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Blessing of God November 19, 2016</w:t>
      </w:r>
    </w:p>
    <w:p>
      <w:r>
        <w:t>https://www.youtube.com/watch?v=s0e7cC9zzF0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[00:19]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[00:27] </w:t>
      </w:r>
      <w:r>
        <w:t>rabbi shrahli sadri wayassirli amri wahlul uqdatam min lisani yafqahu qawli.</w:t>
      </w:r>
    </w:p>
    <w:p>
      <w:pPr>
        <w:jc w:val="right"/>
      </w:pPr>
      <w:r>
        <w:t>رب اشرح لی صدری ویسر لی امری واحل العقدۃ من لسانی یفقہ قولی۔</w:t>
      </w:r>
    </w:p>
    <w:p>
      <w:r>
        <w:rPr>
          <w:b/>
        </w:rPr>
        <w:t xml:space="preserve">[00:37] </w:t>
      </w:r>
      <w:r>
        <w:t>mein aksar aap logon se ek baat kehta raha hoon</w:t>
      </w:r>
    </w:p>
    <w:p>
      <w:pPr>
        <w:jc w:val="right"/>
      </w:pPr>
      <w:r>
        <w:t>میں اکثر آپ لوگوں سے ایک بات کہتا رہا ہوں</w:t>
      </w:r>
    </w:p>
    <w:p>
      <w:r>
        <w:rPr>
          <w:b/>
        </w:rPr>
        <w:t xml:space="preserve">[00:42] </w:t>
      </w:r>
      <w:r>
        <w:t>ke</w:t>
      </w:r>
    </w:p>
    <w:p>
      <w:pPr>
        <w:jc w:val="right"/>
      </w:pPr>
      <w:r>
        <w:t>کہ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