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55-57 | March 25, 2018</w:t>
      </w:r>
    </w:p>
    <w:p>
      <w:r>
        <w:t>https://www.youtube.com/watch?v=2MykDXfNV_w</w:t>
      </w:r>
    </w:p>
    <w:p>
      <w:r>
        <w:rPr>
          <w:b/>
        </w:rPr>
        <w:t xml:space="preserve">[00:10] </w:t>
      </w:r>
      <w:r>
        <w:t>bismillah hir rahman nir rahim, wa salla Allahu ala an-nabiyyil karim.</w:t>
      </w:r>
    </w:p>
    <w:p>
      <w:pPr>
        <w:jc w:val="right"/>
      </w:pPr>
      <w:r>
        <w:t>بسم اللہ الرحمن الرحیم، وصلی اللہ علی النبی الکریم۔</w:t>
      </w:r>
    </w:p>
    <w:p>
      <w:r>
        <w:rPr>
          <w:b/>
        </w:rPr>
        <w:t xml:space="preserve">[00:20] </w:t>
      </w:r>
      <w:r>
        <w:t>Rabbi-shrah li sadri, wa yassir li amri, wah-lul uqdatan min lisani, yafqahu qawli.</w:t>
      </w:r>
    </w:p>
    <w:p>
      <w:pPr>
        <w:jc w:val="right"/>
      </w:pPr>
      <w:r>
        <w:t>رب اشرح لی صدری، ویسر لی امری، واحل العقدۃ من لسانی، یفقہ قولی۔</w:t>
      </w:r>
    </w:p>
    <w:p>
      <w:r>
        <w:rPr>
          <w:b/>
        </w:rPr>
        <w:t xml:space="preserve">[00:30] </w:t>
      </w:r>
      <w:r>
        <w:t>25 March 2018.</w:t>
      </w:r>
    </w:p>
    <w:p>
      <w:pPr>
        <w:jc w:val="right"/>
      </w:pPr>
      <w:r>
        <w:t>25 مارچ 2018۔</w:t>
      </w:r>
    </w:p>
    <w:p>
      <w:r>
        <w:rPr>
          <w:b/>
        </w:rPr>
        <w:t xml:space="preserve">[00:40] </w:t>
      </w:r>
      <w:r>
        <w:t>aaj ke program mein Quran ka dars hoga, hasb-e-maool.</w:t>
      </w:r>
    </w:p>
    <w:p>
      <w:pPr>
        <w:jc w:val="right"/>
      </w:pPr>
      <w:r>
        <w:t>آج کے پروگرام میں قرآن کا درس ہوگا، حسب معمول۔</w:t>
      </w:r>
    </w:p>
    <w:p>
      <w:r>
        <w:rPr>
          <w:b/>
        </w:rPr>
        <w:t xml:space="preserve">[00:48] </w:t>
      </w:r>
      <w:r>
        <w:t>to jis hisse ka dars hoga woh hissa pehle aap ke samne parha jayega, tarjume ke sath.</w:t>
      </w:r>
    </w:p>
    <w:p>
      <w:pPr>
        <w:jc w:val="right"/>
      </w:pPr>
      <w:r>
        <w:t>تو جس حصے کا درس ہوگا وہ حصہ پہلے آپ کے سامنے پڑھا جائے گا، ترجمے کے ساتھ۔</w:t>
      </w:r>
    </w:p>
    <w:p>
      <w:r>
        <w:rPr>
          <w:b/>
        </w:rPr>
        <w:t xml:space="preserve">[00:55] </w:t>
      </w:r>
      <w:r>
        <w:t>phir insha Allah baat ko iski wazahat ki jayegi.</w:t>
      </w:r>
    </w:p>
    <w:p>
      <w:pPr>
        <w:jc w:val="right"/>
      </w:pPr>
      <w:r>
        <w:t>پھر انشاءاللہ بات کو اس کی وضاحت کی جائے گی۔</w:t>
      </w:r>
    </w:p>
    <w:p>
      <w:r>
        <w:rPr>
          <w:b/>
        </w:rPr>
        <w:t xml:space="preserve">[01:03] </w:t>
      </w:r>
      <w:r>
        <w:t>bismillah hir rahman nir rahim. Wa iz qul</w:t>
      </w:r>
    </w:p>
    <w:p>
      <w:pPr>
        <w:jc w:val="right"/>
      </w:pPr>
      <w:r>
        <w:t>بسم اللہ الرحمن الرحیم۔ وَإِذ قُلْ</w:t>
      </w:r>
    </w:p>
    <w:p>
      <w:r>
        <w:rPr>
          <w:b/>
        </w:rPr>
        <w:t xml:space="preserve">[01:10] </w:t>
      </w:r>
      <w:r>
        <w:t>tum ya Musa lan nu'mina laka hatta naral Allaha jahratan fa-akhathatkumus sa'iqatu wa antum tanzurun.</w:t>
      </w:r>
    </w:p>
    <w:p>
      <w:pPr>
        <w:jc w:val="right"/>
      </w:pPr>
      <w:r>
        <w:t>تُمْ يَا مُوسَى لَنْ نُؤْمِنَ لَكَ حَتَّى نَرَ اللّٰهَ جَهْرَةً فَأَخَذَتْكُمُ السَّاعِقَةُ وَأَنْتُمْ تَنْظُرُونَ۔</w:t>
      </w:r>
    </w:p>
    <w:p>
      <w:r>
        <w:rPr>
          <w:b/>
        </w:rPr>
        <w:t xml:space="preserve">[01:16] </w:t>
      </w:r>
      <w:r>
        <w:t>Thumma ba'athnakum min ba'di mawtikum la'allakum tashkurun.</w:t>
      </w:r>
    </w:p>
    <w:p>
      <w:pPr>
        <w:jc w:val="right"/>
      </w:pPr>
      <w:r>
        <w:t>ثُمَّ بَعَثْنَاكُمْ مِنْ بَعْدِ مَوْتِكُمْ لَعَلَّكُمْ تَشْكُرُونَ۔</w:t>
      </w:r>
    </w:p>
    <w:p>
      <w:r>
        <w:rPr>
          <w:b/>
        </w:rPr>
        <w:t xml:space="preserve">[01:22] </w:t>
      </w:r>
      <w:r>
        <w:t>Wa zallalna alaykumul ghamama wa anzalna alaykumul manna was salwa.</w:t>
      </w:r>
    </w:p>
    <w:p>
      <w:pPr>
        <w:jc w:val="right"/>
      </w:pPr>
      <w:r>
        <w:t>وَضَلَّلْنَا عَلَيْكُمْ الْغَمَامَ وَأَنْزَلْنَا عَلَيْكُمْ الْمَنَّ وَالسَّلْوَى۔</w:t>
      </w:r>
    </w:p>
    <w:p>
      <w:r>
        <w:rPr>
          <w:b/>
        </w:rPr>
        <w:t xml:space="preserve">[01:28] </w:t>
      </w:r>
      <w:r>
        <w:t>Qulu min tayyibati ma razaqnakum wa ma zalamuna walakin kano anfusahum yazlimun.</w:t>
      </w:r>
    </w:p>
    <w:p>
      <w:pPr>
        <w:jc w:val="right"/>
      </w:pPr>
      <w:r>
        <w:t>قُلُوا مِنْ طَيِّبَاتِ مَا رَزَقْنَاكُمْ وَمَا ظَلَمُونَ وَلَكِنْ كَانُوا أَنْفُسَهُمْ يَظْلِمُونَ۔</w:t>
      </w:r>
    </w:p>
    <w:p>
      <w:r>
        <w:rPr>
          <w:b/>
        </w:rPr>
        <w:t xml:space="preserve">[01:34] </w:t>
      </w:r>
      <w:r>
        <w:t>Surah Al-Baqarah, chapter number 2, verse number 55, 56</w:t>
      </w:r>
    </w:p>
    <w:p>
      <w:pPr>
        <w:jc w:val="right"/>
      </w:pPr>
      <w:r>
        <w:t>سورہ البقرہ، چیپٹر نمبر ٹو، ورس نمبر 55، 56</w:t>
      </w:r>
    </w:p>
    <w:p>
      <w:r>
        <w:rPr>
          <w:b/>
        </w:rPr>
        <w:t xml:space="preserve">[01:40] </w:t>
      </w:r>
      <w:r>
        <w:t>, 57.</w:t>
      </w:r>
    </w:p>
    <w:p>
      <w:pPr>
        <w:jc w:val="right"/>
      </w:pPr>
      <w:r>
        <w:t>، 57۔</w:t>
      </w:r>
    </w:p>
    <w:p>
      <w:r>
        <w:rPr>
          <w:b/>
        </w:rPr>
        <w:t xml:space="preserve">[01:46] </w:t>
      </w:r>
      <w:r>
        <w:t>aur jab tum ne kaha ke aey Musa, hum tumhara yaqeen nahi karenge jab tak hum Allah</w:t>
      </w:r>
    </w:p>
    <w:p>
      <w:pPr>
        <w:jc w:val="right"/>
      </w:pPr>
      <w:r>
        <w:t>اور جب تم نے کہا کہ اے موسیٰ، ہم تمہارا یقین نہیں کریں گے جب تک ہم اللہ</w:t>
      </w:r>
    </w:p>
    <w:p>
      <w:r>
        <w:rPr>
          <w:b/>
        </w:rPr>
        <w:t xml:space="preserve">[01:52] </w:t>
      </w:r>
      <w:r>
        <w:t>ko samne na dekh len, to tum ko bijli ne pakad liya aur tum dekh rahe the.</w:t>
      </w:r>
    </w:p>
    <w:p>
      <w:pPr>
        <w:jc w:val="right"/>
      </w:pPr>
      <w:r>
        <w:t>کو سامنے نہ دیکھ لیں، تو تم کو بجلی نے پکڑ لیا اور تم دیکھ رہے تھے۔</w:t>
      </w:r>
    </w:p>
    <w:p>
      <w:r>
        <w:rPr>
          <w:b/>
        </w:rPr>
        <w:t xml:space="preserve">[01:59] </w:t>
      </w:r>
      <w:r>
        <w:t>phir hum ne tumhari maut ke baad tum ko uthaya taake tum shukr guzar bano, aur hum ne</w:t>
      </w:r>
    </w:p>
    <w:p>
      <w:pPr>
        <w:jc w:val="right"/>
      </w:pPr>
      <w:r>
        <w:t>پھر ہم نے تمہاری موت کے بعد تم کو اٹھایا تاکہ تم شکر گزار بنو، اور ہم نے</w:t>
      </w:r>
    </w:p>
    <w:p>
      <w:r>
        <w:rPr>
          <w:b/>
        </w:rPr>
        <w:t xml:space="preserve">[02:05] </w:t>
      </w:r>
      <w:r>
        <w:t>tumhare upar badliyon ka saya kiya aur tum par man wa salwa utara.</w:t>
      </w:r>
    </w:p>
    <w:p>
      <w:pPr>
        <w:jc w:val="right"/>
      </w:pPr>
      <w:r>
        <w:t>تمہارے اوپر بدلیوں کا سایہ کیا اور تم پر من اور سلوٰی اتارا۔</w:t>
      </w:r>
    </w:p>
    <w:p>
      <w:r>
        <w:rPr>
          <w:b/>
        </w:rPr>
        <w:t xml:space="preserve">[02:11] </w:t>
      </w:r>
      <w:r>
        <w:t>khao pakizah cheezon mein se jo hum ne tum ko di hain.</w:t>
      </w:r>
    </w:p>
    <w:p>
      <w:pPr>
        <w:jc w:val="right"/>
      </w:pPr>
      <w:r>
        <w:t>کھاؤ پاکیزہ چیزوں میں سے جو ہم نے تم کو دی ہیں۔</w:t>
      </w:r>
    </w:p>
    <w:p>
      <w:r>
        <w:rPr>
          <w:b/>
        </w:rPr>
        <w:t xml:space="preserve">[02:19] </w:t>
      </w:r>
      <w:r>
        <w:t>unhon ne hamara kuch nuksan nahi kiya, woh apna hi nuksan karte rahe.</w:t>
      </w:r>
    </w:p>
    <w:p>
      <w:pPr>
        <w:jc w:val="right"/>
      </w:pPr>
      <w:r>
        <w:t>انہوں نے ہمارا کچھ نقصان نہیں کیا، وہ اپنا ہی نقصان کرتے رہے۔</w:t>
      </w:r>
    </w:p>
    <w:p>
      <w:r>
        <w:rPr>
          <w:b/>
        </w:rPr>
        <w:t xml:space="preserve">[02:27] </w:t>
      </w:r>
      <w:r>
        <w:t>Surah Al-Baqarah ki in ayaton mein jo silsila chal raha hai woh bazahir Yahud ke reference mein hai,</w:t>
      </w:r>
    </w:p>
    <w:p>
      <w:pPr>
        <w:jc w:val="right"/>
      </w:pPr>
      <w:r>
        <w:t>سورہ البقرہ کی ان آیتوں میں جو سلسلہ چل رہا ہے وہ بظاہر یہود کے ریفرنس میں ہے،</w:t>
      </w:r>
    </w:p>
    <w:p>
      <w:r>
        <w:rPr>
          <w:b/>
        </w:rPr>
        <w:t xml:space="preserve">[02:35] </w:t>
      </w:r>
      <w:r>
        <w:t>yani sabiq ul kitab ke reference mein.</w:t>
      </w:r>
    </w:p>
    <w:p>
      <w:pPr>
        <w:jc w:val="right"/>
      </w:pPr>
      <w:r>
        <w:t>یعنی سابق ال کتاب کے ریفرنس میں۔</w:t>
      </w:r>
    </w:p>
    <w:p>
      <w:r>
        <w:rPr>
          <w:b/>
        </w:rPr>
        <w:t xml:space="preserve">[02:43] </w:t>
      </w:r>
      <w:r>
        <w:t>lekin apni haqeeqat ke aitbaar se yeh musalman aur yehood dono ke baray mein hai.</w:t>
      </w:r>
    </w:p>
    <w:p>
      <w:pPr>
        <w:jc w:val="right"/>
      </w:pPr>
      <w:r>
        <w:t>لیکن اپنی حقیقت کے اعتبار سے یہ مسلم اور یہود دونوں کے بارے میں ہے۔</w:t>
      </w:r>
    </w:p>
    <w:p>
      <w:r>
        <w:rPr>
          <w:b/>
        </w:rPr>
        <w:t xml:space="preserve">[02:53] </w:t>
      </w:r>
      <w:r>
        <w:t>dono ahle kitab hain aur dono ahle kitab honay ki hesiyat se in aayaton ka mukhatib hain.</w:t>
      </w:r>
    </w:p>
    <w:p>
      <w:pPr>
        <w:jc w:val="right"/>
      </w:pPr>
      <w:r>
        <w:t>دونوں ال کتاب ہیں اور دونوں ال کتاب ہونے کی حیثیت سے ان آیتوں کا مخاطب ہیں۔</w:t>
      </w:r>
    </w:p>
    <w:p>
      <w:r>
        <w:rPr>
          <w:b/>
        </w:rPr>
        <w:t xml:space="preserve">[03:03] </w:t>
      </w:r>
      <w:r>
        <w:t>dekhiye, aap ko maloom hona chahiye ke yehood</w:t>
      </w:r>
    </w:p>
    <w:p>
      <w:pPr>
        <w:jc w:val="right"/>
      </w:pPr>
      <w:r>
        <w:t>دیکھیے، آپ کو معلوم ہونا چاہیے کہ یہود</w:t>
      </w:r>
    </w:p>
    <w:p>
      <w:r>
        <w:rPr>
          <w:b/>
        </w:rPr>
        <w:t xml:space="preserve">[03:13] </w:t>
      </w:r>
      <w:r>
        <w:t>ka zikr quran mein bohat hi khusoosi aitbaar se kiya gaya hai.</w:t>
      </w:r>
    </w:p>
    <w:p>
      <w:pPr>
        <w:jc w:val="right"/>
      </w:pPr>
      <w:r>
        <w:t>کا ذکر قرآن میں بہت ہی خصوصی اعتبار سے کیا گیا ہے۔</w:t>
      </w:r>
    </w:p>
    <w:p>
      <w:r>
        <w:rPr>
          <w:b/>
        </w:rPr>
        <w:t xml:space="preserve">[03:21] </w:t>
      </w:r>
      <w:r>
        <w:t>yani yehood ke baray mein yeh aayat hai ke wa fadhalnakum alal aalameen.</w:t>
      </w:r>
    </w:p>
    <w:p>
      <w:pPr>
        <w:jc w:val="right"/>
      </w:pPr>
      <w:r>
        <w:t>یعنی یہود کے بارے میں یہ آیت ہے کہ وَفَضَّلْنَاكُمْ عَلَى الْعَالَمِينَ۔</w:t>
      </w:r>
    </w:p>
    <w:p>
      <w:r>
        <w:rPr>
          <w:b/>
        </w:rPr>
        <w:t xml:space="preserve">[03:29] </w:t>
      </w:r>
      <w:r>
        <w:t>aisi aayat musalmanon ke baray mein bhi nahi hai.</w:t>
      </w:r>
    </w:p>
    <w:p>
      <w:pPr>
        <w:jc w:val="right"/>
      </w:pPr>
      <w:r>
        <w:t>ایسی آیت مسلمانوں کے بارے میں بھی نہیں ہے۔</w:t>
      </w:r>
    </w:p>
    <w:p>
      <w:r>
        <w:rPr>
          <w:b/>
        </w:rPr>
        <w:t xml:space="preserve">[03:37] </w:t>
      </w:r>
      <w:r>
        <w:t>musalmanon ke baray mein hain jo alfaaz hain woh yeh hain ke</w:t>
      </w:r>
    </w:p>
    <w:p>
      <w:pPr>
        <w:jc w:val="right"/>
      </w:pPr>
      <w:r>
        <w:t>مسلمانوں کے بارے میں ہے جو الفاظ ہیں وہ یہ ہیں کہ</w:t>
      </w:r>
    </w:p>
    <w:p>
      <w:r>
        <w:rPr>
          <w:b/>
        </w:rPr>
        <w:t xml:space="preserve">[03:45] </w:t>
      </w:r>
      <w:r>
        <w:t>kuntum khair ummatin ukhrijat lin naas.</w:t>
      </w:r>
    </w:p>
    <w:p>
      <w:pPr>
        <w:jc w:val="right"/>
      </w:pPr>
      <w:r>
        <w:t>کُنْتُمْ خَيْرَ أُمَّةٍ أُخْرَجَتْ لِلنَّاسِ۔</w:t>
      </w:r>
    </w:p>
    <w:p>
      <w:r>
        <w:rPr>
          <w:b/>
        </w:rPr>
        <w:t xml:space="preserve">[03:51] </w:t>
      </w:r>
      <w:r>
        <w:t>yani khair ummat ka lafz hai.</w:t>
      </w:r>
    </w:p>
    <w:p>
      <w:pPr>
        <w:jc w:val="right"/>
      </w:pPr>
      <w:r>
        <w:t>یعنی خیر امت کا لفظ ہے۔</w:t>
      </w:r>
    </w:p>
    <w:p>
      <w:r>
        <w:rPr>
          <w:b/>
        </w:rPr>
        <w:t xml:space="preserve">[03:58] </w:t>
      </w:r>
      <w:r>
        <w:t>lekin yehood ke baray mein to fadhalnakum alal aalameen ka lafz hai.</w:t>
      </w:r>
    </w:p>
    <w:p>
      <w:pPr>
        <w:jc w:val="right"/>
      </w:pPr>
      <w:r>
        <w:t>لیکن یہود کے بارے میں تو فَضَّلْنَاكُمْ عَلَى الْعَالَمِينَ کا لفظ ہے۔</w:t>
      </w:r>
    </w:p>
    <w:p>
      <w:r>
        <w:rPr>
          <w:b/>
        </w:rPr>
        <w:t xml:space="preserve">[04:04] </w:t>
      </w:r>
      <w:r>
        <w:t>to yeh dono ka mamla yahan jis aayat jin baton ka zikr chal raha hai is surah al baqarah</w:t>
      </w:r>
    </w:p>
    <w:p>
      <w:pPr>
        <w:jc w:val="right"/>
      </w:pPr>
      <w:r>
        <w:t>تو یہ دونوں کا معاملہ یہاں جس آیت جن باتوں کا ذکر چل رہا ہے اس سورہ البقرہ</w:t>
      </w:r>
    </w:p>
    <w:p>
      <w:r>
        <w:rPr>
          <w:b/>
        </w:rPr>
        <w:t xml:space="preserve">[04:10] </w:t>
      </w:r>
      <w:r>
        <w:t>mein is ka taluq dono se hai, yani dono ahle kitab se</w:t>
      </w:r>
    </w:p>
    <w:p>
      <w:pPr>
        <w:jc w:val="right"/>
      </w:pPr>
      <w:r>
        <w:t>میں اس کا تعلق دونوں سے ہے، یعنی دونوں ال کتاب سے</w:t>
      </w:r>
    </w:p>
    <w:p>
      <w:r>
        <w:rPr>
          <w:b/>
        </w:rPr>
        <w:t xml:space="preserve">[04:16] </w:t>
      </w:r>
      <w:r>
        <w:t>. Woh kya hai? Maine bohat ghaur kiya ke itni zyada ahmiyat ke sath zikr kyun aya hai? Itna zyada inaam kiya Allah ne yahud ke sath, yani man salwa utara, sara mein pani nikal diya, unke</w:t>
      </w:r>
    </w:p>
    <w:p>
      <w:pPr>
        <w:jc w:val="right"/>
      </w:pPr>
      <w:r>
        <w:t>۔ وہ کیا ہے؟ میں نے بہت غور کیا کہ اتنی زیادہ اہمیت کے ساتھ ذکر کیوں آیا ہے؟ اتنا زیادہ انعام کیا اللہ نے یہود کے ساتھ، یعنی من سلوٰی اتارا، سارا میں پانی نکال دیا، ان کے</w:t>
      </w:r>
    </w:p>
    <w:p>
      <w:r>
        <w:rPr>
          <w:b/>
        </w:rPr>
        <w:t xml:space="preserve">[04:46] </w:t>
      </w:r>
      <w:r>
        <w:t>dushman ko samandar mein gharaq kar diya waghera waghera.</w:t>
      </w:r>
    </w:p>
    <w:p>
      <w:pPr>
        <w:jc w:val="right"/>
      </w:pPr>
      <w:r>
        <w:t>دشمن کو سمندر میں غرق کر دیا وغیرہ وغیرہ۔</w:t>
      </w:r>
    </w:p>
    <w:p>
      <w:r>
        <w:rPr>
          <w:b/>
        </w:rPr>
        <w:t xml:space="preserve">[04:56] </w:t>
      </w:r>
      <w:r>
        <w:t>to main ne socha ke yahi to musalmanon ke sath bhi hua, ummat e mohammadi ke sath bhi.</w:t>
      </w:r>
    </w:p>
    <w:p>
      <w:pPr>
        <w:jc w:val="right"/>
      </w:pPr>
      <w:r>
        <w:t>تو میں نے سوچا کہ یہی تو مسلمانوں کے ساتھ بھی ہوا، امت محمدی کے ساتھ بھی۔</w:t>
      </w:r>
    </w:p>
    <w:p>
      <w:r>
        <w:rPr>
          <w:b/>
        </w:rPr>
        <w:t xml:space="preserve">[05:06] </w:t>
      </w:r>
      <w:r>
        <w:t>ummat e mohammadi ke dushmanon ko Allah ne khatam kar diya, un ke qadmon ke neeche tel ka</w:t>
      </w:r>
    </w:p>
    <w:p>
      <w:pPr>
        <w:jc w:val="right"/>
      </w:pPr>
      <w:r>
        <w:t>امت محمدی کے دشمنوں کو اللہ نے ختم کر دیا، ان کے قدموں کے نیچے تیل کا</w:t>
      </w:r>
    </w:p>
    <w:p>
      <w:r>
        <w:rPr>
          <w:b/>
        </w:rPr>
        <w:t xml:space="preserve">[05:16] </w:t>
      </w:r>
      <w:r>
        <w:t>samandar bikhair diya.</w:t>
      </w:r>
    </w:p>
    <w:p>
      <w:pPr>
        <w:jc w:val="right"/>
      </w:pPr>
      <w:r>
        <w:t>سمندر بکھیر دیا۔</w:t>
      </w:r>
    </w:p>
    <w:p>
      <w:r>
        <w:rPr>
          <w:b/>
        </w:rPr>
        <w:t xml:space="preserve">[05:22] </w:t>
      </w:r>
      <w:r>
        <w:t>دیکھیے، آج کل کے جو مسلمان ہیں ساری دنیا میں وہ کہتے ہیں کہ we are under siege،</w:t>
      </w:r>
    </w:p>
    <w:p>
      <w:pPr>
        <w:jc w:val="right"/>
      </w:pPr>
      <w:r>
        <w:t>دیکھیے، آج کل کے جو مسلمان ہیں ساری دنیا میں وہ کہتے ہیں کہ وی آر انڈر سیج،</w:t>
      </w:r>
    </w:p>
    <w:p>
      <w:r>
        <w:rPr>
          <w:b/>
        </w:rPr>
        <w:t xml:space="preserve">[05:29] </w:t>
      </w:r>
      <w:r>
        <w:t>hum dushmanon se ghray hue hain.</w:t>
      </w:r>
    </w:p>
    <w:p>
      <w:pPr>
        <w:jc w:val="right"/>
      </w:pPr>
      <w:r>
        <w:t>ہم دشمنوں سے گھرے ہوئے ہیں۔</w:t>
      </w:r>
    </w:p>
    <w:p>
      <w:r>
        <w:rPr>
          <w:b/>
        </w:rPr>
        <w:t xml:space="preserve">[05:35] </w:t>
      </w:r>
      <w:r>
        <w:t>lekin haqeeqat is ke bar aks hai.</w:t>
      </w:r>
    </w:p>
    <w:p>
      <w:pPr>
        <w:jc w:val="right"/>
      </w:pPr>
      <w:r>
        <w:t>لیکن حقیقت اس کے برعکس ہے۔</w:t>
      </w:r>
    </w:p>
    <w:p>
      <w:r>
        <w:rPr>
          <w:b/>
        </w:rPr>
        <w:t xml:space="preserve">[05:42] </w:t>
      </w:r>
      <w:r>
        <w:t>we are under siege nahi hai, is ke bar aks hai ke dushmanon ka khatma kar diya.</w:t>
      </w:r>
    </w:p>
    <w:p>
      <w:pPr>
        <w:jc w:val="right"/>
      </w:pPr>
      <w:r>
        <w:t>وی آر انڈر سیج نہیں ہے، اس کے برعکس ہے کہ دشمنوں کا خاتمہ کر دیا۔</w:t>
      </w:r>
    </w:p>
    <w:p>
      <w:r>
        <w:rPr>
          <w:b/>
        </w:rPr>
        <w:t xml:space="preserve">[05:48] </w:t>
      </w:r>
      <w:r>
        <w:t>yeh bohat ajeeb baat hai, is se musalman be khabar hain.</w:t>
      </w:r>
    </w:p>
    <w:p>
      <w:pPr>
        <w:jc w:val="right"/>
      </w:pPr>
      <w:r>
        <w:t>یہ بہت عجیب بات ہے، اس سے مسلمان بے خبر ہیں۔</w:t>
      </w:r>
    </w:p>
    <w:p>
      <w:r>
        <w:rPr>
          <w:b/>
        </w:rPr>
        <w:t xml:space="preserve">[05:54] </w:t>
      </w:r>
      <w:r>
        <w:t>moajza zamanay mein Allah ne dushmanon ka khatma kar diya hai, sab khol diya sara rasta ke deen</w:t>
      </w:r>
    </w:p>
    <w:p>
      <w:pPr>
        <w:jc w:val="right"/>
      </w:pPr>
      <w:r>
        <w:t>معجزہ زمانے میں اللہ نے دشمنوں کا خاتمہ کر دیا ہے، سب کھول دیا سارا راستہ کہ دین</w:t>
      </w:r>
    </w:p>
    <w:p>
      <w:r>
        <w:rPr>
          <w:b/>
        </w:rPr>
        <w:t xml:space="preserve">[06:00] </w:t>
      </w:r>
      <w:r>
        <w:t>e khodawandi ke irshad karo.</w:t>
      </w:r>
    </w:p>
    <w:p>
      <w:pPr>
        <w:jc w:val="right"/>
      </w:pPr>
      <w:r>
        <w:t>خداوندی کے ارشاد کرو۔</w:t>
      </w:r>
    </w:p>
    <w:p>
      <w:r>
        <w:rPr>
          <w:b/>
        </w:rPr>
        <w:t xml:space="preserve">[06:06] </w:t>
      </w:r>
      <w:r>
        <w:t>lekin musalmanon ne kiya kiya hai ke abaye baje mar ki powers ikhtiyar ki hui hain.</w:t>
      </w:r>
    </w:p>
    <w:p>
      <w:pPr>
        <w:jc w:val="right"/>
      </w:pPr>
      <w:r>
        <w:t>لیکن مسلمانوں نے کیا کیا ہے کہ ابائے بجے مار کی پاورز اختیار کی ہوئی ہیں۔</w:t>
      </w:r>
    </w:p>
    <w:p>
      <w:r>
        <w:rPr>
          <w:b/>
        </w:rPr>
        <w:t xml:space="preserve">[06:12] </w:t>
      </w:r>
      <w:r>
        <w:t>yeh khwamkhwah ladte hain, khwamkhwah bomb marte hain, khwamkhwah society bombing karte hain.</w:t>
      </w:r>
    </w:p>
    <w:p>
      <w:pPr>
        <w:jc w:val="right"/>
      </w:pPr>
      <w:r>
        <w:t>یہ خوامخواہ لڑتے ہیں، خوامخواہ بم مارتے ہیں، خوامخواہ سوسائٹی بمبنگ کرتے ہیں۔</w:t>
      </w:r>
    </w:p>
    <w:p>
      <w:r>
        <w:rPr>
          <w:b/>
        </w:rPr>
        <w:t xml:space="preserve">[06:18] </w:t>
      </w:r>
      <w:r>
        <w:t>to jo kuch hota hai wo retaliation hai, wo attack nahi hai.</w:t>
      </w:r>
    </w:p>
    <w:p>
      <w:pPr>
        <w:jc w:val="right"/>
      </w:pPr>
      <w:r>
        <w:t>تو جو کچھ ہوتا ہے وہ ریٹیلیشن ہے، وہ اٹیک نہیں ہے۔</w:t>
      </w:r>
    </w:p>
    <w:p>
      <w:r>
        <w:rPr>
          <w:b/>
        </w:rPr>
        <w:t xml:space="preserve">[06:29] </w:t>
      </w:r>
      <w:r>
        <w:t>phir maine socha ke aakhir Allah taala ne al kitab se koi itna zyada kyun nawaza? Yani</w:t>
      </w:r>
    </w:p>
    <w:p>
      <w:pPr>
        <w:jc w:val="right"/>
      </w:pPr>
      <w:r>
        <w:t>پھر میں نے سوچا کہ آخر اللہ تعالی نے ال کتاب سے کوئی اتنا زیادہ کیوں نوازا؟ یعنی</w:t>
      </w:r>
    </w:p>
    <w:p>
      <w:r>
        <w:rPr>
          <w:b/>
        </w:rPr>
        <w:t xml:space="preserve">[06:39] </w:t>
      </w:r>
      <w:r>
        <w:t>yahood ka mamla yeh tha, aap ko maloom hoga ke Hazrat Musa aur Hazrat Muhammad ke darmiyan</w:t>
      </w:r>
    </w:p>
    <w:p>
      <w:pPr>
        <w:jc w:val="right"/>
      </w:pPr>
      <w:r>
        <w:t>یہود کا معاملہ یہ تھا، آپ کو معلوم ہوگا کہ حضرت موسیٰ اور حضرت محمد کے درمیان</w:t>
      </w:r>
    </w:p>
    <w:p>
      <w:r>
        <w:rPr>
          <w:b/>
        </w:rPr>
        <w:t xml:space="preserve">[06:49] </w:t>
      </w:r>
      <w:r>
        <w:t>تقریباً ڈھائی ہزار سال کا کی دوری ہے، یعنی 2000 and 500 years.</w:t>
      </w:r>
    </w:p>
    <w:p>
      <w:pPr>
        <w:jc w:val="right"/>
      </w:pPr>
      <w:r>
        <w:t>تقریباً ڈھائی ہزار سال کا کی دوری ہے، یعنی 2000 اینڈ 500 ایئرز۔</w:t>
      </w:r>
    </w:p>
    <w:p>
      <w:r>
        <w:rPr>
          <w:b/>
        </w:rPr>
        <w:t xml:space="preserve">[06:59] </w:t>
      </w:r>
      <w:r>
        <w:t>to is zamane mein Allah taala ne bohat zyada nawazish ki yahood ke upar, aur phir baad ke</w:t>
      </w:r>
    </w:p>
    <w:p>
      <w:pPr>
        <w:jc w:val="right"/>
      </w:pPr>
      <w:r>
        <w:t>تو اس زمانے میں اللہ تعالی نے بہت زیادہ نوازش کی یہود کے اوپر، اور پھر بعد کے</w:t>
      </w:r>
    </w:p>
    <w:p>
      <w:r>
        <w:rPr>
          <w:b/>
        </w:rPr>
        <w:t xml:space="preserve">[07:09] </w:t>
      </w:r>
      <w:r>
        <w:t>zamane mein ajeeb o ghareeb nawazish ki ke industrial age mein in ko tel ka</w:t>
      </w:r>
    </w:p>
    <w:p>
      <w:pPr>
        <w:jc w:val="right"/>
      </w:pPr>
      <w:r>
        <w:t>زمانے میں عجیب و غریب نوازش کی کہ انڈسٹریل ایج میں ان کو تیل کا</w:t>
      </w:r>
    </w:p>
    <w:p>
      <w:r>
        <w:rPr>
          <w:b/>
        </w:rPr>
        <w:t xml:space="preserve">[07:19] </w:t>
      </w:r>
      <w:r>
        <w:t>samandar de diya, zameen ki tarbiyat ke neeche ke kharch karte raho lekin khatm na ho.</w:t>
      </w:r>
    </w:p>
    <w:p>
      <w:pPr>
        <w:jc w:val="right"/>
      </w:pPr>
      <w:r>
        <w:t>سمندر دے دیا، زمین کی تربیت کے نیچے کہ خرچ کرتے رہو لیکن ختم نہ ہو۔</w:t>
      </w:r>
    </w:p>
    <w:p>
      <w:r>
        <w:rPr>
          <w:b/>
        </w:rPr>
        <w:t xml:space="preserve">[07:27] </w:t>
      </w:r>
      <w:r>
        <w:t>to kis liye? Yeh dono ko aisa kyun kyun kiya Allah taala ne? To meri samajh mein aaya</w:t>
      </w:r>
    </w:p>
    <w:p>
      <w:pPr>
        <w:jc w:val="right"/>
      </w:pPr>
      <w:r>
        <w:t>تو کس لیے؟ یہ دونوں کو ایسا کیوں کیوں کیا اللہ تعالی نے؟ تو میری سمجھ میں آیا</w:t>
      </w:r>
    </w:p>
    <w:p>
      <w:r>
        <w:rPr>
          <w:b/>
        </w:rPr>
        <w:t xml:space="preserve">[07:34] </w:t>
      </w:r>
      <w:r>
        <w:t>ke yeh khatam un nabiyyin ki wajah se hua, yani khatam e nabuwat ki wajah se hua.</w:t>
      </w:r>
    </w:p>
    <w:p>
      <w:pPr>
        <w:jc w:val="right"/>
      </w:pPr>
      <w:r>
        <w:t>کہ یہ خاتم النبیین کی وجہ سے ہوا، یعنی ختم نبوت کی وجہ سے ہوا۔</w:t>
      </w:r>
    </w:p>
    <w:p>
      <w:r>
        <w:rPr>
          <w:b/>
        </w:rPr>
        <w:t xml:space="preserve">[07:42] </w:t>
      </w:r>
      <w:r>
        <w:t>Allah taala ka</w:t>
      </w:r>
    </w:p>
    <w:p>
      <w:pPr>
        <w:jc w:val="right"/>
      </w:pPr>
      <w:r>
        <w:t>اللہ تعالی کا</w:t>
      </w:r>
    </w:p>
    <w:p>
      <w:r>
        <w:rPr>
          <w:b/>
        </w:rPr>
        <w:t xml:space="preserve">[07:49] </w:t>
      </w:r>
      <w:r>
        <w:t>jo plan tha, is plan ke mutabiq seventh century AD mein nabuwat ka silsila khatm hone wala tha. lekin tareekh to poori par qaim thi. nabuwat ka silsila khatm hone ke bawajood tareekh ka silsila khatm nahi hua. tareekh ka safar jari hai. aur baad ko tareekh ka aham tareen daur aane wala tha, surah aisha</w:t>
      </w:r>
    </w:p>
    <w:p>
      <w:pPr>
        <w:jc w:val="right"/>
      </w:pPr>
      <w:r>
        <w:t>جو پلان تھا، اس پلان کے مطابق سیونتھ سینچری اے ڈی میں نبوت کا سلسلہ ختم ہونے والا تھا۔ لیکن تاریخ تو پوری پر قائم تھی۔ نبوت کا سلسلہ ختم ہونے کے باوجود تاریخ کا سلسلہ ختم نہیں ہوا۔ تاریخ کا سفر جاری ہے۔ اور بعد کو تاریخ کا اہم ترین دور آنے والا تھا، سورہ عائشہ</w:t>
      </w:r>
    </w:p>
    <w:p>
      <w:r>
        <w:rPr>
          <w:b/>
        </w:rPr>
        <w:t xml:space="preserve">[08:19] </w:t>
      </w:r>
      <w:r>
        <w:t>ka daur.</w:t>
      </w:r>
    </w:p>
    <w:p>
      <w:pPr>
        <w:jc w:val="right"/>
      </w:pPr>
      <w:r>
        <w:t>کا دور۔</w:t>
      </w:r>
    </w:p>
    <w:p>
      <w:r>
        <w:rPr>
          <w:b/>
        </w:rPr>
        <w:t xml:space="preserve">[08:25] </w:t>
      </w:r>
      <w:r>
        <w:t>Surah Aisha ka daur is se pehle kabhi nahi aaya tha tareekh mein.</w:t>
      </w:r>
    </w:p>
    <w:p>
      <w:pPr>
        <w:jc w:val="right"/>
      </w:pPr>
      <w:r>
        <w:t>سورہ عائشہ کا دور اس سے پہلے کبھی نہیں آیا تھا تاریخ میں۔</w:t>
      </w:r>
    </w:p>
    <w:p>
      <w:r>
        <w:rPr>
          <w:b/>
        </w:rPr>
        <w:t xml:space="preserve">[08:31] </w:t>
      </w:r>
      <w:r>
        <w:t>Surah Aisha ka matlab hai ke zameen mein ya nature mein Allah taala ne peshwa nematein rakh di</w:t>
      </w:r>
    </w:p>
    <w:p>
      <w:pPr>
        <w:jc w:val="right"/>
      </w:pPr>
      <w:r>
        <w:t>سورہ عائشہ کا مطلب ہے کہ زمین میں یا نیچر میں اللہ تعالی نے پیشوا نعمتیں رکھ دی</w:t>
      </w:r>
    </w:p>
    <w:p>
      <w:r>
        <w:rPr>
          <w:b/>
        </w:rPr>
        <w:t xml:space="preserve">[08:37] </w:t>
      </w:r>
      <w:r>
        <w:t>thin, technology ke roop mein.</w:t>
      </w:r>
    </w:p>
    <w:p>
      <w:pPr>
        <w:jc w:val="right"/>
      </w:pPr>
      <w:r>
        <w:t>تھیں، ٹیکنالوجی کے روپ میں۔</w:t>
      </w:r>
    </w:p>
    <w:p>
      <w:r>
        <w:rPr>
          <w:b/>
        </w:rPr>
        <w:t xml:space="preserve">[08:43] </w:t>
      </w:r>
      <w:r>
        <w:t>Technology ka ek ek bohat bada bhandar tha</w:t>
      </w:r>
    </w:p>
    <w:p>
      <w:pPr>
        <w:jc w:val="right"/>
      </w:pPr>
      <w:r>
        <w:t>ٹیکنالوجی کا ایک ایک بہت بڑا بھنڈار تھا</w:t>
      </w:r>
    </w:p>
    <w:p>
      <w:r>
        <w:rPr>
          <w:b/>
        </w:rPr>
        <w:t xml:space="preserve">[08:49] </w:t>
      </w:r>
      <w:r>
        <w:t>nature mein ke is ko daryaft karo, aur daryaft kar ke solution banao, communication lao, aur dunya bhar ki nematein.</w:t>
      </w:r>
    </w:p>
    <w:p>
      <w:pPr>
        <w:jc w:val="right"/>
      </w:pPr>
      <w:r>
        <w:t>نیچر میں کہ اس کو دریافت کرو، اور دریافت کر کے سولیشن بناؤ، کمیونیکیشن لاؤ، اور دنیا بھر کی نعمتیں۔</w:t>
      </w:r>
    </w:p>
    <w:p>
      <w:r>
        <w:rPr>
          <w:b/>
        </w:rPr>
        <w:t xml:space="preserve">[08:59] </w:t>
      </w:r>
      <w:r>
        <w:t>to jab technology ka daur aaye to sara mamla badal chuka hoga.</w:t>
      </w:r>
    </w:p>
    <w:p>
      <w:pPr>
        <w:jc w:val="right"/>
      </w:pPr>
      <w:r>
        <w:t>تو جب ٹیکنالوجی کا دور آئے تو سارا معاملہ بدل چکا ہوگا۔</w:t>
      </w:r>
    </w:p>
    <w:p>
      <w:r>
        <w:rPr>
          <w:b/>
        </w:rPr>
        <w:t xml:space="preserve">[09:09] </w:t>
      </w:r>
      <w:r>
        <w:t>Is ko samjhiye, Allah taala ko pata tha ke jab</w:t>
      </w:r>
    </w:p>
    <w:p>
      <w:pPr>
        <w:jc w:val="right"/>
      </w:pPr>
      <w:r>
        <w:t>اس کو سمجھئے، اللہ تعالی کو پتہ تھا کہ جب</w:t>
      </w:r>
    </w:p>
    <w:p>
      <w:r>
        <w:rPr>
          <w:b/>
        </w:rPr>
        <w:t xml:space="preserve">[09:19] </w:t>
      </w:r>
      <w:r>
        <w:t>nature mein chupi hui technology daryaft hogi to ek ya communication aayega, aur beshumar nayi baat hai.</w:t>
      </w:r>
    </w:p>
    <w:p>
      <w:pPr>
        <w:jc w:val="right"/>
      </w:pPr>
      <w:r>
        <w:t>نیچر میں چھپی ہوئی ٹیکنالوجی دریافت ہوگی تو ایک یا کمیونیکیشن آئے گا، اور بے شمار نئی بات ہے۔</w:t>
      </w:r>
    </w:p>
    <w:p>
      <w:r>
        <w:rPr>
          <w:b/>
        </w:rPr>
        <w:t xml:space="preserve">[09:29] </w:t>
      </w:r>
      <w:r>
        <w:t>to us waqt halaat bilkul badal chuke honge, wo nahi honge jo pehle the.</w:t>
      </w:r>
    </w:p>
    <w:p>
      <w:pPr>
        <w:jc w:val="right"/>
      </w:pPr>
      <w:r>
        <w:t>تو اس وقت حالات بالکل بدل چکے ہوں گے، وہ نہیں ہوں گے جو پہلے تھے۔</w:t>
      </w:r>
    </w:p>
    <w:p>
      <w:r>
        <w:rPr>
          <w:b/>
        </w:rPr>
        <w:t xml:space="preserve">[09:39] </w:t>
      </w:r>
      <w:r>
        <w:t>Yani pehle agar tha traditional daur</w:t>
      </w:r>
    </w:p>
    <w:p>
      <w:pPr>
        <w:jc w:val="right"/>
      </w:pPr>
      <w:r>
        <w:t>یعنی پہلے اگر تھا ٹریڈیشنل دور</w:t>
      </w:r>
    </w:p>
    <w:p>
      <w:r>
        <w:rPr>
          <w:b/>
        </w:rPr>
        <w:t xml:space="preserve">[09:49] </w:t>
      </w:r>
      <w:r>
        <w:t>mein, khatam e nabuwat se pehle dunya mein agar tha traditional daur to baad ko, yani technology ki daryaft</w:t>
      </w:r>
    </w:p>
    <w:p>
      <w:pPr>
        <w:jc w:val="right"/>
      </w:pPr>
      <w:r>
        <w:t>میں، ختم نبوت سے پہلے دنیا میں اگر تھا ٹریڈیشنل دور تو بعد کو، یعنی ٹیکنالوجی کی دریافت</w:t>
      </w:r>
    </w:p>
    <w:p>
      <w:r>
        <w:rPr>
          <w:b/>
        </w:rPr>
        <w:t xml:space="preserve">[10:00] </w:t>
      </w:r>
      <w:r>
        <w:t>ke baad jo daur aayega wo scientific age hoga, wo modern solution ke age hoga, wo secular</w:t>
      </w:r>
    </w:p>
    <w:p>
      <w:pPr>
        <w:jc w:val="right"/>
      </w:pPr>
      <w:r>
        <w:t>کے بعد جو دور آئے گا وہ سائنٹیفک ایج ہوگا، وہ ماڈرن سولیوشن کے ایج ہوگا، وہ سیکولر</w:t>
      </w:r>
    </w:p>
    <w:p>
      <w:r>
        <w:rPr>
          <w:b/>
        </w:rPr>
        <w:t xml:space="preserve">[10:11] </w:t>
      </w:r>
      <w:r>
        <w:t>seculars ke age hoga, democracy ke age hoga,</w:t>
      </w:r>
    </w:p>
    <w:p>
      <w:pPr>
        <w:jc w:val="right"/>
      </w:pPr>
      <w:r>
        <w:t>سیکولرز کے ایج ہوگا، ڈیموکریسی کے ایج ہوگا،</w:t>
      </w:r>
    </w:p>
    <w:p>
      <w:r>
        <w:rPr>
          <w:b/>
        </w:rPr>
        <w:t xml:space="preserve">[10:22] </w:t>
      </w:r>
      <w:r>
        <w:t>technology ka age hoga. aik naya daur, naya daur, naya daur. is naye daur mein Islam ko ki replanning karni padegi. is naye daur mein Allah ke deen ki replanning karni padegi. phir se plan karna hoga taake naye daur mein bhi Islam apni apna az</w:t>
      </w:r>
    </w:p>
    <w:p>
      <w:pPr>
        <w:jc w:val="right"/>
      </w:pPr>
      <w:r>
        <w:t>ٹیکنالوجی کا ایج ہوگا۔ ایک نیا دور، نیا دور، نیا دور۔ اس نئے دور میں اسلام کو کی ری پلاننگ کرنی پڑے گی۔ اس نئے دور میں اللہ کے دین کی ری پلاننگ کرنی پڑے گی۔ پھر سے پلان کرنا ہوگا تاکہ نئے دور میں بھی اسلام اپنی اپنا اظ</w:t>
      </w:r>
    </w:p>
    <w:p>
      <w:r>
        <w:rPr>
          <w:b/>
        </w:rPr>
        <w:t xml:space="preserve">[10:52] </w:t>
      </w:r>
      <w:r>
        <w:t>haar kar sake.</w:t>
      </w:r>
    </w:p>
    <w:p>
      <w:pPr>
        <w:jc w:val="right"/>
      </w:pPr>
      <w:r>
        <w:t>ہار کر سکے۔</w:t>
      </w:r>
    </w:p>
    <w:p>
      <w:r>
        <w:rPr>
          <w:b/>
        </w:rPr>
        <w:t xml:space="preserve">[10:58] </w:t>
      </w:r>
      <w:r>
        <w:t>to wo daur chahe yahood ke zamane mein aaye, chahe musalmanon ke zamane mein aaye, dono zamane mein</w:t>
      </w:r>
    </w:p>
    <w:p>
      <w:pPr>
        <w:jc w:val="right"/>
      </w:pPr>
      <w:r>
        <w:t>تو وہ دور چاہے یہود کے زمانے میں آئے، چاہے مسلمانوں کے زمانے میں آئے، دونوں زمانے میں</w:t>
      </w:r>
    </w:p>
    <w:p>
      <w:r>
        <w:rPr>
          <w:b/>
        </w:rPr>
        <w:t xml:space="preserve">[11:04] </w:t>
      </w:r>
      <w:r>
        <w:t>yeh matloob tha.</w:t>
      </w:r>
    </w:p>
    <w:p>
      <w:pPr>
        <w:jc w:val="right"/>
      </w:pPr>
      <w:r>
        <w:t>یہ مطلوب تھا۔</w:t>
      </w:r>
    </w:p>
    <w:p>
      <w:r>
        <w:rPr>
          <w:b/>
        </w:rPr>
        <w:t xml:space="preserve">[11:10] </w:t>
      </w:r>
      <w:r>
        <w:t>lekin Allah taala ko yahi pata tha ke woh Allah aalim ul ghaib hai.</w:t>
      </w:r>
    </w:p>
    <w:p>
      <w:pPr>
        <w:jc w:val="right"/>
      </w:pPr>
      <w:r>
        <w:t>لیکن اللہ تعالی کو یہی پتہ تھا کہ وہ اللہ عالم الغیب ہے۔</w:t>
      </w:r>
    </w:p>
    <w:p>
      <w:r>
        <w:rPr>
          <w:b/>
        </w:rPr>
        <w:t xml:space="preserve">[11:16] </w:t>
      </w:r>
      <w:r>
        <w:t>insan ko aazadi dene ke bawajood Allah aalim ul ghaib hai, allam ul ghuyub.</w:t>
      </w:r>
    </w:p>
    <w:p>
      <w:pPr>
        <w:jc w:val="right"/>
      </w:pPr>
      <w:r>
        <w:t>انسان کو آزادی دینے کے باوجود اللہ عالم الغیب ہے، علام الغیوب۔</w:t>
      </w:r>
    </w:p>
    <w:p>
      <w:r>
        <w:rPr>
          <w:b/>
        </w:rPr>
        <w:t xml:space="preserve">[11:22] </w:t>
      </w:r>
      <w:r>
        <w:t>to Allah ko pata tha ke na yahood yeh kaam kar payenge, na musalman yeh kaam kar payenge. Quran mein dekhein, surah Muhammad ke aakhir mein yeh ayat aayi hai: "wa in tatawallaw yastabbiqawman ghayrakum thumma la yakoonu amthalakum." "wa in tatawallaw yastabbiqawman ghayrakum thumma la yakoonu amthalak</w:t>
      </w:r>
    </w:p>
    <w:p>
      <w:pPr>
        <w:jc w:val="right"/>
      </w:pPr>
      <w:r>
        <w:t>تو اللہ کو پتہ تھا کہ نہ یہود یہ کام کر پائیں گے، نہ مسلمان یہ کام کر پائیں گے۔ قرآن میں دیکھیں، سورہ محمد کے آخر میں یہ آیت آئی ہے: "وَإِن تَتَوَلَّوا یَسْتَبِّلْ قَوْمًا غَيْرَكُمْ ثُمَّ لَا يَكُونُوا أَمْثَالَكُمْ۔" "وَإِن تَتَوَلَّوا یَسْتَبِّلْ قَوْمًا غَيْرَكُمْ ثُمَّ لَا يَكُونُوا أَمْثَالَك</w:t>
      </w:r>
    </w:p>
    <w:p>
      <w:r>
        <w:rPr>
          <w:b/>
        </w:rPr>
        <w:t xml:space="preserve">[11:52] </w:t>
      </w:r>
      <w:r>
        <w:t>um." agar tum phir jao to Allah doosri qaum layega jo tumhare jaisi na hongi. is ayat mein mein ne bohat ghor kiya ke is mein kis road ka zikr hai, kis waqeye ka zikr hai. to is mein yahi isi ka zikr hai khas taur par ke baad ke zaman</w:t>
      </w:r>
    </w:p>
    <w:p>
      <w:pPr>
        <w:jc w:val="right"/>
      </w:pPr>
      <w:r>
        <w:t>ُمْ۔" اگر تم پھر جاؤ تو اللہ دوسری قوم لائے گا جو تمہارے جیسی نہ ہوں گے۔ اس آیت میں میں نے بہت غور کیا کہ اس میں کس روڈ کا ذکر ہے، کس واقعے کا ذکر ہے۔ تو اس میں یہی اسی کا ذکر ہے خاص طور پر کہ بعد کے زمان</w:t>
      </w:r>
    </w:p>
    <w:p>
      <w:r>
        <w:rPr>
          <w:b/>
        </w:rPr>
        <w:t xml:space="preserve">[12:22] </w:t>
      </w:r>
      <w:r>
        <w:t>mein jab naya daur aaye, technology aaye, solution aaye to us waqt agar tum, yaani ahl e kitab,</w:t>
      </w:r>
    </w:p>
    <w:p>
      <w:pPr>
        <w:jc w:val="right"/>
      </w:pPr>
      <w:r>
        <w:t>ے میں جب نیا دور آئے، ٹیکنالوجی آئے، سولیوشن آئے تو اس وقت اگر تم، یعنی ال کتاب،</w:t>
      </w:r>
    </w:p>
    <w:p>
      <w:r>
        <w:rPr>
          <w:b/>
        </w:rPr>
        <w:t xml:space="preserve">[12:33] </w:t>
      </w:r>
      <w:r>
        <w:t>us waqt apna role ada na kar paayein to kya hoga? istidlal hoga, yaani ek nayi qaum uthai</w:t>
      </w:r>
    </w:p>
    <w:p>
      <w:pPr>
        <w:jc w:val="right"/>
      </w:pPr>
      <w:r>
        <w:t>اس وقت اپنا رول ادا نہ کر پائیں تو کیا ہوگا؟ استدلال ہوگا، یعنی ایک نئی قوم اٹھائی</w:t>
      </w:r>
    </w:p>
    <w:p>
      <w:r>
        <w:rPr>
          <w:b/>
        </w:rPr>
        <w:t xml:space="preserve">[12:43] </w:t>
      </w:r>
      <w:r>
        <w:t>jayegi jo is kaam ko anjaam degi.</w:t>
      </w:r>
    </w:p>
    <w:p>
      <w:pPr>
        <w:jc w:val="right"/>
      </w:pPr>
      <w:r>
        <w:t>جائے گی جو اس کام کو انجام دے گی۔</w:t>
      </w:r>
    </w:p>
    <w:p>
      <w:r>
        <w:rPr>
          <w:b/>
        </w:rPr>
        <w:t xml:space="preserve">[12:53] </w:t>
      </w:r>
      <w:r>
        <w:t>achha, yeh is kaam ka zikr dekhiye, hadith mein aaya hai.</w:t>
      </w:r>
    </w:p>
    <w:p>
      <w:pPr>
        <w:jc w:val="right"/>
      </w:pPr>
      <w:r>
        <w:t>اچھا، یہ اس کام کا ذکر دیکھیے، حدیث میں آیا ہے۔</w:t>
      </w:r>
    </w:p>
    <w:p>
      <w:r>
        <w:rPr>
          <w:b/>
        </w:rPr>
        <w:t xml:space="preserve">[13:00] </w:t>
      </w:r>
      <w:r>
        <w:t>hadith mein Allah ek ek riwayat hai, ek hadith hai jo hadith ki taqreeban tamam kitabon mein aayi</w:t>
      </w:r>
    </w:p>
    <w:p>
      <w:pPr>
        <w:jc w:val="right"/>
      </w:pPr>
      <w:r>
        <w:t>حدیث میں اللہ ایک ایک روایت ہے، ایک حدیث ہے جو حدیث کی تقریباً تمام کتابوں میں آئی</w:t>
      </w:r>
    </w:p>
    <w:p>
      <w:r>
        <w:rPr>
          <w:b/>
        </w:rPr>
        <w:t xml:space="preserve">[13:06] </w:t>
      </w:r>
      <w:r>
        <w:t>hai, bukhari mein bhi hai, muslim mein bhi hai, har kitab mein.</w:t>
      </w:r>
    </w:p>
    <w:p>
      <w:pPr>
        <w:jc w:val="right"/>
      </w:pPr>
      <w:r>
        <w:t>ہے، بخاری میں بھی ہے، مسلم میں بھی ہے، ہر کتاب میں۔</w:t>
      </w:r>
    </w:p>
    <w:p>
      <w:r>
        <w:rPr>
          <w:b/>
        </w:rPr>
        <w:t xml:space="preserve">[13:13] </w:t>
      </w:r>
      <w:r>
        <w:t>woh mustaqbil ke bare mein hai.</w:t>
      </w:r>
    </w:p>
    <w:p>
      <w:pPr>
        <w:jc w:val="right"/>
      </w:pPr>
      <w:r>
        <w:t>وہ مستقبل کے بارے میں ہے۔</w:t>
      </w:r>
    </w:p>
    <w:p>
      <w:r>
        <w:rPr>
          <w:b/>
        </w:rPr>
        <w:t xml:space="preserve">[13:19] </w:t>
      </w:r>
      <w:r>
        <w:t>ab woh hai: "Allah mujideen ki ek qaum uthayega,</w:t>
      </w:r>
    </w:p>
    <w:p>
      <w:pPr>
        <w:jc w:val="right"/>
      </w:pPr>
      <w:r>
        <w:t>اب وہ ہے: "اللہ موجدین کی ایک قوم اٹھائے گا،</w:t>
      </w:r>
    </w:p>
    <w:p>
      <w:r>
        <w:rPr>
          <w:b/>
        </w:rPr>
        <w:t xml:space="preserve">[13:25] </w:t>
      </w:r>
      <w:r>
        <w:t>ahl e taeed ki ek ek groh uthayega." to is mein is is tarah ke alfaaz hain: "in</w:t>
      </w:r>
    </w:p>
    <w:p>
      <w:pPr>
        <w:jc w:val="right"/>
      </w:pPr>
      <w:r>
        <w:t>ال تائید کی ایک ایک گروہ اٹھائے گا۔" تو اس میں اس اس طرح کے الفاظ ہیں: "إن</w:t>
      </w:r>
    </w:p>
    <w:p>
      <w:r>
        <w:rPr>
          <w:b/>
        </w:rPr>
        <w:t xml:space="preserve">[13:36] </w:t>
      </w:r>
      <w:r>
        <w:t>Allah ad din ma min ahl ehi." haan, yaani Allah taeed karega aise logon ke zariye mustaqbil mein.</w:t>
      </w:r>
    </w:p>
    <w:p>
      <w:pPr>
        <w:jc w:val="right"/>
      </w:pPr>
      <w:r>
        <w:t>الله الدین ما من أهله۔" ہاں، یعنی اللہ تائید کرے گا ایسے لوگوں کے ذریعے مستقبل میں۔</w:t>
      </w:r>
    </w:p>
    <w:p>
      <w:r>
        <w:rPr>
          <w:b/>
        </w:rPr>
        <w:t xml:space="preserve">[13:47] </w:t>
      </w:r>
      <w:r>
        <w:t>Allah mustaqbil mein jab ahl e kitab apna role na kar paayeinge to Allah</w:t>
      </w:r>
    </w:p>
    <w:p>
      <w:pPr>
        <w:jc w:val="right"/>
      </w:pPr>
      <w:r>
        <w:t>اللہ مستقبل میں جب ال کتاب اپنا رول نہ کر پائیں گے تو اللہ</w:t>
      </w:r>
    </w:p>
    <w:p>
      <w:r>
        <w:rPr>
          <w:b/>
        </w:rPr>
        <w:t xml:space="preserve">[13:57] </w:t>
      </w:r>
      <w:r>
        <w:t>uthayega doosri qaum jo tumhare jaise na honge, aur woh taeed ka fe'l anjaam denge.</w:t>
      </w:r>
    </w:p>
    <w:p>
      <w:pPr>
        <w:jc w:val="right"/>
      </w:pPr>
      <w:r>
        <w:t>اٹھائے گا دوسری قوم جو تمہارے جیسے نہ ہوں گے، اور وہ تائید کا فعل انجام دیں گے۔</w:t>
      </w:r>
    </w:p>
    <w:p>
      <w:r>
        <w:rPr>
          <w:b/>
        </w:rPr>
        <w:t xml:space="preserve">[14:05] </w:t>
      </w:r>
      <w:r>
        <w:t>yaani is ka matlab kya hua ke baad ke daur mein jab ahl e kitab apna kaam na kar</w:t>
      </w:r>
    </w:p>
    <w:p>
      <w:pPr>
        <w:jc w:val="right"/>
      </w:pPr>
      <w:r>
        <w:t>یعنی اس کا معنی کیا ہوا کہ بعد کے دور میں جب ال کتاب اپنا کام نہ کر</w:t>
      </w:r>
    </w:p>
    <w:p>
      <w:r>
        <w:rPr>
          <w:b/>
        </w:rPr>
        <w:t xml:space="preserve">[14:14] </w:t>
      </w:r>
      <w:r>
        <w:t>paayeinge to Allah mujideen khada karega, helpers.</w:t>
      </w:r>
    </w:p>
    <w:p>
      <w:pPr>
        <w:jc w:val="right"/>
      </w:pPr>
      <w:r>
        <w:t>پائیں گے تو اللہ موجدین کھڑا کرے گا، ہیلپرز۔</w:t>
      </w:r>
    </w:p>
    <w:p>
      <w:r>
        <w:rPr>
          <w:b/>
        </w:rPr>
        <w:t xml:space="preserve">[14:22] </w:t>
      </w:r>
      <w:r>
        <w:t>Allah helpers khada karega, mujideen.</w:t>
      </w:r>
    </w:p>
    <w:p>
      <w:pPr>
        <w:jc w:val="right"/>
      </w:pPr>
      <w:r>
        <w:t>اللہ ہیلپرز کھڑا کرے گا، موجدین۔</w:t>
      </w:r>
    </w:p>
    <w:p>
      <w:r>
        <w:rPr>
          <w:b/>
        </w:rPr>
        <w:t xml:space="preserve">[14:30] </w:t>
      </w:r>
      <w:r>
        <w:t>to is ke matlab kya hue ke pehle zamane mein agar test yeh tha ke aap khatam un nabiyyin</w:t>
      </w:r>
    </w:p>
    <w:p>
      <w:pPr>
        <w:jc w:val="right"/>
      </w:pPr>
      <w:r>
        <w:t>تو اس کے معنی کیا ہوئے کہ پہلے زمانے میں اگر ٹیسٹ یہ تھا کہ آپ خاتم النبیین</w:t>
      </w:r>
    </w:p>
    <w:p>
      <w:r>
        <w:rPr>
          <w:b/>
        </w:rPr>
        <w:t xml:space="preserve">[14:41] </w:t>
      </w:r>
      <w:r>
        <w:t>ko pehchanein, yaad rakhiye yeh bohat hi important baat hai ke pichhle zamane mein, yaani seventh century AD</w:t>
      </w:r>
    </w:p>
    <w:p>
      <w:pPr>
        <w:jc w:val="right"/>
      </w:pPr>
      <w:r>
        <w:t>کو پہچانیں، یاد رکھیے یہ بہت ہی امپورٹنٹ بات ہے کہ پچھلے زمانے میں، یعنی سیونتھ سینچری اے</w:t>
      </w:r>
    </w:p>
    <w:p>
      <w:r>
        <w:rPr>
          <w:b/>
        </w:rPr>
        <w:t xml:space="preserve">[14:51] </w:t>
      </w:r>
      <w:r>
        <w:t>se pehle, agar test yeh tha ke log paighambar ko pehchanein</w:t>
      </w:r>
    </w:p>
    <w:p>
      <w:pPr>
        <w:jc w:val="right"/>
      </w:pPr>
      <w:r>
        <w:t>ڈی سے پہلے، اگر ٹیسٹ یہ تھا کہ لوگ پیغمبر کو پہچانیں</w:t>
      </w:r>
    </w:p>
    <w:p>
      <w:r>
        <w:rPr>
          <w:b/>
        </w:rPr>
        <w:t xml:space="preserve">[15:02] </w:t>
      </w:r>
      <w:r>
        <w:t>to baad ke zamane mein yeh test hoga ke log mujideen ko pehchanein.</w:t>
      </w:r>
    </w:p>
    <w:p>
      <w:pPr>
        <w:jc w:val="right"/>
      </w:pPr>
      <w:r>
        <w:t>تو بعد کے زمانے میں یہ ٹیسٹ ہوگا کہ لوگ موجدین کو پہچانیں۔</w:t>
      </w:r>
    </w:p>
    <w:p>
      <w:r>
        <w:rPr>
          <w:b/>
        </w:rPr>
        <w:t xml:space="preserve">[15:12] </w:t>
      </w:r>
      <w:r>
        <w:t>hata ke bukhari mein to yeh riwayat hai ke wahan fajr ka lafz hai: "fajir in Allah ul fajir."</w:t>
      </w:r>
    </w:p>
    <w:p>
      <w:pPr>
        <w:jc w:val="right"/>
      </w:pPr>
      <w:r>
        <w:t>حتیٰ کہ بخاری میں تو یہ روایت ہے کہ وہاں فجر کا لفظ ہے: "فاجر إن الله الفاجر۔"</w:t>
      </w:r>
    </w:p>
    <w:p>
      <w:r>
        <w:rPr>
          <w:b/>
        </w:rPr>
        <w:t xml:space="preserve">[15:22] </w:t>
      </w:r>
      <w:r>
        <w:t>yaani Allah baad ke zamane mein</w:t>
      </w:r>
    </w:p>
    <w:p>
      <w:pPr>
        <w:jc w:val="right"/>
      </w:pPr>
      <w:r>
        <w:t>یعنی اللہ بعد کے زمانے میں</w:t>
      </w:r>
    </w:p>
    <w:p>
      <w:r>
        <w:rPr>
          <w:b/>
        </w:rPr>
        <w:t xml:space="preserve">[15:32] </w:t>
      </w:r>
      <w:r>
        <w:t>fajir logon ke zariye bhi taeed karega. aur mein aap ko kis qadar be khabar hain log ke aik abhi jo un tak wo death hui, us ki Stephen Hawking ki, to mein ne aik mazmoon likha tha jo chhaap tha Times of India mein. to aik bare aalim ka mere</w:t>
      </w:r>
    </w:p>
    <w:p>
      <w:pPr>
        <w:jc w:val="right"/>
      </w:pPr>
      <w:r>
        <w:t>فاجر لوگوں کے ذریعے بھی تائید کرے گا۔ اور میں آپ کو کس قدر بے خبر ہیں لوگ کہ ایک ابھی جو ان تک وہ ڈیتھ ہوئی، اس کی اسٹیون ہاکنگ کی، تو میں نے ایک مضمون لکھا تھا جو چھپا تھا ٹائپس آف انڈیا میں۔ تو ایک بڑے عالم کا میرے</w:t>
      </w:r>
    </w:p>
    <w:p>
      <w:r>
        <w:rPr>
          <w:b/>
        </w:rPr>
        <w:t xml:space="preserve">[16:02] </w:t>
      </w:r>
      <w:r>
        <w:t>pass message aaya ke woh to fajir hai, us ki us ki ab tareef kar rahe hain.</w:t>
      </w:r>
    </w:p>
    <w:p>
      <w:pPr>
        <w:jc w:val="right"/>
      </w:pPr>
      <w:r>
        <w:t>پاس مسج آیا کہ وہ تو فاجر ہے، اس کی اس کی اب تعریف کر رہے ہیں۔</w:t>
      </w:r>
    </w:p>
    <w:p>
      <w:r>
        <w:rPr>
          <w:b/>
        </w:rPr>
        <w:t xml:space="preserve">[16:10] </w:t>
      </w:r>
      <w:r>
        <w:t>to mujhe taajub hua ke kaise hain log hadith ko parhne wale? yeh sab log hadith ko parhte</w:t>
      </w:r>
    </w:p>
    <w:p>
      <w:pPr>
        <w:jc w:val="right"/>
      </w:pPr>
      <w:r>
        <w:t>تو مجھے تعجب ہوا کہ کیسے ہیں لوگ حدیث کو پڑھنے والے؟ یہ سب لوگ حدیث کو پڑھتے</w:t>
      </w:r>
    </w:p>
    <w:p>
      <w:r>
        <w:rPr>
          <w:b/>
        </w:rPr>
        <w:t xml:space="preserve">[16:17] </w:t>
      </w:r>
      <w:r>
        <w:t>hain ke hadith mein ek kaisi ajeeb baat hai ke yeh likha hua hai pehle se ke ek</w:t>
      </w:r>
    </w:p>
    <w:p>
      <w:pPr>
        <w:jc w:val="right"/>
      </w:pPr>
      <w:r>
        <w:t>ہیں کہ حدیث میں ایک کیسی عجیب بات ہے کہ یہ لکھا ہوا ہے پہلے سے کہ ایک</w:t>
      </w:r>
    </w:p>
    <w:p>
      <w:r>
        <w:rPr>
          <w:b/>
        </w:rPr>
        <w:t xml:space="preserve">[16:25] </w:t>
      </w:r>
      <w:r>
        <w:t>zamana aaye ga jab faajir bhi is din ki taeed kare ga, is din</w:t>
      </w:r>
    </w:p>
    <w:p>
      <w:pPr>
        <w:jc w:val="right"/>
      </w:pPr>
      <w:r>
        <w:t>زمانہ آئے گا جب فاجر بھی اس دن کی تائید کرے گا، اس دن</w:t>
      </w:r>
    </w:p>
    <w:p>
      <w:r>
        <w:rPr>
          <w:b/>
        </w:rPr>
        <w:t xml:space="preserve">[16:32] </w:t>
      </w:r>
      <w:r>
        <w:t>ka support de ga.</w:t>
      </w:r>
    </w:p>
    <w:p>
      <w:pPr>
        <w:jc w:val="right"/>
      </w:pPr>
      <w:r>
        <w:t>کا سپورٹ دے گا۔</w:t>
      </w:r>
    </w:p>
    <w:p>
      <w:r>
        <w:rPr>
          <w:b/>
        </w:rPr>
        <w:t xml:space="preserve">[16:38] </w:t>
      </w:r>
      <w:r>
        <w:t>kaisi ajeeb baat hai, itne be khabar hain.</w:t>
      </w:r>
    </w:p>
    <w:p>
      <w:pPr>
        <w:jc w:val="right"/>
      </w:pPr>
      <w:r>
        <w:t>کیسی عجیب بات ہے، اتنے بے خبر ہیں۔</w:t>
      </w:r>
    </w:p>
    <w:p>
      <w:r>
        <w:rPr>
          <w:b/>
        </w:rPr>
        <w:t xml:space="preserve">[16:45] </w:t>
      </w:r>
      <w:r>
        <w:t>mein kisi ko faajir nahi kehta, mera yeh tareeqa nahi hai.</w:t>
      </w:r>
    </w:p>
    <w:p>
      <w:pPr>
        <w:jc w:val="right"/>
      </w:pPr>
      <w:r>
        <w:t>میں کسی کو فاجر نہیں کہتا، میرا یہ طریقہ نہیں ہے۔</w:t>
      </w:r>
    </w:p>
    <w:p>
      <w:r>
        <w:rPr>
          <w:b/>
        </w:rPr>
        <w:t xml:space="preserve">[16:51] </w:t>
      </w:r>
      <w:r>
        <w:t>lekin agar stephen hawking aap ke nazdeek faajir ho, ghair qaum ho, tab bhi hadith ke mutabiq aap</w:t>
      </w:r>
    </w:p>
    <w:p>
      <w:pPr>
        <w:jc w:val="right"/>
      </w:pPr>
      <w:r>
        <w:t>لیکن اگر اسٹیفن ہاکنگ آپ کے نزدیک فاجر ہو، غیر قوم ہو، تب بھی حدیث کے مطابق آپ</w:t>
      </w:r>
    </w:p>
    <w:p>
      <w:r>
        <w:rPr>
          <w:b/>
        </w:rPr>
        <w:t xml:space="preserve">[16:57] </w:t>
      </w:r>
      <w:r>
        <w:t>ko maanna pare ga ke is ne ek bohat, is ne</w:t>
      </w:r>
    </w:p>
    <w:p>
      <w:pPr>
        <w:jc w:val="right"/>
      </w:pPr>
      <w:r>
        <w:t>کو ماننا پڑے گا کہ اس نے ایک بہت، اس نے</w:t>
      </w:r>
    </w:p>
    <w:p>
      <w:r>
        <w:rPr>
          <w:b/>
        </w:rPr>
        <w:t xml:space="preserve">[17:03] </w:t>
      </w:r>
      <w:r>
        <w:t>is ne bohat bari taeed faraham ki hai.</w:t>
      </w:r>
    </w:p>
    <w:p>
      <w:pPr>
        <w:jc w:val="right"/>
      </w:pPr>
      <w:r>
        <w:t>اس نے بہت بڑی تائید فراہم کی ہے۔</w:t>
      </w:r>
    </w:p>
    <w:p>
      <w:r>
        <w:rPr>
          <w:b/>
        </w:rPr>
        <w:t xml:space="preserve">[17:10] </w:t>
      </w:r>
      <w:r>
        <w:t>woh taeed kya hai? ke stephen hawking ki kitaab hai, is mein is ne tehqeeq ki hai, scientific</w:t>
      </w:r>
    </w:p>
    <w:p>
      <w:pPr>
        <w:jc w:val="right"/>
      </w:pPr>
      <w:r>
        <w:t>وہ تائید کیا ہے؟ کہ اسٹیون ہاکنگ کی کتاب ہے، اس میں اس نے تحقیق کی ہے، سائنٹیفک</w:t>
      </w:r>
    </w:p>
    <w:p>
      <w:r>
        <w:rPr>
          <w:b/>
        </w:rPr>
        <w:t xml:space="preserve">[17:18] </w:t>
      </w:r>
      <w:r>
        <w:t>research yeh bataya hai ke moajza zamane mein jo scientific research hui hai, astronomy ke zamane mein, yani</w:t>
      </w:r>
    </w:p>
    <w:p>
      <w:pPr>
        <w:jc w:val="right"/>
      </w:pPr>
      <w:r>
        <w:t>ریسرچ یہ بتایا ہے کہ معجزہ زمانے میں جو سائنٹیفک ریسرچ ہوئی ہے، ایسٹرانومی کے زمانے میں، یعنی</w:t>
      </w:r>
    </w:p>
    <w:p>
      <w:r>
        <w:rPr>
          <w:b/>
        </w:rPr>
        <w:t xml:space="preserve">[17:25] </w:t>
      </w:r>
      <w:r>
        <w:t>nature ke bare mein, to is se yeh</w:t>
      </w:r>
    </w:p>
    <w:p>
      <w:pPr>
        <w:jc w:val="right"/>
      </w:pPr>
      <w:r>
        <w:t>نیچر کے بارے میں، تو اس سے یہ</w:t>
      </w:r>
    </w:p>
    <w:p>
      <w:r>
        <w:rPr>
          <w:b/>
        </w:rPr>
        <w:t xml:space="preserve">[17:33] </w:t>
      </w:r>
      <w:r>
        <w:t>saabit hota hai ke poora jo universe hai hamara, is universe ko jo control kar raha hai, woh</w:t>
      </w:r>
    </w:p>
    <w:p>
      <w:pPr>
        <w:jc w:val="right"/>
      </w:pPr>
      <w:r>
        <w:t>ثابت ہوتا ہے کہ پورا جو یونیورس ہے ہمارا، اس یونیورس کو جو کنٹرول کر رہا ہے، وہ</w:t>
      </w:r>
    </w:p>
    <w:p>
      <w:r>
        <w:rPr>
          <w:b/>
        </w:rPr>
        <w:t xml:space="preserve">[17:39] </w:t>
      </w:r>
      <w:r>
        <w:t>ek power hai, single string, jis ko kehte hain single string theory.</w:t>
      </w:r>
    </w:p>
    <w:p>
      <w:pPr>
        <w:jc w:val="right"/>
      </w:pPr>
      <w:r>
        <w:t>ایک پاور ہے، سنگل سٹرنگ، جس کو کہتے ہیں سنگل سٹرنگ تھیوری۔</w:t>
      </w:r>
    </w:p>
    <w:p>
      <w:r>
        <w:rPr>
          <w:b/>
        </w:rPr>
        <w:t xml:space="preserve">[17:45] </w:t>
      </w:r>
      <w:r>
        <w:t>yani kaisi ajeeb baat hai!</w:t>
      </w:r>
    </w:p>
    <w:p>
      <w:pPr>
        <w:jc w:val="right"/>
      </w:pPr>
      <w:r>
        <w:t>یعنی کیسی عجیب بات ہے!</w:t>
      </w:r>
    </w:p>
    <w:p>
      <w:r>
        <w:rPr>
          <w:b/>
        </w:rPr>
        <w:t xml:space="preserve">[17:51] </w:t>
      </w:r>
      <w:r>
        <w:t>poore kainaat ko, poore universe ko, jis mein billion billion sitare hain, billion billion galaxy hain, billion billion</w:t>
      </w:r>
    </w:p>
    <w:p>
      <w:pPr>
        <w:jc w:val="right"/>
      </w:pPr>
      <w:r>
        <w:t>پورے کائنات کو، پورے یونیورس کو، جس میں بلین بلین ستارے ہیں، بلین بلین گلیکسی ہیں، بلین بلین</w:t>
      </w:r>
    </w:p>
    <w:p>
      <w:r>
        <w:rPr>
          <w:b/>
        </w:rPr>
        <w:t xml:space="preserve">[17:57] </w:t>
      </w:r>
      <w:r>
        <w:t>solar system hai,</w:t>
      </w:r>
    </w:p>
    <w:p>
      <w:pPr>
        <w:jc w:val="right"/>
      </w:pPr>
      <w:r>
        <w:t>سولر سسٹم ہے،</w:t>
      </w:r>
    </w:p>
    <w:p>
      <w:r>
        <w:rPr>
          <w:b/>
        </w:rPr>
        <w:t xml:space="preserve">[18:03] </w:t>
      </w:r>
      <w:r>
        <w:t>is ko ek ek single taaqat control kar rahi hai, jis ko is ne kaha hai single string theory.</w:t>
      </w:r>
    </w:p>
    <w:p>
      <w:pPr>
        <w:jc w:val="right"/>
      </w:pPr>
      <w:r>
        <w:t>اس کو ایک ایک سنگل طاقت کنٹرول کر رہی ہے، جس کو اس نے کہا ہے سنگل سٹرنگ تھیوری۔</w:t>
      </w:r>
    </w:p>
    <w:p>
      <w:r>
        <w:rPr>
          <w:b/>
        </w:rPr>
        <w:t xml:space="preserve">[18:09] </w:t>
      </w:r>
      <w:r>
        <w:t>kitna bara kaam kiya is ne!</w:t>
      </w:r>
    </w:p>
    <w:p>
      <w:pPr>
        <w:jc w:val="right"/>
      </w:pPr>
      <w:r>
        <w:t>کتنا بڑا کام کیا اس نے!</w:t>
      </w:r>
    </w:p>
    <w:p>
      <w:r>
        <w:rPr>
          <w:b/>
        </w:rPr>
        <w:t xml:space="preserve">[18:15] </w:t>
      </w:r>
      <w:r>
        <w:t>yani tauheed ke nazariye ko scientific affirmation, science tauheed ke nazariye ki scientific tasdeeq.</w:t>
      </w:r>
    </w:p>
    <w:p>
      <w:pPr>
        <w:jc w:val="right"/>
      </w:pPr>
      <w:r>
        <w:t>یعنی توحید کے نظریے کو سائنٹیفک افرمیشن، سائنس توحید کے نظریے کی سائنٹیفک تصدیق۔</w:t>
      </w:r>
    </w:p>
    <w:p>
      <w:r>
        <w:rPr>
          <w:b/>
        </w:rPr>
        <w:t xml:space="preserve">[18:21] </w:t>
      </w:r>
      <w:r>
        <w:t>kaisi ajeeb baat hai!</w:t>
      </w:r>
    </w:p>
    <w:p>
      <w:pPr>
        <w:jc w:val="right"/>
      </w:pPr>
      <w:r>
        <w:t>کیسی عجیب بات ہے!</w:t>
      </w:r>
    </w:p>
    <w:p>
      <w:r>
        <w:rPr>
          <w:b/>
        </w:rPr>
        <w:t xml:space="preserve">[18:27] </w:t>
      </w:r>
      <w:r>
        <w:t>lekin log itne be khabar hain, yani ulamae quran, ulamae hadith, ilm</w:t>
      </w:r>
    </w:p>
    <w:p>
      <w:pPr>
        <w:jc w:val="right"/>
      </w:pPr>
      <w:r>
        <w:t>لیکن لوگ اتنے بے خبر ہیں، یعنی علمائے قرآن، علمائے حدیث، علم</w:t>
      </w:r>
    </w:p>
    <w:p>
      <w:r>
        <w:rPr>
          <w:b/>
        </w:rPr>
        <w:t xml:space="preserve">[18:33] </w:t>
      </w:r>
      <w:r>
        <w:t>aaye deen, ke yeh baat agar kahi jaye to is ka inkaar karte hain.</w:t>
      </w:r>
    </w:p>
    <w:p>
      <w:pPr>
        <w:jc w:val="right"/>
      </w:pPr>
      <w:r>
        <w:t>ائے دین، کہ یہ بات اگر کہی جائے تو اس کا انکار کرتے ہیں۔</w:t>
      </w:r>
    </w:p>
    <w:p>
      <w:r>
        <w:rPr>
          <w:b/>
        </w:rPr>
        <w:t xml:space="preserve">[18:39] </w:t>
      </w:r>
      <w:r>
        <w:t>wala takoonu awwal kafiron bhi kabhi zinda ban gaye.</w:t>
      </w:r>
    </w:p>
    <w:p>
      <w:pPr>
        <w:jc w:val="right"/>
      </w:pPr>
      <w:r>
        <w:t>ولا تكونوا اول کافروں بھی کبھی زندہ بن گئے۔</w:t>
      </w:r>
    </w:p>
    <w:p>
      <w:r>
        <w:rPr>
          <w:b/>
        </w:rPr>
        <w:t xml:space="preserve">[18:45] </w:t>
      </w:r>
      <w:r>
        <w:t>aise log wala takoonu awwal kafiron bhi kabhi zinda bane bane bhi hain.</w:t>
      </w:r>
    </w:p>
    <w:p>
      <w:pPr>
        <w:jc w:val="right"/>
      </w:pPr>
      <w:r>
        <w:t>ایسے لوگ ولا تكونوا اول کافروں بھی کبھی زندہ بنے بنے بھی ہیں۔</w:t>
      </w:r>
    </w:p>
    <w:p>
      <w:r>
        <w:rPr>
          <w:b/>
        </w:rPr>
        <w:t xml:space="preserve">[18:52] </w:t>
      </w:r>
      <w:r>
        <w:t>to mein bohat is par sochta raha hoon ke quran mein itni tafseel se in nawazishon ka zikr</w:t>
      </w:r>
    </w:p>
    <w:p>
      <w:pPr>
        <w:jc w:val="right"/>
      </w:pPr>
      <w:r>
        <w:t>تو میں بہت اس پر سوچتا رہا ہوں کہ قرآن میں اتنی تفصیل سے ان نوازشوں کا ذکر</w:t>
      </w:r>
    </w:p>
    <w:p>
      <w:r>
        <w:rPr>
          <w:b/>
        </w:rPr>
        <w:t xml:space="preserve">[18:58] </w:t>
      </w:r>
      <w:r>
        <w:t>kyun hai jo yahood pe ki gayi hain.</w:t>
      </w:r>
    </w:p>
    <w:p>
      <w:pPr>
        <w:jc w:val="right"/>
      </w:pPr>
      <w:r>
        <w:t>کیوں ہے جو یہود پہ کی گئی ہیں۔</w:t>
      </w:r>
    </w:p>
    <w:p>
      <w:r>
        <w:rPr>
          <w:b/>
        </w:rPr>
        <w:t xml:space="preserve">[19:04] </w:t>
      </w:r>
      <w:r>
        <w:t>kyun ke yeh yahood ko mukhatib kar ke ahl-e-kitab ka zikr hai, ji! yahood ko mukhatib kar ke ahl-e-kitab ka zikr hai ke is mein dono giroh shamil hain, yani Muslim bhi, Yahoodi bhi. ke ahl-e-kitab ka role kya hoga, us ko samjho. aik daur aayega jab Allah taala tumhari kifalat</w:t>
      </w:r>
    </w:p>
    <w:p>
      <w:pPr>
        <w:jc w:val="right"/>
      </w:pPr>
      <w:r>
        <w:t>کیونکہ یہ یہود کو مخاطب کر کے ال کتاب کا ذکر ہے، جی! یہود کو مخاطب کر کے ال کتاب کا ذکر ہے کہ اس میں دونوں گروہ شامل ہیں، یعنی مسلم بھی، یہودی بھی۔ کہ ال کتاب کا رول کیا ہوگا، اس کو سمجھو۔ ایک دور آئے گا جب اللہ تعالی تمہاری کفالت</w:t>
      </w:r>
    </w:p>
    <w:p>
      <w:r>
        <w:rPr>
          <w:b/>
        </w:rPr>
        <w:t xml:space="preserve">[19:34] </w:t>
      </w:r>
      <w:r>
        <w:t>karega.</w:t>
      </w:r>
    </w:p>
    <w:p>
      <w:pPr>
        <w:jc w:val="right"/>
      </w:pPr>
      <w:r>
        <w:t>کرے گا۔</w:t>
      </w:r>
    </w:p>
    <w:p>
      <w:r>
        <w:rPr>
          <w:b/>
        </w:rPr>
        <w:t xml:space="preserve">[19:42] </w:t>
      </w:r>
      <w:r>
        <w:t>yahood ke zamane mein tumhare liye man salwa barsaya tha, ab tumhare liye tel ki barish kar de</w:t>
      </w:r>
    </w:p>
    <w:p>
      <w:pPr>
        <w:jc w:val="right"/>
      </w:pPr>
      <w:r>
        <w:t>یہود کے زمانے میں تمہارے لیے من سلوہ برسایا تھا، اب تمہارے لیے تیل کی بارش کر دے</w:t>
      </w:r>
    </w:p>
    <w:p>
      <w:r>
        <w:rPr>
          <w:b/>
        </w:rPr>
        <w:t xml:space="preserve">[19:51] </w:t>
      </w:r>
      <w:r>
        <w:t>ga taake tum is role ko ada karo.</w:t>
      </w:r>
    </w:p>
    <w:p>
      <w:pPr>
        <w:jc w:val="right"/>
      </w:pPr>
      <w:r>
        <w:t>گا تاکہ تم اس رول کو ادا کرو۔</w:t>
      </w:r>
    </w:p>
    <w:p>
      <w:r>
        <w:rPr>
          <w:b/>
        </w:rPr>
        <w:t xml:space="preserve">[19:59] </w:t>
      </w:r>
      <w:r>
        <w:t>wo role kya hai? scientific daur mein Allah ke deen ka dobara naye level par, scientific level par</w:t>
      </w:r>
    </w:p>
    <w:p>
      <w:pPr>
        <w:jc w:val="right"/>
      </w:pPr>
      <w:r>
        <w:t>وہ رول کیا ہے؟ سائنٹیفک دور میں اللہ کے دین کا دوبارہ نئے لیول پر، سائنٹیفک لیول پر</w:t>
      </w:r>
    </w:p>
    <w:p>
      <w:r>
        <w:rPr>
          <w:b/>
        </w:rPr>
        <w:t xml:space="preserve">[20:07] </w:t>
      </w:r>
      <w:r>
        <w:t>confirmation, is ki tasdeeq.</w:t>
      </w:r>
    </w:p>
    <w:p>
      <w:pPr>
        <w:jc w:val="right"/>
      </w:pPr>
      <w:r>
        <w:t>کنفرمیشن، اس کی تصدیق۔</w:t>
      </w:r>
    </w:p>
    <w:p>
      <w:r>
        <w:rPr>
          <w:b/>
        </w:rPr>
        <w:t xml:space="preserve">[20:15] </w:t>
      </w:r>
      <w:r>
        <w:t>yani is ka hum hamara farz hai ke hum janen in tehqiqat ko aur is ko apply karen Islam par.</w:t>
      </w:r>
    </w:p>
    <w:p>
      <w:pPr>
        <w:jc w:val="right"/>
      </w:pPr>
      <w:r>
        <w:t>یعنی اس کا ہم ہمارا فرض ہے کہ ہم جانیں ان تحقیقات کو اور اس کو اپلائی کریں اسلام پر۔</w:t>
      </w:r>
    </w:p>
    <w:p>
      <w:r>
        <w:rPr>
          <w:b/>
        </w:rPr>
        <w:t xml:space="preserve">[20:23] </w:t>
      </w:r>
      <w:r>
        <w:t>misal ke taur par dekhiye, misal ke taur par dekhiye, big bang theory.</w:t>
      </w:r>
    </w:p>
    <w:p>
      <w:pPr>
        <w:jc w:val="right"/>
      </w:pPr>
      <w:r>
        <w:t>مثال کے طور پر دیکھیے، مثال کے طور پر دیکھیے، بگ بینگ تھیوری۔</w:t>
      </w:r>
    </w:p>
    <w:p>
      <w:r>
        <w:rPr>
          <w:b/>
        </w:rPr>
        <w:t xml:space="preserve">[20:31] </w:t>
      </w:r>
      <w:r>
        <w:t>big bang theory jo hai, ek bohat bada affirmation hai</w:t>
      </w:r>
    </w:p>
    <w:p>
      <w:pPr>
        <w:jc w:val="right"/>
      </w:pPr>
      <w:r>
        <w:t>بگ بینگ تھیوری جو ہے، ایک بہت بڑا افرمیشن ہے</w:t>
      </w:r>
    </w:p>
    <w:p>
      <w:r>
        <w:rPr>
          <w:b/>
        </w:rPr>
        <w:t xml:space="preserve">[20:38] </w:t>
      </w:r>
      <w:r>
        <w:t>islam ki sachai ka, islam ki sachai ka. yani big bang theory yeh batati hai scientific level par ke dunya ki takhleeq ek waqt khaas mein hui hai, yani 13 taqreeban 13 billion saal pehle. is se pehle nahi thi, woh is se pehle wajood nahi tha</w:t>
      </w:r>
    </w:p>
    <w:p>
      <w:pPr>
        <w:jc w:val="right"/>
      </w:pPr>
      <w:r>
        <w:t>اسلام کی سچائی کا، اسلام کی سچائی کا۔ یعنی بگ بینگ تھیوری یہ بتاتی ہے سائنٹیفک لیول پر کہ دنیا کی تخلیق ایک وقت خاص میں ہوئی ہے، یعنی 13 تقریباً 13 بلین سال پہلے۔ اس سے پہلے نہیں تھی، وہ اس سے پہلے وجود نہیں تھا</w:t>
      </w:r>
    </w:p>
    <w:p>
      <w:r>
        <w:rPr>
          <w:b/>
        </w:rPr>
        <w:t xml:space="preserve">[21:08] </w:t>
      </w:r>
      <w:r>
        <w:t>duniya ka.</w:t>
      </w:r>
    </w:p>
    <w:p>
      <w:pPr>
        <w:jc w:val="right"/>
      </w:pPr>
      <w:r>
        <w:t>دنیا کا۔</w:t>
      </w:r>
    </w:p>
    <w:p>
      <w:r>
        <w:rPr>
          <w:b/>
        </w:rPr>
        <w:t xml:space="preserve">[21:14] </w:t>
      </w:r>
      <w:r>
        <w:t>ab ghor kijiye, agar science yeh sabit kare ke 13 billion saal pehle yahan sirf space tha, space</w:t>
      </w:r>
    </w:p>
    <w:p>
      <w:pPr>
        <w:jc w:val="right"/>
      </w:pPr>
      <w:r>
        <w:t>اب غور کیجئے، اگر سائنس یہ ثابت کرے کہ 13 بلین سال پہلے یہاں صرف اسپیس تھا، اسپیس</w:t>
      </w:r>
    </w:p>
    <w:p>
      <w:r>
        <w:rPr>
          <w:b/>
        </w:rPr>
        <w:t xml:space="preserve">[21:20] </w:t>
      </w:r>
      <w:r>
        <w:t>hamari yeh duniya jo jo solar system hai, jis mein galaxy hai, jis mein stars aur planet hain,</w:t>
      </w:r>
    </w:p>
    <w:p>
      <w:pPr>
        <w:jc w:val="right"/>
      </w:pPr>
      <w:r>
        <w:t>ہماری یہ دنیا جو جو سولر سسٹم ہے، جس میں گلیکسی ہے، جس میں سٹارز اور پلینٹ ہیں،</w:t>
      </w:r>
    </w:p>
    <w:p>
      <w:r>
        <w:rPr>
          <w:b/>
        </w:rPr>
        <w:t xml:space="preserve">[21:26] </w:t>
      </w:r>
      <w:r>
        <w:t>yeh koi wajood hi nahi tha, khala, khala, khala.</w:t>
      </w:r>
    </w:p>
    <w:p>
      <w:pPr>
        <w:jc w:val="right"/>
      </w:pPr>
      <w:r>
        <w:t>یہ کوئی وجود ہی نہیں تھا، خلا، خلا، خلا۔</w:t>
      </w:r>
    </w:p>
    <w:p>
      <w:r>
        <w:rPr>
          <w:b/>
        </w:rPr>
        <w:t xml:space="preserve">[21:32] </w:t>
      </w:r>
      <w:r>
        <w:t>phir achaanak ek din, dafatan ek din,</w:t>
      </w:r>
    </w:p>
    <w:p>
      <w:pPr>
        <w:jc w:val="right"/>
      </w:pPr>
      <w:r>
        <w:t>پھر اچانک ایک دن، دفعتاً ایک دن،</w:t>
      </w:r>
    </w:p>
    <w:p>
      <w:r>
        <w:rPr>
          <w:b/>
        </w:rPr>
        <w:t xml:space="preserve">[21:39] </w:t>
      </w:r>
      <w:r>
        <w:t>suddenly ek din, ek dhamaka hua aur phir sari duniya is mein wajood aana shuru ho gayi.</w:t>
      </w:r>
    </w:p>
    <w:p>
      <w:pPr>
        <w:jc w:val="right"/>
      </w:pPr>
      <w:r>
        <w:t>سڈنلی ایک دن، ایک دھماکہ ہوا اور پھر ساری دنیا اس میں وجود آنا شروع ہوگئی۔</w:t>
      </w:r>
    </w:p>
    <w:p>
      <w:r>
        <w:rPr>
          <w:b/>
        </w:rPr>
        <w:t xml:space="preserve">[21:45] </w:t>
      </w:r>
      <w:r>
        <w:t>is ko kehte hain big bang.</w:t>
      </w:r>
    </w:p>
    <w:p>
      <w:pPr>
        <w:jc w:val="right"/>
      </w:pPr>
      <w:r>
        <w:t>اس کو کہتے ہیں بگ بینگ۔</w:t>
      </w:r>
    </w:p>
    <w:p>
      <w:r>
        <w:rPr>
          <w:b/>
        </w:rPr>
        <w:t xml:space="preserve">[21:51] </w:t>
      </w:r>
      <w:r>
        <w:t>yeh to science ne kiya, yeh kaam na yahood kar paye the, na ek kaam musalman kar paye</w:t>
      </w:r>
    </w:p>
    <w:p>
      <w:pPr>
        <w:jc w:val="right"/>
      </w:pPr>
      <w:r>
        <w:t>یہ تو سائنس نے کیا، یہ کام نہ یہود کر پائے تھے، نہ ایک کام مسلمان کر پائے</w:t>
      </w:r>
    </w:p>
    <w:p>
      <w:r>
        <w:rPr>
          <w:b/>
        </w:rPr>
        <w:t xml:space="preserve">[21:57] </w:t>
      </w:r>
      <w:r>
        <w:t>the, yani dono ahl-e-kitab nahi kar paye the.</w:t>
      </w:r>
    </w:p>
    <w:p>
      <w:pPr>
        <w:jc w:val="right"/>
      </w:pPr>
      <w:r>
        <w:t>تھے، یعنی دونوں ال کتاب نہیں کر پائے تھے۔</w:t>
      </w:r>
    </w:p>
    <w:p>
      <w:r>
        <w:rPr>
          <w:b/>
        </w:rPr>
        <w:t xml:space="preserve">[22:03] </w:t>
      </w:r>
      <w:r>
        <w:t>to mojjideen ne kiya, yani ahl-e-kitab</w:t>
      </w:r>
    </w:p>
    <w:p>
      <w:pPr>
        <w:jc w:val="right"/>
      </w:pPr>
      <w:r>
        <w:t>تو موجدین نے کیا، یعنی ال</w:t>
      </w:r>
    </w:p>
    <w:p>
      <w:r>
        <w:rPr>
          <w:b/>
        </w:rPr>
        <w:t xml:space="preserve">[22:09] </w:t>
      </w:r>
      <w:r>
        <w:t>maghrib ne.</w:t>
      </w:r>
    </w:p>
    <w:p>
      <w:pPr>
        <w:jc w:val="right"/>
      </w:pPr>
      <w:r>
        <w:t>مغرب نے۔</w:t>
      </w:r>
    </w:p>
    <w:p>
      <w:r>
        <w:rPr>
          <w:b/>
        </w:rPr>
        <w:t xml:space="preserve">[22:15] </w:t>
      </w:r>
      <w:r>
        <w:t>yahan mein aap ko yaad dilaoonga ke quran mein ek hai: "yajooj o majooj ka khurooj".</w:t>
      </w:r>
    </w:p>
    <w:p>
      <w:pPr>
        <w:jc w:val="right"/>
      </w:pPr>
      <w:r>
        <w:t>یہاں میں آپ کو یاد دلاؤں گا کہ قرآن میں ایک ہے: "یاجوج و ماجوج کا خروج"۔</w:t>
      </w:r>
    </w:p>
    <w:p>
      <w:r>
        <w:rPr>
          <w:b/>
        </w:rPr>
        <w:t xml:space="preserve">[22:21] </w:t>
      </w:r>
      <w:r>
        <w:t>ek ek waqt aayega jab yajooj o majooj niklenge, "hum min kulli hadab" yani sari bulandiyon</w:t>
      </w:r>
    </w:p>
    <w:p>
      <w:pPr>
        <w:jc w:val="right"/>
      </w:pPr>
      <w:r>
        <w:t>ایک ایک وقت آئے گا جب یاجوج و ماجوج نکلیں گے، "ہم من کل ہدوی" یعنی ساری بلندیوں</w:t>
      </w:r>
    </w:p>
    <w:p>
      <w:r>
        <w:rPr>
          <w:b/>
        </w:rPr>
        <w:t xml:space="preserve">[22:27] </w:t>
      </w:r>
      <w:r>
        <w:t>ko par karenge.</w:t>
      </w:r>
    </w:p>
    <w:p>
      <w:pPr>
        <w:jc w:val="right"/>
      </w:pPr>
      <w:r>
        <w:t>کو پار کریں گے۔</w:t>
      </w:r>
    </w:p>
    <w:p>
      <w:r>
        <w:rPr>
          <w:b/>
        </w:rPr>
        <w:t xml:space="preserve">[22:33] </w:t>
      </w:r>
      <w:r>
        <w:t>wo to bohat hi barhe aalim hain, allama Anwar</w:t>
      </w:r>
    </w:p>
    <w:p>
      <w:pPr>
        <w:jc w:val="right"/>
      </w:pPr>
      <w:r>
        <w:t>وہ تو بہت ہی بڑے عالم ہیں، علامہ انور</w:t>
      </w:r>
    </w:p>
    <w:p>
      <w:r>
        <w:rPr>
          <w:b/>
        </w:rPr>
        <w:t xml:space="preserve">[22:39] </w:t>
      </w:r>
      <w:r>
        <w:t>shah kashmiri, maane hue aalim hain.</w:t>
      </w:r>
    </w:p>
    <w:p>
      <w:pPr>
        <w:jc w:val="right"/>
      </w:pPr>
      <w:r>
        <w:t>شاہ کشمیری، مانے ہوئے عالم ہیں۔</w:t>
      </w:r>
    </w:p>
    <w:p>
      <w:r>
        <w:rPr>
          <w:b/>
        </w:rPr>
        <w:t xml:space="preserve">[22:44] </w:t>
      </w:r>
      <w:r>
        <w:t>un ka khayal yeh hai ke jo yaajooj maajooj thi, yeh al al maghrib jo hai, yahi yaajooj</w:t>
      </w:r>
    </w:p>
    <w:p>
      <w:pPr>
        <w:jc w:val="right"/>
      </w:pPr>
      <w:r>
        <w:t>ان کا خیال یہ ہے کہ جو یاجوج ماجوج تھی، یہ ال ال مغرب جو ہے، یہی یاجوج</w:t>
      </w:r>
    </w:p>
    <w:p>
      <w:r>
        <w:rPr>
          <w:b/>
        </w:rPr>
        <w:t xml:space="preserve">[22:49] </w:t>
      </w:r>
      <w:r>
        <w:t>maajooj ka misdaq hai.</w:t>
      </w:r>
    </w:p>
    <w:p>
      <w:pPr>
        <w:jc w:val="right"/>
      </w:pPr>
      <w:r>
        <w:t>ماجوج کا مصداق ہے۔</w:t>
      </w:r>
    </w:p>
    <w:p>
      <w:r>
        <w:rPr>
          <w:b/>
        </w:rPr>
        <w:t xml:space="preserve">[22:54] </w:t>
      </w:r>
      <w:r>
        <w:t>yani ye al maghrib jinhone modern civilization, modern technology paida ki, modern age</w:t>
      </w:r>
    </w:p>
    <w:p>
      <w:pPr>
        <w:jc w:val="right"/>
      </w:pPr>
      <w:r>
        <w:t>یعنی یہ ال مغرب جنہوں نے ماڈرن سولر ایشو وجود پیدا کی، ماڈرن ٹیکنالوجی پیدا کی، ماڈرن ایج</w:t>
      </w:r>
    </w:p>
    <w:p>
      <w:r>
        <w:rPr>
          <w:b/>
        </w:rPr>
        <w:t xml:space="preserve">[22:59] </w:t>
      </w:r>
      <w:r>
        <w:t>پیدا کیا، یہی وہ لوگ ہیں جن کو قرآن میں یاجوج ماجوج کے نام سے refer کیا گیا ہے۔</w:t>
      </w:r>
    </w:p>
    <w:p>
      <w:pPr>
        <w:jc w:val="right"/>
      </w:pPr>
      <w:r>
        <w:t>پیدا کیا، یہی وہ لوگ ہیں جن کو قرآن میں یاجوج ماجوج کے نام سے ریفر کیا گیا ہے۔</w:t>
      </w:r>
    </w:p>
    <w:p>
      <w:r>
        <w:rPr>
          <w:b/>
        </w:rPr>
        <w:t xml:space="preserve">[23:04] </w:t>
      </w:r>
      <w:r>
        <w:t>kaisi ajeeb baat hai</w:t>
      </w:r>
    </w:p>
    <w:p>
      <w:pPr>
        <w:jc w:val="right"/>
      </w:pPr>
      <w:r>
        <w:t>کیسی عجیب بات ہے</w:t>
      </w:r>
    </w:p>
    <w:p>
      <w:r>
        <w:rPr>
          <w:b/>
        </w:rPr>
        <w:t xml:space="preserve">[23:09] </w:t>
      </w:r>
      <w:r>
        <w:t>!</w:t>
      </w:r>
    </w:p>
    <w:p>
      <w:pPr>
        <w:jc w:val="right"/>
      </w:pPr>
      <w:r>
        <w:t>!</w:t>
      </w:r>
    </w:p>
    <w:p>
      <w:r>
        <w:rPr>
          <w:b/>
        </w:rPr>
        <w:t xml:space="preserve">[23:16] </w:t>
      </w:r>
      <w:r>
        <w:t>to aap par haraam hai ke in logon par itna nafrat karen jinhon ne quran ki peshangoi ko waqea banaya.</w:t>
      </w:r>
    </w:p>
    <w:p>
      <w:pPr>
        <w:jc w:val="right"/>
      </w:pPr>
      <w:r>
        <w:t>تو آپ پر حرام ہے کہ ان لوگوں پر اتنا نفرت کریں جنہوں نے قرآن کی پیشنگوئی کو واقعہ بنایا۔</w:t>
      </w:r>
    </w:p>
    <w:p>
      <w:r>
        <w:rPr>
          <w:b/>
        </w:rPr>
        <w:t xml:space="preserve">[23:24] </w:t>
      </w:r>
      <w:r>
        <w:t>un se aap nafrat karen ge? aap ke aijazon ka nafrat karen aap? aur quran mein yeh to</w:t>
      </w:r>
    </w:p>
    <w:p>
      <w:pPr>
        <w:jc w:val="right"/>
      </w:pPr>
      <w:r>
        <w:t>ان سے آپ نفرت کریں گے؟ آپ کے اعجازوں کا نفرت کریں آپ؟ اور قرآن میں یہ تو</w:t>
      </w:r>
    </w:p>
    <w:p>
      <w:r>
        <w:rPr>
          <w:b/>
        </w:rPr>
        <w:t xml:space="preserve">[23:32] </w:t>
      </w:r>
      <w:r>
        <w:t>mein ne hadith sunai aap ko ke hadith mein yeh hai ke ghair al q</w:t>
      </w:r>
    </w:p>
    <w:p>
      <w:pPr>
        <w:jc w:val="right"/>
      </w:pPr>
      <w:r>
        <w:t>میں نے حدیث سنائی آپ کو کہ حدیث میں یہ ہے کہ غیر ال ق</w:t>
      </w:r>
    </w:p>
    <w:p>
      <w:r>
        <w:rPr>
          <w:b/>
        </w:rPr>
        <w:t xml:space="preserve">[23:39] </w:t>
      </w:r>
      <w:r>
        <w:t>waum mojad ban jayen ge islam ke.</w:t>
      </w:r>
    </w:p>
    <w:p>
      <w:pPr>
        <w:jc w:val="right"/>
      </w:pPr>
      <w:r>
        <w:t>وم موجد بن جائیں گے اسلام کے۔</w:t>
      </w:r>
    </w:p>
    <w:p>
      <w:r>
        <w:rPr>
          <w:b/>
        </w:rPr>
        <w:t xml:space="preserve">[23:45] </w:t>
      </w:r>
      <w:r>
        <w:t>aur quran mein dekhiye ke "sanurrahum ayatina fil afaqi wa fil anfusim" hatta "yatabayyana lahum innahu al haq".</w:t>
      </w:r>
    </w:p>
    <w:p>
      <w:pPr>
        <w:jc w:val="right"/>
      </w:pPr>
      <w:r>
        <w:t>اور قرآن میں دیکھیے کہ "سنورہم آیاتنا فی الافاق و فی الفسیم" حتیٰ "یتبین لہم انہ الحق"۔</w:t>
      </w:r>
    </w:p>
    <w:p>
      <w:r>
        <w:rPr>
          <w:b/>
        </w:rPr>
        <w:t xml:space="preserve">[23:51] </w:t>
      </w:r>
      <w:r>
        <w:t>yeh ayat future ke bare mein hai, mustaqbil ke bare mein hai, yani rasool Allah sal Allah</w:t>
      </w:r>
    </w:p>
    <w:p>
      <w:pPr>
        <w:jc w:val="right"/>
      </w:pPr>
      <w:r>
        <w:t>یہ آیت فیوچر کے بارے میں ہے، مستقبل کے بارے میں ہے، یعنی رسول اللہ صلی اللہ علیہ</w:t>
      </w:r>
    </w:p>
    <w:p>
      <w:r>
        <w:rPr>
          <w:b/>
        </w:rPr>
        <w:t xml:space="preserve">[23:57] </w:t>
      </w:r>
      <w:r>
        <w:t>alaihi wasallam ke zahoor ke baad.</w:t>
      </w:r>
    </w:p>
    <w:p>
      <w:pPr>
        <w:jc w:val="right"/>
      </w:pPr>
      <w:r>
        <w:t>وسلم کے ظہور کے بعد۔</w:t>
      </w:r>
    </w:p>
    <w:p>
      <w:r>
        <w:rPr>
          <w:b/>
        </w:rPr>
        <w:t xml:space="preserve">[24:03] </w:t>
      </w:r>
      <w:r>
        <w:t>to aise log niklen ge jo af</w:t>
      </w:r>
    </w:p>
    <w:p>
      <w:pPr>
        <w:jc w:val="right"/>
      </w:pPr>
      <w:r>
        <w:t>تو ایسے لوگ نکلیں گے جو اف</w:t>
      </w:r>
    </w:p>
    <w:p>
      <w:r>
        <w:rPr>
          <w:b/>
        </w:rPr>
        <w:t xml:space="preserve">[24:09] </w:t>
      </w:r>
      <w:r>
        <w:t>اق و نفوس کا مطالعہ کریں گے، یعنی universe کا، universe کا مطالعہ کریں گے، astronomy کا مطالعہ،</w:t>
      </w:r>
    </w:p>
    <w:p>
      <w:pPr>
        <w:jc w:val="right"/>
      </w:pPr>
      <w:r>
        <w:t>اق و نفوس کا مطالعہ کریں گے، یعنی یونیورس کا، یونیورس کا مطالعہ کریں گے، ایسٹرانومی کا مطالعہ،</w:t>
      </w:r>
    </w:p>
    <w:p>
      <w:r>
        <w:rPr>
          <w:b/>
        </w:rPr>
        <w:t xml:space="preserve">[24:17] </w:t>
      </w:r>
      <w:r>
        <w:t>physics ka mutalia, chemistry ka mutalia kar ke nai technology, naye laboratory daryaft karen ge.</w:t>
      </w:r>
    </w:p>
    <w:p>
      <w:pPr>
        <w:jc w:val="right"/>
      </w:pPr>
      <w:r>
        <w:t>فزکس کا مطالعہ، کیمسٹری کا مطالعہ کر کے نئی ٹیکنالوجی، نئے لیبوریٹری دریافت کریں گے۔</w:t>
      </w:r>
    </w:p>
    <w:p>
      <w:r>
        <w:rPr>
          <w:b/>
        </w:rPr>
        <w:t xml:space="preserve">[24:24] </w:t>
      </w:r>
      <w:r>
        <w:t>اس سے tabayyun-e-haq ہوگا، یعنی سچائی کا reaffirmation.</w:t>
      </w:r>
    </w:p>
    <w:p>
      <w:pPr>
        <w:jc w:val="right"/>
      </w:pPr>
      <w:r>
        <w:t>اس سے تبین حق ہوگا، یعنی سچائی کا ری افرمیشن۔</w:t>
      </w:r>
    </w:p>
    <w:p>
      <w:r>
        <w:rPr>
          <w:b/>
        </w:rPr>
        <w:t xml:space="preserve">[24:32] </w:t>
      </w:r>
      <w:r>
        <w:t>to yeh kis ne kiya</w:t>
      </w:r>
    </w:p>
    <w:p>
      <w:pPr>
        <w:jc w:val="right"/>
      </w:pPr>
      <w:r>
        <w:t>تو یہ کس نے کیا</w:t>
      </w:r>
    </w:p>
    <w:p>
      <w:r>
        <w:rPr>
          <w:b/>
        </w:rPr>
        <w:t xml:space="preserve">[24:39] </w:t>
      </w:r>
      <w:r>
        <w:t>? yeh al maghrib ne kiya.</w:t>
      </w:r>
    </w:p>
    <w:p>
      <w:pPr>
        <w:jc w:val="right"/>
      </w:pPr>
      <w:r>
        <w:t>؟ یہ ال مغرب نے کیا۔</w:t>
      </w:r>
    </w:p>
    <w:p>
      <w:r>
        <w:rPr>
          <w:b/>
        </w:rPr>
        <w:t xml:space="preserve">[24:49] </w:t>
      </w:r>
      <w:r>
        <w:t>to is daur mein yeh mere nazdeek haraam ki fehrist mein ek aur izafa karna chahiye ke al</w:t>
      </w:r>
    </w:p>
    <w:p>
      <w:pPr>
        <w:jc w:val="right"/>
      </w:pPr>
      <w:r>
        <w:t>تو اس دور میں یہ میرے نزدیک حرام کی فہرست میں ایک اور اضافہ کرنا چاہیے کہ ال</w:t>
      </w:r>
    </w:p>
    <w:p>
      <w:r>
        <w:rPr>
          <w:b/>
        </w:rPr>
        <w:t xml:space="preserve">[24:59] </w:t>
      </w:r>
      <w:r>
        <w:t>maghrib se nafrat karna haraam, al maghrib se nafrat karna haraam, kyunke woh to mojad hain, woh to m</w:t>
      </w:r>
    </w:p>
    <w:p>
      <w:pPr>
        <w:jc w:val="right"/>
      </w:pPr>
      <w:r>
        <w:t>مغرب سے نفرت کرنا حرام، ال مغرب سے نفرت کرنا حرام، کیونکہ وہ تو موجد ہیں، وہ تو م</w:t>
      </w:r>
    </w:p>
    <w:p>
      <w:r>
        <w:rPr>
          <w:b/>
        </w:rPr>
        <w:t xml:space="preserve">[25:09] </w:t>
      </w:r>
      <w:r>
        <w:t>mojad hain.</w:t>
      </w:r>
    </w:p>
    <w:p>
      <w:pPr>
        <w:jc w:val="right"/>
      </w:pPr>
      <w:r>
        <w:t>وجد ہیں۔</w:t>
      </w:r>
    </w:p>
    <w:p>
      <w:r>
        <w:rPr>
          <w:b/>
        </w:rPr>
        <w:t xml:space="preserve">[25:16] </w:t>
      </w:r>
      <w:r>
        <w:t>aap ke in ke darmiyan tawafuq hona chahiye, yani mil kar, dono mil kar ke Allah ke deen</w:t>
      </w:r>
    </w:p>
    <w:p>
      <w:pPr>
        <w:jc w:val="right"/>
      </w:pPr>
      <w:r>
        <w:t>آپ کے ان کے درمیان توافق ہونا چاہیے، یعنی مل کر، دونوں مل کر کے اللہ کے دین</w:t>
      </w:r>
    </w:p>
    <w:p>
      <w:r>
        <w:rPr>
          <w:b/>
        </w:rPr>
        <w:t xml:space="preserve">[25:22] </w:t>
      </w:r>
      <w:r>
        <w:t>ko farogh karen.</w:t>
      </w:r>
    </w:p>
    <w:p>
      <w:pPr>
        <w:jc w:val="right"/>
      </w:pPr>
      <w:r>
        <w:t>کو فروغ کریں۔</w:t>
      </w:r>
    </w:p>
    <w:p>
      <w:r>
        <w:rPr>
          <w:b/>
        </w:rPr>
        <w:t xml:space="preserve">[25:28] </w:t>
      </w:r>
      <w:r>
        <w:t>to is daur mein, yani 21 century mein, jo role hai ummat e muhammadi ka, woh kya hai? jo</w:t>
      </w:r>
    </w:p>
    <w:p>
      <w:pPr>
        <w:jc w:val="right"/>
      </w:pPr>
      <w:r>
        <w:t>تو اس دور میں، یعنی 21 سینچری میں، جو رول ہے امت محمدی کا، وہ کیا ہے؟ جو</w:t>
      </w:r>
    </w:p>
    <w:p>
      <w:r>
        <w:rPr>
          <w:b/>
        </w:rPr>
        <w:t xml:space="preserve">[25:34] </w:t>
      </w:r>
      <w:r>
        <w:t>haqaiq chhupe hue the</w:t>
      </w:r>
    </w:p>
    <w:p>
      <w:pPr>
        <w:jc w:val="right"/>
      </w:pPr>
      <w:r>
        <w:t>حقائق چھپے ہوئے تھے</w:t>
      </w:r>
    </w:p>
    <w:p>
      <w:r>
        <w:rPr>
          <w:b/>
        </w:rPr>
        <w:t xml:space="preserve">[25:41] </w:t>
      </w:r>
      <w:r>
        <w:t>nature mein, un ko daryaft karna aur un ki madad se, un ki taeed se, un ki support</w:t>
      </w:r>
    </w:p>
    <w:p>
      <w:pPr>
        <w:jc w:val="right"/>
      </w:pPr>
      <w:r>
        <w:t>نیچر میں، ان کو دریافت کرنا اور ان کی مدد سے، ان کی تائید سے، ان کی سپورٹ</w:t>
      </w:r>
    </w:p>
    <w:p>
      <w:r>
        <w:rPr>
          <w:b/>
        </w:rPr>
        <w:t xml:space="preserve">[25:48] </w:t>
      </w:r>
      <w:r>
        <w:t>se Allah ke deen ka naya izhaar.</w:t>
      </w:r>
    </w:p>
    <w:p>
      <w:pPr>
        <w:jc w:val="right"/>
      </w:pPr>
      <w:r>
        <w:t>سے اللہ کے دین کا نیا اظہار۔</w:t>
      </w:r>
    </w:p>
    <w:p>
      <w:r>
        <w:rPr>
          <w:b/>
        </w:rPr>
        <w:t xml:space="preserve">[25:56] </w:t>
      </w:r>
      <w:r>
        <w:t>mein aik choti si misaal deta hoon aap ko ke yahood ke zamanay mein, yaani dhai hazar saal</w:t>
      </w:r>
    </w:p>
    <w:p>
      <w:pPr>
        <w:jc w:val="right"/>
      </w:pPr>
      <w:r>
        <w:t>میں ایک چھوٹی سی مثال دیتا ہوں آپ کو کہ یہود کے زمانے میں، یعنی ڈھائی ہزار سال</w:t>
      </w:r>
    </w:p>
    <w:p>
      <w:r>
        <w:rPr>
          <w:b/>
        </w:rPr>
        <w:t xml:space="preserve">[26:03] </w:t>
      </w:r>
      <w:r>
        <w:t>pehle, jab yahood ka zamanah tha, to firoun</w:t>
      </w:r>
    </w:p>
    <w:p>
      <w:pPr>
        <w:jc w:val="right"/>
      </w:pPr>
      <w:r>
        <w:t>پہلے، جب یہود کا زمانہ تھا، تو فرعون</w:t>
      </w:r>
    </w:p>
    <w:p>
      <w:r>
        <w:rPr>
          <w:b/>
        </w:rPr>
        <w:t xml:space="preserve">[26:11] </w:t>
      </w:r>
      <w:r>
        <w:t>un ka dushman ban gaya. to Allah ne firon ko samandar mein gharaq kar diya. us waqt quran mein yeh ayat shamil ki gayi is waqea ke bare mein: "alyawma nunchi ka badanak litakuna liman khalfika khalfa". aaya ek jab firon ko Allah ne samandar mein gharaq kiya</w:t>
      </w:r>
    </w:p>
    <w:p>
      <w:pPr>
        <w:jc w:val="right"/>
      </w:pPr>
      <w:r>
        <w:t>ان کا دشمن بن گیا۔ تو اللہ نے فرعون کو سمندر میں غرق کر دیا۔ اس وقت قرآن میں یہ آیت شامل کی گئی اس واقعے کے بارے میں: "الیوم نرجی کا بے بدن کا لتکون لبن خلفک"۔ آیا ایک جب فرعون کو اللہ نے سمندر میں غرق کیا</w:t>
      </w:r>
    </w:p>
    <w:p>
      <w:r>
        <w:rPr>
          <w:b/>
        </w:rPr>
        <w:t xml:space="preserve">[26:41] </w:t>
      </w:r>
      <w:r>
        <w:t>, dubaya, to farmaya us waqt ke hum tumhare body ko badan, badan maani body, hum tumhare body</w:t>
      </w:r>
    </w:p>
    <w:p>
      <w:pPr>
        <w:jc w:val="right"/>
      </w:pPr>
      <w:r>
        <w:t>، ڈبایا، تو فرمایا اس وقت کہ ہم تمہارے باڈی کو بدن، بدن معنی باڈی، ہم تمہارے باڈی</w:t>
      </w:r>
    </w:p>
    <w:p>
      <w:r>
        <w:rPr>
          <w:b/>
        </w:rPr>
        <w:t xml:space="preserve">[26:51] </w:t>
      </w:r>
      <w:r>
        <w:t>ko mehfooz rakhenge, preserve rakhenge taake future mein woh nishani bane.</w:t>
      </w:r>
    </w:p>
    <w:p>
      <w:pPr>
        <w:jc w:val="right"/>
      </w:pPr>
      <w:r>
        <w:t>کو محفوظ رکھیں گے، پریزرو رکھیں گے تاکہ فیوچر میں وہ نشانی بنے۔</w:t>
      </w:r>
    </w:p>
    <w:p>
      <w:r>
        <w:rPr>
          <w:b/>
        </w:rPr>
        <w:t xml:space="preserve">[27:01] </w:t>
      </w:r>
      <w:r>
        <w:t>future mein ab aap is ko ghor kijiye, firoun ka body agar mehfooz ho to</w:t>
      </w:r>
    </w:p>
    <w:p>
      <w:pPr>
        <w:jc w:val="right"/>
      </w:pPr>
      <w:r>
        <w:t>فیوچر میں اب آپ اس کو غور کیجئے، فرعون کا باڈی اگر محفوظ ہو تو</w:t>
      </w:r>
    </w:p>
    <w:p>
      <w:r>
        <w:rPr>
          <w:b/>
        </w:rPr>
        <w:t xml:space="preserve">[27:11] </w:t>
      </w:r>
      <w:r>
        <w:t>mehfooz hona kafi nahi hai.</w:t>
      </w:r>
    </w:p>
    <w:p>
      <w:pPr>
        <w:jc w:val="right"/>
      </w:pPr>
      <w:r>
        <w:t>محفوظ ہونا کافی نہیں ہے۔</w:t>
      </w:r>
    </w:p>
    <w:p>
      <w:r>
        <w:rPr>
          <w:b/>
        </w:rPr>
        <w:t xml:space="preserve">[27:17] </w:t>
      </w:r>
      <w:r>
        <w:t>mehfooz hone ke baad aik aur cheez chahiye yeh sabit karne ke liye ke woh firoun jo tha,</w:t>
      </w:r>
    </w:p>
    <w:p>
      <w:pPr>
        <w:jc w:val="right"/>
      </w:pPr>
      <w:r>
        <w:t>محفوظ ہونے کے بعد ایک اور چیز چاہیے یہ ثابت کرنے کے لیے کہ وہ فائرو جو تھا،</w:t>
      </w:r>
    </w:p>
    <w:p>
      <w:r>
        <w:rPr>
          <w:b/>
        </w:rPr>
        <w:t xml:space="preserve">[27:23] </w:t>
      </w:r>
      <w:r>
        <w:t>jo doba tha, woh hazrat moosa ka contemporary tha.</w:t>
      </w:r>
    </w:p>
    <w:p>
      <w:pPr>
        <w:jc w:val="right"/>
      </w:pPr>
      <w:r>
        <w:t>جو ڈوبا تھا، وہ حضرت موسیٰ کا کنٹمپریری تھا۔</w:t>
      </w:r>
    </w:p>
    <w:p>
      <w:r>
        <w:rPr>
          <w:b/>
        </w:rPr>
        <w:t xml:space="preserve">[27:29] </w:t>
      </w:r>
      <w:r>
        <w:t>jab tak aap yeh sabit na karwayen, kyunke dhai hazar saal beet chuke hain, aaj ka insaan jo</w:t>
      </w:r>
    </w:p>
    <w:p>
      <w:pPr>
        <w:jc w:val="right"/>
      </w:pPr>
      <w:r>
        <w:t>جب تک آپ یہ ثابت نہ کروائیں، کیونکہ ڈھائی ہزار سال بیت چکے ہیں، آج کا انسان جو</w:t>
      </w:r>
    </w:p>
    <w:p>
      <w:r>
        <w:rPr>
          <w:b/>
        </w:rPr>
        <w:t xml:space="preserve">[27:35] </w:t>
      </w:r>
      <w:r>
        <w:t>hai, us ke liye woh dhai hazar pehle,</w:t>
      </w:r>
    </w:p>
    <w:p>
      <w:pPr>
        <w:jc w:val="right"/>
      </w:pPr>
      <w:r>
        <w:t>ہے، اس کے لیے وہ ڈھائی ہزار پہلے،</w:t>
      </w:r>
    </w:p>
    <w:p>
      <w:r>
        <w:rPr>
          <w:b/>
        </w:rPr>
        <w:t xml:space="preserve">[27:42] </w:t>
      </w:r>
      <w:r>
        <w:t>dhai hazar saal pehle ki guzri hui ek kahani hai. to aaj ke insan ko, yani muazzab insan ko, aap ko batana hoga ke Allah ka mamla kya tha firon ke sath, aindah bhi firon ke sath kya hoga. to aap refer karen is ayat ko, is firon ke qisse ko. to zaroori hoga ke aap yeh bhi sab</w:t>
      </w:r>
    </w:p>
    <w:p>
      <w:pPr>
        <w:jc w:val="right"/>
      </w:pPr>
      <w:r>
        <w:t>ڈھائی ہزار سال پہلے کی گزری ہوئی ایک کہانی ہے۔ تو آج کے انسان کو، یعنی مہذب انسان کو، آپ کو بتانا ہوگا کہ اللہ کا معاملہ کیا تھا فرعون کے ساتھ، آئندہ بھی فرعون کے ساتھ کیا ہوگا۔ تو آپ ریفر کریں اس آیت کو، اس فرعون کے قصے کو۔ تو ضروری ہوگا کہ آپ یہ بھی پ</w:t>
      </w:r>
    </w:p>
    <w:p>
      <w:r>
        <w:rPr>
          <w:b/>
        </w:rPr>
        <w:t xml:space="preserve">[28:12] </w:t>
      </w:r>
      <w:r>
        <w:t>proof karen, yeh bhi saboot den ke jo body firoun ki samandar mein gharaq hone ke baad ehraam</w:t>
      </w:r>
    </w:p>
    <w:p>
      <w:pPr>
        <w:jc w:val="right"/>
      </w:pPr>
      <w:r>
        <w:t>روف کریں، یہ بھی ثبوت دیں کہ جو باڈی فرعون کی سمندر میں غرق ہونے کے بعد احرام</w:t>
      </w:r>
    </w:p>
    <w:p>
      <w:r>
        <w:rPr>
          <w:b/>
        </w:rPr>
        <w:t xml:space="preserve">[28:22] </w:t>
      </w:r>
      <w:r>
        <w:t>mein preserve ho gayi, ehraam misr mein, woh hazrat moosa ki contemporary thi.</w:t>
      </w:r>
    </w:p>
    <w:p>
      <w:pPr>
        <w:jc w:val="right"/>
      </w:pPr>
      <w:r>
        <w:t>میں پریزرو ہو گئی، احرام مصر میں، وہ حضرت موسیٰ کی کنٹمپریری تھی۔</w:t>
      </w:r>
    </w:p>
    <w:p>
      <w:r>
        <w:rPr>
          <w:b/>
        </w:rPr>
        <w:t xml:space="preserve">[28:32] </w:t>
      </w:r>
      <w:r>
        <w:t>kaise sabit karenge aap? poora muslim period, so called muslim jo aap kehte hain tehzeeb,</w:t>
      </w:r>
    </w:p>
    <w:p>
      <w:pPr>
        <w:jc w:val="right"/>
      </w:pPr>
      <w:r>
        <w:t>کیسے ثابت کریں گے آپ؟ پورا مسلم پیریڈ، سو کالڈ مسلم جو آپ کہتے ہیں تہذیب،</w:t>
      </w:r>
    </w:p>
    <w:p>
      <w:r>
        <w:rPr>
          <w:b/>
        </w:rPr>
        <w:t xml:space="preserve">[28:42] </w:t>
      </w:r>
      <w:r>
        <w:t>us mein yeh mumkin nahi hua. usmani tahzeeb aur baghdad ki tahzeeb aur falan tahzeeb yeh nahi kar payi. yeh to europe ke, europe ke scholars ne kiya moajza dua mein. is ki tasweer mein ne likhi hai apni kitab "hazrat quran" mein.</w:t>
      </w:r>
    </w:p>
    <w:p>
      <w:pPr>
        <w:jc w:val="right"/>
      </w:pPr>
      <w:r>
        <w:t>اس میں یہ ممکن نہیں ہوا۔ عثمانی تہذیب اور بغداد کی تہذیب اور فلاں تہذیب یہ نہیں کر پائی۔ یہ تو یورپ کے، یورپ کے اسکالرز نے کیا معجزہ دعا میں۔ اس کی تصویر میں نے لکھی ہے اپنی کتاب "حضرت قرآن" میں۔</w:t>
      </w:r>
    </w:p>
    <w:p>
      <w:r>
        <w:rPr>
          <w:b/>
        </w:rPr>
        <w:t xml:space="preserve">[29:12] </w:t>
      </w:r>
      <w:r>
        <w:t>to moajza dua mein Europe ke scholars ne safar kiya, misr gaye, ehraam ka mein nikala, us ke</w:t>
      </w:r>
    </w:p>
    <w:p>
      <w:pPr>
        <w:jc w:val="right"/>
      </w:pPr>
      <w:r>
        <w:t>تو معجزہ دعا میں یورپ کے اسکالرز نے سفر کیا، مصر گئے، احرام کا میں نکالا، اس کے</w:t>
      </w:r>
    </w:p>
    <w:p>
      <w:r>
        <w:rPr>
          <w:b/>
        </w:rPr>
        <w:t xml:space="preserve">[29:22] </w:t>
      </w:r>
      <w:r>
        <w:t>andar se jo body thi, us mein phir us zamanay mein aik cheez daryaft hui hui hai, jise</w:t>
      </w:r>
    </w:p>
    <w:p>
      <w:pPr>
        <w:jc w:val="right"/>
      </w:pPr>
      <w:r>
        <w:t>اندر سے جو باڈی تھی، اس میں پھر اس زمانے میں ایک چیز دریافت ہوئی ہوئی ہے، جسے</w:t>
      </w:r>
    </w:p>
    <w:p>
      <w:r>
        <w:rPr>
          <w:b/>
        </w:rPr>
        <w:t xml:space="preserve">[29:32] </w:t>
      </w:r>
      <w:r>
        <w:t>kehte hain carbon dating, art of carbon dating.</w:t>
      </w:r>
    </w:p>
    <w:p>
      <w:pPr>
        <w:jc w:val="right"/>
      </w:pPr>
      <w:r>
        <w:t>کہتے ہیں کاربن ڈیٹنگ، آرٹ آف کاربن ڈیٹنگ۔</w:t>
      </w:r>
    </w:p>
    <w:p>
      <w:r>
        <w:rPr>
          <w:b/>
        </w:rPr>
        <w:t xml:space="preserve">[29:42] </w:t>
      </w:r>
      <w:r>
        <w:t>yaani aik khaas technique hai, us technique ko jab apply kiya jata hai to maloom hota hai ke</w:t>
      </w:r>
    </w:p>
    <w:p>
      <w:pPr>
        <w:jc w:val="right"/>
      </w:pPr>
      <w:r>
        <w:t>یعنی ایک خاص ٹیکنیک ہے، اس ٹیکنیک کو جب اپلائی کیا جاتا ہے تو معلوم ہوتا ہے کہ</w:t>
      </w:r>
    </w:p>
    <w:p>
      <w:r>
        <w:rPr>
          <w:b/>
        </w:rPr>
        <w:t xml:space="preserve">[29:49] </w:t>
      </w:r>
      <w:r>
        <w:t>yeh cheez kitne pehle ki hai, kab ki hai.</w:t>
      </w:r>
    </w:p>
    <w:p>
      <w:pPr>
        <w:jc w:val="right"/>
      </w:pPr>
      <w:r>
        <w:t>یہ چیز کتنے پہلے کی ہے، کب کی ہے۔</w:t>
      </w:r>
    </w:p>
    <w:p>
      <w:r>
        <w:rPr>
          <w:b/>
        </w:rPr>
        <w:t xml:space="preserve">[29:55] </w:t>
      </w:r>
      <w:r>
        <w:t>koi bhi cheez agar aap ke paas hai, hazaron saal pehle ki, us par us ko apply kar</w:t>
      </w:r>
    </w:p>
    <w:p>
      <w:pPr>
        <w:jc w:val="right"/>
      </w:pPr>
      <w:r>
        <w:t>کوئی بھی چیز اگر آپ کے پاس ہے، ہزاروں سال پہلے کی، اس پر اس کو اپلائی کر</w:t>
      </w:r>
    </w:p>
    <w:p>
      <w:r>
        <w:rPr>
          <w:b/>
        </w:rPr>
        <w:t xml:space="preserve">[30:01] </w:t>
      </w:r>
      <w:r>
        <w:t>ke aap jaan sakte hain ke yeh kab ki hai.</w:t>
      </w:r>
    </w:p>
    <w:p>
      <w:pPr>
        <w:jc w:val="right"/>
      </w:pPr>
      <w:r>
        <w:t>کے آپ جان سکتے ہیں کہ یہ کب کی ہے۔</w:t>
      </w:r>
    </w:p>
    <w:p>
      <w:r>
        <w:rPr>
          <w:b/>
        </w:rPr>
        <w:t xml:space="preserve">[30:08] </w:t>
      </w:r>
      <w:r>
        <w:t>to al maghrib ne</w:t>
      </w:r>
    </w:p>
    <w:p>
      <w:pPr>
        <w:jc w:val="right"/>
      </w:pPr>
      <w:r>
        <w:t>تو ال مغرب نے</w:t>
      </w:r>
    </w:p>
    <w:p>
      <w:r>
        <w:rPr>
          <w:b/>
        </w:rPr>
        <w:t xml:space="preserve">[30:14] </w:t>
      </w:r>
      <w:r>
        <w:t>wo technique daryaft ki, us technique ko ke baad ahram-e-misr mein is ka body nikala, us ko le ke rakha cairo ke museum mein. phir us woh technique apply ki us par aur pata kiya ke yeh body jo hai, yeh body isi zamane ki hai jab haz</w:t>
      </w:r>
    </w:p>
    <w:p>
      <w:pPr>
        <w:jc w:val="right"/>
      </w:pPr>
      <w:r>
        <w:t>وہ ٹیکنیک دریافت کی، اس ٹیکنیک کو کے بعد احرام مصر میں اس کا باڈی نکالا، اس کو لے کے رکھا قاہرہ کے میوزیم میں۔ پھر اس وہ ٹیکنیک اپلائی کی اس پر اور پتہ کیا کہ یہ باڈی جو ہے، یہ باڈی اسی زمانے کی ہے جب حض</w:t>
      </w:r>
    </w:p>
    <w:p>
      <w:r>
        <w:rPr>
          <w:b/>
        </w:rPr>
        <w:t xml:space="preserve">[30:44] </w:t>
      </w:r>
      <w:r>
        <w:t>rat moosa aaye the duniya mein, yaani hazrat moosa ka woh contemporary hai.</w:t>
      </w:r>
    </w:p>
    <w:p>
      <w:pPr>
        <w:jc w:val="right"/>
      </w:pPr>
      <w:r>
        <w:t>رت موسیٰ آئے تھے دنیا میں، یعنی حضرت موسیٰ کا وہ کنٹمپریری ہے۔</w:t>
      </w:r>
    </w:p>
    <w:p>
      <w:r>
        <w:rPr>
          <w:b/>
        </w:rPr>
        <w:t xml:space="preserve">[30:50] </w:t>
      </w:r>
      <w:r>
        <w:t>to yeh sabit ho gaya ke yeh firoun hazrat moosa ka contemporary tha.</w:t>
      </w:r>
    </w:p>
    <w:p>
      <w:pPr>
        <w:jc w:val="right"/>
      </w:pPr>
      <w:r>
        <w:t>تو یہ ثابت ہو گیا کہ یہ فرعون حضرت موسیٰ کا کنٹمپریری تھا۔</w:t>
      </w:r>
    </w:p>
    <w:p>
      <w:r>
        <w:rPr>
          <w:b/>
        </w:rPr>
        <w:t xml:space="preserve">[30:56] </w:t>
      </w:r>
      <w:r>
        <w:t>phir us par research pe kitaben likhi gayi, bohat si kitaben likhi gayi.</w:t>
      </w:r>
    </w:p>
    <w:p>
      <w:pPr>
        <w:jc w:val="right"/>
      </w:pPr>
      <w:r>
        <w:t>پھر اس پر ریسرچ پہ کتابیں لکھی گئی، بہت سی کتابیں لکھی گئی۔</w:t>
      </w:r>
    </w:p>
    <w:p>
      <w:r>
        <w:rPr>
          <w:b/>
        </w:rPr>
        <w:t xml:space="preserve">[31:02] </w:t>
      </w:r>
      <w:r>
        <w:t>to agarchay Quran mein likha hua tha ke firoun ko Allah ne gharaq kar diya aur Bible mein</w:t>
      </w:r>
    </w:p>
    <w:p>
      <w:pPr>
        <w:jc w:val="right"/>
      </w:pPr>
      <w:r>
        <w:t>تو اگرچہ قرآن میں لکھا ہوا تھا کہ فرعون کو اللہ نے غرق کر دیا اور بائبل میں</w:t>
      </w:r>
    </w:p>
    <w:p>
      <w:r>
        <w:rPr>
          <w:b/>
        </w:rPr>
        <w:t xml:space="preserve">[31:08] </w:t>
      </w:r>
      <w:r>
        <w:t>bhi likha hua tha</w:t>
      </w:r>
    </w:p>
    <w:p>
      <w:pPr>
        <w:jc w:val="right"/>
      </w:pPr>
      <w:r>
        <w:t>بھی لکھا ہوا تھا</w:t>
      </w:r>
    </w:p>
    <w:p>
      <w:r>
        <w:rPr>
          <w:b/>
        </w:rPr>
        <w:t xml:space="preserve">[31:14] </w:t>
      </w:r>
      <w:r>
        <w:t>lekin yeh tha abhi tak maloom nahi tha ke zamana kya hai is ka.</w:t>
      </w:r>
    </w:p>
    <w:p>
      <w:pPr>
        <w:jc w:val="right"/>
      </w:pPr>
      <w:r>
        <w:t>، لیکن یہ تھا ابھی تک معلوم نہیں تھا کہ زمانہ کیا ہے اس کا۔</w:t>
      </w:r>
    </w:p>
    <w:p>
      <w:r>
        <w:rPr>
          <w:b/>
        </w:rPr>
        <w:t xml:space="preserve">[31:22] </w:t>
      </w:r>
      <w:r>
        <w:t>is ke liye darkaar thi science ki support, woh al maghrib ne kiya.</w:t>
      </w:r>
    </w:p>
    <w:p>
      <w:pPr>
        <w:jc w:val="right"/>
      </w:pPr>
      <w:r>
        <w:t>اس کے لیے درکار تھی سائنس کی سپورٹ، وہ ال مغرب نے کیا۔</w:t>
      </w:r>
    </w:p>
    <w:p>
      <w:r>
        <w:rPr>
          <w:b/>
        </w:rPr>
        <w:t xml:space="preserve">[31:31] </w:t>
      </w:r>
      <w:r>
        <w:t>ek ek misaal hai, aise jitne bhi hamare aqaaid hain, hamari taleemat hain, un sab ka historical support</w:t>
      </w:r>
    </w:p>
    <w:p>
      <w:pPr>
        <w:jc w:val="right"/>
      </w:pPr>
      <w:r>
        <w:t>ایک ایک مثال ہے، ایسے جتنے بھی ہمارے عقائد ہیں، ہماری تعلیمات ہیں، ان سب کا ہسٹوریکل سپورٹ</w:t>
      </w:r>
    </w:p>
    <w:p>
      <w:r>
        <w:rPr>
          <w:b/>
        </w:rPr>
        <w:t xml:space="preserve">[31:39] </w:t>
      </w:r>
      <w:r>
        <w:t>darkaar hai, tareekhi support darkaar hai.</w:t>
      </w:r>
    </w:p>
    <w:p>
      <w:pPr>
        <w:jc w:val="right"/>
      </w:pPr>
      <w:r>
        <w:t>درکار ہے، تاریخی سپورٹ درکار ہے۔</w:t>
      </w:r>
    </w:p>
    <w:p>
      <w:r>
        <w:rPr>
          <w:b/>
        </w:rPr>
        <w:t xml:space="preserve">[31:48] </w:t>
      </w:r>
      <w:r>
        <w:t>to woh is tareekhi support ke baad hi woh is ki is ki westi ya is ki variety</w:t>
      </w:r>
    </w:p>
    <w:p>
      <w:pPr>
        <w:jc w:val="right"/>
      </w:pPr>
      <w:r>
        <w:t>تو وہ اس تاریخی سپورٹ کے بعد ہی وہ اس کی اس کی ویسٹی یا اس کی ورائٹی</w:t>
      </w:r>
    </w:p>
    <w:p>
      <w:r>
        <w:rPr>
          <w:b/>
        </w:rPr>
        <w:t xml:space="preserve">[31:55] </w:t>
      </w:r>
      <w:r>
        <w:t>saabit hoti hai.</w:t>
      </w:r>
    </w:p>
    <w:p>
      <w:pPr>
        <w:jc w:val="right"/>
      </w:pPr>
      <w:r>
        <w:t>ثابت ہوتی ہے۔</w:t>
      </w:r>
    </w:p>
    <w:p>
      <w:r>
        <w:rPr>
          <w:b/>
        </w:rPr>
        <w:t xml:space="preserve">[32:03] </w:t>
      </w:r>
      <w:r>
        <w:t>jaise aap ne media mein dekha hoga jaldi ke cambridge, woh yaani birmingham ki university mein kuch awaraq</w:t>
      </w:r>
    </w:p>
    <w:p>
      <w:pPr>
        <w:jc w:val="right"/>
      </w:pPr>
      <w:r>
        <w:t>جیسے آپ نے میڈیا میں دیکھا ہوگا جلدی کہ کیمبرج، وہ یعنی برمنگھم کی یونیورسٹی میں کچھ اوراق</w:t>
      </w:r>
    </w:p>
    <w:p>
      <w:r>
        <w:rPr>
          <w:b/>
        </w:rPr>
        <w:t xml:space="preserve">[32:11] </w:t>
      </w:r>
      <w:r>
        <w:t>mile hain jo quran ke qadeem awaraq hain,</w:t>
      </w:r>
    </w:p>
    <w:p>
      <w:pPr>
        <w:jc w:val="right"/>
      </w:pPr>
      <w:r>
        <w:t>ملے ہیں جو قرآن کے قدیم اوراق ہیں،</w:t>
      </w:r>
    </w:p>
    <w:p>
      <w:r>
        <w:rPr>
          <w:b/>
        </w:rPr>
        <w:t xml:space="preserve">[32:19] </w:t>
      </w:r>
      <w:r>
        <w:t>yaani itne purane hain woh ke khilafat e rashida ke zamane mein likhe gaye the.</w:t>
      </w:r>
    </w:p>
    <w:p>
      <w:pPr>
        <w:jc w:val="right"/>
      </w:pPr>
      <w:r>
        <w:t>یعنی اتنے پرانے ہیں وہ کہ خلافت راشدہ کے زمانے میں لکھے گئے تھے۔</w:t>
      </w:r>
    </w:p>
    <w:p>
      <w:r>
        <w:rPr>
          <w:b/>
        </w:rPr>
        <w:t xml:space="preserve">[32:27] </w:t>
      </w:r>
      <w:r>
        <w:t>woh to lekin sawal yeh tha ke kaise saabit ho ke waqai is zamane mein likhe gaye the.</w:t>
      </w:r>
    </w:p>
    <w:p>
      <w:pPr>
        <w:jc w:val="right"/>
      </w:pPr>
      <w:r>
        <w:t>وہ تو لیکن سوال یہ تھا کہ کیسے ثابت ہو کہ واقعی اس زمانے میں لکھے گئے تھے۔</w:t>
      </w:r>
    </w:p>
    <w:p>
      <w:r>
        <w:rPr>
          <w:b/>
        </w:rPr>
        <w:t xml:space="preserve">[32:34] </w:t>
      </w:r>
      <w:r>
        <w:t>to yahi kiya gaya ke is technique ko apply kiya gaya.</w:t>
      </w:r>
    </w:p>
    <w:p>
      <w:pPr>
        <w:jc w:val="right"/>
      </w:pPr>
      <w:r>
        <w:t>تو یہی کیا گیا کہ اس ٹیکنیک کو اپلائی کیا گیا۔</w:t>
      </w:r>
    </w:p>
    <w:p>
      <w:r>
        <w:rPr>
          <w:b/>
        </w:rPr>
        <w:t xml:space="preserve">[32:42] </w:t>
      </w:r>
      <w:r>
        <w:t>is technique ko apply karne ke baad maloom hua ke yeh quran ke yeh page</w:t>
      </w:r>
    </w:p>
    <w:p>
      <w:pPr>
        <w:jc w:val="right"/>
      </w:pPr>
      <w:r>
        <w:t>اس ٹیکنیک کو اپلائی کرنے کے بعد معلوم ہوا کہ یہ قرآن کے یہ پیج</w:t>
      </w:r>
    </w:p>
    <w:p>
      <w:r>
        <w:rPr>
          <w:b/>
        </w:rPr>
        <w:t xml:space="preserve">[32:49] </w:t>
      </w:r>
      <w:r>
        <w:t>z hazrat usman ke zamane ke likhe hue hain.</w:t>
      </w:r>
    </w:p>
    <w:p>
      <w:pPr>
        <w:jc w:val="right"/>
      </w:pPr>
      <w:r>
        <w:t>ز حضرت عثمان کے زمانے کے لکھے ہوئے ہیں۔</w:t>
      </w:r>
    </w:p>
    <w:p>
      <w:r>
        <w:rPr>
          <w:b/>
        </w:rPr>
        <w:t xml:space="preserve">[32:55] </w:t>
      </w:r>
      <w:r>
        <w:t>to kaisi ajeeb baat hai yeh, kaisi ajeeb baat hai yeh.</w:t>
      </w:r>
    </w:p>
    <w:p>
      <w:pPr>
        <w:jc w:val="right"/>
      </w:pPr>
      <w:r>
        <w:t>تو کیسی عجیب بات ہے یہ، کیسی عجیب بات ہے یہ۔</w:t>
      </w:r>
    </w:p>
    <w:p>
      <w:r>
        <w:rPr>
          <w:b/>
        </w:rPr>
        <w:t xml:space="preserve">[33:01] </w:t>
      </w:r>
      <w:r>
        <w:t>to Allah taala ko yeh maloom tha ke ek zamana aayega jab jo naya daur hoga khatm</w:t>
      </w:r>
    </w:p>
    <w:p>
      <w:pPr>
        <w:jc w:val="right"/>
      </w:pPr>
      <w:r>
        <w:t>تو اللہ تعالی کو یہ معلوم تھا کہ ایک زمانہ آئے گا جب جو نیا دور ہوگا ختم</w:t>
      </w:r>
    </w:p>
    <w:p>
      <w:r>
        <w:rPr>
          <w:b/>
        </w:rPr>
        <w:t xml:space="preserve">[33:07] </w:t>
      </w:r>
      <w:r>
        <w:t>nubuwat ke baad.</w:t>
      </w:r>
    </w:p>
    <w:p>
      <w:pPr>
        <w:jc w:val="right"/>
      </w:pPr>
      <w:r>
        <w:t>نبوت کے بعد۔</w:t>
      </w:r>
    </w:p>
    <w:p>
      <w:r>
        <w:rPr>
          <w:b/>
        </w:rPr>
        <w:t xml:space="preserve">[33:13] </w:t>
      </w:r>
      <w:r>
        <w:t>is daur mein</w:t>
      </w:r>
    </w:p>
    <w:p>
      <w:pPr>
        <w:jc w:val="right"/>
      </w:pPr>
      <w:r>
        <w:t>اس دور میں</w:t>
      </w:r>
    </w:p>
    <w:p>
      <w:r>
        <w:rPr>
          <w:b/>
        </w:rPr>
        <w:t xml:space="preserve">[33:20] </w:t>
      </w:r>
      <w:r>
        <w:t>har cheez nayi hogi.</w:t>
      </w:r>
    </w:p>
    <w:p>
      <w:pPr>
        <w:jc w:val="right"/>
      </w:pPr>
      <w:r>
        <w:t>ہر چیز نئی ہوگی۔</w:t>
      </w:r>
    </w:p>
    <w:p>
      <w:r>
        <w:rPr>
          <w:b/>
        </w:rPr>
        <w:t xml:space="preserve">[33:27] </w:t>
      </w:r>
      <w:r>
        <w:t>to is naye daur mein Allah ke deen ko re re confirm karne ke liye, dobara saabit shuda</w:t>
      </w:r>
    </w:p>
    <w:p>
      <w:pPr>
        <w:jc w:val="right"/>
      </w:pPr>
      <w:r>
        <w:t>تو اس نئے دور میں اللہ کے دین کو ری ری کنفرم کرنے کے لیے، دوبارہ ثابت شدہ</w:t>
      </w:r>
    </w:p>
    <w:p>
      <w:r>
        <w:rPr>
          <w:b/>
        </w:rPr>
        <w:t xml:space="preserve">[33:35] </w:t>
      </w:r>
      <w:r>
        <w:t>banane ke liye, kyunke idhar moajza to hoga nahi, peghambar ka aans band ho chuka hoga.</w:t>
      </w:r>
    </w:p>
    <w:p>
      <w:pPr>
        <w:jc w:val="right"/>
      </w:pPr>
      <w:r>
        <w:t>بنانے کے لیے، کیونکہ ادھر معجزہ تو ہوگا نہیں، پیغمبر کا آنس بند ہو چکا ہوگا۔</w:t>
      </w:r>
    </w:p>
    <w:p>
      <w:r>
        <w:rPr>
          <w:b/>
        </w:rPr>
        <w:t xml:space="preserve">[33:43] </w:t>
      </w:r>
      <w:r>
        <w:t>to is ka maani yeh hai ke jab daur moajza khatm ho jaye to moajze ka badal</w:t>
      </w:r>
    </w:p>
    <w:p>
      <w:pPr>
        <w:jc w:val="right"/>
      </w:pPr>
      <w:r>
        <w:t>تو اس کا معنی یہ ہے کہ جب دور معجزہ ختم ہو جائے تو معجزے کا بدل</w:t>
      </w:r>
    </w:p>
    <w:p>
      <w:r>
        <w:rPr>
          <w:b/>
        </w:rPr>
        <w:t xml:space="preserve">[33:51] </w:t>
      </w:r>
      <w:r>
        <w:t>kya hoga? yeh bohat ajeeb baat hai yeh.</w:t>
      </w:r>
    </w:p>
    <w:p>
      <w:pPr>
        <w:jc w:val="right"/>
      </w:pPr>
      <w:r>
        <w:t>کیا ہوگا؟ یہ بہت عجیب بات ہے یہ۔</w:t>
      </w:r>
    </w:p>
    <w:p>
      <w:r>
        <w:rPr>
          <w:b/>
        </w:rPr>
        <w:t xml:space="preserve">[33:58] </w:t>
      </w:r>
      <w:r>
        <w:t>jab nubuwat ka nabi ka aana khatm ho jaye to moajza ka aana bhi khatm ho jayega.</w:t>
      </w:r>
    </w:p>
    <w:p>
      <w:pPr>
        <w:jc w:val="right"/>
      </w:pPr>
      <w:r>
        <w:t>جب نبوت کا نبی کا آنا ختم ہو جائے تو معجزہ کا آنا بھی ختم ہو جائے گا۔</w:t>
      </w:r>
    </w:p>
    <w:p>
      <w:r>
        <w:rPr>
          <w:b/>
        </w:rPr>
        <w:t xml:space="preserve">[34:06] </w:t>
      </w:r>
      <w:r>
        <w:t>ga daur moajza khatm ho jayega.</w:t>
      </w:r>
    </w:p>
    <w:p>
      <w:pPr>
        <w:jc w:val="right"/>
      </w:pPr>
      <w:r>
        <w:t>گا دور معجزہ ختم ہو جائے گا۔</w:t>
      </w:r>
    </w:p>
    <w:p>
      <w:r>
        <w:rPr>
          <w:b/>
        </w:rPr>
        <w:t xml:space="preserve">[34:14] </w:t>
      </w:r>
      <w:r>
        <w:t>to yeh sawal tha bohat bara tareekhi deen ki nisbat se ke jab Allah ke naqshe ke mutabiq</w:t>
      </w:r>
    </w:p>
    <w:p>
      <w:pPr>
        <w:jc w:val="right"/>
      </w:pPr>
      <w:r>
        <w:t>تو یہ سوال تھا بہت بڑا تاریخی دین کی نسبت سے کہ جب اللہ کے نقشے کے مطابق</w:t>
      </w:r>
    </w:p>
    <w:p>
      <w:r>
        <w:rPr>
          <w:b/>
        </w:rPr>
        <w:t xml:space="preserve">[34:22] </w:t>
      </w:r>
      <w:r>
        <w:t>moajze ka daur, miracle ka daur khatm ho jaye ga, us waqt moajze ke alternative kya hoga? is</w:t>
      </w:r>
    </w:p>
    <w:p>
      <w:pPr>
        <w:jc w:val="right"/>
      </w:pPr>
      <w:r>
        <w:t>معجزے کا دور، میریکل کا دور ختم ہو جائے گا، اس وقت معجزے کے الٹرنیٹو کیا ہوگا؟ اس</w:t>
      </w:r>
    </w:p>
    <w:p>
      <w:r>
        <w:rPr>
          <w:b/>
        </w:rPr>
        <w:t xml:space="preserve">[34:29] </w:t>
      </w:r>
      <w:r>
        <w:t>ko compensate karne ke liye kya cheez hogi? to Allah taala ne nature mein aisi cheezein rakh di</w:t>
      </w:r>
    </w:p>
    <w:p>
      <w:pPr>
        <w:jc w:val="right"/>
      </w:pPr>
      <w:r>
        <w:t>کو کمپنسیٹ کرنے کے لیے کیا چیز ہوگی؟ تو اللہ تعالی نے نیچر میں ایسی چیزیں رکھ دی</w:t>
      </w:r>
    </w:p>
    <w:p>
      <w:r>
        <w:rPr>
          <w:b/>
        </w:rPr>
        <w:t xml:space="preserve">[34:37] </w:t>
      </w:r>
      <w:r>
        <w:t>thin, technology jis ko hum kehte hain.</w:t>
      </w:r>
    </w:p>
    <w:p>
      <w:pPr>
        <w:jc w:val="right"/>
      </w:pPr>
      <w:r>
        <w:t>تھیں، ٹیکنالوجی جس کو ہم کہتے ہیں۔</w:t>
      </w:r>
    </w:p>
    <w:p>
      <w:r>
        <w:rPr>
          <w:b/>
        </w:rPr>
        <w:t xml:space="preserve">[34:45] </w:t>
      </w:r>
      <w:r>
        <w:t>to is ayat mein yeh bataya gaya hai ke is daur mein</w:t>
      </w:r>
    </w:p>
    <w:p>
      <w:pPr>
        <w:jc w:val="right"/>
      </w:pPr>
      <w:r>
        <w:t>تو اس آیت میں یہ بتایا گیا ہے کہ اس دور میں</w:t>
      </w:r>
    </w:p>
    <w:p>
      <w:r>
        <w:rPr>
          <w:b/>
        </w:rPr>
        <w:t xml:space="preserve">[34:52] </w:t>
      </w:r>
      <w:r>
        <w:t>ek technology maujood hogi nature mein, is ko discover karo, is ko discover karo to woh moajze ka</w:t>
      </w:r>
    </w:p>
    <w:p>
      <w:pPr>
        <w:jc w:val="right"/>
      </w:pPr>
      <w:r>
        <w:t>ایک ٹیکنالوجی موجود ہوگی نیچر میں، اس کو ڈسکور کرو، اس کو ڈسکور کرو تو وہ معجزے کا</w:t>
      </w:r>
    </w:p>
    <w:p>
      <w:r>
        <w:rPr>
          <w:b/>
        </w:rPr>
        <w:t xml:space="preserve">[35:05] </w:t>
      </w:r>
      <w:r>
        <w:t>badal ban jaye gi, moajze ko compensate kare gi.</w:t>
      </w:r>
    </w:p>
    <w:p>
      <w:pPr>
        <w:jc w:val="right"/>
      </w:pPr>
      <w:r>
        <w:t>بدل بن جائے گی، معجزے کو کمپنسیٹ کرے گی۔</w:t>
      </w:r>
    </w:p>
    <w:p>
      <w:r>
        <w:rPr>
          <w:b/>
        </w:rPr>
        <w:t xml:space="preserve">[35:17] </w:t>
      </w:r>
      <w:r>
        <w:t>kisi ajeeb baat hai mislan dekhein woh jo maine kaha ke Quran mein hai: "awwal</w:t>
      </w:r>
    </w:p>
    <w:p>
      <w:pPr>
        <w:jc w:val="right"/>
      </w:pPr>
      <w:r>
        <w:t>کیسی عجیب بات ہے مثلاً دیکھیں وہ جو میں نے کہا کہ قرآن میں ہے: "اول</w:t>
      </w:r>
    </w:p>
    <w:p>
      <w:r>
        <w:rPr>
          <w:b/>
        </w:rPr>
        <w:t xml:space="preserve">[35:30] </w:t>
      </w:r>
      <w:r>
        <w:t>yeh us waqt kaha tha jab ke yeh baatein maloom nahi theen insan ko." to aaj jab is</w:t>
      </w:r>
    </w:p>
    <w:p>
      <w:pPr>
        <w:jc w:val="right"/>
      </w:pPr>
      <w:r>
        <w:t>یہ اس وقت کہا تھا جب کہ یہ باتیں معلوم نہیں تھیں انسان کو۔" تو آج جب اس</w:t>
      </w:r>
    </w:p>
    <w:p>
      <w:r>
        <w:rPr>
          <w:b/>
        </w:rPr>
        <w:t xml:space="preserve">[35:37] </w:t>
      </w:r>
      <w:r>
        <w:t>ko maloom karein, insan ko batayein to insan sochega ke itne pehle kaise Quran ko maloom ho</w:t>
      </w:r>
    </w:p>
    <w:p>
      <w:pPr>
        <w:jc w:val="right"/>
      </w:pPr>
      <w:r>
        <w:t>کو معلوم کریں، انسان کو بتائیں تو انسان سوچے گا کہ اتنے پہلے کیسے قرآن کو معلوم ہو</w:t>
      </w:r>
    </w:p>
    <w:p>
      <w:r>
        <w:rPr>
          <w:b/>
        </w:rPr>
        <w:t xml:space="preserve">[35:45] </w:t>
      </w:r>
      <w:r>
        <w:t>gaya? to yeh moajza hoga.</w:t>
      </w:r>
    </w:p>
    <w:p>
      <w:pPr>
        <w:jc w:val="right"/>
      </w:pPr>
      <w:r>
        <w:t>گیا؟ تو یہ معجزہ ہوگا۔</w:t>
      </w:r>
    </w:p>
    <w:p>
      <w:r>
        <w:rPr>
          <w:b/>
        </w:rPr>
        <w:t xml:space="preserve">[35:53] </w:t>
      </w:r>
      <w:r>
        <w:t>maloom hua is liye ke wahi aayi, Jibrael aaye, prophet ko bataya gaya.</w:t>
      </w:r>
    </w:p>
    <w:p>
      <w:pPr>
        <w:jc w:val="right"/>
      </w:pPr>
      <w:r>
        <w:t>معلوم ہوا اس لیے کہ وحی آئی، جبرائیل آئے، پرافٹ کو بتایا گیا۔</w:t>
      </w:r>
    </w:p>
    <w:p>
      <w:r>
        <w:rPr>
          <w:b/>
        </w:rPr>
        <w:t xml:space="preserve">[36:01] </w:t>
      </w:r>
      <w:r>
        <w:t>to yeh yeh daryaft jo hai moajze ka badal hogi, moajze ka alternative hogi, moajze ka compensation hogi.</w:t>
      </w:r>
    </w:p>
    <w:p>
      <w:pPr>
        <w:jc w:val="right"/>
      </w:pPr>
      <w:r>
        <w:t>تو یہ یہ دریافت جو ہے معجزے کا بدل ہوگی، معجزے کا الٹرنیٹو ہوگی، معجزے کا کمپنسیشن ہوگی۔</w:t>
      </w:r>
    </w:p>
    <w:p>
      <w:r>
        <w:rPr>
          <w:b/>
        </w:rPr>
        <w:t xml:space="preserve">[36:08] </w:t>
      </w:r>
      <w:r>
        <w:t>yeh sab kaam karna tha.</w:t>
      </w:r>
    </w:p>
    <w:p>
      <w:pPr>
        <w:jc w:val="right"/>
      </w:pPr>
      <w:r>
        <w:t>یہ سب کام کرنا تھا۔</w:t>
      </w:r>
    </w:p>
    <w:p>
      <w:r>
        <w:rPr>
          <w:b/>
        </w:rPr>
        <w:t xml:space="preserve">[36:16] </w:t>
      </w:r>
      <w:r>
        <w:t>is sab kaam karne ke liye aap ko dolat de di gayi, oil ki dolat.</w:t>
      </w:r>
    </w:p>
    <w:p>
      <w:pPr>
        <w:jc w:val="right"/>
      </w:pPr>
      <w:r>
        <w:t>اس سب کام کرنے کے لیے آپ کو دولت دے دی گئی، تیل کی دولت۔</w:t>
      </w:r>
    </w:p>
    <w:p>
      <w:r>
        <w:rPr>
          <w:b/>
        </w:rPr>
        <w:t xml:space="preserve">[36:23] </w:t>
      </w:r>
      <w:r>
        <w:t>lekin is zamane ke musalman aur ulma samait log itna bekhabar ho gaye</w:t>
      </w:r>
    </w:p>
    <w:p>
      <w:pPr>
        <w:jc w:val="right"/>
      </w:pPr>
      <w:r>
        <w:t>لیکن اس زمانے کے مسلمان اور علماء سمیت لوگ اتنا بے خبر ہو گ</w:t>
      </w:r>
    </w:p>
    <w:p>
      <w:r>
        <w:rPr>
          <w:b/>
        </w:rPr>
        <w:t xml:space="preserve">[36:31] </w:t>
      </w:r>
      <w:r>
        <w:t>huye, bekhabar.</w:t>
      </w:r>
    </w:p>
    <w:p>
      <w:pPr>
        <w:jc w:val="right"/>
      </w:pPr>
      <w:r>
        <w:t>ئے، بے خبر۔</w:t>
      </w:r>
    </w:p>
    <w:p>
      <w:r>
        <w:rPr>
          <w:b/>
        </w:rPr>
        <w:t xml:space="preserve">[36:37] </w:t>
      </w:r>
      <w:r>
        <w:t>yeh sari baatein Quran mein likhi theen, hadith mein likhi theen, lekin bekhabar ho gaye.</w:t>
      </w:r>
    </w:p>
    <w:p>
      <w:pPr>
        <w:jc w:val="right"/>
      </w:pPr>
      <w:r>
        <w:t>یہ ساری باتیں قرآن میں لکھی تھیں، حدیث میں لکھی تھیں، لیکن بے خبر ہو گئے۔</w:t>
      </w:r>
    </w:p>
    <w:p>
      <w:r>
        <w:rPr>
          <w:b/>
        </w:rPr>
        <w:t xml:space="preserve">[36:43] </w:t>
      </w:r>
      <w:r>
        <w:t>aur is line mein kuch bhi nahi kiya hua.</w:t>
      </w:r>
    </w:p>
    <w:p>
      <w:pPr>
        <w:jc w:val="right"/>
      </w:pPr>
      <w:r>
        <w:t>اور اس لائن میں کچھ بھی نہیں کیا ہوا۔</w:t>
      </w:r>
    </w:p>
    <w:p>
      <w:r>
        <w:rPr>
          <w:b/>
        </w:rPr>
        <w:t xml:space="preserve">[36:49] </w:t>
      </w:r>
      <w:r>
        <w:t>agar kuch kiya kaam to doosre logon ne kiya, jis ki bhi peshangoi maujood thi hadith mein.</w:t>
      </w:r>
    </w:p>
    <w:p>
      <w:pPr>
        <w:jc w:val="right"/>
      </w:pPr>
      <w:r>
        <w:t>اگر کچھ کیا کام تو دوسرے لوگوں نے کیا، جس کی بھی پیشنگوئی موجود تھی حدیث میں۔</w:t>
      </w:r>
    </w:p>
    <w:p>
      <w:r>
        <w:rPr>
          <w:b/>
        </w:rPr>
        <w:t xml:space="preserve">[36:55] </w:t>
      </w:r>
      <w:r>
        <w:t>an Allah Bukhari mein yeh alfaaz hain ke: "an Allah laa id</w:t>
      </w:r>
    </w:p>
    <w:p>
      <w:pPr>
        <w:jc w:val="right"/>
      </w:pPr>
      <w:r>
        <w:t>ان اللہ بخاری میں یہ الفاظ ہیں کہ: "ان اللہ لاید</w:t>
      </w:r>
    </w:p>
    <w:p>
      <w:r>
        <w:rPr>
          <w:b/>
        </w:rPr>
        <w:t xml:space="preserve">[37:01] </w:t>
      </w:r>
      <w:r>
        <w:t>wo har din bil rajul al fajir" aur doosri kitaab mein hai ke: "an Allah yudoo har din bi qawmin laysoo bi aali" waghera.</w:t>
      </w:r>
    </w:p>
    <w:p>
      <w:pPr>
        <w:jc w:val="right"/>
      </w:pPr>
      <w:r>
        <w:t>و ہر دن بالرجل الفاجر" اور دوسری کتاب میں ہے کہ: "ان اللہیدو ہر دن بقوم لیسو بیالی" وغیرہ۔</w:t>
      </w:r>
    </w:p>
    <w:p>
      <w:r>
        <w:rPr>
          <w:b/>
        </w:rPr>
        <w:t xml:space="preserve">[37:11] </w:t>
      </w:r>
      <w:r>
        <w:t>yeh baat hai jo Quran mein hai ke: "wa in tatawallaw yastabdil qawman ghayrakum summa la yakoonoo amthalakum" ke</w:t>
      </w:r>
    </w:p>
    <w:p>
      <w:pPr>
        <w:jc w:val="right"/>
      </w:pPr>
      <w:r>
        <w:t>یہ بات ہے جو قرآن میں ہے کہ: "وَإِن تَتَوَلَّوا يَسْتَبِّلُ قَوْمًا غَيْرَكُمْ سُمَّ لَا يَكُونُوا أَمْثَالَكُمْ" کہ</w:t>
      </w:r>
    </w:p>
    <w:p>
      <w:r>
        <w:rPr>
          <w:b/>
        </w:rPr>
        <w:t xml:space="preserve">[37:21] </w:t>
      </w:r>
      <w:r>
        <w:t>agar tum na kar sako apna role, phir ja ke mani hain ke agar tum</w:t>
      </w:r>
    </w:p>
    <w:p>
      <w:pPr>
        <w:jc w:val="right"/>
      </w:pPr>
      <w:r>
        <w:t>اگر تم نہ کر سکو اپنا رول، پھر جا کے معنی ہیں کہ اگر تم</w:t>
      </w:r>
    </w:p>
    <w:p>
      <w:r>
        <w:rPr>
          <w:b/>
        </w:rPr>
        <w:t xml:space="preserve">[37:31] </w:t>
      </w:r>
      <w:r>
        <w:t>apna role na kar sako, phir ja ke mani yani ke peeth pher do.</w:t>
      </w:r>
    </w:p>
    <w:p>
      <w:pPr>
        <w:jc w:val="right"/>
      </w:pPr>
      <w:r>
        <w:t>اپنا رول نہ کر سکو، پھر جا کے معنی یعنی کہ پیٹھ پھیر دو۔</w:t>
      </w:r>
    </w:p>
    <w:p>
      <w:r>
        <w:rPr>
          <w:b/>
        </w:rPr>
        <w:t xml:space="preserve">[37:38] </w:t>
      </w:r>
      <w:r>
        <w:t>agar tum tum ko jo role karna hai woh na kar kar sako to Allah doosri qaum uthaye</w:t>
      </w:r>
    </w:p>
    <w:p>
      <w:pPr>
        <w:jc w:val="right"/>
      </w:pPr>
      <w:r>
        <w:t>اگر تم تم کو جو رول کرنا ہے وہ نہ کر کر سکو تو اللہ دوسری قوم اٹھائے</w:t>
      </w:r>
    </w:p>
    <w:p>
      <w:r>
        <w:rPr>
          <w:b/>
        </w:rPr>
        <w:t xml:space="preserve">[37:46] </w:t>
      </w:r>
      <w:r>
        <w:t>ga, hatta ke faajir ko bhi uthaye ga, hatta ke ma'zoor ko bhi uthaye ga.</w:t>
      </w:r>
    </w:p>
    <w:p>
      <w:pPr>
        <w:jc w:val="right"/>
      </w:pPr>
      <w:r>
        <w:t>گا، حتی کہ فاجر کو بھی اٹھائے گا، حتی کہ معذور کو بھی اٹھائے گا۔</w:t>
      </w:r>
    </w:p>
    <w:p>
      <w:r>
        <w:rPr>
          <w:b/>
        </w:rPr>
        <w:t xml:space="preserve">[37:53] </w:t>
      </w:r>
      <w:r>
        <w:t>aap jante hain ke is time Hawking aik aik</w:t>
      </w:r>
    </w:p>
    <w:p>
      <w:pPr>
        <w:jc w:val="right"/>
      </w:pPr>
      <w:r>
        <w:t>آپ جانتے ہیں کہ اس ٹائم ہاکنگ ایک ایک</w:t>
      </w:r>
    </w:p>
    <w:p>
      <w:r>
        <w:rPr>
          <w:b/>
        </w:rPr>
        <w:t xml:space="preserve">[38:01] </w:t>
      </w:r>
      <w:r>
        <w:t>ma'zoor shakhs tha, disabled tha, us ne bara kaam anjaam diya.</w:t>
      </w:r>
    </w:p>
    <w:p>
      <w:pPr>
        <w:jc w:val="right"/>
      </w:pPr>
      <w:r>
        <w:t>معذور شخص تھا، ڈس ایبلڈ تھا، اس نے بڑا کام انجام دیا۔</w:t>
      </w:r>
    </w:p>
    <w:p>
      <w:r>
        <w:rPr>
          <w:b/>
        </w:rPr>
        <w:t xml:space="preserve">[38:10] </w:t>
      </w:r>
      <w:r>
        <w:t>woh to to doosron se le ga yeh kaam, un ko supporter banaye ga, supporter.</w:t>
      </w:r>
    </w:p>
    <w:p>
      <w:pPr>
        <w:jc w:val="right"/>
      </w:pPr>
      <w:r>
        <w:t>وہ تو تو دوسروں سے لے گا یہ کام، ان کو سپورٹر بنائے گا، سپورٹر۔</w:t>
      </w:r>
    </w:p>
    <w:p>
      <w:r>
        <w:rPr>
          <w:b/>
        </w:rPr>
        <w:t xml:space="preserve">[38:19] </w:t>
      </w:r>
      <w:r>
        <w:t>to yeh jo Quran ki aayatein hain, yeh yehood ki Musalman to bas bas hain, abna al-qardah Musalman</w:t>
      </w:r>
    </w:p>
    <w:p>
      <w:pPr>
        <w:jc w:val="right"/>
      </w:pPr>
      <w:r>
        <w:t>تو یہ جو قرآن کی آیتیں ہیں، یہ یہود کی مسلمان تو بس بس ہیں، ابنا القردہ مسلمان</w:t>
      </w:r>
    </w:p>
    <w:p>
      <w:r>
        <w:rPr>
          <w:b/>
        </w:rPr>
        <w:t xml:space="preserve">[38:28] </w:t>
      </w:r>
      <w:r>
        <w:t>jo hain, bas yehood ka naam naam aaya kahan? bas abna al-qardah</w:t>
      </w:r>
    </w:p>
    <w:p>
      <w:pPr>
        <w:jc w:val="right"/>
      </w:pPr>
      <w:r>
        <w:t>جو ہیں، بس یہود کا نام نام آیا کہاں؟ بس ابنا القردہ</w:t>
      </w:r>
    </w:p>
    <w:p>
      <w:r>
        <w:rPr>
          <w:b/>
        </w:rPr>
        <w:t xml:space="preserve">[38:37] </w:t>
      </w:r>
      <w:r>
        <w:t>nahi, yehood ki shakal mein Musalmanon ko un ka un ka role yaad dilaya gaya hai, Musalmanon ko</w:t>
      </w:r>
    </w:p>
    <w:p>
      <w:pPr>
        <w:jc w:val="right"/>
      </w:pPr>
      <w:r>
        <w:t>نہیں، یہود کی شکل میں مسلمانوں کو ان کا ان کا رول یاد دلایا گیا ہے، مسلمانوں کو</w:t>
      </w:r>
    </w:p>
    <w:p>
      <w:r>
        <w:rPr>
          <w:b/>
        </w:rPr>
        <w:t xml:space="preserve">[38:47] </w:t>
      </w:r>
      <w:r>
        <w:t>sabak diya gaya hai ke: "Sanwari mayyatna fil faqa" hatta ke tabieen haq ka ka yeh daur saani hai.</w:t>
      </w:r>
    </w:p>
    <w:p>
      <w:pPr>
        <w:jc w:val="right"/>
      </w:pPr>
      <w:r>
        <w:t>سبق دیا گیا ہے کہ: "سنوری مایاتنا فی الفاقہ" حتی کہ تابعین حق کا کا یہ دور ثانی ہے۔</w:t>
      </w:r>
    </w:p>
    <w:p>
      <w:r>
        <w:rPr>
          <w:b/>
        </w:rPr>
        <w:t xml:space="preserve">[38:57] </w:t>
      </w:r>
      <w:r>
        <w:t>yeh jahan jis daur mein hum aaj hain, aaj hum hain, woh tabieen</w:t>
      </w:r>
    </w:p>
    <w:p>
      <w:pPr>
        <w:jc w:val="right"/>
      </w:pPr>
      <w:r>
        <w:t>یہ جہاں جس دور میں ہم آج ہیں، آج ہم ہیں، وہ تبیین</w:t>
      </w:r>
    </w:p>
    <w:p>
      <w:r>
        <w:rPr>
          <w:b/>
        </w:rPr>
        <w:t xml:space="preserve">[39:07] </w:t>
      </w:r>
      <w:r>
        <w:t>haq ka daur saani hai.</w:t>
      </w:r>
    </w:p>
    <w:p>
      <w:pPr>
        <w:jc w:val="right"/>
      </w:pPr>
      <w:r>
        <w:t>حق کا دور ثانی ہے۔</w:t>
      </w:r>
    </w:p>
    <w:p>
      <w:r>
        <w:rPr>
          <w:b/>
        </w:rPr>
        <w:t xml:space="preserve">[39:15] </w:t>
      </w:r>
      <w:r>
        <w:t>yeh badr technology, badr nayi daryaften, badr science, utho aur yeh kaam anjaam do.</w:t>
      </w:r>
    </w:p>
    <w:p>
      <w:pPr>
        <w:jc w:val="right"/>
      </w:pPr>
      <w:r>
        <w:t>یہ بدر ٹیکنالوجی، بدر نئی دریافتیں، بدر سائنس، اٹھو اور یہ کام انجام دو۔</w:t>
      </w:r>
    </w:p>
    <w:p>
      <w:r>
        <w:rPr>
          <w:b/>
        </w:rPr>
        <w:t xml:space="preserve">[39:22] </w:t>
      </w:r>
      <w:r>
        <w:t>to tum ko hum ne supporter bhi de diye hain, tum ko daulat bhi de di hai, tum</w:t>
      </w:r>
    </w:p>
    <w:p>
      <w:pPr>
        <w:jc w:val="right"/>
      </w:pPr>
      <w:r>
        <w:t>تو تم کو ہم نے سپورٹر بھی دے دیے ہیں، تم کو دولت بھی دے دی ہے، تم</w:t>
      </w:r>
    </w:p>
    <w:p>
      <w:r>
        <w:rPr>
          <w:b/>
        </w:rPr>
        <w:t xml:space="preserve">[39:30] </w:t>
      </w:r>
      <w:r>
        <w:t>ko hum yeh har zaroorat ki cheez de di hai, is ko anjaam anjaam do</w:t>
      </w:r>
    </w:p>
    <w:p>
      <w:pPr>
        <w:jc w:val="right"/>
      </w:pPr>
      <w:r>
        <w:t>کو ہم یہ ہر ضرورت کی چیز دے دی ہے، اس کو انجام انجام دو</w:t>
      </w:r>
    </w:p>
    <w:p>
      <w:r>
        <w:rPr>
          <w:b/>
        </w:rPr>
        <w:t xml:space="preserve">[39:37] </w:t>
      </w:r>
      <w:r>
        <w:t>.</w:t>
      </w:r>
    </w:p>
    <w:p>
      <w:pPr>
        <w:jc w:val="right"/>
      </w:pPr>
      <w:r>
        <w:t>۔</w:t>
      </w:r>
    </w:p>
    <w:p>
      <w:r>
        <w:rPr>
          <w:b/>
        </w:rPr>
        <w:t xml:space="preserve">[39:45] </w:t>
      </w:r>
      <w:r>
        <w:t>tabieen haq ka daur saani jo hai, is ko apna role ada karo.</w:t>
      </w:r>
    </w:p>
    <w:p>
      <w:pPr>
        <w:jc w:val="right"/>
      </w:pPr>
      <w:r>
        <w:t>تبیین حق کا دور ثانی جو ہے، اس کو اپنا رول ادا کرو۔</w:t>
      </w:r>
    </w:p>
    <w:p>
      <w:r>
        <w:rPr>
          <w:b/>
        </w:rPr>
        <w:t xml:space="preserve">[39:53] </w:t>
      </w:r>
      <w:r>
        <w:t>tabieen haq ka daur saani hatta to to Surah Al-Baqarah ki aayatein yeh bazahir to yaani yehood ke</w:t>
      </w:r>
    </w:p>
    <w:p>
      <w:pPr>
        <w:jc w:val="right"/>
      </w:pPr>
      <w:r>
        <w:t>تبیین حق کا دور ثانی حتی تو تو سورہ البقرہ کی آیتیں یہ بظاہر تو یعنی یہود کے</w:t>
      </w:r>
    </w:p>
    <w:p>
      <w:r>
        <w:rPr>
          <w:b/>
        </w:rPr>
        <w:t xml:space="preserve">[40:00] </w:t>
      </w:r>
      <w:r>
        <w:t>baray mein hain, lekin agar is par</w:t>
      </w:r>
    </w:p>
    <w:p>
      <w:pPr>
        <w:jc w:val="right"/>
      </w:pPr>
      <w:r>
        <w:t>بارے میں ہیں، لیکن اگر اس پر</w:t>
      </w:r>
    </w:p>
    <w:p>
      <w:r>
        <w:rPr>
          <w:b/>
        </w:rPr>
        <w:t xml:space="preserve">[40:08] </w:t>
      </w:r>
      <w:r>
        <w:t>se dekha jaye to Musalmanon ke baray mein hai ke ab role to wohi karen ge.</w:t>
      </w:r>
    </w:p>
    <w:p>
      <w:pPr>
        <w:jc w:val="right"/>
      </w:pPr>
      <w:r>
        <w:t>سے دیکھا جائے تو مسلمانوں کے بارے میں ہے کہ اب رول تو وہی کریں گے۔</w:t>
      </w:r>
    </w:p>
    <w:p>
      <w:r>
        <w:rPr>
          <w:b/>
        </w:rPr>
        <w:t xml:space="preserve">[40:18] </w:t>
      </w:r>
      <w:r>
        <w:t>ab 21st century mein jo role karna hai, tabieen haq ka, woh to Ummat-e-Muhammadi ka kaam hai.</w:t>
      </w:r>
    </w:p>
    <w:p>
      <w:pPr>
        <w:jc w:val="right"/>
      </w:pPr>
      <w:r>
        <w:t>اب 21 سینچری میں جو رول کرنا ہے، تابعین حق کا، وہ تو امت محمدی کا کام ہے۔</w:t>
      </w:r>
    </w:p>
    <w:p>
      <w:r>
        <w:rPr>
          <w:b/>
        </w:rPr>
        <w:t xml:space="preserve">[40:29] </w:t>
      </w:r>
      <w:r>
        <w:t>to to yeh yehood ke reference mein Musalmanon ko kaha gaya hai, Ummat-e-Muslima ko kaha gaya hai.</w:t>
      </w:r>
    </w:p>
    <w:p>
      <w:pPr>
        <w:jc w:val="right"/>
      </w:pPr>
      <w:r>
        <w:t>تو تو یہ یہود کے ریفرنس میں مسلمانوں کو کہا گیا ہے، امت مسلمہ کو کہا گیا ہے۔</w:t>
      </w:r>
    </w:p>
    <w:p>
      <w:r>
        <w:rPr>
          <w:b/>
        </w:rPr>
        <w:t xml:space="preserve">[40:39] </w:t>
      </w:r>
      <w:r>
        <w:t>is is lihaaz se dekha jaye ga ke 21st century mein jo role karna hai, is role ki</w:t>
      </w:r>
    </w:p>
    <w:p>
      <w:pPr>
        <w:jc w:val="right"/>
      </w:pPr>
      <w:r>
        <w:t>اس اس لحاظ سے دیکھا جائے گا کہ 21 سینچری میں جو رول کرنا ہے، اس رول کی</w:t>
      </w:r>
    </w:p>
    <w:p>
      <w:r>
        <w:rPr>
          <w:b/>
        </w:rPr>
        <w:t xml:space="preserve">[40:48] </w:t>
      </w:r>
      <w:r>
        <w:t>ehleeyat sirf Ummat-e-Muhammadi pe hai, un ke paas mehfooz kitaab hai.</w:t>
      </w:r>
    </w:p>
    <w:p>
      <w:pPr>
        <w:jc w:val="right"/>
      </w:pPr>
      <w:r>
        <w:t>اہلیت صرف امت محمدی پہ ہے، ان کے پاس محفوظ کتاب ہے۔</w:t>
      </w:r>
    </w:p>
    <w:p>
      <w:r>
        <w:rPr>
          <w:b/>
        </w:rPr>
        <w:t xml:space="preserve">[40:57] </w:t>
      </w:r>
      <w:r>
        <w:t>is se aitbaar se dekha jaye to yeh aayatein jo hain, bil-wasta andaaz mein Musalmanon ko khitaab kar rahi</w:t>
      </w:r>
    </w:p>
    <w:p>
      <w:pPr>
        <w:jc w:val="right"/>
      </w:pPr>
      <w:r>
        <w:t>اسے اعتبار سے دیکھا جائے تو یہ آیتیں جو ہیں، بالواسطہ انداز میں مسلمانوں کو خطاب کر رہی</w:t>
      </w:r>
    </w:p>
    <w:p>
      <w:r>
        <w:rPr>
          <w:b/>
        </w:rPr>
        <w:t xml:space="preserve">[41:05] </w:t>
      </w:r>
      <w:r>
        <w:t>hain, Ummat-e-Muhammadi ko khitaab kar rahi hain.</w:t>
      </w:r>
    </w:p>
    <w:p>
      <w:pPr>
        <w:jc w:val="right"/>
      </w:pPr>
      <w:r>
        <w:t>ہیں، امت محمدی کو خطاب کر رہی ہیں۔</w:t>
      </w:r>
    </w:p>
    <w:p>
      <w:r>
        <w:rPr>
          <w:b/>
        </w:rPr>
        <w:t xml:space="preserve">[41:14] </w:t>
      </w:r>
      <w:r>
        <w:t>yeh sochana quran ke mani is par khulte hain, jo is par ghore kare.</w:t>
      </w:r>
    </w:p>
    <w:p>
      <w:pPr>
        <w:jc w:val="right"/>
      </w:pPr>
      <w:r>
        <w:t>یہ سوچنا قرآن کے معنی اس پر کھلتے ہیں، جو اس پر غور کرے۔</w:t>
      </w:r>
    </w:p>
    <w:p>
      <w:r>
        <w:rPr>
          <w:b/>
        </w:rPr>
        <w:t xml:space="preserve">[41:22] </w:t>
      </w:r>
      <w:r>
        <w:t>woh ayat parhiye: bismillah-al-rahman-al-rahim, kitab anzalna ilaik mubarak ayatahu wal yatazakkar ulul albab, surah saat, chapter</w:t>
      </w:r>
    </w:p>
    <w:p>
      <w:pPr>
        <w:jc w:val="right"/>
      </w:pPr>
      <w:r>
        <w:t>وہ آیت پڑھیے: بسم اللہ الرحمن الرحیم، کتاب انزلنا الیک مبارک آیاتہ ولیتذکر اول الالباب، سورہ سات، چیپٹر</w:t>
      </w:r>
    </w:p>
    <w:p>
      <w:r>
        <w:rPr>
          <w:b/>
        </w:rPr>
        <w:t xml:space="preserve">[41:29] </w:t>
      </w:r>
      <w:r>
        <w:t>38, vers 29.</w:t>
      </w:r>
    </w:p>
    <w:p>
      <w:pPr>
        <w:jc w:val="right"/>
      </w:pPr>
      <w:r>
        <w:t>38، ورس 29۔</w:t>
      </w:r>
    </w:p>
    <w:p>
      <w:r>
        <w:rPr>
          <w:b/>
        </w:rPr>
        <w:t xml:space="preserve">[41:37] </w:t>
      </w:r>
      <w:r>
        <w:t>yeh kitab hum ne is ko tumhari taraf nazil kiya, yeh barkat pali hai ta ke log</w:t>
      </w:r>
    </w:p>
    <w:p>
      <w:pPr>
        <w:jc w:val="right"/>
      </w:pPr>
      <w:r>
        <w:t>یہ کتاب ہم نے اس کو تمہاری طرف نازل کیا، یہ برکت پالی ہے تاکہ لوگ</w:t>
      </w:r>
    </w:p>
    <w:p>
      <w:r>
        <w:rPr>
          <w:b/>
        </w:rPr>
        <w:t xml:space="preserve">[41:45] </w:t>
      </w:r>
      <w:r>
        <w:t>is ki ayaton mein ghore o fikr karen aur ta ke aql wale is se naseehat hasil karen.</w:t>
      </w:r>
    </w:p>
    <w:p>
      <w:pPr>
        <w:jc w:val="right"/>
      </w:pPr>
      <w:r>
        <w:t>اس کی آیتوں میں غور و فکر کریں اور تاکہ عقل والے اس سے نصیحت حاصل کریں۔</w:t>
      </w:r>
    </w:p>
    <w:p>
      <w:r>
        <w:rPr>
          <w:b/>
        </w:rPr>
        <w:t xml:space="preserve">[41:51] </w:t>
      </w:r>
      <w:r>
        <w:t>kitni bari baat hai yeh!</w:t>
      </w:r>
    </w:p>
    <w:p>
      <w:pPr>
        <w:jc w:val="right"/>
      </w:pPr>
      <w:r>
        <w:t>کتنی بڑی بات ہے یہ!</w:t>
      </w:r>
    </w:p>
    <w:p>
      <w:r>
        <w:rPr>
          <w:b/>
        </w:rPr>
        <w:t xml:space="preserve">[41:57] </w:t>
      </w:r>
      <w:r>
        <w:t>aql ko apply karo, tab quran ke mani khulenge.</w:t>
      </w:r>
    </w:p>
    <w:p>
      <w:pPr>
        <w:jc w:val="right"/>
      </w:pPr>
      <w:r>
        <w:t>عقل کو اپلائی کرو، تب قرآن کے معنی کھلیں گے۔</w:t>
      </w:r>
    </w:p>
    <w:p>
      <w:r>
        <w:rPr>
          <w:b/>
        </w:rPr>
        <w:t xml:space="preserve">[42:03] </w:t>
      </w:r>
      <w:r>
        <w:t>ek bar phir ayat parhiye aur tarjuma parhiye: kitab anzalna ilaik mubarak ayatahu wal yatazakkar ulul albab.</w:t>
      </w:r>
    </w:p>
    <w:p>
      <w:pPr>
        <w:jc w:val="right"/>
      </w:pPr>
      <w:r>
        <w:t>ایک بار پھر آیت پڑھیے اور ترجمہ پڑھیے: کتاب انزلنا الیک مبارک آیاتہ ولیتذکر اول الالباب۔</w:t>
      </w:r>
    </w:p>
    <w:p>
      <w:r>
        <w:rPr>
          <w:b/>
        </w:rPr>
        <w:t xml:space="preserve">[42:09] </w:t>
      </w:r>
      <w:r>
        <w:t>yeh kitab hum ne is ko nazil ki tum</w:t>
      </w:r>
    </w:p>
    <w:p>
      <w:pPr>
        <w:jc w:val="right"/>
      </w:pPr>
      <w:r>
        <w:t>یہ کتاب ہم نے اس کو نازل کی تمہ</w:t>
      </w:r>
    </w:p>
    <w:p>
      <w:r>
        <w:rPr>
          <w:b/>
        </w:rPr>
        <w:t xml:space="preserve">[42:15] </w:t>
      </w:r>
      <w:r>
        <w:t>hari taraf, yeh barkat wali hai ta ke log is ki ayaton mein ghore karen aur ta ke aql wale</w:t>
      </w:r>
    </w:p>
    <w:p>
      <w:pPr>
        <w:jc w:val="right"/>
      </w:pPr>
      <w:r>
        <w:t>اری طرف، یہ برکت والی ہے تاکہ لوگ اس کی آیتوں میں غور کریں اور تاکہ عقل والے</w:t>
      </w:r>
    </w:p>
    <w:p>
      <w:r>
        <w:rPr>
          <w:b/>
        </w:rPr>
        <w:t xml:space="preserve">[42:21] </w:t>
      </w:r>
      <w:r>
        <w:t>is se naseehat hasil karen.</w:t>
      </w:r>
    </w:p>
    <w:p>
      <w:pPr>
        <w:jc w:val="right"/>
      </w:pPr>
      <w:r>
        <w:t>اس سے نصیحت حاصل کریں۔</w:t>
      </w:r>
    </w:p>
    <w:p>
      <w:r>
        <w:rPr>
          <w:b/>
        </w:rPr>
        <w:t xml:space="preserve">[42:27] </w:t>
      </w:r>
      <w:r>
        <w:t>is zamane ke jo aql ko apply karen, jo tadabbur ko istemal karen, woh is mein payenge mani.</w:t>
      </w:r>
    </w:p>
    <w:p>
      <w:pPr>
        <w:jc w:val="right"/>
      </w:pPr>
      <w:r>
        <w:t>اس زمانے کے جو عقل کو اپلائی کریں، جو تدبر کو استعمال کریں، وہ اس میں پائیں گے معنی۔</w:t>
      </w:r>
    </w:p>
    <w:p>
      <w:r>
        <w:rPr>
          <w:b/>
        </w:rPr>
        <w:t xml:space="preserve">[42:33] </w:t>
      </w:r>
      <w:r>
        <w:t>jo fanni nuqtay hal karen, fanni nuqtay, un ko kuch nahi milega is mein se.</w:t>
      </w:r>
    </w:p>
    <w:p>
      <w:pPr>
        <w:jc w:val="right"/>
      </w:pPr>
      <w:r>
        <w:t>جو فنی نقطے حل کریں، فنی نقطے، ان کو کچھ نہیں ملے گا اس میں سے۔</w:t>
      </w:r>
    </w:p>
    <w:p>
      <w:r>
        <w:rPr>
          <w:b/>
        </w:rPr>
        <w:t xml:space="preserve">[42:39] </w:t>
      </w:r>
      <w:r>
        <w:t>yani quran ko parh kar</w:t>
      </w:r>
    </w:p>
    <w:p>
      <w:pPr>
        <w:jc w:val="right"/>
      </w:pPr>
      <w:r>
        <w:t>یعنی قرآن کو پڑھ کر</w:t>
      </w:r>
    </w:p>
    <w:p>
      <w:r>
        <w:rPr>
          <w:b/>
        </w:rPr>
        <w:t xml:space="preserve">[42:45] </w:t>
      </w:r>
      <w:r>
        <w:t>kuch fanni nuqtay nikalen aur is ko hal karen to unhein quran se koi bari baat nahi milegi.</w:t>
      </w:r>
    </w:p>
    <w:p>
      <w:pPr>
        <w:jc w:val="right"/>
      </w:pPr>
      <w:r>
        <w:t>کچھ فنی نقطے نکالیں اور اس کو حل کریں تو انہیں قرآن سے کوئی بڑی بات نہیں ملے گی۔</w:t>
      </w:r>
    </w:p>
    <w:p>
      <w:r>
        <w:rPr>
          <w:b/>
        </w:rPr>
        <w:t xml:space="preserve">[42:53] </w:t>
      </w:r>
      <w:r>
        <w:t>baat quran se bari baat un ko milegi jo tadabbur karen, apni aql ko apply karen, apne</w:t>
      </w:r>
    </w:p>
    <w:p>
      <w:pPr>
        <w:jc w:val="right"/>
      </w:pPr>
      <w:r>
        <w:t>بات قرآن سے بڑی بات ان کو ملے گی جو تدبر کریں، اپنی عقل کو اپلائی کریں، اپنے</w:t>
      </w:r>
    </w:p>
    <w:p>
      <w:r>
        <w:rPr>
          <w:b/>
        </w:rPr>
        <w:t xml:space="preserve">[43:00] </w:t>
      </w:r>
      <w:r>
        <w:t>مائنڈ کو استعمال کریں، اس کے deep معنی کو دریافت کریں۔</w:t>
      </w:r>
    </w:p>
    <w:p>
      <w:pPr>
        <w:jc w:val="right"/>
      </w:pPr>
      <w:r>
        <w:t>مائنڈ کو استعمال کریں، اس کے ڈیپ معنی کو دریافت کریں۔</w:t>
      </w:r>
    </w:p>
    <w:p>
      <w:r>
        <w:rPr>
          <w:b/>
        </w:rPr>
        <w:t xml:space="preserve">[43:07] </w:t>
      </w:r>
      <w:r>
        <w:t>tab woh samjhenge quran mein kya message un ke liye hai, kya zimmedariyan un ko quran</w:t>
      </w:r>
    </w:p>
    <w:p>
      <w:pPr>
        <w:jc w:val="right"/>
      </w:pPr>
      <w:r>
        <w:t>تب وہ سمجھیں گے قرآن میں کیا میسج ان کے لیے ہے، کیا ذمہ داریاں ان کو قرآن</w:t>
      </w:r>
    </w:p>
    <w:p>
      <w:r>
        <w:rPr>
          <w:b/>
        </w:rPr>
        <w:t xml:space="preserve">[43:15] </w:t>
      </w:r>
      <w:r>
        <w:t>ne di hain.</w:t>
      </w:r>
    </w:p>
    <w:p>
      <w:pPr>
        <w:jc w:val="right"/>
      </w:pPr>
      <w:r>
        <w:t>نے دی ہیں۔</w:t>
      </w:r>
    </w:p>
    <w:p>
      <w:r>
        <w:rPr>
          <w:b/>
        </w:rPr>
        <w:t xml:space="preserve">[43:22] </w:t>
      </w:r>
      <w:r>
        <w:t>yeh ayat hila dene wali hai, yeh ayat hila dene wali ke jo log quran ke kehte hain,</w:t>
      </w:r>
    </w:p>
    <w:p>
      <w:pPr>
        <w:jc w:val="right"/>
      </w:pPr>
      <w:r>
        <w:t>یہ آیت ہلا دینے والی ہے، یہ آیت ہلا دینے والی کہ جو لوگ قرآن کے کہتے ہیں،</w:t>
      </w:r>
    </w:p>
    <w:p>
      <w:r>
        <w:rPr>
          <w:b/>
        </w:rPr>
        <w:t xml:space="preserve">[43:32] </w:t>
      </w:r>
      <w:r>
        <w:t>jo log quran ko le kar yani taakeed tehreek se ate hain, lekin amalan kya karte hain? fanni</w:t>
      </w:r>
    </w:p>
    <w:p>
      <w:pPr>
        <w:jc w:val="right"/>
      </w:pPr>
      <w:r>
        <w:t>جو لوگ قرآن کو لے کر یعنی تاکید تحریک سے آتے ہیں، لیکن عملاً کیا کرتے ہیں؟ فنی</w:t>
      </w:r>
    </w:p>
    <w:p>
      <w:r>
        <w:rPr>
          <w:b/>
        </w:rPr>
        <w:t xml:space="preserve">[43:42] </w:t>
      </w:r>
      <w:r>
        <w:t>show se, fanni nuqtay nikal kar is pe bahasein karte hain. jaise</w:t>
      </w:r>
    </w:p>
    <w:p>
      <w:pPr>
        <w:jc w:val="right"/>
      </w:pPr>
      <w:r>
        <w:t>شو سے، فنی نقطے نکال کر اس پہ بحثیں کرتے ہیں۔ جیسے</w:t>
      </w:r>
    </w:p>
    <w:p>
      <w:r>
        <w:rPr>
          <w:b/>
        </w:rPr>
        <w:t xml:space="preserve">[43:52] </w:t>
      </w:r>
      <w:r>
        <w:t>allama anwar shah kashmiri ne ek ek hadith ke bare mein kaha hai ke is hadith ko janne</w:t>
      </w:r>
    </w:p>
    <w:p>
      <w:pPr>
        <w:jc w:val="right"/>
      </w:pPr>
      <w:r>
        <w:t>علامہ انور شاہ کشمیری نے ایک ایک حدیث کے بارے میں کہا ہے کہ اس حدیث کو جاننے</w:t>
      </w:r>
    </w:p>
    <w:p>
      <w:r>
        <w:rPr>
          <w:b/>
        </w:rPr>
        <w:t xml:space="preserve">[44:02] </w:t>
      </w:r>
      <w:r>
        <w:t>ke liye main tamam sharhein parhin, lekin lam tuhassali shunun ghair hall al alfaz.</w:t>
      </w:r>
    </w:p>
    <w:p>
      <w:pPr>
        <w:jc w:val="right"/>
      </w:pPr>
      <w:r>
        <w:t>کے لیے میں تمام شرحیں پڑھیں، لیکن لم تحصلی شون غیر حل الالفاظ۔</w:t>
      </w:r>
    </w:p>
    <w:p>
      <w:r>
        <w:rPr>
          <w:b/>
        </w:rPr>
        <w:t xml:space="preserve">[44:13] </w:t>
      </w:r>
      <w:r>
        <w:t>al faz ko hal karte hain log, ameeq mani jo hain, us tak un ki pahunch nahi hoti hai. to dekhiye,</w:t>
      </w:r>
    </w:p>
    <w:p>
      <w:pPr>
        <w:jc w:val="right"/>
      </w:pPr>
      <w:r>
        <w:t>الفاظ کو حل کرتے ہیں لوگ، عمیق معنی جو ہیں، اس تک ان کی پہنچ نہیں ہوتی ہے۔ تو دیکھیے،</w:t>
      </w:r>
    </w:p>
    <w:p>
      <w:r>
        <w:rPr>
          <w:b/>
        </w:rPr>
        <w:t xml:space="preserve">[44:23] </w:t>
      </w:r>
      <w:r>
        <w:t>is mein koi shaq nahi, is mein koi shaq nahi ke quran wahid kitab hai jo hamare liye</w:t>
      </w:r>
    </w:p>
    <w:p>
      <w:pPr>
        <w:jc w:val="right"/>
      </w:pPr>
      <w:r>
        <w:t>اس میں کوئی شک نہیں، اس میں کوئی شک نہیں کہ قرآن واحد کتاب ہے جو ہمارے لیے</w:t>
      </w:r>
    </w:p>
    <w:p>
      <w:r>
        <w:rPr>
          <w:b/>
        </w:rPr>
        <w:t xml:space="preserve">[44:29] </w:t>
      </w:r>
      <w:r>
        <w:t>kitaab hidayat hai.</w:t>
      </w:r>
    </w:p>
    <w:p>
      <w:pPr>
        <w:jc w:val="right"/>
      </w:pPr>
      <w:r>
        <w:t>کتاب ہدایت ہے۔</w:t>
      </w:r>
    </w:p>
    <w:p>
      <w:r>
        <w:rPr>
          <w:b/>
        </w:rPr>
        <w:t xml:space="preserve">[44:35] </w:t>
      </w:r>
      <w:r>
        <w:t>lekin yaad rakhiye, quran ke mani ko janne ke liye aqal ko istemal karna hai, tadabbur karna hai,</w:t>
      </w:r>
    </w:p>
    <w:p>
      <w:pPr>
        <w:jc w:val="right"/>
      </w:pPr>
      <w:r>
        <w:t>لیکن یاد رکھیے، قرآن کے معنی کو جاننے کے لیے عقل کو استعمال کرنا ہے، تدبر کرنا ہے،</w:t>
      </w:r>
    </w:p>
    <w:p>
      <w:r>
        <w:rPr>
          <w:b/>
        </w:rPr>
        <w:t xml:space="preserve">[44:41] </w:t>
      </w:r>
      <w:r>
        <w:t>fanni bahson se kuch nahi milne wala hai.</w:t>
      </w:r>
    </w:p>
    <w:p>
      <w:pPr>
        <w:jc w:val="right"/>
      </w:pPr>
      <w:r>
        <w:t>فنی بحثوں سے کچھ نہیں ملنے والا ہے۔</w:t>
      </w:r>
    </w:p>
    <w:p>
      <w:r>
        <w:rPr>
          <w:b/>
        </w:rPr>
        <w:t xml:space="preserve">[44:47] </w:t>
      </w:r>
      <w:r>
        <w:t>to meri dua hai ke Allah taala</w:t>
      </w:r>
    </w:p>
    <w:p>
      <w:pPr>
        <w:jc w:val="right"/>
      </w:pPr>
      <w:r>
        <w:t>تو میری دعا ہے کہ اللہ تعالی</w:t>
      </w:r>
    </w:p>
    <w:p>
      <w:r>
        <w:rPr>
          <w:b/>
        </w:rPr>
        <w:t xml:space="preserve">[44:53] </w:t>
      </w:r>
      <w:r>
        <w:t>mujhe aur aap ko tofeeq de ke hum Quran par sahi ghaur-o-fikr karna seekhein. Assalamu Alaikum wa Rahmatullahi wa Barakatuh. Okay, so we will start with the question answer session now. All the online viewers are requested to post their questions on the Facebook section, or they can send</w:t>
      </w:r>
    </w:p>
    <w:p>
      <w:pPr>
        <w:jc w:val="right"/>
      </w:pPr>
      <w:r>
        <w:t>مجھ کو اور آپ کو توفیق دے کہ ہم قرآن پر صحیح غور و فکر کرنا سیکھیں۔ السلام علیکم ورحمۃ اللہ۔ اوکے، سو وی ویل سٹارٹ ود دی کوئسچن انسر سیشن ناو۔ ال دی ان لائن ویوورز ار ریکویسٹڈ ٹو پوسٹ دیر کوئسچنز ان دا فیس بک سیکشن، اور دے کین سینڈ</w:t>
      </w:r>
    </w:p>
    <w:p>
      <w:r>
        <w:rPr>
          <w:b/>
        </w:rPr>
        <w:t xml:space="preserve">[45:23] </w:t>
      </w:r>
      <w:r>
        <w:t>at info at cps global dot org.</w:t>
      </w:r>
    </w:p>
    <w:p>
      <w:pPr>
        <w:jc w:val="right"/>
      </w:pPr>
      <w:r>
        <w:t>اٹ انفو ایٹ سی پی ایس گلوبل ڈاٹ او آر جی۔</w:t>
      </w:r>
    </w:p>
    <w:p>
      <w:r>
        <w:rPr>
          <w:b/>
        </w:rPr>
        <w:t xml:space="preserve">[45:29] </w:t>
      </w:r>
      <w:r>
        <w:t>maulana, sab se pehle comments lena chahenge.</w:t>
      </w:r>
    </w:p>
    <w:p>
      <w:pPr>
        <w:jc w:val="right"/>
      </w:pPr>
      <w:r>
        <w:t>مولانا، سب سے پہلے کمنٹس لینا چاہیں گے۔</w:t>
      </w:r>
    </w:p>
    <w:p>
      <w:r>
        <w:rPr>
          <w:b/>
        </w:rPr>
        <w:t xml:space="preserve">[45:35] </w:t>
      </w:r>
      <w:r>
        <w:t>maulana syed iqbal umri ne chennai se likha hai: "muideen ke daur ka sahi concept Maulana Arrisalah mission</w:t>
      </w:r>
    </w:p>
    <w:p>
      <w:pPr>
        <w:jc w:val="right"/>
      </w:pPr>
      <w:r>
        <w:t>مولانا سید اقبال عمری نے چنئی سے لکھا ہے: "معیدین کے دور کا صحیح کانسیپٹ مولانا الرسالہ مشن</w:t>
      </w:r>
    </w:p>
    <w:p>
      <w:r>
        <w:rPr>
          <w:b/>
        </w:rPr>
        <w:t xml:space="preserve">[45:41] </w:t>
      </w:r>
      <w:r>
        <w:t>ne diya hai.</w:t>
      </w:r>
    </w:p>
    <w:p>
      <w:pPr>
        <w:jc w:val="right"/>
      </w:pPr>
      <w:r>
        <w:t>نے دیا ہے۔</w:t>
      </w:r>
    </w:p>
    <w:p>
      <w:r>
        <w:rPr>
          <w:b/>
        </w:rPr>
        <w:t xml:space="preserve">[45:47] </w:t>
      </w:r>
      <w:r>
        <w:t>aaj muideen ko pehchanne ka imtehan hai." bilkul sahi baat hai,</w:t>
      </w:r>
    </w:p>
    <w:p>
      <w:pPr>
        <w:jc w:val="right"/>
      </w:pPr>
      <w:r>
        <w:t>آج معیدین کو پہچاننے کا امتحان ہے۔" بالکل صحیح بات ہے،</w:t>
      </w:r>
    </w:p>
    <w:p>
      <w:r>
        <w:rPr>
          <w:b/>
        </w:rPr>
        <w:t xml:space="preserve">[45:53] </w:t>
      </w:r>
      <w:r>
        <w:t>maulana.</w:t>
      </w:r>
    </w:p>
    <w:p>
      <w:pPr>
        <w:jc w:val="right"/>
      </w:pPr>
      <w:r>
        <w:t>مولانا۔</w:t>
      </w:r>
    </w:p>
    <w:p>
      <w:r>
        <w:rPr>
          <w:b/>
        </w:rPr>
        <w:t xml:space="preserve">[45:59] </w:t>
      </w:r>
      <w:r>
        <w:t>Miss Shabana Ansari has written from Pakistan: "These supporters have proved our religion scientifically and made our</w:t>
      </w:r>
    </w:p>
    <w:p>
      <w:pPr>
        <w:jc w:val="right"/>
      </w:pPr>
      <w:r>
        <w:t>مس شبانہ انصاری نے پاکستان سے لکھا ہے: "دیز سپورٹرز ہیو پروفڈ اور ریلیجن سائنٹیفیکلی اینڈ میڈ اور</w:t>
      </w:r>
    </w:p>
    <w:p>
      <w:r>
        <w:rPr>
          <w:b/>
        </w:rPr>
        <w:t xml:space="preserve">[46:05] </w:t>
      </w:r>
      <w:r>
        <w:t>"The work is easiest to present it in front of the whole world." Maulana Sahib, you are absolutely right,</w:t>
      </w:r>
    </w:p>
    <w:p>
      <w:pPr>
        <w:jc w:val="right"/>
      </w:pPr>
      <w:r>
        <w:t>داوا ورک ایزیسٹ ٹو پریزنٹ اٹ ان فرنٹ اف دا ہول ورلڈ۔" مولانا صاحب، یو ار ایبسولیوٹلی رائٹ،</w:t>
      </w:r>
    </w:p>
    <w:p>
      <w:r>
        <w:rPr>
          <w:b/>
        </w:rPr>
        <w:t xml:space="preserve">[46:11] </w:t>
      </w:r>
      <w:r>
        <w:t>it should be haram to hate them. jazak Allah.</w:t>
      </w:r>
    </w:p>
    <w:p>
      <w:pPr>
        <w:jc w:val="right"/>
      </w:pPr>
      <w:r>
        <w:t>اٹ شوڈ بی حرام ٹو ہیٹ دیم۔ جزاک اللہ۔</w:t>
      </w:r>
    </w:p>
    <w:p>
      <w:r>
        <w:rPr>
          <w:b/>
        </w:rPr>
        <w:t xml:space="preserve">[46:17] </w:t>
      </w:r>
      <w:r>
        <w:t>ڈاکٹر نغمہ صدیقی نے دلی سے لکھا ہے: "مولانا، today your talk has made me realize</w:t>
      </w:r>
    </w:p>
    <w:p>
      <w:pPr>
        <w:jc w:val="right"/>
      </w:pPr>
      <w:r>
        <w:t>ڈاکٹر نغمہ صدیقی نے دلی سے لکھا ہے: "مولانا، ٹوڈے یور ٹاک ہیز میڈ می ریلائز</w:t>
      </w:r>
    </w:p>
    <w:p>
      <w:r>
        <w:rPr>
          <w:b/>
        </w:rPr>
        <w:t xml:space="preserve">[46:24] </w:t>
      </w:r>
      <w:r>
        <w:t>the importance of the Western people in making Islamic predictions come true. They have given Muslims so many arguments to scientifically prove religious truth, especially tawheed. We should be always thankful to them." Doctor Aslam Khan ne Saharanpur se likha hai: "The conclusion of Maulana's study of Quran indicates the learning of lessons through the</w:t>
      </w:r>
    </w:p>
    <w:p>
      <w:pPr>
        <w:jc w:val="right"/>
      </w:pPr>
      <w:r>
        <w:t>دی امپورٹنس اف دا ویسٹرن پیپل ان میکنگ اسلامک پریڈکشنز کم ٹرو۔ دے ہیو گیون مسلم سو مینی ارگیومنٹس ٹو سائنٹیفیکلی پروف ریلیجیس ٹروتھ، اسپیشلی توحید۔ وی شوڈ بی الویز تھینک فل ٹو دیم۔" ڈاکٹر اسلم خان نے سہارن پور سے لکھا ہے: "دی کنکلوژن اف مولانا سٹڈی اف قرآن انڈیکیٹس دی لرننگ اف لیسنز تھرو ت</w:t>
      </w:r>
    </w:p>
    <w:p>
      <w:r>
        <w:rPr>
          <w:b/>
        </w:rPr>
        <w:t xml:space="preserve">[46:54] </w:t>
      </w:r>
      <w:r>
        <w:t>wusm, tadabbur and tafakkur.</w:t>
      </w:r>
    </w:p>
    <w:p>
      <w:pPr>
        <w:jc w:val="right"/>
      </w:pPr>
      <w:r>
        <w:t>وسم، تدبر اینڈ تفکر۔</w:t>
      </w:r>
    </w:p>
    <w:p>
      <w:r>
        <w:rPr>
          <w:b/>
        </w:rPr>
        <w:t xml:space="preserve">[47:01] </w:t>
      </w:r>
      <w:r>
        <w:t>That is reflection, thinking and contemplation in the signs of Allah scattered across the world.</w:t>
      </w:r>
    </w:p>
    <w:p>
      <w:pPr>
        <w:jc w:val="right"/>
      </w:pPr>
      <w:r>
        <w:t>دیٹ از ریفلیکشن، تھنکنگ اینڈ کنٹیمپلیشن ان دا سائنز اف اللہ سکیٹرڈ اکراس دا ورلڈ۔</w:t>
      </w:r>
    </w:p>
    <w:p>
      <w:r>
        <w:rPr>
          <w:b/>
        </w:rPr>
        <w:t xml:space="preserve">[47:09] </w:t>
      </w:r>
      <w:r>
        <w:t>Really, Maulana is also a great sign to discover truth.</w:t>
      </w:r>
    </w:p>
    <w:p>
      <w:pPr>
        <w:jc w:val="right"/>
      </w:pPr>
      <w:r>
        <w:t>ریلی، مولانا از السو ا گریٹ سائن ٹو ڈسکور ٹروتھ۔</w:t>
      </w:r>
    </w:p>
    <w:p>
      <w:r>
        <w:rPr>
          <w:b/>
        </w:rPr>
        <w:t xml:space="preserve">[47:17] </w:t>
      </w:r>
      <w:r>
        <w:t>"A lot of Maulanas of other streams failed to realize this open fact." مولانا، اب ہم سوال لیتے ہیں۔</w:t>
      </w:r>
    </w:p>
    <w:p>
      <w:pPr>
        <w:jc w:val="right"/>
      </w:pPr>
      <w:r>
        <w:t>ا لاٹ اف مولاناز اف ادر سٹریم فیلڈ ٹو ریلائز دس اوپن فیکٹ۔" مولانا، اب ہم سوال لیتے ہیں۔</w:t>
      </w:r>
    </w:p>
    <w:p>
      <w:r>
        <w:rPr>
          <w:b/>
        </w:rPr>
        <w:t xml:space="preserve">[47:25] </w:t>
      </w:r>
      <w:r>
        <w:t>maulana iqbal umri ne sawal bheja hai chennai se.</w:t>
      </w:r>
    </w:p>
    <w:p>
      <w:pPr>
        <w:jc w:val="right"/>
      </w:pPr>
      <w:r>
        <w:t>مولانا اقبال عمری نے سوال بھیجا ہے چنئی سے۔</w:t>
      </w:r>
    </w:p>
    <w:p>
      <w:r>
        <w:rPr>
          <w:b/>
        </w:rPr>
        <w:t xml:space="preserve">[47:31] </w:t>
      </w:r>
      <w:r>
        <w:t>unhone Maulana aap se poocha hai ke "yajuj majuj ki misbat tojihat ulama kyun nahi karte hain?</w:t>
      </w:r>
    </w:p>
    <w:p>
      <w:pPr>
        <w:jc w:val="right"/>
      </w:pPr>
      <w:r>
        <w:t>انہوں نے مولانا آپ سے پوچھا ہے کہ "یاجوج ماجوج کی مثبت توجیح علماء کیوں نہیں کرتے ہیں؟</w:t>
      </w:r>
    </w:p>
    <w:p>
      <w:r>
        <w:rPr>
          <w:b/>
        </w:rPr>
        <w:t xml:space="preserve">[47:37] </w:t>
      </w:r>
      <w:r>
        <w:t>iski wazahat karen." isi ko ulama ka to nafrat karna hai.</w:t>
      </w:r>
    </w:p>
    <w:p>
      <w:pPr>
        <w:jc w:val="right"/>
      </w:pPr>
      <w:r>
        <w:t>اس کی وضاحت کریں۔" اسی کو علماء کا تو نفرت کرنا ہے۔</w:t>
      </w:r>
    </w:p>
    <w:p>
      <w:r>
        <w:rPr>
          <w:b/>
        </w:rPr>
        <w:t xml:space="preserve">[47:43] </w:t>
      </w:r>
      <w:r>
        <w:t>agar woh manen unki to unka ek bahut bada role samne aa jayega.</w:t>
      </w:r>
    </w:p>
    <w:p>
      <w:pPr>
        <w:jc w:val="right"/>
      </w:pPr>
      <w:r>
        <w:t>اگر وہ مانیں ان کی تو ان کا ایک بہت بڑا رول سامنے آ جائے گا۔</w:t>
      </w:r>
    </w:p>
    <w:p>
      <w:r>
        <w:rPr>
          <w:b/>
        </w:rPr>
        <w:t xml:space="preserve">[47:50] </w:t>
      </w:r>
      <w:r>
        <w:t>to main ek hi mujhe maloom hai Allama Anwar Shah Kashmiri</w:t>
      </w:r>
    </w:p>
    <w:p>
      <w:pPr>
        <w:jc w:val="right"/>
      </w:pPr>
      <w:r>
        <w:t>تو میں ایک ہی مجھے معلوم ہے علامہ انور شاہ کشمیری</w:t>
      </w:r>
    </w:p>
    <w:p>
      <w:r>
        <w:rPr>
          <w:b/>
        </w:rPr>
        <w:t xml:space="preserve">[47:56] </w:t>
      </w:r>
      <w:r>
        <w:t>jinhone yeh baat likhi hai.</w:t>
      </w:r>
    </w:p>
    <w:p>
      <w:pPr>
        <w:jc w:val="right"/>
      </w:pPr>
      <w:r>
        <w:t>جنہوں نے یہ بات لکھی ہے۔</w:t>
      </w:r>
    </w:p>
    <w:p>
      <w:r>
        <w:rPr>
          <w:b/>
        </w:rPr>
        <w:t xml:space="preserve">[48:02] </w:t>
      </w:r>
      <w:r>
        <w:t>baqi log to bas nafrat, nafrat, nafrat.</w:t>
      </w:r>
    </w:p>
    <w:p>
      <w:pPr>
        <w:jc w:val="right"/>
      </w:pPr>
      <w:r>
        <w:t>باقی لوگ تو بس نفرت، نفرت، نفرت۔</w:t>
      </w:r>
    </w:p>
    <w:p>
      <w:r>
        <w:rPr>
          <w:b/>
        </w:rPr>
        <w:t xml:space="preserve">[48:08] </w:t>
      </w:r>
      <w:r>
        <w:t>to nafrat jo hai hamare maujooda zamane ke logon ke liye record ban rahi hai, ban gayi hai</w:t>
      </w:r>
    </w:p>
    <w:p>
      <w:pPr>
        <w:jc w:val="right"/>
      </w:pPr>
      <w:r>
        <w:t>تو نفرت جو ہے ہمارے موجودہ زمانے کے لوگوں کے لیے ریکارڈ بن رہی ہے، بن گئی ہے</w:t>
      </w:r>
    </w:p>
    <w:p>
      <w:r>
        <w:rPr>
          <w:b/>
        </w:rPr>
        <w:t xml:space="preserve">[48:14] </w:t>
      </w:r>
      <w:r>
        <w:t>ke woh sachai ko daryaft karne wale logon ki qadar karen, unse mohabbat karen, unse istifada karen.</w:t>
      </w:r>
    </w:p>
    <w:p>
      <w:pPr>
        <w:jc w:val="right"/>
      </w:pPr>
      <w:r>
        <w:t>کہ وہ سچائی کو دریافت کرنے والے لوگوں کی قدر کریں، ان سے محبت کریں، ان سے استفادہ کریں۔</w:t>
      </w:r>
    </w:p>
    <w:p>
      <w:r>
        <w:rPr>
          <w:b/>
        </w:rPr>
        <w:t xml:space="preserve">[48:20] </w:t>
      </w:r>
      <w:r>
        <w:t>maulana, agla sawal do logon ne bheja hai kashmir se jo milta julta hai.</w:t>
      </w:r>
    </w:p>
    <w:p>
      <w:pPr>
        <w:jc w:val="right"/>
      </w:pPr>
      <w:r>
        <w:t>مولانا، اگلا سوال دو لوگوں نے بھیجا ہے کشمیر سے جو ملتا جلتا ہے۔</w:t>
      </w:r>
    </w:p>
    <w:p>
      <w:r>
        <w:rPr>
          <w:b/>
        </w:rPr>
        <w:t xml:space="preserve">[48:26] </w:t>
      </w:r>
      <w:r>
        <w:t>to hum woh dono sawal padh dete hain.</w:t>
      </w:r>
    </w:p>
    <w:p>
      <w:pPr>
        <w:jc w:val="right"/>
      </w:pPr>
      <w:r>
        <w:t>تو ہم وہ دونوں سوال پڑھ دیتے ہیں۔</w:t>
      </w:r>
    </w:p>
    <w:p>
      <w:r>
        <w:rPr>
          <w:b/>
        </w:rPr>
        <w:t xml:space="preserve">[48:32] </w:t>
      </w:r>
      <w:r>
        <w:t>pehla sawal bheja hai miss karootlin ne.</w:t>
      </w:r>
    </w:p>
    <w:p>
      <w:pPr>
        <w:jc w:val="right"/>
      </w:pPr>
      <w:r>
        <w:t>پہلا سوال بھیجا ہے مس کروتلین نے۔</w:t>
      </w:r>
    </w:p>
    <w:p>
      <w:r>
        <w:rPr>
          <w:b/>
        </w:rPr>
        <w:t xml:space="preserve">[48:38] </w:t>
      </w:r>
      <w:r>
        <w:t>انہوں نے لکھا ہے: "That most of the prophecies of Quran have been endorsed by science is a</w:t>
      </w:r>
    </w:p>
    <w:p>
      <w:pPr>
        <w:jc w:val="right"/>
      </w:pPr>
      <w:r>
        <w:t>انہوں نے لکھا ہے: "دیٹ موسٹ اف دی پرافیسیز اف قرآن ہیو بین انڈورسڈ بائی سائنس از ا</w:t>
      </w:r>
    </w:p>
    <w:p>
      <w:r>
        <w:rPr>
          <w:b/>
        </w:rPr>
        <w:t xml:space="preserve">[48:44] </w:t>
      </w:r>
      <w:r>
        <w:t>Proof that science is not at variance with Quran, but it is unfortunate that some of ulama reject</w:t>
      </w:r>
    </w:p>
    <w:p>
      <w:pPr>
        <w:jc w:val="right"/>
      </w:pPr>
      <w:r>
        <w:t>پروف دیٹ سائنس از ناٹ ایٹ ویرینس ود قرآن، بٹ اٹ از انفارچونیٹ دیٹ سم اف علماء ریجیکٹ</w:t>
      </w:r>
    </w:p>
    <w:p>
      <w:r>
        <w:rPr>
          <w:b/>
        </w:rPr>
        <w:t xml:space="preserve">[48:50] </w:t>
      </w:r>
      <w:r>
        <w:t>The concept by pleading the argument that Quran doesn't need the certificate of science.</w:t>
      </w:r>
    </w:p>
    <w:p>
      <w:pPr>
        <w:jc w:val="right"/>
      </w:pPr>
      <w:r>
        <w:t>دی کانسیپٹ بائی پلیڈنگ دی ارگیومنٹ دیٹ قرآن ڈزنٹ نیڈ دا سرٹیفیکیٹ اف سائنس ٹ</w:t>
      </w:r>
    </w:p>
    <w:p>
      <w:r>
        <w:rPr>
          <w:b/>
        </w:rPr>
        <w:t xml:space="preserve">[48:56] </w:t>
      </w:r>
      <w:r>
        <w:t>prove its authenticity. My question is what is wrong if we accept scientific proof of a revelation?" Phir Amir Mori sahib ne bhi sawal bheja hai Kashmir se. Unhon ne likha hai: "Whenever I go to listen the Friday sermon, almost every preacher bashes science and are making people conditioned to hate scientific age." Maulana sahib, I want to underst</w:t>
      </w:r>
    </w:p>
    <w:p>
      <w:pPr>
        <w:jc w:val="right"/>
      </w:pPr>
      <w:r>
        <w:t>و پروف اٹس اتھینٹیسٹی۔ مائی کوئسچن از واٹ از رونگ اف وی ایکسیپٹ سائنٹیفک پروف اف ا ریولیشن؟" پھر عامر موری صاحب نے بھی سوال بھیجا ہے کشمیر سے۔ انہوں نے لکھا ہے: "وین ایور ائی گو ٹو لسن دا فرائیڈے سرمن، الموسٹ ایوری پریچر بیشز سائنس اینڈ ار میکنگ پیپل کنڈیشن ٹو ہیٹ سائنٹیفک ایج۔" مولانا صاحب، ائی وانٹ ٹو انڈرسٹ</w:t>
      </w:r>
    </w:p>
    <w:p>
      <w:r>
        <w:rPr>
          <w:b/>
        </w:rPr>
        <w:t xml:space="preserve">[49:26] </w:t>
      </w:r>
      <w:r>
        <w:t>and why Islamic preachers have become anti-science.</w:t>
      </w:r>
    </w:p>
    <w:p>
      <w:pPr>
        <w:jc w:val="right"/>
      </w:pPr>
      <w:r>
        <w:t>ینڈ وائی اسلامک پریچرز ہیو بیکم اینٹی سائنس۔</w:t>
      </w:r>
    </w:p>
    <w:p>
      <w:r>
        <w:rPr>
          <w:b/>
        </w:rPr>
        <w:t xml:space="preserve">[49:33] </w:t>
      </w:r>
      <w:r>
        <w:t>dawat ka azan nahi, dawat se dekhiye insan friendly culture paida hota hai.</w:t>
      </w:r>
    </w:p>
    <w:p>
      <w:pPr>
        <w:jc w:val="right"/>
      </w:pPr>
      <w:r>
        <w:t>دعوت کا اذان نہیں، دعوت سے دیکھیے انسان فرینڈلی کلچر پیدا ہوتا ہے۔</w:t>
      </w:r>
    </w:p>
    <w:p>
      <w:r>
        <w:rPr>
          <w:b/>
        </w:rPr>
        <w:t xml:space="preserve">[49:41] </w:t>
      </w:r>
      <w:r>
        <w:t>jaise Allah Rasool Allah ne farmaya tha: "ali nafsaha" ek yahudi ke bare mein, ek yahudi ke bare</w:t>
      </w:r>
    </w:p>
    <w:p>
      <w:pPr>
        <w:jc w:val="right"/>
      </w:pPr>
      <w:r>
        <w:t>جیسے اللہ رسول اللہ نے فرمایا تھا: "علی نفسا" ایک یہودی کے بارے میں، ایک یہودی کے بارے</w:t>
      </w:r>
    </w:p>
    <w:p>
      <w:r>
        <w:rPr>
          <w:b/>
        </w:rPr>
        <w:t xml:space="preserve">[49:48] </w:t>
      </w:r>
      <w:r>
        <w:t>mein ke "ali nafsaha" kya woh insaan nahi? Rasool Allah sal Allah alaihi wasallam ne us ko</w:t>
      </w:r>
    </w:p>
    <w:p>
      <w:pPr>
        <w:jc w:val="right"/>
      </w:pPr>
      <w:r>
        <w:t>میں کہ "علی نفسا" کیا وہ انسان نہیں؟ رسول اللہ صلی اللہ علیہ وسلم نے اس کو</w:t>
      </w:r>
    </w:p>
    <w:p>
      <w:r>
        <w:rPr>
          <w:b/>
        </w:rPr>
        <w:t xml:space="preserve">[49:56] </w:t>
      </w:r>
      <w:r>
        <w:t>respect diya tha, respect, izzat.</w:t>
      </w:r>
    </w:p>
    <w:p>
      <w:pPr>
        <w:jc w:val="right"/>
      </w:pPr>
      <w:r>
        <w:t>ریسپیکٹ دیا تھا، ریسپیکٹ، عزت۔</w:t>
      </w:r>
    </w:p>
    <w:p>
      <w:r>
        <w:rPr>
          <w:b/>
        </w:rPr>
        <w:t xml:space="preserve">[50:02] </w:t>
      </w:r>
      <w:r>
        <w:t>to kisi ne eteraz kiya to aap ne farmaya ke "ali nafsaha" kya woh insaan nahi? to musalmanon</w:t>
      </w:r>
    </w:p>
    <w:p>
      <w:pPr>
        <w:jc w:val="right"/>
      </w:pPr>
      <w:r>
        <w:t>تو کسی نے اعتراض کیا تو آپ نے فرمایا کہ "علی نفسا" کیا وہ انسان نہیں؟ تو مسلمانوں</w:t>
      </w:r>
    </w:p>
    <w:p>
      <w:r>
        <w:rPr>
          <w:b/>
        </w:rPr>
        <w:t xml:space="preserve">[50:09] </w:t>
      </w:r>
      <w:r>
        <w:t>ne dawat ka zehn khatam ho gaya hai to insaan se humdardi bhi khatam ho gayi.</w:t>
      </w:r>
    </w:p>
    <w:p>
      <w:pPr>
        <w:jc w:val="right"/>
      </w:pPr>
      <w:r>
        <w:t>نے دعوت کا ذہن ختم ہو گیا ہے تو انسان سے ہمدردی بھی ختم ہو گئی۔</w:t>
      </w:r>
    </w:p>
    <w:p>
      <w:r>
        <w:rPr>
          <w:b/>
        </w:rPr>
        <w:t xml:space="preserve">[50:15] </w:t>
      </w:r>
      <w:r>
        <w:t>is zamane mein aap dekhiye sab log bas ladai bhadai ki baatein karte hain, ise kehte hain yeh</w:t>
      </w:r>
    </w:p>
    <w:p>
      <w:pPr>
        <w:jc w:val="right"/>
      </w:pPr>
      <w:r>
        <w:t>اس زمانے میں آپ دیکھیے سب لوگ بس لڑائی بھڑائی کی باتیں کرتے ہیں، اسے کہتے ہیں یہ</w:t>
      </w:r>
    </w:p>
    <w:p>
      <w:r>
        <w:rPr>
          <w:b/>
        </w:rPr>
        <w:t xml:space="preserve">[50:22] </w:t>
      </w:r>
      <w:r>
        <w:t>jihad, halanke yeh jihad hai hi nahi.</w:t>
      </w:r>
    </w:p>
    <w:p>
      <w:pPr>
        <w:jc w:val="right"/>
      </w:pPr>
      <w:r>
        <w:t>جہاد، حالانکہ یہ جہاد ہے ہی نہیں۔</w:t>
      </w:r>
    </w:p>
    <w:p>
      <w:r>
        <w:rPr>
          <w:b/>
        </w:rPr>
        <w:t xml:space="preserve">[50:28] </w:t>
      </w:r>
      <w:r>
        <w:t>to musalmanon ke andar insaan se ek negative thought aa gaye insaan ke bare mein, un ko shikayat</w:t>
      </w:r>
    </w:p>
    <w:p>
      <w:pPr>
        <w:jc w:val="right"/>
      </w:pPr>
      <w:r>
        <w:t>تو مسلمانوں کے اندر انسان سے ایک نیگیٹیو تھاٹ آ گئے انسان کے بارے میں، ان کو شکایت</w:t>
      </w:r>
    </w:p>
    <w:p>
      <w:r>
        <w:rPr>
          <w:b/>
        </w:rPr>
        <w:t xml:space="preserve">[50:37] </w:t>
      </w:r>
      <w:r>
        <w:t>ho gayi sab se, sab ko apna dushman samajhne lage.</w:t>
      </w:r>
    </w:p>
    <w:p>
      <w:pPr>
        <w:jc w:val="right"/>
      </w:pPr>
      <w:r>
        <w:t>ہو گئی سب سے، سب کو اپنا دشمن سمجھنے لگے۔</w:t>
      </w:r>
    </w:p>
    <w:p>
      <w:r>
        <w:rPr>
          <w:b/>
        </w:rPr>
        <w:t xml:space="preserve">[50:45] </w:t>
      </w:r>
      <w:r>
        <w:t>yaar, seach ka zehn paida ho gaya.</w:t>
      </w:r>
    </w:p>
    <w:p>
      <w:pPr>
        <w:jc w:val="right"/>
      </w:pPr>
      <w:r>
        <w:t>یار، سیچ کا ذہن پیدا ہو گیا۔</w:t>
      </w:r>
    </w:p>
    <w:p>
      <w:r>
        <w:rPr>
          <w:b/>
        </w:rPr>
        <w:t xml:space="preserve">[50:53] </w:t>
      </w:r>
      <w:r>
        <w:t>is se kya hua ke insaan friendly zehn khatam ho gaya? insaan friendly zehn maujood hi nahi musalmanon mein.</w:t>
      </w:r>
    </w:p>
    <w:p>
      <w:pPr>
        <w:jc w:val="right"/>
      </w:pPr>
      <w:r>
        <w:t>اس سے کیا ہوا کہ انسان فرینڈلی ذہن ختم ہو گیا؟ انسان فرینڈلی ذہن موجود ہی نہیں مسلمانوں میں۔</w:t>
      </w:r>
    </w:p>
    <w:p>
      <w:r>
        <w:rPr>
          <w:b/>
        </w:rPr>
        <w:t xml:space="preserve">[51:01] </w:t>
      </w:r>
      <w:r>
        <w:t>to yeh is mein ulma bhi shamil hain, ghair ulma bhi shamil hain.</w:t>
      </w:r>
    </w:p>
    <w:p>
      <w:pPr>
        <w:jc w:val="right"/>
      </w:pPr>
      <w:r>
        <w:t>تو یہ اس میں علماء بھی شامل ہیں، غیر علماء بھی شامل ہیں۔</w:t>
      </w:r>
    </w:p>
    <w:p>
      <w:r>
        <w:rPr>
          <w:b/>
        </w:rPr>
        <w:t xml:space="preserve">[51:07] </w:t>
      </w:r>
      <w:r>
        <w:t>sab ka haal ek ho gaya hai, koi farq nahi.</w:t>
      </w:r>
    </w:p>
    <w:p>
      <w:pPr>
        <w:jc w:val="right"/>
      </w:pPr>
      <w:r>
        <w:t>سب کا حال ایک ہو گیا ہے، کوئی فرق نہیں۔</w:t>
      </w:r>
    </w:p>
    <w:p>
      <w:r>
        <w:rPr>
          <w:b/>
        </w:rPr>
        <w:t xml:space="preserve">[51:14] </w:t>
      </w:r>
      <w:r>
        <w:t>is ki wajah se bohat si buraiyan paida hui hain, in mein se ek yeh hai: aaj kal</w:t>
      </w:r>
    </w:p>
    <w:p>
      <w:pPr>
        <w:jc w:val="right"/>
      </w:pPr>
      <w:r>
        <w:t>اس کی وجہ سے بہت سی برائیاں پیدا ہوئی ہیں، ان میں سے ایک یہ ہے: آج کل</w:t>
      </w:r>
    </w:p>
    <w:p>
      <w:r>
        <w:rPr>
          <w:b/>
        </w:rPr>
        <w:t xml:space="preserve">[51:20] </w:t>
      </w:r>
      <w:r>
        <w:t>jo radicalization hai, militancy hai, society babing hai, woh sab isi ki wajah se hai, isi ki wajah se hai.</w:t>
      </w:r>
    </w:p>
    <w:p>
      <w:pPr>
        <w:jc w:val="right"/>
      </w:pPr>
      <w:r>
        <w:t>جو ریڈیکلائزیشن ہے، ملٹینسی ہے، سوسائٹی بابنگ ہے، وہ سب اسی کی وجہ سے ہے، اسی کی وجہ سے ہے۔</w:t>
      </w:r>
    </w:p>
    <w:p>
      <w:r>
        <w:rPr>
          <w:b/>
        </w:rPr>
        <w:t xml:space="preserve">[51:26] </w:t>
      </w:r>
      <w:r>
        <w:t>Maulana, agla sawal lene se pehle do comment padhna chahenge.</w:t>
      </w:r>
    </w:p>
    <w:p>
      <w:pPr>
        <w:jc w:val="right"/>
      </w:pPr>
      <w:r>
        <w:t>مولانا، اگلا سوال لینے سے پہلے دو کمنٹ پڑھنا چاہیں گے۔</w:t>
      </w:r>
    </w:p>
    <w:p>
      <w:r>
        <w:rPr>
          <w:b/>
        </w:rPr>
        <w:t xml:space="preserve">[51:32] </w:t>
      </w:r>
      <w:r>
        <w:t>Maulana Abdus Salam Umri ne Hyderabad se likha hai: "Maulana Al-Risala mission tanhai hai jis ne muideen ke daur</w:t>
      </w:r>
    </w:p>
    <w:p>
      <w:pPr>
        <w:jc w:val="right"/>
      </w:pPr>
      <w:r>
        <w:t>مولانا عبدالسلام عمری نے حیدرآباد سے لکھا ہے: "مولانا الرسالہ مشن تنہا ہے جس نے معیدین کے دور</w:t>
      </w:r>
    </w:p>
    <w:p>
      <w:r>
        <w:rPr>
          <w:b/>
        </w:rPr>
        <w:t xml:space="preserve">[51:40] </w:t>
      </w:r>
      <w:r>
        <w:t>ki rehnumai ki hai." Mehtab Sahab ne Merit se likha hai: "Maulana Sahab, Al-Risala April 2018 mein article</w:t>
      </w:r>
    </w:p>
    <w:p>
      <w:pPr>
        <w:jc w:val="right"/>
      </w:pPr>
      <w:r>
        <w:t>کی رہنمائی کی ہے۔" مہتاب صاحب نے میرٹ سے لکھا ہے: "مولانا صاحب، الرسالہ اپریل 2018 میں آرٹیکل</w:t>
      </w:r>
    </w:p>
    <w:p>
      <w:r>
        <w:rPr>
          <w:b/>
        </w:rPr>
        <w:t xml:space="preserve">[51:47] </w:t>
      </w:r>
      <w:r>
        <w:t>'Khuda ka Wajood' bohat heart touching hai.</w:t>
      </w:r>
    </w:p>
    <w:p>
      <w:pPr>
        <w:jc w:val="right"/>
      </w:pPr>
      <w:r>
        <w:t>'خدا کا وجود' بہت ہارٹ ٹچنگ ہے۔</w:t>
      </w:r>
    </w:p>
    <w:p>
      <w:r>
        <w:rPr>
          <w:b/>
        </w:rPr>
        <w:t xml:space="preserve">[51:55] </w:t>
      </w:r>
      <w:r>
        <w:t>main samajhta hoon ke agar koi shakhs sense</w:t>
      </w:r>
    </w:p>
    <w:p>
      <w:pPr>
        <w:jc w:val="right"/>
      </w:pPr>
      <w:r>
        <w:t>میں سمجھتا ہوں کہ اگر کوئی شخص سنس</w:t>
      </w:r>
    </w:p>
    <w:p>
      <w:r>
        <w:rPr>
          <w:b/>
        </w:rPr>
        <w:t xml:space="preserve">[52:02] </w:t>
      </w:r>
      <w:r>
        <w:t>ly Al-Risala ke har mah bar bar mutala kare to woh Khuda ki tofeeq se Khuda ko shaoori taur par pehchan sakta hai." Maulana, agla sawal Etanagar, Arunachal Pradesh se Muhammad Bilal Shafi sahib ne bheja hai. unhon ne likha hai: "Maulana, please ibadat out of habit aur shaoori ibadat ke bare mein kuch bataen,</w:t>
      </w:r>
    </w:p>
    <w:p>
      <w:pPr>
        <w:jc w:val="right"/>
      </w:pPr>
      <w:r>
        <w:t>یرلی الرسالہ کے ہر ماہ بار بار مطالعہ کرے تو وہ خدا کی توفیق سے خدا کو شعوری طور پر پہچان سکتا ہے۔" مولانا، اگلا سوال ایٹانگر، اروناچل پردیس سے محمد بلال شفیع صاحب نے بھیجا ہے۔ انہوں نے لکھا ہے: "مولانا، پلیز عبادت آؤٹ آف ہیبٹ اور شعوری عبادت کے بارے میں کچھ بتائیں،</w:t>
      </w:r>
    </w:p>
    <w:p>
      <w:r>
        <w:rPr>
          <w:b/>
        </w:rPr>
        <w:t xml:space="preserve">[52:32] </w:t>
      </w:r>
      <w:r>
        <w:t>and how to help people realize this difference?" is ke bare mein bataen. dekhiye, ibadat ke bare mein main ne bohat kaafi likha hai Tafsir mein, Tazkir-ul-Quran mein, Al-Risala mein mazahib bhi ate rehte hain, kitaben is par chhapi hain, ibadat kya hai? to dekhiye, ibadat ka ek form hai, har cheez</w:t>
      </w:r>
    </w:p>
    <w:p>
      <w:pPr>
        <w:jc w:val="right"/>
      </w:pPr>
      <w:r>
        <w:t>اینڈ ہاؤ ٹو ہیلپ پیپل ریلائز دس ڈیفرنس؟" اس کے بارے میں بتائیں۔ دیکھیے، عبادت کے بارے میں میں نے بہت کافی لکھا ہے تفسیر میں، تذکر القرآن میں، الرسالے میں مذاہب بھی آتے رہتے ہیں، کتابیں اس پر چھپی ہیں، عبادت کیا ہے؟ تو دیکھیے، عبادت کا ایک فارم ہے، ہر چ</w:t>
      </w:r>
    </w:p>
    <w:p>
      <w:r>
        <w:rPr>
          <w:b/>
        </w:rPr>
        <w:t xml:space="preserve">[53:02] </w:t>
      </w:r>
      <w:r>
        <w:t>ize ka form hota hai, ek hai us ki spirit.</w:t>
      </w:r>
    </w:p>
    <w:p>
      <w:pPr>
        <w:jc w:val="right"/>
      </w:pPr>
      <w:r>
        <w:t>یز کا فارم ہوتا ہے، ایک ہے اس کی اسپرٹ۔</w:t>
      </w:r>
    </w:p>
    <w:p>
      <w:r>
        <w:rPr>
          <w:b/>
        </w:rPr>
        <w:t xml:space="preserve">[53:10] </w:t>
      </w:r>
      <w:r>
        <w:t>to maujooda zamane ki halat yeh hai ke form to maujood hai, spirit ghayab hai, aur yeh hadith</w:t>
      </w:r>
    </w:p>
    <w:p>
      <w:pPr>
        <w:jc w:val="right"/>
      </w:pPr>
      <w:r>
        <w:t>تو موجودہ زمانے کی حالت یہ ہے کہ فارم تو موجود ہے، اسپرٹ غائب ہے، اور یہ حدیث</w:t>
      </w:r>
    </w:p>
    <w:p>
      <w:r>
        <w:rPr>
          <w:b/>
        </w:rPr>
        <w:t xml:space="preserve">[53:17] </w:t>
      </w:r>
      <w:r>
        <w:t>mein prediction ke taur par aayi hai yeh baat ke ek zamana aayega jabke masjidain namaziyon se</w:t>
      </w:r>
    </w:p>
    <w:p>
      <w:pPr>
        <w:jc w:val="right"/>
      </w:pPr>
      <w:r>
        <w:t>میں پریڈکشن کے طور پر آئی ہے یہ بات کہ ایک زمانہ آئے گا جبکہ مسجدیں نمازیوں سے</w:t>
      </w:r>
    </w:p>
    <w:p>
      <w:r>
        <w:rPr>
          <w:b/>
        </w:rPr>
        <w:t xml:space="preserve">[53:25] </w:t>
      </w:r>
      <w:r>
        <w:t>bhari hongi lekin woh</w:t>
      </w:r>
    </w:p>
    <w:p>
      <w:pPr>
        <w:jc w:val="right"/>
      </w:pPr>
      <w:r>
        <w:t>بھری ہوں گی لیکن وہ</w:t>
      </w:r>
    </w:p>
    <w:p>
      <w:r>
        <w:rPr>
          <w:b/>
        </w:rPr>
        <w:t xml:space="preserve">[53:33] </w:t>
      </w:r>
      <w:r>
        <w:t>taqwa se khali hongi.</w:t>
      </w:r>
    </w:p>
    <w:p>
      <w:pPr>
        <w:jc w:val="right"/>
      </w:pPr>
      <w:r>
        <w:t>تقویٰ سے خالی ہوں گی۔</w:t>
      </w:r>
    </w:p>
    <w:p>
      <w:r>
        <w:rPr>
          <w:b/>
        </w:rPr>
        <w:t xml:space="preserve">[53:39] </w:t>
      </w:r>
      <w:r>
        <w:t>masajid aamra, woh kharab mun al-huda, wahi kharab mun al-huda.</w:t>
      </w:r>
    </w:p>
    <w:p>
      <w:pPr>
        <w:jc w:val="right"/>
      </w:pPr>
      <w:r>
        <w:t>مساجد عامرہ، وہ خراب من الہدیٰ، وحی خراب من الہدیٰ۔</w:t>
      </w:r>
    </w:p>
    <w:p>
      <w:r>
        <w:rPr>
          <w:b/>
        </w:rPr>
        <w:t xml:space="preserve">[53:45] </w:t>
      </w:r>
      <w:r>
        <w:t>toh yeh taqwa se khali ke mani hain, spirit se khali.</w:t>
      </w:r>
    </w:p>
    <w:p>
      <w:pPr>
        <w:jc w:val="right"/>
      </w:pPr>
      <w:r>
        <w:t>تو یہ تقویٰ سے خالی کے معنی ہیں، اسپرٹ سے خالی۔</w:t>
      </w:r>
    </w:p>
    <w:p>
      <w:r>
        <w:rPr>
          <w:b/>
        </w:rPr>
        <w:t xml:space="preserve">[53:51] </w:t>
      </w:r>
      <w:r>
        <w:t>toh yeh toh yeh jo surat-e-haal hai, yeh bata di ke hamein kya kaam karna hai.</w:t>
      </w:r>
    </w:p>
    <w:p>
      <w:pPr>
        <w:jc w:val="right"/>
      </w:pPr>
      <w:r>
        <w:t>تو یہ تو یہ جو صورتحال ہے، یہ بتا دی کہ ہمیں کیا کام کرنا ہے۔</w:t>
      </w:r>
    </w:p>
    <w:p>
      <w:r>
        <w:rPr>
          <w:b/>
        </w:rPr>
        <w:t xml:space="preserve">[53:57] </w:t>
      </w:r>
      <w:r>
        <w:t>sirf logon ko form ke masail batane</w:t>
      </w:r>
    </w:p>
    <w:p>
      <w:pPr>
        <w:jc w:val="right"/>
      </w:pPr>
      <w:r>
        <w:t>صرف لوگوں کو فارم کے مسائل بتانے</w:t>
      </w:r>
    </w:p>
    <w:p>
      <w:r>
        <w:rPr>
          <w:b/>
        </w:rPr>
        <w:t xml:space="preserve">[54:03] </w:t>
      </w:r>
      <w:r>
        <w:t>se hamara haq ada nahi hoga.</w:t>
      </w:r>
    </w:p>
    <w:p>
      <w:pPr>
        <w:jc w:val="right"/>
      </w:pPr>
      <w:r>
        <w:t>سے ہمارا حق ادا نہیں ہوگا۔</w:t>
      </w:r>
    </w:p>
    <w:p>
      <w:r>
        <w:rPr>
          <w:b/>
        </w:rPr>
        <w:t xml:space="preserve">[54:09] </w:t>
      </w:r>
      <w:r>
        <w:t>form ka matlab kya hai? Masail toh masail bataye toh isse haq ada nahi hoga.</w:t>
      </w:r>
    </w:p>
    <w:p>
      <w:pPr>
        <w:jc w:val="right"/>
      </w:pPr>
      <w:r>
        <w:t>فارم کا مطلب کیا ہے؟ مسائل تو مسائل بتائیں تو اس سے حق ادا نہیں ہوگا۔</w:t>
      </w:r>
    </w:p>
    <w:p>
      <w:r>
        <w:rPr>
          <w:b/>
        </w:rPr>
        <w:t xml:space="preserve">[54:15] </w:t>
      </w:r>
      <w:r>
        <w:t>namaz ki spirit ko zinda karna hoga, namaz ki rooh ko zinda karna hoga, tab hamara farz ada hoga.</w:t>
      </w:r>
    </w:p>
    <w:p>
      <w:pPr>
        <w:jc w:val="right"/>
      </w:pPr>
      <w:r>
        <w:t>نماز کی اسپرٹ کو زندہ کرنا ہوگا، نماز کی روح کو زندہ کرنا ہوگا، تب ہمارا فرض ادا ہوگا۔</w:t>
      </w:r>
    </w:p>
    <w:p>
      <w:r>
        <w:rPr>
          <w:b/>
        </w:rPr>
        <w:t xml:space="preserve">[54:21] </w:t>
      </w:r>
      <w:r>
        <w:t>Maulana, agla sawal Imran sahib ne kiya hai Kuwait se.</w:t>
      </w:r>
    </w:p>
    <w:p>
      <w:pPr>
        <w:jc w:val="right"/>
      </w:pPr>
      <w:r>
        <w:t>مولانا، اگلا سوال عمران صاحب نے کیا ہے کویت سے۔</w:t>
      </w:r>
    </w:p>
    <w:p>
      <w:r>
        <w:rPr>
          <w:b/>
        </w:rPr>
        <w:t xml:space="preserve">[54:27] </w:t>
      </w:r>
      <w:r>
        <w:t>unhone likha hai:</w:t>
      </w:r>
    </w:p>
    <w:p>
      <w:pPr>
        <w:jc w:val="right"/>
      </w:pPr>
      <w:r>
        <w:t>انہوں نے لکھا ہے:</w:t>
      </w:r>
    </w:p>
    <w:p>
      <w:r>
        <w:rPr>
          <w:b/>
        </w:rPr>
        <w:t xml:space="preserve">[54:33] </w:t>
      </w:r>
      <w:r>
        <w:t>"Maulana, you are always hammering Muslims in general and praise non-Muslims like Americans, Europeans, Hindus, etc.</w:t>
      </w:r>
    </w:p>
    <w:p>
      <w:pPr>
        <w:jc w:val="right"/>
      </w:pPr>
      <w:r>
        <w:t>"مولانا، یو آر الویز ہیمرنگ مسلمز ان جنرل اینڈ پریز نان مسلمز لائک امریکنز، یورپینز، ہندو، ایٹسٹرہ۔</w:t>
      </w:r>
    </w:p>
    <w:p>
      <w:r>
        <w:rPr>
          <w:b/>
        </w:rPr>
        <w:t xml:space="preserve">[54:41] </w:t>
      </w:r>
      <w:r>
        <w:t>This gives a feeling to many Muslim leaders and people that you are anti-Muslim.</w:t>
      </w:r>
    </w:p>
    <w:p>
      <w:pPr>
        <w:jc w:val="right"/>
      </w:pPr>
      <w:r>
        <w:t>دس گیوز ا فیلنگ ٹو مینی مسلم لیڈرز اینڈ پیپل دیٹ یو آر اینٹی مسلم۔</w:t>
      </w:r>
    </w:p>
    <w:p>
      <w:r>
        <w:rPr>
          <w:b/>
        </w:rPr>
        <w:t xml:space="preserve">[54:49] </w:t>
      </w:r>
      <w:r>
        <w:t>What is the reality? And also please tell whether you are at all hopeful about Muslims in</w:t>
      </w:r>
    </w:p>
    <w:p>
      <w:pPr>
        <w:jc w:val="right"/>
      </w:pPr>
      <w:r>
        <w:t>واٹ از دا ریلیٹی؟ اینڈ السو پلیز ٹیل ویدر یو آر ایٹ آل ہوپ فل اباؤٹ مسلمز ان</w:t>
      </w:r>
    </w:p>
    <w:p>
      <w:r>
        <w:rPr>
          <w:b/>
        </w:rPr>
        <w:t xml:space="preserve">[54:56] </w:t>
      </w:r>
      <w:r>
        <w:t>future?" Dekhiye, yeh baat toh ilzaam hai. Islam</w:t>
      </w:r>
    </w:p>
    <w:p>
      <w:pPr>
        <w:jc w:val="right"/>
      </w:pPr>
      <w:r>
        <w:t>فیوچر؟" دیکھیے، یہ بات تو الزام ہے۔ اسے اسلام</w:t>
      </w:r>
    </w:p>
    <w:p>
      <w:r>
        <w:rPr>
          <w:b/>
        </w:rPr>
        <w:t xml:space="preserve">[55:04] </w:t>
      </w:r>
      <w:r>
        <w:t>mujhe misaal dijiye ke kab main un ki tareef karta hoon aur Musalmanon ko condemn karta hoon? kab aisa karta hoon? main to naseehat karta hoon, naseehat aur tajziya karta hoon. main jo baat bhi karta hoon, woh analysis hoti hai, woh naseehat hoti hai. yeh galat hai, mere bare mein ilzam hai, jhootha ilzam ke main Musalmanon ki negative boli bolta hoon aur European ke maaf</w:t>
      </w:r>
    </w:p>
    <w:p>
      <w:pPr>
        <w:jc w:val="right"/>
      </w:pPr>
      <w:r>
        <w:t>مجھے مثال دیجیے کہ کب میں ان کی تعریف کرتا ہوں اور مسلمانوں کو کنڈم کرتا ہوں؟ کب ایسا کرتا ہوں؟ میں تو نصیحت کرتا ہوں، نصیحت اور تجزیہ کرتا ہوں۔ میں جو بات بھی کرتا ہوں، وہ انالیسز ہوتی ہے، وہ نصیحت ہوتی ہے۔ یہ غلط ہے، میرے بارے میں الزام ہے، جھوٹا الزام کہ میں مسلمانوں کی نیگیٹیو بولی بولتا ہوں اور یورپین کے معافی بول</w:t>
      </w:r>
    </w:p>
    <w:p>
      <w:r>
        <w:rPr>
          <w:b/>
        </w:rPr>
        <w:t xml:space="preserve">[55:34] </w:t>
      </w:r>
      <w:r>
        <w:t>boli bolta hoon. yeh to bilkul ilzam hai, jhoothi baaten hain. misaal dijiye, aap misaal dijiye, yeh to bilkul ek jhootha ilzam hai. main sirf analysis karta hoon aur naseehat ki baat karta hoon. Maulana, agla sawal Asif sahib ne bheja hai Kerala se. unhon ne likha hai: "How can we get spiritual</w:t>
      </w:r>
    </w:p>
    <w:p>
      <w:pPr>
        <w:jc w:val="right"/>
      </w:pPr>
      <w:r>
        <w:t>ی بولتا ہوں۔ یہ تو بالکل الزام ہے، جھوٹی باتیں ہیں۔ مثال دیجیے، آپ مثال دیجیے، یہ تو بالکل ایک جھوٹا الزام ہے۔ میں صرف انالیسز کرتا ہوں اور نصیحت کی بات کرتا ہوں۔ مولانا، اگلا سوال اصف صاحب نے بھیجا ہے کیرلا سے۔ انہوں نے لکھا ہے: "ہاؤ کین وی گیٹ سپرچول</w:t>
      </w:r>
    </w:p>
    <w:p>
      <w:r>
        <w:rPr>
          <w:b/>
        </w:rPr>
        <w:t xml:space="preserve">[56:04] </w:t>
      </w:r>
      <w:r>
        <w:t>development by Salah? What preparations we need to do for it? Please advise me on this." Dekhiye, namaz</w:t>
      </w:r>
    </w:p>
    <w:p>
      <w:pPr>
        <w:jc w:val="right"/>
      </w:pPr>
      <w:r>
        <w:t>ڈیویلپمنٹ بائے صلاۃ؟ واٹ پریپریشنز وی نیڈ ٹو ڈو فار اٹ؟ پلیز ایڈوائز می ان دس۔" دیکھیے، نماز</w:t>
      </w:r>
    </w:p>
    <w:p>
      <w:r>
        <w:rPr>
          <w:b/>
        </w:rPr>
        <w:t xml:space="preserve">[56:11] </w:t>
      </w:r>
      <w:r>
        <w:t>ko log jab chahte hain padhna toh misalein padhte hain.</w:t>
      </w:r>
    </w:p>
    <w:p>
      <w:pPr>
        <w:jc w:val="right"/>
      </w:pPr>
      <w:r>
        <w:t>کو لوگ جب چاہتے ہیں پڑھنا تو مثالیں پڑھتے ہیں۔</w:t>
      </w:r>
    </w:p>
    <w:p>
      <w:r>
        <w:rPr>
          <w:b/>
        </w:rPr>
        <w:t xml:space="preserve">[56:19] </w:t>
      </w:r>
      <w:r>
        <w:t>har masjid, masjid mein, har madrasay mein namaz ka topic padhaya jata hai, lekin woh kya hota hai?</w:t>
      </w:r>
    </w:p>
    <w:p>
      <w:pPr>
        <w:jc w:val="right"/>
      </w:pPr>
      <w:r>
        <w:t>ہر مسجد، مسجد میں، ہر مدرسے میں نماز کا ٹاپک پڑھایا جاتا ہے، لیکن وہ کیا ہوتا ہے؟</w:t>
      </w:r>
    </w:p>
    <w:p>
      <w:r>
        <w:rPr>
          <w:b/>
        </w:rPr>
        <w:t xml:space="preserve">[56:27] </w:t>
      </w:r>
      <w:r>
        <w:t>masail, masail, masail, masail.</w:t>
      </w:r>
    </w:p>
    <w:p>
      <w:pPr>
        <w:jc w:val="right"/>
      </w:pPr>
      <w:r>
        <w:t>مسائل، مسائل، مسائل، مسائل۔</w:t>
      </w:r>
    </w:p>
    <w:p>
      <w:r>
        <w:rPr>
          <w:b/>
        </w:rPr>
        <w:t xml:space="preserve">[56:34] </w:t>
      </w:r>
      <w:r>
        <w:t>asal baat hai ke namaz ka jo rooh hai, taqwa, isko padhaya jaye toh woh cheez paida</w:t>
      </w:r>
    </w:p>
    <w:p>
      <w:pPr>
        <w:jc w:val="right"/>
      </w:pPr>
      <w:r>
        <w:t>اصل بات ہے کہ نماز کا جو روح ہے، تقویٰ، اس کو پڑھایا جائے تو وہ چیز پیدا</w:t>
      </w:r>
    </w:p>
    <w:p>
      <w:r>
        <w:rPr>
          <w:b/>
        </w:rPr>
        <w:t xml:space="preserve">[56:42] </w:t>
      </w:r>
      <w:r>
        <w:t>hogi jo aap farma rahe hain.</w:t>
      </w:r>
    </w:p>
    <w:p>
      <w:pPr>
        <w:jc w:val="right"/>
      </w:pPr>
      <w:r>
        <w:t>ہوگی جو آپ فرما رہے ہیں۔</w:t>
      </w:r>
    </w:p>
    <w:p>
      <w:r>
        <w:rPr>
          <w:b/>
        </w:rPr>
        <w:t xml:space="preserve">[56:50] </w:t>
      </w:r>
      <w:r>
        <w:t>agar sirf masail bataye jayein aur masail ke dhoom machayi jaye, aur jo hamari charon firqay hain, charon</w:t>
      </w:r>
    </w:p>
    <w:p>
      <w:pPr>
        <w:jc w:val="right"/>
      </w:pPr>
      <w:r>
        <w:t>اگر صرف مسائل بتائے جائیں اور مسائل کے دھوم مچائی جائے، اور جو ہماری چاروں فرقے ہیں، چاروں</w:t>
      </w:r>
    </w:p>
    <w:p>
      <w:r>
        <w:rPr>
          <w:b/>
        </w:rPr>
        <w:t xml:space="preserve">[56:57] </w:t>
      </w:r>
      <w:r>
        <w:t>firqay hain, kya hain? Masail ke dhoom hain wahan par, spirit ke dhoom nahi hai, hamari firqon mein.</w:t>
      </w:r>
    </w:p>
    <w:p>
      <w:pPr>
        <w:jc w:val="right"/>
      </w:pPr>
      <w:r>
        <w:t>فرقے ہیں، کیا ہیں؟ مسائل کے دھوم ہیں وہاں پر، اسپرٹ کے دھوم نہیں ہے، ہماری فرقوں میں۔</w:t>
      </w:r>
    </w:p>
    <w:p>
      <w:r>
        <w:rPr>
          <w:b/>
        </w:rPr>
        <w:t xml:space="preserve">[57:05] </w:t>
      </w:r>
      <w:r>
        <w:t>toh firqay mein, madraso mein aur hamare taqreeron mein masail ki dhoom rehti hai.</w:t>
      </w:r>
    </w:p>
    <w:p>
      <w:pPr>
        <w:jc w:val="right"/>
      </w:pPr>
      <w:r>
        <w:t>تو فرقہ میں، مدرسوں میں اور ہمارے تقریروں میں مسائل کی دھوم رہتی ہے۔</w:t>
      </w:r>
    </w:p>
    <w:p>
      <w:r>
        <w:rPr>
          <w:b/>
        </w:rPr>
        <w:t xml:space="preserve">[57:11] </w:t>
      </w:r>
      <w:r>
        <w:t>Hanafi aur Shafi ke darmiyan jo ikhtilafat hain, woh masail par hain, rooh par nahi hain.</w:t>
      </w:r>
    </w:p>
    <w:p>
      <w:pPr>
        <w:jc w:val="right"/>
      </w:pPr>
      <w:r>
        <w:t>حنفی اور صرفی کے درمیان جو اختلافات ہیں، وہ مسائل پر ہیں، روح پر نہیں ہیں۔</w:t>
      </w:r>
    </w:p>
    <w:p>
      <w:r>
        <w:rPr>
          <w:b/>
        </w:rPr>
        <w:t xml:space="preserve">[57:17] </w:t>
      </w:r>
      <w:r>
        <w:t>toh hamein bajaye masail ke, iski spirit ko logon ko khoob batana chahiye, woh logon ke andar</w:t>
      </w:r>
    </w:p>
    <w:p>
      <w:pPr>
        <w:jc w:val="right"/>
      </w:pPr>
      <w:r>
        <w:t>تو ہمیں بجائے مسائل کے، اس کی اسپرٹ کو لوگوں کو خوب بتانا چاہیے، وہ لوگوں کے اندر</w:t>
      </w:r>
    </w:p>
    <w:p>
      <w:r>
        <w:rPr>
          <w:b/>
        </w:rPr>
        <w:t xml:space="preserve">[57:23] </w:t>
      </w:r>
      <w:r>
        <w:t>zinda karna chahiye.</w:t>
      </w:r>
    </w:p>
    <w:p>
      <w:pPr>
        <w:jc w:val="right"/>
      </w:pPr>
      <w:r>
        <w:t>زندہ کرنا چاہیے۔</w:t>
      </w:r>
    </w:p>
    <w:p>
      <w:r>
        <w:rPr>
          <w:b/>
        </w:rPr>
        <w:t xml:space="preserve">[57:29] </w:t>
      </w:r>
      <w:r>
        <w:t>isse masla</w:t>
      </w:r>
    </w:p>
    <w:p>
      <w:pPr>
        <w:jc w:val="right"/>
      </w:pPr>
      <w:r>
        <w:t>اس سے مسئلہ</w:t>
      </w:r>
    </w:p>
    <w:p>
      <w:r>
        <w:rPr>
          <w:b/>
        </w:rPr>
        <w:t xml:space="preserve">[57:35] </w:t>
      </w:r>
      <w:r>
        <w:t>hal hoga.</w:t>
      </w:r>
    </w:p>
    <w:p>
      <w:pPr>
        <w:jc w:val="right"/>
      </w:pPr>
      <w:r>
        <w:t>حل ہوگا۔</w:t>
      </w:r>
    </w:p>
    <w:p>
      <w:r>
        <w:rPr>
          <w:b/>
        </w:rPr>
        <w:t xml:space="preserve">[57:41] </w:t>
      </w:r>
      <w:r>
        <w:t>Maulana, agla sawal bheja hai Pakistan se Tariq Badar sahib ne.</w:t>
      </w:r>
    </w:p>
    <w:p>
      <w:pPr>
        <w:jc w:val="right"/>
      </w:pPr>
      <w:r>
        <w:t>مولانا، اگلا سوال بھیجا ہے پاکستان سے طارق بدر صاحب نے۔</w:t>
      </w:r>
    </w:p>
    <w:p>
      <w:r>
        <w:rPr>
          <w:b/>
        </w:rPr>
        <w:t xml:space="preserve">[57:47] </w:t>
      </w:r>
      <w:r>
        <w:t>انہوں نے لکھا ہے: "مولانا صاحب، like Stephen Hawking, there are many other scientists also who dedicated their</w:t>
      </w:r>
    </w:p>
    <w:p>
      <w:pPr>
        <w:jc w:val="right"/>
      </w:pPr>
      <w:r>
        <w:t>انہوں نے لکھا ہے: "مولانا صاحب، لائک سٹیفن ہاکنگ، دیر آر مینی ادر سائنٹسٹ السو ہو ڈیڈیکیٹڈ دیر</w:t>
      </w:r>
    </w:p>
    <w:p>
      <w:r>
        <w:rPr>
          <w:b/>
        </w:rPr>
        <w:t xml:space="preserve">[57:53] </w:t>
      </w:r>
      <w:r>
        <w:t>life to understand the universe.</w:t>
      </w:r>
    </w:p>
    <w:p>
      <w:pPr>
        <w:jc w:val="right"/>
      </w:pPr>
      <w:r>
        <w:t>لائف ٹو انڈرسٹینڈ دا یونیورس۔</w:t>
      </w:r>
    </w:p>
    <w:p>
      <w:r>
        <w:rPr>
          <w:b/>
        </w:rPr>
        <w:t xml:space="preserve">[57:59] </w:t>
      </w:r>
      <w:r>
        <w:t>"How and when it was created? Who is the creator and what is the purpose?" Maulana sahib, to such scient</w:t>
      </w:r>
    </w:p>
    <w:p>
      <w:pPr>
        <w:jc w:val="right"/>
      </w:pPr>
      <w:r>
        <w:t>ہاؤ اینڈ وین اٹ واز کریٹڈ؟ ہو از دا کریٹر اینڈ واٹ از دا پرپس؟" مولانا صاحب، ٹو سچ سائنٹ</w:t>
      </w:r>
    </w:p>
    <w:p>
      <w:r>
        <w:rPr>
          <w:b/>
        </w:rPr>
        <w:t xml:space="preserve">[58:05] </w:t>
      </w:r>
      <w:r>
        <w:t>سٹ، I gave them full marks for their dedication, which was indirectly reflecting their quest for the</w:t>
      </w:r>
    </w:p>
    <w:p>
      <w:pPr>
        <w:jc w:val="right"/>
      </w:pPr>
      <w:r>
        <w:t>سٹ، ائی گیو دیم فل مارکس فار دیر ڈیڈیکیشن، وچ واز ان ڈائریکٹلی ریفلیکٹنگ دیر کوئسٹ فار دا</w:t>
      </w:r>
    </w:p>
    <w:p>
      <w:r>
        <w:rPr>
          <w:b/>
        </w:rPr>
        <w:t xml:space="preserve">[58:10] </w:t>
      </w:r>
      <w:r>
        <w:t>discovery of god.</w:t>
      </w:r>
    </w:p>
    <w:p>
      <w:pPr>
        <w:jc w:val="right"/>
      </w:pPr>
      <w:r>
        <w:t>ڈسکوری اف گاڈ۔</w:t>
      </w:r>
    </w:p>
    <w:p>
      <w:r>
        <w:rPr>
          <w:b/>
        </w:rPr>
        <w:t xml:space="preserve">[58:15] </w:t>
      </w:r>
      <w:r>
        <w:t>what is your opinion in this? bohat sahi hai, aap ne jo baat kahi hai, woh hundred percent</w:t>
      </w:r>
    </w:p>
    <w:p>
      <w:pPr>
        <w:jc w:val="right"/>
      </w:pPr>
      <w:r>
        <w:t>واٹ از یور اوپینین ان دس؟ بہت صحیح ہے، آپ نے جو بات کہی ہے، وہ ہنڈرڈ پرسنٹ</w:t>
      </w:r>
    </w:p>
    <w:p>
      <w:r>
        <w:rPr>
          <w:b/>
        </w:rPr>
        <w:t xml:space="preserve">[58:20] </w:t>
      </w:r>
      <w:r>
        <w:t>sahi hai, mashallah, jazakum allah.</w:t>
      </w:r>
    </w:p>
    <w:p>
      <w:pPr>
        <w:jc w:val="right"/>
      </w:pPr>
      <w:r>
        <w:t>صحیح ہے، ماشاءاللہ، جزاکم اللہ۔</w:t>
      </w:r>
    </w:p>
    <w:p>
      <w:r>
        <w:rPr>
          <w:b/>
        </w:rPr>
        <w:t xml:space="preserve">[58:25] </w:t>
      </w:r>
      <w:r>
        <w:t>maulana, agla sawal miss shabana ansari ne bheja hai pakistan se.</w:t>
      </w:r>
    </w:p>
    <w:p>
      <w:pPr>
        <w:jc w:val="right"/>
      </w:pPr>
      <w:r>
        <w:t>مولانا، اگلا سوال مس شبانہ انصاری نے بھیجا ہے پاکستان سے۔</w:t>
      </w:r>
    </w:p>
    <w:p>
      <w:r>
        <w:rPr>
          <w:b/>
        </w:rPr>
        <w:t xml:space="preserve">[58:30] </w:t>
      </w:r>
      <w:r>
        <w:t>unhon ne likha hai:</w:t>
      </w:r>
    </w:p>
    <w:p>
      <w:pPr>
        <w:jc w:val="right"/>
      </w:pPr>
      <w:r>
        <w:t>انہوں نے لکھا ہے:</w:t>
      </w:r>
    </w:p>
    <w:p>
      <w:r>
        <w:rPr>
          <w:b/>
        </w:rPr>
        <w:t xml:space="preserve">[58:35] </w:t>
      </w:r>
      <w:r>
        <w:t>"مولانا صاحب، is it the reason that our preachers are unaware of this modern age and in</w:t>
      </w:r>
    </w:p>
    <w:p>
      <w:pPr>
        <w:jc w:val="right"/>
      </w:pPr>
      <w:r>
        <w:t>"مولانا صاحب، از اٹ دا ریزن دیٹ اور پریچرز ار ان اویئر اف دس ماڈرن ایج اینڈ ان</w:t>
      </w:r>
    </w:p>
    <w:p>
      <w:r>
        <w:rPr>
          <w:b/>
        </w:rPr>
        <w:t xml:space="preserve">[58:41] </w:t>
      </w:r>
      <w:r>
        <w:t>aware to the modern education and technology? So they don't realize them as supporters? Is this true?" Haan,</w:t>
      </w:r>
    </w:p>
    <w:p>
      <w:pPr>
        <w:jc w:val="right"/>
      </w:pPr>
      <w:r>
        <w:t>اویئر ٹو دا ماڈرن ایجوکیشن اینڈ ٹیکنالوجی؟ سو دے ڈونٹ ریلائز دیم ایز سپورٹرز؟ از دس ٹرو؟" ہاں،</w:t>
      </w:r>
    </w:p>
    <w:p>
      <w:r>
        <w:rPr>
          <w:b/>
        </w:rPr>
        <w:t xml:space="preserve">[58:47] </w:t>
      </w:r>
      <w:r>
        <w:t>bilkul sahi hai, hundred percent sahi hai, main is se ittefaq karta hoon.</w:t>
      </w:r>
    </w:p>
    <w:p>
      <w:pPr>
        <w:jc w:val="right"/>
      </w:pPr>
      <w:r>
        <w:t>بالکل صحیح ہے، ہنڈرڈ پرسنٹ صحیح ہے، میں اس سے اتفاق کرتا ہوں۔</w:t>
      </w:r>
    </w:p>
    <w:p>
      <w:r>
        <w:rPr>
          <w:b/>
        </w:rPr>
        <w:t xml:space="preserve">[58:53] </w:t>
      </w:r>
      <w:r>
        <w:t>maulana, agla sawal mumbai se javed hayat sahab ne bheja hai.</w:t>
      </w:r>
    </w:p>
    <w:p>
      <w:pPr>
        <w:jc w:val="right"/>
      </w:pPr>
      <w:r>
        <w:t>مولانا، اگلا سوال ممبئی سے جاوید حیات صاحب نے بھیجا ہے۔</w:t>
      </w:r>
    </w:p>
    <w:p>
      <w:r>
        <w:rPr>
          <w:b/>
        </w:rPr>
        <w:t xml:space="preserve">[58:59] </w:t>
      </w:r>
      <w:r>
        <w:t>unhon ne likha</w:t>
      </w:r>
    </w:p>
    <w:p>
      <w:pPr>
        <w:jc w:val="right"/>
      </w:pPr>
      <w:r>
        <w:t>انہوں نے لکھا</w:t>
      </w:r>
    </w:p>
    <w:p>
      <w:r>
        <w:rPr>
          <w:b/>
        </w:rPr>
        <w:t xml:space="preserve">[59:05] </w:t>
      </w:r>
      <w:r>
        <w:t>hai: "maulana, jaisa ke aap ne kaha ke sachai kabhi burhana shakal mein samne nahi aati, is par</w:t>
      </w:r>
    </w:p>
    <w:p>
      <w:pPr>
        <w:jc w:val="right"/>
      </w:pPr>
      <w:r>
        <w:t>ہے: "مولانا، جیسا کہ آپ نے کہا کہ سچائی کبھی برہانہ شکل میں سامنے نہیں آتی، اس پر</w:t>
      </w:r>
    </w:p>
    <w:p>
      <w:r>
        <w:rPr>
          <w:b/>
        </w:rPr>
        <w:t xml:space="preserve">[59:13] </w:t>
      </w:r>
      <w:r>
        <w:t>hamesha shubah ka parda hota hai.</w:t>
      </w:r>
    </w:p>
    <w:p>
      <w:pPr>
        <w:jc w:val="right"/>
      </w:pPr>
      <w:r>
        <w:t>ہمیشہ شبہ کا پردہ ہوتا ہے۔</w:t>
      </w:r>
    </w:p>
    <w:p>
      <w:r>
        <w:rPr>
          <w:b/>
        </w:rPr>
        <w:t xml:space="preserve">[59:21] </w:t>
      </w:r>
      <w:r>
        <w:t>aaj jo insan is shubah ke parde ko phaar na sake, is ke liye jahannum kyun? zyada se</w:t>
      </w:r>
    </w:p>
    <w:p>
      <w:pPr>
        <w:jc w:val="right"/>
      </w:pPr>
      <w:r>
        <w:t>آج جو انسان اس شبہ کے پردے کو پھاڑ نہ سکے، اس کے لیے جہنم کیوں؟ زیادہ سے</w:t>
      </w:r>
    </w:p>
    <w:p>
      <w:r>
        <w:rPr>
          <w:b/>
        </w:rPr>
        <w:t xml:space="preserve">[59:29] </w:t>
      </w:r>
      <w:r>
        <w:t>zyada is insan ko jannat se mahroom kiya jata hai, aisa kyun?"</w:t>
      </w:r>
    </w:p>
    <w:p>
      <w:pPr>
        <w:jc w:val="right"/>
      </w:pPr>
      <w:r>
        <w:t>زیادہ اس انسان کو جنت سے محروم کیا جاتا ہے، ایسا کیوں؟"</w:t>
      </w:r>
    </w:p>
    <w:p>
      <w:r>
        <w:rPr>
          <w:b/>
        </w:rPr>
        <w:t xml:space="preserve">[59:37] </w:t>
      </w:r>
      <w:r>
        <w:t>bhai, is ke liye main kya jawab doon? Aap Quran ko parhiye ke Quran mein kya likha hai? Jo khaliq hai, jis ne khalq kiya hai, usi ne kitab bheji hai. Ab dekhiye, is mein kya likha hua hai, usi ka mutalia kijiye. Ji, molana, agla sawal lete hain jo ameer qureshi sahab ne bheja hai abu dhabi se. Unhon ne likha hai: "af der is no war against non muslim</w:t>
      </w:r>
    </w:p>
    <w:p>
      <w:pPr>
        <w:jc w:val="right"/>
      </w:pPr>
      <w:r>
        <w:t>بھئی، اس کے لیے میں کیا جواب دوں؟ آپ قرآن کو پڑھیے کہ قرآن میں کیا لکھا ہے؟ جو خالق ہے، جس نے خلق کیا ہے، اسی نے کتاب بھیجی ہے۔ اب دیکھیے، اس میں کیا لکھا ہوا ہے، اسی کا مطالعہ کیجیے۔ جی، مولانا، اگلا سوال لیتے ہیں جو امیر قریشی صاحب نے بھیجا ہے ابو دھابی سے۔ انہوں نے لکھا ہے: "اف دیر از نو وار اگینسٹ نان مسلم</w:t>
      </w:r>
    </w:p>
    <w:p>
      <w:r>
        <w:rPr>
          <w:b/>
        </w:rPr>
        <w:t xml:space="preserve">[1:00:07] </w:t>
      </w:r>
      <w:r>
        <w:t>government in Islam, then referring to Surah Naml, verse number three, I would like to ask that why</w:t>
      </w:r>
    </w:p>
    <w:p>
      <w:pPr>
        <w:jc w:val="right"/>
      </w:pPr>
      <w:r>
        <w:t>گورنمنٹ ان اسلام، دین ریفرنگ ٹو سورہ نمل، ورس نمبر تھری، ائی وڈ لائک ٹو اسک دیٹ وائی</w:t>
      </w:r>
    </w:p>
    <w:p>
      <w:r>
        <w:rPr>
          <w:b/>
        </w:rPr>
        <w:t xml:space="preserve">[1:00:14] </w:t>
      </w:r>
      <w:r>
        <w:t>حضرت سلیمان threatened a war to قوم صبا? That is Queen Bilquis government." دیکھیے، آپ نے اس آیت</w:t>
      </w:r>
    </w:p>
    <w:p>
      <w:pPr>
        <w:jc w:val="right"/>
      </w:pPr>
      <w:r>
        <w:t>حضرت سلیمان تھریٹنڈ ا وار ٹو قوم صبا؟ دیٹ از کوئین بلقیس گورنمنٹ۔" دیکھیے، آپ نے اس آیت</w:t>
      </w:r>
    </w:p>
    <w:p>
      <w:r>
        <w:rPr>
          <w:b/>
        </w:rPr>
        <w:t xml:space="preserve">[1:00:22] </w:t>
      </w:r>
      <w:r>
        <w:t>ko apne mindset se padha hai, aap ka mindset nahi hai is ayat mein, woh to</w:t>
      </w:r>
    </w:p>
    <w:p>
      <w:pPr>
        <w:jc w:val="right"/>
      </w:pPr>
      <w:r>
        <w:t>کو اپنے مائنڈ سیٹ سے پڑھا ہے، آپ کا مائنڈ سیٹ نہیں ہے اس آیت میں، وہ تو</w:t>
      </w:r>
    </w:p>
    <w:p>
      <w:r>
        <w:rPr>
          <w:b/>
        </w:rPr>
        <w:t xml:space="preserve">[1:00:30] </w:t>
      </w:r>
      <w:r>
        <w:t>aap ke against mein hai.</w:t>
      </w:r>
    </w:p>
    <w:p>
      <w:pPr>
        <w:jc w:val="right"/>
      </w:pPr>
      <w:r>
        <w:t>آپ کے اگینسٹ میں ہے۔</w:t>
      </w:r>
    </w:p>
    <w:p>
      <w:r>
        <w:rPr>
          <w:b/>
        </w:rPr>
        <w:t xml:space="preserve">[1:00:38] </w:t>
      </w:r>
      <w:r>
        <w:t>is ayat ko phir se padhiye, is mein yeh hai ke hazrat suleman is zamane mein sham aur</w:t>
      </w:r>
    </w:p>
    <w:p>
      <w:pPr>
        <w:jc w:val="right"/>
      </w:pPr>
      <w:r>
        <w:t>اس آیت کو پھر سے پڑھیے، اس میں یہ ہے کہ حضرت سلیمان اس زمانے میں شام اور</w:t>
      </w:r>
    </w:p>
    <w:p>
      <w:r>
        <w:rPr>
          <w:b/>
        </w:rPr>
        <w:t xml:space="preserve">[1:00:48] </w:t>
      </w:r>
      <w:r>
        <w:t>falasteen ke ilaqe ke king the, to unhon ne is ko challenge bheja, malika saba ko.</w:t>
      </w:r>
    </w:p>
    <w:p>
      <w:pPr>
        <w:jc w:val="right"/>
      </w:pPr>
      <w:r>
        <w:t>فلسطین کے علاقے کے کنگ تھے، تو انہوں نے اس کو چیلنج بھیجا، ملکہ صبا کو۔</w:t>
      </w:r>
    </w:p>
    <w:p>
      <w:r>
        <w:rPr>
          <w:b/>
        </w:rPr>
        <w:t xml:space="preserve">[1:00:59] </w:t>
      </w:r>
      <w:r>
        <w:t>to quran mein khud likha hua hai ke woh ayat hai</w:t>
      </w:r>
    </w:p>
    <w:p>
      <w:pPr>
        <w:jc w:val="right"/>
      </w:pPr>
      <w:r>
        <w:t>تو قرآن میں خود لکھا ہوا ہے کہ وہ آیت ہے</w:t>
      </w:r>
    </w:p>
    <w:p>
      <w:r>
        <w:rPr>
          <w:b/>
        </w:rPr>
        <w:t xml:space="preserve">[1:01:10] </w:t>
      </w:r>
      <w:r>
        <w:t>ke ke apne darbaariyon se kaha qaum saba ne ke hamein chahiye ke hum sulaiman ke is challenge ko qabool karein, is ko surrender karein us ke aage, kyunke is waqt jo lafz hai us ke baad ke woh jab dakhil ho gaye hamare ilaqe mein to kya karein ge? Is mein yeh hai ke "in al muluk ka dakhlu qaryatan afsadoha wajalu azzat</w:t>
      </w:r>
    </w:p>
    <w:p>
      <w:pPr>
        <w:jc w:val="right"/>
      </w:pPr>
      <w:r>
        <w:t>کہ کہ اپنے درباریوں سے کہا قوم صبا نے کہ ہمیں چاہیے کہ ہم سلیمان کے اس چیلنج کو قبول کریں، اس کو سرینڈر کریں اس کے آگے، کیونکہ اس وقت جو لفظ ہے اس کے بعد کہ وہ جب داخل ہو گئے ہمارے علاقے میں تو کیا کریں گے؟ اس میں یہ ہے کہ "ان الملوک کا دخلوا قریۃ افسدوہ وجالو عزت</w:t>
      </w:r>
    </w:p>
    <w:p>
      <w:r>
        <w:rPr>
          <w:b/>
        </w:rPr>
        <w:t xml:space="preserve">[1:01:40] </w:t>
      </w:r>
      <w:r>
        <w:t>ila azlata wa kadhalika yafaloon".</w:t>
      </w:r>
    </w:p>
    <w:p>
      <w:pPr>
        <w:jc w:val="right"/>
      </w:pPr>
      <w:r>
        <w:t>الہ عزلتا وكذلك یفعلون"۔</w:t>
      </w:r>
    </w:p>
    <w:p>
      <w:r>
        <w:rPr>
          <w:b/>
        </w:rPr>
        <w:t xml:space="preserve">[1:01:46] </w:t>
      </w:r>
      <w:r>
        <w:t>kadhalika yafaloon ke maani hain ke yeh bhi wahi karenge.</w:t>
      </w:r>
    </w:p>
    <w:p>
      <w:pPr>
        <w:jc w:val="right"/>
      </w:pPr>
      <w:r>
        <w:t>کذلك یفعلون کے معنی ہیں کہ یہ بھی وہی کریں گے۔</w:t>
      </w:r>
    </w:p>
    <w:p>
      <w:r>
        <w:rPr>
          <w:b/>
        </w:rPr>
        <w:t xml:space="preserve">[1:01:52] </w:t>
      </w:r>
      <w:r>
        <w:t>to is mein to yeh hai ke us waqt diya gaya hai ke taqatwar se lado mat, jo</w:t>
      </w:r>
    </w:p>
    <w:p>
      <w:pPr>
        <w:jc w:val="right"/>
      </w:pPr>
      <w:r>
        <w:t>تو اس میں تو یہ ہے کہ اس وقت دیا گیا ہے کہ طاقتور سے لڑو مت، جو</w:t>
      </w:r>
    </w:p>
    <w:p>
      <w:r>
        <w:rPr>
          <w:b/>
        </w:rPr>
        <w:t xml:space="preserve">[1:01:58] </w:t>
      </w:r>
      <w:r>
        <w:t>musalman karte hain na, bomb marte hain, isi ko haram bataya hai is is ayat mein.</w:t>
      </w:r>
    </w:p>
    <w:p>
      <w:pPr>
        <w:jc w:val="right"/>
      </w:pPr>
      <w:r>
        <w:t>مسلمان کرتے ہیں نا، بم مارتے ہیں، اسی کو حرام بتایا ہے اس اس آیت میں۔</w:t>
      </w:r>
    </w:p>
    <w:p>
      <w:r>
        <w:rPr>
          <w:b/>
        </w:rPr>
        <w:t xml:space="preserve">[1:02:04] </w:t>
      </w:r>
      <w:r>
        <w:t>"wa kadhalika yafaloon" ke maani hain ke yeh bhi wahi karenge, agarche woh paighambar hain</w:t>
      </w:r>
    </w:p>
    <w:p>
      <w:pPr>
        <w:jc w:val="right"/>
      </w:pPr>
      <w:r>
        <w:t>"وکذلك یفعلون" کے معنی ہیں کہ یہ بھی وہی کریں گے، اگرچہ وہ پیغمبر ہیں</w:t>
      </w:r>
    </w:p>
    <w:p>
      <w:r>
        <w:rPr>
          <w:b/>
        </w:rPr>
        <w:t xml:space="preserve">[1:02:10] </w:t>
      </w:r>
      <w:r>
        <w:t>ya nahi hain.</w:t>
      </w:r>
    </w:p>
    <w:p>
      <w:pPr>
        <w:jc w:val="right"/>
      </w:pPr>
      <w:r>
        <w:t>یا نہیں ہیں۔</w:t>
      </w:r>
    </w:p>
    <w:p>
      <w:r>
        <w:rPr>
          <w:b/>
        </w:rPr>
        <w:t xml:space="preserve">[1:02:15] </w:t>
      </w:r>
      <w:r>
        <w:t>to is mein yeh hai ke jo taqwa, jo jis ke paas political power hai, us se takrao</w:t>
      </w:r>
    </w:p>
    <w:p>
      <w:pPr>
        <w:jc w:val="right"/>
      </w:pPr>
      <w:r>
        <w:t>تو اس میں یہ ہے کہ جو تقویٰ، جو جس کے پاس پولیٹیکل پاور ہے، اس سے ٹکراؤ</w:t>
      </w:r>
    </w:p>
    <w:p>
      <w:r>
        <w:rPr>
          <w:b/>
        </w:rPr>
        <w:t xml:space="preserve">[1:02:20] </w:t>
      </w:r>
      <w:r>
        <w:t>mat karo, us se adjust karo, us se guftagu karo, us se baat cheet karo, peace</w:t>
      </w:r>
    </w:p>
    <w:p>
      <w:pPr>
        <w:jc w:val="right"/>
      </w:pPr>
      <w:r>
        <w:t>مت کرو، اس سے ایڈجسٹ کرو، اس سے گفت و شنید کرو، اس سے بات چیت کرو، پیس</w:t>
      </w:r>
    </w:p>
    <w:p>
      <w:r>
        <w:rPr>
          <w:b/>
        </w:rPr>
        <w:t xml:space="preserve">[1:02:25] </w:t>
      </w:r>
      <w:r>
        <w:t>ful andaz mein maslay ko deal karo.</w:t>
      </w:r>
    </w:p>
    <w:p>
      <w:pPr>
        <w:jc w:val="right"/>
      </w:pPr>
      <w:r>
        <w:t>فل انداز میں مسئلے کو ڈیل کرو۔</w:t>
      </w:r>
    </w:p>
    <w:p>
      <w:r>
        <w:rPr>
          <w:b/>
        </w:rPr>
        <w:t xml:space="preserve">[1:02:30] </w:t>
      </w:r>
      <w:r>
        <w:t>to is mein yeh sabaq hai, yeh yeh sabaq nahi hai ke aap hamla kar do.</w:t>
      </w:r>
    </w:p>
    <w:p>
      <w:pPr>
        <w:jc w:val="right"/>
      </w:pPr>
      <w:r>
        <w:t>تو اس میں یہ سبق ہے، یہ یہ سبق نہیں ہے کہ آپ حملہ کر دو۔</w:t>
      </w:r>
    </w:p>
    <w:p>
      <w:r>
        <w:rPr>
          <w:b/>
        </w:rPr>
        <w:t xml:space="preserve">[1:02:35] </w:t>
      </w:r>
      <w:r>
        <w:t>hamla to hua hi nahi, hamla to kabhi hua nahi.</w:t>
      </w:r>
    </w:p>
    <w:p>
      <w:pPr>
        <w:jc w:val="right"/>
      </w:pPr>
      <w:r>
        <w:t>حملہ تو ہوا ہی نہیں، حملہ تو کبھی ہوا نہیں۔</w:t>
      </w:r>
    </w:p>
    <w:p>
      <w:r>
        <w:rPr>
          <w:b/>
        </w:rPr>
        <w:t xml:space="preserve">[1:02:40] </w:t>
      </w:r>
      <w:r>
        <w:t>kese ajeeb hain log, apna matlab nikalne ke liye quran ko tor mor karte hain.</w:t>
      </w:r>
    </w:p>
    <w:p>
      <w:pPr>
        <w:jc w:val="right"/>
      </w:pPr>
      <w:r>
        <w:t>کیسے عجیب ہیں لوگ، اپنا مطلب نکالنے کے لیے قرآن کو توڑ موڑ کرتے ہیں۔</w:t>
      </w:r>
    </w:p>
    <w:p>
      <w:r>
        <w:rPr>
          <w:b/>
        </w:rPr>
        <w:t xml:space="preserve">[1:02:46] </w:t>
      </w:r>
      <w:r>
        <w:t>jis ayat mein quran yeh yeh sabaq de raha hai ke taqat se mat lado, jaise falastini jo</w:t>
      </w:r>
    </w:p>
    <w:p>
      <w:pPr>
        <w:jc w:val="right"/>
      </w:pPr>
      <w:r>
        <w:t>جس آیت میں قرآن یہ یہ سبق دے رہا ہے کہ طاقت سے مت لڑو، جیسے فلسطینی جو</w:t>
      </w:r>
    </w:p>
    <w:p>
      <w:r>
        <w:rPr>
          <w:b/>
        </w:rPr>
        <w:t xml:space="preserve">[1:02:51] </w:t>
      </w:r>
      <w:r>
        <w:t>hain ladte hain israel se, un se zyada taqatwar hai.</w:t>
      </w:r>
    </w:p>
    <w:p>
      <w:pPr>
        <w:jc w:val="right"/>
      </w:pPr>
      <w:r>
        <w:t>ہیں لڑتے ہیں اسرائیل سے، ان سے زیادہ طاقتور ہے۔</w:t>
      </w:r>
    </w:p>
    <w:p>
      <w:r>
        <w:rPr>
          <w:b/>
        </w:rPr>
        <w:t xml:space="preserve">[1:02:56] </w:t>
      </w:r>
      <w:r>
        <w:t>kashmiri ladte hain india se, zyada taqatwar hai.</w:t>
      </w:r>
    </w:p>
    <w:p>
      <w:pPr>
        <w:jc w:val="right"/>
      </w:pPr>
      <w:r>
        <w:t>کشمیری لڑتے ہیں انڈیا سے، زیادہ طاقتور ہے۔</w:t>
      </w:r>
    </w:p>
    <w:p>
      <w:r>
        <w:rPr>
          <w:b/>
        </w:rPr>
        <w:t xml:space="preserve">[1:03:01] </w:t>
      </w:r>
      <w:r>
        <w:t>misr mein ladte hain faujiyon se zyada taqatwar hai.</w:t>
      </w:r>
    </w:p>
    <w:p>
      <w:pPr>
        <w:jc w:val="right"/>
      </w:pPr>
      <w:r>
        <w:t>مصر میں لڑے فوجیوں سے زیادہ طاقتور ہے۔</w:t>
      </w:r>
    </w:p>
    <w:p>
      <w:r>
        <w:rPr>
          <w:b/>
        </w:rPr>
        <w:t xml:space="preserve">[1:03:06] </w:t>
      </w:r>
      <w:r>
        <w:t>to masihiyon ko,</w:t>
      </w:r>
    </w:p>
    <w:p>
      <w:pPr>
        <w:jc w:val="right"/>
      </w:pPr>
      <w:r>
        <w:t>تو مسیحیوں کو،</w:t>
      </w:r>
    </w:p>
    <w:p>
      <w:r>
        <w:rPr>
          <w:b/>
        </w:rPr>
        <w:t xml:space="preserve">[1:03:11] </w:t>
      </w:r>
      <w:r>
        <w:t>falastiniyon ko, kashmiriye ko, sab ko yeh ayat batati hai ke peaceful negotiation, peaceful strategy ikhtiyar karo, ladai mat karo. Is se aap ladai nikaal rahe hain, kaisi ajeeb baat hai! Jahan ladai hui hi nahi, qaum saba aur sulaiman ke darmiyan kabhi ladai hui hi nahi, unhon ne to peaceful negotiation kiya. To yeh nikaliye is se jo ayat mein hai, apna</w:t>
      </w:r>
    </w:p>
    <w:p>
      <w:pPr>
        <w:jc w:val="right"/>
      </w:pPr>
      <w:r>
        <w:t>فلسطینیوں کو، کشمیریوں کو، سب کو یہ آیت بتاتی ہے کہ پیس فل نیگوشی ایشن، پیس فل سٹریٹجی اختیار کرو، لڑائی مت کرو۔ اس سے آپ لڑائی نکال رہے ہیں، کیسی عجیب بات ہے! جہاں لڑائی ہوئی ہی نہیں، قوم صبا اور سلیمان کے درمیان کبھی لڑائی ہوئی ہی نہیں، انہوں نے تو پیس فل نیگوشی ایشن کیا۔ تو یہ نکالیے اس سے جو آیت میں ہے، اپنا</w:t>
      </w:r>
    </w:p>
    <w:p>
      <w:r>
        <w:rPr>
          <w:b/>
        </w:rPr>
        <w:t xml:space="preserve">[1:03:41] </w:t>
      </w:r>
      <w:r>
        <w:t>تو mind کوئی نکالتے ہیں اس سے۔</w:t>
      </w:r>
    </w:p>
    <w:p>
      <w:pPr>
        <w:jc w:val="right"/>
      </w:pPr>
      <w:r>
        <w:t>تو مائنڈ کوئی نکالتے ہیں اس سے۔</w:t>
      </w:r>
    </w:p>
    <w:p>
      <w:r>
        <w:rPr>
          <w:b/>
        </w:rPr>
        <w:t xml:space="preserve">[1:03:46] </w:t>
      </w:r>
      <w:r>
        <w:t>hmm ji, maulana, kuch comments lena chahenge.</w:t>
      </w:r>
    </w:p>
    <w:p>
      <w:pPr>
        <w:jc w:val="right"/>
      </w:pPr>
      <w:r>
        <w:t>ہمم جی، مولانا، کچھ کمنٹس لینا چاہیں گے۔</w:t>
      </w:r>
    </w:p>
    <w:p>
      <w:r>
        <w:rPr>
          <w:b/>
        </w:rPr>
        <w:t xml:space="preserve">[1:03:51] </w:t>
      </w:r>
      <w:r>
        <w:t>اگلا سوال لینے سے پہلے، مس شبینہ علی نے کلکتہ سے لکھا ہے: "The field of cosmology is</w:t>
      </w:r>
    </w:p>
    <w:p>
      <w:pPr>
        <w:jc w:val="right"/>
      </w:pPr>
      <w:r>
        <w:t>اگلا سوال لینے سے پہلے، مس شبینہ علی نے کلکتہ سے لکھا ہے: "دا فیلڈ اف کاسمولوجی از</w:t>
      </w:r>
    </w:p>
    <w:p>
      <w:r>
        <w:rPr>
          <w:b/>
        </w:rPr>
        <w:t xml:space="preserve">[1:03:56] </w:t>
      </w:r>
      <w:r>
        <w:t>a vast field, and each scientific discovery by the scholars of this field affirm the innumerable signs that</w:t>
      </w:r>
    </w:p>
    <w:p>
      <w:pPr>
        <w:jc w:val="right"/>
      </w:pPr>
      <w:r>
        <w:t>ا واسٹ فیلڈ، اینڈ ایچ سائنٹیفک ڈسکوری بائی دی سکالرز اف دس فیلڈ افرم دی انیومریبل سائنس دیٹ</w:t>
      </w:r>
    </w:p>
    <w:p>
      <w:r>
        <w:rPr>
          <w:b/>
        </w:rPr>
        <w:t xml:space="preserve">[1:04:01] </w:t>
      </w:r>
      <w:r>
        <w:t>god has revealed through the quran.</w:t>
      </w:r>
    </w:p>
    <w:p>
      <w:pPr>
        <w:jc w:val="right"/>
      </w:pPr>
      <w:r>
        <w:t>گاڈ ہیز ریویلڈ تھرو دا قرآن۔</w:t>
      </w:r>
    </w:p>
    <w:p>
      <w:r>
        <w:rPr>
          <w:b/>
        </w:rPr>
        <w:t xml:space="preserve">[1:04:06] </w:t>
      </w:r>
      <w:r>
        <w:t>The concept of Tauheed is endorsed by the discovery of the big</w:t>
      </w:r>
    </w:p>
    <w:p>
      <w:pPr>
        <w:jc w:val="right"/>
      </w:pPr>
      <w:r>
        <w:t>دی کانسیپٹ اف توحید از انڈورس بائی دا ڈسکوری اف دا بگ</w:t>
      </w:r>
    </w:p>
    <w:p>
      <w:r>
        <w:rPr>
          <w:b/>
        </w:rPr>
        <w:t xml:space="preserve">[1:04:11] </w:t>
      </w:r>
      <w:r>
        <w:t>being theory, and it needs no more argument that Islam is the true religion.</w:t>
      </w:r>
    </w:p>
    <w:p>
      <w:pPr>
        <w:jc w:val="right"/>
      </w:pPr>
      <w:r>
        <w:t>بینگ تھیوری، اینڈ اٹ نیڈز نو مور ارگیومنٹ دیٹ اسلام از دا ٹرو ریلیجن۔</w:t>
      </w:r>
    </w:p>
    <w:p>
      <w:r>
        <w:rPr>
          <w:b/>
        </w:rPr>
        <w:t xml:space="preserve">[1:04:18] </w:t>
      </w:r>
      <w:r>
        <w:t>jazak allah maulana for an eye opening lecture." masha allah, muhammad irfan rashidi sahib ne nagpur se likha hai:</w:t>
      </w:r>
    </w:p>
    <w:p>
      <w:pPr>
        <w:jc w:val="right"/>
      </w:pPr>
      <w:r>
        <w:t>جزاک اللہ مولانا فار این ائی اوپننگ لیکچر۔" ماشاءاللہ، محمد عرفان رشیدی صاحب نے ناکپور سے لکھا ہے:</w:t>
      </w:r>
    </w:p>
    <w:p>
      <w:r>
        <w:rPr>
          <w:b/>
        </w:rPr>
        <w:t xml:space="preserve">[1:04:26] </w:t>
      </w:r>
      <w:r>
        <w:t>"مولانا صاحب، Dawah work is a masterstroke. It generates all the good qualities in a dai.</w:t>
      </w:r>
    </w:p>
    <w:p>
      <w:pPr>
        <w:jc w:val="right"/>
      </w:pPr>
      <w:r>
        <w:t>"مولانا صاحب، دعویٰ ورک از ا ماسٹر سٹروک، اٹ جنریٹس ال دا گڈ کوالٹیز ان ا دائی۔</w:t>
      </w:r>
    </w:p>
    <w:p>
      <w:r>
        <w:rPr>
          <w:b/>
        </w:rPr>
        <w:t xml:space="preserve">[1:04:34] </w:t>
      </w:r>
      <w:r>
        <w:t>jazak allah." masha allah, shahid hussain sahib ne kashmir se likha hai:</w:t>
      </w:r>
    </w:p>
    <w:p>
      <w:pPr>
        <w:jc w:val="right"/>
      </w:pPr>
      <w:r>
        <w:t>جزاک اللہ۔" ماشاءاللہ، شاہد حسین صاحب نے کشمیر سے لکھا ہے:</w:t>
      </w:r>
    </w:p>
    <w:p>
      <w:r>
        <w:rPr>
          <w:b/>
        </w:rPr>
        <w:t xml:space="preserve">[1:04:41] </w:t>
      </w:r>
      <w:r>
        <w:t>"mind blowing indeed, the test of discovering the prophet is similar to the test of recognizing the supporters of deen among non muslims. Now, quite true, in both the cases, one has to come out of shackles of bias and spiritless framework of religion. This novel idea gives us positive outlook." Mashallah, molana, agla ah comment</w:t>
      </w:r>
    </w:p>
    <w:p>
      <w:pPr>
        <w:jc w:val="right"/>
      </w:pPr>
      <w:r>
        <w:t>"مائنڈ بلوئنگ انڈیڈ، دا ٹیسٹ اف ڈسکورنگ دا پرافٹ از سمیلر ٹو دا ٹیسٹ اف ریکگنائزنگ دا سپورٹرز اف دین امنگ نان مسلمز۔ ناؤ، کوائٹ ٹرو، ان بوتھ دی کیسز، ون ہیز ٹو کم آؤٹ اف شیکلز اف بائس اینڈ سپرٹ لیس فریم ورک اف ریلیجن۔ دس نوول آئیڈیا گیوز اس پوزیٹیو آؤٹ لوک۔" ماشاءاللہ، مولانا، اگلا اہ کمنٹ</w:t>
      </w:r>
    </w:p>
    <w:p>
      <w:r>
        <w:rPr>
          <w:b/>
        </w:rPr>
        <w:t xml:space="preserve">[1:05:11] </w:t>
      </w:r>
      <w:r>
        <w:t>aur ah sawal bheja hai tariq ah tariq sahib ne kashmir se.</w:t>
      </w:r>
    </w:p>
    <w:p>
      <w:pPr>
        <w:jc w:val="right"/>
      </w:pPr>
      <w:r>
        <w:t>اور اہ سوال بھیجا ہے طارق اہ طارق صاحب نے کشمیر سے۔</w:t>
      </w:r>
    </w:p>
    <w:p>
      <w:r>
        <w:rPr>
          <w:b/>
        </w:rPr>
        <w:t xml:space="preserve">[1:05:19] </w:t>
      </w:r>
      <w:r>
        <w:t>انہوں نے لکھا ہے: "We are thankful to you Maulana to give the correct interpretation of Islam,</w:t>
      </w:r>
    </w:p>
    <w:p>
      <w:pPr>
        <w:jc w:val="right"/>
      </w:pPr>
      <w:r>
        <w:t>انہوں نے لکھا ہے: "وی آر تھینک فل ٹو یو مولانا ٹو گیو دا کریکٹ انٹرپریٹیشن اف اسلام،</w:t>
      </w:r>
    </w:p>
    <w:p>
      <w:r>
        <w:rPr>
          <w:b/>
        </w:rPr>
        <w:t xml:space="preserve">[1:05:27] </w:t>
      </w:r>
      <w:r>
        <w:t>But in order to carry out this correct interpretation, there must be an academic institution.</w:t>
      </w:r>
    </w:p>
    <w:p>
      <w:pPr>
        <w:jc w:val="right"/>
      </w:pPr>
      <w:r>
        <w:t>بٹ ان آرڈر ٹو کیری آؤٹ دس کریکٹ انٹرپریٹیشن، دیر مسٹ بی این اکاڈیمک انسٹیٹیوشن۔</w:t>
      </w:r>
    </w:p>
    <w:p>
      <w:r>
        <w:rPr>
          <w:b/>
        </w:rPr>
        <w:t xml:space="preserve">[1:05:35] </w:t>
      </w:r>
      <w:r>
        <w:t>you must take its foundation."</w:t>
      </w:r>
    </w:p>
    <w:p>
      <w:pPr>
        <w:jc w:val="right"/>
      </w:pPr>
      <w:r>
        <w:t>یو مسٹ لے اٹس فاؤنڈیشن۔"</w:t>
      </w:r>
    </w:p>
    <w:p>
      <w:r>
        <w:rPr>
          <w:b/>
        </w:rPr>
        <w:t xml:space="preserve">[1:05:43] </w:t>
      </w:r>
      <w:r>
        <w:t>to woh maulana chah rahe hain ke koi academic institution ki foundation aap le karein.</w:t>
      </w:r>
    </w:p>
    <w:p>
      <w:pPr>
        <w:jc w:val="right"/>
      </w:pPr>
      <w:r>
        <w:t>تو وہ مولانا چاہ رہے ہیں کہ کوئی اکاڈیمک انسٹیٹیوشن کی فاؤنڈیشن آپ لے کریں۔</w:t>
      </w:r>
    </w:p>
    <w:p>
      <w:r>
        <w:rPr>
          <w:b/>
        </w:rPr>
        <w:t xml:space="preserve">[1:05:49] </w:t>
      </w:r>
      <w:r>
        <w:t>yeh to koi sawal hai nahi ji, aap wasail de dijiye, aap karenge ji.</w:t>
      </w:r>
    </w:p>
    <w:p>
      <w:pPr>
        <w:jc w:val="right"/>
      </w:pPr>
      <w:r>
        <w:t>یہ تو کوئی سوال ہے نہیں جی، آپ وسائل دے دیجیے، آپ کریں گے جی۔</w:t>
      </w:r>
    </w:p>
    <w:p>
      <w:r>
        <w:rPr>
          <w:b/>
        </w:rPr>
        <w:t xml:space="preserve">[1:05:55] </w:t>
      </w:r>
      <w:r>
        <w:t>academic is ke liye bohat zyada wasail chahiye, to aap de dijiye wasail hum ko, hum kal shuru</w:t>
      </w:r>
    </w:p>
    <w:p>
      <w:pPr>
        <w:jc w:val="right"/>
      </w:pPr>
      <w:r>
        <w:t>اکادمک اس کے لیے بہت زیادہ وسائل چاہیے، تو آپ دے دیجیے وسائل ہم کو، ہم کل شروع</w:t>
      </w:r>
    </w:p>
    <w:p>
      <w:r>
        <w:rPr>
          <w:b/>
        </w:rPr>
        <w:t xml:space="preserve">[1:06:01] </w:t>
      </w:r>
      <w:r>
        <w:t>kar dete hain.</w:t>
      </w:r>
    </w:p>
    <w:p>
      <w:pPr>
        <w:jc w:val="right"/>
      </w:pPr>
      <w:r>
        <w:t>کر دیتے ہیں۔</w:t>
      </w:r>
    </w:p>
    <w:p>
      <w:r>
        <w:rPr>
          <w:b/>
        </w:rPr>
        <w:t xml:space="preserve">[1:06:07] </w:t>
      </w:r>
      <w:r>
        <w:t>ji ji ji maulana, dekhiye, mein is waqt aik monthly magazine nikalta hoon, is ke wasail mere paas hain, lekin</w:t>
      </w:r>
    </w:p>
    <w:p>
      <w:pPr>
        <w:jc w:val="right"/>
      </w:pPr>
      <w:r>
        <w:t>جی جی جی مولانا، دیکھیے، میں اس وقت ایک منتھلی میگزین نکالتا ہوں، اس کے وسائل میرے پاس ہیں، لیکن</w:t>
      </w:r>
    </w:p>
    <w:p>
      <w:r>
        <w:rPr>
          <w:b/>
        </w:rPr>
        <w:t xml:space="preserve">[1:06:13] </w:t>
      </w:r>
      <w:r>
        <w:t>academic institution ke mani ke mani hain ke aik bohat bara idara, is ke liye bohat zyada wasail</w:t>
      </w:r>
    </w:p>
    <w:p>
      <w:pPr>
        <w:jc w:val="right"/>
      </w:pPr>
      <w:r>
        <w:t>اکاڈیمک انسٹیٹیوشن کے معنی کے معنی ہیں کہ ایک بہت بڑا ادارہ، اس کے لیے بہت زیادہ وسائل</w:t>
      </w:r>
    </w:p>
    <w:p>
      <w:r>
        <w:rPr>
          <w:b/>
        </w:rPr>
        <w:t xml:space="preserve">[1:06:17] </w:t>
      </w:r>
      <w:r>
        <w:t>chahiye, to ab wasail aap de dijiye, hum kal se shuru kar dete hain.</w:t>
      </w:r>
    </w:p>
    <w:p>
      <w:pPr>
        <w:jc w:val="right"/>
      </w:pPr>
      <w:r>
        <w:t>چاہیے، تو اب وسائل آپ دے دیجیے، ہم کل سے شروع کر دیتے ہیں۔</w:t>
      </w:r>
    </w:p>
    <w:p>
      <w:r>
        <w:rPr>
          <w:b/>
        </w:rPr>
        <w:t xml:space="preserve">[1:06:22] </w:t>
      </w:r>
      <w:r>
        <w:t>ji maulana, i would like to say that at least a beginning has been made that courses launch</w:t>
      </w:r>
    </w:p>
    <w:p>
      <w:pPr>
        <w:jc w:val="right"/>
      </w:pPr>
      <w:r>
        <w:t>جی مولانا، آئی وڈ لائک ٹو سے کہ ایٹ لیسٹ ا بگننگ ہیز بین میڈ کہ کورسز لانچ</w:t>
      </w:r>
    </w:p>
    <w:p>
      <w:r>
        <w:rPr>
          <w:b/>
        </w:rPr>
        <w:t xml:space="preserve">[1:06:26] </w:t>
      </w:r>
      <w:r>
        <w:t>ho gaye hain, ah jo academic institutions mein abhi run bhi ho rahe hain, jaise delhi university mein</w:t>
      </w:r>
    </w:p>
    <w:p>
      <w:pPr>
        <w:jc w:val="right"/>
      </w:pPr>
      <w:r>
        <w:t>ہو گئے ہیں، اہ جو اکاڈیمک انسٹیٹیوشنز میں ابھی رن بھی ہو رہے ہیں، جیسے دہلی یونیورسٹی میں</w:t>
      </w:r>
    </w:p>
    <w:p>
      <w:r>
        <w:rPr>
          <w:b/>
        </w:rPr>
        <w:t xml:space="preserve">[1:06:30] </w:t>
      </w:r>
      <w:r>
        <w:t>culture of peace program abhi ah chal raha hai.</w:t>
      </w:r>
    </w:p>
    <w:p>
      <w:pPr>
        <w:jc w:val="right"/>
      </w:pPr>
      <w:r>
        <w:t>کلچر اف پیس پروگرام ابھی اہ چل رہا ہے۔</w:t>
      </w:r>
    </w:p>
    <w:p>
      <w:r>
        <w:rPr>
          <w:b/>
        </w:rPr>
        <w:t xml:space="preserve">[1:06:35] </w:t>
      </w:r>
      <w:r>
        <w:t>so at least a beginning has been made.</w:t>
      </w:r>
    </w:p>
    <w:p>
      <w:pPr>
        <w:jc w:val="right"/>
      </w:pPr>
      <w:r>
        <w:t>سو ایٹ لیسٹ ا بگننگ ہیز بین میڈ۔</w:t>
      </w:r>
    </w:p>
    <w:p>
      <w:r>
        <w:rPr>
          <w:b/>
        </w:rPr>
        <w:t xml:space="preserve">[1:06:39] </w:t>
      </w:r>
      <w:r>
        <w:t>haan, aaj ke</w:t>
      </w:r>
    </w:p>
    <w:p>
      <w:pPr>
        <w:jc w:val="right"/>
      </w:pPr>
      <w:r>
        <w:t>ہاں، آج کے</w:t>
      </w:r>
    </w:p>
    <w:p>
      <w:r>
        <w:rPr>
          <w:b/>
        </w:rPr>
        <w:t xml:space="preserve">[1:06:43] </w:t>
      </w:r>
      <w:r>
        <w:t>jo wasail hamare paas aaj hain, is ke lehaz se hum woh kaam kar rahe hain jo aap ne farmaya.</w:t>
      </w:r>
    </w:p>
    <w:p>
      <w:pPr>
        <w:jc w:val="right"/>
      </w:pPr>
      <w:r>
        <w:t>جو وسائل ہمارے پاس آج ہیں، اس کے لحاظ سے ہم وہ کام کر رہے ہیں جو آپ نے فرمایا۔</w:t>
      </w:r>
    </w:p>
    <w:p>
      <w:r>
        <w:rPr>
          <w:b/>
        </w:rPr>
        <w:t xml:space="preserve">[1:06:48] </w:t>
      </w:r>
      <w:r>
        <w:t>ji jaisa ke unhon ne bataya.</w:t>
      </w:r>
    </w:p>
    <w:p>
      <w:pPr>
        <w:jc w:val="right"/>
      </w:pPr>
      <w:r>
        <w:t>جی جیسا کہ انہوں نے بتایا۔</w:t>
      </w:r>
    </w:p>
    <w:p>
      <w:r>
        <w:rPr>
          <w:b/>
        </w:rPr>
        <w:t xml:space="preserve">[1:06:53] </w:t>
      </w:r>
      <w:r>
        <w:t>ji jo wasail nahi hain, is woh woh inshallah mustaqbil mein anjam payenge.</w:t>
      </w:r>
    </w:p>
    <w:p>
      <w:pPr>
        <w:jc w:val="right"/>
      </w:pPr>
      <w:r>
        <w:t>جی جو وسائل نہیں ہیں، اس وہ وہ انشاءاللہ مستقبل میں انجام پائیں گے۔</w:t>
      </w:r>
    </w:p>
    <w:p>
      <w:r>
        <w:rPr>
          <w:b/>
        </w:rPr>
        <w:t xml:space="preserve">[1:06:58] </w:t>
      </w:r>
      <w:r>
        <w:t>maulana, agla sawal lete hain jo muhammad pashah sahib ne bheja hai, unhon ne location nahi likhi hai,</w:t>
      </w:r>
    </w:p>
    <w:p>
      <w:pPr>
        <w:jc w:val="right"/>
      </w:pPr>
      <w:r>
        <w:t>مولانا، اگلا سوال لیتے ہیں جو محمد پاشاہ صاحب نے بھیجا ہے، انہوں نے لوکیشن نہیں لکھی ہے،</w:t>
      </w:r>
    </w:p>
    <w:p>
      <w:r>
        <w:rPr>
          <w:b/>
        </w:rPr>
        <w:t xml:space="preserve">[1:07:03] </w:t>
      </w:r>
      <w:r>
        <w:t>un ka sawal hai: "maulana, kya bank se ghar taameer karne ke liye ya naya ghar kharidne ke</w:t>
      </w:r>
    </w:p>
    <w:p>
      <w:pPr>
        <w:jc w:val="right"/>
      </w:pPr>
      <w:r>
        <w:t>ان کا سوال ہے: "مولانا، کیا بینک سے گھر تعمیر کرنے کے لیے یا نیا گھر خریدنے کے</w:t>
      </w:r>
    </w:p>
    <w:p>
      <w:r>
        <w:rPr>
          <w:b/>
        </w:rPr>
        <w:t xml:space="preserve">[1:07:08] </w:t>
      </w:r>
      <w:r>
        <w:t>liye loan le sakte hain</w:t>
      </w:r>
    </w:p>
    <w:p>
      <w:pPr>
        <w:jc w:val="right"/>
      </w:pPr>
      <w:r>
        <w:t>لیے لون لے سکتے ہیں</w:t>
      </w:r>
    </w:p>
    <w:p>
      <w:r>
        <w:rPr>
          <w:b/>
        </w:rPr>
        <w:t xml:space="preserve">[1:07:13] </w:t>
      </w:r>
      <w:r>
        <w:t>?" Is ke bare mein bataein. Yeh aap mufti sahab se poochiye, mufti sahab se poochiye. Ji molana, agla sawal bheja hai javed sahab ne jamshedpur se, unhon ne likha hai: "How can negative thinking be converted to positive thinking? For example, in daily life, many of us are victims of office politics or people trying to hurt us with their selfish interest. All this makes</w:t>
      </w:r>
    </w:p>
    <w:p>
      <w:pPr>
        <w:jc w:val="right"/>
      </w:pPr>
      <w:r>
        <w:t>؟" اس کے بارے میں بتائیں۔ یہ آپ مفتی صاحب سے پوچھیے، مفتی صاحب سے پوچھیے۔ جی مولانا، اگلا سوال بھیجا ہے جاوید صاحب نے جمشید پور سے، انہوں نے لکھا ہے: "ہاؤ کین نیگیٹیو تھنکنگ بی کنورٹڈ ٹو پوزیٹیو تھنکنگ؟ فار ایگزامپل، ان ڈیلی لائف، مینی اف اس آر وکٹمز اف افس پولیٹکس اور پیپل ٹرائنگ ٹو ہرٹ اس ود دیر سیلفش انٹرسٹ۔ ال دس میکس</w:t>
      </w:r>
    </w:p>
    <w:p>
      <w:r>
        <w:rPr>
          <w:b/>
        </w:rPr>
        <w:t xml:space="preserve">[1:07:43] </w:t>
      </w:r>
      <w:r>
        <w:t>is negative.</w:t>
      </w:r>
    </w:p>
    <w:p>
      <w:pPr>
        <w:jc w:val="right"/>
      </w:pPr>
      <w:r>
        <w:t>اس نیگیٹیو۔</w:t>
      </w:r>
    </w:p>
    <w:p>
      <w:r>
        <w:rPr>
          <w:b/>
        </w:rPr>
        <w:t xml:space="preserve">[1:07:50] </w:t>
      </w:r>
      <w:r>
        <w:t>so how can we manage such situations or save our self from negative mind sets?" bahut aasan hai,</w:t>
      </w:r>
    </w:p>
    <w:p>
      <w:pPr>
        <w:jc w:val="right"/>
      </w:pPr>
      <w:r>
        <w:t>سو ہاؤ کین وی مینج سچ سچویشنز اور سیو اور سیلف فرام نیگیٹیو مائنڈ سیٹس؟" بہت آسان ہے،</w:t>
      </w:r>
    </w:p>
    <w:p>
      <w:r>
        <w:rPr>
          <w:b/>
        </w:rPr>
        <w:t xml:space="preserve">[1:07:56] </w:t>
      </w:r>
      <w:r>
        <w:t>allah khane mein daal diye jahan aap ko is tarah ke khayalat paida hote hain.</w:t>
      </w:r>
    </w:p>
    <w:p>
      <w:pPr>
        <w:jc w:val="right"/>
      </w:pPr>
      <w:r>
        <w:t>اللہ خانے میں ڈال دیے جہاں آپ کو اس طرح کے خیالات پیدا ہوتے ہیں۔</w:t>
      </w:r>
    </w:p>
    <w:p>
      <w:r>
        <w:rPr>
          <w:b/>
        </w:rPr>
        <w:t xml:space="preserve">[1:08:02] </w:t>
      </w:r>
      <w:r>
        <w:t>bas jo mamla hai, jo issue hai, us ko allah khane mein daal dijiye.</w:t>
      </w:r>
    </w:p>
    <w:p>
      <w:pPr>
        <w:jc w:val="right"/>
      </w:pPr>
      <w:r>
        <w:t>بس جو معاملہ ہے، جو ایشو ہے، اس کو اللہ خانے میں ڈال دیجئے۔</w:t>
      </w:r>
    </w:p>
    <w:p>
      <w:r>
        <w:rPr>
          <w:b/>
        </w:rPr>
        <w:t xml:space="preserve">[1:08:08] </w:t>
      </w:r>
      <w:r>
        <w:t>bas kuch karna hi nahi hai,</w:t>
      </w:r>
    </w:p>
    <w:p>
      <w:pPr>
        <w:jc w:val="right"/>
      </w:pPr>
      <w:r>
        <w:t>بس کچھ کرنا ہی نہیں ہے،</w:t>
      </w:r>
    </w:p>
    <w:p>
      <w:r>
        <w:rPr>
          <w:b/>
        </w:rPr>
        <w:t xml:space="preserve">[1:08:14] </w:t>
      </w:r>
      <w:r>
        <w:t>kuch karna hi nahi hai, bas Allah ke khane mein daalte chale jaiye. Okay, so we we end today session. Thank you.</w:t>
      </w:r>
    </w:p>
    <w:p>
      <w:pPr>
        <w:jc w:val="right"/>
      </w:pPr>
      <w:r>
        <w:t>کچھ کرنا ہی نہیں ہے، بس اللہ کے خانے میں ڈالتے چلے جائیے۔ اوکے، سو وی ویل اینڈ ٹوڈے سیشن۔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