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Lailat-ul-Qadr, October 01,  2007</w:t>
      </w:r>
    </w:p>
    <w:p>
      <w:r>
        <w:t>https://www.youtube.com/watch?v=zHZSfxy2bKQ</w:t>
      </w:r>
    </w:p>
    <w:p>
      <w:r>
        <w:rPr>
          <w:b/>
        </w:rPr>
        <w:t xml:space="preserve">[00:14] </w:t>
      </w:r>
      <w:r>
        <w:t>bismillah hir rahman nir rahim, wa salallahu ala nabiyyil karim. Rabb ishrah li sadri, wa yassir li amri, wah lul uqdatan min lisani, yafqahu qawli. Yeh ramzan ka mahina hai, aaj mujhe isi ki nisbat</w:t>
      </w:r>
    </w:p>
    <w:p>
      <w:pPr>
        <w:jc w:val="right"/>
      </w:pPr>
      <w:r>
        <w:t>بسم اللہ الرحمن الرحیم، وصلی اللہ علی النبی الکریم۔ رب اشرح لی صدری، ویسر لی امری، واحل العقدۃ من لسانی، یفقہ قولی۔ یہ رمضان کا مہینہ ہے، آج مجھے اسی کی نسبت</w:t>
      </w:r>
    </w:p>
    <w:p>
      <w:r>
        <w:rPr>
          <w:b/>
        </w:rPr>
        <w:t xml:space="preserve">[00:44] </w:t>
      </w:r>
      <w:r>
        <w:t>se shab qadr ke bare mein kuch kehna hai.</w:t>
      </w:r>
    </w:p>
    <w:p>
      <w:pPr>
        <w:jc w:val="right"/>
      </w:pPr>
      <w:r>
        <w:t>سے شب قدر کے بارے میں کچھ کہنا ہے۔</w:t>
      </w:r>
    </w:p>
    <w:p>
      <w:r>
        <w:rPr>
          <w:b/>
        </w:rPr>
        <w:t xml:space="preserve">[00:52] </w:t>
      </w:r>
      <w:r>
        <w:t>dekhiye, quran mein shab qadr ka zikr do suraton mein aaya hai.</w:t>
      </w:r>
    </w:p>
    <w:p>
      <w:pPr>
        <w:jc w:val="right"/>
      </w:pPr>
      <w:r>
        <w:t>دیکھیے، قرآن میں شب قدر کا ذکر دو سورتوں میں آیا ہے۔</w:t>
      </w:r>
    </w:p>
    <w:p>
      <w:r>
        <w:rPr>
          <w:b/>
        </w:rPr>
        <w:t xml:space="preserve">[00:59] </w:t>
      </w:r>
      <w:r>
        <w:t>ek hai chapter number 44, yani surah dukhan.</w:t>
      </w:r>
    </w:p>
    <w:p>
      <w:pPr>
        <w:jc w:val="right"/>
      </w:pPr>
      <w:r>
        <w:t>ایک ہے چیپٹر نمبر 44، یعنی سورۃ دخان۔</w:t>
      </w:r>
    </w:p>
    <w:p>
      <w:r>
        <w:rPr>
          <w:b/>
        </w:rPr>
        <w:t xml:space="preserve">[01:07] </w:t>
      </w:r>
      <w:r>
        <w:t>is mein is raat ko</w:t>
      </w:r>
    </w:p>
    <w:p>
      <w:pPr>
        <w:jc w:val="right"/>
      </w:pPr>
      <w:r>
        <w:t>اس میں اس رات کو</w:t>
      </w:r>
    </w:p>
    <w:p>
      <w:r>
        <w:rPr>
          <w:b/>
        </w:rPr>
        <w:t xml:space="preserve">[01:15] </w:t>
      </w:r>
      <w:r>
        <w:t>lailatun mubarakah kaha gaya hai, yani mubarak raat.</w:t>
      </w:r>
    </w:p>
    <w:p>
      <w:pPr>
        <w:jc w:val="right"/>
      </w:pPr>
      <w:r>
        <w:t>لیلۃ المبارکہ کہا گیا ہے، یعنی مبارک رات۔</w:t>
      </w:r>
    </w:p>
    <w:p>
      <w:r>
        <w:rPr>
          <w:b/>
        </w:rPr>
        <w:t xml:space="preserve">[01:21] </w:t>
      </w:r>
      <w:r>
        <w:t>inna anzalnahu fi lailatin mubarakatin.</w:t>
      </w:r>
    </w:p>
    <w:p>
      <w:pPr>
        <w:jc w:val="right"/>
      </w:pPr>
      <w:r>
        <w:t>إنا أنزلناه فی لیلۃ مبارکۃ۔</w:t>
      </w:r>
    </w:p>
    <w:p>
      <w:r>
        <w:rPr>
          <w:b/>
        </w:rPr>
        <w:t xml:space="preserve">[01:27] </w:t>
      </w:r>
      <w:r>
        <w:t>hum ne quran ko utara hai mubarak raat mein.</w:t>
      </w:r>
    </w:p>
    <w:p>
      <w:pPr>
        <w:jc w:val="right"/>
      </w:pPr>
      <w:r>
        <w:t>ہم نے قرآن کو اتارا ہے مبارک رات میں۔</w:t>
      </w:r>
    </w:p>
    <w:p>
      <w:r>
        <w:rPr>
          <w:b/>
        </w:rPr>
        <w:t xml:space="preserve">[01:33] </w:t>
      </w:r>
      <w:r>
        <w:t>aur doosri hai chapter number 97, yani qadr.</w:t>
      </w:r>
    </w:p>
    <w:p>
      <w:pPr>
        <w:jc w:val="right"/>
      </w:pPr>
      <w:r>
        <w:t>اور دوسری ہے چیپٹر نمبر 97، یعنی القدر۔</w:t>
      </w:r>
    </w:p>
    <w:p>
      <w:r>
        <w:rPr>
          <w:b/>
        </w:rPr>
        <w:t xml:space="preserve">[01:40] </w:t>
      </w:r>
      <w:r>
        <w:t>is mein is raat ko</w:t>
      </w:r>
    </w:p>
    <w:p>
      <w:pPr>
        <w:jc w:val="right"/>
      </w:pPr>
      <w:r>
        <w:t>اس میں اس رات کو</w:t>
      </w:r>
    </w:p>
    <w:p>
      <w:r>
        <w:rPr>
          <w:b/>
        </w:rPr>
        <w:t xml:space="preserve">[01:46] </w:t>
      </w:r>
      <w:r>
        <w:t>lailatul qadr kaha gaya hai.</w:t>
      </w:r>
    </w:p>
    <w:p>
      <w:pPr>
        <w:jc w:val="right"/>
      </w:pPr>
      <w:r>
        <w:t>لیلۃ القدر کہا گیا ہے۔</w:t>
      </w:r>
    </w:p>
    <w:p>
      <w:r>
        <w:rPr>
          <w:b/>
        </w:rPr>
        <w:t xml:space="preserve">[01:53] </w:t>
      </w:r>
      <w:r>
        <w:t>to isi ke bare mein is waqt mujhe kuch kehna hai.</w:t>
      </w:r>
    </w:p>
    <w:p>
      <w:pPr>
        <w:jc w:val="right"/>
      </w:pPr>
      <w:r>
        <w:t>تو اسی کے بارے میں اس وقت مجھے کچھ کہنا ہے۔</w:t>
      </w:r>
    </w:p>
    <w:p>
      <w:r>
        <w:rPr>
          <w:b/>
        </w:rPr>
        <w:t xml:space="preserve">[02:01] </w:t>
      </w:r>
      <w:r>
        <w:t>surah qadr ek choti surah hai, woh is tarah se hai: bismillah hir rahman nir rahim, inna anzalnahu fi</w:t>
      </w:r>
    </w:p>
    <w:p>
      <w:pPr>
        <w:jc w:val="right"/>
      </w:pPr>
      <w:r>
        <w:t>سورۃ القدر ایک چھوٹی سورۃ ہے، وہ اس طرح سے ہے: بسم اللہ الرحمن الرحیم، إنا أنزلناه فی</w:t>
      </w:r>
    </w:p>
    <w:p>
      <w:r>
        <w:rPr>
          <w:b/>
        </w:rPr>
        <w:t xml:space="preserve">[02:08] </w:t>
      </w:r>
      <w:r>
        <w:t>laillat ul qadr, wa ma adraka</w:t>
      </w:r>
    </w:p>
    <w:p>
      <w:pPr>
        <w:jc w:val="right"/>
      </w:pPr>
      <w:r>
        <w:t>لیلۃ القدر، وما أدراک</w:t>
      </w:r>
    </w:p>
    <w:p>
      <w:r>
        <w:rPr>
          <w:b/>
        </w:rPr>
        <w:t xml:space="preserve">[02:16] </w:t>
      </w:r>
      <w:r>
        <w:t>ma laillat ul qadr? laillat ul qadr khair min alf shahr.</w:t>
      </w:r>
    </w:p>
    <w:p>
      <w:pPr>
        <w:jc w:val="right"/>
      </w:pPr>
      <w:r>
        <w:t>ما لیلۃ القدر؟ لیلۃ القدر خیر من الف شہر۔</w:t>
      </w:r>
    </w:p>
    <w:p>
      <w:r>
        <w:rPr>
          <w:b/>
        </w:rPr>
        <w:t xml:space="preserve">[02:24] </w:t>
      </w:r>
      <w:r>
        <w:t>tana zzal ul malaikah wa ar ruh fi ha bi izn rabbihim min kulli amr, salam, hiya hatta matla' ul fajr.</w:t>
      </w:r>
    </w:p>
    <w:p>
      <w:pPr>
        <w:jc w:val="right"/>
      </w:pPr>
      <w:r>
        <w:t>تنزل الملائکہ والروح فیہا بإذن ربهم من كل أمر، سلام، حیٰ حتیٰ مطلع الفجر۔</w:t>
      </w:r>
    </w:p>
    <w:p>
      <w:r>
        <w:rPr>
          <w:b/>
        </w:rPr>
        <w:t xml:space="preserve">[02:31] </w:t>
      </w:r>
      <w:r>
        <w:t>yeh hai surah qadr.</w:t>
      </w:r>
    </w:p>
    <w:p>
      <w:pPr>
        <w:jc w:val="right"/>
      </w:pPr>
      <w:r>
        <w:t>یہ ہے سورۃ القدر۔</w:t>
      </w:r>
    </w:p>
    <w:p>
      <w:r>
        <w:rPr>
          <w:b/>
        </w:rPr>
        <w:t xml:space="preserve">[02:39] </w:t>
      </w:r>
      <w:r>
        <w:t>aap jante hain ke quran ki har surah ka aghaz bismillah hir rahman nir rahim</w:t>
      </w:r>
    </w:p>
    <w:p>
      <w:pPr>
        <w:jc w:val="right"/>
      </w:pPr>
      <w:r>
        <w:t>آپ جانتے ہیں کہ قرآن کی ہر سورۃ کا آغاز بسم اللہ الرحمن الرحیم</w:t>
      </w:r>
    </w:p>
    <w:p>
      <w:r>
        <w:rPr>
          <w:b/>
        </w:rPr>
        <w:t xml:space="preserve">[02:46] </w:t>
      </w:r>
      <w:r>
        <w:t>se hota hai.</w:t>
      </w:r>
    </w:p>
    <w:p>
      <w:pPr>
        <w:jc w:val="right"/>
      </w:pPr>
      <w:r>
        <w:t>سے ہوتا ہے۔</w:t>
      </w:r>
    </w:p>
    <w:p>
      <w:r>
        <w:rPr>
          <w:b/>
        </w:rPr>
        <w:t xml:space="preserve">[02:52] </w:t>
      </w:r>
      <w:r>
        <w:t>sirf ek surah mein aisa nahi hai, woh hai surah barat.</w:t>
      </w:r>
    </w:p>
    <w:p>
      <w:pPr>
        <w:jc w:val="right"/>
      </w:pPr>
      <w:r>
        <w:t>صرف ایک سورۃ میں ایسا نہیں ہے، وہ ہے سورۃ برات۔</w:t>
      </w:r>
    </w:p>
    <w:p>
      <w:r>
        <w:rPr>
          <w:b/>
        </w:rPr>
        <w:t xml:space="preserve">[02:59] </w:t>
      </w:r>
      <w:r>
        <w:t>to surah to bismillah hir rahman nir rahim quran mein 114 bar aya hai.</w:t>
      </w:r>
    </w:p>
    <w:p>
      <w:pPr>
        <w:jc w:val="right"/>
      </w:pPr>
      <w:r>
        <w:t>تو سورۃ تو بسم اللہ الرحمن الرحیم قرآن میں 114 بار آیا ہے۔</w:t>
      </w:r>
    </w:p>
    <w:p>
      <w:r>
        <w:rPr>
          <w:b/>
        </w:rPr>
        <w:t xml:space="preserve">[03:05] </w:t>
      </w:r>
      <w:r>
        <w:t>aur yahan bhi sab se pehle bismillah hir rahman nir rahim hota hai quran mein.</w:t>
      </w:r>
    </w:p>
    <w:p>
      <w:pPr>
        <w:jc w:val="right"/>
      </w:pPr>
      <w:r>
        <w:t>اور یہاں بھی سب سے پہلے بسم اللہ الرحمن الرحیم ہوتا ہے قرآن میں۔</w:t>
      </w:r>
    </w:p>
    <w:p>
      <w:r>
        <w:rPr>
          <w:b/>
        </w:rPr>
        <w:t xml:space="preserve">[03:12] </w:t>
      </w:r>
      <w:r>
        <w:t>is ka matlab hai:</w:t>
      </w:r>
    </w:p>
    <w:p>
      <w:pPr>
        <w:jc w:val="right"/>
      </w:pPr>
      <w:r>
        <w:t>اس کا مطلب ہے:</w:t>
      </w:r>
    </w:p>
    <w:p>
      <w:r>
        <w:rPr>
          <w:b/>
        </w:rPr>
        <w:t xml:space="preserve">[03:18] </w:t>
      </w:r>
      <w:r>
        <w:t>mein shuru karta hoon Allah ke naam se, jo bara meherban, nihayat reham wala hai.</w:t>
      </w:r>
    </w:p>
    <w:p>
      <w:pPr>
        <w:jc w:val="right"/>
      </w:pPr>
      <w:r>
        <w:t>میں شروع کرتا ہوں اللہ کے نام سے، جو بڑا مہربان، نہایت رحم والا ہے۔</w:t>
      </w:r>
    </w:p>
    <w:p>
      <w:r>
        <w:rPr>
          <w:b/>
        </w:rPr>
        <w:t xml:space="preserve">[03:29] </w:t>
      </w:r>
      <w:r>
        <w:t>dekhiye, yeh jo suraton ke shuru mein yeh hota hai, yeh koi barkat ke liye nahi hota hai.</w:t>
      </w:r>
    </w:p>
    <w:p>
      <w:pPr>
        <w:jc w:val="right"/>
      </w:pPr>
      <w:r>
        <w:t>دیکھیے، یہ جو سورتوں کے شروع میں یہ ہوتا ہے، یہ کوئی برکت کے لیے نہیں ہوتا ہے۔</w:t>
      </w:r>
    </w:p>
    <w:p>
      <w:r>
        <w:rPr>
          <w:b/>
        </w:rPr>
        <w:t xml:space="preserve">[03:39] </w:t>
      </w:r>
      <w:r>
        <w:t>is ki bohat gehri maani hai.</w:t>
      </w:r>
    </w:p>
    <w:p>
      <w:pPr>
        <w:jc w:val="right"/>
      </w:pPr>
      <w:r>
        <w:t>اس کی بہت گہری معنی ہے۔</w:t>
      </w:r>
    </w:p>
    <w:p>
      <w:r>
        <w:rPr>
          <w:b/>
        </w:rPr>
        <w:t xml:space="preserve">[03:50] </w:t>
      </w:r>
      <w:r>
        <w:t>is ka matlab yeh hai ke yeh ahkam jo tum ko diye rahe, yeh ahkam jo tum ko</w:t>
      </w:r>
    </w:p>
    <w:p>
      <w:pPr>
        <w:jc w:val="right"/>
      </w:pPr>
      <w:r>
        <w:t>اس کا مطلب یہ ہے کہ یہ احکام جو تم کو دیے رہے، یہ احکام جو تم کو</w:t>
      </w:r>
    </w:p>
    <w:p>
      <w:r>
        <w:rPr>
          <w:b/>
        </w:rPr>
        <w:t xml:space="preserve">[03:56] </w:t>
      </w:r>
      <w:r>
        <w:t>diye ja rahe hain is surah mein aur quran mein, woh rahman o rahim ki taraf se hain.</w:t>
      </w:r>
    </w:p>
    <w:p>
      <w:pPr>
        <w:jc w:val="right"/>
      </w:pPr>
      <w:r>
        <w:t>دیے جا رہے ہیں اس سورۃ میں اور قرآن میں، وہ رحمن و رحیم کی طرف سے ہیں۔</w:t>
      </w:r>
    </w:p>
    <w:p>
      <w:r>
        <w:rPr>
          <w:b/>
        </w:rPr>
        <w:t xml:space="preserve">[04:02] </w:t>
      </w:r>
      <w:r>
        <w:t>yani is mein rehmat hi rehmat hai.</w:t>
      </w:r>
    </w:p>
    <w:p>
      <w:pPr>
        <w:jc w:val="right"/>
      </w:pPr>
      <w:r>
        <w:t>یعنی اس میں رحمت ہی رحمت ہے۔</w:t>
      </w:r>
    </w:p>
    <w:p>
      <w:r>
        <w:rPr>
          <w:b/>
        </w:rPr>
        <w:t xml:space="preserve">[04:08] </w:t>
      </w:r>
      <w:r>
        <w:t>is mein tumhare liye meherbani hi meherbani hai.</w:t>
      </w:r>
    </w:p>
    <w:p>
      <w:pPr>
        <w:jc w:val="right"/>
      </w:pPr>
      <w:r>
        <w:t>اس میں تمہارے لیے مہربانی ہی مہربانی ہے۔</w:t>
      </w:r>
    </w:p>
    <w:p>
      <w:r>
        <w:rPr>
          <w:b/>
        </w:rPr>
        <w:t xml:space="preserve">[04:14] </w:t>
      </w:r>
      <w:r>
        <w:t>jaise misal ke taur par ramzan ka mahina hai, jis mein shab qadr rakhi gayi hai.</w:t>
      </w:r>
    </w:p>
    <w:p>
      <w:pPr>
        <w:jc w:val="right"/>
      </w:pPr>
      <w:r>
        <w:t>جیسے مثال کے طور پر رمضان کا مہینہ ہے، جس میں شب قدر رکھی گئی ہے۔</w:t>
      </w:r>
    </w:p>
    <w:p>
      <w:r>
        <w:rPr>
          <w:b/>
        </w:rPr>
        <w:t xml:space="preserve">[04:20] </w:t>
      </w:r>
      <w:r>
        <w:t>to bazahir to ramzan ke mahine mein mushaqqat hoti hai, kyunke aadmi ko din ke auqat mein khana</w:t>
      </w:r>
    </w:p>
    <w:p>
      <w:pPr>
        <w:jc w:val="right"/>
      </w:pPr>
      <w:r>
        <w:t>تو بظاہر تو رمضان کے مہینے میں مشقت ہوتی ہے، کیونکہ آدمی کو دن کے اوقات میں کھانا</w:t>
      </w:r>
    </w:p>
    <w:p>
      <w:r>
        <w:rPr>
          <w:b/>
        </w:rPr>
        <w:t xml:space="preserve">[04:25] </w:t>
      </w:r>
      <w:r>
        <w:t>aur pani chhodna padta hai.</w:t>
      </w:r>
    </w:p>
    <w:p>
      <w:pPr>
        <w:jc w:val="right"/>
      </w:pPr>
      <w:r>
        <w:t>اور پانی چھوڑنا پڑتا ہے۔</w:t>
      </w:r>
    </w:p>
    <w:p>
      <w:r>
        <w:rPr>
          <w:b/>
        </w:rPr>
        <w:t xml:space="preserve">[04:30] </w:t>
      </w:r>
      <w:r>
        <w:t>is ka routine badal jata hai.</w:t>
      </w:r>
    </w:p>
    <w:p>
      <w:pPr>
        <w:jc w:val="right"/>
      </w:pPr>
      <w:r>
        <w:t>اس کا روٹین بدل جاتا ہے۔</w:t>
      </w:r>
    </w:p>
    <w:p>
      <w:r>
        <w:rPr>
          <w:b/>
        </w:rPr>
        <w:t xml:space="preserve">[04:35] </w:t>
      </w:r>
      <w:r>
        <w:t>zindagi mein tarah tarah ke farq pad jate hain.</w:t>
      </w:r>
    </w:p>
    <w:p>
      <w:pPr>
        <w:jc w:val="right"/>
      </w:pPr>
      <w:r>
        <w:t>زندگی میں طرح طرح کے فرق پڑ جاتے ہیں۔</w:t>
      </w:r>
    </w:p>
    <w:p>
      <w:r>
        <w:rPr>
          <w:b/>
        </w:rPr>
        <w:t xml:space="preserve">[04:40] </w:t>
      </w:r>
      <w:r>
        <w:t>normal life nahi rehti hai ramzan ke mahine mein.</w:t>
      </w:r>
    </w:p>
    <w:p>
      <w:pPr>
        <w:jc w:val="right"/>
      </w:pPr>
      <w:r>
        <w:t>نارمل لائف نہیں رہتی ہے رمضان کے مہینے میں۔</w:t>
      </w:r>
    </w:p>
    <w:p>
      <w:r>
        <w:rPr>
          <w:b/>
        </w:rPr>
        <w:t xml:space="preserve">[04:45] </w:t>
      </w:r>
      <w:r>
        <w:t>to is ki wajah se admi</w:t>
      </w:r>
    </w:p>
    <w:p>
      <w:pPr>
        <w:jc w:val="right"/>
      </w:pPr>
      <w:r>
        <w:t>تو اس کی وجہ سے آدم</w:t>
      </w:r>
    </w:p>
    <w:p>
      <w:r>
        <w:rPr>
          <w:b/>
        </w:rPr>
        <w:t xml:space="preserve">[04:50] </w:t>
      </w:r>
      <w:r>
        <w:t>bhi bazahir mushaqqat mein padta hai.</w:t>
      </w:r>
    </w:p>
    <w:p>
      <w:pPr>
        <w:jc w:val="right"/>
      </w:pPr>
      <w:r>
        <w:t>ی بظاہر مشقت میں پڑتا ہے۔</w:t>
      </w:r>
    </w:p>
    <w:p>
      <w:r>
        <w:rPr>
          <w:b/>
        </w:rPr>
        <w:t xml:space="preserve">[04:57] </w:t>
      </w:r>
      <w:r>
        <w:t>lekin jab aap yeh kahein ke bismillah rahman rahim, yeh parh kar ke jab aap rozi ki</w:t>
      </w:r>
    </w:p>
    <w:p>
      <w:pPr>
        <w:jc w:val="right"/>
      </w:pPr>
      <w:r>
        <w:t>لیکن جب آپ یہ کہیں کہ بسم اللہ الرحمن الرحیم، یہ پڑھ کر کے جب آپ روزی کی</w:t>
      </w:r>
    </w:p>
    <w:p>
      <w:r>
        <w:rPr>
          <w:b/>
        </w:rPr>
        <w:t xml:space="preserve">[05:03] </w:t>
      </w:r>
      <w:r>
        <w:t>ayaton ko parhein, to is ka matlab kya hua? is ka matlab yeh hua ke aap ne apne</w:t>
      </w:r>
    </w:p>
    <w:p>
      <w:pPr>
        <w:jc w:val="right"/>
      </w:pPr>
      <w:r>
        <w:t>آیتوں کو پڑھیں، تو اس کا مطلب کیا ہوا؟ اس کا مطلب یہ ہوا کہ آپ نے اپنے</w:t>
      </w:r>
    </w:p>
    <w:p>
      <w:r>
        <w:rPr>
          <w:b/>
        </w:rPr>
        <w:t xml:space="preserve">[05:09] </w:t>
      </w:r>
      <w:r>
        <w:t>dil mein yeh baat bithai, apne dimagh mein aap ne yeh baat zehen nasheen ki ke yeh jo</w:t>
      </w:r>
    </w:p>
    <w:p>
      <w:pPr>
        <w:jc w:val="right"/>
      </w:pPr>
      <w:r>
        <w:t>دل میں یہ بات بٹھائی، اپنے دماغ میں آپ نے یہ بات ذہن نشین کی کہ یہ جو</w:t>
      </w:r>
    </w:p>
    <w:p>
      <w:r>
        <w:rPr>
          <w:b/>
        </w:rPr>
        <w:t xml:space="preserve">[05:15] </w:t>
      </w:r>
      <w:r>
        <w:t>hukm hai, is mein rehmat hai Khuda ki.</w:t>
      </w:r>
    </w:p>
    <w:p>
      <w:pPr>
        <w:jc w:val="right"/>
      </w:pPr>
      <w:r>
        <w:t>حکم ہے، اس میں رحمت ہے خدا کی۔</w:t>
      </w:r>
    </w:p>
    <w:p>
      <w:r>
        <w:rPr>
          <w:b/>
        </w:rPr>
        <w:t xml:space="preserve">[05:21] </w:t>
      </w:r>
      <w:r>
        <w:t>koi mushaqqat nahin hai.</w:t>
      </w:r>
    </w:p>
    <w:p>
      <w:pPr>
        <w:jc w:val="right"/>
      </w:pPr>
      <w:r>
        <w:t>کوئی مشقت نہیں ہے۔</w:t>
      </w:r>
    </w:p>
    <w:p>
      <w:r>
        <w:rPr>
          <w:b/>
        </w:rPr>
        <w:t xml:space="preserve">[05:31] </w:t>
      </w:r>
      <w:r>
        <w:t>kyun? yeh jo hum roza rakhte hain, yeh kya hai? yeh aadmi ke andar aajzi paida karne ke liye hai. aajzi.</w:t>
      </w:r>
    </w:p>
    <w:p>
      <w:pPr>
        <w:jc w:val="right"/>
      </w:pPr>
      <w:r>
        <w:t>کیوں؟ یہ جو ہم روزہ رکھتے ہیں، یہ کیا ہے؟ یہ آدمی کے اندر عاجزی پیدا کرنے کے لیے ہے۔ عاجزی۔</w:t>
      </w:r>
    </w:p>
    <w:p>
      <w:r>
        <w:rPr>
          <w:b/>
        </w:rPr>
        <w:t xml:space="preserve">[05:42] </w:t>
      </w:r>
      <w:r>
        <w:t>is ka matlab yeh hota hai ke tumhari koi bhi Khuda ke muqable mein koi tumhara apna hukm nahin hai.</w:t>
      </w:r>
    </w:p>
    <w:p>
      <w:pPr>
        <w:jc w:val="right"/>
      </w:pPr>
      <w:r>
        <w:t>اس کا مطلب یہ ہوتا ہے کہ تمہاری کوئی بھی خدا کے مقابلے میں کوئی تمہارا اپنا حکم نہیں ہے۔</w:t>
      </w:r>
    </w:p>
    <w:p>
      <w:r>
        <w:rPr>
          <w:b/>
        </w:rPr>
        <w:t xml:space="preserve">[05:52] </w:t>
      </w:r>
      <w:r>
        <w:t>jo Khuda kahe, wohi mujh ko karna hai. jab aap jante boojhte aur aap ke samne pani bhi hota hai, khana bhi hota hai, woh sab sahulatain jo saal bhar aap ko mili hui hoti hain, woh Ramadan ke mahine mein bhi mili hui hoti hain. woh chhan to nahi jati. aisa nahi hai ke woh sare saman, woh s</w:t>
      </w:r>
    </w:p>
    <w:p>
      <w:pPr>
        <w:jc w:val="right"/>
      </w:pPr>
      <w:r>
        <w:t>جو خدا کہے، وہی مجھ کو کرنا ہے۔ جب آپ جانتے بوجھتے اور آپ کے سامنے پانی بھی ہوتا ہے، کھانا بھی ہوتا ہے، وہ سب سہولتیں جو سال بھر آپ کو ملی ہوئی ہوتی ہیں، وہ رمضان کے مہینے میں بھی ملی ہوئی ہوتی ہیں۔ وہ چھن تو نہیں جاتی۔ ایسا نہیں ہے کہ وہ سارے سامان، وہ س</w:t>
      </w:r>
    </w:p>
    <w:p>
      <w:r>
        <w:rPr>
          <w:b/>
        </w:rPr>
        <w:t xml:space="preserve">[06:22] </w:t>
      </w:r>
      <w:r>
        <w:t>ari sehoolatein, woh sab aap se chhin jayen rozay ke mahine mein.</w:t>
      </w:r>
    </w:p>
    <w:p>
      <w:pPr>
        <w:jc w:val="right"/>
      </w:pPr>
      <w:r>
        <w:t>اری سہولتیں، وہ سب آپ سے چھن جائیں روزے کے مہینے میں۔</w:t>
      </w:r>
    </w:p>
    <w:p>
      <w:r>
        <w:rPr>
          <w:b/>
        </w:rPr>
        <w:t xml:space="preserve">[06:26] </w:t>
      </w:r>
      <w:r>
        <w:t>woh phir bhi aap ke paas hote hain.</w:t>
      </w:r>
    </w:p>
    <w:p>
      <w:pPr>
        <w:jc w:val="right"/>
      </w:pPr>
      <w:r>
        <w:t>وہ پھر بھی آپ کے پاس ہوتے ہیں۔</w:t>
      </w:r>
    </w:p>
    <w:p>
      <w:r>
        <w:rPr>
          <w:b/>
        </w:rPr>
        <w:t xml:space="preserve">[06:30] </w:t>
      </w:r>
      <w:r>
        <w:t>lekin hote hue bhi aap is se ruk jate hain.</w:t>
      </w:r>
    </w:p>
    <w:p>
      <w:pPr>
        <w:jc w:val="right"/>
      </w:pPr>
      <w:r>
        <w:t>لیکن ہوتے ہوئے بھی آپ اس سے رک جاتے ہیں۔</w:t>
      </w:r>
    </w:p>
    <w:p>
      <w:r>
        <w:rPr>
          <w:b/>
        </w:rPr>
        <w:t xml:space="preserve">[06:33] </w:t>
      </w:r>
      <w:r>
        <w:t>is tarah se Khuda aap ko yeh sabak deta hai ke ikhtiyar sirf Khuda ka hai.</w:t>
      </w:r>
    </w:p>
    <w:p>
      <w:pPr>
        <w:jc w:val="right"/>
      </w:pPr>
      <w:r>
        <w:t>اس طرح سے خدا آپ کو یہ سبق دیتا ہے کہ اختیار صرف خدا کا ہے۔</w:t>
      </w:r>
    </w:p>
    <w:p>
      <w:r>
        <w:rPr>
          <w:b/>
        </w:rPr>
        <w:t xml:space="preserve">[06:37] </w:t>
      </w:r>
      <w:r>
        <w:t>tumhara nahin hai.</w:t>
      </w:r>
    </w:p>
    <w:p>
      <w:pPr>
        <w:jc w:val="right"/>
      </w:pPr>
      <w:r>
        <w:t>تمہارا نہیں ہے۔</w:t>
      </w:r>
    </w:p>
    <w:p>
      <w:r>
        <w:rPr>
          <w:b/>
        </w:rPr>
        <w:t xml:space="preserve">[06:41] </w:t>
      </w:r>
      <w:r>
        <w:t>badai sirf Khuda ki hai.</w:t>
      </w:r>
    </w:p>
    <w:p>
      <w:pPr>
        <w:jc w:val="right"/>
      </w:pPr>
      <w:r>
        <w:t>بڑائی صرف خدا کی ہے۔</w:t>
      </w:r>
    </w:p>
    <w:p>
      <w:r>
        <w:rPr>
          <w:b/>
        </w:rPr>
        <w:t xml:space="preserve">[06:45] </w:t>
      </w:r>
      <w:r>
        <w:t>woh tumhari nahin hai.</w:t>
      </w:r>
    </w:p>
    <w:p>
      <w:pPr>
        <w:jc w:val="right"/>
      </w:pPr>
      <w:r>
        <w:t>وہ تمہاری نہیں ہے۔</w:t>
      </w:r>
    </w:p>
    <w:p>
      <w:r>
        <w:rPr>
          <w:b/>
        </w:rPr>
        <w:t xml:space="preserve">[06:48] </w:t>
      </w:r>
      <w:r>
        <w:t>jab hum namaz mein kehte hain bar bar, har din kai so bar n</w:t>
      </w:r>
    </w:p>
    <w:p>
      <w:pPr>
        <w:jc w:val="right"/>
      </w:pPr>
      <w:r>
        <w:t>جب ہم نماز میں کہتے ہیں بار بار، ہر دن کئی سو بار ن</w:t>
      </w:r>
    </w:p>
    <w:p>
      <w:r>
        <w:rPr>
          <w:b/>
        </w:rPr>
        <w:t xml:space="preserve">[06:52] </w:t>
      </w:r>
      <w:r>
        <w:t>amaz aur azan mein kaha jata hai: Allahu Akbar.</w:t>
      </w:r>
    </w:p>
    <w:p>
      <w:pPr>
        <w:jc w:val="right"/>
      </w:pPr>
      <w:r>
        <w:t>ماز اور اذان میں کہا جاتا ہے: اللہ اکبر۔</w:t>
      </w:r>
    </w:p>
    <w:p>
      <w:r>
        <w:rPr>
          <w:b/>
        </w:rPr>
        <w:t xml:space="preserve">[06:56] </w:t>
      </w:r>
      <w:r>
        <w:t>yani Khuda bada hai.</w:t>
      </w:r>
    </w:p>
    <w:p>
      <w:pPr>
        <w:jc w:val="right"/>
      </w:pPr>
      <w:r>
        <w:t>یعنی خدا بڑا ہے۔</w:t>
      </w:r>
    </w:p>
    <w:p>
      <w:r>
        <w:rPr>
          <w:b/>
        </w:rPr>
        <w:t xml:space="preserve">[07:00] </w:t>
      </w:r>
      <w:r>
        <w:t>Khuda bada hai mein yeh baat chhipi hui hai ke insan chhota hai.</w:t>
      </w:r>
    </w:p>
    <w:p>
      <w:pPr>
        <w:jc w:val="right"/>
      </w:pPr>
      <w:r>
        <w:t>خدا بڑا ہے میں یہ بات چھپی ہوئی ہے کہ انسان چھوٹا ہے۔</w:t>
      </w:r>
    </w:p>
    <w:p>
      <w:r>
        <w:rPr>
          <w:b/>
        </w:rPr>
        <w:t xml:space="preserve">[07:03] </w:t>
      </w:r>
      <w:r>
        <w:t>God is great and I am not great.</w:t>
      </w:r>
    </w:p>
    <w:p>
      <w:pPr>
        <w:jc w:val="right"/>
      </w:pPr>
      <w:r>
        <w:t>God is great and I am not great۔</w:t>
      </w:r>
    </w:p>
    <w:p>
      <w:r>
        <w:rPr>
          <w:b/>
        </w:rPr>
        <w:t xml:space="preserve">[07:07] </w:t>
      </w:r>
      <w:r>
        <w:t>to yeh hai aajzi ka sabak.</w:t>
      </w:r>
    </w:p>
    <w:p>
      <w:pPr>
        <w:jc w:val="right"/>
      </w:pPr>
      <w:r>
        <w:t>تو یہ ہے عاجزی کا سبق۔</w:t>
      </w:r>
    </w:p>
    <w:p>
      <w:r>
        <w:rPr>
          <w:b/>
        </w:rPr>
        <w:t xml:space="preserve">[07:11] </w:t>
      </w:r>
      <w:r>
        <w:t>is aajzi ke sabak ko hum yahan tak le aate hain.</w:t>
      </w:r>
    </w:p>
    <w:p>
      <w:pPr>
        <w:jc w:val="right"/>
      </w:pPr>
      <w:r>
        <w:t>اس عاجزی کے سبق کو ہم یہاں تک لے آتے ہیں۔</w:t>
      </w:r>
    </w:p>
    <w:p>
      <w:r>
        <w:rPr>
          <w:b/>
        </w:rPr>
        <w:t xml:space="preserve">[07:15] </w:t>
      </w:r>
      <w:r>
        <w:t>yani Allahu Akbar to aap sirf zaban se bolte hain.</w:t>
      </w:r>
    </w:p>
    <w:p>
      <w:pPr>
        <w:jc w:val="right"/>
      </w:pPr>
      <w:r>
        <w:t>یعنی اللہ اکبر تو آپ صرف زبان سے بولتے ہیں۔</w:t>
      </w:r>
    </w:p>
    <w:p>
      <w:r>
        <w:rPr>
          <w:b/>
        </w:rPr>
        <w:t xml:space="preserve">[07:18] </w:t>
      </w:r>
      <w:r>
        <w:t>zaban se kehte hain ke mein Khuda ke</w:t>
      </w:r>
    </w:p>
    <w:p>
      <w:pPr>
        <w:jc w:val="right"/>
      </w:pPr>
      <w:r>
        <w:t>زبان سے کہتے ہیں کہ میں خدا کے</w:t>
      </w:r>
    </w:p>
    <w:p>
      <w:r>
        <w:rPr>
          <w:b/>
        </w:rPr>
        <w:t xml:space="preserve">[07:22] </w:t>
      </w:r>
      <w:r>
        <w:t>muqable mein hoon.</w:t>
      </w:r>
    </w:p>
    <w:p>
      <w:pPr>
        <w:jc w:val="right"/>
      </w:pPr>
      <w:r>
        <w:t>مقابلے میں ہوں۔</w:t>
      </w:r>
    </w:p>
    <w:p>
      <w:r>
        <w:rPr>
          <w:b/>
        </w:rPr>
        <w:t xml:space="preserve">[07:27] </w:t>
      </w:r>
      <w:r>
        <w:t>I am not great.</w:t>
      </w:r>
    </w:p>
    <w:p>
      <w:pPr>
        <w:jc w:val="right"/>
      </w:pPr>
      <w:r>
        <w:t>I am not great۔</w:t>
      </w:r>
    </w:p>
    <w:p>
      <w:r>
        <w:rPr>
          <w:b/>
        </w:rPr>
        <w:t xml:space="preserve">[07:31] </w:t>
      </w:r>
      <w:r>
        <w:t>lekin roze mein aap amal se bolte hain is baat ko.</w:t>
      </w:r>
    </w:p>
    <w:p>
      <w:pPr>
        <w:jc w:val="right"/>
      </w:pPr>
      <w:r>
        <w:t>لیکن روزے میں آپ عمل سے بولتے ہیں اس بات کو۔</w:t>
      </w:r>
    </w:p>
    <w:p>
      <w:r>
        <w:rPr>
          <w:b/>
        </w:rPr>
        <w:t xml:space="preserve">[07:35] </w:t>
      </w:r>
      <w:r>
        <w:t>amal se kehte hain.</w:t>
      </w:r>
    </w:p>
    <w:p>
      <w:pPr>
        <w:jc w:val="right"/>
      </w:pPr>
      <w:r>
        <w:t>عمل سے کہتے ہیں۔</w:t>
      </w:r>
    </w:p>
    <w:p>
      <w:r>
        <w:rPr>
          <w:b/>
        </w:rPr>
        <w:t xml:space="preserve">[07:39] </w:t>
      </w:r>
      <w:r>
        <w:t>apni bilkul hi jo yani buniyadi zarooriyat hain, un ko chhod kar amal ki zaban mein wahi baat</w:t>
      </w:r>
    </w:p>
    <w:p>
      <w:pPr>
        <w:jc w:val="right"/>
      </w:pPr>
      <w:r>
        <w:t>اپنی بالکل ہی جو یعنی بنیادی ضروریات ہیں، ان کو چھوڑ کر عمل کی زبان میں وہی بات</w:t>
      </w:r>
    </w:p>
    <w:p>
      <w:r>
        <w:rPr>
          <w:b/>
        </w:rPr>
        <w:t xml:space="preserve">[07:44] </w:t>
      </w:r>
      <w:r>
        <w:t>bolte hain jo aap jo aap Allah o Akbar ki shakal mein keh chuke the ke khuda ya tu hi bara hai.</w:t>
      </w:r>
    </w:p>
    <w:p>
      <w:pPr>
        <w:jc w:val="right"/>
      </w:pPr>
      <w:r>
        <w:t>بولتے ہیں جو آپ جو آپ اللہ اکبر کی شکل میں کہہ چکے تھے کہ خدایا تو ہی بڑا ہے۔</w:t>
      </w:r>
    </w:p>
    <w:p>
      <w:r>
        <w:rPr>
          <w:b/>
        </w:rPr>
        <w:t xml:space="preserve">[07:48] </w:t>
      </w:r>
      <w:r>
        <w:t>jo tera huk</w:t>
      </w:r>
    </w:p>
    <w:p>
      <w:pPr>
        <w:jc w:val="right"/>
      </w:pPr>
      <w:r>
        <w:t>جو تیرا حک</w:t>
      </w:r>
    </w:p>
    <w:p>
      <w:r>
        <w:rPr>
          <w:b/>
        </w:rPr>
        <w:t xml:space="preserve">[07:52] </w:t>
      </w:r>
      <w:r>
        <w:t>m hai, wahi mein follow karunga.</w:t>
      </w:r>
    </w:p>
    <w:p>
      <w:pPr>
        <w:jc w:val="right"/>
      </w:pPr>
      <w:r>
        <w:t>م ہے، وہی میں فالو کروں گا۔</w:t>
      </w:r>
    </w:p>
    <w:p>
      <w:r>
        <w:rPr>
          <w:b/>
        </w:rPr>
        <w:t xml:space="preserve">[07:57] </w:t>
      </w:r>
      <w:r>
        <w:t>yeh hai aajzi.</w:t>
      </w:r>
    </w:p>
    <w:p>
      <w:pPr>
        <w:jc w:val="right"/>
      </w:pPr>
      <w:r>
        <w:t>یہ ہے عاجزی۔</w:t>
      </w:r>
    </w:p>
    <w:p>
      <w:r>
        <w:rPr>
          <w:b/>
        </w:rPr>
        <w:t xml:space="preserve">[08:01] </w:t>
      </w:r>
      <w:r>
        <w:t>to roza jo hai, aajzi ka sabak hai.</w:t>
      </w:r>
    </w:p>
    <w:p>
      <w:pPr>
        <w:jc w:val="right"/>
      </w:pPr>
      <w:r>
        <w:t>تو روزہ جو ہے، عاجزی کا سبق ہے۔</w:t>
      </w:r>
    </w:p>
    <w:p>
      <w:r>
        <w:rPr>
          <w:b/>
        </w:rPr>
        <w:t xml:space="preserve">[08:06] </w:t>
      </w:r>
      <w:r>
        <w:t>is liye mein keh raha hoon ke bismillah-ir-rehman-ir-rahim keh ke jab is ko padhte hain</w:t>
      </w:r>
    </w:p>
    <w:p>
      <w:pPr>
        <w:jc w:val="right"/>
      </w:pPr>
      <w:r>
        <w:t>اس لیے میں کہہ رہا ہوں کہ بسم اللہ الرحمن الرحیم کہہ کے جب اس کو پڑھتے ہیں</w:t>
      </w:r>
    </w:p>
    <w:p>
      <w:r>
        <w:rPr>
          <w:b/>
        </w:rPr>
        <w:t xml:space="preserve">[08:10] </w:t>
      </w:r>
      <w:r>
        <w:t>aap, to aap apne zehan mein yeh bithate hain ke agarche bazahir roza ek mashaqqat ki cheez hai,</w:t>
      </w:r>
    </w:p>
    <w:p>
      <w:pPr>
        <w:jc w:val="right"/>
      </w:pPr>
      <w:r>
        <w:t>آپ، تو آپ اپنے ذہن میں یہ بٹھاتے ہیں کہ اگرچہ بظاہر روزہ ایک مشقت کی چیز ہے،</w:t>
      </w:r>
    </w:p>
    <w:p>
      <w:r>
        <w:rPr>
          <w:b/>
        </w:rPr>
        <w:t xml:space="preserve">[08:15] </w:t>
      </w:r>
      <w:r>
        <w:t>lekin is mein rehmat hai.</w:t>
      </w:r>
    </w:p>
    <w:p>
      <w:pPr>
        <w:jc w:val="right"/>
      </w:pPr>
      <w:r>
        <w:t>لیکن اس میں رحمت ہے۔</w:t>
      </w:r>
    </w:p>
    <w:p>
      <w:r>
        <w:rPr>
          <w:b/>
        </w:rPr>
        <w:t xml:space="preserve">[08:19] </w:t>
      </w:r>
      <w:r>
        <w:t>kyun ke roze ke zariye mere andar</w:t>
      </w:r>
    </w:p>
    <w:p>
      <w:pPr>
        <w:jc w:val="right"/>
      </w:pPr>
      <w:r>
        <w:t>کیونکہ روزے کے ذریعے میرے اندر</w:t>
      </w:r>
    </w:p>
    <w:p>
      <w:r>
        <w:rPr>
          <w:b/>
        </w:rPr>
        <w:t xml:space="preserve">[08:24] </w:t>
      </w:r>
      <w:r>
        <w:t>jo cheez paida hoti hai, woh to bohat bari qeemti cheez hai.</w:t>
      </w:r>
    </w:p>
    <w:p>
      <w:pPr>
        <w:jc w:val="right"/>
      </w:pPr>
      <w:r>
        <w:t>جو چیز پیدا ہوتی ہے، وہ تو بہت بڑی قیمتی چیز ہے۔</w:t>
      </w:r>
    </w:p>
    <w:p>
      <w:r>
        <w:rPr>
          <w:b/>
        </w:rPr>
        <w:t xml:space="preserve">[08:30] </w:t>
      </w:r>
      <w:r>
        <w:t>woh hai aajzi.</w:t>
      </w:r>
    </w:p>
    <w:p>
      <w:pPr>
        <w:jc w:val="right"/>
      </w:pPr>
      <w:r>
        <w:t>وہ ہے عاجزی۔</w:t>
      </w:r>
    </w:p>
    <w:p>
      <w:r>
        <w:rPr>
          <w:b/>
        </w:rPr>
        <w:t xml:space="preserve">[08:36] </w:t>
      </w:r>
      <w:r>
        <w:t>kyun ke aap jante hain ke aajzi ke baghair insan ko is dunya mein bhi koi taraqqi nahi mil sakti.</w:t>
      </w:r>
    </w:p>
    <w:p>
      <w:pPr>
        <w:jc w:val="right"/>
      </w:pPr>
      <w:r>
        <w:t>کیونکہ آپ جانتے ہیں کہ عاجزی کے بغیر انسان کو اس دنیا میں بھی کوئی ترقی نہیں مل سکتی۔</w:t>
      </w:r>
    </w:p>
    <w:p>
      <w:r>
        <w:rPr>
          <w:b/>
        </w:rPr>
        <w:t xml:space="preserve">[08:42] </w:t>
      </w:r>
      <w:r>
        <w:t>aur aajzi ke baghair insan ko jannat mein dakhla nahi mil sakta.</w:t>
      </w:r>
    </w:p>
    <w:p>
      <w:pPr>
        <w:jc w:val="right"/>
      </w:pPr>
      <w:r>
        <w:t>اور عاجزی کے بغیر انسان کو جنت میں داخلہ نہیں مل سکتا۔</w:t>
      </w:r>
    </w:p>
    <w:p>
      <w:r>
        <w:rPr>
          <w:b/>
        </w:rPr>
        <w:t xml:space="preserve">[08:48] </w:t>
      </w:r>
      <w:r>
        <w:t>jis aadmi ke andar aajzi na ho, woh na to dunya mein koi bari cheez hasil kar</w:t>
      </w:r>
    </w:p>
    <w:p>
      <w:pPr>
        <w:jc w:val="right"/>
      </w:pPr>
      <w:r>
        <w:t>جس آدمی کے اندر عاجزی نہ ہو، وہ نہ تو دنیا میں کوئی بڑی چیز حاصل کر</w:t>
      </w:r>
    </w:p>
    <w:p>
      <w:r>
        <w:rPr>
          <w:b/>
        </w:rPr>
        <w:t xml:space="preserve">[08:54] </w:t>
      </w:r>
      <w:r>
        <w:t>payega aur na aakhirat mein is ko koi bari cheez milne wali hai.</w:t>
      </w:r>
    </w:p>
    <w:p>
      <w:pPr>
        <w:jc w:val="right"/>
      </w:pPr>
      <w:r>
        <w:t>پائے گا اور نہ آخرت میں اس کو کوئی بڑی چیز ملنے والی ہے۔</w:t>
      </w:r>
    </w:p>
    <w:p>
      <w:r>
        <w:rPr>
          <w:b/>
        </w:rPr>
        <w:t xml:space="preserve">[09:00] </w:t>
      </w:r>
      <w:r>
        <w:t>تو عاجزی is the greatest blessing.</w:t>
      </w:r>
    </w:p>
    <w:p>
      <w:pPr>
        <w:jc w:val="right"/>
      </w:pPr>
      <w:r>
        <w:t>تو عاجزی is the greatest blessing۔</w:t>
      </w:r>
    </w:p>
    <w:p>
      <w:r>
        <w:rPr>
          <w:b/>
        </w:rPr>
        <w:t xml:space="preserve">[09:06] </w:t>
      </w:r>
      <w:r>
        <w:t>to jo roza aap ko, jo roza aap ke andar itni bari qeemti cheez paida kare, jis ko</w:t>
      </w:r>
    </w:p>
    <w:p>
      <w:pPr>
        <w:jc w:val="right"/>
      </w:pPr>
      <w:r>
        <w:t>تو جو روزہ آپ کو، جو روزہ آپ کے اندر اتنی بڑی قیمتی چیز پیدا کرے، جس کو</w:t>
      </w:r>
    </w:p>
    <w:p>
      <w:r>
        <w:rPr>
          <w:b/>
        </w:rPr>
        <w:t xml:space="preserve">[09:12] </w:t>
      </w:r>
      <w:r>
        <w:t>aajzi kehte hain, aajzi har ek kaam ke liye zaroori hai.</w:t>
      </w:r>
    </w:p>
    <w:p>
      <w:pPr>
        <w:jc w:val="right"/>
      </w:pPr>
      <w:r>
        <w:t>عاجزی کہتے ہیں، عاجزی ہر ایک کام کے لیے ضروری ہے۔</w:t>
      </w:r>
    </w:p>
    <w:p>
      <w:r>
        <w:rPr>
          <w:b/>
        </w:rPr>
        <w:t xml:space="preserve">[09:18] </w:t>
      </w:r>
      <w:r>
        <w:t>aap dekhiye, ek taajir jo hai, taajir kya kehta hai</w:t>
      </w:r>
    </w:p>
    <w:p>
      <w:pPr>
        <w:jc w:val="right"/>
      </w:pPr>
      <w:r>
        <w:t>آپ دیکھیے، ایک تاجر جو ہے، تاجر کیا کہتا ہے</w:t>
      </w:r>
    </w:p>
    <w:p>
      <w:r>
        <w:rPr>
          <w:b/>
        </w:rPr>
        <w:t xml:space="preserve">[09:24] </w:t>
      </w:r>
      <w:r>
        <w:t>?</w:t>
      </w:r>
    </w:p>
    <w:p>
      <w:pPr>
        <w:jc w:val="right"/>
      </w:pPr>
      <w:r>
        <w:t>؟ Customer is alwaysright۔</w:t>
      </w:r>
    </w:p>
    <w:p>
      <w:r>
        <w:rPr>
          <w:b/>
        </w:rPr>
        <w:t xml:space="preserve">[09:28] </w:t>
      </w:r>
      <w:r>
        <w:t>customer ke muqable mein woh apne ko aajzi ki position mein le aata hai.</w:t>
      </w:r>
    </w:p>
    <w:p>
      <w:pPr>
        <w:jc w:val="right"/>
      </w:pPr>
      <w:r>
        <w:t>Customer کے مقابلے میں وہ اپنے کو عاجزی کی پوزیشن میں لے آتا ہے۔</w:t>
      </w:r>
    </w:p>
    <w:p>
      <w:r>
        <w:rPr>
          <w:b/>
        </w:rPr>
        <w:t xml:space="preserve">[09:33] </w:t>
      </w:r>
      <w:r>
        <w:t>jab taajir yeh kehta hai: customer is always right, to kya hua matlab is ka? customer ke muqable mein</w:t>
      </w:r>
    </w:p>
    <w:p>
      <w:pPr>
        <w:jc w:val="right"/>
      </w:pPr>
      <w:r>
        <w:t>جب تاجر یہ کہتا ہے: Customer is alwaysright، تو کیا ہوا مطلب اس کا؟ Customer کے مقابلے میں</w:t>
      </w:r>
    </w:p>
    <w:p>
      <w:r>
        <w:rPr>
          <w:b/>
        </w:rPr>
        <w:t xml:space="preserve">[09:37] </w:t>
      </w:r>
      <w:r>
        <w:t>apne ko le gaya aajzi ki position mein.</w:t>
      </w:r>
    </w:p>
    <w:p>
      <w:pPr>
        <w:jc w:val="right"/>
      </w:pPr>
      <w:r>
        <w:t>اپنے کو لے گیا عاجزی کی پوزیشن میں۔</w:t>
      </w:r>
    </w:p>
    <w:p>
      <w:r>
        <w:rPr>
          <w:b/>
        </w:rPr>
        <w:t xml:space="preserve">[09:42] </w:t>
      </w:r>
      <w:r>
        <w:t>tab ja kar is ko tijarti taraqqi mili.</w:t>
      </w:r>
    </w:p>
    <w:p>
      <w:pPr>
        <w:jc w:val="right"/>
      </w:pPr>
      <w:r>
        <w:t>تب جا کر اس کو تجارتی ترقی ملی۔</w:t>
      </w:r>
    </w:p>
    <w:p>
      <w:r>
        <w:rPr>
          <w:b/>
        </w:rPr>
        <w:t xml:space="preserve">[09:46] </w:t>
      </w:r>
      <w:r>
        <w:t>aisi aik company mein aap jatay hain, wahan aap job kartay hain, wahan bhi aap kehtay hain ke</w:t>
      </w:r>
    </w:p>
    <w:p>
      <w:pPr>
        <w:jc w:val="right"/>
      </w:pPr>
      <w:r>
        <w:t>ایسی ایک کمپنی میں آپ جاتے ہیں، وہاں آپ جاب کرتے ہیں، وہاں بھی آپ کہتے ہیں کہ</w:t>
      </w:r>
    </w:p>
    <w:p>
      <w:r>
        <w:rPr>
          <w:b/>
        </w:rPr>
        <w:t xml:space="preserve">[09:50] </w:t>
      </w:r>
      <w:r>
        <w:t>Boss is alwaysright.</w:t>
      </w:r>
    </w:p>
    <w:p>
      <w:pPr>
        <w:jc w:val="right"/>
      </w:pPr>
      <w:r>
        <w:t>Boss is alwaysright۔</w:t>
      </w:r>
    </w:p>
    <w:p>
      <w:r>
        <w:rPr>
          <w:b/>
        </w:rPr>
        <w:t xml:space="preserve">[09:55] </w:t>
      </w:r>
      <w:r>
        <w:t>to boss ke muqable mein aap apne ko azizi ki position mein le gaye. warna aap ko company mein jagah nahi milegi. to yeh itni bari cheez hai azizi, aur roze ke zariye woh aap ke andar paida ki jati hai. to zahir hai ke tumhari rehmat hi rehmat hai. is se bari rehmat aur kya ho sakti hai? to is surah ka aghaz doosri suraton ki tarah b</w:t>
      </w:r>
    </w:p>
    <w:p>
      <w:pPr>
        <w:jc w:val="right"/>
      </w:pPr>
      <w:r>
        <w:t>تو Boss کے مقابلے میں آپ اپنے کو عاجزی کی پوزیشن میں لے گئے۔ ورنہ آپ کو کمپنی میں جگہ نہیں ملے گی۔ تو یہ اتنی بڑی چیز ہے عاجزی، اور روزے کے ذریعے وہ آپ کے اندر پیدا کی جاتی ہے۔ تو ظاہر ہے کہ تمہاری رحمت ہی رحمت ہے۔ اس سے بڑی رحمت اور کیا ہو سکتی ہے؟ تو اس سورۃ کا آغاز دوسری سورتوں کی طرح ب</w:t>
      </w:r>
    </w:p>
    <w:p>
      <w:r>
        <w:rPr>
          <w:b/>
        </w:rPr>
        <w:t xml:space="preserve">[10:25] </w:t>
      </w:r>
      <w:r>
        <w:t>Bismillah Rehman ur Rahim se hota hai.</w:t>
      </w:r>
    </w:p>
    <w:p>
      <w:pPr>
        <w:jc w:val="right"/>
      </w:pPr>
      <w:r>
        <w:t>سم اللہ الرحمن الرحیم سے ہوتا ہے۔</w:t>
      </w:r>
    </w:p>
    <w:p>
      <w:r>
        <w:rPr>
          <w:b/>
        </w:rPr>
        <w:t xml:space="preserve">[10:31] </w:t>
      </w:r>
      <w:r>
        <w:t>goya ke aap apnay zehn mein ya apnay ko yaad dilatay hain ke yeh surah, yeh quran, yeh</w:t>
      </w:r>
    </w:p>
    <w:p>
      <w:pPr>
        <w:jc w:val="right"/>
      </w:pPr>
      <w:r>
        <w:t>گویا کہ آپ اپنے ذہن میں یا اپنے کو یاد دلاتے ہیں کہ یہ سورۃ، یہ قرآن، یہ</w:t>
      </w:r>
    </w:p>
    <w:p>
      <w:r>
        <w:rPr>
          <w:b/>
        </w:rPr>
        <w:t xml:space="preserve">[10:37] </w:t>
      </w:r>
      <w:r>
        <w:t>khuda ki ayaten, sab ki sab rehmat hain mere liye, blessing hain mere liye.</w:t>
      </w:r>
    </w:p>
    <w:p>
      <w:pPr>
        <w:jc w:val="right"/>
      </w:pPr>
      <w:r>
        <w:t>خدا کی آیتیں، سب کی سب رحمت ہیں میرے لیے، blessing ہیں میرے لیے۔</w:t>
      </w:r>
    </w:p>
    <w:p>
      <w:r>
        <w:rPr>
          <w:b/>
        </w:rPr>
        <w:t xml:space="preserve">[10:43] </w:t>
      </w:r>
      <w:r>
        <w:t>pehli baat yeh aap ne yaad ki apnay dil mein.</w:t>
      </w:r>
    </w:p>
    <w:p>
      <w:pPr>
        <w:jc w:val="right"/>
      </w:pPr>
      <w:r>
        <w:t>پہلی بات یہ آپ نے یاد کی اپنے دل میں۔</w:t>
      </w:r>
    </w:p>
    <w:p>
      <w:r>
        <w:rPr>
          <w:b/>
        </w:rPr>
        <w:t xml:space="preserve">[10:49] </w:t>
      </w:r>
      <w:r>
        <w:t>phir dekhiye, pehli jo ayat hai: Inna anzalnahu fi laylatil qadr.</w:t>
      </w:r>
    </w:p>
    <w:p>
      <w:pPr>
        <w:jc w:val="right"/>
      </w:pPr>
      <w:r>
        <w:t>پھر دیکھیے، پہلی جو آیت ہے: إنا أنزلناه فی لیلۃ القدر۔</w:t>
      </w:r>
    </w:p>
    <w:p>
      <w:r>
        <w:rPr>
          <w:b/>
        </w:rPr>
        <w:t xml:space="preserve">[10:55] </w:t>
      </w:r>
      <w:r>
        <w:t>hum ne utara is ko laylatul qadr mein.</w:t>
      </w:r>
    </w:p>
    <w:p>
      <w:pPr>
        <w:jc w:val="right"/>
      </w:pPr>
      <w:r>
        <w:t>ہم نے اتارا اس کو لیلۃ القدر میں۔</w:t>
      </w:r>
    </w:p>
    <w:p>
      <w:r>
        <w:rPr>
          <w:b/>
        </w:rPr>
        <w:t xml:space="preserve">[11:00] </w:t>
      </w:r>
      <w:r>
        <w:t>is mein pehli baat kya hai? Inna anzalnahu.</w:t>
      </w:r>
    </w:p>
    <w:p>
      <w:pPr>
        <w:jc w:val="right"/>
      </w:pPr>
      <w:r>
        <w:t>اس میں پہلی بات کیا ہے؟ إنا أنزلناه۔</w:t>
      </w:r>
    </w:p>
    <w:p>
      <w:r>
        <w:rPr>
          <w:b/>
        </w:rPr>
        <w:t xml:space="preserve">[11:04] </w:t>
      </w:r>
      <w:r>
        <w:t>yani quran ko utara hum ne, yani khuda ne.</w:t>
      </w:r>
    </w:p>
    <w:p>
      <w:pPr>
        <w:jc w:val="right"/>
      </w:pPr>
      <w:r>
        <w:t>یعنی قرآن کو اتارا ہم نے، یعنی خدا نے۔</w:t>
      </w:r>
    </w:p>
    <w:p>
      <w:r>
        <w:rPr>
          <w:b/>
        </w:rPr>
        <w:t xml:space="preserve">[11:08] </w:t>
      </w:r>
      <w:r>
        <w:t>yeh koi saada baat nahi hai.</w:t>
      </w:r>
    </w:p>
    <w:p>
      <w:pPr>
        <w:jc w:val="right"/>
      </w:pPr>
      <w:r>
        <w:t>یہ کوئی سادہ بات نہیں ہے۔</w:t>
      </w:r>
    </w:p>
    <w:p>
      <w:r>
        <w:rPr>
          <w:b/>
        </w:rPr>
        <w:t xml:space="preserve">[11:13] </w:t>
      </w:r>
      <w:r>
        <w:t>is ka matlab hai ke This book is revealed by God.</w:t>
      </w:r>
    </w:p>
    <w:p>
      <w:pPr>
        <w:jc w:val="right"/>
      </w:pPr>
      <w:r>
        <w:t>اس کا مطلب ہے کہ This book is revealed by God۔</w:t>
      </w:r>
    </w:p>
    <w:p>
      <w:r>
        <w:rPr>
          <w:b/>
        </w:rPr>
        <w:t xml:space="preserve">[11:17] </w:t>
      </w:r>
      <w:r>
        <w:t>This book is revealed by God.</w:t>
      </w:r>
    </w:p>
    <w:p>
      <w:pPr>
        <w:jc w:val="right"/>
      </w:pPr>
      <w:r>
        <w:t>This book is revealed by God۔</w:t>
      </w:r>
    </w:p>
    <w:p>
      <w:r>
        <w:rPr>
          <w:b/>
        </w:rPr>
        <w:t xml:space="preserve">[11:21] </w:t>
      </w:r>
      <w:r>
        <w:t>aap dekhiye, dunya ki kisi kitab mein aap yeh jumla nahi paingay. Kisi</w:t>
      </w:r>
    </w:p>
    <w:p>
      <w:pPr>
        <w:jc w:val="right"/>
      </w:pPr>
      <w:r>
        <w:t>آپ دیکھیے، دنیا کی کسی کتاب میں آپ یہ جملہ نہیں پائیں گے۔ کسی</w:t>
      </w:r>
    </w:p>
    <w:p>
      <w:r>
        <w:rPr>
          <w:b/>
        </w:rPr>
        <w:t xml:space="preserve">[11:26] </w:t>
      </w:r>
      <w:r>
        <w:t>bhi kitab mein nahi.</w:t>
      </w:r>
    </w:p>
    <w:p>
      <w:pPr>
        <w:jc w:val="right"/>
      </w:pPr>
      <w:r>
        <w:t>بھی کتاب میں نہیں۔</w:t>
      </w:r>
    </w:p>
    <w:p>
      <w:r>
        <w:rPr>
          <w:b/>
        </w:rPr>
        <w:t xml:space="preserve">[11:29] </w:t>
      </w:r>
      <w:r>
        <w:t>yeh kitab jo hai, khuda ki taraf se utri hai.</w:t>
      </w:r>
    </w:p>
    <w:p>
      <w:pPr>
        <w:jc w:val="right"/>
      </w:pPr>
      <w:r>
        <w:t>یہ کتاب جو ہے، خدا کی طرف سے اتری ہے۔</w:t>
      </w:r>
    </w:p>
    <w:p>
      <w:r>
        <w:rPr>
          <w:b/>
        </w:rPr>
        <w:t xml:space="preserve">[11:33] </w:t>
      </w:r>
      <w:r>
        <w:t>yeh kitab khuda ki kitab hai.</w:t>
      </w:r>
    </w:p>
    <w:p>
      <w:pPr>
        <w:jc w:val="right"/>
      </w:pPr>
      <w:r>
        <w:t>یہ کتاب خدا کی کتاب ہے۔</w:t>
      </w:r>
    </w:p>
    <w:p>
      <w:r>
        <w:rPr>
          <w:b/>
        </w:rPr>
        <w:t xml:space="preserve">[11:37] </w:t>
      </w:r>
      <w:r>
        <w:t>yeh anokha ailaan hai jo quran mein aap dekhtay hain.</w:t>
      </w:r>
    </w:p>
    <w:p>
      <w:pPr>
        <w:jc w:val="right"/>
      </w:pPr>
      <w:r>
        <w:t>یہ انوکھا اعلان ہے جو قرآن میں آپ دیکھتے ہیں۔</w:t>
      </w:r>
    </w:p>
    <w:p>
      <w:r>
        <w:rPr>
          <w:b/>
        </w:rPr>
        <w:t xml:space="preserve">[11:41] </w:t>
      </w:r>
      <w:r>
        <w:t>aisa ailaan jo istithna ho.</w:t>
      </w:r>
    </w:p>
    <w:p>
      <w:pPr>
        <w:jc w:val="right"/>
      </w:pPr>
      <w:r>
        <w:t>ایسا اعلان جو استثنا ہو۔</w:t>
      </w:r>
    </w:p>
    <w:p>
      <w:r>
        <w:rPr>
          <w:b/>
        </w:rPr>
        <w:t xml:space="preserve">[11:45] </w:t>
      </w:r>
      <w:r>
        <w:t>dekhiye, istithna apnay aap mein aik daleel hota hai.</w:t>
      </w:r>
    </w:p>
    <w:p>
      <w:pPr>
        <w:jc w:val="right"/>
      </w:pPr>
      <w:r>
        <w:t>دیکھیے، استثنا اپنے آپ میں ایک دلیل ہوتا ہے۔</w:t>
      </w:r>
    </w:p>
    <w:p>
      <w:r>
        <w:rPr>
          <w:b/>
        </w:rPr>
        <w:t xml:space="preserve">[11:48] </w:t>
      </w:r>
      <w:r>
        <w:t>istithna apnay aap mein daleel hota hai.</w:t>
      </w:r>
    </w:p>
    <w:p>
      <w:pPr>
        <w:jc w:val="right"/>
      </w:pPr>
      <w:r>
        <w:t>استثنا اپنے آپ میں دلیل ہوتا ہے۔</w:t>
      </w:r>
    </w:p>
    <w:p>
      <w:r>
        <w:rPr>
          <w:b/>
        </w:rPr>
        <w:t xml:space="preserve">[11:52] </w:t>
      </w:r>
      <w:r>
        <w:t>jab sirf aik hi kitab aisi hai</w:t>
      </w:r>
    </w:p>
    <w:p>
      <w:pPr>
        <w:jc w:val="right"/>
      </w:pPr>
      <w:r>
        <w:t>جب صرف ایک ہی کتاب ایسی ہے</w:t>
      </w:r>
    </w:p>
    <w:p>
      <w:r>
        <w:rPr>
          <w:b/>
        </w:rPr>
        <w:t xml:space="preserve">[11:56] </w:t>
      </w:r>
      <w:r>
        <w:t>dunya mein, jo yeh keh rahi hai ke yeh kitab khuda ki taraf se aai hai, yeh word</w:t>
      </w:r>
    </w:p>
    <w:p>
      <w:pPr>
        <w:jc w:val="right"/>
      </w:pPr>
      <w:r>
        <w:t>دنیا میں، جو یہ کہہ رہی ہے کہ یہ کتاب خدا کی طرف سے آئی ہے، یہ word</w:t>
      </w:r>
    </w:p>
    <w:p>
      <w:r>
        <w:rPr>
          <w:b/>
        </w:rPr>
        <w:t xml:space="preserve">[12:02] </w:t>
      </w:r>
      <w:r>
        <w:t>of God hai, to yeh is ka yeh kehna hi apnay aap mein daleel hai.</w:t>
      </w:r>
    </w:p>
    <w:p>
      <w:pPr>
        <w:jc w:val="right"/>
      </w:pPr>
      <w:r>
        <w:t>of God ہے، تو یہ اس کا یہ کہنا ہی اپنے آپ میں دلیل ہے۔</w:t>
      </w:r>
    </w:p>
    <w:p>
      <w:r>
        <w:rPr>
          <w:b/>
        </w:rPr>
        <w:t xml:space="preserve">[12:08] </w:t>
      </w:r>
      <w:r>
        <w:t>kyun daleel hai? dekhiye, koi bhi aisa nahi hai jo itna bara jhoot bol sake ke woh insan</w:t>
      </w:r>
    </w:p>
    <w:p>
      <w:pPr>
        <w:jc w:val="right"/>
      </w:pPr>
      <w:r>
        <w:t>کیوں دلیل ہے؟ دیکھیے، کوئی بھی ایسا نہیں ہے جو اتنا بڑا جھوٹ بول سکے کہ وہ انسان</w:t>
      </w:r>
    </w:p>
    <w:p>
      <w:r>
        <w:rPr>
          <w:b/>
        </w:rPr>
        <w:t xml:space="preserve">[12:14] </w:t>
      </w:r>
      <w:r>
        <w:t>ki boli bol raha ho aur kahe ke main Khuda ki boli bol raha hoon.</w:t>
      </w:r>
    </w:p>
    <w:p>
      <w:pPr>
        <w:jc w:val="right"/>
      </w:pPr>
      <w:r>
        <w:t>کی بولی بول رہا ہو اور کہے کہ میں خدا کی بولی بول رہا ہوں۔</w:t>
      </w:r>
    </w:p>
    <w:p>
      <w:r>
        <w:rPr>
          <w:b/>
        </w:rPr>
        <w:t xml:space="preserve">[12:20] </w:t>
      </w:r>
      <w:r>
        <w:t>aisa insan kabhi paida hi nahi hua ke</w:t>
      </w:r>
    </w:p>
    <w:p>
      <w:pPr>
        <w:jc w:val="right"/>
      </w:pPr>
      <w:r>
        <w:t>ایسا انسان کبھی پیدا ہی نہیں ہوا کہ</w:t>
      </w:r>
    </w:p>
    <w:p>
      <w:r>
        <w:rPr>
          <w:b/>
        </w:rPr>
        <w:t xml:space="preserve">[12:26] </w:t>
      </w:r>
      <w:r>
        <w:t>apne munh se jo boli nikale, woh woh kahe ke yeh Khuda ki boli hai.</w:t>
      </w:r>
    </w:p>
    <w:p>
      <w:pPr>
        <w:jc w:val="right"/>
      </w:pPr>
      <w:r>
        <w:t>اپنے منہ سے جو بولی نکالے، وہ وہ کہے کہ یہ خدا کی بولی ہے۔</w:t>
      </w:r>
    </w:p>
    <w:p>
      <w:r>
        <w:rPr>
          <w:b/>
        </w:rPr>
        <w:t xml:space="preserve">[12:32] </w:t>
      </w:r>
      <w:r>
        <w:t>to yeh ek aisi baat hai, yaad rakhiye, ke sirf ek jo kitab waqai word of God ho,</w:t>
      </w:r>
    </w:p>
    <w:p>
      <w:pPr>
        <w:jc w:val="right"/>
      </w:pPr>
      <w:r>
        <w:t>تو یہ ایک ایسی بات ہے، یاد رکھیے، کہ صرف ایک جو کتاب واقعی word of God ہو،</w:t>
      </w:r>
    </w:p>
    <w:p>
      <w:r>
        <w:rPr>
          <w:b/>
        </w:rPr>
        <w:t xml:space="preserve">[12:39] </w:t>
      </w:r>
      <w:r>
        <w:t>wahi keh sakti hai ke yeh word of God hai.</w:t>
      </w:r>
    </w:p>
    <w:p>
      <w:pPr>
        <w:jc w:val="right"/>
      </w:pPr>
      <w:r>
        <w:t>وہی کہہ سکتی ہے کہ یہ word of God ہے۔</w:t>
      </w:r>
    </w:p>
    <w:p>
      <w:r>
        <w:rPr>
          <w:b/>
        </w:rPr>
        <w:t xml:space="preserve">[12:45] </w:t>
      </w:r>
      <w:r>
        <w:t>aur koi kitab aisi zaban istemal nahi kar sakti.</w:t>
      </w:r>
    </w:p>
    <w:p>
      <w:pPr>
        <w:jc w:val="right"/>
      </w:pPr>
      <w:r>
        <w:t>اور کوئی کتاب ایسی زبان استعمال نہیں کر سکتی۔</w:t>
      </w:r>
    </w:p>
    <w:p>
      <w:r>
        <w:rPr>
          <w:b/>
        </w:rPr>
        <w:t xml:space="preserve">[12:51] </w:t>
      </w:r>
      <w:r>
        <w:t>jaise kaha jata hai ke aaftab aamad, aaftab aamad, daleel aaftab.</w:t>
      </w:r>
    </w:p>
    <w:p>
      <w:pPr>
        <w:jc w:val="right"/>
      </w:pPr>
      <w:r>
        <w:t>جیسے کہا جاتا ہے کہ آفتاب آمد، آفتاب آمد، دلیل آفتاب۔</w:t>
      </w:r>
    </w:p>
    <w:p>
      <w:r>
        <w:rPr>
          <w:b/>
        </w:rPr>
        <w:t xml:space="preserve">[12:57] </w:t>
      </w:r>
      <w:r>
        <w:t>sooraj apne aap mein apne wajood ka saboot hai.</w:t>
      </w:r>
    </w:p>
    <w:p>
      <w:pPr>
        <w:jc w:val="right"/>
      </w:pPr>
      <w:r>
        <w:t>سورج اپنے آپ میں اپنے وجود کا ثبوت ہے۔</w:t>
      </w:r>
    </w:p>
    <w:p>
      <w:r>
        <w:rPr>
          <w:b/>
        </w:rPr>
        <w:t xml:space="preserve">[13:04] </w:t>
      </w:r>
      <w:r>
        <w:t>jab sooraj chamak raha ho, jab sooraj roshan ho, to kya us waqt daleel chahiye ke yeh sooraj</w:t>
      </w:r>
    </w:p>
    <w:p>
      <w:pPr>
        <w:jc w:val="right"/>
      </w:pPr>
      <w:r>
        <w:t>جب سورج چمک رہا ہو، جب سورج روشن ہو، تو کیا اس وقت دلیل چاہیے کہ یہ سورج</w:t>
      </w:r>
    </w:p>
    <w:p>
      <w:r>
        <w:rPr>
          <w:b/>
        </w:rPr>
        <w:t xml:space="preserve">[13:10] </w:t>
      </w:r>
      <w:r>
        <w:t>hai? roshan sooraj apne aap mein daleel hota hai ke woh sooraj hai.</w:t>
      </w:r>
    </w:p>
    <w:p>
      <w:pPr>
        <w:jc w:val="right"/>
      </w:pPr>
      <w:r>
        <w:t>ہے؟ روشن سورج اپنے آپ میں دلیل ہوتا ہے کہ وہ سورج ہے۔</w:t>
      </w:r>
    </w:p>
    <w:p>
      <w:r>
        <w:rPr>
          <w:b/>
        </w:rPr>
        <w:t xml:space="preserve">[13:16] </w:t>
      </w:r>
      <w:r>
        <w:t>isi ko kaha gaya hai ke aaftab aamad, daleel aaftab.</w:t>
      </w:r>
    </w:p>
    <w:p>
      <w:pPr>
        <w:jc w:val="right"/>
      </w:pPr>
      <w:r>
        <w:t>اسی کو کہا گیا ہے کہ آفتاب آمد، دلیل آفتاب۔</w:t>
      </w:r>
    </w:p>
    <w:p>
      <w:r>
        <w:rPr>
          <w:b/>
        </w:rPr>
        <w:t xml:space="preserve">[13:22] </w:t>
      </w:r>
      <w:r>
        <w:t>to istithnai tor par ek aisi kitab jo yeh kehti hai ke yeh Khuda ki kitab hai,</w:t>
      </w:r>
    </w:p>
    <w:p>
      <w:pPr>
        <w:jc w:val="right"/>
      </w:pPr>
      <w:r>
        <w:t>تو استثنائی طور پر ایک ایسی کتاب جو یہ کہتی ہے کہ یہ خدا کی کتاب ہے،</w:t>
      </w:r>
    </w:p>
    <w:p>
      <w:r>
        <w:rPr>
          <w:b/>
        </w:rPr>
        <w:t xml:space="preserve">[13:28] </w:t>
      </w:r>
      <w:r>
        <w:t>yeh revelation hai, apne aap mein saboot hai ke yeh Khuda ki kitab hai. is tarah sab se pehle aap ne goya iman billah ko hasil kiya. is pehli ayat se aap ne Khuda par apne iman ko badhaya. Quran par apne yaqeen ko badhaya. inna anzalnahu fi laylat al qadr. ab is ke baad dekhiye, hum ne utara hai is Quran ko laylat al q</w:t>
      </w:r>
    </w:p>
    <w:p>
      <w:pPr>
        <w:jc w:val="right"/>
      </w:pPr>
      <w:r>
        <w:t>یہ revelation ہے، اپنے آپ میں ثبوت ہے کہ یہ خدا کی کتاب ہے۔ اس طرح سب سے پہلے آپ نے گویا ایمان باللہ کو حاصل کیا۔ اس پہلی آیت سے آپ نے خدا پر اپنے ایمان کو بڑھایا۔ قرآن پر اپنے یقین کو بڑھایا۔ إنا أنزلناه فی لیلۃ القدر۔ اب اس کے بعد دیکھیے، ہم نے اتارا ہے اس قرآن کو لیلۃ الق</w:t>
      </w:r>
    </w:p>
    <w:p>
      <w:r>
        <w:rPr>
          <w:b/>
        </w:rPr>
        <w:t xml:space="preserve">[13:58] </w:t>
      </w:r>
      <w:r>
        <w:t>dar mein.</w:t>
      </w:r>
    </w:p>
    <w:p>
      <w:pPr>
        <w:jc w:val="right"/>
      </w:pPr>
      <w:r>
        <w:t>در میں۔</w:t>
      </w:r>
    </w:p>
    <w:p>
      <w:r>
        <w:rPr>
          <w:b/>
        </w:rPr>
        <w:t xml:space="preserve">[14:02] </w:t>
      </w:r>
      <w:r>
        <w:t>lailatul qadr kya hai? taqdeer ki raat.</w:t>
      </w:r>
    </w:p>
    <w:p>
      <w:pPr>
        <w:jc w:val="right"/>
      </w:pPr>
      <w:r>
        <w:t>لیلۃ القدر کیا ہے؟ تقدیر کی رات۔</w:t>
      </w:r>
    </w:p>
    <w:p>
      <w:r>
        <w:rPr>
          <w:b/>
        </w:rPr>
        <w:t xml:space="preserve">[14:06] </w:t>
      </w:r>
      <w:r>
        <w:t>yani night of destiny.</w:t>
      </w:r>
    </w:p>
    <w:p>
      <w:pPr>
        <w:jc w:val="right"/>
      </w:pPr>
      <w:r>
        <w:t>یعنی night of destiny۔</w:t>
      </w:r>
    </w:p>
    <w:p>
      <w:r>
        <w:rPr>
          <w:b/>
        </w:rPr>
        <w:t xml:space="preserve">[14:10] </w:t>
      </w:r>
      <w:r>
        <w:t>isko bhi samjhiye.</w:t>
      </w:r>
    </w:p>
    <w:p>
      <w:pPr>
        <w:jc w:val="right"/>
      </w:pPr>
      <w:r>
        <w:t>اس کو بھی سمجھیے۔</w:t>
      </w:r>
    </w:p>
    <w:p>
      <w:r>
        <w:rPr>
          <w:b/>
        </w:rPr>
        <w:t xml:space="preserve">[14:14] </w:t>
      </w:r>
      <w:r>
        <w:t>dekhiye, night of destiny jo hai, iska matlab kya hai? yeh aap hi ko address kar rahi</w:t>
      </w:r>
    </w:p>
    <w:p>
      <w:pPr>
        <w:jc w:val="right"/>
      </w:pPr>
      <w:r>
        <w:t>دیکھیے، night of destiny جو ہے، اس کا مطلب کیا ہے؟ یہ آپ ہی کو address کر رہی</w:t>
      </w:r>
    </w:p>
    <w:p>
      <w:r>
        <w:rPr>
          <w:b/>
        </w:rPr>
        <w:t xml:space="preserve">[14:18] </w:t>
      </w:r>
      <w:r>
        <w:t>hai ayat, bahar ko nahi.</w:t>
      </w:r>
    </w:p>
    <w:p>
      <w:pPr>
        <w:jc w:val="right"/>
      </w:pPr>
      <w:r>
        <w:t>ہے آیت، باہر کو نہیں۔</w:t>
      </w:r>
    </w:p>
    <w:p>
      <w:r>
        <w:rPr>
          <w:b/>
        </w:rPr>
        <w:t xml:space="preserve">[14:22] </w:t>
      </w:r>
      <w:r>
        <w:t>kisi bahar ki cheez ko nahi address kar rahi ayat, kisi bahar ki raat ko.</w:t>
      </w:r>
    </w:p>
    <w:p>
      <w:pPr>
        <w:jc w:val="right"/>
      </w:pPr>
      <w:r>
        <w:t>کسی باہر کی چیز کو نہیں address کر رہی آیت، کسی باہر کی رات کو۔</w:t>
      </w:r>
    </w:p>
    <w:p>
      <w:r>
        <w:rPr>
          <w:b/>
        </w:rPr>
        <w:t xml:space="preserve">[14:26] </w:t>
      </w:r>
      <w:r>
        <w:t>ek raat jo aap se bahar hai,</w:t>
      </w:r>
    </w:p>
    <w:p>
      <w:pPr>
        <w:jc w:val="right"/>
      </w:pPr>
      <w:r>
        <w:t>ایک رات جو آپ سے باہر ہے،</w:t>
      </w:r>
    </w:p>
    <w:p>
      <w:r>
        <w:rPr>
          <w:b/>
        </w:rPr>
        <w:t xml:space="preserve">[14:30] </w:t>
      </w:r>
      <w:r>
        <w:t>us ko address nahi kiya ja raha yahan.</w:t>
      </w:r>
    </w:p>
    <w:p>
      <w:pPr>
        <w:jc w:val="right"/>
      </w:pPr>
      <w:r>
        <w:t>اس کو address نہیں کیا جا رہا یہاں۔</w:t>
      </w:r>
    </w:p>
    <w:p>
      <w:r>
        <w:rPr>
          <w:b/>
        </w:rPr>
        <w:t xml:space="preserve">[14:34] </w:t>
      </w:r>
      <w:r>
        <w:t>khud aap ko address kiya ja raha hai.</w:t>
      </w:r>
    </w:p>
    <w:p>
      <w:pPr>
        <w:jc w:val="right"/>
      </w:pPr>
      <w:r>
        <w:t>خود آپ کو address کیا جا رہا ہے۔</w:t>
      </w:r>
    </w:p>
    <w:p>
      <w:r>
        <w:rPr>
          <w:b/>
        </w:rPr>
        <w:t xml:space="preserve">[14:38] </w:t>
      </w:r>
      <w:r>
        <w:t>woh kya? ke aap woh response de saken jis ka taqaza karti hai lailatul qadr.</w:t>
      </w:r>
    </w:p>
    <w:p>
      <w:pPr>
        <w:jc w:val="right"/>
      </w:pPr>
      <w:r>
        <w:t>وہ کیا؟ کہ آپ وہ response دے سکیں جس کا تقاضا کرتی ہے لیلۃ القدر۔</w:t>
      </w:r>
    </w:p>
    <w:p>
      <w:r>
        <w:rPr>
          <w:b/>
        </w:rPr>
        <w:t xml:space="preserve">[14:43] </w:t>
      </w:r>
      <w:r>
        <w:t>yani Khuda ka faisla.</w:t>
      </w:r>
    </w:p>
    <w:p>
      <w:pPr>
        <w:jc w:val="right"/>
      </w:pPr>
      <w:r>
        <w:t>یعنی خدا کا فیصلہ۔</w:t>
      </w:r>
    </w:p>
    <w:p>
      <w:r>
        <w:rPr>
          <w:b/>
        </w:rPr>
        <w:t xml:space="preserve">[14:47] </w:t>
      </w:r>
      <w:r>
        <w:t>is ayat mein bataya gaya hai ke is raat khuda ke faisle hote hain.</w:t>
      </w:r>
    </w:p>
    <w:p>
      <w:pPr>
        <w:jc w:val="right"/>
      </w:pPr>
      <w:r>
        <w:t>اس آیت میں بتایا گیا ہے کہ اس رات خدا کے فیصلے ہوتے ہیں۔</w:t>
      </w:r>
    </w:p>
    <w:p>
      <w:r>
        <w:rPr>
          <w:b/>
        </w:rPr>
        <w:t xml:space="preserve">[14:51] </w:t>
      </w:r>
      <w:r>
        <w:t>ab faisle kya honge? faisle honge: kal mujhe koi bimari lag jaye.</w:t>
      </w:r>
    </w:p>
    <w:p>
      <w:pPr>
        <w:jc w:val="right"/>
      </w:pPr>
      <w:r>
        <w:t>اب فیصلے کیا ہوں گے؟ فیصلے ہوں گے: کل مجھے کوئی بیماری لگ جائے۔</w:t>
      </w:r>
    </w:p>
    <w:p>
      <w:r>
        <w:rPr>
          <w:b/>
        </w:rPr>
        <w:t xml:space="preserve">[14:55] </w:t>
      </w:r>
      <w:r>
        <w:t>kal mujhe mere maal mein koi</w:t>
      </w:r>
    </w:p>
    <w:p>
      <w:pPr>
        <w:jc w:val="right"/>
      </w:pPr>
      <w:r>
        <w:t>کل مجھے میرے مال میں کوئی</w:t>
      </w:r>
    </w:p>
    <w:p>
      <w:r>
        <w:rPr>
          <w:b/>
        </w:rPr>
        <w:t xml:space="preserve">[15:00] </w:t>
      </w:r>
      <w:r>
        <w:t>nuqsan ho jaye.</w:t>
      </w:r>
    </w:p>
    <w:p>
      <w:pPr>
        <w:jc w:val="right"/>
      </w:pPr>
      <w:r>
        <w:t>نقصان ہو جائے۔</w:t>
      </w:r>
    </w:p>
    <w:p>
      <w:r>
        <w:rPr>
          <w:b/>
        </w:rPr>
        <w:t xml:space="preserve">[15:04] </w:t>
      </w:r>
      <w:r>
        <w:t>kal mera koi aziz, koi dost mar jaye.</w:t>
      </w:r>
    </w:p>
    <w:p>
      <w:pPr>
        <w:jc w:val="right"/>
      </w:pPr>
      <w:r>
        <w:t>کل میرا کوئی عزیز، کوئی دوست مر جائے۔</w:t>
      </w:r>
    </w:p>
    <w:p>
      <w:r>
        <w:rPr>
          <w:b/>
        </w:rPr>
        <w:t xml:space="preserve">[15:09] </w:t>
      </w:r>
      <w:r>
        <w:t>hazaron qism ke waqiat ho sakte hain.</w:t>
      </w:r>
    </w:p>
    <w:p>
      <w:pPr>
        <w:jc w:val="right"/>
      </w:pPr>
      <w:r>
        <w:t>ہزاروں قسم کے واقعات ہو سکتے ہیں۔</w:t>
      </w:r>
    </w:p>
    <w:p>
      <w:r>
        <w:rPr>
          <w:b/>
        </w:rPr>
        <w:t xml:space="preserve">[15:13] </w:t>
      </w:r>
      <w:r>
        <w:t>to main peshgi taur par yeh goya khuda se iqrar karoon ke khudaaya, main teri taqdeer par raazi hoon.</w:t>
      </w:r>
    </w:p>
    <w:p>
      <w:pPr>
        <w:jc w:val="right"/>
      </w:pPr>
      <w:r>
        <w:t>تو میں پیشگی طور پر یہ گویا خدا سے اقرار کروں کہ خدایا، میں تیری تقدیر پر راضی ہوں۔</w:t>
      </w:r>
    </w:p>
    <w:p>
      <w:r>
        <w:rPr>
          <w:b/>
        </w:rPr>
        <w:t xml:space="preserve">[15:18] </w:t>
      </w:r>
      <w:r>
        <w:t>khudaaya, main tere faisle par raazi hoon.</w:t>
      </w:r>
    </w:p>
    <w:p>
      <w:pPr>
        <w:jc w:val="right"/>
      </w:pPr>
      <w:r>
        <w:t>خدایا، میں تیرے فیصلے پر راضی ہوں۔</w:t>
      </w:r>
    </w:p>
    <w:p>
      <w:r>
        <w:rPr>
          <w:b/>
        </w:rPr>
        <w:t xml:space="preserve">[15:22] </w:t>
      </w:r>
      <w:r>
        <w:t>khudaaya, main tere faisle par raazi hoon.</w:t>
      </w:r>
    </w:p>
    <w:p>
      <w:pPr>
        <w:jc w:val="right"/>
      </w:pPr>
      <w:r>
        <w:t>خدایا، میں تیرے فیصلے پر راضی ہوں۔</w:t>
      </w:r>
    </w:p>
    <w:p>
      <w:r>
        <w:rPr>
          <w:b/>
        </w:rPr>
        <w:t xml:space="preserve">[15:26] </w:t>
      </w:r>
      <w:r>
        <w:t>to yeh hai nafs al mutmainna ka maqam.</w:t>
      </w:r>
    </w:p>
    <w:p>
      <w:pPr>
        <w:jc w:val="right"/>
      </w:pPr>
      <w:r>
        <w:t>تو یہ ہے النفس المطمئنہ کا مقام۔</w:t>
      </w:r>
    </w:p>
    <w:p>
      <w:r>
        <w:rPr>
          <w:b/>
        </w:rPr>
        <w:t xml:space="preserve">[15:31] </w:t>
      </w:r>
      <w:r>
        <w:t>quran mein surah fajr mein bataya gaya hai ke jannat mein kaun jayenge? nafs al mutmainna.</w:t>
      </w:r>
    </w:p>
    <w:p>
      <w:pPr>
        <w:jc w:val="right"/>
      </w:pPr>
      <w:r>
        <w:t>قرآن میں سورۃ فجر میں بتایا گیا ہے کہ جنت میں کون جائیں گے؟ النفس المطمئنہ۔</w:t>
      </w:r>
    </w:p>
    <w:p>
      <w:r>
        <w:rPr>
          <w:b/>
        </w:rPr>
        <w:t xml:space="preserve">[15:35] </w:t>
      </w:r>
      <w:r>
        <w:t>mutmain nafs, mutmain insan.</w:t>
      </w:r>
    </w:p>
    <w:p>
      <w:pPr>
        <w:jc w:val="right"/>
      </w:pPr>
      <w:r>
        <w:t>مطمئن نفس، مطمئن انسان۔</w:t>
      </w:r>
    </w:p>
    <w:p>
      <w:r>
        <w:rPr>
          <w:b/>
        </w:rPr>
        <w:t xml:space="preserve">[15:40] </w:t>
      </w:r>
      <w:r>
        <w:t>yani mutmain kaun? jo raazi ho jane wala khuda ki har taqdeer par.</w:t>
      </w:r>
    </w:p>
    <w:p>
      <w:pPr>
        <w:jc w:val="right"/>
      </w:pPr>
      <w:r>
        <w:t>یعنی مطمئن کون؟ جو راضی ہو جانے والا خدا کی ہر تقدیر پر۔</w:t>
      </w:r>
    </w:p>
    <w:p>
      <w:r>
        <w:rPr>
          <w:b/>
        </w:rPr>
        <w:t xml:space="preserve">[15:44] </w:t>
      </w:r>
      <w:r>
        <w:t>khuda ne agar aasani di to us par raazi.</w:t>
      </w:r>
    </w:p>
    <w:p>
      <w:pPr>
        <w:jc w:val="right"/>
      </w:pPr>
      <w:r>
        <w:t>خدا نے اگر آسانی دی تو اس پر راضی۔</w:t>
      </w:r>
    </w:p>
    <w:p>
      <w:r>
        <w:rPr>
          <w:b/>
        </w:rPr>
        <w:t xml:space="preserve">[15:49] </w:t>
      </w:r>
      <w:r>
        <w:t>mushkil diya to us par raazi.</w:t>
      </w:r>
    </w:p>
    <w:p>
      <w:pPr>
        <w:jc w:val="right"/>
      </w:pPr>
      <w:r>
        <w:t>مشکل دیا تو اس پر راضی۔</w:t>
      </w:r>
    </w:p>
    <w:p>
      <w:r>
        <w:rPr>
          <w:b/>
        </w:rPr>
        <w:t xml:space="preserve">[15:53] </w:t>
      </w:r>
      <w:r>
        <w:t>ameeri diya to us par raazi.</w:t>
      </w:r>
    </w:p>
    <w:p>
      <w:pPr>
        <w:jc w:val="right"/>
      </w:pPr>
      <w:r>
        <w:t>امیری دیا تو اس پر راضی۔</w:t>
      </w:r>
    </w:p>
    <w:p>
      <w:r>
        <w:rPr>
          <w:b/>
        </w:rPr>
        <w:t xml:space="preserve">[15:58] </w:t>
      </w:r>
      <w:r>
        <w:t>ghareebi diya to us par raazi.</w:t>
      </w:r>
    </w:p>
    <w:p>
      <w:pPr>
        <w:jc w:val="right"/>
      </w:pPr>
      <w:r>
        <w:t>غریبی دیا تو اس پر راضی۔</w:t>
      </w:r>
    </w:p>
    <w:p>
      <w:r>
        <w:rPr>
          <w:b/>
        </w:rPr>
        <w:t xml:space="preserve">[16:03] </w:t>
      </w:r>
      <w:r>
        <w:t>jo bhi Khuda ki taraf se aata hai, woh Khuda ke faisle ke tehat aata hai. Apne aap nahi aata. Is duniya mein koi bhi cheez apne aap nahi hoti hai. Lailatul Qadr ka yeh aqeedah jo bataya gaya is surah mein, yeh goya aap ko yaad dila raha hai ke dekho, is duniya mein jo kuch hota hai, woh Khuda ke faisle ke tehat hota hai. Aisa apne aap ult palt</w:t>
      </w:r>
    </w:p>
    <w:p>
      <w:pPr>
        <w:jc w:val="right"/>
      </w:pPr>
      <w:r>
        <w:t>جو بھی خدا کی طرف سے آتا ہے، وہ خدا کے فیصلے کے تحت آتا ہے۔ اپنے آپ نہیں آتا۔ اس دنیا میں کوئی بھی چیز اپنے آپ نہیں ہوتی ہے۔ لیلۃ القدر کا یہ عقیدہ جو بتایا گیا اس سورۃ میں، یہ گویا آپ کو یاد دلا رہا ہے کہ دیکھو، اس دنیا میں جو کچھ ہوتا ہے، وہ خدا کے فیصلے کے تحت ہوتا ہے۔ ایسا اپنے آپ الٹ پلٹ</w:t>
      </w:r>
    </w:p>
    <w:p>
      <w:r>
        <w:rPr>
          <w:b/>
        </w:rPr>
        <w:t xml:space="preserve">[16:33] </w:t>
      </w:r>
      <w:r>
        <w:t>nahi ho jata hai. To is ka matlab kya hua? Jo ho raha hai, us ko Khuda ki taraf se samajh kar phir us se raazi ho jao. Is ka matlab kya hua? Is ka matlab hai complaint haram, protest haram, ghussa haram. Kyun ke aap kisi cheez ke muqable mein jab react karte hain to usi ka naam ghussa hota hai. Kisi cheez ke muqable mein jab aap negatively react karte</w:t>
      </w:r>
    </w:p>
    <w:p>
      <w:pPr>
        <w:jc w:val="right"/>
      </w:pPr>
      <w:r>
        <w:t>نہیں ہو جاتا ہے۔ تو اس کا مطلب کیا ہوا؟ جو ہو رہا ہے، اس کو خدا کی طرف سے سمجھ کر پھر اس سے راضی ہو جاؤ۔ اس کا مطلب کیا ہوا؟ اس کا مطلب ہے complaint حرام، protest حرام، غصہ حرام۔ کیونکہ آپ کسی چیز کے مقابلے میں جب react کرتے ہیں تو اسی کا نام غصہ ہوتا ہے۔ کسی چیز کے مقابلے میں جب آپ negatively react کرتے</w:t>
      </w:r>
    </w:p>
    <w:p>
      <w:r>
        <w:rPr>
          <w:b/>
        </w:rPr>
        <w:t xml:space="preserve">[17:03] </w:t>
      </w:r>
      <w:r>
        <w:t>hain to isi ka naam hota hai malice, revenge, protest, complaint.</w:t>
      </w:r>
    </w:p>
    <w:p>
      <w:pPr>
        <w:jc w:val="right"/>
      </w:pPr>
      <w:r>
        <w:t>ہیں تو اسی کا نام ہوتا ہے malice, revenge, protest, complaint۔</w:t>
      </w:r>
    </w:p>
    <w:p>
      <w:r>
        <w:rPr>
          <w:b/>
        </w:rPr>
        <w:t xml:space="preserve">[17:09] </w:t>
      </w:r>
      <w:r>
        <w:t>yeh reaction kis ke khilaf kar rahe hain aap? khuda ke faisle ke khilaf.</w:t>
      </w:r>
    </w:p>
    <w:p>
      <w:pPr>
        <w:jc w:val="right"/>
      </w:pPr>
      <w:r>
        <w:t>یہ reaction کس کے خلاف کر رہے ہیں آپ؟ خدا کے فیصلے کے خلاف۔</w:t>
      </w:r>
    </w:p>
    <w:p>
      <w:r>
        <w:rPr>
          <w:b/>
        </w:rPr>
        <w:t xml:space="preserve">[17:15] </w:t>
      </w:r>
      <w:r>
        <w:t>jab har baat khuda ke faisle se ho rahi hai to aap react karne ka haq nahi rakhte hain.</w:t>
      </w:r>
    </w:p>
    <w:p>
      <w:pPr>
        <w:jc w:val="right"/>
      </w:pPr>
      <w:r>
        <w:t>جب ہر بات خدا کے فیصلے سے ہو رہی ہے تو آپ react کرنے کا حق نہیں رکھتے ہیں۔</w:t>
      </w:r>
    </w:p>
    <w:p>
      <w:r>
        <w:rPr>
          <w:b/>
        </w:rPr>
        <w:t xml:space="preserve">[17:21] </w:t>
      </w:r>
      <w:r>
        <w:t>aap sirf misbat response dene ka haq rakhte hain, bas.</w:t>
      </w:r>
    </w:p>
    <w:p>
      <w:pPr>
        <w:jc w:val="right"/>
      </w:pPr>
      <w:r>
        <w:t>آپ صرف مثبت response دینے کا حق رکھتے ہیں، بس۔</w:t>
      </w:r>
    </w:p>
    <w:p>
      <w:r>
        <w:rPr>
          <w:b/>
        </w:rPr>
        <w:t xml:space="preserve">[17:27] </w:t>
      </w:r>
      <w:r>
        <w:t>yeh hai lailatul qadr ka matlab</w:t>
      </w:r>
    </w:p>
    <w:p>
      <w:pPr>
        <w:jc w:val="right"/>
      </w:pPr>
      <w:r>
        <w:t>یہ ہے لیلۃ القدر کا مطلب</w:t>
      </w:r>
    </w:p>
    <w:p>
      <w:r>
        <w:rPr>
          <w:b/>
        </w:rPr>
        <w:t xml:space="preserve">[17:33] </w:t>
      </w:r>
      <w:r>
        <w:t>. Is ka matlab yeh nahi hai ke koi mysteriously koi raat aati hai, is raat ko aap raat bhar jagte rahiye to mysteriously koi faida mil jayega aap ko. There is no mystery in this belief. Koi mystery ki baat nahi hai. Yeh baat yeh hai ke Khuda ki taraf se is ayat mein yeh ailaan kiya gaya ke jo kuch hota hai, woh faisla</w:t>
      </w:r>
    </w:p>
    <w:p>
      <w:pPr>
        <w:jc w:val="right"/>
      </w:pPr>
      <w:r>
        <w:t>۔ اس کا مطلب یہ نہیں ہے کہ کوئی mysteriously کوئی رات آتی ہے، اس رات کو آپ رات بھر جگتے رہیے تو mysteriously کوئی فائدہ مل جائے گا آپ کو۔ There is no mystery in this belief۔ کوئی mystery کی بات نہیں ہے۔ یہ بات یہ ہے کہ خدا کی طرف سے اس آیت میں یہ اعلان کیا گیا کہ جو کچھ ہوتا ہے، وہ فیصلہ</w:t>
      </w:r>
    </w:p>
    <w:p>
      <w:r>
        <w:rPr>
          <w:b/>
        </w:rPr>
        <w:t xml:space="preserve">[18:03] </w:t>
      </w:r>
      <w:r>
        <w:t>elahi ke tehat hota hai.</w:t>
      </w:r>
    </w:p>
    <w:p>
      <w:pPr>
        <w:jc w:val="right"/>
      </w:pPr>
      <w:r>
        <w:t>الہی کے تحت ہوتا ہے۔</w:t>
      </w:r>
    </w:p>
    <w:p>
      <w:r>
        <w:rPr>
          <w:b/>
        </w:rPr>
        <w:t xml:space="preserve">[18:08] </w:t>
      </w:r>
      <w:r>
        <w:t>woh khuda ka faisla hota hai.</w:t>
      </w:r>
    </w:p>
    <w:p>
      <w:pPr>
        <w:jc w:val="right"/>
      </w:pPr>
      <w:r>
        <w:t>وہ خدا کا فیصلہ ہوتا ہے۔</w:t>
      </w:r>
    </w:p>
    <w:p>
      <w:r>
        <w:rPr>
          <w:b/>
        </w:rPr>
        <w:t xml:space="preserve">[18:13] </w:t>
      </w:r>
      <w:r>
        <w:t>to phir tum agar complaint karo, protest karo, ghussa karo, to yeh to khuda ke khilaf hua.</w:t>
      </w:r>
    </w:p>
    <w:p>
      <w:pPr>
        <w:jc w:val="right"/>
      </w:pPr>
      <w:r>
        <w:t>تو پھر تم اگر complaint کرو، protest کرو، غصہ کرو، تو یہ تو خدا کے خلاف ہوا۔</w:t>
      </w:r>
    </w:p>
    <w:p>
      <w:r>
        <w:rPr>
          <w:b/>
        </w:rPr>
        <w:t xml:space="preserve">[18:18] </w:t>
      </w:r>
      <w:r>
        <w:t>khuda ke khilaaf hua.</w:t>
      </w:r>
    </w:p>
    <w:p>
      <w:pPr>
        <w:jc w:val="right"/>
      </w:pPr>
      <w:r>
        <w:t>خدا کے خلاف ہوا۔</w:t>
      </w:r>
    </w:p>
    <w:p>
      <w:r>
        <w:rPr>
          <w:b/>
        </w:rPr>
        <w:t xml:space="preserve">[18:23] </w:t>
      </w:r>
      <w:r>
        <w:t>to is ka matlab kya hua? yeh bohat bari baat hai, is ko samjhiye achhe tareeqe se.</w:t>
      </w:r>
    </w:p>
    <w:p>
      <w:pPr>
        <w:jc w:val="right"/>
      </w:pPr>
      <w:r>
        <w:t>تو اس کا مطلب کیا ہوا؟ یہ بہت بڑی بات ہے، اس کو سمجھیے اچھے طریقے سے۔</w:t>
      </w:r>
    </w:p>
    <w:p>
      <w:r>
        <w:rPr>
          <w:b/>
        </w:rPr>
        <w:t xml:space="preserve">[18:28] </w:t>
      </w:r>
      <w:r>
        <w:t>kisi bhi soorat-e-haal mein negative reaction hamare liye jaiz hi nahi hai. har</w:t>
      </w:r>
    </w:p>
    <w:p>
      <w:pPr>
        <w:jc w:val="right"/>
      </w:pPr>
      <w:r>
        <w:t>کسی بھی صورتحال میں negative reaction ہمارے لیے جائز ہی نہیں ہے۔ ہر</w:t>
      </w:r>
    </w:p>
    <w:p>
      <w:r>
        <w:rPr>
          <w:b/>
        </w:rPr>
        <w:t xml:space="preserve">[18:33] </w:t>
      </w:r>
      <w:r>
        <w:t>soorat-e-haal mein hamein sirf musbat response dena hai.</w:t>
      </w:r>
    </w:p>
    <w:p>
      <w:pPr>
        <w:jc w:val="right"/>
      </w:pPr>
      <w:r>
        <w:t>صورتحال میں ہمیں صرف مثبت response دینا ہے۔</w:t>
      </w:r>
    </w:p>
    <w:p>
      <w:r>
        <w:rPr>
          <w:b/>
        </w:rPr>
        <w:t xml:space="preserve">[18:38] </w:t>
      </w:r>
      <w:r>
        <w:t>koi bhi soorat-e-haal ho.</w:t>
      </w:r>
    </w:p>
    <w:p>
      <w:pPr>
        <w:jc w:val="right"/>
      </w:pPr>
      <w:r>
        <w:t>کوئی بھی صورتحال ہو۔</w:t>
      </w:r>
    </w:p>
    <w:p>
      <w:r>
        <w:rPr>
          <w:b/>
        </w:rPr>
        <w:t xml:space="preserve">[18:44] </w:t>
      </w:r>
      <w:r>
        <w:t>koi bhi soorat-e-haal ho.</w:t>
      </w:r>
    </w:p>
    <w:p>
      <w:pPr>
        <w:jc w:val="right"/>
      </w:pPr>
      <w:r>
        <w:t>کوئی بھی صورتحال ہو۔</w:t>
      </w:r>
    </w:p>
    <w:p>
      <w:r>
        <w:rPr>
          <w:b/>
        </w:rPr>
        <w:t xml:space="preserve">[18:49] </w:t>
      </w:r>
      <w:r>
        <w:t>yeh kitni bari baat hai jo is aayat mein batai gayi hai.</w:t>
      </w:r>
    </w:p>
    <w:p>
      <w:pPr>
        <w:jc w:val="right"/>
      </w:pPr>
      <w:r>
        <w:t>یہ کتنی بڑی بات ہے جو اس آیت میں بتائی گئی ہے۔</w:t>
      </w:r>
    </w:p>
    <w:p>
      <w:r>
        <w:rPr>
          <w:b/>
        </w:rPr>
        <w:t xml:space="preserve">[18:54] </w:t>
      </w:r>
      <w:r>
        <w:t>ke jab sab kuch taqdeer-e-ilahi se hota hai, sab kuch khuda ki taraf se muqarrar hota hai,</w:t>
      </w:r>
    </w:p>
    <w:p>
      <w:pPr>
        <w:jc w:val="right"/>
      </w:pPr>
      <w:r>
        <w:t>کہ جب سب کچھ تقدیر الہی سے ہوتا ہے، سب کچھ خدا کی طرف سے مقرر ہوتا ہے،</w:t>
      </w:r>
    </w:p>
    <w:p>
      <w:r>
        <w:rPr>
          <w:b/>
        </w:rPr>
        <w:t xml:space="preserve">[18:59] </w:t>
      </w:r>
      <w:r>
        <w:t>to woh hota hai aap ke test ke liye.</w:t>
      </w:r>
    </w:p>
    <w:p>
      <w:pPr>
        <w:jc w:val="right"/>
      </w:pPr>
      <w:r>
        <w:t>تو وہ ہوتا ہے آپ کے ٹیسٹ کے لیے۔</w:t>
      </w:r>
    </w:p>
    <w:p>
      <w:r>
        <w:rPr>
          <w:b/>
        </w:rPr>
        <w:t xml:space="preserve">[19:04] </w:t>
      </w:r>
      <w:r>
        <w:t>is dunya mein dekhiye, yaad rakhiye, na to ghareebi koi saza hai, na amiri koi inaam hai.</w:t>
      </w:r>
    </w:p>
    <w:p>
      <w:pPr>
        <w:jc w:val="right"/>
      </w:pPr>
      <w:r>
        <w:t>اس دنیا میں دیکھیے، یاد رکھیے، نہ تو غریبی کوئی سزا ہے، نہ امیری کوئی انعام ہے۔</w:t>
      </w:r>
    </w:p>
    <w:p>
      <w:r>
        <w:rPr>
          <w:b/>
        </w:rPr>
        <w:t xml:space="preserve">[19:08] </w:t>
      </w:r>
      <w:r>
        <w:t>dono test hain.</w:t>
      </w:r>
    </w:p>
    <w:p>
      <w:pPr>
        <w:jc w:val="right"/>
      </w:pPr>
      <w:r>
        <w:t>دونوں ٹیسٹ ہیں۔</w:t>
      </w:r>
    </w:p>
    <w:p>
      <w:r>
        <w:rPr>
          <w:b/>
        </w:rPr>
        <w:t xml:space="preserve">[19:13] </w:t>
      </w:r>
      <w:r>
        <w:t>aap hakim hain, tab bhi aap test par hain.</w:t>
      </w:r>
    </w:p>
    <w:p>
      <w:pPr>
        <w:jc w:val="right"/>
      </w:pPr>
      <w:r>
        <w:t>آپ حاکم ہیں، تب بھی آپ ٹیسٹ پر ہیں۔</w:t>
      </w:r>
    </w:p>
    <w:p>
      <w:r>
        <w:rPr>
          <w:b/>
        </w:rPr>
        <w:t xml:space="preserve">[19:17] </w:t>
      </w:r>
      <w:r>
        <w:t>aap mahkoom hain, tab bhi aap test par hain.</w:t>
      </w:r>
    </w:p>
    <w:p>
      <w:pPr>
        <w:jc w:val="right"/>
      </w:pPr>
      <w:r>
        <w:t>آپ محکوم ہیں، تب بھی آپ ٹیسٹ پر ہیں۔</w:t>
      </w:r>
    </w:p>
    <w:p>
      <w:r>
        <w:rPr>
          <w:b/>
        </w:rPr>
        <w:t xml:space="preserve">[19:21] </w:t>
      </w:r>
      <w:r>
        <w:t>aap aaraam mein hain, tab bhi aap test par hain.</w:t>
      </w:r>
    </w:p>
    <w:p>
      <w:pPr>
        <w:jc w:val="right"/>
      </w:pPr>
      <w:r>
        <w:t>آپ آرام میں ہیں، تب بھی آپ ٹیسٹ پر ہیں۔</w:t>
      </w:r>
    </w:p>
    <w:p>
      <w:r>
        <w:rPr>
          <w:b/>
        </w:rPr>
        <w:t xml:space="preserve">[19:26] </w:t>
      </w:r>
      <w:r>
        <w:t>musibat mein hain, tab bhi aap test par hain.</w:t>
      </w:r>
    </w:p>
    <w:p>
      <w:pPr>
        <w:jc w:val="right"/>
      </w:pPr>
      <w:r>
        <w:t>مصیبت میں ہیں، تب بھی آپ ٹیسٹ پر ہیں۔</w:t>
      </w:r>
    </w:p>
    <w:p>
      <w:r>
        <w:rPr>
          <w:b/>
        </w:rPr>
        <w:t xml:space="preserve">[19:30] </w:t>
      </w:r>
      <w:r>
        <w:t>aur test khuda ki taraf se hota hai. to is</w:t>
      </w:r>
    </w:p>
    <w:p>
      <w:pPr>
        <w:jc w:val="right"/>
      </w:pPr>
      <w:r>
        <w:t>اور ٹیسٹ خدا کی طرف سے ہوتا ہے۔ تو اس</w:t>
      </w:r>
    </w:p>
    <w:p>
      <w:r>
        <w:rPr>
          <w:b/>
        </w:rPr>
        <w:t xml:space="preserve">[19:34] </w:t>
      </w:r>
      <w:r>
        <w:t>ayat ka matlab yeh hai ke koi bhi soorat-e-haal pesh aaye, tumhein hamesha musbat response dena hai. Kyun ke tum sara maamla mind versus God hota hai. Dekhiye, jab hum maamlaat ko mind versus mind samajh lete hain, tab bhi hum ghussa karte hain. Tab bhi hum revenge lena chahte hain. Tab bhi hum complaint karte hain. Tab bhi hum protest karte hain. Lekin agar hamare mind mein yeh bi</w:t>
      </w:r>
    </w:p>
    <w:p>
      <w:pPr>
        <w:jc w:val="right"/>
      </w:pPr>
      <w:r>
        <w:t>آیت کا مطلب یہ ہے کہ کوئی بھی صورتحال پیش آئے، تمہیں ہمیشہ مثبت response دینا ہے۔ کیونکہ تم سارا معاملہ mind versus God ہوتا ہے۔ دیکھیے، جب ہم معاملات کو mind versus mind سمجھ لیتے ہیں، تب بھی ہم غصہ کرتے ہیں۔ تب بھی ہم revenge لینا چاہتے ہیں۔ تب بھی ہم complaint کرتے ہیں۔ تب بھی ہم protest کرتے ہیں۔ لیکن اگر ہمارے mind میں یہ بی</w:t>
      </w:r>
    </w:p>
    <w:p>
      <w:r>
        <w:rPr>
          <w:b/>
        </w:rPr>
        <w:t xml:space="preserve">[20:04] </w:t>
      </w:r>
      <w:r>
        <w:t>th jaye ke mind versus mind to maamla hai hi nahi, saare maamlaat jo hain, woh mind versus</w:t>
      </w:r>
    </w:p>
    <w:p>
      <w:pPr>
        <w:jc w:val="right"/>
      </w:pPr>
      <w:r>
        <w:t>ٹھ جائے کہ mind versus mind تو معاملہ ہے ہی نہیں، سارے معاملات جو ہیں، وہ mind versus</w:t>
      </w:r>
    </w:p>
    <w:p>
      <w:r>
        <w:rPr>
          <w:b/>
        </w:rPr>
        <w:t xml:space="preserve">[20:10] </w:t>
      </w:r>
      <w:r>
        <w:t>God hain, to phir bataiye? phir to musbadiyat ke siwa koi cheez rehti nahi aap ke mind mein.</w:t>
      </w:r>
    </w:p>
    <w:p>
      <w:pPr>
        <w:jc w:val="right"/>
      </w:pPr>
      <w:r>
        <w:t>God ہیں، تو پھر بتائیے؟ پھر تو مثبتیت کے سوا کوئی چیز رہتی نہیں آپ کے mind میں۔</w:t>
      </w:r>
    </w:p>
    <w:p>
      <w:r>
        <w:rPr>
          <w:b/>
        </w:rPr>
        <w:t xml:space="preserve">[20:17] </w:t>
      </w:r>
      <w:r>
        <w:t>to khuda se aap, khuda se aap kya karein? khuda se ladeinge aap? to yeh hai إنا</w:t>
      </w:r>
    </w:p>
    <w:p>
      <w:pPr>
        <w:jc w:val="right"/>
      </w:pPr>
      <w:r>
        <w:t>تو خدا سے آپ، خدا سے آپ کیا کریں؟ خدا سے لڑیں گے آپ؟ تو یہ ہے إنا</w:t>
      </w:r>
    </w:p>
    <w:p>
      <w:r>
        <w:rPr>
          <w:b/>
        </w:rPr>
        <w:t xml:space="preserve">[20:23] </w:t>
      </w:r>
      <w:r>
        <w:t>أنزلناه فی ليلة القدر.</w:t>
      </w:r>
    </w:p>
    <w:p>
      <w:pPr>
        <w:jc w:val="right"/>
      </w:pPr>
      <w:r>
        <w:t>أنزلناه فی ليلة القدر۔</w:t>
      </w:r>
    </w:p>
    <w:p>
      <w:r>
        <w:rPr>
          <w:b/>
        </w:rPr>
        <w:t xml:space="preserve">[20:29] </w:t>
      </w:r>
      <w:r>
        <w:t>hum ne, yaani khuda ne, utara hai is quran ko</w:t>
      </w:r>
    </w:p>
    <w:p>
      <w:pPr>
        <w:jc w:val="right"/>
      </w:pPr>
      <w:r>
        <w:t>ہم نے، یعنی خدا نے، اتارا ہے اس قرآن کو</w:t>
      </w:r>
    </w:p>
    <w:p>
      <w:r>
        <w:rPr>
          <w:b/>
        </w:rPr>
        <w:t xml:space="preserve">[20:35] </w:t>
      </w:r>
      <w:r>
        <w:t>qadr ki raat mein, yaani taqdeer ki raat mein.</w:t>
      </w:r>
    </w:p>
    <w:p>
      <w:pPr>
        <w:jc w:val="right"/>
      </w:pPr>
      <w:r>
        <w:t>قدر کی رات میں، یعنی تقدیر کی رات میں۔</w:t>
      </w:r>
    </w:p>
    <w:p>
      <w:r>
        <w:rPr>
          <w:b/>
        </w:rPr>
        <w:t xml:space="preserve">[20:40] </w:t>
      </w:r>
      <w:r>
        <w:t>night of destiny mein utara hai.</w:t>
      </w:r>
    </w:p>
    <w:p>
      <w:pPr>
        <w:jc w:val="right"/>
      </w:pPr>
      <w:r>
        <w:t>night of destiny میں اتارا ہے۔</w:t>
      </w:r>
    </w:p>
    <w:p>
      <w:r>
        <w:rPr>
          <w:b/>
        </w:rPr>
        <w:t xml:space="preserve">[20:44] </w:t>
      </w:r>
      <w:r>
        <w:t>yeh is mein bataya gaya.</w:t>
      </w:r>
    </w:p>
    <w:p>
      <w:pPr>
        <w:jc w:val="right"/>
      </w:pPr>
      <w:r>
        <w:t>یہ اس میں بتایا گیا۔</w:t>
      </w:r>
    </w:p>
    <w:p>
      <w:r>
        <w:rPr>
          <w:b/>
        </w:rPr>
        <w:t xml:space="preserve">[20:48] </w:t>
      </w:r>
      <w:r>
        <w:t>وما أدراك ما ليلة القدر؟ aur tum jante ho ke laila-tul-qadr kya hai? is ki ahmiyat ko</w:t>
      </w:r>
    </w:p>
    <w:p>
      <w:pPr>
        <w:jc w:val="right"/>
      </w:pPr>
      <w:r>
        <w:t>وما أدراك ما ليلة القدر؟ اور تم جانتے ہو کہ لیلة القدر کیا ہے؟ اس کی اہمیت کو</w:t>
      </w:r>
    </w:p>
    <w:p>
      <w:r>
        <w:rPr>
          <w:b/>
        </w:rPr>
        <w:t xml:space="preserve">[20:53] </w:t>
      </w:r>
      <w:r>
        <w:t>batane ke liye ek usloob hai.</w:t>
      </w:r>
    </w:p>
    <w:p>
      <w:pPr>
        <w:jc w:val="right"/>
      </w:pPr>
      <w:r>
        <w:t>بتانے کے لیے ایک اسلوب ہے۔</w:t>
      </w:r>
    </w:p>
    <w:p>
      <w:r>
        <w:rPr>
          <w:b/>
        </w:rPr>
        <w:t xml:space="preserve">[20:57] </w:t>
      </w:r>
      <w:r>
        <w:t>kya tum jante ho ke yeh kya cheez hai? jaise aap kisi ko koi cheez dein, aap kahein</w:t>
      </w:r>
    </w:p>
    <w:p>
      <w:pPr>
        <w:jc w:val="right"/>
      </w:pPr>
      <w:r>
        <w:t>کیا تم جانتے ہو کہ یہ کیا چیز ہے؟ جیسے آپ کسی کو کوئی چیز دیں، آپ کہیں</w:t>
      </w:r>
    </w:p>
    <w:p>
      <w:r>
        <w:rPr>
          <w:b/>
        </w:rPr>
        <w:t xml:space="preserve">[21:01] </w:t>
      </w:r>
      <w:r>
        <w:t>ke jante ho yeh kya cheez hai? to iski aham</w:t>
      </w:r>
    </w:p>
    <w:p>
      <w:pPr>
        <w:jc w:val="right"/>
      </w:pPr>
      <w:r>
        <w:t>کہ جانتے ہو یہ کیا چیز ہے؟ تو اس کی اہم</w:t>
      </w:r>
    </w:p>
    <w:p>
      <w:r>
        <w:rPr>
          <w:b/>
        </w:rPr>
        <w:t xml:space="preserve">[21:05] </w:t>
      </w:r>
      <w:r>
        <w:t>iyat ko batane ke liye aisa kiya jata hai.</w:t>
      </w:r>
    </w:p>
    <w:p>
      <w:pPr>
        <w:jc w:val="right"/>
      </w:pPr>
      <w:r>
        <w:t>یت کو بتانے کے لیے ایسا کیا جاتا ہے۔</w:t>
      </w:r>
    </w:p>
    <w:p>
      <w:r>
        <w:rPr>
          <w:b/>
        </w:rPr>
        <w:t xml:space="preserve">[21:11] </w:t>
      </w:r>
      <w:r>
        <w:t>wohi matlab hai yahan par.</w:t>
      </w:r>
    </w:p>
    <w:p>
      <w:pPr>
        <w:jc w:val="right"/>
      </w:pPr>
      <w:r>
        <w:t>وہی مطلب ہے یہاں پر۔</w:t>
      </w:r>
    </w:p>
    <w:p>
      <w:r>
        <w:rPr>
          <w:b/>
        </w:rPr>
        <w:t xml:space="preserve">[21:17] </w:t>
      </w:r>
      <w:r>
        <w:t>wama adraka ma laylatul qadr? tum jante ho ke kya hai yeh laylatul qadr? laylatul qadr khairun min alf shahr.</w:t>
      </w:r>
    </w:p>
    <w:p>
      <w:pPr>
        <w:jc w:val="right"/>
      </w:pPr>
      <w:r>
        <w:t>وما أدراك ما ليلة القدر؟ تم جانتے ہو کہ کیا ہے یہ لیلة القدر؟ لیلة القدر خير من نصف الشهر۔</w:t>
      </w:r>
    </w:p>
    <w:p>
      <w:r>
        <w:rPr>
          <w:b/>
        </w:rPr>
        <w:t xml:space="preserve">[21:23] </w:t>
      </w:r>
      <w:r>
        <w:t>laylatul qadr ya shab qadr ya night of destiny to hazar mahino se behtar hai.</w:t>
      </w:r>
    </w:p>
    <w:p>
      <w:pPr>
        <w:jc w:val="right"/>
      </w:pPr>
      <w:r>
        <w:t>لیلة القدر یا شب قدر یا night of destiny تو ہزار مہینوں سے بہتر ہے۔</w:t>
      </w:r>
    </w:p>
    <w:p>
      <w:r>
        <w:rPr>
          <w:b/>
        </w:rPr>
        <w:t xml:space="preserve">[21:29] </w:t>
      </w:r>
      <w:r>
        <w:t>hazar mahino se</w:t>
      </w:r>
    </w:p>
    <w:p>
      <w:pPr>
        <w:jc w:val="right"/>
      </w:pPr>
      <w:r>
        <w:t>ہزار مہینوں سے</w:t>
      </w:r>
    </w:p>
    <w:p>
      <w:r>
        <w:rPr>
          <w:b/>
        </w:rPr>
        <w:t xml:space="preserve">[21:36] </w:t>
      </w:r>
      <w:r>
        <w:t>behtar hai.</w:t>
      </w:r>
    </w:p>
    <w:p>
      <w:pPr>
        <w:jc w:val="right"/>
      </w:pPr>
      <w:r>
        <w:t>بہتر ہے۔</w:t>
      </w:r>
    </w:p>
    <w:p>
      <w:r>
        <w:rPr>
          <w:b/>
        </w:rPr>
        <w:t xml:space="preserve">[21:42] </w:t>
      </w:r>
      <w:r>
        <w:t>dekhiye, yahan par mein ek baat arz karna chahunga.</w:t>
      </w:r>
    </w:p>
    <w:p>
      <w:pPr>
        <w:jc w:val="right"/>
      </w:pPr>
      <w:r>
        <w:t>دیکھیے، یہاں پر میں ایک بات عرض کرنا چاہوں گا۔</w:t>
      </w:r>
    </w:p>
    <w:p>
      <w:r>
        <w:rPr>
          <w:b/>
        </w:rPr>
        <w:t xml:space="preserve">[21:48] </w:t>
      </w:r>
      <w:r>
        <w:t>ek hadith hai jo ke al-Muwatta mein hai aur doosri kitabon mein bhi hai.</w:t>
      </w:r>
    </w:p>
    <w:p>
      <w:pPr>
        <w:jc w:val="right"/>
      </w:pPr>
      <w:r>
        <w:t>ایک حدیث ہے جو کہ الموطأ میں ہے اور دوسری کتابوں میں بھی ہے۔</w:t>
      </w:r>
    </w:p>
    <w:p>
      <w:r>
        <w:rPr>
          <w:b/>
        </w:rPr>
        <w:t xml:space="preserve">[21:54] </w:t>
      </w:r>
      <w:r>
        <w:t>is hadith mein bataya gaya hai ke rasool Allah ke samne yeh baat aayi ke pichhli ummaton ke</w:t>
      </w:r>
    </w:p>
    <w:p>
      <w:pPr>
        <w:jc w:val="right"/>
      </w:pPr>
      <w:r>
        <w:t>اس حدیث میں بتایا گیا ہے کہ رسول اللہ کے سامنے یہ بات آئی کہ پچھلی امتوں کے</w:t>
      </w:r>
    </w:p>
    <w:p>
      <w:r>
        <w:rPr>
          <w:b/>
        </w:rPr>
        <w:t xml:space="preserve">[22:00] </w:t>
      </w:r>
      <w:r>
        <w:t>log jo the, un</w:t>
      </w:r>
    </w:p>
    <w:p>
      <w:pPr>
        <w:jc w:val="right"/>
      </w:pPr>
      <w:r>
        <w:t>لوگ جو تھے، ان</w:t>
      </w:r>
    </w:p>
    <w:p>
      <w:r>
        <w:rPr>
          <w:b/>
        </w:rPr>
        <w:t xml:space="preserve">[22:06] </w:t>
      </w:r>
      <w:r>
        <w:t>ki umar zyada hua karti thi.</w:t>
      </w:r>
    </w:p>
    <w:p>
      <w:pPr>
        <w:jc w:val="right"/>
      </w:pPr>
      <w:r>
        <w:t>کی عمر زیادہ ہوا کرتی تھی۔</w:t>
      </w:r>
    </w:p>
    <w:p>
      <w:r>
        <w:rPr>
          <w:b/>
        </w:rPr>
        <w:t xml:space="preserve">[22:10] </w:t>
      </w:r>
      <w:r>
        <w:t>yani hazar hazar saal.</w:t>
      </w:r>
    </w:p>
    <w:p>
      <w:pPr>
        <w:jc w:val="right"/>
      </w:pPr>
      <w:r>
        <w:t>یعنی ہزار ہزار سال۔</w:t>
      </w:r>
    </w:p>
    <w:p>
      <w:r>
        <w:rPr>
          <w:b/>
        </w:rPr>
        <w:t xml:space="preserve">[22:14] </w:t>
      </w:r>
      <w:r>
        <w:t>zyada hua karti thi.</w:t>
      </w:r>
    </w:p>
    <w:p>
      <w:pPr>
        <w:jc w:val="right"/>
      </w:pPr>
      <w:r>
        <w:t>زیادہ ہوا کرتی تھی۔</w:t>
      </w:r>
    </w:p>
    <w:p>
      <w:r>
        <w:rPr>
          <w:b/>
        </w:rPr>
        <w:t xml:space="preserve">[22:19] </w:t>
      </w:r>
      <w:r>
        <w:t>yeh aap jante hain, Hazrat Nuh (AS) jo hain, saadey nau so saal unki zindagi rahi.</w:t>
      </w:r>
    </w:p>
    <w:p>
      <w:pPr>
        <w:jc w:val="right"/>
      </w:pPr>
      <w:r>
        <w:t>یہ آپ جانتے ہیں، حضرت نوح علیہ السلام جو ہیں، ساڑھے نو سو سال ان کی زندگی رہی۔</w:t>
      </w:r>
    </w:p>
    <w:p>
      <w:r>
        <w:rPr>
          <w:b/>
        </w:rPr>
        <w:t xml:space="preserve">[22:23] </w:t>
      </w:r>
      <w:r>
        <w:t>labitha feehim al-hasrati illa khamsina aamah.</w:t>
      </w:r>
    </w:p>
    <w:p>
      <w:pPr>
        <w:jc w:val="right"/>
      </w:pPr>
      <w:r>
        <w:t>لبث فہم الحسرت الا خمسین عامہ۔</w:t>
      </w:r>
    </w:p>
    <w:p>
      <w:r>
        <w:rPr>
          <w:b/>
        </w:rPr>
        <w:t xml:space="preserve">[22:28] </w:t>
      </w:r>
      <w:r>
        <w:t>saadey nau so saal zinda rahe Hazrat Nuh (AS).</w:t>
      </w:r>
    </w:p>
    <w:p>
      <w:pPr>
        <w:jc w:val="right"/>
      </w:pPr>
      <w:r>
        <w:t>ساڑھے نو سو سال زندہ رہے حضرت نوح علیہ السلام۔</w:t>
      </w:r>
    </w:p>
    <w:p>
      <w:r>
        <w:rPr>
          <w:b/>
        </w:rPr>
        <w:t xml:space="preserve">[22:32] </w:t>
      </w:r>
      <w:r>
        <w:t>to pehle zamane mein logon ki umrein zyada hua karti thi.</w:t>
      </w:r>
    </w:p>
    <w:p>
      <w:pPr>
        <w:jc w:val="right"/>
      </w:pPr>
      <w:r>
        <w:t>تو پہلے زمانے میں لوگوں کی عمریں زیادہ ہوا کرتی تھیں۔</w:t>
      </w:r>
    </w:p>
    <w:p>
      <w:r>
        <w:rPr>
          <w:b/>
        </w:rPr>
        <w:t xml:space="preserve">[22:36] </w:t>
      </w:r>
      <w:r>
        <w:t>to aap ko ya kisi sahabi ko khayal hua ke phir to hum bohat kam ibadat kar payenge.</w:t>
      </w:r>
    </w:p>
    <w:p>
      <w:pPr>
        <w:jc w:val="right"/>
      </w:pPr>
      <w:r>
        <w:t>تو آپ کو یا کسی صحابی کو خیال ہوا کہ پھر تو ہم بہت کم عبادت کر پائیں گے۔</w:t>
      </w:r>
    </w:p>
    <w:p>
      <w:r>
        <w:rPr>
          <w:b/>
        </w:rPr>
        <w:t xml:space="preserve">[22:41] </w:t>
      </w:r>
      <w:r>
        <w:t>pichhle log jo hain, hazar saal tak ibadat kar sakte the.</w:t>
      </w:r>
    </w:p>
    <w:p>
      <w:pPr>
        <w:jc w:val="right"/>
      </w:pPr>
      <w:r>
        <w:t>پچھلے لوگ جو ہیں، ہزار سال تک عبادت کر سکتے تھے۔</w:t>
      </w:r>
    </w:p>
    <w:p>
      <w:r>
        <w:rPr>
          <w:b/>
        </w:rPr>
        <w:t xml:space="preserve">[22:45] </w:t>
      </w:r>
      <w:r>
        <w:t>bohat sawab le sakte the.</w:t>
      </w:r>
    </w:p>
    <w:p>
      <w:pPr>
        <w:jc w:val="right"/>
      </w:pPr>
      <w:r>
        <w:t>بہت ثواب لے سکتے تھے۔</w:t>
      </w:r>
    </w:p>
    <w:p>
      <w:r>
        <w:rPr>
          <w:b/>
        </w:rPr>
        <w:t xml:space="preserve">[22:49] </w:t>
      </w:r>
      <w:r>
        <w:t>hum to bohat kam din zinda rehte hain.</w:t>
      </w:r>
    </w:p>
    <w:p>
      <w:pPr>
        <w:jc w:val="right"/>
      </w:pPr>
      <w:r>
        <w:t>ہم تو بہت کم دن زندہ رہتے ہیں۔</w:t>
      </w:r>
    </w:p>
    <w:p>
      <w:r>
        <w:rPr>
          <w:b/>
        </w:rPr>
        <w:t xml:space="preserve">[22:54] </w:t>
      </w:r>
      <w:r>
        <w:t>chalis, pachas, sath, sattar saal zinda rehte hain.</w:t>
      </w:r>
    </w:p>
    <w:p>
      <w:pPr>
        <w:jc w:val="right"/>
      </w:pPr>
      <w:r>
        <w:t>چالیس، پچاس، ساٹھ، ستر سال زندہ رہتے ہیں۔</w:t>
      </w:r>
    </w:p>
    <w:p>
      <w:r>
        <w:rPr>
          <w:b/>
        </w:rPr>
        <w:t xml:space="preserve">[22:58] </w:t>
      </w:r>
      <w:r>
        <w:t>to hamein to itna sawab nahin milega.</w:t>
      </w:r>
    </w:p>
    <w:p>
      <w:pPr>
        <w:jc w:val="right"/>
      </w:pPr>
      <w:r>
        <w:t>تو ہمیں تو اتنا ثواب نہیں ملے گا۔</w:t>
      </w:r>
    </w:p>
    <w:p>
      <w:r>
        <w:rPr>
          <w:b/>
        </w:rPr>
        <w:t xml:space="preserve">[23:02] </w:t>
      </w:r>
      <w:r>
        <w:t>to quran mein aaya hai ke yeh jo shab qadr hai, yeh</w:t>
      </w:r>
    </w:p>
    <w:p>
      <w:pPr>
        <w:jc w:val="right"/>
      </w:pPr>
      <w:r>
        <w:t>تو قرآن میں آیا ہے کہ یہ جو شب قدر ہے، یہ</w:t>
      </w:r>
    </w:p>
    <w:p>
      <w:r>
        <w:rPr>
          <w:b/>
        </w:rPr>
        <w:t xml:space="preserve">[23:07] </w:t>
      </w:r>
      <w:r>
        <w:t>hazaar raaton se bhi behtar hai.</w:t>
      </w:r>
    </w:p>
    <w:p>
      <w:pPr>
        <w:jc w:val="right"/>
      </w:pPr>
      <w:r>
        <w:t>ہزار راتوں سے بھی بہتر ہے۔</w:t>
      </w:r>
    </w:p>
    <w:p>
      <w:r>
        <w:rPr>
          <w:b/>
        </w:rPr>
        <w:t xml:space="preserve">[23:12] </w:t>
      </w:r>
      <w:r>
        <w:t>dekhiye, iska matlab samjhiye.</w:t>
      </w:r>
    </w:p>
    <w:p>
      <w:pPr>
        <w:jc w:val="right"/>
      </w:pPr>
      <w:r>
        <w:t>دیکھیے، اس کا مطلب سمجھیے۔</w:t>
      </w:r>
    </w:p>
    <w:p>
      <w:r>
        <w:rPr>
          <w:b/>
        </w:rPr>
        <w:t xml:space="preserve">[23:17] </w:t>
      </w:r>
      <w:r>
        <w:t>iska matlab yeh nahin hai ke is ek raat mein woh fazilat rakh di gayi hai jo</w:t>
      </w:r>
    </w:p>
    <w:p>
      <w:pPr>
        <w:jc w:val="right"/>
      </w:pPr>
      <w:r>
        <w:t>اس کا مطلب یہ نہیں ہے کہ اس ایک رات میں وہ فضیلت رکھ دی گئی ہے جو</w:t>
      </w:r>
    </w:p>
    <w:p>
      <w:r>
        <w:rPr>
          <w:b/>
        </w:rPr>
        <w:t xml:space="preserve">[23:22] </w:t>
      </w:r>
      <w:r>
        <w:t>hazaar raat mein ho sakti hai.</w:t>
      </w:r>
    </w:p>
    <w:p>
      <w:pPr>
        <w:jc w:val="right"/>
      </w:pPr>
      <w:r>
        <w:t>ہزار رات میں ہو سکتی ہے۔</w:t>
      </w:r>
    </w:p>
    <w:p>
      <w:r>
        <w:rPr>
          <w:b/>
        </w:rPr>
        <w:t xml:space="preserve">[23:27] </w:t>
      </w:r>
      <w:r>
        <w:t>dekhiye, aisa kehne ka matlab yeh hai ke aap quantity ke term mein isko explain kar rahe hain.</w:t>
      </w:r>
    </w:p>
    <w:p>
      <w:pPr>
        <w:jc w:val="right"/>
      </w:pPr>
      <w:r>
        <w:t>دیکھیے، ایسا کہنے کا مطلب یہ ہے کہ آپ quantity کے term میں اس کو explain کر رہے ہیں۔</w:t>
      </w:r>
    </w:p>
    <w:p>
      <w:r>
        <w:rPr>
          <w:b/>
        </w:rPr>
        <w:t xml:space="preserve">[23:32] </w:t>
      </w:r>
      <w:r>
        <w:t>aur kabhi aisa mat kijiye ke kisi bhi cheez ko</w:t>
      </w:r>
    </w:p>
    <w:p>
      <w:pPr>
        <w:jc w:val="right"/>
      </w:pPr>
      <w:r>
        <w:t>اور کبھی ایسا مت کیجیے کہ کسی بھی چیز کو</w:t>
      </w:r>
    </w:p>
    <w:p>
      <w:r>
        <w:rPr>
          <w:b/>
        </w:rPr>
        <w:t xml:space="preserve">[23:37] </w:t>
      </w:r>
      <w:r>
        <w:t>quantity ke term mein aap explain karein. Quran mein dekhiye, hai qurbani ke bare mein. Log quantity ke term mein is ko explain kar rahe the. To farmaya ke lan yanalallaha lumuhuha wala dima'uha walakinn yanaluhut taqwa minkum. Khuda ko tumhara gosht aur khoon nahi pahunchta. Tumhara taqwa pahunchta hai. Yaani quantity nahi pahunchti hai, quality</w:t>
      </w:r>
    </w:p>
    <w:p>
      <w:pPr>
        <w:jc w:val="right"/>
      </w:pPr>
      <w:r>
        <w:t>quantity کے term میں آپ explain کریں۔ قرآن میں دیکھیے، ہے قربانی کے بارے میں۔ لوگ quantity کے term میں اس کو explain کر رہے تھے۔ تو فرمایا کہ لینال اللہ لہمھؤلا دماءھؤلا کینال التقویٰ منکم۔ خدا کو تمہارا گوشت اور خون نہیں پہنچتا۔ تمہارا تقویٰ پہنچتا ہے۔ یعنی quantity نہیں پہنچتی ہے، quality</w:t>
      </w:r>
    </w:p>
    <w:p>
      <w:r>
        <w:rPr>
          <w:b/>
        </w:rPr>
        <w:t xml:space="preserve">[24:07] </w:t>
      </w:r>
      <w:r>
        <w:t>pohanchti hai.</w:t>
      </w:r>
    </w:p>
    <w:p>
      <w:pPr>
        <w:jc w:val="right"/>
      </w:pPr>
      <w:r>
        <w:t>پہنچتی ہے۔</w:t>
      </w:r>
    </w:p>
    <w:p>
      <w:r>
        <w:rPr>
          <w:b/>
        </w:rPr>
        <w:t xml:space="preserve">[24:12] </w:t>
      </w:r>
      <w:r>
        <w:t>quantity nahin pohanchti hai, quality pohanchti hai.</w:t>
      </w:r>
    </w:p>
    <w:p>
      <w:pPr>
        <w:jc w:val="right"/>
      </w:pPr>
      <w:r>
        <w:t>quantity نہیں پہنچتی ہے، quality پہنچتی ہے۔</w:t>
      </w:r>
    </w:p>
    <w:p>
      <w:r>
        <w:rPr>
          <w:b/>
        </w:rPr>
        <w:t xml:space="preserve">[24:17] </w:t>
      </w:r>
      <w:r>
        <w:t>koi ek hazaar janwar zabah kare qurbani mein aur shaan dikhane ke liye, to khuda ke haan ek</w:t>
      </w:r>
    </w:p>
    <w:p>
      <w:pPr>
        <w:jc w:val="right"/>
      </w:pPr>
      <w:r>
        <w:t>کوئی ایک ہزار جانور ذبح کرے قربانی میں اور شان دکھانے کے لیے، تو خدا کے ہاں ایک</w:t>
      </w:r>
    </w:p>
    <w:p>
      <w:r>
        <w:rPr>
          <w:b/>
        </w:rPr>
        <w:t xml:space="preserve">[24:22] </w:t>
      </w:r>
      <w:r>
        <w:t>zarra bhi nahin pohancha.</w:t>
      </w:r>
    </w:p>
    <w:p>
      <w:pPr>
        <w:jc w:val="right"/>
      </w:pPr>
      <w:r>
        <w:t>ذرہ بھی نہیں پہنچا۔</w:t>
      </w:r>
    </w:p>
    <w:p>
      <w:r>
        <w:rPr>
          <w:b/>
        </w:rPr>
        <w:t xml:space="preserve">[24:27] </w:t>
      </w:r>
      <w:r>
        <w:t>lekin ek insaan, ek janwar qurban karta hai apni bohat mamooli aamdani se.</w:t>
      </w:r>
    </w:p>
    <w:p>
      <w:pPr>
        <w:jc w:val="right"/>
      </w:pPr>
      <w:r>
        <w:t>لیکن ایک انسان، ایک جانور قربان کرتا ہے اپنی بہت معمولی آمدنی سے۔</w:t>
      </w:r>
    </w:p>
    <w:p>
      <w:r>
        <w:rPr>
          <w:b/>
        </w:rPr>
        <w:t xml:space="preserve">[24:33] </w:t>
      </w:r>
      <w:r>
        <w:t>aur jab woh janwar ko qurban kar raha hota hai to</w:t>
      </w:r>
    </w:p>
    <w:p>
      <w:pPr>
        <w:jc w:val="right"/>
      </w:pPr>
      <w:r>
        <w:t>اور جب وہ جانور کو قربان کر رہا ہوتا ہے تو</w:t>
      </w:r>
    </w:p>
    <w:p>
      <w:r>
        <w:rPr>
          <w:b/>
        </w:rPr>
        <w:t xml:space="preserve">[24:38] </w:t>
      </w:r>
      <w:r>
        <w:t>kehta hai, aye Khuda ya, is waqt mein tere samne janwar pesh kar raha hoon. Aur jab bhi zaroorat hogi to mein apne aap ko pesh karne ke liye tayyar hoon. To is toote hue dil ke sath, is kaifiyat se bhare hue dil ke sath jab aadmi kehta hai, to is ka darja hai Khuda ke haan. To farmaya ke lan yanalallaha lumuhuha wala dima'uha</w:t>
      </w:r>
    </w:p>
    <w:p>
      <w:pPr>
        <w:jc w:val="right"/>
      </w:pPr>
      <w:r>
        <w:t>کہتا ہے، اے خدایا، اس وقت میں تیرے سامنے جانور پیش کر رہا ہوں۔ اور جب بھی ضرورت ہوگی تو میں اپنے آپ کو پیش کرنے کے لیے تیار ہوں۔ تو اس ٹوٹے ہوئے دل کے ساتھ، اس کیفیت سے بھرے ہوئے دل کے ساتھ جب آدمی کہتا ہے، تو اس کا درجہ ہے خدا کے ہاں۔ تو فرمایا کہ لینال اللہ لہمھؤلا دما</w:t>
      </w:r>
    </w:p>
    <w:p>
      <w:r>
        <w:rPr>
          <w:b/>
        </w:rPr>
        <w:t xml:space="preserve">[25:08] </w:t>
      </w:r>
      <w:r>
        <w:t>ءھؤلا کینال التقویٰ منکم۔</w:t>
      </w:r>
    </w:p>
    <w:p>
      <w:pPr>
        <w:jc w:val="right"/>
      </w:pPr>
      <w:r>
        <w:t>ءھؤلا کینال التقویٰ منکم۔</w:t>
      </w:r>
    </w:p>
    <w:p>
      <w:r>
        <w:rPr>
          <w:b/>
        </w:rPr>
        <w:t xml:space="preserve">[25:12] </w:t>
      </w:r>
      <w:r>
        <w:t>yeh usool har jagah hai.</w:t>
      </w:r>
    </w:p>
    <w:p>
      <w:pPr>
        <w:jc w:val="right"/>
      </w:pPr>
      <w:r>
        <w:t>یہ اصول ہر جگہ ہے۔</w:t>
      </w:r>
    </w:p>
    <w:p>
      <w:r>
        <w:rPr>
          <w:b/>
        </w:rPr>
        <w:t xml:space="preserve">[25:16] </w:t>
      </w:r>
      <w:r>
        <w:t>kabhi bhi aisa yeh ghalti mat kijiye ke quantity ke term mein aap value dene lagen sharai ahkam ko.</w:t>
      </w:r>
    </w:p>
    <w:p>
      <w:pPr>
        <w:jc w:val="right"/>
      </w:pPr>
      <w:r>
        <w:t>کبھی بھی ایسا یہ غلطی مت کیجیے کہ quantity کے term میں آپ value دینے لگیں شرعی احکام کو۔</w:t>
      </w:r>
    </w:p>
    <w:p>
      <w:r>
        <w:rPr>
          <w:b/>
        </w:rPr>
        <w:t xml:space="preserve">[25:21] </w:t>
      </w:r>
      <w:r>
        <w:t>jo value hai, sab quality ke term mein hai.</w:t>
      </w:r>
    </w:p>
    <w:p>
      <w:pPr>
        <w:jc w:val="right"/>
      </w:pPr>
      <w:r>
        <w:t>جو value ہے، سب quality کے term میں ہے۔</w:t>
      </w:r>
    </w:p>
    <w:p>
      <w:r>
        <w:rPr>
          <w:b/>
        </w:rPr>
        <w:t xml:space="preserve">[25:25] </w:t>
      </w:r>
      <w:r>
        <w:t>yani کیفیت mein hai, na ke مقدار mein hai.</w:t>
      </w:r>
    </w:p>
    <w:p>
      <w:pPr>
        <w:jc w:val="right"/>
      </w:pPr>
      <w:r>
        <w:t>یعنی کیفیت میں ہے، نہ کہ مقدار میں ہے۔</w:t>
      </w:r>
    </w:p>
    <w:p>
      <w:r>
        <w:rPr>
          <w:b/>
        </w:rPr>
        <w:t xml:space="preserve">[25:30] </w:t>
      </w:r>
      <w:r>
        <w:t>khuda ke haan مقدار nahin toli jati.</w:t>
      </w:r>
    </w:p>
    <w:p>
      <w:pPr>
        <w:jc w:val="right"/>
      </w:pPr>
      <w:r>
        <w:t>خدا کے ہاں مقدار نہیں تولی جاتی۔</w:t>
      </w:r>
    </w:p>
    <w:p>
      <w:r>
        <w:rPr>
          <w:b/>
        </w:rPr>
        <w:t xml:space="preserve">[25:34] </w:t>
      </w:r>
      <w:r>
        <w:t>khuda ke haan کیفیت dekhi jati hai.</w:t>
      </w:r>
    </w:p>
    <w:p>
      <w:pPr>
        <w:jc w:val="right"/>
      </w:pPr>
      <w:r>
        <w:t>خدا کے ہاں کیفیت دیکھی جاتی ہے۔</w:t>
      </w:r>
    </w:p>
    <w:p>
      <w:r>
        <w:rPr>
          <w:b/>
        </w:rPr>
        <w:t xml:space="preserve">[25:39] </w:t>
      </w:r>
      <w:r>
        <w:t>mein isko, is misaal ko wazeh karne, is baat ko wazeh karne ke liye ek misaal deta hoon.</w:t>
      </w:r>
    </w:p>
    <w:p>
      <w:pPr>
        <w:jc w:val="right"/>
      </w:pPr>
      <w:r>
        <w:t>میں اس کو، اس مثال کو واضح کرنے، اس بات کو واضح کرنے کے لیے ایک مثال دیتا ہوں۔</w:t>
      </w:r>
    </w:p>
    <w:p>
      <w:r>
        <w:rPr>
          <w:b/>
        </w:rPr>
        <w:t xml:space="preserve">[25:44] </w:t>
      </w:r>
      <w:r>
        <w:t>jaise hadith mein aata hai ke qabristan mein jana bohat achhi baat maani gayi hai.</w:t>
      </w:r>
    </w:p>
    <w:p>
      <w:pPr>
        <w:jc w:val="right"/>
      </w:pPr>
      <w:r>
        <w:t>جیسے حدیث میں آتا ہے کہ قبرستان میں جانا بہت اچھی بات مانی گئی ہے۔</w:t>
      </w:r>
    </w:p>
    <w:p>
      <w:r>
        <w:rPr>
          <w:b/>
        </w:rPr>
        <w:t xml:space="preserve">[25:49] </w:t>
      </w:r>
      <w:r>
        <w:t>qabristan mein jana bohat achhi baat maani gayi hai.</w:t>
      </w:r>
    </w:p>
    <w:p>
      <w:pPr>
        <w:jc w:val="right"/>
      </w:pPr>
      <w:r>
        <w:t>قبرستان میں جانا بہت اچھی بات مانی گئی ہے۔</w:t>
      </w:r>
    </w:p>
    <w:p>
      <w:r>
        <w:rPr>
          <w:b/>
        </w:rPr>
        <w:t xml:space="preserve">[25:55] </w:t>
      </w:r>
      <w:r>
        <w:t>is mein sawab hai, fazilat hai.</w:t>
      </w:r>
    </w:p>
    <w:p>
      <w:pPr>
        <w:jc w:val="right"/>
      </w:pPr>
      <w:r>
        <w:t>اس میں ثواب ہے، فضیلت ہے۔</w:t>
      </w:r>
    </w:p>
    <w:p>
      <w:r>
        <w:rPr>
          <w:b/>
        </w:rPr>
        <w:t xml:space="preserve">[26:00] </w:t>
      </w:r>
      <w:r>
        <w:t>to kiya is ka matlab yeh hai ke aap agar wahan chale gaye, yani kisi tareeqay se chal</w:t>
      </w:r>
    </w:p>
    <w:p>
      <w:pPr>
        <w:jc w:val="right"/>
      </w:pPr>
      <w:r>
        <w:t>تو کیا اس کا مطلب یہ ہے کہ آپ اگر وہاں چلے گئے، یعنی کسی طریقے سے چل</w:t>
      </w:r>
    </w:p>
    <w:p>
      <w:r>
        <w:rPr>
          <w:b/>
        </w:rPr>
        <w:t xml:space="preserve">[26:06] </w:t>
      </w:r>
      <w:r>
        <w:t>phir ke wahan pohanch gaye, to bas sab aap ko sawab mil gaya?</w:t>
      </w:r>
    </w:p>
    <w:p>
      <w:pPr>
        <w:jc w:val="right"/>
      </w:pPr>
      <w:r>
        <w:t>پھر کے وہاں پہنچ گئے، تو بس سب آپ کو ثواب مل گیا؟</w:t>
      </w:r>
    </w:p>
    <w:p>
      <w:r>
        <w:rPr>
          <w:b/>
        </w:rPr>
        <w:t xml:space="preserve">[26:11] </w:t>
      </w:r>
      <w:r>
        <w:t>yani qabristan jis area mein hai, wahan par aap pohanch gaye to is ka matlab nahi ke wahan</w:t>
      </w:r>
    </w:p>
    <w:p>
      <w:pPr>
        <w:jc w:val="right"/>
      </w:pPr>
      <w:r>
        <w:t>یعنی قبرستان جس area میں ہے، وہاں پر آپ پہنچ گئے تو اس کا مطلب نہیں کہ وہاں</w:t>
      </w:r>
    </w:p>
    <w:p>
      <w:r>
        <w:rPr>
          <w:b/>
        </w:rPr>
        <w:t xml:space="preserve">[26:16] </w:t>
      </w:r>
      <w:r>
        <w:t>sawab mil gaya. Nahi.</w:t>
      </w:r>
    </w:p>
    <w:p>
      <w:pPr>
        <w:jc w:val="right"/>
      </w:pPr>
      <w:r>
        <w:t>ثواب مل گیا۔ نہیں۔</w:t>
      </w:r>
    </w:p>
    <w:p>
      <w:r>
        <w:rPr>
          <w:b/>
        </w:rPr>
        <w:t xml:space="preserve">[26:21] </w:t>
      </w:r>
      <w:r>
        <w:t>qabristan se maut ka sabak liya agar hum ne.</w:t>
      </w:r>
    </w:p>
    <w:p>
      <w:pPr>
        <w:jc w:val="right"/>
      </w:pPr>
      <w:r>
        <w:t>قبرستان سے موت کا سبق لیا اگر ہم نے۔</w:t>
      </w:r>
    </w:p>
    <w:p>
      <w:r>
        <w:rPr>
          <w:b/>
        </w:rPr>
        <w:t xml:space="preserve">[26:26] </w:t>
      </w:r>
      <w:r>
        <w:t>qabristan se agar hum ne taqwa ki kaifiyat hasil ki, to woh cheez hai sawab ki cheez.</w:t>
      </w:r>
    </w:p>
    <w:p>
      <w:pPr>
        <w:jc w:val="right"/>
      </w:pPr>
      <w:r>
        <w:t>قبرستان سے اگر ہم نے تقویٰ کی کیفیت حاصل کی، تو وہ چیز ہے ثواب کی چیز۔</w:t>
      </w:r>
    </w:p>
    <w:p>
      <w:r>
        <w:rPr>
          <w:b/>
        </w:rPr>
        <w:t xml:space="preserve">[26:31] </w:t>
      </w:r>
      <w:r>
        <w:t>mehaz is zameen par qadam rakhnay ka naam sawab nahi hai.</w:t>
      </w:r>
    </w:p>
    <w:p>
      <w:pPr>
        <w:jc w:val="right"/>
      </w:pPr>
      <w:r>
        <w:t>محض اس زمین پر قدم رکھنے کا نام ثواب نہیں ہے۔</w:t>
      </w:r>
    </w:p>
    <w:p>
      <w:r>
        <w:rPr>
          <w:b/>
        </w:rPr>
        <w:t xml:space="preserve">[26:36] </w:t>
      </w:r>
      <w:r>
        <w:t>jaise abhi dekhiye, mein aik</w:t>
      </w:r>
    </w:p>
    <w:p>
      <w:pPr>
        <w:jc w:val="right"/>
      </w:pPr>
      <w:r>
        <w:t>جیسے ابھی دیکھیے، میں ایک</w:t>
      </w:r>
    </w:p>
    <w:p>
      <w:r>
        <w:rPr>
          <w:b/>
        </w:rPr>
        <w:t xml:space="preserve">[26:41] </w:t>
      </w:r>
      <w:r>
        <w:t>misal arz karta hoon.</w:t>
      </w:r>
    </w:p>
    <w:p>
      <w:pPr>
        <w:jc w:val="right"/>
      </w:pPr>
      <w:r>
        <w:t>مثال عرض کرتا ہوں۔</w:t>
      </w:r>
    </w:p>
    <w:p>
      <w:r>
        <w:rPr>
          <w:b/>
        </w:rPr>
        <w:t xml:space="preserve">[26:45] </w:t>
      </w:r>
      <w:r>
        <w:t>meri biwi ka intiqal hua pachis december do hazar chah ko.</w:t>
      </w:r>
    </w:p>
    <w:p>
      <w:pPr>
        <w:jc w:val="right"/>
      </w:pPr>
      <w:r>
        <w:t>میری بیوی کا انتقال ہوا پچیس دسمبر دو ہزار چھ کو۔</w:t>
      </w:r>
    </w:p>
    <w:p>
      <w:r>
        <w:rPr>
          <w:b/>
        </w:rPr>
        <w:t xml:space="preserve">[26:49] </w:t>
      </w:r>
      <w:r>
        <w:t>hum log treshath saal tak aik sath rahe, sixty three years tak.</w:t>
      </w:r>
    </w:p>
    <w:p>
      <w:pPr>
        <w:jc w:val="right"/>
      </w:pPr>
      <w:r>
        <w:t>ہم لوگ تریسٹھ سال تک ایک ساتھ رہے، sixty three years تک۔</w:t>
      </w:r>
    </w:p>
    <w:p>
      <w:r>
        <w:rPr>
          <w:b/>
        </w:rPr>
        <w:t xml:space="preserve">[26:53] </w:t>
      </w:r>
      <w:r>
        <w:t>to pachis december ko un ka intiqal ho gaya.</w:t>
      </w:r>
    </w:p>
    <w:p>
      <w:pPr>
        <w:jc w:val="right"/>
      </w:pPr>
      <w:r>
        <w:t>تو پچیس دسمبر کو ان کا انتقال ہو گیا۔</w:t>
      </w:r>
    </w:p>
    <w:p>
      <w:r>
        <w:rPr>
          <w:b/>
        </w:rPr>
        <w:t xml:space="preserve">[26:56] </w:t>
      </w:r>
      <w:r>
        <w:t>meri aur un ki umer mein bohat hi thora sa farq tha.</w:t>
      </w:r>
    </w:p>
    <w:p>
      <w:pPr>
        <w:jc w:val="right"/>
      </w:pPr>
      <w:r>
        <w:t>میری اور ان کی عمر میں بہت ہی تھوڑا سا فرق تھا۔</w:t>
      </w:r>
    </w:p>
    <w:p>
      <w:r>
        <w:rPr>
          <w:b/>
        </w:rPr>
        <w:t xml:space="preserve">[27:00] </w:t>
      </w:r>
      <w:r>
        <w:t>shayad chhay mahinay ka farq hoga.</w:t>
      </w:r>
    </w:p>
    <w:p>
      <w:pPr>
        <w:jc w:val="right"/>
      </w:pPr>
      <w:r>
        <w:t>شاید چھ مہینے کا فرق ہوگا۔</w:t>
      </w:r>
    </w:p>
    <w:p>
      <w:r>
        <w:rPr>
          <w:b/>
        </w:rPr>
        <w:t xml:space="preserve">[27:04] </w:t>
      </w:r>
      <w:r>
        <w:t>aisay hi kuch bohat thora sa farq tha.</w:t>
      </w:r>
    </w:p>
    <w:p>
      <w:pPr>
        <w:jc w:val="right"/>
      </w:pPr>
      <w:r>
        <w:t>ایسے ہی کچھ بہت تھوڑا سا فرق تھا۔</w:t>
      </w:r>
    </w:p>
    <w:p>
      <w:r>
        <w:rPr>
          <w:b/>
        </w:rPr>
        <w:t xml:space="preserve">[27:08] </w:t>
      </w:r>
      <w:r>
        <w:t>to dilli mein</w:t>
      </w:r>
    </w:p>
    <w:p>
      <w:pPr>
        <w:jc w:val="right"/>
      </w:pPr>
      <w:r>
        <w:t>تو دلی میں</w:t>
      </w:r>
    </w:p>
    <w:p>
      <w:r>
        <w:rPr>
          <w:b/>
        </w:rPr>
        <w:t xml:space="preserve">[27:11] </w:t>
      </w:r>
      <w:r>
        <w:t>unki tadfeen hui.</w:t>
      </w:r>
    </w:p>
    <w:p>
      <w:pPr>
        <w:jc w:val="right"/>
      </w:pPr>
      <w:r>
        <w:t>ان کی تدفین ہوئی۔</w:t>
      </w:r>
    </w:p>
    <w:p>
      <w:r>
        <w:rPr>
          <w:b/>
        </w:rPr>
        <w:t xml:space="preserve">[27:16] </w:t>
      </w:r>
      <w:r>
        <w:t>to jab mein wahan gaya qabristan mein, aur qabar khodi ja chuki thi, phir un ko wahan par</w:t>
      </w:r>
    </w:p>
    <w:p>
      <w:pPr>
        <w:jc w:val="right"/>
      </w:pPr>
      <w:r>
        <w:t>تو جب میں وہاں گیا قبرستان میں، اور قبر کھودی جا چکی تھی، پھر ان کو وہاں پر</w:t>
      </w:r>
    </w:p>
    <w:p>
      <w:r>
        <w:rPr>
          <w:b/>
        </w:rPr>
        <w:t xml:space="preserve">[27:21] </w:t>
      </w:r>
      <w:r>
        <w:t>qabristan mein rakhnay ke liye utara ja raha tha, to mein wahan par woh manzar dekh raha tha.</w:t>
      </w:r>
    </w:p>
    <w:p>
      <w:pPr>
        <w:jc w:val="right"/>
      </w:pPr>
      <w:r>
        <w:t>قبرستان میں رکھنے کے لیے اتارا جا رہا تھا، تو میں وہاں پر وہ منظر دیکھ رہا تھا۔</w:t>
      </w:r>
    </w:p>
    <w:p>
      <w:r>
        <w:rPr>
          <w:b/>
        </w:rPr>
        <w:t xml:space="preserve">[27:26] </w:t>
      </w:r>
      <w:r>
        <w:t>to jab un ko utara ja raha tha to mujhe yaad aaya ke kisi ne sahi kaha hai</w:t>
      </w:r>
    </w:p>
    <w:p>
      <w:pPr>
        <w:jc w:val="right"/>
      </w:pPr>
      <w:r>
        <w:t>تو جب ان کو اتارا جا رہا تھا تو مجھے یاد آیا کہ کسی نے صحیح کہا ہے</w:t>
      </w:r>
    </w:p>
    <w:p>
      <w:r>
        <w:rPr>
          <w:b/>
        </w:rPr>
        <w:t xml:space="preserve">[27:31] </w:t>
      </w:r>
      <w:r>
        <w:t>ke aaj woh, kal hamari bari hai.</w:t>
      </w:r>
    </w:p>
    <w:p>
      <w:pPr>
        <w:jc w:val="right"/>
      </w:pPr>
      <w:r>
        <w:t>کہ آج وہ، کل ہماری باری ہے۔</w:t>
      </w:r>
    </w:p>
    <w:p>
      <w:r>
        <w:rPr>
          <w:b/>
        </w:rPr>
        <w:t xml:space="preserve">[27:36] </w:t>
      </w:r>
      <w:r>
        <w:t>aaj woh, kal hamari</w:t>
      </w:r>
    </w:p>
    <w:p>
      <w:pPr>
        <w:jc w:val="right"/>
      </w:pPr>
      <w:r>
        <w:t>آج وہ، کل ہماری</w:t>
      </w:r>
    </w:p>
    <w:p>
      <w:r>
        <w:rPr>
          <w:b/>
        </w:rPr>
        <w:t xml:space="preserve">[27:41] </w:t>
      </w:r>
      <w:r>
        <w:t>bari hai.</w:t>
      </w:r>
    </w:p>
    <w:p>
      <w:pPr>
        <w:jc w:val="right"/>
      </w:pPr>
      <w:r>
        <w:t>باری ہے۔</w:t>
      </w:r>
    </w:p>
    <w:p>
      <w:r>
        <w:rPr>
          <w:b/>
        </w:rPr>
        <w:t xml:space="preserve">[27:45] </w:t>
      </w:r>
      <w:r>
        <w:t>to mein ne kaha, aye khuda, countdown last button tak pohanch chuka.</w:t>
      </w:r>
    </w:p>
    <w:p>
      <w:pPr>
        <w:jc w:val="right"/>
      </w:pPr>
      <w:r>
        <w:t>تو میں نے کہا، اے خدایا، countdown last button تک پہنچ چکا۔</w:t>
      </w:r>
    </w:p>
    <w:p>
      <w:r>
        <w:rPr>
          <w:b/>
        </w:rPr>
        <w:t xml:space="preserve">[27:49] </w:t>
      </w:r>
      <w:r>
        <w:t>khuda, countdown last button tak pohanch chuka.</w:t>
      </w:r>
    </w:p>
    <w:p>
      <w:pPr>
        <w:jc w:val="right"/>
      </w:pPr>
      <w:r>
        <w:t>خدایا، countdown last button تک پہنچ چکا۔</w:t>
      </w:r>
    </w:p>
    <w:p>
      <w:r>
        <w:rPr>
          <w:b/>
        </w:rPr>
        <w:t xml:space="preserve">[27:53] </w:t>
      </w:r>
      <w:r>
        <w:t>mujhe maaf farma.</w:t>
      </w:r>
    </w:p>
    <w:p>
      <w:pPr>
        <w:jc w:val="right"/>
      </w:pPr>
      <w:r>
        <w:t>مجھے معاف فرما۔</w:t>
      </w:r>
    </w:p>
    <w:p>
      <w:r>
        <w:rPr>
          <w:b/>
        </w:rPr>
        <w:t xml:space="preserve">[27:56] </w:t>
      </w:r>
      <w:r>
        <w:t>is se pehle ke main qabr mein utara jaon, mere gunahon ko bakhsh de.</w:t>
      </w:r>
    </w:p>
    <w:p>
      <w:pPr>
        <w:jc w:val="right"/>
      </w:pPr>
      <w:r>
        <w:t>اس سے پہلے کہ میں قبر میں اتارا جاؤں، میرے گناہوں کو بخش دے۔</w:t>
      </w:r>
    </w:p>
    <w:p>
      <w:r>
        <w:rPr>
          <w:b/>
        </w:rPr>
        <w:t xml:space="preserve">[28:00] </w:t>
      </w:r>
      <w:r>
        <w:t>to yeh hai rizq qabristan.</w:t>
      </w:r>
    </w:p>
    <w:p>
      <w:pPr>
        <w:jc w:val="right"/>
      </w:pPr>
      <w:r>
        <w:t>تو یہ ہے رزق قبرستان۔</w:t>
      </w:r>
    </w:p>
    <w:p>
      <w:r>
        <w:rPr>
          <w:b/>
        </w:rPr>
        <w:t xml:space="preserve">[28:04] </w:t>
      </w:r>
      <w:r>
        <w:t>yeh hai qabristan ka food.</w:t>
      </w:r>
    </w:p>
    <w:p>
      <w:pPr>
        <w:jc w:val="right"/>
      </w:pPr>
      <w:r>
        <w:t>یہ ہے قبرستان کا food۔</w:t>
      </w:r>
    </w:p>
    <w:p>
      <w:r>
        <w:rPr>
          <w:b/>
        </w:rPr>
        <w:t xml:space="preserve">[28:08] </w:t>
      </w:r>
      <w:r>
        <w:t>yeh hai qabr</w:t>
      </w:r>
    </w:p>
    <w:p>
      <w:pPr>
        <w:jc w:val="right"/>
      </w:pPr>
      <w:r>
        <w:t>یہ ہے قبر</w:t>
      </w:r>
    </w:p>
    <w:p>
      <w:r>
        <w:rPr>
          <w:b/>
        </w:rPr>
        <w:t xml:space="preserve">[28:12] </w:t>
      </w:r>
      <w:r>
        <w:t>stan ka lesson.</w:t>
      </w:r>
    </w:p>
    <w:p>
      <w:pPr>
        <w:jc w:val="right"/>
      </w:pPr>
      <w:r>
        <w:t>ستان کا lesson۔</w:t>
      </w:r>
    </w:p>
    <w:p>
      <w:r>
        <w:rPr>
          <w:b/>
        </w:rPr>
        <w:t xml:space="preserve">[28:16] </w:t>
      </w:r>
      <w:r>
        <w:t>to qabristan jaane ka matlab yeh hai ke wahan ka lesson lena, wahan ka rizq lena, wahan ka food lena.</w:t>
      </w:r>
    </w:p>
    <w:p>
      <w:pPr>
        <w:jc w:val="right"/>
      </w:pPr>
      <w:r>
        <w:t>تو قبرستان جانے کا مطلب یہ ہے کہ وہاں کا lesson لینا، وہاں کا رزق لینا، وہاں کا food لینا۔</w:t>
      </w:r>
    </w:p>
    <w:p>
      <w:r>
        <w:rPr>
          <w:b/>
        </w:rPr>
        <w:t xml:space="preserve">[28:20] </w:t>
      </w:r>
      <w:r>
        <w:t>sirf jaana aur aana, is ki koi value nahi hai Khuda ke nazdeek.</w:t>
      </w:r>
    </w:p>
    <w:p>
      <w:pPr>
        <w:jc w:val="right"/>
      </w:pPr>
      <w:r>
        <w:t>صرف جانا اور آنا، اس کی کوئی value نہیں ہے خدا کے نزدیک۔</w:t>
      </w:r>
    </w:p>
    <w:p>
      <w:r>
        <w:rPr>
          <w:b/>
        </w:rPr>
        <w:t xml:space="preserve">[28:24] </w:t>
      </w:r>
      <w:r>
        <w:t>to ek principle arz kar raha hoon ke aap kabhi bhi aisi ghalti na karein ke quantity term</w:t>
      </w:r>
    </w:p>
    <w:p>
      <w:pPr>
        <w:jc w:val="right"/>
      </w:pPr>
      <w:r>
        <w:t>تو ایک principle عرض کر رہا ہوں کہ آپ کبھی بھی ایسی غلطی نہ کریں کہ quantity term</w:t>
      </w:r>
    </w:p>
    <w:p>
      <w:r>
        <w:rPr>
          <w:b/>
        </w:rPr>
        <w:t xml:space="preserve">[28:29] </w:t>
      </w:r>
      <w:r>
        <w:t>mein aap cheezon ko value karne lagien.</w:t>
      </w:r>
    </w:p>
    <w:p>
      <w:pPr>
        <w:jc w:val="right"/>
      </w:pPr>
      <w:r>
        <w:t>میں آپ چیزوں کو value کرنے لگیں۔</w:t>
      </w:r>
    </w:p>
    <w:p>
      <w:r>
        <w:rPr>
          <w:b/>
        </w:rPr>
        <w:t xml:space="preserve">[28:33] </w:t>
      </w:r>
      <w:r>
        <w:t>Value jo hoti hai, woh quality ki hoti hai.</w:t>
      </w:r>
    </w:p>
    <w:p>
      <w:pPr>
        <w:jc w:val="right"/>
      </w:pPr>
      <w:r>
        <w:t>Value جو ہوتی ہے، وہ quality کی ہوتی ہے۔</w:t>
      </w:r>
    </w:p>
    <w:p>
      <w:r>
        <w:rPr>
          <w:b/>
        </w:rPr>
        <w:t xml:space="preserve">[28:37] </w:t>
      </w:r>
      <w:r>
        <w:t>Quantity ki value kabhi bhi nahi hoti deen mein</w:t>
      </w:r>
    </w:p>
    <w:p>
      <w:pPr>
        <w:jc w:val="right"/>
      </w:pPr>
      <w:r>
        <w:t>Quantity کی value کبھی بھی نہیں ہوتی دین میں</w:t>
      </w:r>
    </w:p>
    <w:p>
      <w:r>
        <w:rPr>
          <w:b/>
        </w:rPr>
        <w:t xml:space="preserve">[28:42] </w:t>
      </w:r>
      <w:r>
        <w:t xml:space="preserve"> to farmaya ke laila tul qadr khair min nisf al shahr. laila tul qadr hazar mahinon se behtar hai. yani hazar saal tak koi ibadat karta rahe, hazar mahine tak koi ibadat karta rahe, baad mein miqdar woh kisi ko zyada dikha hi sakta hai. lekin agar kaifiyat wali ibadat kare aadmi, quality wali ibadat kare, to</w:t>
      </w:r>
    </w:p>
    <w:p>
      <w:pPr>
        <w:jc w:val="right"/>
      </w:pPr>
      <w:r>
        <w:t>۔ تو فرمایا کہ لیلة القدر خیر من نصف الشهر۔ لیلة القدر ہزار مہینوں سے بہتر ہے۔ یعنی ہزار سال تک کوئی عبادت کرتا رہے، ہزار مہینے تک کوئی عبادت کرتا رہے، بعد میں مقدار وہ کسی کو زیادہ دکھا ہی سکتا ہے۔ لیکن اگر کیفیت والی عبادت کرے آدمی، quality والی عبادت کرے، تو</w:t>
      </w:r>
    </w:p>
    <w:p>
      <w:r>
        <w:rPr>
          <w:b/>
        </w:rPr>
        <w:t xml:space="preserve">[29:12] </w:t>
      </w:r>
      <w:r>
        <w:t>ek raat hi mein woh hazar saal ko cover kar sakta hai.</w:t>
      </w:r>
    </w:p>
    <w:p>
      <w:pPr>
        <w:jc w:val="right"/>
      </w:pPr>
      <w:r>
        <w:t>ایک رات ہی میں وہ ہزار سال کو cover کر سکتا ہے۔</w:t>
      </w:r>
    </w:p>
    <w:p>
      <w:r>
        <w:rPr>
          <w:b/>
        </w:rPr>
        <w:t xml:space="preserve">[29:16] </w:t>
      </w:r>
      <w:r>
        <w:t>yeh matlab hai is ayat ka, is hadith ka.</w:t>
      </w:r>
    </w:p>
    <w:p>
      <w:pPr>
        <w:jc w:val="right"/>
      </w:pPr>
      <w:r>
        <w:t>یہ مطلب ہے اس آیت کا، اس حدیث کا۔</w:t>
      </w:r>
    </w:p>
    <w:p>
      <w:r>
        <w:rPr>
          <w:b/>
        </w:rPr>
        <w:t xml:space="preserve">[29:20] </w:t>
      </w:r>
      <w:r>
        <w:t>ke tum yeh na dekho ke kis ko hazar saal ki umar mili.</w:t>
      </w:r>
    </w:p>
    <w:p>
      <w:pPr>
        <w:jc w:val="right"/>
      </w:pPr>
      <w:r>
        <w:t>کہ تم یہ نہ دیکھو کہ کس کو ہزار سال کی عمر ملی۔</w:t>
      </w:r>
    </w:p>
    <w:p>
      <w:r>
        <w:rPr>
          <w:b/>
        </w:rPr>
        <w:t xml:space="preserve">[29:24] </w:t>
      </w:r>
      <w:r>
        <w:t>yeh mat socho.</w:t>
      </w:r>
    </w:p>
    <w:p>
      <w:pPr>
        <w:jc w:val="right"/>
      </w:pPr>
      <w:r>
        <w:t>یہ مت سوچو۔</w:t>
      </w:r>
    </w:p>
    <w:p>
      <w:r>
        <w:rPr>
          <w:b/>
        </w:rPr>
        <w:t xml:space="preserve">[29:29] </w:t>
      </w:r>
      <w:r>
        <w:t>hazar saal ki umar mili ya ek saal ki umar mili, yeh relative baat hai, relative.</w:t>
      </w:r>
    </w:p>
    <w:p>
      <w:pPr>
        <w:jc w:val="right"/>
      </w:pPr>
      <w:r>
        <w:t>ہزار سال کی عمر ملی یا ایک سال کی عمر ملی، یہ relative بات ہے، relative۔</w:t>
      </w:r>
    </w:p>
    <w:p>
      <w:r>
        <w:rPr>
          <w:b/>
        </w:rPr>
        <w:t xml:space="preserve">[29:33] </w:t>
      </w:r>
      <w:r>
        <w:t>asal baat nahi hai.</w:t>
      </w:r>
    </w:p>
    <w:p>
      <w:pPr>
        <w:jc w:val="right"/>
      </w:pPr>
      <w:r>
        <w:t>اصل بات نہیں ہے۔</w:t>
      </w:r>
    </w:p>
    <w:p>
      <w:r>
        <w:rPr>
          <w:b/>
        </w:rPr>
        <w:t xml:space="preserve">[29:37] </w:t>
      </w:r>
      <w:r>
        <w:t>asal baat yeh hai ke jo umar mili, jo raat us ko mili, jo din</w:t>
      </w:r>
    </w:p>
    <w:p>
      <w:pPr>
        <w:jc w:val="right"/>
      </w:pPr>
      <w:r>
        <w:t>اصل بات یہ ہے کہ جو عمر ملی، جو رات اس کو ملی، جو دن</w:t>
      </w:r>
    </w:p>
    <w:p>
      <w:r>
        <w:rPr>
          <w:b/>
        </w:rPr>
        <w:t xml:space="preserve">[29:42] </w:t>
      </w:r>
      <w:r>
        <w:t>us ko mila, is mein woh kin kaifiyat ke sath jiya.</w:t>
      </w:r>
    </w:p>
    <w:p>
      <w:pPr>
        <w:jc w:val="right"/>
      </w:pPr>
      <w:r>
        <w:t>اس کو ملا، اس میں وہ کن کیفیات کے ساتھ جیا۔</w:t>
      </w:r>
    </w:p>
    <w:p>
      <w:r>
        <w:rPr>
          <w:b/>
        </w:rPr>
        <w:t xml:space="preserve">[29:48] </w:t>
      </w:r>
      <w:r>
        <w:t>is ki kya feeling thi, is ke kya ehsasat the, is ki soch kya thi.</w:t>
      </w:r>
    </w:p>
    <w:p>
      <w:pPr>
        <w:jc w:val="right"/>
      </w:pPr>
      <w:r>
        <w:t>اس کی کیا feeling تھی، اس کے کیا احساسات تھے، اس کی سوچ کیا تھی۔</w:t>
      </w:r>
    </w:p>
    <w:p>
      <w:r>
        <w:rPr>
          <w:b/>
        </w:rPr>
        <w:t xml:space="preserve">[29:54] </w:t>
      </w:r>
      <w:r>
        <w:t>is ki value hai.</w:t>
      </w:r>
    </w:p>
    <w:p>
      <w:pPr>
        <w:jc w:val="right"/>
      </w:pPr>
      <w:r>
        <w:t>اس کی value ہے۔</w:t>
      </w:r>
    </w:p>
    <w:p>
      <w:r>
        <w:rPr>
          <w:b/>
        </w:rPr>
        <w:t xml:space="preserve">[30:00] </w:t>
      </w:r>
      <w:r>
        <w:t>to ek raat mein bhi agar koi shakhs sachi kaifiyat mein jiye, Khuda ke khauf mein jiye, Khuda</w:t>
      </w:r>
    </w:p>
    <w:p>
      <w:pPr>
        <w:jc w:val="right"/>
      </w:pPr>
      <w:r>
        <w:t>تو ایک رات میں بھی اگر کوئی شخص سچی کیفیات میں جیے، خدا کے خوف میں جیے، خدا</w:t>
      </w:r>
    </w:p>
    <w:p>
      <w:r>
        <w:rPr>
          <w:b/>
        </w:rPr>
        <w:t xml:space="preserve">[30:06] </w:t>
      </w:r>
      <w:r>
        <w:t>ke taqwa mein jiye, Khuda se is ka commun</w:t>
      </w:r>
    </w:p>
    <w:p>
      <w:pPr>
        <w:jc w:val="right"/>
      </w:pPr>
      <w:r>
        <w:t>کے تقویٰ میں جیے، خدا سے اس کا commun</w:t>
      </w:r>
    </w:p>
    <w:p>
      <w:r>
        <w:rPr>
          <w:b/>
        </w:rPr>
        <w:t xml:space="preserve">[30:12] </w:t>
      </w:r>
      <w:r>
        <w:t>ion ho jaye, ek raat hazar centuries se bhi zyada bari ho sakti hai.</w:t>
      </w:r>
    </w:p>
    <w:p>
      <w:pPr>
        <w:jc w:val="right"/>
      </w:pPr>
      <w:r>
        <w:t>ion ہو جائے، ایک رات ہزار centuries سے بھی زیادہ بڑی ہو سکتی ہے۔</w:t>
      </w:r>
    </w:p>
    <w:p>
      <w:r>
        <w:rPr>
          <w:b/>
        </w:rPr>
        <w:t xml:space="preserve">[30:18] </w:t>
      </w:r>
      <w:r>
        <w:t>yeh matlab hai is ka.</w:t>
      </w:r>
    </w:p>
    <w:p>
      <w:pPr>
        <w:jc w:val="right"/>
      </w:pPr>
      <w:r>
        <w:t>یہ مطلب ہے اس کا۔</w:t>
      </w:r>
    </w:p>
    <w:p>
      <w:r>
        <w:rPr>
          <w:b/>
        </w:rPr>
        <w:t xml:space="preserve">[30:24] </w:t>
      </w:r>
      <w:r>
        <w:t>to farmaya ke lailatul qadr khairun min nisf al shahr.</w:t>
      </w:r>
    </w:p>
    <w:p>
      <w:pPr>
        <w:jc w:val="right"/>
      </w:pPr>
      <w:r>
        <w:t>تو فرمایا کہ لیلة القدر خیر من نصف الشهر۔</w:t>
      </w:r>
    </w:p>
    <w:p>
      <w:r>
        <w:rPr>
          <w:b/>
        </w:rPr>
        <w:t xml:space="preserve">[30:30] </w:t>
      </w:r>
      <w:r>
        <w:t>lailatul qadr hazar mahinon se bhi behtar hai.</w:t>
      </w:r>
    </w:p>
    <w:p>
      <w:pPr>
        <w:jc w:val="right"/>
      </w:pPr>
      <w:r>
        <w:t>لیلة القدر ہزار مہینوں سے بھی بہتر ہے۔</w:t>
      </w:r>
    </w:p>
    <w:p>
      <w:r>
        <w:rPr>
          <w:b/>
        </w:rPr>
        <w:t xml:space="preserve">[30:37] </w:t>
      </w:r>
      <w:r>
        <w:t>is ke baad farmaya ke tanazzal al malaikatu wa al ruh fiha min rabbihim min kulli amr.</w:t>
      </w:r>
    </w:p>
    <w:p>
      <w:pPr>
        <w:jc w:val="right"/>
      </w:pPr>
      <w:r>
        <w:t>اس کے بعد فرمایا کہ تنزل الملائکۃ والروح فیہا بین ربھم من کل امر۔</w:t>
      </w:r>
    </w:p>
    <w:p>
      <w:r>
        <w:rPr>
          <w:b/>
        </w:rPr>
        <w:t xml:space="preserve">[30:43] </w:t>
      </w:r>
      <w:r>
        <w:t>salam ya tammat al fajr.</w:t>
      </w:r>
    </w:p>
    <w:p>
      <w:pPr>
        <w:jc w:val="right"/>
      </w:pPr>
      <w:r>
        <w:t>سلام یا طامت الفجر۔</w:t>
      </w:r>
    </w:p>
    <w:p>
      <w:r>
        <w:rPr>
          <w:b/>
        </w:rPr>
        <w:t xml:space="preserve">[30:48] </w:t>
      </w:r>
      <w:r>
        <w:t>farmaya ke is raat ko utarte hain farishtay aur jibril.</w:t>
      </w:r>
    </w:p>
    <w:p>
      <w:pPr>
        <w:jc w:val="right"/>
      </w:pPr>
      <w:r>
        <w:t>فرمایا کہ اس رات کو اترتے ہیں فرشتے اور جبرائیل۔</w:t>
      </w:r>
    </w:p>
    <w:p>
      <w:r>
        <w:rPr>
          <w:b/>
        </w:rPr>
        <w:t xml:space="preserve">[30:53] </w:t>
      </w:r>
      <w:r>
        <w:t>is raat ko utarte hain farishtay aur jibril.</w:t>
      </w:r>
    </w:p>
    <w:p>
      <w:pPr>
        <w:jc w:val="right"/>
      </w:pPr>
      <w:r>
        <w:t>اس رات کو اترتے ہیں فرشتے اور جبرائیل۔</w:t>
      </w:r>
    </w:p>
    <w:p>
      <w:r>
        <w:rPr>
          <w:b/>
        </w:rPr>
        <w:t xml:space="preserve">[30:58] </w:t>
      </w:r>
      <w:r>
        <w:t>is par ghor karte hue main samjha hoon ke chunke quran utra tha ek khaas raat mein, zahir</w:t>
      </w:r>
    </w:p>
    <w:p>
      <w:pPr>
        <w:jc w:val="right"/>
      </w:pPr>
      <w:r>
        <w:t>اس پر غور کرتے ہوئے میں سمجھا ہوں کہ چونکہ قرآن اترا تھا ایک خاص رات میں، ظاہر</w:t>
      </w:r>
    </w:p>
    <w:p>
      <w:r>
        <w:rPr>
          <w:b/>
        </w:rPr>
        <w:t xml:space="preserve">[31:03] </w:t>
      </w:r>
      <w:r>
        <w:t>hai ke ek khaas din mein ya ek khaas raat mein utre ga.</w:t>
      </w:r>
    </w:p>
    <w:p>
      <w:pPr>
        <w:jc w:val="right"/>
      </w:pPr>
      <w:r>
        <w:t>ہے کہ ایک خاص دن میں یا ایک خاص رات میں اترے گا۔</w:t>
      </w:r>
    </w:p>
    <w:p>
      <w:r>
        <w:rPr>
          <w:b/>
        </w:rPr>
        <w:t xml:space="preserve">[31:08] </w:t>
      </w:r>
      <w:r>
        <w:t>wo raat Allah taala ne jo muntakhib farmayi thi</w:t>
      </w:r>
    </w:p>
    <w:p>
      <w:pPr>
        <w:jc w:val="right"/>
      </w:pPr>
      <w:r>
        <w:t>وہ رات اللہ تعالیٰ نے جو منتخب فرمائی تھ</w:t>
      </w:r>
    </w:p>
    <w:p>
      <w:r>
        <w:rPr>
          <w:b/>
        </w:rPr>
        <w:t xml:space="preserve">[31:13] </w:t>
      </w:r>
      <w:r>
        <w:t>wo ramzan ke mahine ki raat thi.</w:t>
      </w:r>
    </w:p>
    <w:p>
      <w:pPr>
        <w:jc w:val="right"/>
      </w:pPr>
      <w:r>
        <w:t>ی، وہ رمضان کے مہینے کی رات تھی۔</w:t>
      </w:r>
    </w:p>
    <w:p>
      <w:r>
        <w:rPr>
          <w:b/>
        </w:rPr>
        <w:t xml:space="preserve">[31:17] </w:t>
      </w:r>
      <w:r>
        <w:t>rasool Allah sal Allah alaihi wasallam jab aap jante hain ke ghare hira mein jab thay to wahan</w:t>
      </w:r>
    </w:p>
    <w:p>
      <w:pPr>
        <w:jc w:val="right"/>
      </w:pPr>
      <w:r>
        <w:t>رسول اللہ صلی اللہ علیہ وسلم جب آپ جانتے ہیں کہ غار حرا میں جب تھے تو وہاں</w:t>
      </w:r>
    </w:p>
    <w:p>
      <w:r>
        <w:rPr>
          <w:b/>
        </w:rPr>
        <w:t xml:space="preserve">[31:22] </w:t>
      </w:r>
      <w:r>
        <w:t>par quran utra.</w:t>
      </w:r>
    </w:p>
    <w:p>
      <w:pPr>
        <w:jc w:val="right"/>
      </w:pPr>
      <w:r>
        <w:t>پر قرآن اترا۔</w:t>
      </w:r>
    </w:p>
    <w:p>
      <w:r>
        <w:rPr>
          <w:b/>
        </w:rPr>
        <w:t xml:space="preserve">[31:26] </w:t>
      </w:r>
      <w:r>
        <w:t>quran utra matlab quran utarna shuru hua.</w:t>
      </w:r>
    </w:p>
    <w:p>
      <w:pPr>
        <w:jc w:val="right"/>
      </w:pPr>
      <w:r>
        <w:t>قرآن اترا مطلب قرآن اترنا شروع ہوا۔</w:t>
      </w:r>
    </w:p>
    <w:p>
      <w:r>
        <w:rPr>
          <w:b/>
        </w:rPr>
        <w:t xml:space="preserve">[31:31] </w:t>
      </w:r>
      <w:r>
        <w:t>yeh jo surah hai inna anzalnahu fi lailatul qadr, is se foran pehle jo surah hai, wo hai surah al alaq.</w:t>
      </w:r>
    </w:p>
    <w:p>
      <w:pPr>
        <w:jc w:val="right"/>
      </w:pPr>
      <w:r>
        <w:t>یہ جو سورہ ہے إنا أنزلناها في ليلة القدر، اس سے فوراً پہلے جو سورہ ہے، وہ ہے سورہ العلق۔</w:t>
      </w:r>
    </w:p>
    <w:p>
      <w:r>
        <w:rPr>
          <w:b/>
        </w:rPr>
        <w:t xml:space="preserve">[31:35] </w:t>
      </w:r>
      <w:r>
        <w:t>to is ki jo shuru ki paanch ayaten hain, wahi utri theen rasool Allah sal Allah alaihi wasallam</w:t>
      </w:r>
    </w:p>
    <w:p>
      <w:pPr>
        <w:jc w:val="right"/>
      </w:pPr>
      <w:r>
        <w:t>تو اس کی جو شروع کی پانچ آیتیں ہیں، وہی اتری تھیں رسول اللہ صلی اللہ علیہ وسلم</w:t>
      </w:r>
    </w:p>
    <w:p>
      <w:r>
        <w:rPr>
          <w:b/>
        </w:rPr>
        <w:t xml:space="preserve">[31:40] </w:t>
      </w:r>
      <w:r>
        <w:t>par ghare hira mein.</w:t>
      </w:r>
    </w:p>
    <w:p>
      <w:pPr>
        <w:jc w:val="right"/>
      </w:pPr>
      <w:r>
        <w:t>پر غار حرا میں۔</w:t>
      </w:r>
    </w:p>
    <w:p>
      <w:r>
        <w:rPr>
          <w:b/>
        </w:rPr>
        <w:t xml:space="preserve">[31:44] </w:t>
      </w:r>
      <w:r>
        <w:t>yeh jo hum jo surah hai shab qadr wali hai, lailatul qadr wali, is se pehle jo quran</w:t>
      </w:r>
    </w:p>
    <w:p>
      <w:pPr>
        <w:jc w:val="right"/>
      </w:pPr>
      <w:r>
        <w:t>یہ جو ہم جو سورہ ہے شب قدر والی ہے، لیلة القدر والی، اس سے پہلے جو قرآن</w:t>
      </w:r>
    </w:p>
    <w:p>
      <w:r>
        <w:rPr>
          <w:b/>
        </w:rPr>
        <w:t xml:space="preserve">[31:49] </w:t>
      </w:r>
      <w:r>
        <w:t>mein aaye surah hai, yani chapter number ninety six, wo hai al alaq.</w:t>
      </w:r>
    </w:p>
    <w:p>
      <w:pPr>
        <w:jc w:val="right"/>
      </w:pPr>
      <w:r>
        <w:t>میں آئے سورہ ہے، یعنی chapter number ninety six، وہ ہے العلق۔</w:t>
      </w:r>
    </w:p>
    <w:p>
      <w:r>
        <w:rPr>
          <w:b/>
        </w:rPr>
        <w:t xml:space="preserve">[31:53] </w:t>
      </w:r>
      <w:r>
        <w:t>to is ke jo shuru ki ayaten hain, wo utri theen aap ke par ghare hira mein.</w:t>
      </w:r>
    </w:p>
    <w:p>
      <w:pPr>
        <w:jc w:val="right"/>
      </w:pPr>
      <w:r>
        <w:t>تو اس کے جو شروع کی آیتیں ہیں، وہ اتری تھیں آپ کے پر غار حرا میں۔</w:t>
      </w:r>
    </w:p>
    <w:p>
      <w:r>
        <w:rPr>
          <w:b/>
        </w:rPr>
        <w:t xml:space="preserve">[31:57] </w:t>
      </w:r>
      <w:r>
        <w:t>ke iqra bismi rabbika allazi khalaq.</w:t>
      </w:r>
    </w:p>
    <w:p>
      <w:pPr>
        <w:jc w:val="right"/>
      </w:pPr>
      <w:r>
        <w:t>کہ اقراء بسم ربک الذی خلق۔</w:t>
      </w:r>
    </w:p>
    <w:p>
      <w:r>
        <w:rPr>
          <w:b/>
        </w:rPr>
        <w:t xml:space="preserve">[32:02] </w:t>
      </w:r>
      <w:r>
        <w:t>khalaqa al insana min alaq.</w:t>
      </w:r>
    </w:p>
    <w:p>
      <w:pPr>
        <w:jc w:val="right"/>
      </w:pPr>
      <w:r>
        <w:t>خلق الإنسان من علق۔</w:t>
      </w:r>
    </w:p>
    <w:p>
      <w:r>
        <w:rPr>
          <w:b/>
        </w:rPr>
        <w:t xml:space="preserve">[32:06] </w:t>
      </w:r>
      <w:r>
        <w:t>iqra wa rabbuka al akram allazi allama bil qalam.</w:t>
      </w:r>
    </w:p>
    <w:p>
      <w:pPr>
        <w:jc w:val="right"/>
      </w:pPr>
      <w:r>
        <w:t>اقراء وربک الأكرم الذي علم بالقلم۔</w:t>
      </w:r>
    </w:p>
    <w:p>
      <w:r>
        <w:rPr>
          <w:b/>
        </w:rPr>
        <w:t xml:space="preserve">[32:10] </w:t>
      </w:r>
      <w:r>
        <w:t>allama al insana ma lam yalam.</w:t>
      </w:r>
    </w:p>
    <w:p>
      <w:pPr>
        <w:jc w:val="right"/>
      </w:pPr>
      <w:r>
        <w:t>علم الإنسان ما لم يعلم۔</w:t>
      </w:r>
    </w:p>
    <w:p>
      <w:r>
        <w:rPr>
          <w:b/>
        </w:rPr>
        <w:t xml:space="preserve">[32:15] </w:t>
      </w:r>
      <w:r>
        <w:t>yeh utri thi wahan par.</w:t>
      </w:r>
    </w:p>
    <w:p>
      <w:pPr>
        <w:jc w:val="right"/>
      </w:pPr>
      <w:r>
        <w:t>یہ اتری تھی وہاں پر۔</w:t>
      </w:r>
    </w:p>
    <w:p>
      <w:r>
        <w:rPr>
          <w:b/>
        </w:rPr>
        <w:t xml:space="preserve">[32:21] </w:t>
      </w:r>
      <w:r>
        <w:t>to kiya aap ghore farmaiye ke laila tul qadr thi woh jis din utra hai quran, to wahan par</w:t>
      </w:r>
    </w:p>
    <w:p>
      <w:pPr>
        <w:jc w:val="right"/>
      </w:pPr>
      <w:r>
        <w:t>تو کیا آپ غور فرمائیے کہ لیلة القدر تھی وہ جس دن اترا ہے قرآن، تو وہاں پر</w:t>
      </w:r>
    </w:p>
    <w:p>
      <w:r>
        <w:rPr>
          <w:b/>
        </w:rPr>
        <w:t xml:space="preserve">[32:27] </w:t>
      </w:r>
      <w:r>
        <w:t>kiya khuda ki taraf se message aaya? Iqra ka message aaya. Read, parh.</w:t>
      </w:r>
    </w:p>
    <w:p>
      <w:pPr>
        <w:jc w:val="right"/>
      </w:pPr>
      <w:r>
        <w:t>کیا خدا کی طرف سے message آیا؟ اقراء کا message آیا۔ Read، پڑھ۔</w:t>
      </w:r>
    </w:p>
    <w:p>
      <w:r>
        <w:rPr>
          <w:b/>
        </w:rPr>
        <w:t xml:space="preserve">[32:33] </w:t>
      </w:r>
      <w:r>
        <w:t>yeh kitni bari revolutionary baat hai yeh.</w:t>
      </w:r>
    </w:p>
    <w:p>
      <w:pPr>
        <w:jc w:val="right"/>
      </w:pPr>
      <w:r>
        <w:t>یہ کتنی بڑی revolutionary بات ہے یہ۔</w:t>
      </w:r>
    </w:p>
    <w:p>
      <w:r>
        <w:rPr>
          <w:b/>
        </w:rPr>
        <w:t xml:space="preserve">[32:39] </w:t>
      </w:r>
      <w:r>
        <w:t>ke khuda ka kalam jo utra, jis raat ko,</w:t>
      </w:r>
    </w:p>
    <w:p>
      <w:pPr>
        <w:jc w:val="right"/>
      </w:pPr>
      <w:r>
        <w:t>کہ خدا کا کلام جو اترا، جس رات کو،</w:t>
      </w:r>
    </w:p>
    <w:p>
      <w:r>
        <w:rPr>
          <w:b/>
        </w:rPr>
        <w:t xml:space="preserve">[32:45] </w:t>
      </w:r>
      <w:r>
        <w:t>jis lamhe mein, pehla sabaq khuda ne diya iqra ka.</w:t>
      </w:r>
    </w:p>
    <w:p>
      <w:pPr>
        <w:jc w:val="right"/>
      </w:pPr>
      <w:r>
        <w:t>جس لمحے میں، پہلا سبق خدا نے دیا اقراء کا۔</w:t>
      </w:r>
    </w:p>
    <w:p>
      <w:r>
        <w:rPr>
          <w:b/>
        </w:rPr>
        <w:t xml:space="preserve">[32:49] </w:t>
      </w:r>
      <w:r>
        <w:t>yani learning ka, apni learning barhao.</w:t>
      </w:r>
    </w:p>
    <w:p>
      <w:pPr>
        <w:jc w:val="right"/>
      </w:pPr>
      <w:r>
        <w:t>یعنی learning کا، اپنی learning بڑھاؤ۔</w:t>
      </w:r>
    </w:p>
    <w:p>
      <w:r>
        <w:rPr>
          <w:b/>
        </w:rPr>
        <w:t xml:space="preserve">[32:54] </w:t>
      </w:r>
      <w:r>
        <w:t>apni learning barhao.</w:t>
      </w:r>
    </w:p>
    <w:p>
      <w:pPr>
        <w:jc w:val="right"/>
      </w:pPr>
      <w:r>
        <w:t>اپنی learning بڑھاؤ۔</w:t>
      </w:r>
    </w:p>
    <w:p>
      <w:r>
        <w:rPr>
          <w:b/>
        </w:rPr>
        <w:t xml:space="preserve">[32:58] </w:t>
      </w:r>
      <w:r>
        <w:t>kyunke aap dekhiye, insan jo hai, kiya hai? Insan learning ke baghair animal hai.</w:t>
      </w:r>
    </w:p>
    <w:p>
      <w:pPr>
        <w:jc w:val="right"/>
      </w:pPr>
      <w:r>
        <w:t>کیونکہ آپ دیکھیے، انسان جو ہے، کیا ہے؟ انسان learning کے بغیر animal ہے۔</w:t>
      </w:r>
    </w:p>
    <w:p>
      <w:r>
        <w:rPr>
          <w:b/>
        </w:rPr>
        <w:t xml:space="preserve">[33:02] </w:t>
      </w:r>
      <w:r>
        <w:t>Just like animal۔</w:t>
      </w:r>
    </w:p>
    <w:p>
      <w:pPr>
        <w:jc w:val="right"/>
      </w:pPr>
      <w:r>
        <w:t>Just like animal۔</w:t>
      </w:r>
    </w:p>
    <w:p>
      <w:r>
        <w:rPr>
          <w:b/>
        </w:rPr>
        <w:t xml:space="preserve">[33:06] </w:t>
      </w:r>
      <w:r>
        <w:t>Learning hi se insan insan banta hai.</w:t>
      </w:r>
    </w:p>
    <w:p>
      <w:pPr>
        <w:jc w:val="right"/>
      </w:pPr>
      <w:r>
        <w:t>Learning ہی سے انسان انسان بنتا ہے۔</w:t>
      </w:r>
    </w:p>
    <w:p>
      <w:r>
        <w:rPr>
          <w:b/>
        </w:rPr>
        <w:t xml:space="preserve">[33:11] </w:t>
      </w:r>
      <w:r>
        <w:t>to laila tul qadr ka yeh pehla sabaq hai, pehla.</w:t>
      </w:r>
    </w:p>
    <w:p>
      <w:pPr>
        <w:jc w:val="right"/>
      </w:pPr>
      <w:r>
        <w:t>تو لیلة القدر کا یہ پہلا سبق ہے، پہلا۔</w:t>
      </w:r>
    </w:p>
    <w:p>
      <w:r>
        <w:rPr>
          <w:b/>
        </w:rPr>
        <w:t xml:space="preserve">[33:15] </w:t>
      </w:r>
      <w:r>
        <w:t>ke apni learning ko barhao, apne ilm ko barhao, apni intellectual development ko barhao.</w:t>
      </w:r>
    </w:p>
    <w:p>
      <w:pPr>
        <w:jc w:val="right"/>
      </w:pPr>
      <w:r>
        <w:t>کہ اپنی learning کو بڑھاؤ، اپنے علم کو بڑھاؤ، اپنی intellectual development کو بڑھاؤ۔</w:t>
      </w:r>
    </w:p>
    <w:p>
      <w:r>
        <w:rPr>
          <w:b/>
        </w:rPr>
        <w:t xml:space="preserve">[33:19] </w:t>
      </w:r>
      <w:r>
        <w:t>yeh pehla sabaq hai.</w:t>
      </w:r>
    </w:p>
    <w:p>
      <w:pPr>
        <w:jc w:val="right"/>
      </w:pPr>
      <w:r>
        <w:t>یہ پہلا سبق ہے۔</w:t>
      </w:r>
    </w:p>
    <w:p>
      <w:r>
        <w:rPr>
          <w:b/>
        </w:rPr>
        <w:t xml:space="preserve">[33:24] </w:t>
      </w:r>
      <w:r>
        <w:t>tab tum ko laila tul qadr ke faiday milenge.</w:t>
      </w:r>
    </w:p>
    <w:p>
      <w:pPr>
        <w:jc w:val="right"/>
      </w:pPr>
      <w:r>
        <w:t>تب تم کو لیلة القدر کے فائدے ملیں گے۔</w:t>
      </w:r>
    </w:p>
    <w:p>
      <w:r>
        <w:rPr>
          <w:b/>
        </w:rPr>
        <w:t xml:space="preserve">[33:28] </w:t>
      </w:r>
      <w:r>
        <w:t>yaad rakhiye, laila tul qadr ka faida is tarah nahi mil sakta ke jismani taur par aap is raat</w:t>
      </w:r>
    </w:p>
    <w:p>
      <w:pPr>
        <w:jc w:val="right"/>
      </w:pPr>
      <w:r>
        <w:t>یاد رکھیے، لیلة القدر کا فائدہ اس طرح نہیں مل سکتا کہ جسمانی طور پر آپ اس رات</w:t>
      </w:r>
    </w:p>
    <w:p>
      <w:r>
        <w:rPr>
          <w:b/>
        </w:rPr>
        <w:t xml:space="preserve">[33:32] </w:t>
      </w:r>
      <w:r>
        <w:t>mein kisi tareeqe se ja kar ke baith jayein.</w:t>
      </w:r>
    </w:p>
    <w:p>
      <w:pPr>
        <w:jc w:val="right"/>
      </w:pPr>
      <w:r>
        <w:t>میں کسی طریقے سے جا کر کے بیٹھ جائیں۔</w:t>
      </w:r>
    </w:p>
    <w:p>
      <w:r>
        <w:rPr>
          <w:b/>
        </w:rPr>
        <w:t xml:space="preserve">[33:37] </w:t>
      </w:r>
      <w:r>
        <w:t>yeh nahi hai.</w:t>
      </w:r>
    </w:p>
    <w:p>
      <w:pPr>
        <w:jc w:val="right"/>
      </w:pPr>
      <w:r>
        <w:t>یہ نہیں ہے۔</w:t>
      </w:r>
    </w:p>
    <w:p>
      <w:r>
        <w:rPr>
          <w:b/>
        </w:rPr>
        <w:t xml:space="preserve">[33:41] </w:t>
      </w:r>
      <w:r>
        <w:t>yani laila tul qadr ke faiday milenge jab hum zeh</w:t>
      </w:r>
    </w:p>
    <w:p>
      <w:pPr>
        <w:jc w:val="right"/>
      </w:pPr>
      <w:r>
        <w:t>یعنی لیلة القدر کے فائدے ملیں گے جب ہم ذہ</w:t>
      </w:r>
    </w:p>
    <w:p>
      <w:r>
        <w:rPr>
          <w:b/>
        </w:rPr>
        <w:t xml:space="preserve">[33:45] </w:t>
      </w:r>
      <w:r>
        <w:t>ni beydari ke sath is raat ko guzarein.</w:t>
      </w:r>
    </w:p>
    <w:p>
      <w:pPr>
        <w:jc w:val="right"/>
      </w:pPr>
      <w:r>
        <w:t>نی بیداری کے ساتھ اس رات کو گزاریں۔</w:t>
      </w:r>
    </w:p>
    <w:p>
      <w:r>
        <w:rPr>
          <w:b/>
        </w:rPr>
        <w:t xml:space="preserve">[33:50] </w:t>
      </w:r>
      <w:r>
        <w:t>pure shaoor ke sath is raat ko guzarein.</w:t>
      </w:r>
    </w:p>
    <w:p>
      <w:pPr>
        <w:jc w:val="right"/>
      </w:pPr>
      <w:r>
        <w:t>پورے شعور کے ساتھ اس رات کو گزاریں۔</w:t>
      </w:r>
    </w:p>
    <w:p>
      <w:r>
        <w:rPr>
          <w:b/>
        </w:rPr>
        <w:t xml:space="preserve">[33:55] </w:t>
      </w:r>
      <w:r>
        <w:t>puri soch ke sath apni soch ko involve karte hue is raat ko guzarein.</w:t>
      </w:r>
    </w:p>
    <w:p>
      <w:pPr>
        <w:jc w:val="right"/>
      </w:pPr>
      <w:r>
        <w:t>پوری سوچ کے ساتھ اپنی سوچ کو involve کرتے ہوئے اس رات کو گزاریں۔</w:t>
      </w:r>
    </w:p>
    <w:p>
      <w:r>
        <w:rPr>
          <w:b/>
        </w:rPr>
        <w:t xml:space="preserve">[34:00] </w:t>
      </w:r>
      <w:r>
        <w:t>tabhi is ka, is ke andar jo blessing hai, woh hamein milegi.</w:t>
      </w:r>
    </w:p>
    <w:p>
      <w:pPr>
        <w:jc w:val="right"/>
      </w:pPr>
      <w:r>
        <w:t>تبھی اس کا، اس کے اندر جو blessing ہے، وہ ہمیں ملے گی۔</w:t>
      </w:r>
    </w:p>
    <w:p>
      <w:r>
        <w:rPr>
          <w:b/>
        </w:rPr>
        <w:t xml:space="preserve">[34:06] </w:t>
      </w:r>
      <w:r>
        <w:t>to farmaya ke laila tul qadr khairun min alf shahr۔</w:t>
      </w:r>
    </w:p>
    <w:p>
      <w:pPr>
        <w:jc w:val="right"/>
      </w:pPr>
      <w:r>
        <w:t>تو فرمایا کہ لیلة القدر خیر من نصف الشهر۔</w:t>
      </w:r>
    </w:p>
    <w:p>
      <w:r>
        <w:rPr>
          <w:b/>
        </w:rPr>
        <w:t xml:space="preserve">[34:11] </w:t>
      </w:r>
      <w:r>
        <w:t>tanazzal ul malaikatu war rohu fiha bi izni rabbihim۔</w:t>
      </w:r>
    </w:p>
    <w:p>
      <w:pPr>
        <w:jc w:val="right"/>
      </w:pPr>
      <w:r>
        <w:t>تنزل الملائکۃ والروح فیہا بین ربھم۔</w:t>
      </w:r>
    </w:p>
    <w:p>
      <w:r>
        <w:rPr>
          <w:b/>
        </w:rPr>
        <w:t xml:space="preserve">[34:16] </w:t>
      </w:r>
      <w:r>
        <w:t>firishte utarte hain is raat ko.</w:t>
      </w:r>
    </w:p>
    <w:p>
      <w:pPr>
        <w:jc w:val="right"/>
      </w:pPr>
      <w:r>
        <w:t>فرشتے اترتے ہیں اس رات کو۔</w:t>
      </w:r>
    </w:p>
    <w:p>
      <w:r>
        <w:rPr>
          <w:b/>
        </w:rPr>
        <w:t xml:space="preserve">[34:21] </w:t>
      </w:r>
      <w:r>
        <w:t>aur jibril allah ke hukum se.</w:t>
      </w:r>
    </w:p>
    <w:p>
      <w:pPr>
        <w:jc w:val="right"/>
      </w:pPr>
      <w:r>
        <w:t>اور جبرائیل اللہ کے حکم سے۔</w:t>
      </w:r>
    </w:p>
    <w:p>
      <w:r>
        <w:rPr>
          <w:b/>
        </w:rPr>
        <w:t xml:space="preserve">[34:26] </w:t>
      </w:r>
      <w:r>
        <w:t>dekhiye, yeh bohat bari baat hai.</w:t>
      </w:r>
    </w:p>
    <w:p>
      <w:pPr>
        <w:jc w:val="right"/>
      </w:pPr>
      <w:r>
        <w:t>دیکھیے، یہ بہت بڑی بات ہے۔</w:t>
      </w:r>
    </w:p>
    <w:p>
      <w:r>
        <w:rPr>
          <w:b/>
        </w:rPr>
        <w:t xml:space="preserve">[34:31] </w:t>
      </w:r>
      <w:r>
        <w:t>کیونکہ آپ کو جو خدا کا inspiration ملتا ہے، وہ کیسے ملتا ہے؟ وہ فرشتوں کو through ملتا</w:t>
      </w:r>
    </w:p>
    <w:p>
      <w:pPr>
        <w:jc w:val="right"/>
      </w:pPr>
      <w:r>
        <w:t>کیونکہ آپ کو جو خدا کا inspiration ملتا ہے، وہ کیسے ملتا ہے؟ وہ فرشتوں کو تھرو ملتا</w:t>
      </w:r>
    </w:p>
    <w:p>
      <w:r>
        <w:rPr>
          <w:b/>
        </w:rPr>
        <w:t xml:space="preserve">[34:36] </w:t>
      </w:r>
      <w:r>
        <w:t>hai aap ko.</w:t>
      </w:r>
    </w:p>
    <w:p>
      <w:pPr>
        <w:jc w:val="right"/>
      </w:pPr>
      <w:r>
        <w:t>ہے آپ کو۔</w:t>
      </w:r>
    </w:p>
    <w:p>
      <w:r>
        <w:rPr>
          <w:b/>
        </w:rPr>
        <w:t xml:space="preserve">[34:41] </w:t>
      </w:r>
      <w:r>
        <w:t>quran mein hai ke innal lazina qalu rabbunallahu fastaqamu tatanazzalu alaihimul malaa</w:t>
      </w:r>
    </w:p>
    <w:p>
      <w:pPr>
        <w:jc w:val="right"/>
      </w:pPr>
      <w:r>
        <w:t>قرآن میں ہے کہ إن الذين قالوا ربنا الله فاستقاموا تتنزل عليهم الملائ</w:t>
      </w:r>
    </w:p>
    <w:p>
      <w:r>
        <w:rPr>
          <w:b/>
        </w:rPr>
        <w:t xml:space="preserve">[34:46] </w:t>
      </w:r>
      <w:r>
        <w:t>ikatu allahu takhafaw allahu takhafaw wala tahzanu ke jo log allah ko apna rab banayein, allah par sacha</w:t>
      </w:r>
    </w:p>
    <w:p>
      <w:pPr>
        <w:jc w:val="right"/>
      </w:pPr>
      <w:r>
        <w:t>كة الله تخافوا الله تخافوا ولا تحزنوا کہ جو لوگ اللہ کو اپنا رب بنائیں، اللہ پر سچا</w:t>
      </w:r>
    </w:p>
    <w:p>
      <w:r>
        <w:rPr>
          <w:b/>
        </w:rPr>
        <w:t xml:space="preserve">[34:56] </w:t>
      </w:r>
      <w:r>
        <w:t>iman paida karein apne andar, aur jam jayein is ke upar, istiqamat dikhayein is ke upar, to un</w:t>
      </w:r>
    </w:p>
    <w:p>
      <w:pPr>
        <w:jc w:val="right"/>
      </w:pPr>
      <w:r>
        <w:t>ایمان پیدا کریں اپنے اندر، اور جم جائیں اس کے اوپر، استقامت دکھائیں اس کے اوپر، تو ان</w:t>
      </w:r>
    </w:p>
    <w:p>
      <w:r>
        <w:rPr>
          <w:b/>
        </w:rPr>
        <w:t xml:space="preserve">[35:07] </w:t>
      </w:r>
      <w:r>
        <w:t>ke upar utarte hain farishte tatanazzalu alaihimul malaikatu is ka matlab hai ke nabi ke siwa bhi farishte utarte hain.</w:t>
      </w:r>
    </w:p>
    <w:p>
      <w:pPr>
        <w:jc w:val="right"/>
      </w:pPr>
      <w:r>
        <w:t>کے اوپر اترتے ہیں فرشتے تتنزل عليهم الملائكة اس کا مطلب ہے کہ نبی کے سوا بھی فرشتے اترتے ہیں۔</w:t>
      </w:r>
    </w:p>
    <w:p>
      <w:r>
        <w:rPr>
          <w:b/>
        </w:rPr>
        <w:t xml:space="preserve">[35:18] </w:t>
      </w:r>
      <w:r>
        <w:t>yeh to quran ki text mein yeh baat hai.</w:t>
      </w:r>
    </w:p>
    <w:p>
      <w:pPr>
        <w:jc w:val="right"/>
      </w:pPr>
      <w:r>
        <w:t>یہ تو قرآن کی text میں یہ بات ہے۔</w:t>
      </w:r>
    </w:p>
    <w:p>
      <w:r>
        <w:rPr>
          <w:b/>
        </w:rPr>
        <w:t xml:space="preserve">[35:22] </w:t>
      </w:r>
      <w:r>
        <w:t>ek farishte ka utarna woh hai jo nabi par utarna hota hai.</w:t>
      </w:r>
    </w:p>
    <w:p>
      <w:pPr>
        <w:jc w:val="right"/>
      </w:pPr>
      <w:r>
        <w:t>ایک فرشتے کا اترنا وہ ہے جو نبی پر اترنا ہوتا ہے۔</w:t>
      </w:r>
    </w:p>
    <w:p>
      <w:r>
        <w:rPr>
          <w:b/>
        </w:rPr>
        <w:t xml:space="preserve">[35:27] </w:t>
      </w:r>
      <w:r>
        <w:t>woh hota hai shaoori.</w:t>
      </w:r>
    </w:p>
    <w:p>
      <w:pPr>
        <w:jc w:val="right"/>
      </w:pPr>
      <w:r>
        <w:t>وہ ہوتا ہے شعوری۔</w:t>
      </w:r>
    </w:p>
    <w:p>
      <w:r>
        <w:rPr>
          <w:b/>
        </w:rPr>
        <w:t xml:space="preserve">[35:31] </w:t>
      </w:r>
      <w:r>
        <w:t>yani nabi dekhta hai is farishte ko, is se baat karta hai.</w:t>
      </w:r>
    </w:p>
    <w:p>
      <w:pPr>
        <w:jc w:val="right"/>
      </w:pPr>
      <w:r>
        <w:t>یعنی نبی دیکھتا ہے اس فرشتے کو، اس سے بات کرتا ہے۔</w:t>
      </w:r>
    </w:p>
    <w:p>
      <w:r>
        <w:rPr>
          <w:b/>
        </w:rPr>
        <w:t xml:space="preserve">[35:36] </w:t>
      </w:r>
      <w:r>
        <w:t>to woh ek utarna hota hai farishte ka.</w:t>
      </w:r>
    </w:p>
    <w:p>
      <w:pPr>
        <w:jc w:val="right"/>
      </w:pPr>
      <w:r>
        <w:t>تو وہ ایک اترنا ہوتا ہے فرشتے کا۔</w:t>
      </w:r>
    </w:p>
    <w:p>
      <w:r>
        <w:rPr>
          <w:b/>
        </w:rPr>
        <w:t xml:space="preserve">[35:40] </w:t>
      </w:r>
      <w:r>
        <w:t>jo sirf nabi ke liye khaas hai.</w:t>
      </w:r>
    </w:p>
    <w:p>
      <w:pPr>
        <w:jc w:val="right"/>
      </w:pPr>
      <w:r>
        <w:t>جو صرف نبی کے لیے خاص ہے۔</w:t>
      </w:r>
    </w:p>
    <w:p>
      <w:r>
        <w:rPr>
          <w:b/>
        </w:rPr>
        <w:t xml:space="preserve">[35:45] </w:t>
      </w:r>
      <w:r>
        <w:t>lekin ek aur utarna hai farishte ka.</w:t>
      </w:r>
    </w:p>
    <w:p>
      <w:pPr>
        <w:jc w:val="right"/>
      </w:pPr>
      <w:r>
        <w:t>لیکن ایک اور اترنا ہے فرشتے کا۔</w:t>
      </w:r>
    </w:p>
    <w:p>
      <w:r>
        <w:rPr>
          <w:b/>
        </w:rPr>
        <w:t xml:space="preserve">[35:49] </w:t>
      </w:r>
      <w:r>
        <w:t>tatanazzalu alaihimul malaikatu utarte hain un ke upar farishte.</w:t>
      </w:r>
    </w:p>
    <w:p>
      <w:pPr>
        <w:jc w:val="right"/>
      </w:pPr>
      <w:r>
        <w:t>تتنزل عليهم الملائكة اترتے ہیں ان کے اوپر فرشتے۔</w:t>
      </w:r>
    </w:p>
    <w:p>
      <w:r>
        <w:rPr>
          <w:b/>
        </w:rPr>
        <w:t xml:space="preserve">[35:53] </w:t>
      </w:r>
      <w:r>
        <w:t>ab zara gaur kijiye, kitni bari baat hai yeh.</w:t>
      </w:r>
    </w:p>
    <w:p>
      <w:pPr>
        <w:jc w:val="right"/>
      </w:pPr>
      <w:r>
        <w:t>اب ذرا غور کیجیے، کتنی بڑی بات ہے یہ۔</w:t>
      </w:r>
    </w:p>
    <w:p>
      <w:r>
        <w:rPr>
          <w:b/>
        </w:rPr>
        <w:t xml:space="preserve">[35:58] </w:t>
      </w:r>
      <w:r>
        <w:t>ke hamare upar farishte utarte hain.</w:t>
      </w:r>
    </w:p>
    <w:p>
      <w:pPr>
        <w:jc w:val="right"/>
      </w:pPr>
      <w:r>
        <w:t>کہ ہمارے اوپر فرشتے اترتے ہیں۔</w:t>
      </w:r>
    </w:p>
    <w:p>
      <w:r>
        <w:rPr>
          <w:b/>
        </w:rPr>
        <w:t xml:space="preserve">[36:02] </w:t>
      </w:r>
      <w:r>
        <w:t>yani woh cheez jo hoti hai jo rasul allah ke sath hoti hai, wahan consciousnessly hoti hai, hum</w:t>
      </w:r>
    </w:p>
    <w:p>
      <w:pPr>
        <w:jc w:val="right"/>
      </w:pPr>
      <w:r>
        <w:t>یعنی وہ چیز جو ہوتی ہے جو رسول اللہ کے ساتھ ہوتی ہے، وہاں کانشیسلی ہوتی ہے، ہم</w:t>
      </w:r>
    </w:p>
    <w:p>
      <w:r>
        <w:rPr>
          <w:b/>
        </w:rPr>
        <w:t xml:space="preserve">[36:06] </w:t>
      </w:r>
      <w:r>
        <w:t>is tarah se nahi hoti hai lekin utarti hai.</w:t>
      </w:r>
    </w:p>
    <w:p>
      <w:pPr>
        <w:jc w:val="right"/>
      </w:pPr>
      <w:r>
        <w:t>اس طرح سے نہیں ہوتی ہے لیکن اترتی ہے۔</w:t>
      </w:r>
    </w:p>
    <w:p>
      <w:r>
        <w:rPr>
          <w:b/>
        </w:rPr>
        <w:t xml:space="preserve">[36:11] </w:t>
      </w:r>
      <w:r>
        <w:t>lekin hoti hai woh.</w:t>
      </w:r>
    </w:p>
    <w:p>
      <w:pPr>
        <w:jc w:val="right"/>
      </w:pPr>
      <w:r>
        <w:t>لیکن ہوتی ہے وہ۔</w:t>
      </w:r>
    </w:p>
    <w:p>
      <w:r>
        <w:rPr>
          <w:b/>
        </w:rPr>
        <w:t xml:space="preserve">[36:15] </w:t>
      </w:r>
      <w:r>
        <w:t>is ka matlab kya hua? ke agar hum is</w:t>
      </w:r>
    </w:p>
    <w:p>
      <w:pPr>
        <w:jc w:val="right"/>
      </w:pPr>
      <w:r>
        <w:t>اس کا مطلب کیا ہوا؟ کہ اگر ہم اس</w:t>
      </w:r>
    </w:p>
    <w:p>
      <w:r>
        <w:rPr>
          <w:b/>
        </w:rPr>
        <w:t xml:space="preserve">[36:19] </w:t>
      </w:r>
      <w:r>
        <w:t>zehan ke sath, is dimagh ke sath lailatul qadr mein shamil hon is raat ko, ke hamara iman</w:t>
      </w:r>
    </w:p>
    <w:p>
      <w:pPr>
        <w:jc w:val="right"/>
      </w:pPr>
      <w:r>
        <w:t>ذہن کے ساتھ، اس دماغ کے ساتھ لیلة القدر میں شامل ہوں اس رات کو، کہ ہمارا ایمان</w:t>
      </w:r>
    </w:p>
    <w:p>
      <w:r>
        <w:rPr>
          <w:b/>
        </w:rPr>
        <w:t xml:space="preserve">[36:27] </w:t>
      </w:r>
      <w:r>
        <w:t>khuda par bedar ho bharpoor taur par, khuda par hamara yaqeen, khuda par hamara yaqeen poori tarah se</w:t>
      </w:r>
    </w:p>
    <w:p>
      <w:pPr>
        <w:jc w:val="right"/>
      </w:pPr>
      <w:r>
        <w:t>خدا پر بیدار ہو بھرپور طور پر، خدا پر ہمارا یقینہ، خدا پر ہمارا یقین پوری طرح سے</w:t>
      </w:r>
    </w:p>
    <w:p>
      <w:r>
        <w:rPr>
          <w:b/>
        </w:rPr>
        <w:t xml:space="preserve">[36:35] </w:t>
      </w:r>
      <w:r>
        <w:t>hamare dil mein bhara hua ho, aur is par hum apne aap ko jama rakha ho apne sabr</w:t>
      </w:r>
    </w:p>
    <w:p>
      <w:pPr>
        <w:jc w:val="right"/>
      </w:pPr>
      <w:r>
        <w:t>ہمارے دل میں بھرا ہوا ہو، اور اس پر ہم اپنے آپ کو جما رکھا ہو اپنے صبر</w:t>
      </w:r>
    </w:p>
    <w:p>
      <w:r>
        <w:rPr>
          <w:b/>
        </w:rPr>
        <w:t xml:space="preserve">[36:42] </w:t>
      </w:r>
      <w:r>
        <w:t>ke sath, azmat ke sath, to kya hoga? farishte utrenge hamare upar.</w:t>
      </w:r>
    </w:p>
    <w:p>
      <w:pPr>
        <w:jc w:val="right"/>
      </w:pPr>
      <w:r>
        <w:t>کے ساتھ، عظمت کے ساتھ، تو کیا ہوگا؟ فرشتے اتریں گے ہمارے اوپر۔</w:t>
      </w:r>
    </w:p>
    <w:p>
      <w:r>
        <w:rPr>
          <w:b/>
        </w:rPr>
        <w:t xml:space="preserve">[36:50] </w:t>
      </w:r>
      <w:r>
        <w:t xml:space="preserve"> woh raat jo hai, us ko Khuda ne ja ke yaadgar raat bana diya hai. chunke is raat ko Quran utara gaya tha ya utarna shuru hua tha, to Khuda ne is raat ko ek yaadgar raat bana diya. jaise hum jante hain ke hamare desh mein pandrah August ek yaadgar din hai. chhabbees January ek yaadgar din hai. is din khaas ehhtimam se jashn manaya jata hai. to woh ra</w:t>
      </w:r>
    </w:p>
    <w:p>
      <w:pPr>
        <w:jc w:val="right"/>
      </w:pPr>
      <w:r>
        <w:t>وہ رات جو ہے، اس کو خدا نے جا کے یادگار رات بنا دیا ہے۔ چونکہ اس رات کو قرآن اتارا گیا تھا یا اترنا شروع ہوا تھا، تو خدا نے اس رات کو ایک یادگار رات بنا دیا۔ جیسے ہم جانتے ہیں کہ ہمارے देश میں پندرہ اگست ایک یادگار دن ہے۔ چھبیس جنوری ایک یادگار دن ہے۔ اس دن خاص اہتمام سے جشن منایا جاتا ہے۔ تو وہ ر</w:t>
      </w:r>
    </w:p>
    <w:p>
      <w:r>
        <w:rPr>
          <w:b/>
        </w:rPr>
        <w:t xml:space="preserve">[37:20] </w:t>
      </w:r>
      <w:r>
        <w:t>at, jis raat ko quran rasool allah par utra, us raat ko khuda ne yaadgar din bana diya.</w:t>
      </w:r>
    </w:p>
    <w:p>
      <w:pPr>
        <w:jc w:val="right"/>
      </w:pPr>
      <w:r>
        <w:t>ات، جس رات کو قرآن رسول اللہ پر اترا، اس رات کو خدا نے یادگار دن بنا دیا۔</w:t>
      </w:r>
    </w:p>
    <w:p>
      <w:r>
        <w:rPr>
          <w:b/>
        </w:rPr>
        <w:t xml:space="preserve">[37:26] </w:t>
      </w:r>
      <w:r>
        <w:t>is yaadgar din ko ya is yaadgar raat ko farishtay bohat ziyada utare jatay hain zameen par.</w:t>
      </w:r>
    </w:p>
    <w:p>
      <w:pPr>
        <w:jc w:val="right"/>
      </w:pPr>
      <w:r>
        <w:t>اس یادگار دن کو یا اس یادگار رات کو فرشتے بہت زیادہ اتارے جاتے ہیں زمین پر۔</w:t>
      </w:r>
    </w:p>
    <w:p>
      <w:r>
        <w:rPr>
          <w:b/>
        </w:rPr>
        <w:t xml:space="preserve">[37:32] </w:t>
      </w:r>
      <w:r>
        <w:t>yani bohat ziyada log in ko inspiration hasil karne ka moqa milta hai.</w:t>
      </w:r>
    </w:p>
    <w:p>
      <w:pPr>
        <w:jc w:val="right"/>
      </w:pPr>
      <w:r>
        <w:t>یعنی بہت زیادہ لوگ ان کو inspiration حاصل کرنے کا موقع ملتا ہے۔</w:t>
      </w:r>
    </w:p>
    <w:p>
      <w:r>
        <w:rPr>
          <w:b/>
        </w:rPr>
        <w:t xml:space="preserve">[37:38] </w:t>
      </w:r>
      <w:r>
        <w:t>bohat ziyada khud farishtay se faiz lene ka moqa milta hai.</w:t>
      </w:r>
    </w:p>
    <w:p>
      <w:pPr>
        <w:jc w:val="right"/>
      </w:pPr>
      <w:r>
        <w:t>بہت زیادہ خود فرشتوں سے فیض لینے کا موقع ملتا ہے۔</w:t>
      </w:r>
    </w:p>
    <w:p>
      <w:r>
        <w:rPr>
          <w:b/>
        </w:rPr>
        <w:t xml:space="preserve">[37:44] </w:t>
      </w:r>
      <w:r>
        <w:t>bohat ziyada khuda, bohat ziyada</w:t>
      </w:r>
    </w:p>
    <w:p>
      <w:pPr>
        <w:jc w:val="right"/>
      </w:pPr>
      <w:r>
        <w:t>بہت زیادہ خدا، بہت زیادہ</w:t>
      </w:r>
    </w:p>
    <w:p>
      <w:r>
        <w:rPr>
          <w:b/>
        </w:rPr>
        <w:t xml:space="preserve">[37:50] </w:t>
      </w:r>
      <w:r>
        <w:t>yeh moqa milta hai ke aap yani spiritual food le saken.</w:t>
      </w:r>
    </w:p>
    <w:p>
      <w:pPr>
        <w:jc w:val="right"/>
      </w:pPr>
      <w:r>
        <w:t>یہ موقع ملتا ہے کہ آپ یعنی spiritual food لے سکیں۔</w:t>
      </w:r>
    </w:p>
    <w:p>
      <w:r>
        <w:rPr>
          <w:b/>
        </w:rPr>
        <w:t xml:space="preserve">[37:56] </w:t>
      </w:r>
      <w:r>
        <w:t>yeh moqa aur raaton se ziyada barh jata hai.</w:t>
      </w:r>
    </w:p>
    <w:p>
      <w:pPr>
        <w:jc w:val="right"/>
      </w:pPr>
      <w:r>
        <w:t>یہ موقع اور راتوں سے زیادہ بڑھ جاتا ہے۔</w:t>
      </w:r>
    </w:p>
    <w:p>
      <w:r>
        <w:rPr>
          <w:b/>
        </w:rPr>
        <w:t xml:space="preserve">[38:02] </w:t>
      </w:r>
      <w:r>
        <w:t>yeh matlab hai is ka.</w:t>
      </w:r>
    </w:p>
    <w:p>
      <w:pPr>
        <w:jc w:val="right"/>
      </w:pPr>
      <w:r>
        <w:t>یہ مطلب ہے اس کا۔</w:t>
      </w:r>
    </w:p>
    <w:p>
      <w:r>
        <w:rPr>
          <w:b/>
        </w:rPr>
        <w:t xml:space="preserve">[38:08] </w:t>
      </w:r>
      <w:r>
        <w:t>tatanzal alaihimul malaikatu ko mila kar aap dekhiye to yeh ayat aap ko ziyada samajh mein ayegi.</w:t>
      </w:r>
    </w:p>
    <w:p>
      <w:pPr>
        <w:jc w:val="right"/>
      </w:pPr>
      <w:r>
        <w:t>تتنزل عليهم الملائكة کو ملا کر آپ دیکھیے تو یہ آیت آپ کو زیادہ سمجھ میں آئے گی۔</w:t>
      </w:r>
    </w:p>
    <w:p>
      <w:r>
        <w:rPr>
          <w:b/>
        </w:rPr>
        <w:t xml:space="preserve">[38:14] </w:t>
      </w:r>
      <w:r>
        <w:t>to farmaya ke ke farishtay</w:t>
      </w:r>
    </w:p>
    <w:p>
      <w:pPr>
        <w:jc w:val="right"/>
      </w:pPr>
      <w:r>
        <w:t>تو فرمایا کہ کہ فرشتے</w:t>
      </w:r>
    </w:p>
    <w:p>
      <w:r>
        <w:rPr>
          <w:b/>
        </w:rPr>
        <w:t xml:space="preserve">[38:20] </w:t>
      </w:r>
      <w:r>
        <w:t>utarte hain is din aur jibril utarte hain.</w:t>
      </w:r>
    </w:p>
    <w:p>
      <w:pPr>
        <w:jc w:val="right"/>
      </w:pPr>
      <w:r>
        <w:t>اترتے ہیں اس دن اور جبرائیل اترتے ہیں۔</w:t>
      </w:r>
    </w:p>
    <w:p>
      <w:r>
        <w:rPr>
          <w:b/>
        </w:rPr>
        <w:t xml:space="preserve">[38:24] </w:t>
      </w:r>
      <w:r>
        <w:t>yani jibril farishtay mein sab se baray farishtay manay gaye hain.</w:t>
      </w:r>
    </w:p>
    <w:p>
      <w:pPr>
        <w:jc w:val="right"/>
      </w:pPr>
      <w:r>
        <w:t>یعنی جبرائیل فرشتوں میں سب سے بڑے فرشتے مانے گئے ہیں۔</w:t>
      </w:r>
    </w:p>
    <w:p>
      <w:r>
        <w:rPr>
          <w:b/>
        </w:rPr>
        <w:t xml:space="preserve">[38:28] </w:t>
      </w:r>
      <w:r>
        <w:t>unki taqat bohat ziyada hai.</w:t>
      </w:r>
    </w:p>
    <w:p>
      <w:pPr>
        <w:jc w:val="right"/>
      </w:pPr>
      <w:r>
        <w:t>ان کی طاقت بہت زیادہ ہے۔</w:t>
      </w:r>
    </w:p>
    <w:p>
      <w:r>
        <w:rPr>
          <w:b/>
        </w:rPr>
        <w:t xml:space="preserve">[38:31] </w:t>
      </w:r>
      <w:r>
        <w:t>to woh bhi utare jatay hain is raat ko.</w:t>
      </w:r>
    </w:p>
    <w:p>
      <w:pPr>
        <w:jc w:val="right"/>
      </w:pPr>
      <w:r>
        <w:t>تو وہ بھی اتارے جاتے ہیں اس رات کو۔</w:t>
      </w:r>
    </w:p>
    <w:p>
      <w:r>
        <w:rPr>
          <w:b/>
        </w:rPr>
        <w:t xml:space="preserve">[38:35] </w:t>
      </w:r>
      <w:r>
        <w:t>khuda unhein bhi zameen par bhej deta hai ke jao insan par, jo insan meri yaad karta ho,</w:t>
      </w:r>
    </w:p>
    <w:p>
      <w:pPr>
        <w:jc w:val="right"/>
      </w:pPr>
      <w:r>
        <w:t>خدا انہیں بھی زمین پر بھیج دیتا ہے کہ جاؤ انسان پر، جو انسان میری یاد کرتا ہو،</w:t>
      </w:r>
    </w:p>
    <w:p>
      <w:r>
        <w:rPr>
          <w:b/>
        </w:rPr>
        <w:t xml:space="preserve">[38:39] </w:t>
      </w:r>
      <w:r>
        <w:t>jo insan mujh se dar raha ho, us par rehmaten ariyal do meri.</w:t>
      </w:r>
    </w:p>
    <w:p>
      <w:pPr>
        <w:jc w:val="right"/>
      </w:pPr>
      <w:r>
        <w:t>جو انسان مجھ سے ڈر رہا ہو، اس پر رحمتیں اڑیال دو میری۔</w:t>
      </w:r>
    </w:p>
    <w:p>
      <w:r>
        <w:rPr>
          <w:b/>
        </w:rPr>
        <w:t xml:space="preserve">[38:43] </w:t>
      </w:r>
      <w:r>
        <w:t>rehmat ka koi hissa baqi na reh jaye.</w:t>
      </w:r>
    </w:p>
    <w:p>
      <w:pPr>
        <w:jc w:val="right"/>
      </w:pPr>
      <w:r>
        <w:t>رحمت کا کوئی حصہ باقی نہ رہ جائے۔</w:t>
      </w:r>
    </w:p>
    <w:p>
      <w:r>
        <w:rPr>
          <w:b/>
        </w:rPr>
        <w:t xml:space="preserve">[38:46] </w:t>
      </w:r>
      <w:r>
        <w:t>is liye j</w:t>
      </w:r>
    </w:p>
    <w:p>
      <w:pPr>
        <w:jc w:val="right"/>
      </w:pPr>
      <w:r>
        <w:t>اس لیے ج</w:t>
      </w:r>
    </w:p>
    <w:p>
      <w:r>
        <w:rPr>
          <w:b/>
        </w:rPr>
        <w:t xml:space="preserve">[38:50] </w:t>
      </w:r>
      <w:r>
        <w:t>jibril khud atay hain.</w:t>
      </w:r>
    </w:p>
    <w:p>
      <w:pPr>
        <w:jc w:val="right"/>
      </w:pPr>
      <w:r>
        <w:t>برائیل خود آتے ہیں۔</w:t>
      </w:r>
    </w:p>
    <w:p>
      <w:r>
        <w:rPr>
          <w:b/>
        </w:rPr>
        <w:t xml:space="preserve">[38:55] </w:t>
      </w:r>
      <w:r>
        <w:t>to dekhiye, yahan par ek baat yaad rakhiye ke ramzan ka mahina ya shab qadr ka, ka jo</w:t>
      </w:r>
    </w:p>
    <w:p>
      <w:pPr>
        <w:jc w:val="right"/>
      </w:pPr>
      <w:r>
        <w:t>تو دیکھیے، یہاں پر ایک بات یاد رکھیے کہ رمضان کا مہینہ یا شب قدر کا، کا جو</w:t>
      </w:r>
    </w:p>
    <w:p>
      <w:r>
        <w:rPr>
          <w:b/>
        </w:rPr>
        <w:t xml:space="preserve">[39:00] </w:t>
      </w:r>
      <w:r>
        <w:t>shab ka matlab hai.</w:t>
      </w:r>
    </w:p>
    <w:p>
      <w:pPr>
        <w:jc w:val="right"/>
      </w:pPr>
      <w:r>
        <w:t>شب کا معنی ہے۔</w:t>
      </w:r>
    </w:p>
    <w:p>
      <w:r>
        <w:rPr>
          <w:b/>
        </w:rPr>
        <w:t xml:space="preserve">[39:05] </w:t>
      </w:r>
      <w:r>
        <w:t>yani woh lamha, woh waqt.</w:t>
      </w:r>
    </w:p>
    <w:p>
      <w:pPr>
        <w:jc w:val="right"/>
      </w:pPr>
      <w:r>
        <w:t>یعنی وہ لمحہ، وہ وقت۔</w:t>
      </w:r>
    </w:p>
    <w:p>
      <w:r>
        <w:rPr>
          <w:b/>
        </w:rPr>
        <w:t xml:space="preserve">[39:10] </w:t>
      </w:r>
      <w:r>
        <w:t>to us waqt ko ya us raat ko ya din ko, us mahine ko jis mein quran utara</w:t>
      </w:r>
    </w:p>
    <w:p>
      <w:pPr>
        <w:jc w:val="right"/>
      </w:pPr>
      <w:r>
        <w:t>تو اس وقت کو یا اس رات کو یا دن کو، اس مہینے کو جس میں قرآن اتارا</w:t>
      </w:r>
    </w:p>
    <w:p>
      <w:r>
        <w:rPr>
          <w:b/>
        </w:rPr>
        <w:t xml:space="preserve">[39:15] </w:t>
      </w:r>
      <w:r>
        <w:t>gaya, to woh hum ko quran se jorne</w:t>
      </w:r>
    </w:p>
    <w:p>
      <w:pPr>
        <w:jc w:val="right"/>
      </w:pPr>
      <w:r>
        <w:t>گیا، تو وہ ہم کو قرآن سے جوڑنے</w:t>
      </w:r>
    </w:p>
    <w:p>
      <w:r>
        <w:rPr>
          <w:b/>
        </w:rPr>
        <w:t xml:space="preserve">[39:20] </w:t>
      </w:r>
      <w:r>
        <w:t>wala mahina hai.</w:t>
      </w:r>
    </w:p>
    <w:p>
      <w:pPr>
        <w:jc w:val="right"/>
      </w:pPr>
      <w:r>
        <w:t>والا مہینہ ہے۔</w:t>
      </w:r>
    </w:p>
    <w:p>
      <w:r>
        <w:rPr>
          <w:b/>
        </w:rPr>
        <w:t xml:space="preserve">[39:24] </w:t>
      </w:r>
      <w:r>
        <w:t>woh quran se hum ko qareeb karne wali raat hai.</w:t>
      </w:r>
    </w:p>
    <w:p>
      <w:pPr>
        <w:jc w:val="right"/>
      </w:pPr>
      <w:r>
        <w:t>وہ قرآن سے ہم کو قریب کرنے والی رات ہے۔</w:t>
      </w:r>
    </w:p>
    <w:p>
      <w:r>
        <w:rPr>
          <w:b/>
        </w:rPr>
        <w:t xml:space="preserve">[39:29] </w:t>
      </w:r>
      <w:r>
        <w:t>yani is raat ko, yani shab qadr ka sab se bara jo hamein kaam karna hai, woh yeh</w:t>
      </w:r>
    </w:p>
    <w:p>
      <w:pPr>
        <w:jc w:val="right"/>
      </w:pPr>
      <w:r>
        <w:t>یعنی اس رات کو، یعنی شب قدر کا سب سے بڑا جو ہمیں کام کرنا ہے، وہ یہ</w:t>
      </w:r>
    </w:p>
    <w:p>
      <w:r>
        <w:rPr>
          <w:b/>
        </w:rPr>
        <w:t xml:space="preserve">[39:33] </w:t>
      </w:r>
      <w:r>
        <w:t>hai ke hum quran par sochen, quran par tadabbur karen, quran ki zimmedariyon ko samjhen, quran mein</w:t>
      </w:r>
    </w:p>
    <w:p>
      <w:pPr>
        <w:jc w:val="right"/>
      </w:pPr>
      <w:r>
        <w:t>ہے کہ ہم قرآن پر سوچیں، قرآن پر تدبر کریں، قرآن کی ذمہ داریوں کو سمجھیں، قرآن میں</w:t>
      </w:r>
    </w:p>
    <w:p>
      <w:r>
        <w:rPr>
          <w:b/>
        </w:rPr>
        <w:t xml:space="preserve">[39:37] </w:t>
      </w:r>
      <w:r>
        <w:t>btayi hui guidance ko laen.</w:t>
      </w:r>
    </w:p>
    <w:p>
      <w:pPr>
        <w:jc w:val="right"/>
      </w:pPr>
      <w:r>
        <w:t>بتائی ہوئی guidance کو لیں۔</w:t>
      </w:r>
    </w:p>
    <w:p>
      <w:r>
        <w:rPr>
          <w:b/>
        </w:rPr>
        <w:t xml:space="preserve">[39:42] </w:t>
      </w:r>
      <w:r>
        <w:t>yeh yeh karna hai hum ko.</w:t>
      </w:r>
    </w:p>
    <w:p>
      <w:pPr>
        <w:jc w:val="right"/>
      </w:pPr>
      <w:r>
        <w:t>یہ یہ کرنا ہے ہم کو۔</w:t>
      </w:r>
    </w:p>
    <w:p>
      <w:r>
        <w:rPr>
          <w:b/>
        </w:rPr>
        <w:t xml:space="preserve">[39:46] </w:t>
      </w:r>
      <w:r>
        <w:t>yeh koi mysterious cheez nahi hai. koi m</w:t>
      </w:r>
    </w:p>
    <w:p>
      <w:pPr>
        <w:jc w:val="right"/>
      </w:pPr>
      <w:r>
        <w:t>یہ کوئی mysterious چیز نہیں ہے۔ کوئی m</w:t>
      </w:r>
    </w:p>
    <w:p>
      <w:r>
        <w:rPr>
          <w:b/>
        </w:rPr>
        <w:t xml:space="preserve">[39:50] </w:t>
      </w:r>
      <w:r>
        <w:t>ysterious cheez nahi hai yeh. is yaad, is din ko yaadgar din kyun banaya gaya? jaise pandrah August jo hai, woh yaadgar din hai. is din aap yaad karte hain ke kis tarah is din India ko azadi mili. isi tarah se aap is raat ko Khuda ne yaadgar din bana diya. ke is raat ko aap sochein ke kis tarah Khuda ne apni sab se badi rehmat utari</w:t>
      </w:r>
    </w:p>
    <w:p>
      <w:pPr>
        <w:jc w:val="right"/>
      </w:pPr>
      <w:r>
        <w:t>ysterious چیز نہیں ہے یہ۔ اس یاد، اس دن کو یادگار دن کیوں بنایا گیا؟ جیسے پندرہ اگست جو ہے، وہ یادگار دن ہے۔ اس دن آپ یاد کرتے ہیں کہ کس طرح اس دن انڈیا کو آزادی ملی۔ اسی طرح سے آپ اس رات کو خدا نے یادگار دن بنا دیا۔ کہ اس رات کو آپ سوچیں کہ کس طرح خدا نے اپنی سب سے بڑی رحمت اتاری</w:t>
      </w:r>
    </w:p>
    <w:p>
      <w:r>
        <w:rPr>
          <w:b/>
        </w:rPr>
        <w:t xml:space="preserve">[40:20] </w:t>
      </w:r>
      <w:r>
        <w:t>is raat ko. kyunke dekhiye, Quran bilashuba sab se badi rehmat hai insan ke liye. kyun? insan is duniya mein blind hai. insan nahi janta ke main kya hoon. insan nahi janta ke main kahan se aaya hoon. insan nahi janta ke mujhe kya karna hai apni taraqqi ke liye. insan nahi janta ke marne ke baad kya hone wala hai. insan nahi janta ke main kaise apne aap ko paradise mein le</w:t>
      </w:r>
    </w:p>
    <w:p>
      <w:pPr>
        <w:jc w:val="right"/>
      </w:pPr>
      <w:r>
        <w:t>اس رات کو۔ کیونکہ دیکھیے، قرآن بلاشبہ سب سے بڑی رحمت ہے انسان کے لیے۔ کیوں؟ انسان اس دنیا میں blind ہے۔ انسان نہیں جانتا کہ میں کیا ہوں۔ انسان نہیں جانتا کہ میں کہاں سے آیا ہوں۔ انسان نہیں جانتا کہ مجھے کیا کرنا ہے اپنی ترقی کے لیے۔ انسان نہیں جانتا کہ مرنے کے بعد کیا ہونے والا ہے۔ انسان نہیں جانتا کہ میں کیسے اپنے آپ کو paradise میں لے</w:t>
      </w:r>
    </w:p>
    <w:p>
      <w:r>
        <w:rPr>
          <w:b/>
        </w:rPr>
        <w:t xml:space="preserve">[40:50] </w:t>
      </w:r>
      <w:r>
        <w:t>jaon.</w:t>
      </w:r>
    </w:p>
    <w:p>
      <w:pPr>
        <w:jc w:val="right"/>
      </w:pPr>
      <w:r>
        <w:t>جاؤں۔</w:t>
      </w:r>
    </w:p>
    <w:p>
      <w:r>
        <w:rPr>
          <w:b/>
        </w:rPr>
        <w:t xml:space="preserve">[40:55] </w:t>
      </w:r>
      <w:r>
        <w:t>insan nahi janta ke khuda ka creation plan kya hai.</w:t>
      </w:r>
    </w:p>
    <w:p>
      <w:pPr>
        <w:jc w:val="right"/>
      </w:pPr>
      <w:r>
        <w:t>انسان نہیں جانتا کہ خدا کا creation plan کیا ہے۔</w:t>
      </w:r>
    </w:p>
    <w:p>
      <w:r>
        <w:rPr>
          <w:b/>
        </w:rPr>
        <w:t xml:space="preserve">[40:59] </w:t>
      </w:r>
      <w:r>
        <w:t>un sari baton ko quran batata hai.</w:t>
      </w:r>
    </w:p>
    <w:p>
      <w:pPr>
        <w:jc w:val="right"/>
      </w:pPr>
      <w:r>
        <w:t>ان ساری باتوں کو قرآن بتاتا ہے۔</w:t>
      </w:r>
    </w:p>
    <w:p>
      <w:r>
        <w:rPr>
          <w:b/>
        </w:rPr>
        <w:t xml:space="preserve">[41:03] </w:t>
      </w:r>
      <w:r>
        <w:t>toh insan ke andhe pan ko khatam karta hai quran.</w:t>
      </w:r>
    </w:p>
    <w:p>
      <w:pPr>
        <w:jc w:val="right"/>
      </w:pPr>
      <w:r>
        <w:t>تو انسان کے اندھے پن کو ختم کرتا ہے قرآن۔</w:t>
      </w:r>
    </w:p>
    <w:p>
      <w:r>
        <w:rPr>
          <w:b/>
        </w:rPr>
        <w:t xml:space="preserve">[41:07] </w:t>
      </w:r>
      <w:r>
        <w:t>insan ko, jaise quran mein, quran mein aya hai ke ke khuda tum ko andhere se roshni ki</w:t>
      </w:r>
    </w:p>
    <w:p>
      <w:pPr>
        <w:jc w:val="right"/>
      </w:pPr>
      <w:r>
        <w:t>انسان کو، جیسے قرآن میں، قرآن میں آیا ہے کہ کہ خدا تم کو اندھیرے سے روشنی کی</w:t>
      </w:r>
    </w:p>
    <w:p>
      <w:r>
        <w:rPr>
          <w:b/>
        </w:rPr>
        <w:t xml:space="preserve">[41:12] </w:t>
      </w:r>
      <w:r>
        <w:t>taraf le aata hai.</w:t>
      </w:r>
    </w:p>
    <w:p>
      <w:pPr>
        <w:jc w:val="right"/>
      </w:pPr>
      <w:r>
        <w:t>طرف لے آتا ہے۔</w:t>
      </w:r>
    </w:p>
    <w:p>
      <w:r>
        <w:rPr>
          <w:b/>
        </w:rPr>
        <w:t xml:space="preserve">[41:16] </w:t>
      </w:r>
      <w:r>
        <w:t>yukhriju minaz zulumaati ilannur. andhere se</w:t>
      </w:r>
    </w:p>
    <w:p>
      <w:pPr>
        <w:jc w:val="right"/>
      </w:pPr>
      <w:r>
        <w:t>یخرج من الظلمات إلى النور۔ اندھیرے سے</w:t>
      </w:r>
    </w:p>
    <w:p>
      <w:r>
        <w:rPr>
          <w:b/>
        </w:rPr>
        <w:t xml:space="preserve">[41:20] </w:t>
      </w:r>
      <w:r>
        <w:t>ujale ki taraf le aata hai.</w:t>
      </w:r>
    </w:p>
    <w:p>
      <w:pPr>
        <w:jc w:val="right"/>
      </w:pPr>
      <w:r>
        <w:t>اجالے کی طرف لے آتا ہے۔</w:t>
      </w:r>
    </w:p>
    <w:p>
      <w:r>
        <w:rPr>
          <w:b/>
        </w:rPr>
        <w:t xml:space="preserve">[41:25] </w:t>
      </w:r>
      <w:r>
        <w:t>toh quran jo utra, yeh andhere se ujale ki taraf lane ke liye.</w:t>
      </w:r>
    </w:p>
    <w:p>
      <w:pPr>
        <w:jc w:val="right"/>
      </w:pPr>
      <w:r>
        <w:t>تو قرآن جو اترا، یہ اندھیرے سے اجالے کی طرف لانے کے لیے۔</w:t>
      </w:r>
    </w:p>
    <w:p>
      <w:r>
        <w:rPr>
          <w:b/>
        </w:rPr>
        <w:t xml:space="preserve">[41:29] </w:t>
      </w:r>
      <w:r>
        <w:t>ke insan bhatak raha tha, insan be khabar tha.</w:t>
      </w:r>
    </w:p>
    <w:p>
      <w:pPr>
        <w:jc w:val="right"/>
      </w:pPr>
      <w:r>
        <w:t>کہ انسان بھٹک رہا تھا، انسان بے خبر تھا۔</w:t>
      </w:r>
    </w:p>
    <w:p>
      <w:r>
        <w:rPr>
          <w:b/>
        </w:rPr>
        <w:t xml:space="preserve">[41:34] </w:t>
      </w:r>
      <w:r>
        <w:t>toh us par sachai ki roshni utar di gayi.</w:t>
      </w:r>
    </w:p>
    <w:p>
      <w:pPr>
        <w:jc w:val="right"/>
      </w:pPr>
      <w:r>
        <w:t>تو اس پر سچائی کی روشنی اتار دی گئی۔</w:t>
      </w:r>
    </w:p>
    <w:p>
      <w:r>
        <w:rPr>
          <w:b/>
        </w:rPr>
        <w:t xml:space="preserve">[41:38] </w:t>
      </w:r>
      <w:r>
        <w:t>toh yeh toh bohat bari nemat hai, bohat bari blessing hai.</w:t>
      </w:r>
    </w:p>
    <w:p>
      <w:pPr>
        <w:jc w:val="right"/>
      </w:pPr>
      <w:r>
        <w:t>تو یہ تو بہت بڑی نعمت ہے، بہت بڑی blessing ہے۔</w:t>
      </w:r>
    </w:p>
    <w:p>
      <w:r>
        <w:rPr>
          <w:b/>
        </w:rPr>
        <w:t xml:space="preserve">[41:43] </w:t>
      </w:r>
      <w:r>
        <w:t>toh is yadgar raat ko hum khuda ki is blessing ko sochen.</w:t>
      </w:r>
    </w:p>
    <w:p>
      <w:pPr>
        <w:jc w:val="right"/>
      </w:pPr>
      <w:r>
        <w:t>تو اس یادگار رات کو ہم خدا کی اس blessing کو سوچیں۔</w:t>
      </w:r>
    </w:p>
    <w:p>
      <w:r>
        <w:rPr>
          <w:b/>
        </w:rPr>
        <w:t xml:space="preserve">[41:47] </w:t>
      </w:r>
      <w:r>
        <w:t>is yadgar raat ko hum khuda ki yaad karen.</w:t>
      </w:r>
    </w:p>
    <w:p>
      <w:pPr>
        <w:jc w:val="right"/>
      </w:pPr>
      <w:r>
        <w:t>اس یادگار رات کو ہم خدا کی یاد کریں۔</w:t>
      </w:r>
    </w:p>
    <w:p>
      <w:r>
        <w:rPr>
          <w:b/>
        </w:rPr>
        <w:t xml:space="preserve">[41:52] </w:t>
      </w:r>
      <w:r>
        <w:t>is yadgar raat ko hum quran par ghhor kar ke, is ki tilawat kar ke, is ko mutala</w:t>
      </w:r>
    </w:p>
    <w:p>
      <w:pPr>
        <w:jc w:val="right"/>
      </w:pPr>
      <w:r>
        <w:t>اس یادگار رات کو ہم قرآن پر غور کر کے، اس کی تلاوت کر کے، اس کو مطالعہ</w:t>
      </w:r>
    </w:p>
    <w:p>
      <w:r>
        <w:rPr>
          <w:b/>
        </w:rPr>
        <w:t xml:space="preserve">[41:58] </w:t>
      </w:r>
      <w:r>
        <w:t>kar ke, is ki study kar ke janen.</w:t>
      </w:r>
    </w:p>
    <w:p>
      <w:pPr>
        <w:jc w:val="right"/>
      </w:pPr>
      <w:r>
        <w:t>کر کے، اس کی study کر کے جانیں۔</w:t>
      </w:r>
    </w:p>
    <w:p>
      <w:r>
        <w:rPr>
          <w:b/>
        </w:rPr>
        <w:t xml:space="preserve">[42:04] </w:t>
      </w:r>
      <w:r>
        <w:t>ke khuda ne is quran ke zariye mujhe kya hukum diya hai? kya mujhe guidance di hai? khuda</w:t>
      </w:r>
    </w:p>
    <w:p>
      <w:pPr>
        <w:jc w:val="right"/>
      </w:pPr>
      <w:r>
        <w:t>کہ خدا نے اس قرآن کے ذریعے مجھے کیا حکم دیا ہے؟ کیا مجھے guidance دی ہے؟ خدا</w:t>
      </w:r>
    </w:p>
    <w:p>
      <w:r>
        <w:rPr>
          <w:b/>
        </w:rPr>
        <w:t xml:space="preserve">[42:10] </w:t>
      </w:r>
      <w:r>
        <w:t>mujh se kya chahta hai? un sari baton ko janne ke liye shab qadr, jis raat ko quran</w:t>
      </w:r>
    </w:p>
    <w:p>
      <w:pPr>
        <w:jc w:val="right"/>
      </w:pPr>
      <w:r>
        <w:t>مجھ سے کیا چاہتا ہے؟ ان ساری باتوں کو جاننے کے لیے شب قدر، جس رات کو قرآن</w:t>
      </w:r>
    </w:p>
    <w:p>
      <w:r>
        <w:rPr>
          <w:b/>
        </w:rPr>
        <w:t xml:space="preserve">[42:16] </w:t>
      </w:r>
      <w:r>
        <w:t>utara gaya ho, us raat hi ko agar hum na sochen</w:t>
      </w:r>
    </w:p>
    <w:p>
      <w:pPr>
        <w:jc w:val="right"/>
      </w:pPr>
      <w:r>
        <w:t>اتارا گیا ہو، اس رات ہی کو اگر ہم نہ سوچیں</w:t>
      </w:r>
    </w:p>
    <w:p>
      <w:r>
        <w:rPr>
          <w:b/>
        </w:rPr>
        <w:t xml:space="preserve">[42:22] </w:t>
      </w:r>
      <w:r>
        <w:t>keh quran ka maqsad kya hai, to bataiye kab sochen ge hum? kab sochen ge? to jis raat</w:t>
      </w:r>
    </w:p>
    <w:p>
      <w:pPr>
        <w:jc w:val="right"/>
      </w:pPr>
      <w:r>
        <w:t>کہ قرآن کا مقصد کیا ہے، تو بتائیے کب سوچیں گے ہم؟ کب سوچیں گے؟ تو جس رات</w:t>
      </w:r>
    </w:p>
    <w:p>
      <w:r>
        <w:rPr>
          <w:b/>
        </w:rPr>
        <w:t xml:space="preserve">[42:28] </w:t>
      </w:r>
      <w:r>
        <w:t>ko quran utara gaya hai, yeh baat maloom hoti hai hum ko surah baqarah ki is ayat se</w:t>
      </w:r>
    </w:p>
    <w:p>
      <w:pPr>
        <w:jc w:val="right"/>
      </w:pPr>
      <w:r>
        <w:t>کو قرآن اتارا گیا ہے، یہ بات معلوم ہوتی ہے ہم کو سورہ بقرہ کی اس آیت سے</w:t>
      </w:r>
    </w:p>
    <w:p>
      <w:r>
        <w:rPr>
          <w:b/>
        </w:rPr>
        <w:t xml:space="preserve">[42:34] </w:t>
      </w:r>
      <w:r>
        <w:t>keh shahar ramzan allazi unzil fi alquran.</w:t>
      </w:r>
    </w:p>
    <w:p>
      <w:pPr>
        <w:jc w:val="right"/>
      </w:pPr>
      <w:r>
        <w:t>کہ شهر رمضان الذی انزل فی القرآن۔</w:t>
      </w:r>
    </w:p>
    <w:p>
      <w:r>
        <w:rPr>
          <w:b/>
        </w:rPr>
        <w:t xml:space="preserve">[42:40] </w:t>
      </w:r>
      <w:r>
        <w:t>ramzan ka lafz yahan par nahi hai is is surah mein.</w:t>
      </w:r>
    </w:p>
    <w:p>
      <w:pPr>
        <w:jc w:val="right"/>
      </w:pPr>
      <w:r>
        <w:t>رمضان کا لفظ یہاں پر نہیں ہے اس اس سورہ میں۔</w:t>
      </w:r>
    </w:p>
    <w:p>
      <w:r>
        <w:rPr>
          <w:b/>
        </w:rPr>
        <w:t xml:space="preserve">[42:47] </w:t>
      </w:r>
      <w:r>
        <w:t>ramzan ka lafz wahan hai surah baqarah mein.</w:t>
      </w:r>
    </w:p>
    <w:p>
      <w:pPr>
        <w:jc w:val="right"/>
      </w:pPr>
      <w:r>
        <w:t>رمضان کا لفظ وہاں ہے سورہ بقرہ میں۔</w:t>
      </w:r>
    </w:p>
    <w:p>
      <w:r>
        <w:rPr>
          <w:b/>
        </w:rPr>
        <w:t xml:space="preserve">[42:53] </w:t>
      </w:r>
      <w:r>
        <w:t>ke lailatul qadr jo hai, woh padhegi ramadan mein, yeh maloom hota hai hum ko surah al-baqarah se. to ramadan ke mahine mein ya shab-e-qadr mein, jo quran ke utarne ka mahina hai, iska sab se bara haq yeh hai ke hum quran ko padhein, quran ko samjhein, quran par ghor karein. quran se inspiration lein, quran se guidance lein. quran se</w:t>
      </w:r>
    </w:p>
    <w:p>
      <w:pPr>
        <w:jc w:val="right"/>
      </w:pPr>
      <w:r>
        <w:t>کہ لیلة القدر جو ہے، وہ پڑھے گی رمضان میں، یہ معلوم ہوتا ہے ہم کو سورہ البقرہ سے۔ تو رمضان کے مہینے میں یا شب قدر میں، جو قرآن کے اترنے کا مہینہ ہے، اس کا سب سے بڑا حق یہ ہے کہ ہم قرآن کو پڑھیں، قرآن کو سمجھیں، قرآن پر غور کریں۔ قرآن سے inspiration لیں، قرآن سے guidance لیں۔ قرآن سے</w:t>
      </w:r>
    </w:p>
    <w:p>
      <w:r>
        <w:rPr>
          <w:b/>
        </w:rPr>
        <w:t xml:space="preserve">[43:23] </w:t>
      </w:r>
      <w:r>
        <w:t>apni zindagi ka naqsha banayein. quran ke mutabiq apni planning karein apni zindagi ki. yeh matlab hai ramadan ke mahine ka, yeh matlab hai lailatul qadr ka. to farmaya ke 'min kulli amrin salam' har cheez ke liye is raat ko salamati hai. salamati, peace hai. iska matlab kya hai</w:t>
      </w:r>
    </w:p>
    <w:p>
      <w:pPr>
        <w:jc w:val="right"/>
      </w:pPr>
      <w:r>
        <w:t>اپنی زندگی کا نقشہ بنائیں۔ قرآن کے مطابق اپنی planning کریں اپنی زندگی کی۔ یہ مطلب ہے رمضان کے مہینے کا، یہ مطلب ہے لیلة القدر کا۔ تو فرمایا کہ من کل امر سلام ہر چیز کے لیے اس رات کو سلامتی ہے۔ سلامتی، peace ہے۔ اس کا مطلب کیا ہے</w:t>
      </w:r>
    </w:p>
    <w:p>
      <w:r>
        <w:rPr>
          <w:b/>
        </w:rPr>
        <w:t xml:space="preserve">[43:53] </w:t>
      </w:r>
      <w:r>
        <w:t>? is raat ko peace hai har cheez mein, is ka matlab kya hai? is par ghor kijiye.</w:t>
      </w:r>
    </w:p>
    <w:p>
      <w:pPr>
        <w:jc w:val="right"/>
      </w:pPr>
      <w:r>
        <w:t>؟ اس رات کو peace ہے ہر چیز میں، اس کا مطلب کیا ہے؟ اس پر غور کیجیے۔</w:t>
      </w:r>
    </w:p>
    <w:p>
      <w:r>
        <w:rPr>
          <w:b/>
        </w:rPr>
        <w:t xml:space="preserve">[44:00] </w:t>
      </w:r>
      <w:r>
        <w:t>is ka matlab, is se ek baat yeh mili keh peace khuda ke nazdeek bohat hi bari cheez hai.</w:t>
      </w:r>
    </w:p>
    <w:p>
      <w:pPr>
        <w:jc w:val="right"/>
      </w:pPr>
      <w:r>
        <w:t>اس کا مطلب، اس سے ایک بات یہ ملی کہ peace خدا کے نزدیک بہت ہی بڑی چیز ہے۔</w:t>
      </w:r>
    </w:p>
    <w:p>
      <w:r>
        <w:rPr>
          <w:b/>
        </w:rPr>
        <w:t xml:space="preserve">[44:08] </w:t>
      </w:r>
      <w:r>
        <w:t>bohat bari cheez hai.</w:t>
      </w:r>
    </w:p>
    <w:p>
      <w:pPr>
        <w:jc w:val="right"/>
      </w:pPr>
      <w:r>
        <w:t>بہت بڑی چیز ہے۔</w:t>
      </w:r>
    </w:p>
    <w:p>
      <w:r>
        <w:rPr>
          <w:b/>
        </w:rPr>
        <w:t xml:space="preserve">[44:16] </w:t>
      </w:r>
      <w:r>
        <w:t>isi liye aap dekhiye jab ramzan ka mahina shuru hota hai, jab chand nikalta hai,</w:t>
      </w:r>
    </w:p>
    <w:p>
      <w:pPr>
        <w:jc w:val="right"/>
      </w:pPr>
      <w:r>
        <w:t>اسی لیے آپ دیکھیے جب رمضان کا مہینہ شروع ہوتا ہے، جب چاند نکلتا ہے،</w:t>
      </w:r>
    </w:p>
    <w:p>
      <w:r>
        <w:rPr>
          <w:b/>
        </w:rPr>
        <w:t xml:space="preserve">[44:24] </w:t>
      </w:r>
      <w:r>
        <w:t>new moon, to hadith mein aata hai keh rasool Allah ne dekha jab aasman par chand ko, yani</w:t>
      </w:r>
    </w:p>
    <w:p>
      <w:pPr>
        <w:jc w:val="right"/>
      </w:pPr>
      <w:r>
        <w:t>new moon، تو حدیث میں آتا ہے کہ رسول اللہ نے دیکھا جب آسمان پر چاند کو، یعنی</w:t>
      </w:r>
    </w:p>
    <w:p>
      <w:r>
        <w:rPr>
          <w:b/>
        </w:rPr>
        <w:t xml:space="preserve">[44:30] </w:t>
      </w:r>
      <w:r>
        <w:t>naye chand ko, hilal ko, to aap ne farmaya Allahumma ahlilhu alayna bil amni wal aman was salama ti wal islam yani khuda ya</w:t>
      </w:r>
    </w:p>
    <w:p>
      <w:pPr>
        <w:jc w:val="right"/>
      </w:pPr>
      <w:r>
        <w:t>نئے چاند کو، ہلال کو، تو آپ نے فرمایا اللہم أهله علینا بالأمن والأمان والسلامة والإسلام یعنی خدایا</w:t>
      </w:r>
    </w:p>
    <w:p>
      <w:r>
        <w:rPr>
          <w:b/>
        </w:rPr>
        <w:t xml:space="preserve">[44:36] </w:t>
      </w:r>
      <w:r>
        <w:t>tu is mahine ko hamare liye peace ka mahina bana de.</w:t>
      </w:r>
    </w:p>
    <w:p>
      <w:pPr>
        <w:jc w:val="right"/>
      </w:pPr>
      <w:r>
        <w:t>تو اس مہینے کو ہمارے لیے peace کا مہینہ بنا دے۔</w:t>
      </w:r>
    </w:p>
    <w:p>
      <w:r>
        <w:rPr>
          <w:b/>
        </w:rPr>
        <w:t xml:space="preserve">[44:42] </w:t>
      </w:r>
      <w:r>
        <w:t>peace ka mahina bana de.</w:t>
      </w:r>
    </w:p>
    <w:p>
      <w:pPr>
        <w:jc w:val="right"/>
      </w:pPr>
      <w:r>
        <w:t>peace کا مہینہ بنا دے۔</w:t>
      </w:r>
    </w:p>
    <w:p>
      <w:r>
        <w:rPr>
          <w:b/>
        </w:rPr>
        <w:t xml:space="preserve">[44:48] </w:t>
      </w:r>
      <w:r>
        <w:t>وہی peace کو یہاں پر ذکر کیا کہ لیلۃ القدر کو peace</w:t>
      </w:r>
    </w:p>
    <w:p>
      <w:pPr>
        <w:jc w:val="right"/>
      </w:pPr>
      <w:r>
        <w:t>وہی peace کو یہاں پر ذکر کیا کہ لیلة القدر کو pe</w:t>
      </w:r>
    </w:p>
    <w:p>
      <w:r>
        <w:rPr>
          <w:b/>
        </w:rPr>
        <w:t xml:space="preserve">[44:54] </w:t>
      </w:r>
      <w:r>
        <w:t>ace se joṛ diya gaya.</w:t>
      </w:r>
    </w:p>
    <w:p>
      <w:pPr>
        <w:jc w:val="right"/>
      </w:pPr>
      <w:r>
        <w:t>ace سے جوڑ دیا گیا۔</w:t>
      </w:r>
    </w:p>
    <w:p>
      <w:r>
        <w:rPr>
          <w:b/>
        </w:rPr>
        <w:t xml:space="preserve">[45:01] </w:t>
      </w:r>
      <w:r>
        <w:t>peace ki itni zyada ahmiyat kyun hai? dekhiye, peace ke baghair aap koi bhi neki aap ko nahi mil sakti.</w:t>
      </w:r>
    </w:p>
    <w:p>
      <w:pPr>
        <w:jc w:val="right"/>
      </w:pPr>
      <w:r>
        <w:t>peace کی اتنی زیادہ اہمیت کیوں ہے؟ دیکھیے، peace کے بغیر آپ کوئی بھی نیکی آپ کو نہیں مل سکتی۔</w:t>
      </w:r>
    </w:p>
    <w:p>
      <w:r>
        <w:rPr>
          <w:b/>
        </w:rPr>
        <w:t xml:space="preserve">[45:09] </w:t>
      </w:r>
      <w:r>
        <w:t>Peace ka matlab kya hai? Aam taur par peace ka matlab log samajhte hain absence of war.</w:t>
      </w:r>
    </w:p>
    <w:p>
      <w:pPr>
        <w:jc w:val="right"/>
      </w:pPr>
      <w:r>
        <w:t>peace کا مطلب کیا ہے؟ عام طور پر peace کا مطلب لوگ سمجھتے ہیں absence of war۔</w:t>
      </w:r>
    </w:p>
    <w:p>
      <w:r>
        <w:rPr>
          <w:b/>
        </w:rPr>
        <w:t xml:space="preserve">[45:16] </w:t>
      </w:r>
      <w:r>
        <w:t>woh bohat hi, is ka limited mafhoom hai. peace ka</w:t>
      </w:r>
    </w:p>
    <w:p>
      <w:pPr>
        <w:jc w:val="right"/>
      </w:pPr>
      <w:r>
        <w:t>وہ بہت ہی، اس کا limited مفہوم ہے۔ peace کا</w:t>
      </w:r>
    </w:p>
    <w:p>
      <w:r>
        <w:rPr>
          <w:b/>
        </w:rPr>
        <w:t xml:space="preserve">[45:24] </w:t>
      </w:r>
      <w:r>
        <w:t>matlab hai positive thinking mein jeena.</w:t>
      </w:r>
    </w:p>
    <w:p>
      <w:pPr>
        <w:jc w:val="right"/>
      </w:pPr>
      <w:r>
        <w:t>مطلب ہے positive thinking میں جینا۔</w:t>
      </w:r>
    </w:p>
    <w:p>
      <w:r>
        <w:rPr>
          <w:b/>
        </w:rPr>
        <w:t xml:space="preserve">[45:28] </w:t>
      </w:r>
      <w:r>
        <w:t>yeh hai matlab peace ka.</w:t>
      </w:r>
    </w:p>
    <w:p>
      <w:pPr>
        <w:jc w:val="right"/>
      </w:pPr>
      <w:r>
        <w:t>یہ ہے مطلب peace کا۔</w:t>
      </w:r>
    </w:p>
    <w:p>
      <w:r>
        <w:rPr>
          <w:b/>
        </w:rPr>
        <w:t xml:space="preserve">[45:32] </w:t>
      </w:r>
      <w:r>
        <w:t>yani aap ke dil mein, aap ke dimagh mein negative thought na hon, yeh hai peace.</w:t>
      </w:r>
    </w:p>
    <w:p>
      <w:pPr>
        <w:jc w:val="right"/>
      </w:pPr>
      <w:r>
        <w:t>یعنی آپ کے دل میں، آپ کے دماغ میں negative thought نہ ہوں، یہ ہے peace۔</w:t>
      </w:r>
    </w:p>
    <w:p>
      <w:r>
        <w:rPr>
          <w:b/>
        </w:rPr>
        <w:t xml:space="preserve">[45:37] </w:t>
      </w:r>
      <w:r>
        <w:t>woh peace to bohat hi thori peace hai, choti peace hai.</w:t>
      </w:r>
    </w:p>
    <w:p>
      <w:pPr>
        <w:jc w:val="right"/>
      </w:pPr>
      <w:r>
        <w:t>وہ peace تو بہت ہی تھوڑی peace ہے، چھوٹی peace ہے۔</w:t>
      </w:r>
    </w:p>
    <w:p>
      <w:r>
        <w:rPr>
          <w:b/>
        </w:rPr>
        <w:t xml:space="preserve">[45:41] </w:t>
      </w:r>
      <w:r>
        <w:t>bari peace yeh hai jis mein aap ko chobis ghante batate hain aap.</w:t>
      </w:r>
    </w:p>
    <w:p>
      <w:pPr>
        <w:jc w:val="right"/>
      </w:pPr>
      <w:r>
        <w:t>بڑی peace یہ ہے جس میں آپ کو چوبیس گھنٹے بتاتے ہیں آپ۔</w:t>
      </w:r>
    </w:p>
    <w:p>
      <w:r>
        <w:rPr>
          <w:b/>
        </w:rPr>
        <w:t xml:space="preserve">[45:45] </w:t>
      </w:r>
      <w:r>
        <w:t>raat din jis mein batate hain aap.</w:t>
      </w:r>
    </w:p>
    <w:p>
      <w:pPr>
        <w:jc w:val="right"/>
      </w:pPr>
      <w:r>
        <w:t>رات دن جس میں بتاتے ہیں آپ۔</w:t>
      </w:r>
    </w:p>
    <w:p>
      <w:r>
        <w:rPr>
          <w:b/>
        </w:rPr>
        <w:t xml:space="preserve">[45:50] </w:t>
      </w:r>
      <w:r>
        <w:t>keh aap ke mind mein negative thought na hon.</w:t>
      </w:r>
    </w:p>
    <w:p>
      <w:pPr>
        <w:jc w:val="right"/>
      </w:pPr>
      <w:r>
        <w:t>کہ آپ کے mind میں negative thought نہ ہوں۔</w:t>
      </w:r>
    </w:p>
    <w:p>
      <w:r>
        <w:rPr>
          <w:b/>
        </w:rPr>
        <w:t xml:space="preserve">[45:54] </w:t>
      </w:r>
      <w:r>
        <w:t>ghussa na ho, anger na ho, kibr na ho.</w:t>
      </w:r>
    </w:p>
    <w:p>
      <w:pPr>
        <w:jc w:val="right"/>
      </w:pPr>
      <w:r>
        <w:t>غصہ نہ ہو، anger نہ ہو، کبر نہ ہو۔</w:t>
      </w:r>
    </w:p>
    <w:p>
      <w:r>
        <w:rPr>
          <w:b/>
        </w:rPr>
        <w:t xml:space="preserve">[45:59] </w:t>
      </w:r>
      <w:r>
        <w:t>inteqam na ho, kina na ho.</w:t>
      </w:r>
    </w:p>
    <w:p>
      <w:pPr>
        <w:jc w:val="right"/>
      </w:pPr>
      <w:r>
        <w:t>انتقام نہ ہو، کینہ نہ ہو۔</w:t>
      </w:r>
    </w:p>
    <w:p>
      <w:r>
        <w:rPr>
          <w:b/>
        </w:rPr>
        <w:t xml:space="preserve">[46:04] </w:t>
      </w:r>
      <w:r>
        <w:t>to woh hua peaceful mind.</w:t>
      </w:r>
    </w:p>
    <w:p>
      <w:pPr>
        <w:jc w:val="right"/>
      </w:pPr>
      <w:r>
        <w:t>تو وہ ہوا peaceful mind۔</w:t>
      </w:r>
    </w:p>
    <w:p>
      <w:r>
        <w:rPr>
          <w:b/>
        </w:rPr>
        <w:t xml:space="preserve">[46:09] </w:t>
      </w:r>
      <w:r>
        <w:t>peace ke baghair yaad rakhiye aap ko na to sachcha iman mil sakta aur na aap ko woh</w:t>
      </w:r>
    </w:p>
    <w:p>
      <w:pPr>
        <w:jc w:val="right"/>
      </w:pPr>
      <w:r>
        <w:t>peace کے بغیر یاد رکھیے آپ کو نہ تو سچا ایمان مل سکتا اور نہ آپ کو وہ</w:t>
      </w:r>
    </w:p>
    <w:p>
      <w:r>
        <w:rPr>
          <w:b/>
        </w:rPr>
        <w:t xml:space="preserve">[46:14] </w:t>
      </w:r>
      <w:r>
        <w:t>environment mil sakta jis mein aap koi kaam kar saken.</w:t>
      </w:r>
    </w:p>
    <w:p>
      <w:pPr>
        <w:jc w:val="right"/>
      </w:pPr>
      <w:r>
        <w:t>environment مل سکتا جس میں آپ کوئی کام کر سکیں۔</w:t>
      </w:r>
    </w:p>
    <w:p>
      <w:r>
        <w:rPr>
          <w:b/>
        </w:rPr>
        <w:t xml:space="preserve">[46:19] </w:t>
      </w:r>
      <w:r>
        <w:t>isi liye rasool Allah sal Allah alaihi wasallam ne hudaybi</w:t>
      </w:r>
    </w:p>
    <w:p>
      <w:pPr>
        <w:jc w:val="right"/>
      </w:pPr>
      <w:r>
        <w:t>اسی لیے رسول اللہ صلی اللہ علیہ وسلم نے حدیبی</w:t>
      </w:r>
    </w:p>
    <w:p>
      <w:r>
        <w:rPr>
          <w:b/>
        </w:rPr>
        <w:t xml:space="preserve">[46:24] </w:t>
      </w:r>
      <w:r>
        <w:t>ke mauqe par har price de kar ke peace ko qaim kiya.</w:t>
      </w:r>
    </w:p>
    <w:p>
      <w:pPr>
        <w:jc w:val="right"/>
      </w:pPr>
      <w:r>
        <w:t>ہ کے موقع پر ہر price دے کر کے peace کو قائم کیا۔</w:t>
      </w:r>
    </w:p>
    <w:p>
      <w:r>
        <w:rPr>
          <w:b/>
        </w:rPr>
        <w:t xml:space="preserve">[46:29] </w:t>
      </w:r>
      <w:r>
        <w:t>har price diya aap ne peace ko qaim karne ke liye.</w:t>
      </w:r>
    </w:p>
    <w:p>
      <w:pPr>
        <w:jc w:val="right"/>
      </w:pPr>
      <w:r>
        <w:t>ہر price دیا آپ نے peace کو قائم کرنے کے لیے۔</w:t>
      </w:r>
    </w:p>
    <w:p>
      <w:r>
        <w:rPr>
          <w:b/>
        </w:rPr>
        <w:t xml:space="preserve">[46:34] </w:t>
      </w:r>
      <w:r>
        <w:t>har doosri cheez ko chhod diya jayega peace ko lene ke liye.</w:t>
      </w:r>
    </w:p>
    <w:p>
      <w:pPr>
        <w:jc w:val="right"/>
      </w:pPr>
      <w:r>
        <w:t>ہر دوسری چیز کو چھوڑ دیا جائے گا peace کو لینے کے لیے۔</w:t>
      </w:r>
    </w:p>
    <w:p>
      <w:r>
        <w:rPr>
          <w:b/>
        </w:rPr>
        <w:t xml:space="preserve">[46:39] </w:t>
      </w:r>
      <w:r>
        <w:t>har doosri cheez ko chhod diya jayega peace ko lene ke liye.</w:t>
      </w:r>
    </w:p>
    <w:p>
      <w:pPr>
        <w:jc w:val="right"/>
      </w:pPr>
      <w:r>
        <w:t>ہر دوسری چیز کو چھوڑ دیا جائے گا peace کو لینے کیلئے۔</w:t>
      </w:r>
    </w:p>
    <w:p>
      <w:r>
        <w:rPr>
          <w:b/>
        </w:rPr>
        <w:t xml:space="preserve">[46:44] </w:t>
      </w:r>
      <w:r>
        <w:t>kyun? peace nahi hai to, peace nahi hai to Khuda ka yaad kaise karenge aap? aap to</w:t>
      </w:r>
    </w:p>
    <w:p>
      <w:pPr>
        <w:jc w:val="right"/>
      </w:pPr>
      <w:r>
        <w:t>کیوں؟ peace نہیں ہے تو، peace نہیں ہے تو خدا کا یاد کیسے کریں گے آپ؟ آپ تو</w:t>
      </w:r>
    </w:p>
    <w:p>
      <w:r>
        <w:rPr>
          <w:b/>
        </w:rPr>
        <w:t xml:space="preserve">[46:49] </w:t>
      </w:r>
      <w:r>
        <w:t>uljhe rahenge negative baaton mein</w:t>
      </w:r>
    </w:p>
    <w:p>
      <w:pPr>
        <w:jc w:val="right"/>
      </w:pPr>
      <w:r>
        <w:t>الجھے رہیں گے negative باتوں میں</w:t>
      </w:r>
    </w:p>
    <w:p>
      <w:r>
        <w:rPr>
          <w:b/>
        </w:rPr>
        <w:t xml:space="preserve">[46:54] </w:t>
      </w:r>
      <w:r>
        <w:t>, to Khuda ko yaad kaise karenge? to peace nahi to zikr nahi, peace nahi to tilawat</w:t>
      </w:r>
    </w:p>
    <w:p>
      <w:pPr>
        <w:jc w:val="right"/>
      </w:pPr>
      <w:r>
        <w:t>، تو خدا کو یاد کیسے کریں گے؟ تو peace نہیں تو ذکر نہیں، peace نہیں تو تلاوت</w:t>
      </w:r>
    </w:p>
    <w:p>
      <w:r>
        <w:rPr>
          <w:b/>
        </w:rPr>
        <w:t xml:space="preserve">[47:01] </w:t>
      </w:r>
      <w:r>
        <w:t>nahi, peace nahi to ibadat nahi, peace nahi to dua o work nahi, to peace nahi to kuch bhi nahi.</w:t>
      </w:r>
    </w:p>
    <w:p>
      <w:pPr>
        <w:jc w:val="right"/>
      </w:pPr>
      <w:r>
        <w:t>نہیں، peace نہیں تو عبادت نہیں، peace نہیں تو دعا و work نہیں، تو peace نہیں تو کچھ بھی نہیں۔</w:t>
      </w:r>
    </w:p>
    <w:p>
      <w:r>
        <w:rPr>
          <w:b/>
        </w:rPr>
        <w:t xml:space="preserve">[47:07] </w:t>
      </w:r>
      <w:r>
        <w:t>to yahan yeh bhi maloom hua ke sab se, ke bahut hi badi cheez hai peace.</w:t>
      </w:r>
    </w:p>
    <w:p>
      <w:pPr>
        <w:jc w:val="right"/>
      </w:pPr>
      <w:r>
        <w:t>تو یہاں یہ بھی معلوم ہوا کہ سب سے، کہ بہت ہی بڑی چیز ہے peace۔</w:t>
      </w:r>
    </w:p>
    <w:p>
      <w:r>
        <w:rPr>
          <w:b/>
        </w:rPr>
        <w:t xml:space="preserve">[47:13] </w:t>
      </w:r>
      <w:r>
        <w:t>har qeemat par peace ko hasil karo.</w:t>
      </w:r>
    </w:p>
    <w:p>
      <w:pPr>
        <w:jc w:val="right"/>
      </w:pPr>
      <w:r>
        <w:t>ہر قیمت پر peace کو حاصل کرو۔</w:t>
      </w:r>
    </w:p>
    <w:p>
      <w:r>
        <w:rPr>
          <w:b/>
        </w:rPr>
        <w:t xml:space="preserve">[47:20] </w:t>
      </w:r>
      <w:r>
        <w:t>har qeemat par.</w:t>
      </w:r>
    </w:p>
    <w:p>
      <w:pPr>
        <w:jc w:val="right"/>
      </w:pPr>
      <w:r>
        <w:t>ہر قیمت پر۔</w:t>
      </w:r>
    </w:p>
    <w:p>
      <w:r>
        <w:rPr>
          <w:b/>
        </w:rPr>
        <w:t xml:space="preserve">[47:26] </w:t>
      </w:r>
      <w:r>
        <w:t>hay hatta matla al fajr.</w:t>
      </w:r>
    </w:p>
    <w:p>
      <w:pPr>
        <w:jc w:val="right"/>
      </w:pPr>
      <w:r>
        <w:t>حی حتیٰ مطلع الفجر۔</w:t>
      </w:r>
    </w:p>
    <w:p>
      <w:r>
        <w:rPr>
          <w:b/>
        </w:rPr>
        <w:t xml:space="preserve">[47:30] </w:t>
      </w:r>
      <w:r>
        <w:t>yeh jo raat hai, yeh rehti hai suraj ke nikalne tak.</w:t>
      </w:r>
    </w:p>
    <w:p>
      <w:pPr>
        <w:jc w:val="right"/>
      </w:pPr>
      <w:r>
        <w:t>یہ جو رات ہے، یہ رہتی ہے سورج کے نکلنے تک۔</w:t>
      </w:r>
    </w:p>
    <w:p>
      <w:r>
        <w:rPr>
          <w:b/>
        </w:rPr>
        <w:t xml:space="preserve">[47:34] </w:t>
      </w:r>
      <w:r>
        <w:t>subah tak hoti hai.</w:t>
      </w:r>
    </w:p>
    <w:p>
      <w:pPr>
        <w:jc w:val="right"/>
      </w:pPr>
      <w:r>
        <w:t>صبح تک ہوتی ہے۔</w:t>
      </w:r>
    </w:p>
    <w:p>
      <w:r>
        <w:rPr>
          <w:b/>
        </w:rPr>
        <w:t xml:space="preserve">[47:38] </w:t>
      </w:r>
      <w:r>
        <w:t>is mein dekhiye, is par hum ne gaur kiya to ek baat meri samajh mein aati hai ke</w:t>
      </w:r>
    </w:p>
    <w:p>
      <w:pPr>
        <w:jc w:val="right"/>
      </w:pPr>
      <w:r>
        <w:t>اس میں دیکھیے، اس پر ہم نے غور کیا تو ایک بات میری سمجھ میں آتی ہے کہ</w:t>
      </w:r>
    </w:p>
    <w:p>
      <w:r>
        <w:rPr>
          <w:b/>
        </w:rPr>
        <w:t xml:space="preserve">[47:41] </w:t>
      </w:r>
      <w:r>
        <w:t>yeh sirf lamhe ki baat nahi hai.</w:t>
      </w:r>
    </w:p>
    <w:p>
      <w:pPr>
        <w:jc w:val="right"/>
      </w:pPr>
      <w:r>
        <w:t>یہ صرف لمحے کی بات نہیں ہے۔</w:t>
      </w:r>
    </w:p>
    <w:p>
      <w:r>
        <w:rPr>
          <w:b/>
        </w:rPr>
        <w:t xml:space="preserve">[47:45] </w:t>
      </w:r>
      <w:r>
        <w:t>yani timing ki baat sirf nahi hai yeh.</w:t>
      </w:r>
    </w:p>
    <w:p>
      <w:pPr>
        <w:jc w:val="right"/>
      </w:pPr>
      <w:r>
        <w:t>یعنی timing کی بات صرف نہیں ہے یہ۔</w:t>
      </w:r>
    </w:p>
    <w:p>
      <w:r>
        <w:rPr>
          <w:b/>
        </w:rPr>
        <w:t xml:space="preserve">[47:49] </w:t>
      </w:r>
      <w:r>
        <w:t>is se zyada badi baat is ke andar kahi gayi hai.</w:t>
      </w:r>
    </w:p>
    <w:p>
      <w:pPr>
        <w:jc w:val="right"/>
      </w:pPr>
      <w:r>
        <w:t>اس سے زیادہ بڑی بات اس کے اندر کہی گئی ہے۔</w:t>
      </w:r>
    </w:p>
    <w:p>
      <w:r>
        <w:rPr>
          <w:b/>
        </w:rPr>
        <w:t xml:space="preserve">[47:53] </w:t>
      </w:r>
      <w:r>
        <w:t>dekhiye Khuda ne</w:t>
      </w:r>
    </w:p>
    <w:p>
      <w:pPr>
        <w:jc w:val="right"/>
      </w:pPr>
      <w:r>
        <w:t>دیکھیے خدا نے</w:t>
      </w:r>
    </w:p>
    <w:p>
      <w:r>
        <w:rPr>
          <w:b/>
        </w:rPr>
        <w:t xml:space="preserve">[47:57] </w:t>
      </w:r>
      <w:r>
        <w:t>chaubis ghante mein aap jante hain ke hamara din poora hota hai, raat din.</w:t>
      </w:r>
    </w:p>
    <w:p>
      <w:pPr>
        <w:jc w:val="right"/>
      </w:pPr>
      <w:r>
        <w:t>چوبیس گھنٹے میں آپ جانتے ہیں کہ ہمارا دن پورا ہوتا ہے، رات دن۔</w:t>
      </w:r>
    </w:p>
    <w:p>
      <w:r>
        <w:rPr>
          <w:b/>
        </w:rPr>
        <w:t xml:space="preserve">[48:01] </w:t>
      </w:r>
      <w:r>
        <w:t>chaubis ghante mein.</w:t>
      </w:r>
    </w:p>
    <w:p>
      <w:pPr>
        <w:jc w:val="right"/>
      </w:pPr>
      <w:r>
        <w:t>چوبیس گھنٹے میں۔</w:t>
      </w:r>
    </w:p>
    <w:p>
      <w:r>
        <w:rPr>
          <w:b/>
        </w:rPr>
        <w:t xml:space="preserve">[48:06] </w:t>
      </w:r>
      <w:r>
        <w:t>to is mein aadha din jo hai roshan hota hai, aadha din tareek hota hai.</w:t>
      </w:r>
    </w:p>
    <w:p>
      <w:pPr>
        <w:jc w:val="right"/>
      </w:pPr>
      <w:r>
        <w:t>تو اس میں آدھا دن جو ہے روشن ہوتا ہے، آدھا دن تاریک ہوتا ہے۔</w:t>
      </w:r>
    </w:p>
    <w:p>
      <w:r>
        <w:rPr>
          <w:b/>
        </w:rPr>
        <w:t xml:space="preserve">[48:10] </w:t>
      </w:r>
      <w:r>
        <w:t>yani aadha hissa raat hoti hai, aadha hissa din hota hai.</w:t>
      </w:r>
    </w:p>
    <w:p>
      <w:pPr>
        <w:jc w:val="right"/>
      </w:pPr>
      <w:r>
        <w:t>یعنی آدھا حصہ رات ہوتی ہے، آدھا حصہ دن ہوتا ہے۔</w:t>
      </w:r>
    </w:p>
    <w:p>
      <w:r>
        <w:rPr>
          <w:b/>
        </w:rPr>
        <w:t xml:space="preserve">[48:14] </w:t>
      </w:r>
      <w:r>
        <w:t>to din ko activities hoti ہیں۔</w:t>
      </w:r>
    </w:p>
    <w:p>
      <w:pPr>
        <w:jc w:val="right"/>
      </w:pPr>
      <w:r>
        <w:t>تو دن کو activities ہوتی ہیں۔</w:t>
      </w:r>
    </w:p>
    <w:p>
      <w:r>
        <w:rPr>
          <w:b/>
        </w:rPr>
        <w:t xml:space="preserve">[48:18] </w:t>
      </w:r>
      <w:r>
        <w:t>har qism ki.</w:t>
      </w:r>
    </w:p>
    <w:p>
      <w:pPr>
        <w:jc w:val="right"/>
      </w:pPr>
      <w:r>
        <w:t>ہر قسم کی۔</w:t>
      </w:r>
    </w:p>
    <w:p>
      <w:r>
        <w:rPr>
          <w:b/>
        </w:rPr>
        <w:t xml:space="preserve">[48:23] </w:t>
      </w:r>
      <w:r>
        <w:t>raat, raat ka waqt</w:t>
      </w:r>
    </w:p>
    <w:p>
      <w:pPr>
        <w:jc w:val="right"/>
      </w:pPr>
      <w:r>
        <w:t>رات، رات کا وقت</w:t>
      </w:r>
    </w:p>
    <w:p>
      <w:r>
        <w:rPr>
          <w:b/>
        </w:rPr>
        <w:t xml:space="preserve">[48:27] </w:t>
      </w:r>
      <w:r>
        <w:t>ek aisa qeemti waqt hai jab ke sukoon chha jata hai har taraf. din mein sukoon nahi hota. din mein to shor ho raha hai, din mein activities ho rahi hain. din mein sare hangame jari hain din mein. lekin raat aayi to sukoon aa gaya. log so gaye, kaam chhod kar ghar aa gaye, office band ho gaya. yeh jo farmaya ke hay hatta matla'</w:t>
      </w:r>
    </w:p>
    <w:p>
      <w:pPr>
        <w:jc w:val="right"/>
      </w:pPr>
      <w:r>
        <w:t>ایک ایسا قیمتی وقت ہے جب کہ سکون چھا جاتا ہے ہر طرف۔ دن میں سکون نہیں ہوتا۔ دن میں تو شور ہو رہا ہے، دن میں activities ہو رہی ہیں۔ دن میں سارے ہنگامے جاری ہیں دن میں۔ لیکن رات آئی تو سکون آ گیا۔ لوگ سو گئے، کام چھوڑ کر گھر آ گئے، آفس بند ہو گیا۔ یہ جو فرمایا کہ حی حتیٰ مطلع</w:t>
      </w:r>
    </w:p>
    <w:p>
      <w:r>
        <w:rPr>
          <w:b/>
        </w:rPr>
        <w:t xml:space="preserve">[48:57] </w:t>
      </w:r>
      <w:r>
        <w:t>al-fajr.</w:t>
      </w:r>
    </w:p>
    <w:p>
      <w:pPr>
        <w:jc w:val="right"/>
      </w:pPr>
      <w:r>
        <w:t>الفجر۔</w:t>
      </w:r>
    </w:p>
    <w:p>
      <w:r>
        <w:rPr>
          <w:b/>
        </w:rPr>
        <w:t xml:space="preserve">[49:01] </w:t>
      </w:r>
      <w:r>
        <w:t>yeh hoti hai subah tak.</w:t>
      </w:r>
    </w:p>
    <w:p>
      <w:pPr>
        <w:jc w:val="right"/>
      </w:pPr>
      <w:r>
        <w:t>یہ ہوتی ہے صبح تک۔</w:t>
      </w:r>
    </w:p>
    <w:p>
      <w:r>
        <w:rPr>
          <w:b/>
        </w:rPr>
        <w:t xml:space="preserve">[49:05] </w:t>
      </w:r>
      <w:r>
        <w:t>iska matlab hai ke yeh jo qeemti waqt hai, isko istemal kar lo raat ke rehte rehte.</w:t>
      </w:r>
    </w:p>
    <w:p>
      <w:pPr>
        <w:jc w:val="right"/>
      </w:pPr>
      <w:r>
        <w:t>اس کا مطلب ہے کہ یہ جو قیمتی وقت ہے، اس کو استعمال کر لو رات کے رہتے رہتے۔</w:t>
      </w:r>
    </w:p>
    <w:p>
      <w:r>
        <w:rPr>
          <w:b/>
        </w:rPr>
        <w:t xml:space="preserve">[49:08] </w:t>
      </w:r>
      <w:r>
        <w:t>subah hui to khatam ho jayega woh waqt.</w:t>
      </w:r>
    </w:p>
    <w:p>
      <w:pPr>
        <w:jc w:val="right"/>
      </w:pPr>
      <w:r>
        <w:t>صبح ہوئی تو ختم ہو جائے گا وہ وقت۔</w:t>
      </w:r>
    </w:p>
    <w:p>
      <w:r>
        <w:rPr>
          <w:b/>
        </w:rPr>
        <w:t xml:space="preserve">[49:12] </w:t>
      </w:r>
      <w:r>
        <w:t>kyun ke phir wahi shor hangama.</w:t>
      </w:r>
    </w:p>
    <w:p>
      <w:pPr>
        <w:jc w:val="right"/>
      </w:pPr>
      <w:r>
        <w:t>کیونکہ پھر وہی شور ہنگامہ۔</w:t>
      </w:r>
    </w:p>
    <w:p>
      <w:r>
        <w:rPr>
          <w:b/>
        </w:rPr>
        <w:t xml:space="preserve">[49:16] </w:t>
      </w:r>
      <w:r>
        <w:t>phir sukoon kahan? to raat ka waqt jo hai Khuda ke haan bohat hi qeemti mana gaya hai.</w:t>
      </w:r>
    </w:p>
    <w:p>
      <w:pPr>
        <w:jc w:val="right"/>
      </w:pPr>
      <w:r>
        <w:t>پھر سکون کہاں؟ تو رات کا وقت جو ہے خدا کے ہاں بہت ہی قیمتی مانا گیا ہے۔</w:t>
      </w:r>
    </w:p>
    <w:p>
      <w:r>
        <w:rPr>
          <w:b/>
        </w:rPr>
        <w:t xml:space="preserve">[49:20] </w:t>
      </w:r>
      <w:r>
        <w:t>kyun ke raat ko aap zyada Khuda ka, ki yaad kar sakte hain.</w:t>
      </w:r>
    </w:p>
    <w:p>
      <w:pPr>
        <w:jc w:val="right"/>
      </w:pPr>
      <w:r>
        <w:t>کیونکہ رات کو آپ زیادہ خدا کا، کی یاد کر سکتے ہیں۔</w:t>
      </w:r>
    </w:p>
    <w:p>
      <w:r>
        <w:rPr>
          <w:b/>
        </w:rPr>
        <w:t xml:space="preserve">[49:24] </w:t>
      </w:r>
      <w:r>
        <w:t>raat ko zyada sukoon ke sath Quran ki</w:t>
      </w:r>
    </w:p>
    <w:p>
      <w:pPr>
        <w:jc w:val="right"/>
      </w:pPr>
      <w:r>
        <w:t>رات کو زیادہ سکون کے ساتھ قرآن کی</w:t>
      </w:r>
    </w:p>
    <w:p>
      <w:r>
        <w:rPr>
          <w:b/>
        </w:rPr>
        <w:t xml:space="preserve">[49:27] </w:t>
      </w:r>
      <w:r>
        <w:t>aap tilawat kar sakte hain.</w:t>
      </w:r>
    </w:p>
    <w:p>
      <w:pPr>
        <w:jc w:val="right"/>
      </w:pPr>
      <w:r>
        <w:t>آپ تلاوت کر سکتے ہیں۔</w:t>
      </w:r>
    </w:p>
    <w:p>
      <w:r>
        <w:rPr>
          <w:b/>
        </w:rPr>
        <w:t xml:space="preserve">[49:33] </w:t>
      </w:r>
      <w:r>
        <w:t>raat ko zyada itminan ke sath aap Khuda ki ibadat kar sakte hain.</w:t>
      </w:r>
    </w:p>
    <w:p>
      <w:pPr>
        <w:jc w:val="right"/>
      </w:pPr>
      <w:r>
        <w:t>رات کو زیادہ اطمینان کے ساتھ آپ خدا کی عبادت کر سکتے ہیں۔</w:t>
      </w:r>
    </w:p>
    <w:p>
      <w:r>
        <w:rPr>
          <w:b/>
        </w:rPr>
        <w:t xml:space="preserve">[49:38] </w:t>
      </w:r>
      <w:r>
        <w:t>raat ko zyada sukoon ke sath aap dua ki planning kar sakte hain.</w:t>
      </w:r>
    </w:p>
    <w:p>
      <w:pPr>
        <w:jc w:val="right"/>
      </w:pPr>
      <w:r>
        <w:t>رات کو زیادہ سکون کے ساتھ آپ دعویٰ کی planning کر سکتے ہیں۔</w:t>
      </w:r>
    </w:p>
    <w:p>
      <w:r>
        <w:rPr>
          <w:b/>
        </w:rPr>
        <w:t xml:space="preserve">[49:43] </w:t>
      </w:r>
      <w:r>
        <w:t>yeh sab aap kar sakte hain raat ke waqt.</w:t>
      </w:r>
    </w:p>
    <w:p>
      <w:pPr>
        <w:jc w:val="right"/>
      </w:pPr>
      <w:r>
        <w:t>یہ سب آپ کر سکتے ہیں رات کے وقت۔</w:t>
      </w:r>
    </w:p>
    <w:p>
      <w:r>
        <w:rPr>
          <w:b/>
        </w:rPr>
        <w:t xml:space="preserve">[49:48] </w:t>
      </w:r>
      <w:r>
        <w:t>to guess, iska matlab yeh hai ke subah ke aane se pehle pehle hasil kar lo yeh baatein.</w:t>
      </w:r>
    </w:p>
    <w:p>
      <w:pPr>
        <w:jc w:val="right"/>
      </w:pPr>
      <w:r>
        <w:t>تو guess، اس کا مطلب یہ ہے کہ صبح کے آنے سے پہلے پہلے حاصل کر لو یہ باتیں۔</w:t>
      </w:r>
    </w:p>
    <w:p>
      <w:r>
        <w:rPr>
          <w:b/>
        </w:rPr>
        <w:t xml:space="preserve">[49:53] </w:t>
      </w:r>
      <w:r>
        <w:t>subah aayi to yeh to mauqa khatam ho jayega.</w:t>
      </w:r>
    </w:p>
    <w:p>
      <w:pPr>
        <w:jc w:val="right"/>
      </w:pPr>
      <w:r>
        <w:t>صبح آئی تو یہ تو موقع ختم ہو جائے گا۔</w:t>
      </w:r>
    </w:p>
    <w:p>
      <w:r>
        <w:rPr>
          <w:b/>
        </w:rPr>
        <w:t xml:space="preserve">[49:58] </w:t>
      </w:r>
      <w:r>
        <w:t>sooraj ke nikalne se pehle pehle hasil kar lo.</w:t>
      </w:r>
    </w:p>
    <w:p>
      <w:pPr>
        <w:jc w:val="right"/>
      </w:pPr>
      <w:r>
        <w:t>سورج کے نکلنے سے پہلے پہلے حاصل کر لو۔</w:t>
      </w:r>
    </w:p>
    <w:p>
      <w:r>
        <w:rPr>
          <w:b/>
        </w:rPr>
        <w:t xml:space="preserve">[50:03] </w:t>
      </w:r>
      <w:r>
        <w:t>yeh jo opportunity tumhe mili hain.</w:t>
      </w:r>
    </w:p>
    <w:p>
      <w:pPr>
        <w:jc w:val="right"/>
      </w:pPr>
      <w:r>
        <w:t>یہ جو opportunity تمہیں ملی ہیں۔</w:t>
      </w:r>
    </w:p>
    <w:p>
      <w:r>
        <w:rPr>
          <w:b/>
        </w:rPr>
        <w:t xml:space="preserve">[50:08] </w:t>
      </w:r>
      <w:r>
        <w:t>yani raat ek opportunity ki shakal mein tumhare paas aayi hai.</w:t>
      </w:r>
    </w:p>
    <w:p>
      <w:pPr>
        <w:jc w:val="right"/>
      </w:pPr>
      <w:r>
        <w:t>یعنی رات ایک opportunity کی شکل میں تمہارے پاس آئی ہے۔</w:t>
      </w:r>
    </w:p>
    <w:p>
      <w:r>
        <w:rPr>
          <w:b/>
        </w:rPr>
        <w:t xml:space="preserve">[50:13] </w:t>
      </w:r>
      <w:r>
        <w:t>har raat hi hoti hai opportunity.</w:t>
      </w:r>
    </w:p>
    <w:p>
      <w:pPr>
        <w:jc w:val="right"/>
      </w:pPr>
      <w:r>
        <w:t>ہر رات ہی ہوتی ہے opportunity۔</w:t>
      </w:r>
    </w:p>
    <w:p>
      <w:r>
        <w:rPr>
          <w:b/>
        </w:rPr>
        <w:t xml:space="preserve">[50:18] </w:t>
      </w:r>
      <w:r>
        <w:t>aur Lailat-ul-Qadr special opportunity hai.</w:t>
      </w:r>
    </w:p>
    <w:p>
      <w:pPr>
        <w:jc w:val="right"/>
      </w:pPr>
      <w:r>
        <w:t>اور لیلة القدر special opportunity ہے۔</w:t>
      </w:r>
    </w:p>
    <w:p>
      <w:r>
        <w:rPr>
          <w:b/>
        </w:rPr>
        <w:t xml:space="preserve">[50:23] </w:t>
      </w:r>
      <w:r>
        <w:t>تو حی حتیٰ مطلع الفجر کا مطلب یہ ہے کہ یہ رات جو آئی ہے، یہ تم کو ایک opportunity</w:t>
      </w:r>
    </w:p>
    <w:p>
      <w:pPr>
        <w:jc w:val="right"/>
      </w:pPr>
      <w:r>
        <w:t>تو حی حتیٰ مطلع الفجر کا مطلب یہ ہے کہ یہ رات جو آئی ہے، یہ تم کو ایک op</w:t>
      </w:r>
    </w:p>
    <w:p>
      <w:r>
        <w:rPr>
          <w:b/>
        </w:rPr>
        <w:t xml:space="preserve">[50:28] </w:t>
      </w:r>
      <w:r>
        <w:t>opportunity de rahi hai.</w:t>
      </w:r>
    </w:p>
    <w:p>
      <w:pPr>
        <w:jc w:val="right"/>
      </w:pPr>
      <w:r>
        <w:t>portunity دے رہی ہے۔</w:t>
      </w:r>
    </w:p>
    <w:p>
      <w:r>
        <w:rPr>
          <w:b/>
        </w:rPr>
        <w:t xml:space="preserve">[50:32] </w:t>
      </w:r>
      <w:r>
        <w:t>ke pur-sukoon mahaul mein tum Khuda ki yaad karo.</w:t>
      </w:r>
    </w:p>
    <w:p>
      <w:pPr>
        <w:jc w:val="right"/>
      </w:pPr>
      <w:r>
        <w:t>کہ پرسکون ماحول میں تم خدا کی یاد کرو۔</w:t>
      </w:r>
    </w:p>
    <w:p>
      <w:r>
        <w:rPr>
          <w:b/>
        </w:rPr>
        <w:t xml:space="preserve">[50:36] </w:t>
      </w:r>
      <w:r>
        <w:t>parskoon mahol mein khuda par ghhor karo.</w:t>
      </w:r>
    </w:p>
    <w:p>
      <w:pPr>
        <w:jc w:val="right"/>
      </w:pPr>
      <w:r>
        <w:t>پرسکون ماحول میں خدا پر غور کرو۔</w:t>
      </w:r>
    </w:p>
    <w:p>
      <w:r>
        <w:rPr>
          <w:b/>
        </w:rPr>
        <w:t xml:space="preserve">[50:40] </w:t>
      </w:r>
      <w:r>
        <w:t>parskoon mahol mein quran ki tilawat karo.</w:t>
      </w:r>
    </w:p>
    <w:p>
      <w:pPr>
        <w:jc w:val="right"/>
      </w:pPr>
      <w:r>
        <w:t>پرسکون ماحول میں قرآن کی تلاوت کرو۔</w:t>
      </w:r>
    </w:p>
    <w:p>
      <w:r>
        <w:rPr>
          <w:b/>
        </w:rPr>
        <w:t xml:space="preserve">[50:45] </w:t>
      </w:r>
      <w:r>
        <w:t>parskoon mahol mein khuda ki ibadat karo.</w:t>
      </w:r>
    </w:p>
    <w:p>
      <w:pPr>
        <w:jc w:val="right"/>
      </w:pPr>
      <w:r>
        <w:t>پرسکون ماحول میں خدا کی عبادت کرو۔</w:t>
      </w:r>
    </w:p>
    <w:p>
      <w:r>
        <w:rPr>
          <w:b/>
        </w:rPr>
        <w:t xml:space="preserve">[50:49] </w:t>
      </w:r>
      <w:r>
        <w:t>parskoon mahol mein dawat ki planning karo.</w:t>
      </w:r>
    </w:p>
    <w:p>
      <w:pPr>
        <w:jc w:val="right"/>
      </w:pPr>
      <w:r>
        <w:t>پرسکون ماحول میں دعوت کی planning کرو۔</w:t>
      </w:r>
    </w:p>
    <w:p>
      <w:r>
        <w:rPr>
          <w:b/>
        </w:rPr>
        <w:t xml:space="preserve">[50:53] </w:t>
      </w:r>
      <w:r>
        <w:t>to is ko achieve kar lo, is, is avail kar lo is moqay ko.</w:t>
      </w:r>
    </w:p>
    <w:p>
      <w:pPr>
        <w:jc w:val="right"/>
      </w:pPr>
      <w:r>
        <w:t>تو اس کو achieve کر لو، اس، اس avail کر لو اس موقع کو۔</w:t>
      </w:r>
    </w:p>
    <w:p>
      <w:r>
        <w:rPr>
          <w:b/>
        </w:rPr>
        <w:t xml:space="preserve">[50:57] </w:t>
      </w:r>
      <w:r>
        <w:t>is se pehle ke subah ho ya moqa khatam ho gaya.</w:t>
      </w:r>
    </w:p>
    <w:p>
      <w:pPr>
        <w:jc w:val="right"/>
      </w:pPr>
      <w:r>
        <w:t>اس سے پہلے کہ صبح ہو یا موقع ختم ہو گیا۔</w:t>
      </w:r>
    </w:p>
    <w:p>
      <w:r>
        <w:rPr>
          <w:b/>
        </w:rPr>
        <w:t xml:space="preserve">[51:01] </w:t>
      </w:r>
      <w:r>
        <w:t>yeh hai is ka sabaq.</w:t>
      </w:r>
    </w:p>
    <w:p>
      <w:pPr>
        <w:jc w:val="right"/>
      </w:pPr>
      <w:r>
        <w:t>یہ ہے اس کا سبق۔</w:t>
      </w:r>
    </w:p>
    <w:p>
      <w:r>
        <w:rPr>
          <w:b/>
        </w:rPr>
        <w:t xml:space="preserve">[51:07] </w:t>
      </w:r>
      <w:r>
        <w:t>to khulasa yeh nikla is surah ka, yani surah number ninety-seven ka.</w:t>
      </w:r>
    </w:p>
    <w:p>
      <w:pPr>
        <w:jc w:val="right"/>
      </w:pPr>
      <w:r>
        <w:t>تو خلاصہ یہ نکلا اس سورہ کا، یعنی سورہ نمبر ninety-seven کا۔</w:t>
      </w:r>
    </w:p>
    <w:p>
      <w:r>
        <w:rPr>
          <w:b/>
        </w:rPr>
        <w:t xml:space="preserve">[51:13] </w:t>
      </w:r>
      <w:r>
        <w:t>chand baatein is mein hum ne seekhein.</w:t>
      </w:r>
    </w:p>
    <w:p>
      <w:pPr>
        <w:jc w:val="right"/>
      </w:pPr>
      <w:r>
        <w:t>چند باتیں اس میں ہم نے سیکھیں۔</w:t>
      </w:r>
    </w:p>
    <w:p>
      <w:r>
        <w:rPr>
          <w:b/>
        </w:rPr>
        <w:t xml:space="preserve">[51:19] </w:t>
      </w:r>
      <w:r>
        <w:t>number ek yeh ke khuda ki taraf se jo ahkam aaein, chahe roze ki shakal mein ho ya</w:t>
      </w:r>
    </w:p>
    <w:p>
      <w:pPr>
        <w:jc w:val="right"/>
      </w:pPr>
      <w:r>
        <w:t>نمبر ایک یہ کہ خدا کی طرف سے جو احکام آئیں، چاہے روزے کی شکل میں ہو یا</w:t>
      </w:r>
    </w:p>
    <w:p>
      <w:r>
        <w:rPr>
          <w:b/>
        </w:rPr>
        <w:t xml:space="preserve">[51:25] </w:t>
      </w:r>
      <w:r>
        <w:t>kisi aur shakal mein</w:t>
      </w:r>
    </w:p>
    <w:p>
      <w:pPr>
        <w:jc w:val="right"/>
      </w:pPr>
      <w:r>
        <w:t>کسی اور شکل میں</w:t>
      </w:r>
    </w:p>
    <w:p>
      <w:r>
        <w:rPr>
          <w:b/>
        </w:rPr>
        <w:t xml:space="preserve">[51:31] </w:t>
      </w:r>
      <w:r>
        <w:t>ho, chahe woh bazahir mashaqqat maloom hota ho, lekin hamein is ko, is ka istiqbal karna chahiye is</w:t>
      </w:r>
    </w:p>
    <w:p>
      <w:pPr>
        <w:jc w:val="right"/>
      </w:pPr>
      <w:r>
        <w:t>ہو، چاہے وہ بظاہر مشقت معلوم ہوتا ہو، لیکن ہمیں اس کو، اس کا استقبال کرنا چاہیے اس</w:t>
      </w:r>
    </w:p>
    <w:p>
      <w:r>
        <w:rPr>
          <w:b/>
        </w:rPr>
        <w:t xml:space="preserve">[51:36] </w:t>
      </w:r>
      <w:r>
        <w:t>tarah se ke yeh hamare liye blessing hai.</w:t>
      </w:r>
    </w:p>
    <w:p>
      <w:pPr>
        <w:jc w:val="right"/>
      </w:pPr>
      <w:r>
        <w:t>طرح سے کہ یہ ہمارے لیے blessing ہے۔</w:t>
      </w:r>
    </w:p>
    <w:p>
      <w:r>
        <w:rPr>
          <w:b/>
        </w:rPr>
        <w:t xml:space="preserve">[51:42] </w:t>
      </w:r>
      <w:r>
        <w:t>hamari rehmat hai.</w:t>
      </w:r>
    </w:p>
    <w:p>
      <w:pPr>
        <w:jc w:val="right"/>
      </w:pPr>
      <w:r>
        <w:t>ہماری رحمت ہے۔</w:t>
      </w:r>
    </w:p>
    <w:p>
      <w:r>
        <w:rPr>
          <w:b/>
        </w:rPr>
        <w:t xml:space="preserve">[51:47] </w:t>
      </w:r>
      <w:r>
        <w:t>kyun ke woh khuda jo rehman o raheem hai, woh jo cheez bhi bhejega, woh bazahir aik rehmat hogi.</w:t>
      </w:r>
    </w:p>
    <w:p>
      <w:pPr>
        <w:jc w:val="right"/>
      </w:pPr>
      <w:r>
        <w:t>کیونکہ وہ خدا جو رحمان و رحیم ہے، وہ جو چیز بھیجے گا، وہ بظاہر ایک رحمت ہوگی۔</w:t>
      </w:r>
    </w:p>
    <w:p>
      <w:r>
        <w:rPr>
          <w:b/>
        </w:rPr>
        <w:t xml:space="preserve">[51:53] </w:t>
      </w:r>
      <w:r>
        <w:t>is ehsas khata mein is ka istiqbal karna chahiye.</w:t>
      </w:r>
    </w:p>
    <w:p>
      <w:pPr>
        <w:jc w:val="right"/>
      </w:pPr>
      <w:r>
        <w:t>اس احساس خطا میں اس کا استقبال کرنا چاہیے۔</w:t>
      </w:r>
    </w:p>
    <w:p>
      <w:r>
        <w:rPr>
          <w:b/>
        </w:rPr>
        <w:t xml:space="preserve">[51:58] </w:t>
      </w:r>
      <w:r>
        <w:t>phir is se hamein yeh maloom hua ke quran word of God hai.</w:t>
      </w:r>
    </w:p>
    <w:p>
      <w:pPr>
        <w:jc w:val="right"/>
      </w:pPr>
      <w:r>
        <w:t>پھر اس سے ہمیں یہ معلوم ہوا کہ قرآن word of God ہے۔</w:t>
      </w:r>
    </w:p>
    <w:p>
      <w:r>
        <w:rPr>
          <w:b/>
        </w:rPr>
        <w:t xml:space="preserve">[52:03] </w:t>
      </w:r>
      <w:r>
        <w:t>aur hum ne yeh seekha ke aik hi kitab aisi hai jo, jo yeh keh rahi hai ke</w:t>
      </w:r>
    </w:p>
    <w:p>
      <w:pPr>
        <w:jc w:val="right"/>
      </w:pPr>
      <w:r>
        <w:t>اور ہم نے یہ سیکھا کہ ایک ہی کتاب ایسی ہے جو، جو یہ کہہ رہی ہے کہ</w:t>
      </w:r>
    </w:p>
    <w:p>
      <w:r>
        <w:rPr>
          <w:b/>
        </w:rPr>
        <w:t xml:space="preserve">[52:08] </w:t>
      </w:r>
      <w:r>
        <w:t>yeh khuda ki kitab hai.</w:t>
      </w:r>
    </w:p>
    <w:p>
      <w:pPr>
        <w:jc w:val="right"/>
      </w:pPr>
      <w:r>
        <w:t>یہ خدا کی کتاب ہے۔</w:t>
      </w:r>
    </w:p>
    <w:p>
      <w:r>
        <w:rPr>
          <w:b/>
        </w:rPr>
        <w:t xml:space="preserve">[52:12] </w:t>
      </w:r>
      <w:r>
        <w:t>to mein yeh kahun ga ke yeh itni bari baat hai, koi jhoot tor par nahi kar sakta aisa.</w:t>
      </w:r>
    </w:p>
    <w:p>
      <w:pPr>
        <w:jc w:val="right"/>
      </w:pPr>
      <w:r>
        <w:t>تو میں یہ کہوں گا کہ یہ اتنی بڑی بات ہے، کوئی جھوٹ طور پر نہیں کر سکتا ایسا۔</w:t>
      </w:r>
    </w:p>
    <w:p>
      <w:r>
        <w:rPr>
          <w:b/>
        </w:rPr>
        <w:t xml:space="preserve">[52:16] </w:t>
      </w:r>
      <w:r>
        <w:t>misal ke taur par mein aik kitab likhun to mein nahi keh sakta ke khuda ki kitab hai.</w:t>
      </w:r>
    </w:p>
    <w:p>
      <w:pPr>
        <w:jc w:val="right"/>
      </w:pPr>
      <w:r>
        <w:t>مثلاً میں ایک کتاب لکھوں تو میں نہیں کہہ سکتا کہ خدا کی کتاب ہے۔</w:t>
      </w:r>
    </w:p>
    <w:p>
      <w:r>
        <w:rPr>
          <w:b/>
        </w:rPr>
        <w:t xml:space="preserve">[52:21] </w:t>
      </w:r>
      <w:r>
        <w:t>kyun ke super jhoot hoga yeh.</w:t>
      </w:r>
    </w:p>
    <w:p>
      <w:pPr>
        <w:jc w:val="right"/>
      </w:pPr>
      <w:r>
        <w:t>کیونکہ super جھوٹ ہوگا یہ۔</w:t>
      </w:r>
    </w:p>
    <w:p>
      <w:r>
        <w:rPr>
          <w:b/>
        </w:rPr>
        <w:t xml:space="preserve">[52:25] </w:t>
      </w:r>
      <w:r>
        <w:t>yaad rakhiye jhoot ki bhi aik limit hai.</w:t>
      </w:r>
    </w:p>
    <w:p>
      <w:pPr>
        <w:jc w:val="right"/>
      </w:pPr>
      <w:r>
        <w:t>یاد رکھیے جھوٹ کی بھی ایک limit ہے۔</w:t>
      </w:r>
    </w:p>
    <w:p>
      <w:r>
        <w:rPr>
          <w:b/>
        </w:rPr>
        <w:t xml:space="preserve">[52:29] </w:t>
      </w:r>
      <w:r>
        <w:t>jhoot ki limit</w:t>
      </w:r>
    </w:p>
    <w:p>
      <w:pPr>
        <w:jc w:val="right"/>
      </w:pPr>
      <w:r>
        <w:t>جھوٹ کی limit</w:t>
      </w:r>
    </w:p>
    <w:p>
      <w:r>
        <w:rPr>
          <w:b/>
        </w:rPr>
        <w:t xml:space="preserve">[52:33] </w:t>
      </w:r>
      <w:r>
        <w:t>hai. aap yeh keh sakte hain ke mein ne das pound ka wazan utha liya. kya aap yeh keh sakte hain ke mein ne himalaya paon utha liya? to jhoot ki ek limit hai. itna bara jhoot koi bol nahi sakta ke ek kitab jo khuda ki kitab na ho, us ko kahe ke yeh khuda ki kitab hai. to yeh bayan apne aap mein saboot hai. yeh bayan apne aap mein ek daleel hai. kyunke itni bari baat jo kahe woh sachi hogi woh. woh sach</w:t>
      </w:r>
    </w:p>
    <w:p>
      <w:pPr>
        <w:jc w:val="right"/>
      </w:pPr>
      <w:r>
        <w:t>ہے۔ آپ یہ کہہ سکتے ہیں کہ میں نے دس پاؤنڈ کا وزن اٹھا لیا۔ کیا آپ یہ کہہ سکتے ہیں کہ میں نے ہمالیہ پاؤں اٹھا لیا؟ تو جھوٹ کی ایک limit ہے۔ اتنا بڑا جھوٹ کوئی بول نہیں سکتا کہ ایک کتاب جو خدا کی کتاب نہ ہو، اس کو کہے کہ یہ خدا کی کتاب ہے۔ تو یہ بیان اپنے آپ میں ثبوت ہے۔ یہ بیان اپنے آپ میں ایک دلیل ہے۔ کیونکہ اتنی بڑی بات جو کہے وہ سچی ہوگی وہ۔ وہ سچ</w:t>
      </w:r>
    </w:p>
    <w:p>
      <w:r>
        <w:rPr>
          <w:b/>
        </w:rPr>
        <w:t xml:space="preserve">[53:03] </w:t>
      </w:r>
      <w:r>
        <w:t>hogi.</w:t>
      </w:r>
    </w:p>
    <w:p>
      <w:pPr>
        <w:jc w:val="right"/>
      </w:pPr>
      <w:r>
        <w:t>ہوگی۔</w:t>
      </w:r>
    </w:p>
    <w:p>
      <w:r>
        <w:rPr>
          <w:b/>
        </w:rPr>
        <w:t xml:space="preserve">[53:08] </w:t>
      </w:r>
      <w:r>
        <w:t>woh khilaf waqea nahi ho sakti hai.</w:t>
      </w:r>
    </w:p>
    <w:p>
      <w:pPr>
        <w:jc w:val="right"/>
      </w:pPr>
      <w:r>
        <w:t>وہ خلاف واقعہ نہیں ہو سکتی ہے۔</w:t>
      </w:r>
    </w:p>
    <w:p>
      <w:r>
        <w:rPr>
          <w:b/>
        </w:rPr>
        <w:t xml:space="preserve">[53:13] </w:t>
      </w:r>
      <w:r>
        <w:t>doosri baat hum ne yeh jani ke Allah taala ke faisle hote hain.</w:t>
      </w:r>
    </w:p>
    <w:p>
      <w:pPr>
        <w:jc w:val="right"/>
      </w:pPr>
      <w:r>
        <w:t>دوسری بات ہم نے یہ جانی کہ اللہ تعالیٰ کے فیصلے ہوتے ہیں۔</w:t>
      </w:r>
    </w:p>
    <w:p>
      <w:r>
        <w:rPr>
          <w:b/>
        </w:rPr>
        <w:t xml:space="preserve">[53:18] </w:t>
      </w:r>
      <w:r>
        <w:t>saare faisle Allah taala ki taraf se hote hain.</w:t>
      </w:r>
    </w:p>
    <w:p>
      <w:pPr>
        <w:jc w:val="right"/>
      </w:pPr>
      <w:r>
        <w:t>سارے فیصلے اللہ تعالیٰ کی طرف سے ہوتے ہیں۔</w:t>
      </w:r>
    </w:p>
    <w:p>
      <w:r>
        <w:rPr>
          <w:b/>
        </w:rPr>
        <w:t xml:space="preserve">[53:23] </w:t>
      </w:r>
      <w:r>
        <w:t>isi ko hum taqdeer kehte hain.</w:t>
      </w:r>
    </w:p>
    <w:p>
      <w:pPr>
        <w:jc w:val="right"/>
      </w:pPr>
      <w:r>
        <w:t>اسی کو ہم تقدیر کہتے ہیں۔</w:t>
      </w:r>
    </w:p>
    <w:p>
      <w:r>
        <w:rPr>
          <w:b/>
        </w:rPr>
        <w:t xml:space="preserve">[53:28] </w:t>
      </w:r>
      <w:r>
        <w:t>yeh dunya mein jo kuch bhi ho raha hai, woh</w:t>
      </w:r>
    </w:p>
    <w:p>
      <w:pPr>
        <w:jc w:val="right"/>
      </w:pPr>
      <w:r>
        <w:t>یہ دنیا میں جو کچھ بھی ہو رہا ہے، وہ</w:t>
      </w:r>
    </w:p>
    <w:p>
      <w:r>
        <w:rPr>
          <w:b/>
        </w:rPr>
        <w:t xml:space="preserve">[53:33] </w:t>
      </w:r>
      <w:r>
        <w:t>Allah ke faisle ke tehat ho raha hai.</w:t>
      </w:r>
    </w:p>
    <w:p>
      <w:pPr>
        <w:jc w:val="right"/>
      </w:pPr>
      <w:r>
        <w:t>اللہ کے فیصلے کے تحت ہو رہا ہے۔</w:t>
      </w:r>
    </w:p>
    <w:p>
      <w:r>
        <w:rPr>
          <w:b/>
        </w:rPr>
        <w:t xml:space="preserve">[53:37] </w:t>
      </w:r>
      <w:r>
        <w:t>to is ka matlab kya hua? ke negative response hamare liye haram hai.</w:t>
      </w:r>
    </w:p>
    <w:p>
      <w:pPr>
        <w:jc w:val="right"/>
      </w:pPr>
      <w:r>
        <w:t>تو اس کا مطلب کیا ہوا؟ کہ negative response ہمارے لیے حرام ہے۔</w:t>
      </w:r>
    </w:p>
    <w:p>
      <w:r>
        <w:rPr>
          <w:b/>
        </w:rPr>
        <w:t xml:space="preserve">[53:41] </w:t>
      </w:r>
      <w:r>
        <w:t>kyun ke jo ho raha hai woh Khuda ki taraf se ho raha hai.</w:t>
      </w:r>
    </w:p>
    <w:p>
      <w:pPr>
        <w:jc w:val="right"/>
      </w:pPr>
      <w:r>
        <w:t>کیونکہ جو ہو رہا ہے وہ خدا کی طرف سے ہو رہا ہے۔</w:t>
      </w:r>
    </w:p>
    <w:p>
      <w:r>
        <w:rPr>
          <w:b/>
        </w:rPr>
        <w:t xml:space="preserve">[53:45] </w:t>
      </w:r>
      <w:r>
        <w:t>barish barsi to Khuda ki taraf se barsi.</w:t>
      </w:r>
    </w:p>
    <w:p>
      <w:pPr>
        <w:jc w:val="right"/>
      </w:pPr>
      <w:r>
        <w:t>بارش برسی تو خدا کی طرف سے برسی۔</w:t>
      </w:r>
    </w:p>
    <w:p>
      <w:r>
        <w:rPr>
          <w:b/>
        </w:rPr>
        <w:t xml:space="preserve">[53:49] </w:t>
      </w:r>
      <w:r>
        <w:t>garmi aai to Khuda ki taraf se aai.</w:t>
      </w:r>
    </w:p>
    <w:p>
      <w:pPr>
        <w:jc w:val="right"/>
      </w:pPr>
      <w:r>
        <w:t>گرمی آئی تو خدا کی طرف سے آئی۔</w:t>
      </w:r>
    </w:p>
    <w:p>
      <w:r>
        <w:rPr>
          <w:b/>
        </w:rPr>
        <w:t xml:space="preserve">[53:52] </w:t>
      </w:r>
      <w:r>
        <w:t>jhaad aaya to Khuda ki taraf se aaya.</w:t>
      </w:r>
    </w:p>
    <w:p>
      <w:pPr>
        <w:jc w:val="right"/>
      </w:pPr>
      <w:r>
        <w:t>جھاڑ آیا تو خدا کی طرف سے آیا۔</w:t>
      </w:r>
    </w:p>
    <w:p>
      <w:r>
        <w:rPr>
          <w:b/>
        </w:rPr>
        <w:t xml:space="preserve">[53:56] </w:t>
      </w:r>
      <w:r>
        <w:t>to agar hum complain karein, protest karein to kis par jaye gi yeh baat? yeh to Khuda ki</w:t>
      </w:r>
    </w:p>
    <w:p>
      <w:pPr>
        <w:jc w:val="right"/>
      </w:pPr>
      <w:r>
        <w:t>تو اگر ہم complain کریں، protest کریں تو کس پر جائے گی یہ بات؟ یہ تو خدا کی</w:t>
      </w:r>
    </w:p>
    <w:p>
      <w:r>
        <w:rPr>
          <w:b/>
        </w:rPr>
        <w:t xml:space="preserve">[54:00] </w:t>
      </w:r>
      <w:r>
        <w:t>taraf par jaye gi na?</w:t>
      </w:r>
    </w:p>
    <w:p>
      <w:pPr>
        <w:jc w:val="right"/>
      </w:pPr>
      <w:r>
        <w:t>طرف پر جائے گی نا؟</w:t>
      </w:r>
    </w:p>
    <w:p>
      <w:r>
        <w:rPr>
          <w:b/>
        </w:rPr>
        <w:t xml:space="preserve">[54:04] </w:t>
      </w:r>
      <w:r>
        <w:t>isi tarah ek qissa samajee zindagi mein jo paish aata hai, samajee zindagi mein.</w:t>
      </w:r>
    </w:p>
    <w:p>
      <w:pPr>
        <w:jc w:val="right"/>
      </w:pPr>
      <w:r>
        <w:t>اسی طرح ایک قصہ سماجی زندگی میں جو پیش آتا ہے، سماجی زندگی میں۔</w:t>
      </w:r>
    </w:p>
    <w:p>
      <w:r>
        <w:rPr>
          <w:b/>
        </w:rPr>
        <w:t xml:space="preserve">[54:08] </w:t>
      </w:r>
      <w:r>
        <w:t>kabhi takleef, kabhi aaram.</w:t>
      </w:r>
    </w:p>
    <w:p>
      <w:pPr>
        <w:jc w:val="right"/>
      </w:pPr>
      <w:r>
        <w:t>کبھی تکلیف، کبھی آرام۔</w:t>
      </w:r>
    </w:p>
    <w:p>
      <w:r>
        <w:rPr>
          <w:b/>
        </w:rPr>
        <w:t xml:space="preserve">[54:11] </w:t>
      </w:r>
      <w:r>
        <w:t>kabhi koi hum ko provoke karta hai, kabhi koi gaali deta hai.</w:t>
      </w:r>
    </w:p>
    <w:p>
      <w:pPr>
        <w:jc w:val="right"/>
      </w:pPr>
      <w:r>
        <w:t>کبھی کوئی ہم کو پروک کرتا ہے، کبھی کوئی گالی دیتا ہے۔</w:t>
      </w:r>
    </w:p>
    <w:p>
      <w:r>
        <w:rPr>
          <w:b/>
        </w:rPr>
        <w:t xml:space="preserve">[54:15] </w:t>
      </w:r>
      <w:r>
        <w:t>koi taqatwar ho jata hai, koi aisa ho jata hai, waisa ho jata hai.</w:t>
      </w:r>
    </w:p>
    <w:p>
      <w:pPr>
        <w:jc w:val="right"/>
      </w:pPr>
      <w:r>
        <w:t>کوئی طاقتور ہو جاتا ہے، کوئی ایسا ہو جاتا ہے، ویسا ہو جاتا ہے۔</w:t>
      </w:r>
    </w:p>
    <w:p>
      <w:r>
        <w:rPr>
          <w:b/>
        </w:rPr>
        <w:t xml:space="preserve">[54:19] </w:t>
      </w:r>
      <w:r>
        <w:t>to yeh bhi Khuda ki taraf se hota hai.</w:t>
      </w:r>
    </w:p>
    <w:p>
      <w:pPr>
        <w:jc w:val="right"/>
      </w:pPr>
      <w:r>
        <w:t>تو یہ بھی خدا کی طرف سے ہوتا ہے۔</w:t>
      </w:r>
    </w:p>
    <w:p>
      <w:r>
        <w:rPr>
          <w:b/>
        </w:rPr>
        <w:t xml:space="preserve">[54:23] </w:t>
      </w:r>
      <w:r>
        <w:t>kyun? Khuda ne is ka test lene ke liye kuch is ko halaat diye.</w:t>
      </w:r>
    </w:p>
    <w:p>
      <w:pPr>
        <w:jc w:val="right"/>
      </w:pPr>
      <w:r>
        <w:t>کیوں؟ خدا نے اس کا ٹیسٹ لینے کے لیے کچھ اس کو حالات دیے۔</w:t>
      </w:r>
    </w:p>
    <w:p>
      <w:r>
        <w:rPr>
          <w:b/>
        </w:rPr>
        <w:t xml:space="preserve">[54:26] </w:t>
      </w:r>
      <w:r>
        <w:t>test lene ke liye.</w:t>
      </w:r>
    </w:p>
    <w:p>
      <w:pPr>
        <w:jc w:val="right"/>
      </w:pPr>
      <w:r>
        <w:t>ٹیسٹ لینے کے لیے۔</w:t>
      </w:r>
    </w:p>
    <w:p>
      <w:r>
        <w:rPr>
          <w:b/>
        </w:rPr>
        <w:t xml:space="preserve">[54:30] </w:t>
      </w:r>
      <w:r>
        <w:t>is ko kuch, kisi situation mein rakha is ko. kuch mawaqe</w:t>
      </w:r>
    </w:p>
    <w:p>
      <w:pPr>
        <w:jc w:val="right"/>
      </w:pPr>
      <w:r>
        <w:t>اس کو کچھ، کسی situation میں رکھا اس کو۔ کچھ مواقع</w:t>
      </w:r>
    </w:p>
    <w:p>
      <w:r>
        <w:rPr>
          <w:b/>
        </w:rPr>
        <w:t xml:space="preserve">[54:34] </w:t>
      </w:r>
      <w:r>
        <w:t>is ko diye.</w:t>
      </w:r>
    </w:p>
    <w:p>
      <w:pPr>
        <w:jc w:val="right"/>
      </w:pPr>
      <w:r>
        <w:t>اس کو دیے۔</w:t>
      </w:r>
    </w:p>
    <w:p>
      <w:r>
        <w:rPr>
          <w:b/>
        </w:rPr>
        <w:t xml:space="preserve">[54:37] </w:t>
      </w:r>
      <w:r>
        <w:t>ab is mawaqe ko woh misuse kare to is ka apna kaam hai yeh.</w:t>
      </w:r>
    </w:p>
    <w:p>
      <w:pPr>
        <w:jc w:val="right"/>
      </w:pPr>
      <w:r>
        <w:t>اب اس موقع کو وہ miss use کرے تو اس کا اپنا کام ہے یہ۔</w:t>
      </w:r>
    </w:p>
    <w:p>
      <w:r>
        <w:rPr>
          <w:b/>
        </w:rPr>
        <w:t xml:space="preserve">[54:41] </w:t>
      </w:r>
      <w:r>
        <w:t>to jo kuch ho raha hai woh Khuda ki scheme ke tehat ho raha hai.</w:t>
      </w:r>
    </w:p>
    <w:p>
      <w:pPr>
        <w:jc w:val="right"/>
      </w:pPr>
      <w:r>
        <w:t>تو جو کچھ ہو رہا ہے وہ خدا کی scheme کے تحت ہو رہا ہے۔</w:t>
      </w:r>
    </w:p>
    <w:p>
      <w:r>
        <w:rPr>
          <w:b/>
        </w:rPr>
        <w:t xml:space="preserve">[54:44] </w:t>
      </w:r>
      <w:r>
        <w:t>Khuda ki izin ke tehat ho raha hai.</w:t>
      </w:r>
    </w:p>
    <w:p>
      <w:pPr>
        <w:jc w:val="right"/>
      </w:pPr>
      <w:r>
        <w:t>خدا کی اذن کے تحت ہو رہا ہے۔</w:t>
      </w:r>
    </w:p>
    <w:p>
      <w:r>
        <w:rPr>
          <w:b/>
        </w:rPr>
        <w:t xml:space="preserve">[54:48] </w:t>
      </w:r>
      <w:r>
        <w:t>khuda ke sanction ke tehat ho raha hai.</w:t>
      </w:r>
    </w:p>
    <w:p>
      <w:pPr>
        <w:jc w:val="right"/>
      </w:pPr>
      <w:r>
        <w:t>خدا کے sanction کے تحت ہو رہا ہے۔</w:t>
      </w:r>
    </w:p>
    <w:p>
      <w:r>
        <w:rPr>
          <w:b/>
        </w:rPr>
        <w:t xml:space="preserve">[54:51] </w:t>
      </w:r>
      <w:r>
        <w:t>jab khuda ke sanctions ke tehat ho raha hai to aap ko negatively reaction aap ke liye jaiz nahi hai.</w:t>
      </w:r>
    </w:p>
    <w:p>
      <w:pPr>
        <w:jc w:val="right"/>
      </w:pPr>
      <w:r>
        <w:t>جب خدا کے sanctions کے تحت ہو رہا ہے تو آپ کو negatively reaction آپ کے لیے جائز نہیں ہے۔</w:t>
      </w:r>
    </w:p>
    <w:p>
      <w:r>
        <w:rPr>
          <w:b/>
        </w:rPr>
        <w:t xml:space="preserve">[54:55] </w:t>
      </w:r>
      <w:r>
        <w:t>isi liye sabr bohat ziyada bataya gaya hai Quran majeed mein.</w:t>
      </w:r>
    </w:p>
    <w:p>
      <w:pPr>
        <w:jc w:val="right"/>
      </w:pPr>
      <w:r>
        <w:t>اسی لیے صبر بہت زیادہ بتایا گیا ہے قرآن مجید میں۔</w:t>
      </w:r>
    </w:p>
    <w:p>
      <w:r>
        <w:rPr>
          <w:b/>
        </w:rPr>
        <w:t xml:space="preserve">[54:58] </w:t>
      </w:r>
      <w:r>
        <w:t>sabr, sabr, sabr, sabr.</w:t>
      </w:r>
    </w:p>
    <w:p>
      <w:pPr>
        <w:jc w:val="right"/>
      </w:pPr>
      <w:r>
        <w:t>صبر، صبر، صبر، صبر۔</w:t>
      </w:r>
    </w:p>
    <w:p>
      <w:r>
        <w:rPr>
          <w:b/>
        </w:rPr>
        <w:t xml:space="preserve">[55:02] </w:t>
      </w:r>
      <w:r>
        <w:t>sabr ka matlab kya hai?</w:t>
      </w:r>
    </w:p>
    <w:p>
      <w:pPr>
        <w:jc w:val="right"/>
      </w:pPr>
      <w:r>
        <w:t>صبر کا مطلب کیا ہے؟</w:t>
      </w:r>
    </w:p>
    <w:p>
      <w:r>
        <w:rPr>
          <w:b/>
        </w:rPr>
        <w:t xml:space="preserve">[55:05] </w:t>
      </w:r>
      <w:r>
        <w:t>khuda ke faisle ko positive response ke sath lena.</w:t>
      </w:r>
    </w:p>
    <w:p>
      <w:pPr>
        <w:jc w:val="right"/>
      </w:pPr>
      <w:r>
        <w:t>خدا کے فیصلے کو positive response کے ساتھ لینا۔</w:t>
      </w:r>
    </w:p>
    <w:p>
      <w:r>
        <w:rPr>
          <w:b/>
        </w:rPr>
        <w:t xml:space="preserve">[55:10] </w:t>
      </w:r>
      <w:r>
        <w:t>jab aap be sabri karte hain to khuda ke faisle ko aap negative tor par lete hain.</w:t>
      </w:r>
    </w:p>
    <w:p>
      <w:pPr>
        <w:jc w:val="right"/>
      </w:pPr>
      <w:r>
        <w:t>جب آپ بے صبری کرتے ہیں تو خدا کے فیصلے کو آپ negative طور پر لیتے ہیں۔</w:t>
      </w:r>
    </w:p>
    <w:p>
      <w:r>
        <w:rPr>
          <w:b/>
        </w:rPr>
        <w:t xml:space="preserve">[55:15] </w:t>
      </w:r>
      <w:r>
        <w:t>negative response dete hain.</w:t>
      </w:r>
    </w:p>
    <w:p>
      <w:pPr>
        <w:jc w:val="right"/>
      </w:pPr>
      <w:r>
        <w:t>Negative response دیتے ہیں۔</w:t>
      </w:r>
    </w:p>
    <w:p>
      <w:r>
        <w:rPr>
          <w:b/>
        </w:rPr>
        <w:t xml:space="preserve">[55:20] </w:t>
      </w:r>
      <w:r>
        <w:t>yaad rakhiye be sabri naam hai khuda ke faisle par negative response dene ka.</w:t>
      </w:r>
    </w:p>
    <w:p>
      <w:pPr>
        <w:jc w:val="right"/>
      </w:pPr>
      <w:r>
        <w:t>یاد رکھیے بے صبری نام ہے خدا کے فیصلے پر negative response دینے کا۔</w:t>
      </w:r>
    </w:p>
    <w:p>
      <w:r>
        <w:rPr>
          <w:b/>
        </w:rPr>
        <w:t xml:space="preserve">[55:25] </w:t>
      </w:r>
      <w:r>
        <w:t>aur sabr naam hai khuda ke faisle par positive response dene ka.</w:t>
      </w:r>
    </w:p>
    <w:p>
      <w:pPr>
        <w:jc w:val="right"/>
      </w:pPr>
      <w:r>
        <w:t>اور صبر نام ہے خدا کے فیصلے پر positive response دینے کا۔</w:t>
      </w:r>
    </w:p>
    <w:p>
      <w:r>
        <w:rPr>
          <w:b/>
        </w:rPr>
        <w:t xml:space="preserve">[55:30] </w:t>
      </w:r>
      <w:r>
        <w:t>yeh hai taqdeer ka mat</w:t>
      </w:r>
    </w:p>
    <w:p>
      <w:pPr>
        <w:jc w:val="right"/>
      </w:pPr>
      <w:r>
        <w:t>یہ ہے تقدیر کا مط</w:t>
      </w:r>
    </w:p>
    <w:p>
      <w:r>
        <w:rPr>
          <w:b/>
        </w:rPr>
        <w:t xml:space="preserve">[55:36] </w:t>
      </w:r>
      <w:r>
        <w:t>lab.</w:t>
      </w:r>
    </w:p>
    <w:p>
      <w:pPr>
        <w:jc w:val="right"/>
      </w:pPr>
      <w:r>
        <w:t>لب۔</w:t>
      </w:r>
    </w:p>
    <w:p>
      <w:r>
        <w:rPr>
          <w:b/>
        </w:rPr>
        <w:t xml:space="preserve">[55:41] </w:t>
      </w:r>
      <w:r>
        <w:t>aur phir yeh jo farmaya ke hazar raton se behtar hai, is ka matlab hai ke khuda ne</w:t>
      </w:r>
    </w:p>
    <w:p>
      <w:pPr>
        <w:jc w:val="right"/>
      </w:pPr>
      <w:r>
        <w:t>اور پھر یہ جو فرمایا کہ ہزار راتوں سے بہتر ہے، اس کا مطلب ہے کہ خدا نے</w:t>
      </w:r>
    </w:p>
    <w:p>
      <w:r>
        <w:rPr>
          <w:b/>
        </w:rPr>
        <w:t xml:space="preserve">[55:46] </w:t>
      </w:r>
      <w:r>
        <w:t>is dunya mein aap ke liye yeh moqa rakha hai ke agar tum oonchi kaifiyat ke sath khuda</w:t>
      </w:r>
    </w:p>
    <w:p>
      <w:pPr>
        <w:jc w:val="right"/>
      </w:pPr>
      <w:r>
        <w:t>اس دنیا میں آپ کے لیے یہ موقع رکھا ہے کہ اگر تم اونچی کیفیات کے ساتھ خدا</w:t>
      </w:r>
    </w:p>
    <w:p>
      <w:r>
        <w:rPr>
          <w:b/>
        </w:rPr>
        <w:t xml:space="preserve">[55:51] </w:t>
      </w:r>
      <w:r>
        <w:t>ki yaad karo, khuda ka zikr karo, khuda ki tilawat karo, to ek raat mein tum hazar raat</w:t>
      </w:r>
    </w:p>
    <w:p>
      <w:pPr>
        <w:jc w:val="right"/>
      </w:pPr>
      <w:r>
        <w:t>کی یاد کرو، خدا کا ذکر کرو، خدا کی تلاوت کرو، تو ایک رات میں تم ہزار رات</w:t>
      </w:r>
    </w:p>
    <w:p>
      <w:r>
        <w:rPr>
          <w:b/>
        </w:rPr>
        <w:t xml:space="preserve">[55:56] </w:t>
      </w:r>
      <w:r>
        <w:t>ka sawab hasil kar sakte ho.</w:t>
      </w:r>
    </w:p>
    <w:p>
      <w:pPr>
        <w:jc w:val="right"/>
      </w:pPr>
      <w:r>
        <w:t>کا ثواب حاصل کر سکتے ہو۔</w:t>
      </w:r>
    </w:p>
    <w:p>
      <w:r>
        <w:rPr>
          <w:b/>
        </w:rPr>
        <w:t xml:space="preserve">[56:01] </w:t>
      </w:r>
      <w:r>
        <w:t>yani ek raat mein aap</w:t>
      </w:r>
    </w:p>
    <w:p>
      <w:pPr>
        <w:jc w:val="right"/>
      </w:pPr>
      <w:r>
        <w:t>یعنی ایک رات میں آپ</w:t>
      </w:r>
    </w:p>
    <w:p>
      <w:r>
        <w:rPr>
          <w:b/>
        </w:rPr>
        <w:t xml:space="preserve">[56:06] </w:t>
      </w:r>
      <w:r>
        <w:t>itni oonchi kaifiyat ke sath apni raat guzar sakte hain ke woh kaifiyat ke aitbar se hazar raton</w:t>
      </w:r>
    </w:p>
    <w:p>
      <w:pPr>
        <w:jc w:val="right"/>
      </w:pPr>
      <w:r>
        <w:t>اتنی اونچی کیفیات کے ساتھ اپنی رات گزار سکتے ہیں کہ وہ کیفیات کے اعتبار سے ہزار راتوں</w:t>
      </w:r>
    </w:p>
    <w:p>
      <w:r>
        <w:rPr>
          <w:b/>
        </w:rPr>
        <w:t xml:space="preserve">[56:10] </w:t>
      </w:r>
      <w:r>
        <w:t>se bhi zyada barh jaye woh.</w:t>
      </w:r>
    </w:p>
    <w:p>
      <w:pPr>
        <w:jc w:val="right"/>
      </w:pPr>
      <w:r>
        <w:t>سے بھی زیادہ بڑھ جائے وہ۔</w:t>
      </w:r>
    </w:p>
    <w:p>
      <w:r>
        <w:rPr>
          <w:b/>
        </w:rPr>
        <w:t xml:space="preserve">[56:14] </w:t>
      </w:r>
      <w:r>
        <w:t>yeh matlab hai is ka.</w:t>
      </w:r>
    </w:p>
    <w:p>
      <w:pPr>
        <w:jc w:val="right"/>
      </w:pPr>
      <w:r>
        <w:t>یہ مطلب ہے اس کا۔</w:t>
      </w:r>
    </w:p>
    <w:p>
      <w:r>
        <w:rPr>
          <w:b/>
        </w:rPr>
        <w:t xml:space="preserve">[56:19] </w:t>
      </w:r>
      <w:r>
        <w:t>kyun ke jaisa ke maine arz kiya, khuda ke haan sari important jo hai woh quality ki hai,</w:t>
      </w:r>
    </w:p>
    <w:p>
      <w:pPr>
        <w:jc w:val="right"/>
      </w:pPr>
      <w:r>
        <w:t>کیونکہ جیسا کہ میں نے عرض کیا، خدا کے ہاں ساری important جو ہے وہ quality کی ہے،</w:t>
      </w:r>
    </w:p>
    <w:p>
      <w:r>
        <w:rPr>
          <w:b/>
        </w:rPr>
        <w:t xml:space="preserve">[56:23] </w:t>
      </w:r>
      <w:r>
        <w:t>quantity ki nahi hai.</w:t>
      </w:r>
    </w:p>
    <w:p>
      <w:pPr>
        <w:jc w:val="right"/>
      </w:pPr>
      <w:r>
        <w:t>quantity کی نہیں ہے۔</w:t>
      </w:r>
    </w:p>
    <w:p>
      <w:r>
        <w:rPr>
          <w:b/>
        </w:rPr>
        <w:t xml:space="preserve">[56:27] </w:t>
      </w:r>
      <w:r>
        <w:t>aur phir yeh hum ne maloom kiya is mein ke khuda ke farishtay utarte hain.</w:t>
      </w:r>
    </w:p>
    <w:p>
      <w:pPr>
        <w:jc w:val="right"/>
      </w:pPr>
      <w:r>
        <w:t>اور پھر یہ ہم نے معلوم کیا اس میں کہ خدا کے فرشتے اترتے ہیں۔</w:t>
      </w:r>
    </w:p>
    <w:p>
      <w:r>
        <w:rPr>
          <w:b/>
        </w:rPr>
        <w:t xml:space="preserve">[56:31] </w:t>
      </w:r>
      <w:r>
        <w:t>aap jante hain ke dunya</w:t>
      </w:r>
    </w:p>
    <w:p>
      <w:pPr>
        <w:jc w:val="right"/>
      </w:pPr>
      <w:r>
        <w:t>آپ جانتے ہیں کہ دنیا</w:t>
      </w:r>
    </w:p>
    <w:p>
      <w:r>
        <w:rPr>
          <w:b/>
        </w:rPr>
        <w:t xml:space="preserve">[56:36] </w:t>
      </w:r>
      <w:r>
        <w:t>mein do taqatein hain.</w:t>
      </w:r>
    </w:p>
    <w:p>
      <w:pPr>
        <w:jc w:val="right"/>
      </w:pPr>
      <w:r>
        <w:t>میں دو طاقتیں ہیں۔</w:t>
      </w:r>
    </w:p>
    <w:p>
      <w:r>
        <w:rPr>
          <w:b/>
        </w:rPr>
        <w:t xml:space="preserve">[56:39] </w:t>
      </w:r>
      <w:r>
        <w:t>shaitan aur farishta.</w:t>
      </w:r>
    </w:p>
    <w:p>
      <w:pPr>
        <w:jc w:val="right"/>
      </w:pPr>
      <w:r>
        <w:t>شیطان اور فرشتہ۔</w:t>
      </w:r>
    </w:p>
    <w:p>
      <w:r>
        <w:rPr>
          <w:b/>
        </w:rPr>
        <w:t xml:space="preserve">[56:42] </w:t>
      </w:r>
      <w:r>
        <w:t>angel aur satan.</w:t>
      </w:r>
    </w:p>
    <w:p>
      <w:pPr>
        <w:jc w:val="right"/>
      </w:pPr>
      <w:r>
        <w:t>Angel اور Satan۔</w:t>
      </w:r>
    </w:p>
    <w:p>
      <w:r>
        <w:rPr>
          <w:b/>
        </w:rPr>
        <w:t xml:space="preserve">[56:46] </w:t>
      </w:r>
      <w:r>
        <w:t>jab bhi aap ke dil mein koi buri baat aati hai to wahan satan jo hai aap ke</w:t>
      </w:r>
    </w:p>
    <w:p>
      <w:pPr>
        <w:jc w:val="right"/>
      </w:pPr>
      <w:r>
        <w:t>جب بھی آپ کے دل میں کوئی بری بات آتی ہے تو وہاں Satan جو ہے آپ کے</w:t>
      </w:r>
    </w:p>
    <w:p>
      <w:r>
        <w:rPr>
          <w:b/>
        </w:rPr>
        <w:t xml:space="preserve">[56:49] </w:t>
      </w:r>
      <w:r>
        <w:t>andar woh inculcate karta hai.</w:t>
      </w:r>
    </w:p>
    <w:p>
      <w:pPr>
        <w:jc w:val="right"/>
      </w:pPr>
      <w:r>
        <w:t>اندر وہ inculcate کرتا ہے۔</w:t>
      </w:r>
    </w:p>
    <w:p>
      <w:r>
        <w:rPr>
          <w:b/>
        </w:rPr>
        <w:t xml:space="preserve">[56:52] </w:t>
      </w:r>
      <w:r>
        <w:t>to buri baat ka source satan hai.</w:t>
      </w:r>
    </w:p>
    <w:p>
      <w:pPr>
        <w:jc w:val="right"/>
      </w:pPr>
      <w:r>
        <w:t>تو بری بات کا source Satan ہے۔</w:t>
      </w:r>
    </w:p>
    <w:p>
      <w:r>
        <w:rPr>
          <w:b/>
        </w:rPr>
        <w:t xml:space="preserve">[56:56] </w:t>
      </w:r>
      <w:r>
        <w:t>achi baat ka source jo hai woh angel hai.</w:t>
      </w:r>
    </w:p>
    <w:p>
      <w:pPr>
        <w:jc w:val="right"/>
      </w:pPr>
      <w:r>
        <w:t>اچھی بات کا source جو ہے وہ Angel ہے۔</w:t>
      </w:r>
    </w:p>
    <w:p>
      <w:r>
        <w:rPr>
          <w:b/>
        </w:rPr>
        <w:t xml:space="preserve">[56:59] </w:t>
      </w:r>
      <w:r>
        <w:t>to is mani mein ke jab yeh angel bohat ziyada aate hain is raat ko to aap ko</w:t>
      </w:r>
    </w:p>
    <w:p>
      <w:pPr>
        <w:jc w:val="right"/>
      </w:pPr>
      <w:r>
        <w:t>تو اس معنی میں کہ جب یہ Angel بہت زیادہ آتے ہیں اس رات کو تو آپ کو</w:t>
      </w:r>
    </w:p>
    <w:p>
      <w:r>
        <w:rPr>
          <w:b/>
        </w:rPr>
        <w:t xml:space="preserve">[57:03] </w:t>
      </w:r>
      <w:r>
        <w:t>bohat ziyada moqa mil raha hai</w:t>
      </w:r>
    </w:p>
    <w:p>
      <w:pPr>
        <w:jc w:val="right"/>
      </w:pPr>
      <w:r>
        <w:t>بہت زیادہ موقع مل رہا ہے</w:t>
      </w:r>
    </w:p>
    <w:p>
      <w:r>
        <w:rPr>
          <w:b/>
        </w:rPr>
        <w:t xml:space="preserve">[57:06] </w:t>
      </w:r>
      <w:r>
        <w:t>ke aap farishton se inspiration lain.</w:t>
      </w:r>
    </w:p>
    <w:p>
      <w:pPr>
        <w:jc w:val="right"/>
      </w:pPr>
      <w:r>
        <w:t>کہ آپ فرشتوں سے inspiration لیں۔</w:t>
      </w:r>
    </w:p>
    <w:p>
      <w:r>
        <w:rPr>
          <w:b/>
        </w:rPr>
        <w:t xml:space="preserve">[57:11] </w:t>
      </w:r>
      <w:r>
        <w:t>farishton se apne aap ko inspire karain.</w:t>
      </w:r>
    </w:p>
    <w:p>
      <w:pPr>
        <w:jc w:val="right"/>
      </w:pPr>
      <w:r>
        <w:t>فرشتوں سے اپنے آپ کو inspire کریں۔</w:t>
      </w:r>
    </w:p>
    <w:p>
      <w:r>
        <w:rPr>
          <w:b/>
        </w:rPr>
        <w:t xml:space="preserve">[57:17] </w:t>
      </w:r>
      <w:r>
        <w:t>kitna qeemti moqa hai yeh.</w:t>
      </w:r>
    </w:p>
    <w:p>
      <w:pPr>
        <w:jc w:val="right"/>
      </w:pPr>
      <w:r>
        <w:t>کتنا قیمتی موقع ہے یہ۔</w:t>
      </w:r>
    </w:p>
    <w:p>
      <w:r>
        <w:rPr>
          <w:b/>
        </w:rPr>
        <w:t xml:space="preserve">[57:22] </w:t>
      </w:r>
      <w:r>
        <w:t>is qeemti moqa ko avail karo.</w:t>
      </w:r>
    </w:p>
    <w:p>
      <w:pPr>
        <w:jc w:val="right"/>
      </w:pPr>
      <w:r>
        <w:t>اس قیمتی موقع کو avail کرو۔</w:t>
      </w:r>
    </w:p>
    <w:p>
      <w:r>
        <w:rPr>
          <w:b/>
        </w:rPr>
        <w:t xml:space="preserve">[57:28] </w:t>
      </w:r>
      <w:r>
        <w:t>ke farishton ki bohat ziyada mojoodgi se yeh faida uthao ke tum khoob khoob khuda ka inspiration hasil karo.</w:t>
      </w:r>
    </w:p>
    <w:p>
      <w:pPr>
        <w:jc w:val="right"/>
      </w:pPr>
      <w:r>
        <w:t>کہ فرشتوں کی بہت زیادہ موجودگی سے یہ فائدہ اٹھاؤ کہ تم خوب خوب خدا کا inspiration حاصل کرو۔</w:t>
      </w:r>
    </w:p>
    <w:p>
      <w:r>
        <w:rPr>
          <w:b/>
        </w:rPr>
        <w:t xml:space="preserve">[57:33] </w:t>
      </w:r>
      <w:r>
        <w:t>aur is raat ko salamti hi salamti hai.</w:t>
      </w:r>
    </w:p>
    <w:p>
      <w:pPr>
        <w:jc w:val="right"/>
      </w:pPr>
      <w:r>
        <w:t>اور اس رات کو سلامتی ہی سلامتی ہے۔</w:t>
      </w:r>
    </w:p>
    <w:p>
      <w:r>
        <w:rPr>
          <w:b/>
        </w:rPr>
        <w:t xml:space="preserve">[57:38] </w:t>
      </w:r>
      <w:r>
        <w:t>to salamti hum se bahir nahi hai, hamare andar hai.</w:t>
      </w:r>
    </w:p>
    <w:p>
      <w:pPr>
        <w:jc w:val="right"/>
      </w:pPr>
      <w:r>
        <w:t>تو سلامتی ہم سے باہر نہیں ہے، ہمارے اندر ہے۔</w:t>
      </w:r>
    </w:p>
    <w:p>
      <w:r>
        <w:rPr>
          <w:b/>
        </w:rPr>
        <w:t xml:space="preserve">[57:42] </w:t>
      </w:r>
      <w:r>
        <w:t>yani peace hum se bahir nahi, peace hamare andar hai.</w:t>
      </w:r>
    </w:p>
    <w:p>
      <w:pPr>
        <w:jc w:val="right"/>
      </w:pPr>
      <w:r>
        <w:t>یعنی peace ہم سے باہر نہیں، peace ہمارے اندر ہے۔</w:t>
      </w:r>
    </w:p>
    <w:p>
      <w:r>
        <w:rPr>
          <w:b/>
        </w:rPr>
        <w:t xml:space="preserve">[57:46] </w:t>
      </w:r>
      <w:r>
        <w:t>ke jab hum angels se inspiration lenge, jab hum sabr ka tareeqa ikhtiyar karenge, jab hum</w:t>
      </w:r>
    </w:p>
    <w:p>
      <w:pPr>
        <w:jc w:val="right"/>
      </w:pPr>
      <w:r>
        <w:t>کہ جب ہم Angels سے inspiration لیں گے، جب ہم صبر کا طریقہ اختیار کریں گے، جب ہم</w:t>
      </w:r>
    </w:p>
    <w:p>
      <w:r>
        <w:rPr>
          <w:b/>
        </w:rPr>
        <w:t xml:space="preserve">[57:50] </w:t>
      </w:r>
      <w:r>
        <w:t>quran ke ahkam ko poore dil ki razamandi ke sath ikhtiyar kar lenge to mind mein ek</w:t>
      </w:r>
    </w:p>
    <w:p>
      <w:pPr>
        <w:jc w:val="right"/>
      </w:pPr>
      <w:r>
        <w:t>قرآن کے احکام کو پورے دل کی رضامندی کے ساتھ اختیار کر لیں گے تو mind میں ایک</w:t>
      </w:r>
    </w:p>
    <w:p>
      <w:r>
        <w:rPr>
          <w:b/>
        </w:rPr>
        <w:t xml:space="preserve">[57:54] </w:t>
      </w:r>
      <w:r>
        <w:t>peace aayega.</w:t>
      </w:r>
    </w:p>
    <w:p>
      <w:pPr>
        <w:jc w:val="right"/>
      </w:pPr>
      <w:r>
        <w:t>peace آئے گا۔</w:t>
      </w:r>
    </w:p>
    <w:p>
      <w:r>
        <w:rPr>
          <w:b/>
        </w:rPr>
        <w:t xml:space="preserve">[57:58] </w:t>
      </w:r>
      <w:r>
        <w:t>peace aayega.</w:t>
      </w:r>
    </w:p>
    <w:p>
      <w:pPr>
        <w:jc w:val="right"/>
      </w:pPr>
      <w:r>
        <w:t>peace آئے گا۔</w:t>
      </w:r>
    </w:p>
    <w:p>
      <w:r>
        <w:rPr>
          <w:b/>
        </w:rPr>
        <w:t xml:space="preserve">[58:02] </w:t>
      </w:r>
      <w:r>
        <w:t>peace of mind humein milega.</w:t>
      </w:r>
    </w:p>
    <w:p>
      <w:pPr>
        <w:jc w:val="right"/>
      </w:pPr>
      <w:r>
        <w:t>peace of mind ہمیں ملے گا۔</w:t>
      </w:r>
    </w:p>
    <w:p>
      <w:r>
        <w:rPr>
          <w:b/>
        </w:rPr>
        <w:t xml:space="preserve">[58:05] </w:t>
      </w:r>
      <w:r>
        <w:t>jo bohat bari cheez hai.</w:t>
      </w:r>
    </w:p>
    <w:p>
      <w:pPr>
        <w:jc w:val="right"/>
      </w:pPr>
      <w:r>
        <w:t>جو بہت بڑی چیز ہے۔</w:t>
      </w:r>
    </w:p>
    <w:p>
      <w:r>
        <w:rPr>
          <w:b/>
        </w:rPr>
        <w:t xml:space="preserve">[58:09] </w:t>
      </w:r>
      <w:r>
        <w:t>bohat bari cheez hai.</w:t>
      </w:r>
    </w:p>
    <w:p>
      <w:pPr>
        <w:jc w:val="right"/>
      </w:pPr>
      <w:r>
        <w:t>بہت بڑی چیز ہے۔</w:t>
      </w:r>
    </w:p>
    <w:p>
      <w:r>
        <w:rPr>
          <w:b/>
        </w:rPr>
        <w:t xml:space="preserve">[58:14] </w:t>
      </w:r>
      <w:r>
        <w:t>aur phir yeh raat rehti hai subah tak.</w:t>
      </w:r>
    </w:p>
    <w:p>
      <w:pPr>
        <w:jc w:val="right"/>
      </w:pPr>
      <w:r>
        <w:t>اور پھر یہ رات رہتی ہے صبح تک۔</w:t>
      </w:r>
    </w:p>
    <w:p>
      <w:r>
        <w:rPr>
          <w:b/>
        </w:rPr>
        <w:t xml:space="preserve">[58:18] </w:t>
      </w:r>
      <w:r>
        <w:t>yani har moqa unlimited nahi hota hai.</w:t>
      </w:r>
    </w:p>
    <w:p>
      <w:pPr>
        <w:jc w:val="right"/>
      </w:pPr>
      <w:r>
        <w:t>یعنی ہر موقع unlimited نہیں ہوتا ہے۔</w:t>
      </w:r>
    </w:p>
    <w:p>
      <w:r>
        <w:rPr>
          <w:b/>
        </w:rPr>
        <w:t xml:space="preserve">[58:22] </w:t>
      </w:r>
      <w:r>
        <w:t>har mauqa ki, har opportunity ki koi had hoti hai.</w:t>
      </w:r>
    </w:p>
    <w:p>
      <w:pPr>
        <w:jc w:val="right"/>
      </w:pPr>
      <w:r>
        <w:t>ہر موقع کی، ہر opportunity کی کوئی حد ہوتی ہے۔</w:t>
      </w:r>
    </w:p>
    <w:p>
      <w:r>
        <w:rPr>
          <w:b/>
        </w:rPr>
        <w:t xml:space="preserve">[58:27] </w:t>
      </w:r>
      <w:r>
        <w:t>keh raat ko yeh mauqa diya gaya aap ko, ek opportunity di gayi to opportunity ki had hai,</w:t>
      </w:r>
    </w:p>
    <w:p>
      <w:pPr>
        <w:jc w:val="right"/>
      </w:pPr>
      <w:r>
        <w:t>کہ رات کو یہ موقع دیا گیا آپ کو، ایک opportunity دی گئی تو opportunity کی حد ہے،</w:t>
      </w:r>
    </w:p>
    <w:p>
      <w:r>
        <w:rPr>
          <w:b/>
        </w:rPr>
        <w:t xml:space="preserve">[58:31] </w:t>
      </w:r>
      <w:r>
        <w:t>yani subah hui to khatm ho.</w:t>
      </w:r>
    </w:p>
    <w:p>
      <w:pPr>
        <w:jc w:val="right"/>
      </w:pPr>
      <w:r>
        <w:t>یعنی صبح ہوئی تو ختم ہو۔</w:t>
      </w:r>
    </w:p>
    <w:p>
      <w:r>
        <w:rPr>
          <w:b/>
        </w:rPr>
        <w:t xml:space="preserve">[58:35] </w:t>
      </w:r>
      <w:r>
        <w:t>is baat ko janiye keh is dunya mein aap ko</w:t>
      </w:r>
    </w:p>
    <w:p>
      <w:pPr>
        <w:jc w:val="right"/>
      </w:pPr>
      <w:r>
        <w:t>اس بات کو جانیے کہ اس دنیا میں آپ کو</w:t>
      </w:r>
    </w:p>
    <w:p>
      <w:r>
        <w:rPr>
          <w:b/>
        </w:rPr>
        <w:t xml:space="preserve">[58:40] </w:t>
      </w:r>
      <w:r>
        <w:t>mauqa milte hain, opportunities khul jati hain, lekin aisa nahi hai keh woh unlimited tor par aap ko</w:t>
      </w:r>
    </w:p>
    <w:p>
      <w:pPr>
        <w:jc w:val="right"/>
      </w:pPr>
      <w:r>
        <w:t>مواقع ملتے ہیں، opportunities کھل جاتی ہیں، لیکن ایسا نہیں ہے کہ وہ unlimited طور پر آپ کو</w:t>
      </w:r>
    </w:p>
    <w:p>
      <w:r>
        <w:rPr>
          <w:b/>
        </w:rPr>
        <w:t xml:space="preserve">[58:44] </w:t>
      </w:r>
      <w:r>
        <w:t>mili rahen, mili rahen, mili rahen.</w:t>
      </w:r>
    </w:p>
    <w:p>
      <w:pPr>
        <w:jc w:val="right"/>
      </w:pPr>
      <w:r>
        <w:t>ملی رہیں، ملی رہیں، ملی رہیں۔</w:t>
      </w:r>
    </w:p>
    <w:p>
      <w:r>
        <w:rPr>
          <w:b/>
        </w:rPr>
        <w:t xml:space="preserve">[58:49] </w:t>
      </w:r>
      <w:r>
        <w:t>ek khaas waqt tak woh rahegi.</w:t>
      </w:r>
    </w:p>
    <w:p>
      <w:pPr>
        <w:jc w:val="right"/>
      </w:pPr>
      <w:r>
        <w:t>ایک خاص وقت تک وہ رہے گی۔</w:t>
      </w:r>
    </w:p>
    <w:p>
      <w:r>
        <w:rPr>
          <w:b/>
        </w:rPr>
        <w:t xml:space="preserve">[58:53] </w:t>
      </w:r>
      <w:r>
        <w:t>is waqt tak aap ne avail kar liya to avail kar liya, warna phir mehroomi hi mehroomi hai.</w:t>
      </w:r>
    </w:p>
    <w:p>
      <w:pPr>
        <w:jc w:val="right"/>
      </w:pPr>
      <w:r>
        <w:t>اس وقت تک آپ نے avail کر لیا تو avail کر لیا، ورنہ پھر محرومی ہی محرومی ہے۔</w:t>
      </w:r>
    </w:p>
    <w:p>
      <w:r>
        <w:rPr>
          <w:b/>
        </w:rPr>
        <w:t xml:space="preserve">[58:58] </w:t>
      </w:r>
      <w:r>
        <w:t>yeh matlab hai is ka.</w:t>
      </w:r>
    </w:p>
    <w:p>
      <w:pPr>
        <w:jc w:val="right"/>
      </w:pPr>
      <w:r>
        <w:t>یہ مطلب ہے اس کا۔</w:t>
      </w:r>
    </w:p>
    <w:p>
      <w:r>
        <w:rPr>
          <w:b/>
        </w:rPr>
        <w:t xml:space="preserve">[59:02] </w:t>
      </w:r>
      <w:r>
        <w:t>to is surah mein hum ko bohat bara sa waqt diya gaya hai.</w:t>
      </w:r>
    </w:p>
    <w:p>
      <w:pPr>
        <w:jc w:val="right"/>
      </w:pPr>
      <w:r>
        <w:t>تو اس سورہ میں ہم کو بہت بڑا سا وقت دیا گیا ہے۔</w:t>
      </w:r>
    </w:p>
    <w:p>
      <w:r>
        <w:rPr>
          <w:b/>
        </w:rPr>
        <w:t xml:space="preserve">[59:07] </w:t>
      </w:r>
      <w:r>
        <w:t>yeh surah jis ka number hai ninety-seven, surah qadr</w:t>
      </w:r>
    </w:p>
    <w:p>
      <w:pPr>
        <w:jc w:val="right"/>
      </w:pPr>
      <w:r>
        <w:t>یہ سورہ جس کا نمبر ہے ninety-seven، سورہ القدر</w:t>
      </w:r>
    </w:p>
    <w:p>
      <w:r>
        <w:rPr>
          <w:b/>
        </w:rPr>
        <w:t xml:space="preserve">[59:11] </w:t>
      </w:r>
      <w:r>
        <w:t>۔ Quran mein kul ek so choda surtein hain. ek so choda surton mein se yeh surah satanooee hai. to yeh hum ko bohat bara sa waqt diya gaya. isi ek surah se agar hum sabak le len to ek raat mein hamari zindagi kuch se kuch ho jaye. aqool qawli haza wastaghfirullaha li walakum ajmaeen.</w:t>
      </w:r>
    </w:p>
    <w:p>
      <w:pPr>
        <w:jc w:val="right"/>
      </w:pPr>
      <w:r>
        <w:t>۔ قرآن میں کل ایک سو چودہ سورتیں ہیں۔ ایک سو چودہ سورتوں میں سے یہ سورہ ستانوے ہے۔ تو یہ ہم کو بہت بڑا سا وقت دیا گیا۔ اسی ایک سورہ سے اگر ہم سبق لے لیں تو ایک رات میں ہماری زندگی کچھ سے کچھ ہو جائے۔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