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Hajj | November 13, 2007</w:t>
      </w:r>
    </w:p>
    <w:p>
      <w:r>
        <w:t>https://www.youtube.com/watch?v=8a-iN7u2YQs</w:t>
      </w:r>
    </w:p>
    <w:p>
      <w:r>
        <w:rPr>
          <w:b/>
        </w:rPr>
        <w:t xml:space="preserve">[00:14] </w:t>
      </w:r>
      <w:r>
        <w:t>bismillah rahman rahim, wa sali allahu ala nabiyyil karim.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[00:29] </w:t>
      </w:r>
      <w:r>
        <w:t>aaj mujhe hajj ke bare mein kuch kehna hai.</w:t>
      </w:r>
    </w:p>
    <w:p>
      <w:pPr>
        <w:jc w:val="right"/>
      </w:pPr>
      <w:r>
        <w:t>آج مجھے حج کے بارے میں کچھ کہنا ہے۔</w:t>
      </w:r>
    </w:p>
    <w:p>
      <w:r>
        <w:rPr>
          <w:b/>
        </w:rPr>
        <w:t xml:space="preserve">[00:37] </w:t>
      </w:r>
      <w:r>
        <w:t>aaj ka topic hoga</w:t>
      </w:r>
    </w:p>
    <w:p>
      <w:pPr>
        <w:jc w:val="right"/>
      </w:pPr>
      <w:r>
        <w:t>آج کا ٹاپک ہوگا</w:t>
      </w:r>
    </w:p>
    <w:p>
      <w:r>
        <w:rPr>
          <w:b/>
        </w:rPr>
        <w:t xml:space="preserve">[00:44] </w:t>
      </w:r>
      <w:r>
        <w:t>"Lessons from Hajj"۔ Hajj ke asbaq. dekhiye, Hajj ki ibadat Islam ki bohat bari ibadat hai, to is ke mukhtalif pehlu hain. itni bari ibadat jo aalami ibadat ho, zahir hai ke is ke mukhtalif pehlu hote hain.</w:t>
      </w:r>
    </w:p>
    <w:p>
      <w:pPr>
        <w:jc w:val="right"/>
      </w:pPr>
      <w:r>
        <w:t>"Lessons from Hajj"۔ حج کے اسباق۔ دیکھیے، حج کی عبادت اسلام کی بہت بڑی عبادت ہے، تو اس کے مختلف پہلو ہیں۔ اتنی بڑی عبادت جو عالمی عبادت ہو، ظاہر ہے کہ اس کے مختلف پہلو ہوتے ہیں۔</w:t>
      </w:r>
    </w:p>
    <w:p>
      <w:r>
        <w:rPr>
          <w:b/>
        </w:rPr>
        <w:t xml:space="preserve">[01:14] </w:t>
      </w:r>
      <w:r>
        <w:t>to is waqt mein is ke ek pehlu ke bare mein khaas tor par kuch kehna chahunga. woh hai buniyadi pehlu is ka. yani main yeh kahunga ke aalami nuqta nazar paida karna, aalami kirdar paida karna, aalami saqafat paida karna, aalami</w:t>
      </w:r>
    </w:p>
    <w:p>
      <w:pPr>
        <w:jc w:val="right"/>
      </w:pPr>
      <w:r>
        <w:t>تو اس وقت میں اس کے ایک پہلو کے بارے میں خاص طور پر کچھ کہنا چاہوں گا۔ وہ ہے بنیادی پہلو اس کا۔ یعنی میں یہ کہوں گا کہ عالمی نقطہ نظر پیدا کرنا، عالمی کردار پیدا کرنا، عالمی ثقافت پیدا کرنا، عالمیّ</w:t>
      </w:r>
    </w:p>
    <w:p>
      <w:r>
        <w:rPr>
          <w:b/>
        </w:rPr>
        <w:t xml:space="preserve">[01:44] </w:t>
      </w:r>
      <w:r>
        <w:t>ta lana, sare insano ko ek samajhna, yeh ghaleban is ka ek khaas pehlu hai hajj ka.</w:t>
      </w:r>
    </w:p>
    <w:p>
      <w:pPr>
        <w:jc w:val="right"/>
      </w:pPr>
      <w:r>
        <w:t>ت لانا، سارے انسانوں کو ایک سمجھنا، یہ غالباً اس کا ایک خاص پہلو ہے حج کا۔</w:t>
      </w:r>
    </w:p>
    <w:p>
      <w:r>
        <w:rPr>
          <w:b/>
        </w:rPr>
        <w:t xml:space="preserve">[01:54] </w:t>
      </w:r>
      <w:r>
        <w:t>to tauheed haqeeqat mein yahi hai.</w:t>
      </w:r>
    </w:p>
    <w:p>
      <w:pPr>
        <w:jc w:val="right"/>
      </w:pPr>
      <w:r>
        <w:t>تو توحید حقیقت میں یہی ہے۔</w:t>
      </w:r>
    </w:p>
    <w:p>
      <w:r>
        <w:rPr>
          <w:b/>
        </w:rPr>
        <w:t xml:space="preserve">[02:05] </w:t>
      </w:r>
      <w:r>
        <w:t>tauheed kya hai? sare insan ek khuda par, sare insan ek khuda ko apna markazi mamla bana len. khuda</w:t>
      </w:r>
    </w:p>
    <w:p>
      <w:pPr>
        <w:jc w:val="right"/>
      </w:pPr>
      <w:r>
        <w:t>توحید کیا ہے؟ سارے انسان ایک خدا پر، سارے انسان ایک خدا کو اپنا مرکزی معاملہ بنا لیں۔ خدا</w:t>
      </w:r>
    </w:p>
    <w:p>
      <w:r>
        <w:rPr>
          <w:b/>
        </w:rPr>
        <w:t xml:space="preserve">[02:15] </w:t>
      </w:r>
      <w:r>
        <w:t>jo khaliq hai, jo sustainer hai, jo lord of the day of judgment hai, jis ne sare insano</w:t>
      </w:r>
    </w:p>
    <w:p>
      <w:pPr>
        <w:jc w:val="right"/>
      </w:pPr>
      <w:r>
        <w:t>جو خالق ہے، جو سسٹینر ہے، جو لارڈ آف دی ڈے آف ججمنٹ ہے، جس نے سارے انسانوں</w:t>
      </w:r>
    </w:p>
    <w:p>
      <w:r>
        <w:rPr>
          <w:b/>
        </w:rPr>
        <w:t xml:space="preserve">[02:23] </w:t>
      </w:r>
      <w:r>
        <w:t>ko paida kiya hai, to sare insan ek khuda ko apna markazi mamla bana len.</w:t>
      </w:r>
    </w:p>
    <w:p>
      <w:pPr>
        <w:jc w:val="right"/>
      </w:pPr>
      <w:r>
        <w:t>کو پیدا کیا ہے، تو سارے انسان ایک خدا کو اپنا مرکزی معاملہ بنا لیں۔</w:t>
      </w:r>
    </w:p>
    <w:p>
      <w:r>
        <w:rPr>
          <w:b/>
        </w:rPr>
        <w:t xml:space="preserve">[02:31] </w:t>
      </w:r>
      <w:r>
        <w:t>yahi hai tauheed.</w:t>
      </w:r>
    </w:p>
    <w:p>
      <w:pPr>
        <w:jc w:val="right"/>
      </w:pPr>
      <w:r>
        <w:t>یہی ہے توحید۔</w:t>
      </w:r>
    </w:p>
    <w:p>
      <w:r>
        <w:rPr>
          <w:b/>
        </w:rPr>
        <w:t xml:space="preserve">[02:39] </w:t>
      </w:r>
      <w:r>
        <w:t>aur hajj jo hai woh tauheed mission ki alamat hai.</w:t>
      </w:r>
    </w:p>
    <w:p>
      <w:pPr>
        <w:jc w:val="right"/>
      </w:pPr>
      <w:r>
        <w:t>اور حج جو ہے وہ توحید مشن کی علامت ہے۔</w:t>
      </w:r>
    </w:p>
    <w:p>
      <w:r>
        <w:rPr>
          <w:b/>
        </w:rPr>
        <w:t xml:space="preserve">[02:47] </w:t>
      </w:r>
      <w:r>
        <w:t>aap jante hain keh hajj sab se pehle qaim kiya tha hazrat ibrahim ne, rasool Allah se dhai</w:t>
      </w:r>
    </w:p>
    <w:p>
      <w:pPr>
        <w:jc w:val="right"/>
      </w:pPr>
      <w:r>
        <w:t>آپ جانتے ہیں کہ حج سب سے پہلے قائم کیا تھا حضرت ابراہیم نے، رسول اللہ سے ڈھائی</w:t>
      </w:r>
    </w:p>
    <w:p>
      <w:r>
        <w:rPr>
          <w:b/>
        </w:rPr>
        <w:t xml:space="preserve">[02:55] </w:t>
      </w:r>
      <w:r>
        <w:t>hazaar saal pehle, ab se char hazar saal pehle taqreeban.</w:t>
      </w:r>
    </w:p>
    <w:p>
      <w:pPr>
        <w:jc w:val="right"/>
      </w:pPr>
      <w:r>
        <w:t>ہزار سال پہلے، اب سے چار ہزار سال پہلے تقریباً۔</w:t>
      </w:r>
    </w:p>
    <w:p>
      <w:r>
        <w:rPr>
          <w:b/>
        </w:rPr>
        <w:t xml:space="preserve">[03:02] </w:t>
      </w:r>
      <w:r>
        <w:t>to hazrat ibrahim jo the, un ka mission tauheed ka mission tha.</w:t>
      </w:r>
    </w:p>
    <w:p>
      <w:pPr>
        <w:jc w:val="right"/>
      </w:pPr>
      <w:r>
        <w:t>تو حضرت ابراہیم جو تھے، ان کا مشن توحید کا مشن تھا۔</w:t>
      </w:r>
    </w:p>
    <w:p>
      <w:r>
        <w:rPr>
          <w:b/>
        </w:rPr>
        <w:t xml:space="preserve">[03:10] </w:t>
      </w:r>
      <w:r>
        <w:t>isi toheed ke mission ke liye unhon ne Allah ke hukum se</w:t>
      </w:r>
    </w:p>
    <w:p>
      <w:pPr>
        <w:jc w:val="right"/>
      </w:pPr>
      <w:r>
        <w:t>اسی توحید کے مشن کے لیے انہوں نے اللہ کے حکم سے</w:t>
      </w:r>
    </w:p>
    <w:p>
      <w:r>
        <w:rPr>
          <w:b/>
        </w:rPr>
        <w:t xml:space="preserve">[03:18] </w:t>
      </w:r>
      <w:r>
        <w:t>makkah mein toheed ka goya ke markaz qaim kiya.</w:t>
      </w:r>
    </w:p>
    <w:p>
      <w:pPr>
        <w:jc w:val="right"/>
      </w:pPr>
      <w:r>
        <w:t>مکہ میں توحید کا گویا کہ مرکز قائم کیا۔</w:t>
      </w:r>
    </w:p>
    <w:p>
      <w:r>
        <w:rPr>
          <w:b/>
        </w:rPr>
        <w:t xml:space="preserve">[03:24] </w:t>
      </w:r>
      <w:r>
        <w:t>makkah mein jo khusoosan sehra tha, unhon ne baitullah banaya, jis ko hum kaba kehte hain.</w:t>
      </w:r>
    </w:p>
    <w:p>
      <w:pPr>
        <w:jc w:val="right"/>
      </w:pPr>
      <w:r>
        <w:t>مکہ میں جو خصوصاً صحرا تھا، انہوں نے بیت اللہ بنایا، جس کو ہم کعبہ کہتے ہیں۔</w:t>
      </w:r>
    </w:p>
    <w:p>
      <w:r>
        <w:rPr>
          <w:b/>
        </w:rPr>
        <w:t xml:space="preserve">[03:30] </w:t>
      </w:r>
      <w:r>
        <w:t>baitullah ka matlab kya hai? Divine Center.</w:t>
      </w:r>
    </w:p>
    <w:p>
      <w:pPr>
        <w:jc w:val="right"/>
      </w:pPr>
      <w:r>
        <w:t>بیت اللہ کا مطلب کیا ہے؟ Divine Center۔</w:t>
      </w:r>
    </w:p>
    <w:p>
      <w:r>
        <w:rPr>
          <w:b/>
        </w:rPr>
        <w:t xml:space="preserve">[03:36] </w:t>
      </w:r>
      <w:r>
        <w:t>yani toheed ka almi markaz.</w:t>
      </w:r>
    </w:p>
    <w:p>
      <w:pPr>
        <w:jc w:val="right"/>
      </w:pPr>
      <w:r>
        <w:t>یعنی توحید کا عالمی مرکز۔</w:t>
      </w:r>
    </w:p>
    <w:p>
      <w:r>
        <w:rPr>
          <w:b/>
        </w:rPr>
        <w:t xml:space="preserve">[03:42] </w:t>
      </w:r>
      <w:r>
        <w:t>to Hazrat Ibrahim ne Khuda ke hukum se makkah mein baitullah ki taameer</w:t>
      </w:r>
    </w:p>
    <w:p>
      <w:pPr>
        <w:jc w:val="right"/>
      </w:pPr>
      <w:r>
        <w:t>تو حضرت ابراہیم نے خدا کے حکم سے مکہ میں بیت اللہ کی تعمیر</w:t>
      </w:r>
    </w:p>
    <w:p>
      <w:r>
        <w:rPr>
          <w:b/>
        </w:rPr>
        <w:t xml:space="preserve">[03:48] </w:t>
      </w:r>
      <w:r>
        <w:t>ki, aur phir hamesha ke liye woh toheed ka almi markaz ban gaya.</w:t>
      </w:r>
    </w:p>
    <w:p>
      <w:pPr>
        <w:jc w:val="right"/>
      </w:pPr>
      <w:r>
        <w:t>کی، اور پھر ہمیشہ کے لیے وہ توحید کا عالمی مرکز بن گیا۔</w:t>
      </w:r>
    </w:p>
    <w:p>
      <w:r>
        <w:rPr>
          <w:b/>
        </w:rPr>
        <w:t xml:space="preserve">[03:58] </w:t>
      </w:r>
      <w:r>
        <w:t>to wahan par sari dunya ke Musalman saal mein ek baar jama hote hain taake toheed ke mission</w:t>
      </w:r>
    </w:p>
    <w:p>
      <w:pPr>
        <w:jc w:val="right"/>
      </w:pPr>
      <w:r>
        <w:t>تو وہاں پر ساری دنیا کے مسلمان سال میں ایک بار جمع ہوتے ہیں تاکہ توحید کے مشن</w:t>
      </w:r>
    </w:p>
    <w:p>
      <w:r>
        <w:rPr>
          <w:b/>
        </w:rPr>
        <w:t xml:space="preserve">[04:09] </w:t>
      </w:r>
      <w:r>
        <w:t>ko yaad karein, toheed ke mutabiq apni zindagi guzarnay ka</w:t>
      </w:r>
    </w:p>
    <w:p>
      <w:pPr>
        <w:jc w:val="right"/>
      </w:pPr>
      <w:r>
        <w:t>کو یاد کریں، توحید کے مطابق اپنی زندگی گزارنے کا</w:t>
      </w:r>
    </w:p>
    <w:p>
      <w:r>
        <w:rPr>
          <w:b/>
        </w:rPr>
        <w:t xml:space="preserve">[04:19] </w:t>
      </w:r>
      <w:r>
        <w:t>pledge len. yeh hai is ka maqsad. to Kaaba Tawheed ka markaz hai. Hajj Tawheed ke mutabiq jo deen banta hai, us ki sab se bari ibadat hai. wahan se Tawheed ki rooh paida ki jati hai logon ke andar</w:t>
      </w:r>
    </w:p>
    <w:p>
      <w:pPr>
        <w:jc w:val="right"/>
      </w:pPr>
      <w:r>
        <w:t>پلج لیں۔ یہ ہے اس کا مقصد۔ تو کعبہ توحید کا مرکز ہے۔ حج توحید کے مطابق جو دین بنتا ہے، اس کی سب سے بڑی عبادت ہے۔ وہاں سے توحید کی روح پیدا کی جاتی ہے لوگوں کے اندر</w:t>
      </w:r>
    </w:p>
    <w:p>
      <w:r>
        <w:rPr>
          <w:b/>
        </w:rPr>
        <w:t xml:space="preserve">[04:49] </w:t>
      </w:r>
      <w:r>
        <w:t>taake woh almi satah par is rooh ko le kar fa'al ho jayein, dua o amal ke liye.</w:t>
      </w:r>
    </w:p>
    <w:p>
      <w:pPr>
        <w:jc w:val="right"/>
      </w:pPr>
      <w:r>
        <w:t>تاکہ وہ عالمی سطح پر اس روح کو لے کر فعال ہو جائیں، دعا و عمل کے لیے۔</w:t>
      </w:r>
    </w:p>
    <w:p>
      <w:r>
        <w:rPr>
          <w:b/>
        </w:rPr>
        <w:t xml:space="preserve">[04:55] </w:t>
      </w:r>
      <w:r>
        <w:t>yeh hai maqsad haj ka.</w:t>
      </w:r>
    </w:p>
    <w:p>
      <w:pPr>
        <w:jc w:val="right"/>
      </w:pPr>
      <w:r>
        <w:t>یہ ہے مقصد حج کا۔</w:t>
      </w:r>
    </w:p>
    <w:p>
      <w:r>
        <w:rPr>
          <w:b/>
        </w:rPr>
        <w:t xml:space="preserve">[05:01] </w:t>
      </w:r>
      <w:r>
        <w:t>aap dekhiye, haj ka zamana jab aata hai, aap jante hain ke haj ka zamana kaun sa hai?</w:t>
      </w:r>
    </w:p>
    <w:p>
      <w:pPr>
        <w:jc w:val="right"/>
      </w:pPr>
      <w:r>
        <w:t>آپ دیکھیے، حج کا زمانہ جب آتا ہے، آپ جانتے ہیں کہ حج کا زمانہ کون سا ہے؟</w:t>
      </w:r>
    </w:p>
    <w:p>
      <w:r>
        <w:rPr>
          <w:b/>
        </w:rPr>
        <w:t xml:space="preserve">[05:07] </w:t>
      </w:r>
      <w:r>
        <w:t>hijri calendar ka aakhri mahina, yani zilhajj.</w:t>
      </w:r>
    </w:p>
    <w:p>
      <w:pPr>
        <w:jc w:val="right"/>
      </w:pPr>
      <w:r>
        <w:t>ہجری کیلنڈر کا آخری مہینہ، یعنی ذوالحجہ۔</w:t>
      </w:r>
    </w:p>
    <w:p>
      <w:r>
        <w:rPr>
          <w:b/>
        </w:rPr>
        <w:t xml:space="preserve">[05:13] </w:t>
      </w:r>
      <w:r>
        <w:t>zilhajj jo hai,</w:t>
      </w:r>
    </w:p>
    <w:p>
      <w:pPr>
        <w:jc w:val="right"/>
      </w:pPr>
      <w:r>
        <w:t>ذوالحجہ جو ہے،</w:t>
      </w:r>
    </w:p>
    <w:p>
      <w:r>
        <w:rPr>
          <w:b/>
        </w:rPr>
        <w:t xml:space="preserve">[05:19] </w:t>
      </w:r>
      <w:r>
        <w:t>is ke andar haj ada kiya jata hai.</w:t>
      </w:r>
    </w:p>
    <w:p>
      <w:pPr>
        <w:jc w:val="right"/>
      </w:pPr>
      <w:r>
        <w:t>اس کے اندر حج ادا کیا جاتا ہے۔</w:t>
      </w:r>
    </w:p>
    <w:p>
      <w:r>
        <w:rPr>
          <w:b/>
        </w:rPr>
        <w:t xml:space="preserve">[05:27] </w:t>
      </w:r>
      <w:r>
        <w:t>to haj ki jab tareekhein aati hain to sari dunya se Musalman apne apne gharon se nikalte hain.</w:t>
      </w:r>
    </w:p>
    <w:p>
      <w:pPr>
        <w:jc w:val="right"/>
      </w:pPr>
      <w:r>
        <w:t>تو حج کی جب تاریخیں آتی ہیں تو ساری دنیا سے مسلمان اپنے اپنے گھروں سے نکلتے ہیں۔</w:t>
      </w:r>
    </w:p>
    <w:p>
      <w:r>
        <w:rPr>
          <w:b/>
        </w:rPr>
        <w:t xml:space="preserve">[05:35] </w:t>
      </w:r>
      <w:r>
        <w:t>yani agar aap aasman se koi telescope laga kar dekhein is zamane mein to aap dekhenge ke</w:t>
      </w:r>
    </w:p>
    <w:p>
      <w:pPr>
        <w:jc w:val="right"/>
      </w:pPr>
      <w:r>
        <w:t>یعنی اگر آپ آسمان سے کوئی ٹیلیسکوپ لگا کر دیکھیں اس زمانے میں تو آپ دیکھیں گے کہ</w:t>
      </w:r>
    </w:p>
    <w:p>
      <w:r>
        <w:rPr>
          <w:b/>
        </w:rPr>
        <w:t xml:space="preserve">[05:42] </w:t>
      </w:r>
      <w:r>
        <w:t>ek almi mobilization hai. Aap</w:t>
      </w:r>
    </w:p>
    <w:p>
      <w:pPr>
        <w:jc w:val="right"/>
      </w:pPr>
      <w:r>
        <w:t>ایک عالمی موبیلائزیشن ہے۔ آپ</w:t>
      </w:r>
    </w:p>
    <w:p>
      <w:r>
        <w:rPr>
          <w:b/>
        </w:rPr>
        <w:t xml:space="preserve">[05:50] </w:t>
      </w:r>
      <w:r>
        <w:t>ek manzar dekhenge jis ko aap keh sakte hain almi mobilization.</w:t>
      </w:r>
    </w:p>
    <w:p>
      <w:pPr>
        <w:jc w:val="right"/>
      </w:pPr>
      <w:r>
        <w:t>ایک منظر دیکھیں گے جس کو آپ کہہ سکتے ہیں عالمی موبیلائزیشن۔</w:t>
      </w:r>
    </w:p>
    <w:p>
      <w:r>
        <w:rPr>
          <w:b/>
        </w:rPr>
        <w:t xml:space="preserve">[05:56] </w:t>
      </w:r>
      <w:r>
        <w:t>yani nikal nikal kar jo log apne gharon se, apne ilaqon se ja rahe hain is markaz par,</w:t>
      </w:r>
    </w:p>
    <w:p>
      <w:pPr>
        <w:jc w:val="right"/>
      </w:pPr>
      <w:r>
        <w:t>یعنی نکل نکل کر جو لوگ اپنے گھروں سے، اپنے علاقوں سے جا رہے ہیں اس مرکز پر،</w:t>
      </w:r>
    </w:p>
    <w:p>
      <w:r>
        <w:rPr>
          <w:b/>
        </w:rPr>
        <w:t xml:space="preserve">[06:03] </w:t>
      </w:r>
      <w:r>
        <w:t>jo ke makkah mein banaya gaya tha Hazrat Ibrahim ke hathon, aur jis ko bahal kiya Hazrat Muhammad</w:t>
      </w:r>
    </w:p>
    <w:p>
      <w:pPr>
        <w:jc w:val="right"/>
      </w:pPr>
      <w:r>
        <w:t>جو کہ مکہ میں بنایا گیا تھا حضرت ابراہیم کے ہاتھوں، اور جس کو بحال کیا حضرت محمد</w:t>
      </w:r>
    </w:p>
    <w:p>
      <w:r>
        <w:rPr>
          <w:b/>
        </w:rPr>
        <w:t xml:space="preserve">[06:09] </w:t>
      </w:r>
      <w:r>
        <w:t>sallallahu alaihi wasallam ne.</w:t>
      </w:r>
    </w:p>
    <w:p>
      <w:pPr>
        <w:jc w:val="right"/>
      </w:pPr>
      <w:r>
        <w:t>صلی اللہ علیہ وسلم نے۔</w:t>
      </w:r>
    </w:p>
    <w:p>
      <w:r>
        <w:rPr>
          <w:b/>
        </w:rPr>
        <w:t xml:space="preserve">[06:15] </w:t>
      </w:r>
      <w:r>
        <w:t>to wahan par pahunch rahe hain taake wahan par pledge lein, ahad karein toheed ke mutabiq zindagi guzarnay ka.</w:t>
      </w:r>
    </w:p>
    <w:p>
      <w:pPr>
        <w:jc w:val="right"/>
      </w:pPr>
      <w:r>
        <w:t>تو وہاں پر پہنچ رہے ہیں تاکہ وہاں پر پلج لیں، عہد کریں توحید کے مطابق زندگی گزارنے کا۔</w:t>
      </w:r>
    </w:p>
    <w:p>
      <w:r>
        <w:rPr>
          <w:b/>
        </w:rPr>
        <w:t xml:space="preserve">[06:22] </w:t>
      </w:r>
      <w:r>
        <w:t>to goya ke Hajj ek qism ka aalami mobilization hai. phir dekhiye, jab wahan ke qareeb pahonchte hain, jis ko Miqat kaha jata hai, to kya hota hai? sare log ehram baandh lete hain. yani sila hua kapra, tarah tarah ke rang ka kapra, mukhtalif design ka kapra, woh sab utar diya, aur</w:t>
      </w:r>
    </w:p>
    <w:p>
      <w:pPr>
        <w:jc w:val="right"/>
      </w:pPr>
      <w:r>
        <w:t>تو گویا کہ حج ایک قسم کا عالمی موبیلائزیشن ہے۔ پھر دیکھیے، جب وہاں کے قریب پہنچتے ہیں، جس کو میقات کہا جاتا ہے، تو کیا ہوتا ہے؟ سارے لوگ احرام باندھ لیتے ہیں۔ یعنی سلا ہوا کپڑا، طرح طرح کے رنگ کا کپڑا، مختلف ڈیزائن کا کپڑا، وہ سب اتار دیا، اور</w:t>
      </w:r>
    </w:p>
    <w:p>
      <w:r>
        <w:rPr>
          <w:b/>
        </w:rPr>
        <w:t xml:space="preserve">[06:52] </w:t>
      </w:r>
      <w:r>
        <w:t>safed rang ke do baghair siley kapde, ya yoon kahiye ke safed rang ki do chadarein apne upar</w:t>
      </w:r>
    </w:p>
    <w:p>
      <w:pPr>
        <w:jc w:val="right"/>
      </w:pPr>
      <w:r>
        <w:t>سفید رنگ کے دو بغیر سلے کپڑے، یا یوں کہیے کہ سفید رنگ کی دو چادریں اپنے اوپر</w:t>
      </w:r>
    </w:p>
    <w:p>
      <w:r>
        <w:rPr>
          <w:b/>
        </w:rPr>
        <w:t xml:space="preserve">[06:57] </w:t>
      </w:r>
      <w:r>
        <w:t>lapet liya unhon ne, ek neeche, ek upar.</w:t>
      </w:r>
    </w:p>
    <w:p>
      <w:pPr>
        <w:jc w:val="right"/>
      </w:pPr>
      <w:r>
        <w:t>لپیٹ لیا انہوں نے، ایک نیچے، ایک اوپر۔</w:t>
      </w:r>
    </w:p>
    <w:p>
      <w:r>
        <w:rPr>
          <w:b/>
        </w:rPr>
        <w:t xml:space="preserve">[07:02] </w:t>
      </w:r>
      <w:r>
        <w:t>yeh hai ehraam.</w:t>
      </w:r>
    </w:p>
    <w:p>
      <w:pPr>
        <w:jc w:val="right"/>
      </w:pPr>
      <w:r>
        <w:t>یہ ہے احرام۔</w:t>
      </w:r>
    </w:p>
    <w:p>
      <w:r>
        <w:rPr>
          <w:b/>
        </w:rPr>
        <w:t xml:space="preserve">[07:07] </w:t>
      </w:r>
      <w:r>
        <w:t>to ehraam kya hai? main kahunga ke yeh bamaqsad zindagi guzaarne ka ehad hai.</w:t>
      </w:r>
    </w:p>
    <w:p>
      <w:pPr>
        <w:jc w:val="right"/>
      </w:pPr>
      <w:r>
        <w:t>تو احرام کیا ہے؟ میں کہوں گا کہ یہ بامقصد زندگی گزارنے کا عہد ہے۔</w:t>
      </w:r>
    </w:p>
    <w:p>
      <w:r>
        <w:rPr>
          <w:b/>
        </w:rPr>
        <w:t xml:space="preserve">[07:12] </w:t>
      </w:r>
      <w:r>
        <w:t>yeh bamaqsad zindagi ka culture hai.</w:t>
      </w:r>
    </w:p>
    <w:p>
      <w:pPr>
        <w:jc w:val="right"/>
      </w:pPr>
      <w:r>
        <w:t>یہ بامقصد زندگی کا کلچر ہے۔</w:t>
      </w:r>
    </w:p>
    <w:p>
      <w:r>
        <w:rPr>
          <w:b/>
        </w:rPr>
        <w:t xml:space="preserve">[07:18] </w:t>
      </w:r>
      <w:r>
        <w:t>yani maqsad par mabni zindagi ka culture hai. woh kaise</w:t>
      </w:r>
    </w:p>
    <w:p>
      <w:pPr>
        <w:jc w:val="right"/>
      </w:pPr>
      <w:r>
        <w:t>یعنی مقصد پر مبنی زندگی کا کلچر ہے۔ وہ کیسے</w:t>
      </w:r>
    </w:p>
    <w:p>
      <w:r>
        <w:rPr>
          <w:b/>
        </w:rPr>
        <w:t xml:space="preserve">[07:23] </w:t>
      </w:r>
      <w:r>
        <w:t>? jab aap apni zindagi ka koi maqsad muqarrar karte hain, to aap har doosri cheez ko saanvi bana dete hain. agar aap khuloos se yeh tay karein ke mera maqsad yeh hoga, to har doosri cheez ko aap saanvi bana denge. yeh ho nahin sakta ke aap kisi cheez ko apni zindagi ka maqsad banayein, us ko apna maqsad banayein, us ko apna hadaf banayein, aur phir bhi doosri</w:t>
      </w:r>
    </w:p>
    <w:p>
      <w:pPr>
        <w:jc w:val="right"/>
      </w:pPr>
      <w:r>
        <w:t>؟ جب آپ اپنی زندگی کا کوئی مقصد مقرر کرتے ہیں، تو آپ ہر دوسری چیز کو ثانوی بنا دیتے ہیں۔ اگر آپ خلوص سے یہ طے کریں کہ میرا مقصد یہ ہوگا، تو ہر دوسری چیز کو آپ ثانوی بنا دیں گے۔ یہ ہو نہیں سکتا کہ آپ کسی چیز کو اپنی زندگی کا مقصد بنائیں، اس کو اپنا مقصد بنائیں، اس کو اپنا ہدف بنائیں، اور پھر بھی دوسری</w:t>
      </w:r>
    </w:p>
    <w:p>
      <w:r>
        <w:rPr>
          <w:b/>
        </w:rPr>
        <w:t xml:space="preserve">[07:53] </w:t>
      </w:r>
      <w:r>
        <w:t>doosri cheezein jo hain aap ki zindagi mein isi ahmiyat ke saath baqi rahen.</w:t>
      </w:r>
    </w:p>
    <w:p>
      <w:pPr>
        <w:jc w:val="right"/>
      </w:pPr>
      <w:r>
        <w:t>دوسری چیزیں جو ہیں آپ کی زندگی میں اسی اہمیت کے ساتھ باقی رہیں۔</w:t>
      </w:r>
    </w:p>
    <w:p>
      <w:r>
        <w:rPr>
          <w:b/>
        </w:rPr>
        <w:t xml:space="preserve">[07:59] </w:t>
      </w:r>
      <w:r>
        <w:t>aisa ho nahin sakta hai.</w:t>
      </w:r>
    </w:p>
    <w:p>
      <w:pPr>
        <w:jc w:val="right"/>
      </w:pPr>
      <w:r>
        <w:t>ایسا ہو نہیں سکتا ہے۔</w:t>
      </w:r>
    </w:p>
    <w:p>
      <w:r>
        <w:rPr>
          <w:b/>
        </w:rPr>
        <w:t xml:space="preserve">[08:05] </w:t>
      </w:r>
      <w:r>
        <w:t>agar aisa hai to aap apne irade mein pakke nahin hain.</w:t>
      </w:r>
    </w:p>
    <w:p>
      <w:pPr>
        <w:jc w:val="right"/>
      </w:pPr>
      <w:r>
        <w:t>اگر ایسا ہے تو آپ اپنے ارادے میں پکے نہیں ہیں۔</w:t>
      </w:r>
    </w:p>
    <w:p>
      <w:r>
        <w:rPr>
          <w:b/>
        </w:rPr>
        <w:t xml:space="preserve">[08:11] </w:t>
      </w:r>
      <w:r>
        <w:t>to saare haji jo ehraam baandhte hain, to goya ke elamati taur par woh yeh ehad karte hain,</w:t>
      </w:r>
    </w:p>
    <w:p>
      <w:pPr>
        <w:jc w:val="right"/>
      </w:pPr>
      <w:r>
        <w:t>تو سارے حاجی جو احرام باندھتے ہیں، تو گویا کہ علامتی طور پر وہ یہ عہد کرتے ہیں،</w:t>
      </w:r>
    </w:p>
    <w:p>
      <w:r>
        <w:rPr>
          <w:b/>
        </w:rPr>
        <w:t xml:space="preserve">[08:17] </w:t>
      </w:r>
      <w:r>
        <w:t>yeh pledge lete hain ke meri zindagi ka maqsad tauheed hoga, tauheed ki dawat hogi,</w:t>
      </w:r>
    </w:p>
    <w:p>
      <w:pPr>
        <w:jc w:val="right"/>
      </w:pPr>
      <w:r>
        <w:t>یہ پلج لیتے ہیں کہ میری زندگی کا مقصد توحید ہوگا، توحید کی دعوت ہوگی،</w:t>
      </w:r>
    </w:p>
    <w:p>
      <w:r>
        <w:rPr>
          <w:b/>
        </w:rPr>
        <w:t xml:space="preserve">[08:24] </w:t>
      </w:r>
      <w:r>
        <w:t>khuda ko main apna markaz banaunga, khuda ke mutabiq main zindagi guzaroonga, logon tak khuda ki</w:t>
      </w:r>
    </w:p>
    <w:p>
      <w:pPr>
        <w:jc w:val="right"/>
      </w:pPr>
      <w:r>
        <w:t>خدا کو میں اپنا مرکز بناؤں گا، خدا کے مطابق میں زندگی گزاروں گا، لوگوں تک خدا کی</w:t>
      </w:r>
    </w:p>
    <w:p>
      <w:r>
        <w:rPr>
          <w:b/>
        </w:rPr>
        <w:t xml:space="preserve">[08:29] </w:t>
      </w:r>
      <w:r>
        <w:t>baat pahunchaunga.</w:t>
      </w:r>
    </w:p>
    <w:p>
      <w:pPr>
        <w:jc w:val="right"/>
      </w:pPr>
      <w:r>
        <w:t>بات پہنچاؤں گا۔</w:t>
      </w:r>
    </w:p>
    <w:p>
      <w:r>
        <w:rPr>
          <w:b/>
        </w:rPr>
        <w:t xml:space="preserve">[08:34] </w:t>
      </w:r>
      <w:r>
        <w:t>to yeh mission hai, jis ko hum keh sakte hain ke tauheed ka mission.</w:t>
      </w:r>
    </w:p>
    <w:p>
      <w:pPr>
        <w:jc w:val="right"/>
      </w:pPr>
      <w:r>
        <w:t>تو یہ مشن ہے، جس کو ہم کہہ سکتے ہیں کہ توحید کا مشن۔</w:t>
      </w:r>
    </w:p>
    <w:p>
      <w:r>
        <w:rPr>
          <w:b/>
        </w:rPr>
        <w:t xml:space="preserve">[08:39] </w:t>
      </w:r>
      <w:r>
        <w:t>to ehraam baandh kar aap elamati taur par yeh karte hain ke har doosri cheez ko main saanvi</w:t>
      </w:r>
    </w:p>
    <w:p>
      <w:pPr>
        <w:jc w:val="right"/>
      </w:pPr>
      <w:r>
        <w:t>تو احرام باندھ کر آپ علامتی طور پر یہ کرتے ہیں کہ ہر دوسری چیز کو میں ثانوی</w:t>
      </w:r>
    </w:p>
    <w:p>
      <w:r>
        <w:rPr>
          <w:b/>
        </w:rPr>
        <w:t xml:space="preserve">[08:44] </w:t>
      </w:r>
      <w:r>
        <w:t>bana raha hoon aaj se.</w:t>
      </w:r>
    </w:p>
    <w:p>
      <w:pPr>
        <w:jc w:val="right"/>
      </w:pPr>
      <w:r>
        <w:t>بنا رہا ہوں آج سے۔</w:t>
      </w:r>
    </w:p>
    <w:p>
      <w:r>
        <w:rPr>
          <w:b/>
        </w:rPr>
        <w:t xml:space="preserve">[08:49] </w:t>
      </w:r>
      <w:r>
        <w:t>yani ehraam jo hai, main samajhta hoon ke saada zindagi</w:t>
      </w:r>
    </w:p>
    <w:p>
      <w:pPr>
        <w:jc w:val="right"/>
      </w:pPr>
      <w:r>
        <w:t>یعنی احرام جو ہے، میں سمجھتا ہوں کہ سادہ زندگی</w:t>
      </w:r>
    </w:p>
    <w:p>
      <w:r>
        <w:rPr>
          <w:b/>
        </w:rPr>
        <w:t xml:space="preserve">[08:54] </w:t>
      </w:r>
      <w:r>
        <w:t>ki aakhri shakal hai. saada zindagi is tarah ki kya ho sakti hai? ke aap do bina sila kapda apni body par daal lein. is se aage to koi saada zindagi ki had hai hi nahin. to saada zindagi, saada zindagi ki aakhri had hai yeh, jis ko aap ehram baandh kar karte hain. to ehram ek pledge hai, ek ahad hai, ek peh</w:t>
      </w:r>
    </w:p>
    <w:p>
      <w:pPr>
        <w:jc w:val="right"/>
      </w:pPr>
      <w:r>
        <w:t>کی آخری شکل ہے۔ سادہ زندگی اس طرح کی کیا ہو سکتی ہے؟ کہ آپ دو بنا سلا کپڑا اپنی باڈی پر ڈال لیں۔ اس سے آگے تو کوئی سادہ زندگی کی حد ہے ہی نہیں۔ تو سادہ زندگی، سادہ زندگی کی آخری حد ہے یہ، جس کو آپ احرام باندھ کر کرتے ہیں۔ تو احرام ایک پلج ہے، ایک عہد ہے، ایک پیم</w:t>
      </w:r>
    </w:p>
    <w:p>
      <w:r>
        <w:rPr>
          <w:b/>
        </w:rPr>
        <w:t xml:space="preserve">[09:24] </w:t>
      </w:r>
      <w:r>
        <w:t>in hai, ek pakka irada karna hai ke main apni maadi zarooraten jo hain meri, jo meri dunya</w:t>
      </w:r>
    </w:p>
    <w:p>
      <w:pPr>
        <w:jc w:val="right"/>
      </w:pPr>
      <w:r>
        <w:t>ان ہے، ایک پکا ارادہ کرنا ہے کہ میں اپنی مادی ضرورتیں جو ہیں میری، جو میری دنیا</w:t>
      </w:r>
    </w:p>
    <w:p>
      <w:r>
        <w:rPr>
          <w:b/>
        </w:rPr>
        <w:t xml:space="preserve">[09:30] </w:t>
      </w:r>
      <w:r>
        <w:t>ki zarooraten hain, un sab ko main saanvi banaunga.</w:t>
      </w:r>
    </w:p>
    <w:p>
      <w:pPr>
        <w:jc w:val="right"/>
      </w:pPr>
      <w:r>
        <w:t>کی ضرورتیں ہیں، ان سب کو میں ثانوی بناؤں گا۔</w:t>
      </w:r>
    </w:p>
    <w:p>
      <w:r>
        <w:rPr>
          <w:b/>
        </w:rPr>
        <w:t xml:space="preserve">[09:36] </w:t>
      </w:r>
      <w:r>
        <w:t>aur buniyadi cheez jo meri zindagi mein hogi, woh sirf tauheed hoga, tauheed ka mission hoga, khuda ki</w:t>
      </w:r>
    </w:p>
    <w:p>
      <w:pPr>
        <w:jc w:val="right"/>
      </w:pPr>
      <w:r>
        <w:t>اور بنیادی چیز جو میری زندگی میں ہوگی، وہ صرف توحید ہوگا، توحید کا مشن ہوگا، خدا کی</w:t>
      </w:r>
    </w:p>
    <w:p>
      <w:r>
        <w:rPr>
          <w:b/>
        </w:rPr>
        <w:t xml:space="preserve">[09:42] </w:t>
      </w:r>
      <w:r>
        <w:t>dawat hogi, dawat fi sabilillah hoga.</w:t>
      </w:r>
    </w:p>
    <w:p>
      <w:pPr>
        <w:jc w:val="right"/>
      </w:pPr>
      <w:r>
        <w:t>دعوت ہوگی، دعوت فی سبیل اللہ ہوگا۔</w:t>
      </w:r>
    </w:p>
    <w:p>
      <w:r>
        <w:rPr>
          <w:b/>
        </w:rPr>
        <w:t xml:space="preserve">[09:48] </w:t>
      </w:r>
      <w:r>
        <w:t>yeh hai goya ek</w:t>
      </w:r>
    </w:p>
    <w:p>
      <w:pPr>
        <w:jc w:val="right"/>
      </w:pPr>
      <w:r>
        <w:t>یہ ہے گویا ایک</w:t>
      </w:r>
    </w:p>
    <w:p>
      <w:r>
        <w:rPr>
          <w:b/>
        </w:rPr>
        <w:t xml:space="preserve">[09:54] </w:t>
      </w:r>
      <w:r>
        <w:t>bamaqsad insaan ka culture.</w:t>
      </w:r>
    </w:p>
    <w:p>
      <w:pPr>
        <w:jc w:val="right"/>
      </w:pPr>
      <w:r>
        <w:t>بامقصد انسان کا کلچر۔</w:t>
      </w:r>
    </w:p>
    <w:p>
      <w:r>
        <w:rPr>
          <w:b/>
        </w:rPr>
        <w:t xml:space="preserve">[10:00] </w:t>
      </w:r>
      <w:r>
        <w:t>ehraam jo hai, ek bamaqsad insaan ka culture hai.</w:t>
      </w:r>
    </w:p>
    <w:p>
      <w:pPr>
        <w:jc w:val="right"/>
      </w:pPr>
      <w:r>
        <w:t>احرام جو ہے، ایک بامقصد انسان کا کلچر ہے۔</w:t>
      </w:r>
    </w:p>
    <w:p>
      <w:r>
        <w:rPr>
          <w:b/>
        </w:rPr>
        <w:t xml:space="preserve">[10:06] </w:t>
      </w:r>
      <w:r>
        <w:t>bamaqsad insaan ki tareef yahi hai ke woh apni zindagi ka ek maqsad banaye, ek hadaf banaye, aur</w:t>
      </w:r>
    </w:p>
    <w:p>
      <w:pPr>
        <w:jc w:val="right"/>
      </w:pPr>
      <w:r>
        <w:t>بامقصد انسان کی تعریف یہی ہے کہ وہ اپنی زندگی کا ایک مقصد بنائے، ایک ہدف بنائے، اور</w:t>
      </w:r>
    </w:p>
    <w:p>
      <w:r>
        <w:rPr>
          <w:b/>
        </w:rPr>
        <w:t xml:space="preserve">[10:12] </w:t>
      </w:r>
      <w:r>
        <w:t>phir us ke liye apne aap ko laga de, us ko haasil karne mein.</w:t>
      </w:r>
    </w:p>
    <w:p>
      <w:pPr>
        <w:jc w:val="right"/>
      </w:pPr>
      <w:r>
        <w:t>پھر اس کے لیے اپنے آپ کو لگا دے، اس کو حاصل کرنے میں۔</w:t>
      </w:r>
    </w:p>
    <w:p>
      <w:r>
        <w:rPr>
          <w:b/>
        </w:rPr>
        <w:t xml:space="preserve">[10:18] </w:t>
      </w:r>
      <w:r>
        <w:t>lekin kab laga payega? woh kab aisa kar payega?</w:t>
      </w:r>
    </w:p>
    <w:p>
      <w:pPr>
        <w:jc w:val="right"/>
      </w:pPr>
      <w:r>
        <w:t>لیکن کب لگا پائے گا؟ وہ کب ایسا کر پائے گا؟</w:t>
      </w:r>
    </w:p>
    <w:p>
      <w:r>
        <w:rPr>
          <w:b/>
        </w:rPr>
        <w:t xml:space="preserve">[10:24] </w:t>
      </w:r>
      <w:r>
        <w:t>jab doosri tamam cheezon ko woh saanvi bana de. jab tak aap doosri cheezon ko saanvi na banayein, aap aisa nahin kar sakte. is tarah aap ehram baandh kar pahunchte hain Makkah mein. Makkah pahunch kar sab se pehla kaam jo kiya jata hai, woh Kaaba ka tawaf hai. yaani Kaaba ek chokor, ek murabba imarat hai, chok</w:t>
      </w:r>
    </w:p>
    <w:p>
      <w:pPr>
        <w:jc w:val="right"/>
      </w:pPr>
      <w:r>
        <w:t>جب دوسری تمام چیزوں کو وہ ثانوی بنا دے۔ جب تک آپ دوسری چیزوں کو ثانوی نہ بنائیں، آپ ایسا نہیں کر سکتے۔ اس طرح آپ احرام باندھ کر پہنچتے ہیں مکہ میں۔ مکہ پہنچ کر سب سے پہلا کام جو کیا جاتا ہے، وہ کعبہ کا طواف ہے۔ یعنی کعبہ ایک چوکور، ایک مربع عمارت ہے، چوک</w:t>
      </w:r>
    </w:p>
    <w:p>
      <w:r>
        <w:rPr>
          <w:b/>
        </w:rPr>
        <w:t xml:space="preserve">[10:54] </w:t>
      </w:r>
      <w:r>
        <w:t>aur imarat hai, jis ke upar ghilaf pada rehta hai, kale rang ka ghilaf.</w:t>
      </w:r>
    </w:p>
    <w:p>
      <w:pPr>
        <w:jc w:val="right"/>
      </w:pPr>
      <w:r>
        <w:t>ور عمارت ہے، جس کے اوپر غلاف پڑا رہتا ہے، کالے رنگ کا غلاف۔</w:t>
      </w:r>
    </w:p>
    <w:p>
      <w:r>
        <w:rPr>
          <w:b/>
        </w:rPr>
        <w:t xml:space="preserve">[11:00] </w:t>
      </w:r>
      <w:r>
        <w:t>is ke charon taraf aadmi ghoomta hai, saat bar.</w:t>
      </w:r>
    </w:p>
    <w:p>
      <w:pPr>
        <w:jc w:val="right"/>
      </w:pPr>
      <w:r>
        <w:t>اس کے چاروں طرف آدمی گھومتا ہے، سات بار۔</w:t>
      </w:r>
    </w:p>
    <w:p>
      <w:r>
        <w:rPr>
          <w:b/>
        </w:rPr>
        <w:t xml:space="preserve">[11:06] </w:t>
      </w:r>
      <w:r>
        <w:t>isi ko tawaf kehte hain.</w:t>
      </w:r>
    </w:p>
    <w:p>
      <w:pPr>
        <w:jc w:val="right"/>
      </w:pPr>
      <w:r>
        <w:t>اسی کو طواف کہتے ہیں۔</w:t>
      </w:r>
    </w:p>
    <w:p>
      <w:r>
        <w:rPr>
          <w:b/>
        </w:rPr>
        <w:t xml:space="preserve">[11:12] </w:t>
      </w:r>
      <w:r>
        <w:t>to is ke ek kone mein laga hua hai hajar-e-aswad.</w:t>
      </w:r>
    </w:p>
    <w:p>
      <w:pPr>
        <w:jc w:val="right"/>
      </w:pPr>
      <w:r>
        <w:t>تو اس کے ایک کونے میں لگا ہوا ہے حجر اسود.</w:t>
      </w:r>
    </w:p>
    <w:p>
      <w:r>
        <w:rPr>
          <w:b/>
        </w:rPr>
        <w:t xml:space="preserve">[11:18] </w:t>
      </w:r>
      <w:r>
        <w:t>hajar-e-aswad koi aisa nahi, koi muqaddas pathar hai, koi muqaddas pathar hai.</w:t>
      </w:r>
    </w:p>
    <w:p>
      <w:pPr>
        <w:jc w:val="right"/>
      </w:pPr>
      <w:r>
        <w:t>حجر اسود کوئی ایسا نہیں، کوئی مقدس پتھر ہے، کوئی مقدس پتھر ہے۔</w:t>
      </w:r>
    </w:p>
    <w:p>
      <w:r>
        <w:rPr>
          <w:b/>
        </w:rPr>
        <w:t xml:space="preserve">[11:24] </w:t>
      </w:r>
      <w:r>
        <w:t>wo ek nishani hai.</w:t>
      </w:r>
    </w:p>
    <w:p>
      <w:pPr>
        <w:jc w:val="right"/>
      </w:pPr>
      <w:r>
        <w:t>وہ ایک علامت ہے۔</w:t>
      </w:r>
    </w:p>
    <w:p>
      <w:r>
        <w:rPr>
          <w:b/>
        </w:rPr>
        <w:t xml:space="preserve">[11:31] </w:t>
      </w:r>
      <w:r>
        <w:t>kyun ke jab aap saat bar pheraa karna chahte hon to koi ibtidai nuqta hoga.</w:t>
      </w:r>
    </w:p>
    <w:p>
      <w:pPr>
        <w:jc w:val="right"/>
      </w:pPr>
      <w:r>
        <w:t>کیونکہ جب آپ سات بار پھیرا کرنا چاہتے ہوں تو کوئی ابتدائی نقطہ ہوگا۔</w:t>
      </w:r>
    </w:p>
    <w:p>
      <w:r>
        <w:rPr>
          <w:b/>
        </w:rPr>
        <w:t xml:space="preserve">[11:37] </w:t>
      </w:r>
      <w:r>
        <w:t>agar ibtidai nuqta na ho to aap ginege kaise saat ko? to saat ki ginti ko ginne</w:t>
      </w:r>
    </w:p>
    <w:p>
      <w:pPr>
        <w:jc w:val="right"/>
      </w:pPr>
      <w:r>
        <w:t>اگر ابتدائی نقطہ نہ ہو تو آپ گنیں گے کیسے سات کو؟ تو سات کی گنتی کو گننے</w:t>
      </w:r>
    </w:p>
    <w:p>
      <w:r>
        <w:rPr>
          <w:b/>
        </w:rPr>
        <w:t xml:space="preserve">[11:43] </w:t>
      </w:r>
      <w:r>
        <w:t>ke liye aap ke liye ek ibtidai nuqta chahiye.</w:t>
      </w:r>
    </w:p>
    <w:p>
      <w:pPr>
        <w:jc w:val="right"/>
      </w:pPr>
      <w:r>
        <w:t>کے لیے آپ کے لیے ایک ابتدائی نقطہ چاہیے۔</w:t>
      </w:r>
    </w:p>
    <w:p>
      <w:r>
        <w:rPr>
          <w:b/>
        </w:rPr>
        <w:t xml:space="preserve">[11:49] </w:t>
      </w:r>
      <w:r>
        <w:t>to hajar-e-aswad jo hai, black stone, wo ibtidai nuqta hai.</w:t>
      </w:r>
    </w:p>
    <w:p>
      <w:pPr>
        <w:jc w:val="right"/>
      </w:pPr>
      <w:r>
        <w:t>تو حجر اسود جو ہے، بلیک اسٹون، وہ ابتدائی نقطہ ہے۔</w:t>
      </w:r>
    </w:p>
    <w:p>
      <w:r>
        <w:rPr>
          <w:b/>
        </w:rPr>
        <w:t xml:space="preserve">[11:55] </w:t>
      </w:r>
      <w:r>
        <w:t>is ibtidai nuqte se aap shuru kar ke saat bar apni ginti poori karte hain.</w:t>
      </w:r>
    </w:p>
    <w:p>
      <w:pPr>
        <w:jc w:val="right"/>
      </w:pPr>
      <w:r>
        <w:t>اس ابتدائی نقطے سے آپ شروع کر کے سات بار اپنی گنتی پوری کرتے ہیں۔</w:t>
      </w:r>
    </w:p>
    <w:p>
      <w:r>
        <w:rPr>
          <w:b/>
        </w:rPr>
        <w:t xml:space="preserve">[12:03] </w:t>
      </w:r>
      <w:r>
        <w:t>dekhiye, hadith mein aata hai ke rasool Allah sal-lal-lahu alaihi wasallam ne jab kaaba ko dekha to</w:t>
      </w:r>
    </w:p>
    <w:p>
      <w:pPr>
        <w:jc w:val="right"/>
      </w:pPr>
      <w:r>
        <w:t>دیکھیے، حدیث میں آتا ہے کہ رسول اللہ صلی اللہ علیہ وسلم نے جب کعبہ کو دیکھا تو</w:t>
      </w:r>
    </w:p>
    <w:p>
      <w:r>
        <w:rPr>
          <w:b/>
        </w:rPr>
        <w:t xml:space="preserve">[12:11] </w:t>
      </w:r>
      <w:r>
        <w:t>aap ki zuban se kuch kalmaat nikle.</w:t>
      </w:r>
    </w:p>
    <w:p>
      <w:pPr>
        <w:jc w:val="right"/>
      </w:pPr>
      <w:r>
        <w:t>آپ کی زبان سے کچھ کلمات نکلے۔</w:t>
      </w:r>
    </w:p>
    <w:p>
      <w:r>
        <w:rPr>
          <w:b/>
        </w:rPr>
        <w:t xml:space="preserve">[12:19] </w:t>
      </w:r>
      <w:r>
        <w:t>ek kalma yeh tha ke: Allahumma antas salam wa minkas salam hayyina rabbana bis salam</w:t>
      </w:r>
    </w:p>
    <w:p>
      <w:pPr>
        <w:jc w:val="right"/>
      </w:pPr>
      <w:r>
        <w:t>ایک کلمہ یہ تھا کہ: اللّٰهُمَّ عَنْتَ السَّلَامُ وَمِنْكَ السَّلَامُ حَيَّنَا رَبَّنَا بِالسَّلَامِ</w:t>
      </w:r>
    </w:p>
    <w:p>
      <w:r>
        <w:rPr>
          <w:b/>
        </w:rPr>
        <w:t xml:space="preserve">[12:27] </w:t>
      </w:r>
      <w:r>
        <w:t>wa adkhilna daraka daras salam. aye khuda!</w:t>
      </w:r>
    </w:p>
    <w:p>
      <w:pPr>
        <w:jc w:val="right"/>
      </w:pPr>
      <w:r>
        <w:t>وَأَدْخِلْنَا دَارَكَ دَارَ السَّلَامِ اے خدا!</w:t>
      </w:r>
    </w:p>
    <w:p>
      <w:r>
        <w:rPr>
          <w:b/>
        </w:rPr>
        <w:t xml:space="preserve">[12:33] </w:t>
      </w:r>
      <w:r>
        <w:t>to peace hai, tujh se hi peace hai.</w:t>
      </w:r>
    </w:p>
    <w:p>
      <w:pPr>
        <w:jc w:val="right"/>
      </w:pPr>
      <w:r>
        <w:t>تو پیس ہے، تجھ سے ہی پیس ہے۔</w:t>
      </w:r>
    </w:p>
    <w:p>
      <w:r>
        <w:rPr>
          <w:b/>
        </w:rPr>
        <w:t xml:space="preserve">[12:39] </w:t>
      </w:r>
      <w:r>
        <w:t>hum ko tofeeq de ke hum pur aman zindagi bitayein aur hum ko peace ke ghar mein dakhil farma.</w:t>
      </w:r>
    </w:p>
    <w:p>
      <w:pPr>
        <w:jc w:val="right"/>
      </w:pPr>
      <w:r>
        <w:t>ہم کو توفیق دے کہ ہم پُرامن زندگی بتائیں اور ہم کو پیس کے گھر میں داخل فرما۔</w:t>
      </w:r>
    </w:p>
    <w:p>
      <w:r>
        <w:rPr>
          <w:b/>
        </w:rPr>
        <w:t xml:space="preserve">[12:45] </w:t>
      </w:r>
      <w:r>
        <w:t>yeh bohat zyada sochne ki baat hai.</w:t>
      </w:r>
    </w:p>
    <w:p>
      <w:pPr>
        <w:jc w:val="right"/>
      </w:pPr>
      <w:r>
        <w:t>یہ بہت زیادہ سوچنے کی بات ہے۔</w:t>
      </w:r>
    </w:p>
    <w:p>
      <w:r>
        <w:rPr>
          <w:b/>
        </w:rPr>
        <w:t xml:space="preserve">[12:51] </w:t>
      </w:r>
      <w:r>
        <w:t>یہ دعا آپ نے کیوں کی؟ اس لیے کہ peace</w:t>
      </w:r>
    </w:p>
    <w:p>
      <w:pPr>
        <w:jc w:val="right"/>
      </w:pPr>
      <w:r>
        <w:t>یہ دعا آپ نے کیوں کی؟ اس لیے کہ پیس</w:t>
      </w:r>
    </w:p>
    <w:p>
      <w:r>
        <w:rPr>
          <w:b/>
        </w:rPr>
        <w:t xml:space="preserve">[12:57] </w:t>
      </w:r>
      <w:r>
        <w:t>sab se bari cheez hai. dekhiye, deen jo hai, is ka markaz tauheed hai. deen mein sab se bari cheez Khuda ka aqeeda hai. Khuda ka aqeeda ko apne zehn mein rakh kar ke jo aap ka ravaiya banta hai, jo aap ka kirdar banta hai, jis tarah se aap ibadat karte hain, jis tarah se aap dua o amal karte hain, woh sab ka markaz tauheed hai.</w:t>
      </w:r>
    </w:p>
    <w:p>
      <w:pPr>
        <w:jc w:val="right"/>
      </w:pPr>
      <w:r>
        <w:t>سب سے بڑی چیز ہے۔ دیکھیے، دین جو ہے، اس کا مرکز توحید ہے۔ دین میں سب سے بڑی چیز خدا کا عقیدہ ہے۔ خدا کا عقیدہ کو اپنے ذہن میں رکھ کر کے جو آپ کا رویہ بنتا ہے، جو آپ کا کردار بنتا ہے، جس طرح سے آپ عبادت کرتے ہیں، جس طرح سے آپ دعا و عمل کرتے ہیں، وہ سب کا مرکز توحید ہے۔</w:t>
      </w:r>
    </w:p>
    <w:p>
      <w:r>
        <w:rPr>
          <w:b/>
        </w:rPr>
        <w:t xml:space="preserve">[13:27] </w:t>
      </w:r>
      <w:r>
        <w:t>to yeh ek poora culture hai.</w:t>
      </w:r>
    </w:p>
    <w:p>
      <w:pPr>
        <w:jc w:val="right"/>
      </w:pPr>
      <w:r>
        <w:t>تو یہ ایک پورا کلچر ہے۔</w:t>
      </w:r>
    </w:p>
    <w:p>
      <w:r>
        <w:rPr>
          <w:b/>
        </w:rPr>
        <w:t xml:space="preserve">[13:33] </w:t>
      </w:r>
      <w:r>
        <w:t>lekin is dunya mein aap logon ke beech mein rehte hain to is tauheed ke deen ko aap</w:t>
      </w:r>
    </w:p>
    <w:p>
      <w:pPr>
        <w:jc w:val="right"/>
      </w:pPr>
      <w:r>
        <w:t>لیکن اس دنیا میں آپ لوگوں کے بیچ میں رہتے ہیں تو اس توحید کے دین کو آپ</w:t>
      </w:r>
    </w:p>
    <w:p>
      <w:r>
        <w:rPr>
          <w:b/>
        </w:rPr>
        <w:t xml:space="preserve">[13:39] </w:t>
      </w:r>
      <w:r>
        <w:t>kaise apna payenge? tauheed ek poora deen hai, poori zindagi ko dhanpe hue hai.</w:t>
      </w:r>
    </w:p>
    <w:p>
      <w:pPr>
        <w:jc w:val="right"/>
      </w:pPr>
      <w:r>
        <w:t>کیسے اپنا پائیں گے؟ توحید ایک پورا دین ہے، پوری زندگی کو ڈھانپے ہوئے ہے۔</w:t>
      </w:r>
    </w:p>
    <w:p>
      <w:r>
        <w:rPr>
          <w:b/>
        </w:rPr>
        <w:t xml:space="preserve">[13:45] </w:t>
      </w:r>
      <w:r>
        <w:t>yani aap tauheed ke mutabiq aap ko sochna hai, tauheed ke mutabiq aap ko bolna hai, tauheed ke</w:t>
      </w:r>
    </w:p>
    <w:p>
      <w:pPr>
        <w:jc w:val="right"/>
      </w:pPr>
      <w:r>
        <w:t>یعنی آپ توحید کے مطابق آپ کو سوچنا ہے، توحید کے مطابق آپ کو بولنا ہے، توحید کے</w:t>
      </w:r>
    </w:p>
    <w:p>
      <w:r>
        <w:rPr>
          <w:b/>
        </w:rPr>
        <w:t xml:space="preserve">[13:51] </w:t>
      </w:r>
      <w:r>
        <w:t>mutabiq aap ka amal</w:t>
      </w:r>
    </w:p>
    <w:p>
      <w:pPr>
        <w:jc w:val="right"/>
      </w:pPr>
      <w:r>
        <w:t>مطابق آپ کا کرد</w:t>
      </w:r>
    </w:p>
    <w:p>
      <w:r>
        <w:rPr>
          <w:b/>
        </w:rPr>
        <w:t xml:space="preserve">[13:57] </w:t>
      </w:r>
      <w:r>
        <w:t>ar hona chahiye, tauheed ke mutabiq aap ki dealing honi chahiye, tauheed ke mutabiq aap ko apni zindagi ko mansooba bandi karna chahiye, aur tauheed ke mutabiq aap ko dua o amal karna chahiye. yeh ek poora culture hai. lekin is culture par kab aap chal payenge? is ke liye peace zaroori hai. agar peace nahin</w:t>
      </w:r>
    </w:p>
    <w:p>
      <w:pPr>
        <w:jc w:val="right"/>
      </w:pPr>
      <w:r>
        <w:t>ار ہونا چاہیے، توحید کے مطابق آپ کی ڈیلنگ ہونی چاہیے، توحید کے مطابق آپ کو اپنی زندگی کو منصوبہ بندی کرنا چاہیے، اور توحید کے مطابق آپ کو دعا و عمل کرنا چاہیے۔ یہ ایک پورا کلچر ہے۔ لیکن اس کلچر پر کب آپ چل پائیں گے؟ اس کے لیے پیس ضروری ہے۔ اگر پیس نہیں</w:t>
      </w:r>
    </w:p>
    <w:p>
      <w:r>
        <w:rPr>
          <w:b/>
        </w:rPr>
        <w:t xml:space="preserve">[14:27] </w:t>
      </w:r>
      <w:r>
        <w:t>hai to aap kuch nahi kar sakte.</w:t>
      </w:r>
    </w:p>
    <w:p>
      <w:pPr>
        <w:jc w:val="right"/>
      </w:pPr>
      <w:r>
        <w:t>ہے تو آپ کچھ نہیں کر سکتے۔</w:t>
      </w:r>
    </w:p>
    <w:p>
      <w:r>
        <w:rPr>
          <w:b/>
        </w:rPr>
        <w:t xml:space="preserve">[14:32] </w:t>
      </w:r>
      <w:r>
        <w:t>peace ka matlab kya hai? aap ka dil har qism ke manfi khayalat se khali ho.</w:t>
      </w:r>
    </w:p>
    <w:p>
      <w:pPr>
        <w:jc w:val="right"/>
      </w:pPr>
      <w:r>
        <w:t>پیس کا مطلب کیا ہے؟ آپ کا دل ہر قسم کے منفی خیالات سے خالی ہو۔</w:t>
      </w:r>
    </w:p>
    <w:p>
      <w:r>
        <w:rPr>
          <w:b/>
        </w:rPr>
        <w:t xml:space="preserve">[14:37] </w:t>
      </w:r>
      <w:r>
        <w:t>musbat zehan ke sath aap jeene wale hoN ge.</w:t>
      </w:r>
    </w:p>
    <w:p>
      <w:pPr>
        <w:jc w:val="right"/>
      </w:pPr>
      <w:r>
        <w:t>مثبت ذہن کے ساتھ آپ جینے والے ہوں۔</w:t>
      </w:r>
    </w:p>
    <w:p>
      <w:r>
        <w:rPr>
          <w:b/>
        </w:rPr>
        <w:t xml:space="preserve">[14:42] </w:t>
      </w:r>
      <w:r>
        <w:t>to peace shuru hoti hai aap ke andar se.</w:t>
      </w:r>
    </w:p>
    <w:p>
      <w:pPr>
        <w:jc w:val="right"/>
      </w:pPr>
      <w:r>
        <w:t>تو پیس شروع ہوتی ہے آپ کے اندر سے۔</w:t>
      </w:r>
    </w:p>
    <w:p>
      <w:r>
        <w:rPr>
          <w:b/>
        </w:rPr>
        <w:t xml:space="preserve">[14:47] </w:t>
      </w:r>
      <w:r>
        <w:t>Peace begins from your heart.</w:t>
      </w:r>
    </w:p>
    <w:p>
      <w:pPr>
        <w:jc w:val="right"/>
      </w:pPr>
      <w:r>
        <w:t>Peace begins from your heart.</w:t>
      </w:r>
    </w:p>
    <w:p>
      <w:r>
        <w:rPr>
          <w:b/>
        </w:rPr>
        <w:t xml:space="preserve">[14:52] </w:t>
      </w:r>
      <w:r>
        <w:t>jab aap ke dil mein manfi khatm ho jaye</w:t>
      </w:r>
    </w:p>
    <w:p>
      <w:pPr>
        <w:jc w:val="right"/>
      </w:pPr>
      <w:r>
        <w:t>جب آپ کے دل میں منفی ختم ہو جائے</w:t>
      </w:r>
    </w:p>
    <w:p>
      <w:r>
        <w:rPr>
          <w:b/>
        </w:rPr>
        <w:t xml:space="preserve">[14:57] </w:t>
      </w:r>
      <w:r>
        <w:t>aur sirf musbat reh jaye, tab samjhiye ke aap ka dil puraman dil ban gaya. aap ke andar peace aa gayi. agar aap ke andar is tarah se peace na ho to aap kabhi bhi Khuda ke deen par chal nahin sakte. aap ka zehn idhar udhar bhagta rahega. kabhi aap ghussa karenge, kabhi nafrat karenge kisi se, kabhi kisi</w:t>
      </w:r>
    </w:p>
    <w:p>
      <w:pPr>
        <w:jc w:val="right"/>
      </w:pPr>
      <w:r>
        <w:t>اور صرف مثبت رہ جائے، تب سمجھیے کہ آپ کا دل پُرامن دل بن گیا۔ آپ کے اندر پیس آ گئی۔ اگر آپ کے اندر اس طرح سے پیس نہ ہو تو آپ کبھی بھی خدا کے دین پر چل نہیں سکتے۔ آپ کا ذہن ادھر ادھر بھاگتا رہے گا۔ کبھی آپ غصہ کریں گے، کبھی نفرت کریں گے کسی سے، کبھی کسی</w:t>
      </w:r>
    </w:p>
    <w:p>
      <w:r>
        <w:rPr>
          <w:b/>
        </w:rPr>
        <w:t xml:space="preserve">[15:27] </w:t>
      </w:r>
      <w:r>
        <w:t>se larne lageN ge.</w:t>
      </w:r>
    </w:p>
    <w:p>
      <w:pPr>
        <w:jc w:val="right"/>
      </w:pPr>
      <w:r>
        <w:t>سے لڑنے لگیں گے۔</w:t>
      </w:r>
    </w:p>
    <w:p>
      <w:r>
        <w:rPr>
          <w:b/>
        </w:rPr>
        <w:t xml:space="preserve">[15:32] </w:t>
      </w:r>
      <w:r>
        <w:t>aise kaise aap chal sakte hain Khuda ke deen par? to is liye aap ke man mein, aap</w:t>
      </w:r>
    </w:p>
    <w:p>
      <w:pPr>
        <w:jc w:val="right"/>
      </w:pPr>
      <w:r>
        <w:t>ایسے کیسے آپ چل سکتے ہیں خدا کے دین پر؟ تو اس لیے آپ کے من میں، آپ</w:t>
      </w:r>
    </w:p>
    <w:p>
      <w:r>
        <w:rPr>
          <w:b/>
        </w:rPr>
        <w:t xml:space="preserve">[15:37] </w:t>
      </w:r>
      <w:r>
        <w:t>ke dil mein, aap ke zehan mein peace, shanti, salam, aman yeh hona zaruri hai.</w:t>
      </w:r>
    </w:p>
    <w:p>
      <w:pPr>
        <w:jc w:val="right"/>
      </w:pPr>
      <w:r>
        <w:t>کے دل میں، آپ کے ذہن میں پیس، شانتی، سلام، امن یہ ہونا ضروری ہے۔</w:t>
      </w:r>
    </w:p>
    <w:p>
      <w:r>
        <w:rPr>
          <w:b/>
        </w:rPr>
        <w:t xml:space="preserve">[15:42] </w:t>
      </w:r>
      <w:r>
        <w:t>ab is ke baad aap ka jo mahaul hai, aap ka jo mahaul hai, us ke andar bhi</w:t>
      </w:r>
    </w:p>
    <w:p>
      <w:pPr>
        <w:jc w:val="right"/>
      </w:pPr>
      <w:r>
        <w:t>اب اس کے بعد آپ کا جو ماحول ہے، آپ کا جو ماحول ہے، اس کے اندر بھی</w:t>
      </w:r>
    </w:p>
    <w:p>
      <w:r>
        <w:rPr>
          <w:b/>
        </w:rPr>
        <w:t xml:space="preserve">[15:47] </w:t>
      </w:r>
      <w:r>
        <w:t>peace zaruri hai.</w:t>
      </w:r>
    </w:p>
    <w:p>
      <w:pPr>
        <w:jc w:val="right"/>
      </w:pPr>
      <w:r>
        <w:t>پیس ضروری ہے۔</w:t>
      </w:r>
    </w:p>
    <w:p>
      <w:r>
        <w:rPr>
          <w:b/>
        </w:rPr>
        <w:t xml:space="preserve">[15:52] </w:t>
      </w:r>
      <w:r>
        <w:t>jis mahaul mein aap rehte hain, us mein agar</w:t>
      </w:r>
    </w:p>
    <w:p>
      <w:pPr>
        <w:jc w:val="right"/>
      </w:pPr>
      <w:r>
        <w:t>جس ماحول میں آپ رہتے ہیں، اس میں اگر</w:t>
      </w:r>
    </w:p>
    <w:p>
      <w:r>
        <w:rPr>
          <w:b/>
        </w:rPr>
        <w:t xml:space="preserve">[15:57] </w:t>
      </w:r>
      <w:r>
        <w:t>larrhai bharrhai ho, logoN ke diloN mein nafrat bhara hua ho, logoN ke andar adam bardasht ka mizaj</w:t>
      </w:r>
    </w:p>
    <w:p>
      <w:pPr>
        <w:jc w:val="right"/>
      </w:pPr>
      <w:r>
        <w:t>لڑائی بھڑائی ہو، لوگوں کے دلوں میں نفرت بھرا ہوا ہو، لوگوں کے اندر عدم برداشت کا مزاج</w:t>
      </w:r>
    </w:p>
    <w:p>
      <w:r>
        <w:rPr>
          <w:b/>
        </w:rPr>
        <w:t xml:space="preserve">[16:04] </w:t>
      </w:r>
      <w:r>
        <w:t>ho, tab bhi aap bar bar aap ka takrao hoga.</w:t>
      </w:r>
    </w:p>
    <w:p>
      <w:pPr>
        <w:jc w:val="right"/>
      </w:pPr>
      <w:r>
        <w:t>ہو، تب بھی آپ بار بار آپ کا ٹکراؤ ہوگا۔</w:t>
      </w:r>
    </w:p>
    <w:p>
      <w:r>
        <w:rPr>
          <w:b/>
        </w:rPr>
        <w:t xml:space="preserve">[16:10] </w:t>
      </w:r>
      <w:r>
        <w:t>to is ka matlab yeh hai ke aap ko yeh zimmedari leni parti hai ke aap kisi</w:t>
      </w:r>
    </w:p>
    <w:p>
      <w:pPr>
        <w:jc w:val="right"/>
      </w:pPr>
      <w:r>
        <w:t>تو اس کا مطلب یہ ہے کہ آپ کو یہ ذمہ داری لینی پڑتی ہے کہ آپ کسی</w:t>
      </w:r>
    </w:p>
    <w:p>
      <w:r>
        <w:rPr>
          <w:b/>
        </w:rPr>
        <w:t xml:space="preserve">[16:16] </w:t>
      </w:r>
      <w:r>
        <w:t>bhi hal mein peace ko bhang na kareN, peace ko disturb na kareN.</w:t>
      </w:r>
    </w:p>
    <w:p>
      <w:pPr>
        <w:jc w:val="right"/>
      </w:pPr>
      <w:r>
        <w:t>بھی حال میں پیس کو بھنگ نہ کریں، پیس کو ڈسٹرب نہ کریں۔</w:t>
      </w:r>
    </w:p>
    <w:p>
      <w:r>
        <w:rPr>
          <w:b/>
        </w:rPr>
        <w:t xml:space="preserve">[16:22] </w:t>
      </w:r>
      <w:r>
        <w:t>apni taraf se aap ko pehal karni parti hai. kyunke aap</w:t>
      </w:r>
    </w:p>
    <w:p>
      <w:pPr>
        <w:jc w:val="right"/>
      </w:pPr>
      <w:r>
        <w:t>اپنی طرف سے آپ کو پہل کرنی پڑتی ہے۔ کیونکہ آپ</w:t>
      </w:r>
    </w:p>
    <w:p>
      <w:r>
        <w:rPr>
          <w:b/>
        </w:rPr>
        <w:t xml:space="preserve">[16:28] </w:t>
      </w:r>
      <w:r>
        <w:t>ka sara mamla bigar jaye ga agar peace na ho to.</w:t>
      </w:r>
    </w:p>
    <w:p>
      <w:pPr>
        <w:jc w:val="right"/>
      </w:pPr>
      <w:r>
        <w:t>کا سارا معاملہ بگڑ جائے گا اگر پیس نہ ہو تو۔</w:t>
      </w:r>
    </w:p>
    <w:p>
      <w:r>
        <w:rPr>
          <w:b/>
        </w:rPr>
        <w:t xml:space="preserve">[16:34] </w:t>
      </w:r>
      <w:r>
        <w:t>isi liye Islam mein dekhiye, sabr ko bohat ahmiyat di gayi hai. sabr, aaraaz.</w:t>
      </w:r>
    </w:p>
    <w:p>
      <w:pPr>
        <w:jc w:val="right"/>
      </w:pPr>
      <w:r>
        <w:t>اسی لیے اسلام میں دیکھیے، صبر کو بہت اہمیت دی گئی ہے۔ صبر، اعراض۔</w:t>
      </w:r>
    </w:p>
    <w:p>
      <w:r>
        <w:rPr>
          <w:b/>
        </w:rPr>
        <w:t xml:space="preserve">[16:40] </w:t>
      </w:r>
      <w:r>
        <w:t>sabr ka matlab hai sabr.</w:t>
      </w:r>
    </w:p>
    <w:p>
      <w:pPr>
        <w:jc w:val="right"/>
      </w:pPr>
      <w:r>
        <w:t>صبر کا مطلب ہے صبر۔</w:t>
      </w:r>
    </w:p>
    <w:p>
      <w:r>
        <w:rPr>
          <w:b/>
        </w:rPr>
        <w:t xml:space="preserve">[16:46] </w:t>
      </w:r>
      <w:r>
        <w:t>aaraaz ka matlab hai parhez.</w:t>
      </w:r>
    </w:p>
    <w:p>
      <w:pPr>
        <w:jc w:val="right"/>
      </w:pPr>
      <w:r>
        <w:t>اعراض کا مطلب ہے پرہیز۔</w:t>
      </w:r>
    </w:p>
    <w:p>
      <w:r>
        <w:rPr>
          <w:b/>
        </w:rPr>
        <w:t xml:space="preserve">[16:53] </w:t>
      </w:r>
      <w:r>
        <w:t>to samaj mein aap raheN is tarah ke aap doosre ke liye koi masla paida na kareN.</w:t>
      </w:r>
    </w:p>
    <w:p>
      <w:pPr>
        <w:jc w:val="right"/>
      </w:pPr>
      <w:r>
        <w:t>تو سماج میں آپ رہیں اس طرح کہ آپ دوسرے کے لیے کوئی مسئلہ پیدا نہ کریں۔</w:t>
      </w:r>
    </w:p>
    <w:p>
      <w:r>
        <w:rPr>
          <w:b/>
        </w:rPr>
        <w:t xml:space="preserve">[16:59] </w:t>
      </w:r>
      <w:r>
        <w:t>kyun? doosroN ke masle se bachne ka sab se aasan formula yeh hai ke aap un ke liye</w:t>
      </w:r>
    </w:p>
    <w:p>
      <w:pPr>
        <w:jc w:val="right"/>
      </w:pPr>
      <w:r>
        <w:t>کیوں؟ دوسروں کے مسئلے سے بچنے کا سب سے آسان فارمولا یہ ہے کہ آپ ان کے لیے</w:t>
      </w:r>
    </w:p>
    <w:p>
      <w:r>
        <w:rPr>
          <w:b/>
        </w:rPr>
        <w:t xml:space="preserve">[17:04] </w:t>
      </w:r>
      <w:r>
        <w:t>masla na paida kareN.</w:t>
      </w:r>
    </w:p>
    <w:p>
      <w:pPr>
        <w:jc w:val="right"/>
      </w:pPr>
      <w:r>
        <w:t>مسئلہ نہ پیدا کریں۔</w:t>
      </w:r>
    </w:p>
    <w:p>
      <w:r>
        <w:rPr>
          <w:b/>
        </w:rPr>
        <w:t xml:space="preserve">[17:09] </w:t>
      </w:r>
      <w:r>
        <w:t>sab se aasan formula yahi hai.</w:t>
      </w:r>
    </w:p>
    <w:p>
      <w:pPr>
        <w:jc w:val="right"/>
      </w:pPr>
      <w:r>
        <w:t>سب سے آسان فارمولا یہی ہے۔</w:t>
      </w:r>
    </w:p>
    <w:p>
      <w:r>
        <w:rPr>
          <w:b/>
        </w:rPr>
        <w:t xml:space="preserve">[17:14] </w:t>
      </w:r>
      <w:r>
        <w:t>aap jab doosroN ke liye masla na baneN ge to doosre bhi aap ke liye masla nahiN baneN ge.</w:t>
      </w:r>
    </w:p>
    <w:p>
      <w:pPr>
        <w:jc w:val="right"/>
      </w:pPr>
      <w:r>
        <w:t>آپ جب دوسروں کے لیے مسئلہ نہ بنیں گے تو دوسرے بھی آپ کے لیے مسئلہ نہیں بنیں گے۔</w:t>
      </w:r>
    </w:p>
    <w:p>
      <w:r>
        <w:rPr>
          <w:b/>
        </w:rPr>
        <w:t xml:space="preserve">[17:20] </w:t>
      </w:r>
      <w:r>
        <w:t>aur phir samaj mein peace aaye ga.</w:t>
      </w:r>
    </w:p>
    <w:p>
      <w:pPr>
        <w:jc w:val="right"/>
      </w:pPr>
      <w:r>
        <w:t>اور پھر سماج میں پیس آئے گا۔</w:t>
      </w:r>
    </w:p>
    <w:p>
      <w:r>
        <w:rPr>
          <w:b/>
        </w:rPr>
        <w:t xml:space="preserve">[17:25] </w:t>
      </w:r>
      <w:r>
        <w:t>to is ke liye aap ko qurbani karni parti hai.</w:t>
      </w:r>
    </w:p>
    <w:p>
      <w:pPr>
        <w:jc w:val="right"/>
      </w:pPr>
      <w:r>
        <w:t>تو اس کے لیے آپ کو قربانی کرنی پڑتی ہے۔</w:t>
      </w:r>
    </w:p>
    <w:p>
      <w:r>
        <w:rPr>
          <w:b/>
        </w:rPr>
        <w:t xml:space="preserve">[17:30] </w:t>
      </w:r>
      <w:r>
        <w:t>yani aap ko kabhi maal ka nuqsan uthana parega.</w:t>
      </w:r>
    </w:p>
    <w:p>
      <w:pPr>
        <w:jc w:val="right"/>
      </w:pPr>
      <w:r>
        <w:t>یعنی آپ کو کبھی مال کا نقصان اٹھانا پڑے گا۔</w:t>
      </w:r>
    </w:p>
    <w:p>
      <w:r>
        <w:rPr>
          <w:b/>
        </w:rPr>
        <w:t xml:space="preserve">[17:35] </w:t>
      </w:r>
      <w:r>
        <w:t>kabhi aisa hoga ke koi aap ko ishtial dega, phir bhi aap ko sabr karna parega.</w:t>
      </w:r>
    </w:p>
    <w:p>
      <w:pPr>
        <w:jc w:val="right"/>
      </w:pPr>
      <w:r>
        <w:t>کبھی ایسا ہوگا کہ کوئی آپ کو اشتعال دے گا، پھر بھی آپ کو صبر کرنا پڑے گا۔</w:t>
      </w:r>
    </w:p>
    <w:p>
      <w:r>
        <w:rPr>
          <w:b/>
        </w:rPr>
        <w:t xml:space="preserve">[17:40] </w:t>
      </w:r>
      <w:r>
        <w:t>kabhi aap ko koi ghussa dilaye ga, lekin aap ko ghusse ko control karna parega.</w:t>
      </w:r>
    </w:p>
    <w:p>
      <w:pPr>
        <w:jc w:val="right"/>
      </w:pPr>
      <w:r>
        <w:t>کبھی آپ کو کوئی غصہ دلائے گا، لیکن آپ کو غصے کو کنٹرول کرنا پڑے گا۔</w:t>
      </w:r>
    </w:p>
    <w:p>
      <w:r>
        <w:rPr>
          <w:b/>
        </w:rPr>
        <w:t xml:space="preserve">[17:45] </w:t>
      </w:r>
      <w:r>
        <w:t>taake peace ki soorat-e-haal ko barqarar rakhne ke liye.</w:t>
      </w:r>
    </w:p>
    <w:p>
      <w:pPr>
        <w:jc w:val="right"/>
      </w:pPr>
      <w:r>
        <w:t>تاکہ پیس کی صورتحال کو برقرار رکھنے کے لیے۔</w:t>
      </w:r>
    </w:p>
    <w:p>
      <w:r>
        <w:rPr>
          <w:b/>
        </w:rPr>
        <w:t xml:space="preserve">[17:50] </w:t>
      </w:r>
      <w:r>
        <w:t>yani aap ko apne man mein bhi peace rakhna hai.</w:t>
      </w:r>
    </w:p>
    <w:p>
      <w:pPr>
        <w:jc w:val="right"/>
      </w:pPr>
      <w:r>
        <w:t>یعنی آپ کو اپنے من میں بھی پیس رکھنا ہے۔</w:t>
      </w:r>
    </w:p>
    <w:p>
      <w:r>
        <w:rPr>
          <w:b/>
        </w:rPr>
        <w:t xml:space="preserve">[17:55] </w:t>
      </w:r>
      <w:r>
        <w:t>aur peace bhari soorat-e-haal ko society mein, samaaj mein barqarar rakhne ke liye</w:t>
      </w:r>
    </w:p>
    <w:p>
      <w:pPr>
        <w:jc w:val="right"/>
      </w:pPr>
      <w:r>
        <w:t>اور پیس بھری صورتحال کو سوسائٹی میں، سماج میں برقرار رکھنے کے لیے</w:t>
      </w:r>
    </w:p>
    <w:p>
      <w:r>
        <w:rPr>
          <w:b/>
        </w:rPr>
        <w:t xml:space="preserve">[18:01] </w:t>
      </w:r>
      <w:r>
        <w:t>aap ko sabr, araz, yaani sabr aur parhez ka tareeqa ikhtiyar karna padega. bohat si cheezon ko aap ko nazarandaz karna padega. agar nazarandaz na karein to peace toot jayega. peace toot jayega to aap koi kaam nahin kar sakte. yaani Khuda ki baat ko sochna, Khuda ke kaam karna, Khuda wale kirdar ko apnana, yeh sab kuch inhisaar karta hai is par ke samaj</w:t>
      </w:r>
    </w:p>
    <w:p>
      <w:pPr>
        <w:jc w:val="right"/>
      </w:pPr>
      <w:r>
        <w:t>آپ کو صبر، اعراض، یعنی صبر اور پرہیز کا طریقہ اختیار کرنا پڑے گا۔ بہت سی چیزوں کو آپ کو نظرانداز کرنا پڑے گا۔ اگر نظرانداز نہ کریں تو پیس ٹوٹ جائے گا۔ پیس ٹوٹ جائے گا تو آپ کوئی کام نہیں کر سکتے۔ یعنی خدا کی بات کو سوچنا، خدا کے کام کرنا، خدا والے کردار کو اپنانا، یہ سب کچھ انحصار کرتا ہے اس پر کہ سماج</w:t>
      </w:r>
    </w:p>
    <w:p>
      <w:r>
        <w:rPr>
          <w:b/>
        </w:rPr>
        <w:t xml:space="preserve">[18:31] </w:t>
      </w:r>
      <w:r>
        <w:t>mein pur-aman soorat-e-haal maujood ho.</w:t>
      </w:r>
    </w:p>
    <w:p>
      <w:pPr>
        <w:jc w:val="right"/>
      </w:pPr>
      <w:r>
        <w:t>میں پُرامن صورتحال موجود ہو۔</w:t>
      </w:r>
    </w:p>
    <w:p>
      <w:r>
        <w:rPr>
          <w:b/>
        </w:rPr>
        <w:t xml:space="preserve">[18:37] </w:t>
      </w:r>
      <w:r>
        <w:t>to kitni maani khez baat yeh hai ke aap ne jab kaba ko dekha, yani markaz-e-tauheed.</w:t>
      </w:r>
    </w:p>
    <w:p>
      <w:pPr>
        <w:jc w:val="right"/>
      </w:pPr>
      <w:r>
        <w:t>تو کتنی معنی خیز بات یہ ہے کہ آپ نے جب کعبہ کو دیکھا، یعنی مرکز توحید۔</w:t>
      </w:r>
    </w:p>
    <w:p>
      <w:r>
        <w:rPr>
          <w:b/>
        </w:rPr>
        <w:t xml:space="preserve">[18:43] </w:t>
      </w:r>
      <w:r>
        <w:t>kaba kya hai? markaz-e-tauheed hai.</w:t>
      </w:r>
    </w:p>
    <w:p>
      <w:pPr>
        <w:jc w:val="right"/>
      </w:pPr>
      <w:r>
        <w:t>کعبہ کیا ہے؟ مرکز توحید ہے۔</w:t>
      </w:r>
    </w:p>
    <w:p>
      <w:r>
        <w:rPr>
          <w:b/>
        </w:rPr>
        <w:t xml:space="preserve">[18:49] </w:t>
      </w:r>
      <w:r>
        <w:t>is ko dekha to aap ne aap ki zabaan se nikla ke Allahumma antas salam wa minkas salam ilaik</w:t>
      </w:r>
    </w:p>
    <w:p>
      <w:pPr>
        <w:jc w:val="right"/>
      </w:pPr>
      <w:r>
        <w:t>اس کو دیکھا تو آپ نے آپ کی زبان سے نکلا کہ اللّٰهُمَّ عَنْتَ السَّلَامِ وَمِنْكَ السَّلَامُ إِلَيْكَ</w:t>
      </w:r>
    </w:p>
    <w:p>
      <w:r>
        <w:rPr>
          <w:b/>
        </w:rPr>
        <w:t xml:space="preserve">[18:55] </w:t>
      </w:r>
      <w:r>
        <w:t>yajius salam hayyana rabbana bis salam wa adkhilna daraka daras salam aye khuda! to pe</w:t>
      </w:r>
    </w:p>
    <w:p>
      <w:pPr>
        <w:jc w:val="right"/>
      </w:pPr>
      <w:r>
        <w:t>يَجِيُّ السَّلَامُ حَيَّنَا رَبَّنَا بِالسَّلَامِ وَأَدْخِلْنَا دَارَكَ دَارَ السَّلَامِ اے خدا! تو پی</w:t>
      </w:r>
    </w:p>
    <w:p>
      <w:r>
        <w:rPr>
          <w:b/>
        </w:rPr>
        <w:t xml:space="preserve">[19:01] </w:t>
      </w:r>
      <w:r>
        <w:t>s hai, tujh se peace hai, teri taraf peace lotati hai.</w:t>
      </w:r>
    </w:p>
    <w:p>
      <w:pPr>
        <w:jc w:val="right"/>
      </w:pPr>
      <w:r>
        <w:t>س ہے، تجھ سے پیس ہے، تیری طرف پیس لوٹتی ہے۔</w:t>
      </w:r>
    </w:p>
    <w:p>
      <w:r>
        <w:rPr>
          <w:b/>
        </w:rPr>
        <w:t xml:space="preserve">[19:06] </w:t>
      </w:r>
      <w:r>
        <w:t>hum ko pur-aman zindagi ki tofeeq de.</w:t>
      </w:r>
    </w:p>
    <w:p>
      <w:pPr>
        <w:jc w:val="right"/>
      </w:pPr>
      <w:r>
        <w:t>ہم کو پُرامن زندگی کی توفیق دے۔</w:t>
      </w:r>
    </w:p>
    <w:p>
      <w:r>
        <w:rPr>
          <w:b/>
        </w:rPr>
        <w:t xml:space="preserve">[19:11] </w:t>
      </w:r>
      <w:r>
        <w:t>aur hum ko peace ke ghar mein dakhil farma.</w:t>
      </w:r>
    </w:p>
    <w:p>
      <w:pPr>
        <w:jc w:val="right"/>
      </w:pPr>
      <w:r>
        <w:t>اور ہم کو پیس کے گھر میں داخل فرما۔</w:t>
      </w:r>
    </w:p>
    <w:p>
      <w:r>
        <w:rPr>
          <w:b/>
        </w:rPr>
        <w:t xml:space="preserve">[19:16] </w:t>
      </w:r>
      <w:r>
        <w:t>dekhiye, jannat ko quran mein kaha gaya hai peace ka ghar.</w:t>
      </w:r>
    </w:p>
    <w:p>
      <w:pPr>
        <w:jc w:val="right"/>
      </w:pPr>
      <w:r>
        <w:t>دیکھیے، جنت کو قرآن میں کہا گیا ہے پیس کا گھر۔</w:t>
      </w:r>
    </w:p>
    <w:p>
      <w:r>
        <w:rPr>
          <w:b/>
        </w:rPr>
        <w:t xml:space="preserve">[19:21] </w:t>
      </w:r>
      <w:r>
        <w:t>wal laahu yad'u ila daris salam And God calls to the home of peace.</w:t>
      </w:r>
    </w:p>
    <w:p>
      <w:pPr>
        <w:jc w:val="right"/>
      </w:pPr>
      <w:r>
        <w:t>وَاللّٰهُ يَدُعُ إِلَى دَارِ السَّلَامِ And God calls to the home of peace.</w:t>
      </w:r>
    </w:p>
    <w:p>
      <w:r>
        <w:rPr>
          <w:b/>
        </w:rPr>
        <w:t xml:space="preserve">[19:26] </w:t>
      </w:r>
      <w:r>
        <w:t>is ayat mein home of peace se murad hai jannat, paradise.</w:t>
      </w:r>
    </w:p>
    <w:p>
      <w:pPr>
        <w:jc w:val="right"/>
      </w:pPr>
      <w:r>
        <w:t>اس آیت میں home of peace سے مراد ہے جنت، paradise.</w:t>
      </w:r>
    </w:p>
    <w:p>
      <w:r>
        <w:rPr>
          <w:b/>
        </w:rPr>
        <w:t xml:space="preserve">[19:31] </w:t>
      </w:r>
      <w:r>
        <w:t>khuda ke nazdeek jo ideal place hai rehne ke liye, woh peaceful place hai.</w:t>
      </w:r>
    </w:p>
    <w:p>
      <w:pPr>
        <w:jc w:val="right"/>
      </w:pPr>
      <w:r>
        <w:t>خدا کے نزدیک جو ideal place ہے رہنے کے لیے، وہ peaceful place ہے۔</w:t>
      </w:r>
    </w:p>
    <w:p>
      <w:r>
        <w:rPr>
          <w:b/>
        </w:rPr>
        <w:t xml:space="preserve">[19:39] </w:t>
      </w:r>
      <w:r>
        <w:t>jannat ko depict kiya gaya hai ideal place ke taur par quran mein.</w:t>
      </w:r>
    </w:p>
    <w:p>
      <w:pPr>
        <w:jc w:val="right"/>
      </w:pPr>
      <w:r>
        <w:t>جنت کو depict کیا گیا ہے ideal place کے طور پر قرآن میں۔</w:t>
      </w:r>
    </w:p>
    <w:p>
      <w:r>
        <w:rPr>
          <w:b/>
        </w:rPr>
        <w:t xml:space="preserve">[19:47] </w:t>
      </w:r>
      <w:r>
        <w:t>ab jannat ka naam rakha khuda ne darussalam, home of peace.</w:t>
      </w:r>
    </w:p>
    <w:p>
      <w:pPr>
        <w:jc w:val="right"/>
      </w:pPr>
      <w:r>
        <w:t>اب جنت کا نام رکھا خدا نے دارالسلام، home of peace۔</w:t>
      </w:r>
    </w:p>
    <w:p>
      <w:r>
        <w:rPr>
          <w:b/>
        </w:rPr>
        <w:t xml:space="preserve">[19:56] </w:t>
      </w:r>
      <w:r>
        <w:t>is se yeh baat apne aap nikli ke peaceful situation khuda ke nazdeek ideal situation hai.</w:t>
      </w:r>
    </w:p>
    <w:p>
      <w:pPr>
        <w:jc w:val="right"/>
      </w:pPr>
      <w:r>
        <w:t>اس سے یہ بات اپنے آپ نکلی کہ peaceful situation خدا کے نزدیک ideal situation ہے۔</w:t>
      </w:r>
    </w:p>
    <w:p>
      <w:r>
        <w:rPr>
          <w:b/>
        </w:rPr>
        <w:t xml:space="preserve">[20:04] </w:t>
      </w:r>
      <w:r>
        <w:t>to yeh aap ki zabaan se nikla us waqt yeh kalma jab ke aap ne kaba ko dekha.</w:t>
      </w:r>
    </w:p>
    <w:p>
      <w:pPr>
        <w:jc w:val="right"/>
      </w:pPr>
      <w:r>
        <w:t>تو یہ آپ کی زبان سے نکلا اس وقت یہ کلمہ جب کہ آپ نے کعبہ کو دیکھا۔</w:t>
      </w:r>
    </w:p>
    <w:p>
      <w:r>
        <w:rPr>
          <w:b/>
        </w:rPr>
        <w:t xml:space="preserve">[20:11] </w:t>
      </w:r>
      <w:r>
        <w:t>phir dekhiye, kaba ke tawaf ke baad haji ko karna hota hai safa aur marwa ke darmiyan saya.</w:t>
      </w:r>
    </w:p>
    <w:p>
      <w:pPr>
        <w:jc w:val="right"/>
      </w:pPr>
      <w:r>
        <w:t>پھر دیکھیے، کعبہ کے طواف کے بعد حاجی کو کرنا ہوتا ہے صفا اور مروہ کے درمیان سایہ۔</w:t>
      </w:r>
    </w:p>
    <w:p>
      <w:r>
        <w:rPr>
          <w:b/>
        </w:rPr>
        <w:t xml:space="preserve">[20:19] </w:t>
      </w:r>
      <w:r>
        <w:t>saya bayn as-safa wal marwa aap jante hain ke safa aur marwa do pahadiyan hain.</w:t>
      </w:r>
    </w:p>
    <w:p>
      <w:pPr>
        <w:jc w:val="right"/>
      </w:pPr>
      <w:r>
        <w:t>سَايَة بَيْنَ الصَّفَا وَالْمَرْوَى آپ جانتے ہیں کہ صفا اور مروہ دو پہاڑیاں ہیں۔</w:t>
      </w:r>
    </w:p>
    <w:p>
      <w:r>
        <w:rPr>
          <w:b/>
        </w:rPr>
        <w:t xml:space="preserve">[20:26] </w:t>
      </w:r>
      <w:r>
        <w:t>choti choti pahariyan.</w:t>
      </w:r>
    </w:p>
    <w:p>
      <w:pPr>
        <w:jc w:val="right"/>
      </w:pPr>
      <w:r>
        <w:t>چھوٹی چھوٹی پہاڑیاں۔</w:t>
      </w:r>
    </w:p>
    <w:p>
      <w:r>
        <w:rPr>
          <w:b/>
        </w:rPr>
        <w:t xml:space="preserve">[20:34] </w:t>
      </w:r>
      <w:r>
        <w:t>to yahan ek tareekh is se juri hui hai, ek history juri hui hai is se.</w:t>
      </w:r>
    </w:p>
    <w:p>
      <w:pPr>
        <w:jc w:val="right"/>
      </w:pPr>
      <w:r>
        <w:t>تو یہاں ایک تاریخ اس سے جڑی ہوئی ہے، ایک history جڑی ہوئی ہے اس سے۔</w:t>
      </w:r>
    </w:p>
    <w:p>
      <w:r>
        <w:rPr>
          <w:b/>
        </w:rPr>
        <w:t xml:space="preserve">[20:38] </w:t>
      </w:r>
      <w:r>
        <w:t>kyunke hazrat ibrahim jab wahan aaye, us waqt desert tha wahan par.</w:t>
      </w:r>
    </w:p>
    <w:p>
      <w:pPr>
        <w:jc w:val="right"/>
      </w:pPr>
      <w:r>
        <w:t>کیونکہ حضرت ابراہیم جب وہاں آئے، اس وقت desert تھا وہاں پر۔</w:t>
      </w:r>
    </w:p>
    <w:p>
      <w:r>
        <w:rPr>
          <w:b/>
        </w:rPr>
        <w:t xml:space="preserve">[20:42] </w:t>
      </w:r>
      <w:r>
        <w:t>aap ne apni biwi hajra, apne chhote bache ismail ko wahan basa diya.</w:t>
      </w:r>
    </w:p>
    <w:p>
      <w:pPr>
        <w:jc w:val="right"/>
      </w:pPr>
      <w:r>
        <w:t>آپ نے اپنی بیوی ہاجرہ، اپنے چھوٹے بچے اسماعیل کو وہاں بسا دیا۔</w:t>
      </w:r>
    </w:p>
    <w:p>
      <w:r>
        <w:rPr>
          <w:b/>
        </w:rPr>
        <w:t xml:space="preserve">[20:47] </w:t>
      </w:r>
      <w:r>
        <w:t>is desert mein.</w:t>
      </w:r>
    </w:p>
    <w:p>
      <w:pPr>
        <w:jc w:val="right"/>
      </w:pPr>
      <w:r>
        <w:t>اس desert میں۔</w:t>
      </w:r>
    </w:p>
    <w:p>
      <w:r>
        <w:rPr>
          <w:b/>
        </w:rPr>
        <w:t xml:space="preserve">[20:51] </w:t>
      </w:r>
      <w:r>
        <w:t>to thoda sa pani mashq mein rakha hua tha aap ke paas, wo khatm ho gaya.</w:t>
      </w:r>
    </w:p>
    <w:p>
      <w:pPr>
        <w:jc w:val="right"/>
      </w:pPr>
      <w:r>
        <w:t>تو تھوڑا سا پانی مشق میں رکھا ہوا تھا آپ کے پاس، وہ ختم ہو گیا۔</w:t>
      </w:r>
    </w:p>
    <w:p>
      <w:r>
        <w:rPr>
          <w:b/>
        </w:rPr>
        <w:t xml:space="preserve">[20:55] </w:t>
      </w:r>
      <w:r>
        <w:t>to pani ki talash mein aap daudi.</w:t>
      </w:r>
    </w:p>
    <w:p>
      <w:pPr>
        <w:jc w:val="right"/>
      </w:pPr>
      <w:r>
        <w:t>تو پانی کی تلاش میں آپ دوڑی۔</w:t>
      </w:r>
    </w:p>
    <w:p>
      <w:r>
        <w:rPr>
          <w:b/>
        </w:rPr>
        <w:t xml:space="preserve">[21:00] </w:t>
      </w:r>
      <w:r>
        <w:t>matlab is pahari</w:t>
      </w:r>
    </w:p>
    <w:p>
      <w:pPr>
        <w:jc w:val="right"/>
      </w:pPr>
      <w:r>
        <w:t>مطلب اس پہاڑی</w:t>
      </w:r>
    </w:p>
    <w:p>
      <w:r>
        <w:rPr>
          <w:b/>
        </w:rPr>
        <w:t xml:space="preserve">[21:04] </w:t>
      </w:r>
      <w:r>
        <w:t>par khari ho kar ke dekha aap ne charon taraf.</w:t>
      </w:r>
    </w:p>
    <w:p>
      <w:pPr>
        <w:jc w:val="right"/>
      </w:pPr>
      <w:r>
        <w:t>پر کھڑی ہو کر کے دیکھا آپ نے چاروں طرف۔</w:t>
      </w:r>
    </w:p>
    <w:p>
      <w:r>
        <w:rPr>
          <w:b/>
        </w:rPr>
        <w:t xml:space="preserve">[21:08] </w:t>
      </w:r>
      <w:r>
        <w:t>kahin koi hai pani ki nishani? kahin koi hai insan? kahin koi hai chashma? to ja kar wahan</w:t>
      </w:r>
    </w:p>
    <w:p>
      <w:pPr>
        <w:jc w:val="right"/>
      </w:pPr>
      <w:r>
        <w:t>کہیں کوئی ہے پانی کی نشانی؟ کہیں کوئی ہے انسان؟ کہیں کوئی ہے چشمہ؟ تو جا کر وہاں</w:t>
      </w:r>
    </w:p>
    <w:p>
      <w:r>
        <w:rPr>
          <w:b/>
        </w:rPr>
        <w:t xml:space="preserve">[21:12] </w:t>
      </w:r>
      <w:r>
        <w:t>se pani laen.</w:t>
      </w:r>
    </w:p>
    <w:p>
      <w:pPr>
        <w:jc w:val="right"/>
      </w:pPr>
      <w:r>
        <w:t>سے پانی لائیں۔</w:t>
      </w:r>
    </w:p>
    <w:p>
      <w:r>
        <w:rPr>
          <w:b/>
        </w:rPr>
        <w:t xml:space="preserve">[21:15] </w:t>
      </w:r>
      <w:r>
        <w:t>is ke liye saat bar wo daudi.</w:t>
      </w:r>
    </w:p>
    <w:p>
      <w:pPr>
        <w:jc w:val="right"/>
      </w:pPr>
      <w:r>
        <w:t>اس کے لیے سات بار وہ دوڑی۔</w:t>
      </w:r>
    </w:p>
    <w:p>
      <w:r>
        <w:rPr>
          <w:b/>
        </w:rPr>
        <w:t xml:space="preserve">[21:19] </w:t>
      </w:r>
      <w:r>
        <w:t>kabhi is pahari par, kabhi is pahari par.</w:t>
      </w:r>
    </w:p>
    <w:p>
      <w:pPr>
        <w:jc w:val="right"/>
      </w:pPr>
      <w:r>
        <w:t>کبھی اس پہاڑی پر، کبھی اس پہاڑی پر۔</w:t>
      </w:r>
    </w:p>
    <w:p>
      <w:r>
        <w:rPr>
          <w:b/>
        </w:rPr>
        <w:t xml:space="preserve">[21:23] </w:t>
      </w:r>
      <w:r>
        <w:t>chadh kar dekhti.</w:t>
      </w:r>
    </w:p>
    <w:p>
      <w:pPr>
        <w:jc w:val="right"/>
      </w:pPr>
      <w:r>
        <w:t>چڑھ کر دیکھتی۔</w:t>
      </w:r>
    </w:p>
    <w:p>
      <w:r>
        <w:rPr>
          <w:b/>
        </w:rPr>
        <w:t xml:space="preserve">[21:27] </w:t>
      </w:r>
      <w:r>
        <w:t>taake bache ke liye, apne liye pani hasil karen.</w:t>
      </w:r>
    </w:p>
    <w:p>
      <w:pPr>
        <w:jc w:val="right"/>
      </w:pPr>
      <w:r>
        <w:t>تاکہ بچے کے لیے، اپنے لیے پانی حاصل کریں۔</w:t>
      </w:r>
    </w:p>
    <w:p>
      <w:r>
        <w:rPr>
          <w:b/>
        </w:rPr>
        <w:t xml:space="preserve">[21:31] </w:t>
      </w:r>
      <w:r>
        <w:t>to is yeh jo</w:t>
      </w:r>
    </w:p>
    <w:p>
      <w:pPr>
        <w:jc w:val="right"/>
      </w:pPr>
      <w:r>
        <w:t>تو اس یہ جو</w:t>
      </w:r>
    </w:p>
    <w:p>
      <w:r>
        <w:rPr>
          <w:b/>
        </w:rPr>
        <w:t xml:space="preserve">[21:35] </w:t>
      </w:r>
      <w:r>
        <w:t>hua, yeh ek history bani wahan par. history is baat ki ke khuda ke liye aadmi daud dhoop kare. khuda ke liye aadmi saaya kare. khuda ke liye aadmi struggle kare. to safa aur marwa ka yeh waqea khuda ke liye is struggle ki ek alamat hai. is struggle ko ko symbolize kar raha hai. saaya bayn al-safa wa al-mar</w:t>
      </w:r>
    </w:p>
    <w:p>
      <w:pPr>
        <w:jc w:val="right"/>
      </w:pPr>
      <w:r>
        <w:t>ہوا، یہ ایک history بنی وہاں پر۔ history اس بات کی کہ خدا کے لیے آدمی دوڑ دھوپ کرے۔ خدا کے لیے آدمی سایہ کرے۔ خدا کے لیے آدمی struggle کرے۔ تو صفا اور مروہ کا یہ واقعہ خدا کے لیے اس struggle کی ایک علامت ہے۔ اس struggle کو کو symbolize کر رہا ہے۔ سَايَة بَيْنَ الصَّفَا وَالْمَر</w:t>
      </w:r>
    </w:p>
    <w:p>
      <w:r>
        <w:rPr>
          <w:b/>
        </w:rPr>
        <w:t xml:space="preserve">[22:05] </w:t>
      </w:r>
      <w:r>
        <w:t>vvy jo hai, wo symbolize kar raha hai khuda ke mission ke liye daud dhop karna.</w:t>
      </w:r>
    </w:p>
    <w:p>
      <w:pPr>
        <w:jc w:val="right"/>
      </w:pPr>
      <w:r>
        <w:t>ْوَى جو ہے، وہ symbolize کر رہا ہے خدا کے mission کے لیے دوڑ دھوپ کرنا۔</w:t>
      </w:r>
    </w:p>
    <w:p>
      <w:r>
        <w:rPr>
          <w:b/>
        </w:rPr>
        <w:t xml:space="preserve">[22:11] </w:t>
      </w:r>
      <w:r>
        <w:t>khuda ke mission ke liye struggle karna is ko.</w:t>
      </w:r>
    </w:p>
    <w:p>
      <w:pPr>
        <w:jc w:val="right"/>
      </w:pPr>
      <w:r>
        <w:t>خدا کے mission کے لیے struggle کرنا اس کو۔</w:t>
      </w:r>
    </w:p>
    <w:p>
      <w:r>
        <w:rPr>
          <w:b/>
        </w:rPr>
        <w:t xml:space="preserve">[22:17] </w:t>
      </w:r>
      <w:r>
        <w:t>to yahan par haji saat bar safa aur marwa ke darmiyan saya karta hai.</w:t>
      </w:r>
    </w:p>
    <w:p>
      <w:pPr>
        <w:jc w:val="right"/>
      </w:pPr>
      <w:r>
        <w:t>تو یہاں پر حاجی سات بار صفا اور مروہ کے درمیان سایہ کرتا ہے۔</w:t>
      </w:r>
    </w:p>
    <w:p>
      <w:r>
        <w:rPr>
          <w:b/>
        </w:rPr>
        <w:t xml:space="preserve">[22:23] </w:t>
      </w:r>
      <w:r>
        <w:t>to yahan par goya ke hajra ke footstep par chalta hai wo.</w:t>
      </w:r>
    </w:p>
    <w:p>
      <w:pPr>
        <w:jc w:val="right"/>
      </w:pPr>
      <w:r>
        <w:t>تو یہاں پر گویا کہ ہاجرہ کے footstep پر چلتا ہے وہ۔</w:t>
      </w:r>
    </w:p>
    <w:p>
      <w:r>
        <w:rPr>
          <w:b/>
        </w:rPr>
        <w:t xml:space="preserve">[22:29] </w:t>
      </w:r>
      <w:r>
        <w:t>hajra ke footstep par chalta hai.</w:t>
      </w:r>
    </w:p>
    <w:p>
      <w:pPr>
        <w:jc w:val="right"/>
      </w:pPr>
      <w:r>
        <w:t>ہاجرہ کے footstep پر چلتا ہے۔</w:t>
      </w:r>
    </w:p>
    <w:p>
      <w:r>
        <w:rPr>
          <w:b/>
        </w:rPr>
        <w:t xml:space="preserve">[22:35] </w:t>
      </w:r>
      <w:r>
        <w:t>hajra wahan par symbol ban gayeen khuda ke liye apne aap ko dedicate karne ki.</w:t>
      </w:r>
    </w:p>
    <w:p>
      <w:pPr>
        <w:jc w:val="right"/>
      </w:pPr>
      <w:r>
        <w:t>ہاجرہ وہاں پر symbol بن گئیں خدا کے لیے اپنے آپ کو dedicate کرنے کی۔</w:t>
      </w:r>
    </w:p>
    <w:p>
      <w:r>
        <w:rPr>
          <w:b/>
        </w:rPr>
        <w:t xml:space="preserve">[22:40] </w:t>
      </w:r>
      <w:r>
        <w:t>khuda ki rah mein apne aap ko laga dene ki.</w:t>
      </w:r>
    </w:p>
    <w:p>
      <w:pPr>
        <w:jc w:val="right"/>
      </w:pPr>
      <w:r>
        <w:t>خدا کی راہ میں اپنے آپ کو لگا دینے کی۔</w:t>
      </w:r>
    </w:p>
    <w:p>
      <w:r>
        <w:rPr>
          <w:b/>
        </w:rPr>
        <w:t xml:space="preserve">[22:45] </w:t>
      </w:r>
      <w:r>
        <w:t>jisko hindi mein kehte hain superpan kar dena.</w:t>
      </w:r>
    </w:p>
    <w:p>
      <w:pPr>
        <w:jc w:val="right"/>
      </w:pPr>
      <w:r>
        <w:t>جس کو ہندی میں کہتے ہیں سپرپن کر دینا۔</w:t>
      </w:r>
    </w:p>
    <w:p>
      <w:r>
        <w:rPr>
          <w:b/>
        </w:rPr>
        <w:t xml:space="preserve">[22:50] </w:t>
      </w:r>
      <w:r>
        <w:t>to unhon ne apne aap ko khuda ke liye de diya.</w:t>
      </w:r>
    </w:p>
    <w:p>
      <w:pPr>
        <w:jc w:val="right"/>
      </w:pPr>
      <w:r>
        <w:t>تو انہوں نے اپنے آپ کو خدا کے لیے دے دیا۔</w:t>
      </w:r>
    </w:p>
    <w:p>
      <w:r>
        <w:rPr>
          <w:b/>
        </w:rPr>
        <w:t xml:space="preserve">[22:55] </w:t>
      </w:r>
      <w:r>
        <w:t>to is ki aik symbol ban gayeen Hajra.</w:t>
      </w:r>
    </w:p>
    <w:p>
      <w:pPr>
        <w:jc w:val="right"/>
      </w:pPr>
      <w:r>
        <w:t>تو اس کی ایک symbol بن گئیں ہاجرہ۔</w:t>
      </w:r>
    </w:p>
    <w:p>
      <w:r>
        <w:rPr>
          <w:b/>
        </w:rPr>
        <w:t xml:space="preserve">[23:00] </w:t>
      </w:r>
      <w:r>
        <w:t>تو ہاجرہ کے footsteps پر جب آپ چلتے ہیں تو گویا کہ آپ یہ pl</w:t>
      </w:r>
    </w:p>
    <w:p>
      <w:pPr>
        <w:jc w:val="right"/>
      </w:pPr>
      <w:r>
        <w:t>تو ہاجرہ کے footstep پر جب آپ چلتے ہیں تو گویا کہ آپ یہ pl</w:t>
      </w:r>
    </w:p>
    <w:p>
      <w:r>
        <w:rPr>
          <w:b/>
        </w:rPr>
        <w:t xml:space="preserve">[23:06] </w:t>
      </w:r>
      <w:r>
        <w:t>edge le le rahe hote hain ke main bhi apne aap ko isi tareeqe se dedicate karunga. yani ek khuda ke makhlooq ne, khuda ki paida ki hui rooh ne yahan par apne aap ko khuda ke liye waqf kiya. khuda ke raste mein apne aap ko daal diya. apni zaati zarooraton ko bilkul hi nazar andaz kar ke khuda ki taraf</w:t>
      </w:r>
    </w:p>
    <w:p>
      <w:pPr>
        <w:jc w:val="right"/>
      </w:pPr>
      <w:r>
        <w:t>edge لے لے رہے ہوتے ہیں کہ میں بھی اپنے آپ کو اسی طریقے سے dedicate کروں گا۔ یعنی ایک خدا کے مخلوق نے، خدا کی پیدا کی ہوئی روح نے یہاں پر اپنے آپ کو خدا کے لیے وقف کیا۔ خدا کے راستے میں اپنے آپ کو ڈال دیا۔ اپنی ذاتی ضرورتوں کو بالکل ہی نظر انداز کر کے خدا کی طرف</w:t>
      </w:r>
    </w:p>
    <w:p>
      <w:r>
        <w:rPr>
          <w:b/>
        </w:rPr>
        <w:t xml:space="preserve">[23:36] </w:t>
      </w:r>
      <w:r>
        <w:t>dor para aik rooh.</w:t>
      </w:r>
    </w:p>
    <w:p>
      <w:pPr>
        <w:jc w:val="right"/>
      </w:pPr>
      <w:r>
        <w:t>دوڑ پڑا ایک روح۔</w:t>
      </w:r>
    </w:p>
    <w:p>
      <w:r>
        <w:rPr>
          <w:b/>
        </w:rPr>
        <w:t xml:space="preserve">[23:41] </w:t>
      </w:r>
      <w:r>
        <w:t>to is ke footstep par chalte hain aap wahan par.</w:t>
      </w:r>
    </w:p>
    <w:p>
      <w:pPr>
        <w:jc w:val="right"/>
      </w:pPr>
      <w:r>
        <w:t>تو اس کے footstep پر چلتے ہیں آپ وہاں پر۔</w:t>
      </w:r>
    </w:p>
    <w:p>
      <w:r>
        <w:rPr>
          <w:b/>
        </w:rPr>
        <w:t xml:space="preserve">[23:46] </w:t>
      </w:r>
      <w:r>
        <w:t>تو گویا کہ آپ اس کے footsteps پر چل کر کے، دوڑ کر کے عملی طور پر یہ</w:t>
      </w:r>
    </w:p>
    <w:p>
      <w:pPr>
        <w:jc w:val="right"/>
      </w:pPr>
      <w:r>
        <w:t>تو گویا کہ آپ اس کے footstep پر چل کر کے، دوڑ کر کے عملی طور پر یہ</w:t>
      </w:r>
    </w:p>
    <w:p>
      <w:r>
        <w:rPr>
          <w:b/>
        </w:rPr>
        <w:t xml:space="preserve">[23:51] </w:t>
      </w:r>
      <w:r>
        <w:t>pledge lete hain ke main bhi isi tarah apne aap ko Khuda ke liye waqf karunga.</w:t>
      </w:r>
    </w:p>
    <w:p>
      <w:pPr>
        <w:jc w:val="right"/>
      </w:pPr>
      <w:r>
        <w:t>pledge لیتے ہیں کہ میں بھی اسی طرح اپنے آپ کو خدا کے لیے وقف کروں گا۔</w:t>
      </w:r>
    </w:p>
    <w:p>
      <w:r>
        <w:rPr>
          <w:b/>
        </w:rPr>
        <w:t xml:space="preserve">[23:56] </w:t>
      </w:r>
      <w:r>
        <w:t>main bhi isi tarah is apne aap ko Khuda ke liye rastay mein de dunga.</w:t>
      </w:r>
    </w:p>
    <w:p>
      <w:pPr>
        <w:jc w:val="right"/>
      </w:pPr>
      <w:r>
        <w:t>میں بھی اسی طرح اس اپنے آپ کو خدا کے لیے راستے میں دے دوں گا۔</w:t>
      </w:r>
    </w:p>
    <w:p>
      <w:r>
        <w:rPr>
          <w:b/>
        </w:rPr>
        <w:t xml:space="preserve">[24:01] </w:t>
      </w:r>
      <w:r>
        <w:t>yeh hai Safa aur Marwa ke darmiyan</w:t>
      </w:r>
    </w:p>
    <w:p>
      <w:pPr>
        <w:jc w:val="right"/>
      </w:pPr>
      <w:r>
        <w:t>یہ ہے صفا اور مروہ کے درمیان</w:t>
      </w:r>
    </w:p>
    <w:p>
      <w:r>
        <w:rPr>
          <w:b/>
        </w:rPr>
        <w:t xml:space="preserve">[24:06] </w:t>
      </w:r>
      <w:r>
        <w:t>saya ka yani paigham, message.</w:t>
      </w:r>
    </w:p>
    <w:p>
      <w:pPr>
        <w:jc w:val="right"/>
      </w:pPr>
      <w:r>
        <w:t>سایہ کا یعنی پیغام، message۔</w:t>
      </w:r>
    </w:p>
    <w:p>
      <w:r>
        <w:rPr>
          <w:b/>
        </w:rPr>
        <w:t xml:space="preserve">[24:11] </w:t>
      </w:r>
      <w:r>
        <w:t>is ka lesson.</w:t>
      </w:r>
    </w:p>
    <w:p>
      <w:pPr>
        <w:jc w:val="right"/>
      </w:pPr>
      <w:r>
        <w:t>اس کا lesson۔</w:t>
      </w:r>
    </w:p>
    <w:p>
      <w:r>
        <w:rPr>
          <w:b/>
        </w:rPr>
        <w:t xml:space="preserve">[24:16] </w:t>
      </w:r>
      <w:r>
        <w:t>is tarah se aap dekhiye, aap jab pohanche Muzdalifah mein aur wahan par jo Hajj ke manasik hain</w:t>
      </w:r>
    </w:p>
    <w:p>
      <w:pPr>
        <w:jc w:val="right"/>
      </w:pPr>
      <w:r>
        <w:t>اس طرح سے آپ دیکھیے، آپ جب پہنچے مزدلفہ میں اور وہاں پر جو حج کے مناسک ہیں</w:t>
      </w:r>
    </w:p>
    <w:p>
      <w:r>
        <w:rPr>
          <w:b/>
        </w:rPr>
        <w:t xml:space="preserve">[24:21] </w:t>
      </w:r>
      <w:r>
        <w:t>wo ada kiya aap ne.</w:t>
      </w:r>
    </w:p>
    <w:p>
      <w:pPr>
        <w:jc w:val="right"/>
      </w:pPr>
      <w:r>
        <w:t>وہ ادا کیا آپ نے۔</w:t>
      </w:r>
    </w:p>
    <w:p>
      <w:r>
        <w:rPr>
          <w:b/>
        </w:rPr>
        <w:t xml:space="preserve">[24:26] </w:t>
      </w:r>
      <w:r>
        <w:t>to aage jab barhe to us waqt aap ke pas Sahaba ki bohat bari tadad thi.</w:t>
      </w:r>
    </w:p>
    <w:p>
      <w:pPr>
        <w:jc w:val="right"/>
      </w:pPr>
      <w:r>
        <w:t>تو آگے جب بڑھے تو اس وقت آپ کے پاس صحابہ کی بہت بڑی تعداد تھی۔</w:t>
      </w:r>
    </w:p>
    <w:p>
      <w:r>
        <w:rPr>
          <w:b/>
        </w:rPr>
        <w:t xml:space="preserve">[24:31] </w:t>
      </w:r>
      <w:r>
        <w:t>aik lakh se ziyada</w:t>
      </w:r>
    </w:p>
    <w:p>
      <w:pPr>
        <w:jc w:val="right"/>
      </w:pPr>
      <w:r>
        <w:t>ایک لاکھ سے زیادہ</w:t>
      </w:r>
    </w:p>
    <w:p>
      <w:r>
        <w:rPr>
          <w:b/>
        </w:rPr>
        <w:t xml:space="preserve">[24:36] </w:t>
      </w:r>
      <w:r>
        <w:t>log the aap ke sath. sau lakh se zyada the aap ke sath log. to aap ne kya kiya ke to is waqt kya hua ke sahaba bahut tez tez chalne lage. tez tez. to aap ne jab dekha aap oont par sawar the. oont par se aap ne logon ko awaz di ke ae logon! aah</w:t>
      </w:r>
    </w:p>
    <w:p>
      <w:pPr>
        <w:jc w:val="right"/>
      </w:pPr>
      <w:r>
        <w:t>لوگ تھے آپ کے ساتھ۔ سو لاکھ سے زیادہ تھے آپ کے ساتھ لوگ۔ تو آپ نے کیا کیا کہ تو اس وقت کیا ہوا کہ صحابہ بہت تیز تیز چلنے لگے۔ تیز تیز۔ تو آپ نے جب دیکھا آپ اونٹ پر سوار تھے۔ اونٹ پر سے آپ نے لوگوں کو آواز دی کہ اے لوگوں! آہ</w:t>
      </w:r>
    </w:p>
    <w:p>
      <w:r>
        <w:rPr>
          <w:b/>
        </w:rPr>
        <w:t xml:space="preserve">[25:06] </w:t>
      </w:r>
      <w:r>
        <w:t>ista chalo. ahista chalo. al-sakina al-sakina ayyuha al-nas al-sakina al-sakina ae logon! ahista chalo, ahista chalo. tez daudna yeh koi neki ki baat nahi hai. yani agar zaroorat ho tez daudne ki to aap tez daude. lekin jaldi ke liye to tez daudna koi</w:t>
      </w:r>
    </w:p>
    <w:p>
      <w:pPr>
        <w:jc w:val="right"/>
      </w:pPr>
      <w:r>
        <w:t>ستہ چلو۔ آہستہ چلو۔ السَّكِينَةَ السَّكِينَةَ أيها الناس السَّكِينَةَ السَّكِينَةَ اے لوگوں! آہستہ چلو، آہستہ چلو۔ تیز دوڑنا یہ کوئی نیکی کی بات نہیں ہے۔ یعنی اگر ضرورت ہو تیز دوڑنے کی تو آپ تیز دوڑیں۔ لیکن جلدی کے لیے تو تیز دوڑنا کوئی</w:t>
      </w:r>
    </w:p>
    <w:p>
      <w:r>
        <w:rPr>
          <w:b/>
        </w:rPr>
        <w:t xml:space="preserve">[25:36] </w:t>
      </w:r>
      <w:r>
        <w:t>acchi baat nahi hai.</w:t>
      </w:r>
    </w:p>
    <w:p>
      <w:pPr>
        <w:jc w:val="right"/>
      </w:pPr>
      <w:r>
        <w:t>اچھی بات نہیں ہے۔</w:t>
      </w:r>
    </w:p>
    <w:p>
      <w:r>
        <w:rPr>
          <w:b/>
        </w:rPr>
        <w:t xml:space="preserve">[25:40] </w:t>
      </w:r>
      <w:r>
        <w:t>e'تدال ke sath chalna chahiye aadmi ko, aahistagi ke sath chalna chahiye.</w:t>
      </w:r>
    </w:p>
    <w:p>
      <w:pPr>
        <w:jc w:val="right"/>
      </w:pPr>
      <w:r>
        <w:t>اعتدال کے ساتھ چلنا چاہیے آدمی کو، آہستگی کے ساتھ چلنا چاہیے۔</w:t>
      </w:r>
    </w:p>
    <w:p>
      <w:r>
        <w:rPr>
          <w:b/>
        </w:rPr>
        <w:t xml:space="preserve">[25:44] </w:t>
      </w:r>
      <w:r>
        <w:t>to aap ne farmaya ke ae logon!</w:t>
      </w:r>
    </w:p>
    <w:p>
      <w:pPr>
        <w:jc w:val="right"/>
      </w:pPr>
      <w:r>
        <w:t>تو آپ نے فرمایا کہ اے لوگوں!</w:t>
      </w:r>
    </w:p>
    <w:p>
      <w:r>
        <w:rPr>
          <w:b/>
        </w:rPr>
        <w:t xml:space="preserve">[25:49] </w:t>
      </w:r>
      <w:r>
        <w:t>aahistagi ke sath chalo.</w:t>
      </w:r>
    </w:p>
    <w:p>
      <w:pPr>
        <w:jc w:val="right"/>
      </w:pPr>
      <w:r>
        <w:t>آہستگی کے ساتھ چلو۔</w:t>
      </w:r>
    </w:p>
    <w:p>
      <w:r>
        <w:rPr>
          <w:b/>
        </w:rPr>
        <w:t xml:space="preserve">[25:53] </w:t>
      </w:r>
      <w:r>
        <w:t>tez dorna yeh koi neki ki baat nahi hai.</w:t>
      </w:r>
    </w:p>
    <w:p>
      <w:pPr>
        <w:jc w:val="right"/>
      </w:pPr>
      <w:r>
        <w:t>تیز دوڑنا یہ کوئی نیکی کی بات نہیں ہے۔</w:t>
      </w:r>
    </w:p>
    <w:p>
      <w:r>
        <w:rPr>
          <w:b/>
        </w:rPr>
        <w:t xml:space="preserve">[25:57] </w:t>
      </w:r>
      <w:r>
        <w:t>is se kya mila ke hamein apni zindagi mein yeh bhi aik sabak hai.</w:t>
      </w:r>
    </w:p>
    <w:p>
      <w:pPr>
        <w:jc w:val="right"/>
      </w:pPr>
      <w:r>
        <w:t>اس سے کیا ملا کہ ہمیں اپنی زندگی میں یہ بھی ایک سبق ہے۔</w:t>
      </w:r>
    </w:p>
    <w:p>
      <w:r>
        <w:rPr>
          <w:b/>
        </w:rPr>
        <w:t xml:space="preserve">[26:02] </w:t>
      </w:r>
      <w:r>
        <w:t>mukhtalif mamlaat pesh atay hain to log</w:t>
      </w:r>
    </w:p>
    <w:p>
      <w:pPr>
        <w:jc w:val="right"/>
      </w:pPr>
      <w:r>
        <w:t>مختلف معاملات پیش آتے ہیں تو لوگ</w:t>
      </w:r>
    </w:p>
    <w:p>
      <w:r>
        <w:rPr>
          <w:b/>
        </w:rPr>
        <w:t xml:space="preserve">[26:06] </w:t>
      </w:r>
      <w:r>
        <w:t>jald bazi karne lagte hain.</w:t>
      </w:r>
    </w:p>
    <w:p>
      <w:pPr>
        <w:jc w:val="right"/>
      </w:pPr>
      <w:r>
        <w:t>جلد بازی کرنے لگتے ہیں۔</w:t>
      </w:r>
    </w:p>
    <w:p>
      <w:r>
        <w:rPr>
          <w:b/>
        </w:rPr>
        <w:t xml:space="preserve">[26:10] </w:t>
      </w:r>
      <w:r>
        <w:t>ajlat mein par jatay hain.</w:t>
      </w:r>
    </w:p>
    <w:p>
      <w:pPr>
        <w:jc w:val="right"/>
      </w:pPr>
      <w:r>
        <w:t>عجلت میں پڑ جاتے ہیں۔</w:t>
      </w:r>
    </w:p>
    <w:p>
      <w:r>
        <w:rPr>
          <w:b/>
        </w:rPr>
        <w:t xml:space="preserve">[26:15] </w:t>
      </w:r>
      <w:r>
        <w:t>to ajlat karna yeh Islam mein nahi hai.</w:t>
      </w:r>
    </w:p>
    <w:p>
      <w:pPr>
        <w:jc w:val="right"/>
      </w:pPr>
      <w:r>
        <w:t>تو عجلت کرنا یہ اسلام میں نہیں ہے۔</w:t>
      </w:r>
    </w:p>
    <w:p>
      <w:r>
        <w:rPr>
          <w:b/>
        </w:rPr>
        <w:t xml:space="preserve">[26:20] </w:t>
      </w:r>
      <w:r>
        <w:t>jald bazi karna yeh Islam mein nahi hai.</w:t>
      </w:r>
    </w:p>
    <w:p>
      <w:pPr>
        <w:jc w:val="right"/>
      </w:pPr>
      <w:r>
        <w:t>جلد بازی کرنا یہ اسلام میں نہیں ہے۔</w:t>
      </w:r>
    </w:p>
    <w:p>
      <w:r>
        <w:rPr>
          <w:b/>
        </w:rPr>
        <w:t xml:space="preserve">[26:24] </w:t>
      </w:r>
      <w:r>
        <w:t>yeh Islam ki spirit ke khilaf hai ke aap jald bazi ke sath koi kaam karne lagen.</w:t>
      </w:r>
    </w:p>
    <w:p>
      <w:pPr>
        <w:jc w:val="right"/>
      </w:pPr>
      <w:r>
        <w:t>یہ اسلام کی spirit کے خلاف ہے کہ آپ جلد بازی کے ساتھ کوئی کام کرنے لگیں۔</w:t>
      </w:r>
    </w:p>
    <w:p>
      <w:r>
        <w:rPr>
          <w:b/>
        </w:rPr>
        <w:t xml:space="preserve">[26:29] </w:t>
      </w:r>
      <w:r>
        <w:t>kyun ke dekhiye, jald bazi se kaam bigarta hai.</w:t>
      </w:r>
    </w:p>
    <w:p>
      <w:pPr>
        <w:jc w:val="right"/>
      </w:pPr>
      <w:r>
        <w:t>کیونکہ دیکھیے، جلد بازی سے کام بگڑتا ہے۔</w:t>
      </w:r>
    </w:p>
    <w:p>
      <w:r>
        <w:rPr>
          <w:b/>
        </w:rPr>
        <w:t xml:space="preserve">[26:33] </w:t>
      </w:r>
      <w:r>
        <w:t>jald bazi se kaam bigadta hai.</w:t>
      </w:r>
    </w:p>
    <w:p>
      <w:pPr>
        <w:jc w:val="right"/>
      </w:pPr>
      <w:r>
        <w:t>جلد بازی سے کام بگڑتا ہے۔</w:t>
      </w:r>
    </w:p>
    <w:p>
      <w:r>
        <w:rPr>
          <w:b/>
        </w:rPr>
        <w:t xml:space="preserve">[26:38] </w:t>
      </w:r>
      <w:r>
        <w:t>jald bazi kar ke koi kaam banta nahi hai.</w:t>
      </w:r>
    </w:p>
    <w:p>
      <w:pPr>
        <w:jc w:val="right"/>
      </w:pPr>
      <w:r>
        <w:t>جلد بازی کر کے کوئی کام بنتا نہیں ہے۔</w:t>
      </w:r>
    </w:p>
    <w:p>
      <w:r>
        <w:rPr>
          <w:b/>
        </w:rPr>
        <w:t xml:space="preserve">[26:42] </w:t>
      </w:r>
      <w:r>
        <w:t>is tarah se dekhiye jab aap mini mein pohnchte hain.</w:t>
      </w:r>
    </w:p>
    <w:p>
      <w:pPr>
        <w:jc w:val="right"/>
      </w:pPr>
      <w:r>
        <w:t>اس طرح سے دیکھیے جب آپ منی میں پہنچتے ہیں۔</w:t>
      </w:r>
    </w:p>
    <w:p>
      <w:r>
        <w:rPr>
          <w:b/>
        </w:rPr>
        <w:t xml:space="preserve">[26:46] </w:t>
      </w:r>
      <w:r>
        <w:t>yani aap kaba ka tawaf kar chuke hote hain.</w:t>
      </w:r>
    </w:p>
    <w:p>
      <w:pPr>
        <w:jc w:val="right"/>
      </w:pPr>
      <w:r>
        <w:t>یعنی آپ کعبہ کا طواف کر چکے ہوتے ہیں۔</w:t>
      </w:r>
    </w:p>
    <w:p>
      <w:r>
        <w:rPr>
          <w:b/>
        </w:rPr>
        <w:t xml:space="preserve">[26:49] </w:t>
      </w:r>
      <w:r>
        <w:t>safa aur marwa ke darmiyan saya kar chuke hote hain.</w:t>
      </w:r>
    </w:p>
    <w:p>
      <w:pPr>
        <w:jc w:val="right"/>
      </w:pPr>
      <w:r>
        <w:t>صفا اور مروہ کے درمیان سایہ کر چکے ہوتے ہیں۔</w:t>
      </w:r>
    </w:p>
    <w:p>
      <w:r>
        <w:rPr>
          <w:b/>
        </w:rPr>
        <w:t xml:space="preserve">[26:53] </w:t>
      </w:r>
      <w:r>
        <w:t>aur kai munasik ada kar chuke hote hain.</w:t>
      </w:r>
    </w:p>
    <w:p>
      <w:pPr>
        <w:jc w:val="right"/>
      </w:pPr>
      <w:r>
        <w:t>اور کئی مناسب ادا کر چکے ہوتے ہیں۔</w:t>
      </w:r>
    </w:p>
    <w:p>
      <w:r>
        <w:rPr>
          <w:b/>
        </w:rPr>
        <w:t xml:space="preserve">[26:57] </w:t>
      </w:r>
      <w:r>
        <w:t>phir aap mini mein pohnchte hain.</w:t>
      </w:r>
    </w:p>
    <w:p>
      <w:pPr>
        <w:jc w:val="right"/>
      </w:pPr>
      <w:r>
        <w:t>پھر آپ منی میں پہنچتے ہیں۔</w:t>
      </w:r>
    </w:p>
    <w:p>
      <w:r>
        <w:rPr>
          <w:b/>
        </w:rPr>
        <w:t xml:space="preserve">[27:01] </w:t>
      </w:r>
      <w:r>
        <w:t>wahan aap thehrte hain.</w:t>
      </w:r>
    </w:p>
    <w:p>
      <w:pPr>
        <w:jc w:val="right"/>
      </w:pPr>
      <w:r>
        <w:t>وہاں آپ ٹھہرتے ہیں۔</w:t>
      </w:r>
    </w:p>
    <w:p>
      <w:r>
        <w:rPr>
          <w:b/>
        </w:rPr>
        <w:t xml:space="preserve">[27:04] </w:t>
      </w:r>
      <w:r>
        <w:t>to kai log aap ke paas aate hain aur woh kehte hain ke hum se</w:t>
      </w:r>
    </w:p>
    <w:p>
      <w:pPr>
        <w:jc w:val="right"/>
      </w:pPr>
      <w:r>
        <w:t>تو کئی لوگ آپ کے پاس آتے ہیں اور وہ کہتے ہیں کہ ہم سے</w:t>
      </w:r>
    </w:p>
    <w:p>
      <w:r>
        <w:rPr>
          <w:b/>
        </w:rPr>
        <w:t xml:space="preserve">[27:08] </w:t>
      </w:r>
      <w:r>
        <w:t>kuch bhool ho gayi hajj ke manasik, hajj ke manasik ada karne mein. maslan kisi ne kaha ke hum hum ne pehle safa aur marwa ke darmiyan saaya kar liya. aur tawaf baad ko kiya. is tarah ki kai cheezein. to aap ne farmaya ke af'al wa la haraj af'al wa la haraj. in sab logon ko jinhone taqdeem o taakhir ki ghalati ki thi. munasik ki ad</w:t>
      </w:r>
    </w:p>
    <w:p>
      <w:pPr>
        <w:jc w:val="right"/>
      </w:pPr>
      <w:r>
        <w:t>کچھ بھول ہو گئی حج کے مناسک، حج کے مناسک ادا کرنے میں۔ مثلاً کسی نے کہا کہ ہم ہم نے پہلے صفا اور مروہ کے درمیان سایہ کر لیا۔ اور طواف بعد کو کیا۔ اس طرح کی کئی چیزیں۔ تو آپ نے فرمایا کہ افعل ولا حرج افعل ولا حرج۔ ان سب لوگوں کو جنہوں نے تقدیم و تاخیر کی غلطی کی تھی۔ مناسب کی اد</w:t>
      </w:r>
    </w:p>
    <w:p>
      <w:r>
        <w:rPr>
          <w:b/>
        </w:rPr>
        <w:t xml:space="preserve">[27:38] </w:t>
      </w:r>
      <w:r>
        <w:t>aayegi mein jo bhool ho gayi thi. to sab se aap ne yeh kaha ke af'al wa la haraj af'al wa la haraj. kar lo, is mein koi haraj nahi. kar lo, is mein koi haraj nahi. haraj kis baat mein hai? ke tum kisi insan ko beizzati karo. sab se bada haraj yeh hai. kisi insan ko beizzati karna. is ke sath respectful</w:t>
      </w:r>
    </w:p>
    <w:p>
      <w:pPr>
        <w:jc w:val="right"/>
      </w:pPr>
      <w:r>
        <w:t>ائیگی میں جو بھول ہو گئی تھی۔ تو سب سے آپ نے یہ کہا کہ افعل ولا حرج افعل ولا حرج۔ کر لو، اس میں کوئی حرج نہیں۔ کر لو، اس میں کوئی حرج نہیں۔ حرج کس بات میں ہے؟ کہ تم کسی انسان کو بے عزت کرو۔ سب سے بڑا حرج یہ ہے۔ کسی انسان کو بے عزت کرنا۔ اس کے ساتھ respectful</w:t>
      </w:r>
    </w:p>
    <w:p>
      <w:r>
        <w:rPr>
          <w:b/>
        </w:rPr>
        <w:t xml:space="preserve">[28:08] </w:t>
      </w:r>
      <w:r>
        <w:t>manner, respectful طریقے سے پیش نہ آنا۔</w:t>
      </w:r>
    </w:p>
    <w:p>
      <w:pPr>
        <w:jc w:val="right"/>
      </w:pPr>
      <w:r>
        <w:t>manner، respectful طریقے سے پیش نہ آنا۔</w:t>
      </w:r>
    </w:p>
    <w:p>
      <w:r>
        <w:rPr>
          <w:b/>
        </w:rPr>
        <w:t xml:space="preserve">[28:12] </w:t>
      </w:r>
      <w:r>
        <w:t>har aadmi ki dekhiye ek dignity hai.</w:t>
      </w:r>
    </w:p>
    <w:p>
      <w:pPr>
        <w:jc w:val="right"/>
      </w:pPr>
      <w:r>
        <w:t>ہر آدمی کی دیکھیے ایک dignity ہے۔</w:t>
      </w:r>
    </w:p>
    <w:p>
      <w:r>
        <w:rPr>
          <w:b/>
        </w:rPr>
        <w:t xml:space="preserve">[28:16] </w:t>
      </w:r>
      <w:r>
        <w:t>har aadmi ka ek respect hai.</w:t>
      </w:r>
    </w:p>
    <w:p>
      <w:pPr>
        <w:jc w:val="right"/>
      </w:pPr>
      <w:r>
        <w:t>ہر آدمی کا ایک respect ہے۔</w:t>
      </w:r>
    </w:p>
    <w:p>
      <w:r>
        <w:rPr>
          <w:b/>
        </w:rPr>
        <w:t xml:space="preserve">[28:20] </w:t>
      </w:r>
      <w:r>
        <w:t>har aadmi ko ek izzat dena hai.</w:t>
      </w:r>
    </w:p>
    <w:p>
      <w:pPr>
        <w:jc w:val="right"/>
      </w:pPr>
      <w:r>
        <w:t>ہر آدمی کو ایک عزت دینا ہے۔</w:t>
      </w:r>
    </w:p>
    <w:p>
      <w:r>
        <w:rPr>
          <w:b/>
        </w:rPr>
        <w:t xml:space="preserve">[28:23] </w:t>
      </w:r>
      <w:r>
        <w:t>kyun ke aadmi khuda ka banaya hua hai.</w:t>
      </w:r>
    </w:p>
    <w:p>
      <w:pPr>
        <w:jc w:val="right"/>
      </w:pPr>
      <w:r>
        <w:t>کیونکہ آدمی خدا کا بنایا ہوا ہے۔</w:t>
      </w:r>
    </w:p>
    <w:p>
      <w:r>
        <w:rPr>
          <w:b/>
        </w:rPr>
        <w:t xml:space="preserve">[28:27] </w:t>
      </w:r>
      <w:r>
        <w:t>jo cheez khuda ne banai hui, khuda ki takhleeq ho.</w:t>
      </w:r>
    </w:p>
    <w:p>
      <w:pPr>
        <w:jc w:val="right"/>
      </w:pPr>
      <w:r>
        <w:t>جو چیز خدا نے بنائی ہوئی، خدا کی تخلیق ہو۔</w:t>
      </w:r>
    </w:p>
    <w:p>
      <w:r>
        <w:rPr>
          <w:b/>
        </w:rPr>
        <w:t xml:space="preserve">[28:31] </w:t>
      </w:r>
      <w:r>
        <w:t>to us ko izzat hi dena hai.</w:t>
      </w:r>
    </w:p>
    <w:p>
      <w:pPr>
        <w:jc w:val="right"/>
      </w:pPr>
      <w:r>
        <w:t>تو اس کو عزت ہی دینا ہے۔</w:t>
      </w:r>
    </w:p>
    <w:p>
      <w:r>
        <w:rPr>
          <w:b/>
        </w:rPr>
        <w:t xml:space="preserve">[28:35] </w:t>
      </w:r>
      <w:r>
        <w:t>to jab aap kisi insaan ko be izzat karte hain.</w:t>
      </w:r>
    </w:p>
    <w:p>
      <w:pPr>
        <w:jc w:val="right"/>
      </w:pPr>
      <w:r>
        <w:t>تو جب آپ کسی انسان کو بے عزت کرتے ہیں۔</w:t>
      </w:r>
    </w:p>
    <w:p>
      <w:r>
        <w:rPr>
          <w:b/>
        </w:rPr>
        <w:t xml:space="preserve">[28:38] </w:t>
      </w:r>
      <w:r>
        <w:t>to khuda ke qareeb, khuda ki takhleeq ko be izzat karte hain.</w:t>
      </w:r>
    </w:p>
    <w:p>
      <w:pPr>
        <w:jc w:val="right"/>
      </w:pPr>
      <w:r>
        <w:t>تو خدا کے قریب، خدا کی تخلیق کو بے عزت کرتے ہیں۔</w:t>
      </w:r>
    </w:p>
    <w:p>
      <w:r>
        <w:rPr>
          <w:b/>
        </w:rPr>
        <w:t xml:space="preserve">[28:43] </w:t>
      </w:r>
      <w:r>
        <w:t>khuda ki paida ki hui rooh ko be izzat karte hain.</w:t>
      </w:r>
    </w:p>
    <w:p>
      <w:pPr>
        <w:jc w:val="right"/>
      </w:pPr>
      <w:r>
        <w:t>خدا کی پیدا کی ہوئی روح کو بے عزت کرتے ہیں۔</w:t>
      </w:r>
    </w:p>
    <w:p>
      <w:r>
        <w:rPr>
          <w:b/>
        </w:rPr>
        <w:t xml:space="preserve">[28:47] </w:t>
      </w:r>
      <w:r>
        <w:t>aap dekhiye kitna zyada galat kaam hai yeh.</w:t>
      </w:r>
    </w:p>
    <w:p>
      <w:pPr>
        <w:jc w:val="right"/>
      </w:pPr>
      <w:r>
        <w:t>آپ دیکھیے کتنا زیادہ غلط کام ہے یہ۔</w:t>
      </w:r>
    </w:p>
    <w:p>
      <w:r>
        <w:rPr>
          <w:b/>
        </w:rPr>
        <w:t xml:space="preserve">[28:51] </w:t>
      </w:r>
      <w:r>
        <w:t>kitna bura kaam hai yeh.</w:t>
      </w:r>
    </w:p>
    <w:p>
      <w:pPr>
        <w:jc w:val="right"/>
      </w:pPr>
      <w:r>
        <w:t>کتنا برا کام ہے یہ۔</w:t>
      </w:r>
    </w:p>
    <w:p>
      <w:r>
        <w:rPr>
          <w:b/>
        </w:rPr>
        <w:t xml:space="preserve">[28:56] </w:t>
      </w:r>
      <w:r>
        <w:t>jis jis rooh ko khuda ne banaya.</w:t>
      </w:r>
    </w:p>
    <w:p>
      <w:pPr>
        <w:jc w:val="right"/>
      </w:pPr>
      <w:r>
        <w:t>جس جس روح کو خدا نے بنایا۔</w:t>
      </w:r>
    </w:p>
    <w:p>
      <w:r>
        <w:rPr>
          <w:b/>
        </w:rPr>
        <w:t xml:space="preserve">[29:00] </w:t>
      </w:r>
      <w:r>
        <w:t>woh har haal mein is qabil hai ke aap us ko izzat dein.</w:t>
      </w:r>
    </w:p>
    <w:p>
      <w:pPr>
        <w:jc w:val="right"/>
      </w:pPr>
      <w:r>
        <w:t>وہ ہر حال میں اس قابل ہے کہ آپ اس کو عزت دیں۔</w:t>
      </w:r>
    </w:p>
    <w:p>
      <w:r>
        <w:rPr>
          <w:b/>
        </w:rPr>
        <w:t xml:space="preserve">[29:04] </w:t>
      </w:r>
      <w:r>
        <w:t>har haal mein.</w:t>
      </w:r>
    </w:p>
    <w:p>
      <w:pPr>
        <w:jc w:val="right"/>
      </w:pPr>
      <w:r>
        <w:t>ہر حال میں۔</w:t>
      </w:r>
    </w:p>
    <w:p>
      <w:r>
        <w:rPr>
          <w:b/>
        </w:rPr>
        <w:t xml:space="preserve">[29:09] </w:t>
      </w:r>
      <w:r>
        <w:t>to aap ne farmaya ke afal wa la harj afal wa la harj.</w:t>
      </w:r>
    </w:p>
    <w:p>
      <w:pPr>
        <w:jc w:val="right"/>
      </w:pPr>
      <w:r>
        <w:t>تو آپ نے فرمایا کہ افعل ولا حرج افعل ولا حرج۔</w:t>
      </w:r>
    </w:p>
    <w:p>
      <w:r>
        <w:rPr>
          <w:b/>
        </w:rPr>
        <w:t xml:space="preserve">[29:13] </w:t>
      </w:r>
      <w:r>
        <w:t>munasik mein kuch farq ho jaye to is mein koi harj nahi hai. kar lo.</w:t>
      </w:r>
    </w:p>
    <w:p>
      <w:pPr>
        <w:jc w:val="right"/>
      </w:pPr>
      <w:r>
        <w:t>مناسک میں کچھ فرق ہو جائے تو اس میں کوئی حرج نہیں ہے۔ کر لو۔</w:t>
      </w:r>
    </w:p>
    <w:p>
      <w:r>
        <w:rPr>
          <w:b/>
        </w:rPr>
        <w:t xml:space="preserve">[29:17] </w:t>
      </w:r>
      <w:r>
        <w:t>sab se bari haraaj ki baat, sab se ziyada ghalat baat to yeh hai.</w:t>
      </w:r>
    </w:p>
    <w:p>
      <w:pPr>
        <w:jc w:val="right"/>
      </w:pPr>
      <w:r>
        <w:t>سب سے بڑی حرج کی بات، سب سے زیادہ غلط بات تو یہ ہے۔</w:t>
      </w:r>
    </w:p>
    <w:p>
      <w:r>
        <w:rPr>
          <w:b/>
        </w:rPr>
        <w:t xml:space="preserve">[29:22] </w:t>
      </w:r>
      <w:r>
        <w:t>tum insaan ko be-izzat karo.</w:t>
      </w:r>
    </w:p>
    <w:p>
      <w:pPr>
        <w:jc w:val="right"/>
      </w:pPr>
      <w:r>
        <w:t>تم انسان کو بے عزت کرو۔</w:t>
      </w:r>
    </w:p>
    <w:p>
      <w:r>
        <w:rPr>
          <w:b/>
        </w:rPr>
        <w:t xml:space="preserve">[29:26] </w:t>
      </w:r>
      <w:r>
        <w:t>insaan ko respect na do.</w:t>
      </w:r>
    </w:p>
    <w:p>
      <w:pPr>
        <w:jc w:val="right"/>
      </w:pPr>
      <w:r>
        <w:t>انسان کو respect نہ دو۔</w:t>
      </w:r>
    </w:p>
    <w:p>
      <w:r>
        <w:rPr>
          <w:b/>
        </w:rPr>
        <w:t xml:space="preserve">[29:31] </w:t>
      </w:r>
      <w:r>
        <w:t>yeh sab se bari baat hai.</w:t>
      </w:r>
    </w:p>
    <w:p>
      <w:pPr>
        <w:jc w:val="right"/>
      </w:pPr>
      <w:r>
        <w:t>یہ سب سے بڑی بات ہے۔</w:t>
      </w:r>
    </w:p>
    <w:p>
      <w:r>
        <w:rPr>
          <w:b/>
        </w:rPr>
        <w:t xml:space="preserve">[29:35] </w:t>
      </w:r>
      <w:r>
        <w:t>hota kya hai? ke agar kisi ke paas ziyada paisa hai to kam paise wale ko woh</w:t>
      </w:r>
    </w:p>
    <w:p>
      <w:pPr>
        <w:jc w:val="right"/>
      </w:pPr>
      <w:r>
        <w:t>ہوتا کیا ہے؟ کہ اگر کسی کے پاس زیادہ پیسہ ہے تو کم پیسے والے کو وہ</w:t>
      </w:r>
    </w:p>
    <w:p>
      <w:r>
        <w:rPr>
          <w:b/>
        </w:rPr>
        <w:t xml:space="preserve">[29:39] </w:t>
      </w:r>
      <w:r>
        <w:t>chhota samajh leta hai.</w:t>
      </w:r>
    </w:p>
    <w:p>
      <w:pPr>
        <w:jc w:val="right"/>
      </w:pPr>
      <w:r>
        <w:t>چھوٹا سمجھ لیتا ہے۔</w:t>
      </w:r>
    </w:p>
    <w:p>
      <w:r>
        <w:rPr>
          <w:b/>
        </w:rPr>
        <w:t xml:space="preserve">[29:43] </w:t>
      </w:r>
      <w:r>
        <w:t>kisi ke paas power hai to jis ke paas power nahi hai, us ko woh chhota samajh leta hai.</w:t>
      </w:r>
    </w:p>
    <w:p>
      <w:pPr>
        <w:jc w:val="right"/>
      </w:pPr>
      <w:r>
        <w:t>کسی کے پاس power ہے تو جس کے پاس power نہیں ہے، اس کو وہ چھوٹا سمجھ لیتا ہے۔</w:t>
      </w:r>
    </w:p>
    <w:p>
      <w:r>
        <w:rPr>
          <w:b/>
        </w:rPr>
        <w:t xml:space="preserve">[29:47] </w:t>
      </w:r>
      <w:r>
        <w:t>kisi ke paas bara ghar hai to us ko chhota samajh leta hai, jis ke paas chhota ghar ho.</w:t>
      </w:r>
    </w:p>
    <w:p>
      <w:pPr>
        <w:jc w:val="right"/>
      </w:pPr>
      <w:r>
        <w:t>کسی کے پاس بڑا گھر ہے تو اس کو چھوٹا سمجھ لیتا ہے، جس کے پاس چھوٹا گھر ہو۔</w:t>
      </w:r>
    </w:p>
    <w:p>
      <w:r>
        <w:rPr>
          <w:b/>
        </w:rPr>
        <w:t xml:space="preserve">[29:51] </w:t>
      </w:r>
      <w:r>
        <w:t>to yeh jo oonch neech hai, is ki wajah se yeh paida hoti hai yeh baat.</w:t>
      </w:r>
    </w:p>
    <w:p>
      <w:pPr>
        <w:jc w:val="right"/>
      </w:pPr>
      <w:r>
        <w:t>تو یہ جو اونچ نیچ ہے، اس کی وجہ سے یہ پیدا ہوتی ہے یہ بات۔</w:t>
      </w:r>
    </w:p>
    <w:p>
      <w:r>
        <w:rPr>
          <w:b/>
        </w:rPr>
        <w:t xml:space="preserve">[29:55] </w:t>
      </w:r>
      <w:r>
        <w:t>be-izzat karne wali.</w:t>
      </w:r>
    </w:p>
    <w:p>
      <w:pPr>
        <w:jc w:val="right"/>
      </w:pPr>
      <w:r>
        <w:t>بے عزت کرنے والی۔</w:t>
      </w:r>
    </w:p>
    <w:p>
      <w:r>
        <w:rPr>
          <w:b/>
        </w:rPr>
        <w:t xml:space="preserve">[29:58] </w:t>
      </w:r>
      <w:r>
        <w:t>agar oonch neech na ho to koi kisi ko be-izzat bhi na kare.</w:t>
      </w:r>
    </w:p>
    <w:p>
      <w:pPr>
        <w:jc w:val="right"/>
      </w:pPr>
      <w:r>
        <w:t>اگر اونچ نیچ نہ ہو تو کوئی کسی کو بے عزت بھی نہ کرے۔</w:t>
      </w:r>
    </w:p>
    <w:p>
      <w:r>
        <w:rPr>
          <w:b/>
        </w:rPr>
        <w:t xml:space="preserve">[30:02] </w:t>
      </w:r>
      <w:r>
        <w:t>lekin oonch neech jo hai, woh to zaroori hai.</w:t>
      </w:r>
    </w:p>
    <w:p>
      <w:pPr>
        <w:jc w:val="right"/>
      </w:pPr>
      <w:r>
        <w:t>لیکن اونچ نیچ جو ہے، وہ تو ضروری ہے۔</w:t>
      </w:r>
    </w:p>
    <w:p>
      <w:r>
        <w:rPr>
          <w:b/>
        </w:rPr>
        <w:t xml:space="preserve">[30:06] </w:t>
      </w:r>
      <w:r>
        <w:t>isi ki wajah se challenge hota hai.</w:t>
      </w:r>
    </w:p>
    <w:p>
      <w:pPr>
        <w:jc w:val="right"/>
      </w:pPr>
      <w:r>
        <w:t>اسی کی وجہ سے challenge ہوتا ہے۔</w:t>
      </w:r>
    </w:p>
    <w:p>
      <w:r>
        <w:rPr>
          <w:b/>
        </w:rPr>
        <w:t xml:space="preserve">[30:10] </w:t>
      </w:r>
      <w:r>
        <w:t>isi ki wajah se competition hota hai.</w:t>
      </w:r>
    </w:p>
    <w:p>
      <w:pPr>
        <w:jc w:val="right"/>
      </w:pPr>
      <w:r>
        <w:t>اسی کی وجہ سے competition ہوتا ہے۔</w:t>
      </w:r>
    </w:p>
    <w:p>
      <w:r>
        <w:rPr>
          <w:b/>
        </w:rPr>
        <w:t xml:space="preserve">[30:15] </w:t>
      </w:r>
      <w:r>
        <w:t>isi ki wajah se log taraqqi karne ke liye daurte hain aage.</w:t>
      </w:r>
    </w:p>
    <w:p>
      <w:pPr>
        <w:jc w:val="right"/>
      </w:pPr>
      <w:r>
        <w:t>اسی کی وجہ سے لوگ ترقی کرنے کے لیے دوڑتے ہیں آگے۔</w:t>
      </w:r>
    </w:p>
    <w:p>
      <w:r>
        <w:rPr>
          <w:b/>
        </w:rPr>
        <w:t xml:space="preserve">[30:20] </w:t>
      </w:r>
      <w:r>
        <w:t>to Khuda ne oonch neech rakhi hai is liye ke challenge ka mahaul rahe samaaj mein.</w:t>
      </w:r>
    </w:p>
    <w:p>
      <w:pPr>
        <w:jc w:val="right"/>
      </w:pPr>
      <w:r>
        <w:t>تو خدا نے اونچ نیچ رکھی ہے اس لیے کہ challenge کا ماحول رہے سماج میں۔</w:t>
      </w:r>
    </w:p>
    <w:p>
      <w:r>
        <w:rPr>
          <w:b/>
        </w:rPr>
        <w:t xml:space="preserve">[30:26] </w:t>
      </w:r>
      <w:r>
        <w:t>aap is ko le len is maani mein ke main bara hoon, woh chhota hai.</w:t>
      </w:r>
    </w:p>
    <w:p>
      <w:pPr>
        <w:jc w:val="right"/>
      </w:pPr>
      <w:r>
        <w:t>آپ اس کو لے لیں اس معنی میں کہ میں بڑا ہوں، وہ چھوٹا ہے۔</w:t>
      </w:r>
    </w:p>
    <w:p>
      <w:r>
        <w:rPr>
          <w:b/>
        </w:rPr>
        <w:t xml:space="preserve">[30:31] </w:t>
      </w:r>
      <w:r>
        <w:t>to yeh gunaah ki baat hai.</w:t>
      </w:r>
    </w:p>
    <w:p>
      <w:pPr>
        <w:jc w:val="right"/>
      </w:pPr>
      <w:r>
        <w:t>تو یہ گناہ کی بات ہے۔</w:t>
      </w:r>
    </w:p>
    <w:p>
      <w:r>
        <w:rPr>
          <w:b/>
        </w:rPr>
        <w:t xml:space="preserve">[30:36] </w:t>
      </w:r>
      <w:r>
        <w:t>to farmaya ke sab se bara evil yeh hai ke tum kisi ko</w:t>
      </w:r>
    </w:p>
    <w:p>
      <w:pPr>
        <w:jc w:val="right"/>
      </w:pPr>
      <w:r>
        <w:t>تو فرمایا کہ سب سے بڑا evil یہ ہے کہ تم کسی کو</w:t>
      </w:r>
    </w:p>
    <w:p>
      <w:r>
        <w:rPr>
          <w:b/>
        </w:rPr>
        <w:t xml:space="preserve">[30:42] </w:t>
      </w:r>
      <w:r>
        <w:t>beizzati karo. kisi ko beizzati karo. phir aap guzre is maqam se jahan ashab e feel jo mashhoor waqea hai ke woh hathi'on ke lashkar ke sath aaya aur wahan par khuda ka, khuda ki p</w:t>
      </w:r>
    </w:p>
    <w:p>
      <w:pPr>
        <w:jc w:val="right"/>
      </w:pPr>
      <w:r>
        <w:t>بے عزت کرو۔ کسی کو بے عزت کرو۔ پھر آپ گزرے اس مقام سے جہاں اصحاب فیل جو مشہور واقعہ ہے کہ وہ ہاتھیوں کے لشکر کے ساتھ آیا اور وہاں پر خدا کا، خدا کی پ</w:t>
      </w:r>
    </w:p>
    <w:p>
      <w:r>
        <w:rPr>
          <w:b/>
        </w:rPr>
        <w:t xml:space="preserve">[31:12] </w:t>
      </w:r>
      <w:r>
        <w:t>karr mein aa gaya hai, woh wahin par us ki saari fauj khatam ho gayi.</w:t>
      </w:r>
    </w:p>
    <w:p>
      <w:pPr>
        <w:jc w:val="right"/>
      </w:pPr>
      <w:r>
        <w:t>کڑ میں آ گیا ہے، وہ وہیں پر اس کی ساری فوج ختم ہو گئی۔</w:t>
      </w:r>
    </w:p>
    <w:p>
      <w:r>
        <w:rPr>
          <w:b/>
        </w:rPr>
        <w:t xml:space="preserve">[31:17] </w:t>
      </w:r>
      <w:r>
        <w:t>to wahan par jab aap pahunche Hajj ke raaste mein, woh maqam bhi aata hai.</w:t>
      </w:r>
    </w:p>
    <w:p>
      <w:pPr>
        <w:jc w:val="right"/>
      </w:pPr>
      <w:r>
        <w:t>تو وہاں پر جب آپ پہنچے حج کے راستے میں، وہ مقام بھی آتا ہے۔</w:t>
      </w:r>
    </w:p>
    <w:p>
      <w:r>
        <w:rPr>
          <w:b/>
        </w:rPr>
        <w:t xml:space="preserve">[31:22] </w:t>
      </w:r>
      <w:r>
        <w:t>to is ko kehte hain wadi-e-muhasar.</w:t>
      </w:r>
    </w:p>
    <w:p>
      <w:pPr>
        <w:jc w:val="right"/>
      </w:pPr>
      <w:r>
        <w:t>تو اس کو کہتے ہیں وادی محسر۔</w:t>
      </w:r>
    </w:p>
    <w:p>
      <w:r>
        <w:rPr>
          <w:b/>
        </w:rPr>
        <w:t xml:space="preserve">[31:27] </w:t>
      </w:r>
      <w:r>
        <w:t>is ka naam hai wadi-e-muhasar.</w:t>
      </w:r>
    </w:p>
    <w:p>
      <w:pPr>
        <w:jc w:val="right"/>
      </w:pPr>
      <w:r>
        <w:t>اس کا نام ہے وادی محسر۔</w:t>
      </w:r>
    </w:p>
    <w:p>
      <w:r>
        <w:rPr>
          <w:b/>
        </w:rPr>
        <w:t xml:space="preserve">[31:32] </w:t>
      </w:r>
      <w:r>
        <w:t>jab wahan pahunche aap to aap ne wahan par aap ne kaha ke tez chalo.</w:t>
      </w:r>
    </w:p>
    <w:p>
      <w:pPr>
        <w:jc w:val="right"/>
      </w:pPr>
      <w:r>
        <w:t>جب وہاں پہنچے آپ تو آپ نے وہاں پر آپ نے کہا کہ تیز چلو۔</w:t>
      </w:r>
    </w:p>
    <w:p>
      <w:r>
        <w:rPr>
          <w:b/>
        </w:rPr>
        <w:t xml:space="preserve">[31:37] </w:t>
      </w:r>
      <w:r>
        <w:t>wahan par aap ne kaha ke tez chalo. kyun?</w:t>
      </w:r>
    </w:p>
    <w:p>
      <w:pPr>
        <w:jc w:val="right"/>
      </w:pPr>
      <w:r>
        <w:t>وہاں پر آپ نے کہا کہ تیز چلو۔ کیوں؟</w:t>
      </w:r>
    </w:p>
    <w:p>
      <w:r>
        <w:rPr>
          <w:b/>
        </w:rPr>
        <w:t xml:space="preserve">[31:42] </w:t>
      </w:r>
      <w:r>
        <w:t>woh jagah khuda ke ghazab ki yaad dilati hai.</w:t>
      </w:r>
    </w:p>
    <w:p>
      <w:pPr>
        <w:jc w:val="right"/>
      </w:pPr>
      <w:r>
        <w:t>وہ جگہ خدا کے غضب کی یاد دلاتی ہے۔</w:t>
      </w:r>
    </w:p>
    <w:p>
      <w:r>
        <w:rPr>
          <w:b/>
        </w:rPr>
        <w:t xml:space="preserve">[31:47] </w:t>
      </w:r>
      <w:r>
        <w:t>ke ek insaan ghamand mein aa gaya, us ke paas fauj thi.</w:t>
      </w:r>
    </w:p>
    <w:p>
      <w:pPr>
        <w:jc w:val="right"/>
      </w:pPr>
      <w:r>
        <w:t>کہ ایک انسان گھمنڈ میں آ گیا، اس کے پاس فوج تھی۔</w:t>
      </w:r>
    </w:p>
    <w:p>
      <w:r>
        <w:rPr>
          <w:b/>
        </w:rPr>
        <w:t xml:space="preserve">[31:51] </w:t>
      </w:r>
      <w:r>
        <w:t>us ke paas kingship thi.</w:t>
      </w:r>
    </w:p>
    <w:p>
      <w:pPr>
        <w:jc w:val="right"/>
      </w:pPr>
      <w:r>
        <w:t>اس کے پاس kingship تھی۔</w:t>
      </w:r>
    </w:p>
    <w:p>
      <w:r>
        <w:rPr>
          <w:b/>
        </w:rPr>
        <w:t xml:space="preserve">[31:55] </w:t>
      </w:r>
      <w:r>
        <w:t>to ghamand mein aa kar ke us ne chaha ke kaaba ko utha le.</w:t>
      </w:r>
    </w:p>
    <w:p>
      <w:pPr>
        <w:jc w:val="right"/>
      </w:pPr>
      <w:r>
        <w:t>تو گھمنڈ میں آ کر کے اس نے چاہا کہ کعبہ کو اٹھا لے۔</w:t>
      </w:r>
    </w:p>
    <w:p>
      <w:r>
        <w:rPr>
          <w:b/>
        </w:rPr>
        <w:t xml:space="preserve">[32:00] </w:t>
      </w:r>
      <w:r>
        <w:t>apni fauj le kar aaya.</w:t>
      </w:r>
    </w:p>
    <w:p>
      <w:pPr>
        <w:jc w:val="right"/>
      </w:pPr>
      <w:r>
        <w:t>اپنی فوج لے کر آیا۔</w:t>
      </w:r>
    </w:p>
    <w:p>
      <w:r>
        <w:rPr>
          <w:b/>
        </w:rPr>
        <w:t xml:space="preserve">[32:04] </w:t>
      </w:r>
      <w:r>
        <w:t>yaani woh kaaba jis ko baitullah ke taur par hazrat ibrahim ne banaya tha.</w:t>
      </w:r>
    </w:p>
    <w:p>
      <w:pPr>
        <w:jc w:val="right"/>
      </w:pPr>
      <w:r>
        <w:t>یعنی وہ کعبہ جس کو بیت اللہ کے طور پر حضرت ابراہیم نے بنایا تھا۔</w:t>
      </w:r>
    </w:p>
    <w:p>
      <w:r>
        <w:rPr>
          <w:b/>
        </w:rPr>
        <w:t xml:space="preserve">[32:09] </w:t>
      </w:r>
      <w:r>
        <w:t>to ghamand mein aa kar is fauj le kar chala wahan se.</w:t>
      </w:r>
    </w:p>
    <w:p>
      <w:pPr>
        <w:jc w:val="right"/>
      </w:pPr>
      <w:r>
        <w:t>تو گھمنڈ میں آ کر اس فوج لے کر چلا وہاں سے۔</w:t>
      </w:r>
    </w:p>
    <w:p>
      <w:r>
        <w:rPr>
          <w:b/>
        </w:rPr>
        <w:t xml:space="preserve">[32:13] </w:t>
      </w:r>
      <w:r>
        <w:t>to makkah mein dakhil hone se pehle khuda ne us ki fauj ko tabah kar diya.</w:t>
      </w:r>
    </w:p>
    <w:p>
      <w:pPr>
        <w:jc w:val="right"/>
      </w:pPr>
      <w:r>
        <w:t>تو مکہ میں داخل ہونے سے پہلے خدا نے اس کی فوج کو تباہ کر دیا۔</w:t>
      </w:r>
    </w:p>
    <w:p>
      <w:r>
        <w:rPr>
          <w:b/>
        </w:rPr>
        <w:t xml:space="preserve">[32:17] </w:t>
      </w:r>
      <w:r>
        <w:t>to yeh jagah jo hai, khuda ke ghazab ko yaad dilati hai.</w:t>
      </w:r>
    </w:p>
    <w:p>
      <w:pPr>
        <w:jc w:val="right"/>
      </w:pPr>
      <w:r>
        <w:t>تو یہ جگہ جو ہے، خدا کے غضب کو یاد دلاتی ہے۔</w:t>
      </w:r>
    </w:p>
    <w:p>
      <w:r>
        <w:rPr>
          <w:b/>
        </w:rPr>
        <w:t xml:space="preserve">[32:21] </w:t>
      </w:r>
      <w:r>
        <w:t>khuda ke pakad ko yaad dilati hai.</w:t>
      </w:r>
    </w:p>
    <w:p>
      <w:pPr>
        <w:jc w:val="right"/>
      </w:pPr>
      <w:r>
        <w:t>خدا کے پکڑ کو یاد دلاتی ہے۔</w:t>
      </w:r>
    </w:p>
    <w:p>
      <w:r>
        <w:rPr>
          <w:b/>
        </w:rPr>
        <w:t xml:space="preserve">[32:25] </w:t>
      </w:r>
      <w:r>
        <w:t>is liye aap ne kaha ke jaldi se chalo yahan se aagay.</w:t>
      </w:r>
    </w:p>
    <w:p>
      <w:pPr>
        <w:jc w:val="right"/>
      </w:pPr>
      <w:r>
        <w:t>اس لیے آپ نے کہا کہ جلدی سے چلو یہاں سے آگے۔</w:t>
      </w:r>
    </w:p>
    <w:p>
      <w:r>
        <w:rPr>
          <w:b/>
        </w:rPr>
        <w:t xml:space="preserve">[32:29] </w:t>
      </w:r>
      <w:r>
        <w:t>ke woh jagah tafreeh ki jagah nahi hai.</w:t>
      </w:r>
    </w:p>
    <w:p>
      <w:pPr>
        <w:jc w:val="right"/>
      </w:pPr>
      <w:r>
        <w:t>کہ وہ جگہ تفریح کی جگہ نہیں ہے۔</w:t>
      </w:r>
    </w:p>
    <w:p>
      <w:r>
        <w:rPr>
          <w:b/>
        </w:rPr>
        <w:t xml:space="preserve">[32:33] </w:t>
      </w:r>
      <w:r>
        <w:t>aisi nahi ke wahan aap baith kar aao, tafreeh karen.</w:t>
      </w:r>
    </w:p>
    <w:p>
      <w:pPr>
        <w:jc w:val="right"/>
      </w:pPr>
      <w:r>
        <w:t>ایسی نہیں کہ وہاں آپ بیٹھ کر آؤ، تفریح کریں۔</w:t>
      </w:r>
    </w:p>
    <w:p>
      <w:r>
        <w:rPr>
          <w:b/>
        </w:rPr>
        <w:t xml:space="preserve">[32:37] </w:t>
      </w:r>
      <w:r>
        <w:t>nahi, woh to khuda ke ghazab ko yaad dilane wali jagah hai.</w:t>
      </w:r>
    </w:p>
    <w:p>
      <w:pPr>
        <w:jc w:val="right"/>
      </w:pPr>
      <w:r>
        <w:t>نہیں، وہ تو خدا کے غضب کو یاد دلانے والی جگہ ہے۔</w:t>
      </w:r>
    </w:p>
    <w:p>
      <w:r>
        <w:rPr>
          <w:b/>
        </w:rPr>
        <w:t xml:space="preserve">[32:41] </w:t>
      </w:r>
      <w:r>
        <w:t>is liye yahan se jaldi se nikal chalo aagay.</w:t>
      </w:r>
    </w:p>
    <w:p>
      <w:pPr>
        <w:jc w:val="right"/>
      </w:pPr>
      <w:r>
        <w:t>اس لیے یہاں سے جلدی سے نکل چلو آگے۔</w:t>
      </w:r>
    </w:p>
    <w:p>
      <w:r>
        <w:rPr>
          <w:b/>
        </w:rPr>
        <w:t xml:space="preserve">[32:45] </w:t>
      </w:r>
      <w:r>
        <w:t>jis ke mani yeh hain ke doosre ko dekh kar ke aap ko naseehat lena hai.</w:t>
      </w:r>
    </w:p>
    <w:p>
      <w:pPr>
        <w:jc w:val="right"/>
      </w:pPr>
      <w:r>
        <w:t>جس کے معنی یہ ہیں کہ دوسرے کو دیکھ کر کے آپ کو نصیحت لینا ہے۔</w:t>
      </w:r>
    </w:p>
    <w:p>
      <w:r>
        <w:rPr>
          <w:b/>
        </w:rPr>
        <w:t xml:space="preserve">[32:50] </w:t>
      </w:r>
      <w:r>
        <w:t>yeh nahi ke aap par khud aap hi khuda ki pakad mein aa jayen, tab naseehat len aap.</w:t>
      </w:r>
    </w:p>
    <w:p>
      <w:pPr>
        <w:jc w:val="right"/>
      </w:pPr>
      <w:r>
        <w:t>یہ نہیں کہ آپ پر خود آپ ہی خدا کی پکڑ میں آ جائیں، تب نصیحت لیں آپ۔</w:t>
      </w:r>
    </w:p>
    <w:p>
      <w:r>
        <w:rPr>
          <w:b/>
        </w:rPr>
        <w:t xml:space="preserve">[32:55] </w:t>
      </w:r>
      <w:r>
        <w:t>khud aap hi par khuda ka ghazab nazil ho jaye, tab aap naseehat len. nahi.</w:t>
      </w:r>
    </w:p>
    <w:p>
      <w:pPr>
        <w:jc w:val="right"/>
      </w:pPr>
      <w:r>
        <w:t>خود آپ ہی پر خدا کا غضب نازل ہو جائے، تب آپ نصیحت لیں۔ نہیں۔</w:t>
      </w:r>
    </w:p>
    <w:p>
      <w:r>
        <w:rPr>
          <w:b/>
        </w:rPr>
        <w:t xml:space="preserve">[33:00] </w:t>
      </w:r>
      <w:r>
        <w:t>doosre ko dekhen ke yeh khuda ki pakad mein aa gaya hai to is se aap naseehat len.</w:t>
      </w:r>
    </w:p>
    <w:p>
      <w:pPr>
        <w:jc w:val="right"/>
      </w:pPr>
      <w:r>
        <w:t>دوسرے کو دیکھیں کہ یہ خدا کی پکڑ میں آ گیا ہے تو اس سے آپ نصیحت لیں۔</w:t>
      </w:r>
    </w:p>
    <w:p>
      <w:r>
        <w:rPr>
          <w:b/>
        </w:rPr>
        <w:t xml:space="preserve">[33:05] </w:t>
      </w:r>
      <w:r>
        <w:t>sunen, tab bhi naseehat len.</w:t>
      </w:r>
    </w:p>
    <w:p>
      <w:pPr>
        <w:jc w:val="right"/>
      </w:pPr>
      <w:r>
        <w:t>سنیں، تب بھی نصیحت لیں۔</w:t>
      </w:r>
    </w:p>
    <w:p>
      <w:r>
        <w:rPr>
          <w:b/>
        </w:rPr>
        <w:t xml:space="preserve">[33:10] </w:t>
      </w:r>
      <w:r>
        <w:t>yeh nahi ke aankh se dekhen, sunen</w:t>
      </w:r>
    </w:p>
    <w:p>
      <w:pPr>
        <w:jc w:val="right"/>
      </w:pPr>
      <w:r>
        <w:t>یہ نہیں کہ آنکھ سے دیکھیں، سنیں</w:t>
      </w:r>
    </w:p>
    <w:p>
      <w:r>
        <w:rPr>
          <w:b/>
        </w:rPr>
        <w:t xml:space="preserve">[33:15] </w:t>
      </w:r>
      <w:r>
        <w:t>, history mein parhen.</w:t>
      </w:r>
    </w:p>
    <w:p>
      <w:pPr>
        <w:jc w:val="right"/>
      </w:pPr>
      <w:r>
        <w:t>، history میں پڑھیں۔</w:t>
      </w:r>
    </w:p>
    <w:p>
      <w:r>
        <w:rPr>
          <w:b/>
        </w:rPr>
        <w:t xml:space="preserve">[33:21] </w:t>
      </w:r>
      <w:r>
        <w:t>tab bhi naseehat len.</w:t>
      </w:r>
    </w:p>
    <w:p>
      <w:pPr>
        <w:jc w:val="right"/>
      </w:pPr>
      <w:r>
        <w:t>تب بھی نصیحت لیں۔</w:t>
      </w:r>
    </w:p>
    <w:p>
      <w:r>
        <w:rPr>
          <w:b/>
        </w:rPr>
        <w:t xml:space="preserve">[33:27] </w:t>
      </w:r>
      <w:r>
        <w:t>aur apne andar yeh yeh irada jagayen ke mujhe yeh kaam nahi karna hai.</w:t>
      </w:r>
    </w:p>
    <w:p>
      <w:pPr>
        <w:jc w:val="right"/>
      </w:pPr>
      <w:r>
        <w:t>اور اپنے اندر یہ یہ ارادہ جگائیں کہ مجھے یہ کام نہیں کرنا ہے۔</w:t>
      </w:r>
    </w:p>
    <w:p>
      <w:r>
        <w:rPr>
          <w:b/>
        </w:rPr>
        <w:t xml:space="preserve">[33:34] </w:t>
      </w:r>
      <w:r>
        <w:t>mujhe aisa kaam nahi karna hai ke main khuda ki pakad mein aa jaon.</w:t>
      </w:r>
    </w:p>
    <w:p>
      <w:pPr>
        <w:jc w:val="right"/>
      </w:pPr>
      <w:r>
        <w:t>مجھے ایسا کام نہیں کرنا ہے کہ میں خدا کی پکڑ میں آ جاؤں۔</w:t>
      </w:r>
    </w:p>
    <w:p>
      <w:r>
        <w:rPr>
          <w:b/>
        </w:rPr>
        <w:t xml:space="preserve">[33:40] </w:t>
      </w:r>
      <w:r>
        <w:t>to phir dekhiye, wahan par aap jante hain ke ek maqam par</w:t>
      </w:r>
    </w:p>
    <w:p>
      <w:pPr>
        <w:jc w:val="right"/>
      </w:pPr>
      <w:r>
        <w:t>تو پھر دیکھیے، وہاں پر آپ جانتے ہیں کہ ایک مقام پر</w:t>
      </w:r>
    </w:p>
    <w:p>
      <w:r>
        <w:rPr>
          <w:b/>
        </w:rPr>
        <w:t xml:space="preserve">[33:46] </w:t>
      </w:r>
      <w:r>
        <w:t>wo hai shaitan ko rami ki jati hai.</w:t>
      </w:r>
    </w:p>
    <w:p>
      <w:pPr>
        <w:jc w:val="right"/>
      </w:pPr>
      <w:r>
        <w:t>وہ ہے شیطان کو رمی کی جاتی ہے۔</w:t>
      </w:r>
    </w:p>
    <w:p>
      <w:r>
        <w:rPr>
          <w:b/>
        </w:rPr>
        <w:t xml:space="preserve">[33:52] </w:t>
      </w:r>
      <w:r>
        <w:t>shaitan ko kankri mari jati hai.</w:t>
      </w:r>
    </w:p>
    <w:p>
      <w:pPr>
        <w:jc w:val="right"/>
      </w:pPr>
      <w:r>
        <w:t>شیطان کو کنکری ماری جاتی ہے۔</w:t>
      </w:r>
    </w:p>
    <w:p>
      <w:r>
        <w:rPr>
          <w:b/>
        </w:rPr>
        <w:t xml:space="preserve">[33:58] </w:t>
      </w:r>
      <w:r>
        <w:t>to yeh kya hai? yeh symbolic stoning hai.</w:t>
      </w:r>
    </w:p>
    <w:p>
      <w:pPr>
        <w:jc w:val="right"/>
      </w:pPr>
      <w:r>
        <w:t>تو یہ کیا ہے؟ یہ symbolic stoning ہے۔</w:t>
      </w:r>
    </w:p>
    <w:p>
      <w:r>
        <w:rPr>
          <w:b/>
        </w:rPr>
        <w:t xml:space="preserve">[34:04] </w:t>
      </w:r>
      <w:r>
        <w:t>yani sach much shaitan nahi maujood hai jis ko aap maar rahe hain.</w:t>
      </w:r>
    </w:p>
    <w:p>
      <w:pPr>
        <w:jc w:val="right"/>
      </w:pPr>
      <w:r>
        <w:t>یعنی سچ مچ شیطان نہیں موجود ہے جس کو آپ مار رہے ہیں۔</w:t>
      </w:r>
    </w:p>
    <w:p>
      <w:r>
        <w:rPr>
          <w:b/>
        </w:rPr>
        <w:t xml:space="preserve">[34:10] </w:t>
      </w:r>
      <w:r>
        <w:t>koi log josh dikhate hain aur maarne ke liye itna zabardast dhoom karte hain ke wahan stampede ho jata hai.</w:t>
      </w:r>
    </w:p>
    <w:p>
      <w:pPr>
        <w:jc w:val="right"/>
      </w:pPr>
      <w:r>
        <w:t>کوئی لوگ جوش دکھاتے ہیں اور مارنے کے لیے اتنا زبردست دھوم کرتے ہیں کہ وہاں stampede ہو جاتا ہے۔</w:t>
      </w:r>
    </w:p>
    <w:p>
      <w:r>
        <w:rPr>
          <w:b/>
        </w:rPr>
        <w:t xml:space="preserve">[34:16] </w:t>
      </w:r>
      <w:r>
        <w:t>aur insan mar jate hain.</w:t>
      </w:r>
    </w:p>
    <w:p>
      <w:pPr>
        <w:jc w:val="right"/>
      </w:pPr>
      <w:r>
        <w:t>اور انسان مر جاتے ہیں۔</w:t>
      </w:r>
    </w:p>
    <w:p>
      <w:r>
        <w:rPr>
          <w:b/>
        </w:rPr>
        <w:t xml:space="preserve">[34:20] </w:t>
      </w:r>
      <w:r>
        <w:t>yeh to bilkul haram hai.</w:t>
      </w:r>
    </w:p>
    <w:p>
      <w:pPr>
        <w:jc w:val="right"/>
      </w:pPr>
      <w:r>
        <w:t>یہ تو بالکل حرام ہے۔</w:t>
      </w:r>
    </w:p>
    <w:p>
      <w:r>
        <w:rPr>
          <w:b/>
        </w:rPr>
        <w:t xml:space="preserve">[34:24] </w:t>
      </w:r>
      <w:r>
        <w:t>insan ko aap daba kar apne pairon ke tale maar dalen, yeh to bohat buri baat hai.</w:t>
      </w:r>
    </w:p>
    <w:p>
      <w:pPr>
        <w:jc w:val="right"/>
      </w:pPr>
      <w:r>
        <w:t>انسان کو آپ دبا کر اپنے پیروں کے تلے مار ڈالیں، یہ تو بہت بری بات ہے۔</w:t>
      </w:r>
    </w:p>
    <w:p>
      <w:r>
        <w:rPr>
          <w:b/>
        </w:rPr>
        <w:t xml:space="preserve">[34:27] </w:t>
      </w:r>
      <w:r>
        <w:t>to wahan par bohat hi, jo ke hindi mein kehte hain, sabadani.</w:t>
      </w:r>
    </w:p>
    <w:p>
      <w:pPr>
        <w:jc w:val="right"/>
      </w:pPr>
      <w:r>
        <w:t>تو وہاں پر بہت ہی، جو کہ ہندی میں کہتے ہیں، صابدانی۔</w:t>
      </w:r>
    </w:p>
    <w:p>
      <w:r>
        <w:rPr>
          <w:b/>
        </w:rPr>
        <w:t xml:space="preserve">[34:31] </w:t>
      </w:r>
      <w:r>
        <w:t>sabadani ke sath aap ko wahan par rami karna hai.</w:t>
      </w:r>
    </w:p>
    <w:p>
      <w:pPr>
        <w:jc w:val="right"/>
      </w:pPr>
      <w:r>
        <w:t>صابدانی کے ساتھ آپ کو وہاں پر رمی کرنا ہے۔</w:t>
      </w:r>
    </w:p>
    <w:p>
      <w:r>
        <w:rPr>
          <w:b/>
        </w:rPr>
        <w:t xml:space="preserve">[34:35] </w:t>
      </w:r>
      <w:r>
        <w:t>kankar marna hai.</w:t>
      </w:r>
    </w:p>
    <w:p>
      <w:pPr>
        <w:jc w:val="right"/>
      </w:pPr>
      <w:r>
        <w:t>کنکر مارنا ہے۔</w:t>
      </w:r>
    </w:p>
    <w:p>
      <w:r>
        <w:rPr>
          <w:b/>
        </w:rPr>
        <w:t xml:space="preserve">[34:39] </w:t>
      </w:r>
      <w:r>
        <w:t>chote se kankar mare jate hain, koi bara bara pathar nahi mara jata wahan par.</w:t>
      </w:r>
    </w:p>
    <w:p>
      <w:pPr>
        <w:jc w:val="right"/>
      </w:pPr>
      <w:r>
        <w:t>چھوٹے سے کنکر مارے جاتے ہیں، کوئی بڑا بڑا پتھر نہیں مارا جاتا وہاں پر۔</w:t>
      </w:r>
    </w:p>
    <w:p>
      <w:r>
        <w:rPr>
          <w:b/>
        </w:rPr>
        <w:t xml:space="preserve">[34:42] </w:t>
      </w:r>
      <w:r>
        <w:t>to wo hai a</w:t>
      </w:r>
    </w:p>
    <w:p>
      <w:pPr>
        <w:jc w:val="right"/>
      </w:pPr>
      <w:r>
        <w:t>تو وہ ہے ع</w:t>
      </w:r>
    </w:p>
    <w:p>
      <w:r>
        <w:rPr>
          <w:b/>
        </w:rPr>
        <w:t xml:space="preserve">[34:46] </w:t>
      </w:r>
      <w:r>
        <w:t>lamati rami.</w:t>
      </w:r>
    </w:p>
    <w:p>
      <w:pPr>
        <w:jc w:val="right"/>
      </w:pPr>
      <w:r>
        <w:t>لامتی رمی۔</w:t>
      </w:r>
    </w:p>
    <w:p>
      <w:r>
        <w:rPr>
          <w:b/>
        </w:rPr>
        <w:t xml:space="preserve">[34:51] </w:t>
      </w:r>
      <w:r>
        <w:t>yani symbolic stoning.</w:t>
      </w:r>
    </w:p>
    <w:p>
      <w:pPr>
        <w:jc w:val="right"/>
      </w:pPr>
      <w:r>
        <w:t>یعنی symbolic stoning۔</w:t>
      </w:r>
    </w:p>
    <w:p>
      <w:r>
        <w:rPr>
          <w:b/>
        </w:rPr>
        <w:t xml:space="preserve">[34:56] </w:t>
      </w:r>
      <w:r>
        <w:t>yeh kis baat ki alamat hai? yeh is baat ki alamat hai ke shaitan jab aap ke upar</w:t>
      </w:r>
    </w:p>
    <w:p>
      <w:pPr>
        <w:jc w:val="right"/>
      </w:pPr>
      <w:r>
        <w:t>یہ کس بات کی علامت ہے؟ یہ اس بات کی علامت ہے کہ شیطان جب آپ کے اوپر</w:t>
      </w:r>
    </w:p>
    <w:p>
      <w:r>
        <w:rPr>
          <w:b/>
        </w:rPr>
        <w:t xml:space="preserve">[35:01] </w:t>
      </w:r>
      <w:r>
        <w:t>attack kare to wahan aap shaitan se bhagaen, maar kar ke us ko.</w:t>
      </w:r>
    </w:p>
    <w:p>
      <w:pPr>
        <w:jc w:val="right"/>
      </w:pPr>
      <w:r>
        <w:t>attack کرے تو وہاں آپ شیطان سے بھگائیں، مار کر کے اس کو۔</w:t>
      </w:r>
    </w:p>
    <w:p>
      <w:r>
        <w:rPr>
          <w:b/>
        </w:rPr>
        <w:t xml:space="preserve">[35:06] </w:t>
      </w:r>
      <w:r>
        <w:t>shaitan kab attack karta hai? dekhiye, har aadmi ke andar Khuda ne jazbat rakhe hain.</w:t>
      </w:r>
    </w:p>
    <w:p>
      <w:pPr>
        <w:jc w:val="right"/>
      </w:pPr>
      <w:r>
        <w:t>شیطان کب attack کرتا ہے؟ دیکھیے، ہر آدمی کے اندر خدا نے جذبات رکھے ہیں۔</w:t>
      </w:r>
    </w:p>
    <w:p>
      <w:r>
        <w:rPr>
          <w:b/>
        </w:rPr>
        <w:t xml:space="preserve">[35:11] </w:t>
      </w:r>
      <w:r>
        <w:t>yeh yeh by nature</w:t>
      </w:r>
    </w:p>
    <w:p>
      <w:pPr>
        <w:jc w:val="right"/>
      </w:pPr>
      <w:r>
        <w:t>یہ یہ by nature</w:t>
      </w:r>
    </w:p>
    <w:p>
      <w:r>
        <w:rPr>
          <w:b/>
        </w:rPr>
        <w:t xml:space="preserve">[35:16] </w:t>
      </w:r>
      <w:r>
        <w:t>hai aadmi ke andar jazbat. maslan ek jazba yeh hai ke aadmi ko provoke kiya jaye to ghussa aa jaye. ek jazba yeh hai ke kisi ko bara dekha hai to us ke andar hasad aa jaye, jalan aa jaye. ek jazba yeh hai ke koi nuqsan pohanchaya hai to aap uska revenge lene ke liye bhark uthen. yeh sare jazbat hain insan ke andar. kisi ko aap chhota dekhen to aap ke andar ego jaag parhe. apni badai ka ehsas jaag parhe</w:t>
      </w:r>
    </w:p>
    <w:p>
      <w:pPr>
        <w:jc w:val="right"/>
      </w:pPr>
      <w:r>
        <w:t>ہے آدمی کے اندر جذبات۔ مثلاً ایک جذبہ یہ ہے کہ آدمی کو provoke کیا جائے تو غصہ آ جائے۔ ایک جذبہ یہ ہے کہ کسی کو بڑا دیکھا ہے تو اس کے اندر حسد آ جائے، جلن آ جائے۔ ایک جذبہ یہ ہے کہ کوئی نقصان پہنچایا ہے تو آپ اس کا revenge لینے کے لیے بھڑک اٹھیں۔ یہ سارے جذبات ہیں انسان کے اندر۔ کسی کو آپ چھوٹا دیکھیں تو آپ کے اندر ego جاگ پڑے۔ اپنی بڑائی کا احساس جاگ پڑ</w:t>
      </w:r>
    </w:p>
    <w:p>
      <w:r>
        <w:rPr>
          <w:b/>
        </w:rPr>
        <w:t xml:space="preserve">[35:46] </w:t>
      </w:r>
      <w:r>
        <w:t>e.</w:t>
      </w:r>
    </w:p>
    <w:p>
      <w:pPr>
        <w:jc w:val="right"/>
      </w:pPr>
      <w:r>
        <w:t>ے۔</w:t>
      </w:r>
    </w:p>
    <w:p>
      <w:r>
        <w:rPr>
          <w:b/>
        </w:rPr>
        <w:t xml:space="preserve">[35:51] </w:t>
      </w:r>
      <w:r>
        <w:t>yeh sare vulnerable points hain insan ke andar shaitan ke liye.</w:t>
      </w:r>
    </w:p>
    <w:p>
      <w:pPr>
        <w:jc w:val="right"/>
      </w:pPr>
      <w:r>
        <w:t>یہ سارے vulnerable points ہیں انسان کے اندر شیطان کے لیے۔</w:t>
      </w:r>
    </w:p>
    <w:p>
      <w:r>
        <w:rPr>
          <w:b/>
        </w:rPr>
        <w:t xml:space="preserve">[35:56] </w:t>
      </w:r>
      <w:r>
        <w:t>jab bhi koi aisi baat hoti hai to shaitan wahan se ghusne ki koshish karta hai aap ke andar.</w:t>
      </w:r>
    </w:p>
    <w:p>
      <w:pPr>
        <w:jc w:val="right"/>
      </w:pPr>
      <w:r>
        <w:t>جب بھی کوئی ایسی بات ہوتی ہے تو شیطان وہاں سے گھسنے کی کوشش کرتا ہے آپ کے اندر۔</w:t>
      </w:r>
    </w:p>
    <w:p>
      <w:r>
        <w:rPr>
          <w:b/>
        </w:rPr>
        <w:t xml:space="preserve">[36:01] </w:t>
      </w:r>
      <w:r>
        <w:t>jaise kisi ne agar bharkaya, aap ke andar negative thought aa gaya to foran shaitan wahan daud kar ayega.</w:t>
      </w:r>
    </w:p>
    <w:p>
      <w:pPr>
        <w:jc w:val="right"/>
      </w:pPr>
      <w:r>
        <w:t>جیسے کسی نے اگر بھڑکایا، آپ کے اندر negative thought آ گیا تو فوراً شیطان وہاں دوڑ کر آئے گا۔</w:t>
      </w:r>
    </w:p>
    <w:p>
      <w:r>
        <w:rPr>
          <w:b/>
        </w:rPr>
        <w:t xml:space="preserve">[36:06] </w:t>
      </w:r>
      <w:r>
        <w:t>jis tarah se gandagi jahan hoti hai, wahan makkhi jati hai.</w:t>
      </w:r>
    </w:p>
    <w:p>
      <w:pPr>
        <w:jc w:val="right"/>
      </w:pPr>
      <w:r>
        <w:t>جس طرح سے گندگی جہاں ہوتی ہے، وہاں مکھی جاتی ہے۔</w:t>
      </w:r>
    </w:p>
    <w:p>
      <w:r>
        <w:rPr>
          <w:b/>
        </w:rPr>
        <w:t xml:space="preserve">[36:11] </w:t>
      </w:r>
      <w:r>
        <w:t>aise hi jahan par is tarah ki cheez ho</w:t>
      </w:r>
    </w:p>
    <w:p>
      <w:pPr>
        <w:jc w:val="right"/>
      </w:pPr>
      <w:r>
        <w:t>ایسے ہی جہاں پر اس طرح کی چیز ہو</w:t>
      </w:r>
    </w:p>
    <w:p>
      <w:r>
        <w:rPr>
          <w:b/>
        </w:rPr>
        <w:t xml:space="preserve">[36:16] </w:t>
      </w:r>
      <w:r>
        <w:t>to shaitan wahan daud kar aata hai. is vulnerable points se aap ke andar dakhil hone ki koshish karta hai. wahan par aap khade ho jayen. asli stoning yahan karna hai. woh to symbolic stoning thi. woh jo aap ne ki hajj ke dauran, woh symbolic stoning thi. asli stoning yeh hai ke jab shaitan aap ke upar hamla kare, aap ko ghussa dilaye,</w:t>
      </w:r>
    </w:p>
    <w:p>
      <w:pPr>
        <w:jc w:val="right"/>
      </w:pPr>
      <w:r>
        <w:t>تو شیطان وہاں دوڑ کر آتا ہے۔ اس vulnerable points سے آپ کے اندر داخل ہونے کی کوشش کرتا ہے۔ وہاں پر آپ کھڑے ہو جائیں۔ اصلی stoning یہاں کرنا ہے۔ وہ تو symbolic stoning تھی۔ وہ جو آپ نے کی حج کے دوران، وہ symbolic stoning تھی۔ اصلی stoning یہ ہے کہ جب شیطان آپ کے اوپر حملہ کرے، آپ کو غصہ دلائے،</w:t>
      </w:r>
    </w:p>
    <w:p>
      <w:r>
        <w:rPr>
          <w:b/>
        </w:rPr>
        <w:t xml:space="preserve">[36:46] </w:t>
      </w:r>
      <w:r>
        <w:t>aap ke andar negative thought paida kare, aap ke andar inteqaam ka jazba bhadkaye, aap ke andar hasad</w:t>
      </w:r>
    </w:p>
    <w:p>
      <w:pPr>
        <w:jc w:val="right"/>
      </w:pPr>
      <w:r>
        <w:t>آپ کے اندر negative thought پیدا کرے، آپ کے اندر انتقام کا جذبہ بھڑکائے، آپ کے اندر حسد</w:t>
      </w:r>
    </w:p>
    <w:p>
      <w:r>
        <w:rPr>
          <w:b/>
        </w:rPr>
        <w:t xml:space="preserve">[36:52] </w:t>
      </w:r>
      <w:r>
        <w:t>aur jalan ka jazba aane lage, aap kisi ko chhota samajhne lagen, aap ghamand mein pad jayen, yeh</w:t>
      </w:r>
    </w:p>
    <w:p>
      <w:pPr>
        <w:jc w:val="right"/>
      </w:pPr>
      <w:r>
        <w:t>اور جلن کا جذبہ آنے لگے، آپ کسی کو چھوٹا سمجھنے لگیں، آپ گھمنڈ میں پڑ جائیں، یہ</w:t>
      </w:r>
    </w:p>
    <w:p>
      <w:r>
        <w:rPr>
          <w:b/>
        </w:rPr>
        <w:t xml:space="preserve">[36:59] </w:t>
      </w:r>
      <w:r>
        <w:t>sab shaitan ke hamle hain.</w:t>
      </w:r>
    </w:p>
    <w:p>
      <w:pPr>
        <w:jc w:val="right"/>
      </w:pPr>
      <w:r>
        <w:t>سب شیطان کے حملے ہیں۔</w:t>
      </w:r>
    </w:p>
    <w:p>
      <w:r>
        <w:rPr>
          <w:b/>
        </w:rPr>
        <w:t xml:space="preserve">[37:05] </w:t>
      </w:r>
      <w:r>
        <w:t>hamle is sense mein ke shaitan ne activate kiya aap ke is points ko.</w:t>
      </w:r>
    </w:p>
    <w:p>
      <w:pPr>
        <w:jc w:val="right"/>
      </w:pPr>
      <w:r>
        <w:t>حملے اس sense میں کہ شیطان نے activate کیا آپ کے اس points کو۔</w:t>
      </w:r>
    </w:p>
    <w:p>
      <w:r>
        <w:rPr>
          <w:b/>
        </w:rPr>
        <w:t xml:space="preserve">[37:11] </w:t>
      </w:r>
      <w:r>
        <w:t>is vulnerable points ko.</w:t>
      </w:r>
    </w:p>
    <w:p>
      <w:pPr>
        <w:jc w:val="right"/>
      </w:pPr>
      <w:r>
        <w:t>اس vulnerable points کو۔</w:t>
      </w:r>
    </w:p>
    <w:p>
      <w:r>
        <w:rPr>
          <w:b/>
        </w:rPr>
        <w:t xml:space="preserve">[37:17] </w:t>
      </w:r>
      <w:r>
        <w:t>to wahan par aap ko alert ho jana hai.</w:t>
      </w:r>
    </w:p>
    <w:p>
      <w:pPr>
        <w:jc w:val="right"/>
      </w:pPr>
      <w:r>
        <w:t>تو وہاں پر آپ کو alert ہو جانا ہے۔</w:t>
      </w:r>
    </w:p>
    <w:p>
      <w:r>
        <w:rPr>
          <w:b/>
        </w:rPr>
        <w:t xml:space="preserve">[37:20] </w:t>
      </w:r>
      <w:r>
        <w:t>wahan shaitan ko bhagana hai.</w:t>
      </w:r>
    </w:p>
    <w:p>
      <w:pPr>
        <w:jc w:val="right"/>
      </w:pPr>
      <w:r>
        <w:t>وہاں شیطان کو بھگانا ہے۔</w:t>
      </w:r>
    </w:p>
    <w:p>
      <w:r>
        <w:rPr>
          <w:b/>
        </w:rPr>
        <w:t xml:space="preserve">[37:24] </w:t>
      </w:r>
      <w:r>
        <w:t>bhagana kaise hai? is tarah se ke aap is ke khilaaf sochen.</w:t>
      </w:r>
    </w:p>
    <w:p>
      <w:pPr>
        <w:jc w:val="right"/>
      </w:pPr>
      <w:r>
        <w:t>بھگانا کیسے ہے؟ اس طرح سے کہ آپ اس کے خلاف سوچیں۔</w:t>
      </w:r>
    </w:p>
    <w:p>
      <w:r>
        <w:rPr>
          <w:b/>
        </w:rPr>
        <w:t xml:space="preserve">[37:28] </w:t>
      </w:r>
      <w:r>
        <w:t>sochen ke yeh to shaitan ki baat hai.</w:t>
      </w:r>
    </w:p>
    <w:p>
      <w:pPr>
        <w:jc w:val="right"/>
      </w:pPr>
      <w:r>
        <w:t>سوچیں کہ یہ تو شیطان کی بات ہے۔</w:t>
      </w:r>
    </w:p>
    <w:p>
      <w:r>
        <w:rPr>
          <w:b/>
        </w:rPr>
        <w:t xml:space="preserve">[37:32] </w:t>
      </w:r>
      <w:r>
        <w:t>quran mein hai ke jab musahab taif min shaitan tazakkaru.</w:t>
      </w:r>
    </w:p>
    <w:p>
      <w:pPr>
        <w:jc w:val="right"/>
      </w:pPr>
      <w:r>
        <w:t>قرآن میں ہے کہ إذا مصحب طائف من الشيطان تذکر ہو۔</w:t>
      </w:r>
    </w:p>
    <w:p>
      <w:r>
        <w:rPr>
          <w:b/>
        </w:rPr>
        <w:t xml:space="preserve">[37:35] </w:t>
      </w:r>
      <w:r>
        <w:t>jab shaitan hamein touch karta hai to lagte hain soch rahe hain.</w:t>
      </w:r>
    </w:p>
    <w:p>
      <w:pPr>
        <w:jc w:val="right"/>
      </w:pPr>
      <w:r>
        <w:t>جب شیطان ہمیں touch کرتا ہے تو لگتے ہیں سوچ رہے ہیں۔</w:t>
      </w:r>
    </w:p>
    <w:p>
      <w:r>
        <w:rPr>
          <w:b/>
        </w:rPr>
        <w:t xml:space="preserve">[37:39] </w:t>
      </w:r>
      <w:r>
        <w:t>ke bhai yeh to shaitani baat hai.</w:t>
      </w:r>
    </w:p>
    <w:p>
      <w:pPr>
        <w:jc w:val="right"/>
      </w:pPr>
      <w:r>
        <w:t>کہ بھئی یہ تو شیطانی بات ہے۔</w:t>
      </w:r>
    </w:p>
    <w:p>
      <w:r>
        <w:rPr>
          <w:b/>
        </w:rPr>
        <w:t xml:space="preserve">[37:43] </w:t>
      </w:r>
      <w:r>
        <w:t>yaani kisi ne agar hamein kuch takleef de di aur hum plan karte</w:t>
      </w:r>
    </w:p>
    <w:p>
      <w:pPr>
        <w:jc w:val="right"/>
      </w:pPr>
      <w:r>
        <w:t>یعنی کسی نے اگر ہمیں کچھ تکلیف دے دی اور ہم plan کرتے</w:t>
      </w:r>
    </w:p>
    <w:p>
      <w:r>
        <w:rPr>
          <w:b/>
        </w:rPr>
        <w:t xml:space="preserve">[37:47] </w:t>
      </w:r>
      <w:r>
        <w:t>hain ke inteqaam ka, revenge ka, to foran aap ko sochna chahiye ke af oh, revenge to shaitani kaam hai.</w:t>
      </w:r>
    </w:p>
    <w:p>
      <w:pPr>
        <w:jc w:val="right"/>
      </w:pPr>
      <w:r>
        <w:t>ہیں کہ انتقام کا، revenge کا، تو فوراً آپ کو سوچنا چاہیے کہ اف اوہ، revenge تو شیطانی کام ہے۔</w:t>
      </w:r>
    </w:p>
    <w:p>
      <w:r>
        <w:rPr>
          <w:b/>
        </w:rPr>
        <w:t xml:space="preserve">[37:52] </w:t>
      </w:r>
      <w:r>
        <w:t>kisi ko chhota dekh kar aap ke andar ghamand aa gaya to foran aap jaag paden.</w:t>
      </w:r>
    </w:p>
    <w:p>
      <w:pPr>
        <w:jc w:val="right"/>
      </w:pPr>
      <w:r>
        <w:t>کسی کو چھوٹا دیکھ کر آپ کے اندر گھمنڈ آ گیا تو فوراً آپ جاگ پڑیں۔</w:t>
      </w:r>
    </w:p>
    <w:p>
      <w:r>
        <w:rPr>
          <w:b/>
        </w:rPr>
        <w:t xml:space="preserve">[37:57] </w:t>
      </w:r>
      <w:r>
        <w:t>ke yeh to shaitani kaam hai.</w:t>
      </w:r>
    </w:p>
    <w:p>
      <w:pPr>
        <w:jc w:val="right"/>
      </w:pPr>
      <w:r>
        <w:t>کہ یہ تو شیطانی کام ہے۔</w:t>
      </w:r>
    </w:p>
    <w:p>
      <w:r>
        <w:rPr>
          <w:b/>
        </w:rPr>
        <w:t xml:space="preserve">[38:02] </w:t>
      </w:r>
      <w:r>
        <w:t>ghamand to shaitan ki sifat hai.</w:t>
      </w:r>
    </w:p>
    <w:p>
      <w:pPr>
        <w:jc w:val="right"/>
      </w:pPr>
      <w:r>
        <w:t>گھمنڈ تو شیطان کی صفت ہے۔</w:t>
      </w:r>
    </w:p>
    <w:p>
      <w:r>
        <w:rPr>
          <w:b/>
        </w:rPr>
        <w:t xml:space="preserve">[38:07] </w:t>
      </w:r>
      <w:r>
        <w:t>to jab musahab taif min shaitan tazakkaru.</w:t>
      </w:r>
    </w:p>
    <w:p>
      <w:pPr>
        <w:jc w:val="right"/>
      </w:pPr>
      <w:r>
        <w:t>تو إذا مصحب طائف من الشيطان تذکر ہو۔</w:t>
      </w:r>
    </w:p>
    <w:p>
      <w:r>
        <w:rPr>
          <w:b/>
        </w:rPr>
        <w:t xml:space="preserve">[38:12] </w:t>
      </w:r>
      <w:r>
        <w:t>jab un par shaitan ka koi, jab un par, jab shaitan un ko touch karta hai to ja</w:t>
      </w:r>
    </w:p>
    <w:p>
      <w:pPr>
        <w:jc w:val="right"/>
      </w:pPr>
      <w:r>
        <w:t>جب ان پر شیطان کا کوئی، جب ان پر، جب شیطان ان کو touch کرتا ہے تو جا</w:t>
      </w:r>
    </w:p>
    <w:p>
      <w:r>
        <w:rPr>
          <w:b/>
        </w:rPr>
        <w:t xml:space="preserve">[38:17] </w:t>
      </w:r>
      <w:r>
        <w:t>g padte hain.</w:t>
      </w:r>
    </w:p>
    <w:p>
      <w:pPr>
        <w:jc w:val="right"/>
      </w:pPr>
      <w:r>
        <w:t>گ پڑتے ہیں۔</w:t>
      </w:r>
    </w:p>
    <w:p>
      <w:r>
        <w:rPr>
          <w:b/>
        </w:rPr>
        <w:t xml:space="preserve">[38:23] </w:t>
      </w:r>
      <w:r>
        <w:t>ab in ka, yaani in ka mind active ho jata hai.</w:t>
      </w:r>
    </w:p>
    <w:p>
      <w:pPr>
        <w:jc w:val="right"/>
      </w:pPr>
      <w:r>
        <w:t>اب ان کا، یعنی ان کا mind active ہو جاتا ہے۔</w:t>
      </w:r>
    </w:p>
    <w:p>
      <w:r>
        <w:rPr>
          <w:b/>
        </w:rPr>
        <w:t xml:space="preserve">[38:29] </w:t>
      </w:r>
      <w:r>
        <w:t>aur phir kya karte hain woh? woh padhte hain, woh kehte hain ke allahumma inni aoozu bika min</w:t>
      </w:r>
    </w:p>
    <w:p>
      <w:pPr>
        <w:jc w:val="right"/>
      </w:pPr>
      <w:r>
        <w:t>اور پھر کیا کرتے ہیں وہ؟ وہ پڑھتے ہیں، وہ کہتے ہیں کہ اللهم إني أعوذ بك من</w:t>
      </w:r>
    </w:p>
    <w:p>
      <w:r>
        <w:rPr>
          <w:b/>
        </w:rPr>
        <w:t xml:space="preserve">[38:35] </w:t>
      </w:r>
      <w:r>
        <w:t>al-shaitan al-rajim allahumma inni aoozu bika min ghamad al-shayateen inna lillahi wa inna ilayhi rajiun yeh hai shaitan ki stoning.</w:t>
      </w:r>
    </w:p>
    <w:p>
      <w:pPr>
        <w:jc w:val="right"/>
      </w:pPr>
      <w:r>
        <w:t>الشيطان الرجيم اللهم إني أعوذ بك من حمد الشياطين إنا لله وإنا إليه راجعون یہ ہے شیطان کی stoning۔</w:t>
      </w:r>
    </w:p>
    <w:p>
      <w:r>
        <w:rPr>
          <w:b/>
        </w:rPr>
        <w:t xml:space="preserve">[38:41] </w:t>
      </w:r>
      <w:r>
        <w:t>jab aap par shaitan hamla kare kisi vulnerable points se to foran is ke khilaaf</w:t>
      </w:r>
    </w:p>
    <w:p>
      <w:pPr>
        <w:jc w:val="right"/>
      </w:pPr>
      <w:r>
        <w:t>جب آپ پر شیطان حملہ کرے کسی vulnerable points سے تو فوراً اس کے خلاف</w:t>
      </w:r>
    </w:p>
    <w:p>
      <w:r>
        <w:rPr>
          <w:b/>
        </w:rPr>
        <w:t xml:space="preserve">[38:47] </w:t>
      </w:r>
      <w:r>
        <w:t>sochien.</w:t>
      </w:r>
    </w:p>
    <w:p>
      <w:pPr>
        <w:jc w:val="right"/>
      </w:pPr>
      <w:r>
        <w:t>سوچیں۔</w:t>
      </w:r>
    </w:p>
    <w:p>
      <w:r>
        <w:rPr>
          <w:b/>
        </w:rPr>
        <w:t xml:space="preserve">[38:51] </w:t>
      </w:r>
      <w:r>
        <w:t>fauran aap dua ke kalmaat nikalein.</w:t>
      </w:r>
    </w:p>
    <w:p>
      <w:pPr>
        <w:jc w:val="right"/>
      </w:pPr>
      <w:r>
        <w:t>فوراً آپ دعا کے کلمات نکالیں۔</w:t>
      </w:r>
    </w:p>
    <w:p>
      <w:r>
        <w:rPr>
          <w:b/>
        </w:rPr>
        <w:t xml:space="preserve">[38:56] </w:t>
      </w:r>
      <w:r>
        <w:t>fauran aap khuda se madad mangein to woh shaitan bhaag jayega.</w:t>
      </w:r>
    </w:p>
    <w:p>
      <w:pPr>
        <w:jc w:val="right"/>
      </w:pPr>
      <w:r>
        <w:t>فوراً آپ خدا سے مدد مانگیں تو وہ شیطان بھاگ جائے گا۔</w:t>
      </w:r>
    </w:p>
    <w:p>
      <w:r>
        <w:rPr>
          <w:b/>
        </w:rPr>
        <w:t xml:space="preserve">[39:00] </w:t>
      </w:r>
      <w:r>
        <w:t>to asli ram yeh hai.</w:t>
      </w:r>
    </w:p>
    <w:p>
      <w:pPr>
        <w:jc w:val="right"/>
      </w:pPr>
      <w:r>
        <w:t>تو اصلی رم یہ ہے۔</w:t>
      </w:r>
    </w:p>
    <w:p>
      <w:r>
        <w:rPr>
          <w:b/>
        </w:rPr>
        <w:t xml:space="preserve">[39:04] </w:t>
      </w:r>
      <w:r>
        <w:t>asli stoning yeh hai.</w:t>
      </w:r>
    </w:p>
    <w:p>
      <w:pPr>
        <w:jc w:val="right"/>
      </w:pPr>
      <w:r>
        <w:t>اصلی stoning یہ ہے۔</w:t>
      </w:r>
    </w:p>
    <w:p>
      <w:r>
        <w:rPr>
          <w:b/>
        </w:rPr>
        <w:t xml:space="preserve">[39:09] </w:t>
      </w:r>
      <w:r>
        <w:t>wahan jo ki jati hai, woh hoti hai symbolic stoning.</w:t>
      </w:r>
    </w:p>
    <w:p>
      <w:pPr>
        <w:jc w:val="right"/>
      </w:pPr>
      <w:r>
        <w:t>وہاں جو کی جاتی ہے، وہ ہوتی ہے symbolic stoning۔</w:t>
      </w:r>
    </w:p>
    <w:p>
      <w:r>
        <w:rPr>
          <w:b/>
        </w:rPr>
        <w:t xml:space="preserve">[39:13] </w:t>
      </w:r>
      <w:r>
        <w:t>aur aap ke upar jab shaitan hamla karta hai, us waqt jo aap us ke khilaaf khade ho jate hain</w:t>
      </w:r>
    </w:p>
    <w:p>
      <w:pPr>
        <w:jc w:val="right"/>
      </w:pPr>
      <w:r>
        <w:t>اور آپ کے اوپر جب شیطان حملہ کرتا ہے، اس وقت جو آپ اس کے خلاف کھڑے ہو جاتے ہیں</w:t>
      </w:r>
    </w:p>
    <w:p>
      <w:r>
        <w:rPr>
          <w:b/>
        </w:rPr>
        <w:t xml:space="preserve">[39:17] </w:t>
      </w:r>
      <w:r>
        <w:t>to woh hai asli stoning ke shaitan ko maar kar bhagaye aap ne.</w:t>
      </w:r>
    </w:p>
    <w:p>
      <w:pPr>
        <w:jc w:val="right"/>
      </w:pPr>
      <w:r>
        <w:t>تو وہ ہے اصلی stoning کہ شیطان کو مار کر بھگائے آپ نے۔</w:t>
      </w:r>
    </w:p>
    <w:p>
      <w:r>
        <w:rPr>
          <w:b/>
        </w:rPr>
        <w:t xml:space="preserve">[39:21] </w:t>
      </w:r>
      <w:r>
        <w:t>shaitan ko aap ne maar kar bhagaya.</w:t>
      </w:r>
    </w:p>
    <w:p>
      <w:pPr>
        <w:jc w:val="right"/>
      </w:pPr>
      <w:r>
        <w:t>شیطان کو آپ نے مار کر بھگایا۔</w:t>
      </w:r>
    </w:p>
    <w:p>
      <w:r>
        <w:rPr>
          <w:b/>
        </w:rPr>
        <w:t xml:space="preserve">[39:25] </w:t>
      </w:r>
      <w:r>
        <w:t>to insaan ka jo dimagh hai, woh bohat zyada is ke andar capacity hai.</w:t>
      </w:r>
    </w:p>
    <w:p>
      <w:pPr>
        <w:jc w:val="right"/>
      </w:pPr>
      <w:r>
        <w:t>تو انسان کا جو دماغ ہے، وہ بہت زیادہ اس کے اندر capacity ہے۔</w:t>
      </w:r>
    </w:p>
    <w:p>
      <w:r>
        <w:rPr>
          <w:b/>
        </w:rPr>
        <w:t xml:space="preserve">[39:29] </w:t>
      </w:r>
      <w:r>
        <w:t>bohat zyada capacity hai.</w:t>
      </w:r>
    </w:p>
    <w:p>
      <w:pPr>
        <w:jc w:val="right"/>
      </w:pPr>
      <w:r>
        <w:t>بہت زیادہ capacity ہے۔</w:t>
      </w:r>
    </w:p>
    <w:p>
      <w:r>
        <w:rPr>
          <w:b/>
        </w:rPr>
        <w:t xml:space="preserve">[39:33] </w:t>
      </w:r>
      <w:r>
        <w:t>to woh fauran aadmi ko batata hai shaitan qadam ke hamle ko.</w:t>
      </w:r>
    </w:p>
    <w:p>
      <w:pPr>
        <w:jc w:val="right"/>
      </w:pPr>
      <w:r>
        <w:t>تو وہ فوراً آدمی کو بتاتا ہے شیطان قدم کے حملے کو۔</w:t>
      </w:r>
    </w:p>
    <w:p>
      <w:r>
        <w:rPr>
          <w:b/>
        </w:rPr>
        <w:t xml:space="preserve">[39:37] </w:t>
      </w:r>
      <w:r>
        <w:t>aap ka dimagh jaag uthta hai.</w:t>
      </w:r>
    </w:p>
    <w:p>
      <w:pPr>
        <w:jc w:val="right"/>
      </w:pPr>
      <w:r>
        <w:t>آپ کا دماغ جاگ اٹھتا ہے۔</w:t>
      </w:r>
    </w:p>
    <w:p>
      <w:r>
        <w:rPr>
          <w:b/>
        </w:rPr>
        <w:t xml:space="preserve">[39:40] </w:t>
      </w:r>
      <w:r>
        <w:t>batata hai ke dekho yahan shaitan ne hamla kar diya.</w:t>
      </w:r>
    </w:p>
    <w:p>
      <w:pPr>
        <w:jc w:val="right"/>
      </w:pPr>
      <w:r>
        <w:t>بتاتا ہے کہ دیکھو یہاں شیطان نے حملہ کر دیا۔</w:t>
      </w:r>
    </w:p>
    <w:p>
      <w:r>
        <w:rPr>
          <w:b/>
        </w:rPr>
        <w:t xml:space="preserve">[39:44] </w:t>
      </w:r>
      <w:r>
        <w:t>aap ka conscience, aap ka nature</w:t>
      </w:r>
    </w:p>
    <w:p>
      <w:pPr>
        <w:jc w:val="right"/>
      </w:pPr>
      <w:r>
        <w:t>آپ کا conscience، آپ کا nature</w:t>
      </w:r>
    </w:p>
    <w:p>
      <w:r>
        <w:rPr>
          <w:b/>
        </w:rPr>
        <w:t xml:space="preserve">[39:48] </w:t>
      </w:r>
      <w:r>
        <w:t>, aap ka sochne ki taqat, woh aap ko batati hai ke dekho yahan shaitan ne hamla kar diya.</w:t>
      </w:r>
    </w:p>
    <w:p>
      <w:pPr>
        <w:jc w:val="right"/>
      </w:pPr>
      <w:r>
        <w:t>، آپ کا سوچنے کی طاقت، وہ آپ کو بتاتی ہے کہ دیکھو یہاں شیطان نے حملہ کر دیا۔</w:t>
      </w:r>
    </w:p>
    <w:p>
      <w:r>
        <w:rPr>
          <w:b/>
        </w:rPr>
        <w:t xml:space="preserve">[39:54] </w:t>
      </w:r>
      <w:r>
        <w:t>is se bacho.</w:t>
      </w:r>
    </w:p>
    <w:p>
      <w:pPr>
        <w:jc w:val="right"/>
      </w:pPr>
      <w:r>
        <w:t>اس سے بچو۔</w:t>
      </w:r>
    </w:p>
    <w:p>
      <w:r>
        <w:rPr>
          <w:b/>
        </w:rPr>
        <w:t xml:space="preserve">[39:59] </w:t>
      </w:r>
      <w:r>
        <w:t>to woh hai real stoning.</w:t>
      </w:r>
    </w:p>
    <w:p>
      <w:pPr>
        <w:jc w:val="right"/>
      </w:pPr>
      <w:r>
        <w:t>تو وہ ہے real stoning۔</w:t>
      </w:r>
    </w:p>
    <w:p>
      <w:r>
        <w:rPr>
          <w:b/>
        </w:rPr>
        <w:t xml:space="preserve">[40:05] </w:t>
      </w:r>
      <w:r>
        <w:t>wahan to haji jo karta hai, woh to symbolic stoning hai.</w:t>
      </w:r>
    </w:p>
    <w:p>
      <w:pPr>
        <w:jc w:val="right"/>
      </w:pPr>
      <w:r>
        <w:t>وہاں تو حاجی جو کرتا ہے، وہ تو symbolic stoning ہے۔</w:t>
      </w:r>
    </w:p>
    <w:p>
      <w:r>
        <w:rPr>
          <w:b/>
        </w:rPr>
        <w:t xml:space="preserve">[40:10] </w:t>
      </w:r>
      <w:r>
        <w:t>apne upar jab shaitan hamla kare, shaitan attack kare, wahan par jab aap shaitan ke khilaaf khade ho</w:t>
      </w:r>
    </w:p>
    <w:p>
      <w:pPr>
        <w:jc w:val="right"/>
      </w:pPr>
      <w:r>
        <w:t>اپنے اوپر جب شیطان حملہ کرے، شیطان attack کرے، وہاں پر جب آپ شیطان کے خلاف کھڑے ہو</w:t>
      </w:r>
    </w:p>
    <w:p>
      <w:r>
        <w:rPr>
          <w:b/>
        </w:rPr>
        <w:t xml:space="preserve">[40:16] </w:t>
      </w:r>
      <w:r>
        <w:t>jayen to woh hai real stoning.</w:t>
      </w:r>
    </w:p>
    <w:p>
      <w:pPr>
        <w:jc w:val="right"/>
      </w:pPr>
      <w:r>
        <w:t>جائیں تو وہ ہے real stoning۔</w:t>
      </w:r>
    </w:p>
    <w:p>
      <w:r>
        <w:rPr>
          <w:b/>
        </w:rPr>
        <w:t xml:space="preserve">[40:22] </w:t>
      </w:r>
      <w:r>
        <w:t>is tarah se dekhiye, haj mein aap qurbani karte hain.</w:t>
      </w:r>
    </w:p>
    <w:p>
      <w:pPr>
        <w:jc w:val="right"/>
      </w:pPr>
      <w:r>
        <w:t>اس طرح سے دیکھیے، حج میں آپ قربانی کرتے ہیں۔</w:t>
      </w:r>
    </w:p>
    <w:p>
      <w:r>
        <w:rPr>
          <w:b/>
        </w:rPr>
        <w:t xml:space="preserve">[40:28] </w:t>
      </w:r>
      <w:r>
        <w:t>qurbani kya hai? qurbani dedication ka symbol hai.</w:t>
      </w:r>
    </w:p>
    <w:p>
      <w:pPr>
        <w:jc w:val="right"/>
      </w:pPr>
      <w:r>
        <w:t>قربانی کیا ہے؟ قربانی dedication کا symbol ہے۔</w:t>
      </w:r>
    </w:p>
    <w:p>
      <w:r>
        <w:rPr>
          <w:b/>
        </w:rPr>
        <w:t xml:space="preserve">[40:34] </w:t>
      </w:r>
      <w:r>
        <w:t>woh jo aap ne qurbaan kiya ek janwar ko, woh to ek symbolic way mein hua.</w:t>
      </w:r>
    </w:p>
    <w:p>
      <w:pPr>
        <w:jc w:val="right"/>
      </w:pPr>
      <w:r>
        <w:t>وہ جو آپ نے قربان کیا ایک جانور کو، وہ تو ایک symbolic way میں ہوا۔</w:t>
      </w:r>
    </w:p>
    <w:p>
      <w:r>
        <w:rPr>
          <w:b/>
        </w:rPr>
        <w:t xml:space="preserve">[40:40] </w:t>
      </w:r>
      <w:r>
        <w:t>asal cheez hai dedication.</w:t>
      </w:r>
    </w:p>
    <w:p>
      <w:pPr>
        <w:jc w:val="right"/>
      </w:pPr>
      <w:r>
        <w:t>اصل چیز ہے dedication۔</w:t>
      </w:r>
    </w:p>
    <w:p>
      <w:r>
        <w:rPr>
          <w:b/>
        </w:rPr>
        <w:t xml:space="preserve">[40:46] </w:t>
      </w:r>
      <w:r>
        <w:t>keh mein apnay aap ko aakhri had tak dedicate karoon ga Khuda ke liye.</w:t>
      </w:r>
    </w:p>
    <w:p>
      <w:pPr>
        <w:jc w:val="right"/>
      </w:pPr>
      <w:r>
        <w:t>کہ میں اپنے آپ کو آخری حد تک dedicate کروں گا خدا کے لیے۔</w:t>
      </w:r>
    </w:p>
    <w:p>
      <w:r>
        <w:rPr>
          <w:b/>
        </w:rPr>
        <w:t xml:space="preserve">[40:53] </w:t>
      </w:r>
      <w:r>
        <w:t>to qurbani ka matlab hai keh apni khwahishon ki qurbani.</w:t>
      </w:r>
    </w:p>
    <w:p>
      <w:pPr>
        <w:jc w:val="right"/>
      </w:pPr>
      <w:r>
        <w:t>تو قربانی کا مطلب ہے کہ اپنی خواہشوں کی قربانی۔</w:t>
      </w:r>
    </w:p>
    <w:p>
      <w:r>
        <w:rPr>
          <w:b/>
        </w:rPr>
        <w:t xml:space="preserve">[40:57] </w:t>
      </w:r>
      <w:r>
        <w:t>apni ego ki qurbani.</w:t>
      </w:r>
    </w:p>
    <w:p>
      <w:pPr>
        <w:jc w:val="right"/>
      </w:pPr>
      <w:r>
        <w:t>اپنی ego کی قربانی۔</w:t>
      </w:r>
    </w:p>
    <w:p>
      <w:r>
        <w:rPr>
          <w:b/>
        </w:rPr>
        <w:t xml:space="preserve">[41:01] </w:t>
      </w:r>
      <w:r>
        <w:t>apne negative thought ki qurbani.</w:t>
      </w:r>
    </w:p>
    <w:p>
      <w:pPr>
        <w:jc w:val="right"/>
      </w:pPr>
      <w:r>
        <w:t>اپنے negative thought کی قربانی۔</w:t>
      </w:r>
    </w:p>
    <w:p>
      <w:r>
        <w:rPr>
          <w:b/>
        </w:rPr>
        <w:t xml:space="preserve">[41:06] </w:t>
      </w:r>
      <w:r>
        <w:t>apne ghusse ki qurbani.</w:t>
      </w:r>
    </w:p>
    <w:p>
      <w:pPr>
        <w:jc w:val="right"/>
      </w:pPr>
      <w:r>
        <w:t>اپنے غصے کی قربانی۔</w:t>
      </w:r>
    </w:p>
    <w:p>
      <w:r>
        <w:rPr>
          <w:b/>
        </w:rPr>
        <w:t xml:space="preserve">[41:10] </w:t>
      </w:r>
      <w:r>
        <w:t>in sab cheezon ko qurban karna hai.</w:t>
      </w:r>
    </w:p>
    <w:p>
      <w:pPr>
        <w:jc w:val="right"/>
      </w:pPr>
      <w:r>
        <w:t>ان سب چیزوں کو قربان کرنا ہے۔</w:t>
      </w:r>
    </w:p>
    <w:p>
      <w:r>
        <w:rPr>
          <w:b/>
        </w:rPr>
        <w:t xml:space="preserve">[41:14] </w:t>
      </w:r>
      <w:r>
        <w:t>to jab aadmi wahan par qurbani deta hai to sach poochien to woh apni apne aap ki qurbani</w:t>
      </w:r>
    </w:p>
    <w:p>
      <w:pPr>
        <w:jc w:val="right"/>
      </w:pPr>
      <w:r>
        <w:t>تو جب آدمی وہاں پر قربانی دیتا ہے تو سچ پوچھیں تو وہ اپنی اپنے آپ کی قربانی</w:t>
      </w:r>
    </w:p>
    <w:p>
      <w:r>
        <w:rPr>
          <w:b/>
        </w:rPr>
        <w:t xml:space="preserve">[41:19] </w:t>
      </w:r>
      <w:r>
        <w:t>deta hai woh.</w:t>
      </w:r>
    </w:p>
    <w:p>
      <w:pPr>
        <w:jc w:val="right"/>
      </w:pPr>
      <w:r>
        <w:t>دیتا ہے وہ۔</w:t>
      </w:r>
    </w:p>
    <w:p>
      <w:r>
        <w:rPr>
          <w:b/>
        </w:rPr>
        <w:t xml:space="preserve">[41:23] </w:t>
      </w:r>
      <w:r>
        <w:t>apne aap ki qurbani is sense mein nahi keh apna kai ja ke suicide bombing kare woh.</w:t>
      </w:r>
    </w:p>
    <w:p>
      <w:pPr>
        <w:jc w:val="right"/>
      </w:pPr>
      <w:r>
        <w:t>اپنے آپ کی قربانی اس sense میں نہیں کہ اپنا کئی جا کے suicide bombing کرے وہ۔</w:t>
      </w:r>
    </w:p>
    <w:p>
      <w:r>
        <w:rPr>
          <w:b/>
        </w:rPr>
        <w:t xml:space="preserve">[41:27] </w:t>
      </w:r>
      <w:r>
        <w:t>apni gardan kataye. nahi.</w:t>
      </w:r>
    </w:p>
    <w:p>
      <w:pPr>
        <w:jc w:val="right"/>
      </w:pPr>
      <w:r>
        <w:t>اپنی گردن کٹائے۔ نہیں۔</w:t>
      </w:r>
    </w:p>
    <w:p>
      <w:r>
        <w:rPr>
          <w:b/>
        </w:rPr>
        <w:t xml:space="preserve">[41:31] </w:t>
      </w:r>
      <w:r>
        <w:t>apne negative thought ko qurban karta hai woh.</w:t>
      </w:r>
    </w:p>
    <w:p>
      <w:pPr>
        <w:jc w:val="right"/>
      </w:pPr>
      <w:r>
        <w:t>اپنے negative thought کو قربان کرتا ہے وہ۔</w:t>
      </w:r>
    </w:p>
    <w:p>
      <w:r>
        <w:rPr>
          <w:b/>
        </w:rPr>
        <w:t xml:space="preserve">[41:36] </w:t>
      </w:r>
      <w:r>
        <w:t>apne ghusse ko qurban karta hai woh.</w:t>
      </w:r>
    </w:p>
    <w:p>
      <w:pPr>
        <w:jc w:val="right"/>
      </w:pPr>
      <w:r>
        <w:t>اپنے غصے کو قربان کرتا ہے وہ۔</w:t>
      </w:r>
    </w:p>
    <w:p>
      <w:r>
        <w:rPr>
          <w:b/>
        </w:rPr>
        <w:t xml:space="preserve">[41:40] </w:t>
      </w:r>
      <w:r>
        <w:t>apne ghamand ko qurban karta hai.</w:t>
      </w:r>
    </w:p>
    <w:p>
      <w:pPr>
        <w:jc w:val="right"/>
      </w:pPr>
      <w:r>
        <w:t>اپنے گھمنڈ کو قربان کرتا ہے۔</w:t>
      </w:r>
    </w:p>
    <w:p>
      <w:r>
        <w:rPr>
          <w:b/>
        </w:rPr>
        <w:t xml:space="preserve">[41:44] </w:t>
      </w:r>
      <w:r>
        <w:t>apni ego ko qurban karta hai.</w:t>
      </w:r>
    </w:p>
    <w:p>
      <w:pPr>
        <w:jc w:val="right"/>
      </w:pPr>
      <w:r>
        <w:t>اپنی ego کو قربان کرتا ہے۔</w:t>
      </w:r>
    </w:p>
    <w:p>
      <w:r>
        <w:rPr>
          <w:b/>
        </w:rPr>
        <w:t xml:space="preserve">[41:49] </w:t>
      </w:r>
      <w:r>
        <w:t>to qurbani jo hai, woh yeh hai keh aap saare negative thought ko khatam kar ke</w:t>
      </w:r>
    </w:p>
    <w:p>
      <w:pPr>
        <w:jc w:val="right"/>
      </w:pPr>
      <w:r>
        <w:t>تو قربانی جو ہے، وہ یہ ہے کہ آپ سارے negative thought کو ختم کر کے</w:t>
      </w:r>
    </w:p>
    <w:p>
      <w:r>
        <w:rPr>
          <w:b/>
        </w:rPr>
        <w:t xml:space="preserve">[41:53] </w:t>
      </w:r>
      <w:r>
        <w:t>apne aap ko khuda ke liye dedicate karen. kyunke yahi negative thought jo hai, yahi to rukawat bante hain dedication mein. jitni cheezen aap ko distract karti hain, jitni cheezen aap ko dedication se hatati hain, un sab ko aap ne wahan qurban kar diya. ab pure dedication ke sath khuda ke mission mein aap ko lagna hai. yeh hai hajj ka maqsad. p</w:t>
      </w:r>
    </w:p>
    <w:p>
      <w:pPr>
        <w:jc w:val="right"/>
      </w:pPr>
      <w:r>
        <w:t>اپنے آپ کو خدا کے لیے dedicate کریں۔ کیونکہ یہی negative thought جو ہے، یہی تو رکاوٹ بنتے ہیں dedication میں۔ جتنی چیزیں آپ کو distract کرتی ہیں، جتنی چیزیں آپ کو dedication سے ہٹاتی ہیں، ان سب کو آپ نے وہاں قربان کر دیا۔ اب پورے dedication کے ساتھ خدا کے mission میں آپ کو لگنا ہے۔ یہ ہے حج کا مقصد۔ پ</w:t>
      </w:r>
    </w:p>
    <w:p>
      <w:r>
        <w:rPr>
          <w:b/>
        </w:rPr>
        <w:t xml:space="preserve">[42:23] </w:t>
      </w:r>
      <w:r>
        <w:t>har dekhiye, saare insaan jo jaate hain wahan par haj karne ke liye, to wahan par aik bara</w:t>
      </w:r>
    </w:p>
    <w:p>
      <w:pPr>
        <w:jc w:val="right"/>
      </w:pPr>
      <w:r>
        <w:t>ھر دیکھیے، سارے انسان جو جاتے ہیں وہاں پر حج کرنے کے لیے، تو وہاں پر ایک بڑا</w:t>
      </w:r>
    </w:p>
    <w:p>
      <w:r>
        <w:rPr>
          <w:b/>
        </w:rPr>
        <w:t xml:space="preserve">[42:28] </w:t>
      </w:r>
      <w:r>
        <w:t>maidan hai jis ko kehte hain maidan e arfaat.</w:t>
      </w:r>
    </w:p>
    <w:p>
      <w:pPr>
        <w:jc w:val="right"/>
      </w:pPr>
      <w:r>
        <w:t>میدان ہے جس کو کہتے ہیں میدان عرفات۔</w:t>
      </w:r>
    </w:p>
    <w:p>
      <w:r>
        <w:rPr>
          <w:b/>
        </w:rPr>
        <w:t xml:space="preserve">[42:33] </w:t>
      </w:r>
      <w:r>
        <w:t>wahan par saare log aate hain, labbaik Allahumma labbaik kehte hue, sab ke body par wahi safed rang</w:t>
      </w:r>
    </w:p>
    <w:p>
      <w:pPr>
        <w:jc w:val="right"/>
      </w:pPr>
      <w:r>
        <w:t>وہاں پر سارے لوگ آتے ہیں، لبیک اللہم لبیک کہتے ہوئے، سب کے body پر وہی سفید رنگ</w:t>
      </w:r>
    </w:p>
    <w:p>
      <w:r>
        <w:rPr>
          <w:b/>
        </w:rPr>
        <w:t xml:space="preserve">[42:38] </w:t>
      </w:r>
      <w:r>
        <w:t>ka bana sila kapra hota hai.</w:t>
      </w:r>
    </w:p>
    <w:p>
      <w:pPr>
        <w:jc w:val="right"/>
      </w:pPr>
      <w:r>
        <w:t>کا بنا سلا کپڑا ہوتا ہے۔</w:t>
      </w:r>
    </w:p>
    <w:p>
      <w:r>
        <w:rPr>
          <w:b/>
        </w:rPr>
        <w:t xml:space="preserve">[42:43] </w:t>
      </w:r>
      <w:r>
        <w:t>woh sab wahan par maidan e arfaat mein ikhatta hote hain.</w:t>
      </w:r>
    </w:p>
    <w:p>
      <w:pPr>
        <w:jc w:val="right"/>
      </w:pPr>
      <w:r>
        <w:t>وہ سب وہاں پر میدان عرفات میں اکٹھا ہوتے ہیں۔</w:t>
      </w:r>
    </w:p>
    <w:p>
      <w:r>
        <w:rPr>
          <w:b/>
        </w:rPr>
        <w:t xml:space="preserve">[42:48] </w:t>
      </w:r>
      <w:r>
        <w:t>yeh kya hai? yeh</w:t>
      </w:r>
    </w:p>
    <w:p>
      <w:pPr>
        <w:jc w:val="right"/>
      </w:pPr>
      <w:r>
        <w:t>یہ کیا ہے؟ یہ</w:t>
      </w:r>
    </w:p>
    <w:p>
      <w:r>
        <w:rPr>
          <w:b/>
        </w:rPr>
        <w:t xml:space="preserve">[42:53] </w:t>
      </w:r>
      <w:r>
        <w:t>aik universal solidarity ka aik manzar hai.</w:t>
      </w:r>
    </w:p>
    <w:p>
      <w:pPr>
        <w:jc w:val="right"/>
      </w:pPr>
      <w:r>
        <w:t>ایک universal solidarity کا ایک منظر ہے۔</w:t>
      </w:r>
    </w:p>
    <w:p>
      <w:r>
        <w:rPr>
          <w:b/>
        </w:rPr>
        <w:t xml:space="preserve">[42:59] </w:t>
      </w:r>
      <w:r>
        <w:t>saare insaan aik hain.</w:t>
      </w:r>
    </w:p>
    <w:p>
      <w:pPr>
        <w:jc w:val="right"/>
      </w:pPr>
      <w:r>
        <w:t>سارے انسان ایک ہیں۔</w:t>
      </w:r>
    </w:p>
    <w:p>
      <w:r>
        <w:rPr>
          <w:b/>
        </w:rPr>
        <w:t xml:space="preserve">[43:05] </w:t>
      </w:r>
      <w:r>
        <w:t>saare insaan aik hain.</w:t>
      </w:r>
    </w:p>
    <w:p>
      <w:pPr>
        <w:jc w:val="right"/>
      </w:pPr>
      <w:r>
        <w:t>سارے انسان ایک ہیں۔</w:t>
      </w:r>
    </w:p>
    <w:p>
      <w:r>
        <w:rPr>
          <w:b/>
        </w:rPr>
        <w:t xml:space="preserve">[43:11] </w:t>
      </w:r>
      <w:r>
        <w:t>yeh universal brotherhood, universal character, universal thinking, universality ka yeh aik aik symbolic way mein aik maamla hota hai.</w:t>
      </w:r>
    </w:p>
    <w:p>
      <w:pPr>
        <w:jc w:val="right"/>
      </w:pPr>
      <w:r>
        <w:t>یہ universal brotherhood، universal character، universal thinking، universality کا یہ ایک ایک symbolic way میں ایک معاملہ ہوتا ہے۔</w:t>
      </w:r>
    </w:p>
    <w:p>
      <w:r>
        <w:rPr>
          <w:b/>
        </w:rPr>
        <w:t xml:space="preserve">[43:17] </w:t>
      </w:r>
      <w:r>
        <w:t>aap sochiye is mun</w:t>
      </w:r>
    </w:p>
    <w:p>
      <w:pPr>
        <w:jc w:val="right"/>
      </w:pPr>
      <w:r>
        <w:t>آپ سوچیے اس من</w:t>
      </w:r>
    </w:p>
    <w:p>
      <w:r>
        <w:rPr>
          <w:b/>
        </w:rPr>
        <w:t xml:space="preserve">[43:23] </w:t>
      </w:r>
      <w:r>
        <w:t>zar ko ke ek bada maidan hai aur sare log wahan labbaik allahumma labbaik kehte hue pohnchte hain</w:t>
      </w:r>
    </w:p>
    <w:p>
      <w:pPr>
        <w:jc w:val="right"/>
      </w:pPr>
      <w:r>
        <w:t>ظر کو کہ ایک بڑا میدان ہے اور سارے لوگ وہاں لبیک اللہم لبیک کہتے ہوئے پہنچتے ہیں</w:t>
      </w:r>
    </w:p>
    <w:p>
      <w:r>
        <w:rPr>
          <w:b/>
        </w:rPr>
        <w:t xml:space="preserve">[43:29] </w:t>
      </w:r>
      <w:r>
        <w:t>aur ek hi libas hai, wahan koi pehchan hi khatm ho jati hai.</w:t>
      </w:r>
    </w:p>
    <w:p>
      <w:pPr>
        <w:jc w:val="right"/>
      </w:pPr>
      <w:r>
        <w:t>اور ایک ہی لباس ہے، وہاں کوئی پہچان ہی ختم ہو جاتی ہے۔</w:t>
      </w:r>
    </w:p>
    <w:p>
      <w:r>
        <w:rPr>
          <w:b/>
        </w:rPr>
        <w:t xml:space="preserve">[43:35] </w:t>
      </w:r>
      <w:r>
        <w:t>jab sare log, sare log ek libas pehan lein to pehchan khatm ho gayi.</w:t>
      </w:r>
    </w:p>
    <w:p>
      <w:pPr>
        <w:jc w:val="right"/>
      </w:pPr>
      <w:r>
        <w:t>جب سارے لوگ، سارے لوگ ایک لباس پہن لیں تو پہچان ختم ہو گئی۔</w:t>
      </w:r>
    </w:p>
    <w:p>
      <w:r>
        <w:rPr>
          <w:b/>
        </w:rPr>
        <w:t xml:space="preserve">[43:41] </w:t>
      </w:r>
      <w:r>
        <w:t>ghareeb ameer dono ek libas mein, badshah aur aam insan dono ek libas mein, chhota aadmi aur bada</w:t>
      </w:r>
    </w:p>
    <w:p>
      <w:pPr>
        <w:jc w:val="right"/>
      </w:pPr>
      <w:r>
        <w:t>غریب امیر دونوں ایک لباس میں، بادشاہ اور عام انسان دونوں ایک لباس میں، چھوٹا آدمی اور بڑا</w:t>
      </w:r>
    </w:p>
    <w:p>
      <w:r>
        <w:rPr>
          <w:b/>
        </w:rPr>
        <w:t xml:space="preserve">[43:47] </w:t>
      </w:r>
      <w:r>
        <w:t>aadmi dono ek libas mein, woh sari pehchanen khatm</w:t>
      </w:r>
    </w:p>
    <w:p>
      <w:pPr>
        <w:jc w:val="right"/>
      </w:pPr>
      <w:r>
        <w:t>آدمی دونوں ایک لباس میں، وہ ساری پہچانیں ختم</w:t>
      </w:r>
    </w:p>
    <w:p>
      <w:r>
        <w:rPr>
          <w:b/>
        </w:rPr>
        <w:t xml:space="preserve">[43:53] </w:t>
      </w:r>
      <w:r>
        <w:t>ho gayeen.</w:t>
      </w:r>
    </w:p>
    <w:p>
      <w:pPr>
        <w:jc w:val="right"/>
      </w:pPr>
      <w:r>
        <w:t>ہو گئیں۔</w:t>
      </w:r>
    </w:p>
    <w:p>
      <w:r>
        <w:rPr>
          <w:b/>
        </w:rPr>
        <w:t xml:space="preserve">[43:59] </w:t>
      </w:r>
      <w:r>
        <w:t>woh sare differences khatm ho gaye.</w:t>
      </w:r>
    </w:p>
    <w:p>
      <w:pPr>
        <w:jc w:val="right"/>
      </w:pPr>
      <w:r>
        <w:t>وہ سارے differences ختم ہو گئے۔</w:t>
      </w:r>
    </w:p>
    <w:p>
      <w:r>
        <w:rPr>
          <w:b/>
        </w:rPr>
        <w:t xml:space="preserve">[44:05] </w:t>
      </w:r>
      <w:r>
        <w:t>to Khuda ke muqable mein sare insano ka ittehad yeh hai is ka message ke ek Khuda ko</w:t>
      </w:r>
    </w:p>
    <w:p>
      <w:pPr>
        <w:jc w:val="right"/>
      </w:pPr>
      <w:r>
        <w:t>تو خدا کے مقابلے میں سارے انسانوں کا اتحاد یہ ہے اس کا message کہ ایک خدا کو</w:t>
      </w:r>
    </w:p>
    <w:p>
      <w:r>
        <w:rPr>
          <w:b/>
        </w:rPr>
        <w:t xml:space="preserve">[44:11] </w:t>
      </w:r>
      <w:r>
        <w:t>maankar ke sab log mutahid ho jao, sab log ek ban jao, sab log apni differences ke</w:t>
      </w:r>
    </w:p>
    <w:p>
      <w:pPr>
        <w:jc w:val="right"/>
      </w:pPr>
      <w:r>
        <w:t>مان کر کے سب لوگ متحد ہو جاؤ، سب لوگ ایک بن جاؤ، سب لوگ اپنی differences کے</w:t>
      </w:r>
    </w:p>
    <w:p>
      <w:r>
        <w:rPr>
          <w:b/>
        </w:rPr>
        <w:t xml:space="preserve">[44:17] </w:t>
      </w:r>
      <w:r>
        <w:t>bajaye ekta par aa jao.</w:t>
      </w:r>
    </w:p>
    <w:p>
      <w:pPr>
        <w:jc w:val="right"/>
      </w:pPr>
      <w:r>
        <w:t>بجائے ایکتا پر آ جاؤ۔</w:t>
      </w:r>
    </w:p>
    <w:p>
      <w:r>
        <w:rPr>
          <w:b/>
        </w:rPr>
        <w:t xml:space="preserve">[44:23] </w:t>
      </w:r>
      <w:r>
        <w:t>to yeh hai Arafat ke maidan ka muamla.</w:t>
      </w:r>
    </w:p>
    <w:p>
      <w:pPr>
        <w:jc w:val="right"/>
      </w:pPr>
      <w:r>
        <w:t>تو یہ ہے عرفات کے میدان کا معاملہ۔</w:t>
      </w:r>
    </w:p>
    <w:p>
      <w:r>
        <w:rPr>
          <w:b/>
        </w:rPr>
        <w:t xml:space="preserve">[44:30] </w:t>
      </w:r>
      <w:r>
        <w:t>Rasool Allah ne farmaya ke alhajj عرفہ yeh Arafat ke maidan mein jo tum log ikattha hote ho</w:t>
      </w:r>
    </w:p>
    <w:p>
      <w:pPr>
        <w:jc w:val="right"/>
      </w:pPr>
      <w:r>
        <w:t>رسول اللہ نے فرمایا کہ الحج عرفہ یہ عرفات کے میدان میں جو تم لوگ اکٹھا ہوتے ہو</w:t>
      </w:r>
    </w:p>
    <w:p>
      <w:r>
        <w:rPr>
          <w:b/>
        </w:rPr>
        <w:t xml:space="preserve">[44:36] </w:t>
      </w:r>
      <w:r>
        <w:t>to woh sab se bada hajj ka رکن hai.</w:t>
      </w:r>
    </w:p>
    <w:p>
      <w:pPr>
        <w:jc w:val="right"/>
      </w:pPr>
      <w:r>
        <w:t>تو وہ سب سے بڑا حج کا رکن ہے۔</w:t>
      </w:r>
    </w:p>
    <w:p>
      <w:r>
        <w:rPr>
          <w:b/>
        </w:rPr>
        <w:t xml:space="preserve">[44:42] </w:t>
      </w:r>
      <w:r>
        <w:t>hajj ka sab se bada رکن woh hai hajj Arafat ke maidan mein ikattha hona.</w:t>
      </w:r>
    </w:p>
    <w:p>
      <w:pPr>
        <w:jc w:val="right"/>
      </w:pPr>
      <w:r>
        <w:t>حج کا سب سے بڑا رکن وہ ہے حج عرفات کے میدان میں اکٹھا ہونا۔</w:t>
      </w:r>
    </w:p>
    <w:p>
      <w:r>
        <w:rPr>
          <w:b/>
        </w:rPr>
        <w:t xml:space="preserve">[44:48] </w:t>
      </w:r>
      <w:r>
        <w:t>woh kis mani mein ke رکن hai? ke wahan par yani</w:t>
      </w:r>
    </w:p>
    <w:p>
      <w:pPr>
        <w:jc w:val="right"/>
      </w:pPr>
      <w:r>
        <w:t>وہ کس معنی میں کہ رکن ہے؟ کہ وہاں پر یعنی</w:t>
      </w:r>
    </w:p>
    <w:p>
      <w:r>
        <w:rPr>
          <w:b/>
        </w:rPr>
        <w:t xml:space="preserve">[44:54] </w:t>
      </w:r>
      <w:r>
        <w:t>solidarity ka woh muzahira hota hai, woh ittehad ka muzahira hota hai.</w:t>
      </w:r>
    </w:p>
    <w:p>
      <w:pPr>
        <w:jc w:val="right"/>
      </w:pPr>
      <w:r>
        <w:t>solidarity کا وہ مظاہرہ ہوتا ہے، وہ اتحاد کا مظاہرہ ہوتا ہے۔</w:t>
      </w:r>
    </w:p>
    <w:p>
      <w:r>
        <w:rPr>
          <w:b/>
        </w:rPr>
        <w:t xml:space="preserve">[45:00] </w:t>
      </w:r>
      <w:r>
        <w:t>aur sare insan ek hain, koi farq nahi hai ek insan doosre insan mein.</w:t>
      </w:r>
    </w:p>
    <w:p>
      <w:pPr>
        <w:jc w:val="right"/>
      </w:pPr>
      <w:r>
        <w:t>اور سارے انسان ایک ہیں، کوئی فرق نہیں ہے ایک انسان دوسرے انسان میں۔</w:t>
      </w:r>
    </w:p>
    <w:p>
      <w:r>
        <w:rPr>
          <w:b/>
        </w:rPr>
        <w:t xml:space="preserve">[45:06] </w:t>
      </w:r>
      <w:r>
        <w:t>koi na bada hai na chhota, sab ki hesiyat ek ho gayi wahan par pohnch kar ke.</w:t>
      </w:r>
    </w:p>
    <w:p>
      <w:pPr>
        <w:jc w:val="right"/>
      </w:pPr>
      <w:r>
        <w:t>کوئی نہ بڑا ہے نہ چھوٹا، سب کی حیثیت ایک ہو گئی وہاں پر پہنچ کر کے۔</w:t>
      </w:r>
    </w:p>
    <w:p>
      <w:r>
        <w:rPr>
          <w:b/>
        </w:rPr>
        <w:t xml:space="preserve">[45:12] </w:t>
      </w:r>
      <w:r>
        <w:t>to yeh jo cheez hai, is ka muzahira hota hai, is ka demonstration hota hai Arafat ke maidan mein.</w:t>
      </w:r>
    </w:p>
    <w:p>
      <w:pPr>
        <w:jc w:val="right"/>
      </w:pPr>
      <w:r>
        <w:t>تو یہ جو چیز ہے، اس کا مظاہرہ ہوتا ہے، اس کا demonstration ہوتا ہے عرفات کے میدان میں۔</w:t>
      </w:r>
    </w:p>
    <w:p>
      <w:r>
        <w:rPr>
          <w:b/>
        </w:rPr>
        <w:t xml:space="preserve">[45:18] </w:t>
      </w:r>
      <w:r>
        <w:t>aur yahi hai goya ke</w:t>
      </w:r>
    </w:p>
    <w:p>
      <w:pPr>
        <w:jc w:val="right"/>
      </w:pPr>
      <w:r>
        <w:t>اور یہی ہے گویا کہ</w:t>
      </w:r>
    </w:p>
    <w:p>
      <w:r>
        <w:rPr>
          <w:b/>
        </w:rPr>
        <w:t xml:space="preserve">[45:24] </w:t>
      </w:r>
      <w:r>
        <w:t>hajj ki sab se badi spirit hai.</w:t>
      </w:r>
    </w:p>
    <w:p>
      <w:pPr>
        <w:jc w:val="right"/>
      </w:pPr>
      <w:r>
        <w:t>حج کی سب سے بڑی spirit ہے۔</w:t>
      </w:r>
    </w:p>
    <w:p>
      <w:r>
        <w:rPr>
          <w:b/>
        </w:rPr>
        <w:t xml:space="preserve">[45:29] </w:t>
      </w:r>
      <w:r>
        <w:t>phir wahan par dekhiye, zam zam ka kuwan hai, wahan haji pani peeta hai.</w:t>
      </w:r>
    </w:p>
    <w:p>
      <w:pPr>
        <w:jc w:val="right"/>
      </w:pPr>
      <w:r>
        <w:t>پھر وہاں پر دیکھیے، زم زم کا کنواں ہے، وہاں حاجی پانی پیتا ہے۔</w:t>
      </w:r>
    </w:p>
    <w:p>
      <w:r>
        <w:rPr>
          <w:b/>
        </w:rPr>
        <w:t xml:space="preserve">[45:34] </w:t>
      </w:r>
      <w:r>
        <w:t>Rasool Allah ne wahan pani piya tha to sare haji wahan pani peete hain.</w:t>
      </w:r>
    </w:p>
    <w:p>
      <w:pPr>
        <w:jc w:val="right"/>
      </w:pPr>
      <w:r>
        <w:t>رسول اللہ نے وہاں پانی پیا تھا تو سارے حاجی وہاں پانی پیتے ہیں۔</w:t>
      </w:r>
    </w:p>
    <w:p>
      <w:r>
        <w:rPr>
          <w:b/>
        </w:rPr>
        <w:t xml:space="preserve">[45:39] </w:t>
      </w:r>
      <w:r>
        <w:t>to pani peena kya hai? khaas taur par khare ho kar pani peete hain.</w:t>
      </w:r>
    </w:p>
    <w:p>
      <w:pPr>
        <w:jc w:val="right"/>
      </w:pPr>
      <w:r>
        <w:t>تو پانی پینا کیا ہے؟ خاص طور پر کھڑے ہو کر پانی پیتے ہیں۔</w:t>
      </w:r>
    </w:p>
    <w:p>
      <w:r>
        <w:rPr>
          <w:b/>
        </w:rPr>
        <w:t xml:space="preserve">[45:44] </w:t>
      </w:r>
      <w:r>
        <w:t>kyunke rasool Allah sal Allah aleh wasalam ne khare ho kar pani piya.</w:t>
      </w:r>
    </w:p>
    <w:p>
      <w:pPr>
        <w:jc w:val="right"/>
      </w:pPr>
      <w:r>
        <w:t>کیونکہ رسول اللہ صلی اللہ علیہ وسلم نے کھڑے ہو کر پانی پیا۔</w:t>
      </w:r>
    </w:p>
    <w:p>
      <w:r>
        <w:rPr>
          <w:b/>
        </w:rPr>
        <w:t xml:space="preserve">[45:49] </w:t>
      </w:r>
      <w:r>
        <w:t>to khare hone ka pani pani kya hai? yeh koi mysterious cheez</w:t>
      </w:r>
    </w:p>
    <w:p>
      <w:pPr>
        <w:jc w:val="right"/>
      </w:pPr>
      <w:r>
        <w:t>تو کھڑے ہونے کا پانی پانی کیا ہے؟ یہ کوئی mysterious چیز</w:t>
      </w:r>
    </w:p>
    <w:p>
      <w:r>
        <w:rPr>
          <w:b/>
        </w:rPr>
        <w:t xml:space="preserve">[45:54] </w:t>
      </w:r>
      <w:r>
        <w:t>nahi hai.</w:t>
      </w:r>
    </w:p>
    <w:p>
      <w:pPr>
        <w:jc w:val="right"/>
      </w:pPr>
      <w:r>
        <w:t>نہیں ہے۔</w:t>
      </w:r>
    </w:p>
    <w:p>
      <w:r>
        <w:rPr>
          <w:b/>
        </w:rPr>
        <w:t xml:space="preserve">[45:59] </w:t>
      </w:r>
      <w:r>
        <w:t>yeh koi na to mysterious cheez hai na koi muqaddas cheez hai.</w:t>
      </w:r>
    </w:p>
    <w:p>
      <w:pPr>
        <w:jc w:val="right"/>
      </w:pPr>
      <w:r>
        <w:t>یہ کوئی نہ تو mysterious چیز ہے نہ کوئی مقدس چیز ہے۔</w:t>
      </w:r>
    </w:p>
    <w:p>
      <w:r>
        <w:rPr>
          <w:b/>
        </w:rPr>
        <w:t xml:space="preserve">[46:03] </w:t>
      </w:r>
      <w:r>
        <w:t>is tareekh ko yaad karne ke liye ek zyada yaani importance ke sath is tareekh ko yaad karna hai.</w:t>
      </w:r>
    </w:p>
    <w:p>
      <w:pPr>
        <w:jc w:val="right"/>
      </w:pPr>
      <w:r>
        <w:t>اس تاریخ کو یاد کرنے کے لیے ایک زیادہ یعنی importance کے ساتھ اس تاریخ کو یاد کرنا ہے۔</w:t>
      </w:r>
    </w:p>
    <w:p>
      <w:r>
        <w:rPr>
          <w:b/>
        </w:rPr>
        <w:t xml:space="preserve">[46:07] </w:t>
      </w:r>
      <w:r>
        <w:t>zam zam ke sath ek history juri hui hai.</w:t>
      </w:r>
    </w:p>
    <w:p>
      <w:pPr>
        <w:jc w:val="right"/>
      </w:pPr>
      <w:r>
        <w:t>زم زم کے ساتھ ایک history جڑی ہوئی ہے۔</w:t>
      </w:r>
    </w:p>
    <w:p>
      <w:r>
        <w:rPr>
          <w:b/>
        </w:rPr>
        <w:t xml:space="preserve">[46:12] </w:t>
      </w:r>
      <w:r>
        <w:t>zam zam ke sath ek history juri hui hai.</w:t>
      </w:r>
    </w:p>
    <w:p>
      <w:pPr>
        <w:jc w:val="right"/>
      </w:pPr>
      <w:r>
        <w:t>زم زم کے ساتھ ایک history جڑی ہوئی ہے۔</w:t>
      </w:r>
    </w:p>
    <w:p>
      <w:r>
        <w:rPr>
          <w:b/>
        </w:rPr>
        <w:t xml:space="preserve">[46:16] </w:t>
      </w:r>
      <w:r>
        <w:t>is history ko yaad karne ke liye aap khare ho gaye.</w:t>
      </w:r>
    </w:p>
    <w:p>
      <w:pPr>
        <w:jc w:val="right"/>
      </w:pPr>
      <w:r>
        <w:t>اس history کو یاد کرنے کے لیے آپ کھڑے ہو گئے۔</w:t>
      </w:r>
    </w:p>
    <w:p>
      <w:r>
        <w:rPr>
          <w:b/>
        </w:rPr>
        <w:t xml:space="preserve">[46:20] </w:t>
      </w:r>
      <w:r>
        <w:t>yaani zyada aap ne importance diya is ko. zyada dhyan</w:t>
      </w:r>
    </w:p>
    <w:p>
      <w:pPr>
        <w:jc w:val="right"/>
      </w:pPr>
      <w:r>
        <w:t>یعنی زیادہ آپ نے importance دیا اس کو۔ زیادہ دھیان</w:t>
      </w:r>
    </w:p>
    <w:p>
      <w:r>
        <w:rPr>
          <w:b/>
        </w:rPr>
        <w:t xml:space="preserve">[46:24] </w:t>
      </w:r>
      <w:r>
        <w:t>ke sath aap ne is ko yaad kiya.</w:t>
      </w:r>
    </w:p>
    <w:p>
      <w:pPr>
        <w:jc w:val="right"/>
      </w:pPr>
      <w:r>
        <w:t>کے ساتھ آپ نے اس کو یاد کیا۔</w:t>
      </w:r>
    </w:p>
    <w:p>
      <w:r>
        <w:rPr>
          <w:b/>
        </w:rPr>
        <w:t xml:space="preserve">[46:29] </w:t>
      </w:r>
      <w:r>
        <w:t>wo history kya hai? ke wahan par jab Hazrat Hajra apne chhote bachche Ismail ko le kar abad</w:t>
      </w:r>
    </w:p>
    <w:p>
      <w:pPr>
        <w:jc w:val="right"/>
      </w:pPr>
      <w:r>
        <w:t>وہ history کیا ہے؟ کہ وہاں پر جب حضرت ہاجرہ اپنے چھوٹے بچے اسماعیل کو لے کر آباد</w:t>
      </w:r>
    </w:p>
    <w:p>
      <w:r>
        <w:rPr>
          <w:b/>
        </w:rPr>
        <w:t xml:space="preserve">[46:33] </w:t>
      </w:r>
      <w:r>
        <w:t>ho gayin to us waqt sab desert tha, pani nahi tha.</w:t>
      </w:r>
    </w:p>
    <w:p>
      <w:pPr>
        <w:jc w:val="right"/>
      </w:pPr>
      <w:r>
        <w:t>ہو گئیں تو اس وقت سب desert تھا، پانی نہیں تھا۔</w:t>
      </w:r>
    </w:p>
    <w:p>
      <w:r>
        <w:rPr>
          <w:b/>
        </w:rPr>
        <w:t xml:space="preserve">[46:37] </w:t>
      </w:r>
      <w:r>
        <w:t>bara zabardast bas raha tha.</w:t>
      </w:r>
    </w:p>
    <w:p>
      <w:pPr>
        <w:jc w:val="right"/>
      </w:pPr>
      <w:r>
        <w:t>بڑا زبردست بس رہا تھا۔</w:t>
      </w:r>
    </w:p>
    <w:p>
      <w:r>
        <w:rPr>
          <w:b/>
        </w:rPr>
        <w:t xml:space="preserve">[46:42] </w:t>
      </w:r>
      <w:r>
        <w:t>aap jante hain ke pani hi par to zindagi depend karti hai.</w:t>
      </w:r>
    </w:p>
    <w:p>
      <w:pPr>
        <w:jc w:val="right"/>
      </w:pPr>
      <w:r>
        <w:t>آپ جانتے ہیں کہ پانی ہی پر تو زندگی depend کرتی ہے۔</w:t>
      </w:r>
    </w:p>
    <w:p>
      <w:r>
        <w:rPr>
          <w:b/>
        </w:rPr>
        <w:t xml:space="preserve">[46:46] </w:t>
      </w:r>
      <w:r>
        <w:t>pani nahi to zindagi nahi.</w:t>
      </w:r>
    </w:p>
    <w:p>
      <w:pPr>
        <w:jc w:val="right"/>
      </w:pPr>
      <w:r>
        <w:t>پائے نہیں تو زندگی نہیں۔</w:t>
      </w:r>
    </w:p>
    <w:p>
      <w:r>
        <w:rPr>
          <w:b/>
        </w:rPr>
        <w:t xml:space="preserve">[46:50] </w:t>
      </w:r>
      <w:r>
        <w:t>to us waqt</w:t>
      </w:r>
    </w:p>
    <w:p>
      <w:pPr>
        <w:jc w:val="right"/>
      </w:pPr>
      <w:r>
        <w:t>تو اس وقت</w:t>
      </w:r>
    </w:p>
    <w:p>
      <w:r>
        <w:rPr>
          <w:b/>
        </w:rPr>
        <w:t xml:space="preserve">[46:55] </w:t>
      </w:r>
      <w:r>
        <w:t>Allah taala ne wahan par ek chashma jari kar diya. yaani char hazar saal pehle ki baat hai. char hazar saal pehle is desert mein ek chashma jari ho gaya. is ko zam zam kehte hain. aur woh us waqt se le kar ab tak barabar is mein pani nikal raha hai, nikal raha hai, nikal raha hai. woh khatam nahi hota. yaani itna bada bhandar pani ka hai woh ke char hazar saal se raat din</w:t>
      </w:r>
    </w:p>
    <w:p>
      <w:pPr>
        <w:jc w:val="right"/>
      </w:pPr>
      <w:r>
        <w:t>اللہ تعالی نے وہاں پر ایک چشمہ جاری کر دیا۔ یعنی چار ہزار سال پہلے کی بات ہے۔ چار ہزار سال پہلے اس desert میں ایک چشمہ جاری ہو گیا۔ اس کو زم زم کہتے ہیں۔ اور وہ اس وقت سے لے کر اب تک برابر اس میں پانی نکل رہا ہے، نکل رہا ہے، نکل رہا ہے۔ وہ ختم نہیں ہوتا۔ یعنی اتنا بڑا بھنڈار پانی کا ہے وہ کہ چار ہزار سال سے رات دن</w:t>
      </w:r>
    </w:p>
    <w:p>
      <w:r>
        <w:rPr>
          <w:b/>
        </w:rPr>
        <w:t xml:space="preserve">[47:25] </w:t>
      </w:r>
      <w:r>
        <w:t>nikalta hai pani is mein se, raat din.</w:t>
      </w:r>
    </w:p>
    <w:p>
      <w:pPr>
        <w:jc w:val="right"/>
      </w:pPr>
      <w:r>
        <w:t>نکلتا ہے پانی اس میں سے، رات دن۔</w:t>
      </w:r>
    </w:p>
    <w:p>
      <w:r>
        <w:rPr>
          <w:b/>
        </w:rPr>
        <w:t xml:space="preserve">[47:29] </w:t>
      </w:r>
      <w:r>
        <w:t>tab bhi wo khatm nahi hota.</w:t>
      </w:r>
    </w:p>
    <w:p>
      <w:pPr>
        <w:jc w:val="right"/>
      </w:pPr>
      <w:r>
        <w:t>تب بھی وہ ختم نہیں ہوتا۔</w:t>
      </w:r>
    </w:p>
    <w:p>
      <w:r>
        <w:rPr>
          <w:b/>
        </w:rPr>
        <w:t xml:space="preserve">[47:34] </w:t>
      </w:r>
      <w:r>
        <w:t>ek samandar hai is ke neeche pani ka.</w:t>
      </w:r>
    </w:p>
    <w:p>
      <w:pPr>
        <w:jc w:val="right"/>
      </w:pPr>
      <w:r>
        <w:t>ایک سمندر ہے اس کے نیچے پانی کا۔</w:t>
      </w:r>
    </w:p>
    <w:p>
      <w:r>
        <w:rPr>
          <w:b/>
        </w:rPr>
        <w:t xml:space="preserve">[47:38] </w:t>
      </w:r>
      <w:r>
        <w:t>yeh history hai.</w:t>
      </w:r>
    </w:p>
    <w:p>
      <w:pPr>
        <w:jc w:val="right"/>
      </w:pPr>
      <w:r>
        <w:t>یہ history ہے۔</w:t>
      </w:r>
    </w:p>
    <w:p>
      <w:r>
        <w:rPr>
          <w:b/>
        </w:rPr>
        <w:t xml:space="preserve">[47:43] </w:t>
      </w:r>
      <w:r>
        <w:t>yaani yeh history aap ko yaad dilati hai ke agar aap Khuda ke liye apne aap ko dedicate</w:t>
      </w:r>
    </w:p>
    <w:p>
      <w:pPr>
        <w:jc w:val="right"/>
      </w:pPr>
      <w:r>
        <w:t>یعنی یہ history آپ کو یاد دلاتی ہے کہ اگر آپ خدا کے لیے اپنے آپ کو dedicate</w:t>
      </w:r>
    </w:p>
    <w:p>
      <w:r>
        <w:rPr>
          <w:b/>
        </w:rPr>
        <w:t xml:space="preserve">[47:47] </w:t>
      </w:r>
      <w:r>
        <w:t>karein, aap Khuda ke raste mein lag jayein, aap Khuda ke mission mein apne aap ko wakoof kar</w:t>
      </w:r>
    </w:p>
    <w:p>
      <w:pPr>
        <w:jc w:val="right"/>
      </w:pPr>
      <w:r>
        <w:t>کریں، آپ خدا کے راستے میں لگ جائیں، آپ خدا کے mission میں اپنے آپ کو وقف کر</w:t>
      </w:r>
    </w:p>
    <w:p>
      <w:r>
        <w:rPr>
          <w:b/>
        </w:rPr>
        <w:t xml:space="preserve">[47:52] </w:t>
      </w:r>
      <w:r>
        <w:t>dein to aap akele nahi honge.</w:t>
      </w:r>
    </w:p>
    <w:p>
      <w:pPr>
        <w:jc w:val="right"/>
      </w:pPr>
      <w:r>
        <w:t>دیں تو آپ اکیلے نہیں ہوں گے۔</w:t>
      </w:r>
    </w:p>
    <w:p>
      <w:r>
        <w:rPr>
          <w:b/>
        </w:rPr>
        <w:t xml:space="preserve">[47:56] </w:t>
      </w:r>
      <w:r>
        <w:t>aisa nahi hai ke aap akele honge.</w:t>
      </w:r>
    </w:p>
    <w:p>
      <w:pPr>
        <w:jc w:val="right"/>
      </w:pPr>
      <w:r>
        <w:t>ایسا نہیں ہے کہ آپ اکیلے ہوں گے۔</w:t>
      </w:r>
    </w:p>
    <w:p>
      <w:r>
        <w:rPr>
          <w:b/>
        </w:rPr>
        <w:t xml:space="preserve">[48:04] </w:t>
      </w:r>
      <w:r>
        <w:t>Khuda ke farishte wahan aa jayenge, Khuda ki madad wahan aa jayegi.</w:t>
      </w:r>
    </w:p>
    <w:p>
      <w:pPr>
        <w:jc w:val="right"/>
      </w:pPr>
      <w:r>
        <w:t>خدا کے فرشتے وہاں آ جائیں گے، خدا کی مدد وہاں آ جائے گی۔</w:t>
      </w:r>
    </w:p>
    <w:p>
      <w:r>
        <w:rPr>
          <w:b/>
        </w:rPr>
        <w:t xml:space="preserve">[48:12] </w:t>
      </w:r>
      <w:r>
        <w:t>to jab haajra ne aur hazrat ibrahim ne wahan ke desert mein apne aap ko khuda ke liye</w:t>
      </w:r>
    </w:p>
    <w:p>
      <w:pPr>
        <w:jc w:val="right"/>
      </w:pPr>
      <w:r>
        <w:t>تو جب ہاجرہ نے اور حضرت ابراہیم نے وہاں کے desert میں اپنے آپ کو خدا کے لیے</w:t>
      </w:r>
    </w:p>
    <w:p>
      <w:r>
        <w:rPr>
          <w:b/>
        </w:rPr>
        <w:t xml:space="preserve">[48:20] </w:t>
      </w:r>
      <w:r>
        <w:t>khada kar diya to khuda ne apni khaas madad ke zariye wahan pani ka chashma jaari kar diya. to yeh</w:t>
      </w:r>
    </w:p>
    <w:p>
      <w:pPr>
        <w:jc w:val="right"/>
      </w:pPr>
      <w:r>
        <w:t>کھڑا کر دیا تو خدا نے اپنی خاص مدد کے ذریعے وہاں پانی کا چشمہ جاری کر دیا۔ تو یہ</w:t>
      </w:r>
    </w:p>
    <w:p>
      <w:r>
        <w:rPr>
          <w:b/>
        </w:rPr>
        <w:t xml:space="preserve">[48:27] </w:t>
      </w:r>
      <w:r>
        <w:t>bahut badi ek ek history hai jo hum ko yaad dilati hai ke khuda ke liye uthna, khuda</w:t>
      </w:r>
    </w:p>
    <w:p>
      <w:pPr>
        <w:jc w:val="right"/>
      </w:pPr>
      <w:r>
        <w:t>بہت بڑی ایک ایک history ہے جو ہم کو یاد دلاتی ہے کہ خدا کے لیے اٹھنا، خدا</w:t>
      </w:r>
    </w:p>
    <w:p>
      <w:r>
        <w:rPr>
          <w:b/>
        </w:rPr>
        <w:t xml:space="preserve">[48:35] </w:t>
      </w:r>
      <w:r>
        <w:t>ke kaam mein apne aap ko lagana, khuda ke cause mein, khuda ke cause ke liye apne aap</w:t>
      </w:r>
    </w:p>
    <w:p>
      <w:pPr>
        <w:jc w:val="right"/>
      </w:pPr>
      <w:r>
        <w:t>کے کام میں اپنے آپ کو لگانا، خدا کے کاز میں، خدا کے کاز کے لیے اپنے آپ</w:t>
      </w:r>
    </w:p>
    <w:p>
      <w:r>
        <w:rPr>
          <w:b/>
        </w:rPr>
        <w:t xml:space="preserve">[48:42] </w:t>
      </w:r>
      <w:r>
        <w:t>ko dedicate karna yeh bahut badi cheez hai.</w:t>
      </w:r>
    </w:p>
    <w:p>
      <w:pPr>
        <w:jc w:val="right"/>
      </w:pPr>
      <w:r>
        <w:t>کو dedicate کرنا یہ بہت بڑی چیز ہے۔</w:t>
      </w:r>
    </w:p>
    <w:p>
      <w:r>
        <w:rPr>
          <w:b/>
        </w:rPr>
        <w:t xml:space="preserve">[48:50] </w:t>
      </w:r>
      <w:r>
        <w:t>is sense mein badi cheez hai ke aadmi akela nahi rahega. khuda</w:t>
      </w:r>
    </w:p>
    <w:p>
      <w:pPr>
        <w:jc w:val="right"/>
      </w:pPr>
      <w:r>
        <w:t>اس sense میں بڑی چیز ہے کہ آدمی اکیلا نہیں رہے گا۔ خدا</w:t>
      </w:r>
    </w:p>
    <w:p>
      <w:r>
        <w:rPr>
          <w:b/>
        </w:rPr>
        <w:t xml:space="preserve">[48:57] </w:t>
      </w:r>
      <w:r>
        <w:t>uske saath aa jayega.</w:t>
      </w:r>
    </w:p>
    <w:p>
      <w:pPr>
        <w:jc w:val="right"/>
      </w:pPr>
      <w:r>
        <w:t>اس کے ساتھ آ جائے گا۔</w:t>
      </w:r>
    </w:p>
    <w:p>
      <w:r>
        <w:rPr>
          <w:b/>
        </w:rPr>
        <w:t xml:space="preserve">[49:03] </w:t>
      </w:r>
      <w:r>
        <w:t>khuda ke angels uske saath aa jayenge.</w:t>
      </w:r>
    </w:p>
    <w:p>
      <w:pPr>
        <w:jc w:val="right"/>
      </w:pPr>
      <w:r>
        <w:t>خدا کے angels اس کے ساتھ آ جائیں گے۔</w:t>
      </w:r>
    </w:p>
    <w:p>
      <w:r>
        <w:rPr>
          <w:b/>
        </w:rPr>
        <w:t xml:space="preserve">[49:08] </w:t>
      </w:r>
      <w:r>
        <w:t>khuda ki nasrat uske saath aa jayegi.</w:t>
      </w:r>
    </w:p>
    <w:p>
      <w:pPr>
        <w:jc w:val="right"/>
      </w:pPr>
      <w:r>
        <w:t>خدا کی نصرت اس کے ساتھ آ جائے گی۔</w:t>
      </w:r>
    </w:p>
    <w:p>
      <w:r>
        <w:rPr>
          <w:b/>
        </w:rPr>
        <w:t xml:space="preserve">[49:14] </w:t>
      </w:r>
      <w:r>
        <w:t>yaani pani ka samandar uske saath wahan par aa jayega.</w:t>
      </w:r>
    </w:p>
    <w:p>
      <w:pPr>
        <w:jc w:val="right"/>
      </w:pPr>
      <w:r>
        <w:t>یعنی پانی کا سمندر اس کے ساتھ وہاں پر آ جائے گا۔</w:t>
      </w:r>
    </w:p>
    <w:p>
      <w:r>
        <w:rPr>
          <w:b/>
        </w:rPr>
        <w:t xml:space="preserve">[49:19] </w:t>
      </w:r>
      <w:r>
        <w:t>to isse aadmi ko dekhiye kya milta hai? conviction milta hai, yaqeen milta hai, courage milti hai,</w:t>
      </w:r>
    </w:p>
    <w:p>
      <w:pPr>
        <w:jc w:val="right"/>
      </w:pPr>
      <w:r>
        <w:t>تو اس سے آدمی کو دیکھیے کیا ملتا ہے؟ conviction ملتا ہے، یقین ملتا ہے، courage ملتی ہے،</w:t>
      </w:r>
    </w:p>
    <w:p>
      <w:r>
        <w:rPr>
          <w:b/>
        </w:rPr>
        <w:t xml:space="preserve">[49:25] </w:t>
      </w:r>
      <w:r>
        <w:t>hausla milta hai, yaqeen milta hai.</w:t>
      </w:r>
    </w:p>
    <w:p>
      <w:pPr>
        <w:jc w:val="right"/>
      </w:pPr>
      <w:r>
        <w:t>حوصلہ ملتا ہے، یقین ملتا ہے۔</w:t>
      </w:r>
    </w:p>
    <w:p>
      <w:r>
        <w:rPr>
          <w:b/>
        </w:rPr>
        <w:t xml:space="preserve">[49:30] </w:t>
      </w:r>
      <w:r>
        <w:t>to yeh hai zam zam ki yaani zam zam ka lesson, zam zam ka.</w:t>
      </w:r>
    </w:p>
    <w:p>
      <w:pPr>
        <w:jc w:val="right"/>
      </w:pPr>
      <w:r>
        <w:t>تو یہ ہے زم زم کی یعنی زم زم کا lesson، زم زم کا۔</w:t>
      </w:r>
    </w:p>
    <w:p>
      <w:r>
        <w:rPr>
          <w:b/>
        </w:rPr>
        <w:t xml:space="preserve">[49:35] </w:t>
      </w:r>
      <w:r>
        <w:t>zam zam ek ek history ko yaad dilata hai.</w:t>
      </w:r>
    </w:p>
    <w:p>
      <w:pPr>
        <w:jc w:val="right"/>
      </w:pPr>
      <w:r>
        <w:t>زم زم ایک ایک history کو یاد دلاتا ہے۔</w:t>
      </w:r>
    </w:p>
    <w:p>
      <w:r>
        <w:rPr>
          <w:b/>
        </w:rPr>
        <w:t xml:space="preserve">[49:40] </w:t>
      </w:r>
      <w:r>
        <w:t>zam zam ka pani jo hai, jo rasool allah ne khade ho kar piya, to isliye nahi</w:t>
      </w:r>
    </w:p>
    <w:p>
      <w:pPr>
        <w:jc w:val="right"/>
      </w:pPr>
      <w:r>
        <w:t>زم زم کا پانی جو ہے، جو رسول اللہ نے کھڑے ہو کر پیا، تو اس لیے نہیں</w:t>
      </w:r>
    </w:p>
    <w:p>
      <w:r>
        <w:rPr>
          <w:b/>
        </w:rPr>
        <w:t xml:space="preserve">[49:46] </w:t>
      </w:r>
      <w:r>
        <w:t>ke woh muqaddas tha, isliye khade ho kar piya.</w:t>
      </w:r>
    </w:p>
    <w:p>
      <w:pPr>
        <w:jc w:val="right"/>
      </w:pPr>
      <w:r>
        <w:t>کہ وہ مقدس تھا، اس لیے کھڑے ہو کر پیا۔</w:t>
      </w:r>
    </w:p>
    <w:p>
      <w:r>
        <w:rPr>
          <w:b/>
        </w:rPr>
        <w:t xml:space="preserve">[49:51] </w:t>
      </w:r>
      <w:r>
        <w:t>nahi, woh woh woh tareekh jab yaad aayi aap ko to aap khade ho gaye.</w:t>
      </w:r>
    </w:p>
    <w:p>
      <w:pPr>
        <w:jc w:val="right"/>
      </w:pPr>
      <w:r>
        <w:t>نہیں، وہ وہ وہ تاریخ جب یاد آئی آپ کو تو آپ کھڑے ہو گئے۔</w:t>
      </w:r>
    </w:p>
    <w:p>
      <w:r>
        <w:rPr>
          <w:b/>
        </w:rPr>
        <w:t xml:space="preserve">[49:56] </w:t>
      </w:r>
      <w:r>
        <w:t>isko zyada importance dene ke liye.</w:t>
      </w:r>
    </w:p>
    <w:p>
      <w:pPr>
        <w:jc w:val="right"/>
      </w:pPr>
      <w:r>
        <w:t>اس کو زیادہ importance دینے کے لیے۔</w:t>
      </w:r>
    </w:p>
    <w:p>
      <w:r>
        <w:rPr>
          <w:b/>
        </w:rPr>
        <w:t xml:space="preserve">[50:01] </w:t>
      </w:r>
      <w:r>
        <w:t>to jo banda allah ka, jo banda chahe aurat ho ya mard, kyunke wahan par aap jante hain</w:t>
      </w:r>
    </w:p>
    <w:p>
      <w:pPr>
        <w:jc w:val="right"/>
      </w:pPr>
      <w:r>
        <w:t>تو جو بندہ اللہ کا، جو بندہ چاہے عورت ہو یا مرد، کیونکہ وہاں پر آپ جانتے ہیں</w:t>
      </w:r>
    </w:p>
    <w:p>
      <w:r>
        <w:rPr>
          <w:b/>
        </w:rPr>
        <w:t xml:space="preserve">[50:07] </w:t>
      </w:r>
      <w:r>
        <w:t>ke ek mard, ek aurat yaani hazrat haajra theen, aurat ismail the, woh bachche the, phir bade hue,</w:t>
      </w:r>
    </w:p>
    <w:p>
      <w:pPr>
        <w:jc w:val="right"/>
      </w:pPr>
      <w:r>
        <w:t>کہ ایک مرد، ایک عورت یعنی حضرت ہاجرہ تھیں، عورت اسماعیل تھے، وہ بچہ تھے، پھر بڑے ہوئے،</w:t>
      </w:r>
    </w:p>
    <w:p>
      <w:r>
        <w:rPr>
          <w:b/>
        </w:rPr>
        <w:t xml:space="preserve">[50:13] </w:t>
      </w:r>
      <w:r>
        <w:t>phir wahan shaadi ki unhone.</w:t>
      </w:r>
    </w:p>
    <w:p>
      <w:pPr>
        <w:jc w:val="right"/>
      </w:pPr>
      <w:r>
        <w:t>پھر وہاں شادی کی انہوں نے۔</w:t>
      </w:r>
    </w:p>
    <w:p>
      <w:r>
        <w:rPr>
          <w:b/>
        </w:rPr>
        <w:t xml:space="preserve">[50:19] </w:t>
      </w:r>
      <w:r>
        <w:t>to aap dekhiye ke wahan ek mard bhi hai, ek aurat bhi hai.</w:t>
      </w:r>
    </w:p>
    <w:p>
      <w:pPr>
        <w:jc w:val="right"/>
      </w:pPr>
      <w:r>
        <w:t>تو آپ دیکھیے کہ وہاں ایک مرد بھی ہے، ایک عورت بھی ہے۔</w:t>
      </w:r>
    </w:p>
    <w:p>
      <w:r>
        <w:rPr>
          <w:b/>
        </w:rPr>
        <w:t xml:space="preserve">[50:25] </w:t>
      </w:r>
      <w:r>
        <w:t>to ismein aurat mard ka koi farq nahi hai. dono ke</w:t>
      </w:r>
    </w:p>
    <w:p>
      <w:pPr>
        <w:jc w:val="right"/>
      </w:pPr>
      <w:r>
        <w:t>تو اس میں عورت مرد کا کوئی فرق نہیں ہے۔ دونوں کے</w:t>
      </w:r>
    </w:p>
    <w:p>
      <w:r>
        <w:rPr>
          <w:b/>
        </w:rPr>
        <w:t xml:space="preserve">[50:31] </w:t>
      </w:r>
      <w:r>
        <w:t>liye yeh message hai, dono ke liye yeh paigham hai, dono ke liye good tiding hai, dono ke</w:t>
      </w:r>
    </w:p>
    <w:p>
      <w:pPr>
        <w:jc w:val="right"/>
      </w:pPr>
      <w:r>
        <w:t>لیے یہ message ہے، دونوں کے لیے یہ پیغام ہے، دونوں کے لیے good tiding ہے، دونوں کے</w:t>
      </w:r>
    </w:p>
    <w:p>
      <w:r>
        <w:rPr>
          <w:b/>
        </w:rPr>
        <w:t xml:space="preserve">[50:37] </w:t>
      </w:r>
      <w:r>
        <w:t>liye khushkhabri hai ke agar tum khuda ke liye khade ho jao to tum apne aap ko akele</w:t>
      </w:r>
    </w:p>
    <w:p>
      <w:pPr>
        <w:jc w:val="right"/>
      </w:pPr>
      <w:r>
        <w:t>لیے خوشخبری ہے کہ اگر تم خدا کے لیے کھڑے ہو جاؤ تو تم اپنے آپ کو اکیلے</w:t>
      </w:r>
    </w:p>
    <w:p>
      <w:r>
        <w:rPr>
          <w:b/>
        </w:rPr>
        <w:t xml:space="preserve">[50:43] </w:t>
      </w:r>
      <w:r>
        <w:t>nahi paoge.</w:t>
      </w:r>
    </w:p>
    <w:p>
      <w:pPr>
        <w:jc w:val="right"/>
      </w:pPr>
      <w:r>
        <w:t>نہیں پاؤ گے۔</w:t>
      </w:r>
    </w:p>
    <w:p>
      <w:r>
        <w:rPr>
          <w:b/>
        </w:rPr>
        <w:t xml:space="preserve">[50:49] </w:t>
      </w:r>
      <w:r>
        <w:t>Agar tum Khuda ke liye khade ho jao to yaad rakho, tum apne aap ko akele nahi paoge.</w:t>
      </w:r>
    </w:p>
    <w:p>
      <w:pPr>
        <w:jc w:val="right"/>
      </w:pPr>
      <w:r>
        <w:t>اگر تم خدا کے لیے کھڑے ہو جاؤ تو یاد رکھو، تم اپنے آپ کو اکیلے نہیں پاؤ گے۔</w:t>
      </w:r>
    </w:p>
    <w:p>
      <w:r>
        <w:rPr>
          <w:b/>
        </w:rPr>
        <w:t xml:space="preserve">[50:55] </w:t>
      </w:r>
      <w:r>
        <w:t>Yeh hai conviction ka sabaq, yeh hai yaqeen ka sabaq,</w:t>
      </w:r>
    </w:p>
    <w:p>
      <w:pPr>
        <w:jc w:val="right"/>
      </w:pPr>
      <w:r>
        <w:t>یہ ہے conviction کا سبق، یہ ہے یقین کا سبق،</w:t>
      </w:r>
    </w:p>
    <w:p>
      <w:r>
        <w:rPr>
          <w:b/>
        </w:rPr>
        <w:t xml:space="preserve">[51:01] </w:t>
      </w:r>
      <w:r>
        <w:t>yeh hai hausle ka sabak. phir aap ne hajj ke waqiat mein yeh aata hai ke rasool Allah sal Allah alih wasallam safar mein, aap jante hain ke woh jagah jagah tile hote the, unchai hoti thi. to jab bhi aisa hota to aap us unchai par charh jate, us tile par charh</w:t>
      </w:r>
    </w:p>
    <w:p>
      <w:pPr>
        <w:jc w:val="right"/>
      </w:pPr>
      <w:r>
        <w:t>یہ ہے حوصلے کا سبق۔ پھر آپ نے حج کے واقعات میں یہ آتا ہے کہ رسول اللہ صلی اللہ علیہ وسلم سفر میں، آپ جانتے ہیں کہ وہ جگہ جگہ ٹیلے ہوتے تھے، اونچائی ہوتی تھی۔ تو جب بھی ایسا ہوتا تو آپ اس اونچائی پر چڑھ جاتے، اس ٹیلے پر چڑھ</w:t>
      </w:r>
    </w:p>
    <w:p>
      <w:r>
        <w:rPr>
          <w:b/>
        </w:rPr>
        <w:t xml:space="preserve">[51:31] </w:t>
      </w:r>
      <w:r>
        <w:t>jate. kyunke yeh safar jo hua tha aap ka, rasool Allah sal Allah alih wasallam ka madina se makkah ke liye, jo taqreeban ek mahina laga tha jis mein poora hajj ka marasim ada karne ke baad. to yeh koi road nahi thi, aaj kal to road hai, aap baithe gadi par aur aap aap pahunch jate hain thodi der mein. us waqt aisa nahi tha. us waqt to necha uncha hota</w:t>
      </w:r>
    </w:p>
    <w:p>
      <w:pPr>
        <w:jc w:val="right"/>
      </w:pPr>
      <w:r>
        <w:t>جاتے۔ کیونکہ یہ سفر جو ہوا تھا آپ کا، رسول اللہ صلی اللہ علیہ وسلم کا مدینہ سے مکہ کے لیے، جو تقریباً ایک مہینہ لگا تھا جس میں پورا حج کا مراسم ادا کرنے کے بعد۔ تو یہ کوئی road نہیں تھی، آج کل تو road ہے، آپ بیٹھے گاڑی پر اور آپ آپ پہنچ جاتے ہیں تھوڑی دیر میں۔ اس وقت ایسا نہیں تھا۔ اس وقت تو نیچا اونچا ہوتا</w:t>
      </w:r>
    </w:p>
    <w:p>
      <w:r>
        <w:rPr>
          <w:b/>
        </w:rPr>
        <w:t xml:space="preserve">[52:01] </w:t>
      </w:r>
      <w:r>
        <w:t>tha.</w:t>
      </w:r>
    </w:p>
    <w:p>
      <w:pPr>
        <w:jc w:val="right"/>
      </w:pPr>
      <w:r>
        <w:t>تھا۔</w:t>
      </w:r>
    </w:p>
    <w:p>
      <w:r>
        <w:rPr>
          <w:b/>
        </w:rPr>
        <w:t xml:space="preserve">[52:05] </w:t>
      </w:r>
      <w:r>
        <w:t>To har unchai par yeh aap karte the ke charh kar is ke upar aap kehte the, Allah</w:t>
      </w:r>
    </w:p>
    <w:p>
      <w:pPr>
        <w:jc w:val="right"/>
      </w:pPr>
      <w:r>
        <w:t>تو ہر اونچائی پر یہ آپ کرتے تھے کہ چڑھ کر اس کے اوپر آپ کہتے تھے، اللہ</w:t>
      </w:r>
    </w:p>
    <w:p>
      <w:r>
        <w:rPr>
          <w:b/>
        </w:rPr>
        <w:t xml:space="preserve">[52:09] </w:t>
      </w:r>
      <w:r>
        <w:t>o Akbar, Allah o Akbar.</w:t>
      </w:r>
    </w:p>
    <w:p>
      <w:pPr>
        <w:jc w:val="right"/>
      </w:pPr>
      <w:r>
        <w:t>اکبر، اللہ اکبر۔</w:t>
      </w:r>
    </w:p>
    <w:p>
      <w:r>
        <w:rPr>
          <w:b/>
        </w:rPr>
        <w:t xml:space="preserve">[52:13] </w:t>
      </w:r>
      <w:r>
        <w:t>Yaani Khuda ki badai ka elaan karte the aap.</w:t>
      </w:r>
    </w:p>
    <w:p>
      <w:pPr>
        <w:jc w:val="right"/>
      </w:pPr>
      <w:r>
        <w:t>یعنی خدا کی بڑائی کا اعلان کرتے تھے آپ۔</w:t>
      </w:r>
    </w:p>
    <w:p>
      <w:r>
        <w:rPr>
          <w:b/>
        </w:rPr>
        <w:t xml:space="preserve">[52:17] </w:t>
      </w:r>
      <w:r>
        <w:t>Raste bhar aisa kiya aap ne.</w:t>
      </w:r>
    </w:p>
    <w:p>
      <w:pPr>
        <w:jc w:val="right"/>
      </w:pPr>
      <w:r>
        <w:t>راستے بھر ایسا کیا آپ نے۔</w:t>
      </w:r>
    </w:p>
    <w:p>
      <w:r>
        <w:rPr>
          <w:b/>
        </w:rPr>
        <w:t xml:space="preserve">[52:21] </w:t>
      </w:r>
      <w:r>
        <w:t>To is ke mani hain ke Hajj ki jo khaas spirit hai, woh Khuda ki badai hai, Khuda</w:t>
      </w:r>
    </w:p>
    <w:p>
      <w:pPr>
        <w:jc w:val="right"/>
      </w:pPr>
      <w:r>
        <w:t>تو اس کے معنی ہیں کہ حج کی جو خاص spirit ہے، وہ خدا کی بڑائی ہے، خدا</w:t>
      </w:r>
    </w:p>
    <w:p>
      <w:r>
        <w:rPr>
          <w:b/>
        </w:rPr>
        <w:t xml:space="preserve">[52:25] </w:t>
      </w:r>
      <w:r>
        <w:t>ki glory hai.</w:t>
      </w:r>
    </w:p>
    <w:p>
      <w:pPr>
        <w:jc w:val="right"/>
      </w:pPr>
      <w:r>
        <w:t>کی glory ہے۔</w:t>
      </w:r>
    </w:p>
    <w:p>
      <w:r>
        <w:rPr>
          <w:b/>
        </w:rPr>
        <w:t xml:space="preserve">[52:28] </w:t>
      </w:r>
      <w:r>
        <w:t>Glory of God, greatness of God ki spirit ko le kar ke aap ko</w:t>
      </w:r>
    </w:p>
    <w:p>
      <w:pPr>
        <w:jc w:val="right"/>
      </w:pPr>
      <w:r>
        <w:t>Glory of God, greatness of God کی spirit کو لے کر کے آپ کو</w:t>
      </w:r>
    </w:p>
    <w:p>
      <w:r>
        <w:rPr>
          <w:b/>
        </w:rPr>
        <w:t xml:space="preserve">[52:32] </w:t>
      </w:r>
      <w:r>
        <w:t>Hajj ka safar karna hai.</w:t>
      </w:r>
    </w:p>
    <w:p>
      <w:pPr>
        <w:jc w:val="right"/>
      </w:pPr>
      <w:r>
        <w:t>حج کا سفر کرنا ہے۔</w:t>
      </w:r>
    </w:p>
    <w:p>
      <w:r>
        <w:rPr>
          <w:b/>
        </w:rPr>
        <w:t xml:space="preserve">[52:36] </w:t>
      </w:r>
      <w:r>
        <w:t>Isi thinking ke sath, isi soch ke sath, isi mind ke sath aap ko poora Hajj ka ki</w:t>
      </w:r>
    </w:p>
    <w:p>
      <w:pPr>
        <w:jc w:val="right"/>
      </w:pPr>
      <w:r>
        <w:t>اسی thinking کے ساتھ، اسی سوچ کے ساتھ، اسی mind کے ساتھ آپ کو پورا حج کا کی</w:t>
      </w:r>
    </w:p>
    <w:p>
      <w:r>
        <w:rPr>
          <w:b/>
        </w:rPr>
        <w:t xml:space="preserve">[52:40] </w:t>
      </w:r>
      <w:r>
        <w:t>ibadat karna hai.</w:t>
      </w:r>
    </w:p>
    <w:p>
      <w:pPr>
        <w:jc w:val="right"/>
      </w:pPr>
      <w:r>
        <w:t>عبادت کرنا ہے۔</w:t>
      </w:r>
    </w:p>
    <w:p>
      <w:r>
        <w:rPr>
          <w:b/>
        </w:rPr>
        <w:t xml:space="preserve">[52:44] </w:t>
      </w:r>
      <w:r>
        <w:t>Phir isi spirit ko le kar lotna hai.</w:t>
      </w:r>
    </w:p>
    <w:p>
      <w:pPr>
        <w:jc w:val="right"/>
      </w:pPr>
      <w:r>
        <w:t>پھر اسی spirit کو لے کر لوٹنا ہے۔</w:t>
      </w:r>
    </w:p>
    <w:p>
      <w:r>
        <w:rPr>
          <w:b/>
        </w:rPr>
        <w:t xml:space="preserve">[52:48] </w:t>
      </w:r>
      <w:r>
        <w:t>Allah o Akbar ek spirit hai.</w:t>
      </w:r>
    </w:p>
    <w:p>
      <w:pPr>
        <w:jc w:val="right"/>
      </w:pPr>
      <w:r>
        <w:t>اللہ اکبر ایک spirit ہے۔</w:t>
      </w:r>
    </w:p>
    <w:p>
      <w:r>
        <w:rPr>
          <w:b/>
        </w:rPr>
        <w:t xml:space="preserve">[52:52] </w:t>
      </w:r>
      <w:r>
        <w:t>Allah o Akbar ka matlab kya hai? God is great.</w:t>
      </w:r>
    </w:p>
    <w:p>
      <w:pPr>
        <w:jc w:val="right"/>
      </w:pPr>
      <w:r>
        <w:t>اللہ اکبر کا مطلب کیا ہے؟ God is great.</w:t>
      </w:r>
    </w:p>
    <w:p>
      <w:r>
        <w:rPr>
          <w:b/>
        </w:rPr>
        <w:t xml:space="preserve">[52:56] </w:t>
      </w:r>
      <w:r>
        <w:t>God is great.</w:t>
      </w:r>
    </w:p>
    <w:p>
      <w:pPr>
        <w:jc w:val="right"/>
      </w:pPr>
      <w:r>
        <w:t>God is great.</w:t>
      </w:r>
    </w:p>
    <w:p>
      <w:r>
        <w:rPr>
          <w:b/>
        </w:rPr>
        <w:t xml:space="preserve">[53:00] </w:t>
      </w:r>
      <w:r>
        <w:t>God is great ka matlab kya hai? Is mein ek aur cheez understood hai.</w:t>
      </w:r>
    </w:p>
    <w:p>
      <w:pPr>
        <w:jc w:val="right"/>
      </w:pPr>
      <w:r>
        <w:t>God is great کا مطلب کیا ہے؟ اس میں ایک اور چیز understood ہے۔</w:t>
      </w:r>
    </w:p>
    <w:p>
      <w:r>
        <w:rPr>
          <w:b/>
        </w:rPr>
        <w:t xml:space="preserve">[53:04] </w:t>
      </w:r>
      <w:r>
        <w:t>is mein ek aur cheez understood hai. woh kya? God is great and I am not great. jab aap yeh kehte hain God is great to sath sath aap yeh bhi keh rahe hote hain I am not great. badai sirf Khuda ke liye hai, glory sirf Khuda ke liye hai, greatness sirf Khuda ke liye hai. to yeh kya hai? yeh modesty ka lesson hai. modesty</w:t>
      </w:r>
    </w:p>
    <w:p>
      <w:pPr>
        <w:jc w:val="right"/>
      </w:pPr>
      <w:r>
        <w:t>اس میں ایک اور چیز understood ہے۔ وہ کیا؟ God is great and I am not great. جب آپ یہ کہتے ہیں God is great تو ساتھ ساتھ آپ یہ بھی کہہ رہے ہوتے ہیں I am not great. بڑائی صرف خدا کے لیے ہے، glory صرف خدا کے لیے ہے، greatness صرف خدا کے لیے ہے۔ تو یہ کیا ہے؟ یہ modesty کا lesson ہے۔ Modesty</w:t>
      </w:r>
    </w:p>
    <w:p>
      <w:r>
        <w:rPr>
          <w:b/>
        </w:rPr>
        <w:t xml:space="preserve">[53:34] </w:t>
      </w:r>
      <w:r>
        <w:t>.</w:t>
      </w:r>
    </w:p>
    <w:p>
      <w:pPr>
        <w:jc w:val="right"/>
      </w:pPr>
      <w:r>
        <w:t>۔</w:t>
      </w:r>
    </w:p>
    <w:p>
      <w:r>
        <w:rPr>
          <w:b/>
        </w:rPr>
        <w:t xml:space="preserve">[53:39] </w:t>
      </w:r>
      <w:r>
        <w:t>Aur is duniya mein sab se bari cheez modesty hai.</w:t>
      </w:r>
    </w:p>
    <w:p>
      <w:pPr>
        <w:jc w:val="right"/>
      </w:pPr>
      <w:r>
        <w:t>اور اس دنیا میں سب سے بڑی چیز modesty ہے۔</w:t>
      </w:r>
    </w:p>
    <w:p>
      <w:r>
        <w:rPr>
          <w:b/>
        </w:rPr>
        <w:t xml:space="preserve">[53:43] </w:t>
      </w:r>
      <w:r>
        <w:t>Modesty is the door of all kinds of wisdom.</w:t>
      </w:r>
    </w:p>
    <w:p>
      <w:pPr>
        <w:jc w:val="right"/>
      </w:pPr>
      <w:r>
        <w:t>Modesty is the door of all kinds of wisdom.</w:t>
      </w:r>
    </w:p>
    <w:p>
      <w:r>
        <w:rPr>
          <w:b/>
        </w:rPr>
        <w:t xml:space="preserve">[53:48] </w:t>
      </w:r>
      <w:r>
        <w:t>Modesty nahi to wisdom nahi.</w:t>
      </w:r>
    </w:p>
    <w:p>
      <w:pPr>
        <w:jc w:val="right"/>
      </w:pPr>
      <w:r>
        <w:t>Modesty نہیں تو wisdom نہیں۔</w:t>
      </w:r>
    </w:p>
    <w:p>
      <w:r>
        <w:rPr>
          <w:b/>
        </w:rPr>
        <w:t xml:space="preserve">[53:52] </w:t>
      </w:r>
      <w:r>
        <w:t>Modesty nahi to kuch bhi nahi.</w:t>
      </w:r>
    </w:p>
    <w:p>
      <w:pPr>
        <w:jc w:val="right"/>
      </w:pPr>
      <w:r>
        <w:t>Modesty نہیں تو کچھ بھی نہیں۔</w:t>
      </w:r>
    </w:p>
    <w:p>
      <w:r>
        <w:rPr>
          <w:b/>
        </w:rPr>
        <w:t xml:space="preserve">[53:57] </w:t>
      </w:r>
      <w:r>
        <w:t>Dekhiye, is duniya mein sab se buri cheez arrogance hai.</w:t>
      </w:r>
    </w:p>
    <w:p>
      <w:pPr>
        <w:jc w:val="right"/>
      </w:pPr>
      <w:r>
        <w:t>دیکھیے، اس دنیا میں سب سے بری چیز arrogance ہے۔</w:t>
      </w:r>
    </w:p>
    <w:p>
      <w:r>
        <w:rPr>
          <w:b/>
        </w:rPr>
        <w:t xml:space="preserve">[54:02] </w:t>
      </w:r>
      <w:r>
        <w:t>aur sab se achhi cheez modesty hai.</w:t>
      </w:r>
    </w:p>
    <w:p>
      <w:pPr>
        <w:jc w:val="right"/>
      </w:pPr>
      <w:r>
        <w:t>اور سب سے اچھی چیز modesty ہے۔</w:t>
      </w:r>
    </w:p>
    <w:p>
      <w:r>
        <w:rPr>
          <w:b/>
        </w:rPr>
        <w:t xml:space="preserve">[54:06] </w:t>
      </w:r>
      <w:r>
        <w:t>yaad rakhiye is baat ko.</w:t>
      </w:r>
    </w:p>
    <w:p>
      <w:pPr>
        <w:jc w:val="right"/>
      </w:pPr>
      <w:r>
        <w:t>یاد رکھیے اس بات کو۔</w:t>
      </w:r>
    </w:p>
    <w:p>
      <w:r>
        <w:rPr>
          <w:b/>
        </w:rPr>
        <w:t xml:space="preserve">[54:14] </w:t>
      </w:r>
      <w:r>
        <w:t>ke dunya ki zindagi mein sab se buri cheez hai arrogance, ghamand, fakhr, superiority complex.</w:t>
      </w:r>
    </w:p>
    <w:p>
      <w:pPr>
        <w:jc w:val="right"/>
      </w:pPr>
      <w:r>
        <w:t>کہ دنیا کی زندگی میں سب سے بری چیز ہے arrogance، گھمنڈ، فخر، superiority complex۔</w:t>
      </w:r>
    </w:p>
    <w:p>
      <w:r>
        <w:rPr>
          <w:b/>
        </w:rPr>
        <w:t xml:space="preserve">[54:21] </w:t>
      </w:r>
      <w:r>
        <w:t>sab se buri cheez hai yeh.</w:t>
      </w:r>
    </w:p>
    <w:p>
      <w:pPr>
        <w:jc w:val="right"/>
      </w:pPr>
      <w:r>
        <w:t>سب سے بری چیز ہے یہ۔</w:t>
      </w:r>
    </w:p>
    <w:p>
      <w:r>
        <w:rPr>
          <w:b/>
        </w:rPr>
        <w:t xml:space="preserve">[54:29] </w:t>
      </w:r>
      <w:r>
        <w:t>aur sab se achhi cheez hai modesty, tawazu, nimrata.</w:t>
      </w:r>
    </w:p>
    <w:p>
      <w:pPr>
        <w:jc w:val="right"/>
      </w:pPr>
      <w:r>
        <w:t>اور سب سے اچھی چیز ہے modesty، تواضع، نمرتہ۔</w:t>
      </w:r>
    </w:p>
    <w:p>
      <w:r>
        <w:rPr>
          <w:b/>
        </w:rPr>
        <w:t xml:space="preserve">[54:37] </w:t>
      </w:r>
      <w:r>
        <w:t>sab se achhi cheez. isi se sari neki ke darwaze khulte hain. sari insani achhaiyon ke darwaze khulte hain. to is tarah se rasool Allah sal Allah alih wasallam ne safar kiya hajj ka. phir jab hajj mukammal hua aur log arafat mein ikattha hue to wahan par aap ne khutba diya. is ko kaha jata hai khutba hajja tul wida. yaani aakhri</w:t>
      </w:r>
    </w:p>
    <w:p>
      <w:pPr>
        <w:jc w:val="right"/>
      </w:pPr>
      <w:r>
        <w:t>سب سے اچھی چیز۔ اسی سے ساری نیکی کے دروازے کھلتے ہیں۔ ساری انسانی اچھائیوں کے دروازے کھلتے ہیں۔ تو اس طرح سے رسول اللہ صلی اللہ علیہ وسلم نے سفر کیا حج کا۔ پھر جب حج مکمل ہوا اور لوگ عرفات میں اکٹھا ہوئے تو وہاں پر آپ نے خطبہ دیا۔ اس کو کہا جاتا ہے خطبہ حجۃ الوداع۔ یعنی آخری</w:t>
      </w:r>
    </w:p>
    <w:p>
      <w:r>
        <w:rPr>
          <w:b/>
        </w:rPr>
        <w:t xml:space="preserve">[55:07] </w:t>
      </w:r>
      <w:r>
        <w:t>Hajj ka khutba.</w:t>
      </w:r>
    </w:p>
    <w:p>
      <w:pPr>
        <w:jc w:val="right"/>
      </w:pPr>
      <w:r>
        <w:t>حج کا خطبہ۔</w:t>
      </w:r>
    </w:p>
    <w:p>
      <w:r>
        <w:rPr>
          <w:b/>
        </w:rPr>
        <w:t xml:space="preserve">[55:13] </w:t>
      </w:r>
      <w:r>
        <w:t>to wahan aap ne bohat si baatein kahin.</w:t>
      </w:r>
    </w:p>
    <w:p>
      <w:pPr>
        <w:jc w:val="right"/>
      </w:pPr>
      <w:r>
        <w:t>تو وہاں آپ نے بہت سی باتیں کہیں۔</w:t>
      </w:r>
    </w:p>
    <w:p>
      <w:r>
        <w:rPr>
          <w:b/>
        </w:rPr>
        <w:t xml:space="preserve">[55:20] </w:t>
      </w:r>
      <w:r>
        <w:t>bohat si baatein kahin.</w:t>
      </w:r>
    </w:p>
    <w:p>
      <w:pPr>
        <w:jc w:val="right"/>
      </w:pPr>
      <w:r>
        <w:t>بہت سی باتیں کہیں۔</w:t>
      </w:r>
    </w:p>
    <w:p>
      <w:r>
        <w:rPr>
          <w:b/>
        </w:rPr>
        <w:t xml:space="preserve">[55:26] </w:t>
      </w:r>
      <w:r>
        <w:t>to is mein se ek baat yeh thi ke aap ne farmaya ke in Allah basani kaafatan lil naas</w:t>
      </w:r>
    </w:p>
    <w:p>
      <w:pPr>
        <w:jc w:val="right"/>
      </w:pPr>
      <w:r>
        <w:t>تو اس میں سے ایک بات یہ تھی کہ آپ نے فرمایا کہ إن الله باسني كافة للناس</w:t>
      </w:r>
    </w:p>
    <w:p>
      <w:r>
        <w:rPr>
          <w:b/>
        </w:rPr>
        <w:t xml:space="preserve">[55:32] </w:t>
      </w:r>
      <w:r>
        <w:t>fadu anni Khuda ne mujhe bheja hai</w:t>
      </w:r>
    </w:p>
    <w:p>
      <w:pPr>
        <w:jc w:val="right"/>
      </w:pPr>
      <w:r>
        <w:t>فادوا أني خدا نے مجھے بھیجا ہے</w:t>
      </w:r>
    </w:p>
    <w:p>
      <w:r>
        <w:rPr>
          <w:b/>
        </w:rPr>
        <w:t xml:space="preserve">[55:39] </w:t>
      </w:r>
      <w:r>
        <w:t>saare insaanon ke liye prophet bana kar.</w:t>
      </w:r>
    </w:p>
    <w:p>
      <w:pPr>
        <w:jc w:val="right"/>
      </w:pPr>
      <w:r>
        <w:t>سارے انسانوں کے لیے prophet بنا کر۔</w:t>
      </w:r>
    </w:p>
    <w:p>
      <w:r>
        <w:rPr>
          <w:b/>
        </w:rPr>
        <w:t xml:space="preserve">[55:43] </w:t>
      </w:r>
      <w:r>
        <w:t>saare insaanon ke liye prophet bana kar.</w:t>
      </w:r>
    </w:p>
    <w:p>
      <w:pPr>
        <w:jc w:val="right"/>
      </w:pPr>
      <w:r>
        <w:t>سارے انسانوں کے لیے prophet بنا کر۔</w:t>
      </w:r>
    </w:p>
    <w:p>
      <w:r>
        <w:rPr>
          <w:b/>
        </w:rPr>
        <w:t xml:space="preserve">[55:47] </w:t>
      </w:r>
      <w:r>
        <w:t>to tum mere paigham ko saare logon tak pohncha do.</w:t>
      </w:r>
    </w:p>
    <w:p>
      <w:pPr>
        <w:jc w:val="right"/>
      </w:pPr>
      <w:r>
        <w:t>تو تم میرے پیغام کو سارے لوگوں تک پہنچا دو۔</w:t>
      </w:r>
    </w:p>
    <w:p>
      <w:r>
        <w:rPr>
          <w:b/>
        </w:rPr>
        <w:t xml:space="preserve">[55:52] </w:t>
      </w:r>
      <w:r>
        <w:t>is ka matlab kya hua? ke Rasool Allah ke baad koi doosra prophet aane wala nahi.</w:t>
      </w:r>
    </w:p>
    <w:p>
      <w:pPr>
        <w:jc w:val="right"/>
      </w:pPr>
      <w:r>
        <w:t>اس کا مطلب کیا ہوا؟ کہ رسول اللہ کے بعد کوئی دوسرا prophet آنے والا نہیں۔</w:t>
      </w:r>
    </w:p>
    <w:p>
      <w:r>
        <w:rPr>
          <w:b/>
        </w:rPr>
        <w:t xml:space="preserve">[55:56] </w:t>
      </w:r>
      <w:r>
        <w:t>aap final prophet thay.</w:t>
      </w:r>
    </w:p>
    <w:p>
      <w:pPr>
        <w:jc w:val="right"/>
      </w:pPr>
      <w:r>
        <w:t>آپ final prophet تھے۔</w:t>
      </w:r>
    </w:p>
    <w:p>
      <w:r>
        <w:rPr>
          <w:b/>
        </w:rPr>
        <w:t xml:space="preserve">[56:00] </w:t>
      </w:r>
      <w:r>
        <w:t>aakhri prophet thay.</w:t>
      </w:r>
    </w:p>
    <w:p>
      <w:pPr>
        <w:jc w:val="right"/>
      </w:pPr>
      <w:r>
        <w:t>آخری prophet تھے۔</w:t>
      </w:r>
    </w:p>
    <w:p>
      <w:r>
        <w:rPr>
          <w:b/>
        </w:rPr>
        <w:t xml:space="preserve">[56:05] </w:t>
      </w:r>
      <w:r>
        <w:t>ab jo hai woh kaam</w:t>
      </w:r>
    </w:p>
    <w:p>
      <w:pPr>
        <w:jc w:val="right"/>
      </w:pPr>
      <w:r>
        <w:t>اب جو ہے وہ کام</w:t>
      </w:r>
    </w:p>
    <w:p>
      <w:r>
        <w:rPr>
          <w:b/>
        </w:rPr>
        <w:t xml:space="preserve">[56:09] </w:t>
      </w:r>
      <w:r>
        <w:t>to khatam nahi hua kyunke log phir bhi paida ho rahe hain. unhein batana hai. Khuda ke is plan ko batana hai. divine mission ko phir bhi chalte rehna hai. to jo kaam pehle prophet ne kiya tha woh kaam ab prophet ke followers ke zimme ho gaya. jo aadmi yeh claim kare ke main prophet of Islam ka follower hoon is par farz ho jata hai ke is message ko le kar</w:t>
      </w:r>
    </w:p>
    <w:p>
      <w:pPr>
        <w:jc w:val="right"/>
      </w:pPr>
      <w:r>
        <w:t>تو ختم نہیں ہوا کیونکہ لوگ پھر بھی پیدا ہو رہے ہیں۔ انہیں بتانا ہے۔ خدا کے اس plan کو بتانا ہے۔ divine mission کو پھر بھی چلتے رہنا ہے۔ تو جو کام پہلے prophet نے کیا تھا وہ کام اب prophet کے followers کے ذمے ہو گیا۔ جو آدمی یہ claim کرے کہ میں prophet of اسلام کا follower ہوں اس پر فرض ہو جاتا ہے کہ اس message کو لے کر</w:t>
      </w:r>
    </w:p>
    <w:p>
      <w:r>
        <w:rPr>
          <w:b/>
        </w:rPr>
        <w:t xml:space="preserve">[56:39] </w:t>
      </w:r>
      <w:r>
        <w:t>ke dunya mein phailaye.</w:t>
      </w:r>
    </w:p>
    <w:p>
      <w:pPr>
        <w:jc w:val="right"/>
      </w:pPr>
      <w:r>
        <w:t>کے دنیا میں پھیلائے۔</w:t>
      </w:r>
    </w:p>
    <w:p>
      <w:r>
        <w:rPr>
          <w:b/>
        </w:rPr>
        <w:t xml:space="preserve">[56:45] </w:t>
      </w:r>
      <w:r>
        <w:t>fadu anni to mere message ko saari dunya mein phaila do.</w:t>
      </w:r>
    </w:p>
    <w:p>
      <w:pPr>
        <w:jc w:val="right"/>
      </w:pPr>
      <w:r>
        <w:t>فادوا أني تو میرے message کو ساری دنیا میں پھیلا دو۔</w:t>
      </w:r>
    </w:p>
    <w:p>
      <w:r>
        <w:rPr>
          <w:b/>
        </w:rPr>
        <w:t xml:space="preserve">[56:52] </w:t>
      </w:r>
      <w:r>
        <w:t>jo aadmi yeh kaam na kare to woh prophet of Islam ka follower nahi hai woh.</w:t>
      </w:r>
    </w:p>
    <w:p>
      <w:pPr>
        <w:jc w:val="right"/>
      </w:pPr>
      <w:r>
        <w:t>جو آدمی یہ کام نہ کرے تو وہ prophet of اسلام کا follower نہیں ہے وہ۔</w:t>
      </w:r>
    </w:p>
    <w:p>
      <w:r>
        <w:rPr>
          <w:b/>
        </w:rPr>
        <w:t xml:space="preserve">[56:58] </w:t>
      </w:r>
      <w:r>
        <w:t>dekhiye yaad rakhiye naatein parhne se koi prophet of Islam ka follower nahi banta.</w:t>
      </w:r>
    </w:p>
    <w:p>
      <w:pPr>
        <w:jc w:val="right"/>
      </w:pPr>
      <w:r>
        <w:t>دیکھیے یاد رکھیے نعتیں پڑھنے سے کوئی prophet of اسلام کا follower نہیں بنتا۔</w:t>
      </w:r>
    </w:p>
    <w:p>
      <w:r>
        <w:rPr>
          <w:b/>
        </w:rPr>
        <w:t xml:space="preserve">[57:04] </w:t>
      </w:r>
      <w:r>
        <w:t>yeh naat khwani aur qawwali, Rasool Allah ki tareefein karna, bare bare laqab bolna, yeh is se kuch bhi nahi.</w:t>
      </w:r>
    </w:p>
    <w:p>
      <w:pPr>
        <w:jc w:val="right"/>
      </w:pPr>
      <w:r>
        <w:t>یہ نعت خوانی اور قبوالی، رسول اللہ کی تعریفیں کرنا، بڑے بڑے القاب بولنا، یہ اس سے کچھ بھی نہیں۔</w:t>
      </w:r>
    </w:p>
    <w:p>
      <w:r>
        <w:rPr>
          <w:b/>
        </w:rPr>
        <w:t xml:space="preserve">[57:10] </w:t>
      </w:r>
      <w:r>
        <w:t>is se kuch bhi nahi hota.</w:t>
      </w:r>
    </w:p>
    <w:p>
      <w:pPr>
        <w:jc w:val="right"/>
      </w:pPr>
      <w:r>
        <w:t>اس سے کچھ بھی نہیں ہوتا۔</w:t>
      </w:r>
    </w:p>
    <w:p>
      <w:r>
        <w:rPr>
          <w:b/>
        </w:rPr>
        <w:t xml:space="preserve">[57:15] </w:t>
      </w:r>
      <w:r>
        <w:t>Rasool Allah ko maanne ka jo haq hai woh is se ada nahi hota ke aap naat khwani</w:t>
      </w:r>
    </w:p>
    <w:p>
      <w:pPr>
        <w:jc w:val="right"/>
      </w:pPr>
      <w:r>
        <w:t>رسول اللہ کو ماننے کا جو حق ہے وہ اس سے ادا نہیں ہوتا کہ آپ نعت خوانی</w:t>
      </w:r>
    </w:p>
    <w:p>
      <w:r>
        <w:rPr>
          <w:b/>
        </w:rPr>
        <w:t xml:space="preserve">[57:20] </w:t>
      </w:r>
      <w:r>
        <w:t>ke jalsay karein, aap qawwaliyan karein, aap naat khwani ke muqable karein, is mein inaamaat dein logon ko.</w:t>
      </w:r>
    </w:p>
    <w:p>
      <w:pPr>
        <w:jc w:val="right"/>
      </w:pPr>
      <w:r>
        <w:t>کے جلسے کریں، آپ قبوالیاں کریں، آپ نعت خوانی کے مقابلے کریں، اس میں انعامات دیں لوگوں کو۔</w:t>
      </w:r>
    </w:p>
    <w:p>
      <w:r>
        <w:rPr>
          <w:b/>
        </w:rPr>
        <w:t xml:space="preserve">[57:25] </w:t>
      </w:r>
      <w:r>
        <w:t>yeh sab to bilkul ridiculous baatein hain, ridiculous.</w:t>
      </w:r>
    </w:p>
    <w:p>
      <w:pPr>
        <w:jc w:val="right"/>
      </w:pPr>
      <w:r>
        <w:t>یہ سب تو بالکل ridiculous باتیں ہیں، ridiculous۔</w:t>
      </w:r>
    </w:p>
    <w:p>
      <w:r>
        <w:rPr>
          <w:b/>
        </w:rPr>
        <w:t xml:space="preserve">[57:30] </w:t>
      </w:r>
      <w:r>
        <w:t>asal cheez hai Khuda ke Rasool ke paigham ko pahunchana logon tak.</w:t>
      </w:r>
    </w:p>
    <w:p>
      <w:pPr>
        <w:jc w:val="right"/>
      </w:pPr>
      <w:r>
        <w:t>اصل چیز ہے خدا کے رسول کے پیغام کو پہنچانا لوگوں تک۔</w:t>
      </w:r>
    </w:p>
    <w:p>
      <w:r>
        <w:rPr>
          <w:b/>
        </w:rPr>
        <w:t xml:space="preserve">[57:35] </w:t>
      </w:r>
      <w:r>
        <w:t>phir uss waqt aap ne</w:t>
      </w:r>
    </w:p>
    <w:p>
      <w:pPr>
        <w:jc w:val="right"/>
      </w:pPr>
      <w:r>
        <w:t>پھر اس وقت آپ نے</w:t>
      </w:r>
    </w:p>
    <w:p>
      <w:r>
        <w:rPr>
          <w:b/>
        </w:rPr>
        <w:t xml:space="preserve">[57:41] </w:t>
      </w:r>
      <w:r>
        <w:t>yeh kaha ke la tarjoo ba'di kuffaran yadrib ba'dukum riqaba ba'din uss waqt jo wahan kafi log maujood</w:t>
      </w:r>
    </w:p>
    <w:p>
      <w:pPr>
        <w:jc w:val="right"/>
      </w:pPr>
      <w:r>
        <w:t>یہ کہا کہ لا ترجعوا بعدي كفارا يضرب بعضكم رقاب بعض اس وقت جو وہاں کافی لوگ موجود</w:t>
      </w:r>
    </w:p>
    <w:p>
      <w:r>
        <w:rPr>
          <w:b/>
        </w:rPr>
        <w:t xml:space="preserve">[57:47] </w:t>
      </w:r>
      <w:r>
        <w:t>the, ek riwayat ke mutabiq sawa lakh the, ek riwayat ke mutabiq ek lakh chalis hazar the.</w:t>
      </w:r>
    </w:p>
    <w:p>
      <w:pPr>
        <w:jc w:val="right"/>
      </w:pPr>
      <w:r>
        <w:t>تھے، ایک روایت کے مطابق سوا لاکھ تھے، ایک روایت کے مطابق ایک لاکھ چالیس ہزار تھے۔</w:t>
      </w:r>
    </w:p>
    <w:p>
      <w:r>
        <w:rPr>
          <w:b/>
        </w:rPr>
        <w:t xml:space="preserve">[57:53] </w:t>
      </w:r>
      <w:r>
        <w:t>to kafi log the.</w:t>
      </w:r>
    </w:p>
    <w:p>
      <w:pPr>
        <w:jc w:val="right"/>
      </w:pPr>
      <w:r>
        <w:t>تو کافی لوگ تھے۔</w:t>
      </w:r>
    </w:p>
    <w:p>
      <w:r>
        <w:rPr>
          <w:b/>
        </w:rPr>
        <w:t xml:space="preserve">[57:59] </w:t>
      </w:r>
      <w:r>
        <w:t>uss waqt sab se kaha aap ne oont par sawaar ho kar ke ke dekho mere baad tum</w:t>
      </w:r>
    </w:p>
    <w:p>
      <w:pPr>
        <w:jc w:val="right"/>
      </w:pPr>
      <w:r>
        <w:t>اس وقت سب سے کہا آپ نے اونٹ پر سوار ہو کر کے کہ دیکھو میرے بعد تم</w:t>
      </w:r>
    </w:p>
    <w:p>
      <w:r>
        <w:rPr>
          <w:b/>
        </w:rPr>
        <w:t xml:space="preserve">[58:05] </w:t>
      </w:r>
      <w:r>
        <w:t>log kafir na ho jana ke aapas mein ek doosre ki gardanein maarne lagoo.</w:t>
      </w:r>
    </w:p>
    <w:p>
      <w:pPr>
        <w:jc w:val="right"/>
      </w:pPr>
      <w:r>
        <w:t>لوگ کافر نہ ہو جانا کہ آپس میں ایک دوسرے کی گردنیں مارنے لگو۔</w:t>
      </w:r>
    </w:p>
    <w:p>
      <w:r>
        <w:rPr>
          <w:b/>
        </w:rPr>
        <w:t xml:space="preserve">[58:11] </w:t>
      </w:r>
      <w:r>
        <w:t>is ke mani hain ke aapas mein aik gardan maarna, gun culture chalana, bomb culture chalana, suicide bombing karna, yeh sab apnay aap ko imaan se nikaal kar kufr ki taraf le aana hai. la tarjoo ba'di kuffara yadhrib ba'dhukum riqaba ba'dh kitni bari baat hai. aik warning di aap ne ke dekho mere baad aisa mat karna ke gardanein maarne lago, qatl</w:t>
      </w:r>
    </w:p>
    <w:p>
      <w:pPr>
        <w:jc w:val="right"/>
      </w:pPr>
      <w:r>
        <w:t>اس کے معنی ہیں کہ آپس میں ایک گردن مارنا، gun culture چلانا، بم culture چلانا، suicide bombing کرنا، یہ سب اپنے آپ کو ایمان سے نکال کر کفر کی طرف لے آنا ہے۔ لا ترجعوا بعدي كفارا يضرب بعضكم رقاب بعض کتنی بڑی بات ہے۔ ایک warning دی آپ نے کہ دیکھو میرے بعد ایسا مت کرنا کہ گردنیں مارنے لگو، قتل</w:t>
      </w:r>
    </w:p>
    <w:p>
      <w:r>
        <w:rPr>
          <w:b/>
        </w:rPr>
        <w:t xml:space="preserve">[58:41] </w:t>
      </w:r>
      <w:r>
        <w:t>کرنے لگو، گن کلچر چلانے لگو۔</w:t>
      </w:r>
    </w:p>
    <w:p>
      <w:pPr>
        <w:jc w:val="right"/>
      </w:pPr>
      <w:r>
        <w:t>کرنے لگو، gun culture چلانے لگو۔</w:t>
      </w:r>
    </w:p>
    <w:p>
      <w:r>
        <w:rPr>
          <w:b/>
        </w:rPr>
        <w:t xml:space="preserve">[58:46] </w:t>
      </w:r>
      <w:r>
        <w:t>aisa karoge tum to tum Islam ko chhod kar dobara kufr ki taraf laut jaoge aur</w:t>
      </w:r>
    </w:p>
    <w:p>
      <w:pPr>
        <w:jc w:val="right"/>
      </w:pPr>
      <w:r>
        <w:t>ایسا کرو گے تم تو تم اسلام کو چھوڑ کر دوبارہ کفر کی طرف لوٹ جاؤ گے اور</w:t>
      </w:r>
    </w:p>
    <w:p>
      <w:r>
        <w:rPr>
          <w:b/>
        </w:rPr>
        <w:t xml:space="preserve">[58:51] </w:t>
      </w:r>
      <w:r>
        <w:t>Khuda ke haan tumhara anjaam Muslim ka anjaam nahi hoga.</w:t>
      </w:r>
    </w:p>
    <w:p>
      <w:pPr>
        <w:jc w:val="right"/>
      </w:pPr>
      <w:r>
        <w:t>خدا کے ہاں تمہارا انجام مسلم کا انجام نہیں ہوگا۔</w:t>
      </w:r>
    </w:p>
    <w:p>
      <w:r>
        <w:rPr>
          <w:b/>
        </w:rPr>
        <w:t xml:space="preserve">[58:56] </w:t>
      </w:r>
      <w:r>
        <w:t>to yeh bohat bari chitaawni hai.</w:t>
      </w:r>
    </w:p>
    <w:p>
      <w:pPr>
        <w:jc w:val="right"/>
      </w:pPr>
      <w:r>
        <w:t>تو یہ بہت بڑی چتاونی ہے۔</w:t>
      </w:r>
    </w:p>
    <w:p>
      <w:r>
        <w:rPr>
          <w:b/>
        </w:rPr>
        <w:t xml:space="preserve">[59:01] </w:t>
      </w:r>
      <w:r>
        <w:t>hamein aman ke saath rehna hai aur tashaddud se aakhri had tak bachna hai.</w:t>
      </w:r>
    </w:p>
    <w:p>
      <w:pPr>
        <w:jc w:val="right"/>
      </w:pPr>
      <w:r>
        <w:t>ہمیں امن کے ساتھ رہنا ہے اور تشدد سے آخری حد تک بچنا ہے۔</w:t>
      </w:r>
    </w:p>
    <w:p>
      <w:r>
        <w:rPr>
          <w:b/>
        </w:rPr>
        <w:t xml:space="preserve">[59:06] </w:t>
      </w:r>
      <w:r>
        <w:t>yeh hai haj ki sp</w:t>
      </w:r>
    </w:p>
    <w:p>
      <w:pPr>
        <w:jc w:val="right"/>
      </w:pPr>
      <w:r>
        <w:t>یہی ہے حج کی sp</w:t>
      </w:r>
    </w:p>
    <w:p>
      <w:r>
        <w:rPr>
          <w:b/>
        </w:rPr>
        <w:t xml:space="preserve">[59:12] </w:t>
      </w:r>
      <w:r>
        <w:t>irit, yahi hai hajj ka paigham. aqool qawli haza wa astaghfirullaha li walakum ajmaeen.</w:t>
      </w:r>
    </w:p>
    <w:p>
      <w:pPr>
        <w:jc w:val="right"/>
      </w:pPr>
      <w:r>
        <w:t>irit، یہی ہے حج کا پیغام۔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