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47 February 04, 2018</w:t>
      </w:r>
    </w:p>
    <w:p>
      <w:r>
        <w:t>https://www.youtube.com/watch?v=f40P0x-Wm24</w:t>
      </w:r>
    </w:p>
    <w:p>
      <w:r>
        <w:rPr>
          <w:b/>
        </w:rPr>
        <w:t xml:space="preserve">[00:10] </w:t>
      </w:r>
      <w:r>
        <w:t>bismillah rahman rahim, wa salla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[00:25] </w:t>
      </w:r>
      <w:r>
        <w:t>waqul laqtah min lisani yafqah qawli.</w:t>
      </w:r>
    </w:p>
    <w:p>
      <w:pPr>
        <w:jc w:val="right"/>
      </w:pPr>
      <w:r>
        <w:t>وقل لقطۃ من لسانی یفقہ قولی۔</w:t>
      </w:r>
    </w:p>
    <w:p>
      <w:r>
        <w:rPr>
          <w:b/>
        </w:rPr>
        <w:t xml:space="preserve">[00:33] </w:t>
      </w:r>
      <w:r>
        <w:t>4 farwari 2018.</w:t>
      </w:r>
    </w:p>
    <w:p>
      <w:pPr>
        <w:jc w:val="right"/>
      </w:pPr>
      <w:r>
        <w:t>4 فروری 2018۔</w:t>
      </w:r>
    </w:p>
    <w:p>
      <w:r>
        <w:rPr>
          <w:b/>
        </w:rPr>
        <w:t xml:space="preserve">[00:41] </w:t>
      </w:r>
      <w:r>
        <w:t>jaisa ke aap jante hain ke hamare is itwaar ke program mein quran ka dars hota hai.</w:t>
      </w:r>
    </w:p>
    <w:p>
      <w:pPr>
        <w:jc w:val="right"/>
      </w:pPr>
      <w:r>
        <w:t>جیسا کہ آپ جانتے ہیں کہ ہمارے اس اتوار کے پروگرام میں قرآن کا درس ہوتا ہے۔</w:t>
      </w:r>
    </w:p>
    <w:p>
      <w:r>
        <w:rPr>
          <w:b/>
        </w:rPr>
        <w:t xml:space="preserve">[00:56] </w:t>
      </w:r>
      <w:r>
        <w:t>aaj surah baqarah ki aik aayat zabardast hai, woh aap ko padhi jayegi aur uska tarjuma kiya jayega, phir mein uske bare mein kuch baatein arz karunga.</w:t>
      </w:r>
    </w:p>
    <w:p>
      <w:pPr>
        <w:jc w:val="right"/>
      </w:pPr>
      <w:r>
        <w:t>آج سورہ بقرہ کی ایک آیت زبردست ہے، وہ آپ کو پڑھی جائے گی اور اس کا ترجمہ کیا جائے گا، پھر میں اس کے بارے میں کچھ باتیں عرض کروں گا۔</w:t>
      </w:r>
    </w:p>
    <w:p>
      <w:r>
        <w:rPr>
          <w:b/>
        </w:rPr>
        <w:t xml:space="preserve">[01:12] </w:t>
      </w:r>
      <w:r>
        <w:t>bismillah rahman rahim. ya bani israil, adhkuro ni'matiyallati an'amtu 'alaikum wa inni fadaltukum 'alal 'alameen.</w:t>
      </w:r>
    </w:p>
    <w:p>
      <w:pPr>
        <w:jc w:val="right"/>
      </w:pPr>
      <w:r>
        <w:t>بسم اللہ الرحمن الرحیم۔ یا بنی اسرائیل، اذکرو نعمتِی الّتی انعمتُ علیکم وانی فضلتکم علی العالمین۔</w:t>
      </w:r>
    </w:p>
    <w:p>
      <w:r>
        <w:rPr>
          <w:b/>
        </w:rPr>
        <w:t xml:space="preserve">[01:25] </w:t>
      </w:r>
      <w:r>
        <w:t>surah al-baqarah, surah number 2, ayat number 47, chapter 2, verse number 47.</w:t>
      </w:r>
    </w:p>
    <w:p>
      <w:pPr>
        <w:jc w:val="right"/>
      </w:pPr>
      <w:r>
        <w:t>سورہ البقرہ، سورہ نمبر 2، آیت نمبر 47، چیپٹر 2، ورس نمبر 47۔</w:t>
      </w:r>
    </w:p>
    <w:p>
      <w:r>
        <w:rPr>
          <w:b/>
        </w:rPr>
        <w:t xml:space="preserve">[01:35] </w:t>
      </w:r>
      <w:r>
        <w:t>ae bani israil</w:t>
      </w:r>
    </w:p>
    <w:p>
      <w:pPr>
        <w:jc w:val="right"/>
      </w:pPr>
      <w:r>
        <w:t>اے بنی اسرائیل</w:t>
      </w:r>
    </w:p>
    <w:p>
      <w:r>
        <w:rPr>
          <w:b/>
        </w:rPr>
        <w:t xml:space="preserve">[01:37] </w:t>
      </w:r>
      <w:r>
        <w:t>, mere is ehsaan ko yaad karo jo maine tumhare upar kiya, aur is baat ko ke maine tum ko dunya walon par fazilat di.</w:t>
      </w:r>
    </w:p>
    <w:p>
      <w:pPr>
        <w:jc w:val="right"/>
      </w:pPr>
      <w:r>
        <w:t>، میرے اس احسان کو یاد کرو جو میں نے تمہارے اوپر کیا، اور اس بات کو کہ میں نے تم کو دنیا والوں پر فضیلت دی۔</w:t>
      </w:r>
    </w:p>
    <w:p>
      <w:r>
        <w:rPr>
          <w:b/>
        </w:rPr>
        <w:t xml:space="preserve">[01:49] </w:t>
      </w:r>
      <w:r>
        <w:t>children of azrail, remember my blessing which i have bestowed on you, and how i favored you eve of all other people.</w:t>
      </w:r>
    </w:p>
    <w:p>
      <w:pPr>
        <w:jc w:val="right"/>
      </w:pPr>
      <w:r>
        <w:t>چلڈرن آف عزرائیل، ریممبر مائی بلیسنگ وچ آئی ہیو بسٹورڈ آن یو، اینڈ ہاؤ آئی فیورڈ یو ایو آف آل ادر پیپل۔</w:t>
      </w:r>
    </w:p>
    <w:p>
      <w:r>
        <w:rPr>
          <w:b/>
        </w:rPr>
        <w:t xml:space="preserve">[02:00] </w:t>
      </w:r>
      <w:r>
        <w:t>dekhiye, quran ki yeh jo aayat hai, yeh yahood ke bare mein hai. yani bani israil kaun log hain, wohi hain jin ko hum yahood kehte hain.</w:t>
      </w:r>
    </w:p>
    <w:p>
      <w:pPr>
        <w:jc w:val="right"/>
      </w:pPr>
      <w:r>
        <w:t>دیکھیے، قرآن کی یہ جو آیت ہے، یہ یہود کے بارے میں ہے۔ یعنی بنی اسرائیل کون لوگ ہیں، وہی ہیں جن کو ہم یہود کہتے ہیں۔</w:t>
      </w:r>
    </w:p>
    <w:p>
      <w:r>
        <w:rPr>
          <w:b/>
        </w:rPr>
        <w:t xml:space="preserve">[02:17] </w:t>
      </w:r>
      <w:r>
        <w:t>to yeh saada aayat nahi hai, na fazilat ki aayat bhi nahi hai. yeh Allah taala ke jo uske upar of things hain, usko batati hai.</w:t>
      </w:r>
    </w:p>
    <w:p>
      <w:pPr>
        <w:jc w:val="right"/>
      </w:pPr>
      <w:r>
        <w:t>تو یہ سادہ آیت نہیں ہے، نہ فضیلت کی آیت بھی نہیں ہے۔ یہ اللہ تعالیٰ کے جو اس کے اوپر اف تھنگز ہیں، اس کو بتاتی ہے۔</w:t>
      </w:r>
    </w:p>
    <w:p>
      <w:r>
        <w:rPr>
          <w:b/>
        </w:rPr>
        <w:t xml:space="preserve">[02:32] </w:t>
      </w:r>
      <w:r>
        <w:t>Allah taala ne insaan ki hidayat ke liye aik khaas intezaam kiya hai, woh yeh ke</w:t>
      </w:r>
    </w:p>
    <w:p>
      <w:pPr>
        <w:jc w:val="right"/>
      </w:pPr>
      <w:r>
        <w:t>اللہ تعالیٰ نے انسان کی ہدایت کے لیے ایک خاص انتظام کیا ہے، وہ یہ کہ</w:t>
      </w:r>
    </w:p>
    <w:p>
      <w:r>
        <w:rPr>
          <w:b/>
        </w:rPr>
        <w:t xml:space="preserve">[02:46] </w:t>
      </w:r>
      <w:r>
        <w:t>Allah taala aik giroh ko muntakhib farmata hai, aur usko</w:t>
      </w:r>
    </w:p>
    <w:p>
      <w:pPr>
        <w:jc w:val="right"/>
      </w:pPr>
      <w:r>
        <w:t>اللہ تعالیٰ ایک گروہ کو منتخب فرماتا ہے، اور اس کو</w:t>
      </w:r>
    </w:p>
    <w:p>
      <w:r>
        <w:rPr>
          <w:b/>
        </w:rPr>
        <w:t xml:space="preserve">[02:57] </w:t>
      </w:r>
      <w:r>
        <w:t>hidayat ya aasmani kitaab deta hai, aur uski zimmedari hoti hai ke usko saare aalam mein pahunchaye.</w:t>
      </w:r>
    </w:p>
    <w:p>
      <w:pPr>
        <w:jc w:val="right"/>
      </w:pPr>
      <w:r>
        <w:t>ہدایت یا آسمانی کتاب دیتا ہے، اور اس کی ذمہ داری ہوتی ہے کہ اس کو سارے عالم میں پہنچائے۔</w:t>
      </w:r>
    </w:p>
    <w:p>
      <w:r>
        <w:rPr>
          <w:b/>
        </w:rPr>
        <w:t xml:space="preserve">[03:09] </w:t>
      </w:r>
      <w:r>
        <w:t>Allah taala direct taur par har har insaan tak apni hidayat nahi pahunchata, balkeh aik giroh ki ma'rifat pahunchata hai.</w:t>
      </w:r>
    </w:p>
    <w:p>
      <w:pPr>
        <w:jc w:val="right"/>
      </w:pPr>
      <w:r>
        <w:t>اللہ تعالیٰ ڈائریکٹ طور پر ہر ہر انسان تک اپنی ہدایت نہیں پہنچاتا، بلکہ ایک گروہ کی معرفت پہنچاتا ہے۔</w:t>
      </w:r>
    </w:p>
    <w:p>
      <w:r>
        <w:rPr>
          <w:b/>
        </w:rPr>
        <w:t xml:space="preserve">[03:21] </w:t>
      </w:r>
      <w:r>
        <w:t>is ke mani kya hain? ke aik giroh jo muntakhib kiya gaya ho us maqsad ke liye, usko aik aalami planning karna hai da'wat ki.</w:t>
      </w:r>
    </w:p>
    <w:p>
      <w:pPr>
        <w:jc w:val="right"/>
      </w:pPr>
      <w:r>
        <w:t>اس کے معنی کیا ہیں؟ کہ ایک گروہ جو منتخب کیا گیا ہو اس مقصد کے لیے، اس کو ایک عالمی پلاننگ کرنا ہے دعوت کی۔</w:t>
      </w:r>
    </w:p>
    <w:p>
      <w:r>
        <w:rPr>
          <w:b/>
        </w:rPr>
        <w:t xml:space="preserve">[03:36] </w:t>
      </w:r>
      <w:r>
        <w:t>aalmi planning. yeh jo lafz hai yahan par, fadlna, yani hum ne ummat-e-yahood ko fazilat di.</w:t>
      </w:r>
    </w:p>
    <w:p>
      <w:pPr>
        <w:jc w:val="right"/>
      </w:pPr>
      <w:r>
        <w:t>عالمی پلاننگ۔ یہ جو لفظ ہے یہاں پر، فضلنا، یعنی ہم نے امت یہود کو فضیلت دی۔</w:t>
      </w:r>
    </w:p>
    <w:p>
      <w:r>
        <w:rPr>
          <w:b/>
        </w:rPr>
        <w:t xml:space="preserve">[03:52] </w:t>
      </w:r>
      <w:r>
        <w:t>to fazilat ka lafz yahan kisi بڑai ke mani mein nahi hai, balkeh zimmedari ke mani mein hai.</w:t>
      </w:r>
    </w:p>
    <w:p>
      <w:pPr>
        <w:jc w:val="right"/>
      </w:pPr>
      <w:r>
        <w:t>تو فضیلت کا لفظ یہاں کسی بڑائی کے معنی میں نہیں ہے، بلکہ ذمہ داری کے معنی میں ہے۔</w:t>
      </w:r>
    </w:p>
    <w:p>
      <w:r>
        <w:rPr>
          <w:b/>
        </w:rPr>
        <w:t xml:space="preserve">[04:06] </w:t>
      </w:r>
      <w:r>
        <w:t>kisi بڑai ke mani mein nahi hai, balkeh zimmedari ke mani mein hai. isi tarah se ummat-e-yahood ke baad jab payambar-e-islam sallallahu alaihi wasallam ki ba'sat hui, aur aap ke baad nabuwwat khatm kar di gayi,</w:t>
      </w:r>
    </w:p>
    <w:p>
      <w:pPr>
        <w:jc w:val="right"/>
      </w:pPr>
      <w:r>
        <w:t>کسی بڑائی کے معنی میں نہیں ہے، بلکہ ذمہ داری کے معنی میں ہے۔ اسی طرح سے امت یہود کے بعد جب پیغمبر اسلام صلی اللہ علیہ وسلم کی بعثت ہوئی، اور آپ کے بعد نبوت ختم کر دی گئی،</w:t>
      </w:r>
    </w:p>
    <w:p>
      <w:r>
        <w:rPr>
          <w:b/>
        </w:rPr>
        <w:t xml:space="preserve">[04:25] </w:t>
      </w:r>
      <w:r>
        <w:t>to wahan par yeh aaya hai ke kuntum khaira ummatin ukhrijat linnaas. to wahan fadl hai jahan yeh alfaaz hain.</w:t>
      </w:r>
    </w:p>
    <w:p>
      <w:pPr>
        <w:jc w:val="right"/>
      </w:pPr>
      <w:r>
        <w:t>تو وہاں پر یہ آیا ہے کہ کنتم خیر امت اخرجت للناس۔ تو وہاں فضل ہے جہاں یہ الفاظ ہیں۔</w:t>
      </w:r>
    </w:p>
    <w:p>
      <w:r>
        <w:rPr>
          <w:b/>
        </w:rPr>
        <w:t xml:space="preserve">[04:39] </w:t>
      </w:r>
      <w:r>
        <w:t>yani ummat-e-muhammadi ko Allah taala ne khair ummat qarar diya. to wahan bhi afzal ummat murad nahi hai,</w:t>
      </w:r>
    </w:p>
    <w:p>
      <w:pPr>
        <w:jc w:val="right"/>
      </w:pPr>
      <w:r>
        <w:t>یعنی امت محمدی کو اللہ تعالیٰ نے خیر امت قرار دیا۔ تو وہاں بھی افضل امت مراد نہیں ہے،</w:t>
      </w:r>
    </w:p>
    <w:p>
      <w:r>
        <w:rPr>
          <w:b/>
        </w:rPr>
        <w:t xml:space="preserve">[04:53] </w:t>
      </w:r>
      <w:r>
        <w:t>balkay zimmedaar sonpi janay wali ummat hai. waise yahan bhi khair ummat say murad koi aala ummat nahi hai, balkay woh ummat jis ko khatam nabuwat kay baad aalmi hidait ki zimmedari sonpi gai.</w:t>
      </w:r>
    </w:p>
    <w:p>
      <w:pPr>
        <w:jc w:val="right"/>
      </w:pPr>
      <w:r>
        <w:t>بلکہ ذمہ دار سونپی جانے والی امت ہے۔ ویسے یہاں بھی خیر امت سے مراد کوئی اعلیٰ امت نہیں ہے، بلکہ وہ امت جس کو ختم نبوت کے بعد عالمی ہدایت کی ذمہ داری سونپی گئی۔</w:t>
      </w:r>
    </w:p>
    <w:p>
      <w:r>
        <w:rPr>
          <w:b/>
        </w:rPr>
        <w:t xml:space="preserve">[05:16] </w:t>
      </w:r>
      <w:r>
        <w:t>to pehlay yeh zimmedari yahood ki thi kay woh hidait ilahi ko dunya tak pohnchanay kay liye aalmi planning karain.</w:t>
      </w:r>
    </w:p>
    <w:p>
      <w:pPr>
        <w:jc w:val="right"/>
      </w:pPr>
      <w:r>
        <w:t>تو پہلے یہ ذمہ داری یہود کی تھی کہ وہ ہدایت الہی کو دنیا تک پہنچانے کے لیے عالمی پلاننگ کریں۔</w:t>
      </w:r>
    </w:p>
    <w:p>
      <w:r>
        <w:rPr>
          <w:b/>
        </w:rPr>
        <w:t xml:space="preserve">[05:29] </w:t>
      </w:r>
      <w:r>
        <w:t>is kay liye markaz qarar diya gaya tha yarooslam ya quds. ya quds ko markaz bana kar kay,</w:t>
      </w:r>
    </w:p>
    <w:p>
      <w:pPr>
        <w:jc w:val="right"/>
      </w:pPr>
      <w:r>
        <w:t>اس کے لیے مرکز قرار دیا گیا تھا یروشلم یا قدس۔ یا قدس کو مرکز بنا کر کے،</w:t>
      </w:r>
    </w:p>
    <w:p>
      <w:r>
        <w:rPr>
          <w:b/>
        </w:rPr>
        <w:t xml:space="preserve">[05:43] </w:t>
      </w:r>
      <w:r>
        <w:t>quds ko markaz bana kar unhein saray aalam mein Allah ki hidait pohnchana tha. aisay hi ummat e muhammadi kay liye kay makkah ko markaz bana kar,</w:t>
      </w:r>
    </w:p>
    <w:p>
      <w:pPr>
        <w:jc w:val="right"/>
      </w:pPr>
      <w:r>
        <w:t>قدس کو مرکز بنا کر انہیں سارے عالم میں اللہ کی ہدایت پہنچانا تھا۔ ایسے ہی امت محمدی کے لیے کہ مکہ کو مرکز بنا کر،</w:t>
      </w:r>
    </w:p>
    <w:p>
      <w:r>
        <w:rPr>
          <w:b/>
        </w:rPr>
        <w:t xml:space="preserve">[06:03] </w:t>
      </w:r>
      <w:r>
        <w:t>makkah ko markaz bana kar unhein aalmi hidait ki planning karna hai. planning. to yeh fazalna jo lafz wahan par hai, aur yahan par jo hai,</w:t>
      </w:r>
    </w:p>
    <w:p>
      <w:pPr>
        <w:jc w:val="right"/>
      </w:pPr>
      <w:r>
        <w:t>مکہ کو مرکز بنا کر انہیں عالمی ہدایت کی پلاننگ کرنا ہے۔ پلاننگ۔ تو یہ فضلنا جو لفظ وہاں پر ہے، اور یہاں پر جو ہے،</w:t>
      </w:r>
    </w:p>
    <w:p>
      <w:r>
        <w:rPr>
          <w:b/>
        </w:rPr>
        <w:t xml:space="preserve">[06:17] </w:t>
      </w:r>
      <w:r>
        <w:t>yeh pehlay ummat e muhammadi, ummat e yahood kay liye tha, ab ummat e muhammadi kay liye hai.</w:t>
      </w:r>
    </w:p>
    <w:p>
      <w:pPr>
        <w:jc w:val="right"/>
      </w:pPr>
      <w:r>
        <w:t>یہ پہلے امت محمدی، امت یہود کے لیے تھا، اب امت محمدی کے لیے ہے۔</w:t>
      </w:r>
    </w:p>
    <w:p>
      <w:r>
        <w:rPr>
          <w:b/>
        </w:rPr>
        <w:t xml:space="preserve">[06:27] </w:t>
      </w:r>
      <w:r>
        <w:t>to yeh is mein bohat si baatein shamil hain.</w:t>
      </w:r>
    </w:p>
    <w:p>
      <w:pPr>
        <w:jc w:val="right"/>
      </w:pPr>
      <w:r>
        <w:t>تو یہ اس میں بہت سی باتیں شامل ہیں۔</w:t>
      </w:r>
    </w:p>
    <w:p>
      <w:r>
        <w:rPr>
          <w:b/>
        </w:rPr>
        <w:t xml:space="preserve">[06:33] </w:t>
      </w:r>
      <w:r>
        <w:t>yani isi ki, yani jo jo zimmedari hai, us ki nisbat say un ko equipment karna, un ko tayyar karna, un ko saman dena.</w:t>
      </w:r>
    </w:p>
    <w:p>
      <w:pPr>
        <w:jc w:val="right"/>
      </w:pPr>
      <w:r>
        <w:t>یعنی اسی کی، یعنی جو جو ذمہ داری ہے، اس کی نسبت سے ان کو ایکوپمنٹ کرنا، ان کو تیار کرنا، ان کو سامان دینا۔</w:t>
      </w:r>
    </w:p>
    <w:p>
      <w:r>
        <w:rPr>
          <w:b/>
        </w:rPr>
        <w:t xml:space="preserve">[06:49] </w:t>
      </w:r>
      <w:r>
        <w:t>pehlay bhi hua tha, ab bhi ho raha hai. to pehlay hua tha ummat e muhammad kay liye, ab yeh ho raha hai. pehlay hua tha ummat e moosa kay liye, ab yeh ho raha hai ummat e muhammad kay liye.</w:t>
      </w:r>
    </w:p>
    <w:p>
      <w:pPr>
        <w:jc w:val="right"/>
      </w:pPr>
      <w:r>
        <w:t>پہلے بھی ہوا تھا، اب بھی ہو رہا ہے۔ تو پہلے ہوا تھا امت محمد کے لیے، اب یہ ہو رہا ہے۔ پہلے ہوا تھا امت موسیٰ کے لیے، اب یہ ہو رہا ہے امت محمد کے لیے۔</w:t>
      </w:r>
    </w:p>
    <w:p>
      <w:r>
        <w:rPr>
          <w:b/>
        </w:rPr>
        <w:t xml:space="preserve">[07:02] </w:t>
      </w:r>
      <w:r>
        <w:t>to yahan par sach poochain to asal mein nishan jo hai, rukh woh ummat e yahood nahi hai, ummat e muhammadi hai.</w:t>
      </w:r>
    </w:p>
    <w:p>
      <w:pPr>
        <w:jc w:val="right"/>
      </w:pPr>
      <w:r>
        <w:t>تو یہاں پر سچ پوچھیں تو اصل میں نشان جو ہے، رخ وہ امت یہود نہیں ہے، امت محمدی ہے۔</w:t>
      </w:r>
    </w:p>
    <w:p>
      <w:r>
        <w:rPr>
          <w:b/>
        </w:rPr>
        <w:t xml:space="preserve">[07:16] </w:t>
      </w:r>
      <w:r>
        <w:t>kyun kay ab ummat e muhammad, ummat e yahood ka to mansab hi khatam ho gaya, to ab kehne say kya faida? ab ummat, ummat e yahood ka jo mansab tha, woh to khatam ho chuka.</w:t>
      </w:r>
    </w:p>
    <w:p>
      <w:pPr>
        <w:jc w:val="right"/>
      </w:pPr>
      <w:r>
        <w:t>کیونکہ اب امت محمد، امت یہود کا تو منصب ہی ختم ہو گیا، تو اب کہنے سے کیا فائدہ؟ اب امت، امت یہود کا جو منصب تھا، وہ تو ختم ہو چکا۔</w:t>
      </w:r>
    </w:p>
    <w:p>
      <w:r>
        <w:rPr>
          <w:b/>
        </w:rPr>
        <w:t xml:space="preserve">[07:30] </w:t>
      </w:r>
      <w:r>
        <w:t>to ummat e yahood kay reference mein, ya ummat e amood kay tajrubay ki roshni mein bataya gaya hai kay ummat e muslema ko, ya ummat e muhammadi ko kya karna hai.</w:t>
      </w:r>
    </w:p>
    <w:p>
      <w:pPr>
        <w:jc w:val="right"/>
      </w:pPr>
      <w:r>
        <w:t>تو امت یہود کے ریفرنس میں، یا امت امود کے تجربے کی روشنی میں بتایا گیا ہے کہ امت مسلمہ کو، یا امت محمدی کو کیا کرنا ہے۔</w:t>
      </w:r>
    </w:p>
    <w:p>
      <w:r>
        <w:rPr>
          <w:b/>
        </w:rPr>
        <w:t xml:space="preserve">[07:44] </w:t>
      </w:r>
      <w:r>
        <w:t>to is waqt mein ziyada tar kahoon ga ummat e muslema kay baray mein, na kay ummat e yahood kay baray mein.</w:t>
      </w:r>
    </w:p>
    <w:p>
      <w:pPr>
        <w:jc w:val="right"/>
      </w:pPr>
      <w:r>
        <w:t>تو اس وقت میں زیادہ تر کہوں گا امت مسلمہ کے بارے میں، نہ کہ امت یہود کے بارے میں۔</w:t>
      </w:r>
    </w:p>
    <w:p>
      <w:r>
        <w:rPr>
          <w:b/>
        </w:rPr>
        <w:t xml:space="preserve">[07:55] </w:t>
      </w:r>
      <w:r>
        <w:t>to dekhiye, kuntum khair ummatin ukhrijat lilnnas. tum khair ummat ho jo nikali gayi hai logon kay liye, yani logon ki hidait kay liye.</w:t>
      </w:r>
    </w:p>
    <w:p>
      <w:pPr>
        <w:jc w:val="right"/>
      </w:pPr>
      <w:r>
        <w:t>تو دیکھیے، کنتم خیر امت اخرجت للناس۔ تم خیر امت ہو جو نکالی گئی ہے لوگوں کے لیے، یعنی لوگوں کی ہدایت کے لیے۔</w:t>
      </w:r>
    </w:p>
    <w:p>
      <w:r>
        <w:rPr>
          <w:b/>
        </w:rPr>
        <w:t xml:space="preserve">[08:11] </w:t>
      </w:r>
      <w:r>
        <w:t>to yeh ikhraj jo hai, aik bohat lambi tareekh ko refer karta hai. yani pehlay hazrat ibrahim aur hazrat ismail aur hazrat haajra kay zariye say aik team tayyar ki gai.</w:t>
      </w:r>
    </w:p>
    <w:p>
      <w:pPr>
        <w:jc w:val="right"/>
      </w:pPr>
      <w:r>
        <w:t>تو یہ اخراج جو ہے، ایک بہت لمبی تاریخ کو ریفر کرتا ہے۔ یعنی پہلے حضرت ابراہیم اور حضرت اسماعیل اور حضرت ہاجرہ کے ذریعے سے ایک ٹیم تیار کی گئی۔</w:t>
      </w:r>
    </w:p>
    <w:p>
      <w:r>
        <w:rPr>
          <w:b/>
        </w:rPr>
        <w:t xml:space="preserve">[08:31] </w:t>
      </w:r>
      <w:r>
        <w:t>isi team kay muntakhib afraad ko hum sahaba kehtay hain. to yeh kai hazar saal ki planning ka zikr hai yahan par.</w:t>
      </w:r>
    </w:p>
    <w:p>
      <w:pPr>
        <w:jc w:val="right"/>
      </w:pPr>
      <w:r>
        <w:t>اسی ٹیم کے منتخب افراد کو ہم صحابہ کہتے ہیں۔ تو یہ کئی ہزار سال کی پلاننگ کا ذکر ہے یہاں پر۔</w:t>
      </w:r>
    </w:p>
    <w:p>
      <w:r>
        <w:rPr>
          <w:b/>
        </w:rPr>
        <w:t xml:space="preserve">[08:45] </w:t>
      </w:r>
      <w:r>
        <w:t>to</w:t>
      </w:r>
    </w:p>
    <w:p>
      <w:pPr>
        <w:jc w:val="right"/>
      </w:pPr>
      <w:r>
        <w:t>تو</w:t>
      </w:r>
    </w:p>
    <w:p>
      <w:r>
        <w:rPr>
          <w:b/>
        </w:rPr>
        <w:t xml:space="preserve">[08:48] </w:t>
      </w:r>
      <w:r>
        <w:t>ummat e muslema ko is ko bator fazilat nahi lena hai, balkay bator zimmedari lena hai. lena hai.</w:t>
      </w:r>
    </w:p>
    <w:p>
      <w:pPr>
        <w:jc w:val="right"/>
      </w:pPr>
      <w:r>
        <w:t>امت مسلمہ کو اس کو بطور فضیلت نہیں لینا ہے، بلکہ بطور ذمہ داری لینا ہے۔ لینا ہے۔</w:t>
      </w:r>
    </w:p>
    <w:p>
      <w:r>
        <w:rPr>
          <w:b/>
        </w:rPr>
        <w:t xml:space="preserve">[09:00] </w:t>
      </w:r>
      <w:r>
        <w:t>quran ki aik ayat nahi, aik hadith ko mein bohat dinon say sochta tha kay is ka matlab kya hai.</w:t>
      </w:r>
    </w:p>
    <w:p>
      <w:pPr>
        <w:jc w:val="right"/>
      </w:pPr>
      <w:r>
        <w:t>قرآن کی ایک آیت نہیں، ایک حدیث کو میں بہت دنوں سے سوچتا تھا کہ اس کا مطلب کیا ہے۔</w:t>
      </w:r>
    </w:p>
    <w:p>
      <w:r>
        <w:rPr>
          <w:b/>
        </w:rPr>
        <w:t xml:space="preserve">[09:13] </w:t>
      </w:r>
      <w:r>
        <w:t>woh hadith yeh hai kay yoshay ko aini yasar furat wa kuntum min dhab furat ta'khudh min al-shay'a.</w:t>
      </w:r>
    </w:p>
    <w:p>
      <w:pPr>
        <w:jc w:val="right"/>
      </w:pPr>
      <w:r>
        <w:t>وہ حدیث یہ ہے کہ یوشے کو اینی یاسر فرات و کنتم من ذاب فرات تاخذ من الشیاء۔</w:t>
      </w:r>
    </w:p>
    <w:p>
      <w:r>
        <w:rPr>
          <w:b/>
        </w:rPr>
        <w:t xml:space="preserve">[09:28] </w:t>
      </w:r>
      <w:r>
        <w:t>yani yeh area hai, darja furat ka area, wahan par sone ka khazana niklay ga.</w:t>
      </w:r>
    </w:p>
    <w:p>
      <w:pPr>
        <w:jc w:val="right"/>
      </w:pPr>
      <w:r>
        <w:t>یعنی یہ ایریا ہے، درجہ فرات کا ایریا، وہاں پر سونے کا خزانہ نکلے گا۔</w:t>
      </w:r>
    </w:p>
    <w:p>
      <w:r>
        <w:rPr>
          <w:b/>
        </w:rPr>
        <w:t xml:space="preserve">[09:38] </w:t>
      </w:r>
      <w:r>
        <w:t>sonay ka khazana. to tum is mein say kuch na laina. yeh kya cheez hai? zahir hai kay yahan say murad hai yeh liquid gold, yani tail jo arab ki zameen kay neechay bari miqdar mein aik Allah taala nay rakh diya tha.</w:t>
      </w:r>
    </w:p>
    <w:p>
      <w:pPr>
        <w:jc w:val="right"/>
      </w:pPr>
      <w:r>
        <w:t>سونے کا خزانہ۔ تو تم اس میں سے کچھ نہ لینا۔ یہ کیا چیز ہے؟ ظاہر ہے کہ یہاں سے مراد ہے یہ لیکوڈ گولڈ، یعنی تیل جو عرب کی زمین کے نیچے بڑی مقدار میں ایک اللہ تعالیٰ نے رکھ دیا تھا۔</w:t>
      </w:r>
    </w:p>
    <w:p>
      <w:r>
        <w:rPr>
          <w:b/>
        </w:rPr>
        <w:t xml:space="preserve">[10:05] </w:t>
      </w:r>
      <w:r>
        <w:t>yeh aik sawal hai kay arab ki zameen kay neechay itna tail kyun hai jo liquid gold ki hesiyat rakhta hai?</w:t>
      </w:r>
    </w:p>
    <w:p>
      <w:pPr>
        <w:jc w:val="right"/>
      </w:pPr>
      <w:r>
        <w:t>یہ ایک سوال ہے کہ عرب کی زمین کے نیچے اتنا تیل کیوں ہے جو لیکوڈ گولڈ کی حیثیت رکھتا ہے؟</w:t>
      </w:r>
    </w:p>
    <w:p>
      <w:r>
        <w:rPr>
          <w:b/>
        </w:rPr>
        <w:t xml:space="preserve">[10:16] </w:t>
      </w:r>
      <w:r>
        <w:t>to aik murikh nay likha hai kay yeh accident of history hai. yani ittifaq say wahan par tail ka tazzara jama ho gaya.</w:t>
      </w:r>
    </w:p>
    <w:p>
      <w:pPr>
        <w:jc w:val="right"/>
      </w:pPr>
      <w:r>
        <w:t>تو ایک مورخ نے لکھا ہے کہ یہ ایکسیڈنٹ آف ہسٹری ہے۔ یعنی اتفاق سے وہاں پر تیل کا تذرہ جمع ہو گیا۔</w:t>
      </w:r>
    </w:p>
    <w:p>
      <w:r>
        <w:rPr>
          <w:b/>
        </w:rPr>
        <w:t xml:space="preserve">[10:28] </w:t>
      </w:r>
      <w:r>
        <w:t>yeh aisa nahi hai. woh planning ka hissa hai, Allah taala ki planning ka hissa hai. woh is liye hai kay ummat e muhammadi is kaam kay liye,</w:t>
      </w:r>
    </w:p>
    <w:p>
      <w:pPr>
        <w:jc w:val="right"/>
      </w:pPr>
      <w:r>
        <w:t>یہ ایسا نہیں ہے۔ وہ پلاننگ کا حصہ ہے، اللہ تعالیٰ کی پلاننگ کا حصہ ہے۔ وہ اس لیے ہے کہ امت محمدی اس کام کے لیے،</w:t>
      </w:r>
    </w:p>
    <w:p>
      <w:r>
        <w:rPr>
          <w:b/>
        </w:rPr>
        <w:t xml:space="preserve">[10:46] </w:t>
      </w:r>
      <w:r>
        <w:t>yani dawat ki planning ke liye, aalmi dawat ki, aalmi aalmi dawati mansooba bandi ke liye</w:t>
      </w:r>
    </w:p>
    <w:p>
      <w:pPr>
        <w:jc w:val="right"/>
      </w:pPr>
      <w:r>
        <w:t>یعنی دعوت کی پلاننگ کے لیے، عالمی دعوت کی، عالمی عالمی دعوتی منصوبہ بندی کے لیے</w:t>
      </w:r>
    </w:p>
    <w:p>
      <w:r>
        <w:rPr>
          <w:b/>
        </w:rPr>
        <w:t xml:space="preserve">[11:00] </w:t>
      </w:r>
      <w:r>
        <w:t>jo bhi wasail is ko darkar hain, un wasail ko ba aasani woh hasil kar sake. Yani wasail ki kami ki wajah se yeh kaam mutasir na ho.</w:t>
      </w:r>
    </w:p>
    <w:p>
      <w:pPr>
        <w:jc w:val="right"/>
      </w:pPr>
      <w:r>
        <w:t>جو بھی وسائل اس کو درکار ہیں، ان وسائل کو با آسانی وہ حاصل کر سکے۔ یعنی وسائل کی کمی کی وجہ سے یہ کام متاثر نہ ہو۔</w:t>
      </w:r>
    </w:p>
    <w:p>
      <w:r>
        <w:rPr>
          <w:b/>
        </w:rPr>
        <w:t xml:space="preserve">[11:15] </w:t>
      </w:r>
      <w:r>
        <w:t>to yeh jo farmaya ke is mein se tum na lena, na lene ka matlab yeh hai ke yeh jo liquid gold nikle ga, woh tumhari</w:t>
      </w:r>
    </w:p>
    <w:p>
      <w:pPr>
        <w:jc w:val="right"/>
      </w:pPr>
      <w:r>
        <w:t>تو یہ جو فرمایا کہ اس میں سے تم نہ لینا، نہ لینے کا مطلب یہ ہے کہ یہ جو لیکوڈ گولڈ نکلے گا، وہ تمہاری</w:t>
      </w:r>
    </w:p>
    <w:p>
      <w:r>
        <w:rPr>
          <w:b/>
        </w:rPr>
        <w:t xml:space="preserve">[11:28] </w:t>
      </w:r>
      <w:r>
        <w:t>tumhari zaati aish ke liye nahi hoga. Baqadr zaroorat tum is mein le sakte ho.</w:t>
      </w:r>
    </w:p>
    <w:p>
      <w:pPr>
        <w:jc w:val="right"/>
      </w:pPr>
      <w:r>
        <w:t>تمہاری ذاتی عیش کے لیے نہیں ہوگا۔ بقدر ضرورت تم اس میں لے سکتے ہو۔</w:t>
      </w:r>
    </w:p>
    <w:p>
      <w:r>
        <w:rPr>
          <w:b/>
        </w:rPr>
        <w:t xml:space="preserve">[11:37] </w:t>
      </w:r>
      <w:r>
        <w:t>lekin aslan woh hai ke dawti planning ke liye jo kuch bhi darkar ho, woh sab tum istemal karo.</w:t>
      </w:r>
    </w:p>
    <w:p>
      <w:pPr>
        <w:jc w:val="right"/>
      </w:pPr>
      <w:r>
        <w:t>لیکن اصلًا وہ ہے کہ دعوتی پلاننگ کے لیے جو کچھ بھی درکار ہو، وہ سب تم استعمال کرو۔</w:t>
      </w:r>
    </w:p>
    <w:p>
      <w:r>
        <w:rPr>
          <w:b/>
        </w:rPr>
        <w:t xml:space="preserve">[11:49] </w:t>
      </w:r>
      <w:r>
        <w:t>mislan communication ko istemal karna. To communication ko istemal karne ke liye bohat baray wasail chahiye. Aisa nahi ho sakta.</w:t>
      </w:r>
    </w:p>
    <w:p>
      <w:pPr>
        <w:jc w:val="right"/>
      </w:pPr>
      <w:r>
        <w:t>مثلاً کمیونیکیشن کو استعمال کرنا۔ تو کمیونیکیشن کو استعمال کرنے کے لیے بہت بڑے وسائل چاہیے۔ ایسا نہیں ہو سکتا۔</w:t>
      </w:r>
    </w:p>
    <w:p>
      <w:r>
        <w:rPr>
          <w:b/>
        </w:rPr>
        <w:t xml:space="preserve">[12:00] </w:t>
      </w:r>
      <w:r>
        <w:t>is par mein soch raha tha to ek baat mere zehan mein aayi ke yeh jo area hai</w:t>
      </w:r>
    </w:p>
    <w:p>
      <w:pPr>
        <w:jc w:val="right"/>
      </w:pPr>
      <w:r>
        <w:t>اس پر میں سوچ رہا تھا تو ایک بات میرے ذہن میں آئی کہ یہ جو ایریا ہے</w:t>
      </w:r>
    </w:p>
    <w:p>
      <w:r>
        <w:rPr>
          <w:b/>
        </w:rPr>
        <w:t xml:space="preserve">[12:10] </w:t>
      </w:r>
      <w:r>
        <w:t>arab ka, arab ke aas pas ka, mislan</w:t>
      </w:r>
    </w:p>
    <w:p>
      <w:pPr>
        <w:jc w:val="right"/>
      </w:pPr>
      <w:r>
        <w:t>عرب کا، عرب کے آس پاس کا، مثلاً</w:t>
      </w:r>
    </w:p>
    <w:p>
      <w:r>
        <w:rPr>
          <w:b/>
        </w:rPr>
        <w:t xml:space="preserve">[12:16] </w:t>
      </w:r>
      <w:r>
        <w:t>arab hai, sham hai, falasteen hai, turki hai, urdun hai, aur yeh misr hai, yeh poora area, yeh poora area jo hai,</w:t>
      </w:r>
    </w:p>
    <w:p>
      <w:pPr>
        <w:jc w:val="right"/>
      </w:pPr>
      <w:r>
        <w:t>عرب ہے، شام ہے، فلسطین ہے، ترکی ہے، اردن ہے، اور یہ مصر ہے، یہ پورا ایریا، یہ پورا ایریا جو ہے،</w:t>
      </w:r>
    </w:p>
    <w:p>
      <w:r>
        <w:rPr>
          <w:b/>
        </w:rPr>
        <w:t xml:space="preserve">[12:33] </w:t>
      </w:r>
      <w:r>
        <w:t>woh historical impairment se bhara hua hai. Historical impairment ka matlab kya hai?</w:t>
      </w:r>
    </w:p>
    <w:p>
      <w:pPr>
        <w:jc w:val="right"/>
      </w:pPr>
      <w:r>
        <w:t>وہ ہسٹاریکل امپائرمنٹ سے بھرا ہوا ہے۔ ہسٹاریکل امپائرمنٹ کا مطلب کیا ہے؟</w:t>
      </w:r>
    </w:p>
    <w:p>
      <w:r>
        <w:rPr>
          <w:b/>
        </w:rPr>
        <w:t xml:space="preserve">[12:42] </w:t>
      </w:r>
      <w:r>
        <w:t>ke ziyada baray paimane par wohi cheez jo rasool Allah ke zamane mein kaba ki khusoosi soorat mein thi.</w:t>
      </w:r>
    </w:p>
    <w:p>
      <w:pPr>
        <w:jc w:val="right"/>
      </w:pPr>
      <w:r>
        <w:t>کہ زیادہ بڑے پیمانے پر وہی چیز جو رسول اللہ کے زمانے میں کعبہ کی خصوصی صورت میں تھی۔</w:t>
      </w:r>
    </w:p>
    <w:p>
      <w:r>
        <w:rPr>
          <w:b/>
        </w:rPr>
        <w:t xml:space="preserve">[12:53] </w:t>
      </w:r>
      <w:r>
        <w:t>yani rasool Allah ke zamane mein aap jante hain ke rasool Allah ne kabhi arab ka safar nahi kiya. Makka mein rahe ya phir madine mein, madine mein rahe.</w:t>
      </w:r>
    </w:p>
    <w:p>
      <w:pPr>
        <w:jc w:val="right"/>
      </w:pPr>
      <w:r>
        <w:t>یعنی رسول اللہ کے زمانے میں آپ جانتے ہیں کہ رسول اللہ نے کبھی عرب کا سفر نہیں کیا۔ مکہ میں رہے یا پھر مدینے میں، مدینے میں رہے۔</w:t>
      </w:r>
    </w:p>
    <w:p>
      <w:r>
        <w:rPr>
          <w:b/>
        </w:rPr>
        <w:t xml:space="preserve">[13:03] </w:t>
      </w:r>
      <w:r>
        <w:t>aur sare arab mein aap ne deen ko phaila diya. To kaise aisa kaise hua? Yeh is liye ke kaba ke andar Allah taala ne ek aisi cheez rakh di thi jis ki wajah se sare arab ke log wahan atay thay.</w:t>
      </w:r>
    </w:p>
    <w:p>
      <w:pPr>
        <w:jc w:val="right"/>
      </w:pPr>
      <w:r>
        <w:t>اور سارے عرب میں آپ نے دین کو پھیلا دیا۔ تو کیسے ایسا کیسے ہوا؟ یہ اس لیے کہ کعبہ کے اندر اللہ تعالیٰ نے ایک ایسی چیز رکھ دی تھی جس کی وجہ سے سارے عرب کے لوگ وہاں آتے تھے۔</w:t>
      </w:r>
    </w:p>
    <w:p>
      <w:r>
        <w:rPr>
          <w:b/>
        </w:rPr>
        <w:t xml:space="preserve">[13:22] </w:t>
      </w:r>
      <w:r>
        <w:t>yani woh Islam parasti ka center ban gaya tha. Sare logon ke but wahan thay.</w:t>
      </w:r>
    </w:p>
    <w:p>
      <w:pPr>
        <w:jc w:val="right"/>
      </w:pPr>
      <w:r>
        <w:t>یعنی وہ اسلام پرستی کا سینٹر بن گیا تھا۔ سارے لوگوں کے بت وہاں تھے۔</w:t>
      </w:r>
    </w:p>
    <w:p>
      <w:r>
        <w:rPr>
          <w:b/>
        </w:rPr>
        <w:t xml:space="preserve">[13:32] </w:t>
      </w:r>
      <w:r>
        <w:t>apne buton ko ziyarat ke liye, un ko poojne ke liye, un ko charagh jalane ke liye wahan atay thay. To poore arab ka audience rasool Allah ko wahin mil jata tha.</w:t>
      </w:r>
    </w:p>
    <w:p>
      <w:pPr>
        <w:jc w:val="right"/>
      </w:pPr>
      <w:r>
        <w:t>اپنے بتوں کو زیارت کے لیے، ان کو پوجنے کے لیے، ان کو چراغ جلانے کے لیے وہاں آتے تھے۔ تو پورے عرب کا آڈینس رسول اللہ کو وہیں مل جاتا تھا۔</w:t>
      </w:r>
    </w:p>
    <w:p>
      <w:r>
        <w:rPr>
          <w:b/>
        </w:rPr>
        <w:t xml:space="preserve">[13:47] </w:t>
      </w:r>
      <w:r>
        <w:t>poore arab ka audience. Is tarah se aap ne kam muddat mein sare arab mein deen phaila diya. Baghair is ke ke aap ne safar kar ke wahan gaye hon.</w:t>
      </w:r>
    </w:p>
    <w:p>
      <w:pPr>
        <w:jc w:val="right"/>
      </w:pPr>
      <w:r>
        <w:t>پورے عرب کا آڈینس۔ اس طرح سے آپ نے کم مدت میں سارے عرب میں دین پھیلا دیا۔ بغیر اس کے کہ آپ نے سفر کر کے وہاں گئے ہوں۔</w:t>
      </w:r>
    </w:p>
    <w:p>
      <w:r>
        <w:rPr>
          <w:b/>
        </w:rPr>
        <w:t xml:space="preserve">[14:00] </w:t>
      </w:r>
      <w:r>
        <w:t>wohi cheez maujooda zamane mein ziyada baray paimane par, ziyada baray paimane par is ilaaqay ko hasil ho gayi hai.</w:t>
      </w:r>
    </w:p>
    <w:p>
      <w:pPr>
        <w:jc w:val="right"/>
      </w:pPr>
      <w:r>
        <w:t>وہی چیز موجودہ زمانے میں زیادہ بڑے پیمانے پر، زیادہ بڑے پیمانے پر اس علاقہ کو حاصل ہو گئی ہے۔</w:t>
      </w:r>
    </w:p>
    <w:p>
      <w:r>
        <w:rPr>
          <w:b/>
        </w:rPr>
        <w:t xml:space="preserve">[14:14] </w:t>
      </w:r>
      <w:r>
        <w:t>wahan to sirf kaba mein but hotay thay, us ke liye log atay thay wahan. Aaj is poore area mein siyahi ki barkat se yeh tourist center hai.</w:t>
      </w:r>
    </w:p>
    <w:p>
      <w:pPr>
        <w:jc w:val="right"/>
      </w:pPr>
      <w:r>
        <w:t>وہاں تو صرف کعبہ میں بت ہوتے تھے، اس کے لیے لوگ آتے تھے وہاں۔ آج اس پورے ایریا میں سیاحی کی برکت سے یہ ٹورسٹ سینٹر ہے۔</w:t>
      </w:r>
    </w:p>
    <w:p>
      <w:r>
        <w:rPr>
          <w:b/>
        </w:rPr>
        <w:t xml:space="preserve">[14:27] </w:t>
      </w:r>
      <w:r>
        <w:t>yeh jo area jo mein ne arz kiya, yahan par yeh bhara hua hai yeh aisay maqamat se jis ko dekhnay ke liye log dunya mein safar karte hain.</w:t>
      </w:r>
    </w:p>
    <w:p>
      <w:pPr>
        <w:jc w:val="right"/>
      </w:pPr>
      <w:r>
        <w:t>یہ جو ایریا جو میں نے عرض کیا، یہاں پر یہ بھرا ہوا ہے یہ ایسے مقامات سے جس کو دیکھنے کے لیے لوگ دنیا میں سفر کرتے ہیں۔</w:t>
      </w:r>
    </w:p>
    <w:p>
      <w:r>
        <w:rPr>
          <w:b/>
        </w:rPr>
        <w:t xml:space="preserve">[14:41] </w:t>
      </w:r>
      <w:r>
        <w:t>mislan misr mein haram hai, abu al-haul hai. Aisi har jagah. Turki mein, sham mein, falasteen mein, urdun mein.</w:t>
      </w:r>
    </w:p>
    <w:p>
      <w:pPr>
        <w:jc w:val="right"/>
      </w:pPr>
      <w:r>
        <w:t>مثلاً مصر میں حرام ہے، ابو الحول ہے۔ ایسی ہر جگہ۔ ترکی میں، شام میں، فلسطین میں، اردن میں۔</w:t>
      </w:r>
    </w:p>
    <w:p>
      <w:r>
        <w:rPr>
          <w:b/>
        </w:rPr>
        <w:t xml:space="preserve">[14:55] </w:t>
      </w:r>
      <w:r>
        <w:t>yeh jo poora area hai, woh bhara hua hai historical impairment se.</w:t>
      </w:r>
    </w:p>
    <w:p>
      <w:pPr>
        <w:jc w:val="right"/>
      </w:pPr>
      <w:r>
        <w:t>یہ جو پورا ایریا ہے، وہ بھرا ہوا ہے ہسٹاریکل امپائرمنٹ سے۔</w:t>
      </w:r>
    </w:p>
    <w:p>
      <w:r>
        <w:rPr>
          <w:b/>
        </w:rPr>
        <w:t xml:space="preserve">[15:05] </w:t>
      </w:r>
      <w:r>
        <w:t>to poori dunya se log atay hain wahan siyahat ke liye. Abhi to bohat ziyada nahi istemal ho raha yeh.</w:t>
      </w:r>
    </w:p>
    <w:p>
      <w:pPr>
        <w:jc w:val="right"/>
      </w:pPr>
      <w:r>
        <w:t>تو پوری دنیا سے لوگ آتے ہیں وہاں سیاحت کے لیے۔ ابھی تو بہت زیادہ نہیں استعمال ہو رہا یہ۔</w:t>
      </w:r>
    </w:p>
    <w:p>
      <w:r>
        <w:rPr>
          <w:b/>
        </w:rPr>
        <w:t xml:space="preserve">[15:16] </w:t>
      </w:r>
      <w:r>
        <w:t>lekin jo tail ki dolat di gayi thi, woh is liye di gayi thi ke is poore area ko, is poore area ko develop kiya jaye tourist center ke tor par.</w:t>
      </w:r>
    </w:p>
    <w:p>
      <w:pPr>
        <w:jc w:val="right"/>
      </w:pPr>
      <w:r>
        <w:t>لیکن جو تیل کی دولت دی گئی تھی، وہ اس لیے دی گئی تھی کہ اس پورے ایریا کو، اس پورے ایریا کو ڈویلپ کیا جائے ٹورسٹ سینٹر کے طور پر۔</w:t>
      </w:r>
    </w:p>
    <w:p>
      <w:r>
        <w:rPr>
          <w:b/>
        </w:rPr>
        <w:t xml:space="preserve">[15:31] </w:t>
      </w:r>
      <w:r>
        <w:t>poore area ko. Taake woh logon ke liye wahan har sari dunya se log aain dekhnay ke liye.</w:t>
      </w:r>
    </w:p>
    <w:p>
      <w:pPr>
        <w:jc w:val="right"/>
      </w:pPr>
      <w:r>
        <w:t>پورے ایریا کو۔ تاکہ وہ لوگوں کے لیے وہاں ہر ساری دنیا سے لوگ آئیں دیکھنے کے لیے۔</w:t>
      </w:r>
    </w:p>
    <w:p>
      <w:r>
        <w:rPr>
          <w:b/>
        </w:rPr>
        <w:t xml:space="preserve">[15:42] </w:t>
      </w:r>
      <w:r>
        <w:t>aur is tarah ummat e muhammadi ko wahan par universal audience mil jaye.</w:t>
      </w:r>
    </w:p>
    <w:p>
      <w:pPr>
        <w:jc w:val="right"/>
      </w:pPr>
      <w:r>
        <w:t>اور اس طرح امت محمدی کو وہاں پر یونیورسل آڈینس مل جائے۔</w:t>
      </w:r>
    </w:p>
    <w:p>
      <w:r>
        <w:rPr>
          <w:b/>
        </w:rPr>
        <w:t xml:space="preserve">[15:52] </w:t>
      </w:r>
      <w:r>
        <w:t>universal audience. yeh allah taala ki planning thi. to is poore area ko</w:t>
      </w:r>
    </w:p>
    <w:p>
      <w:pPr>
        <w:jc w:val="right"/>
      </w:pPr>
      <w:r>
        <w:t>یونیورسل آڈینس۔ یہ اللہ تعالیٰ کی پلاننگ تھی۔ تو اس پورے ایریا کو</w:t>
      </w:r>
    </w:p>
    <w:p>
      <w:r>
        <w:rPr>
          <w:b/>
        </w:rPr>
        <w:t xml:space="preserve">[16:05] </w:t>
      </w:r>
      <w:r>
        <w:t>develop karna tha as bator tourist center. is ki aik choti si misaal hum spain mein dekhte hain.</w:t>
      </w:r>
    </w:p>
    <w:p>
      <w:pPr>
        <w:jc w:val="right"/>
      </w:pPr>
      <w:r>
        <w:t>ڈویلپ کرنا تھا ایز بطور ٹورسٹ سینٹر۔ اس کی ایک چھوٹی سی مثال ہم اسپین میں دیکھتے ہیں۔</w:t>
      </w:r>
    </w:p>
    <w:p>
      <w:r>
        <w:rPr>
          <w:b/>
        </w:rPr>
        <w:t xml:space="preserve">[16:15] </w:t>
      </w:r>
      <w:r>
        <w:t>spain mein. aap spain ki modern history ko parhiye to aap discover karenge ke spain bohat hi backward area ban gaya tha.</w:t>
      </w:r>
    </w:p>
    <w:p>
      <w:pPr>
        <w:jc w:val="right"/>
      </w:pPr>
      <w:r>
        <w:t>اسپین میں۔ آپ اسپین کی ماڈرن ہسٹری کو پڑھیے تو آپ ڈسکور کریں گے کہ اسپین بہت ہی بیکورڈ ایریا بن گیا تھا۔</w:t>
      </w:r>
    </w:p>
    <w:p>
      <w:r>
        <w:rPr>
          <w:b/>
        </w:rPr>
        <w:t xml:space="preserve">[16:31] </w:t>
      </w:r>
      <w:r>
        <w:t>musalmanon ke ikhraj ke baad bohat backward area ban gaya tha. aur woh qarz par jeeta tha, qarz par.</w:t>
      </w:r>
    </w:p>
    <w:p>
      <w:pPr>
        <w:jc w:val="right"/>
      </w:pPr>
      <w:r>
        <w:t>مسلمانوں کے اخراج کے بعد بہت بیکورڈ ایریا بن گیا تھا۔ اور وہ قرض پر جیتا تھا، قرض پر۔</w:t>
      </w:r>
    </w:p>
    <w:p>
      <w:r>
        <w:rPr>
          <w:b/>
        </w:rPr>
        <w:t xml:space="preserve">[16:42] </w:t>
      </w:r>
      <w:r>
        <w:t>is ki is ki national income bohat ghat gayi thi. phir spain walon ne discover kiya ke hamara jo ilaaqa hai spain ka, woh to hai aik aik sone ka khazana wahan par hai.</w:t>
      </w:r>
    </w:p>
    <w:p>
      <w:pPr>
        <w:jc w:val="right"/>
      </w:pPr>
      <w:r>
        <w:t>اس کی اس کی نیشنل انکم بہت گھٹ گئی تھی۔ پھر اسپین والوں نے ڈسکور کیا کہ ہمارا جو علاقہ ہے اسپین کا، وہ تو ہے ایک ایک سونے کا خزانہ وہاں پر ہے۔</w:t>
      </w:r>
    </w:p>
    <w:p>
      <w:r>
        <w:rPr>
          <w:b/>
        </w:rPr>
        <w:t xml:space="preserve">[17:02] </w:t>
      </w:r>
      <w:r>
        <w:t>sone ka khazana hai.</w:t>
      </w:r>
    </w:p>
    <w:p>
      <w:pPr>
        <w:jc w:val="right"/>
      </w:pPr>
      <w:r>
        <w:t>سونے کا خزانہ ہے۔</w:t>
      </w:r>
    </w:p>
    <w:p>
      <w:r>
        <w:rPr>
          <w:b/>
        </w:rPr>
        <w:t xml:space="preserve">[17:05] </w:t>
      </w:r>
      <w:r>
        <w:t>yani wahan par roman daur ki woh hain yaadgaarein hain.</w:t>
      </w:r>
    </w:p>
    <w:p>
      <w:pPr>
        <w:jc w:val="right"/>
      </w:pPr>
      <w:r>
        <w:t>یعنی وہاں پر رومن دور کی وہ ہیں یادگاریں ہیں۔</w:t>
      </w:r>
    </w:p>
    <w:p>
      <w:r>
        <w:rPr>
          <w:b/>
        </w:rPr>
        <w:t xml:space="preserve">[17:14] </w:t>
      </w:r>
      <w:r>
        <w:t>phir muslim daur ki yaadgaarein hain. aur yeh sab touriston ke liye bohat bara kashish kasha hua hai.</w:t>
      </w:r>
    </w:p>
    <w:p>
      <w:pPr>
        <w:jc w:val="right"/>
      </w:pPr>
      <w:r>
        <w:t>پھر مسلم دور کی یادگاریں ہیں۔ اور یہ سب ٹورسٹوں کے لیے بہت بڑا کشش کشا ہوا ہے۔</w:t>
      </w:r>
    </w:p>
    <w:p>
      <w:r>
        <w:rPr>
          <w:b/>
        </w:rPr>
        <w:t xml:space="preserve">[17:24] </w:t>
      </w:r>
      <w:r>
        <w:t>chunaancha woh is maamle mein yeh kiya ke saare spain ko jahan jahan un ki yaadgaarein theen, bohat aala pemane par develop kiya.</w:t>
      </w:r>
    </w:p>
    <w:p>
      <w:pPr>
        <w:jc w:val="right"/>
      </w:pPr>
      <w:r>
        <w:t>چنانچہ وہ اس معاملے میں یہ کیا کہ سارے اسپین کو جہاں جہاں ان کی یادگاریں تھیں، بہت اعلیٰ پیمانے پر ڈویلپ کیا۔</w:t>
      </w:r>
    </w:p>
    <w:p>
      <w:r>
        <w:rPr>
          <w:b/>
        </w:rPr>
        <w:t xml:space="preserve">[17:35] </w:t>
      </w:r>
      <w:r>
        <w:t>bohat aala pemane par develop kiya. is mein is maamle mein woh aik extent tak gaye ke jo pehla arab ameer abdul rehman dakhil jo dakhil hua tha spain mein, wahan par us hukoomat qaim ki thi us ne.</w:t>
      </w:r>
    </w:p>
    <w:p>
      <w:pPr>
        <w:jc w:val="right"/>
      </w:pPr>
      <w:r>
        <w:t>بہت اعلیٰ پیمانے پر ڈویلپ کیا۔ اس میں اس معاملے میں وہ ایک ایکسٹرنٹ تک گئے کہ جو پہلا عرب امیر عبدالرحمن داخل جو داخل ہوا تھا اسپین میں، وہاں پر اس حکومت قائم کی تھی اس نے۔</w:t>
      </w:r>
    </w:p>
    <w:p>
      <w:r>
        <w:rPr>
          <w:b/>
        </w:rPr>
        <w:t xml:space="preserve">[17:55] </w:t>
      </w:r>
      <w:r>
        <w:t>to woh to woh to attacker tha.</w:t>
      </w:r>
    </w:p>
    <w:p>
      <w:pPr>
        <w:jc w:val="right"/>
      </w:pPr>
      <w:r>
        <w:t>تو وہ تو وہ تو اٹیکر تھا۔</w:t>
      </w:r>
    </w:p>
    <w:p>
      <w:r>
        <w:rPr>
          <w:b/>
        </w:rPr>
        <w:t xml:space="preserve">[18:02] </w:t>
      </w:r>
      <w:r>
        <w:t>lekin woh aik pehlu yeh hai ke us ne attack kiya tha spain par. doosra pehlu yeh hai ke isi ki wajah se wahan tareekhi adwaar bane. touriston ke liye wahan kashish paida hui.</w:t>
      </w:r>
    </w:p>
    <w:p>
      <w:pPr>
        <w:jc w:val="right"/>
      </w:pPr>
      <w:r>
        <w:t>لیکن وہ ایک پہلو یہ ہے کہ اس نے اٹیک کیا تھا اسپین پر۔ دوسرا پہلو یہ ہے کہ اسی کی وجہ سے وہاں تاریخی ادوار بنیں۔ ٹورسٹوں کے لیے وہاں کشش پیدا ہوئی۔</w:t>
      </w:r>
    </w:p>
    <w:p>
      <w:r>
        <w:rPr>
          <w:b/>
        </w:rPr>
        <w:t xml:space="preserve">[18:15] </w:t>
      </w:r>
      <w:r>
        <w:t>chunaancha us ko samandar ke sahil par us maqam par us ka statue banaya gaya hai. jo samandar kinare bohat bara statue khara hua hai.</w:t>
      </w:r>
    </w:p>
    <w:p>
      <w:pPr>
        <w:jc w:val="right"/>
      </w:pPr>
      <w:r>
        <w:t>چنانچہ اس کو سمندر کے ساحل پر اس مقام پر اس کا اسٹیچو بنایا گیا ہے۔ جو سمندر کنارے بہت بڑا اسٹیچو کھڑا ہوا ہے۔</w:t>
      </w:r>
    </w:p>
    <w:p>
      <w:r>
        <w:rPr>
          <w:b/>
        </w:rPr>
        <w:t xml:space="preserve">[18:28] </w:t>
      </w:r>
      <w:r>
        <w:t>aur khaas baat yeh hai ke is ke haath mein talwar hai. talwar le kar wahan khade hue hain. talwar le ke khade hue hain.</w:t>
      </w:r>
    </w:p>
    <w:p>
      <w:pPr>
        <w:jc w:val="right"/>
      </w:pPr>
      <w:r>
        <w:t>اور خاص بات یہ ہے کہ اس کے ہاتھ میں تلوار ہے۔ تلوار لے کر وہاں کھڑے ہوئے ہیں۔ تلوار لے کے کھڑے ہوئے ہیں۔</w:t>
      </w:r>
    </w:p>
    <w:p>
      <w:r>
        <w:rPr>
          <w:b/>
        </w:rPr>
        <w:t xml:space="preserve">[18:39] </w:t>
      </w:r>
      <w:r>
        <w:t>goya yeh batata hai ke dekho hum ne talwar ke zor par spain mein hukoomat qaim ki thi. to bazahir woh aik spain ki tareekh ka aik dhabba tha.</w:t>
      </w:r>
    </w:p>
    <w:p>
      <w:pPr>
        <w:jc w:val="right"/>
      </w:pPr>
      <w:r>
        <w:t>گویا یہ بتاتا ہے کہ دیکھو ہم نے تلوار کے زور پر اسپین میں حکومت قائم کی تھی۔ تو بظاہر وہ ایک اسپین کی تاریخ کا ایک دھبہ تھا۔</w:t>
      </w:r>
    </w:p>
    <w:p>
      <w:r>
        <w:rPr>
          <w:b/>
        </w:rPr>
        <w:t xml:space="preserve">[18:51] </w:t>
      </w:r>
      <w:r>
        <w:t>lekin is ka bohat shandaar us ne statue banaya hai. kyunke is ke isi ke naam par to stories aate hain. to yeh aik wisdom hai.</w:t>
      </w:r>
    </w:p>
    <w:p>
      <w:pPr>
        <w:jc w:val="right"/>
      </w:pPr>
      <w:r>
        <w:t>لیکن اس کا بہت شاندار اس نے اسٹیچو بنایا ہے۔ کیونکہ اس کے اسی کے نام پر تو اسٹوریز آتے ہیں۔ تو یہ ایک وزڈم ہے۔</w:t>
      </w:r>
    </w:p>
    <w:p>
      <w:r>
        <w:rPr>
          <w:b/>
        </w:rPr>
        <w:t xml:space="preserve">[19:03] </w:t>
      </w:r>
      <w:r>
        <w:t>yeh wisdom musalmanon mein honi chahiye. lekin bad qismati se yeh nahi hua. yani musalmanon ko itne ziyada is maamle mein yani woh hain be khabar hain ke tareekhein chalti hain musalmanon mein ke abul hawl ko todo.</w:t>
      </w:r>
    </w:p>
    <w:p>
      <w:pPr>
        <w:jc w:val="right"/>
      </w:pPr>
      <w:r>
        <w:t>یہ وزڈم مسلمانوں میں ہونی چاہیے۔ لیکن بدقسمتی سے یہ نہیں ہوا۔ یعنی مسلمانوں کو اتنے زیادہ اس معاملے میں یعنی وہ ہیں بے خبر ہیں کہ وہ تاریخیں چلتی ہیں مسلمانوں میں کہ ابو الحول کو توڑو۔</w:t>
      </w:r>
    </w:p>
    <w:p>
      <w:r>
        <w:rPr>
          <w:b/>
        </w:rPr>
        <w:t xml:space="preserve">[19:25] </w:t>
      </w:r>
      <w:r>
        <w:t>aur aaram jo misr mein hai us ko us ko tod ke khatam karo. yeh kitni nadani ki baat hai. aap jante hain ke misr jo hai duniya ki tareekh ka sab se oldest namoona hai.</w:t>
      </w:r>
    </w:p>
    <w:p>
      <w:pPr>
        <w:jc w:val="right"/>
      </w:pPr>
      <w:r>
        <w:t>اور آرام جو مصر میں ہے اس کو اس کو توڑ کے ختم کرو۔ یہ کتنی نادانی کی بات ہے۔ آپ جانتے ہیں کہ مصر جو ہے دنیا کی تاریخ کا سب سے اولڈسٹ نمونہ ہے۔</w:t>
      </w:r>
    </w:p>
    <w:p>
      <w:r>
        <w:rPr>
          <w:b/>
        </w:rPr>
        <w:t xml:space="preserve">[19:42] </w:t>
      </w:r>
      <w:r>
        <w:t>mein ne is ko dekha hai. waise abul hawl jo hai duniya ki tareekh ka oldest namoona hai. to yeh to touriston ke liye number one attraction hai.</w:t>
      </w:r>
    </w:p>
    <w:p>
      <w:pPr>
        <w:jc w:val="right"/>
      </w:pPr>
      <w:r>
        <w:t>میں نے اس کو دیکھا ہے۔ ویسے ابو الحول جو ہے دنیا کی تاریخ کا اولڈسٹ نمونہ ہے۔ تو یہ تو ٹورسٹوں کے لیے نمبر ون اٹریکشن ہے۔</w:t>
      </w:r>
    </w:p>
    <w:p>
      <w:r>
        <w:rPr>
          <w:b/>
        </w:rPr>
        <w:t xml:space="preserve">[19:54] </w:t>
      </w:r>
      <w:r>
        <w:t>is tarah ki jo cheezein hain is poore area mein woh touriston ke liye bohat zabardast attraction ke baais hain. lekin bilkul mein wahan gaya jo mein ne dekha abul hawl ko aur misr ko to bilkul bari haalat mein hua hai.</w:t>
      </w:r>
    </w:p>
    <w:p>
      <w:pPr>
        <w:jc w:val="right"/>
      </w:pPr>
      <w:r>
        <w:t>اس طرح کی جو چیزیں ہیں اس پورے ایریا میں وہ ٹورسٹوں کے لیے بہت زبردست اٹریکشن کے باعث ہیں۔ لیکن بالکل میں وہاں گیا جو میں نے دیکھا ابو الحول کو اور مصر کو تو بالکل بڑی حالت میں ہوا ہے۔</w:t>
      </w:r>
    </w:p>
    <w:p>
      <w:r>
        <w:rPr>
          <w:b/>
        </w:rPr>
        <w:t xml:space="preserve">[20:09] </w:t>
      </w:r>
      <w:r>
        <w:t>koi development nahin. aur is ke baad mein spain jab gaya to bohat shandaar development kiya unhon ne in maqamat ka jahan wahan tareekhi idare hain, yaadgaarein hain.</w:t>
      </w:r>
    </w:p>
    <w:p>
      <w:pPr>
        <w:jc w:val="right"/>
      </w:pPr>
      <w:r>
        <w:t>کوئی ڈویلپمنٹ نہیں۔ اور اس کے بعد میں اسپین جب گیا تو بہت شاندار ڈویلپمنٹ کیا انہوں نے ان مقامات کا جہاں وہاں تاریخی ادارے ہیں، یادگاریں ہیں۔</w:t>
      </w:r>
    </w:p>
    <w:p>
      <w:r>
        <w:rPr>
          <w:b/>
        </w:rPr>
        <w:t xml:space="preserve">[20:26] </w:t>
      </w:r>
      <w:r>
        <w:t>to yeh jo area hai, is area ko develop karna tha musalmanon ko, ummat e muhammadi ko.</w:t>
      </w:r>
    </w:p>
    <w:p>
      <w:pPr>
        <w:jc w:val="right"/>
      </w:pPr>
      <w:r>
        <w:t>تو یہ جو ایریا ہے، اس ایریا کو ڈویلپ کرنا تھا مسلمانوں کو، امت محمدی کو۔</w:t>
      </w:r>
    </w:p>
    <w:p>
      <w:r>
        <w:rPr>
          <w:b/>
        </w:rPr>
        <w:t xml:space="preserve">[20:35] </w:t>
      </w:r>
      <w:r>
        <w:t>phir saari duniya se tourist wahan toot padte. aur woh kya hota? aap ke liye audience hota. to aap jo paigham pahunchana chahte hain allah ka, woh saari duniya mein aik hi maqam se pahunch jata.</w:t>
      </w:r>
    </w:p>
    <w:p>
      <w:pPr>
        <w:jc w:val="right"/>
      </w:pPr>
      <w:r>
        <w:t>پھر ساری دنیا سے ٹورسٹ وہاں ٹوٹ پڑتے۔ اور وہ کیا ہوتا؟ آپ کے لیے آڈینس ہوتا۔ تو آپ جو پیغام پہنچانا چاہتے ہیں اللہ کا، وہ ساری دنیا میں ایک ہی مقام سے پہنچ جاتا۔</w:t>
      </w:r>
    </w:p>
    <w:p>
      <w:r>
        <w:rPr>
          <w:b/>
        </w:rPr>
        <w:t xml:space="preserve">[20:53] </w:t>
      </w:r>
      <w:r>
        <w:t>mislaan dekhiye hamara sab se bara kaam yeh hai ke hum quran ka translation har zaban mein tayyar karein.</w:t>
      </w:r>
    </w:p>
    <w:p>
      <w:pPr>
        <w:jc w:val="right"/>
      </w:pPr>
      <w:r>
        <w:t>مثلاً دیکھیے ہمارا سب سے بڑا کام یہ ہے کہ ہم قرآن کا ٹرانسلیشن ہر زبان میں تیار کریں۔</w:t>
      </w:r>
    </w:p>
    <w:p>
      <w:r>
        <w:rPr>
          <w:b/>
        </w:rPr>
        <w:t xml:space="preserve">[21:05] </w:t>
      </w:r>
      <w:r>
        <w:t>aur is ko logon tak pahunchayein.</w:t>
      </w:r>
    </w:p>
    <w:p>
      <w:pPr>
        <w:jc w:val="right"/>
      </w:pPr>
      <w:r>
        <w:t>اور اس کو لوگوں تک پہنچائیں۔</w:t>
      </w:r>
    </w:p>
    <w:p>
      <w:r>
        <w:rPr>
          <w:b/>
        </w:rPr>
        <w:t xml:space="preserve">[21:09] </w:t>
      </w:r>
      <w:r>
        <w:t>quran ka translation sari dunya ki understandable language mein aala paimane par tayyar karen. is ko taaj tak pahunchayen.</w:t>
      </w:r>
    </w:p>
    <w:p>
      <w:pPr>
        <w:jc w:val="right"/>
      </w:pPr>
      <w:r>
        <w:t>قرآن کا ٹرانسلیشن ساری دنیا کی انڈرسٹیڈیبل لینگویج میں اعلیٰ پیمانے پر تیار کریں۔ اس کو تاج تک پہنچائیں۔</w:t>
      </w:r>
    </w:p>
    <w:p>
      <w:r>
        <w:rPr>
          <w:b/>
        </w:rPr>
        <w:t xml:space="preserve">[21:20] </w:t>
      </w:r>
      <w:r>
        <w:t>to yeh kitna aasan tha. is area ko agar develop kiya jata to sari dunya ke log wahan toot padte. aur phir aap ke paas har zaban mein, dunya ki har zaban mein chupa hua quran hota.</w:t>
      </w:r>
    </w:p>
    <w:p>
      <w:pPr>
        <w:jc w:val="right"/>
      </w:pPr>
      <w:r>
        <w:t>تو یہ کتنا آسان تھا۔ اس ایریا کو اگر ڈویلپ کیا جاتا تو ساری دنیا کے لوگ وہاں ٹوٹ پڑتے۔ اور پھر آپ کے پاس ہر زبان میں، دنیا کی ہر زبان میں چھپا ہوا قرآن ہوتا۔</w:t>
      </w:r>
    </w:p>
    <w:p>
      <w:r>
        <w:rPr>
          <w:b/>
        </w:rPr>
        <w:t xml:space="preserve">[21:35] </w:t>
      </w:r>
      <w:r>
        <w:t>is ki tarjuma. aur aap free distribution. itna paisa, itna paisa, itna paisa Allah taala ne de diya.</w:t>
      </w:r>
    </w:p>
    <w:p>
      <w:pPr>
        <w:jc w:val="right"/>
      </w:pPr>
      <w:r>
        <w:t>اس کی ترجمہ۔ اور آپ فری ڈسٹریبیوشن۔ اتنا پیسہ، اتنا پیسہ، اتنا پیسہ اللہ تعالیٰ نے دے دیا۔</w:t>
      </w:r>
    </w:p>
    <w:p>
      <w:r>
        <w:rPr>
          <w:b/>
        </w:rPr>
        <w:t xml:space="preserve">[21:46] </w:t>
      </w:r>
      <w:r>
        <w:t>petrol ki shakal mein. ke aap is ko develop kijiye, quran ka tarjuma tayyar kijiye, is ko chhaap kar ke is ko har jagah rakhiye aur free logon ko pahunchaiye.</w:t>
      </w:r>
    </w:p>
    <w:p>
      <w:pPr>
        <w:jc w:val="right"/>
      </w:pPr>
      <w:r>
        <w:t>پٹرول کی شکل میں۔ کہ آپ اس کو ڈویلپ کیجیے، قرآن کا ترجمہ تیار کیجیے، اس کو چھاپ کر کے اس کو ہر جگہ رکھیے اور فری لوگوں کو پہنچائیے۔</w:t>
      </w:r>
    </w:p>
    <w:p>
      <w:r>
        <w:rPr>
          <w:b/>
        </w:rPr>
        <w:t xml:space="preserve">[22:04] </w:t>
      </w:r>
      <w:r>
        <w:t>to is ka bill pay karne ke liye petrol diya Allah taala aap ko. yani kaam to yeh karna tha ke quran ka translation har zaban mein bohat hi aala paimane par karwaya jaye.</w:t>
      </w:r>
    </w:p>
    <w:p>
      <w:pPr>
        <w:jc w:val="right"/>
      </w:pPr>
      <w:r>
        <w:t>تو اس کا بل پے کرنے کے لیے پٹرول دیا اللہ تعالیٰ آپ کو۔ یعنی کام تو یہ کرنا تھا کہ قرآن کا ٹرانسلیشن ہر زبان میں بہت ہی اعلیٰ پیمانے پر کروایا جائے۔</w:t>
      </w:r>
    </w:p>
    <w:p>
      <w:r>
        <w:rPr>
          <w:b/>
        </w:rPr>
        <w:t xml:space="preserve">[22:22] </w:t>
      </w:r>
      <w:r>
        <w:t>is ko chhapwaya jaye. is ko bohat hi logon ke liye understandable banaya jaye. aur phir woh billion, billion is ki copyan tayyar kar ke har jagah rakh di jayen.</w:t>
      </w:r>
    </w:p>
    <w:p>
      <w:pPr>
        <w:jc w:val="right"/>
      </w:pPr>
      <w:r>
        <w:t>اس کو چھپوایا جائے۔ اس کو بہت ہی لوگوں کے لیے انڈرسٹیڈیبل بنایا جائے۔ اور پھر وہ بلین، بلین اس کی کاپیاں تیار کر کے ہر جگہ رکھ دی جائیں۔</w:t>
      </w:r>
    </w:p>
    <w:p>
      <w:r>
        <w:rPr>
          <w:b/>
        </w:rPr>
        <w:t xml:space="preserve">[22:34] </w:t>
      </w:r>
      <w:r>
        <w:t>free distribution ke liye. to is ka jo bill kaise ada ho, isi bill ke liye petrol tha. ke yeh sab karo aur bill Allah taala ki taraf se.</w:t>
      </w:r>
    </w:p>
    <w:p>
      <w:pPr>
        <w:jc w:val="right"/>
      </w:pPr>
      <w:r>
        <w:t>فری ڈسٹریبیوشن کے لیے۔ تو اس کا جو بل کیسے ادا ہو، اسی بل کے لیے پٹرول تھا۔ کہ یہ سب کرو اور بل اللہ تعالیٰ کی طرف سے۔</w:t>
      </w:r>
    </w:p>
    <w:p>
      <w:r>
        <w:rPr>
          <w:b/>
        </w:rPr>
        <w:t xml:space="preserve">[22:48] </w:t>
      </w:r>
      <w:r>
        <w:t>yeh is wajah se ke woh jo quran, woh jo hadith jo hai ke</w:t>
      </w:r>
    </w:p>
    <w:p>
      <w:pPr>
        <w:jc w:val="right"/>
      </w:pPr>
      <w:r>
        <w:t>یہ اس وجہ سے کہ وہ جو قرآن، وہ جو حدیث جو ہے کہ</w:t>
      </w:r>
    </w:p>
    <w:p>
      <w:r>
        <w:rPr>
          <w:b/>
        </w:rPr>
        <w:t xml:space="preserve">[22:56] </w:t>
      </w:r>
      <w:r>
        <w:t>dunya ka aik chhota bara ghar bhi nahi bachega jahan Allah ka kalam na pahunche. woh yahi hai.</w:t>
      </w:r>
    </w:p>
    <w:p>
      <w:pPr>
        <w:jc w:val="right"/>
      </w:pPr>
      <w:r>
        <w:t>دنیا کا ایک چھوٹا بڑا گھر بھی نہیں بچے گا جہاں اللہ کا کلام نہ پہنچ جائے۔ وہ یہی ہے۔</w:t>
      </w:r>
    </w:p>
    <w:p>
      <w:r>
        <w:rPr>
          <w:b/>
        </w:rPr>
        <w:t xml:space="preserve">[23:08] </w:t>
      </w:r>
      <w:r>
        <w:t>to ghar mein ja kar ke drop karna yeh matlab nahi is ka hai ke har ghar mein jao wahan par drop karo. jaise postman khat drop drop karta hai.</w:t>
      </w:r>
    </w:p>
    <w:p>
      <w:pPr>
        <w:jc w:val="right"/>
      </w:pPr>
      <w:r>
        <w:t>تو گھر میں جا کر کے ڈراپ کرنا یہ مطلب نہیں اس کا ہے کہ ہر گھر میں جاؤ وہاں پر ڈراپ کرو۔ جیسے پوسٹ مین خط ڈراپ ڈراپ کرتا ہے۔</w:t>
      </w:r>
    </w:p>
    <w:p>
      <w:r>
        <w:rPr>
          <w:b/>
        </w:rPr>
        <w:t xml:space="preserve">[23:21] </w:t>
      </w:r>
      <w:r>
        <w:t>nahin. is ka aalmi adara qaim kiya jaye. behtareen tarjume kiye jayen. har zaban mein.</w:t>
      </w:r>
    </w:p>
    <w:p>
      <w:pPr>
        <w:jc w:val="right"/>
      </w:pPr>
      <w:r>
        <w:t>نہیں۔ اس کا عالمی ادارہ قائم کیا جائے۔ بہترین ترجمے کیے جائیں۔ ہر زبان میں۔</w:t>
      </w:r>
    </w:p>
    <w:p>
      <w:r>
        <w:rPr>
          <w:b/>
        </w:rPr>
        <w:t xml:space="preserve">[23:30] </w:t>
      </w:r>
      <w:r>
        <w:t>bohat hi un ki understandable language mein. har jagah center banaye jayen. har jagah center banaye ke har jagah koi store kiya jaye is ka tarjuma.</w:t>
      </w:r>
    </w:p>
    <w:p>
      <w:pPr>
        <w:jc w:val="right"/>
      </w:pPr>
      <w:r>
        <w:t>بہت ہی ان کی انڈرسٹیڈیبل لینگویج میں۔ ہر جگہ سینٹر بنائے جائیں۔ ہر جگہ سینٹر بنائے کے ہر جگہ کوئی اسٹور کیا جائے اس کا ترجمہ۔</w:t>
      </w:r>
    </w:p>
    <w:p>
      <w:r>
        <w:rPr>
          <w:b/>
        </w:rPr>
        <w:t xml:space="preserve">[23:40] </w:t>
      </w:r>
      <w:r>
        <w:t>aur wahan likh diya jaye ke free distribution of quran. yeh matlab hai is ka. to to aap aap ja kar ke is hadith ka matlab yeh nahi hai ke aap har ghar mein ja kar ke jis tarah se postman khat dalta hai, aap bhi wahan ja kar quran dalen.</w:t>
      </w:r>
    </w:p>
    <w:p>
      <w:pPr>
        <w:jc w:val="right"/>
      </w:pPr>
      <w:r>
        <w:t>اور وہاں لکھ دیا جائے کہ فری ڈسٹریبیوشن آف قرآن۔ یہ مطلب ہے اس کا۔ تو تو آپ آپ جا کر کے اس حدیث کا مطلب یہ نہیں ہے کہ آپ ہر گھر میں جا کر کے جس طرح سے پوسٹ مین خط ڈالتا ہے، آپ بھی وہاں جا کر قرآن ڈالیں۔</w:t>
      </w:r>
    </w:p>
    <w:p>
      <w:r>
        <w:rPr>
          <w:b/>
        </w:rPr>
        <w:t xml:space="preserve">[23:59] </w:t>
      </w:r>
      <w:r>
        <w:t>nahin. aap to bas tayyar kar dijiye. woh khud ja kar lenge aap kahan se. to free distribution ki aik bohat hi bari planning matloob thi.</w:t>
      </w:r>
    </w:p>
    <w:p>
      <w:pPr>
        <w:jc w:val="right"/>
      </w:pPr>
      <w:r>
        <w:t>نہیں۔ آپ تو بس تیار کر دیجیے۔ وہ خود جا کر لیں گے آپ کہاں سے۔ تو فری ڈسٹریبیوشن کی ایک بہت ہی بڑی پلاننگ مطلوب تھی۔</w:t>
      </w:r>
    </w:p>
    <w:p>
      <w:r>
        <w:rPr>
          <w:b/>
        </w:rPr>
        <w:t xml:space="preserve">[24:13] </w:t>
      </w:r>
      <w:r>
        <w:t>yani kehna chahiye ke history ki sab se bari planning. mein is waqt kehta hoon ke agar musalman yeh karte ke dunya ki har zaban mein quran ka behtareen tarjuma tayyar karte, behtareen chhapayi is ki karte,</w:t>
      </w:r>
    </w:p>
    <w:p>
      <w:pPr>
        <w:jc w:val="right"/>
      </w:pPr>
      <w:r>
        <w:t>یعنی کہنا چاہیے کہ ہسٹری کی سب سے بڑی پلاننگ۔ میں اس وقت کہتا ہوں کہ اگر مسلمان یہ کرتے کہ دنیا کی ہر زبان میں قرآن کا بہترین ترجمہ تیار کرتے، بہترین چھپائی اس کی کرتے،</w:t>
      </w:r>
    </w:p>
    <w:p>
      <w:r>
        <w:rPr>
          <w:b/>
        </w:rPr>
        <w:t xml:space="preserve">[24:33] </w:t>
      </w:r>
      <w:r>
        <w:t>har jagah</w:t>
      </w:r>
    </w:p>
    <w:p>
      <w:pPr>
        <w:jc w:val="right"/>
      </w:pPr>
      <w:r>
        <w:t>ہر جگہ</w:t>
      </w:r>
    </w:p>
    <w:p>
      <w:r>
        <w:rPr>
          <w:b/>
        </w:rPr>
        <w:t xml:space="preserve">[24:37] </w:t>
      </w:r>
      <w:r>
        <w:t>center banaye. yani center bana bhi zaroorat nahi hai. sirf aap masjidon mein, madrason mein, industryon mein, collegeon mein, har jagah bas aap in ko chhaap ke rakh dijiye aur likh dijiye ke free distribution.</w:t>
      </w:r>
    </w:p>
    <w:p>
      <w:pPr>
        <w:jc w:val="right"/>
      </w:pPr>
      <w:r>
        <w:t>سینٹر بناتے۔ یعنی سینٹر بنا بھی ضرورت نہیں ہے۔ صرف آپ مسجدوں میں، مدرسوں میں، انڈسٹریوں میں، کالجوں میں، ہر جگہ بس آپ ان کو چھاپ کے رکھ دیجیے اور لکھ دیجیے کہ فری ڈسٹریبیوشن۔</w:t>
      </w:r>
    </w:p>
    <w:p>
      <w:r>
        <w:rPr>
          <w:b/>
        </w:rPr>
        <w:t xml:space="preserve">[24:56] </w:t>
      </w:r>
      <w:r>
        <w:t>to sare log na toot padenge is ko lene ke liye. is ka bill kaise ada ho itne bare plan ka.</w:t>
      </w:r>
    </w:p>
    <w:p>
      <w:pPr>
        <w:jc w:val="right"/>
      </w:pPr>
      <w:r>
        <w:t>تو سارے لوگ نہ ٹوٹ پڑیں گے اس کو لینے کے لیے۔ اس کا بل کیسے ادا ہو اتنے بڑے پلان کا۔</w:t>
      </w:r>
    </w:p>
    <w:p>
      <w:r>
        <w:rPr>
          <w:b/>
        </w:rPr>
        <w:t xml:space="preserve">[25:05] </w:t>
      </w:r>
      <w:r>
        <w:t>yeh to bohat hi bara plan tha. to Allah taala ne is ke liye liquid gold arabon ki zameen ke liye rakh diya ke is ki is ka bill hamari taraf se.</w:t>
      </w:r>
    </w:p>
    <w:p>
      <w:pPr>
        <w:jc w:val="right"/>
      </w:pPr>
      <w:r>
        <w:t>یہ تو بہت ہی بڑا پلان تھا۔ تو اللہ تعالیٰ نے اس کے لیے لیکوڈ گول عربوں کی زمین کے لیے رکھ دیا کہ اس کی اس کا بل ہماری طرف سے۔</w:t>
      </w:r>
    </w:p>
    <w:p>
      <w:r>
        <w:rPr>
          <w:b/>
        </w:rPr>
        <w:t xml:space="preserve">[25:19] </w:t>
      </w:r>
      <w:r>
        <w:t>yani Allah taala ne aik bar yeh keh diya. arabon ki zameen ke neeche petrol ka samandar jari kar ke yeh kaha ke dawat ka kaam tum karo, bill meri taraf se.</w:t>
      </w:r>
    </w:p>
    <w:p>
      <w:pPr>
        <w:jc w:val="right"/>
      </w:pPr>
      <w:r>
        <w:t>یعنی اللہ تعالیٰ نے ایک بار یہ کہہ دیا۔ عربوں کی زمین کے نیچے پٹرول کا سمندر جاری کر کے یہ کہا کہ دعوت کا کام تم کرو، بل میری طرف سے۔</w:t>
      </w:r>
    </w:p>
    <w:p>
      <w:r>
        <w:rPr>
          <w:b/>
        </w:rPr>
        <w:t xml:space="preserve">[25:36] </w:t>
      </w:r>
      <w:r>
        <w:t>jaise mujhe yaad aata hai hamare aik sathi the, bao bhai, arab. woh hyderabad mein rehte the.</w:t>
      </w:r>
    </w:p>
    <w:p>
      <w:pPr>
        <w:jc w:val="right"/>
      </w:pPr>
      <w:r>
        <w:t>جیسے مجھے یاد آتا ہے ہمارے ایک ساتھی تھے، باؤ بھائی، عرب۔ وہ حیدرآباد میں رہتے تھے۔</w:t>
      </w:r>
    </w:p>
    <w:p>
      <w:r>
        <w:rPr>
          <w:b/>
        </w:rPr>
        <w:t xml:space="preserve">[25:50] </w:t>
      </w:r>
      <w:r>
        <w:t>bao bhai hyderabad mein rehte the. un ka karkhana tha kapde ka. to woh hyderabad mein rehte the.</w:t>
      </w:r>
    </w:p>
    <w:p>
      <w:pPr>
        <w:jc w:val="right"/>
      </w:pPr>
      <w:r>
        <w:t>باؤ بھائی حیدرآباد میں رہتے تھے۔ ان کا کارخانہ تھا کپڑے کا۔ تو وہ حیدرآباد میں رہتے تھے۔</w:t>
      </w:r>
    </w:p>
    <w:p>
      <w:r>
        <w:rPr>
          <w:b/>
        </w:rPr>
        <w:t xml:space="preserve">[25:59] </w:t>
      </w:r>
      <w:r>
        <w:t>hamare kaam ki shuruat sab se wahin se hui hai. to hamare sathiyon se kehte the woh ke dawat ka kaam tum karo, bill meri taraf se le jao.</w:t>
      </w:r>
    </w:p>
    <w:p>
      <w:pPr>
        <w:jc w:val="right"/>
      </w:pPr>
      <w:r>
        <w:t>ہمارے کام کی شروعات سب سے وہیں سے ہوئی ہے۔ تو ہمارے ساتھیوں سے کہتے تھے وہ کہ دعوت کا کام تم کرو، بل میری طرف سے لے جاؤ۔</w:t>
      </w:r>
    </w:p>
    <w:p>
      <w:r>
        <w:rPr>
          <w:b/>
        </w:rPr>
        <w:t xml:space="preserve">[26:14] </w:t>
      </w:r>
      <w:r>
        <w:t>sadah zindagi un ki thi. lekin jo kamai un ki thi, kamai ka bara paisa dalte the dawat ke kaam mein. bao bhai bas to un ke aik namune namune ke aadmi the.</w:t>
      </w:r>
    </w:p>
    <w:p>
      <w:pPr>
        <w:jc w:val="right"/>
      </w:pPr>
      <w:r>
        <w:t>سادہ زندگی ان کی تھی۔ لیکن جو کمائی ان کی تھی، کمائی کا بڑا پیسہ ڈالتے تھے دعوت کے کام میں۔ باؤ بھائی بس تو ان کے ایک نمونے نمونے کے آدمی تھے۔</w:t>
      </w:r>
    </w:p>
    <w:p>
      <w:r>
        <w:rPr>
          <w:b/>
        </w:rPr>
        <w:t xml:space="preserve">[26:25] </w:t>
      </w:r>
      <w:r>
        <w:t>namune ke aadmi. bilkul sadah zindagi. lekin jo paisa kamate the woh is paise ko dalte the dawat ke kaam mein.</w:t>
      </w:r>
    </w:p>
    <w:p>
      <w:pPr>
        <w:jc w:val="right"/>
      </w:pPr>
      <w:r>
        <w:t>نمونے کے آدمی۔ بالکل سادہ زندگی۔ لیکن جو پیسہ کماتے تھے وہ اس پیسے کو ڈالتے تھے دعوت کے کام میں۔</w:t>
      </w:r>
    </w:p>
    <w:p>
      <w:r>
        <w:rPr>
          <w:b/>
        </w:rPr>
        <w:t xml:space="preserve">[26:38] </w:t>
      </w:r>
      <w:r>
        <w:t>to hamare sathiyon se woh kehte the ke dawat ka kaam tum karo aur bill meri taraf se le jao. aise Allah taala ne bohat bare peymane par, universal peymane par keh diya ke ae ummat e muhammadi, quran ke filane kaam tum karo,</w:t>
      </w:r>
    </w:p>
    <w:p>
      <w:pPr>
        <w:jc w:val="right"/>
      </w:pPr>
      <w:r>
        <w:t>تو ہمارے ساتھیوں سے وہ کہتے تھے کہ دعوت کا کام تم کرو اور بل میری طرف سے لے جاؤ۔ ایسے اللہ تعالیٰ نے بہت بڑے پیمانے پر، یونیورسل پیمانے پر کہہ دیا کہ اے امت محمدی، قرآن کے فلانے کام تم کرو،</w:t>
      </w:r>
    </w:p>
    <w:p>
      <w:r>
        <w:rPr>
          <w:b/>
        </w:rPr>
        <w:t xml:space="preserve">[26:55] </w:t>
      </w:r>
      <w:r>
        <w:t>bill hamari taraf se. lekin haal yeh hua ke is zamane ke jo musalman hain aur jo arab hain,</w:t>
      </w:r>
    </w:p>
    <w:p>
      <w:pPr>
        <w:jc w:val="right"/>
      </w:pPr>
      <w:r>
        <w:t>بل ہماری طرف سے۔ لیکن حال یہ ہوا کہ اس زمانے کے جو مسلمان ہیں اور جو عرب ہیں،</w:t>
      </w:r>
    </w:p>
    <w:p>
      <w:r>
        <w:rPr>
          <w:b/>
        </w:rPr>
        <w:t xml:space="preserve">[27:09] </w:t>
      </w:r>
      <w:r>
        <w:t>unhone is raat ko nahi jana. jabke saaf saaf tha ke apne zaati maqsad ke liye woh nahi diya gaya yeh daulat.</w:t>
      </w:r>
    </w:p>
    <w:p>
      <w:pPr>
        <w:jc w:val="right"/>
      </w:pPr>
      <w:r>
        <w:t>انہوں نے اس رات کو نہیں جانا۔ جبکہ صاف صاف تھا کہ اپنے ذاتی مقصد کے لیے وہ نہیں دیا گیا یہ دولت۔</w:t>
      </w:r>
    </w:p>
    <w:p>
      <w:r>
        <w:rPr>
          <w:b/>
        </w:rPr>
        <w:t xml:space="preserve">[27:20] </w:t>
      </w:r>
      <w:r>
        <w:t>lekin zaati aish ke liye kharch karna shuru kar diya. to yeh thi planning. iske liye ummat e muhammadi, ummat e yahood ko pehle khada kiya gaya tha lekin unhone yeh kaam nahi kiya.</w:t>
      </w:r>
    </w:p>
    <w:p>
      <w:pPr>
        <w:jc w:val="right"/>
      </w:pPr>
      <w:r>
        <w:t>لیکن ذاتی عیش کے لیے خرچ کرنا شروع کر دیا۔ تو یہ تھی پلاننگ۔ اس کے لیے امت محمدی، امت یہود کو پہلے کھڑا کیا گیا تھا لیکن انہوں نے یہ کام نہیں کیا۔</w:t>
      </w:r>
    </w:p>
    <w:p>
      <w:r>
        <w:rPr>
          <w:b/>
        </w:rPr>
        <w:t xml:space="preserve">[27:36] </w:t>
      </w:r>
      <w:r>
        <w:t>to Allah taala ne hata diya unko aur ummat e muhammadi ko khada kiya. aur bohat hi bare peymane par, yani universal peymane par intezam kar diya ke dawat ka kaam tum karo, bill meri taraf se.</w:t>
      </w:r>
    </w:p>
    <w:p>
      <w:pPr>
        <w:jc w:val="right"/>
      </w:pPr>
      <w:r>
        <w:t>تو اللہ تعالیٰ نے ہٹا دیا ان کو اور امت محمدی کو کھڑا کیا۔ اور بہت ہی بڑے پیمانے پر، یعنی یونیورسل پیمانے پر انتظام کر دیا کہ دعوت کا کام تم کرو، بل میری طرف سے۔</w:t>
      </w:r>
    </w:p>
    <w:p>
      <w:r>
        <w:rPr>
          <w:b/>
        </w:rPr>
        <w:t xml:space="preserve">[27:52] </w:t>
      </w:r>
      <w:r>
        <w:t>kya is se bara koi Allah taala ka offer ho sakta hai? to yeh jo arz zameen ki, yani jo tal ki daulat hai,</w:t>
      </w:r>
    </w:p>
    <w:p>
      <w:pPr>
        <w:jc w:val="right"/>
      </w:pPr>
      <w:r>
        <w:t>کیا اس سے بڑا کوئی اللہ تعالیٰ کا آفر ہو سکتا ہے؟ تو یہ جو عرض سرزمین کی، یعنی جو تل کی دولت ہے،</w:t>
      </w:r>
    </w:p>
    <w:p>
      <w:r>
        <w:rPr>
          <w:b/>
        </w:rPr>
        <w:t xml:space="preserve">[28:08] </w:t>
      </w:r>
      <w:r>
        <w:t>woh bad zaban haal yeh keh rahi hai, bad zaban haal ke ae ummat e muhammadi, quran ko phailao, dawat ka kaam karo, sare alam ko Allah taala ka paigham pahuncha do.</w:t>
      </w:r>
    </w:p>
    <w:p>
      <w:pPr>
        <w:jc w:val="right"/>
      </w:pPr>
      <w:r>
        <w:t>وہ بد زبان حال یہ کہہ رہی ہے، بد زبان حال کہ اے امت محمدی، قرآن کو پھیلاؤ، دعوت کا کام کرو، سارے عالم کو اللہ تعالیٰ کا پیغام پہنچا دو۔</w:t>
      </w:r>
    </w:p>
    <w:p>
      <w:r>
        <w:rPr>
          <w:b/>
        </w:rPr>
        <w:t xml:space="preserve">[28:26] </w:t>
      </w:r>
      <w:r>
        <w:t>aur iske liye aalami planning karo. duniya ki sab se bari planning. aur iska jo kharcha hai, is iska bill mere zimme hai.</w:t>
      </w:r>
    </w:p>
    <w:p>
      <w:pPr>
        <w:jc w:val="right"/>
      </w:pPr>
      <w:r>
        <w:t>اور اس کے لیے عالمی پلاننگ کرو۔ دنیا کی سب سے بڑی پلاننگ۔ اور اس کا جو خرچہ ہے، اس اس کا بل میرے ذمے ہے۔</w:t>
      </w:r>
    </w:p>
    <w:p>
      <w:r>
        <w:rPr>
          <w:b/>
        </w:rPr>
        <w:t xml:space="preserve">[28:35] </w:t>
      </w:r>
      <w:r>
        <w:t>is ke bill ki adaiyegi mere zimme hai.</w:t>
      </w:r>
    </w:p>
    <w:p>
      <w:pPr>
        <w:jc w:val="right"/>
      </w:pPr>
      <w:r>
        <w:t>اس کے بل کی ادائیگی میرے ذمے ہے۔</w:t>
      </w:r>
    </w:p>
    <w:p>
      <w:r>
        <w:rPr>
          <w:b/>
        </w:rPr>
        <w:t xml:space="preserve">[28:40] </w:t>
      </w:r>
      <w:r>
        <w:t>ke kuntum khair ummat akhrat lil nas. ke musalman bator fazilat hi rehte hain. musalmanon ki fazilat, ummat ki fazilat, yeh bilkul galat baat hai.</w:t>
      </w:r>
    </w:p>
    <w:p>
      <w:pPr>
        <w:jc w:val="right"/>
      </w:pPr>
      <w:r>
        <w:t>کہ کنتم خیر امت اخرت للناس۔ کہ مسلمان بطور فضیلت ہی رہتے ہیں۔ مسلمانوں کی فضیلت، امت کی فضیلت، یہ بالکل غلط بات ہے۔</w:t>
      </w:r>
    </w:p>
    <w:p>
      <w:r>
        <w:rPr>
          <w:b/>
        </w:rPr>
        <w:t xml:space="preserve">[28:54] </w:t>
      </w:r>
      <w:r>
        <w:t>yeh aala planning ki baat hai. yeh kuntum khair ummat akhrat lil nas, aala planning ki baat hai. to is se pehle yeh planning mehdood maani mein hui thi yahood ke liye,</w:t>
      </w:r>
    </w:p>
    <w:p>
      <w:pPr>
        <w:jc w:val="right"/>
      </w:pPr>
      <w:r>
        <w:t>یہ اعلیٰ پلاننگ کی بات ہے۔ یہ کنتم خیر امت اخرت للناس، اعلیٰ پلاننگ کی بات ہے۔ تو اس سے پہلے یہ پلاننگ محدود معنی میں ہوئی تھی یہود کے لیے،</w:t>
      </w:r>
    </w:p>
    <w:p>
      <w:r>
        <w:rPr>
          <w:b/>
        </w:rPr>
        <w:t xml:space="preserve">[29:12] </w:t>
      </w:r>
      <w:r>
        <w:t>jiska yahan zikr hai. lekin baat ko ummat e muhammadi chuki sare alam ki zimmedari is par thi, sare alam hamari is zamane mein ke ab koi nabi aane wala nahi tha,</w:t>
      </w:r>
    </w:p>
    <w:p>
      <w:pPr>
        <w:jc w:val="right"/>
      </w:pPr>
      <w:r>
        <w:t>جس کا یہاں ذکر ہے۔ لیکن بات کو امت محمدی چونکہ سارے عالم کی ذمہ داری اس پر تھی، سارے عالم ہماری اس زمانے میں کہ اب کوئی نبی آنے والا نہیں تھا،</w:t>
      </w:r>
    </w:p>
    <w:p>
      <w:r>
        <w:rPr>
          <w:b/>
        </w:rPr>
        <w:t xml:space="preserve">[29:27] </w:t>
      </w:r>
      <w:r>
        <w:t>to zyada bare peymane par Allah taala ne iska intezam kiya. aur sath sath kya kiya? ek technology paida hui, printing press ka tareeqa daryaft hua, tourist industry qaim hui.</w:t>
      </w:r>
    </w:p>
    <w:p>
      <w:pPr>
        <w:jc w:val="right"/>
      </w:pPr>
      <w:r>
        <w:t>تو زیادہ بڑے پیمانے پر اللہ تعالیٰ نے اس کا انتظام کیا۔ اور ساتھ ساتھ کیا کیا؟ ایک ٹیکنالوجی پیدا ہوئی، پرنٹنگ پریس کا طریقہ دریافت ہوا، ٹورسٹ انڈسٹری قائم ہوئی۔</w:t>
      </w:r>
    </w:p>
    <w:p>
      <w:r>
        <w:rPr>
          <w:b/>
        </w:rPr>
        <w:t xml:space="preserve">[29:42] </w:t>
      </w:r>
      <w:r>
        <w:t>yeh sara mil kar ke ek bohat bari planning hai.</w:t>
      </w:r>
    </w:p>
    <w:p>
      <w:pPr>
        <w:jc w:val="right"/>
      </w:pPr>
      <w:r>
        <w:t>یہ سارا مل کر کے ایک بہت بڑی پلاننگ ہے۔</w:t>
      </w:r>
    </w:p>
    <w:p>
      <w:r>
        <w:rPr>
          <w:b/>
        </w:rPr>
        <w:t xml:space="preserve">[29:47] </w:t>
      </w:r>
      <w:r>
        <w:t>kuch cheezein iska direct taur par dawat ka hissa hain, kuch cheezein indirect taur par dawat ka hissa hain.</w:t>
      </w:r>
    </w:p>
    <w:p>
      <w:pPr>
        <w:jc w:val="right"/>
      </w:pPr>
      <w:r>
        <w:t>کچھ چیزیں اس کا ڈائریکٹ طور پر دعوت کا حصہ ہیں، کچھ چیزیں انڈائرٹ طور پر دعوت کا حصہ ہیں۔</w:t>
      </w:r>
    </w:p>
    <w:p>
      <w:r>
        <w:rPr>
          <w:b/>
        </w:rPr>
        <w:t xml:space="preserve">[29:58] </w:t>
      </w:r>
      <w:r>
        <w:t>to Allah taala ki mufti ke qayamat se pehle sare alam tak Allah ka paigham pahunch jaye quran ki shakal mein.</w:t>
      </w:r>
    </w:p>
    <w:p>
      <w:pPr>
        <w:jc w:val="right"/>
      </w:pPr>
      <w:r>
        <w:t>تو اللہ تعالیٰ کی مفتی کے قیامت سے پہلے سارے عالم تک اللہ کا پیغام پہنچ جائے قرآن کی شکل میں۔</w:t>
      </w:r>
    </w:p>
    <w:p>
      <w:r>
        <w:rPr>
          <w:b/>
        </w:rPr>
        <w:t xml:space="preserve">[30:13] </w:t>
      </w:r>
      <w:r>
        <w:t>to is zamane mein aap jante hain ke bohat zyada mobility aayi, mobility, yani interaction.</w:t>
      </w:r>
    </w:p>
    <w:p>
      <w:pPr>
        <w:jc w:val="right"/>
      </w:pPr>
      <w:r>
        <w:t>تو اس زمانے میں آپ جانتے ہیں کہ بہت زیادہ موبیلٹی آئی، موبیلٹی، یعنی انٹریکشن۔</w:t>
      </w:r>
    </w:p>
    <w:p>
      <w:r>
        <w:rPr>
          <w:b/>
        </w:rPr>
        <w:t xml:space="preserve">[30:22] </w:t>
      </w:r>
      <w:r>
        <w:t>khoob log idhar gaye, udhar gaye. tourist industry bohat bari qaim hui. to Spain ne is is is is opportunity ko apni national development ke liye istemal kiya.</w:t>
      </w:r>
    </w:p>
    <w:p>
      <w:pPr>
        <w:jc w:val="right"/>
      </w:pPr>
      <w:r>
        <w:t>خوب لوگ ادھر گئے، ادھر گئے۔ ٹورسٹ انڈسٹری بہت بڑی قائم ہوئی۔ تو اسپین نے اس اس اس اس اپرچونیٹی کو اپنی نیشنل ڈیولپمنٹ کے لیے استعمال کیا۔</w:t>
      </w:r>
    </w:p>
    <w:p>
      <w:r>
        <w:rPr>
          <w:b/>
        </w:rPr>
        <w:t xml:space="preserve">[30:41] </w:t>
      </w:r>
      <w:r>
        <w:t>Spain ne is opportunity ko apne national development ke liye istemal kiya. ummat e muhammadi ko yahi kaam karna chahiye tha dawat ke liye, dawat e Allah ke liye, sare alam tak Allah ka paigham pahunchane ke liye.</w:t>
      </w:r>
    </w:p>
    <w:p>
      <w:pPr>
        <w:jc w:val="right"/>
      </w:pPr>
      <w:r>
        <w:t>اسپین نے اس اپرچونیٹی کو اپنے نیشنل ڈیولپمنٹ کے لیے استعمال کیا۔ امت محمدی کو یہی کام کرنا چاہیے تھا دعوت کے لیے، دعوت اللہ کے لیے، سارے عالم تک اللہ کا پیغام پہنچانے کے لیے۔</w:t>
      </w:r>
    </w:p>
    <w:p>
      <w:r>
        <w:rPr>
          <w:b/>
        </w:rPr>
        <w:t xml:space="preserve">[30:59] </w:t>
      </w:r>
      <w:r>
        <w:t>aur Allah ka khamosh ailan tha petrol ki surat mein ke ae ummat e muhammadi, dawat ka kaam tum karo aur iska bill meri taraf se.</w:t>
      </w:r>
    </w:p>
    <w:p>
      <w:pPr>
        <w:jc w:val="right"/>
      </w:pPr>
      <w:r>
        <w:t>اور اللہ کا خاموش اعلان تھا پٹرول کی صورت میں کہ اے امت محمدی، دعوت کا کام تم کرو اور اس کا بل میری طرف سے۔</w:t>
      </w:r>
    </w:p>
    <w:p>
      <w:r>
        <w:rPr>
          <w:b/>
        </w:rPr>
        <w:t xml:space="preserve">[31:16] </w:t>
      </w:r>
      <w:r>
        <w:t>to main samajhta hoon ke aaj aakhri waqt aa gaya hai ke musalman is raat ko samjhein aur</w:t>
      </w:r>
    </w:p>
    <w:p>
      <w:pPr>
        <w:jc w:val="right"/>
      </w:pPr>
      <w:r>
        <w:t>تو میں سمجھتا ہوں کہ آج آخری وقت آ گیا ہے کہ مسلمان اس رات کو سمجھیں اور</w:t>
      </w:r>
    </w:p>
    <w:p>
      <w:r>
        <w:rPr>
          <w:b/>
        </w:rPr>
        <w:t xml:space="preserve">[31:29] </w:t>
      </w:r>
      <w:r>
        <w:t>apni zimmedari ko ada karne ke liye re planning karein. apni daawti zimmedari ko ada karne ke liye re planning karein.</w:t>
      </w:r>
    </w:p>
    <w:p>
      <w:pPr>
        <w:jc w:val="right"/>
      </w:pPr>
      <w:r>
        <w:t>اپنی ذمہ داری کو ادا کرنے کے لیے ری پلاننگ کریں۔ اپنی دعوتی ذمہ داری کو ادا کرنے کے لیے ری پلاننگ کریں۔</w:t>
      </w:r>
    </w:p>
    <w:p>
      <w:r>
        <w:rPr>
          <w:b/>
        </w:rPr>
        <w:t xml:space="preserve">[31:39] </w:t>
      </w:r>
      <w:r>
        <w:t>tab woh aakhirat mein Allah ki pakad se bachenge. Assalam o alaikum wa rehmatullah.</w:t>
      </w:r>
    </w:p>
    <w:p>
      <w:pPr>
        <w:jc w:val="right"/>
      </w:pPr>
      <w:r>
        <w:t>تب وہ آخرت میں اللہ کی پکڑ سے بچیں گے۔ السلام علیکم ورحمۃ اللہ۔</w:t>
      </w:r>
    </w:p>
    <w:p>
      <w:r>
        <w:rPr>
          <w:b/>
        </w:rPr>
        <w:t xml:space="preserve">[31:57] </w:t>
      </w:r>
      <w:r>
        <w:t>okay, so ah ah, before we proceed with the session, ah, there is one announcement. ah, continuing the translation of Maulana sahib literature in many other languages, ah, yet another translation has been done of ah one of Maulana sahib title the secret of a successful family life.</w:t>
      </w:r>
    </w:p>
    <w:p>
      <w:pPr>
        <w:jc w:val="right"/>
      </w:pPr>
      <w:r>
        <w:t>اوکے، سو آہ آہ، بیفور وی پروسیڈ ود دا سیشن، آہ، دیر از ون اناؤنسمنٹ۔ آہ، کنٹینیونگ دی ٹرانسلیشن اف مولانا صاحب لٹریچر ان مینی ادر لینگویجز، آہ، یٹ انادر ٹرانسلیشن ہیز بین ڈن اف آہ ون اف مولانا صاحب ٹائٹل دا سیکرٹ اف ا سکسیس فل فیملی لائف۔</w:t>
      </w:r>
    </w:p>
    <w:p>
      <w:r>
        <w:rPr>
          <w:b/>
        </w:rPr>
        <w:t xml:space="preserve">[32:22] </w:t>
      </w:r>
      <w:r>
        <w:t>the translation has been done in Marathi language by Pune team, particularly Abdulsamad sahib and Akhtar Amin sahib.</w:t>
      </w:r>
    </w:p>
    <w:p>
      <w:pPr>
        <w:jc w:val="right"/>
      </w:pPr>
      <w:r>
        <w:t>دی ٹرانسلیشن ہیز بین ڈن ان مراٹھی لینگویج بائے پونے ٹیم، پرٹیکولرلی عبدالصمد صاحب اینڈ اختر امین صاحب۔</w:t>
      </w:r>
    </w:p>
    <w:p>
      <w:r>
        <w:rPr>
          <w:b/>
        </w:rPr>
        <w:t xml:space="preserve">[32:32] </w:t>
      </w:r>
      <w:r>
        <w:t>aah, booth of them along with their team have worked in translating this booklet, so I will request Maulana sahib to release this translation.</w:t>
      </w:r>
    </w:p>
    <w:p>
      <w:pPr>
        <w:jc w:val="right"/>
      </w:pPr>
      <w:r>
        <w:t>آہ، بوتھ اف دیم الونگ ود دیر ٹیم ہیو ورکڈ ان ٹرانسلیٹنگ دس بکلیٹ، سو ائی ویل ریکویسٹ مولانا صاحب ٹو ریلیز دس ٹرانسلیشن۔</w:t>
      </w:r>
    </w:p>
    <w:p>
      <w:r>
        <w:rPr>
          <w:b/>
        </w:rPr>
        <w:t xml:space="preserve">[32:42] </w:t>
      </w:r>
      <w:r>
        <w:t>the title of this translation in Marathi is yashasvi kutumbak jeevan achhe rahasya. so with this, I will request Maulana sahib to release this translation.</w:t>
      </w:r>
    </w:p>
    <w:p>
      <w:pPr>
        <w:jc w:val="right"/>
      </w:pPr>
      <w:r>
        <w:t>دی ٹائٹل اف دس ٹرانسلیشن ان مراٹھی از یشسوی کٹمبک جیون اچھے رہسیا۔ سو ود دس، ائی ویل ریکویسٹ مولانا صاحب ٹو ریلیز دس ٹرانسلیشن۔</w:t>
      </w:r>
    </w:p>
    <w:p>
      <w:r>
        <w:rPr>
          <w:b/>
        </w:rPr>
        <w:t xml:space="preserve">[32:59] </w:t>
      </w:r>
      <w:r>
        <w:t>kya is ka title phir se parh dijiye? yashasvi kutumbak jeevan achhe rahasya. mashallah, mash</w:t>
      </w:r>
    </w:p>
    <w:p>
      <w:pPr>
        <w:jc w:val="right"/>
      </w:pPr>
      <w:r>
        <w:t>کیا اس کا ٹائٹل پھر سے پڑھ دیجیے؟ یشسوی کٹمبک جیون اچھے رہسیا۔ ماشاءاللہ، ماش</w:t>
      </w:r>
    </w:p>
    <w:p>
      <w:r>
        <w:rPr>
          <w:b/>
        </w:rPr>
        <w:t xml:space="preserve">[33:10] </w:t>
      </w:r>
      <w:r>
        <w:t>allah. main dua karta hoon ke Allah taala yeh kitab phailaye aur logon ko mustafeed pahunchaye.</w:t>
      </w:r>
    </w:p>
    <w:p>
      <w:pPr>
        <w:jc w:val="right"/>
      </w:pPr>
      <w:r>
        <w:t>اءاللہ۔ میں دعا کرتا ہوں کہ اللہ تعالیٰ یہ کتاب پھیلے اور لوگوں کو استفادہ پہنچے۔</w:t>
      </w:r>
    </w:p>
    <w:p>
      <w:r>
        <w:rPr>
          <w:b/>
        </w:rPr>
        <w:t xml:space="preserve">[33:21] </w:t>
      </w:r>
      <w:r>
        <w:t>aur ghar ki zindagi jab pur sakoon hoti hai to aadmi sab kaam kar pata hai achhe tareeqe se. to main dua karta hoon ke log mustafeed uthayein.</w:t>
      </w:r>
    </w:p>
    <w:p>
      <w:pPr>
        <w:jc w:val="right"/>
      </w:pPr>
      <w:r>
        <w:t>اور گھر کی زندگی جب پرسکون ہوتی ہے تو آدمی سب کام کر پاتا ہے اچھے طریقے سے۔ تو میں دعا کرتا ہوں کہ لوگ استفادہ اٹھائیں۔</w:t>
      </w:r>
    </w:p>
    <w:p>
      <w:r>
        <w:rPr>
          <w:b/>
        </w:rPr>
        <w:t xml:space="preserve">[33:35] </w:t>
      </w:r>
      <w:r>
        <w:t>okay, so today we are not going to have a question answer session. instead, I will just quickly read some of the comments that have come on the facebook regarding today talk and post that we will have an experience sharing session by Delhi field team members.</w:t>
      </w:r>
    </w:p>
    <w:p>
      <w:pPr>
        <w:jc w:val="right"/>
      </w:pPr>
      <w:r>
        <w:t>اوکے، سو ٹوڈے وی آر ناٹ گوئنگ ٹو ہیو ا کوئسچن انسر سیشن۔ انسٹیڈ، ائی ویل جسٹ کوئیکلی ریڈ سم اف دا کمنٹس دیٹ ہیو کم ان دا فیس بک ریگارڈنگ ٹوڈے ٹاک اینڈ پوسٹ دیٹ وی ویل ہیو این ایکسپیرینس شیئرنگ سیشن بائے ڈیلی فیلڈ ٹیم ممبرز۔</w:t>
      </w:r>
    </w:p>
    <w:p>
      <w:r>
        <w:rPr>
          <w:b/>
        </w:rPr>
        <w:t xml:space="preserve">[33:53] </w:t>
      </w:r>
      <w:r>
        <w:t>as you know that every year we participate in Jaipur literature festival, so sharing the experience, ah, Vikrant, Faraz and Ajay will come here and they will share with all of us their literature distribution experience.</w:t>
      </w:r>
    </w:p>
    <w:p>
      <w:pPr>
        <w:jc w:val="right"/>
      </w:pPr>
      <w:r>
        <w:t>ایز یو نو دیٹ ایوری ایئر وی پارٹیسپیٹ ان جے پور لٹریچر فیسٹیول، سو شیئرنگ دی ایکسپیرینس، اہ، وکرانت، فراز اینڈ اجے ویل کم ہیر اینڈ دے ویل شیئر ود ال اف اس دیر لٹریچر ڈسٹریبیوشن ایکسپیرینس۔</w:t>
      </w:r>
    </w:p>
    <w:p>
      <w:r>
        <w:rPr>
          <w:b/>
        </w:rPr>
        <w:t xml:space="preserve">[34:08] </w:t>
      </w:r>
      <w:r>
        <w:t>but before that, I will just like to read out ah comments that have come for today session. Maulana ek comment bheja hai, ah, Maulana Iqbal Umri sahib ne Chennai se.</w:t>
      </w:r>
    </w:p>
    <w:p>
      <w:pPr>
        <w:jc w:val="right"/>
      </w:pPr>
      <w:r>
        <w:t>بٹ بیفور دیٹ، ائی ویل جسٹ لائک ٹو ریڈ آؤٹ اہ کمنٹس دیٹ ہیو کم فار ٹوڈے سیشن۔ مولانا ایک کمنٹ بھیجا ہے، اہ، مولانا اقبال عمری صاحب نے چنئی سے۔</w:t>
      </w:r>
    </w:p>
    <w:p>
      <w:r>
        <w:rPr>
          <w:b/>
        </w:rPr>
        <w:t xml:space="preserve">[34:22] </w:t>
      </w:r>
      <w:r>
        <w:t>unhone likha hai: "availability of the Quran translation is the greatest goal of the ummah for which God Almighty has already paid the bill.</w:t>
      </w:r>
    </w:p>
    <w:p>
      <w:pPr>
        <w:jc w:val="right"/>
      </w:pPr>
      <w:r>
        <w:t>انہوں نے لکھا ہے: "اویلیبل اف دا قرآن ٹرانسلیشن از دا گریٹسٹ گول اف دی امت فار وچ گاڈ المائٹی ہیز الریڈی پیڈ دا بل۔</w:t>
      </w:r>
    </w:p>
    <w:p>
      <w:r>
        <w:rPr>
          <w:b/>
        </w:rPr>
        <w:t xml:space="preserve">[34:35] </w:t>
      </w:r>
      <w:r>
        <w:t>what a thrilling idea, Maulana sahib!</w:t>
      </w:r>
    </w:p>
    <w:p>
      <w:pPr>
        <w:jc w:val="right"/>
      </w:pPr>
      <w:r>
        <w:t>واٹ ا تھرلنگ ائیڈیا، مولانا صاحب!</w:t>
      </w:r>
    </w:p>
    <w:p>
      <w:r>
        <w:rPr>
          <w:b/>
        </w:rPr>
        <w:t xml:space="preserve">[34:38] </w:t>
      </w:r>
      <w:r>
        <w:t>jazak Allah, we will inshallah play our role." Kamal Hassan sahib ne Bihar Patna se likha hai:</w:t>
      </w:r>
    </w:p>
    <w:p>
      <w:pPr>
        <w:jc w:val="right"/>
      </w:pPr>
      <w:r>
        <w:t>جزاک اللہ، وی ویل انشاءاللہ پلے اور رول۔" کمال حسان صاحب نے بہار پٹنہ سے لکھا ہے:</w:t>
      </w:r>
    </w:p>
    <w:p>
      <w:r>
        <w:rPr>
          <w:b/>
        </w:rPr>
        <w:t xml:space="preserve">[34:49] </w:t>
      </w:r>
      <w:r>
        <w:t>"mashallah, your explanation of Quranic words is giving me a new approach towards understanding the Quran.</w:t>
      </w:r>
    </w:p>
    <w:p>
      <w:pPr>
        <w:jc w:val="right"/>
      </w:pPr>
      <w:r>
        <w:t>"ماشاءاللہ، یور ایکسپلینیشن اف قرآنک ورڈز از گیونگ می ا نیو اپروچ ٹورڈز انڈرسٹینڈنگ دا قرآن۔</w:t>
      </w:r>
    </w:p>
    <w:p>
      <w:r>
        <w:rPr>
          <w:b/>
        </w:rPr>
        <w:t xml:space="preserve">[34:58] </w:t>
      </w:r>
      <w:r>
        <w:t>in one of your classes, you have very beautifully explained the story of Adam and Eve and concept of forbidden tree.</w:t>
      </w:r>
    </w:p>
    <w:p>
      <w:pPr>
        <w:jc w:val="right"/>
      </w:pPr>
      <w:r>
        <w:t>ان ون اف یور کلاسز، یو ہیو ویری بیوٹیفلی ایکسپلین دا سٹوری اف ایڈم اینڈ ایو اینڈ کانسیپٹ اف فاربیڈن ٹری۔</w:t>
      </w:r>
    </w:p>
    <w:p>
      <w:r>
        <w:rPr>
          <w:b/>
        </w:rPr>
        <w:t xml:space="preserve">[35:09] </w:t>
      </w:r>
      <w:r>
        <w:t>nowadays, I am going through your book Quranic wisdom."</w:t>
      </w:r>
    </w:p>
    <w:p>
      <w:pPr>
        <w:jc w:val="right"/>
      </w:pPr>
      <w:r>
        <w:t>ناؤ ایڈیز، ائی ایم گوئنگ تھرو یور بک قرآنک وزڈم۔"</w:t>
      </w:r>
    </w:p>
    <w:p>
      <w:r>
        <w:rPr>
          <w:b/>
        </w:rPr>
        <w:t xml:space="preserve">[35:16] </w:t>
      </w:r>
      <w:r>
        <w:t>Shabana Ansari ne likha hai, Maulana comment Pakistan se. unhone likha hai: "Maulana</w:t>
      </w:r>
    </w:p>
    <w:p>
      <w:pPr>
        <w:jc w:val="right"/>
      </w:pPr>
      <w:r>
        <w:t>شبانہ انصاری نے لکھا ہے، مولانا کمنٹ پاکستان سے۔ انہوں نے لکھا ہے: "مولانا</w:t>
      </w:r>
    </w:p>
    <w:p>
      <w:r>
        <w:rPr>
          <w:b/>
        </w:rPr>
        <w:t xml:space="preserve">[35:24] </w:t>
      </w:r>
      <w:r>
        <w:t>sahib, alhamdulillah, your literature develops passion and dedication in every individual which teaches itself how to do dawah work.</w:t>
      </w:r>
    </w:p>
    <w:p>
      <w:pPr>
        <w:jc w:val="right"/>
      </w:pPr>
      <w:r>
        <w:t>صاحب، الحمدللہ، یور لٹریچر ڈیویلپس پیشن اینڈ ڈیڈیکیشن ان ایوری انڈیویجول وچ ٹیچز اٹ سیلف ہاؤ ٹو ڈو دعوی ورک۔</w:t>
      </w:r>
    </w:p>
    <w:p>
      <w:r>
        <w:rPr>
          <w:b/>
        </w:rPr>
        <w:t xml:space="preserve">[35:35] </w:t>
      </w:r>
      <w:r>
        <w:t>jazak Allah." Rashid Ansari sahib ne likha hai Merit se: "bilkul sahi baat hai, Maulana sahib</w:t>
      </w:r>
    </w:p>
    <w:p>
      <w:pPr>
        <w:jc w:val="right"/>
      </w:pPr>
      <w:r>
        <w:t>جزاک اللہ۔" راشد انصاری صاحب نے لکھا ہے میرٹ سے: "بالکل صحیح بات ہے، مولانا صاحب</w:t>
      </w:r>
    </w:p>
    <w:p>
      <w:r>
        <w:rPr>
          <w:b/>
        </w:rPr>
        <w:t xml:space="preserve">[35:42] </w:t>
      </w:r>
      <w:r>
        <w:t>, meri taraf se hum is ko apni aankhon se dekhte hain."</w:t>
      </w:r>
    </w:p>
    <w:p>
      <w:pPr>
        <w:jc w:val="right"/>
      </w:pPr>
      <w:r>
        <w:t>، میری طرف سے ہم اس کو اپنی آنکھوں سے دیکھتے ہیں۔"</w:t>
      </w:r>
    </w:p>
    <w:p>
      <w:r>
        <w:rPr>
          <w:b/>
        </w:rPr>
        <w:t xml:space="preserve">[35:51] </w:t>
      </w:r>
      <w:r>
        <w:t>Mohammad Zakariya sahib ne Kashmir se likha hai: "wonderful and thrilling interpretation of words 47 and 48.</w:t>
      </w:r>
    </w:p>
    <w:p>
      <w:pPr>
        <w:jc w:val="right"/>
      </w:pPr>
      <w:r>
        <w:t>محمد زکریا صاحب نے کشمیر سے لکھا ہے: "ونڈرفل اینڈ تھرلنگ انٹرپریٹیشن اف ورڈز 47 اینڈ 48۔</w:t>
      </w:r>
    </w:p>
    <w:p>
      <w:r>
        <w:rPr>
          <w:b/>
        </w:rPr>
        <w:t xml:space="preserve">[36:01] </w:t>
      </w:r>
      <w:r>
        <w:t>Maulana has deeply expressed and explained how words is interrelated to a hadith of sahih Bukhari."</w:t>
      </w:r>
    </w:p>
    <w:p>
      <w:pPr>
        <w:jc w:val="right"/>
      </w:pPr>
      <w:r>
        <w:t>مولانا ہیز ڈیپلی ایکسپریسڈ اینڈ ایکسپلینڈ ہاؤ ورڈز از انٹر ریلیٹڈ ٹو ا حدیث اف صحیح بخاری۔"</w:t>
      </w:r>
    </w:p>
    <w:p>
      <w:r>
        <w:rPr>
          <w:b/>
        </w:rPr>
        <w:t xml:space="preserve">[36:13] </w:t>
      </w:r>
      <w:r>
        <w:t>okay, so now we will end the comment session. I will request now Faraz, Ajay and Vikrant to come here and share their Jaipur experience.</w:t>
      </w:r>
    </w:p>
    <w:p>
      <w:pPr>
        <w:jc w:val="right"/>
      </w:pPr>
      <w:r>
        <w:t>اوکے، سو ناؤ وی ویل اینڈ دی کمنٹ سیشن۔ ائی ویل ریکویسٹ ناؤ فراز، اجے اینڈ وکران ٹو کم ہیر اینڈ شیئر دیر جے پور ایکسپیرینس۔</w:t>
      </w:r>
    </w:p>
    <w:p>
      <w:r>
        <w:rPr>
          <w:b/>
        </w:rPr>
        <w:t xml:space="preserve">[36:25] </w:t>
      </w:r>
      <w:r>
        <w:t>so I will request Faraz to begin his experience sharing session. Faraz Khan: "Assalam-o-alaikum,</w:t>
      </w:r>
    </w:p>
    <w:p>
      <w:pPr>
        <w:jc w:val="right"/>
      </w:pPr>
      <w:r>
        <w:t>سو ائی ویل ریکویسٹ فراز ٹو بیگن ہز ایکسپیرینس شیئرنگ سیشن۔ فراز خان: "السلام علیکم،</w:t>
      </w:r>
    </w:p>
    <w:p>
      <w:r>
        <w:rPr>
          <w:b/>
        </w:rPr>
        <w:t xml:space="preserve">[36:33] </w:t>
      </w:r>
      <w:r>
        <w:t>hum log har saal ki tarah is baar bhi Jaipur literature festival mein gaye the aur is ki ek jo bahut hi</w:t>
      </w:r>
    </w:p>
    <w:p>
      <w:pPr>
        <w:jc w:val="right"/>
      </w:pPr>
      <w:r>
        <w:t>ہم لوگ ہر سال کی طرح اس بار بھی جے پور لٹریچر فیسٹیول میں گئے تھے اور اس کی ایک جو بہت ہی</w:t>
      </w:r>
    </w:p>
    <w:p>
      <w:r>
        <w:rPr>
          <w:b/>
        </w:rPr>
        <w:t xml:space="preserve">[36:46] </w:t>
      </w:r>
      <w:r>
        <w:t>bahut hi important aspect jo main aap se share karna chahunga woh yeh hai ke Jaipur literature festival ya phir is tarah ke jo bhi literature festivals hote hain jismein hamari team jaati hai, woh apne aap mein ek thoda alag experience hota hai kyunke jo world book fairs hoti hain ya phir kuch aur hota hai, usmein hamein ek platform milta hai.</w:t>
      </w:r>
    </w:p>
    <w:p>
      <w:pPr>
        <w:jc w:val="right"/>
      </w:pPr>
      <w:r>
        <w:t>بہت ہی امپورٹنٹ ایسپیکٹ جو میں آپ سے شیئر کرنا چاہوں گا وہ یہ ہے کہ جے پور لٹریچر فیسٹیول یا پھر اس طرح کے جو بھی لٹریچر فیسٹیولز ہوتے ہیں جس میں ہماری ٹیم جاتی ہے، وہ اپنے آپ میں ایک تھوڑا الگ ایکسپیرینس ہوتا ہے کیونکہ جو ورلڈ بک فیئرز ہوتی ہیں یا پھر کچھ اور ہوتا ہے، اس میں ہمیں ایک پلیٹ فارم ملتا ہے۔</w:t>
      </w:r>
    </w:p>
    <w:p>
      <w:r>
        <w:rPr>
          <w:b/>
        </w:rPr>
        <w:t xml:space="preserve">[37:09] </w:t>
      </w:r>
      <w:r>
        <w:t>but yahan pe hamare paas koi as such platform nahi hota hai, bahut hi dynamic experiences rehte hain kyunke har cheez, har cheez ki bahut hi variable hota hai."</w:t>
      </w:r>
    </w:p>
    <w:p>
      <w:pPr>
        <w:jc w:val="right"/>
      </w:pPr>
      <w:r>
        <w:t>بٹ یہاں پہ ہمارے پاس کوئی ایز سچ پلیٹ فارم نہیں ہوتا ہے، بہت ہی ڈائنیمک ایکسپیرینسز رہتے ہیں کیونکہ ہر چیز، ہر چیز کی بہت ہی ویری ایبل ہوتا ہے۔</w:t>
      </w:r>
    </w:p>
    <w:p>
      <w:r>
        <w:rPr>
          <w:b/>
        </w:rPr>
        <w:t xml:space="preserve">[37:23] </w:t>
      </w:r>
      <w:r>
        <w:t>jab hum wahan pohnchte hain, hamein hamein wahan ka, wahan pe dekhna hota hai ke hamein kahan khare ho ke kaise apna quran distribution karna hoga aur hum kya kar sakte hain aur kya nahi kar sakte.</w:t>
      </w:r>
    </w:p>
    <w:p>
      <w:pPr>
        <w:jc w:val="right"/>
      </w:pPr>
      <w:r>
        <w:t>جب ہم وہاں پہنچتے ہیں، ہمیں ہمیں وہاں کا، وہاں پہ دیکھنا ہوتا ہے کہ ہمیں کہاں کھڑے ہو کے کیسے اپنا قرآن ڈسٹریبیوشن کرنا ہوگا اور ہم کیا کر سکتے ہیں اور کیا نہیں کر سکتے۔</w:t>
      </w:r>
    </w:p>
    <w:p>
      <w:r>
        <w:rPr>
          <w:b/>
        </w:rPr>
        <w:t xml:space="preserve">[37:38] </w:t>
      </w:r>
      <w:r>
        <w:t>to hum is mein kuch planning bhi kar ke jaate hain, but as such jo hamari planning hoti hai, wo kuch had tak hi wahan implement ho paati hai.</w:t>
      </w:r>
    </w:p>
    <w:p>
      <w:pPr>
        <w:jc w:val="right"/>
      </w:pPr>
      <w:r>
        <w:t>تو ہم اس میں کچھ پلاننگ بھی کر کے جاتے ہیں، بٹ ایز سچ جو ہماری پلاننگ ہوتی ہے، وہ کچھ حد تک ہی وہاں امپلیمنٹ ہو پاتی ہے۔</w:t>
      </w:r>
    </w:p>
    <w:p>
      <w:r>
        <w:rPr>
          <w:b/>
        </w:rPr>
        <w:t xml:space="preserve">[37:52] </w:t>
      </w:r>
      <w:r>
        <w:t>to is mein jo sab se achi cheez rehti hai, wo yeh rehti hai ke is mein khuda ki jo madad hai, wo bilkul saaf hum logon ko dikhai deti hai kyunke jo hamari planning hoti hai,</w:t>
      </w:r>
    </w:p>
    <w:p>
      <w:pPr>
        <w:jc w:val="right"/>
      </w:pPr>
      <w:r>
        <w:t>تو اس میں جو سب سے اچھی چیز رہتی ہے، وہ یہ رہتی ہے کہ اس میں خدا کی جو مدد ہے، وہ بالکل صاف ہم لوگوں کو دکھائی دیتی ہے کیونکہ جو ہماری پلاننگ ہوتی ہے،</w:t>
      </w:r>
    </w:p>
    <w:p>
      <w:r>
        <w:rPr>
          <w:b/>
        </w:rPr>
        <w:t xml:space="preserve">[38:07] </w:t>
      </w:r>
      <w:r>
        <w:t>is ka is mein kuch bare bare major points bhi hum wahan implement nahi kar paate hain. Lekin is ke bawajood jo distribution hota hai, wo itna itna easily aur itne aasani se ho jata hai ke hum sabhi sabhi log is se aik aik astonishment hamein milta hai ke yeh kaise ho gaya yeh sab kuch.</w:t>
      </w:r>
    </w:p>
    <w:p>
      <w:pPr>
        <w:jc w:val="right"/>
      </w:pPr>
      <w:r>
        <w:t>اس کا اس میں کچھ بڑے بڑے میجر پوائنٹس بھی ہم وہاں امپلیمنٹ نہیں کر پاتے ہیں۔ لیکن اس کے باوجود جو ڈسٹریبیوشن ہوتا ہے، وہ اتنا اتنا ایزیلی اور اتنے آسانی سے ہو جاتا ہے کہ ہم سبھی سبھی لوگ اس سے ایک ایک اسٹونشمنٹ ہمیں ملتا ہے کہ یہ کیسے ہو گیا یہ سب کچھ۔</w:t>
      </w:r>
    </w:p>
    <w:p>
      <w:r>
        <w:rPr>
          <w:b/>
        </w:rPr>
        <w:t xml:space="preserve">[38:28] </w:t>
      </w:r>
      <w:r>
        <w:t>ah isi ka hi aik aik ah aik example mein dena chahunga ke hum log ah first day hum ne distribution kiya to ah wahan pe hamare paas aik problem thi ke hamara jo stock tha, wo hum kahan rakhein kyunke ah ah jo jo pathway hota hai, wahan hum hum log khare hote hain aur wahan pe hum apna stock nahi rakh sakte hain.</w:t>
      </w:r>
    </w:p>
    <w:p>
      <w:pPr>
        <w:jc w:val="right"/>
      </w:pPr>
      <w:r>
        <w:t>اہ اسی کا ہی ایک ایک اہ ایک ایگزامپل میں دینا چاہوں گا کہ ہم لوگ اہ فرسٹ ڈے ہم نے ڈسٹریبیوشن کیا تو اہ وہاں پہ ہمارے پاس ایک پرابلم تھی کہ ہمارا جو اسٹاک تھا، وہ ہم کہاں رکھیں کیونکہ اہ اہ جو جو پاتھ وے ہوتا ہے، وہاں ہم ہم لوگ کھڑے ہوتے ہیں اور وہاں پہ ہم اپنا اسٹاک نہیں رکھ سکتے ہیں۔</w:t>
      </w:r>
    </w:p>
    <w:p>
      <w:r>
        <w:rPr>
          <w:b/>
        </w:rPr>
        <w:t xml:space="preserve">[38:54] </w:t>
      </w:r>
      <w:r>
        <w:t>to hum log hum log jagah dhoond rahe the to hamein aasani se aik parking mil gayi, wahan parking mein hum ne apni car park kari aur us ke boot mein stock tha to hum wahan se le ja ke distribution kar rahe the.</w:t>
      </w:r>
    </w:p>
    <w:p>
      <w:pPr>
        <w:jc w:val="right"/>
      </w:pPr>
      <w:r>
        <w:t>تو ہم لوگ ہم لوگ جگہ ڈھونڈ رہے تھے تو ہمیں آسانی سے ایک پارکنگ مل گئی، وہاں پارکنگ میں ہم نے اپنی کار پارک کری اور اس کے بوٹ میں اسٹاک تھا تو ہم وہاں سے لے جا کے ڈسٹریبیوشن کر رہے تھے۔</w:t>
      </w:r>
    </w:p>
    <w:p>
      <w:r>
        <w:rPr>
          <w:b/>
        </w:rPr>
        <w:t xml:space="preserve">[39:07] </w:t>
      </w:r>
      <w:r>
        <w:t>to yeh first day hamein hamein yeh cheez mil gayi to hum ne kar diya, lekin jab hum second day wahan pohnche to hamein wahan parking nahi mili. To hamare paas aik bohat bara question yeh tha ke hum kahan kahan apni car park karein, door parega to wahan se le jana mushkil parega.</w:t>
      </w:r>
    </w:p>
    <w:p>
      <w:pPr>
        <w:jc w:val="right"/>
      </w:pPr>
      <w:r>
        <w:t>تو یہ فرسٹ ڈے ہمیں ہمیں یہ چیز مل گئی تو ہم نے کر دیا، لیکن جب ہم سیکنڈ ڈے وہاں پہنچے تو ہمیں وہاں پارکنگ نہیں ملی۔ تو ہمارے پاس ایک بہت بڑا کوئسچن یہ تھا کہ ہم کہاں کہاں اپنی کار پارک کریں، دور پڑے گا تو وہاں سے لے جانا مشکل پڑے گا۔</w:t>
      </w:r>
    </w:p>
    <w:p>
      <w:r>
        <w:rPr>
          <w:b/>
        </w:rPr>
        <w:t xml:space="preserve">[39:25] </w:t>
      </w:r>
      <w:r>
        <w:t>to yeh hamare hamare ah poori planning mein aik bohat bara aik hurdle aa gaya tha. Allah ki wahan pe aisi madad aayi ke jin logon se hum hum ah thoda dar feel karte hain ke bhai yahan ki jo security system hai, yahan ki jo state police hai, wo hamein question karegi ke aap kahan yahan pe itna bara stock le ke aa rahe hain aur distribution kar rahe hain aur aap log kaise karenge.</w:t>
      </w:r>
    </w:p>
    <w:p>
      <w:pPr>
        <w:jc w:val="right"/>
      </w:pPr>
      <w:r>
        <w:t>تو یہ ہمارے ہمارے اہ پوری پلاننگ میں ایک بہت بڑا ایک ہرڈل آ گیا تھا۔ اللہ کی وہاں پہ ایسی مدد آئی کہ جن لوگوں سے ہم ہم اہ تھوڑا ڈر فیل کرتے ہیں کہ بھئی یہاں کی جو سیکیورٹی سسٹم ہے، یہاں کی جو اسٹیٹ پولیس ہے، وہ ہمیں کوئسچن کرے گی کہ آپ کہاں یہاں پہ اتنا بڑا اسٹاک لے کے آ رہے ہیں اور ڈسٹریبیوشن کر رہے ہیں اور آپ لوگ کیسے کریں گے۔</w:t>
      </w:r>
    </w:p>
    <w:p>
      <w:r>
        <w:rPr>
          <w:b/>
        </w:rPr>
        <w:t xml:space="preserve">[39:52] </w:t>
      </w:r>
      <w:r>
        <w:t>inhi logon ne hamein apne quran rakhne ki jagah batai aur organizer ka aik camp laga hua tha jahan rajasthan state police ke baithne ka intezam tha.</w:t>
      </w:r>
    </w:p>
    <w:p>
      <w:pPr>
        <w:jc w:val="right"/>
      </w:pPr>
      <w:r>
        <w:t>انہی لوگوں نے ہمیں اپنے قرآن رکھنے کی جگہ بتائی اور آرگنائزر کا ایک کیمپ لگا ہوا تھا جہاں راجستھان اسٹیٹ پولیس کے بیٹھنے کا انتظام تھا۔</w:t>
      </w:r>
    </w:p>
    <w:p>
      <w:r>
        <w:rPr>
          <w:b/>
        </w:rPr>
        <w:t xml:space="preserve">[40:05] </w:t>
      </w:r>
      <w:r>
        <w:t>wahan in logon se jab hum ne request kari to unhone apne camp mein hi wo poora stock rakhwa diya jo ke apne aap mein aik bilkul hi alag cheez thi.</w:t>
      </w:r>
    </w:p>
    <w:p>
      <w:pPr>
        <w:jc w:val="right"/>
      </w:pPr>
      <w:r>
        <w:t>وہاں ان لوگوں سے جب ہم نے ریکویسٹ کری تو انہوں نے اپنے کیمپ میں ہی وہ پورا اسٹاک رکھوا دیا جو کہ اپنے آپ میں ایک بالکل ہی الگ چیز تھی۔</w:t>
      </w:r>
    </w:p>
    <w:p>
      <w:r>
        <w:rPr>
          <w:b/>
        </w:rPr>
        <w:t xml:space="preserve">[40:16] </w:t>
      </w:r>
      <w:r>
        <w:t>aisa hum hum kabhi soch bhi nahi sakte the ke is camp mein quran ka stock wo sara ka sara rakhwa denge. Unhone wahan stock rakhwaya, unhone khud bhi quran ki copies leen, unko yeh jaan kar bari khushi hui ke quran unko hindi mein parhne mein mil raha hai.</w:t>
      </w:r>
    </w:p>
    <w:p>
      <w:pPr>
        <w:jc w:val="right"/>
      </w:pPr>
      <w:r>
        <w:t>ایسا ہم ہم کبھی سوچ بھی نہیں سکتے تھے کہ اس کیمپ میں قرآن کا اسٹاک وہ سارا کا سارا رکھوا دیں گے۔ انہوں نے وہاں اسٹاک رکھوایا، انہوں نے خود بھی قرآن کی کاپیز لیں، ان کو یہ جان کر بڑی خوشی ہوئی کہ قرآن ان کو ہندی میں پڑھنے میں مل رہا ہے۔</w:t>
      </w:r>
    </w:p>
    <w:p>
      <w:r>
        <w:rPr>
          <w:b/>
        </w:rPr>
        <w:t xml:space="preserve">[40:33] </w:t>
      </w:r>
      <w:r>
        <w:t>to aik aik police member ne wo wo ah quran ki hindi copy li, us ko wahin kuch logon ne wahan parhna bhi start kar diya aur unhone kaha ke aap yahan pe aram se rakhein, jaise hi aap ka stock khatam hota rahe, aap yahan se le ja ke distribute karte rahein.</w:t>
      </w:r>
    </w:p>
    <w:p>
      <w:pPr>
        <w:jc w:val="right"/>
      </w:pPr>
      <w:r>
        <w:t>تو ایک ایک پولیس ممبر نے وہ وہ اہ قرآن کی ہندی کاپی لی، اس کو وہیں کچھ لوگوں نے وہاں پڑھنا بھی سٹارٹ کر دیا اور انہوں نے کہا کہ آپ یہاں پہ آرام سے رکھیں، جیسے ہی آپ کا اسٹاک ختم ہوتا رہے، آپ یہاں سے لے جا کے ڈسٹریبیوٹ کرتے ہیں۔</w:t>
      </w:r>
    </w:p>
    <w:p>
      <w:r>
        <w:rPr>
          <w:b/>
        </w:rPr>
        <w:t xml:space="preserve">[40:49] </w:t>
      </w:r>
      <w:r>
        <w:t>to poora din hum ne wahin pe hi jo ke bohat pass tha jahan se hum distribution kar rahe the, wahin se hum stock le ja ke distribution kar rahe the. Hmm secondly wahan hum logon ko nahi pata tha, but jo hamare umri saathi hain, Maulana Iqbal Umri Sahab aur Maulana Fayaz Umri Sahab, wo bhi wahan maujood the.</w:t>
      </w:r>
    </w:p>
    <w:p>
      <w:pPr>
        <w:jc w:val="right"/>
      </w:pPr>
      <w:r>
        <w:t>تو پورا دن ہم نے وہیں پہ ہی جو کہ بہت پاس تھا جہاں سے ہم ڈسٹریبیوشن کر رہے تھے، وہیں سے ہم اسٹاک لے جا کے ڈسٹریبیوشن کر رہے تھے۔ ہمم سیکنڈلی وہاں ہم لوگوں کو نہیں پتہ تھا، بٹ جو ہمارے عمری ساتھی ہیں، مولانا اقبال عمری صاحب اور مولانا فیاض عمری صاحب، وہ بھی وہاں موجود تھے۔</w:t>
      </w:r>
    </w:p>
    <w:p>
      <w:r>
        <w:rPr>
          <w:b/>
        </w:rPr>
        <w:t xml:space="preserve">[41:12] </w:t>
      </w:r>
      <w:r>
        <w:t>to un ke aanay se bhi hamare kyunke hum sirf teen log gaye the, to un ke aanay se bhi hamein itna itni aasani hui ke jo jo laane le jaane ka kaam tha, wo unhone apne haath mein le liya aur hamein sirf wo laate the aur hum sirf distribution karte the.</w:t>
      </w:r>
    </w:p>
    <w:p>
      <w:pPr>
        <w:jc w:val="right"/>
      </w:pPr>
      <w:r>
        <w:t>تو ان کے آنے سے بھی ہمارے کیونکہ ہم صرف تین لوگ گئے تھے، تو ان کے آنے سے بھی ہمیں اتنا اتنی آسانی ہوئی کہ جو جو لانے لے جانے کا کام تھا، وہ انہوں نے اپنے ہاتھ میں لے لیا اور ہمیں صرف وہ لاتے تھے اور ہم صرف ڈسٹریبیوشن کرتے تھے۔</w:t>
      </w:r>
    </w:p>
    <w:p>
      <w:r>
        <w:rPr>
          <w:b/>
        </w:rPr>
        <w:t xml:space="preserve">[41:29] </w:t>
      </w:r>
      <w:r>
        <w:t>to mera mein jo major point aap logon se share karna chah raha tha, wo yahi tha ke bohat sari jagahon pe aisa hum feel karte hain ke yahan ki dynamic situation ko hum deal nahi kar payenge aur hamare paas koi platform nahi hai, kuch nahi hai, to hamari distribution mein aik hurdle aayega.</w:t>
      </w:r>
    </w:p>
    <w:p>
      <w:pPr>
        <w:jc w:val="right"/>
      </w:pPr>
      <w:r>
        <w:t>تو میرا میں جو میجر پوائنٹ آپ لوگوں سے شیئر کرنا چاہ رہا تھا، وہ یہی تھا کہ بہت ساری جگہوں پہ ایسا ہم فیل کرتے ہیں کہ یہاں کی ڈائنیمک سچویشن کو ہم ڈیل نہیں کر پائیں گے اور ہمارے پاس کوئی پلیٹ فارم نہیں ہے، کچھ نہیں ہے، تو ہماری ڈسٹریبیوشن میں ایک ہرڈل آئے گا۔</w:t>
      </w:r>
    </w:p>
    <w:p>
      <w:r>
        <w:rPr>
          <w:b/>
        </w:rPr>
        <w:t xml:space="preserve">[41:48] </w:t>
      </w:r>
      <w:r>
        <w:t>lekin itne saalon se Jaipur literature festival mein hum log jaate hain aur distribution karte hain, wahan aik bhi major hurdle hamare kaam mein, hamare kaam ke beech mein nahi aa paya aur sari cheezein Allah ke Allah ki madad se itni asan ho jati hain ke distribution aisa lagta hai ke jaise poora JLF hi hamare liye organize hua hai aur sab cheezein hamare liye organize hui hain, sirf hamein wahan ja ke khara hona hai.</w:t>
      </w:r>
    </w:p>
    <w:p>
      <w:pPr>
        <w:jc w:val="right"/>
      </w:pPr>
      <w:r>
        <w:t>لیکن اتنے سالوں سے جے پور لٹریچر فیسٹیول میں ہم لوگ جاتے ہیں اور ڈسٹریبیوشن کرتے ہیں، وہاں ایک بھی میجر ہرڈل ہمارے کام میں، ہمارے کام کے بیچ میں نہیں آ پایا اور ساری چیزیں اللہ کے اللہ کی مدد سے اتنی آسان ہو جاتی ہیں کہ ڈسٹریبیوشن ایسا لگتا ہے کہ جیسے پورا جے ایل ایف ہی ہمارے لیے آرگنائز ہوا ہے اور سب چیزیں ہمارے لیے آرگنائز ہوئی ہیں، صرف ہمیں وہاں جا کے کھڑا ہونا ہے۔</w:t>
      </w:r>
    </w:p>
    <w:p>
      <w:r>
        <w:rPr>
          <w:b/>
        </w:rPr>
        <w:t xml:space="preserve">[42:15] </w:t>
      </w:r>
      <w:r>
        <w:t>to yeh yeh apne aap mein ah bohat zyada ah hum logon ki yeh yeh cheez madad karti hai jis se hamein aik aik aage karne ke liye bhi aspiration milta hai ke hum kahin pe bhi ja ke distribution kar sakte hain.</w:t>
      </w:r>
    </w:p>
    <w:p>
      <w:pPr>
        <w:jc w:val="right"/>
      </w:pPr>
      <w:r>
        <w:t>تو یہ یہ اپنے آپ میں اہ بہت زیادہ اہ ہم لوگوں کی یہ یہ چیز مدد کرتی ہے جس سے ہمیں ایک ایک آگے کرنے کے لیے بھی ایسپریشن ملتا ہے کہ ہم کہیں پہ بھی جا کے ڈسٹریبیوشن کر سکتے ہیں۔</w:t>
      </w:r>
    </w:p>
    <w:p>
      <w:r>
        <w:rPr>
          <w:b/>
        </w:rPr>
        <w:t xml:space="preserve">[42:31] </w:t>
      </w:r>
      <w:r>
        <w:t>to yeh cheez mein share karna chahta tha. Thank you.</w:t>
      </w:r>
    </w:p>
    <w:p>
      <w:pPr>
        <w:jc w:val="right"/>
      </w:pPr>
      <w:r>
        <w:t>تو یہ چیز میں شیئر کرنا چاہتا تھا۔ تھینک یو۔</w:t>
      </w:r>
    </w:p>
    <w:p>
      <w:r>
        <w:rPr>
          <w:b/>
        </w:rPr>
        <w:t xml:space="preserve">[42:36] </w:t>
      </w:r>
      <w:r>
        <w:t>Masha Allah. Ji ab mein Vikrant se request karunga ke wo apna ah ah experience share karein. Thank you. Assalamualaikum,</w:t>
      </w:r>
    </w:p>
    <w:p>
      <w:pPr>
        <w:jc w:val="right"/>
      </w:pPr>
      <w:r>
        <w:t>ماشاءاللہ۔ جی اب میں وکرانت سے ریکویسٹ کروں گا کہ وہ اپنا اہ اہ ایکسپیرینس شیئر کریں۔ تھینک یو۔ السلام علیکم،</w:t>
      </w:r>
    </w:p>
    <w:p>
      <w:r>
        <w:rPr>
          <w:b/>
        </w:rPr>
        <w:t xml:space="preserve">[42:45] </w:t>
      </w:r>
      <w:r>
        <w:t>mera naam Vikrant hai aur is bar Jaipur literature fest mein mauqa mila dobara se jaane ka.</w:t>
      </w:r>
    </w:p>
    <w:p>
      <w:pPr>
        <w:jc w:val="right"/>
      </w:pPr>
      <w:r>
        <w:t>میرا نام وکرانت ہے اور اس بار جے پور لٹریچر فیسٹ میں موقع ملا دوبارہ سے جانے کا۔</w:t>
      </w:r>
    </w:p>
    <w:p>
      <w:r>
        <w:rPr>
          <w:b/>
        </w:rPr>
        <w:t xml:space="preserve">[42:54] </w:t>
      </w:r>
      <w:r>
        <w:t>hum log kafi waqt se JLF ki opportunity ko avail karte aa rahe hain, so yeh i think, i think saatwan saal tha hum logon ka.</w:t>
      </w:r>
    </w:p>
    <w:p>
      <w:pPr>
        <w:jc w:val="right"/>
      </w:pPr>
      <w:r>
        <w:t>ہم لوگ کافی وقت سے جے ایل ایف کی اپورچونیٹی کو اویل کرتے آ رہے ہیں، سو یہ آئی تھنک، آئی تھنک ساتواں سال تھا ہم لوگوں کا۔</w:t>
      </w:r>
    </w:p>
    <w:p>
      <w:r>
        <w:rPr>
          <w:b/>
        </w:rPr>
        <w:t xml:space="preserve">[43:06] </w:t>
      </w:r>
      <w:r>
        <w:t>aur jaisa ke har bar, jaise Faraz bhai ne bataya ke har bar aap ko alag experiences hote hain, to</w:t>
      </w:r>
    </w:p>
    <w:p>
      <w:pPr>
        <w:jc w:val="right"/>
      </w:pPr>
      <w:r>
        <w:t>اور جیسا کہ ہر بار، جیسے فراز بھائی نے بتایا کہ ہر بار آپ کو الگ ایکسپیرینسز ہوتے ہیں، 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