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 49 February 18, 2018</w:t>
      </w:r>
    </w:p>
    <w:p>
      <w:r>
        <w:t>https://www.youtube.com/watch?v=B8iGKnl3EXc</w:t>
      </w:r>
    </w:p>
    <w:p>
      <w:r>
        <w:rPr>
          <w:b/>
        </w:rPr>
        <w:t xml:space="preserve">[00:11] </w:t>
      </w:r>
      <w:r>
        <w:t>Bismillah Rehman ur Rahim,</w:t>
      </w:r>
    </w:p>
    <w:p>
      <w:pPr>
        <w:jc w:val="right"/>
      </w:pPr>
      <w:r>
        <w:t>بسم اللہ الرحمن الرحیم،</w:t>
      </w:r>
    </w:p>
    <w:p>
      <w:r>
        <w:rPr>
          <w:b/>
        </w:rPr>
        <w:t xml:space="preserve">[00:16] </w:t>
      </w:r>
      <w:r>
        <w:t>wa salli Allahu ala Nabiyyil Kareem. Rabb ishrah li sadri, wa yassir li amri, wahlul uqdatan min lisani yafqahu qawli.</w:t>
      </w:r>
    </w:p>
    <w:p>
      <w:pPr>
        <w:jc w:val="right"/>
      </w:pPr>
      <w:r>
        <w:t>وصلی اللہ علی النبی الکریم۔ رب اشرح لی صدری، ویسر لی امری، واحل العقدۃ من لسانی یفقہ قولی۔</w:t>
      </w:r>
    </w:p>
    <w:p>
      <w:r>
        <w:rPr>
          <w:b/>
        </w:rPr>
        <w:t xml:space="preserve">[00:35] </w:t>
      </w:r>
      <w:r>
        <w:t>18 February</w:t>
      </w:r>
    </w:p>
    <w:p>
      <w:pPr>
        <w:jc w:val="right"/>
      </w:pPr>
      <w:r>
        <w:t>18 فروری</w:t>
      </w:r>
    </w:p>
    <w:p>
      <w:r>
        <w:rPr>
          <w:b/>
        </w:rPr>
        <w:t xml:space="preserve">[00:39] </w:t>
      </w:r>
      <w:r>
        <w:t>2018۔</w:t>
      </w:r>
    </w:p>
    <w:p>
      <w:pPr>
        <w:jc w:val="right"/>
      </w:pPr>
      <w:r>
        <w:t>2018۔</w:t>
      </w:r>
    </w:p>
    <w:p>
      <w:r>
        <w:rPr>
          <w:b/>
        </w:rPr>
        <w:t xml:space="preserve">[00:51] </w:t>
      </w:r>
      <w:r>
        <w:t>Hajj mamool aaj bhi Quran ka dars hoga, Surah Baqarah ki kuch ayaton ki roshni mein.</w:t>
      </w:r>
    </w:p>
    <w:p>
      <w:pPr>
        <w:jc w:val="right"/>
      </w:pPr>
      <w:r>
        <w:t>حج معمول آج بھی قرآن کا درس ہوگا، سورہ بقرہ کی کچھ آیتوں کی روشنی میں۔</w:t>
      </w:r>
    </w:p>
    <w:p>
      <w:r>
        <w:rPr>
          <w:b/>
        </w:rPr>
        <w:t xml:space="preserve">[01:03] </w:t>
      </w:r>
      <w:r>
        <w:t>Yeh ayatein aur iska tarjuma pehle pesh kiya jayega, iske baad commentary hogi.</w:t>
      </w:r>
    </w:p>
    <w:p>
      <w:pPr>
        <w:jc w:val="right"/>
      </w:pPr>
      <w:r>
        <w:t>یہ آیتیں اور اس کا ترجمہ پہلے پیش کیا جائے گا، اس کے بعد کمنٹری ہوگی۔</w:t>
      </w:r>
    </w:p>
    <w:p>
      <w:r>
        <w:rPr>
          <w:b/>
        </w:rPr>
        <w:t xml:space="preserve">[01:14] </w:t>
      </w:r>
      <w:r>
        <w:t>Bismillah Rahman Rahim. Wa iz najjainakum min aale fir'auna yasoomunakum soo'al azabi yuzabbihoona abna'akum wa yastahyyoona nisa'akum, wa fi zaliikum balaoon mir rabbikum azeem.</w:t>
      </w:r>
    </w:p>
    <w:p>
      <w:pPr>
        <w:jc w:val="right"/>
      </w:pPr>
      <w:r>
        <w:t>بسم اللہ الرحمن الرحیم۔ وَإِذْ نَجَّيْنَاكُمْ مِنْ آلِ فِرْعَوْنَ يَسُومُونَكُمْ سُوءَ الْعَذَابِ يُذَبِّحُونَ أَبْنَائَكُمْ وَيَسْتَحِيُونَ نِسَاءَكُمْ، وَفِي ذَلِكُمْ بَلاءٌ مِنْ رَبِّكُمْ عَظِيمٌ۔</w:t>
      </w:r>
    </w:p>
    <w:p>
      <w:r>
        <w:rPr>
          <w:b/>
        </w:rPr>
        <w:t xml:space="preserve">[01:31] </w:t>
      </w:r>
      <w:r>
        <w:t>Wa iz farqna bikumul bahra fa anjainakum wa aghraqna aala fir'auna wa antum tanzuroon. Aur jab Firon ne tum ko, aur jab hum ne tum ko Firon ke logon se chudaya,</w:t>
      </w:r>
    </w:p>
    <w:p>
      <w:pPr>
        <w:jc w:val="right"/>
      </w:pPr>
      <w:r>
        <w:t>وَإِذْ فَرَقْنَا بِكُمْ الْبَحْرَ فَأَنْجَيْنَاكُمْ وَأَغْرَقْنَا آلَ فِرْعَوْنَ وَأَنْتُمْ تَنْظُرُونَ۔ اور جب فرعون نے تم کو، اور جب ہم نے تم کو فرعون کے لوگوں سے چھڑایا،</w:t>
      </w:r>
    </w:p>
    <w:p>
      <w:r>
        <w:rPr>
          <w:b/>
        </w:rPr>
        <w:t xml:space="preserve">[01:45] </w:t>
      </w:r>
      <w:r>
        <w:t>woh tum ko bari takleef dete thay, tumhare beton ko zabt karte aur tumhari auraton ko jeeti rakhte, aur is mein tumhare Rub ki taraf se bhari azmaish thi.</w:t>
      </w:r>
    </w:p>
    <w:p>
      <w:pPr>
        <w:jc w:val="right"/>
      </w:pPr>
      <w:r>
        <w:t>وہ تم کو بڑی تکلیف دیتے تھے، تمہارے بیٹوں کو ضبط کرتے اور تمہاری عورتوں کو جیتی رکھتے، اور اس میں تمہارے رب کی طرف سے بھاری آزمائش تھی۔</w:t>
      </w:r>
    </w:p>
    <w:p>
      <w:r>
        <w:rPr>
          <w:b/>
        </w:rPr>
        <w:t xml:space="preserve">[01:58] </w:t>
      </w:r>
      <w:r>
        <w:t>Aur jab hum ne darya ko phaar kar tumhein paar karaya, phir bachaya tum ko aur dubaya Firon ke logon ko, aur tum dekhte rahe.</w:t>
      </w:r>
    </w:p>
    <w:p>
      <w:pPr>
        <w:jc w:val="right"/>
      </w:pPr>
      <w:r>
        <w:t>اور جب ہم نے دریا کو پھاڑ کر تمہیں پار کرایا، پھر بچایا تم کو اور ڈبایا فرعون کے لوگوں کو، اور تم دیکھتے رہے۔</w:t>
      </w:r>
    </w:p>
    <w:p>
      <w:r>
        <w:rPr>
          <w:b/>
        </w:rPr>
        <w:t xml:space="preserve">[02:10] </w:t>
      </w:r>
      <w:r>
        <w:t>Surah Al-Baqarah, Surah number do, Ayat number 49, 50.</w:t>
      </w:r>
    </w:p>
    <w:p>
      <w:pPr>
        <w:jc w:val="right"/>
      </w:pPr>
      <w:r>
        <w:t>سورہ البقرہ، سورہ نمبر دو، آیت نمبر 49، 50۔</w:t>
      </w:r>
    </w:p>
    <w:p>
      <w:r>
        <w:rPr>
          <w:b/>
        </w:rPr>
        <w:t xml:space="preserve">[02:16] </w:t>
      </w:r>
      <w:r>
        <w:t>Dekhiye, Quran ki is Ayat mein bazahir</w:t>
      </w:r>
    </w:p>
    <w:p>
      <w:pPr>
        <w:jc w:val="right"/>
      </w:pPr>
      <w:r>
        <w:t>دیکھیے، قرآن کی اس آیت میں بظاہر</w:t>
      </w:r>
    </w:p>
    <w:p>
      <w:r>
        <w:rPr>
          <w:b/>
        </w:rPr>
        <w:t xml:space="preserve">[02:25] </w:t>
      </w:r>
      <w:r>
        <w:t>qadeem zamane ke Misri badshah</w:t>
      </w:r>
    </w:p>
    <w:p>
      <w:pPr>
        <w:jc w:val="right"/>
      </w:pPr>
      <w:r>
        <w:t>قدیم زمانے کے مصری بادشاہ</w:t>
      </w:r>
    </w:p>
    <w:p>
      <w:r>
        <w:rPr>
          <w:b/>
        </w:rPr>
        <w:t xml:space="preserve">[02:33] </w:t>
      </w:r>
      <w:r>
        <w:t>Firon ka zikr hai,</w:t>
      </w:r>
    </w:p>
    <w:p>
      <w:pPr>
        <w:jc w:val="right"/>
      </w:pPr>
      <w:r>
        <w:t>فرعون کا ذکر ہے،</w:t>
      </w:r>
    </w:p>
    <w:p>
      <w:r>
        <w:rPr>
          <w:b/>
        </w:rPr>
        <w:t xml:space="preserve">[02:38] </w:t>
      </w:r>
      <w:r>
        <w:t>jis ne zulm kiya tha Bani Israel par. Lekin haqeeqat mein yeh door ki baat hai. Ek daur tha jab ke badshahon ko yeh mauqa milta tha ke woh is tarah ka zulm karein.</w:t>
      </w:r>
    </w:p>
    <w:p>
      <w:pPr>
        <w:jc w:val="right"/>
      </w:pPr>
      <w:r>
        <w:t>جس نے ظلم کیا تھا بنی اسرائیل پر۔ لیکن حقیقت میں یہ دور کی بات ہے۔ ایک دور تھا جب کہ بادشاہوں کو یہ موقع ملتا تھا کہ وہ اس طرح کا ظلم کریں۔</w:t>
      </w:r>
    </w:p>
    <w:p>
      <w:r>
        <w:rPr>
          <w:b/>
        </w:rPr>
        <w:t xml:space="preserve">[02:57] </w:t>
      </w:r>
      <w:r>
        <w:t>Aaj koi hakim aaj zulm nahi kar sakta, woh daur khatam ho gaya.</w:t>
      </w:r>
    </w:p>
    <w:p>
      <w:pPr>
        <w:jc w:val="right"/>
      </w:pPr>
      <w:r>
        <w:t>آج کوئی حاکم آج ظلم نہیں کر سکتا، وہ دور ختم ہو گیا۔</w:t>
      </w:r>
    </w:p>
    <w:p>
      <w:r>
        <w:rPr>
          <w:b/>
        </w:rPr>
        <w:t xml:space="preserve">[03:06] </w:t>
      </w:r>
      <w:r>
        <w:t>Teesre aitbaar se aap is par ghaur kijiye to maloom hoga ke yeh door ki baat hai, na ke sirf Firon ki baat.</w:t>
      </w:r>
    </w:p>
    <w:p>
      <w:pPr>
        <w:jc w:val="right"/>
      </w:pPr>
      <w:r>
        <w:t>تیسرے اعتبار سے آپ اس پر غور کیجئے تو معلوم ہوگا کہ یہ دور کی بات ہے، نہ کہ صرف فرعون کی بات۔</w:t>
      </w:r>
    </w:p>
    <w:p>
      <w:r>
        <w:rPr>
          <w:b/>
        </w:rPr>
        <w:t xml:space="preserve">[03:20] </w:t>
      </w:r>
      <w:r>
        <w:t>Jab is tarah aap sochenge, tab is mein aap ko shukr ka bohat bara item milega. Sirf Firon, Firon sochenge aap to aap ko koi shukr ka item nahi milega.</w:t>
      </w:r>
    </w:p>
    <w:p>
      <w:pPr>
        <w:jc w:val="right"/>
      </w:pPr>
      <w:r>
        <w:t>جب اس طرح آپ سوچیں گے، تب اس میں آپ کو شکر کا بہت بڑا آئٹم ملے گا۔ صرف فرعون، فرعون سوچیں گے آپ تو آپ کو کوئی شکر کا آئٹم نہیں ملے گا۔</w:t>
      </w:r>
    </w:p>
    <w:p>
      <w:r>
        <w:rPr>
          <w:b/>
        </w:rPr>
        <w:t xml:space="preserve">[03:37] </w:t>
      </w:r>
      <w:r>
        <w:t>Is mein aap ko ishara milega ke Sahaba ne jo dua ki thi, kis tarah woh dua poori hui. Jo dua ki thi isi Surah ke aakhir mein ke: "Rabbana wa la tuhammilna ma la taqata lana bihi".</w:t>
      </w:r>
    </w:p>
    <w:p>
      <w:pPr>
        <w:jc w:val="right"/>
      </w:pPr>
      <w:r>
        <w:t>اس میں آپ کو اشارہ ملے گا کہ صحابہ نے جو دعا کی تھی، کس طرح وہ دعا پوری ہوئی۔ جو دعا کی تھی اسی سورہ کے آخر میں کہ: "ربنا ولا تحملنا ما لا طاقت لنبی"۔</w:t>
      </w:r>
    </w:p>
    <w:p>
      <w:r>
        <w:rPr>
          <w:b/>
        </w:rPr>
        <w:t xml:space="preserve">[03:56] </w:t>
      </w:r>
      <w:r>
        <w:t>Yeh do ayatein padhiye is tarjume ke sath</w:t>
      </w:r>
    </w:p>
    <w:p>
      <w:pPr>
        <w:jc w:val="right"/>
      </w:pPr>
      <w:r>
        <w:t>یہ دو آیتیں پڑھیے اس ترجمے کے ساتھ</w:t>
      </w:r>
    </w:p>
    <w:p>
      <w:r>
        <w:rPr>
          <w:b/>
        </w:rPr>
        <w:t xml:space="preserve">[03:59] </w:t>
      </w:r>
      <w:r>
        <w:t>La yukallifullahu nafsan illa wus'aha, laha ma kasabat wa 'alayha maktasabat. Rabbana la tu'akhizna in naseena aw akhtana.</w:t>
      </w:r>
    </w:p>
    <w:p>
      <w:pPr>
        <w:jc w:val="right"/>
      </w:pPr>
      <w:r>
        <w:t>۔ لا یکلف اللہ نفسا الا وسعہ لہا ما کسبت وعلیہ ما اکتسبت۔ ربنا لا تؤاخذنا ان نسینا او اختانا۔</w:t>
      </w:r>
    </w:p>
    <w:p>
      <w:r>
        <w:rPr>
          <w:b/>
        </w:rPr>
        <w:t xml:space="preserve">[04:09] </w:t>
      </w:r>
      <w:r>
        <w:t>Rabbana wa la tahmil 'alayna isran kama hamaltahu 'alal lazeena min qablina. Rabbana wa la tuhammilna ma la taqata lana bihi.</w:t>
      </w:r>
    </w:p>
    <w:p>
      <w:pPr>
        <w:jc w:val="right"/>
      </w:pPr>
      <w:r>
        <w:t>ربنا ولا تحمل علینا اسرا کما حملتہ علی الذین من قبلنا۔ ربنا ولا تحملنا ما لا طاقت لنا بھی۔</w:t>
      </w:r>
    </w:p>
    <w:p>
      <w:r>
        <w:rPr>
          <w:b/>
        </w:rPr>
        <w:t xml:space="preserve">[04:18] </w:t>
      </w:r>
      <w:r>
        <w:t>Bas yeh do ayaton ki tarjuma padhiye, aakhri do ayatein. Ae Allah,</w:t>
      </w:r>
    </w:p>
    <w:p>
      <w:pPr>
        <w:jc w:val="right"/>
      </w:pPr>
      <w:r>
        <w:t>بس یہ دو آیتوں کی ترجمہ پڑھیے، آخری دو آیتیں۔ اے اللہ،</w:t>
      </w:r>
    </w:p>
    <w:p>
      <w:r>
        <w:rPr>
          <w:b/>
        </w:rPr>
        <w:t xml:space="preserve">[04:24] </w:t>
      </w:r>
      <w:r>
        <w:t>humare upar to na bojh bojh na daal jaisa tu ne hum se pehloon par dala, aur hum ko humare upar itna na daal jis ki hum ko taqat nahi hai.</w:t>
      </w:r>
    </w:p>
    <w:p>
      <w:pPr>
        <w:jc w:val="right"/>
      </w:pPr>
      <w:r>
        <w:t>ہمارے اوپر تو نہ بوجھ بوجھ نہ ڈال جیسا تو نے ہم سے پہلوں پر ڈالا، اور ہم کو ہمارے اوپر اتنا نہ ڈال جس کی ہم کو طاقت نہیں ہے۔</w:t>
      </w:r>
    </w:p>
    <w:p>
      <w:r>
        <w:rPr>
          <w:b/>
        </w:rPr>
        <w:t xml:space="preserve">[04:37] </w:t>
      </w:r>
      <w:r>
        <w:t>In dono ayaton ko mila kar padhiye to is mein aap ko shukr ka bohat bara item milega.</w:t>
      </w:r>
    </w:p>
    <w:p>
      <w:pPr>
        <w:jc w:val="right"/>
      </w:pPr>
      <w:r>
        <w:t>ان دونوں آیتوں کو ملا کر پڑھیے تو اس میں آپ کو شکر کا بہت بڑا آئٹم ملے گا۔</w:t>
      </w:r>
    </w:p>
    <w:p>
      <w:r>
        <w:rPr>
          <w:b/>
        </w:rPr>
        <w:t xml:space="preserve">[04:47] </w:t>
      </w:r>
      <w:r>
        <w:t>Pehla daur jo Firon ke zamane mein tha, woh ek badshah ki baat nahi thi, daur ki baat thi.</w:t>
      </w:r>
    </w:p>
    <w:p>
      <w:pPr>
        <w:jc w:val="right"/>
      </w:pPr>
      <w:r>
        <w:t>پہلا دور جو فرعون کے زمانے میں تھا، وہ ایک بادشاہ کی بات نہیں تھی، دور کی بات تھی۔</w:t>
      </w:r>
    </w:p>
    <w:p>
      <w:r>
        <w:rPr>
          <w:b/>
        </w:rPr>
        <w:t xml:space="preserve">[04:58] </w:t>
      </w:r>
      <w:r>
        <w:t>Is daur mein badshah hua karte thay, woh despotic king hotay thay. Despotic king.</w:t>
      </w:r>
    </w:p>
    <w:p>
      <w:pPr>
        <w:jc w:val="right"/>
      </w:pPr>
      <w:r>
        <w:t>اس دور میں بادشاہ ہوا کرتے تھے، وہ ڈیسپوٹک کنگ ہوتے تھے۔ ڈیسپوٹک کنگ۔</w:t>
      </w:r>
    </w:p>
    <w:p>
      <w:r>
        <w:rPr>
          <w:b/>
        </w:rPr>
        <w:t xml:space="preserve">[05:10] </w:t>
      </w:r>
      <w:r>
        <w:t>Jo un ki marzi, wohi qanoon. Un ko koi rokne wala nahi tha. Us waqt ka law, us waqt ka riwaj yahi hota tha.</w:t>
      </w:r>
    </w:p>
    <w:p>
      <w:pPr>
        <w:jc w:val="right"/>
      </w:pPr>
      <w:r>
        <w:t>جو ان کی مرضی، وہی قانون۔ ان کو کوئی روکنے والا نہیں تھا۔ اس وقت کا لا، اس وقت کا رواج یہی ہوتا تھا۔</w:t>
      </w:r>
    </w:p>
    <w:p>
      <w:r>
        <w:rPr>
          <w:b/>
        </w:rPr>
        <w:t xml:space="preserve">[05:22] </w:t>
      </w:r>
      <w:r>
        <w:t>phir ek jo dua hai, us ke baad jo dua hai, phir naya daur aaya jab ke logon ke liye aasaniyan ho gayeen.</w:t>
      </w:r>
    </w:p>
    <w:p>
      <w:pPr>
        <w:jc w:val="right"/>
      </w:pPr>
      <w:r>
        <w:t>پھر ایک جو دعا ہے، اس کے بعد جو دعا ہے، پھر نیا دور آیا جب کہ لوگوں کے لیے آسانیاں ہو گئیں۔</w:t>
      </w:r>
    </w:p>
    <w:p>
      <w:r>
        <w:rPr>
          <w:b/>
        </w:rPr>
        <w:t xml:space="preserve">[05:36] </w:t>
      </w:r>
      <w:r>
        <w:t>jab ke political jabar khatm hua, jab ke siyasi tashaddud khatm hua, to woh bhi ek daur ki baat hai, yeh bhi ek daur ki baat hai.</w:t>
      </w:r>
    </w:p>
    <w:p>
      <w:pPr>
        <w:jc w:val="right"/>
      </w:pPr>
      <w:r>
        <w:t>جب کہ پولیٹیکل جبر ختم ہوا، جب کہ سیاسی تشدد ختم ہوا، تو وہ بھی ایک دور کی بات ہے، یہ بھی ایک دور کی بات ہے۔</w:t>
      </w:r>
    </w:p>
    <w:p>
      <w:r>
        <w:rPr>
          <w:b/>
        </w:rPr>
        <w:t xml:space="preserve">[05:50] </w:t>
      </w:r>
      <w:r>
        <w:t>is ka matlab ke pehle zamanay ke jo ahle iman thay, jo dawat ka kaam karte thay, dawat o shahadat ka kaam, un ko bohat ziyada sakht halaat mein karna parta tha.</w:t>
      </w:r>
    </w:p>
    <w:p>
      <w:pPr>
        <w:jc w:val="right"/>
      </w:pPr>
      <w:r>
        <w:t>اس کا معنی کہ پہلے زمانے کے جو اہل ایمان تھے، جو دعوت کا کام کرتے تھے، دعوت و شہادت کا کام، ان کو بہت زیادہ سخت حالات میں کرنا پڑتا تھا۔</w:t>
      </w:r>
    </w:p>
    <w:p>
      <w:r>
        <w:rPr>
          <w:b/>
        </w:rPr>
        <w:t xml:space="preserve">[06:08] </w:t>
      </w:r>
      <w:r>
        <w:t>aur aaj jo halaat hain hamare zamanay mein, to dawat ka kaam ek aasan kaam ban chuka hai. Isi silsilay mein ek hadith mein aap ko chahta hoon ke aap is par ghore karen.</w:t>
      </w:r>
    </w:p>
    <w:p>
      <w:pPr>
        <w:jc w:val="right"/>
      </w:pPr>
      <w:r>
        <w:t>اور آج جو حالات ہیں ہمارے زمانے میں، تو دعوت کا کام ایک آسان کام بن چکا ہے۔ اسی سلسلے میں ایک حدیث میں آپ کو چاہتا ہوں کہ آپ اس پر غور کریں۔</w:t>
      </w:r>
    </w:p>
    <w:p>
      <w:r>
        <w:rPr>
          <w:b/>
        </w:rPr>
        <w:t xml:space="preserve">[06:23] </w:t>
      </w:r>
      <w:r>
        <w:t>woh hadith parhiye to is mein yeh ke tum jaldi kar rahe ho, warna ek daur aaye ga jab ke.</w:t>
      </w:r>
    </w:p>
    <w:p>
      <w:pPr>
        <w:jc w:val="right"/>
      </w:pPr>
      <w:r>
        <w:t>وہ حدیث پڑھیے تو اس میں یہ کہ تم جلدی کر رہے ہو، ورنہ ایک دور آئے گا جب کہ۔</w:t>
      </w:r>
    </w:p>
    <w:p>
      <w:r>
        <w:rPr>
          <w:b/>
        </w:rPr>
        <w:t xml:space="preserve">[06:31] </w:t>
      </w:r>
      <w:r>
        <w:t>an khabab ibn al-ard qala: "shakawna ila rasul Allah sallallahu alayhi wa sallam wa huwa mutawassit burdah lah fi dhil al-ka'bah.</w:t>
      </w:r>
    </w:p>
    <w:p>
      <w:pPr>
        <w:jc w:val="right"/>
      </w:pPr>
      <w:r>
        <w:t>عن خباب ابن العرض قال: "شکونا الی رسول اللہ صلی اللہ علیہ وسلم وھو متوسط بردۃ لہ فی ذل الکعبۃ۔</w:t>
      </w:r>
    </w:p>
    <w:p>
      <w:r>
        <w:rPr>
          <w:b/>
        </w:rPr>
        <w:t xml:space="preserve">[06:40] </w:t>
      </w:r>
      <w:r>
        <w:t>qulna lah: ala tastansiru lana, ala tad'u Allah lana." qala: "kana al-rajul fi man qablakum yuhfar lah fi al-ard, fayuj'al feehi, fayuja' bi al-minshari, fayuza 'ala rasihi, fayashaqqa bi-thnayn,</w:t>
      </w:r>
    </w:p>
    <w:p>
      <w:pPr>
        <w:jc w:val="right"/>
      </w:pPr>
      <w:r>
        <w:t>قلنا لہ: الا تستنصر لنا، الا تدعو اللہ لنا۔" قال: "کان الرجل فی من قبلکم یحفر لہ فی الارض، فیجعل فیہ، فیجا بالمنشاری، فیوز علی راسہ، فیشق باثنتین،</w:t>
      </w:r>
    </w:p>
    <w:p>
      <w:r>
        <w:rPr>
          <w:b/>
        </w:rPr>
        <w:t xml:space="preserve">[06:58] </w:t>
      </w:r>
      <w:r>
        <w:t>wa ma yasudduhu dhalika 'an deenihi, wa yumsatu bi-mshati al-hadid ma duna lahmihi min 'azmin aw 'asabin, wa ma yasudduhu dhalika 'an deenihi.</w:t>
      </w:r>
    </w:p>
    <w:p>
      <w:pPr>
        <w:jc w:val="right"/>
      </w:pPr>
      <w:r>
        <w:t>وما یسدہ ذالک عن دینہ، ویمشت بامشات الحدید ما دون لحمہ من عزم او عصب، وما یسدہ ذالک عن دینہ۔</w:t>
      </w:r>
    </w:p>
    <w:p>
      <w:r>
        <w:rPr>
          <w:b/>
        </w:rPr>
        <w:t xml:space="preserve">[07:10] </w:t>
      </w:r>
      <w:r>
        <w:t>wa Allah, la yutimmann al-amra hatta yushir al-rakibu min san'a ila hadramawt, la yakhafu illa Allah 'ala ghanamihi, walakinnakum tast'ajilun." khabab bin 'ard riwayat karte hain ke hum ne rasul Allah sallallahu alayhi wa sallam ke pas shikayat ki.</w:t>
      </w:r>
    </w:p>
    <w:p>
      <w:pPr>
        <w:jc w:val="right"/>
      </w:pPr>
      <w:r>
        <w:t>واللہ، لیتمن الامر حتی یشیر الراکب من صنعا الی حضر موت، لا یخاف الا اللہ علی غنمہ، ولكنکم تستعجلون۔" خباب بن عرض روایت کرتے ہیں کہ ہم نے رسول اللہ صلی اللہ علیہ وسلم کے پاس شکایت کی۔</w:t>
      </w:r>
    </w:p>
    <w:p>
      <w:r>
        <w:rPr>
          <w:b/>
        </w:rPr>
        <w:t xml:space="preserve">[07:32] </w:t>
      </w:r>
      <w:r>
        <w:t>us waqt aap ka'bah ke saye mein apni chadar ko takiya banaye hue lete thay. Hum ne kaha: "kya aap hamare liye madad talab nahi karte?</w:t>
      </w:r>
    </w:p>
    <w:p>
      <w:pPr>
        <w:jc w:val="right"/>
      </w:pPr>
      <w:r>
        <w:t>اس وقت آپ کعبہ کے سائے میں اپنی چادر کو تکیہ بنائے ہوئے لیٹے تھے۔ ہم نے کہا: "کیا آپ ہمارے لیے مدد طلب نہیں کرتے؟</w:t>
      </w:r>
    </w:p>
    <w:p>
      <w:r>
        <w:rPr>
          <w:b/>
        </w:rPr>
        <w:t xml:space="preserve">[07:43] </w:t>
      </w:r>
      <w:r>
        <w:t>kya aap hamare liye Allah se dua nahi karte?" aap ne kaha ke: "tum se pehle aadmi tha, us ke liye zameen mein kura khoda jata, us mein us ko daal diya jata,</w:t>
      </w:r>
    </w:p>
    <w:p>
      <w:pPr>
        <w:jc w:val="right"/>
      </w:pPr>
      <w:r>
        <w:t>کیا آپ ہمارے لیے اللہ سے دعا نہیں کرتے؟" آپ نے کہا کہ: "تم سے پہلے آدمی تھا، اس کے لیے زمین میں کڑا کھودا جاتا، اس میں اس کو ڈال دیا جاتا،</w:t>
      </w:r>
    </w:p>
    <w:p>
      <w:r>
        <w:rPr>
          <w:b/>
        </w:rPr>
        <w:t xml:space="preserve">[07:58] </w:t>
      </w:r>
      <w:r>
        <w:t>phir ara laya jata, aur us ko us ke sar sar par rakh kar us ki body ko do hisse mein taqseem kar diya jata.</w:t>
      </w:r>
    </w:p>
    <w:p>
      <w:pPr>
        <w:jc w:val="right"/>
      </w:pPr>
      <w:r>
        <w:t>پھر ارا لایا جاتا، اور اس کو اس کے سر سر پر رکھ کر اس کی باڈی کو دو حصے میں تقسیم کر دیا جاتا۔</w:t>
      </w:r>
    </w:p>
    <w:p>
      <w:r>
        <w:rPr>
          <w:b/>
        </w:rPr>
        <w:t xml:space="preserve">[08:09] </w:t>
      </w:r>
      <w:r>
        <w:t>lekin yeh cheez us ko us ke deen se rokti nahi thi. Lohay ki kanghi se us ke gosht mein kanghi ki jati, us ke gosht aur us ke pathay ke darmiyan, aur yeh cheez us ko us ke deen se nahi rokti thi.</w:t>
      </w:r>
    </w:p>
    <w:p>
      <w:pPr>
        <w:jc w:val="right"/>
      </w:pPr>
      <w:r>
        <w:t>لیکن یہ چیز اس کو اس کے دین سے روکتی نہیں تھی۔ لوہے کی کنگھی سے اس کے گوشت میں کنگھی کی جاتی، اس کے گوشت اور اس کے پٹھے کے درمیان، اور یہ چیز اس کو اس کے دین سے نہیں روکتی تھی۔</w:t>
      </w:r>
    </w:p>
    <w:p>
      <w:r>
        <w:rPr>
          <w:b/>
        </w:rPr>
        <w:t xml:space="preserve">[08:27] </w:t>
      </w:r>
      <w:r>
        <w:t>Khuda ki qasam, yeh mo'amla zaroor poora hoga, yahan tak ke ek sawar san'a se hadramawt tak jayega, aur us ko sirf Allah ka khauf hoga ya apni bakriyon par bher ka.</w:t>
      </w:r>
    </w:p>
    <w:p>
      <w:pPr>
        <w:jc w:val="right"/>
      </w:pPr>
      <w:r>
        <w:t>خدا کی قسم، یہ معاملہ ضرور پورا ہوگا، یہاں تک کہ ایک سوار صنعا سے حضر موت تک جائے گا، اور اس کو صرف اللہ کا خوف ہوگا یا اپنی بکریوں پر بھیڑ کا۔</w:t>
      </w:r>
    </w:p>
    <w:p>
      <w:r>
        <w:rPr>
          <w:b/>
        </w:rPr>
        <w:t xml:space="preserve">[08:40] </w:t>
      </w:r>
      <w:r>
        <w:t>lekin tum log jaldi karte ho." sahih al-bukhari hadith number 3612.</w:t>
      </w:r>
    </w:p>
    <w:p>
      <w:pPr>
        <w:jc w:val="right"/>
      </w:pPr>
      <w:r>
        <w:t>لیکن تم لوگ جلدی کرتے ہو۔" صحیح البخاری حدیث نمبر 3612۔</w:t>
      </w:r>
    </w:p>
    <w:p>
      <w:r>
        <w:rPr>
          <w:b/>
        </w:rPr>
        <w:t xml:space="preserve">[08:48] </w:t>
      </w:r>
      <w:r>
        <w:t>dekhiye, is hadith mein tareekh ke dono dauron ka zikr hai. Yani qadeem zamanay mein duniya mein resistance persecution ka daur tha,</w:t>
      </w:r>
    </w:p>
    <w:p>
      <w:pPr>
        <w:jc w:val="right"/>
      </w:pPr>
      <w:r>
        <w:t>دیکھیے، اس حدیث میں تاریخ کے دونوں دوروں کا ذکر ہے۔ یعنی قدیم زمانے میں دنیا میں ریزسٹ پرسیکیوشن کا دور تھا،</w:t>
      </w:r>
    </w:p>
    <w:p>
      <w:r>
        <w:rPr>
          <w:b/>
        </w:rPr>
        <w:t xml:space="preserve">[09:05] </w:t>
      </w:r>
      <w:r>
        <w:t>resistance mazhabi jabar,</w:t>
      </w:r>
    </w:p>
    <w:p>
      <w:pPr>
        <w:jc w:val="right"/>
      </w:pPr>
      <w:r>
        <w:t>ریزسٹ مذہبی جبر،</w:t>
      </w:r>
    </w:p>
    <w:p>
      <w:r>
        <w:rPr>
          <w:b/>
        </w:rPr>
        <w:t xml:space="preserve">[09:13] </w:t>
      </w:r>
      <w:r>
        <w:t>aakhir shadeed tareen soorat mein. Lekin rasul Allah ne farmaya ke ek daur hamesha baqi nahi rahega, badlega.</w:t>
      </w:r>
    </w:p>
    <w:p>
      <w:pPr>
        <w:jc w:val="right"/>
      </w:pPr>
      <w:r>
        <w:t>آخر شدید ترین صورت میں۔ لیکن رسول اللہ نے فرمایا کہ ایک دور ہمیشہ باقی نہیں رہے گا، بدلے گا۔</w:t>
      </w:r>
    </w:p>
    <w:p>
      <w:r>
        <w:rPr>
          <w:b/>
        </w:rPr>
        <w:t xml:space="preserve">[09:24] </w:t>
      </w:r>
      <w:r>
        <w:t>mazhabi jabar ka daur khatm hoga, resistance persecution ka daur khatm hoga, aur bilkul</w:t>
      </w:r>
    </w:p>
    <w:p>
      <w:pPr>
        <w:jc w:val="right"/>
      </w:pPr>
      <w:r>
        <w:t>مذہبی جبر کا دور ختم ہوگا، ریزسٹ پرسیکیوشن کا دور ختم ہوگا، اور بالکل</w:t>
      </w:r>
    </w:p>
    <w:p>
      <w:r>
        <w:rPr>
          <w:b/>
        </w:rPr>
        <w:t xml:space="preserve">[09:35] </w:t>
      </w:r>
      <w:r>
        <w:t>aman ke halaat mein dawat ka kaam karna mumkin ho jayega. Yahan tak ke ek tanhay musafir apne oont par baith kar ke yahan se wahan jayega, aur us ko koi khauf nahi hoga.</w:t>
      </w:r>
    </w:p>
    <w:p>
      <w:pPr>
        <w:jc w:val="right"/>
      </w:pPr>
      <w:r>
        <w:t>امن کے حالات میں دعوت کا کام کرنا ممکن ہو جائے گا۔ یہاں تک کہ ایک تنہا مسافر اپنے اونٹ پر بیٹھ کر کے یہاں سے وہاں جائے گا، اور اس کو کوئی خوف نہیں ہوگا۔</w:t>
      </w:r>
    </w:p>
    <w:p>
      <w:r>
        <w:rPr>
          <w:b/>
        </w:rPr>
        <w:t xml:space="preserve">[09:49] </w:t>
      </w:r>
      <w:r>
        <w:t>aaj aap jante hain ke aadmi hawai jahaz se jata hai, sari duniya mein, aur us ko koi khauf nahi hota.</w:t>
      </w:r>
    </w:p>
    <w:p>
      <w:pPr>
        <w:jc w:val="right"/>
      </w:pPr>
      <w:r>
        <w:t>آج آپ جانتے ہیں کہ آدمی ہوا جہاز سے جاتا ہے، ساری دنیا میں، اور اس کو کوئی خوف نہیں ہوتا۔</w:t>
      </w:r>
    </w:p>
    <w:p>
      <w:r>
        <w:rPr>
          <w:b/>
        </w:rPr>
        <w:t xml:space="preserve">[10:00] </w:t>
      </w:r>
      <w:r>
        <w:t>to yeh ayat darasal shukr ki ayat hai. Yeh ayat ek taraf pichlay daur ko batati hai ke kaise kaise halaat mein logon ne kaam kiya dawat ka,</w:t>
      </w:r>
    </w:p>
    <w:p>
      <w:pPr>
        <w:jc w:val="right"/>
      </w:pPr>
      <w:r>
        <w:t>تو یہ آیت دراصل شکر کی آیت ہے۔ یہ آیت ایک طرف پچھلے دور کو بتاتی ہے کہ کیسے کیسے حالات میں لوگوں نے کام کیا دعوت کا،</w:t>
      </w:r>
    </w:p>
    <w:p>
      <w:r>
        <w:rPr>
          <w:b/>
        </w:rPr>
        <w:t xml:space="preserve">[10:18] </w:t>
      </w:r>
      <w:r>
        <w:t>aur phir yeh batati hai ke Allah kis tarah halaat ko badlega. Dekhein, is tarah ka jo badlav aata hai tareekh mein, to woh aasani se nahi aata.</w:t>
      </w:r>
    </w:p>
    <w:p>
      <w:pPr>
        <w:jc w:val="right"/>
      </w:pPr>
      <w:r>
        <w:t>اور پھر یہ بتاتی ہے کہ اللہ کس طرح حالات کو بدلے گا۔ دیکھیں، اس طرح کا جو بدلاؤ آتا ہے تاریخ میں، تو وہ آسانی سے نہیں آتا۔</w:t>
      </w:r>
    </w:p>
    <w:p>
      <w:r>
        <w:rPr>
          <w:b/>
        </w:rPr>
        <w:t xml:space="preserve">[10:34] </w:t>
      </w:r>
      <w:r>
        <w:t>is ke liye bohat se process chalte hain, bohat sare halaat guzarte hain, tab ja kar woh waqt aata hai.</w:t>
      </w:r>
    </w:p>
    <w:p>
      <w:pPr>
        <w:jc w:val="right"/>
      </w:pPr>
      <w:r>
        <w:t>اس کے لیے بہت سے پراسیس چلتے ہیں، بہت سارے حالات گزرتے ہیں، تب جا کر وہ وقت آتا ہے۔</w:t>
      </w:r>
    </w:p>
    <w:p>
      <w:r>
        <w:rPr>
          <w:b/>
        </w:rPr>
        <w:t xml:space="preserve">[10:48] </w:t>
      </w:r>
      <w:r>
        <w:t>to qadeem zamanay mein hazaron saal tak yeh mazhabi tashaddud ka daur tha, resistance persecution ka daur tha.</w:t>
      </w:r>
    </w:p>
    <w:p>
      <w:pPr>
        <w:jc w:val="right"/>
      </w:pPr>
      <w:r>
        <w:t>تو قدیم زمانے میں ہزاروں سال تک یہ مذہبی تشدد کا دور تھا، ریزسٹ پرسیکیوشن کا دور تھا۔</w:t>
      </w:r>
    </w:p>
    <w:p>
      <w:r>
        <w:rPr>
          <w:b/>
        </w:rPr>
        <w:t xml:space="preserve">[11:00] </w:t>
      </w:r>
      <w:r>
        <w:t>phir rasool Allah ke zamane mein jo tabdiliyan huin,</w:t>
      </w:r>
    </w:p>
    <w:p>
      <w:pPr>
        <w:jc w:val="right"/>
      </w:pPr>
      <w:r>
        <w:t>پھر رسول اللہ کے زمانے میں جو تبدیلیاں ہوئیں،</w:t>
      </w:r>
    </w:p>
    <w:p>
      <w:r>
        <w:rPr>
          <w:b/>
        </w:rPr>
        <w:t xml:space="preserve">[11:10] </w:t>
      </w:r>
      <w:r>
        <w:t>is zamane mein logon ne jo jihad kiya, woh isi ke khilaf jihad tha.</w:t>
      </w:r>
    </w:p>
    <w:p>
      <w:pPr>
        <w:jc w:val="right"/>
      </w:pPr>
      <w:r>
        <w:t>اس زمانے میں لوگوں نے جو جہاد کیا، وہ اسی کے خلاف جہاد تھا۔</w:t>
      </w:r>
    </w:p>
    <w:p>
      <w:r>
        <w:rPr>
          <w:b/>
        </w:rPr>
        <w:t xml:space="preserve">[11:21] </w:t>
      </w:r>
      <w:r>
        <w:t>woh jihad kisi nizam ko qaim karne ke liye nahi tha, koi mukammal nizam qaim karne ke liye nahi tha.</w:t>
      </w:r>
    </w:p>
    <w:p>
      <w:pPr>
        <w:jc w:val="right"/>
      </w:pPr>
      <w:r>
        <w:t>وہ جہاد کسی نظام کو قائم کرنے کے لیے نہیں تھا، کوئی مکمل نظام قائم کرنے کے لیے نہیں تھا۔</w:t>
      </w:r>
    </w:p>
    <w:p>
      <w:r>
        <w:rPr>
          <w:b/>
        </w:rPr>
        <w:t xml:space="preserve">[11:32] </w:t>
      </w:r>
      <w:r>
        <w:t>woh tha</w:t>
      </w:r>
    </w:p>
    <w:p>
      <w:pPr>
        <w:jc w:val="right"/>
      </w:pPr>
      <w:r>
        <w:t>وہ تھا</w:t>
      </w:r>
    </w:p>
    <w:p>
      <w:r>
        <w:rPr>
          <w:b/>
        </w:rPr>
        <w:t xml:space="preserve">[11:37] </w:t>
      </w:r>
      <w:r>
        <w:t>jaisa ke quran mein hai: "qatiluhum hatta la takuna fitnah." fitnah na rahe, na rahe. fitnah ka mani resist prosecution hai.</w:t>
      </w:r>
    </w:p>
    <w:p>
      <w:pPr>
        <w:jc w:val="right"/>
      </w:pPr>
      <w:r>
        <w:t>جیسا کہ قرآن میں ہے: "قاتلہم حتی لا تکون فتنہ۔" فتنہ نہ رہے، نہ رہے۔ فتنہ کا معنی ریزسٹ پرسیکیوشن ہے۔</w:t>
      </w:r>
    </w:p>
    <w:p>
      <w:r>
        <w:rPr>
          <w:b/>
        </w:rPr>
        <w:t xml:space="preserve">[11:49] </w:t>
      </w:r>
      <w:r>
        <w:t>resist prosecution to sahaba ke zamane mein jo jihad hua, woh khidmat resist prosecution ko khatm karne ke liye tha, resist prosecution ko khatm karne ke liye tha.</w:t>
      </w:r>
    </w:p>
    <w:p>
      <w:pPr>
        <w:jc w:val="right"/>
      </w:pPr>
      <w:r>
        <w:t>ریزسٹ پرسیکیوشن تو صحابہ کے زمانے میں جو جہاد ہوا، وہ خدمت ریزسٹ پرسیکیوشن کو ختم کرنے کے لیے تھا، ریزسٹ پرسیکیوشن کو ختم کرنے کے لیے تھا۔</w:t>
      </w:r>
    </w:p>
    <w:p>
      <w:r>
        <w:rPr>
          <w:b/>
        </w:rPr>
        <w:t xml:space="preserve">[12:06] </w:t>
      </w:r>
      <w:r>
        <w:t>wa qatil la takuna fitnah to sahaba ke zamane mein jo musallah jihad hua, woh mazhabi tashaddud ko khatm karne ke liye tha.</w:t>
      </w:r>
    </w:p>
    <w:p>
      <w:pPr>
        <w:jc w:val="right"/>
      </w:pPr>
      <w:r>
        <w:t>وقاتل لا تکون فتنہ تو صحابہ کے زمانے میں جو مسلح جہاد ہوا، وہ مذہبی تشدد کو ختم کرنے کے لیے تھا۔</w:t>
      </w:r>
    </w:p>
    <w:p>
      <w:r>
        <w:rPr>
          <w:b/>
        </w:rPr>
        <w:t xml:space="preserve">[12:22] </w:t>
      </w:r>
      <w:r>
        <w:t>to is is zamane mein jo jo futuhat huin, is se ek naya process tareekh mein jari hua, naya process.</w:t>
      </w:r>
    </w:p>
    <w:p>
      <w:pPr>
        <w:jc w:val="right"/>
      </w:pPr>
      <w:r>
        <w:t>تو اس اس زمانے میں جو جو فتوحات ہوئیں، اس سے ایک نیا پراسیس تاریخ میں جاری ہوا، نیا پراسیس۔</w:t>
      </w:r>
    </w:p>
    <w:p>
      <w:r>
        <w:rPr>
          <w:b/>
        </w:rPr>
        <w:t xml:space="preserve">[12:36] </w:t>
      </w:r>
      <w:r>
        <w:t>aur phir ek ek lamba waqt guzra,</w:t>
      </w:r>
    </w:p>
    <w:p>
      <w:pPr>
        <w:jc w:val="right"/>
      </w:pPr>
      <w:r>
        <w:t>اور پھر ایک ایک لمبا وقت گزرا،</w:t>
      </w:r>
    </w:p>
    <w:p>
      <w:r>
        <w:rPr>
          <w:b/>
        </w:rPr>
        <w:t xml:space="preserve">[12:42] </w:t>
      </w:r>
      <w:r>
        <w:t>yahan tak ke woh daur khatm hua aur ek naya daur aaya.</w:t>
      </w:r>
    </w:p>
    <w:p>
      <w:pPr>
        <w:jc w:val="right"/>
      </w:pPr>
      <w:r>
        <w:t>یہاں تک کہ وہ دور ختم ہوا اور ایک نیا دور آیا۔</w:t>
      </w:r>
    </w:p>
    <w:p>
      <w:r>
        <w:rPr>
          <w:b/>
        </w:rPr>
        <w:t xml:space="preserve">[12:50] </w:t>
      </w:r>
      <w:r>
        <w:t>main samajhta hoon ke jisko hum kehte hain daur jadeed, western civilization, scientific inqilab, democracy, yeh sab isi ka culmination hai,</w:t>
      </w:r>
    </w:p>
    <w:p>
      <w:pPr>
        <w:jc w:val="right"/>
      </w:pPr>
      <w:r>
        <w:t>میں سمجھتا ہوں کہ جس کو ہم کہتے ہیں دور جدید، ویسٹرن سولائزیشن، سائنٹیفک انقلاب، ڈیموکریسی، یہ سب اسی کا کلمیشن ہے،</w:t>
      </w:r>
    </w:p>
    <w:p>
      <w:r>
        <w:rPr>
          <w:b/>
        </w:rPr>
        <w:t xml:space="preserve">[13:08] </w:t>
      </w:r>
      <w:r>
        <w:t>isi ka culmination hai. yeh yaani sahaba ke zamane mein, sahaba aur tabeen ke zamane mein jo process jari hua,</w:t>
      </w:r>
    </w:p>
    <w:p>
      <w:pPr>
        <w:jc w:val="right"/>
      </w:pPr>
      <w:r>
        <w:t>اسی کا کلمیشن ہے۔ یہ یعنی صحابہ کے زمانے میں، صحابہ اور تابعین کے زمانے میں جو پراسیس جاری ہوا،</w:t>
      </w:r>
    </w:p>
    <w:p>
      <w:r>
        <w:rPr>
          <w:b/>
        </w:rPr>
        <w:t xml:space="preserve">[13:22] </w:t>
      </w:r>
      <w:r>
        <w:t>mazhabi sab tashaddud ke khilaf, to is process ka culmination hai jadeed tehzeeb.</w:t>
      </w:r>
    </w:p>
    <w:p>
      <w:pPr>
        <w:jc w:val="right"/>
      </w:pPr>
      <w:r>
        <w:t>مذہبی سب تشدد کے خلاف، تو اس پراسیس کا کلمیشن ہے جدید تہذیب۔</w:t>
      </w:r>
    </w:p>
    <w:p>
      <w:r>
        <w:rPr>
          <w:b/>
        </w:rPr>
        <w:t xml:space="preserve">[13:32] </w:t>
      </w:r>
      <w:r>
        <w:t>jadeed tehzeeb mein pehli baar aisa hua ke democracy aayi, as freedom aaya, united nations qaim hui, peace ko as a principle maan liya gaya,</w:t>
      </w:r>
    </w:p>
    <w:p>
      <w:pPr>
        <w:jc w:val="right"/>
      </w:pPr>
      <w:r>
        <w:t>جدید تہذیب میں پہلی بار ایسا ہوا کہ ڈیموکریسی آئی، ایز فریڈم آیا، یونائٹ نیشنز قائم ہوئی، پیس کو ایز اے پرنسپل مان لیا گیا،</w:t>
      </w:r>
    </w:p>
    <w:p>
      <w:r>
        <w:rPr>
          <w:b/>
        </w:rPr>
        <w:t xml:space="preserve">[13:51] </w:t>
      </w:r>
      <w:r>
        <w:t>aur tashaddud ko as a principle khatm kar diya gaya.</w:t>
      </w:r>
    </w:p>
    <w:p>
      <w:pPr>
        <w:jc w:val="right"/>
      </w:pPr>
      <w:r>
        <w:t>اور تشدد کو ایز اے پرنسپل ختم کر دیا گیا۔</w:t>
      </w:r>
    </w:p>
    <w:p>
      <w:r>
        <w:rPr>
          <w:b/>
        </w:rPr>
        <w:t xml:space="preserve">[13:59] </w:t>
      </w:r>
      <w:r>
        <w:t>yeh hum jo hum log jo kaam kar rahe hain, aman ke halaat mein, hum log dawat ka kaam kar rahe hain, aman ke halaat mein, to isi ka culmination hai.</w:t>
      </w:r>
    </w:p>
    <w:p>
      <w:pPr>
        <w:jc w:val="right"/>
      </w:pPr>
      <w:r>
        <w:t>یہ ہم جو ہم لوگ جو کام کر رہے ہیں، امن کے حالات میں، ہم لوگ دعوت کا کام کر رہے ہیں، امن کے حالات میں، تو اسی کا کلمیشن ہے۔</w:t>
      </w:r>
    </w:p>
    <w:p>
      <w:r>
        <w:rPr>
          <w:b/>
        </w:rPr>
        <w:t xml:space="preserve">[14:11] </w:t>
      </w:r>
      <w:r>
        <w:t>yeh</w:t>
      </w:r>
    </w:p>
    <w:p>
      <w:pPr>
        <w:jc w:val="right"/>
      </w:pPr>
      <w:r>
        <w:t>یہ</w:t>
      </w:r>
    </w:p>
    <w:p>
      <w:r>
        <w:rPr>
          <w:b/>
        </w:rPr>
        <w:t xml:space="preserve">[14:15] </w:t>
      </w:r>
      <w:r>
        <w:t>yeh ittefaqan aisa nahi hua ke aap log aman ke halaat mein kaam kar rahe hain.</w:t>
      </w:r>
    </w:p>
    <w:p>
      <w:pPr>
        <w:jc w:val="right"/>
      </w:pPr>
      <w:r>
        <w:t>یہ اتفاقاً ایسا نہیں ہوا کہ آپ لوگ امن کے حالات میں کام کر رہے ہیں۔</w:t>
      </w:r>
    </w:p>
    <w:p>
      <w:r>
        <w:rPr>
          <w:b/>
        </w:rPr>
        <w:t xml:space="preserve">[14:24] </w:t>
      </w:r>
      <w:r>
        <w:t>ab jo musalman shikayat karte hain zulm ki, woh ab al buzbar ki party se hai. haqeeqat yeh hai ke dunya mein kahin bhi zulm nahi hai, kahin bhi tashaddud nahi hai.</w:t>
      </w:r>
    </w:p>
    <w:p>
      <w:pPr>
        <w:jc w:val="right"/>
      </w:pPr>
      <w:r>
        <w:t>اب جو مسلمان شکایت کرتے ہیں ظلم کی، وہ اب ال بزبار کی پارٹی سے ہے۔ حقیقت یہ ہے کہ دنیا میں کہیں بھی ظلم نہیں ہے، کہیں بھی تشدد نہیں ہے۔</w:t>
      </w:r>
    </w:p>
    <w:p>
      <w:r>
        <w:rPr>
          <w:b/>
        </w:rPr>
        <w:t xml:space="preserve">[14:38] </w:t>
      </w:r>
      <w:r>
        <w:t>lekin jab aap doosron ko pathar marenge to woh bomb marega. to jin cheezon ko musalman zulm kehte hain, woh hai retaliation, woh hai reaction.</w:t>
      </w:r>
    </w:p>
    <w:p>
      <w:pPr>
        <w:jc w:val="right"/>
      </w:pPr>
      <w:r>
        <w:t>لیکن جب آپ دوسروں کو پتھر ماریں گے تو وہ بم مارے گا۔ تو جن چیزوں کو مسلمان ظلم کہتے ہیں، وہ ہے ریٹیلیشن، وہ ہے ری ایکشن۔</w:t>
      </w:r>
    </w:p>
    <w:p>
      <w:r>
        <w:rPr>
          <w:b/>
        </w:rPr>
        <w:t xml:space="preserve">[14:53] </w:t>
      </w:r>
      <w:r>
        <w:t>unhone kahin zulm ki baat nahi. aap aman ke sath kaam kijiye, dawat ka koi rukawat nahi.</w:t>
      </w:r>
    </w:p>
    <w:p>
      <w:pPr>
        <w:jc w:val="right"/>
      </w:pPr>
      <w:r>
        <w:t>انہوں نے کہیں ظلم کی بات نہیں۔ آپ امن کے ساتھ کام کیجئے، دعوت کا کوئی رکاوٹ نہیں۔</w:t>
      </w:r>
    </w:p>
    <w:p>
      <w:r>
        <w:rPr>
          <w:b/>
        </w:rPr>
        <w:t xml:space="preserve">[15:04] </w:t>
      </w:r>
      <w:r>
        <w:t>asal mission jo hai ummat e muslema ka, woh hai dawat, dawat Allah, aur dawat Allah ke kaam mein aaj kisi bhi qism ki koi rukawat nahi hai.</w:t>
      </w:r>
    </w:p>
    <w:p>
      <w:pPr>
        <w:jc w:val="right"/>
      </w:pPr>
      <w:r>
        <w:t>اصل مشن جو ہے امت مسلمہ کا، وہ ہے دعوت، دعوت اللہ، اور دعوت اللہ کے کام میں آج کسی بھی قسم کی کوئی رکاوٹ نہیں ہے۔</w:t>
      </w:r>
    </w:p>
    <w:p>
      <w:r>
        <w:rPr>
          <w:b/>
        </w:rPr>
        <w:t xml:space="preserve">[15:18] </w:t>
      </w:r>
      <w:r>
        <w:t>aap ghaur kijiye, is zamane mein bohat zyada bade paimane par dunya bhar mein tourist aaya hai, siyahat jahan dekhen, wahan dunya bhar ke log ba taur tourist pahunche hue hain,</w:t>
      </w:r>
    </w:p>
    <w:p>
      <w:pPr>
        <w:jc w:val="right"/>
      </w:pPr>
      <w:r>
        <w:t>آپ غور کیجئے، اس زمانے میں بہت زیادہ بڑے پیمانے پر دنیا بھر میں ٹورسٹ آیا ہے، سیاحت جہاں دیکھیں، وہاں دنیا بھر کے لوگ بطور ٹورسٹ پہنچے ہوئے ہیں،</w:t>
      </w:r>
    </w:p>
    <w:p>
      <w:r>
        <w:rPr>
          <w:b/>
        </w:rPr>
        <w:t xml:space="preserve">[15:36] </w:t>
      </w:r>
      <w:r>
        <w:t>har jagah. agar aap in</w:t>
      </w:r>
    </w:p>
    <w:p>
      <w:pPr>
        <w:jc w:val="right"/>
      </w:pPr>
      <w:r>
        <w:t>ہر جگہ۔ اگر آپ ان</w:t>
      </w:r>
    </w:p>
    <w:p>
      <w:r>
        <w:rPr>
          <w:b/>
        </w:rPr>
        <w:t xml:space="preserve">[15:43] </w:t>
      </w:r>
      <w:r>
        <w:t>in logon ke darmiyan dawat ka kaam karen to kaun rokta hai aap ko? har park mein, har hotel mein, har bazaar mein, har shehar mein, hatta ke aap ke darwaze par tourist maujood hain.</w:t>
      </w:r>
    </w:p>
    <w:p>
      <w:pPr>
        <w:jc w:val="right"/>
      </w:pPr>
      <w:r>
        <w:t>ان لوگوں کے درمیان دعوت کا کام کریں تو کون روکتا ہے آپ کو؟ ہر پارک میں، ہر ہوٹل میں، ہر بازار میں، ہر شہر میں، حتی کہ آپ کے دروازے پر ٹورسٹ موجود ہیں۔</w:t>
      </w:r>
    </w:p>
    <w:p>
      <w:r>
        <w:rPr>
          <w:b/>
        </w:rPr>
        <w:t xml:space="preserve">[16:04] </w:t>
      </w:r>
      <w:r>
        <w:t>agar aap aisa karein ke un ki understandable language mein Allah ki kitab Quran ka tarjuma tayyar karein, printing press maujood hai duniya mein har jagah,</w:t>
      </w:r>
    </w:p>
    <w:p>
      <w:pPr>
        <w:jc w:val="right"/>
      </w:pPr>
      <w:r>
        <w:t>اگر آپ ایسا کریں کہ ان کی انڈرسٹینڈیبل لینگویج میں اللہ کی کتاب قرآن کا ترجمہ تیار کریں، پرنٹنگ پریس موجود ہے دنیا میں ہر جگہ،</w:t>
      </w:r>
    </w:p>
    <w:p>
      <w:r>
        <w:rPr>
          <w:b/>
        </w:rPr>
        <w:t xml:space="preserve">[16:22] </w:t>
      </w:r>
      <w:r>
        <w:t>aur us ko printing press ke zariye chhaap kar tayyar karein logon ki understandable language mein, to kaun rokta hai aap ko?</w:t>
      </w:r>
    </w:p>
    <w:p>
      <w:pPr>
        <w:jc w:val="right"/>
      </w:pPr>
      <w:r>
        <w:t>اور اس کو پرنٹنگ پریس کے ذریعے چھاپ کر تیار کریں لوگوں کی انڈرسٹینڈیبل لینگویج میں، تو کون روکتا ہے آپ کو؟</w:t>
      </w:r>
    </w:p>
    <w:p>
      <w:r>
        <w:rPr>
          <w:b/>
        </w:rPr>
        <w:t xml:space="preserve">[16:35] </w:t>
      </w:r>
      <w:r>
        <w:t>to har park mein, har hotel mein, har library mein, har school mein, har university mein, har hawai adde par, yaani jahan bhi dekhiye, log duniya bhar se amde pade hain,</w:t>
      </w:r>
    </w:p>
    <w:p>
      <w:pPr>
        <w:jc w:val="right"/>
      </w:pPr>
      <w:r>
        <w:t>تو ہر پارک میں، ہر ہوٹل میں، ہر لائبریری میں، ہر اسکول میں، ہر یونیورسٹی میں، ہر ہوائی اڈے پر، یعنی جہاں بھی دیکھیے، لوگ دنیا بھر سے امڈے پڑے ہیں،</w:t>
      </w:r>
    </w:p>
    <w:p>
      <w:r>
        <w:rPr>
          <w:b/>
        </w:rPr>
        <w:t xml:space="preserve">[16:52] </w:t>
      </w:r>
      <w:r>
        <w:t>Kashmir mein, Palestine mein, har jagah. to kis ladai? ladai kis liye? ab to ladai yeh hai ke ab albujwar log peaceful andaaz mein har jagah khade hue hain ke aao hamein batao ke Allah ka deen kya hai?</w:t>
      </w:r>
    </w:p>
    <w:p>
      <w:pPr>
        <w:jc w:val="right"/>
      </w:pPr>
      <w:r>
        <w:t>کشمیر میں، فلسطین میں، ہر جگہ۔ تو کس لڑائی؟ لڑائی کس لیے؟ اب تو لڑائی یہ ہے کہ اب البوجوار لوگ پیس فل انداز میں ہر جگہ کھڑے ہوئے ہیں کہ آؤ ہمیں بتاؤ کہ اللہ کا دین کیا ہے؟</w:t>
      </w:r>
    </w:p>
    <w:p>
      <w:r>
        <w:rPr>
          <w:b/>
        </w:rPr>
        <w:t xml:space="preserve">[17:13] </w:t>
      </w:r>
      <w:r>
        <w:t>aao marte hain in ko pathar. to zahir hai ke is ke baad woh bomb maarega aap ko. to is aayat mein do dauron ki kahani hai,</w:t>
      </w:r>
    </w:p>
    <w:p>
      <w:pPr>
        <w:jc w:val="right"/>
      </w:pPr>
      <w:r>
        <w:t>آؤ مارتے ہیں ان کو پتھر۔ تو ظاہر ہے کہ اس کے بعد وہ بم مارے گا آپ کو۔ تو اس آیت میں دو دوروں کی کہانی ہے،</w:t>
      </w:r>
    </w:p>
    <w:p>
      <w:r>
        <w:rPr>
          <w:b/>
        </w:rPr>
        <w:t xml:space="preserve">[17:28] </w:t>
      </w:r>
      <w:r>
        <w:t>jaise Firon ki baat rahi hai, jaise Bani Israel ki baat nahi hai. yeh ummat Muslima ko ek historic sabab bataya gaya hai</w:t>
      </w:r>
    </w:p>
    <w:p>
      <w:pPr>
        <w:jc w:val="right"/>
      </w:pPr>
      <w:r>
        <w:t>جیسے فرعون کی بات رہی ہے، جیسے بنی اسرائیل کی بات نہیں ہے۔ یہ امت مسلمہ کو ایک ہسٹارک سبب بتایا گیا ہے</w:t>
      </w:r>
    </w:p>
    <w:p>
      <w:r>
        <w:rPr>
          <w:b/>
        </w:rPr>
        <w:t xml:space="preserve">[17:43] </w:t>
      </w:r>
      <w:r>
        <w:t>ke tareekh chalti rahi. tareekh ka aaghaz aap jante hain ke Adam se hua. is zamane mein Adam ke ek bete ne doosre bete ko pathar maar kar halaak kar diya.</w:t>
      </w:r>
    </w:p>
    <w:p>
      <w:pPr>
        <w:jc w:val="right"/>
      </w:pPr>
      <w:r>
        <w:t>کہ تاریخ چلتی رہی۔ تاریخ کا آغاز آپ جانتے ہیں کہ آدم سے ہوا۔ اس زمانے میں آدم کے ایک بیٹے نے دوسرے بیٹے کو پتھر مار کر ہلاک کر دیا۔</w:t>
      </w:r>
    </w:p>
    <w:p>
      <w:r>
        <w:rPr>
          <w:b/>
        </w:rPr>
        <w:t xml:space="preserve">[17:58] </w:t>
      </w:r>
      <w:r>
        <w:t>phir tashaddud silsila chala, hazaron saal tak tashaddud, tashaddud, tashaddud. aur jab badshahat qaim hui to badshahon ne khoob istemal kar ke is tashaddud culture ko istemal kiya.</w:t>
      </w:r>
    </w:p>
    <w:p>
      <w:pPr>
        <w:jc w:val="right"/>
      </w:pPr>
      <w:r>
        <w:t>پھر تشدد سلسلہ چلا، ہزاروں سال تک تشدد، تشدد، تشدد۔ اور جب بادشاہت قائم ہوئی تو بادشاہوں نے خوب استعمال کر کے اس تشدد کلچر کو استعمال کیا۔</w:t>
      </w:r>
    </w:p>
    <w:p>
      <w:r>
        <w:rPr>
          <w:b/>
        </w:rPr>
        <w:t xml:space="preserve">[18:17] </w:t>
      </w:r>
      <w:r>
        <w:t>phir Allah ne tareekh ko munj kiya. tareekh mein aise halaat paida kiye</w:t>
      </w:r>
    </w:p>
    <w:p>
      <w:pPr>
        <w:jc w:val="right"/>
      </w:pPr>
      <w:r>
        <w:t>پھر اللہ نے تاریخ کو منج کیا۔ تاریخ میں ایسے حالات پیدا کیے</w:t>
      </w:r>
    </w:p>
    <w:p>
      <w:r>
        <w:rPr>
          <w:b/>
        </w:rPr>
        <w:t xml:space="preserve">[18:27] </w:t>
      </w:r>
      <w:r>
        <w:t>ke daur tashaddud daur aman ban gaya.</w:t>
      </w:r>
    </w:p>
    <w:p>
      <w:pPr>
        <w:jc w:val="right"/>
      </w:pPr>
      <w:r>
        <w:t>کہ دور تشدد دور امن بن گیا۔</w:t>
      </w:r>
    </w:p>
    <w:p>
      <w:r>
        <w:rPr>
          <w:b/>
        </w:rPr>
        <w:t xml:space="preserve">[18:34] </w:t>
      </w:r>
      <w:r>
        <w:t>tashaddud, tashaddud ka culture aman culture ban gaya.</w:t>
      </w:r>
    </w:p>
    <w:p>
      <w:pPr>
        <w:jc w:val="right"/>
      </w:pPr>
      <w:r>
        <w:t>تشدد، تشدد کا کلچر امن کلچر بن گیا۔</w:t>
      </w:r>
    </w:p>
    <w:p>
      <w:r>
        <w:rPr>
          <w:b/>
        </w:rPr>
        <w:t xml:space="preserve">[18:40] </w:t>
      </w:r>
      <w:r>
        <w:t>duniya mein aman aaya, civilization aayi, United Nations qaim hui, yahan tak ke jo do badi jangain hui hain, First World War aur Second World War,</w:t>
      </w:r>
    </w:p>
    <w:p>
      <w:pPr>
        <w:jc w:val="right"/>
      </w:pPr>
      <w:r>
        <w:t>دنیا میں امن آیا، سولائزیشن آئی، یونائٹ نیشنز قائم ہوئی، یہاں تک کہ جو دو بڑی جنگیں ہوئی ہیں، فرسٹ ورلڈ وار اور سیکنڈ ورلڈ وار،</w:t>
      </w:r>
    </w:p>
    <w:p>
      <w:r>
        <w:rPr>
          <w:b/>
        </w:rPr>
        <w:t xml:space="preserve">[18:58] </w:t>
      </w:r>
      <w:r>
        <w:t>woh bhi basically disguise theen kyun ke insaan ne apni saari taaqat laga di jang barpa karne mein.</w:t>
      </w:r>
    </w:p>
    <w:p>
      <w:pPr>
        <w:jc w:val="right"/>
      </w:pPr>
      <w:r>
        <w:t>وہ بھی بیسکلی ڈسگائز تھیں کیونکہ انسان نے اپنی ساری طاقت لگا دی جنگ برپا کرنے میں۔</w:t>
      </w:r>
    </w:p>
    <w:p>
      <w:r>
        <w:rPr>
          <w:b/>
        </w:rPr>
        <w:t xml:space="preserve">[19:13] </w:t>
      </w:r>
      <w:r>
        <w:t>duniya ka sab se bada dhamaka kiya, atom bomb ka dhamaka,</w:t>
      </w:r>
    </w:p>
    <w:p>
      <w:pPr>
        <w:jc w:val="right"/>
      </w:pPr>
      <w:r>
        <w:t>دنیا کا سب سے بڑا دھماکہ کیا، ایٹم بم کا دھماکہ،</w:t>
      </w:r>
    </w:p>
    <w:p>
      <w:r>
        <w:rPr>
          <w:b/>
        </w:rPr>
        <w:t xml:space="preserve">[19:20] </w:t>
      </w:r>
      <w:r>
        <w:t>aur do badi ladaaiyan chhori, First World War, Second World War, aur baad ko Gulf War, woh bhi shamil kar lijiye is mein.</w:t>
      </w:r>
    </w:p>
    <w:p>
      <w:pPr>
        <w:jc w:val="right"/>
      </w:pPr>
      <w:r>
        <w:t>اور دو بڑی لڑائیاں چھوڑی، فرسٹ ورلڈ وار، سیکنڈ ورلڈ وار، اور بعد کو گلف وار، وہ بھی شامل کر لیجئے اس میں۔</w:t>
      </w:r>
    </w:p>
    <w:p>
      <w:r>
        <w:rPr>
          <w:b/>
        </w:rPr>
        <w:t xml:space="preserve">[19:33] </w:t>
      </w:r>
      <w:r>
        <w:t>lekin sab kuch be natija, in vain, no result at all. is tarah Allah taala ne aise halaat paida kiye ke insaan ke andar ek nayi soch jaag gayi ke jang se sirf tabaahi milti hai.</w:t>
      </w:r>
    </w:p>
    <w:p>
      <w:pPr>
        <w:jc w:val="right"/>
      </w:pPr>
      <w:r>
        <w:t>لیکن سب کچھ بے نتیجہ، ان وین، نو رزلٹ ایٹ آل۔ اس طرح اللہ تعالی نے ایسے حالات پیدا کیے کہ انسان کے اندر ایک نئی سوچ جاگ گئی کہ جنگ سے صرف تباہی ملتی ہے۔</w:t>
      </w:r>
    </w:p>
    <w:p>
      <w:r>
        <w:rPr>
          <w:b/>
        </w:rPr>
        <w:t xml:space="preserve">[19:58] </w:t>
      </w:r>
      <w:r>
        <w:t>ab to koi option nahi hai, jang ka option khatm ho gaya, ab to sirf aman ka option hai. main samajhta hoon ke duniya mein sirf Musalman hain jo jang ki baatein karte hain, jihad ke naam se,</w:t>
      </w:r>
    </w:p>
    <w:p>
      <w:pPr>
        <w:jc w:val="right"/>
      </w:pPr>
      <w:r>
        <w:t>اب تو کوئی آپشن نہیں ہے، جنگ کا آپشن ختم ہو گیا، اب تو صرف امن کا آپشن ہے۔ میں سمجھتا ہوں کہ دنیا میں صرف مسلمان ہیں جو جنگ کی باتیں کرتے ہیں، جہاد کے نام سے،</w:t>
      </w:r>
    </w:p>
    <w:p>
      <w:r>
        <w:rPr>
          <w:b/>
        </w:rPr>
        <w:t xml:space="preserve">[20:14] </w:t>
      </w:r>
      <w:r>
        <w:t>aur shayad koi bhi nahi baat karta kyun ke modern thought jo hai, modern knowledge jo hai,</w:t>
      </w:r>
    </w:p>
    <w:p>
      <w:pPr>
        <w:jc w:val="right"/>
      </w:pPr>
      <w:r>
        <w:t>اور شاید کوئی بھی نہیں بات کرتا کیونکہ ماڈرن تھاٹ جو ہے، ماڈرن نالج جو ہے،</w:t>
      </w:r>
    </w:p>
    <w:p>
      <w:r>
        <w:rPr>
          <w:b/>
        </w:rPr>
        <w:t xml:space="preserve">[20:26] </w:t>
      </w:r>
      <w:r>
        <w:t>woh mukammal taur par war ke khilaaf hai. aur yeh aaj ke insaan ki koshishon ka ek bahut bada samarha hai ke United Nations qaim hui.</w:t>
      </w:r>
    </w:p>
    <w:p>
      <w:pPr>
        <w:jc w:val="right"/>
      </w:pPr>
      <w:r>
        <w:t>وہ مکمل طور پر وار کے خلاف ہے۔ اور یہ آج کے انسان کی کوششوں کا ایک بہت بڑا ثمرہ ہے کہ یونائٹڈ نیشنز قائم ہوئی۔</w:t>
      </w:r>
    </w:p>
    <w:p>
      <w:r>
        <w:rPr>
          <w:b/>
        </w:rPr>
        <w:t xml:space="preserve">[20:43] </w:t>
      </w:r>
      <w:r>
        <w:t>poori history mein kabhi bhi aisa nahi hua ke duniya ki 200 qaumon ko le kar koi organization qaim hua, ek universal platform, ek global platform bane,</w:t>
      </w:r>
    </w:p>
    <w:p>
      <w:pPr>
        <w:jc w:val="right"/>
      </w:pPr>
      <w:r>
        <w:t>پوری ہسٹری میں کبھی بھی ایسا نہیں ہوا کہ دنیا کی 200 قوموں کو لے کر کوئی آرگنائزیشن قائم ہوا، ایک یونیورسل پلیٹ فارم، ایک گلوبل پلیٹ فارم بنے،</w:t>
      </w:r>
    </w:p>
    <w:p>
      <w:r>
        <w:rPr>
          <w:b/>
        </w:rPr>
        <w:t xml:space="preserve">[21:00] </w:t>
      </w:r>
      <w:r>
        <w:t>aur global platform par saari qaumein sign karein, saari qaumon ke authentic numainde, yaani ruler,</w:t>
      </w:r>
    </w:p>
    <w:p>
      <w:pPr>
        <w:jc w:val="right"/>
      </w:pPr>
      <w:r>
        <w:t>اور گلوبل پلیٹ فارم پر ساری قومیں سائن کریں، ساری قوموں کے اتھنٹک نمائندے، یعنی رولر،</w:t>
      </w:r>
    </w:p>
    <w:p>
      <w:r>
        <w:rPr>
          <w:b/>
        </w:rPr>
        <w:t xml:space="preserve">[21:12] </w:t>
      </w:r>
      <w:r>
        <w:t>ke kisi ko right nahi hai ke kisi par zulm kare, tashaddud kare, war chhoray. jis ko kuch chahiye, woh aman ke zariye le sakta hai.</w:t>
      </w:r>
    </w:p>
    <w:p>
      <w:pPr>
        <w:jc w:val="right"/>
      </w:pPr>
      <w:r>
        <w:t>کہ کسی کو رائٹ نہیں ہے کہ کسی پر ظلم کرے، تشدد کرے، وار چھوڑے۔ جس کو کچھ چاہیے، وہ امن کے ذریعے لے سکتا ہے۔</w:t>
      </w:r>
    </w:p>
    <w:p>
      <w:r>
        <w:rPr>
          <w:b/>
        </w:rPr>
        <w:t xml:space="preserve">[21:25] </w:t>
      </w:r>
      <w:r>
        <w:t>yeh as a principle dete hua global platform par. yeh kabhi kabhi hua nahi tha aisa, kabhi aisa hua nahi tha,</w:t>
      </w:r>
    </w:p>
    <w:p>
      <w:pPr>
        <w:jc w:val="right"/>
      </w:pPr>
      <w:r>
        <w:t>یہ ایز اے پرنسپل دیتے ہوا گلوبل پلیٹ فارم پر۔ یہ کبھی کبھی ہوا نہیں تھا ایسا، کبھی ایسا ہوا نہیں تھا،</w:t>
      </w:r>
    </w:p>
    <w:p>
      <w:r>
        <w:rPr>
          <w:b/>
        </w:rPr>
        <w:t xml:space="preserve">[21:40] </w:t>
      </w:r>
      <w:r>
        <w:t>kabhi aisa hua nahi tha. to dekhiye, Hajjat al-Wada ke baad yeh ailaan kiya gaya tha ke la fazla li arabi ala ajami,</w:t>
      </w:r>
    </w:p>
    <w:p>
      <w:pPr>
        <w:jc w:val="right"/>
      </w:pPr>
      <w:r>
        <w:t>کبھی ایسا ہوا نہیں تھا۔ تو دیکھیے، حجۃ الوداع کے بعد یہ اعلان کیا گیا تھا کہ لا فضل لا ربین عجمین،</w:t>
      </w:r>
    </w:p>
    <w:p>
      <w:r>
        <w:rPr>
          <w:b/>
        </w:rPr>
        <w:t xml:space="preserve">[21:56] </w:t>
      </w:r>
      <w:r>
        <w:t>saare insaan barabar hain, black and white mein koi farq nahi. lekin yeh sach much decoration tha.</w:t>
      </w:r>
    </w:p>
    <w:p>
      <w:pPr>
        <w:jc w:val="right"/>
      </w:pPr>
      <w:r>
        <w:t>سارے انسان برابر ہیں، بلیک اینڈ وائٹ میں کوئی فرق نہیں۔ لیکن یہ سچ مچ ڈیکوریشن تھا۔</w:t>
      </w:r>
    </w:p>
    <w:p>
      <w:r>
        <w:rPr>
          <w:b/>
        </w:rPr>
        <w:t xml:space="preserve">[22:05] </w:t>
      </w:r>
      <w:r>
        <w:t>decoration yeh cheez waqe bani hai kab? maujooda zamane mein. Hajjat al-Wida ka decoration ne ek tareekh mein, history mein ek naya process jaari kiya.</w:t>
      </w:r>
    </w:p>
    <w:p>
      <w:pPr>
        <w:jc w:val="right"/>
      </w:pPr>
      <w:r>
        <w:t>ڈیکوریشن یہ چیز واقعہ بنی ہے کب؟ موجودہ زمانے میں۔ حجۃ الوداع کا ڈیکوریشن نے ایک تاریخ میں، ہسٹری میں ایک نیا پراسیس جاری کیا۔</w:t>
      </w:r>
    </w:p>
    <w:p>
      <w:r>
        <w:rPr>
          <w:b/>
        </w:rPr>
        <w:t xml:space="preserve">[22:21] </w:t>
      </w:r>
      <w:r>
        <w:t>Hajj Hajjat al-Wida ke mauqe par jo jo decoration jaari kiya gaya tha, us ko main kahunga ke woh taqreer jo Rasool Allah ki hai, woh taqreer kya thi?</w:t>
      </w:r>
    </w:p>
    <w:p>
      <w:pPr>
        <w:jc w:val="right"/>
      </w:pPr>
      <w:r>
        <w:t>حج حجۃ الوداع کے موقع پر جو جو ڈیکوریشن جاری کیا گیا تھا، اس کو میں کہوں گا کہ وہ تقریر جو رسول اللہ کی ہے، وہ تقریر کیا تھی؟</w:t>
      </w:r>
    </w:p>
    <w:p>
      <w:r>
        <w:rPr>
          <w:b/>
        </w:rPr>
        <w:t xml:space="preserve">[22:34] </w:t>
      </w:r>
      <w:r>
        <w:t>Woh Makkah decoration tha. Woh Rasool Allah Sal Allah o Alih e Wa Aalih e Wa Sallam ne jab Hajj kiya aur us mauqe par saare Sahaba ikhatta hue aur aap ne taqreer farmai to</w:t>
      </w:r>
    </w:p>
    <w:p>
      <w:pPr>
        <w:jc w:val="right"/>
      </w:pPr>
      <w:r>
        <w:t>وہ مکہ ڈیکوریشن تھا۔ وہ رسول اللہ صلی اللہ علیہ وسلم نے جب حج کیا اور اس موقع پر سارے صحابہ اکٹھا ہوئے اور آپ نے تقریر فرمائی تو</w:t>
      </w:r>
    </w:p>
    <w:p>
      <w:r>
        <w:rPr>
          <w:b/>
        </w:rPr>
        <w:t xml:space="preserve">[22:50] </w:t>
      </w:r>
      <w:r>
        <w:t>woh kya tha? Woh darasal Hajj decoration kahiye ya Makkah decoration kahiye, is is decoration ne is waqe ko foran nahi kar diya,</w:t>
      </w:r>
    </w:p>
    <w:p>
      <w:pPr>
        <w:jc w:val="right"/>
      </w:pPr>
      <w:r>
        <w:t>وہ کیا تھا؟ وہ دراصل حج ڈیکوریشن کہیے یا مکہ ڈیکوریشن کہیے، اس اس ڈیکوریشن نے اس واقعے کو فوراً نہیں کر دیا،</w:t>
      </w:r>
    </w:p>
    <w:p>
      <w:r>
        <w:rPr>
          <w:b/>
        </w:rPr>
        <w:t xml:space="preserve">[23:06] </w:t>
      </w:r>
      <w:r>
        <w:t>balke history mein ek ek process jaari kiya. Process ek process jaari hua,</w:t>
      </w:r>
    </w:p>
    <w:p>
      <w:pPr>
        <w:jc w:val="right"/>
      </w:pPr>
      <w:r>
        <w:t>بلکہ ہسٹری میں ایک ایک پراسیس جاری ہوا۔ پراسیس ایک پراسیس جاری ہوا،</w:t>
      </w:r>
    </w:p>
    <w:p>
      <w:r>
        <w:rPr>
          <w:b/>
        </w:rPr>
        <w:t xml:space="preserve">[23:15] </w:t>
      </w:r>
      <w:r>
        <w:t>is ka culmination tha modern civilization. Culmination ab ja kar ke yeh baat amalan, haan, yani practical sense mein waqe ban gayi ke aman ek rule ban gaya, rule,</w:t>
      </w:r>
    </w:p>
    <w:p>
      <w:pPr>
        <w:jc w:val="right"/>
      </w:pPr>
      <w:r>
        <w:t>اس کا کلمیشن تھا ماڈرن سولائزیشن۔ کلمیشن اب جا کر کے یہ بات عملاً، ہاں، یعنی پریکٹیکل سینس میں واقعہ بن گئی کہ امن ایک رول بن گیا، رول،</w:t>
      </w:r>
    </w:p>
    <w:p>
      <w:r>
        <w:rPr>
          <w:b/>
        </w:rPr>
        <w:t xml:space="preserve">[23:39] </w:t>
      </w:r>
      <w:r>
        <w:t>aur war ka option hi khatam ho gaya,</w:t>
      </w:r>
    </w:p>
    <w:p>
      <w:pPr>
        <w:jc w:val="right"/>
      </w:pPr>
      <w:r>
        <w:t>اور وار کا آپشن ہی ختم ہو گیا،</w:t>
      </w:r>
    </w:p>
    <w:p>
      <w:r>
        <w:rPr>
          <w:b/>
        </w:rPr>
        <w:t xml:space="preserve">[23:46] </w:t>
      </w:r>
      <w:r>
        <w:t>sab barabar ho gaye. Dekhiye, sab log barabar hain, ek mein doosre mein koi farq nahi.</w:t>
      </w:r>
    </w:p>
    <w:p>
      <w:pPr>
        <w:jc w:val="right"/>
      </w:pPr>
      <w:r>
        <w:t>سب برابر ہو گئے۔ دیکھیے، سب لوگ برابر ہیں، ایک میں دوسرے میں کوئی فرق نہیں۔</w:t>
      </w:r>
    </w:p>
    <w:p>
      <w:r>
        <w:rPr>
          <w:b/>
        </w:rPr>
        <w:t xml:space="preserve">[23:57] </w:t>
      </w:r>
      <w:r>
        <w:t>Yeh sirf decoration se nahi ho sakta tha. Yeh is ke liye ek naya, ek nayi economy, ek naya system aana chahiye tha.</w:t>
      </w:r>
    </w:p>
    <w:p>
      <w:pPr>
        <w:jc w:val="right"/>
      </w:pPr>
      <w:r>
        <w:t>یہ صرف ڈیکوریشن سے نہیں ہو سکتا تھا۔ یہ اس کے لیے ایک نیا، ایک نئی اکانومی، ایک نیا سسٹم آنا چاہیے تھا۔</w:t>
      </w:r>
    </w:p>
    <w:p>
      <w:r>
        <w:rPr>
          <w:b/>
        </w:rPr>
        <w:t xml:space="preserve">[24:10] </w:t>
      </w:r>
      <w:r>
        <w:t>Us waqt kya tha? Duniya mein agriculture ka daur tha. Agriculture kya tha? Limited economy ka daur tha, limited economy.</w:t>
      </w:r>
    </w:p>
    <w:p>
      <w:pPr>
        <w:jc w:val="right"/>
      </w:pPr>
      <w:r>
        <w:t>اس وقت کیا تھا؟ دنیا میں ایگریکلچر کا دور تھا۔ ایگریکلچر کیا تھا؟ لمیٹڈ اکانومی کا دور تھا، لمیٹڈ اکانومی۔</w:t>
      </w:r>
    </w:p>
    <w:p>
      <w:r>
        <w:rPr>
          <w:b/>
        </w:rPr>
        <w:t xml:space="preserve">[24:24] </w:t>
      </w:r>
      <w:r>
        <w:t>Phir jab industry aayi, jab industrial revolution aaya</w:t>
      </w:r>
    </w:p>
    <w:p>
      <w:pPr>
        <w:jc w:val="right"/>
      </w:pPr>
      <w:r>
        <w:t>پھر جب انڈسٹری آئی، جب انڈسٹریل ریولوشن آیا</w:t>
      </w:r>
    </w:p>
    <w:p>
      <w:r>
        <w:rPr>
          <w:b/>
        </w:rPr>
        <w:t xml:space="preserve">[24:31] </w:t>
      </w:r>
      <w:r>
        <w:t>aur beshumar qism ke naye item mil gaye business ke, kamane ke, economy ke, jab yeh mumkin hoga, ho gaya ke har aadmi kama sakta hai.</w:t>
      </w:r>
    </w:p>
    <w:p>
      <w:pPr>
        <w:jc w:val="right"/>
      </w:pPr>
      <w:r>
        <w:t>اور بے شمار قسم کے نئے آئٹم مل گئے بزنس کے، کمانے کے، اکانومی کے، جب یہ ممکن ہوگا، ہو گیا کہ ہر آدمی کما سکتا ہے۔</w:t>
      </w:r>
    </w:p>
    <w:p>
      <w:r>
        <w:rPr>
          <w:b/>
        </w:rPr>
        <w:t xml:space="preserve">[24:47] </w:t>
      </w:r>
      <w:r>
        <w:t>Mere apne bachpan mein maine dekha hai ke sirf is shakhs ke paas kamai hoti thi jis ke paas khet hai. Mere apne bachpan mein jis waqt khet nahi, us waqt kuch nahi.</w:t>
      </w:r>
    </w:p>
    <w:p>
      <w:pPr>
        <w:jc w:val="right"/>
      </w:pPr>
      <w:r>
        <w:t>میرے اپنے بچپن میں میں نے دیکھا ہے کہ صرف اس شخص کے پاس کمائی ہوتی تھی جس کے پاس کھیت ہے۔ میرے اپنے بچپن میں جس وقت کھیت نہیں، اس وقت کچھ نہیں۔</w:t>
      </w:r>
    </w:p>
    <w:p>
      <w:r>
        <w:rPr>
          <w:b/>
        </w:rPr>
        <w:t xml:space="preserve">[25:02] </w:t>
      </w:r>
      <w:r>
        <w:t>Hamare gaon mein ek hajam ki family thi, barber ki, to baap beta, baap boodha ho gaya tha, beta kaam karta tha, lekin kaam kya tha?</w:t>
      </w:r>
    </w:p>
    <w:p>
      <w:pPr>
        <w:jc w:val="right"/>
      </w:pPr>
      <w:r>
        <w:t>ہمارے گاؤں میں ایک حجام کی فیملی تھی، باربر کی، تو باپ بیٹا، باپ بوڑھا ہو گیا تھا، بیٹا کام کرتا تھا، لیکن کام کیا تھا؟</w:t>
      </w:r>
    </w:p>
    <w:p>
      <w:r>
        <w:rPr>
          <w:b/>
        </w:rPr>
        <w:t xml:space="preserve">[25:15] </w:t>
      </w:r>
      <w:r>
        <w:t>Un ke paas zameen nahi thi, khet nahi tha, baagh nahi tha. To din bhar woh ghoomte the, ghar ghar jaate the, hajam yani baal kaatne ke liye.</w:t>
      </w:r>
    </w:p>
    <w:p>
      <w:pPr>
        <w:jc w:val="right"/>
      </w:pPr>
      <w:r>
        <w:t>ان کے پاس زمین نہیں تھی، کھیت نہیں تھا، باغ نہیں تھا۔ تو دن بھر وہ گھومتے تھے، گھر گھر جاتے تھے، حجام یعنی بال کاٹنے کے لیے۔</w:t>
      </w:r>
    </w:p>
    <w:p>
      <w:r>
        <w:rPr>
          <w:b/>
        </w:rPr>
        <w:t xml:space="preserve">[25:30] </w:t>
      </w:r>
      <w:r>
        <w:t>Baal kaatne ke liye mil gaya to kuch paisa milta tha. To is naujawan ka naam tha Roshan.</w:t>
      </w:r>
    </w:p>
    <w:p>
      <w:pPr>
        <w:jc w:val="right"/>
      </w:pPr>
      <w:r>
        <w:t>بال کاٹنے کے لیے مل گیا تو کچھ پیسہ ملتا تھا۔ تو اس نوجوان کا نام تھا روشن۔</w:t>
      </w:r>
    </w:p>
    <w:p>
      <w:r>
        <w:rPr>
          <w:b/>
        </w:rPr>
        <w:t xml:space="preserve">[25:41] </w:t>
      </w:r>
      <w:r>
        <w:t>Ab tak mujhe yaad hai ke Roshan ne kaha tha apne baare mein</w:t>
      </w:r>
    </w:p>
    <w:p>
      <w:pPr>
        <w:jc w:val="right"/>
      </w:pPr>
      <w:r>
        <w:t>اب تک مجھے یاد ہے کہ روشن نے کہا تھا اپنے بارے میں</w:t>
      </w:r>
    </w:p>
    <w:p>
      <w:r>
        <w:rPr>
          <w:b/>
        </w:rPr>
        <w:t xml:space="preserve">[25:47] </w:t>
      </w:r>
      <w:r>
        <w:t>ke kaam mil gaya hai to rozi nahi, to roza. Kyun ke un ke paas koi khet the, tha nahi, ziraat the nahi, agriculture tha nahi.</w:t>
      </w:r>
    </w:p>
    <w:p>
      <w:pPr>
        <w:jc w:val="right"/>
      </w:pPr>
      <w:r>
        <w:t>کہ کام مل گیا ہے تو روزی نہیں، تو روزہ۔ کیونکہ ان کے پاس کوئی کھیت تھے، تھا نہیں، زراعت تھے نہیں، ایگریکلچر تھا نہیں۔</w:t>
      </w:r>
    </w:p>
    <w:p>
      <w:r>
        <w:rPr>
          <w:b/>
        </w:rPr>
        <w:t xml:space="preserve">[25:58] </w:t>
      </w:r>
      <w:r>
        <w:t>Ja ja kar ke logon ke baal banayein aur un ke paison ko guzara karein, yani hand to mouth, hand to mouth.</w:t>
      </w:r>
    </w:p>
    <w:p>
      <w:pPr>
        <w:jc w:val="right"/>
      </w:pPr>
      <w:r>
        <w:t>جا جا کے کے لوگوں کے بال بنائیں اور ان کے پیسوں کو گزارا کریں، یعنی ہینڈ ٹو باؤتھ، ہینڈ ٹو باؤتھ۔</w:t>
      </w:r>
    </w:p>
    <w:p>
      <w:r>
        <w:rPr>
          <w:b/>
        </w:rPr>
        <w:t xml:space="preserve">[26:10] </w:t>
      </w:r>
      <w:r>
        <w:t>To is ne, is is ladke ne kaha tha apne baare mein ke kaam mil gaya hai to rozi nahi, to roza.</w:t>
      </w:r>
    </w:p>
    <w:p>
      <w:pPr>
        <w:jc w:val="right"/>
      </w:pPr>
      <w:r>
        <w:t>تو اس نے، اس اس لڑکے نے کہا تھا اپنے بارے میں کہ کام مل گیا ہے تو روزی نہیں، تو روزہ۔</w:t>
      </w:r>
    </w:p>
    <w:p>
      <w:r>
        <w:rPr>
          <w:b/>
        </w:rPr>
        <w:t xml:space="preserve">[26:20] </w:t>
      </w:r>
      <w:r>
        <w:t>Yeh daur tha jo maine apne dekha bachpan mein. Aaj kya hai? Shahron mein, qasbon mein, town mein, har jagah jahan jaiye, yeh log kaam kar rahe hain.</w:t>
      </w:r>
    </w:p>
    <w:p>
      <w:pPr>
        <w:jc w:val="right"/>
      </w:pPr>
      <w:r>
        <w:t>یہ دور تھا جو میں نے اپنے دیکھا بچپن میں۔ آج کیا ہے؟ شہروں میں، قصبوں میں، ٹاؤن میں، ہر جگہ جہاں جائیے، یہ لوگ کام کر رہے ہیں۔</w:t>
      </w:r>
    </w:p>
    <w:p>
      <w:r>
        <w:rPr>
          <w:b/>
        </w:rPr>
        <w:t xml:space="preserve">[26:33] </w:t>
      </w:r>
      <w:r>
        <w:t>Kyun ke industry ne ek economic explore paida kiya hai. Modern industry jo hai, modern industry ne naye naye mauqe khole, har aadmi kama raha hai, har aadmi kama raha hai, daud rahe hain log kamane ke liye.</w:t>
      </w:r>
    </w:p>
    <w:p>
      <w:pPr>
        <w:jc w:val="right"/>
      </w:pPr>
      <w:r>
        <w:t>کیونکہ انڈسٹری نے ایک اکانومک ایکسپلور پیدا کیا ہے۔ ماڈرن انڈسٹری جو ہے، ماڈرن انڈسٹری نے نئے نئے مواقع کھولے، ہر آدمی کما رہا ہے، ہر آدمی کما رہا ہے، دوڑ رہے ہیں لوگ کمانے کے لیے۔</w:t>
      </w:r>
    </w:p>
    <w:p>
      <w:r>
        <w:rPr>
          <w:b/>
        </w:rPr>
        <w:t xml:space="preserve">[26:51] </w:t>
      </w:r>
      <w:r>
        <w:t>Pehle kahan aisa tha? To Islam ka kamaal yeh hai ke is ne shuru kiya welfare jo qaim hua, woh woh maghrib ke koshishon se.</w:t>
      </w:r>
    </w:p>
    <w:p>
      <w:pPr>
        <w:jc w:val="right"/>
      </w:pPr>
      <w:r>
        <w:t>پہلے کہاں ایسا تھا؟ تو اسلام کا کمال یہ ہے کہ اس نے شروع کیا بلفیر جو قائم ہوا، وہ وہ مغرب کے کوششوں سے۔</w:t>
      </w:r>
    </w:p>
    <w:p>
      <w:r>
        <w:rPr>
          <w:b/>
        </w:rPr>
        <w:t xml:space="preserve">[27:06] </w:t>
      </w:r>
      <w:r>
        <w:t>Duniya mein yeh yeh jab tak na aata ke har aadmi ke liye kamai ka mauqa hai, tab tak kuch nahi hone wala nahi tha.</w:t>
      </w:r>
    </w:p>
    <w:p>
      <w:pPr>
        <w:jc w:val="right"/>
      </w:pPr>
      <w:r>
        <w:t>دنیا میں یہ یہ جب تک نہ آتا کہ ہر آدمی کے لیے کمائی کا موقع ہے، تب تک کچھ نہیں ہونے والا نہیں تھا۔</w:t>
      </w:r>
    </w:p>
    <w:p>
      <w:r>
        <w:rPr>
          <w:b/>
        </w:rPr>
        <w:t xml:space="preserve">[27:14] </w:t>
      </w:r>
      <w:r>
        <w:t>Tab tak to ladai bhadai thi chalti rehti. Woh</w:t>
      </w:r>
    </w:p>
    <w:p>
      <w:pPr>
        <w:jc w:val="right"/>
      </w:pPr>
      <w:r>
        <w:t>تب تک تو لڑائی بھڑائی تھی چلتی رہتی۔ وہ</w:t>
      </w:r>
    </w:p>
    <w:p>
      <w:r>
        <w:rPr>
          <w:b/>
        </w:rPr>
        <w:t xml:space="preserve">[27:22] </w:t>
      </w:r>
      <w:r>
        <w:t>to aap ko maghrib ke bare mein bohat ziyada</w:t>
      </w:r>
    </w:p>
    <w:p>
      <w:pPr>
        <w:jc w:val="right"/>
      </w:pPr>
      <w:r>
        <w:t>تو آپ کو مغرب کے بارے میں بہت زیادہ</w:t>
      </w:r>
    </w:p>
    <w:p>
      <w:r>
        <w:rPr>
          <w:b/>
        </w:rPr>
        <w:t xml:space="preserve">[27:29] </w:t>
      </w:r>
      <w:r>
        <w:t>positive hona chahiye, bohat ziyada positive. is liye ke islam ne aaghaz kiya aur maghrib ne is ko aakhri had tak pahunchaya.</w:t>
      </w:r>
    </w:p>
    <w:p>
      <w:pPr>
        <w:jc w:val="right"/>
      </w:pPr>
      <w:r>
        <w:t>پازیٹو ہونا چاہیے، بہت زیادہ پازیٹو۔ اس لیے کہ اسلام نے آغاز کیا اور مغرب نے اس کو آخری حد تک پہنچایا۔</w:t>
      </w:r>
    </w:p>
    <w:p>
      <w:r>
        <w:rPr>
          <w:b/>
        </w:rPr>
        <w:t xml:space="preserve">[27:48] </w:t>
      </w:r>
      <w:r>
        <w:t>maghribi tehzeeb islam ke process ka culmination hai.</w:t>
      </w:r>
    </w:p>
    <w:p>
      <w:pPr>
        <w:jc w:val="right"/>
      </w:pPr>
      <w:r>
        <w:t>مغربی تہذیب اسلام کے پراسیس کا کلمیشن ہے۔</w:t>
      </w:r>
    </w:p>
    <w:p>
      <w:r>
        <w:rPr>
          <w:b/>
        </w:rPr>
        <w:t xml:space="preserve">[27:58] </w:t>
      </w:r>
      <w:r>
        <w:t>is tarah jab aap sochen ge, tab aap ko andar shukr aaye ga. abhi jo soch hai, samajhte hain ke maghrib zalim hai, yeh to jhoota lafz hi jhoota hai.</w:t>
      </w:r>
    </w:p>
    <w:p>
      <w:pPr>
        <w:jc w:val="right"/>
      </w:pPr>
      <w:r>
        <w:t>اس طرح جب آپ سوچیں گے، تب آپ کو اندر شکر آئے گا۔ ابھی جو سوچ ہے، سمجھتے ہیں کہ مغرب ظالم ہے، یہ تو جھوٹا لفظ ہی جھوٹا ہے۔</w:t>
      </w:r>
    </w:p>
    <w:p>
      <w:r>
        <w:rPr>
          <w:b/>
        </w:rPr>
        <w:t xml:space="preserve">[28:10] </w:t>
      </w:r>
      <w:r>
        <w:t>maghrib ko zulm ki fursat nahi hai.</w:t>
      </w:r>
    </w:p>
    <w:p>
      <w:pPr>
        <w:jc w:val="right"/>
      </w:pPr>
      <w:r>
        <w:t>مغرب کو ظلم کی فرصت نہیں ہے۔</w:t>
      </w:r>
    </w:p>
    <w:p>
      <w:r>
        <w:rPr>
          <w:b/>
        </w:rPr>
        <w:t xml:space="preserve">[28:16] </w:t>
      </w:r>
      <w:r>
        <w:t>dekhiye, aap ko main aik misaal deta hoon. maghribi qaumein jo theen, unhon ne dunya mein colonialism chalaya tha, nau nau wahdati nizam.</w:t>
      </w:r>
    </w:p>
    <w:p>
      <w:pPr>
        <w:jc w:val="right"/>
      </w:pPr>
      <w:r>
        <w:t>دیکھیے، آپ کو میں ایک مثال دیتا ہوں۔ مغربی قومیں جو تھیں، انہوں نے دنیا میں کلونیلزم چلایا تھا، نو نو وحدتی نظام۔</w:t>
      </w:r>
    </w:p>
    <w:p>
      <w:r>
        <w:rPr>
          <w:b/>
        </w:rPr>
        <w:t xml:space="preserve">[28:32] </w:t>
      </w:r>
      <w:r>
        <w:t>aaj kahan hai? yani dunya mein qabza karna, yani france ne africa mein qabza kiya, britain ne asia mein qabza kiya, fauj le kar aaye, lade,</w:t>
      </w:r>
    </w:p>
    <w:p>
      <w:pPr>
        <w:jc w:val="right"/>
      </w:pPr>
      <w:r>
        <w:t>آج کہاں ہے؟ یعنی دنیا میں قبضہ کرنا، یعنی فرانس نے افریقہ میں قبضہ کیا، برٹن نے ایشیا میں قبضہ کیا، فوج لے کر آئے، لڑے،</w:t>
      </w:r>
    </w:p>
    <w:p>
      <w:r>
        <w:rPr>
          <w:b/>
        </w:rPr>
        <w:t xml:space="preserve">[28:49] </w:t>
      </w:r>
      <w:r>
        <w:t>janab pak ka waqia pesh aaya waghera waghera. ab kisi ko is ki fursat nahi. ab to woh outsourcing karte hain, ab to dunya mein apna saman bechte hain,</w:t>
      </w:r>
    </w:p>
    <w:p>
      <w:pPr>
        <w:jc w:val="right"/>
      </w:pPr>
      <w:r>
        <w:t>جناب پاک کا واقعہ پیش آیا وغیرہ وغیرہ۔ اب کسی کو اس کی فرصت نہیں۔ اب تو وہ آؤٹ سورسنگ کرتے ہیں، اب تو دنیا میں اپنا سامان بیچتے ہیں،</w:t>
      </w:r>
    </w:p>
    <w:p>
      <w:r>
        <w:rPr>
          <w:b/>
        </w:rPr>
        <w:t xml:space="preserve">[29:04] </w:t>
      </w:r>
      <w:r>
        <w:t>ab dunya ki bazaar, dunya ki sarkein inhi ke saman se bhari hui hain. to kya zaroorat hai ladai karne ki?</w:t>
      </w:r>
    </w:p>
    <w:p>
      <w:pPr>
        <w:jc w:val="right"/>
      </w:pPr>
      <w:r>
        <w:t>اب دنیا کی بازار، دنیا کی سڑکیں انہی کے سامان سے بھری ہوئی ہیں۔ تو کیا ضرورت ہے لڑائی کرنے کی؟</w:t>
      </w:r>
    </w:p>
    <w:p>
      <w:r>
        <w:rPr>
          <w:b/>
        </w:rPr>
        <w:t xml:space="preserve">[29:15] </w:t>
      </w:r>
      <w:r>
        <w:t>jin ko aap, jis ko woh jante hain, woh log ke jin ko hum maren ge, woh to hamare kharidar hain. to kya apne kharidar koi mare ga?</w:t>
      </w:r>
    </w:p>
    <w:p>
      <w:pPr>
        <w:jc w:val="right"/>
      </w:pPr>
      <w:r>
        <w:t>جن کو آپ، جس کو وہ جانتے ہیں، وہ لوگ کہ جن کو ہم ماریں گے، وہ تو ہمارے خریدار ہیں۔ تو کیا اپنے خریدار کوئی مارے گا؟</w:t>
      </w:r>
    </w:p>
    <w:p>
      <w:r>
        <w:rPr>
          <w:b/>
        </w:rPr>
        <w:t xml:space="preserve">[29:28] </w:t>
      </w:r>
      <w:r>
        <w:t>apne customer koi mare ga? aaj ka jo europe hai, aaj ka jo america hai, is ko hergiz hergiz ladna nahi hai.</w:t>
      </w:r>
    </w:p>
    <w:p>
      <w:pPr>
        <w:jc w:val="right"/>
      </w:pPr>
      <w:r>
        <w:t>اپنے کسٹمر کوئی مارے گا؟ آج کا جو یورپ ہے، آج کا جو امریکہ ہے، اس کو ہرگز ہرگز لڑنا نہیں ہے۔</w:t>
      </w:r>
    </w:p>
    <w:p>
      <w:r>
        <w:rPr>
          <w:b/>
        </w:rPr>
        <w:t xml:space="preserve">[29:38] </w:t>
      </w:r>
      <w:r>
        <w:t>kyun? woh janta hai ke jis se woh lade ga, woh un ke kharidar hain, woh un ke customer hain. to customer se to business karna hai, marna thori hai un ko.</w:t>
      </w:r>
    </w:p>
    <w:p>
      <w:pPr>
        <w:jc w:val="right"/>
      </w:pPr>
      <w:r>
        <w:t>کیوں؟ وہ جانتا ہے کہ جس سے وہ لڑے گا، وہ ان کے خریدار ہیں، وہ ان کے کسٹمر ہیں۔ تو کسٹمر سے تو بزنس کرنا ہے، مارنا تھوڑی ہے ان کو۔</w:t>
      </w:r>
    </w:p>
    <w:p>
      <w:r>
        <w:rPr>
          <w:b/>
        </w:rPr>
        <w:t xml:space="preserve">[29:53] </w:t>
      </w:r>
      <w:r>
        <w:t>yeh to musalmanon ke is zamane mein jo be khabar paida hue leader, musalmanon ke leader bilkul be khabar thay.</w:t>
      </w:r>
    </w:p>
    <w:p>
      <w:pPr>
        <w:jc w:val="right"/>
      </w:pPr>
      <w:r>
        <w:t>یہ تو مسلمانوں کے اس زمانے میں جو بے خبر پیدا ہوئے لیڈر، مسلمانوں کے لیڈر بالکل بے خبر تھے۔</w:t>
      </w:r>
    </w:p>
    <w:p>
      <w:r>
        <w:rPr>
          <w:b/>
        </w:rPr>
        <w:t xml:space="preserve">[30:03] </w:t>
      </w:r>
      <w:r>
        <w:t>woh jante hi nahi thay in baaton ko. is zamane ke muslim leader jante hi nahi thay in baaton ko. yeh jante nahi thay ke quran mein jo yaso, yaso azab jo hai, woh door ki baat hai, woh firoun ki baat nahi hai.</w:t>
      </w:r>
    </w:p>
    <w:p>
      <w:pPr>
        <w:jc w:val="right"/>
      </w:pPr>
      <w:r>
        <w:t>وہ جانتے ہی نہیں تھے ان باتوں کو۔ اس زمانے کے مسلم لیڈر جانتے ہی نہیں تھے ان باتوں کو۔ یہ جانتے نہیں تھے کہ قرآن میں جو یسوع، یسوع عذاب جو ہے، وہ دور کی بات ہے، وہ فرعون کی بات نہیں ہے۔</w:t>
      </w:r>
    </w:p>
    <w:p>
      <w:r>
        <w:rPr>
          <w:b/>
        </w:rPr>
        <w:t xml:space="preserve">[30:23] </w:t>
      </w:r>
      <w:r>
        <w:t>aur yeh</w:t>
      </w:r>
    </w:p>
    <w:p>
      <w:pPr>
        <w:jc w:val="right"/>
      </w:pPr>
      <w:r>
        <w:t>اور یہ</w:t>
      </w:r>
    </w:p>
    <w:p>
      <w:r>
        <w:rPr>
          <w:b/>
        </w:rPr>
        <w:t xml:space="preserve">[30:28] </w:t>
      </w:r>
      <w:r>
        <w:t>yeh yeh fazilat ki baat nahi hai, door ki baat hai.</w:t>
      </w:r>
    </w:p>
    <w:p>
      <w:pPr>
        <w:jc w:val="right"/>
      </w:pPr>
      <w:r>
        <w:t>یہ یہ فضیلت کی بات نہیں ہے، دور کی بات ہے۔</w:t>
      </w:r>
    </w:p>
    <w:p>
      <w:r>
        <w:rPr>
          <w:b/>
        </w:rPr>
        <w:t xml:space="preserve">[30:33] </w:t>
      </w:r>
      <w:r>
        <w:t>to aik daur chala gaya, doosra daur aa gaya, aur hamare leader isi jee rahe hain, isi mein jee rahe hain ke maro, kaato, ladai chodo.</w:t>
      </w:r>
    </w:p>
    <w:p>
      <w:pPr>
        <w:jc w:val="right"/>
      </w:pPr>
      <w:r>
        <w:t>تو ایک دور چلا گیا، دوسرا دور آ گیا، اور ہمارے لیڈر اسی جی رہے ہیں، اسی میں جی رہے ہیں کہ مارو، کاٹو، لڑائی چھوڑو۔</w:t>
      </w:r>
    </w:p>
    <w:p>
      <w:r>
        <w:rPr>
          <w:b/>
        </w:rPr>
        <w:t xml:space="preserve">[30:46] </w:t>
      </w:r>
      <w:r>
        <w:t>ab to ladai ka zamana hi khatam ho gaya. ab to industry lagaiye, organization banaiye, dunya mein outsourcing kijiye, aur dawat ka kaam kijiye.</w:t>
      </w:r>
    </w:p>
    <w:p>
      <w:pPr>
        <w:jc w:val="right"/>
      </w:pPr>
      <w:r>
        <w:t>اب تو لڑائی کا زمانہ ہی ختم ہو گیا۔ اب تو انڈسٹری لگائیے، آرگنائزیشن بنائیے، دنیا میں آؤٹ سورسنگ کیجئے، اور دعوت کا کام کیجئے۔</w:t>
      </w:r>
    </w:p>
    <w:p>
      <w:r>
        <w:rPr>
          <w:b/>
        </w:rPr>
        <w:t xml:space="preserve">[31:03] </w:t>
      </w:r>
      <w:r>
        <w:t>modern communication ko istemal kar ke sari dunya mein dawat ka kaam kijiye.</w:t>
      </w:r>
    </w:p>
    <w:p>
      <w:pPr>
        <w:jc w:val="right"/>
      </w:pPr>
      <w:r>
        <w:t>ماڈرن کمیونیکیشن کو استعمال کر کے ساری دنیا میں دعوت کا کام کیجئے۔</w:t>
      </w:r>
    </w:p>
    <w:p>
      <w:r>
        <w:rPr>
          <w:b/>
        </w:rPr>
        <w:t xml:space="preserve">[31:10] </w:t>
      </w:r>
      <w:r>
        <w:t>to is ayat mein log samajhte hain ke yeh firoun ka tazkira hai. nahi, is ayat mein daur ka tazkira hai.</w:t>
      </w:r>
    </w:p>
    <w:p>
      <w:pPr>
        <w:jc w:val="right"/>
      </w:pPr>
      <w:r>
        <w:t>تو اس آیت میں لوگ سمجھتے ہیں کہ یہ فرعون کا تذکرہ ہے۔ نہیں، اس آیت میں دور کا تذکرہ ہے۔</w:t>
      </w:r>
    </w:p>
    <w:p>
      <w:r>
        <w:rPr>
          <w:b/>
        </w:rPr>
        <w:t xml:space="preserve">[31:22] </w:t>
      </w:r>
      <w:r>
        <w:t>daur ka yeh yeh firoun ki kahani nahi hai, yeh daur ki kahani hai. woh daur laye hain kaun?</w:t>
      </w:r>
    </w:p>
    <w:p>
      <w:pPr>
        <w:jc w:val="right"/>
      </w:pPr>
      <w:r>
        <w:t>دور کا یہ یہ فرعون کی کہانی نہیں ہے، یہ دور کی کہانی ہے۔ وہ دور لائے ہیں کون؟</w:t>
      </w:r>
    </w:p>
    <w:p>
      <w:r>
        <w:rPr>
          <w:b/>
        </w:rPr>
        <w:t xml:space="preserve">[31:32] </w:t>
      </w:r>
      <w:r>
        <w:t>islami rasool Allah aur aur sahaba aur tabeen laye hain. woh daur is silsile mein hamare mufakireen is ko be khabar rahe is baat se ke daur aata hai, through process,</w:t>
      </w:r>
    </w:p>
    <w:p>
      <w:pPr>
        <w:jc w:val="right"/>
      </w:pPr>
      <w:r>
        <w:t>اسلامی رسول اللہ اور اور صحابہ اور تابعین لائے ہیں۔ وہ دور اس سلسلے میں ہمارے مفکرین اس کو بے خبر رہے اس بات سے کہ دور آتا ہے، تھرو پراسیس،</w:t>
      </w:r>
    </w:p>
    <w:p>
      <w:r>
        <w:rPr>
          <w:b/>
        </w:rPr>
        <w:t xml:space="preserve">[31:48] </w:t>
      </w:r>
      <w:r>
        <w:t>achanak nahi aata. hamare jo log thay, woh is se is is concept ko nahi janti paye ke daur aata hai, through process,</w:t>
      </w:r>
    </w:p>
    <w:p>
      <w:pPr>
        <w:jc w:val="right"/>
      </w:pPr>
      <w:r>
        <w:t>اچانک نہیں آتا۔ ہمارے جو لوگ تھے، وہ اس سے اس اس کانسیپٹ کو نہیں جانتی جان پائے کہ دور آتا ہے، تھرو پراسیس،</w:t>
      </w:r>
    </w:p>
    <w:p>
      <w:r>
        <w:rPr>
          <w:b/>
        </w:rPr>
        <w:t xml:space="preserve">[32:05] </w:t>
      </w:r>
      <w:r>
        <w:t>achanak nahi aata.</w:t>
      </w:r>
    </w:p>
    <w:p>
      <w:pPr>
        <w:jc w:val="right"/>
      </w:pPr>
      <w:r>
        <w:t>اچانک نہیں آتا۔</w:t>
      </w:r>
    </w:p>
    <w:p>
      <w:r>
        <w:rPr>
          <w:b/>
        </w:rPr>
        <w:t xml:space="preserve">[32:11] </w:t>
      </w:r>
      <w:r>
        <w:t>jis ko dekhe, woh bari bari tareefen kare ga. hajjat ul wida ke jo rasool Allah ne farmaya tha, yeh nahi jante ke is is hajjat ul wida ke is taqreer ko samajhne ke liye aap ko janna pare ga law of nature, Allah taala ka nizam ke Allah taala ka jo nizam hai, woh process ko through aata hai.</w:t>
      </w:r>
    </w:p>
    <w:p>
      <w:pPr>
        <w:jc w:val="right"/>
      </w:pPr>
      <w:r>
        <w:t>جس کو دیکھے، وہ بڑی بڑی تعریفیں کرے گا۔ حجۃ الوداع کے جو رسول اللہ نے فرمایا تھا، یہ نہیں جانتے کہ اس اس حجۃ الوداع کے اس تقریر کو سمجھنے کے لیے آپ کو جاننا پڑے گا لاء آف نیچر، اللہ تعالیٰ کا نظام کہ اللہ تعالیٰ کا جو نظام ہے، وہ پراسیس کو تھرو آتا ہے۔</w:t>
      </w:r>
    </w:p>
    <w:p>
      <w:r>
        <w:rPr>
          <w:b/>
        </w:rPr>
        <w:t xml:space="preserve">[32:38] </w:t>
      </w:r>
      <w:r>
        <w:t>aisa nahi ke bas achank chho mantar koi kiya jaye aur ek daur shuru ho jaye. to hajja tul wida mein jo aelan kiya gaya tha, wo wo ek wo ek decoration tha,</w:t>
      </w:r>
    </w:p>
    <w:p>
      <w:pPr>
        <w:jc w:val="right"/>
      </w:pPr>
      <w:r>
        <w:t>ایسا نہیں کہ بس اچانک چھو منتر کوئی کیا جائے اور ایک دور شروع ہو جائے۔ تو حجۃ الوداع میں جو اعلان کیا گیا تھا، وہ وہ ایک وہ ایک ڈیکوریشن تھا،</w:t>
      </w:r>
    </w:p>
    <w:p>
      <w:r>
        <w:rPr>
          <w:b/>
        </w:rPr>
        <w:t xml:space="preserve">[32:57] </w:t>
      </w:r>
      <w:r>
        <w:t>nah ke waqia. kyunke waqia to aanay wala tha hazar saal mein.</w:t>
      </w:r>
    </w:p>
    <w:p>
      <w:pPr>
        <w:jc w:val="right"/>
      </w:pPr>
      <w:r>
        <w:t>نہ کہ واقعہ۔ کیونکہ واقعہ تو آنے والا تھا ہزار سال میں۔</w:t>
      </w:r>
    </w:p>
    <w:p>
      <w:r>
        <w:rPr>
          <w:b/>
        </w:rPr>
        <w:t xml:space="preserve">[33:05] </w:t>
      </w:r>
      <w:r>
        <w:t>to makkah decoration ya hajj decoration se ek daur shuru hua, ek ek process shuru hua, ek tareekhi amal shuru hua.</w:t>
      </w:r>
    </w:p>
    <w:p>
      <w:pPr>
        <w:jc w:val="right"/>
      </w:pPr>
      <w:r>
        <w:t>تو مکہ ڈیکوریشن یا حج ڈیکوریشن سے ایک دور شروع ہوا، ایک ایک پراسیس شروع ہوا، ایک تاریخی عمل شروع ہوا۔</w:t>
      </w:r>
    </w:p>
    <w:p>
      <w:r>
        <w:rPr>
          <w:b/>
        </w:rPr>
        <w:t xml:space="preserve">[33:18] </w:t>
      </w:r>
      <w:r>
        <w:t>is ke culmination mein hazar saal lag gaye aur ab wo apne aakhri had ko pohanch.</w:t>
      </w:r>
    </w:p>
    <w:p>
      <w:pPr>
        <w:jc w:val="right"/>
      </w:pPr>
      <w:r>
        <w:t>اس کے کلمیشن میں ہزار سال لگ گئے اور اب وہ اپنے آخری حد کو پہنچا۔</w:t>
      </w:r>
    </w:p>
    <w:p>
      <w:r>
        <w:rPr>
          <w:b/>
        </w:rPr>
        <w:t xml:space="preserve">[33:28] </w:t>
      </w:r>
      <w:r>
        <w:t>to is ayat mein jo zikr hai firoun ke zulm ka, wo tareekh ke is daur ka zikr hai jabke tareekh daur tashaddud mein jee rahi thi.</w:t>
      </w:r>
    </w:p>
    <w:p>
      <w:pPr>
        <w:jc w:val="right"/>
      </w:pPr>
      <w:r>
        <w:t>تو اس آیت میں جو ذکر ہے فرعون کے ظلم کا، وہ تاریخ کے اس دور کا ذکر ہے جبکہ تاریخ دور تشدد میں جی رہی تھی۔</w:t>
      </w:r>
    </w:p>
    <w:p>
      <w:r>
        <w:rPr>
          <w:b/>
        </w:rPr>
        <w:t xml:space="preserve">[33:39] </w:t>
      </w:r>
      <w:r>
        <w:t>aur aaj jo hai, rabana wala ta'mal alayna kama 'amaltahu 'alayna min qablu, yeh tareekh ke aglay daur ka zikr hai.</w:t>
      </w:r>
    </w:p>
    <w:p>
      <w:pPr>
        <w:jc w:val="right"/>
      </w:pPr>
      <w:r>
        <w:t>اور آج جو ہے، ربنا ولا تعمل علی کما عملت ابن قبرا، یہ تاریخ کے آگلے دور کا ذکر ہے۔</w:t>
      </w:r>
    </w:p>
    <w:p>
      <w:r>
        <w:rPr>
          <w:b/>
        </w:rPr>
        <w:t xml:space="preserve">[33:56] </w:t>
      </w:r>
      <w:r>
        <w:t>yani jo ayat padhi gayi aap ke samne, yusuf 'azab, wo daur tashaddud ko batati hai.</w:t>
      </w:r>
    </w:p>
    <w:p>
      <w:pPr>
        <w:jc w:val="right"/>
      </w:pPr>
      <w:r>
        <w:t>یعنی جو آیت پڑھی گئی آپ کے سامنے، یسوع عذاب، وہ دور تشدد کو بتاتی ہے۔</w:t>
      </w:r>
    </w:p>
    <w:p>
      <w:r>
        <w:rPr>
          <w:b/>
        </w:rPr>
        <w:t xml:space="preserve">[34:06] </w:t>
      </w:r>
      <w:r>
        <w:t>aur wo jo ayat hai</w:t>
      </w:r>
    </w:p>
    <w:p>
      <w:pPr>
        <w:jc w:val="right"/>
      </w:pPr>
      <w:r>
        <w:t>اور وہ جو آیت ہے</w:t>
      </w:r>
    </w:p>
    <w:p>
      <w:r>
        <w:rPr>
          <w:b/>
        </w:rPr>
        <w:t xml:space="preserve">[34:10] </w:t>
      </w:r>
      <w:r>
        <w:t>ke rabana wala ta'mal alayna kama 'amaltahu 'alayna min qablu, yeh tareekh ke aglay daur ki baat hai.</w:t>
      </w:r>
    </w:p>
    <w:p>
      <w:pPr>
        <w:jc w:val="right"/>
      </w:pPr>
      <w:r>
        <w:t>کہ ربنا ولا تعمل علی کما عملت من قبلنا، یہ تاریخ کے آگلے دور کی بات ہے۔</w:t>
      </w:r>
    </w:p>
    <w:p>
      <w:r>
        <w:rPr>
          <w:b/>
        </w:rPr>
        <w:t xml:space="preserve">[34:20] </w:t>
      </w:r>
      <w:r>
        <w:t>to janiye ke aaj aap daur awwal mein nahi hain, daur aakhir mein hain. yeh janiye, aaj aap daur tashaddud mein nahi, daur aman mein hain.</w:t>
      </w:r>
    </w:p>
    <w:p>
      <w:pPr>
        <w:jc w:val="right"/>
      </w:pPr>
      <w:r>
        <w:t>تو جانیے کہ آج آپ دور اول میں نہیں ہیں، دور آخر میں ہیں۔ یہ جانیے، آج آپ دور تشدد میں نہیں، دور امن میں ہیں۔</w:t>
      </w:r>
    </w:p>
    <w:p>
      <w:r>
        <w:rPr>
          <w:b/>
        </w:rPr>
        <w:t xml:space="preserve">[34:31] </w:t>
      </w:r>
      <w:r>
        <w:t>khwamkhwah lad rahe hain, apne aap ko marwa rahe hain. aaj jo ladai lad rahe hain log, be fader ladai hai, be khabri ki ladai hai.</w:t>
      </w:r>
    </w:p>
    <w:p>
      <w:pPr>
        <w:jc w:val="right"/>
      </w:pPr>
      <w:r>
        <w:t>خوامخواہ لڑ رہے ہیں، اپنے آپ کو مروا رہے ہیں۔ آج جو لڑائی لڑ رہے ہیں لوگ، بے فادر لڑائی ہے، بے خبری کی لڑائی ہے۔</w:t>
      </w:r>
    </w:p>
    <w:p>
      <w:r>
        <w:rPr>
          <w:b/>
        </w:rPr>
        <w:t xml:space="preserve">[34:44] </w:t>
      </w:r>
      <w:r>
        <w:t>kyunke jo kuch bhi aap chahte hain, wo aman ke zariye hasil ho sakta hai. to ladne ki zaroorat kya hai? jo kuch bhi aap chahte hain, wo peaceful tareeqay se hasil ho sakta hai.</w:t>
      </w:r>
    </w:p>
    <w:p>
      <w:pPr>
        <w:jc w:val="right"/>
      </w:pPr>
      <w:r>
        <w:t>کیونکہ جو کچھ بھی آپ چاہتے ہیں، وہ امن کے ذریعے حاصل ہو سکتا ہے۔ تو لڑنے کی ضرورت کیا ہے؟ جو کچھ بھی آپ چاہتے ہیں، وہ پیس فل طریقے سے حاصل ہو سکتا ہے۔</w:t>
      </w:r>
    </w:p>
    <w:p>
      <w:r>
        <w:rPr>
          <w:b/>
        </w:rPr>
        <w:t xml:space="preserve">[34:59] </w:t>
      </w:r>
      <w:r>
        <w:t>to ladne ki zaroorat kya hai? jaan dene ki zaroorat kya hai? kya zaroorat hai ke aap gala katwayen aur doosre gala kaaten? is ki zaroorat kya hai?</w:t>
      </w:r>
    </w:p>
    <w:p>
      <w:pPr>
        <w:jc w:val="right"/>
      </w:pPr>
      <w:r>
        <w:t>تو لڑنے کی ضرورت کیا ہے؟ جان دینے کی ضرورت کیا ہے؟ کیا ضرورت ہے کہ آپ گلا کٹوائیں اور دوسرے گلا کاٹیں؟ اس کی ضرورت کیا ہے؟</w:t>
      </w:r>
    </w:p>
    <w:p>
      <w:r>
        <w:rPr>
          <w:b/>
        </w:rPr>
        <w:t xml:space="preserve">[35:14] </w:t>
      </w:r>
      <w:r>
        <w:t>aur is waqifiyat ka, yani ke yeh daur aman hai, is ka sab se bara jo faida hoga aap ko, wo yeh hai ke aap itna da'wati zehn banega.</w:t>
      </w:r>
    </w:p>
    <w:p>
      <w:pPr>
        <w:jc w:val="right"/>
      </w:pPr>
      <w:r>
        <w:t>اور اس واقفیت کا، یعنی کہ یہ دور امن ہے، اس کا سب سے بڑا جو فائدہ ہوگا آپ کو، وہ یہ ہے کہ آپ اتنا دعوتی ذہن بنے گا۔</w:t>
      </w:r>
    </w:p>
    <w:p>
      <w:r>
        <w:rPr>
          <w:b/>
        </w:rPr>
        <w:t xml:space="preserve">[35:27] </w:t>
      </w:r>
      <w:r>
        <w:t>kyunke da'wat ka kaam hota hai aman ke mahol mein. aman ka mahol ek da'wat bhi nahi.</w:t>
      </w:r>
    </w:p>
    <w:p>
      <w:pPr>
        <w:jc w:val="right"/>
      </w:pPr>
      <w:r>
        <w:t>کیونکہ دعوت کا کام ہوتا ہے امن کے ماحول میں۔ امن کا ماحول ایک دعوت بھی نہیں۔</w:t>
      </w:r>
    </w:p>
    <w:p>
      <w:r>
        <w:rPr>
          <w:b/>
        </w:rPr>
        <w:t xml:space="preserve">[35:37] </w:t>
      </w:r>
      <w:r>
        <w:t>jab wo daur aa gaya ke sari dunya aap ka, aap ka customer ban gayi. aaj sari dunya Europe, America ki customer hai.</w:t>
      </w:r>
    </w:p>
    <w:p>
      <w:pPr>
        <w:jc w:val="right"/>
      </w:pPr>
      <w:r>
        <w:t>جب وہ دور آ گیا کہ ساری دنیا آپ کا، آپ کا کسٹمر بن گئی۔ آج ساری دنیا یورپ، امریکہ کی کسٹمر ہے۔</w:t>
      </w:r>
    </w:p>
    <w:p>
      <w:r>
        <w:rPr>
          <w:b/>
        </w:rPr>
        <w:t xml:space="preserve">[35:51] </w:t>
      </w:r>
      <w:r>
        <w:t>aaj wo zamana hai jabke sari dunya develop countries ka customer hai. aap jante hain ke mashhoor qaul hai ke "customer is always right".</w:t>
      </w:r>
    </w:p>
    <w:p>
      <w:pPr>
        <w:jc w:val="right"/>
      </w:pPr>
      <w:r>
        <w:t>آج وہ زمانہ ہے جبکہ ساری دنیا ڈیولپ کنٹریز کا کسٹمر ہے۔ آپ جانتے ہیں کہ مشہور قول ہے کہ "کسٹمر از الویز رائٹ"۔</w:t>
      </w:r>
    </w:p>
    <w:p>
      <w:r>
        <w:rPr>
          <w:b/>
        </w:rPr>
        <w:t xml:space="preserve">[36:09] </w:t>
      </w:r>
      <w:r>
        <w:t>friendly customer culture ka matlab hai friendly behavior.</w:t>
      </w:r>
    </w:p>
    <w:p>
      <w:pPr>
        <w:jc w:val="right"/>
      </w:pPr>
      <w:r>
        <w:t>فرینڈلی کسٹمر کلچر کا مطلب ہے فرینڈلی بیہیویئر۔</w:t>
      </w:r>
    </w:p>
    <w:p>
      <w:r>
        <w:rPr>
          <w:b/>
        </w:rPr>
        <w:t xml:space="preserve">[36:18] </w:t>
      </w:r>
      <w:r>
        <w:t>friendly behavior, yeh to aain da'wat hai. kaam ki baat hai, agar aap ke andar yeh paida ho jaye, insan friendly behavior, kyunke har customer ek insan hai.</w:t>
      </w:r>
    </w:p>
    <w:p>
      <w:pPr>
        <w:jc w:val="right"/>
      </w:pPr>
      <w:r>
        <w:t>فرینڈلی بیہیویئر، یہ تو آئین دعوت ہے۔ کام کی بات ہے، اگر آپ کے اندر یہ پیدا ہو جائے، انسان فرینڈلی بیہیویئر، کیونکہ ہر کسٹمر ایک انسان ہے۔</w:t>
      </w:r>
    </w:p>
    <w:p>
      <w:r>
        <w:rPr>
          <w:b/>
        </w:rPr>
        <w:t xml:space="preserve">[36:33] </w:t>
      </w:r>
      <w:r>
        <w:t>agar aap ke andar insan friendly behavior aa jaye to is ko ma'ni hai ke da'wat ka samandar khul gaya.</w:t>
      </w:r>
    </w:p>
    <w:p>
      <w:pPr>
        <w:jc w:val="right"/>
      </w:pPr>
      <w:r>
        <w:t>اگر آپ کے اندر انسان فرینڈلی بیہیویئر آ جائے تو اس کو معنی ہے کہ دعوت کا سمندر کھل گیا۔</w:t>
      </w:r>
    </w:p>
    <w:p>
      <w:r>
        <w:rPr>
          <w:b/>
        </w:rPr>
        <w:t xml:space="preserve">[36:45] </w:t>
      </w:r>
      <w:r>
        <w:t>sari dunya mein da'wat ka hawa chal gayi,</w:t>
      </w:r>
    </w:p>
    <w:p>
      <w:pPr>
        <w:jc w:val="right"/>
      </w:pPr>
      <w:r>
        <w:t>ساری دنیا میں دعوت کا ہوا چل گئی،</w:t>
      </w:r>
    </w:p>
    <w:p>
      <w:r>
        <w:rPr>
          <w:b/>
        </w:rPr>
        <w:t xml:space="preserve">[36:51] </w:t>
      </w:r>
      <w:r>
        <w:t>har jagah da'wat.</w:t>
      </w:r>
    </w:p>
    <w:p>
      <w:pPr>
        <w:jc w:val="right"/>
      </w:pPr>
      <w:r>
        <w:t>ہر جگہ دعوت۔</w:t>
      </w:r>
    </w:p>
    <w:p>
      <w:r>
        <w:rPr>
          <w:b/>
        </w:rPr>
        <w:t xml:space="preserve">[36:56] </w:t>
      </w:r>
      <w:r>
        <w:t>pehle zamanay mein to rasool Allah sal Allah alayhi wasallam ko ka'ba ke aas pas gathering milti thi. gathering, aaj to har jagah gathering hai.</w:t>
      </w:r>
    </w:p>
    <w:p>
      <w:pPr>
        <w:jc w:val="right"/>
      </w:pPr>
      <w:r>
        <w:t>پہلے زمانے میں تو رسول اللہ صلی اللہ علیہ وسلم کو کعبہ کے اس پاس گیدرنگ ملتی تھی۔ گیدرنگ، آج تو ہر جگہ گیدرنگ ہے۔</w:t>
      </w:r>
    </w:p>
    <w:p>
      <w:r>
        <w:rPr>
          <w:b/>
        </w:rPr>
        <w:t xml:space="preserve">[37:08] </w:t>
      </w:r>
      <w:r>
        <w:t>insan ki har park mein, har school mein, har hotel mein, har university mein, har airport par, har bus adde par, jahan insan hai, wahan gathering hai.</w:t>
      </w:r>
    </w:p>
    <w:p>
      <w:pPr>
        <w:jc w:val="right"/>
      </w:pPr>
      <w:r>
        <w:t>انسان کی ہر پارک میں، ہر اسکول میں، ہر ہوٹل میں، ہر یونیورسٹی میں، ہر ایئرپورٹ پر، ہر بس اڈے پر، جہاں انسان ہے، وہاں گیدرنگ ہے۔</w:t>
      </w:r>
    </w:p>
    <w:p>
      <w:r>
        <w:rPr>
          <w:b/>
        </w:rPr>
        <w:t xml:space="preserve">[37:23] </w:t>
      </w:r>
      <w:r>
        <w:t>jahan gathering hai, wahan par aap ka audience hai.</w:t>
      </w:r>
    </w:p>
    <w:p>
      <w:pPr>
        <w:jc w:val="right"/>
      </w:pPr>
      <w:r>
        <w:t>جہاں گیدرنگ ہے، وہاں پر آپ کا آڈینس ہے۔</w:t>
      </w:r>
    </w:p>
    <w:p>
      <w:r>
        <w:rPr>
          <w:b/>
        </w:rPr>
        <w:t xml:space="preserve">[37:29] </w:t>
      </w:r>
      <w:r>
        <w:t>to sari dunya mein dawat ka kaam ek batore, yani explosion par dawah explosion ka daur aa gaya hai.</w:t>
      </w:r>
    </w:p>
    <w:p>
      <w:pPr>
        <w:jc w:val="right"/>
      </w:pPr>
      <w:r>
        <w:t>تو ساری دنیا میں دعوت کا کام ایک بطور، یعنی ایکسپلوژن پر دعویٰ ایکسپلوژن کا دور آ گیا ہے۔</w:t>
      </w:r>
    </w:p>
    <w:p>
      <w:r>
        <w:rPr>
          <w:b/>
        </w:rPr>
        <w:t xml:space="preserve">[37:42] </w:t>
      </w:r>
      <w:r>
        <w:t>yeh daur jo hai, dawah explosion ka daur aa gaya.</w:t>
      </w:r>
    </w:p>
    <w:p>
      <w:pPr>
        <w:jc w:val="right"/>
      </w:pPr>
      <w:r>
        <w:t>یہ دور جو ہے، دعویٰ ایکسپلوژن کا دور آ گیا۔</w:t>
      </w:r>
    </w:p>
    <w:p>
      <w:r>
        <w:rPr>
          <w:b/>
        </w:rPr>
        <w:t xml:space="preserve">[37:48] </w:t>
      </w:r>
      <w:r>
        <w:t>to yeh jo ayat hai ke firoun jo thay, woh azab dete thay is zamane ke bani israel ko, haqeeqat mein woh yaad dila rahi hai ke woh zamana to khatam ho gaya.</w:t>
      </w:r>
    </w:p>
    <w:p>
      <w:pPr>
        <w:jc w:val="right"/>
      </w:pPr>
      <w:r>
        <w:t>تو یہ جو آیت ہے کہ فرعون جو تھے، وہ عذاب دیتے تھے اس زمانے کے بنی اسرائیل کو، حقیقت میں وہ یاد دلا رہی ہے کہ وہ زمانہ تو ختم ہو گیا۔</w:t>
      </w:r>
    </w:p>
    <w:p>
      <w:r>
        <w:rPr>
          <w:b/>
        </w:rPr>
        <w:t xml:space="preserve">[38:02] </w:t>
      </w:r>
      <w:r>
        <w:t>yeh to tareekh ka hawala hai. Quran ki is ayat mein sach poochhein to history ka refer kiya gaya hai. Woh history chali gayi, ab nayi aa chuki hai.</w:t>
      </w:r>
    </w:p>
    <w:p>
      <w:pPr>
        <w:jc w:val="right"/>
      </w:pPr>
      <w:r>
        <w:t>یہ تو تاریخ کا حوالہ ہے۔ قرآن کی اس آیت میں سچ پوچھیں تو ہسٹری کا ریفر کیا گیا ہے۔ وہ ہسٹری چلی گئی، اب نئی آ چکی ہے۔</w:t>
      </w:r>
    </w:p>
    <w:p>
      <w:r>
        <w:rPr>
          <w:b/>
        </w:rPr>
        <w:t xml:space="preserve">[38:17] </w:t>
      </w:r>
      <w:r>
        <w:t>tashaddud ka daur chala gaya, aman ka daur ab dunya mein aa gaya hai. Yeh yeh ayat yeh bata rahi hai.</w:t>
      </w:r>
    </w:p>
    <w:p>
      <w:pPr>
        <w:jc w:val="right"/>
      </w:pPr>
      <w:r>
        <w:t>تشدد کا دور چلا گیا، امن کا دور اب دنیا میں آ گیا ہے۔ یہ یہ آیت یہ بتا رہی ہے۔</w:t>
      </w:r>
    </w:p>
    <w:p>
      <w:r>
        <w:rPr>
          <w:b/>
        </w:rPr>
        <w:t xml:space="preserve">[38:27] </w:t>
      </w:r>
      <w:r>
        <w:t>to yeh agar aap aap ko samjhein is cheez ko to aap ko andar shukr aaye ga, insaan se humdardi aaye gi, dawat ka jazba aaye ga, Quran ko phailane ka spirit paida hogi.</w:t>
      </w:r>
    </w:p>
    <w:p>
      <w:pPr>
        <w:jc w:val="right"/>
      </w:pPr>
      <w:r>
        <w:t>تو یہ اگر آپ آپ کو سمجھیں اس چیز کو تو آپ کو اندر شکر آئے گا، انسان سے ہمدردی آئے گی، دعوت کا جذبہ آئے گا، قرآن کو پھیلانے کا اسپرٹ پیدا ہوگی۔</w:t>
      </w:r>
    </w:p>
    <w:p>
      <w:r>
        <w:rPr>
          <w:b/>
        </w:rPr>
        <w:t xml:space="preserve">[38:44] </w:t>
      </w:r>
      <w:r>
        <w:t>agar sirf aap yeh samjhein ke yeh firoun ki kahani hai to kuch bhi nahi mile ga aap ko, kuch bhi nahi mile ga.</w:t>
      </w:r>
    </w:p>
    <w:p>
      <w:pPr>
        <w:jc w:val="right"/>
      </w:pPr>
      <w:r>
        <w:t>اگر صرف آپ یہ سمجھیں کہ یہ فرعون کی کہانی ہے تو کچھ بھی نہیں ملے گا آپ کو، کچھ بھی نہیں ملے گا۔</w:t>
      </w:r>
    </w:p>
    <w:p>
      <w:r>
        <w:rPr>
          <w:b/>
        </w:rPr>
        <w:t xml:space="preserve">[38:55] </w:t>
      </w:r>
      <w:r>
        <w:t>in ayaton ko agar aap firoun ki kahani samjhein to kuch bhi nahi mile ga.</w:t>
      </w:r>
    </w:p>
    <w:p>
      <w:pPr>
        <w:jc w:val="right"/>
      </w:pPr>
      <w:r>
        <w:t>ان آیتوں کو اگر آپ فرعون کی کہانی سمجھیں تو کچھ بھی نہیں ملے گا۔</w:t>
      </w:r>
    </w:p>
    <w:p>
      <w:r>
        <w:rPr>
          <w:b/>
        </w:rPr>
        <w:t xml:space="preserve">[39:04] </w:t>
      </w:r>
      <w:r>
        <w:t>main samajhta hoon Quran poora ka poora book of lesson hai.</w:t>
      </w:r>
    </w:p>
    <w:p>
      <w:pPr>
        <w:jc w:val="right"/>
      </w:pPr>
      <w:r>
        <w:t>میں سمجھتا ہوں قرآن پورا کا پورا بک آف لیسن ہے۔</w:t>
      </w:r>
    </w:p>
    <w:p>
      <w:r>
        <w:rPr>
          <w:b/>
        </w:rPr>
        <w:t xml:space="preserve">[39:10] </w:t>
      </w:r>
      <w:r>
        <w:t>Quran poora ka poora book of lesson hai, yani sabak deta hai aap ko history ke bare mein.</w:t>
      </w:r>
    </w:p>
    <w:p>
      <w:pPr>
        <w:jc w:val="right"/>
      </w:pPr>
      <w:r>
        <w:t>قرآن پورا کا پورا بک آف لیسن ہے، یعنی سبق دیتا ہے آپ کو ہسٹری کے بارے میں۔</w:t>
      </w:r>
    </w:p>
    <w:p>
      <w:r>
        <w:rPr>
          <w:b/>
        </w:rPr>
        <w:t xml:space="preserve">[39:25] </w:t>
      </w:r>
      <w:r>
        <w:t>history ke bare mein book of lesson. Har ayat mein ek positive lesson hai. Har ayat mein insaan ki humdardi ki baat hai.</w:t>
      </w:r>
    </w:p>
    <w:p>
      <w:pPr>
        <w:jc w:val="right"/>
      </w:pPr>
      <w:r>
        <w:t>ہسٹری کے بارے میں بک آف لیسن۔ ہر آیت میں ایک پوزیٹیو لیسن ہے۔ ہر آیت میں انسان کی ہمدردی کی بات ہے۔</w:t>
      </w:r>
    </w:p>
    <w:p>
      <w:r>
        <w:rPr>
          <w:b/>
        </w:rPr>
        <w:t xml:space="preserve">[39:37] </w:t>
      </w:r>
      <w:r>
        <w:t>har ayat mein direct guide hai, dawat ka paigham hai.</w:t>
      </w:r>
    </w:p>
    <w:p>
      <w:pPr>
        <w:jc w:val="right"/>
      </w:pPr>
      <w:r>
        <w:t>ہر آیت میں ڈائریکٹ گائیڈ ہے، دعوت کا پیغام ہے۔</w:t>
      </w:r>
    </w:p>
    <w:p>
      <w:r>
        <w:rPr>
          <w:b/>
        </w:rPr>
        <w:t xml:space="preserve">[39:49] </w:t>
      </w:r>
      <w:r>
        <w:t>Quran na to fakhr ki kitab hai, na yahood ki aur mushrikeen ke ke khilaf, yani azab ki dastan hai.</w:t>
      </w:r>
    </w:p>
    <w:p>
      <w:pPr>
        <w:jc w:val="right"/>
      </w:pPr>
      <w:r>
        <w:t>قرآن نہ تو فخر کی کتاب ہے، نہ یہود کی اور مشرکین کے کے خلاف، یعنی عذاب کی داستان ہے۔</w:t>
      </w:r>
    </w:p>
    <w:p>
      <w:r>
        <w:rPr>
          <w:b/>
        </w:rPr>
        <w:t xml:space="preserve">[40:04] </w:t>
      </w:r>
      <w:r>
        <w:t>nahi, Quran poora ka poora book of lesson hai, book of nasihat hai, poora ka poora.</w:t>
      </w:r>
    </w:p>
    <w:p>
      <w:pPr>
        <w:jc w:val="right"/>
      </w:pPr>
      <w:r>
        <w:t>نہیں، قرآن پورا کا پورا بک آف لیسن ہے، بک آف نصیحت ہے، پورا کا پورا۔</w:t>
      </w:r>
    </w:p>
    <w:p>
      <w:r>
        <w:rPr>
          <w:b/>
        </w:rPr>
        <w:t xml:space="preserve">[40:17] </w:t>
      </w:r>
      <w:r>
        <w:t>lekin yeh baat aati hai is tawajjuh mein ghor karne se. Woh ayat padhi hai, uska tarjuma kijiye. Ladabro ayati kitaba anzalnahu ilayka mubarakun li yaddabbaru ayatihi wa li yatazakkaru ulul albab. Surah Saad ayat number 29.</w:t>
      </w:r>
    </w:p>
    <w:p>
      <w:pPr>
        <w:jc w:val="right"/>
      </w:pPr>
      <w:r>
        <w:t>لیکن یہ بات آتی ہے اس توجہ میں غور کرنے سے۔ وہ آیت پڑھی ہے، اس کا ترجمہ کیجئے۔ لدبر آیتی کتاب انزلنا الیک مبارک لدبرو آیاتہ ولیتذکر اول الباب سورہ صاد آیت نمبر 29۔</w:t>
      </w:r>
    </w:p>
    <w:p>
      <w:r>
        <w:rPr>
          <w:b/>
        </w:rPr>
        <w:t xml:space="preserve">[40:40] </w:t>
      </w:r>
      <w:r>
        <w:t>ek kitab hai, hum ne is ko nazil kiya tumhari taraf, yeh babarkat hai taake log is ki ayaton mein tadabbur karein aur taake aqal wale is se tazakkur yani nasihat hasil karein.</w:t>
      </w:r>
    </w:p>
    <w:p>
      <w:pPr>
        <w:jc w:val="right"/>
      </w:pPr>
      <w:r>
        <w:t>ایک کتاب ہے، ہم نے اس کو نازل کیا تمہاری طرف، یہ بابرکت ہے تاکہ لوگ اس کی آیتوں میں تدبر کریں اور تاکہ عقل والے اس سے تذکر یعنی نصیحت حاصل کریں۔</w:t>
      </w:r>
    </w:p>
    <w:p>
      <w:r>
        <w:rPr>
          <w:b/>
        </w:rPr>
        <w:t xml:space="preserve">[40:56] </w:t>
      </w:r>
      <w:r>
        <w:t>ab dekhiye, is ayat mein ghor kijiye ke Quran ke utarne ka kya bataya?</w:t>
      </w:r>
    </w:p>
    <w:p>
      <w:pPr>
        <w:jc w:val="right"/>
      </w:pPr>
      <w:r>
        <w:t>اب دیکھیے، اس آیت میں غور کیجئے کہ قرآن کے اتارنے کا کیا بتایا؟</w:t>
      </w:r>
    </w:p>
    <w:p>
      <w:r>
        <w:rPr>
          <w:b/>
        </w:rPr>
        <w:t xml:space="preserve">[41:08] </w:t>
      </w:r>
      <w:r>
        <w:t>tadabbur, tadabbur, ghor karna yani aqal ko istemal karna.</w:t>
      </w:r>
    </w:p>
    <w:p>
      <w:pPr>
        <w:jc w:val="right"/>
      </w:pPr>
      <w:r>
        <w:t>تدبر، تدبر، غور کرنا یعنی عقل کو استعمال کرنا۔</w:t>
      </w:r>
    </w:p>
    <w:p>
      <w:r>
        <w:rPr>
          <w:b/>
        </w:rPr>
        <w:t xml:space="preserve">[41:19] </w:t>
      </w:r>
      <w:r>
        <w:t>Quran utara gaya is liye ke apni aqal ko istemal karo, ghor o fikr karo, is ki gehre maani ko daryaft karo, is se nasihat ke jo item hain, us ko jano.</w:t>
      </w:r>
    </w:p>
    <w:p>
      <w:pPr>
        <w:jc w:val="right"/>
      </w:pPr>
      <w:r>
        <w:t>قرآن اتارا گیا اس لیے کہ اپنی عقل کو استعمال کرو، غور و فکر کرو، اس کی گہرے معنی کو دریافت کرو، اس سے نصیحت کے جو آئٹم ہیں، اس کو جانو۔</w:t>
      </w:r>
    </w:p>
    <w:p>
      <w:r>
        <w:rPr>
          <w:b/>
        </w:rPr>
        <w:t xml:space="preserve">[41:36] </w:t>
      </w:r>
      <w:r>
        <w:t>tab tumhare andar aaye ga insaan se mohabbat, Allah se mohabbat, Allah ka khauf, qayamat ka yaad, jannat ki yaad,</w:t>
      </w:r>
    </w:p>
    <w:p>
      <w:pPr>
        <w:jc w:val="right"/>
      </w:pPr>
      <w:r>
        <w:t>تب تمہارے اندر آئے گا انسان سے محبت، اللہ سے محبت، اللہ کا خوف، قیامت کا یاد، جنت کی یاد،</w:t>
      </w:r>
    </w:p>
    <w:p>
      <w:r>
        <w:rPr>
          <w:b/>
        </w:rPr>
        <w:t xml:space="preserve">[41:51] </w:t>
      </w:r>
      <w:r>
        <w:t>woh sab aaye gi. Aur phir kya hoga? Phir dawat ka jazba ubhare ga ke sare insano ko mujhe Allah ki taraf se yeh paigham dena hai.</w:t>
      </w:r>
    </w:p>
    <w:p>
      <w:pPr>
        <w:jc w:val="right"/>
      </w:pPr>
      <w:r>
        <w:t>وہ سب آئے گی۔ اور پھر کیا ہوگا؟ پھر دعوت کا جذبہ ابھرے گا کہ سارے انسانوں کو مجھے اللہ کی طرف سے یہ پیغام دینا ہے۔</w:t>
      </w:r>
    </w:p>
    <w:p>
      <w:r>
        <w:rPr>
          <w:b/>
        </w:rPr>
        <w:t xml:space="preserve">[42:07] </w:t>
      </w:r>
      <w:r>
        <w:t>to poora Quran jo hai, apne ghor o fikr mein maujood hai. Agar aap ghor o fikr nahi karein ge to Quran ke maani aap par nahi khulein ge.</w:t>
      </w:r>
    </w:p>
    <w:p>
      <w:pPr>
        <w:jc w:val="right"/>
      </w:pPr>
      <w:r>
        <w:t>تو پورا قرآن جو ہے، اپنے غور و فکر میں موجود ہے۔ اگر آپ غور و فکر نہیں کریں گے تو قرآن کے معنی آپ پر نہیں کھلیں گے۔</w:t>
      </w:r>
    </w:p>
    <w:p>
      <w:r>
        <w:rPr>
          <w:b/>
        </w:rPr>
        <w:t xml:space="preserve">[42:22] </w:t>
      </w:r>
      <w:r>
        <w:t>agar aap tadabbur nahi karein ge to Quran ke jo gehre maani hain, woh aap par nahi khulein ge. Jise main ne abhi misaal di aap ko ke is jo ayat ayat padhi gayi hai,</w:t>
      </w:r>
    </w:p>
    <w:p>
      <w:pPr>
        <w:jc w:val="right"/>
      </w:pPr>
      <w:r>
        <w:t>اگر آپ تدبر نہیں کریں گے تو قرآن کے جو گہرے معنی ہیں، وہ آپ پر نہیں کھلیں گے۔ جسے میں نے ابھی مثال دی آپ کو کہ اس جو آیت آیت پڑھی گئی ہے،</w:t>
      </w:r>
    </w:p>
    <w:p>
      <w:r>
        <w:rPr>
          <w:b/>
        </w:rPr>
        <w:t xml:space="preserve">[42:37] </w:t>
      </w:r>
      <w:r>
        <w:t>bazaahir to is mein firoun ke zulm ka zikr hai, bazaahir,</w:t>
      </w:r>
    </w:p>
    <w:p>
      <w:pPr>
        <w:jc w:val="right"/>
      </w:pPr>
      <w:r>
        <w:t>بظاہر تو اس میں فرعون کے ظلم کا ذکر ہے، بظاہر،</w:t>
      </w:r>
    </w:p>
    <w:p>
      <w:r>
        <w:rPr>
          <w:b/>
        </w:rPr>
        <w:t xml:space="preserve">[42:46] </w:t>
      </w:r>
      <w:r>
        <w:t>bazaahir is mein firoun ka zulm ka zikr hai, bachon ko maarne ka zikr hai. Lekin ghor kijiye, ghor kijiye, ghor kijiye to is mein ek tareekhi daur ka zikr hai, historical period ka zikr hai,</w:t>
      </w:r>
    </w:p>
    <w:p>
      <w:pPr>
        <w:jc w:val="right"/>
      </w:pPr>
      <w:r>
        <w:t>بظاہر اس میں فرعون کا ظلم کا ذکر ہے، بچوں کو مارنے کا ذکر ہے۔ لیکن غور کیجئے، غور کیجئے، غور کیجئے تو اس میں ایک تاریخی دور کا ذکر ہے، ہسٹوریکل پیریڈ کا ذکر ہے،</w:t>
      </w:r>
    </w:p>
    <w:p>
      <w:r>
        <w:rPr>
          <w:b/>
        </w:rPr>
        <w:t xml:space="preserve">[43:02] </w:t>
      </w:r>
      <w:r>
        <w:t>balkeh do dauron ka zikr hai. ek woh daur jab tareekh mein tashaddud hota tha, doosra woh daur jab tashaddud khatm ho gaya.</w:t>
      </w:r>
    </w:p>
    <w:p>
      <w:pPr>
        <w:jc w:val="right"/>
      </w:pPr>
      <w:r>
        <w:t>بلکہ دو دوروں کا ذکر ہے۔ ایک وہ دور جب تاریخ میں تشدد ہوتا تھا، دوسرا وہ دور جب تشدد ختم ہو گیا۔</w:t>
      </w:r>
    </w:p>
    <w:p>
      <w:r>
        <w:rPr>
          <w:b/>
        </w:rPr>
        <w:t xml:space="preserve">[43:15] </w:t>
      </w:r>
      <w:r>
        <w:t>ab to sirf</w:t>
      </w:r>
    </w:p>
    <w:p>
      <w:pPr>
        <w:jc w:val="right"/>
      </w:pPr>
      <w:r>
        <w:t>اب تو صرف</w:t>
      </w:r>
    </w:p>
    <w:p>
      <w:r>
        <w:rPr>
          <w:b/>
        </w:rPr>
        <w:t xml:space="preserve">[43:21] </w:t>
      </w:r>
      <w:r>
        <w:t>mowaaqe ko, opportunities ko avail karne ka daur hai.</w:t>
      </w:r>
    </w:p>
    <w:p>
      <w:pPr>
        <w:jc w:val="right"/>
      </w:pPr>
      <w:r>
        <w:t>مواقع کو، اپرچونیٹیز کو اویل کرنے کا دور ہے۔</w:t>
      </w:r>
    </w:p>
    <w:p>
      <w:r>
        <w:rPr>
          <w:b/>
        </w:rPr>
        <w:t xml:space="preserve">[43:29] </w:t>
      </w:r>
      <w:r>
        <w:t>ab jo hai duniya mein opportunity ko avail karne ka daur hai. opportunity ko discover kijiye aur us ko avail kijiye.</w:t>
      </w:r>
    </w:p>
    <w:p>
      <w:pPr>
        <w:jc w:val="right"/>
      </w:pPr>
      <w:r>
        <w:t>اب جو ہے دنیا میں اپرچونیٹی کو اویل کرنے کا دور ہے۔ اپرچونیٹی کو ڈسکور کیجئے اور اس کو اویل کیجئے۔</w:t>
      </w:r>
    </w:p>
    <w:p>
      <w:r>
        <w:rPr>
          <w:b/>
        </w:rPr>
        <w:t xml:space="preserve">[43:41] </w:t>
      </w:r>
      <w:r>
        <w:t>woh zamana khatm ho gaya.</w:t>
      </w:r>
    </w:p>
    <w:p>
      <w:pPr>
        <w:jc w:val="right"/>
      </w:pPr>
      <w:r>
        <w:t>وہ زمانہ ختم ہو گیا۔</w:t>
      </w:r>
    </w:p>
    <w:p>
      <w:r>
        <w:rPr>
          <w:b/>
        </w:rPr>
        <w:t xml:space="preserve">[43:47] </w:t>
      </w:r>
      <w:r>
        <w:t>to behal,</w:t>
      </w:r>
    </w:p>
    <w:p>
      <w:pPr>
        <w:jc w:val="right"/>
      </w:pPr>
      <w:r>
        <w:t>تو بہرحال،</w:t>
      </w:r>
    </w:p>
    <w:p>
      <w:r>
        <w:rPr>
          <w:b/>
        </w:rPr>
        <w:t xml:space="preserve">[43:51] </w:t>
      </w:r>
      <w:r>
        <w:t>quran utara gaya hai taake log is mein tadabbur karein aur taake log is ke andar naseehat paayein.</w:t>
      </w:r>
    </w:p>
    <w:p>
      <w:pPr>
        <w:jc w:val="right"/>
      </w:pPr>
      <w:r>
        <w:t>قرآن اتارا گیا ہے تاکہ لوگ اس میں تدبر کریں اور تاکہ لوگ اس کے اندر نصیحت پائیں۔</w:t>
      </w:r>
    </w:p>
    <w:p>
      <w:r>
        <w:rPr>
          <w:b/>
        </w:rPr>
        <w:t xml:space="preserve">[44:04] </w:t>
      </w:r>
      <w:r>
        <w:t>to quran ki har ayat par yeh apply hota hai, yeh usool. hatta ke yeh ayat jo padhi gayi ke bazahir is mein hai ke firoun jo tha, saade teen hazar saal pehle is ka zamana hai,</w:t>
      </w:r>
    </w:p>
    <w:p>
      <w:pPr>
        <w:jc w:val="right"/>
      </w:pPr>
      <w:r>
        <w:t>تو قرآن کی ہر آیت پر یہ اپلائی ہوتا ہے، یہ اصول۔ حتیٰ کہ یہ آیت جو پڑھی گئی کہ بظاہر اس میں ہے کہ فرعون جو تھا، ساڑھے تین ہزار سال پہلے اس کا زمانہ ہے،</w:t>
      </w:r>
    </w:p>
    <w:p>
      <w:r>
        <w:rPr>
          <w:b/>
        </w:rPr>
        <w:t xml:space="preserve">[44:22] </w:t>
      </w:r>
      <w:r>
        <w:t>to woh zulm karta tha, logon ko zabah karta tha. yeh magar yeh ek historical item nahi hai.</w:t>
      </w:r>
    </w:p>
    <w:p>
      <w:pPr>
        <w:jc w:val="right"/>
      </w:pPr>
      <w:r>
        <w:t>تو وہ ظلم کرتا تھا، لوگوں کو ذبح کرتا تھا۔ یہ مگر یہ ایک ہسٹوریکل آئٹم نہیں ہے۔</w:t>
      </w:r>
    </w:p>
    <w:p>
      <w:r>
        <w:rPr>
          <w:b/>
        </w:rPr>
        <w:t xml:space="preserve">[44:31] </w:t>
      </w:r>
      <w:r>
        <w:t>yeh quran mein yeh baat jo kahi gayi hai, woh historical item ki taur par nahi hai, sabak ke taur par hai.</w:t>
      </w:r>
    </w:p>
    <w:p>
      <w:pPr>
        <w:jc w:val="right"/>
      </w:pPr>
      <w:r>
        <w:t>یہ قرآن میں یہ بات جو کہی گئی ہے، وہ ہسٹوریکل آئٹم کی طور پر نہیں ہے، سبق کے طور پر ہے۔</w:t>
      </w:r>
    </w:p>
    <w:p>
      <w:r>
        <w:rPr>
          <w:b/>
        </w:rPr>
        <w:t xml:space="preserve">[44:42] </w:t>
      </w:r>
      <w:r>
        <w:t>to meri dua hai ke hamare andar Allah taala tadabbur paida kare, tadabbur, ghaur o fikr.</w:t>
      </w:r>
    </w:p>
    <w:p>
      <w:pPr>
        <w:jc w:val="right"/>
      </w:pPr>
      <w:r>
        <w:t>تو میری دعا ہے کہ ہمارے اندر اللہ تعالیٰ تدبر پیدا کرے، تدبر، غور و فکر۔</w:t>
      </w:r>
    </w:p>
    <w:p>
      <w:r>
        <w:rPr>
          <w:b/>
        </w:rPr>
        <w:t xml:space="preserve">[44:52] </w:t>
      </w:r>
      <w:r>
        <w:t>quran ki aayaton mein jo gehre maani hain, un ko daryaft karne ka mizaj paida kare. tab sachi, sachai, sacha Islam aayega, sachi dawat aayegi.</w:t>
      </w:r>
    </w:p>
    <w:p>
      <w:pPr>
        <w:jc w:val="right"/>
      </w:pPr>
      <w:r>
        <w:t>قرآن کی آیتوں میں جو گہرے معنی ہیں، ان کو دریافت کرنے کا مزاج پیدا کرے۔ تب سچی، سچائی، سچا اسلام آئے گا، سچی دعوت آئے گی۔</w:t>
      </w:r>
    </w:p>
    <w:p>
      <w:r>
        <w:rPr>
          <w:b/>
        </w:rPr>
        <w:t xml:space="preserve">[45:06] </w:t>
      </w:r>
      <w:r>
        <w:t>assalam o alaikum wa rehmatullah</w:t>
      </w:r>
    </w:p>
    <w:p>
      <w:pPr>
        <w:jc w:val="right"/>
      </w:pPr>
      <w:r>
        <w:t>السلام علیکم ورحمۃ اللہ</w:t>
      </w:r>
    </w:p>
    <w:p>
      <w:r>
        <w:rPr>
          <w:b/>
        </w:rPr>
        <w:t xml:space="preserve">[45:20] </w:t>
      </w:r>
      <w:r>
        <w:t>okay, ah, CPS international is pleased to announce the ah launch of Canada website, which will be done by Maulana Wahiduddin Khan sahib today, with the help of this website, ah, peace and spirituality in Canada dot com.</w:t>
      </w:r>
    </w:p>
    <w:p>
      <w:pPr>
        <w:jc w:val="right"/>
      </w:pPr>
      <w:r>
        <w:t>اوکے، اہ، سی پی ایس انٹرنیشنل از پلیز ٹو اناؤنس دی اہ لانچ اف کینیڈا ویب سائٹ، وچ ول بی ڈن بائے مولانا وحید الدین خان صاحب ٹوڈے، ود دی ہیلپ اف دس ویب سائٹ، اہ، پیس اینڈ سپرچویلٹی ان کینیڈا ڈاٹ کام۔</w:t>
      </w:r>
    </w:p>
    <w:p>
      <w:r>
        <w:rPr>
          <w:b/>
        </w:rPr>
        <w:t xml:space="preserve">[45:37] </w:t>
      </w:r>
      <w:r>
        <w:t>ah, Canada speaking people can download the quran translation in the Kannada language. Also, they will be able to raise a request to obtain a physical copy of the quran as a complimentary gift.</w:t>
      </w:r>
    </w:p>
    <w:p>
      <w:pPr>
        <w:jc w:val="right"/>
      </w:pPr>
      <w:r>
        <w:t>اہ، کینیڈا سپیکنگ پیپل کین ڈاؤن لوڈ دی قرآن ٹرانسلیشن ان دی کنڑ لینگویج۔ Also, they will be able to raise a request to obtain a physical copy of the Quran as a complimentary gift.</w:t>
      </w:r>
    </w:p>
    <w:p>
      <w:r>
        <w:rPr>
          <w:b/>
        </w:rPr>
        <w:t xml:space="preserve">[45:52] </w:t>
      </w:r>
      <w:r>
        <w:t>this project has been completed, uh, by the Bangalore CPS team, and, uh, I will request, uh, with this, uh, Maulana to Maulana sahib to launch, uh, the Kannada website, uh, which is peaceandspiritualityinkanada.com.</w:t>
      </w:r>
    </w:p>
    <w:p>
      <w:pPr>
        <w:jc w:val="right"/>
      </w:pPr>
      <w:r>
        <w:t>This project has been completed, uh, by the Bangalore CPS team, and, uh, I will request, uh, with this, uh, مولانا to مولانا صاحب to launch, uh, the Kannada website, uh, which is peaceandspiritualityinkanada.com.</w:t>
      </w:r>
    </w:p>
    <w:p>
      <w:r>
        <w:rPr>
          <w:b/>
        </w:rPr>
        <w:t xml:space="preserve">[46:16] </w:t>
      </w:r>
      <w:r>
        <w:t>mein dua karta hoon ke Allah taala is koshish ko kamyabi ata farmaye aur is ilaaqe ke logon ko is se faida ho.</w:t>
      </w:r>
    </w:p>
    <w:p>
      <w:pPr>
        <w:jc w:val="right"/>
      </w:pPr>
      <w:r>
        <w:t>میں دعا کرتا ہوں کہ اللہ تعالیٰ اس کوشش کو کامیابی عطا فرمائے اور اس علاقے کے لوگوں کو اس سے فائدہ ہو۔</w:t>
      </w:r>
    </w:p>
    <w:p>
      <w:r>
        <w:rPr>
          <w:b/>
        </w:rPr>
        <w:t xml:space="preserve">[46:30] </w:t>
      </w:r>
      <w:r>
        <w:t>is ilaaqe mein dawat ki activities badhayein aur Allah ke deen ka misbat, positive taaruf logon ke saamne aaye.</w:t>
      </w:r>
    </w:p>
    <w:p>
      <w:pPr>
        <w:jc w:val="right"/>
      </w:pPr>
      <w:r>
        <w:t>اس علاقے میں دعوت کی ایکٹیویٹیز بڑھائیں اور اللہ کے دین کا مثبت، پازیٹیو تعارف لوگوں کے سامنے آئے۔</w:t>
      </w:r>
    </w:p>
    <w:p>
      <w:r>
        <w:rPr>
          <w:b/>
        </w:rPr>
        <w:t xml:space="preserve">[46:43] </w:t>
      </w:r>
      <w:r>
        <w:t>Allah taala qabool farmaye is koshish ko.</w:t>
      </w:r>
    </w:p>
    <w:p>
      <w:pPr>
        <w:jc w:val="right"/>
      </w:pPr>
      <w:r>
        <w:t>اللہ تعالیٰ قبول فرمائے اس کوشش کو۔</w:t>
      </w:r>
    </w:p>
    <w:p>
      <w:r>
        <w:rPr>
          <w:b/>
        </w:rPr>
        <w:t xml:space="preserve">[46:49] </w:t>
      </w:r>
      <w:r>
        <w:t>so I will read out what's written on the poster that Maulana sahib has just, uh, with the help of this, has launched the website.</w:t>
      </w:r>
    </w:p>
    <w:p>
      <w:pPr>
        <w:jc w:val="right"/>
      </w:pPr>
      <w:r>
        <w:t>So I will read out what's written on the poster that مولانا صاحب has just, uh, with the help of this, has launched the website.</w:t>
      </w:r>
    </w:p>
    <w:p>
      <w:r>
        <w:rPr>
          <w:b/>
        </w:rPr>
        <w:t xml:space="preserve">[46:59] </w:t>
      </w:r>
      <w:r>
        <w:t>it says, uh, "Center for Peace Bangalore announces the launch of the Kannada website to spread the message of God to the Kannada speaking people.</w:t>
      </w:r>
    </w:p>
    <w:p>
      <w:pPr>
        <w:jc w:val="right"/>
      </w:pPr>
      <w:r>
        <w:t>It says, uh, "Center for Peace Bangalore announces the launch of the Kannada website to spread the message of God to the Kannada speaking people.</w:t>
      </w:r>
    </w:p>
    <w:p>
      <w:r>
        <w:rPr>
          <w:b/>
        </w:rPr>
        <w:t xml:space="preserve">[47:12] </w:t>
      </w:r>
      <w:r>
        <w:t>this website will be managed by Mr. Abrar from the Bangalore team. Our vernacular website will have links to CPS Global and Spirit of Islam websites and contact forms for queries and requests for our literature.</w:t>
      </w:r>
    </w:p>
    <w:p>
      <w:pPr>
        <w:jc w:val="right"/>
      </w:pPr>
      <w:r>
        <w:t>This website will be managed by Mr. Abrar from the Bangalore team. Our vernacular website will have links to CPS Global and Spirit of Islam websites and contact forms for queries and requests for our literature.</w:t>
      </w:r>
    </w:p>
    <w:p>
      <w:r>
        <w:rPr>
          <w:b/>
        </w:rPr>
        <w:t xml:space="preserve">[47:33] </w:t>
      </w:r>
      <w:r>
        <w:t>we would also like to share that, uh, very soon on this website, uh, the translation of Maulana's literature in Kannada language will also be uploaded.</w:t>
      </w:r>
    </w:p>
    <w:p>
      <w:pPr>
        <w:jc w:val="right"/>
      </w:pPr>
      <w:r>
        <w:t>We would also like to share that, uh, very soon on this website, uh, the translation of مولانا's literature in Kannada language will also be uploaded.</w:t>
      </w:r>
    </w:p>
    <w:p>
      <w:r>
        <w:rPr>
          <w:b/>
        </w:rPr>
        <w:t xml:space="preserve">[47:45] </w:t>
      </w:r>
      <w:r>
        <w:t>uh, also, the Bangalore team is working on a similar project, uh, to come up with websites, uh, in Marathi as well as, uh, Malayalam, and we will share the details as soon as, uh, the websites are ready."</w:t>
      </w:r>
    </w:p>
    <w:p>
      <w:pPr>
        <w:jc w:val="right"/>
      </w:pPr>
      <w:r>
        <w:t>Uh, also, the Bangalore team is working on a similar project, uh, to come up with websites, uh, in Marathi as well as, uh, Malayalam, and we will share the details as soon as, uh, the websites are ready."</w:t>
      </w:r>
    </w:p>
    <w:p>
      <w:r>
        <w:rPr>
          <w:b/>
        </w:rPr>
        <w:t xml:space="preserve">[48:01] </w:t>
      </w:r>
      <w:r>
        <w:t>masha Allah. So I will now start with the question-answer session. I will first read out the comments that have been sent.</w:t>
      </w:r>
    </w:p>
    <w:p>
      <w:pPr>
        <w:jc w:val="right"/>
      </w:pPr>
      <w:r>
        <w:t>ماشاءاللہ۔ So I will now start with the question-answer session. I will first read out the comments that have been sent.</w:t>
      </w:r>
    </w:p>
    <w:p>
      <w:r>
        <w:rPr>
          <w:b/>
        </w:rPr>
        <w:t xml:space="preserve">[48:12] </w:t>
      </w:r>
      <w:r>
        <w:t>maulana, yeh comment bheja hai bangalor se mrs isra ne. unhon ne likha hai: "I completed reading Mutal Sairat by the grace of Allah.</w:t>
      </w:r>
    </w:p>
    <w:p>
      <w:pPr>
        <w:jc w:val="right"/>
      </w:pPr>
      <w:r>
        <w:t>مولانا، یہ کمنٹ بھیجا ہے بنگلور سے مسز اسراء نے۔ انہوں نے لکھا ہے: "I completed reading Mutal Sیرت by the grace of Allah.</w:t>
      </w:r>
    </w:p>
    <w:p>
      <w:r>
        <w:rPr>
          <w:b/>
        </w:rPr>
        <w:t xml:space="preserve">[48:25] </w:t>
      </w:r>
      <w:r>
        <w:t>I understood as to why Allah asked us to follow the Prophet's life pattern. A Muslim can never feel that he has no maqsad to live at any point of time, as there is a continuous task of self-purification and the task of sharing the message with others until his death.</w:t>
      </w:r>
    </w:p>
    <w:p>
      <w:pPr>
        <w:jc w:val="right"/>
      </w:pPr>
      <w:r>
        <w:t>I understood as to why Allah asked us to follow the Prophet's life pattern. A Muslim can never feel that he has no مقصد to live at any point of time, as there is a continuous task of self-purification and the task of sharing the message with others until his death.</w:t>
      </w:r>
    </w:p>
    <w:p>
      <w:r>
        <w:rPr>
          <w:b/>
        </w:rPr>
        <w:t xml:space="preserve">[48:48] </w:t>
      </w:r>
      <w:r>
        <w:t>My conviction for both the tasks has increased many folds. My yaqeen about aakhirat, Islam as a true revealed religion of Allah Almighty, is also getting deeper and deeper.</w:t>
      </w:r>
    </w:p>
    <w:p>
      <w:pPr>
        <w:jc w:val="right"/>
      </w:pPr>
      <w:r>
        <w:t>My conviction for both the tasks has increased many folds. My یقین about آخرت, Islam as a true revealed religion of Allah Almighty, is also getting deeper and deeper.</w:t>
      </w:r>
    </w:p>
    <w:p>
      <w:r>
        <w:rPr>
          <w:b/>
        </w:rPr>
        <w:t xml:space="preserve">[49:03] </w:t>
      </w:r>
      <w:r>
        <w:t>All these years, I was reading only those kinds of books that contained Islamic way of life, do's and don'ts, etc., or other traditional books.</w:t>
      </w:r>
    </w:p>
    <w:p>
      <w:pPr>
        <w:jc w:val="right"/>
      </w:pPr>
      <w:r>
        <w:t>All these years, I was reading only those kinds of books that contained Islamic way of life, do's and don'ts, etc., or other traditional books.</w:t>
      </w:r>
    </w:p>
    <w:p>
      <w:r>
        <w:rPr>
          <w:b/>
        </w:rPr>
        <w:t xml:space="preserve">[49:15] </w:t>
      </w:r>
      <w:r>
        <w:t>But after reading this book, I felt being a born Muslim and knowing some history about Islam is not enough for true conviction or belief.</w:t>
      </w:r>
    </w:p>
    <w:p>
      <w:pPr>
        <w:jc w:val="right"/>
      </w:pPr>
      <w:r>
        <w:t>But after reading this book, I felt being a born Muslim and knowing some history about Islam is not enough for true conviction or belief.</w:t>
      </w:r>
    </w:p>
    <w:p>
      <w:r>
        <w:rPr>
          <w:b/>
        </w:rPr>
        <w:t xml:space="preserve">[49:26] </w:t>
      </w:r>
      <w:r>
        <w:t>maulana's way of writing, alhamdulillah, is Allah's greatest blessing for this generation. This month's Spirit of Islam articles are also very inspirational for personality development, especially the fillers are very simple and memorable.</w:t>
      </w:r>
    </w:p>
    <w:p>
      <w:pPr>
        <w:jc w:val="right"/>
      </w:pPr>
      <w:r>
        <w:t>مولانا's way of writing, الحمدللہ, is Allah's greatest blessing for this generation. This month's Spirit of Islam articles are also very inspirational for personality development, especially the fillers are very simple and memorable.</w:t>
      </w:r>
    </w:p>
    <w:p>
      <w:r>
        <w:rPr>
          <w:b/>
        </w:rPr>
        <w:t xml:space="preserve">[49:48] </w:t>
      </w:r>
      <w:r>
        <w:t>May Allah shower His choices blessings upon you all for the efforts you take to educate us to be heavenly personalities." mashallah.</w:t>
      </w:r>
    </w:p>
    <w:p>
      <w:pPr>
        <w:jc w:val="right"/>
      </w:pPr>
      <w:r>
        <w:t>May Allah shower His choices blessings upon you all for the efforts you take to educate us to be heavenly personalities." ماشاءاللہ۔</w:t>
      </w:r>
    </w:p>
    <w:p>
      <w:r>
        <w:rPr>
          <w:b/>
        </w:rPr>
        <w:t xml:space="preserve">[50:01] </w:t>
      </w:r>
      <w:r>
        <w:t>maulana, agla comment bheja hai miss priya malik ne delhi se. unhon ne likha hai: "Moulana has again renewed my faith and brought it back to life.</w:t>
      </w:r>
    </w:p>
    <w:p>
      <w:pPr>
        <w:jc w:val="right"/>
      </w:pPr>
      <w:r>
        <w:t>مولانا، अगला कमेंट भेजा है मिस प्रिया मलिक ने दिल्ली से। उन्होंने लिखा है: "Moulana has again renewed my faith and brought it back to life.</w:t>
      </w:r>
    </w:p>
    <w:p>
      <w:r>
        <w:rPr>
          <w:b/>
        </w:rPr>
        <w:t xml:space="preserve">[50:13] </w:t>
      </w:r>
      <w:r>
        <w:t>After Allah and Rasool, He means the world to me."</w:t>
      </w:r>
    </w:p>
    <w:p>
      <w:pPr>
        <w:jc w:val="right"/>
      </w:pPr>
      <w:r>
        <w:t>After Allah and Rasool, He means the world to me."</w:t>
      </w:r>
    </w:p>
    <w:p>
      <w:r>
        <w:rPr>
          <w:b/>
        </w:rPr>
        <w:t xml:space="preserve">[50:21] </w:t>
      </w:r>
      <w:r>
        <w:t>maulana iqbal umri ne likha hai: "maghribi tehzeeb islam ka process ka culmination hai." 100% yeh baat sahi hai, maulana.</w:t>
      </w:r>
    </w:p>
    <w:p>
      <w:pPr>
        <w:jc w:val="right"/>
      </w:pPr>
      <w:r>
        <w:t>مولانا اقبال عمری ने लिखा है: "मغربی تہذیب اسلام کا پروسیس کا کلمینیشن ہے۔" 100% यह बात सही है, مولانا۔</w:t>
      </w:r>
    </w:p>
    <w:p>
      <w:r>
        <w:rPr>
          <w:b/>
        </w:rPr>
        <w:t xml:space="preserve">[50:33] </w:t>
      </w:r>
      <w:r>
        <w:t>jazak allah. zahoor ur rehman sahib ne auckland, new zealand se likha hai: "Jazak Allah, great thought.</w:t>
      </w:r>
    </w:p>
    <w:p>
      <w:pPr>
        <w:jc w:val="right"/>
      </w:pPr>
      <w:r>
        <w:t>جزاک اللہ۔ ظہور الرحمن صاحب نے اوکلینڈ، نیوزی لینڈ سے लिखा है: "Jazak Allah, great thought.</w:t>
      </w:r>
    </w:p>
    <w:p>
      <w:r>
        <w:rPr>
          <w:b/>
        </w:rPr>
        <w:t xml:space="preserve">[50:41] </w:t>
      </w:r>
      <w:r>
        <w:t>I am very positive about West by the grace of Allah. inshallah islam ka suraj maghrib se rise hoga." miss shabana ansari ne pakistan se likha hai: "I am very thankful to Western nations who made us listen to maulana sahib's lecture online, sitting in our homes in different time zones of the world.</w:t>
      </w:r>
    </w:p>
    <w:p>
      <w:pPr>
        <w:jc w:val="right"/>
      </w:pPr>
      <w:r>
        <w:t>I am very positive about West by the grace of Allah. انشاءاللہ اسلام کا سورج مغرب سے رائز ہوگا۔" मिस शबाना अंसारी ने पाकिस्तान से लिखा है: "I am very thankful to Western nations who made us listen to مولانا صاحب's lecture online, sitting in our homes in different time zones of the world.</w:t>
      </w:r>
    </w:p>
    <w:p>
      <w:r>
        <w:rPr>
          <w:b/>
        </w:rPr>
        <w:t xml:space="preserve">[51:08] </w:t>
      </w:r>
      <w:r>
        <w:t>May Allah make us well-wishers of Western nations and enable us to give Allah's book in their languages.</w:t>
      </w:r>
    </w:p>
    <w:p>
      <w:pPr>
        <w:jc w:val="right"/>
      </w:pPr>
      <w:r>
        <w:t>May Allah make us well-wishers of Western nations and enable us to give Allah's book in their languages.</w:t>
      </w:r>
    </w:p>
    <w:p>
      <w:r>
        <w:rPr>
          <w:b/>
        </w:rPr>
        <w:t xml:space="preserve">[51:16] </w:t>
      </w:r>
      <w:r>
        <w:t>Ameen." rashid ansari sahib ne meerut se likha hai: "aaj ki baat se maloom hua ke aman tarakki</w:t>
      </w:r>
    </w:p>
    <w:p>
      <w:pPr>
        <w:jc w:val="right"/>
      </w:pPr>
      <w:r>
        <w:t>Ameen." राशिद अंसारी साहब ने मेरठ से लिखा है: "आज की बात से मालूम हुआ कि अमन तरक्की</w:t>
      </w:r>
    </w:p>
    <w:p>
      <w:r>
        <w:rPr>
          <w:b/>
        </w:rPr>
        <w:t xml:space="preserve">[51:23] </w:t>
      </w:r>
      <w:r>
        <w:t>ka zariya hai aur tashaddud ka daur rukawat ka daur hai."</w:t>
      </w:r>
    </w:p>
    <w:p>
      <w:pPr>
        <w:jc w:val="right"/>
      </w:pPr>
      <w:r>
        <w:t>का जरिया है और तशद्दुद का दौर रुकावट का दौर है।"</w:t>
      </w:r>
    </w:p>
    <w:p>
      <w:r>
        <w:rPr>
          <w:b/>
        </w:rPr>
        <w:t xml:space="preserve">[51:29] </w:t>
      </w:r>
      <w:r>
        <w:t>mohammad irfan rasheedi sahib ne nagpur se likha hai: "Jazak Allah, Maulana sahib, you have given a new</w:t>
      </w:r>
    </w:p>
    <w:p>
      <w:pPr>
        <w:jc w:val="right"/>
      </w:pPr>
      <w:r>
        <w:t>मोहम्मद इरफान रशीदी साहब ने नागपुर से लिखा है: "Jazak Allah, مولانا صاحب, you have given a new</w:t>
      </w:r>
    </w:p>
    <w:p>
      <w:r>
        <w:rPr>
          <w:b/>
        </w:rPr>
        <w:t xml:space="preserve">[51:34] </w:t>
      </w:r>
      <w:r>
        <w:t>dimension to understand the Quran."</w:t>
      </w:r>
    </w:p>
    <w:p>
      <w:pPr>
        <w:jc w:val="right"/>
      </w:pPr>
      <w:r>
        <w:t>dimension to understand the Quran."</w:t>
      </w:r>
    </w:p>
    <w:p>
      <w:r>
        <w:rPr>
          <w:b/>
        </w:rPr>
        <w:t xml:space="preserve">[51:39] </w:t>
      </w:r>
      <w:r>
        <w:t>patiala se mohammad ayub sahib ne likha hai:</w:t>
      </w:r>
    </w:p>
    <w:p>
      <w:pPr>
        <w:jc w:val="right"/>
      </w:pPr>
      <w:r>
        <w:t>पटियाला से मोहम्मद अयूब साहब ने लिखा है:</w:t>
      </w:r>
    </w:p>
    <w:p>
      <w:r>
        <w:rPr>
          <w:b/>
        </w:rPr>
        <w:t xml:space="preserve">[51:42] </w:t>
      </w:r>
      <w:r>
        <w:t>"Jazak Allah, violence has no end while peace leads us to success in both worlds." maulana, ab hum sawal lete hain.</w:t>
      </w:r>
    </w:p>
    <w:p>
      <w:pPr>
        <w:jc w:val="right"/>
      </w:pPr>
      <w:r>
        <w:t>"Jazak Allah, violence has no end while peace leads us to success in both worlds." مولانا، अब हम सवाल लेते हैं।</w:t>
      </w:r>
    </w:p>
    <w:p>
      <w:r>
        <w:rPr>
          <w:b/>
        </w:rPr>
        <w:t xml:space="preserve">[51:59] </w:t>
      </w:r>
      <w:r>
        <w:t>maulana, yeh sawal bheja hai bilal meer sahib ne guwahati se. unhon ne aapse poocha hai ke "How can we always adhere ourselves to positive thinking?</w:t>
      </w:r>
    </w:p>
    <w:p>
      <w:pPr>
        <w:jc w:val="right"/>
      </w:pPr>
      <w:r>
        <w:t>مولانا، यह सवाल भेजा है बिलाल मीर साहब ने घुवाटी से। उन्होंने आपसे पूछा है कि "How can we always adhere ourselves to positive thinking?</w:t>
      </w:r>
    </w:p>
    <w:p>
      <w:r>
        <w:rPr>
          <w:b/>
        </w:rPr>
        <w:t xml:space="preserve">[52:11] </w:t>
      </w:r>
      <w:r>
        <w:t>How to develop a prepared mind?" dekhen, yeh sara muamla,</w:t>
      </w:r>
    </w:p>
    <w:p>
      <w:pPr>
        <w:jc w:val="right"/>
      </w:pPr>
      <w:r>
        <w:t>How to develop a prepared mind?" دیکھیں، یہ سارا معاملہ،</w:t>
      </w:r>
    </w:p>
    <w:p>
      <w:r>
        <w:rPr>
          <w:b/>
        </w:rPr>
        <w:t xml:space="preserve">[52:22] </w:t>
      </w:r>
      <w:r>
        <w:t>sara muamla awareness ka muamla hai. awareness.</w:t>
      </w:r>
    </w:p>
    <w:p>
      <w:pPr>
        <w:jc w:val="right"/>
      </w:pPr>
      <w:r>
        <w:t>سارا معاملہ اویرنس کا معاملہ ہے۔ اویرنس۔</w:t>
      </w:r>
    </w:p>
    <w:p>
      <w:r>
        <w:rPr>
          <w:b/>
        </w:rPr>
        <w:t xml:space="preserve">[52:31] </w:t>
      </w:r>
      <w:r>
        <w:t>log positive thinking</w:t>
      </w:r>
    </w:p>
    <w:p>
      <w:pPr>
        <w:jc w:val="right"/>
      </w:pPr>
      <w:r>
        <w:t>لوگ پازیٹیو تھنکنگ</w:t>
      </w:r>
    </w:p>
    <w:p>
      <w:r>
        <w:rPr>
          <w:b/>
        </w:rPr>
        <w:t xml:space="preserve">[52:37] </w:t>
      </w:r>
      <w:r>
        <w:t>kitni important hai, us ko jante nahin.</w:t>
      </w:r>
    </w:p>
    <w:p>
      <w:pPr>
        <w:jc w:val="right"/>
      </w:pPr>
      <w:r>
        <w:t>کتنی امپورٹنٹ ہے، اس کو جانتے نہیں۔</w:t>
      </w:r>
    </w:p>
    <w:p>
      <w:r>
        <w:rPr>
          <w:b/>
        </w:rPr>
        <w:t xml:space="preserve">[52:45] </w:t>
      </w:r>
      <w:r>
        <w:t>positive thinking kitni important hai, duniya ke liye bhi, aakhirat ke liye bhi, jannat ke liye bhi, us ko jante nahin.</w:t>
      </w:r>
    </w:p>
    <w:p>
      <w:pPr>
        <w:jc w:val="right"/>
      </w:pPr>
      <w:r>
        <w:t>پازیٹیو تھنکنگ کتنی امپورٹنٹ ہے، دنیا کے لیے بھی، آخرت کے لیے بھی، جنت کے لیے بھی، اس کو جانتے نہیں۔</w:t>
      </w:r>
    </w:p>
    <w:p>
      <w:r>
        <w:rPr>
          <w:b/>
        </w:rPr>
        <w:t xml:space="preserve">[53:00] </w:t>
      </w:r>
      <w:r>
        <w:t>agar woh jaan len, yani awareness aa jaye un ke andar, to apne aap hi un ke andar positive thinking aa jayegi aur negative thinking ka khatma ho jayega.</w:t>
      </w:r>
    </w:p>
    <w:p>
      <w:pPr>
        <w:jc w:val="right"/>
      </w:pPr>
      <w:r>
        <w:t>اگر وہ جان لیں، یعنی اویرنس آ جائے ان کے اندر، تو اپنے آپ ہی ان کے اندر پازیٹیو تھنکنگ آ جائے گی اور نیگیٹیو تھنکنگ کا خاتمہ ہو جائے گا۔</w:t>
      </w:r>
    </w:p>
    <w:p>
      <w:r>
        <w:rPr>
          <w:b/>
        </w:rPr>
        <w:t xml:space="preserve">[53:18] </w:t>
      </w:r>
      <w:r>
        <w:t>maulana, agla ek comment aur sawal aaya hai maulana iqbal umri se, jo is waqt UAE mein hain. unhon ne likha hai: "Moulana, now I am at UAE and I am listening to your good voice and Dars-e-Quran.</w:t>
      </w:r>
    </w:p>
    <w:p>
      <w:pPr>
        <w:jc w:val="right"/>
      </w:pPr>
      <w:r>
        <w:t>مولانا، अगला एक कमेंट और सवाल आया है مولانا اقبال عمری से, जो इस वक्त यूएई में हैं। उन्होंने लिखा है: "Moulana, now I am at UAE and I am listening to your good voice and Dars-e-Quran.</w:t>
      </w:r>
    </w:p>
    <w:p>
      <w:r>
        <w:rPr>
          <w:b/>
        </w:rPr>
        <w:t xml:space="preserve">[53:36] </w:t>
      </w:r>
      <w:r>
        <w:t>This is the miracle of this age."</w:t>
      </w:r>
    </w:p>
    <w:p>
      <w:pPr>
        <w:jc w:val="right"/>
      </w:pPr>
      <w:r>
        <w:t>This is the miracle of this age."</w:t>
      </w:r>
    </w:p>
    <w:p>
      <w:r>
        <w:rPr>
          <w:b/>
        </w:rPr>
        <w:t xml:space="preserve">[53:40] </w:t>
      </w:r>
      <w:r>
        <w:t>phir unhon ne likha hai: "Religious persecution ka daur yaqeenan khatm ho gaya hai, to sirf muslim kyun jang</w:t>
      </w:r>
    </w:p>
    <w:p>
      <w:pPr>
        <w:jc w:val="right"/>
      </w:pPr>
      <w:r>
        <w:t>फिर उन्होंने लिखा है: "Religious persecution का दौर यकीनन खत्म हो गया है, तो सिर्फ मुस्लिम क्यों जंग</w:t>
      </w:r>
    </w:p>
    <w:p>
      <w:r>
        <w:rPr>
          <w:b/>
        </w:rPr>
        <w:t xml:space="preserve">[53:49] </w:t>
      </w:r>
      <w:r>
        <w:t>ki baat karte hain, aur iska sabab woh kehte hain insaan ko hidayat milna."</w:t>
      </w:r>
    </w:p>
    <w:p>
      <w:pPr>
        <w:jc w:val="right"/>
      </w:pPr>
      <w:r>
        <w:t>की बात करते हैं, और इसका सबब वह कहते हैं इंसान को हिदायत मिलना।"</w:t>
      </w:r>
    </w:p>
    <w:p>
      <w:r>
        <w:rPr>
          <w:b/>
        </w:rPr>
        <w:t xml:space="preserve">[53:56] </w:t>
      </w:r>
      <w:r>
        <w:t>maulana sahib, is mein kya mugalta hai, isko wazeh karen.</w:t>
      </w:r>
    </w:p>
    <w:p>
      <w:pPr>
        <w:jc w:val="right"/>
      </w:pPr>
      <w:r>
        <w:t>مولانا صاحب, इसमें क्या मुगालता है, इसको واضح करें।</w:t>
      </w:r>
    </w:p>
    <w:p>
      <w:r>
        <w:rPr>
          <w:b/>
        </w:rPr>
        <w:t xml:space="preserve">[54:03] </w:t>
      </w:r>
      <w:r>
        <w:t>main to samajhta hoon ke sari ghalati muslim leaders ki hai, muslim rehnamaon ki hai.</w:t>
      </w:r>
    </w:p>
    <w:p>
      <w:pPr>
        <w:jc w:val="right"/>
      </w:pPr>
      <w:r>
        <w:t>میں تو سمجھتا ہوں کہ ساری غلطی مسلم لیڈرز کی ہے، مسلم رہنماؤں کی ہے۔</w:t>
      </w:r>
    </w:p>
    <w:p>
      <w:r>
        <w:rPr>
          <w:b/>
        </w:rPr>
        <w:t xml:space="preserve">[54:11] </w:t>
      </w:r>
      <w:r>
        <w:t>bahut si anokhi baat hai ke muslim rehnama jante hi nahin ke 21 daur mein jee rahe hain woh.</w:t>
      </w:r>
    </w:p>
    <w:p>
      <w:pPr>
        <w:jc w:val="right"/>
      </w:pPr>
      <w:r>
        <w:t>بہت سی انوکھی بات ہے کہ مسلم رہنما جانتے ہی نہیں کہ 21 دور میں جی رہے ہیں وہ۔</w:t>
      </w:r>
    </w:p>
    <w:p>
      <w:r>
        <w:rPr>
          <w:b/>
        </w:rPr>
        <w:t xml:space="preserve">[54:19] </w:t>
      </w:r>
      <w:r>
        <w:t>mujhe to koi maloom nahin, koi muslim rehnama jo is daur ko janta ho. halanke hadith mein aata hai ke "wal daakhil an yakuna baseeran bizamanih"</w:t>
      </w:r>
    </w:p>
    <w:p>
      <w:pPr>
        <w:jc w:val="right"/>
      </w:pPr>
      <w:r>
        <w:t>مجھے تو کوئی معلوم نہیں، کوئی مسلم رہنما جو اس دور کو جانتا ہو۔ حالانکہ حدیث میں آتا ہے کہ "والداخل أن يكون بصيرًا بزمانه"</w:t>
      </w:r>
    </w:p>
    <w:p>
      <w:r>
        <w:rPr>
          <w:b/>
        </w:rPr>
        <w:t xml:space="preserve">[54:35] </w:t>
      </w:r>
      <w:r>
        <w:t>۔ yani dānishmand ke liye zarūrī hai ke woh jāne apne zamāne ko۔ to hamein apne zamāne se āgāh honā chāhiye۔</w:t>
      </w:r>
    </w:p>
    <w:p>
      <w:pPr>
        <w:jc w:val="right"/>
      </w:pPr>
      <w:r>
        <w:t>۔ یعنی دانشمند کے لیے ضروری ہے کہ وہ جانے اپنے زمانے کو۔ تو ہمیں اپنے زمانے سے آگاہ ہونا چاہیے۔</w:t>
      </w:r>
    </w:p>
    <w:p>
      <w:r>
        <w:rPr>
          <w:b/>
        </w:rPr>
        <w:t xml:space="preserve">[54:50] </w:t>
      </w:r>
      <w:r>
        <w:t>itnī zabardast bāt yeh hai hadīs mein, lekin log bekhabar hain۔ mujhe to koi milte hi nahin۔ mujhe to koi milte hi nahin jo zamāne se bākhabar hon۔</w:t>
      </w:r>
    </w:p>
    <w:p>
      <w:pPr>
        <w:jc w:val="right"/>
      </w:pPr>
      <w:r>
        <w:t>اتنی زبردست بات یہ ہے حدیث میں، لیکن لوگ بے خبر ہیں۔ مجھے تو کوئی ملتے ہی نہیں۔ مجھے تو کوئی ملتے ہی نہیں جو زمانے سے باخبر ہوں۔</w:t>
      </w:r>
    </w:p>
    <w:p>
      <w:r>
        <w:rPr>
          <w:b/>
        </w:rPr>
        <w:t xml:space="preserve">[55:00] </w:t>
      </w:r>
      <w:r>
        <w:t>chāhe āshiyā mein rehte hon yā yūrap mein, amrīkā mein, kahin bhi rehte hon, lekin zamāne se bekhabar hain۔ isī liye hamāre mishan mein sab se ziyādah is par zor diyā gayā hai ke apne zamāne ke jāno ho, apne zamāne ke jāno ho۔</w:t>
      </w:r>
    </w:p>
    <w:p>
      <w:pPr>
        <w:jc w:val="right"/>
      </w:pPr>
      <w:r>
        <w:t>چاہے ایشیا میں رہتے ہوں یا یورپ میں، امریکہ میں، کہیں بھی رہتے ہوں، لیکن زمانے سے بے خبر ہیں۔ اسی لیے ہمارے مشن میں سب سے زیادہ اس پر زور دیا گیا ہے کہ اپنے زمانے کے جانو ہو، اپنے زمانے کے جانو ہو۔</w:t>
      </w:r>
    </w:p>
    <w:p>
      <w:r>
        <w:rPr>
          <w:b/>
        </w:rPr>
        <w:t xml:space="preserve">[55:19] </w:t>
      </w:r>
      <w:r>
        <w:t>"Know your age." dāktar nagmā siddīqī ne dillee se kamant bhejā hai۔ unhon ne likhā hai: "Moulana, I had never thought that these verses can be talking of two ages.</w:t>
      </w:r>
    </w:p>
    <w:p>
      <w:pPr>
        <w:jc w:val="right"/>
      </w:pPr>
      <w:r>
        <w:t>"Know your age." डॉक्टर नगमा सिद्दीकी ने दिल्ली से कमेंट भेजा है। उन्होंने लिखा है: "Moulana, I had never thought that these verses can be talking of two ages.</w:t>
      </w:r>
    </w:p>
    <w:p>
      <w:r>
        <w:rPr>
          <w:b/>
        </w:rPr>
        <w:t xml:space="preserve">[55:36] </w:t>
      </w:r>
      <w:r>
        <w:t>It is a completely new interpretation for me. I will, inshaAllah, use the opportunities of the modern age for da'wah purpose." mis suraiyā ahmad ne dallas, yūesāe se likhā hai:</w:t>
      </w:r>
    </w:p>
    <w:p>
      <w:pPr>
        <w:jc w:val="right"/>
      </w:pPr>
      <w:r>
        <w:t>It is a completely new interpretation for me. I will, inshaAllah, use the opportunities of the modern age for da'wah purpose." मिस सुरैया अहमद ने डैलस, यूएसए से लिखा है:</w:t>
      </w:r>
    </w:p>
    <w:p>
      <w:r>
        <w:rPr>
          <w:b/>
        </w:rPr>
        <w:t xml:space="preserve">[55:54] </w:t>
      </w:r>
      <w:r>
        <w:t>"As always, another eye-opening lecture." maulānā, aglā sawāl kalakattā se bhejā hai muhammad bilāl shafī sāhab ne۔ unhon ne likhā hai:</w:t>
      </w:r>
    </w:p>
    <w:p>
      <w:pPr>
        <w:jc w:val="right"/>
      </w:pPr>
      <w:r>
        <w:t>"As always, another eye-opening lecture." مولانا، अगला सवाल कलकत्ता से भेजा है मोहम्मद बिलाल शफी साहब ने। उन्होंने लिखा है:</w:t>
      </w:r>
    </w:p>
    <w:p>
      <w:r>
        <w:rPr>
          <w:b/>
        </w:rPr>
        <w:t xml:space="preserve">[56:09] </w:t>
      </w:r>
      <w:r>
        <w:t>"How to do da'wah in an environment where tribal culture is prevalent, where people are busy with only worldly pursuits and there is no discussion on spirituality?"</w:t>
      </w:r>
    </w:p>
    <w:p>
      <w:pPr>
        <w:jc w:val="right"/>
      </w:pPr>
      <w:r>
        <w:t>"How to do da'wah in an environment where tribal culture is prevalent, where people are busy with only worldly pursuits and there is no discussion on spirituality?"</w:t>
      </w:r>
    </w:p>
    <w:p>
      <w:r>
        <w:rPr>
          <w:b/>
        </w:rPr>
        <w:t xml:space="preserve">[56:28] </w:t>
      </w:r>
      <w:r>
        <w:t>dekhein,</w:t>
      </w:r>
    </w:p>
    <w:p>
      <w:pPr>
        <w:jc w:val="right"/>
      </w:pPr>
      <w:r>
        <w:t>دیکھیں،</w:t>
      </w:r>
    </w:p>
    <w:p>
      <w:r>
        <w:rPr>
          <w:b/>
        </w:rPr>
        <w:t xml:space="preserve">[56:34] </w:t>
      </w:r>
      <w:r>
        <w:t>in hadīs mein ātā hai ke "إن عظم الجزاء ما عظم البلاء" ۔</w:t>
      </w:r>
    </w:p>
    <w:p>
      <w:pPr>
        <w:jc w:val="right"/>
      </w:pPr>
      <w:r>
        <w:t>ان حدیث میں آتا ہے کہ "إن عظم الجزاء ما عظم البلاء" ۔</w:t>
      </w:r>
    </w:p>
    <w:p>
      <w:r>
        <w:rPr>
          <w:b/>
        </w:rPr>
        <w:t xml:space="preserve">[56:45] </w:t>
      </w:r>
      <w:r>
        <w:t>yani jo, yani sahih bāt karne ke liye, rāit besis pahuñchāne ke liye, jab āp ko mushkil kā sāmna karnā paṛe to āp kā sawāb baṛh jātā hai۔</w:t>
      </w:r>
    </w:p>
    <w:p>
      <w:pPr>
        <w:jc w:val="right"/>
      </w:pPr>
      <w:r>
        <w:t>یعنی جو، یعنی صحیح بات کرنے کے لیے، رائٹ بیسس پہنچانے کے لیے، جب آپ کو مشکل کا سامنا کرنا پڑے تو آپ کا ثواب بڑھ جاتا ہے۔</w:t>
      </w:r>
    </w:p>
    <w:p>
      <w:r>
        <w:rPr>
          <w:b/>
        </w:rPr>
        <w:t xml:space="preserve">[57:07] </w:t>
      </w:r>
      <w:r>
        <w:t>āp kā sawāb baṛh jātā hai۔</w:t>
      </w:r>
    </w:p>
    <w:p>
      <w:pPr>
        <w:jc w:val="right"/>
      </w:pPr>
      <w:r>
        <w:t>آپ کا ثواب بڑھ جاتا ہے۔</w:t>
      </w:r>
    </w:p>
    <w:p>
      <w:r>
        <w:rPr>
          <w:b/>
        </w:rPr>
        <w:t xml:space="preserve">[57:11] </w:t>
      </w:r>
      <w:r>
        <w:t>to, to jin logon ko yeh bāt</w:t>
      </w:r>
    </w:p>
    <w:p>
      <w:pPr>
        <w:jc w:val="right"/>
      </w:pPr>
      <w:r>
        <w:t>تو، تو جن لوگوں کو یہ بات</w:t>
      </w:r>
    </w:p>
    <w:p>
      <w:r>
        <w:rPr>
          <w:b/>
        </w:rPr>
        <w:t xml:space="preserve">[57:17] </w:t>
      </w:r>
      <w:r>
        <w:t>ki jānakārī ho gaī hai ke yeh sachāī hai, to aur ziyādah un ko dauṛnā chāhiye ke ab to aur sazā milegā۔</w:t>
      </w:r>
    </w:p>
    <w:p>
      <w:pPr>
        <w:jc w:val="right"/>
      </w:pPr>
      <w:r>
        <w:t>کی جانکاری ہو گئی ہے کہ یہ سچائی ہے، تو اور زیادہ ان کو دوڑنا چاہیے کہ اب تو اور سزا ملے گا۔</w:t>
      </w:r>
    </w:p>
    <w:p>
      <w:r>
        <w:rPr>
          <w:b/>
        </w:rPr>
        <w:t xml:space="preserve">[57:27] </w:t>
      </w:r>
      <w:r>
        <w:t>dauṛo, dauṛo, dauṛo!</w:t>
      </w:r>
    </w:p>
    <w:p>
      <w:pPr>
        <w:jc w:val="right"/>
      </w:pPr>
      <w:r>
        <w:t>دوڑو، دوڑو، دوڑو!</w:t>
      </w:r>
    </w:p>
    <w:p>
      <w:r>
        <w:rPr>
          <w:b/>
        </w:rPr>
        <w:t xml:space="preserve">[57:32] </w:t>
      </w:r>
      <w:r>
        <w:t>main to samajhtā hoon ke yeh bāt hamāre hop ko baṛhātī hai, hamāre hausle ko baṛhātī hai۔</w:t>
      </w:r>
    </w:p>
    <w:p>
      <w:pPr>
        <w:jc w:val="right"/>
      </w:pPr>
      <w:r>
        <w:t>میں تو سمجھتا ہوں کہ یہ بات ہمارے ہوپ کو بڑھاتی ہے، ہمارے حوصلے کو بڑھاتی ہے۔</w:t>
      </w:r>
    </w:p>
    <w:p>
      <w:r>
        <w:rPr>
          <w:b/>
        </w:rPr>
        <w:t xml:space="preserve">[57:43] </w:t>
      </w:r>
      <w:r>
        <w:t>maulānā, aglā sawāl kashmīr se bhejā hai āmir maurī sāhab ne۔ unhon ne likhā hai: "Many times we are not able to extract lessons from the Quranic verses.</w:t>
      </w:r>
    </w:p>
    <w:p>
      <w:pPr>
        <w:jc w:val="right"/>
      </w:pPr>
      <w:r>
        <w:t>مولانا، अगला सवाल कश्मीर से भेजा है आमिर मौरी साहब ने। उन्होंने लिखा है: "Many times we are not able to extract lessons from the Quranic verses.</w:t>
      </w:r>
    </w:p>
    <w:p>
      <w:r>
        <w:rPr>
          <w:b/>
        </w:rPr>
        <w:t xml:space="preserve">[57:56] </w:t>
      </w:r>
      <w:r>
        <w:t>We simply read them as a word of God without understanding them.</w:t>
      </w:r>
    </w:p>
    <w:p>
      <w:pPr>
        <w:jc w:val="right"/>
      </w:pPr>
      <w:r>
        <w:t>We simply read them as a word of God without understanding them.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