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Sayings of the Prophet Mohammad | October 25, 2007</w:t>
      </w:r>
    </w:p>
    <w:p>
      <w:r>
        <w:t>https://www.youtube.com/watch?v=gzXBVs21mNc</w:t>
      </w:r>
    </w:p>
    <w:p>
      <w:r>
        <w:rPr>
          <w:b/>
        </w:rPr>
        <w:t xml:space="preserve">[00:13]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[00:24] </w:t>
      </w:r>
      <w:r>
        <w:t>aaj ka topic hai "Sayings of the Prophet of Islam".</w:t>
      </w:r>
    </w:p>
    <w:p>
      <w:pPr>
        <w:jc w:val="right"/>
      </w:pPr>
      <w:r>
        <w:t>آج کا ٹاپک ہے "Sayings of the Prophet of Islam"۔</w:t>
      </w:r>
    </w:p>
    <w:p>
      <w:r>
        <w:rPr>
          <w:b/>
        </w:rPr>
        <w:t xml:space="preserve">[00:34] </w:t>
      </w:r>
      <w:r>
        <w:t>aap jante hain ke Islam mein do</w:t>
      </w:r>
    </w:p>
    <w:p>
      <w:pPr>
        <w:jc w:val="right"/>
      </w:pPr>
      <w:r>
        <w:t>آپ جانتے ہیں کہ اسلام میں دو</w:t>
      </w:r>
    </w:p>
    <w:p>
      <w:r>
        <w:rPr>
          <w:b/>
        </w:rPr>
        <w:t xml:space="preserve">[00:44] </w:t>
      </w:r>
      <w:r>
        <w:t>buniyadi zarea' maane gaye hain.</w:t>
      </w:r>
    </w:p>
    <w:p>
      <w:pPr>
        <w:jc w:val="right"/>
      </w:pPr>
      <w:r>
        <w:t>بنیادی ذرائع مانے گئے ہیں۔</w:t>
      </w:r>
    </w:p>
    <w:p>
      <w:r>
        <w:rPr>
          <w:b/>
        </w:rPr>
        <w:t xml:space="preserve">[00:50] </w:t>
      </w:r>
      <w:r>
        <w:t>pehla hai Quran aur doosra hai Hadees.</w:t>
      </w:r>
    </w:p>
    <w:p>
      <w:pPr>
        <w:jc w:val="right"/>
      </w:pPr>
      <w:r>
        <w:t>پہلا ہے قرآن اور دوسرا ہے حدیث۔</w:t>
      </w:r>
    </w:p>
    <w:p>
      <w:r>
        <w:rPr>
          <w:b/>
        </w:rPr>
        <w:t xml:space="preserve">[00:56] </w:t>
      </w:r>
      <w:r>
        <w:t>Quran ka matlab hai "Word of God".</w:t>
      </w:r>
    </w:p>
    <w:p>
      <w:pPr>
        <w:jc w:val="right"/>
      </w:pPr>
      <w:r>
        <w:t>قرآن کا مطلب ہے "Word of God"۔</w:t>
      </w:r>
    </w:p>
    <w:p>
      <w:r>
        <w:rPr>
          <w:b/>
        </w:rPr>
        <w:t xml:space="preserve">[01:02] </w:t>
      </w:r>
      <w:r>
        <w:t>jo kuch mukashifa ke zariye Nabi Islam ko mila woh "Word of God" tha aur isi ko murattab</w:t>
      </w:r>
    </w:p>
    <w:p>
      <w:pPr>
        <w:jc w:val="right"/>
      </w:pPr>
      <w:r>
        <w:t>جو کچھ مکاشفہ کے ذریعے نبی اسلام کو ملا وہ "Word of God" تھا اور اسی کو مرتب</w:t>
      </w:r>
    </w:p>
    <w:p>
      <w:r>
        <w:rPr>
          <w:b/>
        </w:rPr>
        <w:t xml:space="preserve">[01:08] </w:t>
      </w:r>
      <w:r>
        <w:t>kar ke Quran banaya gaya hai. Jo</w:t>
      </w:r>
    </w:p>
    <w:p>
      <w:pPr>
        <w:jc w:val="right"/>
      </w:pPr>
      <w:r>
        <w:t>کر کے قرآن بنایا گیا ہے۔ جو</w:t>
      </w:r>
    </w:p>
    <w:p>
      <w:r>
        <w:rPr>
          <w:b/>
        </w:rPr>
        <w:t xml:space="preserve">[01:14] </w:t>
      </w:r>
      <w:r>
        <w:t>aaj bhi waise hi ke waise hi mehfooz hai, mehfooz hai.</w:t>
      </w:r>
    </w:p>
    <w:p>
      <w:pPr>
        <w:jc w:val="right"/>
      </w:pPr>
      <w:r>
        <w:t>آج بھی ویسے ہی کے ویسے ہی محفوظ ہے، محفوظ ہے۔</w:t>
      </w:r>
    </w:p>
    <w:p>
      <w:r>
        <w:rPr>
          <w:b/>
        </w:rPr>
        <w:t xml:space="preserve">[01:22] </w:t>
      </w:r>
      <w:r>
        <w:t>Hadees ka matlab hai Nabi ki kahaniyan.</w:t>
      </w:r>
    </w:p>
    <w:p>
      <w:pPr>
        <w:jc w:val="right"/>
      </w:pPr>
      <w:r>
        <w:t>حدیث کا مطلب ہے نبی کی کہانیاں۔</w:t>
      </w:r>
    </w:p>
    <w:p>
      <w:r>
        <w:rPr>
          <w:b/>
        </w:rPr>
        <w:t xml:space="preserve">[01:30] </w:t>
      </w:r>
      <w:r>
        <w:t>to jo Rasool Allah sal-lal-lahu alaihi wasallam jo bolte the to har waqt aap ke paas kuch</w:t>
      </w:r>
    </w:p>
    <w:p>
      <w:pPr>
        <w:jc w:val="right"/>
      </w:pPr>
      <w:r>
        <w:t>تو جو رسول اللہ صلی اللہ علیہ وسلم جو بولتے تھے تو ہر وقت آپ کے پاس کچھ</w:t>
      </w:r>
    </w:p>
    <w:p>
      <w:r>
        <w:rPr>
          <w:b/>
        </w:rPr>
        <w:t xml:space="preserve">[01:37] </w:t>
      </w:r>
      <w:r>
        <w:t>na kuch Sahabi rehte the.</w:t>
      </w:r>
    </w:p>
    <w:p>
      <w:pPr>
        <w:jc w:val="right"/>
      </w:pPr>
      <w:r>
        <w:t>نہ کچھ صحابی رہتے تھے۔</w:t>
      </w:r>
    </w:p>
    <w:p>
      <w:r>
        <w:rPr>
          <w:b/>
        </w:rPr>
        <w:t xml:space="preserve">[01:45] </w:t>
      </w:r>
      <w:r>
        <w:t>to woh us ko yā to yād kar lete the yā likh lete the۔ to is tarah se bahut sī hadīsen ekṭhā ho gaīn۔ yeh zabānī taur par log ek dūsre se us kā charchā karte rahe۔ phir kuchh log likhte bhi rahe۔ to bād ko yani abbās daur mein yeh sāri hadīsen ekṭhā kī gaīn۔ aur kaī kitāb</w:t>
      </w:r>
    </w:p>
    <w:p>
      <w:pPr>
        <w:jc w:val="right"/>
      </w:pPr>
      <w:r>
        <w:t>تو وہ اس کو یا تو یاد کر لیتے تھے یا لکھ لیتے تھے۔ تو اس طرح سے بہت سی حدیثیں اکٹھا ہو گئیں۔ یہ زبانی طور پر لوگ ایک دوسرے سے اس کا چرچہ کرتے رہے۔ پھر کچھ لوگ لکھتے بھی رہے۔ تو بعد کو یعنی عباس دور میں یہ ساری حدیثیں اکٹھا کی گئیں۔ اور کئی کتاب</w:t>
      </w:r>
    </w:p>
    <w:p>
      <w:r>
        <w:rPr>
          <w:b/>
        </w:rPr>
        <w:t xml:space="preserve">[02:15] </w:t>
      </w:r>
      <w:r>
        <w:t>en banāī gaīn۔ sab se baṛī kitāb thī "musnad imām aḥmad bin ḥanbal"۔ is kitāb mein tees hazār hadīsen hain, kahāniyān۔ tees hazār rasūl allāh ṣallā allāhu ʿalayhi wa sallam ke aqwāl hain۔ yā āp se muta'alliq bāten hain۔ is ke alāwā aur bhi kaī hadīs kī kitāben jamā kī gaīn</w:t>
      </w:r>
    </w:p>
    <w:p>
      <w:pPr>
        <w:jc w:val="right"/>
      </w:pPr>
      <w:r>
        <w:t>یں بنائی گئیں۔ سب سے بڑی کتاب تھی "مسند امام احمد بن حنبل"۔ اس کتاب میں تیس ہزار حدیثیں ہیں، کہانیاں۔ تیس ہزار رسول اللہ صلی اللہ علیہ وسلم کے اقوال ہیں۔ یا آپ سے متعلق باتیں ہیں۔ اس کے علاوہ اور بھی کئی حدیث کی کتابیں جمع کی گئیں</w:t>
      </w:r>
    </w:p>
    <w:p>
      <w:r>
        <w:rPr>
          <w:b/>
        </w:rPr>
        <w:t xml:space="preserve">[02:45] </w:t>
      </w:r>
      <w:r>
        <w:t>is zamane mein.</w:t>
      </w:r>
    </w:p>
    <w:p>
      <w:pPr>
        <w:jc w:val="right"/>
      </w:pPr>
      <w:r>
        <w:t>اس زمانے میں۔</w:t>
      </w:r>
    </w:p>
    <w:p>
      <w:r>
        <w:rPr>
          <w:b/>
        </w:rPr>
        <w:t xml:space="preserve">[02:51] </w:t>
      </w:r>
      <w:r>
        <w:t>jaise sahih al bukhari, sahih muslim, sunan abi daud waghera.</w:t>
      </w:r>
    </w:p>
    <w:p>
      <w:pPr>
        <w:jc w:val="right"/>
      </w:pPr>
      <w:r>
        <w:t>جیسے صحیح البخاری، صحیح مسلم، سنن ابی داؤد وغیرہ۔</w:t>
      </w:r>
    </w:p>
    <w:p>
      <w:r>
        <w:rPr>
          <w:b/>
        </w:rPr>
        <w:t xml:space="preserve">[02:57] </w:t>
      </w:r>
      <w:r>
        <w:t>to is mein bohat chhan been kar ke hadisain ikattha ki gayeen, murattab ki gayeen.</w:t>
      </w:r>
    </w:p>
    <w:p>
      <w:pPr>
        <w:jc w:val="right"/>
      </w:pPr>
      <w:r>
        <w:t>تو اس میں بہت چھان بین کر کے حدیثیں اکٹھا کی گئیں، مرتب کی گئیں۔</w:t>
      </w:r>
    </w:p>
    <w:p>
      <w:r>
        <w:rPr>
          <w:b/>
        </w:rPr>
        <w:t xml:space="preserve">[03:03] </w:t>
      </w:r>
      <w:r>
        <w:t>pehle zamane mein yeh hadisain hath se likhi jati theen.</w:t>
      </w:r>
    </w:p>
    <w:p>
      <w:pPr>
        <w:jc w:val="right"/>
      </w:pPr>
      <w:r>
        <w:t>پہلے زمانے میں یہ حدیثیں ہاتھ سے لکھی جاتی تھیں۔</w:t>
      </w:r>
    </w:p>
    <w:p>
      <w:r>
        <w:rPr>
          <w:b/>
        </w:rPr>
        <w:t xml:space="preserve">[03:09] </w:t>
      </w:r>
      <w:r>
        <w:t>ab to aap jante hain ke chhapayi ka zamana hai.</w:t>
      </w:r>
    </w:p>
    <w:p>
      <w:pPr>
        <w:jc w:val="right"/>
      </w:pPr>
      <w:r>
        <w:t>اب تو آپ جانتے ہیں کہ چھپائی کا زمانہ ہے۔</w:t>
      </w:r>
    </w:p>
    <w:p>
      <w:r>
        <w:rPr>
          <w:b/>
        </w:rPr>
        <w:t xml:space="preserve">[03:16] </w:t>
      </w:r>
      <w:r>
        <w:t>bohat hi khoobsurat chhapi hui kitaben achhi binding ke sath aaj milti hain. har jagah maujood hain. koi bhi shakhs aasani ke sath in ko parh sakta hai. phir in ke transition bhi kiye gaye hain har zaban mein. urdu mein, farsi mein, angrezi mein, french mein, german mein. har zaban mein. to asal taur par to hadisain arabi zaban mein</w:t>
      </w:r>
    </w:p>
    <w:p>
      <w:pPr>
        <w:jc w:val="right"/>
      </w:pPr>
      <w:r>
        <w:t>بہت ہی خوبصورت چھپی ہوئی کتابیں اچھی بائنڈنگ کے ساتھ آج ملتی ہیں۔ ہر جگہ موجود ہیں۔ کوئی بھی شخص آسانی کے ساتھ ان کو پڑھ سکتا ہے۔ پھر ان کے ٹرانزیشن بھی کیے گئے ہیں ہر زبان میں۔ اردو میں، فارسی میں، انگریزی میں، فرانسیسی میں، جرمن میں۔ ہر زبان میں۔ تو اصل طور پر تو حدیثیں عربی زبان میں</w:t>
      </w:r>
    </w:p>
    <w:p>
      <w:r>
        <w:rPr>
          <w:b/>
        </w:rPr>
        <w:t xml:space="preserve">[03:46] </w:t>
      </w:r>
      <w:r>
        <w:t>hain.</w:t>
      </w:r>
    </w:p>
    <w:p>
      <w:pPr>
        <w:jc w:val="right"/>
      </w:pPr>
      <w:r>
        <w:t>ہیں۔</w:t>
      </w:r>
    </w:p>
    <w:p>
      <w:r>
        <w:rPr>
          <w:b/>
        </w:rPr>
        <w:t xml:space="preserve">[03:52] </w:t>
      </w:r>
      <w:r>
        <w:t>lekin jo aadmi arabi zaban na janta ho woh in ko apni madri zaban mein parh sakta hai.</w:t>
      </w:r>
    </w:p>
    <w:p>
      <w:pPr>
        <w:jc w:val="right"/>
      </w:pPr>
      <w:r>
        <w:t>لیکن جو آدمی عربی زبان نہ جانتا ہو وہ ان کو اپنی مادری زبان میں پڑھ سکتا ہے۔</w:t>
      </w:r>
    </w:p>
    <w:p>
      <w:r>
        <w:rPr>
          <w:b/>
        </w:rPr>
        <w:t xml:space="preserve">[03:58] </w:t>
      </w:r>
      <w:r>
        <w:t>phir yeh jo bari bari kitaben hain in ko le kar ke phir choti kitaben banayi gayeen. yani intekhab.</w:t>
      </w:r>
    </w:p>
    <w:p>
      <w:pPr>
        <w:jc w:val="right"/>
      </w:pPr>
      <w:r>
        <w:t>پھر یہ جو بڑی بڑی کتابیں ہیں ان کو لے کر کے پھر چھوٹی کتابیں بنائی گئیں۔ یعنی انتخاب۔</w:t>
      </w:r>
    </w:p>
    <w:p>
      <w:r>
        <w:rPr>
          <w:b/>
        </w:rPr>
        <w:t xml:space="preserve">[04:04] </w:t>
      </w:r>
      <w:r>
        <w:t>woh jo kitaben mein ne batayi woh to collection tha. collection.</w:t>
      </w:r>
    </w:p>
    <w:p>
      <w:pPr>
        <w:jc w:val="right"/>
      </w:pPr>
      <w:r>
        <w:t>وہ جو کتابیں میں نے بتائیں وہ تو کلیکشن تھا۔ کلیکشن۔</w:t>
      </w:r>
    </w:p>
    <w:p>
      <w:r>
        <w:rPr>
          <w:b/>
        </w:rPr>
        <w:t xml:space="preserve">[04:10] </w:t>
      </w:r>
      <w:r>
        <w:t>phir baad ko</w:t>
      </w:r>
    </w:p>
    <w:p>
      <w:pPr>
        <w:jc w:val="right"/>
      </w:pPr>
      <w:r>
        <w:t>پھر بعد کو</w:t>
      </w:r>
    </w:p>
    <w:p>
      <w:r>
        <w:rPr>
          <w:b/>
        </w:rPr>
        <w:t xml:space="preserve">[04:16] </w:t>
      </w:r>
      <w:r>
        <w:t>choti kitaben banayi gayeen jo intekhab theen.</w:t>
      </w:r>
    </w:p>
    <w:p>
      <w:pPr>
        <w:jc w:val="right"/>
      </w:pPr>
      <w:r>
        <w:t>چھوٹی کتابیں بنائی گئیں جو انتخاب تھیں۔</w:t>
      </w:r>
    </w:p>
    <w:p>
      <w:r>
        <w:rPr>
          <w:b/>
        </w:rPr>
        <w:t xml:space="preserve">[04:22] </w:t>
      </w:r>
      <w:r>
        <w:t>yani intekhab kar ke kuch hadisain.</w:t>
      </w:r>
    </w:p>
    <w:p>
      <w:pPr>
        <w:jc w:val="right"/>
      </w:pPr>
      <w:r>
        <w:t>یعنی انتخاب کر کے کچھ حدیثیں۔</w:t>
      </w:r>
    </w:p>
    <w:p>
      <w:r>
        <w:rPr>
          <w:b/>
        </w:rPr>
        <w:t xml:space="preserve">[04:28] </w:t>
      </w:r>
      <w:r>
        <w:t>to intikhabi hadison ke bhi bohat se majmooe hain.</w:t>
      </w:r>
    </w:p>
    <w:p>
      <w:pPr>
        <w:jc w:val="right"/>
      </w:pPr>
      <w:r>
        <w:t>تو انتخابی حدیثوں کے بھی بہت سے مجموعے ہیں۔</w:t>
      </w:r>
    </w:p>
    <w:p>
      <w:r>
        <w:rPr>
          <w:b/>
        </w:rPr>
        <w:t xml:space="preserve">[04:34] </w:t>
      </w:r>
      <w:r>
        <w:t>jaise mishkat al masabih, jami al fawaid, aur riyadh al salihin waghera waghera.</w:t>
      </w:r>
    </w:p>
    <w:p>
      <w:pPr>
        <w:jc w:val="right"/>
      </w:pPr>
      <w:r>
        <w:t>جیسے مشکات المصابیح، جم الفوائد، اور ریاض الصالحین وغیرہ وغیرہ۔</w:t>
      </w:r>
    </w:p>
    <w:p>
      <w:r>
        <w:rPr>
          <w:b/>
        </w:rPr>
        <w:t xml:space="preserve">[04:40] </w:t>
      </w:r>
      <w:r>
        <w:t>is tarah ki bohat si kitaben hain jo logon ke liye aasani se dastiyab hain.</w:t>
      </w:r>
    </w:p>
    <w:p>
      <w:pPr>
        <w:jc w:val="right"/>
      </w:pPr>
      <w:r>
        <w:t>اس طرح کی بہت سی کتابیں ہیں جو لوگوں کے لیے آسانی سے دستیاب ہیں۔</w:t>
      </w:r>
    </w:p>
    <w:p>
      <w:r>
        <w:rPr>
          <w:b/>
        </w:rPr>
        <w:t xml:space="preserve">[04:47] </w:t>
      </w:r>
      <w:r>
        <w:t>in kitabon ke jo unwanat hain woh.</w:t>
      </w:r>
    </w:p>
    <w:p>
      <w:pPr>
        <w:jc w:val="right"/>
      </w:pPr>
      <w:r>
        <w:t>ان کتابوں کے جو عنوانات ہیں وہ۔</w:t>
      </w:r>
    </w:p>
    <w:p>
      <w:r>
        <w:rPr>
          <w:b/>
        </w:rPr>
        <w:t xml:space="preserve">[04:52] </w:t>
      </w:r>
      <w:r>
        <w:t>to bohat se unwanat logon ne rakhe hain.</w:t>
      </w:r>
    </w:p>
    <w:p>
      <w:pPr>
        <w:jc w:val="right"/>
      </w:pPr>
      <w:r>
        <w:t>تو بہت سے عنوانات لوگوں نے رکھے ہیں۔</w:t>
      </w:r>
    </w:p>
    <w:p>
      <w:r>
        <w:rPr>
          <w:b/>
        </w:rPr>
        <w:t xml:space="preserve">[04:57] </w:t>
      </w:r>
      <w:r>
        <w:t>mujhe ek kitab ka unwan bohat pasand aaya.</w:t>
      </w:r>
    </w:p>
    <w:p>
      <w:pPr>
        <w:jc w:val="right"/>
      </w:pPr>
      <w:r>
        <w:t>مجھے ایک کتاب کا عنوان بہت پسند آیا۔</w:t>
      </w:r>
    </w:p>
    <w:p>
      <w:r>
        <w:rPr>
          <w:b/>
        </w:rPr>
        <w:t xml:space="preserve">[05:02] </w:t>
      </w:r>
      <w:r>
        <w:t>yeh ek arab ka tayar kiya hua majmooa hai.</w:t>
      </w:r>
    </w:p>
    <w:p>
      <w:pPr>
        <w:jc w:val="right"/>
      </w:pPr>
      <w:r>
        <w:t>یہ ایک عرب کا تیار کیا ہوا مجموعہ ہے۔</w:t>
      </w:r>
    </w:p>
    <w:p>
      <w:r>
        <w:rPr>
          <w:b/>
        </w:rPr>
        <w:t xml:space="preserve">[05:07] </w:t>
      </w:r>
      <w:r>
        <w:t>yani intekhab ahadis ka.</w:t>
      </w:r>
    </w:p>
    <w:p>
      <w:pPr>
        <w:jc w:val="right"/>
      </w:pPr>
      <w:r>
        <w:t>یعنی انتخاب احادیث کا۔</w:t>
      </w:r>
    </w:p>
    <w:p>
      <w:r>
        <w:rPr>
          <w:b/>
        </w:rPr>
        <w:t xml:space="preserve">[05:12] </w:t>
      </w:r>
      <w:r>
        <w:t>is ka naam unhon ne rakha tha</w:t>
      </w:r>
    </w:p>
    <w:p>
      <w:pPr>
        <w:jc w:val="right"/>
      </w:pPr>
      <w:r>
        <w:t>اس کا نام انہوں نے رکھا تھا</w:t>
      </w:r>
    </w:p>
    <w:p>
      <w:r>
        <w:rPr>
          <w:b/>
        </w:rPr>
        <w:t xml:space="preserve">[05:17] </w:t>
      </w:r>
      <w:r>
        <w:t>"lal al hikam". "lal al hikam".</w:t>
      </w:r>
    </w:p>
    <w:p>
      <w:pPr>
        <w:jc w:val="right"/>
      </w:pPr>
      <w:r>
        <w:t>"لال الحکم"۔ "لال الحکم"۔</w:t>
      </w:r>
    </w:p>
    <w:p>
      <w:r>
        <w:rPr>
          <w:b/>
        </w:rPr>
        <w:t xml:space="preserve">[05:23] </w:t>
      </w:r>
      <w:r>
        <w:t>is ka matlab yeh hai ke hikmat ke moti.</w:t>
      </w:r>
    </w:p>
    <w:p>
      <w:pPr>
        <w:jc w:val="right"/>
      </w:pPr>
      <w:r>
        <w:t>اس کا مطلب یہ ہے کہ حکمت کے موتی۔</w:t>
      </w:r>
    </w:p>
    <w:p>
      <w:r>
        <w:rPr>
          <w:b/>
        </w:rPr>
        <w:t xml:space="preserve">[05:29] </w:t>
      </w:r>
      <w:r>
        <w:t>"Pearls of Wisdom".</w:t>
      </w:r>
    </w:p>
    <w:p>
      <w:pPr>
        <w:jc w:val="right"/>
      </w:pPr>
      <w:r>
        <w:t>"Pearls of Wisdom"۔</w:t>
      </w:r>
    </w:p>
    <w:p>
      <w:r>
        <w:rPr>
          <w:b/>
        </w:rPr>
        <w:t xml:space="preserve">[05:35] </w:t>
      </w:r>
      <w:r>
        <w:t>hikmat ke moti ya "Pearls of Wisdom".</w:t>
      </w:r>
    </w:p>
    <w:p>
      <w:pPr>
        <w:jc w:val="right"/>
      </w:pPr>
      <w:r>
        <w:t>حکمت کے موتی یا "Pearls of Wisdom"۔</w:t>
      </w:r>
    </w:p>
    <w:p>
      <w:r>
        <w:rPr>
          <w:b/>
        </w:rPr>
        <w:t xml:space="preserve">[05:41] </w:t>
      </w:r>
      <w:r>
        <w:t>to yeh sach much hadith ki jo nabi علیہ السلام ki jo kahaniyan hain woh "Pearls of Wisdom" hain. in mein</w:t>
      </w:r>
    </w:p>
    <w:p>
      <w:pPr>
        <w:jc w:val="right"/>
      </w:pPr>
      <w:r>
        <w:t>تو یہ سچ مچ حدیث کی جو نبی علیہ السلام کی جو کہانیاں ہیں وہ "Pearls of Wisdom" ہیں۔ ان میں</w:t>
      </w:r>
    </w:p>
    <w:p>
      <w:r>
        <w:rPr>
          <w:b/>
        </w:rPr>
        <w:t xml:space="preserve">[05:48] </w:t>
      </w:r>
      <w:r>
        <w:t>na sirf mazhabi baatein hain balkeh aur sari baatein hain.</w:t>
      </w:r>
    </w:p>
    <w:p>
      <w:pPr>
        <w:jc w:val="right"/>
      </w:pPr>
      <w:r>
        <w:t>نہ صرف مذہبی باتیں ہیں بلکہ اور ساری باتیں ہیں۔</w:t>
      </w:r>
    </w:p>
    <w:p>
      <w:r>
        <w:rPr>
          <w:b/>
        </w:rPr>
        <w:t xml:space="preserve">[05:53] </w:t>
      </w:r>
      <w:r>
        <w:t>jaise kirdaar ki baat, zindagi kaise guzari jaye is ki baat, muashre mein kaise hum rahein is ki baat.</w:t>
      </w:r>
    </w:p>
    <w:p>
      <w:pPr>
        <w:jc w:val="right"/>
      </w:pPr>
      <w:r>
        <w:t>جیسے کردار کی بات، زندگی کیسے گزاری جائے اس کی بات، معاشرے میں کیسے ہم رہیں اس کی بات۔</w:t>
      </w:r>
    </w:p>
    <w:p>
      <w:r>
        <w:rPr>
          <w:b/>
        </w:rPr>
        <w:t xml:space="preserve">[05:58] </w:t>
      </w:r>
      <w:r>
        <w:t>gharz poori zindagi ke bare mein is mein bohat hi hikmat ki baatein hain.</w:t>
      </w:r>
    </w:p>
    <w:p>
      <w:pPr>
        <w:jc w:val="right"/>
      </w:pPr>
      <w:r>
        <w:t>غرض پوری زندگی کے بارے میں اس میں بہت ہی حکمت کی باتیں ہیں۔</w:t>
      </w:r>
    </w:p>
    <w:p>
      <w:r>
        <w:rPr>
          <w:b/>
        </w:rPr>
        <w:t xml:space="preserve">[06:03] </w:t>
      </w:r>
      <w:r>
        <w:t>isi liye mujhe yeh unwaan bohat pasand hai "Lal al-Hikam".</w:t>
      </w:r>
    </w:p>
    <w:p>
      <w:pPr>
        <w:jc w:val="right"/>
      </w:pPr>
      <w:r>
        <w:t>اسی لیے مجھے یہ عنوان بہت پسند ہے "لال الحکم"۔</w:t>
      </w:r>
    </w:p>
    <w:p>
      <w:r>
        <w:rPr>
          <w:b/>
        </w:rPr>
        <w:t xml:space="preserve">[06:09] </w:t>
      </w:r>
      <w:r>
        <w:t>"Pearls of Wisdom".</w:t>
      </w:r>
    </w:p>
    <w:p>
      <w:pPr>
        <w:jc w:val="right"/>
      </w:pPr>
      <w:r>
        <w:t>"Pearls of Wisdom"۔</w:t>
      </w:r>
    </w:p>
    <w:p>
      <w:r>
        <w:rPr>
          <w:b/>
        </w:rPr>
        <w:t xml:space="preserve">[06:14] </w:t>
      </w:r>
      <w:r>
        <w:t>to is waqt mein</w:t>
      </w:r>
    </w:p>
    <w:p>
      <w:pPr>
        <w:jc w:val="right"/>
      </w:pPr>
      <w:r>
        <w:t>تو اس وقت میں</w:t>
      </w:r>
    </w:p>
    <w:p>
      <w:r>
        <w:rPr>
          <w:b/>
        </w:rPr>
        <w:t xml:space="preserve">[06:19] </w:t>
      </w:r>
      <w:r>
        <w:t>kuch hadithain aap ke saamne rakhunga.</w:t>
      </w:r>
    </w:p>
    <w:p>
      <w:pPr>
        <w:jc w:val="right"/>
      </w:pPr>
      <w:r>
        <w:t>کچھ حدیثیں آپ کے سامنے رکھوں گا۔</w:t>
      </w:r>
    </w:p>
    <w:p>
      <w:r>
        <w:rPr>
          <w:b/>
        </w:rPr>
        <w:t xml:space="preserve">[06:27] </w:t>
      </w:r>
      <w:r>
        <w:t>mutfarriq tor par.</w:t>
      </w:r>
    </w:p>
    <w:p>
      <w:pPr>
        <w:jc w:val="right"/>
      </w:pPr>
      <w:r>
        <w:t>متفرق طور پر۔</w:t>
      </w:r>
    </w:p>
    <w:p>
      <w:r>
        <w:rPr>
          <w:b/>
        </w:rPr>
        <w:t xml:space="preserve">[06:35] </w:t>
      </w:r>
      <w:r>
        <w:t>yaani tukron ki soorat mein.</w:t>
      </w:r>
    </w:p>
    <w:p>
      <w:pPr>
        <w:jc w:val="right"/>
      </w:pPr>
      <w:r>
        <w:t>یعنی ٹکڑوں کی صورت میں۔</w:t>
      </w:r>
    </w:p>
    <w:p>
      <w:r>
        <w:rPr>
          <w:b/>
        </w:rPr>
        <w:t xml:space="preserve">[06:42] </w:t>
      </w:r>
      <w:r>
        <w:t>nabi علیہ السلام ne farmaya: "Man qala la ilaha illallah dakhala al-jannah".</w:t>
      </w:r>
    </w:p>
    <w:p>
      <w:pPr>
        <w:jc w:val="right"/>
      </w:pPr>
      <w:r>
        <w:t>نبی علیہ السلام نے فرمایا: "من قال لا الہ الا اللہ دخل الجنہ"۔</w:t>
      </w:r>
    </w:p>
    <w:p>
      <w:r>
        <w:rPr>
          <w:b/>
        </w:rPr>
        <w:t xml:space="preserve">[06:50] </w:t>
      </w:r>
      <w:r>
        <w:t>yeh bohat mustanad hadith hai.</w:t>
      </w:r>
    </w:p>
    <w:p>
      <w:pPr>
        <w:jc w:val="right"/>
      </w:pPr>
      <w:r>
        <w:t>یہ بہت مستند حدیث ہے۔</w:t>
      </w:r>
    </w:p>
    <w:p>
      <w:r>
        <w:rPr>
          <w:b/>
        </w:rPr>
        <w:t xml:space="preserve">[06:54] </w:t>
      </w:r>
      <w:r>
        <w:t>jis ne kaha ke ek Khuda ke siwa koi Khuda nahin.</w:t>
      </w:r>
    </w:p>
    <w:p>
      <w:pPr>
        <w:jc w:val="right"/>
      </w:pPr>
      <w:r>
        <w:t>جس نے کہا کہ ایک خدا کے سوا کوئی خدا نہیں۔</w:t>
      </w:r>
    </w:p>
    <w:p>
      <w:r>
        <w:rPr>
          <w:b/>
        </w:rPr>
        <w:t xml:space="preserve">[06:58] </w:t>
      </w:r>
      <w:r>
        <w:t>"There is no god but one God".</w:t>
      </w:r>
    </w:p>
    <w:p>
      <w:pPr>
        <w:jc w:val="right"/>
      </w:pPr>
      <w:r>
        <w:t>"There is no god but one God"۔</w:t>
      </w:r>
    </w:p>
    <w:p>
      <w:r>
        <w:rPr>
          <w:b/>
        </w:rPr>
        <w:t xml:space="preserve">[07:02] </w:t>
      </w:r>
      <w:r>
        <w:t>to woh jannat mein jayega.</w:t>
      </w:r>
    </w:p>
    <w:p>
      <w:pPr>
        <w:jc w:val="right"/>
      </w:pPr>
      <w:r>
        <w:t>تو وہ جنت میں جائے گا۔</w:t>
      </w:r>
    </w:p>
    <w:p>
      <w:r>
        <w:rPr>
          <w:b/>
        </w:rPr>
        <w:t xml:space="preserve">[07:07] </w:t>
      </w:r>
      <w:r>
        <w:t>dekhein yahan par jo kaha ka lafz hai to log samajhte hain ke munh se bol dena.</w:t>
      </w:r>
    </w:p>
    <w:p>
      <w:pPr>
        <w:jc w:val="right"/>
      </w:pPr>
      <w:r>
        <w:t>دیکھیں یہاں پر جو کہا کا لفظ ہے تو لوگ سمجھتے ہیں کہ منہ سے بول دینا۔</w:t>
      </w:r>
    </w:p>
    <w:p>
      <w:r>
        <w:rPr>
          <w:b/>
        </w:rPr>
        <w:t xml:space="preserve">[07:11] </w:t>
      </w:r>
      <w:r>
        <w:t>munh se keh dena.</w:t>
      </w:r>
    </w:p>
    <w:p>
      <w:pPr>
        <w:jc w:val="right"/>
      </w:pPr>
      <w:r>
        <w:t>منہ سے کہہ دینا۔</w:t>
      </w:r>
    </w:p>
    <w:p>
      <w:r>
        <w:rPr>
          <w:b/>
        </w:rPr>
        <w:t xml:space="preserve">[07:15] </w:t>
      </w:r>
      <w:r>
        <w:t>la ilaha illallah. yeh matlab</w:t>
      </w:r>
    </w:p>
    <w:p>
      <w:pPr>
        <w:jc w:val="right"/>
      </w:pPr>
      <w:r>
        <w:t>لا الہ الا اللہ۔ یہ مطلب</w:t>
      </w:r>
    </w:p>
    <w:p>
      <w:r>
        <w:rPr>
          <w:b/>
        </w:rPr>
        <w:t xml:space="preserve">[07:20] </w:t>
      </w:r>
      <w:r>
        <w:t>nahin hai is ka.</w:t>
      </w:r>
    </w:p>
    <w:p>
      <w:pPr>
        <w:jc w:val="right"/>
      </w:pPr>
      <w:r>
        <w:t>نہیں ہے اس کا۔</w:t>
      </w:r>
    </w:p>
    <w:p>
      <w:r>
        <w:rPr>
          <w:b/>
        </w:rPr>
        <w:t xml:space="preserve">[07:27] </w:t>
      </w:r>
      <w:r>
        <w:t>is ka matlab yeh hai ke aadmi ko sachai ki daryaft hoti hai.</w:t>
      </w:r>
    </w:p>
    <w:p>
      <w:pPr>
        <w:jc w:val="right"/>
      </w:pPr>
      <w:r>
        <w:t>اس کا مطلب یہ ہے کہ آدمی کو سچائی کی دریافت ہوتی ہے۔</w:t>
      </w:r>
    </w:p>
    <w:p>
      <w:r>
        <w:rPr>
          <w:b/>
        </w:rPr>
        <w:t xml:space="preserve">[07:35] </w:t>
      </w:r>
      <w:r>
        <w:t>woh ba-taur-e-daryaft ke yeh jaanta hai ke ek Khuda ke siwa koi Khuda nahin.</w:t>
      </w:r>
    </w:p>
    <w:p>
      <w:pPr>
        <w:jc w:val="right"/>
      </w:pPr>
      <w:r>
        <w:t>وہ بطور دریافت کے یہ جانتا ہے کہ ایک خدا کے سوا کوئی خدا نہیں۔</w:t>
      </w:r>
    </w:p>
    <w:p>
      <w:r>
        <w:rPr>
          <w:b/>
        </w:rPr>
        <w:t xml:space="preserve">[07:43] </w:t>
      </w:r>
      <w:r>
        <w:t>yaani "There is no god but one God" yeh is ko ehsaas hota hai, daryaft hota hai.</w:t>
      </w:r>
    </w:p>
    <w:p>
      <w:pPr>
        <w:jc w:val="right"/>
      </w:pPr>
      <w:r>
        <w:t>یعنی "There is no god but one God" یہ اس کو احساس ہوتا ہے، دریافت ہوتا ہے۔</w:t>
      </w:r>
    </w:p>
    <w:p>
      <w:r>
        <w:rPr>
          <w:b/>
        </w:rPr>
        <w:t xml:space="preserve">[07:51] </w:t>
      </w:r>
      <w:r>
        <w:t>aur phir is daryaft ko woh munh se bol deta hai.</w:t>
      </w:r>
    </w:p>
    <w:p>
      <w:pPr>
        <w:jc w:val="right"/>
      </w:pPr>
      <w:r>
        <w:t>اور پھر اس دریافت کو وہ منہ سے بول دیتا ہے۔</w:t>
      </w:r>
    </w:p>
    <w:p>
      <w:r>
        <w:rPr>
          <w:b/>
        </w:rPr>
        <w:t xml:space="preserve">[07:57] </w:t>
      </w:r>
      <w:r>
        <w:t>to yeh munh se bolna sirf lab service nahin hai.</w:t>
      </w:r>
    </w:p>
    <w:p>
      <w:pPr>
        <w:jc w:val="right"/>
      </w:pPr>
      <w:r>
        <w:t>تو یہ منہ سے بولنا صرف لب سروس نہیں ہے۔</w:t>
      </w:r>
    </w:p>
    <w:p>
      <w:r>
        <w:rPr>
          <w:b/>
        </w:rPr>
        <w:t xml:space="preserve">[08:03] </w:t>
      </w:r>
      <w:r>
        <w:t>balkeh ek daryaft ko batana hai.</w:t>
      </w:r>
    </w:p>
    <w:p>
      <w:pPr>
        <w:jc w:val="right"/>
      </w:pPr>
      <w:r>
        <w:t>بلکہ ایک دریافت کو بتانا ہے۔</w:t>
      </w:r>
    </w:p>
    <w:p>
      <w:r>
        <w:rPr>
          <w:b/>
        </w:rPr>
        <w:t xml:space="preserve">[08:09] </w:t>
      </w:r>
      <w:r>
        <w:t>isi liye aik aur hadith mein hai ke "man arf la ilaha illallah dakhil al jannah".</w:t>
      </w:r>
    </w:p>
    <w:p>
      <w:pPr>
        <w:jc w:val="right"/>
      </w:pPr>
      <w:r>
        <w:t>اسی لیے ایک اور حدیث میں ہے کہ "من عرف لا الہ الا اللہ دخل الجنہ"۔</w:t>
      </w:r>
    </w:p>
    <w:p>
      <w:r>
        <w:rPr>
          <w:b/>
        </w:rPr>
        <w:t xml:space="preserve">[08:15] </w:t>
      </w:r>
      <w:r>
        <w:t>jis ko yeh ehsas ho gaya ke khuda ke siwa, ke</w:t>
      </w:r>
    </w:p>
    <w:p>
      <w:pPr>
        <w:jc w:val="right"/>
      </w:pPr>
      <w:r>
        <w:t>جس کو یہ احساس ہو گیا کہ خدا کے سوا، کہ</w:t>
      </w:r>
    </w:p>
    <w:p>
      <w:r>
        <w:rPr>
          <w:b/>
        </w:rPr>
        <w:t xml:space="preserve">[08:21] </w:t>
      </w:r>
      <w:r>
        <w:t>ek Khuda ke siwa koi aur Khuda nahin. to woh jannat mein jayega. ab dekhen wahan par arafah nahin tha, wahan qalah tha. lekin yeh qalah aur arafah dono ek hi mani mein hain. is ko agar aap aur samajhna chahen to quran mein saatwein pare ki ayat padhiye. shuru ki ayat: "wa idha sami'u ma u</w:t>
      </w:r>
    </w:p>
    <w:p>
      <w:pPr>
        <w:jc w:val="right"/>
      </w:pPr>
      <w:r>
        <w:t>ایک خدا کے سوا کوئی اور خدا نہیں۔ تو وہ جنت میں جائے گا۔ اب دیکھیں وہاں پر عرفہ نہیں تھا، وہاں قالہ تھا۔ لیکن یہ قالہ اور عرفہ دونوں ایک ہی معنی میں ہیں۔ اس کو اگر آپ اور سمجھنا چاہیں تو قرآن میں ساتویں پارے کی آیت پڑھیے۔ شروع کی آیت: "وَإِذَا سَمَعُوا مَا أُ</w:t>
      </w:r>
    </w:p>
    <w:p>
      <w:r>
        <w:rPr>
          <w:b/>
        </w:rPr>
        <w:t xml:space="preserve">[08:51] </w:t>
      </w:r>
      <w:r>
        <w:t>nuzila ila al rasool taray aynuhum tafweed binay al dam mimma arfau binay al haq yaquloon rabbana amanna fa aktubna ma al shahideen.</w:t>
      </w:r>
    </w:p>
    <w:p>
      <w:pPr>
        <w:jc w:val="right"/>
      </w:pPr>
      <w:r>
        <w:t>نْزِلَ إِلَى الرَّسُولِ تَرَى عَيَنُهُمْ تَفْوِيضَ بِنَى الْدَّمِ مِمَّا عَرَفُوا بِنَى الْحَقِّ يَقُولُونَ رَبَّنَا آمَنَّا فَاَكْتُبْنَا مَعَ الشَّاهِدِينَ۔</w:t>
      </w:r>
    </w:p>
    <w:p>
      <w:r>
        <w:rPr>
          <w:b/>
        </w:rPr>
        <w:t xml:space="preserve">[08:56] </w:t>
      </w:r>
      <w:r>
        <w:t>wahan bhi dekhen qalah ka lafz hai ke woh kehte hain.</w:t>
      </w:r>
    </w:p>
    <w:p>
      <w:pPr>
        <w:jc w:val="right"/>
      </w:pPr>
      <w:r>
        <w:t>وہاں بھی دیکھیں قالہ کا لفظ ہے کہ وہ کہتے ہیں۔</w:t>
      </w:r>
    </w:p>
    <w:p>
      <w:r>
        <w:rPr>
          <w:b/>
        </w:rPr>
        <w:t xml:space="preserve">[09:01] </w:t>
      </w:r>
      <w:r>
        <w:t>lekin isi ke sath woh bhi yahan bhi hai.</w:t>
      </w:r>
    </w:p>
    <w:p>
      <w:pPr>
        <w:jc w:val="right"/>
      </w:pPr>
      <w:r>
        <w:t>لیکن اسی کے ساتھ وہ بھی یہاں بھی ہے۔</w:t>
      </w:r>
    </w:p>
    <w:p>
      <w:r>
        <w:rPr>
          <w:b/>
        </w:rPr>
        <w:t xml:space="preserve">[09:06] </w:t>
      </w:r>
      <w:r>
        <w:t>is mein yeh bhi hai ke "mimma arfau binay al haq".</w:t>
      </w:r>
    </w:p>
    <w:p>
      <w:pPr>
        <w:jc w:val="right"/>
      </w:pPr>
      <w:r>
        <w:t>اس میں یہ بھی ہے کہ "مِمَّا عَرَفُوا بِنَى الْحَقِّ"۔</w:t>
      </w:r>
    </w:p>
    <w:p>
      <w:r>
        <w:rPr>
          <w:b/>
        </w:rPr>
        <w:t xml:space="preserve">[09:11] </w:t>
      </w:r>
      <w:r>
        <w:t>yani wahan qalah ki sharah bhi aa gayi hai.</w:t>
      </w:r>
    </w:p>
    <w:p>
      <w:pPr>
        <w:jc w:val="right"/>
      </w:pPr>
      <w:r>
        <w:t>یعنی وہاں قالہ کی شرح بھی آ گئی ہے۔</w:t>
      </w:r>
    </w:p>
    <w:p>
      <w:r>
        <w:rPr>
          <w:b/>
        </w:rPr>
        <w:t xml:space="preserve">[09:16] </w:t>
      </w:r>
      <w:r>
        <w:t>ke is ka matlab hai</w:t>
      </w:r>
    </w:p>
    <w:p>
      <w:pPr>
        <w:jc w:val="right"/>
      </w:pPr>
      <w:r>
        <w:t>کہ اس کا مطلب ہے</w:t>
      </w:r>
    </w:p>
    <w:p>
      <w:r>
        <w:rPr>
          <w:b/>
        </w:rPr>
        <w:t xml:space="preserve">[09:21] </w:t>
      </w:r>
      <w:r>
        <w:t>arafah. "mimma arafu bina al haqqi". to dekhen yeh qaul jo hai yeh lipstick, yeh lab service ke mani mein nahin hai. yeh qaul jo hai woh lab service ke mani mein nahin hai. marifat se nikle hue shabdon ke mani mein hai yeh. to yeh is ka matlab yeh hai ke ek insan is dunya mein aankh khol kar rehta hai. woh mutala karta hai. woh sochta</w:t>
      </w:r>
    </w:p>
    <w:p>
      <w:pPr>
        <w:jc w:val="right"/>
      </w:pPr>
      <w:r>
        <w:t>عرفہ۔ "مِمَّا عَرَفُوا بِنَى الْحَقِّ"۔ تو دیکھیں یہ قول جو ہے یہ لپ اسٹک، یہ لب سروس کے معنی میں نہیں ہے۔ یہ قول جو ہے وہ لب سروس کے معنی میں نہیں ہے۔ معرفت سے نکلے ہوئے शब्दوں کے معنی میں ہے یہ۔ تو یہ اس کا مطلب یہ ہے کہ ایک انسان اس دنیا میں آنکھ کھول کر رہتا ہے۔ وہ مطالعہ کرتا ہے۔ وہ سوچتا</w:t>
      </w:r>
    </w:p>
    <w:p>
      <w:r>
        <w:rPr>
          <w:b/>
        </w:rPr>
        <w:t xml:space="preserve">[09:51] </w:t>
      </w:r>
      <w:r>
        <w:t>hai.</w:t>
      </w:r>
    </w:p>
    <w:p>
      <w:pPr>
        <w:jc w:val="right"/>
      </w:pPr>
      <w:r>
        <w:t>ہے۔</w:t>
      </w:r>
    </w:p>
    <w:p>
      <w:r>
        <w:rPr>
          <w:b/>
        </w:rPr>
        <w:t xml:space="preserve">[09:56] </w:t>
      </w:r>
      <w:r>
        <w:t>baaton ki gehrai tak utarta hai.</w:t>
      </w:r>
    </w:p>
    <w:p>
      <w:pPr>
        <w:jc w:val="right"/>
      </w:pPr>
      <w:r>
        <w:t>باتوں کی گہرائی تک اترتا ہے۔</w:t>
      </w:r>
    </w:p>
    <w:p>
      <w:r>
        <w:rPr>
          <w:b/>
        </w:rPr>
        <w:t xml:space="preserve">[10:00] </w:t>
      </w:r>
      <w:r>
        <w:t>phir us ko is haqeeqat ka pata chalta hai.</w:t>
      </w:r>
    </w:p>
    <w:p>
      <w:pPr>
        <w:jc w:val="right"/>
      </w:pPr>
      <w:r>
        <w:t>پھر اس کو اس حقیقت کا پتہ چلتا ہے۔</w:t>
      </w:r>
    </w:p>
    <w:p>
      <w:r>
        <w:rPr>
          <w:b/>
        </w:rPr>
        <w:t xml:space="preserve">[10:05] </w:t>
      </w:r>
      <w:r>
        <w:t>ke sach much yahan aik khuda hai jis ne takhleeq kiya hai.</w:t>
      </w:r>
    </w:p>
    <w:p>
      <w:pPr>
        <w:jc w:val="right"/>
      </w:pPr>
      <w:r>
        <w:t>کہ سچ مچ یہاں ایک خدا ہے جس نے تخلیق کیا ہے۔</w:t>
      </w:r>
    </w:p>
    <w:p>
      <w:r>
        <w:rPr>
          <w:b/>
        </w:rPr>
        <w:t xml:space="preserve">[10:09] </w:t>
      </w:r>
      <w:r>
        <w:t>jo is ka sustainer hai.</w:t>
      </w:r>
    </w:p>
    <w:p>
      <w:pPr>
        <w:jc w:val="right"/>
      </w:pPr>
      <w:r>
        <w:t>جو اس کا سسٹینر ہے۔</w:t>
      </w:r>
    </w:p>
    <w:p>
      <w:r>
        <w:rPr>
          <w:b/>
        </w:rPr>
        <w:t xml:space="preserve">[10:14] </w:t>
      </w:r>
      <w:r>
        <w:t>to yeh sari baatein jab us ko daryaft hoti hain.</w:t>
      </w:r>
    </w:p>
    <w:p>
      <w:pPr>
        <w:jc w:val="right"/>
      </w:pPr>
      <w:r>
        <w:t>تو یہ ساری باتیں جب اس کو دریافت ہوتی ہیں۔</w:t>
      </w:r>
    </w:p>
    <w:p>
      <w:r>
        <w:rPr>
          <w:b/>
        </w:rPr>
        <w:t xml:space="preserve">[10:18] </w:t>
      </w:r>
      <w:r>
        <w:t>to woh bol padta hai. ke dekho</w:t>
      </w:r>
    </w:p>
    <w:p>
      <w:pPr>
        <w:jc w:val="right"/>
      </w:pPr>
      <w:r>
        <w:t>تو وہ بول پڑتا ہے۔ کہ دیکھو</w:t>
      </w:r>
    </w:p>
    <w:p>
      <w:r>
        <w:rPr>
          <w:b/>
        </w:rPr>
        <w:t xml:space="preserve">[10:23] </w:t>
      </w:r>
      <w:r>
        <w:t>aik khuda ke siwa koi khuda nahi.</w:t>
      </w:r>
    </w:p>
    <w:p>
      <w:pPr>
        <w:jc w:val="right"/>
      </w:pPr>
      <w:r>
        <w:t>ایک خدا کے سوا کوئی خدا نہیں۔</w:t>
      </w:r>
    </w:p>
    <w:p>
      <w:r>
        <w:rPr>
          <w:b/>
        </w:rPr>
        <w:t xml:space="preserve">[10:27] </w:t>
      </w:r>
      <w:r>
        <w:t>to kisi bhi haqeeqat ko daryaft kar ke jab aap bolte hain.</w:t>
      </w:r>
    </w:p>
    <w:p>
      <w:pPr>
        <w:jc w:val="right"/>
      </w:pPr>
      <w:r>
        <w:t>تو کسی بھی حقیقت کو دریافت کر کے جب آپ بولتے ہیں۔</w:t>
      </w:r>
    </w:p>
    <w:p>
      <w:r>
        <w:rPr>
          <w:b/>
        </w:rPr>
        <w:t xml:space="preserve">[10:31] </w:t>
      </w:r>
      <w:r>
        <w:t>to wohi hai qalah.</w:t>
      </w:r>
    </w:p>
    <w:p>
      <w:pPr>
        <w:jc w:val="right"/>
      </w:pPr>
      <w:r>
        <w:t>تو وہی ہے قالہ۔</w:t>
      </w:r>
    </w:p>
    <w:p>
      <w:r>
        <w:rPr>
          <w:b/>
        </w:rPr>
        <w:t xml:space="preserve">[10:34] </w:t>
      </w:r>
      <w:r>
        <w:t>to farmaya ke "man arf la ilaha illallah dakhil al jannah".</w:t>
      </w:r>
    </w:p>
    <w:p>
      <w:pPr>
        <w:jc w:val="right"/>
      </w:pPr>
      <w:r>
        <w:t>تو فرمایا کہ "من عرف لا الہ الا اللہ دخل الجنہ"۔</w:t>
      </w:r>
    </w:p>
    <w:p>
      <w:r>
        <w:rPr>
          <w:b/>
        </w:rPr>
        <w:t xml:space="preserve">[10:38] </w:t>
      </w:r>
      <w:r>
        <w:t>jis ko is baat ki daryaft ho gayi.</w:t>
      </w:r>
    </w:p>
    <w:p>
      <w:pPr>
        <w:jc w:val="right"/>
      </w:pPr>
      <w:r>
        <w:t>جس کو اس بات کی دریافت ہو گئی۔</w:t>
      </w:r>
    </w:p>
    <w:p>
      <w:r>
        <w:rPr>
          <w:b/>
        </w:rPr>
        <w:t xml:space="preserve">[10:42] </w:t>
      </w:r>
      <w:r>
        <w:t>jis ko is haqeeqat ka ehsas ho gaya.</w:t>
      </w:r>
    </w:p>
    <w:p>
      <w:pPr>
        <w:jc w:val="right"/>
      </w:pPr>
      <w:r>
        <w:t>جس کو اس حقیقت کا احساس ہو گیا۔</w:t>
      </w:r>
    </w:p>
    <w:p>
      <w:r>
        <w:rPr>
          <w:b/>
        </w:rPr>
        <w:t xml:space="preserve">[10:46] </w:t>
      </w:r>
      <w:r>
        <w:t>ke aik khuda ke siwa koi khuda nahi.</w:t>
      </w:r>
    </w:p>
    <w:p>
      <w:pPr>
        <w:jc w:val="right"/>
      </w:pPr>
      <w:r>
        <w:t>کہ ایک خدا کے سوا کوئی خدا نہیں۔</w:t>
      </w:r>
    </w:p>
    <w:p>
      <w:r>
        <w:rPr>
          <w:b/>
        </w:rPr>
        <w:t xml:space="preserve">[10:50] </w:t>
      </w:r>
      <w:r>
        <w:t>woh jaye ga jannat mein.</w:t>
      </w:r>
    </w:p>
    <w:p>
      <w:pPr>
        <w:jc w:val="right"/>
      </w:pPr>
      <w:r>
        <w:t>وہ جائے گا جنت میں۔</w:t>
      </w:r>
    </w:p>
    <w:p>
      <w:r>
        <w:rPr>
          <w:b/>
        </w:rPr>
        <w:t xml:space="preserve">[10:53] </w:t>
      </w:r>
      <w:r>
        <w:t>dekhen is hadith mein woh cheez bata di gayi jis ko kehte hain sutra.</w:t>
      </w:r>
    </w:p>
    <w:p>
      <w:pPr>
        <w:jc w:val="right"/>
      </w:pPr>
      <w:r>
        <w:t>دیکھیں اس حدیث میں وہ چیز بتا دی گئی جس کو کہتے ہیں سوتر۔</w:t>
      </w:r>
    </w:p>
    <w:p>
      <w:r>
        <w:rPr>
          <w:b/>
        </w:rPr>
        <w:t xml:space="preserve">[10:58] </w:t>
      </w:r>
      <w:r>
        <w:t>yani ilm ka sira.</w:t>
      </w:r>
    </w:p>
    <w:p>
      <w:pPr>
        <w:jc w:val="right"/>
      </w:pPr>
      <w:r>
        <w:t>یعنی علم کا سرا۔</w:t>
      </w:r>
    </w:p>
    <w:p>
      <w:r>
        <w:rPr>
          <w:b/>
        </w:rPr>
        <w:t xml:space="preserve">[11:02] </w:t>
      </w:r>
      <w:r>
        <w:t>hikmat ka sira.</w:t>
      </w:r>
    </w:p>
    <w:p>
      <w:pPr>
        <w:jc w:val="right"/>
      </w:pPr>
      <w:r>
        <w:t>حکمت کا سرا۔</w:t>
      </w:r>
    </w:p>
    <w:p>
      <w:r>
        <w:rPr>
          <w:b/>
        </w:rPr>
        <w:t xml:space="preserve">[11:07] </w:t>
      </w:r>
      <w:r>
        <w:t>saare ilm, saare gyaan ka sira yahi hai ke aap is haqeeqat ko jaan lein.</w:t>
      </w:r>
    </w:p>
    <w:p>
      <w:pPr>
        <w:jc w:val="right"/>
      </w:pPr>
      <w:r>
        <w:t>سارے علم، سارے گیان کا سرا یہی ہے کہ آپ اس حقیقت کو جان لیں۔</w:t>
      </w:r>
    </w:p>
    <w:p>
      <w:r>
        <w:rPr>
          <w:b/>
        </w:rPr>
        <w:t xml:space="preserve">[11:11] </w:t>
      </w:r>
      <w:r>
        <w:t>ke is duniya ka ek takhleeq kaar hai.</w:t>
      </w:r>
    </w:p>
    <w:p>
      <w:pPr>
        <w:jc w:val="right"/>
      </w:pPr>
      <w:r>
        <w:t>کہ اس دنیا کا ایک تخلیق کار ہے۔</w:t>
      </w:r>
    </w:p>
    <w:p>
      <w:r>
        <w:rPr>
          <w:b/>
        </w:rPr>
        <w:t xml:space="preserve">[11:15] </w:t>
      </w:r>
      <w:r>
        <w:t>woh isi ka sustainer hai.</w:t>
      </w:r>
    </w:p>
    <w:p>
      <w:pPr>
        <w:jc w:val="right"/>
      </w:pPr>
      <w:r>
        <w:t>وہ اسی کا سسٹینر ہے۔</w:t>
      </w:r>
    </w:p>
    <w:p>
      <w:r>
        <w:rPr>
          <w:b/>
        </w:rPr>
        <w:t xml:space="preserve">[11:20] </w:t>
      </w:r>
      <w:r>
        <w:t>dekhein jab tak aap yeh na jaanein.</w:t>
      </w:r>
    </w:p>
    <w:p>
      <w:pPr>
        <w:jc w:val="right"/>
      </w:pPr>
      <w:r>
        <w:t>دیکھیں جب تک آپ یہ نہ جانیں۔</w:t>
      </w:r>
    </w:p>
    <w:p>
      <w:r>
        <w:rPr>
          <w:b/>
        </w:rPr>
        <w:t xml:space="preserve">[11:24] </w:t>
      </w:r>
      <w:r>
        <w:t>tab tak aap ne kuch bhi nahi jaana.</w:t>
      </w:r>
    </w:p>
    <w:p>
      <w:pPr>
        <w:jc w:val="right"/>
      </w:pPr>
      <w:r>
        <w:t>تب تک آپ نے کچھ بھی نہیں جانا۔</w:t>
      </w:r>
    </w:p>
    <w:p>
      <w:r>
        <w:rPr>
          <w:b/>
        </w:rPr>
        <w:t xml:space="preserve">[11:27] </w:t>
      </w:r>
      <w:r>
        <w:t>aap dekhte hain ke ek duniya hai.</w:t>
      </w:r>
    </w:p>
    <w:p>
      <w:pPr>
        <w:jc w:val="right"/>
      </w:pPr>
      <w:r>
        <w:t>آپ دیکھتے ہیں کہ ایک دنیا ہے۔</w:t>
      </w:r>
    </w:p>
    <w:p>
      <w:r>
        <w:rPr>
          <w:b/>
        </w:rPr>
        <w:t xml:space="preserve">[11:31] </w:t>
      </w:r>
      <w:r>
        <w:t>sooraj nikal raha hai.</w:t>
      </w:r>
    </w:p>
    <w:p>
      <w:pPr>
        <w:jc w:val="right"/>
      </w:pPr>
      <w:r>
        <w:t>سورج نکل رہا ہے۔</w:t>
      </w:r>
    </w:p>
    <w:p>
      <w:r>
        <w:rPr>
          <w:b/>
        </w:rPr>
        <w:t xml:space="preserve">[11:34] </w:t>
      </w:r>
      <w:r>
        <w:t>chaand nikal raha hai.</w:t>
      </w:r>
    </w:p>
    <w:p>
      <w:pPr>
        <w:jc w:val="right"/>
      </w:pPr>
      <w:r>
        <w:t>چاند نکل رہا ہے۔</w:t>
      </w:r>
    </w:p>
    <w:p>
      <w:r>
        <w:rPr>
          <w:b/>
        </w:rPr>
        <w:t xml:space="preserve">[11:38] </w:t>
      </w:r>
      <w:r>
        <w:t>hawa chal rahi hai.</w:t>
      </w:r>
    </w:p>
    <w:p>
      <w:pPr>
        <w:jc w:val="right"/>
      </w:pPr>
      <w:r>
        <w:t>ہوا چل رہی ہے۔</w:t>
      </w:r>
    </w:p>
    <w:p>
      <w:r>
        <w:rPr>
          <w:b/>
        </w:rPr>
        <w:t xml:space="preserve">[11:41] </w:t>
      </w:r>
      <w:r>
        <w:t>samundar hai, paani bhara hua hai is mein.</w:t>
      </w:r>
    </w:p>
    <w:p>
      <w:pPr>
        <w:jc w:val="right"/>
      </w:pPr>
      <w:r>
        <w:t>سمندر ہے، پانی بھرا ہوا ہے اس میں۔</w:t>
      </w:r>
    </w:p>
    <w:p>
      <w:r>
        <w:rPr>
          <w:b/>
        </w:rPr>
        <w:t xml:space="preserve">[11:45] </w:t>
      </w:r>
      <w:r>
        <w:t>toh mein yeh keh raha tha ke yeh jo hadees hai "manaraf la ilaha illallah dakhul al jannah".</w:t>
      </w:r>
    </w:p>
    <w:p>
      <w:pPr>
        <w:jc w:val="right"/>
      </w:pPr>
      <w:r>
        <w:t>تو میں یہ کہہ رہا تھا کہ یہ جو حدیث ہے "من عرف لا الہ الا اللہ دخل الجنہ"۔</w:t>
      </w:r>
    </w:p>
    <w:p>
      <w:r>
        <w:rPr>
          <w:b/>
        </w:rPr>
        <w:t xml:space="preserve">[11:48] </w:t>
      </w:r>
      <w:r>
        <w:t>toh is mein saari baat aa gayi.</w:t>
      </w:r>
    </w:p>
    <w:p>
      <w:pPr>
        <w:jc w:val="right"/>
      </w:pPr>
      <w:r>
        <w:t>تو اس میں ساری بات آ گئی۔</w:t>
      </w:r>
    </w:p>
    <w:p>
      <w:r>
        <w:rPr>
          <w:b/>
        </w:rPr>
        <w:t xml:space="preserve">[11:51] </w:t>
      </w:r>
      <w:r>
        <w:t>arafah yaani ehsaas karna.</w:t>
      </w:r>
    </w:p>
    <w:p>
      <w:pPr>
        <w:jc w:val="right"/>
      </w:pPr>
      <w:r>
        <w:t>عرفہ یعنی احساس کرنا۔</w:t>
      </w:r>
    </w:p>
    <w:p>
      <w:r>
        <w:rPr>
          <w:b/>
        </w:rPr>
        <w:t xml:space="preserve">[11:55] </w:t>
      </w:r>
      <w:r>
        <w:t>aap sochiye ehsaas se barh kar kon si cheez ho sakti hai.</w:t>
      </w:r>
    </w:p>
    <w:p>
      <w:pPr>
        <w:jc w:val="right"/>
      </w:pPr>
      <w:r>
        <w:t>آپ سوچیے احساس سے بڑھ کر کون سی چیز ہو سکتی ہے۔</w:t>
      </w:r>
    </w:p>
    <w:p>
      <w:r>
        <w:rPr>
          <w:b/>
        </w:rPr>
        <w:t xml:space="preserve">[12:00] </w:t>
      </w:r>
      <w:r>
        <w:t>jab aap ko ehsaas ho gaya sab se bari haqeeqat ka.</w:t>
      </w:r>
    </w:p>
    <w:p>
      <w:pPr>
        <w:jc w:val="right"/>
      </w:pPr>
      <w:r>
        <w:t>جب آپ کو احساس ہو گیا سب سے بڑی حقیقت کا۔</w:t>
      </w:r>
    </w:p>
    <w:p>
      <w:r>
        <w:rPr>
          <w:b/>
        </w:rPr>
        <w:t xml:space="preserve">[12:04] </w:t>
      </w:r>
      <w:r>
        <w:t>sab se bari haqeeqat, sab se bari haqeeqat, sab se bara sach Khuda hai.</w:t>
      </w:r>
    </w:p>
    <w:p>
      <w:pPr>
        <w:jc w:val="right"/>
      </w:pPr>
      <w:r>
        <w:t>سب سے بڑی حقیقت، سب سے بڑی حقیقت، سب سے بڑا سچ خدا ہے۔</w:t>
      </w:r>
    </w:p>
    <w:p>
      <w:r>
        <w:rPr>
          <w:b/>
        </w:rPr>
        <w:t xml:space="preserve">[12:09] </w:t>
      </w:r>
      <w:r>
        <w:t>jab aap ne Khuda ko ehsaas kar liya.</w:t>
      </w:r>
    </w:p>
    <w:p>
      <w:pPr>
        <w:jc w:val="right"/>
      </w:pPr>
      <w:r>
        <w:t>جب آپ نے خدا کو احساس کر لیا۔</w:t>
      </w:r>
    </w:p>
    <w:p>
      <w:r>
        <w:rPr>
          <w:b/>
        </w:rPr>
        <w:t xml:space="preserve">[12:14] </w:t>
      </w:r>
      <w:r>
        <w:t>toh aap ne sab kuch ehsaas kar liya.</w:t>
      </w:r>
    </w:p>
    <w:p>
      <w:pPr>
        <w:jc w:val="right"/>
      </w:pPr>
      <w:r>
        <w:t>تو آپ نے سب کچھ احساس کر لیا۔</w:t>
      </w:r>
    </w:p>
    <w:p>
      <w:r>
        <w:rPr>
          <w:b/>
        </w:rPr>
        <w:t xml:space="preserve">[12:19] </w:t>
      </w:r>
      <w:r>
        <w:t>yahi hai ilm ka sira.</w:t>
      </w:r>
    </w:p>
    <w:p>
      <w:pPr>
        <w:jc w:val="right"/>
      </w:pPr>
      <w:r>
        <w:t>یہی ہے علم کا سرا۔</w:t>
      </w:r>
    </w:p>
    <w:p>
      <w:r>
        <w:rPr>
          <w:b/>
        </w:rPr>
        <w:t xml:space="preserve">[12:23] </w:t>
      </w:r>
      <w:r>
        <w:t>ab aur dekhiye.</w:t>
      </w:r>
    </w:p>
    <w:p>
      <w:pPr>
        <w:jc w:val="right"/>
      </w:pPr>
      <w:r>
        <w:t>اب اور دیکھیے۔</w:t>
      </w:r>
    </w:p>
    <w:p>
      <w:r>
        <w:rPr>
          <w:b/>
        </w:rPr>
        <w:t xml:space="preserve">[12:28] </w:t>
      </w:r>
      <w:r>
        <w:t>ibaadat ko lijiye.</w:t>
      </w:r>
    </w:p>
    <w:p>
      <w:pPr>
        <w:jc w:val="right"/>
      </w:pPr>
      <w:r>
        <w:t>عبادت کو لیجیے۔</w:t>
      </w:r>
    </w:p>
    <w:p>
      <w:r>
        <w:rPr>
          <w:b/>
        </w:rPr>
        <w:t xml:space="preserve">[12:34] </w:t>
      </w:r>
      <w:r>
        <w:t>aap jaante hain ke Islam mein ibaadat ka darja bohat bara hai.</w:t>
      </w:r>
    </w:p>
    <w:p>
      <w:pPr>
        <w:jc w:val="right"/>
      </w:pPr>
      <w:r>
        <w:t>آپ جانتے ہیں کہ اسلام میں عبادت کا درجہ بہت بڑا ہے۔</w:t>
      </w:r>
    </w:p>
    <w:p>
      <w:r>
        <w:rPr>
          <w:b/>
        </w:rPr>
        <w:t xml:space="preserve">[12:39] </w:t>
      </w:r>
      <w:r>
        <w:t>imaan laane ke baad, Islam ko qabool karne ke baad.</w:t>
      </w:r>
    </w:p>
    <w:p>
      <w:pPr>
        <w:jc w:val="right"/>
      </w:pPr>
      <w:r>
        <w:t>ایمان لانے کے بعد، اسلام کو قبول کرنے کے بعد۔</w:t>
      </w:r>
    </w:p>
    <w:p>
      <w:r>
        <w:rPr>
          <w:b/>
        </w:rPr>
        <w:t xml:space="preserve">[12:45] </w:t>
      </w:r>
      <w:r>
        <w:t>jo pehla farz hota hai aadmi ke upar woh kya? ke woh ibaadat kare.</w:t>
      </w:r>
    </w:p>
    <w:p>
      <w:pPr>
        <w:jc w:val="right"/>
      </w:pPr>
      <w:r>
        <w:t>جو پہلا فرض ہوتا ہے آدمی کے اوپر وہ کیا؟ کہ وہ عبادت کرے۔</w:t>
      </w:r>
    </w:p>
    <w:p>
      <w:r>
        <w:rPr>
          <w:b/>
        </w:rPr>
        <w:t xml:space="preserve">[12:50] </w:t>
      </w:r>
      <w:r>
        <w:t>quran mein hai ke "wa ma khalaqtul jinna wal insa illa li ya'budun".</w:t>
      </w:r>
    </w:p>
    <w:p>
      <w:pPr>
        <w:jc w:val="right"/>
      </w:pPr>
      <w:r>
        <w:t>قرآن میں ہے کہ "وما خلقت الجن والإنس إلا ليعبدون"۔</w:t>
      </w:r>
    </w:p>
    <w:p>
      <w:r>
        <w:rPr>
          <w:b/>
        </w:rPr>
        <w:t xml:space="preserve">[12:55] </w:t>
      </w:r>
      <w:r>
        <w:t>ke insan ko paida hi kiya gaya hai ibadat karne ke liye.</w:t>
      </w:r>
    </w:p>
    <w:p>
      <w:pPr>
        <w:jc w:val="right"/>
      </w:pPr>
      <w:r>
        <w:t>کہ انسان کو پیدا ہی کیا گیا ہے عبادت کرنے کے لیے۔</w:t>
      </w:r>
    </w:p>
    <w:p>
      <w:r>
        <w:rPr>
          <w:b/>
        </w:rPr>
        <w:t xml:space="preserve">[13:01] </w:t>
      </w:r>
      <w:r>
        <w:t>ab aap sochiye. ke jab zindagi ka maqsad, zindagi ka maqsad ibadat hai. to ibadat kitni bari cheez ho sakti hai. yaani Khuda ki ibadat karna. to Khuda ke shan ke mutabiq hoga woh woh kaam. jis ko hum ibadat kehte hain. yaani insan ko paida kiya gaya ke woh Khuda ki ibadat kare. to ibadat</w:t>
      </w:r>
    </w:p>
    <w:p>
      <w:pPr>
        <w:jc w:val="right"/>
      </w:pPr>
      <w:r>
        <w:t>اب آپ سوچیے۔ کہ جب زندگی کا مقصد، زندگی کا مقصد عبادت ہے۔ تو عبادت کتنی بڑی چیز ہو سکتی ہے۔ یعنی خدا کی عبادت کرنا۔ تو خدا کے شان کے مطابق ہوگا وہ وہ کام۔ جس کو ہم عبادت کہتے ہیں۔ یعنی انسان کو پیدا کیا گیا کہ وہ خدا کی عبادت کرے۔ تو عبادت</w:t>
      </w:r>
    </w:p>
    <w:p>
      <w:r>
        <w:rPr>
          <w:b/>
        </w:rPr>
        <w:t xml:space="preserve">[13:31] </w:t>
      </w:r>
      <w:r>
        <w:t>jo hai woh khuda ke shan shan hogi.</w:t>
      </w:r>
    </w:p>
    <w:p>
      <w:pPr>
        <w:jc w:val="right"/>
      </w:pPr>
      <w:r>
        <w:t>جو ہے وہ خدا کے شان شان ہوگی۔</w:t>
      </w:r>
    </w:p>
    <w:p>
      <w:r>
        <w:rPr>
          <w:b/>
        </w:rPr>
        <w:t xml:space="preserve">[13:35] </w:t>
      </w:r>
      <w:r>
        <w:t>warna woh ibadat nahi hogi.</w:t>
      </w:r>
    </w:p>
    <w:p>
      <w:pPr>
        <w:jc w:val="right"/>
      </w:pPr>
      <w:r>
        <w:t>ورنہ وہ عبادت نہیں ہوگی۔</w:t>
      </w:r>
    </w:p>
    <w:p>
      <w:r>
        <w:rPr>
          <w:b/>
        </w:rPr>
        <w:t xml:space="preserve">[13:40] </w:t>
      </w:r>
      <w:r>
        <w:t>jaise agar aap kuch rusumat ko ibadat samajh lein.</w:t>
      </w:r>
    </w:p>
    <w:p>
      <w:pPr>
        <w:jc w:val="right"/>
      </w:pPr>
      <w:r>
        <w:t>جیسے اگر آپ کچھ رسومات کو عبادت سمجھ لیں۔</w:t>
      </w:r>
    </w:p>
    <w:p>
      <w:r>
        <w:rPr>
          <w:b/>
        </w:rPr>
        <w:t xml:space="preserve">[13:44] </w:t>
      </w:r>
      <w:r>
        <w:t>kisi form ko ibadat samajh lein.</w:t>
      </w:r>
    </w:p>
    <w:p>
      <w:pPr>
        <w:jc w:val="right"/>
      </w:pPr>
      <w:r>
        <w:t>کسی فارم کو عبادت سمجھ لیں۔</w:t>
      </w:r>
    </w:p>
    <w:p>
      <w:r>
        <w:rPr>
          <w:b/>
        </w:rPr>
        <w:t xml:space="preserve">[13:48] </w:t>
      </w:r>
      <w:r>
        <w:t>kisi rasmi kaam ko ibadat samajh lein.</w:t>
      </w:r>
    </w:p>
    <w:p>
      <w:pPr>
        <w:jc w:val="right"/>
      </w:pPr>
      <w:r>
        <w:t>کسی رسمی کام کو عبادت سمجھ لیں۔</w:t>
      </w:r>
    </w:p>
    <w:p>
      <w:r>
        <w:rPr>
          <w:b/>
        </w:rPr>
        <w:t xml:space="preserve">[13:53] </w:t>
      </w:r>
      <w:r>
        <w:t>munh se kuch bolne ko ibadat samajh lein.</w:t>
      </w:r>
    </w:p>
    <w:p>
      <w:pPr>
        <w:jc w:val="right"/>
      </w:pPr>
      <w:r>
        <w:t>منہ سے کچھ بولنے کو عبادت سمجھ لیں۔</w:t>
      </w:r>
    </w:p>
    <w:p>
      <w:r>
        <w:rPr>
          <w:b/>
        </w:rPr>
        <w:t xml:space="preserve">[13:57] </w:t>
      </w:r>
      <w:r>
        <w:t>toh yeh khuda ki shan se bohat hi kam baat hui. is liye</w:t>
      </w:r>
    </w:p>
    <w:p>
      <w:pPr>
        <w:jc w:val="right"/>
      </w:pPr>
      <w:r>
        <w:t>تو یہ خدا کی شان سے بہت ہی کم بات ہوئی۔ اس لیے</w:t>
      </w:r>
    </w:p>
    <w:p>
      <w:r>
        <w:rPr>
          <w:b/>
        </w:rPr>
        <w:t xml:space="preserve">[14:01] </w:t>
      </w:r>
      <w:r>
        <w:t>ibadat ka aisa mafhoom jo khuda ke shan ke mutabiq ho.</w:t>
      </w:r>
    </w:p>
    <w:p>
      <w:pPr>
        <w:jc w:val="right"/>
      </w:pPr>
      <w:r>
        <w:t>عبادت کا ایسا مفہوم جو خدا کے شان کے مطابق ہو۔</w:t>
      </w:r>
    </w:p>
    <w:p>
      <w:r>
        <w:rPr>
          <w:b/>
        </w:rPr>
        <w:t xml:space="preserve">[14:06] </w:t>
      </w:r>
      <w:r>
        <w:t>woh janna padega.</w:t>
      </w:r>
    </w:p>
    <w:p>
      <w:pPr>
        <w:jc w:val="right"/>
      </w:pPr>
      <w:r>
        <w:t>وہ جاننا پڑے گا۔</w:t>
      </w:r>
    </w:p>
    <w:p>
      <w:r>
        <w:rPr>
          <w:b/>
        </w:rPr>
        <w:t xml:space="preserve">[14:10] </w:t>
      </w:r>
      <w:r>
        <w:t>woh janna padega.</w:t>
      </w:r>
    </w:p>
    <w:p>
      <w:pPr>
        <w:jc w:val="right"/>
      </w:pPr>
      <w:r>
        <w:t>وہ جاننا پڑے گا۔</w:t>
      </w:r>
    </w:p>
    <w:p>
      <w:r>
        <w:rPr>
          <w:b/>
        </w:rPr>
        <w:t xml:space="preserve">[14:14] </w:t>
      </w:r>
      <w:r>
        <w:t>toh woh hadith mein bataya gaya hai.</w:t>
      </w:r>
    </w:p>
    <w:p>
      <w:pPr>
        <w:jc w:val="right"/>
      </w:pPr>
      <w:r>
        <w:t>تو وہ حدیث میں بتایا گیا ہے۔</w:t>
      </w:r>
    </w:p>
    <w:p>
      <w:r>
        <w:rPr>
          <w:b/>
        </w:rPr>
        <w:t xml:space="preserve">[14:19] </w:t>
      </w:r>
      <w:r>
        <w:t>woh kya? dekhein is silsile mein ek hadith hai.</w:t>
      </w:r>
    </w:p>
    <w:p>
      <w:pPr>
        <w:jc w:val="right"/>
      </w:pPr>
      <w:r>
        <w:t>وہ کیا؟ دیکھیں اس سلسلے میں ایک حدیث ہے۔</w:t>
      </w:r>
    </w:p>
    <w:p>
      <w:r>
        <w:rPr>
          <w:b/>
        </w:rPr>
        <w:t xml:space="preserve">[14:23] </w:t>
      </w:r>
      <w:r>
        <w:t>yeh hadith jibril mein aati hai yeh hadith.</w:t>
      </w:r>
    </w:p>
    <w:p>
      <w:pPr>
        <w:jc w:val="right"/>
      </w:pPr>
      <w:r>
        <w:t>یہ حدیث جبریل میں آتی ہے یہ حدیث۔</w:t>
      </w:r>
    </w:p>
    <w:p>
      <w:r>
        <w:rPr>
          <w:b/>
        </w:rPr>
        <w:t xml:space="preserve">[14:27] </w:t>
      </w:r>
      <w:r>
        <w:t>is mein hai ke "ta'budillah</w:t>
      </w:r>
    </w:p>
    <w:p>
      <w:pPr>
        <w:jc w:val="right"/>
      </w:pPr>
      <w:r>
        <w:t>اس میں ہے کہ "طَعْبُدِ اللَّهَ</w:t>
      </w:r>
    </w:p>
    <w:p>
      <w:r>
        <w:rPr>
          <w:b/>
        </w:rPr>
        <w:t xml:space="preserve">[14:32] </w:t>
      </w:r>
      <w:r>
        <w:t>kaannaka tara". "ta'budu Allaha kaannaka tara". is tarah Khuda ki ibadat karo. Khuda ki ibadat is tarah karo. goya ke tum us ko dekh rahe ho. yeh hadith, is hadith ko hadith</w:t>
      </w:r>
    </w:p>
    <w:p>
      <w:pPr>
        <w:jc w:val="right"/>
      </w:pPr>
      <w:r>
        <w:t>كَانَّكَ تَرَى"۔ "طَعْبُدِ اللَّهَ كَانَّكَ تَرَى"۔ اس طرح خدا کی عبادت کرو۔ خدا کی عبادت اس طرح کرو۔ گویا کہ تم اس کو دیکھ رہے ہو۔ یہ حدیث، اس حدیث کو حدیث</w:t>
      </w:r>
    </w:p>
    <w:p>
      <w:r>
        <w:rPr>
          <w:b/>
        </w:rPr>
        <w:t xml:space="preserve">[15:02] </w:t>
      </w:r>
      <w:r>
        <w:t>jibril kaha jata hai.</w:t>
      </w:r>
    </w:p>
    <w:p>
      <w:pPr>
        <w:jc w:val="right"/>
      </w:pPr>
      <w:r>
        <w:t>جبریل کہا جاتا ہے۔</w:t>
      </w:r>
    </w:p>
    <w:p>
      <w:r>
        <w:rPr>
          <w:b/>
        </w:rPr>
        <w:t xml:space="preserve">[15:08] </w:t>
      </w:r>
      <w:r>
        <w:t>toh aap ne farmaya ke ibadat kya hai? ibadat kya hai? "ta'budillah ka'annaka tara".</w:t>
      </w:r>
    </w:p>
    <w:p>
      <w:pPr>
        <w:jc w:val="right"/>
      </w:pPr>
      <w:r>
        <w:t>تو آپ نے فرمایا کہ عبادت کیا ہے؟ عبادت کیا ہے؟ "طَعْبُدِ اللَّهَ كَانَّكَ تَرَى"۔</w:t>
      </w:r>
    </w:p>
    <w:p>
      <w:r>
        <w:rPr>
          <w:b/>
        </w:rPr>
        <w:t xml:space="preserve">[15:14] </w:t>
      </w:r>
      <w:r>
        <w:t>tum ibadat is tarah karo khuda ki.</w:t>
      </w:r>
    </w:p>
    <w:p>
      <w:pPr>
        <w:jc w:val="right"/>
      </w:pPr>
      <w:r>
        <w:t>تم عبادت اس طرح کرو خدا کی۔</w:t>
      </w:r>
    </w:p>
    <w:p>
      <w:r>
        <w:rPr>
          <w:b/>
        </w:rPr>
        <w:t xml:space="preserve">[15:20] </w:t>
      </w:r>
      <w:r>
        <w:t>goya ke tum khuda ko dekh rahe ho.</w:t>
      </w:r>
    </w:p>
    <w:p>
      <w:pPr>
        <w:jc w:val="right"/>
      </w:pPr>
      <w:r>
        <w:t>گویا کہ تم خدا کو دیکھ رہے ہو۔</w:t>
      </w:r>
    </w:p>
    <w:p>
      <w:r>
        <w:rPr>
          <w:b/>
        </w:rPr>
        <w:t xml:space="preserve">[15:26] </w:t>
      </w:r>
      <w:r>
        <w:t>iska matlab kya hua? ibadat ka aaghaz hota hai daryaft</w:t>
      </w:r>
    </w:p>
    <w:p>
      <w:pPr>
        <w:jc w:val="right"/>
      </w:pPr>
      <w:r>
        <w:t>اس کا مطلب کیا ہوا؟ عبادت کا آغاز ہوتا ہے دریافت</w:t>
      </w:r>
    </w:p>
    <w:p>
      <w:r>
        <w:rPr>
          <w:b/>
        </w:rPr>
        <w:t xml:space="preserve">[15:32] </w:t>
      </w:r>
      <w:r>
        <w:t>sye. jab aap daryaft kar chuke hon tab aap ibadat ke liye qabil bante hain. yani aap ko ibadat is tarah karna hai. ke in dekha aap ke liye dekha ban gaya ho. ghaib aap ke liye shahood ban gaya ho. jo cheez aankhon se dikhai nahi deti. woh dil se dikhai dene lage aap ko. aap ke zehn se dikh</w:t>
      </w:r>
    </w:p>
    <w:p>
      <w:pPr>
        <w:jc w:val="right"/>
      </w:pPr>
      <w:r>
        <w:t>سے۔ جب آپ دریافت کر چکے ہوں تب آپ عبادت کے لیے قابل بنتے ہیں۔ یعنی آپ کو عبادت اس طرح کرنا ہے۔ کہ ان دیکھا آپ کے لیے دیکھا بن گیا ہو۔ غیب آپ کے لیے شہود بن گیا ہو۔ جو چیز آنکھوں سے دکھائی نہیں دیتی۔ وہ دل سے دکھائی دینے لگے آپ کو۔ آپ کے ذہن سے دکھ</w:t>
      </w:r>
    </w:p>
    <w:p>
      <w:r>
        <w:rPr>
          <w:b/>
        </w:rPr>
        <w:t xml:space="preserve">[16:02] </w:t>
      </w:r>
      <w:r>
        <w:t>aai dene lage aap ko.</w:t>
      </w:r>
    </w:p>
    <w:p>
      <w:pPr>
        <w:jc w:val="right"/>
      </w:pPr>
      <w:r>
        <w:t>ائی دینے لگے آپ کو۔</w:t>
      </w:r>
    </w:p>
    <w:p>
      <w:r>
        <w:rPr>
          <w:b/>
        </w:rPr>
        <w:t xml:space="preserve">[16:05] </w:t>
      </w:r>
      <w:r>
        <w:t>isi ko kehte hain ehsas, isi ko kehte hain daryaft.</w:t>
      </w:r>
    </w:p>
    <w:p>
      <w:pPr>
        <w:jc w:val="right"/>
      </w:pPr>
      <w:r>
        <w:t>اسی کو کہتے ہیں احساس، اسی کو کہتے ہیں دریافت۔</w:t>
      </w:r>
    </w:p>
    <w:p>
      <w:r>
        <w:rPr>
          <w:b/>
        </w:rPr>
        <w:t xml:space="preserve">[16:09] </w:t>
      </w:r>
      <w:r>
        <w:t>toh kaha ibadat se pehle daryaft hai.</w:t>
      </w:r>
    </w:p>
    <w:p>
      <w:pPr>
        <w:jc w:val="right"/>
      </w:pPr>
      <w:r>
        <w:t>تو کہا عبادت سے پہلے دریافت ہے۔</w:t>
      </w:r>
    </w:p>
    <w:p>
      <w:r>
        <w:rPr>
          <w:b/>
        </w:rPr>
        <w:t xml:space="preserve">[16:12] </w:t>
      </w:r>
      <w:r>
        <w:t>ibadat se pehle marifat hai.</w:t>
      </w:r>
    </w:p>
    <w:p>
      <w:pPr>
        <w:jc w:val="right"/>
      </w:pPr>
      <w:r>
        <w:t>عبادت سے پہلے معرفت ہے۔</w:t>
      </w:r>
    </w:p>
    <w:p>
      <w:r>
        <w:rPr>
          <w:b/>
        </w:rPr>
        <w:t xml:space="preserve">[16:15] </w:t>
      </w:r>
      <w:r>
        <w:t>jab khuda ki marifat itni gehri aap ko ho jaye.</w:t>
      </w:r>
    </w:p>
    <w:p>
      <w:pPr>
        <w:jc w:val="right"/>
      </w:pPr>
      <w:r>
        <w:t>جب خدا کی معرفت اتنی گہری آپ کو ہو جائے۔</w:t>
      </w:r>
    </w:p>
    <w:p>
      <w:r>
        <w:rPr>
          <w:b/>
        </w:rPr>
        <w:t xml:space="preserve">[16:19] </w:t>
      </w:r>
      <w:r>
        <w:t>itni gehri aap ko ho jaye.</w:t>
      </w:r>
    </w:p>
    <w:p>
      <w:pPr>
        <w:jc w:val="right"/>
      </w:pPr>
      <w:r>
        <w:t>اتنی گہری آپ کو ہو جائے۔</w:t>
      </w:r>
    </w:p>
    <w:p>
      <w:r>
        <w:rPr>
          <w:b/>
        </w:rPr>
        <w:t xml:space="preserve">[16:22] </w:t>
      </w:r>
      <w:r>
        <w:t>ke sach much aap ko dikhai pare ke khuda ne banaya hai is duniya ko.</w:t>
      </w:r>
    </w:p>
    <w:p>
      <w:pPr>
        <w:jc w:val="right"/>
      </w:pPr>
      <w:r>
        <w:t>کہ سچ مچ آپ کو دکھائی پڑے کہ خدا نے بنایا ہے اس دنیا کو۔</w:t>
      </w:r>
    </w:p>
    <w:p>
      <w:r>
        <w:rPr>
          <w:b/>
        </w:rPr>
        <w:t xml:space="preserve">[16:25] </w:t>
      </w:r>
      <w:r>
        <w:t>khuda chala raha hai is duniya ko.</w:t>
      </w:r>
    </w:p>
    <w:p>
      <w:pPr>
        <w:jc w:val="right"/>
      </w:pPr>
      <w:r>
        <w:t>خدا چلا رہا ہے اس دنیا کو۔</w:t>
      </w:r>
    </w:p>
    <w:p>
      <w:r>
        <w:rPr>
          <w:b/>
        </w:rPr>
        <w:t xml:space="preserve">[16:29] </w:t>
      </w:r>
      <w:r>
        <w:t>to jab aap ko yeh darya</w:t>
      </w:r>
    </w:p>
    <w:p>
      <w:pPr>
        <w:jc w:val="right"/>
      </w:pPr>
      <w:r>
        <w:t>تو جب آپ کو یہ دریا</w:t>
      </w:r>
    </w:p>
    <w:p>
      <w:r>
        <w:rPr>
          <w:b/>
        </w:rPr>
        <w:t xml:space="preserve">[16:32] </w:t>
      </w:r>
      <w:r>
        <w:t>fat ho chuki hogi.</w:t>
      </w:r>
    </w:p>
    <w:p>
      <w:pPr>
        <w:jc w:val="right"/>
      </w:pPr>
      <w:r>
        <w:t>فت ہو چکی ہوگی۔</w:t>
      </w:r>
    </w:p>
    <w:p>
      <w:r>
        <w:rPr>
          <w:b/>
        </w:rPr>
        <w:t xml:space="preserve">[16:36] </w:t>
      </w:r>
      <w:r>
        <w:t>is waqt jab aap khuda ki ibadat karenge.</w:t>
      </w:r>
    </w:p>
    <w:p>
      <w:pPr>
        <w:jc w:val="right"/>
      </w:pPr>
      <w:r>
        <w:t>اس وقت جب آپ خدا کی عبادت کریں گے۔</w:t>
      </w:r>
    </w:p>
    <w:p>
      <w:r>
        <w:rPr>
          <w:b/>
        </w:rPr>
        <w:t xml:space="preserve">[16:41] </w:t>
      </w:r>
      <w:r>
        <w:t>to wahi daryaft samne aa jayegi aap ke.</w:t>
      </w:r>
    </w:p>
    <w:p>
      <w:pPr>
        <w:jc w:val="right"/>
      </w:pPr>
      <w:r>
        <w:t>تو وہی دریافت سامنے آ جائے گی آپ کے۔</w:t>
      </w:r>
    </w:p>
    <w:p>
      <w:r>
        <w:rPr>
          <w:b/>
        </w:rPr>
        <w:t xml:space="preserve">[16:45] </w:t>
      </w:r>
      <w:r>
        <w:t>aisa lagega aap ko ke jaise ke aap sach much khuda ke samne khade hue hain.</w:t>
      </w:r>
    </w:p>
    <w:p>
      <w:pPr>
        <w:jc w:val="right"/>
      </w:pPr>
      <w:r>
        <w:t>ایسا لگے گا آپ کو کہ جیسے کہ آپ سچ مچ خدا کے سامنے کھڑے ہوئے ہیں۔</w:t>
      </w:r>
    </w:p>
    <w:p>
      <w:r>
        <w:rPr>
          <w:b/>
        </w:rPr>
        <w:t xml:space="preserve">[16:49] </w:t>
      </w:r>
      <w:r>
        <w:t>khuda ke samne khade ho kar apne aap ko surrender kar rahe hain.</w:t>
      </w:r>
    </w:p>
    <w:p>
      <w:pPr>
        <w:jc w:val="right"/>
      </w:pPr>
      <w:r>
        <w:t>خدا کے سامنے کھڑے ہو کر اپنے آپ کو سرنڈر کر رہے ہیں۔</w:t>
      </w:r>
    </w:p>
    <w:p>
      <w:r>
        <w:rPr>
          <w:b/>
        </w:rPr>
        <w:t xml:space="preserve">[16:54] </w:t>
      </w:r>
      <w:r>
        <w:t>to is tarah ibadat karo goya ke tum khuda ko dekh rahe ho.</w:t>
      </w:r>
    </w:p>
    <w:p>
      <w:pPr>
        <w:jc w:val="right"/>
      </w:pPr>
      <w:r>
        <w:t>تو اس طرح عبادت کرو گویا کہ تم خدا کو دیکھ رہے ہو۔</w:t>
      </w:r>
    </w:p>
    <w:p>
      <w:r>
        <w:rPr>
          <w:b/>
        </w:rPr>
        <w:t xml:space="preserve">[16:58] </w:t>
      </w:r>
      <w:r>
        <w:t>to is mein jo baat</w:t>
      </w:r>
    </w:p>
    <w:p>
      <w:pPr>
        <w:jc w:val="right"/>
      </w:pPr>
      <w:r>
        <w:t>تو اس میں جو بات</w:t>
      </w:r>
    </w:p>
    <w:p>
      <w:r>
        <w:rPr>
          <w:b/>
        </w:rPr>
        <w:t xml:space="preserve">[17:02] </w:t>
      </w:r>
      <w:r>
        <w:t>kahi gayi hai is se ghor kijiye is ke upar to maloom hoga.</w:t>
      </w:r>
    </w:p>
    <w:p>
      <w:pPr>
        <w:jc w:val="right"/>
      </w:pPr>
      <w:r>
        <w:t>کہی گئی ہے اس سے غور کیجیے اس کے اوپر تو معلوم ہوگا۔</w:t>
      </w:r>
    </w:p>
    <w:p>
      <w:r>
        <w:rPr>
          <w:b/>
        </w:rPr>
        <w:t xml:space="preserve">[17:06] </w:t>
      </w:r>
      <w:r>
        <w:t>ke ibadat se pehle marifat hai.</w:t>
      </w:r>
    </w:p>
    <w:p>
      <w:pPr>
        <w:jc w:val="right"/>
      </w:pPr>
      <w:r>
        <w:t>کہ عبادت سے پہلے معرفت ہے۔</w:t>
      </w:r>
    </w:p>
    <w:p>
      <w:r>
        <w:rPr>
          <w:b/>
        </w:rPr>
        <w:t xml:space="preserve">[17:11] </w:t>
      </w:r>
      <w:r>
        <w:t>dua se pehle daryaft hai.</w:t>
      </w:r>
    </w:p>
    <w:p>
      <w:pPr>
        <w:jc w:val="right"/>
      </w:pPr>
      <w:r>
        <w:t>دعا سے پہلے دریافت ہے۔</w:t>
      </w:r>
    </w:p>
    <w:p>
      <w:r>
        <w:rPr>
          <w:b/>
        </w:rPr>
        <w:t xml:space="preserve">[17:15] </w:t>
      </w:r>
      <w:r>
        <w:t>dekhen jab aap khuda ko daryaft kar len.</w:t>
      </w:r>
    </w:p>
    <w:p>
      <w:pPr>
        <w:jc w:val="right"/>
      </w:pPr>
      <w:r>
        <w:t>دیکھیں جب آپ خدا کو دریافت کر لیں۔</w:t>
      </w:r>
    </w:p>
    <w:p>
      <w:r>
        <w:rPr>
          <w:b/>
        </w:rPr>
        <w:t xml:space="preserve">[17:19] </w:t>
      </w:r>
      <w:r>
        <w:t>jab aap ko khuda ki marifat ho jaye to kya hoga? tab aap ko mojoodgi khuda ka ehsas</w:t>
      </w:r>
    </w:p>
    <w:p>
      <w:pPr>
        <w:jc w:val="right"/>
      </w:pPr>
      <w:r>
        <w:t>جب آپ کو خدا کی معرفت ہو جائے تو کیا ہوگا؟ تب آپ کو موجودگی خدا کا احساس</w:t>
      </w:r>
    </w:p>
    <w:p>
      <w:r>
        <w:rPr>
          <w:b/>
        </w:rPr>
        <w:t xml:space="preserve">[17:24] </w:t>
      </w:r>
      <w:r>
        <w:t>hone lagega.</w:t>
      </w:r>
    </w:p>
    <w:p>
      <w:pPr>
        <w:jc w:val="right"/>
      </w:pPr>
      <w:r>
        <w:t>ہونے لگے گا۔</w:t>
      </w:r>
    </w:p>
    <w:p>
      <w:r>
        <w:rPr>
          <w:b/>
        </w:rPr>
        <w:t xml:space="preserve">[17:28] </w:t>
      </w:r>
      <w:r>
        <w:t>jaise ke har jagah aap ko khudakh</w:t>
      </w:r>
    </w:p>
    <w:p>
      <w:pPr>
        <w:jc w:val="right"/>
      </w:pPr>
      <w:r>
        <w:t>جیسے کہ ہر جگہ آپ کو خدا دکھ</w:t>
      </w:r>
    </w:p>
    <w:p>
      <w:r>
        <w:rPr>
          <w:b/>
        </w:rPr>
        <w:t xml:space="preserve">[17:32] </w:t>
      </w:r>
      <w:r>
        <w:t>idai dega. mojoodgi khuda.</w:t>
      </w:r>
    </w:p>
    <w:p>
      <w:pPr>
        <w:jc w:val="right"/>
      </w:pPr>
      <w:r>
        <w:t>ائی دے گا۔ موجودگی خدا۔</w:t>
      </w:r>
    </w:p>
    <w:p>
      <w:r>
        <w:rPr>
          <w:b/>
        </w:rPr>
        <w:t xml:space="preserve">[17:36] </w:t>
      </w:r>
      <w:r>
        <w:t>har cheez mein aap ko khuda ki jhalak dikhai degi.</w:t>
      </w:r>
    </w:p>
    <w:p>
      <w:pPr>
        <w:jc w:val="right"/>
      </w:pPr>
      <w:r>
        <w:t>ہر چیز میں آپ کو خدا کی جھلک دکھائی دے گی۔</w:t>
      </w:r>
    </w:p>
    <w:p>
      <w:r>
        <w:rPr>
          <w:b/>
        </w:rPr>
        <w:t xml:space="preserve">[17:40] </w:t>
      </w:r>
      <w:r>
        <w:t>kyun ke dekhiye yeh duniya itni zyada mani khez hai.</w:t>
      </w:r>
    </w:p>
    <w:p>
      <w:pPr>
        <w:jc w:val="right"/>
      </w:pPr>
      <w:r>
        <w:t>کیونکہ دیکھیے یہ دنیا اتنی زیادہ معنی خیز ہے۔</w:t>
      </w:r>
    </w:p>
    <w:p>
      <w:r>
        <w:rPr>
          <w:b/>
        </w:rPr>
        <w:t xml:space="preserve">[17:44] </w:t>
      </w:r>
      <w:r>
        <w:t>itni zyada mani khez hai.</w:t>
      </w:r>
    </w:p>
    <w:p>
      <w:pPr>
        <w:jc w:val="right"/>
      </w:pPr>
      <w:r>
        <w:t>اتنی زیادہ معنی خیز ہے۔</w:t>
      </w:r>
    </w:p>
    <w:p>
      <w:r>
        <w:rPr>
          <w:b/>
        </w:rPr>
        <w:t xml:space="preserve">[17:47] </w:t>
      </w:r>
      <w:r>
        <w:t>ke is ko aap bayan kar nahi sakte jab tak ke aap yeh manen nahi.</w:t>
      </w:r>
    </w:p>
    <w:p>
      <w:pPr>
        <w:jc w:val="right"/>
      </w:pPr>
      <w:r>
        <w:t>کہ اس کو آپ بیان کر نہیں سکتے جب تک کہ آپ یہ مانیں نہیں۔</w:t>
      </w:r>
    </w:p>
    <w:p>
      <w:r>
        <w:rPr>
          <w:b/>
        </w:rPr>
        <w:t xml:space="preserve">[17:51] </w:t>
      </w:r>
      <w:r>
        <w:t>ke khuda is ka takhleeq kar hai.</w:t>
      </w:r>
    </w:p>
    <w:p>
      <w:pPr>
        <w:jc w:val="right"/>
      </w:pPr>
      <w:r>
        <w:t>کہ خدا اس کا تخلیق کار ہے۔</w:t>
      </w:r>
    </w:p>
    <w:p>
      <w:r>
        <w:rPr>
          <w:b/>
        </w:rPr>
        <w:t xml:space="preserve">[17:55] </w:t>
      </w:r>
      <w:r>
        <w:t>khuda is ka bananay wala hai.</w:t>
      </w:r>
    </w:p>
    <w:p>
      <w:pPr>
        <w:jc w:val="right"/>
      </w:pPr>
      <w:r>
        <w:t>خدا اس کا بنانے والا ہے۔</w:t>
      </w:r>
    </w:p>
    <w:p>
      <w:r>
        <w:rPr>
          <w:b/>
        </w:rPr>
        <w:t xml:space="preserve">[17:59] </w:t>
      </w:r>
      <w:r>
        <w:t>jab tak aap khuda ko na manen is waqt tak</w:t>
      </w:r>
    </w:p>
    <w:p>
      <w:pPr>
        <w:jc w:val="right"/>
      </w:pPr>
      <w:r>
        <w:t>جب تک آپ خدا کو نہ مانیں اس وقت تک</w:t>
      </w:r>
    </w:p>
    <w:p>
      <w:r>
        <w:rPr>
          <w:b/>
        </w:rPr>
        <w:t xml:space="preserve">[18:03] </w:t>
      </w:r>
      <w:r>
        <w:t>yeh dunya jo hai in bayan rehti hai.</w:t>
      </w:r>
    </w:p>
    <w:p>
      <w:pPr>
        <w:jc w:val="right"/>
      </w:pPr>
      <w:r>
        <w:t>یہ دنیا جو ہے ان بیان رہتی ہے۔</w:t>
      </w:r>
    </w:p>
    <w:p>
      <w:r>
        <w:rPr>
          <w:b/>
        </w:rPr>
        <w:t xml:space="preserve">[18:06] </w:t>
      </w:r>
      <w:r>
        <w:t>in bayan rehti hai.</w:t>
      </w:r>
    </w:p>
    <w:p>
      <w:pPr>
        <w:jc w:val="right"/>
      </w:pPr>
      <w:r>
        <w:t>ان بیان رہتی ہے۔</w:t>
      </w:r>
    </w:p>
    <w:p>
      <w:r>
        <w:rPr>
          <w:b/>
        </w:rPr>
        <w:t xml:space="preserve">[18:10] </w:t>
      </w:r>
      <w:r>
        <w:t>jab khuda ko aap mante hain to dunya bayan shuda ban jati hai.</w:t>
      </w:r>
    </w:p>
    <w:p>
      <w:pPr>
        <w:jc w:val="right"/>
      </w:pPr>
      <w:r>
        <w:t>جب خدا کو آپ مانتے ہیں تو دنیا بیان شدہ بن جاتی ہے۔</w:t>
      </w:r>
    </w:p>
    <w:p>
      <w:r>
        <w:rPr>
          <w:b/>
        </w:rPr>
        <w:t xml:space="preserve">[18:14] </w:t>
      </w:r>
      <w:r>
        <w:t>to yeh hai ibadat ka matlab.</w:t>
      </w:r>
    </w:p>
    <w:p>
      <w:pPr>
        <w:jc w:val="right"/>
      </w:pPr>
      <w:r>
        <w:t>تو یہ ہے عبادت کا مطلب۔</w:t>
      </w:r>
    </w:p>
    <w:p>
      <w:r>
        <w:rPr>
          <w:b/>
        </w:rPr>
        <w:t xml:space="preserve">[18:18] </w:t>
      </w:r>
      <w:r>
        <w:t>ke ibadat se pehle aata hai kya? marifat.</w:t>
      </w:r>
    </w:p>
    <w:p>
      <w:pPr>
        <w:jc w:val="right"/>
      </w:pPr>
      <w:r>
        <w:t>کہ عبادت سے پہلے آتا ہے کیا؟ معرفت۔</w:t>
      </w:r>
    </w:p>
    <w:p>
      <w:r>
        <w:rPr>
          <w:b/>
        </w:rPr>
        <w:t xml:space="preserve">[18:22] </w:t>
      </w:r>
      <w:r>
        <w:t>khuda ki daryaft, khuda ko jaan lena.</w:t>
      </w:r>
    </w:p>
    <w:p>
      <w:pPr>
        <w:jc w:val="right"/>
      </w:pPr>
      <w:r>
        <w:t>خدا کی دریافت، خدا کو جان لینا۔</w:t>
      </w:r>
    </w:p>
    <w:p>
      <w:r>
        <w:rPr>
          <w:b/>
        </w:rPr>
        <w:t xml:space="preserve">[18:26] </w:t>
      </w:r>
      <w:r>
        <w:t>to jab aap ke zehn mein yeh aa chuka ho ke khuda hai is kainaat ka.</w:t>
      </w:r>
    </w:p>
    <w:p>
      <w:pPr>
        <w:jc w:val="right"/>
      </w:pPr>
      <w:r>
        <w:t>تو جب آپ کے ذہن میں یہ آ چکا ہو کہ خدا ہے اس کائنات کا۔</w:t>
      </w:r>
    </w:p>
    <w:p>
      <w:r>
        <w:rPr>
          <w:b/>
        </w:rPr>
        <w:t xml:space="preserve">[18:30] </w:t>
      </w:r>
      <w:r>
        <w:t>khuda mera takhleeq kar hai.</w:t>
      </w:r>
    </w:p>
    <w:p>
      <w:pPr>
        <w:jc w:val="right"/>
      </w:pPr>
      <w:r>
        <w:t>خدا میرا تخلیق کار ہے۔</w:t>
      </w:r>
    </w:p>
    <w:p>
      <w:r>
        <w:rPr>
          <w:b/>
        </w:rPr>
        <w:t xml:space="preserve">[18:34] </w:t>
      </w:r>
      <w:r>
        <w:t>aur is is sare shaoor ke sath, is shaoor ke sath, is roshni ke sath aap khade hote hain. khuda ki ibadat ke liye. to lagta hai ke sach much aap khuda ko dekh rahe hain. dekhen dekhne ka matlab yeh nahi hai ke aap aise dekhte hain jaise ke aap kisi pahad ko dekhte hain. aadmi dekhta hai dimagh ke hath. phir bhi aadmi dimaghi se dekhta hai. jab aap dekhte hain kisi darakht ko to kya aap samajh</w:t>
      </w:r>
    </w:p>
    <w:p>
      <w:pPr>
        <w:jc w:val="right"/>
      </w:pPr>
      <w:r>
        <w:t>اور اس اس سارے شعور کے ساتھ، اس شعور کے ساتھ، اس روشنی کے ساتھ آپ کھڑے ہوتے ہیں۔ خدا کی عبادت کے لیے۔ تو لگتا ہے کہ سچ مچ آپ خدا کو دیکھ رہے ہیں۔ دیکھیں دیکھنے کا مطلب یہ نہیں ہے کہ آپ ایسے دیکھتے ہیں جیسے کہ آپ کسی پہاڑ کو دیکھتے ہیں۔ آدمی دیکھتا ہے دماغ کے ہاتھ۔ پھر بھی آدمی دماغی سے دیکھتا ہے۔ جب آپ دیکھتے ہیں کسی درخت کو تو کیا آپ سمجھ</w:t>
      </w:r>
    </w:p>
    <w:p>
      <w:r>
        <w:rPr>
          <w:b/>
        </w:rPr>
        <w:t xml:space="preserve">[19:04] </w:t>
      </w:r>
      <w:r>
        <w:t>te hain ke aap aankh se dekh rahe hain? aankh ke peechay jo dimagh ka jo mechanism hai.</w:t>
      </w:r>
    </w:p>
    <w:p>
      <w:pPr>
        <w:jc w:val="right"/>
      </w:pPr>
      <w:r>
        <w:t>تے ہیں کہ آپ آنکھ سے دیکھ رہے ہیں؟ آنکھ کے پیچھے جو دماغ کا جو میکانزم ہے۔</w:t>
      </w:r>
    </w:p>
    <w:p>
      <w:r>
        <w:rPr>
          <w:b/>
        </w:rPr>
        <w:t xml:space="preserve">[19:07] </w:t>
      </w:r>
      <w:r>
        <w:t>aankh ke peechay jo dimagh ka sara infrastructure hai.</w:t>
      </w:r>
    </w:p>
    <w:p>
      <w:pPr>
        <w:jc w:val="right"/>
      </w:pPr>
      <w:r>
        <w:t>آنکھ کے پیچھے جو دماغ کا سارا انفراسٹرکچر ہے۔</w:t>
      </w:r>
    </w:p>
    <w:p>
      <w:r>
        <w:rPr>
          <w:b/>
        </w:rPr>
        <w:t xml:space="preserve">[19:11] </w:t>
      </w:r>
      <w:r>
        <w:t>aap aankh se dekh kar ke is ki tasweer wahan pohanchate hain.</w:t>
      </w:r>
    </w:p>
    <w:p>
      <w:pPr>
        <w:jc w:val="right"/>
      </w:pPr>
      <w:r>
        <w:t>آپ آنکھ سے دیکھ کر کے اس کی تصویر وہاں پہنچاتے ہیں۔</w:t>
      </w:r>
    </w:p>
    <w:p>
      <w:r>
        <w:rPr>
          <w:b/>
        </w:rPr>
        <w:t xml:space="preserve">[19:15] </w:t>
      </w:r>
      <w:r>
        <w:t>aankh to sirf tasweer leta hai is ka.</w:t>
      </w:r>
    </w:p>
    <w:p>
      <w:pPr>
        <w:jc w:val="right"/>
      </w:pPr>
      <w:r>
        <w:t>آنکھ تو صرف تصویر لیتا ہے اس کا۔</w:t>
      </w:r>
    </w:p>
    <w:p>
      <w:r>
        <w:rPr>
          <w:b/>
        </w:rPr>
        <w:t xml:space="preserve">[19:19] </w:t>
      </w:r>
      <w:r>
        <w:t>is drakht ka.</w:t>
      </w:r>
    </w:p>
    <w:p>
      <w:pPr>
        <w:jc w:val="right"/>
      </w:pPr>
      <w:r>
        <w:t>اس درخت کا۔</w:t>
      </w:r>
    </w:p>
    <w:p>
      <w:r>
        <w:rPr>
          <w:b/>
        </w:rPr>
        <w:t xml:space="preserve">[19:22] </w:t>
      </w:r>
      <w:r>
        <w:t>wo tasweer pohancha jata hai dimagh mein, andar.</w:t>
      </w:r>
    </w:p>
    <w:p>
      <w:pPr>
        <w:jc w:val="right"/>
      </w:pPr>
      <w:r>
        <w:t>وہ تصویر پہنچایا جاتا ہے دماغ میں، اندر۔</w:t>
      </w:r>
    </w:p>
    <w:p>
      <w:r>
        <w:rPr>
          <w:b/>
        </w:rPr>
        <w:t xml:space="preserve">[19:26] </w:t>
      </w:r>
      <w:r>
        <w:t>andar wo bayan hota hai ke wo kya cheez hai.</w:t>
      </w:r>
    </w:p>
    <w:p>
      <w:pPr>
        <w:jc w:val="right"/>
      </w:pPr>
      <w:r>
        <w:t>اندر وہ بیان ہوتا ہے کہ وہ کیا چیز ہے۔</w:t>
      </w:r>
    </w:p>
    <w:p>
      <w:r>
        <w:rPr>
          <w:b/>
        </w:rPr>
        <w:t xml:space="preserve">[19:30] </w:t>
      </w:r>
      <w:r>
        <w:t>jo dekha hai aap ne</w:t>
      </w:r>
    </w:p>
    <w:p>
      <w:pPr>
        <w:jc w:val="right"/>
      </w:pPr>
      <w:r>
        <w:t>جو دیکھا ہے آپ نے</w:t>
      </w:r>
    </w:p>
    <w:p>
      <w:r>
        <w:rPr>
          <w:b/>
        </w:rPr>
        <w:t xml:space="preserve">[19:34] </w:t>
      </w:r>
      <w:r>
        <w:t>wo kya cheez hai.</w:t>
      </w:r>
    </w:p>
    <w:p>
      <w:pPr>
        <w:jc w:val="right"/>
      </w:pPr>
      <w:r>
        <w:t>وہ کیا چیز ہے۔</w:t>
      </w:r>
    </w:p>
    <w:p>
      <w:r>
        <w:rPr>
          <w:b/>
        </w:rPr>
        <w:t xml:space="preserve">[19:37] </w:t>
      </w:r>
      <w:r>
        <w:t>wo dimagh batata hai.</w:t>
      </w:r>
    </w:p>
    <w:p>
      <w:pPr>
        <w:jc w:val="right"/>
      </w:pPr>
      <w:r>
        <w:t>وہ دماغ بتاتا ہے۔</w:t>
      </w:r>
    </w:p>
    <w:p>
      <w:r>
        <w:rPr>
          <w:b/>
        </w:rPr>
        <w:t xml:space="preserve">[19:40] </w:t>
      </w:r>
      <w:r>
        <w:t>to isi tarah se aisa hota hai khuda ke mamle mein.</w:t>
      </w:r>
    </w:p>
    <w:p>
      <w:pPr>
        <w:jc w:val="right"/>
      </w:pPr>
      <w:r>
        <w:t>تو اسی طرح سے ایسا ہوتا ہے خدا کے معاملے میں۔</w:t>
      </w:r>
    </w:p>
    <w:p>
      <w:r>
        <w:rPr>
          <w:b/>
        </w:rPr>
        <w:t xml:space="preserve">[19:44] </w:t>
      </w:r>
      <w:r>
        <w:t>ke jab aap khuda ko dekhne lagen.</w:t>
      </w:r>
    </w:p>
    <w:p>
      <w:pPr>
        <w:jc w:val="right"/>
      </w:pPr>
      <w:r>
        <w:t>کہ جب آپ خدا کو دیکھنے لگیں۔</w:t>
      </w:r>
    </w:p>
    <w:p>
      <w:r>
        <w:rPr>
          <w:b/>
        </w:rPr>
        <w:t xml:space="preserve">[19:47] </w:t>
      </w:r>
      <w:r>
        <w:t>yani khuda ko daryaft kar len.</w:t>
      </w:r>
    </w:p>
    <w:p>
      <w:pPr>
        <w:jc w:val="right"/>
      </w:pPr>
      <w:r>
        <w:t>یعنی خدا کو دریافت کر لیں۔</w:t>
      </w:r>
    </w:p>
    <w:p>
      <w:r>
        <w:rPr>
          <w:b/>
        </w:rPr>
        <w:t xml:space="preserve">[19:51] </w:t>
      </w:r>
      <w:r>
        <w:t>tab jo ibadat aap karte hain.</w:t>
      </w:r>
    </w:p>
    <w:p>
      <w:pPr>
        <w:jc w:val="right"/>
      </w:pPr>
      <w:r>
        <w:t>تب جو عبادت آپ کرتے ہیں۔</w:t>
      </w:r>
    </w:p>
    <w:p>
      <w:r>
        <w:rPr>
          <w:b/>
        </w:rPr>
        <w:t xml:space="preserve">[19:54] </w:t>
      </w:r>
      <w:r>
        <w:t>wo ibadat aisi ho jati hai jaise ke aap khuda ke samne khare hain.</w:t>
      </w:r>
    </w:p>
    <w:p>
      <w:pPr>
        <w:jc w:val="right"/>
      </w:pPr>
      <w:r>
        <w:t>وہ عبادت ایسی ہو جاتی ہے جیسے کہ آپ خدا کے سامنے کھڑے ہیں۔</w:t>
      </w:r>
    </w:p>
    <w:p>
      <w:r>
        <w:rPr>
          <w:b/>
        </w:rPr>
        <w:t xml:space="preserve">[19:57] </w:t>
      </w:r>
      <w:r>
        <w:t>aur khuda ke samne aap ne surrender kar diya hai.</w:t>
      </w:r>
    </w:p>
    <w:p>
      <w:pPr>
        <w:jc w:val="right"/>
      </w:pPr>
      <w:r>
        <w:t>اور خدا کے سامنے آپ نے سرنڈر کر دیا ہے۔</w:t>
      </w:r>
    </w:p>
    <w:p>
      <w:r>
        <w:rPr>
          <w:b/>
        </w:rPr>
        <w:t xml:space="preserve">[20:01] </w:t>
      </w:r>
      <w:r>
        <w:t>aur phir us ke aage</w:t>
      </w:r>
    </w:p>
    <w:p>
      <w:pPr>
        <w:jc w:val="right"/>
      </w:pPr>
      <w:r>
        <w:t>اور پھر اس کے آگے</w:t>
      </w:r>
    </w:p>
    <w:p>
      <w:r>
        <w:rPr>
          <w:b/>
        </w:rPr>
        <w:t xml:space="preserve">[20:04] </w:t>
      </w:r>
      <w:r>
        <w:t>apni abdiyat ka izhaar kar rahe hain.</w:t>
      </w:r>
    </w:p>
    <w:p>
      <w:pPr>
        <w:jc w:val="right"/>
      </w:pPr>
      <w:r>
        <w:t>اپنی عبدیت کا اظہار کر رہے ہیں۔</w:t>
      </w:r>
    </w:p>
    <w:p>
      <w:r>
        <w:rPr>
          <w:b/>
        </w:rPr>
        <w:t xml:space="preserve">[20:10] </w:t>
      </w:r>
      <w:r>
        <w:t>khuda ki badai ka iqraar kar rahe hain.</w:t>
      </w:r>
    </w:p>
    <w:p>
      <w:pPr>
        <w:jc w:val="right"/>
      </w:pPr>
      <w:r>
        <w:t>خدا کی بڑائی کا اقرار کر رہے ہیں۔</w:t>
      </w:r>
    </w:p>
    <w:p>
      <w:r>
        <w:rPr>
          <w:b/>
        </w:rPr>
        <w:t xml:space="preserve">[20:16] </w:t>
      </w:r>
      <w:r>
        <w:t>to yeh hai ibadat.</w:t>
      </w:r>
    </w:p>
    <w:p>
      <w:pPr>
        <w:jc w:val="right"/>
      </w:pPr>
      <w:r>
        <w:t>تو یہ ہے عبادت۔</w:t>
      </w:r>
    </w:p>
    <w:p>
      <w:r>
        <w:rPr>
          <w:b/>
        </w:rPr>
        <w:t xml:space="preserve">[20:22] </w:t>
      </w:r>
      <w:r>
        <w:t>isi tarah dekhiye.</w:t>
      </w:r>
    </w:p>
    <w:p>
      <w:pPr>
        <w:jc w:val="right"/>
      </w:pPr>
      <w:r>
        <w:t>اسی طرح دیکھیے۔</w:t>
      </w:r>
    </w:p>
    <w:p>
      <w:r>
        <w:rPr>
          <w:b/>
        </w:rPr>
        <w:t xml:space="preserve">[20:28] </w:t>
      </w:r>
      <w:r>
        <w:t>ek hadith hai.</w:t>
      </w:r>
    </w:p>
    <w:p>
      <w:pPr>
        <w:jc w:val="right"/>
      </w:pPr>
      <w:r>
        <w:t>ایک حدیث ہے۔</w:t>
      </w:r>
    </w:p>
    <w:p>
      <w:r>
        <w:rPr>
          <w:b/>
        </w:rPr>
        <w:t xml:space="preserve">[20:33] </w:t>
      </w:r>
      <w:r>
        <w:t>is hadith ke ke alfaaz yeh hain. ke "</w:t>
      </w:r>
    </w:p>
    <w:p>
      <w:pPr>
        <w:jc w:val="right"/>
      </w:pPr>
      <w:r>
        <w:t>اس حدیث کے کی الفاظ یہ ہیں۔ کہ "</w:t>
      </w:r>
    </w:p>
    <w:p>
      <w:r>
        <w:rPr>
          <w:b/>
        </w:rPr>
        <w:t xml:space="preserve">[20:39] </w:t>
      </w:r>
      <w:r>
        <w:t>atqullah haith ma kunt".</w:t>
      </w:r>
    </w:p>
    <w:p>
      <w:pPr>
        <w:jc w:val="right"/>
      </w:pPr>
      <w:r>
        <w:t>اتق اللہ حیث ما کنت"۔</w:t>
      </w:r>
    </w:p>
    <w:p>
      <w:r>
        <w:rPr>
          <w:b/>
        </w:rPr>
        <w:t xml:space="preserve">[20:44] </w:t>
      </w:r>
      <w:r>
        <w:t>"wa aashir al-nas bi khuluqin hasan".</w:t>
      </w:r>
    </w:p>
    <w:p>
      <w:pPr>
        <w:jc w:val="right"/>
      </w:pPr>
      <w:r>
        <w:t>"وعاشر الناس بخلق حسن"۔</w:t>
      </w:r>
    </w:p>
    <w:p>
      <w:r>
        <w:rPr>
          <w:b/>
        </w:rPr>
        <w:t xml:space="preserve">[20:48] </w:t>
      </w:r>
      <w:r>
        <w:t>is mein sara deen ka khulasa aa gaya.</w:t>
      </w:r>
    </w:p>
    <w:p>
      <w:pPr>
        <w:jc w:val="right"/>
      </w:pPr>
      <w:r>
        <w:t>اس میں سارا دین کا خلاصہ آ گیا۔</w:t>
      </w:r>
    </w:p>
    <w:p>
      <w:r>
        <w:rPr>
          <w:b/>
        </w:rPr>
        <w:t xml:space="preserve">[20:52] </w:t>
      </w:r>
      <w:r>
        <w:t>"atqullah haith ma kunt".</w:t>
      </w:r>
    </w:p>
    <w:p>
      <w:pPr>
        <w:jc w:val="right"/>
      </w:pPr>
      <w:r>
        <w:t>"اتق اللہ حیث ما کنت"۔</w:t>
      </w:r>
    </w:p>
    <w:p>
      <w:r>
        <w:rPr>
          <w:b/>
        </w:rPr>
        <w:t xml:space="preserve">[20:56] </w:t>
      </w:r>
      <w:r>
        <w:t>"wa aashir al-nas bi khuluqin hasan".</w:t>
      </w:r>
    </w:p>
    <w:p>
      <w:pPr>
        <w:jc w:val="right"/>
      </w:pPr>
      <w:r>
        <w:t>"وعاشر الناس بخلق حسن"۔</w:t>
      </w:r>
    </w:p>
    <w:p>
      <w:r>
        <w:rPr>
          <w:b/>
        </w:rPr>
        <w:t xml:space="preserve">[21:01] </w:t>
      </w:r>
      <w:r>
        <w:t>is ka tarjuma hai ke khuda se daro chahe tum jahan bhi ho.</w:t>
      </w:r>
    </w:p>
    <w:p>
      <w:pPr>
        <w:jc w:val="right"/>
      </w:pPr>
      <w:r>
        <w:t>اس کا ترجمہ ہے کہ خدا سے ڈرو چاہے تم جہاں بھی ہو۔</w:t>
      </w:r>
    </w:p>
    <w:p>
      <w:r>
        <w:rPr>
          <w:b/>
        </w:rPr>
        <w:t xml:space="preserve">[21:05] </w:t>
      </w:r>
      <w:r>
        <w:t>kahin bhi ho</w:t>
      </w:r>
    </w:p>
    <w:p>
      <w:pPr>
        <w:jc w:val="right"/>
      </w:pPr>
      <w:r>
        <w:t>کہیں بھی ہو</w:t>
      </w:r>
    </w:p>
    <w:p>
      <w:r>
        <w:rPr>
          <w:b/>
        </w:rPr>
        <w:t xml:space="preserve">[21:09] </w:t>
      </w:r>
      <w:r>
        <w:t>, khule mein, chhupe mein, raat mein, din mein.</w:t>
      </w:r>
    </w:p>
    <w:p>
      <w:pPr>
        <w:jc w:val="right"/>
      </w:pPr>
      <w:r>
        <w:t>، کھلے میں، چھپے میں، رات میں، دن میں۔</w:t>
      </w:r>
    </w:p>
    <w:p>
      <w:r>
        <w:rPr>
          <w:b/>
        </w:rPr>
        <w:t xml:space="preserve">[21:13] </w:t>
      </w:r>
      <w:r>
        <w:t>ek jagah ho ya doosri jagah ho, kahin bhi ho.</w:t>
      </w:r>
    </w:p>
    <w:p>
      <w:pPr>
        <w:jc w:val="right"/>
      </w:pPr>
      <w:r>
        <w:t>ایک جگہ ہو یا دوسری جگہ ہو، کہیں بھی ہو۔</w:t>
      </w:r>
    </w:p>
    <w:p>
      <w:r>
        <w:rPr>
          <w:b/>
        </w:rPr>
        <w:t xml:space="preserve">[21:17] </w:t>
      </w:r>
      <w:r>
        <w:t>khuda se darte raho.</w:t>
      </w:r>
    </w:p>
    <w:p>
      <w:pPr>
        <w:jc w:val="right"/>
      </w:pPr>
      <w:r>
        <w:t>خدا سے ڈرتے رہو۔</w:t>
      </w:r>
    </w:p>
    <w:p>
      <w:r>
        <w:rPr>
          <w:b/>
        </w:rPr>
        <w:t xml:space="preserve">[21:21] </w:t>
      </w:r>
      <w:r>
        <w:t>kyun ke khuda har jagah dekhta hai.</w:t>
      </w:r>
    </w:p>
    <w:p>
      <w:pPr>
        <w:jc w:val="right"/>
      </w:pPr>
      <w:r>
        <w:t>کیونکہ خدا ہر جگہ دیکھتا ہے۔</w:t>
      </w:r>
    </w:p>
    <w:p>
      <w:r>
        <w:rPr>
          <w:b/>
        </w:rPr>
        <w:t xml:space="preserve">[21:25] </w:t>
      </w:r>
      <w:r>
        <w:t>khuda har waqt ba khabar hai hum se.</w:t>
      </w:r>
    </w:p>
    <w:p>
      <w:pPr>
        <w:jc w:val="right"/>
      </w:pPr>
      <w:r>
        <w:t>خدا ہر وقت باخبر ہے ہم سے۔</w:t>
      </w:r>
    </w:p>
    <w:p>
      <w:r>
        <w:rPr>
          <w:b/>
        </w:rPr>
        <w:t xml:space="preserve">[21:28] </w:t>
      </w:r>
      <w:r>
        <w:t>"atqullah haith ma kunt".</w:t>
      </w:r>
    </w:p>
    <w:p>
      <w:pPr>
        <w:jc w:val="right"/>
      </w:pPr>
      <w:r>
        <w:t>"اتق اللہ حیث ما کنت"۔</w:t>
      </w:r>
    </w:p>
    <w:p>
      <w:r>
        <w:rPr>
          <w:b/>
        </w:rPr>
        <w:t xml:space="preserve">[21:32] </w:t>
      </w:r>
      <w:r>
        <w:t>kahin bhi raho khuda se darte raho.</w:t>
      </w:r>
    </w:p>
    <w:p>
      <w:pPr>
        <w:jc w:val="right"/>
      </w:pPr>
      <w:r>
        <w:t>کہیں بھی رہو خدا سے ڈرتے رہو۔</w:t>
      </w:r>
    </w:p>
    <w:p>
      <w:r>
        <w:rPr>
          <w:b/>
        </w:rPr>
        <w:t xml:space="preserve">[21:36] </w:t>
      </w:r>
      <w:r>
        <w:t>"wa aashir al-nas bi khuluqin hasan".</w:t>
      </w:r>
    </w:p>
    <w:p>
      <w:pPr>
        <w:jc w:val="right"/>
      </w:pPr>
      <w:r>
        <w:t>"وعاشر الناس بخلق حسن"۔</w:t>
      </w:r>
    </w:p>
    <w:p>
      <w:r>
        <w:rPr>
          <w:b/>
        </w:rPr>
        <w:t xml:space="preserve">[21:40] </w:t>
      </w:r>
      <w:r>
        <w:t>aur logon ke sath achhe rawaiye ke sath raho. achhe akhlaq ke sath raho. is mein sari baat aa gayi. dekhiye logon ke sath achhe akhlaq ke sath rehna. yeh bhi tab hota hai jab aap ko yeh yaqeen ho jaye ke khuda mujhe dekh raha hai. jaise ek aadmi se aap ki baat ho rahi hai. aap</w:t>
      </w:r>
    </w:p>
    <w:p>
      <w:pPr>
        <w:jc w:val="right"/>
      </w:pPr>
      <w:r>
        <w:t>اور لوگوں کے ساتھ اچھے رویے کے ساتھ رہو۔ اچھے اخلاق کے ساتھ رہو۔ اس میں ساری بات آ گئی۔ دیکھیے لوگوں کے ساتھ اچھے اخلاق کے ساتھ رہنا۔ یہ بھی تب ہوتا ہے جب آپ کو یہ یقین ہو جائے کہ خدا مجھے دیکھ رہا ہے۔ جیسے ایک آدمی سے آپ کی بات ہو رہی ہے۔ آپ</w:t>
      </w:r>
    </w:p>
    <w:p>
      <w:r>
        <w:rPr>
          <w:b/>
        </w:rPr>
        <w:t xml:space="preserve">[22:10] </w:t>
      </w:r>
      <w:r>
        <w:t>ko ghussa aa gaya. aur dil mein aaya ke main is ko bura bhala kahoon. bahut hi kade shabdon mein is ko gaali doon. is ko gaali wale alfaaz aap ki zuban par aane lagte hain. to us waqt agar aap ko yeh ehsas ho. ke mere munh se jo bol nikalenge. woh bol us aadmi tak pahunchne se</w:t>
      </w:r>
    </w:p>
    <w:p>
      <w:pPr>
        <w:jc w:val="right"/>
      </w:pPr>
      <w:r>
        <w:t>کو غصہ آ گیا۔ اور دل میں آیا کہ میں اس کو برا بھلا کہوں۔ بہت ہی کڑے शब्दوں میں اس کو گالیاں دوں۔ اس کو گالی والے الفاظ آپ کی زبان پر آنے لگتے ہیں۔ تو اس وقت اگر آپ کو یہ احساس ہو۔ کہ میرے منہ سے جو بول نکلیں گے۔ وہ بول اس آدمی تک پہنچنے سے</w:t>
      </w:r>
    </w:p>
    <w:p>
      <w:r>
        <w:rPr>
          <w:b/>
        </w:rPr>
        <w:t xml:space="preserve">[22:40] </w:t>
      </w:r>
      <w:r>
        <w:t>pehlay khuda tak pohnch chuke hon ge.</w:t>
      </w:r>
    </w:p>
    <w:p>
      <w:pPr>
        <w:jc w:val="right"/>
      </w:pPr>
      <w:r>
        <w:t>پہلے خدا تک پہنچ چکے ہوں گے۔</w:t>
      </w:r>
    </w:p>
    <w:p>
      <w:r>
        <w:rPr>
          <w:b/>
        </w:rPr>
        <w:t xml:space="preserve">[22:44] </w:t>
      </w:r>
      <w:r>
        <w:t>yaani woh is aadmi tak pohnchne mein to kuch waqt lagta hai.</w:t>
      </w:r>
    </w:p>
    <w:p>
      <w:pPr>
        <w:jc w:val="right"/>
      </w:pPr>
      <w:r>
        <w:t>یعنی وہ اس آدمی تک پہنچنے میں تو کچھ وقت لگتا ہے۔</w:t>
      </w:r>
    </w:p>
    <w:p>
      <w:r>
        <w:rPr>
          <w:b/>
        </w:rPr>
        <w:t xml:space="preserve">[22:49] </w:t>
      </w:r>
      <w:r>
        <w:t>lekin khuda tak pohnchne mein waqt nahi lagta.</w:t>
      </w:r>
    </w:p>
    <w:p>
      <w:pPr>
        <w:jc w:val="right"/>
      </w:pPr>
      <w:r>
        <w:t>لیکن خدا تک پہنچنے میں وقت نہیں لگتا۔</w:t>
      </w:r>
    </w:p>
    <w:p>
      <w:r>
        <w:rPr>
          <w:b/>
        </w:rPr>
        <w:t xml:space="preserve">[22:53] </w:t>
      </w:r>
      <w:r>
        <w:t>to aap sochiye ke aap ke munh se woh woh woh shabd niklen ge.</w:t>
      </w:r>
    </w:p>
    <w:p>
      <w:pPr>
        <w:jc w:val="right"/>
      </w:pPr>
      <w:r>
        <w:t>تو آپ سوچیے کہ آپ کے منہ سے وہ وہ وہ शब्द نکلیں گے۔</w:t>
      </w:r>
    </w:p>
    <w:p>
      <w:r>
        <w:rPr>
          <w:b/>
        </w:rPr>
        <w:t xml:space="preserve">[22:58] </w:t>
      </w:r>
      <w:r>
        <w:t>jis ke bare mein aap ko yaqeen ho ke woh to khuda sun raha hai.</w:t>
      </w:r>
    </w:p>
    <w:p>
      <w:pPr>
        <w:jc w:val="right"/>
      </w:pPr>
      <w:r>
        <w:t>جس کے بارے میں آپ کو یقین ہو کہ وہ تو خدا سن رہا ہے۔</w:t>
      </w:r>
    </w:p>
    <w:p>
      <w:r>
        <w:rPr>
          <w:b/>
        </w:rPr>
        <w:t xml:space="preserve">[23:02] </w:t>
      </w:r>
      <w:r>
        <w:t>is se pehle khuda sun raha hai.</w:t>
      </w:r>
    </w:p>
    <w:p>
      <w:pPr>
        <w:jc w:val="right"/>
      </w:pPr>
      <w:r>
        <w:t>اس سے پہلے خدا سن رہا ہے۔</w:t>
      </w:r>
    </w:p>
    <w:p>
      <w:r>
        <w:rPr>
          <w:b/>
        </w:rPr>
        <w:t xml:space="preserve">[23:06] </w:t>
      </w:r>
      <w:r>
        <w:t>yeh cheez aap ko malamat kar degi.</w:t>
      </w:r>
    </w:p>
    <w:p>
      <w:pPr>
        <w:jc w:val="right"/>
      </w:pPr>
      <w:r>
        <w:t>یہ چیز آپ کو ملامت کر دے گی۔</w:t>
      </w:r>
    </w:p>
    <w:p>
      <w:r>
        <w:rPr>
          <w:b/>
        </w:rPr>
        <w:t xml:space="preserve">[23:11] </w:t>
      </w:r>
      <w:r>
        <w:t>aap daren ge is se ke kisi ko gaali dein.</w:t>
      </w:r>
    </w:p>
    <w:p>
      <w:pPr>
        <w:jc w:val="right"/>
      </w:pPr>
      <w:r>
        <w:t>آپ ڈریں گے اس سے کہ کسی کو گالی دیں۔</w:t>
      </w:r>
    </w:p>
    <w:p>
      <w:r>
        <w:rPr>
          <w:b/>
        </w:rPr>
        <w:t xml:space="preserve">[23:14] </w:t>
      </w:r>
      <w:r>
        <w:t>kisi par jhootha ilzaam lagayein.</w:t>
      </w:r>
    </w:p>
    <w:p>
      <w:pPr>
        <w:jc w:val="right"/>
      </w:pPr>
      <w:r>
        <w:t>کسی پر جھوٹا الزام لگائیں۔</w:t>
      </w:r>
    </w:p>
    <w:p>
      <w:r>
        <w:rPr>
          <w:b/>
        </w:rPr>
        <w:t xml:space="preserve">[23:18] </w:t>
      </w:r>
      <w:r>
        <w:t>kisi ke khilaaf na-insaafi karein.</w:t>
      </w:r>
    </w:p>
    <w:p>
      <w:pPr>
        <w:jc w:val="right"/>
      </w:pPr>
      <w:r>
        <w:t>کسی کے خلاف ناانصافی کریں۔</w:t>
      </w:r>
    </w:p>
    <w:p>
      <w:r>
        <w:rPr>
          <w:b/>
        </w:rPr>
        <w:t xml:space="preserve">[23:21] </w:t>
      </w:r>
      <w:r>
        <w:t>in sab cheezon se aap bohat daren ge.</w:t>
      </w:r>
    </w:p>
    <w:p>
      <w:pPr>
        <w:jc w:val="right"/>
      </w:pPr>
      <w:r>
        <w:t>ان سب چیزوں سے آپ بہت ڈریں گے۔</w:t>
      </w:r>
    </w:p>
    <w:p>
      <w:r>
        <w:rPr>
          <w:b/>
        </w:rPr>
        <w:t xml:space="preserve">[23:24] </w:t>
      </w:r>
      <w:r>
        <w:t>aisi hi dealing hai.</w:t>
      </w:r>
    </w:p>
    <w:p>
      <w:pPr>
        <w:jc w:val="right"/>
      </w:pPr>
      <w:r>
        <w:t>ایسی ہی ڈیلنگ ہے۔</w:t>
      </w:r>
    </w:p>
    <w:p>
      <w:r>
        <w:rPr>
          <w:b/>
        </w:rPr>
        <w:t xml:space="preserve">[23:28] </w:t>
      </w:r>
      <w:r>
        <w:t>farz karein aap ne kisi se paise ki dealing ki.</w:t>
      </w:r>
    </w:p>
    <w:p>
      <w:pPr>
        <w:jc w:val="right"/>
      </w:pPr>
      <w:r>
        <w:t>فرض کریں آپ نے کسی سے پیسے کی ڈیلنگ کی۔</w:t>
      </w:r>
    </w:p>
    <w:p>
      <w:r>
        <w:rPr>
          <w:b/>
        </w:rPr>
        <w:t xml:space="preserve">[23:31] </w:t>
      </w:r>
      <w:r>
        <w:t>ab waqt aa gaya.</w:t>
      </w:r>
    </w:p>
    <w:p>
      <w:pPr>
        <w:jc w:val="right"/>
      </w:pPr>
      <w:r>
        <w:t>اب وقت آ گیا۔</w:t>
      </w:r>
    </w:p>
    <w:p>
      <w:r>
        <w:rPr>
          <w:b/>
        </w:rPr>
        <w:t xml:space="preserve">[23:34] </w:t>
      </w:r>
      <w:r>
        <w:t>to aap jab yeh yaqeen hoga ke khuda mujhe dekh raha hai.</w:t>
      </w:r>
    </w:p>
    <w:p>
      <w:pPr>
        <w:jc w:val="right"/>
      </w:pPr>
      <w:r>
        <w:t>تو آپ جب یہ یقین ہوگا کہ خدا مجھے دیکھ رہا ہے۔</w:t>
      </w:r>
    </w:p>
    <w:p>
      <w:r>
        <w:rPr>
          <w:b/>
        </w:rPr>
        <w:t xml:space="preserve">[23:38] </w:t>
      </w:r>
      <w:r>
        <w:t>to kabhi bhi dealing mein aap koi</w:t>
      </w:r>
    </w:p>
    <w:p>
      <w:pPr>
        <w:jc w:val="right"/>
      </w:pPr>
      <w:r>
        <w:t>تو کبھی بھی ڈیلنگ میں آپ کوئی</w:t>
      </w:r>
    </w:p>
    <w:p>
      <w:r>
        <w:rPr>
          <w:b/>
        </w:rPr>
        <w:t xml:space="preserve">[23:41] </w:t>
      </w:r>
      <w:r>
        <w:t>be-imaani nahi karein ge.</w:t>
      </w:r>
    </w:p>
    <w:p>
      <w:pPr>
        <w:jc w:val="right"/>
      </w:pPr>
      <w:r>
        <w:t>بے ایمانی نہیں کریں گے۔</w:t>
      </w:r>
    </w:p>
    <w:p>
      <w:r>
        <w:rPr>
          <w:b/>
        </w:rPr>
        <w:t xml:space="preserve">[23:46] </w:t>
      </w:r>
      <w:r>
        <w:t>kyun ke aap yeh sochenge ke maamla is aadmi ka nahi.</w:t>
      </w:r>
    </w:p>
    <w:p>
      <w:pPr>
        <w:jc w:val="right"/>
      </w:pPr>
      <w:r>
        <w:t>کیونکہ آپ یہ سوچیں گے کہ معاملہ اس آدمی کا نہیں۔</w:t>
      </w:r>
    </w:p>
    <w:p>
      <w:r>
        <w:rPr>
          <w:b/>
        </w:rPr>
        <w:t xml:space="preserve">[23:51] </w:t>
      </w:r>
      <w:r>
        <w:t>maamla to yeh hai ke khuda kya mujhe pooch hone wali hai.</w:t>
      </w:r>
    </w:p>
    <w:p>
      <w:pPr>
        <w:jc w:val="right"/>
      </w:pPr>
      <w:r>
        <w:t>معاملہ تو یہ ہے کہ خدا کیا مجھے پوچھ ہونے والی ہے۔</w:t>
      </w:r>
    </w:p>
    <w:p>
      <w:r>
        <w:rPr>
          <w:b/>
        </w:rPr>
        <w:t xml:space="preserve">[23:56] </w:t>
      </w:r>
      <w:r>
        <w:t>to yeh yaqeen ke khuda mujhe dekh raha hai.</w:t>
      </w:r>
    </w:p>
    <w:p>
      <w:pPr>
        <w:jc w:val="right"/>
      </w:pPr>
      <w:r>
        <w:t>تو یہ یقین کہ خدا مجھے دیکھ رہا ہے۔</w:t>
      </w:r>
    </w:p>
    <w:p>
      <w:r>
        <w:rPr>
          <w:b/>
        </w:rPr>
        <w:t xml:space="preserve">[24:01] </w:t>
      </w:r>
      <w:r>
        <w:t>yeh yaqeen ke meri har baat ka pata hai khuda ko.</w:t>
      </w:r>
    </w:p>
    <w:p>
      <w:pPr>
        <w:jc w:val="right"/>
      </w:pPr>
      <w:r>
        <w:t>یہ یقین کہ میری ہر بات کا پتہ ہے خدا کو۔</w:t>
      </w:r>
    </w:p>
    <w:p>
      <w:r>
        <w:rPr>
          <w:b/>
        </w:rPr>
        <w:t xml:space="preserve">[24:06] </w:t>
      </w:r>
      <w:r>
        <w:t>yeh aap ke rawaiye ko ek dum khuda wala rawaiyah bana dega. j</w:t>
      </w:r>
    </w:p>
    <w:p>
      <w:pPr>
        <w:jc w:val="right"/>
      </w:pPr>
      <w:r>
        <w:t>یہ آپ کے رویے کو ایک دم خدا والا رویہ بنا دے گا۔ ج</w:t>
      </w:r>
    </w:p>
    <w:p>
      <w:r>
        <w:rPr>
          <w:b/>
        </w:rPr>
        <w:t xml:space="preserve">[24:11] </w:t>
      </w:r>
      <w:r>
        <w:t>yesay dekhiye.</w:t>
      </w:r>
    </w:p>
    <w:p>
      <w:pPr>
        <w:jc w:val="right"/>
      </w:pPr>
      <w:r>
        <w:t>یسے دیکھیے۔</w:t>
      </w:r>
    </w:p>
    <w:p>
      <w:r>
        <w:rPr>
          <w:b/>
        </w:rPr>
        <w:t xml:space="preserve">[24:16] </w:t>
      </w:r>
      <w:r>
        <w:t>madine mein aisa hua.</w:t>
      </w:r>
    </w:p>
    <w:p>
      <w:pPr>
        <w:jc w:val="right"/>
      </w:pPr>
      <w:r>
        <w:t>مدینے میں ایسا ہوا۔</w:t>
      </w:r>
    </w:p>
    <w:p>
      <w:r>
        <w:rPr>
          <w:b/>
        </w:rPr>
        <w:t xml:space="preserve">[24:21] </w:t>
      </w:r>
      <w:r>
        <w:t>do aadmiyon ke beech mein ek zameen ka jhagda tha.</w:t>
      </w:r>
    </w:p>
    <w:p>
      <w:pPr>
        <w:jc w:val="right"/>
      </w:pPr>
      <w:r>
        <w:t>دو آدمیوں کے بیچ میں ایک زمین کا جھگڑا تھا۔</w:t>
      </w:r>
    </w:p>
    <w:p>
      <w:r>
        <w:rPr>
          <w:b/>
        </w:rPr>
        <w:t xml:space="preserve">[24:26] </w:t>
      </w:r>
      <w:r>
        <w:t>kagaz the nahi is ke.</w:t>
      </w:r>
    </w:p>
    <w:p>
      <w:pPr>
        <w:jc w:val="right"/>
      </w:pPr>
      <w:r>
        <w:t>کاغذ تھے نہیں اس کے۔</w:t>
      </w:r>
    </w:p>
    <w:p>
      <w:r>
        <w:rPr>
          <w:b/>
        </w:rPr>
        <w:t xml:space="preserve">[24:31] </w:t>
      </w:r>
      <w:r>
        <w:t>woh kehta tha ke meri hai, woh kehta tha ke meri hai.</w:t>
      </w:r>
    </w:p>
    <w:p>
      <w:pPr>
        <w:jc w:val="right"/>
      </w:pPr>
      <w:r>
        <w:t>وہ کہتا تھا کہ میری ہے، وہ کہتا تھا کہ میری ہے۔</w:t>
      </w:r>
    </w:p>
    <w:p>
      <w:r>
        <w:rPr>
          <w:b/>
        </w:rPr>
        <w:t xml:space="preserve">[24:37] </w:t>
      </w:r>
      <w:r>
        <w:t>koi kagaz bhi nahi tha, koi gawah bhi nahi tha.</w:t>
      </w:r>
    </w:p>
    <w:p>
      <w:pPr>
        <w:jc w:val="right"/>
      </w:pPr>
      <w:r>
        <w:t>کوئی کاغذ بھی نہیں تھا، کوئی گواہ بھی نہیں تھا۔</w:t>
      </w:r>
    </w:p>
    <w:p>
      <w:r>
        <w:rPr>
          <w:b/>
        </w:rPr>
        <w:t xml:space="preserve">[24:42] </w:t>
      </w:r>
      <w:r>
        <w:t>to rasool Allah ne kaha ke dekho.</w:t>
      </w:r>
    </w:p>
    <w:p>
      <w:pPr>
        <w:jc w:val="right"/>
      </w:pPr>
      <w:r>
        <w:t>تو رسول اللہ نے کہا کہ دیکھو۔</w:t>
      </w:r>
    </w:p>
    <w:p>
      <w:r>
        <w:rPr>
          <w:b/>
        </w:rPr>
        <w:t xml:space="preserve">[24:46] </w:t>
      </w:r>
      <w:r>
        <w:t>tum mein se kisi ke paas kagaz nahi hai.</w:t>
      </w:r>
    </w:p>
    <w:p>
      <w:pPr>
        <w:jc w:val="right"/>
      </w:pPr>
      <w:r>
        <w:t>تم میں سے کسی کے پاس کاغذ نہیں ہے۔</w:t>
      </w:r>
    </w:p>
    <w:p>
      <w:r>
        <w:rPr>
          <w:b/>
        </w:rPr>
        <w:t xml:space="preserve">[24:50] </w:t>
      </w:r>
      <w:r>
        <w:t>kisi ke paas gawah nahi hai.</w:t>
      </w:r>
    </w:p>
    <w:p>
      <w:pPr>
        <w:jc w:val="right"/>
      </w:pPr>
      <w:r>
        <w:t>کسی کے پاس گواہ نہیں ہے۔</w:t>
      </w:r>
    </w:p>
    <w:p>
      <w:r>
        <w:rPr>
          <w:b/>
        </w:rPr>
        <w:t xml:space="preserve">[24:55] </w:t>
      </w:r>
      <w:r>
        <w:t>tum bhi daawa kar rahe ho, woh bhi daawa kar raha hai.</w:t>
      </w:r>
    </w:p>
    <w:p>
      <w:pPr>
        <w:jc w:val="right"/>
      </w:pPr>
      <w:r>
        <w:t>تم بھی دعویٰ کر رہے ہو، وہ بھی دعویٰ کر رہا ہے۔</w:t>
      </w:r>
    </w:p>
    <w:p>
      <w:r>
        <w:rPr>
          <w:b/>
        </w:rPr>
        <w:t xml:space="preserve">[24:59] </w:t>
      </w:r>
      <w:r>
        <w:t>to agar mein tumhare daawe ki buniyad par kisi ek ko woh zameen de doon.</w:t>
      </w:r>
    </w:p>
    <w:p>
      <w:pPr>
        <w:jc w:val="right"/>
      </w:pPr>
      <w:r>
        <w:t>تو اگر میں تمہارے دعوے کی بنیاد پر کسی ایک کو وہ زمین دے دوں۔</w:t>
      </w:r>
    </w:p>
    <w:p>
      <w:r>
        <w:rPr>
          <w:b/>
        </w:rPr>
        <w:t xml:space="preserve">[25:03] </w:t>
      </w:r>
      <w:r>
        <w:t>jabke woh zameen is ki na ho, doosre ki ho.</w:t>
      </w:r>
    </w:p>
    <w:p>
      <w:pPr>
        <w:jc w:val="right"/>
      </w:pPr>
      <w:r>
        <w:t>جبکہ وہ زمین اس کی نہ ہو، دوسرے کی ہو۔</w:t>
      </w:r>
    </w:p>
    <w:p>
      <w:r>
        <w:rPr>
          <w:b/>
        </w:rPr>
        <w:t xml:space="preserve">[25:08] </w:t>
      </w:r>
      <w:r>
        <w:t>yani mein Misr A ke haq mein</w:t>
      </w:r>
    </w:p>
    <w:p>
      <w:pPr>
        <w:jc w:val="right"/>
      </w:pPr>
      <w:r>
        <w:t>یعنی میں مصر اے کے حق میں</w:t>
      </w:r>
    </w:p>
    <w:p>
      <w:r>
        <w:rPr>
          <w:b/>
        </w:rPr>
        <w:t xml:space="preserve">[25:12] </w:t>
      </w:r>
      <w:r>
        <w:t>apna faisla de doon ke zameen is ki hai.</w:t>
      </w:r>
    </w:p>
    <w:p>
      <w:pPr>
        <w:jc w:val="right"/>
      </w:pPr>
      <w:r>
        <w:t>اپنا فیصلہ دے دوں کہ زمین اس کی ہے۔</w:t>
      </w:r>
    </w:p>
    <w:p>
      <w:r>
        <w:rPr>
          <w:b/>
        </w:rPr>
        <w:t xml:space="preserve">[25:17] </w:t>
      </w:r>
      <w:r>
        <w:t>lekin haqeeqat mein zameen Misr B ki ho.</w:t>
      </w:r>
    </w:p>
    <w:p>
      <w:pPr>
        <w:jc w:val="right"/>
      </w:pPr>
      <w:r>
        <w:t>لیکن حقیقت میں زمین مصر بی کی ہو۔</w:t>
      </w:r>
    </w:p>
    <w:p>
      <w:r>
        <w:rPr>
          <w:b/>
        </w:rPr>
        <w:t xml:space="preserve">[25:22] </w:t>
      </w:r>
      <w:r>
        <w:t>to is ka matlab samjho.</w:t>
      </w:r>
    </w:p>
    <w:p>
      <w:pPr>
        <w:jc w:val="right"/>
      </w:pPr>
      <w:r>
        <w:t>تو اس کا مطلب سمجھو۔</w:t>
      </w:r>
    </w:p>
    <w:p>
      <w:r>
        <w:rPr>
          <w:b/>
        </w:rPr>
        <w:t xml:space="preserve">[25:27] </w:t>
      </w:r>
      <w:r>
        <w:t>agar mein aisa karoon to samjho ke woh tumhare liye zameen nahi hai, woh aag hai, aag.</w:t>
      </w:r>
    </w:p>
    <w:p>
      <w:pPr>
        <w:jc w:val="right"/>
      </w:pPr>
      <w:r>
        <w:t>اگر میں ایسا کروں تو سمجھو کہ وہ تمہارے لیے زمین نہیں ہے، وہ آگ ہے، آگ۔</w:t>
      </w:r>
    </w:p>
    <w:p>
      <w:r>
        <w:rPr>
          <w:b/>
        </w:rPr>
        <w:t xml:space="preserve">[25:32] </w:t>
      </w:r>
      <w:r>
        <w:t>qat'an manar hai woh.</w:t>
      </w:r>
    </w:p>
    <w:p>
      <w:pPr>
        <w:jc w:val="right"/>
      </w:pPr>
      <w:r>
        <w:t>قطعاً منار ہے وہ۔</w:t>
      </w:r>
    </w:p>
    <w:p>
      <w:r>
        <w:rPr>
          <w:b/>
        </w:rPr>
        <w:t xml:space="preserve">[25:37] </w:t>
      </w:r>
      <w:r>
        <w:t>woh zameen tumhare liye aag ka tukra hai.</w:t>
      </w:r>
    </w:p>
    <w:p>
      <w:pPr>
        <w:jc w:val="right"/>
      </w:pPr>
      <w:r>
        <w:t>وہ زمین تمہارے لیے آگ کا ٹکڑا ہے۔</w:t>
      </w:r>
    </w:p>
    <w:p>
      <w:r>
        <w:rPr>
          <w:b/>
        </w:rPr>
        <w:t xml:space="preserve">[25:42] </w:t>
      </w:r>
      <w:r>
        <w:t>kyunke tum is ke malik nahi ho, tum is ke malik nahi ho.</w:t>
      </w:r>
    </w:p>
    <w:p>
      <w:pPr>
        <w:jc w:val="right"/>
      </w:pPr>
      <w:r>
        <w:t>کیونکہ تم اس کے مالک نہیں ہو، تم اس کے مالک نہیں ہو۔</w:t>
      </w:r>
    </w:p>
    <w:p>
      <w:r>
        <w:rPr>
          <w:b/>
        </w:rPr>
        <w:t xml:space="preserve">[25:47] </w:t>
      </w:r>
      <w:r>
        <w:t>to kya hua? dono dar gaye. ke phir khuda ke haan jab woh itni pakad ho gayi, itni jaanch ho gayi. to isi duniya mein is ka faisla kar lo. to dono ki zuban se nikla ke haq le aakhi, haq le aakhi. ke agar mera haq tha, agar mera haq tha to woh main ne apne bhai ko de diya.</w:t>
      </w:r>
    </w:p>
    <w:p>
      <w:pPr>
        <w:jc w:val="right"/>
      </w:pPr>
      <w:r>
        <w:t>تو کیا ہوا؟ دونوں ڈر گئے۔ کہ پھر خدا کے ہاں جب وہ اتنی پکڑ ہو گئی، اتنی جانچ ہو گئی۔ تو اسی دنیا میں اس کا فیصلہ کر لو۔ تو دونوں کی زبان سے نکلا کہ حق لے آخی، حق لے آخی۔ کہ اگر میرا حق تھا، اگر میرا حق تھا تو وہ میں نے اپنے بھائی کو دے دیا۔</w:t>
      </w:r>
    </w:p>
    <w:p>
      <w:r>
        <w:rPr>
          <w:b/>
        </w:rPr>
        <w:t xml:space="preserve">[26:17] </w:t>
      </w:r>
      <w:r>
        <w:t>agar mera haq tha to woh mein ne apne bhai ko de diya.</w:t>
      </w:r>
    </w:p>
    <w:p>
      <w:pPr>
        <w:jc w:val="right"/>
      </w:pPr>
      <w:r>
        <w:t>اگر میرا حق تھا تو وہ میں نے اپنے بھائی کو دے دیا۔</w:t>
      </w:r>
    </w:p>
    <w:p>
      <w:r>
        <w:rPr>
          <w:b/>
        </w:rPr>
        <w:t xml:space="preserve">[26:23] </w:t>
      </w:r>
      <w:r>
        <w:t>yani dono yeh darne lage ke yeh mere liye koi aag ka tukra na ban jaye.</w:t>
      </w:r>
    </w:p>
    <w:p>
      <w:pPr>
        <w:jc w:val="right"/>
      </w:pPr>
      <w:r>
        <w:t>یعنی دونوں یہ ڈرنے لگے کہ یہ میرے لیے کوئی آگ کا ٹکڑا نہ بن جائے۔</w:t>
      </w:r>
    </w:p>
    <w:p>
      <w:r>
        <w:rPr>
          <w:b/>
        </w:rPr>
        <w:t xml:space="preserve">[26:29] </w:t>
      </w:r>
      <w:r>
        <w:t>to dono jo is se pehle lad jhaghda rahe the ke hamari zameen hai, hamari zameen hai, hamari zameen hai.</w:t>
      </w:r>
    </w:p>
    <w:p>
      <w:pPr>
        <w:jc w:val="right"/>
      </w:pPr>
      <w:r>
        <w:t>تو دونوں جو اس سے پہلے لڑ جھگڑ رہے تھے کہ ہماری زمین ہے، ہماری زمین ہے، ہماری زمین ہے۔</w:t>
      </w:r>
    </w:p>
    <w:p>
      <w:r>
        <w:rPr>
          <w:b/>
        </w:rPr>
        <w:t xml:space="preserve">[26:35] </w:t>
      </w:r>
      <w:r>
        <w:t>ab kya kehne lage ke nahi nahi, doosre ki zameen hai.</w:t>
      </w:r>
    </w:p>
    <w:p>
      <w:pPr>
        <w:jc w:val="right"/>
      </w:pPr>
      <w:r>
        <w:t>اب کیا کہنے لگے کہ نہیں نہیں، دوسرے کی زمین ہے۔</w:t>
      </w:r>
    </w:p>
    <w:p>
      <w:r>
        <w:rPr>
          <w:b/>
        </w:rPr>
        <w:t xml:space="preserve">[26:41] </w:t>
      </w:r>
      <w:r>
        <w:t>yeh hai jis ko mein ne kaha ke maujoodgi Khuda ka ehsaas.</w:t>
      </w:r>
    </w:p>
    <w:p>
      <w:pPr>
        <w:jc w:val="right"/>
      </w:pPr>
      <w:r>
        <w:t>یہ ہے جس کو میں نے کہا کہ موجودگی خدا کا احساس۔</w:t>
      </w:r>
    </w:p>
    <w:p>
      <w:r>
        <w:rPr>
          <w:b/>
        </w:rPr>
        <w:t xml:space="preserve">[26:47] </w:t>
      </w:r>
      <w:r>
        <w:t>sach poochen to imaan aur Islam ki jo jaan hai, woh hai maujoodgi Khuda ka ehsaas ho jana.</w:t>
      </w:r>
    </w:p>
    <w:p>
      <w:pPr>
        <w:jc w:val="right"/>
      </w:pPr>
      <w:r>
        <w:t>سچ پوچھیں تو ایمان اور اسلام کی جو جان ہے، وہ ہے موجودگی خدا کا احساس ہو جانا۔</w:t>
      </w:r>
    </w:p>
    <w:p>
      <w:r>
        <w:rPr>
          <w:b/>
        </w:rPr>
        <w:t xml:space="preserve">[26:52] </w:t>
      </w:r>
      <w:r>
        <w:t>Khuda ka istihzaar, Khuda ki maujoodgi.</w:t>
      </w:r>
    </w:p>
    <w:p>
      <w:pPr>
        <w:jc w:val="right"/>
      </w:pPr>
      <w:r>
        <w:t>خدا کا استہزار، خدا کی موجودگی۔</w:t>
      </w:r>
    </w:p>
    <w:p>
      <w:r>
        <w:rPr>
          <w:b/>
        </w:rPr>
        <w:t xml:space="preserve">[26:57] </w:t>
      </w:r>
      <w:r>
        <w:t>ke har har jagah Khuda maujood hai.</w:t>
      </w:r>
    </w:p>
    <w:p>
      <w:pPr>
        <w:jc w:val="right"/>
      </w:pPr>
      <w:r>
        <w:t>کہ ہر ہر جگہ خدا موجود ہے۔</w:t>
      </w:r>
    </w:p>
    <w:p>
      <w:r>
        <w:rPr>
          <w:b/>
        </w:rPr>
        <w:t xml:space="preserve">[27:02] </w:t>
      </w:r>
      <w:r>
        <w:t>har jagah Khuda maujood hai.</w:t>
      </w:r>
    </w:p>
    <w:p>
      <w:pPr>
        <w:jc w:val="right"/>
      </w:pPr>
      <w:r>
        <w:t>ہر جگہ خدا موجود ہے۔</w:t>
      </w:r>
    </w:p>
    <w:p>
      <w:r>
        <w:rPr>
          <w:b/>
        </w:rPr>
        <w:t xml:space="preserve">[27:07] </w:t>
      </w:r>
      <w:r>
        <w:t>har jagah Khuda dekh raha hai.</w:t>
      </w:r>
    </w:p>
    <w:p>
      <w:pPr>
        <w:jc w:val="right"/>
      </w:pPr>
      <w:r>
        <w:t>ہر جگہ خدا دیکھ رہا ہے۔</w:t>
      </w:r>
    </w:p>
    <w:p>
      <w:r>
        <w:rPr>
          <w:b/>
        </w:rPr>
        <w:t xml:space="preserve">[27:12] </w:t>
      </w:r>
      <w:r>
        <w:t>to mein samajhta hoon ke ek lafz mein maujoodgi khuda</w:t>
      </w:r>
    </w:p>
    <w:p>
      <w:pPr>
        <w:jc w:val="right"/>
      </w:pPr>
      <w:r>
        <w:t>تو میں سمجھتا ہوں کہ ایک لفظ میں موجودگی خدا</w:t>
      </w:r>
    </w:p>
    <w:p>
      <w:r>
        <w:rPr>
          <w:b/>
        </w:rPr>
        <w:t xml:space="preserve">[27:17] </w:t>
      </w:r>
      <w:r>
        <w:t>jo hai, wahi jaan hai imaan ki, islam ki.</w:t>
      </w:r>
    </w:p>
    <w:p>
      <w:pPr>
        <w:jc w:val="right"/>
      </w:pPr>
      <w:r>
        <w:t>جو ہے، وہی جان ہے ایمان کی، اسلام کی۔</w:t>
      </w:r>
    </w:p>
    <w:p>
      <w:r>
        <w:rPr>
          <w:b/>
        </w:rPr>
        <w:t xml:space="preserve">[27:21] </w:t>
      </w:r>
      <w:r>
        <w:t>agar yeh na ho.</w:t>
      </w:r>
    </w:p>
    <w:p>
      <w:pPr>
        <w:jc w:val="right"/>
      </w:pPr>
      <w:r>
        <w:t>اگر یہ نہ ہو۔</w:t>
      </w:r>
    </w:p>
    <w:p>
      <w:r>
        <w:rPr>
          <w:b/>
        </w:rPr>
        <w:t xml:space="preserve">[27:25] </w:t>
      </w:r>
      <w:r>
        <w:t>to phir kuch bhi nahi hoga.</w:t>
      </w:r>
    </w:p>
    <w:p>
      <w:pPr>
        <w:jc w:val="right"/>
      </w:pPr>
      <w:r>
        <w:t>تو پھر کچھ بھی نہیں ہوگا۔</w:t>
      </w:r>
    </w:p>
    <w:p>
      <w:r>
        <w:rPr>
          <w:b/>
        </w:rPr>
        <w:t xml:space="preserve">[27:29] </w:t>
      </w:r>
      <w:r>
        <w:t>phir kuch raah, phir phir kuch forms, kuch rusoomat honge.</w:t>
      </w:r>
    </w:p>
    <w:p>
      <w:pPr>
        <w:jc w:val="right"/>
      </w:pPr>
      <w:r>
        <w:t>پھر کچھ راہ، پھر پھر کچھ فارمز، کچھ رسومات ہوں گے۔</w:t>
      </w:r>
    </w:p>
    <w:p>
      <w:r>
        <w:rPr>
          <w:b/>
        </w:rPr>
        <w:t xml:space="preserve">[27:32] </w:t>
      </w:r>
      <w:r>
        <w:t>kuch rasm o riwaj honge.</w:t>
      </w:r>
    </w:p>
    <w:p>
      <w:pPr>
        <w:jc w:val="right"/>
      </w:pPr>
      <w:r>
        <w:t>کچھ رسم و رواج ہوں گے۔</w:t>
      </w:r>
    </w:p>
    <w:p>
      <w:r>
        <w:rPr>
          <w:b/>
        </w:rPr>
        <w:t xml:space="preserve">[27:36] </w:t>
      </w:r>
      <w:r>
        <w:t>inhi ko aadmi islam samajh lega.</w:t>
      </w:r>
    </w:p>
    <w:p>
      <w:pPr>
        <w:jc w:val="right"/>
      </w:pPr>
      <w:r>
        <w:t>انہی کو آدمی اسلام سمجھ لے گا۔</w:t>
      </w:r>
    </w:p>
    <w:p>
      <w:r>
        <w:rPr>
          <w:b/>
        </w:rPr>
        <w:t xml:space="preserve">[27:40] </w:t>
      </w:r>
      <w:r>
        <w:t>aise hi dekhiye.</w:t>
      </w:r>
    </w:p>
    <w:p>
      <w:pPr>
        <w:jc w:val="right"/>
      </w:pPr>
      <w:r>
        <w:t>ایسے ہی دیکھیے۔</w:t>
      </w:r>
    </w:p>
    <w:p>
      <w:r>
        <w:rPr>
          <w:b/>
        </w:rPr>
        <w:t xml:space="preserve">[27:44] </w:t>
      </w:r>
      <w:r>
        <w:t>jo darne wala aadmi hota hai, uske andar kya</w:t>
      </w:r>
    </w:p>
    <w:p>
      <w:pPr>
        <w:jc w:val="right"/>
      </w:pPr>
      <w:r>
        <w:t>جو ڈرنے والا آدمی ہوتا ہے، اس کے اندر کیا</w:t>
      </w:r>
    </w:p>
    <w:p>
      <w:r>
        <w:rPr>
          <w:b/>
        </w:rPr>
        <w:t xml:space="preserve">[27:48] </w:t>
      </w:r>
      <w:r>
        <w:t>baat hoti hai? ek baat yeh hoti hai ke jab agar usko galat fehmi ho jaye.</w:t>
      </w:r>
    </w:p>
    <w:p>
      <w:pPr>
        <w:jc w:val="right"/>
      </w:pPr>
      <w:r>
        <w:t>بات ہوتی ہے؟ ایک بات یہ ہوتی ہے کہ جب اگر اس کو غلط فہمی ہو جائے۔</w:t>
      </w:r>
    </w:p>
    <w:p>
      <w:r>
        <w:rPr>
          <w:b/>
        </w:rPr>
        <w:t xml:space="preserve">[27:54] </w:t>
      </w:r>
      <w:r>
        <w:t>dekhiye, galat fehmi to har ek ko ho sakti hai.</w:t>
      </w:r>
    </w:p>
    <w:p>
      <w:pPr>
        <w:jc w:val="right"/>
      </w:pPr>
      <w:r>
        <w:t>دیکھیے، غلط فہمی تو ہر ایک کو ہو سکتی ہے۔</w:t>
      </w:r>
    </w:p>
    <w:p>
      <w:r>
        <w:rPr>
          <w:b/>
        </w:rPr>
        <w:t xml:space="preserve">[28:00] </w:t>
      </w:r>
      <w:r>
        <w:t>galat fehmi har ek ko ho sakti hai.</w:t>
      </w:r>
    </w:p>
    <w:p>
      <w:pPr>
        <w:jc w:val="right"/>
      </w:pPr>
      <w:r>
        <w:t>غلط فہمی ہر ایک کو ہو سکتی ہے۔</w:t>
      </w:r>
    </w:p>
    <w:p>
      <w:r>
        <w:rPr>
          <w:b/>
        </w:rPr>
        <w:t xml:space="preserve">[28:06] </w:t>
      </w:r>
      <w:r>
        <w:t>lekin farq kya hai? agar aap ko ho gayi galat fehmi, galat fehmi.</w:t>
      </w:r>
    </w:p>
    <w:p>
      <w:pPr>
        <w:jc w:val="right"/>
      </w:pPr>
      <w:r>
        <w:t>لیکن فرق کیا ہے؟ اگر آپ کو ہو گئی غلط فہمی، غلط فہمی۔</w:t>
      </w:r>
    </w:p>
    <w:p>
      <w:r>
        <w:rPr>
          <w:b/>
        </w:rPr>
        <w:t xml:space="preserve">[28:12] </w:t>
      </w:r>
      <w:r>
        <w:t>to doosra aadmi jab bayan kar de ke baat aise nahi hai, waise hai.</w:t>
      </w:r>
    </w:p>
    <w:p>
      <w:pPr>
        <w:jc w:val="right"/>
      </w:pPr>
      <w:r>
        <w:t>تو دوسرا آدمی جب بیان کر دے کہ بات ایسے نہیں ہے، ویسے ہے۔</w:t>
      </w:r>
    </w:p>
    <w:p>
      <w:r>
        <w:rPr>
          <w:b/>
        </w:rPr>
        <w:t xml:space="preserve">[28:18] </w:t>
      </w:r>
      <w:r>
        <w:t>to aap ko isi waqt surrender kar dena chahiye.</w:t>
      </w:r>
    </w:p>
    <w:p>
      <w:pPr>
        <w:jc w:val="right"/>
      </w:pPr>
      <w:r>
        <w:t>تو آپ کو اسی وقت سرنڈر کر دینا چاہیے۔</w:t>
      </w:r>
    </w:p>
    <w:p>
      <w:r>
        <w:rPr>
          <w:b/>
        </w:rPr>
        <w:t xml:space="preserve">[28:22] </w:t>
      </w:r>
      <w:r>
        <w:t>آپ کو کہنا چاہیے کہ I was wrong۔</w:t>
      </w:r>
    </w:p>
    <w:p>
      <w:pPr>
        <w:jc w:val="right"/>
      </w:pPr>
      <w:r>
        <w:t>آپ کو کہنا چاہیے کہ آئی واز رونگ۔</w:t>
      </w:r>
    </w:p>
    <w:p>
      <w:r>
        <w:rPr>
          <w:b/>
        </w:rPr>
        <w:t xml:space="preserve">[28:27] </w:t>
      </w:r>
      <w:r>
        <w:t>lekin agar aap dhittai karein, galti na maanein.</w:t>
      </w:r>
    </w:p>
    <w:p>
      <w:pPr>
        <w:jc w:val="right"/>
      </w:pPr>
      <w:r>
        <w:t>لیکن اگر آپ ڈھٹائی کریں، غلطی نہ مانیں۔</w:t>
      </w:r>
    </w:p>
    <w:p>
      <w:r>
        <w:rPr>
          <w:b/>
        </w:rPr>
        <w:t xml:space="preserve">[28:31] </w:t>
      </w:r>
      <w:r>
        <w:t>phir bhi israr karein.</w:t>
      </w:r>
    </w:p>
    <w:p>
      <w:pPr>
        <w:jc w:val="right"/>
      </w:pPr>
      <w:r>
        <w:t>پھر بھی اصرار کریں۔</w:t>
      </w:r>
    </w:p>
    <w:p>
      <w:r>
        <w:rPr>
          <w:b/>
        </w:rPr>
        <w:t xml:space="preserve">[28:35] </w:t>
      </w:r>
      <w:r>
        <w:t>tab wahi galti jo hai, jurm ban jati hai, jurm.</w:t>
      </w:r>
    </w:p>
    <w:p>
      <w:pPr>
        <w:jc w:val="right"/>
      </w:pPr>
      <w:r>
        <w:t>تب وہی غلطی جو ہے، جرم بن جاتی ہے، جرم۔</w:t>
      </w:r>
    </w:p>
    <w:p>
      <w:r>
        <w:rPr>
          <w:b/>
        </w:rPr>
        <w:t xml:space="preserve">[28:40] </w:t>
      </w:r>
      <w:r>
        <w:t>gunah ban jati hai, gunah.</w:t>
      </w:r>
    </w:p>
    <w:p>
      <w:pPr>
        <w:jc w:val="right"/>
      </w:pPr>
      <w:r>
        <w:t>گناہ بن جاتی ہے، گناہ۔</w:t>
      </w:r>
    </w:p>
    <w:p>
      <w:r>
        <w:rPr>
          <w:b/>
        </w:rPr>
        <w:t xml:space="preserve">[28:44] </w:t>
      </w:r>
      <w:r>
        <w:t>jaise aap dekhiye. ek baar</w:t>
      </w:r>
    </w:p>
    <w:p>
      <w:pPr>
        <w:jc w:val="right"/>
      </w:pPr>
      <w:r>
        <w:t>جیسے آپ دیکھیے۔ ایک بار</w:t>
      </w:r>
    </w:p>
    <w:p>
      <w:r>
        <w:rPr>
          <w:b/>
        </w:rPr>
        <w:t xml:space="preserve">[28:48] </w:t>
      </w:r>
      <w:r>
        <w:t>madine ke bahar ek khema laga hua tha.</w:t>
      </w:r>
    </w:p>
    <w:p>
      <w:pPr>
        <w:jc w:val="right"/>
      </w:pPr>
      <w:r>
        <w:t>مدینے کے باہر ایک خیمہ لگا ہوا تھا۔</w:t>
      </w:r>
    </w:p>
    <w:p>
      <w:r>
        <w:rPr>
          <w:b/>
        </w:rPr>
        <w:t xml:space="preserve">[28:52] </w:t>
      </w:r>
      <w:r>
        <w:t>is kheme mein Rasool Allah the.</w:t>
      </w:r>
    </w:p>
    <w:p>
      <w:pPr>
        <w:jc w:val="right"/>
      </w:pPr>
      <w:r>
        <w:t>اس خیمے میں رسول اللہ تھے۔</w:t>
      </w:r>
    </w:p>
    <w:p>
      <w:r>
        <w:rPr>
          <w:b/>
        </w:rPr>
        <w:t xml:space="preserve">[28:56] </w:t>
      </w:r>
      <w:r>
        <w:t>to log kheme ke andar jaane lage.</w:t>
      </w:r>
    </w:p>
    <w:p>
      <w:pPr>
        <w:jc w:val="right"/>
      </w:pPr>
      <w:r>
        <w:t>تو لوگ خیمے کے اندر جانے لگے۔</w:t>
      </w:r>
    </w:p>
    <w:p>
      <w:r>
        <w:rPr>
          <w:b/>
        </w:rPr>
        <w:t xml:space="preserve">[29:00] </w:t>
      </w:r>
      <w:r>
        <w:t>to isi mein ek aadmi jo hai, tez ghus raha tha.</w:t>
      </w:r>
    </w:p>
    <w:p>
      <w:pPr>
        <w:jc w:val="right"/>
      </w:pPr>
      <w:r>
        <w:t>تو اسی میں ایک آدمی جو ہے، تیز گھس رہا تھا۔</w:t>
      </w:r>
    </w:p>
    <w:p>
      <w:r>
        <w:rPr>
          <w:b/>
        </w:rPr>
        <w:t xml:space="preserve">[29:04] </w:t>
      </w:r>
      <w:r>
        <w:t>jaldi se ghus raha tha.</w:t>
      </w:r>
    </w:p>
    <w:p>
      <w:pPr>
        <w:jc w:val="right"/>
      </w:pPr>
      <w:r>
        <w:t>جلدی سے گھس رہا تھا۔</w:t>
      </w:r>
    </w:p>
    <w:p>
      <w:r>
        <w:rPr>
          <w:b/>
        </w:rPr>
        <w:t xml:space="preserve">[29:07] </w:t>
      </w:r>
      <w:r>
        <w:t>to ghusne ki koshish mein is ki wajah se kisi aur aadmi ko dhakka lag gaya.</w:t>
      </w:r>
    </w:p>
    <w:p>
      <w:pPr>
        <w:jc w:val="right"/>
      </w:pPr>
      <w:r>
        <w:t>تو گھسنے کی کوشش میں اس کی وجہ سے کسی اور آدمی کو دھکا لگ گیا۔</w:t>
      </w:r>
    </w:p>
    <w:p>
      <w:r>
        <w:rPr>
          <w:b/>
        </w:rPr>
        <w:t xml:space="preserve">[29:11] </w:t>
      </w:r>
      <w:r>
        <w:t>dhakka lag gaya.</w:t>
      </w:r>
    </w:p>
    <w:p>
      <w:pPr>
        <w:jc w:val="right"/>
      </w:pPr>
      <w:r>
        <w:t>دھکا لگ گیا۔</w:t>
      </w:r>
    </w:p>
    <w:p>
      <w:r>
        <w:rPr>
          <w:b/>
        </w:rPr>
        <w:t xml:space="preserve">[29:15] </w:t>
      </w:r>
      <w:r>
        <w:t>to woh aadmi ghussa ho gaya.</w:t>
      </w:r>
    </w:p>
    <w:p>
      <w:pPr>
        <w:jc w:val="right"/>
      </w:pPr>
      <w:r>
        <w:t>تو وہ آدمی غصہ ہو گیا۔</w:t>
      </w:r>
    </w:p>
    <w:p>
      <w:r>
        <w:rPr>
          <w:b/>
        </w:rPr>
        <w:t xml:space="preserve">[29:19] </w:t>
      </w:r>
      <w:r>
        <w:t>ke tum ne kyun mujhe dhakka diya? tum bohat hi is ne kaha ke ya ashar-e-rijal.</w:t>
      </w:r>
    </w:p>
    <w:p>
      <w:pPr>
        <w:jc w:val="right"/>
      </w:pPr>
      <w:r>
        <w:t>کہ تم نے کیوں مجھے دھکا دیا؟ تم بہت ہی اس نے کہا کہ یا عشر الرجال۔</w:t>
      </w:r>
    </w:p>
    <w:p>
      <w:r>
        <w:rPr>
          <w:b/>
        </w:rPr>
        <w:t xml:space="preserve">[29:24] </w:t>
      </w:r>
      <w:r>
        <w:t>tum bohat hi kharab aadmi ho.</w:t>
      </w:r>
    </w:p>
    <w:p>
      <w:pPr>
        <w:jc w:val="right"/>
      </w:pPr>
      <w:r>
        <w:t>تم بہت ہی خراب آدمی ہو۔</w:t>
      </w:r>
    </w:p>
    <w:p>
      <w:r>
        <w:rPr>
          <w:b/>
        </w:rPr>
        <w:t xml:space="preserve">[29:29] </w:t>
      </w:r>
      <w:r>
        <w:t>ya ashar-e-rijal.</w:t>
      </w:r>
    </w:p>
    <w:p>
      <w:pPr>
        <w:jc w:val="right"/>
      </w:pPr>
      <w:r>
        <w:t>یا عشر الرجال۔</w:t>
      </w:r>
    </w:p>
    <w:p>
      <w:r>
        <w:rPr>
          <w:b/>
        </w:rPr>
        <w:t xml:space="preserve">[29:34] </w:t>
      </w:r>
      <w:r>
        <w:t>tum bohat hi bure aadmi ho, dunya ke sab se zyada bure aadmi tum ho.</w:t>
      </w:r>
    </w:p>
    <w:p>
      <w:pPr>
        <w:jc w:val="right"/>
      </w:pPr>
      <w:r>
        <w:t>تم بہت ہی برے آدمی ہو، دنیا کے سب سے زیادہ برے آدمی تم ہو۔</w:t>
      </w:r>
    </w:p>
    <w:p>
      <w:r>
        <w:rPr>
          <w:b/>
        </w:rPr>
        <w:t xml:space="preserve">[29:39] </w:t>
      </w:r>
      <w:r>
        <w:t>ke mujhe dhakka de diya khwah makhwah.</w:t>
      </w:r>
    </w:p>
    <w:p>
      <w:pPr>
        <w:jc w:val="right"/>
      </w:pPr>
      <w:r>
        <w:t>کہ مجھے دھکا دے دیا خوامخواہ۔</w:t>
      </w:r>
    </w:p>
    <w:p>
      <w:r>
        <w:rPr>
          <w:b/>
        </w:rPr>
        <w:t xml:space="preserve">[29:44] </w:t>
      </w:r>
      <w:r>
        <w:t>aur is ne kaha ke</w:t>
      </w:r>
    </w:p>
    <w:p>
      <w:pPr>
        <w:jc w:val="right"/>
      </w:pPr>
      <w:r>
        <w:t>اور اس نے کہا کہ</w:t>
      </w:r>
    </w:p>
    <w:p>
      <w:r>
        <w:rPr>
          <w:b/>
        </w:rPr>
        <w:t xml:space="preserve">[29:49] </w:t>
      </w:r>
      <w:r>
        <w:t>ab agar tu ne dhakka diya to main tum ko marunga.</w:t>
      </w:r>
    </w:p>
    <w:p>
      <w:pPr>
        <w:jc w:val="right"/>
      </w:pPr>
      <w:r>
        <w:t>اب اگر تو نے دھکا دیا تو میں تم کو ماروں گا۔</w:t>
      </w:r>
    </w:p>
    <w:p>
      <w:r>
        <w:rPr>
          <w:b/>
        </w:rPr>
        <w:t xml:space="preserve">[29:53] </w:t>
      </w:r>
      <w:r>
        <w:t>ab agar tum ne dhakka diya to main tum ko marunga.</w:t>
      </w:r>
    </w:p>
    <w:p>
      <w:pPr>
        <w:jc w:val="right"/>
      </w:pPr>
      <w:r>
        <w:t>اب اگر تم نے دھکا دیا تو میں تم کو ماروں گا۔</w:t>
      </w:r>
    </w:p>
    <w:p>
      <w:r>
        <w:rPr>
          <w:b/>
        </w:rPr>
        <w:t xml:space="preserve">[29:56] </w:t>
      </w:r>
      <w:r>
        <w:t>to woh aadmi ghussa nahi hua.</w:t>
      </w:r>
    </w:p>
    <w:p>
      <w:pPr>
        <w:jc w:val="right"/>
      </w:pPr>
      <w:r>
        <w:t>تو وہ آدمی غصہ نہیں ہوا۔</w:t>
      </w:r>
    </w:p>
    <w:p>
      <w:r>
        <w:rPr>
          <w:b/>
        </w:rPr>
        <w:t xml:space="preserve">[29:59] </w:t>
      </w:r>
      <w:r>
        <w:t>woh aadmi ghussa nahi hua.</w:t>
      </w:r>
    </w:p>
    <w:p>
      <w:pPr>
        <w:jc w:val="right"/>
      </w:pPr>
      <w:r>
        <w:t>وہ آدمی غصہ نہیں ہوا۔</w:t>
      </w:r>
    </w:p>
    <w:p>
      <w:r>
        <w:rPr>
          <w:b/>
        </w:rPr>
        <w:t xml:space="preserve">[30:03] </w:t>
      </w:r>
      <w:r>
        <w:t>is ne kaha ke dekhiye.</w:t>
      </w:r>
    </w:p>
    <w:p>
      <w:pPr>
        <w:jc w:val="right"/>
      </w:pPr>
      <w:r>
        <w:t>اس نے کہا کہ دیکھیے۔</w:t>
      </w:r>
    </w:p>
    <w:p>
      <w:r>
        <w:rPr>
          <w:b/>
        </w:rPr>
        <w:t xml:space="preserve">[30:06] </w:t>
      </w:r>
      <w:r>
        <w:t>baat ko samjhiye.</w:t>
      </w:r>
    </w:p>
    <w:p>
      <w:pPr>
        <w:jc w:val="right"/>
      </w:pPr>
      <w:r>
        <w:t>بات کو سمجھیے۔</w:t>
      </w:r>
    </w:p>
    <w:p>
      <w:r>
        <w:rPr>
          <w:b/>
        </w:rPr>
        <w:t xml:space="preserve">[30:09] </w:t>
      </w:r>
      <w:r>
        <w:t>aap log muqami log hain, yahin madine ke log hain.</w:t>
      </w:r>
    </w:p>
    <w:p>
      <w:pPr>
        <w:jc w:val="right"/>
      </w:pPr>
      <w:r>
        <w:t>آپ لوگ مقامی لوگ ہیں، یہیں مدینے کے لوگ ہیں۔</w:t>
      </w:r>
    </w:p>
    <w:p>
      <w:r>
        <w:rPr>
          <w:b/>
        </w:rPr>
        <w:t xml:space="preserve">[30:13] </w:t>
      </w:r>
      <w:r>
        <w:t>main bahar se aaya hoon, door se.</w:t>
      </w:r>
    </w:p>
    <w:p>
      <w:pPr>
        <w:jc w:val="right"/>
      </w:pPr>
      <w:r>
        <w:t>میں باہر سے آیا ہوں، دور سے۔</w:t>
      </w:r>
    </w:p>
    <w:p>
      <w:r>
        <w:rPr>
          <w:b/>
        </w:rPr>
        <w:t xml:space="preserve">[30:16] </w:t>
      </w:r>
      <w:r>
        <w:t>wahan kuch log islam ko</w:t>
      </w:r>
    </w:p>
    <w:p>
      <w:pPr>
        <w:jc w:val="right"/>
      </w:pPr>
      <w:r>
        <w:t>وہاں کچھ لوگ اسلام کو</w:t>
      </w:r>
    </w:p>
    <w:p>
      <w:r>
        <w:rPr>
          <w:b/>
        </w:rPr>
        <w:t xml:space="preserve">[30:19] </w:t>
      </w:r>
      <w:r>
        <w:t>samajhna chahte hain.</w:t>
      </w:r>
    </w:p>
    <w:p>
      <w:pPr>
        <w:jc w:val="right"/>
      </w:pPr>
      <w:r>
        <w:t>سمجھنا چاہتے ہیں۔</w:t>
      </w:r>
    </w:p>
    <w:p>
      <w:r>
        <w:rPr>
          <w:b/>
        </w:rPr>
        <w:t xml:space="preserve">[30:23] </w:t>
      </w:r>
      <w:r>
        <w:t>unhon ne mujhe apni taraf se bheja hai. ke jao.</w:t>
      </w:r>
    </w:p>
    <w:p>
      <w:pPr>
        <w:jc w:val="right"/>
      </w:pPr>
      <w:r>
        <w:t>انہوں نے مجھے اپنی طرف سے بھیجا ہے۔ کہ جاؤ۔</w:t>
      </w:r>
    </w:p>
    <w:p>
      <w:r>
        <w:rPr>
          <w:b/>
        </w:rPr>
        <w:t xml:space="preserve">[30:27] </w:t>
      </w:r>
      <w:r>
        <w:t>nabi ki baatein suno aur aa kar hum ko batao.</w:t>
      </w:r>
    </w:p>
    <w:p>
      <w:pPr>
        <w:jc w:val="right"/>
      </w:pPr>
      <w:r>
        <w:t>نبی کی باتیں سنو اور آ کر ہم کو بتاؤ۔</w:t>
      </w:r>
    </w:p>
    <w:p>
      <w:r>
        <w:rPr>
          <w:b/>
        </w:rPr>
        <w:t xml:space="preserve">[30:31] </w:t>
      </w:r>
      <w:r>
        <w:t>aa kar hum ko batao.</w:t>
      </w:r>
    </w:p>
    <w:p>
      <w:pPr>
        <w:jc w:val="right"/>
      </w:pPr>
      <w:r>
        <w:t>آ کر ہم کو بتاؤ۔</w:t>
      </w:r>
    </w:p>
    <w:p>
      <w:r>
        <w:rPr>
          <w:b/>
        </w:rPr>
        <w:t xml:space="preserve">[30:34] </w:t>
      </w:r>
      <w:r>
        <w:t>to main in sab logon ki taraf se aaya hoon.</w:t>
      </w:r>
    </w:p>
    <w:p>
      <w:pPr>
        <w:jc w:val="right"/>
      </w:pPr>
      <w:r>
        <w:t>تو میں ان سب لوگوں کی طرف سے آیا ہوں۔</w:t>
      </w:r>
    </w:p>
    <w:p>
      <w:r>
        <w:rPr>
          <w:b/>
        </w:rPr>
        <w:t xml:space="preserve">[30:38] </w:t>
      </w:r>
      <w:r>
        <w:t>to main is liye bhi jaldi kar raha tha ke agar main andar na pahuncha.</w:t>
      </w:r>
    </w:p>
    <w:p>
      <w:pPr>
        <w:jc w:val="right"/>
      </w:pPr>
      <w:r>
        <w:t>تو میں اس لیے بھی جلدی کر رہا تھا کہ اگر میں اندر نہ پہنچا۔</w:t>
      </w:r>
    </w:p>
    <w:p>
      <w:r>
        <w:rPr>
          <w:b/>
        </w:rPr>
        <w:t xml:space="preserve">[30:42] </w:t>
      </w:r>
      <w:r>
        <w:t>to main in ko ja kar bataunga, ab mujhe lotna bhi hai.</w:t>
      </w:r>
    </w:p>
    <w:p>
      <w:pPr>
        <w:jc w:val="right"/>
      </w:pPr>
      <w:r>
        <w:t>تو میں ان کو جا کر بتاؤں گا، اب مجھے لوٹنا بھی ہے۔</w:t>
      </w:r>
    </w:p>
    <w:p>
      <w:r>
        <w:rPr>
          <w:b/>
        </w:rPr>
        <w:t xml:space="preserve">[30:46] </w:t>
      </w:r>
      <w:r>
        <w:t>to thora mein jaldi</w:t>
      </w:r>
    </w:p>
    <w:p>
      <w:pPr>
        <w:jc w:val="right"/>
      </w:pPr>
      <w:r>
        <w:t>تو تھوڑا میں جلدی</w:t>
      </w:r>
    </w:p>
    <w:p>
      <w:r>
        <w:rPr>
          <w:b/>
        </w:rPr>
        <w:t xml:space="preserve">[30:49] </w:t>
      </w:r>
      <w:r>
        <w:t>kar raha tha.</w:t>
      </w:r>
    </w:p>
    <w:p>
      <w:pPr>
        <w:jc w:val="right"/>
      </w:pPr>
      <w:r>
        <w:t>کر رہا تھا۔</w:t>
      </w:r>
    </w:p>
    <w:p>
      <w:r>
        <w:rPr>
          <w:b/>
        </w:rPr>
        <w:t xml:space="preserve">[30:53] </w:t>
      </w:r>
      <w:r>
        <w:t>taake sun loon.</w:t>
      </w:r>
    </w:p>
    <w:p>
      <w:pPr>
        <w:jc w:val="right"/>
      </w:pPr>
      <w:r>
        <w:t>تاکہ سن لوں۔</w:t>
      </w:r>
    </w:p>
    <w:p>
      <w:r>
        <w:rPr>
          <w:b/>
        </w:rPr>
        <w:t xml:space="preserve">[30:57] </w:t>
      </w:r>
      <w:r>
        <w:t>aur ja kar bataoon in logon ko.</w:t>
      </w:r>
    </w:p>
    <w:p>
      <w:pPr>
        <w:jc w:val="right"/>
      </w:pPr>
      <w:r>
        <w:t>اور جا کر بتاؤں ان لوگوں کو۔</w:t>
      </w:r>
    </w:p>
    <w:p>
      <w:r>
        <w:rPr>
          <w:b/>
        </w:rPr>
        <w:t xml:space="preserve">[31:01] </w:t>
      </w:r>
      <w:r>
        <w:t>to yeh aik haqeeqi bahana tha.</w:t>
      </w:r>
    </w:p>
    <w:p>
      <w:pPr>
        <w:jc w:val="right"/>
      </w:pPr>
      <w:r>
        <w:t>تو یہ ایک حقیقی بہانہ تھا۔</w:t>
      </w:r>
    </w:p>
    <w:p>
      <w:r>
        <w:rPr>
          <w:b/>
        </w:rPr>
        <w:t xml:space="preserve">[31:04] </w:t>
      </w:r>
      <w:r>
        <w:t>to doosre aadmi ne jab suna is ko ke waqai aisa muamla hai.</w:t>
      </w:r>
    </w:p>
    <w:p>
      <w:pPr>
        <w:jc w:val="right"/>
      </w:pPr>
      <w:r>
        <w:t>تو دوسرے آدمی نے جب سنا اس کو کہ واقعی ایسا معاملہ ہے۔</w:t>
      </w:r>
    </w:p>
    <w:p>
      <w:r>
        <w:rPr>
          <w:b/>
        </w:rPr>
        <w:t xml:space="preserve">[31:08] </w:t>
      </w:r>
      <w:r>
        <w:t>to us ne maan liya ke yeh sach much aik haqeeqi bahana hai.</w:t>
      </w:r>
    </w:p>
    <w:p>
      <w:pPr>
        <w:jc w:val="right"/>
      </w:pPr>
      <w:r>
        <w:t>تو اس نے مان لیا کہ یہ سچ مچ ایک حقیقی بہانہ ہے۔</w:t>
      </w:r>
    </w:p>
    <w:p>
      <w:r>
        <w:rPr>
          <w:b/>
        </w:rPr>
        <w:t xml:space="preserve">[31:12] </w:t>
      </w:r>
      <w:r>
        <w:t>to foran hi woh badal gaya.</w:t>
      </w:r>
    </w:p>
    <w:p>
      <w:pPr>
        <w:jc w:val="right"/>
      </w:pPr>
      <w:r>
        <w:t>تو فوراً ہی وہ بدل گیا۔</w:t>
      </w:r>
    </w:p>
    <w:p>
      <w:r>
        <w:rPr>
          <w:b/>
        </w:rPr>
        <w:t xml:space="preserve">[31:16] </w:t>
      </w:r>
      <w:r>
        <w:t>wohi aadmi jo is ko bura keh raha tha, maarne ki dhamki de raha tha. us ne</w:t>
      </w:r>
    </w:p>
    <w:p>
      <w:pPr>
        <w:jc w:val="right"/>
      </w:pPr>
      <w:r>
        <w:t>وہی آدمی جو اس کو برا کہہ رہا تھا، مارنے کی دھمکی دے رہا تھا۔ اس نے</w:t>
      </w:r>
    </w:p>
    <w:p>
      <w:r>
        <w:rPr>
          <w:b/>
        </w:rPr>
        <w:t xml:space="preserve">[31:19] </w:t>
      </w:r>
      <w:r>
        <w:t>achanak us ne ab badal diya apna lehja.</w:t>
      </w:r>
    </w:p>
    <w:p>
      <w:pPr>
        <w:jc w:val="right"/>
      </w:pPr>
      <w:r>
        <w:t>اچانک اس نے اب بدل دیا اپنا لہجہ۔</w:t>
      </w:r>
    </w:p>
    <w:p>
      <w:r>
        <w:rPr>
          <w:b/>
        </w:rPr>
        <w:t xml:space="preserve">[31:24] </w:t>
      </w:r>
      <w:r>
        <w:t>us ne kaha wallah lana sharr mink.</w:t>
      </w:r>
    </w:p>
    <w:p>
      <w:pPr>
        <w:jc w:val="right"/>
      </w:pPr>
      <w:r>
        <w:t>اس نے کہا واللہ لانا شر منک۔</w:t>
      </w:r>
    </w:p>
    <w:p>
      <w:r>
        <w:rPr>
          <w:b/>
        </w:rPr>
        <w:t xml:space="preserve">[31:28] </w:t>
      </w:r>
      <w:r>
        <w:t>wallah lana sharr mink.</w:t>
      </w:r>
    </w:p>
    <w:p>
      <w:pPr>
        <w:jc w:val="right"/>
      </w:pPr>
      <w:r>
        <w:t>واللہ لانا شر منک۔</w:t>
      </w:r>
    </w:p>
    <w:p>
      <w:r>
        <w:rPr>
          <w:b/>
        </w:rPr>
        <w:t xml:space="preserve">[31:33] </w:t>
      </w:r>
      <w:r>
        <w:t>khuda ki qasam mein hi zyada bura aadmi hoon.</w:t>
      </w:r>
    </w:p>
    <w:p>
      <w:pPr>
        <w:jc w:val="right"/>
      </w:pPr>
      <w:r>
        <w:t>خدا کی قسم میں ہی زیادہ برا آدمی ہوں۔</w:t>
      </w:r>
    </w:p>
    <w:p>
      <w:r>
        <w:rPr>
          <w:b/>
        </w:rPr>
        <w:t xml:space="preserve">[31:37] </w:t>
      </w:r>
      <w:r>
        <w:t>yani is se pehle chand minute pehle us ne kaha tha ke tum sab se zyada bure aadmi</w:t>
      </w:r>
    </w:p>
    <w:p>
      <w:pPr>
        <w:jc w:val="right"/>
      </w:pPr>
      <w:r>
        <w:t>یعنی اس سے پہلے چند منٹ پہلے اس نے کہا تھا کہ تم سب سے زیادہ برے آدمی</w:t>
      </w:r>
    </w:p>
    <w:p>
      <w:r>
        <w:rPr>
          <w:b/>
        </w:rPr>
        <w:t xml:space="preserve">[31:41] </w:t>
      </w:r>
      <w:r>
        <w:t>ho, mein tum ko maroonga.</w:t>
      </w:r>
    </w:p>
    <w:p>
      <w:pPr>
        <w:jc w:val="right"/>
      </w:pPr>
      <w:r>
        <w:t>ہو، میں تم کو ماروں گا۔</w:t>
      </w:r>
    </w:p>
    <w:p>
      <w:r>
        <w:rPr>
          <w:b/>
        </w:rPr>
        <w:t xml:space="preserve">[31:46] </w:t>
      </w:r>
      <w:r>
        <w:t>wohi aadmi kehne laga.</w:t>
      </w:r>
    </w:p>
    <w:p>
      <w:pPr>
        <w:jc w:val="right"/>
      </w:pPr>
      <w:r>
        <w:t>وہی آدمی کہنے لگا۔</w:t>
      </w:r>
    </w:p>
    <w:p>
      <w:r>
        <w:rPr>
          <w:b/>
        </w:rPr>
        <w:t xml:space="preserve">[31:50] </w:t>
      </w:r>
      <w:r>
        <w:t>ke mein hi zyada bura aadmi hoon.</w:t>
      </w:r>
    </w:p>
    <w:p>
      <w:pPr>
        <w:jc w:val="right"/>
      </w:pPr>
      <w:r>
        <w:t>کہ میں ہی زیادہ برا آدمی ہوں۔</w:t>
      </w:r>
    </w:p>
    <w:p>
      <w:r>
        <w:rPr>
          <w:b/>
        </w:rPr>
        <w:t xml:space="preserve">[31:54] </w:t>
      </w:r>
      <w:r>
        <w:t>yeh hai khuda se darne wale ki baat.</w:t>
      </w:r>
    </w:p>
    <w:p>
      <w:pPr>
        <w:jc w:val="right"/>
      </w:pPr>
      <w:r>
        <w:t>یہ ہے خدا سے ڈرنے والے کی بات۔</w:t>
      </w:r>
    </w:p>
    <w:p>
      <w:r>
        <w:rPr>
          <w:b/>
        </w:rPr>
        <w:t xml:space="preserve">[31:59] </w:t>
      </w:r>
      <w:r>
        <w:t>ke jab bayan kar diya jaye baat ko.</w:t>
      </w:r>
    </w:p>
    <w:p>
      <w:pPr>
        <w:jc w:val="right"/>
      </w:pPr>
      <w:r>
        <w:t>کہ جب بیان کر دیا جائے بات کو۔</w:t>
      </w:r>
    </w:p>
    <w:p>
      <w:r>
        <w:rPr>
          <w:b/>
        </w:rPr>
        <w:t xml:space="preserve">[32:03] </w:t>
      </w:r>
      <w:r>
        <w:t>to isi waqt foran foran woh apni ghalat fehmi ko khatam kar de.</w:t>
      </w:r>
    </w:p>
    <w:p>
      <w:pPr>
        <w:jc w:val="right"/>
      </w:pPr>
      <w:r>
        <w:t>تو اسی وقت فوراً فوراً وہ اپنی غلط فہمی کو ختم کر دے۔</w:t>
      </w:r>
    </w:p>
    <w:p>
      <w:r>
        <w:rPr>
          <w:b/>
        </w:rPr>
        <w:t xml:space="preserve">[32:08] </w:t>
      </w:r>
      <w:r>
        <w:t>yani ke phir bhi lehja hai, phir bhi lehja hai, phir bhi lehja hai.</w:t>
      </w:r>
    </w:p>
    <w:p>
      <w:pPr>
        <w:jc w:val="right"/>
      </w:pPr>
      <w:r>
        <w:t>یعنی کہ پھر بھی لہجہ ہے، پھر بھی لہجہ ہے، پھر بھی لہجہ ہے۔</w:t>
      </w:r>
    </w:p>
    <w:p>
      <w:r>
        <w:rPr>
          <w:b/>
        </w:rPr>
        <w:t xml:space="preserve">[32:12] </w:t>
      </w:r>
      <w:r>
        <w:t>to dekhiye zindagi mein.</w:t>
      </w:r>
    </w:p>
    <w:p>
      <w:pPr>
        <w:jc w:val="right"/>
      </w:pPr>
      <w:r>
        <w:t>تو دیکھیے زندگی میں۔</w:t>
      </w:r>
    </w:p>
    <w:p>
      <w:r>
        <w:rPr>
          <w:b/>
        </w:rPr>
        <w:t xml:space="preserve">[32:16] </w:t>
      </w:r>
      <w:r>
        <w:t>is hadees se kya maloom hua?</w:t>
      </w:r>
    </w:p>
    <w:p>
      <w:pPr>
        <w:jc w:val="right"/>
      </w:pPr>
      <w:r>
        <w:t>اس حدیث کے کیا معلوم ہوا؟</w:t>
      </w:r>
    </w:p>
    <w:p>
      <w:r>
        <w:rPr>
          <w:b/>
        </w:rPr>
        <w:t xml:space="preserve">[32:21] </w:t>
      </w:r>
      <w:r>
        <w:t>ke zindagi mein ghalat fehmi kisi bhi shakhs ko ho sakti hai.</w:t>
      </w:r>
    </w:p>
    <w:p>
      <w:pPr>
        <w:jc w:val="right"/>
      </w:pPr>
      <w:r>
        <w:t>کہ زندگی میں غلط فہمی کسی بھی شخص کو ہو سکتی ہے۔</w:t>
      </w:r>
    </w:p>
    <w:p>
      <w:r>
        <w:rPr>
          <w:b/>
        </w:rPr>
        <w:t xml:space="preserve">[32:25] </w:t>
      </w:r>
      <w:r>
        <w:t>wahan aik sahabi ko hui.</w:t>
      </w:r>
    </w:p>
    <w:p>
      <w:pPr>
        <w:jc w:val="right"/>
      </w:pPr>
      <w:r>
        <w:t>وہاں ایک صحابی کو ہوئی۔</w:t>
      </w:r>
    </w:p>
    <w:p>
      <w:r>
        <w:rPr>
          <w:b/>
        </w:rPr>
        <w:t xml:space="preserve">[32:29] </w:t>
      </w:r>
      <w:r>
        <w:t>wohan ek sahabi ko hui.</w:t>
      </w:r>
    </w:p>
    <w:p>
      <w:pPr>
        <w:jc w:val="right"/>
      </w:pPr>
      <w:r>
        <w:t>وہاں ایک صحابی کو ہوئی۔</w:t>
      </w:r>
    </w:p>
    <w:p>
      <w:r>
        <w:rPr>
          <w:b/>
        </w:rPr>
        <w:t xml:space="preserve">[32:33] </w:t>
      </w:r>
      <w:r>
        <w:t>to zindagi mein galat fehmi kisi bhi shakhs ko ho sakti hai.</w:t>
      </w:r>
    </w:p>
    <w:p>
      <w:pPr>
        <w:jc w:val="right"/>
      </w:pPr>
      <w:r>
        <w:t>تو زندگی میں غلط فہمی کسی بھی شخص کو ہو سکتی ہے۔</w:t>
      </w:r>
    </w:p>
    <w:p>
      <w:r>
        <w:rPr>
          <w:b/>
        </w:rPr>
        <w:t xml:space="preserve">[32:37] </w:t>
      </w:r>
      <w:r>
        <w:t>lekin galat fehmi is waqt galati hai.</w:t>
      </w:r>
    </w:p>
    <w:p>
      <w:pPr>
        <w:jc w:val="right"/>
      </w:pPr>
      <w:r>
        <w:t>لیکن غلط فہمی اس وقت غلطی ہے۔</w:t>
      </w:r>
    </w:p>
    <w:p>
      <w:r>
        <w:rPr>
          <w:b/>
        </w:rPr>
        <w:t xml:space="preserve">[32:41] </w:t>
      </w:r>
      <w:r>
        <w:t>jab bayan karne ke baad bhi aap isi par jame rahen.</w:t>
      </w:r>
    </w:p>
    <w:p>
      <w:pPr>
        <w:jc w:val="right"/>
      </w:pPr>
      <w:r>
        <w:t>جب بیان کرنے کے بعد بھی آپ اسی پر جمے رہیں۔</w:t>
      </w:r>
    </w:p>
    <w:p>
      <w:r>
        <w:rPr>
          <w:b/>
        </w:rPr>
        <w:t xml:space="preserve">[32:44] </w:t>
      </w:r>
      <w:r>
        <w:t>apni galati na manen.</w:t>
      </w:r>
    </w:p>
    <w:p>
      <w:pPr>
        <w:jc w:val="right"/>
      </w:pPr>
      <w:r>
        <w:t>اپنی غلطی نہ مانیں۔</w:t>
      </w:r>
    </w:p>
    <w:p>
      <w:r>
        <w:rPr>
          <w:b/>
        </w:rPr>
        <w:t xml:space="preserve">[32:48] </w:t>
      </w:r>
      <w:r>
        <w:t>i was wrong na kahen.</w:t>
      </w:r>
    </w:p>
    <w:p>
      <w:pPr>
        <w:jc w:val="right"/>
      </w:pPr>
      <w:r>
        <w:t>آئی واز رونگ نہ کہیں۔</w:t>
      </w:r>
    </w:p>
    <w:p>
      <w:r>
        <w:rPr>
          <w:b/>
        </w:rPr>
        <w:t xml:space="preserve">[32:52] </w:t>
      </w:r>
      <w:r>
        <w:t>agar aap milne ki wazahat milne ke baad aap maan len.</w:t>
      </w:r>
    </w:p>
    <w:p>
      <w:pPr>
        <w:jc w:val="right"/>
      </w:pPr>
      <w:r>
        <w:t>اگر آپ ملنے کی وضاحت ملنے کے بعد آپ مان لیں۔</w:t>
      </w:r>
    </w:p>
    <w:p>
      <w:r>
        <w:rPr>
          <w:b/>
        </w:rPr>
        <w:t xml:space="preserve">[32:57] </w:t>
      </w:r>
      <w:r>
        <w:t>aur apni galati ko iqrar kar len.</w:t>
      </w:r>
    </w:p>
    <w:p>
      <w:pPr>
        <w:jc w:val="right"/>
      </w:pPr>
      <w:r>
        <w:t>اور اپنی غلطی کو اعتراف کر لیں۔</w:t>
      </w:r>
    </w:p>
    <w:p>
      <w:r>
        <w:rPr>
          <w:b/>
        </w:rPr>
        <w:t xml:space="preserve">[33:02] </w:t>
      </w:r>
      <w:r>
        <w:t>to phir woh phir galati nahin hai, phir woh gunah nahin hai, woh gunah nahin hai woh.</w:t>
      </w:r>
    </w:p>
    <w:p>
      <w:pPr>
        <w:jc w:val="right"/>
      </w:pPr>
      <w:r>
        <w:t>تو پھر وہ پھر غلطی نہیں ہے، پھر وہ گناہ نہیں ہے، وہ گناہ نہیں ہے وہ۔</w:t>
      </w:r>
    </w:p>
    <w:p>
      <w:r>
        <w:rPr>
          <w:b/>
        </w:rPr>
        <w:t xml:space="preserve">[33:07] </w:t>
      </w:r>
      <w:r>
        <w:t>to is waqe mein aap dekh rahe hain ke wahi ek aadmi.</w:t>
      </w:r>
    </w:p>
    <w:p>
      <w:pPr>
        <w:jc w:val="right"/>
      </w:pPr>
      <w:r>
        <w:t>تو اس واقعے میں آپ دیکھ رہے ہیں کہ وہی ایک آدمی۔</w:t>
      </w:r>
    </w:p>
    <w:p>
      <w:r>
        <w:rPr>
          <w:b/>
        </w:rPr>
        <w:t xml:space="preserve">[33:12] </w:t>
      </w:r>
      <w:r>
        <w:t>jo galat fehmi ki wajah se ghussa ho gaya tha.</w:t>
      </w:r>
    </w:p>
    <w:p>
      <w:pPr>
        <w:jc w:val="right"/>
      </w:pPr>
      <w:r>
        <w:t>جو غلط فہمی کی وجہ سے غصہ ہو گیا تھا۔</w:t>
      </w:r>
    </w:p>
    <w:p>
      <w:r>
        <w:rPr>
          <w:b/>
        </w:rPr>
        <w:t xml:space="preserve">[33:17] </w:t>
      </w:r>
      <w:r>
        <w:t>marne ki dhamki de raha tha wahi</w:t>
      </w:r>
    </w:p>
    <w:p>
      <w:pPr>
        <w:jc w:val="right"/>
      </w:pPr>
      <w:r>
        <w:t>مارنے کی دھمکی دے رہا تھا۔ وہی</w:t>
      </w:r>
    </w:p>
    <w:p>
      <w:r>
        <w:rPr>
          <w:b/>
        </w:rPr>
        <w:t xml:space="preserve">[33:22] </w:t>
      </w:r>
      <w:r>
        <w:t>wahi aadmi.</w:t>
      </w:r>
    </w:p>
    <w:p>
      <w:pPr>
        <w:jc w:val="right"/>
      </w:pPr>
      <w:r>
        <w:t>وہی آدمی۔</w:t>
      </w:r>
    </w:p>
    <w:p>
      <w:r>
        <w:rPr>
          <w:b/>
        </w:rPr>
        <w:t xml:space="preserve">[33:26] </w:t>
      </w:r>
      <w:r>
        <w:t>ko jab bayan kar diya gaya.</w:t>
      </w:r>
    </w:p>
    <w:p>
      <w:pPr>
        <w:jc w:val="right"/>
      </w:pPr>
      <w:r>
        <w:t>کو جب بیان کر دیا گیا۔</w:t>
      </w:r>
    </w:p>
    <w:p>
      <w:r>
        <w:rPr>
          <w:b/>
        </w:rPr>
        <w:t xml:space="preserve">[33:29] </w:t>
      </w:r>
      <w:r>
        <w:t>aur us ko maloom hoga ke yahan par galati is aadmi ki nahin hai.</w:t>
      </w:r>
    </w:p>
    <w:p>
      <w:pPr>
        <w:jc w:val="right"/>
      </w:pPr>
      <w:r>
        <w:t>اور اس کو معلوم ہوگا کہ یہاں پر غلطی اس آدمی کی نہیں ہے۔</w:t>
      </w:r>
    </w:p>
    <w:p>
      <w:r>
        <w:rPr>
          <w:b/>
        </w:rPr>
        <w:t xml:space="preserve">[33:32] </w:t>
      </w:r>
      <w:r>
        <w:t>meri samajh ki galati hai.</w:t>
      </w:r>
    </w:p>
    <w:p>
      <w:pPr>
        <w:jc w:val="right"/>
      </w:pPr>
      <w:r>
        <w:t>میری سمجھ کی غلطی ہے۔</w:t>
      </w:r>
    </w:p>
    <w:p>
      <w:r>
        <w:rPr>
          <w:b/>
        </w:rPr>
        <w:t xml:space="preserve">[33:36] </w:t>
      </w:r>
      <w:r>
        <w:t>to us ne isi waqt.</w:t>
      </w:r>
    </w:p>
    <w:p>
      <w:pPr>
        <w:jc w:val="right"/>
      </w:pPr>
      <w:r>
        <w:t>تو اس نے اسی وقت۔</w:t>
      </w:r>
    </w:p>
    <w:p>
      <w:r>
        <w:rPr>
          <w:b/>
        </w:rPr>
        <w:t xml:space="preserve">[33:39] </w:t>
      </w:r>
      <w:r>
        <w:t>ab maan liya.</w:t>
      </w:r>
    </w:p>
    <w:p>
      <w:pPr>
        <w:jc w:val="right"/>
      </w:pPr>
      <w:r>
        <w:t>اب مان لیا۔</w:t>
      </w:r>
    </w:p>
    <w:p>
      <w:r>
        <w:rPr>
          <w:b/>
        </w:rPr>
        <w:t xml:space="preserve">[33:43] </w:t>
      </w:r>
      <w:r>
        <w:t>aur laga is se maafi mangne.</w:t>
      </w:r>
    </w:p>
    <w:p>
      <w:pPr>
        <w:jc w:val="right"/>
      </w:pPr>
      <w:r>
        <w:t>اور لگا اس سے معافی مانگنے۔</w:t>
      </w:r>
    </w:p>
    <w:p>
      <w:r>
        <w:rPr>
          <w:b/>
        </w:rPr>
        <w:t xml:space="preserve">[33:46] </w:t>
      </w:r>
      <w:r>
        <w:t>کہہ دیا کہ I was wrong. یہ ہے۔</w:t>
      </w:r>
    </w:p>
    <w:p>
      <w:pPr>
        <w:jc w:val="right"/>
      </w:pPr>
      <w:r>
        <w:t>کہہ دیا کہ آئی واز رونگ۔ یہ ہے۔</w:t>
      </w:r>
    </w:p>
    <w:p>
      <w:r>
        <w:rPr>
          <w:b/>
        </w:rPr>
        <w:t xml:space="preserve">[33:49] </w:t>
      </w:r>
      <w:r>
        <w:t>yani hadith mein yeh tasweer di gayi hai ek momin ki.</w:t>
      </w:r>
    </w:p>
    <w:p>
      <w:pPr>
        <w:jc w:val="right"/>
      </w:pPr>
      <w:r>
        <w:t>یعنی حدیث میں یہ تصویر دی گئی ہے ایک مومن کی۔</w:t>
      </w:r>
    </w:p>
    <w:p>
      <w:r>
        <w:rPr>
          <w:b/>
        </w:rPr>
        <w:t xml:space="preserve">[33:53] </w:t>
      </w:r>
      <w:r>
        <w:t>ek momin ki. ke momin woh hai. jo logon ke sath achhe tareeqe se rahe. logon ke bare mein us ke andar humdardi ho. logon ke sath woh humdardi ke andaaz mein rahe. lekin. social life mein aisa hota hai. ke ghalatfehmi ho jati hai, ghalatfehmi ho jati hai. to ghal</w:t>
      </w:r>
    </w:p>
    <w:p>
      <w:pPr>
        <w:jc w:val="right"/>
      </w:pPr>
      <w:r>
        <w:t>ایک مومن کی۔ کہ مومن وہ ہے۔ جو لوگوں کے ساتھ اچھے طریقے سے رہے۔ لوگوں کے بارے میں اس کے اندر ہمدردی ہو۔ لوگوں کے ساتھ وہ ہمدردی کے انداز میں رہے۔ لیکن۔ سوشل لائف میں ایسا ہوتا ہے۔ کہ غلط فہمی ہو جاتی ہے، غلط فہمی ہو جاتی ہے۔ تو غل</w:t>
      </w:r>
    </w:p>
    <w:p>
      <w:r>
        <w:rPr>
          <w:b/>
        </w:rPr>
        <w:t xml:space="preserve">[34:23] </w:t>
      </w:r>
      <w:r>
        <w:t>ta fehmi hona koi burai nahin hai.</w:t>
      </w:r>
    </w:p>
    <w:p>
      <w:pPr>
        <w:jc w:val="right"/>
      </w:pPr>
      <w:r>
        <w:t>ط فہمی ہونا کوئی برائی نہیں ہے۔</w:t>
      </w:r>
    </w:p>
    <w:p>
      <w:r>
        <w:rPr>
          <w:b/>
        </w:rPr>
        <w:t xml:space="preserve">[34:26] </w:t>
      </w:r>
      <w:r>
        <w:t>burai yeh hai.</w:t>
      </w:r>
    </w:p>
    <w:p>
      <w:pPr>
        <w:jc w:val="right"/>
      </w:pPr>
      <w:r>
        <w:t>برائی یہ ہے۔</w:t>
      </w:r>
    </w:p>
    <w:p>
      <w:r>
        <w:rPr>
          <w:b/>
        </w:rPr>
        <w:t xml:space="preserve">[34:29] </w:t>
      </w:r>
      <w:r>
        <w:t>ke jab bayan kar diya jaye.</w:t>
      </w:r>
    </w:p>
    <w:p>
      <w:pPr>
        <w:jc w:val="right"/>
      </w:pPr>
      <w:r>
        <w:t>کہ جب بیان کر دیا جائے۔</w:t>
      </w:r>
    </w:p>
    <w:p>
      <w:r>
        <w:rPr>
          <w:b/>
        </w:rPr>
        <w:t xml:space="preserve">[34:33] </w:t>
      </w:r>
      <w:r>
        <w:t>tab bhi aap isi par jame rahen aur galati ko na manen.</w:t>
      </w:r>
    </w:p>
    <w:p>
      <w:pPr>
        <w:jc w:val="right"/>
      </w:pPr>
      <w:r>
        <w:t>تب بھی آپ اسی پر جمے رہیں اور غلطی کو نہ مانیں۔</w:t>
      </w:r>
    </w:p>
    <w:p>
      <w:r>
        <w:rPr>
          <w:b/>
        </w:rPr>
        <w:t xml:space="preserve">[34:36] </w:t>
      </w:r>
      <w:r>
        <w:t>yeh hai hadith se maloom hota hai tareeqa.</w:t>
      </w:r>
    </w:p>
    <w:p>
      <w:pPr>
        <w:jc w:val="right"/>
      </w:pPr>
      <w:r>
        <w:t>یہ ہے حدیث سے معلوم ہوتا ہے طریقہ۔</w:t>
      </w:r>
    </w:p>
    <w:p>
      <w:r>
        <w:rPr>
          <w:b/>
        </w:rPr>
        <w:t xml:space="preserve">[34:40] </w:t>
      </w:r>
      <w:r>
        <w:t>ek baar ek aadmi ne.</w:t>
      </w:r>
    </w:p>
    <w:p>
      <w:pPr>
        <w:jc w:val="right"/>
      </w:pPr>
      <w:r>
        <w:t>ایک بار ایک آدمی نے۔</w:t>
      </w:r>
    </w:p>
    <w:p>
      <w:r>
        <w:rPr>
          <w:b/>
        </w:rPr>
        <w:t xml:space="preserve">[34:43] </w:t>
      </w:r>
      <w:r>
        <w:t>aap jante hain ke nabi ke bohat hi zyada qareebi saathi do thay.</w:t>
      </w:r>
    </w:p>
    <w:p>
      <w:pPr>
        <w:jc w:val="right"/>
      </w:pPr>
      <w:r>
        <w:t>آپ جانتے ہیں کہ نبی کے بہت ہی زیادہ قریبی ساتھی دو تھے۔</w:t>
      </w:r>
    </w:p>
    <w:p>
      <w:r>
        <w:rPr>
          <w:b/>
        </w:rPr>
        <w:t xml:space="preserve">[34:46] </w:t>
      </w:r>
      <w:r>
        <w:t>abubakar aur umar.</w:t>
      </w:r>
    </w:p>
    <w:p>
      <w:pPr>
        <w:jc w:val="right"/>
      </w:pPr>
      <w:r>
        <w:t>ابوبکر اور عمر۔</w:t>
      </w:r>
    </w:p>
    <w:p>
      <w:r>
        <w:rPr>
          <w:b/>
        </w:rPr>
        <w:t xml:space="preserve">[34:50] </w:t>
      </w:r>
      <w:r>
        <w:t>abubakar pehle khalifa bane.</w:t>
      </w:r>
    </w:p>
    <w:p>
      <w:pPr>
        <w:jc w:val="right"/>
      </w:pPr>
      <w:r>
        <w:t>ابوبکر پہلے خلیفہ بنے۔</w:t>
      </w:r>
    </w:p>
    <w:p>
      <w:r>
        <w:rPr>
          <w:b/>
        </w:rPr>
        <w:t xml:space="preserve">[34:53] </w:t>
      </w:r>
      <w:r>
        <w:t>Umar Farooq doosre khalifa bane. to in dono ka bohat bada darja hai. in ki baaton ko naqal kiya jata hai. kyunke woh sab rasool Allah se seekhi hui baaten hoti hain. rasool Allah se seekhi hui baaton ko woh dohrate hain. kabhi rasool Allah ke apne alfaaz mein. kabhi khud apne alfaaz mein. lekin hota hai rasool Allah se sab seekha hua sabak.</w:t>
      </w:r>
    </w:p>
    <w:p>
      <w:pPr>
        <w:jc w:val="right"/>
      </w:pPr>
      <w:r>
        <w:t>عمر فاروق دوسرے خلیفہ بنے۔ تو ان دونوں کا بہت بڑا درجہ ہے۔ ان کی باتوں کو نقل کیا جاتا ہے۔ کیونکہ وہ سب رسول اللہ سے سیکھی ہوئی باتیں ہوتی ہیں۔ رسول اللہ سے سیکھی ہوئی باتوں کو وہ دہراتے ہیں۔ کبھی رسول اللہ کے اپنے الفاظ میں۔ کبھی خود اپنے الفاظ میں۔ لیکن ہوتا ہے رسول اللہ سے سب سیکھا ہوا سبق۔</w:t>
      </w:r>
    </w:p>
    <w:p>
      <w:r>
        <w:rPr>
          <w:b/>
        </w:rPr>
        <w:t xml:space="preserve">[35:23] </w:t>
      </w:r>
      <w:r>
        <w:t>to ek baar aisa hua ke ek aadmi ne kisi ki bohat tareef ki ke bara achha hai, bara achha hai, bara achha hai. to Hazrat Umar ne kaha ke kya kabhi tumhari is ke sath koi dealing hui hai? paise ka len den hua hai? to us ne kaha ke nahi. paise ka len den nahi hua. phir aap ne poocha ke kabhi tum ne is ke sath</w:t>
      </w:r>
    </w:p>
    <w:p>
      <w:pPr>
        <w:jc w:val="right"/>
      </w:pPr>
      <w:r>
        <w:t>تو ایک بار ایسا ہوا کہ ایک آدمی نے کسی کی بہت تعریف کی کہ بڑا اچھا ہے، بڑا اچھا ہے، بڑا اچھا ہے۔ تو حضرت عمر نے کہا کہ کیا کبھی تمہاری اس کے ساتھ کوئی ڈیلنگ ہوئی ہے؟ پیسے کا لین دین ہوا ہے؟ تو اس نے کہا کہ نہیں۔ پیسے کا لین دین نہیں ہوا۔ پھر آپ نے پوچھا کہ کبھی تم نے اس کے ساتھ</w:t>
      </w:r>
    </w:p>
    <w:p>
      <w:r>
        <w:rPr>
          <w:b/>
        </w:rPr>
        <w:t xml:space="preserve">[35:53] </w:t>
      </w:r>
      <w:r>
        <w:t>safar kiya hai? safar kiya hai? to agar nahi safar to phir nahi kiya hai.</w:t>
      </w:r>
    </w:p>
    <w:p>
      <w:pPr>
        <w:jc w:val="right"/>
      </w:pPr>
      <w:r>
        <w:t>سفر کیا ہے؟ سفر کیا ہے؟ تو اگر نہیں سفر تو پھر نہیں کیا ہے۔</w:t>
      </w:r>
    </w:p>
    <w:p>
      <w:r>
        <w:rPr>
          <w:b/>
        </w:rPr>
        <w:t xml:space="preserve">[36:01] </w:t>
      </w:r>
      <w:r>
        <w:t>to unhon ne kaha ke phir tum ne is ko masjid mein uthte baithte dekha hoga.</w:t>
      </w:r>
    </w:p>
    <w:p>
      <w:pPr>
        <w:jc w:val="right"/>
      </w:pPr>
      <w:r>
        <w:t>تو انہوں نے کہا کہ پھر تم نے اس کو مسجد میں اٹھتے بیٹھتے دیکھا ہوگا۔</w:t>
      </w:r>
    </w:p>
    <w:p>
      <w:r>
        <w:rPr>
          <w:b/>
        </w:rPr>
        <w:t xml:space="preserve">[36:08] </w:t>
      </w:r>
      <w:r>
        <w:t>phir tum ne is ko masjid mein uthte baithte dekha hoga.</w:t>
      </w:r>
    </w:p>
    <w:p>
      <w:pPr>
        <w:jc w:val="right"/>
      </w:pPr>
      <w:r>
        <w:t>پھر تم نے اس کو مسجد میں اٹھتے بیٹھتے دیکھا ہوگا۔</w:t>
      </w:r>
    </w:p>
    <w:p>
      <w:r>
        <w:rPr>
          <w:b/>
        </w:rPr>
        <w:t xml:space="preserve">[36:16] </w:t>
      </w:r>
      <w:r>
        <w:t>is ka matlab kya hua? ke namaz jo hai,</w:t>
      </w:r>
    </w:p>
    <w:p>
      <w:pPr>
        <w:jc w:val="right"/>
      </w:pPr>
      <w:r>
        <w:t>اس کا مطلب کیا ہوا؟ کہ نماز جو ہے،</w:t>
      </w:r>
    </w:p>
    <w:p>
      <w:r>
        <w:rPr>
          <w:b/>
        </w:rPr>
        <w:t xml:space="preserve">[36:24] </w:t>
      </w:r>
      <w:r>
        <w:t>agar is ke sath acha kirdaar juda hua na ho.</w:t>
      </w:r>
    </w:p>
    <w:p>
      <w:pPr>
        <w:jc w:val="right"/>
      </w:pPr>
      <w:r>
        <w:t>اگر اس کے ساتھ اچھا کردار جڑا ہوا نہ ہو۔</w:t>
      </w:r>
    </w:p>
    <w:p>
      <w:r>
        <w:rPr>
          <w:b/>
        </w:rPr>
        <w:t xml:space="preserve">[36:28] </w:t>
      </w:r>
      <w:r>
        <w:t>imandari juri hui na ho.</w:t>
      </w:r>
    </w:p>
    <w:p>
      <w:pPr>
        <w:jc w:val="right"/>
      </w:pPr>
      <w:r>
        <w:t>ایمانداری جڑی ہوئی نہ ہو۔</w:t>
      </w:r>
    </w:p>
    <w:p>
      <w:r>
        <w:rPr>
          <w:b/>
        </w:rPr>
        <w:t xml:space="preserve">[36:33] </w:t>
      </w:r>
      <w:r>
        <w:t>sahih dealing is ke sath na ho.</w:t>
      </w:r>
    </w:p>
    <w:p>
      <w:pPr>
        <w:jc w:val="right"/>
      </w:pPr>
      <w:r>
        <w:t>صحیح ڈیلنگ اس کے ساتھ نہ ہو۔</w:t>
      </w:r>
    </w:p>
    <w:p>
      <w:r>
        <w:rPr>
          <w:b/>
        </w:rPr>
        <w:t xml:space="preserve">[36:37] </w:t>
      </w:r>
      <w:r>
        <w:t>to uthna baithna hai woh.</w:t>
      </w:r>
    </w:p>
    <w:p>
      <w:pPr>
        <w:jc w:val="right"/>
      </w:pPr>
      <w:r>
        <w:t>تو اٹھنا بیٹھنا ہے وہ۔</w:t>
      </w:r>
    </w:p>
    <w:p>
      <w:r>
        <w:rPr>
          <w:b/>
        </w:rPr>
        <w:t xml:space="preserve">[36:42] </w:t>
      </w:r>
      <w:r>
        <w:t>kyun ke namaz kya hai? namaz yeh hai ke aap khuda ko yaad karen.</w:t>
      </w:r>
    </w:p>
    <w:p>
      <w:pPr>
        <w:jc w:val="right"/>
      </w:pPr>
      <w:r>
        <w:t>کیونکہ نماز کیا ہے؟ نماز یہ ہے کہ آپ خدا کو یاد کریں۔</w:t>
      </w:r>
    </w:p>
    <w:p>
      <w:r>
        <w:rPr>
          <w:b/>
        </w:rPr>
        <w:t xml:space="preserve">[36:46] </w:t>
      </w:r>
      <w:r>
        <w:t>jab khuda ko yaad karen ge to khuda ka khauf aap ke dil mein aaye ga.</w:t>
      </w:r>
    </w:p>
    <w:p>
      <w:pPr>
        <w:jc w:val="right"/>
      </w:pPr>
      <w:r>
        <w:t>جب خدا کو یاد کریں گے تو خدا کا خوف آپ کے دل میں آئے گا۔</w:t>
      </w:r>
    </w:p>
    <w:p>
      <w:r>
        <w:rPr>
          <w:b/>
        </w:rPr>
        <w:t xml:space="preserve">[36:51] </w:t>
      </w:r>
      <w:r>
        <w:t>jab aap kahen ge masjid mein ja kar ke namaz mein ke malik-e-yaum-id-din</w:t>
      </w:r>
    </w:p>
    <w:p>
      <w:pPr>
        <w:jc w:val="right"/>
      </w:pPr>
      <w:r>
        <w:t>جب آپ کہیں گے مسجد میں جا کر کے نماز میں کہ مالک یوم الدین</w:t>
      </w:r>
    </w:p>
    <w:p>
      <w:r>
        <w:rPr>
          <w:b/>
        </w:rPr>
        <w:t xml:space="preserve">[36:55] </w:t>
      </w:r>
      <w:r>
        <w:t>.</w:t>
      </w:r>
    </w:p>
    <w:p>
      <w:pPr>
        <w:jc w:val="right"/>
      </w:pPr>
      <w:r>
        <w:t>۔</w:t>
      </w:r>
    </w:p>
    <w:p>
      <w:r>
        <w:rPr>
          <w:b/>
        </w:rPr>
        <w:t xml:space="preserve">[36:59] </w:t>
      </w:r>
      <w:r>
        <w:t>khudaya to malik hai day of judgment ka.</w:t>
      </w:r>
    </w:p>
    <w:p>
      <w:pPr>
        <w:jc w:val="right"/>
      </w:pPr>
      <w:r>
        <w:t>خدایا تو مالک ہے ڈے آف ججمنٹ کا۔</w:t>
      </w:r>
    </w:p>
    <w:p>
      <w:r>
        <w:rPr>
          <w:b/>
        </w:rPr>
        <w:t xml:space="preserve">[37:02] </w:t>
      </w:r>
      <w:r>
        <w:t>masjid mein jayen ge aap namaz parhne.</w:t>
      </w:r>
    </w:p>
    <w:p>
      <w:pPr>
        <w:jc w:val="right"/>
      </w:pPr>
      <w:r>
        <w:t>مسجد میں جائیں گے آپ نماز پڑھنے۔</w:t>
      </w:r>
    </w:p>
    <w:p>
      <w:r>
        <w:rPr>
          <w:b/>
        </w:rPr>
        <w:t xml:space="preserve">[37:05] </w:t>
      </w:r>
      <w:r>
        <w:t>to har rakat mein yeh parha jata hai.</w:t>
      </w:r>
    </w:p>
    <w:p>
      <w:pPr>
        <w:jc w:val="right"/>
      </w:pPr>
      <w:r>
        <w:t>تو ہر رکعت میں یہ پڑھا جاتا ہے۔</w:t>
      </w:r>
    </w:p>
    <w:p>
      <w:r>
        <w:rPr>
          <w:b/>
        </w:rPr>
        <w:t xml:space="preserve">[37:08] </w:t>
      </w:r>
      <w:r>
        <w:t>malik-e-yaum-id-din.</w:t>
      </w:r>
    </w:p>
    <w:p>
      <w:pPr>
        <w:jc w:val="right"/>
      </w:pPr>
      <w:r>
        <w:t>مالک یوم الدین۔</w:t>
      </w:r>
    </w:p>
    <w:p>
      <w:r>
        <w:rPr>
          <w:b/>
        </w:rPr>
        <w:t xml:space="preserve">[37:12] </w:t>
      </w:r>
      <w:r>
        <w:t>khudaya day of judgment aanay wala hai.</w:t>
      </w:r>
    </w:p>
    <w:p>
      <w:pPr>
        <w:jc w:val="right"/>
      </w:pPr>
      <w:r>
        <w:t>خدایا ڈے آف ججمنٹ آنے والا ہے۔</w:t>
      </w:r>
    </w:p>
    <w:p>
      <w:r>
        <w:rPr>
          <w:b/>
        </w:rPr>
        <w:t xml:space="preserve">[37:15] </w:t>
      </w:r>
      <w:r>
        <w:t>day of judgment mein to hi judge hoga.</w:t>
      </w:r>
    </w:p>
    <w:p>
      <w:pPr>
        <w:jc w:val="right"/>
      </w:pPr>
      <w:r>
        <w:t>ڈے آف ججمنٹ میں تو ہی جج ہوگا۔</w:t>
      </w:r>
    </w:p>
    <w:p>
      <w:r>
        <w:rPr>
          <w:b/>
        </w:rPr>
        <w:t xml:space="preserve">[37:18] </w:t>
      </w:r>
      <w:r>
        <w:t>to faisla kare ga.</w:t>
      </w:r>
    </w:p>
    <w:p>
      <w:pPr>
        <w:jc w:val="right"/>
      </w:pPr>
      <w:r>
        <w:t>تو فیصلہ کرے گا۔</w:t>
      </w:r>
    </w:p>
    <w:p>
      <w:r>
        <w:rPr>
          <w:b/>
        </w:rPr>
        <w:t xml:space="preserve">[37:22] </w:t>
      </w:r>
      <w:r>
        <w:t>is din kisi insan ke paas koi taqat nahi hogi, koi zor nahi hoga.</w:t>
      </w:r>
    </w:p>
    <w:p>
      <w:pPr>
        <w:jc w:val="right"/>
      </w:pPr>
      <w:r>
        <w:t>اس دن کسی انسان کے پاس کوئی طاقت نہیں ہوگی، کوئی زور نہیں ہوگا۔</w:t>
      </w:r>
    </w:p>
    <w:p>
      <w:r>
        <w:rPr>
          <w:b/>
        </w:rPr>
        <w:t xml:space="preserve">[37:25] </w:t>
      </w:r>
      <w:r>
        <w:t>ab masjid mein ja kar woh yeh kehta hai.</w:t>
      </w:r>
    </w:p>
    <w:p>
      <w:pPr>
        <w:jc w:val="right"/>
      </w:pPr>
      <w:r>
        <w:t>اب مسجد میں جا کر وہ یہ کہتا ہے۔</w:t>
      </w:r>
    </w:p>
    <w:p>
      <w:r>
        <w:rPr>
          <w:b/>
        </w:rPr>
        <w:t xml:space="preserve">[37:28] </w:t>
      </w:r>
      <w:r>
        <w:t>to agar is ne zaban se baat ki hai.</w:t>
      </w:r>
    </w:p>
    <w:p>
      <w:pPr>
        <w:jc w:val="right"/>
      </w:pPr>
      <w:r>
        <w:t>تو اگر اس نے زبان سے بات کی ہے۔</w:t>
      </w:r>
    </w:p>
    <w:p>
      <w:r>
        <w:rPr>
          <w:b/>
        </w:rPr>
        <w:t xml:space="preserve">[37:32] </w:t>
      </w:r>
      <w:r>
        <w:t>to is ki zindagi par is ka koi asar nahi aaye ga.</w:t>
      </w:r>
    </w:p>
    <w:p>
      <w:pPr>
        <w:jc w:val="right"/>
      </w:pPr>
      <w:r>
        <w:t>تو اس کی زندگی پر اس کا کوئی اثر نہیں آئے گا۔</w:t>
      </w:r>
    </w:p>
    <w:p>
      <w:r>
        <w:rPr>
          <w:b/>
        </w:rPr>
        <w:t xml:space="preserve">[37:36] </w:t>
      </w:r>
      <w:r>
        <w:t>aur agar is ne sach much dil se kaha hai, samajh kar kaha hai.</w:t>
      </w:r>
    </w:p>
    <w:p>
      <w:pPr>
        <w:jc w:val="right"/>
      </w:pPr>
      <w:r>
        <w:t>اور اگر اس نے سچ مچ دل سے کہا ہے، سمجھ کر کہا ہے۔</w:t>
      </w:r>
    </w:p>
    <w:p>
      <w:r>
        <w:rPr>
          <w:b/>
        </w:rPr>
        <w:t xml:space="preserve">[37:40] </w:t>
      </w:r>
      <w:r>
        <w:t>shaoor ke sath kaha hai.</w:t>
      </w:r>
    </w:p>
    <w:p>
      <w:pPr>
        <w:jc w:val="right"/>
      </w:pPr>
      <w:r>
        <w:t>شعور کے ساتھ کہا ہے۔</w:t>
      </w:r>
    </w:p>
    <w:p>
      <w:r>
        <w:rPr>
          <w:b/>
        </w:rPr>
        <w:t xml:space="preserve">[37:44] </w:t>
      </w:r>
      <w:r>
        <w:t>to masjid se jab nikle ga woh.</w:t>
      </w:r>
    </w:p>
    <w:p>
      <w:pPr>
        <w:jc w:val="right"/>
      </w:pPr>
      <w:r>
        <w:t>تو مسجد سے جب نکلے گا وہ۔</w:t>
      </w:r>
    </w:p>
    <w:p>
      <w:r>
        <w:rPr>
          <w:b/>
        </w:rPr>
        <w:t xml:space="preserve">[37:48] </w:t>
      </w:r>
      <w:r>
        <w:t>to is ki zindagi par is ka asar ho ga.</w:t>
      </w:r>
    </w:p>
    <w:p>
      <w:pPr>
        <w:jc w:val="right"/>
      </w:pPr>
      <w:r>
        <w:t>تو اس کی زندگی پر اس کا اثر ہوگا۔</w:t>
      </w:r>
    </w:p>
    <w:p>
      <w:r>
        <w:rPr>
          <w:b/>
        </w:rPr>
        <w:t xml:space="preserve">[37:52] </w:t>
      </w:r>
      <w:r>
        <w:t>woh apne ko jawab de samjhe ga.</w:t>
      </w:r>
    </w:p>
    <w:p>
      <w:pPr>
        <w:jc w:val="right"/>
      </w:pPr>
      <w:r>
        <w:t>وہ اپنے کو جواب دہ سمجھے گا۔</w:t>
      </w:r>
    </w:p>
    <w:p>
      <w:r>
        <w:rPr>
          <w:b/>
        </w:rPr>
        <w:t xml:space="preserve">[37:56] </w:t>
      </w:r>
      <w:r>
        <w:t>woh soche ga ke mujhe apna ravaiyya theek rakhna chahiye.</w:t>
      </w:r>
    </w:p>
    <w:p>
      <w:pPr>
        <w:jc w:val="right"/>
      </w:pPr>
      <w:r>
        <w:t>وہ سوچے گا کہ مجھے اپنا رویہ ٹھیک رکھنا چاہیے۔</w:t>
      </w:r>
    </w:p>
    <w:p>
      <w:r>
        <w:rPr>
          <w:b/>
        </w:rPr>
        <w:t xml:space="preserve">[38:00] </w:t>
      </w:r>
      <w:r>
        <w:t>taake wahan meri pakar na ho jaye.</w:t>
      </w:r>
    </w:p>
    <w:p>
      <w:pPr>
        <w:jc w:val="right"/>
      </w:pPr>
      <w:r>
        <w:t>تاکہ وہاں میری پکڑ نہ ہو جائے۔</w:t>
      </w:r>
    </w:p>
    <w:p>
      <w:r>
        <w:rPr>
          <w:b/>
        </w:rPr>
        <w:t xml:space="preserve">[38:04] </w:t>
      </w:r>
      <w:r>
        <w:t>to hazrat umar ne jo farmaya ke phir tum ne masjid mein is ko uthte baithte dekha ho ga.</w:t>
      </w:r>
    </w:p>
    <w:p>
      <w:pPr>
        <w:jc w:val="right"/>
      </w:pPr>
      <w:r>
        <w:t>تو حضرت عمر نے جو فرمایا کہ پھر تم نے مسجد میں اس کو اٹھتے بیٹھتے دیکھا ہوگا۔</w:t>
      </w:r>
    </w:p>
    <w:p>
      <w:r>
        <w:rPr>
          <w:b/>
        </w:rPr>
        <w:t xml:space="preserve">[38:09] </w:t>
      </w:r>
      <w:r>
        <w:t>is ka matlab kya tha? is ka matlab yeh tha ke agar is ke dealing mein tum ne</w:t>
      </w:r>
    </w:p>
    <w:p>
      <w:pPr>
        <w:jc w:val="right"/>
      </w:pPr>
      <w:r>
        <w:t>اس کا مطلب کیا تھا؟ اس کا مطلب یہ تھا کہ اگر اس کے ڈیلنگ میں تم نے</w:t>
      </w:r>
    </w:p>
    <w:p>
      <w:r>
        <w:rPr>
          <w:b/>
        </w:rPr>
        <w:t xml:space="preserve">[38:13] </w:t>
      </w:r>
      <w:r>
        <w:t>is ki imandari ko nahi dekha hai.</w:t>
      </w:r>
    </w:p>
    <w:p>
      <w:pPr>
        <w:jc w:val="right"/>
      </w:pPr>
      <w:r>
        <w:t>اس کی ایمانداری کو نہیں دیکھا ہے۔</w:t>
      </w:r>
    </w:p>
    <w:p>
      <w:r>
        <w:rPr>
          <w:b/>
        </w:rPr>
        <w:t xml:space="preserve">[38:18] </w:t>
      </w:r>
      <w:r>
        <w:t>dealing ke waqt is ki imandari tum ne nahi dekhi hai.</w:t>
      </w:r>
    </w:p>
    <w:p>
      <w:pPr>
        <w:jc w:val="right"/>
      </w:pPr>
      <w:r>
        <w:t>ڈیلنگ کے وقت اس کی ایمانداری تم نے نہیں دیکھی ہے۔</w:t>
      </w:r>
    </w:p>
    <w:p>
      <w:r>
        <w:rPr>
          <w:b/>
        </w:rPr>
        <w:t xml:space="preserve">[38:22] </w:t>
      </w:r>
      <w:r>
        <w:t>sath tum ne safar kiya hai aur tumhein nahi dikhaya ke woh aadmi jo hai bohat hi achhe</w:t>
      </w:r>
    </w:p>
    <w:p>
      <w:pPr>
        <w:jc w:val="right"/>
      </w:pPr>
      <w:r>
        <w:t>ساتھ تم نے سفر کیا ہے اور تمہیں نہیں دکھایا کہ وہ آدمی جو ہے بہت ہی اچھے</w:t>
      </w:r>
    </w:p>
    <w:p>
      <w:r>
        <w:rPr>
          <w:b/>
        </w:rPr>
        <w:t xml:space="preserve">[38:27] </w:t>
      </w:r>
      <w:r>
        <w:t>ravaiyye wala hai.</w:t>
      </w:r>
    </w:p>
    <w:p>
      <w:pPr>
        <w:jc w:val="right"/>
      </w:pPr>
      <w:r>
        <w:t>رویے والا ہے۔</w:t>
      </w:r>
    </w:p>
    <w:p>
      <w:r>
        <w:rPr>
          <w:b/>
        </w:rPr>
        <w:t xml:space="preserve">[38:31] </w:t>
      </w:r>
      <w:r>
        <w:t>to phir woh jo tum ne dekha hai woh to uthna baithna tha.</w:t>
      </w:r>
    </w:p>
    <w:p>
      <w:pPr>
        <w:jc w:val="right"/>
      </w:pPr>
      <w:r>
        <w:t>تو پھر وہ جو تم نے دیکھا ہے وہ تو اٹھنا بیٹھنا تھا۔</w:t>
      </w:r>
    </w:p>
    <w:p>
      <w:r>
        <w:rPr>
          <w:b/>
        </w:rPr>
        <w:t xml:space="preserve">[38:37] </w:t>
      </w:r>
      <w:r>
        <w:t>is uthne baithne ne, yaani is namaz ne is ki zindagi mein jab koi inqilab nahi paida kiya.</w:t>
      </w:r>
    </w:p>
    <w:p>
      <w:pPr>
        <w:jc w:val="right"/>
      </w:pPr>
      <w:r>
        <w:t>اس اٹھنے بیٹھنے نے، یعنی اس نماز نے اس کی زندگی میں جب کوئی انقلاب نہیں پیدا کیا۔</w:t>
      </w:r>
    </w:p>
    <w:p>
      <w:r>
        <w:rPr>
          <w:b/>
        </w:rPr>
        <w:t xml:space="preserve">[38:42] </w:t>
      </w:r>
      <w:r>
        <w:t>to phir uthna baithna tha woh.</w:t>
      </w:r>
    </w:p>
    <w:p>
      <w:pPr>
        <w:jc w:val="right"/>
      </w:pPr>
      <w:r>
        <w:t>تو پھر اٹھنا بیٹھنا تھا وہ۔</w:t>
      </w:r>
    </w:p>
    <w:p>
      <w:r>
        <w:rPr>
          <w:b/>
        </w:rPr>
        <w:t xml:space="preserve">[38:48] </w:t>
      </w:r>
      <w:r>
        <w:t>yeh hai jo hum hadith se samajhte hain islam ko.</w:t>
      </w:r>
    </w:p>
    <w:p>
      <w:pPr>
        <w:jc w:val="right"/>
      </w:pPr>
      <w:r>
        <w:t>یہ ہے جو ہم حدیث سے سمجھتے ہیں اسلام کو۔</w:t>
      </w:r>
    </w:p>
    <w:p>
      <w:r>
        <w:rPr>
          <w:b/>
        </w:rPr>
        <w:t xml:space="preserve">[38:53] </w:t>
      </w:r>
      <w:r>
        <w:t>aise hi dekhiye.</w:t>
      </w:r>
    </w:p>
    <w:p>
      <w:pPr>
        <w:jc w:val="right"/>
      </w:pPr>
      <w:r>
        <w:t>ایسے ہی دیکھیے۔</w:t>
      </w:r>
    </w:p>
    <w:p>
      <w:r>
        <w:rPr>
          <w:b/>
        </w:rPr>
        <w:t xml:space="preserve">[38:59] </w:t>
      </w:r>
      <w:r>
        <w:t>ek hadith hai. ke</w:t>
      </w:r>
    </w:p>
    <w:p>
      <w:pPr>
        <w:jc w:val="right"/>
      </w:pPr>
      <w:r>
        <w:t>ایک حدیث ہے۔ کہ</w:t>
      </w:r>
    </w:p>
    <w:p>
      <w:r>
        <w:rPr>
          <w:b/>
        </w:rPr>
        <w:t xml:space="preserve">[39:04] </w:t>
      </w:r>
      <w:r>
        <w:t>ek hadees hai ke al-muslimu man salima al-nasu min lisanihi wa yadihi. Muslim woh hai jis ke hath se aur jis ki zaban se log mehfooz hon. A true Muslim is one by whose hands and tongue people are safe. is</w:t>
      </w:r>
    </w:p>
    <w:p>
      <w:pPr>
        <w:jc w:val="right"/>
      </w:pPr>
      <w:r>
        <w:t>ایک حدیث ہے کہ المسلم من سلم الناس بلسانہ ویدہ مسلم وہ ہے۔ جس کے ہاتھ سے اور جس کی زبان سے لوگ محفوظ ہوں۔ A true Muslim is one by whose hands and tongue people are safe۔ اس</w:t>
      </w:r>
    </w:p>
    <w:p>
      <w:r>
        <w:rPr>
          <w:b/>
        </w:rPr>
        <w:t xml:space="preserve">[39:34] </w:t>
      </w:r>
      <w:r>
        <w:t>ka matlab kya hua? ke agar islam ne aap ko khuda se darne wala banaya hai.</w:t>
      </w:r>
    </w:p>
    <w:p>
      <w:pPr>
        <w:jc w:val="right"/>
      </w:pPr>
      <w:r>
        <w:t>کا مطلب کیا ہوا؟ کہ اگر اسلام نے آپ کو خدا سے ڈرنے والا بنایا ہے۔</w:t>
      </w:r>
    </w:p>
    <w:p>
      <w:r>
        <w:rPr>
          <w:b/>
        </w:rPr>
        <w:t xml:space="preserve">[39:38] </w:t>
      </w:r>
      <w:r>
        <w:t>islam ne aap ke dil mein yeh baat bithai hai.</w:t>
      </w:r>
    </w:p>
    <w:p>
      <w:pPr>
        <w:jc w:val="right"/>
      </w:pPr>
      <w:r>
        <w:t>اسلام نے آپ کے دل میں یہ بات بٹھائی ہے۔</w:t>
      </w:r>
    </w:p>
    <w:p>
      <w:r>
        <w:rPr>
          <w:b/>
        </w:rPr>
        <w:t xml:space="preserve">[39:42] </w:t>
      </w:r>
      <w:r>
        <w:t>ke aakhirat hai, aakhirat mein jana hai.</w:t>
      </w:r>
    </w:p>
    <w:p>
      <w:pPr>
        <w:jc w:val="right"/>
      </w:pPr>
      <w:r>
        <w:t>کہ آخرت ہے، آخرت میں جانا ہے۔</w:t>
      </w:r>
    </w:p>
    <w:p>
      <w:r>
        <w:rPr>
          <w:b/>
        </w:rPr>
        <w:t xml:space="preserve">[39:46] </w:t>
      </w:r>
      <w:r>
        <w:t>wahan hisab kitab hona hai.</w:t>
      </w:r>
    </w:p>
    <w:p>
      <w:pPr>
        <w:jc w:val="right"/>
      </w:pPr>
      <w:r>
        <w:t>وہاں حساب کتاب ہونا ہے۔</w:t>
      </w:r>
    </w:p>
    <w:p>
      <w:r>
        <w:rPr>
          <w:b/>
        </w:rPr>
        <w:t xml:space="preserve">[39:50] </w:t>
      </w:r>
      <w:r>
        <w:t>is ke baad kisi ko behtar jagah mile gi.</w:t>
      </w:r>
    </w:p>
    <w:p>
      <w:pPr>
        <w:jc w:val="right"/>
      </w:pPr>
      <w:r>
        <w:t>اس کے بعد کسی کو بہتر جگہ ملے گی۔</w:t>
      </w:r>
    </w:p>
    <w:p>
      <w:r>
        <w:rPr>
          <w:b/>
        </w:rPr>
        <w:t xml:space="preserve">[39:54] </w:t>
      </w:r>
      <w:r>
        <w:t>koi jannat mein jaye ga.</w:t>
      </w:r>
    </w:p>
    <w:p>
      <w:pPr>
        <w:jc w:val="right"/>
      </w:pPr>
      <w:r>
        <w:t>کوئی جنت میں جائے گا۔</w:t>
      </w:r>
    </w:p>
    <w:p>
      <w:r>
        <w:rPr>
          <w:b/>
        </w:rPr>
        <w:t xml:space="preserve">[39:58] </w:t>
      </w:r>
      <w:r>
        <w:t>yeh sab baatein agar aap ne islam se seekhi hain.</w:t>
      </w:r>
    </w:p>
    <w:p>
      <w:pPr>
        <w:jc w:val="right"/>
      </w:pPr>
      <w:r>
        <w:t>یہ سب باتیں اگر آپ نے اسلام سے سیکھی ہیں۔</w:t>
      </w:r>
    </w:p>
    <w:p>
      <w:r>
        <w:rPr>
          <w:b/>
        </w:rPr>
        <w:t xml:space="preserve">[40:02] </w:t>
      </w:r>
      <w:r>
        <w:t>aur yeh baatein aap ke dil mein baith gayi hain.</w:t>
      </w:r>
    </w:p>
    <w:p>
      <w:pPr>
        <w:jc w:val="right"/>
      </w:pPr>
      <w:r>
        <w:t>اور یہ باتیں آپ کے دل میں بیٹھ گئی ہیں۔</w:t>
      </w:r>
    </w:p>
    <w:p>
      <w:r>
        <w:rPr>
          <w:b/>
        </w:rPr>
        <w:t xml:space="preserve">[40:06] </w:t>
      </w:r>
      <w:r>
        <w:t>to kya hoga? yahi hoga.</w:t>
      </w:r>
    </w:p>
    <w:p>
      <w:pPr>
        <w:jc w:val="right"/>
      </w:pPr>
      <w:r>
        <w:t>تو کیا ہوگا؟ یہی ہوگا۔</w:t>
      </w:r>
    </w:p>
    <w:p>
      <w:r>
        <w:rPr>
          <w:b/>
        </w:rPr>
        <w:t xml:space="preserve">[40:10] </w:t>
      </w:r>
      <w:r>
        <w:t>ke jab aap rasta chalenge.</w:t>
      </w:r>
    </w:p>
    <w:p>
      <w:pPr>
        <w:jc w:val="right"/>
      </w:pPr>
      <w:r>
        <w:t>کہ جب آپ راستہ چلیں گے۔</w:t>
      </w:r>
    </w:p>
    <w:p>
      <w:r>
        <w:rPr>
          <w:b/>
        </w:rPr>
        <w:t xml:space="preserve">[40:14] </w:t>
      </w:r>
      <w:r>
        <w:t>to kisi ko takleef dena nahi chahenge.</w:t>
      </w:r>
    </w:p>
    <w:p>
      <w:pPr>
        <w:jc w:val="right"/>
      </w:pPr>
      <w:r>
        <w:t>تو کسی کو تکلیف دینا نہیں چاہیں گے۔</w:t>
      </w:r>
    </w:p>
    <w:p>
      <w:r>
        <w:rPr>
          <w:b/>
        </w:rPr>
        <w:t xml:space="preserve">[40:17] </w:t>
      </w:r>
      <w:r>
        <w:t>munh se bolenge.</w:t>
      </w:r>
    </w:p>
    <w:p>
      <w:pPr>
        <w:jc w:val="right"/>
      </w:pPr>
      <w:r>
        <w:t>منہ سے بولیں گے۔</w:t>
      </w:r>
    </w:p>
    <w:p>
      <w:r>
        <w:rPr>
          <w:b/>
        </w:rPr>
        <w:t xml:space="preserve">[40:21] </w:t>
      </w:r>
      <w:r>
        <w:t>to kisi ko dukh nahi dena chahenge.</w:t>
      </w:r>
    </w:p>
    <w:p>
      <w:pPr>
        <w:jc w:val="right"/>
      </w:pPr>
      <w:r>
        <w:t>تو کسی کو دکھ نہیں دینا چاہیں گے۔</w:t>
      </w:r>
    </w:p>
    <w:p>
      <w:r>
        <w:rPr>
          <w:b/>
        </w:rPr>
        <w:t xml:space="preserve">[40:25] </w:t>
      </w:r>
      <w:r>
        <w:t>jab bhi kisi se muamla padega.</w:t>
      </w:r>
    </w:p>
    <w:p>
      <w:pPr>
        <w:jc w:val="right"/>
      </w:pPr>
      <w:r>
        <w:t>جب بھی کسی سے معاملہ پڑے گا۔</w:t>
      </w:r>
    </w:p>
    <w:p>
      <w:r>
        <w:rPr>
          <w:b/>
        </w:rPr>
        <w:t xml:space="preserve">[40:29] </w:t>
      </w:r>
      <w:r>
        <w:t>to aap us ke sath nainsafi nahi karenge.</w:t>
      </w:r>
    </w:p>
    <w:p>
      <w:pPr>
        <w:jc w:val="right"/>
      </w:pPr>
      <w:r>
        <w:t>تو آپ اس کے ساتھ ناانصافی نہیں کریں گے۔</w:t>
      </w:r>
    </w:p>
    <w:p>
      <w:r>
        <w:rPr>
          <w:b/>
        </w:rPr>
        <w:t xml:space="preserve">[40:32] </w:t>
      </w:r>
      <w:r>
        <w:t>to yahi farmaya ke al muslim man salima al nasu bi lisanihi wa yadihi muslim is</w:t>
      </w:r>
    </w:p>
    <w:p>
      <w:pPr>
        <w:jc w:val="right"/>
      </w:pPr>
      <w:r>
        <w:t>تو یہی فرمایا کہ المسلم من سلم الناس بلسانہ ویدہ مسلم is</w:t>
      </w:r>
    </w:p>
    <w:p>
      <w:r>
        <w:rPr>
          <w:b/>
        </w:rPr>
        <w:t xml:space="preserve">[40:36] </w:t>
      </w:r>
      <w:r>
        <w:t>one by whose hands and tongue people are safe.</w:t>
      </w:r>
    </w:p>
    <w:p>
      <w:pPr>
        <w:jc w:val="right"/>
      </w:pPr>
      <w:r>
        <w:t>one by whose hands and tongue people are safe۔</w:t>
      </w:r>
    </w:p>
    <w:p>
      <w:r>
        <w:rPr>
          <w:b/>
        </w:rPr>
        <w:t xml:space="preserve">[40:41] </w:t>
      </w:r>
      <w:r>
        <w:t>to muslim naam hai ek rabbani shakhsiyat ka.</w:t>
      </w:r>
    </w:p>
    <w:p>
      <w:pPr>
        <w:jc w:val="right"/>
      </w:pPr>
      <w:r>
        <w:t>تو مسلم نام ہے ایک ربانی شخصیت کا۔</w:t>
      </w:r>
    </w:p>
    <w:p>
      <w:r>
        <w:rPr>
          <w:b/>
        </w:rPr>
        <w:t xml:space="preserve">[40:45] </w:t>
      </w:r>
      <w:r>
        <w:t>ek ilahi shakhsiyat ka.</w:t>
      </w:r>
    </w:p>
    <w:p>
      <w:pPr>
        <w:jc w:val="right"/>
      </w:pPr>
      <w:r>
        <w:t>ایک الٰہی شخصیت کا۔</w:t>
      </w:r>
    </w:p>
    <w:p>
      <w:r>
        <w:rPr>
          <w:b/>
        </w:rPr>
        <w:t xml:space="preserve">[40:50] </w:t>
      </w:r>
      <w:r>
        <w:t>khuda se darne wale insan ka.</w:t>
      </w:r>
    </w:p>
    <w:p>
      <w:pPr>
        <w:jc w:val="right"/>
      </w:pPr>
      <w:r>
        <w:t>خدا سے ڈرنے والے انسان کا۔</w:t>
      </w:r>
    </w:p>
    <w:p>
      <w:r>
        <w:rPr>
          <w:b/>
        </w:rPr>
        <w:t xml:space="preserve">[40:55] </w:t>
      </w:r>
      <w:r>
        <w:t>khuda mein jeene wale insan ka.</w:t>
      </w:r>
    </w:p>
    <w:p>
      <w:pPr>
        <w:jc w:val="right"/>
      </w:pPr>
      <w:r>
        <w:t>خدا میں جینے والے انسان کا۔</w:t>
      </w:r>
    </w:p>
    <w:p>
      <w:r>
        <w:rPr>
          <w:b/>
        </w:rPr>
        <w:t xml:space="preserve">[40:59] </w:t>
      </w:r>
      <w:r>
        <w:t>muslim naam hai us insan ka jo yeh soche.</w:t>
      </w:r>
    </w:p>
    <w:p>
      <w:pPr>
        <w:jc w:val="right"/>
      </w:pPr>
      <w:r>
        <w:t>مسلم نام ہے اس انسان کا جو یہ سوچے۔</w:t>
      </w:r>
    </w:p>
    <w:p>
      <w:r>
        <w:rPr>
          <w:b/>
        </w:rPr>
        <w:t xml:space="preserve">[41:04] </w:t>
      </w:r>
      <w:r>
        <w:t>ke mujhe marna hai.</w:t>
      </w:r>
    </w:p>
    <w:p>
      <w:pPr>
        <w:jc w:val="right"/>
      </w:pPr>
      <w:r>
        <w:t>کہ مجھے مرنا ہے۔</w:t>
      </w:r>
    </w:p>
    <w:p>
      <w:r>
        <w:rPr>
          <w:b/>
        </w:rPr>
        <w:t xml:space="preserve">[41:09] </w:t>
      </w:r>
      <w:r>
        <w:t>marne ke baad khuda ke samne jana hai.</w:t>
      </w:r>
    </w:p>
    <w:p>
      <w:pPr>
        <w:jc w:val="right"/>
      </w:pPr>
      <w:r>
        <w:t>مرنے کے بعد خدا کے سامنے جانا ہے۔</w:t>
      </w:r>
    </w:p>
    <w:p>
      <w:r>
        <w:rPr>
          <w:b/>
        </w:rPr>
        <w:t xml:space="preserve">[41:13] </w:t>
      </w:r>
      <w:r>
        <w:t>hisab kitab hona hai.</w:t>
      </w:r>
    </w:p>
    <w:p>
      <w:pPr>
        <w:jc w:val="right"/>
      </w:pPr>
      <w:r>
        <w:t>حساب کتاب ہونا ہے۔</w:t>
      </w:r>
    </w:p>
    <w:p>
      <w:r>
        <w:rPr>
          <w:b/>
        </w:rPr>
        <w:t xml:space="preserve">[41:18] </w:t>
      </w:r>
      <w:r>
        <w:t>yeh sari baatein jab sochega.</w:t>
      </w:r>
    </w:p>
    <w:p>
      <w:pPr>
        <w:jc w:val="right"/>
      </w:pPr>
      <w:r>
        <w:t>یہ ساری باتیں جب سوچے گا۔</w:t>
      </w:r>
    </w:p>
    <w:p>
      <w:r>
        <w:rPr>
          <w:b/>
        </w:rPr>
        <w:t xml:space="preserve">[41:23] </w:t>
      </w:r>
      <w:r>
        <w:t>to zahir hai ke us ki zindagi mein ek tabdili aayegi.</w:t>
      </w:r>
    </w:p>
    <w:p>
      <w:pPr>
        <w:jc w:val="right"/>
      </w:pPr>
      <w:r>
        <w:t>تو ظاہر ہے کہ اس کی زندگی میں ایک تبدیلی آئے گا۔</w:t>
      </w:r>
    </w:p>
    <w:p>
      <w:r>
        <w:rPr>
          <w:b/>
        </w:rPr>
        <w:t xml:space="preserve">[41:27] </w:t>
      </w:r>
      <w:r>
        <w:t>wo aise hi ban jayega jaisa ke is hadith mein bataya gaya hai.</w:t>
      </w:r>
    </w:p>
    <w:p>
      <w:pPr>
        <w:jc w:val="right"/>
      </w:pPr>
      <w:r>
        <w:t>وہ ایسے ہی بن جائے گا جیسا کہ اس حدیث میں بتایا گیا ہے۔</w:t>
      </w:r>
    </w:p>
    <w:p>
      <w:r>
        <w:rPr>
          <w:b/>
        </w:rPr>
        <w:t xml:space="preserve">[41:32] </w:t>
      </w:r>
      <w:r>
        <w:t>ek hadith hai.</w:t>
      </w:r>
    </w:p>
    <w:p>
      <w:pPr>
        <w:jc w:val="right"/>
      </w:pPr>
      <w:r>
        <w:t>ایک حدیث ہے۔</w:t>
      </w:r>
    </w:p>
    <w:p>
      <w:r>
        <w:rPr>
          <w:b/>
        </w:rPr>
        <w:t xml:space="preserve">[41:37] </w:t>
      </w:r>
      <w:r>
        <w:t>rasool Allah ne farmaya.</w:t>
      </w:r>
    </w:p>
    <w:p>
      <w:pPr>
        <w:jc w:val="right"/>
      </w:pPr>
      <w:r>
        <w:t>رسول اللہ نے فرمایا۔</w:t>
      </w:r>
    </w:p>
    <w:p>
      <w:r>
        <w:rPr>
          <w:b/>
        </w:rPr>
        <w:t xml:space="preserve">[41:41] </w:t>
      </w:r>
      <w:r>
        <w:t>aksaroo zikrahat bil lazzat al maut bohat ziyada yaad karo us cheez ko jo lazzaton ko dhah dene wali hai.</w:t>
      </w:r>
    </w:p>
    <w:p>
      <w:pPr>
        <w:jc w:val="right"/>
      </w:pPr>
      <w:r>
        <w:t>اکثرو ذکرہات باللذات الموت بہت زیادہ یاد کرو اس چیز کو جو لذتوں کو ڈھا دینے والی ہے۔</w:t>
      </w:r>
    </w:p>
    <w:p>
      <w:r>
        <w:rPr>
          <w:b/>
        </w:rPr>
        <w:t xml:space="preserve">[41:47] </w:t>
      </w:r>
      <w:r>
        <w:t>yani maut ko.</w:t>
      </w:r>
    </w:p>
    <w:p>
      <w:pPr>
        <w:jc w:val="right"/>
      </w:pPr>
      <w:r>
        <w:t>یعنی موت کو۔</w:t>
      </w:r>
    </w:p>
    <w:p>
      <w:r>
        <w:rPr>
          <w:b/>
        </w:rPr>
        <w:t xml:space="preserve">[41:54] </w:t>
      </w:r>
      <w:r>
        <w:t>ke aadmi yeh sochey.</w:t>
      </w:r>
    </w:p>
    <w:p>
      <w:pPr>
        <w:jc w:val="right"/>
      </w:pPr>
      <w:r>
        <w:t>کہ آدمی یہ سوچے۔</w:t>
      </w:r>
    </w:p>
    <w:p>
      <w:r>
        <w:rPr>
          <w:b/>
        </w:rPr>
        <w:t xml:space="preserve">[42:00] </w:t>
      </w:r>
      <w:r>
        <w:t>ke mein is dunya mein hamesha nahi rahoon ga.</w:t>
      </w:r>
    </w:p>
    <w:p>
      <w:pPr>
        <w:jc w:val="right"/>
      </w:pPr>
      <w:r>
        <w:t>کہ میں اس دنیا میں ہمیشہ نہیں رہوں گا۔</w:t>
      </w:r>
    </w:p>
    <w:p>
      <w:r>
        <w:rPr>
          <w:b/>
        </w:rPr>
        <w:t xml:space="preserve">[42:06] </w:t>
      </w:r>
      <w:r>
        <w:t>mujhe marna hai.</w:t>
      </w:r>
    </w:p>
    <w:p>
      <w:pPr>
        <w:jc w:val="right"/>
      </w:pPr>
      <w:r>
        <w:t>مجھے مرنا ہے۔</w:t>
      </w:r>
    </w:p>
    <w:p>
      <w:r>
        <w:rPr>
          <w:b/>
        </w:rPr>
        <w:t xml:space="preserve">[42:12] </w:t>
      </w:r>
      <w:r>
        <w:t>mujhe marna hai.</w:t>
      </w:r>
    </w:p>
    <w:p>
      <w:pPr>
        <w:jc w:val="right"/>
      </w:pPr>
      <w:r>
        <w:t>مجھے مرنا ہے۔</w:t>
      </w:r>
    </w:p>
    <w:p>
      <w:r>
        <w:rPr>
          <w:b/>
        </w:rPr>
        <w:t xml:space="preserve">[42:17] </w:t>
      </w:r>
      <w:r>
        <w:t>to marna dekhein kitni ajeeb baat hai.</w:t>
      </w:r>
    </w:p>
    <w:p>
      <w:pPr>
        <w:jc w:val="right"/>
      </w:pPr>
      <w:r>
        <w:t>تو مرنا دیکھیں کتنی عجیب بات ہے۔</w:t>
      </w:r>
    </w:p>
    <w:p>
      <w:r>
        <w:rPr>
          <w:b/>
        </w:rPr>
        <w:t xml:space="preserve">[42:22] </w:t>
      </w:r>
      <w:r>
        <w:t>yani is dunya mein aadmi pachas, saath, sattar saal rehta hai, phir mar jata hai.</w:t>
      </w:r>
    </w:p>
    <w:p>
      <w:pPr>
        <w:jc w:val="right"/>
      </w:pPr>
      <w:r>
        <w:t>یعنی اس دنیا میں آدمی پچاس، ساٹھ، ستر سال رہتا ہے، پھر مر جاتا ہے۔</w:t>
      </w:r>
    </w:p>
    <w:p>
      <w:r>
        <w:rPr>
          <w:b/>
        </w:rPr>
        <w:t xml:space="preserve">[42:26] </w:t>
      </w:r>
      <w:r>
        <w:t>to marna kya hai? marna bohat hi ziyada.</w:t>
      </w:r>
    </w:p>
    <w:p>
      <w:pPr>
        <w:jc w:val="right"/>
      </w:pPr>
      <w:r>
        <w:t>تو مرنا کیا ہے؟ مرنا بہت ہی زیادہ۔</w:t>
      </w:r>
    </w:p>
    <w:p>
      <w:r>
        <w:rPr>
          <w:b/>
        </w:rPr>
        <w:t xml:space="preserve">[42:31] </w:t>
      </w:r>
      <w:r>
        <w:t>bhayank baat hai.</w:t>
      </w:r>
    </w:p>
    <w:p>
      <w:pPr>
        <w:jc w:val="right"/>
      </w:pPr>
      <w:r>
        <w:t>بھیانک بات ہے۔</w:t>
      </w:r>
    </w:p>
    <w:p>
      <w:r>
        <w:rPr>
          <w:b/>
        </w:rPr>
        <w:t xml:space="preserve">[42:35] </w:t>
      </w:r>
      <w:r>
        <w:t>ke marne ke maani kya hain? ke jo kuch aaj aap ke paas hai woh sab kuch chhod</w:t>
      </w:r>
    </w:p>
    <w:p>
      <w:pPr>
        <w:jc w:val="right"/>
      </w:pPr>
      <w:r>
        <w:t>کہ مرنے کے معنی کیا ہیں؟ کہ جو کچھ آج آپ کے پاس ہے وہ سب کچھ چھوڑ</w:t>
      </w:r>
    </w:p>
    <w:p>
      <w:r>
        <w:rPr>
          <w:b/>
        </w:rPr>
        <w:t xml:space="preserve">[42:40] </w:t>
      </w:r>
      <w:r>
        <w:t>kar ek aur dunya mein chala jana.</w:t>
      </w:r>
    </w:p>
    <w:p>
      <w:pPr>
        <w:jc w:val="right"/>
      </w:pPr>
      <w:r>
        <w:t>کر ایک اور دنیا میں چلا جانا۔</w:t>
      </w:r>
    </w:p>
    <w:p>
      <w:r>
        <w:rPr>
          <w:b/>
        </w:rPr>
        <w:t xml:space="preserve">[42:44] </w:t>
      </w:r>
      <w:r>
        <w:t>yeh dunya ek seyarah hai.</w:t>
      </w:r>
    </w:p>
    <w:p>
      <w:pPr>
        <w:jc w:val="right"/>
      </w:pPr>
      <w:r>
        <w:t>یہ دنیا ایک سیارہ ہے۔</w:t>
      </w:r>
    </w:p>
    <w:p>
      <w:r>
        <w:rPr>
          <w:b/>
        </w:rPr>
        <w:t xml:space="preserve">[42:48] </w:t>
      </w:r>
      <w:r>
        <w:t>is seyarah mein aap ko sab kuch mila hua hai.</w:t>
      </w:r>
    </w:p>
    <w:p>
      <w:pPr>
        <w:jc w:val="right"/>
      </w:pPr>
      <w:r>
        <w:t>اس سیارے میں آپ کو سب کچھ ملا ہوا ہے۔</w:t>
      </w:r>
    </w:p>
    <w:p>
      <w:r>
        <w:rPr>
          <w:b/>
        </w:rPr>
        <w:t xml:space="preserve">[42:51] </w:t>
      </w:r>
      <w:r>
        <w:t>yani ghar hai, saathi hain.</w:t>
      </w:r>
    </w:p>
    <w:p>
      <w:pPr>
        <w:jc w:val="right"/>
      </w:pPr>
      <w:r>
        <w:t>یعنی گھر ہے، ساتھی ہیں۔</w:t>
      </w:r>
    </w:p>
    <w:p>
      <w:r>
        <w:rPr>
          <w:b/>
        </w:rPr>
        <w:t xml:space="preserve">[42:54] </w:t>
      </w:r>
      <w:r>
        <w:t>aap ke rishteydaar hain, aap ke azeez hain.</w:t>
      </w:r>
    </w:p>
    <w:p>
      <w:pPr>
        <w:jc w:val="right"/>
      </w:pPr>
      <w:r>
        <w:t>آپ کے رشتہ دار ہیں، آپ کے عزیز ہیں۔</w:t>
      </w:r>
    </w:p>
    <w:p>
      <w:r>
        <w:rPr>
          <w:b/>
        </w:rPr>
        <w:t xml:space="preserve">[42:58] </w:t>
      </w:r>
      <w:r>
        <w:t>aap ka paisa hai, sab samaan hai.</w:t>
      </w:r>
    </w:p>
    <w:p>
      <w:pPr>
        <w:jc w:val="right"/>
      </w:pPr>
      <w:r>
        <w:t>آپ کا پیسہ ہے، سب سامان ہے۔</w:t>
      </w:r>
    </w:p>
    <w:p>
      <w:r>
        <w:rPr>
          <w:b/>
        </w:rPr>
        <w:t xml:space="preserve">[43:01] </w:t>
      </w:r>
      <w:r>
        <w:t>yeh saari cheezein hain jis ke beech mein aap reh rahe hain.</w:t>
      </w:r>
    </w:p>
    <w:p>
      <w:pPr>
        <w:jc w:val="right"/>
      </w:pPr>
      <w:r>
        <w:t>یہ ساری چیزیں ہیں جس کے بیچ میں آپ رہ رہے ہیں۔</w:t>
      </w:r>
    </w:p>
    <w:p>
      <w:r>
        <w:rPr>
          <w:b/>
        </w:rPr>
        <w:t xml:space="preserve">[43:05] </w:t>
      </w:r>
      <w:r>
        <w:t>in sab cheezon ko aap se chheen liya jaye.</w:t>
      </w:r>
    </w:p>
    <w:p>
      <w:pPr>
        <w:jc w:val="right"/>
      </w:pPr>
      <w:r>
        <w:t>ان سب چیزوں کو آپ سے چھین لیا جائے۔</w:t>
      </w:r>
    </w:p>
    <w:p>
      <w:r>
        <w:rPr>
          <w:b/>
        </w:rPr>
        <w:t xml:space="preserve">[43:08] </w:t>
      </w:r>
      <w:r>
        <w:t>bilkul akela, akela, akela.</w:t>
      </w:r>
    </w:p>
    <w:p>
      <w:pPr>
        <w:jc w:val="right"/>
      </w:pPr>
      <w:r>
        <w:t>بالکل اکیلا، اکیلا، اکیلا۔</w:t>
      </w:r>
    </w:p>
    <w:p>
      <w:r>
        <w:rPr>
          <w:b/>
        </w:rPr>
        <w:t xml:space="preserve">[43:11] </w:t>
      </w:r>
      <w:r>
        <w:t>ek aur seyarah mein daal diya jaye, seyarah mein. woh</w:t>
      </w:r>
    </w:p>
    <w:p>
      <w:pPr>
        <w:jc w:val="right"/>
      </w:pPr>
      <w:r>
        <w:t>ایک اور سیارے میں ڈال دیا جائے، سیارے میں۔ وہ</w:t>
      </w:r>
    </w:p>
    <w:p>
      <w:r>
        <w:rPr>
          <w:b/>
        </w:rPr>
        <w:t xml:space="preserve">[43:15] </w:t>
      </w:r>
      <w:r>
        <w:t>sochiye aap. main juzwi taur par is ko main ne tajurba kiya hai. ke ek baar main gaya. roos. jab wahan par abhi communist nizam khatm nahi hua tha, tab ki baat hai. aakhri zamane mein. tab bhi bahut nizam tha wahan par. to kisi wajah se. hum teen aadmi</w:t>
      </w:r>
    </w:p>
    <w:p>
      <w:pPr>
        <w:jc w:val="right"/>
      </w:pPr>
      <w:r>
        <w:t>سوچیے آپ۔ میں جزوی طور پر اس کو میں نے تجربہ کیا ہے۔ کہ ایک بار میں گیا۔ روس۔ جب وہاں پر ابھی کمیونسٹ نظام ختم نہیں ہوا تھا، تب کی بات ہے۔ آخری زمانے میں۔ تب بھی بہت نظام تھا وہاں پر۔ تو کسی وجہ سے۔ ہم تین آدمی</w:t>
      </w:r>
    </w:p>
    <w:p>
      <w:r>
        <w:rPr>
          <w:b/>
        </w:rPr>
        <w:t xml:space="preserve">[43:45] </w:t>
      </w:r>
      <w:r>
        <w:t>the.</w:t>
      </w:r>
    </w:p>
    <w:p>
      <w:pPr>
        <w:jc w:val="right"/>
      </w:pPr>
      <w:r>
        <w:t>تھے۔</w:t>
      </w:r>
    </w:p>
    <w:p>
      <w:r>
        <w:rPr>
          <w:b/>
        </w:rPr>
        <w:t xml:space="preserve">[43:49] </w:t>
      </w:r>
      <w:r>
        <w:t>to kisi wajah se aisa hua ke woh dono aadmi alag ho gaye, mein alag ho gaya.</w:t>
      </w:r>
    </w:p>
    <w:p>
      <w:pPr>
        <w:jc w:val="right"/>
      </w:pPr>
      <w:r>
        <w:t>تو کسی وجہ سے ایسا ہوا کہ وہ دونوں آدمی الگ ہو گئے، میں الگ ہو گیا۔</w:t>
      </w:r>
    </w:p>
    <w:p>
      <w:r>
        <w:rPr>
          <w:b/>
        </w:rPr>
        <w:t xml:space="preserve">[43:53] </w:t>
      </w:r>
      <w:r>
        <w:t>to Moscow ke ek hotel mein tha mein akela.</w:t>
      </w:r>
    </w:p>
    <w:p>
      <w:pPr>
        <w:jc w:val="right"/>
      </w:pPr>
      <w:r>
        <w:t>تو ماسکو کے ایک ہوٹل میں تھا میں اکیلا۔</w:t>
      </w:r>
    </w:p>
    <w:p>
      <w:r>
        <w:rPr>
          <w:b/>
        </w:rPr>
        <w:t xml:space="preserve">[43:57] </w:t>
      </w:r>
      <w:r>
        <w:t>mera guide jo tha woh sham ko chala jata tha apni maa ke paas.</w:t>
      </w:r>
    </w:p>
    <w:p>
      <w:pPr>
        <w:jc w:val="right"/>
      </w:pPr>
      <w:r>
        <w:t>میرا گائیڈ جو تھا وہ شام کو چلا جاتا تھا اپنی ماں کے پاس۔</w:t>
      </w:r>
    </w:p>
    <w:p>
      <w:r>
        <w:rPr>
          <w:b/>
        </w:rPr>
        <w:t xml:space="preserve">[44:02] </w:t>
      </w:r>
      <w:r>
        <w:t>phir kal agli subah ko ata tha woh.</w:t>
      </w:r>
    </w:p>
    <w:p>
      <w:pPr>
        <w:jc w:val="right"/>
      </w:pPr>
      <w:r>
        <w:t>پھر کل اگلی صبح کو آتا تھا وہ۔</w:t>
      </w:r>
    </w:p>
    <w:p>
      <w:r>
        <w:rPr>
          <w:b/>
        </w:rPr>
        <w:t xml:space="preserve">[44:06] </w:t>
      </w:r>
      <w:r>
        <w:t>ab is zamane mein aisa tha ke mosco mein roti bhi nahi milti thi khane ke liye.</w:t>
      </w:r>
    </w:p>
    <w:p>
      <w:pPr>
        <w:jc w:val="right"/>
      </w:pPr>
      <w:r>
        <w:t>اب اس زمانے میں ایسا تھا کہ ماسکو میں روٹی بھی نہیں ملتی تھی کھانے کے لیے۔</w:t>
      </w:r>
    </w:p>
    <w:p>
      <w:r>
        <w:rPr>
          <w:b/>
        </w:rPr>
        <w:t xml:space="preserve">[44:10] </w:t>
      </w:r>
      <w:r>
        <w:t>sirf sookha gosht milta tha.</w:t>
      </w:r>
    </w:p>
    <w:p>
      <w:pPr>
        <w:jc w:val="right"/>
      </w:pPr>
      <w:r>
        <w:t>صرف سوکھا گوشت ملتا تھا۔</w:t>
      </w:r>
    </w:p>
    <w:p>
      <w:r>
        <w:rPr>
          <w:b/>
        </w:rPr>
        <w:t xml:space="preserve">[44:15] </w:t>
      </w:r>
      <w:r>
        <w:t>aur main. vegetarian hoon, mujh se kha bhi nahi jata tha wo. ek ajeeb museebat thi. aur jis se chahoon baat karna. to wo sirf roosi zaban bole. is ko zahir hai ke na hindi aati thi, na angrezi aati thi. na arabic zaban aati thi is ko, na farsi aati thi. sirf roosi zaban jis ko main samajhta nahi tha. to is charon taraf aise log the.</w:t>
      </w:r>
    </w:p>
    <w:p>
      <w:pPr>
        <w:jc w:val="right"/>
      </w:pPr>
      <w:r>
        <w:t>اور میں۔ ویجیٹیرین ہوں، مجھ سے کھا بھی نہیں جاتا تھا وہ۔ ایک عجیب مصیبت تھی۔ اور جس سے چاہوں بات کرنا۔ تو وہ صرف روسی زبان بولے۔ اس کو ظاہر ہے کہ نہ ہندی آتی تھی، نہ انگریزی آتی تھی۔ نہ عربک زبان آتی تھی اس کو، نہ فارسی آتی تھی۔ صرف روسی زبان جس کو میں سمجھتا نہیں تھا۔ تو اس چاروں طرف ایسے لوگ تھے۔</w:t>
      </w:r>
    </w:p>
    <w:p>
      <w:r>
        <w:rPr>
          <w:b/>
        </w:rPr>
        <w:t xml:space="preserve">[44:45] </w:t>
      </w:r>
      <w:r>
        <w:t>road par gaya.</w:t>
      </w:r>
    </w:p>
    <w:p>
      <w:pPr>
        <w:jc w:val="right"/>
      </w:pPr>
      <w:r>
        <w:t>روڈ پر گیا۔</w:t>
      </w:r>
    </w:p>
    <w:p>
      <w:r>
        <w:rPr>
          <w:b/>
        </w:rPr>
        <w:t xml:space="preserve">[44:48] </w:t>
      </w:r>
      <w:r>
        <w:t>to wahan bhi rusi bolne wala.</w:t>
      </w:r>
    </w:p>
    <w:p>
      <w:pPr>
        <w:jc w:val="right"/>
      </w:pPr>
      <w:r>
        <w:t>تو وہاں بھی روسی بولنے والا۔</w:t>
      </w:r>
    </w:p>
    <w:p>
      <w:r>
        <w:rPr>
          <w:b/>
        </w:rPr>
        <w:t xml:space="preserve">[44:51] </w:t>
      </w:r>
      <w:r>
        <w:t>jahan bhi ja raha hai rusi bolne wala.</w:t>
      </w:r>
    </w:p>
    <w:p>
      <w:pPr>
        <w:jc w:val="right"/>
      </w:pPr>
      <w:r>
        <w:t>جہاں بھی جا رہا ہے روسی بولنے والا۔</w:t>
      </w:r>
    </w:p>
    <w:p>
      <w:r>
        <w:rPr>
          <w:b/>
        </w:rPr>
        <w:t xml:space="preserve">[44:54] </w:t>
      </w:r>
      <w:r>
        <w:t>to kahin se rabta nahi hota tha.</w:t>
      </w:r>
    </w:p>
    <w:p>
      <w:pPr>
        <w:jc w:val="right"/>
      </w:pPr>
      <w:r>
        <w:t>تو کہیں سے رابطہ نہیں ہوتا تھا۔</w:t>
      </w:r>
    </w:p>
    <w:p>
      <w:r>
        <w:rPr>
          <w:b/>
        </w:rPr>
        <w:t xml:space="preserve">[44:57] </w:t>
      </w:r>
      <w:r>
        <w:t>ab wahan aap telephone nahi kar sakte kisi ko.</w:t>
      </w:r>
    </w:p>
    <w:p>
      <w:pPr>
        <w:jc w:val="right"/>
      </w:pPr>
      <w:r>
        <w:t>اب وہاں آپ ٹیلی فون نہیں کر سکتے کسی کو۔</w:t>
      </w:r>
    </w:p>
    <w:p>
      <w:r>
        <w:rPr>
          <w:b/>
        </w:rPr>
        <w:t xml:space="preserve">[45:00] </w:t>
      </w:r>
      <w:r>
        <w:t>woh telephone bhi guide ke zariye hota tha.</w:t>
      </w:r>
    </w:p>
    <w:p>
      <w:pPr>
        <w:jc w:val="right"/>
      </w:pPr>
      <w:r>
        <w:t>وہ ٹیلی فون بھی گائیڈ کے ذریعے ہوتا تھا۔</w:t>
      </w:r>
    </w:p>
    <w:p>
      <w:r>
        <w:rPr>
          <w:b/>
        </w:rPr>
        <w:t xml:space="preserve">[45:03] </w:t>
      </w:r>
      <w:r>
        <w:t>hum barah-e-rast telephone nahi kar sakte the kisi ko.</w:t>
      </w:r>
    </w:p>
    <w:p>
      <w:pPr>
        <w:jc w:val="right"/>
      </w:pPr>
      <w:r>
        <w:t>ہم براہ راست ٹیلی فون نہیں کر سکتے تھے کسی کو۔</w:t>
      </w:r>
    </w:p>
    <w:p>
      <w:r>
        <w:rPr>
          <w:b/>
        </w:rPr>
        <w:t xml:space="preserve">[45:06] </w:t>
      </w:r>
      <w:r>
        <w:t>to ek dam aisa lagta tha ke mein cut gaya hoon sari duniya se.</w:t>
      </w:r>
    </w:p>
    <w:p>
      <w:pPr>
        <w:jc w:val="right"/>
      </w:pPr>
      <w:r>
        <w:t>تو ایک دم ایسا لگتا تھا کہ میں کٹ گیا ہوں ساری دنیا سے۔</w:t>
      </w:r>
    </w:p>
    <w:p>
      <w:r>
        <w:rPr>
          <w:b/>
        </w:rPr>
        <w:t xml:space="preserve">[45:09] </w:t>
      </w:r>
      <w:r>
        <w:t>aisi duniya mein pahunch gaya hoon jahan na khane ko hai, na peene ko hai.</w:t>
      </w:r>
    </w:p>
    <w:p>
      <w:pPr>
        <w:jc w:val="right"/>
      </w:pPr>
      <w:r>
        <w:t>ایسی دنیا میں پہنچ گیا ہوں جہاں نہ کھانے کو ہے، نہ پینے کو ہے۔</w:t>
      </w:r>
    </w:p>
    <w:p>
      <w:r>
        <w:rPr>
          <w:b/>
        </w:rPr>
        <w:t xml:space="preserve">[45:12] </w:t>
      </w:r>
      <w:r>
        <w:t>na koi janne wala hai, na koi dost hai, na koi family friend hai, kuch nahi. ek</w:t>
      </w:r>
    </w:p>
    <w:p>
      <w:pPr>
        <w:jc w:val="right"/>
      </w:pPr>
      <w:r>
        <w:t>نہ کوئی جاننے والا ہے، نہ کوئی دوست ہے، نہ کوئی فیملی فرینڈ ہے، کچھ نہیں۔ ایک</w:t>
      </w:r>
    </w:p>
    <w:p>
      <w:r>
        <w:rPr>
          <w:b/>
        </w:rPr>
        <w:t xml:space="preserve">[45:15] </w:t>
      </w:r>
      <w:r>
        <w:t>juzwi tajurba mujhe hua tha ye. us waqt mera jo haal tha. us ko main bayan nahi kar sakta. to bas sochta hoon ke marne ke baad to aadmi. yahi tajurba. bahut zyada bade pemane par hoga. kyunke wahan mujh par jo kuch beet raha tha. phir bhi ye tha ke meri jeb mein return ticket hai. return ticket to hai, wapas ja sakta hoon. yani wahan mera g</w:t>
      </w:r>
    </w:p>
    <w:p>
      <w:pPr>
        <w:jc w:val="right"/>
      </w:pPr>
      <w:r>
        <w:t>جزوی تجربہ مجھے ہوا تھا یہ۔ اس وقت میرا جو حال تھا۔ اس کو میں بیان نہیں کر سکتا۔ تو بس سوچتا ہوں کہ مرنے کے بعد تو آدمی۔ یہی تجربہ۔ بہت زیادہ بڑے پیمانے پر ہوگا۔ کیونکہ وہاں مجھ پر جو کچھ بیت رہا تھا۔ پھر بھی یہ تھا کہ میری جیب میں ریٹرن ٹکٹ ہے۔ ریٹرن ٹکٹ تو ہے، واپس جا سکتا ہوں۔ یعنی وہاں میرا گ</w:t>
      </w:r>
    </w:p>
    <w:p>
      <w:r>
        <w:rPr>
          <w:b/>
        </w:rPr>
        <w:t xml:space="preserve">[45:45] </w:t>
      </w:r>
      <w:r>
        <w:t>guide book, mera guide nahi tha ya khana nahi tha.</w:t>
      </w:r>
    </w:p>
    <w:p>
      <w:pPr>
        <w:jc w:val="right"/>
      </w:pPr>
      <w:r>
        <w:t>ائیڈ بک، میرا گائیڈ نہیں تھا یا کھانا نہیں تھا۔</w:t>
      </w:r>
    </w:p>
    <w:p>
      <w:r>
        <w:rPr>
          <w:b/>
        </w:rPr>
        <w:t xml:space="preserve">[45:50] </w:t>
      </w:r>
      <w:r>
        <w:t>ya aur bhi jo kuch museebatein thin, tab bhi ek return ticket to phir bhi meri jeb mein tha.</w:t>
      </w:r>
    </w:p>
    <w:p>
      <w:pPr>
        <w:jc w:val="right"/>
      </w:pPr>
      <w:r>
        <w:t>یا اور بھی جو کچھ مصیبتیں تھیں، تب بھی ایک ریٹرن ٹکٹ تو پھر بھی میری جیب میں تھا۔</w:t>
      </w:r>
    </w:p>
    <w:p>
      <w:r>
        <w:rPr>
          <w:b/>
        </w:rPr>
        <w:t xml:space="preserve">[45:55] </w:t>
      </w:r>
      <w:r>
        <w:t>jis se mein wapas aa sakta tha india. lekin maut.</w:t>
      </w:r>
    </w:p>
    <w:p>
      <w:pPr>
        <w:jc w:val="right"/>
      </w:pPr>
      <w:r>
        <w:t>جس سے میں واپس آ سکتا تھا انڈیا۔ لیکن موت۔</w:t>
      </w:r>
    </w:p>
    <w:p>
      <w:r>
        <w:rPr>
          <w:b/>
        </w:rPr>
        <w:t xml:space="preserve">[46:00] </w:t>
      </w:r>
      <w:r>
        <w:t>ek aisa safar hai.</w:t>
      </w:r>
    </w:p>
    <w:p>
      <w:pPr>
        <w:jc w:val="right"/>
      </w:pPr>
      <w:r>
        <w:t>ایک ایسا سفر ہے۔</w:t>
      </w:r>
    </w:p>
    <w:p>
      <w:r>
        <w:rPr>
          <w:b/>
        </w:rPr>
        <w:t xml:space="preserve">[46:05] </w:t>
      </w:r>
      <w:r>
        <w:t>jahan aadmi is duniya ko mukammal taur par chhod kar ke ek aur duniya mein chala jata hai.</w:t>
      </w:r>
    </w:p>
    <w:p>
      <w:pPr>
        <w:jc w:val="right"/>
      </w:pPr>
      <w:r>
        <w:t>جہاں آدمی اس دنیا کو مکمل طور پر چھوڑ کر کے ایک اور دنیا میں چلا جاتا ہے۔</w:t>
      </w:r>
    </w:p>
    <w:p>
      <w:r>
        <w:rPr>
          <w:b/>
        </w:rPr>
        <w:t xml:space="preserve">[46:10] </w:t>
      </w:r>
      <w:r>
        <w:t>jahan kuch nahi hai, kuch nahi hai, kuch nahi hai.</w:t>
      </w:r>
    </w:p>
    <w:p>
      <w:pPr>
        <w:jc w:val="right"/>
      </w:pPr>
      <w:r>
        <w:t>جہاں کچھ نہیں ہے، کچھ نہیں ہے، کچھ نہیں ہے۔</w:t>
      </w:r>
    </w:p>
    <w:p>
      <w:r>
        <w:rPr>
          <w:b/>
        </w:rPr>
        <w:t xml:space="preserve">[46:15] </w:t>
      </w:r>
      <w:r>
        <w:t>aur return ticket bhi nahi hai.</w:t>
      </w:r>
    </w:p>
    <w:p>
      <w:pPr>
        <w:jc w:val="right"/>
      </w:pPr>
      <w:r>
        <w:t>اور ریٹرن ٹکٹ بھی نہیں ہے۔</w:t>
      </w:r>
    </w:p>
    <w:p>
      <w:r>
        <w:rPr>
          <w:b/>
        </w:rPr>
        <w:t xml:space="preserve">[46:19] </w:t>
      </w:r>
      <w:r>
        <w:t>wahan se wapsi bhi mumkin nahi hai.</w:t>
      </w:r>
    </w:p>
    <w:p>
      <w:pPr>
        <w:jc w:val="right"/>
      </w:pPr>
      <w:r>
        <w:t>وہاں سے واپسی بھی ممکن نہیں ہے۔</w:t>
      </w:r>
    </w:p>
    <w:p>
      <w:r>
        <w:rPr>
          <w:b/>
        </w:rPr>
        <w:t xml:space="preserve">[46:22] </w:t>
      </w:r>
      <w:r>
        <w:t>to yeh jo farmaya rasool Allah salallahu alaihi wasallam ne ke.</w:t>
      </w:r>
    </w:p>
    <w:p>
      <w:pPr>
        <w:jc w:val="right"/>
      </w:pPr>
      <w:r>
        <w:t>تو یہ جو فرمایا رسول اللہ صلی اللہ علیہ وسلم نے کہ۔</w:t>
      </w:r>
    </w:p>
    <w:p>
      <w:r>
        <w:rPr>
          <w:b/>
        </w:rPr>
        <w:t xml:space="preserve">[46:25] </w:t>
      </w:r>
      <w:r>
        <w:t>ke aksaru zikrahat bil ladhat al maut. maut ko yaad karo.</w:t>
      </w:r>
    </w:p>
    <w:p>
      <w:pPr>
        <w:jc w:val="right"/>
      </w:pPr>
      <w:r>
        <w:t>کہ اکثرو ذکرہات باللذات الموت موت کو یاد کرو۔</w:t>
      </w:r>
    </w:p>
    <w:p>
      <w:r>
        <w:rPr>
          <w:b/>
        </w:rPr>
        <w:t xml:space="preserve">[46:29] </w:t>
      </w:r>
      <w:r>
        <w:t>jo lazzaton ko dha dene wali hai. yani.</w:t>
      </w:r>
    </w:p>
    <w:p>
      <w:pPr>
        <w:jc w:val="right"/>
      </w:pPr>
      <w:r>
        <w:t>جو لذتوں کو ڈھا دینے والی ہے۔ یعنی۔</w:t>
      </w:r>
    </w:p>
    <w:p>
      <w:r>
        <w:rPr>
          <w:b/>
        </w:rPr>
        <w:t xml:space="preserve">[46:32] </w:t>
      </w:r>
      <w:r>
        <w:t>lazat ke mani is ko yoon na samjhein ke koi.</w:t>
      </w:r>
    </w:p>
    <w:p>
      <w:pPr>
        <w:jc w:val="right"/>
      </w:pPr>
      <w:r>
        <w:t>لذت کے معنی اس کو یوں نہ سمجھیں کہ کوئی۔</w:t>
      </w:r>
    </w:p>
    <w:p>
      <w:r>
        <w:rPr>
          <w:b/>
        </w:rPr>
        <w:t xml:space="preserve">[46:35] </w:t>
      </w:r>
      <w:r>
        <w:t>khane peene ki lazat.</w:t>
      </w:r>
    </w:p>
    <w:p>
      <w:pPr>
        <w:jc w:val="right"/>
      </w:pPr>
      <w:r>
        <w:t>کھانے پینے کی لذت۔</w:t>
      </w:r>
    </w:p>
    <w:p>
      <w:r>
        <w:rPr>
          <w:b/>
        </w:rPr>
        <w:t xml:space="preserve">[46:39] </w:t>
      </w:r>
      <w:r>
        <w:t>har cheez mein lazat hoti hai, yaad rakhiye.</w:t>
      </w:r>
    </w:p>
    <w:p>
      <w:pPr>
        <w:jc w:val="right"/>
      </w:pPr>
      <w:r>
        <w:t>ہر چیز میں لذت ہوتی ہے، یاد رکھیے۔</w:t>
      </w:r>
    </w:p>
    <w:p>
      <w:r>
        <w:rPr>
          <w:b/>
        </w:rPr>
        <w:t xml:space="preserve">[46:42] </w:t>
      </w:r>
      <w:r>
        <w:t>ghuroor mein aik lazat hai, apne ko bara keh mein bara hoon</w:t>
      </w:r>
    </w:p>
    <w:p>
      <w:pPr>
        <w:jc w:val="right"/>
      </w:pPr>
      <w:r>
        <w:t>غرور میں ایک لذت ہے، اپنے کو بڑا کہ میں بڑا ہوں</w:t>
      </w:r>
    </w:p>
    <w:p>
      <w:r>
        <w:rPr>
          <w:b/>
        </w:rPr>
        <w:t xml:space="preserve">[46:45] </w:t>
      </w:r>
      <w:r>
        <w:t>.</w:t>
      </w:r>
    </w:p>
    <w:p>
      <w:pPr>
        <w:jc w:val="right"/>
      </w:pPr>
      <w:r>
        <w:t>۔</w:t>
      </w:r>
    </w:p>
    <w:p>
      <w:r>
        <w:rPr>
          <w:b/>
        </w:rPr>
        <w:t xml:space="preserve">[46:49] </w:t>
      </w:r>
      <w:r>
        <w:t>ghussa karne mein lazat hai.</w:t>
      </w:r>
    </w:p>
    <w:p>
      <w:pPr>
        <w:jc w:val="right"/>
      </w:pPr>
      <w:r>
        <w:t>غصہ کرنے میں لذت ہے۔</w:t>
      </w:r>
    </w:p>
    <w:p>
      <w:r>
        <w:rPr>
          <w:b/>
        </w:rPr>
        <w:t xml:space="preserve">[46:52] </w:t>
      </w:r>
      <w:r>
        <w:t>ke apna ghussa utar raha hoon is ke oopar mein.</w:t>
      </w:r>
    </w:p>
    <w:p>
      <w:pPr>
        <w:jc w:val="right"/>
      </w:pPr>
      <w:r>
        <w:t>کہ اپنا غصہ اتار رہا ہوں اس کے اوپر میں۔</w:t>
      </w:r>
    </w:p>
    <w:p>
      <w:r>
        <w:rPr>
          <w:b/>
        </w:rPr>
        <w:t xml:space="preserve">[46:55] </w:t>
      </w:r>
      <w:r>
        <w:t>har khwahish ko poora karne mein lazat hai.</w:t>
      </w:r>
    </w:p>
    <w:p>
      <w:pPr>
        <w:jc w:val="right"/>
      </w:pPr>
      <w:r>
        <w:t>ہر خواہش کو پورا کرنے میں لذت ہے۔</w:t>
      </w:r>
    </w:p>
    <w:p>
      <w:r>
        <w:rPr>
          <w:b/>
        </w:rPr>
        <w:t xml:space="preserve">[46:58] </w:t>
      </w:r>
      <w:r>
        <w:t>woh sara khatam ho jata hai aadmi ka.</w:t>
      </w:r>
    </w:p>
    <w:p>
      <w:pPr>
        <w:jc w:val="right"/>
      </w:pPr>
      <w:r>
        <w:t>وہ سارا ختم ہو جاتا ہے آدمی کا۔</w:t>
      </w:r>
    </w:p>
    <w:p>
      <w:r>
        <w:rPr>
          <w:b/>
        </w:rPr>
        <w:t xml:space="preserve">[47:01] </w:t>
      </w:r>
      <w:r>
        <w:t>ghamand bhi khatam, ghussa bhi khatam.</w:t>
      </w:r>
    </w:p>
    <w:p>
      <w:pPr>
        <w:jc w:val="right"/>
      </w:pPr>
      <w:r>
        <w:t>گھمنڈ بھی ختم، غصہ بھی ختم۔</w:t>
      </w:r>
    </w:p>
    <w:p>
      <w:r>
        <w:rPr>
          <w:b/>
        </w:rPr>
        <w:t xml:space="preserve">[47:04] </w:t>
      </w:r>
      <w:r>
        <w:t>khwahish bhi khatam.</w:t>
      </w:r>
    </w:p>
    <w:p>
      <w:pPr>
        <w:jc w:val="right"/>
      </w:pPr>
      <w:r>
        <w:t>خواہش بھی ختم۔</w:t>
      </w:r>
    </w:p>
    <w:p>
      <w:r>
        <w:rPr>
          <w:b/>
        </w:rPr>
        <w:t xml:space="preserve">[47:07] </w:t>
      </w:r>
      <w:r>
        <w:t>yeh matlab hai is ka.</w:t>
      </w:r>
    </w:p>
    <w:p>
      <w:pPr>
        <w:jc w:val="right"/>
      </w:pPr>
      <w:r>
        <w:t>یہ مطلب ہے اس کا۔</w:t>
      </w:r>
    </w:p>
    <w:p>
      <w:r>
        <w:rPr>
          <w:b/>
        </w:rPr>
        <w:t xml:space="preserve">[47:10] </w:t>
      </w:r>
      <w:r>
        <w:t>to agar sach much yeh soche aadmi.</w:t>
      </w:r>
    </w:p>
    <w:p>
      <w:pPr>
        <w:jc w:val="right"/>
      </w:pPr>
      <w:r>
        <w:t>تو اگر سچ مچ یہ سوچے آدمی۔</w:t>
      </w:r>
    </w:p>
    <w:p>
      <w:r>
        <w:rPr>
          <w:b/>
        </w:rPr>
        <w:t xml:space="preserve">[47:13] </w:t>
      </w:r>
      <w:r>
        <w:t>ke mujhe marna hai.</w:t>
      </w:r>
    </w:p>
    <w:p>
      <w:pPr>
        <w:jc w:val="right"/>
      </w:pPr>
      <w:r>
        <w:t>کہ مجھے مرنا ہے۔</w:t>
      </w:r>
    </w:p>
    <w:p>
      <w:r>
        <w:rPr>
          <w:b/>
        </w:rPr>
        <w:t xml:space="preserve">[47:16] </w:t>
      </w:r>
      <w:r>
        <w:t>ab marne ke baad sab kuch chhoot jaye ga mujh se.</w:t>
      </w:r>
    </w:p>
    <w:p>
      <w:pPr>
        <w:jc w:val="right"/>
      </w:pPr>
      <w:r>
        <w:t>اب مرنے کے بعد سب کچھ چھوٹ جائے گا مجھ سے۔</w:t>
      </w:r>
    </w:p>
    <w:p>
      <w:r>
        <w:rPr>
          <w:b/>
        </w:rPr>
        <w:t xml:space="preserve">[47:20] </w:t>
      </w:r>
      <w:r>
        <w:t>na paisa hoga, na ghar hoga, na saathi honge, na dost honge, na phir na family hogi.</w:t>
      </w:r>
    </w:p>
    <w:p>
      <w:pPr>
        <w:jc w:val="right"/>
      </w:pPr>
      <w:r>
        <w:t>نہ پیسہ ہوگا، نہ گھر ہوگا، نہ ساتھی ہوں گے، نہ دوست ہوں گے، نہ پھر نہ فیملی ہوگی۔</w:t>
      </w:r>
    </w:p>
    <w:p>
      <w:r>
        <w:rPr>
          <w:b/>
        </w:rPr>
        <w:t xml:space="preserve">[47:25] </w:t>
      </w:r>
      <w:r>
        <w:t>na koi market hai, na koi shehar hai.</w:t>
      </w:r>
    </w:p>
    <w:p>
      <w:pPr>
        <w:jc w:val="right"/>
      </w:pPr>
      <w:r>
        <w:t>نہ کوئی مارکیٹ ہے، نہ کوئی شہر ہے۔</w:t>
      </w:r>
    </w:p>
    <w:p>
      <w:r>
        <w:rPr>
          <w:b/>
        </w:rPr>
        <w:t xml:space="preserve">[47:29] </w:t>
      </w:r>
      <w:r>
        <w:t>bilkul hi mein aik samjhein ke desert mein hoon, desert mein.</w:t>
      </w:r>
    </w:p>
    <w:p>
      <w:pPr>
        <w:jc w:val="right"/>
      </w:pPr>
      <w:r>
        <w:t>بالکل ہی میں ایک سمجھیں کہ ڈیزرٹ میں ہوں، ڈیزرٹ میں۔</w:t>
      </w:r>
    </w:p>
    <w:p>
      <w:r>
        <w:rPr>
          <w:b/>
        </w:rPr>
        <w:t xml:space="preserve">[47:33] </w:t>
      </w:r>
      <w:r>
        <w:t>aur wahan se wapsi ki bhi koi shakal nahi hai.</w:t>
      </w:r>
    </w:p>
    <w:p>
      <w:pPr>
        <w:jc w:val="right"/>
      </w:pPr>
      <w:r>
        <w:t>اور وہاں سے واپسی کی بھی کوئی شکل نہیں ہے۔</w:t>
      </w:r>
    </w:p>
    <w:p>
      <w:r>
        <w:rPr>
          <w:b/>
        </w:rPr>
        <w:t xml:space="preserve">[47:37] </w:t>
      </w:r>
      <w:r>
        <w:t>yeh matlab hai is hadees ka.</w:t>
      </w:r>
    </w:p>
    <w:p>
      <w:pPr>
        <w:jc w:val="right"/>
      </w:pPr>
      <w:r>
        <w:t>یہ مطلب ہے اس حدیث کا۔</w:t>
      </w:r>
    </w:p>
    <w:p>
      <w:r>
        <w:rPr>
          <w:b/>
        </w:rPr>
        <w:t xml:space="preserve">[47:42] </w:t>
      </w:r>
      <w:r>
        <w:t>to jab aadmi is tarah soche. to yeh</w:t>
      </w:r>
    </w:p>
    <w:p>
      <w:pPr>
        <w:jc w:val="right"/>
      </w:pPr>
      <w:r>
        <w:t>تو جب آدمی اس طرح سوچے۔ تو یہ</w:t>
      </w:r>
    </w:p>
    <w:p>
      <w:r>
        <w:rPr>
          <w:b/>
        </w:rPr>
        <w:t xml:space="preserve">[47:46] </w:t>
      </w:r>
      <w:r>
        <w:t>soch aadmi ko tanqidi banati hai. tanqidi.</w:t>
      </w:r>
    </w:p>
    <w:p>
      <w:pPr>
        <w:jc w:val="right"/>
      </w:pPr>
      <w:r>
        <w:t>سوچ آدمی کو تنقیدی بناتی ہے۔ تنقیدی۔</w:t>
      </w:r>
    </w:p>
    <w:p>
      <w:r>
        <w:rPr>
          <w:b/>
        </w:rPr>
        <w:t xml:space="preserve">[47:50] </w:t>
      </w:r>
      <w:r>
        <w:t>woh sari cheezein khatam ho jati hain, is ki akkar khatam ho jati hai.</w:t>
      </w:r>
    </w:p>
    <w:p>
      <w:pPr>
        <w:jc w:val="right"/>
      </w:pPr>
      <w:r>
        <w:t>وہ ساری چیزیں ختم ہو جاتی ہیں، اس کی اکڑ ختم ہو جاتی ہے۔</w:t>
      </w:r>
    </w:p>
    <w:p>
      <w:r>
        <w:rPr>
          <w:b/>
        </w:rPr>
        <w:t xml:space="preserve">[47:53] </w:t>
      </w:r>
      <w:r>
        <w:t>ghamand khatam ho jata hai.</w:t>
      </w:r>
    </w:p>
    <w:p>
      <w:pPr>
        <w:jc w:val="right"/>
      </w:pPr>
      <w:r>
        <w:t>گھمنڈ ختم ہو جاتا ہے۔</w:t>
      </w:r>
    </w:p>
    <w:p>
      <w:r>
        <w:rPr>
          <w:b/>
        </w:rPr>
        <w:t xml:space="preserve">[47:57] </w:t>
      </w:r>
      <w:r>
        <w:t>last khatam ho jata hai.</w:t>
      </w:r>
    </w:p>
    <w:p>
      <w:pPr>
        <w:jc w:val="right"/>
      </w:pPr>
      <w:r>
        <w:t>لست ختم ہو جاتا ہے۔</w:t>
      </w:r>
    </w:p>
    <w:p>
      <w:r>
        <w:rPr>
          <w:b/>
        </w:rPr>
        <w:t xml:space="preserve">[48:01] </w:t>
      </w:r>
      <w:r>
        <w:t>haris khatm ho jati hai.</w:t>
      </w:r>
    </w:p>
    <w:p>
      <w:pPr>
        <w:jc w:val="right"/>
      </w:pPr>
      <w:r>
        <w:t>حرص ختم ہو جاتی ہے۔</w:t>
      </w:r>
    </w:p>
    <w:p>
      <w:r>
        <w:rPr>
          <w:b/>
        </w:rPr>
        <w:t xml:space="preserve">[48:04] </w:t>
      </w:r>
      <w:r>
        <w:t>intiqam khatm ho jata hai.</w:t>
      </w:r>
    </w:p>
    <w:p>
      <w:pPr>
        <w:jc w:val="right"/>
      </w:pPr>
      <w:r>
        <w:t>انتقام ختم ہو جاتا ہے۔</w:t>
      </w:r>
    </w:p>
    <w:p>
      <w:r>
        <w:rPr>
          <w:b/>
        </w:rPr>
        <w:t xml:space="preserve">[48:08] </w:t>
      </w:r>
      <w:r>
        <w:t>nainsafi khatm ho jata hai.</w:t>
      </w:r>
    </w:p>
    <w:p>
      <w:pPr>
        <w:jc w:val="right"/>
      </w:pPr>
      <w:r>
        <w:t>ناانصافی ختم ہو جاتا ہے۔</w:t>
      </w:r>
    </w:p>
    <w:p>
      <w:r>
        <w:rPr>
          <w:b/>
        </w:rPr>
        <w:t xml:space="preserve">[48:12] </w:t>
      </w:r>
      <w:r>
        <w:t>sab kuch khatm, sab kuch khatm.</w:t>
      </w:r>
    </w:p>
    <w:p>
      <w:pPr>
        <w:jc w:val="right"/>
      </w:pPr>
      <w:r>
        <w:t>سب کچھ ختم، سب کچھ ختم۔</w:t>
      </w:r>
    </w:p>
    <w:p>
      <w:r>
        <w:rPr>
          <w:b/>
        </w:rPr>
        <w:t xml:space="preserve">[48:15] </w:t>
      </w:r>
      <w:r>
        <w:t>yeh matlab hai is ka.</w:t>
      </w:r>
    </w:p>
    <w:p>
      <w:pPr>
        <w:jc w:val="right"/>
      </w:pPr>
      <w:r>
        <w:t>یہ مطلب ہے اس کا۔</w:t>
      </w:r>
    </w:p>
    <w:p>
      <w:r>
        <w:rPr>
          <w:b/>
        </w:rPr>
        <w:t xml:space="preserve">[48:19] </w:t>
      </w:r>
      <w:r>
        <w:t>aksar zakirul ladhatil maut yani aik hi hadith mein. aap dekhiye.</w:t>
      </w:r>
    </w:p>
    <w:p>
      <w:pPr>
        <w:jc w:val="right"/>
      </w:pPr>
      <w:r>
        <w:t>اکثرو ذکرہات باللذات الموت یعنی ایک ہی حدیث میں۔ آپ دیکھیے۔</w:t>
      </w:r>
    </w:p>
    <w:p>
      <w:r>
        <w:rPr>
          <w:b/>
        </w:rPr>
        <w:t xml:space="preserve">[48:23] </w:t>
      </w:r>
      <w:r>
        <w:t>aik hi hadith mein sari baatein aa gayin.</w:t>
      </w:r>
    </w:p>
    <w:p>
      <w:pPr>
        <w:jc w:val="right"/>
      </w:pPr>
      <w:r>
        <w:t>ایک ہی حدیث میں ساری باتیں آ گئیں۔</w:t>
      </w:r>
    </w:p>
    <w:p>
      <w:r>
        <w:rPr>
          <w:b/>
        </w:rPr>
        <w:t xml:space="preserve">[48:27] </w:t>
      </w:r>
      <w:r>
        <w:t>aik hi hadith mein sari baatein aa gayin.</w:t>
      </w:r>
    </w:p>
    <w:p>
      <w:pPr>
        <w:jc w:val="right"/>
      </w:pPr>
      <w:r>
        <w:t>ایک ہی حدیث میں ساری باتیں آ گئیں۔</w:t>
      </w:r>
    </w:p>
    <w:p>
      <w:r>
        <w:rPr>
          <w:b/>
        </w:rPr>
        <w:t xml:space="preserve">[48:31] </w:t>
      </w:r>
      <w:r>
        <w:t>ke maut ko yaad karo.</w:t>
      </w:r>
    </w:p>
    <w:p>
      <w:pPr>
        <w:jc w:val="right"/>
      </w:pPr>
      <w:r>
        <w:t>کہ موت کو یاد کرو۔</w:t>
      </w:r>
    </w:p>
    <w:p>
      <w:r>
        <w:rPr>
          <w:b/>
        </w:rPr>
        <w:t xml:space="preserve">[48:35] </w:t>
      </w:r>
      <w:r>
        <w:t>to kya hoga? tum khuda wale ban jaoge.</w:t>
      </w:r>
    </w:p>
    <w:p>
      <w:pPr>
        <w:jc w:val="right"/>
      </w:pPr>
      <w:r>
        <w:t>تو کیا ہوگا؟ تم خدا والے بن جاؤ گے۔</w:t>
      </w:r>
    </w:p>
    <w:p>
      <w:r>
        <w:rPr>
          <w:b/>
        </w:rPr>
        <w:t xml:space="preserve">[48:39] </w:t>
      </w:r>
      <w:r>
        <w:t>insanon se mohabbat karoge.</w:t>
      </w:r>
    </w:p>
    <w:p>
      <w:pPr>
        <w:jc w:val="right"/>
      </w:pPr>
      <w:r>
        <w:t>انسانوں سے محبت کرو گے۔</w:t>
      </w:r>
    </w:p>
    <w:p>
      <w:r>
        <w:rPr>
          <w:b/>
        </w:rPr>
        <w:t xml:space="preserve">[48:43] </w:t>
      </w:r>
      <w:r>
        <w:t>nainsafi nahi karoge kisi ke sath.</w:t>
      </w:r>
    </w:p>
    <w:p>
      <w:pPr>
        <w:jc w:val="right"/>
      </w:pPr>
      <w:r>
        <w:t>ناانصافی نہیں کرو گے کسی کے ساتھ۔</w:t>
      </w:r>
    </w:p>
    <w:p>
      <w:r>
        <w:rPr>
          <w:b/>
        </w:rPr>
        <w:t xml:space="preserve">[48:47] </w:t>
      </w:r>
      <w:r>
        <w:t>achhe akhlaq ke sath pesh aaoge.</w:t>
      </w:r>
    </w:p>
    <w:p>
      <w:pPr>
        <w:jc w:val="right"/>
      </w:pPr>
      <w:r>
        <w:t>اچھے اخلاق کے ساتھ پیش آؤ گے۔</w:t>
      </w:r>
    </w:p>
    <w:p>
      <w:r>
        <w:rPr>
          <w:b/>
        </w:rPr>
        <w:t xml:space="preserve">[48:51] </w:t>
      </w:r>
      <w:r>
        <w:t>ghamand khatm ho jayega.</w:t>
      </w:r>
    </w:p>
    <w:p>
      <w:pPr>
        <w:jc w:val="right"/>
      </w:pPr>
      <w:r>
        <w:t>گھمنڈ ختم ہو جائے گا۔</w:t>
      </w:r>
    </w:p>
    <w:p>
      <w:r>
        <w:rPr>
          <w:b/>
        </w:rPr>
        <w:t xml:space="preserve">[48:55] </w:t>
      </w:r>
      <w:r>
        <w:t>ana khatm ho jayega.</w:t>
      </w:r>
    </w:p>
    <w:p>
      <w:pPr>
        <w:jc w:val="right"/>
      </w:pPr>
      <w:r>
        <w:t>انا ختم ہو جائے گا۔</w:t>
      </w:r>
    </w:p>
    <w:p>
      <w:r>
        <w:rPr>
          <w:b/>
        </w:rPr>
        <w:t xml:space="preserve">[48:58] </w:t>
      </w:r>
      <w:r>
        <w:t>yeh jo aadmi ke andar hota hai ke apni ghalti nahi manta.</w:t>
      </w:r>
    </w:p>
    <w:p>
      <w:pPr>
        <w:jc w:val="right"/>
      </w:pPr>
      <w:r>
        <w:t>یہ جو آدمی کے اندر ہوتا ہے کہ اپنی غلطی نہیں مانتا۔</w:t>
      </w:r>
    </w:p>
    <w:p>
      <w:r>
        <w:rPr>
          <w:b/>
        </w:rPr>
        <w:t xml:space="preserve">[49:02] </w:t>
      </w:r>
      <w:r>
        <w:t>wo sab khatm ho jayega.</w:t>
      </w:r>
    </w:p>
    <w:p>
      <w:pPr>
        <w:jc w:val="right"/>
      </w:pPr>
      <w:r>
        <w:t>وہ سب ختم ہو جائے گا۔</w:t>
      </w:r>
    </w:p>
    <w:p>
      <w:r>
        <w:rPr>
          <w:b/>
        </w:rPr>
        <w:t xml:space="preserve">[49:06] </w:t>
      </w:r>
      <w:r>
        <w:t>jab aadmi tanqidi ho jaye.</w:t>
      </w:r>
    </w:p>
    <w:p>
      <w:pPr>
        <w:jc w:val="right"/>
      </w:pPr>
      <w:r>
        <w:t>جب آدمی تنقیدی ہو جائے۔</w:t>
      </w:r>
    </w:p>
    <w:p>
      <w:r>
        <w:rPr>
          <w:b/>
        </w:rPr>
        <w:t xml:space="preserve">[49:10] </w:t>
      </w:r>
      <w:r>
        <w:t>to apne aap sari cheezein khatm ho jati hain.</w:t>
      </w:r>
    </w:p>
    <w:p>
      <w:pPr>
        <w:jc w:val="right"/>
      </w:pPr>
      <w:r>
        <w:t>تو اپنے آپ ساری چیزیں ختم ہو جاتی ہیں۔</w:t>
      </w:r>
    </w:p>
    <w:p>
      <w:r>
        <w:rPr>
          <w:b/>
        </w:rPr>
        <w:t xml:space="preserve">[49:13] </w:t>
      </w:r>
      <w:r>
        <w:t>to maut ki soch jo hai wo aadmi ko zehni tanqidi banati hai.</w:t>
      </w:r>
    </w:p>
    <w:p>
      <w:pPr>
        <w:jc w:val="right"/>
      </w:pPr>
      <w:r>
        <w:t>تو موت کی سوچ جو ہے وہ آدمی کو ذہنی تنقیدی بناتی ہے۔</w:t>
      </w:r>
    </w:p>
    <w:p>
      <w:r>
        <w:rPr>
          <w:b/>
        </w:rPr>
        <w:t xml:space="preserve">[49:17] </w:t>
      </w:r>
      <w:r>
        <w:t>zehni tanqidi ka matlab kya hai</w:t>
      </w:r>
    </w:p>
    <w:p>
      <w:pPr>
        <w:jc w:val="right"/>
      </w:pPr>
      <w:r>
        <w:t>ذہنی تنقیدی کا مطلب کیا ہے</w:t>
      </w:r>
    </w:p>
    <w:p>
      <w:r>
        <w:rPr>
          <w:b/>
        </w:rPr>
        <w:t xml:space="preserve">[49:21] </w:t>
      </w:r>
      <w:r>
        <w:t>? aap dekhiye ek ghubara lijiye, ek balloon ko lijiye. is mein hawa bhari hoti hai, itna bada sa dikhaya jata hai wo. ab hawa nikal di jaye to kya hoga? ek dam chhota sa ho jayega. yani itna bada sa balloon, itna chhota sa ho jayega. to zehni tanqidi ka matlab yahi hai. ke aadmi phoola hua hai, gharoor mein phoola hua hai. ana mein phoola hua hai. mere paas paisa hai, is mein phoola hua hai. me</w:t>
      </w:r>
    </w:p>
    <w:p>
      <w:pPr>
        <w:jc w:val="right"/>
      </w:pPr>
      <w:r>
        <w:t>؟ آپ دیکھیے ایک غبارہ لیجیے، ایک بلون کو لیجیے۔ اس میں ہوا بھری ہوتی ہے، اتنا بڑا سا دکھایا جاتا ہے وہ۔ اب ہوا نکال دی جائے تو کیا ہوگا؟ ایک دم چھوٹا سا ہو جائے گا۔ یعنی اتنا بڑا سا بلون، اتنا چھوٹا سا ہو جائے گا۔ تو ذہنی تنقیدی کا مطلب یہی ہے۔ کہ آدمی پھولا ہوا ہے، غرور میں پھولا ہوا ہے۔ انا میں پھولا ہوا ہے۔ میرے پاس پیسہ ہے، اس میں پھولا ہوا ہے۔ می</w:t>
      </w:r>
    </w:p>
    <w:p>
      <w:r>
        <w:rPr>
          <w:b/>
        </w:rPr>
        <w:t xml:space="preserve">[49:51] </w:t>
      </w:r>
      <w:r>
        <w:t>re pas degree hai, is mein phoola hua hai.</w:t>
      </w:r>
    </w:p>
    <w:p>
      <w:pPr>
        <w:jc w:val="right"/>
      </w:pPr>
      <w:r>
        <w:t>رے پاس ڈگری ہے، اس میں پھولا ہوا ہے۔</w:t>
      </w:r>
    </w:p>
    <w:p>
      <w:r>
        <w:rPr>
          <w:b/>
        </w:rPr>
        <w:t xml:space="preserve">[49:55] </w:t>
      </w:r>
      <w:r>
        <w:t>mere pas yeh hai, mere pas woh hai.</w:t>
      </w:r>
    </w:p>
    <w:p>
      <w:pPr>
        <w:jc w:val="right"/>
      </w:pPr>
      <w:r>
        <w:t>میرے پاس یہ ہے، میرے پاس وہ ہے۔</w:t>
      </w:r>
    </w:p>
    <w:p>
      <w:r>
        <w:rPr>
          <w:b/>
        </w:rPr>
        <w:t xml:space="preserve">[49:59] </w:t>
      </w:r>
      <w:r>
        <w:t>yeh phoola hua hai.</w:t>
      </w:r>
    </w:p>
    <w:p>
      <w:pPr>
        <w:jc w:val="right"/>
      </w:pPr>
      <w:r>
        <w:t>یہ پھولا ہوا ہے۔</w:t>
      </w:r>
    </w:p>
    <w:p>
      <w:r>
        <w:rPr>
          <w:b/>
        </w:rPr>
        <w:t xml:space="preserve">[50:02] </w:t>
      </w:r>
      <w:r>
        <w:t>to maut jo hai.</w:t>
      </w:r>
    </w:p>
    <w:p>
      <w:pPr>
        <w:jc w:val="right"/>
      </w:pPr>
      <w:r>
        <w:t>تو موت جو ہے۔</w:t>
      </w:r>
    </w:p>
    <w:p>
      <w:r>
        <w:rPr>
          <w:b/>
        </w:rPr>
        <w:t xml:space="preserve">[50:06] </w:t>
      </w:r>
      <w:r>
        <w:t>woh samjhiye ke aise hi hai jaise ke ghubare mein.</w:t>
      </w:r>
    </w:p>
    <w:p>
      <w:pPr>
        <w:jc w:val="right"/>
      </w:pPr>
      <w:r>
        <w:t>وہ سمجھیے کہ ایسے ہی ہے جیسے کہ غبارے میں۔</w:t>
      </w:r>
    </w:p>
    <w:p>
      <w:r>
        <w:rPr>
          <w:b/>
        </w:rPr>
        <w:t xml:space="preserve">[50:10] </w:t>
      </w:r>
      <w:r>
        <w:t>ek sui chubhha di jaye, hawa nikal jaye.</w:t>
      </w:r>
    </w:p>
    <w:p>
      <w:pPr>
        <w:jc w:val="right"/>
      </w:pPr>
      <w:r>
        <w:t>ایک سوئی چبھا دی جائے، ہوا نکل جائے۔</w:t>
      </w:r>
    </w:p>
    <w:p>
      <w:r>
        <w:rPr>
          <w:b/>
        </w:rPr>
        <w:t xml:space="preserve">[50:14] </w:t>
      </w:r>
      <w:r>
        <w:t>aise hi maut ki yaad jo hai aadmi ke ghubare ko tod deti hai.</w:t>
      </w:r>
    </w:p>
    <w:p>
      <w:pPr>
        <w:jc w:val="right"/>
      </w:pPr>
      <w:r>
        <w:t>ایسے ہی موت کی یاد جو ہے آدمی کے غبارے کو توڑ دیتی ہے۔</w:t>
      </w:r>
    </w:p>
    <w:p>
      <w:r>
        <w:rPr>
          <w:b/>
        </w:rPr>
        <w:t xml:space="preserve">[50:18] </w:t>
      </w:r>
      <w:r>
        <w:t>is ko zehni tanqidi bana deti hai.</w:t>
      </w:r>
    </w:p>
    <w:p>
      <w:pPr>
        <w:jc w:val="right"/>
      </w:pPr>
      <w:r>
        <w:t>اس کو ذہنی تنقیدی بنا دیتی ہے۔</w:t>
      </w:r>
    </w:p>
    <w:p>
      <w:r>
        <w:rPr>
          <w:b/>
        </w:rPr>
        <w:t xml:space="preserve">[50:21] </w:t>
      </w:r>
      <w:r>
        <w:t>mein samajhta hoon ke insaan ko.</w:t>
      </w:r>
    </w:p>
    <w:p>
      <w:pPr>
        <w:jc w:val="right"/>
      </w:pPr>
      <w:r>
        <w:t>میں سمجھتا ہوں کہ انسان کو۔</w:t>
      </w:r>
    </w:p>
    <w:p>
      <w:r>
        <w:rPr>
          <w:b/>
        </w:rPr>
        <w:t xml:space="preserve">[50:26] </w:t>
      </w:r>
      <w:r>
        <w:t>insaan ki islaah ke liye.</w:t>
      </w:r>
    </w:p>
    <w:p>
      <w:pPr>
        <w:jc w:val="right"/>
      </w:pPr>
      <w:r>
        <w:t>انسان کی اصلاح کے لیے۔</w:t>
      </w:r>
    </w:p>
    <w:p>
      <w:r>
        <w:rPr>
          <w:b/>
        </w:rPr>
        <w:t xml:space="preserve">[50:30] </w:t>
      </w:r>
      <w:r>
        <w:t>jis cheez ko hum kehte hain insaan ki islaah.</w:t>
      </w:r>
    </w:p>
    <w:p>
      <w:pPr>
        <w:jc w:val="right"/>
      </w:pPr>
      <w:r>
        <w:t>جس چیز کو ہم کہتے ہیں انسان کی اصلاح۔</w:t>
      </w:r>
    </w:p>
    <w:p>
      <w:r>
        <w:rPr>
          <w:b/>
        </w:rPr>
        <w:t xml:space="preserve">[50:34] </w:t>
      </w:r>
      <w:r>
        <w:t>toh insaan ki islaah ke liye is se bari koi cheez nahin.</w:t>
      </w:r>
    </w:p>
    <w:p>
      <w:pPr>
        <w:jc w:val="right"/>
      </w:pPr>
      <w:r>
        <w:t>تو انسان کی اصلاح کے لیے اس سے بڑی کوئی چیز نہیں۔</w:t>
      </w:r>
    </w:p>
    <w:p>
      <w:r>
        <w:rPr>
          <w:b/>
        </w:rPr>
        <w:t xml:space="preserve">[50:39] </w:t>
      </w:r>
      <w:r>
        <w:t>ke woh maut ko yaad karta rahe.</w:t>
      </w:r>
    </w:p>
    <w:p>
      <w:pPr>
        <w:jc w:val="right"/>
      </w:pPr>
      <w:r>
        <w:t>کہ وہ موت کو یاد کرتا رہے۔</w:t>
      </w:r>
    </w:p>
    <w:p>
      <w:r>
        <w:rPr>
          <w:b/>
        </w:rPr>
        <w:t xml:space="preserve">[50:43] </w:t>
      </w:r>
      <w:r>
        <w:t>maine mehsoos kiya hai ke log qabristan mein ja kar bhi maut ko yaad nahin karte.</w:t>
      </w:r>
    </w:p>
    <w:p>
      <w:pPr>
        <w:jc w:val="right"/>
      </w:pPr>
      <w:r>
        <w:t>میں نے محسوس کیا ہے کہ لوگ قبرستان میں جا کر بھی موت کو یاد نہیں کرتے۔</w:t>
      </w:r>
    </w:p>
    <w:p>
      <w:r>
        <w:rPr>
          <w:b/>
        </w:rPr>
        <w:t xml:space="preserve">[50:47] </w:t>
      </w:r>
      <w:r>
        <w:t>yaani ek ek</w:t>
      </w:r>
    </w:p>
    <w:p>
      <w:pPr>
        <w:jc w:val="right"/>
      </w:pPr>
      <w:r>
        <w:t>یعنی ایک ایک</w:t>
      </w:r>
    </w:p>
    <w:p>
      <w:r>
        <w:rPr>
          <w:b/>
        </w:rPr>
        <w:t xml:space="preserve">[50:52] </w:t>
      </w:r>
      <w:r>
        <w:t>ek murda rakha hua hai, dafan hone wala hai.</w:t>
      </w:r>
    </w:p>
    <w:p>
      <w:pPr>
        <w:jc w:val="right"/>
      </w:pPr>
      <w:r>
        <w:t>ایک مردہ رکھا ہوا ہے، دفن ہونے والا ہے۔</w:t>
      </w:r>
    </w:p>
    <w:p>
      <w:r>
        <w:rPr>
          <w:b/>
        </w:rPr>
        <w:t xml:space="preserve">[50:55] </w:t>
      </w:r>
      <w:r>
        <w:t>wahan bhi baatein karte hain idhar udhar ki.</w:t>
      </w:r>
    </w:p>
    <w:p>
      <w:pPr>
        <w:jc w:val="right"/>
      </w:pPr>
      <w:r>
        <w:t>وہاں بھی باتیں کرتے ہیں ادھر ادھر کی۔</w:t>
      </w:r>
    </w:p>
    <w:p>
      <w:r>
        <w:rPr>
          <w:b/>
        </w:rPr>
        <w:t xml:space="preserve">[50:59] </w:t>
      </w:r>
      <w:r>
        <w:t>ho haa karte hain, wahan bhi ho haa culture chalate hain.</w:t>
      </w:r>
    </w:p>
    <w:p>
      <w:pPr>
        <w:jc w:val="right"/>
      </w:pPr>
      <w:r>
        <w:t>ہو ہا کرتے ہیں، وہاں بھی ہو ہا کلچر چلاتے ہیں۔</w:t>
      </w:r>
    </w:p>
    <w:p>
      <w:r>
        <w:rPr>
          <w:b/>
        </w:rPr>
        <w:t xml:space="preserve">[51:03] </w:t>
      </w:r>
      <w:r>
        <w:t>kyun? ajeeb hai ke insaan ke andar yeh sifat hai.</w:t>
      </w:r>
    </w:p>
    <w:p>
      <w:pPr>
        <w:jc w:val="right"/>
      </w:pPr>
      <w:r>
        <w:t>کیوں؟ عجیب ہے کہ انسان کے اندر یہ صفت ہے۔</w:t>
      </w:r>
    </w:p>
    <w:p>
      <w:r>
        <w:rPr>
          <w:b/>
        </w:rPr>
        <w:t xml:space="preserve">[51:07] </w:t>
      </w:r>
      <w:r>
        <w:t>ke apne ko exclude kar lena.</w:t>
      </w:r>
    </w:p>
    <w:p>
      <w:pPr>
        <w:jc w:val="right"/>
      </w:pPr>
      <w:r>
        <w:t>کہ اپنے کو ایکسکلوڈ کر لینا۔</w:t>
      </w:r>
    </w:p>
    <w:p>
      <w:r>
        <w:rPr>
          <w:b/>
        </w:rPr>
        <w:t xml:space="preserve">[51:10] </w:t>
      </w:r>
      <w:r>
        <w:t>apne ko exclude kar lena.</w:t>
      </w:r>
    </w:p>
    <w:p>
      <w:pPr>
        <w:jc w:val="right"/>
      </w:pPr>
      <w:r>
        <w:t>اپنے کو ایکسکلوڈ کر لینا۔</w:t>
      </w:r>
    </w:p>
    <w:p>
      <w:r>
        <w:rPr>
          <w:b/>
        </w:rPr>
        <w:t xml:space="preserve">[51:14] </w:t>
      </w:r>
      <w:r>
        <w:t>laashaoori taur par zyada tar hota hai aisa.</w:t>
      </w:r>
    </w:p>
    <w:p>
      <w:pPr>
        <w:jc w:val="right"/>
      </w:pPr>
      <w:r>
        <w:t>لاشعوری طور پر زیادہ تر ہوتا ہے ایسا۔</w:t>
      </w:r>
    </w:p>
    <w:p>
      <w:r>
        <w:rPr>
          <w:b/>
        </w:rPr>
        <w:t xml:space="preserve">[51:18] </w:t>
      </w:r>
      <w:r>
        <w:t>ke woh mar gaya, mujhe toh marna nahin hai. yaani munh</w:t>
      </w:r>
    </w:p>
    <w:p>
      <w:pPr>
        <w:jc w:val="right"/>
      </w:pPr>
      <w:r>
        <w:t>کہ وہ مر گیا، مجھے تو مرنا نہیں ہے۔ یعنی منہ</w:t>
      </w:r>
    </w:p>
    <w:p>
      <w:r>
        <w:rPr>
          <w:b/>
        </w:rPr>
        <w:t xml:space="preserve">[51:22] </w:t>
      </w:r>
      <w:r>
        <w:t>se nahin koi bolta yeh baat.</w:t>
      </w:r>
    </w:p>
    <w:p>
      <w:pPr>
        <w:jc w:val="right"/>
      </w:pPr>
      <w:r>
        <w:t>سے نہیں کوئی بولتا یہ بات۔</w:t>
      </w:r>
    </w:p>
    <w:p>
      <w:r>
        <w:rPr>
          <w:b/>
        </w:rPr>
        <w:t xml:space="preserve">[51:25] </w:t>
      </w:r>
      <w:r>
        <w:t>لیکن اپنے کو exclude kar leta hai woh.</w:t>
      </w:r>
    </w:p>
    <w:p>
      <w:pPr>
        <w:jc w:val="right"/>
      </w:pPr>
      <w:r>
        <w:t>لیکن اپنے کو ایکسکلوڈ کر لیتا ہے وہ۔</w:t>
      </w:r>
    </w:p>
    <w:p>
      <w:r>
        <w:rPr>
          <w:b/>
        </w:rPr>
        <w:t xml:space="preserve">[51:28] </w:t>
      </w:r>
      <w:r>
        <w:t>ke woh toh mar gaya lekin mujhe toh marna hai nahin.</w:t>
      </w:r>
    </w:p>
    <w:p>
      <w:pPr>
        <w:jc w:val="right"/>
      </w:pPr>
      <w:r>
        <w:t>کہ وہ تو مر گیا لیکن مجھے تو مرنا ہے نہیں۔</w:t>
      </w:r>
    </w:p>
    <w:p>
      <w:r>
        <w:rPr>
          <w:b/>
        </w:rPr>
        <w:t xml:space="preserve">[51:31] </w:t>
      </w:r>
      <w:r>
        <w:t>agar yeh ehsaas ho ke.</w:t>
      </w:r>
    </w:p>
    <w:p>
      <w:pPr>
        <w:jc w:val="right"/>
      </w:pPr>
      <w:r>
        <w:t>اگر یہ احساس ہو کہ۔</w:t>
      </w:r>
    </w:p>
    <w:p>
      <w:r>
        <w:rPr>
          <w:b/>
        </w:rPr>
        <w:t xml:space="preserve">[51:34] </w:t>
      </w:r>
      <w:r>
        <w:t>aaj woh kal hamari bari hai.</w:t>
      </w:r>
    </w:p>
    <w:p>
      <w:pPr>
        <w:jc w:val="right"/>
      </w:pPr>
      <w:r>
        <w:t>آج وہ کل ہماری باری ہے۔</w:t>
      </w:r>
    </w:p>
    <w:p>
      <w:r>
        <w:rPr>
          <w:b/>
        </w:rPr>
        <w:t xml:space="preserve">[51:37] </w:t>
      </w:r>
      <w:r>
        <w:t>aaj woh mar gaya, kal mujhe marna hai.</w:t>
      </w:r>
    </w:p>
    <w:p>
      <w:pPr>
        <w:jc w:val="right"/>
      </w:pPr>
      <w:r>
        <w:t>آج وہ مر گیا، کل مجھے مرنا ہے۔</w:t>
      </w:r>
    </w:p>
    <w:p>
      <w:r>
        <w:rPr>
          <w:b/>
        </w:rPr>
        <w:t xml:space="preserve">[51:40] </w:t>
      </w:r>
      <w:r>
        <w:t>toh mein yeh samajhta hoon ke log.</w:t>
      </w:r>
    </w:p>
    <w:p>
      <w:pPr>
        <w:jc w:val="right"/>
      </w:pPr>
      <w:r>
        <w:t>تو میں یہ سمجھتا ہوں کہ لوگ۔</w:t>
      </w:r>
    </w:p>
    <w:p>
      <w:r>
        <w:rPr>
          <w:b/>
        </w:rPr>
        <w:t xml:space="preserve">[51:43] </w:t>
      </w:r>
      <w:r>
        <w:t>aaj kal jo haal logon ka wahi rahe.</w:t>
      </w:r>
    </w:p>
    <w:p>
      <w:pPr>
        <w:jc w:val="right"/>
      </w:pPr>
      <w:r>
        <w:t>آج کل جو حال لوگوں کا وہی رہے۔</w:t>
      </w:r>
    </w:p>
    <w:p>
      <w:r>
        <w:rPr>
          <w:b/>
        </w:rPr>
        <w:t xml:space="preserve">[51:47] </w:t>
      </w:r>
      <w:r>
        <w:t>jab bhi mein gaya hoon janaze mein, bas qabristan mein.</w:t>
      </w:r>
    </w:p>
    <w:p>
      <w:pPr>
        <w:jc w:val="right"/>
      </w:pPr>
      <w:r>
        <w:t>جب بھی میں گیا ہوں جنازے میں، بس قبرستان میں۔</w:t>
      </w:r>
    </w:p>
    <w:p>
      <w:r>
        <w:rPr>
          <w:b/>
        </w:rPr>
        <w:t xml:space="preserve">[51:50] </w:t>
      </w:r>
      <w:r>
        <w:t>to maine dekha ke log idhar udhar ki baatein kar rahe hain.</w:t>
      </w:r>
    </w:p>
    <w:p>
      <w:pPr>
        <w:jc w:val="right"/>
      </w:pPr>
      <w:r>
        <w:t>تو میں نے دیکھا کہ لوگ ادھر ادھر کی باتیں کر رہے ہیں۔</w:t>
      </w:r>
    </w:p>
    <w:p>
      <w:r>
        <w:rPr>
          <w:b/>
        </w:rPr>
        <w:t xml:space="preserve">[51:53] </w:t>
      </w:r>
      <w:r>
        <w:t>aik dam be fikri ke sath.</w:t>
      </w:r>
    </w:p>
    <w:p>
      <w:pPr>
        <w:jc w:val="right"/>
      </w:pPr>
      <w:r>
        <w:t>ایک دم بے فکری کے ساتھ۔</w:t>
      </w:r>
    </w:p>
    <w:p>
      <w:r>
        <w:rPr>
          <w:b/>
        </w:rPr>
        <w:t xml:space="preserve">[51:56] </w:t>
      </w:r>
      <w:r>
        <w:t>kisi ko koi pareshani nahin.</w:t>
      </w:r>
    </w:p>
    <w:p>
      <w:pPr>
        <w:jc w:val="right"/>
      </w:pPr>
      <w:r>
        <w:t>کسی کو کوئی پریشانی نہیں۔</w:t>
      </w:r>
    </w:p>
    <w:p>
      <w:r>
        <w:rPr>
          <w:b/>
        </w:rPr>
        <w:t xml:space="preserve">[51:59] </w:t>
      </w:r>
      <w:r>
        <w:t>to kya agar sach much yeh samjhein.</w:t>
      </w:r>
    </w:p>
    <w:p>
      <w:pPr>
        <w:jc w:val="right"/>
      </w:pPr>
      <w:r>
        <w:t>تو کیا اگر سچ مچ یہ سمجھیں۔</w:t>
      </w:r>
    </w:p>
    <w:p>
      <w:r>
        <w:rPr>
          <w:b/>
        </w:rPr>
        <w:t xml:space="preserve">[52:03] </w:t>
      </w:r>
      <w:r>
        <w:t>ke aaj woh kal hamari bari hai.</w:t>
      </w:r>
    </w:p>
    <w:p>
      <w:pPr>
        <w:jc w:val="right"/>
      </w:pPr>
      <w:r>
        <w:t>کہ آج وہ کل ہماری باری ہے۔</w:t>
      </w:r>
    </w:p>
    <w:p>
      <w:r>
        <w:rPr>
          <w:b/>
        </w:rPr>
        <w:t xml:space="preserve">[52:06] </w:t>
      </w:r>
      <w:r>
        <w:t>to aisa ho sakta hai? yeh insaan ki bohat bari bhool hai.</w:t>
      </w:r>
    </w:p>
    <w:p>
      <w:pPr>
        <w:jc w:val="right"/>
      </w:pPr>
      <w:r>
        <w:t>تو ایسا ہو سکتا ہے؟ یہ انسان کی بہت بڑی بھول ہے۔</w:t>
      </w:r>
    </w:p>
    <w:p>
      <w:r>
        <w:rPr>
          <w:b/>
        </w:rPr>
        <w:t xml:space="preserve">[52:09] </w:t>
      </w:r>
      <w:r>
        <w:t>کہ اپنے کو exclude کر لیتا ہے وہ۔</w:t>
      </w:r>
    </w:p>
    <w:p>
      <w:pPr>
        <w:jc w:val="right"/>
      </w:pPr>
      <w:r>
        <w:t>کہ اپنے کو ایکسکلوڈ کر لیتا ہے وہ۔</w:t>
      </w:r>
    </w:p>
    <w:p>
      <w:r>
        <w:rPr>
          <w:b/>
        </w:rPr>
        <w:t xml:space="preserve">[52:13] </w:t>
      </w:r>
      <w:r>
        <w:t>jaise misaal ke taur par dekhiye, har ghar mein aap is ki misaal dekh sakte hain.</w:t>
      </w:r>
    </w:p>
    <w:p>
      <w:pPr>
        <w:jc w:val="right"/>
      </w:pPr>
      <w:r>
        <w:t>جیسے مثال کے طور پر دیکھیے، ہر گھر میں آپ اس کی مثال دیکھ سکتے ہیں۔</w:t>
      </w:r>
    </w:p>
    <w:p>
      <w:r>
        <w:rPr>
          <w:b/>
        </w:rPr>
        <w:t xml:space="preserve">[52:16] </w:t>
      </w:r>
      <w:r>
        <w:t>ke bachche pampering mein kharab ho rahe hain.</w:t>
      </w:r>
    </w:p>
    <w:p>
      <w:pPr>
        <w:jc w:val="right"/>
      </w:pPr>
      <w:r>
        <w:t>کہ بچے پیمپرنگ میں خراب ہو رہے ہیں۔</w:t>
      </w:r>
    </w:p>
    <w:p>
      <w:r>
        <w:rPr>
          <w:b/>
        </w:rPr>
        <w:t xml:space="preserve">[52:19] </w:t>
      </w:r>
      <w:r>
        <w:t>har ghar ke bachche.</w:t>
      </w:r>
    </w:p>
    <w:p>
      <w:pPr>
        <w:jc w:val="right"/>
      </w:pPr>
      <w:r>
        <w:t>ہر گھر کے بچے۔</w:t>
      </w:r>
    </w:p>
    <w:p>
      <w:r>
        <w:rPr>
          <w:b/>
        </w:rPr>
        <w:t xml:space="preserve">[52:23] </w:t>
      </w:r>
      <w:r>
        <w:t>lekin jante hue apne bachchon ki pampering karta hai woh. aik baap.</w:t>
      </w:r>
    </w:p>
    <w:p>
      <w:pPr>
        <w:jc w:val="right"/>
      </w:pPr>
      <w:r>
        <w:t>لیکن جانتے ہوئے اپنے بچوں کی پیمپرنگ کرتا ہے وہ۔ ایک باپ۔</w:t>
      </w:r>
    </w:p>
    <w:p>
      <w:r>
        <w:rPr>
          <w:b/>
        </w:rPr>
        <w:t xml:space="preserve">[52:26] </w:t>
      </w:r>
      <w:r>
        <w:t>jo janta hai ke parosi ka bachcha.</w:t>
      </w:r>
    </w:p>
    <w:p>
      <w:pPr>
        <w:jc w:val="right"/>
      </w:pPr>
      <w:r>
        <w:t>جو جانتا ہے کہ پڑوسی کا بچہ۔</w:t>
      </w:r>
    </w:p>
    <w:p>
      <w:r>
        <w:rPr>
          <w:b/>
        </w:rPr>
        <w:t xml:space="preserve">[52:30] </w:t>
      </w:r>
      <w:r>
        <w:t>pampering mein kharab ho gaya.</w:t>
      </w:r>
    </w:p>
    <w:p>
      <w:pPr>
        <w:jc w:val="right"/>
      </w:pPr>
      <w:r>
        <w:t>پیمپرنگ میں خراب ہو گیا۔</w:t>
      </w:r>
    </w:p>
    <w:p>
      <w:r>
        <w:rPr>
          <w:b/>
        </w:rPr>
        <w:t xml:space="preserve">[52:33] </w:t>
      </w:r>
      <w:r>
        <w:t>woh bachcha pampering mein kharab ho gaya.</w:t>
      </w:r>
    </w:p>
    <w:p>
      <w:pPr>
        <w:jc w:val="right"/>
      </w:pPr>
      <w:r>
        <w:t>وہ بچہ پیمپرنگ میں خراب ہو گیا۔</w:t>
      </w:r>
    </w:p>
    <w:p>
      <w:r>
        <w:rPr>
          <w:b/>
        </w:rPr>
        <w:t xml:space="preserve">[52:36] </w:t>
      </w:r>
      <w:r>
        <w:t>woh bachcha pampering mein kharab ho gaya.</w:t>
      </w:r>
    </w:p>
    <w:p>
      <w:pPr>
        <w:jc w:val="right"/>
      </w:pPr>
      <w:r>
        <w:t>وہ بچہ پیمپرنگ میں خراب ہو گیا۔</w:t>
      </w:r>
    </w:p>
    <w:p>
      <w:r>
        <w:rPr>
          <w:b/>
        </w:rPr>
        <w:t xml:space="preserve">[52:40] </w:t>
      </w:r>
      <w:r>
        <w:t>laad pyaar mein kharab ho gaya.</w:t>
      </w:r>
    </w:p>
    <w:p>
      <w:pPr>
        <w:jc w:val="right"/>
      </w:pPr>
      <w:r>
        <w:t>لاٹھ پیار میں خراب ہو گیا۔</w:t>
      </w:r>
    </w:p>
    <w:p>
      <w:r>
        <w:rPr>
          <w:b/>
        </w:rPr>
        <w:t xml:space="preserve">[52:43] </w:t>
      </w:r>
      <w:r>
        <w:t>lekin apne bachche ke sath phir dobara wahi karta hai woh.</w:t>
      </w:r>
    </w:p>
    <w:p>
      <w:pPr>
        <w:jc w:val="right"/>
      </w:pPr>
      <w:r>
        <w:t>لیکن اپنے بچے کے ساتھ پھر دوبارہ وہی کرتا ہے وہ۔</w:t>
      </w:r>
    </w:p>
    <w:p>
      <w:r>
        <w:rPr>
          <w:b/>
        </w:rPr>
        <w:t xml:space="preserve">[52:46] </w:t>
      </w:r>
      <w:r>
        <w:t>wahi pampering, wahi laad pyaar.</w:t>
      </w:r>
    </w:p>
    <w:p>
      <w:pPr>
        <w:jc w:val="right"/>
      </w:pPr>
      <w:r>
        <w:t>وہی پیمپرنگ، وہی لاٹھ پیار۔</w:t>
      </w:r>
    </w:p>
    <w:p>
      <w:r>
        <w:rPr>
          <w:b/>
        </w:rPr>
        <w:t xml:space="preserve">[52:50] </w:t>
      </w:r>
      <w:r>
        <w:t>kyun? woh samajh leta hai ke apne bachche ko alag kar leta hai.</w:t>
      </w:r>
    </w:p>
    <w:p>
      <w:pPr>
        <w:jc w:val="right"/>
      </w:pPr>
      <w:r>
        <w:t>کیوں؟ وہ سمجھ لیتا ہے کہ اپنے بچے کو الگ کر لیتا ہے۔</w:t>
      </w:r>
    </w:p>
    <w:p>
      <w:r>
        <w:rPr>
          <w:b/>
        </w:rPr>
        <w:t xml:space="preserve">[52:53] </w:t>
      </w:r>
      <w:r>
        <w:t>apne bachchon ko khaas samajh leta hai.</w:t>
      </w:r>
    </w:p>
    <w:p>
      <w:pPr>
        <w:jc w:val="right"/>
      </w:pPr>
      <w:r>
        <w:t>اپنے بچوں کو خاص سمجھ لیتا ہے۔</w:t>
      </w:r>
    </w:p>
    <w:p>
      <w:r>
        <w:rPr>
          <w:b/>
        </w:rPr>
        <w:t xml:space="preserve">[52:57] </w:t>
      </w:r>
      <w:r>
        <w:t>apne bachchon ko istasna samajh leta hai.</w:t>
      </w:r>
    </w:p>
    <w:p>
      <w:pPr>
        <w:jc w:val="right"/>
      </w:pPr>
      <w:r>
        <w:t>اپنے بچوں کو استثنا سمجھ لیتا ہے۔</w:t>
      </w:r>
    </w:p>
    <w:p>
      <w:r>
        <w:rPr>
          <w:b/>
        </w:rPr>
        <w:t xml:space="preserve">[53:00] </w:t>
      </w:r>
      <w:r>
        <w:t>yeh ajeeb ghareeb insaan ke andar kamzori hai.</w:t>
      </w:r>
    </w:p>
    <w:p>
      <w:pPr>
        <w:jc w:val="right"/>
      </w:pPr>
      <w:r>
        <w:t>یہ عجیب غریب انسان کے اندر کمزوری ہے۔</w:t>
      </w:r>
    </w:p>
    <w:p>
      <w:r>
        <w:rPr>
          <w:b/>
        </w:rPr>
        <w:t xml:space="preserve">[53:03] </w:t>
      </w:r>
      <w:r>
        <w:t>apne aap ko exclude kar lena.</w:t>
      </w:r>
    </w:p>
    <w:p>
      <w:pPr>
        <w:jc w:val="right"/>
      </w:pPr>
      <w:r>
        <w:t>اپنے آپ کو ایکسکلوڈ کر لینا۔</w:t>
      </w:r>
    </w:p>
    <w:p>
      <w:r>
        <w:rPr>
          <w:b/>
        </w:rPr>
        <w:t xml:space="preserve">[53:07] </w:t>
      </w:r>
      <w:r>
        <w:t>un ke sath hua, mere sath to hone wala hai nahin.</w:t>
      </w:r>
    </w:p>
    <w:p>
      <w:pPr>
        <w:jc w:val="right"/>
      </w:pPr>
      <w:r>
        <w:t>ان کے ساتھ ہوا، میرے ساتھ تو ہونے والا ہے نہیں۔</w:t>
      </w:r>
    </w:p>
    <w:p>
      <w:r>
        <w:rPr>
          <w:b/>
        </w:rPr>
        <w:t xml:space="preserve">[53:10] </w:t>
      </w:r>
      <w:r>
        <w:t>yeh aap is ko dekhiye to har maamle mein is ko aap paayenge.</w:t>
      </w:r>
    </w:p>
    <w:p>
      <w:pPr>
        <w:jc w:val="right"/>
      </w:pPr>
      <w:r>
        <w:t>یہ آپ اس کو دیکھیے تو ہر معاملے میں اس کو آپ پائیں گے۔</w:t>
      </w:r>
    </w:p>
    <w:p>
      <w:r>
        <w:rPr>
          <w:b/>
        </w:rPr>
        <w:t xml:space="preserve">[53:13] </w:t>
      </w:r>
      <w:r>
        <w:t>yani yeh jo mizaj hai.</w:t>
      </w:r>
    </w:p>
    <w:p>
      <w:pPr>
        <w:jc w:val="right"/>
      </w:pPr>
      <w:r>
        <w:t>یعنی یہ جو مزاج ہے۔</w:t>
      </w:r>
    </w:p>
    <w:p>
      <w:r>
        <w:rPr>
          <w:b/>
        </w:rPr>
        <w:t xml:space="preserve">[53:17] </w:t>
      </w:r>
      <w:r>
        <w:t>اپنے آپ کو exclude کر لینے کا۔</w:t>
      </w:r>
    </w:p>
    <w:p>
      <w:pPr>
        <w:jc w:val="right"/>
      </w:pPr>
      <w:r>
        <w:t>اپنے آپ کو ایکسکلوڈ کر لینے کا۔</w:t>
      </w:r>
    </w:p>
    <w:p>
      <w:r>
        <w:rPr>
          <w:b/>
        </w:rPr>
        <w:t xml:space="preserve">[53:20] </w:t>
      </w:r>
      <w:r>
        <w:t>apne aap ko</w:t>
      </w:r>
    </w:p>
    <w:p>
      <w:pPr>
        <w:jc w:val="right"/>
      </w:pPr>
      <w:r>
        <w:t>اپنے آپ کو</w:t>
      </w:r>
    </w:p>
    <w:p>
      <w:r>
        <w:rPr>
          <w:b/>
        </w:rPr>
        <w:t xml:space="preserve">[53:23] </w:t>
      </w:r>
      <w:r>
        <w:t>alag samajh lene ka.</w:t>
      </w:r>
    </w:p>
    <w:p>
      <w:pPr>
        <w:jc w:val="right"/>
      </w:pPr>
      <w:r>
        <w:t>الگ سمجھ لینے کا۔</w:t>
      </w:r>
    </w:p>
    <w:p>
      <w:r>
        <w:rPr>
          <w:b/>
        </w:rPr>
        <w:t xml:space="preserve">[53:27] </w:t>
      </w:r>
      <w:r>
        <w:t>apne ko, apne bachchon ko.</w:t>
      </w:r>
    </w:p>
    <w:p>
      <w:pPr>
        <w:jc w:val="right"/>
      </w:pPr>
      <w:r>
        <w:t>اپنے کو، اپنے بچوں کو۔</w:t>
      </w:r>
    </w:p>
    <w:p>
      <w:r>
        <w:rPr>
          <w:b/>
        </w:rPr>
        <w:t xml:space="preserve">[53:30] </w:t>
      </w:r>
      <w:r>
        <w:t>apni family ko kuch alag samajh lene ka.</w:t>
      </w:r>
    </w:p>
    <w:p>
      <w:pPr>
        <w:jc w:val="right"/>
      </w:pPr>
      <w:r>
        <w:t>اپنی فیملی کو کچھ الگ سمجھ لینے کا۔</w:t>
      </w:r>
    </w:p>
    <w:p>
      <w:r>
        <w:rPr>
          <w:b/>
        </w:rPr>
        <w:t xml:space="preserve">[53:33] </w:t>
      </w:r>
      <w:r>
        <w:t>yeh mizaj itna zyada hai ke aap jis ko bhi dekhiye.</w:t>
      </w:r>
    </w:p>
    <w:p>
      <w:pPr>
        <w:jc w:val="right"/>
      </w:pPr>
      <w:r>
        <w:t>یہ مزاج اتنا زیادہ ہے کہ آپ جس کو بھی دیکھیے۔</w:t>
      </w:r>
    </w:p>
    <w:p>
      <w:r>
        <w:rPr>
          <w:b/>
        </w:rPr>
        <w:t xml:space="preserve">[53:37] </w:t>
      </w:r>
      <w:r>
        <w:t>aap is ko is mein mubtala paayenge.</w:t>
      </w:r>
    </w:p>
    <w:p>
      <w:pPr>
        <w:jc w:val="right"/>
      </w:pPr>
      <w:r>
        <w:t>آپ اس کو اس میں مبتلا پائیں گے۔</w:t>
      </w:r>
    </w:p>
    <w:p>
      <w:r>
        <w:rPr>
          <w:b/>
        </w:rPr>
        <w:t xml:space="preserve">[53:40] </w:t>
      </w:r>
      <w:r>
        <w:t>yeh ek bohat bari bimari hai.</w:t>
      </w:r>
    </w:p>
    <w:p>
      <w:pPr>
        <w:jc w:val="right"/>
      </w:pPr>
      <w:r>
        <w:t>یہ ایک بہت بڑی بیماری ہے۔</w:t>
      </w:r>
    </w:p>
    <w:p>
      <w:r>
        <w:rPr>
          <w:b/>
        </w:rPr>
        <w:t xml:space="preserve">[53:44] </w:t>
      </w:r>
      <w:r>
        <w:t>bohat bari bimari hai.</w:t>
      </w:r>
    </w:p>
    <w:p>
      <w:pPr>
        <w:jc w:val="right"/>
      </w:pPr>
      <w:r>
        <w:t>بہت بڑی بیماری ہے۔</w:t>
      </w:r>
    </w:p>
    <w:p>
      <w:r>
        <w:rPr>
          <w:b/>
        </w:rPr>
        <w:t xml:space="preserve">[53:47] </w:t>
      </w:r>
      <w:r>
        <w:t>zahir hai ke jo Khuda ka jo qanoon hai.</w:t>
      </w:r>
    </w:p>
    <w:p>
      <w:pPr>
        <w:jc w:val="right"/>
      </w:pPr>
      <w:r>
        <w:t>ظاہر ہے کہ جو خدا کا جو قانون ہے۔</w:t>
      </w:r>
    </w:p>
    <w:p>
      <w:r>
        <w:rPr>
          <w:b/>
        </w:rPr>
        <w:t xml:space="preserve">[53:50] </w:t>
      </w:r>
      <w:r>
        <w:t>is mein koi istithna nahi hai.</w:t>
      </w:r>
    </w:p>
    <w:p>
      <w:pPr>
        <w:jc w:val="right"/>
      </w:pPr>
      <w:r>
        <w:t>اس میں کوئی استثنا نہیں ہے۔</w:t>
      </w:r>
    </w:p>
    <w:p>
      <w:r>
        <w:rPr>
          <w:b/>
        </w:rPr>
        <w:t xml:space="preserve">[53:54] </w:t>
      </w:r>
      <w:r>
        <w:t>Khuda ka jo qanoon hai.</w:t>
      </w:r>
    </w:p>
    <w:p>
      <w:pPr>
        <w:jc w:val="right"/>
      </w:pPr>
      <w:r>
        <w:t>خدا کا جو قانون ہے۔</w:t>
      </w:r>
    </w:p>
    <w:p>
      <w:r>
        <w:rPr>
          <w:b/>
        </w:rPr>
        <w:t xml:space="preserve">[53:58] </w:t>
      </w:r>
      <w:r>
        <w:t>is mein koi istithna nahi hai.</w:t>
      </w:r>
    </w:p>
    <w:p>
      <w:pPr>
        <w:jc w:val="right"/>
      </w:pPr>
      <w:r>
        <w:t>اس میں کوئی استثنا نہیں ہے۔</w:t>
      </w:r>
    </w:p>
    <w:p>
      <w:r>
        <w:rPr>
          <w:b/>
        </w:rPr>
        <w:t xml:space="preserve">[54:02] </w:t>
      </w:r>
      <w:r>
        <w:t>isi tarah dekhiye.</w:t>
      </w:r>
    </w:p>
    <w:p>
      <w:pPr>
        <w:jc w:val="right"/>
      </w:pPr>
      <w:r>
        <w:t>اسی طرح دیکھیے۔</w:t>
      </w:r>
    </w:p>
    <w:p>
      <w:r>
        <w:rPr>
          <w:b/>
        </w:rPr>
        <w:t xml:space="preserve">[54:07] </w:t>
      </w:r>
      <w:r>
        <w:t>hamare andar ek bohat bari cheez honi chahiye.</w:t>
      </w:r>
    </w:p>
    <w:p>
      <w:pPr>
        <w:jc w:val="right"/>
      </w:pPr>
      <w:r>
        <w:t>ہمارے اندر ایک بہت بڑی چیز ہونی چاہیے۔</w:t>
      </w:r>
    </w:p>
    <w:p>
      <w:r>
        <w:rPr>
          <w:b/>
        </w:rPr>
        <w:t xml:space="preserve">[54:11] </w:t>
      </w:r>
      <w:r>
        <w:t>sab insaanon ko ek samajhna.</w:t>
      </w:r>
    </w:p>
    <w:p>
      <w:pPr>
        <w:jc w:val="right"/>
      </w:pPr>
      <w:r>
        <w:t>سب انسانوں کو ایک سمجھنا۔</w:t>
      </w:r>
    </w:p>
    <w:p>
      <w:r>
        <w:rPr>
          <w:b/>
        </w:rPr>
        <w:t xml:space="preserve">[54:15] </w:t>
      </w:r>
      <w:r>
        <w:t>sab insaanon ko ek sa ehtiram dena.</w:t>
      </w:r>
    </w:p>
    <w:p>
      <w:pPr>
        <w:jc w:val="right"/>
      </w:pPr>
      <w:r>
        <w:t>سب انسانوں کو ایک سا احترام دینا۔</w:t>
      </w:r>
    </w:p>
    <w:p>
      <w:r>
        <w:rPr>
          <w:b/>
        </w:rPr>
        <w:t xml:space="preserve">[54:20] </w:t>
      </w:r>
      <w:r>
        <w:t>Rasool Allah salla Allahu alaihi wasallam subah ko uthte the rozana. Sawere.</w:t>
      </w:r>
    </w:p>
    <w:p>
      <w:pPr>
        <w:jc w:val="right"/>
      </w:pPr>
      <w:r>
        <w:t>رسول اللہ صلی اللہ علیہ وسلم صبح کو اٹھتے تھے روزانہ۔ سویرے۔</w:t>
      </w:r>
    </w:p>
    <w:p>
      <w:r>
        <w:rPr>
          <w:b/>
        </w:rPr>
        <w:t xml:space="preserve">[54:24] </w:t>
      </w:r>
      <w:r>
        <w:t>to hadithon mein aata hai ke aap uthte the. to subah ko sawairay. kuch namaz parhte the. yani fajar ki jamaat wali namaz se pehle. to aap farmate the. Allahumma ash'had annal ibada kulluhum ikhwah. aye khuda. main gawahi d</w:t>
      </w:r>
    </w:p>
    <w:p>
      <w:pPr>
        <w:jc w:val="right"/>
      </w:pPr>
      <w:r>
        <w:t>تو حدیثوں میں آتا ہے کہ آپ اٹھتے تھے۔ تو صبح کو سویرے۔ کچھ نماز پڑھتے تھے۔ یعنی فجر کی جماعت والی نماز سے پہلے۔ تو آپ فرماتے تھے۔ اللہم اشھد ان العباد کلھم اخوۃ اے خدا۔ میں گواہی د</w:t>
      </w:r>
    </w:p>
    <w:p>
      <w:r>
        <w:rPr>
          <w:b/>
        </w:rPr>
        <w:t xml:space="preserve">[54:54] </w:t>
      </w:r>
      <w:r>
        <w:t>eta hoon. ke. sare insan bhai bhai hain. o god, i bear witness that. all men and women are brothers and sisters to each other. yeh yeh woh jazba hai jo aik momin ke andar hona chahiye. jo rasool Allah ke andar hota tha.</w:t>
      </w:r>
    </w:p>
    <w:p>
      <w:pPr>
        <w:jc w:val="right"/>
      </w:pPr>
      <w:r>
        <w:t>یتا ہوں۔ کہ۔ سارے انسان بھائی بھائی ہیں۔ او گاڈ، آئی بیئر وٹنس دیٹ۔ آل مین اینڈ ویمن آر برادرز اینڈ سسٹرز ٹو ایچ ادر۔ یہ یہ وہ جذبہ ہے جو ایک مومن کے اندر ہونا چاہیے۔ جو رسول اللہ کے اندر ہوتا تھا۔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