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Respectful Settlement August 19, 2007</w:t>
      </w:r>
    </w:p>
    <w:p>
      <w:r>
        <w:t>https://www.youtube.com/watch?v=y9rTlBkoP6I</w:t>
      </w:r>
    </w:p>
    <w:p>
      <w:r>
        <w:rPr>
          <w:b/>
        </w:rPr>
        <w:t xml:space="preserve">[00:14] </w:t>
      </w:r>
      <w:r>
        <w:t>bismillah hir rahman nir rahim, wa sallallahu ala an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wahlul uqdata min lisani, yafqahu qawli.</w:t>
      </w:r>
    </w:p>
    <w:p>
      <w:pPr>
        <w:jc w:val="right"/>
      </w:pPr>
      <w:r>
        <w:t>واحل العقدۃ من لسانی، یفقہ قولی۔</w:t>
      </w:r>
    </w:p>
    <w:p>
      <w:r>
        <w:rPr>
          <w:b/>
        </w:rPr>
        <w:t xml:space="preserve">[00:40] </w:t>
      </w:r>
      <w:r>
        <w:t>aaj ka jo topic hai woh</w:t>
      </w:r>
    </w:p>
    <w:p>
      <w:pPr>
        <w:jc w:val="right"/>
      </w:pPr>
      <w:r>
        <w:t>آج کا جو ٹاپک ہے وہ</w:t>
      </w:r>
    </w:p>
    <w:p>
      <w:r>
        <w:rPr>
          <w:b/>
        </w:rPr>
        <w:t xml:space="preserve">[00:46] </w:t>
      </w:r>
      <w:r>
        <w:t>yeh hai ke zindagi mein aksar log controversy ke waqt</w:t>
      </w:r>
    </w:p>
    <w:p>
      <w:pPr>
        <w:jc w:val="right"/>
      </w:pPr>
      <w:r>
        <w:t>یہ ہے کہ زندگی میں اکثر لوگ controversy کے وقت</w:t>
      </w:r>
    </w:p>
    <w:p>
      <w:r>
        <w:rPr>
          <w:b/>
        </w:rPr>
        <w:t xml:space="preserve">[01:01] </w:t>
      </w:r>
      <w:r>
        <w:t>respectful settlement chahne lagte hain ya honorable settlement. aksar kya taqreeban sabhi log.</w:t>
      </w:r>
    </w:p>
    <w:p>
      <w:pPr>
        <w:jc w:val="right"/>
      </w:pPr>
      <w:r>
        <w:t>respectful settlement چاہنے لگتے ہیں یا honorable settlement۔ اکثر کیا تقریباً سبھی لوگ۔</w:t>
      </w:r>
    </w:p>
    <w:p>
      <w:r>
        <w:rPr>
          <w:b/>
        </w:rPr>
        <w:t xml:space="preserve">[01:12] </w:t>
      </w:r>
      <w:r>
        <w:t>lekin</w:t>
      </w:r>
    </w:p>
    <w:p>
      <w:pPr>
        <w:jc w:val="right"/>
      </w:pPr>
      <w:r>
        <w:t>لیکن</w:t>
      </w:r>
    </w:p>
    <w:p>
      <w:r>
        <w:rPr>
          <w:b/>
        </w:rPr>
        <w:t xml:space="preserve">[01:19] </w:t>
      </w:r>
      <w:r>
        <w:t>respectful settlement ya honorable settlement yeh dunya mein practically possible nahi hai.</w:t>
      </w:r>
    </w:p>
    <w:p>
      <w:pPr>
        <w:jc w:val="right"/>
      </w:pPr>
      <w:r>
        <w:t>respectful settlement یا honorable settlement یہ دنیا میں practically possible نہیں ہے۔</w:t>
      </w:r>
    </w:p>
    <w:p>
      <w:r>
        <w:rPr>
          <w:b/>
        </w:rPr>
        <w:t xml:space="preserve">[01:34] </w:t>
      </w:r>
      <w:r>
        <w:t>to aaj ka topic hai respectful settlement or disrespectful settlement.</w:t>
      </w:r>
    </w:p>
    <w:p>
      <w:pPr>
        <w:jc w:val="right"/>
      </w:pPr>
      <w:r>
        <w:t>تو آج کا ٹاپک ہے respectful settlement or disrespectful settlement۔</w:t>
      </w:r>
    </w:p>
    <w:p>
      <w:r>
        <w:rPr>
          <w:b/>
        </w:rPr>
        <w:t xml:space="preserve">[01:45] </w:t>
      </w:r>
      <w:r>
        <w:t>respectful settlement or disrespectful settlement, yeh hai aaj ka topic.</w:t>
      </w:r>
    </w:p>
    <w:p>
      <w:pPr>
        <w:jc w:val="right"/>
      </w:pPr>
      <w:r>
        <w:t>Respectful settlement or disrespectful settlement، یہ ہے آج کا ٹاپک۔</w:t>
      </w:r>
    </w:p>
    <w:p>
      <w:r>
        <w:rPr>
          <w:b/>
        </w:rPr>
        <w:t xml:space="preserve">[01:55] </w:t>
      </w:r>
      <w:r>
        <w:t>aisa hua ke abhi chand din pehle aik Kashmir ke aik educated musalman mere paas aaye.</w:t>
      </w:r>
    </w:p>
    <w:p>
      <w:pPr>
        <w:jc w:val="right"/>
      </w:pPr>
      <w:r>
        <w:t>ایسا ہوا کہ ابھی چند دن پہلے ایک کشمیر کے ایک educated مسلمان میرے پاس آئے۔</w:t>
      </w:r>
    </w:p>
    <w:p>
      <w:r>
        <w:rPr>
          <w:b/>
        </w:rPr>
        <w:t xml:space="preserve">[02:15] </w:t>
      </w:r>
      <w:r>
        <w:t>unki kafi education hui hai aur aaj kal woh britain mein rehte hain, wahin settle ho gaye hain. Kashmir mein woh paida hue</w:t>
      </w:r>
    </w:p>
    <w:p>
      <w:pPr>
        <w:jc w:val="right"/>
      </w:pPr>
      <w:r>
        <w:t>ان کی کافی education ہوئی ہے اور آج کل وہ برٹن میں رہتے ہیں، وہیں settle ہو گئے ہیں۔ کشمیر میں وہ پیدا ہوئے</w:t>
      </w:r>
    </w:p>
    <w:p>
      <w:r>
        <w:rPr>
          <w:b/>
        </w:rPr>
        <w:t xml:space="preserve">[02:27] </w:t>
      </w:r>
      <w:r>
        <w:t>aur phir britain mein rehte hain woh. kuch journalism waghera unka profession hai. to Kashmir ke issue par unho ne bohat lamba interview liya hai mera.</w:t>
      </w:r>
    </w:p>
    <w:p>
      <w:pPr>
        <w:jc w:val="right"/>
      </w:pPr>
      <w:r>
        <w:t>اور پھر برٹن میں رہتے ہیں وہ۔ کچھ journalism وغیرہ ان کا profession ہے۔ تو کشمیر کے issue پر انہوں نے بہت لمبا interview لیا ہے میرا۔</w:t>
      </w:r>
    </w:p>
    <w:p>
      <w:r>
        <w:rPr>
          <w:b/>
        </w:rPr>
        <w:t xml:space="preserve">[02:40] </w:t>
      </w:r>
      <w:r>
        <w:t>bohat lamba interview.</w:t>
      </w:r>
    </w:p>
    <w:p>
      <w:pPr>
        <w:jc w:val="right"/>
      </w:pPr>
      <w:r>
        <w:t>بہت لمبا interview۔</w:t>
      </w:r>
    </w:p>
    <w:p>
      <w:r>
        <w:rPr>
          <w:b/>
        </w:rPr>
        <w:t xml:space="preserve">[02:45] </w:t>
      </w:r>
      <w:r>
        <w:t>to main ne kaha ke Kashmir ka issue jo hai woh ab dead issue hai. kashmiriun ke mind mein woh issue hai lekin kashmiriun ke bahir ab is ki koi is ka koi existence nahi hai.</w:t>
      </w:r>
    </w:p>
    <w:p>
      <w:pPr>
        <w:jc w:val="right"/>
      </w:pPr>
      <w:r>
        <w:t>تو میں نے کہا کہ کشمیر کا issue جو ہے وہ اب dead issue ہے۔ کشمیریوں کے mind میں وہ issue ہے لیکن کشمیریوں کے باہر اب اس کی کوئی اس کا کوئی existence نہیں ہے۔</w:t>
      </w:r>
    </w:p>
    <w:p>
      <w:r>
        <w:rPr>
          <w:b/>
        </w:rPr>
        <w:t xml:space="preserve">[03:04] </w:t>
      </w:r>
      <w:r>
        <w:t>yeh baat zahir hai ke unko bohat anokhi lagi. to main ne kaha ke dekhiye zindagi mein</w:t>
      </w:r>
    </w:p>
    <w:p>
      <w:pPr>
        <w:jc w:val="right"/>
      </w:pPr>
      <w:r>
        <w:t>یہ بات ظاہر ہے کہ ان کو بہت انوکھی لگی۔ تو میں نے کہا کہ دیکھیں زندگی میں</w:t>
      </w:r>
    </w:p>
    <w:p>
      <w:r>
        <w:rPr>
          <w:b/>
        </w:rPr>
        <w:t xml:space="preserve">[03:15] </w:t>
      </w:r>
      <w:r>
        <w:t>aik hota hai first chance, aik hota hai second chance. har aik ki zindagi mein aik first chance aata hai.</w:t>
      </w:r>
    </w:p>
    <w:p>
      <w:pPr>
        <w:jc w:val="right"/>
      </w:pPr>
      <w:r>
        <w:t>ایک ہوتا ہے first chance، ایک ہوتا ہے سیکنڈ chance۔ ہر ایک کی زندگی میں ایک first chance آتا ہے۔</w:t>
      </w:r>
    </w:p>
    <w:p>
      <w:r>
        <w:rPr>
          <w:b/>
        </w:rPr>
        <w:t xml:space="preserve">[03:25] </w:t>
      </w:r>
      <w:r>
        <w:t>chahe individual ho, chahe koi nation ho.</w:t>
      </w:r>
    </w:p>
    <w:p>
      <w:pPr>
        <w:jc w:val="right"/>
      </w:pPr>
      <w:r>
        <w:t>چاہے individual ہو، چاہے کوئی nation ہو۔</w:t>
      </w:r>
    </w:p>
    <w:p>
      <w:r>
        <w:rPr>
          <w:b/>
        </w:rPr>
        <w:t xml:space="preserve">[03:32] </w:t>
      </w:r>
      <w:r>
        <w:t>aur agar woh first chance ko kho de to phir us ko second chance milta hai.</w:t>
      </w:r>
    </w:p>
    <w:p>
      <w:pPr>
        <w:jc w:val="right"/>
      </w:pPr>
      <w:r>
        <w:t>اور اگر وہ first chance کو کھو دے تو پھر اس کو سیکنڈ chance ملتا ہے۔</w:t>
      </w:r>
    </w:p>
    <w:p>
      <w:r>
        <w:rPr>
          <w:b/>
        </w:rPr>
        <w:t xml:space="preserve">[03:44] </w:t>
      </w:r>
      <w:r>
        <w:t>aur agar woh second chance ko bhi kho de phir to koi chance nahi. phir to suicide bombing karte rahiye, apne ko marte rahiye.</w:t>
      </w:r>
    </w:p>
    <w:p>
      <w:pPr>
        <w:jc w:val="right"/>
      </w:pPr>
      <w:r>
        <w:t>اور اگر وہ سیکنڈ chance کو بھی کھو دے پھر تو کوئی chance نہیں۔ پھر تو suicide bombing کرتے رہیے، اپنے کو مارتے رہیے۔</w:t>
      </w:r>
    </w:p>
    <w:p>
      <w:r>
        <w:rPr>
          <w:b/>
        </w:rPr>
        <w:t xml:space="preserve">[03:56] </w:t>
      </w:r>
      <w:r>
        <w:t>suicide bombing jo ho rahi hai aaj kal idhar udhar woh koi choice nahi hai.</w:t>
      </w:r>
    </w:p>
    <w:p>
      <w:pPr>
        <w:jc w:val="right"/>
      </w:pPr>
      <w:r>
        <w:t>Suicide bombing جو ہو رہی ہے آج کل ادھر ادھر وہ کوئی choice نہیں ہے۔</w:t>
      </w:r>
    </w:p>
    <w:p>
      <w:r>
        <w:rPr>
          <w:b/>
        </w:rPr>
        <w:t xml:space="preserve">[04:07] </w:t>
      </w:r>
      <w:r>
        <w:t>woh to sirf aik</w:t>
      </w:r>
    </w:p>
    <w:p>
      <w:pPr>
        <w:jc w:val="right"/>
      </w:pPr>
      <w:r>
        <w:t>وہ تو صرف ایک</w:t>
      </w:r>
    </w:p>
    <w:p>
      <w:r>
        <w:rPr>
          <w:b/>
        </w:rPr>
        <w:t xml:space="preserve">[04:11] </w:t>
      </w:r>
      <w:r>
        <w:t>apne aap ko aik shair kisi ka hai ke dekha ke woh milta nahi, apne hi ko kho aaye.</w:t>
      </w:r>
    </w:p>
    <w:p>
      <w:pPr>
        <w:jc w:val="right"/>
      </w:pPr>
      <w:r>
        <w:t>اپنے آپ کو ایک شعر کسی کا ہے کہ دیکھا کہ وہ ملتا نہیں، اپنے ہی کو کھو آئے۔</w:t>
      </w:r>
    </w:p>
    <w:p>
      <w:r>
        <w:rPr>
          <w:b/>
        </w:rPr>
        <w:t xml:space="preserve">[04:24] </w:t>
      </w:r>
      <w:r>
        <w:t>dekha ke woh milta nahin, apne hi ko kho aaye. matlab jo target tha woh achieve nahin hua to ab kya hai apne hi ko maar rahe hain.</w:t>
      </w:r>
    </w:p>
    <w:p>
      <w:pPr>
        <w:jc w:val="right"/>
      </w:pPr>
      <w:r>
        <w:t>دیکھا کہ وہ ملتا نہیں، اپنے ہی کو کھو آئے۔ مطلب جو target تھا وہ achieve نہیں ہوا تو اب کیا ہے اپنے ہی کو مار رہے ہیں۔</w:t>
      </w:r>
    </w:p>
    <w:p>
      <w:r>
        <w:rPr>
          <w:b/>
        </w:rPr>
        <w:t xml:space="preserve">[04:39] </w:t>
      </w:r>
      <w:r>
        <w:t>to main ne kaha ke dekhen bohat hi achha first chance kashmir ke liye aaya tha nineteen forty-eight mein. yani partition ke baad.</w:t>
      </w:r>
    </w:p>
    <w:p>
      <w:pPr>
        <w:jc w:val="right"/>
      </w:pPr>
      <w:r>
        <w:t>تو میں نے کہا کہ دیکھیں بہت ہی اچھا first chance کشمیر کے لیے آیا تھا nineteen forty-eight میں۔ یعنی partition کے بعد۔</w:t>
      </w:r>
    </w:p>
    <w:p>
      <w:r>
        <w:rPr>
          <w:b/>
        </w:rPr>
        <w:t xml:space="preserve">[04:53] </w:t>
      </w:r>
      <w:r>
        <w:t>us waqt sardar patel aur nehru</w:t>
      </w:r>
    </w:p>
    <w:p>
      <w:pPr>
        <w:jc w:val="right"/>
      </w:pPr>
      <w:r>
        <w:t>اس وقت سردار پٹیل اور نہرو</w:t>
      </w:r>
    </w:p>
    <w:p>
      <w:r>
        <w:rPr>
          <w:b/>
        </w:rPr>
        <w:t xml:space="preserve">[04:58] </w:t>
      </w:r>
      <w:r>
        <w:t>ke haath mein india ka poora saare mamlaat jo the woh sardar patel aur jawahar lal nehru ke haath mein thay.</w:t>
      </w:r>
    </w:p>
    <w:p>
      <w:pPr>
        <w:jc w:val="right"/>
      </w:pPr>
      <w:r>
        <w:t>کے ہاتھ میں انڈیا کا پورا سارے معاملات جو تھے وہ سردار پٹیل اور جواہر اللہ نہرو کے ہاتھ میں تھے۔</w:t>
      </w:r>
    </w:p>
    <w:p>
      <w:r>
        <w:rPr>
          <w:b/>
        </w:rPr>
        <w:t xml:space="preserve">[05:11] </w:t>
      </w:r>
      <w:r>
        <w:t>to</w:t>
      </w:r>
    </w:p>
    <w:p>
      <w:pPr>
        <w:jc w:val="right"/>
      </w:pPr>
      <w:r>
        <w:t>تو</w:t>
      </w:r>
    </w:p>
    <w:p>
      <w:r>
        <w:rPr>
          <w:b/>
        </w:rPr>
        <w:t xml:space="preserve">[05:14] </w:t>
      </w:r>
      <w:r>
        <w:t>main ne kaha ke dekhen</w:t>
      </w:r>
    </w:p>
    <w:p>
      <w:pPr>
        <w:jc w:val="right"/>
      </w:pPr>
      <w:r>
        <w:t>میں نے کہا کہ دیکھیں</w:t>
      </w:r>
    </w:p>
    <w:p>
      <w:r>
        <w:rPr>
          <w:b/>
        </w:rPr>
        <w:t xml:space="preserve">[05:18] </w:t>
      </w:r>
      <w:r>
        <w:t>aap log poori baat samajhte nahin, study bhi nahin karte aur baghair jaane hue reaction karte hain.</w:t>
      </w:r>
    </w:p>
    <w:p>
      <w:pPr>
        <w:jc w:val="right"/>
      </w:pPr>
      <w:r>
        <w:t>آپ لوگ پوری بات سمجھتے نہیں، study بھی نہیں کرتے اور بغیر جانے ہوئے reaction کرتے ہیں۔</w:t>
      </w:r>
    </w:p>
    <w:p>
      <w:r>
        <w:rPr>
          <w:b/>
        </w:rPr>
        <w:t xml:space="preserve">[05:31] </w:t>
      </w:r>
      <w:r>
        <w:t>to forty-eight mein sardar patel aur jawahar lal nehru is par raazi thay, aap ko first chance diya unhon ne. kyunke us waqt do states ka maamla tha, hyderabad aur kashmir.</w:t>
      </w:r>
    </w:p>
    <w:p>
      <w:pPr>
        <w:jc w:val="right"/>
      </w:pPr>
      <w:r>
        <w:t>تو forty-eight میں سردار پٹیل اور جواہر اللہ نہرو اس پر راضی تھے، آپ کو first chance دیا انہوں نے۔ کیونکہ اس وقت دو states کا معاملہ تھا، حیدر آباد اور کشمیر۔</w:t>
      </w:r>
    </w:p>
    <w:p>
      <w:r>
        <w:rPr>
          <w:b/>
        </w:rPr>
        <w:t xml:space="preserve">[05:46] </w:t>
      </w:r>
      <w:r>
        <w:t>yeh ajeeb baat thi ke hyderabad mein zyada tar non-muslim thay lekin head jo tha woh musalman tha.</w:t>
      </w:r>
    </w:p>
    <w:p>
      <w:pPr>
        <w:jc w:val="right"/>
      </w:pPr>
      <w:r>
        <w:t>یہ عجیب بات تھی کہ حیدر آباد میں زیادہ تر non-Muslim تھے لیکن head جو تھا وہ مسلمان تھا۔</w:t>
      </w:r>
    </w:p>
    <w:p>
      <w:r>
        <w:rPr>
          <w:b/>
        </w:rPr>
        <w:t xml:space="preserve">[05:57] </w:t>
      </w:r>
      <w:r>
        <w:t>aur kashmir mein zyada tar muslim thay lekin head jo tha woh non-muslim tha. to kashmir ke raja ne india se affiliate kar liya.</w:t>
      </w:r>
    </w:p>
    <w:p>
      <w:pPr>
        <w:jc w:val="right"/>
      </w:pPr>
      <w:r>
        <w:t>اور کشمیر میں زیادہ تر مسلم تھے لیکن head جو تھا وہ non-Muslim تھا۔ تو کشمیر کے راجہ نے انڈیا سے affiliate کر لیا۔</w:t>
      </w:r>
    </w:p>
    <w:p>
      <w:r>
        <w:rPr>
          <w:b/>
        </w:rPr>
        <w:t xml:space="preserve">[06:13] </w:t>
      </w:r>
      <w:r>
        <w:t>aur hyderabad ke muslim nawab ne pakistan se affiliate kar liya. yeh situation thi. to is ki bari lambi history hai.</w:t>
      </w:r>
    </w:p>
    <w:p>
      <w:pPr>
        <w:jc w:val="right"/>
      </w:pPr>
      <w:r>
        <w:t>اور حیدر آباد کے مسلم نواب نے پاکستان سے affiliate کر لیا۔ یہ situation تھی۔ تو اس کی بڑی لمبی history ہے۔</w:t>
      </w:r>
    </w:p>
    <w:p>
      <w:r>
        <w:rPr>
          <w:b/>
        </w:rPr>
        <w:t xml:space="preserve">[06:25] </w:t>
      </w:r>
      <w:r>
        <w:t>in short main arz karunga ke</w:t>
      </w:r>
    </w:p>
    <w:p>
      <w:pPr>
        <w:jc w:val="right"/>
      </w:pPr>
      <w:r>
        <w:t>In short میں عرض کروں گا کہ</w:t>
      </w:r>
    </w:p>
    <w:p>
      <w:r>
        <w:rPr>
          <w:b/>
        </w:rPr>
        <w:t xml:space="preserve">[06:33] </w:t>
      </w:r>
      <w:r>
        <w:t>us waqt pakistan mein nawabzada liaqat ali khan prime minister thay. aur chaudhry muhammad ali secretary of state thay ya home minister thay, aisa kuch bara uhda un ka tha.</w:t>
      </w:r>
    </w:p>
    <w:p>
      <w:pPr>
        <w:jc w:val="right"/>
      </w:pPr>
      <w:r>
        <w:t>اس وقت پاکستان میں نوابزادہ لیاقت علی خان Prime Minister تھے۔ اور چوہدری محمد علی Secretary of State تھے یا Home Minister تھے، ایسا کچھ بڑا عہدہ ان کا تھا۔</w:t>
      </w:r>
    </w:p>
    <w:p>
      <w:r>
        <w:rPr>
          <w:b/>
        </w:rPr>
        <w:t xml:space="preserve">[06:48] </w:t>
      </w:r>
      <w:r>
        <w:t>to</w:t>
      </w:r>
    </w:p>
    <w:p>
      <w:pPr>
        <w:jc w:val="right"/>
      </w:pPr>
      <w:r>
        <w:t>تو</w:t>
      </w:r>
    </w:p>
    <w:p>
      <w:r>
        <w:rPr>
          <w:b/>
        </w:rPr>
        <w:t xml:space="preserve">[06:52] </w:t>
      </w:r>
      <w:r>
        <w:t>india ne maamle ko settle karne ke liye yeh peshkash ki ke jis principle par partition hua hai, partition is principle par hua tha ke jahan hindu zyada hon woh bharat bane, jahan muslim zyada hain woh pakistan bane.</w:t>
      </w:r>
    </w:p>
    <w:p>
      <w:pPr>
        <w:jc w:val="right"/>
      </w:pPr>
      <w:r>
        <w:t>انڈیا نے معاملے کو settle کرنے کے لیے یہ پیشکش کی کہ جس principle پر partition ہوا ہے، partition اس principle پر ہوا تھا کہ جہاں ہندو زیادہ ہوں وہ بھارت بنے، جہاں مسلم زیادہ ہیں وہ پاکستان بنے۔</w:t>
      </w:r>
    </w:p>
    <w:p>
      <w:r>
        <w:rPr>
          <w:b/>
        </w:rPr>
        <w:t xml:space="preserve">[07:11] </w:t>
      </w:r>
      <w:r>
        <w:t>is principle par aap aisa kijiye ke hyderabad se apna claim wapas le lijiye, woh indian union mein aa jaye.</w:t>
      </w:r>
    </w:p>
    <w:p>
      <w:pPr>
        <w:jc w:val="right"/>
      </w:pPr>
      <w:r>
        <w:t>اس principle پر آپ ایسا کیجیے کہ حیدر آباد سے اپنا claim واپس لے لیجیے، وہ Indian Union میں آ جائے۔</w:t>
      </w:r>
    </w:p>
    <w:p>
      <w:r>
        <w:rPr>
          <w:b/>
        </w:rPr>
        <w:t xml:space="preserve">[07:22] </w:t>
      </w:r>
      <w:r>
        <w:t>aur kashmir se hum apna claim wapas le len ge, woh woh pakistan ka hissa ban jaye. lekin is par raazi nahin hue nawabzada liaqat ali khan jo ke prime minister thay us waqt.</w:t>
      </w:r>
    </w:p>
    <w:p>
      <w:pPr>
        <w:jc w:val="right"/>
      </w:pPr>
      <w:r>
        <w:t>اور کشمیر سے ہم اپنا claim واپس لے لیں گے، وہ وہ پاکستان کا حصہ بن جائے۔ لیکن اس پر راضی نہیں ہوئے نوابزادہ لیاقت علی خان جو کہ Prime Minister تھے اس وقت۔</w:t>
      </w:r>
    </w:p>
    <w:p>
      <w:r>
        <w:rPr>
          <w:b/>
        </w:rPr>
        <w:t xml:space="preserve">[07:36] </w:t>
      </w:r>
      <w:r>
        <w:t>aur wahan ki jo leadership thi woh raazi nahin hui. khud mr muhammad ali jinnah bhi is maamle mein bohat clear nahin tha un ka mind.</w:t>
      </w:r>
    </w:p>
    <w:p>
      <w:pPr>
        <w:jc w:val="right"/>
      </w:pPr>
      <w:r>
        <w:t>اور وہاں کی جو leadership تھی وہ راضی نہیں ہوئی۔ خود مسٹر محمد علی جناح بھی اس معاملے میں بہت clear نہیں تھا ان کا mind۔</w:t>
      </w:r>
    </w:p>
    <w:p>
      <w:r>
        <w:rPr>
          <w:b/>
        </w:rPr>
        <w:t xml:space="preserve">[07:47] </w:t>
      </w:r>
      <w:r>
        <w:t>to baqayda offer diya gaya is baat ka ke hyderabad se tum apna claim wapas le lo.</w:t>
      </w:r>
    </w:p>
    <w:p>
      <w:pPr>
        <w:jc w:val="right"/>
      </w:pPr>
      <w:r>
        <w:t>تو باقاعدہ آفر دیا گیا اس بات کا کہ حیدر آباد سے تم اپنا claim واپس لے لو۔</w:t>
      </w:r>
    </w:p>
    <w:p>
      <w:r>
        <w:rPr>
          <w:b/>
        </w:rPr>
        <w:t xml:space="preserve">[07:57] </w:t>
      </w:r>
      <w:r>
        <w:t>aur kashmir se hum apna claim wapas le lete hain. yani kashmir tumhara, hyderabad hamara. to un ko yeh ajab laga.</w:t>
      </w:r>
    </w:p>
    <w:p>
      <w:pPr>
        <w:jc w:val="right"/>
      </w:pPr>
      <w:r>
        <w:t>اور کشمیر سے ہم اپنا claim واپس لے لیتے ہیں۔ یعنی کشمیر تمہارا، حیدر آباد ہمارا۔ تو ان کو یہ عجبہ لگا۔</w:t>
      </w:r>
    </w:p>
    <w:p>
      <w:r>
        <w:rPr>
          <w:b/>
        </w:rPr>
        <w:t xml:space="preserve">[08:08] </w:t>
      </w:r>
      <w:r>
        <w:t>kyunki yeh log parhte nahin hain zyada. to main ne chaar books ke hawale diye, chaar books. ke is ko parhiye aap. number one mehr chand mahajan ki kitab "looking back" jo us waqt kashmir ke prime minister thay.</w:t>
      </w:r>
    </w:p>
    <w:p>
      <w:pPr>
        <w:jc w:val="right"/>
      </w:pPr>
      <w:r>
        <w:t>کیونکہ یہ لوگ پڑھتے نہیں ہیں زیادہ۔ تو میں نے چار books کے حوالے دیے، چار books۔ کہ اس کو پڑھیے آپ۔ نمبر one مہر چند مہاجن کی کتاب "Looking Back" جو اس وقت کشمیر کے Prime Minister تھے۔</w:t>
      </w:r>
    </w:p>
    <w:p>
      <w:r>
        <w:rPr>
          <w:b/>
        </w:rPr>
        <w:t xml:space="preserve">[08:31] </w:t>
      </w:r>
      <w:r>
        <w:t>doosri frank morris ki kitab</w:t>
      </w:r>
    </w:p>
    <w:p>
      <w:pPr>
        <w:jc w:val="right"/>
      </w:pPr>
      <w:r>
        <w:t>دوسری فرینک مورس کی کتاب</w:t>
      </w:r>
    </w:p>
    <w:p>
      <w:r>
        <w:rPr>
          <w:b/>
        </w:rPr>
        <w:t xml:space="preserve">[08:36] </w:t>
      </w:r>
      <w:r>
        <w:t>"witness to an era". teesri chaudhry muhammad ali ki kitab "emergence of pakistan".</w:t>
      </w:r>
    </w:p>
    <w:p>
      <w:pPr>
        <w:jc w:val="right"/>
      </w:pPr>
      <w:r>
        <w:t>"Witness to an Era"۔ تیسری چوہدری محمد علی کی کتاب "Emergence of Pakistan"۔</w:t>
      </w:r>
    </w:p>
    <w:p>
      <w:r>
        <w:rPr>
          <w:b/>
        </w:rPr>
        <w:t xml:space="preserve">[08:47] </w:t>
      </w:r>
      <w:r>
        <w:t>"emergence of pakistan". chauthi kitab sardar shaukat hayat khan ki jo leader thay pakistan ke, un ki kitab "the nation that lost".</w:t>
      </w:r>
    </w:p>
    <w:p>
      <w:pPr>
        <w:jc w:val="right"/>
      </w:pPr>
      <w:r>
        <w:t>"Emergence of Pakistan"۔ چوتھی کتاب سردار شوکت حیات خان کی جو Leader تھے پاکستان کے، ان کی کتاب "The Nation That Lost"۔</w:t>
      </w:r>
    </w:p>
    <w:p>
      <w:r>
        <w:rPr>
          <w:b/>
        </w:rPr>
        <w:t xml:space="preserve">[09:00] </w:t>
      </w:r>
      <w:r>
        <w:t>"the nation that lost its soul". in chaaron kitabon mein bataya gaya hai ke india tayyar tha is tarah ke settlement ke liye.</w:t>
      </w:r>
    </w:p>
    <w:p>
      <w:pPr>
        <w:jc w:val="right"/>
      </w:pPr>
      <w:r>
        <w:t>"The Nation That Lost Its Soul"۔ ان چاروں کتابوں میں بتایا گیا ہے کہ انڈیا تیار تھا اس طرح کے settlement کے لیے۔</w:t>
      </w:r>
    </w:p>
    <w:p>
      <w:r>
        <w:rPr>
          <w:b/>
        </w:rPr>
        <w:t xml:space="preserve">[09:12] </w:t>
      </w:r>
      <w:r>
        <w:t>lekin na to Mr. Jinnah ki samajh mein aaya aur Nawabzada Liaqat Ali Khan ne refuse kar diya is ko.</w:t>
      </w:r>
    </w:p>
    <w:p>
      <w:pPr>
        <w:jc w:val="right"/>
      </w:pPr>
      <w:r>
        <w:t>لیکن نہ تو مسٹر جناح کی سمجھ میں آیا اور نوابزادہ لیاقت علی خان نے refuse کر دیا اس کو۔</w:t>
      </w:r>
    </w:p>
    <w:p>
      <w:r>
        <w:rPr>
          <w:b/>
        </w:rPr>
        <w:t xml:space="preserve">[09:21] </w:t>
      </w:r>
      <w:r>
        <w:t>is tarah se first chance kho diya leadership ne. Aur khwamkhwah ladai chhed di. Yani jo problem table par settle ho raha tha us ko aap gun aur bomb ki logic se chahne lage settle karna.</w:t>
      </w:r>
    </w:p>
    <w:p>
      <w:pPr>
        <w:jc w:val="right"/>
      </w:pPr>
      <w:r>
        <w:t>اس طرح سے first chance کھو دیا leadership نے۔ اور خوامخواہ لڑائی چھڑ دی۔ یعنی جو problem table پر settle ہو رہا تھا اس کو آپ gun اور بم کی logic سے چاہنے لگے settle کرنا۔</w:t>
      </w:r>
    </w:p>
    <w:p>
      <w:r>
        <w:rPr>
          <w:b/>
        </w:rPr>
        <w:t xml:space="preserve">[09:41] </w:t>
      </w:r>
      <w:r>
        <w:t>to aisa to history mein kabhi hua nahin. Phir second chance aaya hai, main ne un se bataya ke Prime Minister the Narasimha Rao.</w:t>
      </w:r>
    </w:p>
    <w:p>
      <w:pPr>
        <w:jc w:val="right"/>
      </w:pPr>
      <w:r>
        <w:t>تو ایسا تو history میں کبھی ہوا نہیں۔ پھر سیکنڈ chance آیا ہے، میں نے ان سے بتایا کہ Prime Minister تھے نرسمہار راؤ۔</w:t>
      </w:r>
    </w:p>
    <w:p>
      <w:r>
        <w:rPr>
          <w:b/>
        </w:rPr>
        <w:t xml:space="preserve">[09:55] </w:t>
      </w:r>
      <w:r>
        <w:t>us waqt Congress bohat hi power mein thi India mein. Koi bhi faisla le sakti thi. Ab to kisi party ko woh power milta nahin.</w:t>
      </w:r>
    </w:p>
    <w:p>
      <w:pPr>
        <w:jc w:val="right"/>
      </w:pPr>
      <w:r>
        <w:t>اس وقت کانگریس بہت ہی power میں تھی انڈیا میں۔ کوئی بھی فیصلہ لے سکتی تھی۔ اب تو کسی party کو وہ power ملتا نہیں۔</w:t>
      </w:r>
    </w:p>
    <w:p>
      <w:r>
        <w:rPr>
          <w:b/>
        </w:rPr>
        <w:t xml:space="preserve">[10:07] </w:t>
      </w:r>
      <w:r>
        <w:t>to Narasimha Rao jo the woh Congress ke Prime Minister the. Unhon ne offer diya</w:t>
      </w:r>
    </w:p>
    <w:p>
      <w:pPr>
        <w:jc w:val="right"/>
      </w:pPr>
      <w:r>
        <w:t>تو نرسمہار راؤ جو تھے وہ کانگریس کے Prime Minister تھے۔ انہوں نے آفر دیا</w:t>
      </w:r>
    </w:p>
    <w:p>
      <w:r>
        <w:rPr>
          <w:b/>
        </w:rPr>
        <w:t xml:space="preserve">[10:19] </w:t>
      </w:r>
      <w:r>
        <w:t>is ka autonomy ka Kashmiriyon ko. Autonomy ka yani khud ikhtiyari.</w:t>
      </w:r>
    </w:p>
    <w:p>
      <w:pPr>
        <w:jc w:val="right"/>
      </w:pPr>
      <w:r>
        <w:t>اس کا autonomy کا کشمیریوں کو۔ Autonomy کا یعنی خود اختیاری۔</w:t>
      </w:r>
    </w:p>
    <w:p>
      <w:r>
        <w:rPr>
          <w:b/>
        </w:rPr>
        <w:t xml:space="preserve">[10:32] </w:t>
      </w:r>
      <w:r>
        <w:t>khud ikhtiyariyat ka jis ko autonomy kehte hain. Us waqt main ne foran ek article chhapa tha ke yeh aakhri chance hai aap ko, is ko le lijiye.</w:t>
      </w:r>
    </w:p>
    <w:p>
      <w:pPr>
        <w:jc w:val="right"/>
      </w:pPr>
      <w:r>
        <w:t>خود اختیاریت کا جس کو autonomy کہتے ہیں۔ اس وقت میں نے فوراً ایک آرٹیکل چھاپا تھا کہ یہ آخری chance ہے آپ کو، اس کو لے لیجیے۔</w:t>
      </w:r>
    </w:p>
    <w:p>
      <w:r>
        <w:rPr>
          <w:b/>
        </w:rPr>
        <w:t xml:space="preserve">[10:44] </w:t>
      </w:r>
      <w:r>
        <w:t>phir koi chance milne wala nahin hai. Foran main ne ek article chhapa tha is par. Lekin Kashmiri leader ghussa ho gaye ke dekho yeh India ke agent hain.</w:t>
      </w:r>
    </w:p>
    <w:p>
      <w:pPr>
        <w:jc w:val="right"/>
      </w:pPr>
      <w:r>
        <w:t>پھر کوئی chance ملنے والا نہیں ہے۔ فوراً میں نے ایک آرٹیکل چھاپا تھا اس پر۔ لیکن کشمیری لیڈر غصہ ہو گئے کہ دیکھو یہ انڈیا کے agent ہیں۔</w:t>
      </w:r>
    </w:p>
    <w:p>
      <w:r>
        <w:rPr>
          <w:b/>
        </w:rPr>
        <w:t xml:space="preserve">[10:56] </w:t>
      </w:r>
      <w:r>
        <w:t>mujh ko India ke agent ka khitab de diya. To is second chance ko bhi avail nahin kiya aap logon ne. Ab to koi chance hi nahin hai.</w:t>
      </w:r>
    </w:p>
    <w:p>
      <w:pPr>
        <w:jc w:val="right"/>
      </w:pPr>
      <w:r>
        <w:t>مجھ کو انڈیا کے agent کا خطاب دے دیا۔ تو اس سیکنڈ chance کو بھی avail نہیں کیا آپ لوگوں نے۔ اب تو کوئی chance ہی نہیں ہے۔</w:t>
      </w:r>
    </w:p>
    <w:p>
      <w:r>
        <w:rPr>
          <w:b/>
        </w:rPr>
        <w:t xml:space="preserve">[11:08] </w:t>
      </w:r>
      <w:r>
        <w:t>first chance khoya aap ne, second chance khoya aap ne. Ab koi chance nahin. Ab to dekha ke woh milta nahin, apne hi ko khwaye.</w:t>
      </w:r>
    </w:p>
    <w:p>
      <w:pPr>
        <w:jc w:val="right"/>
      </w:pPr>
      <w:r>
        <w:t>First chance کھویا آپ نے، سیکنڈ chance کھویا آپ نے۔ اب کوئی chance نہیں۔ اب تو دیکھا کہ وہ ملتا نہیں، اپنے ہی کو کھوائے۔</w:t>
      </w:r>
    </w:p>
    <w:p>
      <w:r>
        <w:rPr>
          <w:b/>
        </w:rPr>
        <w:t xml:space="preserve">[11:20] </w:t>
      </w:r>
      <w:r>
        <w:t>suicide bombing kar ke apne aap ko marte rahiye. To khair main ne bohat sari baatein is mein kahin aur doosri.</w:t>
      </w:r>
    </w:p>
    <w:p>
      <w:pPr>
        <w:jc w:val="right"/>
      </w:pPr>
      <w:r>
        <w:t>Suicide bombing کر کے اپنے آپ کو مارتے رہیے۔ تو خیر میں نے بہت ساری باتیں اس میں کہیں اور دوسری۔</w:t>
      </w:r>
    </w:p>
    <w:p>
      <w:r>
        <w:rPr>
          <w:b/>
        </w:rPr>
        <w:t xml:space="preserve">[11:28] </w:t>
      </w:r>
      <w:r>
        <w:t>aakhir mein woh bilkul yani un ke paas kuch kehne ko nahin tha. Meri kisi baat ko kaatne ke liye un ke paas koi reference nahin tha.</w:t>
      </w:r>
    </w:p>
    <w:p>
      <w:pPr>
        <w:jc w:val="right"/>
      </w:pPr>
      <w:r>
        <w:t>آخر میں وہ بالکل یعنی ان کے پاس کچھ کہنے کو نہیں تھا۔ میری کسی بات کو کاٹنے کے لیے ان کے پاس کوئی reference نہیں تھا۔</w:t>
      </w:r>
    </w:p>
    <w:p>
      <w:r>
        <w:rPr>
          <w:b/>
        </w:rPr>
        <w:t xml:space="preserve">[11:40] </w:t>
      </w:r>
      <w:r>
        <w:t>tab woh kya kehte hain ke theek hai hum tayyar hain, Kashmiri log tayyar hain. Lekin respectful settlement hona chahiye.</w:t>
      </w:r>
    </w:p>
    <w:p>
      <w:pPr>
        <w:jc w:val="right"/>
      </w:pPr>
      <w:r>
        <w:t>تب وہ کیا کہتے ہیں کہ ٹھیک ہے ہم تیار ہیں، کشمیری لوگ تیار ہیں۔ لیکن respectful settlement ہونا چاہیے۔</w:t>
      </w:r>
    </w:p>
    <w:p>
      <w:r>
        <w:rPr>
          <w:b/>
        </w:rPr>
        <w:t xml:space="preserve">[11:55] </w:t>
      </w:r>
      <w:r>
        <w:t>respectful ko Urdu mein kehte hain ba-izaz samjhota.</w:t>
      </w:r>
    </w:p>
    <w:p>
      <w:pPr>
        <w:jc w:val="right"/>
      </w:pPr>
      <w:r>
        <w:t>Respectful کو اردو میں کہتے ہیں باعزت سمجھوتہ۔</w:t>
      </w:r>
    </w:p>
    <w:p>
      <w:r>
        <w:rPr>
          <w:b/>
        </w:rPr>
        <w:t xml:space="preserve">[12:02] </w:t>
      </w:r>
      <w:r>
        <w:t>respectful settlement ko kehte hain Urdu mein ba-izaz samjhota. To main ne kaha ke aap log jo hain zindagi ke ABCD bhi nahin jante.</w:t>
      </w:r>
    </w:p>
    <w:p>
      <w:pPr>
        <w:jc w:val="right"/>
      </w:pPr>
      <w:r>
        <w:t>Respectful settlement کو کہتے ہیں اردو میں باعزت سمجھوتہ۔ تو میں نے کہا کہ آپ لوگ جو ہیں زندگی کے ABCD بھی نہیں جانتے۔</w:t>
      </w:r>
    </w:p>
    <w:p>
      <w:r>
        <w:rPr>
          <w:b/>
        </w:rPr>
        <w:t xml:space="preserve">[12:16] </w:t>
      </w:r>
      <w:r>
        <w:t>aur itne bare bare issue le kar khade ho jate hain.</w:t>
      </w:r>
    </w:p>
    <w:p>
      <w:pPr>
        <w:jc w:val="right"/>
      </w:pPr>
      <w:r>
        <w:t>اور اتنے بڑے بڑے issue لے کر کھڑے ہو جاتے ہیں۔</w:t>
      </w:r>
    </w:p>
    <w:p>
      <w:r>
        <w:rPr>
          <w:b/>
        </w:rPr>
        <w:t xml:space="preserve">[12:21] </w:t>
      </w:r>
      <w:r>
        <w:t>respectful settlement kabhi duniya mein kisi ko mila hai? Woh to kisi ko nahin mila. Aap ko kahan se mil jayega?</w:t>
      </w:r>
    </w:p>
    <w:p>
      <w:pPr>
        <w:jc w:val="right"/>
      </w:pPr>
      <w:r>
        <w:t>Respectful settlement کبھی دنیا میں کسی کو ملا ہے؟ وہ تو کسی کو نہیں ملا۔ آپ کو کہاں سے مل جائے گا؟</w:t>
      </w:r>
    </w:p>
    <w:p>
      <w:r>
        <w:rPr>
          <w:b/>
        </w:rPr>
        <w:t xml:space="preserve">[12:33] </w:t>
      </w:r>
      <w:r>
        <w:t>yeh bohat bari bhool hai ke har aadmi respectful settlement ya honorable settlement mein phansa rehta hai. Jaise ke yeh shadiyan hoti hain.</w:t>
      </w:r>
    </w:p>
    <w:p>
      <w:pPr>
        <w:jc w:val="right"/>
      </w:pPr>
      <w:r>
        <w:t>یہ بہت بڑی بھول ہے کہ ہر آدمی respectful settlement یا honorable settlement میں پھنسا رہتا ہے۔ جیسے کہ یہ شادیاں ہوتی ہیں۔</w:t>
      </w:r>
    </w:p>
    <w:p>
      <w:r>
        <w:rPr>
          <w:b/>
        </w:rPr>
        <w:t xml:space="preserve">[12:44] </w:t>
      </w:r>
      <w:r>
        <w:t>ek ladka ek ladki miyan biwi ban kar aate hain ek ghar mein aur phir jhagda, phir jhagda. Wahan dono chahte hain ke respectful settlement ho.</w:t>
      </w:r>
    </w:p>
    <w:p>
      <w:pPr>
        <w:jc w:val="right"/>
      </w:pPr>
      <w:r>
        <w:t>ایک لڑکا ایک لڑکی میاں بیوی بن کر آتے ہیں ایک گھر میں اور پھر جھگڑا، پھر جھگڑا۔ وہاں دونوں چاہتے ہیں کہ respectful settlement ہو۔</w:t>
      </w:r>
    </w:p>
    <w:p>
      <w:r>
        <w:rPr>
          <w:b/>
        </w:rPr>
        <w:t xml:space="preserve">[12:55] </w:t>
      </w:r>
      <w:r>
        <w:t>aur zahir hai ke hota nahin hai, woh separation ho jata hai, ghussa mein ghussa hota hai. Khud jo mere paas aaye the unhon ne khud kaha ke mere sath biwi ka trouble hai chalta hai.</w:t>
      </w:r>
    </w:p>
    <w:p>
      <w:pPr>
        <w:jc w:val="right"/>
      </w:pPr>
      <w:r>
        <w:t>اور ظاہر ہے کہ ہوتا نہیں ہے، وہ separation ہو جاتا ہے، غصہ میں غصہ ہوتا ہے۔ خود جو میرے پاس آئے تھے انہوں نے خود کہا کہ میرے ساتھ بیوی کا trouble ہے چلتا ہے۔</w:t>
      </w:r>
    </w:p>
    <w:p>
      <w:r>
        <w:rPr>
          <w:b/>
        </w:rPr>
        <w:t xml:space="preserve">[13:09] </w:t>
      </w:r>
      <w:r>
        <w:t>biwi ko mujh se trouble hai, trouble ka word use kiya tha unhon ne. Kaha meri behan hai woh uska separation ke</w:t>
      </w:r>
    </w:p>
    <w:p>
      <w:pPr>
        <w:jc w:val="right"/>
      </w:pPr>
      <w:r>
        <w:t>بیوی کو مجھ سے trouble ہے، trouble کا word use کیا تھا انہوں نے۔ کہا میری بہن ہے وہ اس کا separation کے</w:t>
      </w:r>
    </w:p>
    <w:p>
      <w:r>
        <w:rPr>
          <w:b/>
        </w:rPr>
        <w:t xml:space="preserve">[13:20] </w:t>
      </w:r>
      <w:r>
        <w:t>she is at verge of separation woh chal raha hai. To sab sab jo hain respectful settlement ke is mein rehte hain obsession mein.</w:t>
      </w:r>
    </w:p>
    <w:p>
      <w:pPr>
        <w:jc w:val="right"/>
      </w:pPr>
      <w:r>
        <w:t>she is at the verge of separation وہ چل رہا ہے۔ تو سب سب جو ہیں respectful settlement کے اس میں رہتے ہیں obsession میں۔</w:t>
      </w:r>
    </w:p>
    <w:p>
      <w:r>
        <w:rPr>
          <w:b/>
        </w:rPr>
        <w:t xml:space="preserve">[13:31] </w:t>
      </w:r>
      <w:r>
        <w:t>aur yeh yaad rakhiye ke yeh bilkul impossible hai. Na married life mein, na family life mein, na national life mein, na international life mein.</w:t>
      </w:r>
    </w:p>
    <w:p>
      <w:pPr>
        <w:jc w:val="right"/>
      </w:pPr>
      <w:r>
        <w:t>اور یہ یاد رکھیے کہ یہ بالکل impossible ہے۔ نہ married life میں، نہ family life میں، نہ national life میں، نہ international life میں۔</w:t>
      </w:r>
    </w:p>
    <w:p>
      <w:r>
        <w:rPr>
          <w:b/>
        </w:rPr>
        <w:t xml:space="preserve">[13:44] </w:t>
      </w:r>
      <w:r>
        <w:t>sirf disrespectful settlement hi duniya mein possible hai, yaad rakhiye.</w:t>
      </w:r>
    </w:p>
    <w:p>
      <w:pPr>
        <w:jc w:val="right"/>
      </w:pPr>
      <w:r>
        <w:t>صرف disrespectful settlement ہی دنیا میں possible ہے، یاد رکھیے۔</w:t>
      </w:r>
    </w:p>
    <w:p>
      <w:r>
        <w:rPr>
          <w:b/>
        </w:rPr>
        <w:t xml:space="preserve">[13:52] </w:t>
      </w:r>
      <w:r>
        <w:t>ab main aap ko misaal deta hoon partition ke waqt. Teen party thi, Britishers aur Congress aur Muslim League jis ke leader the Mr. Muhammad Ali Jinnah.</w:t>
      </w:r>
    </w:p>
    <w:p>
      <w:pPr>
        <w:jc w:val="right"/>
      </w:pPr>
      <w:r>
        <w:t>اب میں آپ کو مثال دیتا ہوں partition کے وقت۔ تین party تھیں، Britishers اور کانگریس اور مسلم لیگ جس کے leader تھے مسٹر محمد علی جناح۔</w:t>
      </w:r>
    </w:p>
    <w:p>
      <w:r>
        <w:rPr>
          <w:b/>
        </w:rPr>
        <w:t xml:space="preserve">[14:10] </w:t>
      </w:r>
      <w:r>
        <w:t>aap ko maloom hai ke jab Mr. Muhammad Ali Jinnah ka jo dream tha us mein jo Pakistan tha un ke zehan mein is mein poora Punjab tha.</w:t>
      </w:r>
    </w:p>
    <w:p>
      <w:pPr>
        <w:jc w:val="right"/>
      </w:pPr>
      <w:r>
        <w:t>آپ کو معلوم ہے کہ جب مسٹر محمد علی جناح کا جو dream تھا اس میں جو پاکستان تھا ان کے ذہن میں اس میں پورا پنجاب تھا۔</w:t>
      </w:r>
    </w:p>
    <w:p>
      <w:r>
        <w:rPr>
          <w:b/>
        </w:rPr>
        <w:t xml:space="preserve">[14:21] </w:t>
      </w:r>
      <w:r>
        <w:t>poore punjab ko le kar ke pakistan banana tha unhein aur poore bangal ko le kar ke east pakistan. yaani poore bangal, poora bangal jo tha woh east pakistan mein shamil tha un ke dream mein.</w:t>
      </w:r>
    </w:p>
    <w:p>
      <w:pPr>
        <w:jc w:val="right"/>
      </w:pPr>
      <w:r>
        <w:t>پورے پنجاب کو لے کر کے پاکستان بنانا تھا انہیں اور پورے بنگال کو لے کر کے East پاکستان۔ یعنی پورے بنگال، پورا بنگال جو تھا وہ East پاکستان میں شامل تھا ان کے dream میں۔</w:t>
      </w:r>
    </w:p>
    <w:p>
      <w:r>
        <w:rPr>
          <w:b/>
        </w:rPr>
        <w:t xml:space="preserve">[14:34] </w:t>
      </w:r>
      <w:r>
        <w:t>aur poora punjab jo tha woh shamil tha west pakistan ke. to zahir hai ke aap jante hain ke mila nahin. bangal bhi bat gaya, punjab bhi bat gaya.</w:t>
      </w:r>
    </w:p>
    <w:p>
      <w:pPr>
        <w:jc w:val="right"/>
      </w:pPr>
      <w:r>
        <w:t>اور پورا پنجاب جو تھا وہ شامل تھا West پاکستان کے۔ تو ظاہر ہے کہ آپ جانتے ہیں کہ ملا نہیں۔ بنگال بھی بٹ گیا، پنجاب بھی بٹ گیا۔</w:t>
      </w:r>
    </w:p>
    <w:p>
      <w:r>
        <w:rPr>
          <w:b/>
        </w:rPr>
        <w:t xml:space="preserve">[14:47] </w:t>
      </w:r>
      <w:r>
        <w:t>to mr muhammad ali jinnah ne kaha tha partition ke baad ke mujh ko truncated pakistan mila hai. yaani kata phata pakistan.</w:t>
      </w:r>
    </w:p>
    <w:p>
      <w:pPr>
        <w:jc w:val="right"/>
      </w:pPr>
      <w:r>
        <w:t>تو مسٹر محمد علی جناح نے کہا تھا partition کے بعد کہ مجھ کو truncated پاکستان ملا ہے۔ یعنی کٹا پھٹا پاکستان۔</w:t>
      </w:r>
    </w:p>
    <w:p>
      <w:r>
        <w:rPr>
          <w:b/>
        </w:rPr>
        <w:t xml:space="preserve">[14:58] </w:t>
      </w:r>
      <w:r>
        <w:t>truncated pakistan. zahir hai ke less than ideal tha woh. woh respectful kahan se tha woh?</w:t>
      </w:r>
    </w:p>
    <w:p>
      <w:pPr>
        <w:jc w:val="right"/>
      </w:pPr>
      <w:r>
        <w:t>Truncated پاکستان۔ ظاہر ہے کہ less than ideal تھا وہ۔ وہ respectful کہاں سے تھا وہ؟</w:t>
      </w:r>
    </w:p>
    <w:p>
      <w:r>
        <w:rPr>
          <w:b/>
        </w:rPr>
        <w:t xml:space="preserve">[15:09] </w:t>
      </w:r>
      <w:r>
        <w:t>to disrespectful formulay par razi hona pada mr muhammad ali jinnah ko warna partition na hota. agar woh are rehte ke mujhe poora bangal do, mujhe poora punjab do.</w:t>
      </w:r>
    </w:p>
    <w:p>
      <w:pPr>
        <w:jc w:val="right"/>
      </w:pPr>
      <w:r>
        <w:t>تو disrespectful فارمولے پر راضی ہونا پڑا مسٹر محمد علی جناح کو ورنہ partition نہ ہوتا۔ اگر وہ اڑے رہتے کہ مجھے پورا بنگال دو، مجھے پورا پنجاب دو۔</w:t>
      </w:r>
    </w:p>
    <w:p>
      <w:r>
        <w:rPr>
          <w:b/>
        </w:rPr>
        <w:t xml:space="preserve">[15:22] </w:t>
      </w:r>
      <w:r>
        <w:t>to zahir hai ke partition na hota, kuch bhi na hota. to mr muhammad ali jinnah ko respectful formulay par nahin pakistan mila, disrespectful formulay par pakistan mila.</w:t>
      </w:r>
    </w:p>
    <w:p>
      <w:pPr>
        <w:jc w:val="right"/>
      </w:pPr>
      <w:r>
        <w:t>تو ظاہر ہے کہ partition نہ ہوتا، کچھ بھی نہ ہوتا۔ تو مسٹر محمد علی جناح کو respectful فارمولے پر نہیں پاکستان ملا، disrespectful فارمولے پر پاکستان ملا۔</w:t>
      </w:r>
    </w:p>
    <w:p>
      <w:r>
        <w:rPr>
          <w:b/>
        </w:rPr>
        <w:t xml:space="preserve">[15:37] </w:t>
      </w:r>
      <w:r>
        <w:t>unhon ne khud yeh keh kar is ka mana ke mujhe truncated pakistan mila hai. ab dekhiye ke mahatma gandhi ko kya mila? un ko bhi truncated bharat mila.</w:t>
      </w:r>
    </w:p>
    <w:p>
      <w:pPr>
        <w:jc w:val="right"/>
      </w:pPr>
      <w:r>
        <w:t>انہوں نے خود یہ کہہ کر اس کا مانا کہ مجھے truncated پاکستان ملا ہے۔ اب دیکھیے کہ مہاتما گاندھی کو کیا ملا؟ ان کو بھی truncated بھارت ملا۔</w:t>
      </w:r>
    </w:p>
    <w:p>
      <w:r>
        <w:rPr>
          <w:b/>
        </w:rPr>
        <w:t xml:space="preserve">[15:50] </w:t>
      </w:r>
      <w:r>
        <w:t>truncated india. is liye ke gandhi ne kaha tha ke partition meri laash par hoga. batwara meri laash par hoga.</w:t>
      </w:r>
    </w:p>
    <w:p>
      <w:pPr>
        <w:jc w:val="right"/>
      </w:pPr>
      <w:r>
        <w:t>Truncated India۔ اس لیے کہ گاندھی نے کہا تھا کہ partition میری لاش پر ہوگا۔ بٹوارا میری لاش پر ہوگا۔</w:t>
      </w:r>
    </w:p>
    <w:p>
      <w:r>
        <w:rPr>
          <w:b/>
        </w:rPr>
        <w:t xml:space="preserve">[16:01] </w:t>
      </w:r>
      <w:r>
        <w:t>yaani main batwara kabhi bhi nahin manunga desh ka. kyunke aap jante hain ke maan liya unhon ne. maan liya unhon ne.</w:t>
      </w:r>
    </w:p>
    <w:p>
      <w:pPr>
        <w:jc w:val="right"/>
      </w:pPr>
      <w:r>
        <w:t>یعنی میں بٹوارا کبھی بھی نہیں مانوں گا دیش کا۔ کیونکہ آپ جانتے ہیں کہ مان لیا انہوں نے۔ مان لیا انہوں نے۔</w:t>
      </w:r>
    </w:p>
    <w:p>
      <w:r>
        <w:rPr>
          <w:b/>
        </w:rPr>
        <w:t xml:space="preserve">[16:11] </w:t>
      </w:r>
      <w:r>
        <w:t>idhar idhar east pakistan bana jo bangladesh kaha jata hai. idhar west pakistan bana jo ab pakistan kaha jata hai. to woh ab gandhi ko bhi truncated india mila.</w:t>
      </w:r>
    </w:p>
    <w:p>
      <w:pPr>
        <w:jc w:val="right"/>
      </w:pPr>
      <w:r>
        <w:t>ادھر ادھر East پاکستان بنا جو بنگلہ دیش کہا جاتا ہے۔ ادھر West پاکستان بنا جو اب پاکستان کہا جاتا ہے۔ تو وہ اب گاندھی کو بھی truncated India ملا۔</w:t>
      </w:r>
    </w:p>
    <w:p>
      <w:r>
        <w:rPr>
          <w:b/>
        </w:rPr>
        <w:t xml:space="preserve">[16:24] </w:t>
      </w:r>
      <w:r>
        <w:t>aap ghor kijiye. mahatma gandhi ko bhi truncated india mila.</w:t>
      </w:r>
    </w:p>
    <w:p>
      <w:pPr>
        <w:jc w:val="right"/>
      </w:pPr>
      <w:r>
        <w:t>آپ غور کیجیے۔ مہاتما گاندھی کو بھی truncated India ملا۔</w:t>
      </w:r>
    </w:p>
    <w:p>
      <w:r>
        <w:rPr>
          <w:b/>
        </w:rPr>
        <w:t xml:space="preserve">[16:32] </w:t>
      </w:r>
      <w:r>
        <w:t>ab britishers ko dekhiye. britishers abhi bohat dinon tak rule karna chahte the india par. apna british empire jo un ka tha un ke khwab mein tha ke british empire abhi bohat din tak rahega.</w:t>
      </w:r>
    </w:p>
    <w:p>
      <w:pPr>
        <w:jc w:val="right"/>
      </w:pPr>
      <w:r>
        <w:t>اب Britishers کو دیکھیے۔ Britishers ابھی بہت دنوں تک rule کرنا چاہتے تھے انڈیا پر۔ اپنا British Empire جو ان کا تھا ان کے خواب میں تھا کہ British Empire ابھی بہت دن تک رہے گا۔</w:t>
      </w:r>
    </w:p>
    <w:p>
      <w:r>
        <w:rPr>
          <w:b/>
        </w:rPr>
        <w:t xml:space="preserve">[16:45] </w:t>
      </w:r>
      <w:r>
        <w:t>aur aap ko maloom hai ke jo rashtrapati bhavan hai. rashtrapati bhavan jo hai us waqt kaha jata tha viceroy ka lodge.</w:t>
      </w:r>
    </w:p>
    <w:p>
      <w:pPr>
        <w:jc w:val="right"/>
      </w:pPr>
      <w:r>
        <w:t>اور آپ کو معلوم ہے کہ جو راشپتی بھون ہے۔ راشپتی بھون جو ہے اس وقت کہا جاتا تھا Viceroy کا لارج۔</w:t>
      </w:r>
    </w:p>
    <w:p>
      <w:r>
        <w:rPr>
          <w:b/>
        </w:rPr>
        <w:t xml:space="preserve">[16:56] </w:t>
      </w:r>
      <w:r>
        <w:t>yaani british viceroy ka woh woh tha. us ki jagah thi rehne ki. to nineteen thirty-one mein is ka inauguration hua tha.</w:t>
      </w:r>
    </w:p>
    <w:p>
      <w:pPr>
        <w:jc w:val="right"/>
      </w:pPr>
      <w:r>
        <w:t>یعنی British Viceroy کا وہ وہ تھا۔ اس کی جگہ تھی رہنے کی۔ تو nineteen thirty-one میں اس کا inauguration ہوا تھا۔</w:t>
      </w:r>
    </w:p>
    <w:p>
      <w:r>
        <w:rPr>
          <w:b/>
        </w:rPr>
        <w:t xml:space="preserve">[17:11] </w:t>
      </w:r>
      <w:r>
        <w:t>nineteen thirty-one mein. is ke sirf solace saal baad unhein india ko azaad karna pada. nineteen thirty-one mein aaya tha us zamane mein france ka aik leader, bara leader.</w:t>
      </w:r>
    </w:p>
    <w:p>
      <w:pPr>
        <w:jc w:val="right"/>
      </w:pPr>
      <w:r>
        <w:t>Nineteen thirty-one میں۔ اس کے صرف سولہ سال بعد انہیں انڈیا کو آزاد کرنا پڑا۔ Nineteen thirty-one میں آیا تھا اس زمانے میں فرانس کا ایک لیڈر، بڑا لیڈر۔</w:t>
      </w:r>
    </w:p>
    <w:p>
      <w:r>
        <w:rPr>
          <w:b/>
        </w:rPr>
        <w:t xml:space="preserve">[17:29] </w:t>
      </w:r>
      <w:r>
        <w:t>aur laqadak dekha us ne. viceroy ka lodge hai aur parliament house hai. north block aur south block yeh poori duniya jo banai thi britishers ne.</w:t>
      </w:r>
    </w:p>
    <w:p>
      <w:pPr>
        <w:jc w:val="right"/>
      </w:pPr>
      <w:r>
        <w:t>اور لقعدک دیکھا اس نے۔ Viceroy کا لارج ہے اور Parliament House ہے۔ North بلاک اور South بلاک یہ پوری دنیا جو بنائی تھی Britishers نے۔</w:t>
      </w:r>
    </w:p>
    <w:p>
      <w:r>
        <w:rPr>
          <w:b/>
        </w:rPr>
        <w:t xml:space="preserve">[17:41] </w:t>
      </w:r>
      <w:r>
        <w:t>to us ko dekha us ne to us ne kaha tha us waqt bohat hi mudabir aadmi tha, bohat bohat hi zyada. to us ne kaha ke "what a magnificent world they built to le</w:t>
      </w:r>
    </w:p>
    <w:p>
      <w:pPr>
        <w:jc w:val="right"/>
      </w:pPr>
      <w:r>
        <w:t>تو اس کو دیکھا اس نے تو اس نے کہا تھا اس وقت بہت ہی مدبر آدمی تھا، بہت بہت ہی زیادہ۔ تو اس نے کہا کہ "What a magnificent world they built to le</w:t>
      </w:r>
    </w:p>
    <w:p>
      <w:r>
        <w:rPr>
          <w:b/>
        </w:rPr>
        <w:t xml:space="preserve">[17:52] </w:t>
      </w:r>
      <w:r>
        <w:t>ave!"</w:t>
      </w:r>
    </w:p>
    <w:p>
      <w:pPr>
        <w:jc w:val="right"/>
      </w:pPr>
      <w:r>
        <w:t>ave!"</w:t>
      </w:r>
    </w:p>
    <w:p>
      <w:r>
        <w:rPr>
          <w:b/>
        </w:rPr>
        <w:t xml:space="preserve">[17:57] </w:t>
      </w:r>
      <w:r>
        <w:t>kisi shandar duniya unhon ne banai hai sirf is liye ke woh us ko aik din chhod kar chale jayen. to future ko isi tarah dekh liya tha us ne.</w:t>
      </w:r>
    </w:p>
    <w:p>
      <w:pPr>
        <w:jc w:val="right"/>
      </w:pPr>
      <w:r>
        <w:t>کیسی شاندار دنیا انہوں نے بنائی ہے صرف اس لیے کہ وہ اس کو ایک دن چھوڑ کر چلے جائیں۔ تو future کو اسی طرح دیکھ لیا تھا اس نے۔</w:t>
      </w:r>
    </w:p>
    <w:p>
      <w:r>
        <w:rPr>
          <w:b/>
        </w:rPr>
        <w:t xml:space="preserve">[18:07] </w:t>
      </w:r>
      <w:r>
        <w:t>britishers ne baad ko dekha. to ghraz yeh ke britishers ke mind mein jo tha woh woh bhi bohat bara empire abhi bohat din tak chalne wala tha.</w:t>
      </w:r>
    </w:p>
    <w:p>
      <w:pPr>
        <w:jc w:val="right"/>
      </w:pPr>
      <w:r>
        <w:t>Britishers نے بعد کو دیکھا۔ تو غرض یہ کہ Britishers کے mind میں جو تھا وہ وہ بھی بہت بڑا Empire ابھی بہت دن تک چلنے والا تھا۔</w:t>
      </w:r>
    </w:p>
    <w:p>
      <w:r>
        <w:rPr>
          <w:b/>
        </w:rPr>
        <w:t xml:space="preserve">[18:17] </w:t>
      </w:r>
      <w:r>
        <w:t>to un ko bhi truncated empire mila. truncated empire. un ka jo empire tha woh katha satth gaya, chhota sa reh gaya.</w:t>
      </w:r>
    </w:p>
    <w:p>
      <w:pPr>
        <w:jc w:val="right"/>
      </w:pPr>
      <w:r>
        <w:t>تو ان کو بھی truncated Empire ملا۔ Truncated Empire۔ ان کا جو Empire تھا وہ کٹھ سٹھ گیا، چھوٹا سا رہ گیا۔</w:t>
      </w:r>
    </w:p>
    <w:p>
      <w:r>
        <w:rPr>
          <w:b/>
        </w:rPr>
        <w:t xml:space="preserve">[18:28] </w:t>
      </w:r>
      <w:r>
        <w:t>ab ghor kijiye ke britishers ko mila truncated empire. mahatma gandhi ko mila truncated india. mr muhammad ali jinnah ko mila truncated pakistan.</w:t>
      </w:r>
    </w:p>
    <w:p>
      <w:pPr>
        <w:jc w:val="right"/>
      </w:pPr>
      <w:r>
        <w:t>اب غور کیجیے کہ Britishers کو ملا truncated Empire۔ مہاتما گاندھی کو ملا truncated India۔ مسٹر محمد علی جناح کو ملا truncated پاکستان۔</w:t>
      </w:r>
    </w:p>
    <w:p>
      <w:r>
        <w:rPr>
          <w:b/>
        </w:rPr>
        <w:t xml:space="preserve">[18:41] </w:t>
      </w:r>
      <w:r>
        <w:t>to main ne kaha un se ke aap un se bhi powerful hain? kya kashmir ke log jo hain britishers se zyada powerful hain?</w:t>
      </w:r>
    </w:p>
    <w:p>
      <w:pPr>
        <w:jc w:val="right"/>
      </w:pPr>
      <w:r>
        <w:t>تو میں نے کہا ان سے کہ آپ ان سے بھی powerful ہیں؟ کیا کشمیر کے لوگ جو ہیں Britishers سے زیادہ powerful ہیں؟</w:t>
      </w:r>
    </w:p>
    <w:p>
      <w:r>
        <w:rPr>
          <w:b/>
        </w:rPr>
        <w:t xml:space="preserve">[18:50] </w:t>
      </w:r>
      <w:r>
        <w:t>mahatma gandhi se zyada powerful hain? mr muhammad ali jinnah se zyada powerful hain? to woh log to disrespectful settlement par razi hue.</w:t>
      </w:r>
    </w:p>
    <w:p>
      <w:pPr>
        <w:jc w:val="right"/>
      </w:pPr>
      <w:r>
        <w:t>مہاتما گاندھی سے زیادہ powerful ہیں؟ مسٹر محمد علی جناح سے زیادہ powerful ہیں؟ تو وہ لوگ تو disrespectful settlement پر راضی ہوئے۔</w:t>
      </w:r>
    </w:p>
    <w:p>
      <w:r>
        <w:rPr>
          <w:b/>
        </w:rPr>
        <w:t xml:space="preserve">[19:01] </w:t>
      </w:r>
      <w:r>
        <w:t>aur aap kehte hain ke mujhe respectful settlement chahiye. They are against the law of nature.</w:t>
      </w:r>
    </w:p>
    <w:p>
      <w:pPr>
        <w:jc w:val="right"/>
      </w:pPr>
      <w:r>
        <w:t>اور آپ کہتے ہیں کہ مجھے respectful settlement چاہیے۔ They are against the law of nature۔</w:t>
      </w:r>
    </w:p>
    <w:p>
      <w:r>
        <w:rPr>
          <w:b/>
        </w:rPr>
        <w:t xml:space="preserve">[19:11] </w:t>
      </w:r>
      <w:r>
        <w:t>to yeh yeh kabhi hone wala nahi hai. Aap ko raazi hona chahiye is jo status quo hai kashmir mein is par raazi huiye.</w:t>
      </w:r>
    </w:p>
    <w:p>
      <w:pPr>
        <w:jc w:val="right"/>
      </w:pPr>
      <w:r>
        <w:t>تو یہ یہ کبھی ہونے والا نہیں ہے۔ آپ کو راضی ہونا چاہیے اس جو status quo ہے کشمیر میں اس پر راضی ہوئیے۔</w:t>
      </w:r>
    </w:p>
    <w:p>
      <w:r>
        <w:rPr>
          <w:b/>
        </w:rPr>
        <w:t xml:space="preserve">[19:21] </w:t>
      </w:r>
      <w:r>
        <w:t>chahe woh kitna hi disrespectful aap ke liye ho. Kyunke koi option nahi hai aap ke liye. Doosra option jo hai suicide bombing kijiye aur marte rahiye. Dekhiye yeh jo maine arz kiya yeh koi oratory nahi hai.</w:t>
      </w:r>
    </w:p>
    <w:p>
      <w:pPr>
        <w:jc w:val="right"/>
      </w:pPr>
      <w:r>
        <w:t>چاہے وہ کتنا ہی disrespectful آپ کے لیے ہو۔ کیونکہ کوئی option نہیں ہے آپ کے لیے۔ دوسرا option جو ہے suicide bombing کیجیے اور مرتے رہیے۔ دیکھیے یہ جو میں نے عرض کیا یہ کوئی oratory نہیں ہے۔</w:t>
      </w:r>
    </w:p>
    <w:p>
      <w:r>
        <w:rPr>
          <w:b/>
        </w:rPr>
        <w:t xml:space="preserve">[19:34] </w:t>
      </w:r>
      <w:r>
        <w:t>yeh shayari nahi hai yeh. Yeh zindagi hai, aap ko apni married life mein isi ko apnana hoga. Family life mein isi ko apnana hoga.</w:t>
      </w:r>
    </w:p>
    <w:p>
      <w:pPr>
        <w:jc w:val="right"/>
      </w:pPr>
      <w:r>
        <w:t>یہ شاعری نہیں ہے یہ۔ یہ زندگی ہے، آپ کو اپنی married life میں اسی کو اپنانا ہوگا۔ Family life میں اسی کو اپنانا ہوگا۔</w:t>
      </w:r>
    </w:p>
    <w:p>
      <w:r>
        <w:rPr>
          <w:b/>
        </w:rPr>
        <w:t xml:space="preserve">[19:43] </w:t>
      </w:r>
      <w:r>
        <w:t>National life mein isi ko apnana hoga. International life mein isi ko apnana hoga. Ke aap chahenge respectful formula. Aap ko raazi hona padega disrespectful formulay par.</w:t>
      </w:r>
    </w:p>
    <w:p>
      <w:pPr>
        <w:jc w:val="right"/>
      </w:pPr>
      <w:r>
        <w:t>National life میں اسی کو اپنانا ہوگا۔ International life میں اسی کو اپنانا ہوگا۔ کہ آپ چاہیں گے respectful فارمولا۔ آپ کو راضی ہونا پڑے گا disrespectful فارمولے پر۔</w:t>
      </w:r>
    </w:p>
    <w:p>
      <w:r>
        <w:rPr>
          <w:b/>
        </w:rPr>
        <w:t xml:space="preserve">[19:58] </w:t>
      </w:r>
      <w:r>
        <w:t>Is ka alternative kya hai? Maut. Destruction, tabahi. Doosra option aap ke liye hai hi nahi is zindagi mein.</w:t>
      </w:r>
    </w:p>
    <w:p>
      <w:pPr>
        <w:jc w:val="right"/>
      </w:pPr>
      <w:r>
        <w:t>اس کا alternative کیا ہے؟ موت۔ Destruction، تباہی۔ دوسرا option آپ کے لیے ہے ہی نہیں اس زندگی میں۔</w:t>
      </w:r>
    </w:p>
    <w:p>
      <w:r>
        <w:rPr>
          <w:b/>
        </w:rPr>
        <w:t xml:space="preserve">[20:13] </w:t>
      </w:r>
      <w:r>
        <w:t>Main aap ko aur example deta hoon. Dekhiye. Had Masih se ek hazar saal pehle Yemen ke area mein ek bohat hi developed qaum rehti thi is ka naam tha Sheba.</w:t>
      </w:r>
    </w:p>
    <w:p>
      <w:pPr>
        <w:jc w:val="right"/>
      </w:pPr>
      <w:r>
        <w:t>میں آپ کو اور example دیتا ہوں۔ دیکھیے۔ حد مسیح سے ایک ہزار سال پہلےیمن کے area میں ایک بہت ہی developed قوم رہتی تھی اس کا نام تھا شیبہ۔</w:t>
      </w:r>
    </w:p>
    <w:p>
      <w:r>
        <w:rPr>
          <w:b/>
        </w:rPr>
        <w:t xml:space="preserve">[20:30] </w:t>
      </w:r>
      <w:r>
        <w:t>S-H-E-B-A. Yemen ke area jo hai</w:t>
      </w:r>
    </w:p>
    <w:p>
      <w:pPr>
        <w:jc w:val="right"/>
      </w:pPr>
      <w:r>
        <w:t>S-H-E-B-A۔یمن کے area جو ہے</w:t>
      </w:r>
    </w:p>
    <w:p>
      <w:r>
        <w:rPr>
          <w:b/>
        </w:rPr>
        <w:t xml:space="preserve">[20:38] </w:t>
      </w:r>
      <w:r>
        <w:t>is mein un ke un ka rule tha. Aur us zamane mein yeh log samandari tijarat karte the. Aur bohat paisa tha un ke paas.</w:t>
      </w:r>
    </w:p>
    <w:p>
      <w:pPr>
        <w:jc w:val="right"/>
      </w:pPr>
      <w:r>
        <w:t>اس میں ان کے ان کا rule تھا۔ اور اس زمانے میں یہ لوگ سمندری تجارت کرتے تھے۔ اور بہت پیسہ تھا ان کے پاس۔</w:t>
      </w:r>
    </w:p>
    <w:p>
      <w:r>
        <w:rPr>
          <w:b/>
        </w:rPr>
        <w:t xml:space="preserve">[20:49] </w:t>
      </w:r>
      <w:r>
        <w:t>Bohat rich nation thi woh. Sheba. S-H-E-B-A. Quran mein do suraton mein un ka zikr hai.</w:t>
      </w:r>
    </w:p>
    <w:p>
      <w:pPr>
        <w:jc w:val="right"/>
      </w:pPr>
      <w:r>
        <w:t>بہت rich nation تھی وہ۔ شیبہ۔ S-H-E-B-A۔ قرآن میں دو سورتوں میں ان کا ذکر ہے۔</w:t>
      </w:r>
    </w:p>
    <w:p>
      <w:r>
        <w:rPr>
          <w:b/>
        </w:rPr>
        <w:t xml:space="preserve">[21:00] </w:t>
      </w:r>
      <w:r>
        <w:t>Surah Al-Naml mein, Surah Saba mein. Un ke naam par ek chapter hi Quran mein hai, Saba. To kya hua isi zamane mein Sulaiman jo Yahudiyon mein Nabi bhi the aur king bhi the woh.</w:t>
      </w:r>
    </w:p>
    <w:p>
      <w:pPr>
        <w:jc w:val="right"/>
      </w:pPr>
      <w:r>
        <w:t>سورہ النمل میں، سورہ صبا میں۔ ان کے نام پر ایک chapter ہی قرآن میں ہے، صبا۔ تو کیا ہوا اسی زمانے میں سلیمان جو یہودیوں میں نبی بھی تھے اور king بھی تھے وہ۔</w:t>
      </w:r>
    </w:p>
    <w:p>
      <w:r>
        <w:rPr>
          <w:b/>
        </w:rPr>
        <w:t xml:space="preserve">[21:18] </w:t>
      </w:r>
      <w:r>
        <w:t>Solomon jin ko kaha jata hai Bible mein, Solomon. To unhon ne is ko ultimatum diya ke tum surrender karo.</w:t>
      </w:r>
    </w:p>
    <w:p>
      <w:pPr>
        <w:jc w:val="right"/>
      </w:pPr>
      <w:r>
        <w:t>سولومن جن کو کہا جاتا ہے بائبل میں، سولومن۔ تو انہوں نے اس کو ultimatum دیا کہ تم surrender کرو۔</w:t>
      </w:r>
    </w:p>
    <w:p>
      <w:r>
        <w:rPr>
          <w:b/>
        </w:rPr>
        <w:t xml:space="preserve">[21:29] </w:t>
      </w:r>
      <w:r>
        <w:t>Surrender karo tum. Zahir hai ke aaj kal jo human rights ka jo concept hai is ke mutabiq un ka is ki maang jo thi bilkul yani theek nahi thi.</w:t>
      </w:r>
    </w:p>
    <w:p>
      <w:pPr>
        <w:jc w:val="right"/>
      </w:pPr>
      <w:r>
        <w:t>Surrender کرو تم۔ ظاہر ہے کہ آج کل جو human rights کا جو concept ہے اس کے مطابق ان کا اس کی مانگ جو تھی بالکل یعنی ٹھیک نہیں تھی۔</w:t>
      </w:r>
    </w:p>
    <w:p>
      <w:r>
        <w:rPr>
          <w:b/>
        </w:rPr>
        <w:t xml:space="preserve">[21:42] </w:t>
      </w:r>
      <w:r>
        <w:t>Hum surrender kyun karein?</w:t>
      </w:r>
    </w:p>
    <w:p>
      <w:pPr>
        <w:jc w:val="right"/>
      </w:pPr>
      <w:r>
        <w:t>ہم surrender کیوں کریں؟</w:t>
      </w:r>
    </w:p>
    <w:p>
      <w:r>
        <w:rPr>
          <w:b/>
        </w:rPr>
        <w:t xml:space="preserve">[21:48] </w:t>
      </w:r>
      <w:r>
        <w:t>To kya hua ke us waqt Bilqees is ka naam hota tha jo wahan queen ek rule karti thi, queen.</w:t>
      </w:r>
    </w:p>
    <w:p>
      <w:pPr>
        <w:jc w:val="right"/>
      </w:pPr>
      <w:r>
        <w:t>تو کیا ہوا کہ اس وقت بلقیس اس کا نام ہوتا تھا جو وہاں queen ایک rule کرتی تھی، queen۔</w:t>
      </w:r>
    </w:p>
    <w:p>
      <w:r>
        <w:rPr>
          <w:b/>
        </w:rPr>
        <w:t xml:space="preserve">[21:59] </w:t>
      </w:r>
      <w:r>
        <w:t>Is ka naam tha Bilqees. Bilqees ka lafz jo hai Bible mein aaya hai, Quran o Hadees mein to nahi aaya hai Bilqees ka lafz. To woh wahan par queen thi woh.</w:t>
      </w:r>
    </w:p>
    <w:p>
      <w:pPr>
        <w:jc w:val="right"/>
      </w:pPr>
      <w:r>
        <w:t>اس کا نام تھا بلقیس۔ بلقیس کا لفظ جو ہے بائبل میں آیا ہے، قرآن و حدیث میں تو آیا نہیں ہے بلقیس کا لفظ۔ تو وہ وہاں پر queen تھی وہ۔</w:t>
      </w:r>
    </w:p>
    <w:p>
      <w:r>
        <w:rPr>
          <w:b/>
        </w:rPr>
        <w:t xml:space="preserve">[22:12] </w:t>
      </w:r>
      <w:r>
        <w:t>To us ne apne jo us ke jo advisors the top ke un ko bulaya. Ke dekho yeh Sulaiman ne yeh maang ki hai ke hum surrender karein un ke aage.</w:t>
      </w:r>
    </w:p>
    <w:p>
      <w:pPr>
        <w:jc w:val="right"/>
      </w:pPr>
      <w:r>
        <w:t>تو اس نے اپنے جو اس کے جو advisors تھے top کے ان کو بلایا۔ کہ دیکھو یہ سلیمان نے یہ مانگ کی ہے کہ ہم surrender کریں ان کے آگے۔</w:t>
      </w:r>
    </w:p>
    <w:p>
      <w:r>
        <w:rPr>
          <w:b/>
        </w:rPr>
        <w:t xml:space="preserve">[22:27] </w:t>
      </w:r>
      <w:r>
        <w:t>Warna woh fauj bhejenge. To wahan bhi dekhiye in logon ne bhi respectful formula chaha. Ke theek hai woh bohat powerful hain lekin koi respectful formula hona chahiye.</w:t>
      </w:r>
    </w:p>
    <w:p>
      <w:pPr>
        <w:jc w:val="right"/>
      </w:pPr>
      <w:r>
        <w:t>ورنہ وہ فوج بھیجیں گے۔ تو وہاں بھی دیکھیے ان لوگوں نے بھی respectful فارمولا چاہا۔ کہ ٹھیک ہے وہ بہت powerful ہیں لیکن کوئی respectful فارمولا ہونا چاہیے۔</w:t>
      </w:r>
    </w:p>
    <w:p>
      <w:r>
        <w:rPr>
          <w:b/>
        </w:rPr>
        <w:t xml:space="preserve">[22:39] </w:t>
      </w:r>
      <w:r>
        <w:t>Aise kaise hum surrender kar dein? Hamara honor jo hai us ko mehfooz rehna chahiye. Us waqt Quran mein yeh ayat hai, bohat hi important hai yeh aap is ko parhiye.</w:t>
      </w:r>
    </w:p>
    <w:p>
      <w:pPr>
        <w:jc w:val="right"/>
      </w:pPr>
      <w:r>
        <w:t>ایسے کیسے ہم surrender کر دیں؟ ہمارا honor جو ہے اس کو محفوظ رہنا چاہیے۔ اس وقت قرآن میں یہ آیت ہے، بہت ہی important ہے یہ آپ اس کو پڑھیے۔</w:t>
      </w:r>
    </w:p>
    <w:p>
      <w:r>
        <w:rPr>
          <w:b/>
        </w:rPr>
        <w:t xml:space="preserve">[22:54] </w:t>
      </w:r>
      <w:r>
        <w:t>Surah Al-Naml mein. Innal muluka idha dakhlu qaryatan afsaduha waja'alu azzata ahliha azillatan wa zalika yaf'aloon to</w:t>
      </w:r>
    </w:p>
    <w:p>
      <w:pPr>
        <w:jc w:val="right"/>
      </w:pPr>
      <w:r>
        <w:t>سورہ النمل میں۔ إِنَّ الْمُلُوكَ إِذَا دَخَلُوا قَرْيَةً أَفْسَدُوهَا وَجَعَلُوا عِزَّةَ أَهْلِهَا عَذِلَّةً وَكَذَلَكَ يَفْعَلُونَ تو</w:t>
      </w:r>
    </w:p>
    <w:p>
      <w:r>
        <w:rPr>
          <w:b/>
        </w:rPr>
        <w:t xml:space="preserve">[23:08] </w:t>
      </w:r>
      <w:r>
        <w:t>woh jo queen Sheba jo thi us ne kaha ke badshah log jab kahin dakhil hote hain to wahan fasad karte hain, bigaad karte hain.</w:t>
      </w:r>
    </w:p>
    <w:p>
      <w:pPr>
        <w:jc w:val="right"/>
      </w:pPr>
      <w:r>
        <w:t>وہ جو queen شیبہ جو تھی اس نے کہا کہ بادشاہ لوگ جب کہیں داخل ہوتے ہیں تو وہاں فساد کرتے ہیں، بگاڑ کرتے ہیں۔</w:t>
      </w:r>
    </w:p>
    <w:p>
      <w:r>
        <w:rPr>
          <w:b/>
        </w:rPr>
        <w:t xml:space="preserve">[23:28] </w:t>
      </w:r>
      <w:r>
        <w:t>Aur izzat walon ki be izzat karte hain.</w:t>
      </w:r>
    </w:p>
    <w:p>
      <w:pPr>
        <w:jc w:val="right"/>
      </w:pPr>
      <w:r>
        <w:t>اور عزت والوں کی بے عزت کرتے ہیں۔</w:t>
      </w:r>
    </w:p>
    <w:p>
      <w:r>
        <w:rPr>
          <w:b/>
        </w:rPr>
        <w:t xml:space="preserve">[23:35] </w:t>
      </w:r>
      <w:r>
        <w:t>Aur yeh bhi yahi karenge, wa zalika yaf'aloon yeh bhi yahi karenge.</w:t>
      </w:r>
    </w:p>
    <w:p>
      <w:pPr>
        <w:jc w:val="right"/>
      </w:pPr>
      <w:r>
        <w:t>اور یہ بھی یہی کریں گے، وَكَذَلَكَ يَفْعَلُونَ یہ بھی یہی کریں گے۔</w:t>
      </w:r>
    </w:p>
    <w:p>
      <w:r>
        <w:rPr>
          <w:b/>
        </w:rPr>
        <w:t xml:space="preserve">[23:43] </w:t>
      </w:r>
      <w:r>
        <w:t>Yaani aayenge to wahan yahan kuch log maare jayenge. Property tabah hogi.</w:t>
      </w:r>
    </w:p>
    <w:p>
      <w:pPr>
        <w:jc w:val="right"/>
      </w:pPr>
      <w:r>
        <w:t>یعنی آئیں گے تو وہاں یہاں کچھ لوگ مارے جائیں گے۔ Property تباہ ہوگی۔</w:t>
      </w:r>
    </w:p>
    <w:p>
      <w:r>
        <w:rPr>
          <w:b/>
        </w:rPr>
        <w:t xml:space="preserve">[23:52] </w:t>
      </w:r>
      <w:r>
        <w:t>Hamari tijarat jo hai woh sab tabah hogi.</w:t>
      </w:r>
    </w:p>
    <w:p>
      <w:pPr>
        <w:jc w:val="right"/>
      </w:pPr>
      <w:r>
        <w:t>ہماری تجارت جو ہے وہ سب تباہ ہوگی۔</w:t>
      </w:r>
    </w:p>
    <w:p>
      <w:r>
        <w:rPr>
          <w:b/>
        </w:rPr>
        <w:t xml:space="preserve">[23:58] </w:t>
      </w:r>
      <w:r>
        <w:t>aur kazaalik woh bhi yahi karenge. ab dekhiye yeh jo lafz hai, ab ghaur kijiye. ke quran mein yeh nahi aaya ke woh to paighambar the is liye woh aisa nahi karenge.</w:t>
      </w:r>
    </w:p>
    <w:p>
      <w:pPr>
        <w:jc w:val="right"/>
      </w:pPr>
      <w:r>
        <w:t>اور کذالک وہ بھی یہی کریں گے۔ اب دیکھیے یہ جو لفظ ہے، اب غور کیجیے۔ کہ قرآن میں یہ نہیں آیا کہ وہ تو پیغمبر تھے اس لیے وہ ایسا نہیں کریں گے۔</w:t>
      </w:r>
    </w:p>
    <w:p>
      <w:r>
        <w:rPr>
          <w:b/>
        </w:rPr>
        <w:t xml:space="preserve">[24:08] </w:t>
      </w:r>
      <w:r>
        <w:t>yeh nahi aaya.</w:t>
      </w:r>
    </w:p>
    <w:p>
      <w:pPr>
        <w:jc w:val="right"/>
      </w:pPr>
      <w:r>
        <w:t>یہ نہیں آیا۔</w:t>
      </w:r>
    </w:p>
    <w:p>
      <w:r>
        <w:rPr>
          <w:b/>
        </w:rPr>
        <w:t xml:space="preserve">[24:12] </w:t>
      </w:r>
      <w:r>
        <w:t>yani hona yeh chahiye na ke woh woh queen jo hai woh keh rahi hai ke woh bhi aisa hi karenge, kazaalik yafaloon to quran mein hona chahiye tha ke us ne galat kaha, woh to paighambar the woh aisa na karte.</w:t>
      </w:r>
    </w:p>
    <w:p>
      <w:pPr>
        <w:jc w:val="right"/>
      </w:pPr>
      <w:r>
        <w:t>یعنی ہونا یہ چاہیے نا کہ وہ وہ queen جو ہے وہ کہہ رہی ہے کہ وہ بھی ایسا ہی کریں گے، کذالک یَفْعَلُونَ تو قرآن میں ہونا چاہیے تھا کہ اس نے غلط کہا، وہ تو پیغمبر تھے وہ ایسا نہ کرتے۔</w:t>
      </w:r>
    </w:p>
    <w:p>
      <w:r>
        <w:rPr>
          <w:b/>
        </w:rPr>
        <w:t xml:space="preserve">[24:26] </w:t>
      </w:r>
      <w:r>
        <w:t>is ka matlab hai ke paighambar bhi yahi karta. King hamesha yahi karta hai.</w:t>
      </w:r>
    </w:p>
    <w:p>
      <w:pPr>
        <w:jc w:val="right"/>
      </w:pPr>
      <w:r>
        <w:t>اس کا معنی ہے کہ پیغمبر بھی یہی کرتا۔ King ہمیشہ یہی کرتا ہے۔</w:t>
      </w:r>
    </w:p>
    <w:p>
      <w:r>
        <w:rPr>
          <w:b/>
        </w:rPr>
        <w:t xml:space="preserve">[24:36] </w:t>
      </w:r>
      <w:r>
        <w:t>King yahi karta hai hamesha. to unhon ne surrender kar diya. yahan pe aap dekhiye disrespectful formulay ko quran mein endorse kiya gaya hai.</w:t>
      </w:r>
    </w:p>
    <w:p>
      <w:pPr>
        <w:jc w:val="right"/>
      </w:pPr>
      <w:r>
        <w:t>King یہی کرتا ہے ہمیشہ۔ تو انہوں نے surrender کر دیا۔ یہاں پہ آپ دیکھیے disrespectful فارمولے کو قرآن میں endorse کیا گیا ہے۔</w:t>
      </w:r>
    </w:p>
    <w:p>
      <w:r>
        <w:rPr>
          <w:b/>
        </w:rPr>
        <w:t xml:space="preserve">[24:48] </w:t>
      </w:r>
      <w:r>
        <w:t>quran mein yeh nahi kaha gaya hai ke is aurat ko respectful formulay ke liye ladna chahiye tha. surrender nahi karna chahiye tha. to quran endorse kar raha hai ke is tarah ki situation mein disrespectful formulay ko manna padta hai.</w:t>
      </w:r>
    </w:p>
    <w:p>
      <w:pPr>
        <w:jc w:val="right"/>
      </w:pPr>
      <w:r>
        <w:t>قرآن میں یہ نہیں کہا گیا ہے کہ اس عورت کو respectful فارمولے کے لیے لڑنا چاہیے تھا۔ Surrender نہیں کرنا چاہیے تھا۔ تو قرآن endorse کر رہا ہے کہ اس طرح کی situation میں disrespectful فارمولے کو ماننا پڑتا ہے۔</w:t>
      </w:r>
    </w:p>
    <w:p>
      <w:r>
        <w:rPr>
          <w:b/>
        </w:rPr>
        <w:t xml:space="preserve">[25:09] </w:t>
      </w:r>
      <w:r>
        <w:t>warna kya hai? tabaahi, maar kat, khoon bahana.</w:t>
      </w:r>
    </w:p>
    <w:p>
      <w:pPr>
        <w:jc w:val="right"/>
      </w:pPr>
      <w:r>
        <w:t>ورنہ کیا ہے؟ تباہی، مار کٹ، خون بہانا۔</w:t>
      </w:r>
    </w:p>
    <w:p>
      <w:r>
        <w:rPr>
          <w:b/>
        </w:rPr>
        <w:t xml:space="preserve">[25:18] </w:t>
      </w:r>
      <w:r>
        <w:t>yeh hai Hazrat Masih se ek hazar saal pehle ka waqia.</w:t>
      </w:r>
    </w:p>
    <w:p>
      <w:pPr>
        <w:jc w:val="right"/>
      </w:pPr>
      <w:r>
        <w:t>یہ ہے حضرت مسیح سے ایک ہزار سال پہلے کا واقعہ۔</w:t>
      </w:r>
    </w:p>
    <w:p>
      <w:r>
        <w:rPr>
          <w:b/>
        </w:rPr>
        <w:t xml:space="preserve">[25:25] </w:t>
      </w:r>
      <w:r>
        <w:t>ab Rasool Allah ke zamane ko lijiye aap. Rasool Allah ke zamane mein</w:t>
      </w:r>
    </w:p>
    <w:p>
      <w:pPr>
        <w:jc w:val="right"/>
      </w:pPr>
      <w:r>
        <w:t>اب رسول اللہ کے زمانے کو لیجیے آپ۔ رسول اللہ کے زمانے میں</w:t>
      </w:r>
    </w:p>
    <w:p>
      <w:r>
        <w:rPr>
          <w:b/>
        </w:rPr>
        <w:t xml:space="preserve">[25:38] </w:t>
      </w:r>
      <w:r>
        <w:t>kaafi takrao hua us waqt jo log wahan par power mein the. mushrik log power mein the wahan par.</w:t>
      </w:r>
    </w:p>
    <w:p>
      <w:pPr>
        <w:jc w:val="right"/>
      </w:pPr>
      <w:r>
        <w:t>کافی ٹکراؤ ہوا اس وقت جو لوگ وہاں پر power میں تھے۔ مشرک لوگ power میں تھے وہاں پر۔</w:t>
      </w:r>
    </w:p>
    <w:p>
      <w:r>
        <w:rPr>
          <w:b/>
        </w:rPr>
        <w:t xml:space="preserve">[25:50] </w:t>
      </w:r>
      <w:r>
        <w:t>arab mein aur makkah in ka center tha. to wahan par kai kai ladaiyan huin.</w:t>
      </w:r>
    </w:p>
    <w:p>
      <w:pPr>
        <w:jc w:val="right"/>
      </w:pPr>
      <w:r>
        <w:t>عرب میں اور مکہ ان کا center تھا۔ تو وہاں پر کئی کئی لڑائیاں ہوئیں۔</w:t>
      </w:r>
    </w:p>
    <w:p>
      <w:r>
        <w:rPr>
          <w:b/>
        </w:rPr>
        <w:t xml:space="preserve">[26:00] </w:t>
      </w:r>
      <w:r>
        <w:t>kal mere paas sahib ka telephone aaya, woh aalim hain, aalim ke woh aalim. log samajhte hain ke ladai ka matlab yeh hai ke bas Rasool Allah ladai karte rahe. woh yahi samajh rahe hain aalim hote hue bhi.</w:t>
      </w:r>
    </w:p>
    <w:p>
      <w:pPr>
        <w:jc w:val="right"/>
      </w:pPr>
      <w:r>
        <w:t>کل میرے پاس صاحب کا telephone آیا، وہ عالم ہیں، عالم کے وہ عالم۔ لوگ سمجھتے ہیں کہ لڑائی کا معنی یہ ہے کہ بس رسول اللہ لڑائی کرتے رہے۔ وہ یہی سمجھ رہے ہیں عالم ہوتے ہوئے بھی۔</w:t>
      </w:r>
    </w:p>
    <w:p>
      <w:r>
        <w:rPr>
          <w:b/>
        </w:rPr>
        <w:t xml:space="preserve">[26:11] </w:t>
      </w:r>
      <w:r>
        <w:t>unhon ne kaha ke kaise aap kehte hain ghazwaat hue Rasool Allah ke zamane mein? unhon ne kaha ghazwa ke matlab kya hain? aap log samajh rahe hain ghazwa ka matlab qitaal, ladai?</w:t>
      </w:r>
    </w:p>
    <w:p>
      <w:pPr>
        <w:jc w:val="right"/>
      </w:pPr>
      <w:r>
        <w:t>انہوں نے کہا کہ کیسے آپ کہتے ہیں غزوات ہوئے رسول اللہ کے زمانے میں؟ انہوں نے کہا غزوہ کے معنی کیا ہیں؟ آپ لوگ سمجھ رہے ہیں غزوہ کا معنی قتال، لڑائی؟</w:t>
      </w:r>
    </w:p>
    <w:p>
      <w:r>
        <w:rPr>
          <w:b/>
        </w:rPr>
        <w:t xml:space="preserve">[26:23] </w:t>
      </w:r>
      <w:r>
        <w:t>main ne kaha ek dictionary dekhiye. ghazwa ke matlab hote hain campaign. campaign yani eighty campaign. eighty war nahi.</w:t>
      </w:r>
    </w:p>
    <w:p>
      <w:pPr>
        <w:jc w:val="right"/>
      </w:pPr>
      <w:r>
        <w:t>میں نے کہا ایک dictionary دیکھیے۔ غزوہ کے معنی ہوتے ہیں campaign۔ Campaign یعنی eighty campaign۔ Eighty war نہیں۔</w:t>
      </w:r>
    </w:p>
    <w:p>
      <w:r>
        <w:rPr>
          <w:b/>
        </w:rPr>
        <w:t xml:space="preserve">[26:35] </w:t>
      </w:r>
      <w:r>
        <w:t>ab yeh saare log samajh baithe hain ke Rasool Allah jo hai zindagi mein ladte rahe. kyun ke kitabon mein likha jata hai more than eighty ghazwaat.</w:t>
      </w:r>
    </w:p>
    <w:p>
      <w:pPr>
        <w:jc w:val="right"/>
      </w:pPr>
      <w:r>
        <w:t>اب یہ سارے لوگ سمجھ بیٹھے ہیں کہ رسول اللہ جو ہے زندگی میں لڑتے رہے۔ کیونکہ کتابوں میں لکھا جاتا ہے more than eighty غزوات۔</w:t>
      </w:r>
    </w:p>
    <w:p>
      <w:r>
        <w:rPr>
          <w:b/>
        </w:rPr>
        <w:t xml:space="preserve">[26:46] </w:t>
      </w:r>
      <w:r>
        <w:t>more than eighty ghazwaat, eight zero. to log samajhte hain ke eighty ladaiyan. yeh ek aalim keh raha hai, baqaida aalim hai, hasnaat yafta aalim.</w:t>
      </w:r>
    </w:p>
    <w:p>
      <w:pPr>
        <w:jc w:val="right"/>
      </w:pPr>
      <w:r>
        <w:t>More than eighty غزوات، eight zero۔ تو لوگ سمجھتے ہیں کہ eighty لڑائیاں۔ یہ ایک عالم کہہ رہا ہے، باقاعدہ عالم ہے، حسنات یافتہ عالم۔</w:t>
      </w:r>
    </w:p>
    <w:p>
      <w:r>
        <w:rPr>
          <w:b/>
        </w:rPr>
        <w:t xml:space="preserve">[26:56] </w:t>
      </w:r>
      <w:r>
        <w:t>kal kal telephone baat hui un se. isi par woh telephone aaya tha ke aap ne aisa kaise likh diya? main ne kaha aap proof dijiye.</w:t>
      </w:r>
    </w:p>
    <w:p>
      <w:pPr>
        <w:jc w:val="right"/>
      </w:pPr>
      <w:r>
        <w:t>کل کل telephone بات ہوئی ان سے۔ اسی پر وہ telephone آیا تھا کہ آپ نے ایسا کیسے لکھ دیا؟ میں نے کہا آپ proof دیجیے۔</w:t>
      </w:r>
    </w:p>
    <w:p>
      <w:r>
        <w:rPr>
          <w:b/>
        </w:rPr>
        <w:t xml:space="preserve">[27:06] </w:t>
      </w:r>
      <w:r>
        <w:t>to kahe ghazwa khandak, main ne kaha ghazwa khandak mein ladai kahan hui? ab dekhiye log kitna kam jante hain baaton ko, ulama bhi. to kaha nahi ghazwa khandak mein ladai hui thi.</w:t>
      </w:r>
    </w:p>
    <w:p>
      <w:pPr>
        <w:jc w:val="right"/>
      </w:pPr>
      <w:r>
        <w:t>تو کہے غزوہ خندق، میں نے کہا غزوہ خندق میں لڑائی کہاں ہوئی؟ اب دیکھیے لوگ کتنا کم جانتے ہیں باتوں کو، علماء بھی۔ تو کہا نہیں غزوہ خندق میں لڑائی ہوئی تھی۔</w:t>
      </w:r>
    </w:p>
    <w:p>
      <w:r>
        <w:rPr>
          <w:b/>
        </w:rPr>
        <w:t xml:space="preserve">[27:19] </w:t>
      </w:r>
      <w:r>
        <w:t>to Hazrat Ali jo hai un mein aur idhar se ek aadmi mein hua tha. to main ne kaha is ko kehte hain arabic mein mubarzat.</w:t>
      </w:r>
    </w:p>
    <w:p>
      <w:pPr>
        <w:jc w:val="right"/>
      </w:pPr>
      <w:r>
        <w:t>تو حضرت علی جو ہے ان میں اور ادھر سے ایک آدمی میں ہوا تھا۔ تو میں نے کہا اس کو کہتے ہیں Arabic میں مبارزت۔</w:t>
      </w:r>
    </w:p>
    <w:p>
      <w:r>
        <w:rPr>
          <w:b/>
        </w:rPr>
        <w:t xml:space="preserve">[27:29] </w:t>
      </w:r>
      <w:r>
        <w:t>qitaal nahi kehte is ko. mubarzat. aap mubarzat ko qitaal ek samajh rahe hain?</w:t>
      </w:r>
    </w:p>
    <w:p>
      <w:pPr>
        <w:jc w:val="right"/>
      </w:pPr>
      <w:r>
        <w:t>قتال نہیں کہتے اس کو۔ مبارزت۔ آپ مبارزت کو اور قتال کو ایک سمجھ رہے ہیں؟</w:t>
      </w:r>
    </w:p>
    <w:p>
      <w:r>
        <w:rPr>
          <w:b/>
        </w:rPr>
        <w:t xml:space="preserve">[27:39] </w:t>
      </w:r>
      <w:r>
        <w:t>pehle zamane mein yeh tareeqa tha ke direct jang se pehle ek aadmi idhar se niklta, ek aadmi idhar se niklta. kya ho? woh lalkarta, woh lalkarta.</w:t>
      </w:r>
    </w:p>
    <w:p>
      <w:pPr>
        <w:jc w:val="right"/>
      </w:pPr>
      <w:r>
        <w:t>پہلے زمانے میں یہ طریقہ تھا کہ direct جنگ سے پہلے ایک آدمی ادھر سے نکلتا، ایک آدمی ادھر سے نکلتا۔ کیا ہو؟ وہ للکارتا، وہ للکارتا۔</w:t>
      </w:r>
    </w:p>
    <w:p>
      <w:r>
        <w:rPr>
          <w:b/>
        </w:rPr>
        <w:t xml:space="preserve">[27:50] </w:t>
      </w:r>
      <w:r>
        <w:t>to woh woh infiradi taur par ladte the, akele. individual level par. idhar se nikla tha غالباً is ka Marhab is ka naam tha غالباً.</w:t>
      </w:r>
    </w:p>
    <w:p>
      <w:pPr>
        <w:jc w:val="right"/>
      </w:pPr>
      <w:r>
        <w:t>تو وہ وہ انفرادی طور پر لڑتے تھے، اکیلے۔ Individual level پر۔ ادھر سے نکلا تھا غالباً اس کا مرحب اس کا نام تھا غالباً۔</w:t>
      </w:r>
    </w:p>
    <w:p>
      <w:r>
        <w:rPr>
          <w:b/>
        </w:rPr>
        <w:t xml:space="preserve">[28:00] </w:t>
      </w:r>
      <w:r>
        <w:t>aur idhar se Hazrat Ali ke liye nikle the. to woh mubarzat thi woh. woh qitaal nahi thi. is liye main ne kaha aap log mubarzat ko qitaal samajh rahe hain?</w:t>
      </w:r>
    </w:p>
    <w:p>
      <w:pPr>
        <w:jc w:val="right"/>
      </w:pPr>
      <w:r>
        <w:t>اور ادھر سے حضرت علی کے لیے نکلے تھے۔ تو وہ مبارزت تھی وہ۔ وہ قتال نہیں تھی۔ اس لیے میں نے کہا آپ لوگ مبارزت کو قتال سمجھ رہے ہیں؟</w:t>
      </w:r>
    </w:p>
    <w:p>
      <w:r>
        <w:rPr>
          <w:b/>
        </w:rPr>
        <w:t xml:space="preserve">[28:10] </w:t>
      </w:r>
      <w:r>
        <w:t>main ne kaha ke khandak jo khodi gayi thi woh to isi liye ke Rasool Allah ladai se avoid karna chahte the. ladai ladna hota to khandak kyun khodte?</w:t>
      </w:r>
    </w:p>
    <w:p>
      <w:pPr>
        <w:jc w:val="right"/>
      </w:pPr>
      <w:r>
        <w:t>میں نے کہا کہ خندق جو کھودی گئی تھی وہ تو اسی لیے کہ رسول اللہ لڑائی سے avoid کرنا چاہتے تھے۔ لڑائی لڑنا ہوتا تو خندق کیوں کھودتے؟</w:t>
      </w:r>
    </w:p>
    <w:p>
      <w:r>
        <w:rPr>
          <w:b/>
        </w:rPr>
        <w:t xml:space="preserve">[28:21] </w:t>
      </w:r>
      <w:r>
        <w:t>Rasool Allah ko ladai ladna hota to khandak kyun khodte?</w:t>
      </w:r>
    </w:p>
    <w:p>
      <w:pPr>
        <w:jc w:val="right"/>
      </w:pPr>
      <w:r>
        <w:t>رسول اللہ کو لڑائی لڑنا ہوتا تو خندق کیوں کھودتے؟</w:t>
      </w:r>
    </w:p>
    <w:p>
      <w:r>
        <w:rPr>
          <w:b/>
        </w:rPr>
        <w:t xml:space="preserve">[28:27] </w:t>
      </w:r>
      <w:r>
        <w:t>to mein ne kaha ke dekhiye rasool Allah ke zamane mein full fledged war sirf teen hui hai. Full fledged war sirf teen hui hai.</w:t>
      </w:r>
    </w:p>
    <w:p>
      <w:pPr>
        <w:jc w:val="right"/>
      </w:pPr>
      <w:r>
        <w:t>تو میں نے کہا کہ دیکھیے رسول اللہ کے زمانے میں full fledged war صرف تین ہوئی ہے۔ Full fledged war صرف تین ہوئی ہے۔</w:t>
      </w:r>
    </w:p>
    <w:p>
      <w:r>
        <w:rPr>
          <w:b/>
        </w:rPr>
        <w:t xml:space="preserve">[28:37] </w:t>
      </w:r>
      <w:r>
        <w:t>woh hai badr, uhud, hunain. To unhon ne kaha ke khaibar, mein ne kaha khaibar full fledged war nahi thi.</w:t>
      </w:r>
    </w:p>
    <w:p>
      <w:pPr>
        <w:jc w:val="right"/>
      </w:pPr>
      <w:r>
        <w:t>وہ ہے بدر، احد، حنین۔ تو انہوں نے کہا کہ خیبر، میں نے کہا خیبر full fledged war نہیں تھی۔</w:t>
      </w:r>
    </w:p>
    <w:p>
      <w:r>
        <w:rPr>
          <w:b/>
        </w:rPr>
        <w:t xml:space="preserve">[28:46] </w:t>
      </w:r>
      <w:r>
        <w:t>khaibar to woh tha jis ko kehte hain siege, muhasra karna. Woh muhasra tha, woh full fledged war nahi thi woh.</w:t>
      </w:r>
    </w:p>
    <w:p>
      <w:pPr>
        <w:jc w:val="right"/>
      </w:pPr>
      <w:r>
        <w:t>خیبر تو وہ تھا جس کو کہتے ہیں siege، محاصرہ کرنا۔ وہ محاصرہ تھا، وہ full fledged war نہیں تھی وہ۔</w:t>
      </w:r>
    </w:p>
    <w:p>
      <w:r>
        <w:rPr>
          <w:b/>
        </w:rPr>
        <w:t xml:space="preserve">[28:57] </w:t>
      </w:r>
      <w:r>
        <w:t>kitne yaani apne apne mind mein khud hi bana bana liya hai logon ne, isi mein jeete hain log. Isi mein jeete hain.</w:t>
      </w:r>
    </w:p>
    <w:p>
      <w:pPr>
        <w:jc w:val="right"/>
      </w:pPr>
      <w:r>
        <w:t>کتنے یعنی اپنے اپنے mind میں خود ہی بنا بنا لیا ہے لوگوں نے، اسی میں جیتے ہیں لوگ۔ اسی میں جیتے ہیں۔</w:t>
      </w:r>
    </w:p>
    <w:p>
      <w:r>
        <w:rPr>
          <w:b/>
        </w:rPr>
        <w:t xml:space="preserve">[29:05] </w:t>
      </w:r>
      <w:r>
        <w:t>is mein yahi bana rakha hai ke sahib mubarzat samjho to hum apni izzat ko hi khoyen, hamein to respectful formula chahiye. Izzat nafs ka sawal hai.</w:t>
      </w:r>
    </w:p>
    <w:p>
      <w:pPr>
        <w:jc w:val="right"/>
      </w:pPr>
      <w:r>
        <w:t>اس میں یہی بنا رکھا ہے کہ صاحب مبارزت سمجھو تو ہم اپنی عزت کو ہی کھوئیں، ہمیں تو respectful فارمولا چاہیے۔ عزت نفس کا سوال ہے۔</w:t>
      </w:r>
    </w:p>
    <w:p>
      <w:r>
        <w:rPr>
          <w:b/>
        </w:rPr>
        <w:t xml:space="preserve">[29:16] </w:t>
      </w:r>
      <w:r>
        <w:t>yeh bilkul hi baseless baat hai. Dunya mein izzat nafs koi cheez nahi hai. Mein kaha karta hoon ke izzat nafs ek jhoota lafz hai. Izzat nafs ek jhoota lafz hai.</w:t>
      </w:r>
    </w:p>
    <w:p>
      <w:pPr>
        <w:jc w:val="right"/>
      </w:pPr>
      <w:r>
        <w:t>یہ بالکل ہی baseless بات ہے۔ دنیا میں عزت نفس کوئی چیز نہیں ہے۔ میں کہا کرتا ہوں کہ عزت نفس ایک جھوٹا لفظ ہے۔ عزت نفس ایک جھوٹا لفظ ہے۔</w:t>
      </w:r>
    </w:p>
    <w:p>
      <w:r>
        <w:rPr>
          <w:b/>
        </w:rPr>
        <w:t xml:space="preserve">[29:28] </w:t>
      </w:r>
      <w:r>
        <w:t>Arrogance yeh egoism ko chupane ki tarkeeb hai. Arrogance aur ego ko na bol kar ke aap ek ek aur lafz bolte hain, beautify karte hain is ko.</w:t>
      </w:r>
    </w:p>
    <w:p>
      <w:pPr>
        <w:jc w:val="right"/>
      </w:pPr>
      <w:r>
        <w:t>Arrogance یہ egoism کو چھپانے کی ترکیب ہے۔ Arrogance اور ego کو نہ بول کر کے آپ ایک ایک اور لفظ بولتے ہیں، beautify کرتے ہیں اس کو۔</w:t>
      </w:r>
    </w:p>
    <w:p>
      <w:r>
        <w:rPr>
          <w:b/>
        </w:rPr>
        <w:t xml:space="preserve">[29:43] </w:t>
      </w:r>
      <w:r>
        <w:t>to rasool Allah ke zamane mein mein keh raha tha ke rasool Allah ne chaha ke jang khatam ho. To aap ne negotiation kiya.</w:t>
      </w:r>
    </w:p>
    <w:p>
      <w:pPr>
        <w:jc w:val="right"/>
      </w:pPr>
      <w:r>
        <w:t>تو رسول اللہ کے زمانے میں میں کہہ رہا تھا کہ رسول اللہ نے چاہا کہ جنگ ختم ہو۔ تو آپ نے negotiation کیا۔</w:t>
      </w:r>
    </w:p>
    <w:p>
      <w:r>
        <w:rPr>
          <w:b/>
        </w:rPr>
        <w:t xml:space="preserve">[29:54] </w:t>
      </w:r>
      <w:r>
        <w:t>do hafte tak negotiation chala.</w:t>
      </w:r>
    </w:p>
    <w:p>
      <w:pPr>
        <w:jc w:val="right"/>
      </w:pPr>
      <w:r>
        <w:t>دو ہفتے تک negotiation چلا۔</w:t>
      </w:r>
    </w:p>
    <w:p>
      <w:r>
        <w:rPr>
          <w:b/>
        </w:rPr>
        <w:t xml:space="preserve">[29:59] </w:t>
      </w:r>
      <w:r>
        <w:t>hudaybiyah ke maqam par. To</w:t>
      </w:r>
    </w:p>
    <w:p>
      <w:pPr>
        <w:jc w:val="right"/>
      </w:pPr>
      <w:r>
        <w:t>حدیبیہ کے مقام پر۔ تو</w:t>
      </w:r>
    </w:p>
    <w:p>
      <w:r>
        <w:rPr>
          <w:b/>
        </w:rPr>
        <w:t xml:space="preserve">[30:09] </w:t>
      </w:r>
      <w:r>
        <w:t>aakhir mein ek agreement hua. Jis ko kaha jata hai hudaybiyah agreement. Sulh al-hudaybiyah kehte hain is ko.</w:t>
      </w:r>
    </w:p>
    <w:p>
      <w:pPr>
        <w:jc w:val="right"/>
      </w:pPr>
      <w:r>
        <w:t>آخر میں ایک agreement ہوا۔ جس کو کہا جاتا ہے حدیبیہ agreement۔ صلح الحدیبیہ کہتے ہیں اس کو۔</w:t>
      </w:r>
    </w:p>
    <w:p>
      <w:r>
        <w:rPr>
          <w:b/>
        </w:rPr>
        <w:t xml:space="preserve">[30:20] </w:t>
      </w:r>
      <w:r>
        <w:t>to is mein kya hua</w:t>
      </w:r>
    </w:p>
    <w:p>
      <w:pPr>
        <w:jc w:val="right"/>
      </w:pPr>
      <w:r>
        <w:t>تو اس میں کیا ہوا</w:t>
      </w:r>
    </w:p>
    <w:p>
      <w:r>
        <w:rPr>
          <w:b/>
        </w:rPr>
        <w:t xml:space="preserve">[30:24] </w:t>
      </w:r>
      <w:r>
        <w:t>ke sari jo conditions thi un logon ki yaani mushrik logon ki rasool Allah ne maan li. Sirf ek cheez aap ko is mein hasil hui woh kya?</w:t>
      </w:r>
    </w:p>
    <w:p>
      <w:pPr>
        <w:jc w:val="right"/>
      </w:pPr>
      <w:r>
        <w:t>کہ ساری جو conditions تھیں ان لوگوں کی یعنی مشرک لوگوں کی رسول اللہ نے مان لیں۔ صرف ایک چیز آپ کو اس میں حاصل ہوئی وہ کیا؟</w:t>
      </w:r>
    </w:p>
    <w:p>
      <w:r>
        <w:rPr>
          <w:b/>
        </w:rPr>
        <w:t xml:space="preserve">[30:38] </w:t>
      </w:r>
      <w:r>
        <w:t>woh yeh ke woh peace yeh tay hoga ke aaj se hamare tumhare beech mein koi ladai nahi hogi. To haqeeqat mein woh das saal ka no war pact tha.</w:t>
      </w:r>
    </w:p>
    <w:p>
      <w:pPr>
        <w:jc w:val="right"/>
      </w:pPr>
      <w:r>
        <w:t>وہ یہ کہ وہ peace یہ طے ہوگا کہ آج سے ہمارے تمہارے بیچ میں کوئی لڑائی نہیں ہوگی۔ تو حقیقت میں وہ دس سال کا no war pact تھا۔</w:t>
      </w:r>
    </w:p>
    <w:p>
      <w:r>
        <w:rPr>
          <w:b/>
        </w:rPr>
        <w:t xml:space="preserve">[30:51] </w:t>
      </w:r>
      <w:r>
        <w:t>das saal ka no war pact. To yeh un se yeh ahad lene ke liye ke das saal tak tum hamare khilaf koi attack nahi karoge, na direct na indirect.</w:t>
      </w:r>
    </w:p>
    <w:p>
      <w:pPr>
        <w:jc w:val="right"/>
      </w:pPr>
      <w:r>
        <w:t>دس سال کا no war pact۔ تو یہ ان سے یہ عہد لینے کے لیے کہ دس سال تک تم ہمارے خلاف کوئی attack نہیں کرو گے، نہ direct نہ indirect۔</w:t>
      </w:r>
    </w:p>
    <w:p>
      <w:r>
        <w:rPr>
          <w:b/>
        </w:rPr>
        <w:t xml:space="preserve">[31:06] </w:t>
      </w:r>
      <w:r>
        <w:t>is ke liye aap ne un ki sari hi conditions ko maan liya. Yeh tha hudaybiyah agreement. Is ki detail aap kitabon mein dekh sakte hain.</w:t>
      </w:r>
    </w:p>
    <w:p>
      <w:pPr>
        <w:jc w:val="right"/>
      </w:pPr>
      <w:r>
        <w:t>اس کے لیے آپ نے ان کی ساری ہی conditions کو مان لیا۔ یہ تھا حدیبیہ agreement۔ اس کی detail آپ کتابوں میں دیکھ سکتے ہیں۔</w:t>
      </w:r>
    </w:p>
    <w:p>
      <w:r>
        <w:rPr>
          <w:b/>
        </w:rPr>
        <w:t xml:space="preserve">[31:17] </w:t>
      </w:r>
      <w:r>
        <w:t>seerat ki kitabon mein yaani life of the prophet ki jo kitabein hain is par sab se zyada authentic book mani jati hai seerat ibn ishaq jo ke tabi the.</w:t>
      </w:r>
    </w:p>
    <w:p>
      <w:pPr>
        <w:jc w:val="right"/>
      </w:pPr>
      <w:r>
        <w:t>سیرت کی کتابوں میں یعنی life of the prophet کی جو کتابیں ہیں اس پر سب سے زیادہ authentic book مانی جاتی ہے سیرت ابن اسحاق جو کہ تابعی تھے۔</w:t>
      </w:r>
    </w:p>
    <w:p>
      <w:r>
        <w:rPr>
          <w:b/>
        </w:rPr>
        <w:t xml:space="preserve">[31:32] </w:t>
      </w:r>
      <w:r>
        <w:t>ibn ishaq tabi the. Phir un ke disciple the ibn hisham. Un se liya unhon ne aur add kar ke unhon ne kitab banai.</w:t>
      </w:r>
    </w:p>
    <w:p>
      <w:pPr>
        <w:jc w:val="right"/>
      </w:pPr>
      <w:r>
        <w:t>ابن اسحاق تابعی تھے۔ پھر ان کے disciple تھے ابن ہشام۔ ان سے لیا انہوں نے اور add کر کے انہوں نے کتاب بنائی۔</w:t>
      </w:r>
    </w:p>
    <w:p>
      <w:r>
        <w:rPr>
          <w:b/>
        </w:rPr>
        <w:t xml:space="preserve">[31:43] </w:t>
      </w:r>
      <w:r>
        <w:t>is ka naam hai seerat ibn hisham. Woh chhapi hui hai. Seerat ka jo literature hai is mein sab se zyada yahi kitab authentic mani jati hai.</w:t>
      </w:r>
    </w:p>
    <w:p>
      <w:pPr>
        <w:jc w:val="right"/>
      </w:pPr>
      <w:r>
        <w:t>اس کا نام ہے سیرت ابن ہشام۔ وہ چھپی ہوئی ہے۔ سیرت کا جو literature ہے اس میں سب سے زیادہ یہی کتاب authentic مانی جاتی ہے۔</w:t>
      </w:r>
    </w:p>
    <w:p>
      <w:r>
        <w:rPr>
          <w:b/>
        </w:rPr>
        <w:t xml:space="preserve">[31:54] </w:t>
      </w:r>
      <w:r>
        <w:t>seerat par bohat si baatein hain hadith ki kitabon mein lekin yeh jo kitab hai jo likhi gayi thi sirf seerat par is ka English translation ho chuka hai.</w:t>
      </w:r>
    </w:p>
    <w:p>
      <w:pPr>
        <w:jc w:val="right"/>
      </w:pPr>
      <w:r>
        <w:t>سیرت پر بہت سی باتیں ہیں حدیث کی کتابوں میں لیکن یہ جو کتاب ہے جو لکھی گئی تھی صرف سیرت پر اس کا English translation ہو چکا ہے۔</w:t>
      </w:r>
    </w:p>
    <w:p>
      <w:r>
        <w:rPr>
          <w:b/>
        </w:rPr>
        <w:t xml:space="preserve">[32:05] </w:t>
      </w:r>
      <w:r>
        <w:t>English translation ek ek ek ek angrez ne kiya hai. Is ka naam hai life of Muhammad. Moti si kitab mere paas maujood hai. Life of Muhammad.</w:t>
      </w:r>
    </w:p>
    <w:p>
      <w:pPr>
        <w:jc w:val="right"/>
      </w:pPr>
      <w:r>
        <w:t>English translation ایک ایک ایک ایک انگریز نے کیا ہے۔ اس کا نام ہے life of محمد۔ موٹی سی کتاب میرے پاس موجود ہے۔ Life of محمد۔</w:t>
      </w:r>
    </w:p>
    <w:p>
      <w:r>
        <w:rPr>
          <w:b/>
        </w:rPr>
        <w:t xml:space="preserve">[32:16] </w:t>
      </w:r>
      <w:r>
        <w:t>aap is ko parh sakte hain. Bohat achhi English hai is ki. To is mein hudaybiyah ke bare mein jo hai is ko aap parhiye.</w:t>
      </w:r>
    </w:p>
    <w:p>
      <w:pPr>
        <w:jc w:val="right"/>
      </w:pPr>
      <w:r>
        <w:t>آپ اس کو پڑھ سکتے ہیں۔ بہت اچھی انگلش ہے اس کی۔ تو اس میں حدیبیہ کے بارے میں جو ہے اس کو آپ پڑھیے۔</w:t>
      </w:r>
    </w:p>
    <w:p>
      <w:r>
        <w:rPr>
          <w:b/>
        </w:rPr>
        <w:t xml:space="preserve">[32:26] </w:t>
      </w:r>
      <w:r>
        <w:t>hazrat umar ek dam ghussa ho gaye. Hazrat umar ghussa ho gaye ke hum deen ka muamla yeh hai.</w:t>
      </w:r>
    </w:p>
    <w:p>
      <w:pPr>
        <w:jc w:val="right"/>
      </w:pPr>
      <w:r>
        <w:t>حضرت عمر ایک دم غصہ ہو گئے۔ حضرت عمر غصہ ہو گئے کہ ہم دین کا معاملہ یہ ہے۔</w:t>
      </w:r>
    </w:p>
    <w:p>
      <w:r>
        <w:rPr>
          <w:b/>
        </w:rPr>
        <w:t xml:space="preserve">[32:37] </w:t>
      </w:r>
      <w:r>
        <w:t>hum kyun aisi yaani aisi zaleel sharton par hum un se agreement karein?</w:t>
      </w:r>
    </w:p>
    <w:p>
      <w:pPr>
        <w:jc w:val="right"/>
      </w:pPr>
      <w:r>
        <w:t>ہم کیوں ایسی یعنی ایسی ذلیل شرطوں پر ہم ان سے agreement کریں؟</w:t>
      </w:r>
    </w:p>
    <w:p>
      <w:r>
        <w:rPr>
          <w:b/>
        </w:rPr>
        <w:t xml:space="preserve">[32:49] </w:t>
      </w:r>
      <w:r>
        <w:t>matlab yak tarfa, unilateral.</w:t>
      </w:r>
    </w:p>
    <w:p>
      <w:pPr>
        <w:jc w:val="right"/>
      </w:pPr>
      <w:r>
        <w:t>مطلب یکطرفہ، unilateral۔</w:t>
      </w:r>
    </w:p>
    <w:p>
      <w:r>
        <w:rPr>
          <w:b/>
        </w:rPr>
        <w:t xml:space="preserve">[32:54] </w:t>
      </w:r>
      <w:r>
        <w:t>to is mein is mein jo wording hai jo hazrat umar ne kaha tha us ka translation kiya hai unhon ne. Why should we accept such a humiliating agreement in our religion?</w:t>
      </w:r>
    </w:p>
    <w:p>
      <w:pPr>
        <w:jc w:val="right"/>
      </w:pPr>
      <w:r>
        <w:t>تو اس میں اس میں جو wording ہے جو حضرت عمر نے کہا تھا اس کا translation کیا ہے انہوں نے۔ Why should we accept such a humiliating agreement in our religion؟</w:t>
      </w:r>
    </w:p>
    <w:p>
      <w:r>
        <w:rPr>
          <w:b/>
        </w:rPr>
        <w:t xml:space="preserve">[33:14] </w:t>
      </w:r>
      <w:r>
        <w:t>yeh hazrat umar ka qaul tha jo islam mein bohat top ke aadmi maane jaate hain. Un ki samajh mein nahi aata tha. Why should we accept such a humiliating agreement in our religion?</w:t>
      </w:r>
    </w:p>
    <w:p>
      <w:pPr>
        <w:jc w:val="right"/>
      </w:pPr>
      <w:r>
        <w:t>یہ حضرت عمر کا قول تھا جو اسلام میں بہت top کے آدمی مانے جاتے ہیں۔ ان کی سمجھ میں نہیں آتا تھا۔ Why should we accept such a humiliating agreement in our religion؟</w:t>
      </w:r>
    </w:p>
    <w:p>
      <w:r>
        <w:rPr>
          <w:b/>
        </w:rPr>
        <w:t xml:space="preserve">[33:36] </w:t>
      </w:r>
      <w:r>
        <w:t>to jahan tak kitabon mein hai aik bhi campaign nahi tha jo is ki wisdom ko samajh paya ho us waqt. Sirf yeh hai ke hazrat abubakar jo thay unhon ne koi protest nahi kiya.</w:t>
      </w:r>
    </w:p>
    <w:p>
      <w:pPr>
        <w:jc w:val="right"/>
      </w:pPr>
      <w:r>
        <w:t>تو جہاں تک کتابوں میں ہے ایک بھی campaign نہیں تھا جو اس کی wisdom کو سمجھ پایا ہو اس وقت۔ صرف یہ ہے کہ حضرت ابوبکر جو تھے انہوں نے کوئی protest نہیں کیا۔</w:t>
      </w:r>
    </w:p>
    <w:p>
      <w:r>
        <w:rPr>
          <w:b/>
        </w:rPr>
        <w:t xml:space="preserve">[33:48] </w:t>
      </w:r>
      <w:r>
        <w:t>unhon ne kaha ke bhai prophet keh rahe hain to theek hi hoga. Bas is ka koi bhi proof nahi hai ke companion mein se koi aik bhi aadmi tha us waqt jo is wisdom ko samajh paya ho jo is mein thi.</w:t>
      </w:r>
    </w:p>
    <w:p>
      <w:pPr>
        <w:jc w:val="right"/>
      </w:pPr>
      <w:r>
        <w:t>انہوں نے کہا کہ بھئی prophet کہہ رہے ہیں تو ٹھیک ہی ہوگا۔ بس اس کا کوئی بھی proof نہیں ہے کہ companion میں سے کوئی ایک بھی آدمی تھا اس وقت جو اس wisdom کو سمجھ پایا ہو جو اس میں تھی۔</w:t>
      </w:r>
    </w:p>
    <w:p>
      <w:r>
        <w:rPr>
          <w:b/>
        </w:rPr>
        <w:t xml:space="preserve">[34:03] </w:t>
      </w:r>
      <w:r>
        <w:t>ke disrespectful agreement tha woh. Respectful agreement nahi tha woh. Is liye to hazrat umar ne kaha ke why should we agree?</w:t>
      </w:r>
    </w:p>
    <w:p>
      <w:pPr>
        <w:jc w:val="right"/>
      </w:pPr>
      <w:r>
        <w:t>کہ disrespectful agreement تھا وہ۔ Respectful agreement نہیں تھا وہ۔ اس لیے تو حضرت عمر نے کہا کہ why should we agree؟</w:t>
      </w:r>
    </w:p>
    <w:p>
      <w:r>
        <w:rPr>
          <w:b/>
        </w:rPr>
        <w:t xml:space="preserve">[34:16] </w:t>
      </w:r>
      <w:r>
        <w:t>Why should we accept such a humiliating agreement?</w:t>
      </w:r>
    </w:p>
    <w:p>
      <w:pPr>
        <w:jc w:val="right"/>
      </w:pPr>
      <w:r>
        <w:t>Why should we accept such a humiliating agreement؟</w:t>
      </w:r>
    </w:p>
    <w:p>
      <w:r>
        <w:rPr>
          <w:b/>
        </w:rPr>
        <w:t xml:space="preserve">[34:24] </w:t>
      </w:r>
      <w:r>
        <w:t>to aik bhi shakhs nahi tha us waqt jo rasool allah ko chhod kar ke jo is ki hikmat ko, is ki wisdom ko samjha ho.</w:t>
      </w:r>
    </w:p>
    <w:p>
      <w:pPr>
        <w:jc w:val="right"/>
      </w:pPr>
      <w:r>
        <w:t>تو ایک بھی شخص نہیں تھا اس وقت جو رسول اللہ کو چھوڑ کر کے جو اس کی حکمت کو، اس کی wisdom کو سمجھا ہو۔</w:t>
      </w:r>
    </w:p>
    <w:p>
      <w:r>
        <w:rPr>
          <w:b/>
        </w:rPr>
        <w:t xml:space="preserve">[34:33] </w:t>
      </w:r>
      <w:r>
        <w:t>lekin quran mein foran ayat kiya aayi? إنا فتحنا لك فتحاً مبیناً. Yeh to clear victory hai. Yani yeh agreement jo hua hai jis ko hazrat umar samajhte thay ke yeh yeh humiliating agreement hai.</w:t>
      </w:r>
    </w:p>
    <w:p>
      <w:pPr>
        <w:jc w:val="right"/>
      </w:pPr>
      <w:r>
        <w:t>لیکن قرآن میں فوراً آیت کیا آئی؟ إنا فتحنا لك فتحاً مبیناً۔ یہ تو clear victory ہے۔ یعنی یہ agreement جو ہوا ہے جس کو حضرت عمر سمجھتے تھے کہ یہ یہ humiliating agreement ہے۔</w:t>
      </w:r>
    </w:p>
    <w:p>
      <w:r>
        <w:rPr>
          <w:b/>
        </w:rPr>
        <w:t xml:space="preserve">[34:50] </w:t>
      </w:r>
      <w:r>
        <w:t>aap sochiye ke insaan ki aql samajh rahi thi ke yeh aik humiliating agreement hai. Humiliating agreement. Aur khuda keh raha hai nahi yeh to clear victory hai.</w:t>
      </w:r>
    </w:p>
    <w:p>
      <w:pPr>
        <w:jc w:val="right"/>
      </w:pPr>
      <w:r>
        <w:t>آپ سوچیے کہ انسان کی عقل سمجھ رہی تھی کہ یہ ایک humiliating agreement ہے۔ Humiliating agreement۔ اور خدا کہہ رہا ہے نہیں یہ تو clear victory ہے۔</w:t>
      </w:r>
    </w:p>
    <w:p>
      <w:r>
        <w:rPr>
          <w:b/>
        </w:rPr>
        <w:t xml:space="preserve">[35:04] </w:t>
      </w:r>
      <w:r>
        <w:t>is mein kiya baat nikli? Jis cheez ko insaan kehta hai disrespectful formula khuda ke nazdeek wahi hota hai respectful formula.</w:t>
      </w:r>
    </w:p>
    <w:p>
      <w:pPr>
        <w:jc w:val="right"/>
      </w:pPr>
      <w:r>
        <w:t>اس میں کیا بات نکلی؟ جس چیز کو انسان کہتا ہے disrespectful فارمولا خدا کے نزدیک وہی ہوتا ہے respectful فارمولا۔</w:t>
      </w:r>
    </w:p>
    <w:p>
      <w:r>
        <w:rPr>
          <w:b/>
        </w:rPr>
        <w:t xml:space="preserve">[35:15] </w:t>
      </w:r>
      <w:r>
        <w:t>is ko samjhiye aap.</w:t>
      </w:r>
    </w:p>
    <w:p>
      <w:pPr>
        <w:jc w:val="right"/>
      </w:pPr>
      <w:r>
        <w:t>اس کو سمجھیے آپ۔</w:t>
      </w:r>
    </w:p>
    <w:p>
      <w:r>
        <w:rPr>
          <w:b/>
        </w:rPr>
        <w:t xml:space="preserve">[35:20] </w:t>
      </w:r>
      <w:r>
        <w:t>bohat bari cheez aik nikal rahi hai is ke andar se. Kyun ke khuda result ko dekhta hai. Present ko nahi dekhta khuda. Future ko dekhta hai khuda.</w:t>
      </w:r>
    </w:p>
    <w:p>
      <w:pPr>
        <w:jc w:val="right"/>
      </w:pPr>
      <w:r>
        <w:t>بہت بڑی چیز ایک نکل رہی ہے اس کے اندر سے۔ کیونکہ خدا result کو دیکھتا ہے۔ Present کو نہیں دیکھتا خدا۔ Future کو دیکھتا ہے خدا۔</w:t>
      </w:r>
    </w:p>
    <w:p>
      <w:r>
        <w:rPr>
          <w:b/>
        </w:rPr>
        <w:t xml:space="preserve">[35:32] </w:t>
      </w:r>
      <w:r>
        <w:t>khuda present ko nahi dekhta, future ko dekhta hai.</w:t>
      </w:r>
    </w:p>
    <w:p>
      <w:pPr>
        <w:jc w:val="right"/>
      </w:pPr>
      <w:r>
        <w:t>خدا present کو نہیں دیکھتا، future کو دیکھتا ہے۔</w:t>
      </w:r>
    </w:p>
    <w:p>
      <w:r>
        <w:rPr>
          <w:b/>
        </w:rPr>
        <w:t xml:space="preserve">[35:38] </w:t>
      </w:r>
      <w:r>
        <w:t>In terms of present it was a disrespectful agreement</w:t>
      </w:r>
    </w:p>
    <w:p>
      <w:pPr>
        <w:jc w:val="right"/>
      </w:pPr>
      <w:r>
        <w:t>In terms of present it was a disrespectful agreement</w:t>
      </w:r>
    </w:p>
    <w:p>
      <w:r>
        <w:rPr>
          <w:b/>
        </w:rPr>
        <w:t xml:space="preserve">[35:46] </w:t>
      </w:r>
      <w:r>
        <w:t>۔ In terms of present hudaybiyah was a disrespectful agreement۔</w:t>
      </w:r>
    </w:p>
    <w:p>
      <w:pPr>
        <w:jc w:val="right"/>
      </w:pPr>
      <w:r>
        <w:t>۔ In terms of present حدیبیہ was a disrespectful agreement۔</w:t>
      </w:r>
    </w:p>
    <w:p>
      <w:r>
        <w:rPr>
          <w:b/>
        </w:rPr>
        <w:t xml:space="preserve">[35:55] </w:t>
      </w:r>
      <w:r>
        <w:t>But in terms of future it was a respectful agreement۔</w:t>
      </w:r>
    </w:p>
    <w:p>
      <w:pPr>
        <w:jc w:val="right"/>
      </w:pPr>
      <w:r>
        <w:t>But in terms of future it was a respectful agreement۔</w:t>
      </w:r>
    </w:p>
    <w:p>
      <w:r>
        <w:rPr>
          <w:b/>
        </w:rPr>
        <w:t xml:space="preserve">[36:04] </w:t>
      </w:r>
      <w:r>
        <w:t>to hazrat umar ne kaha ke yeh to hum humiliating agreement hai. Isi ko khuda keh raha hai ke nahi yeh to</w:t>
      </w:r>
    </w:p>
    <w:p>
      <w:pPr>
        <w:jc w:val="right"/>
      </w:pPr>
      <w:r>
        <w:t>تو حضرت عمر نے کہا کہ یہ تو ہم humiliating agreement ہے۔ اسی کو خدا کہہ رہا ہے کہ نہیں یہ تو</w:t>
      </w:r>
    </w:p>
    <w:p>
      <w:r>
        <w:rPr>
          <w:b/>
        </w:rPr>
        <w:t xml:space="preserve">[36:16] </w:t>
      </w:r>
      <w:r>
        <w:t>open victory hai.</w:t>
      </w:r>
    </w:p>
    <w:p>
      <w:pPr>
        <w:jc w:val="right"/>
      </w:pPr>
      <w:r>
        <w:t>open victory ہے۔</w:t>
      </w:r>
    </w:p>
    <w:p>
      <w:r>
        <w:rPr>
          <w:b/>
        </w:rPr>
        <w:t xml:space="preserve">[36:20] </w:t>
      </w:r>
      <w:r>
        <w:t>kal hi mere paas aik aik daily, dehli ke aik aik daily newspaper ka telephone aaya hai mere paas.</w:t>
      </w:r>
    </w:p>
    <w:p>
      <w:pPr>
        <w:jc w:val="right"/>
      </w:pPr>
      <w:r>
        <w:t>کل ہی میرے پاس ایک ایک daily، دہلی کے ایک ایک daily newspaper کا telephone آیا ہے میرے پاس۔</w:t>
      </w:r>
    </w:p>
    <w:p>
      <w:r>
        <w:rPr>
          <w:b/>
        </w:rPr>
        <w:t xml:space="preserve">[36:29] </w:t>
      </w:r>
      <w:r>
        <w:t>isi issue par, falasteen ke issue par. Ke sahib falasteen ka</w:t>
      </w:r>
    </w:p>
    <w:p>
      <w:pPr>
        <w:jc w:val="right"/>
      </w:pPr>
      <w:r>
        <w:t>اسی issue پر، فلسطین کے issue پر۔ کہ صاحب فلسطین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