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Divine Guide Book | October 24, 2007 | Maulana Wahiduddin Khan</w:t>
      </w:r>
    </w:p>
    <w:p>
      <w:r>
        <w:t>https://www.youtube.com/watch?v=2fxvc-ZN1HM</w:t>
      </w:r>
    </w:p>
    <w:p>
      <w:r>
        <w:rPr>
          <w:b/>
        </w:rPr>
        <w:t xml:space="preserve">[00:12]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[00:27] </w:t>
      </w:r>
      <w:r>
        <w:t>aaj ka jo topic hai woh hai "Quran: A Divine Guidebook". Yani Quran</w:t>
      </w:r>
    </w:p>
    <w:p>
      <w:pPr>
        <w:jc w:val="right"/>
      </w:pPr>
      <w:r>
        <w:t>آج کا جو ٹاپک ہے وہ ہے "Quran: A Divine Guidebook"۔ یعنی قرآن</w:t>
      </w:r>
    </w:p>
    <w:p>
      <w:r>
        <w:rPr>
          <w:b/>
        </w:rPr>
        <w:t xml:space="preserve">[00:42] </w:t>
      </w:r>
      <w:r>
        <w:t>ek Khuda ki taraf se bheja hua rehnuma, guide hai.</w:t>
      </w:r>
    </w:p>
    <w:p>
      <w:pPr>
        <w:jc w:val="right"/>
      </w:pPr>
      <w:r>
        <w:t>ایک خدا کی طرف سے بھیجا ہوا رہنما، گائیڈ ہے۔</w:t>
      </w:r>
    </w:p>
    <w:p>
      <w:r>
        <w:rPr>
          <w:b/>
        </w:rPr>
        <w:t xml:space="preserve">[00:52] </w:t>
      </w:r>
      <w:r>
        <w:t>dekhiye, Quran ke bare mein aksar yeh kaha jata hai, yeh samjha jata hai ke Quran afzal kitab</w:t>
      </w:r>
    </w:p>
    <w:p>
      <w:pPr>
        <w:jc w:val="right"/>
      </w:pPr>
      <w:r>
        <w:t>دیکھیے، قرآن کے بارے میں اکثر یہ کہا جاتا ہے، یہ سمجھا جاتا ہے کہ قرآن افضل کتاب</w:t>
      </w:r>
    </w:p>
    <w:p>
      <w:r>
        <w:rPr>
          <w:b/>
        </w:rPr>
        <w:t xml:space="preserve">[01:02] </w:t>
      </w:r>
      <w:r>
        <w:t>hai, yani superior</w:t>
      </w:r>
    </w:p>
    <w:p>
      <w:pPr>
        <w:jc w:val="right"/>
      </w:pPr>
      <w:r>
        <w:t>ہے، یعنی superior</w:t>
      </w:r>
    </w:p>
    <w:p>
      <w:r>
        <w:rPr>
          <w:b/>
        </w:rPr>
        <w:t xml:space="preserve">[01:13] </w:t>
      </w:r>
      <w:r>
        <w:t>book hai.</w:t>
      </w:r>
    </w:p>
    <w:p>
      <w:pPr>
        <w:jc w:val="right"/>
      </w:pPr>
      <w:r>
        <w:t>book ہے۔</w:t>
      </w:r>
    </w:p>
    <w:p>
      <w:r>
        <w:rPr>
          <w:b/>
        </w:rPr>
        <w:t xml:space="preserve">[01:19] </w:t>
      </w:r>
      <w:r>
        <w:t>yeh aik baseless baat hai.</w:t>
      </w:r>
    </w:p>
    <w:p>
      <w:pPr>
        <w:jc w:val="right"/>
      </w:pPr>
      <w:r>
        <w:t>یہ ایک baseless بات ہے۔</w:t>
      </w:r>
    </w:p>
    <w:p>
      <w:r>
        <w:rPr>
          <w:b/>
        </w:rPr>
        <w:t xml:space="preserve">[01:25] </w:t>
      </w:r>
      <w:r>
        <w:t>quran mein kahin bhi yeh nahi hai ke quran aik superior book hai ya afzal book hai.</w:t>
      </w:r>
    </w:p>
    <w:p>
      <w:pPr>
        <w:jc w:val="right"/>
      </w:pPr>
      <w:r>
        <w:t>قرآن میں کہیں بھی یہ نہیں ہے کہ قرآن ایک superior book ہے یا افضل book ہے۔</w:t>
      </w:r>
    </w:p>
    <w:p>
      <w:r>
        <w:rPr>
          <w:b/>
        </w:rPr>
        <w:t xml:space="preserve">[01:31] </w:t>
      </w:r>
      <w:r>
        <w:t>yeh bilkul kahin bhi mention nahi hai, yeh cheez na quran mein na hadith mein.</w:t>
      </w:r>
    </w:p>
    <w:p>
      <w:pPr>
        <w:jc w:val="right"/>
      </w:pPr>
      <w:r>
        <w:t>یہ بالکل کہیں بھی mention نہیں ہے، یہ چیز نہ قرآن میں نہ حدیث میں۔</w:t>
      </w:r>
    </w:p>
    <w:p>
      <w:r>
        <w:rPr>
          <w:b/>
        </w:rPr>
        <w:t xml:space="preserve">[01:37] </w:t>
      </w:r>
      <w:r>
        <w:t>jo cheez hai woh hai ke quran aik mubarak kitab hai. ina</w:t>
      </w:r>
    </w:p>
    <w:p>
      <w:pPr>
        <w:jc w:val="right"/>
      </w:pPr>
      <w:r>
        <w:t>جو چیز ہے وہ ہے کہ قرآن ایک مبارک کتاب ہے۔ إنا</w:t>
      </w:r>
    </w:p>
    <w:p>
      <w:r>
        <w:rPr>
          <w:b/>
        </w:rPr>
        <w:t xml:space="preserve">[01:43] </w:t>
      </w:r>
      <w:r>
        <w:t>annzalna ilaik kitaban mubarakann.</w:t>
      </w:r>
    </w:p>
    <w:p>
      <w:pPr>
        <w:jc w:val="right"/>
      </w:pPr>
      <w:r>
        <w:t>أنزلنا إليك كتابًا مبارکًا۔</w:t>
      </w:r>
    </w:p>
    <w:p>
      <w:r>
        <w:rPr>
          <w:b/>
        </w:rPr>
        <w:t xml:space="preserve">[01:48] </w:t>
      </w:r>
      <w:r>
        <w:t>hum ne utari kitab jo ke mubarak hai.</w:t>
      </w:r>
    </w:p>
    <w:p>
      <w:pPr>
        <w:jc w:val="right"/>
      </w:pPr>
      <w:r>
        <w:t>ہم نے اتاری کتاب جو کہ مبارک ہے۔</w:t>
      </w:r>
    </w:p>
    <w:p>
      <w:r>
        <w:rPr>
          <w:b/>
        </w:rPr>
        <w:t xml:space="preserve">[01:53] </w:t>
      </w:r>
      <w:r>
        <w:t>mubarak ka lafz hai, afzal ka lafz nahi hai.</w:t>
      </w:r>
    </w:p>
    <w:p>
      <w:pPr>
        <w:jc w:val="right"/>
      </w:pPr>
      <w:r>
        <w:t>مبارک کا لفظ ہے، افضل کا لفظ نہیں ہے۔</w:t>
      </w:r>
    </w:p>
    <w:p>
      <w:r>
        <w:rPr>
          <w:b/>
        </w:rPr>
        <w:t xml:space="preserve">[01:58] </w:t>
      </w:r>
      <w:r>
        <w:t>ab dekhiye ke yahi lafz aaya hai pani ke baray mein.</w:t>
      </w:r>
    </w:p>
    <w:p>
      <w:pPr>
        <w:jc w:val="right"/>
      </w:pPr>
      <w:r>
        <w:t>اب دیکھیے کہ یہی لفظ آیا ہے پانی کے بارے میں۔</w:t>
      </w:r>
    </w:p>
    <w:p>
      <w:r>
        <w:rPr>
          <w:b/>
        </w:rPr>
        <w:t xml:space="preserve">[02:03] </w:t>
      </w:r>
      <w:r>
        <w:t>wanazalna min as-samaa'i maa'an mubarakann.</w:t>
      </w:r>
    </w:p>
    <w:p>
      <w:pPr>
        <w:jc w:val="right"/>
      </w:pPr>
      <w:r>
        <w:t>ونزلنا من السماء ماء مبارکًا۔</w:t>
      </w:r>
    </w:p>
    <w:p>
      <w:r>
        <w:rPr>
          <w:b/>
        </w:rPr>
        <w:t xml:space="preserve">[02:08] </w:t>
      </w:r>
      <w:r>
        <w:t>yeh theek wohi lafz, wohi shabd jo</w:t>
      </w:r>
    </w:p>
    <w:p>
      <w:pPr>
        <w:jc w:val="right"/>
      </w:pPr>
      <w:r>
        <w:t>یہ ٹھیک وہی لفظ، وہی शब्द جو</w:t>
      </w:r>
    </w:p>
    <w:p>
      <w:r>
        <w:rPr>
          <w:b/>
        </w:rPr>
        <w:t xml:space="preserve">[02:13] </w:t>
      </w:r>
      <w:r>
        <w:t>quran ke baray mein hai ke quran utara hum ne jo ke aik mubarak kitab hai.</w:t>
      </w:r>
    </w:p>
    <w:p>
      <w:pPr>
        <w:jc w:val="right"/>
      </w:pPr>
      <w:r>
        <w:t>قرآن کے بارے میں ہے کہ قرآن اتارا ہم نے جو کہ ایک مبارک کتاب ہے۔</w:t>
      </w:r>
    </w:p>
    <w:p>
      <w:r>
        <w:rPr>
          <w:b/>
        </w:rPr>
        <w:t xml:space="preserve">[02:19] </w:t>
      </w:r>
      <w:r>
        <w:t>wohi shabd aaya hai pani ke baray mein ke hum ne pani utara, mubarak pani.</w:t>
      </w:r>
    </w:p>
    <w:p>
      <w:pPr>
        <w:jc w:val="right"/>
      </w:pPr>
      <w:r>
        <w:t>وہی शब्द آیا ہے پانی کے بارے میں کہ ہم نے پانی اتارا، مبارک پانی۔</w:t>
      </w:r>
    </w:p>
    <w:p>
      <w:r>
        <w:rPr>
          <w:b/>
        </w:rPr>
        <w:t xml:space="preserve">[02:25] </w:t>
      </w:r>
      <w:r>
        <w:t>ina nazzalna min as-samaa'i maa'an mubarakann.</w:t>
      </w:r>
    </w:p>
    <w:p>
      <w:pPr>
        <w:jc w:val="right"/>
      </w:pPr>
      <w:r>
        <w:t>إنا نزلنا من السماء ماء مبارکًا۔</w:t>
      </w:r>
    </w:p>
    <w:p>
      <w:r>
        <w:rPr>
          <w:b/>
        </w:rPr>
        <w:t xml:space="preserve">[02:31] </w:t>
      </w:r>
      <w:r>
        <w:t>ab dekhiye ke mubarak ka matlab kya hai.</w:t>
      </w:r>
    </w:p>
    <w:p>
      <w:pPr>
        <w:jc w:val="right"/>
      </w:pPr>
      <w:r>
        <w:t>اب دیکھیے کہ مبارک کا مطلب کیا ہے۔</w:t>
      </w:r>
    </w:p>
    <w:p>
      <w:r>
        <w:rPr>
          <w:b/>
        </w:rPr>
        <w:t xml:space="preserve">[02:37] </w:t>
      </w:r>
      <w:r>
        <w:t>mubarak ka matlab is ayat</w:t>
      </w:r>
    </w:p>
    <w:p>
      <w:pPr>
        <w:jc w:val="right"/>
      </w:pPr>
      <w:r>
        <w:t>مبارک کا مطلب اس آیت</w:t>
      </w:r>
    </w:p>
    <w:p>
      <w:r>
        <w:rPr>
          <w:b/>
        </w:rPr>
        <w:t xml:space="preserve">[02:43] </w:t>
      </w:r>
      <w:r>
        <w:t>mein hai purified water.</w:t>
      </w:r>
    </w:p>
    <w:p>
      <w:pPr>
        <w:jc w:val="right"/>
      </w:pPr>
      <w:r>
        <w:t>میں ہے purified water۔</w:t>
      </w:r>
    </w:p>
    <w:p>
      <w:r>
        <w:rPr>
          <w:b/>
        </w:rPr>
        <w:t xml:space="preserve">[02:49] </w:t>
      </w:r>
      <w:r>
        <w:t>purified water ka matlab kya hai? unaltered water.</w:t>
      </w:r>
    </w:p>
    <w:p>
      <w:pPr>
        <w:jc w:val="right"/>
      </w:pPr>
      <w:r>
        <w:t>Purified water کا مطلب کیا ہے؟ Unaltered water۔</w:t>
      </w:r>
    </w:p>
    <w:p>
      <w:r>
        <w:rPr>
          <w:b/>
        </w:rPr>
        <w:t xml:space="preserve">[02:55] </w:t>
      </w:r>
      <w:r>
        <w:t>woh kaise? pani jo aata hai barish mein, barasta hai jo pani, woh kahan se aata hai? woh</w:t>
      </w:r>
    </w:p>
    <w:p>
      <w:pPr>
        <w:jc w:val="right"/>
      </w:pPr>
      <w:r>
        <w:t>وہ کیسے؟ پانی جو آتا ہے بارش میں، برستا ہے جو پانی، وہ کہاں سے آتا ہے؟ وہ</w:t>
      </w:r>
    </w:p>
    <w:p>
      <w:r>
        <w:rPr>
          <w:b/>
        </w:rPr>
        <w:t xml:space="preserve">[03:01] </w:t>
      </w:r>
      <w:r>
        <w:t>aata hai samundaron se, oceans se.</w:t>
      </w:r>
    </w:p>
    <w:p>
      <w:pPr>
        <w:jc w:val="right"/>
      </w:pPr>
      <w:r>
        <w:t>آتا ہے سمندروں سے، oceans سے۔</w:t>
      </w:r>
    </w:p>
    <w:p>
      <w:r>
        <w:rPr>
          <w:b/>
        </w:rPr>
        <w:t xml:space="preserve">[03:07] </w:t>
      </w:r>
      <w:r>
        <w:t>pani ka jo asal reservoir hai woh hai samandar.</w:t>
      </w:r>
    </w:p>
    <w:p>
      <w:pPr>
        <w:jc w:val="right"/>
      </w:pPr>
      <w:r>
        <w:t>پانی کا جو اصل reservoir ہے وہ ہے سمندر۔</w:t>
      </w:r>
    </w:p>
    <w:p>
      <w:r>
        <w:rPr>
          <w:b/>
        </w:rPr>
        <w:t xml:space="preserve">[03:13] </w:t>
      </w:r>
      <w:r>
        <w:t>is se bhap uthti hai, bhap uth kar ooper jati hai, phir wohi bhap ooper se barish ki</w:t>
      </w:r>
    </w:p>
    <w:p>
      <w:pPr>
        <w:jc w:val="right"/>
      </w:pPr>
      <w:r>
        <w:t>اس سے بھاپ اٹھتی ہے، بھاپ اٹھ کر اوپر جاتی ہے، پھر وہی بھاپ اوپر سے بارش کی</w:t>
      </w:r>
    </w:p>
    <w:p>
      <w:r>
        <w:rPr>
          <w:b/>
        </w:rPr>
        <w:t xml:space="preserve">[03:18] </w:t>
      </w:r>
      <w:r>
        <w:t>soorat mein barasti hai.</w:t>
      </w:r>
    </w:p>
    <w:p>
      <w:pPr>
        <w:jc w:val="right"/>
      </w:pPr>
      <w:r>
        <w:t>صورت میں برستی ہے۔</w:t>
      </w:r>
    </w:p>
    <w:p>
      <w:r>
        <w:rPr>
          <w:b/>
        </w:rPr>
        <w:t xml:space="preserve">[03:23] </w:t>
      </w:r>
      <w:r>
        <w:t>is ko kaha gaya mubarak pani.</w:t>
      </w:r>
    </w:p>
    <w:p>
      <w:pPr>
        <w:jc w:val="right"/>
      </w:pPr>
      <w:r>
        <w:t>اس کو کہا گیا مبارک پانی۔</w:t>
      </w:r>
    </w:p>
    <w:p>
      <w:r>
        <w:rPr>
          <w:b/>
        </w:rPr>
        <w:t xml:space="preserve">[03:29] </w:t>
      </w:r>
      <w:r>
        <w:t>toh yeh mubarak yahan koi mysterious sense mein nahi hai.</w:t>
      </w:r>
    </w:p>
    <w:p>
      <w:pPr>
        <w:jc w:val="right"/>
      </w:pPr>
      <w:r>
        <w:t>تو یہ مبارک یہاں کوئی mysterious sense میں نہیں ہے۔</w:t>
      </w:r>
    </w:p>
    <w:p>
      <w:r>
        <w:rPr>
          <w:b/>
        </w:rPr>
        <w:t xml:space="preserve">[03:34] </w:t>
      </w:r>
      <w:r>
        <w:t>woh yeh hai ke samundaron mein jo pani hai is mein salt mila hua hai, namak.</w:t>
      </w:r>
    </w:p>
    <w:p>
      <w:pPr>
        <w:jc w:val="right"/>
      </w:pPr>
      <w:r>
        <w:t>وہ یہ ہے کہ سمندروں میں جو پانی ہے اس میں salt ملا ہوا ہے، نمک۔</w:t>
      </w:r>
    </w:p>
    <w:p>
      <w:r>
        <w:rPr>
          <w:b/>
        </w:rPr>
        <w:t xml:space="preserve">[03:39] </w:t>
      </w:r>
      <w:r>
        <w:t>taqreeban ten percent</w:t>
      </w:r>
    </w:p>
    <w:p>
      <w:pPr>
        <w:jc w:val="right"/>
      </w:pPr>
      <w:r>
        <w:t>تقریباً ten percent</w:t>
      </w:r>
    </w:p>
    <w:p>
      <w:r>
        <w:rPr>
          <w:b/>
        </w:rPr>
        <w:t xml:space="preserve">[03:44] </w:t>
      </w:r>
      <w:r>
        <w:t>salt hai samundaron ke pani mein.</w:t>
      </w:r>
    </w:p>
    <w:p>
      <w:pPr>
        <w:jc w:val="right"/>
      </w:pPr>
      <w:r>
        <w:t>salt ہے سمندروں کے پانی میں۔</w:t>
      </w:r>
    </w:p>
    <w:p>
      <w:r>
        <w:rPr>
          <w:b/>
        </w:rPr>
        <w:t xml:space="preserve">[03:49] </w:t>
      </w:r>
      <w:r>
        <w:t>woh kis liye hai? woh hai as a preservative.</w:t>
      </w:r>
    </w:p>
    <w:p>
      <w:pPr>
        <w:jc w:val="right"/>
      </w:pPr>
      <w:r>
        <w:t>وہ کس لیے ہے؟ وہ ہے as a preservative۔</w:t>
      </w:r>
    </w:p>
    <w:p>
      <w:r>
        <w:rPr>
          <w:b/>
        </w:rPr>
        <w:t xml:space="preserve">[03:54] </w:t>
      </w:r>
      <w:r>
        <w:t>agar pani mein, samundar ke pani mein salt mila hua na ho to pani kuch din ke baad</w:t>
      </w:r>
    </w:p>
    <w:p>
      <w:pPr>
        <w:jc w:val="right"/>
      </w:pPr>
      <w:r>
        <w:t>اگر پانی میں، سمندر کے پانی میں salt ملا ہوا نہ ہو تو پانی کچھ دن کے بعد</w:t>
      </w:r>
    </w:p>
    <w:p>
      <w:r>
        <w:rPr>
          <w:b/>
        </w:rPr>
        <w:t xml:space="preserve">[04:00] </w:t>
      </w:r>
      <w:r>
        <w:t>kharab ho jaye.</w:t>
      </w:r>
    </w:p>
    <w:p>
      <w:pPr>
        <w:jc w:val="right"/>
      </w:pPr>
      <w:r>
        <w:t>خراب ہو جائے۔</w:t>
      </w:r>
    </w:p>
    <w:p>
      <w:r>
        <w:rPr>
          <w:b/>
        </w:rPr>
        <w:t xml:space="preserve">[04:05] </w:t>
      </w:r>
      <w:r>
        <w:t>kyunke aap jante hain ke salt jo hai woh aik preservative hai.</w:t>
      </w:r>
    </w:p>
    <w:p>
      <w:pPr>
        <w:jc w:val="right"/>
      </w:pPr>
      <w:r>
        <w:t>کیونکہ آپ جانتے ہیں کہ salt جو ہے وہ ایک preservative ہے۔</w:t>
      </w:r>
    </w:p>
    <w:p>
      <w:r>
        <w:rPr>
          <w:b/>
        </w:rPr>
        <w:t xml:space="preserve">[04:10] </w:t>
      </w:r>
      <w:r>
        <w:t>to preservative ke taur par samundar ke pani mein</w:t>
      </w:r>
    </w:p>
    <w:p>
      <w:pPr>
        <w:jc w:val="right"/>
      </w:pPr>
      <w:r>
        <w:t>تو preservative کے طور پر سمندر کے پانی میں</w:t>
      </w:r>
    </w:p>
    <w:p>
      <w:r>
        <w:rPr>
          <w:b/>
        </w:rPr>
        <w:t xml:space="preserve">[04:15] </w:t>
      </w:r>
      <w:r>
        <w:t>namak milaya gaya.</w:t>
      </w:r>
    </w:p>
    <w:p>
      <w:pPr>
        <w:jc w:val="right"/>
      </w:pPr>
      <w:r>
        <w:t>نمک ملایا گیا۔</w:t>
      </w:r>
    </w:p>
    <w:p>
      <w:r>
        <w:rPr>
          <w:b/>
        </w:rPr>
        <w:t xml:space="preserve">[04:21] </w:t>
      </w:r>
      <w:r>
        <w:t>lekin woh namak phir insan ko, us namak wala pani, yeh namak wala pani jo hai insan ke</w:t>
      </w:r>
    </w:p>
    <w:p>
      <w:pPr>
        <w:jc w:val="right"/>
      </w:pPr>
      <w:r>
        <w:t>لیکن وہ نمک پھر انسان کو، اس نمک والا پانی، یہ نمک والا پانی جو ہے انسان کے</w:t>
      </w:r>
    </w:p>
    <w:p>
      <w:r>
        <w:rPr>
          <w:b/>
        </w:rPr>
        <w:t xml:space="preserve">[04:27] </w:t>
      </w:r>
      <w:r>
        <w:t>liye istemal ke qabil na raha.</w:t>
      </w:r>
    </w:p>
    <w:p>
      <w:pPr>
        <w:jc w:val="right"/>
      </w:pPr>
      <w:r>
        <w:t>لیے استعمال کے قابل نہ رہا۔</w:t>
      </w:r>
    </w:p>
    <w:p>
      <w:r>
        <w:rPr>
          <w:b/>
        </w:rPr>
        <w:t xml:space="preserve">[04:33] </w:t>
      </w:r>
      <w:r>
        <w:t>namak wala pani jo hai hamare liye na to peene ke qabil hai na kisi aur kaam ke qabil hai.</w:t>
      </w:r>
    </w:p>
    <w:p>
      <w:pPr>
        <w:jc w:val="right"/>
      </w:pPr>
      <w:r>
        <w:t>نمک والا پانی جو ہے ہمارے لیے نہ تو پینے کے قابل ہے نہ کسی اور کام کے قابل ہے۔</w:t>
      </w:r>
    </w:p>
    <w:p>
      <w:r>
        <w:rPr>
          <w:b/>
        </w:rPr>
        <w:t xml:space="preserve">[04:39] </w:t>
      </w:r>
      <w:r>
        <w:t>to Khuda kya karta hai ke suraj ki heat se samundaron mein</w:t>
      </w:r>
    </w:p>
    <w:p>
      <w:pPr>
        <w:jc w:val="right"/>
      </w:pPr>
      <w:r>
        <w:t>تو خدا کیا کرتا ہے کہ سورج کی heat سے سمندروں میں</w:t>
      </w:r>
    </w:p>
    <w:p>
      <w:r>
        <w:rPr>
          <w:b/>
        </w:rPr>
        <w:t xml:space="preserve">[04:46] </w:t>
      </w:r>
      <w:r>
        <w:t>bhap uthti hai.</w:t>
      </w:r>
    </w:p>
    <w:p>
      <w:pPr>
        <w:jc w:val="right"/>
      </w:pPr>
      <w:r>
        <w:t>بھاپ اٹھتی ہے۔</w:t>
      </w:r>
    </w:p>
    <w:p>
      <w:r>
        <w:rPr>
          <w:b/>
        </w:rPr>
        <w:t xml:space="preserve">[04:51] </w:t>
      </w:r>
      <w:r>
        <w:t>to kya hota hai ke salt jo hai woh thora heavy hai aur pani jo hai woh thora light hai.</w:t>
      </w:r>
    </w:p>
    <w:p>
      <w:pPr>
        <w:jc w:val="right"/>
      </w:pPr>
      <w:r>
        <w:t>تو کیا ہوتا ہے کہ salt جو ہے وہ تھوڑا heavy ہے اور پانی جو ہے وہ تھوڑا light ہے۔</w:t>
      </w:r>
    </w:p>
    <w:p>
      <w:r>
        <w:rPr>
          <w:b/>
        </w:rPr>
        <w:t xml:space="preserve">[04:56] </w:t>
      </w:r>
      <w:r>
        <w:t>to jab bhap uthti hai to heavy hone ki wajah se salt content neeche reh jata hai aur</w:t>
      </w:r>
    </w:p>
    <w:p>
      <w:pPr>
        <w:jc w:val="right"/>
      </w:pPr>
      <w:r>
        <w:t>تو جب بھاپ اٹھتی ہے تو heavy ہونے کی وجہ سے salt content نیچے رہ جاتا ہے اور</w:t>
      </w:r>
    </w:p>
    <w:p>
      <w:r>
        <w:rPr>
          <w:b/>
        </w:rPr>
        <w:t xml:space="preserve">[05:01] </w:t>
      </w:r>
      <w:r>
        <w:t>water content ooper chala jata hai.</w:t>
      </w:r>
    </w:p>
    <w:p>
      <w:pPr>
        <w:jc w:val="right"/>
      </w:pPr>
      <w:r>
        <w:t>water content اوپر چلا جاتا ہے۔</w:t>
      </w:r>
    </w:p>
    <w:p>
      <w:r>
        <w:rPr>
          <w:b/>
        </w:rPr>
        <w:t xml:space="preserve">[05:06] </w:t>
      </w:r>
      <w:r>
        <w:t>yeh hai purification.</w:t>
      </w:r>
    </w:p>
    <w:p>
      <w:pPr>
        <w:jc w:val="right"/>
      </w:pPr>
      <w:r>
        <w:t>یہ ہے purification۔</w:t>
      </w:r>
    </w:p>
    <w:p>
      <w:r>
        <w:rPr>
          <w:b/>
        </w:rPr>
        <w:t xml:space="preserve">[05:11] </w:t>
      </w:r>
      <w:r>
        <w:t>yeh hai desalination</w:t>
      </w:r>
    </w:p>
    <w:p>
      <w:pPr>
        <w:jc w:val="right"/>
      </w:pPr>
      <w:r>
        <w:t>یہ ہے desalination</w:t>
      </w:r>
    </w:p>
    <w:p>
      <w:r>
        <w:rPr>
          <w:b/>
        </w:rPr>
        <w:t xml:space="preserve">[05:17] </w:t>
      </w:r>
      <w:r>
        <w:t>ya desaltation.</w:t>
      </w:r>
    </w:p>
    <w:p>
      <w:pPr>
        <w:jc w:val="right"/>
      </w:pPr>
      <w:r>
        <w:t>یا desaltation۔</w:t>
      </w:r>
    </w:p>
    <w:p>
      <w:r>
        <w:rPr>
          <w:b/>
        </w:rPr>
        <w:t xml:space="preserve">[05:22] </w:t>
      </w:r>
      <w:r>
        <w:t>to pani ko jo ke salt mila hua hai to us ko salt ko alag kar ke fresh</w:t>
      </w:r>
    </w:p>
    <w:p>
      <w:pPr>
        <w:jc w:val="right"/>
      </w:pPr>
      <w:r>
        <w:t>تو پانی کو جو کہ salt ملا ہوا ہے تو اس کو salt کو الگ کر کے fresh</w:t>
      </w:r>
    </w:p>
    <w:p>
      <w:r>
        <w:rPr>
          <w:b/>
        </w:rPr>
        <w:t xml:space="preserve">[05:27] </w:t>
      </w:r>
      <w:r>
        <w:t>water hamein barish ki surat mein diya jata hai.</w:t>
      </w:r>
    </w:p>
    <w:p>
      <w:pPr>
        <w:jc w:val="right"/>
      </w:pPr>
      <w:r>
        <w:t>water ہمیں بارش کی صورت میں دیا جاتا ہے۔</w:t>
      </w:r>
    </w:p>
    <w:p>
      <w:r>
        <w:rPr>
          <w:b/>
        </w:rPr>
        <w:t xml:space="preserve">[05:32] </w:t>
      </w:r>
      <w:r>
        <w:t>yeh matlab hai Quran ka mubarak hone ka.</w:t>
      </w:r>
    </w:p>
    <w:p>
      <w:pPr>
        <w:jc w:val="right"/>
      </w:pPr>
      <w:r>
        <w:t>یہ مطلب ہے قرآن کا مبارک ہونے کا۔</w:t>
      </w:r>
    </w:p>
    <w:p>
      <w:r>
        <w:rPr>
          <w:b/>
        </w:rPr>
        <w:t xml:space="preserve">[05:37] </w:t>
      </w:r>
      <w:r>
        <w:t>ke Quran mein koi milawat nahi hai.</w:t>
      </w:r>
    </w:p>
    <w:p>
      <w:pPr>
        <w:jc w:val="right"/>
      </w:pPr>
      <w:r>
        <w:t>کہ قرآن میں کوئی ملاوٹ نہیں ہے۔</w:t>
      </w:r>
    </w:p>
    <w:p>
      <w:r>
        <w:rPr>
          <w:b/>
        </w:rPr>
        <w:t xml:space="preserve">[05:42] </w:t>
      </w:r>
      <w:r>
        <w:t>yani purified book hai yeh.</w:t>
      </w:r>
    </w:p>
    <w:p>
      <w:pPr>
        <w:jc w:val="right"/>
      </w:pPr>
      <w:r>
        <w:t>یعنی purified book ہے یہ۔</w:t>
      </w:r>
    </w:p>
    <w:p>
      <w:r>
        <w:rPr>
          <w:b/>
        </w:rPr>
        <w:t xml:space="preserve">[05:47] </w:t>
      </w:r>
      <w:r>
        <w:t>koi insani kalam ki milawat nahi.</w:t>
      </w:r>
    </w:p>
    <w:p>
      <w:pPr>
        <w:jc w:val="right"/>
      </w:pPr>
      <w:r>
        <w:t>کوئی انسانی کلام کی ملاوٹ نہیں۔</w:t>
      </w:r>
    </w:p>
    <w:p>
      <w:r>
        <w:rPr>
          <w:b/>
        </w:rPr>
        <w:t xml:space="preserve">[05:52] </w:t>
      </w:r>
      <w:r>
        <w:t>insani philosophy ki milawat nahin.</w:t>
      </w:r>
    </w:p>
    <w:p>
      <w:pPr>
        <w:jc w:val="right"/>
      </w:pPr>
      <w:r>
        <w:t>انسانی philosophy کی ملاوٹ نہیں۔</w:t>
      </w:r>
    </w:p>
    <w:p>
      <w:r>
        <w:rPr>
          <w:b/>
        </w:rPr>
        <w:t xml:space="preserve">[05:57] </w:t>
      </w:r>
      <w:r>
        <w:t>kisi bhi taraf se is mein insani koi milawat nahin hai.</w:t>
      </w:r>
    </w:p>
    <w:p>
      <w:pPr>
        <w:jc w:val="right"/>
      </w:pPr>
      <w:r>
        <w:t>کسی بھی طرف سے اس میں انسانی کوئی ملاوٹ نہیں ہے۔</w:t>
      </w:r>
    </w:p>
    <w:p>
      <w:r>
        <w:rPr>
          <w:b/>
        </w:rPr>
        <w:t xml:space="preserve">[06:02] </w:t>
      </w:r>
      <w:r>
        <w:t>insani milawaton se pak ho kar ke yeh kitab hamein di ja rahi hai.</w:t>
      </w:r>
    </w:p>
    <w:p>
      <w:pPr>
        <w:jc w:val="right"/>
      </w:pPr>
      <w:r>
        <w:t>انسانی ملاوٹوں سے پاک ہو کر کے یہ کتاب ہمیں دی جا رہی ہے۔</w:t>
      </w:r>
    </w:p>
    <w:p>
      <w:r>
        <w:rPr>
          <w:b/>
        </w:rPr>
        <w:t xml:space="preserve">[06:07] </w:t>
      </w:r>
      <w:r>
        <w:t>yeh matlab hai is ka.</w:t>
      </w:r>
    </w:p>
    <w:p>
      <w:pPr>
        <w:jc w:val="right"/>
      </w:pPr>
      <w:r>
        <w:t>یہ مطلب ہے اس کا۔</w:t>
      </w:r>
    </w:p>
    <w:p>
      <w:r>
        <w:rPr>
          <w:b/>
        </w:rPr>
        <w:t xml:space="preserve">[06:12] </w:t>
      </w:r>
      <w:r>
        <w:t>to is ka matlab kya hua ke quran mehfooz kitab hai, preserved kitab hai.</w:t>
      </w:r>
    </w:p>
    <w:p>
      <w:pPr>
        <w:jc w:val="right"/>
      </w:pPr>
      <w:r>
        <w:t>تو اس کا مطلب کیا ہوا کہ قرآن محفوظ کتاب ہے، preserved کتاب ہے۔</w:t>
      </w:r>
    </w:p>
    <w:p>
      <w:r>
        <w:rPr>
          <w:b/>
        </w:rPr>
        <w:t xml:space="preserve">[06:17] </w:t>
      </w:r>
      <w:r>
        <w:t>afzal kitab nahi, preserved kitab. Preserved ka matlab kya hai? Dekhiye, Khuda ka kalam Adam ke zamane se hi aata raha. Baad tak saare nabiyon tak. Aur sab nabiyon ko ek hi message diya gaya. Kai alag alag message nahi diye gaye. Ek hi divine message. Woh divine mess</w:t>
      </w:r>
    </w:p>
    <w:p>
      <w:pPr>
        <w:jc w:val="right"/>
      </w:pPr>
      <w:r>
        <w:t>افضل کتاب نہیں، preserved کتاب۔ Preserved کا مطلب کیا ہے؟ دیکھیے، خدا کا کلام آدم کے زمانے سے ہی آتا رہا۔ بعد تک سارے نبیوں تک۔ اور سب نبیوں کو ایک ہی message دیا گیا۔ کئی الگ الگ message نہیں دیے گئے۔ ایک ہی divine message۔ وہ divine mess</w:t>
      </w:r>
    </w:p>
    <w:p>
      <w:r>
        <w:rPr>
          <w:b/>
        </w:rPr>
        <w:t xml:space="preserve">[06:47] </w:t>
      </w:r>
      <w:r>
        <w:t>age tha woh base karta tha toheed par, oneness of god par aur akhirat par.</w:t>
      </w:r>
    </w:p>
    <w:p>
      <w:pPr>
        <w:jc w:val="right"/>
      </w:pPr>
      <w:r>
        <w:t>age تھا وہ base کرتا تھا توحید پر، oneness of God پر اور آخرت پر۔</w:t>
      </w:r>
    </w:p>
    <w:p>
      <w:r>
        <w:rPr>
          <w:b/>
        </w:rPr>
        <w:t xml:space="preserve">[06:54] </w:t>
      </w:r>
      <w:r>
        <w:t>ke dunya mein insan acha amal karega to akhirat mein us ko paradise milegi.</w:t>
      </w:r>
    </w:p>
    <w:p>
      <w:pPr>
        <w:jc w:val="right"/>
      </w:pPr>
      <w:r>
        <w:t>کہ دنیا میں انسان اچھا عمل کرے گا تو آخرت میں اس کو paradise ملے گی۔</w:t>
      </w:r>
    </w:p>
    <w:p>
      <w:r>
        <w:rPr>
          <w:b/>
        </w:rPr>
        <w:t xml:space="preserve">[07:00] </w:t>
      </w:r>
      <w:r>
        <w:t>yeh sab baatein.</w:t>
      </w:r>
    </w:p>
    <w:p>
      <w:pPr>
        <w:jc w:val="right"/>
      </w:pPr>
      <w:r>
        <w:t>یہ سب باتیں۔</w:t>
      </w:r>
    </w:p>
    <w:p>
      <w:r>
        <w:rPr>
          <w:b/>
        </w:rPr>
        <w:t xml:space="preserve">[07:06] </w:t>
      </w:r>
      <w:r>
        <w:t>to yeh baatein jo hain yahi har peghambar ko di gaein.</w:t>
      </w:r>
    </w:p>
    <w:p>
      <w:pPr>
        <w:jc w:val="right"/>
      </w:pPr>
      <w:r>
        <w:t>تو یہ باتیں جو ہیں یہی ہر پیغمبر کو دی گئیں۔</w:t>
      </w:r>
    </w:p>
    <w:p>
      <w:r>
        <w:rPr>
          <w:b/>
        </w:rPr>
        <w:t xml:space="preserve">[07:12] </w:t>
      </w:r>
      <w:r>
        <w:t>wohi same baat quran mein bhi aai hai.</w:t>
      </w:r>
    </w:p>
    <w:p>
      <w:pPr>
        <w:jc w:val="right"/>
      </w:pPr>
      <w:r>
        <w:t>وہی same بات قرآن میں بھی آئی ہے۔</w:t>
      </w:r>
    </w:p>
    <w:p>
      <w:r>
        <w:rPr>
          <w:b/>
        </w:rPr>
        <w:t xml:space="preserve">[07:18] </w:t>
      </w:r>
      <w:r>
        <w:t>ab hua kya ke pichle peghambaron ko jo baatein di gai theen, jo kalam diya gaya tha us</w:t>
      </w:r>
    </w:p>
    <w:p>
      <w:pPr>
        <w:jc w:val="right"/>
      </w:pPr>
      <w:r>
        <w:t>اب ہوا کیا کہ پچھلے پیغمبروں کو جو باتیں دی گئی تھیں، جو کلام دیا گیا تھا اس</w:t>
      </w:r>
    </w:p>
    <w:p>
      <w:r>
        <w:rPr>
          <w:b/>
        </w:rPr>
        <w:t xml:space="preserve">[07:26] </w:t>
      </w:r>
      <w:r>
        <w:t>mein baad ki generation mein milawat ho gai.</w:t>
      </w:r>
    </w:p>
    <w:p>
      <w:pPr>
        <w:jc w:val="right"/>
      </w:pPr>
      <w:r>
        <w:t>میں بعد کی generation میں ملاوٹ ہو گئی۔</w:t>
      </w:r>
    </w:p>
    <w:p>
      <w:r>
        <w:rPr>
          <w:b/>
        </w:rPr>
        <w:t xml:space="preserve">[07:34] </w:t>
      </w:r>
      <w:r>
        <w:t>yani pure jo kalam tha khuda ka woh apni purity ke sath baqi nahin raha.</w:t>
      </w:r>
    </w:p>
    <w:p>
      <w:pPr>
        <w:jc w:val="right"/>
      </w:pPr>
      <w:r>
        <w:t>یعنی pure جو کلام تھا خدا کا وہ اپنی purity کے ساتھ باقی نہیں رہا۔</w:t>
      </w:r>
    </w:p>
    <w:p>
      <w:r>
        <w:rPr>
          <w:b/>
        </w:rPr>
        <w:t xml:space="preserve">[07:42] </w:t>
      </w:r>
      <w:r>
        <w:t>to quran mein jo asal khuda ka message hai us ko purified way mein utara gaya</w:t>
      </w:r>
    </w:p>
    <w:p>
      <w:pPr>
        <w:jc w:val="right"/>
      </w:pPr>
      <w:r>
        <w:t>تو قرآن میں جو اصل خدا کا message ہے اس کو purified way میں اتارا گیا</w:t>
      </w:r>
    </w:p>
    <w:p>
      <w:r>
        <w:rPr>
          <w:b/>
        </w:rPr>
        <w:t xml:space="preserve">[07:50] </w:t>
      </w:r>
      <w:r>
        <w:t>peghambar muhammad ke upar.</w:t>
      </w:r>
    </w:p>
    <w:p>
      <w:pPr>
        <w:jc w:val="right"/>
      </w:pPr>
      <w:r>
        <w:t>پیغمبر محمد کے اوپر۔</w:t>
      </w:r>
    </w:p>
    <w:p>
      <w:r>
        <w:rPr>
          <w:b/>
        </w:rPr>
        <w:t xml:space="preserve">[07:56] </w:t>
      </w:r>
      <w:r>
        <w:t>to is ka matlab kya hua ke quran ek mubarak kitab hai yani quran ek preserved book hai.</w:t>
      </w:r>
    </w:p>
    <w:p>
      <w:pPr>
        <w:jc w:val="right"/>
      </w:pPr>
      <w:r>
        <w:t>تو اس کا مطلب کیا ہوا کہ قرآن ایک مبارک کتاب ہے یعنی قرآن ایک preserved book ہے۔</w:t>
      </w:r>
    </w:p>
    <w:p>
      <w:r>
        <w:rPr>
          <w:b/>
        </w:rPr>
        <w:t xml:space="preserve">[08:02] </w:t>
      </w:r>
      <w:r>
        <w:t>unaltered book hai.</w:t>
      </w:r>
    </w:p>
    <w:p>
      <w:pPr>
        <w:jc w:val="right"/>
      </w:pPr>
      <w:r>
        <w:t>Unaltered book ہے۔</w:t>
      </w:r>
    </w:p>
    <w:p>
      <w:r>
        <w:rPr>
          <w:b/>
        </w:rPr>
        <w:t xml:space="preserve">[08:08] </w:t>
      </w:r>
      <w:r>
        <w:t>to asal jo quran ki jo ka jo distinction hai, jo speciality hai woh yeh nahin ke woh superior hai. nahin.</w:t>
      </w:r>
    </w:p>
    <w:p>
      <w:pPr>
        <w:jc w:val="right"/>
      </w:pPr>
      <w:r>
        <w:t>تو اصل جو قرآن کی جو کا جو distinction ہے، جو speciality ہے وہ یہ نہیں کہ وہ superior ہے۔ نہیں۔</w:t>
      </w:r>
    </w:p>
    <w:p>
      <w:r>
        <w:rPr>
          <w:b/>
        </w:rPr>
        <w:t xml:space="preserve">[08:14] </w:t>
      </w:r>
      <w:r>
        <w:t>koi mysterious superior ka ek mysterious baat hai.</w:t>
      </w:r>
    </w:p>
    <w:p>
      <w:pPr>
        <w:jc w:val="right"/>
      </w:pPr>
      <w:r>
        <w:t>کوئی mysterious superior کا ایک mysterious بات ہے۔</w:t>
      </w:r>
    </w:p>
    <w:p>
      <w:r>
        <w:rPr>
          <w:b/>
        </w:rPr>
        <w:t xml:space="preserve">[08:21] </w:t>
      </w:r>
      <w:r>
        <w:t>aap kisi baat ko kahein ke yeh superior hai to woh ek mysterious baat hoti hai.</w:t>
      </w:r>
    </w:p>
    <w:p>
      <w:pPr>
        <w:jc w:val="right"/>
      </w:pPr>
      <w:r>
        <w:t>آپ کسی بات کو کہیں کہ یہ superior ہے تو وہ ایک mysterious بات ہوتی ہے۔</w:t>
      </w:r>
    </w:p>
    <w:p>
      <w:r>
        <w:rPr>
          <w:b/>
        </w:rPr>
        <w:t xml:space="preserve">[08:27] </w:t>
      </w:r>
      <w:r>
        <w:t>lekin jab aap kahein ke woh unaltered book hai to yeh ek historical baat hoti hai.</w:t>
      </w:r>
    </w:p>
    <w:p>
      <w:pPr>
        <w:jc w:val="right"/>
      </w:pPr>
      <w:r>
        <w:t>لیکن جب آپ کہیں کہ وہ unaltered book ہے تو یہ ایک historical بات ہوتی ہے۔</w:t>
      </w:r>
    </w:p>
    <w:p>
      <w:r>
        <w:rPr>
          <w:b/>
        </w:rPr>
        <w:t xml:space="preserve">[08:33] </w:t>
      </w:r>
      <w:r>
        <w:t>aap scientific method ke zariye scientific method ko apply kar ke jaan sakte hain ke kaise woh unaltered hai.</w:t>
      </w:r>
    </w:p>
    <w:p>
      <w:pPr>
        <w:jc w:val="right"/>
      </w:pPr>
      <w:r>
        <w:t>آپ scientific method کے ذریعے scientific method کو اپلائے کر کے جان سکتے ہیں کہ کیسے وہ unaltered ہے۔</w:t>
      </w:r>
    </w:p>
    <w:p>
      <w:r>
        <w:rPr>
          <w:b/>
        </w:rPr>
        <w:t xml:space="preserve">[08:39] </w:t>
      </w:r>
      <w:r>
        <w:t>bilkul ek scientific baat hai, well known baat hai.</w:t>
      </w:r>
    </w:p>
    <w:p>
      <w:pPr>
        <w:jc w:val="right"/>
      </w:pPr>
      <w:r>
        <w:t>بالکل ایک scientific بات ہے، well known بات ہے۔</w:t>
      </w:r>
    </w:p>
    <w:p>
      <w:r>
        <w:rPr>
          <w:b/>
        </w:rPr>
        <w:t xml:space="preserve">[08:45] </w:t>
      </w:r>
      <w:r>
        <w:t>well known academic method ko apply kar ke aap jaan sakte hain</w:t>
      </w:r>
    </w:p>
    <w:p>
      <w:pPr>
        <w:jc w:val="right"/>
      </w:pPr>
      <w:r>
        <w:t>Well known academic method کو اپلائے کر کے آپ جان سکتے ہیں</w:t>
      </w:r>
    </w:p>
    <w:p>
      <w:r>
        <w:rPr>
          <w:b/>
        </w:rPr>
        <w:t xml:space="preserve">[08:51] </w:t>
      </w:r>
      <w:r>
        <w:t>ke quran kis tarah se be milawat wali kitab hai, purified book hai.</w:t>
      </w:r>
    </w:p>
    <w:p>
      <w:pPr>
        <w:jc w:val="right"/>
      </w:pPr>
      <w:r>
        <w:t>کہ قرآن کس طرح سے بے ملاوٹ والی کتاب ہے، purified book ہے۔</w:t>
      </w:r>
    </w:p>
    <w:p>
      <w:r>
        <w:rPr>
          <w:b/>
        </w:rPr>
        <w:t xml:space="preserve">[08:58] </w:t>
      </w:r>
      <w:r>
        <w:t>yeh hai quran ki khaas is ka distinction.</w:t>
      </w:r>
    </w:p>
    <w:p>
      <w:pPr>
        <w:jc w:val="right"/>
      </w:pPr>
      <w:r>
        <w:t>یہ ہے قرآن کی خاص اس کا distinction۔</w:t>
      </w:r>
    </w:p>
    <w:p>
      <w:r>
        <w:rPr>
          <w:b/>
        </w:rPr>
        <w:t xml:space="preserve">[09:06] </w:t>
      </w:r>
      <w:r>
        <w:t>ab dekhiye ke quran ke chand features ko mein aap ke samne rakhun ga.</w:t>
      </w:r>
    </w:p>
    <w:p>
      <w:pPr>
        <w:jc w:val="right"/>
      </w:pPr>
      <w:r>
        <w:t>اب دیکھیے کہ قرآن کے چند features کو میں آپ کے سامنے رکھوں گا۔</w:t>
      </w:r>
    </w:p>
    <w:p>
      <w:r>
        <w:rPr>
          <w:b/>
        </w:rPr>
        <w:t xml:space="preserve">[09:13] </w:t>
      </w:r>
      <w:r>
        <w:t>dekhiye ek hai quran mein direct</w:t>
      </w:r>
    </w:p>
    <w:p>
      <w:pPr>
        <w:jc w:val="right"/>
      </w:pPr>
      <w:r>
        <w:t>دیکھیے ایک ہے قرآن میں direct</w:t>
      </w:r>
    </w:p>
    <w:p>
      <w:r>
        <w:rPr>
          <w:b/>
        </w:rPr>
        <w:t xml:space="preserve">[09:21] </w:t>
      </w:r>
      <w:r>
        <w:t>ness hai. Direct insan ko address karna. Eha nas, eha insan, aye insan, aye logon, aye bani Adam. Yeh direct khitab hai. Yani Quran mein, Quran ke zariye Khuda direct taur par insan ko address kar raha hai. Dire</w:t>
      </w:r>
    </w:p>
    <w:p>
      <w:pPr>
        <w:jc w:val="right"/>
      </w:pPr>
      <w:r>
        <w:t>ness ہے۔ Direct انسان کو address کرنا۔ ایہا الناس، ایہا الانسان، اے انسان، اے لوگوں، اے بنی آدم۔ یہ direct خطاب ہے۔ یعنی قرآن میں، قرآن کے ذریعے خدا direct طور پر انسان کو address کر رہا ہے۔ Dire</w:t>
      </w:r>
    </w:p>
    <w:p>
      <w:r>
        <w:rPr>
          <w:b/>
        </w:rPr>
        <w:t xml:space="preserve">[09:51] </w:t>
      </w:r>
      <w:r>
        <w:t>ct tor par.</w:t>
      </w:r>
    </w:p>
    <w:p>
      <w:pPr>
        <w:jc w:val="right"/>
      </w:pPr>
      <w:r>
        <w:t>ct طور پر۔</w:t>
      </w:r>
    </w:p>
    <w:p>
      <w:r>
        <w:rPr>
          <w:b/>
        </w:rPr>
        <w:t xml:space="preserve">[09:58] </w:t>
      </w:r>
      <w:r>
        <w:t>yani khuda aur insan ke beech mein koi aur rukawat nahi, koi aur wasta nahi.</w:t>
      </w:r>
    </w:p>
    <w:p>
      <w:pPr>
        <w:jc w:val="right"/>
      </w:pPr>
      <w:r>
        <w:t>یعنی خدا اور انسان کے بیچ میں کوئی اور رکاوٹ نہیں، کوئی اور واسطہ نہیں۔</w:t>
      </w:r>
    </w:p>
    <w:p>
      <w:r>
        <w:rPr>
          <w:b/>
        </w:rPr>
        <w:t xml:space="preserve">[10:04] </w:t>
      </w:r>
      <w:r>
        <w:t>direct language mein.</w:t>
      </w:r>
    </w:p>
    <w:p>
      <w:pPr>
        <w:jc w:val="right"/>
      </w:pPr>
      <w:r>
        <w:t>Direct language میں۔</w:t>
      </w:r>
    </w:p>
    <w:p>
      <w:r>
        <w:rPr>
          <w:b/>
        </w:rPr>
        <w:t xml:space="preserve">[10:11] </w:t>
      </w:r>
      <w:r>
        <w:t>yeh insan ko bohat hit karti hai.</w:t>
      </w:r>
    </w:p>
    <w:p>
      <w:pPr>
        <w:jc w:val="right"/>
      </w:pPr>
      <w:r>
        <w:t>یہ انسان کو بہت hit کرتی ہے۔</w:t>
      </w:r>
    </w:p>
    <w:p>
      <w:r>
        <w:rPr>
          <w:b/>
        </w:rPr>
        <w:t xml:space="preserve">[10:17] </w:t>
      </w:r>
      <w:r>
        <w:t>britain mein ek pop singer the, un ka naam tha kate stevens.</w:t>
      </w:r>
    </w:p>
    <w:p>
      <w:pPr>
        <w:jc w:val="right"/>
      </w:pPr>
      <w:r>
        <w:t>برٹن میں ایک pop singer تھے، ان کا نام تھا کیٹ اسٹیونز۔</w:t>
      </w:r>
    </w:p>
    <w:p>
      <w:r>
        <w:rPr>
          <w:b/>
        </w:rPr>
        <w:t xml:space="preserve">[10:24] </w:t>
      </w:r>
      <w:r>
        <w:t>unhon ne islam qabool kar liya aur apna naam yusuf islam rakha.</w:t>
      </w:r>
    </w:p>
    <w:p>
      <w:pPr>
        <w:jc w:val="right"/>
      </w:pPr>
      <w:r>
        <w:t>انہوں نے اسلام قبول کر لیا اور اپنا نام یوسف اسلام رکھا۔</w:t>
      </w:r>
    </w:p>
    <w:p>
      <w:r>
        <w:rPr>
          <w:b/>
        </w:rPr>
        <w:t xml:space="preserve">[10:30] </w:t>
      </w:r>
      <w:r>
        <w:t>to kyun aisa hua? unhon ne bataya hai ke mein, unhon ne bataya hai ke mein bimar par</w:t>
      </w:r>
    </w:p>
    <w:p>
      <w:pPr>
        <w:jc w:val="right"/>
      </w:pPr>
      <w:r>
        <w:t>تو کیوں ایسا ہوا؟ انہوں نے بتایا ہے کہ میں، انہوں نے بتایا ہے کہ میں بیمار پڑ</w:t>
      </w:r>
    </w:p>
    <w:p>
      <w:r>
        <w:rPr>
          <w:b/>
        </w:rPr>
        <w:t xml:space="preserve">[10:36] </w:t>
      </w:r>
      <w:r>
        <w:t>gaya aur hospital mein tha.</w:t>
      </w:r>
    </w:p>
    <w:p>
      <w:pPr>
        <w:jc w:val="right"/>
      </w:pPr>
      <w:r>
        <w:t>گیا اور ہاسپٹل میں تھا۔</w:t>
      </w:r>
    </w:p>
    <w:p>
      <w:r>
        <w:rPr>
          <w:b/>
        </w:rPr>
        <w:t xml:space="preserve">[10:42] </w:t>
      </w:r>
      <w:r>
        <w:t>us waqt mere bhai cairo gaye, cairo.</w:t>
      </w:r>
    </w:p>
    <w:p>
      <w:pPr>
        <w:jc w:val="right"/>
      </w:pPr>
      <w:r>
        <w:t>اس وقت میرے بھائی قاہرہ گئے، قاہرو۔</w:t>
      </w:r>
    </w:p>
    <w:p>
      <w:r>
        <w:rPr>
          <w:b/>
        </w:rPr>
        <w:t xml:space="preserve">[10:48] </w:t>
      </w:r>
      <w:r>
        <w:t>wahan se woh quran ka ek english translation laye, cairo se.</w:t>
      </w:r>
    </w:p>
    <w:p>
      <w:pPr>
        <w:jc w:val="right"/>
      </w:pPr>
      <w:r>
        <w:t>وہاں سے وہ قرآن کا ایک انگلش translation لائے، قاہرو سے۔</w:t>
      </w:r>
    </w:p>
    <w:p>
      <w:r>
        <w:rPr>
          <w:b/>
        </w:rPr>
        <w:t xml:space="preserve">[10:55] </w:t>
      </w:r>
      <w:r>
        <w:t>unhon ne mujhe diya jab ke mein hospital mein tha.</w:t>
      </w:r>
    </w:p>
    <w:p>
      <w:pPr>
        <w:jc w:val="right"/>
      </w:pPr>
      <w:r>
        <w:t>انہوں نے مجھے دیا جب کہ میں ہاسپٹل میں تھا۔</w:t>
      </w:r>
    </w:p>
    <w:p>
      <w:r>
        <w:rPr>
          <w:b/>
        </w:rPr>
        <w:t xml:space="preserve">[11:00] </w:t>
      </w:r>
      <w:r>
        <w:t>to aap jante hain ke hospital mein aadmi ko koi kaam nahi rehta.</w:t>
      </w:r>
    </w:p>
    <w:p>
      <w:pPr>
        <w:jc w:val="right"/>
      </w:pPr>
      <w:r>
        <w:t>تو آپ جانتے ہیں کہ ہاسپٹل میں آدمی کو کوئی کام نہیں رہتا۔</w:t>
      </w:r>
    </w:p>
    <w:p>
      <w:r>
        <w:rPr>
          <w:b/>
        </w:rPr>
        <w:t xml:space="preserve">[11:05] </w:t>
      </w:r>
      <w:r>
        <w:t>bohat zyada woh alag thalag ho jata hai samaj se.</w:t>
      </w:r>
    </w:p>
    <w:p>
      <w:pPr>
        <w:jc w:val="right"/>
      </w:pPr>
      <w:r>
        <w:t>بہت زیادہ وہ الگ تھلگ ہو جاتا ہے سماج سے۔</w:t>
      </w:r>
    </w:p>
    <w:p>
      <w:r>
        <w:rPr>
          <w:b/>
        </w:rPr>
        <w:t xml:space="preserve">[11:10] </w:t>
      </w:r>
      <w:r>
        <w:t>to wahan woh bohat zyada moqa tha un ko, bohat time tha un ke paas.</w:t>
      </w:r>
    </w:p>
    <w:p>
      <w:pPr>
        <w:jc w:val="right"/>
      </w:pPr>
      <w:r>
        <w:t>تو وہاں وہ بہت زیادہ موقع تھا ان کو، بہت ٹائم تھا ان کے پاس۔</w:t>
      </w:r>
    </w:p>
    <w:p>
      <w:r>
        <w:rPr>
          <w:b/>
        </w:rPr>
        <w:t xml:space="preserve">[11:15] </w:t>
      </w:r>
      <w:r>
        <w:t>to is kitab ko unhon ne hospital mein parha.</w:t>
      </w:r>
    </w:p>
    <w:p>
      <w:pPr>
        <w:jc w:val="right"/>
      </w:pPr>
      <w:r>
        <w:t>تو اس کتاب کو انہوں نے ہاسپٹل میں پڑھا۔</w:t>
      </w:r>
    </w:p>
    <w:p>
      <w:r>
        <w:rPr>
          <w:b/>
        </w:rPr>
        <w:t xml:space="preserve">[11:20] </w:t>
      </w:r>
      <w:r>
        <w:t>to un ko sab se zyada ajeeb yeh baat lagi ke quran mein direct</w:t>
      </w:r>
    </w:p>
    <w:p>
      <w:pPr>
        <w:jc w:val="right"/>
      </w:pPr>
      <w:r>
        <w:t>تو ان کو سب سے زیادہ عجیب یہ بات لگی کہ قرآن میں direct</w:t>
      </w:r>
    </w:p>
    <w:p>
      <w:r>
        <w:rPr>
          <w:b/>
        </w:rPr>
        <w:t xml:space="preserve">[11:25] </w:t>
      </w:r>
      <w:r>
        <w:t>address hai.</w:t>
      </w:r>
    </w:p>
    <w:p>
      <w:pPr>
        <w:jc w:val="right"/>
      </w:pPr>
      <w:r>
        <w:t>address ہے۔</w:t>
      </w:r>
    </w:p>
    <w:p>
      <w:r>
        <w:rPr>
          <w:b/>
        </w:rPr>
        <w:t xml:space="preserve">[11:30] </w:t>
      </w:r>
      <w:r>
        <w:t>quran direct tor par address karta hai.</w:t>
      </w:r>
    </w:p>
    <w:p>
      <w:pPr>
        <w:jc w:val="right"/>
      </w:pPr>
      <w:r>
        <w:t>قرآن direct طور پر address کرتا ہے۔</w:t>
      </w:r>
    </w:p>
    <w:p>
      <w:r>
        <w:rPr>
          <w:b/>
        </w:rPr>
        <w:t xml:space="preserve">[11:35] </w:t>
      </w:r>
      <w:r>
        <w:t>ae insan, yeh tera khuda hai jo tujh ko address kar raha hai, sun.</w:t>
      </w:r>
    </w:p>
    <w:p>
      <w:pPr>
        <w:jc w:val="right"/>
      </w:pPr>
      <w:r>
        <w:t>اے انسان، یہ تیرا خدا ہے جو تجھ کو address کر رہا ہے، سن۔</w:t>
      </w:r>
    </w:p>
    <w:p>
      <w:r>
        <w:rPr>
          <w:b/>
        </w:rPr>
        <w:t xml:space="preserve">[11:40] </w:t>
      </w:r>
      <w:r>
        <w:t>yeh andaaz unhon ne kaha ke mein ne kisi aur kitab mein nahi paya tha.</w:t>
      </w:r>
    </w:p>
    <w:p>
      <w:pPr>
        <w:jc w:val="right"/>
      </w:pPr>
      <w:r>
        <w:t>یہ انداز انہوں نے کہا کہ میں نے کسی اور کتاب میں نہیں پایا تھا۔</w:t>
      </w:r>
    </w:p>
    <w:p>
      <w:r>
        <w:rPr>
          <w:b/>
        </w:rPr>
        <w:t xml:space="preserve">[11:45] </w:t>
      </w:r>
      <w:r>
        <w:t>to un ko bohat ajeeb laga ke khuda mujh se direct tor par address kar raha hai.</w:t>
      </w:r>
    </w:p>
    <w:p>
      <w:pPr>
        <w:jc w:val="right"/>
      </w:pPr>
      <w:r>
        <w:t>تو ان کو بہت عجیب لگا کہ خدا مجھ سے direct طور پر address کر رہا ہے۔</w:t>
      </w:r>
    </w:p>
    <w:p>
      <w:r>
        <w:rPr>
          <w:b/>
        </w:rPr>
        <w:t xml:space="preserve">[11:50] </w:t>
      </w:r>
      <w:r>
        <w:t>to yeh un ke dil ko yeh bohat lagi yeh baat aur pura unhon</w:t>
      </w:r>
    </w:p>
    <w:p>
      <w:pPr>
        <w:jc w:val="right"/>
      </w:pPr>
      <w:r>
        <w:t>تو یہ ان کے دل کو یہ بہت لگی یہ بات اور پورا انہوں</w:t>
      </w:r>
    </w:p>
    <w:p>
      <w:r>
        <w:rPr>
          <w:b/>
        </w:rPr>
        <w:t xml:space="preserve">[11:55] </w:t>
      </w:r>
      <w:r>
        <w:t>ne translation parha aur socha aur aakhir mein unhon ne islam qubool kar liya.</w:t>
      </w:r>
    </w:p>
    <w:p>
      <w:pPr>
        <w:jc w:val="right"/>
      </w:pPr>
      <w:r>
        <w:t>نے translation پڑھا اور سوچا اور آخر میں انہوں نے اسلام قبول کر لیا۔</w:t>
      </w:r>
    </w:p>
    <w:p>
      <w:r>
        <w:rPr>
          <w:b/>
        </w:rPr>
        <w:t xml:space="preserve">[12:03] </w:t>
      </w:r>
      <w:r>
        <w:t>ab woh britain mein rehte hain aur zyada tar education ka kaam kar rahe hain aaj kal woh.</w:t>
      </w:r>
    </w:p>
    <w:p>
      <w:pPr>
        <w:jc w:val="right"/>
      </w:pPr>
      <w:r>
        <w:t>اب وہ برٹن میں رہتے ہیں اور زیادہ تر education کا کام کر رہے ہیں آج کل وہ۔</w:t>
      </w:r>
    </w:p>
    <w:p>
      <w:r>
        <w:rPr>
          <w:b/>
        </w:rPr>
        <w:t xml:space="preserve">[12:11] </w:t>
      </w:r>
      <w:r>
        <w:t>to quran ka ek aspect yeh hua ke is mein khuda direct tor par insan ko address karta hai.</w:t>
      </w:r>
    </w:p>
    <w:p>
      <w:pPr>
        <w:jc w:val="right"/>
      </w:pPr>
      <w:r>
        <w:t>تو قرآن کا ایک aspect یہ ہوا کہ اس میں خدا direct طور پر انسان کو address کرتا ہے۔</w:t>
      </w:r>
    </w:p>
    <w:p>
      <w:r>
        <w:rPr>
          <w:b/>
        </w:rPr>
        <w:t xml:space="preserve">[12:19] </w:t>
      </w:r>
      <w:r>
        <w:t>aur bohat hi anokhi baat hai jo insan ko bohat appeal karti hai.</w:t>
      </w:r>
    </w:p>
    <w:p>
      <w:pPr>
        <w:jc w:val="right"/>
      </w:pPr>
      <w:r>
        <w:t>اور بہت ہی انوکھی بات ہے جو انسان کو بہت اپیل کرتی ہے۔</w:t>
      </w:r>
    </w:p>
    <w:p>
      <w:r>
        <w:rPr>
          <w:b/>
        </w:rPr>
        <w:t xml:space="preserve">[12:27] </w:t>
      </w:r>
      <w:r>
        <w:t>doosri baat yeh hai ke quran ka subject kya hai? dekhiye har kitab ka ek subject hota hai.</w:t>
      </w:r>
    </w:p>
    <w:p>
      <w:pPr>
        <w:jc w:val="right"/>
      </w:pPr>
      <w:r>
        <w:t>دوسری بات یہ ہے کہ قرآن کا subject کیا ہے؟ دیکھیے ہر کتاب کا ایک subject ہوتا ہے۔</w:t>
      </w:r>
    </w:p>
    <w:p>
      <w:r>
        <w:rPr>
          <w:b/>
        </w:rPr>
        <w:t xml:space="preserve">[12:35] </w:t>
      </w:r>
      <w:r>
        <w:t>aam tor par kya hai? generally yeh hota hai ke quran, aam tor par yeh hota hai ke</w:t>
      </w:r>
    </w:p>
    <w:p>
      <w:pPr>
        <w:jc w:val="right"/>
      </w:pPr>
      <w:r>
        <w:t>عام طور پر کیا ہے؟ Generally یہ ہوتا ہے کہ قرآن، عام طور پر یہ ہوتا ہے کہ</w:t>
      </w:r>
    </w:p>
    <w:p>
      <w:r>
        <w:rPr>
          <w:b/>
        </w:rPr>
        <w:t xml:space="preserve">[12:43] </w:t>
      </w:r>
      <w:r>
        <w:t>kitab ko jo title likha jata hai, title, usi se pata chal jata hai ke is ka subject kya hai.</w:t>
      </w:r>
    </w:p>
    <w:p>
      <w:pPr>
        <w:jc w:val="right"/>
      </w:pPr>
      <w:r>
        <w:t>کتاب کو جو ٹائٹل لکھا جاتا ہے، ٹائٹل، اسی سے پتہ چل جاتا ہے کہ اس کا subject کیا ہے۔</w:t>
      </w:r>
    </w:p>
    <w:p>
      <w:r>
        <w:rPr>
          <w:b/>
        </w:rPr>
        <w:t xml:space="preserve">[12:51] </w:t>
      </w:r>
      <w:r>
        <w:t>jaise ek kitab aap lenge, is ka title hoga "History of India"</w:t>
      </w:r>
    </w:p>
    <w:p>
      <w:pPr>
        <w:jc w:val="right"/>
      </w:pPr>
      <w:r>
        <w:t>جیسے ایک کتاب آپ لیں گے، اس کا ٹائٹل ہوگا "History of India"</w:t>
      </w:r>
    </w:p>
    <w:p>
      <w:r>
        <w:rPr>
          <w:b/>
        </w:rPr>
        <w:t xml:space="preserve">[12:59] </w:t>
      </w:r>
      <w:r>
        <w:t>—</w:t>
      </w:r>
    </w:p>
    <w:p>
      <w:pPr>
        <w:jc w:val="right"/>
      </w:pPr>
      <w:r>
        <w:t>۔</w:t>
      </w:r>
    </w:p>
    <w:p>
      <w:r>
        <w:rPr>
          <w:b/>
        </w:rPr>
        <w:t xml:space="preserve">[13:04] </w:t>
      </w:r>
      <w:r>
        <w:t>to title hi bata de ga ke is kitab ka subject kya hai.</w:t>
      </w:r>
    </w:p>
    <w:p>
      <w:pPr>
        <w:jc w:val="right"/>
      </w:pPr>
      <w:r>
        <w:t>تو ٹائٹل ہی بتا دے گا کہ اس کتاب کا subject کیا ہے۔</w:t>
      </w:r>
    </w:p>
    <w:p>
      <w:r>
        <w:rPr>
          <w:b/>
        </w:rPr>
        <w:t xml:space="preserve">[13:09] </w:t>
      </w:r>
      <w:r>
        <w:t>kisi ek kitab ko lenge, aap is par likha hoga "Life of Mahatma Gandhi".</w:t>
      </w:r>
    </w:p>
    <w:p>
      <w:pPr>
        <w:jc w:val="right"/>
      </w:pPr>
      <w:r>
        <w:t>کسی ایک کتاب کو لیں گے، آپ اس پر لکھا ہوگا "Life of مہاتما گاندھی"۔</w:t>
      </w:r>
    </w:p>
    <w:p>
      <w:r>
        <w:rPr>
          <w:b/>
        </w:rPr>
        <w:t xml:space="preserve">[13:14] </w:t>
      </w:r>
      <w:r>
        <w:t>yeh dekhte hi aap jaan len ge ke is kitab ka subject kya hai.</w:t>
      </w:r>
    </w:p>
    <w:p>
      <w:pPr>
        <w:jc w:val="right"/>
      </w:pPr>
      <w:r>
        <w:t>یہ دیکھتے ہی آپ جان لیں گے کہ اس کتاب کا subject کیا ہے۔</w:t>
      </w:r>
    </w:p>
    <w:p>
      <w:r>
        <w:rPr>
          <w:b/>
        </w:rPr>
        <w:t xml:space="preserve">[13:19] </w:t>
      </w:r>
      <w:r>
        <w:t>to koi bhi kitab jab likhi jati hai to is ka jo title hota hai wahi bata deta</w:t>
      </w:r>
    </w:p>
    <w:p>
      <w:pPr>
        <w:jc w:val="right"/>
      </w:pPr>
      <w:r>
        <w:t>تو کوئی بھی کتاب جب لکھی جاتی ہے تو اس کا جو ٹائٹل ہوتا ہے وہی بتا دیتا</w:t>
      </w:r>
    </w:p>
    <w:p>
      <w:r>
        <w:rPr>
          <w:b/>
        </w:rPr>
        <w:t xml:space="preserve">[13:25] </w:t>
      </w:r>
      <w:r>
        <w:t>hai ke is ka subject kya hai.</w:t>
      </w:r>
    </w:p>
    <w:p>
      <w:pPr>
        <w:jc w:val="right"/>
      </w:pPr>
      <w:r>
        <w:t>ہے کہ اس کا subject کیا ہے۔</w:t>
      </w:r>
    </w:p>
    <w:p>
      <w:r>
        <w:rPr>
          <w:b/>
        </w:rPr>
        <w:t xml:space="preserve">[13:30] </w:t>
      </w:r>
      <w:r>
        <w:t>lekin Quran ka jo naam hai woh is type ka naam nahi hai. Kyun ke Quran jo hai kisi subject ko nahi batata. Literally Quran ka matlab hai parhi jane wali cheez. Bas. Parhi jane wali cheez. To parhi jane wali cheez to har kitab hoti hai. To is ka naam hai bas itna hi ke par</w:t>
      </w:r>
    </w:p>
    <w:p>
      <w:pPr>
        <w:jc w:val="right"/>
      </w:pPr>
      <w:r>
        <w:t>لیکن قرآن کا جو نام ہے وہ اس ٹائپ کا نام نہیں ہے۔ کیونکہ قرآن جو ہے کسی subject کو نہیں بتاتا۔ Literally قرآن کا مطلب ہے پڑھی جانے والی چیز۔ بس۔ پڑھی جانے والی چیز۔ تو پڑھی جانے والی والی چیز تو ہر کتاب ہوتی ہے۔ تو اس کا نام ہے بس اتنا ہی کہ پڑ</w:t>
      </w:r>
    </w:p>
    <w:p>
      <w:r>
        <w:rPr>
          <w:b/>
        </w:rPr>
        <w:t xml:space="preserve">[14:00] </w:t>
      </w:r>
      <w:r>
        <w:t>hi jaane wali kitab.</w:t>
      </w:r>
    </w:p>
    <w:p>
      <w:pPr>
        <w:jc w:val="right"/>
      </w:pPr>
      <w:r>
        <w:t>ھی جانے والی کتاب۔</w:t>
      </w:r>
    </w:p>
    <w:p>
      <w:r>
        <w:rPr>
          <w:b/>
        </w:rPr>
        <w:t xml:space="preserve">[14:05] </w:t>
      </w:r>
      <w:r>
        <w:t>is wajah se quran ke subject ko janne ke liye hamein is ke andar talash karna pare ga.</w:t>
      </w:r>
    </w:p>
    <w:p>
      <w:pPr>
        <w:jc w:val="right"/>
      </w:pPr>
      <w:r>
        <w:t>اس وجہ سے قرآن کے subject کو جاننے کے لیے ہمیں اس کے اندر تلاش کرنا پڑے گا۔</w:t>
      </w:r>
    </w:p>
    <w:p>
      <w:r>
        <w:rPr>
          <w:b/>
        </w:rPr>
        <w:t xml:space="preserve">[14:10] </w:t>
      </w:r>
      <w:r>
        <w:t>is ke title se aap nahi samajh sakte ke quran ka subject kya hai.</w:t>
      </w:r>
    </w:p>
    <w:p>
      <w:pPr>
        <w:jc w:val="right"/>
      </w:pPr>
      <w:r>
        <w:t>اس کے ٹائٹل سے آپ نہیں سمجھ سکتے کہ قرآن کا subject کیا ہے۔</w:t>
      </w:r>
    </w:p>
    <w:p>
      <w:r>
        <w:rPr>
          <w:b/>
        </w:rPr>
        <w:t xml:space="preserve">[14:15] </w:t>
      </w:r>
      <w:r>
        <w:t>to mein ne is aitbar se quran ko bar bar parha, bar bar parha.</w:t>
      </w:r>
    </w:p>
    <w:p>
      <w:pPr>
        <w:jc w:val="right"/>
      </w:pPr>
      <w:r>
        <w:t>تو میں نے اس اعتبار سے قرآن کو بار بار پڑھا، بار بار پڑھا۔</w:t>
      </w:r>
    </w:p>
    <w:p>
      <w:r>
        <w:rPr>
          <w:b/>
        </w:rPr>
        <w:t xml:space="preserve">[14:20] </w:t>
      </w:r>
      <w:r>
        <w:t>bohat dinon tak parhta raha.</w:t>
      </w:r>
    </w:p>
    <w:p>
      <w:pPr>
        <w:jc w:val="right"/>
      </w:pPr>
      <w:r>
        <w:t>بہت دنوں تک پڑھتا رہا۔</w:t>
      </w:r>
    </w:p>
    <w:p>
      <w:r>
        <w:rPr>
          <w:b/>
        </w:rPr>
        <w:t xml:space="preserve">[14:25] </w:t>
      </w:r>
      <w:r>
        <w:t>mein jo jaan paya hoon woh yeh hai ke quran ka subject hai</w:t>
      </w:r>
    </w:p>
    <w:p>
      <w:pPr>
        <w:jc w:val="right"/>
      </w:pPr>
      <w:r>
        <w:t>میں جو جان پایا ہوں وہ یہ ہے کہ قرآن کا subject ہے</w:t>
      </w:r>
    </w:p>
    <w:p>
      <w:r>
        <w:rPr>
          <w:b/>
        </w:rPr>
        <w:t xml:space="preserve">[14:31] </w:t>
      </w:r>
      <w:r>
        <w:t>"Creation Plan of God" ko batana.</w:t>
      </w:r>
    </w:p>
    <w:p>
      <w:pPr>
        <w:jc w:val="right"/>
      </w:pPr>
      <w:r>
        <w:t>"Creation Plan of God" کو بتانا۔</w:t>
      </w:r>
    </w:p>
    <w:p>
      <w:r>
        <w:rPr>
          <w:b/>
        </w:rPr>
        <w:t xml:space="preserve">[14:37] </w:t>
      </w:r>
      <w:r>
        <w:t>"Creation Plan of God" ko batana.</w:t>
      </w:r>
    </w:p>
    <w:p>
      <w:pPr>
        <w:jc w:val="right"/>
      </w:pPr>
      <w:r>
        <w:t>"Creation Plan of God" کو بتانا۔</w:t>
      </w:r>
    </w:p>
    <w:p>
      <w:r>
        <w:rPr>
          <w:b/>
        </w:rPr>
        <w:t xml:space="preserve">[14:43] </w:t>
      </w:r>
      <w:r>
        <w:t>yani khuda ne yeh sansar banaya, yeh zameen o aasman banaye, yahan par pani banaya, haryali banai aur</w:t>
      </w:r>
    </w:p>
    <w:p>
      <w:pPr>
        <w:jc w:val="right"/>
      </w:pPr>
      <w:r>
        <w:t>یعنی خدا نے یہ سنسار بنایا، یہ زمین و آسمان بنائے، یہاں پر پانی بنایا، ہریالی بنائی اور</w:t>
      </w:r>
    </w:p>
    <w:p>
      <w:r>
        <w:rPr>
          <w:b/>
        </w:rPr>
        <w:t xml:space="preserve">[14:50] </w:t>
      </w:r>
      <w:r>
        <w:t>animal banaye, bird banaye, phir insan banaya.</w:t>
      </w:r>
    </w:p>
    <w:p>
      <w:pPr>
        <w:jc w:val="right"/>
      </w:pPr>
      <w:r>
        <w:t>animal بنائے، bird بنائے، پھر انسان بنایا۔</w:t>
      </w:r>
    </w:p>
    <w:p>
      <w:r>
        <w:rPr>
          <w:b/>
        </w:rPr>
        <w:t xml:space="preserve">[14:56] </w:t>
      </w:r>
      <w:r>
        <w:t>itni sari cheezein hain, itni sari cheezein.</w:t>
      </w:r>
    </w:p>
    <w:p>
      <w:pPr>
        <w:jc w:val="right"/>
      </w:pPr>
      <w:r>
        <w:t>اتنی ساری چیزیں ہیں، اتنی ساری چیزیں۔</w:t>
      </w:r>
    </w:p>
    <w:p>
      <w:r>
        <w:rPr>
          <w:b/>
        </w:rPr>
        <w:t xml:space="preserve">[15:02] </w:t>
      </w:r>
      <w:r>
        <w:t>kal mein soch raha tha ke kaisa ajeeb hai yeh creation ke ek taraf hum dekhte hain ke</w:t>
      </w:r>
    </w:p>
    <w:p>
      <w:pPr>
        <w:jc w:val="right"/>
      </w:pPr>
      <w:r>
        <w:t>کل میں سوچ رہا تھا کہ کیسا عجیب ہے یہ creation کہ ایک طرف ہم دیکھتے ہیں کہ</w:t>
      </w:r>
    </w:p>
    <w:p>
      <w:r>
        <w:rPr>
          <w:b/>
        </w:rPr>
        <w:t xml:space="preserve">[15:08] </w:t>
      </w:r>
      <w:r>
        <w:t>chidiya hawa mein urr rahi hai, is ke paas pankh hain.</w:t>
      </w:r>
    </w:p>
    <w:p>
      <w:pPr>
        <w:jc w:val="right"/>
      </w:pPr>
      <w:r>
        <w:t>چڑیا ہوا میں اڑ رہی ہے، اس کے پاس پنکھ ہیں۔</w:t>
      </w:r>
    </w:p>
    <w:p>
      <w:r>
        <w:rPr>
          <w:b/>
        </w:rPr>
        <w:t xml:space="preserve">[15:13] </w:t>
      </w:r>
      <w:r>
        <w:t>kis ne pankh lagaya? kis ne jana ke chidiya jo hai us ko urrna hai to urrne ke</w:t>
      </w:r>
    </w:p>
    <w:p>
      <w:pPr>
        <w:jc w:val="right"/>
      </w:pPr>
      <w:r>
        <w:t>کس نے پنکھ لگایا؟ کس نے جانا کہ چڑیا جو ہے اس کو اڑنا ہے تو اڑنے کے</w:t>
      </w:r>
    </w:p>
    <w:p>
      <w:r>
        <w:rPr>
          <w:b/>
        </w:rPr>
        <w:t xml:space="preserve">[15:18] </w:t>
      </w:r>
      <w:r>
        <w:t>liye us ko pankh chahiye.</w:t>
      </w:r>
    </w:p>
    <w:p>
      <w:pPr>
        <w:jc w:val="right"/>
      </w:pPr>
      <w:r>
        <w:t>لیے اس کو پنکھ چاہیے۔</w:t>
      </w:r>
    </w:p>
    <w:p>
      <w:r>
        <w:rPr>
          <w:b/>
        </w:rPr>
        <w:t xml:space="preserve">[15:23] </w:t>
      </w:r>
      <w:r>
        <w:t>dusri taraf aap dekhiye ke sher aur bhediya itne zyada strong hote hain lekin urr nahi sakte woh.</w:t>
      </w:r>
    </w:p>
    <w:p>
      <w:pPr>
        <w:jc w:val="right"/>
      </w:pPr>
      <w:r>
        <w:t>دوسری طرف آپ دیکھیے کہ شیر اور بھیڑیا اتنے زیادہ strong ہوتے ہیں لیکن اڑ نہیں سکتے وہ۔</w:t>
      </w:r>
    </w:p>
    <w:p>
      <w:r>
        <w:rPr>
          <w:b/>
        </w:rPr>
        <w:t xml:space="preserve">[15:28] </w:t>
      </w:r>
      <w:r>
        <w:t>kyun ke un ke paas pankh nahi hain.</w:t>
      </w:r>
    </w:p>
    <w:p>
      <w:pPr>
        <w:jc w:val="right"/>
      </w:pPr>
      <w:r>
        <w:t>کیونکہ ان کے پاس پنکھ نہیں ہے۔</w:t>
      </w:r>
    </w:p>
    <w:p>
      <w:r>
        <w:rPr>
          <w:b/>
        </w:rPr>
        <w:t xml:space="preserve">[15:33] </w:t>
      </w:r>
      <w:r>
        <w:t>to un ko chaar paon diya chalne ke liye.</w:t>
      </w:r>
    </w:p>
    <w:p>
      <w:pPr>
        <w:jc w:val="right"/>
      </w:pPr>
      <w:r>
        <w:t>تو ان کو چار پاؤں دیا چلنے کے لیے۔</w:t>
      </w:r>
    </w:p>
    <w:p>
      <w:r>
        <w:rPr>
          <w:b/>
        </w:rPr>
        <w:t xml:space="preserve">[15:38] </w:t>
      </w:r>
      <w:r>
        <w:t>saanp zameen par rengta hai to us ke paas paon hain, na na pankh hai.</w:t>
      </w:r>
    </w:p>
    <w:p>
      <w:pPr>
        <w:jc w:val="right"/>
      </w:pPr>
      <w:r>
        <w:t>سانپ زمین پر رینگتا ہے تو اس کے پاس پاؤں ہیں، نہ نہ پنکھ ہے۔</w:t>
      </w:r>
    </w:p>
    <w:p>
      <w:r>
        <w:rPr>
          <w:b/>
        </w:rPr>
        <w:t xml:space="preserve">[15:42] </w:t>
      </w:r>
      <w:r>
        <w:t>us ko doosre dhang se diya ke zameen par reng sake woh.</w:t>
      </w:r>
    </w:p>
    <w:p>
      <w:pPr>
        <w:jc w:val="right"/>
      </w:pPr>
      <w:r>
        <w:t>اس کو دوسرے ڈھنگ سے دیا کہ زمین پر رینگ سکے وہ۔</w:t>
      </w:r>
    </w:p>
    <w:p>
      <w:r>
        <w:rPr>
          <w:b/>
        </w:rPr>
        <w:t xml:space="preserve">[15:46] </w:t>
      </w:r>
      <w:r>
        <w:t>to billions and billions cheezein hain duniya mein.</w:t>
      </w:r>
    </w:p>
    <w:p>
      <w:pPr>
        <w:jc w:val="right"/>
      </w:pPr>
      <w:r>
        <w:t>تو billions and billions چیزیں ہیں دنیا میں۔</w:t>
      </w:r>
    </w:p>
    <w:p>
      <w:r>
        <w:rPr>
          <w:b/>
        </w:rPr>
        <w:t xml:space="preserve">[15:51] </w:t>
      </w:r>
      <w:r>
        <w:t>har ek ka alag model.</w:t>
      </w:r>
    </w:p>
    <w:p>
      <w:pPr>
        <w:jc w:val="right"/>
      </w:pPr>
      <w:r>
        <w:t>ہر ایک کا الگ ماڈل۔</w:t>
      </w:r>
    </w:p>
    <w:p>
      <w:r>
        <w:rPr>
          <w:b/>
        </w:rPr>
        <w:t xml:space="preserve">[15:55] </w:t>
      </w:r>
      <w:r>
        <w:t>anokhi cheez yeh hai ke aap kisi bhi cheez ko aap dekhiye to aap ko mehsoos hoga ke</w:t>
      </w:r>
    </w:p>
    <w:p>
      <w:pPr>
        <w:jc w:val="right"/>
      </w:pPr>
      <w:r>
        <w:t>انوکھی چیز یہ ہے کہ آپ کسی بھی چیز کو آپ دیکھیے تو آپ کو محسوس ہوگا کہ</w:t>
      </w:r>
    </w:p>
    <w:p>
      <w:r>
        <w:rPr>
          <w:b/>
        </w:rPr>
        <w:t xml:space="preserve">[15:59] </w:t>
      </w:r>
      <w:r>
        <w:t>har cheez apne final</w:t>
      </w:r>
    </w:p>
    <w:p>
      <w:pPr>
        <w:jc w:val="right"/>
      </w:pPr>
      <w:r>
        <w:t>ہر چیز اپنے final</w:t>
      </w:r>
    </w:p>
    <w:p>
      <w:r>
        <w:rPr>
          <w:b/>
        </w:rPr>
        <w:t xml:space="preserve">[16:04] </w:t>
      </w:r>
      <w:r>
        <w:t>model par hai.</w:t>
      </w:r>
    </w:p>
    <w:p>
      <w:pPr>
        <w:jc w:val="right"/>
      </w:pPr>
      <w:r>
        <w:t>ماڈل پر ہے۔</w:t>
      </w:r>
    </w:p>
    <w:p>
      <w:r>
        <w:rPr>
          <w:b/>
        </w:rPr>
        <w:t xml:space="preserve">[16:09] </w:t>
      </w:r>
      <w:r>
        <w:t>ghaas ko aap dekhiye to aap sochiye ke kya ghaas ka koi aur model ho sakta hai? aap</w:t>
      </w:r>
    </w:p>
    <w:p>
      <w:pPr>
        <w:jc w:val="right"/>
      </w:pPr>
      <w:r>
        <w:t>گھاس کو آپ دیکھیے تو آپ سوچیے کہ کیا گھاس کا کوئی اور ماڈل ہو سکتا ہے؟ آپ</w:t>
      </w:r>
    </w:p>
    <w:p>
      <w:r>
        <w:rPr>
          <w:b/>
        </w:rPr>
        <w:t xml:space="preserve">[16:14] </w:t>
      </w:r>
      <w:r>
        <w:t>apne ko helpless feel karenge.</w:t>
      </w:r>
    </w:p>
    <w:p>
      <w:pPr>
        <w:jc w:val="right"/>
      </w:pPr>
      <w:r>
        <w:t>اپنے کو helpless feel کریں گے۔</w:t>
      </w:r>
    </w:p>
    <w:p>
      <w:r>
        <w:rPr>
          <w:b/>
        </w:rPr>
        <w:t xml:space="preserve">[16:19] </w:t>
      </w:r>
      <w:r>
        <w:t>ke ghaas ka jo model hai wahi is ka final model hai.</w:t>
      </w:r>
    </w:p>
    <w:p>
      <w:pPr>
        <w:jc w:val="right"/>
      </w:pPr>
      <w:r>
        <w:t>کہ گھاس کا جو ماڈل ہے وہی اس کا final ماڈل ہے۔</w:t>
      </w:r>
    </w:p>
    <w:p>
      <w:r>
        <w:rPr>
          <w:b/>
        </w:rPr>
        <w:t xml:space="preserve">[16:24] </w:t>
      </w:r>
      <w:r>
        <w:t>haathi ka jo model hai wahi is ka final model hai.</w:t>
      </w:r>
    </w:p>
    <w:p>
      <w:pPr>
        <w:jc w:val="right"/>
      </w:pPr>
      <w:r>
        <w:t>ہاتھی کا جو ماڈل ہے وہی اس کا final ماڈل ہے۔</w:t>
      </w:r>
    </w:p>
    <w:p>
      <w:r>
        <w:rPr>
          <w:b/>
        </w:rPr>
        <w:t xml:space="preserve">[16:29] </w:t>
      </w:r>
      <w:r>
        <w:t>ghore ka jo model hai wahi is ka final model hai.</w:t>
      </w:r>
    </w:p>
    <w:p>
      <w:pPr>
        <w:jc w:val="right"/>
      </w:pPr>
      <w:r>
        <w:t>گھوڑے کا جو ماڈل ہے وہی اس کا final ماڈل ہے۔</w:t>
      </w:r>
    </w:p>
    <w:p>
      <w:r>
        <w:rPr>
          <w:b/>
        </w:rPr>
        <w:t xml:space="preserve">[16:34] </w:t>
      </w:r>
      <w:r>
        <w:t>ek ek cheez ka model jo hai yunnan mein aise ek story likhi gayi jis mein ke ek</w:t>
      </w:r>
    </w:p>
    <w:p>
      <w:pPr>
        <w:jc w:val="right"/>
      </w:pPr>
      <w:r>
        <w:t>ایک ایک چیز کا ماڈل جو ہے یونان میں ایسے ایک story لکھی گئی جس میں کہ ایک</w:t>
      </w:r>
    </w:p>
    <w:p>
      <w:r>
        <w:rPr>
          <w:b/>
        </w:rPr>
        <w:t xml:space="preserve">[16:39] </w:t>
      </w:r>
      <w:r>
        <w:t>aadmi gaya kisi island mein to wahan dekha us ne ke ghore hain aur us ka jo head</w:t>
      </w:r>
    </w:p>
    <w:p>
      <w:pPr>
        <w:jc w:val="right"/>
      </w:pPr>
      <w:r>
        <w:t>آدمی گیا کسی island میں تو وہاں دیکھا اس نے کہ گھوڑے ہیں اور اس کا جو head</w:t>
      </w:r>
    </w:p>
    <w:p>
      <w:r>
        <w:rPr>
          <w:b/>
        </w:rPr>
        <w:t xml:space="preserve">[16:44] </w:t>
      </w:r>
      <w:r>
        <w:t>hai woh insaan jaisa hai.</w:t>
      </w:r>
    </w:p>
    <w:p>
      <w:pPr>
        <w:jc w:val="right"/>
      </w:pPr>
      <w:r>
        <w:t>ہے وہ انسان جیسا ہے۔</w:t>
      </w:r>
    </w:p>
    <w:p>
      <w:r>
        <w:rPr>
          <w:b/>
        </w:rPr>
        <w:t xml:space="preserve">[16:49] </w:t>
      </w:r>
      <w:r>
        <w:t>saara body ghore jaisa.</w:t>
      </w:r>
    </w:p>
    <w:p>
      <w:pPr>
        <w:jc w:val="right"/>
      </w:pPr>
      <w:r>
        <w:t>سارا body گھوڑے جیسا۔</w:t>
      </w:r>
    </w:p>
    <w:p>
      <w:r>
        <w:rPr>
          <w:b/>
        </w:rPr>
        <w:t xml:space="preserve">[16:54] </w:t>
      </w:r>
      <w:r>
        <w:t>head jo hai woh insaan jaisa.</w:t>
      </w:r>
    </w:p>
    <w:p>
      <w:pPr>
        <w:jc w:val="right"/>
      </w:pPr>
      <w:r>
        <w:t>Head جو ہے وہ انسان جیسا۔</w:t>
      </w:r>
    </w:p>
    <w:p>
      <w:r>
        <w:rPr>
          <w:b/>
        </w:rPr>
        <w:t xml:space="preserve">[16:59] </w:t>
      </w:r>
      <w:r>
        <w:t>to ae e meander ne is ko ridicule kiya hai ke jo story writer the woh jante nahi the</w:t>
      </w:r>
    </w:p>
    <w:p>
      <w:pPr>
        <w:jc w:val="right"/>
      </w:pPr>
      <w:r>
        <w:t>تو اے ای مینڈر نے اس کو ridicule کیا ہے کہ جو story writer تھے وہ جانتے نہیں تھے</w:t>
      </w:r>
    </w:p>
    <w:p>
      <w:r>
        <w:rPr>
          <w:b/>
        </w:rPr>
        <w:t xml:space="preserve">[17:04] </w:t>
      </w:r>
      <w:r>
        <w:t>aisa ghoṛa kabhi duniya mein exist nahi kar sakta. kyun? insaan ka jo nostril hai, yeh nethna jis ko kehte hain, nostril woh chhota hota hai. aur ghoṛe ka nostril bada hota hai. kyun? ghoṛe ko zyada oxygen chahiye. jitna oxygen hum lete hain utna oxygen par ghoṛa ji nahi sakta. to hamara sir agar ghoṛe par laga diya jaye to ghoṛa to mar j</w:t>
      </w:r>
    </w:p>
    <w:p>
      <w:pPr>
        <w:jc w:val="right"/>
      </w:pPr>
      <w:r>
        <w:t>ایسا گھوڑا کبھی دنیا میں exist نہیں کر سکتا۔ کیوں؟ انسان کا جو nostril ہے، یہ نتھنا جس کو کہتے ہیں، nostril وہ چھوٹا ہوتا ہے۔ اور گھوڑے کا nostril بڑا ہوتا ہے۔ کیوں؟ گھوڑے کو زیادہ آکسیجن چاہیے۔ جتنا آکسیجن ہم لیتے ہیں اتنا آکسیجن پر گھوڑا جی نہیں سکتا۔ تو ہمارا سر اگر گھوڑے پر لگا دیا جائے تو گھوڑا تو مر ج</w:t>
      </w:r>
    </w:p>
    <w:p>
      <w:r>
        <w:rPr>
          <w:b/>
        </w:rPr>
        <w:t xml:space="preserve">[17:34] </w:t>
      </w:r>
      <w:r>
        <w:t>aye ga. kyunke us ko bohat kam oxygen mil paye ga. ghoṛe ka nostril bohat bada hota hai uska nethna taake zyada oxygen le sake woh. tab woh ji ji sakta hai. aap sochiye ke creator jo hai kitna zyada us ko mind hoga, kitna bada mind hoga ke woh jaan saka ke jo nostril insaan ka hai us mein ghoṛa ji nahi sakta hai. ghoṛe ko bada nostril ch</w:t>
      </w:r>
    </w:p>
    <w:p>
      <w:pPr>
        <w:jc w:val="right"/>
      </w:pPr>
      <w:r>
        <w:t>ائے گا۔ کیونکہ اس کو بہت کم آکسیجن مل پائے گا۔ گھوڑے کا nostril بہت بڑا ہوتا ہے اس کا نتھنا تاکہ زیادہ آکسیجن لے سکے وہ۔ تب وہ جی جی سکتا ہے۔ آپ سوچیے کہ creator جو ہے کتنا زیادہ اس کو mind ہوگا، کتنا بڑا mind ہوگا کہ وہ جان سکا کہ جو nostril انسان کا ہے اس میں گھوڑا جی نہیں سکتا ہے۔ گھوڑے کو بڑا nostril چ</w:t>
      </w:r>
    </w:p>
    <w:p>
      <w:r>
        <w:rPr>
          <w:b/>
        </w:rPr>
        <w:t xml:space="preserve">[18:04] </w:t>
      </w:r>
      <w:r>
        <w:t>aaiye.</w:t>
      </w:r>
    </w:p>
    <w:p>
      <w:pPr>
        <w:jc w:val="right"/>
      </w:pPr>
      <w:r>
        <w:t>اہیے۔</w:t>
      </w:r>
    </w:p>
    <w:p>
      <w:r>
        <w:rPr>
          <w:b/>
        </w:rPr>
        <w:t xml:space="preserve">[18:11] </w:t>
      </w:r>
      <w:r>
        <w:t>aisi million billion baatein hain.</w:t>
      </w:r>
    </w:p>
    <w:p>
      <w:pPr>
        <w:jc w:val="right"/>
      </w:pPr>
      <w:r>
        <w:t>ایسی million billion باتیں ہیں۔</w:t>
      </w:r>
    </w:p>
    <w:p>
      <w:r>
        <w:rPr>
          <w:b/>
        </w:rPr>
        <w:t xml:space="preserve">[18:17] </w:t>
      </w:r>
      <w:r>
        <w:t>to aadmi sochta hai main kya hoon? duniya kya hai? kahan se aaye hain? kahan jaana hai? pre-death</w:t>
      </w:r>
    </w:p>
    <w:p>
      <w:pPr>
        <w:jc w:val="right"/>
      </w:pPr>
      <w:r>
        <w:t>تو آدمی سوچتا ہے میں کیا ہوں؟ دنیا کیا ہے؟ کہاں سے آئے ہیں؟ کہاں جانا ہے؟ pre-death</w:t>
      </w:r>
    </w:p>
    <w:p>
      <w:r>
        <w:rPr>
          <w:b/>
        </w:rPr>
        <w:t xml:space="preserve">[18:23] </w:t>
      </w:r>
      <w:r>
        <w:t>period mein kya hai? post-death period mein kya hai? yeh saare question hain.</w:t>
      </w:r>
    </w:p>
    <w:p>
      <w:pPr>
        <w:jc w:val="right"/>
      </w:pPr>
      <w:r>
        <w:t>period میں کیا ہے؟ post-death period میں کیا ہے؟ یہ سارے question ہیں۔</w:t>
      </w:r>
    </w:p>
    <w:p>
      <w:r>
        <w:rPr>
          <w:b/>
        </w:rPr>
        <w:t xml:space="preserve">[18:29] </w:t>
      </w:r>
      <w:r>
        <w:t>yeh saare question hain jis ko insaan jaanna chahta hai.</w:t>
      </w:r>
    </w:p>
    <w:p>
      <w:pPr>
        <w:jc w:val="right"/>
      </w:pPr>
      <w:r>
        <w:t>یہ سارے question ہیں جس کو انسان جاننا چاہتا ہے۔</w:t>
      </w:r>
    </w:p>
    <w:p>
      <w:r>
        <w:rPr>
          <w:b/>
        </w:rPr>
        <w:t xml:space="preserve">[18:35] </w:t>
      </w:r>
      <w:r>
        <w:t>aheeni saari baaton ke baare mein main kehta hoon ke creation plan yaani jis Khuda ne banaya, jis</w:t>
      </w:r>
    </w:p>
    <w:p>
      <w:pPr>
        <w:jc w:val="right"/>
      </w:pPr>
      <w:r>
        <w:t>انہی ساری باتوں کے بارے میں میں کہتا ہوں کہ creation plan یعنی جس خدا نے بنایا، جس</w:t>
      </w:r>
    </w:p>
    <w:p>
      <w:r>
        <w:rPr>
          <w:b/>
        </w:rPr>
        <w:t xml:space="preserve">[18:43] </w:t>
      </w:r>
      <w:r>
        <w:t>creator ne banaya, us ke mind mein kya tha? kyun banaya yeh? yeh anokhi duniya, yeh meaningful duniya</w:t>
      </w:r>
    </w:p>
    <w:p>
      <w:pPr>
        <w:jc w:val="right"/>
      </w:pPr>
      <w:r>
        <w:t>creator نے بنایا، اس کے mind میں کیا تھا؟ کیوں بنایا یہ؟ یہ انوکھی دنیا، یہ meaningful دنیا</w:t>
      </w:r>
    </w:p>
    <w:p>
      <w:r>
        <w:rPr>
          <w:b/>
        </w:rPr>
        <w:t xml:space="preserve">[18:50] </w:t>
      </w:r>
      <w:r>
        <w:t>jis ke andar itna wisdom hai to kyun banaya? isi ko main keh raha hoon creation plan.</w:t>
      </w:r>
    </w:p>
    <w:p>
      <w:pPr>
        <w:jc w:val="right"/>
      </w:pPr>
      <w:r>
        <w:t>جس کے اندر اتنا wisdom ہے تو کیوں بنایا؟ اسی کو میں کہہ رہا ہوں creation plan۔</w:t>
      </w:r>
    </w:p>
    <w:p>
      <w:r>
        <w:rPr>
          <w:b/>
        </w:rPr>
        <w:t xml:space="preserve">[18:58] </w:t>
      </w:r>
      <w:r>
        <w:t>to Quran jo hai woh batata hai ke what is the creation plan</w:t>
      </w:r>
    </w:p>
    <w:p>
      <w:pPr>
        <w:jc w:val="right"/>
      </w:pPr>
      <w:r>
        <w:t>تو قرآن جو ہے وہ بتاتا ہے کہ what is the creation plan</w:t>
      </w:r>
    </w:p>
    <w:p>
      <w:r>
        <w:rPr>
          <w:b/>
        </w:rPr>
        <w:t xml:space="preserve">[19:05] </w:t>
      </w:r>
      <w:r>
        <w:t>of God? jis creator ne banaya hai is duniya ko is ke mutabiq kya maqsad hai is duniya</w:t>
      </w:r>
    </w:p>
    <w:p>
      <w:pPr>
        <w:jc w:val="right"/>
      </w:pPr>
      <w:r>
        <w:t>of God؟ جس creator نے بنایا ہے اس دنیا کو اس کے مطابق کیا مقصد ہے اس دنیا</w:t>
      </w:r>
    </w:p>
    <w:p>
      <w:r>
        <w:rPr>
          <w:b/>
        </w:rPr>
        <w:t xml:space="preserve">[19:15] </w:t>
      </w:r>
      <w:r>
        <w:t>ka? humein kya karna hai? is ko batane ke liye Quran aaya hai.</w:t>
      </w:r>
    </w:p>
    <w:p>
      <w:pPr>
        <w:jc w:val="right"/>
      </w:pPr>
      <w:r>
        <w:t>کا؟ ہمیں کیا کرنا ہے؟ اس کو بتانے کے لیے قرآن آیا ہے۔</w:t>
      </w:r>
    </w:p>
    <w:p>
      <w:r>
        <w:rPr>
          <w:b/>
        </w:rPr>
        <w:t xml:space="preserve">[19:26] </w:t>
      </w:r>
      <w:r>
        <w:t>yaani Quran ka subject hai creation plan of God ko batana</w:t>
      </w:r>
    </w:p>
    <w:p>
      <w:pPr>
        <w:jc w:val="right"/>
      </w:pPr>
      <w:r>
        <w:t>یعنی قرآن کا subject ہے creation plan of God کو بتانا</w:t>
      </w:r>
    </w:p>
    <w:p>
      <w:r>
        <w:rPr>
          <w:b/>
        </w:rPr>
        <w:t xml:space="preserve">[19:36] </w:t>
      </w:r>
      <w:r>
        <w:t>.</w:t>
      </w:r>
    </w:p>
    <w:p>
      <w:pPr>
        <w:jc w:val="right"/>
      </w:pPr>
      <w:r>
        <w:t>۔</w:t>
      </w:r>
    </w:p>
    <w:p>
      <w:r>
        <w:rPr>
          <w:b/>
        </w:rPr>
        <w:t xml:space="preserve">[19:42] </w:t>
      </w:r>
      <w:r>
        <w:t>ab is baat ko le kar ke aap Quran mein aur study kijiye aur aage badhiye aur jaanne</w:t>
      </w:r>
    </w:p>
    <w:p>
      <w:pPr>
        <w:jc w:val="right"/>
      </w:pPr>
      <w:r>
        <w:t>اب اس بات کو لے کر کے آپ قرآن میں اور study کیجیے اور آگے بڑھیے اور جاننے</w:t>
      </w:r>
    </w:p>
    <w:p>
      <w:r>
        <w:rPr>
          <w:b/>
        </w:rPr>
        <w:t xml:space="preserve">[19:48] </w:t>
      </w:r>
      <w:r>
        <w:t>ki koshish kijiye.</w:t>
      </w:r>
    </w:p>
    <w:p>
      <w:pPr>
        <w:jc w:val="right"/>
      </w:pPr>
      <w:r>
        <w:t>کی کوشش کیجیے۔</w:t>
      </w:r>
    </w:p>
    <w:p>
      <w:r>
        <w:rPr>
          <w:b/>
        </w:rPr>
        <w:t xml:space="preserve">[19:54] </w:t>
      </w:r>
      <w:r>
        <w:t>to ek aayat aap ko strike kare gi.</w:t>
      </w:r>
    </w:p>
    <w:p>
      <w:pPr>
        <w:jc w:val="right"/>
      </w:pPr>
      <w:r>
        <w:t>تو ایک آیت آپ کو strike کرے گی۔</w:t>
      </w:r>
    </w:p>
    <w:p>
      <w:r>
        <w:rPr>
          <w:b/>
        </w:rPr>
        <w:t xml:space="preserve">[20:00] </w:t>
      </w:r>
      <w:r>
        <w:t>woh kya? kaun rabbaniyin? Chapter number</w:t>
      </w:r>
    </w:p>
    <w:p>
      <w:pPr>
        <w:jc w:val="right"/>
      </w:pPr>
      <w:r>
        <w:t>وہ کیا؟ کون ربانیین؟ Chapter number</w:t>
      </w:r>
    </w:p>
    <w:p>
      <w:r>
        <w:rPr>
          <w:b/>
        </w:rPr>
        <w:t xml:space="preserve">[20:06] </w:t>
      </w:r>
      <w:r>
        <w:t>three, verse number seven nine.</w:t>
      </w:r>
    </w:p>
    <w:p>
      <w:pPr>
        <w:jc w:val="right"/>
      </w:pPr>
      <w:r>
        <w:t>three، verse number seven nine۔</w:t>
      </w:r>
    </w:p>
    <w:p>
      <w:r>
        <w:rPr>
          <w:b/>
        </w:rPr>
        <w:t xml:space="preserve">[20:11] </w:t>
      </w:r>
      <w:r>
        <w:t>kaun rabbaniyin? is ka literal translation hai rabb wale bano.</w:t>
      </w:r>
    </w:p>
    <w:p>
      <w:pPr>
        <w:jc w:val="right"/>
      </w:pPr>
      <w:r>
        <w:t>کون ربانیین؟ اس کا literal translation ہے رب والے بنو۔</w:t>
      </w:r>
    </w:p>
    <w:p>
      <w:r>
        <w:rPr>
          <w:b/>
        </w:rPr>
        <w:t xml:space="preserve">[20:16] </w:t>
      </w:r>
      <w:r>
        <w:t>rabb wale bano.</w:t>
      </w:r>
    </w:p>
    <w:p>
      <w:pPr>
        <w:jc w:val="right"/>
      </w:pPr>
      <w:r>
        <w:t>رب والے بنو۔</w:t>
      </w:r>
    </w:p>
    <w:p>
      <w:r>
        <w:rPr>
          <w:b/>
        </w:rPr>
        <w:t xml:space="preserve">[20:21] </w:t>
      </w:r>
      <w:r>
        <w:t>Become man of God.</w:t>
      </w:r>
    </w:p>
    <w:p>
      <w:pPr>
        <w:jc w:val="right"/>
      </w:pPr>
      <w:r>
        <w:t>Become man of God۔</w:t>
      </w:r>
    </w:p>
    <w:p>
      <w:r>
        <w:rPr>
          <w:b/>
        </w:rPr>
        <w:t xml:space="preserve">[20:27] </w:t>
      </w:r>
      <w:r>
        <w:t>Become man of God.</w:t>
      </w:r>
    </w:p>
    <w:p>
      <w:pPr>
        <w:jc w:val="right"/>
      </w:pPr>
      <w:r>
        <w:t>Become man of God۔</w:t>
      </w:r>
    </w:p>
    <w:p>
      <w:r>
        <w:rPr>
          <w:b/>
        </w:rPr>
        <w:t xml:space="preserve">[20:32] </w:t>
      </w:r>
      <w:r>
        <w:t>rabb wale insaan bano.</w:t>
      </w:r>
    </w:p>
    <w:p>
      <w:pPr>
        <w:jc w:val="right"/>
      </w:pPr>
      <w:r>
        <w:t>رب والے انسان بنو۔</w:t>
      </w:r>
    </w:p>
    <w:p>
      <w:r>
        <w:rPr>
          <w:b/>
        </w:rPr>
        <w:t xml:space="preserve">[20:37] </w:t>
      </w:r>
      <w:r>
        <w:t>ab sochiye ke is ka kya matlab hai? rabb wale bano, man of God bano.</w:t>
      </w:r>
    </w:p>
    <w:p>
      <w:pPr>
        <w:jc w:val="right"/>
      </w:pPr>
      <w:r>
        <w:t>اب سوچیے کہ اس کا کیا مطلب ہے؟ رب والے بنو، man of God بنو۔</w:t>
      </w:r>
    </w:p>
    <w:p>
      <w:r>
        <w:rPr>
          <w:b/>
        </w:rPr>
        <w:t xml:space="preserve">[20:47] </w:t>
      </w:r>
      <w:r>
        <w:t>is se maloom hua ke hamara orientation kya hona chahiye? woh central point kya hona chahiye jo hamare</w:t>
      </w:r>
    </w:p>
    <w:p>
      <w:pPr>
        <w:jc w:val="right"/>
      </w:pPr>
      <w:r>
        <w:t>اس سے معلوم ہوا کہ ہمارا orientation کیا ہونا چاہیے؟ وہ central point کیا ہونا چاہیے جو ہمارے</w:t>
      </w:r>
    </w:p>
    <w:p>
      <w:r>
        <w:rPr>
          <w:b/>
        </w:rPr>
        <w:t xml:space="preserve">[20:57] </w:t>
      </w:r>
      <w:r>
        <w:t>samne hamesha rahe? hamara sab se bara concern kya hona chahiye? main samajhta hoon ke is baat ko</w:t>
      </w:r>
    </w:p>
    <w:p>
      <w:pPr>
        <w:jc w:val="right"/>
      </w:pPr>
      <w:r>
        <w:t>سامنے ہمیشہ رہے؟ ہمارا سب سے بڑا concern کیا ہونا چاہیے؟ میں سمجھتا ہوں کہ اس بات کو</w:t>
      </w:r>
    </w:p>
    <w:p>
      <w:r>
        <w:rPr>
          <w:b/>
        </w:rPr>
        <w:t xml:space="preserve">[21:07] </w:t>
      </w:r>
      <w:r>
        <w:t>ek American writer ne bohat achhi tarah pakra.</w:t>
      </w:r>
    </w:p>
    <w:p>
      <w:pPr>
        <w:jc w:val="right"/>
      </w:pPr>
      <w:r>
        <w:t>ایک American writer نے بہت اچھی طرح پکڑا۔</w:t>
      </w:r>
    </w:p>
    <w:p>
      <w:r>
        <w:rPr>
          <w:b/>
        </w:rPr>
        <w:t xml:space="preserve">[21:13] </w:t>
      </w:r>
      <w:r>
        <w:t>us ne ek kitaab likhi hai Islam par.</w:t>
      </w:r>
    </w:p>
    <w:p>
      <w:pPr>
        <w:jc w:val="right"/>
      </w:pPr>
      <w:r>
        <w:t>اس نے ایک کتاب لکھی ہے اسلام پر۔</w:t>
      </w:r>
    </w:p>
    <w:p>
      <w:r>
        <w:rPr>
          <w:b/>
        </w:rPr>
        <w:t xml:space="preserve">[21:19] </w:t>
      </w:r>
      <w:r>
        <w:t>to is mein woh kehta hai ke the greatest concern of Islam is Allah.</w:t>
      </w:r>
    </w:p>
    <w:p>
      <w:pPr>
        <w:jc w:val="right"/>
      </w:pPr>
      <w:r>
        <w:t>تو اس میں وہ کہتا ہے کہ the greatest concern of Islam is اللہ۔</w:t>
      </w:r>
    </w:p>
    <w:p>
      <w:r>
        <w:rPr>
          <w:b/>
        </w:rPr>
        <w:t xml:space="preserve">[21:25] </w:t>
      </w:r>
      <w:r>
        <w:t>yani Islam ka ya Quran ka sab se bara concern kya hai? Khuda.</w:t>
      </w:r>
    </w:p>
    <w:p>
      <w:pPr>
        <w:jc w:val="right"/>
      </w:pPr>
      <w:r>
        <w:t>یعنی اسلام کا یا قرآن کا سب سے بڑا concern کیا ہے؟ خدا۔</w:t>
      </w:r>
    </w:p>
    <w:p>
      <w:r>
        <w:rPr>
          <w:b/>
        </w:rPr>
        <w:t xml:space="preserve">[21:31] </w:t>
      </w:r>
      <w:r>
        <w:t>yani Khuda ko apna concern banana yahi insan ka purp</w:t>
      </w:r>
    </w:p>
    <w:p>
      <w:pPr>
        <w:jc w:val="right"/>
      </w:pPr>
      <w:r>
        <w:t>یعنی خدا کو اپنا concern بنانا یہی انسان کا purp</w:t>
      </w:r>
    </w:p>
    <w:p>
      <w:r>
        <w:rPr>
          <w:b/>
        </w:rPr>
        <w:t xml:space="preserve">[21:37] </w:t>
      </w:r>
      <w:r>
        <w:t>ose hai.</w:t>
      </w:r>
    </w:p>
    <w:p>
      <w:pPr>
        <w:jc w:val="right"/>
      </w:pPr>
      <w:r>
        <w:t>ose ہے۔</w:t>
      </w:r>
    </w:p>
    <w:p>
      <w:r>
        <w:rPr>
          <w:b/>
        </w:rPr>
        <w:t xml:space="preserve">[21:44] </w:t>
      </w:r>
      <w:r>
        <w:t>isi mein insan ki success hai.</w:t>
      </w:r>
    </w:p>
    <w:p>
      <w:pPr>
        <w:jc w:val="right"/>
      </w:pPr>
      <w:r>
        <w:t>اسی میں انسان کی success ہے۔</w:t>
      </w:r>
    </w:p>
    <w:p>
      <w:r>
        <w:rPr>
          <w:b/>
        </w:rPr>
        <w:t xml:space="preserve">[21:50] </w:t>
      </w:r>
      <w:r>
        <w:t>to kaun Rabaniyin ka matlab yeh hai kya? ke Rab oriented life apnao.</w:t>
      </w:r>
    </w:p>
    <w:p>
      <w:pPr>
        <w:jc w:val="right"/>
      </w:pPr>
      <w:r>
        <w:t>تو کون ربانیین کا مطلب یہ ہے کیا؟ کہ رب oriented life اپناؤ۔</w:t>
      </w:r>
    </w:p>
    <w:p>
      <w:r>
        <w:rPr>
          <w:b/>
        </w:rPr>
        <w:t xml:space="preserve">[21:56] </w:t>
      </w:r>
      <w:r>
        <w:t>Rab oriented life ya God oriented life ko apnao.</w:t>
      </w:r>
    </w:p>
    <w:p>
      <w:pPr>
        <w:jc w:val="right"/>
      </w:pPr>
      <w:r>
        <w:t>رب oriented life یا God oriented life کو اپناؤ۔</w:t>
      </w:r>
    </w:p>
    <w:p>
      <w:r>
        <w:rPr>
          <w:b/>
        </w:rPr>
        <w:t xml:space="preserve">[22:02] </w:t>
      </w:r>
      <w:r>
        <w:t>is ka matlab kya hua? is ka matlab hua ke God oriented thinking</w:t>
      </w:r>
    </w:p>
    <w:p>
      <w:pPr>
        <w:jc w:val="right"/>
      </w:pPr>
      <w:r>
        <w:t>اس کا مطلب کیا ہوا؟ اس کا مطلب ہوا کہ God oriented thinking</w:t>
      </w:r>
    </w:p>
    <w:p>
      <w:r>
        <w:rPr>
          <w:b/>
        </w:rPr>
        <w:t xml:space="preserve">[22:08] </w:t>
      </w:r>
      <w:r>
        <w:t>ho tumhari.</w:t>
      </w:r>
    </w:p>
    <w:p>
      <w:pPr>
        <w:jc w:val="right"/>
      </w:pPr>
      <w:r>
        <w:t>ہو تمہاری۔</w:t>
      </w:r>
    </w:p>
    <w:p>
      <w:r>
        <w:rPr>
          <w:b/>
        </w:rPr>
        <w:t xml:space="preserve">[22:19] </w:t>
      </w:r>
      <w:r>
        <w:t>God oriented speech ho tumhari.</w:t>
      </w:r>
    </w:p>
    <w:p>
      <w:pPr>
        <w:jc w:val="right"/>
      </w:pPr>
      <w:r>
        <w:t>God oriented speech ہو تمہاری۔</w:t>
      </w:r>
    </w:p>
    <w:p>
      <w:r>
        <w:rPr>
          <w:b/>
        </w:rPr>
        <w:t xml:space="preserve">[22:29] </w:t>
      </w:r>
      <w:r>
        <w:t>to God oriented thinking, God oriented speech, God oriented behavior, God oriented action, God oriented activities to sara jo zindagi</w:t>
      </w:r>
    </w:p>
    <w:p>
      <w:pPr>
        <w:jc w:val="right"/>
      </w:pPr>
      <w:r>
        <w:t>تو God oriented thinking، God oriented speech، God oriented behavior، God oriented action، God oriented activities تو سارا جو زندگی</w:t>
      </w:r>
    </w:p>
    <w:p>
      <w:r>
        <w:rPr>
          <w:b/>
        </w:rPr>
        <w:t xml:space="preserve">[22:39] </w:t>
      </w:r>
      <w:r>
        <w:t>tumhari hai is ka central point jo hai woh Khuda ho.</w:t>
      </w:r>
    </w:p>
    <w:p>
      <w:pPr>
        <w:jc w:val="right"/>
      </w:pPr>
      <w:r>
        <w:t>تمہاری ہے اس کا central point جو ہے وہ خدا ہو۔</w:t>
      </w:r>
    </w:p>
    <w:p>
      <w:r>
        <w:rPr>
          <w:b/>
        </w:rPr>
        <w:t xml:space="preserve">[22:43] </w:t>
      </w:r>
      <w:r>
        <w:t>jaise aap is ko samajhna koi mysterious baat nahi hai.</w:t>
      </w:r>
    </w:p>
    <w:p>
      <w:pPr>
        <w:jc w:val="right"/>
      </w:pPr>
      <w:r>
        <w:t>جیسے آپ اس کو سمجھنا کوئی mysterious بات نہیں ہے۔</w:t>
      </w:r>
    </w:p>
    <w:p>
      <w:r>
        <w:rPr>
          <w:b/>
        </w:rPr>
        <w:t xml:space="preserve">[22:47] </w:t>
      </w:r>
      <w:r>
        <w:t>ek aadmi jo bohat ziyada money oriented ho, khoob paisa kamana chahta ho to aap us ko us</w:t>
      </w:r>
    </w:p>
    <w:p>
      <w:pPr>
        <w:jc w:val="right"/>
      </w:pPr>
      <w:r>
        <w:t>ایک آدمی جو بہت زیادہ money oriented ہو، خوب پیسہ کمانا چاہتا ہو تو آپ اس کو اس</w:t>
      </w:r>
    </w:p>
    <w:p>
      <w:r>
        <w:rPr>
          <w:b/>
        </w:rPr>
        <w:t xml:space="preserve">[22:52] </w:t>
      </w:r>
      <w:r>
        <w:t>ke sath do din rahiye.</w:t>
      </w:r>
    </w:p>
    <w:p>
      <w:pPr>
        <w:jc w:val="right"/>
      </w:pPr>
      <w:r>
        <w:t>کے ساتھ دو دن رہیے۔</w:t>
      </w:r>
    </w:p>
    <w:p>
      <w:r>
        <w:rPr>
          <w:b/>
        </w:rPr>
        <w:t xml:space="preserve">[22:56] </w:t>
      </w:r>
      <w:r>
        <w:t>woh har waqt paise ki baat karega.</w:t>
      </w:r>
    </w:p>
    <w:p>
      <w:pPr>
        <w:jc w:val="right"/>
      </w:pPr>
      <w:r>
        <w:t>وہ ہر وقت پیسے کی بات کرے گا۔</w:t>
      </w:r>
    </w:p>
    <w:p>
      <w:r>
        <w:rPr>
          <w:b/>
        </w:rPr>
        <w:t xml:space="preserve">[23:00] </w:t>
      </w:r>
      <w:r>
        <w:t>har waqt paise ka plan banayega.</w:t>
      </w:r>
    </w:p>
    <w:p>
      <w:pPr>
        <w:jc w:val="right"/>
      </w:pPr>
      <w:r>
        <w:t>ہر وقت پیسے کا plan بنائے گا۔</w:t>
      </w:r>
    </w:p>
    <w:p>
      <w:r>
        <w:rPr>
          <w:b/>
        </w:rPr>
        <w:t xml:space="preserve">[23:05] </w:t>
      </w:r>
      <w:r>
        <w:t>har waqt yeh sochega ke main aur kaise paisa kamaoon aur</w:t>
      </w:r>
    </w:p>
    <w:p>
      <w:pPr>
        <w:jc w:val="right"/>
      </w:pPr>
      <w:r>
        <w:t>ہر وقت یہ سوچے گا کہ میں اور کیسے پیسہ کماؤں اور</w:t>
      </w:r>
    </w:p>
    <w:p>
      <w:r>
        <w:rPr>
          <w:b/>
        </w:rPr>
        <w:t xml:space="preserve">[23:09] </w:t>
      </w:r>
      <w:r>
        <w:t>kaise paisa kamaoon.</w:t>
      </w:r>
    </w:p>
    <w:p>
      <w:pPr>
        <w:jc w:val="right"/>
      </w:pPr>
      <w:r>
        <w:t>کیسے پیسہ کماؤں۔</w:t>
      </w:r>
    </w:p>
    <w:p>
      <w:r>
        <w:rPr>
          <w:b/>
        </w:rPr>
        <w:t xml:space="preserve">[23:13] </w:t>
      </w:r>
      <w:r>
        <w:t>to doston se jo contact karega woh paise ke liye.</w:t>
      </w:r>
    </w:p>
    <w:p>
      <w:pPr>
        <w:jc w:val="right"/>
      </w:pPr>
      <w:r>
        <w:t>تو دوستوں سے جو contact کرے گا وہ پیسے کے لیے۔</w:t>
      </w:r>
    </w:p>
    <w:p>
      <w:r>
        <w:rPr>
          <w:b/>
        </w:rPr>
        <w:t xml:space="preserve">[23:17] </w:t>
      </w:r>
      <w:r>
        <w:t>sochega paise ke liye.</w:t>
      </w:r>
    </w:p>
    <w:p>
      <w:pPr>
        <w:jc w:val="right"/>
      </w:pPr>
      <w:r>
        <w:t>سوچے گا پیسے کے لیے۔</w:t>
      </w:r>
    </w:p>
    <w:p>
      <w:r>
        <w:rPr>
          <w:b/>
        </w:rPr>
        <w:t xml:space="preserve">[23:22] </w:t>
      </w:r>
      <w:r>
        <w:t>logon se contact karega paise ke liye.</w:t>
      </w:r>
    </w:p>
    <w:p>
      <w:pPr>
        <w:jc w:val="right"/>
      </w:pPr>
      <w:r>
        <w:t>لوگوں سے contact کرے گا پیسے کے لیے۔</w:t>
      </w:r>
    </w:p>
    <w:p>
      <w:r>
        <w:rPr>
          <w:b/>
        </w:rPr>
        <w:t xml:space="preserve">[23:26] </w:t>
      </w:r>
      <w:r>
        <w:t>jo kuch bhi woh subah shaam karega to is ka orientation jo hai paisa hoga.</w:t>
      </w:r>
    </w:p>
    <w:p>
      <w:pPr>
        <w:jc w:val="right"/>
      </w:pPr>
      <w:r>
        <w:t>جو کچھ بھی وہ صبح شام کرے گا تو اس کا orientation جو ہے پیسہ ہوگا۔</w:t>
      </w:r>
    </w:p>
    <w:p>
      <w:r>
        <w:rPr>
          <w:b/>
        </w:rPr>
        <w:t xml:space="preserve">[23:30] </w:t>
      </w:r>
      <w:r>
        <w:t>ya ek maa hai, bohat dinon ke baad is ka beta paida ho gaya.</w:t>
      </w:r>
    </w:p>
    <w:p>
      <w:pPr>
        <w:jc w:val="right"/>
      </w:pPr>
      <w:r>
        <w:t>یا ایک ماں ہے، بہت دنوں کے بعد اس کا بیٹا پیدا ہوگیا۔</w:t>
      </w:r>
    </w:p>
    <w:p>
      <w:r>
        <w:rPr>
          <w:b/>
        </w:rPr>
        <w:t xml:space="preserve">[23:35] </w:t>
      </w:r>
      <w:r>
        <w:t>ab aap dekhiye is ko subah shaam har waqt is</w:t>
      </w:r>
    </w:p>
    <w:p>
      <w:pPr>
        <w:jc w:val="right"/>
      </w:pPr>
      <w:r>
        <w:t>اب آپ دیکھیے اس کو صبح شام ہر وقت اس</w:t>
      </w:r>
    </w:p>
    <w:p>
      <w:r>
        <w:rPr>
          <w:b/>
        </w:rPr>
        <w:t xml:space="preserve">[23:39] </w:t>
      </w:r>
      <w:r>
        <w:t>ke center mein is ka beta rahega.</w:t>
      </w:r>
    </w:p>
    <w:p>
      <w:pPr>
        <w:jc w:val="right"/>
      </w:pPr>
      <w:r>
        <w:t>کے center میں اس کا بیٹا رہے گا۔</w:t>
      </w:r>
    </w:p>
    <w:p>
      <w:r>
        <w:rPr>
          <w:b/>
        </w:rPr>
        <w:t xml:space="preserve">[23:44] </w:t>
      </w:r>
      <w:r>
        <w:t>beti ke liye sochna, beti ke liye sona, beti ke liye jaagna.</w:t>
      </w:r>
    </w:p>
    <w:p>
      <w:pPr>
        <w:jc w:val="right"/>
      </w:pPr>
      <w:r>
        <w:t>بیٹی کے لیے سوچنا، بیٹی کے لیے سونا، بیٹی کے لیے جاگنا۔</w:t>
      </w:r>
    </w:p>
    <w:p>
      <w:r>
        <w:rPr>
          <w:b/>
        </w:rPr>
        <w:t xml:space="preserve">[23:49] </w:t>
      </w:r>
      <w:r>
        <w:t>sab kuch beta, beta, beta, beta.</w:t>
      </w:r>
    </w:p>
    <w:p>
      <w:pPr>
        <w:jc w:val="right"/>
      </w:pPr>
      <w:r>
        <w:t>سب کچھ بیٹا، بیٹا، بیٹا، بیٹا۔</w:t>
      </w:r>
    </w:p>
    <w:p>
      <w:r>
        <w:rPr>
          <w:b/>
        </w:rPr>
        <w:t xml:space="preserve">[23:54] </w:t>
      </w:r>
      <w:r>
        <w:t>to ek aadmi jis tarah se money oriented ban jata hai, ek maa jis tarah se beta oriented</w:t>
      </w:r>
    </w:p>
    <w:p>
      <w:pPr>
        <w:jc w:val="right"/>
      </w:pPr>
      <w:r>
        <w:t>تو ایک آدمی جس طرح سے money oriented بن جاتا ہے، ایک ماں جس طرح سے بیٹا oriented</w:t>
      </w:r>
    </w:p>
    <w:p>
      <w:r>
        <w:rPr>
          <w:b/>
        </w:rPr>
        <w:t xml:space="preserve">[23:59] </w:t>
      </w:r>
      <w:r>
        <w:t>ban jati hai, aise aap kisi leader ko dekhiye, woh politics oriented is ka mind hota hai.</w:t>
      </w:r>
    </w:p>
    <w:p>
      <w:pPr>
        <w:jc w:val="right"/>
      </w:pPr>
      <w:r>
        <w:t>بن جاتی ہے، ایسے آپ کسی leader کو دیکھیے، وہ politics oriented اس کا mind ہوتا ہے۔</w:t>
      </w:r>
    </w:p>
    <w:p>
      <w:r>
        <w:rPr>
          <w:b/>
        </w:rPr>
        <w:t xml:space="preserve">[24:04] </w:t>
      </w:r>
      <w:r>
        <w:t>har waqt bas polit</w:t>
      </w:r>
    </w:p>
    <w:p>
      <w:pPr>
        <w:jc w:val="right"/>
      </w:pPr>
      <w:r>
        <w:t>ہر وقت بس polit</w:t>
      </w:r>
    </w:p>
    <w:p>
      <w:r>
        <w:rPr>
          <w:b/>
        </w:rPr>
        <w:t xml:space="preserve">[24:09] </w:t>
      </w:r>
      <w:r>
        <w:t>ics, har waqt bas politics. to yeh yeh jo cheez hai insaan ke andar. dekhiye insaan jo hai yeh insaan ke nature mein hai ke kisi ek cheez ko apna central point banaye. yeh insaan ke nature mein hai. insaan ke nature mein bhi interwoven hai yeh baat ke koi ek point ho,</w:t>
      </w:r>
    </w:p>
    <w:p>
      <w:pPr>
        <w:jc w:val="right"/>
      </w:pPr>
      <w:r>
        <w:t>ics، ہر وقت بس politics۔ تو یہ یہ جو چیز ہے انسان کے اندر۔ دیکھیے انسان جو ہے یہ انسان کے nature میں ہے کہ کسی ایک چیز کو اپنا central point بنائے۔ یہ انسان کے nature میں ہے۔ انسان کے nature میں بھی interwoven ہے یہ بات کہ کوئی ایک point ہو،</w:t>
      </w:r>
    </w:p>
    <w:p>
      <w:r>
        <w:rPr>
          <w:b/>
        </w:rPr>
        <w:t xml:space="preserve">[24:39] </w:t>
      </w:r>
      <w:r>
        <w:t>koi ek cheez ho jis ko aap ne concern banaye.</w:t>
      </w:r>
    </w:p>
    <w:p>
      <w:pPr>
        <w:jc w:val="right"/>
      </w:pPr>
      <w:r>
        <w:t>کوئی ایک چیز ہو جس کو آپ نے concern بنائے۔</w:t>
      </w:r>
    </w:p>
    <w:p>
      <w:r>
        <w:rPr>
          <w:b/>
        </w:rPr>
        <w:t xml:space="preserve">[24:43] </w:t>
      </w:r>
      <w:r>
        <w:t>jis mein woh apna mind lagaye, jis mein apni energy lagaye, jis mein apna time lagaye.</w:t>
      </w:r>
    </w:p>
    <w:p>
      <w:pPr>
        <w:jc w:val="right"/>
      </w:pPr>
      <w:r>
        <w:t>جس میں وہ اپنا mind لگائے، جس میں اپنی energy لگائے، جس میں اپنا ٹائم لگائے۔</w:t>
      </w:r>
    </w:p>
    <w:p>
      <w:r>
        <w:rPr>
          <w:b/>
        </w:rPr>
        <w:t xml:space="preserve">[24:47] </w:t>
      </w:r>
      <w:r>
        <w:t>jis ko apna soul concern bana le.</w:t>
      </w:r>
    </w:p>
    <w:p>
      <w:pPr>
        <w:jc w:val="right"/>
      </w:pPr>
      <w:r>
        <w:t>جس کو اپنا soul concern بنا لے۔</w:t>
      </w:r>
    </w:p>
    <w:p>
      <w:r>
        <w:rPr>
          <w:b/>
        </w:rPr>
        <w:t xml:space="preserve">[24:51] </w:t>
      </w:r>
      <w:r>
        <w:t>yeh insaan ke andar interwoven hai.</w:t>
      </w:r>
    </w:p>
    <w:p>
      <w:pPr>
        <w:jc w:val="right"/>
      </w:pPr>
      <w:r>
        <w:t>یہ انسان کے اندر interwoven ہے۔</w:t>
      </w:r>
    </w:p>
    <w:p>
      <w:r>
        <w:rPr>
          <w:b/>
        </w:rPr>
        <w:t xml:space="preserve">[24:55] </w:t>
      </w:r>
      <w:r>
        <w:t>ab dekhiye do sooraten hain.</w:t>
      </w:r>
    </w:p>
    <w:p>
      <w:pPr>
        <w:jc w:val="right"/>
      </w:pPr>
      <w:r>
        <w:t>اب دیکھیے دو صورتیں ہیں۔</w:t>
      </w:r>
    </w:p>
    <w:p>
      <w:r>
        <w:rPr>
          <w:b/>
        </w:rPr>
        <w:t xml:space="preserve">[24:59] </w:t>
      </w:r>
      <w:r>
        <w:t>ek hai shirk, ek hai tauheed.</w:t>
      </w:r>
    </w:p>
    <w:p>
      <w:pPr>
        <w:jc w:val="right"/>
      </w:pPr>
      <w:r>
        <w:t>ایک ہے شرک، ایک ہے توحید۔</w:t>
      </w:r>
    </w:p>
    <w:p>
      <w:r>
        <w:rPr>
          <w:b/>
        </w:rPr>
        <w:t xml:space="preserve">[25:03] </w:t>
      </w:r>
      <w:r>
        <w:t>quran ke mutabiq.</w:t>
      </w:r>
    </w:p>
    <w:p>
      <w:pPr>
        <w:jc w:val="right"/>
      </w:pPr>
      <w:r>
        <w:t>قرآن کے مطابق۔</w:t>
      </w:r>
    </w:p>
    <w:p>
      <w:r>
        <w:rPr>
          <w:b/>
        </w:rPr>
        <w:t xml:space="preserve">[25:07] </w:t>
      </w:r>
      <w:r>
        <w:t>quran ke mutabiq do hi</w:t>
      </w:r>
    </w:p>
    <w:p>
      <w:pPr>
        <w:jc w:val="right"/>
      </w:pPr>
      <w:r>
        <w:t>قرآن کے مطابق دو ہی</w:t>
      </w:r>
    </w:p>
    <w:p>
      <w:r>
        <w:rPr>
          <w:b/>
        </w:rPr>
        <w:t xml:space="preserve">[25:11] </w:t>
      </w:r>
      <w:r>
        <w:t>yaani lifestyle hai, do hi tareeqe hain.</w:t>
      </w:r>
    </w:p>
    <w:p>
      <w:pPr>
        <w:jc w:val="right"/>
      </w:pPr>
      <w:r>
        <w:t>یعنی lifestyle ہے، دو ہی طریقے ہیں۔</w:t>
      </w:r>
    </w:p>
    <w:p>
      <w:r>
        <w:rPr>
          <w:b/>
        </w:rPr>
        <w:t xml:space="preserve">[25:16] </w:t>
      </w:r>
      <w:r>
        <w:t>shirk aur tauheed.</w:t>
      </w:r>
    </w:p>
    <w:p>
      <w:pPr>
        <w:jc w:val="right"/>
      </w:pPr>
      <w:r>
        <w:t>شرک اور توحید۔</w:t>
      </w:r>
    </w:p>
    <w:p>
      <w:r>
        <w:rPr>
          <w:b/>
        </w:rPr>
        <w:t xml:space="preserve">[25:21] </w:t>
      </w:r>
      <w:r>
        <w:t>yeh jo aap ke andar jazba hai, yeh jo aap ke andar nature hai ke kisi cheez ko</w:t>
      </w:r>
    </w:p>
    <w:p>
      <w:pPr>
        <w:jc w:val="right"/>
      </w:pPr>
      <w:r>
        <w:t>یہ جو آپ کے اندر جذبہ ہے، یہ جو آپ کے اندر nature ہے کہ کسی چیز کو</w:t>
      </w:r>
    </w:p>
    <w:p>
      <w:r>
        <w:rPr>
          <w:b/>
        </w:rPr>
        <w:t xml:space="preserve">[25:26] </w:t>
      </w:r>
      <w:r>
        <w:t>aap apna whole soul banana chahte hain to agar aap banayein Khuda ko to yeh aap ne tauheed</w:t>
      </w:r>
    </w:p>
    <w:p>
      <w:pPr>
        <w:jc w:val="right"/>
      </w:pPr>
      <w:r>
        <w:t>آپ اپنا whole soul بنانا چاہتے ہیں تو اگر آپ بنائیں خدا کو تو یہ آپ نے توحید</w:t>
      </w:r>
    </w:p>
    <w:p>
      <w:r>
        <w:rPr>
          <w:b/>
        </w:rPr>
        <w:t xml:space="preserve">[25:31] </w:t>
      </w:r>
      <w:r>
        <w:t>ko ikhtiyar kiya.</w:t>
      </w:r>
    </w:p>
    <w:p>
      <w:pPr>
        <w:jc w:val="right"/>
      </w:pPr>
      <w:r>
        <w:t>کو اختیار کیا۔</w:t>
      </w:r>
    </w:p>
    <w:p>
      <w:r>
        <w:rPr>
          <w:b/>
        </w:rPr>
        <w:t xml:space="preserve">[25:36] </w:t>
      </w:r>
      <w:r>
        <w:t>Oneness of God yahi hai.</w:t>
      </w:r>
    </w:p>
    <w:p>
      <w:pPr>
        <w:jc w:val="right"/>
      </w:pPr>
      <w:r>
        <w:t>Oneness of God یہی ہے۔</w:t>
      </w:r>
    </w:p>
    <w:p>
      <w:r>
        <w:rPr>
          <w:b/>
        </w:rPr>
        <w:t xml:space="preserve">[25:42] </w:t>
      </w:r>
      <w:r>
        <w:t>tauheed means oneness of God.</w:t>
      </w:r>
    </w:p>
    <w:p>
      <w:pPr>
        <w:jc w:val="right"/>
      </w:pPr>
      <w:r>
        <w:t>توحید means oneness of God۔</w:t>
      </w:r>
    </w:p>
    <w:p>
      <w:r>
        <w:rPr>
          <w:b/>
        </w:rPr>
        <w:t xml:space="preserve">[25:46] </w:t>
      </w:r>
      <w:r>
        <w:t>yeh oneness of God ka matlab yeh nahi hai ke ise aap kahein ke ek glass.</w:t>
      </w:r>
    </w:p>
    <w:p>
      <w:pPr>
        <w:jc w:val="right"/>
      </w:pPr>
      <w:r>
        <w:t>یہ oneness of God کا مطلب یہ نہیں ہے کہ اسے آپ کہیں کہ ایک گلاس۔</w:t>
      </w:r>
    </w:p>
    <w:p>
      <w:r>
        <w:rPr>
          <w:b/>
        </w:rPr>
        <w:t xml:space="preserve">[25:51] </w:t>
      </w:r>
      <w:r>
        <w:t>to yeh aap ne ginti ko bataya.</w:t>
      </w:r>
    </w:p>
    <w:p>
      <w:pPr>
        <w:jc w:val="right"/>
      </w:pPr>
      <w:r>
        <w:t>تو یہ آپ نے گنتی کو بتایا۔</w:t>
      </w:r>
    </w:p>
    <w:p>
      <w:r>
        <w:rPr>
          <w:b/>
        </w:rPr>
        <w:t xml:space="preserve">[25:55] </w:t>
      </w:r>
      <w:r>
        <w:t>ya aap ne kaha ke ek glass to aap ne ginti ko bataya.</w:t>
      </w:r>
    </w:p>
    <w:p>
      <w:pPr>
        <w:jc w:val="right"/>
      </w:pPr>
      <w:r>
        <w:t>یا آپ نے کہا کہ ایک گلاس تو آپ نے گنتی کو بتایا۔</w:t>
      </w:r>
    </w:p>
    <w:p>
      <w:r>
        <w:rPr>
          <w:b/>
        </w:rPr>
        <w:t xml:space="preserve">[25:59] </w:t>
      </w:r>
      <w:r>
        <w:t>to yeh matlab nahi ke khuda ginti ke aitbaar se ek hai.</w:t>
      </w:r>
    </w:p>
    <w:p>
      <w:pPr>
        <w:jc w:val="right"/>
      </w:pPr>
      <w:r>
        <w:t>تو یہ مطلب نہیں کہ خدا گنتی کے اعتبار سے ایک ہے۔</w:t>
      </w:r>
    </w:p>
    <w:p>
      <w:r>
        <w:rPr>
          <w:b/>
        </w:rPr>
        <w:t xml:space="preserve">[26:04] </w:t>
      </w:r>
      <w:r>
        <w:t>yeh kaafi nahi hai.</w:t>
      </w:r>
    </w:p>
    <w:p>
      <w:pPr>
        <w:jc w:val="right"/>
      </w:pPr>
      <w:r>
        <w:t>یہ کافی نہیں ہے۔</w:t>
      </w:r>
    </w:p>
    <w:p>
      <w:r>
        <w:rPr>
          <w:b/>
        </w:rPr>
        <w:t xml:space="preserve">[26:08] </w:t>
      </w:r>
      <w:r>
        <w:t>khuda ek hai ka matlab hai ke aap ka sab kuch jo hai woh khuda hi hai.</w:t>
      </w:r>
    </w:p>
    <w:p>
      <w:pPr>
        <w:jc w:val="right"/>
      </w:pPr>
      <w:r>
        <w:t>خدا ایک ہے کا مطلب ہے کہ آپ کا سب کچھ جو ہے وہ خدا ہی ہے۔</w:t>
      </w:r>
    </w:p>
    <w:p>
      <w:r>
        <w:rPr>
          <w:b/>
        </w:rPr>
        <w:t xml:space="preserve">[26:13] </w:t>
      </w:r>
      <w:r>
        <w:t>jaise aap kahein ke is is maa ka ek beta hai.</w:t>
      </w:r>
    </w:p>
    <w:p>
      <w:pPr>
        <w:jc w:val="right"/>
      </w:pPr>
      <w:r>
        <w:t>جیسے آپ کہیں کہ اس اس ماں کا ایک بیٹا ہے۔</w:t>
      </w:r>
    </w:p>
    <w:p>
      <w:r>
        <w:rPr>
          <w:b/>
        </w:rPr>
        <w:t xml:space="preserve">[26:18] </w:t>
      </w:r>
      <w:r>
        <w:t>to ek beta ka matlab thori ke aap ne ginti ko bataya.</w:t>
      </w:r>
    </w:p>
    <w:p>
      <w:pPr>
        <w:jc w:val="right"/>
      </w:pPr>
      <w:r>
        <w:t>تو ایک بیٹا کا مطلب تھوڑی کہ آپ نے گنتی کو بتایا۔</w:t>
      </w:r>
    </w:p>
    <w:p>
      <w:r>
        <w:rPr>
          <w:b/>
        </w:rPr>
        <w:t xml:space="preserve">[26:23] </w:t>
      </w:r>
      <w:r>
        <w:t>nahi, aap ne yeh bataya ke is ka sab kuch yahi hai.</w:t>
      </w:r>
    </w:p>
    <w:p>
      <w:pPr>
        <w:jc w:val="right"/>
      </w:pPr>
      <w:r>
        <w:t>نہیں، آپ نے یہ بتایا کہ اس کا سب کچھ یہی ہے۔</w:t>
      </w:r>
    </w:p>
    <w:p>
      <w:r>
        <w:rPr>
          <w:b/>
        </w:rPr>
        <w:t xml:space="preserve">[26:29] </w:t>
      </w:r>
      <w:r>
        <w:t>is ka beta is ka sab kuch hai.</w:t>
      </w:r>
    </w:p>
    <w:p>
      <w:pPr>
        <w:jc w:val="right"/>
      </w:pPr>
      <w:r>
        <w:t>اس کا بیٹا اس کا سب کچھ ہے۔</w:t>
      </w:r>
    </w:p>
    <w:p>
      <w:r>
        <w:rPr>
          <w:b/>
        </w:rPr>
        <w:t xml:space="preserve">[26:34] </w:t>
      </w:r>
      <w:r>
        <w:t>maa ka paisa, maa ka time, maa ka sona jaagna, maa ka attention sab kuch isi par yaani</w:t>
      </w:r>
    </w:p>
    <w:p>
      <w:pPr>
        <w:jc w:val="right"/>
      </w:pPr>
      <w:r>
        <w:t>ماں کا پیسہ، ماں کا ٹائم، ماں کا سونا جاگنا، ماں کا attention سب کچھ اسی پر یعنی</w:t>
      </w:r>
    </w:p>
    <w:p>
      <w:r>
        <w:rPr>
          <w:b/>
        </w:rPr>
        <w:t xml:space="preserve">[26:39] </w:t>
      </w:r>
      <w:r>
        <w:t>isi par laga rehta hai.</w:t>
      </w:r>
    </w:p>
    <w:p>
      <w:pPr>
        <w:jc w:val="right"/>
      </w:pPr>
      <w:r>
        <w:t>اسی پر لگا رہتا ہے۔</w:t>
      </w:r>
    </w:p>
    <w:p>
      <w:r>
        <w:rPr>
          <w:b/>
        </w:rPr>
        <w:t xml:space="preserve">[26:44] </w:t>
      </w:r>
      <w:r>
        <w:t>to jab aap kehte hain ke oneness of God ko mein manta hoon yaani tauheed ko to is</w:t>
      </w:r>
    </w:p>
    <w:p>
      <w:pPr>
        <w:jc w:val="right"/>
      </w:pPr>
      <w:r>
        <w:t>تو جب آپ کہتے ہیں کہ oneness of God کو میں مانتا ہوں یعنی توحید کو تو اس</w:t>
      </w:r>
    </w:p>
    <w:p>
      <w:r>
        <w:rPr>
          <w:b/>
        </w:rPr>
        <w:t xml:space="preserve">[26:51] </w:t>
      </w:r>
      <w:r>
        <w:t>ka matlab yeh hai ke maine apni poori hasti ko khuda ki taraf laga diya.</w:t>
      </w:r>
    </w:p>
    <w:p>
      <w:pPr>
        <w:jc w:val="right"/>
      </w:pPr>
      <w:r>
        <w:t>کا مطلب یہ ہے کہ میں نے اپنی پوری ہستی کو خدا کی طرف لگا دیا۔</w:t>
      </w:r>
    </w:p>
    <w:p>
      <w:r>
        <w:rPr>
          <w:b/>
        </w:rPr>
        <w:t xml:space="preserve">[26:57] </w:t>
      </w:r>
      <w:r>
        <w:t>yahi hai kaun rabbaniyeen.</w:t>
      </w:r>
    </w:p>
    <w:p>
      <w:pPr>
        <w:jc w:val="right"/>
      </w:pPr>
      <w:r>
        <w:t>یہی ہے کون ربانیین۔</w:t>
      </w:r>
    </w:p>
    <w:p>
      <w:r>
        <w:rPr>
          <w:b/>
        </w:rPr>
        <w:t xml:space="preserve">[27:03] </w:t>
      </w:r>
      <w:r>
        <w:t>yaani rabb wale bano ka matlab kya hua hai? Kuch aur wale na bano.</w:t>
      </w:r>
    </w:p>
    <w:p>
      <w:pPr>
        <w:jc w:val="right"/>
      </w:pPr>
      <w:r>
        <w:t>یعنی رب والے بنو کا مطلب کیا ہوا ہے؟ کچھ اور والے نہ بنو۔</w:t>
      </w:r>
    </w:p>
    <w:p>
      <w:r>
        <w:rPr>
          <w:b/>
        </w:rPr>
        <w:t xml:space="preserve">[27:09] </w:t>
      </w:r>
      <w:r>
        <w:t>yaani beta wale, paisa wale, material interest wale,</w:t>
      </w:r>
    </w:p>
    <w:p>
      <w:pPr>
        <w:jc w:val="right"/>
      </w:pPr>
      <w:r>
        <w:t>یعنی بیٹا والے، پیسہ والے، material interest والے،</w:t>
      </w:r>
    </w:p>
    <w:p>
      <w:r>
        <w:rPr>
          <w:b/>
        </w:rPr>
        <w:t xml:space="preserve">[27:15] </w:t>
      </w:r>
      <w:r>
        <w:t>fame wale, political power wale na bano.</w:t>
      </w:r>
    </w:p>
    <w:p>
      <w:pPr>
        <w:jc w:val="right"/>
      </w:pPr>
      <w:r>
        <w:t>fame والے، political power والے نہ بنو۔</w:t>
      </w:r>
    </w:p>
    <w:p>
      <w:r>
        <w:rPr>
          <w:b/>
        </w:rPr>
        <w:t xml:space="preserve">[27:20] </w:t>
      </w:r>
      <w:r>
        <w:t>balkeh khuda wale bano.</w:t>
      </w:r>
    </w:p>
    <w:p>
      <w:pPr>
        <w:jc w:val="right"/>
      </w:pPr>
      <w:r>
        <w:t>بلکہ خدا والے بنو۔</w:t>
      </w:r>
    </w:p>
    <w:p>
      <w:r>
        <w:rPr>
          <w:b/>
        </w:rPr>
        <w:t xml:space="preserve">[27:26] </w:t>
      </w:r>
      <w:r>
        <w:t>yaani khuda ne paidaishi taur par aap ke andar jo jazba rakha hai ke aap kisi cheez ko</w:t>
      </w:r>
    </w:p>
    <w:p>
      <w:pPr>
        <w:jc w:val="right"/>
      </w:pPr>
      <w:r>
        <w:t>یعنی خدا نے پیدائشی طور پر آپ کے اندر جو جذبہ رکھا ہے کہ آپ کسی چیز کو</w:t>
      </w:r>
    </w:p>
    <w:p>
      <w:r>
        <w:rPr>
          <w:b/>
        </w:rPr>
        <w:t xml:space="preserve">[27:31] </w:t>
      </w:r>
      <w:r>
        <w:t>apna soul concern banana chahte ho to woh kis liye hai? Woh khuda ke liye hai.</w:t>
      </w:r>
    </w:p>
    <w:p>
      <w:pPr>
        <w:jc w:val="right"/>
      </w:pPr>
      <w:r>
        <w:t>اپنا soul concern بنانا چاہتے ہو تو وہ کس لیے ہے؟ وہ خدا کے لیے ہے۔</w:t>
      </w:r>
    </w:p>
    <w:p>
      <w:r>
        <w:rPr>
          <w:b/>
        </w:rPr>
        <w:t xml:space="preserve">[27:37] </w:t>
      </w:r>
      <w:r>
        <w:t>agar aap ne is ko kisi aur ke liye laga diya to woh shirk ho gaya.</w:t>
      </w:r>
    </w:p>
    <w:p>
      <w:pPr>
        <w:jc w:val="right"/>
      </w:pPr>
      <w:r>
        <w:t>اگر آپ نے اس کو کسی اور کے لیے لگا دیا تو وہ شرک ہو گیا۔</w:t>
      </w:r>
    </w:p>
    <w:p>
      <w:r>
        <w:rPr>
          <w:b/>
        </w:rPr>
        <w:t xml:space="preserve">[27:42] </w:t>
      </w:r>
      <w:r>
        <w:t>aur khuda ke liye lagaya to woh tauheed ho gayi.</w:t>
      </w:r>
    </w:p>
    <w:p>
      <w:pPr>
        <w:jc w:val="right"/>
      </w:pPr>
      <w:r>
        <w:t>اور خدا کے لیے لگایا تو وہ توحید ہو گئی۔</w:t>
      </w:r>
    </w:p>
    <w:p>
      <w:r>
        <w:rPr>
          <w:b/>
        </w:rPr>
        <w:t xml:space="preserve">[27:48] </w:t>
      </w:r>
      <w:r>
        <w:t>dekhiye Quran mein do aayatein lijiye aap.</w:t>
      </w:r>
    </w:p>
    <w:p>
      <w:pPr>
        <w:jc w:val="right"/>
      </w:pPr>
      <w:r>
        <w:t>دیکھیے قرآن میں دو آیتیں لیجیے آپ۔</w:t>
      </w:r>
    </w:p>
    <w:p>
      <w:r>
        <w:rPr>
          <w:b/>
        </w:rPr>
        <w:t xml:space="preserve">[27:53] </w:t>
      </w:r>
      <w:r>
        <w:t>woh hai allazina aamano ashadd hubban lillah.</w:t>
      </w:r>
    </w:p>
    <w:p>
      <w:pPr>
        <w:jc w:val="right"/>
      </w:pPr>
      <w:r>
        <w:t>وہ ہے الذین آمنوا اشد حبا للہ۔</w:t>
      </w:r>
    </w:p>
    <w:p>
      <w:r>
        <w:rPr>
          <w:b/>
        </w:rPr>
        <w:t xml:space="preserve">[27:58] </w:t>
      </w:r>
      <w:r>
        <w:t>jo log khuda par imaan laaye woh sab se zyada mohabbat khuda se karne lagte hain.</w:t>
      </w:r>
    </w:p>
    <w:p>
      <w:pPr>
        <w:jc w:val="right"/>
      </w:pPr>
      <w:r>
        <w:t>جو لوگ خدا پر ایمان لائیں وہ سب سے زیادہ محبت خدا سے کرنے لگتے ہیں۔</w:t>
      </w:r>
    </w:p>
    <w:p>
      <w:r>
        <w:rPr>
          <w:b/>
        </w:rPr>
        <w:t xml:space="preserve">[28:03] </w:t>
      </w:r>
      <w:r>
        <w:t>aap jante hain ke mohabbat deepest sentiment hai insan ke andar.</w:t>
      </w:r>
    </w:p>
    <w:p>
      <w:pPr>
        <w:jc w:val="right"/>
      </w:pPr>
      <w:r>
        <w:t>آپ جانتے ہیں کہ محبت deepest sentiment ہے انسان کے اندر۔</w:t>
      </w:r>
    </w:p>
    <w:p>
      <w:r>
        <w:rPr>
          <w:b/>
        </w:rPr>
        <w:t xml:space="preserve">[28:08] </w:t>
      </w:r>
      <w:r>
        <w:t>mohabbat deepest feeling hai insan ke andar.</w:t>
      </w:r>
    </w:p>
    <w:p>
      <w:pPr>
        <w:jc w:val="right"/>
      </w:pPr>
      <w:r>
        <w:t>محبت deepest feeling ہے انسان کے اندر۔</w:t>
      </w:r>
    </w:p>
    <w:p>
      <w:r>
        <w:rPr>
          <w:b/>
        </w:rPr>
        <w:t xml:space="preserve">[28:13] </w:t>
      </w:r>
      <w:r>
        <w:t>mohabbat sab se bara</w:t>
      </w:r>
    </w:p>
    <w:p>
      <w:pPr>
        <w:jc w:val="right"/>
      </w:pPr>
      <w:r>
        <w:t>محبت سب سے بڑا</w:t>
      </w:r>
    </w:p>
    <w:p>
      <w:r>
        <w:rPr>
          <w:b/>
        </w:rPr>
        <w:t xml:space="preserve">[28:18] </w:t>
      </w:r>
      <w:r>
        <w:t>insan ke andar jazba hai.</w:t>
      </w:r>
    </w:p>
    <w:p>
      <w:pPr>
        <w:jc w:val="right"/>
      </w:pPr>
      <w:r>
        <w:t>انسان کے اندر جذبہ ہے۔</w:t>
      </w:r>
    </w:p>
    <w:p>
      <w:r>
        <w:rPr>
          <w:b/>
        </w:rPr>
        <w:t xml:space="preserve">[28:22] </w:t>
      </w:r>
      <w:r>
        <w:t>to wo sab kuch Khuda ki taraf.</w:t>
      </w:r>
    </w:p>
    <w:p>
      <w:pPr>
        <w:jc w:val="right"/>
      </w:pPr>
      <w:r>
        <w:t>تو وہ سب کچھ خدا کی طرف۔</w:t>
      </w:r>
    </w:p>
    <w:p>
      <w:r>
        <w:rPr>
          <w:b/>
        </w:rPr>
        <w:t xml:space="preserve">[28:27] </w:t>
      </w:r>
      <w:r>
        <w:t>walazina amanu ashadd huban lillah.</w:t>
      </w:r>
    </w:p>
    <w:p>
      <w:pPr>
        <w:jc w:val="right"/>
      </w:pPr>
      <w:r>
        <w:t>والذین آمنوا اشد حبا للہ۔</w:t>
      </w:r>
    </w:p>
    <w:p>
      <w:r>
        <w:rPr>
          <w:b/>
        </w:rPr>
        <w:t xml:space="preserve">[28:31] </w:t>
      </w:r>
      <w:r>
        <w:t>jo Khuda par iman wale hain wo sirf Khuda hi se mohabbat karte hain bas aur kisi se nahi.</w:t>
      </w:r>
    </w:p>
    <w:p>
      <w:pPr>
        <w:jc w:val="right"/>
      </w:pPr>
      <w:r>
        <w:t>جو خدا پر ایمان والے ہیں وہ صرف خدا ہی سے محبت کرتے ہیں بس اور کسی سے نہیں۔</w:t>
      </w:r>
    </w:p>
    <w:p>
      <w:r>
        <w:rPr>
          <w:b/>
        </w:rPr>
        <w:t xml:space="preserve">[28:35] </w:t>
      </w:r>
      <w:r>
        <w:t>ek aur ayat hai walam yakhsha illa Allah.</w:t>
      </w:r>
    </w:p>
    <w:p>
      <w:pPr>
        <w:jc w:val="right"/>
      </w:pPr>
      <w:r>
        <w:t>ایک اور آیت ہے ولم یکشا الا اللہ۔</w:t>
      </w:r>
    </w:p>
    <w:p>
      <w:r>
        <w:rPr>
          <w:b/>
        </w:rPr>
        <w:t xml:space="preserve">[28:39] </w:t>
      </w:r>
      <w:r>
        <w:t>walam yakhsha illa Allah.</w:t>
      </w:r>
    </w:p>
    <w:p>
      <w:pPr>
        <w:jc w:val="right"/>
      </w:pPr>
      <w:r>
        <w:t>ولم یکشا الا اللہ۔</w:t>
      </w:r>
    </w:p>
    <w:p>
      <w:r>
        <w:rPr>
          <w:b/>
        </w:rPr>
        <w:t xml:space="preserve">[28:44] </w:t>
      </w:r>
      <w:r>
        <w:t>aur wo nahi darte</w:t>
      </w:r>
    </w:p>
    <w:p>
      <w:pPr>
        <w:jc w:val="right"/>
      </w:pPr>
      <w:r>
        <w:t>اور وہ نہیں ڈرتے</w:t>
      </w:r>
    </w:p>
    <w:p>
      <w:r>
        <w:rPr>
          <w:b/>
        </w:rPr>
        <w:t xml:space="preserve">[28:48] </w:t>
      </w:r>
      <w:r>
        <w:t>sivaye Khuda ke.</w:t>
      </w:r>
    </w:p>
    <w:p>
      <w:pPr>
        <w:jc w:val="right"/>
      </w:pPr>
      <w:r>
        <w:t>سوائے خدا کے۔</w:t>
      </w:r>
    </w:p>
    <w:p>
      <w:r>
        <w:rPr>
          <w:b/>
        </w:rPr>
        <w:t xml:space="preserve">[28:52] </w:t>
      </w:r>
      <w:r>
        <w:t>darna ka matlab yeh nahi ke jaise saanp se darte hain aap.</w:t>
      </w:r>
    </w:p>
    <w:p>
      <w:pPr>
        <w:jc w:val="right"/>
      </w:pPr>
      <w:r>
        <w:t>ڈرنا کا مطلب یہ نہیں کہ جیسے سانپ سے ڈرتے ہیں آپ۔</w:t>
      </w:r>
    </w:p>
    <w:p>
      <w:r>
        <w:rPr>
          <w:b/>
        </w:rPr>
        <w:t xml:space="preserve">[28:57] </w:t>
      </w:r>
      <w:r>
        <w:t>yeh matlab nahi hai.</w:t>
      </w:r>
    </w:p>
    <w:p>
      <w:pPr>
        <w:jc w:val="right"/>
      </w:pPr>
      <w:r>
        <w:t>یہ مطلب نہیں ہے۔</w:t>
      </w:r>
    </w:p>
    <w:p>
      <w:r>
        <w:rPr>
          <w:b/>
        </w:rPr>
        <w:t xml:space="preserve">[29:01] </w:t>
      </w:r>
      <w:r>
        <w:t>matlab isi ka dhyan, isi ka chashma abru ko dekhna, isi ko apna soul concern banaye rehna yeh</w:t>
      </w:r>
    </w:p>
    <w:p>
      <w:pPr>
        <w:jc w:val="right"/>
      </w:pPr>
      <w:r>
        <w:t>مطلب اسی کا دھیان، اسی کا چشمہ ابرو کو دیکھنا، اسی کو اپنا soul concern بنائے رہنا یہ</w:t>
      </w:r>
    </w:p>
    <w:p>
      <w:r>
        <w:rPr>
          <w:b/>
        </w:rPr>
        <w:t xml:space="preserve">[29:05] </w:t>
      </w:r>
      <w:r>
        <w:t>matlab hai iska.</w:t>
      </w:r>
    </w:p>
    <w:p>
      <w:pPr>
        <w:jc w:val="right"/>
      </w:pPr>
      <w:r>
        <w:t>مطلب ہے اس کا۔</w:t>
      </w:r>
    </w:p>
    <w:p>
      <w:r>
        <w:rPr>
          <w:b/>
        </w:rPr>
        <w:t xml:space="preserve">[29:10] </w:t>
      </w:r>
      <w:r>
        <w:t>to to yaad rakhiye do hi cheezein hain ya tauheed ya shirk.</w:t>
      </w:r>
    </w:p>
    <w:p>
      <w:pPr>
        <w:jc w:val="right"/>
      </w:pPr>
      <w:r>
        <w:t>تو تو یاد رکھیے دو ہی چیزیں ہیں یا توحید یا شرک۔</w:t>
      </w:r>
    </w:p>
    <w:p>
      <w:r>
        <w:rPr>
          <w:b/>
        </w:rPr>
        <w:t xml:space="preserve">[29:14] </w:t>
      </w:r>
      <w:r>
        <w:t>tauheed ka matlab hai ke sirf</w:t>
      </w:r>
    </w:p>
    <w:p>
      <w:pPr>
        <w:jc w:val="right"/>
      </w:pPr>
      <w:r>
        <w:t>توحید کا مطلب ہے کہ صرف</w:t>
      </w:r>
    </w:p>
    <w:p>
      <w:r>
        <w:rPr>
          <w:b/>
        </w:rPr>
        <w:t xml:space="preserve">[29:18] </w:t>
      </w:r>
      <w:r>
        <w:t>God oriented life ho jaye aap ki.</w:t>
      </w:r>
    </w:p>
    <w:p>
      <w:pPr>
        <w:jc w:val="right"/>
      </w:pPr>
      <w:r>
        <w:t>God oriented life ہو جائے آپ کی۔</w:t>
      </w:r>
    </w:p>
    <w:p>
      <w:r>
        <w:rPr>
          <w:b/>
        </w:rPr>
        <w:t xml:space="preserve">[29:22] </w:t>
      </w:r>
      <w:r>
        <w:t>aise hi logon ke liye paradise hai.</w:t>
      </w:r>
    </w:p>
    <w:p>
      <w:pPr>
        <w:jc w:val="right"/>
      </w:pPr>
      <w:r>
        <w:t>ایسے ہی لوگوں کے لیے paradise ہے۔</w:t>
      </w:r>
    </w:p>
    <w:p>
      <w:r>
        <w:rPr>
          <w:b/>
        </w:rPr>
        <w:t xml:space="preserve">[29:26] </w:t>
      </w:r>
      <w:r>
        <w:t>aur shirk ka matlab hai other oriented life.</w:t>
      </w:r>
    </w:p>
    <w:p>
      <w:pPr>
        <w:jc w:val="right"/>
      </w:pPr>
      <w:r>
        <w:t>اور شرک کا مطلب ہے other oriented life۔</w:t>
      </w:r>
    </w:p>
    <w:p>
      <w:r>
        <w:rPr>
          <w:b/>
        </w:rPr>
        <w:t xml:space="preserve">[29:30] </w:t>
      </w:r>
      <w:r>
        <w:t>other than God.</w:t>
      </w:r>
    </w:p>
    <w:p>
      <w:pPr>
        <w:jc w:val="right"/>
      </w:pPr>
      <w:r>
        <w:t>Other than God۔</w:t>
      </w:r>
    </w:p>
    <w:p>
      <w:r>
        <w:rPr>
          <w:b/>
        </w:rPr>
        <w:t xml:space="preserve">[29:33] </w:t>
      </w:r>
      <w:r>
        <w:t>Khuda ke siwa kisi aur ki taraf aap ka orientation ho jaye.</w:t>
      </w:r>
    </w:p>
    <w:p>
      <w:pPr>
        <w:jc w:val="right"/>
      </w:pPr>
      <w:r>
        <w:t>خدا کے سوا کسی اور کی طرف آپ کا orientation ہو جائے۔</w:t>
      </w:r>
    </w:p>
    <w:p>
      <w:r>
        <w:rPr>
          <w:b/>
        </w:rPr>
        <w:t xml:space="preserve">[29:37] </w:t>
      </w:r>
      <w:r>
        <w:t>koi aur cheez aap ka concern ban jaye to aise log kabhi bhi paradise nahi payenge.</w:t>
      </w:r>
    </w:p>
    <w:p>
      <w:pPr>
        <w:jc w:val="right"/>
      </w:pPr>
      <w:r>
        <w:t>کوئی اور چیز آپ کا concern بن جائے تو ایسے لوگ کبھی بھی paradise نہیں پائیں گے۔</w:t>
      </w:r>
    </w:p>
    <w:p>
      <w:r>
        <w:rPr>
          <w:b/>
        </w:rPr>
        <w:t xml:space="preserve">[29:41] </w:t>
      </w:r>
      <w:r>
        <w:t>yeh matlab hai is ayat ka.</w:t>
      </w:r>
    </w:p>
    <w:p>
      <w:pPr>
        <w:jc w:val="right"/>
      </w:pPr>
      <w:r>
        <w:t>یہ مطلب ہے اس آیت کا۔</w:t>
      </w:r>
    </w:p>
    <w:p>
      <w:r>
        <w:rPr>
          <w:b/>
        </w:rPr>
        <w:t xml:space="preserve">[29:45] </w:t>
      </w:r>
      <w:r>
        <w:t>phir dekhiye Quran mein hai warabbaka fak</w:t>
      </w:r>
    </w:p>
    <w:p>
      <w:pPr>
        <w:jc w:val="right"/>
      </w:pPr>
      <w:r>
        <w:t>پھر دیکھیے قرآن میں ہے وربک فک</w:t>
      </w:r>
    </w:p>
    <w:p>
      <w:r>
        <w:rPr>
          <w:b/>
        </w:rPr>
        <w:t xml:space="preserve">[29:49] </w:t>
      </w:r>
      <w:r>
        <w:t>bar.</w:t>
      </w:r>
    </w:p>
    <w:p>
      <w:pPr>
        <w:jc w:val="right"/>
      </w:pPr>
      <w:r>
        <w:t>بر۔</w:t>
      </w:r>
    </w:p>
    <w:p>
      <w:r>
        <w:rPr>
          <w:b/>
        </w:rPr>
        <w:t xml:space="preserve">[29:53] </w:t>
      </w:r>
      <w:r>
        <w:t>warabbaka fakabbir ka matlab kya hai? Glorify your God.</w:t>
      </w:r>
    </w:p>
    <w:p>
      <w:pPr>
        <w:jc w:val="right"/>
      </w:pPr>
      <w:r>
        <w:t>وربک فکبر کا مطلب کیا ہے؟ Glorify your God۔</w:t>
      </w:r>
    </w:p>
    <w:p>
      <w:r>
        <w:rPr>
          <w:b/>
        </w:rPr>
        <w:t xml:space="preserve">[29:57] </w:t>
      </w:r>
      <w:r>
        <w:t>yeh kai jagah yeh baat aayi hai Quran ki.</w:t>
      </w:r>
    </w:p>
    <w:p>
      <w:pPr>
        <w:jc w:val="right"/>
      </w:pPr>
      <w:r>
        <w:t>یہ کئی جگہ یہ بات آئی ہے قرآن کی۔</w:t>
      </w:r>
    </w:p>
    <w:p>
      <w:r>
        <w:rPr>
          <w:b/>
        </w:rPr>
        <w:t xml:space="preserve">[30:02] </w:t>
      </w:r>
      <w:r>
        <w:t>Glorify your God.</w:t>
      </w:r>
    </w:p>
    <w:p>
      <w:pPr>
        <w:jc w:val="right"/>
      </w:pPr>
      <w:r>
        <w:t>Glorify your God۔</w:t>
      </w:r>
    </w:p>
    <w:p>
      <w:r>
        <w:rPr>
          <w:b/>
        </w:rPr>
        <w:t xml:space="preserve">[30:06] </w:t>
      </w:r>
      <w:r>
        <w:t>dekhiye yeh bhi mamooli baat nahi hai.</w:t>
      </w:r>
    </w:p>
    <w:p>
      <w:pPr>
        <w:jc w:val="right"/>
      </w:pPr>
      <w:r>
        <w:t>دیکھیے یہ بھی معمولی بات نہیں ہے۔</w:t>
      </w:r>
    </w:p>
    <w:p>
      <w:r>
        <w:rPr>
          <w:b/>
        </w:rPr>
        <w:t xml:space="preserve">[30:10] </w:t>
      </w:r>
      <w:r>
        <w:t>har aadmi kisi na kisi cheez ko bada banana chahta hai. Har aadmi.</w:t>
      </w:r>
    </w:p>
    <w:p>
      <w:pPr>
        <w:jc w:val="right"/>
      </w:pPr>
      <w:r>
        <w:t>ہر آدمی کسی نہ کسی چیز کو بڑا بنانا چاہتا ہے۔ ہر آدمی۔</w:t>
      </w:r>
    </w:p>
    <w:p>
      <w:r>
        <w:rPr>
          <w:b/>
        </w:rPr>
        <w:t xml:space="preserve">[30:15] </w:t>
      </w:r>
      <w:r>
        <w:t>kisi maa se milein aap, uska ek beta ho</w:t>
      </w:r>
    </w:p>
    <w:p>
      <w:pPr>
        <w:jc w:val="right"/>
      </w:pPr>
      <w:r>
        <w:t>کسی ماں سے ملیں آپ، اس کا ایک بیٹا ہو</w:t>
      </w:r>
    </w:p>
    <w:p>
      <w:r>
        <w:rPr>
          <w:b/>
        </w:rPr>
        <w:t xml:space="preserve">[30:19] </w:t>
      </w:r>
      <w:r>
        <w:t>to sab se badi cheez woh use apne bete ko samjhega. ek kahani hai ke koi rani thi, uske pados mein ek ghareeb aurat rehti thi. woh aurat, woh ghareeb aurat ek din rani se milne ke liye aayi. to rani ne kaha ke mera beta chala gaya hai parhne ke liye. usko khana pahunchana hai. to tum khana pahuncha do. to usne kaha main pehchanu, main main pehchanu</w:t>
      </w:r>
    </w:p>
    <w:p>
      <w:pPr>
        <w:jc w:val="right"/>
      </w:pPr>
      <w:r>
        <w:t>تو سب سے بڑی چیز وہ اسے اپنے بیٹے کو سمجھے گا۔ ایک کہانی ہے کہ کوئی رانی تھی، اس کے پڑوس میں ایک غریب عورت رہتی تھی۔ وہ عورت، وہ غریب عورت ایک دن رانی سے ملنے کے لیے آئی۔ تو رانی نے کہا کہ میرا بیٹا چلا گیا ہے پڑھنے کے لیے۔ اس کو کھانا پہنچانا ہے۔ تو تم کھانا پہنچا دو۔ تو اس نے کہا میں پہچانوں، میں میں پہچانوں</w:t>
      </w:r>
    </w:p>
    <w:p>
      <w:r>
        <w:rPr>
          <w:b/>
        </w:rPr>
        <w:t xml:space="preserve">[30:49] </w:t>
      </w:r>
      <w:r>
        <w:t>kaise aap ke bete ko? hai rajkumar? usko pehchanna kya hai? rajkumar toh rajkumar hai.</w:t>
      </w:r>
    </w:p>
    <w:p>
      <w:pPr>
        <w:jc w:val="right"/>
      </w:pPr>
      <w:r>
        <w:t>کیسے آپ کے بیٹے کو؟ ہے راجکمار؟ اس کو پہچاننا کیا ہے؟ راجکمار تو راجکمار ہے۔</w:t>
      </w:r>
    </w:p>
    <w:p>
      <w:r>
        <w:rPr>
          <w:b/>
        </w:rPr>
        <w:t xml:space="preserve">[30:54] </w:t>
      </w:r>
      <w:r>
        <w:t>sab se zyada jo khoobsurat, beautiful hoga wahi mera mera beta hai.</w:t>
      </w:r>
    </w:p>
    <w:p>
      <w:pPr>
        <w:jc w:val="right"/>
      </w:pPr>
      <w:r>
        <w:t>سب سے زیادہ جو خوبصورت، beautiful ہوگا وہی میرا میرا بیٹا ہے۔</w:t>
      </w:r>
    </w:p>
    <w:p>
      <w:r>
        <w:rPr>
          <w:b/>
        </w:rPr>
        <w:t xml:space="preserve">[30:58] </w:t>
      </w:r>
      <w:r>
        <w:t>yani school mein tum jaogi, bahut se bachche honge, just as beautiful hoga wahi mera beta hoga.</w:t>
      </w:r>
    </w:p>
    <w:p>
      <w:pPr>
        <w:jc w:val="right"/>
      </w:pPr>
      <w:r>
        <w:t>یعنی اسکول میں تم جاؤ گی، بہت سے بچے ہوں گے، just as beautiful ہوگا وہی میرا بیٹا ہوگا۔</w:t>
      </w:r>
    </w:p>
    <w:p>
      <w:r>
        <w:rPr>
          <w:b/>
        </w:rPr>
        <w:t xml:space="preserve">[31:03] </w:t>
      </w:r>
      <w:r>
        <w:t>koi rajkumar hoga.</w:t>
      </w:r>
    </w:p>
    <w:p>
      <w:pPr>
        <w:jc w:val="right"/>
      </w:pPr>
      <w:r>
        <w:t>کوئی راجکمار ہوگا۔</w:t>
      </w:r>
    </w:p>
    <w:p>
      <w:r>
        <w:rPr>
          <w:b/>
        </w:rPr>
        <w:t xml:space="preserve">[31:07] </w:t>
      </w:r>
      <w:r>
        <w:t>toh usko de dena khana.</w:t>
      </w:r>
    </w:p>
    <w:p>
      <w:pPr>
        <w:jc w:val="right"/>
      </w:pPr>
      <w:r>
        <w:t>تو اس کو دے دینا کھانا۔</w:t>
      </w:r>
    </w:p>
    <w:p>
      <w:r>
        <w:rPr>
          <w:b/>
        </w:rPr>
        <w:t xml:space="preserve">[31:12] </w:t>
      </w:r>
      <w:r>
        <w:t>ab woh aurat gayi.</w:t>
      </w:r>
    </w:p>
    <w:p>
      <w:pPr>
        <w:jc w:val="right"/>
      </w:pPr>
      <w:r>
        <w:t>اب وہ عورت گئی۔</w:t>
      </w:r>
    </w:p>
    <w:p>
      <w:r>
        <w:rPr>
          <w:b/>
        </w:rPr>
        <w:t xml:space="preserve">[31:16] </w:t>
      </w:r>
      <w:r>
        <w:t>ab by chance uska beta bhi wahi padhta tha.</w:t>
      </w:r>
    </w:p>
    <w:p>
      <w:pPr>
        <w:jc w:val="right"/>
      </w:pPr>
      <w:r>
        <w:t>اب by chance اس کا بیٹا بھی وہی پڑھتا تھا۔</w:t>
      </w:r>
    </w:p>
    <w:p>
      <w:r>
        <w:rPr>
          <w:b/>
        </w:rPr>
        <w:t xml:space="preserve">[31:21] </w:t>
      </w:r>
      <w:r>
        <w:t>aisa kahani mein hai. to wahan gayi jab sab bachchon ko dekha ke sab se beautiful bachcha kaun hai? to apne hi bachche ko khana de ke chali aayi woh. to aayi to rani ne poocha ke bhai kis ko diya? to usne kaha ke maine apne bete ko de diya. to usne poocha kyun? to kaha usne kaha ke aap ne kaha tha ke jo bachcha sab se zyada beautiful ho us ko dena. to mujhe to bhai apna hi bachcha be</w:t>
      </w:r>
    </w:p>
    <w:p>
      <w:pPr>
        <w:jc w:val="right"/>
      </w:pPr>
      <w:r>
        <w:t>ایسا کہانی میں ہے۔ تو وہاں گئی جب سب بچوں کو دیکھا کہ سب سے beautiful بچہ کون ہے؟ تو اپنے ہی بچے کو کھانا دے کے چلی آئی وہ۔ تو آئی تو رانی نے پوچھا کہ بھئی کس کو دیا؟ تو اس نے کہا کہ میں نے اپنے بیٹے کو دے دیا۔ تو اس نے پوچھا کیوں؟ تو کہا اس نے کہا کہ آپ نے کہا تھا کہ جو بچہ سب سے زیادہ beautiful ہو اس کو دینا۔ تو مجھے تو بھئی اپنا ہی بچہ be</w:t>
      </w:r>
    </w:p>
    <w:p>
      <w:r>
        <w:rPr>
          <w:b/>
        </w:rPr>
        <w:t xml:space="preserve">[31:51] </w:t>
      </w:r>
      <w:r>
        <w:t>autiful laga.</w:t>
      </w:r>
    </w:p>
    <w:p>
      <w:pPr>
        <w:jc w:val="right"/>
      </w:pPr>
      <w:r>
        <w:t>autiful لگا۔</w:t>
      </w:r>
    </w:p>
    <w:p>
      <w:r>
        <w:rPr>
          <w:b/>
        </w:rPr>
        <w:t xml:space="preserve">[31:57] </w:t>
      </w:r>
      <w:r>
        <w:t>mujh ko toh apna hi beta beautiful laga toh maine us ko de diya.</w:t>
      </w:r>
    </w:p>
    <w:p>
      <w:pPr>
        <w:jc w:val="right"/>
      </w:pPr>
      <w:r>
        <w:t>مجھ کو تو اپنا ہی بیٹا beautiful لگا تو میں نے اس کو دے دیا۔</w:t>
      </w:r>
    </w:p>
    <w:p>
      <w:r>
        <w:rPr>
          <w:b/>
        </w:rPr>
        <w:t xml:space="preserve">[32:03] </w:t>
      </w:r>
      <w:r>
        <w:t>toh yaad rakhiye aadmi kisi na kisi cheez ko sab se ooncha maqam dena chahta hai apni zindagi mein.</w:t>
      </w:r>
    </w:p>
    <w:p>
      <w:pPr>
        <w:jc w:val="right"/>
      </w:pPr>
      <w:r>
        <w:t>تو یاد رکھیے آدمی کسی نہ کسی چیز کو سب سے اونچا مقام دینا چاہتا ہے اپنی زندگی میں۔</w:t>
      </w:r>
    </w:p>
    <w:p>
      <w:r>
        <w:rPr>
          <w:b/>
        </w:rPr>
        <w:t xml:space="preserve">[32:10] </w:t>
      </w:r>
      <w:r>
        <w:t>sab se ooncha maqam.</w:t>
      </w:r>
    </w:p>
    <w:p>
      <w:pPr>
        <w:jc w:val="right"/>
      </w:pPr>
      <w:r>
        <w:t>سب سے اونچا مقام۔</w:t>
      </w:r>
    </w:p>
    <w:p>
      <w:r>
        <w:rPr>
          <w:b/>
        </w:rPr>
        <w:t xml:space="preserve">[32:16] </w:t>
      </w:r>
      <w:r>
        <w:t>har aadmi chahta hai by birth, by nature ke koi ho jis ko woh sab se ooncha samjhe.</w:t>
      </w:r>
    </w:p>
    <w:p>
      <w:pPr>
        <w:jc w:val="right"/>
      </w:pPr>
      <w:r>
        <w:t>ہر آدمی چاہتا ہے by birth، by nature کہ کوئی ہو جس کو وہ سب سے اونچا سمجھے۔</w:t>
      </w:r>
    </w:p>
    <w:p>
      <w:r>
        <w:rPr>
          <w:b/>
        </w:rPr>
        <w:t xml:space="preserve">[32:22] </w:t>
      </w:r>
      <w:r>
        <w:t>sab se ooncha samjhe. yahi matlab hai fakbir. wahi yeh matlab hai wa rabbaka fakbir. Glorify your God. yani khuda hi ko sab se ooncha samjho. khuda hi ko sab se bada samjho. sari azmaten khuda ko do. khuda se zyada ooncha koi tum ko dikhai na de. har cheez nechi ho jaye. har line nechi ho jaye. har har pahad ne</w:t>
      </w:r>
    </w:p>
    <w:p>
      <w:pPr>
        <w:jc w:val="right"/>
      </w:pPr>
      <w:r>
        <w:t>سب سے اونچا سمجھے۔ یہی مطلب ہے فربکم۔ وہی یہ مطلب ہے وربک فکبر۔ Glorify your God۔ یعنی خدا ہی کو سب سے اونچا سمجھو۔ خدا ہی کو سب سے بڑا سمجھو۔ ساری عظمتیں خدا کو دو۔ خدا سے زیادہ اونچا کوئی تم کو دکھائی نہ دے۔ ہر چیز نیچی ہو جائے۔ ہر لائن نیچی ہو جائے۔ ہر ہر پہاڑ نی</w:t>
      </w:r>
    </w:p>
    <w:p>
      <w:r>
        <w:rPr>
          <w:b/>
        </w:rPr>
        <w:t xml:space="preserve">[32:52] </w:t>
      </w:r>
      <w:r>
        <w:t>che ho jaye.</w:t>
      </w:r>
    </w:p>
    <w:p>
      <w:pPr>
        <w:jc w:val="right"/>
      </w:pPr>
      <w:r>
        <w:t>چے ہو جائے۔</w:t>
      </w:r>
    </w:p>
    <w:p>
      <w:r>
        <w:rPr>
          <w:b/>
        </w:rPr>
        <w:t xml:space="preserve">[32:56] </w:t>
      </w:r>
      <w:r>
        <w:t>har haathi chhota dikhai de.</w:t>
      </w:r>
    </w:p>
    <w:p>
      <w:pPr>
        <w:jc w:val="right"/>
      </w:pPr>
      <w:r>
        <w:t>ہر ہاتھی چھوٹا دکھائی دے۔</w:t>
      </w:r>
    </w:p>
    <w:p>
      <w:r>
        <w:rPr>
          <w:b/>
        </w:rPr>
        <w:t xml:space="preserve">[33:00] </w:t>
      </w:r>
      <w:r>
        <w:t>har samandar kam dikhai de.</w:t>
      </w:r>
    </w:p>
    <w:p>
      <w:pPr>
        <w:jc w:val="right"/>
      </w:pPr>
      <w:r>
        <w:t>ہر سمندر کم دکھائی دے۔</w:t>
      </w:r>
    </w:p>
    <w:p>
      <w:r>
        <w:rPr>
          <w:b/>
        </w:rPr>
        <w:t xml:space="preserve">[33:04] </w:t>
      </w:r>
      <w:r>
        <w:t>Khuda ke muqable mein.</w:t>
      </w:r>
    </w:p>
    <w:p>
      <w:pPr>
        <w:jc w:val="right"/>
      </w:pPr>
      <w:r>
        <w:t>خدا کے مقابلے میں۔</w:t>
      </w:r>
    </w:p>
    <w:p>
      <w:r>
        <w:rPr>
          <w:b/>
        </w:rPr>
        <w:t xml:space="preserve">[33:07] </w:t>
      </w:r>
      <w:r>
        <w:t>toh Glorify your God.</w:t>
      </w:r>
    </w:p>
    <w:p>
      <w:pPr>
        <w:jc w:val="right"/>
      </w:pPr>
      <w:r>
        <w:t>تو Glorify your God۔</w:t>
      </w:r>
    </w:p>
    <w:p>
      <w:r>
        <w:rPr>
          <w:b/>
        </w:rPr>
        <w:t xml:space="preserve">[33:11] </w:t>
      </w:r>
      <w:r>
        <w:t>yeh hai insaan se yani Khuda chahta hai insaan se yeh.</w:t>
      </w:r>
    </w:p>
    <w:p>
      <w:pPr>
        <w:jc w:val="right"/>
      </w:pPr>
      <w:r>
        <w:t>یہ ہے انسان سے یعنی خدا چاہتا ہے انسان سے یہ۔</w:t>
      </w:r>
    </w:p>
    <w:p>
      <w:r>
        <w:rPr>
          <w:b/>
        </w:rPr>
        <w:t xml:space="preserve">[33:15] </w:t>
      </w:r>
      <w:r>
        <w:t>yani yahi sab cheezein hain jo insaan ko le jayengi paradise mein.</w:t>
      </w:r>
    </w:p>
    <w:p>
      <w:pPr>
        <w:jc w:val="right"/>
      </w:pPr>
      <w:r>
        <w:t>یعنی یہی سب چیزیں ہیں جو انسان کو لے جائیں گی paradise میں۔</w:t>
      </w:r>
    </w:p>
    <w:p>
      <w:r>
        <w:rPr>
          <w:b/>
        </w:rPr>
        <w:t xml:space="preserve">[33:19] </w:t>
      </w:r>
      <w:r>
        <w:t>to aadmi kab aisa kar payega? jab</w:t>
      </w:r>
    </w:p>
    <w:p>
      <w:pPr>
        <w:jc w:val="right"/>
      </w:pPr>
      <w:r>
        <w:t>تو آدمی کب ایسا کر پائے گا؟ جب</w:t>
      </w:r>
    </w:p>
    <w:p>
      <w:r>
        <w:rPr>
          <w:b/>
        </w:rPr>
        <w:t xml:space="preserve">[33:22] </w:t>
      </w:r>
      <w:r>
        <w:t>wo discover kare khuda ko sab se bari cheez ke taur par.</w:t>
      </w:r>
    </w:p>
    <w:p>
      <w:pPr>
        <w:jc w:val="right"/>
      </w:pPr>
      <w:r>
        <w:t>وہ discover کرے خدا کو سب سے بڑی چیز کے طور پر۔</w:t>
      </w:r>
    </w:p>
    <w:p>
      <w:r>
        <w:rPr>
          <w:b/>
        </w:rPr>
        <w:t xml:space="preserve">[33:29] </w:t>
      </w:r>
      <w:r>
        <w:t>dekhiye suni sai baaton ki wajah se aap kisi ko bara nahi bana sakte.</w:t>
      </w:r>
    </w:p>
    <w:p>
      <w:pPr>
        <w:jc w:val="right"/>
      </w:pPr>
      <w:r>
        <w:t>دیکھیے سنی سائی باتوں کی وجہ سے آپ کسی کو بڑا نہیں بنا سکتے۔</w:t>
      </w:r>
    </w:p>
    <w:p>
      <w:r>
        <w:rPr>
          <w:b/>
        </w:rPr>
        <w:t xml:space="preserve">[33:35] </w:t>
      </w:r>
      <w:r>
        <w:t>jab aap discover karte hain us ki بڑائی ko tab aap mante hain.</w:t>
      </w:r>
    </w:p>
    <w:p>
      <w:pPr>
        <w:jc w:val="right"/>
      </w:pPr>
      <w:r>
        <w:t>جب آپ discover کرتے ہیں اس کی بڑائی کو تب آپ مانتے ہیں۔</w:t>
      </w:r>
    </w:p>
    <w:p>
      <w:r>
        <w:rPr>
          <w:b/>
        </w:rPr>
        <w:t xml:space="preserve">[33:41] </w:t>
      </w:r>
      <w:r>
        <w:t>jaise ek aadmi ne ocean na dekha ho.</w:t>
      </w:r>
    </w:p>
    <w:p>
      <w:pPr>
        <w:jc w:val="right"/>
      </w:pPr>
      <w:r>
        <w:t>جیسے ایک آدمی نے ocean نہ دیکھا ہو۔</w:t>
      </w:r>
    </w:p>
    <w:p>
      <w:r>
        <w:rPr>
          <w:b/>
        </w:rPr>
        <w:t xml:space="preserve">[33:48] </w:t>
      </w:r>
      <w:r>
        <w:t>ocean samandar ko na dekha ho to wo samajh nahi payega ke samandar kitni bari cheez hai.</w:t>
      </w:r>
    </w:p>
    <w:p>
      <w:pPr>
        <w:jc w:val="right"/>
      </w:pPr>
      <w:r>
        <w:t>ocean سمندر کو نہ دیکھا ہو تو وہ سمجھ نہیں پائے گا کہ سمندر کتنی بڑی چیز ہے۔</w:t>
      </w:r>
    </w:p>
    <w:p>
      <w:r>
        <w:rPr>
          <w:b/>
        </w:rPr>
        <w:t xml:space="preserve">[33:54] </w:t>
      </w:r>
      <w:r>
        <w:t>lekin jab wo dekhta hai us ko ocean ko aur samandar ko utha samandar ko tab janta hai</w:t>
      </w:r>
    </w:p>
    <w:p>
      <w:pPr>
        <w:jc w:val="right"/>
      </w:pPr>
      <w:r>
        <w:t>لیکن جب وہ دیکھتا ہے اس کو ocean کو اور سمندر کو اتھاہ سمندر کو تب جانتا ہے</w:t>
      </w:r>
    </w:p>
    <w:p>
      <w:r>
        <w:rPr>
          <w:b/>
        </w:rPr>
        <w:t xml:space="preserve">[34:00] </w:t>
      </w:r>
      <w:r>
        <w:t>ke samandar kitni bari cheez hai.</w:t>
      </w:r>
    </w:p>
    <w:p>
      <w:pPr>
        <w:jc w:val="right"/>
      </w:pPr>
      <w:r>
        <w:t>کہ سمندر کتنی بڑی چیز ہے۔</w:t>
      </w:r>
    </w:p>
    <w:p>
      <w:r>
        <w:rPr>
          <w:b/>
        </w:rPr>
        <w:t xml:space="preserve">[34:06] </w:t>
      </w:r>
      <w:r>
        <w:t>hamare pahad ko jis ne na dekha ho wo nahi samajh sakta ke hamare pahad kitni bari cheez hai.</w:t>
      </w:r>
    </w:p>
    <w:p>
      <w:pPr>
        <w:jc w:val="right"/>
      </w:pPr>
      <w:r>
        <w:t>ہمارے پہاڑ کو جس نے نہ دیکھا ہو وہ نہیں سمجھ سکتا کہ ہمارے پہاڑ کتنی بڑی چیز ہے۔</w:t>
      </w:r>
    </w:p>
    <w:p>
      <w:r>
        <w:rPr>
          <w:b/>
        </w:rPr>
        <w:t xml:space="preserve">[34:12] </w:t>
      </w:r>
      <w:r>
        <w:t>lekin jab dekhta hai tab wo jaan pata hai.</w:t>
      </w:r>
    </w:p>
    <w:p>
      <w:pPr>
        <w:jc w:val="right"/>
      </w:pPr>
      <w:r>
        <w:t>لیکن جب دیکھتا ہے تب وہ جان پاتا ہے۔</w:t>
      </w:r>
    </w:p>
    <w:p>
      <w:r>
        <w:rPr>
          <w:b/>
        </w:rPr>
        <w:t xml:space="preserve">[34:18] </w:t>
      </w:r>
      <w:r>
        <w:t>aise hi aap ko khuda ko discover karna padega sab se bari cheez ki hesiyat se. aap jab</w:t>
      </w:r>
    </w:p>
    <w:p>
      <w:pPr>
        <w:jc w:val="right"/>
      </w:pPr>
      <w:r>
        <w:t>ایسے ہی آپ کو خدا کو discover کرنا پڑے گا سب سے بڑی چیز کی حیثیت سے۔ آپ جب</w:t>
      </w:r>
    </w:p>
    <w:p>
      <w:r>
        <w:rPr>
          <w:b/>
        </w:rPr>
        <w:t xml:space="preserve">[34:24] </w:t>
      </w:r>
      <w:r>
        <w:t>sochte hain, aap jab gaur karte hain, jab dhyan lagate hain.</w:t>
      </w:r>
    </w:p>
    <w:p>
      <w:pPr>
        <w:jc w:val="right"/>
      </w:pPr>
      <w:r>
        <w:t>سوچتے ہیں، آپ جب غور کرتے ہیں، جب دھیان لگاتے ہیں۔</w:t>
      </w:r>
    </w:p>
    <w:p>
      <w:r>
        <w:rPr>
          <w:b/>
        </w:rPr>
        <w:t xml:space="preserve">[34:29] </w:t>
      </w:r>
      <w:r>
        <w:t>dhyan kahan? mein is ko nahi manta ke kaan aankh band kar ke aap kahin pehar ke neeche</w:t>
      </w:r>
    </w:p>
    <w:p>
      <w:pPr>
        <w:jc w:val="right"/>
      </w:pPr>
      <w:r>
        <w:t>دھیان کہاں؟ میں اس کو نہیں مانتا کہ کان آنکھ بند کر کے آپ کہیں پہڑ کے نیچے</w:t>
      </w:r>
    </w:p>
    <w:p>
      <w:r>
        <w:rPr>
          <w:b/>
        </w:rPr>
        <w:t xml:space="preserve">[34:34] </w:t>
      </w:r>
      <w:r>
        <w:t>baith jayein to is mein aap discover karenge.</w:t>
      </w:r>
    </w:p>
    <w:p>
      <w:pPr>
        <w:jc w:val="right"/>
      </w:pPr>
      <w:r>
        <w:t>بیٹھ جائیں تو اس میں آپ discover کریں گے۔</w:t>
      </w:r>
    </w:p>
    <w:p>
      <w:r>
        <w:rPr>
          <w:b/>
        </w:rPr>
        <w:t xml:space="preserve">[34:39] </w:t>
      </w:r>
      <w:r>
        <w:t>mein is ko nahi manta.</w:t>
      </w:r>
    </w:p>
    <w:p>
      <w:pPr>
        <w:jc w:val="right"/>
      </w:pPr>
      <w:r>
        <w:t>میں اس کو نہیں مانتا۔</w:t>
      </w:r>
    </w:p>
    <w:p>
      <w:r>
        <w:rPr>
          <w:b/>
        </w:rPr>
        <w:t xml:space="preserve">[34:44] </w:t>
      </w:r>
      <w:r>
        <w:t>discovery khuli aankhon se hoti hai.</w:t>
      </w:r>
    </w:p>
    <w:p>
      <w:pPr>
        <w:jc w:val="right"/>
      </w:pPr>
      <w:r>
        <w:t>Discovery کھلی آنکھوں سے ہوتی ہے۔</w:t>
      </w:r>
    </w:p>
    <w:p>
      <w:r>
        <w:rPr>
          <w:b/>
        </w:rPr>
        <w:t xml:space="preserve">[34:49] </w:t>
      </w:r>
      <w:r>
        <w:t>khuli duniya mein hoti hai. kisi seclus</w:t>
      </w:r>
    </w:p>
    <w:p>
      <w:pPr>
        <w:jc w:val="right"/>
      </w:pPr>
      <w:r>
        <w:t>کھلی دنیا میں ہوتی ہے۔ کسی seclus</w:t>
      </w:r>
    </w:p>
    <w:p>
      <w:r>
        <w:rPr>
          <w:b/>
        </w:rPr>
        <w:t xml:space="preserve">[34:54] </w:t>
      </w:r>
      <w:r>
        <w:t>ion mein nahi hoti hai.</w:t>
      </w:r>
    </w:p>
    <w:p>
      <w:pPr>
        <w:jc w:val="right"/>
      </w:pPr>
      <w:r>
        <w:t>ion میں نہیں ہوتی ہے۔</w:t>
      </w:r>
    </w:p>
    <w:p>
      <w:r>
        <w:rPr>
          <w:b/>
        </w:rPr>
        <w:t xml:space="preserve">[34:59] </w:t>
      </w:r>
      <w:r>
        <w:t>aankh band kar ke nahi hoti hai.</w:t>
      </w:r>
    </w:p>
    <w:p>
      <w:pPr>
        <w:jc w:val="right"/>
      </w:pPr>
      <w:r>
        <w:t>آنکھ بند کر کے نہیں ہوتی ہے۔</w:t>
      </w:r>
    </w:p>
    <w:p>
      <w:r>
        <w:rPr>
          <w:b/>
        </w:rPr>
        <w:t xml:space="preserve">[35:04] </w:t>
      </w:r>
      <w:r>
        <w:t>to dekhiye mein tadabbur aur tafakkur ko manta hoon.</w:t>
      </w:r>
    </w:p>
    <w:p>
      <w:pPr>
        <w:jc w:val="right"/>
      </w:pPr>
      <w:r>
        <w:t>تو دیکھیے میں تدبر اور تفکر کو مانتا ہوں۔</w:t>
      </w:r>
    </w:p>
    <w:p>
      <w:r>
        <w:rPr>
          <w:b/>
        </w:rPr>
        <w:t xml:space="preserve">[35:09] </w:t>
      </w:r>
      <w:r>
        <w:t>tadabbur aur tafakkur yani gaur o fikr.</w:t>
      </w:r>
    </w:p>
    <w:p>
      <w:pPr>
        <w:jc w:val="right"/>
      </w:pPr>
      <w:r>
        <w:t>تدبر اور تفکر یعنی غور و فکر۔</w:t>
      </w:r>
    </w:p>
    <w:p>
      <w:r>
        <w:rPr>
          <w:b/>
        </w:rPr>
        <w:t xml:space="preserve">[35:14] </w:t>
      </w:r>
      <w:r>
        <w:t>gaur o fikr sochna.</w:t>
      </w:r>
    </w:p>
    <w:p>
      <w:pPr>
        <w:jc w:val="right"/>
      </w:pPr>
      <w:r>
        <w:t>غور و فکر سوچنا۔</w:t>
      </w:r>
    </w:p>
    <w:p>
      <w:r>
        <w:rPr>
          <w:b/>
        </w:rPr>
        <w:t xml:space="preserve">[35:19] </w:t>
      </w:r>
      <w:r>
        <w:t>apne mind ko active karna.</w:t>
      </w:r>
    </w:p>
    <w:p>
      <w:pPr>
        <w:jc w:val="right"/>
      </w:pPr>
      <w:r>
        <w:t>اپنے mind کو active کرنا۔</w:t>
      </w:r>
    </w:p>
    <w:p>
      <w:r>
        <w:rPr>
          <w:b/>
        </w:rPr>
        <w:t xml:space="preserve">[35:24] </w:t>
      </w:r>
      <w:r>
        <w:t>mind ke through hoti hai discovery.</w:t>
      </w:r>
    </w:p>
    <w:p>
      <w:pPr>
        <w:jc w:val="right"/>
      </w:pPr>
      <w:r>
        <w:t>mind کے through ہوتی ہے discovery۔</w:t>
      </w:r>
    </w:p>
    <w:p>
      <w:r>
        <w:rPr>
          <w:b/>
        </w:rPr>
        <w:t xml:space="preserve">[35:29] </w:t>
      </w:r>
      <w:r>
        <w:t>aankh band kar ke discovery nahi hoti hai.</w:t>
      </w:r>
    </w:p>
    <w:p>
      <w:pPr>
        <w:jc w:val="right"/>
      </w:pPr>
      <w:r>
        <w:t>آنکھ بند کر کے discovery نہیں ہوتی ہے۔</w:t>
      </w:r>
    </w:p>
    <w:p>
      <w:r>
        <w:rPr>
          <w:b/>
        </w:rPr>
        <w:t xml:space="preserve">[35:34] </w:t>
      </w:r>
      <w:r>
        <w:t>to jab aap dekhte hain duniya ko.</w:t>
      </w:r>
    </w:p>
    <w:p>
      <w:pPr>
        <w:jc w:val="right"/>
      </w:pPr>
      <w:r>
        <w:t>تو جب آپ دیکھتے ہیں دنیا کو۔</w:t>
      </w:r>
    </w:p>
    <w:p>
      <w:r>
        <w:rPr>
          <w:b/>
        </w:rPr>
        <w:t xml:space="preserve">[35:39] </w:t>
      </w:r>
      <w:r>
        <w:t>is zameen ko, is aasman ko, is samandar ko, is pahad ko.</w:t>
      </w:r>
    </w:p>
    <w:p>
      <w:pPr>
        <w:jc w:val="right"/>
      </w:pPr>
      <w:r>
        <w:t>اس زمین کو، اس آسمان کو، اس سمندر کو، اس پہاڑ کو۔</w:t>
      </w:r>
    </w:p>
    <w:p>
      <w:r>
        <w:rPr>
          <w:b/>
        </w:rPr>
        <w:t xml:space="preserve">[35:44] </w:t>
      </w:r>
      <w:r>
        <w:t>in hawaon ko.</w:t>
      </w:r>
    </w:p>
    <w:p>
      <w:pPr>
        <w:jc w:val="right"/>
      </w:pPr>
      <w:r>
        <w:t>ان ہواؤں کو۔</w:t>
      </w:r>
    </w:p>
    <w:p>
      <w:r>
        <w:rPr>
          <w:b/>
        </w:rPr>
        <w:t xml:space="preserve">[35:50] </w:t>
      </w:r>
      <w:r>
        <w:t>yeh sara jo sansar hai itna bara jab is par ghor karte hain tab aap ko ek discovery hoti hai. yani cre</w:t>
      </w:r>
    </w:p>
    <w:p>
      <w:pPr>
        <w:jc w:val="right"/>
      </w:pPr>
      <w:r>
        <w:t>یہ سارا جو سنسار ہے اتنا بڑا جب اس پر غور کرتے ہیں تب آپ کو ایک discovery ہوتی ہے۔ یعنی cre</w:t>
      </w:r>
    </w:p>
    <w:p>
      <w:r>
        <w:rPr>
          <w:b/>
        </w:rPr>
        <w:t xml:space="preserve">[35:55] </w:t>
      </w:r>
      <w:r>
        <w:t>ation ko dekh kar creator ki discovery.</w:t>
      </w:r>
    </w:p>
    <w:p>
      <w:pPr>
        <w:jc w:val="right"/>
      </w:pPr>
      <w:r>
        <w:t>ation کو دیکھ کر creator کی discovery۔</w:t>
      </w:r>
    </w:p>
    <w:p>
      <w:r>
        <w:rPr>
          <w:b/>
        </w:rPr>
        <w:t xml:space="preserve">[35:58] </w:t>
      </w:r>
      <w:r>
        <w:t>takhleeq ko dekh kar khalq ki discovery.</w:t>
      </w:r>
    </w:p>
    <w:p>
      <w:pPr>
        <w:jc w:val="right"/>
      </w:pPr>
      <w:r>
        <w:t>تخلیق کو دیکھ کر خالق کی discovery۔</w:t>
      </w:r>
    </w:p>
    <w:p>
      <w:r>
        <w:rPr>
          <w:b/>
        </w:rPr>
        <w:t xml:space="preserve">[36:02] </w:t>
      </w:r>
      <w:r>
        <w:t>wo discovery hai jo aap ko andar yeh cheez paida karti hai spirit ke o khuda tu sab</w:t>
      </w:r>
    </w:p>
    <w:p>
      <w:pPr>
        <w:jc w:val="right"/>
      </w:pPr>
      <w:r>
        <w:t>وہ discovery ہے جو آپ کو اندر یہ چیز پیدا کرتی ہے spirit کہ او خدا تو سب</w:t>
      </w:r>
    </w:p>
    <w:p>
      <w:r>
        <w:rPr>
          <w:b/>
        </w:rPr>
        <w:t xml:space="preserve">[36:06] </w:t>
      </w:r>
      <w:r>
        <w:t>se zyada mahan hai.</w:t>
      </w:r>
    </w:p>
    <w:p>
      <w:pPr>
        <w:jc w:val="right"/>
      </w:pPr>
      <w:r>
        <w:t>سے زیادہ مہان ہے۔</w:t>
      </w:r>
    </w:p>
    <w:p>
      <w:r>
        <w:rPr>
          <w:b/>
        </w:rPr>
        <w:t xml:space="preserve">[36:10] </w:t>
      </w:r>
      <w:r>
        <w:t>o khuda tu sab se zyada great hai.</w:t>
      </w:r>
    </w:p>
    <w:p>
      <w:pPr>
        <w:jc w:val="right"/>
      </w:pPr>
      <w:r>
        <w:t>او خدا تو سب سے زیادہ great ہے۔</w:t>
      </w:r>
    </w:p>
    <w:p>
      <w:r>
        <w:rPr>
          <w:b/>
        </w:rPr>
        <w:t xml:space="preserve">[36:14] </w:t>
      </w:r>
      <w:r>
        <w:t>tab aap khuda ko glorify karte hain.</w:t>
      </w:r>
    </w:p>
    <w:p>
      <w:pPr>
        <w:jc w:val="right"/>
      </w:pPr>
      <w:r>
        <w:t>تب آپ خدا کو glorify کرتے ہیں۔</w:t>
      </w:r>
    </w:p>
    <w:p>
      <w:r>
        <w:rPr>
          <w:b/>
        </w:rPr>
        <w:t xml:space="preserve">[36:18] </w:t>
      </w:r>
      <w:r>
        <w:t>yeh jo kaha ke warbak fakbir.</w:t>
      </w:r>
    </w:p>
    <w:p>
      <w:pPr>
        <w:jc w:val="right"/>
      </w:pPr>
      <w:r>
        <w:t>یہ جو کہا کہ وربک فکبر۔</w:t>
      </w:r>
    </w:p>
    <w:p>
      <w:r>
        <w:rPr>
          <w:b/>
        </w:rPr>
        <w:t xml:space="preserve">[36:22] </w:t>
      </w:r>
      <w:r>
        <w:t>Glorify your God</w:t>
      </w:r>
    </w:p>
    <w:p>
      <w:pPr>
        <w:jc w:val="right"/>
      </w:pPr>
      <w:r>
        <w:t>Glorify your God</w:t>
      </w:r>
    </w:p>
    <w:p>
      <w:r>
        <w:rPr>
          <w:b/>
        </w:rPr>
        <w:t xml:space="preserve">[36:25] </w:t>
      </w:r>
      <w:r>
        <w:t>۔ to Glorify your God jo hai woh agla stage hai. pehla stage hai ke discover your God. ka matlab kya hua? ke discover your God so that you may glorify your God. wa rabbaka fakbir ke literal translation to yeh hai Glorify your God. lekin is mein ek cheez chupi hui hai. understood hai yeh. ke discover your God so that you may glorify your God. apne</w:t>
      </w:r>
    </w:p>
    <w:p>
      <w:pPr>
        <w:jc w:val="right"/>
      </w:pPr>
      <w:r>
        <w:t>۔ تو Glorify your God جو ہے وہ اگلا stage ہے۔ پہلا stage ہے کہ discover your God۔ کا مطلب کیا ہوا؟ کہ discover your God so that you may glorify your God۔ وربک فکبر کے literal translation تو یہ ہے Glorify your God۔ لیکن اس میں ایک چیز چھپی ہوئی ہے۔ Understood ہے یہ۔ کہ discover your God so that you may glorify your God۔ اپنے</w:t>
      </w:r>
    </w:p>
    <w:p>
      <w:r>
        <w:rPr>
          <w:b/>
        </w:rPr>
        <w:t xml:space="preserve">[36:55] </w:t>
      </w:r>
      <w:r>
        <w:t>khuda ko discover karo. apne khuda ko daryaft karo. taake tumhare dil mein khuda ka samandar moajzan ho jaye. khuda ki barai tumhara baith jaye tumhare dimagh mein. aur phir tumhari zuban se nikle o God you are great. to yeh hai woh cheez jo khuda hum se chahta hai. yani</w:t>
      </w:r>
    </w:p>
    <w:p>
      <w:pPr>
        <w:jc w:val="right"/>
      </w:pPr>
      <w:r>
        <w:t>خدا کو discover کرو۔ اپنے خدا کو دریافت کرو۔ تاکہ تمہارے دل میں خدا کا سمندر موجزن ہو جائے۔ خدا کی بڑائی تمہارا بیٹھ جائے تمہارے دماغ میں۔ اور پھر تمہاری زبان سے نکلے او God you are great۔ تو یہ ہے وہ چیز جو خدا ہم سے چاہتا ہے۔ یعنی</w:t>
      </w:r>
    </w:p>
    <w:p>
      <w:r>
        <w:rPr>
          <w:b/>
        </w:rPr>
        <w:t xml:space="preserve">[37:25] </w:t>
      </w:r>
      <w:r>
        <w:t>khuda hamare liye unseen hai.</w:t>
      </w:r>
    </w:p>
    <w:p>
      <w:pPr>
        <w:jc w:val="right"/>
      </w:pPr>
      <w:r>
        <w:t>خدا ہمارے لیے unseen ہے۔</w:t>
      </w:r>
    </w:p>
    <w:p>
      <w:r>
        <w:rPr>
          <w:b/>
        </w:rPr>
        <w:t xml:space="preserve">[37:30] </w:t>
      </w:r>
      <w:r>
        <w:t>is unseen ko seen banana yeh hamara test hai.</w:t>
      </w:r>
    </w:p>
    <w:p>
      <w:pPr>
        <w:jc w:val="right"/>
      </w:pPr>
      <w:r>
        <w:t>اس unseen کو seen بنانا یہ ہمارا test ہے۔</w:t>
      </w:r>
    </w:p>
    <w:p>
      <w:r>
        <w:rPr>
          <w:b/>
        </w:rPr>
        <w:t xml:space="preserve">[37:34] </w:t>
      </w:r>
      <w:r>
        <w:t>khuda ko aap apni aankhon se nahi dekhte.</w:t>
      </w:r>
    </w:p>
    <w:p>
      <w:pPr>
        <w:jc w:val="right"/>
      </w:pPr>
      <w:r>
        <w:t>خدا کو آپ اپنی آنکھوں سے نہیں دیکھتے۔</w:t>
      </w:r>
    </w:p>
    <w:p>
      <w:r>
        <w:rPr>
          <w:b/>
        </w:rPr>
        <w:t xml:space="preserve">[37:38] </w:t>
      </w:r>
      <w:r>
        <w:t>lekin apni aankhon se kya kya dekhte hain aap? kya aap gravity ko aankhon se dekhte hain? ke</w:t>
      </w:r>
    </w:p>
    <w:p>
      <w:pPr>
        <w:jc w:val="right"/>
      </w:pPr>
      <w:r>
        <w:t>لیکن اپنی آنکھوں سے کیا کیا دیکھتے ہیں آپ؟ کیا آپ gravity کو آنکھوں سے دیکھتے ہیں؟ کہ</w:t>
      </w:r>
    </w:p>
    <w:p>
      <w:r>
        <w:rPr>
          <w:b/>
        </w:rPr>
        <w:t xml:space="preserve">[37:43] </w:t>
      </w:r>
      <w:r>
        <w:t>zameen jo hai is ke andar zabardast kashish hai.</w:t>
      </w:r>
    </w:p>
    <w:p>
      <w:pPr>
        <w:jc w:val="right"/>
      </w:pPr>
      <w:r>
        <w:t>زمین جو ہے اس کے اندر زبردست کشش ہے۔</w:t>
      </w:r>
    </w:p>
    <w:p>
      <w:r>
        <w:rPr>
          <w:b/>
        </w:rPr>
        <w:t xml:space="preserve">[37:47] </w:t>
      </w:r>
      <w:r>
        <w:t>jis ko kehte hain gravitational pull.</w:t>
      </w:r>
    </w:p>
    <w:p>
      <w:pPr>
        <w:jc w:val="right"/>
      </w:pPr>
      <w:r>
        <w:t>جس کو کہتے ہیں gravitational pull۔</w:t>
      </w:r>
    </w:p>
    <w:p>
      <w:r>
        <w:rPr>
          <w:b/>
        </w:rPr>
        <w:t xml:space="preserve">[37:51] </w:t>
      </w:r>
      <w:r>
        <w:t>ab aankhon se dekhte hain aap? kya cosmic rays ko aap aankhon se dekhte hain?</w:t>
      </w:r>
    </w:p>
    <w:p>
      <w:pPr>
        <w:jc w:val="right"/>
      </w:pPr>
      <w:r>
        <w:t>اب آنکھوں سے دیکھتے ہیں آپ؟ کیا cosmic rays کو آپ آنکھوں سے دیکھتے ہیں؟</w:t>
      </w:r>
    </w:p>
    <w:p>
      <w:r>
        <w:rPr>
          <w:b/>
        </w:rPr>
        <w:t xml:space="preserve">[37:56] </w:t>
      </w:r>
      <w:r>
        <w:t>kya aap electron ko aankhon se dekhte hain? to yeh sari badi cheezein wahi hain jo unseen world mein hain woh. to isi tarah se khuda ko bhi jo bazahir unseen hai us ko seen banana hai. unseen ko seen banana. na dikhai dene wale khuda ko is tarah discover karna ke woh aap ko dikhai dene lage. yeh hai yeh test.</w:t>
      </w:r>
    </w:p>
    <w:p>
      <w:pPr>
        <w:jc w:val="right"/>
      </w:pPr>
      <w:r>
        <w:t>کیا آپ electron کو آنکھوں سے دیکھتے ہیں؟ تو یہ ساری بڑی چیزیں وہی ہیں جو unseen world میں ہیں وہ۔ تو اسی طرح سے خدا کو بھی جو بظاہر unseen ہے اس کو seen بنانا ہے۔ unseen کو seen بنانا۔ نہ دکھائی دینے والے خدا کو اس طرح discover کرنا کہ وہ آپ کو دکھائی دینے لگے۔ یہ ہے یہ test۔</w:t>
      </w:r>
    </w:p>
    <w:p>
      <w:r>
        <w:rPr>
          <w:b/>
        </w:rPr>
        <w:t xml:space="preserve">[38:26] </w:t>
      </w:r>
      <w:r>
        <w:t>aur jo log is test pe utre hain unhi ke liye hai post death period mein eternal paradise.</w:t>
      </w:r>
    </w:p>
    <w:p>
      <w:pPr>
        <w:jc w:val="right"/>
      </w:pPr>
      <w:r>
        <w:t>اور جو لوگ اس test پہ اترے ہیں انہی کے لیے ہے post death period میں eternal paradise۔</w:t>
      </w:r>
    </w:p>
    <w:p>
      <w:r>
        <w:rPr>
          <w:b/>
        </w:rPr>
        <w:t xml:space="preserve">[38:36] </w:t>
      </w:r>
      <w:r>
        <w:t>dekhiye ek bohat important baat yeh hai ke jab aap quran ko kholte hain to sab se pehla</w:t>
      </w:r>
    </w:p>
    <w:p>
      <w:pPr>
        <w:jc w:val="right"/>
      </w:pPr>
      <w:r>
        <w:t>دیکھیے ایک بہت important بات یہ ہے کہ جب آپ قرآن کو کھولتے ہیں تو سب سے پہلا</w:t>
      </w:r>
    </w:p>
    <w:p>
      <w:r>
        <w:rPr>
          <w:b/>
        </w:rPr>
        <w:t xml:space="preserve">[38:46] </w:t>
      </w:r>
      <w:r>
        <w:t>kya milta hai aap ko</w:t>
      </w:r>
    </w:p>
    <w:p>
      <w:pPr>
        <w:jc w:val="right"/>
      </w:pPr>
      <w:r>
        <w:t>کیا ملتا ہے آپ کو</w:t>
      </w:r>
    </w:p>
    <w:p>
      <w:r>
        <w:rPr>
          <w:b/>
        </w:rPr>
        <w:t xml:space="preserve">[38:56] </w:t>
      </w:r>
      <w:r>
        <w:t>sab se pehla word milta hai bismillah rahman rahim.</w:t>
      </w:r>
    </w:p>
    <w:p>
      <w:pPr>
        <w:jc w:val="right"/>
      </w:pPr>
      <w:r>
        <w:t>؟ سب سے پہلا word ملتا ہے بسم اللہ الرحمن الرحیم۔</w:t>
      </w:r>
    </w:p>
    <w:p>
      <w:r>
        <w:rPr>
          <w:b/>
        </w:rPr>
        <w:t xml:space="preserve">[39:04] </w:t>
      </w:r>
      <w:r>
        <w:t>In the name of God most merciful most compassionate.</w:t>
      </w:r>
    </w:p>
    <w:p>
      <w:pPr>
        <w:jc w:val="right"/>
      </w:pPr>
      <w:r>
        <w:t>In the name of God most merciful most compassionate۔</w:t>
      </w:r>
    </w:p>
    <w:p>
      <w:r>
        <w:rPr>
          <w:b/>
        </w:rPr>
        <w:t xml:space="preserve">[39:12] </w:t>
      </w:r>
      <w:r>
        <w:t>khuda ke naam se jo bara meherban nihayat reham wala hai.</w:t>
      </w:r>
    </w:p>
    <w:p>
      <w:pPr>
        <w:jc w:val="right"/>
      </w:pPr>
      <w:r>
        <w:t>خدا کے نام سے جو بڑا مہربان نہایت رحم والا ہے۔</w:t>
      </w:r>
    </w:p>
    <w:p>
      <w:r>
        <w:rPr>
          <w:b/>
        </w:rPr>
        <w:t xml:space="preserve">[39:19] </w:t>
      </w:r>
      <w:r>
        <w:t>to kya yeh do word hain? aap dekhen jo jis dunya mein hum rehte hain</w:t>
      </w:r>
    </w:p>
    <w:p>
      <w:pPr>
        <w:jc w:val="right"/>
      </w:pPr>
      <w:r>
        <w:t>تو کیا یہ دو word ہیں؟ آپ دیکھیں جو جس دنیا میں ہم رہتے ہیں</w:t>
      </w:r>
    </w:p>
    <w:p>
      <w:r>
        <w:rPr>
          <w:b/>
        </w:rPr>
        <w:t xml:space="preserve">[39:27] </w:t>
      </w:r>
      <w:r>
        <w:t>is dunya mein har waqt kuch na kuch unpleasant situation ko hum face karte rehte hain. har waqt.</w:t>
      </w:r>
    </w:p>
    <w:p>
      <w:pPr>
        <w:jc w:val="right"/>
      </w:pPr>
      <w:r>
        <w:t>اس دنیا میں ہر وقت کچھ نہ کچھ unpleasant situation کو ہم face کرتے رہتے ہیں۔ ہر وقت۔</w:t>
      </w:r>
    </w:p>
    <w:p>
      <w:r>
        <w:rPr>
          <w:b/>
        </w:rPr>
        <w:t xml:space="preserve">[39:32] </w:t>
      </w:r>
      <w:r>
        <w:t>aap road par nikle koi haarn bajata hua chala gaya ab disturb kar diya us ne aap ke mind ko.</w:t>
      </w:r>
    </w:p>
    <w:p>
      <w:pPr>
        <w:jc w:val="right"/>
      </w:pPr>
      <w:r>
        <w:t>آپ road پر نکلے کوئی ہارن بجاتا ہوا چلا گیا اب disturb کر دیا اس نے آپ کے mind کو۔</w:t>
      </w:r>
    </w:p>
    <w:p>
      <w:r>
        <w:rPr>
          <w:b/>
        </w:rPr>
        <w:t xml:space="preserve">[39:36] </w:t>
      </w:r>
      <w:r>
        <w:t>aap saans le rahe hain pollution aa gaya.</w:t>
      </w:r>
    </w:p>
    <w:p>
      <w:pPr>
        <w:jc w:val="right"/>
      </w:pPr>
      <w:r>
        <w:t>آپ سانس لے رہے ہیں pollution آگیا۔</w:t>
      </w:r>
    </w:p>
    <w:p>
      <w:r>
        <w:rPr>
          <w:b/>
        </w:rPr>
        <w:t xml:space="preserve">[39:40] </w:t>
      </w:r>
      <w:r>
        <w:t>kisi ne aap ko provoke kar diya.</w:t>
      </w:r>
    </w:p>
    <w:p>
      <w:pPr>
        <w:jc w:val="right"/>
      </w:pPr>
      <w:r>
        <w:t>کسی نے آپ کو provoke کر دیا۔</w:t>
      </w:r>
    </w:p>
    <w:p>
      <w:r>
        <w:rPr>
          <w:b/>
        </w:rPr>
        <w:t xml:space="preserve">[39:44] </w:t>
      </w:r>
      <w:r>
        <w:t>kisi ne aap ko gaali di.</w:t>
      </w:r>
    </w:p>
    <w:p>
      <w:pPr>
        <w:jc w:val="right"/>
      </w:pPr>
      <w:r>
        <w:t>کسی نے آپ کو گالی دی۔</w:t>
      </w:r>
    </w:p>
    <w:p>
      <w:r>
        <w:rPr>
          <w:b/>
        </w:rPr>
        <w:t xml:space="preserve">[39:49] </w:t>
      </w:r>
      <w:r>
        <w:t>kisi se aap ko koi loss koi nuksan pahunch gaya.</w:t>
      </w:r>
    </w:p>
    <w:p>
      <w:pPr>
        <w:jc w:val="right"/>
      </w:pPr>
      <w:r>
        <w:t>کسی سے آپ کو کوئی loss کوئی نقصان پہنچ گیا۔</w:t>
      </w:r>
    </w:p>
    <w:p>
      <w:r>
        <w:rPr>
          <w:b/>
        </w:rPr>
        <w:t xml:space="preserve">[39:53] </w:t>
      </w:r>
      <w:r>
        <w:t>to dunya kya</w:t>
      </w:r>
    </w:p>
    <w:p>
      <w:pPr>
        <w:jc w:val="right"/>
      </w:pPr>
      <w:r>
        <w:t>تو دنیا کیا</w:t>
      </w:r>
    </w:p>
    <w:p>
      <w:r>
        <w:rPr>
          <w:b/>
        </w:rPr>
        <w:t xml:space="preserve">[39:57] </w:t>
      </w:r>
      <w:r>
        <w:t>hai? dunya naam hai sad experience ka.</w:t>
      </w:r>
    </w:p>
    <w:p>
      <w:pPr>
        <w:jc w:val="right"/>
      </w:pPr>
      <w:r>
        <w:t>ہے؟ دنیا نام ہے sad experience کا۔</w:t>
      </w:r>
    </w:p>
    <w:p>
      <w:r>
        <w:rPr>
          <w:b/>
        </w:rPr>
        <w:t xml:space="preserve">[40:02] </w:t>
      </w:r>
      <w:r>
        <w:t>har waqt kuch na kuch aisa hota rehta hai jis se hum bhark uthen.</w:t>
      </w:r>
    </w:p>
    <w:p>
      <w:pPr>
        <w:jc w:val="right"/>
      </w:pPr>
      <w:r>
        <w:t>ہر وقت کچھ نہ کچھ ایسا ہوتا رہتا ہے جس سے ہم بھڑک اٹھیں۔</w:t>
      </w:r>
    </w:p>
    <w:p>
      <w:r>
        <w:rPr>
          <w:b/>
        </w:rPr>
        <w:t xml:space="preserve">[40:07] </w:t>
      </w:r>
      <w:r>
        <w:t>aisi aisi dunya mein kaise aap kahen ge ke aye khuda tu rehman hai aye khuda tu rahim hai.</w:t>
      </w:r>
    </w:p>
    <w:p>
      <w:pPr>
        <w:jc w:val="right"/>
      </w:pPr>
      <w:r>
        <w:t>ایسی ایسی دنیا میں کیسے آپ کہیں گے کہ اے خدا تو رحمان ہے اے خدا تو رحیم ہے۔</w:t>
      </w:r>
    </w:p>
    <w:p>
      <w:r>
        <w:rPr>
          <w:b/>
        </w:rPr>
        <w:t xml:space="preserve">[40:12] </w:t>
      </w:r>
      <w:r>
        <w:t>aap sochiye to bara reham wala hai.</w:t>
      </w:r>
    </w:p>
    <w:p>
      <w:pPr>
        <w:jc w:val="right"/>
      </w:pPr>
      <w:r>
        <w:t>آپ سوچیے تو بڑا رحم والا ہے۔</w:t>
      </w:r>
    </w:p>
    <w:p>
      <w:r>
        <w:rPr>
          <w:b/>
        </w:rPr>
        <w:t xml:space="preserve">[40:17] </w:t>
      </w:r>
      <w:r>
        <w:t>aap kahen ge khuda tu bohat hi zyada yaani be reham hai.</w:t>
      </w:r>
    </w:p>
    <w:p>
      <w:pPr>
        <w:jc w:val="right"/>
      </w:pPr>
      <w:r>
        <w:t>آپ کہیں گے خدا تو بہت ہی زیادہ یعنی بے رحم ہے۔</w:t>
      </w:r>
    </w:p>
    <w:p>
      <w:r>
        <w:rPr>
          <w:b/>
        </w:rPr>
        <w:t xml:space="preserve">[40:22] </w:t>
      </w:r>
      <w:r>
        <w:t>itni musibaton ki dunya</w:t>
      </w:r>
    </w:p>
    <w:p>
      <w:pPr>
        <w:jc w:val="right"/>
      </w:pPr>
      <w:r>
        <w:t>اتنی مصیبتوں کی دنیا</w:t>
      </w:r>
    </w:p>
    <w:p>
      <w:r>
        <w:rPr>
          <w:b/>
        </w:rPr>
        <w:t xml:space="preserve">[40:27] </w:t>
      </w:r>
      <w:r>
        <w:t>bana di hai is mein hum rehne ke liye.</w:t>
      </w:r>
    </w:p>
    <w:p>
      <w:pPr>
        <w:jc w:val="right"/>
      </w:pPr>
      <w:r>
        <w:t>بنا دی ہے اس میں ہم رہنے کے لیے۔</w:t>
      </w:r>
    </w:p>
    <w:p>
      <w:r>
        <w:rPr>
          <w:b/>
        </w:rPr>
        <w:t xml:space="preserve">[40:32] </w:t>
      </w:r>
      <w:r>
        <w:t>har taraf suffering hai.</w:t>
      </w:r>
    </w:p>
    <w:p>
      <w:pPr>
        <w:jc w:val="right"/>
      </w:pPr>
      <w:r>
        <w:t>ہر طرف suffering ہے۔</w:t>
      </w:r>
    </w:p>
    <w:p>
      <w:r>
        <w:rPr>
          <w:b/>
        </w:rPr>
        <w:t xml:space="preserve">[40:38] </w:t>
      </w:r>
      <w:r>
        <w:t>is ka matlab kya hua? bismillah rehman rehim ka matlab yeh hai ke aap dunya ko rediscover karen.</w:t>
      </w:r>
    </w:p>
    <w:p>
      <w:pPr>
        <w:jc w:val="right"/>
      </w:pPr>
      <w:r>
        <w:t>اس کا مطلب کیا ہوا؟ بسم اللہ الرحمن الرحیم کا مطلب یہ ہے کہ آپ دنیا کو rediscover کریں۔</w:t>
      </w:r>
    </w:p>
    <w:p>
      <w:r>
        <w:rPr>
          <w:b/>
        </w:rPr>
        <w:t xml:space="preserve">[40:43] </w:t>
      </w:r>
      <w:r>
        <w:t>yani suffering ko blessing ke roop mein discover karen aap.</w:t>
      </w:r>
    </w:p>
    <w:p>
      <w:pPr>
        <w:jc w:val="right"/>
      </w:pPr>
      <w:r>
        <w:t>یعنی suffering کو blessing کے روپ میں discover کریں آپ۔</w:t>
      </w:r>
    </w:p>
    <w:p>
      <w:r>
        <w:rPr>
          <w:b/>
        </w:rPr>
        <w:t xml:space="preserve">[40:48] </w:t>
      </w:r>
      <w:r>
        <w:t>apparently jo cheez suffering hai us ko aap blessing ke roop mein discover karen.</w:t>
      </w:r>
    </w:p>
    <w:p>
      <w:pPr>
        <w:jc w:val="right"/>
      </w:pPr>
      <w:r>
        <w:t>Apparently جو چیز suffering ہے اس کو آپ blessing کے روپ میں discover کریں۔</w:t>
      </w:r>
    </w:p>
    <w:p>
      <w:r>
        <w:rPr>
          <w:b/>
        </w:rPr>
        <w:t xml:space="preserve">[40:53] </w:t>
      </w:r>
      <w:r>
        <w:t>yeh hai test</w:t>
      </w:r>
    </w:p>
    <w:p>
      <w:pPr>
        <w:jc w:val="right"/>
      </w:pPr>
      <w:r>
        <w:t>یہ ہے test</w:t>
      </w:r>
    </w:p>
    <w:p>
      <w:r>
        <w:rPr>
          <w:b/>
        </w:rPr>
        <w:t xml:space="preserve">[40:58] </w:t>
      </w:r>
      <w:r>
        <w:t>۔ kiyunke wahan par blessing chupi hui hai. har suffering mein ek blessing chupi hui hai. un mal har suffering ke andar ek blessing chupi hui hai. aap ek ek narangi lijie. oopar ka chhilka jo hai woh chhilka hai. is mein koi taste nahin. lekin jab chhilka utarte hain to is ke andar aap ko narangi</w:t>
      </w:r>
    </w:p>
    <w:p>
      <w:pPr>
        <w:jc w:val="right"/>
      </w:pPr>
      <w:r>
        <w:t>۔ کیونکہ وہاں پر blessing چھپی ہوئی ہے۔ ہر suffering میں ایک blessing چھپی ہوئی ہے۔ ان مال ہر suffering کے اندر ایک blessing چھپی ہوئی ہے۔ آپ ایک ایک نارنگی لیجیے۔ اوپر کا چھلکا جو ہے وہ چھلکا ہے۔ اس میں کوئی taste نہیں۔ لیکن جب چھلکا اتارتے ہیں تو اس کے اندر آپ کو نارنگی</w:t>
      </w:r>
    </w:p>
    <w:p>
      <w:r>
        <w:rPr>
          <w:b/>
        </w:rPr>
        <w:t xml:space="preserve">[41:28] </w:t>
      </w:r>
      <w:r>
        <w:t>milti hai.</w:t>
      </w:r>
    </w:p>
    <w:p>
      <w:pPr>
        <w:jc w:val="right"/>
      </w:pPr>
      <w:r>
        <w:t>ملتی ہے۔</w:t>
      </w:r>
    </w:p>
    <w:p>
      <w:r>
        <w:rPr>
          <w:b/>
        </w:rPr>
        <w:t xml:space="preserve">[41:31] </w:t>
      </w:r>
      <w:r>
        <w:t>is ke baad meetha phal milta hai.</w:t>
      </w:r>
    </w:p>
    <w:p>
      <w:pPr>
        <w:jc w:val="right"/>
      </w:pPr>
      <w:r>
        <w:t>اس کے بعد میٹھا پھل ملتا ہے۔</w:t>
      </w:r>
    </w:p>
    <w:p>
      <w:r>
        <w:rPr>
          <w:b/>
        </w:rPr>
        <w:t xml:space="preserve">[41:34] </w:t>
      </w:r>
      <w:r>
        <w:t>to poori dunya jo hai ek narangi hai aur us ke oper ek ek ek chhilka daal diya gaya hai.</w:t>
      </w:r>
    </w:p>
    <w:p>
      <w:pPr>
        <w:jc w:val="right"/>
      </w:pPr>
      <w:r>
        <w:t>تو پوری دنیا جو ہے ایک نارنگی ہے اور اس کے اوپر ایک ایک ایک چھلکا ڈال دیا گیا ہے۔</w:t>
      </w:r>
    </w:p>
    <w:p>
      <w:r>
        <w:rPr>
          <w:b/>
        </w:rPr>
        <w:t xml:space="preserve">[41:38] </w:t>
      </w:r>
      <w:r>
        <w:t>yeh suffering ka chhilka.</w:t>
      </w:r>
    </w:p>
    <w:p>
      <w:pPr>
        <w:jc w:val="right"/>
      </w:pPr>
      <w:r>
        <w:t>یہ suffering کا چھلکا۔</w:t>
      </w:r>
    </w:p>
    <w:p>
      <w:r>
        <w:rPr>
          <w:b/>
        </w:rPr>
        <w:t xml:space="preserve">[41:41] </w:t>
      </w:r>
      <w:r>
        <w:t>andar blessing hai.</w:t>
      </w:r>
    </w:p>
    <w:p>
      <w:pPr>
        <w:jc w:val="right"/>
      </w:pPr>
      <w:r>
        <w:t>اندر blessing ہے۔</w:t>
      </w:r>
    </w:p>
    <w:p>
      <w:r>
        <w:rPr>
          <w:b/>
        </w:rPr>
        <w:t xml:space="preserve">[41:44] </w:t>
      </w:r>
      <w:r>
        <w:t>upar suffering hai.</w:t>
      </w:r>
    </w:p>
    <w:p>
      <w:pPr>
        <w:jc w:val="right"/>
      </w:pPr>
      <w:r>
        <w:t>اوپر suffering ہے۔</w:t>
      </w:r>
    </w:p>
    <w:p>
      <w:r>
        <w:rPr>
          <w:b/>
        </w:rPr>
        <w:t xml:space="preserve">[41:48] </w:t>
      </w:r>
      <w:r>
        <w:t>jab aap is tareeqay se uncover karen.</w:t>
      </w:r>
    </w:p>
    <w:p>
      <w:pPr>
        <w:jc w:val="right"/>
      </w:pPr>
      <w:r>
        <w:t>جب آپ اس طریقے سے uncover کریں۔</w:t>
      </w:r>
    </w:p>
    <w:p>
      <w:r>
        <w:rPr>
          <w:b/>
        </w:rPr>
        <w:t xml:space="preserve">[41:51] </w:t>
      </w:r>
      <w:r>
        <w:t>is tareeqay se uncover karen ge.</w:t>
      </w:r>
    </w:p>
    <w:p>
      <w:pPr>
        <w:jc w:val="right"/>
      </w:pPr>
      <w:r>
        <w:t>اس طریقے سے uncover کریں گے۔</w:t>
      </w:r>
    </w:p>
    <w:p>
      <w:r>
        <w:rPr>
          <w:b/>
        </w:rPr>
        <w:t xml:space="preserve">[41:54] </w:t>
      </w:r>
      <w:r>
        <w:t>is tareeqay se andar wali baat ko discover karen ge. jab</w:t>
      </w:r>
    </w:p>
    <w:p>
      <w:pPr>
        <w:jc w:val="right"/>
      </w:pPr>
      <w:r>
        <w:t>اس طریقے سے اندر والی بات کو discover کریں گے۔ جب</w:t>
      </w:r>
    </w:p>
    <w:p>
      <w:r>
        <w:rPr>
          <w:b/>
        </w:rPr>
        <w:t xml:space="preserve">[41:58] </w:t>
      </w:r>
      <w:r>
        <w:t>aap yeh janen ge ke upar suffering hai andar blessing hai.</w:t>
      </w:r>
    </w:p>
    <w:p>
      <w:pPr>
        <w:jc w:val="right"/>
      </w:pPr>
      <w:r>
        <w:t>آپ یہ جانیں گے کہ اوپر suffering ہے اندر blessing ہے۔</w:t>
      </w:r>
    </w:p>
    <w:p>
      <w:r>
        <w:rPr>
          <w:b/>
        </w:rPr>
        <w:t xml:space="preserve">[42:03] </w:t>
      </w:r>
      <w:r>
        <w:t>tab aap kahen ge bismillah rahman rahim.</w:t>
      </w:r>
    </w:p>
    <w:p>
      <w:pPr>
        <w:jc w:val="right"/>
      </w:pPr>
      <w:r>
        <w:t>تب آپ کہیں گے بسم اللہ الرحمن الرحیم۔</w:t>
      </w:r>
    </w:p>
    <w:p>
      <w:r>
        <w:rPr>
          <w:b/>
        </w:rPr>
        <w:t xml:space="preserve">[42:08] </w:t>
      </w:r>
      <w:r>
        <w:t>is tarah se dekhiye aap pehli jo quran ki jo pehli pehla jo chapter hai us ke pehle</w:t>
      </w:r>
    </w:p>
    <w:p>
      <w:pPr>
        <w:jc w:val="right"/>
      </w:pPr>
      <w:r>
        <w:t>اس طرح سے دیکھیے آپ پہلی جو قرآن کی جو پہلی پہلا جو chapter ہے اس کے پہلے</w:t>
      </w:r>
    </w:p>
    <w:p>
      <w:r>
        <w:rPr>
          <w:b/>
        </w:rPr>
        <w:t xml:space="preserve">[42:13] </w:t>
      </w:r>
      <w:r>
        <w:t>verse kya hai? alhamdulillah rabb al-alameen.</w:t>
      </w:r>
    </w:p>
    <w:p>
      <w:pPr>
        <w:jc w:val="right"/>
      </w:pPr>
      <w:r>
        <w:t>verse کیا ہے؟ الحمدللہ رب العالمین۔</w:t>
      </w:r>
    </w:p>
    <w:p>
      <w:r>
        <w:rPr>
          <w:b/>
        </w:rPr>
        <w:t xml:space="preserve">[42:18] </w:t>
      </w:r>
      <w:r>
        <w:t>yani khuda kitna parhezgari hai.</w:t>
      </w:r>
    </w:p>
    <w:p>
      <w:pPr>
        <w:jc w:val="right"/>
      </w:pPr>
      <w:r>
        <w:t>یعنی خدا کتنا پرہیزوردی ہے۔</w:t>
      </w:r>
    </w:p>
    <w:p>
      <w:r>
        <w:rPr>
          <w:b/>
        </w:rPr>
        <w:t xml:space="preserve">[42:23] </w:t>
      </w:r>
      <w:r>
        <w:t>wo Lord hai universe ka.</w:t>
      </w:r>
    </w:p>
    <w:p>
      <w:pPr>
        <w:jc w:val="right"/>
      </w:pPr>
      <w:r>
        <w:t>وہ Lord ہے universe کا۔</w:t>
      </w:r>
    </w:p>
    <w:p>
      <w:r>
        <w:rPr>
          <w:b/>
        </w:rPr>
        <w:t xml:space="preserve">[42:28] </w:t>
      </w:r>
      <w:r>
        <w:t>Praise be to God the Lord of the universe.</w:t>
      </w:r>
    </w:p>
    <w:p>
      <w:pPr>
        <w:jc w:val="right"/>
      </w:pPr>
      <w:r>
        <w:t>Praise be to God the Lord of the universe۔</w:t>
      </w:r>
    </w:p>
    <w:p>
      <w:r>
        <w:rPr>
          <w:b/>
        </w:rPr>
        <w:t xml:space="preserve">[42:31] </w:t>
      </w:r>
      <w:r>
        <w:t>ab praise khuda parhezgari hai pehla sentence hai.</w:t>
      </w:r>
    </w:p>
    <w:p>
      <w:pPr>
        <w:jc w:val="right"/>
      </w:pPr>
      <w:r>
        <w:t>اب praise خدا پرہیزوردی ہے پہلا sentence ہے۔</w:t>
      </w:r>
    </w:p>
    <w:p>
      <w:r>
        <w:rPr>
          <w:b/>
        </w:rPr>
        <w:t xml:space="preserve">[42:34] </w:t>
      </w:r>
      <w:r>
        <w:t>to ab agar aap suffering mein jee rahe hon.</w:t>
      </w:r>
    </w:p>
    <w:p>
      <w:pPr>
        <w:jc w:val="right"/>
      </w:pPr>
      <w:r>
        <w:t>تو اب اگر آپ suffering میں جی رہے ہوں۔</w:t>
      </w:r>
    </w:p>
    <w:p>
      <w:r>
        <w:rPr>
          <w:b/>
        </w:rPr>
        <w:t xml:space="preserve">[42:37] </w:t>
      </w:r>
      <w:r>
        <w:t>aap sad experience mein jee rahe hon.</w:t>
      </w:r>
    </w:p>
    <w:p>
      <w:pPr>
        <w:jc w:val="right"/>
      </w:pPr>
      <w:r>
        <w:t>آپ sad experience میں جی رہے ہوں۔</w:t>
      </w:r>
    </w:p>
    <w:p>
      <w:r>
        <w:rPr>
          <w:b/>
        </w:rPr>
        <w:t xml:space="preserve">[42:40] </w:t>
      </w:r>
      <w:r>
        <w:t>aap complaint mein jee rahe hon.</w:t>
      </w:r>
    </w:p>
    <w:p>
      <w:pPr>
        <w:jc w:val="right"/>
      </w:pPr>
      <w:r>
        <w:t>آپ complaint میں جی رہے ہوں۔</w:t>
      </w:r>
    </w:p>
    <w:p>
      <w:r>
        <w:rPr>
          <w:b/>
        </w:rPr>
        <w:t xml:space="preserve">[42:43] </w:t>
      </w:r>
      <w:r>
        <w:t>aap protest mein jee rahe hon.</w:t>
      </w:r>
    </w:p>
    <w:p>
      <w:pPr>
        <w:jc w:val="right"/>
      </w:pPr>
      <w:r>
        <w:t>آپ protest میں جی رہے ہوں۔</w:t>
      </w:r>
    </w:p>
    <w:p>
      <w:r>
        <w:rPr>
          <w:b/>
        </w:rPr>
        <w:t xml:space="preserve">[42:46] </w:t>
      </w:r>
      <w:r>
        <w:t>to aap kaise keh paen ge? alhamdulillah rabb al-alameen.</w:t>
      </w:r>
    </w:p>
    <w:p>
      <w:pPr>
        <w:jc w:val="right"/>
      </w:pPr>
      <w:r>
        <w:t>تو آپ کیسے کہہ پائیں گے؟ الحمدللہ رب العالمین۔</w:t>
      </w:r>
    </w:p>
    <w:p>
      <w:r>
        <w:rPr>
          <w:b/>
        </w:rPr>
        <w:t xml:space="preserve">[42:49] </w:t>
      </w:r>
      <w:r>
        <w:t>aap ghar walon se shikayat ho.</w:t>
      </w:r>
    </w:p>
    <w:p>
      <w:pPr>
        <w:jc w:val="right"/>
      </w:pPr>
      <w:r>
        <w:t>آپ گھر والوں سے شکایت ہو۔</w:t>
      </w:r>
    </w:p>
    <w:p>
      <w:r>
        <w:rPr>
          <w:b/>
        </w:rPr>
        <w:t xml:space="preserve">[42:52] </w:t>
      </w:r>
      <w:r>
        <w:t>aap ko apne neighbor se shikayat ho.</w:t>
      </w:r>
    </w:p>
    <w:p>
      <w:pPr>
        <w:jc w:val="right"/>
      </w:pPr>
      <w:r>
        <w:t>آپ کو اپنے neighbor سے شکایت ہو۔</w:t>
      </w:r>
    </w:p>
    <w:p>
      <w:r>
        <w:rPr>
          <w:b/>
        </w:rPr>
        <w:t xml:space="preserve">[42:55] </w:t>
      </w:r>
      <w:r>
        <w:t>aap ko government se shikayat</w:t>
      </w:r>
    </w:p>
    <w:p>
      <w:pPr>
        <w:jc w:val="right"/>
      </w:pPr>
      <w:r>
        <w:t>آپ کو government سے شکایت</w:t>
      </w:r>
    </w:p>
    <w:p>
      <w:r>
        <w:rPr>
          <w:b/>
        </w:rPr>
        <w:t xml:space="preserve">[42:58] </w:t>
      </w:r>
      <w:r>
        <w:t>ho.</w:t>
      </w:r>
    </w:p>
    <w:p>
      <w:pPr>
        <w:jc w:val="right"/>
      </w:pPr>
      <w:r>
        <w:t>ہو۔</w:t>
      </w:r>
    </w:p>
    <w:p>
      <w:r>
        <w:rPr>
          <w:b/>
        </w:rPr>
        <w:t xml:space="preserve">[43:01] </w:t>
      </w:r>
      <w:r>
        <w:t>aap ko america se shikayat ho.</w:t>
      </w:r>
    </w:p>
    <w:p>
      <w:pPr>
        <w:jc w:val="right"/>
      </w:pPr>
      <w:r>
        <w:t>آپ کو امریکہ سے شکایت ہو۔</w:t>
      </w:r>
    </w:p>
    <w:p>
      <w:r>
        <w:rPr>
          <w:b/>
        </w:rPr>
        <w:t xml:space="preserve">[43:04] </w:t>
      </w:r>
      <w:r>
        <w:t>aap dekhiye aaj kal har aadmi shikayaton mein jeeta hai.</w:t>
      </w:r>
    </w:p>
    <w:p>
      <w:pPr>
        <w:jc w:val="right"/>
      </w:pPr>
      <w:r>
        <w:t>آپ دیکھیے آج کل ہر آدمی شکایتوں میں جیتا ہے۔</w:t>
      </w:r>
    </w:p>
    <w:p>
      <w:r>
        <w:rPr>
          <w:b/>
        </w:rPr>
        <w:t xml:space="preserve">[43:07] </w:t>
      </w:r>
      <w:r>
        <w:t>kisi ko apni biwi se shikayat hai.</w:t>
      </w:r>
    </w:p>
    <w:p>
      <w:pPr>
        <w:jc w:val="right"/>
      </w:pPr>
      <w:r>
        <w:t>کسی کو اپنی بیوی سے شکایت ہے۔</w:t>
      </w:r>
    </w:p>
    <w:p>
      <w:r>
        <w:rPr>
          <w:b/>
        </w:rPr>
        <w:t xml:space="preserve">[43:10] </w:t>
      </w:r>
      <w:r>
        <w:t>kisi ko apne bete se shikayat hai.</w:t>
      </w:r>
    </w:p>
    <w:p>
      <w:pPr>
        <w:jc w:val="right"/>
      </w:pPr>
      <w:r>
        <w:t>کسی کو اپنے بیٹے سے شکایت ہے۔</w:t>
      </w:r>
    </w:p>
    <w:p>
      <w:r>
        <w:rPr>
          <w:b/>
        </w:rPr>
        <w:t xml:space="preserve">[43:13] </w:t>
      </w:r>
      <w:r>
        <w:t>kisi ko apne padosi se shikayat hai.</w:t>
      </w:r>
    </w:p>
    <w:p>
      <w:pPr>
        <w:jc w:val="right"/>
      </w:pPr>
      <w:r>
        <w:t>کسی کو اپنے پڑوسی سے شکایت ہے۔</w:t>
      </w:r>
    </w:p>
    <w:p>
      <w:r>
        <w:rPr>
          <w:b/>
        </w:rPr>
        <w:t xml:space="preserve">[43:16] </w:t>
      </w:r>
      <w:r>
        <w:t>kisi ko sarkaar se shikayat hai.</w:t>
      </w:r>
    </w:p>
    <w:p>
      <w:pPr>
        <w:jc w:val="right"/>
      </w:pPr>
      <w:r>
        <w:t>کسی کو سرکار سے شکایت ہے۔</w:t>
      </w:r>
    </w:p>
    <w:p>
      <w:r>
        <w:rPr>
          <w:b/>
        </w:rPr>
        <w:t xml:space="preserve">[43:19] </w:t>
      </w:r>
      <w:r>
        <w:t>kisi ko amreeka se shikayat hai.</w:t>
      </w:r>
    </w:p>
    <w:p>
      <w:pPr>
        <w:jc w:val="right"/>
      </w:pPr>
      <w:r>
        <w:t>کسی کو امریکہ سے شکایت ہے۔</w:t>
      </w:r>
    </w:p>
    <w:p>
      <w:r>
        <w:rPr>
          <w:b/>
        </w:rPr>
        <w:t xml:space="preserve">[43:22] </w:t>
      </w:r>
      <w:r>
        <w:t>sab ke dil mein shikayat ka jangall hua hua hai.</w:t>
      </w:r>
    </w:p>
    <w:p>
      <w:pPr>
        <w:jc w:val="right"/>
      </w:pPr>
      <w:r>
        <w:t>سب کے دل میں شکایت کا جنگل ہوا ہوا ہے۔</w:t>
      </w:r>
    </w:p>
    <w:p>
      <w:r>
        <w:rPr>
          <w:b/>
        </w:rPr>
        <w:t xml:space="preserve">[43:25] </w:t>
      </w:r>
      <w:r>
        <w:t>sab ke dil mein shikayat ka jang</w:t>
      </w:r>
    </w:p>
    <w:p>
      <w:pPr>
        <w:jc w:val="right"/>
      </w:pPr>
      <w:r>
        <w:t>سب کے دل میں شکایت کا جنگ</w:t>
      </w:r>
    </w:p>
    <w:p>
      <w:r>
        <w:rPr>
          <w:b/>
        </w:rPr>
        <w:t xml:space="preserve">[43:28] </w:t>
      </w:r>
      <w:r>
        <w:t>l hua hua hai.</w:t>
      </w:r>
    </w:p>
    <w:p>
      <w:pPr>
        <w:jc w:val="right"/>
      </w:pPr>
      <w:r>
        <w:t>ل ہوا ہوا ہے۔</w:t>
      </w:r>
    </w:p>
    <w:p>
      <w:r>
        <w:rPr>
          <w:b/>
        </w:rPr>
        <w:t xml:space="preserve">[43:32] </w:t>
      </w:r>
      <w:r>
        <w:t>to aise log alhamdulillah kaise kahenge? ke aye khuda tu bara tareef wala hai.</w:t>
      </w:r>
    </w:p>
    <w:p>
      <w:pPr>
        <w:jc w:val="right"/>
      </w:pPr>
      <w:r>
        <w:t>تو ایسے لوگ الحمدللہ کیسے کہیں گے؟ کہ اے خدا تو بڑا تعریف والا ہے۔</w:t>
      </w:r>
    </w:p>
    <w:p>
      <w:r>
        <w:rPr>
          <w:b/>
        </w:rPr>
        <w:t xml:space="preserve">[43:36] </w:t>
      </w:r>
      <w:r>
        <w:t>tu bara parhezgari hai.</w:t>
      </w:r>
    </w:p>
    <w:p>
      <w:pPr>
        <w:jc w:val="right"/>
      </w:pPr>
      <w:r>
        <w:t>تو بڑا پرہیزوردی ہے۔</w:t>
      </w:r>
    </w:p>
    <w:p>
      <w:r>
        <w:rPr>
          <w:b/>
        </w:rPr>
        <w:t xml:space="preserve">[43:39] </w:t>
      </w:r>
      <w:r>
        <w:t>tu is qabil hai ke tera shukr kiya jaye.</w:t>
      </w:r>
    </w:p>
    <w:p>
      <w:pPr>
        <w:jc w:val="right"/>
      </w:pPr>
      <w:r>
        <w:t>تو اس قابل ہے کہ تیرا شکر کیا جائے۔</w:t>
      </w:r>
    </w:p>
    <w:p>
      <w:r>
        <w:rPr>
          <w:b/>
        </w:rPr>
        <w:t xml:space="preserve">[43:43] </w:t>
      </w:r>
      <w:r>
        <w:t>iska matlab kya hai ke alhamdulillah kehne ke liye aap ko rediscovery karni padegi.</w:t>
      </w:r>
    </w:p>
    <w:p>
      <w:pPr>
        <w:jc w:val="right"/>
      </w:pPr>
      <w:r>
        <w:t>اس کا مطلب کیا ہے کہ الحمدللہ کہنے کے لیے آپ کو rediscovery کرنی پڑے گی۔</w:t>
      </w:r>
    </w:p>
    <w:p>
      <w:r>
        <w:rPr>
          <w:b/>
        </w:rPr>
        <w:t xml:space="preserve">[43:47] </w:t>
      </w:r>
      <w:r>
        <w:t>rediscovery zindagi ki.</w:t>
      </w:r>
    </w:p>
    <w:p>
      <w:pPr>
        <w:jc w:val="right"/>
      </w:pPr>
      <w:r>
        <w:t>rediscovery زندگی کی۔</w:t>
      </w:r>
    </w:p>
    <w:p>
      <w:r>
        <w:rPr>
          <w:b/>
        </w:rPr>
        <w:t xml:space="preserve">[43:51] </w:t>
      </w:r>
      <w:r>
        <w:t>wo zindagi jis ko aap har taraf jis mein aap ko har taraf shikayat dikhai padti hai.</w:t>
      </w:r>
    </w:p>
    <w:p>
      <w:pPr>
        <w:jc w:val="right"/>
      </w:pPr>
      <w:r>
        <w:t>وہ زندگی جس کو آپ ہر طرف جس میں آپ کو ہر طرف شکایت دکھائی پڑتی ہے۔</w:t>
      </w:r>
    </w:p>
    <w:p>
      <w:r>
        <w:rPr>
          <w:b/>
        </w:rPr>
        <w:t xml:space="preserve">[43:54] </w:t>
      </w:r>
      <w:r>
        <w:t>har taraf zulm aur</w:t>
      </w:r>
    </w:p>
    <w:p>
      <w:pPr>
        <w:jc w:val="right"/>
      </w:pPr>
      <w:r>
        <w:t>ہر طرف ظلم اور</w:t>
      </w:r>
    </w:p>
    <w:p>
      <w:r>
        <w:rPr>
          <w:b/>
        </w:rPr>
        <w:t xml:space="preserve">[43:58] </w:t>
      </w:r>
      <w:r>
        <w:t>conspiracy dikhai padti hai. is ko rediscover karna padega. rediscover. rediscover. aap ek ek bel lijie. is ke chhilka jab bilkul pathar ki tarah hota hai. aap chhilke ko khayen to pet mein aap ka pet ki kharab ho jayegi. yani pathar jaisa chhilka hai is ka bel ka. jab bel ka chhilka utarte hain to andar kya nikalta hai? bohat hi achha</w:t>
      </w:r>
    </w:p>
    <w:p>
      <w:pPr>
        <w:jc w:val="right"/>
      </w:pPr>
      <w:r>
        <w:t>conspiracy دکھائی پڑتی ہے۔ اس کو rediscover کرنا پڑے گا۔ rediscover۔ rediscover۔ آپ ایک ایک بیل لیجیے۔ اس کے چھلکا جب بالکل پتھر کی طرح ہوتا ہے۔ آپ چھلکے کو کھائیں تو پیٹ میں آپ کا پیٹ کی خراب ہو جائے گا۔ یعنی پتھر جیسا چھلکا ہے اس کا بیل کا۔ جب بیل کا چھلکا اتارتے ہیں تو اندر کیا نکلتا ہے؟ بہت ہی اچھ</w:t>
      </w:r>
    </w:p>
    <w:p>
      <w:r>
        <w:rPr>
          <w:b/>
        </w:rPr>
        <w:t xml:space="preserve">[44:28] </w:t>
      </w:r>
      <w:r>
        <w:t>a phal.</w:t>
      </w:r>
    </w:p>
    <w:p>
      <w:pPr>
        <w:jc w:val="right"/>
      </w:pPr>
      <w:r>
        <w:t>ا پھل۔</w:t>
      </w:r>
    </w:p>
    <w:p>
      <w:r>
        <w:rPr>
          <w:b/>
        </w:rPr>
        <w:t xml:space="preserve">[44:32] </w:t>
      </w:r>
      <w:r>
        <w:t>jo aap ko health dene wala hai.</w:t>
      </w:r>
    </w:p>
    <w:p>
      <w:pPr>
        <w:jc w:val="right"/>
      </w:pPr>
      <w:r>
        <w:t>جو آپ کو health دینے والا ہے۔</w:t>
      </w:r>
    </w:p>
    <w:p>
      <w:r>
        <w:rPr>
          <w:b/>
        </w:rPr>
        <w:t xml:space="preserve">[44:36] </w:t>
      </w:r>
      <w:r>
        <w:t>to isi tarah dunya ka mamla hai ke oopar pathar jaisa chhilka hai.</w:t>
      </w:r>
    </w:p>
    <w:p>
      <w:pPr>
        <w:jc w:val="right"/>
      </w:pPr>
      <w:r>
        <w:t>تو اسی طرح دنیا کا معاملہ ہے کہ اوپر پتھر جیسا چھلکا ہے۔</w:t>
      </w:r>
    </w:p>
    <w:p>
      <w:r>
        <w:rPr>
          <w:b/>
        </w:rPr>
        <w:t xml:space="preserve">[44:40] </w:t>
      </w:r>
      <w:r>
        <w:t>andar jo hai meetha phal hai.</w:t>
      </w:r>
    </w:p>
    <w:p>
      <w:pPr>
        <w:jc w:val="right"/>
      </w:pPr>
      <w:r>
        <w:t>اندر جو ہے میٹھا پھل ہے۔</w:t>
      </w:r>
    </w:p>
    <w:p>
      <w:r>
        <w:rPr>
          <w:b/>
        </w:rPr>
        <w:t xml:space="preserve">[44:44] </w:t>
      </w:r>
      <w:r>
        <w:t>to aap ko yeh karna padega agar aap chahte hain ke aap khuda ke shukr mein jiyen</w:t>
      </w:r>
    </w:p>
    <w:p>
      <w:pPr>
        <w:jc w:val="right"/>
      </w:pPr>
      <w:r>
        <w:t>تو آپ کو یہ کرنا پڑے گا اگر آپ چاہتے ہیں کہ آپ خدا کے شکر میں جیئیں</w:t>
      </w:r>
    </w:p>
    <w:p>
      <w:r>
        <w:rPr>
          <w:b/>
        </w:rPr>
        <w:t xml:space="preserve">[44:47] </w:t>
      </w:r>
      <w:r>
        <w:t>taake aap paradise payen.</w:t>
      </w:r>
    </w:p>
    <w:p>
      <w:pPr>
        <w:jc w:val="right"/>
      </w:pPr>
      <w:r>
        <w:t>تاکہ آپ paradise پائیں۔</w:t>
      </w:r>
    </w:p>
    <w:p>
      <w:r>
        <w:rPr>
          <w:b/>
        </w:rPr>
        <w:t xml:space="preserve">[44:51] </w:t>
      </w:r>
      <w:r>
        <w:t>aap alhamdulillah keh saken taake aap ko paradise milay.</w:t>
      </w:r>
    </w:p>
    <w:p>
      <w:pPr>
        <w:jc w:val="right"/>
      </w:pPr>
      <w:r>
        <w:t>آپ الحمدللہ کہہ سکیں تاکہ آپ کو paradise ملے۔</w:t>
      </w:r>
    </w:p>
    <w:p>
      <w:r>
        <w:rPr>
          <w:b/>
        </w:rPr>
        <w:t xml:space="preserve">[44:55] </w:t>
      </w:r>
      <w:r>
        <w:t>to aap ko</w:t>
      </w:r>
    </w:p>
    <w:p>
      <w:pPr>
        <w:jc w:val="right"/>
      </w:pPr>
      <w:r>
        <w:t>تو آپ کو</w:t>
      </w:r>
    </w:p>
    <w:p>
      <w:r>
        <w:rPr>
          <w:b/>
        </w:rPr>
        <w:t xml:space="preserve">[44:59] </w:t>
      </w:r>
      <w:r>
        <w:t>cheezon ko rediscover karna padega.</w:t>
      </w:r>
    </w:p>
    <w:p>
      <w:pPr>
        <w:jc w:val="right"/>
      </w:pPr>
      <w:r>
        <w:t>چیزوں کو rediscover کرنا پڑے گا۔</w:t>
      </w:r>
    </w:p>
    <w:p>
      <w:r>
        <w:rPr>
          <w:b/>
        </w:rPr>
        <w:t xml:space="preserve">[45:03] </w:t>
      </w:r>
      <w:r>
        <w:t>cheezon ko rediscover karna padega.</w:t>
      </w:r>
    </w:p>
    <w:p>
      <w:pPr>
        <w:jc w:val="right"/>
      </w:pPr>
      <w:r>
        <w:t>چیزوں کو rediscover کرنا پڑے گا۔</w:t>
      </w:r>
    </w:p>
    <w:p>
      <w:r>
        <w:rPr>
          <w:b/>
        </w:rPr>
        <w:t xml:space="preserve">[45:07] </w:t>
      </w:r>
      <w:r>
        <w:t>aap jee rahe hain complaint mein protest mein revenge mein.</w:t>
      </w:r>
    </w:p>
    <w:p>
      <w:pPr>
        <w:jc w:val="right"/>
      </w:pPr>
      <w:r>
        <w:t>آپ جی رہے ہیں complaint میں protest میں revenge میں۔</w:t>
      </w:r>
    </w:p>
    <w:p>
      <w:r>
        <w:rPr>
          <w:b/>
        </w:rPr>
        <w:t xml:space="preserve">[45:12] </w:t>
      </w:r>
      <w:r>
        <w:t>to aap upar hi upar jee rahe hain.</w:t>
      </w:r>
    </w:p>
    <w:p>
      <w:pPr>
        <w:jc w:val="right"/>
      </w:pPr>
      <w:r>
        <w:t>تو آپ اوپر ہی اوپر جی رہے ہیں۔</w:t>
      </w:r>
    </w:p>
    <w:p>
      <w:r>
        <w:rPr>
          <w:b/>
        </w:rPr>
        <w:t xml:space="preserve">[45:16] </w:t>
      </w:r>
      <w:r>
        <w:t>chhalke ke upar jee rahe hain.</w:t>
      </w:r>
    </w:p>
    <w:p>
      <w:pPr>
        <w:jc w:val="right"/>
      </w:pPr>
      <w:r>
        <w:t>چھلکے کے اوپر جی رہے ہیں۔</w:t>
      </w:r>
    </w:p>
    <w:p>
      <w:r>
        <w:rPr>
          <w:b/>
        </w:rPr>
        <w:t xml:space="preserve">[45:20] </w:t>
      </w:r>
      <w:r>
        <w:t>andar dakhil nahin hue aap.</w:t>
      </w:r>
    </w:p>
    <w:p>
      <w:pPr>
        <w:jc w:val="right"/>
      </w:pPr>
      <w:r>
        <w:t>اندر داخل نہیں ہوئے آپ۔</w:t>
      </w:r>
    </w:p>
    <w:p>
      <w:r>
        <w:rPr>
          <w:b/>
        </w:rPr>
        <w:t xml:space="preserve">[45:25] </w:t>
      </w:r>
      <w:r>
        <w:t>andar dakhil nahin hue. to aap</w:t>
      </w:r>
    </w:p>
    <w:p>
      <w:pPr>
        <w:jc w:val="right"/>
      </w:pPr>
      <w:r>
        <w:t>اندر داخل نہیں ہوئے۔ تو آپ</w:t>
      </w:r>
    </w:p>
    <w:p>
      <w:r>
        <w:rPr>
          <w:b/>
        </w:rPr>
        <w:t xml:space="preserve">[45:29] </w:t>
      </w:r>
      <w:r>
        <w:t>yani yeh yeh jo spirit khuda chahta hai.</w:t>
      </w:r>
    </w:p>
    <w:p>
      <w:pPr>
        <w:jc w:val="right"/>
      </w:pPr>
      <w:r>
        <w:t>یعنی یہ یہ جو spirit خدا چاہتا ہے۔</w:t>
      </w:r>
    </w:p>
    <w:p>
      <w:r>
        <w:rPr>
          <w:b/>
        </w:rPr>
        <w:t xml:space="preserve">[45:34] </w:t>
      </w:r>
      <w:r>
        <w:t>yani paradise is ko mile gi jis ke andar yeh spirit ho.</w:t>
      </w:r>
    </w:p>
    <w:p>
      <w:pPr>
        <w:jc w:val="right"/>
      </w:pPr>
      <w:r>
        <w:t>یعنی paradise اس کو ملے گی جس کے اندر یہ spirit ہو۔</w:t>
      </w:r>
    </w:p>
    <w:p>
      <w:r>
        <w:rPr>
          <w:b/>
        </w:rPr>
        <w:t xml:space="preserve">[45:39] </w:t>
      </w:r>
      <w:r>
        <w:t>spirit jis ko main rabbani kehta hoon. rabbani spirit.</w:t>
      </w:r>
    </w:p>
    <w:p>
      <w:pPr>
        <w:jc w:val="right"/>
      </w:pPr>
      <w:r>
        <w:t>spirit جس کو میں ربانی کہتا ہوں۔ ربانی spirit۔</w:t>
      </w:r>
    </w:p>
    <w:p>
      <w:r>
        <w:rPr>
          <w:b/>
        </w:rPr>
        <w:t xml:space="preserve">[45:44] </w:t>
      </w:r>
      <w:r>
        <w:t>yani khuda jannat un ko de ga jis ke andar rabbani spirit ho.</w:t>
      </w:r>
    </w:p>
    <w:p>
      <w:pPr>
        <w:jc w:val="right"/>
      </w:pPr>
      <w:r>
        <w:t>یعنی خدا جنت ان کو دے گا جس کے اندر ربانی spirit ہو۔</w:t>
      </w:r>
    </w:p>
    <w:p>
      <w:r>
        <w:rPr>
          <w:b/>
        </w:rPr>
        <w:t xml:space="preserve">[45:49] </w:t>
      </w:r>
      <w:r>
        <w:t>to rabbani spirit kaise layen ge aap? jab la payen ge jab aap cheezon ko rediscover karen. rediscover karen.</w:t>
      </w:r>
    </w:p>
    <w:p>
      <w:pPr>
        <w:jc w:val="right"/>
      </w:pPr>
      <w:r>
        <w:t>تو ربانی spirit کیسے لائیں گے آپ؟ جب لا پائیں گے جب آپ چیزوں کو rediscover کریں۔ rediscover کریں۔</w:t>
      </w:r>
    </w:p>
    <w:p>
      <w:r>
        <w:rPr>
          <w:b/>
        </w:rPr>
        <w:t xml:space="preserve">[45:54] </w:t>
      </w:r>
      <w:r>
        <w:t>yani har cheez jo hai</w:t>
      </w:r>
    </w:p>
    <w:p>
      <w:pPr>
        <w:jc w:val="right"/>
      </w:pPr>
      <w:r>
        <w:t>یعنی ہر چیز جو ہے</w:t>
      </w:r>
    </w:p>
    <w:p>
      <w:r>
        <w:rPr>
          <w:b/>
        </w:rPr>
        <w:t xml:space="preserve">[45:59] </w:t>
      </w:r>
      <w:r>
        <w:t>dunya mein sab yaad rakhiye blessing in disguise hai.</w:t>
      </w:r>
    </w:p>
    <w:p>
      <w:pPr>
        <w:jc w:val="right"/>
      </w:pPr>
      <w:r>
        <w:t>دنیا میں سب یاد رکھیے blessing in disguise ہے۔</w:t>
      </w:r>
    </w:p>
    <w:p>
      <w:r>
        <w:rPr>
          <w:b/>
        </w:rPr>
        <w:t xml:space="preserve">[46:03] </w:t>
      </w:r>
      <w:r>
        <w:t>yani zehmat upar rehmat andar.</w:t>
      </w:r>
    </w:p>
    <w:p>
      <w:pPr>
        <w:jc w:val="right"/>
      </w:pPr>
      <w:r>
        <w:t>یعنی زحمت اوپر رحمت اندر۔</w:t>
      </w:r>
    </w:p>
    <w:p>
      <w:r>
        <w:rPr>
          <w:b/>
        </w:rPr>
        <w:t xml:space="preserve">[46:07] </w:t>
      </w:r>
      <w:r>
        <w:t>har cheez har cheez har cheez.</w:t>
      </w:r>
    </w:p>
    <w:p>
      <w:pPr>
        <w:jc w:val="right"/>
      </w:pPr>
      <w:r>
        <w:t>ہر چیز ہر چیز ہر چیز۔</w:t>
      </w:r>
    </w:p>
    <w:p>
      <w:r>
        <w:rPr>
          <w:b/>
        </w:rPr>
        <w:t xml:space="preserve">[46:11] </w:t>
      </w:r>
      <w:r>
        <w:t>har cheez ka muamla yahi hai.</w:t>
      </w:r>
    </w:p>
    <w:p>
      <w:pPr>
        <w:jc w:val="right"/>
      </w:pPr>
      <w:r>
        <w:t>ہر چیز کا معاملہ یہی ہے۔</w:t>
      </w:r>
    </w:p>
    <w:p>
      <w:r>
        <w:rPr>
          <w:b/>
        </w:rPr>
        <w:t xml:space="preserve">[46:14] </w:t>
      </w:r>
      <w:r>
        <w:t>yahan tak ke aap is biwi bhi aap ke jo aap biwi shadi kar ke late hain woh</w:t>
      </w:r>
    </w:p>
    <w:p>
      <w:pPr>
        <w:jc w:val="right"/>
      </w:pPr>
      <w:r>
        <w:t>یہاں تک کہ آپ اس بیوی بھی آپ کے جو آپ بیوی شادی کر کے لاتے ہیں وہ</w:t>
      </w:r>
    </w:p>
    <w:p>
      <w:r>
        <w:rPr>
          <w:b/>
        </w:rPr>
        <w:t xml:space="preserve">[46:18] </w:t>
      </w:r>
      <w:r>
        <w:t>bhi upar se zehmat hi hai.</w:t>
      </w:r>
    </w:p>
    <w:p>
      <w:pPr>
        <w:jc w:val="right"/>
      </w:pPr>
      <w:r>
        <w:t>بھی اوپر سے زحمت ہی ہے۔</w:t>
      </w:r>
    </w:p>
    <w:p>
      <w:r>
        <w:rPr>
          <w:b/>
        </w:rPr>
        <w:t xml:space="preserve">[46:22] </w:t>
      </w:r>
      <w:r>
        <w:t>main abhi radio pe sun raha tha ek larkiyon ka program tha auraton ka.</w:t>
      </w:r>
    </w:p>
    <w:p>
      <w:pPr>
        <w:jc w:val="right"/>
      </w:pPr>
      <w:r>
        <w:t>میں ابھی radio پہ سن رہا تھا ایک لڑکیوں کا program تھا عورتوں کا۔</w:t>
      </w:r>
    </w:p>
    <w:p>
      <w:r>
        <w:rPr>
          <w:b/>
        </w:rPr>
        <w:t xml:space="preserve">[46:26] </w:t>
      </w:r>
      <w:r>
        <w:t>to ek aurat ne kaha ke shadi kiya hai?</w:t>
      </w:r>
    </w:p>
    <w:p>
      <w:pPr>
        <w:jc w:val="right"/>
      </w:pPr>
      <w:r>
        <w:t>تو ایک عورت نے کہا کہ شادی کیا ہے؟</w:t>
      </w:r>
    </w:p>
    <w:p>
      <w:r>
        <w:rPr>
          <w:b/>
        </w:rPr>
        <w:t xml:space="preserve">[46:30] </w:t>
      </w:r>
      <w:r>
        <w:t>shadi naam hai teen rang ka three rings ka. ek aurat ne kaha shadi shuda aurat ke marriage naam hai three rings ka. us ne kaha ke engagement ring wedding ring aur phir suffering. suffer ring. yani wedding ke baad waqt ek rang pahunchai gayi tum ko. bazahir khushi ki phir wedding ring pahunchai gayi bazahir</w:t>
      </w:r>
    </w:p>
    <w:p>
      <w:pPr>
        <w:jc w:val="right"/>
      </w:pPr>
      <w:r>
        <w:t>شادی نام ہے تین رنگ کا three rings کا۔ ایک عورت نے کہا شادی شدہ عورت کہ marriage نام ہے three rings کا۔ اس نے کہا کہ engagement ring wedding ring اور پھر suffering۔ سفر ring۔ یعنی wedding کے بعد وقت ایک رنگ پہنچائی گئی تم کو۔ بظاہر خوشی کی پھر wedding رنگ پہنچائی گئی بظاہر</w:t>
      </w:r>
    </w:p>
    <w:p>
      <w:r>
        <w:rPr>
          <w:b/>
        </w:rPr>
        <w:t xml:space="preserve">[47:00] </w:t>
      </w:r>
      <w:r>
        <w:t>khushi lekin jab shadi hui aur rehne lage hum sath sath to kiya tha suffering suffering suffering.</w:t>
      </w:r>
    </w:p>
    <w:p>
      <w:pPr>
        <w:jc w:val="right"/>
      </w:pPr>
      <w:r>
        <w:t>خوشی لیکن جب شادی ہوئی اور رہنے لگے ہم ساتھ ساتھ تو کیا تھا suffering suffering suffering۔</w:t>
      </w:r>
    </w:p>
    <w:p>
      <w:r>
        <w:rPr>
          <w:b/>
        </w:rPr>
        <w:t xml:space="preserve">[47:04] </w:t>
      </w:r>
      <w:r>
        <w:t>yeh superfluous thinking hai.</w:t>
      </w:r>
    </w:p>
    <w:p>
      <w:pPr>
        <w:jc w:val="right"/>
      </w:pPr>
      <w:r>
        <w:t>یہ superfluous thinking ہے۔</w:t>
      </w:r>
    </w:p>
    <w:p>
      <w:r>
        <w:rPr>
          <w:b/>
        </w:rPr>
        <w:t xml:space="preserve">[47:09] </w:t>
      </w:r>
      <w:r>
        <w:t>yeh chhalke ki satah par jeena hai.</w:t>
      </w:r>
    </w:p>
    <w:p>
      <w:pPr>
        <w:jc w:val="right"/>
      </w:pPr>
      <w:r>
        <w:t>یہ چھلکے کی سطح پر جینا ہے۔</w:t>
      </w:r>
    </w:p>
    <w:p>
      <w:r>
        <w:rPr>
          <w:b/>
        </w:rPr>
        <w:t xml:space="preserve">[47:14] </w:t>
      </w:r>
      <w:r>
        <w:t>to aap har cheez ko even marriage ko shadi ko rediscover karna pare ga aap ko.</w:t>
      </w:r>
    </w:p>
    <w:p>
      <w:pPr>
        <w:jc w:val="right"/>
      </w:pPr>
      <w:r>
        <w:t>تو آپ ہر چیز کو even marriage کو شادی کو rediscover کرنا پڑے گا آپ کو۔</w:t>
      </w:r>
    </w:p>
    <w:p>
      <w:r>
        <w:rPr>
          <w:b/>
        </w:rPr>
        <w:t xml:space="preserve">[47:19] </w:t>
      </w:r>
      <w:r>
        <w:t>complaint ka chhalka utarna pare ga.</w:t>
      </w:r>
    </w:p>
    <w:p>
      <w:pPr>
        <w:jc w:val="right"/>
      </w:pPr>
      <w:r>
        <w:t>complaint کا چھلکا اتارنا پڑے گا۔</w:t>
      </w:r>
    </w:p>
    <w:p>
      <w:r>
        <w:rPr>
          <w:b/>
        </w:rPr>
        <w:t xml:space="preserve">[47:24] </w:t>
      </w:r>
      <w:r>
        <w:t>protest ka chhalka utarna pare ga.</w:t>
      </w:r>
    </w:p>
    <w:p>
      <w:pPr>
        <w:jc w:val="right"/>
      </w:pPr>
      <w:r>
        <w:t>protest کا چھلکا اتارنا پڑے گا۔</w:t>
      </w:r>
    </w:p>
    <w:p>
      <w:r>
        <w:rPr>
          <w:b/>
        </w:rPr>
        <w:t xml:space="preserve">[47:29] </w:t>
      </w:r>
      <w:r>
        <w:t>suffering ka jo upar ka cover hai is ko utarna pare ga.</w:t>
      </w:r>
    </w:p>
    <w:p>
      <w:pPr>
        <w:jc w:val="right"/>
      </w:pPr>
      <w:r>
        <w:t>suffering کا جو اوپر کا cover ہے اس کو اتارنا پڑے گا۔</w:t>
      </w:r>
    </w:p>
    <w:p>
      <w:r>
        <w:rPr>
          <w:b/>
        </w:rPr>
        <w:t xml:space="preserve">[47:34] </w:t>
      </w:r>
      <w:r>
        <w:t>isi ko kaha gaya hai positive frame of mind.</w:t>
      </w:r>
    </w:p>
    <w:p>
      <w:pPr>
        <w:jc w:val="right"/>
      </w:pPr>
      <w:r>
        <w:t>اسی کو کہا گیا ہے positive frame of mind۔</w:t>
      </w:r>
    </w:p>
    <w:p>
      <w:r>
        <w:rPr>
          <w:b/>
        </w:rPr>
        <w:t xml:space="preserve">[47:39] </w:t>
      </w:r>
      <w:r>
        <w:t>yani quran ko ya rabbaniyat ko samajhne ke liye ya khuda ko samajhne ke liye zaruri hai ke</w:t>
      </w:r>
    </w:p>
    <w:p>
      <w:pPr>
        <w:jc w:val="right"/>
      </w:pPr>
      <w:r>
        <w:t>یعنی قرآن کو یا ربانیت کو سمجھنے کے لیے یا خدا کو سمجھنے کے لیے ضروری ہے کہ</w:t>
      </w:r>
    </w:p>
    <w:p>
      <w:r>
        <w:rPr>
          <w:b/>
        </w:rPr>
        <w:t xml:space="preserve">[47:44] </w:t>
      </w:r>
      <w:r>
        <w:t>aap ke andar positive frame of mind ho.</w:t>
      </w:r>
    </w:p>
    <w:p>
      <w:pPr>
        <w:jc w:val="right"/>
      </w:pPr>
      <w:r>
        <w:t>آپ کے اندر positive frame of mind ہو۔</w:t>
      </w:r>
    </w:p>
    <w:p>
      <w:r>
        <w:rPr>
          <w:b/>
        </w:rPr>
        <w:t xml:space="preserve">[47:49] </w:t>
      </w:r>
      <w:r>
        <w:t>positive frame of mind.</w:t>
      </w:r>
    </w:p>
    <w:p>
      <w:pPr>
        <w:jc w:val="right"/>
      </w:pPr>
      <w:r>
        <w:t>positive frame of mind۔</w:t>
      </w:r>
    </w:p>
    <w:p>
      <w:r>
        <w:rPr>
          <w:b/>
        </w:rPr>
        <w:t xml:space="preserve">[47:54] </w:t>
      </w:r>
      <w:r>
        <w:t>positive frame of mind kya hai? negativity ka jo cover hai us ko hatana.</w:t>
      </w:r>
    </w:p>
    <w:p>
      <w:pPr>
        <w:jc w:val="right"/>
      </w:pPr>
      <w:r>
        <w:t>positive frame of mind کیا ہے؟ negativity کا جو cover ہے اس کو ہٹانا۔</w:t>
      </w:r>
    </w:p>
    <w:p>
      <w:r>
        <w:rPr>
          <w:b/>
        </w:rPr>
        <w:t xml:space="preserve">[47:59] </w:t>
      </w:r>
      <w:r>
        <w:t>andar jo jo positive aspect hai cheezon ka us</w:t>
      </w:r>
    </w:p>
    <w:p>
      <w:pPr>
        <w:jc w:val="right"/>
      </w:pPr>
      <w:r>
        <w:t>اندر جو جو positive aspect ہے چیزوں کا اس</w:t>
      </w:r>
    </w:p>
    <w:p>
      <w:r>
        <w:rPr>
          <w:b/>
        </w:rPr>
        <w:t xml:space="preserve">[48:04] </w:t>
      </w:r>
      <w:r>
        <w:t>ko discover karna.</w:t>
      </w:r>
    </w:p>
    <w:p>
      <w:pPr>
        <w:jc w:val="right"/>
      </w:pPr>
      <w:r>
        <w:t>کو discover کرنا۔</w:t>
      </w:r>
    </w:p>
    <w:p>
      <w:r>
        <w:rPr>
          <w:b/>
        </w:rPr>
        <w:t xml:space="preserve">[48:08] </w:t>
      </w:r>
      <w:r>
        <w:t>jaise ek glass aap ke samne hai.</w:t>
      </w:r>
    </w:p>
    <w:p>
      <w:pPr>
        <w:jc w:val="right"/>
      </w:pPr>
      <w:r>
        <w:t>جیسے ایک گلاس آپ کے سامنے ہے۔</w:t>
      </w:r>
    </w:p>
    <w:p>
      <w:r>
        <w:rPr>
          <w:b/>
        </w:rPr>
        <w:t xml:space="preserve">[48:13] </w:t>
      </w:r>
      <w:r>
        <w:t>upar yahan par kya hai? yeh to shisha hai.</w:t>
      </w:r>
    </w:p>
    <w:p>
      <w:pPr>
        <w:jc w:val="right"/>
      </w:pPr>
      <w:r>
        <w:t>اوپر یہاں پر کیا ہے؟ یہ تو شیشہ ہے۔</w:t>
      </w:r>
    </w:p>
    <w:p>
      <w:r>
        <w:rPr>
          <w:b/>
        </w:rPr>
        <w:t xml:space="preserve">[48:17] </w:t>
      </w:r>
      <w:r>
        <w:t>shisha kya hai? just like stone.</w:t>
      </w:r>
    </w:p>
    <w:p>
      <w:pPr>
        <w:jc w:val="right"/>
      </w:pPr>
      <w:r>
        <w:t>شیشہ کیا ہے؟ just like stone۔</w:t>
      </w:r>
    </w:p>
    <w:p>
      <w:r>
        <w:rPr>
          <w:b/>
        </w:rPr>
        <w:t xml:space="preserve">[48:21] </w:t>
      </w:r>
      <w:r>
        <w:t>is shishe ko agar main khaoon to mera pet jo hai woh bura haal ho jayega mere pet ka.</w:t>
      </w:r>
    </w:p>
    <w:p>
      <w:pPr>
        <w:jc w:val="right"/>
      </w:pPr>
      <w:r>
        <w:t>اس شیشے کو اگر میں کھاؤں تو میرا پیٹ جو ہے وہ برا حال ہو جائے گا میرے پیٹ کا۔</w:t>
      </w:r>
    </w:p>
    <w:p>
      <w:r>
        <w:rPr>
          <w:b/>
        </w:rPr>
        <w:t xml:space="preserve">[48:26] </w:t>
      </w:r>
      <w:r>
        <w:t>lekin shishe ke andar jo pani hai jab us ko main peeta hoon to woh mujhe health deta hai.</w:t>
      </w:r>
    </w:p>
    <w:p>
      <w:pPr>
        <w:jc w:val="right"/>
      </w:pPr>
      <w:r>
        <w:t>لیکن شیشے کے اندر جو پانی ہے جب اس کو میں پیتا ہوں تو وہ مجھے health دیتا ہے۔</w:t>
      </w:r>
    </w:p>
    <w:p>
      <w:r>
        <w:rPr>
          <w:b/>
        </w:rPr>
        <w:t xml:space="preserve">[48:30] </w:t>
      </w:r>
      <w:r>
        <w:t>upar se shisha yani pathar</w:t>
      </w:r>
    </w:p>
    <w:p>
      <w:pPr>
        <w:jc w:val="right"/>
      </w:pPr>
      <w:r>
        <w:t>اوپر سے شیشہ یعنی پتھر</w:t>
      </w:r>
    </w:p>
    <w:p>
      <w:r>
        <w:rPr>
          <w:b/>
        </w:rPr>
        <w:t xml:space="preserve">[48:35] </w:t>
      </w:r>
      <w:r>
        <w:t>.</w:t>
      </w:r>
    </w:p>
    <w:p>
      <w:pPr>
        <w:jc w:val="right"/>
      </w:pPr>
      <w:r>
        <w:t>۔</w:t>
      </w:r>
    </w:p>
    <w:p>
      <w:r>
        <w:rPr>
          <w:b/>
        </w:rPr>
        <w:t xml:space="preserve">[48:39] </w:t>
      </w:r>
      <w:r>
        <w:t>andar se pani liquid pani.</w:t>
      </w:r>
    </w:p>
    <w:p>
      <w:pPr>
        <w:jc w:val="right"/>
      </w:pPr>
      <w:r>
        <w:t>اندر سے پانی liquid پانی۔</w:t>
      </w:r>
    </w:p>
    <w:p>
      <w:r>
        <w:rPr>
          <w:b/>
        </w:rPr>
        <w:t xml:space="preserve">[48:43] </w:t>
      </w:r>
      <w:r>
        <w:t>isi se aap samajh sakte hain.</w:t>
      </w:r>
    </w:p>
    <w:p>
      <w:pPr>
        <w:jc w:val="right"/>
      </w:pPr>
      <w:r>
        <w:t>اسی سے آپ سمجھ سکتے ہیں۔</w:t>
      </w:r>
    </w:p>
    <w:p>
      <w:r>
        <w:rPr>
          <w:b/>
        </w:rPr>
        <w:t xml:space="preserve">[48:48] </w:t>
      </w:r>
      <w:r>
        <w:t>اوپر just like stone اندر بہت ہی اچھا drink.</w:t>
      </w:r>
    </w:p>
    <w:p>
      <w:pPr>
        <w:jc w:val="right"/>
      </w:pPr>
      <w:r>
        <w:t>اوپر just like stone اندر بہت ہی اچھا drink۔</w:t>
      </w:r>
    </w:p>
    <w:p>
      <w:r>
        <w:rPr>
          <w:b/>
        </w:rPr>
        <w:t xml:space="preserve">[48:52] </w:t>
      </w:r>
      <w:r>
        <w:t>to sari dunya aise hi hai.</w:t>
      </w:r>
    </w:p>
    <w:p>
      <w:pPr>
        <w:jc w:val="right"/>
      </w:pPr>
      <w:r>
        <w:t>تو ساری دنیا ایسے ہی ہے۔</w:t>
      </w:r>
    </w:p>
    <w:p>
      <w:r>
        <w:rPr>
          <w:b/>
        </w:rPr>
        <w:t xml:space="preserve">[48:56] </w:t>
      </w:r>
      <w:r>
        <w:t>upar se kuch hai andar se kuch hai.</w:t>
      </w:r>
    </w:p>
    <w:p>
      <w:pPr>
        <w:jc w:val="right"/>
      </w:pPr>
      <w:r>
        <w:t>اوپر سے کچھ ہے اندر سے کچھ ہے۔</w:t>
      </w:r>
    </w:p>
    <w:p>
      <w:r>
        <w:rPr>
          <w:b/>
        </w:rPr>
        <w:t xml:space="preserve">[49:01] </w:t>
      </w:r>
      <w:r>
        <w:t>to aap ko yeh janana parega ke sara mamla yahan blessing in disguise ka hai.</w:t>
      </w:r>
    </w:p>
    <w:p>
      <w:pPr>
        <w:jc w:val="right"/>
      </w:pPr>
      <w:r>
        <w:t>تو آپ کو یہ جاننا پڑے گا کہ سارا معاملہ یہاں blessing in disguise کا ہے۔</w:t>
      </w:r>
    </w:p>
    <w:p>
      <w:r>
        <w:rPr>
          <w:b/>
        </w:rPr>
        <w:t xml:space="preserve">[49:05] </w:t>
      </w:r>
      <w:r>
        <w:t>sara mamla.</w:t>
      </w:r>
    </w:p>
    <w:p>
      <w:pPr>
        <w:jc w:val="right"/>
      </w:pPr>
      <w:r>
        <w:t>سارا معاملہ۔</w:t>
      </w:r>
    </w:p>
    <w:p>
      <w:r>
        <w:rPr>
          <w:b/>
        </w:rPr>
        <w:t xml:space="preserve">[49:10] </w:t>
      </w:r>
      <w:r>
        <w:t>sara mamla har cheez.</w:t>
      </w:r>
    </w:p>
    <w:p>
      <w:pPr>
        <w:jc w:val="right"/>
      </w:pPr>
      <w:r>
        <w:t>سارا معاملہ ہر چیز۔</w:t>
      </w:r>
    </w:p>
    <w:p>
      <w:r>
        <w:rPr>
          <w:b/>
        </w:rPr>
        <w:t xml:space="preserve">[49:14] </w:t>
      </w:r>
      <w:r>
        <w:t>ke pani bhi hai to us ke bahar pathar hai.</w:t>
      </w:r>
    </w:p>
    <w:p>
      <w:pPr>
        <w:jc w:val="right"/>
      </w:pPr>
      <w:r>
        <w:t>کہ پانی بھی ہے تو اس کے باہر پتھر ہے۔</w:t>
      </w:r>
    </w:p>
    <w:p>
      <w:r>
        <w:rPr>
          <w:b/>
        </w:rPr>
        <w:t xml:space="preserve">[49:19] </w:t>
      </w:r>
      <w:r>
        <w:t>agar yeh pathar na ho to pani tikaye kahan? pani ko tikane ke liye yeh pathar chahiye.</w:t>
      </w:r>
    </w:p>
    <w:p>
      <w:pPr>
        <w:jc w:val="right"/>
      </w:pPr>
      <w:r>
        <w:t>اگر یہ پتھر نہ ہو تو پانی ٹکائے کہاں؟ پانی کو ٹکانے کے لیے یہ پتھر چاہیے۔</w:t>
      </w:r>
    </w:p>
    <w:p>
      <w:r>
        <w:rPr>
          <w:b/>
        </w:rPr>
        <w:t xml:space="preserve">[49:24] </w:t>
      </w:r>
      <w:r>
        <w:t>to poori dunya isi tarike se hai.</w:t>
      </w:r>
    </w:p>
    <w:p>
      <w:pPr>
        <w:jc w:val="right"/>
      </w:pPr>
      <w:r>
        <w:t>تو پوری دنیا اسی طریقے سے ہے۔</w:t>
      </w:r>
    </w:p>
    <w:p>
      <w:r>
        <w:rPr>
          <w:b/>
        </w:rPr>
        <w:t xml:space="preserve">[49:29] </w:t>
      </w:r>
      <w:r>
        <w:t>blessing in disguise.</w:t>
      </w:r>
    </w:p>
    <w:p>
      <w:pPr>
        <w:jc w:val="right"/>
      </w:pPr>
      <w:r>
        <w:t>blessing in disguise۔</w:t>
      </w:r>
    </w:p>
    <w:p>
      <w:r>
        <w:rPr>
          <w:b/>
        </w:rPr>
        <w:t xml:space="preserve">[49:33] </w:t>
      </w:r>
      <w:r>
        <w:t>to aap ko apne andar positive thinking lani pare gi. yani</w:t>
      </w:r>
    </w:p>
    <w:p>
      <w:pPr>
        <w:jc w:val="right"/>
      </w:pPr>
      <w:r>
        <w:t>تو آپ کو اپنے اندر positive thinking لانی پڑے گی۔ یعنی</w:t>
      </w:r>
    </w:p>
    <w:p>
      <w:r>
        <w:rPr>
          <w:b/>
        </w:rPr>
        <w:t xml:space="preserve">[49:38] </w:t>
      </w:r>
      <w:r>
        <w:t>wo ability jo negative ko positive mein convert kar sake.</w:t>
      </w:r>
    </w:p>
    <w:p>
      <w:pPr>
        <w:jc w:val="right"/>
      </w:pPr>
      <w:r>
        <w:t>وہ ability جو negative کو positive میں convert کر سکے۔</w:t>
      </w:r>
    </w:p>
    <w:p>
      <w:r>
        <w:rPr>
          <w:b/>
        </w:rPr>
        <w:t xml:space="preserve">[49:43] </w:t>
      </w:r>
      <w:r>
        <w:t>aap ko apne andar wo ability wo ability lani pare gi.</w:t>
      </w:r>
    </w:p>
    <w:p>
      <w:pPr>
        <w:jc w:val="right"/>
      </w:pPr>
      <w:r>
        <w:t>آپ کو اپنے اندر وہ ability وہ ability لانی پڑے گی۔</w:t>
      </w:r>
    </w:p>
    <w:p>
      <w:r>
        <w:rPr>
          <w:b/>
        </w:rPr>
        <w:t xml:space="preserve">[49:47] </w:t>
      </w:r>
      <w:r>
        <w:t>wo intellectual ability.</w:t>
      </w:r>
    </w:p>
    <w:p>
      <w:pPr>
        <w:jc w:val="right"/>
      </w:pPr>
      <w:r>
        <w:t>وہ intellectual ability۔</w:t>
      </w:r>
    </w:p>
    <w:p>
      <w:r>
        <w:rPr>
          <w:b/>
        </w:rPr>
        <w:t xml:space="preserve">[49:51] </w:t>
      </w:r>
      <w:r>
        <w:t>jis ke zariye se aap negative ko positive mein convert kar saken.</w:t>
      </w:r>
    </w:p>
    <w:p>
      <w:pPr>
        <w:jc w:val="right"/>
      </w:pPr>
      <w:r>
        <w:t>جس کے ذریعے سے آپ negative کو positive میں convert کر سکیں۔</w:t>
      </w:r>
    </w:p>
    <w:p>
      <w:r>
        <w:rPr>
          <w:b/>
        </w:rPr>
        <w:t xml:space="preserve">[49:56] </w:t>
      </w:r>
      <w:r>
        <w:t>tab ja kar aap khuda ko paen ge.</w:t>
      </w:r>
    </w:p>
    <w:p>
      <w:pPr>
        <w:jc w:val="right"/>
      </w:pPr>
      <w:r>
        <w:t>تب جا کر آپ خدا کو پائیں گے۔</w:t>
      </w:r>
    </w:p>
    <w:p>
      <w:r>
        <w:rPr>
          <w:b/>
        </w:rPr>
        <w:t xml:space="preserve">[50:00] </w:t>
      </w:r>
      <w:r>
        <w:t>tab ja kar aap ke andar rabbani spirit jage gi.</w:t>
      </w:r>
    </w:p>
    <w:p>
      <w:pPr>
        <w:jc w:val="right"/>
      </w:pPr>
      <w:r>
        <w:t>تب جا کر آپ کے اندر ربانی spirit جاگے گی۔</w:t>
      </w:r>
    </w:p>
    <w:p>
      <w:r>
        <w:rPr>
          <w:b/>
        </w:rPr>
        <w:t xml:space="preserve">[50:04] </w:t>
      </w:r>
      <w:r>
        <w:t>tab aap keh saken ge</w:t>
      </w:r>
    </w:p>
    <w:p>
      <w:pPr>
        <w:jc w:val="right"/>
      </w:pPr>
      <w:r>
        <w:t>تب آپ کہہ سکیں گے</w:t>
      </w:r>
    </w:p>
    <w:p>
      <w:r>
        <w:rPr>
          <w:b/>
        </w:rPr>
        <w:t xml:space="preserve">[50:09] </w:t>
      </w:r>
      <w:r>
        <w:t>bismillah rahman rahim. tab aap keh sakenge alhamdulillah rabbil alamin. tab aap khuda ki jo kitab hai jo divine book us ke us ko samajhne ke qabil ho sakenge. warna aap samajh nahin sakte. to mein samajhta hoon ke agar yeh kaha jaye ke cheezon ko</w:t>
      </w:r>
    </w:p>
    <w:p>
      <w:pPr>
        <w:jc w:val="right"/>
      </w:pPr>
      <w:r>
        <w:t>بسم اللہ الرحمن الرحیم۔ تب آپ کہہ سکیں گے الحمدللہ رب العالمین۔ تب آپ خدا کی جو کتاب ہے جو divine book اس کے اس کو سمجھنے کے قابل ہو سکیں گے۔ ورنہ آپ سمجھ نہیں سکتے۔ تو میں سمجھتا ہوں کہ اگر یہ کہا جائے کہ چیزوں کو</w:t>
      </w:r>
    </w:p>
    <w:p>
      <w:r>
        <w:rPr>
          <w:b/>
        </w:rPr>
        <w:t xml:space="preserve">[50:39] </w:t>
      </w:r>
      <w:r>
        <w:t>wrong angle se dekhna ek hota hai.</w:t>
      </w:r>
    </w:p>
    <w:p>
      <w:pPr>
        <w:jc w:val="right"/>
      </w:pPr>
      <w:r>
        <w:t>wrong angle سے دیکھنا ایک ہوتا ہے۔</w:t>
      </w:r>
    </w:p>
    <w:p>
      <w:r>
        <w:rPr>
          <w:b/>
        </w:rPr>
        <w:t xml:space="preserve">[50:45] </w:t>
      </w:r>
      <w:r>
        <w:t>ek hota hai right angle se dekhna.</w:t>
      </w:r>
    </w:p>
    <w:p>
      <w:pPr>
        <w:jc w:val="right"/>
      </w:pPr>
      <w:r>
        <w:t>ایک ہوتا ہےright angle سے دیکھنا۔</w:t>
      </w:r>
    </w:p>
    <w:p>
      <w:r>
        <w:rPr>
          <w:b/>
        </w:rPr>
        <w:t xml:space="preserve">[50:51] </w:t>
      </w:r>
      <w:r>
        <w:t>to jab tak aap is ko na janen ke wrong angle se dekhne mein cheezen ulti dikhai parti hain.</w:t>
      </w:r>
    </w:p>
    <w:p>
      <w:pPr>
        <w:jc w:val="right"/>
      </w:pPr>
      <w:r>
        <w:t>تو جب تک آپ اس کو نہ جانیں کہ wrong angle سے دیکھنے میں چیزیں الٹی دکھائی پڑتی ہیں۔</w:t>
      </w:r>
    </w:p>
    <w:p>
      <w:r>
        <w:rPr>
          <w:b/>
        </w:rPr>
        <w:t xml:space="preserve">[50:57] </w:t>
      </w:r>
      <w:r>
        <w:t>aur right angle se dekhne mein cheezen seedhi dikhai parti hain.</w:t>
      </w:r>
    </w:p>
    <w:p>
      <w:pPr>
        <w:jc w:val="right"/>
      </w:pPr>
      <w:r>
        <w:t>اورright angle سے دیکھنے میں چیزیں سیدھی دکھائی پڑتی ہیں۔</w:t>
      </w:r>
    </w:p>
    <w:p>
      <w:r>
        <w:rPr>
          <w:b/>
        </w:rPr>
        <w:t xml:space="preserve">[51:04] </w:t>
      </w:r>
      <w:r>
        <w:t>jab tak aap is ko na janen</w:t>
      </w:r>
    </w:p>
    <w:p>
      <w:pPr>
        <w:jc w:val="right"/>
      </w:pPr>
      <w:r>
        <w:t>جب تک آپ اس کو نہ جانیں</w:t>
      </w:r>
    </w:p>
    <w:p>
      <w:r>
        <w:rPr>
          <w:b/>
        </w:rPr>
        <w:t xml:space="preserve">[51:10] </w:t>
      </w:r>
      <w:r>
        <w:t>tab tak is dunya mein aap is tarah nahi reh sakte jis tarah jo creation plan of God</w:t>
      </w:r>
    </w:p>
    <w:p>
      <w:pPr>
        <w:jc w:val="right"/>
      </w:pPr>
      <w:r>
        <w:t>تب تک اس دنیا میں آپ اس طرح نہیں رہ سکتے جس طرح جو creation plan of God</w:t>
      </w:r>
    </w:p>
    <w:p>
      <w:r>
        <w:rPr>
          <w:b/>
        </w:rPr>
        <w:t xml:space="preserve">[51:14] </w:t>
      </w:r>
      <w:r>
        <w:t>ka taqaza hai.</w:t>
      </w:r>
    </w:p>
    <w:p>
      <w:pPr>
        <w:jc w:val="right"/>
      </w:pPr>
      <w:r>
        <w:t>کا تقاضا ہے۔</w:t>
      </w:r>
    </w:p>
    <w:p>
      <w:r>
        <w:rPr>
          <w:b/>
        </w:rPr>
        <w:t xml:space="preserve">[51:18] </w:t>
      </w:r>
      <w:r>
        <w:t>jo khuda ka creation plan hai.</w:t>
      </w:r>
    </w:p>
    <w:p>
      <w:pPr>
        <w:jc w:val="right"/>
      </w:pPr>
      <w:r>
        <w:t>جو خدا کا creation plan ہے۔</w:t>
      </w:r>
    </w:p>
    <w:p>
      <w:r>
        <w:rPr>
          <w:b/>
        </w:rPr>
        <w:t xml:space="preserve">[51:22] </w:t>
      </w:r>
      <w:r>
        <w:t>apne creation plan ke mutabiq khuda jaisa chahta hai ke aap rahen is dunya mein.</w:t>
      </w:r>
    </w:p>
    <w:p>
      <w:pPr>
        <w:jc w:val="right"/>
      </w:pPr>
      <w:r>
        <w:t>اپنے creation plan کے مطابق خدا جیسا چاہتا ہے کہ آپ رہیں اس دنیا میں۔</w:t>
      </w:r>
    </w:p>
    <w:p>
      <w:r>
        <w:rPr>
          <w:b/>
        </w:rPr>
        <w:t xml:space="preserve">[51:26] </w:t>
      </w:r>
      <w:r>
        <w:t>is tarah aap nahi reh sakte.</w:t>
      </w:r>
    </w:p>
    <w:p>
      <w:pPr>
        <w:jc w:val="right"/>
      </w:pPr>
      <w:r>
        <w:t>اس طرح آپ نہیں رہ سکتے۔</w:t>
      </w:r>
    </w:p>
    <w:p>
      <w:r>
        <w:rPr>
          <w:b/>
        </w:rPr>
        <w:t xml:space="preserve">[51:30] </w:t>
      </w:r>
      <w:r>
        <w:t>jab tak aap ke andar ye ye ability na ho.</w:t>
      </w:r>
    </w:p>
    <w:p>
      <w:pPr>
        <w:jc w:val="right"/>
      </w:pPr>
      <w:r>
        <w:t>جب تک آپ کے اندر یہ یہ ability نہ ہو۔</w:t>
      </w:r>
    </w:p>
    <w:p>
      <w:r>
        <w:rPr>
          <w:b/>
        </w:rPr>
        <w:t xml:space="preserve">[51:34] </w:t>
      </w:r>
      <w:r>
        <w:t>ye capacity na ho ke aap cheezen ko dekh saken right angle se.</w:t>
      </w:r>
    </w:p>
    <w:p>
      <w:pPr>
        <w:jc w:val="right"/>
      </w:pPr>
      <w:r>
        <w:t>یہ capacity نہ ہو کہ آپ چیزوں کو دیکھ سکیںright angle سے۔</w:t>
      </w:r>
    </w:p>
    <w:p>
      <w:r>
        <w:rPr>
          <w:b/>
        </w:rPr>
        <w:t xml:space="preserve">[51:39] </w:t>
      </w:r>
      <w:r>
        <w:t>wrong angle se nahi.</w:t>
      </w:r>
    </w:p>
    <w:p>
      <w:pPr>
        <w:jc w:val="right"/>
      </w:pPr>
      <w:r>
        <w:t>wrong angle سے نہیں۔</w:t>
      </w:r>
    </w:p>
    <w:p>
      <w:r>
        <w:rPr>
          <w:b/>
        </w:rPr>
        <w:t xml:space="preserve">[51:43] </w:t>
      </w:r>
      <w:r>
        <w:t>jaise aap dekhiye hazaron admi aap ke aas pas hain jin ko aap dekhte honge ke paida</w:t>
      </w:r>
    </w:p>
    <w:p>
      <w:pPr>
        <w:jc w:val="right"/>
      </w:pPr>
      <w:r>
        <w:t>جیسے آپ دیکھیے ہزاروں آدمی آپ کے آس پاس ہیں جن کو آپ دیکھتے ہوں گے کہ پیدا</w:t>
      </w:r>
    </w:p>
    <w:p>
      <w:r>
        <w:rPr>
          <w:b/>
        </w:rPr>
        <w:t xml:space="preserve">[51:53] </w:t>
      </w:r>
      <w:r>
        <w:t>hue ghareeb phir bohat bari kamyabi un ko hui.</w:t>
      </w:r>
    </w:p>
    <w:p>
      <w:pPr>
        <w:jc w:val="right"/>
      </w:pPr>
      <w:r>
        <w:t>ہوئے غریب پھر بہت بڑی کامیابی ان کو ہوئی۔</w:t>
      </w:r>
    </w:p>
    <w:p>
      <w:r>
        <w:rPr>
          <w:b/>
        </w:rPr>
        <w:t xml:space="preserve">[52:03] </w:t>
      </w:r>
      <w:r>
        <w:t>jaise doctor raman jaise jitne bhi aap dekhiye ambedkar hamare president sabaq doctor abdul kalam jis ko bhi dekhiye</w:t>
      </w:r>
    </w:p>
    <w:p>
      <w:pPr>
        <w:jc w:val="right"/>
      </w:pPr>
      <w:r>
        <w:t>جیسے ڈاکٹر رمن جیسے جتنے بھی آپ دیکھیے امبیدکر ہمارے president سابق ڈاکٹر عبدالکلام جس کو بھی دیکھیے</w:t>
      </w:r>
    </w:p>
    <w:p>
      <w:r>
        <w:rPr>
          <w:b/>
        </w:rPr>
        <w:t xml:space="preserve">[52:14] </w:t>
      </w:r>
      <w:r>
        <w:t>to agar aap dekhen un ko is is waqt ke lehaz se jab wo paida hue the ek</w:t>
      </w:r>
    </w:p>
    <w:p>
      <w:pPr>
        <w:jc w:val="right"/>
      </w:pPr>
      <w:r>
        <w:t>تو اگر آپ دیکھیں ان کو اس اس وقت کے لحاظ سے جب وہ پیدا ہوئے تھے ایک</w:t>
      </w:r>
    </w:p>
    <w:p>
      <w:r>
        <w:rPr>
          <w:b/>
        </w:rPr>
        <w:t xml:space="preserve">[52:19] </w:t>
      </w:r>
      <w:r>
        <w:t>poor family mein to aap kahein kaisa bad naseeb hai bachcha ghareeb family mein paida hua.</w:t>
      </w:r>
    </w:p>
    <w:p>
      <w:pPr>
        <w:jc w:val="right"/>
      </w:pPr>
      <w:r>
        <w:t>poor family میں تو آپ کہیں کیسا بد نصیب ہے بچہ غریب family میں پیدا ہوا۔</w:t>
      </w:r>
    </w:p>
    <w:p>
      <w:r>
        <w:rPr>
          <w:b/>
        </w:rPr>
        <w:t xml:space="preserve">[52:24] </w:t>
      </w:r>
      <w:r>
        <w:t>wohi jab pahunchta hai bade bade darje ko pahunchta hai.</w:t>
      </w:r>
    </w:p>
    <w:p>
      <w:pPr>
        <w:jc w:val="right"/>
      </w:pPr>
      <w:r>
        <w:t>وہی جب پہنچتا ہے بڑے بڑے درجے کو پہنچتا ہے۔</w:t>
      </w:r>
    </w:p>
    <w:p>
      <w:r>
        <w:rPr>
          <w:b/>
        </w:rPr>
        <w:t xml:space="preserve">[52:29] </w:t>
      </w:r>
      <w:r>
        <w:t>jab is ko sochen ge aap to aap aik discover karein ge aik cheez.</w:t>
      </w:r>
    </w:p>
    <w:p>
      <w:pPr>
        <w:jc w:val="right"/>
      </w:pPr>
      <w:r>
        <w:t>جب اس کو سوچیں گے آپ تو آپ ایک discover کریں گے ایک چیز۔</w:t>
      </w:r>
    </w:p>
    <w:p>
      <w:r>
        <w:rPr>
          <w:b/>
        </w:rPr>
        <w:t xml:space="preserve">[52:34] </w:t>
      </w:r>
      <w:r>
        <w:t>aik discover karein ge aik cheez.</w:t>
      </w:r>
    </w:p>
    <w:p>
      <w:pPr>
        <w:jc w:val="right"/>
      </w:pPr>
      <w:r>
        <w:t>ایک discover کریں گے ایک چیز۔</w:t>
      </w:r>
    </w:p>
    <w:p>
      <w:r>
        <w:rPr>
          <w:b/>
        </w:rPr>
        <w:t xml:space="preserve">[52:39] </w:t>
      </w:r>
      <w:r>
        <w:t>woh kya? ke woh bachcha jo paida hota hai poor family mein</w:t>
      </w:r>
    </w:p>
    <w:p>
      <w:pPr>
        <w:jc w:val="right"/>
      </w:pPr>
      <w:r>
        <w:t>وہ کیا؟ کہ وہ بچہ جو پیدا ہوتا ہے poor family میں</w:t>
      </w:r>
    </w:p>
    <w:p>
      <w:r>
        <w:rPr>
          <w:b/>
        </w:rPr>
        <w:t xml:space="preserve">[52:44] </w:t>
      </w:r>
      <w:r>
        <w:t>woh ek aur cheez le kar paida hota hai. woh hai incentive. incentive. jo ameer family mein paida hone wale bachche qadar nahin hota. jab aap kehte hain ke mister a was born yani with a silver spoon in his mouth. yani mister mister rich was mister rich was born with a silver spoon in his mouth.</w:t>
      </w:r>
    </w:p>
    <w:p>
      <w:pPr>
        <w:jc w:val="right"/>
      </w:pPr>
      <w:r>
        <w:t>وہ ایک اور چیز لے کر پیدا ہوتا ہے۔ وہ ہے incentive۔ incentive۔ جو امیر family میں پیدا ہونے والے بچے قدر نہیں ہوتا۔ جب آپ کہتے ہیں کہ مسٹر اے was born یعنی with a silver spoon in his mouth۔ یعنی مسٹر مسٹر rich was مسٹر rich was born with a silver spoon in his mouth۔</w:t>
      </w:r>
    </w:p>
    <w:p>
      <w:r>
        <w:rPr>
          <w:b/>
        </w:rPr>
        <w:t xml:space="preserve">[53:14] </w:t>
      </w:r>
      <w:r>
        <w:t>to is ka kya matlab hota hai? ke rich family mein paida hua lekin is ka to incentive nahin tha. jo aaj rich family mein paida hone wale bachche kabhi taraqqi nahin karte. aap dekh lijie. kyunke un ko incentive nahin hota hai. lekin jo poor family mein jo paida bachcha hota hai bachcha woh kya hota hai? is ke mutaliq hum yeh kahen ke Mr. Poor was born with an incentive spoon in his mouth. woh kehte hain incentive tha motivation tha ek</w:t>
      </w:r>
    </w:p>
    <w:p>
      <w:pPr>
        <w:jc w:val="right"/>
      </w:pPr>
      <w:r>
        <w:t>تو اس کا کیا مطلب ہوتا ہے؟ کہ rich family میں پیدا ہوا لیکن اس کا تو incentive نہیں تھا۔ جو آج rich family میں پیدا ہونے والے بچے کبھی ترقی نہیں کرتے۔ آپ دیکھ لیجیے۔ کیونکہ ان کو incentive نہیں ہوتا ہے۔ لیکن جو poor family میں جو پیدا بچہ ہوتا ہے بچہ وہ کیا ہوتا ہے؟ اس کے متعلق ہم یہ کہیں کہ مسٹر poor was born with a incentive spoon in his mouth۔ وہ کہتے ہیں incentive تھا motivation تھا ایک</w:t>
      </w:r>
    </w:p>
    <w:p>
      <w:r>
        <w:rPr>
          <w:b/>
        </w:rPr>
        <w:t xml:space="preserve">[53:44] </w:t>
      </w:r>
      <w:r>
        <w:t>jazba tha.</w:t>
      </w:r>
    </w:p>
    <w:p>
      <w:pPr>
        <w:jc w:val="right"/>
      </w:pPr>
      <w:r>
        <w:t>جذبہ تھا۔</w:t>
      </w:r>
    </w:p>
    <w:p>
      <w:r>
        <w:rPr>
          <w:b/>
        </w:rPr>
        <w:t xml:space="preserve">[53:47] </w:t>
      </w:r>
      <w:r>
        <w:t>ramman mein aik jazba tha.</w:t>
      </w:r>
    </w:p>
    <w:p>
      <w:pPr>
        <w:jc w:val="right"/>
      </w:pPr>
      <w:r>
        <w:t>رمن میں ایک جذبہ تھا۔</w:t>
      </w:r>
    </w:p>
    <w:p>
      <w:r>
        <w:rPr>
          <w:b/>
        </w:rPr>
        <w:t xml:space="preserve">[53:51] </w:t>
      </w:r>
      <w:r>
        <w:t>ambedkar mein aik jazba tha.</w:t>
      </w:r>
    </w:p>
    <w:p>
      <w:pPr>
        <w:jc w:val="right"/>
      </w:pPr>
      <w:r>
        <w:t>امبیدکر میں ایک جذبہ تھا۔</w:t>
      </w:r>
    </w:p>
    <w:p>
      <w:r>
        <w:rPr>
          <w:b/>
        </w:rPr>
        <w:t xml:space="preserve">[53:54] </w:t>
      </w:r>
      <w:r>
        <w:t>doctor abdul kalam mein aik jazba tha.</w:t>
      </w:r>
    </w:p>
    <w:p>
      <w:pPr>
        <w:jc w:val="right"/>
      </w:pPr>
      <w:r>
        <w:t>ڈاکٹر عبدالکلام میں ایک جذبہ تھا۔</w:t>
      </w:r>
    </w:p>
    <w:p>
      <w:r>
        <w:rPr>
          <w:b/>
        </w:rPr>
        <w:t xml:space="preserve">[53:58] </w:t>
      </w:r>
      <w:r>
        <w:t>duniya ke jitne bade bade karname kiye hain logon ne bade bade kaam.</w:t>
      </w:r>
    </w:p>
    <w:p>
      <w:pPr>
        <w:jc w:val="right"/>
      </w:pPr>
      <w:r>
        <w:t>دنیا کے جتنے بڑے بڑے کارنامے کیے ہیں لوگوں نے بڑے بڑے کام۔</w:t>
      </w:r>
    </w:p>
    <w:p>
      <w:r>
        <w:rPr>
          <w:b/>
        </w:rPr>
        <w:t xml:space="preserve">[54:01] </w:t>
      </w:r>
      <w:r>
        <w:t>wohi log thay jo poor family mein paida hue.</w:t>
      </w:r>
    </w:p>
    <w:p>
      <w:pPr>
        <w:jc w:val="right"/>
      </w:pPr>
      <w:r>
        <w:t>وہی لوگ تھے جو poor family میں پیدا ہوئے۔</w:t>
      </w:r>
    </w:p>
    <w:p>
      <w:r>
        <w:rPr>
          <w:b/>
        </w:rPr>
        <w:t xml:space="preserve">[54:04] </w:t>
      </w:r>
      <w:r>
        <w:t>ballah jo india mein sab se bara interest bana industrialist woh aik poor family mein paida hua tha.</w:t>
      </w:r>
    </w:p>
    <w:p>
      <w:pPr>
        <w:jc w:val="right"/>
      </w:pPr>
      <w:r>
        <w:t>باللہ جو انڈیا میں سب سے بڑا interest بنا industrialist وہ ایک poor family میں پیدا ہوا تھا۔</w:t>
      </w:r>
    </w:p>
    <w:p>
      <w:r>
        <w:rPr>
          <w:b/>
        </w:rPr>
        <w:t xml:space="preserve">[54:08] </w:t>
      </w:r>
      <w:r>
        <w:t>sabhi ke log sabhi log.</w:t>
      </w:r>
    </w:p>
    <w:p>
      <w:pPr>
        <w:jc w:val="right"/>
      </w:pPr>
      <w:r>
        <w:t>سبھی کے لوگ سبھی لوگ۔</w:t>
      </w:r>
    </w:p>
    <w:p>
      <w:r>
        <w:rPr>
          <w:b/>
        </w:rPr>
        <w:t xml:space="preserve">[54:11] </w:t>
      </w:r>
      <w:r>
        <w:t>kyun? jo aadmi paida hota hai rich family mein is ke paas</w:t>
      </w:r>
    </w:p>
    <w:p>
      <w:pPr>
        <w:jc w:val="right"/>
      </w:pPr>
      <w:r>
        <w:t>کیوں؟ جو آدمی پیدا ہوتا ہے rich family میں اس کے پاس</w:t>
      </w:r>
    </w:p>
    <w:p>
      <w:r>
        <w:rPr>
          <w:b/>
        </w:rPr>
        <w:t xml:space="preserve">[54:14] </w:t>
      </w:r>
      <w:r>
        <w:t>se incentive nahi hota.</w:t>
      </w:r>
    </w:p>
    <w:p>
      <w:pPr>
        <w:jc w:val="right"/>
      </w:pPr>
      <w:r>
        <w:t>سے incentive نہیں ہوتا۔</w:t>
      </w:r>
    </w:p>
    <w:p>
      <w:r>
        <w:rPr>
          <w:b/>
        </w:rPr>
        <w:t xml:space="preserve">[54:19] </w:t>
      </w:r>
      <w:r>
        <w:t>aur incentive hi sab se bari cheez hai. muharrik.</w:t>
      </w:r>
    </w:p>
    <w:p>
      <w:pPr>
        <w:jc w:val="right"/>
      </w:pPr>
      <w:r>
        <w:t>اور incentive ہی سب سے بڑی چیز ہے۔ محرک۔</w:t>
      </w:r>
    </w:p>
    <w:p>
      <w:r>
        <w:rPr>
          <w:b/>
        </w:rPr>
        <w:t xml:space="preserve">[54:24] </w:t>
      </w:r>
      <w:r>
        <w:t>aur jo poor family mein paida hota hai is ka to incentive hota hai motivation jazba.</w:t>
      </w:r>
    </w:p>
    <w:p>
      <w:pPr>
        <w:jc w:val="right"/>
      </w:pPr>
      <w:r>
        <w:t>اور جو poor family میں پیدا ہوتا ہے اس کا تو incentive ہوتا ہے motivation جذبہ۔</w:t>
      </w:r>
    </w:p>
    <w:p>
      <w:r>
        <w:rPr>
          <w:b/>
        </w:rPr>
        <w:t xml:space="preserve">[54:28] </w:t>
      </w:r>
      <w:r>
        <w:t>to is mani mein jab aap is sochen ge is par to aap kya discover karein ge? is</w:t>
      </w:r>
    </w:p>
    <w:p>
      <w:pPr>
        <w:jc w:val="right"/>
      </w:pPr>
      <w:r>
        <w:t>تو اس معنی میں جب آپ اس سوچیں گے اس پر تو آپ کیا discover کریں گے؟ اس</w:t>
      </w:r>
    </w:p>
    <w:p>
      <w:r>
        <w:rPr>
          <w:b/>
        </w:rPr>
        <w:t xml:space="preserve">[54:33] </w:t>
      </w:r>
      <w:r>
        <w:t>angle se agar aap dekh rahe hain ke is ko rich family mein paida hua to woh wrong</w:t>
      </w:r>
    </w:p>
    <w:p>
      <w:pPr>
        <w:jc w:val="right"/>
      </w:pPr>
      <w:r>
        <w:t>angle سے اگر آپ دیکھ رہے ہیں کہ اس کو rich family میں پیدا ہوا تو وہ wrong</w:t>
      </w:r>
    </w:p>
    <w:p>
      <w:r>
        <w:rPr>
          <w:b/>
        </w:rPr>
        <w:t xml:space="preserve">[54:38] </w:t>
      </w:r>
      <w:r>
        <w:t>angle hai woh.</w:t>
      </w:r>
    </w:p>
    <w:p>
      <w:pPr>
        <w:jc w:val="right"/>
      </w:pPr>
      <w:r>
        <w:t>angle ہے وہ۔</w:t>
      </w:r>
    </w:p>
    <w:p>
      <w:r>
        <w:rPr>
          <w:b/>
        </w:rPr>
        <w:t xml:space="preserve">[54:42] </w:t>
      </w:r>
      <w:r>
        <w:t>aur incentive wale angle se aap dekhein ge to woh right angle hua.</w:t>
      </w:r>
    </w:p>
    <w:p>
      <w:pPr>
        <w:jc w:val="right"/>
      </w:pPr>
      <w:r>
        <w:t>اور incentive والے angle سے آپ دیکھیں گے تو وہright angle ہوا۔</w:t>
      </w:r>
    </w:p>
    <w:p>
      <w:r>
        <w:rPr>
          <w:b/>
        </w:rPr>
        <w:t xml:space="preserve">[54:47] </w:t>
      </w:r>
      <w:r>
        <w:t>to kisi bhi cheez ko aap yaad rakhiye.</w:t>
      </w:r>
    </w:p>
    <w:p>
      <w:pPr>
        <w:jc w:val="right"/>
      </w:pPr>
      <w:r>
        <w:t>تو کسی بھی چیز کو آپ یاد رکھیے۔</w:t>
      </w:r>
    </w:p>
    <w:p>
      <w:r>
        <w:rPr>
          <w:b/>
        </w:rPr>
        <w:t xml:space="preserve">[54:53] </w:t>
      </w:r>
      <w:r>
        <w:t>donon aap ke liye option hain.</w:t>
      </w:r>
    </w:p>
    <w:p>
      <w:pPr>
        <w:jc w:val="right"/>
      </w:pPr>
      <w:r>
        <w:t>دونوں آپ کے لیے option ہیں۔</w:t>
      </w:r>
    </w:p>
    <w:p>
      <w:r>
        <w:rPr>
          <w:b/>
        </w:rPr>
        <w:t xml:space="preserve">[54:58] </w:t>
      </w:r>
      <w:r>
        <w:t>ya to wrong angle se dekhein ya right angle se dekhein.</w:t>
      </w:r>
    </w:p>
    <w:p>
      <w:pPr>
        <w:jc w:val="right"/>
      </w:pPr>
      <w:r>
        <w:t>یا تو wrong angle سے دیکھیں یاright angle سے دیکھیں۔</w:t>
      </w:r>
    </w:p>
    <w:p>
      <w:r>
        <w:rPr>
          <w:b/>
        </w:rPr>
        <w:t xml:space="preserve">[55:04] </w:t>
      </w:r>
      <w:r>
        <w:t>donon option hain.</w:t>
      </w:r>
    </w:p>
    <w:p>
      <w:pPr>
        <w:jc w:val="right"/>
      </w:pPr>
      <w:r>
        <w:t>دونوں option ہیں۔</w:t>
      </w:r>
    </w:p>
    <w:p>
      <w:r>
        <w:rPr>
          <w:b/>
        </w:rPr>
        <w:t xml:space="preserve">[55:10] </w:t>
      </w:r>
      <w:r>
        <w:t>agar aap dekha aap ne is ko wrong angle se to aap ko kabhi sachai nahi mile gi.</w:t>
      </w:r>
    </w:p>
    <w:p>
      <w:pPr>
        <w:jc w:val="right"/>
      </w:pPr>
      <w:r>
        <w:t>اگر آپ دیکھا آپ نے اس کو wrong angle سے تو آپ کو کبھی سچائی نہیں ملے گی۔</w:t>
      </w:r>
    </w:p>
    <w:p>
      <w:r>
        <w:rPr>
          <w:b/>
        </w:rPr>
        <w:t xml:space="preserve">[55:16] </w:t>
      </w:r>
      <w:r>
        <w:t>tab aap ko sachai milne wali nahi hai.</w:t>
      </w:r>
    </w:p>
    <w:p>
      <w:pPr>
        <w:jc w:val="right"/>
      </w:pPr>
      <w:r>
        <w:t>تب آپ کو سچائی ملنے والی نہیں ہے۔</w:t>
      </w:r>
    </w:p>
    <w:p>
      <w:r>
        <w:rPr>
          <w:b/>
        </w:rPr>
        <w:t xml:space="preserve">[55:22] </w:t>
      </w:r>
      <w:r>
        <w:t>sachai mile gi jab jab aap ko cheezon ko dekhen right angle se.</w:t>
      </w:r>
    </w:p>
    <w:p>
      <w:pPr>
        <w:jc w:val="right"/>
      </w:pPr>
      <w:r>
        <w:t>سچائی ملے گی جب جب آپ کو چیزوں کو دیکھیںright angle سے۔</w:t>
      </w:r>
    </w:p>
    <w:p>
      <w:r>
        <w:rPr>
          <w:b/>
        </w:rPr>
        <w:t xml:space="preserve">[55:27] </w:t>
      </w:r>
      <w:r>
        <w:t>jaise main ne ek baar kaha tha ke log kehte hain ke dunya bati hui hai have mein</w:t>
      </w:r>
    </w:p>
    <w:p>
      <w:pPr>
        <w:jc w:val="right"/>
      </w:pPr>
      <w:r>
        <w:t>جیسے میں نے ایک بار کہا تھا کہ لوگ کہتے ہیں کہ دنیا بٹی ہوئی ہے have میں</w:t>
      </w:r>
    </w:p>
    <w:p>
      <w:r>
        <w:rPr>
          <w:b/>
        </w:rPr>
        <w:t xml:space="preserve">[55:32] </w:t>
      </w:r>
      <w:r>
        <w:t>aur have nots mein.</w:t>
      </w:r>
    </w:p>
    <w:p>
      <w:pPr>
        <w:jc w:val="right"/>
      </w:pPr>
      <w:r>
        <w:t>اور have nots میں۔</w:t>
      </w:r>
    </w:p>
    <w:p>
      <w:r>
        <w:rPr>
          <w:b/>
        </w:rPr>
        <w:t xml:space="preserve">[55:37] </w:t>
      </w:r>
      <w:r>
        <w:t>have aur have nots.</w:t>
      </w:r>
    </w:p>
    <w:p>
      <w:pPr>
        <w:jc w:val="right"/>
      </w:pPr>
      <w:r>
        <w:t>have اور have nots۔</w:t>
      </w:r>
    </w:p>
    <w:p>
      <w:r>
        <w:rPr>
          <w:b/>
        </w:rPr>
        <w:t xml:space="preserve">[55:42] </w:t>
      </w:r>
      <w:r>
        <w:t>yani mehroom aur paaye hue.</w:t>
      </w:r>
    </w:p>
    <w:p>
      <w:pPr>
        <w:jc w:val="right"/>
      </w:pPr>
      <w:r>
        <w:t>یعنی محروم اور پائے ہوئے۔</w:t>
      </w:r>
    </w:p>
    <w:p>
      <w:r>
        <w:rPr>
          <w:b/>
        </w:rPr>
        <w:t xml:space="preserve">[55:47] </w:t>
      </w:r>
      <w:r>
        <w:t>mehroom aur paaye</w:t>
      </w:r>
    </w:p>
    <w:p>
      <w:pPr>
        <w:jc w:val="right"/>
      </w:pPr>
      <w:r>
        <w:t>محروم اور پائے</w:t>
      </w:r>
    </w:p>
    <w:p>
      <w:r>
        <w:rPr>
          <w:b/>
        </w:rPr>
        <w:t xml:space="preserve">[55:52] </w:t>
      </w:r>
      <w:r>
        <w:t>hue.</w:t>
      </w:r>
    </w:p>
    <w:p>
      <w:pPr>
        <w:jc w:val="right"/>
      </w:pPr>
      <w:r>
        <w:t>ہوئے۔</w:t>
      </w:r>
    </w:p>
    <w:p>
      <w:r>
        <w:rPr>
          <w:b/>
        </w:rPr>
        <w:t xml:space="preserve">[55:57] </w:t>
      </w:r>
      <w:r>
        <w:t>lekin yeh bilkul galat yeh formula hi bilkul wrong formula hai.</w:t>
      </w:r>
    </w:p>
    <w:p>
      <w:pPr>
        <w:jc w:val="right"/>
      </w:pPr>
      <w:r>
        <w:t>لیکن یہ بالکل غلط یہ فارمولا ہی بالکل wrong فارمولا ہے۔</w:t>
      </w:r>
    </w:p>
    <w:p>
      <w:r>
        <w:rPr>
          <w:b/>
        </w:rPr>
        <w:t xml:space="preserve">[56:02] </w:t>
      </w:r>
      <w:r>
        <w:t>kyun? aap is ko ghor se dekha nahi aap ne.</w:t>
      </w:r>
    </w:p>
    <w:p>
      <w:pPr>
        <w:jc w:val="right"/>
      </w:pPr>
      <w:r>
        <w:t>کیوں؟ آپ اس کو غور سے دیکھا نہیں آپ نے۔</w:t>
      </w:r>
    </w:p>
    <w:p>
      <w:r>
        <w:rPr>
          <w:b/>
        </w:rPr>
        <w:t xml:space="preserve">[56:07] </w:t>
      </w:r>
      <w:r>
        <w:t>zyada socha nahi aap ne.</w:t>
      </w:r>
    </w:p>
    <w:p>
      <w:pPr>
        <w:jc w:val="right"/>
      </w:pPr>
      <w:r>
        <w:t>زیادہ سوچا نہیں آپ نے۔</w:t>
      </w:r>
    </w:p>
    <w:p>
      <w:r>
        <w:rPr>
          <w:b/>
        </w:rPr>
        <w:t xml:space="preserve">[56:12] </w:t>
      </w:r>
      <w:r>
        <w:t>door tak ja kar ke aap ne is ki is ko tehqeeq nahi ki.</w:t>
      </w:r>
    </w:p>
    <w:p>
      <w:pPr>
        <w:jc w:val="right"/>
      </w:pPr>
      <w:r>
        <w:t>دور تک جا کر کے آپ نے اس کی اس کو تحقیق نہیں کی۔</w:t>
      </w:r>
    </w:p>
    <w:p>
      <w:r>
        <w:rPr>
          <w:b/>
        </w:rPr>
        <w:t xml:space="preserve">[56:17] </w:t>
      </w:r>
      <w:r>
        <w:t>is liye ke aap dekhiye jaise doctor abdul kalam ko lijiye ke woh india mein</w:t>
      </w:r>
    </w:p>
    <w:p>
      <w:pPr>
        <w:jc w:val="right"/>
      </w:pPr>
      <w:r>
        <w:t>اس لیے کہ آپ دیکھیے جیسے ڈاکٹر عبدالکلام کو لیجیے کہ وہ انڈیا میں</w:t>
      </w:r>
    </w:p>
    <w:p>
      <w:r>
        <w:rPr>
          <w:b/>
        </w:rPr>
        <w:t xml:space="preserve">[56:23] </w:t>
      </w:r>
      <w:r>
        <w:t>yani sab se bari jo seat hai wahan tak pohnche. president of india bane. doctor ambedkar ko likhiye. jo itna bara darja mila harijan hone ke bawajood ke unhon ne constitution of india likha. constitution of india likha unhon ne. itna bara darja mila. halan ke dono paida hue the poor family mein. matlab have nots ke tor par paida hue. have nots. to baad ko</w:t>
      </w:r>
    </w:p>
    <w:p>
      <w:pPr>
        <w:jc w:val="right"/>
      </w:pPr>
      <w:r>
        <w:t>یعنی سب سے بڑی جو seat ہے وہاں تک پہنچے۔ president of انڈیا بنے۔ ڈاکٹر امبیدکر کو لکھیے۔ جو اتنا بڑا درجہ ملا ہریجن ہونے کے باوجود کہ انہوں نے constitution of انڈیا لکھا۔ constitution of انڈیا لکھا انہوں نے۔ اتنا بڑا درجہ ملا۔ حالانکہ دونوں پیدا ہوئے تھے poor family میں۔ مطلب have nots کے طور پر پیدا ہوئے۔ have nots۔ تو بعد کو</w:t>
      </w:r>
    </w:p>
    <w:p>
      <w:r>
        <w:rPr>
          <w:b/>
        </w:rPr>
        <w:t xml:space="preserve">[56:53] </w:t>
      </w:r>
      <w:r>
        <w:t>have ban gaye.</w:t>
      </w:r>
    </w:p>
    <w:p>
      <w:pPr>
        <w:jc w:val="right"/>
      </w:pPr>
      <w:r>
        <w:t>have بن گئے۔</w:t>
      </w:r>
    </w:p>
    <w:p>
      <w:r>
        <w:rPr>
          <w:b/>
        </w:rPr>
        <w:t xml:space="preserve">[56:59] </w:t>
      </w:r>
      <w:r>
        <w:t>shuru mein have not ki category mein thay.</w:t>
      </w:r>
    </w:p>
    <w:p>
      <w:pPr>
        <w:jc w:val="right"/>
      </w:pPr>
      <w:r>
        <w:t>شروع میں have not کی category میں تھے۔</w:t>
      </w:r>
    </w:p>
    <w:p>
      <w:r>
        <w:rPr>
          <w:b/>
        </w:rPr>
        <w:t xml:space="preserve">[57:05] </w:t>
      </w:r>
      <w:r>
        <w:t>to main yeh kahun ga ke right category kya hai? right category yeh hai ke aap dekhen ke tamam log</w:t>
      </w:r>
    </w:p>
    <w:p>
      <w:pPr>
        <w:jc w:val="right"/>
      </w:pPr>
      <w:r>
        <w:t>تو میں یہ کہوں گا کہright category کیا ہے؟right category یہ ہے کہ آپ دیکھیں کہ تمام لوگ</w:t>
      </w:r>
    </w:p>
    <w:p>
      <w:r>
        <w:rPr>
          <w:b/>
        </w:rPr>
        <w:t xml:space="preserve">[57:11] </w:t>
      </w:r>
      <w:r>
        <w:t>jo hain sahi category yeh hai ke kuch log yani potential have hote hain kuch actual have hote hain.</w:t>
      </w:r>
    </w:p>
    <w:p>
      <w:pPr>
        <w:jc w:val="right"/>
      </w:pPr>
      <w:r>
        <w:t>جو ہیں صحیح category یہ ہے کہ کچھ لوگ یعنی potential have ہوتے ہیں کچھ actual have ہوتے ہیں۔</w:t>
      </w:r>
    </w:p>
    <w:p>
      <w:r>
        <w:rPr>
          <w:b/>
        </w:rPr>
        <w:t xml:space="preserve">[57:17] </w:t>
      </w:r>
      <w:r>
        <w:t>potential yani have aur have not ki category galat hai yeh. yeh wrong</w:t>
      </w:r>
    </w:p>
    <w:p>
      <w:pPr>
        <w:jc w:val="right"/>
      </w:pPr>
      <w:r>
        <w:t>potential یعنی have اور have not کی category غلط ہے یہ۔ یہ wrong</w:t>
      </w:r>
    </w:p>
    <w:p>
      <w:r>
        <w:rPr>
          <w:b/>
        </w:rPr>
        <w:t xml:space="preserve">[57:23] </w:t>
      </w:r>
      <w:r>
        <w:t>dichotomy hai yeh. sahi dichotomy yeh hai ke potential have aur actual have. jaise doctor abdul kalam jo hain apne bachpan mein potential have the aur baad ko wo actual have ban gaye. aise hi doctor ambedkar apne bachpan mein potential have ki category mein the aur baad ko wo actual have ki category</w:t>
      </w:r>
    </w:p>
    <w:p>
      <w:pPr>
        <w:jc w:val="right"/>
      </w:pPr>
      <w:r>
        <w:t>dichotomy ہے یہ۔ صحیح dichotomy یہ ہے کہ potential have اور actual have۔ جیسے ڈاکٹر عبدالکلام جو ہیں اپنے بچپن میں potential have تھے اور بعد کو وہ actual have بن گئے۔ ایسے ہی ڈاکٹر امبیدکر اپنے بچپن میں potential have کی category میں تھے اور بعد کو وہ actual have کی category</w:t>
      </w:r>
    </w:p>
    <w:p>
      <w:r>
        <w:rPr>
          <w:b/>
        </w:rPr>
        <w:t xml:space="preserve">[57:53] </w:t>
      </w:r>
      <w:r>
        <w:t>mein aa gaye. yeh hai right angle aur aur aur wrong angle se cheezon ko dekhna. to quran mein hai ke in mal yani har cheez mein aik right angle hai har cheez mein aik aik wrong angle hai. to is dunya mein sachai isi ko mile gi jo positive frame of mind ke sath cheezon ko dekh sake. isi</w:t>
      </w:r>
    </w:p>
    <w:p>
      <w:pPr>
        <w:jc w:val="right"/>
      </w:pPr>
      <w:r>
        <w:t>میں آگئے۔ یہ ہےright angle اور اور اور wrong angle سے چیزوں کو دیکھنا۔ تو قرآن میں ہے کہ ان مال یعنی ہر چیز میں ایکright angle ہے ہر چیز میں ایک ایک wrong angle ہے۔ تو اس دنیا میں سچائی اسی کو ملے گی جو positive frame of mind کے ساتھ چیزوں کو دیکھ سکے۔ اسی</w:t>
      </w:r>
    </w:p>
    <w:p>
      <w:r>
        <w:rPr>
          <w:b/>
        </w:rPr>
        <w:t xml:space="preserve">[58:23] </w:t>
      </w:r>
      <w:r>
        <w:t>koshish kijiye. apne andar yahi spirit paida kijiye. aqool qawli haza wastaghfirullah li walakum ajmaeen.</w:t>
      </w:r>
    </w:p>
    <w:p>
      <w:pPr>
        <w:jc w:val="right"/>
      </w:pPr>
      <w:r>
        <w:t>کوشش کیجیے۔ اپنے اندر یہی spirit پیدا کیجیے۔ اقول قولیھذا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