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Without Paradise September 04, 2007</w:t>
      </w:r>
    </w:p>
    <w:p>
      <w:r>
        <w:t>https://www.youtube.com/watch?v=pqbXWoTEknk</w:t>
      </w:r>
    </w:p>
    <w:p>
      <w:r>
        <w:rPr>
          <w:b/>
        </w:rPr>
        <w:t xml:space="preserve">[00:13] </w:t>
      </w:r>
      <w:r>
        <w:t>bismillah rahman rahim, wasalli allah ala nabiyil kareem.</w:t>
      </w:r>
    </w:p>
    <w:p>
      <w:pPr>
        <w:jc w:val="right"/>
      </w:pPr>
      <w:r>
        <w:t>بسم اللہ الرحمن الرحیم، وصلی اللہ علی النبی الکریم۔</w:t>
      </w:r>
    </w:p>
    <w:p>
      <w:r>
        <w:rPr>
          <w:b/>
        </w:rPr>
        <w:t xml:space="preserve">[00:22] </w:t>
      </w:r>
      <w:r>
        <w:t>rab ishrah li sadri, wa yassir li amri, wahal uqdatan min lisani, yafqahu qawli.</w:t>
      </w:r>
    </w:p>
    <w:p>
      <w:pPr>
        <w:jc w:val="right"/>
      </w:pPr>
      <w:r>
        <w:t>رب اشرح لی صدری، ویسر لی امری، واحل العقدۃ من لسانی، یفقہ قولی۔</w:t>
      </w:r>
    </w:p>
    <w:p>
      <w:r>
        <w:rPr>
          <w:b/>
        </w:rPr>
        <w:t xml:space="preserve">[00:36] </w:t>
      </w:r>
      <w:r>
        <w:t>aaj ka topic hai</w:t>
      </w:r>
    </w:p>
    <w:p>
      <w:pPr>
        <w:jc w:val="right"/>
      </w:pPr>
      <w:r>
        <w:t>آج کا ٹاپک ہے</w:t>
      </w:r>
    </w:p>
    <w:p>
      <w:r>
        <w:rPr>
          <w:b/>
        </w:rPr>
        <w:t xml:space="preserve">[00:41] </w:t>
      </w:r>
      <w:r>
        <w:t>"Life without Paradise".</w:t>
      </w:r>
    </w:p>
    <w:p>
      <w:pPr>
        <w:jc w:val="right"/>
      </w:pPr>
      <w:r>
        <w:t>"Life without Paradise"۔</w:t>
      </w:r>
    </w:p>
    <w:p>
      <w:r>
        <w:rPr>
          <w:b/>
        </w:rPr>
        <w:t xml:space="preserve">[00:52] </w:t>
      </w:r>
      <w:r>
        <w:t>dekhen yeh jo topic hai yeh main ne pehle se socha nahi tha, yeh main ne times of india ka yeh aik issue mere hath mein hai,</w:t>
      </w:r>
    </w:p>
    <w:p>
      <w:pPr>
        <w:jc w:val="right"/>
      </w:pPr>
      <w:r>
        <w:t>دیکھیں یہ جو ٹاپک ہے یہ میں نے پہلے سے سوچا نہیں تھا، یہ میں نے ٹائمز آف انڈیا کا یہ ایک ایشو میرے ہاتھ میں ہے،</w:t>
      </w:r>
    </w:p>
    <w:p>
      <w:r>
        <w:rPr>
          <w:b/>
        </w:rPr>
        <w:t xml:space="preserve">[01:06] </w:t>
      </w:r>
      <w:r>
        <w:t>is ko dekh kar mere mind mein yeh topic bana.</w:t>
      </w:r>
    </w:p>
    <w:p>
      <w:pPr>
        <w:jc w:val="right"/>
      </w:pPr>
      <w:r>
        <w:t>اس کو دیکھ کر میرے مائنڈ میں یہ ٹاپک بنا۔</w:t>
      </w:r>
    </w:p>
    <w:p>
      <w:r>
        <w:rPr>
          <w:b/>
        </w:rPr>
        <w:t xml:space="preserve">[01:14] </w:t>
      </w:r>
      <w:r>
        <w:t>dekhen main aik baat pehle hi keh doon ke zindagi ka formula success ke liye kya hai.</w:t>
      </w:r>
    </w:p>
    <w:p>
      <w:pPr>
        <w:jc w:val="right"/>
      </w:pPr>
      <w:r>
        <w:t>دیکھیں میں ایک بات پہلے ہی کہہ دوں کہ زندگی کا فارمولا سکسیس کے لیے کیا ہے۔</w:t>
      </w:r>
    </w:p>
    <w:p>
      <w:r>
        <w:rPr>
          <w:b/>
        </w:rPr>
        <w:t xml:space="preserve">[01:31] </w:t>
      </w:r>
      <w:r>
        <w:t>success ka matlab main yeh samajhta hoon ke personality development.</w:t>
      </w:r>
    </w:p>
    <w:p>
      <w:pPr>
        <w:jc w:val="right"/>
      </w:pPr>
      <w:r>
        <w:t>سکسیس کا مطلب میں یہ سمجھتا ہوں کہ پرسنیلٹی ڈویلپمنٹ۔</w:t>
      </w:r>
    </w:p>
    <w:p>
      <w:r>
        <w:rPr>
          <w:b/>
        </w:rPr>
        <w:t xml:space="preserve">[01:42] </w:t>
      </w:r>
      <w:r>
        <w:t>jaise aap jante hain ke is dunya mein hamein physical development ka</w:t>
      </w:r>
    </w:p>
    <w:p>
      <w:pPr>
        <w:jc w:val="right"/>
      </w:pPr>
      <w:r>
        <w:t>جیسے آپ جانتے ہیں کہ اس دنیا میں ہمیں فزیکل ڈویلپمنٹ کا</w:t>
      </w:r>
    </w:p>
    <w:p>
      <w:r>
        <w:rPr>
          <w:b/>
        </w:rPr>
        <w:t xml:space="preserve">[01:49] </w:t>
      </w:r>
      <w:r>
        <w:t>hamari aik zaroorat hai. hum khate hain, peete hain, dawayen lete hain, kis liye?</w:t>
      </w:r>
    </w:p>
    <w:p>
      <w:pPr>
        <w:jc w:val="right"/>
      </w:pPr>
      <w:r>
        <w:t>ہماری ایک ضرورت ہے۔ ہم کھاتے ہیں، پیتے ہیں، دوائیں لیتے ہیں، کس لیے؟</w:t>
      </w:r>
    </w:p>
    <w:p>
      <w:r>
        <w:rPr>
          <w:b/>
        </w:rPr>
        <w:t xml:space="preserve">[01:59] </w:t>
      </w:r>
      <w:r>
        <w:t>apne physical development ke liye. isi tarah se hamein aik aur development chahiye.</w:t>
      </w:r>
    </w:p>
    <w:p>
      <w:pPr>
        <w:jc w:val="right"/>
      </w:pPr>
      <w:r>
        <w:t>اپنے فزیکل ڈویلپمنٹ کے لیے۔ اسی طرح سے ہمیں ایک اور ڈویلپمنٹ چاہیے۔</w:t>
      </w:r>
    </w:p>
    <w:p>
      <w:r>
        <w:rPr>
          <w:b/>
        </w:rPr>
        <w:t xml:space="preserve">[02:09] </w:t>
      </w:r>
      <w:r>
        <w:t>is ko aap chahe isprichual development kahein ya intellectual development kahein ya is ko personality development kahein.</w:t>
      </w:r>
    </w:p>
    <w:p>
      <w:pPr>
        <w:jc w:val="right"/>
      </w:pPr>
      <w:r>
        <w:t>اس کو آپ چاہے اسپرچوئل ڈویلپمنٹ کہیں یا انٹلیکچوئل ڈویلپمنٹ کہیں یا اس کو پرسنیلٹی ڈویلپمنٹ کہیں۔</w:t>
      </w:r>
    </w:p>
    <w:p>
      <w:r>
        <w:rPr>
          <w:b/>
        </w:rPr>
        <w:t xml:space="preserve">[02:19] </w:t>
      </w:r>
      <w:r>
        <w:t>yani ek aur jo hamari jo being hai, hamari jo hasti hai, is ka ek physical aspect hai. to is ka food physical food hota hai.</w:t>
      </w:r>
    </w:p>
    <w:p>
      <w:pPr>
        <w:jc w:val="right"/>
      </w:pPr>
      <w:r>
        <w:t>یعنی ایک اور جو ہماری جو بینگ ہے، ہماری جو ہستی ہے، اس کا ایک فزیکل آسپیکٹ ہے۔ تو اس کا فوڈ فزیکل فوڈ ہوتا ہے۔</w:t>
      </w:r>
    </w:p>
    <w:p>
      <w:r>
        <w:rPr>
          <w:b/>
        </w:rPr>
        <w:t xml:space="preserve">[02:32] </w:t>
      </w:r>
      <w:r>
        <w:t>isi tarah se hamari ek aur hasti hai jis ko hum soul kahein ya mind kahein. wo jo hasti hai,</w:t>
      </w:r>
    </w:p>
    <w:p>
      <w:pPr>
        <w:jc w:val="right"/>
      </w:pPr>
      <w:r>
        <w:t>اسی طرح سے ہماری ایک اور ہستی ہے جس کو ہم سول کہتے ہیں یا مائنڈ کہتے ہیں۔ وہ جو ہستی ہے،</w:t>
      </w:r>
    </w:p>
    <w:p>
      <w:r>
        <w:rPr>
          <w:b/>
        </w:rPr>
        <w:t xml:space="preserve">[02:44] </w:t>
      </w:r>
      <w:r>
        <w:t>is ka bhi is ka bhi food hai. is ka food kya hai? is ka food hai quran ke mutabiq tosam.</w:t>
      </w:r>
    </w:p>
    <w:p>
      <w:pPr>
        <w:jc w:val="right"/>
      </w:pPr>
      <w:r>
        <w:t>اس کا بھی اس کا بھی فوڈ ہے۔ اس کا فوڈ کیا ہے؟ اس کا فوڈ ہے قرآن کے مطابق توسم۔</w:t>
      </w:r>
    </w:p>
    <w:p>
      <w:r>
        <w:rPr>
          <w:b/>
        </w:rPr>
        <w:t xml:space="preserve">[02:59] </w:t>
      </w:r>
      <w:r>
        <w:t>tosam ek arabic word hai, is ka matlab hai to draw a lesson. cheezon ko dekh kar is se koi lesson lena.</w:t>
      </w:r>
    </w:p>
    <w:p>
      <w:pPr>
        <w:jc w:val="right"/>
      </w:pPr>
      <w:r>
        <w:t>توسم ایک عربک ورڈ ہے، اس کا مطلب ہے to draw a lesson۔ چیزوں کو دیکھ کر اس سے کوئی لیسن لینا۔</w:t>
      </w:r>
    </w:p>
    <w:p>
      <w:r>
        <w:rPr>
          <w:b/>
        </w:rPr>
        <w:t xml:space="preserve">[03:12] </w:t>
      </w:r>
      <w:r>
        <w:t>yeh jo lesson lete hain aap, yahi hai spiritual food ya intellectual food. jo aap ke andar personality development ka sadhan banta hai.</w:t>
      </w:r>
    </w:p>
    <w:p>
      <w:pPr>
        <w:jc w:val="right"/>
      </w:pPr>
      <w:r>
        <w:t>یہ جو لیسن لیتے ہیں آپ، یہی ہے اسپرچوئل فوڈ یا انٹلیکچوئل فوڈ۔ جو آپ کے اندر پرسنیلٹی ڈویلپمنٹ کا سادھن بنتا ہے۔</w:t>
      </w:r>
    </w:p>
    <w:p>
      <w:r>
        <w:rPr>
          <w:b/>
        </w:rPr>
        <w:t xml:space="preserve">[03:27] </w:t>
      </w:r>
      <w:r>
        <w:t>to aaj kya hua ke yeh mere paas jo hai times of india ka issue hai, yeh september teen ka.</w:t>
      </w:r>
    </w:p>
    <w:p>
      <w:pPr>
        <w:jc w:val="right"/>
      </w:pPr>
      <w:r>
        <w:t>تو آج کیا ہوا کہ یہ میرے پاس جو ہے ٹائمز آف انڈیا کا ایشو ہے، یہ ستمبر تین کا۔</w:t>
      </w:r>
    </w:p>
    <w:p>
      <w:r>
        <w:rPr>
          <w:b/>
        </w:rPr>
        <w:t xml:space="preserve">[03:38] </w:t>
      </w:r>
      <w:r>
        <w:t>september teen. is mein ek scientist ka article nikla hai. ek american scientist ka.</w:t>
      </w:r>
    </w:p>
    <w:p>
      <w:pPr>
        <w:jc w:val="right"/>
      </w:pPr>
      <w:r>
        <w:t>ستمبر تین۔ اس میں ایک سائنٹسٹ کا آرٹیکل نکلا ہے۔ ایک امریکن سائنٹسٹ کا۔</w:t>
      </w:r>
    </w:p>
    <w:p>
      <w:r>
        <w:rPr>
          <w:b/>
        </w:rPr>
        <w:t xml:space="preserve">[03:50] </w:t>
      </w:r>
      <w:r>
        <w:t>yeh is par hai. aaj kal jo burning topic bana hua hai, global warming. aap jante hain ke scientist sari dunya ke yeh keh rahe hain ke yeh hamara jo world hai, jo planet earth hai, is pe insan hai, is pe life support system hai,</w:t>
      </w:r>
    </w:p>
    <w:p>
      <w:pPr>
        <w:jc w:val="right"/>
      </w:pPr>
      <w:r>
        <w:t>یہ اس پر ہے۔ آج کل جو برننگ ٹاپک بنا ہوا ہے، گلوبل وارمنگ۔ آپ جانتے ہیں کہ سائنٹسٹ ساری دنیا کے یہ کہہ رہے ہیں کہ یہ ہمارا جو ورلڈ ہے، جو پلینٹ ارتھ ہے، اس پہ انسان ہے، اس پہ لائف سپورٹ سسٹم ہے،</w:t>
      </w:r>
    </w:p>
    <w:p>
      <w:r>
        <w:rPr>
          <w:b/>
        </w:rPr>
        <w:t xml:space="preserve">[04:11] </w:t>
      </w:r>
      <w:r>
        <w:t>yeh ab bohat din rehne wala nahi hai.</w:t>
      </w:r>
    </w:p>
    <w:p>
      <w:pPr>
        <w:jc w:val="right"/>
      </w:pPr>
      <w:r>
        <w:t>یہ اب بہت دن رہنے والا نہیں ہے۔</w:t>
      </w:r>
    </w:p>
    <w:p>
      <w:r>
        <w:rPr>
          <w:b/>
        </w:rPr>
        <w:t xml:space="preserve">[04:16] </w:t>
      </w:r>
      <w:r>
        <w:t>to isi par yeh article hai. to is ka jo caption hai wo yeh hai: "Imagine a world without us."</w:t>
      </w:r>
    </w:p>
    <w:p>
      <w:pPr>
        <w:jc w:val="right"/>
      </w:pPr>
      <w:r>
        <w:t>تو اسی پر یہ آرٹیکل ہے۔ تو اس کا جو کیپشن ہے وہ یہ ہے: "Imagine a world without us."</w:t>
      </w:r>
    </w:p>
    <w:p>
      <w:r>
        <w:rPr>
          <w:b/>
        </w:rPr>
        <w:t xml:space="preserve">[04:35] </w:t>
      </w:r>
      <w:r>
        <w:t>is mein yeh aadmi keh raha hai, yeh scientist,</w:t>
      </w:r>
    </w:p>
    <w:p>
      <w:pPr>
        <w:jc w:val="right"/>
      </w:pPr>
      <w:r>
        <w:t>اس میں یہ آدمی کہہ رہا ہے، یہ سائنٹسٹ،</w:t>
      </w:r>
    </w:p>
    <w:p>
      <w:r>
        <w:rPr>
          <w:b/>
        </w:rPr>
        <w:t xml:space="preserve">[04:42] </w:t>
      </w:r>
      <w:r>
        <w:t>ke</w:t>
      </w:r>
    </w:p>
    <w:p>
      <w:pPr>
        <w:jc w:val="right"/>
      </w:pPr>
      <w:r>
        <w:t>کہ</w:t>
      </w:r>
    </w:p>
    <w:p>
      <w:r>
        <w:rPr>
          <w:b/>
        </w:rPr>
        <w:t xml:space="preserve">[04:45] </w:t>
      </w:r>
      <w:r>
        <w:t>bees saal mein zameen ka sara face badal jayega.</w:t>
      </w:r>
    </w:p>
    <w:p>
      <w:pPr>
        <w:jc w:val="right"/>
      </w:pPr>
      <w:r>
        <w:t>بیس سال میں زمین کا سارا فیس بدل جائے گا۔</w:t>
      </w:r>
    </w:p>
    <w:p>
      <w:r>
        <w:rPr>
          <w:b/>
        </w:rPr>
        <w:t xml:space="preserve">[04:53] </w:t>
      </w:r>
      <w:r>
        <w:t>yani twenty years mein zameen ka face badal jayega. aur bohat jald wo time aane wala hai jabke zameen phir wahin loot jayegi jahan wo thi, yani rock.</w:t>
      </w:r>
    </w:p>
    <w:p>
      <w:pPr>
        <w:jc w:val="right"/>
      </w:pPr>
      <w:r>
        <w:t>یعنی ٹوئنٹی ایئرز میں زمین کا فیس بدل جائے گا۔ اور بہت جلد وہ ٹائم آنے والا ہے جبکہ زمین پھر وہیں لوٹ جائے گی جہاں وہ تھی، یعنی راک۔</w:t>
      </w:r>
    </w:p>
    <w:p>
      <w:r>
        <w:rPr>
          <w:b/>
        </w:rPr>
        <w:t xml:space="preserve">[05:07] </w:t>
      </w:r>
      <w:r>
        <w:t>rock. jahan na pani hoga, jahan life hogi, jahan insan nahi hoga, kuch bhi nahi hoga. simply ek rock hogi jaise ke aur bohat se rock hain.</w:t>
      </w:r>
    </w:p>
    <w:p>
      <w:pPr>
        <w:jc w:val="right"/>
      </w:pPr>
      <w:r>
        <w:t>راک۔ جہاں نہ پانی ہوگا، جہاں لائف ہوگی، جہاں انسان نہیں ہوگا، کچھ بھی نہیں ہوگا۔ سمپلی ایک راک ہوگی جیسے کہ اور بہت سے راک ہیں۔</w:t>
      </w:r>
    </w:p>
    <w:p>
      <w:r>
        <w:rPr>
          <w:b/>
        </w:rPr>
        <w:t xml:space="preserve">[05:20] </w:t>
      </w:r>
      <w:r>
        <w:t>planets sare ke sare rock hi hain. zameen to ek exception hai poore universe mein ke wahan pani hai, wahan life hai, wahan life support system hai.</w:t>
      </w:r>
    </w:p>
    <w:p>
      <w:pPr>
        <w:jc w:val="right"/>
      </w:pPr>
      <w:r>
        <w:t>پلینٹس سارے کے سارے راک ہی ہیں۔ زمین تو ایک ایکسیپشن ہے پورے یونیورس میں کہ وہاں پانی ہے، وہاں لائف ہے، وہاں لائف سپورٹ سسٹم ہے۔</w:t>
      </w:r>
    </w:p>
    <w:p>
      <w:r>
        <w:rPr>
          <w:b/>
        </w:rPr>
        <w:t xml:space="preserve">[05:33] </w:t>
      </w:r>
      <w:r>
        <w:t>to global warming jo hai sara ek dam change kar raha hai.</w:t>
      </w:r>
    </w:p>
    <w:p>
      <w:pPr>
        <w:jc w:val="right"/>
      </w:pPr>
      <w:r>
        <w:t>تو گلوبل وارمنگ جو ہے سارا ایک دم چینج کر رہا ہے۔</w:t>
      </w:r>
    </w:p>
    <w:p>
      <w:r>
        <w:rPr>
          <w:b/>
        </w:rPr>
        <w:t xml:space="preserve">[05:39] </w:t>
      </w:r>
      <w:r>
        <w:t>twenty years mein itna zyada change aa jayega is ke kehne ke mutabiq. aaj se bohat hi different type ki dunya hogi.</w:t>
      </w:r>
    </w:p>
    <w:p>
      <w:pPr>
        <w:jc w:val="right"/>
      </w:pPr>
      <w:r>
        <w:t>ٹوئنٹی ایئرز میں اتنا زیادہ چینج آ جائے گا اس کے کہنے کے مطابق۔ آج سے بہت ہی ڈفرنٹ ٹائپ کی دنیا ہوگی۔</w:t>
      </w:r>
    </w:p>
    <w:p>
      <w:r>
        <w:rPr>
          <w:b/>
        </w:rPr>
        <w:t xml:space="preserve">[05:50] </w:t>
      </w:r>
      <w:r>
        <w:t>aur jald phir yeh hoga ke yahan par koi aadmi hi nahi hoga. animal, plant, kuch bhi nahi hoga.</w:t>
      </w:r>
    </w:p>
    <w:p>
      <w:pPr>
        <w:jc w:val="right"/>
      </w:pPr>
      <w:r>
        <w:t>اور جلدی پھر یہ ہوگا کہ یہاں پر کوئی آدمی ہی نہیں ہوگا۔ اینیمل، پلانٹ، کچھ بھی نہیں ہوگا۔</w:t>
      </w:r>
    </w:p>
    <w:p>
      <w:r>
        <w:rPr>
          <w:b/>
        </w:rPr>
        <w:t xml:space="preserve">[06:01] </w:t>
      </w:r>
      <w:r>
        <w:t>to is ko jab mein ne parha ke "Imagine a world without us" to mere mind mein wo convert ho gaya.</w:t>
      </w:r>
    </w:p>
    <w:p>
      <w:pPr>
        <w:jc w:val="right"/>
      </w:pPr>
      <w:r>
        <w:t>تو اس کو جب میں نے پڑھا کہ "Imagine a world without us" تو میرے مائنڈ میں وہ کنورٹ ہو گیا۔</w:t>
      </w:r>
    </w:p>
    <w:p>
      <w:r>
        <w:rPr>
          <w:b/>
        </w:rPr>
        <w:t xml:space="preserve">[06:14] </w:t>
      </w:r>
      <w:r>
        <w:t>jis ko mein ne kaha ke tosam. mere mind mein convert ho gaya ke "Imagine a world without us" to mein ne socha "Imagine a life without a world of paradise".</w:t>
      </w:r>
    </w:p>
    <w:p>
      <w:pPr>
        <w:jc w:val="right"/>
      </w:pPr>
      <w:r>
        <w:t>جس کو میں نے کہا کہ توسم۔ میرے مائنڈ میں کنورٹ ہو گیا کہ "Imagine a world without us" تو میں نے سوچا "Imagine a life without a world of paradise"۔</w:t>
      </w:r>
    </w:p>
    <w:p>
      <w:r>
        <w:rPr>
          <w:b/>
        </w:rPr>
        <w:t xml:space="preserve">[06:32] </w:t>
      </w:r>
      <w:r>
        <w:t>"Imagine a life without the world of paradise". matlab ke hum jo hain is dunya mein pachaas saal, pachees saal, sattar saal ke liye zinda hain, bas is mein hum mar jate hain.</w:t>
      </w:r>
    </w:p>
    <w:p>
      <w:pPr>
        <w:jc w:val="right"/>
      </w:pPr>
      <w:r>
        <w:t>"Imagine a life without the world of paradise"۔ مطلب کہ ہم جو ہیں اس دنیا میں پچاس سال، پچیس سال، ستر سال کے لیے زندہ ہیں، بس اس میں ہم مر جاتے ہیں۔</w:t>
      </w:r>
    </w:p>
    <w:p>
      <w:r>
        <w:rPr>
          <w:b/>
        </w:rPr>
        <w:t xml:space="preserve">[06:47] </w:t>
      </w:r>
      <w:r>
        <w:t>har din log marte hain, har din marte hain. marne ke baad kya hai? marne ke baad hum isi dunya mein pohanch jate hain jis ki forces kya hain scientist ne.</w:t>
      </w:r>
    </w:p>
    <w:p>
      <w:pPr>
        <w:jc w:val="right"/>
      </w:pPr>
      <w:r>
        <w:t>ہر دن لوگ مرتے ہیں، ہر دن مرتے ہیں۔ مرنے کے بعد کیا ہے؟ مرنے کے بعد ہم اسی دنیا میں پہنچ جاتے ہیں جس کی فورسز کیا ہیں سائنٹسٹ نے۔</w:t>
      </w:r>
    </w:p>
    <w:p>
      <w:r>
        <w:rPr>
          <w:b/>
        </w:rPr>
        <w:t xml:space="preserve">[07:00] </w:t>
      </w:r>
      <w:r>
        <w:t>ek life less world.</w:t>
      </w:r>
    </w:p>
    <w:p>
      <w:pPr>
        <w:jc w:val="right"/>
      </w:pPr>
      <w:r>
        <w:t>ایک لائف لیس ورلڈ۔</w:t>
      </w:r>
    </w:p>
    <w:p>
      <w:r>
        <w:rPr>
          <w:b/>
        </w:rPr>
        <w:t xml:space="preserve">[07:05] </w:t>
      </w:r>
      <w:r>
        <w:t>jahan pani nahi, jahan food nahi, jahan kuch nahi. waisi ek dunya mein hum ko phenk diya jata hai.</w:t>
      </w:r>
    </w:p>
    <w:p>
      <w:pPr>
        <w:jc w:val="right"/>
      </w:pPr>
      <w:r>
        <w:t>جہاں پانی نہیں، جہاں فوڈ نہیں، جہاں کچھ نہیں۔ ویسی ایک دنیا میں ہم کو پھینک دیا جاتا ہے۔</w:t>
      </w:r>
    </w:p>
    <w:p>
      <w:r>
        <w:rPr>
          <w:b/>
        </w:rPr>
        <w:t xml:space="preserve">[07:15] </w:t>
      </w:r>
      <w:r>
        <w:t>exception in logon ka hai jo is dunya mein, aaj ke jo present world hai, is mein jo wo Khuda ke tareeqay par chalen, ikhtiyar select kar len un ko paradise ke liye.</w:t>
      </w:r>
    </w:p>
    <w:p>
      <w:pPr>
        <w:jc w:val="right"/>
      </w:pPr>
      <w:r>
        <w:t>ایکسیپشن ان لوگوں کا ہے جو اس دنیا میں، آج کے جو پریزنٹ ورلڈ ہے، اس میں جو وہ خدا کے طریقے پر چلیں، اختار سلیکٹ کر لیں ان کو پارڈائز کے لیے۔</w:t>
      </w:r>
    </w:p>
    <w:p>
      <w:r>
        <w:rPr>
          <w:b/>
        </w:rPr>
        <w:t xml:space="preserve">[07:29] </w:t>
      </w:r>
      <w:r>
        <w:t>to jin logon ko paradise nahi mili, un ke liye wahi hai ke ek aisi dunya unhein mile gi rehne ke liye jahan rock ke siwa kuch nahi hoga.</w:t>
      </w:r>
    </w:p>
    <w:p>
      <w:pPr>
        <w:jc w:val="right"/>
      </w:pPr>
      <w:r>
        <w:t>تو جن لوگوں کو پارڈائز نہیں ملی، ان کے لیے وہی ہے کہ ایک ایسی دنیا انہیں ملے گی رہنے کے لیے جہاں راک کے سوا کچھ نہیں ہوگا۔</w:t>
      </w:r>
    </w:p>
    <w:p>
      <w:r>
        <w:rPr>
          <w:b/>
        </w:rPr>
        <w:t xml:space="preserve">[07:42] </w:t>
      </w:r>
      <w:r>
        <w:t>to jab maine is ko parha to mere mind mein aya ke "Imagine a life without the world of paradise".</w:t>
      </w:r>
    </w:p>
    <w:p>
      <w:pPr>
        <w:jc w:val="right"/>
      </w:pPr>
      <w:r>
        <w:t>تو جب میں نے اس کو پڑھا تو میرے مائنڈ میں آیا کہ "Imagine a life without the world of paradise"۔</w:t>
      </w:r>
    </w:p>
    <w:p>
      <w:r>
        <w:rPr>
          <w:b/>
        </w:rPr>
        <w:t xml:space="preserve">[07:50] </w:t>
      </w:r>
      <w:r>
        <w:t>kyun ke aap jante hain ke mout ke baad kisi ko lotna nahi hai.</w:t>
      </w:r>
    </w:p>
    <w:p>
      <w:pPr>
        <w:jc w:val="right"/>
      </w:pPr>
      <w:r>
        <w:t>کیونکہ آپ جانتے ہیں کہ موت کے بعد کسی کو لوٹنا نہیں ہے۔</w:t>
      </w:r>
    </w:p>
    <w:p>
      <w:r>
        <w:rPr>
          <w:b/>
        </w:rPr>
        <w:t xml:space="preserve">[07:58] </w:t>
      </w:r>
      <w:r>
        <w:t>lotna nahi hai. mar gaye to phir chale gaye. phir yahan wapas ana nahi hai.</w:t>
      </w:r>
    </w:p>
    <w:p>
      <w:pPr>
        <w:jc w:val="right"/>
      </w:pPr>
      <w:r>
        <w:t>لوٹنا نہیں ہے۔ مر گئے تو پھر چلے گئے۔ پھر یہاں واپس آنا نہیں ہے۔</w:t>
      </w:r>
    </w:p>
    <w:p>
      <w:r>
        <w:rPr>
          <w:b/>
        </w:rPr>
        <w:t xml:space="preserve">[08:08] </w:t>
      </w:r>
      <w:r>
        <w:t>quran mein aya hai ke jab marne ke baad aadmi wahan pohnche ga aur dekhe ga ke yahan to kuch bhi nahi hai. mere paas kya kya cheezen dunya mein theen?</w:t>
      </w:r>
    </w:p>
    <w:p>
      <w:pPr>
        <w:jc w:val="right"/>
      </w:pPr>
      <w:r>
        <w:t>قرآن میں آیا ہے کہ جب مرنے کے بعد آدمی وہاں پہنچے گا اور دیکھے گا کہ یہاں تو کچھ بھی نہیں ہے۔ میرے پاس کیا کیا چیزیں دنیا میں تھیں؟</w:t>
      </w:r>
    </w:p>
    <w:p>
      <w:r>
        <w:rPr>
          <w:b/>
        </w:rPr>
        <w:t xml:space="preserve">[08:18] </w:t>
      </w:r>
      <w:r>
        <w:t>ghar tha, car thi, property thi, bank balance tha, bachay thay, saathi thay, friends thay.</w:t>
      </w:r>
    </w:p>
    <w:p>
      <w:pPr>
        <w:jc w:val="right"/>
      </w:pPr>
      <w:r>
        <w:t>گھر تھا، کار تھی، پراپرٹی تھی، بینک بیلنس تھا، بچے تھے، ساتھی تھے، فرینڈز تھے۔</w:t>
      </w:r>
    </w:p>
    <w:p>
      <w:r>
        <w:rPr>
          <w:b/>
        </w:rPr>
        <w:t xml:space="preserve">[08:28] </w:t>
      </w:r>
      <w:r>
        <w:t>achanak mere paas kuch bhi nahi.</w:t>
      </w:r>
    </w:p>
    <w:p>
      <w:pPr>
        <w:jc w:val="right"/>
      </w:pPr>
      <w:r>
        <w:t>اچانک میرے پاس کچھ بھی نہیں۔</w:t>
      </w:r>
    </w:p>
    <w:p>
      <w:r>
        <w:rPr>
          <w:b/>
        </w:rPr>
        <w:t xml:space="preserve">[08:32] </w:t>
      </w:r>
      <w:r>
        <w:t>to wo chahe ga lotna. yahan par phir lot kar ana. to quran mein aya hai ke "waeha taehha tan'a'ood".</w:t>
      </w:r>
    </w:p>
    <w:p>
      <w:pPr>
        <w:jc w:val="right"/>
      </w:pPr>
      <w:r>
        <w:t>تو وہ چاہے گا لوٹنا۔ یہاں پر پھر لوٹ کر آنا۔ تو قرآن میں آیا ہے کہ "وہیہا تہیہا تانتعود"۔</w:t>
      </w:r>
    </w:p>
    <w:p>
      <w:r>
        <w:rPr>
          <w:b/>
        </w:rPr>
        <w:t xml:space="preserve">[08:43] </w:t>
      </w:r>
      <w:r>
        <w:t>ke phir lotna nahi hai wahan se.</w:t>
      </w:r>
    </w:p>
    <w:p>
      <w:pPr>
        <w:jc w:val="right"/>
      </w:pPr>
      <w:r>
        <w:t>کہ پھر لوٹنا نہیں ہے وہاں سے۔</w:t>
      </w:r>
    </w:p>
    <w:p>
      <w:r>
        <w:rPr>
          <w:b/>
        </w:rPr>
        <w:t xml:space="preserve">[08:48] </w:t>
      </w:r>
      <w:r>
        <w:t>yani hum yahan se jayen ge to hamare paas koi return ticket nahi hoga. ek bar main safar mein tha to meri jeb mein return ticket tha.</w:t>
      </w:r>
    </w:p>
    <w:p>
      <w:pPr>
        <w:jc w:val="right"/>
      </w:pPr>
      <w:r>
        <w:t>یعنی ہم یہاں سے جائیں گے تو ہمارے پاس کوئی ریٹرن ٹکٹ نہیں ہوگا۔ ایک بار میں سفر میں تھا تو میری جیب میں ریٹرن ٹکٹ تھا۔</w:t>
      </w:r>
    </w:p>
    <w:p>
      <w:r>
        <w:rPr>
          <w:b/>
        </w:rPr>
        <w:t xml:space="preserve">[09:00] </w:t>
      </w:r>
      <w:r>
        <w:t>to maine socha ke is safar se wapsi ke liye mere paas return ticket hai. ke main washington ja raha hon to wahan se lotne ke liye mere paas return ticket hai.</w:t>
      </w:r>
    </w:p>
    <w:p>
      <w:pPr>
        <w:jc w:val="right"/>
      </w:pPr>
      <w:r>
        <w:t>تو میں نے سوچا کہ اس سفر سے واپسی کے لیے میرے پاس ریٹرن ٹکٹ ہے۔ کہ میں واشنگٹن جا رہا ہوں تو وہاں سے لوٹنے کے لیے میرے پاس ریٹرن ٹکٹ ہے۔</w:t>
      </w:r>
    </w:p>
    <w:p>
      <w:r>
        <w:rPr>
          <w:b/>
        </w:rPr>
        <w:t xml:space="preserve">[09:10] </w:t>
      </w:r>
      <w:r>
        <w:t>lekin mout ek aisi journey hai. mout ek aisi journey hai ke is ke paas hamare paas return ticket nahi.</w:t>
      </w:r>
    </w:p>
    <w:p>
      <w:pPr>
        <w:jc w:val="right"/>
      </w:pPr>
      <w:r>
        <w:t>لیکن موت ایک ایسی جرنی ہے۔ موت ایک ایسی جرنی ہے کہ اس کے پاس ہمارے پاس ریٹرن ٹکٹ نہیں۔</w:t>
      </w:r>
    </w:p>
    <w:p>
      <w:r>
        <w:rPr>
          <w:b/>
        </w:rPr>
        <w:t xml:space="preserve">[09:20] </w:t>
      </w:r>
      <w:r>
        <w:t>chale gaye to chale gaye.</w:t>
      </w:r>
    </w:p>
    <w:p>
      <w:pPr>
        <w:jc w:val="right"/>
      </w:pPr>
      <w:r>
        <w:t>چلے گئے تو چلے گئے۔</w:t>
      </w:r>
    </w:p>
    <w:p>
      <w:r>
        <w:rPr>
          <w:b/>
        </w:rPr>
        <w:t xml:space="preserve">[09:25] </w:t>
      </w:r>
      <w:r>
        <w:t>mujhe yad aya ke ya yad ata hai kisi Times of India mein aisa hua ke jab Zia ul Haq maray, Pakistan ke president thay Zia ul Haq.</w:t>
      </w:r>
    </w:p>
    <w:p>
      <w:pPr>
        <w:jc w:val="right"/>
      </w:pPr>
      <w:r>
        <w:t>مجھے یاد آیا کہ یا یاد آتا ہے کسی ٹائمز آف انڈیا میں ایسا ہوا کہ جب ضیاء الحق مرے، پاکستان کے پریزیڈنٹ تھے ضیاء الحق۔</w:t>
      </w:r>
    </w:p>
    <w:p>
      <w:r>
        <w:rPr>
          <w:b/>
        </w:rPr>
        <w:t xml:space="preserve">[09:39] </w:t>
      </w:r>
      <w:r>
        <w:t>to wo ek air crash mein wo mar gaye thay. to is mein editorial chapa tha Zia ul Haq ki mout par.</w:t>
      </w:r>
    </w:p>
    <w:p>
      <w:pPr>
        <w:jc w:val="right"/>
      </w:pPr>
      <w:r>
        <w:t>تو وہ ایک ایئر کریش میں وہ مر گئے تھے۔ تو اس میں ایڈیٹوریل چھپا تھا ضیاء الحق کی موت پر۔</w:t>
      </w:r>
    </w:p>
    <w:p>
      <w:r>
        <w:rPr>
          <w:b/>
        </w:rPr>
        <w:t xml:space="preserve">[09:51] </w:t>
      </w:r>
      <w:r>
        <w:t>to is editorial ka jo caption tha wo tha "Pakistan without Zia".</w:t>
      </w:r>
    </w:p>
    <w:p>
      <w:pPr>
        <w:jc w:val="right"/>
      </w:pPr>
      <w:r>
        <w:t>تو اس ایڈیٹوریل کا جو کیپشن تھا وہ تھا "Pakistan without Zia"۔</w:t>
      </w:r>
    </w:p>
    <w:p>
      <w:r>
        <w:rPr>
          <w:b/>
        </w:rPr>
        <w:t xml:space="preserve">[10:01] </w:t>
      </w:r>
      <w:r>
        <w:t>to maine ek article likha tha is ko le kar ke</w:t>
      </w:r>
    </w:p>
    <w:p>
      <w:pPr>
        <w:jc w:val="right"/>
      </w:pPr>
      <w:r>
        <w:t>تو میں نے ایک آرٹیکل لکھا تھا اس کو لے کر کہ</w:t>
      </w:r>
    </w:p>
    <w:p>
      <w:r>
        <w:rPr>
          <w:b/>
        </w:rPr>
        <w:t xml:space="preserve">[10:09] </w:t>
      </w:r>
      <w:r>
        <w:t>Times of India ka concern yeh hai ke Pakistan without Zia ho gaya. zyada bari baat yeh hai ke Zia without Pakistan.</w:t>
      </w:r>
    </w:p>
    <w:p>
      <w:pPr>
        <w:jc w:val="right"/>
      </w:pPr>
      <w:r>
        <w:t>ٹائمز آف انڈیا کا کنسرن یہ ہے کہ پاکستان without ضیاء ہو گیا۔ زیادہ بڑی بات یہ ہے کہ ضیاء without پاکستان۔</w:t>
      </w:r>
    </w:p>
    <w:p>
      <w:r>
        <w:rPr>
          <w:b/>
        </w:rPr>
        <w:t xml:space="preserve">[10:24] </w:t>
      </w:r>
      <w:r>
        <w:t>jab tak Zia ul Haq Pakistan mein thay to ek country ke wo president thay.</w:t>
      </w:r>
    </w:p>
    <w:p>
      <w:pPr>
        <w:jc w:val="right"/>
      </w:pPr>
      <w:r>
        <w:t>جب تک ضیاء الحق پاکستان میں تھے تو ایک کنٹری کے وہ پریزیڈنٹ تھے۔</w:t>
      </w:r>
    </w:p>
    <w:p>
      <w:r>
        <w:rPr>
          <w:b/>
        </w:rPr>
        <w:t xml:space="preserve">[10:32] </w:t>
      </w:r>
      <w:r>
        <w:t>to bara un ka dabdaba tha. bohat shan thi un ki, un ke paas sab kuch tha. lekin marne ke baad ab jo hai Zia ul Haq without Pakistan ho gaye.</w:t>
      </w:r>
    </w:p>
    <w:p>
      <w:pPr>
        <w:jc w:val="right"/>
      </w:pPr>
      <w:r>
        <w:t>تو بڑا ان کا دبدبہ تھا۔ بہت شان تھی ان کی، ان کے پاس سب کچھ تھا۔ لیکن مرنے کے بعد اب جو ہے ضیاء الحق without پاکستان ہو گئے۔</w:t>
      </w:r>
    </w:p>
    <w:p>
      <w:r>
        <w:rPr>
          <w:b/>
        </w:rPr>
        <w:t xml:space="preserve">[10:45] </w:t>
      </w:r>
      <w:r>
        <w:t>ab kuch bhi nahi un ke paas hai. na Pakistan hai, na biwi bachay hain, na koi bank balance hai, na koi property hai, kuch bhi nahi.</w:t>
      </w:r>
    </w:p>
    <w:p>
      <w:pPr>
        <w:jc w:val="right"/>
      </w:pPr>
      <w:r>
        <w:t>اب کچھ بھی نہیں ان کے پاس ہے۔ نہ پاکستان ہے، نہ بیوی بچے ہیں، نہ کوئی بینک بیلنس ہے، نہ کوئی پراپرٹی ہے، کچھ بھی نہیں۔</w:t>
      </w:r>
    </w:p>
    <w:p>
      <w:r>
        <w:rPr>
          <w:b/>
        </w:rPr>
        <w:t xml:space="preserve">[10:56] </w:t>
      </w:r>
      <w:r>
        <w:t>to dekhen yeh hai sab se bari baat jis ko aadmi ko sochna chahiye. kyun ke hum mein se koi bhi aadmi aisa nahi hai jis ko eternal life mili hui ho.</w:t>
      </w:r>
    </w:p>
    <w:p>
      <w:pPr>
        <w:jc w:val="right"/>
      </w:pPr>
      <w:r>
        <w:t>تو دیکھیں یہ ہے سب سے بڑی بات جس کو آدمی کو سوچنا چاہیے۔ کیونکہ ہم میں سے کوئی بھی آدمی ایسا نہیں ہے جس کو ایٹرنل لائف ملی ہوئی ہو۔</w:t>
      </w:r>
    </w:p>
    <w:p>
      <w:r>
        <w:rPr>
          <w:b/>
        </w:rPr>
        <w:t xml:space="preserve">[11:15] </w:t>
      </w:r>
      <w:r>
        <w:t>kisi ko eternal life mili hui nahi hai. har ek ko marna hai. har din aap suntay hain marne ki news.</w:t>
      </w:r>
    </w:p>
    <w:p>
      <w:pPr>
        <w:jc w:val="right"/>
      </w:pPr>
      <w:r>
        <w:t>کسی کو ایٹرنل لائف ملی ہوئی نہیں ہے۔ ہر ایک کو مرنا ہے۔ ہر دن آپ سنتے ہیں مرنے کی نیوز۔</w:t>
      </w:r>
    </w:p>
    <w:p>
      <w:r>
        <w:rPr>
          <w:b/>
        </w:rPr>
        <w:t xml:space="preserve">[11:27] </w:t>
      </w:r>
      <w:r>
        <w:t>paper mein.</w:t>
      </w:r>
    </w:p>
    <w:p>
      <w:pPr>
        <w:jc w:val="right"/>
      </w:pPr>
      <w:r>
        <w:t>پیپر میں۔</w:t>
      </w:r>
    </w:p>
    <w:p>
      <w:r>
        <w:rPr>
          <w:b/>
        </w:rPr>
        <w:t xml:space="preserve">[11:33] </w:t>
      </w:r>
      <w:r>
        <w:t>TV mein. Apne paros mein. To jab bhi aap kisi ko marte hue dekhein, jab bhi aap kisi ki news dekhein ke mar gaya woh,</w:t>
      </w:r>
    </w:p>
    <w:p>
      <w:pPr>
        <w:jc w:val="right"/>
      </w:pPr>
      <w:r>
        <w:t>ٹی وی میں۔ اپنے پڑوس میں۔ تو جب بھی آپ کسی کو مرتے ہوئے دیکھیں، جب بھی آپ کسی کی نیوز دیکھیں کہ مر گیا وہ،</w:t>
      </w:r>
    </w:p>
    <w:p>
      <w:r>
        <w:rPr>
          <w:b/>
        </w:rPr>
        <w:t xml:space="preserve">[11:49] </w:t>
      </w:r>
      <w:r>
        <w:t>to aap ko kya sochna chahiye? Kisi ko dekhein aap ke woh mar gaya ya news sunein ke woh mar gaya, to aap ko kya sochna chahiye?</w:t>
      </w:r>
    </w:p>
    <w:p>
      <w:pPr>
        <w:jc w:val="right"/>
      </w:pPr>
      <w:r>
        <w:t>تو آپ کو کیا سوچنا چاہیے؟ کسی کو دیکھیں آپ کہ وہ مر گیا یا نیوز سنیں کہ وہ مر گیا، تو آپ کو کیا سوچنا چاہیے؟</w:t>
      </w:r>
    </w:p>
    <w:p>
      <w:r>
        <w:rPr>
          <w:b/>
        </w:rPr>
        <w:t xml:space="preserve">[12:02] </w:t>
      </w:r>
      <w:r>
        <w:t>yeh sochna chahiye ke countdown ki ginti last bit one tak pahunch chuki hai. Ab meri bari hai.</w:t>
      </w:r>
    </w:p>
    <w:p>
      <w:pPr>
        <w:jc w:val="right"/>
      </w:pPr>
      <w:r>
        <w:t>یہ سوچنا چاہیے کہ کاؤنٹ ڈاؤن کی گنتی لاسٹ بٹ ون تک پہنچ چکی ہے۔ اب میری باری ہے۔</w:t>
      </w:r>
    </w:p>
    <w:p>
      <w:r>
        <w:rPr>
          <w:b/>
        </w:rPr>
        <w:t xml:space="preserve">[12:15] </w:t>
      </w:r>
      <w:r>
        <w:t>Aaj woh, kal hamari bari hai.</w:t>
      </w:r>
    </w:p>
    <w:p>
      <w:pPr>
        <w:jc w:val="right"/>
      </w:pPr>
      <w:r>
        <w:t>آج وہ، کل ہماری باری ہے۔</w:t>
      </w:r>
    </w:p>
    <w:p>
      <w:r>
        <w:rPr>
          <w:b/>
        </w:rPr>
        <w:t xml:space="preserve">[12:23] </w:t>
      </w:r>
      <w:r>
        <w:t>To sab se zyada jo sochne ki baat hai woh yeh hai ke maut ke baad kya hoga?</w:t>
      </w:r>
    </w:p>
    <w:p>
      <w:pPr>
        <w:jc w:val="right"/>
      </w:pPr>
      <w:r>
        <w:t>تو سب سے زیادہ جو سوچنے کی بات ہے وہ یہ ہے کہ موت کے بعد کیا ہوگا؟</w:t>
      </w:r>
    </w:p>
    <w:p>
      <w:r>
        <w:rPr>
          <w:b/>
        </w:rPr>
        <w:t xml:space="preserve">[12:33] </w:t>
      </w:r>
      <w:r>
        <w:t>Maut ke baad kya hoga? Kuch log samajhte hain ke maut ke baad ek karma ka chakar hai. Phir jeena, phir marna, phir jeena, phir marna.</w:t>
      </w:r>
    </w:p>
    <w:p>
      <w:pPr>
        <w:jc w:val="right"/>
      </w:pPr>
      <w:r>
        <w:t>موت کے بعد کیا ہوگا؟ کچھ لوگ سمجھتے ہیں کہ موت کے بعد ایک کرم کا چکر ہے۔ پھر جینا، پھر مرنا، پھر جینا، پھر مرنا۔</w:t>
      </w:r>
    </w:p>
    <w:p>
      <w:r>
        <w:rPr>
          <w:b/>
        </w:rPr>
        <w:t xml:space="preserve">[12:45] </w:t>
      </w:r>
      <w:r>
        <w:t>Dekhein yeh to ek myth hai. Koi scientific theory nahi hai yeh.</w:t>
      </w:r>
    </w:p>
    <w:p>
      <w:pPr>
        <w:jc w:val="right"/>
      </w:pPr>
      <w:r>
        <w:t>دیکھیں یہ تو ایک متھ ہے۔ کوئی سائنٹیفک تھیوری نہیں ہے یہ۔</w:t>
      </w:r>
    </w:p>
    <w:p>
      <w:r>
        <w:rPr>
          <w:b/>
        </w:rPr>
        <w:t xml:space="preserve">[12:55] </w:t>
      </w:r>
      <w:r>
        <w:t>Koi iska proof nahi.</w:t>
      </w:r>
    </w:p>
    <w:p>
      <w:pPr>
        <w:jc w:val="right"/>
      </w:pPr>
      <w:r>
        <w:t>کوئی اس کا پروف نہیں۔</w:t>
      </w:r>
    </w:p>
    <w:p>
      <w:r>
        <w:rPr>
          <w:b/>
        </w:rPr>
        <w:t xml:space="preserve">[13:00] </w:t>
      </w:r>
      <w:r>
        <w:t>Ek sahab jo bohat mante the karma theory ko, main ne un se poocha ke karma ka matlab yeh hai ke yeh jo ek insan hai, yeh insan agle janam mein kuch ka kuch ho jata hai?</w:t>
      </w:r>
    </w:p>
    <w:p>
      <w:pPr>
        <w:jc w:val="right"/>
      </w:pPr>
      <w:r>
        <w:t>ایک صاحب جو بہت مانتے تھے کرما تھیوری کو، میں نے ان سے پوچھا کہ کرما کا مطلب یہ ہے کہ یہ جو ایک انسان ہے، یہ انسان اگلے جنم میں کچھ کا کچھ ہو جاتا ہے؟</w:t>
      </w:r>
    </w:p>
    <w:p>
      <w:r>
        <w:rPr>
          <w:b/>
        </w:rPr>
        <w:t xml:space="preserve">[13:18] </w:t>
      </w:r>
      <w:r>
        <w:t>Apne karmo ko le kar. Yahan kuch tha, wahan kuch ho gaya. To unhone kaha ke haan hum yahi mante hain. To main ne kaha aap jante hain ke yeh jo personality hamari hai,</w:t>
      </w:r>
    </w:p>
    <w:p>
      <w:pPr>
        <w:jc w:val="right"/>
      </w:pPr>
      <w:r>
        <w:t>اپنے کرموں کو لے کر۔ یہاں کچھ تھا، وہاں کچھ ہو گیا۔ تو انہوں نے کہا کہ ہاں ہم یہی مانتے ہیں۔ تو میں نے کہا آپ جانتے ہیں کہ یہ جو پرسنیلٹی ہماری ہے،</w:t>
      </w:r>
    </w:p>
    <w:p>
      <w:r>
        <w:rPr>
          <w:b/>
        </w:rPr>
        <w:t xml:space="preserve">[13:31] </w:t>
      </w:r>
      <w:r>
        <w:t>to according to the scientific analysis, memory hamari personality ka integral part hai. Har aadmi ki personality ka integral part hai memory.</w:t>
      </w:r>
    </w:p>
    <w:p>
      <w:pPr>
        <w:jc w:val="right"/>
      </w:pPr>
      <w:r>
        <w:t>تو according to the scientific analysis، میموری ہماری پرسنیلٹی کا انٹیگرل پارٹ ہے۔ ہر آدمی کی پرسنیلٹی کا انٹیگرل پارٹ ہے میموری۔</w:t>
      </w:r>
    </w:p>
    <w:p>
      <w:r>
        <w:rPr>
          <w:b/>
        </w:rPr>
        <w:t xml:space="preserve">[13:48] </w:t>
      </w:r>
      <w:r>
        <w:t>Memory alag nahi ho sakti meri personality se.</w:t>
      </w:r>
    </w:p>
    <w:p>
      <w:pPr>
        <w:jc w:val="right"/>
      </w:pPr>
      <w:r>
        <w:t>میموری الگ نہیں ہو سکتی میری پرسنیلٹی سے۔</w:t>
      </w:r>
    </w:p>
    <w:p>
      <w:r>
        <w:rPr>
          <w:b/>
        </w:rPr>
        <w:t xml:space="preserve">[13:53] </w:t>
      </w:r>
      <w:r>
        <w:t>Without memory there is no personality.</w:t>
      </w:r>
    </w:p>
    <w:p>
      <w:pPr>
        <w:jc w:val="right"/>
      </w:pPr>
      <w:r>
        <w:t>Without memory there is no personality۔</w:t>
      </w:r>
    </w:p>
    <w:p>
      <w:r>
        <w:rPr>
          <w:b/>
        </w:rPr>
        <w:t xml:space="preserve">[13:59] </w:t>
      </w:r>
      <w:r>
        <w:t>To memory aur personality dono sath sath hain. To main ne kaha ke dekhein itne sare log jo hain, main aur aap sab mila kar, sab ne sab ka rebirth hua hai.</w:t>
      </w:r>
    </w:p>
    <w:p>
      <w:pPr>
        <w:jc w:val="right"/>
      </w:pPr>
      <w:r>
        <w:t>تو میموری اور پرسنیلٹی دونوں ساتھ ساتھ ہیں۔ تو میں نے کہا کہ دیکھیں اتنے سارے لوگ جو ہیں، میں اور آپ سب ملا کر، سب نے سب کا ری برتھ ہوا ہے۔</w:t>
      </w:r>
    </w:p>
    <w:p>
      <w:r>
        <w:rPr>
          <w:b/>
        </w:rPr>
        <w:t xml:space="preserve">[14:13] </w:t>
      </w:r>
      <w:r>
        <w:t>Hum pehle kuch the, ab phir janam liya hai hum ne. To kya hamari aap ki memory mein hai yeh baat? Ya sare logon ki memory mein hai yeh baat?</w:t>
      </w:r>
    </w:p>
    <w:p>
      <w:pPr>
        <w:jc w:val="right"/>
      </w:pPr>
      <w:r>
        <w:t>ہم پہلے کچھ تھے، اب پھر جنم لیا ہے ہم نے۔ تو کیا ہماری آپ کی میموری میں ہے یہ بات؟ یا سارے لوگوں کی میموری میں ہے یہ بات؟</w:t>
      </w:r>
    </w:p>
    <w:p>
      <w:r>
        <w:rPr>
          <w:b/>
        </w:rPr>
        <w:t xml:space="preserve">[14:24] </w:t>
      </w:r>
      <w:r>
        <w:t>To hamari memory kahan chali gayi? Jab hamari personality ka transfer hua, koi rebirth hua, to memory kahan beech mein miss kar gayi?</w:t>
      </w:r>
    </w:p>
    <w:p>
      <w:pPr>
        <w:jc w:val="right"/>
      </w:pPr>
      <w:r>
        <w:t>تو ہماری میموری کہاں چلی گئی؟ جب ہماری پرسنیلٹی کا ٹرانسفر ہوا، کوئی ری برتھ ہوا، تو میموری کہاں بیچ میں مس کر گئی؟</w:t>
      </w:r>
    </w:p>
    <w:p>
      <w:r>
        <w:rPr>
          <w:b/>
        </w:rPr>
        <w:t xml:space="preserve">[14:37] </w:t>
      </w:r>
      <w:r>
        <w:t>Jab memory nahi hai, ghayab hai to meri personality ka rebirth bhi nahi hua. Phir to meri personality kahin aur chali gayi. Agar main isi personality ka rebirth hota to woh wali memory abhi to hoti mere sath.</w:t>
      </w:r>
    </w:p>
    <w:p>
      <w:pPr>
        <w:jc w:val="right"/>
      </w:pPr>
      <w:r>
        <w:t>جب میموری نہیں ہے، غائب ہے تو میری پرسنیلٹی کا ری برتھ بھی نہیں ہوا۔ پھر تو میری پرسنیلٹی کہیں اور چلی گئی۔ اگر میں اسی پرسنیلٹی کا ری برتھ ہوتا تو وہ والی میموری ابھی تو ہوتی میرے ساتھ۔</w:t>
      </w:r>
    </w:p>
    <w:p>
      <w:r>
        <w:rPr>
          <w:b/>
        </w:rPr>
        <w:t xml:space="preserve">[14:52] </w:t>
      </w:r>
      <w:r>
        <w:t>Yaani mujhe yaad hota ke main kya tha pehle? To mujhe to kuch yaad nahi, aap ko yaad nahi. Ke dunya bhar ke kisi ko yaad nahi. Ek adha aadmi idhar udhar kisi kho mein, kisi jungle mein bataya jata hai, koi ladka.</w:t>
      </w:r>
    </w:p>
    <w:p>
      <w:pPr>
        <w:jc w:val="right"/>
      </w:pPr>
      <w:r>
        <w:t>یعنی مجھے یاد ہوتا کہ میں کیا تھا پہلے؟ تو مجھے تو کچھ یاد نہیں، آپ کو یاد نہیں۔ کہ دنیا بھر کے کسی کو یاد نہیں۔ ایک آدھ آدمی ادھر ادھر کسی کھو میں، کسی جنگل میں بتایا جاتا ہے، کوئی لڑکا۔</w:t>
      </w:r>
    </w:p>
    <w:p>
      <w:r>
        <w:rPr>
          <w:b/>
        </w:rPr>
        <w:t xml:space="preserve">[15:08] </w:t>
      </w:r>
      <w:r>
        <w:t>To there is not a proof.</w:t>
      </w:r>
    </w:p>
    <w:p>
      <w:pPr>
        <w:jc w:val="right"/>
      </w:pPr>
      <w:r>
        <w:t>تو there is not a proof۔</w:t>
      </w:r>
    </w:p>
    <w:p>
      <w:r>
        <w:rPr>
          <w:b/>
        </w:rPr>
        <w:t xml:space="preserve">[15:13] </w:t>
      </w:r>
      <w:r>
        <w:t>Woh to koi proof nahi. Is liye ke dekhein scientific theory yeh hai ke jitne bhi relevant facts hain, sab ko collaborate karna chahiye aap ki theory se.</w:t>
      </w:r>
    </w:p>
    <w:p>
      <w:pPr>
        <w:jc w:val="right"/>
      </w:pPr>
      <w:r>
        <w:t>وہ تو کوئی پروف نہیں۔ اس لیے کہ دیکھیں سائنٹیفک تھیوری یہ ہے کہ جتنے بھی ریلیونٹ فیکٹس ہیں، سب کو کولیبریٹ کرنا چاہیے آپ کی تھیوری سے۔</w:t>
      </w:r>
    </w:p>
    <w:p>
      <w:r>
        <w:rPr>
          <w:b/>
        </w:rPr>
        <w:t xml:space="preserve">[15:28] </w:t>
      </w:r>
      <w:r>
        <w:t>Agar ek bhi example differ kare to theory khatam ho jayegi. Jaise ke aap kahein ke hamari jo Earth hai, jo planet hai jo hamara, is mein gravity hai.</w:t>
      </w:r>
    </w:p>
    <w:p>
      <w:pPr>
        <w:jc w:val="right"/>
      </w:pPr>
      <w:r>
        <w:t>اگر ایک بھی ایگزامپل ڈیفر کرے تو تھیوری ختم ہو جائے گی۔ جیسے کہ آپ کہیں کہ ہماری جو ارتھ ہے، جو پلینٹ ہے جو ہمارا، اس میں گریویٹی ہے۔</w:t>
      </w:r>
    </w:p>
    <w:p>
      <w:r>
        <w:rPr>
          <w:b/>
        </w:rPr>
        <w:t xml:space="preserve">[15:43] </w:t>
      </w:r>
      <w:r>
        <w:t>Woh har cheez ko neeche kheenchti hai. Upar se koi cheez girai jaye to neeche aa jayegi.</w:t>
      </w:r>
    </w:p>
    <w:p>
      <w:pPr>
        <w:jc w:val="right"/>
      </w:pPr>
      <w:r>
        <w:t>وہ ہر چیز کو نیچے کھینچتی ہے۔ اوپر سے کوئی چیز گرائی جائے تو نیچے آ جائے گی۔</w:t>
      </w:r>
    </w:p>
    <w:p>
      <w:r>
        <w:rPr>
          <w:b/>
        </w:rPr>
        <w:t xml:space="preserve">[15:50] </w:t>
      </w:r>
      <w:r>
        <w:t>Koi bhi cheez upar se jo giraye to neeche aa jayegi. Ab aap ek hazar cheez girayein, sab neeche aa jayein. Aur ek ball aap girayein to neeche na ao.</w:t>
      </w:r>
    </w:p>
    <w:p>
      <w:pPr>
        <w:jc w:val="right"/>
      </w:pPr>
      <w:r>
        <w:t>کوئی بھی چیز اوپر سے جو گرائے تو نیچے آ جائے گی۔ اب آپ ایک ہزار چیز گرائیں، سب نیچے آ جائیں۔ اور ایک بال آپ گرائیں تو نیچے نہ آوے۔</w:t>
      </w:r>
    </w:p>
    <w:p>
      <w:r>
        <w:rPr>
          <w:b/>
        </w:rPr>
        <w:t xml:space="preserve">[16:00] </w:t>
      </w:r>
      <w:r>
        <w:t>Upar hi reh jaye woh. To theory jo hai discard ho jayegi. This is scientific method. Jitne bhi relevant fact hain, sab ko</w:t>
      </w:r>
    </w:p>
    <w:p>
      <w:pPr>
        <w:jc w:val="right"/>
      </w:pPr>
      <w:r>
        <w:t>اوپر ہی رہ جائے وہ۔ تو تھیوری جو ہے ڈسکارڈ ہو جائے گی۔ This is scientific method۔ جتنے بھی ریلیونٹ فیکٹ ہیں، سب کو</w:t>
      </w:r>
    </w:p>
    <w:p>
      <w:r>
        <w:rPr>
          <w:b/>
        </w:rPr>
        <w:t xml:space="preserve">[16:17] </w:t>
      </w:r>
      <w:r>
        <w:t>collabrate karna chahiye. ek bhi agar example differ karega to theory discard ho jayegi. aur yahan to sare hi example differ kar rahe hain.</w:t>
      </w:r>
    </w:p>
    <w:p>
      <w:pPr>
        <w:jc w:val="right"/>
      </w:pPr>
      <w:r>
        <w:t>کولیبریٹ کرنا چاہیے۔ ایک بھی اگر ایگزامپل ڈیفر کرے گا تو تھیوری ڈسکارڈ ہو جائے گی۔ اور یہاں تو سارے ہی ایگزامپل ڈیفر کر رہے ہیں۔</w:t>
      </w:r>
    </w:p>
    <w:p>
      <w:r>
        <w:rPr>
          <w:b/>
        </w:rPr>
        <w:t xml:space="preserve">[16:29] </w:t>
      </w:r>
      <w:r>
        <w:t>to is liye aap ek aadh aadmi jo kahin se nikalte hain kisi jungle mein, us se kuch proof nahi hota. wo to ek tamasha hai. wo to ek drama hai.</w:t>
      </w:r>
    </w:p>
    <w:p>
      <w:pPr>
        <w:jc w:val="right"/>
      </w:pPr>
      <w:r>
        <w:t>تو اس لیے آپ ایک آدھ آدمی جو کہیں سے نکالتے ہیں کسی جنگل میں، اس سے کچھ پروف نہیں ہوتا۔ وہ تو ایک تماشہ ہے۔ وہ تو ایک ڈرامہ ہے۔</w:t>
      </w:r>
    </w:p>
    <w:p>
      <w:r>
        <w:rPr>
          <w:b/>
        </w:rPr>
        <w:t xml:space="preserve">[16:41] </w:t>
      </w:r>
      <w:r>
        <w:t>ab bataiye ke ye jo ek theory banayi gayi hai, karma theory, ke main is duniya mein jaisa karam karta hoon waisa phir rebirth hota hai mera.</w:t>
      </w:r>
    </w:p>
    <w:p>
      <w:pPr>
        <w:jc w:val="right"/>
      </w:pPr>
      <w:r>
        <w:t>اب بتائیے کہ یہ جو ایک تھیوری بنائی گئی ہے، کرما تھیوری، کہ میں اس دنیا میں جیسا کرم کرتا ہوں ویسا پھر ری برتھ ہوتا ہے میرا۔</w:t>
      </w:r>
    </w:p>
    <w:p>
      <w:r>
        <w:rPr>
          <w:b/>
        </w:rPr>
        <w:t xml:space="preserve">[16:54] </w:t>
      </w:r>
      <w:r>
        <w:t>to hum mein se har baat, har ek ka case rebirth ka case hai. hum mein se har aadmi ka case rebirth ka case hai.</w:t>
      </w:r>
    </w:p>
    <w:p>
      <w:pPr>
        <w:jc w:val="right"/>
      </w:pPr>
      <w:r>
        <w:t>تو ہم میں سے ہر بات، ہر ایک کا کیس ری برتھ کا کیس ہے۔ ہم میں سے ہر آدمی کا کیس ری برتھ کا کیس ہے۔</w:t>
      </w:r>
    </w:p>
    <w:p>
      <w:r>
        <w:rPr>
          <w:b/>
        </w:rPr>
        <w:t xml:space="preserve">[17:03] </w:t>
      </w:r>
      <w:r>
        <w:t>to hum pichle janam ki yaad to humein kuch bhi nahi. pichle janam ki bhi to humein kuch bhi yaad nahi hai. to where is my memory?</w:t>
      </w:r>
    </w:p>
    <w:p>
      <w:pPr>
        <w:jc w:val="right"/>
      </w:pPr>
      <w:r>
        <w:t>تو ہم پچھلے جنم کی یاد تو ہمیں کچھ بھی نہیں۔ پچھلے جنم کی بھی تو ہمیں کچھ بھی یاد نہیں ہے۔ تو where is my memory؟</w:t>
      </w:r>
    </w:p>
    <w:p>
      <w:r>
        <w:rPr>
          <w:b/>
        </w:rPr>
        <w:t xml:space="preserve">[17:15] </w:t>
      </w:r>
      <w:r>
        <w:t>memory nahi hai to meri personality bhi nahi hai.</w:t>
      </w:r>
    </w:p>
    <w:p>
      <w:pPr>
        <w:jc w:val="right"/>
      </w:pPr>
      <w:r>
        <w:t>میموری نہیں ہے تو میری پرسنیلٹی بھی نہیں ہے۔</w:t>
      </w:r>
    </w:p>
    <w:p>
      <w:r>
        <w:rPr>
          <w:b/>
        </w:rPr>
        <w:t xml:space="preserve">[17:20] </w:t>
      </w:r>
      <w:r>
        <w:t>aur phir sari karma theory jo hai wo unscientific ban jati hai, unscientific. is wajah se yaad rakhiye is duniya mein lotna nahi hai.</w:t>
      </w:r>
    </w:p>
    <w:p>
      <w:pPr>
        <w:jc w:val="right"/>
      </w:pPr>
      <w:r>
        <w:t>اور پھر ساری کرما تھیوری جو ہے وہ ان سائنٹیفک بن جاتی ہے، ان سائنٹیفک۔ اس وجہ سے یاد رکھیے اس دنیا میں لوٹنا نہیں ہے۔</w:t>
      </w:r>
    </w:p>
    <w:p>
      <w:r>
        <w:rPr>
          <w:b/>
        </w:rPr>
        <w:t xml:space="preserve">[17:29] </w:t>
      </w:r>
      <w:r>
        <w:t>koi rebirth hona nahi hai. marne ke baad hum Khuda ke samne hote hain. marne ke baad hum Khuda ke samne hote hain.</w:t>
      </w:r>
    </w:p>
    <w:p>
      <w:pPr>
        <w:jc w:val="right"/>
      </w:pPr>
      <w:r>
        <w:t>کوئی ری برتھ ہونا نہیں ہے۔ مرنے کے بعد ہم خدا کے سامنے ہوتے ہیں۔ مرنے کے بعد ہم خدا کے سامنے ہوتے ہیں۔</w:t>
      </w:r>
    </w:p>
    <w:p>
      <w:r>
        <w:rPr>
          <w:b/>
        </w:rPr>
        <w:t xml:space="preserve">[17:44] </w:t>
      </w:r>
      <w:r>
        <w:t>ahadees mein aata hai ke la tazal qadam abdi hatta yusala arbaeen. Khuda ke samne yani ek day of judgement hai.</w:t>
      </w:r>
    </w:p>
    <w:p>
      <w:pPr>
        <w:jc w:val="right"/>
      </w:pPr>
      <w:r>
        <w:t>احادیث میں آتا ہے کہ لا تزال قدم عبد حتی یصل اربعین۔ خدا کے سامنے یعنی ایک day of judgement ہے۔</w:t>
      </w:r>
    </w:p>
    <w:p>
      <w:r>
        <w:rPr>
          <w:b/>
        </w:rPr>
        <w:t xml:space="preserve">[17:54] </w:t>
      </w:r>
      <w:r>
        <w:t>har aadmi Khuda ke samne khada hone wala hai.</w:t>
      </w:r>
    </w:p>
    <w:p>
      <w:pPr>
        <w:jc w:val="right"/>
      </w:pPr>
      <w:r>
        <w:t>ہر آدمی خدا کے سامنے کھڑا ہونے والا ہے۔</w:t>
      </w:r>
    </w:p>
    <w:p>
      <w:r>
        <w:rPr>
          <w:b/>
        </w:rPr>
        <w:t xml:space="preserve">[17:59] </w:t>
      </w:r>
      <w:r>
        <w:t>to aadmi ke qadam us waqt tak hatenge nahi. yani Khuda jo judge hoga us din ka, Lord of the day of judgement hoga, us ke samne khada hona padega.</w:t>
      </w:r>
    </w:p>
    <w:p>
      <w:pPr>
        <w:jc w:val="right"/>
      </w:pPr>
      <w:r>
        <w:t>تو آدمی کے قدم اس وقت تک ہٹیں گے نہیں۔ یعنی خدا جو جج ہوگا اس دن کا، Lord of the day of judgement ہوگا، اس کے سامنے کھڑا ہونا پڑے گا۔</w:t>
      </w:r>
    </w:p>
    <w:p>
      <w:r>
        <w:rPr>
          <w:b/>
        </w:rPr>
        <w:t xml:space="preserve">[18:15] </w:t>
      </w:r>
      <w:r>
        <w:t>us waqt tak aage jane ki ijazat nahi hogi jab tak us ko char baaton ka wo jawab na de le. wo char baatein kya hain?</w:t>
      </w:r>
    </w:p>
    <w:p>
      <w:pPr>
        <w:jc w:val="right"/>
      </w:pPr>
      <w:r>
        <w:t>اس وقت تک آگے جانے کی اجازت نہیں ہوگی جب تک اس کو چار باتوں کا وہ جواب نہ دے لے۔ وہ چار باتیں کیا ہیں؟</w:t>
      </w:r>
    </w:p>
    <w:p>
      <w:r>
        <w:rPr>
          <w:b/>
        </w:rPr>
        <w:t xml:space="preserve">[18:25] </w:t>
      </w:r>
      <w:r>
        <w:t>Khuda us se poochega ke maine tum ko zindagi di to zindagi ka tum ne kya kiya?</w:t>
      </w:r>
    </w:p>
    <w:p>
      <w:pPr>
        <w:jc w:val="right"/>
      </w:pPr>
      <w:r>
        <w:t>خدا اس سے پوچھے گا کہ میں نے تم کو زندگی دی تو زندگی کا تم نے کیا کیا؟</w:t>
      </w:r>
    </w:p>
    <w:p>
      <w:r>
        <w:rPr>
          <w:b/>
        </w:rPr>
        <w:t xml:space="preserve">[18:37] </w:t>
      </w:r>
      <w:r>
        <w:t>maine tum ko jawani di to jawani ka tum ne kya istemal kiya? maine tum ko knowledge diya, wo knowledge ko tum ne kya kiya? maine tum ko paisa diya, paise ko tum ne kahan lagaya?</w:t>
      </w:r>
    </w:p>
    <w:p>
      <w:pPr>
        <w:jc w:val="right"/>
      </w:pPr>
      <w:r>
        <w:t>میں نے تم کو جوانی دی تو جوانی کا تم نے کیا استعمال کیا؟ میں نے تم کو knowledge دیا، وہ knowledge کو تم نے کیا کیا؟ میں نے تم کو پیسہ دیا، پیسے کو تم نے کہاں لگایا؟</w:t>
      </w:r>
    </w:p>
    <w:p>
      <w:r>
        <w:rPr>
          <w:b/>
        </w:rPr>
        <w:t xml:space="preserve">[18:50] </w:t>
      </w:r>
      <w:r>
        <w:t>ye batana padega. jab tak ye bata na le tab tak aage badhne ki ijazat nahi hogi us ko. aap sochiye kitna bhayanak din samne aane wala hai.</w:t>
      </w:r>
    </w:p>
    <w:p>
      <w:pPr>
        <w:jc w:val="right"/>
      </w:pPr>
      <w:r>
        <w:t>یہ بتانا پڑے گا۔ جب تک یہ بتا نہ لے تب تک آگے بڑھنے کی اجازت نہیں ہوگی اس کو۔ آپ سوچیے کتنا بھیانک دن سامنے آنے والا ہے۔</w:t>
      </w:r>
    </w:p>
    <w:p>
      <w:r>
        <w:rPr>
          <w:b/>
        </w:rPr>
        <w:t xml:space="preserve">[19:03] </w:t>
      </w:r>
      <w:r>
        <w:t>hum mein se har aadmi Lord of the day of judgement ke samne us ko khada hona hai us ko. aur maut ke baad yahan wapsi nahi hai. koi rebirth nahi hai.</w:t>
      </w:r>
    </w:p>
    <w:p>
      <w:pPr>
        <w:jc w:val="right"/>
      </w:pPr>
      <w:r>
        <w:t>ہم میں سے ہر آدمی Lord of the day of judgement کے سامنے اس کو کھڑا ہونا ہے اس کو۔ اور موت کے بعد یہاں واپسی نہیں ہے۔ کوئی ری برتھ نہیں ہے۔</w:t>
      </w:r>
    </w:p>
    <w:p>
      <w:r>
        <w:rPr>
          <w:b/>
        </w:rPr>
        <w:t xml:space="preserve">[19:13] </w:t>
      </w:r>
      <w:r>
        <w:t>rebirth ki theory to unscientific theory hai. jaisa ke maine arz kiya. to ye bohat zyada sochne ki baat hai.</w:t>
      </w:r>
    </w:p>
    <w:p>
      <w:pPr>
        <w:jc w:val="right"/>
      </w:pPr>
      <w:r>
        <w:t>ری برتھ کی تھیوری تو ان سائنٹیفک تھیوری ہے۔ جیسا کہ میں نے عرض کیا۔ تو یہ بہت زیادہ سوچنے کی بات ہے۔</w:t>
      </w:r>
    </w:p>
    <w:p>
      <w:r>
        <w:rPr>
          <w:b/>
        </w:rPr>
        <w:t xml:space="preserve">[19:25] </w:t>
      </w:r>
      <w:r>
        <w:t>to sawal ye nahi hai ke Pakistan without Zia. sawal ye hai ke Zia without Pakistan? hum sab ka ek Pakistan hai.</w:t>
      </w:r>
    </w:p>
    <w:p>
      <w:pPr>
        <w:jc w:val="right"/>
      </w:pPr>
      <w:r>
        <w:t>تو سوال یہ نہیں ہے کہ پاکستان without ضیاء۔ سوال یہ ہے کہ ضیاء without پاکستان؟ ہم سب کا ایک پاکستان ہے۔</w:t>
      </w:r>
    </w:p>
    <w:p>
      <w:r>
        <w:rPr>
          <w:b/>
        </w:rPr>
        <w:t xml:space="preserve">[19:36] </w:t>
      </w:r>
      <w:r>
        <w:t>yani Pakistan ka matlab hai ke hum sab ki ek property hai. hum sab ka ek ghar hai. hum sab ka ek parivar hai. hum sab ki ek establishment hai.</w:t>
      </w:r>
    </w:p>
    <w:p>
      <w:pPr>
        <w:jc w:val="right"/>
      </w:pPr>
      <w:r>
        <w:t>یعنی پاکستان کا معنی ہے کہ ہم سب کی ایک پراپرٹی ہے۔ ہم سب کا ایک گھر ہے۔ ہم سب کا ایک परिवار ہے۔ ہم سب کی ایک establishment ہے۔</w:t>
      </w:r>
    </w:p>
    <w:p>
      <w:r>
        <w:rPr>
          <w:b/>
        </w:rPr>
        <w:t xml:space="preserve">[19:48] </w:t>
      </w:r>
      <w:r>
        <w:t>hum sab ka ek circle hai. hum sab ke kuch friends hain. is mein hum jee rahe hain.</w:t>
      </w:r>
    </w:p>
    <w:p>
      <w:pPr>
        <w:jc w:val="right"/>
      </w:pPr>
      <w:r>
        <w:t>ہم سب کا ایک circle ہے۔ ہم سب کے کچھ friends ہیں۔ اس میں ہم جی رہے ہیں۔</w:t>
      </w:r>
    </w:p>
    <w:p>
      <w:r>
        <w:rPr>
          <w:b/>
        </w:rPr>
        <w:t xml:space="preserve">[19:59] </w:t>
      </w:r>
      <w:r>
        <w:t>aur maut achaanak hum ko is se detach kar degi.</w:t>
      </w:r>
    </w:p>
    <w:p>
      <w:pPr>
        <w:jc w:val="right"/>
      </w:pPr>
      <w:r>
        <w:t>اور موت اچانک ہم کو اس سے detach کر دے گی۔</w:t>
      </w:r>
    </w:p>
    <w:p>
      <w:r>
        <w:rPr>
          <w:b/>
        </w:rPr>
        <w:t xml:space="preserve">[20:07] </w:t>
      </w:r>
      <w:r>
        <w:t>achaanak hum ko detach kar degi aur hum Khuda ke samne khade kar diye jayenge.</w:t>
      </w:r>
    </w:p>
    <w:p>
      <w:pPr>
        <w:jc w:val="right"/>
      </w:pPr>
      <w:r>
        <w:t>اچانک ہم کو detach کر دے گی اور ہم خدا کے سامنے کھڑے کر دیے جائیں گے۔</w:t>
      </w:r>
    </w:p>
    <w:p>
      <w:r>
        <w:rPr>
          <w:b/>
        </w:rPr>
        <w:t xml:space="preserve">[20:14] </w:t>
      </w:r>
      <w:r>
        <w:t>mujh par kai bar aisa hua hai ke main is ka maine ek is situation ka jab ke aadmi bilkul helpless ho jata hai,</w:t>
      </w:r>
    </w:p>
    <w:p>
      <w:pPr>
        <w:jc w:val="right"/>
      </w:pPr>
      <w:r>
        <w:t>مجھ پر کئی بار ایسا ہوا ہے کہ میں اس کا میں نے ایک اس situation کا جب کہ آدمی بالکل helpless ہو جاتا ہے،</w:t>
      </w:r>
    </w:p>
    <w:p>
      <w:r>
        <w:rPr>
          <w:b/>
        </w:rPr>
        <w:t xml:space="preserve">[20:28] </w:t>
      </w:r>
      <w:r>
        <w:t>homeless ho jata hai, sab kuch chhin jata hai is ka, to is ka maine kam az kam partial experience kiya hai. partial experience.</w:t>
      </w:r>
    </w:p>
    <w:p>
      <w:pPr>
        <w:jc w:val="right"/>
      </w:pPr>
      <w:r>
        <w:t>homeless ہو جاتا ہے، سب کچھ چھن جاتا ہے اس کا، تو اس کا میں نے کم از کم partial experience کیا ہے۔ Partial experience۔</w:t>
      </w:r>
    </w:p>
    <w:p>
      <w:r>
        <w:rPr>
          <w:b/>
        </w:rPr>
        <w:t xml:space="preserve">[20:40] </w:t>
      </w:r>
      <w:r>
        <w:t>main aap ko do story share karunga. dekhen main Gorbachev ke zamane mein main gaya Russia gaya.</w:t>
      </w:r>
    </w:p>
    <w:p>
      <w:pPr>
        <w:jc w:val="right"/>
      </w:pPr>
      <w:r>
        <w:t>میں آپ کو دو story شیئر کروں گا۔ دیکھیں میں گورباچیو کے زمانے میں میں گیا رشیا گیا۔</w:t>
      </w:r>
    </w:p>
    <w:p>
      <w:r>
        <w:rPr>
          <w:b/>
        </w:rPr>
        <w:t xml:space="preserve">[20:54] </w:t>
      </w:r>
      <w:r>
        <w:t>jab Gorbachev wahan president thay tab. yani communist empire ke aakhri din thay woh.</w:t>
      </w:r>
    </w:p>
    <w:p>
      <w:pPr>
        <w:jc w:val="right"/>
      </w:pPr>
      <w:r>
        <w:t>جب گورباچیو وہاں president تھے تب۔ یعنی communist empire کے آخری دن تھے وہ۔</w:t>
      </w:r>
    </w:p>
    <w:p>
      <w:r>
        <w:rPr>
          <w:b/>
        </w:rPr>
        <w:t xml:space="preserve">[21:04] </w:t>
      </w:r>
      <w:r>
        <w:t>to Moscow mein jab mein pohancha to hum log teen aadmi thay. to mujhe kuch problem ho gaya. to maine kaha ke bhai mein aage nahi jaunga.</w:t>
      </w:r>
    </w:p>
    <w:p>
      <w:pPr>
        <w:jc w:val="right"/>
      </w:pPr>
      <w:r>
        <w:t>تو ماسکو میں جب میں پہنچا تو ہم لوگ تین آدمی تھے۔ تو مجھے کچھ problem ہو گیا۔ تو میں نے کہا کہ بھئی میں آگے نہیں جاؤں گا۔</w:t>
      </w:r>
    </w:p>
    <w:p>
      <w:r>
        <w:rPr>
          <w:b/>
        </w:rPr>
        <w:t xml:space="preserve">[21:17] </w:t>
      </w:r>
      <w:r>
        <w:t>to do aadmiyon ko maine kaha ke aap log jaiye aur mein Moscow hi se laut jaunga. to Moscow mein unhon ne mujhe ek hotel mein thehraya tha.</w:t>
      </w:r>
    </w:p>
    <w:p>
      <w:pPr>
        <w:jc w:val="right"/>
      </w:pPr>
      <w:r>
        <w:t>تو دو آدمیوں کو میں نے کہا کہ آپ لوگ جائیے اور میں ماسکو ہی سے لوٹ جاؤں گا۔ تو ماسکو میں انہوں نے مجھے ایک ہوٹل میں ٹھہرایا تھا۔</w:t>
      </w:r>
    </w:p>
    <w:p>
      <w:r>
        <w:rPr>
          <w:b/>
        </w:rPr>
        <w:t xml:space="preserve">[21:28] </w:t>
      </w:r>
      <w:r>
        <w:t>ek bohat bara hotel tha.</w:t>
      </w:r>
    </w:p>
    <w:p>
      <w:pPr>
        <w:jc w:val="right"/>
      </w:pPr>
      <w:r>
        <w:t>ایک بہت بڑا ہوٹل تھا۔</w:t>
      </w:r>
    </w:p>
    <w:p>
      <w:r>
        <w:rPr>
          <w:b/>
        </w:rPr>
        <w:t xml:space="preserve">[21:33] </w:t>
      </w:r>
      <w:r>
        <w:t>to kya hua hamare sath kuch bhi nahi tha siwaye is ke ke ek guide tha. woh do aadmi jo thay woh to chale gaye. aage chale gaye.</w:t>
      </w:r>
    </w:p>
    <w:p>
      <w:pPr>
        <w:jc w:val="right"/>
      </w:pPr>
      <w:r>
        <w:t>تو کیا ہوا ہمارے ساتھ کچھ بھی نہیں تھا سوائے اس کے کہ ایک guide تھا۔ وہ دو آدمی جو تھے وہ تو چلے گئے۔ آگے چلے گئے۔</w:t>
      </w:r>
    </w:p>
    <w:p>
      <w:r>
        <w:rPr>
          <w:b/>
        </w:rPr>
        <w:t xml:space="preserve">[21:43] </w:t>
      </w:r>
      <w:r>
        <w:t>mein tha aur ek guide tha. woh guide jo tha woh aisa tha ke us ki us ki maa kahin rehti thi. to sham ko chala jata tha, agle din phir aata tha woh.</w:t>
      </w:r>
    </w:p>
    <w:p>
      <w:pPr>
        <w:jc w:val="right"/>
      </w:pPr>
      <w:r>
        <w:t>میں تھا اور ایک guide تھا۔ وہ guide جو تھا وہ ایسا تھا کہ اس کی اس کی ماں کہیں رہتی تھی۔ تو شام کو چلا جاتا تھا، اگلے دن پھر آتا تھا وہ۔</w:t>
      </w:r>
    </w:p>
    <w:p>
      <w:r>
        <w:rPr>
          <w:b/>
        </w:rPr>
        <w:t xml:space="preserve">[21:57] </w:t>
      </w:r>
      <w:r>
        <w:t>bech mein koi aage peechay nahi. to aisa hua wahan par. ab mere pas wahan par khane ka system aisa tha ke usi aadmi ke pas kuch slip hua karti thi.</w:t>
      </w:r>
    </w:p>
    <w:p>
      <w:pPr>
        <w:jc w:val="right"/>
      </w:pPr>
      <w:r>
        <w:t>بیچ میں کوئی آگے پیچھے نہیں۔ تو ایسا ہوا وہاں پر۔ اب میرے پاس وہاں پر کھانے کا سسٹم ایسا تھا کہ اسی آدمی کے پاس کچھ سلپ ہوا کرتی تھی۔</w:t>
      </w:r>
    </w:p>
    <w:p>
      <w:r>
        <w:rPr>
          <w:b/>
        </w:rPr>
        <w:t xml:space="preserve">[22:10] </w:t>
      </w:r>
      <w:r>
        <w:t>usi slip par khana milta tha. woh slip nahi to khana bhi nahi.</w:t>
      </w:r>
    </w:p>
    <w:p>
      <w:pPr>
        <w:jc w:val="right"/>
      </w:pPr>
      <w:r>
        <w:t>اسی سلپ پر کھانا ملتا تھا۔ وہ سلپ نہیں تو کھانا بھی نہیں۔</w:t>
      </w:r>
    </w:p>
    <w:p>
      <w:r>
        <w:rPr>
          <w:b/>
        </w:rPr>
        <w:t xml:space="preserve">[22:16] </w:t>
      </w:r>
      <w:r>
        <w:t>ab mujhe koi zaroorat pesh aai. ab woh aadmi tha nahi. mein bahar nikla. to jitne thay woh sirf Russian zaban jante thay.</w:t>
      </w:r>
    </w:p>
    <w:p>
      <w:pPr>
        <w:jc w:val="right"/>
      </w:pPr>
      <w:r>
        <w:t>اب مجھے کوئی ضرورت پیش آئی۔ اب وہ آدمی تھا نہیں۔ میں باہر نکلا۔ تو جتنے تھے وہ صرف رشین زبان جانتے تھے۔</w:t>
      </w:r>
    </w:p>
    <w:p>
      <w:r>
        <w:rPr>
          <w:b/>
        </w:rPr>
        <w:t xml:space="preserve">[22:28] </w:t>
      </w:r>
      <w:r>
        <w:t>koi un mein na to Arabic language janta tha, na English language janta tha, na Hindi language janta tha. to ek dam mein wahan par yani aisa ban gaya ke jaise kisi se contact nahi kar sakta mein.</w:t>
      </w:r>
    </w:p>
    <w:p>
      <w:pPr>
        <w:jc w:val="right"/>
      </w:pPr>
      <w:r>
        <w:t>کوئی ان میں نہ تو عربک language جانتا تھا، نہ انگلش language جانتا تھا، نہ ہندی language جانتا تھا۔ تو ایک دم میں وہاں پر یعنی ایسا بن گیا کہ جیسے کسی سے contact نہیں کر سکتا میں۔</w:t>
      </w:r>
    </w:p>
    <w:p>
      <w:r>
        <w:rPr>
          <w:b/>
        </w:rPr>
        <w:t xml:space="preserve">[22:45] </w:t>
      </w:r>
      <w:r>
        <w:t>us ki boli maine samjhi, meri boli woh ne samjhe. kya kahoon us se mein? acha woh jo guide tha hamara us se bhi contact nahi kar sakta tha mein.</w:t>
      </w:r>
    </w:p>
    <w:p>
      <w:pPr>
        <w:jc w:val="right"/>
      </w:pPr>
      <w:r>
        <w:t>اس کی بولی میں نے سمجھی، میری بولی وہ نے سمجھے۔ کیا کہوں اس سے میں؟ اچھا وہ جو guide تھا ہمارا اس سے بھی contact نہیں کر سکتا تھا میں۔</w:t>
      </w:r>
    </w:p>
    <w:p>
      <w:r>
        <w:rPr>
          <w:b/>
        </w:rPr>
        <w:t xml:space="preserve">[22:55] </w:t>
      </w:r>
      <w:r>
        <w:t>mere pas koi telephone number nahi tha us ka. wahan par telephone karna bohat hi bara problem tha us zamane mein. ab pata nahi kya hai. to sahib mein phir apne room mein aaya wapas.</w:t>
      </w:r>
    </w:p>
    <w:p>
      <w:pPr>
        <w:jc w:val="right"/>
      </w:pPr>
      <w:r>
        <w:t>میرے پاس کوئی ٹیلی فون نمبر نہیں تھا اس کا۔ وہاں پر ٹیلی فون کرنا بہت ہی بڑا problem تھا اس زمانے میں۔ اب پتہ نہیں کیا ہے۔ تو صاحب میں پھر اپنے room میں آیا واپس۔</w:t>
      </w:r>
    </w:p>
    <w:p>
      <w:r>
        <w:rPr>
          <w:b/>
        </w:rPr>
        <w:t xml:space="preserve">[23:09] </w:t>
      </w:r>
      <w:r>
        <w:t>jab mein bahar nikla logon se chaha ke baat karoon, koi baat karne wala mila nahi. sab Russian mein bolte thay. to jab mein group mein aaya to mein literally zameen par gir pada.</w:t>
      </w:r>
    </w:p>
    <w:p>
      <w:pPr>
        <w:jc w:val="right"/>
      </w:pPr>
      <w:r>
        <w:t>جب میں باہر نکلا لوگوں سے چاہا کہ بات کروں، کوئی بات کرنے والا ملا نہیں۔ سب رشین میں بولتے تھے۔ تو جب میں گروپ میں آیا تو میں literally زمین پر گر پڑا۔</w:t>
      </w:r>
    </w:p>
    <w:p>
      <w:r>
        <w:rPr>
          <w:b/>
        </w:rPr>
        <w:t xml:space="preserve">[23:25] </w:t>
      </w:r>
      <w:r>
        <w:t>yani helplessness jo tha, helplessness ke mein dunya mein koi aage nahi peechay. koi kisi se apna apna problem bhi nahi share nahi kar sakta.</w:t>
      </w:r>
    </w:p>
    <w:p>
      <w:pPr>
        <w:jc w:val="right"/>
      </w:pPr>
      <w:r>
        <w:t>یعنی helplessness جو تھا، helplessness کہ میں دنیا میں کوئی آگے نہیں پیچھے۔ کوئی کسی سے اپنا اپنا problem بھی نہیں شیئر نہیں کر سکتا۔</w:t>
      </w:r>
    </w:p>
    <w:p>
      <w:r>
        <w:rPr>
          <w:b/>
        </w:rPr>
        <w:t xml:space="preserve">[23:38] </w:t>
      </w:r>
      <w:r>
        <w:t>to ek raat aisi guzri hai meri ke us raat ko ab bhi mein sochta hoon to rongte khare ho jatay hain. to dunya mein mein akela ho gaya hoon, akela.</w:t>
      </w:r>
    </w:p>
    <w:p>
      <w:pPr>
        <w:jc w:val="right"/>
      </w:pPr>
      <w:r>
        <w:t>تو ایک رات ایسی گزری ہے میری کہ اس رات کو اب بھی میں سوچتا ہوں تو رونگٹے کھڑے ہو جاتے ہیں۔ تو دنیا میں میں اکیلا ہو گیا ہوں، اکیلا۔</w:t>
      </w:r>
    </w:p>
    <w:p>
      <w:r>
        <w:rPr>
          <w:b/>
        </w:rPr>
        <w:t xml:space="preserve">[23:51] </w:t>
      </w:r>
      <w:r>
        <w:t>apne problem ko mein share nahi kar sakta kisi se. ek piyali chai nahi koi dene wala mujhe. haan koi khana hi nahi dene wala kyunke woh slip to usi ke pas thi, guide ke pas.</w:t>
      </w:r>
    </w:p>
    <w:p>
      <w:pPr>
        <w:jc w:val="right"/>
      </w:pPr>
      <w:r>
        <w:t>اپنے problem کو میں شیئر نہیں کر سکتا کسی سے۔ ایک پیالی چائے نہیں کوئی دینے والا مجھے۔ ہاں کوئی کھانا ہی نہیں دینے والا کیونکہ وہ سلپ تو اسی کے پاس تھی، guide کے پاس۔</w:t>
      </w:r>
    </w:p>
    <w:p>
      <w:r>
        <w:rPr>
          <w:b/>
        </w:rPr>
        <w:t xml:space="preserve">[24:00] </w:t>
      </w:r>
      <w:r>
        <w:t>mere pas to slip thi nahi. woh to chala gaya.</w:t>
      </w:r>
    </w:p>
    <w:p>
      <w:pPr>
        <w:jc w:val="right"/>
      </w:pPr>
      <w:r>
        <w:t>میرے پاس تو سلپ تھی نہیں۔ وہ تو چلا گیا۔</w:t>
      </w:r>
    </w:p>
    <w:p>
      <w:r>
        <w:rPr>
          <w:b/>
        </w:rPr>
        <w:t xml:space="preserve">[24:07] </w:t>
      </w:r>
      <w:r>
        <w:t>woh ek tha partial experience tha mera is baat ka ke marne ke baad aadmi jab helpless ho jayega to kya ho jayega us ka? us ka marne ke baad jab ek hi dunya mein pohanchega jahan woh janega ke ab mein loot nahi sakta.</w:t>
      </w:r>
    </w:p>
    <w:p>
      <w:pPr>
        <w:jc w:val="right"/>
      </w:pPr>
      <w:r>
        <w:t>وہ ایک تھا partial experience تھا میرا اس بات کا کہ مرنے کے بعد آدمی جب helpless ہو جائے گا تو کیا ہو جائے گا اس کا؟ اس کا مرنے کے بعد جب ایک ہی دنیا میں پہنچے گا جہاں وہ جانے گا کہ اب میں لوٹ نہیں سکتا۔</w:t>
      </w:r>
    </w:p>
    <w:p>
      <w:r>
        <w:rPr>
          <w:b/>
        </w:rPr>
        <w:t xml:space="preserve">[24:25] </w:t>
      </w:r>
      <w:r>
        <w:t>Return is impossible. ab point of no return aa gaya. acha wahan par na koi friend hoga, na koi relative hoga.</w:t>
      </w:r>
    </w:p>
    <w:p>
      <w:pPr>
        <w:jc w:val="right"/>
      </w:pPr>
      <w:r>
        <w:t>Return is impossible۔ اب point of no return آ گیا۔ اچھا وہاں پر نہ کوئی friend ہوگا، نہ کوئی relative ہوگا۔</w:t>
      </w:r>
    </w:p>
    <w:p>
      <w:r>
        <w:rPr>
          <w:b/>
        </w:rPr>
        <w:t xml:space="preserve">[24:37] </w:t>
      </w:r>
      <w:r>
        <w:t>aaj ek sahib mere pas aaye thay, woh America mein rehte hain. apni beti ke liye bohat pareshan thay. un ki beti jo hai kisi aur boyfriend se shadi kar rahi hai jis ko woh pasand nahi karte.</w:t>
      </w:r>
    </w:p>
    <w:p>
      <w:pPr>
        <w:jc w:val="right"/>
      </w:pPr>
      <w:r>
        <w:t>آج ایک صاحب میرے پاس آئے تھے، وہ امریکہ میں رہتے ہیں۔ اپنی بیٹی کے لیے بہت پریشان تھے۔ ان کی بیٹی جو ہے کسی اور boy friend سے شادی کر رہی ہے جس کو وہ پسند نہیں کرتے۔</w:t>
      </w:r>
    </w:p>
    <w:p>
      <w:r>
        <w:rPr>
          <w:b/>
        </w:rPr>
        <w:t xml:space="preserve">[24:51] </w:t>
      </w:r>
      <w:r>
        <w:t>aur yeh samjhate hain to woh manti nahi ke mujhe doosri boyfriend se shadi karna hai. bohat pareshan thay. to maine Quran ki ayat sunai.</w:t>
      </w:r>
    </w:p>
    <w:p>
      <w:pPr>
        <w:jc w:val="right"/>
      </w:pPr>
      <w:r>
        <w:t>اور یہ سمجھاتے ہیں تو وہ مانتی نہیں کہ مجھے دوسری boy friend سے شادی کرنا ہے۔ بہت پریشان تھے۔ تو میں نے قرآن کی آیت سنائی۔</w:t>
      </w:r>
    </w:p>
    <w:p>
      <w:r>
        <w:rPr>
          <w:b/>
        </w:rPr>
        <w:t xml:space="preserve">[25:06] </w:t>
      </w:r>
      <w:r>
        <w:t>maine kaha maut ke baad yeh alam hoga insan ka ke beti baap se bhagegi ke baap beti se bhagega. to woh kal kal woh din aanay wala hai aap ka.</w:t>
      </w:r>
    </w:p>
    <w:p>
      <w:pPr>
        <w:jc w:val="right"/>
      </w:pPr>
      <w:r>
        <w:t>میں نے کہا موت کے بعد یہ عالم ہوگا انسان کا کہ بیٹی باپ سے بھاگے گی کہ باپ بیٹی سے بھاگے گا۔ تو وہ کل کل وہ دن آنے والا ہے آپ کا۔</w:t>
      </w:r>
    </w:p>
    <w:p>
      <w:r>
        <w:rPr>
          <w:b/>
        </w:rPr>
        <w:t xml:space="preserve">[25:19] </w:t>
      </w:r>
      <w:r>
        <w:t>ek aisi beti ke liye aap apni health kharab kar rahe hain. jis se kal aap ka sath chhoot janay wala hai.</w:t>
      </w:r>
    </w:p>
    <w:p>
      <w:pPr>
        <w:jc w:val="right"/>
      </w:pPr>
      <w:r>
        <w:t>ایک ایسی بیٹی کے لیے آپ اپنی health خراب کر رہے ہیں۔ جس سے کل آپ کا ساتھ چھوٹ جانے والا ہے۔</w:t>
      </w:r>
    </w:p>
    <w:p>
      <w:r>
        <w:rPr>
          <w:b/>
        </w:rPr>
        <w:t xml:space="preserve">[25:30] </w:t>
      </w:r>
      <w:r>
        <w:t>marne ke baad sab ka sath chhoot janay wala hai. chahe friend ho, chahe relative ho ya koi bhi ho. to maine kaha ek beti ke liye apni health kharab kar rahe hain aap.</w:t>
      </w:r>
    </w:p>
    <w:p>
      <w:pPr>
        <w:jc w:val="right"/>
      </w:pPr>
      <w:r>
        <w:t>مرنے کے بعد سب کا ساتھ چھوٹ جانے والا ہے۔ چاہے friend ہو، چاہے relative ہو یا کوئی بھی ہو۔ تو میں نے کہا ایک بیٹی کے لیے اپنی health خراب کر رہے ہیں آپ۔</w:t>
      </w:r>
    </w:p>
    <w:p>
      <w:r>
        <w:rPr>
          <w:b/>
        </w:rPr>
        <w:t xml:space="preserve">[25:43] </w:t>
      </w:r>
      <w:r>
        <w:t>Peace aap ki zindagi se ghayab ho gaya hai. un ke chehray par koi seat chehra tha un ka. to maine kaha ke aage beti ke liye aap aisa kar rahe hain aur beti to kal aap ko sath chhod denay wali hai.</w:t>
      </w:r>
    </w:p>
    <w:p>
      <w:pPr>
        <w:jc w:val="right"/>
      </w:pPr>
      <w:r>
        <w:t>Peace آپ کی زندگی سے غائب ہو گیا ہے۔ ان کے چہرے پر کوئی سیٹ چہرہ تھا ان کا۔ تو میں نے کہا کہ آگے بیٹی کے لیے آپ ایسا کر رہے ہیں اور بیٹی تو کل آپ کو ساتھ چھوڑ دینے والی ہے۔</w:t>
      </w:r>
    </w:p>
    <w:p>
      <w:r>
        <w:rPr>
          <w:b/>
        </w:rPr>
        <w:t xml:space="preserve">[25:55] </w:t>
      </w:r>
      <w:r>
        <w:t>marte hi aap bhi alag, woh bhi alag. phir koi saath nahi rahega wahan par. to wahan par mosco mein jo mera haal tha to phir kya hua ke bohat mushkil se ek lady mili jo kuch thoda bohat english janti thi, english.</w:t>
      </w:r>
    </w:p>
    <w:p>
      <w:pPr>
        <w:jc w:val="right"/>
      </w:pPr>
      <w:r>
        <w:t>مرتے ہی آپ بھی الگ، وہ بھی الگ۔ پھر کوئی ساتھ نہیں رہے گا وہاں پر۔ تو وہاں پر ماسکو میں جو میرا حال تھا تو پھر کیا ہوا کہ بہت مشکل سے ایک lady ملی جو کچھ تھوڑا بہت انگلش جانتی تھی، انگلش۔</w:t>
      </w:r>
    </w:p>
    <w:p>
      <w:r>
        <w:rPr>
          <w:b/>
        </w:rPr>
        <w:t xml:space="preserve">[26:15] </w:t>
      </w:r>
      <w:r>
        <w:t>to maine apna problem usko bataya.</w:t>
      </w:r>
    </w:p>
    <w:p>
      <w:pPr>
        <w:jc w:val="right"/>
      </w:pPr>
      <w:r>
        <w:t>تو میں نے اپنا problem اس کو بتایا۔</w:t>
      </w:r>
    </w:p>
    <w:p>
      <w:r>
        <w:rPr>
          <w:b/>
        </w:rPr>
        <w:t xml:space="preserve">[26:20] </w:t>
      </w:r>
      <w:r>
        <w:t>to usne kaha ke main aap ki madad karti hoon. to wahan par ek ek ek yahudi tha jo communist party ka worker tha woh.</w:t>
      </w:r>
    </w:p>
    <w:p>
      <w:pPr>
        <w:jc w:val="right"/>
      </w:pPr>
      <w:r>
        <w:t>تو اس نے کہا کہ میں آپ کی مدد کرتی ہوں۔ تو وہاں پر ایک ایک ایک یہودی تھا جو communist party کا worker تھا وہ۔</w:t>
      </w:r>
    </w:p>
    <w:p>
      <w:r>
        <w:rPr>
          <w:b/>
        </w:rPr>
        <w:t xml:space="preserve">[26:34] </w:t>
      </w:r>
      <w:r>
        <w:t>aur woh education uski hui thi india mein ya pakistan mein kahin achi urdu janta tha, urdu. to usse unhon ne contact kiya ke bhai ek aisa aadmi yahan par hai.</w:t>
      </w:r>
    </w:p>
    <w:p>
      <w:pPr>
        <w:jc w:val="right"/>
      </w:pPr>
      <w:r>
        <w:t>اور وہ education اس کی ہوئی تھی انڈیا میں یا پاکستان میں کہیں اچھی اردو جانتا تھا، اردو۔ تو اس سے انہوں نے contact کیا کہ بھئی ایک ایسا آدمی یہاں پر ہے۔</w:t>
      </w:r>
    </w:p>
    <w:p>
      <w:r>
        <w:rPr>
          <w:b/>
        </w:rPr>
        <w:t xml:space="preserve">[26:48] </w:t>
      </w:r>
      <w:r>
        <w:t>to usse phir unhon ne baat karwai. ab woh wahan se bola urdu zuban mein ya hindi zuban mein. usne kaha ke maine kaha ke main to yahan mar raha hoon.</w:t>
      </w:r>
    </w:p>
    <w:p>
      <w:pPr>
        <w:jc w:val="right"/>
      </w:pPr>
      <w:r>
        <w:t>تو اس سے پھر انہوں نے بات کروائی۔ اب وہ وہاں سے بولا اردو زبان میں یا ہندی زبان میں۔ اس نے کہا کہ میں نے کہا کہ میں تو یہاں مر رہا ہوں۔</w:t>
      </w:r>
    </w:p>
    <w:p>
      <w:r>
        <w:rPr>
          <w:b/>
        </w:rPr>
        <w:t xml:space="preserve">[27:00] </w:t>
      </w:r>
      <w:r>
        <w:t>to usne kaha mujhe yaad hai ab tak ke hum aap ko mosco mein marne nahi denge.</w:t>
      </w:r>
    </w:p>
    <w:p>
      <w:pPr>
        <w:jc w:val="right"/>
      </w:pPr>
      <w:r>
        <w:t>تو اس نے کہا مجھے یاد ہے اب تک کہ ہم آپ کو ماسکو میں مرنے نہیں دیں گے۔</w:t>
      </w:r>
    </w:p>
    <w:p>
      <w:r>
        <w:rPr>
          <w:b/>
        </w:rPr>
        <w:t xml:space="preserve">[27:07] </w:t>
      </w:r>
      <w:r>
        <w:t>ab phir woh aadmi aaya apni gaadi se aur phir mujhe apne paas le gaya. wahan par khilaya pilaya. phir la kar wapas pahunchaya.</w:t>
      </w:r>
    </w:p>
    <w:p>
      <w:pPr>
        <w:jc w:val="right"/>
      </w:pPr>
      <w:r>
        <w:t>اب پھر وہ آدمی آیا اپنی گاڑی سے اور پھر مجھے اپنے پاس لے گیا۔ وہاں پر کھلایا پلایا۔ پھر لا کر واپس پہنچایا۔</w:t>
      </w:r>
    </w:p>
    <w:p>
      <w:r>
        <w:rPr>
          <w:b/>
        </w:rPr>
        <w:t xml:space="preserve">[27:17] </w:t>
      </w:r>
      <w:r>
        <w:t>to usne kaha ke bilkul pareshan na ho, main aap ke saath hoon. aur hum aap ko aap delhi jana chahte hain to hum delhi aap ko gaadi par bithayenge, jahaz par bithayenge.</w:t>
      </w:r>
    </w:p>
    <w:p>
      <w:pPr>
        <w:jc w:val="right"/>
      </w:pPr>
      <w:r>
        <w:t>تو اس نے کہا کہ بالکل پریشان نہ ہو، میں آپ کے ساتھ ہوں۔ اور ہم آپ کو آپ دہلی جانا چاہتے ہیں تو ہم دہلی آپ کو گاڑی پر بٹھائیں گے، جہاز پر بٹھائیں گے۔</w:t>
      </w:r>
    </w:p>
    <w:p>
      <w:r>
        <w:rPr>
          <w:b/>
        </w:rPr>
        <w:t xml:space="preserve">[27:27] </w:t>
      </w:r>
      <w:r>
        <w:t>tab ja kar meri jaan mein jaan aai. to yeh partial ek experience tha. kyunke wahan to aisa hone wala nahi ke koi aadmi mil jaye mujhe.</w:t>
      </w:r>
    </w:p>
    <w:p>
      <w:pPr>
        <w:jc w:val="right"/>
      </w:pPr>
      <w:r>
        <w:t>تب جا کر میری جان میں جان آئی۔ تو یہ partial ایک experience تھا۔ کیونکہ وہاں تو ایسا ہونے والا نہیں کہ کوئی آدمی مل جائے مجھے۔</w:t>
      </w:r>
    </w:p>
    <w:p>
      <w:r>
        <w:rPr>
          <w:b/>
        </w:rPr>
        <w:t xml:space="preserve">[27:40] </w:t>
      </w:r>
      <w:r>
        <w:t>wahan to sab saath chhoot gaye hain ke hamesha ke liye, eternally. aise hi ek baar aisa hua ke main gaya wahan par casablanca.</w:t>
      </w:r>
    </w:p>
    <w:p>
      <w:pPr>
        <w:jc w:val="right"/>
      </w:pPr>
      <w:r>
        <w:t>وہاں تو سب ساتھ چھوٹ گئے ہیں کہ ہمیشہ کے لیے، eternally۔ ایسے ہی ایک بار ایسا ہوا کہ میں گیا وہاں پر کیسا بلانکا۔</w:t>
      </w:r>
    </w:p>
    <w:p>
      <w:r>
        <w:rPr>
          <w:b/>
        </w:rPr>
        <w:t xml:space="preserve">[27:51] </w:t>
      </w:r>
      <w:r>
        <w:t>morocco ka ek city hai casablanca. to wahan mujhe ek conference mein bulaya gaya tha. mosco mein to government wahan ki jo russian government thi usne bulaya tha mujhe.</w:t>
      </w:r>
    </w:p>
    <w:p>
      <w:pPr>
        <w:jc w:val="right"/>
      </w:pPr>
      <w:r>
        <w:t>موراکو کا ایک city ہے کیسا بلانکا۔ تو وہاں مجھے ایک conference میں بلایا گیا تھا۔ ماسکو میں تو government وہاں کی جو رشین government تھی اس نے بلایا تھا مجھے۔</w:t>
      </w:r>
    </w:p>
    <w:p>
      <w:r>
        <w:rPr>
          <w:b/>
        </w:rPr>
        <w:t xml:space="preserve">[28:06] </w:t>
      </w:r>
      <w:r>
        <w:t>usi ne ticket bheja tha. to yahan par ek conference hui thi. iska mere paas iski taraf se mera arrange kiya gaya tha mera safar.</w:t>
      </w:r>
    </w:p>
    <w:p>
      <w:pPr>
        <w:jc w:val="right"/>
      </w:pPr>
      <w:r>
        <w:t>اسی نے ٹکٹ بھیجا تھا۔ تو یہاں پر ایک conference ہوئی تھی۔ اس کا میرے پاس اس کی طرف سے میرا arrange کیا گیا تھا میرا سفر۔</w:t>
      </w:r>
    </w:p>
    <w:p>
      <w:r>
        <w:rPr>
          <w:b/>
        </w:rPr>
        <w:t xml:space="preserve">[28:18] </w:t>
      </w:r>
      <w:r>
        <w:t>to sahib main jab yani yahan se to main baith gaya. lekin jo conference jo kar rahe the jo log unka mere paas kuch bhi nahi tha reference.</w:t>
      </w:r>
    </w:p>
    <w:p>
      <w:pPr>
        <w:jc w:val="right"/>
      </w:pPr>
      <w:r>
        <w:t>تو صاحب میں جب یعنی یہاں سے تو میں بیٹھ گیا۔ لیکن جو conference جو کر رہے تھے جو لوگ ان کا میرے پاس کچھ بھی نہیں تھا reference۔</w:t>
      </w:r>
    </w:p>
    <w:p>
      <w:r>
        <w:rPr>
          <w:b/>
        </w:rPr>
        <w:t xml:space="preserve">[28:30] </w:t>
      </w:r>
      <w:r>
        <w:t>kuch bhi nahi tha. bas ticket unhon ne bhej diya tha first class ka. to main samajhta tha ke jab main utrunga wahan casablanca ke airport par to unki taraf se koi aadmi hoga mujhe receive karne ke liye.</w:t>
      </w:r>
    </w:p>
    <w:p>
      <w:pPr>
        <w:jc w:val="right"/>
      </w:pPr>
      <w:r>
        <w:t>کچھ بھی نہیں تھا۔ بس ٹکٹ انہوں نے بھیج دیا تھا first class کا۔ تو میں سمجھتا تھا کہ جب میں اتروں گا وہاں کیسا بلانکا کے airport پر تو ان کی طرف سے کوئی آدمی ہوگا مجھے receive کرنے کے لیے۔</w:t>
      </w:r>
    </w:p>
    <w:p>
      <w:r>
        <w:rPr>
          <w:b/>
        </w:rPr>
        <w:t xml:space="preserve">[28:45] </w:t>
      </w:r>
      <w:r>
        <w:t>to yeh soch kar main chala gaya. ab janab jab main uthta hoon casablanca mein to maine dekha koi aadmi nahi mujh ko receive karne wala wahan.</w:t>
      </w:r>
    </w:p>
    <w:p>
      <w:pPr>
        <w:jc w:val="right"/>
      </w:pPr>
      <w:r>
        <w:t>تو یہ سوچ کر میں چلا گیا۔ اب جناب جب میں اٹھتا ہوں کیسا بلانکا میں تو میں نے دیکھا کوئی آدمی نہیں مجھ کو receive کرنے والا وہاں۔</w:t>
      </w:r>
    </w:p>
    <w:p>
      <w:r>
        <w:rPr>
          <w:b/>
        </w:rPr>
        <w:t xml:space="preserve">[28:54] </w:t>
      </w:r>
      <w:r>
        <w:t>bohat dhoonda idhar udhar kuch nahi. ab phir main akela ho gaya. ab main wahan par logon se poochta hoon to wahan bhi log jante the russian woh french language.</w:t>
      </w:r>
    </w:p>
    <w:p>
      <w:pPr>
        <w:jc w:val="right"/>
      </w:pPr>
      <w:r>
        <w:t>بہت ڈھونڈا ادھر ادھر کچھ نہیں۔ اب پھر میں اکیلا ہو گیا۔ اب میں وہاں پر لوگوں سے پوچھتا ہوں تو وہاں بھی لوگ جانتے تھے رشین وہ French language۔</w:t>
      </w:r>
    </w:p>
    <w:p>
      <w:r>
        <w:rPr>
          <w:b/>
        </w:rPr>
        <w:t xml:space="preserve">[29:06] </w:t>
      </w:r>
      <w:r>
        <w:t>casablanca mein koi na english janne wala, na koi arabic janne wala, na koi hindi janne wala. sab french janne wale log the wahan par.</w:t>
      </w:r>
    </w:p>
    <w:p>
      <w:pPr>
        <w:jc w:val="right"/>
      </w:pPr>
      <w:r>
        <w:t>کیسا بلانکا میں کوئی نہ انگلش جاننے والا، نہ کوئی عربک جاننے والا، نہ کوئی ہندی جاننے والا۔ سب French جاننے والے لوگ تھے وہاں پر۔</w:t>
      </w:r>
    </w:p>
    <w:p>
      <w:r>
        <w:rPr>
          <w:b/>
        </w:rPr>
        <w:t xml:space="preserve">[29:14] </w:t>
      </w:r>
      <w:r>
        <w:t>ab kisi se baat karoon to woh kuch is se na woh meri baat samjhe na woh na main uski baat samhoon.</w:t>
      </w:r>
    </w:p>
    <w:p>
      <w:pPr>
        <w:jc w:val="right"/>
      </w:pPr>
      <w:r>
        <w:t>اب کسی سے بات کروں تو وہ کچھ اس سے نہ وہ میری بات سمجھے نہ وہ نہ میں اس کی بات سمجھوں۔</w:t>
      </w:r>
    </w:p>
    <w:p>
      <w:r>
        <w:rPr>
          <w:b/>
        </w:rPr>
        <w:t xml:space="preserve">[29:25] </w:t>
      </w:r>
      <w:r>
        <w:t>kyunke main paanch language mein kuch bol sakta hoon. yani arabic, english aur urdu aur hindi aur persian.</w:t>
      </w:r>
    </w:p>
    <w:p>
      <w:pPr>
        <w:jc w:val="right"/>
      </w:pPr>
      <w:r>
        <w:t>کیونکہ میں پانچ language میں کچھ بول سکتا ہوں۔ یعنی عربک، انگلش اور اردو اور ہندی اور پرشین۔</w:t>
      </w:r>
    </w:p>
    <w:p>
      <w:r>
        <w:rPr>
          <w:b/>
        </w:rPr>
        <w:t xml:space="preserve">[29:36] </w:t>
      </w:r>
      <w:r>
        <w:t>to woh koi kuch nahi jante the woh log. ab bohat hi ajib meri halat hui. agarche mere paas first class ka return ticket tha.</w:t>
      </w:r>
    </w:p>
    <w:p>
      <w:pPr>
        <w:jc w:val="right"/>
      </w:pPr>
      <w:r>
        <w:t>تو وہ کوئی کچھ نہیں جانتے تھے وہ لوگ۔ اب بہت ہی عجیب میری حالت ہوئی۔ اگرچہ میرے پاس first class کا return ٹکٹ تھا۔</w:t>
      </w:r>
    </w:p>
    <w:p>
      <w:r>
        <w:rPr>
          <w:b/>
        </w:rPr>
        <w:t xml:space="preserve">[29:46] </w:t>
      </w:r>
      <w:r>
        <w:t>tab bhi ek partial experience hua ke main ek dam woh ho gaya hoon. displaced person ban gaya hoon. displaced person. koi aage nahi peechhe.</w:t>
      </w:r>
    </w:p>
    <w:p>
      <w:pPr>
        <w:jc w:val="right"/>
      </w:pPr>
      <w:r>
        <w:t>تب بھی ایک partial experience ہوا کہ میں ایک دم وہ ہو گیا ہوں۔ Displaced person بن گیا ہوں۔ Displaced person۔ کوئی آگے نہیں پیچھے۔</w:t>
      </w:r>
    </w:p>
    <w:p>
      <w:r>
        <w:rPr>
          <w:b/>
        </w:rPr>
        <w:t xml:space="preserve">[29:55] </w:t>
      </w:r>
      <w:r>
        <w:t>kahan jaon? to achaanak khuda ne ek shayad angel tha woh kaun tha? ek aadmi mere paas aaya.</w:t>
      </w:r>
    </w:p>
    <w:p>
      <w:pPr>
        <w:jc w:val="right"/>
      </w:pPr>
      <w:r>
        <w:t>کہاں جاؤں؟ تو اچانک خدا نے ایک شاید angel تھا وہ کون تھا؟ ایک آدمی میرے پاس آیا۔</w:t>
      </w:r>
    </w:p>
    <w:p>
      <w:r>
        <w:rPr>
          <w:b/>
        </w:rPr>
        <w:t xml:space="preserve">[30:05] </w:t>
      </w:r>
      <w:r>
        <w:t>woh tha usne bataya ke main pakistani hoon. mujhe bhi indian, indian aur pakistani to ek hi dikhai padte hain, ek hi jaise.</w:t>
      </w:r>
    </w:p>
    <w:p>
      <w:pPr>
        <w:jc w:val="right"/>
      </w:pPr>
      <w:r>
        <w:t>وہ تھا اس نے بتایا کہ میں پاکستانی ہوں۔ مجھے بھی انڈین، انڈین اور پاکستانی تو ایک ہی دکھائی پڑتے ہیں، ایک ہی جیسے۔</w:t>
      </w:r>
    </w:p>
    <w:p>
      <w:r>
        <w:rPr>
          <w:b/>
        </w:rPr>
        <w:t xml:space="preserve">[30:15] </w:t>
      </w:r>
      <w:r>
        <w:t>to usne kaha ke aap ke dekh kar ke main samjha ke aap bhi hamare desh ke hain. to kya problem hai aap ka? to maine bataya ke bhai aisa qissa hai. to mujh ko woh le kar gaya wahan ke is mein police ke is mein.</w:t>
      </w:r>
    </w:p>
    <w:p>
      <w:pPr>
        <w:jc w:val="right"/>
      </w:pPr>
      <w:r>
        <w:t>تو اس نے کہا کہ آپ کے دیکھ کر کہ میں سمجھا کہ آپ بھی ہمارے દેશ کے ہیں۔ تو کیا problem ہے آپ کا؟ تو میں نے بتایا کہ بھئی ایسا قصہ ہے۔ تو مجھ کو وہ لے کر گیا وہاں کے اس میں پولیس کے اس میں۔</w:t>
      </w:r>
    </w:p>
    <w:p>
      <w:r>
        <w:rPr>
          <w:b/>
        </w:rPr>
        <w:t xml:space="preserve">[30:32] </w:t>
      </w:r>
      <w:r>
        <w:t>police walon se poocha ke kya yahan koi conference ho rahi hai? woh french janta tha is liye french mein baat kiya usne. to unhon ne kaha ke haan ho rahi hai falan hotel mein unka ho raha hai.</w:t>
      </w:r>
    </w:p>
    <w:p>
      <w:pPr>
        <w:jc w:val="right"/>
      </w:pPr>
      <w:r>
        <w:t>پولیس والوں سے پوچھا کہ کیا یہاں کوئی conference ہو رہی ہے؟ وہ French جانتا تھا اس لیے French میں بات کیا اس نے۔ تو انہوں نے کہا کہ ہاں ہو رہی ہے فلاں ہوٹل میں ان کا ہو رہا ہے۔</w:t>
      </w:r>
    </w:p>
    <w:p>
      <w:r>
        <w:rPr>
          <w:b/>
        </w:rPr>
        <w:t xml:space="preserve">[30:46] </w:t>
      </w:r>
      <w:r>
        <w:t>hotel ka naam bataya is ne. to is aadmi ne kaha ke main is hotel ke gate par aap ko utaar doon ga bas. is ke baad main kuch nahi kar sakta. kyunke wahan bhi bohat regimentation hai is country mein.</w:t>
      </w:r>
    </w:p>
    <w:p>
      <w:pPr>
        <w:jc w:val="right"/>
      </w:pPr>
      <w:r>
        <w:t>ہوٹل کا نام بتایا اس نے۔ تو اس آدمی نے کہا کہ میں اس ہوٹل کے gate پر آپ کو اتار دوں گا بس۔ اس کے بعد میں کچھ نہیں کر سکتا۔ کیونکہ وہاں بھی بہت regimentation ہے اس country میں۔</w:t>
      </w:r>
    </w:p>
    <w:p>
      <w:r>
        <w:rPr>
          <w:b/>
        </w:rPr>
        <w:t xml:space="preserve">[31:01] </w:t>
      </w:r>
      <w:r>
        <w:t>to khair is ne bithaya apni gaari par mujh ko. aur le aa kar ke aik bohat bari building thi is ke gate par utaar diya aur is ka foran chala gaya woh.</w:t>
      </w:r>
    </w:p>
    <w:p>
      <w:pPr>
        <w:jc w:val="right"/>
      </w:pPr>
      <w:r>
        <w:t>تو خیر اس نے بٹھایا اپنی گاڑی پر مجھ کو۔ اور لے آ کر کے ایک بہت بڑی بلڈنگ تھی اس کے gate پر اتار دیا اور اس کا فوراً چلا گیا وہ۔</w:t>
      </w:r>
    </w:p>
    <w:p>
      <w:r>
        <w:rPr>
          <w:b/>
        </w:rPr>
        <w:t xml:space="preserve">[31:11] </w:t>
      </w:r>
      <w:r>
        <w:t>ab phir main akela gate par darte darte main andar gaya. darte darte andar gaya. to wahan jab andar daakhil hua to dekha ke wahan mere jaan ne wale log to thay woh.</w:t>
      </w:r>
    </w:p>
    <w:p>
      <w:pPr>
        <w:jc w:val="right"/>
      </w:pPr>
      <w:r>
        <w:t>اب پھر میں اکیلا gate پر ڈرتے ڈرتے میں اندر گیا۔ ڈرتے ڈرتے اندر گیا۔ تو وہاں جب اندر داخل ہوا تو دیکھا کہ وہاں میرے جاننے والے لوگ تو تھے وہ۔</w:t>
      </w:r>
    </w:p>
    <w:p>
      <w:r>
        <w:rPr>
          <w:b/>
        </w:rPr>
        <w:t xml:space="preserve">[31:25] </w:t>
      </w:r>
      <w:r>
        <w:t>yaani jinhon ne conference ki thi wo to wo log mujh ko jante thay. wo mujh ko pehante thay, main un ko pehanta tha. to achaanak main ne dekha ke ye to falan aadmi hai, wo arab log thay wo.</w:t>
      </w:r>
    </w:p>
    <w:p>
      <w:pPr>
        <w:jc w:val="right"/>
      </w:pPr>
      <w:r>
        <w:t>یعنی جنہوں نے conference کی تھی وہ تو وہ لوگ مجھ کو جانتے تھے۔ وہ مجھ کو پہچانتے تھے، میں ان کو پہچانتا تھا۔ تو اچانک میں نے دیکھا کہ یہ تو فلاں آدمی ہے، وہ عرب لوگ تھے وہ۔</w:t>
      </w:r>
    </w:p>
    <w:p>
      <w:r>
        <w:rPr>
          <w:b/>
        </w:rPr>
        <w:t xml:space="preserve">[31:37] </w:t>
      </w:r>
      <w:r>
        <w:t>to wo aalam o saalam marhaba kiya aur unhon ne un ka kaha ke aap ka to room reserve hai, ye ye chabi lijiye. tab ja kar jaan mein jaan aayi.</w:t>
      </w:r>
    </w:p>
    <w:p>
      <w:pPr>
        <w:jc w:val="right"/>
      </w:pPr>
      <w:r>
        <w:t>تو وہ عالم و سہالم مرحبا کیا اور انہوں نے ان کا کہا کہ آپ کا تو room reserve ہے، یہ یہ چابی لیجیے۔ تب جا کر جان میں جان آئی۔</w:t>
      </w:r>
    </w:p>
    <w:p>
      <w:r>
        <w:rPr>
          <w:b/>
        </w:rPr>
        <w:t xml:space="preserve">[31:46] </w:t>
      </w:r>
      <w:r>
        <w:t>to khair main ne ye kaha ke mujhe partial experience hua hai is baat ka ke jab aadmi displaced ho jata hai, homeless ho jata hai to is ka kya haal hota hai?</w:t>
      </w:r>
    </w:p>
    <w:p>
      <w:pPr>
        <w:jc w:val="right"/>
      </w:pPr>
      <w:r>
        <w:t>تو خیر میں نے یہ کہا کہ مجھے partial experience ہوا ہے اس بات کا کہ جب آدمی displaced ہو جاتا ہے، homeless ہو جاتا ہے تو اس کا کیا حال ہوتا ہے؟</w:t>
      </w:r>
    </w:p>
    <w:p>
      <w:r>
        <w:rPr>
          <w:b/>
        </w:rPr>
        <w:t xml:space="preserve">[32:03] </w:t>
      </w:r>
      <w:r>
        <w:t>kya haal hota hai? to hum mein se har shakhs par ye baitne wala hai ke hum sab kuch chhod kar ke wahan chale jayen ge jahan se lotna nahi hai.</w:t>
      </w:r>
    </w:p>
    <w:p>
      <w:pPr>
        <w:jc w:val="right"/>
      </w:pPr>
      <w:r>
        <w:t>کیا حال ہوتا ہے؟ تو ہم میں سے ہر شخص پر یہ بیتنے والا ہے کہ ہم سب کچھ چھوڑ کر کے وہاں چلے جائیں گے جہاں سے لوٹنا نہیں ہے۔</w:t>
      </w:r>
    </w:p>
    <w:p>
      <w:r>
        <w:rPr>
          <w:b/>
        </w:rPr>
        <w:t xml:space="preserve">[32:15] </w:t>
      </w:r>
      <w:r>
        <w:t>jahan se hamein wapas nahi aana hai.</w:t>
      </w:r>
    </w:p>
    <w:p>
      <w:pPr>
        <w:jc w:val="right"/>
      </w:pPr>
      <w:r>
        <w:t>جہاں سے ہمیں واپس نہیں آنا ہے۔</w:t>
      </w:r>
    </w:p>
    <w:p>
      <w:r>
        <w:rPr>
          <w:b/>
        </w:rPr>
        <w:t xml:space="preserve">[32:20] </w:t>
      </w:r>
      <w:r>
        <w:t>ye hai sab se bari baat jis par hum ko sochna chahiye.</w:t>
      </w:r>
    </w:p>
    <w:p>
      <w:pPr>
        <w:jc w:val="right"/>
      </w:pPr>
      <w:r>
        <w:t>یہ ہے سب سے بڑی بات جس پر ہم کو سوچنا چاہیے۔</w:t>
      </w:r>
    </w:p>
    <w:p>
      <w:r>
        <w:rPr>
          <w:b/>
        </w:rPr>
        <w:t xml:space="preserve">[32:30] </w:t>
      </w:r>
      <w:r>
        <w:t>ab mujhe</w:t>
      </w:r>
    </w:p>
    <w:p>
      <w:pPr>
        <w:jc w:val="right"/>
      </w:pPr>
      <w:r>
        <w:t>اب مجھے</w:t>
      </w:r>
    </w:p>
    <w:p>
      <w:r>
        <w:rPr>
          <w:b/>
        </w:rPr>
        <w:t xml:space="preserve">[32:35] </w:t>
      </w:r>
      <w:r>
        <w:t>aik shair yaad aata hai, aik aik kitaab hai bostan, gulistan bostan sheikh saadi ki. to is ka aik line hai ke amir zada nadan bishahrwa maanat ke dar deyar e ghareebish be heech nasta'anat.</w:t>
      </w:r>
    </w:p>
    <w:p>
      <w:pPr>
        <w:jc w:val="right"/>
      </w:pPr>
      <w:r>
        <w:t>ایک شعر یاد آتا ہے، ایک ایک کتاب ہے بوسطاں، گلستاں بوسطاں شیخ سعدی کی۔ تو اس کا ایک لائن ہے کہ امیر زادہ ناداں بشہروا مانت کہ در دیار غریبش بہیچ نستعنت۔</w:t>
      </w:r>
    </w:p>
    <w:p>
      <w:r>
        <w:rPr>
          <w:b/>
        </w:rPr>
        <w:t xml:space="preserve">[32:59] </w:t>
      </w:r>
      <w:r>
        <w:t>amir zada nadan bishahrwa maanat ke dar deyar e ghareebish be heech nasta'anat. is ka matlab hai aik aik rich ladka jo kisi baap ka beta ho, is ka baap rich ho.</w:t>
      </w:r>
    </w:p>
    <w:p>
      <w:pPr>
        <w:jc w:val="right"/>
      </w:pPr>
      <w:r>
        <w:t>امیر زادہ ناداں بشہروا مانت کہ در دیار غریبش بہیچ نستعنت۔ اس کا مطلب ہے ایک ایک rich لڑکا جو کسی باپ کا بیٹا ہو، اس کا باپ rich ہو۔</w:t>
      </w:r>
    </w:p>
    <w:p>
      <w:r>
        <w:rPr>
          <w:b/>
        </w:rPr>
        <w:t xml:space="preserve">[33:14] </w:t>
      </w:r>
      <w:r>
        <w:t>aur khud wo bilkul stupid type ka ho, nadan ho. to apne bal par na raha nahi reh raha hai balkeh apne baap ke bal par reh raha hai wo. to achaanak wo kisi aur desh mein apne ko paaye jahan is ka baap maujood nahi hai, jahan is ka koi maujood nahi hai.</w:t>
      </w:r>
    </w:p>
    <w:p>
      <w:pPr>
        <w:jc w:val="right"/>
      </w:pPr>
      <w:r>
        <w:t>اور خود وہ بالکل stupid type کا ہو، نادان ہو۔ تو اپنے بل پر نہ رہا نہیں رہ رہا ہے بلکہ اپنے باپ کے بل پر رہ رہا ہے وہ۔ تو اچانک وہ کسی اور દેશ میں اپنے کو پائے جہاں اس کا باپ موجود نہیں ہے، جہاں اس کا کوئی موجود نہیں ہے۔</w:t>
      </w:r>
    </w:p>
    <w:p>
      <w:r>
        <w:rPr>
          <w:b/>
        </w:rPr>
        <w:t xml:space="preserve">[33:33] </w:t>
      </w:r>
      <w:r>
        <w:t>to is ka haal laga ke main to kuch bhi nahi hoon, main to nothing hoon. apne baap ke paas jab tak tha, apne baap ke land mein jab tak tha, tab tak to bohat kuch lagta tha ke bohat kuch main hoon.</w:t>
      </w:r>
    </w:p>
    <w:p>
      <w:pPr>
        <w:jc w:val="right"/>
      </w:pPr>
      <w:r>
        <w:t>تو اس کا حال لگا کہ میں تو کچھ بھی نہیں ہوں، میں تو nothing ہوں۔ اپنے باپ کے پاس جب تک تھا، اپنے باپ کے land میں جب تک تھا، تب تک تو بہت کچھ لگتا تھا کہ بہت کچھ میں ہوں۔</w:t>
      </w:r>
    </w:p>
    <w:p>
      <w:r>
        <w:rPr>
          <w:b/>
        </w:rPr>
        <w:t xml:space="preserve">[33:48] </w:t>
      </w:r>
      <w:r>
        <w:t>lekin jab wahan apne aap ko paaya is ne jo us ke baap ki duniya nahi thi. aur khud us ke paas koi itni samajh nahi thi. to achaanak wo apne ko be jagah samajhne lagta hai.</w:t>
      </w:r>
    </w:p>
    <w:p>
      <w:pPr>
        <w:jc w:val="right"/>
      </w:pPr>
      <w:r>
        <w:t>لیکن جب وہاں اپنے آپ کو پایا اس نے جو اس کے باپ کی دنیا نہیں تھی۔ اور خود اس کے پاس کوئی اتنی سمجھ نہیں تھی۔ تو اچانک وہ اپنے کو بے جگہ سمجھنے لگتا ہے۔</w:t>
      </w:r>
    </w:p>
    <w:p>
      <w:r>
        <w:rPr>
          <w:b/>
        </w:rPr>
        <w:t xml:space="preserve">[34:02] </w:t>
      </w:r>
      <w:r>
        <w:t>to isi ko unhon ne kaha ke amir zada nadan bishahrwa maanat ke dar deyar e ghareebish be heech nasta'anat. to yehi haal har aik ka hone wala hai.</w:t>
      </w:r>
    </w:p>
    <w:p>
      <w:pPr>
        <w:jc w:val="right"/>
      </w:pPr>
      <w:r>
        <w:t>تو اسی کو انہوں نے کہا کہ امیر زادہ ناداں بشہروا مانت کہ در دیار غریبش بہیچ نستعنت۔ تو یہی حال ہر ایک کا ہونے والا ہے۔</w:t>
      </w:r>
    </w:p>
    <w:p>
      <w:r>
        <w:rPr>
          <w:b/>
        </w:rPr>
        <w:t xml:space="preserve">[34:17] </w:t>
      </w:r>
      <w:r>
        <w:t>ab main ye bataoon ga ke is se bachne ka kya rasta hai? ye jo hum mein se har ek ko hum mein se har ek ke saath jo hone wala hai.</w:t>
      </w:r>
    </w:p>
    <w:p>
      <w:pPr>
        <w:jc w:val="right"/>
      </w:pPr>
      <w:r>
        <w:t>اب میں یہ بتاؤں گا کہ اس سے بچنے کا کیا راستہ ہے؟ یہ جو ہم میں سے ہر ایک کو ہم میں سے ہر ایک کے ساتھ جو ہونے والا ہے۔</w:t>
      </w:r>
    </w:p>
    <w:p>
      <w:r>
        <w:rPr>
          <w:b/>
        </w:rPr>
        <w:t xml:space="preserve">[34:32] </w:t>
      </w:r>
      <w:r>
        <w:t>to is se bachne ka rasta kya hai?</w:t>
      </w:r>
    </w:p>
    <w:p>
      <w:pPr>
        <w:jc w:val="right"/>
      </w:pPr>
      <w:r>
        <w:t>تو اس سے بچنے کا راستہ کیا ہے؟</w:t>
      </w:r>
    </w:p>
    <w:p>
      <w:r>
        <w:rPr>
          <w:b/>
        </w:rPr>
        <w:t xml:space="preserve">[34:37] </w:t>
      </w:r>
      <w:r>
        <w:t>is ke liye hamein we have to know the creation plan of God</w:t>
      </w:r>
    </w:p>
    <w:p>
      <w:pPr>
        <w:jc w:val="right"/>
      </w:pPr>
      <w:r>
        <w:t>اس کے لیے ہمیں we have to know the creation plan of God</w:t>
      </w:r>
    </w:p>
    <w:p>
      <w:r>
        <w:rPr>
          <w:b/>
        </w:rPr>
        <w:t xml:space="preserve">[34:46] </w:t>
      </w:r>
      <w:r>
        <w:t>. we have to understand the creation plan of God. ye duniya jis ne banai hai,</w:t>
      </w:r>
    </w:p>
    <w:p>
      <w:pPr>
        <w:jc w:val="right"/>
      </w:pPr>
      <w:r>
        <w:t>۔ We have to understand the creation plan of God۔ یہ دنیا جس نے بنائی ہے،</w:t>
      </w:r>
    </w:p>
    <w:p>
      <w:r>
        <w:rPr>
          <w:b/>
        </w:rPr>
        <w:t xml:space="preserve">[34:56] </w:t>
      </w:r>
      <w:r>
        <w:t>ye duniya jis ne banai hai, is ka apna kya creation plan hai? is ka apna plan kya hai jis ke mutabiq is ne duniya mein hamein rakha hai?</w:t>
      </w:r>
    </w:p>
    <w:p>
      <w:pPr>
        <w:jc w:val="right"/>
      </w:pPr>
      <w:r>
        <w:t>یہ دنیا جس نے بنائی ہے، اس کا اپنا کیا creation plan ہے؟ اس کا اپنا plan کیا ہے جس کے مطابق اس نے دنیا میں ہمیں رکھا ہے؟</w:t>
      </w:r>
    </w:p>
    <w:p>
      <w:r>
        <w:rPr>
          <w:b/>
        </w:rPr>
        <w:t xml:space="preserve">[35:10] </w:t>
      </w:r>
      <w:r>
        <w:t>taake hum waisi apne ko banayen. tabhi to hum Khuda ki duniya mein jagah pa sakte hain.</w:t>
      </w:r>
    </w:p>
    <w:p>
      <w:pPr>
        <w:jc w:val="right"/>
      </w:pPr>
      <w:r>
        <w:t>تاکہ ہم ویسی اپنے کو بنائیں۔ تبھی تو ہم خدا کی دنیا میں جگہ پا سکتے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