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Companions of the Prophet November 28, 2007</w:t>
      </w:r>
    </w:p>
    <w:p>
      <w:r>
        <w:t>https://www.youtube.com/watch?v=9MoQCtMLUjo</w:t>
      </w:r>
    </w:p>
    <w:p>
      <w:r>
        <w:rPr>
          <w:b/>
        </w:rPr>
        <w:t xml:space="preserve">[00:14] </w:t>
      </w:r>
      <w:r>
        <w:t>bismillah hir rahman nir raheem, wa salla Allahu ala nabiyyi al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aaj ka topic hai</w:t>
      </w:r>
    </w:p>
    <w:p>
      <w:pPr>
        <w:jc w:val="right"/>
      </w:pPr>
      <w:r>
        <w:t>آج کا ٹاپک ہے</w:t>
      </w:r>
    </w:p>
    <w:p>
      <w:r>
        <w:rPr>
          <w:b/>
        </w:rPr>
        <w:t xml:space="preserve">[00:36] </w:t>
      </w:r>
      <w:r>
        <w:t>ashab e rasool, yaani companions of the prophet of Islam.</w:t>
      </w:r>
    </w:p>
    <w:p>
      <w:pPr>
        <w:jc w:val="right"/>
      </w:pPr>
      <w:r>
        <w:t>اصحاب رسول، یعنی Companions of the Prophet of Islam۔</w:t>
      </w:r>
    </w:p>
    <w:p>
      <w:r>
        <w:rPr>
          <w:b/>
        </w:rPr>
        <w:t xml:space="preserve">[00:47] </w:t>
      </w:r>
      <w:r>
        <w:t>rasool Allah sal Allah aleh-e-wa-aleh-e-wasallam ke moaser ahel-e-iman.</w:t>
      </w:r>
    </w:p>
    <w:p>
      <w:pPr>
        <w:jc w:val="right"/>
      </w:pPr>
      <w:r>
        <w:t>رسول اللہ صلی اللہ علیہ وسلم کے معاصر اہل ایمان۔</w:t>
      </w:r>
    </w:p>
    <w:p>
      <w:r>
        <w:rPr>
          <w:b/>
        </w:rPr>
        <w:t xml:space="preserve">[00:56] </w:t>
      </w:r>
      <w:r>
        <w:t>to yeh sab log mante hain ke rasool Allah sal Allah aleh-e-wa-aleh-e-wasallam ke jo moaser ahel-e-iman the, yani jin ko direct aap se Islam mila,</w:t>
      </w:r>
    </w:p>
    <w:p>
      <w:pPr>
        <w:jc w:val="right"/>
      </w:pPr>
      <w:r>
        <w:t>تو یہ سب لوگ مانتے ہیں کہ رسول اللہ صلی اللہ علیہ وسلم کے جو معاصر اہل ایمان تھے، یعنی جن کو ڈائریکٹ آپ سے اسلام ملا،</w:t>
      </w:r>
    </w:p>
    <w:p>
      <w:r>
        <w:rPr>
          <w:b/>
        </w:rPr>
        <w:t xml:space="preserve">[01:11] </w:t>
      </w:r>
      <w:r>
        <w:t>to un ko ashaab-e-rasool kaha jata hai aur yeh model ka darja rakhte hain. Kaha jata hai ke wal qadwatu hum, yahi log baad ke musalmanon ke liye namoona hain.</w:t>
      </w:r>
    </w:p>
    <w:p>
      <w:pPr>
        <w:jc w:val="right"/>
      </w:pPr>
      <w:r>
        <w:t>تو ان کو اصحاب رسول کہا جاتا ہے اور یہ ماڈل کا درجہ رکھتے ہیں۔ کہا جاتا ہے کہ والقدوۃہم، یہی لوگ بعد کے مسلمانوں کے لیے نمونہ ہیں۔</w:t>
      </w:r>
    </w:p>
    <w:p>
      <w:r>
        <w:rPr>
          <w:b/>
        </w:rPr>
        <w:t xml:space="preserve">[01:31] </w:t>
      </w:r>
      <w:r>
        <w:t>is liye ashaab-e-rasool ka mutala'a goya Islami zindagi ke liye amli namoona ko janne ka mutala'a hai.</w:t>
      </w:r>
    </w:p>
    <w:p>
      <w:pPr>
        <w:jc w:val="right"/>
      </w:pPr>
      <w:r>
        <w:t>اس لیے اصحاب رسول کا مطالعہ گویا اسلامی زندگی کے لیے عملی نمونہ کو جاننے کا مطالعہ ہے۔</w:t>
      </w:r>
    </w:p>
    <w:p>
      <w:r>
        <w:rPr>
          <w:b/>
        </w:rPr>
        <w:t xml:space="preserve">[01:48] </w:t>
      </w:r>
      <w:r>
        <w:t>ashaab-e-rasool ke baray mein bohat si kitaben likhi gayi hain,</w:t>
      </w:r>
    </w:p>
    <w:p>
      <w:pPr>
        <w:jc w:val="right"/>
      </w:pPr>
      <w:r>
        <w:t>اصحاب رسول کے بارے میں بہت سی کتابیں لکھی گئی ہیں،</w:t>
      </w:r>
    </w:p>
    <w:p>
      <w:r>
        <w:rPr>
          <w:b/>
        </w:rPr>
        <w:t xml:space="preserve">[01:55] </w:t>
      </w:r>
      <w:r>
        <w:t>lekin main samajhta hoon ke aam mutala'a ke liye Maulana Yusuf sahib ki kitab bohat ahem hai, jo teen jildon mein chhapi hai.</w:t>
      </w:r>
    </w:p>
    <w:p>
      <w:pPr>
        <w:jc w:val="right"/>
      </w:pPr>
      <w:r>
        <w:t>لیکن میں سمجھتا ہوں کہ عام مطالعے کے لیے مولانا یوسف صاحب کی کتاب بہت اہم ہے، جو تین جلدوں میں چھپی ہے۔</w:t>
      </w:r>
    </w:p>
    <w:p>
      <w:r>
        <w:rPr>
          <w:b/>
        </w:rPr>
        <w:t xml:space="preserve">[02:12] </w:t>
      </w:r>
      <w:r>
        <w:t>main samajhta hoon ke har ek ko is ka mutala'a karna chahiye.</w:t>
      </w:r>
    </w:p>
    <w:p>
      <w:pPr>
        <w:jc w:val="right"/>
      </w:pPr>
      <w:r>
        <w:t>میں سمجھتا ہوں کہ ہر ایک کو اس کا مطالعہ کرنا چاہیے۔</w:t>
      </w:r>
    </w:p>
    <w:p>
      <w:r>
        <w:rPr>
          <w:b/>
        </w:rPr>
        <w:t xml:space="preserve">[02:18] </w:t>
      </w:r>
      <w:r>
        <w:t>yeh Arabi mein, shuru mein Arabi mein likhi gayi thi, phir is ka tarjuma Urdu mein aur Angrezi mein aur shayad aur zubanon mein bhi ho chuka hai.</w:t>
      </w:r>
    </w:p>
    <w:p>
      <w:pPr>
        <w:jc w:val="right"/>
      </w:pPr>
      <w:r>
        <w:t>یہ عربی میں، شروع میں عربی میں لکھی گئی تھی، پھر اس کا ترجمہ اردو میں اور انگریزی میں اور شاید اور زبانوں میں بھی ہو چکا ہے۔</w:t>
      </w:r>
    </w:p>
    <w:p>
      <w:r>
        <w:rPr>
          <w:b/>
        </w:rPr>
        <w:t xml:space="preserve">[02:32] </w:t>
      </w:r>
      <w:r>
        <w:t>to main samajhta hoon ke yeh kitab zaroor logon ko parhna chahiye.</w:t>
      </w:r>
    </w:p>
    <w:p>
      <w:pPr>
        <w:jc w:val="right"/>
      </w:pPr>
      <w:r>
        <w:t>تو میں سمجھتا ہوں کہ یہ کتاب ضرور لوگوں کو پڑھنا چاہیے۔</w:t>
      </w:r>
    </w:p>
    <w:p>
      <w:r>
        <w:rPr>
          <w:b/>
        </w:rPr>
        <w:t xml:space="preserve">[02:40] </w:t>
      </w:r>
      <w:r>
        <w:t>is waqt main ashaab-e-rasool ke baray mein kuch baatein arz karunga, kuch misalein aur kuch namoona.</w:t>
      </w:r>
    </w:p>
    <w:p>
      <w:pPr>
        <w:jc w:val="right"/>
      </w:pPr>
      <w:r>
        <w:t>اس وقت میں اصحاب رسول کے بارے میں کچھ باتیں عرض کروں گا، کچھ مثالیں اور کچھ نمونے۔</w:t>
      </w:r>
    </w:p>
    <w:p>
      <w:r>
        <w:rPr>
          <w:b/>
        </w:rPr>
        <w:t xml:space="preserve">[02:56] </w:t>
      </w:r>
      <w:r>
        <w:t>pehli baat yeh hai ke sahabi kaun hai? Aam taur par yeh samjha jata hai ke jis aadmi ne iman ki halat mein rasool Allah sal Allah aleh-e-wa-aleh-e-wasallam ko dekha to woh sahabi hai.</w:t>
      </w:r>
    </w:p>
    <w:p>
      <w:pPr>
        <w:jc w:val="right"/>
      </w:pPr>
      <w:r>
        <w:t>پہلی بات یہ ہے کہ صحابی کون ہے؟ عام طور پر یہ سمجھا جاتا ہے کہ جس آدمی نے ایمان کی حالت میں رسول اللہ صلی اللہ علیہ وسلم کو دیکھا تو وہ صحابی ہے۔</w:t>
      </w:r>
    </w:p>
    <w:p>
      <w:r>
        <w:rPr>
          <w:b/>
        </w:rPr>
        <w:t xml:space="preserve">[03:12] </w:t>
      </w:r>
      <w:r>
        <w:t>dekhein, yeh tareef technical aitbar se sahi ho sakti hai, lekin yeh poori</w:t>
      </w:r>
    </w:p>
    <w:p>
      <w:pPr>
        <w:jc w:val="right"/>
      </w:pPr>
      <w:r>
        <w:t>دیکھیں، یہ تعریف ٹیکنیکل اعتبار سے صحیح ہو سکتی ہے، لیکن یہ پوری</w:t>
      </w:r>
    </w:p>
    <w:p>
      <w:r>
        <w:rPr>
          <w:b/>
        </w:rPr>
        <w:t xml:space="preserve">[03:24] </w:t>
      </w:r>
      <w:r>
        <w:t>tasweer ko nahi batati. Sahi baat yeh hai ke sahabi woh hai jis ne rasool Allah sal Allah aleh-e-wa-aleh-e-wasallam se deen ko suna, phir is par haqeeqat khuli,</w:t>
      </w:r>
    </w:p>
    <w:p>
      <w:pPr>
        <w:jc w:val="right"/>
      </w:pPr>
      <w:r>
        <w:t>تصویر کو نہیں بتاتی۔ صحیح بات یہ ہے کہ صحابی وہ ہے جس نے رسول اللہ صلی اللہ علیہ وسلم سے دین کو سنا، پھر اس پر حقیقت کھلی،</w:t>
      </w:r>
    </w:p>
    <w:p>
      <w:r>
        <w:rPr>
          <w:b/>
        </w:rPr>
        <w:t xml:space="preserve">[03:43] </w:t>
      </w:r>
      <w:r>
        <w:t>us ne Islam qabool kiya aur phir aap ki sohbat mein reh kar apne ko</w:t>
      </w:r>
    </w:p>
    <w:p>
      <w:pPr>
        <w:jc w:val="right"/>
      </w:pPr>
      <w:r>
        <w:t>اس نے اسلام قبول کیا اور پھر آپ کی صحبت میں رہ کر اپنے کو</w:t>
      </w:r>
    </w:p>
    <w:p>
      <w:r>
        <w:rPr>
          <w:b/>
        </w:rPr>
        <w:t xml:space="preserve">[03:55] </w:t>
      </w:r>
      <w:r>
        <w:t>apna tazkiya kiya, apni tarbiyat ki.</w:t>
      </w:r>
    </w:p>
    <w:p>
      <w:pPr>
        <w:jc w:val="right"/>
      </w:pPr>
      <w:r>
        <w:t>اپنا تزکیہ کیا، اپنی تربیت کی۔</w:t>
      </w:r>
    </w:p>
    <w:p>
      <w:r>
        <w:rPr>
          <w:b/>
        </w:rPr>
        <w:t xml:space="preserve">[04:00] </w:t>
      </w:r>
      <w:r>
        <w:t>jo aadmi in marhalon se guzra, wahi sahabi hai. Sirf ek baar dekhna halat-e-iman mein yeh ek technical definition ho sakti hai,</w:t>
      </w:r>
    </w:p>
    <w:p>
      <w:pPr>
        <w:jc w:val="right"/>
      </w:pPr>
      <w:r>
        <w:t>جو آدمی ان مراحل سے گزرا، وہی صحابی ہے۔ صرف ایک بار دیکھنا حالت ایمان میں یہ ایک ٹیکنیکل ڈیفینیشن ہو سکتی ہے،</w:t>
      </w:r>
    </w:p>
    <w:p>
      <w:r>
        <w:rPr>
          <w:b/>
        </w:rPr>
        <w:t xml:space="preserve">[04:14] </w:t>
      </w:r>
      <w:r>
        <w:t>lekin yeh poori baat is se maloom nahi hoti.</w:t>
      </w:r>
    </w:p>
    <w:p>
      <w:pPr>
        <w:jc w:val="right"/>
      </w:pPr>
      <w:r>
        <w:t>لیکن یہ پوری بات اس سے معلوم نہیں ہوتی۔</w:t>
      </w:r>
    </w:p>
    <w:p>
      <w:r>
        <w:rPr>
          <w:b/>
        </w:rPr>
        <w:t xml:space="preserve">[04:22] </w:t>
      </w:r>
      <w:r>
        <w:t>main ne is mozu par kafi parha hai.</w:t>
      </w:r>
    </w:p>
    <w:p>
      <w:pPr>
        <w:jc w:val="right"/>
      </w:pPr>
      <w:r>
        <w:t>میں نے اس موضوع پر کافی پڑھا ہے۔</w:t>
      </w:r>
    </w:p>
    <w:p>
      <w:r>
        <w:rPr>
          <w:b/>
        </w:rPr>
        <w:t xml:space="preserve">[04:30] </w:t>
      </w:r>
      <w:r>
        <w:t>main samajhta hoon ke sahaba ya sahabi ki khaas baat yeh hai ke unhon ne deen ko marifat ke darjay mein paya, yani realization ke darjay mein paya.</w:t>
      </w:r>
    </w:p>
    <w:p>
      <w:pPr>
        <w:jc w:val="right"/>
      </w:pPr>
      <w:r>
        <w:t>میں سمجھتا ہوں کہ صحابہ یا صحابی کی خاص بات یہ ہے کہ انہوں نے دین کو معرفت کے درجے میں پایا، یعنی Realization کے درجے میں پایا۔</w:t>
      </w:r>
    </w:p>
    <w:p>
      <w:r>
        <w:rPr>
          <w:b/>
        </w:rPr>
        <w:t xml:space="preserve">[04:47] </w:t>
      </w:r>
      <w:r>
        <w:t>Quran mein dekhein, jo satwan parah hai, us mein kuch logon ka zikr hai, kuch ghair muslimon ka.</w:t>
      </w:r>
    </w:p>
    <w:p>
      <w:pPr>
        <w:jc w:val="right"/>
      </w:pPr>
      <w:r>
        <w:t>قرآن میں دیکھیں، جو ساتواں پارہ ہے، اس میں کچھ لوگوں کا ذکر ہے، کچھ غیر مسلموں کا۔</w:t>
      </w:r>
    </w:p>
    <w:p>
      <w:r>
        <w:rPr>
          <w:b/>
        </w:rPr>
        <w:t xml:space="preserve">[04:59] </w:t>
      </w:r>
      <w:r>
        <w:t>woh bahar se aaye, Madine ke bahar se, rasool Allah sal Allah aleh-e-wa-aleh-e-wasallam se mile aur unhon ne Islam qabool kiya. To wahan par kya alfaaz hain?</w:t>
      </w:r>
    </w:p>
    <w:p>
      <w:pPr>
        <w:jc w:val="right"/>
      </w:pPr>
      <w:r>
        <w:t>وہ باہر سے آئے، مدینے کے باہر سے، رسول اللہ صلی اللہ علیہ وسلم سے ملے اور انہوں نے اسلام قبول کیا۔ تو وہاں پر کیا الفاظ ہیں؟</w:t>
      </w:r>
    </w:p>
    <w:p>
      <w:r>
        <w:rPr>
          <w:b/>
        </w:rPr>
        <w:t xml:space="preserve">[05:12] </w:t>
      </w:r>
      <w:r>
        <w:t>wa izaa sami'oo maa unzila ilar rasooli tarā 'aynahum tafweedum minad damri mimmaa 'arafoo minal haqq.</w:t>
      </w:r>
    </w:p>
    <w:p>
      <w:pPr>
        <w:jc w:val="right"/>
      </w:pPr>
      <w:r>
        <w:t>وَإِذَا سَمَعُوا مَا أُنْزِلَ إِلَى الرَّسُولِ تَرَى عَيَنَهُمْ تَفْوِيضُ مِنَ الْضَمْرِ مِمَّا عَرَفُوا مِنَ الْحَقِّ۔</w:t>
      </w:r>
    </w:p>
    <w:p>
      <w:r>
        <w:rPr>
          <w:b/>
        </w:rPr>
        <w:t xml:space="preserve">[05:24] </w:t>
      </w:r>
      <w:r>
        <w:t>yani rasool Allah sal Allah aleh-e-wa-aleh-e-wasallam se unhon ne Quran ko suna, Islam ki baaton ko suna, to kya hua?</w:t>
      </w:r>
    </w:p>
    <w:p>
      <w:pPr>
        <w:jc w:val="right"/>
      </w:pPr>
      <w:r>
        <w:t>یعنی رسول اللہ صلی اللہ علیہ وسلم سے انہوں نے قرآن کو سنا، اسلام کی باتوں کو سنا، تو کیا ہوا؟</w:t>
      </w:r>
    </w:p>
    <w:p>
      <w:r>
        <w:rPr>
          <w:b/>
        </w:rPr>
        <w:t xml:space="preserve">[05:33] </w:t>
      </w:r>
      <w:r>
        <w:t>mimmaa 'arafoo minal haqq. Is mein unhein irfan-e-haq ho gaya, yani realization of truth.</w:t>
      </w:r>
    </w:p>
    <w:p>
      <w:pPr>
        <w:jc w:val="right"/>
      </w:pPr>
      <w:r>
        <w:t>مِمَّا عَرَفُوا مِنَ الْحَقِّ۔ اس میں انہیں عرفان حق ہو گیا، یعنی Realization of Truth۔</w:t>
      </w:r>
    </w:p>
    <w:p>
      <w:r>
        <w:rPr>
          <w:b/>
        </w:rPr>
        <w:t xml:space="preserve">[05:41] </w:t>
      </w:r>
      <w:r>
        <w:t>aap se sun kar ke unhon ne truth ko realize kiya, truth ko discover kiya.</w:t>
      </w:r>
    </w:p>
    <w:p>
      <w:pPr>
        <w:jc w:val="right"/>
      </w:pPr>
      <w:r>
        <w:t>آپ سے سن کر کے انہوں نے Truth کو Realize کیا، Truth کو Discover کیا۔</w:t>
      </w:r>
    </w:p>
    <w:p>
      <w:r>
        <w:rPr>
          <w:b/>
        </w:rPr>
        <w:t xml:space="preserve">[05:52] </w:t>
      </w:r>
      <w:r>
        <w:t>is ka matlab kya hai? sahaba jo thay, jin ko hum sahabi kehte hain, un ke islam ka, un ke islam ki beginning kahan se hui?</w:t>
      </w:r>
    </w:p>
    <w:p>
      <w:pPr>
        <w:jc w:val="right"/>
      </w:pPr>
      <w:r>
        <w:t>اس کا مطلب کیا ہے؟ صحابہ جو تھے، جن کو ہم صحابی کہتے ہیں، ان کے اسلام کا، ان کے اسلام کی Beginning کہاں سے ہوئی؟</w:t>
      </w:r>
    </w:p>
    <w:p>
      <w:r>
        <w:rPr>
          <w:b/>
        </w:rPr>
        <w:t xml:space="preserve">[06:08] </w:t>
      </w:r>
      <w:r>
        <w:t>wo hui marifat se, realization se, discovery se.</w:t>
      </w:r>
    </w:p>
    <w:p>
      <w:pPr>
        <w:jc w:val="right"/>
      </w:pPr>
      <w:r>
        <w:t>وہ ہوئی معرفت سے، Realization سے، Discovery سے۔</w:t>
      </w:r>
    </w:p>
    <w:p>
      <w:r>
        <w:rPr>
          <w:b/>
        </w:rPr>
        <w:t xml:space="preserve">[06:16] </w:t>
      </w:r>
      <w:r>
        <w:t>phir unhon ne aur aur baaten seekhin. is ka matlab kya hua? ke agar hum chahte hain namoona banana ashaab-e-rasool sallallahu alaihi wasallam ko, to humein bhi isi tareeqay ko follow karna parega.</w:t>
      </w:r>
    </w:p>
    <w:p>
      <w:pPr>
        <w:jc w:val="right"/>
      </w:pPr>
      <w:r>
        <w:t>پھر انہوں نے اور اور باتیں سیکھیں۔ اس کا مطلب کیا ہوا؟ کہ اگر ہم چاہتے ہیں نمونہ بنانا اصحاب رسول صلی اللہ علیہ وسلم کو، تو ہمیں بھی اسی طریقے کو Follow کرنا پڑے گا۔</w:t>
      </w:r>
    </w:p>
    <w:p>
      <w:r>
        <w:rPr>
          <w:b/>
        </w:rPr>
        <w:t xml:space="preserve">[06:34] </w:t>
      </w:r>
      <w:r>
        <w:t>yaani sab se pehle humein yeh karna hoga ke hum sachai ko daryaft karein.</w:t>
      </w:r>
    </w:p>
    <w:p>
      <w:pPr>
        <w:jc w:val="right"/>
      </w:pPr>
      <w:r>
        <w:t>یعنی سب سے پہلے ہمیں یہ کرنا ہوگا کہ ہم سچائی کو دریافت کریں۔</w:t>
      </w:r>
    </w:p>
    <w:p>
      <w:r>
        <w:rPr>
          <w:b/>
        </w:rPr>
        <w:t xml:space="preserve">[06:45] </w:t>
      </w:r>
      <w:r>
        <w:t>deen hum ko mila hai khandani taur par ya sirf kalma ka talaffuz kar ke, to wo sahabi wali baat nahi hui wo.</w:t>
      </w:r>
    </w:p>
    <w:p>
      <w:pPr>
        <w:jc w:val="right"/>
      </w:pPr>
      <w:r>
        <w:t>دین ہم کو ملا ہے خاندانی طور پر یا صرف کلمہ کا تلفظ کر کے، تو وہ صحابی والی بات نہیں ہوئی وہ۔</w:t>
      </w:r>
    </w:p>
    <w:p>
      <w:r>
        <w:rPr>
          <w:b/>
        </w:rPr>
        <w:t xml:space="preserve">[06:55] </w:t>
      </w:r>
      <w:r>
        <w:t>sahabi ki taqleed ya sahabi ki pairwi, sahaba ko follow karna, yeh hai ke aap apne deen ka, apne deen ki beginning karein discovery se, realization se, marifat se.</w:t>
      </w:r>
    </w:p>
    <w:p>
      <w:pPr>
        <w:jc w:val="right"/>
      </w:pPr>
      <w:r>
        <w:t>صحابی کی تقلید یا صحابی کی پیروی، صحابہ کو Follow کرنا، یہ ہے کہ آپ اپنے دین کا، اپنے دین کی Beginning کریں Discovery سے، Realization سے، معرفت سے۔</w:t>
      </w:r>
    </w:p>
    <w:p>
      <w:r>
        <w:rPr>
          <w:b/>
        </w:rPr>
        <w:t xml:space="preserve">[07:16] </w:t>
      </w:r>
      <w:r>
        <w:t>yeh hai mimma arafu minal haqq. main samajhta hoon ke pehla sabak jo humein milta hai sahaba ki zindagi se, wo yeh hai.</w:t>
      </w:r>
    </w:p>
    <w:p>
      <w:pPr>
        <w:jc w:val="right"/>
      </w:pPr>
      <w:r>
        <w:t>یہ ہے مِمَّا عَرَفُوا مِنَ الْحَقِّ۔ میں سمجھتا ہوں کہ پہلا سبق جو ہمیں ملتا ہے صحابہ کی زندگی سے، وہ یہ ہے۔</w:t>
      </w:r>
    </w:p>
    <w:p>
      <w:r>
        <w:rPr>
          <w:b/>
        </w:rPr>
        <w:t xml:space="preserve">[07:28] </w:t>
      </w:r>
      <w:r>
        <w:t>yeh jo farmaya gaya hai ke al-qudwatuhum wahi namoona hai.</w:t>
      </w:r>
    </w:p>
    <w:p>
      <w:pPr>
        <w:jc w:val="right"/>
      </w:pPr>
      <w:r>
        <w:t>یہ جو فرمایا گیا ہے کہ الْقُدْوَةُهُمْ وہی نمونہ ہے۔</w:t>
      </w:r>
    </w:p>
    <w:p>
      <w:r>
        <w:rPr>
          <w:b/>
        </w:rPr>
        <w:t xml:space="preserve">[07:38] </w:t>
      </w:r>
      <w:r>
        <w:t>to namoona har baat mein hoga. jab sahaba ko namoona bataya gaya, to har aitbaar se wo humare liye namoona banenge.</w:t>
      </w:r>
    </w:p>
    <w:p>
      <w:pPr>
        <w:jc w:val="right"/>
      </w:pPr>
      <w:r>
        <w:t>تو نمونہ ہر بات میں ہوں گے۔ جب صحابہ کو نمونہ بتایا گیا، تو ہر اعتبار سے وہ ہمارے لیے نمونہ بنیں گے۔</w:t>
      </w:r>
    </w:p>
    <w:p>
      <w:r>
        <w:rPr>
          <w:b/>
        </w:rPr>
        <w:t xml:space="preserve">[07:48] </w:t>
      </w:r>
      <w:r>
        <w:t>to sab se pehla namoona jo milta hai hum ko un ke yahan, yeh hai ke wo quran ko padhte hain, rasool Allah sallallahu alaihi wasallam se deen ko sunte hain,</w:t>
      </w:r>
    </w:p>
    <w:p>
      <w:pPr>
        <w:jc w:val="right"/>
      </w:pPr>
      <w:r>
        <w:t>تو سب سے پہلا نمونہ جو ملتا ہے ہم کو ان کے یہاں، یہ ہے کہ وہ قرآن کو پڑھتے ہیں، رسول اللہ صلی اللہ علیہ وسلم سے دین کو سنتے ہیں،</w:t>
      </w:r>
    </w:p>
    <w:p>
      <w:r>
        <w:rPr>
          <w:b/>
        </w:rPr>
        <w:t xml:space="preserve">[08:03] </w:t>
      </w:r>
      <w:r>
        <w:t>aur is se un ko marifat ho jati hai.</w:t>
      </w:r>
    </w:p>
    <w:p>
      <w:pPr>
        <w:jc w:val="right"/>
      </w:pPr>
      <w:r>
        <w:t>اور اس سے ان کو معرفت ہو جاتی ہے۔</w:t>
      </w:r>
    </w:p>
    <w:p>
      <w:r>
        <w:rPr>
          <w:b/>
        </w:rPr>
        <w:t xml:space="preserve">[08:10] </w:t>
      </w:r>
      <w:r>
        <w:t>marifat kab hoti hai kisi insan ko? jab wo sach much poori objectivity ke sath kisi baat ko sune, poori sincerity ke sath kisi baat ko sune.</w:t>
      </w:r>
    </w:p>
    <w:p>
      <w:pPr>
        <w:jc w:val="right"/>
      </w:pPr>
      <w:r>
        <w:t>معرفت کب ہوتی ہے کسی انسان کو؟ جب وہ سچ مچ پوری Objectivity کے ساتھ کسی بات کو سنے، پوری Sincerity کے ساتھ کسی بات کو سنے۔</w:t>
      </w:r>
    </w:p>
    <w:p>
      <w:r>
        <w:rPr>
          <w:b/>
        </w:rPr>
        <w:t xml:space="preserve">[08:23] </w:t>
      </w:r>
      <w:r>
        <w:t>jab tak aap kisi baat ko sunne ke muamle mein aakhri had tak sarjeeda na hon, sincere na hon, to wo baat aap ki samajh mein nahi aayegi.</w:t>
      </w:r>
    </w:p>
    <w:p>
      <w:pPr>
        <w:jc w:val="right"/>
      </w:pPr>
      <w:r>
        <w:t>جب تک آپ کسی بات کو سننے کے معاملے میں آخری حد تک سرجیدہ نہ ہوں، Sincere نہ ہوں، تو وہ بات آپ کی سمجھ میں نہیں آئے گی۔</w:t>
      </w:r>
    </w:p>
    <w:p>
      <w:r>
        <w:rPr>
          <w:b/>
        </w:rPr>
        <w:t xml:space="preserve">[08:38] </w:t>
      </w:r>
      <w:r>
        <w:t>apne ko har taraf se kaat kar sunna parta hai. aap jante hain ke aadmi har waqt tarah tarah ke jungle of thought mein hota hai, to samjhega kaise wo kisi baat ko sun kar?</w:t>
      </w:r>
    </w:p>
    <w:p>
      <w:pPr>
        <w:jc w:val="right"/>
      </w:pPr>
      <w:r>
        <w:t>اپنے کو ہر طرف سے کاٹ کر سننا پڑتا ہے۔ آپ جانتے ہیں کہ آدمی ہر وقت طرح طرح کے Jungle of Thought میں ہوتا ہے، تو سمجھے گا کیسے وہ کسی بات کو سن کر؟</w:t>
      </w:r>
    </w:p>
    <w:p>
      <w:r>
        <w:rPr>
          <w:b/>
        </w:rPr>
        <w:t xml:space="preserve">[08:55] </w:t>
      </w:r>
      <w:r>
        <w:t>to is ko kaatna parta hai, kaatna parta hai. apni fitrat ko poori tarah se purify karna parta hai.</w:t>
      </w:r>
    </w:p>
    <w:p>
      <w:pPr>
        <w:jc w:val="right"/>
      </w:pPr>
      <w:r>
        <w:t>تو اس کو کاٹنا پڑتا ہے، کاٹنا پڑتا ہے۔ اپنی فطرت کو پوری طرح سے Purify کرنا پڑتا ہے۔</w:t>
      </w:r>
    </w:p>
    <w:p>
      <w:r>
        <w:rPr>
          <w:b/>
        </w:rPr>
        <w:t xml:space="preserve">[09:05] </w:t>
      </w:r>
      <w:r>
        <w:t>tab wo samajh payega baat ko.</w:t>
      </w:r>
    </w:p>
    <w:p>
      <w:pPr>
        <w:jc w:val="right"/>
      </w:pPr>
      <w:r>
        <w:t>تب وہ سمجھ پائے گا بات کو۔</w:t>
      </w:r>
    </w:p>
    <w:p>
      <w:r>
        <w:rPr>
          <w:b/>
        </w:rPr>
        <w:t xml:space="preserve">[09:10] </w:t>
      </w:r>
      <w:r>
        <w:t>jaise ek shakhs ke bare mein aata hai ke wo madine ke bahar kahin se, wo oont par sawar ho kar aaye. unhon ne suna tha ke ek paighambar zahir hue hain, wo madine aaye.</w:t>
      </w:r>
    </w:p>
    <w:p>
      <w:pPr>
        <w:jc w:val="right"/>
      </w:pPr>
      <w:r>
        <w:t>جیسے ایک شخص کے بارے میں آتا ہے کہ وہ مدینے کے باہر کہیں سے، وہ اونٹ پر سوار ہو کر آئے۔ انہوں نے سنا تھا کہ ایک پیغمبر ظاہر ہوئے ہیں، وہ مدینہ آئے۔</w:t>
      </w:r>
    </w:p>
    <w:p>
      <w:r>
        <w:rPr>
          <w:b/>
        </w:rPr>
        <w:t xml:space="preserve">[09:26] </w:t>
      </w:r>
      <w:r>
        <w:t>to oont par chalte hue wo wahan pohnche jahan ke masjid thi, jis ko hum masjid nabwi kehte hain. ab to bohat bari shandar building wahan par hai.</w:t>
      </w:r>
    </w:p>
    <w:p>
      <w:pPr>
        <w:jc w:val="right"/>
      </w:pPr>
      <w:r>
        <w:t>تو اونٹ پر چلتے ہوئے وہ وہاں پہنچے جہاں کہ مسجد تھی، جس کو ہم مسجد نبوی کہتے ہیں۔ اب تو بہت بڑی شاندار بلڈنگ وہاں پر ہے۔</w:t>
      </w:r>
    </w:p>
    <w:p>
      <w:r>
        <w:rPr>
          <w:b/>
        </w:rPr>
        <w:t xml:space="preserve">[09:36] </w:t>
      </w:r>
      <w:r>
        <w:t>us waqt aisa nahi tha. us waqt to wahan par bohat hi saada qism ki ek masjid thi. to wahan pohnche to wahan kuch log baithe hue thay.</w:t>
      </w:r>
    </w:p>
    <w:p>
      <w:pPr>
        <w:jc w:val="right"/>
      </w:pPr>
      <w:r>
        <w:t>اس وقت ایسا نہیں تھا۔ اس وقت تو وہاں پر بہت ہی سادہ قسم کی ایک مسجد تھی۔ تو وہاں پہنچے تو وہاں کچھ لوگ بیٹھے ہوئے تھے۔</w:t>
      </w:r>
    </w:p>
    <w:p>
      <w:r>
        <w:rPr>
          <w:b/>
        </w:rPr>
        <w:t xml:space="preserve">[09:50] </w:t>
      </w:r>
      <w:r>
        <w:t>to unhon ne poocha ke tum mein se ibn abdul muttalib kaun hai? ibn abdul muttalib ka matlab tha Muhammad.</w:t>
      </w:r>
    </w:p>
    <w:p>
      <w:pPr>
        <w:jc w:val="right"/>
      </w:pPr>
      <w:r>
        <w:t>تو انہوں نے پوچھا کہ تم میں سے ابن عبدالمطلب کون ہے؟ ابن عبدالمطلب کا مطلب تھا محمد۔</w:t>
      </w:r>
    </w:p>
    <w:p>
      <w:r>
        <w:rPr>
          <w:b/>
        </w:rPr>
        <w:t xml:space="preserve">[10:02] </w:t>
      </w:r>
      <w:r>
        <w:t>tum mein se Muhammad kaun hai? abhi oont par baithe hue hain, oont se utre nahi wo. to rasool Allah sallallahu alaihi wasallam wahan thay, unhon ne kaha ke main hoon ibn abdul muttalib, yaani main hoon Muhammad.</w:t>
      </w:r>
    </w:p>
    <w:p>
      <w:pPr>
        <w:jc w:val="right"/>
      </w:pPr>
      <w:r>
        <w:t>تم میں سے محمد کون ہے؟ ابھی اونٹ پر بیٹھے ہوئے ہیں، اونٹ سے اترے نہیں وہ۔ تو رسول اللہ صلی اللہ علیہ وسلم وہاں تھے، انہوں نے کہا کہ میں ہوں ابن عبدالمطلب، یعنی میں ہوں محمد۔</w:t>
      </w:r>
    </w:p>
    <w:p>
      <w:r>
        <w:rPr>
          <w:b/>
        </w:rPr>
        <w:t xml:space="preserve">[10:17] </w:t>
      </w:r>
      <w:r>
        <w:t>to oont par baithe hi baithe wo kehte hain ke main aap ko is Khuda ki qasam dilata hoon jis ko log mante hain, aur aap ko is Khuda ki qasam dilata hoon jis ko aap mante hain.</w:t>
      </w:r>
    </w:p>
    <w:p>
      <w:pPr>
        <w:jc w:val="right"/>
      </w:pPr>
      <w:r>
        <w:t>تو اونٹ پر بیٹھے ہی بیٹھے وہ کہتے ہیں کہ میں آپ کو اس خدا کی قسم دلاتا ہوں جس کو لوگ مانتے ہیں، اور آپ کو اس خدا کی قسم دلاتا ہوں جس کو آپ مانتے ہیں۔</w:t>
      </w:r>
    </w:p>
    <w:p>
      <w:r>
        <w:rPr>
          <w:b/>
        </w:rPr>
        <w:t xml:space="preserve">[10:36] </w:t>
      </w:r>
      <w:r>
        <w:t>kya Khuda ne aap ko apna prophet bana kar bheja hai?</w:t>
      </w:r>
    </w:p>
    <w:p>
      <w:pPr>
        <w:jc w:val="right"/>
      </w:pPr>
      <w:r>
        <w:t>کیا خدا نے آپ کو اپنا Prophet بنا کر بھیجا ہے؟</w:t>
      </w:r>
    </w:p>
    <w:p>
      <w:r>
        <w:rPr>
          <w:b/>
        </w:rPr>
        <w:t xml:space="preserve">[10:44] </w:t>
      </w:r>
      <w:r>
        <w:t>aap kehte hain ke Allahumma na'am, yaani haan. is ke baad isi tarah se wo kai baar sawal karta hai, isi andaaz se ke kya Khuda ne aap ko yeh kaha hai ke paanch waqt namaz padhi jaye?</w:t>
      </w:r>
    </w:p>
    <w:p>
      <w:pPr>
        <w:jc w:val="right"/>
      </w:pPr>
      <w:r>
        <w:t>آپ کہتے ہیں کہ اللہم نعم، یعنی ہاں۔ اس کے بعد اسی طرح سے وہ کئی بار سوال کرتا ہے، اسی انداز سے کہ کیا خدا نے آپ کو یہ کہا ہے کہ پانچ وقت نماز پڑھی جائے؟</w:t>
      </w:r>
    </w:p>
    <w:p>
      <w:r>
        <w:rPr>
          <w:b/>
        </w:rPr>
        <w:t xml:space="preserve">[11:01] </w:t>
      </w:r>
      <w:r>
        <w:t>yeh kaha hai ke jhoot na bola jaye? yeh kaha hai ke honesty ke sath raha jaye? yaani jo jo ahkam thay, bare bare basic, us ke bare mein poochta hai.</w:t>
      </w:r>
    </w:p>
    <w:p>
      <w:pPr>
        <w:jc w:val="right"/>
      </w:pPr>
      <w:r>
        <w:t>یہ کہا ہے کہ جھوٹ نہ بولا جائے؟ یہ کہا ہے کہ Honesty کے ساتھ رہا جائے؟ یعنی جو جو احکام تھے، بڑے بڑے Basic، اس کے بارے میں پوچھتا ہے۔</w:t>
      </w:r>
    </w:p>
    <w:p>
      <w:r>
        <w:rPr>
          <w:b/>
        </w:rPr>
        <w:t xml:space="preserve">[11:14] </w:t>
      </w:r>
      <w:r>
        <w:t>to aap kehte hain ke haan. usi waqt woh kehta hai ke main imaan laata hoon aap ke upar, main baiyat karta hoon, aur main aaj se aap ka saathi ban gaya.</w:t>
      </w:r>
    </w:p>
    <w:p>
      <w:pPr>
        <w:jc w:val="right"/>
      </w:pPr>
      <w:r>
        <w:t>تو آپ کہتے ہیں کہ ہاں۔ اسی وقت وہ کہتا ہے کہ میں ایمان لاتا ہوں آپ کے اوپر، میں بیعت کرتا ہوں، اور میں آج سے آپ کا ساتھی بن گیا۔</w:t>
      </w:r>
    </w:p>
    <w:p>
      <w:r>
        <w:rPr>
          <w:b/>
        </w:rPr>
        <w:t xml:space="preserve">[11:28] </w:t>
      </w:r>
      <w:r>
        <w:t>yeh tha in ka tareeqa, sahaba ka. kuch log aisay bhi thay jinhon ne mukhalifat ki shuru mein, lekin un ki mukhalifat jo thi, woh ghalat fehmi par mabni thi.</w:t>
      </w:r>
    </w:p>
    <w:p>
      <w:pPr>
        <w:jc w:val="right"/>
      </w:pPr>
      <w:r>
        <w:t>یہ تھا ان کا طریقہ، صحابہ کا۔ کچھ لوگ ایسے بھی تھے جنہوں نے مخالفت کی شروع میں، لیکن ان کی مخالفت جو تھی، وہ غلط فہمی پر مبنی تھی۔</w:t>
      </w:r>
    </w:p>
    <w:p>
      <w:r>
        <w:rPr>
          <w:b/>
        </w:rPr>
        <w:t xml:space="preserve">[11:44] </w:t>
      </w:r>
      <w:r>
        <w:t>kyunke dekhen, aik maqoola hai, aik Saying hai ke al-nasu adaa'u ma jahaloo. log us cheez ke dushman ban jatay hain jis ko woh na jantay hon.</w:t>
      </w:r>
    </w:p>
    <w:p>
      <w:pPr>
        <w:jc w:val="right"/>
      </w:pPr>
      <w:r>
        <w:t>کیونکہ دیکھیں، ایک مقولہ ہے، ایک Saying ہے کہ الناسُ أعداءُ ما جَهْلُوا۔ لوگ اس چیز کے دشمن بن جاتے ہیں جس کو وہ نہ جانتے ہوں۔</w:t>
      </w:r>
    </w:p>
    <w:p>
      <w:r>
        <w:rPr>
          <w:b/>
        </w:rPr>
        <w:t xml:space="preserve">[11:59] </w:t>
      </w:r>
      <w:r>
        <w:t>to Misunderstanding ki wajah se aadmi kisi cheez ke khilaaf ho jata hai. to kuch log woh thay jinhon ne apni Nature ko bilkul saaf rakha tha, koi milawat nahi hui thi,</w:t>
      </w:r>
    </w:p>
    <w:p>
      <w:pPr>
        <w:jc w:val="right"/>
      </w:pPr>
      <w:r>
        <w:t>تو Misunderstanding کی وجہ سے آدمی کسی چیز کے خلاف ہو جاتا ہے۔ تو کچھ لوگ وہ تھے جنہوں نے اپنی Nature کو بالکل صاف رکھا تھا، کوئی ملاوٹ نہیں ہوئی تھی،</w:t>
      </w:r>
    </w:p>
    <w:p>
      <w:r>
        <w:rPr>
          <w:b/>
        </w:rPr>
        <w:t xml:space="preserve">[12:13] </w:t>
      </w:r>
      <w:r>
        <w:t>to unhon ne suna aur foran un ki samajh mein baat aa gayi. kuch log woh thay jo shuru mein Misunderstanding ka shikaar hue, phir baat ko, un ki samajh mein baat aa gayi aur unhon ne maan liya.</w:t>
      </w:r>
    </w:p>
    <w:p>
      <w:pPr>
        <w:jc w:val="right"/>
      </w:pPr>
      <w:r>
        <w:t>تو انہوں نے سنا اور فوراً ان کی سمجھ میں بات آ گئی۔ کچھ لوگ وہ تھے جو شروع میں Misunderstanding کا شکار ہوئے، پھر بات کو، ان کی سمجھ میں بات آ گئی اور انہوں نے مان لیا۔</w:t>
      </w:r>
    </w:p>
    <w:p>
      <w:r>
        <w:rPr>
          <w:b/>
        </w:rPr>
        <w:t xml:space="preserve">[12:29] </w:t>
      </w:r>
      <w:r>
        <w:t>yeh hai Islam mein dakhil honay ka darwaza.</w:t>
      </w:r>
    </w:p>
    <w:p>
      <w:pPr>
        <w:jc w:val="right"/>
      </w:pPr>
      <w:r>
        <w:t>یہ ہے اسلام میں داخل ہونے کا دروازہ۔</w:t>
      </w:r>
    </w:p>
    <w:p>
      <w:r>
        <w:rPr>
          <w:b/>
        </w:rPr>
        <w:t xml:space="preserve">[12:36] </w:t>
      </w:r>
      <w:r>
        <w:t>yaani Islam ko</w:t>
      </w:r>
    </w:p>
    <w:p>
      <w:pPr>
        <w:jc w:val="right"/>
      </w:pPr>
      <w:r>
        <w:t>یعنی اسلام کو</w:t>
      </w:r>
    </w:p>
    <w:p>
      <w:r>
        <w:rPr>
          <w:b/>
        </w:rPr>
        <w:t xml:space="preserve">[12:41] </w:t>
      </w:r>
      <w:r>
        <w:t>Discover karna, Realize karna, is ka Islam ki marifat hona. to marifat ke baad aap yeh kalma boltay hain ke ashhadu an la ilaha illallah wa ashhadu anna Muhammadan abduhu wa rasooluhu.</w:t>
      </w:r>
    </w:p>
    <w:p>
      <w:pPr>
        <w:jc w:val="right"/>
      </w:pPr>
      <w:r>
        <w:t>Discover کرنا، Realize کرنا، اس کا اسلام کی معرفت ہونا۔ تو معرفت کے بعد آپ یہ کلمہ بولتے ہیں کہ اشھد ان لا الہ الا اللہ واشہد ان محمد عبدہ ورسولہ۔</w:t>
      </w:r>
    </w:p>
    <w:p>
      <w:r>
        <w:rPr>
          <w:b/>
        </w:rPr>
        <w:t xml:space="preserve">[12:56] </w:t>
      </w:r>
      <w:r>
        <w:t>to kalma jo hai, woh number do par aata hai. mimma 'arafoo minal haqq jo ayat hai, us se maloom hota hai ke pehle aati hai marifat, us ke baad aata hai kalma.</w:t>
      </w:r>
    </w:p>
    <w:p>
      <w:pPr>
        <w:jc w:val="right"/>
      </w:pPr>
      <w:r>
        <w:t>تو کلمہ جو ہے، وہ نمبر دو پر آتا ہے۔ مِمَّا عَرَفُوا مِنَ الْحَقِّ جو آیت ہے، اس سے معلوم ہوتا ہے کہ پہلے آتی ہے معرفت، اس کے بعد آتا ہے کلمہ۔</w:t>
      </w:r>
    </w:p>
    <w:p>
      <w:r>
        <w:rPr>
          <w:b/>
        </w:rPr>
        <w:t xml:space="preserve">[13:12] </w:t>
      </w:r>
      <w:r>
        <w:t>marifat ka matlab hai Realization. to pehle aap Realize kartay hain, us ke baad aap kalma parhtay hain, phir us ke baad aur aur cheezain jo hain, us ko aap Follow kartay hain.</w:t>
      </w:r>
    </w:p>
    <w:p>
      <w:pPr>
        <w:jc w:val="right"/>
      </w:pPr>
      <w:r>
        <w:t>معرفت کا مطلب ہے Realization۔ تو پہلے آپ Realize کرتے ہیں، اس کے بعد آپ کلمہ پڑھتے ہیں، پھر اس کے بعد اور اور چیزیں جو ہیں، اس کو آپ Follow کرتے ہیں۔</w:t>
      </w:r>
    </w:p>
    <w:p>
      <w:r>
        <w:rPr>
          <w:b/>
        </w:rPr>
        <w:t xml:space="preserve">[13:28] </w:t>
      </w:r>
      <w:r>
        <w:t>yahan se Islam shuru hua in ka. is ke baad kya hai? is ke baad phir aik Process shuru hota hai. yeh bas samjhiye ke kalma parh liya to bas baat poori ho gayi.</w:t>
      </w:r>
    </w:p>
    <w:p>
      <w:pPr>
        <w:jc w:val="right"/>
      </w:pPr>
      <w:r>
        <w:t>یہاں سے اسلام شروع ہوا ان کا۔ اس کے بعد کیا ہے؟ اس کے بعد پھر ایک Process شروع ہوتا ہے۔ یہ بس سمجھئے کہ کلمہ پڑھ لیا تو بس بات پوری ہو گئی۔</w:t>
      </w:r>
    </w:p>
    <w:p>
      <w:r>
        <w:rPr>
          <w:b/>
        </w:rPr>
        <w:t xml:space="preserve">[13:51] </w:t>
      </w:r>
      <w:r>
        <w:t>kalma parhtay hi aik aur</w:t>
      </w:r>
    </w:p>
    <w:p>
      <w:pPr>
        <w:jc w:val="right"/>
      </w:pPr>
      <w:r>
        <w:t>کلمہ پڑھتے ہی ایک اور</w:t>
      </w:r>
    </w:p>
    <w:p>
      <w:r>
        <w:rPr>
          <w:b/>
        </w:rPr>
        <w:t xml:space="preserve">[13:56] </w:t>
      </w:r>
      <w:r>
        <w:t>amal shuru ho jata hai, aik aur Process shuru ho jata hai. woh Process kya hai? woh hai Deconditioning. yaani pehle aaya Realization, us ke baad aaya kalma, phir aata hai Deconditioning.</w:t>
      </w:r>
    </w:p>
    <w:p>
      <w:pPr>
        <w:jc w:val="right"/>
      </w:pPr>
      <w:r>
        <w:t>عمل شروع ہو جاتا ہے، ایک اور Process شروع ہو جاتا ہے۔ وہ Process کیا ہے؟ وہ ہے Deconditioning۔ یعنی پہلے آیا Realization، اس کے بعد آیا کلمہ، پھر آتا ہے Deconditioning۔</w:t>
      </w:r>
    </w:p>
    <w:p>
      <w:r>
        <w:rPr>
          <w:b/>
        </w:rPr>
        <w:t xml:space="preserve">[14:15] </w:t>
      </w:r>
      <w:r>
        <w:t>is liye</w:t>
      </w:r>
    </w:p>
    <w:p>
      <w:pPr>
        <w:jc w:val="right"/>
      </w:pPr>
      <w:r>
        <w:t>اس لیے</w:t>
      </w:r>
    </w:p>
    <w:p>
      <w:r>
        <w:rPr>
          <w:b/>
        </w:rPr>
        <w:t xml:space="preserve">[14:19] </w:t>
      </w:r>
      <w:r>
        <w:t>har aadmi kisi Society mein rehta hai, kisi Environment mein rehta hai woh, us mein barabar us ki Conditioning hoti rehti hai.</w:t>
      </w:r>
    </w:p>
    <w:p>
      <w:pPr>
        <w:jc w:val="right"/>
      </w:pPr>
      <w:r>
        <w:t>ہر آدمی کسی Society میں رہتا ہے، کسی Environment میں رہتا ہے وہ، اس میں برابر اس کی Conditioning ہوتی رہتی ہے۔</w:t>
      </w:r>
    </w:p>
    <w:p>
      <w:r>
        <w:rPr>
          <w:b/>
        </w:rPr>
        <w:t xml:space="preserve">[14:30] </w:t>
      </w:r>
      <w:r>
        <w:t>Conditioning, Conditioning. yeh aik Natural baat hai. aap kahin Island mein nahi rehtay, alag thalag nahi rehtay.</w:t>
      </w:r>
    </w:p>
    <w:p>
      <w:pPr>
        <w:jc w:val="right"/>
      </w:pPr>
      <w:r>
        <w:t>Conditioning، Conditioning۔ یہ ایک Natural بات ہے۔ آپ کہیں Island میں نہیں رہتے، الگ تھلگ نہیں رہتے۔</w:t>
      </w:r>
    </w:p>
    <w:p>
      <w:r>
        <w:rPr>
          <w:b/>
        </w:rPr>
        <w:t xml:space="preserve">[14:41] </w:t>
      </w:r>
      <w:r>
        <w:t>aap rehtay hain Society ke andar, logon ke beech mein rehtay hain. to logon ke khayalat hotay hain, logon ki soch hoti hai, logon ke mamlaat hotay hain, bohat sari baaton ke beech mein aap rehtay hain.</w:t>
      </w:r>
    </w:p>
    <w:p>
      <w:pPr>
        <w:jc w:val="right"/>
      </w:pPr>
      <w:r>
        <w:t>آپ رہتے ہیں Society کے اندر، لوگوں کے بیچ میں رہتے ہیں۔ تو لوگوں کے خیالات ہوتے ہیں، لوگوں کی سوچ ہوتی ہے، لوگوں کے معاملات ہوتے ہیں، بہت ساری باتوں کے بیچ میں آپ رہتے ہیں۔</w:t>
      </w:r>
    </w:p>
    <w:p>
      <w:r>
        <w:rPr>
          <w:b/>
        </w:rPr>
        <w:t xml:space="preserve">[14:58] </w:t>
      </w:r>
      <w:r>
        <w:t>rozana aap kuch suntay hain, kuch parhtay hain, kuch jantay hain. us se aap ki hoti rehti hai Conditioning. to har aadmi ibtedai tor par Conditioning ka case hai.</w:t>
      </w:r>
    </w:p>
    <w:p>
      <w:pPr>
        <w:jc w:val="right"/>
      </w:pPr>
      <w:r>
        <w:t>روزانہ آپ کچھ سنتے ہیں، کچھ پڑھتے ہیں، کچھ جانتے ہیں۔ اس سے آپ کی ہوتی رہتی ہے Conditioning۔ تو ہر آدمی ابتدائی طور پر Conditioning کا Case ہے۔</w:t>
      </w:r>
    </w:p>
    <w:p>
      <w:r>
        <w:rPr>
          <w:b/>
        </w:rPr>
        <w:t xml:space="preserve">[15:12] </w:t>
      </w:r>
      <w:r>
        <w:t>yaani har aadmi Mister Conditioned hai. to jab sachai aap ne jaan li, aap ne kalma parh liya to baat khatam nahi hui.</w:t>
      </w:r>
    </w:p>
    <w:p>
      <w:pPr>
        <w:jc w:val="right"/>
      </w:pPr>
      <w:r>
        <w:t>یعنی ہر آدمی Mister Conditioned ہے۔ تو جب سچائی آپ نے جان لی، آپ نے کلمہ پڑھ لیا تو بات ختم نہیں ہوئی۔</w:t>
      </w:r>
    </w:p>
    <w:p>
      <w:r>
        <w:rPr>
          <w:b/>
        </w:rPr>
        <w:t xml:space="preserve">[15:24] </w:t>
      </w:r>
      <w:r>
        <w:t>ab aap ko agla jo Stage hai, us par chalna hai, yaani Deconditioning ka Stage. dekhen, Deconditioning kaise hoti hai?</w:t>
      </w:r>
    </w:p>
    <w:p>
      <w:pPr>
        <w:jc w:val="right"/>
      </w:pPr>
      <w:r>
        <w:t>اب آپ کو اگلا جو Stage ہے، اس پر چلنا ہے، یعنی Deconditioning کا Stage۔ دیکھیں، Deconditioning کیسے ہوتی ہے؟</w:t>
      </w:r>
    </w:p>
    <w:p>
      <w:r>
        <w:rPr>
          <w:b/>
        </w:rPr>
        <w:t xml:space="preserve">[15:36] </w:t>
      </w:r>
      <w:r>
        <w:t>Basically Deconditioning hoti hai Introspection se, jis ko kehtay hain muhasba. hasiboo anfusakum qabla an tuhafsaboo.</w:t>
      </w:r>
    </w:p>
    <w:p>
      <w:pPr>
        <w:jc w:val="right"/>
      </w:pPr>
      <w:r>
        <w:t>Basically Deconditioning ہوتی ہے Introspection سے، جس کو کہتے ہیں محاسبہ۔ حاسبوا أنفسکم قبل أن تحافظوا۔</w:t>
      </w:r>
    </w:p>
    <w:p>
      <w:r>
        <w:rPr>
          <w:b/>
        </w:rPr>
        <w:t xml:space="preserve">[15:47] </w:t>
      </w:r>
      <w:r>
        <w:t>hasiboo anfusakum qabla an tuhasaboo. yaani apnay ko Reexamine karna. muhasba ke maani hotay hain Reexamination.</w:t>
      </w:r>
    </w:p>
    <w:p>
      <w:pPr>
        <w:jc w:val="right"/>
      </w:pPr>
      <w:r>
        <w:t>حاسبوا أنفسکم قبل أن تحاسبوا۔ یعنی اپنے کو Reexamine کرنا۔ محاسبہ کے معنی ہوتے ہیں Reexamination۔</w:t>
      </w:r>
    </w:p>
    <w:p>
      <w:r>
        <w:rPr>
          <w:b/>
        </w:rPr>
        <w:t xml:space="preserve">[15:59] </w:t>
      </w:r>
      <w:r>
        <w:t>apnay ko jaanchana, apnay ko tolna, apna Reassessment, apna Revision, apna Reexamination.</w:t>
      </w:r>
    </w:p>
    <w:p>
      <w:pPr>
        <w:jc w:val="right"/>
      </w:pPr>
      <w:r>
        <w:t>اپنے کو جانچنا، اپنے کو تولنا، اپنا Reassessment، اپنا Revision، اپنا Reexamination۔</w:t>
      </w:r>
    </w:p>
    <w:p>
      <w:r>
        <w:rPr>
          <w:b/>
        </w:rPr>
        <w:t xml:space="preserve">[16:14] </w:t>
      </w:r>
      <w:r>
        <w:t>yeh zaroori hai.</w:t>
      </w:r>
    </w:p>
    <w:p>
      <w:pPr>
        <w:jc w:val="right"/>
      </w:pPr>
      <w:r>
        <w:t>یہ ضروری ہے۔</w:t>
      </w:r>
    </w:p>
    <w:p>
      <w:r>
        <w:rPr>
          <w:b/>
        </w:rPr>
        <w:t xml:space="preserve">[16:18] </w:t>
      </w:r>
      <w:r>
        <w:t>aur yeh bohat hi zaroori hai.</w:t>
      </w:r>
    </w:p>
    <w:p>
      <w:pPr>
        <w:jc w:val="right"/>
      </w:pPr>
      <w:r>
        <w:t>اور یہ بہت ہی ضروری ہے۔</w:t>
      </w:r>
    </w:p>
    <w:p>
      <w:r>
        <w:rPr>
          <w:b/>
        </w:rPr>
        <w:t xml:space="preserve">[16:24] </w:t>
      </w:r>
      <w:r>
        <w:t>to mein apna aik kal ka waqia arz karoon. mein ne sahaba ki zindagi se yeh baat paai hai ke unhon ne</w:t>
      </w:r>
    </w:p>
    <w:p>
      <w:pPr>
        <w:jc w:val="right"/>
      </w:pPr>
      <w:r>
        <w:t>تو میں اپنا ایک کل کا واقعہ عرض کروں۔ میں نے صحابہ کی زندگی سے یہ بات پائی ہے کہ انہوں نے</w:t>
      </w:r>
    </w:p>
    <w:p>
      <w:r>
        <w:rPr>
          <w:b/>
        </w:rPr>
        <w:t xml:space="preserve">[16:36] </w:t>
      </w:r>
      <w:r>
        <w:t>aisa nahi ke kalma parha aur namaz roza karne lage, to samajh lein ke bas islam poora ho gaya un ka. sari zindagi woh apne aap ko Reexamine karte rehte the.</w:t>
      </w:r>
    </w:p>
    <w:p>
      <w:pPr>
        <w:jc w:val="right"/>
      </w:pPr>
      <w:r>
        <w:t>ایسا نہیں کہ کلمہ پڑھا اور نماز روزہ کرنے لگے، تو سمجھ لیں کہ بس اسلام پورا ہو گیا ان کا۔ ساری زندگی وہ اپنے آپ کو Reexamine کرتے رہتے تھے۔</w:t>
      </w:r>
    </w:p>
    <w:p>
      <w:r>
        <w:rPr>
          <w:b/>
        </w:rPr>
        <w:t xml:space="preserve">[16:50] </w:t>
      </w:r>
      <w:r>
        <w:t>sari zindagi Introspection. apna Correction karte rehte the. mein ne Khuda ke fazl se is baat ko ikhtiyar kiya hai.</w:t>
      </w:r>
    </w:p>
    <w:p>
      <w:pPr>
        <w:jc w:val="right"/>
      </w:pPr>
      <w:r>
        <w:t>ساری زندگی Introspection۔ اپنا Correction کرتے رہتے تھے۔ میں نے خدا کے فضل سے اس بات کو اختیار کیا ہے۔</w:t>
      </w:r>
    </w:p>
    <w:p>
      <w:r>
        <w:rPr>
          <w:b/>
        </w:rPr>
        <w:t xml:space="preserve">[17:02] </w:t>
      </w:r>
      <w:r>
        <w:t>jaise kal teen sahaba mujh se milne ke liye aaye, kal ki baat hai.</w:t>
      </w:r>
    </w:p>
    <w:p>
      <w:pPr>
        <w:jc w:val="right"/>
      </w:pPr>
      <w:r>
        <w:t>جیسے کل تین صحابہ مجھ سے ملنے کے لیے آئے، کل کی بات ہے۔</w:t>
      </w:r>
    </w:p>
    <w:p>
      <w:r>
        <w:rPr>
          <w:b/>
        </w:rPr>
        <w:t xml:space="preserve">[17:09] </w:t>
      </w:r>
      <w:r>
        <w:t>to</w:t>
      </w:r>
    </w:p>
    <w:p>
      <w:pPr>
        <w:jc w:val="right"/>
      </w:pPr>
      <w:r>
        <w:t>تو</w:t>
      </w:r>
    </w:p>
    <w:p>
      <w:r>
        <w:rPr>
          <w:b/>
        </w:rPr>
        <w:t xml:space="preserve">[17:12] </w:t>
      </w:r>
      <w:r>
        <w:t>kisi baat par mein thoda sa Negative ho gaya un ke baray mein. mein ne un se poocha ke aap parhte hain risala?</w:t>
      </w:r>
    </w:p>
    <w:p>
      <w:pPr>
        <w:jc w:val="right"/>
      </w:pPr>
      <w:r>
        <w:t>کسی بات پر میں تھوڑا سا Negative ہو گیا ان کے بارے میں۔ میں نے ان سے پوچھا کہ آپ پڑھتے ہیں رسالہ؟</w:t>
      </w:r>
    </w:p>
    <w:p>
      <w:r>
        <w:rPr>
          <w:b/>
        </w:rPr>
        <w:t xml:space="preserve">[17:21] </w:t>
      </w:r>
      <w:r>
        <w:t>unhon ne kaha ke haan. unhon ne kiya seekha? to aik sahib ne kaha ke khudari. mein ne kaha khudari to hamari taleem hai nahi.</w:t>
      </w:r>
    </w:p>
    <w:p>
      <w:pPr>
        <w:jc w:val="right"/>
      </w:pPr>
      <w:r>
        <w:t>انہوں نے کہا کہ ہاں۔ انہوں نے کیا سیکھا؟ تو ایک صاحب نے کہا کہ خودداری۔ میں نے کہا خودداری تو ہماری تعلیم ہے نہیں۔</w:t>
      </w:r>
    </w:p>
    <w:p>
      <w:r>
        <w:rPr>
          <w:b/>
        </w:rPr>
        <w:t xml:space="preserve">[17:31] </w:t>
      </w:r>
      <w:r>
        <w:t>khudari ko ya izzat nafs ko to hum kibr ka aik Beautiful Version samajhte hain. kibr na keh kar ke aap izzat nafs ya khudari ka lafz bol dete hain.</w:t>
      </w:r>
    </w:p>
    <w:p>
      <w:pPr>
        <w:jc w:val="right"/>
      </w:pPr>
      <w:r>
        <w:t>خودداری کو یا عزت نفس کو تو ہم کبر کا ایک Beautiful Version سمجھتے ہیں۔ کبر نہ کہہ کر کے آپ عزت نفس یا خودداری کا لفظ بول دیتے ہیں۔</w:t>
      </w:r>
    </w:p>
    <w:p>
      <w:r>
        <w:rPr>
          <w:b/>
        </w:rPr>
        <w:t xml:space="preserve">[17:44] </w:t>
      </w:r>
      <w:r>
        <w:t>hum is ko pasand nahi karte. to hum ne to kabhi bhi nahi likha risala mein khudari ki baat. yahan mein thoda sa Negative ho gaya. aur mein ne un ko kuch, un ko Hemorrhoid kar ke un ko wapas kar diya.</w:t>
      </w:r>
    </w:p>
    <w:p>
      <w:pPr>
        <w:jc w:val="right"/>
      </w:pPr>
      <w:r>
        <w:t>ہم اس کو پسند نہیں کرتے۔ تو ہم نے تو کبھی بھی نہیں لکھا رسالہ میں خودداری کی بات۔ یہاں میں تھوڑا سا Negative ہو گیا۔ اور میں نے ان کو کچھ، ان کو Hemorrhoid کر کے ان کو واپس کر دیا۔</w:t>
      </w:r>
    </w:p>
    <w:p>
      <w:r>
        <w:rPr>
          <w:b/>
        </w:rPr>
        <w:t xml:space="preserve">[18:00] </w:t>
      </w:r>
      <w:r>
        <w:t>baad ko mein ne socha ke teen aadmi mere paas aaye to kuch to un ko mujh se munasibat hogi. kuch to un ko mere baray mein achi rai hogi.</w:t>
      </w:r>
    </w:p>
    <w:p>
      <w:pPr>
        <w:jc w:val="right"/>
      </w:pPr>
      <w:r>
        <w:t>بعد کو میں نے سوچا کہ تین آدمی میرے پاس آئے تو کچھ تو ان کو مجھ سے مناسبت ہوگی۔ کچھ تو ان کو میرے بارے میں اچھی رائے ہوگی۔</w:t>
      </w:r>
    </w:p>
    <w:p>
      <w:r>
        <w:rPr>
          <w:b/>
        </w:rPr>
        <w:t xml:space="preserve">[18:13] </w:t>
      </w:r>
      <w:r>
        <w:t>kuch to woh mujh se janna chahte honge, warna aate kyun? to phir mein ne socha ke woh, mein ne un ko samajh liya ke woh teen aise log hain jinhon ne hamare Message ko samjha nahi,</w:t>
      </w:r>
    </w:p>
    <w:p>
      <w:pPr>
        <w:jc w:val="right"/>
      </w:pPr>
      <w:r>
        <w:t>کچھ تو وہ مجھ سے جاننا چاہتے ہوں گے، ورنہ آتے کیوں؟ تو پھر میں نے سوچا کہ وہ، میں نے ان کو سمجھ لیا کہ وہ تین ایسے لوگ ہیں جنہوں نے ہمارے Message کو سمجھا نہیں،</w:t>
      </w:r>
    </w:p>
    <w:p>
      <w:r>
        <w:rPr>
          <w:b/>
        </w:rPr>
        <w:t xml:space="preserve">[18:31] </w:t>
      </w:r>
      <w:r>
        <w:t>jo hum se door hain. lekin mein le sakta tha un ko ke teen Expected Subscribers of الرسالہ.</w:t>
      </w:r>
    </w:p>
    <w:p>
      <w:pPr>
        <w:jc w:val="right"/>
      </w:pPr>
      <w:r>
        <w:t>جو ہم سے دور ہیں۔ لیکن میں لے سکتا تھا ان کو کہ تین Expected Subscribers of الرسالہ۔</w:t>
      </w:r>
    </w:p>
    <w:p>
      <w:r>
        <w:rPr>
          <w:b/>
        </w:rPr>
        <w:t xml:space="preserve">[18:44] </w:t>
      </w:r>
      <w:r>
        <w:t>رسالہ ke teen mutawaqqa khareedar. to mein un se narmi se baat karta. un se kehta ke dekhein, رسالہ sab se ziyada sasta parcha hai.</w:t>
      </w:r>
    </w:p>
    <w:p>
      <w:pPr>
        <w:jc w:val="right"/>
      </w:pPr>
      <w:r>
        <w:t>رسالہ کے تین متوقع خریدار۔ تو میں ان سے نرمی سے بات کرتا۔ ان سے کہتا کہ دیکھیں، رسالہ سب سے زیادہ سستا پرچہ ہے۔</w:t>
      </w:r>
    </w:p>
    <w:p>
      <w:r>
        <w:rPr>
          <w:b/>
        </w:rPr>
        <w:t xml:space="preserve">[18:58] </w:t>
      </w:r>
      <w:r>
        <w:t>saal mein sirf so rupay chandah is ka hai, bas. to aap is ke khareedar ban jaiye. aur aap log is ko har mahine barabar parhiye.</w:t>
      </w:r>
    </w:p>
    <w:p>
      <w:pPr>
        <w:jc w:val="right"/>
      </w:pPr>
      <w:r>
        <w:t>سال میں صرف سو روپے چندہ اس کا ہے، بس۔ تو آپ اس کے خریدار بن جائیے۔ اور آپ لوگ اس کو ہر مہینے برابر پڑھیے۔</w:t>
      </w:r>
    </w:p>
    <w:p>
      <w:r>
        <w:rPr>
          <w:b/>
        </w:rPr>
        <w:t xml:space="preserve">[19:09] </w:t>
      </w:r>
      <w:r>
        <w:t>ittifaqan parh lete hain aap, is se aap ko samajh mein baat aati nahi. agar Suppose woh khud na khareedar bante to mein apne paas se teen so rupay de kar unhein khareedar bana deta.</w:t>
      </w:r>
    </w:p>
    <w:p>
      <w:pPr>
        <w:jc w:val="right"/>
      </w:pPr>
      <w:r>
        <w:t>اتفاقاً پڑھ لیتے ہیں آپ، اس سے آپ کو سمجھ میں بات آتی نہیں۔ اگر Suppose وہ خود نہ خریدار بنتے تو میں اپنے پاس سے تین سو روپے دے کر انہیں خریدار بنا دیتا۔</w:t>
      </w:r>
    </w:p>
    <w:p>
      <w:r>
        <w:rPr>
          <w:b/>
        </w:rPr>
        <w:t xml:space="preserve">[19:23] </w:t>
      </w:r>
      <w:r>
        <w:t>un se teen Address leta aur apne paas se teen so rupay Office mein jama kar ke un ko khareedar banata. saal bhar woh parhte rehte.</w:t>
      </w:r>
    </w:p>
    <w:p>
      <w:pPr>
        <w:jc w:val="right"/>
      </w:pPr>
      <w:r>
        <w:t>ان سے تین Address لیتا اور اپنے پاس سے تین سو روپے Office میں جمع کر کے ان کو خریدار بناتا۔ سال بھر وہ پڑھتے رہتے۔</w:t>
      </w:r>
    </w:p>
    <w:p>
      <w:r>
        <w:rPr>
          <w:b/>
        </w:rPr>
        <w:t xml:space="preserve">[19:34] </w:t>
      </w:r>
      <w:r>
        <w:t>aur phir yaqeeni hai ke is ke baad woh is ke sheeda ho jate aur aage bhi woh jari rakhte. yeh hai Introspection.</w:t>
      </w:r>
    </w:p>
    <w:p>
      <w:pPr>
        <w:jc w:val="right"/>
      </w:pPr>
      <w:r>
        <w:t>اور پھر یقینی ہے کہ اس کے بعد وہ اس کے شیدہ ہو جاتے اور آگے بھی وہ جاری رکھتے۔ یہ ہے Introspection۔</w:t>
      </w:r>
    </w:p>
    <w:p>
      <w:r>
        <w:rPr>
          <w:b/>
        </w:rPr>
        <w:t xml:space="preserve">[19:44] </w:t>
      </w:r>
      <w:r>
        <w:t>yeh hai Deconditioning. to mein har waqt apni Deconditioning karta rehta hoon. apni ghalti ko dhoondna, dhoondna.</w:t>
      </w:r>
    </w:p>
    <w:p>
      <w:pPr>
        <w:jc w:val="right"/>
      </w:pPr>
      <w:r>
        <w:t>یہ ہے Deconditioning۔ تو میں ہر وقت اپنی Deconditioning کرتا رہتا ہوں۔ اپنی غلطی کو ڈھونڈنا، ڈھونڈنا۔</w:t>
      </w:r>
    </w:p>
    <w:p>
      <w:r>
        <w:rPr>
          <w:b/>
        </w:rPr>
        <w:t xml:space="preserve">[19:52] </w:t>
      </w:r>
      <w:r>
        <w:t>Deconditioning ka naam hai. Deconditioning ka matlab kiya hai? apni ghalti ko dhoondna. khud apni ghaltiyon ko dhoondna.</w:t>
      </w:r>
    </w:p>
    <w:p>
      <w:pPr>
        <w:jc w:val="right"/>
      </w:pPr>
      <w:r>
        <w:t>Deconditioning کا نام ہے۔ Deconditioning کا مطلب کیا ہے؟ اپنی غلطی کو ڈھونڈنا۔ خود اپنی غلطیوں کو ڈھونڈنا۔</w:t>
      </w:r>
    </w:p>
    <w:p>
      <w:r>
        <w:rPr>
          <w:b/>
        </w:rPr>
        <w:t xml:space="preserve">[20:03] </w:t>
      </w:r>
      <w:r>
        <w:t>to sahaba yeh karte rehte the. yeh samajhna ghalti hai ke karishma sohbat tha jis ne sahaba ko sahaba banaya. mein samajhta hoon ke sab se bari sifat jo thi un mein, woh thi yahi apni Deconditioning.</w:t>
      </w:r>
    </w:p>
    <w:p>
      <w:pPr>
        <w:jc w:val="right"/>
      </w:pPr>
      <w:r>
        <w:t>تو صحابہ یہ کرتے رہتے تھے۔ یہ سمجھنا غلطی ہے کہ کرشمہ صحبت تھا جس نے صحابہ کو صحابہ بنایا۔ میں سمجھتا ہوں کہ سب سے بڑی صفت جو تھی ان میں، وہ تھی یہی اپنی Deconditioning۔</w:t>
      </w:r>
    </w:p>
    <w:p>
      <w:r>
        <w:rPr>
          <w:b/>
        </w:rPr>
        <w:t xml:space="preserve">[20:18] </w:t>
      </w:r>
      <w:r>
        <w:t>apna Reexamination. apna muhasiba. ab dekhein ke wahan ki jo Society thi Arab ki, to wahan par kuch black the, kuch white the.</w:t>
      </w:r>
    </w:p>
    <w:p>
      <w:pPr>
        <w:jc w:val="right"/>
      </w:pPr>
      <w:r>
        <w:t>اپنا Reexamination۔ اپنا محاسبہ۔ اب دیکھیں کہ وہاں کی جو Society تھی عرب کی، تو وہاں پر کچھ بلیک تھے، کچھ وائٹ تھے۔</w:t>
      </w:r>
    </w:p>
    <w:p>
      <w:r>
        <w:rPr>
          <w:b/>
        </w:rPr>
        <w:t xml:space="preserve">[20:34] </w:t>
      </w:r>
      <w:r>
        <w:t>to jaise dunya mein tha, wahan bhi tha ke safed jo the woh apne ko Superior samajhte the black ke muqable mein.</w:t>
      </w:r>
    </w:p>
    <w:p>
      <w:pPr>
        <w:jc w:val="right"/>
      </w:pPr>
      <w:r>
        <w:t>تو جیسے دنیا میں تھا، وہاں بھی تھا کہ سفید جو تھے وہ اپنے کو Superior سمجھتے تھے بلیک کے مقابلے میں۔</w:t>
      </w:r>
    </w:p>
    <w:p>
      <w:r>
        <w:rPr>
          <w:b/>
        </w:rPr>
        <w:t xml:space="preserve">[20:46] </w:t>
      </w:r>
      <w:r>
        <w:t>yani black jo hain woh Inferior hain aur white jo hain Superior hain. yeh wahan ki Society mein chhaya hua tha.</w:t>
      </w:r>
    </w:p>
    <w:p>
      <w:pPr>
        <w:jc w:val="right"/>
      </w:pPr>
      <w:r>
        <w:t>یعنی بلیک جو ہیں وہ Inferior ہیں اور وائٹ جو ہیں Superior ہیں۔ یہ وہاں کی Society میں چھایا ہوا تھا۔</w:t>
      </w:r>
    </w:p>
    <w:p>
      <w:r>
        <w:rPr>
          <w:b/>
        </w:rPr>
        <w:t xml:space="preserve">[20:55] </w:t>
      </w:r>
      <w:r>
        <w:t>to is Society ke tehat un ki Conditioning ho gayi thi. woh bhi isi Complex ko liye hue the. ab jab woh Islam mein aaye aur apna unhon ne Reexamination shuru kiya, kyun ke Islam mein aane ka matlab kiya tha?</w:t>
      </w:r>
    </w:p>
    <w:p>
      <w:pPr>
        <w:jc w:val="right"/>
      </w:pPr>
      <w:r>
        <w:t>تو اس Society کے تحت ان کی Conditioning ہو گئی تھی۔ وہ بھی اسی Complex کو لیے ہوئے تھے۔ اب جب وہ اسلام میں آئے اور اپنا انہوں نے Reexamination شروع کیا، کیونکہ اسلام میں آنے کا معنی کیا تھا؟</w:t>
      </w:r>
    </w:p>
    <w:p>
      <w:r>
        <w:rPr>
          <w:b/>
        </w:rPr>
        <w:t xml:space="preserve">[21:12] </w:t>
      </w:r>
      <w:r>
        <w:t>apne ko Khuda ke samne Accountable samajhna. is baat ko Discover karna ke yeh maamla Accountability ka maamla hai.</w:t>
      </w:r>
    </w:p>
    <w:p>
      <w:pPr>
        <w:jc w:val="right"/>
      </w:pPr>
      <w:r>
        <w:t>اپنے کو خدا کے سامنے Accountable سمجھنا۔ اس بات کو Discover کرنا کہ یہ معاملہ Accountability کا معاملہ ہے۔</w:t>
      </w:r>
    </w:p>
    <w:p>
      <w:r>
        <w:rPr>
          <w:b/>
        </w:rPr>
        <w:t xml:space="preserve">[21:22] </w:t>
      </w:r>
      <w:r>
        <w:t>yeh Day of Judgment ka muamla hai. Khuda ke samne pesh hone ka muamla hai. Aur is ke baad phir jannat aur jahannum ka muamla hai. Yeh sari baatein aadmi ko majboor karti hain ke woh apna, apni, apni Deconditioning kare.</w:t>
      </w:r>
    </w:p>
    <w:p>
      <w:pPr>
        <w:jc w:val="right"/>
      </w:pPr>
      <w:r>
        <w:t>یہ Day of Judgment کا معاملہ ہے۔ خدا کے سامنے پیش ہونے کا معاملہ ہے۔ اور اس کے بعد پھر جنت اور جہنم کا معاملہ ہے۔ یہ ساری باتیں آدمی کو مجبور کرتی ہیں کہ وہ اپنا، اپنی، اپنی Deconditioning کرے۔</w:t>
      </w:r>
    </w:p>
    <w:p>
      <w:r>
        <w:rPr>
          <w:b/>
        </w:rPr>
        <w:t xml:space="preserve">[21:39] </w:t>
      </w:r>
      <w:r>
        <w:t>Toh ek sahabi jo White Race se talluq rakhte the, ek aur sahab the woh Black Race se talluq rakhte the.</w:t>
      </w:r>
    </w:p>
    <w:p>
      <w:pPr>
        <w:jc w:val="right"/>
      </w:pPr>
      <w:r>
        <w:t>تو ایک صحابی جو White Race سے تعلق رکھتے تھے، ایک اور صاحب تھے وہ بلیک Race سے تعلق رکھتے تھے۔</w:t>
      </w:r>
    </w:p>
    <w:p>
      <w:r>
        <w:rPr>
          <w:b/>
        </w:rPr>
        <w:t xml:space="preserve">[21:49] </w:t>
      </w:r>
      <w:r>
        <w:t>Toh kisi baat par jo white the unhein ghussa aa gaya. Unhon ne keh diya ke yaban al-sawda, yaban al-sawda, aye kali maan ke bete,</w:t>
      </w:r>
    </w:p>
    <w:p>
      <w:pPr>
        <w:jc w:val="right"/>
      </w:pPr>
      <w:r>
        <w:t>تو کسی بات پر جو وائٹ تھے انہیں غصہ آ گیا۔ انہوں نے کہہ دیا کہ یبن السوداء، یبن السوداء، اے کالی ماں کے بیٹے،</w:t>
      </w:r>
    </w:p>
    <w:p>
      <w:r>
        <w:rPr>
          <w:b/>
        </w:rPr>
        <w:t xml:space="preserve">[22:04] </w:t>
      </w:r>
      <w:r>
        <w:t>O son of a black mother. Yeh un ki zuban se nikal gaya. Lekin dekhein, chounke woh ab, ab un ke andar Khuda ka darr aa chuka tha, ab un ke andar Islam ke baad Accountability ka ehsas aa chuka tha,</w:t>
      </w:r>
    </w:p>
    <w:p>
      <w:pPr>
        <w:jc w:val="right"/>
      </w:pPr>
      <w:r>
        <w:t>او سن آف ا بلیک مدر۔ یہ ان کی زبان سے نکل گیا۔ لیکن دیکھیں، چونکہ وہ اب، اب ان کے اندر خدا کا ڈر آ چکا تھا، اب ان کے اندر اسلام کے بعد Accountability کا احساس آ چکا تھا،</w:t>
      </w:r>
    </w:p>
    <w:p>
      <w:r>
        <w:rPr>
          <w:b/>
        </w:rPr>
        <w:t xml:space="preserve">[22:21] </w:t>
      </w:r>
      <w:r>
        <w:t>Toh kuch der ke baad hi unhein ehsas hua ke main toh galat bol gaya. Black hai ya white hai, is se kya farq padta hai? Is se toh koi farq nahi padta.</w:t>
      </w:r>
    </w:p>
    <w:p>
      <w:pPr>
        <w:jc w:val="right"/>
      </w:pPr>
      <w:r>
        <w:t>تو کچھ دیر کے بعد ہی انہیں احساس ہوا کہ میں تو غلط بول گیا۔ بلیک ہے یا وائٹ ہے، اس سے کیا فرق پڑتا ہے؟ اس سے تو کوئی فرق نہیں پڑتا۔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