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Concept of Shukr in Islam | October 30, 2007</w:t>
      </w:r>
    </w:p>
    <w:p>
      <w:r>
        <w:t>https://www.youtube.com/watch?v=2Oe5los5oVM</w:t>
      </w:r>
    </w:p>
    <w:p>
      <w:r>
        <w:rPr>
          <w:b/>
        </w:rPr>
        <w:t xml:space="preserve">[00:13] </w:t>
      </w:r>
      <w:r>
        <w:t>Rab ishrah li sadri wa yassir li amri wahl uqdatan min lisani yafqahu qawli. Aaj ka topic hai "The Concept of Shukr in Islam". Shukr ka matlab hota hai acknowledge karna</w:t>
      </w:r>
    </w:p>
    <w:p>
      <w:pPr>
        <w:jc w:val="right"/>
      </w:pPr>
      <w:r>
        <w:t>رب اشرح لی صدری ویسر لی امری واحل العقدۃ من لسانی یفقہ قولی۔ آج کا ٹاپک ہے "The Concept of Shukr in Islam"۔ شکر کا مطلب ہوتا ہے acknowledge کرنا</w:t>
      </w:r>
    </w:p>
    <w:p>
      <w:r>
        <w:rPr>
          <w:b/>
        </w:rPr>
        <w:t xml:space="preserve">[00:43] </w:t>
      </w:r>
      <w:r>
        <w:t>.</w:t>
      </w:r>
    </w:p>
    <w:p>
      <w:pPr>
        <w:jc w:val="right"/>
      </w:pPr>
      <w:r>
        <w:t>۔</w:t>
      </w:r>
    </w:p>
    <w:p>
      <w:r>
        <w:rPr>
          <w:b/>
        </w:rPr>
        <w:t xml:space="preserve">[00:50] </w:t>
      </w:r>
      <w:r>
        <w:t>jab aap insan ko acknowledge karen to us ko kaha jaye ga eteraaf urdu mein.</w:t>
      </w:r>
    </w:p>
    <w:p>
      <w:pPr>
        <w:jc w:val="right"/>
      </w:pPr>
      <w:r>
        <w:t>جب آپ انسان کو acknowledge کریں تو اس کو کہا جائے گا اعتراف اردو میں۔</w:t>
      </w:r>
    </w:p>
    <w:p>
      <w:r>
        <w:rPr>
          <w:b/>
        </w:rPr>
        <w:t xml:space="preserve">[00:56] </w:t>
      </w:r>
      <w:r>
        <w:t>aur jab khuda ko aap acknowledge karen to us ko kaha jaye ga shukr.</w:t>
      </w:r>
    </w:p>
    <w:p>
      <w:pPr>
        <w:jc w:val="right"/>
      </w:pPr>
      <w:r>
        <w:t>اور جب خدا کو آپ acknowledge کریں تو اس کو کہا جائے گا شکر۔</w:t>
      </w:r>
    </w:p>
    <w:p>
      <w:r>
        <w:rPr>
          <w:b/>
        </w:rPr>
        <w:t xml:space="preserve">[01:02] </w:t>
      </w:r>
      <w:r>
        <w:t>yeh hai matlab shukr ka.</w:t>
      </w:r>
    </w:p>
    <w:p>
      <w:pPr>
        <w:jc w:val="right"/>
      </w:pPr>
      <w:r>
        <w:t>یہ ہے مطلب شکر کا۔</w:t>
      </w:r>
    </w:p>
    <w:p>
      <w:r>
        <w:rPr>
          <w:b/>
        </w:rPr>
        <w:t xml:space="preserve">[01:08] </w:t>
      </w:r>
      <w:r>
        <w:t>aaj ki dunya mein sab se zyada</w:t>
      </w:r>
    </w:p>
    <w:p>
      <w:pPr>
        <w:jc w:val="right"/>
      </w:pPr>
      <w:r>
        <w:t>آج کی دنیا میں سب سے زیادہ</w:t>
      </w:r>
    </w:p>
    <w:p>
      <w:r>
        <w:rPr>
          <w:b/>
        </w:rPr>
        <w:t xml:space="preserve">[01:14] </w:t>
      </w:r>
      <w:r>
        <w:t>jo cheez gum hai woh yahi shukr hai.</w:t>
      </w:r>
    </w:p>
    <w:p>
      <w:pPr>
        <w:jc w:val="right"/>
      </w:pPr>
      <w:r>
        <w:t>جو چیز گم ہے وہ یہی شکر ہے۔</w:t>
      </w:r>
    </w:p>
    <w:p>
      <w:r>
        <w:rPr>
          <w:b/>
        </w:rPr>
        <w:t xml:space="preserve">[01:20] </w:t>
      </w:r>
      <w:r>
        <w:t>aaj ki dunya mein aap dekhen ke khuda ke title ke sath kitaben chhap rahi hain.</w:t>
      </w:r>
    </w:p>
    <w:p>
      <w:pPr>
        <w:jc w:val="right"/>
      </w:pPr>
      <w:r>
        <w:t>آج کی دنیا میں آپ دیکھیں کہ خدا کے ٹائٹل کے ساتھ کتابیں چھپ رہی ہیں۔</w:t>
      </w:r>
    </w:p>
    <w:p>
      <w:r>
        <w:rPr>
          <w:b/>
        </w:rPr>
        <w:t xml:space="preserve">[01:26] </w:t>
      </w:r>
      <w:r>
        <w:t>masjiden dunya bhar mein ban rahi hain, is mein namazen parh rahe hain log.</w:t>
      </w:r>
    </w:p>
    <w:p>
      <w:pPr>
        <w:jc w:val="right"/>
      </w:pPr>
      <w:r>
        <w:t>مسجدیں دنیا بھر میں بن رہی ہیں، اس میں نمازیں پڑھ رہے ہیں لوگ۔</w:t>
      </w:r>
    </w:p>
    <w:p>
      <w:r>
        <w:rPr>
          <w:b/>
        </w:rPr>
        <w:t xml:space="preserve">[01:32] </w:t>
      </w:r>
      <w:r>
        <w:t>hajj mein bheer itni zyada hoti hai jo is se pehle kabhi nahi thi.</w:t>
      </w:r>
    </w:p>
    <w:p>
      <w:pPr>
        <w:jc w:val="right"/>
      </w:pPr>
      <w:r>
        <w:t>حج میں بھیڑ اتنی زیادہ ہوتی ہے جو اس سے پہلے کبھی نہیں تھی۔</w:t>
      </w:r>
    </w:p>
    <w:p>
      <w:r>
        <w:rPr>
          <w:b/>
        </w:rPr>
        <w:t xml:space="preserve">[01:38] </w:t>
      </w:r>
      <w:r>
        <w:t>islam ke naam par conferences, islam ke naam par institutions</w:t>
      </w:r>
    </w:p>
    <w:p>
      <w:pPr>
        <w:jc w:val="right"/>
      </w:pPr>
      <w:r>
        <w:t>اسلام کے نام پر کانفرنسیں، اسلام کے نام پر انسٹی ٹیوشنز</w:t>
      </w:r>
    </w:p>
    <w:p>
      <w:r>
        <w:rPr>
          <w:b/>
        </w:rPr>
        <w:t xml:space="preserve">[01:44] </w:t>
      </w:r>
      <w:r>
        <w:t>, islam ke naam par university waghera waghera.</w:t>
      </w:r>
    </w:p>
    <w:p>
      <w:pPr>
        <w:jc w:val="right"/>
      </w:pPr>
      <w:r>
        <w:t>، اسلام کے نام پر یونیورسٹی وغیرہ وغیرہ۔</w:t>
      </w:r>
    </w:p>
    <w:p>
      <w:r>
        <w:rPr>
          <w:b/>
        </w:rPr>
        <w:t xml:space="preserve">[01:52] </w:t>
      </w:r>
      <w:r>
        <w:t>yahan tak ke islam ke naam par state.</w:t>
      </w:r>
    </w:p>
    <w:p>
      <w:pPr>
        <w:jc w:val="right"/>
      </w:pPr>
      <w:r>
        <w:t>یہاں تک کہ اسلام کے نام پر اسٹیٹ۔</w:t>
      </w:r>
    </w:p>
    <w:p>
      <w:r>
        <w:rPr>
          <w:b/>
        </w:rPr>
        <w:t xml:space="preserve">[02:00] </w:t>
      </w:r>
      <w:r>
        <w:t>lekin gehrai ke sath dekhiye to wahi cheez ghayab hai jo islam ka asal hai, wo hai shukr.</w:t>
      </w:r>
    </w:p>
    <w:p>
      <w:pPr>
        <w:jc w:val="right"/>
      </w:pPr>
      <w:r>
        <w:t>لیکن گہرائی کے ساتھ دیکھئے تو وہی چیز غائب ہے جو اسلام کا اصل ہے، وہ ہے شکر۔</w:t>
      </w:r>
    </w:p>
    <w:p>
      <w:r>
        <w:rPr>
          <w:b/>
        </w:rPr>
        <w:t xml:space="preserve">[02:08] </w:t>
      </w:r>
      <w:r>
        <w:t>mein bohat din tak yeh sochta raha ke quran ka gist kya hai? quran ka khulasa kya hai?</w:t>
      </w:r>
    </w:p>
    <w:p>
      <w:pPr>
        <w:jc w:val="right"/>
      </w:pPr>
      <w:r>
        <w:t>میں بہت دن تک یہ سوچتا رہا کہ قرآن کا جست کیا ہے؟ قرآن کا خلاصہ کیا ہے؟</w:t>
      </w:r>
    </w:p>
    <w:p>
      <w:r>
        <w:rPr>
          <w:b/>
        </w:rPr>
        <w:t xml:space="preserve">[02:16] </w:t>
      </w:r>
      <w:r>
        <w:t>aakhir kar mujhe samajh mein aaya ke quran ki jo pehli verse hai, pehli verse, wahi quran ka khulasa hai.</w:t>
      </w:r>
    </w:p>
    <w:p>
      <w:pPr>
        <w:jc w:val="right"/>
      </w:pPr>
      <w:r>
        <w:t>آخر کار مجھے سمجھ میں آیا کہ قرآن کی جو پہلی ورس ہے، پہلی ورس، وہی قرآن کا خلاصہ ہے۔</w:t>
      </w:r>
    </w:p>
    <w:p>
      <w:r>
        <w:rPr>
          <w:b/>
        </w:rPr>
        <w:t xml:space="preserve">[02:22] </w:t>
      </w:r>
      <w:r>
        <w:t>alhamdulillah rabbul alameen.</w:t>
      </w:r>
    </w:p>
    <w:p>
      <w:pPr>
        <w:jc w:val="right"/>
      </w:pPr>
      <w:r>
        <w:t>الحمدللہ رب العالمین۔</w:t>
      </w:r>
    </w:p>
    <w:p>
      <w:r>
        <w:rPr>
          <w:b/>
        </w:rPr>
        <w:t xml:space="preserve">[02:28] </w:t>
      </w:r>
      <w:r>
        <w:t>khuda ka shukr jo lord hai sare universe ka, sare alam ka.</w:t>
      </w:r>
    </w:p>
    <w:p>
      <w:pPr>
        <w:jc w:val="right"/>
      </w:pPr>
      <w:r>
        <w:t>خدا کا شکر جو لارڈ ہے سارے یونیورس کا، سارے عالم کا۔</w:t>
      </w:r>
    </w:p>
    <w:p>
      <w:r>
        <w:rPr>
          <w:b/>
        </w:rPr>
        <w:t xml:space="preserve">[02:34] </w:t>
      </w:r>
      <w:r>
        <w:t>hamd ka matlab hota hai shukr.</w:t>
      </w:r>
    </w:p>
    <w:p>
      <w:pPr>
        <w:jc w:val="right"/>
      </w:pPr>
      <w:r>
        <w:t>حمد کا مطلب ہوتا ہے شکر۔</w:t>
      </w:r>
    </w:p>
    <w:p>
      <w:r>
        <w:rPr>
          <w:b/>
        </w:rPr>
        <w:t xml:space="preserve">[02:41] </w:t>
      </w:r>
      <w:r>
        <w:t>to sab se bari cheez jo</w:t>
      </w:r>
    </w:p>
    <w:p>
      <w:pPr>
        <w:jc w:val="right"/>
      </w:pPr>
      <w:r>
        <w:t>تو سب سے بڑی چیز جو</w:t>
      </w:r>
    </w:p>
    <w:p>
      <w:r>
        <w:rPr>
          <w:b/>
        </w:rPr>
        <w:t xml:space="preserve">[02:47] </w:t>
      </w:r>
      <w:r>
        <w:t>deen mein chahiye wo yahi hai.</w:t>
      </w:r>
    </w:p>
    <w:p>
      <w:pPr>
        <w:jc w:val="right"/>
      </w:pPr>
      <w:r>
        <w:t>دین میں چاہیے وہ یہی ہے۔</w:t>
      </w:r>
    </w:p>
    <w:p>
      <w:r>
        <w:rPr>
          <w:b/>
        </w:rPr>
        <w:t xml:space="preserve">[02:52] </w:t>
      </w:r>
      <w:r>
        <w:t>jitni doosri activities hain, un sab ka yahi hasil hai.</w:t>
      </w:r>
    </w:p>
    <w:p>
      <w:pPr>
        <w:jc w:val="right"/>
      </w:pPr>
      <w:r>
        <w:t>جتنی دوسری ایکٹیویٹیز ہیں، ان سب کا یہی حاصل ہے۔</w:t>
      </w:r>
    </w:p>
    <w:p>
      <w:r>
        <w:rPr>
          <w:b/>
        </w:rPr>
        <w:t xml:space="preserve">[02:57] </w:t>
      </w:r>
      <w:r>
        <w:t>har cheez se yahi milna chahiye, shukr.</w:t>
      </w:r>
    </w:p>
    <w:p>
      <w:pPr>
        <w:jc w:val="right"/>
      </w:pPr>
      <w:r>
        <w:t>ہر چیز سے یہی ملنا چاہیے، شکر۔</w:t>
      </w:r>
    </w:p>
    <w:p>
      <w:r>
        <w:rPr>
          <w:b/>
        </w:rPr>
        <w:t xml:space="preserve">[03:02] </w:t>
      </w:r>
      <w:r>
        <w:t>aap dekhiye namaz aap parhte hain to har rakat mein, har unit mein surah fatiha parhi jati hai.</w:t>
      </w:r>
    </w:p>
    <w:p>
      <w:pPr>
        <w:jc w:val="right"/>
      </w:pPr>
      <w:r>
        <w:t>آپ دیکھئے نماز آپ پڑھتے ہیں تو ہر رکعت میں، ہر یونٹ میں سورہ فاتحہ پڑھی جاتی ہے۔</w:t>
      </w:r>
    </w:p>
    <w:p>
      <w:r>
        <w:rPr>
          <w:b/>
        </w:rPr>
        <w:t xml:space="preserve">[03:07] </w:t>
      </w:r>
      <w:r>
        <w:t>har unit mein.</w:t>
      </w:r>
    </w:p>
    <w:p>
      <w:pPr>
        <w:jc w:val="right"/>
      </w:pPr>
      <w:r>
        <w:t>ہر یونٹ میں۔</w:t>
      </w:r>
    </w:p>
    <w:p>
      <w:r>
        <w:rPr>
          <w:b/>
        </w:rPr>
        <w:t xml:space="preserve">[03:12] </w:t>
      </w:r>
      <w:r>
        <w:t>aur is mein sab se</w:t>
      </w:r>
    </w:p>
    <w:p>
      <w:pPr>
        <w:jc w:val="right"/>
      </w:pPr>
      <w:r>
        <w:t>اور اس میں سب سے</w:t>
      </w:r>
    </w:p>
    <w:p>
      <w:r>
        <w:rPr>
          <w:b/>
        </w:rPr>
        <w:t xml:space="preserve">[03:17] </w:t>
      </w:r>
      <w:r>
        <w:t>pehlay hota hai alhamdulillah rabbul alameen.</w:t>
      </w:r>
    </w:p>
    <w:p>
      <w:pPr>
        <w:jc w:val="right"/>
      </w:pPr>
      <w:r>
        <w:t>پہلے ہوتا ہے الحمدللہ رب العالمین۔</w:t>
      </w:r>
    </w:p>
    <w:p>
      <w:r>
        <w:rPr>
          <w:b/>
        </w:rPr>
        <w:t xml:space="preserve">[03:23] </w:t>
      </w:r>
      <w:r>
        <w:t>to shukr jo hai wahi quran ka khulasa hai, is ka gist hai.</w:t>
      </w:r>
    </w:p>
    <w:p>
      <w:pPr>
        <w:jc w:val="right"/>
      </w:pPr>
      <w:r>
        <w:t>تو شکر جو ہے وہی قرآن کا خلاصہ ہے، اس کا جست ہے۔</w:t>
      </w:r>
    </w:p>
    <w:p>
      <w:r>
        <w:rPr>
          <w:b/>
        </w:rPr>
        <w:t xml:space="preserve">[03:29] </w:t>
      </w:r>
      <w:r>
        <w:t>aur wahi islam ka khulasa hai.</w:t>
      </w:r>
    </w:p>
    <w:p>
      <w:pPr>
        <w:jc w:val="right"/>
      </w:pPr>
      <w:r>
        <w:t>اور وہی اسلام کا خلاصہ ہے۔</w:t>
      </w:r>
    </w:p>
    <w:p>
      <w:r>
        <w:rPr>
          <w:b/>
        </w:rPr>
        <w:t xml:space="preserve">[03:35] </w:t>
      </w:r>
      <w:r>
        <w:t>magar ajib baat hai ke rituals ke naam par bohat si activities hain.</w:t>
      </w:r>
    </w:p>
    <w:p>
      <w:pPr>
        <w:jc w:val="right"/>
      </w:pPr>
      <w:r>
        <w:t>مگر عجیب بات ہے کہ ریچولز کے نام پر بہت سی ایکٹیویٹیز ہیں۔</w:t>
      </w:r>
    </w:p>
    <w:p>
      <w:r>
        <w:rPr>
          <w:b/>
        </w:rPr>
        <w:t xml:space="preserve">[03:41] </w:t>
      </w:r>
      <w:r>
        <w:t>form ke naam par bohat si activities hain. lekin</w:t>
      </w:r>
    </w:p>
    <w:p>
      <w:pPr>
        <w:jc w:val="right"/>
      </w:pPr>
      <w:r>
        <w:t>فارم کے نام پر بہت سی ایکٹیویٹیز ہیں۔ لیکن</w:t>
      </w:r>
    </w:p>
    <w:p>
      <w:r>
        <w:rPr>
          <w:b/>
        </w:rPr>
        <w:t xml:space="preserve">[03:47] </w:t>
      </w:r>
      <w:r>
        <w:t>jo spirit hai, jo shukr hai, wo absent hai.</w:t>
      </w:r>
    </w:p>
    <w:p>
      <w:pPr>
        <w:jc w:val="right"/>
      </w:pPr>
      <w:r>
        <w:t>جو اسپرٹ ہے، جو شکر ہے، وہ ایبسنٹ ہے۔</w:t>
      </w:r>
    </w:p>
    <w:p>
      <w:r>
        <w:rPr>
          <w:b/>
        </w:rPr>
        <w:t xml:space="preserve">[03:52] </w:t>
      </w:r>
      <w:r>
        <w:t>yeh sari dunya mein hai.</w:t>
      </w:r>
    </w:p>
    <w:p>
      <w:pPr>
        <w:jc w:val="right"/>
      </w:pPr>
      <w:r>
        <w:t>یہ ساری دنیا میں ہے۔</w:t>
      </w:r>
    </w:p>
    <w:p>
      <w:r>
        <w:rPr>
          <w:b/>
        </w:rPr>
        <w:t xml:space="preserve">[03:58] </w:t>
      </w:r>
      <w:r>
        <w:t>har jagah hai.</w:t>
      </w:r>
    </w:p>
    <w:p>
      <w:pPr>
        <w:jc w:val="right"/>
      </w:pPr>
      <w:r>
        <w:t>ہر جگہ ہے۔</w:t>
      </w:r>
    </w:p>
    <w:p>
      <w:r>
        <w:rPr>
          <w:b/>
        </w:rPr>
        <w:t xml:space="preserve">[04:03] </w:t>
      </w:r>
      <w:r>
        <w:t>mein aik baar burton mein gaya, wahan par manchester mein aik arab naujawan rehte thay.</w:t>
      </w:r>
    </w:p>
    <w:p>
      <w:pPr>
        <w:jc w:val="right"/>
      </w:pPr>
      <w:r>
        <w:t>میں ایک بار برٹن میں گیا، وہاں پر مانچسٹر میں ایک عرب نوجوان رہتے تھے۔</w:t>
      </w:r>
    </w:p>
    <w:p>
      <w:r>
        <w:rPr>
          <w:b/>
        </w:rPr>
        <w:t xml:space="preserve">[04:09] </w:t>
      </w:r>
      <w:r>
        <w:t>un ka naam tha muhammad al-arif.</w:t>
      </w:r>
    </w:p>
    <w:p>
      <w:pPr>
        <w:jc w:val="right"/>
      </w:pPr>
      <w:r>
        <w:t>ان کا نام تھا محمد العارف۔</w:t>
      </w:r>
    </w:p>
    <w:p>
      <w:r>
        <w:rPr>
          <w:b/>
        </w:rPr>
        <w:t xml:space="preserve">[04:14] </w:t>
      </w:r>
      <w:r>
        <w:t>to un se mulaqat hui, un ke haan mein aik do din raha bhi.</w:t>
      </w:r>
    </w:p>
    <w:p>
      <w:pPr>
        <w:jc w:val="right"/>
      </w:pPr>
      <w:r>
        <w:t>تو ان سے ملاقات ہوئی، ان کے ہاں میں ایک دو دن رہا بھی۔</w:t>
      </w:r>
    </w:p>
    <w:p>
      <w:r>
        <w:rPr>
          <w:b/>
        </w:rPr>
        <w:t xml:space="preserve">[04:19] </w:t>
      </w:r>
      <w:r>
        <w:t>to unhon ne un se mein ne poocha ke aap burton mein arab se migrate kar ke aap</w:t>
      </w:r>
    </w:p>
    <w:p>
      <w:pPr>
        <w:jc w:val="right"/>
      </w:pPr>
      <w:r>
        <w:t>تو انہوں نے ان سے میں نے پوچھا کہ آپ برٹن میں عرب سے مائیگریٹ کر کے آپ</w:t>
      </w:r>
    </w:p>
    <w:p>
      <w:r>
        <w:rPr>
          <w:b/>
        </w:rPr>
        <w:t xml:space="preserve">[04:27] </w:t>
      </w:r>
      <w:r>
        <w:t>yahan aaye hain aur ab yahan settle ho gaye hain.</w:t>
      </w:r>
    </w:p>
    <w:p>
      <w:pPr>
        <w:jc w:val="right"/>
      </w:pPr>
      <w:r>
        <w:t>یہاں آئے ہیں اور اب یہاں سیٹل ہو گئے ہیں۔</w:t>
      </w:r>
    </w:p>
    <w:p>
      <w:r>
        <w:rPr>
          <w:b/>
        </w:rPr>
        <w:t xml:space="preserve">[04:35] </w:t>
      </w:r>
      <w:r>
        <w:t>to aap ne yahan par kya dekha? koi khaas experience apna bataiye.</w:t>
      </w:r>
    </w:p>
    <w:p>
      <w:pPr>
        <w:jc w:val="right"/>
      </w:pPr>
      <w:r>
        <w:t>تو آپ نے یہاں پر کیا دیکھا؟ کوئی خاص ایکسپیرئینس اپنا بتائیے۔</w:t>
      </w:r>
    </w:p>
    <w:p>
      <w:r>
        <w:rPr>
          <w:b/>
        </w:rPr>
        <w:t xml:space="preserve">[04:42] </w:t>
      </w:r>
      <w:r>
        <w:t>to unhon ne kaha ke yahan par aa kar mujhe aik discovery hui.</w:t>
      </w:r>
    </w:p>
    <w:p>
      <w:pPr>
        <w:jc w:val="right"/>
      </w:pPr>
      <w:r>
        <w:t>تو انہوں نے کہا کہ یہاں پر آ کر مجھے ایک ڈسکوری ہوئی۔</w:t>
      </w:r>
    </w:p>
    <w:p>
      <w:r>
        <w:rPr>
          <w:b/>
        </w:rPr>
        <w:t xml:space="preserve">[04:50] </w:t>
      </w:r>
      <w:r>
        <w:t>yani pehle bhi mein inconsciously is baat ko jaanta tha jab mein arab mein tha.</w:t>
      </w:r>
    </w:p>
    <w:p>
      <w:pPr>
        <w:jc w:val="right"/>
      </w:pPr>
      <w:r>
        <w:t>یعنی پہلے بھی میں انکانسیسلی اس بات کو جانتا تھا جب میں عرب میں تھا۔</w:t>
      </w:r>
    </w:p>
    <w:p>
      <w:r>
        <w:rPr>
          <w:b/>
        </w:rPr>
        <w:t xml:space="preserve">[04:56] </w:t>
      </w:r>
      <w:r>
        <w:t>lekin yahan par woh cheez bohat zyada khul gayi.</w:t>
      </w:r>
    </w:p>
    <w:p>
      <w:pPr>
        <w:jc w:val="right"/>
      </w:pPr>
      <w:r>
        <w:t>لیکن یہاں پر وہ چیز بہت زیادہ کھل گئی۔</w:t>
      </w:r>
    </w:p>
    <w:p>
      <w:r>
        <w:rPr>
          <w:b/>
        </w:rPr>
        <w:t xml:space="preserve">[05:02] </w:t>
      </w:r>
      <w:r>
        <w:t>to mein poori tarah is ko consciously jaan liya mein ne.</w:t>
      </w:r>
    </w:p>
    <w:p>
      <w:pPr>
        <w:jc w:val="right"/>
      </w:pPr>
      <w:r>
        <w:t>تو میں پوری طرح اس کو کانشیسلی جان لیا میں نے۔</w:t>
      </w:r>
    </w:p>
    <w:p>
      <w:r>
        <w:rPr>
          <w:b/>
        </w:rPr>
        <w:t xml:space="preserve">[05:08] </w:t>
      </w:r>
      <w:r>
        <w:t>jo baat pehle mere unconsciously mind mein thi, ab woh mere consciously mind mein aa gayi.</w:t>
      </w:r>
    </w:p>
    <w:p>
      <w:pPr>
        <w:jc w:val="right"/>
      </w:pPr>
      <w:r>
        <w:t>جو بات پہلے میرے انکانسیس مائنڈ میں تھی، اب وہ میرے کانشیس مائنڈ میں آ گئی۔</w:t>
      </w:r>
    </w:p>
    <w:p>
      <w:r>
        <w:rPr>
          <w:b/>
        </w:rPr>
        <w:t xml:space="preserve">[05:14] </w:t>
      </w:r>
      <w:r>
        <w:t>to unhon ne apni language mein, arabi language mein kaha ke aaj ki dunya</w:t>
      </w:r>
    </w:p>
    <w:p>
      <w:pPr>
        <w:jc w:val="right"/>
      </w:pPr>
      <w:r>
        <w:t>تو انہوں نے اپنی لینگویج میں، عربی لینگویج میں کہا کہ آج کی دنیا</w:t>
      </w:r>
    </w:p>
    <w:p>
      <w:r>
        <w:rPr>
          <w:b/>
        </w:rPr>
        <w:t xml:space="preserve">[05:20] </w:t>
      </w:r>
      <w:r>
        <w:t>mein har aadmi inaam ko, har aadmi inaam se enjoy kar raha hai.</w:t>
      </w:r>
    </w:p>
    <w:p>
      <w:pPr>
        <w:jc w:val="right"/>
      </w:pPr>
      <w:r>
        <w:t>میں ہر آدمی انعام کو، ہر آدمی انعام سے انجوائے کر رہا ہے۔</w:t>
      </w:r>
    </w:p>
    <w:p>
      <w:r>
        <w:rPr>
          <w:b/>
        </w:rPr>
        <w:t xml:space="preserve">[05:25] </w:t>
      </w:r>
      <w:r>
        <w:t>lekin manim ko acknowledge nahi karta.</w:t>
      </w:r>
    </w:p>
    <w:p>
      <w:pPr>
        <w:jc w:val="right"/>
      </w:pPr>
      <w:r>
        <w:t>لیکن منیم کو اکنالج نہیں کرتا۔</w:t>
      </w:r>
    </w:p>
    <w:p>
      <w:r>
        <w:rPr>
          <w:b/>
        </w:rPr>
        <w:t xml:space="preserve">[05:30] </w:t>
      </w:r>
      <w:r>
        <w:t>unhon ne kaha ke sari dunya mein yahi haal hai.</w:t>
      </w:r>
    </w:p>
    <w:p>
      <w:pPr>
        <w:jc w:val="right"/>
      </w:pPr>
      <w:r>
        <w:t>انہوں نے کہا کہ ساری دنیا میں یہی حال ہے۔</w:t>
      </w:r>
    </w:p>
    <w:p>
      <w:r>
        <w:rPr>
          <w:b/>
        </w:rPr>
        <w:t xml:space="preserve">[05:35] </w:t>
      </w:r>
      <w:r>
        <w:t>chahe woh arab ho ya europe ho.</w:t>
      </w:r>
    </w:p>
    <w:p>
      <w:pPr>
        <w:jc w:val="right"/>
      </w:pPr>
      <w:r>
        <w:t>چاہے وہ عرب ہو یا یورپ ہو۔</w:t>
      </w:r>
    </w:p>
    <w:p>
      <w:r>
        <w:rPr>
          <w:b/>
        </w:rPr>
        <w:t xml:space="preserve">[05:40] </w:t>
      </w:r>
      <w:r>
        <w:t>muslims hon ya non-muslims hon.</w:t>
      </w:r>
    </w:p>
    <w:p>
      <w:pPr>
        <w:jc w:val="right"/>
      </w:pPr>
      <w:r>
        <w:t>مسلمز ہوں یا نان مسلمز ہوں۔</w:t>
      </w:r>
    </w:p>
    <w:p>
      <w:r>
        <w:rPr>
          <w:b/>
        </w:rPr>
        <w:t xml:space="preserve">[05:45] </w:t>
      </w:r>
      <w:r>
        <w:t>aaj unhon ne kaha ke jo industrial age aaya hai, is ne dunya</w:t>
      </w:r>
    </w:p>
    <w:p>
      <w:pPr>
        <w:jc w:val="right"/>
      </w:pPr>
      <w:r>
        <w:t>آج انہوں نے کہا کہ جو انڈسٹریل ایج آیا ہے، اس نے دنیا</w:t>
      </w:r>
    </w:p>
    <w:p>
      <w:r>
        <w:rPr>
          <w:b/>
        </w:rPr>
        <w:t xml:space="preserve">[05:50] </w:t>
      </w:r>
      <w:r>
        <w:t>Ke sare jo chhupe hue khazane the woh nikal diye. Aaj jo comforts hain, aaj jo luxuries hain, aaj jo aasaniyan hain, aaj jo facilities hain, woh pehle kabhi nahi theen. Kabhi bhi nahi theen. Million time zyada aaj insaan ke paas hai pehle ke muqable mein. Toh yeh kahan se mila? Yeh Khuda ka atiya hai. Khuda ne zameen mein yeh sab cheezein rakh di theen. Isi ko nikal</w:t>
      </w:r>
    </w:p>
    <w:p>
      <w:pPr>
        <w:jc w:val="right"/>
      </w:pPr>
      <w:r>
        <w:t>کے سارے جو چھپے ہوئے خزانے تھے وہ نکال دیئے۔ آج جو کمفرٹس ہیں، آج جو لگزریز ہیں، آج جو آسانیاں ہیں، آج جو فیسیلیٹیز ہیں، وہ پہلے کبھی نہیں تھیں۔ کبھی بھی نہیں تھیں۔ ملین ٹائم زیادہ آج انسان کے پاس ہے پہلے کے مقابلے میں۔ تو یہ کہاں سے ملا؟ یہ خدا کا عطیہ ہے۔ خدا نے زمین میں یہ سب چیزیں رکھ دی تھیں۔ اسی کو نکال ن</w:t>
      </w:r>
    </w:p>
    <w:p>
      <w:r>
        <w:rPr>
          <w:b/>
        </w:rPr>
        <w:t xml:space="preserve">[06:20] </w:t>
      </w:r>
      <w:r>
        <w:t>call kar aadmi ne industrial revolution, apni industries banayin.</w:t>
      </w:r>
    </w:p>
    <w:p>
      <w:pPr>
        <w:jc w:val="right"/>
      </w:pPr>
      <w:r>
        <w:t>کال کر آدمی نے انڈسٹریل ریولوشن، اپنی انڈسٹریز بنائیں۔</w:t>
      </w:r>
    </w:p>
    <w:p>
      <w:r>
        <w:rPr>
          <w:b/>
        </w:rPr>
        <w:t xml:space="preserve">[06:26] </w:t>
      </w:r>
      <w:r>
        <w:t>to unhon ne kaha ke aaj ka insaan inaam, khuda ke inaam ko enjoy kar raha hai.</w:t>
      </w:r>
    </w:p>
    <w:p>
      <w:pPr>
        <w:jc w:val="right"/>
      </w:pPr>
      <w:r>
        <w:t>تو انہوں نے کہا کہ آج کا انسان انعام، خدا کے انعام کو انجوائے کر رہا ہے۔</w:t>
      </w:r>
    </w:p>
    <w:p>
      <w:r>
        <w:rPr>
          <w:b/>
        </w:rPr>
        <w:t xml:space="preserve">[06:32] </w:t>
      </w:r>
      <w:r>
        <w:t>lekin manim ka etraf nahi karta.</w:t>
      </w:r>
    </w:p>
    <w:p>
      <w:pPr>
        <w:jc w:val="right"/>
      </w:pPr>
      <w:r>
        <w:t>لیکن منیم کا اعتراف نہیں کرتا۔</w:t>
      </w:r>
    </w:p>
    <w:p>
      <w:r>
        <w:rPr>
          <w:b/>
        </w:rPr>
        <w:t xml:space="preserve">[06:38] </w:t>
      </w:r>
      <w:r>
        <w:t>manim ko acknowledge nahi karta.</w:t>
      </w:r>
    </w:p>
    <w:p>
      <w:pPr>
        <w:jc w:val="right"/>
      </w:pPr>
      <w:r>
        <w:t>منیم کو اکنالج نہیں کرتا۔</w:t>
      </w:r>
    </w:p>
    <w:p>
      <w:r>
        <w:rPr>
          <w:b/>
        </w:rPr>
        <w:t xml:space="preserve">[06:44] </w:t>
      </w:r>
      <w:r>
        <w:t>is ka matlab kya hua? ke atiya jo hai, us ko to log kh</w:t>
      </w:r>
    </w:p>
    <w:p>
      <w:pPr>
        <w:jc w:val="right"/>
      </w:pPr>
      <w:r>
        <w:t>اس کا مطلب کیا ہوا؟ کہ عطیہ جو ہے، اس کو تو لوگ خ</w:t>
      </w:r>
    </w:p>
    <w:p>
      <w:r>
        <w:rPr>
          <w:b/>
        </w:rPr>
        <w:t xml:space="preserve">[06:50] </w:t>
      </w:r>
      <w:r>
        <w:t>Ub le rahe hain. Moti ka etiraf nahi karte. Yaani blessing toh khoob le rahe hain, lekin blessing ka jo giver hai, us ka etiraf nahi karte. They enjoyed blessings, but they failed to acknowledge the giver of all these blessings. Main samajhta hoon ke yeh baat bohat zyada sahi hai. Bohat zyada sahi</w:t>
      </w:r>
    </w:p>
    <w:p>
      <w:pPr>
        <w:jc w:val="right"/>
      </w:pPr>
      <w:r>
        <w:t>وب لے رہے ہیں۔ موتی کا اعتراف نہیں کرتے۔ یعنی بلیسنگ تو خوب لے رہے ہیں، لیکن بلیسنگ کا جو گیور ہے، اس کا اعتراف نہیں کرتے۔ They enjoyed blessings, but they failed to acknowledge the giver of all these blessings. میں سمجھتا ہوں کہ یہ بات بہت زیادہ صحیح ہے۔ بہت زیادہ صحی</w:t>
      </w:r>
    </w:p>
    <w:p>
      <w:r>
        <w:rPr>
          <w:b/>
        </w:rPr>
        <w:t xml:space="preserve">[07:20] </w:t>
      </w:r>
      <w:r>
        <w:t>Hai. Sare insanon ka muamla yahi hai. Aaj kal jo hai dekhiye kya zindagi ka kya formula hai. Zindagi ka formula sirf two point formula hai. Earn money and enjoy life. Paisa kamao aur life ko enjoy karo. Aap sochiye ke paisa jab kamate hain toh kaise kamate hain? Jis body ko aap istemal karte hain, jis mind</w:t>
      </w:r>
    </w:p>
    <w:p>
      <w:pPr>
        <w:jc w:val="right"/>
      </w:pPr>
      <w:r>
        <w:t>ح ہے۔ سارے انسانوں کا معاملہ یہی ہے۔ آج کل جو ہے دیکھئے کیا زندگی کا کیا فارمولا ہے۔ زندگی کا فارمولا صرف ٹو پوائنٹ فارمولا ہے۔ Earn money and enjoy life۔ پیسہ کماؤ اور لائف کو انجوائے کرو۔ آپ سوچئے کہ پیسہ جب کماتے ہیں تو کیسے کماتے ہیں؟ جس باڈی کو آپ استعمال کرتے ہیں، جس مائنڈ</w:t>
      </w:r>
    </w:p>
    <w:p>
      <w:r>
        <w:rPr>
          <w:b/>
        </w:rPr>
        <w:t xml:space="preserve">[07:50] </w:t>
      </w:r>
      <w:r>
        <w:t>Ko istemal karte hain, apni jis aankh ko, jis kaan ko, jis haath ko istemal karte hain, woh kis ne diya hai? Woh Khuda ne diya hai. Lekin koi aadmi maine nahi dekha jo is baat ko bole sachhe dil se ke kaisa ajib hai yeh body jo Khuda ne mujhe di. Kaisa ajib hai yeh mind jo Khuda ne mujh ko diya. Is ki wajah se main is qabil hua ke main pais</w:t>
      </w:r>
    </w:p>
    <w:p>
      <w:pPr>
        <w:jc w:val="right"/>
      </w:pPr>
      <w:r>
        <w:t>کو استعمال کرتے ہیں، اپنی جس آنکھ کو، جس کان کو، جس ہاتھ کو استعمال کرتے ہیں، وہ کس نے دیا ہے؟ وہ خدا نے دیا ہے۔ لیکن کوئی آدمی میں نے نہیں دیکھا جو اس بات کو بولے سچے دل سے کہ کیسا عجیب ہے یہ باڈی جو خدا نے مجھے دیا۔ کیسا عجیب ہے یہ مائنڈ جو خدا نے مجھ کو دیا۔ اس کی وجہ سے میں اس قابل ہوا کہ میں پیس</w:t>
      </w:r>
    </w:p>
    <w:p>
      <w:r>
        <w:rPr>
          <w:b/>
        </w:rPr>
        <w:t xml:space="preserve">[08:20] </w:t>
      </w:r>
      <w:r>
        <w:t>h kamaon, ghar banaon, dunya ke sare comfort aur luxury ikattha karon.</w:t>
      </w:r>
    </w:p>
    <w:p>
      <w:pPr>
        <w:jc w:val="right"/>
      </w:pPr>
      <w:r>
        <w:t>ہ کماؤں، گھر بناؤں، دنیا کے سارے کمفرٹ اور لگزری اکٹھا کروں۔</w:t>
      </w:r>
    </w:p>
    <w:p>
      <w:r>
        <w:rPr>
          <w:b/>
        </w:rPr>
        <w:t xml:space="preserve">[08:28] </w:t>
      </w:r>
      <w:r>
        <w:t>agar main andha hota, agar main behra hota, agar main langra hota, agar main pagal hota to zahir</w:t>
      </w:r>
    </w:p>
    <w:p>
      <w:pPr>
        <w:jc w:val="right"/>
      </w:pPr>
      <w:r>
        <w:t>اگر میں اندھا ہوتا، اگر میں بہرہ ہوتا، اگر میں لنگڑا ہوتا، اگر میں پاگل ہوتا تو ظاہر</w:t>
      </w:r>
    </w:p>
    <w:p>
      <w:r>
        <w:rPr>
          <w:b/>
        </w:rPr>
        <w:t xml:space="preserve">[08:35] </w:t>
      </w:r>
      <w:r>
        <w:t>hai ke main aisa nahi kar sakta tha.</w:t>
      </w:r>
    </w:p>
    <w:p>
      <w:pPr>
        <w:jc w:val="right"/>
      </w:pPr>
      <w:r>
        <w:t>ہے کہ میں ایسا نہیں کر سکتا تھا۔</w:t>
      </w:r>
    </w:p>
    <w:p>
      <w:r>
        <w:rPr>
          <w:b/>
        </w:rPr>
        <w:t xml:space="preserve">[08:43] </w:t>
      </w:r>
      <w:r>
        <w:t>to jis jis jis personality ko aap istemal kar ke money</w:t>
      </w:r>
    </w:p>
    <w:p>
      <w:pPr>
        <w:jc w:val="right"/>
      </w:pPr>
      <w:r>
        <w:t>تو جس جس جس پرسنیلٹی کو آپ استعمال کر کے منی</w:t>
      </w:r>
    </w:p>
    <w:p>
      <w:r>
        <w:rPr>
          <w:b/>
        </w:rPr>
        <w:t xml:space="preserve">[08:50] </w:t>
      </w:r>
      <w:r>
        <w:t>kamate hain, to kabhi bhi koi insan mujhe nahi mila ab tak jo is baat ko samjhe aur</w:t>
      </w:r>
    </w:p>
    <w:p>
      <w:pPr>
        <w:jc w:val="right"/>
      </w:pPr>
      <w:r>
        <w:t>کماتے ہیں، تو کبھی بھی کوئی انسان مجھے نہیں ملا اب تک جو اس بات کو سمجھے اور</w:t>
      </w:r>
    </w:p>
    <w:p>
      <w:r>
        <w:rPr>
          <w:b/>
        </w:rPr>
        <w:t xml:space="preserve">[08:56] </w:t>
      </w:r>
      <w:r>
        <w:t>mane aur bole sache dil se.</w:t>
      </w:r>
    </w:p>
    <w:p>
      <w:pPr>
        <w:jc w:val="right"/>
      </w:pPr>
      <w:r>
        <w:t>مانے اور بولے سچے دل سے۔</w:t>
      </w:r>
    </w:p>
    <w:p>
      <w:r>
        <w:rPr>
          <w:b/>
        </w:rPr>
        <w:t xml:space="preserve">[09:02] </w:t>
      </w:r>
      <w:r>
        <w:t>phir aap dekhiye jo bahar ki jo cheez aap kamate hain, wo kaise mumkin hoti hai? Khuda har</w:t>
      </w:r>
    </w:p>
    <w:p>
      <w:pPr>
        <w:jc w:val="right"/>
      </w:pPr>
      <w:r>
        <w:t>پھر آپ دیکھئے جو باہر کی جو چیز آپ کماتے ہیں، وہ کیسے ممکن ہوتی ہے؟ خدا ہر</w:t>
      </w:r>
    </w:p>
    <w:p>
      <w:r>
        <w:rPr>
          <w:b/>
        </w:rPr>
        <w:t xml:space="preserve">[09:08] </w:t>
      </w:r>
      <w:r>
        <w:t>waqt aap ko oxygen supply kar raha hai, tab aap zinda hain.</w:t>
      </w:r>
    </w:p>
    <w:p>
      <w:pPr>
        <w:jc w:val="right"/>
      </w:pPr>
      <w:r>
        <w:t>وقت آپ کو آکسیجن سپلائی کر رہا ہے، تب آپ زندہ ہیں۔</w:t>
      </w:r>
    </w:p>
    <w:p>
      <w:r>
        <w:rPr>
          <w:b/>
        </w:rPr>
        <w:t xml:space="preserve">[09:14] </w:t>
      </w:r>
      <w:r>
        <w:t>Khuda har waqt aap ko suraj ki light supply kar raha hai, tab aap dekhte hain. Khuda</w:t>
      </w:r>
    </w:p>
    <w:p>
      <w:pPr>
        <w:jc w:val="right"/>
      </w:pPr>
      <w:r>
        <w:t>خدا ہر وقت آپ کو سورج کی لائٹ سپلائی کر رہا ہے، تب آپ دیکھتے ہیں۔ خدا</w:t>
      </w:r>
    </w:p>
    <w:p>
      <w:r>
        <w:rPr>
          <w:b/>
        </w:rPr>
        <w:t xml:space="preserve">[09:20] </w:t>
      </w:r>
      <w:r>
        <w:t>ne zameen mein gravity rakhi hai, tab aap us ke upar chalte hain.</w:t>
      </w:r>
    </w:p>
    <w:p>
      <w:pPr>
        <w:jc w:val="right"/>
      </w:pPr>
      <w:r>
        <w:t>نے زمین میں گریویٹی رکھی ہے، تب آپ اس کے اوپر چلتے ہیں۔</w:t>
      </w:r>
    </w:p>
    <w:p>
      <w:r>
        <w:rPr>
          <w:b/>
        </w:rPr>
        <w:t xml:space="preserve">[09:26] </w:t>
      </w:r>
      <w:r>
        <w:t>Khuda ne zameen mein aur rakha, tab aap ne us ko steel mein convert kiya.</w:t>
      </w:r>
    </w:p>
    <w:p>
      <w:pPr>
        <w:jc w:val="right"/>
      </w:pPr>
      <w:r>
        <w:t>خدا نے زمین میں اور رکھا، تب آپ نے اس کو اسٹیل میں کنورٹ کیا۔</w:t>
      </w:r>
    </w:p>
    <w:p>
      <w:r>
        <w:rPr>
          <w:b/>
        </w:rPr>
        <w:t xml:space="preserve">[09:32] </w:t>
      </w:r>
      <w:r>
        <w:t>Khuda ne zameen mein bohat sare chemicals, bohat sare minerals rakhe.</w:t>
      </w:r>
    </w:p>
    <w:p>
      <w:pPr>
        <w:jc w:val="right"/>
      </w:pPr>
      <w:r>
        <w:t>خدا نے زمین میں بہت سارے کیمیکلز، بہت سارے منرلز رکھے۔</w:t>
      </w:r>
    </w:p>
    <w:p>
      <w:r>
        <w:rPr>
          <w:b/>
        </w:rPr>
        <w:t xml:space="preserve">[09:38] </w:t>
      </w:r>
      <w:r>
        <w:t>to us ko aap ne convert kar ke mobile banaya, telephone banaya, motor car banai, hawai jahaz banaya. Civilization banai.</w:t>
      </w:r>
    </w:p>
    <w:p>
      <w:pPr>
        <w:jc w:val="right"/>
      </w:pPr>
      <w:r>
        <w:t>تو اس کو آپ نے کنورٹ کر کے موبائل بنایا، ٹیلی فون بنایا، موٹر کار بنائی، ہوا جہاز بنایا۔ سویلائزیشن بنائی۔</w:t>
      </w:r>
    </w:p>
    <w:p>
      <w:r>
        <w:rPr>
          <w:b/>
        </w:rPr>
        <w:t xml:space="preserve">[09:44] </w:t>
      </w:r>
      <w:r>
        <w:t>What is civilization?</w:t>
      </w:r>
    </w:p>
    <w:p>
      <w:pPr>
        <w:jc w:val="right"/>
      </w:pPr>
      <w:r>
        <w:t>What is civilization؟</w:t>
      </w:r>
    </w:p>
    <w:p>
      <w:r>
        <w:rPr>
          <w:b/>
        </w:rPr>
        <w:t xml:space="preserve">[09:51] </w:t>
      </w:r>
      <w:r>
        <w:t>Civilization means converting natural potential into industrial actual.</w:t>
      </w:r>
    </w:p>
    <w:p>
      <w:pPr>
        <w:jc w:val="right"/>
      </w:pPr>
      <w:r>
        <w:t>Civilization means converting natural potential into industrial actual.</w:t>
      </w:r>
    </w:p>
    <w:p>
      <w:r>
        <w:rPr>
          <w:b/>
        </w:rPr>
        <w:t xml:space="preserve">[09:57] </w:t>
      </w:r>
      <w:r>
        <w:t>Nature mein jo potential tha, us ko aap ne discover kar ke convert kiya industry mein.</w:t>
      </w:r>
    </w:p>
    <w:p>
      <w:pPr>
        <w:jc w:val="right"/>
      </w:pPr>
      <w:r>
        <w:t>نیچر میں جو پوٹینشل تھا، اس کو آپ نے ڈسکور کر کے کنورٹ کیا انڈسٹری میں۔</w:t>
      </w:r>
    </w:p>
    <w:p>
      <w:r>
        <w:rPr>
          <w:b/>
        </w:rPr>
        <w:t xml:space="preserve">[10:03] </w:t>
      </w:r>
      <w:r>
        <w:t>Isi ka naam hai civilization.</w:t>
      </w:r>
    </w:p>
    <w:p>
      <w:pPr>
        <w:jc w:val="right"/>
      </w:pPr>
      <w:r>
        <w:t>اسی کا نام ہے سویلائزیشن۔</w:t>
      </w:r>
    </w:p>
    <w:p>
      <w:r>
        <w:rPr>
          <w:b/>
        </w:rPr>
        <w:t xml:space="preserve">[10:10] </w:t>
      </w:r>
      <w:r>
        <w:t>magar koi nahi jo us ko acknowledge kare.</w:t>
      </w:r>
    </w:p>
    <w:p>
      <w:pPr>
        <w:jc w:val="right"/>
      </w:pPr>
      <w:r>
        <w:t>مگر کوئی نہیں جو اس کو اکنالج کرے۔</w:t>
      </w:r>
    </w:p>
    <w:p>
      <w:r>
        <w:rPr>
          <w:b/>
        </w:rPr>
        <w:t xml:space="preserve">[10:16] </w:t>
      </w:r>
      <w:r>
        <w:t>jo us ko etraaf kare.</w:t>
      </w:r>
    </w:p>
    <w:p>
      <w:pPr>
        <w:jc w:val="right"/>
      </w:pPr>
      <w:r>
        <w:t>جو اس کو اعتراف کرے۔</w:t>
      </w:r>
    </w:p>
    <w:p>
      <w:r>
        <w:rPr>
          <w:b/>
        </w:rPr>
        <w:t xml:space="preserve">[10:22] </w:t>
      </w:r>
      <w:r>
        <w:t>yani jis ke andar thrill paida ho, thrill, yeh soch kar ke.</w:t>
      </w:r>
    </w:p>
    <w:p>
      <w:pPr>
        <w:jc w:val="right"/>
      </w:pPr>
      <w:r>
        <w:t>یعنی جس کے اندر تھرل پیدا ہو، تھرل، یہ سوچ کر کے۔</w:t>
      </w:r>
    </w:p>
    <w:p>
      <w:r>
        <w:rPr>
          <w:b/>
        </w:rPr>
        <w:t xml:space="preserve">[10:28] </w:t>
      </w:r>
      <w:r>
        <w:t>kam se kam jo cheez chahiye wo thrill hai, thrilling experience.</w:t>
      </w:r>
    </w:p>
    <w:p>
      <w:pPr>
        <w:jc w:val="right"/>
      </w:pPr>
      <w:r>
        <w:t>کم سے کم جو چیز چاہیے وہ تھرل ہے، تھرلنگ ایکسپیرئینس۔</w:t>
      </w:r>
    </w:p>
    <w:p>
      <w:r>
        <w:rPr>
          <w:b/>
        </w:rPr>
        <w:t xml:space="preserve">[10:34] </w:t>
      </w:r>
      <w:r>
        <w:t>Khuda ki di hui personality ke upar aap sochein to aap ko thrill paida ho.</w:t>
      </w:r>
    </w:p>
    <w:p>
      <w:pPr>
        <w:jc w:val="right"/>
      </w:pPr>
      <w:r>
        <w:t>خدا کی دی ہوئی پرسنیلٹی کے اوپر آپ سوچیں تو آپ کو تھرل پیدا ہو۔</w:t>
      </w:r>
    </w:p>
    <w:p>
      <w:r>
        <w:rPr>
          <w:b/>
        </w:rPr>
        <w:t xml:space="preserve">[10:40] </w:t>
      </w:r>
      <w:r>
        <w:t>Khuda ke diye hue life support system par aap sochein to aap ke andar ek thrill paida ho.</w:t>
      </w:r>
    </w:p>
    <w:p>
      <w:pPr>
        <w:jc w:val="right"/>
      </w:pPr>
      <w:r>
        <w:t>خدا کے دیئے ہوئے لائف سپورٹ سسٹم پر آپ سوچیں تو آپ کے اندر ایک تھرل پیدا ہو۔</w:t>
      </w:r>
    </w:p>
    <w:p>
      <w:r>
        <w:rPr>
          <w:b/>
        </w:rPr>
        <w:t xml:space="preserve">[10:47] </w:t>
      </w:r>
      <w:r>
        <w:t>Khuda ke diye hue is dunya par jab sochein to aap ke andar thrill paida ho.</w:t>
      </w:r>
    </w:p>
    <w:p>
      <w:pPr>
        <w:jc w:val="right"/>
      </w:pPr>
      <w:r>
        <w:t>خدا کے دیئے ہوئے اس دنیا پر جب سوچیں تو آپ کے اندر تھرل پیدا ہو۔</w:t>
      </w:r>
    </w:p>
    <w:p>
      <w:r>
        <w:rPr>
          <w:b/>
        </w:rPr>
        <w:t xml:space="preserve">[10:53] </w:t>
      </w:r>
      <w:r>
        <w:t>har cheez mein aap ko experience ho Khuda ke atiyye ka, Khuda ke inaam ka, Khuda ki blessing ka.</w:t>
      </w:r>
    </w:p>
    <w:p>
      <w:pPr>
        <w:jc w:val="right"/>
      </w:pPr>
      <w:r>
        <w:t>ہر چیز میں آپ کو ایکسپیرئینس ہو خدا کے عطیے کا، خدا کے انعام کا، خدا کی بلیسنگ کا۔</w:t>
      </w:r>
    </w:p>
    <w:p>
      <w:r>
        <w:rPr>
          <w:b/>
        </w:rPr>
        <w:t xml:space="preserve">[10:58] </w:t>
      </w:r>
      <w:r>
        <w:t>chahay woh mobile ho, chahay camera ho, chahay motor car ho.</w:t>
      </w:r>
    </w:p>
    <w:p>
      <w:pPr>
        <w:jc w:val="right"/>
      </w:pPr>
      <w:r>
        <w:t>چاہے وہ موبائل ہو، چاہے کیمرہ ہو، چاہے موٹر کار ہو۔</w:t>
      </w:r>
    </w:p>
    <w:p>
      <w:r>
        <w:rPr>
          <w:b/>
        </w:rPr>
        <w:t xml:space="preserve">[11:04] </w:t>
      </w:r>
      <w:r>
        <w:t>chahay kuch bhi ho, kuch bhi ho, kuch bhi ho.</w:t>
      </w:r>
    </w:p>
    <w:p>
      <w:pPr>
        <w:jc w:val="right"/>
      </w:pPr>
      <w:r>
        <w:t>چاہے کچھ بھی ہو، کچھ بھی ہو، کچھ بھی ہو۔</w:t>
      </w:r>
    </w:p>
    <w:p>
      <w:r>
        <w:rPr>
          <w:b/>
        </w:rPr>
        <w:t xml:space="preserve">[11:10] </w:t>
      </w:r>
      <w:r>
        <w:t>sirf khana peena nahi, har cheez Khuda ki blessing hai.</w:t>
      </w:r>
    </w:p>
    <w:p>
      <w:pPr>
        <w:jc w:val="right"/>
      </w:pPr>
      <w:r>
        <w:t>صرف کھانا پینا نہیں، ہر چیز خدا کی بلیسنگ ہے۔</w:t>
      </w:r>
    </w:p>
    <w:p>
      <w:r>
        <w:rPr>
          <w:b/>
        </w:rPr>
        <w:t xml:space="preserve">[11:16] </w:t>
      </w:r>
      <w:r>
        <w:t>to us ne jo baat kahi bohat hi sahi thi ke log inaam ko enjoy kar rahay hain</w:t>
      </w:r>
    </w:p>
    <w:p>
      <w:pPr>
        <w:jc w:val="right"/>
      </w:pPr>
      <w:r>
        <w:t>تو اس نے جو بات کہی بہت ہی صحیح تھی کہ لوگ انعام کو انجوائے کر رہے ہیں</w:t>
      </w:r>
    </w:p>
    <w:p>
      <w:r>
        <w:rPr>
          <w:b/>
        </w:rPr>
        <w:t xml:space="preserve">[11:22] </w:t>
      </w:r>
      <w:r>
        <w:t>lekin manim ka etiraf nahi karte.</w:t>
      </w:r>
    </w:p>
    <w:p>
      <w:pPr>
        <w:jc w:val="right"/>
      </w:pPr>
      <w:r>
        <w:t>لیکن منیم کا اعتراف نہیں کرتے۔</w:t>
      </w:r>
    </w:p>
    <w:p>
      <w:r>
        <w:rPr>
          <w:b/>
        </w:rPr>
        <w:t xml:space="preserve">[11:28] </w:t>
      </w:r>
      <w:r>
        <w:t>yani blessings jo hain, nature ki blessings, is ko to khoob khoob enjoy kar rahay hain.</w:t>
      </w:r>
    </w:p>
    <w:p>
      <w:pPr>
        <w:jc w:val="right"/>
      </w:pPr>
      <w:r>
        <w:t>یعنی بلیسنگز جو ہیں، نیچر کی بلیسنگز، اس کو تو خوب خوب انجوائے کر رہے ہیں۔</w:t>
      </w:r>
    </w:p>
    <w:p>
      <w:r>
        <w:rPr>
          <w:b/>
        </w:rPr>
        <w:t xml:space="preserve">[11:33] </w:t>
      </w:r>
      <w:r>
        <w:t>lekin jis ne is blessing ko diya hai, jis ne use create kiya hai, us ke baray mein ghafil hain.</w:t>
      </w:r>
    </w:p>
    <w:p>
      <w:pPr>
        <w:jc w:val="right"/>
      </w:pPr>
      <w:r>
        <w:t>لیکن جس نے اس بلیسنگ کو دیا ہے، جس نے اسے کریٹ کیا ہے، اس کے بارے میں غافل ہیں۔</w:t>
      </w:r>
    </w:p>
    <w:p>
      <w:r>
        <w:rPr>
          <w:b/>
        </w:rPr>
        <w:t xml:space="preserve">[11:38] </w:t>
      </w:r>
      <w:r>
        <w:t>us ka koi acknowledgement nahi.</w:t>
      </w:r>
    </w:p>
    <w:p>
      <w:pPr>
        <w:jc w:val="right"/>
      </w:pPr>
      <w:r>
        <w:t>اس کا کوئی اکنالجمنٹ نہیں۔</w:t>
      </w:r>
    </w:p>
    <w:p>
      <w:r>
        <w:rPr>
          <w:b/>
        </w:rPr>
        <w:t xml:space="preserve">[11:44] </w:t>
      </w:r>
      <w:r>
        <w:t>yeh aik bohat hi serious situation hai.</w:t>
      </w:r>
    </w:p>
    <w:p>
      <w:pPr>
        <w:jc w:val="right"/>
      </w:pPr>
      <w:r>
        <w:t>یہ ایک بہت ہی سیریس سچویشن ہے۔</w:t>
      </w:r>
    </w:p>
    <w:p>
      <w:r>
        <w:rPr>
          <w:b/>
        </w:rPr>
        <w:t xml:space="preserve">[11:49] </w:t>
      </w:r>
      <w:r>
        <w:t>bohat hi serious situation hai.</w:t>
      </w:r>
    </w:p>
    <w:p>
      <w:pPr>
        <w:jc w:val="right"/>
      </w:pPr>
      <w:r>
        <w:t>بہت ہی سیریس سچویشن ہے۔</w:t>
      </w:r>
    </w:p>
    <w:p>
      <w:r>
        <w:rPr>
          <w:b/>
        </w:rPr>
        <w:t xml:space="preserve">[11:54] </w:t>
      </w:r>
      <w:r>
        <w:t>kyun serious situation hai?</w:t>
      </w:r>
    </w:p>
    <w:p>
      <w:pPr>
        <w:jc w:val="right"/>
      </w:pPr>
      <w:r>
        <w:t>کیوں سیریس سچویشن ہے؟</w:t>
      </w:r>
    </w:p>
    <w:p>
      <w:r>
        <w:rPr>
          <w:b/>
        </w:rPr>
        <w:t xml:space="preserve">[12:00] </w:t>
      </w:r>
      <w:r>
        <w:t>dekhiye, jeena mere haath mein hai.</w:t>
      </w:r>
    </w:p>
    <w:p>
      <w:pPr>
        <w:jc w:val="right"/>
      </w:pPr>
      <w:r>
        <w:t>دیکھئے، جینا میرے ہاتھ میں ہے۔</w:t>
      </w:r>
    </w:p>
    <w:p>
      <w:r>
        <w:rPr>
          <w:b/>
        </w:rPr>
        <w:t xml:space="preserve">[12:06] </w:t>
      </w:r>
      <w:r>
        <w:t>marne par mujhe koi control nahi.</w:t>
      </w:r>
    </w:p>
    <w:p>
      <w:pPr>
        <w:jc w:val="right"/>
      </w:pPr>
      <w:r>
        <w:t>مرنے پر مجھے کوئی کنٹرول نہیں۔</w:t>
      </w:r>
    </w:p>
    <w:p>
      <w:r>
        <w:rPr>
          <w:b/>
        </w:rPr>
        <w:t xml:space="preserve">[12:12] </w:t>
      </w:r>
      <w:r>
        <w:t>main jee sakta hoon lekin marne se apne ko main nahi bacha sakta.</w:t>
      </w:r>
    </w:p>
    <w:p>
      <w:pPr>
        <w:jc w:val="right"/>
      </w:pPr>
      <w:r>
        <w:t>میں جی سکتا ہوں لیکن مرنے سے اپنے کو میں نہیں بچا سکتا۔</w:t>
      </w:r>
    </w:p>
    <w:p>
      <w:r>
        <w:rPr>
          <w:b/>
        </w:rPr>
        <w:t xml:space="preserve">[12:18] </w:t>
      </w:r>
      <w:r>
        <w:t>kisi, yani kitna bara yeh problem hai.</w:t>
      </w:r>
    </w:p>
    <w:p>
      <w:pPr>
        <w:jc w:val="right"/>
      </w:pPr>
      <w:r>
        <w:t>کیسی، یعنی کتنا بڑا یہ پرابلم ہے۔</w:t>
      </w:r>
    </w:p>
    <w:p>
      <w:r>
        <w:rPr>
          <w:b/>
        </w:rPr>
        <w:t xml:space="preserve">[12:24] </w:t>
      </w:r>
      <w:r>
        <w:t>aap paida hotay hain, aap khatay peetay hain,</w:t>
      </w:r>
    </w:p>
    <w:p>
      <w:pPr>
        <w:jc w:val="right"/>
      </w:pPr>
      <w:r>
        <w:t>آپ پیدا ہوتے ہیں، آپ کھاتے پیتے ہیں،</w:t>
      </w:r>
    </w:p>
    <w:p>
      <w:r>
        <w:rPr>
          <w:b/>
        </w:rPr>
        <w:t xml:space="preserve">[12:30] </w:t>
      </w:r>
      <w:r>
        <w:t>aap jawan hotay hain.</w:t>
      </w:r>
    </w:p>
    <w:p>
      <w:pPr>
        <w:jc w:val="right"/>
      </w:pPr>
      <w:r>
        <w:t>آپ جوان ہوتے ہیں۔</w:t>
      </w:r>
    </w:p>
    <w:p>
      <w:r>
        <w:rPr>
          <w:b/>
        </w:rPr>
        <w:t xml:space="preserve">[12:36] </w:t>
      </w:r>
      <w:r>
        <w:t>lekin kya aap hamesha ko zinda rakh sakte hain apne aap ko? pachaas saal, saath saal, sattar saal,</w:t>
      </w:r>
    </w:p>
    <w:p>
      <w:pPr>
        <w:jc w:val="right"/>
      </w:pPr>
      <w:r>
        <w:t>لیکن کیا آپ ہمیشہ کو زندہ رکھ سکتے ہیں اپنے آپ کو؟ پچاس سال، ساٹھ سال، ستر سال،</w:t>
      </w:r>
    </w:p>
    <w:p>
      <w:r>
        <w:rPr>
          <w:b/>
        </w:rPr>
        <w:t xml:space="preserve">[12:42] </w:t>
      </w:r>
      <w:r>
        <w:t>assi saal mein aap ko behraal mar jana hai.</w:t>
      </w:r>
    </w:p>
    <w:p>
      <w:pPr>
        <w:jc w:val="right"/>
      </w:pPr>
      <w:r>
        <w:t>اسی سال میں آپ کو بہرحال مر جانا ہے۔</w:t>
      </w:r>
    </w:p>
    <w:p>
      <w:r>
        <w:rPr>
          <w:b/>
        </w:rPr>
        <w:t xml:space="preserve">[12:48] </w:t>
      </w:r>
      <w:r>
        <w:t>maut ke aanay ko koi aadmi rok nahi sakta.</w:t>
      </w:r>
    </w:p>
    <w:p>
      <w:pPr>
        <w:jc w:val="right"/>
      </w:pPr>
      <w:r>
        <w:t>موت کے آنے کو کوئی آدمی روک نہیں سکتا۔</w:t>
      </w:r>
    </w:p>
    <w:p>
      <w:r>
        <w:rPr>
          <w:b/>
        </w:rPr>
        <w:t xml:space="preserve">[12:54] </w:t>
      </w:r>
      <w:r>
        <w:t>is ka matlab kya hua? jis giver ka, Khuda jo giver hai,</w:t>
      </w:r>
    </w:p>
    <w:p>
      <w:pPr>
        <w:jc w:val="right"/>
      </w:pPr>
      <w:r>
        <w:t>اس کا مطلب کیا ہوا؟ جس گیور کا، خدا جو گیور ہے،</w:t>
      </w:r>
    </w:p>
    <w:p>
      <w:r>
        <w:rPr>
          <w:b/>
        </w:rPr>
        <w:t xml:space="preserve">[13:00] </w:t>
      </w:r>
      <w:r>
        <w:t>jo creator hai, jis giver ka, jis giver ko acknowledge kiye baghair dunya mein aap jee rahay hain,</w:t>
      </w:r>
    </w:p>
    <w:p>
      <w:pPr>
        <w:jc w:val="right"/>
      </w:pPr>
      <w:r>
        <w:t>جو کریٹر ہے، جس گیور کا، جس گیور کو اکنالج کیے بغیر دنیا میں آپ جی رہے ہیں،</w:t>
      </w:r>
    </w:p>
    <w:p>
      <w:r>
        <w:rPr>
          <w:b/>
        </w:rPr>
        <w:t xml:space="preserve">[13:08] </w:t>
      </w:r>
      <w:r>
        <w:t>achanak maut ke baad usi ke samnay khara hona parta hai.</w:t>
      </w:r>
    </w:p>
    <w:p>
      <w:pPr>
        <w:jc w:val="right"/>
      </w:pPr>
      <w:r>
        <w:t>اچانک موت کے بعد اسی کے سامنے کھڑا ہونا پڑتا ہے۔</w:t>
      </w:r>
    </w:p>
    <w:p>
      <w:r>
        <w:rPr>
          <w:b/>
        </w:rPr>
        <w:t xml:space="preserve">[13:15] </w:t>
      </w:r>
      <w:r>
        <w:t>kisi ajeeb baat hai.</w:t>
      </w:r>
    </w:p>
    <w:p>
      <w:pPr>
        <w:jc w:val="right"/>
      </w:pPr>
      <w:r>
        <w:t>کیسی عجیب بات ہے۔</w:t>
      </w:r>
    </w:p>
    <w:p>
      <w:r>
        <w:rPr>
          <w:b/>
        </w:rPr>
        <w:t xml:space="preserve">[13:23] </w:t>
      </w:r>
      <w:r>
        <w:t>jis manim ke inaamaat ka raat din aap letay hain aur is mein</w:t>
      </w:r>
    </w:p>
    <w:p>
      <w:pPr>
        <w:jc w:val="right"/>
      </w:pPr>
      <w:r>
        <w:t>جس منیم کے انعامات کا رات دن آپ لیتے ہیں اور اس میں</w:t>
      </w:r>
    </w:p>
    <w:p>
      <w:r>
        <w:rPr>
          <w:b/>
        </w:rPr>
        <w:t xml:space="preserve">[13:31] </w:t>
      </w:r>
      <w:r>
        <w:t>انجوائے کرتے ہیں، بغیر اس کا، اس کو acknowledge کیے ہوئے۔</w:t>
      </w:r>
    </w:p>
    <w:p>
      <w:pPr>
        <w:jc w:val="right"/>
      </w:pPr>
      <w:r>
        <w:t>انجوائے کرتے ہیں، بغیر اس کا، اس کو اکنالج کیے ہوئے۔</w:t>
      </w:r>
    </w:p>
    <w:p>
      <w:r>
        <w:rPr>
          <w:b/>
        </w:rPr>
        <w:t xml:space="preserve">[13:38] </w:t>
      </w:r>
      <w:r>
        <w:t>to maut aai, death aai, achaanak usi ke saamne aap ko khada hona pada.</w:t>
      </w:r>
    </w:p>
    <w:p>
      <w:pPr>
        <w:jc w:val="right"/>
      </w:pPr>
      <w:r>
        <w:t>تو موت آئی، ڈیتھ آئی، اچانک اسی کے سامنے آپ کو کھڑا ہونا پڑا۔</w:t>
      </w:r>
    </w:p>
    <w:p>
      <w:r>
        <w:rPr>
          <w:b/>
        </w:rPr>
        <w:t xml:space="preserve">[13:46] </w:t>
      </w:r>
      <w:r>
        <w:t>to kaise yeh serious situation hai? kitna bada risk hai.</w:t>
      </w:r>
    </w:p>
    <w:p>
      <w:pPr>
        <w:jc w:val="right"/>
      </w:pPr>
      <w:r>
        <w:t>تو کیسے یہ سیریس سچویشن ہے؟ کتنا بڑا رسک ہے۔</w:t>
      </w:r>
    </w:p>
    <w:p>
      <w:r>
        <w:rPr>
          <w:b/>
        </w:rPr>
        <w:t xml:space="preserve">[13:53] </w:t>
      </w:r>
      <w:r>
        <w:t>aap sochiye ke is din jab Khuda yeh poochega ke tum</w:t>
      </w:r>
    </w:p>
    <w:p>
      <w:pPr>
        <w:jc w:val="right"/>
      </w:pPr>
      <w:r>
        <w:t>آپ سوچئے کہ اس دن جب خدا یہ پوچھے گا کہ تم</w:t>
      </w:r>
    </w:p>
    <w:p>
      <w:r>
        <w:rPr>
          <w:b/>
        </w:rPr>
        <w:t xml:space="preserve">[14:01] </w:t>
      </w:r>
      <w:r>
        <w:t>ko maine itni saari blessing di.</w:t>
      </w:r>
    </w:p>
    <w:p>
      <w:pPr>
        <w:jc w:val="right"/>
      </w:pPr>
      <w:r>
        <w:t>کو میں نے اتنی ساری بلیسنگ دی۔</w:t>
      </w:r>
    </w:p>
    <w:p>
      <w:r>
        <w:rPr>
          <w:b/>
        </w:rPr>
        <w:t xml:space="preserve">[14:07] </w:t>
      </w:r>
      <w:r>
        <w:t>itni saari boundaries di tum ko.</w:t>
      </w:r>
    </w:p>
    <w:p>
      <w:pPr>
        <w:jc w:val="right"/>
      </w:pPr>
      <w:r>
        <w:t>اتنی ساری باؤنڈریز دیں تم کو۔</w:t>
      </w:r>
    </w:p>
    <w:p>
      <w:r>
        <w:rPr>
          <w:b/>
        </w:rPr>
        <w:t xml:space="preserve">[14:13] </w:t>
      </w:r>
      <w:r>
        <w:t>itne saare inaamaat kiye maine tumhare upar.</w:t>
      </w:r>
    </w:p>
    <w:p>
      <w:pPr>
        <w:jc w:val="right"/>
      </w:pPr>
      <w:r>
        <w:t>اتنے سارے انعامات کیے میں نے تمہارے اوپر۔</w:t>
      </w:r>
    </w:p>
    <w:p>
      <w:r>
        <w:rPr>
          <w:b/>
        </w:rPr>
        <w:t xml:space="preserve">[14:19] </w:t>
      </w:r>
      <w:r>
        <w:t>تو تم بے خبر کیوں رہے؟ تم نے acknowledge کیوں نہیں کیا؟ تم نے میرا اعتراف کیوں نہیں</w:t>
      </w:r>
    </w:p>
    <w:p>
      <w:pPr>
        <w:jc w:val="right"/>
      </w:pPr>
      <w:r>
        <w:t>تو تم بے خبر کیوں رہے؟ تم نے اکنالج کیوں نہیں کیا؟ تم نے میرا اعتراف کیوں نہیں</w:t>
      </w:r>
    </w:p>
    <w:p>
      <w:r>
        <w:rPr>
          <w:b/>
        </w:rPr>
        <w:t xml:space="preserve">[14:25] </w:t>
      </w:r>
      <w:r>
        <w:t>kya? tum ne shukr kyon nahin ada kiya? tum lip</w:t>
      </w:r>
    </w:p>
    <w:p>
      <w:pPr>
        <w:jc w:val="right"/>
      </w:pPr>
      <w:r>
        <w:t>کیا؟ تم نے شکر کیوں نہیں ادا کیا؟ تم لپ</w:t>
      </w:r>
    </w:p>
    <w:p>
      <w:r>
        <w:rPr>
          <w:b/>
        </w:rPr>
        <w:t xml:space="preserve">[14:31] </w:t>
      </w:r>
      <w:r>
        <w:t>service ke taur par Alhamdulillah to kehte rahe.</w:t>
      </w:r>
    </w:p>
    <w:p>
      <w:pPr>
        <w:jc w:val="right"/>
      </w:pPr>
      <w:r>
        <w:t>سروس کے طور پر الحمدللہ تو کہتے رہے۔</w:t>
      </w:r>
    </w:p>
    <w:p>
      <w:r>
        <w:rPr>
          <w:b/>
        </w:rPr>
        <w:t xml:space="preserve">[14:35] </w:t>
      </w:r>
      <w:r>
        <w:t>lip service ke taur par.</w:t>
      </w:r>
    </w:p>
    <w:p>
      <w:pPr>
        <w:jc w:val="right"/>
      </w:pPr>
      <w:r>
        <w:t>لپ سروس کے طور پر۔</w:t>
      </w:r>
    </w:p>
    <w:p>
      <w:r>
        <w:rPr>
          <w:b/>
        </w:rPr>
        <w:t xml:space="preserve">[14:39] </w:t>
      </w:r>
      <w:r>
        <w:t>لیکن تمہارے دل میں کوئی تھrill نہیں پیدا ہوا۔</w:t>
      </w:r>
    </w:p>
    <w:p>
      <w:pPr>
        <w:jc w:val="right"/>
      </w:pPr>
      <w:r>
        <w:t>لیکن تمہارے دل میں کوئی تھرل نہیں پیدا ہوا۔</w:t>
      </w:r>
    </w:p>
    <w:p>
      <w:r>
        <w:rPr>
          <w:b/>
        </w:rPr>
        <w:t xml:space="preserve">[14:44] </w:t>
      </w:r>
      <w:r>
        <w:t>تمہارے mind میں کوئی storm نہیں آیا۔</w:t>
      </w:r>
    </w:p>
    <w:p>
      <w:pPr>
        <w:jc w:val="right"/>
      </w:pPr>
      <w:r>
        <w:t>تمہارے مائنڈ میں کوئی سٹارم نہیں آیا۔</w:t>
      </w:r>
    </w:p>
    <w:p>
      <w:r>
        <w:rPr>
          <w:b/>
        </w:rPr>
        <w:t xml:space="preserve">[14:48] </w:t>
      </w:r>
      <w:r>
        <w:t>to kya jawab denge? zahir hai koi jawab nahin.</w:t>
      </w:r>
    </w:p>
    <w:p>
      <w:pPr>
        <w:jc w:val="right"/>
      </w:pPr>
      <w:r>
        <w:t>تو کیا جواب دیں گے؟ ظاہر ہے کوئی جواب نہیں۔</w:t>
      </w:r>
    </w:p>
    <w:p>
      <w:r>
        <w:rPr>
          <w:b/>
        </w:rPr>
        <w:t xml:space="preserve">[14:52] </w:t>
      </w:r>
      <w:r>
        <w:t>to kitne serious situation se hum dochaar hain.</w:t>
      </w:r>
    </w:p>
    <w:p>
      <w:pPr>
        <w:jc w:val="right"/>
      </w:pPr>
      <w:r>
        <w:t>تو کتنے سیریس سچویشن سے ہم دوچار ہیں۔</w:t>
      </w:r>
    </w:p>
    <w:p>
      <w:r>
        <w:rPr>
          <w:b/>
        </w:rPr>
        <w:t xml:space="preserve">[14:57] </w:t>
      </w:r>
      <w:r>
        <w:t>bahut zyada se</w:t>
      </w:r>
    </w:p>
    <w:p>
      <w:pPr>
        <w:jc w:val="right"/>
      </w:pPr>
      <w:r>
        <w:t>بہت زیادہ سی</w:t>
      </w:r>
    </w:p>
    <w:p>
      <w:r>
        <w:rPr>
          <w:b/>
        </w:rPr>
        <w:t xml:space="preserve">[15:01] </w:t>
      </w:r>
      <w:r>
        <w:t>rious situation.</w:t>
      </w:r>
    </w:p>
    <w:p>
      <w:pPr>
        <w:jc w:val="right"/>
      </w:pPr>
      <w:r>
        <w:t>ریس سچویشن۔</w:t>
      </w:r>
    </w:p>
    <w:p>
      <w:r>
        <w:rPr>
          <w:b/>
        </w:rPr>
        <w:t xml:space="preserve">[15:07] </w:t>
      </w:r>
      <w:r>
        <w:t>saari duniya mein aisa kyon hai? aap sochiye.</w:t>
      </w:r>
    </w:p>
    <w:p>
      <w:pPr>
        <w:jc w:val="right"/>
      </w:pPr>
      <w:r>
        <w:t>ساری دنیا میں ایسا کیوں ہے؟ آپ سوچئے۔</w:t>
      </w:r>
    </w:p>
    <w:p>
      <w:r>
        <w:rPr>
          <w:b/>
        </w:rPr>
        <w:t xml:space="preserve">[15:13] </w:t>
      </w:r>
      <w:r>
        <w:t>yeh to ek bahut hi zyada natural baat hai ke aadmi dene wale ka aitraaf kare.</w:t>
      </w:r>
    </w:p>
    <w:p>
      <w:pPr>
        <w:jc w:val="right"/>
      </w:pPr>
      <w:r>
        <w:t>یہ تو ایک بہت ہی زیادہ نیچرل بات ہے کہ آدمی دینے والے کا اعتراف کرے۔</w:t>
      </w:r>
    </w:p>
    <w:p>
      <w:r>
        <w:rPr>
          <w:b/>
        </w:rPr>
        <w:t xml:space="preserve">[15:19] </w:t>
      </w:r>
      <w:r>
        <w:t>giver ko acknowledge kare.</w:t>
      </w:r>
    </w:p>
    <w:p>
      <w:pPr>
        <w:jc w:val="right"/>
      </w:pPr>
      <w:r>
        <w:t>گیور کو اکنالج کرے۔</w:t>
      </w:r>
    </w:p>
    <w:p>
      <w:r>
        <w:rPr>
          <w:b/>
        </w:rPr>
        <w:t xml:space="preserve">[15:25] </w:t>
      </w:r>
      <w:r>
        <w:t>yeh to bahut hi zyada fitri baat hai. jis</w:t>
      </w:r>
    </w:p>
    <w:p>
      <w:pPr>
        <w:jc w:val="right"/>
      </w:pPr>
      <w:r>
        <w:t>یہ تو بہت ہی زیادہ فطری بات ہے۔ جس</w:t>
      </w:r>
    </w:p>
    <w:p>
      <w:r>
        <w:rPr>
          <w:b/>
        </w:rPr>
        <w:t xml:space="preserve">[15:31] </w:t>
      </w:r>
      <w:r>
        <w:t>zamane mein Sanjay Gandhi zinda the aur government par unka hold tha bahut zyada.</w:t>
      </w:r>
    </w:p>
    <w:p>
      <w:pPr>
        <w:jc w:val="right"/>
      </w:pPr>
      <w:r>
        <w:t>زمانے میں سنجے گاندھی زندہ تھے اور گورنمنٹ پر ان کا ہولڈ تھا بہت زیادہ۔</w:t>
      </w:r>
    </w:p>
    <w:p>
      <w:r>
        <w:rPr>
          <w:b/>
        </w:rPr>
        <w:t xml:space="preserve">[15:35] </w:t>
      </w:r>
      <w:r>
        <w:t>to ek saahab MP mere paas, mujhe ek ek MP the jin ko Sanjay Gandhi ne</w:t>
      </w:r>
    </w:p>
    <w:p>
      <w:pPr>
        <w:jc w:val="right"/>
      </w:pPr>
      <w:r>
        <w:t>تو ایک صاحب ایم پی میرے پاس، مجھے ایک ایک ایم پی تھے جن کو سنجے گاندھی نے</w:t>
      </w:r>
    </w:p>
    <w:p>
      <w:r>
        <w:rPr>
          <w:b/>
        </w:rPr>
        <w:t xml:space="preserve">[15:40] </w:t>
      </w:r>
      <w:r>
        <w:t>MP banwaya tha.</w:t>
      </w:r>
    </w:p>
    <w:p>
      <w:pPr>
        <w:jc w:val="right"/>
      </w:pPr>
      <w:r>
        <w:t>ایم پی بنوایا تھا۔</w:t>
      </w:r>
    </w:p>
    <w:p>
      <w:r>
        <w:rPr>
          <w:b/>
        </w:rPr>
        <w:t xml:space="preserve">[15:44] </w:t>
      </w:r>
      <w:r>
        <w:t>to hamare ek saathi un ke ghar gaye.</w:t>
      </w:r>
    </w:p>
    <w:p>
      <w:pPr>
        <w:jc w:val="right"/>
      </w:pPr>
      <w:r>
        <w:t>تو ہمارے ایک ساتھی ان کے گھر گئے۔</w:t>
      </w:r>
    </w:p>
    <w:p>
      <w:r>
        <w:rPr>
          <w:b/>
        </w:rPr>
        <w:t xml:space="preserve">[15:48] </w:t>
      </w:r>
      <w:r>
        <w:t>jo MP ke liye jo flat hote hain, woh un ko allot kiya gaya tha.</w:t>
      </w:r>
    </w:p>
    <w:p>
      <w:pPr>
        <w:jc w:val="right"/>
      </w:pPr>
      <w:r>
        <w:t>جو ایم پی کے لیے جو فلیٹ ہوتے ہیں، وہ ان کو الاٹ کیا گیا تھا۔</w:t>
      </w:r>
    </w:p>
    <w:p>
      <w:r>
        <w:rPr>
          <w:b/>
        </w:rPr>
        <w:t xml:space="preserve">[15:53] </w:t>
      </w:r>
      <w:r>
        <w:t>haalanki the woh gaon ke aadmi.</w:t>
      </w:r>
    </w:p>
    <w:p>
      <w:pPr>
        <w:jc w:val="right"/>
      </w:pPr>
      <w:r>
        <w:t>حالانکہ تھے وہ گاؤں کے آدمی۔</w:t>
      </w:r>
    </w:p>
    <w:p>
      <w:r>
        <w:rPr>
          <w:b/>
        </w:rPr>
        <w:t xml:space="preserve">[15:57] </w:t>
      </w:r>
      <w:r>
        <w:t>maamooli ghar mein rehte the pehle.</w:t>
      </w:r>
    </w:p>
    <w:p>
      <w:pPr>
        <w:jc w:val="right"/>
      </w:pPr>
      <w:r>
        <w:t>معمولی گھر میں رہتے تھے پہلے۔</w:t>
      </w:r>
    </w:p>
    <w:p>
      <w:r>
        <w:rPr>
          <w:b/>
        </w:rPr>
        <w:t xml:space="preserve">[16:02] </w:t>
      </w:r>
      <w:r>
        <w:t>Sanjay Gandhi ke saath jud gaye.</w:t>
      </w:r>
    </w:p>
    <w:p>
      <w:pPr>
        <w:jc w:val="right"/>
      </w:pPr>
      <w:r>
        <w:t>سنجے گاندھی کے ساتھ جڑ گئے۔</w:t>
      </w:r>
    </w:p>
    <w:p>
      <w:r>
        <w:rPr>
          <w:b/>
        </w:rPr>
        <w:t xml:space="preserve">[16:05] </w:t>
      </w:r>
      <w:r>
        <w:t>jar gaye, jar gaye to unhon ne un ko M P banwa diya.</w:t>
      </w:r>
    </w:p>
    <w:p>
      <w:pPr>
        <w:jc w:val="right"/>
      </w:pPr>
      <w:r>
        <w:t>جڑ گئے، جڑ گئے تو انہوں نے ان کو ایم پی بنوا دیا۔</w:t>
      </w:r>
    </w:p>
    <w:p>
      <w:r>
        <w:rPr>
          <w:b/>
        </w:rPr>
        <w:t xml:space="preserve">[16:09] </w:t>
      </w:r>
      <w:r>
        <w:t>Dabraj Sahiba ka member banwa diya.</w:t>
      </w:r>
    </w:p>
    <w:p>
      <w:pPr>
        <w:jc w:val="right"/>
      </w:pPr>
      <w:r>
        <w:t>دبراج صاحبہ کا ممبر بنوا دیا۔</w:t>
      </w:r>
    </w:p>
    <w:p>
      <w:r>
        <w:rPr>
          <w:b/>
        </w:rPr>
        <w:t xml:space="preserve">[16:13] </w:t>
      </w:r>
      <w:r>
        <w:t>to un ko M P ka flat mil gaya Delhi mein.</w:t>
      </w:r>
    </w:p>
    <w:p>
      <w:pPr>
        <w:jc w:val="right"/>
      </w:pPr>
      <w:r>
        <w:t>تو ان کو ایم پی کا فلیٹ مل گیا دلی میں۔</w:t>
      </w:r>
    </w:p>
    <w:p>
      <w:r>
        <w:rPr>
          <w:b/>
        </w:rPr>
        <w:t xml:space="preserve">[16:17] </w:t>
      </w:r>
      <w:r>
        <w:t>to mere sathi ne bataya ke jab main gaya un ke ghar to bar bar un ki zuban</w:t>
      </w:r>
    </w:p>
    <w:p>
      <w:pPr>
        <w:jc w:val="right"/>
      </w:pPr>
      <w:r>
        <w:t>تو میرے ساتھی نے بتایا کہ جب میں گیا ان کے گھر تو بار بار ان کی زبان</w:t>
      </w:r>
    </w:p>
    <w:p>
      <w:r>
        <w:rPr>
          <w:b/>
        </w:rPr>
        <w:t xml:space="preserve">[16:20] </w:t>
      </w:r>
      <w:r>
        <w:t>se niklta tha ke Sanjay babu ki meharbani hai.</w:t>
      </w:r>
    </w:p>
    <w:p>
      <w:pPr>
        <w:jc w:val="right"/>
      </w:pPr>
      <w:r>
        <w:t>سے نکلتا تھا کہ سنجے بابو کی مہربانی ہے۔</w:t>
      </w:r>
    </w:p>
    <w:p>
      <w:r>
        <w:rPr>
          <w:b/>
        </w:rPr>
        <w:t xml:space="preserve">[16:24] </w:t>
      </w:r>
      <w:r>
        <w:t>yeh sab Sanjay babu ki meharbani hai.</w:t>
      </w:r>
    </w:p>
    <w:p>
      <w:pPr>
        <w:jc w:val="right"/>
      </w:pPr>
      <w:r>
        <w:t>یہ سب سنجے بابو کی مہربانی ہے۔</w:t>
      </w:r>
    </w:p>
    <w:p>
      <w:r>
        <w:rPr>
          <w:b/>
        </w:rPr>
        <w:t xml:space="preserve">[16:28] </w:t>
      </w:r>
      <w:r>
        <w:t>yani wahan ka furniture, wahan ki deewar, wahan jo</w:t>
      </w:r>
    </w:p>
    <w:p>
      <w:pPr>
        <w:jc w:val="right"/>
      </w:pPr>
      <w:r>
        <w:t>یعنی وہاں کا فرنیچر، وہاں کی دیوار، وہاں جو</w:t>
      </w:r>
    </w:p>
    <w:p>
      <w:r>
        <w:rPr>
          <w:b/>
        </w:rPr>
        <w:t xml:space="preserve">[16:32] </w:t>
      </w:r>
      <w:r>
        <w:t>Ambassador car khari hui thi woh, jo kuch bhi wahan tha us ko dekh kar bolte the woh</w:t>
      </w:r>
    </w:p>
    <w:p>
      <w:pPr>
        <w:jc w:val="right"/>
      </w:pPr>
      <w:r>
        <w:t>ایمبیسڈر کار کھڑی ہوئی تھی وہ، جو کچھ بھی وہاں تھا اس کو دیکھ کر بولتے تھے وہ</w:t>
      </w:r>
    </w:p>
    <w:p>
      <w:r>
        <w:rPr>
          <w:b/>
        </w:rPr>
        <w:t xml:space="preserve">[16:36] </w:t>
      </w:r>
      <w:r>
        <w:t>yeh sab Sanjay babu ki meharbani hai.</w:t>
      </w:r>
    </w:p>
    <w:p>
      <w:pPr>
        <w:jc w:val="right"/>
      </w:pPr>
      <w:r>
        <w:t>یہ سب سنجے بابو کی مہربانی ہے۔</w:t>
      </w:r>
    </w:p>
    <w:p>
      <w:r>
        <w:rPr>
          <w:b/>
        </w:rPr>
        <w:t xml:space="preserve">[16:41] </w:t>
      </w:r>
      <w:r>
        <w:t>تو یہ کیا ہے؟ Nature کہتا ہے کہ acknowledge کرو دینے والے کا۔</w:t>
      </w:r>
    </w:p>
    <w:p>
      <w:pPr>
        <w:jc w:val="right"/>
      </w:pPr>
      <w:r>
        <w:t>تو یہ کیا ہے؟ نیچر کہتا ہے کہ اکنالج کرو دینے والے کا۔</w:t>
      </w:r>
    </w:p>
    <w:p>
      <w:r>
        <w:rPr>
          <w:b/>
        </w:rPr>
        <w:t xml:space="preserve">[16:46] </w:t>
      </w:r>
      <w:r>
        <w:t>انسان کا جو نیچر ہے وہ کہتا ہے کہ دینے والے کا acknowledge کرو۔</w:t>
      </w:r>
    </w:p>
    <w:p>
      <w:pPr>
        <w:jc w:val="right"/>
      </w:pPr>
      <w:r>
        <w:t>انسان کا جو نیچر ہے وہ کہتا ہے کہ دینے والے کا اکنالج کرو۔</w:t>
      </w:r>
    </w:p>
    <w:p>
      <w:r>
        <w:rPr>
          <w:b/>
        </w:rPr>
        <w:t xml:space="preserve">[16:50] </w:t>
      </w:r>
      <w:r>
        <w:t>dene wale ka etraf karo.</w:t>
      </w:r>
    </w:p>
    <w:p>
      <w:pPr>
        <w:jc w:val="right"/>
      </w:pPr>
      <w:r>
        <w:t>دینے والے کا اعتراف کرو۔</w:t>
      </w:r>
    </w:p>
    <w:p>
      <w:r>
        <w:rPr>
          <w:b/>
        </w:rPr>
        <w:t xml:space="preserve">[16:55] </w:t>
      </w:r>
      <w:r>
        <w:t>dene wale ka shukr ada karo.</w:t>
      </w:r>
    </w:p>
    <w:p>
      <w:pPr>
        <w:jc w:val="right"/>
      </w:pPr>
      <w:r>
        <w:t>دینے والے کا شکر ادا کرو۔</w:t>
      </w:r>
    </w:p>
    <w:p>
      <w:r>
        <w:rPr>
          <w:b/>
        </w:rPr>
        <w:t xml:space="preserve">[16:59] </w:t>
      </w:r>
      <w:r>
        <w:t>yeh nature Khuda ke mamle mein kyun ghayab hai?</w:t>
      </w:r>
    </w:p>
    <w:p>
      <w:pPr>
        <w:jc w:val="right"/>
      </w:pPr>
      <w:r>
        <w:t>یہ نیچر خدا کے معاملے میں کیوں غائب ہے؟</w:t>
      </w:r>
    </w:p>
    <w:p>
      <w:r>
        <w:rPr>
          <w:b/>
        </w:rPr>
        <w:t xml:space="preserve">[17:04] </w:t>
      </w:r>
      <w:r>
        <w:t>insan insan ka shukr ada karta hai.</w:t>
      </w:r>
    </w:p>
    <w:p>
      <w:pPr>
        <w:jc w:val="right"/>
      </w:pPr>
      <w:r>
        <w:t>انسان انسان کا شکر ادا کرتا ہے۔</w:t>
      </w:r>
    </w:p>
    <w:p>
      <w:r>
        <w:rPr>
          <w:b/>
        </w:rPr>
        <w:t xml:space="preserve">[17:10] </w:t>
      </w:r>
      <w:r>
        <w:t>انسان اپنی سوشل لائف میں جو اس سے اس کے ساتھ کچھ کرے تو اس کو وہ acknowledge کرتا ہے۔</w:t>
      </w:r>
    </w:p>
    <w:p>
      <w:pPr>
        <w:jc w:val="right"/>
      </w:pPr>
      <w:r>
        <w:t>انسان اپنی سوشل لائف میں جو اس سے اس کے ساتھ کچھ کرے تو اس کو وہ اکنالج کرتا ہے۔</w:t>
      </w:r>
    </w:p>
    <w:p>
      <w:r>
        <w:rPr>
          <w:b/>
        </w:rPr>
        <w:t xml:space="preserve">[17:17] </w:t>
      </w:r>
      <w:r>
        <w:t>تو خدا کے معاملے میں acknowledge کیوں نہیں کرتا وہ؟ چیز یہ ہے کہ خدا ہمارے لیے unseen ہے۔</w:t>
      </w:r>
    </w:p>
    <w:p>
      <w:pPr>
        <w:jc w:val="right"/>
      </w:pPr>
      <w:r>
        <w:t>تو خدا کے معاملے میں اکنالج کیوں نہیں کرتا وہ؟ چیز یہ ہے کہ خدا ہمارے لیے ان سین ہے۔</w:t>
      </w:r>
    </w:p>
    <w:p>
      <w:r>
        <w:rPr>
          <w:b/>
        </w:rPr>
        <w:t xml:space="preserve">[17:23] </w:t>
      </w:r>
      <w:r>
        <w:t>yeh cheezen seen hain.</w:t>
      </w:r>
    </w:p>
    <w:p>
      <w:pPr>
        <w:jc w:val="right"/>
      </w:pPr>
      <w:r>
        <w:t>یہ چیزیں سین ہیں۔</w:t>
      </w:r>
    </w:p>
    <w:p>
      <w:r>
        <w:rPr>
          <w:b/>
        </w:rPr>
        <w:t xml:space="preserve">[17:30] </w:t>
      </w:r>
      <w:r>
        <w:t>yani woh aadmi Sanjay babu ko dekhta tha lekin Khuda ko dekha nahi us ne.</w:t>
      </w:r>
    </w:p>
    <w:p>
      <w:pPr>
        <w:jc w:val="right"/>
      </w:pPr>
      <w:r>
        <w:t>یعنی وہ آدمی سنجے بابو کو دیکھتا تھا لیکن خدا کو دیکھا نہیں اس نے۔</w:t>
      </w:r>
    </w:p>
    <w:p>
      <w:r>
        <w:rPr>
          <w:b/>
        </w:rPr>
        <w:t xml:space="preserve">[17:36] </w:t>
      </w:r>
      <w:r>
        <w:t>To seen Khuda ko to khoob acknowledge kar rahe hain log lekin jo unseen Khuda hai us ko woh acknowledge nahi kar pa rahe hain. Jis ko bhi dekhe, jis ko bhi dekhe, Muslim ho ya non-Muslim ho, seen ko, seen Khuda ka khoob acknowledge kar raha hai. Unseen Khuda ka koi acknowledge nahi kar raha hai. Lekin yahi to test hai. Yahi to test hai. This is the</w:t>
      </w:r>
    </w:p>
    <w:p>
      <w:pPr>
        <w:jc w:val="right"/>
      </w:pPr>
      <w:r>
        <w:t>تو سین خدا کو تو خوب اکنالج کر رہے ہیں لوگ لیکن جو ان سین خدا ہے اس کو وہ اکنالج نہیں کر پا رہے ہیں۔ جس کو بھی دیکھے، جس کو بھی دیکھے، مسلم ہو یا نان مسلم ہو، سین کو، سین خدا کا خوب اکنالج کر رہا ہے۔ ان سین خدا کا کوئی اکنالج نہیں کر رہا ہے۔ لیکن یہی تو ٹیسٹ ہے۔ یہی تو ٹیسٹ ہے۔ This is the</w:t>
      </w:r>
    </w:p>
    <w:p>
      <w:r>
        <w:rPr>
          <w:b/>
        </w:rPr>
        <w:t xml:space="preserve">[18:06] </w:t>
      </w:r>
      <w:r>
        <w:t>test. Here is the test of all human being. Here is the test of all men and women ke unseen Khuda ko aap discover karen. Unseen Khuda ko aap seen Khuda banayen. Yahi test hai ke aap unseen Khuda ko seen Khuda banayen. Aur phir us ka test, aur phir us ka, aur phir us</w:t>
      </w:r>
    </w:p>
    <w:p>
      <w:pPr>
        <w:jc w:val="right"/>
      </w:pPr>
      <w:r>
        <w:t>test۔ Here is the test of all human being۔ Here is the test of all men and women کہ ان سین خدا کو آپ ڈسکور کریں۔ ان سین خدا کو آپ سین خدا بنائیں۔ یہی ٹیسٹ ہے کہ آپ ان سین خدا کو سین خدا بنائیں۔ اور پھر اس کا ٹیسٹ، اور پھر اس کا، اور پھر اس</w:t>
      </w:r>
    </w:p>
    <w:p>
      <w:r>
        <w:rPr>
          <w:b/>
        </w:rPr>
        <w:t xml:space="preserve">[18:36] </w:t>
      </w:r>
      <w:r>
        <w:t>ko acknowledge karen.</w:t>
      </w:r>
    </w:p>
    <w:p>
      <w:pPr>
        <w:jc w:val="right"/>
      </w:pPr>
      <w:r>
        <w:t>کو اکنالج کریں۔</w:t>
      </w:r>
    </w:p>
    <w:p>
      <w:r>
        <w:rPr>
          <w:b/>
        </w:rPr>
        <w:t xml:space="preserve">[18:43] </w:t>
      </w:r>
      <w:r>
        <w:t>jaise hadith mein aata hai ke ta'abbad Allah ka'annaka tara.</w:t>
      </w:r>
    </w:p>
    <w:p>
      <w:pPr>
        <w:jc w:val="right"/>
      </w:pPr>
      <w:r>
        <w:t>جیسے حدیث میں آتا ہے کہ تعبد اللہ کانک ترا۔</w:t>
      </w:r>
    </w:p>
    <w:p>
      <w:r>
        <w:rPr>
          <w:b/>
        </w:rPr>
        <w:t xml:space="preserve">[18:49] </w:t>
      </w:r>
      <w:r>
        <w:t>Khuda ki ibadat is tarah karo jo goya ke tum use dekh rahe ho.</w:t>
      </w:r>
    </w:p>
    <w:p>
      <w:pPr>
        <w:jc w:val="right"/>
      </w:pPr>
      <w:r>
        <w:t>خدا کی عبادت اس طرح کرو جو گویا کہ تم اسے دیکھ رہے ہو۔</w:t>
      </w:r>
    </w:p>
    <w:p>
      <w:r>
        <w:rPr>
          <w:b/>
        </w:rPr>
        <w:t xml:space="preserve">[18:55] </w:t>
      </w:r>
      <w:r>
        <w:t>yani in seen ko seen banana yeh hai ibadat.</w:t>
      </w:r>
    </w:p>
    <w:p>
      <w:pPr>
        <w:jc w:val="right"/>
      </w:pPr>
      <w:r>
        <w:t>یعنی ان سین کو سین بنانا یہ ہے عبادت۔</w:t>
      </w:r>
    </w:p>
    <w:p>
      <w:r>
        <w:rPr>
          <w:b/>
        </w:rPr>
        <w:t xml:space="preserve">[19:01] </w:t>
      </w:r>
      <w:r>
        <w:t>jab tak aap in seen ko seen na bana saken tab tak aap Khuda ki sachi ibadat nahi kar sakte.</w:t>
      </w:r>
    </w:p>
    <w:p>
      <w:pPr>
        <w:jc w:val="right"/>
      </w:pPr>
      <w:r>
        <w:t>جب تک آپ ان سین کو سین نہ بنا سکیں تب تک آپ خدا کی سچی عبادت نہیں کر سکتے۔</w:t>
      </w:r>
    </w:p>
    <w:p>
      <w:r>
        <w:rPr>
          <w:b/>
        </w:rPr>
        <w:t xml:space="preserve">[19:07] </w:t>
      </w:r>
      <w:r>
        <w:t>ta'abbad Allah ka'annaka tara yeh ek hadith hai.</w:t>
      </w:r>
    </w:p>
    <w:p>
      <w:pPr>
        <w:jc w:val="right"/>
      </w:pPr>
      <w:r>
        <w:t>تعبد اللہ کانک ترا یہ ایک حدیث ہے۔</w:t>
      </w:r>
    </w:p>
    <w:p>
      <w:r>
        <w:rPr>
          <w:b/>
        </w:rPr>
        <w:t xml:space="preserve">[19:12] </w:t>
      </w:r>
      <w:r>
        <w:t>yeh mashhoor hadith Jibrael mein hai yeh.</w:t>
      </w:r>
    </w:p>
    <w:p>
      <w:pPr>
        <w:jc w:val="right"/>
      </w:pPr>
      <w:r>
        <w:t>یہ مشہور حدیث جبرائیل میں ہے یہ۔</w:t>
      </w:r>
    </w:p>
    <w:p>
      <w:r>
        <w:rPr>
          <w:b/>
        </w:rPr>
        <w:t xml:space="preserve">[19:17] </w:t>
      </w:r>
      <w:r>
        <w:t>ke is tarah ibadat karo goya ke tum Khuda ko dekh rahe ho.</w:t>
      </w:r>
    </w:p>
    <w:p>
      <w:pPr>
        <w:jc w:val="right"/>
      </w:pPr>
      <w:r>
        <w:t>کہ اس طرح عبادت کرو گویا کہ تم خدا کو دیکھ رہے ہو۔</w:t>
      </w:r>
    </w:p>
    <w:p>
      <w:r>
        <w:rPr>
          <w:b/>
        </w:rPr>
        <w:t xml:space="preserve">[19:22] </w:t>
      </w:r>
      <w:r>
        <w:t>is ka matlab kya hai? Ibadat karne se pehle, ibadat karne se pehle aap ko in seen Khuda</w:t>
      </w:r>
    </w:p>
    <w:p>
      <w:pPr>
        <w:jc w:val="right"/>
      </w:pPr>
      <w:r>
        <w:t>اس کا مطلب کیا ہے؟ عبادت کرنے سے پہلے، عبادت کرنے سے پہلے آپ کو ان سین خدا</w:t>
      </w:r>
    </w:p>
    <w:p>
      <w:r>
        <w:rPr>
          <w:b/>
        </w:rPr>
        <w:t xml:space="preserve">[19:27] </w:t>
      </w:r>
      <w:r>
        <w:t>ko seen Khuda banana parega.</w:t>
      </w:r>
    </w:p>
    <w:p>
      <w:pPr>
        <w:jc w:val="right"/>
      </w:pPr>
      <w:r>
        <w:t>کو سین خدا بنانا پڑے گا۔</w:t>
      </w:r>
    </w:p>
    <w:p>
      <w:r>
        <w:rPr>
          <w:b/>
        </w:rPr>
        <w:t xml:space="preserve">[19:32] </w:t>
      </w:r>
      <w:r>
        <w:t>in discord god ko discover karna pare ga. tab</w:t>
      </w:r>
    </w:p>
    <w:p>
      <w:pPr>
        <w:jc w:val="right"/>
      </w:pPr>
      <w:r>
        <w:t>ان ڈسکورڈ گاڈ کو ڈسکور کرنا پڑے گا۔ تب</w:t>
      </w:r>
    </w:p>
    <w:p>
      <w:r>
        <w:rPr>
          <w:b/>
        </w:rPr>
        <w:t xml:space="preserve">[19:37] </w:t>
      </w:r>
      <w:r>
        <w:t>aap sachi ibadat kar sakte hain.</w:t>
      </w:r>
    </w:p>
    <w:p>
      <w:pPr>
        <w:jc w:val="right"/>
      </w:pPr>
      <w:r>
        <w:t>آپ سچی عبادت کر سکتے ہیں۔</w:t>
      </w:r>
    </w:p>
    <w:p>
      <w:r>
        <w:rPr>
          <w:b/>
        </w:rPr>
        <w:t xml:space="preserve">[19:43] </w:t>
      </w:r>
      <w:r>
        <w:t>sachi ibadat is tarah nahi hui ke aap ne kisi tarah wazu kiya, wazu kar ke khare ho</w:t>
      </w:r>
    </w:p>
    <w:p>
      <w:pPr>
        <w:jc w:val="right"/>
      </w:pPr>
      <w:r>
        <w:t>سچی عبادت اس طرح نہیں ہوئی کہ آپ نے کسی طرح وضو کیا، وضو کر کے کھڑے ہو</w:t>
      </w:r>
    </w:p>
    <w:p>
      <w:r>
        <w:rPr>
          <w:b/>
        </w:rPr>
        <w:t xml:space="preserve">[19:48] </w:t>
      </w:r>
      <w:r>
        <w:t>gaye aur imam ke peeche Allah Akbar ruku aur sajda kar rahe hain.</w:t>
      </w:r>
    </w:p>
    <w:p>
      <w:pPr>
        <w:jc w:val="right"/>
      </w:pPr>
      <w:r>
        <w:t>گئے اور امام کے پیچھے اللہ اکبر رکوع اور سجدہ کر رہے ہیں۔</w:t>
      </w:r>
    </w:p>
    <w:p>
      <w:r>
        <w:rPr>
          <w:b/>
        </w:rPr>
        <w:t xml:space="preserve">[19:53] </w:t>
      </w:r>
      <w:r>
        <w:t>is tarah se aap sachi ibadat nahi kar sakte.</w:t>
      </w:r>
    </w:p>
    <w:p>
      <w:pPr>
        <w:jc w:val="right"/>
      </w:pPr>
      <w:r>
        <w:t>اس طرح سے آپ سچی عبادت نہیں کر سکتے۔</w:t>
      </w:r>
    </w:p>
    <w:p>
      <w:r>
        <w:rPr>
          <w:b/>
        </w:rPr>
        <w:t xml:space="preserve">[19:58] </w:t>
      </w:r>
      <w:r>
        <w:t>sachi ibadat ka aik, yani aik pre ibadat period hai.</w:t>
      </w:r>
    </w:p>
    <w:p>
      <w:pPr>
        <w:jc w:val="right"/>
      </w:pPr>
      <w:r>
        <w:t>سچی عبادت کا ایک، یعنی ایک پری عبادت پیریڈ ہے۔</w:t>
      </w:r>
    </w:p>
    <w:p>
      <w:r>
        <w:rPr>
          <w:b/>
        </w:rPr>
        <w:t xml:space="preserve">[20:03] </w:t>
      </w:r>
      <w:r>
        <w:t>pre-ibadat period اور وہ کیا ہے؟ discovery.</w:t>
      </w:r>
    </w:p>
    <w:p>
      <w:pPr>
        <w:jc w:val="right"/>
      </w:pPr>
      <w:r>
        <w:t>پری عبادت پیریڈ اور وہ کیا ہے؟ ڈسکوری۔</w:t>
      </w:r>
    </w:p>
    <w:p>
      <w:r>
        <w:rPr>
          <w:b/>
        </w:rPr>
        <w:t xml:space="preserve">[20:08] </w:t>
      </w:r>
      <w:r>
        <w:t>discovery of god.</w:t>
      </w:r>
    </w:p>
    <w:p>
      <w:pPr>
        <w:jc w:val="right"/>
      </w:pPr>
      <w:r>
        <w:t>ڈسکوری آف گاڈ۔</w:t>
      </w:r>
    </w:p>
    <w:p>
      <w:r>
        <w:rPr>
          <w:b/>
        </w:rPr>
        <w:t xml:space="preserve">[20:12] </w:t>
      </w:r>
      <w:r>
        <w:t>discovery of god.</w:t>
      </w:r>
    </w:p>
    <w:p>
      <w:pPr>
        <w:jc w:val="right"/>
      </w:pPr>
      <w:r>
        <w:t>ڈسکوری آف گاڈ۔</w:t>
      </w:r>
    </w:p>
    <w:p>
      <w:r>
        <w:rPr>
          <w:b/>
        </w:rPr>
        <w:t xml:space="preserve">[20:16] </w:t>
      </w:r>
      <w:r>
        <w:t>making in seen seen.</w:t>
      </w:r>
    </w:p>
    <w:p>
      <w:pPr>
        <w:jc w:val="right"/>
      </w:pPr>
      <w:r>
        <w:t>میکنگ ان سین سین۔</w:t>
      </w:r>
    </w:p>
    <w:p>
      <w:r>
        <w:rPr>
          <w:b/>
        </w:rPr>
        <w:t xml:space="preserve">[20:20] </w:t>
      </w:r>
      <w:r>
        <w:t>jab aap ibadat se pehle Khuda ko discover kar chuke hote hain.</w:t>
      </w:r>
    </w:p>
    <w:p>
      <w:pPr>
        <w:jc w:val="right"/>
      </w:pPr>
      <w:r>
        <w:t>جب آپ عبادت سے پہلے خدا کو ڈسکور کر چکے ہوتے ہیں۔</w:t>
      </w:r>
    </w:p>
    <w:p>
      <w:r>
        <w:rPr>
          <w:b/>
        </w:rPr>
        <w:t xml:space="preserve">[20:24] </w:t>
      </w:r>
      <w:r>
        <w:t>jab in seen ko aap seen bana bana chuke hote hain.</w:t>
      </w:r>
    </w:p>
    <w:p>
      <w:pPr>
        <w:jc w:val="right"/>
      </w:pPr>
      <w:r>
        <w:t>جب ان سین کو آپ سین بنا بنا چکے ہوتے ہیں۔</w:t>
      </w:r>
    </w:p>
    <w:p>
      <w:r>
        <w:rPr>
          <w:b/>
        </w:rPr>
        <w:t xml:space="preserve">[20:27] </w:t>
      </w:r>
      <w:r>
        <w:t>tab ja kar aap ko sachi ibadat milti hai.</w:t>
      </w:r>
    </w:p>
    <w:p>
      <w:pPr>
        <w:jc w:val="right"/>
      </w:pPr>
      <w:r>
        <w:t>تب جا کر آپ کو سچی عبادت ملتی ہے۔</w:t>
      </w:r>
    </w:p>
    <w:p>
      <w:r>
        <w:rPr>
          <w:b/>
        </w:rPr>
        <w:t xml:space="preserve">[20:31] </w:t>
      </w:r>
      <w:r>
        <w:t>wo ibadat jis mein ke aap Khuda ko dekhne lagen.</w:t>
      </w:r>
    </w:p>
    <w:p>
      <w:pPr>
        <w:jc w:val="right"/>
      </w:pPr>
      <w:r>
        <w:t>وہ عبادت جس میں کہ آپ خدا کو دیکھنے لگے۔</w:t>
      </w:r>
    </w:p>
    <w:p>
      <w:r>
        <w:rPr>
          <w:b/>
        </w:rPr>
        <w:t xml:space="preserve">[20:35] </w:t>
      </w:r>
      <w:r>
        <w:t>to sab se bari bhool yeh hui hai</w:t>
      </w:r>
    </w:p>
    <w:p>
      <w:pPr>
        <w:jc w:val="right"/>
      </w:pPr>
      <w:r>
        <w:t>تو سب سے بڑی بھول یہ ہوئی ہے</w:t>
      </w:r>
    </w:p>
    <w:p>
      <w:r>
        <w:rPr>
          <w:b/>
        </w:rPr>
        <w:t xml:space="preserve">[20:39] </w:t>
      </w:r>
      <w:r>
        <w:t>hamare haan ke is haqeeqat ko log nahi samajhte ke pehle Khuda ki discovery karo is ke baad</w:t>
      </w:r>
    </w:p>
    <w:p>
      <w:pPr>
        <w:jc w:val="right"/>
      </w:pPr>
      <w:r>
        <w:t>ہمارے ہاں کہ اس حقیقت کو لوگ نہیں سمجھتے کہ پہلے خدا کی ڈسکوری کرو اس کے بعد</w:t>
      </w:r>
    </w:p>
    <w:p>
      <w:r>
        <w:rPr>
          <w:b/>
        </w:rPr>
        <w:t xml:space="preserve">[20:45] </w:t>
      </w:r>
      <w:r>
        <w:t>tum Khuda ki ibadat kar sakte ho.</w:t>
      </w:r>
    </w:p>
    <w:p>
      <w:pPr>
        <w:jc w:val="right"/>
      </w:pPr>
      <w:r>
        <w:t>تم خدا کی عبادت کر سکتے ہو۔</w:t>
      </w:r>
    </w:p>
    <w:p>
      <w:r>
        <w:rPr>
          <w:b/>
        </w:rPr>
        <w:t xml:space="preserve">[20:52] </w:t>
      </w:r>
      <w:r>
        <w:t>pehlay Khuda ki discovery karo phir tum Khuda ka kalma parh sakte ho.</w:t>
      </w:r>
    </w:p>
    <w:p>
      <w:pPr>
        <w:jc w:val="right"/>
      </w:pPr>
      <w:r>
        <w:t>پہلے خدا کی ڈسکوری کرو پھر تم خدا کا کلمہ پڑھ سکتے ہو۔</w:t>
      </w:r>
    </w:p>
    <w:p>
      <w:r>
        <w:rPr>
          <w:b/>
        </w:rPr>
        <w:t xml:space="preserve">[20:58] </w:t>
      </w:r>
      <w:r>
        <w:t>pehlay tum Khuda ki discovery karo is ke baad tum god oriented life bata sakte ho.</w:t>
      </w:r>
    </w:p>
    <w:p>
      <w:pPr>
        <w:jc w:val="right"/>
      </w:pPr>
      <w:r>
        <w:t>پہلے تم خدا کی ڈسکوری کرو اس کے بعد تم گاڈ اورینٹڈ لائف بتا سکتے ہو۔</w:t>
      </w:r>
    </w:p>
    <w:p>
      <w:r>
        <w:rPr>
          <w:b/>
        </w:rPr>
        <w:t xml:space="preserve">[21:04] </w:t>
      </w:r>
      <w:r>
        <w:t>to yeh hai</w:t>
      </w:r>
    </w:p>
    <w:p>
      <w:pPr>
        <w:jc w:val="right"/>
      </w:pPr>
      <w:r>
        <w:t>تو یہ ہے</w:t>
      </w:r>
    </w:p>
    <w:p>
      <w:r>
        <w:rPr>
          <w:b/>
        </w:rPr>
        <w:t xml:space="preserve">[21:11] </w:t>
      </w:r>
      <w:r>
        <w:t>kami.</w:t>
      </w:r>
    </w:p>
    <w:p>
      <w:pPr>
        <w:jc w:val="right"/>
      </w:pPr>
      <w:r>
        <w:t>کمی۔</w:t>
      </w:r>
    </w:p>
    <w:p>
      <w:r>
        <w:rPr>
          <w:b/>
        </w:rPr>
        <w:t xml:space="preserve">[21:16] </w:t>
      </w:r>
      <w:r>
        <w:t>phir aap dekhiye ke hamara jo culture hai, jo system hai sab ka sab hum ko aisi dose</w:t>
      </w:r>
    </w:p>
    <w:p>
      <w:pPr>
        <w:jc w:val="right"/>
      </w:pPr>
      <w:r>
        <w:t>پھر آپ دیکھئے کہ ہمارا جو کلچر ہے، جو سسٹم ہے سب کا سب ہم کو ایسی ڈوز</w:t>
      </w:r>
    </w:p>
    <w:p>
      <w:r>
        <w:rPr>
          <w:b/>
        </w:rPr>
        <w:t xml:space="preserve">[21:21] </w:t>
      </w:r>
      <w:r>
        <w:t>de raha hai jo Khuda ko bholane wala hai.</w:t>
      </w:r>
    </w:p>
    <w:p>
      <w:pPr>
        <w:jc w:val="right"/>
      </w:pPr>
      <w:r>
        <w:t>دے رہا ہے جو خدا کو بھلانے والا ہے۔</w:t>
      </w:r>
    </w:p>
    <w:p>
      <w:r>
        <w:rPr>
          <w:b/>
        </w:rPr>
        <w:t xml:space="preserve">[21:26] </w:t>
      </w:r>
      <w:r>
        <w:t>aap material culture ko dekhiye.</w:t>
      </w:r>
    </w:p>
    <w:p>
      <w:pPr>
        <w:jc w:val="right"/>
      </w:pPr>
      <w:r>
        <w:t>آپ مٹیریل کلچر کو دیکھئے۔</w:t>
      </w:r>
    </w:p>
    <w:p>
      <w:r>
        <w:rPr>
          <w:b/>
        </w:rPr>
        <w:t xml:space="preserve">[21:31] </w:t>
      </w:r>
      <w:r>
        <w:t>material culture kya hai? wo har cheez mein is tarah se, har cheez ko is tarah, is tarah</w:t>
      </w:r>
    </w:p>
    <w:p>
      <w:pPr>
        <w:jc w:val="right"/>
      </w:pPr>
      <w:r>
        <w:t>مٹیریل کلچر کیا ہے؟ وہ ہر چیز میں اس طرح سے، ہر چیز کو اس طرح، اس طرح</w:t>
      </w:r>
    </w:p>
    <w:p>
      <w:r>
        <w:rPr>
          <w:b/>
        </w:rPr>
        <w:t xml:space="preserve">[21:36] </w:t>
      </w:r>
      <w:r>
        <w:t>se samne lata hai ke wo Khuda</w:t>
      </w:r>
    </w:p>
    <w:p>
      <w:pPr>
        <w:jc w:val="right"/>
      </w:pPr>
      <w:r>
        <w:t>سے سامنے لاتا ہے کہ وہ خدا</w:t>
      </w:r>
    </w:p>
    <w:p>
      <w:r>
        <w:rPr>
          <w:b/>
        </w:rPr>
        <w:t xml:space="preserve">[21:41] </w:t>
      </w:r>
      <w:r>
        <w:t>is mein hadaf ho chuka ho.</w:t>
      </w:r>
    </w:p>
    <w:p>
      <w:pPr>
        <w:jc w:val="right"/>
      </w:pPr>
      <w:r>
        <w:t>اس میں ہدف ہو چکا ہو۔</w:t>
      </w:r>
    </w:p>
    <w:p>
      <w:r>
        <w:rPr>
          <w:b/>
        </w:rPr>
        <w:t xml:space="preserve">[21:48] </w:t>
      </w:r>
      <w:r>
        <w:t>jaise science jo hai, science batati hai ke ke aur kaise steel ban gaya.</w:t>
      </w:r>
    </w:p>
    <w:p>
      <w:pPr>
        <w:jc w:val="right"/>
      </w:pPr>
      <w:r>
        <w:t>جیسے سائنس جو ہے، سائنس بتاتی ہے کہ کہ اور کیسے اسٹیل بن گیا۔</w:t>
      </w:r>
    </w:p>
    <w:p>
      <w:r>
        <w:rPr>
          <w:b/>
        </w:rPr>
        <w:t xml:space="preserve">[21:56] </w:t>
      </w:r>
      <w:r>
        <w:t>mukhtalif qism ke mirror aur chemical kaise machine ban gaye.</w:t>
      </w:r>
    </w:p>
    <w:p>
      <w:pPr>
        <w:jc w:val="right"/>
      </w:pPr>
      <w:r>
        <w:t>مختلف قسم کے مررل اور کیمیکل کیسے مشین بن گئے۔</w:t>
      </w:r>
    </w:p>
    <w:p>
      <w:r>
        <w:rPr>
          <w:b/>
        </w:rPr>
        <w:t xml:space="preserve">[22:04] </w:t>
      </w:r>
      <w:r>
        <w:t>lekin kis ne woh cheez banai jis ko hum convert kar ke machine banate hain? woh hadaf hai.</w:t>
      </w:r>
    </w:p>
    <w:p>
      <w:pPr>
        <w:jc w:val="right"/>
      </w:pPr>
      <w:r>
        <w:t>لیکن کس نے وہ چیز بنائی جس کو ہم کنورٹ کر کے مشین بناتے ہیں؟ وہ ہدف ہے۔</w:t>
      </w:r>
    </w:p>
    <w:p>
      <w:r>
        <w:rPr>
          <w:b/>
        </w:rPr>
        <w:t xml:space="preserve">[22:11] </w:t>
      </w:r>
      <w:r>
        <w:t>yani creator ko hadaf kar ke, creator ko alag kar ke nature ka ki study karna.</w:t>
      </w:r>
    </w:p>
    <w:p>
      <w:pPr>
        <w:jc w:val="right"/>
      </w:pPr>
      <w:r>
        <w:t>یعنی کریٹر کو ہدف کر کے، کریٹر کو الگ کر کے نیچر کا کی اسٹڈی کرنا۔</w:t>
      </w:r>
    </w:p>
    <w:p>
      <w:r>
        <w:rPr>
          <w:b/>
        </w:rPr>
        <w:t xml:space="preserve">[22:17] </w:t>
      </w:r>
      <w:r>
        <w:t>yeh hai science.</w:t>
      </w:r>
    </w:p>
    <w:p>
      <w:pPr>
        <w:jc w:val="right"/>
      </w:pPr>
      <w:r>
        <w:t>یہ ہے سائنس۔</w:t>
      </w:r>
    </w:p>
    <w:p>
      <w:r>
        <w:rPr>
          <w:b/>
        </w:rPr>
        <w:t xml:space="preserve">[22:23] </w:t>
      </w:r>
      <w:r>
        <w:t>creator, creator ko alag kar ke nature ki study karna.</w:t>
      </w:r>
    </w:p>
    <w:p>
      <w:pPr>
        <w:jc w:val="right"/>
      </w:pPr>
      <w:r>
        <w:t>کریٹر، کریٹر کو الگ کر کے نیچر کی اسٹڈی کرنا۔</w:t>
      </w:r>
    </w:p>
    <w:p>
      <w:r>
        <w:rPr>
          <w:b/>
        </w:rPr>
        <w:t xml:space="preserve">[22:29] </w:t>
      </w:r>
      <w:r>
        <w:t>to aadmi unconsciously samajhta hai ke bas jo nature hai wohi sab kuch hai.</w:t>
      </w:r>
    </w:p>
    <w:p>
      <w:pPr>
        <w:jc w:val="right"/>
      </w:pPr>
      <w:r>
        <w:t>تو آدمی انکاشسلی سمجھتا ہے کہ بس جو نیچر ہے وہی سب کچھ ہے۔</w:t>
      </w:r>
    </w:p>
    <w:p>
      <w:r>
        <w:rPr>
          <w:b/>
        </w:rPr>
        <w:t xml:space="preserve">[22:35] </w:t>
      </w:r>
      <w:r>
        <w:t>aur is ke aage kuch bhi nahi hai. kon</w:t>
      </w:r>
    </w:p>
    <w:p>
      <w:pPr>
        <w:jc w:val="right"/>
      </w:pPr>
      <w:r>
        <w:t>اور اس کے آگے کچھ بھی نہیں ہے۔ کن</w:t>
      </w:r>
    </w:p>
    <w:p>
      <w:r>
        <w:rPr>
          <w:b/>
        </w:rPr>
        <w:t xml:space="preserve">[22:42] </w:t>
      </w:r>
      <w:r>
        <w:t>sumer, aap jante hain ke aaj consumers bahut zyada hain. Consumer culture har taraf phaila hua hai. To woh kya hai? Aap ko cheezein dikhayi deti hain. Lekin cheezon ka jo banane wala hai woh dikhayi nahi deta. To aap cheezon ko istemal karte hain baghair yeh soche hue ke is ka banane wala</w:t>
      </w:r>
    </w:p>
    <w:p>
      <w:pPr>
        <w:jc w:val="right"/>
      </w:pPr>
      <w:r>
        <w:t>زیومر، آپ جانتے ہیں کہ آج کنزیومرز بہت زیادہ ہیں۔ کنزیومر کلچر ہر طرف پھیلا ہوا ہے۔ تو وہ کیا ہے؟ آپ کو چیزیں دکھائی دیتی ہیں۔ لیکن چیزوں کا جو بنانے والا ہے وہ دکھائی نہیں دیتا۔ تو آپ چیزوں کو استعمال کرتے ہیں بغیر یہ سوچے ہوئے کہ اس کا بنانے والا</w:t>
      </w:r>
    </w:p>
    <w:p>
      <w:r>
        <w:rPr>
          <w:b/>
        </w:rPr>
        <w:t xml:space="preserve">[23:12] </w:t>
      </w:r>
      <w:r>
        <w:t>khuda hai.</w:t>
      </w:r>
    </w:p>
    <w:p>
      <w:pPr>
        <w:jc w:val="right"/>
      </w:pPr>
      <w:r>
        <w:t>خدا ہے۔</w:t>
      </w:r>
    </w:p>
    <w:p>
      <w:r>
        <w:rPr>
          <w:b/>
        </w:rPr>
        <w:t xml:space="preserve">[23:18] </w:t>
      </w:r>
      <w:r>
        <w:t>to poora consumer culture, poora modern knowledge woh ek tarah ka bhula hua culture hai.</w:t>
      </w:r>
    </w:p>
    <w:p>
      <w:pPr>
        <w:jc w:val="right"/>
      </w:pPr>
      <w:r>
        <w:t>تو پورا کنزیومر کلچر، پورا ماڈرن نالج وہ ایک طرح کا بھلا ہوا کلچر ہے۔</w:t>
      </w:r>
    </w:p>
    <w:p>
      <w:r>
        <w:rPr>
          <w:b/>
        </w:rPr>
        <w:t xml:space="preserve">[23:24] </w:t>
      </w:r>
      <w:r>
        <w:t>yani khuda ko minus kar ke cheezon ko ki study karna.</w:t>
      </w:r>
    </w:p>
    <w:p>
      <w:pPr>
        <w:jc w:val="right"/>
      </w:pPr>
      <w:r>
        <w:t>یعنی خدا کو مائنس کر کے چیزوں کو کی اسٹڈی کرنا۔</w:t>
      </w:r>
    </w:p>
    <w:p>
      <w:r>
        <w:rPr>
          <w:b/>
        </w:rPr>
        <w:t xml:space="preserve">[23:30] </w:t>
      </w:r>
      <w:r>
        <w:t>isi liye in ka formula kya hai? in ka formula simply yeh hai ke eat, drink and be merry.</w:t>
      </w:r>
    </w:p>
    <w:p>
      <w:pPr>
        <w:jc w:val="right"/>
      </w:pPr>
      <w:r>
        <w:t>اسی لیے ان کا فارمولا کیا ہے؟ ان کا فارمولا سمپلی یہ ہے کہ ایٹ، ڈرنک اینڈ بی میری۔</w:t>
      </w:r>
    </w:p>
    <w:p>
      <w:r>
        <w:rPr>
          <w:b/>
        </w:rPr>
        <w:t xml:space="preserve">[23:36] </w:t>
      </w:r>
      <w:r>
        <w:t>khao pio aur khush raho.</w:t>
      </w:r>
    </w:p>
    <w:p>
      <w:pPr>
        <w:jc w:val="right"/>
      </w:pPr>
      <w:r>
        <w:t>کھاؤ پیو اور خوش رہو۔</w:t>
      </w:r>
    </w:p>
    <w:p>
      <w:r>
        <w:rPr>
          <w:b/>
        </w:rPr>
        <w:t xml:space="preserve">[23:42] </w:t>
      </w:r>
      <w:r>
        <w:t>formula mein yeh shamil hi nahi hai ke khao pio aur khuda ka shukar ada karo.</w:t>
      </w:r>
    </w:p>
    <w:p>
      <w:pPr>
        <w:jc w:val="right"/>
      </w:pPr>
      <w:r>
        <w:t>فارمولے میں یہ شامل ہی نہیں ہے کہ کھاؤ پیو اور خدا کا شکر ادا کرو۔</w:t>
      </w:r>
    </w:p>
    <w:p>
      <w:r>
        <w:rPr>
          <w:b/>
        </w:rPr>
        <w:t xml:space="preserve">[23:47] </w:t>
      </w:r>
      <w:r>
        <w:t>yani khao pio aur khuda ka shukar ada karo yeh formula ka point nahi hai.</w:t>
      </w:r>
    </w:p>
    <w:p>
      <w:pPr>
        <w:jc w:val="right"/>
      </w:pPr>
      <w:r>
        <w:t>یعنی کھاؤ پیو اور خدا کا شکر ادا کرو یہ فارمولے کا پوائنٹ نہیں ہے۔</w:t>
      </w:r>
    </w:p>
    <w:p>
      <w:r>
        <w:rPr>
          <w:b/>
        </w:rPr>
        <w:t xml:space="preserve">[23:51] </w:t>
      </w:r>
      <w:r>
        <w:t>khao pio aur aur hawa karo.</w:t>
      </w:r>
    </w:p>
    <w:p>
      <w:pPr>
        <w:jc w:val="right"/>
      </w:pPr>
      <w:r>
        <w:t>کھاؤ پیو اور اور ہوا کرو۔</w:t>
      </w:r>
    </w:p>
    <w:p>
      <w:r>
        <w:rPr>
          <w:b/>
        </w:rPr>
        <w:t xml:space="preserve">[23:55] </w:t>
      </w:r>
      <w:r>
        <w:t>khao pio aur gasp karo.</w:t>
      </w:r>
    </w:p>
    <w:p>
      <w:pPr>
        <w:jc w:val="right"/>
      </w:pPr>
      <w:r>
        <w:t>کھاؤ پیو اور گاسپ کرو۔</w:t>
      </w:r>
    </w:p>
    <w:p>
      <w:r>
        <w:rPr>
          <w:b/>
        </w:rPr>
        <w:t xml:space="preserve">[24:00] </w:t>
      </w:r>
      <w:r>
        <w:t>khao pio aur entertain karo.</w:t>
      </w:r>
    </w:p>
    <w:p>
      <w:pPr>
        <w:jc w:val="right"/>
      </w:pPr>
      <w:r>
        <w:t>کھاؤ پیو اور انٹرٹین کرو۔</w:t>
      </w:r>
    </w:p>
    <w:p>
      <w:r>
        <w:rPr>
          <w:b/>
        </w:rPr>
        <w:t xml:space="preserve">[24:04] </w:t>
      </w:r>
      <w:r>
        <w:t>khao pio aur magan raho.</w:t>
      </w:r>
    </w:p>
    <w:p>
      <w:pPr>
        <w:jc w:val="right"/>
      </w:pPr>
      <w:r>
        <w:t>کھاؤ پیو اور مگن رہو۔</w:t>
      </w:r>
    </w:p>
    <w:p>
      <w:r>
        <w:rPr>
          <w:b/>
        </w:rPr>
        <w:t xml:space="preserve">[24:08] </w:t>
      </w:r>
      <w:r>
        <w:t>yani khao pio mein yeh hona chahiye khao pio aur khuda ka shukar ada karo.</w:t>
      </w:r>
    </w:p>
    <w:p>
      <w:pPr>
        <w:jc w:val="right"/>
      </w:pPr>
      <w:r>
        <w:t>یعنی کھاؤ پیو میں یہ ہونا چاہیے کھاؤ پیو اور خدا کا شکر ادا کرو۔</w:t>
      </w:r>
    </w:p>
    <w:p>
      <w:r>
        <w:rPr>
          <w:b/>
        </w:rPr>
        <w:t xml:space="preserve">[24:13] </w:t>
      </w:r>
      <w:r>
        <w:t>to poora material culture jo hai woh god ko hadaf ki hui hai.</w:t>
      </w:r>
    </w:p>
    <w:p>
      <w:pPr>
        <w:jc w:val="right"/>
      </w:pPr>
      <w:r>
        <w:t>تو پورا مٹیریل کلچر جو ہے وہ گاڈ کو ہدف کی ہوئی ہے۔</w:t>
      </w:r>
    </w:p>
    <w:p>
      <w:r>
        <w:rPr>
          <w:b/>
        </w:rPr>
        <w:t xml:space="preserve">[24:17] </w:t>
      </w:r>
      <w:r>
        <w:t>god ko alag ki hui hai.</w:t>
      </w:r>
    </w:p>
    <w:p>
      <w:pPr>
        <w:jc w:val="right"/>
      </w:pPr>
      <w:r>
        <w:t>گاڈ کو الگ کی ہوئی ہے۔</w:t>
      </w:r>
    </w:p>
    <w:p>
      <w:r>
        <w:rPr>
          <w:b/>
        </w:rPr>
        <w:t xml:space="preserve">[24:21] </w:t>
      </w:r>
      <w:r>
        <w:t>god ko alag kar ke sara is ka, sari activities jo hain woh god ko alag kar ke</w:t>
      </w:r>
    </w:p>
    <w:p>
      <w:pPr>
        <w:jc w:val="right"/>
      </w:pPr>
      <w:r>
        <w:t>گاڈ کو الگ کر کے سارا اس کا، ساری ایکٹیویٹیز جو ہیں وہ گاڈ کو الگ کر کے</w:t>
      </w:r>
    </w:p>
    <w:p>
      <w:r>
        <w:rPr>
          <w:b/>
        </w:rPr>
        <w:t xml:space="preserve">[24:26] </w:t>
      </w:r>
      <w:r>
        <w:t>ho rahi hain.</w:t>
      </w:r>
    </w:p>
    <w:p>
      <w:pPr>
        <w:jc w:val="right"/>
      </w:pPr>
      <w:r>
        <w:t>ہو رہی ہیں۔</w:t>
      </w:r>
    </w:p>
    <w:p>
      <w:r>
        <w:rPr>
          <w:b/>
        </w:rPr>
        <w:t xml:space="preserve">[24:30] </w:t>
      </w:r>
      <w:r>
        <w:t>ab mazhab par aaiye.</w:t>
      </w:r>
    </w:p>
    <w:p>
      <w:pPr>
        <w:jc w:val="right"/>
      </w:pPr>
      <w:r>
        <w:t>اب مذہب پر آئیے۔</w:t>
      </w:r>
    </w:p>
    <w:p>
      <w:r>
        <w:rPr>
          <w:b/>
        </w:rPr>
        <w:t xml:space="preserve">[24:34] </w:t>
      </w:r>
      <w:r>
        <w:t>mazhab mein bhi bohat bara problem hai.</w:t>
      </w:r>
    </w:p>
    <w:p>
      <w:pPr>
        <w:jc w:val="right"/>
      </w:pPr>
      <w:r>
        <w:t>مذہب میں بھی بہت بڑا پرابلم ہے۔</w:t>
      </w:r>
    </w:p>
    <w:p>
      <w:r>
        <w:rPr>
          <w:b/>
        </w:rPr>
        <w:t xml:space="preserve">[24:39] </w:t>
      </w:r>
      <w:r>
        <w:t>jitne bhi prevalent mazhab hain, har mazhab mein kya hai?</w:t>
      </w:r>
    </w:p>
    <w:p>
      <w:pPr>
        <w:jc w:val="right"/>
      </w:pPr>
      <w:r>
        <w:t>جتنے بھی پریولینٹ مذہب ہیں، ہر مذہب میں کیا ہے؟</w:t>
      </w:r>
    </w:p>
    <w:p>
      <w:r>
        <w:rPr>
          <w:b/>
        </w:rPr>
        <w:t xml:space="preserve">[24:43] </w:t>
      </w:r>
      <w:r>
        <w:t>har mazhab mein wohi cheez alag kar di gayi hai.</w:t>
      </w:r>
    </w:p>
    <w:p>
      <w:pPr>
        <w:jc w:val="right"/>
      </w:pPr>
      <w:r>
        <w:t>ہر مذہب میں وہی چیز الگ کر دی گئی ہے۔</w:t>
      </w:r>
    </w:p>
    <w:p>
      <w:r>
        <w:rPr>
          <w:b/>
        </w:rPr>
        <w:t xml:space="preserve">[24:48] </w:t>
      </w:r>
      <w:r>
        <w:t>jo Khuda ko yaad dilaye.</w:t>
      </w:r>
    </w:p>
    <w:p>
      <w:pPr>
        <w:jc w:val="right"/>
      </w:pPr>
      <w:r>
        <w:t>جو خدا کو یاد دلائے۔</w:t>
      </w:r>
    </w:p>
    <w:p>
      <w:r>
        <w:rPr>
          <w:b/>
        </w:rPr>
        <w:t xml:space="preserve">[24:52] </w:t>
      </w:r>
      <w:r>
        <w:t>jo Khuda ka darr paida kare.</w:t>
      </w:r>
    </w:p>
    <w:p>
      <w:pPr>
        <w:jc w:val="right"/>
      </w:pPr>
      <w:r>
        <w:t>جو خدا کا ڈر پیدا کرے۔</w:t>
      </w:r>
    </w:p>
    <w:p>
      <w:r>
        <w:rPr>
          <w:b/>
        </w:rPr>
        <w:t xml:space="preserve">[24:56] </w:t>
      </w:r>
      <w:r>
        <w:t>jo Khuda se talluq barhaye.</w:t>
      </w:r>
    </w:p>
    <w:p>
      <w:pPr>
        <w:jc w:val="right"/>
      </w:pPr>
      <w:r>
        <w:t>جو خدا سے تعلق بڑھائے۔</w:t>
      </w:r>
    </w:p>
    <w:p>
      <w:r>
        <w:rPr>
          <w:b/>
        </w:rPr>
        <w:t xml:space="preserve">[25:01] </w:t>
      </w:r>
      <w:r>
        <w:t>jaise aap dekhiye jo Aryan religions hain un mein kya hai? un ke, un ke andar karam ki theory hai.</w:t>
      </w:r>
    </w:p>
    <w:p>
      <w:pPr>
        <w:jc w:val="right"/>
      </w:pPr>
      <w:r>
        <w:t>جیسے آپ دیکھئے جو آرین ریلیجنز ہیں ان میں کیا ہے؟ ان کے، ان کے اندر کرم کی تھیوری ہے۔</w:t>
      </w:r>
    </w:p>
    <w:p>
      <w:r>
        <w:rPr>
          <w:b/>
        </w:rPr>
        <w:t xml:space="preserve">[25:05] </w:t>
      </w:r>
      <w:r>
        <w:t>ke aadmi aaj ke karam ka phal agle janam mein bhukta hai.</w:t>
      </w:r>
    </w:p>
    <w:p>
      <w:pPr>
        <w:jc w:val="right"/>
      </w:pPr>
      <w:r>
        <w:t>کہ آدمی آج کے کرم کا پھل اگلے جنم میں بھوکتا ہے۔</w:t>
      </w:r>
    </w:p>
    <w:p>
      <w:r>
        <w:rPr>
          <w:b/>
        </w:rPr>
        <w:t xml:space="preserve">[25:10] </w:t>
      </w:r>
      <w:r>
        <w:t>aaj acha karega to agle janam mein woh</w:t>
      </w:r>
    </w:p>
    <w:p>
      <w:pPr>
        <w:jc w:val="right"/>
      </w:pPr>
      <w:r>
        <w:t>آج اچھا کرے گا تو اگلے جنم میں وہ</w:t>
      </w:r>
    </w:p>
    <w:p>
      <w:r>
        <w:rPr>
          <w:b/>
        </w:rPr>
        <w:t xml:space="preserve">[25:14] </w:t>
      </w:r>
      <w:r>
        <w:t>aik acha, healthy insan paida hoga.</w:t>
      </w:r>
    </w:p>
    <w:p>
      <w:pPr>
        <w:jc w:val="right"/>
      </w:pPr>
      <w:r>
        <w:t>ایک اچھا، ہیلتھی انسان پیدا ہوگا۔</w:t>
      </w:r>
    </w:p>
    <w:p>
      <w:r>
        <w:rPr>
          <w:b/>
        </w:rPr>
        <w:t xml:space="preserve">[25:19] </w:t>
      </w:r>
      <w:r>
        <w:t>aaj bura karega to agle janam mein woh gadha paida hoga.</w:t>
      </w:r>
    </w:p>
    <w:p>
      <w:pPr>
        <w:jc w:val="right"/>
      </w:pPr>
      <w:r>
        <w:t>آج برا کرے گا تو اگلے جنم میں وہ گدھا پیدا ہوگا۔</w:t>
      </w:r>
    </w:p>
    <w:p>
      <w:r>
        <w:rPr>
          <w:b/>
        </w:rPr>
        <w:t xml:space="preserve">[25:23] </w:t>
      </w:r>
      <w:r>
        <w:t>lekin yeh kya hai? yeh to pure philosophy hai.</w:t>
      </w:r>
    </w:p>
    <w:p>
      <w:pPr>
        <w:jc w:val="right"/>
      </w:pPr>
      <w:r>
        <w:t>لیکن یہ کیا ہے؟ یہ تو پیور فلاسفی ہے۔</w:t>
      </w:r>
    </w:p>
    <w:p>
      <w:r>
        <w:rPr>
          <w:b/>
        </w:rPr>
        <w:t xml:space="preserve">[25:27] </w:t>
      </w:r>
      <w:r>
        <w:t>pure philosophy hai.</w:t>
      </w:r>
    </w:p>
    <w:p>
      <w:pPr>
        <w:jc w:val="right"/>
      </w:pPr>
      <w:r>
        <w:t>پیور فلاسفی ہے۔</w:t>
      </w:r>
    </w:p>
    <w:p>
      <w:r>
        <w:rPr>
          <w:b/>
        </w:rPr>
        <w:t xml:space="preserve">[25:31] </w:t>
      </w:r>
      <w:r>
        <w:t>yani mein agar in healthy aaj hoon to mujhe yaad nahi ke maine kabhi koi ghalti ki thi.</w:t>
      </w:r>
    </w:p>
    <w:p>
      <w:pPr>
        <w:jc w:val="right"/>
      </w:pPr>
      <w:r>
        <w:t>یعنی میں اگر ان ہیلتھی آج ہوں تو مجھے یاد نہیں کہ میں نے کبھی کوئی غلطی کی تھی۔</w:t>
      </w:r>
    </w:p>
    <w:p>
      <w:r>
        <w:rPr>
          <w:b/>
        </w:rPr>
        <w:t xml:space="preserve">[25:36] </w:t>
      </w:r>
      <w:r>
        <w:t>to mujhe darr kis ka? jab mere mind mein yeh baat na ho ke maine falan ghalti</w:t>
      </w:r>
    </w:p>
    <w:p>
      <w:pPr>
        <w:jc w:val="right"/>
      </w:pPr>
      <w:r>
        <w:t>تو مجھے ڈر کس کا؟ جب میرے مائنڈ میں یہ بات نہ ہو کہ میں نے فلاں غلطی</w:t>
      </w:r>
    </w:p>
    <w:p>
      <w:r>
        <w:rPr>
          <w:b/>
        </w:rPr>
        <w:t xml:space="preserve">[25:40] </w:t>
      </w:r>
      <w:r>
        <w:t>ki thi is ka mein bhook bhook raha hoon to mujhe darr kis baat ka rahega?</w:t>
      </w:r>
    </w:p>
    <w:p>
      <w:pPr>
        <w:jc w:val="right"/>
      </w:pPr>
      <w:r>
        <w:t>کی تھی اس کا میں بھوک بھوک رہا ہوں تو مجھے ڈر کس بات کا رہے گا؟</w:t>
      </w:r>
    </w:p>
    <w:p>
      <w:r>
        <w:rPr>
          <w:b/>
        </w:rPr>
        <w:t xml:space="preserve">[25:44] </w:t>
      </w:r>
      <w:r>
        <w:t>jab mere conscious mind mein woh hai hi nahi to darne ki koi baat hi nahi hai. to aisa, aisi theory hona chahiye jo aap ko daraye. aur yahan par hai ke completely mein is se unaware hoon. ke mein kis baat ka reward pa raha hoon? kis baat ka punishment mujhe diya ja raha hai? kuch bhi mujhe khabar nahi hai. yeh to pure philosophy hai. hamein</w:t>
      </w:r>
    </w:p>
    <w:p>
      <w:pPr>
        <w:jc w:val="right"/>
      </w:pPr>
      <w:r>
        <w:t>جب میرے کانشس مائنڈ میں وہ ہے ہی نہیں تو ڈرنے کی کوئی بات ہی نہیں ہے۔ تو ایسا، ایسی تھیوری ہونا چاہیے جو آپ کو ڈرائے۔ اور یہاں پر ہے کہ کمپلیٹلی میں اس سے ان اویئر ہوں۔ کہ میں کس بات کا ریوارڈ پا رہا ہوں؟ کس بات کا پریشمنٹ مجھے دیا جا رہا ہے؟ کچھ بھی مجھے خبر نہیں ہے۔ یہ تو پیور فلاسفی ہے۔ ہمیں</w:t>
      </w:r>
    </w:p>
    <w:p>
      <w:r>
        <w:rPr>
          <w:b/>
        </w:rPr>
        <w:t xml:space="preserve">[26:14] </w:t>
      </w:r>
      <w:r>
        <w:t>ek real philosophy chahiye. jab tak real philosophy na ho, jaise aap dekhiye aaj kal hamare samaj mein itne crime hain, itne crime hain, itne crime kyun hain? is aadmi ke andar yeh dar nahi hai ke mujhe punishment diya jayega. woh khoob janta hai ke mein hazar tarike se bach jaunga. police ko paisa de kar ke, ek ache wakeel ko hire kar ke, aur FIR</w:t>
      </w:r>
    </w:p>
    <w:p>
      <w:pPr>
        <w:jc w:val="right"/>
      </w:pPr>
      <w:r>
        <w:t>ایک ریل فلاسفی چاہیے۔ جب تک ریل فلاسفی نہ ہو، جیسے آپ دیکھئے آج کل ہمارے سماج میں اتنے کرائم ہیں، اتنے کرائم ہیں، اتنے کرائم کیوں ہیں؟ اس آدمی کے اندر یہ ڈر نہیں ہے کہ مجھے پریشمنٹ دیا جائے گا۔ وہ خوب جانتا ہے کہ میں ہزار طریقے سے بچ جاؤں گا۔ پولیس کو پیسہ دے کر کے، ایک اچھے وکیل کو ہائر کر کے، اور ایف آئی</w:t>
      </w:r>
    </w:p>
    <w:p>
      <w:r>
        <w:rPr>
          <w:b/>
        </w:rPr>
        <w:t xml:space="preserve">[26:44] </w:t>
      </w:r>
      <w:r>
        <w:t>ar ko bigad kar ke, papers, ghalt paper pesh kar ke, yani hazar tarike se bach sakta hoon mein.</w:t>
      </w:r>
    </w:p>
    <w:p>
      <w:pPr>
        <w:jc w:val="right"/>
      </w:pPr>
      <w:r>
        <w:t>آر کو بگاڑ کر کے، پیپرز، غلط پیپر پیش کر کے، یعنی ہزار طریقے سے بچ سکتا ہوں میں۔</w:t>
      </w:r>
    </w:p>
    <w:p>
      <w:r>
        <w:rPr>
          <w:b/>
        </w:rPr>
        <w:t xml:space="preserve">[26:51] </w:t>
      </w:r>
      <w:r>
        <w:t>to in ko koi darr hi nahi hai.</w:t>
      </w:r>
    </w:p>
    <w:p>
      <w:pPr>
        <w:jc w:val="right"/>
      </w:pPr>
      <w:r>
        <w:t>تو ان کو کوئی ڈر ہی نہیں ہے۔</w:t>
      </w:r>
    </w:p>
    <w:p>
      <w:r>
        <w:rPr>
          <w:b/>
        </w:rPr>
        <w:t xml:space="preserve">[26:57] </w:t>
      </w:r>
      <w:r>
        <w:t>اگر ان کو یہ ہو کہ میرے، یعنی میں بچ نہیں سکتا punishment سے تو ہر آدمی alert ہو جائے۔</w:t>
      </w:r>
    </w:p>
    <w:p>
      <w:pPr>
        <w:jc w:val="right"/>
      </w:pPr>
      <w:r>
        <w:t>اگر ان کو یہ ہو کہ میرے، یعنی میں بچ نہیں سکتا پریشمنٹ سے تو ہر آدمی الرٹ ہو جائے۔</w:t>
      </w:r>
    </w:p>
    <w:p>
      <w:r>
        <w:rPr>
          <w:b/>
        </w:rPr>
        <w:t xml:space="preserve">[27:03] </w:t>
      </w:r>
      <w:r>
        <w:t>jaise Singapore mein aap jayein, Singapore mein woh sab crime nahi jo aap India mein dekhte hain.</w:t>
      </w:r>
    </w:p>
    <w:p>
      <w:pPr>
        <w:jc w:val="right"/>
      </w:pPr>
      <w:r>
        <w:t>جیسے سنگاپور میں آپ جائیں، سنگاپور میں وہ سب کرائم نہیں جو آپ انڈیا میں دیکھتے ہیں۔</w:t>
      </w:r>
    </w:p>
    <w:p>
      <w:r>
        <w:rPr>
          <w:b/>
        </w:rPr>
        <w:t xml:space="preserve">[27:09] </w:t>
      </w:r>
      <w:r>
        <w:t>تو وہاں ہر آدمی جانتا ہے کہ میں بچ نہیں سکتا punishment سے۔</w:t>
      </w:r>
    </w:p>
    <w:p>
      <w:pPr>
        <w:jc w:val="right"/>
      </w:pPr>
      <w:r>
        <w:t>تو وہاں ہر آدمی جانتا ہے کہ میں بچ نہیں سکتا پریشمنٹ سے۔</w:t>
      </w:r>
    </w:p>
    <w:p>
      <w:r>
        <w:rPr>
          <w:b/>
        </w:rPr>
        <w:t xml:space="preserve">[27:15] </w:t>
      </w:r>
      <w:r>
        <w:t>mein bach nahi sakta.</w:t>
      </w:r>
    </w:p>
    <w:p>
      <w:pPr>
        <w:jc w:val="right"/>
      </w:pPr>
      <w:r>
        <w:t>میں بچ نہیں سکتا۔</w:t>
      </w:r>
    </w:p>
    <w:p>
      <w:r>
        <w:rPr>
          <w:b/>
        </w:rPr>
        <w:t xml:space="preserve">[27:20] </w:t>
      </w:r>
      <w:r>
        <w:t>wahan darr hai, darr punishment diya jata hai, wahin ka wohi.</w:t>
      </w:r>
    </w:p>
    <w:p>
      <w:pPr>
        <w:jc w:val="right"/>
      </w:pPr>
      <w:r>
        <w:t>وہاں ڈر ہے، ڈر پریشمنٹ دیا جاتا ہے، وہیں کا وہیں۔</w:t>
      </w:r>
    </w:p>
    <w:p>
      <w:r>
        <w:rPr>
          <w:b/>
        </w:rPr>
        <w:t xml:space="preserve">[27:24] </w:t>
      </w:r>
      <w:r>
        <w:t>to har aadmi alert rehta hai.</w:t>
      </w:r>
    </w:p>
    <w:p>
      <w:pPr>
        <w:jc w:val="right"/>
      </w:pPr>
      <w:r>
        <w:t>تو ہر آدمی الرٹ رہتا ہے۔</w:t>
      </w:r>
    </w:p>
    <w:p>
      <w:r>
        <w:rPr>
          <w:b/>
        </w:rPr>
        <w:t xml:space="preserve">[27:28] </w:t>
      </w:r>
      <w:r>
        <w:t>hamare haan kya hai? har aadmi jo hai, yani crime se bhara hua hai hamara samaj.</w:t>
      </w:r>
    </w:p>
    <w:p>
      <w:pPr>
        <w:jc w:val="right"/>
      </w:pPr>
      <w:r>
        <w:t>ہمارے ہاں کیا ہے؟ ہر آدمی جو ہے، یعنی کرائم سے بھرا ہوا ہے ہمارا سماج۔</w:t>
      </w:r>
    </w:p>
    <w:p>
      <w:r>
        <w:rPr>
          <w:b/>
        </w:rPr>
        <w:t xml:space="preserve">[27:33] </w:t>
      </w:r>
      <w:r>
        <w:t>kyun punishment ka hamein darr nahi hai? to karam theory yehi karti hai.</w:t>
      </w:r>
    </w:p>
    <w:p>
      <w:pPr>
        <w:jc w:val="right"/>
      </w:pPr>
      <w:r>
        <w:t>کیوں پریشمنٹ کا ہمیں ڈر نہیں ہے؟ تو کرم تھیوری یہی کرتی ہے۔</w:t>
      </w:r>
    </w:p>
    <w:p>
      <w:r>
        <w:rPr>
          <w:b/>
        </w:rPr>
        <w:t xml:space="preserve">[27:37] </w:t>
      </w:r>
      <w:r>
        <w:t>karam theory hamare andar koi dar nahi paida karti.</w:t>
      </w:r>
    </w:p>
    <w:p>
      <w:pPr>
        <w:jc w:val="right"/>
      </w:pPr>
      <w:r>
        <w:t>کرم تھیوری ہمارے اندر کوئی ڈر نہیں پیدا کرتی۔</w:t>
      </w:r>
    </w:p>
    <w:p>
      <w:r>
        <w:rPr>
          <w:b/>
        </w:rPr>
        <w:t xml:space="preserve">[27:42] </w:t>
      </w:r>
      <w:r>
        <w:t>jis cheez ko hum jante hi na hon us se hum kyun darenge? aap sochiye.</w:t>
      </w:r>
    </w:p>
    <w:p>
      <w:pPr>
        <w:jc w:val="right"/>
      </w:pPr>
      <w:r>
        <w:t>جس چیز کو ہم جانتے ہی نہ ہوں اس سے ہم کیوں ڈریں گے؟ آپ سوچئے۔</w:t>
      </w:r>
    </w:p>
    <w:p>
      <w:r>
        <w:rPr>
          <w:b/>
        </w:rPr>
        <w:t xml:space="preserve">[27:46] </w:t>
      </w:r>
      <w:r>
        <w:t>jis cheez ko hum jante hi na hon us se hum kyun darenge? to yeh ek pure philosophy hai.</w:t>
      </w:r>
    </w:p>
    <w:p>
      <w:pPr>
        <w:jc w:val="right"/>
      </w:pPr>
      <w:r>
        <w:t>جس چیز کو ہم جانتے ہی نہ ہوں اس سے ہم کیوں ڈریں گے؟ تو یہ ایک پیور فلاسفی ہے۔</w:t>
      </w:r>
    </w:p>
    <w:p>
      <w:r>
        <w:rPr>
          <w:b/>
        </w:rPr>
        <w:t xml:space="preserve">[27:53] </w:t>
      </w:r>
      <w:r>
        <w:t>woh is ka koi ethical impact nahi par sakta kabhi bhi insan ki zindagi par.</w:t>
      </w:r>
    </w:p>
    <w:p>
      <w:pPr>
        <w:jc w:val="right"/>
      </w:pPr>
      <w:r>
        <w:t>وہ اس کا کوئی ایتھیکل امپیکٹ نہیں پڑ سکتا کبھی بھی انسان کی زندگی پر۔</w:t>
      </w:r>
    </w:p>
    <w:p>
      <w:r>
        <w:rPr>
          <w:b/>
        </w:rPr>
        <w:t xml:space="preserve">[28:01] </w:t>
      </w:r>
      <w:r>
        <w:t>yaad rakhiye ethical impact, ethical impact insan ki zindagi par isi ko par sakta hai jo ek real philosophy ho.</w:t>
      </w:r>
    </w:p>
    <w:p>
      <w:pPr>
        <w:jc w:val="right"/>
      </w:pPr>
      <w:r>
        <w:t>یاد رکھئے ایتھیکل امپیکٹ، ایتھیکل امپیکٹ انسان کی زندگی پر اسی کو پڑ سکتا ہے جو ایک ریل فلاسفی ہو۔</w:t>
      </w:r>
    </w:p>
    <w:p>
      <w:r>
        <w:rPr>
          <w:b/>
        </w:rPr>
        <w:t xml:space="preserve">[28:08] </w:t>
      </w:r>
      <w:r>
        <w:t>ek pure philosophy, ek abstract philosophy kabhi bhi hamari zindagi mein koi m</w:t>
      </w:r>
    </w:p>
    <w:p>
      <w:pPr>
        <w:jc w:val="right"/>
      </w:pPr>
      <w:r>
        <w:t>ایک پیور فلاسفی، ایک ایبسٹریکٹ فلاسفی کبھی بھی ہماری زندگی میں کوئی م</w:t>
      </w:r>
    </w:p>
    <w:p>
      <w:r>
        <w:rPr>
          <w:b/>
        </w:rPr>
        <w:t xml:space="preserve">[28:16] </w:t>
      </w:r>
      <w:r>
        <w:t>oral impact nahi daal sakti hai. ab is ke baad dekhiye Christianity mein kya hai? Christianity mein yeh hai ke mere sare gunah jo hain to woh Hazrat Masih jo hain is ka kafara ban gaye. unhone apne ko suli par chada diya. ab mera sin jo hai unhone sab maaf ho gaya. ab bataiye ke is tarah ka jo aqeedah hai woh aap ke andar dar paida karega</w:t>
      </w:r>
    </w:p>
    <w:p>
      <w:pPr>
        <w:jc w:val="right"/>
      </w:pPr>
      <w:r>
        <w:t>ورل امپیکٹ نہیں ڈال سکتی ہے۔ اب اس کے بعد دیکھئے کرسچینٹی میں کیا ہے؟ کرسچینٹی میں یہ ہے کہ میرے سارے گناہ جو ہیں تو وہ حضرت مسیح جو ہیں اس کا کفارہ بن گئے۔ انہوں نے اپنے کو سولی پر چڑھا دیا۔ اب میرا سن جو ہے انہوں نے سب معاف ہو گیا۔ اب بتائیئے کہ اس طرح کا جو عقیدہ ہے وہ آپ کے اندر ڈر پیدا کرے گا</w:t>
      </w:r>
    </w:p>
    <w:p>
      <w:r>
        <w:rPr>
          <w:b/>
        </w:rPr>
        <w:t xml:space="preserve">[28:46] </w:t>
      </w:r>
      <w:r>
        <w:t>? kuch nahi.</w:t>
      </w:r>
    </w:p>
    <w:p>
      <w:pPr>
        <w:jc w:val="right"/>
      </w:pPr>
      <w:r>
        <w:t>؟ کچھ نہیں۔</w:t>
      </w:r>
    </w:p>
    <w:p>
      <w:r>
        <w:rPr>
          <w:b/>
        </w:rPr>
        <w:t xml:space="preserve">[28:52] </w:t>
      </w:r>
      <w:r>
        <w:t>yeh to nichint karta hai aadmi ko, nichint.</w:t>
      </w:r>
    </w:p>
    <w:p>
      <w:pPr>
        <w:jc w:val="right"/>
      </w:pPr>
      <w:r>
        <w:t>یہ تو نچنت کرتا ہے آدمی کو، نچنت۔</w:t>
      </w:r>
    </w:p>
    <w:p>
      <w:r>
        <w:rPr>
          <w:b/>
        </w:rPr>
        <w:t xml:space="preserve">[28:58] </w:t>
      </w:r>
      <w:r>
        <w:t>kya mujhe hi kya lene dena? woh to Hazrat Masih ne mere gunah ko sab bakhshwa diya.</w:t>
      </w:r>
    </w:p>
    <w:p>
      <w:pPr>
        <w:jc w:val="right"/>
      </w:pPr>
      <w:r>
        <w:t>کیا مجھے ہی کیا لینے دینا؟ وہ تو حضرت مسیح نے میرے گناہ کو سب بخشوا دیا۔</w:t>
      </w:r>
    </w:p>
    <w:p>
      <w:r>
        <w:rPr>
          <w:b/>
        </w:rPr>
        <w:t xml:space="preserve">[29:03] </w:t>
      </w:r>
      <w:r>
        <w:t>to yahi muamla is zamane musalmanon ka bhi hai.</w:t>
      </w:r>
    </w:p>
    <w:p>
      <w:pPr>
        <w:jc w:val="right"/>
      </w:pPr>
      <w:r>
        <w:t>تو یہی معاملہ اس زمانے مسلمانوں کا بھی ہے۔</w:t>
      </w:r>
    </w:p>
    <w:p>
      <w:r>
        <w:rPr>
          <w:b/>
        </w:rPr>
        <w:t xml:space="preserve">[29:09] </w:t>
      </w:r>
      <w:r>
        <w:t>musalman koi alag nahi rahe hain is muamle mein.</w:t>
      </w:r>
    </w:p>
    <w:p>
      <w:pPr>
        <w:jc w:val="right"/>
      </w:pPr>
      <w:r>
        <w:t>مسلمان کوئی الگ نہیں رہے ہیں اس معاملے میں۔</w:t>
      </w:r>
    </w:p>
    <w:p>
      <w:r>
        <w:rPr>
          <w:b/>
        </w:rPr>
        <w:t xml:space="preserve">[29:15] </w:t>
      </w:r>
      <w:r>
        <w:t>kyun? khud se unhone aise aqeedey bana liye hain jo Quran mein thay na Hadees mein thay.</w:t>
      </w:r>
    </w:p>
    <w:p>
      <w:pPr>
        <w:jc w:val="right"/>
      </w:pPr>
      <w:r>
        <w:t>کیوں؟ خود سے انہوں نے ایسے عقیدے بنا لیے ہیں جو قرآن میں تھے نہ حدیث میں تھے۔</w:t>
      </w:r>
    </w:p>
    <w:p>
      <w:r>
        <w:rPr>
          <w:b/>
        </w:rPr>
        <w:t xml:space="preserve">[29:21] </w:t>
      </w:r>
      <w:r>
        <w:t>woh samajhte hain ke bas hamara Nabi jo hai sab se afzal hai.</w:t>
      </w:r>
    </w:p>
    <w:p>
      <w:pPr>
        <w:jc w:val="right"/>
      </w:pPr>
      <w:r>
        <w:t>وہ سمجھتے ہیں کہ بس ہمارا نبی جو ہے سب سے افضل ہے۔</w:t>
      </w:r>
    </w:p>
    <w:p>
      <w:r>
        <w:rPr>
          <w:b/>
        </w:rPr>
        <w:t xml:space="preserve">[29:25] </w:t>
      </w:r>
      <w:r>
        <w:t>woh paradise ke gate par khada ho jayega aur kahega farishton se ke dekho meri ummat</w:t>
      </w:r>
    </w:p>
    <w:p>
      <w:pPr>
        <w:jc w:val="right"/>
      </w:pPr>
      <w:r>
        <w:t>وہ پیراڈائز کے گیٹ پر کھڑا ہو جائے گا اور کہے گا فرشتوں سے کہ دیکھو میری امت</w:t>
      </w:r>
    </w:p>
    <w:p>
      <w:r>
        <w:rPr>
          <w:b/>
        </w:rPr>
        <w:t xml:space="preserve">[29:29] </w:t>
      </w:r>
      <w:r>
        <w:t>ko tum chho nahi sakte.</w:t>
      </w:r>
    </w:p>
    <w:p>
      <w:pPr>
        <w:jc w:val="right"/>
      </w:pPr>
      <w:r>
        <w:t>کو تم چھو نہیں سکتے۔</w:t>
      </w:r>
    </w:p>
    <w:p>
      <w:r>
        <w:rPr>
          <w:b/>
        </w:rPr>
        <w:t xml:space="preserve">[29:33] </w:t>
      </w:r>
      <w:r>
        <w:t>meri sari ummat jayegi paradise mein.</w:t>
      </w:r>
    </w:p>
    <w:p>
      <w:pPr>
        <w:jc w:val="right"/>
      </w:pPr>
      <w:r>
        <w:t>میری ساری امت جائے گی پیراڈائز میں۔</w:t>
      </w:r>
    </w:p>
    <w:p>
      <w:r>
        <w:rPr>
          <w:b/>
        </w:rPr>
        <w:t xml:space="preserve">[29:37] </w:t>
      </w:r>
      <w:r>
        <w:t>aur sab kahenge chalo chalo chalo chalo.</w:t>
      </w:r>
    </w:p>
    <w:p>
      <w:pPr>
        <w:jc w:val="right"/>
      </w:pPr>
      <w:r>
        <w:t>اور سب کہیں گے چلو چلو چلو چلو۔</w:t>
      </w:r>
    </w:p>
    <w:p>
      <w:r>
        <w:rPr>
          <w:b/>
        </w:rPr>
        <w:t xml:space="preserve">[29:41] </w:t>
      </w:r>
      <w:r>
        <w:t>yeh kya hai? yeh to bilkul baseless baat hai.</w:t>
      </w:r>
    </w:p>
    <w:p>
      <w:pPr>
        <w:jc w:val="right"/>
      </w:pPr>
      <w:r>
        <w:t>یہ کیا ہے؟ یہ تو بالکل بیسلیس بات ہے۔</w:t>
      </w:r>
    </w:p>
    <w:p>
      <w:r>
        <w:rPr>
          <w:b/>
        </w:rPr>
        <w:t xml:space="preserve">[29:45] </w:t>
      </w:r>
      <w:r>
        <w:t>intehai baseless baat hai.</w:t>
      </w:r>
    </w:p>
    <w:p>
      <w:pPr>
        <w:jc w:val="right"/>
      </w:pPr>
      <w:r>
        <w:t>انتہائی بیسلیس بات ہے۔</w:t>
      </w:r>
    </w:p>
    <w:p>
      <w:r>
        <w:rPr>
          <w:b/>
        </w:rPr>
        <w:t xml:space="preserve">[29:49] </w:t>
      </w:r>
      <w:r>
        <w:t>Quran mein hai ke mun</w:t>
      </w:r>
    </w:p>
    <w:p>
      <w:pPr>
        <w:jc w:val="right"/>
      </w:pPr>
      <w:r>
        <w:t>قرآن میں ہے کہ من</w:t>
      </w:r>
    </w:p>
    <w:p>
      <w:r>
        <w:rPr>
          <w:b/>
        </w:rPr>
        <w:t xml:space="preserve">[29:53] </w:t>
      </w:r>
      <w:r>
        <w:t>y'amal so'a yujza bih laysab a'malakum wa la a'mala ahl al-kitab mun y'amal so'a yujza bih.</w:t>
      </w:r>
    </w:p>
    <w:p>
      <w:pPr>
        <w:jc w:val="right"/>
      </w:pPr>
      <w:r>
        <w:t>یعمل سوء یجزا به لیسب اعمالیکم ولا اعمالی اہل الکتاب من یعمل سوء یجزا به۔</w:t>
      </w:r>
    </w:p>
    <w:p>
      <w:r>
        <w:rPr>
          <w:b/>
        </w:rPr>
        <w:t xml:space="preserve">[29:58] </w:t>
      </w:r>
      <w:r>
        <w:t>ان نہ مسلمانوں کی خوش thinking سے کچھ ہوگا۔</w:t>
      </w:r>
    </w:p>
    <w:p>
      <w:pPr>
        <w:jc w:val="right"/>
      </w:pPr>
      <w:r>
        <w:t>ان نہ مسلمانوں کی خوش فل تھنکنگ سے کچھ ہوگا۔</w:t>
      </w:r>
    </w:p>
    <w:p>
      <w:r>
        <w:rPr>
          <w:b/>
        </w:rPr>
        <w:t xml:space="preserve">[30:03] </w:t>
      </w:r>
      <w:r>
        <w:t>نہ Christians کی wishful thinking سے کچھ ہوگا۔</w:t>
      </w:r>
    </w:p>
    <w:p>
      <w:pPr>
        <w:jc w:val="right"/>
      </w:pPr>
      <w:r>
        <w:t>نہ کرسچنز کی خوش فل تھنکنگ سے کچھ ہوگا۔</w:t>
      </w:r>
    </w:p>
    <w:p>
      <w:r>
        <w:rPr>
          <w:b/>
        </w:rPr>
        <w:t xml:space="preserve">[30:08] </w:t>
      </w:r>
      <w:r>
        <w:t>نہ کسی اور کی خوش full thinking سے کچھ ہوگا۔</w:t>
      </w:r>
    </w:p>
    <w:p>
      <w:pPr>
        <w:jc w:val="right"/>
      </w:pPr>
      <w:r>
        <w:t>نہ کسی اور کی خوش فل تھنکنگ سے کچھ ہوگا۔</w:t>
      </w:r>
    </w:p>
    <w:p>
      <w:r>
        <w:rPr>
          <w:b/>
        </w:rPr>
        <w:t xml:space="preserve">[30:13] </w:t>
      </w:r>
      <w:r>
        <w:t>musalmanon ko le kar kaha hai ke mun y'amal so'a yujza bih jo jaisa karega waisa bhagega.</w:t>
      </w:r>
    </w:p>
    <w:p>
      <w:pPr>
        <w:jc w:val="right"/>
      </w:pPr>
      <w:r>
        <w:t>مسلمانوں کو لے کر کہا ہے کہ من یعمل سوء یجزا به جو جیسا کرے گا ویسا بھگتے گا۔</w:t>
      </w:r>
    </w:p>
    <w:p>
      <w:r>
        <w:rPr>
          <w:b/>
        </w:rPr>
        <w:t xml:space="preserve">[30:18] </w:t>
      </w:r>
      <w:r>
        <w:t>lekin musalmanon ne khud se ek ek ek parallel</w:t>
      </w:r>
    </w:p>
    <w:p>
      <w:pPr>
        <w:jc w:val="right"/>
      </w:pPr>
      <w:r>
        <w:t>لیکن مسلمانوں نے خود سے ایک ایک ایک پیرلل</w:t>
      </w:r>
    </w:p>
    <w:p>
      <w:r>
        <w:rPr>
          <w:b/>
        </w:rPr>
        <w:t xml:space="preserve">[30:23] </w:t>
      </w:r>
      <w:r>
        <w:t>religion bana liya hai. is parallel religion mein kya hai? Musalmanon ki koi pakad hi nahi hai. Musalman to bakshe bakhshaye hain. jo aadmi Muslim ghar mein paida ho gaya bas us ke liye jannat reserve hai. aaj kal mein dekhta hoon logon ko to un ke face par aisa lagta hai ke jaise ke woh samajhte hain ke meri pocket mein paradise ka certifi</w:t>
      </w:r>
    </w:p>
    <w:p>
      <w:pPr>
        <w:jc w:val="right"/>
      </w:pPr>
      <w:r>
        <w:t>ریلیجن بنا لیا ہے۔ اس پیرلل ریلیجن میں کیا ہے؟ مسلمانوں کی کوئی پکڑ ہی نہیں ہے۔ مسلمان تو بخشے بخشائے ہیں۔ جو آدمی مسلم گھر میں پیدا ہو گیا بس اس کے لیے جنت ریزرو ہے۔ آج کل میں دیکھتا ہوں لوگوں کو تو ان کے فیس پر ایسا لگتا ہے کہ جیسے کہ وہ سمجھتے ہیں کہ میری پاکٹ میں پیراڈائز کا سرٹی</w:t>
      </w:r>
    </w:p>
    <w:p>
      <w:r>
        <w:rPr>
          <w:b/>
        </w:rPr>
        <w:t xml:space="preserve">[30:53] </w:t>
      </w:r>
      <w:r>
        <w:t>fakeet hai.</w:t>
      </w:r>
    </w:p>
    <w:p>
      <w:pPr>
        <w:jc w:val="right"/>
      </w:pPr>
      <w:r>
        <w:t>فکیٹ ہے۔</w:t>
      </w:r>
    </w:p>
    <w:p>
      <w:r>
        <w:rPr>
          <w:b/>
        </w:rPr>
        <w:t xml:space="preserve">[30:57] </w:t>
      </w:r>
      <w:r>
        <w:t>mera kuch bigadne wala to kuch hai nahi.</w:t>
      </w:r>
    </w:p>
    <w:p>
      <w:pPr>
        <w:jc w:val="right"/>
      </w:pPr>
      <w:r>
        <w:t>میرا کچھ بگڑنے والا تو کچھ ہے نہیں۔</w:t>
      </w:r>
    </w:p>
    <w:p>
      <w:r>
        <w:rPr>
          <w:b/>
        </w:rPr>
        <w:t xml:space="preserve">[31:00] </w:t>
      </w:r>
      <w:r>
        <w:t>log bekhofi mein jee rahe hain.</w:t>
      </w:r>
    </w:p>
    <w:p>
      <w:pPr>
        <w:jc w:val="right"/>
      </w:pPr>
      <w:r>
        <w:t>لوگ بے خوفی میں جی رہے ہیں۔</w:t>
      </w:r>
    </w:p>
    <w:p>
      <w:r>
        <w:rPr>
          <w:b/>
        </w:rPr>
        <w:t xml:space="preserve">[31:03] </w:t>
      </w:r>
      <w:r>
        <w:t>logon ko koi pareshani nahin hai.</w:t>
      </w:r>
    </w:p>
    <w:p>
      <w:pPr>
        <w:jc w:val="right"/>
      </w:pPr>
      <w:r>
        <w:t>لوگوں کو کوئی پریشانی نہیں ہے۔</w:t>
      </w:r>
    </w:p>
    <w:p>
      <w:r>
        <w:rPr>
          <w:b/>
        </w:rPr>
        <w:t xml:space="preserve">[31:07] </w:t>
      </w:r>
      <w:r>
        <w:t>kyunke jannat reserve hai un ki.</w:t>
      </w:r>
    </w:p>
    <w:p>
      <w:pPr>
        <w:jc w:val="right"/>
      </w:pPr>
      <w:r>
        <w:t>کیونکہ جنت ریزرو ہے ان کی۔</w:t>
      </w:r>
    </w:p>
    <w:p>
      <w:r>
        <w:rPr>
          <w:b/>
        </w:rPr>
        <w:t xml:space="preserve">[31:10] </w:t>
      </w:r>
      <w:r>
        <w:t>aaj kal jitni bhi jamaatein hain, jitne bhi hamare haan movement chal rahi hain Islam ke naam par,</w:t>
      </w:r>
    </w:p>
    <w:p>
      <w:pPr>
        <w:jc w:val="right"/>
      </w:pPr>
      <w:r>
        <w:t>آج کل جتنی بھی جماعتیں ہیں، جتنے بھی ہمارے ہاں موومنٹ چل رہی ہیں اسلام کے نام پر،</w:t>
      </w:r>
    </w:p>
    <w:p>
      <w:r>
        <w:rPr>
          <w:b/>
        </w:rPr>
        <w:t xml:space="preserve">[31:13] </w:t>
      </w:r>
      <w:r>
        <w:t>woh sab jannat ki ticket baant rahi hain.</w:t>
      </w:r>
    </w:p>
    <w:p>
      <w:pPr>
        <w:jc w:val="right"/>
      </w:pPr>
      <w:r>
        <w:t>وہ سب جنت کی ٹکٹ بانٹ رہی ہیں۔</w:t>
      </w:r>
    </w:p>
    <w:p>
      <w:r>
        <w:rPr>
          <w:b/>
        </w:rPr>
        <w:t xml:space="preserve">[31:17] </w:t>
      </w:r>
      <w:r>
        <w:t>اور سب نے لوگوں کو better بنا رکھا ہے، better، نچنت۔</w:t>
      </w:r>
    </w:p>
    <w:p>
      <w:pPr>
        <w:jc w:val="right"/>
      </w:pPr>
      <w:r>
        <w:t>اور سب نے لوگوں کو بیٹر بنا رکھا ہے، بیٹر، نچنت۔</w:t>
      </w:r>
    </w:p>
    <w:p>
      <w:r>
        <w:rPr>
          <w:b/>
        </w:rPr>
        <w:t xml:space="preserve">[31:20] </w:t>
      </w:r>
      <w:r>
        <w:t>jitni bhi movement</w:t>
      </w:r>
    </w:p>
    <w:p>
      <w:pPr>
        <w:jc w:val="right"/>
      </w:pPr>
      <w:r>
        <w:t>جتنی بھی موومنٹ مس</w:t>
      </w:r>
    </w:p>
    <w:p>
      <w:r>
        <w:rPr>
          <w:b/>
        </w:rPr>
        <w:t xml:space="preserve">[31:24] </w:t>
      </w:r>
      <w:r>
        <w:t>musalmanon mein is waqt chal rahi hain, tab toh sab ki sab kya kar rahi hain? musalmanon ko</w:t>
      </w:r>
    </w:p>
    <w:p>
      <w:pPr>
        <w:jc w:val="right"/>
      </w:pPr>
      <w:r>
        <w:t>لمانوں میں اس وقت چل رہی ہیں، تب تو سب کی سب کیا کر رہی ہیں؟ مسلمانوں کو</w:t>
      </w:r>
    </w:p>
    <w:p>
      <w:r>
        <w:rPr>
          <w:b/>
        </w:rPr>
        <w:t xml:space="preserve">[31:30] </w:t>
      </w:r>
      <w:r>
        <w:t>ninchint bana rahi hain, leader bana rahi hain.</w:t>
      </w:r>
    </w:p>
    <w:p>
      <w:pPr>
        <w:jc w:val="right"/>
      </w:pPr>
      <w:r>
        <w:t>نچنت بنا رہی ہیں، لیڈر بنا رہی ہیں۔</w:t>
      </w:r>
    </w:p>
    <w:p>
      <w:r>
        <w:rPr>
          <w:b/>
        </w:rPr>
        <w:t xml:space="preserve">[31:36] </w:t>
      </w:r>
      <w:r>
        <w:t>halanke asal cheez hai ke musalman ka deen yeh batata hai ke Khuda se daro.</w:t>
      </w:r>
    </w:p>
    <w:p>
      <w:pPr>
        <w:jc w:val="right"/>
      </w:pPr>
      <w:r>
        <w:t>حالانکہ اصل چیز ہے کہ مسلمان کا دین یہ بتاتا ہے کہ خدا سے ڈرو۔</w:t>
      </w:r>
    </w:p>
    <w:p>
      <w:r>
        <w:rPr>
          <w:b/>
        </w:rPr>
        <w:t xml:space="preserve">[31:42] </w:t>
      </w:r>
      <w:r>
        <w:t>jab tak aadmi Khuda se darega nahin, darna kya hai? apne ko Khuda ke saamne accountable samajhna.</w:t>
      </w:r>
    </w:p>
    <w:p>
      <w:pPr>
        <w:jc w:val="right"/>
      </w:pPr>
      <w:r>
        <w:t>جب تک آدمی خدا سے ڈرے گا نہیں، ڈرنا کیا ہے؟ اپنے کو خدا کے سامنے اکاؤنٹیبل سمجھنا۔</w:t>
      </w:r>
    </w:p>
    <w:p>
      <w:r>
        <w:rPr>
          <w:b/>
        </w:rPr>
        <w:t xml:space="preserve">[31:48] </w:t>
      </w:r>
      <w:r>
        <w:t>accountability jo hai woh Islam ka bohat hi important hissa hai. accountabil</w:t>
      </w:r>
    </w:p>
    <w:p>
      <w:pPr>
        <w:jc w:val="right"/>
      </w:pPr>
      <w:r>
        <w:t>اکاؤنٹیبلٹی جو ہے وہ اسلام کا بہت ہی امپورٹنٹ حصہ ہے۔ اکاؤنٹیبل</w:t>
      </w:r>
    </w:p>
    <w:p>
      <w:r>
        <w:rPr>
          <w:b/>
        </w:rPr>
        <w:t xml:space="preserve">[31:54] </w:t>
      </w:r>
      <w:r>
        <w:t>ity.</w:t>
      </w:r>
    </w:p>
    <w:p>
      <w:pPr>
        <w:jc w:val="right"/>
      </w:pPr>
      <w:r>
        <w:t>ٹی۔</w:t>
      </w:r>
    </w:p>
    <w:p>
      <w:r>
        <w:rPr>
          <w:b/>
        </w:rPr>
        <w:t xml:space="preserve">[31:57] </w:t>
      </w:r>
      <w:r>
        <w:t>concept of accountability.</w:t>
      </w:r>
    </w:p>
    <w:p>
      <w:pPr>
        <w:jc w:val="right"/>
      </w:pPr>
      <w:r>
        <w:t>کانسیپٹ آف اکاؤنٹیبلٹی۔</w:t>
      </w:r>
    </w:p>
    <w:p>
      <w:r>
        <w:rPr>
          <w:b/>
        </w:rPr>
        <w:t xml:space="preserve">[32:01] </w:t>
      </w:r>
      <w:r>
        <w:t>yahi, yahi ghayab hai.</w:t>
      </w:r>
    </w:p>
    <w:p>
      <w:pPr>
        <w:jc w:val="right"/>
      </w:pPr>
      <w:r>
        <w:t>یہی، یہی غائب ہے۔</w:t>
      </w:r>
    </w:p>
    <w:p>
      <w:r>
        <w:rPr>
          <w:b/>
        </w:rPr>
        <w:t xml:space="preserve">[32:05] </w:t>
      </w:r>
      <w:r>
        <w:t>toh saccha Islam yeh hai ke aadmi apne ko Khuda ke saamne accountable samjhe.</w:t>
      </w:r>
    </w:p>
    <w:p>
      <w:pPr>
        <w:jc w:val="right"/>
      </w:pPr>
      <w:r>
        <w:t>تو سچا اسلام یہ ہے کہ آدمی اپنے کو خدا کے سامنے اکاؤنٹیبل سمجھے۔</w:t>
      </w:r>
    </w:p>
    <w:p>
      <w:r>
        <w:rPr>
          <w:b/>
        </w:rPr>
        <w:t xml:space="preserve">[32:09] </w:t>
      </w:r>
      <w:r>
        <w:t>yeh samjhe ke jis tarah dunya ka doosra koi aadmi pakda jayega ghalati karne par toh main</w:t>
      </w:r>
    </w:p>
    <w:p>
      <w:pPr>
        <w:jc w:val="right"/>
      </w:pPr>
      <w:r>
        <w:t>یہ سمجھے کہ جس طرح دنیا کا دوسرا کوئی آدمی پکڑا جائے گا غلطی کرنے پر تو میں</w:t>
      </w:r>
    </w:p>
    <w:p>
      <w:r>
        <w:rPr>
          <w:b/>
        </w:rPr>
        <w:t xml:space="preserve">[32:13] </w:t>
      </w:r>
      <w:r>
        <w:t>bhi pakda jaunga.</w:t>
      </w:r>
    </w:p>
    <w:p>
      <w:pPr>
        <w:jc w:val="right"/>
      </w:pPr>
      <w:r>
        <w:t>بھی پکڑا جاؤں گا۔</w:t>
      </w:r>
    </w:p>
    <w:p>
      <w:r>
        <w:rPr>
          <w:b/>
        </w:rPr>
        <w:t xml:space="preserve">[32:17] </w:t>
      </w:r>
      <w:r>
        <w:t>aisa nahin ke main koi special hoon.</w:t>
      </w:r>
    </w:p>
    <w:p>
      <w:pPr>
        <w:jc w:val="right"/>
      </w:pPr>
      <w:r>
        <w:t>ایسا نہیں کہ میں کوئی اسپیشل ہوں۔</w:t>
      </w:r>
    </w:p>
    <w:p>
      <w:r>
        <w:rPr>
          <w:b/>
        </w:rPr>
        <w:t xml:space="preserve">[32:21] </w:t>
      </w:r>
      <w:r>
        <w:t>Khuda ke haan koi special nahin.</w:t>
      </w:r>
    </w:p>
    <w:p>
      <w:pPr>
        <w:jc w:val="right"/>
      </w:pPr>
      <w:r>
        <w:t>خدا کے ہاں کوئی اسپیشل نہیں۔</w:t>
      </w:r>
    </w:p>
    <w:p>
      <w:r>
        <w:rPr>
          <w:b/>
        </w:rPr>
        <w:t xml:space="preserve">[32:25] </w:t>
      </w:r>
      <w:r>
        <w:t>equal basis par sab ka Khuda ke haan hisab liya jayega.</w:t>
      </w:r>
    </w:p>
    <w:p>
      <w:pPr>
        <w:jc w:val="right"/>
      </w:pPr>
      <w:r>
        <w:t>ایکول بیسس پر سب کا خدا کے ہاں حساب لیا جائے گا۔</w:t>
      </w:r>
    </w:p>
    <w:p>
      <w:r>
        <w:rPr>
          <w:b/>
        </w:rPr>
        <w:t xml:space="preserve">[32:30] </w:t>
      </w:r>
      <w:r>
        <w:t>toh in sab cheezon ne insaan ko bilkul better bana diya hai.</w:t>
      </w:r>
    </w:p>
    <w:p>
      <w:pPr>
        <w:jc w:val="right"/>
      </w:pPr>
      <w:r>
        <w:t>تو ان سب چیزوں نے انسان کو بالکل بیٹر بنا دیا ہے۔</w:t>
      </w:r>
    </w:p>
    <w:p>
      <w:r>
        <w:rPr>
          <w:b/>
        </w:rPr>
        <w:t xml:space="preserve">[32:35] </w:t>
      </w:r>
      <w:r>
        <w:t>اس کو نہ خدا کا شکر کرنا ہے، نہ خدا کا acknowledge کرنا ہے۔</w:t>
      </w:r>
    </w:p>
    <w:p>
      <w:pPr>
        <w:jc w:val="right"/>
      </w:pPr>
      <w:r>
        <w:t>اس کو نہ خدا کا شکر کرنا ہے، نہ خدا کا اکنالج کرنا ہے۔</w:t>
      </w:r>
    </w:p>
    <w:p>
      <w:r>
        <w:rPr>
          <w:b/>
        </w:rPr>
        <w:t xml:space="preserve">[32:40] </w:t>
      </w:r>
      <w:r>
        <w:t>sab ki jannatein reserve hain.</w:t>
      </w:r>
    </w:p>
    <w:p>
      <w:pPr>
        <w:jc w:val="right"/>
      </w:pPr>
      <w:r>
        <w:t>سب کی جنتیں ریزرو ہیں۔</w:t>
      </w:r>
    </w:p>
    <w:p>
      <w:r>
        <w:rPr>
          <w:b/>
        </w:rPr>
        <w:t xml:space="preserve">[32:45] </w:t>
      </w:r>
      <w:r>
        <w:t>bas khao piyo apne bachchon ka, ka, ka shauq poora karo. bas.</w:t>
      </w:r>
    </w:p>
    <w:p>
      <w:pPr>
        <w:jc w:val="right"/>
      </w:pPr>
      <w:r>
        <w:t>بس کھاؤ پیو اپنے بچوں کا، کا، کا شوق پورا کرو۔ بس۔</w:t>
      </w:r>
    </w:p>
    <w:p>
      <w:r>
        <w:rPr>
          <w:b/>
        </w:rPr>
        <w:t xml:space="preserve">[32:50] </w:t>
      </w:r>
      <w:r>
        <w:t>iske baad barkat jannat mein chale jao. aur</w:t>
      </w:r>
    </w:p>
    <w:p>
      <w:pPr>
        <w:jc w:val="right"/>
      </w:pPr>
      <w:r>
        <w:t>اس کے بعد برکت جنت میں چلے جاؤ۔ اور</w:t>
      </w:r>
    </w:p>
    <w:p>
      <w:r>
        <w:rPr>
          <w:b/>
        </w:rPr>
        <w:t xml:space="preserve">[32:55] </w:t>
      </w:r>
      <w:r>
        <w:t>iske sab se zyada, yani buri surat toh woh hai jisko hum kehte hain suicide bombing.</w:t>
      </w:r>
    </w:p>
    <w:p>
      <w:pPr>
        <w:jc w:val="right"/>
      </w:pPr>
      <w:r>
        <w:t>اس کے سب سے زیادہ، یعنی بری صورت تو وہ ہے جس کو ہم کہتے ہیں سوسائیڈ بمبنگ۔</w:t>
      </w:r>
    </w:p>
    <w:p>
      <w:r>
        <w:rPr>
          <w:b/>
        </w:rPr>
        <w:t xml:space="preserve">[33:00] </w:t>
      </w:r>
      <w:r>
        <w:t>log sosait baimbing kyon karte hain? un ko sikhaya jata hai ke maray aur seedhay paradise mein gaye.</w:t>
      </w:r>
    </w:p>
    <w:p>
      <w:pPr>
        <w:jc w:val="right"/>
      </w:pPr>
      <w:r>
        <w:t>لوگ سوسائیڈ بمبنگ کیوں کرتے ہیں؟ ان کو سکھایا جاتا ہے کہ مرے اور سیدھے پیراڈائز میں گئے۔</w:t>
      </w:r>
    </w:p>
    <w:p>
      <w:r>
        <w:rPr>
          <w:b/>
        </w:rPr>
        <w:t xml:space="preserve">[33:05] </w:t>
      </w:r>
      <w:r>
        <w:t>wahan hoorain tumhara intazar kar rahi hain.</w:t>
      </w:r>
    </w:p>
    <w:p>
      <w:pPr>
        <w:jc w:val="right"/>
      </w:pPr>
      <w:r>
        <w:t>وہاں حوریں تمہارا انتظار کر رہی ہیں۔</w:t>
      </w:r>
    </w:p>
    <w:p>
      <w:r>
        <w:rPr>
          <w:b/>
        </w:rPr>
        <w:t xml:space="preserve">[33:10] </w:t>
      </w:r>
      <w:r>
        <w:t>yeh sab bilkul baseless baat hai.</w:t>
      </w:r>
    </w:p>
    <w:p>
      <w:pPr>
        <w:jc w:val="right"/>
      </w:pPr>
      <w:r>
        <w:t>یہ سب بالکل بیسلیس بات ہے۔</w:t>
      </w:r>
    </w:p>
    <w:p>
      <w:r>
        <w:rPr>
          <w:b/>
        </w:rPr>
        <w:t xml:space="preserve">[33:15] </w:t>
      </w:r>
      <w:r>
        <w:t>sosait to islam mein haram hai.</w:t>
      </w:r>
    </w:p>
    <w:p>
      <w:pPr>
        <w:jc w:val="right"/>
      </w:pPr>
      <w:r>
        <w:t>سوسائیڈ تو اسلام میں حرام ہے۔</w:t>
      </w:r>
    </w:p>
    <w:p>
      <w:r>
        <w:rPr>
          <w:b/>
        </w:rPr>
        <w:t xml:space="preserve">[33:20] </w:t>
      </w:r>
      <w:r>
        <w:t>haram kaam kar ke aadmi paradise mein jayega? sosait baimbing to</w:t>
      </w:r>
    </w:p>
    <w:p>
      <w:pPr>
        <w:jc w:val="right"/>
      </w:pPr>
      <w:r>
        <w:t>حرام کام کر کے آدمی پیراڈائز میں جائے گا؟ سوسائیڈ بمبنگ تو</w:t>
      </w:r>
    </w:p>
    <w:p>
      <w:r>
        <w:rPr>
          <w:b/>
        </w:rPr>
        <w:t xml:space="preserve">[33:25] </w:t>
      </w:r>
      <w:r>
        <w:t>yani super haram hai, super haram.</w:t>
      </w:r>
    </w:p>
    <w:p>
      <w:pPr>
        <w:jc w:val="right"/>
      </w:pPr>
      <w:r>
        <w:t>، یعنی سپر حرام ہے، سپر حرام۔</w:t>
      </w:r>
    </w:p>
    <w:p>
      <w:r>
        <w:rPr>
          <w:b/>
        </w:rPr>
        <w:t xml:space="preserve">[33:29] </w:t>
      </w:r>
      <w:r>
        <w:t>ke aik to aap ne apne ko mara, haram kaam kiya.</w:t>
      </w:r>
    </w:p>
    <w:p>
      <w:pPr>
        <w:jc w:val="right"/>
      </w:pPr>
      <w:r>
        <w:t>کہ ایک تو آپ نے اپنے کو مارا، حرام کام کیا۔</w:t>
      </w:r>
    </w:p>
    <w:p>
      <w:r>
        <w:rPr>
          <w:b/>
        </w:rPr>
        <w:t xml:space="preserve">[33:33] </w:t>
      </w:r>
      <w:r>
        <w:t>phir innocent ko mara aap ne.</w:t>
      </w:r>
    </w:p>
    <w:p>
      <w:pPr>
        <w:jc w:val="right"/>
      </w:pPr>
      <w:r>
        <w:t>پھر انوسنٹ کو مارا آپ نے۔</w:t>
      </w:r>
    </w:p>
    <w:p>
      <w:r>
        <w:rPr>
          <w:b/>
        </w:rPr>
        <w:t xml:space="preserve">[33:37] </w:t>
      </w:r>
      <w:r>
        <w:t>apne ko marna bhi islam mein haram hai, unlawful hai.</w:t>
      </w:r>
    </w:p>
    <w:p>
      <w:pPr>
        <w:jc w:val="right"/>
      </w:pPr>
      <w:r>
        <w:t>اپنے کو مارنا بھی اسلام میں حرام ہے، ان لافل ہے۔</w:t>
      </w:r>
    </w:p>
    <w:p>
      <w:r>
        <w:rPr>
          <w:b/>
        </w:rPr>
        <w:t xml:space="preserve">[33:41] </w:t>
      </w:r>
      <w:r>
        <w:t>aur innocent ko marna bhi unlawful hai, woh bhi haram hai.</w:t>
      </w:r>
    </w:p>
    <w:p>
      <w:pPr>
        <w:jc w:val="right"/>
      </w:pPr>
      <w:r>
        <w:t>اور انوسنٹ کو مارنا بھی ان لافل ہے، وہ بھی حرام ہے۔</w:t>
      </w:r>
    </w:p>
    <w:p>
      <w:r>
        <w:rPr>
          <w:b/>
        </w:rPr>
        <w:t xml:space="preserve">[33:44] </w:t>
      </w:r>
      <w:r>
        <w:t>to sosait baimbing double haram hai.</w:t>
      </w:r>
    </w:p>
    <w:p>
      <w:pPr>
        <w:jc w:val="right"/>
      </w:pPr>
      <w:r>
        <w:t>تو سوسائیڈ بمبنگ ڈبل حرام ہے۔</w:t>
      </w:r>
    </w:p>
    <w:p>
      <w:r>
        <w:rPr>
          <w:b/>
        </w:rPr>
        <w:t xml:space="preserve">[33:48] </w:t>
      </w:r>
      <w:r>
        <w:t>apne ko marna aur innocent logon ko marna.</w:t>
      </w:r>
    </w:p>
    <w:p>
      <w:pPr>
        <w:jc w:val="right"/>
      </w:pPr>
      <w:r>
        <w:t>اپنے کو مارنا اور انوسنٹ لوگوں کو مارنا۔</w:t>
      </w:r>
    </w:p>
    <w:p>
      <w:r>
        <w:rPr>
          <w:b/>
        </w:rPr>
        <w:t xml:space="preserve">[33:52] </w:t>
      </w:r>
      <w:r>
        <w:t>aur un ke mind mein aisa baitha diya gaya</w:t>
      </w:r>
    </w:p>
    <w:p>
      <w:pPr>
        <w:jc w:val="right"/>
      </w:pPr>
      <w:r>
        <w:t>اور ان کے مائنڈ میں ایسا بٹھا دیا گیا</w:t>
      </w:r>
    </w:p>
    <w:p>
      <w:r>
        <w:rPr>
          <w:b/>
        </w:rPr>
        <w:t xml:space="preserve">[33:56] </w:t>
      </w:r>
      <w:r>
        <w:t>hai, baitha diya gaya hai ke main sosait baimbing karunga to bas seedhe paradise mein jaunga.</w:t>
      </w:r>
    </w:p>
    <w:p>
      <w:pPr>
        <w:jc w:val="right"/>
      </w:pPr>
      <w:r>
        <w:t>ہے، بٹھا دیا گیا ہے کہ میں سوسائیڈ بمبنگ کروں گا تو بس سیدھے پیراڈائز میں جاؤں گا۔</w:t>
      </w:r>
    </w:p>
    <w:p>
      <w:r>
        <w:rPr>
          <w:b/>
        </w:rPr>
        <w:t xml:space="preserve">[34:03] </w:t>
      </w:r>
      <w:r>
        <w:t>bataiye ke yeh islam hai yeh? yeh to kuch bhi nahi hai.</w:t>
      </w:r>
    </w:p>
    <w:p>
      <w:pPr>
        <w:jc w:val="right"/>
      </w:pPr>
      <w:r>
        <w:t>بتائیئے کہ یہ اسلام ہے یہ؟ یہ تو کچھ بھی نہیں ہے۔</w:t>
      </w:r>
    </w:p>
    <w:p>
      <w:r>
        <w:rPr>
          <w:b/>
        </w:rPr>
        <w:t xml:space="preserve">[34:11] </w:t>
      </w:r>
      <w:r>
        <w:t>to is waqt mein jo baat kehna chahta hoon woh yeh hai ke mazhab ka jo khulasa hai</w:t>
      </w:r>
    </w:p>
    <w:p>
      <w:pPr>
        <w:jc w:val="right"/>
      </w:pPr>
      <w:r>
        <w:t>تو اس وقت میں جو بات کہنا چاہتا ہوں وہ یہ ہے کہ مذہب کا جو خلاصہ ہے</w:t>
      </w:r>
    </w:p>
    <w:p>
      <w:r>
        <w:rPr>
          <w:b/>
        </w:rPr>
        <w:t xml:space="preserve">[34:19] </w:t>
      </w:r>
      <w:r>
        <w:t>woh shukr hai, acknowledgement hai.</w:t>
      </w:r>
    </w:p>
    <w:p>
      <w:pPr>
        <w:jc w:val="right"/>
      </w:pPr>
      <w:r>
        <w:t>وہ شکر ہے، اکنالجمنٹ ہے۔</w:t>
      </w:r>
    </w:p>
    <w:p>
      <w:r>
        <w:rPr>
          <w:b/>
        </w:rPr>
        <w:t xml:space="preserve">[34:27] </w:t>
      </w:r>
      <w:r>
        <w:t>وہ کیسے؟ ہر وقت ہم خدا کی blessing میں جی رہے ہیں۔</w:t>
      </w:r>
    </w:p>
    <w:p>
      <w:pPr>
        <w:jc w:val="right"/>
      </w:pPr>
      <w:r>
        <w:t>وہ کیسے؟ ہر وقت ہم خدا کی بلیسنگ میں جی رہے ہیں۔</w:t>
      </w:r>
    </w:p>
    <w:p>
      <w:r>
        <w:rPr>
          <w:b/>
        </w:rPr>
        <w:t xml:space="preserve">[34:32] </w:t>
      </w:r>
      <w:r>
        <w:t>ہر وقت ہم خدا کی blessing میں جی رہے ہیں۔</w:t>
      </w:r>
    </w:p>
    <w:p>
      <w:pPr>
        <w:jc w:val="right"/>
      </w:pPr>
      <w:r>
        <w:t>ہر وقت ہم خدا کی بلیسنگ میں جی رہے ہیں۔</w:t>
      </w:r>
    </w:p>
    <w:p>
      <w:r>
        <w:rPr>
          <w:b/>
        </w:rPr>
        <w:t xml:space="preserve">[34:37] </w:t>
      </w:r>
      <w:r>
        <w:t>yani khuda agar light na de to hamari aankh hogi, hum dekh nahi payenge.</w:t>
      </w:r>
    </w:p>
    <w:p>
      <w:pPr>
        <w:jc w:val="right"/>
      </w:pPr>
      <w:r>
        <w:t>یعنی خدا اگر لائٹ نہ دے تو ہماری آنکھ ہوگی، ہم دیکھ نہیں پائیں گے۔</w:t>
      </w:r>
    </w:p>
    <w:p>
      <w:r>
        <w:rPr>
          <w:b/>
        </w:rPr>
        <w:t xml:space="preserve">[34:42] </w:t>
      </w:r>
      <w:r>
        <w:t>to khuda ne light diya, suraj ko roshan kiya.</w:t>
      </w:r>
    </w:p>
    <w:p>
      <w:pPr>
        <w:jc w:val="right"/>
      </w:pPr>
      <w:r>
        <w:t>تو خدا نے لائٹ دیا، سورج کو روشن کیا۔</w:t>
      </w:r>
    </w:p>
    <w:p>
      <w:r>
        <w:rPr>
          <w:b/>
        </w:rPr>
        <w:t xml:space="preserve">[34:47] </w:t>
      </w:r>
      <w:r>
        <w:t>phir khuda ne is zameen mein aisi cheezain rakh dein ke is ko hum istemal kar ke bijli</w:t>
      </w:r>
    </w:p>
    <w:p>
      <w:pPr>
        <w:jc w:val="right"/>
      </w:pPr>
      <w:r>
        <w:t>پھر خدا نے اس زمین میں ایسی چیزیں رکھ دیں کہ اس کو ہم استعمال کر کے بجلی</w:t>
      </w:r>
    </w:p>
    <w:p>
      <w:r>
        <w:rPr>
          <w:b/>
        </w:rPr>
        <w:t xml:space="preserve">[34:52] </w:t>
      </w:r>
      <w:r>
        <w:t>bana lete hain.</w:t>
      </w:r>
    </w:p>
    <w:p>
      <w:pPr>
        <w:jc w:val="right"/>
      </w:pPr>
      <w:r>
        <w:t>بنا لیتے ہیں۔</w:t>
      </w:r>
    </w:p>
    <w:p>
      <w:r>
        <w:rPr>
          <w:b/>
        </w:rPr>
        <w:t xml:space="preserve">[34:57] </w:t>
      </w:r>
      <w:r>
        <w:t>raat ko bhi hum roshan kar lete hain. yeh sab shukar ki items hain. hum ko oxygen chahiye. har waqt fresh oxygen supply ho rahi hai. aap kahein India mein hon, aap Himalaya pahad par chadh jayein. aap America, Europe chale jayein, har jagah aap ke liye oxygen supply ho rahi hai. is par shukar. zameen mein tarah tarah ke food nikal rahe hain. gh</w:t>
      </w:r>
    </w:p>
    <w:p>
      <w:pPr>
        <w:jc w:val="right"/>
      </w:pPr>
      <w:r>
        <w:t>رات کو بھی ہم روشن کر لیتے ہیں۔ یہ سب شکر کی آئٹم ہیں۔ ہم کو آکسیجن چاہیے۔ ہر وقت فریش آکسیجن سپلائی ہو رہی ہے۔ آپ کہیں انڈیا میں ہوں، آپ ہمالیہ پہاڑ پر چڑھ جائیں۔ آپ امریکہ، یورپ چلے جائیں، ہر جگہ آپ کے لیے آکسیجن سپلائی ہو رہی ہے۔ اس پر شکر۔ زمین میں طرح طرح کے فوڈ نکل رہے ہیں۔ غ</w:t>
      </w:r>
    </w:p>
    <w:p>
      <w:r>
        <w:rPr>
          <w:b/>
        </w:rPr>
        <w:t xml:space="preserve">[35:27] </w:t>
      </w:r>
      <w:r>
        <w:t>leh, phal, tarkariyan, sab cheezein. is par shukar. aap ko jo energy di hai khuda ne. aap ko mind diya sochne ke liye. is par shukar. yeh har waqt jo hai aap kisi na kisi cheez ka aap ko experience hota hai. ke mein ne glass se pani liya, is ko piya. yeh experience hai yeh, experience. is par bhi shukar. Hazrat Umar</w:t>
      </w:r>
    </w:p>
    <w:p>
      <w:pPr>
        <w:jc w:val="right"/>
      </w:pPr>
      <w:r>
        <w:t>لہ، پھل، ترکاریاں، سب چیزیں۔ اس پر شکر۔ آپ کو جو انرجی دی ہے خدا نے۔ آپ کو مائنڈ دیا سوچنے کے لیے۔ اس پر شکر۔ یہ ہر وقت جو ہے آپ کسی نہ کسی چیز کا آپ کو ایکسپیرئینس ہوتا ہے۔ کہ میں نے گلاس سے پانی لیا، اس کو پیا۔ یہ ایکسپیرئینس ہے یہ، ایکسپیرئینس۔ اس پر بھی شکر۔ حضرت عمر</w:t>
      </w:r>
    </w:p>
    <w:p>
      <w:r>
        <w:rPr>
          <w:b/>
        </w:rPr>
        <w:t xml:space="preserve">[35:57] </w:t>
      </w:r>
      <w:r>
        <w:t>ne kaha ke tum aik glass pani lo aur is ko piyo.</w:t>
      </w:r>
    </w:p>
    <w:p>
      <w:pPr>
        <w:jc w:val="right"/>
      </w:pPr>
      <w:r>
        <w:t>نے کہا کہ تم ایک گلاس پانی لو اور اس کو پیو۔</w:t>
      </w:r>
    </w:p>
    <w:p>
      <w:r>
        <w:rPr>
          <w:b/>
        </w:rPr>
        <w:t xml:space="preserve">[36:04] </w:t>
      </w:r>
      <w:r>
        <w:t>to woh pi, andar ja kar woh digest ho jaye.</w:t>
      </w:r>
    </w:p>
    <w:p>
      <w:pPr>
        <w:jc w:val="right"/>
      </w:pPr>
      <w:r>
        <w:t>تو وہ پی، اندر جا کر وہ ڈائجسٹ ہو جائے۔</w:t>
      </w:r>
    </w:p>
    <w:p>
      <w:r>
        <w:rPr>
          <w:b/>
        </w:rPr>
        <w:t xml:space="preserve">[36:10] </w:t>
      </w:r>
      <w:r>
        <w:t>to yeh bhi, is par bhi shukr karna hai.</w:t>
      </w:r>
    </w:p>
    <w:p>
      <w:pPr>
        <w:jc w:val="right"/>
      </w:pPr>
      <w:r>
        <w:t>تو یہ بھی، اس پر بھی شکر کرنا ہے۔</w:t>
      </w:r>
    </w:p>
    <w:p>
      <w:r>
        <w:rPr>
          <w:b/>
        </w:rPr>
        <w:t xml:space="preserve">[36:17] </w:t>
      </w:r>
      <w:r>
        <w:t>koi bhi zindagi mein jo hamare sath tajurba pesh aata hai, kisi bhi cheez ka jis ka hum</w:t>
      </w:r>
    </w:p>
    <w:p>
      <w:pPr>
        <w:jc w:val="right"/>
      </w:pPr>
      <w:r>
        <w:t>کوئی بھی زندگی میں جو ہمارے ساتھ تجربہ پیش آتا ہے، کسی بھی چیز کا جس کا ہم</w:t>
      </w:r>
    </w:p>
    <w:p>
      <w:r>
        <w:rPr>
          <w:b/>
        </w:rPr>
        <w:t xml:space="preserve">[36:24] </w:t>
      </w:r>
      <w:r>
        <w:t>experience hota hai hum ko, woh sab shukr ki item hote hain.</w:t>
      </w:r>
    </w:p>
    <w:p>
      <w:pPr>
        <w:jc w:val="right"/>
      </w:pPr>
      <w:r>
        <w:t>ایکسپیرئینس ہوتا ہے ہم کو، وہ سب شکر کی آئٹم ہوتے ہیں۔</w:t>
      </w:r>
    </w:p>
    <w:p>
      <w:r>
        <w:rPr>
          <w:b/>
        </w:rPr>
        <w:t xml:space="preserve">[36:30] </w:t>
      </w:r>
      <w:r>
        <w:t>to mein yahan se samajh paya hoon, shukr hi paradise ka ticket hai. paradise ka ticket jo hai wo sirf shukr hai, shukr. aur koi cheez nahin. aap kisi qabar wale ke haan chale jayen. aap kisi buzurg se apne, kisi buzurg ka daman tham len. aap naat khwani karen. yeh sab paradise ka ticket nahin hai.</w:t>
      </w:r>
    </w:p>
    <w:p>
      <w:pPr>
        <w:jc w:val="right"/>
      </w:pPr>
      <w:r>
        <w:t>تو میں یہاں سے سمجھ پایا ہوں، شکر ہی پیراڈائز کا ٹکٹ ہے۔ پیراڈائز کا ٹکٹ جو ہے وہ صرف شکر ہے، شکر۔ اور کوئی چیز نہیں۔ آپ کسی قبر والے کے ہاں چلے جائیں۔ آپ کسی بزرگ سے اپنے، کسی بزرگ کا دامن تھام لیں۔ آپ نعت خوانی کریں۔ یہ سب پیراڈائز کا ٹکٹ نہیں ہے۔</w:t>
      </w:r>
    </w:p>
    <w:p>
      <w:r>
        <w:rPr>
          <w:b/>
        </w:rPr>
        <w:t xml:space="preserve">[37:00] </w:t>
      </w:r>
      <w:r>
        <w:t>aap kuch rituals subah se sham dohra rahe hon, yeh, yeh, yeh jannat ka ticket nahin hai. jannat ka ticket hai shukr. yani dil se Allah taala ko acknowledge karna. Khuda ki glory ko, Khuda ke, yani khud yeh ke Khuda giver hai, Khuda creator hai, Khuda sustainer hai. in sab baton ko jan kar ke aap ke andar sp</w:t>
      </w:r>
    </w:p>
    <w:p>
      <w:pPr>
        <w:jc w:val="right"/>
      </w:pPr>
      <w:r>
        <w:t>آپ کچھ ریچولز صبح سے شام دہرا رہے ہوں، یہ، یہ، یہ جنت کا ٹکٹ نہیں ہے۔ جنت کا ٹکٹ ہے شکر۔ یعنی دل سے اللہ تعالیٰ کو اکنالج کرنا۔ خدا کی گلوری کو، خدا کے، یعنی خود یہ کہ خدا گیور ہے، خدا کریٹر ہے، خدا سسٹینر ہے۔ ان سب باتوں کو جان کر کے آپ کے اندر اسپ</w:t>
      </w:r>
    </w:p>
    <w:p>
      <w:r>
        <w:rPr>
          <w:b/>
        </w:rPr>
        <w:t xml:space="preserve">[37:30] </w:t>
      </w:r>
      <w:r>
        <w:t>rat jaagay.</w:t>
      </w:r>
    </w:p>
    <w:p>
      <w:pPr>
        <w:jc w:val="right"/>
      </w:pPr>
      <w:r>
        <w:t>رٹ جاگے۔</w:t>
      </w:r>
    </w:p>
    <w:p>
      <w:r>
        <w:rPr>
          <w:b/>
        </w:rPr>
        <w:t xml:space="preserve">[37:35] </w:t>
      </w:r>
      <w:r>
        <w:t>aap ke andar aik, aik thrilling ki kefiyat paida ho.</w:t>
      </w:r>
    </w:p>
    <w:p>
      <w:pPr>
        <w:jc w:val="right"/>
      </w:pPr>
      <w:r>
        <w:t>آپ کے اندر ایک، ایک تھرلنگ کی کیفیت پیدا ہو۔</w:t>
      </w:r>
    </w:p>
    <w:p>
      <w:r>
        <w:rPr>
          <w:b/>
        </w:rPr>
        <w:t xml:space="preserve">[37:39] </w:t>
      </w:r>
      <w:r>
        <w:t>aap ke andar brainstorming ho.</w:t>
      </w:r>
    </w:p>
    <w:p>
      <w:pPr>
        <w:jc w:val="right"/>
      </w:pPr>
      <w:r>
        <w:t>آپ کے اندر برین اسٹارمنگ ہو۔</w:t>
      </w:r>
    </w:p>
    <w:p>
      <w:r>
        <w:rPr>
          <w:b/>
        </w:rPr>
        <w:t xml:space="preserve">[37:43] </w:t>
      </w:r>
      <w:r>
        <w:t>phir aap kahein ke khudaaya tera shukr hai.</w:t>
      </w:r>
    </w:p>
    <w:p>
      <w:pPr>
        <w:jc w:val="right"/>
      </w:pPr>
      <w:r>
        <w:t>پھر آپ کہیں کہ خدایا تیرا شکر ہے۔</w:t>
      </w:r>
    </w:p>
    <w:p>
      <w:r>
        <w:rPr>
          <w:b/>
        </w:rPr>
        <w:t xml:space="preserve">[37:48] </w:t>
      </w:r>
      <w:r>
        <w:t>alhamdulillah rabbul alameen.</w:t>
      </w:r>
    </w:p>
    <w:p>
      <w:pPr>
        <w:jc w:val="right"/>
      </w:pPr>
      <w:r>
        <w:t>الحمدللہ رب العالمین۔</w:t>
      </w:r>
    </w:p>
    <w:p>
      <w:r>
        <w:rPr>
          <w:b/>
        </w:rPr>
        <w:t xml:space="preserve">[37:52] </w:t>
      </w:r>
      <w:r>
        <w:t>woh hai shukr.</w:t>
      </w:r>
    </w:p>
    <w:p>
      <w:pPr>
        <w:jc w:val="right"/>
      </w:pPr>
      <w:r>
        <w:t>وہ ہے شکر۔</w:t>
      </w:r>
    </w:p>
    <w:p>
      <w:r>
        <w:rPr>
          <w:b/>
        </w:rPr>
        <w:t xml:space="preserve">[37:57] </w:t>
      </w:r>
      <w:r>
        <w:t>shukr mein dekhiye, is ko samajh lijiye ke shukr ka, yaani sacha shukr kaise paida hota hai?</w:t>
      </w:r>
    </w:p>
    <w:p>
      <w:pPr>
        <w:jc w:val="right"/>
      </w:pPr>
      <w:r>
        <w:t>شکر میں دیکھئے، اس کو سمجھ لیجئے کہ شکر کا، یعنی سچا شکر کیسے پیدا ہوتا ہے؟</w:t>
      </w:r>
    </w:p>
    <w:p>
      <w:r>
        <w:rPr>
          <w:b/>
        </w:rPr>
        <w:t xml:space="preserve">[38:01] </w:t>
      </w:r>
      <w:r>
        <w:t>sacha shukr jo hai kaise paida hota hai? sacha shukr jo hai is ke peechay hota hai discovery.</w:t>
      </w:r>
    </w:p>
    <w:p>
      <w:pPr>
        <w:jc w:val="right"/>
      </w:pPr>
      <w:r>
        <w:t>سچا شکر جو ہے کیسے پیدا ہوتا ہے؟ سچا شکر جو ہے اس کے پیچھے ہوتا ہے ڈسکوری۔</w:t>
      </w:r>
    </w:p>
    <w:p>
      <w:r>
        <w:rPr>
          <w:b/>
        </w:rPr>
        <w:t xml:space="preserve">[38:06] </w:t>
      </w:r>
      <w:r>
        <w:t>is ke peechay hota hai study.</w:t>
      </w:r>
    </w:p>
    <w:p>
      <w:pPr>
        <w:jc w:val="right"/>
      </w:pPr>
      <w:r>
        <w:t>اس کے پیچھے ہوتا ہے اسٹڈی۔</w:t>
      </w:r>
    </w:p>
    <w:p>
      <w:r>
        <w:rPr>
          <w:b/>
        </w:rPr>
        <w:t xml:space="preserve">[38:11] </w:t>
      </w:r>
      <w:r>
        <w:t>is ke peechay hota hai cheezon se lesson lena.</w:t>
      </w:r>
    </w:p>
    <w:p>
      <w:pPr>
        <w:jc w:val="right"/>
      </w:pPr>
      <w:r>
        <w:t>اس کے پیچھے ہوتا ہے چیزوں سے لیسن لینا۔</w:t>
      </w:r>
    </w:p>
    <w:p>
      <w:r>
        <w:rPr>
          <w:b/>
        </w:rPr>
        <w:t xml:space="preserve">[38:16] </w:t>
      </w:r>
      <w:r>
        <w:t>is ke peechay hota hai cheezon ko deep mein ja kar dekhna.</w:t>
      </w:r>
    </w:p>
    <w:p>
      <w:pPr>
        <w:jc w:val="right"/>
      </w:pPr>
      <w:r>
        <w:t>اس کے پیچھے ہوتا ہے چیزوں کو ڈیپ میں جا کر دیکھنا۔</w:t>
      </w:r>
    </w:p>
    <w:p>
      <w:r>
        <w:rPr>
          <w:b/>
        </w:rPr>
        <w:t xml:space="preserve">[38:21] </w:t>
      </w:r>
      <w:r>
        <w:t>is ke peechay hota hai objective thinking.</w:t>
      </w:r>
    </w:p>
    <w:p>
      <w:pPr>
        <w:jc w:val="right"/>
      </w:pPr>
      <w:r>
        <w:t>اس کے پیچھے ہوتا ہے آبجیکٹو تھنکنگ۔</w:t>
      </w:r>
    </w:p>
    <w:p>
      <w:r>
        <w:rPr>
          <w:b/>
        </w:rPr>
        <w:t xml:space="preserve">[38:26] </w:t>
      </w:r>
      <w:r>
        <w:t>yeh saari cheezein jab aap ke andar hoti hain tab aap ko</w:t>
      </w:r>
    </w:p>
    <w:p>
      <w:pPr>
        <w:jc w:val="right"/>
      </w:pPr>
      <w:r>
        <w:t>یہ ساری چیزیں جب آپ کے اندر ہوتی ہیں تب آپ کو</w:t>
      </w:r>
    </w:p>
    <w:p>
      <w:r>
        <w:rPr>
          <w:b/>
        </w:rPr>
        <w:t xml:space="preserve">[38:31] </w:t>
      </w:r>
      <w:r>
        <w:t>aap ke andar woh spirit jaagti hai.</w:t>
      </w:r>
    </w:p>
    <w:p>
      <w:pPr>
        <w:jc w:val="right"/>
      </w:pPr>
      <w:r>
        <w:t>، آپ کے اندر وہ اسپرٹ جاگتی ہے۔</w:t>
      </w:r>
    </w:p>
    <w:p>
      <w:r>
        <w:rPr>
          <w:b/>
        </w:rPr>
        <w:t xml:space="preserve">[38:36] </w:t>
      </w:r>
      <w:r>
        <w:t>jis spirit ko le kar aap keh parre hain ke alhamdulillah rabbul alameen.</w:t>
      </w:r>
    </w:p>
    <w:p>
      <w:pPr>
        <w:jc w:val="right"/>
      </w:pPr>
      <w:r>
        <w:t>جس اسپرٹ کو لے کر آپ کہہ پڑتے ہیں کہ الحمدللہ رب العالمین۔</w:t>
      </w:r>
    </w:p>
    <w:p>
      <w:r>
        <w:rPr>
          <w:b/>
        </w:rPr>
        <w:t xml:space="preserve">[38:41] </w:t>
      </w:r>
      <w:r>
        <w:t>aisa nahi ke kisi kitaab mein parha aap ne, is ko rat liya.</w:t>
      </w:r>
    </w:p>
    <w:p>
      <w:pPr>
        <w:jc w:val="right"/>
      </w:pPr>
      <w:r>
        <w:t>ایسا نہیں کہ کسی کتاب میں پڑھا آپ نے، اس کو رٹ لیا۔</w:t>
      </w:r>
    </w:p>
    <w:p>
      <w:r>
        <w:rPr>
          <w:b/>
        </w:rPr>
        <w:t xml:space="preserve">[38:46] </w:t>
      </w:r>
      <w:r>
        <w:t>rat kar ke keh diya moqa moqa se, alhamdulillah rabbul alameen.</w:t>
      </w:r>
    </w:p>
    <w:p>
      <w:pPr>
        <w:jc w:val="right"/>
      </w:pPr>
      <w:r>
        <w:t>رٹ کر کے کہہ دیا موقع موقع سے، الحمدللہ رب العالمین۔</w:t>
      </w:r>
    </w:p>
    <w:p>
      <w:r>
        <w:rPr>
          <w:b/>
        </w:rPr>
        <w:t xml:space="preserve">[38:51] </w:t>
      </w:r>
      <w:r>
        <w:t>alhamdulillah rabbul alameen kisi ratay huay alfaz ko dohrane ka naam nahi hai.</w:t>
      </w:r>
    </w:p>
    <w:p>
      <w:pPr>
        <w:jc w:val="right"/>
      </w:pPr>
      <w:r>
        <w:t>الحمدللہ رب العالمین کسی رٹے ہوئے शब्दوں کو دہرانے کا نام نہیں ہے۔</w:t>
      </w:r>
    </w:p>
    <w:p>
      <w:r>
        <w:rPr>
          <w:b/>
        </w:rPr>
        <w:t xml:space="preserve">[38:56] </w:t>
      </w:r>
      <w:r>
        <w:t>alhamdulillah rabbul ala</w:t>
      </w:r>
    </w:p>
    <w:p>
      <w:pPr>
        <w:jc w:val="right"/>
      </w:pPr>
      <w:r>
        <w:t>الحمدللہ رب العالم</w:t>
      </w:r>
    </w:p>
    <w:p>
      <w:r>
        <w:rPr>
          <w:b/>
        </w:rPr>
        <w:t xml:space="preserve">[39:01] </w:t>
      </w:r>
      <w:r>
        <w:t>in kisi rate hue shabdon ko dohrane ka naam nahin hai. Alhamdulillah rabbil alameen to ek, ek andar ek toofan aata hai. is toofan ka ek manifestation hai. jaise farz ki jiye ke ek, ek maa hai. uska beta gum ho gaya tha. bahut talash ke baad</w:t>
      </w:r>
    </w:p>
    <w:p>
      <w:pPr>
        <w:jc w:val="right"/>
      </w:pPr>
      <w:r>
        <w:t>ین کسی رٹے ہوئے शब्दوں کو دہرانے کا نام نہیں ہے۔ الحمدللہ رب العالمین تو ایک، ایک اندر ایک طوفان آتا ہے۔ اس طوفان کا ایک مینیفیسٹیشن ہے۔ جیسے فرض کیجیئے کہ ایک، ایک ماں ہے۔ اس کا بیٹا گم ہو گیا تھا۔ بہت تلاش کے بعد</w:t>
      </w:r>
    </w:p>
    <w:p>
      <w:r>
        <w:rPr>
          <w:b/>
        </w:rPr>
        <w:t xml:space="preserve">[39:31] </w:t>
      </w:r>
      <w:r>
        <w:t>usay mila.</w:t>
      </w:r>
    </w:p>
    <w:p>
      <w:pPr>
        <w:jc w:val="right"/>
      </w:pPr>
      <w:r>
        <w:t>اسے ملا۔</w:t>
      </w:r>
    </w:p>
    <w:p>
      <w:r>
        <w:rPr>
          <w:b/>
        </w:rPr>
        <w:t xml:space="preserve">[39:36] </w:t>
      </w:r>
      <w:r>
        <w:t>ab is ke samnay jab beta aata hai to haaye mera beta keh kar is ko utha leti hai.</w:t>
      </w:r>
    </w:p>
    <w:p>
      <w:pPr>
        <w:jc w:val="right"/>
      </w:pPr>
      <w:r>
        <w:t>اب اس کے سامنے جب بیٹا آتا ہے تو ہائے میرا بیٹا کہہ کر اس کو اٹھا لیتی ہے۔</w:t>
      </w:r>
    </w:p>
    <w:p>
      <w:r>
        <w:rPr>
          <w:b/>
        </w:rPr>
        <w:t xml:space="preserve">[39:40] </w:t>
      </w:r>
      <w:r>
        <w:t>to kya aap samajhte hain jab us ne kaha ke haaye mera beta to yeh koi alfaz hain</w:t>
      </w:r>
    </w:p>
    <w:p>
      <w:pPr>
        <w:jc w:val="right"/>
      </w:pPr>
      <w:r>
        <w:t>تو کیا آپ سمجھتے ہیں جب اس نے کہا کہ ہائے میرا بیٹا تو یہ کوئی शब्द ہیں</w:t>
      </w:r>
    </w:p>
    <w:p>
      <w:r>
        <w:rPr>
          <w:b/>
        </w:rPr>
        <w:t xml:space="preserve">[39:44] </w:t>
      </w:r>
      <w:r>
        <w:t>khaali? yeh alfaz hain.</w:t>
      </w:r>
    </w:p>
    <w:p>
      <w:pPr>
        <w:jc w:val="right"/>
      </w:pPr>
      <w:r>
        <w:t>خالی؟ یہ शब्द ہیں۔</w:t>
      </w:r>
    </w:p>
    <w:p>
      <w:r>
        <w:rPr>
          <w:b/>
        </w:rPr>
        <w:t xml:space="preserve">[39:49] </w:t>
      </w:r>
      <w:r>
        <w:t>yeh to andar ke toofan ka aik, aik andar, andar aik toofan tha jo ubal parra.</w:t>
      </w:r>
    </w:p>
    <w:p>
      <w:pPr>
        <w:jc w:val="right"/>
      </w:pPr>
      <w:r>
        <w:t>یہ تو اندر کے طوفان کا ایک، ایک اندر، اندر ایک طوفان تھا جو ابل پڑا۔</w:t>
      </w:r>
    </w:p>
    <w:p>
      <w:r>
        <w:rPr>
          <w:b/>
        </w:rPr>
        <w:t xml:space="preserve">[39:53] </w:t>
      </w:r>
      <w:r>
        <w:t>mein ne dekha yeh, yeh manzar dekha hai mein ne.</w:t>
      </w:r>
    </w:p>
    <w:p>
      <w:pPr>
        <w:jc w:val="right"/>
      </w:pPr>
      <w:r>
        <w:t>میں نے دیکھا یہ، یہ منظر دیکھا ہے میں نے۔</w:t>
      </w:r>
    </w:p>
    <w:p>
      <w:r>
        <w:rPr>
          <w:b/>
        </w:rPr>
        <w:t xml:space="preserve">[39:57] </w:t>
      </w:r>
      <w:r>
        <w:t>aik baar to aik aadmi, aik maa thi is ka</w:t>
      </w:r>
    </w:p>
    <w:p>
      <w:pPr>
        <w:jc w:val="right"/>
      </w:pPr>
      <w:r>
        <w:t>ایک بار تو ایک آدمی، ایک ماں تھی اس کا</w:t>
      </w:r>
    </w:p>
    <w:p>
      <w:r>
        <w:rPr>
          <w:b/>
        </w:rPr>
        <w:t xml:space="preserve">[40:01] </w:t>
      </w:r>
      <w:r>
        <w:t>beta gum ho gaya.</w:t>
      </w:r>
    </w:p>
    <w:p>
      <w:pPr>
        <w:jc w:val="right"/>
      </w:pPr>
      <w:r>
        <w:t>بیٹا گم ہو گیا۔</w:t>
      </w:r>
    </w:p>
    <w:p>
      <w:r>
        <w:rPr>
          <w:b/>
        </w:rPr>
        <w:t xml:space="preserve">[40:05] </w:t>
      </w:r>
      <w:r>
        <w:t>to police ko report ki gayi.</w:t>
      </w:r>
    </w:p>
    <w:p>
      <w:pPr>
        <w:jc w:val="right"/>
      </w:pPr>
      <w:r>
        <w:t>تو پولیس کو رپورٹ کی گئی۔</w:t>
      </w:r>
    </w:p>
    <w:p>
      <w:r>
        <w:rPr>
          <w:b/>
        </w:rPr>
        <w:t xml:space="preserve">[40:08] </w:t>
      </w:r>
      <w:r>
        <w:t>police ne pata nahin kaise kaise pata karte karte karte pata kiya ke is ka beta falan jagah</w:t>
      </w:r>
    </w:p>
    <w:p>
      <w:pPr>
        <w:jc w:val="right"/>
      </w:pPr>
      <w:r>
        <w:t>پولیس نے پتہ نہیں کیسے کیسے پتہ کرتے کرتے کرتے پتہ کیا کہ اس کا بیٹا فلاں جگہ</w:t>
      </w:r>
    </w:p>
    <w:p>
      <w:r>
        <w:rPr>
          <w:b/>
        </w:rPr>
        <w:t xml:space="preserve">[40:12] </w:t>
      </w:r>
      <w:r>
        <w:t>farm house mein chhupa kar rakha hua hai.</w:t>
      </w:r>
    </w:p>
    <w:p>
      <w:pPr>
        <w:jc w:val="right"/>
      </w:pPr>
      <w:r>
        <w:t>فارم ہاؤس میں چھپا کر رکھا ہوا ہے۔</w:t>
      </w:r>
    </w:p>
    <w:p>
      <w:r>
        <w:rPr>
          <w:b/>
        </w:rPr>
        <w:t xml:space="preserve">[40:15] </w:t>
      </w:r>
      <w:r>
        <w:t>ransom ke liye.</w:t>
      </w:r>
    </w:p>
    <w:p>
      <w:pPr>
        <w:jc w:val="right"/>
      </w:pPr>
      <w:r>
        <w:t>رینسم کے لیے۔</w:t>
      </w:r>
    </w:p>
    <w:p>
      <w:r>
        <w:rPr>
          <w:b/>
        </w:rPr>
        <w:t xml:space="preserve">[40:18] </w:t>
      </w:r>
      <w:r>
        <w:t>woh ameer ghar ki aurat thi woh.</w:t>
      </w:r>
    </w:p>
    <w:p>
      <w:pPr>
        <w:jc w:val="right"/>
      </w:pPr>
      <w:r>
        <w:t>وہ امیر گھر کی عورت تھی وہ۔</w:t>
      </w:r>
    </w:p>
    <w:p>
      <w:r>
        <w:rPr>
          <w:b/>
        </w:rPr>
        <w:t xml:space="preserve">[40:22] </w:t>
      </w:r>
      <w:r>
        <w:t>is se ransom lena tha in ko.</w:t>
      </w:r>
    </w:p>
    <w:p>
      <w:pPr>
        <w:jc w:val="right"/>
      </w:pPr>
      <w:r>
        <w:t>اس سے رینسم لینا تھا ان کو۔</w:t>
      </w:r>
    </w:p>
    <w:p>
      <w:r>
        <w:rPr>
          <w:b/>
        </w:rPr>
        <w:t xml:space="preserve">[40:25] </w:t>
      </w:r>
      <w:r>
        <w:t>to utha le gaye aur aik farm house mein chhupa rakha tha ke itne paise jab dein ge</w:t>
      </w:r>
    </w:p>
    <w:p>
      <w:pPr>
        <w:jc w:val="right"/>
      </w:pPr>
      <w:r>
        <w:t>تو اٹھا لے گئے اور ایک فارم ہاؤس میں چھپا رکھا تھا کہ اتنے پیسے جب دیں گے</w:t>
      </w:r>
    </w:p>
    <w:p>
      <w:r>
        <w:rPr>
          <w:b/>
        </w:rPr>
        <w:t xml:space="preserve">[40:28] </w:t>
      </w:r>
      <w:r>
        <w:t>tab wapas karein ge. lekin</w:t>
      </w:r>
    </w:p>
    <w:p>
      <w:pPr>
        <w:jc w:val="right"/>
      </w:pPr>
      <w:r>
        <w:t>تب واپس کریں گے۔ لیکن</w:t>
      </w:r>
    </w:p>
    <w:p>
      <w:r>
        <w:rPr>
          <w:b/>
        </w:rPr>
        <w:t xml:space="preserve">[40:32] </w:t>
      </w:r>
      <w:r>
        <w:t>police ne pata nahin kaise kaise pata kar liya aur wahan se ja kar nikaal layi.</w:t>
      </w:r>
    </w:p>
    <w:p>
      <w:pPr>
        <w:jc w:val="right"/>
      </w:pPr>
      <w:r>
        <w:t>پولیس نے پتہ نہیں کیسے کیسے پتہ کر لیا اور وہاں سے جا کر نکال لائی۔</w:t>
      </w:r>
    </w:p>
    <w:p>
      <w:r>
        <w:rPr>
          <w:b/>
        </w:rPr>
        <w:t xml:space="preserve">[40:38] </w:t>
      </w:r>
      <w:r>
        <w:t>to mein ne dekha ke jab woh larka, abhi chhota bachcha tha woh, jab police afsar is ko</w:t>
      </w:r>
    </w:p>
    <w:p>
      <w:pPr>
        <w:jc w:val="right"/>
      </w:pPr>
      <w:r>
        <w:t>تو میں نے دیکھا کہ جب وہ لڑکا، ابھی چھوٹا بچہ تھا وہ، جب پولیس افسر اس کو</w:t>
      </w:r>
    </w:p>
    <w:p>
      <w:r>
        <w:rPr>
          <w:b/>
        </w:rPr>
        <w:t xml:space="preserve">[40:44] </w:t>
      </w:r>
      <w:r>
        <w:t>le aaya is ki maa ke, maa ke saamne jab woh bachcha pohncha to maa bilkul, yaani haaye</w:t>
      </w:r>
    </w:p>
    <w:p>
      <w:pPr>
        <w:jc w:val="right"/>
      </w:pPr>
      <w:r>
        <w:t>لے آیا اس کی ماں کے، ماں کے سامنے جب وہ بچہ پہنچا تو ماں بالکل، یعنی ہائے</w:t>
      </w:r>
    </w:p>
    <w:p>
      <w:r>
        <w:rPr>
          <w:b/>
        </w:rPr>
        <w:t xml:space="preserve">[40:50] </w:t>
      </w:r>
      <w:r>
        <w:t>mera beta kehte hue is aik dam lapat gayi is ke saath.</w:t>
      </w:r>
    </w:p>
    <w:p>
      <w:pPr>
        <w:jc w:val="right"/>
      </w:pPr>
      <w:r>
        <w:t>میرا بیٹا کہتے ہوئے اس ایک دم لپٹ گئی اس کے ساتھ۔</w:t>
      </w:r>
    </w:p>
    <w:p>
      <w:r>
        <w:rPr>
          <w:b/>
        </w:rPr>
        <w:t xml:space="preserve">[40:57] </w:t>
      </w:r>
      <w:r>
        <w:t>to kiya aap samajhte hain ke jab is ne kaha tha haaye mera beta to yeh koi shabd the yeh?</w:t>
      </w:r>
    </w:p>
    <w:p>
      <w:pPr>
        <w:jc w:val="right"/>
      </w:pPr>
      <w:r>
        <w:t>تو کیا آپ سمجھتے ہیں کہ جب اس نے کہا تھا ہائے میرا بیٹا تو یہ کوئی शब्द تھے یہ؟</w:t>
      </w:r>
    </w:p>
    <w:p>
      <w:r>
        <w:rPr>
          <w:b/>
        </w:rPr>
        <w:t xml:space="preserve">[41:03] </w:t>
      </w:r>
      <w:r>
        <w:t>yeh shabd nahin the yeh.</w:t>
      </w:r>
    </w:p>
    <w:p>
      <w:pPr>
        <w:jc w:val="right"/>
      </w:pPr>
      <w:r>
        <w:t>یہ शब्द نہیں تھے یہ۔</w:t>
      </w:r>
    </w:p>
    <w:p>
      <w:r>
        <w:rPr>
          <w:b/>
        </w:rPr>
        <w:t xml:space="preserve">[41:07] </w:t>
      </w:r>
      <w:r>
        <w:t>andar ke toofan ki aik, aik awaaz thi.</w:t>
      </w:r>
    </w:p>
    <w:p>
      <w:pPr>
        <w:jc w:val="right"/>
      </w:pPr>
      <w:r>
        <w:t>اندر کے طوفان کی ایک، ایک آواز تھی۔</w:t>
      </w:r>
    </w:p>
    <w:p>
      <w:r>
        <w:rPr>
          <w:b/>
        </w:rPr>
        <w:t xml:space="preserve">[41:12] </w:t>
      </w:r>
      <w:r>
        <w:t>andar aik toofan abla tha is ke andar.</w:t>
      </w:r>
    </w:p>
    <w:p>
      <w:pPr>
        <w:jc w:val="right"/>
      </w:pPr>
      <w:r>
        <w:t>اندر ایک طوفان ابلا تھا اس کے اندر۔</w:t>
      </w:r>
    </w:p>
    <w:p>
      <w:r>
        <w:rPr>
          <w:b/>
        </w:rPr>
        <w:t xml:space="preserve">[41:16] </w:t>
      </w:r>
      <w:r>
        <w:t>phat, is ka dil phat pada tha.</w:t>
      </w:r>
    </w:p>
    <w:p>
      <w:pPr>
        <w:jc w:val="right"/>
      </w:pPr>
      <w:r>
        <w:t>پھٹ، اس کا دل پھٹ پڑا تھا۔</w:t>
      </w:r>
    </w:p>
    <w:p>
      <w:r>
        <w:rPr>
          <w:b/>
        </w:rPr>
        <w:t xml:space="preserve">[41:20] </w:t>
      </w:r>
      <w:r>
        <w:t>to isi ki aik awaaz thi yeh, haaye mera beta.</w:t>
      </w:r>
    </w:p>
    <w:p>
      <w:pPr>
        <w:jc w:val="right"/>
      </w:pPr>
      <w:r>
        <w:t>تو اسی کی ایک آواز تھی یہ، ہائے میرا بیٹا۔</w:t>
      </w:r>
    </w:p>
    <w:p>
      <w:r>
        <w:rPr>
          <w:b/>
        </w:rPr>
        <w:t xml:space="preserve">[41:24] </w:t>
      </w:r>
      <w:r>
        <w:t>is se billion time bara experience hota hai aadmi ko jab Khuda ko paata hai woh.</w:t>
      </w:r>
    </w:p>
    <w:p>
      <w:pPr>
        <w:jc w:val="right"/>
      </w:pPr>
      <w:r>
        <w:t>اس سے بلین ٹائم زیادہ بڑا ایکسپیرئینس ہوتا ہے آدمی کو جب خدا کو پاتا ہے وہ۔</w:t>
      </w:r>
    </w:p>
    <w:p>
      <w:r>
        <w:rPr>
          <w:b/>
        </w:rPr>
        <w:t xml:space="preserve">[41:29] </w:t>
      </w:r>
      <w:r>
        <w:t>woh Khuda jis ne universe ko paida kiya.</w:t>
      </w:r>
    </w:p>
    <w:p>
      <w:pPr>
        <w:jc w:val="right"/>
      </w:pPr>
      <w:r>
        <w:t>وہ خدا جس نے یونیورس کو پیدا کیا۔</w:t>
      </w:r>
    </w:p>
    <w:p>
      <w:r>
        <w:rPr>
          <w:b/>
        </w:rPr>
        <w:t xml:space="preserve">[41:33] </w:t>
      </w:r>
      <w:r>
        <w:t>woh Khuda jo is ka sustainer hai.</w:t>
      </w:r>
    </w:p>
    <w:p>
      <w:pPr>
        <w:jc w:val="right"/>
      </w:pPr>
      <w:r>
        <w:t>وہ خدا جو اس کا سسٹینر ہے۔</w:t>
      </w:r>
    </w:p>
    <w:p>
      <w:r>
        <w:rPr>
          <w:b/>
        </w:rPr>
        <w:t xml:space="preserve">[41:38] </w:t>
      </w:r>
      <w:r>
        <w:t>woh Khuda jo jis ko hum kehte hain God Almighty.</w:t>
      </w:r>
    </w:p>
    <w:p>
      <w:pPr>
        <w:jc w:val="right"/>
      </w:pPr>
      <w:r>
        <w:t>وہ خدا جو جس کو ہم کہتے ہیں گاڈ آل مائٹی۔</w:t>
      </w:r>
    </w:p>
    <w:p>
      <w:r>
        <w:rPr>
          <w:b/>
        </w:rPr>
        <w:t xml:space="preserve">[41:42] </w:t>
      </w:r>
      <w:r>
        <w:t>saari greatness usi ki hai.</w:t>
      </w:r>
    </w:p>
    <w:p>
      <w:pPr>
        <w:jc w:val="right"/>
      </w:pPr>
      <w:r>
        <w:t>ساری گریٹنس اسی کی ہے۔</w:t>
      </w:r>
    </w:p>
    <w:p>
      <w:r>
        <w:rPr>
          <w:b/>
        </w:rPr>
        <w:t xml:space="preserve">[41:47] </w:t>
      </w:r>
      <w:r>
        <w:t>woh khuda, woh khuda, woh khuda.</w:t>
      </w:r>
    </w:p>
    <w:p>
      <w:pPr>
        <w:jc w:val="right"/>
      </w:pPr>
      <w:r>
        <w:t>وہ خدا، وہ خدا، وہ خدا۔</w:t>
      </w:r>
    </w:p>
    <w:p>
      <w:r>
        <w:rPr>
          <w:b/>
        </w:rPr>
        <w:t xml:space="preserve">[41:51] </w:t>
      </w:r>
      <w:r>
        <w:t>jab aap dunya mein ghore o fikr karte hain.</w:t>
      </w:r>
    </w:p>
    <w:p>
      <w:pPr>
        <w:jc w:val="right"/>
      </w:pPr>
      <w:r>
        <w:t>جب آپ دنیا میں غور و فکر کرتے ہیں۔</w:t>
      </w:r>
    </w:p>
    <w:p>
      <w:r>
        <w:rPr>
          <w:b/>
        </w:rPr>
        <w:t xml:space="preserve">[41:56] </w:t>
      </w:r>
      <w:r>
        <w:t>nature mein, kainat mein, zameen mein, aasman mein aap sochte hain.</w:t>
      </w:r>
    </w:p>
    <w:p>
      <w:pPr>
        <w:jc w:val="right"/>
      </w:pPr>
      <w:r>
        <w:t>نیچر میں، کائنات میں، زمین میں، آسمان میں آپ سوچتے ہیں۔</w:t>
      </w:r>
    </w:p>
    <w:p>
      <w:r>
        <w:rPr>
          <w:b/>
        </w:rPr>
        <w:t xml:space="preserve">[42:01] </w:t>
      </w:r>
      <w:r>
        <w:t>kitabein padhte hain.</w:t>
      </w:r>
    </w:p>
    <w:p>
      <w:pPr>
        <w:jc w:val="right"/>
      </w:pPr>
      <w:r>
        <w:t>کتابیں پڑھتے ہیں۔</w:t>
      </w:r>
    </w:p>
    <w:p>
      <w:r>
        <w:rPr>
          <w:b/>
        </w:rPr>
        <w:t xml:space="preserve">[42:05] </w:t>
      </w:r>
      <w:r>
        <w:t>ek lambe process ke baad aap discover karte hain khuda ko.</w:t>
      </w:r>
    </w:p>
    <w:p>
      <w:pPr>
        <w:jc w:val="right"/>
      </w:pPr>
      <w:r>
        <w:t>ایک لمبے پروسیس کے بعد آپ ڈسکور کرتے ہیں خدا کو۔</w:t>
      </w:r>
    </w:p>
    <w:p>
      <w:r>
        <w:rPr>
          <w:b/>
        </w:rPr>
        <w:t xml:space="preserve">[42:13] </w:t>
      </w:r>
      <w:r>
        <w:t>jab aap discover karte hain toh yeh aap mamooli baat samajhte hain is ko? yeh toh ek super</w:t>
      </w:r>
    </w:p>
    <w:p>
      <w:pPr>
        <w:jc w:val="right"/>
      </w:pPr>
      <w:r>
        <w:t>جب آپ ڈسکور کرتے ہیں تو یہ آپ معمولی بات سمجھتے ہیں اس کو؟ یہ تو ایک سپر</w:t>
      </w:r>
    </w:p>
    <w:p>
      <w:r>
        <w:rPr>
          <w:b/>
        </w:rPr>
        <w:t xml:space="preserve">[42:20] </w:t>
      </w:r>
      <w:r>
        <w:t>toofan hota hai, ek super staram hota hai jo aap ke andar paida hota hai. super staram.</w:t>
      </w:r>
    </w:p>
    <w:p>
      <w:pPr>
        <w:jc w:val="right"/>
      </w:pPr>
      <w:r>
        <w:t>طوفان ہوتا ہے، ایک سپر اسٹارم ہوتا ہے جو آپ کے اندر پیدا ہوتا ہے۔ سپر اسٹارم۔</w:t>
      </w:r>
    </w:p>
    <w:p>
      <w:r>
        <w:rPr>
          <w:b/>
        </w:rPr>
        <w:t xml:space="preserve">[42:28] </w:t>
      </w:r>
      <w:r>
        <w:t>is super staram ka ek manifestation hai ke aap keh sakte hain ke oh god</w:t>
      </w:r>
    </w:p>
    <w:p>
      <w:pPr>
        <w:jc w:val="right"/>
      </w:pPr>
      <w:r>
        <w:t>اس سپر اسٹارم کا ایک مینیفیسٹیشن ہے کہ آپ کہہ سکتے ہیں کہ او گاڈ</w:t>
      </w:r>
    </w:p>
    <w:p>
      <w:r>
        <w:rPr>
          <w:b/>
        </w:rPr>
        <w:t xml:space="preserve">[42:36] </w:t>
      </w:r>
      <w:r>
        <w:t>forgive me, you are my lord.</w:t>
      </w:r>
    </w:p>
    <w:p>
      <w:pPr>
        <w:jc w:val="right"/>
      </w:pPr>
      <w:r>
        <w:t>فارگیو می، یو آر مائی لارڈ۔</w:t>
      </w:r>
    </w:p>
    <w:p>
      <w:r>
        <w:rPr>
          <w:b/>
        </w:rPr>
        <w:t xml:space="preserve">[42:40] </w:t>
      </w:r>
      <w:r>
        <w:t>ae khuda maine tera iqraar kiya.</w:t>
      </w:r>
    </w:p>
    <w:p>
      <w:pPr>
        <w:jc w:val="right"/>
      </w:pPr>
      <w:r>
        <w:t>اے خدا میں نے تیرا اقرار کیا۔</w:t>
      </w:r>
    </w:p>
    <w:p>
      <w:r>
        <w:rPr>
          <w:b/>
        </w:rPr>
        <w:t xml:space="preserve">[42:45] </w:t>
      </w:r>
      <w:r>
        <w:t>ae khuda maine teri badai ko maana.</w:t>
      </w:r>
    </w:p>
    <w:p>
      <w:pPr>
        <w:jc w:val="right"/>
      </w:pPr>
      <w:r>
        <w:t>اے خدا میں نے تیری بڑائی کو مانا۔</w:t>
      </w:r>
    </w:p>
    <w:p>
      <w:r>
        <w:rPr>
          <w:b/>
        </w:rPr>
        <w:t xml:space="preserve">[42:49] </w:t>
      </w:r>
      <w:r>
        <w:t>ae khuda main tera etraaf karta hoon.</w:t>
      </w:r>
    </w:p>
    <w:p>
      <w:pPr>
        <w:jc w:val="right"/>
      </w:pPr>
      <w:r>
        <w:t>اے خدا میں تیرا اعتراف کرتا ہوں۔</w:t>
      </w:r>
    </w:p>
    <w:p>
      <w:r>
        <w:rPr>
          <w:b/>
        </w:rPr>
        <w:t xml:space="preserve">[42:54] </w:t>
      </w:r>
      <w:r>
        <w:t>ae khuda tujhe maaf farma.</w:t>
      </w:r>
    </w:p>
    <w:p>
      <w:pPr>
        <w:jc w:val="right"/>
      </w:pPr>
      <w:r>
        <w:t>اے خدا تجھے معاف فرما۔</w:t>
      </w:r>
    </w:p>
    <w:p>
      <w:r>
        <w:rPr>
          <w:b/>
        </w:rPr>
        <w:t xml:space="preserve">[42:58] </w:t>
      </w:r>
      <w:r>
        <w:t>ae khuda mujhe jannat mein dakhil kar de.</w:t>
      </w:r>
    </w:p>
    <w:p>
      <w:pPr>
        <w:jc w:val="right"/>
      </w:pPr>
      <w:r>
        <w:t>اے خدا مجھے جنت میں داخل کر دے۔</w:t>
      </w:r>
    </w:p>
    <w:p>
      <w:r>
        <w:rPr>
          <w:b/>
        </w:rPr>
        <w:t xml:space="preserve">[43:03] </w:t>
      </w:r>
      <w:r>
        <w:t>yeh saari baatein jo hain yeh kya hain? rate hue shabdon ka uchcharan hai kya yeh?</w:t>
      </w:r>
    </w:p>
    <w:p>
      <w:pPr>
        <w:jc w:val="right"/>
      </w:pPr>
      <w:r>
        <w:t>یہ ساری باتیں جو ہیں یہ کیا ہیں؟ رٹے ہوئے शब्दوں کا اچارن ہے کیا یہ؟</w:t>
      </w:r>
    </w:p>
    <w:p>
      <w:r>
        <w:rPr>
          <w:b/>
        </w:rPr>
        <w:t xml:space="preserve">[43:07] </w:t>
      </w:r>
      <w:r>
        <w:t>nahin.</w:t>
      </w:r>
    </w:p>
    <w:p>
      <w:pPr>
        <w:jc w:val="right"/>
      </w:pPr>
      <w:r>
        <w:t>نہیں۔</w:t>
      </w:r>
    </w:p>
    <w:p>
      <w:r>
        <w:rPr>
          <w:b/>
        </w:rPr>
        <w:t xml:space="preserve">[43:10] </w:t>
      </w:r>
      <w:r>
        <w:t>yeh dil ke phatan ki awaaz hai.</w:t>
      </w:r>
    </w:p>
    <w:p>
      <w:pPr>
        <w:jc w:val="right"/>
      </w:pPr>
      <w:r>
        <w:t>یہ دل کے پھٹن کی آواز ہے۔</w:t>
      </w:r>
    </w:p>
    <w:p>
      <w:r>
        <w:rPr>
          <w:b/>
        </w:rPr>
        <w:t xml:space="preserve">[43:14] </w:t>
      </w:r>
      <w:r>
        <w:t>ek rohani inqilaab ki awaaz hai yeh.</w:t>
      </w:r>
    </w:p>
    <w:p>
      <w:pPr>
        <w:jc w:val="right"/>
      </w:pPr>
      <w:r>
        <w:t>ایک روحانی انقلاب کی آواز ہے یہ۔</w:t>
      </w:r>
    </w:p>
    <w:p>
      <w:r>
        <w:rPr>
          <w:b/>
        </w:rPr>
        <w:t xml:space="preserve">[43:17] </w:t>
      </w:r>
      <w:r>
        <w:t>ek spiritual revolution jo aaya aadmi ke andar.</w:t>
      </w:r>
    </w:p>
    <w:p>
      <w:pPr>
        <w:jc w:val="right"/>
      </w:pPr>
      <w:r>
        <w:t>ایک اسپیریچول ریولوشن جو آیا آدمی کے اندر۔</w:t>
      </w:r>
    </w:p>
    <w:p>
      <w:r>
        <w:rPr>
          <w:b/>
        </w:rPr>
        <w:t xml:space="preserve">[43:21] </w:t>
      </w:r>
      <w:r>
        <w:t>ek spiritual storm jo aaya aadmi ke andar.</w:t>
      </w:r>
    </w:p>
    <w:p>
      <w:pPr>
        <w:jc w:val="right"/>
      </w:pPr>
      <w:r>
        <w:t>ایک اسپیریچول اسٹارم جو آیا آدمی کے اندر۔</w:t>
      </w:r>
    </w:p>
    <w:p>
      <w:r>
        <w:rPr>
          <w:b/>
        </w:rPr>
        <w:t xml:space="preserve">[43:24] </w:t>
      </w:r>
      <w:r>
        <w:t>is ki awaaz hai yeh.</w:t>
      </w:r>
    </w:p>
    <w:p>
      <w:pPr>
        <w:jc w:val="right"/>
      </w:pPr>
      <w:r>
        <w:t>اس کی آواز ہے یہ۔</w:t>
      </w:r>
    </w:p>
    <w:p>
      <w:r>
        <w:rPr>
          <w:b/>
        </w:rPr>
        <w:t xml:space="preserve">[43:28] </w:t>
      </w:r>
      <w:r>
        <w:t>woh chahe arabi mein nikle, chahe urdu mein nikle, english mein nikle, hindi mein nikle, sanskrit mein nikle,</w:t>
      </w:r>
    </w:p>
    <w:p>
      <w:pPr>
        <w:jc w:val="right"/>
      </w:pPr>
      <w:r>
        <w:t>وہ چاہے عربی میں نکلے، چاہے اردو میں نکلے، انگلش میں نکلے، ہندی میں نکلے، سنسکرت میں نکلے،</w:t>
      </w:r>
    </w:p>
    <w:p>
      <w:r>
        <w:rPr>
          <w:b/>
        </w:rPr>
        <w:t xml:space="preserve">[43:31] </w:t>
      </w:r>
      <w:r>
        <w:t>kisi bhi zabaan mein nikle woh.</w:t>
      </w:r>
    </w:p>
    <w:p>
      <w:pPr>
        <w:jc w:val="right"/>
      </w:pPr>
      <w:r>
        <w:t>کسی بھی زبان میں نکلے وہ۔</w:t>
      </w:r>
    </w:p>
    <w:p>
      <w:r>
        <w:rPr>
          <w:b/>
        </w:rPr>
        <w:t xml:space="preserve">[43:35] </w:t>
      </w:r>
      <w:r>
        <w:t>yahan zabaan jo hai relative hai.</w:t>
      </w:r>
    </w:p>
    <w:p>
      <w:pPr>
        <w:jc w:val="right"/>
      </w:pPr>
      <w:r>
        <w:t>یہاں زبان جو ہے ریلیٹو ہے۔</w:t>
      </w:r>
    </w:p>
    <w:p>
      <w:r>
        <w:rPr>
          <w:b/>
        </w:rPr>
        <w:t xml:space="preserve">[43:38] </w:t>
      </w:r>
      <w:r>
        <w:t>asal cheez hai andar ki spirit.</w:t>
      </w:r>
    </w:p>
    <w:p>
      <w:pPr>
        <w:jc w:val="right"/>
      </w:pPr>
      <w:r>
        <w:t>اصل چیز ہے اندر کی اسپرٹ۔</w:t>
      </w:r>
    </w:p>
    <w:p>
      <w:r>
        <w:rPr>
          <w:b/>
        </w:rPr>
        <w:t xml:space="preserve">[43:44] </w:t>
      </w:r>
      <w:r>
        <w:t>isi liye main kaha karta hoon ke imaan begins from discovery.</w:t>
      </w:r>
    </w:p>
    <w:p>
      <w:pPr>
        <w:jc w:val="right"/>
      </w:pPr>
      <w:r>
        <w:t>اسی لیے میں کہا کرتا ہوں کہ ایمان بگنز فرام ڈسکوری۔</w:t>
      </w:r>
    </w:p>
    <w:p>
      <w:r>
        <w:rPr>
          <w:b/>
        </w:rPr>
        <w:t xml:space="preserve">[43:50] </w:t>
      </w:r>
      <w:r>
        <w:t>log samajhte hain ke imaan begins from recitation.</w:t>
      </w:r>
    </w:p>
    <w:p>
      <w:pPr>
        <w:jc w:val="right"/>
      </w:pPr>
      <w:r>
        <w:t>لوگ سمجھتے ہیں کہ ایمان بگنز فرام ریسیٹیشن۔</w:t>
      </w:r>
    </w:p>
    <w:p>
      <w:r>
        <w:rPr>
          <w:b/>
        </w:rPr>
        <w:t xml:space="preserve">[43:56] </w:t>
      </w:r>
      <w:r>
        <w:t>jab ek aadmi kehta hai ke la ilaha illallah to log samajhte hain ke is ko imaan mil gaya.</w:t>
      </w:r>
    </w:p>
    <w:p>
      <w:pPr>
        <w:jc w:val="right"/>
      </w:pPr>
      <w:r>
        <w:t>جب ایک آدمی کہتا ہے کہ لا الہ الا اللہ تو لوگ سمجھتے ہیں کہ اس کو ایمان مل گیا۔</w:t>
      </w:r>
    </w:p>
    <w:p>
      <w:r>
        <w:rPr>
          <w:b/>
        </w:rPr>
        <w:t xml:space="preserve">[44:02] </w:t>
      </w:r>
      <w:r>
        <w:t>to log samajhte hain ke imaan begins from recitation. nahin imaan b</w:t>
      </w:r>
    </w:p>
    <w:p>
      <w:pPr>
        <w:jc w:val="right"/>
      </w:pPr>
      <w:r>
        <w:t>تو لوگ سمجھتے ہیں کہ ایمان بگنز فرام ریسیٹیشن۔ نہیں۔ ایمان ب</w:t>
      </w:r>
    </w:p>
    <w:p>
      <w:r>
        <w:rPr>
          <w:b/>
        </w:rPr>
        <w:t xml:space="preserve">[44:08] </w:t>
      </w:r>
      <w:r>
        <w:t>egins from discovery.</w:t>
      </w:r>
    </w:p>
    <w:p>
      <w:pPr>
        <w:jc w:val="right"/>
      </w:pPr>
      <w:r>
        <w:t>گنز فرام ڈسکوری۔</w:t>
      </w:r>
    </w:p>
    <w:p>
      <w:r>
        <w:rPr>
          <w:b/>
        </w:rPr>
        <w:t xml:space="preserve">[44:13] </w:t>
      </w:r>
      <w:r>
        <w:t>pehlay marifat phir imaan.</w:t>
      </w:r>
    </w:p>
    <w:p>
      <w:pPr>
        <w:jc w:val="right"/>
      </w:pPr>
      <w:r>
        <w:t>پہلے معرفت پھر ایمان۔</w:t>
      </w:r>
    </w:p>
    <w:p>
      <w:r>
        <w:rPr>
          <w:b/>
        </w:rPr>
        <w:t xml:space="preserve">[44:18] </w:t>
      </w:r>
      <w:r>
        <w:t>pehlay discovery phir imaan.</w:t>
      </w:r>
    </w:p>
    <w:p>
      <w:pPr>
        <w:jc w:val="right"/>
      </w:pPr>
      <w:r>
        <w:t>پہلے ڈسکوری پھر ایمان۔</w:t>
      </w:r>
    </w:p>
    <w:p>
      <w:r>
        <w:rPr>
          <w:b/>
        </w:rPr>
        <w:t xml:space="preserve">[44:23] </w:t>
      </w:r>
      <w:r>
        <w:t>is baat ko achi tarah janna chahiye ke aisa nahin hai ke kuch rat rata le aap, kuch</w:t>
      </w:r>
    </w:p>
    <w:p>
      <w:pPr>
        <w:jc w:val="right"/>
      </w:pPr>
      <w:r>
        <w:t>اس بات کو اچھی طرح جاننا چاہیے کہ ایسا نہیں ہے کہ کچھ رٹ رٹا لے آپ، کچھ</w:t>
      </w:r>
    </w:p>
    <w:p>
      <w:r>
        <w:rPr>
          <w:b/>
        </w:rPr>
        <w:t xml:space="preserve">[44:29] </w:t>
      </w:r>
      <w:r>
        <w:t>lafzon ko is ko dohra dein to imaan ho gaya.</w:t>
      </w:r>
    </w:p>
    <w:p>
      <w:pPr>
        <w:jc w:val="right"/>
      </w:pPr>
      <w:r>
        <w:t>لفظوں کو اس کو دہرا دیں تو ایمان ہو گیا۔</w:t>
      </w:r>
    </w:p>
    <w:p>
      <w:r>
        <w:rPr>
          <w:b/>
        </w:rPr>
        <w:t xml:space="preserve">[44:34] </w:t>
      </w:r>
      <w:r>
        <w:t>جب انسان خدا کی دریافت کرتا ہے، consciously mind کے سطح پر</w:t>
      </w:r>
    </w:p>
    <w:p>
      <w:pPr>
        <w:jc w:val="right"/>
      </w:pPr>
      <w:r>
        <w:t>جب انسان خدا کی دریافت کرتا ہے، کانشیس، کانشیسلی مائنڈ کے سطح پر</w:t>
      </w:r>
    </w:p>
    <w:p>
      <w:r>
        <w:rPr>
          <w:b/>
        </w:rPr>
        <w:t xml:space="preserve">[44:39] </w:t>
      </w:r>
      <w:r>
        <w:t>daryaft karta hai.</w:t>
      </w:r>
    </w:p>
    <w:p>
      <w:pPr>
        <w:jc w:val="right"/>
      </w:pPr>
      <w:r>
        <w:t>دریافت کرتا ہے۔</w:t>
      </w:r>
    </w:p>
    <w:p>
      <w:r>
        <w:rPr>
          <w:b/>
        </w:rPr>
        <w:t xml:space="preserve">[44:44] </w:t>
      </w:r>
      <w:r>
        <w:t>aur daryaft is ke seenay mein utar jati hai, is ki rooh mein teer jati hai.</w:t>
      </w:r>
    </w:p>
    <w:p>
      <w:pPr>
        <w:jc w:val="right"/>
      </w:pPr>
      <w:r>
        <w:t>اور دریافت اس کے سینے میں اتر جاتی ہے، اس کی روح میں تیر جاتی ہے۔</w:t>
      </w:r>
    </w:p>
    <w:p>
      <w:r>
        <w:rPr>
          <w:b/>
        </w:rPr>
        <w:t xml:space="preserve">[44:49] </w:t>
      </w:r>
      <w:r>
        <w:t>is ke andar storm paida kar deti hai.</w:t>
      </w:r>
    </w:p>
    <w:p>
      <w:pPr>
        <w:jc w:val="right"/>
      </w:pPr>
      <w:r>
        <w:t>اس کے اندر اسٹارم پیدا کر دیتی ہے۔</w:t>
      </w:r>
    </w:p>
    <w:p>
      <w:r>
        <w:rPr>
          <w:b/>
        </w:rPr>
        <w:t xml:space="preserve">[44:54] </w:t>
      </w:r>
      <w:r>
        <w:t>aur phir woh keh parhta hai la ilaha illallah to woh hai imaan.</w:t>
      </w:r>
    </w:p>
    <w:p>
      <w:pPr>
        <w:jc w:val="right"/>
      </w:pPr>
      <w:r>
        <w:t>اور پھر وہ کہہ پڑتا ہے لا الہ الا اللہ تو وہ ہے ایمان۔</w:t>
      </w:r>
    </w:p>
    <w:p>
      <w:r>
        <w:rPr>
          <w:b/>
        </w:rPr>
        <w:t xml:space="preserve">[44:59] </w:t>
      </w:r>
      <w:r>
        <w:t>jim corbett jo bohat bara hunter tha to is ki main ne kitaab parhi.</w:t>
      </w:r>
    </w:p>
    <w:p>
      <w:pPr>
        <w:jc w:val="right"/>
      </w:pPr>
      <w:r>
        <w:t>جم کاربٹ جو بہت بڑا ہنٹر تھا تو اس کی میں نے کتاب پڑھی۔</w:t>
      </w:r>
    </w:p>
    <w:p>
      <w:r>
        <w:rPr>
          <w:b/>
        </w:rPr>
        <w:t xml:space="preserve">[45:04] </w:t>
      </w:r>
      <w:r>
        <w:t>woh janglon mein jata tha bandook le kar</w:t>
      </w:r>
    </w:p>
    <w:p>
      <w:pPr>
        <w:jc w:val="right"/>
      </w:pPr>
      <w:r>
        <w:t>وہ جنگلوں میں جاتا تھا بندوق لے کر</w:t>
      </w:r>
    </w:p>
    <w:p>
      <w:r>
        <w:rPr>
          <w:b/>
        </w:rPr>
        <w:t xml:space="preserve">[45:09] </w:t>
      </w:r>
      <w:r>
        <w:t>, gun le kar.</w:t>
      </w:r>
    </w:p>
    <w:p>
      <w:pPr>
        <w:jc w:val="right"/>
      </w:pPr>
      <w:r>
        <w:t>، گن لے کر۔</w:t>
      </w:r>
    </w:p>
    <w:p>
      <w:r>
        <w:rPr>
          <w:b/>
        </w:rPr>
        <w:t xml:space="preserve">[45:14] </w:t>
      </w:r>
      <w:r>
        <w:t>janglon mein gun le kar jata tha aur hiran ka shikar karta tha.</w:t>
      </w:r>
    </w:p>
    <w:p>
      <w:pPr>
        <w:jc w:val="right"/>
      </w:pPr>
      <w:r>
        <w:t>جنگلوں میں گن لے کر جاتا تھا اور ہرن کا شکار کرتا تھا۔</w:t>
      </w:r>
    </w:p>
    <w:p>
      <w:r>
        <w:rPr>
          <w:b/>
        </w:rPr>
        <w:t xml:space="preserve">[45:18] </w:t>
      </w:r>
      <w:r>
        <w:t>kamai hill, kamai hills mein.</w:t>
      </w:r>
    </w:p>
    <w:p>
      <w:pPr>
        <w:jc w:val="right"/>
      </w:pPr>
      <w:r>
        <w:t>کمائی ہل، کمائی ہلز میں۔</w:t>
      </w:r>
    </w:p>
    <w:p>
      <w:r>
        <w:rPr>
          <w:b/>
        </w:rPr>
        <w:t xml:space="preserve">[45:22] </w:t>
      </w:r>
      <w:r>
        <w:t>to is ne book likhi hai.</w:t>
      </w:r>
    </w:p>
    <w:p>
      <w:pPr>
        <w:jc w:val="right"/>
      </w:pPr>
      <w:r>
        <w:t>تو اس نے بک لکھی ہے۔</w:t>
      </w:r>
    </w:p>
    <w:p>
      <w:r>
        <w:rPr>
          <w:b/>
        </w:rPr>
        <w:t xml:space="preserve">[45:27] </w:t>
      </w:r>
      <w:r>
        <w:t>is mein woh kehta hai ke jab aap jungle mein chal rahe hain.</w:t>
      </w:r>
    </w:p>
    <w:p>
      <w:pPr>
        <w:jc w:val="right"/>
      </w:pPr>
      <w:r>
        <w:t>اس میں وہ کہتا ہے کہ جب آپ جنگل میں چل رہے ہیں۔</w:t>
      </w:r>
    </w:p>
    <w:p>
      <w:r>
        <w:rPr>
          <w:b/>
        </w:rPr>
        <w:t xml:space="preserve">[45:31] </w:t>
      </w:r>
      <w:r>
        <w:t>achanak aap notice karte hain ke paas ki jhaari mein ek sher khara hua hai.</w:t>
      </w:r>
    </w:p>
    <w:p>
      <w:pPr>
        <w:jc w:val="right"/>
      </w:pPr>
      <w:r>
        <w:t>اچانک آپ نوٹس کرتے ہیں کہ پاس کی جھاڑی میں ایک شیر کھڑا ہوا ہے۔</w:t>
      </w:r>
    </w:p>
    <w:p>
      <w:r>
        <w:rPr>
          <w:b/>
        </w:rPr>
        <w:t xml:space="preserve">[45:35] </w:t>
      </w:r>
      <w:r>
        <w:t>aap jante hain ke sher jo hai khulay</w:t>
      </w:r>
    </w:p>
    <w:p>
      <w:pPr>
        <w:jc w:val="right"/>
      </w:pPr>
      <w:r>
        <w:t>آپ جانتے ہیں کہ شیر جو ہے کھلے</w:t>
      </w:r>
    </w:p>
    <w:p>
      <w:r>
        <w:rPr>
          <w:b/>
        </w:rPr>
        <w:t xml:space="preserve">[45:40] </w:t>
      </w:r>
      <w:r>
        <w:t>, open place mein kam hota hai.</w:t>
      </w:r>
    </w:p>
    <w:p>
      <w:pPr>
        <w:jc w:val="right"/>
      </w:pPr>
      <w:r>
        <w:t>، اوپن پلیس میں کم ہوتا ہے۔</w:t>
      </w:r>
    </w:p>
    <w:p>
      <w:r>
        <w:rPr>
          <w:b/>
        </w:rPr>
        <w:t xml:space="preserve">[45:45] </w:t>
      </w:r>
      <w:r>
        <w:t>woh jhaariyon mein rehta hai woh.</w:t>
      </w:r>
    </w:p>
    <w:p>
      <w:pPr>
        <w:jc w:val="right"/>
      </w:pPr>
      <w:r>
        <w:t>وہ جھاڑیوں میں رہتا ہے وہ۔</w:t>
      </w:r>
    </w:p>
    <w:p>
      <w:r>
        <w:rPr>
          <w:b/>
        </w:rPr>
        <w:t xml:space="preserve">[45:51] </w:t>
      </w:r>
      <w:r>
        <w:t>to woh kehta hai ke aap chal rahe hain aur achaanak aap notice karte hain ke aap ke</w:t>
      </w:r>
    </w:p>
    <w:p>
      <w:pPr>
        <w:jc w:val="right"/>
      </w:pPr>
      <w:r>
        <w:t>تو وہ کہتا ہے کہ آپ چل رہے ہیں اور اچانک آپ نوٹس کرتے ہیں کہ آپ کے</w:t>
      </w:r>
    </w:p>
    <w:p>
      <w:r>
        <w:rPr>
          <w:b/>
        </w:rPr>
        <w:t xml:space="preserve">[45:56] </w:t>
      </w:r>
      <w:r>
        <w:t>bohat paas mein bilkul qareeb aik sher khara hua hai.</w:t>
      </w:r>
    </w:p>
    <w:p>
      <w:pPr>
        <w:jc w:val="right"/>
      </w:pPr>
      <w:r>
        <w:t>بہت پاس میں بالکل قریب ایک شیر کھڑا ہوا ہے۔</w:t>
      </w:r>
    </w:p>
    <w:p>
      <w:r>
        <w:rPr>
          <w:b/>
        </w:rPr>
        <w:t xml:space="preserve">[46:02] </w:t>
      </w:r>
      <w:r>
        <w:t>تو وہ کہتا ہے کہ اس وقت آپ کا blood circulation blood storm بن جاتا ہے۔</w:t>
      </w:r>
    </w:p>
    <w:p>
      <w:pPr>
        <w:jc w:val="right"/>
      </w:pPr>
      <w:r>
        <w:t>تو وہ کہتا ہے کہ اس وقت آپ کا بلڈ سرکولیشن بلڈ اسٹارم بن جاتا ہے۔</w:t>
      </w:r>
    </w:p>
    <w:p>
      <w:r>
        <w:rPr>
          <w:b/>
        </w:rPr>
        <w:t xml:space="preserve">[46:07] </w:t>
      </w:r>
      <w:r>
        <w:t>jab achaanak aap dekhte hain sher ko to aap ke body mein</w:t>
      </w:r>
    </w:p>
    <w:p>
      <w:pPr>
        <w:jc w:val="right"/>
      </w:pPr>
      <w:r>
        <w:t>جب اچانک آپ دیکھتے ہیں شیر کو تو آپ کے باڈی میں</w:t>
      </w:r>
    </w:p>
    <w:p>
      <w:r>
        <w:rPr>
          <w:b/>
        </w:rPr>
        <w:t xml:space="preserve">[46:13] </w:t>
      </w:r>
      <w:r>
        <w:t>khoon ka doran, khoon ka toofan ban jata hai.</w:t>
      </w:r>
    </w:p>
    <w:p>
      <w:pPr>
        <w:jc w:val="right"/>
      </w:pPr>
      <w:r>
        <w:t>خون کا دوران، خون کا طوفان بن جاتا ہے۔</w:t>
      </w:r>
    </w:p>
    <w:p>
      <w:r>
        <w:rPr>
          <w:b/>
        </w:rPr>
        <w:t xml:space="preserve">[46:19] </w:t>
      </w:r>
      <w:r>
        <w:t>maine is ko parha to maine socha ke sher ko dekh kar yeh halat insaan ki</w:t>
      </w:r>
    </w:p>
    <w:p>
      <w:pPr>
        <w:jc w:val="right"/>
      </w:pPr>
      <w:r>
        <w:t>میں نے اس کو پڑھا تو میں نے سوچا کہ شیر کو دیکھ کر یہ حالت انسان کی</w:t>
      </w:r>
    </w:p>
    <w:p>
      <w:r>
        <w:rPr>
          <w:b/>
        </w:rPr>
        <w:t xml:space="preserve">[46:26] </w:t>
      </w:r>
      <w:r>
        <w:t>hui to jo creator hai sher ka us ko dekh kar, us ko discover kar ke kitna bara</w:t>
      </w:r>
    </w:p>
    <w:p>
      <w:pPr>
        <w:jc w:val="right"/>
      </w:pPr>
      <w:r>
        <w:t>ہوئی تو جو کریٹر ہے شیر کا اس کو دیکھ کر، اس کو ڈسکور کر کے کتنا بڑا</w:t>
      </w:r>
    </w:p>
    <w:p>
      <w:r>
        <w:rPr>
          <w:b/>
        </w:rPr>
        <w:t xml:space="preserve">[46:32] </w:t>
      </w:r>
      <w:r>
        <w:t>storm aaye ga insaan ke andar.</w:t>
      </w:r>
    </w:p>
    <w:p>
      <w:pPr>
        <w:jc w:val="right"/>
      </w:pPr>
      <w:r>
        <w:t>اسٹارم آئے گا انسان کے اندر۔</w:t>
      </w:r>
    </w:p>
    <w:p>
      <w:r>
        <w:rPr>
          <w:b/>
        </w:rPr>
        <w:t xml:space="preserve">[46:38] </w:t>
      </w:r>
      <w:r>
        <w:t>aap ghor kijiye ke sher to makhlooq hai, sher to creature hai.</w:t>
      </w:r>
    </w:p>
    <w:p>
      <w:pPr>
        <w:jc w:val="right"/>
      </w:pPr>
      <w:r>
        <w:t>آپ غور کیجئے کہ شیر تو مخلوق ہے، شیر تو کریچر ہے۔</w:t>
      </w:r>
    </w:p>
    <w:p>
      <w:r>
        <w:rPr>
          <w:b/>
        </w:rPr>
        <w:t xml:space="preserve">[46:45] </w:t>
      </w:r>
      <w:r>
        <w:t>creature ko dekh kar itna bara toofan to creator ko aadmi discover kare to kitna bara toofan is</w:t>
      </w:r>
    </w:p>
    <w:p>
      <w:pPr>
        <w:jc w:val="right"/>
      </w:pPr>
      <w:r>
        <w:t>کریچر کو دیکھ کر اتنا بڑا طوفان تو کریٹر کو آدمی ڈسکور کرے تو کتنا بڑا طوفان اس</w:t>
      </w:r>
    </w:p>
    <w:p>
      <w:r>
        <w:rPr>
          <w:b/>
        </w:rPr>
        <w:t xml:space="preserve">[46:50] </w:t>
      </w:r>
      <w:r>
        <w:t>ke andar aayega.</w:t>
      </w:r>
    </w:p>
    <w:p>
      <w:pPr>
        <w:jc w:val="right"/>
      </w:pPr>
      <w:r>
        <w:t>کے اندر آئے گا۔</w:t>
      </w:r>
    </w:p>
    <w:p>
      <w:r>
        <w:rPr>
          <w:b/>
        </w:rPr>
        <w:t xml:space="preserve">[46:55] </w:t>
      </w:r>
      <w:r>
        <w:t>is ko aap samajh sakte hain.</w:t>
      </w:r>
    </w:p>
    <w:p>
      <w:pPr>
        <w:jc w:val="right"/>
      </w:pPr>
      <w:r>
        <w:t>اس کو آپ سمجھ سکتے ہیں۔</w:t>
      </w:r>
    </w:p>
    <w:p>
      <w:r>
        <w:rPr>
          <w:b/>
        </w:rPr>
        <w:t xml:space="preserve">[47:00] </w:t>
      </w:r>
      <w:r>
        <w:t>to jab yeh toofan aata hai tab insaan ko imaan milta hai.</w:t>
      </w:r>
    </w:p>
    <w:p>
      <w:pPr>
        <w:jc w:val="right"/>
      </w:pPr>
      <w:r>
        <w:t>تو جب یہ طوفان آتا ہے تب انسان کو ایمان ملتا ہے۔</w:t>
      </w:r>
    </w:p>
    <w:p>
      <w:r>
        <w:rPr>
          <w:b/>
        </w:rPr>
        <w:t xml:space="preserve">[47:05] </w:t>
      </w:r>
      <w:r>
        <w:t>jab yeh toofan aata hai tab insaan ke andar se shukr kalma, shukr ka kalma ubalta hai.</w:t>
      </w:r>
    </w:p>
    <w:p>
      <w:pPr>
        <w:jc w:val="right"/>
      </w:pPr>
      <w:r>
        <w:t>جب یہ طوفان آتا ہے تب انسان کے اندر سے شکر کلمہ، شکر کا کلمہ ابلتا ہے۔</w:t>
      </w:r>
    </w:p>
    <w:p>
      <w:r>
        <w:rPr>
          <w:b/>
        </w:rPr>
        <w:t xml:space="preserve">[47:10] </w:t>
      </w:r>
      <w:r>
        <w:t>jab is toofan ke baad aadmi ibadat karta hai to wahi woh ibadat hoti hai</w:t>
      </w:r>
    </w:p>
    <w:p>
      <w:pPr>
        <w:jc w:val="right"/>
      </w:pPr>
      <w:r>
        <w:t>جب اس طوفان کے بعد آدمی عبادت کرتا ہے تو وہی وہ عبادت ہوتی ہے</w:t>
      </w:r>
    </w:p>
    <w:p>
      <w:r>
        <w:rPr>
          <w:b/>
        </w:rPr>
        <w:t xml:space="preserve">[47:15] </w:t>
      </w:r>
      <w:r>
        <w:t>jis mein woh Khuda ko dekhne lagta hai.</w:t>
      </w:r>
    </w:p>
    <w:p>
      <w:pPr>
        <w:jc w:val="right"/>
      </w:pPr>
      <w:r>
        <w:t>جس میں وہ خدا کو دیکھنے لگتا ہے۔</w:t>
      </w:r>
    </w:p>
    <w:p>
      <w:r>
        <w:rPr>
          <w:b/>
        </w:rPr>
        <w:t xml:space="preserve">[47:20] </w:t>
      </w:r>
      <w:r>
        <w:t>jab yeh toofan aata hai is waqt jo dua karta hai woh to mehsoos karta hai ke sach</w:t>
      </w:r>
    </w:p>
    <w:p>
      <w:pPr>
        <w:jc w:val="right"/>
      </w:pPr>
      <w:r>
        <w:t>جب یہ طوفان آتا ہے اس وقت جو دعا کرتا ہے وہ تو محسوس کرتا ہے کہ سچ</w:t>
      </w:r>
    </w:p>
    <w:p>
      <w:r>
        <w:rPr>
          <w:b/>
        </w:rPr>
        <w:t xml:space="preserve">[47:25] </w:t>
      </w:r>
      <w:r>
        <w:t>much hi woh Khuda ke samne khara hua hai.</w:t>
      </w:r>
    </w:p>
    <w:p>
      <w:pPr>
        <w:jc w:val="right"/>
      </w:pPr>
      <w:r>
        <w:t>مچ ہی وہ خدا کے سامنے کھڑا ہوا ہے۔</w:t>
      </w:r>
    </w:p>
    <w:p>
      <w:r>
        <w:rPr>
          <w:b/>
        </w:rPr>
        <w:t xml:space="preserve">[47:30] </w:t>
      </w:r>
      <w:r>
        <w:t>Khuda sun raha hai aur woh Khuda ko pukaar raha hai.</w:t>
      </w:r>
    </w:p>
    <w:p>
      <w:pPr>
        <w:jc w:val="right"/>
      </w:pPr>
      <w:r>
        <w:t>خدا سن رہا ہے اور وہ خدا کو پکار رہا ہے۔</w:t>
      </w:r>
    </w:p>
    <w:p>
      <w:r>
        <w:rPr>
          <w:b/>
        </w:rPr>
        <w:t xml:space="preserve">[47:35] </w:t>
      </w:r>
      <w:r>
        <w:t>sachi dua woh hai ke aap mehsoos karne lagen ke main Khuda ke samne khara hua hoon. Yaad rakhiye.</w:t>
      </w:r>
    </w:p>
    <w:p>
      <w:pPr>
        <w:jc w:val="right"/>
      </w:pPr>
      <w:r>
        <w:t>سچی دعا وہ ہے کہ آپ محسوس کرنے لگیں کہ میں خدا کے سامنے کھڑا ہوا ہوں۔ یاد رکھیے۔</w:t>
      </w:r>
    </w:p>
    <w:p>
      <w:r>
        <w:rPr>
          <w:b/>
        </w:rPr>
        <w:t xml:space="preserve">[47:40] </w:t>
      </w:r>
      <w:r>
        <w:t>sachi dua woh hai jab aap</w:t>
      </w:r>
    </w:p>
    <w:p>
      <w:pPr>
        <w:jc w:val="right"/>
      </w:pPr>
      <w:r>
        <w:t>سچی دعا وہ ہے جب آپ</w:t>
      </w:r>
    </w:p>
    <w:p>
      <w:r>
        <w:rPr>
          <w:b/>
        </w:rPr>
        <w:t xml:space="preserve">[47:45] </w:t>
      </w:r>
      <w:r>
        <w:t>mehsoos karne lagen ke mein Khuda ke samne khada hua hoon. mein pukar raha hoon aur wo sun raha hai. yeh ek bahut bada experience hai. dua ek experience hai yaad rakhiye. dua ek experience hai. dua rate hue shabdon ko dohrane ka naam nahin hai. dua ek spiritual experience hai. dua ek spiritual ex</w:t>
      </w:r>
    </w:p>
    <w:p>
      <w:pPr>
        <w:jc w:val="right"/>
      </w:pPr>
      <w:r>
        <w:t>محسوس کرنے لگیں کہ میں خدا کے سامنے کھڑا ہوا ہوں۔ میں پکار رہا ہوں اور وہ سن رہا ہے۔ یہ ایک بہت بڑا تجربہ ہے۔ دعا ایک تجربہ ہے یاد رکھیے۔ دعا ایک تجربہ ہے۔ دعا رٹے ہوئے शब्दوں کو دہرانے کا نام نہیں ہے۔ دعا ایک اسپیریچول ایکسپیرئینس ہے۔ دعا ایک اسپیریچول ایکس</w:t>
      </w:r>
    </w:p>
    <w:p>
      <w:r>
        <w:rPr>
          <w:b/>
        </w:rPr>
        <w:t xml:space="preserve">[48:15] </w:t>
      </w:r>
      <w:r>
        <w:t>perience hai. dua ek intellectual discovery hai. dua ek higher level hai marifat ka wahan aap pahunch jana ka naam hai dua. aap ghor kijiye ke Khuda itni badi cheez hai, Khuda itni badi cheez hai to isi level ka shukr hona chahiye, isi level ki ibadat honi chahiye, isi level ka imaan hona ch</w:t>
      </w:r>
    </w:p>
    <w:p>
      <w:pPr>
        <w:jc w:val="right"/>
      </w:pPr>
      <w:r>
        <w:t>پیرئینس ہے۔ دعا ایک انٹلیکچول ڈسکوری ہے۔ دعا ایک ہائر لیول ہے معرفت کا وہاں آپ پہنچ جانا کا نام ہے دعا۔ آپ غور کیجئے کہ خدا اتنی بڑی چیز ہے، خدا اتنی بڑی چیز ہے تو اسی لیول کا شکر ہونا چاہیے، اسی لیول کی عبادت ہونی چاہیے، اسی لیول کا ایمان ہونا چ</w:t>
      </w:r>
    </w:p>
    <w:p>
      <w:r>
        <w:rPr>
          <w:b/>
        </w:rPr>
        <w:t xml:space="preserve">[48:45] </w:t>
      </w:r>
      <w:r>
        <w:t>aaiye.</w:t>
      </w:r>
    </w:p>
    <w:p>
      <w:pPr>
        <w:jc w:val="right"/>
      </w:pPr>
      <w:r>
        <w:t>اہیے۔</w:t>
      </w:r>
    </w:p>
    <w:p>
      <w:r>
        <w:rPr>
          <w:b/>
        </w:rPr>
        <w:t xml:space="preserve">[48:50] </w:t>
      </w:r>
      <w:r>
        <w:t>یہ خدا کو underestimate کرنا ہے کہ اس سے کمتر درجے کی چیزوں کو آپ سمجھ لیں کہ</w:t>
      </w:r>
    </w:p>
    <w:p>
      <w:pPr>
        <w:jc w:val="right"/>
      </w:pPr>
      <w:r>
        <w:t>یہ خدا کو انڈرسٹیمیٹ کرنا ہے کہ اس سے کمتر درجے کی چیزوں کو آپ سمجھ لیں کہ</w:t>
      </w:r>
    </w:p>
    <w:p>
      <w:r>
        <w:rPr>
          <w:b/>
        </w:rPr>
        <w:t xml:space="preserve">[48:54] </w:t>
      </w:r>
      <w:r>
        <w:t>yeh imaan hai, yeh ibadat hai, yeh marifat hai.</w:t>
      </w:r>
    </w:p>
    <w:p>
      <w:pPr>
        <w:jc w:val="right"/>
      </w:pPr>
      <w:r>
        <w:t>یہ ایمان ہے، یہ عبادت ہے، یہ معرفت ہے۔</w:t>
      </w:r>
    </w:p>
    <w:p>
      <w:r>
        <w:rPr>
          <w:b/>
        </w:rPr>
        <w:t xml:space="preserve">[48:58] </w:t>
      </w:r>
      <w:r>
        <w:t>Quran mein hai ke ma qadar Allah qadar logon ne Khuda ki qadar nahi ki.</w:t>
      </w:r>
    </w:p>
    <w:p>
      <w:pPr>
        <w:jc w:val="right"/>
      </w:pPr>
      <w:r>
        <w:t>قرآن میں ہے کہ ما قدر اللہ قدر لوگوں نے خدا کی قدر نہیں کی۔</w:t>
      </w:r>
    </w:p>
    <w:p>
      <w:r>
        <w:rPr>
          <w:b/>
        </w:rPr>
        <w:t xml:space="preserve">[49:03] </w:t>
      </w:r>
      <w:r>
        <w:t>خدا کو، خدا کو لوگ underestimate کر رہے ہیں۔</w:t>
      </w:r>
    </w:p>
    <w:p>
      <w:pPr>
        <w:jc w:val="right"/>
      </w:pPr>
      <w:r>
        <w:t>خدا کو، خدا کو لوگ انڈرسٹیمیٹ کر رہے ہیں۔</w:t>
      </w:r>
    </w:p>
    <w:p>
      <w:r>
        <w:rPr>
          <w:b/>
        </w:rPr>
        <w:t xml:space="preserve">[49:07] </w:t>
      </w:r>
      <w:r>
        <w:t>Khuda ko underestimate kar rahe hain.</w:t>
      </w:r>
    </w:p>
    <w:p>
      <w:pPr>
        <w:jc w:val="right"/>
      </w:pPr>
      <w:r>
        <w:t>خدا کو انڈرسٹیمیٹ کر رہے ہیں۔</w:t>
      </w:r>
    </w:p>
    <w:p>
      <w:r>
        <w:rPr>
          <w:b/>
        </w:rPr>
        <w:t xml:space="preserve">[49:12] </w:t>
      </w:r>
      <w:r>
        <w:t>jab aap kuch. shabdon ke</w:t>
      </w:r>
    </w:p>
    <w:p>
      <w:pPr>
        <w:jc w:val="right"/>
      </w:pPr>
      <w:r>
        <w:t>جب آپ کچھ۔ शब्दوں کے</w:t>
      </w:r>
    </w:p>
    <w:p>
      <w:r>
        <w:rPr>
          <w:b/>
        </w:rPr>
        <w:t xml:space="preserve">[49:16] </w:t>
      </w:r>
      <w:r>
        <w:t>دہرانے کو سمجھنے کا یہ ایمان ہے تو خدا کو آپ نے underestimate کیا۔</w:t>
      </w:r>
    </w:p>
    <w:p>
      <w:pPr>
        <w:jc w:val="right"/>
      </w:pPr>
      <w:r>
        <w:t>دہرانے کو سمجھنے کا یہ ایمان ہے تو خدا کو آپ نے انڈرسٹیمیٹ کیا۔</w:t>
      </w:r>
    </w:p>
    <w:p>
      <w:r>
        <w:rPr>
          <w:b/>
        </w:rPr>
        <w:t xml:space="preserve">[49:21] </w:t>
      </w:r>
      <w:r>
        <w:t>جب آپ کچھ فارم کے کچھ rituals کے دہرانے کو سمجھنے کی عبادت ہے تو آپ نے خدا</w:t>
      </w:r>
    </w:p>
    <w:p>
      <w:pPr>
        <w:jc w:val="right"/>
      </w:pPr>
      <w:r>
        <w:t>جب آپ کچھ فارم کے کچھ ریچولز کے دہرانے کو سمجھنے کی عبادت ہے تو آپ نے خدا</w:t>
      </w:r>
    </w:p>
    <w:p>
      <w:r>
        <w:rPr>
          <w:b/>
        </w:rPr>
        <w:t xml:space="preserve">[49:26] </w:t>
      </w:r>
      <w:r>
        <w:t>ko underestimate kiya.</w:t>
      </w:r>
    </w:p>
    <w:p>
      <w:pPr>
        <w:jc w:val="right"/>
      </w:pPr>
      <w:r>
        <w:t>کو انڈرسٹیمیٹ کیا۔</w:t>
      </w:r>
    </w:p>
    <w:p>
      <w:r>
        <w:rPr>
          <w:b/>
        </w:rPr>
        <w:t xml:space="preserve">[49:31] </w:t>
      </w:r>
      <w:r>
        <w:t>جب آپ lip service کو سمجھیں کہ آپ خدا کا شکر کر رہے ہیں تو آپ نے خدا</w:t>
      </w:r>
    </w:p>
    <w:p>
      <w:pPr>
        <w:jc w:val="right"/>
      </w:pPr>
      <w:r>
        <w:t>جب آپ لپ سروس کو سمجھیں کہ آپ خدا کا شکر کر رہے ہیں تو آپ نے خدا</w:t>
      </w:r>
    </w:p>
    <w:p>
      <w:r>
        <w:rPr>
          <w:b/>
        </w:rPr>
        <w:t xml:space="preserve">[49:36] </w:t>
      </w:r>
      <w:r>
        <w:t>ko underestimate kiya.</w:t>
      </w:r>
    </w:p>
    <w:p>
      <w:pPr>
        <w:jc w:val="right"/>
      </w:pPr>
      <w:r>
        <w:t>کو انڈرسٹیمیٹ کیا۔</w:t>
      </w:r>
    </w:p>
    <w:p>
      <w:r>
        <w:rPr>
          <w:b/>
        </w:rPr>
        <w:t xml:space="preserve">[49:41] </w:t>
      </w:r>
      <w:r>
        <w:t>جب آپ یہ سمجھیں کہ کسی بزرگ کا دامن تھام لو اور Paradise مل جائے گی تو آپ نے</w:t>
      </w:r>
    </w:p>
    <w:p>
      <w:pPr>
        <w:jc w:val="right"/>
      </w:pPr>
      <w:r>
        <w:t>جب آپ یہ سمجھیں کہ کسی بزرگ کا دامن تھام لو اور پیراڈائز مل جائے گی تو آپ نے</w:t>
      </w:r>
    </w:p>
    <w:p>
      <w:r>
        <w:rPr>
          <w:b/>
        </w:rPr>
        <w:t xml:space="preserve">[49:46] </w:t>
      </w:r>
      <w:r>
        <w:t>khuda ko underestimate kiya.</w:t>
      </w:r>
    </w:p>
    <w:p>
      <w:pPr>
        <w:jc w:val="right"/>
      </w:pPr>
      <w:r>
        <w:t>خدا کو انڈرسٹیمیٹ کیا۔</w:t>
      </w:r>
    </w:p>
    <w:p>
      <w:r>
        <w:rPr>
          <w:b/>
        </w:rPr>
        <w:t xml:space="preserve">[49:53] </w:t>
      </w:r>
      <w:r>
        <w:t>جب آپ سمجھیں کہ قرآن کو بس بلا سمجھے بوجھے دہرا دو تو آپ نے خدا کو underestimate کیا۔</w:t>
      </w:r>
    </w:p>
    <w:p>
      <w:pPr>
        <w:jc w:val="right"/>
      </w:pPr>
      <w:r>
        <w:t>جب آپ سمجھیں کہ قرآن کو بس بلا سمجھے بوجھے دہرا دو تو آپ نے خدا کو انڈرسٹیمیٹ کیا۔</w:t>
      </w:r>
    </w:p>
    <w:p>
      <w:r>
        <w:rPr>
          <w:b/>
        </w:rPr>
        <w:t xml:space="preserve">[50:01] </w:t>
      </w:r>
      <w:r>
        <w:t>ma qadar Allah haq qadra logon ne khuda ko ki ka jo khuda ki jo sahi jo qadar</w:t>
      </w:r>
    </w:p>
    <w:p>
      <w:pPr>
        <w:jc w:val="right"/>
      </w:pPr>
      <w:r>
        <w:t>ما قدر اللہ حق قدرہ لوگوں نے خدا کو کی کا جو خدا کی جو صحیح جو قدر</w:t>
      </w:r>
    </w:p>
    <w:p>
      <w:r>
        <w:rPr>
          <w:b/>
        </w:rPr>
        <w:t xml:space="preserve">[50:09] </w:t>
      </w:r>
      <w:r>
        <w:t>hai woh woh pehchani nahi</w:t>
      </w:r>
    </w:p>
    <w:p>
      <w:pPr>
        <w:jc w:val="right"/>
      </w:pPr>
      <w:r>
        <w:t>ہے وہ وہ پہچانی نہیں</w:t>
      </w:r>
    </w:p>
    <w:p>
      <w:r>
        <w:rPr>
          <w:b/>
        </w:rPr>
        <w:t xml:space="preserve">[50:16] </w:t>
      </w:r>
      <w:r>
        <w:t>یعنی خدا کو لوگوں نے underestimate کر رکھا ہے۔</w:t>
      </w:r>
    </w:p>
    <w:p>
      <w:pPr>
        <w:jc w:val="right"/>
      </w:pPr>
      <w:r>
        <w:t>یعنی خدا کو لوگوں نے انڈرسٹیمیٹ کر رکھا ہے۔</w:t>
      </w:r>
    </w:p>
    <w:p>
      <w:r>
        <w:rPr>
          <w:b/>
        </w:rPr>
        <w:t xml:space="preserve">[50:22] </w:t>
      </w:r>
      <w:r>
        <w:t>یہ سارا جو آپ دیکھ رہے ہیں یہ سب خدا کا underestimation ہے۔</w:t>
      </w:r>
    </w:p>
    <w:p>
      <w:pPr>
        <w:jc w:val="right"/>
      </w:pPr>
      <w:r>
        <w:t>یہ سارا جو آپ دیکھ رہے ہیں یہ سب خدا کا انڈرسٹیمیشن ہے۔</w:t>
      </w:r>
    </w:p>
    <w:p>
      <w:r>
        <w:rPr>
          <w:b/>
        </w:rPr>
        <w:t xml:space="preserve">[50:28] </w:t>
      </w:r>
      <w:r>
        <w:t>ek baar tha ramzan ke mahine mein mein bohat pehle ki baat hai ek sahib ke agya ek</w:t>
      </w:r>
    </w:p>
    <w:p>
      <w:pPr>
        <w:jc w:val="right"/>
      </w:pPr>
      <w:r>
        <w:t>ایک بار تھا رمضان کے مہینے میں میں بہت پہلے کی بات ہے ایک صاحب کے اگیا ایک</w:t>
      </w:r>
    </w:p>
    <w:p>
      <w:r>
        <w:rPr>
          <w:b/>
        </w:rPr>
        <w:t xml:space="preserve">[50:34] </w:t>
      </w:r>
      <w:r>
        <w:t>ek bohat bade afsar the woh to ramzan ke mahine mein un ke haan mein ek do din</w:t>
      </w:r>
    </w:p>
    <w:p>
      <w:pPr>
        <w:jc w:val="right"/>
      </w:pPr>
      <w:r>
        <w:t>ایک بہت بڑے افسر تھے وہ تو رمضان کے مہینے میں ان کے ہاں میں ایک دو دن</w:t>
      </w:r>
    </w:p>
    <w:p>
      <w:r>
        <w:rPr>
          <w:b/>
        </w:rPr>
        <w:t xml:space="preserve">[50:40] </w:t>
      </w:r>
      <w:r>
        <w:t>raha tha to un ka jo bohat bara</w:t>
      </w:r>
    </w:p>
    <w:p>
      <w:pPr>
        <w:jc w:val="right"/>
      </w:pPr>
      <w:r>
        <w:t>رہا تھا تو ان کا جو بہت بڑا</w:t>
      </w:r>
    </w:p>
    <w:p>
      <w:r>
        <w:rPr>
          <w:b/>
        </w:rPr>
        <w:t xml:space="preserve">[50:46] </w:t>
      </w:r>
      <w:r>
        <w:t>bangla tha us ke bahar ek ek jagah thi to mein dekhta ke wahan subah ko ek aadmi</w:t>
      </w:r>
    </w:p>
    <w:p>
      <w:pPr>
        <w:jc w:val="right"/>
      </w:pPr>
      <w:r>
        <w:t>بنگلہ تھا اس کے باہر ایک ایک جگہ تھی تو میں دیکھتا کہ وہاں صبح کو ایک آدمی</w:t>
      </w:r>
    </w:p>
    <w:p>
      <w:r>
        <w:rPr>
          <w:b/>
        </w:rPr>
        <w:t xml:space="preserve">[50:52] </w:t>
      </w:r>
      <w:r>
        <w:t>aata hai quran padhta hai aur phir chala jata hai.</w:t>
      </w:r>
    </w:p>
    <w:p>
      <w:pPr>
        <w:jc w:val="right"/>
      </w:pPr>
      <w:r>
        <w:t>آتا ہے قرآن پڑھتا ہے اور پھر چلا جاتا ہے۔</w:t>
      </w:r>
    </w:p>
    <w:p>
      <w:r>
        <w:rPr>
          <w:b/>
        </w:rPr>
        <w:t xml:space="preserve">[50:58] </w:t>
      </w:r>
      <w:r>
        <w:t>subah ko daily aata hai woh fajar baad wahan baithta hai quran padhta hai chala jata hai.</w:t>
      </w:r>
    </w:p>
    <w:p>
      <w:pPr>
        <w:jc w:val="right"/>
      </w:pPr>
      <w:r>
        <w:t>صبح کو ڈیلی آتا ہے وہ فجر بعد وہاں بیٹھتا ہے قرآن پڑھتا ہے چلا جاتا ہے۔</w:t>
      </w:r>
    </w:p>
    <w:p>
      <w:r>
        <w:rPr>
          <w:b/>
        </w:rPr>
        <w:t xml:space="preserve">[51:04] </w:t>
      </w:r>
      <w:r>
        <w:t>to mein ne un se poocha ke yeh aadmi jo aata hai kya is ka kaam hai kyun</w:t>
      </w:r>
    </w:p>
    <w:p>
      <w:pPr>
        <w:jc w:val="right"/>
      </w:pPr>
      <w:r>
        <w:t>تو میں نے ان سے پوچھا کہ یہ آدمی جو آتا ہے کیا اس کا کام ہے کیوں</w:t>
      </w:r>
    </w:p>
    <w:p>
      <w:r>
        <w:rPr>
          <w:b/>
        </w:rPr>
        <w:t xml:space="preserve">[51:10] </w:t>
      </w:r>
      <w:r>
        <w:t>aata hai woh aadmi? to afsar sahib kya kehte hain? baat yeh hai ke dekhen hum roza to rakh</w:t>
      </w:r>
    </w:p>
    <w:p>
      <w:pPr>
        <w:jc w:val="right"/>
      </w:pPr>
      <w:r>
        <w:t>آتا ہے وہ آدمی؟ تو افسر صاحب کیا کہتے ہیں؟ بات یہ ہے کہ دیکھیں ہم روزہ تو رکھ</w:t>
      </w:r>
    </w:p>
    <w:p>
      <w:r>
        <w:rPr>
          <w:b/>
        </w:rPr>
        <w:t xml:space="preserve">[51:16] </w:t>
      </w:r>
      <w:r>
        <w:t>nahi sakte.</w:t>
      </w:r>
    </w:p>
    <w:p>
      <w:pPr>
        <w:jc w:val="right"/>
      </w:pPr>
      <w:r>
        <w:t>نہیں سکتے۔</w:t>
      </w:r>
    </w:p>
    <w:p>
      <w:r>
        <w:rPr>
          <w:b/>
        </w:rPr>
        <w:t xml:space="preserve">[51:21] </w:t>
      </w:r>
      <w:r>
        <w:t>to hafiz ji ko keh diya hai ke yahan par aa ke quran padh dijiye.</w:t>
      </w:r>
    </w:p>
    <w:p>
      <w:pPr>
        <w:jc w:val="right"/>
      </w:pPr>
      <w:r>
        <w:t>تو حافظ جی کو کہہ دیا ہے کہ یہاں پر آ کے قرآن پڑھ دیجیے۔</w:t>
      </w:r>
    </w:p>
    <w:p>
      <w:r>
        <w:rPr>
          <w:b/>
        </w:rPr>
        <w:t xml:space="preserve">[51:25] </w:t>
      </w:r>
      <w:r>
        <w:t>un ko kuch paisa de den ge aakhir mein.</w:t>
      </w:r>
    </w:p>
    <w:p>
      <w:pPr>
        <w:jc w:val="right"/>
      </w:pPr>
      <w:r>
        <w:t>ان کو کچھ پیسہ دے دیں گے آخر میں۔</w:t>
      </w:r>
    </w:p>
    <w:p>
      <w:r>
        <w:rPr>
          <w:b/>
        </w:rPr>
        <w:t xml:space="preserve">[51:29] </w:t>
      </w:r>
      <w:r>
        <w:t>aap dekhen yeh hai khuda ko underestimate karna.</w:t>
      </w:r>
    </w:p>
    <w:p>
      <w:pPr>
        <w:jc w:val="right"/>
      </w:pPr>
      <w:r>
        <w:t>آپ دیکھیں یہ ہے خدا کو انڈرسٹیمیٹ کرنا۔</w:t>
      </w:r>
    </w:p>
    <w:p>
      <w:r>
        <w:rPr>
          <w:b/>
        </w:rPr>
        <w:t xml:space="preserve">[51:34] </w:t>
      </w:r>
      <w:r>
        <w:t>khuda ne jo roze ka hukum diya hai to isi liye ke aap kisi hafiz ji ko paisa</w:t>
      </w:r>
    </w:p>
    <w:p>
      <w:pPr>
        <w:jc w:val="right"/>
      </w:pPr>
      <w:r>
        <w:t>خدا نے جو روزے کا حکم دیا ہے تو اسی لیے کہ آپ کسی حافظ جی کو پیسہ</w:t>
      </w:r>
    </w:p>
    <w:p>
      <w:r>
        <w:rPr>
          <w:b/>
        </w:rPr>
        <w:t xml:space="preserve">[51:38] </w:t>
      </w:r>
      <w:r>
        <w:t>de kar ke padhwa dein bas baat khatam ho gayi.</w:t>
      </w:r>
    </w:p>
    <w:p>
      <w:pPr>
        <w:jc w:val="right"/>
      </w:pPr>
      <w:r>
        <w:t>دے کر کے پڑھوا دیں بس بات ختم ہو گئی۔</w:t>
      </w:r>
    </w:p>
    <w:p>
      <w:r>
        <w:rPr>
          <w:b/>
        </w:rPr>
        <w:t xml:space="preserve">[51:42] </w:t>
      </w:r>
      <w:r>
        <w:t>aap ko apne aap ko</w:t>
      </w:r>
    </w:p>
    <w:p>
      <w:pPr>
        <w:jc w:val="right"/>
      </w:pPr>
      <w:r>
        <w:t>آپ کو اپنے آپ کو</w:t>
      </w:r>
    </w:p>
    <w:p>
      <w:r>
        <w:rPr>
          <w:b/>
        </w:rPr>
        <w:t xml:space="preserve">[51:46] </w:t>
      </w:r>
      <w:r>
        <w:t>khuda ke pesh karna hai.</w:t>
      </w:r>
    </w:p>
    <w:p>
      <w:pPr>
        <w:jc w:val="right"/>
      </w:pPr>
      <w:r>
        <w:t>خدا کے پیش کرنا ہے۔</w:t>
      </w:r>
    </w:p>
    <w:p>
      <w:r>
        <w:rPr>
          <w:b/>
        </w:rPr>
        <w:t xml:space="preserve">[51:51] </w:t>
      </w:r>
      <w:r>
        <w:t>kisi aur ko nahi.</w:t>
      </w:r>
    </w:p>
    <w:p>
      <w:pPr>
        <w:jc w:val="right"/>
      </w:pPr>
      <w:r>
        <w:t>کسی اور کو نہیں۔</w:t>
      </w:r>
    </w:p>
    <w:p>
      <w:r>
        <w:rPr>
          <w:b/>
        </w:rPr>
        <w:t xml:space="preserve">[51:55] </w:t>
      </w:r>
      <w:r>
        <w:t>yeh jhoota tohfa hai yeh.</w:t>
      </w:r>
    </w:p>
    <w:p>
      <w:pPr>
        <w:jc w:val="right"/>
      </w:pPr>
      <w:r>
        <w:t>یہ جھوٹا تحفہ ہے یہ۔</w:t>
      </w:r>
    </w:p>
    <w:p>
      <w:r>
        <w:rPr>
          <w:b/>
        </w:rPr>
        <w:t xml:space="preserve">[52:00] </w:t>
      </w:r>
      <w:r>
        <w:t>hamare paas ek sahib aaye woh dubai mein rehte hain aur bohat se ghariyan laye woh hamare ghar</w:t>
      </w:r>
    </w:p>
    <w:p>
      <w:pPr>
        <w:jc w:val="right"/>
      </w:pPr>
      <w:r>
        <w:t>ہمارے پاس ایک صاحب آئے وہ دبئی میں رہتے ہیں اور بہت سے گھڑیاں لائے وہ ہمارے گھر</w:t>
      </w:r>
    </w:p>
    <w:p>
      <w:r>
        <w:rPr>
          <w:b/>
        </w:rPr>
        <w:t xml:space="preserve">[52:05] </w:t>
      </w:r>
      <w:r>
        <w:t>ke sab bachon ke liye.</w:t>
      </w:r>
    </w:p>
    <w:p>
      <w:pPr>
        <w:jc w:val="right"/>
      </w:pPr>
      <w:r>
        <w:t>کے سب بچوں کے لیے۔</w:t>
      </w:r>
    </w:p>
    <w:p>
      <w:r>
        <w:rPr>
          <w:b/>
        </w:rPr>
        <w:t xml:space="preserve">[52:09] </w:t>
      </w:r>
      <w:r>
        <w:t>sab bachchon ko ghariyan dein unhon ne.</w:t>
      </w:r>
    </w:p>
    <w:p>
      <w:pPr>
        <w:jc w:val="right"/>
      </w:pPr>
      <w:r>
        <w:t>سب بچوں کو گھڑیاں دیں انہوں نے۔</w:t>
      </w:r>
    </w:p>
    <w:p>
      <w:r>
        <w:rPr>
          <w:b/>
        </w:rPr>
        <w:t xml:space="preserve">[52:14] </w:t>
      </w:r>
      <w:r>
        <w:t>jab woh chale gaye to main ne dekha to maloom hua ke yeh to plastic ghariyan thin yeh.</w:t>
      </w:r>
    </w:p>
    <w:p>
      <w:pPr>
        <w:jc w:val="right"/>
      </w:pPr>
      <w:r>
        <w:t>جب وہ چلے گئے تو میں نے دیکھا تو معلوم ہوا کہ یہ تو پلاسٹک گھڑیاں تھیں یہ۔</w:t>
      </w:r>
    </w:p>
    <w:p>
      <w:r>
        <w:rPr>
          <w:b/>
        </w:rPr>
        <w:t xml:space="preserve">[52:18] </w:t>
      </w:r>
      <w:r>
        <w:t>ab sirf plastic ghariyan dekh kar aap kisi ko khush kar sakte hain? to main ne kaha agar</w:t>
      </w:r>
    </w:p>
    <w:p>
      <w:pPr>
        <w:jc w:val="right"/>
      </w:pPr>
      <w:r>
        <w:t>اب صرف پلاسٹک گھڑیاں دیکھ کر آپ کسی کو خوش کر سکتے ہیں؟ تو میں نے کہا اگر</w:t>
      </w:r>
    </w:p>
    <w:p>
      <w:r>
        <w:rPr>
          <w:b/>
        </w:rPr>
        <w:t xml:space="preserve">[52:23] </w:t>
      </w:r>
      <w:r>
        <w:t>mujhe pata hota pehle to un ghariyon ko marta un ke munh par ke gift ki zaroorat hi</w:t>
      </w:r>
    </w:p>
    <w:p>
      <w:pPr>
        <w:jc w:val="right"/>
      </w:pPr>
      <w:r>
        <w:t>مجھے پتہ ہوتا پہلے تو ان گھڑیوں کو مارتا ان کے منہ پر کہ گفٹ کی ضرورت ہی</w:t>
      </w:r>
    </w:p>
    <w:p>
      <w:r>
        <w:rPr>
          <w:b/>
        </w:rPr>
        <w:t xml:space="preserve">[52:28] </w:t>
      </w:r>
      <w:r>
        <w:t>kya hai aap baghair gift ke aate hain hamare paas? dekhein jhoota gift dene se acha hai ek</w:t>
      </w:r>
    </w:p>
    <w:p>
      <w:pPr>
        <w:jc w:val="right"/>
      </w:pPr>
      <w:r>
        <w:t>کیا ہے آپ بغیر گفٹ کے آتے ہیں ہمارے پاس؟ دیکھیں جھوٹا گفٹ دینے سے اچھا ہے ایک</w:t>
      </w:r>
    </w:p>
    <w:p>
      <w:r>
        <w:rPr>
          <w:b/>
        </w:rPr>
        <w:t xml:space="preserve">[52:34] </w:t>
      </w:r>
      <w:r>
        <w:t>gift na de aadmi.</w:t>
      </w:r>
    </w:p>
    <w:p>
      <w:pPr>
        <w:jc w:val="right"/>
      </w:pPr>
      <w:r>
        <w:t>گفٹ نہ دے آدمی۔</w:t>
      </w:r>
    </w:p>
    <w:p>
      <w:r>
        <w:rPr>
          <w:b/>
        </w:rPr>
        <w:t xml:space="preserve">[52:39] </w:t>
      </w:r>
      <w:r>
        <w:t>is ko yaad rakhiye achhe tareeqe se.</w:t>
      </w:r>
    </w:p>
    <w:p>
      <w:pPr>
        <w:jc w:val="right"/>
      </w:pPr>
      <w:r>
        <w:t>اس کو یاد رکھیے اچھے طریقے سے۔</w:t>
      </w:r>
    </w:p>
    <w:p>
      <w:r>
        <w:rPr>
          <w:b/>
        </w:rPr>
        <w:t xml:space="preserve">[52:44] </w:t>
      </w:r>
      <w:r>
        <w:t>jhoota gift dene se acha hai ek aadmi gift na de.</w:t>
      </w:r>
    </w:p>
    <w:p>
      <w:pPr>
        <w:jc w:val="right"/>
      </w:pPr>
      <w:r>
        <w:t>جھوٹا گفٹ دینے سے اچھا ہے ایک آدمی گفٹ نہ دے۔</w:t>
      </w:r>
    </w:p>
    <w:p>
      <w:r>
        <w:rPr>
          <w:b/>
        </w:rPr>
        <w:t xml:space="preserve">[52:49] </w:t>
      </w:r>
      <w:r>
        <w:t>jhooti humdardi batane se pehle ek aadmi humdardi na bataye.</w:t>
      </w:r>
    </w:p>
    <w:p>
      <w:pPr>
        <w:jc w:val="right"/>
      </w:pPr>
      <w:r>
        <w:t>جھوٹی ہمدردی بتانے سے پہلے ایک آدمی ہمدردی نہ بتائے۔</w:t>
      </w:r>
    </w:p>
    <w:p>
      <w:r>
        <w:rPr>
          <w:b/>
        </w:rPr>
        <w:t xml:space="preserve">[52:55] </w:t>
      </w:r>
      <w:r>
        <w:t>jhoota wada karne se behtar hai ek aadmi wada hi na kare.</w:t>
      </w:r>
    </w:p>
    <w:p>
      <w:pPr>
        <w:jc w:val="right"/>
      </w:pPr>
      <w:r>
        <w:t>جھوٹا وعدہ کرنے سے بہتر ہے ایک آدمی وعدہ ہی نہ کرے۔</w:t>
      </w:r>
    </w:p>
    <w:p>
      <w:r>
        <w:rPr>
          <w:b/>
        </w:rPr>
        <w:t xml:space="preserve">[53:01] </w:t>
      </w:r>
      <w:r>
        <w:t>to jhooti awaz se kya faida? to Khuda ke bare mein is waqt jo kuch aap dekh rahe</w:t>
      </w:r>
    </w:p>
    <w:p>
      <w:pPr>
        <w:jc w:val="right"/>
      </w:pPr>
      <w:r>
        <w:t>تو جھوٹی آواز سے کیا فائدہ؟ تو خدا کے بارے میں اس وقت جو کچھ آپ دیکھ رہے</w:t>
      </w:r>
    </w:p>
    <w:p>
      <w:r>
        <w:rPr>
          <w:b/>
        </w:rPr>
        <w:t xml:space="preserve">[53:07] </w:t>
      </w:r>
      <w:r>
        <w:t>hain idhar udhar woh kya hai? woh Khuda ko underestimate kar rakha hai logon ne.</w:t>
      </w:r>
    </w:p>
    <w:p>
      <w:pPr>
        <w:jc w:val="right"/>
      </w:pPr>
      <w:r>
        <w:t>ہیں ادھر ادھر وہ کیا ہے؟ وہ خدا کو انڈرسٹیمیٹ کر رکھا ہے لوگوں نے۔</w:t>
      </w:r>
    </w:p>
    <w:p>
      <w:r>
        <w:rPr>
          <w:b/>
        </w:rPr>
        <w:t xml:space="preserve">[53:13] </w:t>
      </w:r>
      <w:r>
        <w:t>dekhein koi apna bete</w:t>
      </w:r>
    </w:p>
    <w:p>
      <w:pPr>
        <w:jc w:val="right"/>
      </w:pPr>
      <w:r>
        <w:t>دیکھیں کوئی اپنا بیٹے</w:t>
      </w:r>
    </w:p>
    <w:p>
      <w:r>
        <w:rPr>
          <w:b/>
        </w:rPr>
        <w:t xml:space="preserve">[53:19] </w:t>
      </w:r>
      <w:r>
        <w:t>ko underestimate nahi karta.</w:t>
      </w:r>
    </w:p>
    <w:p>
      <w:pPr>
        <w:jc w:val="right"/>
      </w:pPr>
      <w:r>
        <w:t>کو انڈرسٹیمیٹ نہیں کرتا۔</w:t>
      </w:r>
    </w:p>
    <w:p>
      <w:r>
        <w:rPr>
          <w:b/>
        </w:rPr>
        <w:t xml:space="preserve">[53:23] </w:t>
      </w:r>
      <w:r>
        <w:t>kisi ka ek beta hai to woh khoob janta hai ke bete ko mujhe kis tareeqe se aage badhana hai.</w:t>
      </w:r>
    </w:p>
    <w:p>
      <w:pPr>
        <w:jc w:val="right"/>
      </w:pPr>
      <w:r>
        <w:t>کسی کا ایک بیٹا ہے تو وہ خوب جانتا ہے کہ بیٹے کو مجھے کس طریقے سے آگے بڑھانا ہے۔</w:t>
      </w:r>
    </w:p>
    <w:p>
      <w:r>
        <w:rPr>
          <w:b/>
        </w:rPr>
        <w:t xml:space="preserve">[53:27] </w:t>
      </w:r>
      <w:r>
        <w:t>kis tarah is ki taraqqi ke liye kaam karna hai.</w:t>
      </w:r>
    </w:p>
    <w:p>
      <w:pPr>
        <w:jc w:val="right"/>
      </w:pPr>
      <w:r>
        <w:t>کس طرح اس کی ترقی کے لیے کام کرنا ہے۔</w:t>
      </w:r>
    </w:p>
    <w:p>
      <w:r>
        <w:rPr>
          <w:b/>
        </w:rPr>
        <w:t xml:space="preserve">[53:31] </w:t>
      </w:r>
      <w:r>
        <w:t>ek sahab mere paas aaye ek bar dekhne mein lagte the molvi mazhabi aadmi.</w:t>
      </w:r>
    </w:p>
    <w:p>
      <w:pPr>
        <w:jc w:val="right"/>
      </w:pPr>
      <w:r>
        <w:t>ایک صاحب میرے پاس آئے ایک بار دیکھنے میں لگتے تھے مولوی مذہبی آدمی۔</w:t>
      </w:r>
    </w:p>
    <w:p>
      <w:r>
        <w:rPr>
          <w:b/>
        </w:rPr>
        <w:t xml:space="preserve">[53:34] </w:t>
      </w:r>
      <w:r>
        <w:t>unhon ne kaha ke mera mera ek beta hai.</w:t>
      </w:r>
    </w:p>
    <w:p>
      <w:pPr>
        <w:jc w:val="right"/>
      </w:pPr>
      <w:r>
        <w:t>انہوں نے کہا کہ میرا میرا ایک بیٹا ہے۔</w:t>
      </w:r>
    </w:p>
    <w:p>
      <w:r>
        <w:rPr>
          <w:b/>
        </w:rPr>
        <w:t xml:space="preserve">[53:38] </w:t>
      </w:r>
      <w:r>
        <w:t>main chahta hoon is ko Saint Columbus mein is ka admission.</w:t>
      </w:r>
    </w:p>
    <w:p>
      <w:pPr>
        <w:jc w:val="right"/>
      </w:pPr>
      <w:r>
        <w:t>میں چاہتا ہوں اس کو سینٹ کولمبس میں اس کا ایڈمیشن۔</w:t>
      </w:r>
    </w:p>
    <w:p>
      <w:r>
        <w:rPr>
          <w:b/>
        </w:rPr>
        <w:t xml:space="preserve">[53:42] </w:t>
      </w:r>
      <w:r>
        <w:t>to aap is ka Saint Columbus mein is ka admission karwa dijiye.</w:t>
      </w:r>
    </w:p>
    <w:p>
      <w:pPr>
        <w:jc w:val="right"/>
      </w:pPr>
      <w:r>
        <w:t>تو آپ اس کا سینٹ کولمبس میں اس کا ایڈمیشن کروا دیجیے۔</w:t>
      </w:r>
    </w:p>
    <w:p>
      <w:r>
        <w:rPr>
          <w:b/>
        </w:rPr>
        <w:t xml:space="preserve">[53:46] </w:t>
      </w:r>
      <w:r>
        <w:t>yani khud to madrase parha</w:t>
      </w:r>
    </w:p>
    <w:p>
      <w:pPr>
        <w:jc w:val="right"/>
      </w:pPr>
      <w:r>
        <w:t>یعنی خود تو مدرسے پڑھا</w:t>
      </w:r>
    </w:p>
    <w:p>
      <w:r>
        <w:rPr>
          <w:b/>
        </w:rPr>
        <w:t xml:space="preserve">[53:49] </w:t>
      </w:r>
      <w:r>
        <w:t>tha unhone. khud un ki padhai madrase mein hui thi. aap chahte hain mera beta jo hai dilli ke sab se achhe school mein us ka admission mil jaye aur khoob tarraqi kare. aap ghor kijiye apne bete ke mamle mein log sincere hain. khuda ke mamle mein koi sincere nahi hai. apne bete ke mamle mein khoob khoob sincere hain. lekin khuda ke mamle mein koi sincere nahi. khuda ko kya hai? ek set of re</w:t>
      </w:r>
    </w:p>
    <w:p>
      <w:pPr>
        <w:jc w:val="right"/>
      </w:pPr>
      <w:r>
        <w:t>تھا انہوں نے۔ خود ان کی پڑھائی مدرسے میں ہوئی تھی۔ آپ چاہتے ہیں میرا بیٹا جو ہے دلی کے سب سے اچھے اسکول میں اس کا ایڈمیشن مل جائے اور خوب ترقی کرے۔ آپ غور کیجئے اپنے بیٹے کے معاملے میں لوگ سنسیئر ہیں۔ خدا کے معاملے میں کوئی سنسیئر نہیں ہے۔ اپنے بیٹے کے معاملے میں خوب خوب سنسیئر ہیں۔ لیکن خدا کے معاملے میں کوئی سنسیئر نہیں۔ خدا کو کیا ہے؟ ایک سیٹ آف ری</w:t>
      </w:r>
    </w:p>
    <w:p>
      <w:r>
        <w:rPr>
          <w:b/>
        </w:rPr>
        <w:t xml:space="preserve">[54:19] </w:t>
      </w:r>
      <w:r>
        <w:t>chols dena hai.</w:t>
      </w:r>
    </w:p>
    <w:p>
      <w:pPr>
        <w:jc w:val="right"/>
      </w:pPr>
      <w:r>
        <w:t>چولز دینا ہے۔</w:t>
      </w:r>
    </w:p>
    <w:p>
      <w:r>
        <w:rPr>
          <w:b/>
        </w:rPr>
        <w:t xml:space="preserve">[54:24] </w:t>
      </w:r>
      <w:r>
        <w:t>kuch kuch form dena hai.</w:t>
      </w:r>
    </w:p>
    <w:p>
      <w:pPr>
        <w:jc w:val="right"/>
      </w:pPr>
      <w:r>
        <w:t>کچھ کچھ فارم دینا ہے۔</w:t>
      </w:r>
    </w:p>
    <w:p>
      <w:r>
        <w:rPr>
          <w:b/>
        </w:rPr>
        <w:t xml:space="preserve">[54:29] </w:t>
      </w:r>
      <w:r>
        <w:t>kuch farzi qism ke shabd munh se bol dena hai.</w:t>
      </w:r>
    </w:p>
    <w:p>
      <w:pPr>
        <w:jc w:val="right"/>
      </w:pPr>
      <w:r>
        <w:t>کچھ فرضی قسم کے शब्द منہ سے بول دینا ہے۔</w:t>
      </w:r>
    </w:p>
    <w:p>
      <w:r>
        <w:rPr>
          <w:b/>
        </w:rPr>
        <w:t xml:space="preserve">[54:33] </w:t>
      </w:r>
      <w:r>
        <w:t>aap bataiye is tarah Khuda khush ho jayega? to isi ko Quran mein kaha gaya hai ke</w:t>
      </w:r>
    </w:p>
    <w:p>
      <w:pPr>
        <w:jc w:val="right"/>
      </w:pPr>
      <w:r>
        <w:t>آپ بتائیے اس طرح خدا خوش ہو جائے گا؟ تو اسی کو قرآن میں کہا گیا ہے کہ</w:t>
      </w:r>
    </w:p>
    <w:p>
      <w:r>
        <w:rPr>
          <w:b/>
        </w:rPr>
        <w:t xml:space="preserve">[54:38] </w:t>
      </w:r>
      <w:r>
        <w:t>wa maghadarallaha haqqadarah yeh log khuda ko underestimate kar rahay hain.</w:t>
      </w:r>
    </w:p>
    <w:p>
      <w:pPr>
        <w:jc w:val="right"/>
      </w:pPr>
      <w:r>
        <w:t>وما قدر اللہ حق قدرہ یہ لوگ خدا کو انڈرسٹیمیٹ کر رہے ہیں۔</w:t>
      </w:r>
    </w:p>
    <w:p>
      <w:r>
        <w:rPr>
          <w:b/>
        </w:rPr>
        <w:t xml:space="preserve">[54:43] </w:t>
      </w:r>
      <w:r>
        <w:t>jis cheez se insan bhi khush na ho us se khuda khush ho jaye ga.</w:t>
      </w:r>
    </w:p>
    <w:p>
      <w:pPr>
        <w:jc w:val="right"/>
      </w:pPr>
      <w:r>
        <w:t>جس چیز سے انسان بھی خوش نہ ہو اس سے خدا خوش ہو جائے گا۔</w:t>
      </w:r>
    </w:p>
    <w:p>
      <w:r>
        <w:rPr>
          <w:b/>
        </w:rPr>
        <w:t xml:space="preserve">[54:48] </w:t>
      </w:r>
      <w:r>
        <w:t>yeh bilkul mumkin nahi hai.</w:t>
      </w:r>
    </w:p>
    <w:p>
      <w:pPr>
        <w:jc w:val="right"/>
      </w:pPr>
      <w:r>
        <w:t>یہ بالکل ممکن نہیں ہے۔</w:t>
      </w:r>
    </w:p>
    <w:p>
      <w:r>
        <w:rPr>
          <w:b/>
        </w:rPr>
        <w:t xml:space="preserve">[54:52] </w:t>
      </w:r>
      <w:r>
        <w:t>khuda ko khush karne ka matlab hai ke hum khuda se jannat lena chahte hain.</w:t>
      </w:r>
    </w:p>
    <w:p>
      <w:pPr>
        <w:jc w:val="right"/>
      </w:pPr>
      <w:r>
        <w:t>خدا کو خوش کرنے کا مطلب ہے کہ ہم خدا سے جنت لینا چاہتے ہیں۔</w:t>
      </w:r>
    </w:p>
    <w:p>
      <w:r>
        <w:rPr>
          <w:b/>
        </w:rPr>
        <w:t xml:space="preserve">[54:57] </w:t>
      </w:r>
      <w:r>
        <w:t>to jannat bohat hi qeemti cheez hai.</w:t>
      </w:r>
    </w:p>
    <w:p>
      <w:pPr>
        <w:jc w:val="right"/>
      </w:pPr>
      <w:r>
        <w:t>تو جنت بہت ہی قیمتی چیز ہے۔</w:t>
      </w:r>
    </w:p>
    <w:p>
      <w:r>
        <w:rPr>
          <w:b/>
        </w:rPr>
        <w:t xml:space="preserve">[55:02] </w:t>
      </w:r>
      <w:r>
        <w:t>hadees mein aata hai ke ala innallaha allaha aljannah ke jannat bohat hi costly hai.</w:t>
      </w:r>
    </w:p>
    <w:p>
      <w:pPr>
        <w:jc w:val="right"/>
      </w:pPr>
      <w:r>
        <w:t>حدیث میں آتا ہے کہ الا ان اللہ اللہ الجنہ کہ جنت بہت ہی کاسٹلی ہے۔</w:t>
      </w:r>
    </w:p>
    <w:p>
      <w:r>
        <w:rPr>
          <w:b/>
        </w:rPr>
        <w:t xml:space="preserve">[55:07] </w:t>
      </w:r>
      <w:r>
        <w:t>bohat ziyada qeemti cheez hai.</w:t>
      </w:r>
    </w:p>
    <w:p>
      <w:pPr>
        <w:jc w:val="right"/>
      </w:pPr>
      <w:r>
        <w:t>بہت زیادہ قیمتی چیز ہے۔</w:t>
      </w:r>
    </w:p>
    <w:p>
      <w:r>
        <w:rPr>
          <w:b/>
        </w:rPr>
        <w:t xml:space="preserve">[55:12] </w:t>
      </w:r>
      <w:r>
        <w:t>to qeemti cheez ka price bhi ziyada deni parti hai.</w:t>
      </w:r>
    </w:p>
    <w:p>
      <w:pPr>
        <w:jc w:val="right"/>
      </w:pPr>
      <w:r>
        <w:t>تو قیمتی چیز کا پرائس بھی زیادہ دینی پڑتی ہے۔</w:t>
      </w:r>
    </w:p>
    <w:p>
      <w:r>
        <w:rPr>
          <w:b/>
        </w:rPr>
        <w:t xml:space="preserve">[55:18] </w:t>
      </w:r>
      <w:r>
        <w:t>aap jante hain ke aap</w:t>
      </w:r>
    </w:p>
    <w:p>
      <w:pPr>
        <w:jc w:val="right"/>
      </w:pPr>
      <w:r>
        <w:t>آپ جانتے ہیں کہ آپ</w:t>
      </w:r>
    </w:p>
    <w:p>
      <w:r>
        <w:rPr>
          <w:b/>
        </w:rPr>
        <w:t xml:space="preserve">[55:23] </w:t>
      </w:r>
      <w:r>
        <w:t>bazaar mein jayen to aik aik toy car bhi mile gi aap.</w:t>
      </w:r>
    </w:p>
    <w:p>
      <w:pPr>
        <w:jc w:val="right"/>
      </w:pPr>
      <w:r>
        <w:t>بازار میں جائیں تو ایک ایک ٹوائے کار بھی ملے گی آپ۔</w:t>
      </w:r>
    </w:p>
    <w:p>
      <w:r>
        <w:rPr>
          <w:b/>
        </w:rPr>
        <w:t xml:space="preserve">[55:27] </w:t>
      </w:r>
      <w:r>
        <w:t>toy car aap sasti khareed lijiye.</w:t>
      </w:r>
    </w:p>
    <w:p>
      <w:pPr>
        <w:jc w:val="right"/>
      </w:pPr>
      <w:r>
        <w:t>ٹوائے کار آپ سستی خرید لیجئے۔</w:t>
      </w:r>
    </w:p>
    <w:p>
      <w:r>
        <w:rPr>
          <w:b/>
        </w:rPr>
        <w:t xml:space="preserve">[55:31] </w:t>
      </w:r>
      <w:r>
        <w:t>lekin kya mercedes bhi mil jaye gi aap ko isi daam mein? to farmaya ke ala innallaha</w:t>
      </w:r>
    </w:p>
    <w:p>
      <w:pPr>
        <w:jc w:val="right"/>
      </w:pPr>
      <w:r>
        <w:t>لیکن کیا مرسیڈیز بھی مل جائے گی آپ کو اسی دام میں؟ تو فرمایا کہ الا ان اللہ</w:t>
      </w:r>
    </w:p>
    <w:p>
      <w:r>
        <w:rPr>
          <w:b/>
        </w:rPr>
        <w:t xml:space="preserve">[55:35] </w:t>
      </w:r>
      <w:r>
        <w:t>allaha aljannah jannat bohat hi qeemti hai.</w:t>
      </w:r>
    </w:p>
    <w:p>
      <w:pPr>
        <w:jc w:val="right"/>
      </w:pPr>
      <w:r>
        <w:t>اللہ الجنہ جنت بہت ہی قیمتی ہے۔</w:t>
      </w:r>
    </w:p>
    <w:p>
      <w:r>
        <w:rPr>
          <w:b/>
        </w:rPr>
        <w:t xml:space="preserve">[55:40] </w:t>
      </w:r>
      <w:r>
        <w:t>jannat ka sauda bohat hi qeemti sauda hai.</w:t>
      </w:r>
    </w:p>
    <w:p>
      <w:pPr>
        <w:jc w:val="right"/>
      </w:pPr>
      <w:r>
        <w:t>جنت کا سودا بہت ہی قیمتی سودا ہے۔</w:t>
      </w:r>
    </w:p>
    <w:p>
      <w:r>
        <w:rPr>
          <w:b/>
        </w:rPr>
        <w:t xml:space="preserve">[55:44] </w:t>
      </w:r>
      <w:r>
        <w:t>to is ko wohi price deni pare gi. qeemti price.</w:t>
      </w:r>
    </w:p>
    <w:p>
      <w:pPr>
        <w:jc w:val="right"/>
      </w:pPr>
      <w:r>
        <w:t>تو اس کو وہی پرائس دینی پڑے گی۔ قیمتی پرائس۔</w:t>
      </w:r>
    </w:p>
    <w:p>
      <w:r>
        <w:rPr>
          <w:b/>
        </w:rPr>
        <w:t xml:space="preserve">[55:48] </w:t>
      </w:r>
      <w:r>
        <w:t>free mein jannat</w:t>
      </w:r>
    </w:p>
    <w:p>
      <w:pPr>
        <w:jc w:val="right"/>
      </w:pPr>
      <w:r>
        <w:t>فری میں جنت</w:t>
      </w:r>
    </w:p>
    <w:p>
      <w:r>
        <w:rPr>
          <w:b/>
        </w:rPr>
        <w:t xml:space="preserve">[55:53] </w:t>
      </w:r>
      <w:r>
        <w:t>nahi mil jaye gi kisi ko.</w:t>
      </w:r>
    </w:p>
    <w:p>
      <w:pPr>
        <w:jc w:val="right"/>
      </w:pPr>
      <w:r>
        <w:t>نہیں مل جائے گی کسی کو۔</w:t>
      </w:r>
    </w:p>
    <w:p>
      <w:r>
        <w:rPr>
          <w:b/>
        </w:rPr>
        <w:t xml:space="preserve">[55:59] </w:t>
      </w:r>
      <w:r>
        <w:t>aaj kal jo hai jannat ke jitne bhi logon ko yani jo unhon ne bana rakhe hain logon</w:t>
      </w:r>
    </w:p>
    <w:p>
      <w:pPr>
        <w:jc w:val="right"/>
      </w:pPr>
      <w:r>
        <w:t>آج کل جو ہے جنت کے جتنے بھی لوگوں کو یعنی جو انہوں نے بنا رکھے ہیں لوگوں</w:t>
      </w:r>
    </w:p>
    <w:p>
      <w:r>
        <w:rPr>
          <w:b/>
        </w:rPr>
        <w:t xml:space="preserve">[56:05] </w:t>
      </w:r>
      <w:r>
        <w:t>ne sab free free ki jannat hai sab.</w:t>
      </w:r>
    </w:p>
    <w:p>
      <w:pPr>
        <w:jc w:val="right"/>
      </w:pPr>
      <w:r>
        <w:t>نے سب فری فری کی جنت ہے سب۔</w:t>
      </w:r>
    </w:p>
    <w:p>
      <w:r>
        <w:rPr>
          <w:b/>
        </w:rPr>
        <w:t xml:space="preserve">[56:11] </w:t>
      </w:r>
      <w:r>
        <w:t>karna kuch nahi hai aur jannat mil rahi hai logon ko.</w:t>
      </w:r>
    </w:p>
    <w:p>
      <w:pPr>
        <w:jc w:val="right"/>
      </w:pPr>
      <w:r>
        <w:t>کرنا کچھ نہیں ہے اور جنت مل رہی ہے لوگوں کو۔</w:t>
      </w:r>
    </w:p>
    <w:p>
      <w:r>
        <w:rPr>
          <w:b/>
        </w:rPr>
        <w:t xml:space="preserve">[56:17] </w:t>
      </w:r>
      <w:r>
        <w:t>mein aik baar to yahan hamare paas jo car woh hamare paas jo park hai wahan khara hua tha</w:t>
      </w:r>
    </w:p>
    <w:p>
      <w:pPr>
        <w:jc w:val="right"/>
      </w:pPr>
      <w:r>
        <w:t>میں ایک بار تو یہاں ہمارے پاس جو کار وہ ہمارے پاس جو پارک ہے وہاں کھڑا ہوا تھا</w:t>
      </w:r>
    </w:p>
    <w:p>
      <w:r>
        <w:rPr>
          <w:b/>
        </w:rPr>
        <w:t xml:space="preserve">[56:23] </w:t>
      </w:r>
      <w:r>
        <w:t>subah ko. to kuch log aaye to woh baayein taraf jaane lage yaani keep left ke usool par idhar jaane lage taalne ke liye walk karne ke liye. to kuch aaye jo barish log kaha ho idhar kahan ja rahe ho? yeh chalo jannat ka rasta daayein dahni taraf hai. ab dahni taraf chaloge to jannat mil jayegi? itni free hai jannat aisi hai? yaani woh is yaqeen ke sath chal</w:t>
      </w:r>
    </w:p>
    <w:p>
      <w:pPr>
        <w:jc w:val="right"/>
      </w:pPr>
      <w:r>
        <w:t>صبح کو۔ تو کچھ لوگ آئے تو وہ بائیں طرف جانے لگے یعنی کیپ لیفٹ کے اصول پر ادھر جانے لگے ٹالنے کے لیے واک کرنے کے لیے۔ تو کچھ آئے جو بارش لوگ کہا ہو ادھر کہاں جا رہے ہو؟ یہ چلو جنت کا راستہ دائیں داہنی طرف ہے۔ اب داہنی طرف چلو گے تو جنت مل جائے گی؟ اتنی فری ہے جنت ایسی ہے؟ یعنی وہ اس یقین کے ساتھ چل</w:t>
      </w:r>
    </w:p>
    <w:p>
      <w:r>
        <w:rPr>
          <w:b/>
        </w:rPr>
        <w:t xml:space="preserve">[56:53] </w:t>
      </w:r>
      <w:r>
        <w:t>rahe the ke hum agar daayein taraf se chalenge to hum ko jannat mil jayegi. to logon ne jannat ka bohat hi sasta ticket pata kar rakha hai. jaise itwaar ke bazaar mein sasti cheezein bikti hain na aisi bohat si window khuli hui hain paradise ki window. wahan jannat ka sasta ticket taqseem ho raha hai. to aisa kuch bhi nahi hai. yeh hai wa ma qaddar allaha haqq qaddarah ka yeh misdaq hai. ke log khuda ko underestimate kar rah</w:t>
      </w:r>
    </w:p>
    <w:p>
      <w:pPr>
        <w:jc w:val="right"/>
      </w:pPr>
      <w:r>
        <w:t>رہے تھے کہ ہم اگر دائیں طرف سے چلیں گے تو ہم کو جنت مل جائے گی۔ تو لوگوں نے جنت کا بہت ہی سستا ٹکٹ پتہ کر رکھا ہے۔ جیسے اتوار کے بازار میں سستی چیزیں بکتی ہیں نا ایسی بہت سی ونڈو کھلی ہوئی ہیں پیراڈائز کی ونڈو۔ وہاں جنت کا سستا ٹکٹ تقسیم ہو رہا ہے۔ تو ایسا کچھ بھی نہیں ہے۔ یہ ہے وما قدر اللہ حق قدرہ کا یہ مصداق ہے۔ کہ لوگ خدا کو انڈرسٹیمیٹ کر رہ</w:t>
      </w:r>
    </w:p>
    <w:p>
      <w:r>
        <w:rPr>
          <w:b/>
        </w:rPr>
        <w:t xml:space="preserve">[57:23] </w:t>
      </w:r>
      <w:r>
        <w:t>e hain.</w:t>
      </w:r>
    </w:p>
    <w:p>
      <w:pPr>
        <w:jc w:val="right"/>
      </w:pPr>
      <w:r>
        <w:t>ے ہیں۔</w:t>
      </w:r>
    </w:p>
    <w:p>
      <w:r>
        <w:rPr>
          <w:b/>
        </w:rPr>
        <w:t xml:space="preserve">[57:27] </w:t>
      </w:r>
      <w:r>
        <w:t>لوگ Paradise کو underestimate کر رہے ہیں۔</w:t>
      </w:r>
    </w:p>
    <w:p>
      <w:pPr>
        <w:jc w:val="right"/>
      </w:pPr>
      <w:r>
        <w:t>لوگ پیراڈائز کو انڈرسٹیمیٹ کر رہے ہیں۔</w:t>
      </w:r>
    </w:p>
    <w:p>
      <w:r>
        <w:rPr>
          <w:b/>
        </w:rPr>
        <w:t xml:space="preserve">[57:30] </w:t>
      </w:r>
      <w:r>
        <w:t>لوگ خدا کے دین کو underestimate کر رہے ہیں۔</w:t>
      </w:r>
    </w:p>
    <w:p>
      <w:pPr>
        <w:jc w:val="right"/>
      </w:pPr>
      <w:r>
        <w:t>لوگ خدا کے دین کو انڈرسٹیمیٹ کر رہے ہیں۔</w:t>
      </w:r>
    </w:p>
    <w:p>
      <w:r>
        <w:rPr>
          <w:b/>
        </w:rPr>
        <w:t xml:space="preserve">[57:34] </w:t>
      </w:r>
      <w:r>
        <w:t>to behal is baat ko achi tarah samajhne ki zaroorat hai.</w:t>
      </w:r>
    </w:p>
    <w:p>
      <w:pPr>
        <w:jc w:val="right"/>
      </w:pPr>
      <w:r>
        <w:t>تو بہرحال اس بات کو اچھی طرح سمجھنے کی ضرورت ہے۔</w:t>
      </w:r>
    </w:p>
    <w:p>
      <w:r>
        <w:rPr>
          <w:b/>
        </w:rPr>
        <w:t xml:space="preserve">[57:38] </w:t>
      </w:r>
      <w:r>
        <w:t>bohat ziyada sochne ki zaroorat hai.</w:t>
      </w:r>
    </w:p>
    <w:p>
      <w:pPr>
        <w:jc w:val="right"/>
      </w:pPr>
      <w:r>
        <w:t>بہت زیادہ سوچنے کی ضرورت ہے۔</w:t>
      </w:r>
    </w:p>
    <w:p>
      <w:r>
        <w:rPr>
          <w:b/>
        </w:rPr>
        <w:t xml:space="preserve">[57:42] </w:t>
      </w:r>
      <w:r>
        <w:t>bohat ziyada gehrai mein ja kar is mamle ko janne ki zaroorat hai.</w:t>
      </w:r>
    </w:p>
    <w:p>
      <w:pPr>
        <w:jc w:val="right"/>
      </w:pPr>
      <w:r>
        <w:t>بہت زیادہ گہرائی میں جا کر اس معاملے کو جاننے کی ضرورت ہے۔</w:t>
      </w:r>
    </w:p>
    <w:p>
      <w:r>
        <w:rPr>
          <w:b/>
        </w:rPr>
        <w:t xml:space="preserve">[57:45] </w:t>
      </w:r>
      <w:r>
        <w:t>warna ek din mout aa jaye gi aur mout ke baad jo hai wapsi nahi hai.</w:t>
      </w:r>
    </w:p>
    <w:p>
      <w:pPr>
        <w:jc w:val="right"/>
      </w:pPr>
      <w:r>
        <w:t>ورنہ ایک دن موت آ جائے گی اور موت کے بعد جو ہے واپسی نہیں ہے۔</w:t>
      </w:r>
    </w:p>
    <w:p>
      <w:r>
        <w:rPr>
          <w:b/>
        </w:rPr>
        <w:t xml:space="preserve">[57:49] </w:t>
      </w:r>
      <w:r>
        <w:t>sab se bara jo sangin muamla yeh hai ke</w:t>
      </w:r>
    </w:p>
    <w:p>
      <w:pPr>
        <w:jc w:val="right"/>
      </w:pPr>
      <w:r>
        <w:t>سب سے بڑا جو سنگین معاملہ یہ ہے کہ</w:t>
      </w:r>
    </w:p>
    <w:p>
      <w:r>
        <w:rPr>
          <w:b/>
        </w:rPr>
        <w:t xml:space="preserve">[57:53] </w:t>
      </w:r>
      <w:r>
        <w:t>mare to phir eternally aap chale gaye doosri duniya mein. lotna nahi hai. wahayat hayaat an yaud to kitna yeh serious mamla hai ke hum duniya mein dobara aayein aur phir se amal karein yeh possible nahi hua hoga. ek ek hi baar hamein mauqa diya gaya hai amal karne ka. is ke baad to sirf anjaam bhugtna hai. to is se</w:t>
      </w:r>
    </w:p>
    <w:p>
      <w:pPr>
        <w:jc w:val="right"/>
      </w:pPr>
      <w:r>
        <w:t>مرے تو پھر ایٹرنلی آپ چلے گئے دوسری دنیا میں۔ لوٹنا نہیں ہے۔ وھایہات ہایہات ان یعود تو کتنا یہ سیریس معاملہ ہے کہ ہم دنیا میں دوبارہ آئیں اور پھر سے عمل کریں یہ پاسیبل نہیں ہوا ہوگا۔ ایک ایک ہی بار ہمیں موقع دیا گیا ہے عمل کرنے کا۔ اس کے بعد تو صرف انجام بھگتنا ہے۔ تو اس سے</w:t>
      </w:r>
    </w:p>
    <w:p>
      <w:r>
        <w:rPr>
          <w:b/>
        </w:rPr>
        <w:t xml:space="preserve">[58:23] </w:t>
      </w:r>
      <w:r>
        <w:t>pehlay ke mout aaye aadmi ko tayari karni chahiye agli zindagi ki.</w:t>
      </w:r>
    </w:p>
    <w:p>
      <w:pPr>
        <w:jc w:val="right"/>
      </w:pPr>
      <w:r>
        <w:t>پہلے کہ موت آئے آدمی کو تیاری کرنی چاہیے اگلے زندگی کی۔</w:t>
      </w:r>
    </w:p>
    <w:p>
      <w:r>
        <w:rPr>
          <w:b/>
        </w:rPr>
        <w:t xml:space="preserve">[58:29] </w:t>
      </w:r>
      <w:r>
        <w:t>hadees mein aata hai ke mout se pehle tayari kar lo.</w:t>
      </w:r>
    </w:p>
    <w:p>
      <w:pPr>
        <w:jc w:val="right"/>
      </w:pPr>
      <w:r>
        <w:t>حدیث میں آتا ہے کہ موت سے پہلے تیاری کر لو۔</w:t>
      </w:r>
    </w:p>
    <w:p>
      <w:r>
        <w:rPr>
          <w:b/>
        </w:rPr>
        <w:t xml:space="preserve">[58:35] </w:t>
      </w:r>
      <w:r>
        <w:t>kyun ke mout ke baad tayari ka aadmi ke paas time nahi hoga.</w:t>
      </w:r>
    </w:p>
    <w:p>
      <w:pPr>
        <w:jc w:val="right"/>
      </w:pPr>
      <w:r>
        <w:t>کیونکہ موت کے بعد تیاری کا آدمی کے پاس ٹائم نہیں ہوگا۔</w:t>
      </w:r>
    </w:p>
    <w:p>
      <w:r>
        <w:rPr>
          <w:b/>
        </w:rPr>
        <w:t xml:space="preserve">[58:41] </w:t>
      </w:r>
      <w:r>
        <w:t>یعنی pre-death period اور post-death period۔</w:t>
      </w:r>
    </w:p>
    <w:p>
      <w:pPr>
        <w:jc w:val="right"/>
      </w:pPr>
      <w:r>
        <w:t>یعنی پری ڈیتھ پیریڈ اور پوسٹ ڈیتھ پیریڈ۔</w:t>
      </w:r>
    </w:p>
    <w:p>
      <w:r>
        <w:rPr>
          <w:b/>
        </w:rPr>
        <w:t xml:space="preserve">[58:47] </w:t>
      </w:r>
      <w:r>
        <w:t>pre death period</w:t>
      </w:r>
    </w:p>
    <w:p>
      <w:pPr>
        <w:jc w:val="right"/>
      </w:pPr>
      <w:r>
        <w:t>پری ڈیتھ پیری</w:t>
      </w:r>
    </w:p>
    <w:p>
      <w:r>
        <w:rPr>
          <w:b/>
        </w:rPr>
        <w:t xml:space="preserve">[58:53] </w:t>
      </w:r>
      <w:r>
        <w:t>ڈ اور post-death period دو ہی period ہیں۔</w:t>
      </w:r>
    </w:p>
    <w:p>
      <w:pPr>
        <w:jc w:val="right"/>
      </w:pPr>
      <w:r>
        <w:t>ڈ اور پوسٹ ڈیتھ پیریڈ دو ہی پیریڈ ہیں۔</w:t>
      </w:r>
    </w:p>
    <w:p>
      <w:r>
        <w:rPr>
          <w:b/>
        </w:rPr>
        <w:t xml:space="preserve">[58:58] </w:t>
      </w:r>
      <w:r>
        <w:t>teesra koi nahi hai.</w:t>
      </w:r>
    </w:p>
    <w:p>
      <w:pPr>
        <w:jc w:val="right"/>
      </w:pPr>
      <w:r>
        <w:t>تیسرا کوئی نہیں ہے۔</w:t>
      </w:r>
    </w:p>
    <w:p>
      <w:r>
        <w:rPr>
          <w:b/>
        </w:rPr>
        <w:t xml:space="preserve">[59:03] </w:t>
      </w:r>
      <w:r>
        <w:t>تو حدیث میں ہے کہ pre-death period جو تم کو ملا ہے تم کو اسی میں تیاری کر لو۔</w:t>
      </w:r>
    </w:p>
    <w:p>
      <w:pPr>
        <w:jc w:val="right"/>
      </w:pPr>
      <w:r>
        <w:t>تو حدیث میں ہے کہ پری ڈیتھ پیریڈ جو تم کو ملا ہے تم کو اسی میں تیاری کر لو۔</w:t>
      </w:r>
    </w:p>
    <w:p>
      <w:r>
        <w:rPr>
          <w:b/>
        </w:rPr>
        <w:t xml:space="preserve">[59:08] </w:t>
      </w:r>
      <w:r>
        <w:t>post death period mein tayari ka koi bhi asar tumhare paas nahi hoga. Kuch nahi.</w:t>
      </w:r>
    </w:p>
    <w:p>
      <w:pPr>
        <w:jc w:val="right"/>
      </w:pPr>
      <w:r>
        <w:t>پوسٹ ڈیتھ پیریڈ میں تیاری کا کوئی بھی اثر تمہارے پاس نہیں ہوگا۔ کچھ نہیں۔</w:t>
      </w:r>
    </w:p>
    <w:p>
      <w:r>
        <w:rPr>
          <w:b/>
        </w:rPr>
        <w:t xml:space="preserve">[59:13] </w:t>
      </w:r>
      <w:r>
        <w:t>pre death period mein amal karna hai.</w:t>
      </w:r>
    </w:p>
    <w:p>
      <w:pPr>
        <w:jc w:val="right"/>
      </w:pPr>
      <w:r>
        <w:t>پری ڈیتھ پیریڈ میں عمل کرنا ہے۔</w:t>
      </w:r>
    </w:p>
    <w:p>
      <w:r>
        <w:rPr>
          <w:b/>
        </w:rPr>
        <w:t xml:space="preserve">[59:18] </w:t>
      </w:r>
      <w:r>
        <w:t>post death period mein</w:t>
      </w:r>
    </w:p>
    <w:p>
      <w:pPr>
        <w:jc w:val="right"/>
      </w:pPr>
      <w:r>
        <w:t>پوسٹ ڈیتھ پیریڈ میں</w:t>
      </w:r>
    </w:p>
    <w:p>
      <w:r>
        <w:rPr>
          <w:b/>
        </w:rPr>
        <w:t xml:space="preserve">[59:23] </w:t>
      </w:r>
      <w:r>
        <w:t>iska anjaam pana hai. to kitni sakht baat yeh hai. zindagi ek baar mili hai doosri baar zindagi milne wali nahi hai. doosri baar to jo hai woh hai anjaam. aakhirat ka anjaam. aqool qawli haza wastaghfirullaha li walakum ajmaeen.</w:t>
      </w:r>
    </w:p>
    <w:p>
      <w:pPr>
        <w:jc w:val="right"/>
      </w:pPr>
      <w:r>
        <w:t>اس کا انجام پانا ہے۔ تو کتنی سخت بات یہ ہے۔ زندگی ایک بار ملی ہے دوسری بار زندگی ملنے والی نہیں ہے۔ دوسری بار تو جو ہے وہ ہے انجام۔ آخرت کا انجام۔ اقول قولیھذا واستغفراللہ لی ولكم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