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Life Management | October 23, 2007</w:t>
      </w:r>
    </w:p>
    <w:p>
      <w:r>
        <w:t>https://www.youtube.com/watch?v=Zp3-HZBflTc</w:t>
      </w:r>
    </w:p>
    <w:p>
      <w:r>
        <w:rPr>
          <w:b/>
        </w:rPr>
        <w:t xml:space="preserve">[00:12] </w:t>
      </w:r>
      <w:r>
        <w:t>bismillah hir rahman nir rahim, wa salli Allahu ala nabi al 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aaj ke talk ke liye jo theme hai</w:t>
      </w:r>
    </w:p>
    <w:p>
      <w:pPr>
        <w:jc w:val="right"/>
      </w:pPr>
      <w:r>
        <w:t>آج کے ٹاک کے لیے جو تھیم ہے</w:t>
      </w:r>
    </w:p>
    <w:p>
      <w:r>
        <w:rPr>
          <w:b/>
        </w:rPr>
        <w:t xml:space="preserve">[00:42] </w:t>
      </w:r>
      <w:r>
        <w:t>woh hai "Art of Life Management", zindagi ko kamyab banane ka tareeqa.</w:t>
      </w:r>
    </w:p>
    <w:p>
      <w:pPr>
        <w:jc w:val="right"/>
      </w:pPr>
      <w:r>
        <w:t>وہ ہے "Art of Life Management"، زندگی کو کامیاب بنانے کا طریقہ۔</w:t>
      </w:r>
    </w:p>
    <w:p>
      <w:r>
        <w:rPr>
          <w:b/>
        </w:rPr>
        <w:t xml:space="preserve">[00:53] </w:t>
      </w:r>
      <w:r>
        <w:t>aaj kal aap kisi se bhi milein, chahe us ke paas power ho, paisa ho, ghar ho, car</w:t>
      </w:r>
    </w:p>
    <w:p>
      <w:pPr>
        <w:jc w:val="right"/>
      </w:pPr>
      <w:r>
        <w:t>آج کل آپ کسی سے بھی ملیں، چاہے اس کے پاس پاور ہو، پیسہ ہو، گھر ہو، کار</w:t>
      </w:r>
    </w:p>
    <w:p>
      <w:r>
        <w:rPr>
          <w:b/>
        </w:rPr>
        <w:t xml:space="preserve">[01:03] </w:t>
      </w:r>
      <w:r>
        <w:t>ho, sab kuch hote hue bhi woh andar se</w:t>
      </w:r>
    </w:p>
    <w:p>
      <w:pPr>
        <w:jc w:val="right"/>
      </w:pPr>
      <w:r>
        <w:t>ہو، سب کچھ ہوتے ہوئے بھی وہ اندر سے</w:t>
      </w:r>
    </w:p>
    <w:p>
      <w:r>
        <w:rPr>
          <w:b/>
        </w:rPr>
        <w:t xml:space="preserve">[01:13] </w:t>
      </w:r>
      <w:r>
        <w:t>sad hoga.</w:t>
      </w:r>
    </w:p>
    <w:p>
      <w:pPr>
        <w:jc w:val="right"/>
      </w:pPr>
      <w:r>
        <w:t>sad ہوگا۔</w:t>
      </w:r>
    </w:p>
    <w:p>
      <w:r>
        <w:rPr>
          <w:b/>
        </w:rPr>
        <w:t xml:space="preserve">[01:17] </w:t>
      </w:r>
      <w:r>
        <w:t>main ne kai baar is ka tajruba kiya hai.</w:t>
      </w:r>
    </w:p>
    <w:p>
      <w:pPr>
        <w:jc w:val="right"/>
      </w:pPr>
      <w:r>
        <w:t>میں نے کئی بار اس کا تجربہ کیا ہے۔</w:t>
      </w:r>
    </w:p>
    <w:p>
      <w:r>
        <w:rPr>
          <w:b/>
        </w:rPr>
        <w:t xml:space="preserve">[01:22] </w:t>
      </w:r>
      <w:r>
        <w:t>kuch log jo khoob hanste the, joke kar rahe the, lekin jab main ne un ko scrutiny ki</w:t>
      </w:r>
    </w:p>
    <w:p>
      <w:pPr>
        <w:jc w:val="right"/>
      </w:pPr>
      <w:r>
        <w:t>کچھ لوگ جو خوب ہنستے تھے، جوک کر رہے تھے، لیکن جب میں نے ان کو scrutiny کی</w:t>
      </w:r>
    </w:p>
    <w:p>
      <w:r>
        <w:rPr>
          <w:b/>
        </w:rPr>
        <w:t xml:space="preserve">[01:26] </w:t>
      </w:r>
      <w:r>
        <w:t>to laga ke andar se sad hain woh.</w:t>
      </w:r>
    </w:p>
    <w:p>
      <w:pPr>
        <w:jc w:val="right"/>
      </w:pPr>
      <w:r>
        <w:t>تو لگا کہ اندر سے sad ہیں وہ۔</w:t>
      </w:r>
    </w:p>
    <w:p>
      <w:r>
        <w:rPr>
          <w:b/>
        </w:rPr>
        <w:t xml:space="preserve">[01:30] </w:t>
      </w:r>
      <w:r>
        <w:t>yani ooper se bazahir woh hans rahe the lekin andar se phir bhi sad the.</w:t>
      </w:r>
    </w:p>
    <w:p>
      <w:pPr>
        <w:jc w:val="right"/>
      </w:pPr>
      <w:r>
        <w:t>یعنی اوپر سے بظاہر وہ ہنس رہے تھے لیکن اندر سے پھر بھی sad تھے۔</w:t>
      </w:r>
    </w:p>
    <w:p>
      <w:r>
        <w:rPr>
          <w:b/>
        </w:rPr>
        <w:t xml:space="preserve">[01:35] </w:t>
      </w:r>
      <w:r>
        <w:t>yeh halat hai logon ki.</w:t>
      </w:r>
    </w:p>
    <w:p>
      <w:pPr>
        <w:jc w:val="right"/>
      </w:pPr>
      <w:r>
        <w:t>یہ حالت ہے لوگوں کی۔</w:t>
      </w:r>
    </w:p>
    <w:p>
      <w:r>
        <w:rPr>
          <w:b/>
        </w:rPr>
        <w:t xml:space="preserve">[01:39] </w:t>
      </w:r>
      <w:r>
        <w:t>yani kuch log sad hain</w:t>
      </w:r>
    </w:p>
    <w:p>
      <w:pPr>
        <w:jc w:val="right"/>
      </w:pPr>
      <w:r>
        <w:t>یعنی کچھ لوگ sad ہیں</w:t>
      </w:r>
    </w:p>
    <w:p>
      <w:r>
        <w:rPr>
          <w:b/>
        </w:rPr>
        <w:t xml:space="preserve">[01:43] </w:t>
      </w:r>
      <w:r>
        <w:t>to bata rahe hain ke main sad hoon, kuch batate nahi hain, chupate hain.</w:t>
      </w:r>
    </w:p>
    <w:p>
      <w:pPr>
        <w:jc w:val="right"/>
      </w:pPr>
      <w:r>
        <w:t>تو بتا رہے ہیں کہ میں sad ہوں، کچھ بتاتے نہیں ہیں، چھپاتے ہیں۔</w:t>
      </w:r>
    </w:p>
    <w:p>
      <w:r>
        <w:rPr>
          <w:b/>
        </w:rPr>
        <w:t xml:space="preserve">[01:51] </w:t>
      </w:r>
      <w:r>
        <w:t>lekin aap agar scrutiny karein to paayenge ke andar se woh bhi sad hain.</w:t>
      </w:r>
    </w:p>
    <w:p>
      <w:pPr>
        <w:jc w:val="right"/>
      </w:pPr>
      <w:r>
        <w:t>لیکن آپ اگر scrutiny کریں تو پائیں گے کہ اندر سے وہ بھی sad ہیں۔</w:t>
      </w:r>
    </w:p>
    <w:p>
      <w:r>
        <w:rPr>
          <w:b/>
        </w:rPr>
        <w:t xml:space="preserve">[01:59] </w:t>
      </w:r>
      <w:r>
        <w:t>So sadness is a common phenomena in our present time۔</w:t>
      </w:r>
    </w:p>
    <w:p>
      <w:pPr>
        <w:jc w:val="right"/>
      </w:pPr>
      <w:r>
        <w:t>So sadness is a common phenomena in our present time۔</w:t>
      </w:r>
    </w:p>
    <w:p>
      <w:r>
        <w:rPr>
          <w:b/>
        </w:rPr>
        <w:t xml:space="preserve">[02:07] </w:t>
      </w:r>
      <w:r>
        <w:t>aisa kyun hai? aisa kyun hai?</w:t>
      </w:r>
    </w:p>
    <w:p>
      <w:pPr>
        <w:jc w:val="right"/>
      </w:pPr>
      <w:r>
        <w:t>ایسا کیوں ہے؟ ایسا کیوں ہے؟</w:t>
      </w:r>
    </w:p>
    <w:p>
      <w:r>
        <w:rPr>
          <w:b/>
        </w:rPr>
        <w:t xml:space="preserve">[02:15] </w:t>
      </w:r>
      <w:r>
        <w:t>woh isi liye hai ke they don't know the art of life management۔</w:t>
      </w:r>
    </w:p>
    <w:p>
      <w:pPr>
        <w:jc w:val="right"/>
      </w:pPr>
      <w:r>
        <w:t>وہ اسی لیے ہے کہ they don't know the art of life management۔</w:t>
      </w:r>
    </w:p>
    <w:p>
      <w:r>
        <w:rPr>
          <w:b/>
        </w:rPr>
        <w:t xml:space="preserve">[02:22] </w:t>
      </w:r>
      <w:r>
        <w:t>yani apni life ko manage karne mein woh fail hogaye۔</w:t>
      </w:r>
    </w:p>
    <w:p>
      <w:pPr>
        <w:jc w:val="right"/>
      </w:pPr>
      <w:r>
        <w:t>یعنی اپنی life کو manage کرنے میں وہ fail ہوگئے۔</w:t>
      </w:r>
    </w:p>
    <w:p>
      <w:r>
        <w:rPr>
          <w:b/>
        </w:rPr>
        <w:t xml:space="preserve">[02:30] </w:t>
      </w:r>
      <w:r>
        <w:t>toh isi ki wajah se woh sad ho kar zindagi bata rahe hain۔</w:t>
      </w:r>
    </w:p>
    <w:p>
      <w:pPr>
        <w:jc w:val="right"/>
      </w:pPr>
      <w:r>
        <w:t>تو اسی کی وجہ سے وہ sad ہو کر زندگی بتا رہے ہیں۔</w:t>
      </w:r>
    </w:p>
    <w:p>
      <w:r>
        <w:rPr>
          <w:b/>
        </w:rPr>
        <w:t xml:space="preserve">[02:38] </w:t>
      </w:r>
      <w:r>
        <w:t>dekhein aisa kyun hai? duniya mein</w:t>
      </w:r>
    </w:p>
    <w:p>
      <w:pPr>
        <w:jc w:val="right"/>
      </w:pPr>
      <w:r>
        <w:t>دیکھیں ایسا کیوں ہے؟ دنیا میں</w:t>
      </w:r>
    </w:p>
    <w:p>
      <w:r>
        <w:rPr>
          <w:b/>
        </w:rPr>
        <w:t xml:space="preserve">[02:45] </w:t>
      </w:r>
      <w:r>
        <w:t>kuch cheezein hamare liye achievable hain, kuch cheezein hamare liye achievable nahi hain۔</w:t>
      </w:r>
    </w:p>
    <w:p>
      <w:pPr>
        <w:jc w:val="right"/>
      </w:pPr>
      <w:r>
        <w:t>کچھ چیزیں ہمارے لیے achievable ہیں، کچھ چیزیں ہمارے لیے achievable نہیں ہیں۔</w:t>
      </w:r>
    </w:p>
    <w:p>
      <w:r>
        <w:rPr>
          <w:b/>
        </w:rPr>
        <w:t xml:space="preserve">[02:52] </w:t>
      </w:r>
      <w:r>
        <w:t>yeh law of nature hai, har ek ke liye۔</w:t>
      </w:r>
    </w:p>
    <w:p>
      <w:pPr>
        <w:jc w:val="right"/>
      </w:pPr>
      <w:r>
        <w:t>یہ law of nature ہے، ہر ایک کے لیے۔</w:t>
      </w:r>
    </w:p>
    <w:p>
      <w:r>
        <w:rPr>
          <w:b/>
        </w:rPr>
        <w:t xml:space="preserve">[02:58] </w:t>
      </w:r>
      <w:r>
        <w:t>chahe woh king ho ya koi baldi aadmi ho, kuch bhi ho, kuch bhi ho, har ek ke</w:t>
      </w:r>
    </w:p>
    <w:p>
      <w:pPr>
        <w:jc w:val="right"/>
      </w:pPr>
      <w:r>
        <w:t>چاہے وہ king ہو یا کوئی بلدی آدمی ہو، کچھ بھی ہو، کچھ بھی ہو، ہر ایک کے</w:t>
      </w:r>
    </w:p>
    <w:p>
      <w:r>
        <w:rPr>
          <w:b/>
        </w:rPr>
        <w:t xml:space="preserve">[03:04] </w:t>
      </w:r>
      <w:r>
        <w:t>liye sab kuch achievable nahi hai۔</w:t>
      </w:r>
    </w:p>
    <w:p>
      <w:pPr>
        <w:jc w:val="right"/>
      </w:pPr>
      <w:r>
        <w:t>لیے سب کچھ achievable نہیں ہے۔</w:t>
      </w:r>
    </w:p>
    <w:p>
      <w:r>
        <w:rPr>
          <w:b/>
        </w:rPr>
        <w:t xml:space="preserve">[03:11] </w:t>
      </w:r>
      <w:r>
        <w:t>toh kya hota hai ke log is cheez ko</w:t>
      </w:r>
    </w:p>
    <w:p>
      <w:pPr>
        <w:jc w:val="right"/>
      </w:pPr>
      <w:r>
        <w:t>تو کیا ہوتا ہے کہ لوگ اس چیز کو</w:t>
      </w:r>
    </w:p>
    <w:p>
      <w:r>
        <w:rPr>
          <w:b/>
        </w:rPr>
        <w:t xml:space="preserve">[03:17] </w:t>
      </w:r>
      <w:r>
        <w:t>apna target bana lete hain jo achievable nahi hai۔</w:t>
      </w:r>
    </w:p>
    <w:p>
      <w:pPr>
        <w:jc w:val="right"/>
      </w:pPr>
      <w:r>
        <w:t>اپنا target بنا لیتے ہیں جو achievable نہیں ہے۔</w:t>
      </w:r>
    </w:p>
    <w:p>
      <w:r>
        <w:rPr>
          <w:b/>
        </w:rPr>
        <w:t xml:space="preserve">[03:24] </w:t>
      </w:r>
      <w:r>
        <w:t>aur jo achievable hai us ko target banaya nahi unhon ne۔</w:t>
      </w:r>
    </w:p>
    <w:p>
      <w:pPr>
        <w:jc w:val="right"/>
      </w:pPr>
      <w:r>
        <w:t>اور جو achievable ہے اس کو target بنایا نہیں انہوں نے۔</w:t>
      </w:r>
    </w:p>
    <w:p>
      <w:r>
        <w:rPr>
          <w:b/>
        </w:rPr>
        <w:t xml:space="preserve">[03:32] </w:t>
      </w:r>
      <w:r>
        <w:t>yeh hai raaz۔</w:t>
      </w:r>
    </w:p>
    <w:p>
      <w:pPr>
        <w:jc w:val="right"/>
      </w:pPr>
      <w:r>
        <w:t>یہ ہے راز۔</w:t>
      </w:r>
    </w:p>
    <w:p>
      <w:r>
        <w:rPr>
          <w:b/>
        </w:rPr>
        <w:t xml:space="preserve">[03:39] </w:t>
      </w:r>
      <w:r>
        <w:t>mein ek sheher mein gaya, wahan par ek sahib hain jo hamari kitabein parhte hain aur hum se</w:t>
      </w:r>
    </w:p>
    <w:p>
      <w:pPr>
        <w:jc w:val="right"/>
      </w:pPr>
      <w:r>
        <w:t>میں ایک شہر میں گیا، وہاں پر ایک صاحب ہیں جو ہماری کتابیں پڑھتے ہیں اور ہم سے</w:t>
      </w:r>
    </w:p>
    <w:p>
      <w:r>
        <w:rPr>
          <w:b/>
        </w:rPr>
        <w:t xml:space="preserve">[03:47] </w:t>
      </w:r>
      <w:r>
        <w:t>poori tarah agree karte hain woh۔</w:t>
      </w:r>
    </w:p>
    <w:p>
      <w:pPr>
        <w:jc w:val="right"/>
      </w:pPr>
      <w:r>
        <w:t>پوری طرح agree کرتے ہیں وہ۔</w:t>
      </w:r>
    </w:p>
    <w:p>
      <w:r>
        <w:rPr>
          <w:b/>
        </w:rPr>
        <w:t xml:space="preserve">[03:53] </w:t>
      </w:r>
      <w:r>
        <w:t>toh un se maine baat ki ke aap kuch dua o work nahi karte? aap hamari baaton</w:t>
      </w:r>
    </w:p>
    <w:p>
      <w:pPr>
        <w:jc w:val="right"/>
      </w:pPr>
      <w:r>
        <w:t>تو ان سے میں نے بات کی کہ آپ کچھ دعا و ورک نہیں کرتے؟ آپ ہماری باتوں</w:t>
      </w:r>
    </w:p>
    <w:p>
      <w:r>
        <w:rPr>
          <w:b/>
        </w:rPr>
        <w:t xml:space="preserve">[03:59] </w:t>
      </w:r>
      <w:r>
        <w:t>ko theek mante hain toh is ko phailaiye? toh unhon ne kaha ke aap bataein, bohat si pareshaniyan</w:t>
      </w:r>
    </w:p>
    <w:p>
      <w:pPr>
        <w:jc w:val="right"/>
      </w:pPr>
      <w:r>
        <w:t>کو ٹھیک مانتے ہیں تو اس کو پھیلائیے؟ تو انہوں نے کہا کہ آپ بتائیں، بہت سی پریشانیاں</w:t>
      </w:r>
    </w:p>
    <w:p>
      <w:r>
        <w:rPr>
          <w:b/>
        </w:rPr>
        <w:t xml:space="preserve">[04:05] </w:t>
      </w:r>
      <w:r>
        <w:t>hain, pareshaniyon ki wajah se kuch mein aur kuch kaam kar nahi pata۔</w:t>
      </w:r>
    </w:p>
    <w:p>
      <w:pPr>
        <w:jc w:val="right"/>
      </w:pPr>
      <w:r>
        <w:t>ہیں، پریشانیوں کی وجہ سے کچھ میں اور کچھ کام کر نہیں پاتا۔</w:t>
      </w:r>
    </w:p>
    <w:p>
      <w:r>
        <w:rPr>
          <w:b/>
        </w:rPr>
        <w:t xml:space="preserve">[04:11] </w:t>
      </w:r>
      <w:r>
        <w:t>toh maine jab un ke jo</w:t>
      </w:r>
    </w:p>
    <w:p>
      <w:pPr>
        <w:jc w:val="right"/>
      </w:pPr>
      <w:r>
        <w:t>تو میں نے جب ان کے جو</w:t>
      </w:r>
    </w:p>
    <w:p>
      <w:r>
        <w:rPr>
          <w:b/>
        </w:rPr>
        <w:t xml:space="preserve">[04:17] </w:t>
      </w:r>
      <w:r>
        <w:t>haalaat the us ko janne ki koshish ki toh maloom hua ke woh apne business ko bohat zyada</w:t>
      </w:r>
    </w:p>
    <w:p>
      <w:pPr>
        <w:jc w:val="right"/>
      </w:pPr>
      <w:r>
        <w:t>حالات تھے اس کو جاننے کی کوشش کی تو معلوم ہوا کہ وہ اپنے business کو بہت زیادہ</w:t>
      </w:r>
    </w:p>
    <w:p>
      <w:r>
        <w:rPr>
          <w:b/>
        </w:rPr>
        <w:t xml:space="preserve">[04:22] </w:t>
      </w:r>
      <w:r>
        <w:t>badhaye hue hain۔</w:t>
      </w:r>
    </w:p>
    <w:p>
      <w:pPr>
        <w:jc w:val="right"/>
      </w:pPr>
      <w:r>
        <w:t>بڑھائے ہوئے ہیں۔</w:t>
      </w:r>
    </w:p>
    <w:p>
      <w:r>
        <w:rPr>
          <w:b/>
        </w:rPr>
        <w:t xml:space="preserve">[04:27] </w:t>
      </w:r>
      <w:r>
        <w:t>toh maine kaha ke aap ne apni business ko unmanageable limit tak badha rakha hai۔</w:t>
      </w:r>
    </w:p>
    <w:p>
      <w:pPr>
        <w:jc w:val="right"/>
      </w:pPr>
      <w:r>
        <w:t>تو میں نے کہا کہ آپ نے اپنی business کو unmanageable limit تک بڑھا رکھا ہے۔</w:t>
      </w:r>
    </w:p>
    <w:p>
      <w:r>
        <w:rPr>
          <w:b/>
        </w:rPr>
        <w:t xml:space="preserve">[04:32] </w:t>
      </w:r>
      <w:r>
        <w:t>aap ke paas sab kuch hai, phir bhi aap apni business ko unmanageable limit tak badhane ki wajah</w:t>
      </w:r>
    </w:p>
    <w:p>
      <w:pPr>
        <w:jc w:val="right"/>
      </w:pPr>
      <w:r>
        <w:t>آپ کے پاس سب کچھ ہے، پھر بھی آپ اپنی business کو unmanageable limit تک بڑھانے کی وجہ</w:t>
      </w:r>
    </w:p>
    <w:p>
      <w:r>
        <w:rPr>
          <w:b/>
        </w:rPr>
        <w:t xml:space="preserve">[04:37] </w:t>
      </w:r>
      <w:r>
        <w:t>se aap pareshan rehte hain۔</w:t>
      </w:r>
    </w:p>
    <w:p>
      <w:pPr>
        <w:jc w:val="right"/>
      </w:pPr>
      <w:r>
        <w:t>سے آپ پریشان رہتے ہیں۔</w:t>
      </w:r>
    </w:p>
    <w:p>
      <w:r>
        <w:rPr>
          <w:b/>
        </w:rPr>
        <w:t xml:space="preserve">[04:42] </w:t>
      </w:r>
      <w:r>
        <w:t>to mein ne kaha ke aap apne business ko manageable limit mein</w:t>
      </w:r>
    </w:p>
    <w:p>
      <w:pPr>
        <w:jc w:val="right"/>
      </w:pPr>
      <w:r>
        <w:t>تو میں نے کہا کہ آپ اپنے business کو manageable limit میں</w:t>
      </w:r>
    </w:p>
    <w:p>
      <w:r>
        <w:rPr>
          <w:b/>
        </w:rPr>
        <w:t xml:space="preserve">[04:47] </w:t>
      </w:r>
      <w:r>
        <w:t>laiye. maine kaha har aadmi ki ek capacity hoti hai, chahe koi aurat ho ya koi mard ho. to jab unmanageable limit mein tak aap le jayenge to zahir hai ke pareshani. to maine khoob samjhaya un ko ke aap apne business ko manageable limit mein laiye. to Khuda ka fazl se unhon ne</w:t>
      </w:r>
    </w:p>
    <w:p>
      <w:pPr>
        <w:jc w:val="right"/>
      </w:pPr>
      <w:r>
        <w:t>لائیے۔ میں نے کہا ہر آدمی کی ایک capacity ہوتی ہے، چاہے کوئی عورت ہو یا کوئی مرد ہو۔ تو جب unmanageable limit میں تک آپ لے جائیں گے تو ظاہر ہے کہ پریشانی۔ تو میں نے خوب سمجھایا ان کو کہ آپ اپنے business کو manageable limit میں لائیے۔ تو خدا کا فضل سے انہوں نے</w:t>
      </w:r>
    </w:p>
    <w:p>
      <w:r>
        <w:rPr>
          <w:b/>
        </w:rPr>
        <w:t xml:space="preserve">[05:17] </w:t>
      </w:r>
      <w:r>
        <w:t>meri baat maan li aur apne business ko unhon ne yahi kiya ke manageable limit mein laye woh. ab wohi aadmi khoob dua o work kar raha hai, ab woh sad nahin hai. to aksar log chahe woh ek common man ho ya koi bohat zyada yaani top ka aadmi ho, sab ka yahi haal</w:t>
      </w:r>
    </w:p>
    <w:p>
      <w:pPr>
        <w:jc w:val="right"/>
      </w:pPr>
      <w:r>
        <w:t>میری بات مان لی اور اپنے business کو انہوں نے یہی کیا کہ manageable limit میں لائے وہ۔ اب وہی آدمی خوب دعا و ورک کر رہا ہے، اب وہ sad نہیں ہے۔ تو اکثر لوگ چاہے وہ ایک common man ہو یا کوئی بہت زیادہ یعنی top کا آدمی ہو، سب کا یہی حال</w:t>
      </w:r>
    </w:p>
    <w:p>
      <w:r>
        <w:rPr>
          <w:b/>
        </w:rPr>
        <w:t xml:space="preserve">[05:47] </w:t>
      </w:r>
      <w:r>
        <w:t>hai ke unmanageable limit ko apna target kiye rehte hain to pareshan rehte hain.</w:t>
      </w:r>
    </w:p>
    <w:p>
      <w:pPr>
        <w:jc w:val="right"/>
      </w:pPr>
      <w:r>
        <w:t>ہے کہ unmanageable limit کو اپنا target کیے رہتے ہیں تو پریشان رہتے ہیں۔</w:t>
      </w:r>
    </w:p>
    <w:p>
      <w:r>
        <w:rPr>
          <w:b/>
        </w:rPr>
        <w:t xml:space="preserve">[05:55] </w:t>
      </w:r>
      <w:r>
        <w:t>to kya faida zindagi se bataiye? dunya mein saath satar saal jeena hai, is ke baad mar jana hai.</w:t>
      </w:r>
    </w:p>
    <w:p>
      <w:pPr>
        <w:jc w:val="right"/>
      </w:pPr>
      <w:r>
        <w:t>تو کیا فائدہ زندگی سے بتائیے؟ دنیا میں ساٹھ ستر سال جینا ہے، اس کے بعد مر جانا ہے۔</w:t>
      </w:r>
    </w:p>
    <w:p>
      <w:r>
        <w:rPr>
          <w:b/>
        </w:rPr>
        <w:t xml:space="preserve">[06:03] </w:t>
      </w:r>
      <w:r>
        <w:t>to manageable limit mein rahiye.</w:t>
      </w:r>
    </w:p>
    <w:p>
      <w:pPr>
        <w:jc w:val="right"/>
      </w:pPr>
      <w:r>
        <w:t>تو manageable limit میں رہیے۔</w:t>
      </w:r>
    </w:p>
    <w:p>
      <w:r>
        <w:rPr>
          <w:b/>
        </w:rPr>
        <w:t xml:space="preserve">[06:10] </w:t>
      </w:r>
      <w:r>
        <w:t>ek sahab hamare haan the UP mein, to un ke baap kafi paisa chhod kar mare.</w:t>
      </w:r>
    </w:p>
    <w:p>
      <w:pPr>
        <w:jc w:val="right"/>
      </w:pPr>
      <w:r>
        <w:t>ایک صاحب ہمارے ہاں تھے یو پی میں، تو ان کے باپ کافی پیسہ چھوڑ کر مرے۔</w:t>
      </w:r>
    </w:p>
    <w:p>
      <w:r>
        <w:rPr>
          <w:b/>
        </w:rPr>
        <w:t xml:space="preserve">[06:18] </w:t>
      </w:r>
      <w:r>
        <w:t>to un ko kya hua? kaafi paisa tha un ke paas. to un ko yeh hoga ke main rockefeller ki ladki se mujhe shadi karna hai. yaani America ka jo bohat bara industries tha, apne zamane mein woh America ka sab se bara aadmi tha. to bas un ko rockefeller ki beti se shadi karna hai. is zamane mein hawai jahaz nahin hua karte the, to ship</w:t>
      </w:r>
    </w:p>
    <w:p>
      <w:pPr>
        <w:jc w:val="right"/>
      </w:pPr>
      <w:r>
        <w:t>تو ان کو کیا ہوا؟ کافی پیسہ تھا ان کے پاس۔ تو ان کو یہ ہوگا کہ میں راک فیلر کی لڑکی سے مجھے شادی کرنا ہے۔ یعنی امریکہ کا جو بہت بڑا industries تھا، اپنے زمانے میں وہ امریکہ کا سب سے بڑا آدمی تھا۔ تو بس ان کو راک فیلر کی بیٹی سے شادی کرنا ہے۔ اس زمانے میں ہوا جہاز نہیں ہوا کرتے تھے، تو ship</w:t>
      </w:r>
    </w:p>
    <w:p>
      <w:r>
        <w:rPr>
          <w:b/>
        </w:rPr>
        <w:t xml:space="preserve">[06:48] </w:t>
      </w:r>
      <w:r>
        <w:t>se safar kar ke woh America pohanche. wahan ja kar unhon ne rockefeller ki family ko message diya ke mujhe aap ki beti se shadi karna hai. to jante hain kya hua? rockefeller ne police ko itla kar di ke India se ek aadmi aaya hai, woh mad maloom hota hai, us ko deport karo. to woh deport kar diye gaye. ab bataiye ke un ke bas mein yeh nahin tha ke ra</w:t>
      </w:r>
    </w:p>
    <w:p>
      <w:pPr>
        <w:jc w:val="right"/>
      </w:pPr>
      <w:r>
        <w:t>سے سفر کر کے وہ امریکہ پہنچے۔ وہاں جا کر انہوں نے راک فیلر کی family کو message دیا کہ مجھے آپ کی بیٹی سے شادی کرنا ہے۔ تو جانتے ہیں کیا ہوا؟ راک فیلر نے پولیس کو اطلاع کر دی کہ انڈیا سے ایک آدمی آیا ہے، وہ mad معلوم ہوتا ہے، اس کو deport کرو۔ تو وہ deport کر دیے گئے۔ اب بتائیے کہ ان کے بس میں یہ نہیں تھا کہ را</w:t>
      </w:r>
    </w:p>
    <w:p>
      <w:r>
        <w:rPr>
          <w:b/>
        </w:rPr>
        <w:t xml:space="preserve">[07:18] </w:t>
      </w:r>
      <w:r>
        <w:t>k filler ki ladki se woh shadi karein.</w:t>
      </w:r>
    </w:p>
    <w:p>
      <w:pPr>
        <w:jc w:val="right"/>
      </w:pPr>
      <w:r>
        <w:t>ک فیلر کی لڑکی سے وہ شادی کریں۔</w:t>
      </w:r>
    </w:p>
    <w:p>
      <w:r>
        <w:rPr>
          <w:b/>
        </w:rPr>
        <w:t xml:space="preserve">[07:22] </w:t>
      </w:r>
      <w:r>
        <w:t>lekin India mein achhi ladki mil sakti thi un ko.</w:t>
      </w:r>
    </w:p>
    <w:p>
      <w:pPr>
        <w:jc w:val="right"/>
      </w:pPr>
      <w:r>
        <w:t>لیکن انڈیا میں اچھی لڑکی مل سکتی تھی ان کو۔</w:t>
      </w:r>
    </w:p>
    <w:p>
      <w:r>
        <w:rPr>
          <w:b/>
        </w:rPr>
        <w:t xml:space="preserve">[07:26] </w:t>
      </w:r>
      <w:r>
        <w:t>natija kya hua ke wahi aadmi jo hai yaani itna pareshan hua, sara paisa dooba diya unhon ne,</w:t>
      </w:r>
    </w:p>
    <w:p>
      <w:pPr>
        <w:jc w:val="right"/>
      </w:pPr>
      <w:r>
        <w:t>نتیجہ کیا ہوا کہ وہی آدمی جو ہے یعنی اتنا پریشان ہوا، سارا پیسہ ڈوبا دیا انہوں نے،</w:t>
      </w:r>
    </w:p>
    <w:p>
      <w:r>
        <w:rPr>
          <w:b/>
        </w:rPr>
        <w:t xml:space="preserve">[07:31] </w:t>
      </w:r>
      <w:r>
        <w:t>aakhir mein un ke paas kuch bhi nahin raha.</w:t>
      </w:r>
    </w:p>
    <w:p>
      <w:pPr>
        <w:jc w:val="right"/>
      </w:pPr>
      <w:r>
        <w:t>آخر میں ان کے پاس کچھ بھی نہیں رہا۔</w:t>
      </w:r>
    </w:p>
    <w:p>
      <w:r>
        <w:rPr>
          <w:b/>
        </w:rPr>
        <w:t xml:space="preserve">[07:35] </w:t>
      </w:r>
      <w:r>
        <w:t>penniless ho gaye aur frustration mein mare woh.</w:t>
      </w:r>
    </w:p>
    <w:p>
      <w:pPr>
        <w:jc w:val="right"/>
      </w:pPr>
      <w:r>
        <w:t>پینی لس ہو گئے اور frustration میں مرے وہ۔</w:t>
      </w:r>
    </w:p>
    <w:p>
      <w:r>
        <w:rPr>
          <w:b/>
        </w:rPr>
        <w:t xml:space="preserve">[07:39] </w:t>
      </w:r>
      <w:r>
        <w:t>to har aadmi kahin na kahin yahi kar raha hai.</w:t>
      </w:r>
    </w:p>
    <w:p>
      <w:pPr>
        <w:jc w:val="right"/>
      </w:pPr>
      <w:r>
        <w:t>تو ہر آدمی کہیں نہ کہیں یہی کر رہا ہے۔</w:t>
      </w:r>
    </w:p>
    <w:p>
      <w:r>
        <w:rPr>
          <w:b/>
        </w:rPr>
        <w:t xml:space="preserve">[07:43] </w:t>
      </w:r>
      <w:r>
        <w:t>kahin na kahin. koi</w:t>
      </w:r>
    </w:p>
    <w:p>
      <w:pPr>
        <w:jc w:val="right"/>
      </w:pPr>
      <w:r>
        <w:t>کہیں نہ کہیں۔ کوئی</w:t>
      </w:r>
    </w:p>
    <w:p>
      <w:r>
        <w:rPr>
          <w:b/>
        </w:rPr>
        <w:t xml:space="preserve">[07:48] </w:t>
      </w:r>
      <w:r>
        <w:t>chhote level par, koi bade level par.</w:t>
      </w:r>
    </w:p>
    <w:p>
      <w:pPr>
        <w:jc w:val="right"/>
      </w:pPr>
      <w:r>
        <w:t>چھوٹے level پر، کوئی بڑے level پر۔</w:t>
      </w:r>
    </w:p>
    <w:p>
      <w:r>
        <w:rPr>
          <w:b/>
        </w:rPr>
        <w:t xml:space="preserve">[07:55] </w:t>
      </w:r>
      <w:r>
        <w:t>to sirf yeh agar aap jaan lein ke ek hai achievable target, ek hai unachievable target.</w:t>
      </w:r>
    </w:p>
    <w:p>
      <w:pPr>
        <w:jc w:val="right"/>
      </w:pPr>
      <w:r>
        <w:t>تو صرف یہ اگر آپ جان لیں کہ ایک ہے achievable target، ایک ہے unachievable target۔</w:t>
      </w:r>
    </w:p>
    <w:p>
      <w:r>
        <w:rPr>
          <w:b/>
        </w:rPr>
        <w:t xml:space="preserve">[08:03] </w:t>
      </w:r>
      <w:r>
        <w:t>to bas zindagi bilkul theek ho jayegi.</w:t>
      </w:r>
    </w:p>
    <w:p>
      <w:pPr>
        <w:jc w:val="right"/>
      </w:pPr>
      <w:r>
        <w:t>تو بس زندگی بالکل ٹھیک ہو جائے گی۔</w:t>
      </w:r>
    </w:p>
    <w:p>
      <w:r>
        <w:rPr>
          <w:b/>
        </w:rPr>
        <w:t xml:space="preserve">[08:11] </w:t>
      </w:r>
      <w:r>
        <w:t>ek aur sahab mujh se mile, woh bhi pareshan the.</w:t>
      </w:r>
    </w:p>
    <w:p>
      <w:pPr>
        <w:jc w:val="right"/>
      </w:pPr>
      <w:r>
        <w:t>ایک اور صاحب مجھ سے ملے، وہ بھی پریشان تھے۔</w:t>
      </w:r>
    </w:p>
    <w:p>
      <w:r>
        <w:rPr>
          <w:b/>
        </w:rPr>
        <w:t xml:space="preserve">[08:19] </w:t>
      </w:r>
      <w:r>
        <w:t>unhon ne shadi kar li ek non muslim ladki se.</w:t>
      </w:r>
    </w:p>
    <w:p>
      <w:pPr>
        <w:jc w:val="right"/>
      </w:pPr>
      <w:r>
        <w:t>انہوں نے شادی کر لی ایک non مسلم لڑکی سے۔</w:t>
      </w:r>
    </w:p>
    <w:p>
      <w:r>
        <w:rPr>
          <w:b/>
        </w:rPr>
        <w:t xml:space="preserve">[08:22] </w:t>
      </w:r>
      <w:r>
        <w:t>the muslim, shadi kar li ek non muslim family mein.</w:t>
      </w:r>
    </w:p>
    <w:p>
      <w:pPr>
        <w:jc w:val="right"/>
      </w:pPr>
      <w:r>
        <w:t>تھے مسلمان، شادی کر لی ایک non مسلم family میں۔</w:t>
      </w:r>
    </w:p>
    <w:p>
      <w:r>
        <w:rPr>
          <w:b/>
        </w:rPr>
        <w:t xml:space="preserve">[08:25] </w:t>
      </w:r>
      <w:r>
        <w:t>ab pareshan the.</w:t>
      </w:r>
    </w:p>
    <w:p>
      <w:pPr>
        <w:jc w:val="right"/>
      </w:pPr>
      <w:r>
        <w:t>اب پریشان تھے۔</w:t>
      </w:r>
    </w:p>
    <w:p>
      <w:r>
        <w:rPr>
          <w:b/>
        </w:rPr>
        <w:t xml:space="preserve">[08:29] </w:t>
      </w:r>
      <w:r>
        <w:t>kyun? jab love affair chalta hai to un ko pata nahin hota ke shadi naam hai do culture</w:t>
      </w:r>
    </w:p>
    <w:p>
      <w:pPr>
        <w:jc w:val="right"/>
      </w:pPr>
      <w:r>
        <w:t>کیوں؟ جب love affair چلتا ہے تو ان کو پتا نہیں ہوتا کہ شادی نام ہے دو کلچر</w:t>
      </w:r>
    </w:p>
    <w:p>
      <w:r>
        <w:rPr>
          <w:b/>
        </w:rPr>
        <w:t xml:space="preserve">[08:32] </w:t>
      </w:r>
      <w:r>
        <w:t>ke beech mein marriage ka.</w:t>
      </w:r>
    </w:p>
    <w:p>
      <w:pPr>
        <w:jc w:val="right"/>
      </w:pPr>
      <w:r>
        <w:t>کے بیچ میں marriage کا۔</w:t>
      </w:r>
    </w:p>
    <w:p>
      <w:r>
        <w:rPr>
          <w:b/>
        </w:rPr>
        <w:t xml:space="preserve">[08:35] </w:t>
      </w:r>
      <w:r>
        <w:t>log samajhte hain ke boy aur girl hai, woh shadi kar liya unhon ne, bas ho gaya.</w:t>
      </w:r>
    </w:p>
    <w:p>
      <w:pPr>
        <w:jc w:val="right"/>
      </w:pPr>
      <w:r>
        <w:t>لوگ سمجھتے ہیں کہ boy اور girl ہے، وہ شادی کر لیا انہوں نے، بس ہو گیا۔</w:t>
      </w:r>
    </w:p>
    <w:p>
      <w:r>
        <w:rPr>
          <w:b/>
        </w:rPr>
        <w:t xml:space="preserve">[08:39] </w:t>
      </w:r>
      <w:r>
        <w:t>aisa nahin hota.</w:t>
      </w:r>
    </w:p>
    <w:p>
      <w:pPr>
        <w:jc w:val="right"/>
      </w:pPr>
      <w:r>
        <w:t>ایسا نہیں ہوتا۔</w:t>
      </w:r>
    </w:p>
    <w:p>
      <w:r>
        <w:rPr>
          <w:b/>
        </w:rPr>
        <w:t xml:space="preserve">[08:42] </w:t>
      </w:r>
      <w:r>
        <w:t>do culture ke beech mein marriage hoti hai.</w:t>
      </w:r>
    </w:p>
    <w:p>
      <w:pPr>
        <w:jc w:val="right"/>
      </w:pPr>
      <w:r>
        <w:t>دو کلچر کے بیچ میں marriage ہوتی ہے۔</w:t>
      </w:r>
    </w:p>
    <w:p>
      <w:r>
        <w:rPr>
          <w:b/>
        </w:rPr>
        <w:t xml:space="preserve">[08:46] </w:t>
      </w:r>
      <w:r>
        <w:t>to love affair chala,</w:t>
      </w:r>
    </w:p>
    <w:p>
      <w:pPr>
        <w:jc w:val="right"/>
      </w:pPr>
      <w:r>
        <w:t>تو love affair چلا،</w:t>
      </w:r>
    </w:p>
    <w:p>
      <w:r>
        <w:rPr>
          <w:b/>
        </w:rPr>
        <w:t xml:space="preserve">[08:49] </w:t>
      </w:r>
      <w:r>
        <w:t>donon parhte the school college mein.</w:t>
      </w:r>
    </w:p>
    <w:p>
      <w:pPr>
        <w:jc w:val="right"/>
      </w:pPr>
      <w:r>
        <w:t>دونوں پڑھتے تھے اسکول کالج میں۔</w:t>
      </w:r>
    </w:p>
    <w:p>
      <w:r>
        <w:rPr>
          <w:b/>
        </w:rPr>
        <w:t xml:space="preserve">[08:53] </w:t>
      </w:r>
      <w:r>
        <w:t>aur unhon ne samjha ke bas hum love karte hain to yeh kafi hai.</w:t>
      </w:r>
    </w:p>
    <w:p>
      <w:pPr>
        <w:jc w:val="right"/>
      </w:pPr>
      <w:r>
        <w:t>اور انہوں نے سمجھا کہ بس ہم love کرتے ہیں تو یہ کافی ہے۔</w:t>
      </w:r>
    </w:p>
    <w:p>
      <w:r>
        <w:rPr>
          <w:b/>
        </w:rPr>
        <w:t xml:space="preserve">[08:56] </w:t>
      </w:r>
      <w:r>
        <w:t>lekin jab shadi ho gayi to takrao hua.</w:t>
      </w:r>
    </w:p>
    <w:p>
      <w:pPr>
        <w:jc w:val="right"/>
      </w:pPr>
      <w:r>
        <w:t>لیکن جب شادی ہو گئی تو ٹکراؤ ہوا۔</w:t>
      </w:r>
    </w:p>
    <w:p>
      <w:r>
        <w:rPr>
          <w:b/>
        </w:rPr>
        <w:t xml:space="preserve">[09:00] </w:t>
      </w:r>
      <w:r>
        <w:t>un ka culture alag, un ka culture alag.</w:t>
      </w:r>
    </w:p>
    <w:p>
      <w:pPr>
        <w:jc w:val="right"/>
      </w:pPr>
      <w:r>
        <w:t>ان کا کلچر الگ، ان کا کلچر الگ۔</w:t>
      </w:r>
    </w:p>
    <w:p>
      <w:r>
        <w:rPr>
          <w:b/>
        </w:rPr>
        <w:t xml:space="preserve">[09:04] </w:t>
      </w:r>
      <w:r>
        <w:t>un ki family wale kuch chahte hain, un ki family wale kuch chahte hain.</w:t>
      </w:r>
    </w:p>
    <w:p>
      <w:pPr>
        <w:jc w:val="right"/>
      </w:pPr>
      <w:r>
        <w:t>ان کی family والے کچھ چاہتے ہیں، ان کی family والے کچھ چاہتے ہیں۔</w:t>
      </w:r>
    </w:p>
    <w:p>
      <w:r>
        <w:rPr>
          <w:b/>
        </w:rPr>
        <w:t xml:space="preserve">[09:08] </w:t>
      </w:r>
      <w:r>
        <w:t>to aap isolation mein nahin jee sakte.</w:t>
      </w:r>
    </w:p>
    <w:p>
      <w:pPr>
        <w:jc w:val="right"/>
      </w:pPr>
      <w:r>
        <w:t>تو آپ isolation میں نہیں جی سکتے۔</w:t>
      </w:r>
    </w:p>
    <w:p>
      <w:r>
        <w:rPr>
          <w:b/>
        </w:rPr>
        <w:t xml:space="preserve">[09:11] </w:t>
      </w:r>
      <w:r>
        <w:t>shadi kar lein aap ek boy ya ek girl to is ka matlab yeh nahin hai ke woh</w:t>
      </w:r>
    </w:p>
    <w:p>
      <w:pPr>
        <w:jc w:val="right"/>
      </w:pPr>
      <w:r>
        <w:t>شادی کر لیں آپ ایک boy یا ایک girl تو اس کا مطلب یہ نہیں ہے کہ وہ</w:t>
      </w:r>
    </w:p>
    <w:p>
      <w:r>
        <w:rPr>
          <w:b/>
        </w:rPr>
        <w:t xml:space="preserve">[09:15] </w:t>
      </w:r>
      <w:r>
        <w:t>kahin isolation mein jee sakte hain woh. unhein</w:t>
      </w:r>
    </w:p>
    <w:p>
      <w:pPr>
        <w:jc w:val="right"/>
      </w:pPr>
      <w:r>
        <w:t>کہیں isolation میں جی سکتے ہیں وہ۔ انہیں</w:t>
      </w:r>
    </w:p>
    <w:p>
      <w:r>
        <w:rPr>
          <w:b/>
        </w:rPr>
        <w:t xml:space="preserve">[09:19] </w:t>
      </w:r>
      <w:r>
        <w:t>society mein jeena hai.</w:t>
      </w:r>
    </w:p>
    <w:p>
      <w:pPr>
        <w:jc w:val="right"/>
      </w:pPr>
      <w:r>
        <w:t>society میں جینا ہے۔</w:t>
      </w:r>
    </w:p>
    <w:p>
      <w:r>
        <w:rPr>
          <w:b/>
        </w:rPr>
        <w:t xml:space="preserve">[09:24] </w:t>
      </w:r>
      <w:r>
        <w:t>unhein family mein jeena hai, society mein jeena hai.</w:t>
      </w:r>
    </w:p>
    <w:p>
      <w:pPr>
        <w:jc w:val="right"/>
      </w:pPr>
      <w:r>
        <w:t>انہیں family میں جینا ہے، society میں جینا ہے۔</w:t>
      </w:r>
    </w:p>
    <w:p>
      <w:r>
        <w:rPr>
          <w:b/>
        </w:rPr>
        <w:t xml:space="preserve">[09:29] </w:t>
      </w:r>
      <w:r>
        <w:t>to woh wahan par cultural differences aa jate hain.</w:t>
      </w:r>
    </w:p>
    <w:p>
      <w:pPr>
        <w:jc w:val="right"/>
      </w:pPr>
      <w:r>
        <w:t>تو وہ وہاں پر cultural differences آ جاتے ہیں۔</w:t>
      </w:r>
    </w:p>
    <w:p>
      <w:r>
        <w:rPr>
          <w:b/>
        </w:rPr>
        <w:t xml:space="preserve">[09:35] </w:t>
      </w:r>
      <w:r>
        <w:t>gharz yeh ke life management ka jo formula hai, is ko na janne ki wajah se ya na</w:t>
      </w:r>
    </w:p>
    <w:p>
      <w:pPr>
        <w:jc w:val="right"/>
      </w:pPr>
      <w:r>
        <w:t>غرض یہ کہ life management کا جو فارمولا ہے، اس کو نہ جاننے کی وجہ سے یا نہ</w:t>
      </w:r>
    </w:p>
    <w:p>
      <w:r>
        <w:rPr>
          <w:b/>
        </w:rPr>
        <w:t xml:space="preserve">[09:40] </w:t>
      </w:r>
      <w:r>
        <w:t>bartne ki wajah se sare log pareshan rehte hain.</w:t>
      </w:r>
    </w:p>
    <w:p>
      <w:pPr>
        <w:jc w:val="right"/>
      </w:pPr>
      <w:r>
        <w:t>برتنے کی وجہ سے سارے لوگ پریشان رہتے ہیں۔</w:t>
      </w:r>
    </w:p>
    <w:p>
      <w:r>
        <w:rPr>
          <w:b/>
        </w:rPr>
        <w:t xml:space="preserve">[09:45] </w:t>
      </w:r>
      <w:r>
        <w:t>yani majority logon ke, more than ninety-nine percent log sad hain, pareshan hain. kyun?</w:t>
      </w:r>
    </w:p>
    <w:p>
      <w:pPr>
        <w:jc w:val="right"/>
      </w:pPr>
      <w:r>
        <w:t>یعنی majority لوگوں کے، more than ninety-nine percent لوگ sad ہیں، پریشان ہیں۔ کیوں؟</w:t>
      </w:r>
    </w:p>
    <w:p>
      <w:r>
        <w:rPr>
          <w:b/>
        </w:rPr>
        <w:t xml:space="preserve">[09:50] </w:t>
      </w:r>
      <w:r>
        <w:t>jo cheez achievable nahin hai, us ko apna target bana rakha hai.</w:t>
      </w:r>
    </w:p>
    <w:p>
      <w:pPr>
        <w:jc w:val="right"/>
      </w:pPr>
      <w:r>
        <w:t>جو چیز achievable نہیں ہے، اس کو اپنا target بنا رکھا ہے۔</w:t>
      </w:r>
    </w:p>
    <w:p>
      <w:r>
        <w:rPr>
          <w:b/>
        </w:rPr>
        <w:t xml:space="preserve">[10:02] </w:t>
      </w:r>
      <w:r>
        <w:t>to har aadmi ko chahiye ke every man and woman must know the art of life management.</w:t>
      </w:r>
    </w:p>
    <w:p>
      <w:pPr>
        <w:jc w:val="right"/>
      </w:pPr>
      <w:r>
        <w:t>تو ہر آدمی کو چاہیے کہ every man and woman must know the art of life management۔</w:t>
      </w:r>
    </w:p>
    <w:p>
      <w:r>
        <w:rPr>
          <w:b/>
        </w:rPr>
        <w:t xml:space="preserve">[10:13] </w:t>
      </w:r>
      <w:r>
        <w:t>dekhein art of life management kya hai? bohat simple formula is ka hai.</w:t>
      </w:r>
    </w:p>
    <w:p>
      <w:pPr>
        <w:jc w:val="right"/>
      </w:pPr>
      <w:r>
        <w:t>دیکھیں art of life management کیا ہے؟ بہت simple فارمولا اس کا ہے۔</w:t>
      </w:r>
    </w:p>
    <w:p>
      <w:r>
        <w:rPr>
          <w:b/>
        </w:rPr>
        <w:t xml:space="preserve">[10:25] </w:t>
      </w:r>
      <w:r>
        <w:t>bohat hi simple formula hai.</w:t>
      </w:r>
    </w:p>
    <w:p>
      <w:pPr>
        <w:jc w:val="right"/>
      </w:pPr>
      <w:r>
        <w:t>بہت ہی simple فارمولا ہے۔</w:t>
      </w:r>
    </w:p>
    <w:p>
      <w:r>
        <w:rPr>
          <w:b/>
        </w:rPr>
        <w:t xml:space="preserve">[10:31] </w:t>
      </w:r>
      <w:r>
        <w:t>yeh koi complex cheez nahin hai.</w:t>
      </w:r>
    </w:p>
    <w:p>
      <w:pPr>
        <w:jc w:val="right"/>
      </w:pPr>
      <w:r>
        <w:t>یہ کوئی complex چیز نہیں ہے۔</w:t>
      </w:r>
    </w:p>
    <w:p>
      <w:r>
        <w:rPr>
          <w:b/>
        </w:rPr>
        <w:t xml:space="preserve">[10:38] </w:t>
      </w:r>
      <w:r>
        <w:t>har aadmi, ek aam aadmi aur ek khas aadmi, educated aadmi aur woh aadmi jis ki parhai likhai</w:t>
      </w:r>
    </w:p>
    <w:p>
      <w:pPr>
        <w:jc w:val="right"/>
      </w:pPr>
      <w:r>
        <w:t>ہر آدمی، ایک عام آدمی اور ایک خاص آدمی، educated آدمی اور وہ آدمی جس کی پڑھائی لکھائی</w:t>
      </w:r>
    </w:p>
    <w:p>
      <w:r>
        <w:rPr>
          <w:b/>
        </w:rPr>
        <w:t xml:space="preserve">[10:44] </w:t>
      </w:r>
      <w:r>
        <w:t>nahin hui, sab is ko samajh sakte hain.</w:t>
      </w:r>
    </w:p>
    <w:p>
      <w:pPr>
        <w:jc w:val="right"/>
      </w:pPr>
      <w:r>
        <w:t>نہیں ہوئی، سب اس کو سمجھ سکتے ہیں۔</w:t>
      </w:r>
    </w:p>
    <w:p>
      <w:r>
        <w:rPr>
          <w:b/>
        </w:rPr>
        <w:t xml:space="preserve">[10:50] </w:t>
      </w:r>
      <w:r>
        <w:t>woh kya hai? ek lafz mein woh yeh hai: putting things in their proper place.</w:t>
      </w:r>
    </w:p>
    <w:p>
      <w:pPr>
        <w:jc w:val="right"/>
      </w:pPr>
      <w:r>
        <w:t>وہ کیا ہے؟ ایک لفظ میں وہ یہ ہے: putting things in their proper place۔</w:t>
      </w:r>
    </w:p>
    <w:p>
      <w:r>
        <w:rPr>
          <w:b/>
        </w:rPr>
        <w:t xml:space="preserve">[10:57] </w:t>
      </w:r>
      <w:r>
        <w:t>putting things in their proper place. cheez ko apni jagah par rakhna. jaise ab mujhe pani peena hai. to glass mein pani le kar ke main pi sakta hoon. lekin agar ek glass mein ult doon, idhar se pani us mein daloon, to kitna hi pani daloon ga, glass bharega nahin. jab idhar se daloon ga</w:t>
      </w:r>
    </w:p>
    <w:p>
      <w:pPr>
        <w:jc w:val="right"/>
      </w:pPr>
      <w:r>
        <w:t>Putting things in their proper place۔ چیز کو اپنی جگہ پر رکھنا۔ جیسے اب مجھے پانی پینا ہے۔ تو گلاس میں پانی لے کر کے میں پی سکتا ہوں۔ لیکن اگر ایک گلاس میں الٹ دوں، ادھر سے پانی اس میں ڈالوں، تو کتنا ہی پانی ڈالوں گا، گلاس بھرے گا نہیں۔ جب ادھر سے ڈالوں گ</w:t>
      </w:r>
    </w:p>
    <w:p>
      <w:r>
        <w:rPr>
          <w:b/>
        </w:rPr>
        <w:t xml:space="preserve">[11:27] </w:t>
      </w:r>
      <w:r>
        <w:t>a to glass bhar jayega aur main pani pi sakta hoon.</w:t>
      </w:r>
    </w:p>
    <w:p>
      <w:pPr>
        <w:jc w:val="right"/>
      </w:pPr>
      <w:r>
        <w:t>ا تو گلاس بھر جائے گا اور میں پانی پی سکتا ہوں۔</w:t>
      </w:r>
    </w:p>
    <w:p>
      <w:r>
        <w:rPr>
          <w:b/>
        </w:rPr>
        <w:t xml:space="preserve">[11:33] </w:t>
      </w:r>
      <w:r>
        <w:t>is ko ulta kar doon, idhar se pani dalne lagoon to kabhi bhi nahin bharega.</w:t>
      </w:r>
    </w:p>
    <w:p>
      <w:pPr>
        <w:jc w:val="right"/>
      </w:pPr>
      <w:r>
        <w:t>اس کو الٹا کر دوں، ادھر سے پانی ڈالنے لگوں تو کبھی بھی نہیں بھرے گا۔</w:t>
      </w:r>
    </w:p>
    <w:p>
      <w:r>
        <w:rPr>
          <w:b/>
        </w:rPr>
        <w:t xml:space="preserve">[11:39] </w:t>
      </w:r>
      <w:r>
        <w:t>so saal bhi nahin bharne wala hai glass.</w:t>
      </w:r>
    </w:p>
    <w:p>
      <w:pPr>
        <w:jc w:val="right"/>
      </w:pPr>
      <w:r>
        <w:t>سو سال بھی نہیں بھرنے والا ہے گلاس۔</w:t>
      </w:r>
    </w:p>
    <w:p>
      <w:r>
        <w:rPr>
          <w:b/>
        </w:rPr>
        <w:t xml:space="preserve">[11:45] </w:t>
      </w:r>
      <w:r>
        <w:t>to putting things in their right place, in their proper place.</w:t>
      </w:r>
    </w:p>
    <w:p>
      <w:pPr>
        <w:jc w:val="right"/>
      </w:pPr>
      <w:r>
        <w:t>تو putting things in theirright place، in their proper place۔</w:t>
      </w:r>
    </w:p>
    <w:p>
      <w:r>
        <w:rPr>
          <w:b/>
        </w:rPr>
        <w:t xml:space="preserve">[11:51] </w:t>
      </w:r>
      <w:r>
        <w:t>yeh har mamle mein hai ke cheezon ko aap theek theek wahan rakhein jahan ke un ki jagah hai.</w:t>
      </w:r>
    </w:p>
    <w:p>
      <w:pPr>
        <w:jc w:val="right"/>
      </w:pPr>
      <w:r>
        <w:t>یہ ہر معاملے میں ہے کہ چیزوں کو آپ ٹھیک ٹھیک وہاں رکھیں جہاں کہ ان کی جگہ ہے۔</w:t>
      </w:r>
    </w:p>
    <w:p>
      <w:r>
        <w:rPr>
          <w:b/>
        </w:rPr>
        <w:t xml:space="preserve">[11:57] </w:t>
      </w:r>
      <w:r>
        <w:t>yeh aap kijiye.</w:t>
      </w:r>
    </w:p>
    <w:p>
      <w:pPr>
        <w:jc w:val="right"/>
      </w:pPr>
      <w:r>
        <w:t>یہ آپ کیجیے۔</w:t>
      </w:r>
    </w:p>
    <w:p>
      <w:r>
        <w:rPr>
          <w:b/>
        </w:rPr>
        <w:t xml:space="preserve">[12:03] </w:t>
      </w:r>
      <w:r>
        <w:t>har mamle mein.</w:t>
      </w:r>
    </w:p>
    <w:p>
      <w:pPr>
        <w:jc w:val="right"/>
      </w:pPr>
      <w:r>
        <w:t>ہر معاملے میں۔</w:t>
      </w:r>
    </w:p>
    <w:p>
      <w:r>
        <w:rPr>
          <w:b/>
        </w:rPr>
        <w:t xml:space="preserve">[12:10] </w:t>
      </w:r>
      <w:r>
        <w:t>to aap ko koi pareshani nahi hogi.</w:t>
      </w:r>
    </w:p>
    <w:p>
      <w:pPr>
        <w:jc w:val="right"/>
      </w:pPr>
      <w:r>
        <w:t>تو آپ کو کوئی پریشانی نہیں ہوگی۔</w:t>
      </w:r>
    </w:p>
    <w:p>
      <w:r>
        <w:rPr>
          <w:b/>
        </w:rPr>
        <w:t xml:space="preserve">[12:16] </w:t>
      </w:r>
      <w:r>
        <w:t>is formula ka talluq har cheez se hai.</w:t>
      </w:r>
    </w:p>
    <w:p>
      <w:pPr>
        <w:jc w:val="right"/>
      </w:pPr>
      <w:r>
        <w:t>اس فارمولے کا تعلق ہر چیز سے ہے۔</w:t>
      </w:r>
    </w:p>
    <w:p>
      <w:r>
        <w:rPr>
          <w:b/>
        </w:rPr>
        <w:t xml:space="preserve">[12:22] </w:t>
      </w:r>
      <w:r>
        <w:t>yani psychological problem, physical problem, material problem, spiritual problem, family problem, social problem, national problem jitne hain,</w:t>
      </w:r>
    </w:p>
    <w:p>
      <w:pPr>
        <w:jc w:val="right"/>
      </w:pPr>
      <w:r>
        <w:t>یعنی psychological problem، physical problem، material problem، spiritual problem، family problem، social problem، national problem جتنے ہیں،</w:t>
      </w:r>
    </w:p>
    <w:p>
      <w:r>
        <w:rPr>
          <w:b/>
        </w:rPr>
        <w:t xml:space="preserve">[12:28] </w:t>
      </w:r>
      <w:r>
        <w:t>sab ko aap isi formula mein dekh sakte hain.</w:t>
      </w:r>
    </w:p>
    <w:p>
      <w:pPr>
        <w:jc w:val="right"/>
      </w:pPr>
      <w:r>
        <w:t>سب کو آپ اسی فارمولے میں دیکھ سکتے ہیں۔</w:t>
      </w:r>
    </w:p>
    <w:p>
      <w:r>
        <w:rPr>
          <w:b/>
        </w:rPr>
        <w:t xml:space="preserve">[12:34] </w:t>
      </w:r>
      <w:r>
        <w:t>Putting things in their proper place.</w:t>
      </w:r>
    </w:p>
    <w:p>
      <w:pPr>
        <w:jc w:val="right"/>
      </w:pPr>
      <w:r>
        <w:t>Putting things in their proper place۔</w:t>
      </w:r>
    </w:p>
    <w:p>
      <w:r>
        <w:rPr>
          <w:b/>
        </w:rPr>
        <w:t xml:space="preserve">[12:39] </w:t>
      </w:r>
      <w:r>
        <w:t>cheezon ko is ki sahi jagah par rakho.</w:t>
      </w:r>
    </w:p>
    <w:p>
      <w:pPr>
        <w:jc w:val="right"/>
      </w:pPr>
      <w:r>
        <w:t>چیزوں کو اس کی صحیح جگہ پر رکھو۔</w:t>
      </w:r>
    </w:p>
    <w:p>
      <w:r>
        <w:rPr>
          <w:b/>
        </w:rPr>
        <w:t xml:space="preserve">[12:44] </w:t>
      </w:r>
      <w:r>
        <w:t>cheezon ko is ki sahi jagah par rakho.</w:t>
      </w:r>
    </w:p>
    <w:p>
      <w:pPr>
        <w:jc w:val="right"/>
      </w:pPr>
      <w:r>
        <w:t>چیزوں کو اس کی صحیح جگہ پر رکھو۔</w:t>
      </w:r>
    </w:p>
    <w:p>
      <w:r>
        <w:rPr>
          <w:b/>
        </w:rPr>
        <w:t xml:space="preserve">[12:49] </w:t>
      </w:r>
      <w:r>
        <w:t>bas is formula ko aap jaan lein aur is ko apni zindagi mein apna lein to aap art</w:t>
      </w:r>
    </w:p>
    <w:p>
      <w:pPr>
        <w:jc w:val="right"/>
      </w:pPr>
      <w:r>
        <w:t>بس اس فارمولے کو آپ جان لیں اور اس کو اپنی زندگی میں اپنا لیں تو آپ art</w:t>
      </w:r>
    </w:p>
    <w:p>
      <w:r>
        <w:rPr>
          <w:b/>
        </w:rPr>
        <w:t xml:space="preserve">[12:54] </w:t>
      </w:r>
      <w:r>
        <w:t>of life management ke exp</w:t>
      </w:r>
    </w:p>
    <w:p>
      <w:pPr>
        <w:jc w:val="right"/>
      </w:pPr>
      <w:r>
        <w:t>of life management کے exp</w:t>
      </w:r>
    </w:p>
    <w:p>
      <w:r>
        <w:rPr>
          <w:b/>
        </w:rPr>
        <w:t xml:space="preserve">[12:59] </w:t>
      </w:r>
      <w:r>
        <w:t>ert ho gaye.</w:t>
      </w:r>
    </w:p>
    <w:p>
      <w:pPr>
        <w:jc w:val="right"/>
      </w:pPr>
      <w:r>
        <w:t>ert ہو گئے۔</w:t>
      </w:r>
    </w:p>
    <w:p>
      <w:r>
        <w:rPr>
          <w:b/>
        </w:rPr>
        <w:t xml:space="preserve">[13:05] </w:t>
      </w:r>
      <w:r>
        <w:t>time, aap ke paas time hai lekin time bhi aap manage na karein to time waste karte rahenge aap.</w:t>
      </w:r>
    </w:p>
    <w:p>
      <w:pPr>
        <w:jc w:val="right"/>
      </w:pPr>
      <w:r>
        <w:t>ٹائم، آپ کے پاس ٹائم ہے لیکن ٹائم بھی آپ manage نہ کریں تو ٹائم waste کرتے رہیں گے آپ۔</w:t>
      </w:r>
    </w:p>
    <w:p>
      <w:r>
        <w:rPr>
          <w:b/>
        </w:rPr>
        <w:t xml:space="preserve">[13:11] </w:t>
      </w:r>
      <w:r>
        <w:t>kahein ge mere paas to time nahi, kya karoon? time nahi milta.</w:t>
      </w:r>
    </w:p>
    <w:p>
      <w:pPr>
        <w:jc w:val="right"/>
      </w:pPr>
      <w:r>
        <w:t>کہیں گے میرے پاس تو ٹائم نہیں، کیا کروں؟ ٹائم نہیں ملتا۔</w:t>
      </w:r>
    </w:p>
    <w:p>
      <w:r>
        <w:rPr>
          <w:b/>
        </w:rPr>
        <w:t xml:space="preserve">[13:17] </w:t>
      </w:r>
      <w:r>
        <w:t>jo aadmi yeh kahe ke time nahi milta to sahi baat kya hogi? ke yeh kehna chahiye is</w:t>
      </w:r>
    </w:p>
    <w:p>
      <w:pPr>
        <w:jc w:val="right"/>
      </w:pPr>
      <w:r>
        <w:t>جو آدمی یہ کہے کہ ٹائم نہیں ملتا تو صحیح بات کیا ہوگی؟ کہ یہ کہنا چاہیے اس</w:t>
      </w:r>
    </w:p>
    <w:p>
      <w:r>
        <w:rPr>
          <w:b/>
        </w:rPr>
        <w:t xml:space="preserve">[13:23] </w:t>
      </w:r>
      <w:r>
        <w:t>ko ke main time ko manage karna nahi janta.</w:t>
      </w:r>
    </w:p>
    <w:p>
      <w:pPr>
        <w:jc w:val="right"/>
      </w:pPr>
      <w:r>
        <w:t>کو کہ میں ٹائم کو manage کرنا نہیں جانتا۔</w:t>
      </w:r>
    </w:p>
    <w:p>
      <w:r>
        <w:rPr>
          <w:b/>
        </w:rPr>
        <w:t xml:space="preserve">[13:29] </w:t>
      </w:r>
      <w:r>
        <w:t>I don't know the art of time management.</w:t>
      </w:r>
    </w:p>
    <w:p>
      <w:pPr>
        <w:jc w:val="right"/>
      </w:pPr>
      <w:r>
        <w:t>I don't know the art of time management۔</w:t>
      </w:r>
    </w:p>
    <w:p>
      <w:r>
        <w:rPr>
          <w:b/>
        </w:rPr>
        <w:t xml:space="preserve">[13:35] </w:t>
      </w:r>
      <w:r>
        <w:t>ek shayar ne bohat hi acha kaha ke waqt mein, waqt mein tangi farakhi aise hain jaise rubber.</w:t>
      </w:r>
    </w:p>
    <w:p>
      <w:pPr>
        <w:jc w:val="right"/>
      </w:pPr>
      <w:r>
        <w:t>ایک شاعر نے بہت ہی اچھا کہا کہ وقت میں، وقت میں تنگی فراخی ایسے ہیں جیسے ربڑ۔</w:t>
      </w:r>
    </w:p>
    <w:p>
      <w:r>
        <w:rPr>
          <w:b/>
        </w:rPr>
        <w:t xml:space="preserve">[13:41] </w:t>
      </w:r>
      <w:r>
        <w:t>khenchne se barhti hai, chhodne se jati hai sikud.</w:t>
      </w:r>
    </w:p>
    <w:p>
      <w:pPr>
        <w:jc w:val="right"/>
      </w:pPr>
      <w:r>
        <w:t>کھینچنے سے بڑھتی ہے، چھوڑنے سے جاتی ہے سکڑ۔</w:t>
      </w:r>
    </w:p>
    <w:p>
      <w:r>
        <w:rPr>
          <w:b/>
        </w:rPr>
        <w:t xml:space="preserve">[13:47] </w:t>
      </w:r>
      <w:r>
        <w:t>main samajhta hoon ke koi bhi aadmi jo yeh kahe ke mere paas time nahi to samajh lijiye</w:t>
      </w:r>
    </w:p>
    <w:p>
      <w:pPr>
        <w:jc w:val="right"/>
      </w:pPr>
      <w:r>
        <w:t>میں سمجھتا ہوں کہ کوئی بھی آدمی جو یہ کہے کہ میرے پاس ٹائم نہیں تو سمجھ لیجیے</w:t>
      </w:r>
    </w:p>
    <w:p>
      <w:r>
        <w:rPr>
          <w:b/>
        </w:rPr>
        <w:t xml:space="preserve">[13:53] </w:t>
      </w:r>
      <w:r>
        <w:t>ke sahi b</w:t>
      </w:r>
    </w:p>
    <w:p>
      <w:pPr>
        <w:jc w:val="right"/>
      </w:pPr>
      <w:r>
        <w:t>کہ صحیح ب</w:t>
      </w:r>
    </w:p>
    <w:p>
      <w:r>
        <w:rPr>
          <w:b/>
        </w:rPr>
        <w:t xml:space="preserve">[13:59] </w:t>
      </w:r>
      <w:r>
        <w:t>aat doosri hai.</w:t>
      </w:r>
    </w:p>
    <w:p>
      <w:pPr>
        <w:jc w:val="right"/>
      </w:pPr>
      <w:r>
        <w:t>ات دوسری ہے۔</w:t>
      </w:r>
    </w:p>
    <w:p>
      <w:r>
        <w:rPr>
          <w:b/>
        </w:rPr>
        <w:t xml:space="preserve">[14:03] </w:t>
      </w:r>
      <w:r>
        <w:t>ke woh aadmi time ko manage karne ka art nahi janta.</w:t>
      </w:r>
    </w:p>
    <w:p>
      <w:pPr>
        <w:jc w:val="right"/>
      </w:pPr>
      <w:r>
        <w:t>کہ وہ آدمی ٹائم کو manage کرنے کا art نہیں جانتا۔</w:t>
      </w:r>
    </w:p>
    <w:p>
      <w:r>
        <w:rPr>
          <w:b/>
        </w:rPr>
        <w:t xml:space="preserve">[14:08] </w:t>
      </w:r>
      <w:r>
        <w:t>time ko manage karne ka art nahin janta.</w:t>
      </w:r>
    </w:p>
    <w:p>
      <w:pPr>
        <w:jc w:val="right"/>
      </w:pPr>
      <w:r>
        <w:t>ٹائم کو manage کرنے کا art نہیں جانتا۔</w:t>
      </w:r>
    </w:p>
    <w:p>
      <w:r>
        <w:rPr>
          <w:b/>
        </w:rPr>
        <w:t xml:space="preserve">[14:12] </w:t>
      </w:r>
      <w:r>
        <w:t>misal ke taur par ek general baat kya hai ke subah ko log der mein uthte hain.</w:t>
      </w:r>
    </w:p>
    <w:p>
      <w:pPr>
        <w:jc w:val="right"/>
      </w:pPr>
      <w:r>
        <w:t>مثال کے طور پر ایک جنرل بات کیا ہے کہ صبح کو لوگ دیر میں اٹھتے ہیں۔</w:t>
      </w:r>
    </w:p>
    <w:p>
      <w:r>
        <w:rPr>
          <w:b/>
        </w:rPr>
        <w:t xml:space="preserve">[14:17] </w:t>
      </w:r>
      <w:r>
        <w:t>majority logon ki woh hai, un se kaha jata hai ke bhai dekhen subah ko kitna acha waqt hota hai.</w:t>
      </w:r>
    </w:p>
    <w:p>
      <w:pPr>
        <w:jc w:val="right"/>
      </w:pPr>
      <w:r>
        <w:t>Majority لوگوں کی وہ ہے، ان سے کہا جاتا ہے کہ بھئی دیکھیں صبح کو کتنا اچھا وقت ہوتا ہے۔</w:t>
      </w:r>
    </w:p>
    <w:p>
      <w:r>
        <w:rPr>
          <w:b/>
        </w:rPr>
        <w:t xml:space="preserve">[14:21] </w:t>
      </w:r>
      <w:r>
        <w:t>aap walk kijiye bahar ja kar ke.</w:t>
      </w:r>
    </w:p>
    <w:p>
      <w:pPr>
        <w:jc w:val="right"/>
      </w:pPr>
      <w:r>
        <w:t>آپ walk کیجیے باہر جا کر کے۔</w:t>
      </w:r>
    </w:p>
    <w:p>
      <w:r>
        <w:rPr>
          <w:b/>
        </w:rPr>
        <w:t xml:space="preserve">[14:26] </w:t>
      </w:r>
      <w:r>
        <w:t>subah subah ki hawa lijiye.</w:t>
      </w:r>
    </w:p>
    <w:p>
      <w:pPr>
        <w:jc w:val="right"/>
      </w:pPr>
      <w:r>
        <w:t>صبح صبح کی ہوا لیجیے۔</w:t>
      </w:r>
    </w:p>
    <w:p>
      <w:r>
        <w:rPr>
          <w:b/>
        </w:rPr>
        <w:t xml:space="preserve">[14:30] </w:t>
      </w:r>
      <w:r>
        <w:t>subah subah ki jo dhoop nikalti hai, wohi bohat hi qeemti hai.</w:t>
      </w:r>
    </w:p>
    <w:p>
      <w:pPr>
        <w:jc w:val="right"/>
      </w:pPr>
      <w:r>
        <w:t>صبح صبح کی جو دھوپ نکلتی ہے، وہی بہت ہی قیمتی ہے۔</w:t>
      </w:r>
    </w:p>
    <w:p>
      <w:r>
        <w:rPr>
          <w:b/>
        </w:rPr>
        <w:t xml:space="preserve">[14:34] </w:t>
      </w:r>
      <w:r>
        <w:t>to subah ki khuli fiza mein aap walk kijiye.</w:t>
      </w:r>
    </w:p>
    <w:p>
      <w:pPr>
        <w:jc w:val="right"/>
      </w:pPr>
      <w:r>
        <w:t>تو صبح کی کھلی فضا میں آپ walk کیجیے۔</w:t>
      </w:r>
    </w:p>
    <w:p>
      <w:r>
        <w:rPr>
          <w:b/>
        </w:rPr>
        <w:t xml:space="preserve">[14:39] </w:t>
      </w:r>
      <w:r>
        <w:t>is waqt ki jo hawa hai, is mein oxygen lijiye.</w:t>
      </w:r>
    </w:p>
    <w:p>
      <w:pPr>
        <w:jc w:val="right"/>
      </w:pPr>
      <w:r>
        <w:t>اس وقت کی جو ہوا ہے، اس میں آکسیجن لیجیے۔</w:t>
      </w:r>
    </w:p>
    <w:p>
      <w:r>
        <w:rPr>
          <w:b/>
        </w:rPr>
        <w:t xml:space="preserve">[14:43] </w:t>
      </w:r>
      <w:r>
        <w:t>phir suraj jab nikalta hai to is ki shuru ki jo kirnein hoti hain, pehli, woh bohat hi</w:t>
      </w:r>
    </w:p>
    <w:p>
      <w:pPr>
        <w:jc w:val="right"/>
      </w:pPr>
      <w:r>
        <w:t>پھر سورج جب نکلتا ہے تو اس کی شروع کی جو کرنیں ہوتی ہیں، پہلی، وہ بہت ہی</w:t>
      </w:r>
    </w:p>
    <w:p>
      <w:r>
        <w:rPr>
          <w:b/>
        </w:rPr>
        <w:t xml:space="preserve">[14:48] </w:t>
      </w:r>
      <w:r>
        <w:t>is mein faida hai, woh lijiye.</w:t>
      </w:r>
    </w:p>
    <w:p>
      <w:pPr>
        <w:jc w:val="right"/>
      </w:pPr>
      <w:r>
        <w:t>اس میں فائدہ ہے، وہ لیجیے۔</w:t>
      </w:r>
    </w:p>
    <w:p>
      <w:r>
        <w:rPr>
          <w:b/>
        </w:rPr>
        <w:t xml:space="preserve">[14:52] </w:t>
      </w:r>
      <w:r>
        <w:t>to kya kahenge? kya pata hai itne sawere uth nahin pate hum.</w:t>
      </w:r>
    </w:p>
    <w:p>
      <w:pPr>
        <w:jc w:val="right"/>
      </w:pPr>
      <w:r>
        <w:t>تو کیا کہیں گے؟ کیا پتا ہے اتنے سویرے اٹھ نہیں پاتے ہم۔</w:t>
      </w:r>
    </w:p>
    <w:p>
      <w:r>
        <w:rPr>
          <w:b/>
        </w:rPr>
        <w:t xml:space="preserve">[14:57] </w:t>
      </w:r>
      <w:r>
        <w:t>mein is ko jhoot samajhta hoon.</w:t>
      </w:r>
    </w:p>
    <w:p>
      <w:pPr>
        <w:jc w:val="right"/>
      </w:pPr>
      <w:r>
        <w:t>میں اس کو جھوٹ سمجھتا ہوں۔</w:t>
      </w:r>
    </w:p>
    <w:p>
      <w:r>
        <w:rPr>
          <w:b/>
        </w:rPr>
        <w:t xml:space="preserve">[15:01] </w:t>
      </w:r>
      <w:r>
        <w:t>jhoot kis kyon? aap sawere soiye.</w:t>
      </w:r>
    </w:p>
    <w:p>
      <w:pPr>
        <w:jc w:val="right"/>
      </w:pPr>
      <w:r>
        <w:t>جھوٹ کس کیوں؟ آپ سویرے سوئیے۔</w:t>
      </w:r>
    </w:p>
    <w:p>
      <w:r>
        <w:rPr>
          <w:b/>
        </w:rPr>
        <w:t xml:space="preserve">[15:06] </w:t>
      </w:r>
      <w:r>
        <w:t>aap manage kijiye is tareeqe se apne kaam ko ke aap sham ko sawere so saken.</w:t>
      </w:r>
    </w:p>
    <w:p>
      <w:pPr>
        <w:jc w:val="right"/>
      </w:pPr>
      <w:r>
        <w:t>آپ manage کیجیے اس طریقے سے اپنے کام کو کہ آپ شام کو سویرے سو سکیں۔</w:t>
      </w:r>
    </w:p>
    <w:p>
      <w:r>
        <w:rPr>
          <w:b/>
        </w:rPr>
        <w:t xml:space="preserve">[15:11] </w:t>
      </w:r>
      <w:r>
        <w:t>aap sawere soyeinge to aap ko subah ko sawere uth jayenge aap.</w:t>
      </w:r>
    </w:p>
    <w:p>
      <w:pPr>
        <w:jc w:val="right"/>
      </w:pPr>
      <w:r>
        <w:t>آپ سویرے سوئیں گے تو آپ کو صبح کو سویرے اٹھ جائیں گے آپ۔</w:t>
      </w:r>
    </w:p>
    <w:p>
      <w:r>
        <w:rPr>
          <w:b/>
        </w:rPr>
        <w:t xml:space="preserve">[15:16] </w:t>
      </w:r>
      <w:r>
        <w:t>mein to sari zindagi yahi karta raha hoon. sari zindagi.</w:t>
      </w:r>
    </w:p>
    <w:p>
      <w:pPr>
        <w:jc w:val="right"/>
      </w:pPr>
      <w:r>
        <w:t>میں تو ساری زندگی یہی کرتا رہا ہوں۔ ساری زندگی۔</w:t>
      </w:r>
    </w:p>
    <w:p>
      <w:r>
        <w:rPr>
          <w:b/>
        </w:rPr>
        <w:t xml:space="preserve">[15:21] </w:t>
      </w:r>
      <w:r>
        <w:t>isha ki namaz parhi, so gaya.</w:t>
      </w:r>
    </w:p>
    <w:p>
      <w:pPr>
        <w:jc w:val="right"/>
      </w:pPr>
      <w:r>
        <w:t>عشاء کی نماز پڑھی، سو گیا۔</w:t>
      </w:r>
    </w:p>
    <w:p>
      <w:r>
        <w:rPr>
          <w:b/>
        </w:rPr>
        <w:t xml:space="preserve">[15:26] </w:t>
      </w:r>
      <w:r>
        <w:t>kabhi koi emergency aa gayi to is mein</w:t>
      </w:r>
    </w:p>
    <w:p>
      <w:pPr>
        <w:jc w:val="right"/>
      </w:pPr>
      <w:r>
        <w:t>کبھی کوئی emergency آ گئی تو اس میں</w:t>
      </w:r>
    </w:p>
    <w:p>
      <w:r>
        <w:rPr>
          <w:b/>
        </w:rPr>
        <w:t xml:space="preserve">[15:32] </w:t>
      </w:r>
      <w:r>
        <w:t>aisa hota hai ke hum isha ke baad na so paen. lekin mera jo routine hai, wo yahi hai ke isha ke baad mein so jaunga. to phir subah ko fajar se pehle neend khul jati hai. apne aap. to aap dikhaiye ke aap dekhen ke majority logon ki wo hai jo har din ek bohat bade natural boon se mehroom hai. yaani subah ki hawa, subah ka suhana sama, subah ko</w:t>
      </w:r>
    </w:p>
    <w:p>
      <w:pPr>
        <w:jc w:val="right"/>
      </w:pPr>
      <w:r>
        <w:t>ایسا ہوتا ہے کہ ہم عشاء کے بعد نہ سو پائیں۔ لیکن میرا جو routine ہے، وہ یہی ہے کہ عشاء کے بعد میں سو جاؤں گا۔ تو پھر صبح کو فجر سے پہلے نیند کھل جاتی ہے۔ اپنے آپ۔ تو آپ دکھائیے کہ آپ دیکھیں کہ majority لوگوں کی وہ ہے جو ہر دن ایک بہت بڑے natural boon سے محروم ہے۔ یعنی صبح کی ہوا، صبح کا سوانہ سماں، صبح کو</w:t>
      </w:r>
    </w:p>
    <w:p>
      <w:r>
        <w:rPr>
          <w:b/>
        </w:rPr>
        <w:t xml:space="preserve">[16:02] </w:t>
      </w:r>
      <w:r>
        <w:t>suraj ki kirnein, subah ka oxygen.</w:t>
      </w:r>
    </w:p>
    <w:p>
      <w:pPr>
        <w:jc w:val="right"/>
      </w:pPr>
      <w:r>
        <w:t>سورج کی کرنیں، صبح کا آکسیجن۔</w:t>
      </w:r>
    </w:p>
    <w:p>
      <w:r>
        <w:rPr>
          <w:b/>
        </w:rPr>
        <w:t xml:space="preserve">[16:06] </w:t>
      </w:r>
      <w:r>
        <w:t>is se log mehroom hain.</w:t>
      </w:r>
    </w:p>
    <w:p>
      <w:pPr>
        <w:jc w:val="right"/>
      </w:pPr>
      <w:r>
        <w:t>اس سے لوگ محروم ہیں۔</w:t>
      </w:r>
    </w:p>
    <w:p>
      <w:r>
        <w:rPr>
          <w:b/>
        </w:rPr>
        <w:t xml:space="preserve">[16:10] </w:t>
      </w:r>
      <w:r>
        <w:t>kyunke woh manage nahin kar pate apne time ko.</w:t>
      </w:r>
    </w:p>
    <w:p>
      <w:pPr>
        <w:jc w:val="right"/>
      </w:pPr>
      <w:r>
        <w:t>کیونکہ وہ manage نہیں کر پاتے اپنے ٹائم کو۔</w:t>
      </w:r>
    </w:p>
    <w:p>
      <w:r>
        <w:rPr>
          <w:b/>
        </w:rPr>
        <w:t xml:space="preserve">[16:15] </w:t>
      </w:r>
      <w:r>
        <w:t>ke sham ko sawere soyein taake sawere uthen.</w:t>
      </w:r>
    </w:p>
    <w:p>
      <w:pPr>
        <w:jc w:val="right"/>
      </w:pPr>
      <w:r>
        <w:t>کہ شام کو سویرے سوئیں تاکہ سویرے اٹھیں۔</w:t>
      </w:r>
    </w:p>
    <w:p>
      <w:r>
        <w:rPr>
          <w:b/>
        </w:rPr>
        <w:t xml:space="preserve">[16:19] </w:t>
      </w:r>
      <w:r>
        <w:t>aise hi khane ko lijiye.</w:t>
      </w:r>
    </w:p>
    <w:p>
      <w:pPr>
        <w:jc w:val="right"/>
      </w:pPr>
      <w:r>
        <w:t>ایسے ہی کھانے کو لیجیے۔</w:t>
      </w:r>
    </w:p>
    <w:p>
      <w:r>
        <w:rPr>
          <w:b/>
        </w:rPr>
        <w:t xml:space="preserve">[16:23] </w:t>
      </w:r>
      <w:r>
        <w:t>yani logon ka haal hai ke ninety-nine logon ki sehaten kharab hain.</w:t>
      </w:r>
    </w:p>
    <w:p>
      <w:pPr>
        <w:jc w:val="right"/>
      </w:pPr>
      <w:r>
        <w:t>یعنی لوگوں کا حال ہے کہ ninety-nine لوگوں کی صحتیں خراب ہیں۔</w:t>
      </w:r>
    </w:p>
    <w:p>
      <w:r>
        <w:rPr>
          <w:b/>
        </w:rPr>
        <w:t xml:space="preserve">[16:28] </w:t>
      </w:r>
      <w:r>
        <w:t>woh log jin ke pas khane ke liye hai, paisa hai, sehaten kharab kyun hain?</w:t>
      </w:r>
    </w:p>
    <w:p>
      <w:pPr>
        <w:jc w:val="right"/>
      </w:pPr>
      <w:r>
        <w:t>وہ لوگ جن کے پاس کھانے کے لیے ہے، پیسہ ہے، صحتیں خراب کیوں ہیں؟</w:t>
      </w:r>
    </w:p>
    <w:p>
      <w:r>
        <w:rPr>
          <w:b/>
        </w:rPr>
        <w:t xml:space="preserve">[16:32] </w:t>
      </w:r>
      <w:r>
        <w:t>They don't know the art of desire management.</w:t>
      </w:r>
    </w:p>
    <w:p>
      <w:pPr>
        <w:jc w:val="right"/>
      </w:pPr>
      <w:r>
        <w:t>They don't know the art of desire management۔</w:t>
      </w:r>
    </w:p>
    <w:p>
      <w:r>
        <w:rPr>
          <w:b/>
        </w:rPr>
        <w:t xml:space="preserve">[16:38] </w:t>
      </w:r>
      <w:r>
        <w:t>yani jo khana acha laga hai, khoob kha rahe hain.</w:t>
      </w:r>
    </w:p>
    <w:p>
      <w:pPr>
        <w:jc w:val="right"/>
      </w:pPr>
      <w:r>
        <w:t>یعنی جو کھانا اچھا لگا ہے، خوب کھا رہے ہیں۔</w:t>
      </w:r>
    </w:p>
    <w:p>
      <w:r>
        <w:rPr>
          <w:b/>
        </w:rPr>
        <w:t xml:space="preserve">[16:45] </w:t>
      </w:r>
      <w:r>
        <w:t>Junk food kha rahe hain.</w:t>
      </w:r>
    </w:p>
    <w:p>
      <w:pPr>
        <w:jc w:val="right"/>
      </w:pPr>
      <w:r>
        <w:t>Junk food کھا رہے ہیں۔</w:t>
      </w:r>
    </w:p>
    <w:p>
      <w:r>
        <w:rPr>
          <w:b/>
        </w:rPr>
        <w:t xml:space="preserve">[16:51] </w:t>
      </w:r>
      <w:r>
        <w:t>halankay dekhna yeh chahiye kay mera body jo hai, is ki capacity kya hai? is ki nutritive value</w:t>
      </w:r>
    </w:p>
    <w:p>
      <w:pPr>
        <w:jc w:val="right"/>
      </w:pPr>
      <w:r>
        <w:t>حالانکہ دیکھنا یہ چاہیے کہ میرا body جو ہے، اس کی capacity کیا ہے؟ اس کی nutritive value</w:t>
      </w:r>
    </w:p>
    <w:p>
      <w:r>
        <w:rPr>
          <w:b/>
        </w:rPr>
        <w:t xml:space="preserve">[16:58] </w:t>
      </w:r>
      <w:r>
        <w:t>kya hai? is ko dekh kar aap khaiye to har aadmi tandrust rahe ga.</w:t>
      </w:r>
    </w:p>
    <w:p>
      <w:pPr>
        <w:jc w:val="right"/>
      </w:pPr>
      <w:r>
        <w:t>کیا ہے؟ اس کو دیکھ کر آپ کھائیے تو ہر آدمی تندرست رہے گا۔</w:t>
      </w:r>
    </w:p>
    <w:p>
      <w:r>
        <w:rPr>
          <w:b/>
        </w:rPr>
        <w:t xml:space="preserve">[17:04] </w:t>
      </w:r>
      <w:r>
        <w:t>har aadmi tandrust rahe ga.</w:t>
      </w:r>
    </w:p>
    <w:p>
      <w:pPr>
        <w:jc w:val="right"/>
      </w:pPr>
      <w:r>
        <w:t>ہر آدمی تندرست رہے گا۔</w:t>
      </w:r>
    </w:p>
    <w:p>
      <w:r>
        <w:rPr>
          <w:b/>
        </w:rPr>
        <w:t xml:space="preserve">[17:09] </w:t>
      </w:r>
      <w:r>
        <w:t>yani tandrusti jo hai, woh aap ka natural right hai.</w:t>
      </w:r>
    </w:p>
    <w:p>
      <w:pPr>
        <w:jc w:val="right"/>
      </w:pPr>
      <w:r>
        <w:t>یعنی تندرستی جو ہے، وہ آپ کا naturalright ہے۔</w:t>
      </w:r>
    </w:p>
    <w:p>
      <w:r>
        <w:rPr>
          <w:b/>
        </w:rPr>
        <w:t xml:space="preserve">[17:14] </w:t>
      </w:r>
      <w:r>
        <w:t>tandrusti aap ka natural right hai.</w:t>
      </w:r>
    </w:p>
    <w:p>
      <w:pPr>
        <w:jc w:val="right"/>
      </w:pPr>
      <w:r>
        <w:t>تندرستی آپ کا naturalright ہے۔</w:t>
      </w:r>
    </w:p>
    <w:p>
      <w:r>
        <w:rPr>
          <w:b/>
        </w:rPr>
        <w:t xml:space="preserve">[17:19] </w:t>
      </w:r>
      <w:r>
        <w:t>lekin aap is se apnay ko mehroom kar letay hain.</w:t>
      </w:r>
    </w:p>
    <w:p>
      <w:pPr>
        <w:jc w:val="right"/>
      </w:pPr>
      <w:r>
        <w:t>لیکن آپ اس سے اپنے کو محروم کر لیتے ہیں۔</w:t>
      </w:r>
    </w:p>
    <w:p>
      <w:r>
        <w:rPr>
          <w:b/>
        </w:rPr>
        <w:t xml:space="preserve">[17:24] </w:t>
      </w:r>
      <w:r>
        <w:t>kyun? You don't know the art of desire management.</w:t>
      </w:r>
    </w:p>
    <w:p>
      <w:pPr>
        <w:jc w:val="right"/>
      </w:pPr>
      <w:r>
        <w:t>کیوں؟ You don't know the art of desire management۔</w:t>
      </w:r>
    </w:p>
    <w:p>
      <w:r>
        <w:rPr>
          <w:b/>
        </w:rPr>
        <w:t xml:space="preserve">[17:29] </w:t>
      </w:r>
      <w:r>
        <w:t>aap bazaar mein gaye,</w:t>
      </w:r>
    </w:p>
    <w:p>
      <w:pPr>
        <w:jc w:val="right"/>
      </w:pPr>
      <w:r>
        <w:t>آپ بازار میں گئے،</w:t>
      </w:r>
    </w:p>
    <w:p>
      <w:r>
        <w:rPr>
          <w:b/>
        </w:rPr>
        <w:t xml:space="preserve">[17:34] </w:t>
      </w:r>
      <w:r>
        <w:t>ab wahan par kuch cheezein bik rahi hain. aap ka jee chaha, lage idhar se khane hain. agar aap sirf itna karen ke do khane ke beech mein kabhi kuch na khaen. do khane ke beech mein kabhi kuch na khaen. aur ek baat mein arz karunga aap ko ke khana chahiye aadmi ko itna hi jitna ke pet mein capacity hai. to capacity zyada aap khaen g</w:t>
      </w:r>
    </w:p>
    <w:p>
      <w:pPr>
        <w:jc w:val="right"/>
      </w:pPr>
      <w:r>
        <w:t>اب وہاں پر کچھ چیزیں بک رہی ہیں۔ آپ کا جی چاہا، لگے ادھر سے کھانے ہیں۔ اگر آپ صرف اتنا کریں کہ دو کھانے کے بیچ میں کبھی کچھ نہ کھائیں۔ دو کھانے کے بیچ میں کبھی کچھ نہ کھائیں۔ اور ایک بات میں عرض کروں گا آپ کو کہ کھانا چاہیے آدمی کو اتنا ہی جتنا کہ پیٹ میں capacity ہے۔ تو capacity زیادہ آپ کھائیں گ</w:t>
      </w:r>
    </w:p>
    <w:p>
      <w:r>
        <w:rPr>
          <w:b/>
        </w:rPr>
        <w:t xml:space="preserve">[18:04] </w:t>
      </w:r>
      <w:r>
        <w:t>e to is ka naam hai over eating.</w:t>
      </w:r>
    </w:p>
    <w:p>
      <w:pPr>
        <w:jc w:val="right"/>
      </w:pPr>
      <w:r>
        <w:t>ے تو اس کا نام ہے over eating۔</w:t>
      </w:r>
    </w:p>
    <w:p>
      <w:r>
        <w:rPr>
          <w:b/>
        </w:rPr>
        <w:t xml:space="preserve">[18:10] </w:t>
      </w:r>
      <w:r>
        <w:t>Over eating karein gay to kya hoga? zaroor aap ki health kharab hogi.</w:t>
      </w:r>
    </w:p>
    <w:p>
      <w:pPr>
        <w:jc w:val="right"/>
      </w:pPr>
      <w:r>
        <w:t>Over eating کریں گے تو کیا ہوگا؟ ضرور آپ کی health خراب ہوگی۔</w:t>
      </w:r>
    </w:p>
    <w:p>
      <w:r>
        <w:rPr>
          <w:b/>
        </w:rPr>
        <w:t xml:space="preserve">[18:16] </w:t>
      </w:r>
      <w:r>
        <w:t>aaj kal kay zamanay mein har aadmi over eating kar raha hai.</w:t>
      </w:r>
    </w:p>
    <w:p>
      <w:pPr>
        <w:jc w:val="right"/>
      </w:pPr>
      <w:r>
        <w:t>آج کل کے زمانے میں ہر آدمی over eating کر رہا ہے۔</w:t>
      </w:r>
    </w:p>
    <w:p>
      <w:r>
        <w:rPr>
          <w:b/>
        </w:rPr>
        <w:t xml:space="preserve">[18:22] </w:t>
      </w:r>
      <w:r>
        <w:t>kyun kar raha hai? kyunkay woh janta nahi kay nature kya hai.</w:t>
      </w:r>
    </w:p>
    <w:p>
      <w:pPr>
        <w:jc w:val="right"/>
      </w:pPr>
      <w:r>
        <w:t>کیوں کر رہا ہے؟ کیونکہ وہ جانتا نہیں کہ nature کیا ہے۔</w:t>
      </w:r>
    </w:p>
    <w:p>
      <w:r>
        <w:rPr>
          <w:b/>
        </w:rPr>
        <w:t xml:space="preserve">[18:28] </w:t>
      </w:r>
      <w:r>
        <w:t>dekhiye, mein arz karoon kay nature ka jo system hai,</w:t>
      </w:r>
    </w:p>
    <w:p>
      <w:pPr>
        <w:jc w:val="right"/>
      </w:pPr>
      <w:r>
        <w:t>دیکھیے، میں عرض کروں کہ nature کا جو system ہے،</w:t>
      </w:r>
    </w:p>
    <w:p>
      <w:r>
        <w:rPr>
          <w:b/>
        </w:rPr>
        <w:t xml:space="preserve">[18:34] </w:t>
      </w:r>
      <w:r>
        <w:t>woh is tarah hai kay aap jab khatay hain to aap ka pait bhar gaya kay nahi bhara,</w:t>
      </w:r>
    </w:p>
    <w:p>
      <w:pPr>
        <w:jc w:val="right"/>
      </w:pPr>
      <w:r>
        <w:t>وہ اس طرح ہے کہ آپ جب کھاتے ہیں تو آپ کا پیٹ بھر گیا کہ نہیں بھرا،</w:t>
      </w:r>
    </w:p>
    <w:p>
      <w:r>
        <w:rPr>
          <w:b/>
        </w:rPr>
        <w:t xml:space="preserve">[18:39] </w:t>
      </w:r>
      <w:r>
        <w:t>is ka taluq mind se hai.</w:t>
      </w:r>
    </w:p>
    <w:p>
      <w:pPr>
        <w:jc w:val="right"/>
      </w:pPr>
      <w:r>
        <w:t>اس کا تعلق mind سے ہے۔</w:t>
      </w:r>
    </w:p>
    <w:p>
      <w:r>
        <w:rPr>
          <w:b/>
        </w:rPr>
        <w:t xml:space="preserve">[18:44] </w:t>
      </w:r>
      <w:r>
        <w:t>yani pait nahi batata aap ko.</w:t>
      </w:r>
    </w:p>
    <w:p>
      <w:pPr>
        <w:jc w:val="right"/>
      </w:pPr>
      <w:r>
        <w:t>یعنی پیٹ نہیں بتاتا آپ کو۔</w:t>
      </w:r>
    </w:p>
    <w:p>
      <w:r>
        <w:rPr>
          <w:b/>
        </w:rPr>
        <w:t xml:space="preserve">[18:49] </w:t>
      </w:r>
      <w:r>
        <w:t>pait nahi bataye ga aap ko kay mein jab tak khana tha, ab tak kha liya mein nay.</w:t>
      </w:r>
    </w:p>
    <w:p>
      <w:pPr>
        <w:jc w:val="right"/>
      </w:pPr>
      <w:r>
        <w:t>پیٹ نہیں بتائے گا آپ کو کہ میں جب تک کھانا تھا، اب تک کھا لیا میں نے۔</w:t>
      </w:r>
    </w:p>
    <w:p>
      <w:r>
        <w:rPr>
          <w:b/>
        </w:rPr>
        <w:t xml:space="preserve">[18:54] </w:t>
      </w:r>
      <w:r>
        <w:t>Mind batata hai.</w:t>
      </w:r>
    </w:p>
    <w:p>
      <w:pPr>
        <w:jc w:val="right"/>
      </w:pPr>
      <w:r>
        <w:t>Mind بتاتا ہے۔</w:t>
      </w:r>
    </w:p>
    <w:p>
      <w:r>
        <w:rPr>
          <w:b/>
        </w:rPr>
        <w:t xml:space="preserve">[18:59] </w:t>
      </w:r>
      <w:r>
        <w:t>to yeh nature ka law hai kay pait se news jo</w:t>
      </w:r>
    </w:p>
    <w:p>
      <w:pPr>
        <w:jc w:val="right"/>
      </w:pPr>
      <w:r>
        <w:t>تو یہ nature کا law ہے کہ پیٹ سے news جو</w:t>
      </w:r>
    </w:p>
    <w:p>
      <w:r>
        <w:rPr>
          <w:b/>
        </w:rPr>
        <w:t xml:space="preserve">[19:04] </w:t>
      </w:r>
      <w:r>
        <w:t>hai, mind tak pohnchti hai kuch der ke baad. yaani kam se kam bees minute ke baad. aap aadha ghanta samajh lijiye. yaani khana jab aap jis ko kehte hain sair ho kar khana. pet bhar kar khana. to pet bhar khana aap kha chuke, is ki information mind ko pohnchti hai bees minute baad. to log jo hain samajhte hain ke abhi</w:t>
      </w:r>
    </w:p>
    <w:p>
      <w:pPr>
        <w:jc w:val="right"/>
      </w:pPr>
      <w:r>
        <w:t>ہے، mind تک پہنچتی ہے کچھ دیر کے بعد۔ یعنی کم سے کم بیس منٹ کے بعد۔ آپ آدھا گھنٹہ سمجھ لیجیے۔ یعنی کھانا جب آپ جس کو کہتے ہیں سیر ہو کر کھانا۔ پیٹ بھر کر کھانا۔ تو پیٹ بھر کھانا آپ کھا چکے، اس کی information mind کو پہنچتی ہے بیس منٹ بعد۔ تو لوگ جو ہیں سمجھتے ہیں کہ ابھی</w:t>
      </w:r>
    </w:p>
    <w:p>
      <w:r>
        <w:rPr>
          <w:b/>
        </w:rPr>
        <w:t xml:space="preserve">[19:34] </w:t>
      </w:r>
      <w:r>
        <w:t>mein ne khana nahi khaya hai. to khate rehte hain, khate rehte hain, khate rehte hain. jab pet un ka bilkul bhar jata hai bظahir, tab chhodte hain khana. ab wo over eating hoti hai wo. har aadmi is mein mubtala hai. har aadmi over eating kar raha hai. kyunke wo janta nahi ke mere pet se mind tak jo information pohnchegi, is mein thoda time lagta hai. to aap ko kya hai, thodi bhook rahe tab hi chhod dijiye. aur</w:t>
      </w:r>
    </w:p>
    <w:p>
      <w:pPr>
        <w:jc w:val="right"/>
      </w:pPr>
      <w:r>
        <w:t>میں نے کھانا نہیں کھایا ہے۔ تو کھاتے رہتے ہیں، کھاتے رہتے ہیں، کھاتے رہتے ہیں۔ جب پیٹ ان کا بالکل بھر جاتا ہے بظاہر، تب چھوڑتے ہیں کھانا۔ اب وہ over eating ہوتی ہے وہ۔ ہر آدمی اس میں مبتلا ہے۔ ہر آدمی over eating کر رہا ہے۔ کیونکہ وہ جانتا نہیں کہ میرے پیٹ سے mind تک جو information پہنچے گی، اس میں تھوڑا ٹائم لگتا ہے۔ تو آپ کو کیا ہے، تھوڑی بھوک رہے تب ہی چھوڑ دیجیے۔ اور</w:t>
      </w:r>
    </w:p>
    <w:p>
      <w:r>
        <w:rPr>
          <w:b/>
        </w:rPr>
        <w:t xml:space="preserve">[20:04] </w:t>
      </w:r>
      <w:r>
        <w:t>mera tajurba yeh hai kay aik signal pait deta hai phir bhi.</w:t>
      </w:r>
    </w:p>
    <w:p>
      <w:pPr>
        <w:jc w:val="right"/>
      </w:pPr>
      <w:r>
        <w:t>میرا تجربہ یہ ہے کہ ایک signal پیٹ دیتا ہے پھر بھی۔</w:t>
      </w:r>
    </w:p>
    <w:p>
      <w:r>
        <w:rPr>
          <w:b/>
        </w:rPr>
        <w:t xml:space="preserve">[20:09] </w:t>
      </w:r>
      <w:r>
        <w:t>yani poori information mind ko se jo milti hai, humein thori dair mein milti hai.</w:t>
      </w:r>
    </w:p>
    <w:p>
      <w:pPr>
        <w:jc w:val="right"/>
      </w:pPr>
      <w:r>
        <w:t>یعنی پوری information mind کو سے جو ملتی ہے، ہمیں تھوڑی دیر میں ملتی ہے۔</w:t>
      </w:r>
    </w:p>
    <w:p>
      <w:r>
        <w:rPr>
          <w:b/>
        </w:rPr>
        <w:t xml:space="preserve">[20:13] </w:t>
      </w:r>
      <w:r>
        <w:t>yani bees minute ke baad.</w:t>
      </w:r>
    </w:p>
    <w:p>
      <w:pPr>
        <w:jc w:val="right"/>
      </w:pPr>
      <w:r>
        <w:t>یعنی بیس منٹ کے بعد۔</w:t>
      </w:r>
    </w:p>
    <w:p>
      <w:r>
        <w:rPr>
          <w:b/>
        </w:rPr>
        <w:t xml:space="preserve">[20:17] </w:t>
      </w:r>
      <w:r>
        <w:t>lekin is se pehle hi ek ek halka signal pet se milta hai ke ab ho gaya.</w:t>
      </w:r>
    </w:p>
    <w:p>
      <w:pPr>
        <w:jc w:val="right"/>
      </w:pPr>
      <w:r>
        <w:t>لیکن اس سے پہلے ہی ایک ایک ہلکا signal پیٹ سے ملتا ہے کہ اب ہو گیا۔</w:t>
      </w:r>
    </w:p>
    <w:p>
      <w:r>
        <w:rPr>
          <w:b/>
        </w:rPr>
        <w:t xml:space="preserve">[20:22] </w:t>
      </w:r>
      <w:r>
        <w:t>agar aap dhiyan dein.</w:t>
      </w:r>
    </w:p>
    <w:p>
      <w:pPr>
        <w:jc w:val="right"/>
      </w:pPr>
      <w:r>
        <w:t>اگر آپ دھیان دیں۔</w:t>
      </w:r>
    </w:p>
    <w:p>
      <w:r>
        <w:rPr>
          <w:b/>
        </w:rPr>
        <w:t xml:space="preserve">[20:26] </w:t>
      </w:r>
      <w:r>
        <w:t>lekin log nahi is signal ko nahi kuch sun paate.</w:t>
      </w:r>
    </w:p>
    <w:p>
      <w:pPr>
        <w:jc w:val="right"/>
      </w:pPr>
      <w:r>
        <w:t>لیکن لوگ نہیں اس signal کو نہیں کچھ سن پاتے۔</w:t>
      </w:r>
    </w:p>
    <w:p>
      <w:r>
        <w:rPr>
          <w:b/>
        </w:rPr>
        <w:t xml:space="preserve">[20:31] </w:t>
      </w:r>
      <w:r>
        <w:t>kyun? bas woh tasty khane mein shauq se kha rahe hain, baatein kar rahe hain, hawa kar rahe hain. to</w:t>
      </w:r>
    </w:p>
    <w:p>
      <w:pPr>
        <w:jc w:val="right"/>
      </w:pPr>
      <w:r>
        <w:t>کیوں؟ بس وہ tasty کھانے میں شوق سے کھا رہے ہیں، باتیں کر رہے ہیں، ہوا کر رہے ہیں۔ تو</w:t>
      </w:r>
    </w:p>
    <w:p>
      <w:r>
        <w:rPr>
          <w:b/>
        </w:rPr>
        <w:t xml:space="preserve">[20:35] </w:t>
      </w:r>
      <w:r>
        <w:t>is awaaz ko sun nahi paate. dekhiye, pehle aata hai halka signal. phir aata hai strong signal. aap ki over eating jo hai, is ka strong signal baad ko milega. lekin halka signal pehle hi aa jata hai. to agar aap aisa na karen ke bas jo cheez achi lag rahi hai, bas dhoop se khae chale ja rahe hain. baatein kar rahe hain, idhar udhar ke hawa kar rahe hain. to halka signal aap sun nahi paenge. mujhe to hil</w:t>
      </w:r>
    </w:p>
    <w:p>
      <w:pPr>
        <w:jc w:val="right"/>
      </w:pPr>
      <w:r>
        <w:t>اس آواز کو سن نہیں پاتے۔ دیکھیے، پہلے آتا ہے ہلکا signal۔ پھر آتا ہے strong signal۔ آپ کی over eating جو ہے، اس کا strong signal بعد کو ملے گا۔ لیکن ہلکا signal پہلے ہی آ جاتا ہے۔ تو اگر آپ ایسا نہ کریں کہ بس جو چیز اچھی لگ رہی ہے، بس دھوپ سے کھائے چلے جا رہے ہیں۔ باتیں کر رہے ہیں، ادھر ادھر کے ہوا کر رہے ہیں۔ تو ہلکا signal آپ سن نہیں پائیں گے۔ مجھے تو ہل</w:t>
      </w:r>
    </w:p>
    <w:p>
      <w:r>
        <w:rPr>
          <w:b/>
        </w:rPr>
        <w:t xml:space="preserve">[21:05] </w:t>
      </w:r>
      <w:r>
        <w:t>ka signal foran sunai de deta hai.</w:t>
      </w:r>
    </w:p>
    <w:p>
      <w:pPr>
        <w:jc w:val="right"/>
      </w:pPr>
      <w:r>
        <w:t>کا signal فوراً سنائی دے دیتا ہے۔</w:t>
      </w:r>
    </w:p>
    <w:p>
      <w:r>
        <w:rPr>
          <w:b/>
        </w:rPr>
        <w:t xml:space="preserve">[21:09] </w:t>
      </w:r>
      <w:r>
        <w:t>kyunke main idhar udhar ki baatein nahi karta khane ke waqt.</w:t>
      </w:r>
    </w:p>
    <w:p>
      <w:pPr>
        <w:jc w:val="right"/>
      </w:pPr>
      <w:r>
        <w:t>کیونکہ میں ادھر ادھر کی باتیں نہیں کرتا کھانے کے وقت۔</w:t>
      </w:r>
    </w:p>
    <w:p>
      <w:r>
        <w:rPr>
          <w:b/>
        </w:rPr>
        <w:t xml:space="preserve">[21:14] </w:t>
      </w:r>
      <w:r>
        <w:t>to behal yeh hai art of management.</w:t>
      </w:r>
    </w:p>
    <w:p>
      <w:pPr>
        <w:jc w:val="right"/>
      </w:pPr>
      <w:r>
        <w:t>تو بہرحال یہ ہے art of management۔</w:t>
      </w:r>
    </w:p>
    <w:p>
      <w:r>
        <w:rPr>
          <w:b/>
        </w:rPr>
        <w:t xml:space="preserve">[21:18] </w:t>
      </w:r>
      <w:r>
        <w:t>is ka talluq har cheez se hai.</w:t>
      </w:r>
    </w:p>
    <w:p>
      <w:pPr>
        <w:jc w:val="right"/>
      </w:pPr>
      <w:r>
        <w:t>اس کا تعلق ہر چیز سے ہے۔</w:t>
      </w:r>
    </w:p>
    <w:p>
      <w:r>
        <w:rPr>
          <w:b/>
        </w:rPr>
        <w:t xml:space="preserve">[21:22] </w:t>
      </w:r>
      <w:r>
        <w:t>har cheez se hai.</w:t>
      </w:r>
    </w:p>
    <w:p>
      <w:pPr>
        <w:jc w:val="right"/>
      </w:pPr>
      <w:r>
        <w:t>ہر چیز سے ہے۔</w:t>
      </w:r>
    </w:p>
    <w:p>
      <w:r>
        <w:rPr>
          <w:b/>
        </w:rPr>
        <w:t xml:space="preserve">[21:27] </w:t>
      </w:r>
      <w:r>
        <w:t>misalan dekhiye, har aadmi distraction ka victim hai is zamane mein. Distraction.</w:t>
      </w:r>
    </w:p>
    <w:p>
      <w:pPr>
        <w:jc w:val="right"/>
      </w:pPr>
      <w:r>
        <w:t>مثلاً دیکھیے، ہر آدمی distraction کا victim ہے اس زمانے میں۔ Distraction۔</w:t>
      </w:r>
    </w:p>
    <w:p>
      <w:r>
        <w:rPr>
          <w:b/>
        </w:rPr>
        <w:t xml:space="preserve">[21:31] </w:t>
      </w:r>
      <w:r>
        <w:t>Distraction kya cheez hai? Distraction yeh hai ke aap woh cheez jo</w:t>
      </w:r>
    </w:p>
    <w:p>
      <w:pPr>
        <w:jc w:val="right"/>
      </w:pPr>
      <w:r>
        <w:t>Distraction کیا چیز ہے؟ Distraction یہ ہے کہ آپ وہ چیز جو</w:t>
      </w:r>
    </w:p>
    <w:p>
      <w:r>
        <w:rPr>
          <w:b/>
        </w:rPr>
        <w:t xml:space="preserve">[21:35] </w:t>
      </w:r>
      <w:r>
        <w:t>important hai, aur woh cheez jo important nahin, donon mein aap difference ko jaanen.</w:t>
      </w:r>
    </w:p>
    <w:p>
      <w:pPr>
        <w:jc w:val="right"/>
      </w:pPr>
      <w:r>
        <w:t>important ہے، اور وہ چیز جو important نہیں، دونوں میں آپ difference کو جانیں۔</w:t>
      </w:r>
    </w:p>
    <w:p>
      <w:r>
        <w:rPr>
          <w:b/>
        </w:rPr>
        <w:t xml:space="preserve">[21:40] </w:t>
      </w:r>
      <w:r>
        <w:t>Important aur unimportant ke difference ko jaanna.</w:t>
      </w:r>
    </w:p>
    <w:p>
      <w:pPr>
        <w:jc w:val="right"/>
      </w:pPr>
      <w:r>
        <w:t>Important اور unimportant کے difference کو جاننا۔</w:t>
      </w:r>
    </w:p>
    <w:p>
      <w:r>
        <w:rPr>
          <w:b/>
        </w:rPr>
        <w:t xml:space="preserve">[21:45] </w:t>
      </w:r>
      <w:r>
        <w:t>Distraction yeh hai ke aap unimportant ki taraf chale jayen, is mein apne ko engage kar len.</w:t>
      </w:r>
    </w:p>
    <w:p>
      <w:pPr>
        <w:jc w:val="right"/>
      </w:pPr>
      <w:r>
        <w:t>Distraction یہ ہے کہ آپ unimportant کی طرف چلے جائیں، اس میں اپنے کو engage کر لیں۔</w:t>
      </w:r>
    </w:p>
    <w:p>
      <w:r>
        <w:rPr>
          <w:b/>
        </w:rPr>
        <w:t xml:space="preserve">[21:51] </w:t>
      </w:r>
      <w:r>
        <w:t>aur jo important hai, us ko aap bhula dein.</w:t>
      </w:r>
    </w:p>
    <w:p>
      <w:pPr>
        <w:jc w:val="right"/>
      </w:pPr>
      <w:r>
        <w:t>اور جو important ہے، اس کو آپ بھلا دیں۔</w:t>
      </w:r>
    </w:p>
    <w:p>
      <w:r>
        <w:rPr>
          <w:b/>
        </w:rPr>
        <w:t xml:space="preserve">[21:56] </w:t>
      </w:r>
      <w:r>
        <w:t>misal ke taur par important yeh hai ke aap CSC study karein.</w:t>
      </w:r>
    </w:p>
    <w:p>
      <w:pPr>
        <w:jc w:val="right"/>
      </w:pPr>
      <w:r>
        <w:t>مثال کے طور پر important یہ ہے کہ آپ سی ایس سی study کریں۔</w:t>
      </w:r>
    </w:p>
    <w:p>
      <w:r>
        <w:rPr>
          <w:b/>
        </w:rPr>
        <w:t xml:space="preserve">[22:01] </w:t>
      </w:r>
      <w:r>
        <w:t>CSC study. aur aap</w:t>
      </w:r>
    </w:p>
    <w:p>
      <w:pPr>
        <w:jc w:val="right"/>
      </w:pPr>
      <w:r>
        <w:t>سی ایس سی study۔ اور آپ</w:t>
      </w:r>
    </w:p>
    <w:p>
      <w:r>
        <w:rPr>
          <w:b/>
        </w:rPr>
        <w:t xml:space="preserve">[22:06] </w:t>
      </w:r>
      <w:r>
        <w:t>yaani koi koi show, tamashe ka show dekh rahe hain TV mein.</w:t>
      </w:r>
    </w:p>
    <w:p>
      <w:pPr>
        <w:jc w:val="right"/>
      </w:pPr>
      <w:r>
        <w:t>یعنی کوئی کوئی show، تماشے کا show دیکھ رہے ہیں ٹی وی میں۔</w:t>
      </w:r>
    </w:p>
    <w:p>
      <w:r>
        <w:rPr>
          <w:b/>
        </w:rPr>
        <w:t xml:space="preserve">[22:10] </w:t>
      </w:r>
      <w:r>
        <w:t>aur dekhte chale ja rahe hain.</w:t>
      </w:r>
    </w:p>
    <w:p>
      <w:pPr>
        <w:jc w:val="right"/>
      </w:pPr>
      <w:r>
        <w:t>اور دیکھتے چلے جا رہے ہیں۔</w:t>
      </w:r>
    </w:p>
    <w:p>
      <w:r>
        <w:rPr>
          <w:b/>
        </w:rPr>
        <w:t xml:space="preserve">[22:13] </w:t>
      </w:r>
      <w:r>
        <w:t>aur study ko chhode hue hain.</w:t>
      </w:r>
    </w:p>
    <w:p>
      <w:pPr>
        <w:jc w:val="right"/>
      </w:pPr>
      <w:r>
        <w:t>اور study کو چھوڑے ہوئے ہیں۔</w:t>
      </w:r>
    </w:p>
    <w:p>
      <w:r>
        <w:rPr>
          <w:b/>
        </w:rPr>
        <w:t xml:space="preserve">[22:17] </w:t>
      </w:r>
      <w:r>
        <w:t>to aap ne apne time ko unimportant mein laga diya.</w:t>
      </w:r>
    </w:p>
    <w:p>
      <w:pPr>
        <w:jc w:val="right"/>
      </w:pPr>
      <w:r>
        <w:t>تو آپ نے اپنے ٹائم کو unimportant میں لگا دیا۔</w:t>
      </w:r>
    </w:p>
    <w:p>
      <w:r>
        <w:rPr>
          <w:b/>
        </w:rPr>
        <w:t xml:space="preserve">[22:21] </w:t>
      </w:r>
      <w:r>
        <w:t>isi time ko agar lagate aap study mein to kya hota? aap ka mind develop hota.</w:t>
      </w:r>
    </w:p>
    <w:p>
      <w:pPr>
        <w:jc w:val="right"/>
      </w:pPr>
      <w:r>
        <w:t>اسی ٹائم کو اگر لگاتے آپ study میں تو کیا ہوتا؟ آپ کا mind develop ہوتا۔</w:t>
      </w:r>
    </w:p>
    <w:p>
      <w:r>
        <w:rPr>
          <w:b/>
        </w:rPr>
        <w:t xml:space="preserve">[22:25] </w:t>
      </w:r>
      <w:r>
        <w:t>Intellectual awakening hoti.</w:t>
      </w:r>
    </w:p>
    <w:p>
      <w:pPr>
        <w:jc w:val="right"/>
      </w:pPr>
      <w:r>
        <w:t>Intellectual awakening ہوتی۔</w:t>
      </w:r>
    </w:p>
    <w:p>
      <w:r>
        <w:rPr>
          <w:b/>
        </w:rPr>
        <w:t xml:space="preserve">[22:28] </w:t>
      </w:r>
      <w:r>
        <w:t>aur agar aap student hain to aap achhe number laate.</w:t>
      </w:r>
    </w:p>
    <w:p>
      <w:pPr>
        <w:jc w:val="right"/>
      </w:pPr>
      <w:r>
        <w:t>اور اگر آپ student ہیں تو آپ اچھے نمبر لاتے۔</w:t>
      </w:r>
    </w:p>
    <w:p>
      <w:r>
        <w:rPr>
          <w:b/>
        </w:rPr>
        <w:t xml:space="preserve">[22:32] </w:t>
      </w:r>
      <w:r>
        <w:t>dost aa gaya</w:t>
      </w:r>
    </w:p>
    <w:p>
      <w:pPr>
        <w:jc w:val="right"/>
      </w:pPr>
      <w:r>
        <w:t>دوست آ گیا</w:t>
      </w:r>
    </w:p>
    <w:p>
      <w:r>
        <w:rPr>
          <w:b/>
        </w:rPr>
        <w:t xml:space="preserve">[22:36] </w:t>
      </w:r>
      <w:r>
        <w:t>, ab dosti se baatein kar rahe hain.</w:t>
      </w:r>
    </w:p>
    <w:p>
      <w:pPr>
        <w:jc w:val="right"/>
      </w:pPr>
      <w:r>
        <w:t>، اب دوستی سے باتیں کر رہے ہیں۔</w:t>
      </w:r>
    </w:p>
    <w:p>
      <w:r>
        <w:rPr>
          <w:b/>
        </w:rPr>
        <w:t xml:space="preserve">[22:41] </w:t>
      </w:r>
      <w:r>
        <w:t>aur zaroori zaroori kaam hain, woh chhoday hue hain.</w:t>
      </w:r>
    </w:p>
    <w:p>
      <w:pPr>
        <w:jc w:val="right"/>
      </w:pPr>
      <w:r>
        <w:t>اور ضروری ضروری کام ہیں، وہ چھوڑے ہوئے ہیں۔</w:t>
      </w:r>
    </w:p>
    <w:p>
      <w:r>
        <w:rPr>
          <w:b/>
        </w:rPr>
        <w:t xml:space="preserve">[22:46] </w:t>
      </w:r>
      <w:r>
        <w:t>to main kehta hoon, dost banate kyun hain aap? main ne to aaj se bohat pehle, yaani azadi</w:t>
      </w:r>
    </w:p>
    <w:p>
      <w:pPr>
        <w:jc w:val="right"/>
      </w:pPr>
      <w:r>
        <w:t>تو میں کہتا ہوں، دوست بناتے کیوں ہیں آپ؟ میں نے تو آج سے بہت پہلے، یعنی آزادی</w:t>
      </w:r>
    </w:p>
    <w:p>
      <w:r>
        <w:rPr>
          <w:b/>
        </w:rPr>
        <w:t xml:space="preserve">[22:51] </w:t>
      </w:r>
      <w:r>
        <w:t>se bhi pehle, ek mazmoon parha tha sajjad haider yaldram.</w:t>
      </w:r>
    </w:p>
    <w:p>
      <w:pPr>
        <w:jc w:val="right"/>
      </w:pPr>
      <w:r>
        <w:t>سے بھی پہلے، ایک مضمون پڑھا تھا سجاد حیدریلدرم۔</w:t>
      </w:r>
    </w:p>
    <w:p>
      <w:r>
        <w:rPr>
          <w:b/>
        </w:rPr>
        <w:t xml:space="preserve">[22:56] </w:t>
      </w:r>
      <w:r>
        <w:t>ek writer thay un ka.</w:t>
      </w:r>
    </w:p>
    <w:p>
      <w:pPr>
        <w:jc w:val="right"/>
      </w:pPr>
      <w:r>
        <w:t>ایک writer تھے ان کا۔</w:t>
      </w:r>
    </w:p>
    <w:p>
      <w:r>
        <w:rPr>
          <w:b/>
        </w:rPr>
        <w:t xml:space="preserve">[23:01] </w:t>
      </w:r>
      <w:r>
        <w:t>to is ka title tha "mujhe</w:t>
      </w:r>
    </w:p>
    <w:p>
      <w:pPr>
        <w:jc w:val="right"/>
      </w:pPr>
      <w:r>
        <w:t>تو اس کا title تھا "مجھے</w:t>
      </w:r>
    </w:p>
    <w:p>
      <w:r>
        <w:rPr>
          <w:b/>
        </w:rPr>
        <w:t xml:space="preserve">[23:06] </w:t>
      </w:r>
      <w:r>
        <w:t>mere doston se bachao".</w:t>
      </w:r>
    </w:p>
    <w:p>
      <w:pPr>
        <w:jc w:val="right"/>
      </w:pPr>
      <w:r>
        <w:t>میرے دوستوں سے بچاؤ"۔</w:t>
      </w:r>
    </w:p>
    <w:p>
      <w:r>
        <w:rPr>
          <w:b/>
        </w:rPr>
        <w:t xml:space="preserve">[23:10] </w:t>
      </w:r>
      <w:r>
        <w:t>to is mein dikhaya tha unhon ne ke dost kya hai? dost hai in logon ka jo aap</w:t>
      </w:r>
    </w:p>
    <w:p>
      <w:pPr>
        <w:jc w:val="right"/>
      </w:pPr>
      <w:r>
        <w:t>تو اس میں دکھایا تھا انہوں نے کہ دوست کیا ہے؟ دوست ہے ان لوگوں کا جو آپ</w:t>
      </w:r>
    </w:p>
    <w:p>
      <w:r>
        <w:rPr>
          <w:b/>
        </w:rPr>
        <w:t xml:space="preserve">[23:14] </w:t>
      </w:r>
      <w:r>
        <w:t>ke time ko kill karte hain.</w:t>
      </w:r>
    </w:p>
    <w:p>
      <w:pPr>
        <w:jc w:val="right"/>
      </w:pPr>
      <w:r>
        <w:t>کے ٹائم کو kill کرتے ہیں۔</w:t>
      </w:r>
    </w:p>
    <w:p>
      <w:r>
        <w:rPr>
          <w:b/>
        </w:rPr>
        <w:t xml:space="preserve">[23:17] </w:t>
      </w:r>
      <w:r>
        <w:t>aap ke paise ko waste karwate hain.</w:t>
      </w:r>
    </w:p>
    <w:p>
      <w:pPr>
        <w:jc w:val="right"/>
      </w:pPr>
      <w:r>
        <w:t>آپ کے پیسے کو waste کرواتے ہیں۔</w:t>
      </w:r>
    </w:p>
    <w:p>
      <w:r>
        <w:rPr>
          <w:b/>
        </w:rPr>
        <w:t xml:space="preserve">[23:21] </w:t>
      </w:r>
      <w:r>
        <w:t>aap ko distraction ki taraf le aate hain.</w:t>
      </w:r>
    </w:p>
    <w:p>
      <w:pPr>
        <w:jc w:val="right"/>
      </w:pPr>
      <w:r>
        <w:t>آپ کو distraction کی طرف لے آتے ہیں۔</w:t>
      </w:r>
    </w:p>
    <w:p>
      <w:r>
        <w:rPr>
          <w:b/>
        </w:rPr>
        <w:t xml:space="preserve">[23:25] </w:t>
      </w:r>
      <w:r>
        <w:t>is wajah se dosti chhod dijiye.</w:t>
      </w:r>
    </w:p>
    <w:p>
      <w:pPr>
        <w:jc w:val="right"/>
      </w:pPr>
      <w:r>
        <w:t>اس وجہ سے دوستی چھوڑ دیجیے۔</w:t>
      </w:r>
    </w:p>
    <w:p>
      <w:r>
        <w:rPr>
          <w:b/>
        </w:rPr>
        <w:t xml:space="preserve">[23:29] </w:t>
      </w:r>
      <w:r>
        <w:t>ek hi baar main ne is mazmoon ko parha, is ke baad main ne tay kar liya ke</w:t>
      </w:r>
    </w:p>
    <w:p>
      <w:pPr>
        <w:jc w:val="right"/>
      </w:pPr>
      <w:r>
        <w:t>ایک ہی بار میں نے اس مضمون کو پڑھا، اس کے بعد میں نے طے کر لیا کہ</w:t>
      </w:r>
    </w:p>
    <w:p>
      <w:r>
        <w:rPr>
          <w:b/>
        </w:rPr>
        <w:t xml:space="preserve">[23:32] </w:t>
      </w:r>
      <w:r>
        <w:t>mujhe koi dost</w:t>
      </w:r>
    </w:p>
    <w:p>
      <w:pPr>
        <w:jc w:val="right"/>
      </w:pPr>
      <w:r>
        <w:t>مجھے کوئی دوست</w:t>
      </w:r>
    </w:p>
    <w:p>
      <w:r>
        <w:rPr>
          <w:b/>
        </w:rPr>
        <w:t xml:space="preserve">[23:36] </w:t>
      </w:r>
      <w:r>
        <w:t>banana hi nahi hai.</w:t>
      </w:r>
    </w:p>
    <w:p>
      <w:pPr>
        <w:jc w:val="right"/>
      </w:pPr>
      <w:r>
        <w:t>بنانا ہی نہیں ہے۔</w:t>
      </w:r>
    </w:p>
    <w:p>
      <w:r>
        <w:rPr>
          <w:b/>
        </w:rPr>
        <w:t xml:space="preserve">[23:39] </w:t>
      </w:r>
      <w:r>
        <w:t>itni umar beet gayi, aaj tak mera koi dost nahi.</w:t>
      </w:r>
    </w:p>
    <w:p>
      <w:pPr>
        <w:jc w:val="right"/>
      </w:pPr>
      <w:r>
        <w:t>اتنی عمر بیت گئی، آج تک میرا کوئی دوست نہیں۔</w:t>
      </w:r>
    </w:p>
    <w:p>
      <w:r>
        <w:rPr>
          <w:b/>
        </w:rPr>
        <w:t xml:space="preserve">[23:42] </w:t>
      </w:r>
      <w:r>
        <w:t>koi bhi aadmi mera dost nahi.</w:t>
      </w:r>
    </w:p>
    <w:p>
      <w:pPr>
        <w:jc w:val="right"/>
      </w:pPr>
      <w:r>
        <w:t>کوئی بھی آدمی میرا دوست نہیں۔</w:t>
      </w:r>
    </w:p>
    <w:p>
      <w:r>
        <w:rPr>
          <w:b/>
        </w:rPr>
        <w:t xml:space="preserve">[23:46] </w:t>
      </w:r>
      <w:r>
        <w:t>kyunke main jaanta hoon ke dost kya cheez hai.</w:t>
      </w:r>
    </w:p>
    <w:p>
      <w:pPr>
        <w:jc w:val="right"/>
      </w:pPr>
      <w:r>
        <w:t>کیونکہ میں جانتا ہوں کہ دوست کیا چیز ہے۔</w:t>
      </w:r>
    </w:p>
    <w:p>
      <w:r>
        <w:rPr>
          <w:b/>
        </w:rPr>
        <w:t xml:space="preserve">[23:49] </w:t>
      </w:r>
      <w:r>
        <w:t>dost yahi hai ke aap ka time kill karega.</w:t>
      </w:r>
    </w:p>
    <w:p>
      <w:pPr>
        <w:jc w:val="right"/>
      </w:pPr>
      <w:r>
        <w:t>دوست یہی ہے کہ آپ کا ٹائم kill کرے گا۔</w:t>
      </w:r>
    </w:p>
    <w:p>
      <w:r>
        <w:rPr>
          <w:b/>
        </w:rPr>
        <w:t xml:space="preserve">[23:52] </w:t>
      </w:r>
      <w:r>
        <w:t>aap ke paise ko waste karwayega.</w:t>
      </w:r>
    </w:p>
    <w:p>
      <w:pPr>
        <w:jc w:val="right"/>
      </w:pPr>
      <w:r>
        <w:t>آپ کے پیسے کو waste کروائے گا۔</w:t>
      </w:r>
    </w:p>
    <w:p>
      <w:r>
        <w:rPr>
          <w:b/>
        </w:rPr>
        <w:t xml:space="preserve">[23:55] </w:t>
      </w:r>
      <w:r>
        <w:t>aap ki energy ko bekar idhar udhar lagwayega.</w:t>
      </w:r>
    </w:p>
    <w:p>
      <w:pPr>
        <w:jc w:val="right"/>
      </w:pPr>
      <w:r>
        <w:t>آپ کی energy کو بیکار ادھر ادھر لگوائے گا۔</w:t>
      </w:r>
    </w:p>
    <w:p>
      <w:r>
        <w:rPr>
          <w:b/>
        </w:rPr>
        <w:t xml:space="preserve">[23:58] </w:t>
      </w:r>
      <w:r>
        <w:t>outing aur shopping ki taraf le jayega.</w:t>
      </w:r>
    </w:p>
    <w:p>
      <w:pPr>
        <w:jc w:val="right"/>
      </w:pPr>
      <w:r>
        <w:t>Outing اور shopping کی طرف لے جائے گا۔</w:t>
      </w:r>
    </w:p>
    <w:p>
      <w:r>
        <w:rPr>
          <w:b/>
        </w:rPr>
        <w:t xml:space="preserve">[24:01] </w:t>
      </w:r>
      <w:r>
        <w:t>hua karega.</w:t>
      </w:r>
    </w:p>
    <w:p>
      <w:pPr>
        <w:jc w:val="right"/>
      </w:pPr>
      <w:r>
        <w:t>ہوا کرے گا۔</w:t>
      </w:r>
    </w:p>
    <w:p>
      <w:r>
        <w:rPr>
          <w:b/>
        </w:rPr>
        <w:t xml:space="preserve">[24:04] </w:t>
      </w:r>
      <w:r>
        <w:t>to main ne dost banaya hi nahi kisi ko.</w:t>
      </w:r>
    </w:p>
    <w:p>
      <w:pPr>
        <w:jc w:val="right"/>
      </w:pPr>
      <w:r>
        <w:t>تو میں نے دوست بنایا ہی نہیں کسی کو۔</w:t>
      </w:r>
    </w:p>
    <w:p>
      <w:r>
        <w:rPr>
          <w:b/>
        </w:rPr>
        <w:t xml:space="preserve">[24:07] </w:t>
      </w:r>
      <w:r>
        <w:t>meri dictionary mein friend ka word hi nahi. mein kabhi friend ya dost bolta hi nahi. to agar aap ko jeena hai, ek achhi life jeena hai to aap ko life management ka formula seekhna padega. jis ko mein ne bataya ke is ka</w:t>
      </w:r>
    </w:p>
    <w:p>
      <w:pPr>
        <w:jc w:val="right"/>
      </w:pPr>
      <w:r>
        <w:t>میری dictionary میں friend کا word ہی نہیں۔ میں کبھی friend یا دوست بولتا ہی نہیں۔ تو اگر آپ کو جینا ہے، ایک اچھی life جینا ہے تو آپ کو life management کا فارمولا سیکھنا پڑے گا۔ جس کو میں نے بتایا کہ اس کا</w:t>
      </w:r>
    </w:p>
    <w:p>
      <w:r>
        <w:rPr>
          <w:b/>
        </w:rPr>
        <w:t xml:space="preserve">[24:37] </w:t>
      </w:r>
      <w:r>
        <w:t>khulasa hai "to put things in their proper place".</w:t>
      </w:r>
    </w:p>
    <w:p>
      <w:pPr>
        <w:jc w:val="right"/>
      </w:pPr>
      <w:r>
        <w:t>خلاصہ ہے "to put things in their proper place"۔</w:t>
      </w:r>
    </w:p>
    <w:p>
      <w:r>
        <w:rPr>
          <w:b/>
        </w:rPr>
        <w:t xml:space="preserve">[24:45] </w:t>
      </w:r>
      <w:r>
        <w:t>yeh seekhna parega.</w:t>
      </w:r>
    </w:p>
    <w:p>
      <w:pPr>
        <w:jc w:val="right"/>
      </w:pPr>
      <w:r>
        <w:t>یہ سیکھنا پڑے گا۔</w:t>
      </w:r>
    </w:p>
    <w:p>
      <w:r>
        <w:rPr>
          <w:b/>
        </w:rPr>
        <w:t xml:space="preserve">[24:53] </w:t>
      </w:r>
      <w:r>
        <w:t>nahi to phir kya hai? Apni zindagi ko aise hi bataiye aur mar jaiye.</w:t>
      </w:r>
    </w:p>
    <w:p>
      <w:pPr>
        <w:jc w:val="right"/>
      </w:pPr>
      <w:r>
        <w:t>نہیں تو پھر کیا ہے؟ اپنی زندگی کو ایسے ہی بتائیے اور مر جائیے۔</w:t>
      </w:r>
    </w:p>
    <w:p>
      <w:r>
        <w:rPr>
          <w:b/>
        </w:rPr>
        <w:t xml:space="preserve">[25:01] </w:t>
      </w:r>
      <w:r>
        <w:t>Aise hi jeete rahiye aur mar jaiye.</w:t>
      </w:r>
    </w:p>
    <w:p>
      <w:pPr>
        <w:jc w:val="right"/>
      </w:pPr>
      <w:r>
        <w:t>ایسے ہی جیتے رہیے اور مر جائیے۔</w:t>
      </w:r>
    </w:p>
    <w:p>
      <w:r>
        <w:rPr>
          <w:b/>
        </w:rPr>
        <w:t xml:space="preserve">[25:09] </w:t>
      </w:r>
      <w:r>
        <w:t>Dekhiye, Khuda ne insan ko paida kiya hai aur sath sath aap jante hain ke animal bhi is</w:t>
      </w:r>
    </w:p>
    <w:p>
      <w:pPr>
        <w:jc w:val="right"/>
      </w:pPr>
      <w:r>
        <w:t>دیکھیے، خدا نے انسان کو پیدا کیا ہے اور ساتھ ساتھ آپ جانتے ہیں کہ animal بھی اس</w:t>
      </w:r>
    </w:p>
    <w:p>
      <w:r>
        <w:rPr>
          <w:b/>
        </w:rPr>
        <w:t xml:space="preserve">[25:14] </w:t>
      </w:r>
      <w:r>
        <w:t>duniya mein hain.</w:t>
      </w:r>
    </w:p>
    <w:p>
      <w:pPr>
        <w:jc w:val="right"/>
      </w:pPr>
      <w:r>
        <w:t>دنیا میں ہیں۔</w:t>
      </w:r>
    </w:p>
    <w:p>
      <w:r>
        <w:rPr>
          <w:b/>
        </w:rPr>
        <w:t xml:space="preserve">[25:18] </w:t>
      </w:r>
      <w:r>
        <w:t>Inke andar bhi zindagi hai.</w:t>
      </w:r>
    </w:p>
    <w:p>
      <w:pPr>
        <w:jc w:val="right"/>
      </w:pPr>
      <w:r>
        <w:t>ان کے اندر بھی زندگی ہے۔</w:t>
      </w:r>
    </w:p>
    <w:p>
      <w:r>
        <w:rPr>
          <w:b/>
        </w:rPr>
        <w:t xml:space="preserve">[25:22] </w:t>
      </w:r>
      <w:r>
        <w:t>Lekin animal ko manage karti hai unki instinct.</w:t>
      </w:r>
    </w:p>
    <w:p>
      <w:pPr>
        <w:jc w:val="right"/>
      </w:pPr>
      <w:r>
        <w:t>لیکن animal کو manage کرتی ہے ان کی instinct۔</w:t>
      </w:r>
    </w:p>
    <w:p>
      <w:r>
        <w:rPr>
          <w:b/>
        </w:rPr>
        <w:t xml:space="preserve">[25:27] </w:t>
      </w:r>
      <w:r>
        <w:t>Animal ko consciously apne ko manage nahi karna parta.</w:t>
      </w:r>
    </w:p>
    <w:p>
      <w:pPr>
        <w:jc w:val="right"/>
      </w:pPr>
      <w:r>
        <w:t>Animal کو consciously اپنے کو manage نہیں کرنا پڑتا۔</w:t>
      </w:r>
    </w:p>
    <w:p>
      <w:r>
        <w:rPr>
          <w:b/>
        </w:rPr>
        <w:t xml:space="preserve">[25:31] </w:t>
      </w:r>
      <w:r>
        <w:t>Jaise ke misal ke taur par tiger.</w:t>
      </w:r>
    </w:p>
    <w:p>
      <w:pPr>
        <w:jc w:val="right"/>
      </w:pPr>
      <w:r>
        <w:t>جیسے کہ مثال کے طور پر tiger۔</w:t>
      </w:r>
    </w:p>
    <w:p>
      <w:r>
        <w:rPr>
          <w:b/>
        </w:rPr>
        <w:t xml:space="preserve">[25:35] </w:t>
      </w:r>
      <w:r>
        <w:t>Tiger ka food jo hai, woh aap jante hain ke meat</w:t>
      </w:r>
    </w:p>
    <w:p>
      <w:pPr>
        <w:jc w:val="right"/>
      </w:pPr>
      <w:r>
        <w:t>Tiger کا food جو ہے، وہ آپ جانتے ہیں کہ meat</w:t>
      </w:r>
    </w:p>
    <w:p>
      <w:r>
        <w:rPr>
          <w:b/>
        </w:rPr>
        <w:t xml:space="preserve">[25:39] </w:t>
      </w:r>
      <w:r>
        <w:t>hai.</w:t>
      </w:r>
    </w:p>
    <w:p>
      <w:pPr>
        <w:jc w:val="right"/>
      </w:pPr>
      <w:r>
        <w:t>ہے۔</w:t>
      </w:r>
    </w:p>
    <w:p>
      <w:r>
        <w:rPr>
          <w:b/>
        </w:rPr>
        <w:t xml:space="preserve">[25:44] </w:t>
      </w:r>
      <w:r>
        <w:t>Lekin agar woh meat kha le aur pet iska kuch gadbad ho jaye, kuch kharab ho jaye</w:t>
      </w:r>
    </w:p>
    <w:p>
      <w:pPr>
        <w:jc w:val="right"/>
      </w:pPr>
      <w:r>
        <w:t>لیکن اگر وہ meat کھا لے اور پیٹ اس کا کچھ گڑبڑ ہو جائے، کچھ خراب ہو جائے</w:t>
      </w:r>
    </w:p>
    <w:p>
      <w:r>
        <w:rPr>
          <w:b/>
        </w:rPr>
        <w:t xml:space="preserve">[25:48] </w:t>
      </w:r>
      <w:r>
        <w:t>to jante hain kya karta hai woh? By instinct woh karta hai, woh ghaas khane lagta hai.</w:t>
      </w:r>
    </w:p>
    <w:p>
      <w:pPr>
        <w:jc w:val="right"/>
      </w:pPr>
      <w:r>
        <w:t>تو جانتے ہیں کیا کرتا ہے وہ؟ By instinct وہ کرتا ہے، وہ گھاس کھانے لگتا ہے۔</w:t>
      </w:r>
    </w:p>
    <w:p>
      <w:r>
        <w:rPr>
          <w:b/>
        </w:rPr>
        <w:t xml:space="preserve">[25:52] </w:t>
      </w:r>
      <w:r>
        <w:t>To ghaas jo hai, is mein medicinal value hai.</w:t>
      </w:r>
    </w:p>
    <w:p>
      <w:pPr>
        <w:jc w:val="right"/>
      </w:pPr>
      <w:r>
        <w:t>تو گھاس جو ہے، اس میں medicinal value ہے۔</w:t>
      </w:r>
    </w:p>
    <w:p>
      <w:r>
        <w:rPr>
          <w:b/>
        </w:rPr>
        <w:t xml:space="preserve">[25:57] </w:t>
      </w:r>
      <w:r>
        <w:t>Is tarah se woh apna ilaaj karta hai.</w:t>
      </w:r>
    </w:p>
    <w:p>
      <w:pPr>
        <w:jc w:val="right"/>
      </w:pPr>
      <w:r>
        <w:t>اس طرح سے وہ اپنا علاج کرتا ہے۔</w:t>
      </w:r>
    </w:p>
    <w:p>
      <w:r>
        <w:rPr>
          <w:b/>
        </w:rPr>
        <w:t xml:space="preserve">[26:01] </w:t>
      </w:r>
      <w:r>
        <w:t>Aap dekhiye, insanon ke jahan insan hain, wahan doctor hote hain.</w:t>
      </w:r>
    </w:p>
    <w:p>
      <w:pPr>
        <w:jc w:val="right"/>
      </w:pPr>
      <w:r>
        <w:t>آپ دیکھیے، انسانوں کے جہاں انسان ہیں، وہاں ڈاکٹر ہوتے ہیں۔</w:t>
      </w:r>
    </w:p>
    <w:p>
      <w:r>
        <w:rPr>
          <w:b/>
        </w:rPr>
        <w:t xml:space="preserve">[26:05] </w:t>
      </w:r>
      <w:r>
        <w:t>Gaon mein doctor, town mein doctor, city mein doctor.</w:t>
      </w:r>
    </w:p>
    <w:p>
      <w:pPr>
        <w:jc w:val="right"/>
      </w:pPr>
      <w:r>
        <w:t>گاؤں میں ڈاکٹر، ٹاؤن میں ڈاکٹر، سٹی میں ڈاکٹر۔</w:t>
      </w:r>
    </w:p>
    <w:p>
      <w:r>
        <w:rPr>
          <w:b/>
        </w:rPr>
        <w:t xml:space="preserve">[26:09] </w:t>
      </w:r>
      <w:r>
        <w:t>hospital hote hain, clinic hote hain. kya kisi jungle mein aap ne dekha kisi doctor ko? jungle mein hum se zyada log rehte hain. animal jo hain, un ki population hum se zyada hoti hai. lekin koi aap doctor nahi dekhenge wahan. kyun? they are controlled by their instinct. they are controlled by instinct. agar wo ghalti se kabhi over eating kar len.</w:t>
      </w:r>
    </w:p>
    <w:p>
      <w:pPr>
        <w:jc w:val="right"/>
      </w:pPr>
      <w:r>
        <w:t>Hospital ہوتے ہیں، clinic ہوتے ہیں۔ کیا کسی جنگل میں آپ نے دیکھا کسی ڈاکٹر کو؟ جنگل میں ہم سے زیادہ لوگ رہتے ہیں۔ Animal جو ہیں، ان کی population ہم سے زیادہ ہوتی ہے۔ لیکن کوئی آپ ڈاکٹر نہیں دیکھیں گے وہاں۔ کیوں؟ They are controlled by their instinct. They are controlled by instinct. اگر وہ غلطی سے کبھی over eating کر لیں۔</w:t>
      </w:r>
    </w:p>
    <w:p>
      <w:r>
        <w:rPr>
          <w:b/>
        </w:rPr>
        <w:t xml:space="preserve">[26:39] </w:t>
      </w:r>
      <w:r>
        <w:t>Over eating.</w:t>
      </w:r>
    </w:p>
    <w:p>
      <w:pPr>
        <w:jc w:val="right"/>
      </w:pPr>
      <w:r>
        <w:t>Over eating۔</w:t>
      </w:r>
    </w:p>
    <w:p>
      <w:r>
        <w:rPr>
          <w:b/>
        </w:rPr>
        <w:t xml:space="preserve">[26:43] </w:t>
      </w:r>
      <w:r>
        <w:t>To agla waqt khana hi nahi chhod denge woh.</w:t>
      </w:r>
    </w:p>
    <w:p>
      <w:pPr>
        <w:jc w:val="right"/>
      </w:pPr>
      <w:r>
        <w:t>تو اگلا وقت کھانا ہی نہیں چھوڑ دیں گے وہ۔</w:t>
      </w:r>
    </w:p>
    <w:p>
      <w:r>
        <w:rPr>
          <w:b/>
        </w:rPr>
        <w:t xml:space="preserve">[26:47] </w:t>
      </w:r>
      <w:r>
        <w:t>Maine khud dekha hai ke agar koi bakri, koi billi kisi wajah se over eating kar le,</w:t>
      </w:r>
    </w:p>
    <w:p>
      <w:pPr>
        <w:jc w:val="right"/>
      </w:pPr>
      <w:r>
        <w:t>میں نے خود دیکھا ہے کہ اگر کوئی بکری، کوئی بلی کسی وجہ سے over eating کر لے،</w:t>
      </w:r>
    </w:p>
    <w:p>
      <w:r>
        <w:rPr>
          <w:b/>
        </w:rPr>
        <w:t xml:space="preserve">[26:51] </w:t>
      </w:r>
      <w:r>
        <w:t>zyada kha le, agli baar woh khayegi nahi.</w:t>
      </w:r>
    </w:p>
    <w:p>
      <w:pPr>
        <w:jc w:val="right"/>
      </w:pPr>
      <w:r>
        <w:t>زیادہ کھا لے، اگلی بار وہ کھائے گی نہیں۔</w:t>
      </w:r>
    </w:p>
    <w:p>
      <w:r>
        <w:rPr>
          <w:b/>
        </w:rPr>
        <w:t xml:space="preserve">[26:54] </w:t>
      </w:r>
      <w:r>
        <w:t>To hamare chacha the, unhone yeh formula banaya tha ke "faqa se afaqa".</w:t>
      </w:r>
    </w:p>
    <w:p>
      <w:pPr>
        <w:jc w:val="right"/>
      </w:pPr>
      <w:r>
        <w:t>تو ہمارے چچا تھے، انہوں نے یہ فارمولا بنایا تھا کہ "فاقہ سے افاقہ"۔</w:t>
      </w:r>
    </w:p>
    <w:p>
      <w:r>
        <w:rPr>
          <w:b/>
        </w:rPr>
        <w:t xml:space="preserve">[26:58] </w:t>
      </w:r>
      <w:r>
        <w:t>Bahut simple formula unka tha.</w:t>
      </w:r>
    </w:p>
    <w:p>
      <w:pPr>
        <w:jc w:val="right"/>
      </w:pPr>
      <w:r>
        <w:t>بہت simple فارمولا ان کا تھا۔</w:t>
      </w:r>
    </w:p>
    <w:p>
      <w:r>
        <w:rPr>
          <w:b/>
        </w:rPr>
        <w:t xml:space="preserve">[27:02] </w:t>
      </w:r>
      <w:r>
        <w:t>Woh dawa nahi karte the woh.</w:t>
      </w:r>
    </w:p>
    <w:p>
      <w:pPr>
        <w:jc w:val="right"/>
      </w:pPr>
      <w:r>
        <w:t>وہ دوا نہیں کرتے تھے وہ۔</w:t>
      </w:r>
    </w:p>
    <w:p>
      <w:r>
        <w:rPr>
          <w:b/>
        </w:rPr>
        <w:t xml:space="preserve">[27:06] </w:t>
      </w:r>
      <w:r>
        <w:t>Mere chacha the, woh dawa</w:t>
      </w:r>
    </w:p>
    <w:p>
      <w:pPr>
        <w:jc w:val="right"/>
      </w:pPr>
      <w:r>
        <w:t>میرے چچا تھے، وہ دوا</w:t>
      </w:r>
    </w:p>
    <w:p>
      <w:r>
        <w:rPr>
          <w:b/>
        </w:rPr>
        <w:t xml:space="preserve">[27:10] </w:t>
      </w:r>
      <w:r>
        <w:t>nahi karte the.</w:t>
      </w:r>
    </w:p>
    <w:p>
      <w:pPr>
        <w:jc w:val="right"/>
      </w:pPr>
      <w:r>
        <w:t>نہیں کرتے تھے۔</w:t>
      </w:r>
    </w:p>
    <w:p>
      <w:r>
        <w:rPr>
          <w:b/>
        </w:rPr>
        <w:t xml:space="preserve">[27:13] </w:t>
      </w:r>
      <w:r>
        <w:t>in ka formula tha "faqa se afaqa".</w:t>
      </w:r>
    </w:p>
    <w:p>
      <w:pPr>
        <w:jc w:val="right"/>
      </w:pPr>
      <w:r>
        <w:t>ان کا فارمولا تھا "فاقہ سے افاقہ"۔</w:t>
      </w:r>
    </w:p>
    <w:p>
      <w:r>
        <w:rPr>
          <w:b/>
        </w:rPr>
        <w:t xml:space="preserve">[27:16] </w:t>
      </w:r>
      <w:r>
        <w:t>agar koi baat garbar hui, zukaam ho gaya, bukhar aa gaya, kuch bhi hua to khana chhod diya.</w:t>
      </w:r>
    </w:p>
    <w:p>
      <w:pPr>
        <w:jc w:val="right"/>
      </w:pPr>
      <w:r>
        <w:t>اگر کوئی بات گڑبڑ ہوئی، زکام ہو گیا، بخار آ گیا، کچھ بھی ہوا تو کھانا چھوڑ دیا۔</w:t>
      </w:r>
    </w:p>
    <w:p>
      <w:r>
        <w:rPr>
          <w:b/>
        </w:rPr>
        <w:t xml:space="preserve">[27:20] </w:t>
      </w:r>
      <w:r>
        <w:t>ek do waqt.</w:t>
      </w:r>
    </w:p>
    <w:p>
      <w:pPr>
        <w:jc w:val="right"/>
      </w:pPr>
      <w:r>
        <w:t>ایک دو وقت۔</w:t>
      </w:r>
    </w:p>
    <w:p>
      <w:r>
        <w:rPr>
          <w:b/>
        </w:rPr>
        <w:t xml:space="preserve">[27:23] </w:t>
      </w:r>
      <w:r>
        <w:t>apne aap theek ho jaate the.</w:t>
      </w:r>
    </w:p>
    <w:p>
      <w:pPr>
        <w:jc w:val="right"/>
      </w:pPr>
      <w:r>
        <w:t>اپنے آپ ٹھیک ہو جاتے تھے۔</w:t>
      </w:r>
    </w:p>
    <w:p>
      <w:r>
        <w:rPr>
          <w:b/>
        </w:rPr>
        <w:t xml:space="preserve">[27:26] </w:t>
      </w:r>
      <w:r>
        <w:t>to animal jo hain, they are controlled by their instincts.</w:t>
      </w:r>
    </w:p>
    <w:p>
      <w:pPr>
        <w:jc w:val="right"/>
      </w:pPr>
      <w:r>
        <w:t>تو animal جو ہیں، they are controlled by their instincts۔</w:t>
      </w:r>
    </w:p>
    <w:p>
      <w:r>
        <w:rPr>
          <w:b/>
        </w:rPr>
        <w:t xml:space="preserve">[27:30] </w:t>
      </w:r>
      <w:r>
        <w:t>is ki wajah se unhein doctor ki zaroorat hi nahi padti.</w:t>
      </w:r>
    </w:p>
    <w:p>
      <w:pPr>
        <w:jc w:val="right"/>
      </w:pPr>
      <w:r>
        <w:t>اس کی وجہ سے انہیں ڈاکٹر کی ضرورت ہی نہیں پڑتی۔</w:t>
      </w:r>
    </w:p>
    <w:p>
      <w:r>
        <w:rPr>
          <w:b/>
        </w:rPr>
        <w:t xml:space="preserve">[27:33] </w:t>
      </w:r>
      <w:r>
        <w:t>bas woh jeete hain, jeete hain aur mar jaate hain.</w:t>
      </w:r>
    </w:p>
    <w:p>
      <w:pPr>
        <w:jc w:val="right"/>
      </w:pPr>
      <w:r>
        <w:t>بس وہ جیتے ہیں، جیتے ہیں اور مر جاتے ہیں۔</w:t>
      </w:r>
    </w:p>
    <w:p>
      <w:r>
        <w:rPr>
          <w:b/>
        </w:rPr>
        <w:t xml:space="preserve">[27:36] </w:t>
      </w:r>
      <w:r>
        <w:t>insaan manage nahi</w:t>
      </w:r>
    </w:p>
    <w:p>
      <w:pPr>
        <w:jc w:val="right"/>
      </w:pPr>
      <w:r>
        <w:t>انسان manage نہیں</w:t>
      </w:r>
    </w:p>
    <w:p>
      <w:r>
        <w:rPr>
          <w:b/>
        </w:rPr>
        <w:t xml:space="preserve">[27:40] </w:t>
      </w:r>
      <w:r>
        <w:t>karta, is liye woh doctor ki zaroorat padti hai.</w:t>
      </w:r>
    </w:p>
    <w:p>
      <w:pPr>
        <w:jc w:val="right"/>
      </w:pPr>
      <w:r>
        <w:t>کرتا، اس لیے وہ ڈاکٹر کی ضرورت پڑتی ہے۔</w:t>
      </w:r>
    </w:p>
    <w:p>
      <w:r>
        <w:rPr>
          <w:b/>
        </w:rPr>
        <w:t xml:space="preserve">[27:45] </w:t>
      </w:r>
      <w:r>
        <w:t>jaise kal mein ek ek saahab the, unhone apna daant niklwaya tha.</w:t>
      </w:r>
    </w:p>
    <w:p>
      <w:pPr>
        <w:jc w:val="right"/>
      </w:pPr>
      <w:r>
        <w:t>جیسے کل میں ایک ایک صاحب تھے، انہوں نے اپنا دانت نکلوایا تھا۔</w:t>
      </w:r>
    </w:p>
    <w:p>
      <w:r>
        <w:rPr>
          <w:b/>
        </w:rPr>
        <w:t xml:space="preserve">[27:50] </w:t>
      </w:r>
      <w:r>
        <w:t>maine kaha ke dekhiye, daant niklana aap samajhte hain koi kaam hai? Unnatural kaam hai daant niklana.</w:t>
      </w:r>
    </w:p>
    <w:p>
      <w:pPr>
        <w:jc w:val="right"/>
      </w:pPr>
      <w:r>
        <w:t>میں نے کہا کہ دیکھیے، دانت نکلوانا آپ سمجھتے ہیں کوئی کام ہے؟ Unnatural کام ہے دانت نکلوانا۔</w:t>
      </w:r>
    </w:p>
    <w:p>
      <w:r>
        <w:rPr>
          <w:b/>
        </w:rPr>
        <w:t xml:space="preserve">[27:55] </w:t>
      </w:r>
      <w:r>
        <w:t>maine kaha ke dekhiye, aap ke paanch ungliyan hain, kya ungli katwani padti hai? Yeh nail hain,</w:t>
      </w:r>
    </w:p>
    <w:p>
      <w:pPr>
        <w:jc w:val="right"/>
      </w:pPr>
      <w:r>
        <w:t>میں نے کہا کہ دیکھیے، آپ کے پانچ انگلیاں ہیں، کیا انگلی کٹوانی پڑتی ہے؟ یہ nail ہیں،</w:t>
      </w:r>
    </w:p>
    <w:p>
      <w:r>
        <w:rPr>
          <w:b/>
        </w:rPr>
        <w:t xml:space="preserve">[28:00] </w:t>
      </w:r>
      <w:r>
        <w:t>nail ukhadwana padta hai.</w:t>
      </w:r>
    </w:p>
    <w:p>
      <w:pPr>
        <w:jc w:val="right"/>
      </w:pPr>
      <w:r>
        <w:t>nail اکھڑوانا پڑتا ہے۔</w:t>
      </w:r>
    </w:p>
    <w:p>
      <w:r>
        <w:rPr>
          <w:b/>
        </w:rPr>
        <w:t xml:space="preserve">[28:05] </w:t>
      </w:r>
      <w:r>
        <w:t>kaan hain, do do, kya kaan ko</w:t>
      </w:r>
    </w:p>
    <w:p>
      <w:pPr>
        <w:jc w:val="right"/>
      </w:pPr>
      <w:r>
        <w:t>کان ہیں، دو دو، کیا کان کو</w:t>
      </w:r>
    </w:p>
    <w:p>
      <w:r>
        <w:rPr>
          <w:b/>
        </w:rPr>
        <w:t xml:space="preserve">[28:10] </w:t>
      </w:r>
      <w:r>
        <w:t>katwana padta hai? To daant hi ek aisi cheez kyun hai, exceptional ke is ko niklana padta hai?</w:t>
      </w:r>
    </w:p>
    <w:p>
      <w:pPr>
        <w:jc w:val="right"/>
      </w:pPr>
      <w:r>
        <w:t>کٹوانا پڑتا ہے؟ تو دانت ہی ایک ایسی چیز کیوں ہے، exceptional کہ اس کو نکلوانا پڑتا ہے؟</w:t>
      </w:r>
    </w:p>
    <w:p>
      <w:r>
        <w:rPr>
          <w:b/>
        </w:rPr>
        <w:t xml:space="preserve">[28:14] </w:t>
      </w:r>
      <w:r>
        <w:t>maine kaha ke aap manage nahi karna jaante.</w:t>
      </w:r>
    </w:p>
    <w:p>
      <w:pPr>
        <w:jc w:val="right"/>
      </w:pPr>
      <w:r>
        <w:t>میں نے کہا کہ آپ manage نہیں کرنا جانتے۔</w:t>
      </w:r>
    </w:p>
    <w:p>
      <w:r>
        <w:rPr>
          <w:b/>
        </w:rPr>
        <w:t xml:space="preserve">[28:19] </w:t>
      </w:r>
      <w:r>
        <w:t>manage kya hai? Daant ek special problem is ka hai.</w:t>
      </w:r>
    </w:p>
    <w:p>
      <w:pPr>
        <w:jc w:val="right"/>
      </w:pPr>
      <w:r>
        <w:t>Manage کیا ہے؟ دانت ایک special problem اس کا ہے۔</w:t>
      </w:r>
    </w:p>
    <w:p>
      <w:r>
        <w:rPr>
          <w:b/>
        </w:rPr>
        <w:t xml:space="preserve">[28:23] </w:t>
      </w:r>
      <w:r>
        <w:t>ek unique problem.</w:t>
      </w:r>
    </w:p>
    <w:p>
      <w:pPr>
        <w:jc w:val="right"/>
      </w:pPr>
      <w:r>
        <w:t>ایک unique problem۔</w:t>
      </w:r>
    </w:p>
    <w:p>
      <w:r>
        <w:rPr>
          <w:b/>
        </w:rPr>
        <w:t xml:space="preserve">[28:27] </w:t>
      </w:r>
      <w:r>
        <w:t>jo body mein kahin aur nahi hai woh.</w:t>
      </w:r>
    </w:p>
    <w:p>
      <w:pPr>
        <w:jc w:val="right"/>
      </w:pPr>
      <w:r>
        <w:t>جو body میں کہیں اور نہیں ہے وہ۔</w:t>
      </w:r>
    </w:p>
    <w:p>
      <w:r>
        <w:rPr>
          <w:b/>
        </w:rPr>
        <w:t xml:space="preserve">[28:32] </w:t>
      </w:r>
      <w:r>
        <w:t>jaise aap dekhiye, aap ki khaat, is mein koi cheez atke gi nahi ke dono beech, ungli ke</w:t>
      </w:r>
    </w:p>
    <w:p>
      <w:pPr>
        <w:jc w:val="right"/>
      </w:pPr>
      <w:r>
        <w:t>جیسے آپ دیکھیے، آپ کی کھات، اس میں کوئی چیز اٹکے گی نہیں کہ دونوں بیچ، انگلی کے</w:t>
      </w:r>
    </w:p>
    <w:p>
      <w:r>
        <w:rPr>
          <w:b/>
        </w:rPr>
        <w:t xml:space="preserve">[28:36] </w:t>
      </w:r>
      <w:r>
        <w:t>beech mein koi cheez atke. Lekin</w:t>
      </w:r>
    </w:p>
    <w:p>
      <w:pPr>
        <w:jc w:val="right"/>
      </w:pPr>
      <w:r>
        <w:t>بیچ میں کوئی چیز اٹک جائے۔ لیکن</w:t>
      </w:r>
    </w:p>
    <w:p>
      <w:r>
        <w:rPr>
          <w:b/>
        </w:rPr>
        <w:t xml:space="preserve">[28:40] </w:t>
      </w:r>
      <w:r>
        <w:t>daant ke do daanton ke beech mein khana atakta hai. Jab aap khana khate hain to do daant ke beech mein koi na koi khana ka koi chhota tukda atak jata hai. Ye sirf ye phenomena sirf daant mein hai. Aur kahin nahi hai. To isko aap ko clean karna padega. Yaani toothpick istemal karna padega. Toothpick. Main</w:t>
      </w:r>
    </w:p>
    <w:p>
      <w:pPr>
        <w:jc w:val="right"/>
      </w:pPr>
      <w:r>
        <w:t>دانت کے دو دانتوں کے بیچ میں کھانا اٹکتا ہے۔ جب آپ کھانا کھاتے ہیں تو دو دانت کے بیچ میں کوئی نہ کوئی کھانا کا کوئی چھوٹا ٹکڑا اٹک جاتا ہے۔ یہ صرف یہ phenomena صرف دانت میں ہے۔ اور کہیں نہیں ہے۔ تو اس کو آپ کو clean کرنا پڑے گا۔ یعنی toothpick استعمال کرنا پڑے گا۔ Toothpick۔ میں</w:t>
      </w:r>
    </w:p>
    <w:p>
      <w:r>
        <w:rPr>
          <w:b/>
        </w:rPr>
        <w:t xml:space="preserve">[29:10] </w:t>
      </w:r>
      <w:r>
        <w:t>ne jahazon mein dekha ke hawai jahaz mein safar karte hue hamesha khane ke sath, breakfast ke sath toothpick aata hai. Lekin koi isko istemal nahi karta siwaye mere. Balki main aas paas logon se mang leta hoon, passenger se ke bhai mujhe toothpick de do. Kyun? Wo istemal nahi karte, phenk dete hain wo. Halanki har khane ke baad toothpick zaroor istemal karna chahiye. Hamare ek rishtedar hain yahin Dilli mein, wo bachpan se unko kisi ne bata</w:t>
      </w:r>
    </w:p>
    <w:p>
      <w:pPr>
        <w:jc w:val="right"/>
      </w:pPr>
      <w:r>
        <w:t>نے جہازوں میں دیکھا کہ ہوائی جہاز میں سفر کرتے ہوئے ہمیشہ کھانے کے ساتھ، breakfast کے ساتھ toothpick آتا ہے۔ لیکن کوئی اس کو استعمال نہیں کرتا سوائے میرے۔ بلکہ میں آس پاس لوگوں سے مانگ لیتا ہوں، passenger سے کہ بھئی مجھے toothpick دے دو۔ کیوں؟ وہ استعمال نہیں کرتے، پھینک دیتے ہیں وہ۔ حالانکہ ہر کھانے کے بعد toothpick ضرور استعمال کرنا چاہیے۔ ہمارے ایک رشتہ دار ہیں یہیں دہلی میں، وہ بچپن سے ان کو کسی نے بتا</w:t>
      </w:r>
    </w:p>
    <w:p>
      <w:r>
        <w:rPr>
          <w:b/>
        </w:rPr>
        <w:t xml:space="preserve">[29:40] </w:t>
      </w:r>
      <w:r>
        <w:t>di yeh baat ke dekho bhai toothpick zaroor istemaal karo.</w:t>
      </w:r>
    </w:p>
    <w:p>
      <w:pPr>
        <w:jc w:val="right"/>
      </w:pPr>
      <w:r>
        <w:t>دی یہ بات کہ دیکھو بھئی toothpick ضرور استعمال کرو۔</w:t>
      </w:r>
    </w:p>
    <w:p>
      <w:r>
        <w:rPr>
          <w:b/>
        </w:rPr>
        <w:t xml:space="preserve">[29:45] </w:t>
      </w:r>
      <w:r>
        <w:t>woh har khane ke baad toothpick se apne daant saaf karte.</w:t>
      </w:r>
    </w:p>
    <w:p>
      <w:pPr>
        <w:jc w:val="right"/>
      </w:pPr>
      <w:r>
        <w:t>وہ ہر کھانے کے بعد toothpick سے اپنے دانت صاف کرتے۔</w:t>
      </w:r>
    </w:p>
    <w:p>
      <w:r>
        <w:rPr>
          <w:b/>
        </w:rPr>
        <w:t xml:space="preserve">[29:51] </w:t>
      </w:r>
      <w:r>
        <w:t>ab beech mein kuch khate nahi woh.</w:t>
      </w:r>
    </w:p>
    <w:p>
      <w:pPr>
        <w:jc w:val="right"/>
      </w:pPr>
      <w:r>
        <w:t>اب بیچ میں کچھ کھاتے نہیں وہ۔</w:t>
      </w:r>
    </w:p>
    <w:p>
      <w:r>
        <w:rPr>
          <w:b/>
        </w:rPr>
        <w:t xml:space="preserve">[29:56] </w:t>
      </w:r>
      <w:r>
        <w:t>to ab un ki umar kaafi ho chuki hai lekin saare daant un ke waisi ke waisi hain. Intact hain.</w:t>
      </w:r>
    </w:p>
    <w:p>
      <w:pPr>
        <w:jc w:val="right"/>
      </w:pPr>
      <w:r>
        <w:t>تو اب ان کی عمر کافی ہو چکی ہے لیکن سارے دانت ان کے ویسی کے ویسی ہیں۔ Intact ہیں۔</w:t>
      </w:r>
    </w:p>
    <w:p>
      <w:r>
        <w:rPr>
          <w:b/>
        </w:rPr>
        <w:t xml:space="preserve">[30:02] </w:t>
      </w:r>
      <w:r>
        <w:t>yeh hai manage karna.</w:t>
      </w:r>
    </w:p>
    <w:p>
      <w:pPr>
        <w:jc w:val="right"/>
      </w:pPr>
      <w:r>
        <w:t>یہ ہے manage کرنا۔</w:t>
      </w:r>
    </w:p>
    <w:p>
      <w:r>
        <w:rPr>
          <w:b/>
        </w:rPr>
        <w:t xml:space="preserve">[30:07] </w:t>
      </w:r>
      <w:r>
        <w:t>saare problem, saara jo</w:t>
      </w:r>
    </w:p>
    <w:p>
      <w:pPr>
        <w:jc w:val="right"/>
      </w:pPr>
      <w:r>
        <w:t>سارے problem، سارا جو</w:t>
      </w:r>
    </w:p>
    <w:p>
      <w:r>
        <w:rPr>
          <w:b/>
        </w:rPr>
        <w:t xml:space="preserve">[30:12] </w:t>
      </w:r>
      <w:r>
        <w:t>sadness, sara tension, sara stress sirf is liye hota hai ke hum life ko manage karna nahi jante. Jaise dekhiye, har aadmi, kisi se mili aap to kisi na kisi yaad mein gum ho ga wo. Ek shayar ne kaha ke "Yaad-e-maazi azaab hai ya rab". Ek shayar ka hai ke "Yaad-e-maazi a</w:t>
      </w:r>
    </w:p>
    <w:p>
      <w:pPr>
        <w:jc w:val="right"/>
      </w:pPr>
      <w:r>
        <w:t>sadness، سارا tension، سارا stress صرف اس لیے ہوتا ہے کہ ہم life کو manage کرنا نہیں جانتے۔ جیسے دیکھیے، ہر آدمی، کسی سے ملی آپ تو کسی نہ کسی یاد میں گم ہو گا وہ۔ ایک شاعر نے کہا کہ "یاد ماضی عذاب ہے یا رب"۔ ایک شاعر کا ہے کہ "یاد ماضی ع</w:t>
      </w:r>
    </w:p>
    <w:p>
      <w:r>
        <w:rPr>
          <w:b/>
        </w:rPr>
        <w:t xml:space="preserve">[30:42] </w:t>
      </w:r>
      <w:r>
        <w:t>zaab hai ya rab, chheen le mujh se hafiza mera".</w:t>
      </w:r>
    </w:p>
    <w:p>
      <w:pPr>
        <w:jc w:val="right"/>
      </w:pPr>
      <w:r>
        <w:t>ذاب ہے یا رب، چھین لے مجھ سے حافظہ میرا"۔</w:t>
      </w:r>
    </w:p>
    <w:p>
      <w:r>
        <w:rPr>
          <w:b/>
        </w:rPr>
        <w:t xml:space="preserve">[30:48] </w:t>
      </w:r>
      <w:r>
        <w:t>har aadmi, koi bhi aadmi aap milein, kisi na kisi talkh yaad mein jeeta ho ga.</w:t>
      </w:r>
    </w:p>
    <w:p>
      <w:pPr>
        <w:jc w:val="right"/>
      </w:pPr>
      <w:r>
        <w:t>ہر آدمی، کوئی بھی آدمی آپ ملیں، کسی نہ کسی تلخ یاد میں جیتا ہو گا۔</w:t>
      </w:r>
    </w:p>
    <w:p>
      <w:r>
        <w:rPr>
          <w:b/>
        </w:rPr>
        <w:t xml:space="preserve">[30:54] </w:t>
      </w:r>
      <w:r>
        <w:t>kisi ke bitter memory mein.</w:t>
      </w:r>
    </w:p>
    <w:p>
      <w:pPr>
        <w:jc w:val="right"/>
      </w:pPr>
      <w:r>
        <w:t>کسی کے bitter memory میں۔</w:t>
      </w:r>
    </w:p>
    <w:p>
      <w:r>
        <w:rPr>
          <w:b/>
        </w:rPr>
        <w:t xml:space="preserve">[31:00] </w:t>
      </w:r>
      <w:r>
        <w:t>ke woh dekho, woh gadbad meri baat ho gayi hai, aisa na karta to vaisa ho jata.</w:t>
      </w:r>
    </w:p>
    <w:p>
      <w:pPr>
        <w:jc w:val="right"/>
      </w:pPr>
      <w:r>
        <w:t>کہ وہ دیکھو، وہ گڑبڑ میری بات ہو گئی ہے، ایسا نہ کرتا تو ویسا ہو جاتا۔</w:t>
      </w:r>
    </w:p>
    <w:p>
      <w:r>
        <w:rPr>
          <w:b/>
        </w:rPr>
        <w:t xml:space="preserve">[31:06] </w:t>
      </w:r>
      <w:r>
        <w:t>yaani koi business ko le kar ke, koi job ko le kar ke, koi beta be</w:t>
      </w:r>
    </w:p>
    <w:p>
      <w:pPr>
        <w:jc w:val="right"/>
      </w:pPr>
      <w:r>
        <w:t>یعنی کوئی business کو لے کر کے، کوئی job کو لے کر کے، کوئی بیٹا بی</w:t>
      </w:r>
    </w:p>
    <w:p>
      <w:r>
        <w:rPr>
          <w:b/>
        </w:rPr>
        <w:t xml:space="preserve">[31:12] </w:t>
      </w:r>
      <w:r>
        <w:t>ti ko le kar ke, koi na koi bitter memory us ke mind mein hai maujood.</w:t>
      </w:r>
    </w:p>
    <w:p>
      <w:pPr>
        <w:jc w:val="right"/>
      </w:pPr>
      <w:r>
        <w:t>ٹی کو لے کر کے، کوئی نہ کوئی bitter memory اس کے mind میں ہے موجود۔</w:t>
      </w:r>
    </w:p>
    <w:p>
      <w:r>
        <w:rPr>
          <w:b/>
        </w:rPr>
        <w:t xml:space="preserve">[31:19] </w:t>
      </w:r>
      <w:r>
        <w:t>us ko woh us ko pareshan karti rehti hai.</w:t>
      </w:r>
    </w:p>
    <w:p>
      <w:pPr>
        <w:jc w:val="right"/>
      </w:pPr>
      <w:r>
        <w:t>اس کو وہ اس کو پریشان کرتی رہتی ہے۔</w:t>
      </w:r>
    </w:p>
    <w:p>
      <w:r>
        <w:rPr>
          <w:b/>
        </w:rPr>
        <w:t xml:space="preserve">[31:25] </w:t>
      </w:r>
      <w:r>
        <w:t>isi ko shayar ne kaha ke "yaad-e-maazi azaab hai ya rab, chheen le mujh se hafiza mera".</w:t>
      </w:r>
    </w:p>
    <w:p>
      <w:pPr>
        <w:jc w:val="right"/>
      </w:pPr>
      <w:r>
        <w:t>اسی کو شاعر نے کہا کہ "یاد ماضی عذاب ہے یا رب، چھین لے مجھ سے حافظہ میرا"۔</w:t>
      </w:r>
    </w:p>
    <w:p>
      <w:r>
        <w:rPr>
          <w:b/>
        </w:rPr>
        <w:t xml:space="preserve">[31:31] </w:t>
      </w:r>
      <w:r>
        <w:t>lekin aap kyun, jo cheez khoi gayi, us ka aap gham kyun karte hain? Ek simple sa tareeqa</w:t>
      </w:r>
    </w:p>
    <w:p>
      <w:pPr>
        <w:jc w:val="right"/>
      </w:pPr>
      <w:r>
        <w:t>لیکن آپ کیوں، جو چیز کھوئی گئی، اس کا آپ غم کیوں کرتے ہیں؟ ایک simple سا طریقہ</w:t>
      </w:r>
    </w:p>
    <w:p>
      <w:r>
        <w:rPr>
          <w:b/>
        </w:rPr>
        <w:t xml:space="preserve">[31:38] </w:t>
      </w:r>
      <w:r>
        <w:t>hai us ko manage karne ka.</w:t>
      </w:r>
    </w:p>
    <w:p>
      <w:pPr>
        <w:jc w:val="right"/>
      </w:pPr>
      <w:r>
        <w:t>ہے اس کو manage کرنے کا۔</w:t>
      </w:r>
    </w:p>
    <w:p>
      <w:r>
        <w:rPr>
          <w:b/>
        </w:rPr>
        <w:t xml:space="preserve">[31:44] </w:t>
      </w:r>
      <w:r>
        <w:t>jo khoi gayi, jis ko aap phir se lauta nahi sakte, to us ka gham kyun karte hain?</w:t>
      </w:r>
    </w:p>
    <w:p>
      <w:pPr>
        <w:jc w:val="right"/>
      </w:pPr>
      <w:r>
        <w:t>جو کھوئی گئی، جس کو آپ پھر سے لوٹا نہیں سکتے، تو اس کا غم کیوں کرتے ہیں؟</w:t>
      </w:r>
    </w:p>
    <w:p>
      <w:r>
        <w:rPr>
          <w:b/>
        </w:rPr>
        <w:t xml:space="preserve">[31:50] </w:t>
      </w:r>
      <w:r>
        <w:t>us ko bhula dijiye.</w:t>
      </w:r>
    </w:p>
    <w:p>
      <w:pPr>
        <w:jc w:val="right"/>
      </w:pPr>
      <w:r>
        <w:t>اس کو بھلا دیجیے۔</w:t>
      </w:r>
    </w:p>
    <w:p>
      <w:r>
        <w:rPr>
          <w:b/>
        </w:rPr>
        <w:t xml:space="preserve">[31:56] </w:t>
      </w:r>
      <w:r>
        <w:t>Bernard Shah ne kaha ke sab se zyada uneducated aadmi woh hai jis ke paas bhula dene ke</w:t>
      </w:r>
    </w:p>
    <w:p>
      <w:pPr>
        <w:jc w:val="right"/>
      </w:pPr>
      <w:r>
        <w:t>Bernard Shah نے کہا کہ سب سے زیادہ uneducated آدمی وہ ہے جس کے پاس بھلا دینے کے</w:t>
      </w:r>
    </w:p>
    <w:p>
      <w:r>
        <w:rPr>
          <w:b/>
        </w:rPr>
        <w:t xml:space="preserve">[32:02] </w:t>
      </w:r>
      <w:r>
        <w:t>liye kuch na ho.</w:t>
      </w:r>
    </w:p>
    <w:p>
      <w:pPr>
        <w:jc w:val="right"/>
      </w:pPr>
      <w:r>
        <w:t>لیے کچھ نہ ہو۔</w:t>
      </w:r>
    </w:p>
    <w:p>
      <w:r>
        <w:rPr>
          <w:b/>
        </w:rPr>
        <w:t xml:space="preserve">[32:09] </w:t>
      </w:r>
      <w:r>
        <w:t>us ka matlab kya hai? Agar aap educated hain</w:t>
      </w:r>
    </w:p>
    <w:p>
      <w:pPr>
        <w:jc w:val="right"/>
      </w:pPr>
      <w:r>
        <w:t>اس کا مطلب کیا ہے؟ اگر آپ educated ہیں</w:t>
      </w:r>
    </w:p>
    <w:p>
      <w:r>
        <w:rPr>
          <w:b/>
        </w:rPr>
        <w:t xml:space="preserve">[32:15] </w:t>
      </w:r>
      <w:r>
        <w:t>to aap ko janna chahiye ke jo khoya gaya wo lotega nahi? To usko hum bhula dein? Jab wo lotne wala nahi to bhula dein kyun usko? Hadees mein hai ke "Lo na kaho". Fa innal laaha min awwalish shaitaan. Lo matlab agar, yaani if and but na kaho. If and but na kaho. Kyun ke ye</w:t>
      </w:r>
    </w:p>
    <w:p>
      <w:pPr>
        <w:jc w:val="right"/>
      </w:pPr>
      <w:r>
        <w:t>تو آپ کو جاننا چاہیے کہ جو کھویا گیا وہ لوٹے گا نہیں؟ تو اس کو ہم بھلا دیں؟ جب وہ لوٹنے والا نہیں تو بھلا دیں کیوں اس کو؟ حدیث میں ہے کہ "لو نہ کہو"۔ فَإِنَّ اللَّهَ مِنْ أَوَلِ الشَّيْطَانِ۔ لو مین اگر، یعنی if and but نہ کہو۔ If and but نہ کہو۔ کیونکہ یہ</w:t>
      </w:r>
    </w:p>
    <w:p>
      <w:r>
        <w:rPr>
          <w:b/>
        </w:rPr>
        <w:t xml:space="preserve">[32:45] </w:t>
      </w:r>
      <w:r>
        <w:t>shaitan ki baat hai.</w:t>
      </w:r>
    </w:p>
    <w:p>
      <w:pPr>
        <w:jc w:val="right"/>
      </w:pPr>
      <w:r>
        <w:t>شیطان کی بات ہے۔</w:t>
      </w:r>
    </w:p>
    <w:p>
      <w:r>
        <w:rPr>
          <w:b/>
        </w:rPr>
        <w:t xml:space="preserve">[32:48] </w:t>
      </w:r>
      <w:r>
        <w:t>yaani is dunya mein ek system chal raha hai, nature ka system.</w:t>
      </w:r>
    </w:p>
    <w:p>
      <w:pPr>
        <w:jc w:val="right"/>
      </w:pPr>
      <w:r>
        <w:t>یعنی اس دنیا میں ایک system چل رہا ہے، nature کا system۔</w:t>
      </w:r>
    </w:p>
    <w:p>
      <w:r>
        <w:rPr>
          <w:b/>
        </w:rPr>
        <w:t xml:space="preserve">[32:51] </w:t>
      </w:r>
      <w:r>
        <w:t>is natural system mein hum hain.</w:t>
      </w:r>
    </w:p>
    <w:p>
      <w:pPr>
        <w:jc w:val="right"/>
      </w:pPr>
      <w:r>
        <w:t>اس natural system میں ہم ہیں۔</w:t>
      </w:r>
    </w:p>
    <w:p>
      <w:r>
        <w:rPr>
          <w:b/>
        </w:rPr>
        <w:t xml:space="preserve">[32:55] </w:t>
      </w:r>
      <w:r>
        <w:t>hum dunya ko hum ne create nahi kiya hai.</w:t>
      </w:r>
    </w:p>
    <w:p>
      <w:pPr>
        <w:jc w:val="right"/>
      </w:pPr>
      <w:r>
        <w:t>ہم دنیا کو ہم نے create نہیں کیا ہے۔</w:t>
      </w:r>
    </w:p>
    <w:p>
      <w:r>
        <w:rPr>
          <w:b/>
        </w:rPr>
        <w:t xml:space="preserve">[32:58] </w:t>
      </w:r>
      <w:r>
        <w:t>na nature ka system hum ne banaya hai.</w:t>
      </w:r>
    </w:p>
    <w:p>
      <w:pPr>
        <w:jc w:val="right"/>
      </w:pPr>
      <w:r>
        <w:t>نہ nature کا system ہم نے بنایا ہے۔</w:t>
      </w:r>
    </w:p>
    <w:p>
      <w:r>
        <w:rPr>
          <w:b/>
        </w:rPr>
        <w:t xml:space="preserve">[33:01] </w:t>
      </w:r>
      <w:r>
        <w:t>is mein hum hain.</w:t>
      </w:r>
    </w:p>
    <w:p>
      <w:pPr>
        <w:jc w:val="right"/>
      </w:pPr>
      <w:r>
        <w:t>اس میں ہم ہیں۔</w:t>
      </w:r>
    </w:p>
    <w:p>
      <w:r>
        <w:rPr>
          <w:b/>
        </w:rPr>
        <w:t xml:space="preserve">[33:05] </w:t>
      </w:r>
      <w:r>
        <w:t>ab aur phir is mein insaan hai jis ko freedom mila hua hai.</w:t>
      </w:r>
    </w:p>
    <w:p>
      <w:pPr>
        <w:jc w:val="right"/>
      </w:pPr>
      <w:r>
        <w:t>اب اور پھر اس میں انسان ہے جس کو freedom ملا ہوا ہے۔</w:t>
      </w:r>
    </w:p>
    <w:p>
      <w:r>
        <w:rPr>
          <w:b/>
        </w:rPr>
        <w:t xml:space="preserve">[33:08] </w:t>
      </w:r>
      <w:r>
        <w:t>har aadmi apni freedom ko misuse bhi karta hai.</w:t>
      </w:r>
    </w:p>
    <w:p>
      <w:pPr>
        <w:jc w:val="right"/>
      </w:pPr>
      <w:r>
        <w:t>ہر آدمی اپنی freedom کو misuse بھی کرتا ہے۔</w:t>
      </w:r>
    </w:p>
    <w:p>
      <w:r>
        <w:rPr>
          <w:b/>
        </w:rPr>
        <w:t xml:space="preserve">[33:11] </w:t>
      </w:r>
      <w:r>
        <w:t>to problem aate hain. kahin</w:t>
      </w:r>
    </w:p>
    <w:p>
      <w:pPr>
        <w:jc w:val="right"/>
      </w:pPr>
      <w:r>
        <w:t>تو problem آتے ہیں۔ کہیں</w:t>
      </w:r>
    </w:p>
    <w:p>
      <w:r>
        <w:rPr>
          <w:b/>
        </w:rPr>
        <w:t xml:space="preserve">[33:15] </w:t>
      </w:r>
      <w:r>
        <w:t>na kahin hum safar karte hain. Kahin na kahin hum ko kuch loss ho jata hai. Kahin na kahin hum ko wo cheez nahi milti jo hum chahte the. To hamein janna chahiye ke ye hai natural law. Ke hamein kahin na kahin safar karna padega. Kahin na kahin hamein loss uthana padega. Kahin na kahin koi cheez hum ko nahi milegi. Isi liye Quran mein ek formula ye diya gaya: "Laika ta'a</w:t>
      </w:r>
    </w:p>
    <w:p>
      <w:pPr>
        <w:jc w:val="right"/>
      </w:pPr>
      <w:r>
        <w:t>نہ کہیں ہم سفر کرتے ہیں۔ کہیں نہ کہیں ہم کو کچھ loss ہو جاتا ہے۔ کہیں نہ کہیں ہم کو وہ چیز نہیں ملتی جو ہم چاہتے تھے۔ تو ہمیں جاننا چاہیے کہ یہ ہے natural law۔ کہ ہمیں کہیں نہ کہیں سفر کرنا پڑے گا۔ کہیں نہ کہیں ہمیں loss اٹھانا پڑے گا۔ کہیں نہ کہیں کوئی چیز ہم کو نہیں ملے گی۔ اسی لیے قرآن میں ایک فارمولا یہ دیا گیا: "لَكَيْلَا تَعْ</w:t>
      </w:r>
    </w:p>
    <w:p>
      <w:r>
        <w:rPr>
          <w:b/>
        </w:rPr>
        <w:t xml:space="preserve">[33:45] </w:t>
      </w:r>
      <w:r>
        <w:t>suwa ala ma fatakum wala tafrahu bima aatakum". simple formula.</w:t>
      </w:r>
    </w:p>
    <w:p>
      <w:pPr>
        <w:jc w:val="right"/>
      </w:pPr>
      <w:r>
        <w:t>سُوْا عَلَى مَا فَاتِكُمْ وَلَا تَفْرَهُوا بِمَا أَعْطَاكُمْ"۔ Simple فارمولا۔</w:t>
      </w:r>
    </w:p>
    <w:p>
      <w:r>
        <w:rPr>
          <w:b/>
        </w:rPr>
        <w:t xml:space="preserve">[33:51] </w:t>
      </w:r>
      <w:r>
        <w:t>lakaila tasu ala ma fatakum wala tafrahu bima aatakum".</w:t>
      </w:r>
    </w:p>
    <w:p>
      <w:pPr>
        <w:jc w:val="right"/>
      </w:pPr>
      <w:r>
        <w:t>"لَكَيْلَا تَعْسُوْا عَلَى مَا فَاتِكُمْ وَلَا تَفْرَهُوا بِمَا أَعْطَاكُمْ"۔</w:t>
      </w:r>
    </w:p>
    <w:p>
      <w:r>
        <w:rPr>
          <w:b/>
        </w:rPr>
        <w:t xml:space="preserve">[33:57] </w:t>
      </w:r>
      <w:r>
        <w:t>yani jo khoya gaya, jo khoya gaya, us par chinta mat karo.</w:t>
      </w:r>
    </w:p>
    <w:p>
      <w:pPr>
        <w:jc w:val="right"/>
      </w:pPr>
      <w:r>
        <w:t>یعنی جو کھویا گیا، جو کھویا گیا، اس پر چنتا مت کرو۔</w:t>
      </w:r>
    </w:p>
    <w:p>
      <w:r>
        <w:rPr>
          <w:b/>
        </w:rPr>
        <w:t xml:space="preserve">[34:03] </w:t>
      </w:r>
      <w:r>
        <w:t>aur jo jo kuch mil gaya, us par ghamand na karo.</w:t>
      </w:r>
    </w:p>
    <w:p>
      <w:pPr>
        <w:jc w:val="right"/>
      </w:pPr>
      <w:r>
        <w:t>اور جو جو کچھ مل گیا، اس پر گھمنڈ نہ کرو۔</w:t>
      </w:r>
    </w:p>
    <w:p>
      <w:r>
        <w:rPr>
          <w:b/>
        </w:rPr>
        <w:t xml:space="preserve">[34:09] </w:t>
      </w:r>
      <w:r>
        <w:t>simple formula hai. aadmi</w:t>
      </w:r>
    </w:p>
    <w:p>
      <w:pPr>
        <w:jc w:val="right"/>
      </w:pPr>
      <w:r>
        <w:t>Simple فارمولا ہے۔ آدمی</w:t>
      </w:r>
    </w:p>
    <w:p>
      <w:r>
        <w:rPr>
          <w:b/>
        </w:rPr>
        <w:t xml:space="preserve">[34:15] </w:t>
      </w:r>
      <w:r>
        <w:t>inhi dono ke beech mein rehta hai. Jab kuch mil gaya usko to ghamand karta hai. Aur khoya gaya to us par chinta kar raha hai. Aur dono galat hain. Maine ek sahab ko dekha, wo nayi gaadi, badi wali khareed kar laye. Ab jab wo usmein baithe wo to lagta tha ke wo koi zameen o aasman ke ko khareed liya hai unhone. Ghamand ka. Yaani unke cheh</w:t>
      </w:r>
    </w:p>
    <w:p>
      <w:pPr>
        <w:jc w:val="right"/>
      </w:pPr>
      <w:r>
        <w:t>انہی دونوں کے بیچ میں رہتا ہے۔ جب کچھ مل گیا اس کو تو گھمنڈ کرتا ہے۔ اور کھویا گیا تو اس پر چنتا کر رہا ہے۔ اور دونوں غلط ہیں۔ میں نے ایک صاحب کو دیکھا، وہ نئی گاڑی، بڑی والی خرید کر لائے۔ اب جب وہ اس میں بیٹھے وہ تو لگتا تھا کہ وہ کوئی زمین و آسمان کے کو خرید لیا ہے انہوں نے۔ گھمنڈ کا۔ یعنی ان کے چ</w:t>
      </w:r>
    </w:p>
    <w:p>
      <w:r>
        <w:rPr>
          <w:b/>
        </w:rPr>
        <w:t xml:space="preserve">[34:45] </w:t>
      </w:r>
      <w:r>
        <w:t>hare par ghamand hi chhaya hua tha.</w:t>
      </w:r>
    </w:p>
    <w:p>
      <w:pPr>
        <w:jc w:val="right"/>
      </w:pPr>
      <w:r>
        <w:t>ہرے پر گھمنڈ ہی چھایا ہوا تھا۔</w:t>
      </w:r>
    </w:p>
    <w:p>
      <w:r>
        <w:rPr>
          <w:b/>
        </w:rPr>
        <w:t xml:space="preserve">[34:50] </w:t>
      </w:r>
      <w:r>
        <w:t>ab bataiye ke aap is ke baad, char din ke baad agar accident ho jaye to kya ho</w:t>
      </w:r>
    </w:p>
    <w:p>
      <w:pPr>
        <w:jc w:val="right"/>
      </w:pPr>
      <w:r>
        <w:t>اب بتائیے کہ آپ اس کے بعد، چار دن کے بعد اگر accident ہو جائے تو کیا ہو</w:t>
      </w:r>
    </w:p>
    <w:p>
      <w:r>
        <w:rPr>
          <w:b/>
        </w:rPr>
        <w:t xml:space="preserve">[34:55] </w:t>
      </w:r>
      <w:r>
        <w:t>ga? tab dukh mein padenge? tab haye haye karenge? to isi ko bataya gaya Quran majeed</w:t>
      </w:r>
    </w:p>
    <w:p>
      <w:pPr>
        <w:jc w:val="right"/>
      </w:pPr>
      <w:r>
        <w:t>گا؟ تب دکھ میں پڑیں گے؟ تب ہائے ہائے کریں گے؟ تو اسی کو بتایا گیا قرآن مجید</w:t>
      </w:r>
    </w:p>
    <w:p>
      <w:r>
        <w:rPr>
          <w:b/>
        </w:rPr>
        <w:t xml:space="preserve">[35:00] </w:t>
      </w:r>
      <w:r>
        <w:t>mein ke duniya mein kabhi tum ko milega, kabhi nahi milega.</w:t>
      </w:r>
    </w:p>
    <w:p>
      <w:pPr>
        <w:jc w:val="right"/>
      </w:pPr>
      <w:r>
        <w:t>میں کہ دنیا میں کبھی تم کو ملے گا، کبھی نہیں ملے گا۔</w:t>
      </w:r>
    </w:p>
    <w:p>
      <w:r>
        <w:rPr>
          <w:b/>
        </w:rPr>
        <w:t xml:space="preserve">[35:05] </w:t>
      </w:r>
      <w:r>
        <w:t>kabhi paoge, kabhi khoge.</w:t>
      </w:r>
    </w:p>
    <w:p>
      <w:pPr>
        <w:jc w:val="right"/>
      </w:pPr>
      <w:r>
        <w:t>کبھی پاؤ گے، کبھی کھوؤ گے۔</w:t>
      </w:r>
    </w:p>
    <w:p>
      <w:r>
        <w:rPr>
          <w:b/>
        </w:rPr>
        <w:t xml:space="preserve">[35:10] </w:t>
      </w:r>
      <w:r>
        <w:t>to tumhara response, positive response hona chahiye.</w:t>
      </w:r>
    </w:p>
    <w:p>
      <w:pPr>
        <w:jc w:val="right"/>
      </w:pPr>
      <w:r>
        <w:t>تو تمہارا response، positive response ہونا چاہیے۔</w:t>
      </w:r>
    </w:p>
    <w:p>
      <w:r>
        <w:rPr>
          <w:b/>
        </w:rPr>
        <w:t xml:space="preserve">[35:15] </w:t>
      </w:r>
      <w:r>
        <w:t>tum ko dono hi is mein, dono cases mein positive response dena hai.</w:t>
      </w:r>
    </w:p>
    <w:p>
      <w:pPr>
        <w:jc w:val="right"/>
      </w:pPr>
      <w:r>
        <w:t>تم کو دونوں ہی اس میں، دونوں cases میں positive response دینا ہے۔</w:t>
      </w:r>
    </w:p>
    <w:p>
      <w:r>
        <w:rPr>
          <w:b/>
        </w:rPr>
        <w:t xml:space="preserve">[35:21] </w:t>
      </w:r>
      <w:r>
        <w:t>yani poori zindagi sach poochhein to isi ka naam hai ke hum negative response na dein, positive response dein.</w:t>
      </w:r>
    </w:p>
    <w:p>
      <w:pPr>
        <w:jc w:val="right"/>
      </w:pPr>
      <w:r>
        <w:t>یعنی پوری زندگی سچ پوچھیں تو اسی کا نام ہے کہ ہم negative response نہ دیں، positive response دیں۔</w:t>
      </w:r>
    </w:p>
    <w:p>
      <w:r>
        <w:rPr>
          <w:b/>
        </w:rPr>
        <w:t xml:space="preserve">[35:27] </w:t>
      </w:r>
      <w:r>
        <w:t>yani agar aap se kuch khoya gaya aur aap us par gham le kar baith gaye to aap</w:t>
      </w:r>
    </w:p>
    <w:p>
      <w:pPr>
        <w:jc w:val="right"/>
      </w:pPr>
      <w:r>
        <w:t>یعنی اگر آپ سے کچھ کھویا گیا اور آپ اس پر غم لے کر بیٹھ گئے تو آپ</w:t>
      </w:r>
    </w:p>
    <w:p>
      <w:r>
        <w:rPr>
          <w:b/>
        </w:rPr>
        <w:t xml:space="preserve">[35:33] </w:t>
      </w:r>
      <w:r>
        <w:t>ne negative response diya.</w:t>
      </w:r>
    </w:p>
    <w:p>
      <w:pPr>
        <w:jc w:val="right"/>
      </w:pPr>
      <w:r>
        <w:t>نے negative response دیا۔</w:t>
      </w:r>
    </w:p>
    <w:p>
      <w:r>
        <w:rPr>
          <w:b/>
        </w:rPr>
        <w:t xml:space="preserve">[35:39] </w:t>
      </w:r>
      <w:r>
        <w:t>aur agar aap ne us ko bhula</w:t>
      </w:r>
    </w:p>
    <w:p>
      <w:pPr>
        <w:jc w:val="right"/>
      </w:pPr>
      <w:r>
        <w:t>اور اگر آپ نے اس کو بھلا</w:t>
      </w:r>
    </w:p>
    <w:p>
      <w:r>
        <w:rPr>
          <w:b/>
        </w:rPr>
        <w:t xml:space="preserve">[35:45] </w:t>
      </w:r>
      <w:r>
        <w:t>diya to aap ne us par positive response diya.</w:t>
      </w:r>
    </w:p>
    <w:p>
      <w:pPr>
        <w:jc w:val="right"/>
      </w:pPr>
      <w:r>
        <w:t>دیا تو آپ نے اس پر positive response دیا۔</w:t>
      </w:r>
    </w:p>
    <w:p>
      <w:r>
        <w:rPr>
          <w:b/>
        </w:rPr>
        <w:t xml:space="preserve">[35:51] </w:t>
      </w:r>
      <w:r>
        <w:t>aisa hi agar aap ko kuch mila, koi achieve kiya aap ne, wahan aap ke andar ghamand aa</w:t>
      </w:r>
    </w:p>
    <w:p>
      <w:pPr>
        <w:jc w:val="right"/>
      </w:pPr>
      <w:r>
        <w:t>ایسا ہی اگر آپ کو کچھ ملا، کوئی achieve کیا آپ نے، وہاں آپ کے اندر گھمنڈ آ</w:t>
      </w:r>
    </w:p>
    <w:p>
      <w:r>
        <w:rPr>
          <w:b/>
        </w:rPr>
        <w:t xml:space="preserve">[35:57] </w:t>
      </w:r>
      <w:r>
        <w:t>gaya to aap ne negative response diya.</w:t>
      </w:r>
    </w:p>
    <w:p>
      <w:pPr>
        <w:jc w:val="right"/>
      </w:pPr>
      <w:r>
        <w:t>گیا تو آپ نے negative response دیا۔</w:t>
      </w:r>
    </w:p>
    <w:p>
      <w:r>
        <w:rPr>
          <w:b/>
        </w:rPr>
        <w:t xml:space="preserve">[36:03] </w:t>
      </w:r>
      <w:r>
        <w:t>aur agar aap ke andar shukr aaya ke asal to Khuda hai, to aap ne positive response diya.</w:t>
      </w:r>
    </w:p>
    <w:p>
      <w:pPr>
        <w:jc w:val="right"/>
      </w:pPr>
      <w:r>
        <w:t>اور اگر آپ کے اندر شکر آیا کہ اصل تو خدا ہے، تو آپ نے positive response دیا۔</w:t>
      </w:r>
    </w:p>
    <w:p>
      <w:r>
        <w:rPr>
          <w:b/>
        </w:rPr>
        <w:t xml:space="preserve">[36:09] </w:t>
      </w:r>
      <w:r>
        <w:t>to sari zindagi sach poochhein to isi mein</w:t>
      </w:r>
    </w:p>
    <w:p>
      <w:pPr>
        <w:jc w:val="right"/>
      </w:pPr>
      <w:r>
        <w:t>تو ساری زندگی سچ پوچھیں تو اسی میں</w:t>
      </w:r>
    </w:p>
    <w:p>
      <w:r>
        <w:rPr>
          <w:b/>
        </w:rPr>
        <w:t xml:space="preserve">[36:15] </w:t>
      </w:r>
      <w:r>
        <w:t>hai ke aap negative response dete hain ya positive response dete hain.</w:t>
      </w:r>
    </w:p>
    <w:p>
      <w:pPr>
        <w:jc w:val="right"/>
      </w:pPr>
      <w:r>
        <w:t>ہے کہ آپ negative response دیتے ہیں یا positive response دیتے ہیں۔</w:t>
      </w:r>
    </w:p>
    <w:p>
      <w:r>
        <w:rPr>
          <w:b/>
        </w:rPr>
        <w:t xml:space="preserve">[36:23] </w:t>
      </w:r>
      <w:r>
        <w:t>negative response diya aap ne agar to is ka matlab kya hua? aap fail ho gaye manage karne mein.</w:t>
      </w:r>
    </w:p>
    <w:p>
      <w:pPr>
        <w:jc w:val="right"/>
      </w:pPr>
      <w:r>
        <w:t>Negative response دیا آپ نے اگر تو اس کا مطلب کیا ہوا؟ آپ fail ہو گئے manage کرنے میں۔</w:t>
      </w:r>
    </w:p>
    <w:p>
      <w:r>
        <w:rPr>
          <w:b/>
        </w:rPr>
        <w:t xml:space="preserve">[36:31] </w:t>
      </w:r>
      <w:r>
        <w:t>is situation ko manage karne mein.</w:t>
      </w:r>
    </w:p>
    <w:p>
      <w:pPr>
        <w:jc w:val="right"/>
      </w:pPr>
      <w:r>
        <w:t>اس situation کو manage کرنے میں۔</w:t>
      </w:r>
    </w:p>
    <w:p>
      <w:r>
        <w:rPr>
          <w:b/>
        </w:rPr>
        <w:t xml:space="preserve">[36:38] </w:t>
      </w:r>
      <w:r>
        <w:t>agar aap ne positive response diya to aap manage karne mein kamyaab ho gaye.</w:t>
      </w:r>
    </w:p>
    <w:p>
      <w:pPr>
        <w:jc w:val="right"/>
      </w:pPr>
      <w:r>
        <w:t>اگر آپ نے positive response دیا تو آپ manage کرنے میں کامیاب ہو گئے۔</w:t>
      </w:r>
    </w:p>
    <w:p>
      <w:r>
        <w:rPr>
          <w:b/>
        </w:rPr>
        <w:t xml:space="preserve">[36:46] </w:t>
      </w:r>
      <w:r>
        <w:t>Negative response diya to aap is ka matlab hai ke aap manage karne mein fail ho gaye.</w:t>
      </w:r>
    </w:p>
    <w:p>
      <w:pPr>
        <w:jc w:val="right"/>
      </w:pPr>
      <w:r>
        <w:t>Negative response دیا تو آپ اس کا مطلب ہے کہ آپ manage کرنے میں fail ہو گئے۔</w:t>
      </w:r>
    </w:p>
    <w:p>
      <w:r>
        <w:rPr>
          <w:b/>
        </w:rPr>
        <w:t xml:space="preserve">[36:50] </w:t>
      </w:r>
      <w:r>
        <w:t>yeh hai khulasa zindagi ka.</w:t>
      </w:r>
    </w:p>
    <w:p>
      <w:pPr>
        <w:jc w:val="right"/>
      </w:pPr>
      <w:r>
        <w:t>یہ ہے خلاصہ زندگی کا۔</w:t>
      </w:r>
    </w:p>
    <w:p>
      <w:r>
        <w:rPr>
          <w:b/>
        </w:rPr>
        <w:t xml:space="preserve">[36:55] </w:t>
      </w:r>
      <w:r>
        <w:t>to mein samajhta hoon ke is baat ko jaanna chahiye har aadmi ko ke mein insaan hoon, mein</w:t>
      </w:r>
    </w:p>
    <w:p>
      <w:pPr>
        <w:jc w:val="right"/>
      </w:pPr>
      <w:r>
        <w:t>تو میں سمجھتا ہوں کہ اس بات کو جاننا چاہیے ہر آدمی کو کہ میں انسان ہوں، میں</w:t>
      </w:r>
    </w:p>
    <w:p>
      <w:r>
        <w:rPr>
          <w:b/>
        </w:rPr>
        <w:t xml:space="preserve">[36:59] </w:t>
      </w:r>
      <w:r>
        <w:t>animal nahin hoon.</w:t>
      </w:r>
    </w:p>
    <w:p>
      <w:pPr>
        <w:jc w:val="right"/>
      </w:pPr>
      <w:r>
        <w:t>animal نہیں ہوں۔</w:t>
      </w:r>
    </w:p>
    <w:p>
      <w:r>
        <w:rPr>
          <w:b/>
        </w:rPr>
        <w:t xml:space="preserve">[37:04] </w:t>
      </w:r>
      <w:r>
        <w:t>Animal ka maamla yeh hai ke unhein apne mind ko, mind se jaanna nahin hai.</w:t>
      </w:r>
    </w:p>
    <w:p>
      <w:pPr>
        <w:jc w:val="right"/>
      </w:pPr>
      <w:r>
        <w:t>Animal کا معاملہ یہ ہے کہ انہیں اپنے mind کو، mind سے جاننا نہیں ہے۔</w:t>
      </w:r>
    </w:p>
    <w:p>
      <w:r>
        <w:rPr>
          <w:b/>
        </w:rPr>
        <w:t xml:space="preserve">[37:08] </w:t>
      </w:r>
      <w:r>
        <w:t>unke instinct kaafi hain unko control karne ke liye.</w:t>
      </w:r>
    </w:p>
    <w:p>
      <w:pPr>
        <w:jc w:val="right"/>
      </w:pPr>
      <w:r>
        <w:t>ان کے instinct کافی ہیں ان کو کنٹرول کرنے کے لیے۔</w:t>
      </w:r>
    </w:p>
    <w:p>
      <w:r>
        <w:rPr>
          <w:b/>
        </w:rPr>
        <w:t xml:space="preserve">[37:12] </w:t>
      </w:r>
      <w:r>
        <w:t>humein apne mind ko</w:t>
      </w:r>
    </w:p>
    <w:p>
      <w:pPr>
        <w:jc w:val="right"/>
      </w:pPr>
      <w:r>
        <w:t>ہمیں اپنے mind کو</w:t>
      </w:r>
    </w:p>
    <w:p>
      <w:r>
        <w:rPr>
          <w:b/>
        </w:rPr>
        <w:t xml:space="preserve">[37:17] </w:t>
      </w:r>
      <w:r>
        <w:t>active karna hai.</w:t>
      </w:r>
    </w:p>
    <w:p>
      <w:pPr>
        <w:jc w:val="right"/>
      </w:pPr>
      <w:r>
        <w:t>active کرنا ہے۔</w:t>
      </w:r>
    </w:p>
    <w:p>
      <w:r>
        <w:rPr>
          <w:b/>
        </w:rPr>
        <w:t xml:space="preserve">[37:22] </w:t>
      </w:r>
      <w:r>
        <w:t>sochna hai, soch kar jaanna hai.</w:t>
      </w:r>
    </w:p>
    <w:p>
      <w:pPr>
        <w:jc w:val="right"/>
      </w:pPr>
      <w:r>
        <w:t>سوچنا ہے، سوچ کر جاننا ہے۔</w:t>
      </w:r>
    </w:p>
    <w:p>
      <w:r>
        <w:rPr>
          <w:b/>
        </w:rPr>
        <w:t xml:space="preserve">[37:27] </w:t>
      </w:r>
      <w:r>
        <w:t>yaani sochne mein fail ho gaye to fail ho gaye.</w:t>
      </w:r>
    </w:p>
    <w:p>
      <w:pPr>
        <w:jc w:val="right"/>
      </w:pPr>
      <w:r>
        <w:t>یعنی سوچنے میں fail ہو گئے تو fail ہو گئے۔</w:t>
      </w:r>
    </w:p>
    <w:p>
      <w:r>
        <w:rPr>
          <w:b/>
        </w:rPr>
        <w:t xml:space="preserve">[37:32] </w:t>
      </w:r>
      <w:r>
        <w:t>sochne mein kamyaab hue to kamyaab ho gaye.</w:t>
      </w:r>
    </w:p>
    <w:p>
      <w:pPr>
        <w:jc w:val="right"/>
      </w:pPr>
      <w:r>
        <w:t>سوچنے میں کامیاب ہوئے تو کامیاب ہو گئے۔</w:t>
      </w:r>
    </w:p>
    <w:p>
      <w:r>
        <w:rPr>
          <w:b/>
        </w:rPr>
        <w:t xml:space="preserve">[37:37] </w:t>
      </w:r>
      <w:r>
        <w:t>ek martaba mein Dilli mein Kingsway Camp mein chal raha tha, bohat pehle ki baat hai.</w:t>
      </w:r>
    </w:p>
    <w:p>
      <w:pPr>
        <w:jc w:val="right"/>
      </w:pPr>
      <w:r>
        <w:t>ایک مرتبہ میں دہلی میں Kingsway Camp میں چل رہا تھا، بہت پہلے کی بات ہے۔</w:t>
      </w:r>
    </w:p>
    <w:p>
      <w:r>
        <w:rPr>
          <w:b/>
        </w:rPr>
        <w:t xml:space="preserve">[37:42] </w:t>
      </w:r>
      <w:r>
        <w:t>to road par ek aadmi</w:t>
      </w:r>
    </w:p>
    <w:p>
      <w:pPr>
        <w:jc w:val="right"/>
      </w:pPr>
      <w:r>
        <w:t>تو road پر ایک آدمی</w:t>
      </w:r>
    </w:p>
    <w:p>
      <w:r>
        <w:rPr>
          <w:b/>
        </w:rPr>
        <w:t xml:space="preserve">[37:47] </w:t>
      </w:r>
      <w:r>
        <w:t>tez se cycle daudata hua aaya aur mujh se takra diya us ne. Main gir pada. Wo aadmi bhi, uski cycle bhi ruk gayi. Ab ek shakal ye thi ke main us se ladun ke tum andhe ho, tum pagal ho, cycle daudate ho. Main chup chap se ja kar ke road ke kinare baith gaya. Ek dum aise sar jhuka kar ke. Halanki mera</w:t>
      </w:r>
    </w:p>
    <w:p>
      <w:pPr>
        <w:jc w:val="right"/>
      </w:pPr>
      <w:r>
        <w:t>تیز سے سائیکل دوڑاتا ہوا آیا اور مجھ سے ٹکرا دیا اس نے۔ میں گر پڑا۔ وہ آدمی بھی، اس کی سائیکل بھی رک گئی۔ اب ایک شکل یہ تھی کہ میں اس سے لڑوں کہ تم اندھے ہو، تم پاگل ہو، سائیکل دوڑاتے ہو۔ میں چپ چاپ سے جا کر کے road کے کنارے بیٹھ گیا۔ ایک دم ایسے سر جھکا کر کے۔ حالانکہ میرا</w:t>
      </w:r>
    </w:p>
    <w:p>
      <w:r>
        <w:rPr>
          <w:b/>
        </w:rPr>
        <w:t xml:space="preserve">[38:17] </w:t>
      </w:r>
      <w:r>
        <w:t>khoon beh raha tha. Chot lagi, gayi thi, khoon beh raha tha. Chup chap baith gaya. Soch raha tha kya karun. Yaani bajaye is aadmi se ladne ke, main sochne laga ke mujhe karna chahiye? To mujhe mehsoos hua ke mujhe chot lagi hai wo cycle ke lohe se lagi hai. Mujhe sab se pehle ek kaam karna hai ke doctor ke paas ja kar ke wo lagwaun. Injection lagwaun. Kyun ke aap jante hain ke lohe se chot</w:t>
      </w:r>
    </w:p>
    <w:p>
      <w:pPr>
        <w:jc w:val="right"/>
      </w:pPr>
      <w:r>
        <w:t>خون بہہ رہا تھا۔ چوٹ لگی، گئی تھی، خون بہہ رہا تھا۔ چپ چاپ بیٹھ گیا۔ سوچ رہا تھا کیا کروں۔ یعنی بجائے اس آدمی سے لڑنے کے، میں سوچنے لگا کہ مجھے کرنا کیا چاہیے؟ تو مجھے محسوس ہوا کہ مجھے چوٹ لگی ہے وہ سائیکل کے لوہے سے لگی ہے۔ مجھے سب سے پہلے ایک کام کرنا ہے کہ ڈاکٹر کے پاس جا کر کے وہ لگاؤں۔ Injection لگواؤں۔ کیوں کہ آپ جانتے ہیں کہ لوہے سے چوٹ</w:t>
      </w:r>
    </w:p>
    <w:p>
      <w:r>
        <w:rPr>
          <w:b/>
        </w:rPr>
        <w:t xml:space="preserve">[38:47] </w:t>
      </w:r>
      <w:r>
        <w:t>agar lage to woh bari risky cheez hoti hai.</w:t>
      </w:r>
    </w:p>
    <w:p>
      <w:pPr>
        <w:jc w:val="right"/>
      </w:pPr>
      <w:r>
        <w:t>اگر لگے تو وہ بڑی risky چیز ہوتی ہے۔</w:t>
      </w:r>
    </w:p>
    <w:p>
      <w:r>
        <w:rPr>
          <w:b/>
        </w:rPr>
        <w:t xml:space="preserve">[38:52] </w:t>
      </w:r>
      <w:r>
        <w:t>to sochte sochte mujhe samajh mein aaya.</w:t>
      </w:r>
    </w:p>
    <w:p>
      <w:pPr>
        <w:jc w:val="right"/>
      </w:pPr>
      <w:r>
        <w:t>تو سوچتے سوچتے مجھے سمجھ میں آیا۔</w:t>
      </w:r>
    </w:p>
    <w:p>
      <w:r>
        <w:rPr>
          <w:b/>
        </w:rPr>
        <w:t xml:space="preserve">[38:56] </w:t>
      </w:r>
      <w:r>
        <w:t>jab mein baitha soch raha tha to police wala aa gaya.</w:t>
      </w:r>
    </w:p>
    <w:p>
      <w:pPr>
        <w:jc w:val="right"/>
      </w:pPr>
      <w:r>
        <w:t>جب میں بیٹھا سوچ رہا تھا تو پولیس والا آ گیا۔</w:t>
      </w:r>
    </w:p>
    <w:p>
      <w:r>
        <w:rPr>
          <w:b/>
        </w:rPr>
        <w:t xml:space="preserve">[39:01] </w:t>
      </w:r>
      <w:r>
        <w:t>mujh se poochne laga ke kya qissa hai, kya unki report karein? unko thaane mein le</w:t>
      </w:r>
    </w:p>
    <w:p>
      <w:pPr>
        <w:jc w:val="right"/>
      </w:pPr>
      <w:r>
        <w:t>مجھ سے پوچھنے لگا کہ کیا قصہ ہے، کیا ان کی report کریں؟ ان کو تھانے میں لے</w:t>
      </w:r>
    </w:p>
    <w:p>
      <w:r>
        <w:rPr>
          <w:b/>
        </w:rPr>
        <w:t xml:space="preserve">[39:05] </w:t>
      </w:r>
      <w:r>
        <w:t>jaayein? mein kuch bola hi nahin.</w:t>
      </w:r>
    </w:p>
    <w:p>
      <w:pPr>
        <w:jc w:val="right"/>
      </w:pPr>
      <w:r>
        <w:t>جائیں؟ میں کچھ بولا ہی نہیں۔</w:t>
      </w:r>
    </w:p>
    <w:p>
      <w:r>
        <w:rPr>
          <w:b/>
        </w:rPr>
        <w:t xml:space="preserve">[39:09] </w:t>
      </w:r>
      <w:r>
        <w:t>der tak police wala poochta raha mujh se.</w:t>
      </w:r>
    </w:p>
    <w:p>
      <w:pPr>
        <w:jc w:val="right"/>
      </w:pPr>
      <w:r>
        <w:t>دیر تک پولیس والا پوچھتا رہا مجھ سے۔</w:t>
      </w:r>
    </w:p>
    <w:p>
      <w:r>
        <w:rPr>
          <w:b/>
        </w:rPr>
        <w:t xml:space="preserve">[39:14] </w:t>
      </w:r>
      <w:r>
        <w:t>aakhir mein yeh keh kar chala gaya: "Baba to kuch bolte hi nahin."</w:t>
      </w:r>
    </w:p>
    <w:p>
      <w:pPr>
        <w:jc w:val="right"/>
      </w:pPr>
      <w:r>
        <w:t>آخر میں یہ کہہ کر چلا گیا: "بابا تو کچھ بولتے ہی نہیں۔"</w:t>
      </w:r>
    </w:p>
    <w:p>
      <w:r>
        <w:rPr>
          <w:b/>
        </w:rPr>
        <w:t xml:space="preserve">[39:18] </w:t>
      </w:r>
      <w:r>
        <w:t>yaani is cycle wale ko pakre hue tha woh.</w:t>
      </w:r>
    </w:p>
    <w:p>
      <w:pPr>
        <w:jc w:val="right"/>
      </w:pPr>
      <w:r>
        <w:t>یعنی اس سائیکل والے کو پکڑے ہوئے تھا وہ۔</w:t>
      </w:r>
    </w:p>
    <w:p>
      <w:r>
        <w:rPr>
          <w:b/>
        </w:rPr>
        <w:t xml:space="preserve">[39:23] </w:t>
      </w:r>
      <w:r>
        <w:t>cycle wale ko pakre hue thay ke meri consult mile to uski report kare, usko thaane le jaye.</w:t>
      </w:r>
    </w:p>
    <w:p>
      <w:pPr>
        <w:jc w:val="right"/>
      </w:pPr>
      <w:r>
        <w:t>سائیکل والے کو پکڑے ہوئے تھے کہ میری consult ملے تو اس کی report کرے، اس کو تھانے لے جائے۔</w:t>
      </w:r>
    </w:p>
    <w:p>
      <w:r>
        <w:rPr>
          <w:b/>
        </w:rPr>
        <w:t xml:space="preserve">[39:28] </w:t>
      </w:r>
      <w:r>
        <w:t>ab mujh se pooch raha hai, pooch raha hai, mein ne kuch bola hi nahin, mein chup chaap baitha hua.</w:t>
      </w:r>
    </w:p>
    <w:p>
      <w:pPr>
        <w:jc w:val="right"/>
      </w:pPr>
      <w:r>
        <w:t>اب مجھ سے پوچھ رہا ہے، پوچھ رہا ہے، میں نے کچھ بولا ہی نہیں، میں چپ چاپ بیٹھا ہوا۔</w:t>
      </w:r>
    </w:p>
    <w:p>
      <w:r>
        <w:rPr>
          <w:b/>
        </w:rPr>
        <w:t xml:space="preserve">[39:33] </w:t>
      </w:r>
      <w:r>
        <w:t>kyun ke mein to soch raha tha ke mujhe karna kya chahiye? to police wala aakhir mein kehta</w:t>
      </w:r>
    </w:p>
    <w:p>
      <w:pPr>
        <w:jc w:val="right"/>
      </w:pPr>
      <w:r>
        <w:t>کیوں کہ میں تو سوچ رہا تھا کہ مجھے کرنا کیا چاہیے؟ تو پولیس والا آخر میں کہتا</w:t>
      </w:r>
    </w:p>
    <w:p>
      <w:r>
        <w:rPr>
          <w:b/>
        </w:rPr>
        <w:t xml:space="preserve">[39:38] </w:t>
      </w:r>
      <w:r>
        <w:t>hai ke "baba to kuch bolte hi nahin." phir main utha, uth kar gaya doctor ke paas, injection</w:t>
      </w:r>
    </w:p>
    <w:p>
      <w:pPr>
        <w:jc w:val="right"/>
      </w:pPr>
      <w:r>
        <w:t>ہے کہ "بابا تو کچھ بولتے ہی نہیں۔" پھر میں اٹھا، اٹھ کر گیا ڈاکٹر کے پاس، injection</w:t>
      </w:r>
    </w:p>
    <w:p>
      <w:r>
        <w:rPr>
          <w:b/>
        </w:rPr>
        <w:t xml:space="preserve">[39:43] </w:t>
      </w:r>
      <w:r>
        <w:t>lagwaya aur apne ghar</w:t>
      </w:r>
    </w:p>
    <w:p>
      <w:pPr>
        <w:jc w:val="right"/>
      </w:pPr>
      <w:r>
        <w:t>لگوایا اور اپنے گھر</w:t>
      </w:r>
    </w:p>
    <w:p>
      <w:r>
        <w:rPr>
          <w:b/>
        </w:rPr>
        <w:t xml:space="preserve">[39:48] </w:t>
      </w:r>
      <w:r>
        <w:t>chala gaya.</w:t>
      </w:r>
    </w:p>
    <w:p>
      <w:pPr>
        <w:jc w:val="right"/>
      </w:pPr>
      <w:r>
        <w:t>چلا گیا۔</w:t>
      </w:r>
    </w:p>
    <w:p>
      <w:r>
        <w:rPr>
          <w:b/>
        </w:rPr>
        <w:t xml:space="preserve">[39:54] </w:t>
      </w:r>
      <w:r>
        <w:t>kyon ke ladne se kya faida? lad kar ke aap jo aap ko loss hua hai, jo jo</w:t>
      </w:r>
    </w:p>
    <w:p>
      <w:pPr>
        <w:jc w:val="right"/>
      </w:pPr>
      <w:r>
        <w:t>کیوں کہ لڑنے سے کیا فائدہ؟ لڑ کر کے آپ جو آپ کو loss ہوا ہے، جو جو</w:t>
      </w:r>
    </w:p>
    <w:p>
      <w:r>
        <w:rPr>
          <w:b/>
        </w:rPr>
        <w:t xml:space="preserve">[39:59] </w:t>
      </w:r>
      <w:r>
        <w:t>blood yahan se aya hai, chot lagi hai, woh thori theek ho jayegi.</w:t>
      </w:r>
    </w:p>
    <w:p>
      <w:pPr>
        <w:jc w:val="right"/>
      </w:pPr>
      <w:r>
        <w:t>blood یہاں سے آیا ہے، چوٹ لگی ہے، وہ تھوڑی ٹھیک ہو جائے گا۔</w:t>
      </w:r>
    </w:p>
    <w:p>
      <w:r>
        <w:rPr>
          <w:b/>
        </w:rPr>
        <w:t xml:space="preserve">[40:04] </w:t>
      </w:r>
      <w:r>
        <w:t>is ke liye to injection ki zaroorat thi us waqt.</w:t>
      </w:r>
    </w:p>
    <w:p>
      <w:pPr>
        <w:jc w:val="right"/>
      </w:pPr>
      <w:r>
        <w:t>اس کے لیے تو injection کی ضرورت تھی اس وقت۔</w:t>
      </w:r>
    </w:p>
    <w:p>
      <w:r>
        <w:rPr>
          <w:b/>
        </w:rPr>
        <w:t xml:space="preserve">[40:09] </w:t>
      </w:r>
      <w:r>
        <w:t>jis ko shayad anti-titness injection kehte hain shayad.</w:t>
      </w:r>
    </w:p>
    <w:p>
      <w:pPr>
        <w:jc w:val="right"/>
      </w:pPr>
      <w:r>
        <w:t>جس کو شاید anti-titness injection کہتے ہیں شاید۔</w:t>
      </w:r>
    </w:p>
    <w:p>
      <w:r>
        <w:rPr>
          <w:b/>
        </w:rPr>
        <w:t xml:space="preserve">[40:14] </w:t>
      </w:r>
      <w:r>
        <w:t>to baharhal us waqt mujhe foran doctor ka sirf injection lagwana tha.</w:t>
      </w:r>
    </w:p>
    <w:p>
      <w:pPr>
        <w:jc w:val="right"/>
      </w:pPr>
      <w:r>
        <w:t>تو بہرحال اس وقت مجھے فوراً ڈاکٹر کا صرف injection لگوانا تھا۔</w:t>
      </w:r>
    </w:p>
    <w:p>
      <w:r>
        <w:rPr>
          <w:b/>
        </w:rPr>
        <w:t xml:space="preserve">[40:19] </w:t>
      </w:r>
      <w:r>
        <w:t>nah ke is ko ladna, is ko le ana police station, wahan se is ko kehna ke is</w:t>
      </w:r>
    </w:p>
    <w:p>
      <w:pPr>
        <w:jc w:val="right"/>
      </w:pPr>
      <w:r>
        <w:t>نہ کہ اس کو لڑنا، اس کو لے آنا پولیس اسٹیشن، وہاں سے اس کو کہنا کہ اس</w:t>
      </w:r>
    </w:p>
    <w:p>
      <w:r>
        <w:rPr>
          <w:b/>
        </w:rPr>
        <w:t xml:space="preserve">[40:23] </w:t>
      </w:r>
      <w:r>
        <w:t>ko maro, is ko fine lagao, yeh karo, woh karo.</w:t>
      </w:r>
    </w:p>
    <w:p>
      <w:pPr>
        <w:jc w:val="right"/>
      </w:pPr>
      <w:r>
        <w:t>کو مارو، اس کو فائن لگاؤ، یہ کرو، وہ کرو۔</w:t>
      </w:r>
    </w:p>
    <w:p>
      <w:r>
        <w:rPr>
          <w:b/>
        </w:rPr>
        <w:t xml:space="preserve">[40:28] </w:t>
      </w:r>
      <w:r>
        <w:t>is ke faida kya is ka? to dekhiye yeh bhi management ka principle hai ke you have to</w:t>
      </w:r>
    </w:p>
    <w:p>
      <w:pPr>
        <w:jc w:val="right"/>
      </w:pPr>
      <w:r>
        <w:t>اس کے فائدہ کیا اس کا؟ تو دیکھیے یہ بھی management کا principle ہے کہ you have to</w:t>
      </w:r>
    </w:p>
    <w:p>
      <w:r>
        <w:rPr>
          <w:b/>
        </w:rPr>
        <w:t xml:space="preserve">[40:32] </w:t>
      </w:r>
      <w:r>
        <w:t>see the result.</w:t>
      </w:r>
    </w:p>
    <w:p>
      <w:pPr>
        <w:jc w:val="right"/>
      </w:pPr>
      <w:r>
        <w:t>see the result۔</w:t>
      </w:r>
    </w:p>
    <w:p>
      <w:r>
        <w:rPr>
          <w:b/>
        </w:rPr>
        <w:t xml:space="preserve">[40:36] </w:t>
      </w:r>
      <w:r>
        <w:t>You have to see the result.</w:t>
      </w:r>
    </w:p>
    <w:p>
      <w:pPr>
        <w:jc w:val="right"/>
      </w:pPr>
      <w:r>
        <w:t>You have to see the result۔</w:t>
      </w:r>
    </w:p>
    <w:p>
      <w:r>
        <w:rPr>
          <w:b/>
        </w:rPr>
        <w:t xml:space="preserve">[40:41] </w:t>
      </w:r>
      <w:r>
        <w:t>bohat se logon ko main pata hoon duniya bhar mein, woh larai chhede hue hain jihad ke naam se.</w:t>
      </w:r>
    </w:p>
    <w:p>
      <w:pPr>
        <w:jc w:val="right"/>
      </w:pPr>
      <w:r>
        <w:t>بہت سے لوگوں کو میں پاتا ہوں دنیا بھر میں، وہ لڑائی چھیڑے ہوئے ہیں جہاد کے نام سے۔</w:t>
      </w:r>
    </w:p>
    <w:p>
      <w:r>
        <w:rPr>
          <w:b/>
        </w:rPr>
        <w:t xml:space="preserve">[40:45] </w:t>
      </w:r>
      <w:r>
        <w:t>main un se poochta hoon ke bhai jihad kyon? kehte hain ke hamara right chheena hua hai, hamara</w:t>
      </w:r>
    </w:p>
    <w:p>
      <w:pPr>
        <w:jc w:val="right"/>
      </w:pPr>
      <w:r>
        <w:t>میں ان سے پوچھتا ہوں کہ بھئی جہاد کیوں؟ کہتے ہیں کہ ہماراright چھینا ہوا ہے، ہمارا</w:t>
      </w:r>
    </w:p>
    <w:p>
      <w:r>
        <w:rPr>
          <w:b/>
        </w:rPr>
        <w:t xml:space="preserve">[40:49] </w:t>
      </w:r>
      <w:r>
        <w:t>right wasool karna hai, hamein lena hai, hamein justice lena hai.</w:t>
      </w:r>
    </w:p>
    <w:p>
      <w:pPr>
        <w:jc w:val="right"/>
      </w:pPr>
      <w:r>
        <w:t>right وصول کرنا ہے، ہمیں لینا ہے، ہمیں justice لینا ہے۔</w:t>
      </w:r>
    </w:p>
    <w:p>
      <w:r>
        <w:rPr>
          <w:b/>
        </w:rPr>
        <w:t xml:space="preserve">[40:54] </w:t>
      </w:r>
      <w:r>
        <w:t>to maine poocha ke aap pachas baras se lad rahe hain to mila kya aap ko? to</w:t>
      </w:r>
    </w:p>
    <w:p>
      <w:pPr>
        <w:jc w:val="right"/>
      </w:pPr>
      <w:r>
        <w:t>تو میں نے پوچھا کہ آپ پچاس برس سے لڑ رہے ہیں تو ملا کیا آپ کو؟ تو</w:t>
      </w:r>
    </w:p>
    <w:p>
      <w:r>
        <w:rPr>
          <w:b/>
        </w:rPr>
        <w:t xml:space="preserve">[40:58] </w:t>
      </w:r>
      <w:r>
        <w:t>mila kuch bhi nahin.</w:t>
      </w:r>
    </w:p>
    <w:p>
      <w:pPr>
        <w:jc w:val="right"/>
      </w:pPr>
      <w:r>
        <w:t>ملا کچھ بھی نہیں۔</w:t>
      </w:r>
    </w:p>
    <w:p>
      <w:r>
        <w:rPr>
          <w:b/>
        </w:rPr>
        <w:t xml:space="preserve">[41:02] </w:t>
      </w:r>
      <w:r>
        <w:t>mila kuch bhi nahin.</w:t>
      </w:r>
    </w:p>
    <w:p>
      <w:pPr>
        <w:jc w:val="right"/>
      </w:pPr>
      <w:r>
        <w:t>ملا کچھ بھی نہیں۔</w:t>
      </w:r>
    </w:p>
    <w:p>
      <w:r>
        <w:rPr>
          <w:b/>
        </w:rPr>
        <w:t xml:space="preserve">[41:07] </w:t>
      </w:r>
      <w:r>
        <w:t>yani poori poori generation tabah ho gayi, education nahin mili bachon ko.</w:t>
      </w:r>
    </w:p>
    <w:p>
      <w:pPr>
        <w:jc w:val="right"/>
      </w:pPr>
      <w:r>
        <w:t>یعنی پوری پوری generation تباہ ہو گئی، education نہیں ملی بچوں کو۔</w:t>
      </w:r>
    </w:p>
    <w:p>
      <w:r>
        <w:rPr>
          <w:b/>
        </w:rPr>
        <w:t xml:space="preserve">[41:11] </w:t>
      </w:r>
      <w:r>
        <w:t>kai jagah yahi qissa hua hai.</w:t>
      </w:r>
    </w:p>
    <w:p>
      <w:pPr>
        <w:jc w:val="right"/>
      </w:pPr>
      <w:r>
        <w:t>کئی جگہ یہی قصہ ہوا ہے۔</w:t>
      </w:r>
    </w:p>
    <w:p>
      <w:r>
        <w:rPr>
          <w:b/>
        </w:rPr>
        <w:t xml:space="preserve">[41:15] </w:t>
      </w:r>
      <w:r>
        <w:t>Education nahin mili, medical system sab tabah ho gaya.</w:t>
      </w:r>
    </w:p>
    <w:p>
      <w:pPr>
        <w:jc w:val="right"/>
      </w:pPr>
      <w:r>
        <w:t>Education نہیں ملی، medical system سب تباہ ہو گیا۔</w:t>
      </w:r>
    </w:p>
    <w:p>
      <w:r>
        <w:rPr>
          <w:b/>
        </w:rPr>
        <w:t xml:space="preserve">[41:20] </w:t>
      </w:r>
      <w:r>
        <w:t>aur yeh business kharab hua, sab kuch muamla bigad gaya. to result ulta. to aap ko sochna chahiye ke agar mera action counter productive banne wala hai to kabhi bhi aisa step na lijie. kyon? thore loss ko bardasht kar ke aap apne ko baray loss se bacha lenge. zindagi ka yeh bhi</w:t>
      </w:r>
    </w:p>
    <w:p>
      <w:pPr>
        <w:jc w:val="right"/>
      </w:pPr>
      <w:r>
        <w:t>اور یہ business خراب ہوا، سب کچھ معاملہ بگڑ گیا۔ تو result الٹا۔ تو آپ کو سوچنا چاہیے کہ اگر میرا action counter productive بننے والا ہے تو کبھی بھی ایسا step نہ لیجیے۔ کیوں؟ تھوڑے loss کو برداشت کر کے آپ اپنے کو بڑے loss سے بچا لیں گے۔ زندگی کا یہ بھی</w:t>
      </w:r>
    </w:p>
    <w:p>
      <w:r>
        <w:rPr>
          <w:b/>
        </w:rPr>
        <w:t xml:space="preserve">[41:50] </w:t>
      </w:r>
      <w:r>
        <w:t>ek bohat hi bara formula hai manage karne ka.</w:t>
      </w:r>
    </w:p>
    <w:p>
      <w:pPr>
        <w:jc w:val="right"/>
      </w:pPr>
      <w:r>
        <w:t>ایک بہت ہی بڑا فارمولا ہے manage کرنے کا۔</w:t>
      </w:r>
    </w:p>
    <w:p>
      <w:r>
        <w:rPr>
          <w:b/>
        </w:rPr>
        <w:t xml:space="preserve">[41:54] </w:t>
      </w:r>
      <w:r>
        <w:t>ke aap is baat ko janiye ke duniya mein hamare liye jo choice hai woh kya hai? woh</w:t>
      </w:r>
    </w:p>
    <w:p>
      <w:pPr>
        <w:jc w:val="right"/>
      </w:pPr>
      <w:r>
        <w:t>کہ آپ اس بات کو جانیں کہ دنیا میں ہمارے لیے جو choice ہے وہ کیا ہے؟ وہ</w:t>
      </w:r>
    </w:p>
    <w:p>
      <w:r>
        <w:rPr>
          <w:b/>
        </w:rPr>
        <w:t xml:space="preserve">[41:59] </w:t>
      </w:r>
      <w:r>
        <w:t>choice jo hai woh yeh nahin hai ke all good or all bad ka.</w:t>
      </w:r>
    </w:p>
    <w:p>
      <w:pPr>
        <w:jc w:val="right"/>
      </w:pPr>
      <w:r>
        <w:t>choice جو ہے وہ یہ نہیں ہے کہ all good or all bad کا۔</w:t>
      </w:r>
    </w:p>
    <w:p>
      <w:r>
        <w:rPr>
          <w:b/>
        </w:rPr>
        <w:t xml:space="preserve">[42:03] </w:t>
      </w:r>
      <w:r>
        <w:t>hargiz nahi hai.</w:t>
      </w:r>
    </w:p>
    <w:p>
      <w:pPr>
        <w:jc w:val="right"/>
      </w:pPr>
      <w:r>
        <w:t>ہرگز نہیں ہے۔</w:t>
      </w:r>
    </w:p>
    <w:p>
      <w:r>
        <w:rPr>
          <w:b/>
        </w:rPr>
        <w:t xml:space="preserve">[42:07] </w:t>
      </w:r>
      <w:r>
        <w:t>aksar log all good ke peeche daurte hain.</w:t>
      </w:r>
    </w:p>
    <w:p>
      <w:pPr>
        <w:jc w:val="right"/>
      </w:pPr>
      <w:r>
        <w:t>اکثر لوگ all good کے پیچھے دوڑتے ہیں۔</w:t>
      </w:r>
    </w:p>
    <w:p>
      <w:r>
        <w:rPr>
          <w:b/>
        </w:rPr>
        <w:t xml:space="preserve">[42:12] </w:t>
      </w:r>
      <w:r>
        <w:t>lekin yeh choice hi nahi hai.</w:t>
      </w:r>
    </w:p>
    <w:p>
      <w:pPr>
        <w:jc w:val="right"/>
      </w:pPr>
      <w:r>
        <w:t>لیکن یہ choice ہی نہیں ہے۔</w:t>
      </w:r>
    </w:p>
    <w:p>
      <w:r>
        <w:rPr>
          <w:b/>
        </w:rPr>
        <w:t xml:space="preserve">[42:16] </w:t>
      </w:r>
      <w:r>
        <w:t>choice hai lesser evil aur greater evil ka. yaad rakhiye.</w:t>
      </w:r>
    </w:p>
    <w:p>
      <w:pPr>
        <w:jc w:val="right"/>
      </w:pPr>
      <w:r>
        <w:t>Choice ہے lesser evil اور greater evil کا۔ یاد رکھیے۔</w:t>
      </w:r>
    </w:p>
    <w:p>
      <w:r>
        <w:rPr>
          <w:b/>
        </w:rPr>
        <w:t xml:space="preserve">[42:20] </w:t>
      </w:r>
      <w:r>
        <w:t>yeh duniya mein jo choice hai woh lesser evil aur greater evil ke beech mein hai.</w:t>
      </w:r>
    </w:p>
    <w:p>
      <w:pPr>
        <w:jc w:val="right"/>
      </w:pPr>
      <w:r>
        <w:t>یہ دنیا میں جو choice ہے وہ lesser evil اور greater evil کے بیچ میں ہے۔</w:t>
      </w:r>
    </w:p>
    <w:p>
      <w:r>
        <w:rPr>
          <w:b/>
        </w:rPr>
        <w:t xml:space="preserve">[42:27] </w:t>
      </w:r>
      <w:r>
        <w:t>all good aur all bad ke beech mein nahi hai.</w:t>
      </w:r>
    </w:p>
    <w:p>
      <w:pPr>
        <w:jc w:val="right"/>
      </w:pPr>
      <w:r>
        <w:t>All good اور all bad کے بیچ میں نہیں ہے۔</w:t>
      </w:r>
    </w:p>
    <w:p>
      <w:r>
        <w:rPr>
          <w:b/>
        </w:rPr>
        <w:t xml:space="preserve">[42:33] </w:t>
      </w:r>
      <w:r>
        <w:t>toh aap apne aap ko chhote evil se bachaiye taake bada evil aap ko na sahna pade.</w:t>
      </w:r>
    </w:p>
    <w:p>
      <w:pPr>
        <w:jc w:val="right"/>
      </w:pPr>
      <w:r>
        <w:t>تو آپ اپنے آپ کو چھوٹے evil سے بچائیے تاکہ بڑا evil آپ کو نہ سہانا پڑے۔</w:t>
      </w:r>
    </w:p>
    <w:p>
      <w:r>
        <w:rPr>
          <w:b/>
        </w:rPr>
        <w:t xml:space="preserve">[42:40] </w:t>
      </w:r>
      <w:r>
        <w:t>koi bhi isko nahi jaanta.</w:t>
      </w:r>
    </w:p>
    <w:p>
      <w:pPr>
        <w:jc w:val="right"/>
      </w:pPr>
      <w:r>
        <w:t>کوئی بھی اس کو نہیں جانتا۔</w:t>
      </w:r>
    </w:p>
    <w:p>
      <w:r>
        <w:rPr>
          <w:b/>
        </w:rPr>
        <w:t xml:space="preserve">[42:46] </w:t>
      </w:r>
      <w:r>
        <w:t>main jitne logon se milta hoon, koi jaanta hi nahi is baat ko ke duniya mein choice jo hai</w:t>
      </w:r>
    </w:p>
    <w:p>
      <w:pPr>
        <w:jc w:val="right"/>
      </w:pPr>
      <w:r>
        <w:t>میں جتنے لوگوں سے ملتا ہوں، کوئی جانتا ہی نہیں اس بات کو کہ دنیا میں choice جو ہے</w:t>
      </w:r>
    </w:p>
    <w:p>
      <w:r>
        <w:rPr>
          <w:b/>
        </w:rPr>
        <w:t xml:space="preserve">[42:52] </w:t>
      </w:r>
      <w:r>
        <w:t>all good aur all bad ke beech mein hai hi nahin. lesser evil aur greater evil ke beech mein hai. jaise abhi aik jagah riot ho gaya. aik jaloos nikla, aik community ki taraf se. doosri community wale ghusa ho gaye. ke yeh slogan kyun lagate ho, woh slogan kyun lagate ho? ab unhone pathar mara, pathar mara to unhone unhein pathar mara. police aayi, g</w:t>
      </w:r>
    </w:p>
    <w:p>
      <w:pPr>
        <w:jc w:val="right"/>
      </w:pPr>
      <w:r>
        <w:t>all good اور all bad کے بیچ میں ہے ہی نہیں۔ Lesser evil اور greater evil کے بیچ میں ہے۔ جیسے ابھی ایک جگہ riot ہو گیا۔ ایک جلوس نکلا، ایک community کی طرف سے۔ دوسری community والے غصہ ہو گئے۔ کہ یہ slogan کیوں لگاتے ہو، وہ slogan کیوں لگاتے ہو؟ اب انہوں نے پتھر مارا، پتھر مارا تو انہوں نے انہیں پتھر مارا۔ پولیس آئی، گ</w:t>
      </w:r>
    </w:p>
    <w:p>
      <w:r>
        <w:rPr>
          <w:b/>
        </w:rPr>
        <w:t xml:space="preserve">[43:22] </w:t>
      </w:r>
      <w:r>
        <w:t>wali chali.</w:t>
      </w:r>
    </w:p>
    <w:p>
      <w:pPr>
        <w:jc w:val="right"/>
      </w:pPr>
      <w:r>
        <w:t>ولی چلی۔</w:t>
      </w:r>
    </w:p>
    <w:p>
      <w:r>
        <w:rPr>
          <w:b/>
        </w:rPr>
        <w:t xml:space="preserve">[43:27] </w:t>
      </w:r>
      <w:r>
        <w:t>ab bahut se log mar gaye is mein.</w:t>
      </w:r>
    </w:p>
    <w:p>
      <w:pPr>
        <w:jc w:val="right"/>
      </w:pPr>
      <w:r>
        <w:t>اب بہت سے لوگ مر گئے اس میں۔</w:t>
      </w:r>
    </w:p>
    <w:p>
      <w:r>
        <w:rPr>
          <w:b/>
        </w:rPr>
        <w:t xml:space="preserve">[43:32] </w:t>
      </w:r>
      <w:r>
        <w:t>toh result kya nikla? yaani agar shuru mein unka slogan jo hai, agar aap ke bura lag</w:t>
      </w:r>
    </w:p>
    <w:p>
      <w:pPr>
        <w:jc w:val="right"/>
      </w:pPr>
      <w:r>
        <w:t>تو result کیا نکلا؟ یعنی اگر شروع میں ان کا slogan جو ہے، اگر آپ کے برا لگ</w:t>
      </w:r>
    </w:p>
    <w:p>
      <w:r>
        <w:rPr>
          <w:b/>
        </w:rPr>
        <w:t xml:space="preserve">[43:37] </w:t>
      </w:r>
      <w:r>
        <w:t>raha tha toh aap bardasht kar lete.</w:t>
      </w:r>
    </w:p>
    <w:p>
      <w:pPr>
        <w:jc w:val="right"/>
      </w:pPr>
      <w:r>
        <w:t>رہا تھا تو آپ برداشت کر لیتے۔</w:t>
      </w:r>
    </w:p>
    <w:p>
      <w:r>
        <w:rPr>
          <w:b/>
        </w:rPr>
        <w:t xml:space="preserve">[43:42] </w:t>
      </w:r>
      <w:r>
        <w:t>yaani slogan ko bardasht na karne ka nateeja kya nikla? ke kai naujawan maare gaye, ghar jalaye gaye.</w:t>
      </w:r>
    </w:p>
    <w:p>
      <w:pPr>
        <w:jc w:val="right"/>
      </w:pPr>
      <w:r>
        <w:t>یعنی slogan کو برداشت نہ کرنے کا نتیجہ کیا نکلا؟ کہ کئی نوجوان مارے گئے، گھر جلائے گئے۔</w:t>
      </w:r>
    </w:p>
    <w:p>
      <w:r>
        <w:rPr>
          <w:b/>
        </w:rPr>
        <w:t xml:space="preserve">[43:47] </w:t>
      </w:r>
      <w:r>
        <w:t>toh lesser evil ko bardasht nahi kiya unhone</w:t>
      </w:r>
    </w:p>
    <w:p>
      <w:pPr>
        <w:jc w:val="right"/>
      </w:pPr>
      <w:r>
        <w:t>تو lesser evil کو برداشت نہیں کیا انہوں نے</w:t>
      </w:r>
    </w:p>
    <w:p>
      <w:r>
        <w:rPr>
          <w:b/>
        </w:rPr>
        <w:t xml:space="preserve">[43:52] </w:t>
      </w:r>
      <w:r>
        <w:t>, greater evil unhein bardasht karna pada.</w:t>
      </w:r>
    </w:p>
    <w:p>
      <w:pPr>
        <w:jc w:val="right"/>
      </w:pPr>
      <w:r>
        <w:t>، greater evil انہیں برداشت کرنا پڑا۔</w:t>
      </w:r>
    </w:p>
    <w:p>
      <w:r>
        <w:rPr>
          <w:b/>
        </w:rPr>
        <w:t xml:space="preserve">[43:57] </w:t>
      </w:r>
      <w:r>
        <w:t>zindagi isi ka naam hai.</w:t>
      </w:r>
    </w:p>
    <w:p>
      <w:pPr>
        <w:jc w:val="right"/>
      </w:pPr>
      <w:r>
        <w:t>زندگی اسی کا نام ہے۔</w:t>
      </w:r>
    </w:p>
    <w:p>
      <w:r>
        <w:rPr>
          <w:b/>
        </w:rPr>
        <w:t xml:space="preserve">[44:02] </w:t>
      </w:r>
      <w:r>
        <w:t>dehli mein ek bahut pehle ki baat hai.</w:t>
      </w:r>
    </w:p>
    <w:p>
      <w:pPr>
        <w:jc w:val="right"/>
      </w:pPr>
      <w:r>
        <w:t>دہلی میں ایک بہت پہلے کی بات ہے۔</w:t>
      </w:r>
    </w:p>
    <w:p>
      <w:r>
        <w:rPr>
          <w:b/>
        </w:rPr>
        <w:t xml:space="preserve">[44:07] </w:t>
      </w:r>
      <w:r>
        <w:t>ek naujawan aaya bahar se, usne kapda le kar bechna shuru kiya footpath par.</w:t>
      </w:r>
    </w:p>
    <w:p>
      <w:pPr>
        <w:jc w:val="right"/>
      </w:pPr>
      <w:r>
        <w:t>ایک نوجوان آیا باہر سے، اس نے کپڑا لے کر بیچنا شروع کیا footpath پر۔</w:t>
      </w:r>
    </w:p>
    <w:p>
      <w:r>
        <w:rPr>
          <w:b/>
        </w:rPr>
        <w:t xml:space="preserve">[44:13] </w:t>
      </w:r>
      <w:r>
        <w:t>toh udhaar leta tha.</w:t>
      </w:r>
    </w:p>
    <w:p>
      <w:pPr>
        <w:jc w:val="right"/>
      </w:pPr>
      <w:r>
        <w:t>تو ادھار لیتا تھا۔</w:t>
      </w:r>
    </w:p>
    <w:p>
      <w:r>
        <w:rPr>
          <w:b/>
        </w:rPr>
        <w:t xml:space="preserve">[44:18] </w:t>
      </w:r>
      <w:r>
        <w:t>aur phir yeh kya hua ke</w:t>
      </w:r>
    </w:p>
    <w:p>
      <w:pPr>
        <w:jc w:val="right"/>
      </w:pPr>
      <w:r>
        <w:t>اور پھر یہ کیا ہوا کہ</w:t>
      </w:r>
    </w:p>
    <w:p>
      <w:r>
        <w:rPr>
          <w:b/>
        </w:rPr>
        <w:t xml:space="preserve">[44:23] </w:t>
      </w:r>
      <w:r>
        <w:t>usne do chaar saal kaam kiya aur aakhir mein dukandaron ka udhaar tha, jahan se kapda laya</w:t>
      </w:r>
    </w:p>
    <w:p>
      <w:pPr>
        <w:jc w:val="right"/>
      </w:pPr>
      <w:r>
        <w:t>اس نے دو چار سال کام کیا اور آخر میں دکانداروں کا ادھار تھا، جہاں سے کپڑا لایا</w:t>
      </w:r>
    </w:p>
    <w:p>
      <w:r>
        <w:rPr>
          <w:b/>
        </w:rPr>
        <w:t xml:space="preserve">[44:27] </w:t>
      </w:r>
      <w:r>
        <w:t>tha bechne ke liye.</w:t>
      </w:r>
    </w:p>
    <w:p>
      <w:pPr>
        <w:jc w:val="right"/>
      </w:pPr>
      <w:r>
        <w:t>تھا بیچنے کے لیے۔</w:t>
      </w:r>
    </w:p>
    <w:p>
      <w:r>
        <w:rPr>
          <w:b/>
        </w:rPr>
        <w:t xml:space="preserve">[44:31] </w:t>
      </w:r>
      <w:r>
        <w:t>toh kapda becha usne, unko payment nahi kiya aur bhaag gaya dehli chhod kar ke.</w:t>
      </w:r>
    </w:p>
    <w:p>
      <w:pPr>
        <w:jc w:val="right"/>
      </w:pPr>
      <w:r>
        <w:t>تو کپڑا بیچا اس نے، ان کو payment نہیں کیا اور بھاگ گیا دہلی چھوڑ کر کے۔</w:t>
      </w:r>
    </w:p>
    <w:p>
      <w:r>
        <w:rPr>
          <w:b/>
        </w:rPr>
        <w:t xml:space="preserve">[44:35] </w:t>
      </w:r>
      <w:r>
        <w:t>toh ek dukandar jisne usko paisa diya tha, ek dukandar jisne usko kapde diye</w:t>
      </w:r>
    </w:p>
    <w:p>
      <w:pPr>
        <w:jc w:val="right"/>
      </w:pPr>
      <w:r>
        <w:t>تو ایک دکاندار جس نے اس کو پیسہ دیا تھا، ایک دکاندار جس نے اس کو کپڑے دیے</w:t>
      </w:r>
    </w:p>
    <w:p>
      <w:r>
        <w:rPr>
          <w:b/>
        </w:rPr>
        <w:t xml:space="preserve">[44:40] </w:t>
      </w:r>
      <w:r>
        <w:t>the, is se meri mulaqat hui.</w:t>
      </w:r>
    </w:p>
    <w:p>
      <w:pPr>
        <w:jc w:val="right"/>
      </w:pPr>
      <w:r>
        <w:t>تھے، اس سے میری ملاقات ہوئی۔</w:t>
      </w:r>
    </w:p>
    <w:p>
      <w:r>
        <w:rPr>
          <w:b/>
        </w:rPr>
        <w:t xml:space="preserve">[44:44] </w:t>
      </w:r>
      <w:r>
        <w:t>main ne poocha ke is par aap case kijiye.</w:t>
      </w:r>
    </w:p>
    <w:p>
      <w:pPr>
        <w:jc w:val="right"/>
      </w:pPr>
      <w:r>
        <w:t>میں نے پوچھا کہ اس پر آپ case کیجیے۔</w:t>
      </w:r>
    </w:p>
    <w:p>
      <w:r>
        <w:rPr>
          <w:b/>
        </w:rPr>
        <w:t xml:space="preserve">[44:48] </w:t>
      </w:r>
      <w:r>
        <w:t>us ne kaha pata aap ke paas hai? police wahan jaye gi jahan woh ghar uska jah</w:t>
      </w:r>
    </w:p>
    <w:p>
      <w:pPr>
        <w:jc w:val="right"/>
      </w:pPr>
      <w:r>
        <w:t>اس نے کہا پتہ آپ کے پاس ہے؟ پولیس وہاں جائے گی جہاں وہ گھر اس کا جہ</w:t>
      </w:r>
    </w:p>
    <w:p>
      <w:r>
        <w:rPr>
          <w:b/>
        </w:rPr>
        <w:t xml:space="preserve">[44:53] </w:t>
      </w:r>
      <w:r>
        <w:t>an.</w:t>
      </w:r>
    </w:p>
    <w:p>
      <w:pPr>
        <w:jc w:val="right"/>
      </w:pPr>
      <w:r>
        <w:t>اں۔</w:t>
      </w:r>
    </w:p>
    <w:p>
      <w:r>
        <w:rPr>
          <w:b/>
        </w:rPr>
        <w:t xml:space="preserve">[44:57] </w:t>
      </w:r>
      <w:r>
        <w:t>UP, UP ka tha larka woh.</w:t>
      </w:r>
    </w:p>
    <w:p>
      <w:pPr>
        <w:jc w:val="right"/>
      </w:pPr>
      <w:r>
        <w:t>UP، UP کا تھا لڑکا وہ۔</w:t>
      </w:r>
    </w:p>
    <w:p>
      <w:r>
        <w:rPr>
          <w:b/>
        </w:rPr>
        <w:t xml:space="preserve">[45:01] </w:t>
      </w:r>
      <w:r>
        <w:t>to us ne kaha is dukandar ne jo yani jo wholesaler tha kapre ka ke aap ne koi</w:t>
      </w:r>
    </w:p>
    <w:p>
      <w:pPr>
        <w:jc w:val="right"/>
      </w:pPr>
      <w:r>
        <w:t>تو اس نے کہا اس دکاندار نے جو یعنی جو wholesaler تھا کپڑے کا کہ آپ نے کوئی</w:t>
      </w:r>
    </w:p>
    <w:p>
      <w:r>
        <w:rPr>
          <w:b/>
        </w:rPr>
        <w:t xml:space="preserve">[45:06] </w:t>
      </w:r>
      <w:r>
        <w:t>time kahan hai itna? hum case karein ge aur kachahri daurein ge aur police se milein ge, yeh</w:t>
      </w:r>
    </w:p>
    <w:p>
      <w:pPr>
        <w:jc w:val="right"/>
      </w:pPr>
      <w:r>
        <w:t>time کہاں ہے اتنا؟ ہم case کریں گے اور کچہری دوڑیں گے اور پولیس سے ملیں گے، یہ</w:t>
      </w:r>
    </w:p>
    <w:p>
      <w:r>
        <w:rPr>
          <w:b/>
        </w:rPr>
        <w:t xml:space="preserve">[45:10] </w:t>
      </w:r>
      <w:r>
        <w:t>karein ge, woh karein ge.</w:t>
      </w:r>
    </w:p>
    <w:p>
      <w:pPr>
        <w:jc w:val="right"/>
      </w:pPr>
      <w:r>
        <w:t>کریں گے، وہ کریں گے۔</w:t>
      </w:r>
    </w:p>
    <w:p>
      <w:r>
        <w:rPr>
          <w:b/>
        </w:rPr>
        <w:t xml:space="preserve">[45:14] </w:t>
      </w:r>
      <w:r>
        <w:t>to is ka time kahan hai apne paas hai? is se bhi ziyada kharch karna pare ga humein.</w:t>
      </w:r>
    </w:p>
    <w:p>
      <w:pPr>
        <w:jc w:val="right"/>
      </w:pPr>
      <w:r>
        <w:t>تو اس کا time کہاں ہے اپنے پاس ہے؟ اس سے بھی زیادہ خرچ کرنا پڑے گا ہمیں۔</w:t>
      </w:r>
    </w:p>
    <w:p>
      <w:r>
        <w:rPr>
          <w:b/>
        </w:rPr>
        <w:t xml:space="preserve">[45:19] </w:t>
      </w:r>
      <w:r>
        <w:t>jitna woh nuqsan kar ke bhaga hai hum ko, is se ziyada</w:t>
      </w:r>
    </w:p>
    <w:p>
      <w:pPr>
        <w:jc w:val="right"/>
      </w:pPr>
      <w:r>
        <w:t>جتنا وہ نقصان کر کے بھاگا ہے ہم کو، اس سے زیادہ</w:t>
      </w:r>
    </w:p>
    <w:p>
      <w:r>
        <w:rPr>
          <w:b/>
        </w:rPr>
        <w:t xml:space="preserve">[45:23] </w:t>
      </w:r>
      <w:r>
        <w:t>humein case larnay mein kharch karna pare ga.</w:t>
      </w:r>
    </w:p>
    <w:p>
      <w:pPr>
        <w:jc w:val="right"/>
      </w:pPr>
      <w:r>
        <w:t>ہمیں case لڑنے میں خرچ کرنا پڑے گا۔</w:t>
      </w:r>
    </w:p>
    <w:p>
      <w:r>
        <w:rPr>
          <w:b/>
        </w:rPr>
        <w:t xml:space="preserve">[45:28] </w:t>
      </w:r>
      <w:r>
        <w:t>to itna hi nuqsan bardasht kar lete hain hum taake aur ziyada bara nuqsan humein bardasht na karna pare.</w:t>
      </w:r>
    </w:p>
    <w:p>
      <w:pPr>
        <w:jc w:val="right"/>
      </w:pPr>
      <w:r>
        <w:t>تو اتنا ہی نقصان برداشت کر لیتے ہیں ہم تاکہ اور زیادہ بڑا نقصان ہمیں برداشت نہ کرنا پڑے۔</w:t>
      </w:r>
    </w:p>
    <w:p>
      <w:r>
        <w:rPr>
          <w:b/>
        </w:rPr>
        <w:t xml:space="preserve">[45:33] </w:t>
      </w:r>
      <w:r>
        <w:t>to kuch wise log jo hotay hain is baat ko jantay hain is baat ko.</w:t>
      </w:r>
    </w:p>
    <w:p>
      <w:pPr>
        <w:jc w:val="right"/>
      </w:pPr>
      <w:r>
        <w:t>تو کچھ wise لوگ جو ہوتے ہیں اس بات کو جانتے ہیں اس بات کو۔</w:t>
      </w:r>
    </w:p>
    <w:p>
      <w:r>
        <w:rPr>
          <w:b/>
        </w:rPr>
        <w:t xml:space="preserve">[45:38] </w:t>
      </w:r>
      <w:r>
        <w:t>ke dunya mein humein jo choice hai woh lesser evil aur greater evil ke beech mein hai.</w:t>
      </w:r>
    </w:p>
    <w:p>
      <w:pPr>
        <w:jc w:val="right"/>
      </w:pPr>
      <w:r>
        <w:t>کہ دنیا میں ہمیں جو choice ہے وہ lesser evil اور greater evil کے بیچ میں ہے۔</w:t>
      </w:r>
    </w:p>
    <w:p>
      <w:r>
        <w:rPr>
          <w:b/>
        </w:rPr>
        <w:t xml:space="preserve">[45:43] </w:t>
      </w:r>
      <w:r>
        <w:t>all good aur all bad ke beech mein nahi hai.</w:t>
      </w:r>
    </w:p>
    <w:p>
      <w:pPr>
        <w:jc w:val="right"/>
      </w:pPr>
      <w:r>
        <w:t>All good اور all bad کے بیچ میں نہیں ہے۔</w:t>
      </w:r>
    </w:p>
    <w:p>
      <w:r>
        <w:rPr>
          <w:b/>
        </w:rPr>
        <w:t xml:space="preserve">[45:48] </w:t>
      </w:r>
      <w:r>
        <w:t>yeh hai art of</w:t>
      </w:r>
    </w:p>
    <w:p>
      <w:pPr>
        <w:jc w:val="right"/>
      </w:pPr>
      <w:r>
        <w:t>یہ ہے art of</w:t>
      </w:r>
    </w:p>
    <w:p>
      <w:r>
        <w:rPr>
          <w:b/>
        </w:rPr>
        <w:t xml:space="preserve">[45:53] </w:t>
      </w:r>
      <w:r>
        <w:t>life management. aur yeh sab cheez aap ko jaan sakte hain sochne se. thinking se. thinking hi se aap ko yeh baatein maloom ho sakti hain. lekin thinking ke liye dekhiye aik shart hai. woh yeh ke aap ke andar yeh spirit honi chahiye ke jab koi baat samne aaye to aap</w:t>
      </w:r>
    </w:p>
    <w:p>
      <w:pPr>
        <w:jc w:val="right"/>
      </w:pPr>
      <w:r>
        <w:t>life management۔ اور یہ سب چیز آپ کو جان سکتے ہیں سوچنے سے۔ Thinking سے۔ Thinking ہی سے آپ کو یہ باتیں معلوم ہو سکتی ہیں۔ لیکن thinking کے لیے دیکھیے ایک شرط ہے۔ وہ یہ کہ آپ کے اندر یہ spirit ہونی چاہیے کہ جب کوئی بات سامنے آئے تو آپ</w:t>
      </w:r>
    </w:p>
    <w:p>
      <w:r>
        <w:rPr>
          <w:b/>
        </w:rPr>
        <w:t xml:space="preserve">[46:23] </w:t>
      </w:r>
      <w:r>
        <w:t>is ko mannay ko tayyar hoon.</w:t>
      </w:r>
    </w:p>
    <w:p>
      <w:pPr>
        <w:jc w:val="right"/>
      </w:pPr>
      <w:r>
        <w:t>اس کو ماننے کو تیار ہوں۔</w:t>
      </w:r>
    </w:p>
    <w:p>
      <w:r>
        <w:rPr>
          <w:b/>
        </w:rPr>
        <w:t xml:space="preserve">[46:28] </w:t>
      </w:r>
      <w:r>
        <w:t>logon ko kya hota hai? zid hoti hai, bias hota hai, arrogance hota hai.</w:t>
      </w:r>
    </w:p>
    <w:p>
      <w:pPr>
        <w:jc w:val="right"/>
      </w:pPr>
      <w:r>
        <w:t>لوگوں کو کیا ہوتا ہے؟ ضد ہوتی ہے، bias ہوتا ہے، arrogance ہوتا ہے۔</w:t>
      </w:r>
    </w:p>
    <w:p>
      <w:r>
        <w:rPr>
          <w:b/>
        </w:rPr>
        <w:t xml:space="preserve">[46:33] </w:t>
      </w:r>
      <w:r>
        <w:t>kehte hain ke hum hum yeh jhuk kar kyun rahein hain? yeh sab cheezein rukawat ban jati hain</w:t>
      </w:r>
    </w:p>
    <w:p>
      <w:pPr>
        <w:jc w:val="right"/>
      </w:pPr>
      <w:r>
        <w:t>کہتے ہیں کہ ہم ہم یہ جھک کر کیوں رہے ہیں؟ یہ سب چیزیں رکاوٹ بن جاتی ہیں</w:t>
      </w:r>
    </w:p>
    <w:p>
      <w:r>
        <w:rPr>
          <w:b/>
        </w:rPr>
        <w:t xml:space="preserve">[46:39] </w:t>
      </w:r>
      <w:r>
        <w:t>baat ko samajhne mein.</w:t>
      </w:r>
    </w:p>
    <w:p>
      <w:pPr>
        <w:jc w:val="right"/>
      </w:pPr>
      <w:r>
        <w:t>بات کو سمجھنے میں۔</w:t>
      </w:r>
    </w:p>
    <w:p>
      <w:r>
        <w:rPr>
          <w:b/>
        </w:rPr>
        <w:t xml:space="preserve">[46:44] </w:t>
      </w:r>
      <w:r>
        <w:t>yani aap ko complex free banna pare ga.</w:t>
      </w:r>
    </w:p>
    <w:p>
      <w:pPr>
        <w:jc w:val="right"/>
      </w:pPr>
      <w:r>
        <w:t>یعنی آپ کو complex free بننا پڑے گا۔</w:t>
      </w:r>
    </w:p>
    <w:p>
      <w:r>
        <w:rPr>
          <w:b/>
        </w:rPr>
        <w:t xml:space="preserve">[46:49] </w:t>
      </w:r>
      <w:r>
        <w:t>warna sochen ge tab bhi samajh mein nahi aye ga.</w:t>
      </w:r>
    </w:p>
    <w:p>
      <w:pPr>
        <w:jc w:val="right"/>
      </w:pPr>
      <w:r>
        <w:t>ورنہ سوچیں گے تب بھی سمجھ میں نہیں آئے گا۔</w:t>
      </w:r>
    </w:p>
    <w:p>
      <w:r>
        <w:rPr>
          <w:b/>
        </w:rPr>
        <w:t xml:space="preserve">[46:54] </w:t>
      </w:r>
      <w:r>
        <w:t>koi advice de ga tab bhi samajh mein nahi aye ga.</w:t>
      </w:r>
    </w:p>
    <w:p>
      <w:pPr>
        <w:jc w:val="right"/>
      </w:pPr>
      <w:r>
        <w:t>کوئی advice دے گا تب بھی سمجھ میں نہیں آئے گا۔</w:t>
      </w:r>
    </w:p>
    <w:p>
      <w:r>
        <w:rPr>
          <w:b/>
        </w:rPr>
        <w:t xml:space="preserve">[47:02] </w:t>
      </w:r>
      <w:r>
        <w:t>complex free banna pare ga.</w:t>
      </w:r>
    </w:p>
    <w:p>
      <w:pPr>
        <w:jc w:val="right"/>
      </w:pPr>
      <w:r>
        <w:t>Complex free بننا پڑے گا۔</w:t>
      </w:r>
    </w:p>
    <w:p>
      <w:r>
        <w:rPr>
          <w:b/>
        </w:rPr>
        <w:t xml:space="preserve">[47:09] </w:t>
      </w:r>
      <w:r>
        <w:t>یعنی آپ کی سوچ جو ہے اس پر اگر کوئی obsession چھایا ہوا ہو۔ Obsession.</w:t>
      </w:r>
    </w:p>
    <w:p>
      <w:pPr>
        <w:jc w:val="right"/>
      </w:pPr>
      <w:r>
        <w:t>یعنی آپ کی سوچ جو ہے اس پر اگر کوئی obsession چھایا ہوا ہو۔ Obsession۔</w:t>
      </w:r>
    </w:p>
    <w:p>
      <w:r>
        <w:rPr>
          <w:b/>
        </w:rPr>
        <w:t xml:space="preserve">[47:17] </w:t>
      </w:r>
      <w:r>
        <w:t>obsession kisi bhi waqt ka greed ka obsession aur koi bias, ghussa, hate, koi revenge, aisa koi</w:t>
      </w:r>
    </w:p>
    <w:p>
      <w:pPr>
        <w:jc w:val="right"/>
      </w:pPr>
      <w:r>
        <w:t>Obsession کسی بھی وقت کا greed کا obsession اور کوئی bias، غصہ، hate، کوئی revenge، ایسا کوئی</w:t>
      </w:r>
    </w:p>
    <w:p>
      <w:r>
        <w:rPr>
          <w:b/>
        </w:rPr>
        <w:t xml:space="preserve">[47:24] </w:t>
      </w:r>
      <w:r>
        <w:t>obsession chha gaya ho to mind kaam nahi karega aise waqt mein.</w:t>
      </w:r>
    </w:p>
    <w:p>
      <w:pPr>
        <w:jc w:val="right"/>
      </w:pPr>
      <w:r>
        <w:t>obsession چھا گیا ہو تو mind کام نہیں کرے گا ایسے وقت میں۔</w:t>
      </w:r>
    </w:p>
    <w:p>
      <w:r>
        <w:rPr>
          <w:b/>
        </w:rPr>
        <w:t xml:space="preserve">[47:29] </w:t>
      </w:r>
      <w:r>
        <w:t>to mind kaam nahi karega.</w:t>
      </w:r>
    </w:p>
    <w:p>
      <w:pPr>
        <w:jc w:val="right"/>
      </w:pPr>
      <w:r>
        <w:t>تو mind کام نہیں کرے گا۔</w:t>
      </w:r>
    </w:p>
    <w:p>
      <w:r>
        <w:rPr>
          <w:b/>
        </w:rPr>
        <w:t xml:space="preserve">[47:34] </w:t>
      </w:r>
      <w:r>
        <w:t>aap na to soch kar samajh payenge, na kisi ki advice aap ki samajh mein aayegi.</w:t>
      </w:r>
    </w:p>
    <w:p>
      <w:pPr>
        <w:jc w:val="right"/>
      </w:pPr>
      <w:r>
        <w:t>آپ نہ تو سوچ کر سمجھ پائیں گے، نہ کسی کی advice آپ کی سمجھ میں آئے گی۔</w:t>
      </w:r>
    </w:p>
    <w:p>
      <w:r>
        <w:rPr>
          <w:b/>
        </w:rPr>
        <w:t xml:space="preserve">[47:39] </w:t>
      </w:r>
      <w:r>
        <w:t>to har obsession se apne ko aap ko nikalna padega.</w:t>
      </w:r>
    </w:p>
    <w:p>
      <w:pPr>
        <w:jc w:val="right"/>
      </w:pPr>
      <w:r>
        <w:t>تو ہر obsession سے اپنے کو آپ کو نکالنا پڑے گا۔</w:t>
      </w:r>
    </w:p>
    <w:p>
      <w:r>
        <w:rPr>
          <w:b/>
        </w:rPr>
        <w:t xml:space="preserve">[47:44] </w:t>
      </w:r>
      <w:r>
        <w:t>har complex se bahar lana padega apne aap ko.</w:t>
      </w:r>
    </w:p>
    <w:p>
      <w:pPr>
        <w:jc w:val="right"/>
      </w:pPr>
      <w:r>
        <w:t>ہر complex سے باہر لانا پڑے گا اپنے آپ کو۔</w:t>
      </w:r>
    </w:p>
    <w:p>
      <w:r>
        <w:rPr>
          <w:b/>
        </w:rPr>
        <w:t xml:space="preserve">[47:49] </w:t>
      </w:r>
      <w:r>
        <w:t>aap ko dekhiye ek bahut badi cheez jo maine zindagi mein jaani hai wo yeh hai</w:t>
      </w:r>
    </w:p>
    <w:p>
      <w:pPr>
        <w:jc w:val="right"/>
      </w:pPr>
      <w:r>
        <w:t>آپ کو دیکھیے ایک بہت بڑی چیز جو میں نے زندگی میں جانی ہے وہ یہ ہے</w:t>
      </w:r>
    </w:p>
    <w:p>
      <w:r>
        <w:rPr>
          <w:b/>
        </w:rPr>
        <w:t xml:space="preserve">[47:54] </w:t>
      </w:r>
      <w:r>
        <w:t>ke aap ghalati karein to us ki price doosra nahi dega.</w:t>
      </w:r>
    </w:p>
    <w:p>
      <w:pPr>
        <w:jc w:val="right"/>
      </w:pPr>
      <w:r>
        <w:t>کہ آپ غلطی کریں تو اس کی price دوسرا نہیں دے گا۔</w:t>
      </w:r>
    </w:p>
    <w:p>
      <w:r>
        <w:rPr>
          <w:b/>
        </w:rPr>
        <w:t xml:space="preserve">[47:59] </w:t>
      </w:r>
      <w:r>
        <w:t>aap ko apni ghalati ki price khud deni padti hai.</w:t>
      </w:r>
    </w:p>
    <w:p>
      <w:pPr>
        <w:jc w:val="right"/>
      </w:pPr>
      <w:r>
        <w:t>آپ کو اپنی غلطی کی price خود دینی پڑتی ہے۔</w:t>
      </w:r>
    </w:p>
    <w:p>
      <w:r>
        <w:rPr>
          <w:b/>
        </w:rPr>
        <w:t xml:space="preserve">[48:03] </w:t>
      </w:r>
      <w:r>
        <w:t>koi doosra aap ko apni ghalati, aap ki ki hui ghalati ki price doosra nahi dega.</w:t>
      </w:r>
    </w:p>
    <w:p>
      <w:pPr>
        <w:jc w:val="right"/>
      </w:pPr>
      <w:r>
        <w:t>کوئی دوسرا آپ کو اپنی غلطی، آپ کی کی ہوئی غلطی کی price دوسرا نہیں دے گا۔</w:t>
      </w:r>
    </w:p>
    <w:p>
      <w:r>
        <w:rPr>
          <w:b/>
        </w:rPr>
        <w:t xml:space="preserve">[48:07] </w:t>
      </w:r>
      <w:r>
        <w:t>is liye jab aap koi step lene ja rahe hon to soch lijiye ke agar aap galat step</w:t>
      </w:r>
    </w:p>
    <w:p>
      <w:pPr>
        <w:jc w:val="right"/>
      </w:pPr>
      <w:r>
        <w:t>اس لیے جب آپ کوئی step لینے جا رہے ہوں تو سوچ لیجیے کہ اگر آپ غلط step</w:t>
      </w:r>
    </w:p>
    <w:p>
      <w:r>
        <w:rPr>
          <w:b/>
        </w:rPr>
        <w:t xml:space="preserve">[48:12] </w:t>
      </w:r>
      <w:r>
        <w:t>hai to price bhi bhugtani padegi aap hi ko.</w:t>
      </w:r>
    </w:p>
    <w:p>
      <w:pPr>
        <w:jc w:val="right"/>
      </w:pPr>
      <w:r>
        <w:t>ہے تو price بھی بھگتنی پڑے گی آپ ہی کو۔</w:t>
      </w:r>
    </w:p>
    <w:p>
      <w:r>
        <w:rPr>
          <w:b/>
        </w:rPr>
        <w:t xml:space="preserve">[48:16] </w:t>
      </w:r>
      <w:r>
        <w:t>doosra nahi, is ki price dene wala hai.</w:t>
      </w:r>
    </w:p>
    <w:p>
      <w:pPr>
        <w:jc w:val="right"/>
      </w:pPr>
      <w:r>
        <w:t>دوسرا نہیں، اس کی price دینے والا ہے۔</w:t>
      </w:r>
    </w:p>
    <w:p>
      <w:r>
        <w:rPr>
          <w:b/>
        </w:rPr>
        <w:t xml:space="preserve">[48:20] </w:t>
      </w:r>
      <w:r>
        <w:t>aur maine zindagi mein bar bar</w:t>
      </w:r>
    </w:p>
    <w:p>
      <w:pPr>
        <w:jc w:val="right"/>
      </w:pPr>
      <w:r>
        <w:t>اور میں نے زندگی میں بار بار</w:t>
      </w:r>
    </w:p>
    <w:p>
      <w:r>
        <w:rPr>
          <w:b/>
        </w:rPr>
        <w:t xml:space="preserve">[48:25] </w:t>
      </w:r>
      <w:r>
        <w:t>yeh tajurba kiya hai ke log jo hain ghalati karte hain.</w:t>
      </w:r>
    </w:p>
    <w:p>
      <w:pPr>
        <w:jc w:val="right"/>
      </w:pPr>
      <w:r>
        <w:t>یہ تجربہ کیا ہے کہ لوگ جو ہیں غلطی کرتے ہیں۔</w:t>
      </w:r>
    </w:p>
    <w:p>
      <w:r>
        <w:rPr>
          <w:b/>
        </w:rPr>
        <w:t xml:space="preserve">[48:30] </w:t>
      </w:r>
      <w:r>
        <w:t>aur jab ghalati ka ulta result saamne aata hai to us ki price doosre lena chahte hain.</w:t>
      </w:r>
    </w:p>
    <w:p>
      <w:pPr>
        <w:jc w:val="right"/>
      </w:pPr>
      <w:r>
        <w:t>اور جب غلطی کا الٹا result سامنے آتا ہے تو اس کی price دوسرے لینا چاہتے ہیں۔</w:t>
      </w:r>
    </w:p>
    <w:p>
      <w:r>
        <w:rPr>
          <w:b/>
        </w:rPr>
        <w:t xml:space="preserve">[48:36] </w:t>
      </w:r>
      <w:r>
        <w:t>doosre price lene ka matlab kya hai? shikayat karna, complaint karna, protest karna, is se ladna jhagadna.</w:t>
      </w:r>
    </w:p>
    <w:p>
      <w:pPr>
        <w:jc w:val="right"/>
      </w:pPr>
      <w:r>
        <w:t>دوسرے price لینے کا مطلب کیا ہے؟ شکایت کرنا، complaint کرنا، protest کرنا، اس سے لڑنا جھگڑنا۔</w:t>
      </w:r>
    </w:p>
    <w:p>
      <w:r>
        <w:rPr>
          <w:b/>
        </w:rPr>
        <w:t xml:space="preserve">[48:41] </w:t>
      </w:r>
      <w:r>
        <w:t>is ko bura bhala batana.</w:t>
      </w:r>
    </w:p>
    <w:p>
      <w:pPr>
        <w:jc w:val="right"/>
      </w:pPr>
      <w:r>
        <w:t>اس کو برا بھلا بتانا۔</w:t>
      </w:r>
    </w:p>
    <w:p>
      <w:r>
        <w:rPr>
          <w:b/>
        </w:rPr>
        <w:t xml:space="preserve">[48:46] </w:t>
      </w:r>
      <w:r>
        <w:t>is ko saazish, conspiracy batana.</w:t>
      </w:r>
    </w:p>
    <w:p>
      <w:pPr>
        <w:jc w:val="right"/>
      </w:pPr>
      <w:r>
        <w:t>اس کو سازش، conspiracy بتانا۔</w:t>
      </w:r>
    </w:p>
    <w:p>
      <w:r>
        <w:rPr>
          <w:b/>
        </w:rPr>
        <w:t xml:space="preserve">[48:52] </w:t>
      </w:r>
      <w:r>
        <w:t>yeh hai goya aap price doosre se lena chahte hain.</w:t>
      </w:r>
    </w:p>
    <w:p>
      <w:pPr>
        <w:jc w:val="right"/>
      </w:pPr>
      <w:r>
        <w:t>یہ ہے گویا آپ price دوسرے سے لینا چاہتے ہیں۔</w:t>
      </w:r>
    </w:p>
    <w:p>
      <w:r>
        <w:rPr>
          <w:b/>
        </w:rPr>
        <w:t xml:space="preserve">[48:57] </w:t>
      </w:r>
      <w:r>
        <w:t>jab main yeh kahoon ke I was wrong to maine apni ghalati ki price khud li.</w:t>
      </w:r>
    </w:p>
    <w:p>
      <w:pPr>
        <w:jc w:val="right"/>
      </w:pPr>
      <w:r>
        <w:t>جب میں یہ کہوں کہ I was wrong تو میں نے اپنی غلطی کی price خود لی۔</w:t>
      </w:r>
    </w:p>
    <w:p>
      <w:r>
        <w:rPr>
          <w:b/>
        </w:rPr>
        <w:t xml:space="preserve">[49:02] </w:t>
      </w:r>
      <w:r>
        <w:t>yaad rakhiye zindagi mein jab aap yeh keh saken ke I was wrong to aap ne apni ghalati</w:t>
      </w:r>
    </w:p>
    <w:p>
      <w:pPr>
        <w:jc w:val="right"/>
      </w:pPr>
      <w:r>
        <w:t>یاد رکھیے زندگی میں جب آپ یہ کہہ سکیں کہ I was wrong تو آپ نے اپنی غلطی</w:t>
      </w:r>
    </w:p>
    <w:p>
      <w:r>
        <w:rPr>
          <w:b/>
        </w:rPr>
        <w:t xml:space="preserve">[49:06] </w:t>
      </w:r>
      <w:r>
        <w:t>ki price khud le li.</w:t>
      </w:r>
    </w:p>
    <w:p>
      <w:pPr>
        <w:jc w:val="right"/>
      </w:pPr>
      <w:r>
        <w:t>کی price خود لے لی۔</w:t>
      </w:r>
    </w:p>
    <w:p>
      <w:r>
        <w:rPr>
          <w:b/>
        </w:rPr>
        <w:t xml:space="preserve">[49:10] </w:t>
      </w:r>
      <w:r>
        <w:t>lekin agar aap yeh na keh saken I was wrong to is ka matlab kya hua? aap ghalati</w:t>
      </w:r>
    </w:p>
    <w:p>
      <w:pPr>
        <w:jc w:val="right"/>
      </w:pPr>
      <w:r>
        <w:t>لیکن اگر آپ یہ نہ کہہ سکیں I was wrong تو اس کا مطلب کیا ہوا؟ آپ غلطی</w:t>
      </w:r>
    </w:p>
    <w:p>
      <w:r>
        <w:rPr>
          <w:b/>
        </w:rPr>
        <w:t xml:space="preserve">[49:15] </w:t>
      </w:r>
      <w:r>
        <w:t>to aap ne ki, price daalna chahte hain doosre ke upar.</w:t>
      </w:r>
    </w:p>
    <w:p>
      <w:pPr>
        <w:jc w:val="right"/>
      </w:pPr>
      <w:r>
        <w:t>تو آپ نے کی، price ڈالنا چاہتے ہیں دوسرے کے اوپر۔</w:t>
      </w:r>
    </w:p>
    <w:p>
      <w:r>
        <w:rPr>
          <w:b/>
        </w:rPr>
        <w:t xml:space="preserve">[49:19] </w:t>
      </w:r>
      <w:r>
        <w:t>price daalna chahte hain doosre ke upar.</w:t>
      </w:r>
    </w:p>
    <w:p>
      <w:pPr>
        <w:jc w:val="right"/>
      </w:pPr>
      <w:r>
        <w:t>Price ڈالنا چاہتے ہیں دوسرے کے اوپر۔</w:t>
      </w:r>
    </w:p>
    <w:p>
      <w:r>
        <w:rPr>
          <w:b/>
        </w:rPr>
        <w:t xml:space="preserve">[49:23] </w:t>
      </w:r>
      <w:r>
        <w:t>jaise ke main</w:t>
      </w:r>
    </w:p>
    <w:p>
      <w:pPr>
        <w:jc w:val="right"/>
      </w:pPr>
      <w:r>
        <w:t>جیسے کہ میں</w:t>
      </w:r>
    </w:p>
    <w:p>
      <w:r>
        <w:rPr>
          <w:b/>
        </w:rPr>
        <w:t xml:space="preserve">[49:28] </w:t>
      </w:r>
      <w:r>
        <w:t>ghalat chal raha tha, woh ghalati meri thi ke cycle wala takra gaya.</w:t>
      </w:r>
    </w:p>
    <w:p>
      <w:pPr>
        <w:jc w:val="right"/>
      </w:pPr>
      <w:r>
        <w:t>غلط چل رہا تھا، وہ غلطی میری تھی کہ سائیکل والا ٹکرا گیا۔</w:t>
      </w:r>
    </w:p>
    <w:p>
      <w:r>
        <w:rPr>
          <w:b/>
        </w:rPr>
        <w:t xml:space="preserve">[49:31] </w:t>
      </w:r>
      <w:r>
        <w:t>is mein sach poochain to cycle wali ghalati nahi thi.</w:t>
      </w:r>
    </w:p>
    <w:p>
      <w:pPr>
        <w:jc w:val="right"/>
      </w:pPr>
      <w:r>
        <w:t>اس میں سچ پوچھیں تو سائیکل والی غلطی نہیں تھی۔</w:t>
      </w:r>
    </w:p>
    <w:p>
      <w:r>
        <w:rPr>
          <w:b/>
        </w:rPr>
        <w:t xml:space="preserve">[49:35] </w:t>
      </w:r>
      <w:r>
        <w:t>ghalati meri thi.</w:t>
      </w:r>
    </w:p>
    <w:p>
      <w:pPr>
        <w:jc w:val="right"/>
      </w:pPr>
      <w:r>
        <w:t>غلطی میری تھی۔</w:t>
      </w:r>
    </w:p>
    <w:p>
      <w:r>
        <w:rPr>
          <w:b/>
        </w:rPr>
        <w:t xml:space="preserve">[49:39] </w:t>
      </w:r>
      <w:r>
        <w:t>main ghalat chal raha tha aur cycle wala takra gaya mujh se.</w:t>
      </w:r>
    </w:p>
    <w:p>
      <w:pPr>
        <w:jc w:val="right"/>
      </w:pPr>
      <w:r>
        <w:t>میں غلط چل رہا تھا اور سائیکل والا ٹکرا گیا مجھ سے۔</w:t>
      </w:r>
    </w:p>
    <w:p>
      <w:r>
        <w:rPr>
          <w:b/>
        </w:rPr>
        <w:t xml:space="preserve">[49:43] </w:t>
      </w:r>
      <w:r>
        <w:t>ab agar main laroon is se main to goya ke apni ghalati ki price mein is se lena</w:t>
      </w:r>
    </w:p>
    <w:p>
      <w:pPr>
        <w:jc w:val="right"/>
      </w:pPr>
      <w:r>
        <w:t>اب اگر میں لڑوں اس سے میں تو گویا کہ اپنی غلطی کی price میں اس سے لینا</w:t>
      </w:r>
    </w:p>
    <w:p>
      <w:r>
        <w:rPr>
          <w:b/>
        </w:rPr>
        <w:t xml:space="preserve">[49:46] </w:t>
      </w:r>
      <w:r>
        <w:t>chahta hoon, cycle wale se.</w:t>
      </w:r>
    </w:p>
    <w:p>
      <w:pPr>
        <w:jc w:val="right"/>
      </w:pPr>
      <w:r>
        <w:t>چاہتا ہوں، سائیکل والے سے۔</w:t>
      </w:r>
    </w:p>
    <w:p>
      <w:r>
        <w:rPr>
          <w:b/>
        </w:rPr>
        <w:t xml:space="preserve">[49:50] </w:t>
      </w:r>
      <w:r>
        <w:t>cycle wala to ab theek chal raha tha woh apni samajh se.</w:t>
      </w:r>
    </w:p>
    <w:p>
      <w:pPr>
        <w:jc w:val="right"/>
      </w:pPr>
      <w:r>
        <w:t>سائیکل والا تو اب ٹھیک چل رہا تھا وہ اپنی سمجھ سے۔</w:t>
      </w:r>
    </w:p>
    <w:p>
      <w:r>
        <w:rPr>
          <w:b/>
        </w:rPr>
        <w:t xml:space="preserve">[49:54] </w:t>
      </w:r>
      <w:r>
        <w:t>main hi kisi wajah se gh</w:t>
      </w:r>
    </w:p>
    <w:p>
      <w:pPr>
        <w:jc w:val="right"/>
      </w:pPr>
      <w:r>
        <w:t>میں ہی کسی وجہ سے غ</w:t>
      </w:r>
    </w:p>
    <w:p>
      <w:r>
        <w:rPr>
          <w:b/>
        </w:rPr>
        <w:t xml:space="preserve">[49:58] </w:t>
      </w:r>
      <w:r>
        <w:t>lat chalne laga.</w:t>
      </w:r>
    </w:p>
    <w:p>
      <w:pPr>
        <w:jc w:val="right"/>
      </w:pPr>
      <w:r>
        <w:t>لط چلنے لگا۔</w:t>
      </w:r>
    </w:p>
    <w:p>
      <w:r>
        <w:rPr>
          <w:b/>
        </w:rPr>
        <w:t xml:space="preserve">[50:02] </w:t>
      </w:r>
      <w:r>
        <w:t>to takraao ho gaya.</w:t>
      </w:r>
    </w:p>
    <w:p>
      <w:pPr>
        <w:jc w:val="right"/>
      </w:pPr>
      <w:r>
        <w:t>تو ٹکراؤ ہو گیا۔</w:t>
      </w:r>
    </w:p>
    <w:p>
      <w:r>
        <w:rPr>
          <w:b/>
        </w:rPr>
        <w:t xml:space="preserve">[50:07] </w:t>
      </w:r>
      <w:r>
        <w:t>to agar main isi se laroon, isi ko bura bhala kahoon, isi ko police station le jaaoon to</w:t>
      </w:r>
    </w:p>
    <w:p>
      <w:pPr>
        <w:jc w:val="right"/>
      </w:pPr>
      <w:r>
        <w:t>تو اگر میں اسی سے لڑوں، اسی کو برا بھلا کہوں، اسی کو پولیس اسٹیشن لے جاؤں تو</w:t>
      </w:r>
    </w:p>
    <w:p>
      <w:r>
        <w:rPr>
          <w:b/>
        </w:rPr>
        <w:t xml:space="preserve">[50:11] </w:t>
      </w:r>
      <w:r>
        <w:t>goya ke apni ghalati ki price mein is se lena chahta hoon.</w:t>
      </w:r>
    </w:p>
    <w:p>
      <w:pPr>
        <w:jc w:val="right"/>
      </w:pPr>
      <w:r>
        <w:t>گویا کہ اپنی غلطی کی price میں اس سے لینا چاہتا ہوں۔</w:t>
      </w:r>
    </w:p>
    <w:p>
      <w:r>
        <w:rPr>
          <w:b/>
        </w:rPr>
        <w:t xml:space="preserve">[50:16] </w:t>
      </w:r>
      <w:r>
        <w:t>to main ne jab introspection kiya to main ne socha ke main ghalati to meri hai, is se</w:t>
      </w:r>
    </w:p>
    <w:p>
      <w:pPr>
        <w:jc w:val="right"/>
      </w:pPr>
      <w:r>
        <w:t>تو میں نے جب introspection کیا تو میں نے سوچا کہ میں غلطی تو میری ہے، اس سے</w:t>
      </w:r>
    </w:p>
    <w:p>
      <w:r>
        <w:rPr>
          <w:b/>
        </w:rPr>
        <w:t xml:space="preserve">[50:20] </w:t>
      </w:r>
      <w:r>
        <w:t>main price kyun loon? to chup chap ho kar baith gaya.</w:t>
      </w:r>
    </w:p>
    <w:p>
      <w:pPr>
        <w:jc w:val="right"/>
      </w:pPr>
      <w:r>
        <w:t>میں price کیوں لوں؟ تو چپ چاپ ہو کر بیٹھ گیا۔</w:t>
      </w:r>
    </w:p>
    <w:p>
      <w:r>
        <w:rPr>
          <w:b/>
        </w:rPr>
        <w:t xml:space="preserve">[50:25] </w:t>
      </w:r>
      <w:r>
        <w:t>phir doctor ke paas chala gaya.</w:t>
      </w:r>
    </w:p>
    <w:p>
      <w:pPr>
        <w:jc w:val="right"/>
      </w:pPr>
      <w:r>
        <w:t>پھر ڈاکٹر کے پاس چلا گیا۔</w:t>
      </w:r>
    </w:p>
    <w:p>
      <w:r>
        <w:rPr>
          <w:b/>
        </w:rPr>
        <w:t xml:space="preserve">[50:29] </w:t>
      </w:r>
      <w:r>
        <w:t>dekhiye is dunya ka aik law hai ke yeh kisi ke liye possible nahin hai ke apni ghalti ki price woh doosre se wasool karay. koi bhi nahin kar sakta. super power bhi nahin kar sakta aisa. yaad rakhiye super power bhi ghalti kare agar to yeh impossible hai ke us ki price doosra de. isi ko price bhugtani parrti hai. jaise misaal ke tor par america ne iraq par atta</w:t>
      </w:r>
    </w:p>
    <w:p>
      <w:pPr>
        <w:jc w:val="right"/>
      </w:pPr>
      <w:r>
        <w:t>دیکھیے اس دنیا کا ایک law ہے کہ یہ کسی کے لیے possible نہیں ہے کہ اپنی غلطی کی price وہ دوسرے سے وصول کرے۔ کوئی بھی نہیں کر سکتا۔ Super power بھی نہیں کر سکتا ایسا۔ یاد رکھیے super power بھی غلطی کرے اگر تو یہ impossible ہے کہ اس کی price دوسرا دے۔ اسی کو price بھگتنی پڑتی ہے۔ جیسے مثال کے طور پر امریکہ نے عراق پر atta</w:t>
      </w:r>
    </w:p>
    <w:p>
      <w:r>
        <w:rPr>
          <w:b/>
        </w:rPr>
        <w:t xml:space="preserve">[50:59] </w:t>
      </w:r>
      <w:r>
        <w:t>ck kiya.</w:t>
      </w:r>
    </w:p>
    <w:p>
      <w:pPr>
        <w:jc w:val="right"/>
      </w:pPr>
      <w:r>
        <w:t>ck کیا۔</w:t>
      </w:r>
    </w:p>
    <w:p>
      <w:r>
        <w:rPr>
          <w:b/>
        </w:rPr>
        <w:t xml:space="preserve">[51:03] </w:t>
      </w:r>
      <w:r>
        <w:t>isi waqt main ne likha tha pehle hi attack se pehle ke yeh America ek wrong step lene</w:t>
      </w:r>
    </w:p>
    <w:p>
      <w:pPr>
        <w:jc w:val="right"/>
      </w:pPr>
      <w:r>
        <w:t>اسی وقت میں نے لکھا تھا پہلے ہی attack سے پہلے کہ یہ امریکہ ایک wrong step لینے</w:t>
      </w:r>
    </w:p>
    <w:p>
      <w:r>
        <w:rPr>
          <w:b/>
        </w:rPr>
        <w:t xml:space="preserve">[51:07] </w:t>
      </w:r>
      <w:r>
        <w:t>ja raha hai. Wrong step.</w:t>
      </w:r>
    </w:p>
    <w:p>
      <w:pPr>
        <w:jc w:val="right"/>
      </w:pPr>
      <w:r>
        <w:t>جا رہا ہے۔ Wrong step۔</w:t>
      </w:r>
    </w:p>
    <w:p>
      <w:r>
        <w:rPr>
          <w:b/>
        </w:rPr>
        <w:t xml:space="preserve">[51:10] </w:t>
      </w:r>
      <w:r>
        <w:t>lekin unhon ne step liya.</w:t>
      </w:r>
    </w:p>
    <w:p>
      <w:pPr>
        <w:jc w:val="right"/>
      </w:pPr>
      <w:r>
        <w:t>لیکن انہوں نے step لیا۔</w:t>
      </w:r>
    </w:p>
    <w:p>
      <w:r>
        <w:rPr>
          <w:b/>
        </w:rPr>
        <w:t xml:space="preserve">[51:14] </w:t>
      </w:r>
      <w:r>
        <w:t>aur ja kar unhon ne wahan bombardment kiya.</w:t>
      </w:r>
    </w:p>
    <w:p>
      <w:pPr>
        <w:jc w:val="right"/>
      </w:pPr>
      <w:r>
        <w:t>اور جا کر انہوں نے وہاں bombardment کیا۔</w:t>
      </w:r>
    </w:p>
    <w:p>
      <w:r>
        <w:rPr>
          <w:b/>
        </w:rPr>
        <w:t xml:space="preserve">[51:18] </w:t>
      </w:r>
      <w:r>
        <w:t>aur jo kuch hua aap jante hain woh.</w:t>
      </w:r>
    </w:p>
    <w:p>
      <w:pPr>
        <w:jc w:val="right"/>
      </w:pPr>
      <w:r>
        <w:t>اور جو کچھ ہوا آپ جانتے ہیں وہ۔</w:t>
      </w:r>
    </w:p>
    <w:p>
      <w:r>
        <w:rPr>
          <w:b/>
        </w:rPr>
        <w:t xml:space="preserve">[51:22] </w:t>
      </w:r>
      <w:r>
        <w:t>to ab jo hai agar America yeh kahe ke ab jo haalat wahan par hai ke Amrici rozana</w:t>
      </w:r>
    </w:p>
    <w:p>
      <w:pPr>
        <w:jc w:val="right"/>
      </w:pPr>
      <w:r>
        <w:t>تو اب جو ہے اگر امریکہ یہ کہے کہ اب جو حالت وہاں پر ہے کہ امریکی روزانہ</w:t>
      </w:r>
    </w:p>
    <w:p>
      <w:r>
        <w:rPr>
          <w:b/>
        </w:rPr>
        <w:t xml:space="preserve">[51:26] </w:t>
      </w:r>
      <w:r>
        <w:t>maare ja rahe hain Iraq mein.</w:t>
      </w:r>
    </w:p>
    <w:p>
      <w:pPr>
        <w:jc w:val="right"/>
      </w:pPr>
      <w:r>
        <w:t>مارے جا رہے ہیں عراق میں۔</w:t>
      </w:r>
    </w:p>
    <w:p>
      <w:r>
        <w:rPr>
          <w:b/>
        </w:rPr>
        <w:t xml:space="preserve">[51:29] </w:t>
      </w:r>
      <w:r>
        <w:t>kyun ke dekhiye cheez kya thi jo main ne likha tha ke America apni jo preparation is ke hain,</w:t>
      </w:r>
    </w:p>
    <w:p>
      <w:pPr>
        <w:jc w:val="right"/>
      </w:pPr>
      <w:r>
        <w:t>کیونکہ دیکھیے چیز کیا تھی جو میں نے لکھا تھا کہ امریکہ اپنی جو preparation اس کے ہیں،</w:t>
      </w:r>
    </w:p>
    <w:p>
      <w:r>
        <w:rPr>
          <w:b/>
        </w:rPr>
        <w:t xml:space="preserve">[51:33] </w:t>
      </w:r>
      <w:r>
        <w:t>air strike kar sakta hai woh.</w:t>
      </w:r>
    </w:p>
    <w:p>
      <w:pPr>
        <w:jc w:val="right"/>
      </w:pPr>
      <w:r>
        <w:t>air strike کر سکتا ہے وہ۔</w:t>
      </w:r>
    </w:p>
    <w:p>
      <w:r>
        <w:rPr>
          <w:b/>
        </w:rPr>
        <w:t xml:space="preserve">[51:37] </w:t>
      </w:r>
      <w:r>
        <w:t>yani oper se bomb gira sakta hai woh.</w:t>
      </w:r>
    </w:p>
    <w:p>
      <w:pPr>
        <w:jc w:val="right"/>
      </w:pPr>
      <w:r>
        <w:t>یعنی اوپر سے بم گرا سکتا ہے وہ۔</w:t>
      </w:r>
    </w:p>
    <w:p>
      <w:r>
        <w:rPr>
          <w:b/>
        </w:rPr>
        <w:t xml:space="preserve">[51:41] </w:t>
      </w:r>
      <w:r>
        <w:t>lekin street pe jab aayega to lar nahi sakta hai woh iraqiyon se.</w:t>
      </w:r>
    </w:p>
    <w:p>
      <w:pPr>
        <w:jc w:val="right"/>
      </w:pPr>
      <w:r>
        <w:t>لیکن street پہ جب آئے گا تو لڑ نہیں سکتا ہے وہ عراقیوں سے۔</w:t>
      </w:r>
    </w:p>
    <w:p>
      <w:r>
        <w:rPr>
          <w:b/>
        </w:rPr>
        <w:t xml:space="preserve">[51:44] </w:t>
      </w:r>
      <w:r>
        <w:t>un ke jo fauji hain woh street war mein nahi chal sakte woh.</w:t>
      </w:r>
    </w:p>
    <w:p>
      <w:pPr>
        <w:jc w:val="right"/>
      </w:pPr>
      <w:r>
        <w:t>ان کے جو فوجی ہیں وہ street war میں نہیں چل سکتے وہ۔</w:t>
      </w:r>
    </w:p>
    <w:p>
      <w:r>
        <w:rPr>
          <w:b/>
        </w:rPr>
        <w:t xml:space="preserve">[51:48] </w:t>
      </w:r>
      <w:r>
        <w:t>haan oper se bomb daal sakte hain.</w:t>
      </w:r>
    </w:p>
    <w:p>
      <w:pPr>
        <w:jc w:val="right"/>
      </w:pPr>
      <w:r>
        <w:t>ہاں اوپر سے بم ڈال سکتے ہیں۔</w:t>
      </w:r>
    </w:p>
    <w:p>
      <w:r>
        <w:rPr>
          <w:b/>
        </w:rPr>
        <w:t xml:space="preserve">[51:52] </w:t>
      </w:r>
      <w:r>
        <w:t>to is waqt socha nahi unhon ne, oper ja kar bombardment kar diya.</w:t>
      </w:r>
    </w:p>
    <w:p>
      <w:pPr>
        <w:jc w:val="right"/>
      </w:pPr>
      <w:r>
        <w:t>تو اس وقت سوچا نہیں انہوں نے، اوپر جا کر bombardment کر دیا۔</w:t>
      </w:r>
    </w:p>
    <w:p>
      <w:r>
        <w:rPr>
          <w:b/>
        </w:rPr>
        <w:t xml:space="preserve">[51:56] </w:t>
      </w:r>
      <w:r>
        <w:t>jo kehte hain carpet</w:t>
      </w:r>
    </w:p>
    <w:p>
      <w:pPr>
        <w:jc w:val="right"/>
      </w:pPr>
      <w:r>
        <w:t>جو کہتے ہیں carpet</w:t>
      </w:r>
    </w:p>
    <w:p>
      <w:r>
        <w:rPr>
          <w:b/>
        </w:rPr>
        <w:t xml:space="preserve">[51:59] </w:t>
      </w:r>
      <w:r>
        <w:t>bombing.</w:t>
      </w:r>
    </w:p>
    <w:p>
      <w:pPr>
        <w:jc w:val="right"/>
      </w:pPr>
      <w:r>
        <w:t>bombing۔</w:t>
      </w:r>
    </w:p>
    <w:p>
      <w:r>
        <w:rPr>
          <w:b/>
        </w:rPr>
        <w:t xml:space="preserve">[52:04] </w:t>
      </w:r>
      <w:r>
        <w:t>yani america ne iraq mein carpet bombing ki. Carpet bombing.</w:t>
      </w:r>
    </w:p>
    <w:p>
      <w:pPr>
        <w:jc w:val="right"/>
      </w:pPr>
      <w:r>
        <w:t>یعنی امریکہ نے عراق میں carpet bombing کی۔ Carpet bombing۔</w:t>
      </w:r>
    </w:p>
    <w:p>
      <w:r>
        <w:rPr>
          <w:b/>
        </w:rPr>
        <w:t xml:space="preserve">[52:08] </w:t>
      </w:r>
      <w:r>
        <w:t>lekin aap jante hain ke woh fail ho gaya.</w:t>
      </w:r>
    </w:p>
    <w:p>
      <w:pPr>
        <w:jc w:val="right"/>
      </w:pPr>
      <w:r>
        <w:t>لیکن آپ جانتے ہیں کہ وہ fail ہو گیا۔</w:t>
      </w:r>
    </w:p>
    <w:p>
      <w:r>
        <w:rPr>
          <w:b/>
        </w:rPr>
        <w:t xml:space="preserve">[52:12] </w:t>
      </w:r>
      <w:r>
        <w:t>ab aap bura bhala kehte hain iraqiyon ko to goya ke aap apni ghalti ki price lena chahte hain.</w:t>
      </w:r>
    </w:p>
    <w:p>
      <w:pPr>
        <w:jc w:val="right"/>
      </w:pPr>
      <w:r>
        <w:t>اب آپ برا بھلا کہتے ہیں عراقیوں کو تو گویا کہ آپ اپنی غلطی کی price لینا چاہتے ہیں۔</w:t>
      </w:r>
    </w:p>
    <w:p>
      <w:r>
        <w:rPr>
          <w:b/>
        </w:rPr>
        <w:t xml:space="preserve">[52:17] </w:t>
      </w:r>
      <w:r>
        <w:t>jo possible nahi hai.</w:t>
      </w:r>
    </w:p>
    <w:p>
      <w:pPr>
        <w:jc w:val="right"/>
      </w:pPr>
      <w:r>
        <w:t>جو possible نہیں ہے۔</w:t>
      </w:r>
    </w:p>
    <w:p>
      <w:r>
        <w:rPr>
          <w:b/>
        </w:rPr>
        <w:t xml:space="preserve">[52:21] </w:t>
      </w:r>
      <w:r>
        <w:t>to yaad rakhiye zindagi mein chahe super power ho, chahe hum aap hon, apni ghalti ki price hum</w:t>
      </w:r>
    </w:p>
    <w:p>
      <w:pPr>
        <w:jc w:val="right"/>
      </w:pPr>
      <w:r>
        <w:t>تو یاد رکھیے زندگی میں چاہے super power ہو، چاہے ہم آپ ہوں، اپنی غلطی کی price ہم</w:t>
      </w:r>
    </w:p>
    <w:p>
      <w:r>
        <w:rPr>
          <w:b/>
        </w:rPr>
        <w:t xml:space="preserve">[52:25] </w:t>
      </w:r>
      <w:r>
        <w:t>doosre se wasool nahi</w:t>
      </w:r>
    </w:p>
    <w:p>
      <w:pPr>
        <w:jc w:val="right"/>
      </w:pPr>
      <w:r>
        <w:t>دوسرے سے وصول نہیں</w:t>
      </w:r>
    </w:p>
    <w:p>
      <w:r>
        <w:rPr>
          <w:b/>
        </w:rPr>
        <w:t xml:space="preserve">[52:30] </w:t>
      </w:r>
      <w:r>
        <w:t>kar sakte, nahi kar sakte, nahi kar sakte.</w:t>
      </w:r>
    </w:p>
    <w:p>
      <w:pPr>
        <w:jc w:val="right"/>
      </w:pPr>
      <w:r>
        <w:t>کر سکتے، نہیں کر سکتے، نہیں کر سکتے۔</w:t>
      </w:r>
    </w:p>
    <w:p>
      <w:r>
        <w:rPr>
          <w:b/>
        </w:rPr>
        <w:t xml:space="preserve">[52:35] </w:t>
      </w:r>
      <w:r>
        <w:t>ki hai ghalti hum ne, price lena chahte hain doosre se to kya hoga? Hum ek aur nuksan karenge.</w:t>
      </w:r>
    </w:p>
    <w:p>
      <w:pPr>
        <w:jc w:val="right"/>
      </w:pPr>
      <w:r>
        <w:t>کی ہے غلطی ہم نے، price لینا چاہتے ہیں دوسرے سے تو کیا ہوگا؟ ہم ایک اور نقصان کریں گے۔</w:t>
      </w:r>
    </w:p>
    <w:p>
      <w:r>
        <w:rPr>
          <w:b/>
        </w:rPr>
        <w:t xml:space="preserve">[52:40] </w:t>
      </w:r>
      <w:r>
        <w:t>waste of time, waste of money.</w:t>
      </w:r>
    </w:p>
    <w:p>
      <w:pPr>
        <w:jc w:val="right"/>
      </w:pPr>
      <w:r>
        <w:t>Waste of time، waste of money۔</w:t>
      </w:r>
    </w:p>
    <w:p>
      <w:r>
        <w:rPr>
          <w:b/>
        </w:rPr>
        <w:t xml:space="preserve">[52:45] </w:t>
      </w:r>
      <w:r>
        <w:t>ab jo time hamare paas tha, dekhiye jab aap keh dete hain ke I was wrong to jaldi</w:t>
      </w:r>
    </w:p>
    <w:p>
      <w:pPr>
        <w:jc w:val="right"/>
      </w:pPr>
      <w:r>
        <w:t>اب جو time ہمارے پاس تھا، دیکھیے جب آپ کہہ دیتے ہیں کہ I was wrong تو جلدی</w:t>
      </w:r>
    </w:p>
    <w:p>
      <w:r>
        <w:rPr>
          <w:b/>
        </w:rPr>
        <w:t xml:space="preserve">[52:50] </w:t>
      </w:r>
      <w:r>
        <w:t>se mamla khatam kar liya aap ne.</w:t>
      </w:r>
    </w:p>
    <w:p>
      <w:pPr>
        <w:jc w:val="right"/>
      </w:pPr>
      <w:r>
        <w:t>سے معاملہ ختم کر لیا آپ نے۔</w:t>
      </w:r>
    </w:p>
    <w:p>
      <w:r>
        <w:rPr>
          <w:b/>
        </w:rPr>
        <w:t xml:space="preserve">[52:55] </w:t>
      </w:r>
      <w:r>
        <w:t>mere aur aap ke beech mein ek uljhaao pada.</w:t>
      </w:r>
    </w:p>
    <w:p>
      <w:pPr>
        <w:jc w:val="right"/>
      </w:pPr>
      <w:r>
        <w:t>میرے اور آپ کے بیچ میں ایک الجھاؤ پڑا۔</w:t>
      </w:r>
    </w:p>
    <w:p>
      <w:r>
        <w:rPr>
          <w:b/>
        </w:rPr>
        <w:t xml:space="preserve">[53:00] </w:t>
      </w:r>
      <w:r>
        <w:t>is mein kuch gadbad hua.</w:t>
      </w:r>
    </w:p>
    <w:p>
      <w:pPr>
        <w:jc w:val="right"/>
      </w:pPr>
      <w:r>
        <w:t>اس میں کچھ گڑبڑ ہوا۔</w:t>
      </w:r>
    </w:p>
    <w:p>
      <w:r>
        <w:rPr>
          <w:b/>
        </w:rPr>
        <w:t xml:space="preserve">[53:04] </w:t>
      </w:r>
      <w:r>
        <w:t>kuch unpleasant cheezen huin.</w:t>
      </w:r>
    </w:p>
    <w:p>
      <w:pPr>
        <w:jc w:val="right"/>
      </w:pPr>
      <w:r>
        <w:t>کچھ unpleasant چیزیں ہوئیں۔</w:t>
      </w:r>
    </w:p>
    <w:p>
      <w:r>
        <w:rPr>
          <w:b/>
        </w:rPr>
        <w:t xml:space="preserve">[53:08] </w:t>
      </w:r>
      <w:r>
        <w:t>to agar jaldi se main keh doon ke I was wrong to is ka matlab hai ke baat</w:t>
      </w:r>
    </w:p>
    <w:p>
      <w:pPr>
        <w:jc w:val="right"/>
      </w:pPr>
      <w:r>
        <w:t>تو اگر جلدی سے میں کہہ دوں کہ I was wrong تو اس کا مطلب ہے کہ بات</w:t>
      </w:r>
    </w:p>
    <w:p>
      <w:r>
        <w:rPr>
          <w:b/>
        </w:rPr>
        <w:t xml:space="preserve">[53:13] </w:t>
      </w:r>
      <w:r>
        <w:t>mein ne wahin wahin khatam kar di aur aage ka rasta nikaal liya mein ne.</w:t>
      </w:r>
    </w:p>
    <w:p>
      <w:pPr>
        <w:jc w:val="right"/>
      </w:pPr>
      <w:r>
        <w:t>میں نے وہیں وہیں ختم کر دی اور آگے کا راستہ نکال لیا میں نے۔</w:t>
      </w:r>
    </w:p>
    <w:p>
      <w:r>
        <w:rPr>
          <w:b/>
        </w:rPr>
        <w:t xml:space="preserve">[53:17] </w:t>
      </w:r>
      <w:r>
        <w:t>aage ka rasta nikaal liya.</w:t>
      </w:r>
    </w:p>
    <w:p>
      <w:pPr>
        <w:jc w:val="right"/>
      </w:pPr>
      <w:r>
        <w:t>آگے کا راستہ نکال لیا۔</w:t>
      </w:r>
    </w:p>
    <w:p>
      <w:r>
        <w:rPr>
          <w:b/>
        </w:rPr>
        <w:t xml:space="preserve">[53:21] </w:t>
      </w:r>
      <w:r>
        <w:t>yani blind alley mein nahi phans gaya mein.</w:t>
      </w:r>
    </w:p>
    <w:p>
      <w:pPr>
        <w:jc w:val="right"/>
      </w:pPr>
      <w:r>
        <w:t>یعنی blind alley میں نہیں پھنس گیا میں۔</w:t>
      </w:r>
    </w:p>
    <w:p>
      <w:r>
        <w:rPr>
          <w:b/>
        </w:rPr>
        <w:t xml:space="preserve">[53:25] </w:t>
      </w:r>
      <w:r>
        <w:t>yaad rakhiye jab aap yeh na keh sakein ke I was wrong to aap ne apne</w:t>
      </w:r>
    </w:p>
    <w:p>
      <w:pPr>
        <w:jc w:val="right"/>
      </w:pPr>
      <w:r>
        <w:t>یاد رکھیے جب آپ یہ نہ کہہ سکیں کہ I was wrong تو آپ نے اپنے</w:t>
      </w:r>
    </w:p>
    <w:p>
      <w:r>
        <w:rPr>
          <w:b/>
        </w:rPr>
        <w:t xml:space="preserve">[53:30] </w:t>
      </w:r>
      <w:r>
        <w:t>aap ko blind alley mein phansa liya.</w:t>
      </w:r>
    </w:p>
    <w:p>
      <w:pPr>
        <w:jc w:val="right"/>
      </w:pPr>
      <w:r>
        <w:t>آپ کو blind alley میں پھنسا لیا۔</w:t>
      </w:r>
    </w:p>
    <w:p>
      <w:r>
        <w:rPr>
          <w:b/>
        </w:rPr>
        <w:t xml:space="preserve">[53:35] </w:t>
      </w:r>
      <w:r>
        <w:t>aage aap ki gaadi nahi jayegi, wahin ruki rahegi, ruki rahegi, ruki rahegi.</w:t>
      </w:r>
    </w:p>
    <w:p>
      <w:pPr>
        <w:jc w:val="right"/>
      </w:pPr>
      <w:r>
        <w:t>آگے آپ کی گاڑی نہیں جائے گی، وہیں رکی رہے گی، رکی رہے گی، رکی رہے گی۔</w:t>
      </w:r>
    </w:p>
    <w:p>
      <w:r>
        <w:rPr>
          <w:b/>
        </w:rPr>
        <w:t xml:space="preserve">[53:40] </w:t>
      </w:r>
      <w:r>
        <w:t>aur agar aap yeh keh dein ke I was wrong to foran rasta khul jata hai.</w:t>
      </w:r>
    </w:p>
    <w:p>
      <w:pPr>
        <w:jc w:val="right"/>
      </w:pPr>
      <w:r>
        <w:t>اور اگر آپ یہ کہہ دیں کہ I was wrong تو فوراً راستہ کھل جاتا ہے۔</w:t>
      </w:r>
    </w:p>
    <w:p>
      <w:r>
        <w:rPr>
          <w:b/>
        </w:rPr>
        <w:t xml:space="preserve">[53:46] </w:t>
      </w:r>
      <w:r>
        <w:t>aap ka mind sochne lagta hai.</w:t>
      </w:r>
    </w:p>
    <w:p>
      <w:pPr>
        <w:jc w:val="right"/>
      </w:pPr>
      <w:r>
        <w:t>آپ کا mind سوچنے لگتا ہے۔</w:t>
      </w:r>
    </w:p>
    <w:p>
      <w:r>
        <w:rPr>
          <w:b/>
        </w:rPr>
        <w:t xml:space="preserve">[53:51] </w:t>
      </w:r>
      <w:r>
        <w:t>aap kaam karne ki soortein nikal aati hain.</w:t>
      </w:r>
    </w:p>
    <w:p>
      <w:pPr>
        <w:jc w:val="right"/>
      </w:pPr>
      <w:r>
        <w:t>آپ کام کرنے کی صورتیں نکل آتی ہیں۔</w:t>
      </w:r>
    </w:p>
    <w:p>
      <w:r>
        <w:rPr>
          <w:b/>
        </w:rPr>
        <w:t xml:space="preserve">[53:56] </w:t>
      </w:r>
      <w:r>
        <w:t>nai nai opportunities ko aap avail karne ke position mein ho jate hain.</w:t>
      </w:r>
    </w:p>
    <w:p>
      <w:pPr>
        <w:jc w:val="right"/>
      </w:pPr>
      <w:r>
        <w:t>نئی نئی opportunities کو آپ avail کرنے کے position میں ہو جاتے ہیں۔</w:t>
      </w:r>
    </w:p>
    <w:p>
      <w:r>
        <w:rPr>
          <w:b/>
        </w:rPr>
        <w:t xml:space="preserve">[54:01] </w:t>
      </w:r>
      <w:r>
        <w:t>ek sahab the, unhone business kiya ek neta ke sath.</w:t>
      </w:r>
    </w:p>
    <w:p>
      <w:pPr>
        <w:jc w:val="right"/>
      </w:pPr>
      <w:r>
        <w:t>ایک صاحب تھے، انہوں نے business کیا ایک نیتا کے ساتھ۔</w:t>
      </w:r>
    </w:p>
    <w:p>
      <w:r>
        <w:rPr>
          <w:b/>
        </w:rPr>
        <w:t xml:space="preserve">[54:06] </w:t>
      </w:r>
      <w:r>
        <w:t>ke neta jo tha woh apna bar bar kaam karta tha, paisa unhone lagaya.</w:t>
      </w:r>
    </w:p>
    <w:p>
      <w:pPr>
        <w:jc w:val="right"/>
      </w:pPr>
      <w:r>
        <w:t>کہ نیتا جو تھا وہ اپنا بار بار کام کرتا تھا، پیسہ انہوں نے لگایا۔</w:t>
      </w:r>
    </w:p>
    <w:p>
      <w:r>
        <w:rPr>
          <w:b/>
        </w:rPr>
        <w:t xml:space="preserve">[54:12] </w:t>
      </w:r>
      <w:r>
        <w:t>to baad ko neta ne sab paisa marna shuru kar diya.</w:t>
      </w:r>
    </w:p>
    <w:p>
      <w:pPr>
        <w:jc w:val="right"/>
      </w:pPr>
      <w:r>
        <w:t>تو بعد کو نیتا نے سب پیسہ مارنا شروع کر دیا۔</w:t>
      </w:r>
    </w:p>
    <w:p>
      <w:r>
        <w:rPr>
          <w:b/>
        </w:rPr>
        <w:t xml:space="preserve">[54:17] </w:t>
      </w:r>
      <w:r>
        <w:t>aur unhein kuch nahi milta tha.</w:t>
      </w:r>
    </w:p>
    <w:p>
      <w:pPr>
        <w:jc w:val="right"/>
      </w:pPr>
      <w:r>
        <w:t>اور انہیں کچھ نہیں ملتا تھا۔</w:t>
      </w:r>
    </w:p>
    <w:p>
      <w:r>
        <w:rPr>
          <w:b/>
        </w:rPr>
        <w:t xml:space="preserve">[54:22] </w:t>
      </w:r>
      <w:r>
        <w:t>ab yeh ghussa hui hai.</w:t>
      </w:r>
    </w:p>
    <w:p>
      <w:pPr>
        <w:jc w:val="right"/>
      </w:pPr>
      <w:r>
        <w:t>اب یہ غصہ ہوئی ہے۔</w:t>
      </w:r>
    </w:p>
    <w:p>
      <w:r>
        <w:rPr>
          <w:b/>
        </w:rPr>
        <w:t xml:space="preserve">[54:27] </w:t>
      </w:r>
      <w:r>
        <w:t>mujh se mulaqat hui to unhone kaha ke main to is ko qatl karunga is neta ko.</w:t>
      </w:r>
    </w:p>
    <w:p>
      <w:pPr>
        <w:jc w:val="right"/>
      </w:pPr>
      <w:r>
        <w:t>مجھ سے ملاقات ہوئی تو انہوں نے کہا کہ میں تو اس کو قتل کروں گا اس نیتا کو۔</w:t>
      </w:r>
    </w:p>
    <w:p>
      <w:r>
        <w:rPr>
          <w:b/>
        </w:rPr>
        <w:t xml:space="preserve">[54:32] </w:t>
      </w:r>
      <w:r>
        <w:t>yeh dhoka diya hai hum is ko. maine kaha qatl karne ka matlab jante hain kya hai aap? tab aap yahan nahi honge jahan aap bol rahe hain. tab aap jail mein honge. kai saal tak court mein mukadma baazi kijiye aur is ke baad jail mein ja kar ke sadte rahiye. aur aap qatl karenge to kya is ke jo bachche honge, is ke jo saathi honge woh aap ko chhod denge? aap is ko qatl karenge to woh bhi qatl karega aap ko? is ke jo log hain</w:t>
      </w:r>
    </w:p>
    <w:p>
      <w:pPr>
        <w:jc w:val="right"/>
      </w:pPr>
      <w:r>
        <w:t>یہ دھوکہ دیا ہے ہم اس کو۔ میں نے کہا قتل کرنے کا مطلب جانتے ہیں کیا ہے آپ؟ تب آپ یہاں نہیں ہوں گے جہاں آپ بول رہے ہیں۔ تب آپ جیل میں ہوں گے۔ کئی سال تک court میں مقدمہ بازی کیجیے اور اس کے بعد جیل میں جا کر کے سڑتے رہیے۔ اور آپ قتل کریں گے تو کیا اس کے جو بچے ہوں گے، اس کے جو ساتھی ہوں گے وہ آپ کو چھوڑ دیں گے؟ آپ اس کو قتل کریں گے تو وہ بھی قتل کرے گا آپ کو؟ اس کے جو لوگ ہیں</w:t>
      </w:r>
    </w:p>
    <w:p>
      <w:r>
        <w:rPr>
          <w:b/>
        </w:rPr>
        <w:t xml:space="preserve">[55:02] </w:t>
      </w:r>
      <w:r>
        <w:t>? to main ne un se kaha ke diary mein likh li jiye.</w:t>
      </w:r>
    </w:p>
    <w:p>
      <w:pPr>
        <w:jc w:val="right"/>
      </w:pPr>
      <w:r>
        <w:t>؟ تو میں نے ان سے کہا کہ diary میں لکھ لیجیے۔</w:t>
      </w:r>
    </w:p>
    <w:p>
      <w:r>
        <w:rPr>
          <w:b/>
        </w:rPr>
        <w:t xml:space="preserve">[55:08] </w:t>
      </w:r>
      <w:r>
        <w:t>ek un ki diary mein ke inteqaam lene se pehle soch lo ke inteqaam ka bhi inteqaam liya jayega.</w:t>
      </w:r>
    </w:p>
    <w:p>
      <w:pPr>
        <w:jc w:val="right"/>
      </w:pPr>
      <w:r>
        <w:t>ایک ان کی diary میں کہ انتقام لینے سے پہلے سوچ لو کہ انتقام کا بھی انتقام لیا جائے گا۔</w:t>
      </w:r>
    </w:p>
    <w:p>
      <w:r>
        <w:rPr>
          <w:b/>
        </w:rPr>
        <w:t xml:space="preserve">[55:14] </w:t>
      </w:r>
      <w:r>
        <w:t>yeh inteqaam matlab revenge.</w:t>
      </w:r>
    </w:p>
    <w:p>
      <w:pPr>
        <w:jc w:val="right"/>
      </w:pPr>
      <w:r>
        <w:t>یہ انتقام مطلب revenge۔</w:t>
      </w:r>
    </w:p>
    <w:p>
      <w:r>
        <w:rPr>
          <w:b/>
        </w:rPr>
        <w:t xml:space="preserve">[55:20] </w:t>
      </w:r>
      <w:r>
        <w:t>ke revenge lene se pehle soch lo ke revenge ka bhi revenge liya jayega.</w:t>
      </w:r>
    </w:p>
    <w:p>
      <w:pPr>
        <w:jc w:val="right"/>
      </w:pPr>
      <w:r>
        <w:t>کہ revenge لینے سے پہلے سوچ لو کہ revenge کا بھی revenge لیا جائے گا۔</w:t>
      </w:r>
    </w:p>
    <w:p>
      <w:r>
        <w:rPr>
          <w:b/>
        </w:rPr>
        <w:t xml:space="preserve">[55:26] </w:t>
      </w:r>
      <w:r>
        <w:t>to main ne kaha ke aap maniye ke aap ne ek neta ke sath</w:t>
      </w:r>
    </w:p>
    <w:p>
      <w:pPr>
        <w:jc w:val="right"/>
      </w:pPr>
      <w:r>
        <w:t>تو میں نے کہا کہ آپ مانیے کہ آپ نے ایک نیتا کے ساتھ</w:t>
      </w:r>
    </w:p>
    <w:p>
      <w:r>
        <w:rPr>
          <w:b/>
        </w:rPr>
        <w:t xml:space="preserve">[55:32] </w:t>
      </w:r>
      <w:r>
        <w:t>partnership ki ghalati ki thi.</w:t>
      </w:r>
    </w:p>
    <w:p>
      <w:pPr>
        <w:jc w:val="right"/>
      </w:pPr>
      <w:r>
        <w:t>partnership کی غلطی کی تھی۔</w:t>
      </w:r>
    </w:p>
    <w:p>
      <w:r>
        <w:rPr>
          <w:b/>
        </w:rPr>
        <w:t xml:space="preserve">[55:35] </w:t>
      </w:r>
      <w:r>
        <w:t>neta ko aap control nahi kar sakte.</w:t>
      </w:r>
    </w:p>
    <w:p>
      <w:pPr>
        <w:jc w:val="right"/>
      </w:pPr>
      <w:r>
        <w:t>نیتا کو آپ کنٹرول نہیں کر سکتے۔</w:t>
      </w:r>
    </w:p>
    <w:p>
      <w:r>
        <w:rPr>
          <w:b/>
        </w:rPr>
        <w:t xml:space="preserve">[55:38] </w:t>
      </w:r>
      <w:r>
        <w:t>aap to hain seedhe sadhe aadmi.</w:t>
      </w:r>
    </w:p>
    <w:p>
      <w:pPr>
        <w:jc w:val="right"/>
      </w:pPr>
      <w:r>
        <w:t>آپ تو ہیں سیدھے سادھے آدمی۔</w:t>
      </w:r>
    </w:p>
    <w:p>
      <w:r>
        <w:rPr>
          <w:b/>
        </w:rPr>
        <w:t xml:space="preserve">[55:41] </w:t>
      </w:r>
      <w:r>
        <w:t>woh bechare bohat seedhe aadmi the.</w:t>
      </w:r>
    </w:p>
    <w:p>
      <w:pPr>
        <w:jc w:val="right"/>
      </w:pPr>
      <w:r>
        <w:t>وہ بیچارے بہت سیدھے آدمی تھے۔</w:t>
      </w:r>
    </w:p>
    <w:p>
      <w:r>
        <w:rPr>
          <w:b/>
        </w:rPr>
        <w:t xml:space="preserve">[55:44] </w:t>
      </w:r>
      <w:r>
        <w:t>aur neta bada hoshiyar tha.</w:t>
      </w:r>
    </w:p>
    <w:p>
      <w:pPr>
        <w:jc w:val="right"/>
      </w:pPr>
      <w:r>
        <w:t>اور نیتا بڑا ہوشیار تھا۔</w:t>
      </w:r>
    </w:p>
    <w:p>
      <w:r>
        <w:rPr>
          <w:b/>
        </w:rPr>
        <w:t xml:space="preserve">[55:47] </w:t>
      </w:r>
      <w:r>
        <w:t>to aap is ko control nahi kar sakte.</w:t>
      </w:r>
    </w:p>
    <w:p>
      <w:pPr>
        <w:jc w:val="right"/>
      </w:pPr>
      <w:r>
        <w:t>تو آپ اس کو کنٹرول نہیں کر سکتے۔</w:t>
      </w:r>
    </w:p>
    <w:p>
      <w:r>
        <w:rPr>
          <w:b/>
        </w:rPr>
        <w:t xml:space="preserve">[55:50] </w:t>
      </w:r>
      <w:r>
        <w:t>woh tiger hai aur aap jo hain goat hain.</w:t>
      </w:r>
    </w:p>
    <w:p>
      <w:pPr>
        <w:jc w:val="right"/>
      </w:pPr>
      <w:r>
        <w:t>وہ tiger ہے اور آپ جو ہیں goat ہیں۔</w:t>
      </w:r>
    </w:p>
    <w:p>
      <w:r>
        <w:rPr>
          <w:b/>
        </w:rPr>
        <w:t xml:space="preserve">[55:53] </w:t>
      </w:r>
      <w:r>
        <w:t>toh goat aur tiger mein jab partnership hoga toh ghaate mein goat rahegi.</w:t>
      </w:r>
    </w:p>
    <w:p>
      <w:pPr>
        <w:jc w:val="right"/>
      </w:pPr>
      <w:r>
        <w:t>تو goat اور tiger میں جب partnership ہوگا تو گھاٹے میں goat رہے گی۔</w:t>
      </w:r>
    </w:p>
    <w:p>
      <w:r>
        <w:rPr>
          <w:b/>
        </w:rPr>
        <w:t xml:space="preserve">[55:56] </w:t>
      </w:r>
      <w:r>
        <w:t>Tiger nahi rahega.</w:t>
      </w:r>
    </w:p>
    <w:p>
      <w:pPr>
        <w:jc w:val="right"/>
      </w:pPr>
      <w:r>
        <w:t>Tiger نہیں رہے گا۔</w:t>
      </w:r>
    </w:p>
    <w:p>
      <w:r>
        <w:rPr>
          <w:b/>
        </w:rPr>
        <w:t xml:space="preserve">[55:59] </w:t>
      </w:r>
      <w:r>
        <w:t>toh woh kaha aap kya karein? toh maine kaha is loss ko bh</w:t>
      </w:r>
    </w:p>
    <w:p>
      <w:pPr>
        <w:jc w:val="right"/>
      </w:pPr>
      <w:r>
        <w:t>تو وہ کہا آپ کیا کریں؟ تو میں نے کہا اس loss کو بھ</w:t>
      </w:r>
    </w:p>
    <w:p>
      <w:r>
        <w:rPr>
          <w:b/>
        </w:rPr>
        <w:t xml:space="preserve">[56:02] </w:t>
      </w:r>
      <w:r>
        <w:t>la dijiye.</w:t>
      </w:r>
    </w:p>
    <w:p>
      <w:pPr>
        <w:jc w:val="right"/>
      </w:pPr>
      <w:r>
        <w:t>لا دیجیے۔</w:t>
      </w:r>
    </w:p>
    <w:p>
      <w:r>
        <w:rPr>
          <w:b/>
        </w:rPr>
        <w:t xml:space="preserve">[56:06] </w:t>
      </w:r>
      <w:r>
        <w:t>jo nuksaan aap ko hua usko bhula dijiye.</w:t>
      </w:r>
    </w:p>
    <w:p>
      <w:pPr>
        <w:jc w:val="right"/>
      </w:pPr>
      <w:r>
        <w:t>جو نقصان آپ کو ہوا اس کو بھلا دیجیے۔</w:t>
      </w:r>
    </w:p>
    <w:p>
      <w:r>
        <w:rPr>
          <w:b/>
        </w:rPr>
        <w:t xml:space="preserve">[56:10] </w:t>
      </w:r>
      <w:r>
        <w:t>aur ab kuch paisa aap ke paas ho us se aap business kijiye.</w:t>
      </w:r>
    </w:p>
    <w:p>
      <w:pPr>
        <w:jc w:val="right"/>
      </w:pPr>
      <w:r>
        <w:t>اور اب کچھ پیسہ آپ کے پاس ہو اس سے آپ business کیجیے۔</w:t>
      </w:r>
    </w:p>
    <w:p>
      <w:r>
        <w:rPr>
          <w:b/>
        </w:rPr>
        <w:t xml:space="preserve">[56:14] </w:t>
      </w:r>
      <w:r>
        <w:t>toh unhone bataya ke mere paas koi bees pachis hazar tha unke paas.</w:t>
      </w:r>
    </w:p>
    <w:p>
      <w:pPr>
        <w:jc w:val="right"/>
      </w:pPr>
      <w:r>
        <w:t>تو انہوں نے بتایا کہ میرے پاس کوئی بیس پچیس ہزار تھا ان کے پاس۔</w:t>
      </w:r>
    </w:p>
    <w:p>
      <w:r>
        <w:rPr>
          <w:b/>
        </w:rPr>
        <w:t xml:space="preserve">[56:17] </w:t>
      </w:r>
      <w:r>
        <w:t>maine kaha isi ko chaliye kaam.</w:t>
      </w:r>
    </w:p>
    <w:p>
      <w:pPr>
        <w:jc w:val="right"/>
      </w:pPr>
      <w:r>
        <w:t>میں نے کہا اسی کو چلائیے کام۔</w:t>
      </w:r>
    </w:p>
    <w:p>
      <w:r>
        <w:rPr>
          <w:b/>
        </w:rPr>
        <w:t xml:space="preserve">[56:21] </w:t>
      </w:r>
      <w:r>
        <w:t>do saal ke baad un se mulaqat hui toh unhone bataya ke main ab pehle se bhi</w:t>
      </w:r>
    </w:p>
    <w:p>
      <w:pPr>
        <w:jc w:val="right"/>
      </w:pPr>
      <w:r>
        <w:t>دو سال کے بعد ان سے ملاقات ہوئی تو انہوں نے بتایا کہ میں اب پہلے سے بھی</w:t>
      </w:r>
    </w:p>
    <w:p>
      <w:r>
        <w:rPr>
          <w:b/>
        </w:rPr>
        <w:t xml:space="preserve">[56:25] </w:t>
      </w:r>
      <w:r>
        <w:t>zyada yaani successful hoon.</w:t>
      </w:r>
    </w:p>
    <w:p>
      <w:pPr>
        <w:jc w:val="right"/>
      </w:pPr>
      <w:r>
        <w:t>زیادہ یعنی successful ہوں۔</w:t>
      </w:r>
    </w:p>
    <w:p>
      <w:r>
        <w:rPr>
          <w:b/>
        </w:rPr>
        <w:t xml:space="preserve">[56:29] </w:t>
      </w:r>
      <w:r>
        <w:t>aur agar woh farz karein us ko qatl karte</w:t>
      </w:r>
    </w:p>
    <w:p>
      <w:pPr>
        <w:jc w:val="right"/>
      </w:pPr>
      <w:r>
        <w:t>اور اگر وہ فرض کریں اس کو قتل کرتے</w:t>
      </w:r>
    </w:p>
    <w:p>
      <w:r>
        <w:rPr>
          <w:b/>
        </w:rPr>
        <w:t xml:space="preserve">[56:32] </w:t>
      </w:r>
      <w:r>
        <w:t>toh zahir hai ke woh jail mein hote.</w:t>
      </w:r>
    </w:p>
    <w:p>
      <w:pPr>
        <w:jc w:val="right"/>
      </w:pPr>
      <w:r>
        <w:t>تو ظاہر ہے کہ وہ جیل میں ہوتے۔</w:t>
      </w:r>
    </w:p>
    <w:p>
      <w:r>
        <w:rPr>
          <w:b/>
        </w:rPr>
        <w:t xml:space="preserve">[56:36] </w:t>
      </w:r>
      <w:r>
        <w:t>toh har cheez ko karne se pehle aap ko result sochna chahiye, result. Result.</w:t>
      </w:r>
    </w:p>
    <w:p>
      <w:pPr>
        <w:jc w:val="right"/>
      </w:pPr>
      <w:r>
        <w:t>تو ہر چیز کو کرنے سے پہلے آپ کو result سوچنا چاہیے، result۔ Result۔</w:t>
      </w:r>
    </w:p>
    <w:p>
      <w:r>
        <w:rPr>
          <w:b/>
        </w:rPr>
        <w:t xml:space="preserve">[56:40] </w:t>
      </w:r>
      <w:r>
        <w:t>aaj kal ek ladke dekhein jo friendship hoti hai aaj kal.</w:t>
      </w:r>
    </w:p>
    <w:p>
      <w:pPr>
        <w:jc w:val="right"/>
      </w:pPr>
      <w:r>
        <w:t>آج کل ایک لڑکے دیکھیں جو friendship ہوتی ہے آج کل۔</w:t>
      </w:r>
    </w:p>
    <w:p>
      <w:r>
        <w:rPr>
          <w:b/>
        </w:rPr>
        <w:t xml:space="preserve">[56:44] </w:t>
      </w:r>
      <w:r>
        <w:t>bas unko un se lao, un se unko lao aur shadi kar lete hain.</w:t>
      </w:r>
    </w:p>
    <w:p>
      <w:pPr>
        <w:jc w:val="right"/>
      </w:pPr>
      <w:r>
        <w:t>بس ان کو ان سے لاؤ، ان سے ان کو لاؤ اور شادی کر لیتے ہیں۔</w:t>
      </w:r>
    </w:p>
    <w:p>
      <w:r>
        <w:rPr>
          <w:b/>
        </w:rPr>
        <w:t xml:space="preserve">[56:48] </w:t>
      </w:r>
      <w:r>
        <w:t>Result nahi sochte.</w:t>
      </w:r>
    </w:p>
    <w:p>
      <w:pPr>
        <w:jc w:val="right"/>
      </w:pPr>
      <w:r>
        <w:t>Result نہیں سوچتے۔</w:t>
      </w:r>
    </w:p>
    <w:p>
      <w:r>
        <w:rPr>
          <w:b/>
        </w:rPr>
        <w:t xml:space="preserve">[56:51] </w:t>
      </w:r>
      <w:r>
        <w:t>yeh sari shadiyan fail hoti hain.</w:t>
      </w:r>
    </w:p>
    <w:p>
      <w:pPr>
        <w:jc w:val="right"/>
      </w:pPr>
      <w:r>
        <w:t>یہ ساری شادیاں fail ہوتی ہیں۔</w:t>
      </w:r>
    </w:p>
    <w:p>
      <w:r>
        <w:rPr>
          <w:b/>
        </w:rPr>
        <w:t xml:space="preserve">[56:55] </w:t>
      </w:r>
      <w:r>
        <w:t>sari shadiyan fail hoti hain.</w:t>
      </w:r>
    </w:p>
    <w:p>
      <w:pPr>
        <w:jc w:val="right"/>
      </w:pPr>
      <w:r>
        <w:t>ساری شادیاں fail ہوتی ہیں۔</w:t>
      </w:r>
    </w:p>
    <w:p>
      <w:r>
        <w:rPr>
          <w:b/>
        </w:rPr>
        <w:t xml:space="preserve">[56:59] </w:t>
      </w:r>
      <w:r>
        <w:t>kyun ke yeh lust, dekhiye shadi</w:t>
      </w:r>
    </w:p>
    <w:p>
      <w:pPr>
        <w:jc w:val="right"/>
      </w:pPr>
      <w:r>
        <w:t>کیونکہ یہ lust، دیکھیے شادی</w:t>
      </w:r>
    </w:p>
    <w:p>
      <w:r>
        <w:rPr>
          <w:b/>
        </w:rPr>
        <w:t xml:space="preserve">[57:03] </w:t>
      </w:r>
      <w:r>
        <w:t>lust affair nahi hai. woh to ek lust hota hai. jis ko woh log love kehte hain woh lust hota hai. love affair nahi hai, woh lust affair hai woh. to lust affair se zindagi thodi chal sakti hai. aap ne lust affair se shadi kar li. us ke baad zindagi ki jo realities hain woh saamne aati hain, realities. tab aap aapas mein ladne lagte hain woh. jab tak lust affair hai tab tak to</w:t>
      </w:r>
    </w:p>
    <w:p>
      <w:pPr>
        <w:jc w:val="right"/>
      </w:pPr>
      <w:r>
        <w:t>lust affair نہیں ہے۔ وہ تو ایک lust ہوتا ہے۔ جس کو وہ لوگ love کہتے ہیں وہ lust ہوتا ہے۔ Love affair نہیں ہے، وہ lust affair ہے وہ۔ تو lust affair سے زندگی تھوڑی چل سکتی ہے۔ آپ نے lust affair سے شادی کر لی۔ اس کے بعد زندگی کی جو realities ہیں وہ سامنے آتی ہیں، realities۔ تب آپ آپس میں لڑنے لگتے ہیں وہ۔ جب تک lust affair ہے تب تک تو</w:t>
      </w:r>
    </w:p>
    <w:p>
      <w:r>
        <w:rPr>
          <w:b/>
        </w:rPr>
        <w:t xml:space="preserve">[57:33] </w:t>
      </w:r>
      <w:r>
        <w:t>ek romantic duniya mein jeete hain woh. romantic duniya mein. real life se unhein pata nahi hota. aap dekhiye yahan se le kar western world tak sab love yeh love marriage fail ho rahi hain. love marriage fail ho rahi hain. kyun? jab shadi nahi hui rehti hai na tab log jeete hain ek ek ek romantic duniya mein. shadi ho gayi to un ko realities se</w:t>
      </w:r>
    </w:p>
    <w:p>
      <w:pPr>
        <w:jc w:val="right"/>
      </w:pPr>
      <w:r>
        <w:t>ایک romantic دنیا میں جیتے ہیں وہ۔ Romantic دنیا میں۔ Real life سے انہیں پتہ نہیں ہوتا۔ آپ دیکھیے یہاں سے لے کر western world تک سب love یہ love marriage fail ہو رہی ہیں۔ Love marriage fail ہو رہی ہیں۔ کیوں؟ جب شادی نہیں ہوئی رہتی ہے نا تب لوگ جیتے ہیں ایک ایک ایک romantic دنیا میں۔ شادی ہو گئی تو ان کو realities سے</w:t>
      </w:r>
    </w:p>
    <w:p>
      <w:r>
        <w:rPr>
          <w:b/>
        </w:rPr>
        <w:t xml:space="preserve">[58:03] </w:t>
      </w:r>
      <w:r>
        <w:t>hisab ka padta hai, realities se. real life se. tab pata chalta hai ke yeh problem, woh problem, yeh problem, woh problem. yeh difference, woh difference. to phir aapas mein jhagda hota hai, jhagda hota hai, separation hota hai. aur hamesha ke liye zindagi jo hai tabah ho jati hai. to you have to know the art of life management. you have to know the art</w:t>
      </w:r>
    </w:p>
    <w:p>
      <w:pPr>
        <w:jc w:val="right"/>
      </w:pPr>
      <w:r>
        <w:t>حساب کا پڑتا ہے، realities سے۔ Real life سے۔ تب پتہ چلتا ہے کہ یہ problem، وہ problem، یہ problem، وہ problem۔ یہ difference، وہ difference۔ تو پھر آپس میں جھگڑا ہوتا ہے، جھگڑا ہوتا ہے، separation ہوتا ہے۔ اور ہمیشہ کے لیے زندگی جو ہے تباہ ہو جاتی ہے۔ تو you have to know the art of life management۔ You have to know the art</w:t>
      </w:r>
    </w:p>
    <w:p>
      <w:r>
        <w:rPr>
          <w:b/>
        </w:rPr>
        <w:t xml:space="preserve">[58:33] </w:t>
      </w:r>
      <w:r>
        <w:t>of marriage management. you have to know the art of desire management. you have to know the art of time management. you have to know the art of money management. jo kuch abhi aap ke paas hai us ko aap ko manage karna seekhna hai. jo kuch bhi aap ke paas hai. time hai, money hai. kuch bhi jo hai aap ke paas. manage karne ka matlab kya hai?</w:t>
      </w:r>
    </w:p>
    <w:p>
      <w:pPr>
        <w:jc w:val="right"/>
      </w:pPr>
      <w:r>
        <w:t>of marriage management۔ You have to know the art of desire management۔ You have to know the art of time management۔ You have to know the art of money management۔ جو کچھ ابھی آپ کے پاس ہے اس کو آپ کو manage کرنا سیکھنا ہے۔ جو کچھ بھی آپ کے پاس ہے۔ Time ہے، money ہے۔ کچھ بھی جو ہے آپ کے پاس۔ Manage کرنے کا مطلب کیا ہے؟</w:t>
      </w:r>
    </w:p>
    <w:p>
      <w:r>
        <w:rPr>
          <w:b/>
        </w:rPr>
        <w:t xml:space="preserve">[59:03] </w:t>
      </w:r>
      <w:r>
        <w:t>yaani apni aqal ko istemal karna.</w:t>
      </w:r>
    </w:p>
    <w:p>
      <w:pPr>
        <w:jc w:val="right"/>
      </w:pPr>
      <w:r>
        <w:t>یعنی اپنی عقل کو استعمال کرنا۔</w:t>
      </w:r>
    </w:p>
    <w:p>
      <w:r>
        <w:rPr>
          <w:b/>
        </w:rPr>
        <w:t xml:space="preserve">[59:07] </w:t>
      </w:r>
      <w:r>
        <w:t>apni soch ko istemal karna.</w:t>
      </w:r>
    </w:p>
    <w:p>
      <w:pPr>
        <w:jc w:val="right"/>
      </w:pPr>
      <w:r>
        <w:t>اپنی سوچ کو استعمال کرنا۔</w:t>
      </w:r>
    </w:p>
    <w:p>
      <w:r>
        <w:rPr>
          <w:b/>
        </w:rPr>
        <w:t xml:space="preserve">[59:12] </w:t>
      </w:r>
      <w:r>
        <w:t>aur sab se badh kar yeh hai ke result ko dekh kar ke decision lena. Wimp. Wimp.</w:t>
      </w:r>
    </w:p>
    <w:p>
      <w:pPr>
        <w:jc w:val="right"/>
      </w:pPr>
      <w:r>
        <w:t>اور سب سے بڑھ کر یہ ہے کہ result کو دیکھ کر کے decision لینا۔ Wimp۔ Wimp۔</w:t>
      </w:r>
    </w:p>
    <w:p>
      <w:r>
        <w:rPr>
          <w:b/>
        </w:rPr>
        <w:t xml:space="preserve">[59:16] </w:t>
      </w:r>
      <w:r>
        <w:t>Wimp se decision na lena.</w:t>
      </w:r>
    </w:p>
    <w:p>
      <w:pPr>
        <w:jc w:val="right"/>
      </w:pPr>
      <w:r>
        <w:t>Wimp سے decision نہ لینا۔</w:t>
      </w:r>
    </w:p>
    <w:p>
      <w:r>
        <w:rPr>
          <w:b/>
        </w:rPr>
        <w:t xml:space="preserve">[59:21] </w:t>
      </w:r>
      <w:r>
        <w:t>Desire se decision na lena.</w:t>
      </w:r>
    </w:p>
    <w:p>
      <w:pPr>
        <w:jc w:val="right"/>
      </w:pPr>
      <w:r>
        <w:t>Desire سے decision نہ لینا۔</w:t>
      </w:r>
    </w:p>
    <w:p>
      <w:r>
        <w:rPr>
          <w:b/>
        </w:rPr>
        <w:t xml:space="preserve">[59:25] </w:t>
      </w:r>
      <w:r>
        <w:t xml:space="preserve">mehaz shoq se decision na lain. </w:t>
      </w:r>
    </w:p>
    <w:p>
      <w:pPr>
        <w:jc w:val="right"/>
      </w:pPr>
      <w:r>
        <w:t>محض شوق سے decision نہ لینا۔</w:t>
      </w:r>
    </w:p>
    <w:p>
      <w:r>
        <w:rPr>
          <w:b/>
        </w:rPr>
        <w:t xml:space="preserve">[59:29] </w:t>
      </w:r>
      <w:r>
        <w:t xml:space="preserve">aik shoq hai, aik desire hai, aik hamari aik ambition hai isi ko le kar aap dor parain. aisa nahi. </w:t>
      </w:r>
    </w:p>
    <w:p>
      <w:pPr>
        <w:jc w:val="right"/>
      </w:pPr>
      <w:r>
        <w:t>ایک شوق ہے، ایک desire ہے، ایک ہماری ایک ambition ہے اسی کو لے کر آپ دوڑ پڑیں۔ ایسا نہیں۔</w:t>
      </w:r>
    </w:p>
    <w:p>
      <w:r>
        <w:rPr>
          <w:b/>
        </w:rPr>
        <w:t xml:space="preserve">[59:34] </w:t>
      </w:r>
      <w:r>
        <w:t>yaani realities ko dekh kar ke aap decision lein. to phir aap kabhi fail nahi honge inshallah. to main yahi kahunga ke zindagi naam hai management ka. zindagi naam hai management ka. life means life management. manage karna seekhiye. you have to know the art of life management. zindagi ke har ma</w:t>
      </w:r>
    </w:p>
    <w:p>
      <w:pPr>
        <w:jc w:val="right"/>
      </w:pPr>
      <w:r>
        <w:t>یعنی realities کو دیکھ کر کے آپ decision لیں۔ تو پھر آپ کبھی fail نہیں ہوں گے انشاءاللہ۔ تو میں یہی کہوں گا کہ زندگی نام ہے management کا۔ زندگی نام ہے management کا۔ Life means life management۔ Manage کرنا سیکھیے۔ You have to know the art of life management۔ زندگی کے ہر مع</w:t>
      </w:r>
    </w:p>
    <w:p>
      <w:r>
        <w:rPr>
          <w:b/>
        </w:rPr>
        <w:t xml:space="preserve">[1:00:04] </w:t>
      </w:r>
      <w:r>
        <w:t xml:space="preserve">amlay ko manage karna seekhiye. </w:t>
      </w:r>
    </w:p>
    <w:p>
      <w:pPr>
        <w:jc w:val="right"/>
      </w:pPr>
      <w:r>
        <w:t>املے کو manage کرنا سیکھیے۔</w:t>
      </w:r>
    </w:p>
    <w:p>
      <w:r>
        <w:rPr>
          <w:b/>
        </w:rPr>
        <w:t xml:space="preserve">[1:00:08] </w:t>
      </w:r>
      <w:r>
        <w:t xml:space="preserve">apni aql ko istemal kijiyey. </w:t>
      </w:r>
    </w:p>
    <w:p>
      <w:pPr>
        <w:jc w:val="right"/>
      </w:pPr>
      <w:r>
        <w:t>اپنی عقل کو استعمال کیجیے۔</w:t>
      </w:r>
    </w:p>
    <w:p>
      <w:r>
        <w:rPr>
          <w:b/>
        </w:rPr>
        <w:t xml:space="preserve">[1:00:12] </w:t>
      </w:r>
      <w:r>
        <w:t xml:space="preserve">aap insan hain, aap animal nahi hain. </w:t>
      </w:r>
    </w:p>
    <w:p>
      <w:pPr>
        <w:jc w:val="right"/>
      </w:pPr>
      <w:r>
        <w:t>آپ انسان ہیں، آپ animal نہیں ہیں۔</w:t>
      </w:r>
    </w:p>
    <w:p>
      <w:r>
        <w:rPr>
          <w:b/>
        </w:rPr>
        <w:t xml:space="preserve">[1:00:15] </w:t>
      </w:r>
      <w:r>
        <w:t xml:space="preserve">animal ko problem nahi paish atay. </w:t>
      </w:r>
    </w:p>
    <w:p>
      <w:pPr>
        <w:jc w:val="right"/>
      </w:pPr>
      <w:r>
        <w:t>Animal کو problem نہیں پیش آتے۔</w:t>
      </w:r>
    </w:p>
    <w:p>
      <w:r>
        <w:rPr>
          <w:b/>
        </w:rPr>
        <w:t xml:space="preserve">[1:00:19] </w:t>
      </w:r>
      <w:r>
        <w:t xml:space="preserve">kyunke in ki instinct jo hai in ko control kar rahi hoti hai. </w:t>
      </w:r>
    </w:p>
    <w:p>
      <w:pPr>
        <w:jc w:val="right"/>
      </w:pPr>
      <w:r>
        <w:t>کیونکہ ان کی instinct جو ہے ان کو کنٹرول کر رہی ہوتی ہے۔</w:t>
      </w:r>
    </w:p>
    <w:p>
      <w:r>
        <w:rPr>
          <w:b/>
        </w:rPr>
        <w:t xml:space="preserve">[1:00:23] </w:t>
      </w:r>
      <w:r>
        <w:t xml:space="preserve">aap ko apne mind se apne aap ko manage karna hai. </w:t>
      </w:r>
    </w:p>
    <w:p>
      <w:pPr>
        <w:jc w:val="right"/>
      </w:pPr>
      <w:r>
        <w:t>آپ کو اپنے mind سے اپنے آپ کو manage کرنا ہے۔</w:t>
      </w:r>
    </w:p>
    <w:p>
      <w:r>
        <w:rPr>
          <w:b/>
        </w:rPr>
        <w:t xml:space="preserve">[1:00:27] </w:t>
      </w:r>
      <w:r>
        <w:t xml:space="preserve">yani self management ka raaz aap ko janna hai. </w:t>
      </w:r>
    </w:p>
    <w:p>
      <w:pPr>
        <w:jc w:val="right"/>
      </w:pPr>
      <w:r>
        <w:t>یعنی self management کا راز آپ کو جاننا ہے۔</w:t>
      </w:r>
    </w:p>
    <w:p>
      <w:r>
        <w:rPr>
          <w:b/>
        </w:rPr>
        <w:t xml:space="preserve">[1:00:30] </w:t>
      </w:r>
      <w:r>
        <w:t>tab hi aap</w:t>
      </w:r>
    </w:p>
    <w:p>
      <w:pPr>
        <w:jc w:val="right"/>
      </w:pPr>
      <w:r>
        <w:t>تب ہی آپ</w:t>
      </w:r>
    </w:p>
    <w:p>
      <w:r>
        <w:rPr>
          <w:b/>
        </w:rPr>
        <w:t xml:space="preserve">[1:00:34] </w:t>
      </w:r>
      <w:r>
        <w:t xml:space="preserve">tension se bach jayen gay. </w:t>
      </w:r>
    </w:p>
    <w:p>
      <w:pPr>
        <w:jc w:val="right"/>
      </w:pPr>
      <w:r>
        <w:t>tension سے بچ جائیں گے۔</w:t>
      </w:r>
    </w:p>
    <w:p>
      <w:r>
        <w:rPr>
          <w:b/>
        </w:rPr>
        <w:t xml:space="preserve">[1:00:39] </w:t>
      </w:r>
      <w:r>
        <w:t xml:space="preserve">stress se bach jayen gay. </w:t>
      </w:r>
    </w:p>
    <w:p>
      <w:pPr>
        <w:jc w:val="right"/>
      </w:pPr>
      <w:r>
        <w:t>Stress سے بچ جائیں گے۔</w:t>
      </w:r>
    </w:p>
    <w:p>
      <w:r>
        <w:rPr>
          <w:b/>
        </w:rPr>
        <w:t xml:space="preserve">[1:00:43] </w:t>
      </w:r>
      <w:r>
        <w:t xml:space="preserve">aur unnecessary loss se bach jayen gay. </w:t>
      </w:r>
    </w:p>
    <w:p>
      <w:pPr>
        <w:jc w:val="right"/>
      </w:pPr>
      <w:r>
        <w:t>اور unnecessary loss سے بچ جائیں گے۔</w:t>
      </w:r>
    </w:p>
    <w:p>
      <w:r>
        <w:rPr>
          <w:b/>
        </w:rPr>
        <w:t xml:space="preserve">[1:00:47] </w:t>
      </w:r>
      <w:r>
        <w:t xml:space="preserve">is se bach jayen gay aap. </w:t>
      </w:r>
    </w:p>
    <w:p>
      <w:pPr>
        <w:jc w:val="right"/>
      </w:pPr>
      <w:r>
        <w:t>اس سے بچ جائیں گے آپ۔</w:t>
      </w:r>
    </w:p>
    <w:p>
      <w:r>
        <w:rPr>
          <w:b/>
        </w:rPr>
        <w:t xml:space="preserve">[1:00:52] </w:t>
      </w:r>
      <w:r>
        <w:t xml:space="preserve">to har maamlay mein sochna seekhiye, manage karna seekhiye aur inshallah aap kamyab hon gay. </w:t>
      </w:r>
    </w:p>
    <w:p>
      <w:pPr>
        <w:jc w:val="right"/>
      </w:pPr>
      <w:r>
        <w:t>تو ہر معاملے میں سوچنا سیکھیے، manage کرنا سیکھیے اور انشاءاللہ آپ کامیاب ہوں گے۔</w:t>
      </w:r>
    </w:p>
    <w:p>
      <w:r>
        <w:rPr>
          <w:b/>
        </w:rPr>
        <w:t xml:space="preserve">[1:00:56] </w:t>
      </w:r>
      <w:r>
        <w:t xml:space="preserve">dunya banai gayi hai isi liye ke aap yahan kamyabi hasil karain. </w:t>
      </w:r>
    </w:p>
    <w:p>
      <w:pPr>
        <w:jc w:val="right"/>
      </w:pPr>
      <w:r>
        <w:t>دنیا بنائی گئی ہے اسی لیے کہ آپ یہاں کامیابی حاصل کریں۔</w:t>
      </w:r>
    </w:p>
    <w:p>
      <w:r>
        <w:rPr>
          <w:b/>
        </w:rPr>
        <w:t xml:space="preserve">[1:01:00] </w:t>
      </w:r>
      <w:r>
        <w:t>aqool qooli haza</w:t>
      </w:r>
    </w:p>
    <w:p>
      <w:pPr>
        <w:jc w:val="right"/>
      </w:pPr>
      <w:r>
        <w:t>أقول قولي هذا</w:t>
      </w:r>
    </w:p>
    <w:p>
      <w:r>
        <w:rPr>
          <w:b/>
        </w:rPr>
        <w:t xml:space="preserve">[1:01:05] </w:t>
      </w:r>
      <w:r>
        <w:t>wastaghfirullaha li walakum ajmaeen.</w:t>
      </w:r>
    </w:p>
    <w:p>
      <w:pPr>
        <w:jc w:val="right"/>
      </w:pPr>
      <w:r>
        <w:t>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