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About De-Conditioning | April 06, 2008 | Maulana Wahiduddin Khan</w:t>
      </w:r>
    </w:p>
    <w:p>
      <w:r>
        <w:t>https://www.youtube.com/watch?v=ltg0EF3eK0E</w:t>
      </w:r>
    </w:p>
    <w:p>
      <w:r>
        <w:rPr>
          <w:b/>
        </w:rPr>
        <w:t xml:space="preserve">[00:13] </w:t>
      </w:r>
      <w:r>
        <w:t xml:space="preserve">bismillah rahman rahim, wa salallahu ala nabiyil karim. </w:t>
      </w:r>
    </w:p>
    <w:p>
      <w:pPr>
        <w:jc w:val="right"/>
      </w:pPr>
      <w:r>
        <w:t>بسم اللہ الرحمن الرحیم، وصلی اللہ علی النبی الکریم۔</w:t>
      </w:r>
    </w:p>
    <w:p>
      <w:r>
        <w:rPr>
          <w:b/>
        </w:rPr>
        <w:t xml:space="preserve">[00:24] </w:t>
      </w:r>
      <w:r>
        <w:t xml:space="preserve">rab ishrah li sadri, wa yassir li amri, wah lul uqdatan min lisani, yafqahu qooli. </w:t>
      </w:r>
    </w:p>
    <w:p>
      <w:pPr>
        <w:jc w:val="right"/>
      </w:pPr>
      <w:r>
        <w:t>رب اشرح لی صدری، ویسر لی امری، واحل العقدۃ من لسانی، یفقہ قولی۔</w:t>
      </w:r>
    </w:p>
    <w:p>
      <w:r>
        <w:rPr>
          <w:b/>
        </w:rPr>
        <w:t xml:space="preserve">[00:34] </w:t>
      </w:r>
      <w:r>
        <w:t>aaj ki jo talk hai is ka subject hai</w:t>
      </w:r>
    </w:p>
    <w:p>
      <w:pPr>
        <w:jc w:val="right"/>
      </w:pPr>
      <w:r>
        <w:t>آج کی جو ٹاک ہے اس کا سبجیکٹ ہے</w:t>
      </w:r>
    </w:p>
    <w:p>
      <w:r>
        <w:rPr>
          <w:b/>
        </w:rPr>
        <w:t xml:space="preserve">[00:44] </w:t>
      </w:r>
      <w:r>
        <w:t xml:space="preserve">about deconditioning. </w:t>
      </w:r>
    </w:p>
    <w:p>
      <w:pPr>
        <w:jc w:val="right"/>
      </w:pPr>
      <w:r>
        <w:t>About Deconditioning۔</w:t>
      </w:r>
    </w:p>
    <w:p>
      <w:r>
        <w:rPr>
          <w:b/>
        </w:rPr>
        <w:t xml:space="preserve">[00:49] </w:t>
      </w:r>
      <w:r>
        <w:t xml:space="preserve">deconditioning ke baray mein. </w:t>
      </w:r>
    </w:p>
    <w:p>
      <w:pPr>
        <w:jc w:val="right"/>
      </w:pPr>
      <w:r>
        <w:t>Deconditioning کے بارے میں۔</w:t>
      </w:r>
    </w:p>
    <w:p>
      <w:r>
        <w:rPr>
          <w:b/>
        </w:rPr>
        <w:t xml:space="preserve">[00:54] </w:t>
      </w:r>
      <w:r>
        <w:t xml:space="preserve">kal mujhe aik experience hua. </w:t>
      </w:r>
    </w:p>
    <w:p>
      <w:pPr>
        <w:jc w:val="right"/>
      </w:pPr>
      <w:r>
        <w:t>کل مجھے ایک ایکسپیرئینس ہوا۔</w:t>
      </w:r>
    </w:p>
    <w:p>
      <w:r>
        <w:rPr>
          <w:b/>
        </w:rPr>
        <w:t xml:space="preserve">[00:59] </w:t>
      </w:r>
      <w:r>
        <w:t xml:space="preserve">kal yahan hamara aik program tha india international center mein, is ke annexy mein. </w:t>
      </w:r>
    </w:p>
    <w:p>
      <w:pPr>
        <w:jc w:val="right"/>
      </w:pPr>
      <w:r>
        <w:t>کل یہاں ہمارا ایک پروگرام تھا انڈیا انٹرنیشنل سینٹر میں، اس کے Annexy میں۔</w:t>
      </w:r>
    </w:p>
    <w:p>
      <w:r>
        <w:rPr>
          <w:b/>
        </w:rPr>
        <w:t xml:space="preserve">[01:04] </w:t>
      </w:r>
      <w:r>
        <w:t xml:space="preserve">to bohat kaafi log aaye thay. </w:t>
      </w:r>
    </w:p>
    <w:p>
      <w:pPr>
        <w:jc w:val="right"/>
      </w:pPr>
      <w:r>
        <w:t>تو بہت کافی لوگ آئے تھے۔</w:t>
      </w:r>
    </w:p>
    <w:p>
      <w:r>
        <w:rPr>
          <w:b/>
        </w:rPr>
        <w:t xml:space="preserve">[01:09] </w:t>
      </w:r>
      <w:r>
        <w:t>logon ne bohat dhiyan se</w:t>
      </w:r>
    </w:p>
    <w:p>
      <w:pPr>
        <w:jc w:val="right"/>
      </w:pPr>
      <w:r>
        <w:t>لوگوں نے بہت دھیان سے</w:t>
      </w:r>
    </w:p>
    <w:p>
      <w:r>
        <w:rPr>
          <w:b/>
        </w:rPr>
        <w:t xml:space="preserve">[01:14] </w:t>
      </w:r>
      <w:r>
        <w:t>suna aur sabhi ne appreciate kiya.</w:t>
      </w:r>
    </w:p>
    <w:p>
      <w:pPr>
        <w:jc w:val="right"/>
      </w:pPr>
      <w:r>
        <w:t>سنا اور سبھی نے Appreciate کیا۔</w:t>
      </w:r>
    </w:p>
    <w:p>
      <w:r>
        <w:rPr>
          <w:b/>
        </w:rPr>
        <w:t xml:space="preserve">[01:22] </w:t>
      </w:r>
      <w:r>
        <w:t>ek aadmi jo ziyada umar ke thay, ghaliban about seventy, to unhon ne kuch zor zor se bolna shuru kiya.</w:t>
      </w:r>
    </w:p>
    <w:p>
      <w:pPr>
        <w:jc w:val="right"/>
      </w:pPr>
      <w:r>
        <w:t>ایک آدمی جو زیادہ عمر کے تھے، غالباً About seventy، تو انہوں نے کچھ زور زور سے بولنا شروع کیا۔</w:t>
      </w:r>
    </w:p>
    <w:p>
      <w:r>
        <w:rPr>
          <w:b/>
        </w:rPr>
        <w:t xml:space="preserve">[01:29] </w:t>
      </w:r>
      <w:r>
        <w:t>unhon ne kaha ke aap kehte hain ke Islam jo hai religion of peace hai, magar hum to</w:t>
      </w:r>
    </w:p>
    <w:p>
      <w:pPr>
        <w:jc w:val="right"/>
      </w:pPr>
      <w:r>
        <w:t>انہوں نے کہا کہ آپ کہتے ہیں کہ اسلام جو ہے Religion of Peace ہے، مگر ہم تو</w:t>
      </w:r>
    </w:p>
    <w:p>
      <w:r>
        <w:rPr>
          <w:b/>
        </w:rPr>
        <w:t xml:space="preserve">[01:37] </w:t>
      </w:r>
      <w:r>
        <w:t>yeh jante hain ke Islam religion of sword hai. bohat</w:t>
      </w:r>
    </w:p>
    <w:p>
      <w:pPr>
        <w:jc w:val="right"/>
      </w:pPr>
      <w:r>
        <w:t>یہ جانتے ہیں کہ اسلام Religion of Sword ہے۔ بہت</w:t>
      </w:r>
    </w:p>
    <w:p>
      <w:r>
        <w:rPr>
          <w:b/>
        </w:rPr>
        <w:t xml:space="preserve">[01:45] </w:t>
      </w:r>
      <w:r>
        <w:t>zor zor se yeh kehne lage ke religion of sword.</w:t>
      </w:r>
    </w:p>
    <w:p>
      <w:pPr>
        <w:jc w:val="right"/>
      </w:pPr>
      <w:r>
        <w:t>زور زور سے یہ کہنے لگے کہ Religion of Sword۔</w:t>
      </w:r>
    </w:p>
    <w:p>
      <w:r>
        <w:rPr>
          <w:b/>
        </w:rPr>
        <w:t xml:space="preserve">[01:48] </w:t>
      </w:r>
      <w:r>
        <w:t>to mera mizaj yeh hai ke main disturb nahin hota.</w:t>
      </w:r>
    </w:p>
    <w:p>
      <w:pPr>
        <w:jc w:val="right"/>
      </w:pPr>
      <w:r>
        <w:t>تو میرا مزاج یہ ہے کہ میں Disturb نہیں ہوتا۔</w:t>
      </w:r>
    </w:p>
    <w:p>
      <w:r>
        <w:rPr>
          <w:b/>
        </w:rPr>
        <w:t xml:space="preserve">[01:52] </w:t>
      </w:r>
      <w:r>
        <w:t>sochta hoon ke aadmi aisa kyun bol raha hai.</w:t>
      </w:r>
    </w:p>
    <w:p>
      <w:pPr>
        <w:jc w:val="right"/>
      </w:pPr>
      <w:r>
        <w:t>سوچتا ہوں کہ آدمی ایسا کیوں بول رہا ہے۔</w:t>
      </w:r>
    </w:p>
    <w:p>
      <w:r>
        <w:rPr>
          <w:b/>
        </w:rPr>
        <w:t xml:space="preserve">[01:56] </w:t>
      </w:r>
      <w:r>
        <w:t>jabke wahan doosre bohat se log thay, un ko bohat acha maloom hua jo hum ne pesh kiya</w:t>
      </w:r>
    </w:p>
    <w:p>
      <w:pPr>
        <w:jc w:val="right"/>
      </w:pPr>
      <w:r>
        <w:t>جبکہ وہاں دوسرے بہت سے لوگ تھے، ان کو بہت اچھا معلوم ہوا جو ہم نے پیش کیا</w:t>
      </w:r>
    </w:p>
    <w:p>
      <w:r>
        <w:rPr>
          <w:b/>
        </w:rPr>
        <w:t xml:space="preserve">[02:00] </w:t>
      </w:r>
      <w:r>
        <w:t>un ke samne.</w:t>
      </w:r>
    </w:p>
    <w:p>
      <w:pPr>
        <w:jc w:val="right"/>
      </w:pPr>
      <w:r>
        <w:t>ان کے سامنے۔</w:t>
      </w:r>
    </w:p>
    <w:p>
      <w:r>
        <w:rPr>
          <w:b/>
        </w:rPr>
        <w:t xml:space="preserve">[02:03] </w:t>
      </w:r>
      <w:r>
        <w:t>to phir wahan se wapas aa kar main radio khola.</w:t>
      </w:r>
    </w:p>
    <w:p>
      <w:pPr>
        <w:jc w:val="right"/>
      </w:pPr>
      <w:r>
        <w:t>تو پھر وہاں سے واپس آ کر میں ریڈیو کھولا۔</w:t>
      </w:r>
    </w:p>
    <w:p>
      <w:r>
        <w:rPr>
          <w:b/>
        </w:rPr>
        <w:t xml:space="preserve">[02:07] </w:t>
      </w:r>
      <w:r>
        <w:t>main aam taur par radio sunta hoon.</w:t>
      </w:r>
    </w:p>
    <w:p>
      <w:pPr>
        <w:jc w:val="right"/>
      </w:pPr>
      <w:r>
        <w:t>میں عام طور پر ریڈیو سنتا ہوں۔</w:t>
      </w:r>
    </w:p>
    <w:p>
      <w:r>
        <w:rPr>
          <w:b/>
        </w:rPr>
        <w:t xml:space="preserve">[02:11] </w:t>
      </w:r>
      <w:r>
        <w:t>to radio mein</w:t>
      </w:r>
    </w:p>
    <w:p>
      <w:pPr>
        <w:jc w:val="right"/>
      </w:pPr>
      <w:r>
        <w:t>تو ریڈیو میں</w:t>
      </w:r>
    </w:p>
    <w:p>
      <w:r>
        <w:rPr>
          <w:b/>
        </w:rPr>
        <w:t xml:space="preserve">[02:15] </w:t>
      </w:r>
      <w:r>
        <w:t>ek talk aa rahi thi.</w:t>
      </w:r>
    </w:p>
    <w:p>
      <w:pPr>
        <w:jc w:val="right"/>
      </w:pPr>
      <w:r>
        <w:t>ایک ٹاک آ رہی تھی۔</w:t>
      </w:r>
    </w:p>
    <w:p>
      <w:r>
        <w:rPr>
          <w:b/>
        </w:rPr>
        <w:t xml:space="preserve">[02:19] </w:t>
      </w:r>
      <w:r>
        <w:t>wo tha youths ke liye job.</w:t>
      </w:r>
    </w:p>
    <w:p>
      <w:pPr>
        <w:jc w:val="right"/>
      </w:pPr>
      <w:r>
        <w:t>وہ تھا Youths کے لیے جاب۔</w:t>
      </w:r>
    </w:p>
    <w:p>
      <w:r>
        <w:rPr>
          <w:b/>
        </w:rPr>
        <w:t xml:space="preserve">[02:22] </w:t>
      </w:r>
      <w:r>
        <w:t>aaj kal jo youth hain un ke liye job.</w:t>
      </w:r>
    </w:p>
    <w:p>
      <w:pPr>
        <w:jc w:val="right"/>
      </w:pPr>
      <w:r>
        <w:t>آج کل جو Youth ہیں ان کے لیے جاب۔</w:t>
      </w:r>
    </w:p>
    <w:p>
      <w:r>
        <w:rPr>
          <w:b/>
        </w:rPr>
        <w:t xml:space="preserve">[02:26] </w:t>
      </w:r>
      <w:r>
        <w:t>to ek expert koi bol raha tha.</w:t>
      </w:r>
    </w:p>
    <w:p>
      <w:pPr>
        <w:jc w:val="right"/>
      </w:pPr>
      <w:r>
        <w:t>تو ایک Expert کوئی بول رہا تھا۔</w:t>
      </w:r>
    </w:p>
    <w:p>
      <w:r>
        <w:rPr>
          <w:b/>
        </w:rPr>
        <w:t xml:space="preserve">[02:30] </w:t>
      </w:r>
      <w:r>
        <w:t>to wo bata raha tha ke is zamane mein sab se ziyada importance hai professionalism ki aur skill</w:t>
      </w:r>
    </w:p>
    <w:p>
      <w:pPr>
        <w:jc w:val="right"/>
      </w:pPr>
      <w:r>
        <w:t>تو وہ بتا رہا تھا کہ اس زمانے میں سب سے زیادہ Importance ہے Professionalism کی اور Skill</w:t>
      </w:r>
    </w:p>
    <w:p>
      <w:r>
        <w:rPr>
          <w:b/>
        </w:rPr>
        <w:t xml:space="preserve">[02:34] </w:t>
      </w:r>
      <w:r>
        <w:t>ki, expertise ki.</w:t>
      </w:r>
    </w:p>
    <w:p>
      <w:pPr>
        <w:jc w:val="right"/>
      </w:pPr>
      <w:r>
        <w:t>کی، Expertise کی۔</w:t>
      </w:r>
    </w:p>
    <w:p>
      <w:r>
        <w:rPr>
          <w:b/>
        </w:rPr>
        <w:t xml:space="preserve">[02:38] </w:t>
      </w:r>
      <w:r>
        <w:t>yeh bata raha tha wo.</w:t>
      </w:r>
    </w:p>
    <w:p>
      <w:pPr>
        <w:jc w:val="right"/>
      </w:pPr>
      <w:r>
        <w:t>یہ بتا رہا تھا وہ۔</w:t>
      </w:r>
    </w:p>
    <w:p>
      <w:r>
        <w:rPr>
          <w:b/>
        </w:rPr>
        <w:t xml:space="preserve">[02:42] </w:t>
      </w:r>
      <w:r>
        <w:t>to isi mein is ne kaha</w:t>
      </w:r>
    </w:p>
    <w:p>
      <w:pPr>
        <w:jc w:val="right"/>
      </w:pPr>
      <w:r>
        <w:t>تو اسی میں اس نے کہا</w:t>
      </w:r>
    </w:p>
    <w:p>
      <w:r>
        <w:rPr>
          <w:b/>
        </w:rPr>
        <w:t xml:space="preserve">[02:46] </w:t>
      </w:r>
      <w:r>
        <w:t>ke our world is a world of skilled manpower.</w:t>
      </w:r>
    </w:p>
    <w:p>
      <w:pPr>
        <w:jc w:val="right"/>
      </w:pPr>
      <w:r>
        <w:t>کہ Our world is a world of Skilled Manpower۔</w:t>
      </w:r>
    </w:p>
    <w:p>
      <w:r>
        <w:rPr>
          <w:b/>
        </w:rPr>
        <w:t xml:space="preserve">[02:53] </w:t>
      </w:r>
      <w:r>
        <w:t>hamari jo duniya hai yeh, yani mahir logon ki duniya hai.</w:t>
      </w:r>
    </w:p>
    <w:p>
      <w:pPr>
        <w:jc w:val="right"/>
      </w:pPr>
      <w:r>
        <w:t>ہماری جو دنیا ہے یہ، یعنی ماہر لوگوں کی دنیا ہے۔</w:t>
      </w:r>
    </w:p>
    <w:p>
      <w:r>
        <w:rPr>
          <w:b/>
        </w:rPr>
        <w:t xml:space="preserve">[03:01] </w:t>
      </w:r>
      <w:r>
        <w:t>aise youth jo expert hon kisi cheez mein to un ko foran job mile ga.</w:t>
      </w:r>
    </w:p>
    <w:p>
      <w:pPr>
        <w:jc w:val="right"/>
      </w:pPr>
      <w:r>
        <w:t>ایسے Youth جو Expert ہوں کسی چیز میں تو ان کو فوراً جاب ملے گا۔</w:t>
      </w:r>
    </w:p>
    <w:p>
      <w:r>
        <w:rPr>
          <w:b/>
        </w:rPr>
        <w:t xml:space="preserve">[03:09] </w:t>
      </w:r>
      <w:r>
        <w:t>to mujhe is mein ek clue mila sochne ka.</w:t>
      </w:r>
    </w:p>
    <w:p>
      <w:pPr>
        <w:jc w:val="right"/>
      </w:pPr>
      <w:r>
        <w:t>تو مجھے اس میں ایک کلوب ملا سوچنے کا۔</w:t>
      </w:r>
    </w:p>
    <w:p>
      <w:r>
        <w:rPr>
          <w:b/>
        </w:rPr>
        <w:t xml:space="preserve">[03:17] </w:t>
      </w:r>
      <w:r>
        <w:t>keh kyon aaj ka jo Youth hai is qism ka Negative Reaction nahi dikhata hamari Speeches mein.</w:t>
      </w:r>
    </w:p>
    <w:p>
      <w:pPr>
        <w:jc w:val="right"/>
      </w:pPr>
      <w:r>
        <w:t>کہ کیوں آج کا جو Youth ہے اس قسم کا Negative Reaction نہیں دکھاتا ہماری Speeches میں۔</w:t>
      </w:r>
    </w:p>
    <w:p>
      <w:r>
        <w:rPr>
          <w:b/>
        </w:rPr>
        <w:t xml:space="preserve">[03:23] </w:t>
      </w:r>
      <w:r>
        <w:t>halankeh hum bar bar bolay hain, bohat Youth wahan par hotay hain.</w:t>
      </w:r>
    </w:p>
    <w:p>
      <w:pPr>
        <w:jc w:val="right"/>
      </w:pPr>
      <w:r>
        <w:t>حالانکہ ہم بار بار بولے ہیں، بہت Youth وہاں پر ہوتے ہیں۔</w:t>
      </w:r>
    </w:p>
    <w:p>
      <w:r>
        <w:rPr>
          <w:b/>
        </w:rPr>
        <w:t xml:space="preserve">[03:29] </w:t>
      </w:r>
      <w:r>
        <w:t>to aik aisa aadmi jo adheer umar ka tha, isi ne kyon aisa ghussa dikhaya.</w:t>
      </w:r>
    </w:p>
    <w:p>
      <w:pPr>
        <w:jc w:val="right"/>
      </w:pPr>
      <w:r>
        <w:t>تو ایک ایسا آدمی جو ادھیڑ عمر کا تھا، اسی نے کیوں ایسا غصہ دکھایا۔</w:t>
      </w:r>
    </w:p>
    <w:p>
      <w:r>
        <w:rPr>
          <w:b/>
        </w:rPr>
        <w:t xml:space="preserve">[03:35] </w:t>
      </w:r>
      <w:r>
        <w:t>to mujhe yaad aaya keh nineteen forty-seven ke aas paas aik Publication ka idara khula tha jis ka</w:t>
      </w:r>
    </w:p>
    <w:p>
      <w:pPr>
        <w:jc w:val="right"/>
      </w:pPr>
      <w:r>
        <w:t>تو مجھے یاد آیا کہ nineteen forty-seven کے آس پاس ایک Publication کا ادارہ کھلا تھا جس کا</w:t>
      </w:r>
    </w:p>
    <w:p>
      <w:r>
        <w:rPr>
          <w:b/>
        </w:rPr>
        <w:t xml:space="preserve">[03:41] </w:t>
      </w:r>
      <w:r>
        <w:t>naam tha Voice of India.</w:t>
      </w:r>
    </w:p>
    <w:p>
      <w:pPr>
        <w:jc w:val="right"/>
      </w:pPr>
      <w:r>
        <w:t>نام تھا Voice of India۔</w:t>
      </w:r>
    </w:p>
    <w:p>
      <w:r>
        <w:rPr>
          <w:b/>
        </w:rPr>
        <w:t xml:space="preserve">[03:48] </w:t>
      </w:r>
      <w:r>
        <w:t>haqeeqat mein woh Voice of Hate tha woh.</w:t>
      </w:r>
    </w:p>
    <w:p>
      <w:pPr>
        <w:jc w:val="right"/>
      </w:pPr>
      <w:r>
        <w:t>حقیقت میں وہ Voice of Hate تھا وہ۔</w:t>
      </w:r>
    </w:p>
    <w:p>
      <w:r>
        <w:rPr>
          <w:b/>
        </w:rPr>
        <w:t xml:space="preserve">[03:53] </w:t>
      </w:r>
      <w:r>
        <w:t>wahan Book chhapte thay woh aur sab Hate se bhara hua.</w:t>
      </w:r>
    </w:p>
    <w:p>
      <w:pPr>
        <w:jc w:val="right"/>
      </w:pPr>
      <w:r>
        <w:t>وہاں Book چھاپتے تھے وہ اور سب Hate سے بھرا ہوا۔</w:t>
      </w:r>
    </w:p>
    <w:p>
      <w:r>
        <w:rPr>
          <w:b/>
        </w:rPr>
        <w:t xml:space="preserve">[03:58] </w:t>
      </w:r>
      <w:r>
        <w:t>to jo Generation is waqt thi jis ne is kitabon ko parha woh Hate se bhar gayi.</w:t>
      </w:r>
    </w:p>
    <w:p>
      <w:pPr>
        <w:jc w:val="right"/>
      </w:pPr>
      <w:r>
        <w:t>تو جو Generation اس وقت تھی جس نے اس کتابوں کو پڑھا وہ Hate سے بھر گئی۔</w:t>
      </w:r>
    </w:p>
    <w:p>
      <w:r>
        <w:rPr>
          <w:b/>
        </w:rPr>
        <w:t xml:space="preserve">[04:03] </w:t>
      </w:r>
      <w:r>
        <w:t>ab woh ab woh nahi hai woh Voice of India ab kahin nahi hai, woh khatam ho gaya.</w:t>
      </w:r>
    </w:p>
    <w:p>
      <w:pPr>
        <w:jc w:val="right"/>
      </w:pPr>
      <w:r>
        <w:t>اب وہ اب وہ نہیں ہے وہ Voice of India اب کہیں نہیں ہے، وہ ختم ہو گیا۔</w:t>
      </w:r>
    </w:p>
    <w:p>
      <w:r>
        <w:rPr>
          <w:b/>
        </w:rPr>
        <w:t xml:space="preserve">[04:08] </w:t>
      </w:r>
      <w:r>
        <w:t>is waqt tha woh nineteen forty-seven ke aas paas ke zamanay mein.</w:t>
      </w:r>
    </w:p>
    <w:p>
      <w:pPr>
        <w:jc w:val="right"/>
      </w:pPr>
      <w:r>
        <w:t>اس وقت تھا وہ nineteen forty-seven کے آس پاس کے زمانے میں۔</w:t>
      </w:r>
    </w:p>
    <w:p>
      <w:r>
        <w:rPr>
          <w:b/>
        </w:rPr>
        <w:t xml:space="preserve">[04:13] </w:t>
      </w:r>
      <w:r>
        <w:t>to is mein sab aisi kitabein chapti theen</w:t>
      </w:r>
    </w:p>
    <w:p>
      <w:pPr>
        <w:jc w:val="right"/>
      </w:pPr>
      <w:r>
        <w:t>تو اس میں سب ایسی کتابیں چھپتی تھیں</w:t>
      </w:r>
    </w:p>
    <w:p>
      <w:r>
        <w:rPr>
          <w:b/>
        </w:rPr>
        <w:t xml:space="preserve">[04:18] </w:t>
      </w:r>
      <w:r>
        <w:t>jis mein Hate ke Dose diye aatay thay.</w:t>
      </w:r>
    </w:p>
    <w:p>
      <w:pPr>
        <w:jc w:val="right"/>
      </w:pPr>
      <w:r>
        <w:t>جس میں Hate کے Dose دیے آتے تھے۔</w:t>
      </w:r>
    </w:p>
    <w:p>
      <w:r>
        <w:rPr>
          <w:b/>
        </w:rPr>
        <w:t xml:space="preserve">[04:23] </w:t>
      </w:r>
      <w:r>
        <w:t>to is zamanay mein jin logon ne parha, is mein jiye, is Environment mein to woh un ke</w:t>
      </w:r>
    </w:p>
    <w:p>
      <w:pPr>
        <w:jc w:val="right"/>
      </w:pPr>
      <w:r>
        <w:t>تو اس زمانے میں جن لوگوں نے پڑھا، اس میں جیے، اس Environment میں تو وہ ان کے</w:t>
      </w:r>
    </w:p>
    <w:p>
      <w:r>
        <w:rPr>
          <w:b/>
        </w:rPr>
        <w:t xml:space="preserve">[04:28] </w:t>
      </w:r>
      <w:r>
        <w:t>dil Hate se bhar gaye.</w:t>
      </w:r>
    </w:p>
    <w:p>
      <w:pPr>
        <w:jc w:val="right"/>
      </w:pPr>
      <w:r>
        <w:t>دل Hate سے بھر گئے۔</w:t>
      </w:r>
    </w:p>
    <w:p>
      <w:r>
        <w:rPr>
          <w:b/>
        </w:rPr>
        <w:t xml:space="preserve">[04:33] </w:t>
      </w:r>
      <w:r>
        <w:t>انہی کا یہ سوچنا ہے کہ اسلام is a Religion of Sword.</w:t>
      </w:r>
    </w:p>
    <w:p>
      <w:pPr>
        <w:jc w:val="right"/>
      </w:pPr>
      <w:r>
        <w:t>انہی کا یہ سوچنا ہے کہ اسلام is a Religion of Sword۔</w:t>
      </w:r>
    </w:p>
    <w:p>
      <w:r>
        <w:rPr>
          <w:b/>
        </w:rPr>
        <w:t xml:space="preserve">[04:38] </w:t>
      </w:r>
      <w:r>
        <w:t>aaj jo naujawan hai us ko is se koi lena dena nahi hai.</w:t>
      </w:r>
    </w:p>
    <w:p>
      <w:pPr>
        <w:jc w:val="right"/>
      </w:pPr>
      <w:r>
        <w:t>آج جو نوجوان ہے اس کو اس سے کوئی لینا دینا نہیں ہے۔</w:t>
      </w:r>
    </w:p>
    <w:p>
      <w:r>
        <w:rPr>
          <w:b/>
        </w:rPr>
        <w:t xml:space="preserve">[04:43] </w:t>
      </w:r>
      <w:r>
        <w:t>woh to apnay ko aaj kal jo job hai, us mein</w:t>
      </w:r>
    </w:p>
    <w:p>
      <w:pPr>
        <w:jc w:val="right"/>
      </w:pPr>
      <w:r>
        <w:t>وہ تو اپنے کو آج کل جو جاب ہے، اس میں</w:t>
      </w:r>
    </w:p>
    <w:p>
      <w:r>
        <w:rPr>
          <w:b/>
        </w:rPr>
        <w:t xml:space="preserve">[04:48] </w:t>
      </w:r>
      <w:r>
        <w:t>Salary milti hai aap jantay hain.</w:t>
      </w:r>
    </w:p>
    <w:p>
      <w:pPr>
        <w:jc w:val="right"/>
      </w:pPr>
      <w:r>
        <w:t>Salary ملتی ہے آپ جانتے ہیں۔</w:t>
      </w:r>
    </w:p>
    <w:p>
      <w:r>
        <w:rPr>
          <w:b/>
        </w:rPr>
        <w:t xml:space="preserve">[04:52] </w:t>
      </w:r>
      <w:r>
        <w:t>khaas tor par jab se Multi-nationals aaye hain, us ki taraf dor raha hai.</w:t>
      </w:r>
    </w:p>
    <w:p>
      <w:pPr>
        <w:jc w:val="right"/>
      </w:pPr>
      <w:r>
        <w:t>خاص طور پر جب سے Multi-nationals آئے ہیں، اس کی طرف دوڑ رہا ہے۔</w:t>
      </w:r>
    </w:p>
    <w:p>
      <w:r>
        <w:rPr>
          <w:b/>
        </w:rPr>
        <w:t xml:space="preserve">[04:57] </w:t>
      </w:r>
      <w:r>
        <w:t>ab har naujawan ka jo Target hai woh Money hai.</w:t>
      </w:r>
    </w:p>
    <w:p>
      <w:pPr>
        <w:jc w:val="right"/>
      </w:pPr>
      <w:r>
        <w:t>اب ہر نوجوان کا جو Target ہے وہ Money ہے۔</w:t>
      </w:r>
    </w:p>
    <w:p>
      <w:r>
        <w:rPr>
          <w:b/>
        </w:rPr>
        <w:t xml:space="preserve">[05:01] </w:t>
      </w:r>
      <w:r>
        <w:t>is waqt jo Target tha logon ka woh tha Correction of Historical Wrongs.</w:t>
      </w:r>
    </w:p>
    <w:p>
      <w:pPr>
        <w:jc w:val="right"/>
      </w:pPr>
      <w:r>
        <w:t>اس وقت جو Target تھا لوگوں کا وہ تھا Correction of Historical Wrongs۔</w:t>
      </w:r>
    </w:p>
    <w:p>
      <w:r>
        <w:rPr>
          <w:b/>
        </w:rPr>
        <w:t xml:space="preserve">[05:05] </w:t>
      </w:r>
      <w:r>
        <w:t>is waqt to boltay thay woh log keh humein Historical Wrongs ko Correct karna hai.</w:t>
      </w:r>
    </w:p>
    <w:p>
      <w:pPr>
        <w:jc w:val="right"/>
      </w:pPr>
      <w:r>
        <w:t>اس وقت تو بولتے تھے وہ لوگ کہ ہمیں Historical Wrongs کو Correct کرنا ہے۔</w:t>
      </w:r>
    </w:p>
    <w:p>
      <w:r>
        <w:rPr>
          <w:b/>
        </w:rPr>
        <w:t xml:space="preserve">[05:10] </w:t>
      </w:r>
      <w:r>
        <w:t>ab kaun poochta hai us ko? koi kisi ko dilchaspi nahi hai keh Historical Wrongs ko Correct karein</w:t>
      </w:r>
    </w:p>
    <w:p>
      <w:pPr>
        <w:jc w:val="right"/>
      </w:pPr>
      <w:r>
        <w:t>اب کون پوچھتا ہے اس کو؟ کوئی کسی کو دلچسپی نہیں ہے کہ Historical Wrongs کو Correct کریں</w:t>
      </w:r>
    </w:p>
    <w:p>
      <w:r>
        <w:rPr>
          <w:b/>
        </w:rPr>
        <w:t xml:space="preserve">[05:14] </w:t>
      </w:r>
      <w:r>
        <w:t>aur yeh sab Campaign chalayein</w:t>
      </w:r>
    </w:p>
    <w:p>
      <w:pPr>
        <w:jc w:val="right"/>
      </w:pPr>
      <w:r>
        <w:t>اور یہ سب Campaign چلائیں</w:t>
      </w:r>
    </w:p>
    <w:p>
      <w:r>
        <w:rPr>
          <w:b/>
        </w:rPr>
        <w:t xml:space="preserve">[05:18] </w:t>
      </w:r>
      <w:r>
        <w:t>Hate ki.</w:t>
      </w:r>
    </w:p>
    <w:p>
      <w:pPr>
        <w:jc w:val="right"/>
      </w:pPr>
      <w:r>
        <w:t>Hate کی۔</w:t>
      </w:r>
    </w:p>
    <w:p>
      <w:r>
        <w:rPr>
          <w:b/>
        </w:rPr>
        <w:t xml:space="preserve">[05:23] </w:t>
      </w:r>
      <w:r>
        <w:t>to dekhein yeh jo Phase hai hamari Indian History ka, aisa Phase Europe mein bhi aaya tha.</w:t>
      </w:r>
    </w:p>
    <w:p>
      <w:pPr>
        <w:jc w:val="right"/>
      </w:pPr>
      <w:r>
        <w:t>تو دیکھیں یہ جو Phase ہے ہماری Indian History کا، ایسا Phase یورپ میں بھی آیا تھا۔</w:t>
      </w:r>
    </w:p>
    <w:p>
      <w:r>
        <w:rPr>
          <w:b/>
        </w:rPr>
        <w:t xml:space="preserve">[05:28] </w:t>
      </w:r>
      <w:r>
        <w:t>Crusades ke baad.</w:t>
      </w:r>
    </w:p>
    <w:p>
      <w:pPr>
        <w:jc w:val="right"/>
      </w:pPr>
      <w:r>
        <w:t>Crusades کے بعد۔</w:t>
      </w:r>
    </w:p>
    <w:p>
      <w:r>
        <w:rPr>
          <w:b/>
        </w:rPr>
        <w:t xml:space="preserve">[05:33] </w:t>
      </w:r>
      <w:r>
        <w:t>Crusades ke baad kuch din wahan ke jo Scholars the, to aap jante hain ke European log is</w:t>
      </w:r>
    </w:p>
    <w:p>
      <w:pPr>
        <w:jc w:val="right"/>
      </w:pPr>
      <w:r>
        <w:t>Crusades کے بعد کچھ دن وہاں کے جو Scholars تھے، تو آپ جانتے ہیں کہ European لوگ اس</w:t>
      </w:r>
    </w:p>
    <w:p>
      <w:r>
        <w:rPr>
          <w:b/>
        </w:rPr>
        <w:t xml:space="preserve">[05:38] </w:t>
      </w:r>
      <w:r>
        <w:t>mein in ko bohat Defeat hui thi.</w:t>
      </w:r>
    </w:p>
    <w:p>
      <w:pPr>
        <w:jc w:val="right"/>
      </w:pPr>
      <w:r>
        <w:t>میں ان کو بہت Defeat ہوئی تھی۔</w:t>
      </w:r>
    </w:p>
    <w:p>
      <w:r>
        <w:rPr>
          <w:b/>
        </w:rPr>
        <w:t xml:space="preserve">[05:43] </w:t>
      </w:r>
      <w:r>
        <w:t>To unhon ne kiya kiya ke Hate</w:t>
      </w:r>
    </w:p>
    <w:p>
      <w:pPr>
        <w:jc w:val="right"/>
      </w:pPr>
      <w:r>
        <w:t>تو انہوں نے کیا کیا کہ Hate</w:t>
      </w:r>
    </w:p>
    <w:p>
      <w:r>
        <w:rPr>
          <w:b/>
        </w:rPr>
        <w:t xml:space="preserve">[05:48] </w:t>
      </w:r>
      <w:r>
        <w:t>Campaign chalai.</w:t>
      </w:r>
    </w:p>
    <w:p>
      <w:pPr>
        <w:jc w:val="right"/>
      </w:pPr>
      <w:r>
        <w:t>Campaign چلائی۔</w:t>
      </w:r>
    </w:p>
    <w:p>
      <w:r>
        <w:rPr>
          <w:b/>
        </w:rPr>
        <w:t xml:space="preserve">[05:53] </w:t>
      </w:r>
      <w:r>
        <w:t>Islam ke khilaf.</w:t>
      </w:r>
    </w:p>
    <w:p>
      <w:pPr>
        <w:jc w:val="right"/>
      </w:pPr>
      <w:r>
        <w:t>اسلام کے خلاف۔</w:t>
      </w:r>
    </w:p>
    <w:p>
      <w:r>
        <w:rPr>
          <w:b/>
        </w:rPr>
        <w:t xml:space="preserve">[05:57] </w:t>
      </w:r>
      <w:r>
        <w:t>Ke Islam to aisa hai, Islam to waisa hai.</w:t>
      </w:r>
    </w:p>
    <w:p>
      <w:pPr>
        <w:jc w:val="right"/>
      </w:pPr>
      <w:r>
        <w:t>کہ اسلام تو ایسا ہے، اسلام تو ویسا ہے۔</w:t>
      </w:r>
    </w:p>
    <w:p>
      <w:r>
        <w:rPr>
          <w:b/>
        </w:rPr>
        <w:t xml:space="preserve">[06:01] </w:t>
      </w:r>
      <w:r>
        <w:t>Lekin sau saal ke andar, koi sau saal tak chali woh, phir wahan par ek aadmi paida hua, Thomas Carlyle.</w:t>
      </w:r>
    </w:p>
    <w:p>
      <w:pPr>
        <w:jc w:val="right"/>
      </w:pPr>
      <w:r>
        <w:t>لیکن سو سال کے اندر، کوئی سو سال تک چلی وہ، پھر وہاں پر ایک آدمی پیدا ہوا، Thomas Carlyle۔</w:t>
      </w:r>
    </w:p>
    <w:p>
      <w:r>
        <w:rPr>
          <w:b/>
        </w:rPr>
        <w:t xml:space="preserve">[06:06] </w:t>
      </w:r>
      <w:r>
        <w:t>Us ne Trend ko badal diya.</w:t>
      </w:r>
    </w:p>
    <w:p>
      <w:pPr>
        <w:jc w:val="right"/>
      </w:pPr>
      <w:r>
        <w:t>اس نے Trend کو بدل دیا۔</w:t>
      </w:r>
    </w:p>
    <w:p>
      <w:r>
        <w:rPr>
          <w:b/>
        </w:rPr>
        <w:t xml:space="preserve">[06:10] </w:t>
      </w:r>
      <w:r>
        <w:t>Woh British Historian tha, us ne kitaab likhi Heroes and Hero Worship.</w:t>
      </w:r>
    </w:p>
    <w:p>
      <w:pPr>
        <w:jc w:val="right"/>
      </w:pPr>
      <w:r>
        <w:t>وہ British Historian تھا، اس نے کتاب لکھی Heroes and Hero Worship۔</w:t>
      </w:r>
    </w:p>
    <w:p>
      <w:r>
        <w:rPr>
          <w:b/>
        </w:rPr>
        <w:t xml:space="preserve">[06:15] </w:t>
      </w:r>
      <w:r>
        <w:t>To us ne is mein</w:t>
      </w:r>
    </w:p>
    <w:p>
      <w:pPr>
        <w:jc w:val="right"/>
      </w:pPr>
      <w:r>
        <w:t>تو اس نے اس میں</w:t>
      </w:r>
    </w:p>
    <w:p>
      <w:r>
        <w:rPr>
          <w:b/>
        </w:rPr>
        <w:t xml:space="preserve">[06:19] </w:t>
      </w:r>
      <w:r>
        <w:t>Rasool Allah par likha tha, Paighamber par, Prophet of Islam par.</w:t>
      </w:r>
    </w:p>
    <w:p>
      <w:pPr>
        <w:jc w:val="right"/>
      </w:pPr>
      <w:r>
        <w:t>رسول اللہ پر لکھا تھا، پیغمبر پر، Prophet of Islam پر۔</w:t>
      </w:r>
    </w:p>
    <w:p>
      <w:r>
        <w:rPr>
          <w:b/>
        </w:rPr>
        <w:t xml:space="preserve">[06:24] </w:t>
      </w:r>
      <w:r>
        <w:t>To is mein ek bohat hi, ek ek Simple baat se sab ko khatam kar diya us ne.</w:t>
      </w:r>
    </w:p>
    <w:p>
      <w:pPr>
        <w:jc w:val="right"/>
      </w:pPr>
      <w:r>
        <w:t>تو اس میں ایک بہت ہی، ایک ایک Simple بات سے سب کو ختم کر دیا اس نے۔</w:t>
      </w:r>
    </w:p>
    <w:p>
      <w:r>
        <w:rPr>
          <w:b/>
        </w:rPr>
        <w:t xml:space="preserve">[06:29] </w:t>
      </w:r>
      <w:r>
        <w:t>Unhon ne kaha ke tum kehte ho ke Muhammad ne Sword ke zariye Islam phailaya.</w:t>
      </w:r>
    </w:p>
    <w:p>
      <w:pPr>
        <w:jc w:val="right"/>
      </w:pPr>
      <w:r>
        <w:t>انہوں نے کہا کہ تم کہتے ہو کہ محمد نے Sword کے ذریعے اسلام پھیلایا۔</w:t>
      </w:r>
    </w:p>
    <w:p>
      <w:r>
        <w:rPr>
          <w:b/>
        </w:rPr>
        <w:t xml:space="preserve">[06:34] </w:t>
      </w:r>
      <w:r>
        <w:t>To yeh Sword aai kahan se? Muhammad to akele the.</w:t>
      </w:r>
    </w:p>
    <w:p>
      <w:pPr>
        <w:jc w:val="right"/>
      </w:pPr>
      <w:r>
        <w:t>تو یہ Sword آئی کہاں سے؟ محمد تو اکیلے تھے۔</w:t>
      </w:r>
    </w:p>
    <w:p>
      <w:r>
        <w:rPr>
          <w:b/>
        </w:rPr>
        <w:t xml:space="preserve">[06:39] </w:t>
      </w:r>
      <w:r>
        <w:t>Yeh six hundred ten eighty mein jab unhon ne kaha ke main Khuda ka Paighamber hoon to woh</w:t>
      </w:r>
    </w:p>
    <w:p>
      <w:pPr>
        <w:jc w:val="right"/>
      </w:pPr>
      <w:r>
        <w:t>یہ six hundred ten eighty میں جب انہوں نے کہا کہ میں خدا کا پیغمبر ہوں تو وہ</w:t>
      </w:r>
    </w:p>
    <w:p>
      <w:r>
        <w:rPr>
          <w:b/>
        </w:rPr>
        <w:t xml:space="preserve">[06:44] </w:t>
      </w:r>
      <w:r>
        <w:t>To akele the bilkul.</w:t>
      </w:r>
    </w:p>
    <w:p>
      <w:pPr>
        <w:jc w:val="right"/>
      </w:pPr>
      <w:r>
        <w:t>تو اکیلے تھے بالکل۔</w:t>
      </w:r>
    </w:p>
    <w:p>
      <w:r>
        <w:rPr>
          <w:b/>
        </w:rPr>
        <w:t xml:space="preserve">[06:49] </w:t>
      </w:r>
      <w:r>
        <w:t>To woh kehta hai ke Sword aai kahan se? Kehte hain saare logon ko Sword se maarne ke</w:t>
      </w:r>
    </w:p>
    <w:p>
      <w:pPr>
        <w:jc w:val="right"/>
      </w:pPr>
      <w:r>
        <w:t>تو وہ کہتا ہے کہ Sword آئی کہاں سے؟ کہتے ہیں سارے لوگوں کو Sword سے مارنے کے</w:t>
      </w:r>
    </w:p>
    <w:p>
      <w:r>
        <w:rPr>
          <w:b/>
        </w:rPr>
        <w:t xml:space="preserve">[06:54] </w:t>
      </w:r>
      <w:r>
        <w:t>liye to ek army chahiye.</w:t>
      </w:r>
    </w:p>
    <w:p>
      <w:pPr>
        <w:jc w:val="right"/>
      </w:pPr>
      <w:r>
        <w:t>لیے تو ایک آرمی چاہیے۔</w:t>
      </w:r>
    </w:p>
    <w:p>
      <w:r>
        <w:rPr>
          <w:b/>
        </w:rPr>
        <w:t xml:space="preserve">[06:58] </w:t>
      </w:r>
      <w:r>
        <w:t>Woh army kahan se aai? Muhammad ke paas to na Money tha, na Empire tha, na Government tha.</w:t>
      </w:r>
    </w:p>
    <w:p>
      <w:pPr>
        <w:jc w:val="right"/>
      </w:pPr>
      <w:r>
        <w:t>وہ آرمی کہاں سے آئی؟ محمد کے پاس تو نہ Money تھا، نہ Empire تھا، نہ Government تھا۔</w:t>
      </w:r>
    </w:p>
    <w:p>
      <w:r>
        <w:rPr>
          <w:b/>
        </w:rPr>
        <w:t xml:space="preserve">[07:02] </w:t>
      </w:r>
      <w:r>
        <w:t>Kuch nahi thi to yeh Sword aai kahan se jis ne logon ko maar maar ke Musalman banaya?</w:t>
      </w:r>
    </w:p>
    <w:p>
      <w:pPr>
        <w:jc w:val="right"/>
      </w:pPr>
      <w:r>
        <w:t>کچھ نہیں تھی تو یہ Sword آئی کہاں سے جس نے لوگوں کو مار مار کے مسلمان بنایا؟</w:t>
      </w:r>
    </w:p>
    <w:p>
      <w:r>
        <w:rPr>
          <w:b/>
        </w:rPr>
        <w:t xml:space="preserve">[07:07] </w:t>
      </w:r>
      <w:r>
        <w:t>To is se un ka Trend jo hai badla.</w:t>
      </w:r>
    </w:p>
    <w:p>
      <w:pPr>
        <w:jc w:val="right"/>
      </w:pPr>
      <w:r>
        <w:t>تو اس سے ان کا Trend جو ہے بدلا۔</w:t>
      </w:r>
    </w:p>
    <w:p>
      <w:r>
        <w:rPr>
          <w:b/>
        </w:rPr>
        <w:t xml:space="preserve">[07:11] </w:t>
      </w:r>
      <w:r>
        <w:t>Aaj European Scholars jo hain woh bohat ziyada Objective hote hain.</w:t>
      </w:r>
    </w:p>
    <w:p>
      <w:pPr>
        <w:jc w:val="right"/>
      </w:pPr>
      <w:r>
        <w:t>آج European Scholars جو ہیں وہ بہت زیادہ Objective ہوتے ہیں۔</w:t>
      </w:r>
    </w:p>
    <w:p>
      <w:r>
        <w:rPr>
          <w:b/>
        </w:rPr>
        <w:t xml:space="preserve">[07:15] </w:t>
      </w:r>
      <w:r>
        <w:t>Aur woh Objective Study</w:t>
      </w:r>
    </w:p>
    <w:p>
      <w:pPr>
        <w:jc w:val="right"/>
      </w:pPr>
      <w:r>
        <w:t>اور وہ Objective Study</w:t>
      </w:r>
    </w:p>
    <w:p>
      <w:r>
        <w:rPr>
          <w:b/>
        </w:rPr>
        <w:t xml:space="preserve">[07:19] </w:t>
      </w:r>
      <w:r>
        <w:t>karte hain har cheez ki aur Islam ki bhi.</w:t>
      </w:r>
    </w:p>
    <w:p>
      <w:pPr>
        <w:jc w:val="right"/>
      </w:pPr>
      <w:r>
        <w:t>کرتے ہیں ہر چیز کی اور اسلام کی بھی۔</w:t>
      </w:r>
    </w:p>
    <w:p>
      <w:r>
        <w:rPr>
          <w:b/>
        </w:rPr>
        <w:t xml:space="preserve">[07:24] </w:t>
      </w:r>
      <w:r>
        <w:t>sara trend badal gaya.</w:t>
      </w:r>
    </w:p>
    <w:p>
      <w:pPr>
        <w:jc w:val="right"/>
      </w:pPr>
      <w:r>
        <w:t>سارا Trend بدل گیا۔</w:t>
      </w:r>
    </w:p>
    <w:p>
      <w:r>
        <w:rPr>
          <w:b/>
        </w:rPr>
        <w:t xml:space="preserve">[07:28] </w:t>
      </w:r>
      <w:r>
        <w:t>mein samajhta hoon india mein bhi aik paida hua tha, Thomas Carlyle.</w:t>
      </w:r>
    </w:p>
    <w:p>
      <w:pPr>
        <w:jc w:val="right"/>
      </w:pPr>
      <w:r>
        <w:t>میں سمجھتا ہوں انڈیا میں بھی ایک پیدا ہوا تھا، Thomas Carlyle۔</w:t>
      </w:r>
    </w:p>
    <w:p>
      <w:r>
        <w:rPr>
          <w:b/>
        </w:rPr>
        <w:t xml:space="preserve">[07:32] </w:t>
      </w:r>
      <w:r>
        <w:t>is ka naam hai Swami Vivekanand.</w:t>
      </w:r>
    </w:p>
    <w:p>
      <w:pPr>
        <w:jc w:val="right"/>
      </w:pPr>
      <w:r>
        <w:t>اس کا نام ہے سوامی وویکانند۔</w:t>
      </w:r>
    </w:p>
    <w:p>
      <w:r>
        <w:rPr>
          <w:b/>
        </w:rPr>
        <w:t xml:space="preserve">[07:37] </w:t>
      </w:r>
      <w:r>
        <w:t>Swami Vivekanand ne likha hai ke It is nonsense to say, It is nonsense to say that Hindus</w:t>
      </w:r>
    </w:p>
    <w:p>
      <w:pPr>
        <w:jc w:val="right"/>
      </w:pPr>
      <w:r>
        <w:t>سوامی وویکانند نے لکھا ہے کہ It is nonsense to say، It is nonsense to say that Hindus</w:t>
      </w:r>
    </w:p>
    <w:p>
      <w:r>
        <w:rPr>
          <w:b/>
        </w:rPr>
        <w:t xml:space="preserve">[07:41] </w:t>
      </w:r>
      <w:r>
        <w:t>were converted by Sword.</w:t>
      </w:r>
    </w:p>
    <w:p>
      <w:pPr>
        <w:jc w:val="right"/>
      </w:pPr>
      <w:r>
        <w:t>were converted by Sword۔</w:t>
      </w:r>
    </w:p>
    <w:p>
      <w:r>
        <w:rPr>
          <w:b/>
        </w:rPr>
        <w:t xml:space="preserve">[07:45] </w:t>
      </w:r>
      <w:r>
        <w:t>lekin india mein woh campaign bohat aage shayad nahi barhi</w:t>
      </w:r>
    </w:p>
    <w:p>
      <w:pPr>
        <w:jc w:val="right"/>
      </w:pPr>
      <w:r>
        <w:t>لیکن انڈیا میں وہ Campaign بہت آگے شاید نہیں بڑ</w:t>
      </w:r>
    </w:p>
    <w:p>
      <w:r>
        <w:rPr>
          <w:b/>
        </w:rPr>
        <w:t xml:space="preserve">[07:50] </w:t>
      </w:r>
      <w:r>
        <w:t>hi.</w:t>
      </w:r>
    </w:p>
    <w:p>
      <w:pPr>
        <w:jc w:val="right"/>
      </w:pPr>
      <w:r>
        <w:t>ھی۔</w:t>
      </w:r>
    </w:p>
    <w:p>
      <w:r>
        <w:rPr>
          <w:b/>
        </w:rPr>
        <w:t xml:space="preserve">[07:53] </w:t>
      </w:r>
      <w:r>
        <w:t>lekin ab jo hai woh aa gayi hai dobara.</w:t>
      </w:r>
    </w:p>
    <w:p>
      <w:pPr>
        <w:jc w:val="right"/>
      </w:pPr>
      <w:r>
        <w:t>لیکن اب جو ہے وہ آ گئی ہے دوبارہ۔</w:t>
      </w:r>
    </w:p>
    <w:p>
      <w:r>
        <w:rPr>
          <w:b/>
        </w:rPr>
        <w:t xml:space="preserve">[07:57] </w:t>
      </w:r>
      <w:r>
        <w:t>ab woh cheez khatam ho rahi hai.</w:t>
      </w:r>
    </w:p>
    <w:p>
      <w:pPr>
        <w:jc w:val="right"/>
      </w:pPr>
      <w:r>
        <w:t>اب وہ چیز ختم ہو رہی ہے۔</w:t>
      </w:r>
    </w:p>
    <w:p>
      <w:r>
        <w:rPr>
          <w:b/>
        </w:rPr>
        <w:t xml:space="preserve">[08:01] </w:t>
      </w:r>
      <w:r>
        <w:t>naye halaat mein.</w:t>
      </w:r>
    </w:p>
    <w:p>
      <w:pPr>
        <w:jc w:val="right"/>
      </w:pPr>
      <w:r>
        <w:t>نئے حالات میں۔</w:t>
      </w:r>
    </w:p>
    <w:p>
      <w:r>
        <w:rPr>
          <w:b/>
        </w:rPr>
        <w:t xml:space="preserve">[08:05] </w:t>
      </w:r>
      <w:r>
        <w:t>wahan bhi khatam hui thi isi tareeqay se.</w:t>
      </w:r>
    </w:p>
    <w:p>
      <w:pPr>
        <w:jc w:val="right"/>
      </w:pPr>
      <w:r>
        <w:t>وہاں بھی ختم ہوئی تھی اسی طریقے سے۔</w:t>
      </w:r>
    </w:p>
    <w:p>
      <w:r>
        <w:rPr>
          <w:b/>
        </w:rPr>
        <w:t xml:space="preserve">[08:09] </w:t>
      </w:r>
      <w:r>
        <w:t>jab Renaissance hui aur naye opportunities khulain dolat kamane ki.</w:t>
      </w:r>
    </w:p>
    <w:p>
      <w:pPr>
        <w:jc w:val="right"/>
      </w:pPr>
      <w:r>
        <w:t>جب Renaissance ہوئی اور نئے Opportunities کھلیں دولت کمانے کی۔</w:t>
      </w:r>
    </w:p>
    <w:p>
      <w:r>
        <w:rPr>
          <w:b/>
        </w:rPr>
        <w:t xml:space="preserve">[08:12] </w:t>
      </w:r>
      <w:r>
        <w:t>jab nai industry bani, mechanization hua.</w:t>
      </w:r>
    </w:p>
    <w:p>
      <w:pPr>
        <w:jc w:val="right"/>
      </w:pPr>
      <w:r>
        <w:t>جب نئی Industry بنی، Mechanization ہوا۔</w:t>
      </w:r>
    </w:p>
    <w:p>
      <w:r>
        <w:rPr>
          <w:b/>
        </w:rPr>
        <w:t xml:space="preserve">[08:16] </w:t>
      </w:r>
      <w:r>
        <w:t>to logon ko laga ke hum apna time waste kyun karein is mein? Kisi anti-propaganda mein.</w:t>
      </w:r>
    </w:p>
    <w:p>
      <w:pPr>
        <w:jc w:val="right"/>
      </w:pPr>
      <w:r>
        <w:t>تو لوگوں کو لگا کہ ہم اپنا ٹائم Waste کیوں کریں اس میں؟ کسی Anti-propaganda میں۔</w:t>
      </w:r>
    </w:p>
    <w:p>
      <w:r>
        <w:rPr>
          <w:b/>
        </w:rPr>
        <w:t xml:space="preserve">[08:20] </w:t>
      </w:r>
      <w:r>
        <w:t>humein dunya bhar mein humein dolat kamana hai.</w:t>
      </w:r>
    </w:p>
    <w:p>
      <w:pPr>
        <w:jc w:val="right"/>
      </w:pPr>
      <w:r>
        <w:t>ہمیں دنیا بھر میں ہمیں دولت کمانا ہے۔</w:t>
      </w:r>
    </w:p>
    <w:p>
      <w:r>
        <w:rPr>
          <w:b/>
        </w:rPr>
        <w:t xml:space="preserve">[08:24] </w:t>
      </w:r>
      <w:r>
        <w:t>to is cheez ne is trend ko badla.</w:t>
      </w:r>
    </w:p>
    <w:p>
      <w:pPr>
        <w:jc w:val="right"/>
      </w:pPr>
      <w:r>
        <w:t>تو اس چیز نے اس Trend کو بدلا۔</w:t>
      </w:r>
    </w:p>
    <w:p>
      <w:r>
        <w:rPr>
          <w:b/>
        </w:rPr>
        <w:t xml:space="preserve">[08:27] </w:t>
      </w:r>
      <w:r>
        <w:t>jis ko shuru kiya tha Thomas Carlyle ne.</w:t>
      </w:r>
    </w:p>
    <w:p>
      <w:pPr>
        <w:jc w:val="right"/>
      </w:pPr>
      <w:r>
        <w:t>جس کو شروع کیا تھا Thomas Carlyle نے۔</w:t>
      </w:r>
    </w:p>
    <w:p>
      <w:r>
        <w:rPr>
          <w:b/>
        </w:rPr>
        <w:t xml:space="preserve">[08:31] </w:t>
      </w:r>
      <w:r>
        <w:t>india mein bhi is ko shuru kiya tha Swami Vivekanand ne.</w:t>
      </w:r>
    </w:p>
    <w:p>
      <w:pPr>
        <w:jc w:val="right"/>
      </w:pPr>
      <w:r>
        <w:t>انڈیا میں بھی اس کو شروع کیا تھا سوامی وویکانند نے۔</w:t>
      </w:r>
    </w:p>
    <w:p>
      <w:r>
        <w:rPr>
          <w:b/>
        </w:rPr>
        <w:t xml:space="preserve">[08:35] </w:t>
      </w:r>
      <w:r>
        <w:t>jinhon ne yeh baat kahi ke It is nonsense to say that Hindus were converted by Sword.</w:t>
      </w:r>
    </w:p>
    <w:p>
      <w:pPr>
        <w:jc w:val="right"/>
      </w:pPr>
      <w:r>
        <w:t>جنہوں نے یہ بات کہی کہ It is nonsense to say that Hindus were converted by Sword۔</w:t>
      </w:r>
    </w:p>
    <w:p>
      <w:r>
        <w:rPr>
          <w:b/>
        </w:rPr>
        <w:t xml:space="preserve">[08:39] </w:t>
      </w:r>
      <w:r>
        <w:t>to yeh trend jo Swami Vivekanand ne chalaya tha woh chalta raha.</w:t>
      </w:r>
    </w:p>
    <w:p>
      <w:pPr>
        <w:jc w:val="right"/>
      </w:pPr>
      <w:r>
        <w:t>تو یہ Trend جو سوامی وویکانند نے چلایا تھا وہ چلتا رہا۔</w:t>
      </w:r>
    </w:p>
    <w:p>
      <w:r>
        <w:rPr>
          <w:b/>
        </w:rPr>
        <w:t xml:space="preserve">[08:43] </w:t>
      </w:r>
      <w:r>
        <w:t>lekin is mein ab jo hai is mein tezi aayi hai.</w:t>
      </w:r>
    </w:p>
    <w:p>
      <w:pPr>
        <w:jc w:val="right"/>
      </w:pPr>
      <w:r>
        <w:t>لیکن اس میں اب جو ہے اس میں تیزی آئی ہے۔</w:t>
      </w:r>
    </w:p>
    <w:p>
      <w:r>
        <w:rPr>
          <w:b/>
        </w:rPr>
        <w:t xml:space="preserve">[08:46] </w:t>
      </w:r>
      <w:r>
        <w:t>kyun ke ab jo</w:t>
      </w:r>
    </w:p>
    <w:p>
      <w:pPr>
        <w:jc w:val="right"/>
      </w:pPr>
      <w:r>
        <w:t>کیونکہ اب جو</w:t>
      </w:r>
    </w:p>
    <w:p>
      <w:r>
        <w:rPr>
          <w:b/>
        </w:rPr>
        <w:t xml:space="preserve">[08:50] </w:t>
      </w:r>
      <w:r>
        <w:t>hai dunya is mein insaan ko professional chahiye. Expert chahiye.</w:t>
      </w:r>
    </w:p>
    <w:p>
      <w:pPr>
        <w:jc w:val="right"/>
      </w:pPr>
      <w:r>
        <w:t>ہے دنیا اس میں انسان کو Professional چاہیے۔ Expert چاہیے۔</w:t>
      </w:r>
    </w:p>
    <w:p>
      <w:r>
        <w:rPr>
          <w:b/>
        </w:rPr>
        <w:t xml:space="preserve">[08:54] </w:t>
      </w:r>
      <w:r>
        <w:t>aur paisay ki bharmaar hai.</w:t>
      </w:r>
    </w:p>
    <w:p>
      <w:pPr>
        <w:jc w:val="right"/>
      </w:pPr>
      <w:r>
        <w:t>اور پیسے کی بھرمار ہے۔</w:t>
      </w:r>
    </w:p>
    <w:p>
      <w:r>
        <w:rPr>
          <w:b/>
        </w:rPr>
        <w:t xml:space="preserve">[08:59] </w:t>
      </w:r>
      <w:r>
        <w:t>agar tum expert ho to bari se bari salary tumhara wait kar rahi hai tum ko.</w:t>
      </w:r>
    </w:p>
    <w:p>
      <w:pPr>
        <w:jc w:val="right"/>
      </w:pPr>
      <w:r>
        <w:t>اگر تم Expert ہو تو بڑی سے بڑی Salary تمہارا Wait کر رہی ہے تم کو۔</w:t>
      </w:r>
    </w:p>
    <w:p>
      <w:r>
        <w:rPr>
          <w:b/>
        </w:rPr>
        <w:t xml:space="preserve">[09:03] </w:t>
      </w:r>
      <w:r>
        <w:t>to jo History dohrai gayi thi Europe mein Crusades ke baad wahi History ab yahan dohrai ja rahi</w:t>
      </w:r>
    </w:p>
    <w:p>
      <w:pPr>
        <w:jc w:val="right"/>
      </w:pPr>
      <w:r>
        <w:t>تو جو History دہرائی گئی تھی یورپ میں Crusades کے بعد وہی History اب یہاں دہرائی جا رہی</w:t>
      </w:r>
    </w:p>
    <w:p>
      <w:r>
        <w:rPr>
          <w:b/>
        </w:rPr>
        <w:t xml:space="preserve">[09:07] </w:t>
      </w:r>
      <w:r>
        <w:t>hai nineteen forty-seven ke baad.</w:t>
      </w:r>
    </w:p>
    <w:p>
      <w:pPr>
        <w:jc w:val="right"/>
      </w:pPr>
      <w:r>
        <w:t>ہے nineteen forty-seven کے بعد۔</w:t>
      </w:r>
    </w:p>
    <w:p>
      <w:r>
        <w:rPr>
          <w:b/>
        </w:rPr>
        <w:t xml:space="preserve">[09:12] </w:t>
      </w:r>
      <w:r>
        <w:t>to yeh jo boorhay log hain inhi mein yeh sab baatein hain jo Voice of India parha karte thay.</w:t>
      </w:r>
    </w:p>
    <w:p>
      <w:pPr>
        <w:jc w:val="right"/>
      </w:pPr>
      <w:r>
        <w:t>تو یہ جو بوڑھے لوگ ہیں انہی میں یہ سب باتیں ہیں جو Voice of India پڑھا کرتے تھے۔</w:t>
      </w:r>
    </w:p>
    <w:p>
      <w:r>
        <w:rPr>
          <w:b/>
        </w:rPr>
        <w:t xml:space="preserve">[09:16] </w:t>
      </w:r>
      <w:r>
        <w:t>ab kisi ko is se</w:t>
      </w:r>
    </w:p>
    <w:p>
      <w:pPr>
        <w:jc w:val="right"/>
      </w:pPr>
      <w:r>
        <w:t>اب کسی کو اس سے</w:t>
      </w:r>
    </w:p>
    <w:p>
      <w:r>
        <w:rPr>
          <w:b/>
        </w:rPr>
        <w:t xml:space="preserve">[09:20] </w:t>
      </w:r>
      <w:r>
        <w:t>dilchaspi nahi hai.</w:t>
      </w:r>
    </w:p>
    <w:p>
      <w:pPr>
        <w:jc w:val="right"/>
      </w:pPr>
      <w:r>
        <w:t>دلچسپی نہیں ہے۔</w:t>
      </w:r>
    </w:p>
    <w:p>
      <w:r>
        <w:rPr>
          <w:b/>
        </w:rPr>
        <w:t xml:space="preserve">[09:25] </w:t>
      </w:r>
      <w:r>
        <w:t>ab yeh sab baat khatam ho gayi.</w:t>
      </w:r>
    </w:p>
    <w:p>
      <w:pPr>
        <w:jc w:val="right"/>
      </w:pPr>
      <w:r>
        <w:t>اب یہ سب بات ختم ہو گئی۔</w:t>
      </w:r>
    </w:p>
    <w:p>
      <w:r>
        <w:rPr>
          <w:b/>
        </w:rPr>
        <w:t xml:space="preserve">[09:30] </w:t>
      </w:r>
      <w:r>
        <w:t>to yeh hamare liye aik bohat hi Hopeful baat hai.</w:t>
      </w:r>
    </w:p>
    <w:p>
      <w:pPr>
        <w:jc w:val="right"/>
      </w:pPr>
      <w:r>
        <w:t>تو یہ ہمارے لیے ایک بہت ہی Hopeful بات ہے۔</w:t>
      </w:r>
    </w:p>
    <w:p>
      <w:r>
        <w:rPr>
          <w:b/>
        </w:rPr>
        <w:t xml:space="preserve">[09:35] </w:t>
      </w:r>
      <w:r>
        <w:t>lekin aik aur baat mein jo kehna chahunga woh yeh hai.</w:t>
      </w:r>
    </w:p>
    <w:p>
      <w:pPr>
        <w:jc w:val="right"/>
      </w:pPr>
      <w:r>
        <w:t>لیکن ایک اور بات میں جو کہنا چاہوں گا وہ یہ ہے۔</w:t>
      </w:r>
    </w:p>
    <w:p>
      <w:r>
        <w:rPr>
          <w:b/>
        </w:rPr>
        <w:t xml:space="preserve">[09:40] </w:t>
      </w:r>
      <w:r>
        <w:t>woh yeh hai ke jo aaj ki parchi mein aayi hai, aaj ke English mein Paper mein, isi</w:t>
      </w:r>
    </w:p>
    <w:p>
      <w:pPr>
        <w:jc w:val="right"/>
      </w:pPr>
      <w:r>
        <w:t>وہ یہ ہے کہ جو آج کی پرچی میں آئی ہے، آج کے انگلش میں Paper میں، اسی</w:t>
      </w:r>
    </w:p>
    <w:p>
      <w:r>
        <w:rPr>
          <w:b/>
        </w:rPr>
        <w:t xml:space="preserve">[09:46] </w:t>
      </w:r>
      <w:r>
        <w:t>ke se milti julti par ke aik University mein Research hui hai</w:t>
      </w:r>
    </w:p>
    <w:p>
      <w:pPr>
        <w:jc w:val="right"/>
      </w:pPr>
      <w:r>
        <w:t>کے سے ملتی جلتی پر کہ ایک یونیورسٹی میں Research ہوئی ہے</w:t>
      </w:r>
    </w:p>
    <w:p>
      <w:r>
        <w:rPr>
          <w:b/>
        </w:rPr>
        <w:t xml:space="preserve">[09:51] </w:t>
      </w:r>
      <w:r>
        <w:t>Behavior par, insaan ke Behavior par.</w:t>
      </w:r>
    </w:p>
    <w:p>
      <w:pPr>
        <w:jc w:val="right"/>
      </w:pPr>
      <w:r>
        <w:t>Behavior پر، انسان کے Behavior پر۔</w:t>
      </w:r>
    </w:p>
    <w:p>
      <w:r>
        <w:rPr>
          <w:b/>
        </w:rPr>
        <w:t xml:space="preserve">[09:57] </w:t>
      </w:r>
      <w:r>
        <w:t>to is par Research kiya unhon ne ke insaan Ruthless kyun ho jata hai? Exploiter kyun ho jata</w:t>
      </w:r>
    </w:p>
    <w:p>
      <w:pPr>
        <w:jc w:val="right"/>
      </w:pPr>
      <w:r>
        <w:t>تو اس پر Research کیا انہوں نے کہ انسان Ruthless کیوں ہو جاتا ہے؟ Exploiter کیوں ہو جاتا</w:t>
      </w:r>
    </w:p>
    <w:p>
      <w:r>
        <w:rPr>
          <w:b/>
        </w:rPr>
        <w:t xml:space="preserve">[10:03] </w:t>
      </w:r>
      <w:r>
        <w:t>hai? Dictator kyun ban jata hai? Mussolini kaise bane? Stalin kaise bana? Hitler kaise bana? Saddam Hussain kaise</w:t>
      </w:r>
    </w:p>
    <w:p>
      <w:pPr>
        <w:jc w:val="right"/>
      </w:pPr>
      <w:r>
        <w:t>ہے؟ Dictator کیوں بن جاتا ہے؟ مسولینی کیسے بنے؟ اسٹالن کیسے بنا؟ ہٹلر کیسے بنا؟ صدام حسین کیسے</w:t>
      </w:r>
    </w:p>
    <w:p>
      <w:r>
        <w:rPr>
          <w:b/>
        </w:rPr>
        <w:t xml:space="preserve">[10:09] </w:t>
      </w:r>
      <w:r>
        <w:t>bane? to aisa kaise ho jata hai ke insaan doosre insaan ke liye Ruthless ho jata hai? to</w:t>
      </w:r>
    </w:p>
    <w:p>
      <w:pPr>
        <w:jc w:val="right"/>
      </w:pPr>
      <w:r>
        <w:t>بنے؟ تو ایسا کیسے ہو جاتا ہے کہ انسان دوسرے انسان کے لیے Ruthless ہو جاتا ہے؟ تو</w:t>
      </w:r>
    </w:p>
    <w:p>
      <w:r>
        <w:rPr>
          <w:b/>
        </w:rPr>
        <w:t xml:space="preserve">[10:15] </w:t>
      </w:r>
      <w:r>
        <w:t>unhon ne yeh pata kiya hai</w:t>
      </w:r>
    </w:p>
    <w:p>
      <w:pPr>
        <w:jc w:val="right"/>
      </w:pPr>
      <w:r>
        <w:t>انہوں نے یہ پتہ کیا ہے</w:t>
      </w:r>
    </w:p>
    <w:p>
      <w:r>
        <w:rPr>
          <w:b/>
        </w:rPr>
        <w:t xml:space="preserve">[10:21] </w:t>
      </w:r>
      <w:r>
        <w:t>ke is ka sabab jo hai woh Genes mein hai. Genes mein. yani insaan ka Genetic Code hai usi mein aisi cheezein, aisay Element hain jis ki wajah se aadmi bay-reham ho jata hai. main samajhta hoon ke yeh baat galat hai. ke Guess par khaye, Guess par. kyun? unhein chahiye tha ke aik taraf agar Example hain Stalin aur Hitler aur Mussolini aur</w:t>
      </w:r>
    </w:p>
    <w:p>
      <w:pPr>
        <w:jc w:val="right"/>
      </w:pPr>
      <w:r>
        <w:t>کہ اس کا سبب جو ہے وہ Genes میں ہے۔ Genes میں۔ یعنی انسان کا Genetic Code ہے اسی میں ایسی چیزیں، ایسے Element ہیں جس کی وجہ سے آدمی بے رحم ہو جاتا ہے۔ میں سمجھتا ہوں کہ یہ بات غلط ہے۔ کہ Guess پر کھائے، Guess پر۔ کیوں؟ انہیں چاہیے تھا کہ ایک طرف اگر Example ہیں اسٹالن اور ہٹلر اور مسولینی اور</w:t>
      </w:r>
    </w:p>
    <w:p>
      <w:r>
        <w:rPr>
          <w:b/>
        </w:rPr>
        <w:t xml:space="preserve">[10:51] </w:t>
      </w:r>
      <w:r>
        <w:t>Saddam Hussain ke to doosra bhi Example to hai.</w:t>
      </w:r>
    </w:p>
    <w:p>
      <w:pPr>
        <w:jc w:val="right"/>
      </w:pPr>
      <w:r>
        <w:t>صدام حسین کے تو دوسرا بھی Example تو ہے۔</w:t>
      </w:r>
    </w:p>
    <w:p>
      <w:r>
        <w:rPr>
          <w:b/>
        </w:rPr>
        <w:t xml:space="preserve">[10:56] </w:t>
      </w:r>
      <w:r>
        <w:t>aap Abu Bakr Siddiq ko lijiye, Umar Farooq ko lijiye, India mein aap Mahatma Gandhi ko lijiye, Gautam Budh ko lijiye.</w:t>
      </w:r>
    </w:p>
    <w:p>
      <w:pPr>
        <w:jc w:val="right"/>
      </w:pPr>
      <w:r>
        <w:t>آپ ابوبکر صدیق کو لیجیے، عمر فاروق کو لیجیے، انڈیا میں آپ مہاتما گاندھی کو لیجیے، گوتم بدھ کو لیجیے۔</w:t>
      </w:r>
    </w:p>
    <w:p>
      <w:r>
        <w:rPr>
          <w:b/>
        </w:rPr>
        <w:t xml:space="preserve">[11:01] </w:t>
      </w:r>
      <w:r>
        <w:t>woh aik woh waisay nahi bane woh.</w:t>
      </w:r>
    </w:p>
    <w:p>
      <w:pPr>
        <w:jc w:val="right"/>
      </w:pPr>
      <w:r>
        <w:t>وہ ایک وہ ویسے نہیں بنے وہ۔</w:t>
      </w:r>
    </w:p>
    <w:p>
      <w:r>
        <w:rPr>
          <w:b/>
        </w:rPr>
        <w:t xml:space="preserve">[11:07] </w:t>
      </w:r>
      <w:r>
        <w:t>Islam ke jo Third Caliph thay Usman woh bohat bara Empire tha us waqt.</w:t>
      </w:r>
    </w:p>
    <w:p>
      <w:pPr>
        <w:jc w:val="right"/>
      </w:pPr>
      <w:r>
        <w:t>اسلام کے جو Third Caliph تھے عثمان وہ بہت بڑا Empire تھا اس وقت۔</w:t>
      </w:r>
    </w:p>
    <w:p>
      <w:r>
        <w:rPr>
          <w:b/>
        </w:rPr>
        <w:t xml:space="preserve">[11:12] </w:t>
      </w:r>
      <w:r>
        <w:t>Hitler se ziyada bara Empire tha.</w:t>
      </w:r>
    </w:p>
    <w:p>
      <w:pPr>
        <w:jc w:val="right"/>
      </w:pPr>
      <w:r>
        <w:t>ہٹلر سے زیادہ بڑا Empire تھا۔</w:t>
      </w:r>
    </w:p>
    <w:p>
      <w:r>
        <w:rPr>
          <w:b/>
        </w:rPr>
        <w:t xml:space="preserve">[11:18] </w:t>
      </w:r>
      <w:r>
        <w:t>to log in ko</w:t>
      </w:r>
    </w:p>
    <w:p>
      <w:pPr>
        <w:jc w:val="right"/>
      </w:pPr>
      <w:r>
        <w:t>تو لوگ ان کو</w:t>
      </w:r>
    </w:p>
    <w:p>
      <w:r>
        <w:rPr>
          <w:b/>
        </w:rPr>
        <w:t xml:space="preserve">[11:23] </w:t>
      </w:r>
      <w:r>
        <w:t>maarna chahtay thay. hazaron log aagay Madine mein ghus gaye. us waqt army maujood thi. log kehtay thay aakar ke aap sirf yeh keh dijiye ke hum in se ladein to hum sab ko khatma kar dein gay. lekin unhon ne kya socha? ab jo un ka Target hai woh sirf mein hoon. mujh ko maarna chahtay hain. lekin agar mein apni army ko kahoon maarne ke liye to hazaron hazar log jo hain maar daale jayen gay. hazaron logon ki jaan ko bachane ke liye</w:t>
      </w:r>
    </w:p>
    <w:p>
      <w:pPr>
        <w:jc w:val="right"/>
      </w:pPr>
      <w:r>
        <w:t>مارنا چاہتے تھے۔ ہزاروں لوگ آ گئے مدینے میں گھس گئے۔ اس وقت آرمی موجود تھی۔ لوگ کہتے تھے آ کر کے آپ صرف یہ کہہ دیجیے کہ ہم ان سے لڑیں تو ہم سب کو خاتمہ کر دیں گے۔ لیکن انہوں نے کیا سوچا؟ اب جو ان کا Target ہے وہ صرف میں ہوں۔ مجھ کو مارنا چاہتے ہیں۔ لیکن اگر میں اپنی آرمی کو کہوں مارنے کے لیے تو ہزاروں ہزار لوگ جو ہیں مار ڈالے جائیں گے۔ ہزاروں لوگوں کی جان کو بچانے کے لیے</w:t>
      </w:r>
    </w:p>
    <w:p>
      <w:r>
        <w:rPr>
          <w:b/>
        </w:rPr>
        <w:t xml:space="preserve">[11:53] </w:t>
      </w:r>
      <w:r>
        <w:t>unhon ne kaha ke aao mujhe maar dalo balkay mein sab ko marwaoon yeh mein nahin kar sakta. aisay bhi insaan isi duniya mein huay hain. to In comparison that we understand dono ko mila kar sochna paray ga aap ko. to main samajhta hoon ke is mein jo cheez nahin samajh sakay log woh hai Deconditioning ka maamla. yeh ajeeb baat hai ke poori History mein is maamlay ko</w:t>
      </w:r>
    </w:p>
    <w:p>
      <w:pPr>
        <w:jc w:val="right"/>
      </w:pPr>
      <w:r>
        <w:t>انہوں نے کہا کہ آؤ مجھے مار ڈالو بلکہ میں سب کو مرواؤں یہ میں نہیں کر سکتا۔ ایسے بھی انسان اسی دنیا میں ہوئے ہیں۔ تو In comparison that we understand دونوں کو ملا کر سوچنا پڑے گا آپ کو۔ تو میں سمجھتا ہوں کہ اس میں جو چیز نہیں سمجھ سکے لوگ وہ ہے Deconditioning کا معاملہ۔ یہ عجیب بات ہے کہ پوری History میں اس معاملے کو</w:t>
      </w:r>
    </w:p>
    <w:p>
      <w:r>
        <w:rPr>
          <w:b/>
        </w:rPr>
        <w:t xml:space="preserve">[12:23] </w:t>
      </w:r>
      <w:r>
        <w:t>nahin samjha logon ne. The greatest missing principle in the whole human history was that people failed to understand the problem of conditioning and deconditioning. poori poori History mein bari anokhi baat hai. American Professor jis ka naam Watson tha jo atharah so atthattar mein paida hua us ne</w:t>
      </w:r>
    </w:p>
    <w:p>
      <w:pPr>
        <w:jc w:val="right"/>
      </w:pPr>
      <w:r>
        <w:t>نہیں سمجھا لوگوں نے۔ The greatest missing principle in the whole human history was that people failed to understand the problem of conditioning and deconditioning۔ پوری پوری History میں بڑی انوکھی بات ہے۔ American Professor جس کا نام واٹسن تھا جو اٹھارہ سو اٹھتر میں پیدا ہوا اس نے</w:t>
      </w:r>
    </w:p>
    <w:p>
      <w:r>
        <w:rPr>
          <w:b/>
        </w:rPr>
        <w:t xml:space="preserve">[12:53] </w:t>
      </w:r>
      <w:r>
        <w:t>pehli baar is ko Discover kiya ke insaan ki Conditioning hoti hai.</w:t>
      </w:r>
    </w:p>
    <w:p>
      <w:pPr>
        <w:jc w:val="right"/>
      </w:pPr>
      <w:r>
        <w:t>پہلی بار اس کو Discover کیا کہ انسان کی Conditioning ہوتی ہے۔</w:t>
      </w:r>
    </w:p>
    <w:p>
      <w:r>
        <w:rPr>
          <w:b/>
        </w:rPr>
        <w:t xml:space="preserve">[12:57] </w:t>
      </w:r>
      <w:r>
        <w:t>paida hote hi.</w:t>
      </w:r>
    </w:p>
    <w:p>
      <w:pPr>
        <w:jc w:val="right"/>
      </w:pPr>
      <w:r>
        <w:t>پیدا ہوتے ہی۔</w:t>
      </w:r>
    </w:p>
    <w:p>
      <w:r>
        <w:rPr>
          <w:b/>
        </w:rPr>
        <w:t xml:space="preserve">[13:00] </w:t>
      </w:r>
      <w:r>
        <w:t>lekin woh bhi aadhi baat jaan saka.</w:t>
      </w:r>
    </w:p>
    <w:p>
      <w:pPr>
        <w:jc w:val="right"/>
      </w:pPr>
      <w:r>
        <w:t>لیکن وہ بھی آدھی بات جان سکا۔</w:t>
      </w:r>
    </w:p>
    <w:p>
      <w:r>
        <w:rPr>
          <w:b/>
        </w:rPr>
        <w:t xml:space="preserve">[13:04] </w:t>
      </w:r>
      <w:r>
        <w:t>Half of the truth ko jaan saka woh.</w:t>
      </w:r>
    </w:p>
    <w:p>
      <w:pPr>
        <w:jc w:val="right"/>
      </w:pPr>
      <w:r>
        <w:t>Half of the truth کو جان سکا وہ۔</w:t>
      </w:r>
    </w:p>
    <w:p>
      <w:r>
        <w:rPr>
          <w:b/>
        </w:rPr>
        <w:t xml:space="preserve">[13:08] </w:t>
      </w:r>
      <w:r>
        <w:t>yani Conditioning ko to jana is ne lekin Deconditioning ke Principle ko nahi jaan saka wo.</w:t>
      </w:r>
    </w:p>
    <w:p>
      <w:pPr>
        <w:jc w:val="right"/>
      </w:pPr>
      <w:r>
        <w:t>یعنی Conditioning کو تو جانا اس نے لیکن Deconditioning کے Principle کو نہیں جان سکا وہ۔</w:t>
      </w:r>
    </w:p>
    <w:p>
      <w:r>
        <w:rPr>
          <w:b/>
        </w:rPr>
        <w:t xml:space="preserve">[13:12] </w:t>
      </w:r>
      <w:r>
        <w:t>Deconditioning ke Principle ko phir bhi nahi jaan saka wo.</w:t>
      </w:r>
    </w:p>
    <w:p>
      <w:pPr>
        <w:jc w:val="right"/>
      </w:pPr>
      <w:r>
        <w:t>Deconditioning کے Principle کو پھر بھی نہیں جان سکا وہ۔</w:t>
      </w:r>
    </w:p>
    <w:p>
      <w:r>
        <w:rPr>
          <w:b/>
        </w:rPr>
        <w:t xml:space="preserve">[13:15] </w:t>
      </w:r>
      <w:r>
        <w:t>to aadhi baat jani is ne aur aadhi baat se be khabar raha wo.</w:t>
      </w:r>
    </w:p>
    <w:p>
      <w:pPr>
        <w:jc w:val="right"/>
      </w:pPr>
      <w:r>
        <w:t>تو آدھی بات جانی اس نے اور آدھی بات سے بے خبر رہا وہ۔</w:t>
      </w:r>
    </w:p>
    <w:p>
      <w:r>
        <w:rPr>
          <w:b/>
        </w:rPr>
        <w:t xml:space="preserve">[13:19] </w:t>
      </w:r>
      <w:r>
        <w:t>is par mein so</w:t>
      </w:r>
    </w:p>
    <w:p>
      <w:pPr>
        <w:jc w:val="right"/>
      </w:pPr>
      <w:r>
        <w:t>اس پر میں سو</w:t>
      </w:r>
    </w:p>
    <w:p>
      <w:r>
        <w:rPr>
          <w:b/>
        </w:rPr>
        <w:t xml:space="preserve">[13:23] </w:t>
      </w:r>
      <w:r>
        <w:t>chita raha ke aakhir raaz kya hai? ke log Conditioning ki baat karte hain lekin Deconditioning ki baat</w:t>
      </w:r>
    </w:p>
    <w:p>
      <w:pPr>
        <w:jc w:val="right"/>
      </w:pPr>
      <w:r>
        <w:t>چتا رہا کہ آخر راز کیا ہے؟ کہ لوگ Conditioning کی بات کرتے ہیں لیکن Deconditioning کی بات</w:t>
      </w:r>
    </w:p>
    <w:p>
      <w:r>
        <w:rPr>
          <w:b/>
        </w:rPr>
        <w:t xml:space="preserve">[13:29] </w:t>
      </w:r>
      <w:r>
        <w:t>nahi kar paate log.</w:t>
      </w:r>
    </w:p>
    <w:p>
      <w:pPr>
        <w:jc w:val="right"/>
      </w:pPr>
      <w:r>
        <w:t>نہیں کر پاتے لوگ۔</w:t>
      </w:r>
    </w:p>
    <w:p>
      <w:r>
        <w:rPr>
          <w:b/>
        </w:rPr>
        <w:t xml:space="preserve">[13:35] </w:t>
      </w:r>
      <w:r>
        <w:t>is ka raaz kya hai? to is ka raaz mujhe abhi kal parson ek mujhe ek ek Experience hua.</w:t>
      </w:r>
    </w:p>
    <w:p>
      <w:pPr>
        <w:jc w:val="right"/>
      </w:pPr>
      <w:r>
        <w:t>اس کا راز کیا ہے؟ تو اس کا راز مجھے ابھی کل پرسوں ایک مجھے ایک ایک Experience ہوا۔</w:t>
      </w:r>
    </w:p>
    <w:p>
      <w:r>
        <w:rPr>
          <w:b/>
        </w:rPr>
        <w:t xml:space="preserve">[13:41] </w:t>
      </w:r>
      <w:r>
        <w:t>mein ek ek aisi Family mein paida hua jahan ke adab aur shayari isi ka charcha tha.</w:t>
      </w:r>
    </w:p>
    <w:p>
      <w:pPr>
        <w:jc w:val="right"/>
      </w:pPr>
      <w:r>
        <w:t>میں ایک ایک ایسی Family میں پیدا ہوا جہاں کے ادب اور شاعری اسی کا چرچا تھا۔</w:t>
      </w:r>
    </w:p>
    <w:p>
      <w:r>
        <w:rPr>
          <w:b/>
        </w:rPr>
        <w:t xml:space="preserve">[13:47] </w:t>
      </w:r>
      <w:r>
        <w:t>aur hamare ghar mein bohat si kitabein</w:t>
      </w:r>
    </w:p>
    <w:p>
      <w:pPr>
        <w:jc w:val="right"/>
      </w:pPr>
      <w:r>
        <w:t>اور ہمارے گھر میں بہت سی کتابیں</w:t>
      </w:r>
    </w:p>
    <w:p>
      <w:r>
        <w:rPr>
          <w:b/>
        </w:rPr>
        <w:t xml:space="preserve">[13:53] </w:t>
      </w:r>
      <w:r>
        <w:t>hoti theen lekin sab wahi adab wali kitabein, sher o shayari wali kitabein, novel yahi sab tha.</w:t>
      </w:r>
    </w:p>
    <w:p>
      <w:pPr>
        <w:jc w:val="right"/>
      </w:pPr>
      <w:r>
        <w:t>ہوتی تھیں لیکن سب وہی ادب والی کتابیں، شعر و شاعری والی کتابیں، ناول یہی سب تھا۔</w:t>
      </w:r>
    </w:p>
    <w:p>
      <w:r>
        <w:rPr>
          <w:b/>
        </w:rPr>
        <w:t xml:space="preserve">[14:01] </w:t>
      </w:r>
      <w:r>
        <w:t>ilm ilmi kitab ya science ki kitab wahan par nahi hoti thi.</w:t>
      </w:r>
    </w:p>
    <w:p>
      <w:pPr>
        <w:jc w:val="right"/>
      </w:pPr>
      <w:r>
        <w:t>علم علمی کتاب یا سائنس کی کتاب وہاں پر نہیں ہوتی تھی۔</w:t>
      </w:r>
    </w:p>
    <w:p>
      <w:r>
        <w:rPr>
          <w:b/>
        </w:rPr>
        <w:t xml:space="preserve">[14:09] </w:t>
      </w:r>
      <w:r>
        <w:t>is zamane mein hum ne parha tha ek mashhoor jo shayar hain zao' un ka yeh sher: "dard</w:t>
      </w:r>
    </w:p>
    <w:p>
      <w:pPr>
        <w:jc w:val="right"/>
      </w:pPr>
      <w:r>
        <w:t>اس زمانے میں ہم نے پڑھا تھا ایک مشہور جو شاعر ہیں ضوء ان کا یہ شعر: "درد</w:t>
      </w:r>
    </w:p>
    <w:p>
      <w:r>
        <w:rPr>
          <w:b/>
        </w:rPr>
        <w:t xml:space="preserve">[14:16] </w:t>
      </w:r>
      <w:r>
        <w:t>e dil ke waste paida kiya insaan ko warna itaa'at ke liye kuch kam na thay karubiyan." karubiyan matlab Angel</w:t>
      </w:r>
    </w:p>
    <w:p>
      <w:pPr>
        <w:jc w:val="right"/>
      </w:pPr>
      <w:r>
        <w:t>دل کے واسطے پیدا کیا انسان کو ورنہ اطاعت کے لیے کچھ کم نہ تھے کروبیاں۔" کروبیاں مطلب Angel</w:t>
      </w:r>
    </w:p>
    <w:p>
      <w:r>
        <w:rPr>
          <w:b/>
        </w:rPr>
        <w:t xml:space="preserve">[14:24] </w:t>
      </w:r>
      <w:r>
        <w:t>.</w:t>
      </w:r>
    </w:p>
    <w:p>
      <w:pPr>
        <w:jc w:val="right"/>
      </w:pPr>
      <w:r>
        <w:t>۔</w:t>
      </w:r>
    </w:p>
    <w:p>
      <w:r>
        <w:rPr>
          <w:b/>
        </w:rPr>
        <w:t xml:space="preserve">[14:29] </w:t>
      </w:r>
      <w:r>
        <w:t>ke insaan ko Khuda ne paida kiya to kis liye? yani Pain ka Experience karane ke liye insaan ko.</w:t>
      </w:r>
    </w:p>
    <w:p>
      <w:pPr>
        <w:jc w:val="right"/>
      </w:pPr>
      <w:r>
        <w:t>کہ انسان کو خدا نے پیدا کیا تو کس لیے؟ یعنی Pain کا Experience کرانے کے لیے انسان کو۔</w:t>
      </w:r>
    </w:p>
    <w:p>
      <w:r>
        <w:rPr>
          <w:b/>
        </w:rPr>
        <w:t xml:space="preserve">[14:33] </w:t>
      </w:r>
      <w:r>
        <w:t>aur jahan tak ibaadat ki baat hai to bohat se Angel maujood thay wo baat kar hi rahay thay.</w:t>
      </w:r>
    </w:p>
    <w:p>
      <w:pPr>
        <w:jc w:val="right"/>
      </w:pPr>
      <w:r>
        <w:t>اور جہاں تک عبادت کی بات ہے تو بہت سے Angel موجود تھے وہ بات کر ہی رہے تھے۔</w:t>
      </w:r>
    </w:p>
    <w:p>
      <w:r>
        <w:rPr>
          <w:b/>
        </w:rPr>
        <w:t xml:space="preserve">[14:37] </w:t>
      </w:r>
      <w:r>
        <w:t>to yeh sher mere Mind mein basa hua tha.</w:t>
      </w:r>
    </w:p>
    <w:p>
      <w:pPr>
        <w:jc w:val="right"/>
      </w:pPr>
      <w:r>
        <w:t>تو یہ شعر میرے Mind میں بسا ہوا تھا۔</w:t>
      </w:r>
    </w:p>
    <w:p>
      <w:r>
        <w:rPr>
          <w:b/>
        </w:rPr>
        <w:t xml:space="preserve">[14:42] </w:t>
      </w:r>
      <w:r>
        <w:t>itni lambi dhun se basa hua tha.</w:t>
      </w:r>
    </w:p>
    <w:p>
      <w:pPr>
        <w:jc w:val="right"/>
      </w:pPr>
      <w:r>
        <w:t>اتنی لمبی دھن سے بسا ہوا تھا۔</w:t>
      </w:r>
    </w:p>
    <w:p>
      <w:r>
        <w:rPr>
          <w:b/>
        </w:rPr>
        <w:t xml:space="preserve">[14:46] </w:t>
      </w:r>
      <w:r>
        <w:t>"dard e dil ke waste paida kiya insaan ko." bohat baad ko maine samjha ke yeh bilkul galat sher hai.</w:t>
      </w:r>
    </w:p>
    <w:p>
      <w:pPr>
        <w:jc w:val="right"/>
      </w:pPr>
      <w:r>
        <w:t>"درد دل کے واسطے پیدا کیا انسان کو۔" بہت بعد کو میں نے سمجھا کہ یہ بالکل غلط شعر ہے۔</w:t>
      </w:r>
    </w:p>
    <w:p>
      <w:r>
        <w:rPr>
          <w:b/>
        </w:rPr>
        <w:t xml:space="preserve">[14:50] </w:t>
      </w:r>
      <w:r>
        <w:t>yeh ek Negative Aspect batata hai zindagi</w:t>
      </w:r>
    </w:p>
    <w:p>
      <w:pPr>
        <w:jc w:val="right"/>
      </w:pPr>
      <w:r>
        <w:t>یہ ایک Negative Aspect بتاتا ہے زندگی</w:t>
      </w:r>
    </w:p>
    <w:p>
      <w:r>
        <w:rPr>
          <w:b/>
        </w:rPr>
        <w:t xml:space="preserve">[14:55] </w:t>
      </w:r>
      <w:r>
        <w:t>ka.</w:t>
      </w:r>
    </w:p>
    <w:p>
      <w:pPr>
        <w:jc w:val="right"/>
      </w:pPr>
      <w:r>
        <w:t>کا۔</w:t>
      </w:r>
    </w:p>
    <w:p>
      <w:r>
        <w:rPr>
          <w:b/>
        </w:rPr>
        <w:t xml:space="preserve">[14:58] </w:t>
      </w:r>
      <w:r>
        <w:t>jab maine yeh Discover kiya ke har cheez mein Negative hota hai, Positive hota hai.</w:t>
      </w:r>
    </w:p>
    <w:p>
      <w:pPr>
        <w:jc w:val="right"/>
      </w:pPr>
      <w:r>
        <w:t>جب میں نے یہ Discover کیا کہ ہر چیز میں Negative ہوتا ہے، Positive ہوتا ہے۔</w:t>
      </w:r>
    </w:p>
    <w:p>
      <w:r>
        <w:rPr>
          <w:b/>
        </w:rPr>
        <w:t xml:space="preserve">[15:01] </w:t>
      </w:r>
      <w:r>
        <w:t>to Negative Aspect ko le lete hain jaldi jaldi se.</w:t>
      </w:r>
    </w:p>
    <w:p>
      <w:pPr>
        <w:jc w:val="right"/>
      </w:pPr>
      <w:r>
        <w:t>تو Negative Aspect کو لے لیتے ہیں جلدی جلدی سے۔</w:t>
      </w:r>
    </w:p>
    <w:p>
      <w:r>
        <w:rPr>
          <w:b/>
        </w:rPr>
        <w:t xml:space="preserve">[15:05] </w:t>
      </w:r>
      <w:r>
        <w:t>Positive Aspect ko mein Discover karne ki koshish karta hoon.</w:t>
      </w:r>
    </w:p>
    <w:p>
      <w:pPr>
        <w:jc w:val="right"/>
      </w:pPr>
      <w:r>
        <w:t>Positive Aspect کو میں Discover کرنے کی کوشش کرتا ہوں۔</w:t>
      </w:r>
    </w:p>
    <w:p>
      <w:r>
        <w:rPr>
          <w:b/>
        </w:rPr>
        <w:t xml:space="preserve">[15:08] </w:t>
      </w:r>
      <w:r>
        <w:t>to Positive Aspect kya hai? Khuda ne paida kiya insaan ko ke woh Khuda ko pehchane, Khuda ko</w:t>
      </w:r>
    </w:p>
    <w:p>
      <w:pPr>
        <w:jc w:val="right"/>
      </w:pPr>
      <w:r>
        <w:t>تو Positive Aspect کیا ہے؟ خدا نے پیدا کیا انسان کو کہ وہ خدا کو پہچانے، خدا کو</w:t>
      </w:r>
    </w:p>
    <w:p>
      <w:r>
        <w:rPr>
          <w:b/>
        </w:rPr>
        <w:t xml:space="preserve">[15:11] </w:t>
      </w:r>
      <w:r>
        <w:t>realize kare, khuda ko discover kare.</w:t>
      </w:r>
    </w:p>
    <w:p>
      <w:pPr>
        <w:jc w:val="right"/>
      </w:pPr>
      <w:r>
        <w:t>Realize کرے، خدا کو Discover کرے۔</w:t>
      </w:r>
    </w:p>
    <w:p>
      <w:r>
        <w:rPr>
          <w:b/>
        </w:rPr>
        <w:t xml:space="preserve">[15:15] </w:t>
      </w:r>
      <w:r>
        <w:t>creator ko jaane.</w:t>
      </w:r>
    </w:p>
    <w:p>
      <w:pPr>
        <w:jc w:val="right"/>
      </w:pPr>
      <w:r>
        <w:t>Creator کو جانے۔</w:t>
      </w:r>
    </w:p>
    <w:p>
      <w:r>
        <w:rPr>
          <w:b/>
        </w:rPr>
        <w:t xml:space="preserve">[15:18] </w:t>
      </w:r>
      <w:r>
        <w:t>is ke liye paida kiya.</w:t>
      </w:r>
    </w:p>
    <w:p>
      <w:pPr>
        <w:jc w:val="right"/>
      </w:pPr>
      <w:r>
        <w:t>اس کے لیے پیدا کیا۔</w:t>
      </w:r>
    </w:p>
    <w:p>
      <w:r>
        <w:rPr>
          <w:b/>
        </w:rPr>
        <w:t xml:space="preserve">[15:21] </w:t>
      </w:r>
      <w:r>
        <w:t>yeh to koi pur</w:t>
      </w:r>
    </w:p>
    <w:p>
      <w:pPr>
        <w:jc w:val="right"/>
      </w:pPr>
      <w:r>
        <w:t>یہ تو کوئی Pur</w:t>
      </w:r>
    </w:p>
    <w:p>
      <w:r>
        <w:rPr>
          <w:b/>
        </w:rPr>
        <w:t xml:space="preserve">[15:25] </w:t>
      </w:r>
      <w:r>
        <w:t>pose nahin hua paida karne ka ke tarpte tarpte mar jayen aur qissa khatm. yeh to koi Purpose nahin hai. to main khud is tarah ki bohat si cheezon ko maine jaana hai baat ko Deconditioning ke zariye. phir maine socha ke aisa kyun hota hai? asal mein Deconditioning aik Merciless Process hai.</w:t>
      </w:r>
    </w:p>
    <w:p>
      <w:pPr>
        <w:jc w:val="right"/>
      </w:pPr>
      <w:r>
        <w:t>pose نہیں ہوا پیدا کرنے کا کہ تڑپتے تڑپتے مر جائیں اور قصہ ختم۔ یہ تو کوئی Purpose نہیں ہے۔ تو میں خود اس طرح کی بہت سی چیزوں کو میں نے جانا ہے بات کو Deconditioning کے ذریعے۔ پھر میں نے سوچا کہ ایسا کیوں ہوتا ہے؟ اصل میں Deconditioning ایک Merciless Process ہے۔</w:t>
      </w:r>
    </w:p>
    <w:p>
      <w:r>
        <w:rPr>
          <w:b/>
        </w:rPr>
        <w:t xml:space="preserve">[15:55] </w:t>
      </w:r>
      <w:r>
        <w:t>is ke baghair Deconditioning nahin ho sakti. jis ko kehtay hain Introspection. Merciless Introspection. aik hi aik hi Method hai Deconditioning ka. woh hai Merciless Introspection. yani woh hai aik Psychological sense mein Self Killing hai woh. to aadmi kyun aisa kare? It requires a very very str</w:t>
      </w:r>
    </w:p>
    <w:p>
      <w:pPr>
        <w:jc w:val="right"/>
      </w:pPr>
      <w:r>
        <w:t>اس کے بغیر Deconditioning نہیں ہو سکتی۔ جس کو کہتے ہیں Introspection۔ Merciless Introspection۔ ایک ہی ایک ہی Method ہے Deconditioning کا۔ وہ ہے Merciless Introspection۔ یعنی وہ ہے ایک Psychological Sense میں Self Killing ہے وہ۔ تو آدمی کیوں ایسا کرے؟ It requires a very very str</w:t>
      </w:r>
    </w:p>
    <w:p>
      <w:r>
        <w:rPr>
          <w:b/>
        </w:rPr>
        <w:t xml:space="preserve">[16:25] </w:t>
      </w:r>
      <w:r>
        <w:t>ong incentive. aadmi Self Killing kyu kare? apni Merciless Introspection kyu kare? yaani Merciless Hammering kyu kare woh? khud apni kyu hai koi koi kare koi? toh main kahunga ke It requires a very very strong incentive. woh Incentive kya hai? Accountability. Accountability. yaani yeh ehsaas ke mujhe Khuda ke saamne</w:t>
      </w:r>
    </w:p>
    <w:p>
      <w:pPr>
        <w:jc w:val="right"/>
      </w:pPr>
      <w:r>
        <w:t>ong incentive۔ آدمی Self Killing کیوں کرے؟ اپنی Merciless Introspection کیوں کرے؟ یعنی Merciless Hammering کیوں کرے وہ؟ خود اپنی کیوں ہے کوئی کوئی کرے کوئی؟ تو میں کہوں گا کہ It requires a very very strong incentive۔ وہ Incentive کیا ہے؟ Accountability۔ Accountability۔ یعنی یہ احساس کہ مجھے خدا کے سامنے</w:t>
      </w:r>
    </w:p>
    <w:p>
      <w:r>
        <w:rPr>
          <w:b/>
        </w:rPr>
        <w:t xml:space="preserve">[16:55] </w:t>
      </w:r>
      <w:r>
        <w:t>khada hona hai.</w:t>
      </w:r>
    </w:p>
    <w:p>
      <w:pPr>
        <w:jc w:val="right"/>
      </w:pPr>
      <w:r>
        <w:t>کھڑا ہونا ہے۔</w:t>
      </w:r>
    </w:p>
    <w:p>
      <w:r>
        <w:rPr>
          <w:b/>
        </w:rPr>
        <w:t xml:space="preserve">[16:59] </w:t>
      </w:r>
      <w:r>
        <w:t>mujhe khuda ke samne mera record pesh kiya jayega, wahan par main mera hisab hoga aur phir</w:t>
      </w:r>
    </w:p>
    <w:p>
      <w:pPr>
        <w:jc w:val="right"/>
      </w:pPr>
      <w:r>
        <w:t>مجھے خدا کے سامنے میرا ریکارڈ پیش کیا جائے گا، وہاں پر میں میرا حساب ہوگا اور پھر</w:t>
      </w:r>
    </w:p>
    <w:p>
      <w:r>
        <w:rPr>
          <w:b/>
        </w:rPr>
        <w:t xml:space="preserve">[17:04] </w:t>
      </w:r>
      <w:r>
        <w:t>ya to hell milegi ya paradise milegi.</w:t>
      </w:r>
    </w:p>
    <w:p>
      <w:pPr>
        <w:jc w:val="right"/>
      </w:pPr>
      <w:r>
        <w:t>یا تو Hell ملے گی یا Paradise ملے گی۔</w:t>
      </w:r>
    </w:p>
    <w:p>
      <w:r>
        <w:rPr>
          <w:b/>
        </w:rPr>
        <w:t xml:space="preserve">[17:08] </w:t>
      </w:r>
      <w:r>
        <w:t>yeh jo jo concept of accountability hai yahi aap ko woh spirit deta hai ke aap apni deconditioning karein.</w:t>
      </w:r>
    </w:p>
    <w:p>
      <w:pPr>
        <w:jc w:val="right"/>
      </w:pPr>
      <w:r>
        <w:t>یہ جو جو Concept of Accountability ہے یہی آپ کو وہ Spirit دیتا ہے کہ آپ اپنی Deconditioning کریں۔</w:t>
      </w:r>
    </w:p>
    <w:p>
      <w:r>
        <w:rPr>
          <w:b/>
        </w:rPr>
        <w:t xml:space="preserve">[17:13] </w:t>
      </w:r>
      <w:r>
        <w:t>ek hi puri jo missing hai puri history mein woh yahi hai.</w:t>
      </w:r>
    </w:p>
    <w:p>
      <w:pPr>
        <w:jc w:val="right"/>
      </w:pPr>
      <w:r>
        <w:t>ایک ہی پوری جو Missing ہے پوری History میں وہ یہی ہے۔</w:t>
      </w:r>
    </w:p>
    <w:p>
      <w:r>
        <w:rPr>
          <w:b/>
        </w:rPr>
        <w:t xml:space="preserve">[17:17] </w:t>
      </w:r>
      <w:r>
        <w:t>concept of accountability.</w:t>
      </w:r>
    </w:p>
    <w:p>
      <w:pPr>
        <w:jc w:val="right"/>
      </w:pPr>
      <w:r>
        <w:t>Concept of Accountability۔</w:t>
      </w:r>
    </w:p>
    <w:p>
      <w:r>
        <w:rPr>
          <w:b/>
        </w:rPr>
        <w:t xml:space="preserve">[17:21] </w:t>
      </w:r>
      <w:r>
        <w:t>isi liye log apni deconditioning nahi kar sake.</w:t>
      </w:r>
    </w:p>
    <w:p>
      <w:pPr>
        <w:jc w:val="right"/>
      </w:pPr>
      <w:r>
        <w:t>اسی لیے لوگ اپنی Deconditioning نہیں کر سکے۔</w:t>
      </w:r>
    </w:p>
    <w:p>
      <w:r>
        <w:rPr>
          <w:b/>
        </w:rPr>
        <w:t xml:space="preserve">[17:26] </w:t>
      </w:r>
      <w:r>
        <w:t>aap sochein kyon aadmi apne ko apni self hammering kare? kyon kare? to yeh jo paper mein bataya</w:t>
      </w:r>
    </w:p>
    <w:p>
      <w:pPr>
        <w:jc w:val="right"/>
      </w:pPr>
      <w:r>
        <w:t>آپ سوچیں کیوں آدمی اپنے کو اپنی Self Hammering کرے؟ کیوں کرے؟ تو یہ جو Paper میں بتایا</w:t>
      </w:r>
    </w:p>
    <w:p>
      <w:r>
        <w:rPr>
          <w:b/>
        </w:rPr>
        <w:t xml:space="preserve">[17:36] </w:t>
      </w:r>
      <w:r>
        <w:t>hai ke log jo hain bohat aasani se ho jate hain exploiter aur bohat aasani se woh self</w:t>
      </w:r>
    </w:p>
    <w:p>
      <w:pPr>
        <w:jc w:val="right"/>
      </w:pPr>
      <w:r>
        <w:t>ہے کہ لوگ جو ہیں بہت آسانی سے ہو جاتے ہیں Exploiter اور بہت آسانی سے وہ Self</w:t>
      </w:r>
    </w:p>
    <w:p>
      <w:r>
        <w:rPr>
          <w:b/>
        </w:rPr>
        <w:t xml:space="preserve">[17:46] </w:t>
      </w:r>
      <w:r>
        <w:t>interest ki taraf dorne lagte hain aur power pate hi dictator ban jate hain waghera to kyon un ke</w:t>
      </w:r>
    </w:p>
    <w:p>
      <w:pPr>
        <w:jc w:val="right"/>
      </w:pPr>
      <w:r>
        <w:t>Interest کی طرف دوڑنے لگتے ہیں اور Power پاتے ہی Dictator بن جاتے ہیں وغیرہ تو کیوں ان کے</w:t>
      </w:r>
    </w:p>
    <w:p>
      <w:r>
        <w:rPr>
          <w:b/>
        </w:rPr>
        <w:t xml:space="preserve">[17:56] </w:t>
      </w:r>
      <w:r>
        <w:t>pas deconditioning ke liye koi powerful incentive nahi hai? kyon karein woh? pakad ka jo yeh hai ke</w:t>
      </w:r>
    </w:p>
    <w:p>
      <w:pPr>
        <w:jc w:val="right"/>
      </w:pPr>
      <w:r>
        <w:t>پاس Deconditioning کے لیے کوئی Powerful Incentive نہیں ہے؟ کیوں کریں وہ؟ پکڑ کا جو یہ ہے کہ</w:t>
      </w:r>
    </w:p>
    <w:p>
      <w:r>
        <w:rPr>
          <w:b/>
        </w:rPr>
        <w:t xml:space="preserve">[18:02] </w:t>
      </w:r>
      <w:r>
        <w:t>mujhe khuda pakdega.</w:t>
      </w:r>
    </w:p>
    <w:p>
      <w:pPr>
        <w:jc w:val="right"/>
      </w:pPr>
      <w:r>
        <w:t>مجھے خدا پکڑے گا۔</w:t>
      </w:r>
    </w:p>
    <w:p>
      <w:r>
        <w:rPr>
          <w:b/>
        </w:rPr>
        <w:t xml:space="preserve">[18:08] </w:t>
      </w:r>
      <w:r>
        <w:t>khuda ke haan mera hisab kitab hoga.</w:t>
      </w:r>
    </w:p>
    <w:p>
      <w:pPr>
        <w:jc w:val="right"/>
      </w:pPr>
      <w:r>
        <w:t>خدا کے ہاں میرا حساب کتاب ہوگا۔</w:t>
      </w:r>
    </w:p>
    <w:p>
      <w:r>
        <w:rPr>
          <w:b/>
        </w:rPr>
        <w:t xml:space="preserve">[18:14] </w:t>
      </w:r>
      <w:r>
        <w:t>yahi ek hi cheez hai jo aap ko deconditioning ke liye yani merciless self hammering ke liye tayar karti hai.</w:t>
      </w:r>
    </w:p>
    <w:p>
      <w:pPr>
        <w:jc w:val="right"/>
      </w:pPr>
      <w:r>
        <w:t>یہی ایک ہی چیز ہے جو آپ کو Deconditioning کے لیے یعنی Merciless Self Hammering کے لیے تیار کرتی ہے۔</w:t>
      </w:r>
    </w:p>
    <w:p>
      <w:r>
        <w:rPr>
          <w:b/>
        </w:rPr>
        <w:t xml:space="preserve">[18:20] </w:t>
      </w:r>
      <w:r>
        <w:t>isi liye puri puri history guzar gayi</w:t>
      </w:r>
    </w:p>
    <w:p>
      <w:pPr>
        <w:jc w:val="right"/>
      </w:pPr>
      <w:r>
        <w:t>اسی لیے پوری پوری History گزر گئی</w:t>
      </w:r>
    </w:p>
    <w:p>
      <w:r>
        <w:rPr>
          <w:b/>
        </w:rPr>
        <w:t xml:space="preserve">[18:27] </w:t>
      </w:r>
      <w:r>
        <w:t>aur koi apni deconditioning na kar saka siwaye thore logon ke.</w:t>
      </w:r>
    </w:p>
    <w:p>
      <w:pPr>
        <w:jc w:val="right"/>
      </w:pPr>
      <w:r>
        <w:t>اور کوئی اپنی Deconditioning نہ کر سکا سوائے تھوڑے لوگوں کے۔</w:t>
      </w:r>
    </w:p>
    <w:p>
      <w:r>
        <w:rPr>
          <w:b/>
        </w:rPr>
        <w:t xml:space="preserve">[18:30] </w:t>
      </w:r>
      <w:r>
        <w:t>ab mussolini ke pas, hitler ke pas, stalin ke pas yeh idea nahi tha ke mujhe apni hammering</w:t>
      </w:r>
    </w:p>
    <w:p>
      <w:pPr>
        <w:jc w:val="right"/>
      </w:pPr>
      <w:r>
        <w:t>اب مسولینی کے پاس، ہٹلر کے پاس، اسٹالن کے پاس یہ Idea نہیں تھا کہ مجھے اپنی Hammering</w:t>
      </w:r>
    </w:p>
    <w:p>
      <w:r>
        <w:rPr>
          <w:b/>
        </w:rPr>
        <w:t xml:space="preserve">[18:34] </w:t>
      </w:r>
      <w:r>
        <w:t>kar ke apne ko theek karna hai.</w:t>
      </w:r>
    </w:p>
    <w:p>
      <w:pPr>
        <w:jc w:val="right"/>
      </w:pPr>
      <w:r>
        <w:t>کر کے اپنے کو ٹھیک کرنا ہے۔</w:t>
      </w:r>
    </w:p>
    <w:p>
      <w:r>
        <w:rPr>
          <w:b/>
        </w:rPr>
        <w:t xml:space="preserve">[18:38] </w:t>
      </w:r>
      <w:r>
        <w:t>sare log bolte rahe historical wrongs ki batain.</w:t>
      </w:r>
    </w:p>
    <w:p>
      <w:pPr>
        <w:jc w:val="right"/>
      </w:pPr>
      <w:r>
        <w:t>سارے لوگ بولتے رہے Historical Wrongs کی باتیں۔</w:t>
      </w:r>
    </w:p>
    <w:p>
      <w:r>
        <w:rPr>
          <w:b/>
        </w:rPr>
        <w:t xml:space="preserve">[18:42] </w:t>
      </w:r>
      <w:r>
        <w:t>hamare india mein bhi.</w:t>
      </w:r>
    </w:p>
    <w:p>
      <w:pPr>
        <w:jc w:val="right"/>
      </w:pPr>
      <w:r>
        <w:t>ہمارے انڈیا میں بھی۔</w:t>
      </w:r>
    </w:p>
    <w:p>
      <w:r>
        <w:rPr>
          <w:b/>
        </w:rPr>
        <w:t xml:space="preserve">[18:46] </w:t>
      </w:r>
      <w:r>
        <w:t>kyonke is mein doosron par zad padti thi.</w:t>
      </w:r>
    </w:p>
    <w:p>
      <w:pPr>
        <w:jc w:val="right"/>
      </w:pPr>
      <w:r>
        <w:t>کیونکہ اس میں دوسروں پر زد پڑتی تھی۔</w:t>
      </w:r>
    </w:p>
    <w:p>
      <w:r>
        <w:rPr>
          <w:b/>
        </w:rPr>
        <w:t xml:space="preserve">[18:49] </w:t>
      </w:r>
      <w:r>
        <w:t>yani doosron ne History mein jo ghaltiyan ki hain us ko theek karna.</w:t>
      </w:r>
    </w:p>
    <w:p>
      <w:pPr>
        <w:jc w:val="right"/>
      </w:pPr>
      <w:r>
        <w:t>یعنی دوسروں نے History میں جو غلطیاں کی ہیں اس کو ٹھیک کرنا۔</w:t>
      </w:r>
    </w:p>
    <w:p>
      <w:r>
        <w:rPr>
          <w:b/>
        </w:rPr>
        <w:t xml:space="preserve">[18:53] </w:t>
      </w:r>
      <w:r>
        <w:t>lekin apni ghalti ko</w:t>
      </w:r>
    </w:p>
    <w:p>
      <w:pPr>
        <w:jc w:val="right"/>
      </w:pPr>
      <w:r>
        <w:t>لیکن اپنی غلطی کو</w:t>
      </w:r>
    </w:p>
    <w:p>
      <w:r>
        <w:rPr>
          <w:b/>
        </w:rPr>
        <w:t xml:space="preserve">[18:57] </w:t>
      </w:r>
      <w:r>
        <w:t>, apni Mistake ko theek karna is ki koi buri nahi bolta.</w:t>
      </w:r>
    </w:p>
    <w:p>
      <w:pPr>
        <w:jc w:val="right"/>
      </w:pPr>
      <w:r>
        <w:t>، اپنی Mistake کو ٹھیک کرنا اس کی کوئی بری نہیں بولتا۔</w:t>
      </w:r>
    </w:p>
    <w:p>
      <w:r>
        <w:rPr>
          <w:b/>
        </w:rPr>
        <w:t xml:space="preserve">[19:04] </w:t>
      </w:r>
      <w:r>
        <w:t>kyun? is ke liye is ke liye chahiye aik bohat zabardast qism ka Incentive.</w:t>
      </w:r>
    </w:p>
    <w:p>
      <w:pPr>
        <w:jc w:val="right"/>
      </w:pPr>
      <w:r>
        <w:t>کیوں؟ اس کے لیے اس کے لیے چاہیے ایک بہت زبردست قسم کا Incentive۔</w:t>
      </w:r>
    </w:p>
    <w:p>
      <w:r>
        <w:rPr>
          <w:b/>
        </w:rPr>
        <w:t xml:space="preserve">[19:10] </w:t>
      </w:r>
      <w:r>
        <w:t>bohat hi Strong Type ka Incentive.</w:t>
      </w:r>
    </w:p>
    <w:p>
      <w:pPr>
        <w:jc w:val="right"/>
      </w:pPr>
      <w:r>
        <w:t>بہت ہی Strong Type کا Incentive۔</w:t>
      </w:r>
    </w:p>
    <w:p>
      <w:r>
        <w:rPr>
          <w:b/>
        </w:rPr>
        <w:t xml:space="preserve">[19:17] </w:t>
      </w:r>
      <w:r>
        <w:t>to mein yeh keh sakta hoon ke poori History se yeh cheez samne aayi hai ke zindagi ka</w:t>
      </w:r>
    </w:p>
    <w:p>
      <w:pPr>
        <w:jc w:val="right"/>
      </w:pPr>
      <w:r>
        <w:t>تو میں یہ کہہ سکتا ہوں کہ پوری History سے یہ چیز سامنے آئی ہے کہ زندگی کا</w:t>
      </w:r>
    </w:p>
    <w:p>
      <w:r>
        <w:rPr>
          <w:b/>
        </w:rPr>
        <w:t xml:space="preserve">[19:23] </w:t>
      </w:r>
      <w:r>
        <w:t>sab se bara jo formula hai woh hai Accountability par ko manna.</w:t>
      </w:r>
    </w:p>
    <w:p>
      <w:pPr>
        <w:jc w:val="right"/>
      </w:pPr>
      <w:r>
        <w:t>سب سے بڑا جو فارمولا ہے وہ ہے Accountability پر کو ماننا۔</w:t>
      </w:r>
    </w:p>
    <w:p>
      <w:r>
        <w:rPr>
          <w:b/>
        </w:rPr>
        <w:t xml:space="preserve">[19:30] </w:t>
      </w:r>
      <w:r>
        <w:t>yani Khuda ke samne hum khare honge aur wahan par hamein hisab dena hoga.</w:t>
      </w:r>
    </w:p>
    <w:p>
      <w:pPr>
        <w:jc w:val="right"/>
      </w:pPr>
      <w:r>
        <w:t>یعنی خدا کے سامنے ہم کھڑے ہوں گے اور وہاں پر ہمیں حساب دینا ہوگا۔</w:t>
      </w:r>
    </w:p>
    <w:p>
      <w:r>
        <w:rPr>
          <w:b/>
        </w:rPr>
        <w:t xml:space="preserve">[19:36] </w:t>
      </w:r>
      <w:r>
        <w:t>aur jab aadmi sochta hai Hadees mein aata hai ke man nawakha shaqqat halak.</w:t>
      </w:r>
    </w:p>
    <w:p>
      <w:pPr>
        <w:jc w:val="right"/>
      </w:pPr>
      <w:r>
        <w:t>اور جب آدمی سوچتا ہے حدیث میں آتا ہے کہ من نوخ شفقت حلق۔</w:t>
      </w:r>
    </w:p>
    <w:p>
      <w:r>
        <w:rPr>
          <w:b/>
        </w:rPr>
        <w:t xml:space="preserve">[19:42] </w:t>
      </w:r>
      <w:r>
        <w:t>jis ki Scrutiny ki gayi woh halak hua.</w:t>
      </w:r>
    </w:p>
    <w:p>
      <w:pPr>
        <w:jc w:val="right"/>
      </w:pPr>
      <w:r>
        <w:t>جس کی Scrutiny کی گئی وہ ہلاک ہوا۔</w:t>
      </w:r>
    </w:p>
    <w:p>
      <w:r>
        <w:rPr>
          <w:b/>
        </w:rPr>
        <w:t xml:space="preserve">[19:48] </w:t>
      </w:r>
      <w:r>
        <w:t>ab bataein ke kitna kapkapi taari hoti hai soch kar ke ke man nawakha shaqqat halak.</w:t>
      </w:r>
    </w:p>
    <w:p>
      <w:pPr>
        <w:jc w:val="right"/>
      </w:pPr>
      <w:r>
        <w:t>اب بتائیں کہ کتنا کپکپی طاری ہوتی ہے سوچ کر کے کہ من نوخ شفقت حلق۔</w:t>
      </w:r>
    </w:p>
    <w:p>
      <w:r>
        <w:rPr>
          <w:b/>
        </w:rPr>
        <w:t xml:space="preserve">[19:54] </w:t>
      </w:r>
      <w:r>
        <w:t>jis ki Scrutiny ki gayi woh halak hua.</w:t>
      </w:r>
    </w:p>
    <w:p>
      <w:pPr>
        <w:jc w:val="right"/>
      </w:pPr>
      <w:r>
        <w:t>جس کی Scrutiny کی گئی وہ ہلاک ہوا۔</w:t>
      </w:r>
    </w:p>
    <w:p>
      <w:r>
        <w:rPr>
          <w:b/>
        </w:rPr>
        <w:t xml:space="preserve">[20:00] </w:t>
      </w:r>
      <w:r>
        <w:t>yeh hai Strong Incentive ke apna aadmi apna Introspection kare, aadmi Self Hammering kare, apne ko Decondition kare. toh jahan yeh Concept nahi hai wahan par Deconditioning bhi nahi hai. kyunke Watson ke paas yeh Concept nahi tha. Watson ne is liye dekha ke insaan apne Environment mein ek dhang par ban jata hai. jaise Animal ban jate hain. yaani Green ghaas</w:t>
      </w:r>
    </w:p>
    <w:p>
      <w:pPr>
        <w:jc w:val="right"/>
      </w:pPr>
      <w:r>
        <w:t>یہ ہے Strong Incentive کہ اپنا آدمی اپنا Introspection کرے، آدمی Self Hammering کرے، اپنے کو Decondition کرے۔ تو جہاں یہ Concept نہیں ہے وہاں پر Deconditioning بھی نہیں ہے۔ کیونکہ واٹسن کے پاس یہ Concept نہیں تھا۔ واٹسن نے اس لیے دیکھا کہ انسان اپنے Environment میں ایک ڈھنگ پر بن جاتا ہے۔ جیسے Animal بن جاتے ہیں۔ یعنی Green گھاس</w:t>
      </w:r>
    </w:p>
    <w:p>
      <w:r>
        <w:rPr>
          <w:b/>
        </w:rPr>
        <w:t xml:space="preserve">[20:30] </w:t>
      </w:r>
      <w:r>
        <w:t>ke andar jo Animal hote hain woh hare ho jate hain.</w:t>
      </w:r>
    </w:p>
    <w:p>
      <w:pPr>
        <w:jc w:val="right"/>
      </w:pPr>
      <w:r>
        <w:t>کے اندر جو Animal ہوتے ہیں وہ ہرے ہو جاتے ہیں۔</w:t>
      </w:r>
    </w:p>
    <w:p>
      <w:r>
        <w:rPr>
          <w:b/>
        </w:rPr>
        <w:t xml:space="preserve">[20:34] </w:t>
      </w:r>
      <w:r>
        <w:t>aur jo pathron mein hote hain woh black ho jate hain.</w:t>
      </w:r>
    </w:p>
    <w:p>
      <w:pPr>
        <w:jc w:val="right"/>
      </w:pPr>
      <w:r>
        <w:t>اور جو پتھروں میں ہوتے ہیں وہ بلیک ہو جاتے ہیں۔</w:t>
      </w:r>
    </w:p>
    <w:p>
      <w:r>
        <w:rPr>
          <w:b/>
        </w:rPr>
        <w:t xml:space="preserve">[20:38] </w:t>
      </w:r>
      <w:r>
        <w:t>yeh us ne dekha.</w:t>
      </w:r>
    </w:p>
    <w:p>
      <w:pPr>
        <w:jc w:val="right"/>
      </w:pPr>
      <w:r>
        <w:t>یہ اس نے دیکھا۔</w:t>
      </w:r>
    </w:p>
    <w:p>
      <w:r>
        <w:rPr>
          <w:b/>
        </w:rPr>
        <w:t xml:space="preserve">[20:41] </w:t>
      </w:r>
      <w:r>
        <w:t>isi par Guess kar ke us ne kaha ke insaan jis tarah Environment mein hota hai waise hi</w:t>
      </w:r>
    </w:p>
    <w:p>
      <w:pPr>
        <w:jc w:val="right"/>
      </w:pPr>
      <w:r>
        <w:t>اسی پر Guess کر کے اس نے کہا کہ انسان جس طرح Environment میں ہوتا ہے ویسے ہی</w:t>
      </w:r>
    </w:p>
    <w:p>
      <w:r>
        <w:rPr>
          <w:b/>
        </w:rPr>
        <w:t xml:space="preserve">[20:45] </w:t>
      </w:r>
      <w:r>
        <w:t>ban jata hai.</w:t>
      </w:r>
    </w:p>
    <w:p>
      <w:pPr>
        <w:jc w:val="right"/>
      </w:pPr>
      <w:r>
        <w:t>بن جاتا ہے۔</w:t>
      </w:r>
    </w:p>
    <w:p>
      <w:r>
        <w:rPr>
          <w:b/>
        </w:rPr>
        <w:t xml:space="preserve">[20:49] </w:t>
      </w:r>
      <w:r>
        <w:t>is mein is par kitaab likhi Behaviorism par.</w:t>
      </w:r>
    </w:p>
    <w:p>
      <w:pPr>
        <w:jc w:val="right"/>
      </w:pPr>
      <w:r>
        <w:t>اس میں اس پر کتاب لکھی Behaviorism پر۔</w:t>
      </w:r>
    </w:p>
    <w:p>
      <w:r>
        <w:rPr>
          <w:b/>
        </w:rPr>
        <w:t xml:space="preserve">[20:53] </w:t>
      </w:r>
      <w:r>
        <w:t>aur sab logon ne is ko maan liya.</w:t>
      </w:r>
    </w:p>
    <w:p>
      <w:pPr>
        <w:jc w:val="right"/>
      </w:pPr>
      <w:r>
        <w:t>اور سب لوگوں نے اس کو مان لیا۔</w:t>
      </w:r>
    </w:p>
    <w:p>
      <w:r>
        <w:rPr>
          <w:b/>
        </w:rPr>
        <w:t xml:space="preserve">[20:56] </w:t>
      </w:r>
      <w:r>
        <w:t>kyun ke na to Watson ke samne tha yeh Concept Accountability ka aur na kisi aur ke samne tha. to woh</w:t>
      </w:r>
    </w:p>
    <w:p>
      <w:pPr>
        <w:jc w:val="right"/>
      </w:pPr>
      <w:r>
        <w:t>کیونکہ نہ تو واٹسن کے سامنے تھا یہ Concept Accountability کا اور نہ کسی اور کے سامنے تھا۔ تو وہ</w:t>
      </w:r>
    </w:p>
    <w:p>
      <w:r>
        <w:rPr>
          <w:b/>
        </w:rPr>
        <w:t xml:space="preserve">[21:00] </w:t>
      </w:r>
      <w:r>
        <w:t>jaan hi nahi paye ke Deconditioning bhi koi cheez hai.</w:t>
      </w:r>
    </w:p>
    <w:p>
      <w:pPr>
        <w:jc w:val="right"/>
      </w:pPr>
      <w:r>
        <w:t>جان ہی نہیں پائے کہ Deconditioning بھی کوئی چیز ہے۔</w:t>
      </w:r>
    </w:p>
    <w:p>
      <w:r>
        <w:rPr>
          <w:b/>
        </w:rPr>
        <w:t xml:space="preserve">[21:06] </w:t>
      </w:r>
      <w:r>
        <w:t>kyun ke Deconditioning ko janne ke liye chahiye tha Incentive. Strong Incentive.</w:t>
      </w:r>
    </w:p>
    <w:p>
      <w:pPr>
        <w:jc w:val="right"/>
      </w:pPr>
      <w:r>
        <w:t>کیونکہ Deconditioning کو جاننے کے لیے چاہیے تھا Incentive۔ Strong Incentive۔</w:t>
      </w:r>
    </w:p>
    <w:p>
      <w:r>
        <w:rPr>
          <w:b/>
        </w:rPr>
        <w:t xml:space="preserve">[21:12] </w:t>
      </w:r>
      <w:r>
        <w:t>Strong Incentive nahi to Deconditioning bhi aap ko aap ko koi soch nahi aayegi aap ko Deconditioning ki bhi.</w:t>
      </w:r>
    </w:p>
    <w:p>
      <w:pPr>
        <w:jc w:val="right"/>
      </w:pPr>
      <w:r>
        <w:t>Strong Incentive نہیں تو Deconditioning بھی آپ کو آپ کو کوئی سوچ نہیں آئے گی آپ کو Deconditioning کی بھی۔</w:t>
      </w:r>
    </w:p>
    <w:p>
      <w:r>
        <w:rPr>
          <w:b/>
        </w:rPr>
        <w:t xml:space="preserve">[21:18] </w:t>
      </w:r>
      <w:r>
        <w:t>ke kyun aap apne ko Self Hammering kyun karein aap? to beharhal maine yeh samjha hai ke</w:t>
      </w:r>
    </w:p>
    <w:p>
      <w:pPr>
        <w:jc w:val="right"/>
      </w:pPr>
      <w:r>
        <w:t>کہ کیوں آپ اپنے کو Self Hammering کیوں کریں آپ؟ تو بہرحال میں نے یہ سمجھا ہے کہ</w:t>
      </w:r>
    </w:p>
    <w:p>
      <w:r>
        <w:rPr>
          <w:b/>
        </w:rPr>
        <w:t xml:space="preserve">[21:24] </w:t>
      </w:r>
      <w:r>
        <w:t>sare logon ka Case</w:t>
      </w:r>
    </w:p>
    <w:p>
      <w:pPr>
        <w:jc w:val="right"/>
      </w:pPr>
      <w:r>
        <w:t>سارے لوگوں کا Case</w:t>
      </w:r>
    </w:p>
    <w:p>
      <w:r>
        <w:rPr>
          <w:b/>
        </w:rPr>
        <w:t xml:space="preserve">[21:30] </w:t>
      </w:r>
      <w:r>
        <w:t>he conditioning ka case hai.</w:t>
      </w:r>
    </w:p>
    <w:p>
      <w:pPr>
        <w:jc w:val="right"/>
      </w:pPr>
      <w:r>
        <w:t>ہی Conditioning کا Case ہے۔</w:t>
      </w:r>
    </w:p>
    <w:p>
      <w:r>
        <w:rPr>
          <w:b/>
        </w:rPr>
        <w:t xml:space="preserve">[21:37] </w:t>
      </w:r>
      <w:r>
        <w:t>pichhle sunday ko hamare paas do top ke log aaye england ke.</w:t>
      </w:r>
    </w:p>
    <w:p>
      <w:pPr>
        <w:jc w:val="right"/>
      </w:pPr>
      <w:r>
        <w:t>پچھلے Sunday کو ہمارے پاس دو Top کے لوگ آئے انگلینڈ کے۔</w:t>
      </w:r>
    </w:p>
    <w:p>
      <w:r>
        <w:rPr>
          <w:b/>
        </w:rPr>
        <w:t xml:space="preserve">[21:43] </w:t>
      </w:r>
      <w:r>
        <w:t>ek the sarbark tali aur ek the bishop wahan ke ek church ke bishop the england ke.</w:t>
      </w:r>
    </w:p>
    <w:p>
      <w:pPr>
        <w:jc w:val="right"/>
      </w:pPr>
      <w:r>
        <w:t>ایک تھے سربارک تلی اور ایک تھے Bishop وہاں کے ایک Church کے Bishop تھے انگلینڈ کے۔</w:t>
      </w:r>
    </w:p>
    <w:p>
      <w:r>
        <w:rPr>
          <w:b/>
        </w:rPr>
        <w:t xml:space="preserve">[21:49] </w:t>
      </w:r>
      <w:r>
        <w:t>donon bahut hi zyada educated log the.</w:t>
      </w:r>
    </w:p>
    <w:p>
      <w:pPr>
        <w:jc w:val="right"/>
      </w:pPr>
      <w:r>
        <w:t>دونوں بہت ہی زیادہ Educated لوگ تھے۔</w:t>
      </w:r>
    </w:p>
    <w:p>
      <w:r>
        <w:rPr>
          <w:b/>
        </w:rPr>
        <w:t xml:space="preserve">[21:55] </w:t>
      </w:r>
      <w:r>
        <w:t>to bahut der tak rahe hamare paas aur baatein keen unhon ne.</w:t>
      </w:r>
    </w:p>
    <w:p>
      <w:pPr>
        <w:jc w:val="right"/>
      </w:pPr>
      <w:r>
        <w:t>تو بہت دیر تک رہے ہمارے پاس اور باتیں کیں انہوں نے۔</w:t>
      </w:r>
    </w:p>
    <w:p>
      <w:r>
        <w:rPr>
          <w:b/>
        </w:rPr>
        <w:t xml:space="preserve">[22:01] </w:t>
      </w:r>
      <w:r>
        <w:t>to main ek do example doon ga woh bhi conditioning ka example hai.</w:t>
      </w:r>
    </w:p>
    <w:p>
      <w:pPr>
        <w:jc w:val="right"/>
      </w:pPr>
      <w:r>
        <w:t>تو میں ایک دو Example دوں گا وہ بھی Conditioning کا Example ہے۔</w:t>
      </w:r>
    </w:p>
    <w:p>
      <w:r>
        <w:rPr>
          <w:b/>
        </w:rPr>
        <w:t xml:space="preserve">[22:07] </w:t>
      </w:r>
      <w:r>
        <w:t>is liye main aap ko is ko bata raha hoon.</w:t>
      </w:r>
    </w:p>
    <w:p>
      <w:pPr>
        <w:jc w:val="right"/>
      </w:pPr>
      <w:r>
        <w:t>اس لیے میں آپ کو اس کو بتا رہا ہوں۔</w:t>
      </w:r>
    </w:p>
    <w:p>
      <w:r>
        <w:rPr>
          <w:b/>
        </w:rPr>
        <w:t xml:space="preserve">[22:13] </w:t>
      </w:r>
      <w:r>
        <w:t>to ek sahib ne is mein se yeh kaha ke khuda aap khuda ko mante hain to what</w:t>
      </w:r>
    </w:p>
    <w:p>
      <w:pPr>
        <w:jc w:val="right"/>
      </w:pPr>
      <w:r>
        <w:t>تو ایک صاحب نے اس میں سے یہ کہا کہ خدا آپ خدا کو مانتے ہیں تو What</w:t>
      </w:r>
    </w:p>
    <w:p>
      <w:r>
        <w:rPr>
          <w:b/>
        </w:rPr>
        <w:t xml:space="preserve">[22:19] </w:t>
      </w:r>
      <w:r>
        <w:t>is the proof of existence of God? ہم کیسے مانیں کہ خدا Exist کرتا ہے؟ تو ان کے</w:t>
      </w:r>
    </w:p>
    <w:p>
      <w:pPr>
        <w:jc w:val="right"/>
      </w:pPr>
      <w:r>
        <w:t>is the proof of existence of God؟ ہم کیسے مانیں کہ خدا Exist کرتا ہے؟ تو ان کے</w:t>
      </w:r>
    </w:p>
    <w:p>
      <w:r>
        <w:rPr>
          <w:b/>
        </w:rPr>
        <w:t xml:space="preserve">[22:25] </w:t>
      </w:r>
      <w:r>
        <w:t>is sawal ke baad mujhe yeh</w:t>
      </w:r>
    </w:p>
    <w:p>
      <w:pPr>
        <w:jc w:val="right"/>
      </w:pPr>
      <w:r>
        <w:t>اس سوال کے بعد مجھے یہ</w:t>
      </w:r>
    </w:p>
    <w:p>
      <w:r>
        <w:rPr>
          <w:b/>
        </w:rPr>
        <w:t xml:space="preserve">[22:31] </w:t>
      </w:r>
      <w:r>
        <w:t>yeh yeh cheez samajh mein aayi ke yeh bhi conditioning ki wajah se yeh sawal karte hain log aaj bhi.</w:t>
      </w:r>
    </w:p>
    <w:p>
      <w:pPr>
        <w:jc w:val="right"/>
      </w:pPr>
      <w:r>
        <w:t>یہ یہ چیز سمجھ میں آئی کہ یہ بھی Conditioning کی وجہ سے یہ سوال کرتے ہیں لوگ آج بھی۔</w:t>
      </w:r>
    </w:p>
    <w:p>
      <w:r>
        <w:rPr>
          <w:b/>
        </w:rPr>
        <w:t xml:space="preserve">[22:38] </w:t>
      </w:r>
      <w:r>
        <w:t>aaj bhi yeh sawal karte hain.</w:t>
      </w:r>
    </w:p>
    <w:p>
      <w:pPr>
        <w:jc w:val="right"/>
      </w:pPr>
      <w:r>
        <w:t>آج بھی یہ سوال کرتے ہیں۔</w:t>
      </w:r>
    </w:p>
    <w:p>
      <w:r>
        <w:rPr>
          <w:b/>
        </w:rPr>
        <w:t xml:space="preserve">[22:44] </w:t>
      </w:r>
      <w:r>
        <w:t>to main ne kaha ke dekhen aap jo sawal kar rahe hain yeh yeh pehle ke pehle ke</w:t>
      </w:r>
    </w:p>
    <w:p>
      <w:pPr>
        <w:jc w:val="right"/>
      </w:pPr>
      <w:r>
        <w:t>تو میں نے کہا کہ دیکھیں آپ جو سوال کر رہے ہیں یہ یہ پہلے کے پہلے کے</w:t>
      </w:r>
    </w:p>
    <w:p>
      <w:r>
        <w:rPr>
          <w:b/>
        </w:rPr>
        <w:t xml:space="preserve">[22:50] </w:t>
      </w:r>
      <w:r>
        <w:t>mind se aap yeh sawal kar rahe hain.</w:t>
      </w:r>
    </w:p>
    <w:p>
      <w:pPr>
        <w:jc w:val="right"/>
      </w:pPr>
      <w:r>
        <w:t>Mind سے آپ یہ سوال کر رہے ہیں۔</w:t>
      </w:r>
    </w:p>
    <w:p>
      <w:r>
        <w:rPr>
          <w:b/>
        </w:rPr>
        <w:t xml:space="preserve">[22:56] </w:t>
      </w:r>
      <w:r>
        <w:t>to main ne kaha ke dekhen einstein se pehle jo science thi woh woh thi jo</w:t>
      </w:r>
    </w:p>
    <w:p>
      <w:pPr>
        <w:jc w:val="right"/>
      </w:pPr>
      <w:r>
        <w:t>تو میں نے کہا کہ دیکھیں آئنسٹین سے پہلے جو سائنس تھی وہ وہ تھی جو</w:t>
      </w:r>
    </w:p>
    <w:p>
      <w:r>
        <w:rPr>
          <w:b/>
        </w:rPr>
        <w:t xml:space="preserve">[23:02] </w:t>
      </w:r>
      <w:r>
        <w:t>jo kaha jata hai microworld.</w:t>
      </w:r>
    </w:p>
    <w:p>
      <w:pPr>
        <w:jc w:val="right"/>
      </w:pPr>
      <w:r>
        <w:t>جو کہا جاتا ہے Microworld۔</w:t>
      </w:r>
    </w:p>
    <w:p>
      <w:r>
        <w:rPr>
          <w:b/>
        </w:rPr>
        <w:t xml:space="preserve">[23:07] </w:t>
      </w:r>
      <w:r>
        <w:t>microworld par research chalti thi pehle.</w:t>
      </w:r>
    </w:p>
    <w:p>
      <w:pPr>
        <w:jc w:val="right"/>
      </w:pPr>
      <w:r>
        <w:t>Microworld پر Research چلتی تھی پہلے۔</w:t>
      </w:r>
    </w:p>
    <w:p>
      <w:r>
        <w:rPr>
          <w:b/>
        </w:rPr>
        <w:t xml:space="preserve">[23:12] </w:t>
      </w:r>
      <w:r>
        <w:t>lekin einstein ke baad ab research microworld par aa gayi hai. microworld.</w:t>
      </w:r>
    </w:p>
    <w:p>
      <w:pPr>
        <w:jc w:val="right"/>
      </w:pPr>
      <w:r>
        <w:t>لیکن آئنسٹین کے بعد اب Research Microworld پر آگئی ہے۔ Microworld۔</w:t>
      </w:r>
    </w:p>
    <w:p>
      <w:r>
        <w:rPr>
          <w:b/>
        </w:rPr>
        <w:t xml:space="preserve">[23:17] </w:t>
      </w:r>
      <w:r>
        <w:t>to main ne un ko ek example diya ke british scholar jo hai burton russell ne jo kitab</w:t>
      </w:r>
    </w:p>
    <w:p>
      <w:pPr>
        <w:jc w:val="right"/>
      </w:pPr>
      <w:r>
        <w:t>تو میں نے ان کو ایک Example دیا کہ برٹش Scholar جو ہے برٹن ریسل نے جو کتاب</w:t>
      </w:r>
    </w:p>
    <w:p>
      <w:r>
        <w:rPr>
          <w:b/>
        </w:rPr>
        <w:t xml:space="preserve">[23:22] </w:t>
      </w:r>
      <w:r>
        <w:t>hai human knowledge is mein kaha hai is ne ke knowledge ki do qismen hain.</w:t>
      </w:r>
    </w:p>
    <w:p>
      <w:pPr>
        <w:jc w:val="right"/>
      </w:pPr>
      <w:r>
        <w:t>ہے Human Knowledge اس میں کہا ہے اس نے کہ Knowledge کی دو قسمیں ہیں۔</w:t>
      </w:r>
    </w:p>
    <w:p>
      <w:r>
        <w:rPr>
          <w:b/>
        </w:rPr>
        <w:t xml:space="preserve">[23:27] </w:t>
      </w:r>
      <w:r>
        <w:t>knowledge of truth aur knowledge of things.</w:t>
      </w:r>
    </w:p>
    <w:p>
      <w:pPr>
        <w:jc w:val="right"/>
      </w:pPr>
      <w:r>
        <w:t>Knowledge of Truth اور Knowledge of Things۔</w:t>
      </w:r>
    </w:p>
    <w:p>
      <w:r>
        <w:rPr>
          <w:b/>
        </w:rPr>
        <w:t xml:space="preserve">[23:32] </w:t>
      </w:r>
      <w:r>
        <w:t>is ne yeh bataya ke knowledge of things jo hai is mein aap direct argument qaim kar sakte hain.</w:t>
      </w:r>
    </w:p>
    <w:p>
      <w:pPr>
        <w:jc w:val="right"/>
      </w:pPr>
      <w:r>
        <w:t>اس نے یہ بتایا کہ Knowledge of Things جو ہے اس میں آپ Direct Argument قائم کر سکتے ہیں۔</w:t>
      </w:r>
    </w:p>
    <w:p>
      <w:r>
        <w:rPr>
          <w:b/>
        </w:rPr>
        <w:t xml:space="preserve">[23:37] </w:t>
      </w:r>
      <w:r>
        <w:t>lekin jo knowledge of truth hai yani jo microworld mein jab pahunch gayi yeh knowledge to wahan par</w:t>
      </w:r>
    </w:p>
    <w:p>
      <w:pPr>
        <w:jc w:val="right"/>
      </w:pPr>
      <w:r>
        <w:t>لیکن جو Knowledge of Truth ہے یعنی جو Microworld میں جب پہنچ گئی یہ Knowledge تو وہاں پر</w:t>
      </w:r>
    </w:p>
    <w:p>
      <w:r>
        <w:rPr>
          <w:b/>
        </w:rPr>
        <w:t xml:space="preserve">[23:42] </w:t>
      </w:r>
      <w:r>
        <w:t>aap koi argument waisa nahi qaim kar sakte.</w:t>
      </w:r>
    </w:p>
    <w:p>
      <w:pPr>
        <w:jc w:val="right"/>
      </w:pPr>
      <w:r>
        <w:t>آپ کوئی Argument ویسا نہیں قائم کر سکتے۔</w:t>
      </w:r>
    </w:p>
    <w:p>
      <w:r>
        <w:rPr>
          <w:b/>
        </w:rPr>
        <w:t xml:space="preserve">[23:47] </w:t>
      </w:r>
      <w:r>
        <w:t>wahan to inference par sab baatein base karti hain.</w:t>
      </w:r>
    </w:p>
    <w:p>
      <w:pPr>
        <w:jc w:val="right"/>
      </w:pPr>
      <w:r>
        <w:t>وہاں تو Inference پر سب باتیں Base کرتی ہیں۔</w:t>
      </w:r>
    </w:p>
    <w:p>
      <w:r>
        <w:rPr>
          <w:b/>
        </w:rPr>
        <w:t xml:space="preserve">[23:52] </w:t>
      </w:r>
      <w:r>
        <w:t>yani direct argument chalta tha is waqt jab tak jab tak ke knowledge microworld par chal rahi thi.</w:t>
      </w:r>
    </w:p>
    <w:p>
      <w:pPr>
        <w:jc w:val="right"/>
      </w:pPr>
      <w:r>
        <w:t>یعنی Direct Argument چلتا تھا اس وقت جب تک جب تک کہ Knowledge Microworld پر چل رہی تھی۔</w:t>
      </w:r>
    </w:p>
    <w:p>
      <w:r>
        <w:rPr>
          <w:b/>
        </w:rPr>
        <w:t xml:space="preserve">[23:57] </w:t>
      </w:r>
      <w:r>
        <w:t>jab Knowledge Microworld tak pohanch gayi</w:t>
      </w:r>
    </w:p>
    <w:p>
      <w:pPr>
        <w:jc w:val="right"/>
      </w:pPr>
      <w:r>
        <w:t>جب Knowledge Microworld تک پہنچ گئی</w:t>
      </w:r>
    </w:p>
    <w:p>
      <w:r>
        <w:rPr>
          <w:b/>
        </w:rPr>
        <w:t xml:space="preserve">[24:02] </w:t>
      </w:r>
      <w:r>
        <w:t>toh ab woh Usable nahi raha Direct Argument. ab Inferential Argument ko duniya ne maan liya. toh maine unse kaha ke Khuda jis tarah se aap Electron ko dekhe baghair mante hain uske Effect ko dekh kar ke. kisi ne Electron ko nahi dekha. uske Effect ko jante hain hum uski wajah se hum mante hain ke Electron Exist kar raha hai. toh Khuda ka bhi Effect maujood hai Creation ke</w:t>
      </w:r>
    </w:p>
    <w:p>
      <w:pPr>
        <w:jc w:val="right"/>
      </w:pPr>
      <w:r>
        <w:t>تو اب وہ Usable نہیں رہا Direct Argument۔ اب Inferential Argument کو دنیا نے مان لیا۔ تو میں نے ان سے کہا کہ خدا جس طریقے سے آپ Electron کو دیکھے بغیر مانتے ہیں اس کے Effect کو دیکھ کر کے۔ کسی نے Electron کو نہیں دیکھا۔ اس کے Effect کو جانتے ہیں ہم اس کی وجہ سے ہم مانتے ہیں کہ Electron Exist کر رہا ہے۔ تو خدا کا بھی Effect موجود ہے Creation کے</w:t>
      </w:r>
    </w:p>
    <w:p>
      <w:r>
        <w:rPr>
          <w:b/>
        </w:rPr>
        <w:t xml:space="preserve">[24:32] </w:t>
      </w:r>
      <w:r>
        <w:t>roop mein.</w:t>
      </w:r>
    </w:p>
    <w:p>
      <w:pPr>
        <w:jc w:val="right"/>
      </w:pPr>
      <w:r>
        <w:t>روپ میں۔</w:t>
      </w:r>
    </w:p>
    <w:p>
      <w:r>
        <w:rPr>
          <w:b/>
        </w:rPr>
        <w:t xml:space="preserve">[24:38] </w:t>
      </w:r>
      <w:r>
        <w:t>to aap kyon nahin mante Khuda ko? phir maine bataya ke dekhen jitne bhi Scientist hain barhe</w:t>
      </w:r>
    </w:p>
    <w:p>
      <w:pPr>
        <w:jc w:val="right"/>
      </w:pPr>
      <w:r>
        <w:t>تو آپ کیوں نہیں مانتے خدا کو؟ پھر میں نے بتایا کہ دیکھیں جتنے بھی Scientist ہیں بڑے</w:t>
      </w:r>
    </w:p>
    <w:p>
      <w:r>
        <w:rPr>
          <w:b/>
        </w:rPr>
        <w:t xml:space="preserve">[24:43] </w:t>
      </w:r>
      <w:r>
        <w:t>barhe Scientist hain koi ek bhi nahin tha is mein jo jo kehe ke Khuda nahin hai.</w:t>
      </w:r>
    </w:p>
    <w:p>
      <w:pPr>
        <w:jc w:val="right"/>
      </w:pPr>
      <w:r>
        <w:t>بڑے Scientist ہیں کوئی ایک بھی نہیں تھا اس میں جو جو کہے کہ خدا نہیں ہے۔</w:t>
      </w:r>
    </w:p>
    <w:p>
      <w:r>
        <w:rPr>
          <w:b/>
        </w:rPr>
        <w:t xml:space="preserve">[24:48] </w:t>
      </w:r>
      <w:r>
        <w:t>Atheist koi ek bhi Scientist nahin tha.</w:t>
      </w:r>
    </w:p>
    <w:p>
      <w:pPr>
        <w:jc w:val="right"/>
      </w:pPr>
      <w:r>
        <w:t>Atheist کوئی ایک بھی Scientist نہیں تھا۔</w:t>
      </w:r>
    </w:p>
    <w:p>
      <w:r>
        <w:rPr>
          <w:b/>
        </w:rPr>
        <w:t xml:space="preserve">[24:53] </w:t>
      </w:r>
      <w:r>
        <w:t>agarche woh Khuda ka naam nahin lete the lekin Newton aur Kepler ne is ko kaha Order ke</w:t>
      </w:r>
    </w:p>
    <w:p>
      <w:pPr>
        <w:jc w:val="right"/>
      </w:pPr>
      <w:r>
        <w:t>اگرچہ وہ خدا کا نام نہیں لیتے تھے لیکن نیوٹن اور کپلر نے اس کو کہا Order کہ</w:t>
      </w:r>
    </w:p>
    <w:p>
      <w:r>
        <w:rPr>
          <w:b/>
        </w:rPr>
        <w:t xml:space="preserve">[24:59] </w:t>
      </w:r>
      <w:r>
        <w:t>Universe mein ek Order hai.</w:t>
      </w:r>
    </w:p>
    <w:p>
      <w:pPr>
        <w:jc w:val="right"/>
      </w:pPr>
      <w:r>
        <w:t>Universe میں ایک Order ہے۔</w:t>
      </w:r>
    </w:p>
    <w:p>
      <w:r>
        <w:rPr>
          <w:b/>
        </w:rPr>
        <w:t xml:space="preserve">[25:04] </w:t>
      </w:r>
      <w:r>
        <w:t>is ke baad dekhen to Spinoza aur Einstein ne kaha ke Universe mein ek woh hai ek ek</w:t>
      </w:r>
    </w:p>
    <w:p>
      <w:pPr>
        <w:jc w:val="right"/>
      </w:pPr>
      <w:r>
        <w:t>اس کے بعد دیکھیں تو اسپینوزا اور آئنسٹین نے کہا کہ Universe میں ایک وہ ہے ایک ایک</w:t>
      </w:r>
    </w:p>
    <w:p>
      <w:r>
        <w:rPr>
          <w:b/>
        </w:rPr>
        <w:t xml:space="preserve">[25:10] </w:t>
      </w:r>
      <w:r>
        <w:t>Cosmic ek Spirit hai.</w:t>
      </w:r>
    </w:p>
    <w:p>
      <w:pPr>
        <w:jc w:val="right"/>
      </w:pPr>
      <w:r>
        <w:t>Cosmic ایک Spirit ہے۔</w:t>
      </w:r>
    </w:p>
    <w:p>
      <w:r>
        <w:rPr>
          <w:b/>
        </w:rPr>
        <w:t xml:space="preserve">[25:16] </w:t>
      </w:r>
      <w:r>
        <w:t>is ke baad Arthur Eddington aur Jeans ne kaha ke Universe ke peechhe ek Mind hai.</w:t>
      </w:r>
    </w:p>
    <w:p>
      <w:pPr>
        <w:jc w:val="right"/>
      </w:pPr>
      <w:r>
        <w:t>اس کے بعد آرتھر ایڈنگٹن اور جینز نے کہا کہ Universe کے پیچھے ایک Mind ہے۔</w:t>
      </w:r>
    </w:p>
    <w:p>
      <w:r>
        <w:rPr>
          <w:b/>
        </w:rPr>
        <w:t xml:space="preserve">[25:22] </w:t>
      </w:r>
      <w:r>
        <w:t>Alfred Hoyle ne kaha ke ek ek Intelligence hai Universe ke peechhe.</w:t>
      </w:r>
    </w:p>
    <w:p>
      <w:pPr>
        <w:jc w:val="right"/>
      </w:pPr>
      <w:r>
        <w:t>الفریڈ ہائل نے کہا کہ ایک ایک Intelligence ہے Universe کے پیچھے۔</w:t>
      </w:r>
    </w:p>
    <w:p>
      <w:r>
        <w:rPr>
          <w:b/>
        </w:rPr>
        <w:t xml:space="preserve">[25:28] </w:t>
      </w:r>
      <w:r>
        <w:t>Intelligence ka Word</w:t>
      </w:r>
    </w:p>
    <w:p>
      <w:pPr>
        <w:jc w:val="right"/>
      </w:pPr>
      <w:r>
        <w:t>Intelligence کا Word</w:t>
      </w:r>
    </w:p>
    <w:p>
      <w:r>
        <w:rPr>
          <w:b/>
        </w:rPr>
        <w:t xml:space="preserve">[25:34] </w:t>
      </w:r>
      <w:r>
        <w:t>bola woh.</w:t>
      </w:r>
    </w:p>
    <w:p>
      <w:pPr>
        <w:jc w:val="right"/>
      </w:pPr>
      <w:r>
        <w:t>بولا وہ۔</w:t>
      </w:r>
    </w:p>
    <w:p>
      <w:r>
        <w:rPr>
          <w:b/>
        </w:rPr>
        <w:t xml:space="preserve">[25:38] </w:t>
      </w:r>
      <w:r>
        <w:t>to Scientist jitne bhi hain woh Indirect Way mein Khuda ko man rahe hain.</w:t>
      </w:r>
    </w:p>
    <w:p>
      <w:pPr>
        <w:jc w:val="right"/>
      </w:pPr>
      <w:r>
        <w:t>تو Scientist جتنے بھی ہیں وہ Indirect Way میں خدا کو مان رہے ہیں۔</w:t>
      </w:r>
    </w:p>
    <w:p>
      <w:r>
        <w:rPr>
          <w:b/>
        </w:rPr>
        <w:t xml:space="preserve">[25:42] </w:t>
      </w:r>
      <w:r>
        <w:t>koi Order ka Word bol raha hai, koi Cosmic Spirit keh raha hai, koi Mathematical Mind keh raha</w:t>
      </w:r>
    </w:p>
    <w:p>
      <w:pPr>
        <w:jc w:val="right"/>
      </w:pPr>
      <w:r>
        <w:t>کوئی Order کا Word بول رہا ہے، کوئی Cosmic Spirit کہہ رہا ہے، کوئی Mathematical Mind کہہ رہا</w:t>
      </w:r>
    </w:p>
    <w:p>
      <w:r>
        <w:rPr>
          <w:b/>
        </w:rPr>
        <w:t xml:space="preserve">[25:47] </w:t>
      </w:r>
      <w:r>
        <w:t>hai, koi Intelligence keh raha hai.</w:t>
      </w:r>
    </w:p>
    <w:p>
      <w:pPr>
        <w:jc w:val="right"/>
      </w:pPr>
      <w:r>
        <w:t>ہے، کوئی Intelligence کہہ رہا ہے۔</w:t>
      </w:r>
    </w:p>
    <w:p>
      <w:r>
        <w:rPr>
          <w:b/>
        </w:rPr>
        <w:t xml:space="preserve">[25:51] </w:t>
      </w:r>
      <w:r>
        <w:t>to woh kya hai? woh Khuda ko ek Scientific naam de rahe hain.</w:t>
      </w:r>
    </w:p>
    <w:p>
      <w:pPr>
        <w:jc w:val="right"/>
      </w:pPr>
      <w:r>
        <w:t>تو وہ کیا ہے؟ وہ خدا کو ایک Scientific نام دے رہے ہیں۔</w:t>
      </w:r>
    </w:p>
    <w:p>
      <w:r>
        <w:rPr>
          <w:b/>
        </w:rPr>
        <w:t xml:space="preserve">[25:55] </w:t>
      </w:r>
      <w:r>
        <w:t>to maine un se kaha ke dekhen aap jo baat kar rahe hain ke woh aap ki</w:t>
      </w:r>
    </w:p>
    <w:p>
      <w:pPr>
        <w:jc w:val="right"/>
      </w:pPr>
      <w:r>
        <w:t>تو میں نے ان سے کہا کہ دیکھیں آپ جو بات کر رہے ہیں کہ وہ آپ کی</w:t>
      </w:r>
    </w:p>
    <w:p>
      <w:r>
        <w:rPr>
          <w:b/>
        </w:rPr>
        <w:t xml:space="preserve">[26:00] </w:t>
      </w:r>
      <w:r>
        <w:t>Conditioning hui hai is waqt ke soch mein jab ke dunya mein Microworld par Base kar</w:t>
      </w:r>
    </w:p>
    <w:p>
      <w:pPr>
        <w:jc w:val="right"/>
      </w:pPr>
      <w:r>
        <w:t>Conditioning ہوئی ہے اس وقت کے سوچ میں جب کہ دنیا میں Microworld پر Base کر</w:t>
      </w:r>
    </w:p>
    <w:p>
      <w:r>
        <w:rPr>
          <w:b/>
        </w:rPr>
        <w:t xml:space="preserve">[26:04] </w:t>
      </w:r>
      <w:r>
        <w:t>ti thi Science.</w:t>
      </w:r>
    </w:p>
    <w:p>
      <w:pPr>
        <w:jc w:val="right"/>
      </w:pPr>
      <w:r>
        <w:t>تی تھی سائنس۔</w:t>
      </w:r>
    </w:p>
    <w:p>
      <w:r>
        <w:rPr>
          <w:b/>
        </w:rPr>
        <w:t xml:space="preserve">[26:08] </w:t>
      </w:r>
      <w:r>
        <w:t>is ko toriye is is ko is Conditioning ko.</w:t>
      </w:r>
    </w:p>
    <w:p>
      <w:pPr>
        <w:jc w:val="right"/>
      </w:pPr>
      <w:r>
        <w:t>اس کو توڑیے اس اس کو اس Conditioning کو۔</w:t>
      </w:r>
    </w:p>
    <w:p>
      <w:r>
        <w:rPr>
          <w:b/>
        </w:rPr>
        <w:t xml:space="preserve">[26:12] </w:t>
      </w:r>
      <w:r>
        <w:t>to woh man gaye is baat ko ke aap theek keh rahe hain.</w:t>
      </w:r>
    </w:p>
    <w:p>
      <w:pPr>
        <w:jc w:val="right"/>
      </w:pPr>
      <w:r>
        <w:t>تو وہ مان گئے اس بات کو کہ آپ ٹھیک کہہ رہے ہیں۔</w:t>
      </w:r>
    </w:p>
    <w:p>
      <w:r>
        <w:rPr>
          <w:b/>
        </w:rPr>
        <w:t xml:space="preserve">[26:15] </w:t>
      </w:r>
      <w:r>
        <w:t>hum aap theek keh rahe hain.</w:t>
      </w:r>
    </w:p>
    <w:p>
      <w:pPr>
        <w:jc w:val="right"/>
      </w:pPr>
      <w:r>
        <w:t>ہم آپ ٹھیک کہہ رہے ہیں۔</w:t>
      </w:r>
    </w:p>
    <w:p>
      <w:r>
        <w:rPr>
          <w:b/>
        </w:rPr>
        <w:t xml:space="preserve">[26:19] </w:t>
      </w:r>
      <w:r>
        <w:t>is waqt ke Mind se hum yeh sochte the ke Direct Argument jis tarah se aur cheez par</w:t>
      </w:r>
    </w:p>
    <w:p>
      <w:pPr>
        <w:jc w:val="right"/>
      </w:pPr>
      <w:r>
        <w:t>اس وقت کے Mind سے ہم یہ سوچتے تھے کہ Direct Argument جس طرح سے اور چیز پر</w:t>
      </w:r>
    </w:p>
    <w:p>
      <w:r>
        <w:rPr>
          <w:b/>
        </w:rPr>
        <w:t xml:space="preserve">[26:23] </w:t>
      </w:r>
      <w:r>
        <w:t>hota hai Khuda par bhi hona chahiye.</w:t>
      </w:r>
    </w:p>
    <w:p>
      <w:pPr>
        <w:jc w:val="right"/>
      </w:pPr>
      <w:r>
        <w:t>ہوتا ہے خدا پر بھی ہونا چاہیے۔</w:t>
      </w:r>
    </w:p>
    <w:p>
      <w:r>
        <w:rPr>
          <w:b/>
        </w:rPr>
        <w:t xml:space="preserve">[26:27] </w:t>
      </w:r>
      <w:r>
        <w:t>lekin ab to woh woh woh farq mit chuka.</w:t>
      </w:r>
    </w:p>
    <w:p>
      <w:pPr>
        <w:jc w:val="right"/>
      </w:pPr>
      <w:r>
        <w:t>لیکن اب تو وہ وہ وہ فرق مٹ چکا۔</w:t>
      </w:r>
    </w:p>
    <w:p>
      <w:r>
        <w:rPr>
          <w:b/>
        </w:rPr>
        <w:t xml:space="preserve">[26:31] </w:t>
      </w:r>
      <w:r>
        <w:t>ab to doosri cheezein jo hain is par bhi hamein Inference se is ko</w:t>
      </w:r>
    </w:p>
    <w:p>
      <w:pPr>
        <w:jc w:val="right"/>
      </w:pPr>
      <w:r>
        <w:t>اب تو دوسری چیزیں جو ہیں اس پر بھی ہمیں Inference سے اس کو</w:t>
      </w:r>
    </w:p>
    <w:p>
      <w:r>
        <w:rPr>
          <w:b/>
        </w:rPr>
        <w:t xml:space="preserve">[26:34] </w:t>
      </w:r>
      <w:r>
        <w:t>Prove karna parta hai.</w:t>
      </w:r>
    </w:p>
    <w:p>
      <w:pPr>
        <w:jc w:val="right"/>
      </w:pPr>
      <w:r>
        <w:t>Prove کرنا پڑتا ہے۔</w:t>
      </w:r>
    </w:p>
    <w:p>
      <w:r>
        <w:rPr>
          <w:b/>
        </w:rPr>
        <w:t xml:space="preserve">[26:39] </w:t>
      </w:r>
      <w:r>
        <w:t>to Inferential Argument jis tarah se Valid hai aur cheezon mein to Khuda ke baray mein bhi Valid hai.</w:t>
      </w:r>
    </w:p>
    <w:p>
      <w:pPr>
        <w:jc w:val="right"/>
      </w:pPr>
      <w:r>
        <w:t>تو Inferential Argument جس طرح سے Valid ہے اور چیزوں میں تو خدا کے بارے میں بھی Valid ہے۔</w:t>
      </w:r>
    </w:p>
    <w:p>
      <w:r>
        <w:rPr>
          <w:b/>
        </w:rPr>
        <w:t xml:space="preserve">[26:45] </w:t>
      </w:r>
      <w:r>
        <w:t>yani jis ko kehte hain Argument from Design.</w:t>
      </w:r>
    </w:p>
    <w:p>
      <w:pPr>
        <w:jc w:val="right"/>
      </w:pPr>
      <w:r>
        <w:t>یعنی جس کو کہتے ہیں Argument from Design۔</w:t>
      </w:r>
    </w:p>
    <w:p>
      <w:r>
        <w:rPr>
          <w:b/>
        </w:rPr>
        <w:t xml:space="preserve">[26:50] </w:t>
      </w:r>
      <w:r>
        <w:t>yani Where there is a Design there is a Designer.</w:t>
      </w:r>
    </w:p>
    <w:p>
      <w:pPr>
        <w:jc w:val="right"/>
      </w:pPr>
      <w:r>
        <w:t>یعنی Where there is a Design there is a Designer۔</w:t>
      </w:r>
    </w:p>
    <w:p>
      <w:r>
        <w:rPr>
          <w:b/>
        </w:rPr>
        <w:t xml:space="preserve">[26:55] </w:t>
      </w:r>
      <w:r>
        <w:t>to phir aik sahib ne kaha soch kar ke lekin yeh jo aap ka manna hai is</w:t>
      </w:r>
    </w:p>
    <w:p>
      <w:pPr>
        <w:jc w:val="right"/>
      </w:pPr>
      <w:r>
        <w:t>تو پھر ایک صاحب نے کہا سوچ کر کے کہ لیکن یہ جو آپ کا ماننا ہے اس</w:t>
      </w:r>
    </w:p>
    <w:p>
      <w:r>
        <w:rPr>
          <w:b/>
        </w:rPr>
        <w:t xml:space="preserve">[27:00] </w:t>
      </w:r>
      <w:r>
        <w:t>ko Darwin ne Destroy kar diya hai.</w:t>
      </w:r>
    </w:p>
    <w:p>
      <w:pPr>
        <w:jc w:val="right"/>
      </w:pPr>
      <w:r>
        <w:t>کو ڈارون نے Destroy کر دیا ہے۔</w:t>
      </w:r>
    </w:p>
    <w:p>
      <w:r>
        <w:rPr>
          <w:b/>
        </w:rPr>
        <w:t xml:space="preserve">[27:05] </w:t>
      </w:r>
      <w:r>
        <w:t>ke Design ke liye Guard chahiye.</w:t>
      </w:r>
    </w:p>
    <w:p>
      <w:pPr>
        <w:jc w:val="right"/>
      </w:pPr>
      <w:r>
        <w:t>کہ Design کے لیے Guard چاہیے۔</w:t>
      </w:r>
    </w:p>
    <w:p>
      <w:r>
        <w:rPr>
          <w:b/>
        </w:rPr>
        <w:t xml:space="preserve">[27:09] </w:t>
      </w:r>
      <w:r>
        <w:t>Design ke liye Guard chahiye is ko Darwin ne Destroy kar diya hai.</w:t>
      </w:r>
    </w:p>
    <w:p>
      <w:pPr>
        <w:jc w:val="right"/>
      </w:pPr>
      <w:r>
        <w:t>Design کے لیے Guard چاہیے اس کو ڈارون نے Destroy کر دیا ہے۔</w:t>
      </w:r>
    </w:p>
    <w:p>
      <w:r>
        <w:rPr>
          <w:b/>
        </w:rPr>
        <w:t xml:space="preserve">[27:14] </w:t>
      </w:r>
      <w:r>
        <w:t>kyun ke woh jo Natural Selection ka formula bataya us ne to Natural Selection jo hai woh woh Designer</w:t>
      </w:r>
    </w:p>
    <w:p>
      <w:pPr>
        <w:jc w:val="right"/>
      </w:pPr>
      <w:r>
        <w:t>کیونکہ وہ جو Natural Selection کا فارمولا بتایا اس نے تو Natural Selection جو ہے وہ وہ Designer</w:t>
      </w:r>
    </w:p>
    <w:p>
      <w:r>
        <w:rPr>
          <w:b/>
        </w:rPr>
        <w:t xml:space="preserve">[27:18] </w:t>
      </w:r>
      <w:r>
        <w:t>ki jagah le liya hai is ne.</w:t>
      </w:r>
    </w:p>
    <w:p>
      <w:pPr>
        <w:jc w:val="right"/>
      </w:pPr>
      <w:r>
        <w:t>کی جگہ لے لیا ہے اس نے۔</w:t>
      </w:r>
    </w:p>
    <w:p>
      <w:r>
        <w:rPr>
          <w:b/>
        </w:rPr>
        <w:t xml:space="preserve">[27:23] </w:t>
      </w:r>
      <w:r>
        <w:t>to main ne kaha ke dekhein Darwin ka ki jo theory hai woh apne aap mein aik aisi</w:t>
      </w:r>
    </w:p>
    <w:p>
      <w:pPr>
        <w:jc w:val="right"/>
      </w:pPr>
      <w:r>
        <w:t>تو میں نے کہا کہ دیکھیں ڈارون کا کی جو تھیوری ہے وہ اپنے آپ میں ایک ایسی</w:t>
      </w:r>
    </w:p>
    <w:p>
      <w:r>
        <w:rPr>
          <w:b/>
        </w:rPr>
        <w:t xml:space="preserve">[27:27] </w:t>
      </w:r>
      <w:r>
        <w:t>theory hai jo Prove nahi hui ab tak hui.</w:t>
      </w:r>
    </w:p>
    <w:p>
      <w:pPr>
        <w:jc w:val="right"/>
      </w:pPr>
      <w:r>
        <w:t>تھیوری ہے جو Prove نہیں ہوئی اب تک ہوئی۔</w:t>
      </w:r>
    </w:p>
    <w:p>
      <w:r>
        <w:rPr>
          <w:b/>
        </w:rPr>
        <w:t xml:space="preserve">[27:31] </w:t>
      </w:r>
      <w:r>
        <w:t>woh to sirf aik Guess hai. Kyun?</w:t>
      </w:r>
    </w:p>
    <w:p>
      <w:pPr>
        <w:jc w:val="right"/>
      </w:pPr>
      <w:r>
        <w:t>وہ تو صرف ایک Guess ہے۔ کیوں؟</w:t>
      </w:r>
    </w:p>
    <w:p>
      <w:r>
        <w:rPr>
          <w:b/>
        </w:rPr>
        <w:t xml:space="preserve">[27:36] </w:t>
      </w:r>
      <w:r>
        <w:t>Darwin ne bohat se model ikhatta kiye yani Species ke.</w:t>
      </w:r>
    </w:p>
    <w:p>
      <w:pPr>
        <w:jc w:val="right"/>
      </w:pPr>
      <w:r>
        <w:t>ڈارون نے بہت سے ماڈل اکٹھا کیے یعنی Species کے۔</w:t>
      </w:r>
    </w:p>
    <w:p>
      <w:r>
        <w:rPr>
          <w:b/>
        </w:rPr>
        <w:t xml:space="preserve">[27:41] </w:t>
      </w:r>
      <w:r>
        <w:t>to is mein is ko dikhai para ke Species mein aik Similarity hai.</w:t>
      </w:r>
    </w:p>
    <w:p>
      <w:pPr>
        <w:jc w:val="right"/>
      </w:pPr>
      <w:r>
        <w:t>تو اس میں اس کو دکھائی پڑا کہ Species میں ایک Similarity ہے۔</w:t>
      </w:r>
    </w:p>
    <w:p>
      <w:r>
        <w:rPr>
          <w:b/>
        </w:rPr>
        <w:t xml:space="preserve">[27:46] </w:t>
      </w:r>
      <w:r>
        <w:t>ke in ke Structure mein yani Physical Structure hai jo hai Species ka is mein aik Similarity hai.</w:t>
      </w:r>
    </w:p>
    <w:p>
      <w:pPr>
        <w:jc w:val="right"/>
      </w:pPr>
      <w:r>
        <w:t>کہ ان کے Structure میں یعنی Physical Structure ہے جو ہے Species کا اس میں ایک Similarity ہے۔</w:t>
      </w:r>
    </w:p>
    <w:p>
      <w:r>
        <w:rPr>
          <w:b/>
        </w:rPr>
        <w:t xml:space="preserve">[27:51] </w:t>
      </w:r>
      <w:r>
        <w:t>jaise bakri aur zarafah mein aik Similarity hai.</w:t>
      </w:r>
    </w:p>
    <w:p>
      <w:pPr>
        <w:jc w:val="right"/>
      </w:pPr>
      <w:r>
        <w:t>جیسے بکری اور زرافہ میں ایک Similarity ہے۔</w:t>
      </w:r>
    </w:p>
    <w:p>
      <w:r>
        <w:rPr>
          <w:b/>
        </w:rPr>
        <w:t xml:space="preserve">[27:56] </w:t>
      </w:r>
      <w:r>
        <w:t>machhli mein aur chirya mein aik Similarity hai.</w:t>
      </w:r>
    </w:p>
    <w:p>
      <w:pPr>
        <w:jc w:val="right"/>
      </w:pPr>
      <w:r>
        <w:t>مچھلی میں اور چڑیا میں ایک Similarity ہے۔</w:t>
      </w:r>
    </w:p>
    <w:p>
      <w:r>
        <w:rPr>
          <w:b/>
        </w:rPr>
        <w:t xml:space="preserve">[28:01] </w:t>
      </w:r>
      <w:r>
        <w:t>billi mein aur Tiger mein aik Similarity hai. To</w:t>
      </w:r>
    </w:p>
    <w:p>
      <w:pPr>
        <w:jc w:val="right"/>
      </w:pPr>
      <w:r>
        <w:t>بلی میں اور Tiger میں ایک Similarity ہے۔ تو</w:t>
      </w:r>
    </w:p>
    <w:p>
      <w:r>
        <w:rPr>
          <w:b/>
        </w:rPr>
        <w:t xml:space="preserve">[28:06] </w:t>
      </w:r>
      <w:r>
        <w:t>is ne dekha ke Species mein Similarity hoti hai.</w:t>
      </w:r>
    </w:p>
    <w:p>
      <w:pPr>
        <w:jc w:val="right"/>
      </w:pPr>
      <w:r>
        <w:t>اس نے دیکھا کہ Species میں Similarity ہوتی ہے۔</w:t>
      </w:r>
    </w:p>
    <w:p>
      <w:r>
        <w:rPr>
          <w:b/>
        </w:rPr>
        <w:t xml:space="preserve">[28:09] </w:t>
      </w:r>
      <w:r>
        <w:t>is se is ne nikala ke aik se doosri cheez nikli doosri cheez teesri cheez nikli.</w:t>
      </w:r>
    </w:p>
    <w:p>
      <w:pPr>
        <w:jc w:val="right"/>
      </w:pPr>
      <w:r>
        <w:t>اس سے اس نے نکالا کہ ایک سے دوسری چیز نکلی دوسری چیز تیسری چیز نکلی۔</w:t>
      </w:r>
    </w:p>
    <w:p>
      <w:r>
        <w:rPr>
          <w:b/>
        </w:rPr>
        <w:t xml:space="preserve">[28:13] </w:t>
      </w:r>
      <w:r>
        <w:t>to main ne kaha yeh to aik sirf Guess tha is ka.</w:t>
      </w:r>
    </w:p>
    <w:p>
      <w:pPr>
        <w:jc w:val="right"/>
      </w:pPr>
      <w:r>
        <w:t>تو میں نے کہا یہ تو ایک صرف Guess تھا اس کا۔</w:t>
      </w:r>
    </w:p>
    <w:p>
      <w:r>
        <w:rPr>
          <w:b/>
        </w:rPr>
        <w:t xml:space="preserve">[28:16] </w:t>
      </w:r>
      <w:r>
        <w:t>Similarity ka doosra matlab yeh tha Obviously ke Variety bohat ziyada hai.</w:t>
      </w:r>
    </w:p>
    <w:p>
      <w:pPr>
        <w:jc w:val="right"/>
      </w:pPr>
      <w:r>
        <w:t>Similarity کا دوسرا مطلب یہ تھا Obviously کہ Variety بہت زیادہ ہے۔</w:t>
      </w:r>
    </w:p>
    <w:p>
      <w:r>
        <w:rPr>
          <w:b/>
        </w:rPr>
        <w:t xml:space="preserve">[28:20] </w:t>
      </w:r>
      <w:r>
        <w:t>Similarity means Variety۔</w:t>
      </w:r>
    </w:p>
    <w:p>
      <w:pPr>
        <w:jc w:val="right"/>
      </w:pPr>
      <w:r>
        <w:t>Similarity means Variety۔</w:t>
      </w:r>
    </w:p>
    <w:p>
      <w:r>
        <w:rPr>
          <w:b/>
        </w:rPr>
        <w:t xml:space="preserve">[28:23] </w:t>
      </w:r>
      <w:r>
        <w:t>to jis cheez se Infer kiya us ne Evolution is se Infer ho raha tha ke yahan par</w:t>
      </w:r>
    </w:p>
    <w:p>
      <w:pPr>
        <w:jc w:val="right"/>
      </w:pPr>
      <w:r>
        <w:t>تو جس چیز سے Infer کیا اس نے Evolution اس سے Infer ہو رہا تھا کہ یہاں پر</w:t>
      </w:r>
    </w:p>
    <w:p>
      <w:r>
        <w:rPr>
          <w:b/>
        </w:rPr>
        <w:t xml:space="preserve">[28:26] </w:t>
      </w:r>
      <w:r>
        <w:t>Variety bohat zyada hai.</w:t>
      </w:r>
    </w:p>
    <w:p>
      <w:pPr>
        <w:jc w:val="right"/>
      </w:pPr>
      <w:r>
        <w:t>Variety بہت زیادہ ہے۔</w:t>
      </w:r>
    </w:p>
    <w:p>
      <w:r>
        <w:rPr>
          <w:b/>
        </w:rPr>
        <w:t xml:space="preserve">[28:30] </w:t>
      </w:r>
      <w:r>
        <w:t>Millions and billions Varieties hain.</w:t>
      </w:r>
    </w:p>
    <w:p>
      <w:pPr>
        <w:jc w:val="right"/>
      </w:pPr>
      <w:r>
        <w:t>Millions and billions Varieties ہیں۔</w:t>
      </w:r>
    </w:p>
    <w:p>
      <w:r>
        <w:rPr>
          <w:b/>
        </w:rPr>
        <w:t xml:space="preserve">[28:33] </w:t>
      </w:r>
      <w:r>
        <w:t>to yeh to koi</w:t>
      </w:r>
    </w:p>
    <w:p>
      <w:pPr>
        <w:jc w:val="right"/>
      </w:pPr>
      <w:r>
        <w:t>تو یہ تو کوئی</w:t>
      </w:r>
    </w:p>
    <w:p>
      <w:r>
        <w:rPr>
          <w:b/>
        </w:rPr>
        <w:t xml:space="preserve">[28:37] </w:t>
      </w:r>
      <w:r>
        <w:t>yeh to koi yani aisi cheez nahi hai jo ke Scientific Theory aap kahein.</w:t>
      </w:r>
    </w:p>
    <w:p>
      <w:pPr>
        <w:jc w:val="right"/>
      </w:pPr>
      <w:r>
        <w:t>یہ تو کوئی یعنی ایسی چیز نہیں ہے جو کہ Scientific Theory آپ کہیں۔</w:t>
      </w:r>
    </w:p>
    <w:p>
      <w:r>
        <w:rPr>
          <w:b/>
        </w:rPr>
        <w:t xml:space="preserve">[28:40] </w:t>
      </w:r>
      <w:r>
        <w:t>yeh to ek Guess hai sirf.</w:t>
      </w:r>
    </w:p>
    <w:p>
      <w:pPr>
        <w:jc w:val="right"/>
      </w:pPr>
      <w:r>
        <w:t>یہ تو ایک Guess ہے صرف۔</w:t>
      </w:r>
    </w:p>
    <w:p>
      <w:r>
        <w:rPr>
          <w:b/>
        </w:rPr>
        <w:t xml:space="preserve">[28:43] </w:t>
      </w:r>
      <w:r>
        <w:t>ab yahan par yeh Conditioning thi kyunke dunya bhar mein ek charcha itna zyada hua hai Evolution ka.</w:t>
      </w:r>
    </w:p>
    <w:p>
      <w:pPr>
        <w:jc w:val="right"/>
      </w:pPr>
      <w:r>
        <w:t>اب یہاں پر یہ Conditioning تھی کیونکہ دنیا بھر میں ایک چرچا اتنا زیادہ ہوا ہے Evolution کا۔</w:t>
      </w:r>
    </w:p>
    <w:p>
      <w:r>
        <w:rPr>
          <w:b/>
        </w:rPr>
        <w:t xml:space="preserve">[28:47] </w:t>
      </w:r>
      <w:r>
        <w:t>Evolution Theory ka. Darwinism ka.</w:t>
      </w:r>
    </w:p>
    <w:p>
      <w:pPr>
        <w:jc w:val="right"/>
      </w:pPr>
      <w:r>
        <w:t>Evolution Theory کا۔ ڈارونزم کا۔</w:t>
      </w:r>
    </w:p>
    <w:p>
      <w:r>
        <w:rPr>
          <w:b/>
        </w:rPr>
        <w:t xml:space="preserve">[28:50] </w:t>
      </w:r>
      <w:r>
        <w:t>itna charcha itna charcha ke maine apni zindagi mein to ek aadmi bhi nahi paya jo is</w:t>
      </w:r>
    </w:p>
    <w:p>
      <w:pPr>
        <w:jc w:val="right"/>
      </w:pPr>
      <w:r>
        <w:t>اتنا چرچا اتنا چرچا کہ میں نے اپنی زندگی میں تو ایک آدمی بھی نہیں پایا جو اس</w:t>
      </w:r>
    </w:p>
    <w:p>
      <w:r>
        <w:rPr>
          <w:b/>
        </w:rPr>
        <w:t xml:space="preserve">[28:53] </w:t>
      </w:r>
      <w:r>
        <w:t>is charchay se bacha hua ho.</w:t>
      </w:r>
    </w:p>
    <w:p>
      <w:pPr>
        <w:jc w:val="right"/>
      </w:pPr>
      <w:r>
        <w:t>اس چرچے سے بچا ہوا ہو۔</w:t>
      </w:r>
    </w:p>
    <w:p>
      <w:r>
        <w:rPr>
          <w:b/>
        </w:rPr>
        <w:t xml:space="preserve">[28:57] </w:t>
      </w:r>
      <w:r>
        <w:t>sab isi mein phanse hue hain.</w:t>
      </w:r>
    </w:p>
    <w:p>
      <w:pPr>
        <w:jc w:val="right"/>
      </w:pPr>
      <w:r>
        <w:t>سب اسی میں پھنسے ہوئے ہیں۔</w:t>
      </w:r>
    </w:p>
    <w:p>
      <w:r>
        <w:rPr>
          <w:b/>
        </w:rPr>
        <w:t xml:space="preserve">[29:00] </w:t>
      </w:r>
      <w:r>
        <w:t>isi mein phanse hue hain.</w:t>
      </w:r>
    </w:p>
    <w:p>
      <w:pPr>
        <w:jc w:val="right"/>
      </w:pPr>
      <w:r>
        <w:t>اسی میں پھنسے ہوئے ہیں۔</w:t>
      </w:r>
    </w:p>
    <w:p>
      <w:r>
        <w:rPr>
          <w:b/>
        </w:rPr>
        <w:t xml:space="preserve">[29:04] </w:t>
      </w:r>
      <w:r>
        <w:t>yani baghair kisi Proof ke maane hue hain ke Evolution hua.</w:t>
      </w:r>
    </w:p>
    <w:p>
      <w:pPr>
        <w:jc w:val="right"/>
      </w:pPr>
      <w:r>
        <w:t>یعنی بغیر کسی Proof کے مانے ہوئے ہیں کہ Evolution ہوا۔</w:t>
      </w:r>
    </w:p>
    <w:p>
      <w:r>
        <w:rPr>
          <w:b/>
        </w:rPr>
        <w:t xml:space="preserve">[29:07] </w:t>
      </w:r>
      <w:r>
        <w:t>halanke jab main un se kehta hoon ke batao mujhe ke Similarities hain jo nikalti hain woh to</w:t>
      </w:r>
    </w:p>
    <w:p>
      <w:pPr>
        <w:jc w:val="right"/>
      </w:pPr>
      <w:r>
        <w:t>حالانکہ جب میں ان سے کہتا ہوں کہ بتاؤ مجھے کہ Similarities ہیں جو نکلتی ہیں وہ تو</w:t>
      </w:r>
    </w:p>
    <w:p>
      <w:r>
        <w:rPr>
          <w:b/>
        </w:rPr>
        <w:t xml:space="preserve">[29:10] </w:t>
      </w:r>
      <w:r>
        <w:t>Variety nikalti hai.</w:t>
      </w:r>
    </w:p>
    <w:p>
      <w:pPr>
        <w:jc w:val="right"/>
      </w:pPr>
      <w:r>
        <w:t>Variety نکلتی ہے۔</w:t>
      </w:r>
    </w:p>
    <w:p>
      <w:r>
        <w:rPr>
          <w:b/>
        </w:rPr>
        <w:t xml:space="preserve">[29:14] </w:t>
      </w:r>
      <w:r>
        <w:t>Evolution kahan se nikal aayega? Yani bakri se aap kehte hain ke zarafah nikal aaya.</w:t>
      </w:r>
    </w:p>
    <w:p>
      <w:pPr>
        <w:jc w:val="right"/>
      </w:pPr>
      <w:r>
        <w:t>Evolution کہاں سے نکل آئے گا؟ یعنی بکری سے آپ کہتے ہیں کہ زرافہ نکل آیا۔</w:t>
      </w:r>
    </w:p>
    <w:p>
      <w:r>
        <w:rPr>
          <w:b/>
        </w:rPr>
        <w:t xml:space="preserve">[29:17] </w:t>
      </w:r>
      <w:r>
        <w:t>main kehta hoon bakri ek Variety hai.</w:t>
      </w:r>
    </w:p>
    <w:p>
      <w:pPr>
        <w:jc w:val="right"/>
      </w:pPr>
      <w:r>
        <w:t>میں کہتا ہوں بکری ایک Variety ہے۔</w:t>
      </w:r>
    </w:p>
    <w:p>
      <w:r>
        <w:rPr>
          <w:b/>
        </w:rPr>
        <w:t xml:space="preserve">[29:20] </w:t>
      </w:r>
      <w:r>
        <w:t>zarafah ek Variety hai.</w:t>
      </w:r>
    </w:p>
    <w:p>
      <w:pPr>
        <w:jc w:val="right"/>
      </w:pPr>
      <w:r>
        <w:t>زرافہ ایک Variety ہے۔</w:t>
      </w:r>
    </w:p>
    <w:p>
      <w:r>
        <w:rPr>
          <w:b/>
        </w:rPr>
        <w:t xml:space="preserve">[29:24] </w:t>
      </w:r>
      <w:r>
        <w:t>aap kehte hain ke billi se Tiger nikal aaya.</w:t>
      </w:r>
    </w:p>
    <w:p>
      <w:pPr>
        <w:jc w:val="right"/>
      </w:pPr>
      <w:r>
        <w:t>آپ کہتے ہیں کہ بلی سے Tiger نکل آیا۔</w:t>
      </w:r>
    </w:p>
    <w:p>
      <w:r>
        <w:rPr>
          <w:b/>
        </w:rPr>
        <w:t xml:space="preserve">[29:27] </w:t>
      </w:r>
      <w:r>
        <w:t>main kehta hoon billi bhi ek Variety hai.</w:t>
      </w:r>
    </w:p>
    <w:p>
      <w:pPr>
        <w:jc w:val="right"/>
      </w:pPr>
      <w:r>
        <w:t>میں کہتا ہوں بلی بھی ایک Variety ہے۔</w:t>
      </w:r>
    </w:p>
    <w:p>
      <w:r>
        <w:rPr>
          <w:b/>
        </w:rPr>
        <w:t xml:space="preserve">[29:30] </w:t>
      </w:r>
      <w:r>
        <w:t>Tiger bhi ek Variety hai.</w:t>
      </w:r>
    </w:p>
    <w:p>
      <w:pPr>
        <w:jc w:val="right"/>
      </w:pPr>
      <w:r>
        <w:t>Tiger بھی ایک Variety ہے۔</w:t>
      </w:r>
    </w:p>
    <w:p>
      <w:r>
        <w:rPr>
          <w:b/>
        </w:rPr>
        <w:t xml:space="preserve">[29:34] </w:t>
      </w:r>
      <w:r>
        <w:t>to aap ko yeh kehne ka kya Right hai ke is se woh nikla is se woh nikla. to</w:t>
      </w:r>
    </w:p>
    <w:p>
      <w:pPr>
        <w:jc w:val="right"/>
      </w:pPr>
      <w:r>
        <w:t>تو آپ کو یہ کہنے کا کیا Right ہے کہ اس سے وہ نکلا اس سے وہ نکلا۔ تو</w:t>
      </w:r>
    </w:p>
    <w:p>
      <w:r>
        <w:rPr>
          <w:b/>
        </w:rPr>
        <w:t xml:space="preserve">[29:37] </w:t>
      </w:r>
      <w:r>
        <w:t>Variety ko unhon ne le liya is Sense mein keh haan Evolution hua hai. Aur jo jo jo Baseless tha woh Baseless tha. To khair unhon ne is ko bhi maana. Main yeh kahoon keh yeh log jo hotey hain European log bohat hi Objective hotey hain. Woh woh jis ko kehte hain English mein Tautology. Tautology nahi karte woh. Baat ko maan lete hain. Phir teesri baat unhon ne kahi woh bhi wahi thi keh log Condition hain aik cheez mein wahi wahi</w:t>
      </w:r>
    </w:p>
    <w:p>
      <w:pPr>
        <w:jc w:val="right"/>
      </w:pPr>
      <w:r>
        <w:t>Variety کو انہوں نے لے لیا اس Sense میں کہ ہاں Evolution ہوا ہے۔ اور جو جو جو Baseless تھا وہ Baseless تھا۔ تو خیر انہوں نے اس کو بھی مانا۔ میں یہ کہوں کہ یہ لوگ جو ہوتے ہیں European لوگ بہت ہی Objective ہوتے ہیں۔ وہ وہ جس کو کہتے ہیں انگلش میں Tautology۔ Tautology نہیں کرتے وہ۔ بات کو مان لیتے ہیں۔ پھر تیسری بات انہوں نے کہی وہ بھی وہی تھی کہ لوگ Condition ہیں ایک چیز میں وہی وہی</w:t>
      </w:r>
    </w:p>
    <w:p>
      <w:r>
        <w:rPr>
          <w:b/>
        </w:rPr>
        <w:t xml:space="preserve">[30:07] </w:t>
      </w:r>
      <w:r>
        <w:t>soch paate hain.</w:t>
      </w:r>
    </w:p>
    <w:p>
      <w:pPr>
        <w:jc w:val="right"/>
      </w:pPr>
      <w:r>
        <w:t>سوچ پاتے ہیں۔</w:t>
      </w:r>
    </w:p>
    <w:p>
      <w:r>
        <w:rPr>
          <w:b/>
        </w:rPr>
        <w:t xml:space="preserve">[30:12] </w:t>
      </w:r>
      <w:r>
        <w:t>unhone kaha ke dunya mein bohat se Religion hain.</w:t>
      </w:r>
    </w:p>
    <w:p>
      <w:pPr>
        <w:jc w:val="right"/>
      </w:pPr>
      <w:r>
        <w:t>انہوں نے کہا کہ دنیا میں بہت سے Religion ہیں۔</w:t>
      </w:r>
    </w:p>
    <w:p>
      <w:r>
        <w:rPr>
          <w:b/>
        </w:rPr>
        <w:t xml:space="preserve">[30:16] </w:t>
      </w:r>
      <w:r>
        <w:t>aur ab to aap jante hain ke har jagah Multi Religious Society ban gayi hai.</w:t>
      </w:r>
    </w:p>
    <w:p>
      <w:pPr>
        <w:jc w:val="right"/>
      </w:pPr>
      <w:r>
        <w:t>اور اب تو آپ جانتے ہیں کہ ہر جگہ Multi Religious Society بن گئی ہے۔</w:t>
      </w:r>
    </w:p>
    <w:p>
      <w:r>
        <w:rPr>
          <w:b/>
        </w:rPr>
        <w:t xml:space="preserve">[30:21] </w:t>
      </w:r>
      <w:r>
        <w:t>pehlay zamanay mein Movement bohat kam hota tha.</w:t>
      </w:r>
    </w:p>
    <w:p>
      <w:pPr>
        <w:jc w:val="right"/>
      </w:pPr>
      <w:r>
        <w:t>پہلے زمانے میں Movement بہت کم ہوتا تھا۔</w:t>
      </w:r>
    </w:p>
    <w:p>
      <w:r>
        <w:rPr>
          <w:b/>
        </w:rPr>
        <w:t xml:space="preserve">[30:26] </w:t>
      </w:r>
      <w:r>
        <w:t>to kisi ek jagah ek Religion ke log reh sakte thay.</w:t>
      </w:r>
    </w:p>
    <w:p>
      <w:pPr>
        <w:jc w:val="right"/>
      </w:pPr>
      <w:r>
        <w:t>تو کسی ایک جگہ ایک Religion کے لوگ رہ سکتے تھے۔</w:t>
      </w:r>
    </w:p>
    <w:p>
      <w:r>
        <w:rPr>
          <w:b/>
        </w:rPr>
        <w:t xml:space="preserve">[30:31] </w:t>
      </w:r>
      <w:r>
        <w:t>ab to har jagah har Religion ke log hain.</w:t>
      </w:r>
    </w:p>
    <w:p>
      <w:pPr>
        <w:jc w:val="right"/>
      </w:pPr>
      <w:r>
        <w:t>اب تو ہر جگہ ہر Religion کے لوگ ہیں۔</w:t>
      </w:r>
    </w:p>
    <w:p>
      <w:r>
        <w:rPr>
          <w:b/>
        </w:rPr>
        <w:t xml:space="preserve">[30:35] </w:t>
      </w:r>
      <w:r>
        <w:t>to hamein yeh manna paray ga koi aisa formula jo Different Religion mein Commonality bataye.</w:t>
      </w:r>
    </w:p>
    <w:p>
      <w:pPr>
        <w:jc w:val="right"/>
      </w:pPr>
      <w:r>
        <w:t>تو ہمیں یہ ماننا پڑے گا کوئی ایسا فارمولا جو Different Religion میں Commonality بتائے۔</w:t>
      </w:r>
    </w:p>
    <w:p>
      <w:r>
        <w:rPr>
          <w:b/>
        </w:rPr>
        <w:t xml:space="preserve">[30:40] </w:t>
      </w:r>
      <w:r>
        <w:t>Yani yeh bhi Religion theek woh bhi Religion theek. Aisa koi Formula nikalna paray ga. Nahi to nahi to Society mein Crash hota rehay ga. Takrao hota rehay ga. To Commonality Different Religion mein humain niklni paray gi warna warna Social warna Society jo hai Peace par kaise hum qaim kar payein gi. Yeh unhon ne kaha. Main ne kaha yeh bhi Conditioning ka maamla hai. Keh yeh bohat se log yeh</w:t>
      </w:r>
    </w:p>
    <w:p>
      <w:pPr>
        <w:jc w:val="right"/>
      </w:pPr>
      <w:r>
        <w:t>یعنی یہ بھی Religion ٹھیک وہ بھی Religion ٹھیک۔ ایسا کوئی فارمولا نکالنا پڑے گا۔ نہیں تو نہیں تو Society میں Crash ہوتا رہے گا۔ ٹکراؤ ہوتا رہے گا۔ تو Commonality Different Religion میں ہمیں نکالنی پڑے گی ورنہ ورنہ Social ورنہ Society جو ہے Peace پر کیسے ہم قائم کر پائیں گے۔ یہ انہوں نے کہا۔ میں نے کہا یہ بھی Conditioning کا معاملہ ہے۔ کہ یہ بہت سے لوگ یہ</w:t>
      </w:r>
    </w:p>
    <w:p>
      <w:r>
        <w:rPr>
          <w:b/>
        </w:rPr>
        <w:t xml:space="preserve">[31:10] </w:t>
      </w:r>
      <w:r>
        <w:t>kehte rahey hain. Pichley sau do sau saal mein. Keh har Religion ko sacha maano tab ja kar ke Society mein Peace aaye ga. Warna takrao hota rehay ga. To main ne kaha keh aap is Formula ko apply kijiye yahan. In comparison that we understand. To aik hi Religious aik yani aik Society jahan aik hi Religion ke log hain wahan kyun takrao hota hai? Ab</w:t>
      </w:r>
    </w:p>
    <w:p>
      <w:pPr>
        <w:jc w:val="right"/>
      </w:pPr>
      <w:r>
        <w:t>ی کہتے رہے ہیں۔ پچھلے سو دو سو سال میں۔ کہ ہر Religion کو سچا مانو تب جا کر کے Society میں Peace آئے گا۔ ورنہ ٹکراؤ ہوتا رہے گا۔ تو میں نے کہا کہ آپ اس فارمولے کو اپلائیے یہاں۔ In comparison that we understand۔ تو ایک ہی Religious ایک یعنی ایک Society جہاں ایک ہی Religion کے لوگ ہیں وہاں کیوں ٹکراؤ ہوتا ہے؟ اب</w:t>
      </w:r>
    </w:p>
    <w:p>
      <w:r>
        <w:rPr>
          <w:b/>
        </w:rPr>
        <w:t xml:space="preserve">[31:40] </w:t>
      </w:r>
      <w:r>
        <w:t>dekhein ke Mahabharat jo hui do taraf ek hi Religion ke log thay.</w:t>
      </w:r>
    </w:p>
    <w:p>
      <w:pPr>
        <w:jc w:val="right"/>
      </w:pPr>
      <w:r>
        <w:t>دیکھیں کہ مہابھارت جو ہوئی دو طرف ایک ہی Religion کے لوگ تھے۔</w:t>
      </w:r>
    </w:p>
    <w:p>
      <w:r>
        <w:rPr>
          <w:b/>
        </w:rPr>
        <w:t xml:space="preserve">[31:46] </w:t>
      </w:r>
      <w:r>
        <w:t>yani Mahabharat jo maani jaati hai India mein is mein dono side mein ek hi Religion ke log thay.</w:t>
      </w:r>
    </w:p>
    <w:p>
      <w:pPr>
        <w:jc w:val="right"/>
      </w:pPr>
      <w:r>
        <w:t>یعنی مہابھارت جو مانی جاتی ہے انڈیا میں اس میں دونوں سائیڈ میں ایک ہی Religion کے لوگ تھے۔</w:t>
      </w:r>
    </w:p>
    <w:p>
      <w:r>
        <w:rPr>
          <w:b/>
        </w:rPr>
        <w:t xml:space="preserve">[31:52] </w:t>
      </w:r>
      <w:r>
        <w:t>kyun takrao hua in mein? Europe mein jo First World War hui Second World War hui is mein</w:t>
      </w:r>
    </w:p>
    <w:p>
      <w:pPr>
        <w:jc w:val="right"/>
      </w:pPr>
      <w:r>
        <w:t>کیوں ٹکراؤ ہوا ان میں؟ یورپ میں جو First World War ہوئی سیکنڈ World War ہوئی اس میں</w:t>
      </w:r>
    </w:p>
    <w:p>
      <w:r>
        <w:rPr>
          <w:b/>
        </w:rPr>
        <w:t xml:space="preserve">[31:58] </w:t>
      </w:r>
      <w:r>
        <w:t>dono taraf ek hi Religion ke log thay.</w:t>
      </w:r>
    </w:p>
    <w:p>
      <w:pPr>
        <w:jc w:val="right"/>
      </w:pPr>
      <w:r>
        <w:t>دونوں طرف ایک ہی Religion کے لوگ تھے۔</w:t>
      </w:r>
    </w:p>
    <w:p>
      <w:r>
        <w:rPr>
          <w:b/>
        </w:rPr>
        <w:t xml:space="preserve">[32:04] </w:t>
      </w:r>
      <w:r>
        <w:t>phir kyun takrao hua? phir kyun itni bari laraiyan huien? to mein ne kaha ke yani</w:t>
      </w:r>
    </w:p>
    <w:p>
      <w:pPr>
        <w:jc w:val="right"/>
      </w:pPr>
      <w:r>
        <w:t>پھر کیوں ٹکراؤ ہوا؟ پھر کیوں اتنی بڑی لڑائیاں ہوئیں؟ تو میں نے کہا کہ یعنی</w:t>
      </w:r>
    </w:p>
    <w:p>
      <w:r>
        <w:rPr>
          <w:b/>
        </w:rPr>
        <w:t xml:space="preserve">[32:10] </w:t>
      </w:r>
      <w:r>
        <w:t>takrao ya clash ya larai ka taluq is se nahi ke Religion ek sab log manen to nahi hoga. Nahi.</w:t>
      </w:r>
    </w:p>
    <w:p>
      <w:pPr>
        <w:jc w:val="right"/>
      </w:pPr>
      <w:r>
        <w:t>ٹکراؤ یا Clash یا لڑائی کا تعلق اس سے نہیں کہ Religion ایک سب لوگ مانیں تو نہیں ہوگا۔ نہیں۔</w:t>
      </w:r>
    </w:p>
    <w:p>
      <w:r>
        <w:rPr>
          <w:b/>
        </w:rPr>
        <w:t xml:space="preserve">[32:15] </w:t>
      </w:r>
      <w:r>
        <w:t>is ka taluq ek State of Mind se hai.</w:t>
      </w:r>
    </w:p>
    <w:p>
      <w:pPr>
        <w:jc w:val="right"/>
      </w:pPr>
      <w:r>
        <w:t>اس کا تعلق ایک State of Mind سے ہے۔</w:t>
      </w:r>
    </w:p>
    <w:p>
      <w:r>
        <w:rPr>
          <w:b/>
        </w:rPr>
        <w:t xml:space="preserve">[32:20] </w:t>
      </w:r>
      <w:r>
        <w:t>aap ke Mind mein agar Tolerance hai.</w:t>
      </w:r>
    </w:p>
    <w:p>
      <w:pPr>
        <w:jc w:val="right"/>
      </w:pPr>
      <w:r>
        <w:t>آپ کے Mind میں اگر Tolerance ہے۔</w:t>
      </w:r>
    </w:p>
    <w:p>
      <w:r>
        <w:rPr>
          <w:b/>
        </w:rPr>
        <w:t xml:space="preserve">[32:25] </w:t>
      </w:r>
      <w:r>
        <w:t>agar sehan shilta hai tahammul hai.</w:t>
      </w:r>
    </w:p>
    <w:p>
      <w:pPr>
        <w:jc w:val="right"/>
      </w:pPr>
      <w:r>
        <w:t>اگر سہن شیلتا ہے۔ تحمل ہے۔</w:t>
      </w:r>
    </w:p>
    <w:p>
      <w:r>
        <w:rPr>
          <w:b/>
        </w:rPr>
        <w:t xml:space="preserve">[32:30] </w:t>
      </w:r>
      <w:r>
        <w:t>to larai nahi karenge aap.</w:t>
      </w:r>
    </w:p>
    <w:p>
      <w:pPr>
        <w:jc w:val="right"/>
      </w:pPr>
      <w:r>
        <w:t>تو لڑائی نہیں کریں گے آپ۔</w:t>
      </w:r>
    </w:p>
    <w:p>
      <w:r>
        <w:rPr>
          <w:b/>
        </w:rPr>
        <w:t xml:space="preserve">[32:35] </w:t>
      </w:r>
      <w:r>
        <w:t>aap ka aap ka yani yeh yani is baat ko manna ke hamein Peaceful tareeqay se rehna hai.</w:t>
      </w:r>
    </w:p>
    <w:p>
      <w:pPr>
        <w:jc w:val="right"/>
      </w:pPr>
      <w:r>
        <w:t>آپ کا آپ کا یعنی یہ یعنی اس بات کو ماننا کہ ہمیں Peaceful طریقے سے رہنا ہے۔</w:t>
      </w:r>
    </w:p>
    <w:p>
      <w:r>
        <w:rPr>
          <w:b/>
        </w:rPr>
        <w:t xml:space="preserve">[32:40] </w:t>
      </w:r>
      <w:r>
        <w:t>hamein Tolerate kar ke rehna hai.</w:t>
      </w:r>
    </w:p>
    <w:p>
      <w:pPr>
        <w:jc w:val="right"/>
      </w:pPr>
      <w:r>
        <w:t>ہمیں Tolerate کر کے رہنا ہے۔</w:t>
      </w:r>
    </w:p>
    <w:p>
      <w:r>
        <w:rPr>
          <w:b/>
        </w:rPr>
        <w:t xml:space="preserve">[32:43] </w:t>
      </w:r>
      <w:r>
        <w:t>hamein Ignore kar ke rehna hai.</w:t>
      </w:r>
    </w:p>
    <w:p>
      <w:pPr>
        <w:jc w:val="right"/>
      </w:pPr>
      <w:r>
        <w:t>ہمیں Ignore کر کے رہنا ہے۔</w:t>
      </w:r>
    </w:p>
    <w:p>
      <w:r>
        <w:rPr>
          <w:b/>
        </w:rPr>
        <w:t xml:space="preserve">[32:46] </w:t>
      </w:r>
      <w:r>
        <w:t>agar aap ka Mind is is formula mein bana hua ho to aap takrao nahi karenge.</w:t>
      </w:r>
    </w:p>
    <w:p>
      <w:pPr>
        <w:jc w:val="right"/>
      </w:pPr>
      <w:r>
        <w:t>اگر آپ کا Mind اس اس فارمولے میں بنا ہوا ہو تو آپ ٹکراؤ نہیں کریں گے۔</w:t>
      </w:r>
    </w:p>
    <w:p>
      <w:r>
        <w:rPr>
          <w:b/>
        </w:rPr>
        <w:t xml:space="preserve">[32:49] </w:t>
      </w:r>
      <w:r>
        <w:t>warna ek hi Religion ke log aapas mein takrao karte hain.</w:t>
      </w:r>
    </w:p>
    <w:p>
      <w:pPr>
        <w:jc w:val="right"/>
      </w:pPr>
      <w:r>
        <w:t>ورنہ ایک ہی Religion کے لوگ آپس میں ٹکراؤ کرتے ہیں۔</w:t>
      </w:r>
    </w:p>
    <w:p>
      <w:r>
        <w:rPr>
          <w:b/>
        </w:rPr>
        <w:t xml:space="preserve">[32:52] </w:t>
      </w:r>
      <w:r>
        <w:t>aap Pakistan mein bhi dekh lijiyay.</w:t>
      </w:r>
    </w:p>
    <w:p>
      <w:pPr>
        <w:jc w:val="right"/>
      </w:pPr>
      <w:r>
        <w:t>آپ پاکستان میں بھی دیکھ لیجیے۔</w:t>
      </w:r>
    </w:p>
    <w:p>
      <w:r>
        <w:rPr>
          <w:b/>
        </w:rPr>
        <w:t xml:space="preserve">[32:56] </w:t>
      </w:r>
      <w:r>
        <w:t>sab ek hi Religion ke hain aur wahan laraiyan ho rahi hain.</w:t>
      </w:r>
    </w:p>
    <w:p>
      <w:pPr>
        <w:jc w:val="right"/>
      </w:pPr>
      <w:r>
        <w:t>سب ایک ہی Religion کے ہیں اور وہاں لڑائیاں ہو رہی ہیں۔</w:t>
      </w:r>
    </w:p>
    <w:p>
      <w:r>
        <w:rPr>
          <w:b/>
        </w:rPr>
        <w:t xml:space="preserve">[32:59] </w:t>
      </w:r>
      <w:r>
        <w:t>Daily News aati hai Iraq se.</w:t>
      </w:r>
    </w:p>
    <w:p>
      <w:pPr>
        <w:jc w:val="right"/>
      </w:pPr>
      <w:r>
        <w:t>Daily News آتی ہے عراق سے۔</w:t>
      </w:r>
    </w:p>
    <w:p>
      <w:r>
        <w:rPr>
          <w:b/>
        </w:rPr>
        <w:t xml:space="preserve">[33:02] </w:t>
      </w:r>
      <w:r>
        <w:t>ek ek Religion ke log doosre Religion ko maar rahe hain. Har jagah.</w:t>
      </w:r>
    </w:p>
    <w:p>
      <w:pPr>
        <w:jc w:val="right"/>
      </w:pPr>
      <w:r>
        <w:t>ایک ایک Religion کے لوگ دوسرے Religion کو مار رہے ہیں۔ ہر جگہ۔</w:t>
      </w:r>
    </w:p>
    <w:p>
      <w:r>
        <w:rPr>
          <w:b/>
        </w:rPr>
        <w:t xml:space="preserve">[33:05] </w:t>
      </w:r>
      <w:r>
        <w:t>aap Lanka mein bhi dekh lijiyay.</w:t>
      </w:r>
    </w:p>
    <w:p>
      <w:pPr>
        <w:jc w:val="right"/>
      </w:pPr>
      <w:r>
        <w:t>آپ لنکا میں بھی دیکھ لیجیے۔</w:t>
      </w:r>
    </w:p>
    <w:p>
      <w:r>
        <w:rPr>
          <w:b/>
        </w:rPr>
        <w:t xml:space="preserve">[33:08] </w:t>
      </w:r>
      <w:r>
        <w:t>aap har jagah dekh lijie.</w:t>
      </w:r>
    </w:p>
    <w:p>
      <w:pPr>
        <w:jc w:val="right"/>
      </w:pPr>
      <w:r>
        <w:t>آپ ہر جگہ دیکھ لیجیے۔</w:t>
      </w:r>
    </w:p>
    <w:p>
      <w:r>
        <w:rPr>
          <w:b/>
        </w:rPr>
        <w:t xml:space="preserve">[33:11] </w:t>
      </w:r>
      <w:r>
        <w:t>south east india mein bhi dekh lijie.</w:t>
      </w:r>
    </w:p>
    <w:p>
      <w:pPr>
        <w:jc w:val="right"/>
      </w:pPr>
      <w:r>
        <w:t>ساؤتھ ایسٹ انڈیا میں بھی دیکھ لیجیے۔</w:t>
      </w:r>
    </w:p>
    <w:p>
      <w:r>
        <w:rPr>
          <w:b/>
        </w:rPr>
        <w:t xml:space="preserve">[33:14] </w:t>
      </w:r>
      <w:r>
        <w:t>Assam ke area mein. To aik hi Religion ke log doosrey ko maar rahey hain. Poori History mein maarte rahey hain. Poori History mein. To yeh koi baat nahi hai keh aap agar maan lein keh har Religion sacha hai to is se aapas ka jhagda khatam ho jaye ga. Is ka is se koi talluq nahi hai. Islam mein is ka Best Formula diya gaya hai keh lakum deenukum waliyadeen. For you</w:t>
      </w:r>
    </w:p>
    <w:p>
      <w:pPr>
        <w:jc w:val="right"/>
      </w:pPr>
      <w:r>
        <w:t>آسام کے ایریا میں۔ تو ایک ہی Religion کے لوگ دوسرے کو مار رہے ہیں۔ پوری History میں مارتے رہے ہیں۔ پوری History میں۔ تو یہ کوئی بات نہیں ہے کہ آپ اگر مان لیں کہ ہر Religion سچا ہے تو اس سے آپس کا جھگڑا ختم ہو جائے گا۔ اس کا اس سے کوئی تعلق نہیں ہے۔ اسلام میں اس کا Best فارمولا دیا گیا ہے کہ لکم دینکم ولحدین۔ For you</w:t>
      </w:r>
    </w:p>
    <w:p>
      <w:r>
        <w:rPr>
          <w:b/>
        </w:rPr>
        <w:t xml:space="preserve">[33:44] </w:t>
      </w:r>
      <w:r>
        <w:t>your religion for me mine.</w:t>
      </w:r>
    </w:p>
    <w:p>
      <w:pPr>
        <w:jc w:val="right"/>
      </w:pPr>
      <w:r>
        <w:t>your religion for me mine۔</w:t>
      </w:r>
    </w:p>
    <w:p>
      <w:r>
        <w:rPr>
          <w:b/>
        </w:rPr>
        <w:t xml:space="preserve">[33:47] </w:t>
      </w:r>
      <w:r>
        <w:t>is ka matlab hai ke is mamle mein islam ka jo formula hai woh base karta hai mutual respect par.</w:t>
      </w:r>
    </w:p>
    <w:p>
      <w:pPr>
        <w:jc w:val="right"/>
      </w:pPr>
      <w:r>
        <w:t>اس کا مطلب ہے کہ اس معاملے میں اسلام کا جو فارمولا ہے وہ Base کرتا ہے Mutual Respect پر۔</w:t>
      </w:r>
    </w:p>
    <w:p>
      <w:r>
        <w:rPr>
          <w:b/>
        </w:rPr>
        <w:t xml:space="preserve">[33:51] </w:t>
      </w:r>
      <w:r>
        <w:t>nah ke mutual recognition par.</w:t>
      </w:r>
    </w:p>
    <w:p>
      <w:pPr>
        <w:jc w:val="right"/>
      </w:pPr>
      <w:r>
        <w:t>نہ کہ Mutual Recognition پر۔</w:t>
      </w:r>
    </w:p>
    <w:p>
      <w:r>
        <w:rPr>
          <w:b/>
        </w:rPr>
        <w:t xml:space="preserve">[33:55] </w:t>
      </w:r>
      <w:r>
        <w:t>is ke do formulay hain.</w:t>
      </w:r>
    </w:p>
    <w:p>
      <w:pPr>
        <w:jc w:val="right"/>
      </w:pPr>
      <w:r>
        <w:t>اس کے دو فارمولے ہیں۔</w:t>
      </w:r>
    </w:p>
    <w:p>
      <w:r>
        <w:rPr>
          <w:b/>
        </w:rPr>
        <w:t xml:space="preserve">[33:59] </w:t>
      </w:r>
      <w:r>
        <w:t>mutual recognition aur mutual respect.</w:t>
      </w:r>
    </w:p>
    <w:p>
      <w:pPr>
        <w:jc w:val="right"/>
      </w:pPr>
      <w:r>
        <w:t>Mutual Recognition اور Mutual Respect۔</w:t>
      </w:r>
    </w:p>
    <w:p>
      <w:r>
        <w:rPr>
          <w:b/>
        </w:rPr>
        <w:t xml:space="preserve">[34:02] </w:t>
      </w:r>
      <w:r>
        <w:t>mutual recognition jo hai is se takrao nahi khatam hota.</w:t>
      </w:r>
    </w:p>
    <w:p>
      <w:pPr>
        <w:jc w:val="right"/>
      </w:pPr>
      <w:r>
        <w:t>Mutual Recognition جو ہے اس سے ٹکراؤ نہیں ختم ہوتا۔</w:t>
      </w:r>
    </w:p>
    <w:p>
      <w:r>
        <w:rPr>
          <w:b/>
        </w:rPr>
        <w:t xml:space="preserve">[34:06] </w:t>
      </w:r>
      <w:r>
        <w:t>takrao khatam hota hai mutual respect se.</w:t>
      </w:r>
    </w:p>
    <w:p>
      <w:pPr>
        <w:jc w:val="right"/>
      </w:pPr>
      <w:r>
        <w:t>ٹکراؤ ختم ہوتا ہے Mutual Respect سے۔</w:t>
      </w:r>
    </w:p>
    <w:p>
      <w:r>
        <w:rPr>
          <w:b/>
        </w:rPr>
        <w:t xml:space="preserve">[34:10] </w:t>
      </w:r>
      <w:r>
        <w:t>yani aap respect ko aik aik aisi baat samjhen ke har haal mein aap</w:t>
      </w:r>
    </w:p>
    <w:p>
      <w:pPr>
        <w:jc w:val="right"/>
      </w:pPr>
      <w:r>
        <w:t>یعنی آپ Respect کو ایک ایک ایسی بات سمجھیں کہ ہر حال میں آپ</w:t>
      </w:r>
    </w:p>
    <w:p>
      <w:r>
        <w:rPr>
          <w:b/>
        </w:rPr>
        <w:t xml:space="preserve">[34:14] </w:t>
      </w:r>
      <w:r>
        <w:t>ko doosrey ka Respect karna hai. Har haal mein aap ko aap ko apney aap ko thaam kar rakhna hai. Har haal mein aap ko sehanshilta aur sabr aur tahammul aur Patience aur Avoidance se kaam lena hai. To phir Peace aaye ga. Is ka mazhab se koi talluq nahi hai. Is ka talluq hai aap ki soch se. State of Mind se. To behal is ko bhi woh maan gaye woh. Main samajh</w:t>
      </w:r>
    </w:p>
    <w:p>
      <w:pPr>
        <w:jc w:val="right"/>
      </w:pPr>
      <w:r>
        <w:t>کو دوسرے کا Respect کرنا ہے۔ ہر حال میں آپ کو آپ کو اپنے آپ کو تھام کر رکھنا ہے۔ ہر حال میں آپ کو سہن شیلتا اور صبر اور تحمل اور Patience اور Avoidance سے کام لینا ہے۔ تو پھر Peace آئے گا۔ اس کا مذہب سے کوئی تعلق نہیں ہے۔ اس کا تعلق ہے آپ کی سوچ سے۔ State of Mind سے۔ تو بہرحال اس کو بھی وہ مان گئے وہ۔ میں سمجھ</w:t>
      </w:r>
    </w:p>
    <w:p>
      <w:r>
        <w:rPr>
          <w:b/>
        </w:rPr>
        <w:t xml:space="preserve">[34:44] </w:t>
      </w:r>
      <w:r>
        <w:t>ta hoon ke european log jo hain un mein bari anokhi baat hoti hai ke woh woh objective</w:t>
      </w:r>
    </w:p>
    <w:p>
      <w:pPr>
        <w:jc w:val="right"/>
      </w:pPr>
      <w:r>
        <w:t>تا ہوں کہ European لوگ جو ہیں ان میں بڑی انوکھی بات ہوتی ہے کہ وہ وہ Objective</w:t>
      </w:r>
    </w:p>
    <w:p>
      <w:r>
        <w:rPr>
          <w:b/>
        </w:rPr>
        <w:t xml:space="preserve">[34:48] </w:t>
      </w:r>
      <w:r>
        <w:t>thinking un ke andar hoti hai.</w:t>
      </w:r>
    </w:p>
    <w:p>
      <w:pPr>
        <w:jc w:val="right"/>
      </w:pPr>
      <w:r>
        <w:t>Thinking ان کے اندر ہوتی ہے۔</w:t>
      </w:r>
    </w:p>
    <w:p>
      <w:r>
        <w:rPr>
          <w:b/>
        </w:rPr>
        <w:t xml:space="preserve">[34:51] </w:t>
      </w:r>
      <w:r>
        <w:t>agar aap logic pesh kar den un ke samne.</w:t>
      </w:r>
    </w:p>
    <w:p>
      <w:pPr>
        <w:jc w:val="right"/>
      </w:pPr>
      <w:r>
        <w:t>اگر آپ Logic پیش کر دیں ان کے سامنے۔</w:t>
      </w:r>
    </w:p>
    <w:p>
      <w:r>
        <w:rPr>
          <w:b/>
        </w:rPr>
        <w:t xml:space="preserve">[34:55] </w:t>
      </w:r>
      <w:r>
        <w:t>to phir woh phir tautology nahi karte woh.</w:t>
      </w:r>
    </w:p>
    <w:p>
      <w:pPr>
        <w:jc w:val="right"/>
      </w:pPr>
      <w:r>
        <w:t>تو پھر وہ پھر Tautology نہیں کرتے وہ۔</w:t>
      </w:r>
    </w:p>
    <w:p>
      <w:r>
        <w:rPr>
          <w:b/>
        </w:rPr>
        <w:t xml:space="preserve">[34:59] </w:t>
      </w:r>
      <w:r>
        <w:t>phir baat ko maan lete hain.</w:t>
      </w:r>
    </w:p>
    <w:p>
      <w:pPr>
        <w:jc w:val="right"/>
      </w:pPr>
      <w:r>
        <w:t>پھر بات کو مان لیتے ہیں۔</w:t>
      </w:r>
    </w:p>
    <w:p>
      <w:r>
        <w:rPr>
          <w:b/>
        </w:rPr>
        <w:t xml:space="preserve">[35:03] </w:t>
      </w:r>
      <w:r>
        <w:t>khair to mein yeh keh raha tha ke insan paida hota hai aik environment mein.</w:t>
      </w:r>
    </w:p>
    <w:p>
      <w:pPr>
        <w:jc w:val="right"/>
      </w:pPr>
      <w:r>
        <w:t>خیر تو میں یہ کہہ رہا تھا کہ انسان پیدا ہوتا ہے ایک Environment میں۔</w:t>
      </w:r>
    </w:p>
    <w:p>
      <w:r>
        <w:rPr>
          <w:b/>
        </w:rPr>
        <w:t xml:space="preserve">[35:07] </w:t>
      </w:r>
      <w:r>
        <w:t>aik ghar mein.</w:t>
      </w:r>
    </w:p>
    <w:p>
      <w:pPr>
        <w:jc w:val="right"/>
      </w:pPr>
      <w:r>
        <w:t>ایک گھر میں۔</w:t>
      </w:r>
    </w:p>
    <w:p>
      <w:r>
        <w:rPr>
          <w:b/>
        </w:rPr>
        <w:t xml:space="preserve">[35:11] </w:t>
      </w:r>
      <w:r>
        <w:t>aik society mein.</w:t>
      </w:r>
    </w:p>
    <w:p>
      <w:pPr>
        <w:jc w:val="right"/>
      </w:pPr>
      <w:r>
        <w:t>ایک Society میں۔</w:t>
      </w:r>
    </w:p>
    <w:p>
      <w:r>
        <w:rPr>
          <w:b/>
        </w:rPr>
        <w:t xml:space="preserve">[35:15] </w:t>
      </w:r>
      <w:r>
        <w:t>institutions hote hain wahan woh parhta hai.</w:t>
      </w:r>
    </w:p>
    <w:p>
      <w:pPr>
        <w:jc w:val="right"/>
      </w:pPr>
      <w:r>
        <w:t>Institutions ہوتے ہیں وہاں وہ پڑھتا ہے۔</w:t>
      </w:r>
    </w:p>
    <w:p>
      <w:r>
        <w:rPr>
          <w:b/>
        </w:rPr>
        <w:t xml:space="preserve">[35:19] </w:t>
      </w:r>
      <w:r>
        <w:t>to different qism ke us ko experience hote hain.</w:t>
      </w:r>
    </w:p>
    <w:p>
      <w:pPr>
        <w:jc w:val="right"/>
      </w:pPr>
      <w:r>
        <w:t>تو Different قسم کے اس کو Experience ہوتے ہیں۔</w:t>
      </w:r>
    </w:p>
    <w:p>
      <w:r>
        <w:rPr>
          <w:b/>
        </w:rPr>
        <w:t xml:space="preserve">[35:22] </w:t>
      </w:r>
      <w:r>
        <w:t>different type ke experience hain.</w:t>
      </w:r>
    </w:p>
    <w:p>
      <w:pPr>
        <w:jc w:val="right"/>
      </w:pPr>
      <w:r>
        <w:t>Different Type کے Experience ہیں۔</w:t>
      </w:r>
    </w:p>
    <w:p>
      <w:r>
        <w:rPr>
          <w:b/>
        </w:rPr>
        <w:t xml:space="preserve">[35:26] </w:t>
      </w:r>
      <w:r>
        <w:t>is mein us ki conditioning hoti rehti hai.</w:t>
      </w:r>
    </w:p>
    <w:p>
      <w:pPr>
        <w:jc w:val="right"/>
      </w:pPr>
      <w:r>
        <w:t>اس میں اس کی Conditioning ہوتی رہتی ہے۔</w:t>
      </w:r>
    </w:p>
    <w:p>
      <w:r>
        <w:rPr>
          <w:b/>
        </w:rPr>
        <w:t xml:space="preserve">[35:30] </w:t>
      </w:r>
      <w:r>
        <w:t>is mein woh conditioning hoti rehti hai.</w:t>
      </w:r>
    </w:p>
    <w:p>
      <w:pPr>
        <w:jc w:val="right"/>
      </w:pPr>
      <w:r>
        <w:t>اس میں وہ Conditioning ہوتی رہتی ہے۔</w:t>
      </w:r>
    </w:p>
    <w:p>
      <w:r>
        <w:rPr>
          <w:b/>
        </w:rPr>
        <w:t xml:space="preserve">[35:34] </w:t>
      </w:r>
      <w:r>
        <w:t>yeh by nature nahi hoti hai.</w:t>
      </w:r>
    </w:p>
    <w:p>
      <w:pPr>
        <w:jc w:val="right"/>
      </w:pPr>
      <w:r>
        <w:t>یہ By Nature نہیں ہوتی ہے۔</w:t>
      </w:r>
    </w:p>
    <w:p>
      <w:r>
        <w:rPr>
          <w:b/>
        </w:rPr>
        <w:t xml:space="preserve">[35:38] </w:t>
      </w:r>
      <w:r>
        <w:t>aisa nahi hai ke woh genetic code mein likha hua hai woh aur wohi aa raha hai. nahi.</w:t>
      </w:r>
    </w:p>
    <w:p>
      <w:pPr>
        <w:jc w:val="right"/>
      </w:pPr>
      <w:r>
        <w:t>ایسا نہیں ہے کہ وہ Genetic Code میں لکھا ہوا ہے وہ اور وہی آ رہا ہے۔ نہیں۔</w:t>
      </w:r>
    </w:p>
    <w:p>
      <w:r>
        <w:rPr>
          <w:b/>
        </w:rPr>
        <w:t xml:space="preserve">[35:41] </w:t>
      </w:r>
      <w:r>
        <w:t>Environment mein jis Environ</w:t>
      </w:r>
    </w:p>
    <w:p>
      <w:pPr>
        <w:jc w:val="right"/>
      </w:pPr>
      <w:r>
        <w:t>Environment میں جس Environ</w:t>
      </w:r>
    </w:p>
    <w:p>
      <w:r>
        <w:rPr>
          <w:b/>
        </w:rPr>
        <w:t xml:space="preserve">[35:45] </w:t>
      </w:r>
      <w:r>
        <w:t>ment mein paida hua jis mahaul mein paida hua us ke andar us ki Conditioning hone lagi.</w:t>
      </w:r>
    </w:p>
    <w:p>
      <w:pPr>
        <w:jc w:val="right"/>
      </w:pPr>
      <w:r>
        <w:t>ment میں پیدا ہوا جس ماحول میں پیدا ہوا اس کے اندر اس کی Conditioning ہونے لگی۔</w:t>
      </w:r>
    </w:p>
    <w:p>
      <w:r>
        <w:rPr>
          <w:b/>
        </w:rPr>
        <w:t xml:space="preserve">[35:50] </w:t>
      </w:r>
      <w:r>
        <w:t>To insaan ka main samajhta hoon ke har insaan ka har aurat aur mard ka pehla kaam hai</w:t>
      </w:r>
    </w:p>
    <w:p>
      <w:pPr>
        <w:jc w:val="right"/>
      </w:pPr>
      <w:r>
        <w:t>تو انسان کا میں سمجھتا ہوں کہ ہر انسان کا ہر عورت اور مرد کا پہلا کام ہے</w:t>
      </w:r>
    </w:p>
    <w:p>
      <w:r>
        <w:rPr>
          <w:b/>
        </w:rPr>
        <w:t xml:space="preserve">[35:54] </w:t>
      </w:r>
      <w:r>
        <w:t>apni ko apni Deconditioning.</w:t>
      </w:r>
    </w:p>
    <w:p>
      <w:pPr>
        <w:jc w:val="right"/>
      </w:pPr>
      <w:r>
        <w:t>اپنی کو اپنی Deconditioning۔</w:t>
      </w:r>
    </w:p>
    <w:p>
      <w:r>
        <w:rPr>
          <w:b/>
        </w:rPr>
        <w:t xml:space="preserve">[35:58] </w:t>
      </w:r>
      <w:r>
        <w:t>Yaani jo insaan bana tha Environment ke zariye se us ko khud se woh banaye.</w:t>
      </w:r>
    </w:p>
    <w:p>
      <w:pPr>
        <w:jc w:val="right"/>
      </w:pPr>
      <w:r>
        <w:t>یعنی جو انسان بنا تھا Environment کے ذریعے سے اس کو خود سے وہ بنائے۔</w:t>
      </w:r>
    </w:p>
    <w:p>
      <w:r>
        <w:rPr>
          <w:b/>
        </w:rPr>
        <w:t xml:space="preserve">[36:03] </w:t>
      </w:r>
      <w:r>
        <w:t>Yaani har aadmi ko apne ko ek naya janam dena hai.</w:t>
      </w:r>
    </w:p>
    <w:p>
      <w:pPr>
        <w:jc w:val="right"/>
      </w:pPr>
      <w:r>
        <w:t>یعنی ہر آدمی کو اپنے کو ایک نیا جنم دینا ہے۔</w:t>
      </w:r>
    </w:p>
    <w:p>
      <w:r>
        <w:rPr>
          <w:b/>
        </w:rPr>
        <w:t xml:space="preserve">[36:07] </w:t>
      </w:r>
      <w:r>
        <w:t>Har aadmi ko isi duniya mein ek Rebirth chahiye.</w:t>
      </w:r>
    </w:p>
    <w:p>
      <w:pPr>
        <w:jc w:val="right"/>
      </w:pPr>
      <w:r>
        <w:t>ہر آدمی کو اسی دنیا میں ایک Rebirth چاہیے۔</w:t>
      </w:r>
    </w:p>
    <w:p>
      <w:r>
        <w:rPr>
          <w:b/>
        </w:rPr>
        <w:t xml:space="preserve">[36:12] </w:t>
      </w:r>
      <w:r>
        <w:t>Har aadmi ko</w:t>
      </w:r>
    </w:p>
    <w:p>
      <w:pPr>
        <w:jc w:val="right"/>
      </w:pPr>
      <w:r>
        <w:t>ہر آدمی کو</w:t>
      </w:r>
    </w:p>
    <w:p>
      <w:r>
        <w:rPr>
          <w:b/>
        </w:rPr>
        <w:t xml:space="preserve">[36:16] </w:t>
      </w:r>
      <w:r>
        <w:t>aik kitaab chhapi hai Newborn. Isi isi cheez par. Keh aadmi phir se apney aap ko banana parta hai. Phir se banana parta hai aadmi ko. Jaise aadmi ke andar farz kiya ghussa aa gaya tha us ko nikalna hai. Kisi se Hate paida ho gaya tha us ko khatam karna hai. Us ke andar agar Selfishness aa gayi thi us ko andar se nikalna hai. To apney mahaul ke asar se maslan aik baat</w:t>
      </w:r>
    </w:p>
    <w:p>
      <w:pPr>
        <w:jc w:val="right"/>
      </w:pPr>
      <w:r>
        <w:t>ایک کتاب چھپی ہے Newborn۔ اسی اسی چیز پر۔ کہ آدمی پھر سے اپنے آپ کو بنانا پڑتا ہے۔ پھر سے بنانا پڑتا ہے آدمی کو۔ جیسے آدمی کے اندر فرض کیا غصہ آ گیا تھا اس کو نکالنا ہے۔ کسی سے Hate پیدا ہو گیا تھا اس کو ختم کرنا ہے۔ اس کے اندر اگر Selfishness آ گئی تھی اس کو اندر سے نکالنا ہے۔ تو اپنے ماحول کے اثر سے مثلاً ایک بات</w:t>
      </w:r>
    </w:p>
    <w:p>
      <w:r>
        <w:rPr>
          <w:b/>
        </w:rPr>
        <w:t xml:space="preserve">[36:46] </w:t>
      </w:r>
      <w:r>
        <w:t>Bahut aam hai aaj kal ke har Family ke log apni Family ko Superior samajh lete hain.</w:t>
      </w:r>
    </w:p>
    <w:p>
      <w:pPr>
        <w:jc w:val="right"/>
      </w:pPr>
      <w:r>
        <w:t>بہت عام ہے آج کل کہ ہر Family کے لوگ اپنی Family کو Superior سمجھ لیتے ہیں۔</w:t>
      </w:r>
    </w:p>
    <w:p>
      <w:r>
        <w:rPr>
          <w:b/>
        </w:rPr>
        <w:t xml:space="preserve">[36:51] </w:t>
      </w:r>
      <w:r>
        <w:t>Main jis se bhi milta hoon bas apni Family ki baatein karta hoon.</w:t>
      </w:r>
    </w:p>
    <w:p>
      <w:pPr>
        <w:jc w:val="right"/>
      </w:pPr>
      <w:r>
        <w:t>میں جس سے بھی ملتا ہوں بس اپنی Family کی باتیں کرتا ہے۔</w:t>
      </w:r>
    </w:p>
    <w:p>
      <w:r>
        <w:rPr>
          <w:b/>
        </w:rPr>
        <w:t xml:space="preserve">[36:55] </w:t>
      </w:r>
      <w:r>
        <w:t>Mera beta aisa meri beti aisi mera dada aise.</w:t>
      </w:r>
    </w:p>
    <w:p>
      <w:pPr>
        <w:jc w:val="right"/>
      </w:pPr>
      <w:r>
        <w:t>میرا بیٹا ایسا میری بیٹی ایسی میرا دادا ایسے۔</w:t>
      </w:r>
    </w:p>
    <w:p>
      <w:r>
        <w:rPr>
          <w:b/>
        </w:rPr>
        <w:t xml:space="preserve">[36:59] </w:t>
      </w:r>
      <w:r>
        <w:t>To har aadmi jo hai apni Family ko Superior samjhe hue hai.</w:t>
      </w:r>
    </w:p>
    <w:p>
      <w:pPr>
        <w:jc w:val="right"/>
      </w:pPr>
      <w:r>
        <w:t>تو ہر آدمی جو ہے اپنی Family کو Superior سمجھے ہوئے ہے۔</w:t>
      </w:r>
    </w:p>
    <w:p>
      <w:r>
        <w:rPr>
          <w:b/>
        </w:rPr>
        <w:t xml:space="preserve">[37:04] </w:t>
      </w:r>
      <w:r>
        <w:t>Nateeja kya hai? Uski Family ke bahar jo Beauty hai woh us ko dikhai nahi deti.</w:t>
      </w:r>
    </w:p>
    <w:p>
      <w:pPr>
        <w:jc w:val="right"/>
      </w:pPr>
      <w:r>
        <w:t>نتیجہ کیا ہے؟ اس کی Family کے باہر جو Beauty ہے وہ اس کو دکھائی نہیں دیتی۔</w:t>
      </w:r>
    </w:p>
    <w:p>
      <w:r>
        <w:rPr>
          <w:b/>
        </w:rPr>
        <w:t xml:space="preserve">[37:08] </w:t>
      </w:r>
      <w:r>
        <w:t>Uski Family ke bahar jo Glory hai us ko dikhai nahi deti.</w:t>
      </w:r>
    </w:p>
    <w:p>
      <w:pPr>
        <w:jc w:val="right"/>
      </w:pPr>
      <w:r>
        <w:t>اس کی Family کے باہر جو Glory ہے اس کو دکھائی نہیں دیتی۔</w:t>
      </w:r>
    </w:p>
    <w:p>
      <w:r>
        <w:rPr>
          <w:b/>
        </w:rPr>
        <w:t xml:space="preserve">[37:12] </w:t>
      </w:r>
      <w:r>
        <w:t>Uski Family ke bahar jo Meaning hai us ko dikhai nahi deti. Yeh bahut</w:t>
      </w:r>
    </w:p>
    <w:p>
      <w:pPr>
        <w:jc w:val="right"/>
      </w:pPr>
      <w:r>
        <w:t>اس کی Family کے باہر جو Meaning ہے اس کو دکھائی نہیں دیتی۔ یہ بہت</w:t>
      </w:r>
    </w:p>
    <w:p>
      <w:r>
        <w:rPr>
          <w:b/>
        </w:rPr>
        <w:t xml:space="preserve">[37:17] </w:t>
      </w:r>
      <w:r>
        <w:t>hi general baat hai.</w:t>
      </w:r>
    </w:p>
    <w:p>
      <w:pPr>
        <w:jc w:val="right"/>
      </w:pPr>
      <w:r>
        <w:t>ہی جنرل بات ہے۔</w:t>
      </w:r>
    </w:p>
    <w:p>
      <w:r>
        <w:rPr>
          <w:b/>
        </w:rPr>
        <w:t xml:space="preserve">[37:22] </w:t>
      </w:r>
      <w:r>
        <w:t>Ke amli apni Family ki badhai mein jeete hain sab log.</w:t>
      </w:r>
    </w:p>
    <w:p>
      <w:pPr>
        <w:jc w:val="right"/>
      </w:pPr>
      <w:r>
        <w:t>کہ عملی اپنی Family کی بڑائی میں جیتے ہیں سب لوگ۔</w:t>
      </w:r>
    </w:p>
    <w:p>
      <w:r>
        <w:rPr>
          <w:b/>
        </w:rPr>
        <w:t xml:space="preserve">[37:27] </w:t>
      </w:r>
      <w:r>
        <w:t>Nateeja yeh kya hota hai ke apni Family ki ghalti kisi ko dikhai nahi deti.</w:t>
      </w:r>
    </w:p>
    <w:p>
      <w:pPr>
        <w:jc w:val="right"/>
      </w:pPr>
      <w:r>
        <w:t>نتیجہ یہ کیا ہوتا ہے کہ اپنی Family کی غلطی کسی کو دکھائی نہیں دیتی۔</w:t>
      </w:r>
    </w:p>
    <w:p>
      <w:r>
        <w:rPr>
          <w:b/>
        </w:rPr>
        <w:t xml:space="preserve">[37:32] </w:t>
      </w:r>
      <w:r>
        <w:t>Doosre ko dikhai deti hai.</w:t>
      </w:r>
    </w:p>
    <w:p>
      <w:pPr>
        <w:jc w:val="right"/>
      </w:pPr>
      <w:r>
        <w:t>دوسرے کو دکھائی دیتی ہے۔</w:t>
      </w:r>
    </w:p>
    <w:p>
      <w:r>
        <w:rPr>
          <w:b/>
        </w:rPr>
        <w:t xml:space="preserve">[37:37] </w:t>
      </w:r>
      <w:r>
        <w:t>Jaisa ke maine kaha ke is saal ke Wrongs ko Correct karne ka har ek ko bolta hai boliye.</w:t>
      </w:r>
    </w:p>
    <w:p>
      <w:pPr>
        <w:jc w:val="right"/>
      </w:pPr>
      <w:r>
        <w:t>جیسا کہ میں نے کہا کہ اس سال کے Wrongs کو Correct کرنے کا ہر ایک کو بولتا ہے بولیے۔</w:t>
      </w:r>
    </w:p>
    <w:p>
      <w:r>
        <w:rPr>
          <w:b/>
        </w:rPr>
        <w:t xml:space="preserve">[37:42] </w:t>
      </w:r>
      <w:r>
        <w:t>Lekin apni Family ke Mistakes ko badalna apni Family ki ghalti ko pakadna</w:t>
      </w:r>
    </w:p>
    <w:p>
      <w:pPr>
        <w:jc w:val="right"/>
      </w:pPr>
      <w:r>
        <w:t>لیکن اپنی Family کے Mistakes کو بدلنا اپنی Family کی غلطی کو پکڑنا</w:t>
      </w:r>
    </w:p>
    <w:p>
      <w:r>
        <w:rPr>
          <w:b/>
        </w:rPr>
        <w:t xml:space="preserve">[37:47] </w:t>
      </w:r>
      <w:r>
        <w:t>apni Family ko theek karna yeh soch nahi hoti logon mein.</w:t>
      </w:r>
    </w:p>
    <w:p>
      <w:pPr>
        <w:jc w:val="right"/>
      </w:pPr>
      <w:r>
        <w:t>اپنی Family کو ٹھیک کرنا یہ سوچ نہیں ہوتی لوگوں میں۔</w:t>
      </w:r>
    </w:p>
    <w:p>
      <w:r>
        <w:rPr>
          <w:b/>
        </w:rPr>
        <w:t xml:space="preserve">[37:52] </w:t>
      </w:r>
      <w:r>
        <w:t>To is tarah ki cheezein jo hain woh isi waqt isi ke liye ek Process chahiye har</w:t>
      </w:r>
    </w:p>
    <w:p>
      <w:pPr>
        <w:jc w:val="right"/>
      </w:pPr>
      <w:r>
        <w:t>تو اس طرح کی چیزیں جو ہیں وہ اسی وقت اس اسی کے لیے ایک Process چاہیے ہر</w:t>
      </w:r>
    </w:p>
    <w:p>
      <w:r>
        <w:rPr>
          <w:b/>
        </w:rPr>
        <w:t xml:space="preserve">[37:58] </w:t>
      </w:r>
      <w:r>
        <w:t>har aadmi ko har aadmi ko har aadmi ko.</w:t>
      </w:r>
    </w:p>
    <w:p>
      <w:pPr>
        <w:jc w:val="right"/>
      </w:pPr>
      <w:r>
        <w:t>ہر آدمی کو ہر آدمی کو ہر آدمی کو۔</w:t>
      </w:r>
    </w:p>
    <w:p>
      <w:r>
        <w:rPr>
          <w:b/>
        </w:rPr>
        <w:t xml:space="preserve">[38:03] </w:t>
      </w:r>
      <w:r>
        <w:t>Woh hai Deconditioning ka Process.</w:t>
      </w:r>
    </w:p>
    <w:p>
      <w:pPr>
        <w:jc w:val="right"/>
      </w:pPr>
      <w:r>
        <w:t>وہ ہے Deconditioning کا Process۔</w:t>
      </w:r>
    </w:p>
    <w:p>
      <w:r>
        <w:rPr>
          <w:b/>
        </w:rPr>
        <w:t xml:space="preserve">[38:08] </w:t>
      </w:r>
      <w:r>
        <w:t>bghair apni deconditioning ke aap aik aik achhay insan nahi ban saktay.</w:t>
      </w:r>
    </w:p>
    <w:p>
      <w:pPr>
        <w:jc w:val="right"/>
      </w:pPr>
      <w:r>
        <w:t>بغیر اپنی Deconditioning کے آپ ایک ایک اچھے انسان نہیں بن سکتے۔</w:t>
      </w:r>
    </w:p>
    <w:p>
      <w:r>
        <w:rPr>
          <w:b/>
        </w:rPr>
        <w:t xml:space="preserve">[38:13] </w:t>
      </w:r>
      <w:r>
        <w:t>yani woh woh jo aap ki aik layer aap ke oopar baith gayi thi aap ki personality par</w:t>
      </w:r>
    </w:p>
    <w:p>
      <w:pPr>
        <w:jc w:val="right"/>
      </w:pPr>
      <w:r>
        <w:t>یعنی وہ وہ جو آپ کی ایک Layer آپ کے اوپر بیٹھ گئی تھی آپ کی Personality پر</w:t>
      </w:r>
    </w:p>
    <w:p>
      <w:r>
        <w:rPr>
          <w:b/>
        </w:rPr>
        <w:t xml:space="preserve">[38:18] </w:t>
      </w:r>
      <w:r>
        <w:t>mahol ke asar se environment ke asar se society ke asar se is ko hatana hai hatana hai hatana hai.</w:t>
      </w:r>
    </w:p>
    <w:p>
      <w:pPr>
        <w:jc w:val="right"/>
      </w:pPr>
      <w:r>
        <w:t>ماحول کے اثر سے Environment کے اثر سے Society کے اثر سے اس کو ہٹانا ہے ہٹانا ہے ہٹانا ہے۔</w:t>
      </w:r>
    </w:p>
    <w:p>
      <w:r>
        <w:rPr>
          <w:b/>
        </w:rPr>
        <w:t xml:space="preserve">[38:22] </w:t>
      </w:r>
      <w:r>
        <w:t>apnay ko yani aik aik insan paida hua hai maan ke pait se aur aik aap ko khud</w:t>
      </w:r>
    </w:p>
    <w:p>
      <w:pPr>
        <w:jc w:val="right"/>
      </w:pPr>
      <w:r>
        <w:t>اپنے کو یعنی ایک ایک انسان پیدا ہوا ہے ماں کے پیٹ سے اور ایک آپ کو خود</w:t>
      </w:r>
    </w:p>
    <w:p>
      <w:r>
        <w:rPr>
          <w:b/>
        </w:rPr>
        <w:t xml:space="preserve">[38:26] </w:t>
      </w:r>
      <w:r>
        <w:t>apnay aap ko banana hai.</w:t>
      </w:r>
    </w:p>
    <w:p>
      <w:pPr>
        <w:jc w:val="right"/>
      </w:pPr>
      <w:r>
        <w:t>اپنے آپ کو بنانا ہے۔</w:t>
      </w:r>
    </w:p>
    <w:p>
      <w:r>
        <w:rPr>
          <w:b/>
        </w:rPr>
        <w:t xml:space="preserve">[38:29] </w:t>
      </w:r>
      <w:r>
        <w:t>khud apnay ko banana hai aap.</w:t>
      </w:r>
    </w:p>
    <w:p>
      <w:pPr>
        <w:jc w:val="right"/>
      </w:pPr>
      <w:r>
        <w:t>خود اپنے کو بنانا ہے آپ۔</w:t>
      </w:r>
    </w:p>
    <w:p>
      <w:r>
        <w:rPr>
          <w:b/>
        </w:rPr>
        <w:t xml:space="preserve">[38:33] </w:t>
      </w:r>
      <w:r>
        <w:t>har insan ka yeh kaam hai.</w:t>
      </w:r>
    </w:p>
    <w:p>
      <w:pPr>
        <w:jc w:val="right"/>
      </w:pPr>
      <w:r>
        <w:t>ہر انسان کا یہ کام ہے۔</w:t>
      </w:r>
    </w:p>
    <w:p>
      <w:r>
        <w:rPr>
          <w:b/>
        </w:rPr>
        <w:t xml:space="preserve">[38:37] </w:t>
      </w:r>
      <w:r>
        <w:t>maan ke pait se jo paida hua tha insan phir society ne is ko banaya.</w:t>
      </w:r>
    </w:p>
    <w:p>
      <w:pPr>
        <w:jc w:val="right"/>
      </w:pPr>
      <w:r>
        <w:t>ماں کے پیٹ سے جو پیدا ہوا تھا انسان پھر Society نے اس کو بنایا۔</w:t>
      </w:r>
    </w:p>
    <w:p>
      <w:r>
        <w:rPr>
          <w:b/>
        </w:rPr>
        <w:t xml:space="preserve">[38:41] </w:t>
      </w:r>
      <w:r>
        <w:t>society ne is ko mold kiya.</w:t>
      </w:r>
    </w:p>
    <w:p>
      <w:pPr>
        <w:jc w:val="right"/>
      </w:pPr>
      <w:r>
        <w:t>Society نے اس کو Mold کیا۔</w:t>
      </w:r>
    </w:p>
    <w:p>
      <w:r>
        <w:rPr>
          <w:b/>
        </w:rPr>
        <w:t xml:space="preserve">[38:44] </w:t>
      </w:r>
      <w:r>
        <w:t>ab ab teesra jo aik process hai woh hai deconditioning ka</w:t>
      </w:r>
    </w:p>
    <w:p>
      <w:pPr>
        <w:jc w:val="right"/>
      </w:pPr>
      <w:r>
        <w:t>اب اب تیسرا جو ایک Process ہے وہ ہے Deconditioning کا</w:t>
      </w:r>
    </w:p>
    <w:p>
      <w:r>
        <w:rPr>
          <w:b/>
        </w:rPr>
        <w:t xml:space="preserve">[38:48] </w:t>
      </w:r>
      <w:r>
        <w:t>process.</w:t>
      </w:r>
    </w:p>
    <w:p>
      <w:pPr>
        <w:jc w:val="right"/>
      </w:pPr>
      <w:r>
        <w:t>Process۔</w:t>
      </w:r>
    </w:p>
    <w:p>
      <w:r>
        <w:rPr>
          <w:b/>
        </w:rPr>
        <w:t xml:space="preserve">[38:52] </w:t>
      </w:r>
      <w:r>
        <w:t>tab aap ja kar ke sachay insan banain gay.</w:t>
      </w:r>
    </w:p>
    <w:p>
      <w:pPr>
        <w:jc w:val="right"/>
      </w:pPr>
      <w:r>
        <w:t>تب آپ جا کر کے سچے انسان بنیں گے۔</w:t>
      </w:r>
    </w:p>
    <w:p>
      <w:r>
        <w:rPr>
          <w:b/>
        </w:rPr>
        <w:t xml:space="preserve">[38:56] </w:t>
      </w:r>
      <w:r>
        <w:t>aur tab ja kar aap is qabil hon gay ke khuda aap ko select karay is ideal world ke liye.</w:t>
      </w:r>
    </w:p>
    <w:p>
      <w:pPr>
        <w:jc w:val="right"/>
      </w:pPr>
      <w:r>
        <w:t>اور تب جا کر آپ اس قابل ہوں گے کہ خدا آپ کو Select کرے اس Ideal World کے لیے۔</w:t>
      </w:r>
    </w:p>
    <w:p>
      <w:r>
        <w:rPr>
          <w:b/>
        </w:rPr>
        <w:t xml:space="preserve">[38:59] </w:t>
      </w:r>
      <w:r>
        <w:t>to yeh sab cheezay test papers hain test ke liye.</w:t>
      </w:r>
    </w:p>
    <w:p>
      <w:pPr>
        <w:jc w:val="right"/>
      </w:pPr>
      <w:r>
        <w:t>تو یہ سب چیزیں Test Papers ہیں Test کے لیے۔</w:t>
      </w:r>
    </w:p>
    <w:p>
      <w:r>
        <w:rPr>
          <w:b/>
        </w:rPr>
        <w:t xml:space="preserve">[39:03] </w:t>
      </w:r>
      <w:r>
        <w:t>yeh agar yeh sab cheezay na hon to kyun aap aap ko select kiya jaye ga? aap ko</w:t>
      </w:r>
    </w:p>
    <w:p>
      <w:pPr>
        <w:jc w:val="right"/>
      </w:pPr>
      <w:r>
        <w:t>یہ اگر یہ سب چیزیں نہ ہوں تو کیوں آپ آپ کو Select کیا جائے گا؟ آپ کو</w:t>
      </w:r>
    </w:p>
    <w:p>
      <w:r>
        <w:rPr>
          <w:b/>
        </w:rPr>
        <w:t xml:space="preserve">[39:07] </w:t>
      </w:r>
      <w:r>
        <w:t>apnay aap se larna hai.</w:t>
      </w:r>
    </w:p>
    <w:p>
      <w:pPr>
        <w:jc w:val="right"/>
      </w:pPr>
      <w:r>
        <w:t>اپنے آپ سے لڑنا ہے۔</w:t>
      </w:r>
    </w:p>
    <w:p>
      <w:r>
        <w:rPr>
          <w:b/>
        </w:rPr>
        <w:t xml:space="preserve">[39:11] </w:t>
      </w:r>
      <w:r>
        <w:t>aap ko apnay ghltiyon ko pakarna hai.</w:t>
      </w:r>
    </w:p>
    <w:p>
      <w:pPr>
        <w:jc w:val="right"/>
      </w:pPr>
      <w:r>
        <w:t>آپ کو اپنے غلطیوں کو پکڑنا ہے۔</w:t>
      </w:r>
    </w:p>
    <w:p>
      <w:r>
        <w:rPr>
          <w:b/>
        </w:rPr>
        <w:t xml:space="preserve">[39:14] </w:t>
      </w:r>
      <w:r>
        <w:t>apni self hemorrhage karna hai.</w:t>
      </w:r>
    </w:p>
    <w:p>
      <w:pPr>
        <w:jc w:val="right"/>
      </w:pPr>
      <w:r>
        <w:t>اپنی Self Hemorrhage کرنا ہے۔</w:t>
      </w:r>
    </w:p>
    <w:p>
      <w:r>
        <w:rPr>
          <w:b/>
        </w:rPr>
        <w:t xml:space="preserve">[39:18] </w:t>
      </w:r>
      <w:r>
        <w:t>apna introspection karna hai.</w:t>
      </w:r>
    </w:p>
    <w:p>
      <w:pPr>
        <w:jc w:val="right"/>
      </w:pPr>
      <w:r>
        <w:t>اپنا Introspection کرنا ہے۔</w:t>
      </w:r>
    </w:p>
    <w:p>
      <w:r>
        <w:rPr>
          <w:b/>
        </w:rPr>
        <w:t xml:space="preserve">[39:23] </w:t>
      </w:r>
      <w:r>
        <w:t>aur karte karte karte apnay aap ko right person banana hai.</w:t>
      </w:r>
    </w:p>
    <w:p>
      <w:pPr>
        <w:jc w:val="right"/>
      </w:pPr>
      <w:r>
        <w:t>اور کرتے کرتے کرتے اپنے آپ کو Right Person بنانا ہے۔</w:t>
      </w:r>
    </w:p>
    <w:p>
      <w:r>
        <w:rPr>
          <w:b/>
        </w:rPr>
        <w:t xml:space="preserve">[39:27] </w:t>
      </w:r>
      <w:r>
        <w:t>deconditioning ka matlab hai ke apnay aap ko right person banana.</w:t>
      </w:r>
    </w:p>
    <w:p>
      <w:pPr>
        <w:jc w:val="right"/>
      </w:pPr>
      <w:r>
        <w:t>Deconditioning کا مطلب ہے کہ اپنے آپ کو Right Person بنانا۔</w:t>
      </w:r>
    </w:p>
    <w:p>
      <w:r>
        <w:rPr>
          <w:b/>
        </w:rPr>
        <w:t xml:space="preserve">[39:32] </w:t>
      </w:r>
      <w:r>
        <w:t>yeh har aadmi ko karna hai yeh kaam.</w:t>
      </w:r>
    </w:p>
    <w:p>
      <w:pPr>
        <w:jc w:val="right"/>
      </w:pPr>
      <w:r>
        <w:t>یہ ہر آدمی کو کرنا ہے یہ کام۔</w:t>
      </w:r>
    </w:p>
    <w:p>
      <w:r>
        <w:rPr>
          <w:b/>
        </w:rPr>
        <w:t xml:space="preserve">[39:36] </w:t>
      </w:r>
      <w:r>
        <w:t>mein to poori zindagi yeh kaam karta raha.</w:t>
      </w:r>
    </w:p>
    <w:p>
      <w:pPr>
        <w:jc w:val="right"/>
      </w:pPr>
      <w:r>
        <w:t>میں تو پوری زندگی یہ کام کرتا رہا۔</w:t>
      </w:r>
    </w:p>
    <w:p>
      <w:r>
        <w:rPr>
          <w:b/>
        </w:rPr>
        <w:t xml:space="preserve">[39:40] </w:t>
      </w:r>
      <w:r>
        <w:t>mein aik misaal deta hoon aap ko.</w:t>
      </w:r>
    </w:p>
    <w:p>
      <w:pPr>
        <w:jc w:val="right"/>
      </w:pPr>
      <w:r>
        <w:t>میں ایک مثال دیتا ہوں آپ کو۔</w:t>
      </w:r>
    </w:p>
    <w:p>
      <w:r>
        <w:rPr>
          <w:b/>
        </w:rPr>
        <w:t xml:space="preserve">[39:45] </w:t>
      </w:r>
      <w:r>
        <w:t>mein jis area mein paida hua up mein eastern up mein</w:t>
      </w:r>
    </w:p>
    <w:p>
      <w:pPr>
        <w:jc w:val="right"/>
      </w:pPr>
      <w:r>
        <w:t>میں جس ایریا میں پیدا ہوا یو پی میں Eastern یو پی میں</w:t>
      </w:r>
    </w:p>
    <w:p>
      <w:r>
        <w:rPr>
          <w:b/>
        </w:rPr>
        <w:t xml:space="preserve">[39:49] </w:t>
      </w:r>
      <w:r>
        <w:t>adam garh ke District mein to mere area mein railway line aayi thi unnis sau ek mein Nineteen</w:t>
      </w:r>
    </w:p>
    <w:p>
      <w:pPr>
        <w:jc w:val="right"/>
      </w:pPr>
      <w:r>
        <w:t>آدم گڑھ کے District میں تو میرے ایریا میں ریلوے لائن آئی تھی انیس سو ایک میں Nineteen</w:t>
      </w:r>
    </w:p>
    <w:p>
      <w:r>
        <w:rPr>
          <w:b/>
        </w:rPr>
        <w:t xml:space="preserve">[39:54] </w:t>
      </w:r>
      <w:r>
        <w:t>Hundred One mein.</w:t>
      </w:r>
    </w:p>
    <w:p>
      <w:pPr>
        <w:jc w:val="right"/>
      </w:pPr>
      <w:r>
        <w:t>Hundred One میں۔</w:t>
      </w:r>
    </w:p>
    <w:p>
      <w:r>
        <w:rPr>
          <w:b/>
        </w:rPr>
        <w:t xml:space="preserve">[39:59] </w:t>
      </w:r>
      <w:r>
        <w:t>yaani shah ganj se bahu tak ki jo railway line hai jis ko loop line kaha jata tha</w:t>
      </w:r>
    </w:p>
    <w:p>
      <w:pPr>
        <w:jc w:val="right"/>
      </w:pPr>
      <w:r>
        <w:t>یعنی شاہ گنج سے بہو تک کی جو ریلوے لائن ہے جس کو لوپ لائن کہا جاتا تھا</w:t>
      </w:r>
    </w:p>
    <w:p>
      <w:r>
        <w:rPr>
          <w:b/>
        </w:rPr>
        <w:t xml:space="preserve">[40:04] </w:t>
      </w:r>
      <w:r>
        <w:t>pehlay to woh mere gaon ke bohat paas se guzarti thi woh.</w:t>
      </w:r>
    </w:p>
    <w:p>
      <w:pPr>
        <w:jc w:val="right"/>
      </w:pPr>
      <w:r>
        <w:t>پہلے تو وہ میرے گاؤں کے بہت پاس سے گزرتی تھی وہ۔</w:t>
      </w:r>
    </w:p>
    <w:p>
      <w:r>
        <w:rPr>
          <w:b/>
        </w:rPr>
        <w:t xml:space="preserve">[40:10] </w:t>
      </w:r>
      <w:r>
        <w:t>yaani hum chhat pe jab kharay hotay thay raat ko to rail ke yaani train ke chalnay ki</w:t>
      </w:r>
    </w:p>
    <w:p>
      <w:pPr>
        <w:jc w:val="right"/>
      </w:pPr>
      <w:r>
        <w:t>یعنی ہم چھت پہ جب کھڑے ہوتے تھے رات کو تو ریل کے یعنی ٹرین کے چلنے کی</w:t>
      </w:r>
    </w:p>
    <w:p>
      <w:r>
        <w:rPr>
          <w:b/>
        </w:rPr>
        <w:t xml:space="preserve">[40:15] </w:t>
      </w:r>
      <w:r>
        <w:t>aawaz aati thi.</w:t>
      </w:r>
    </w:p>
    <w:p>
      <w:pPr>
        <w:jc w:val="right"/>
      </w:pPr>
      <w:r>
        <w:t>آواز آتی تھی۔</w:t>
      </w:r>
    </w:p>
    <w:p>
      <w:r>
        <w:rPr>
          <w:b/>
        </w:rPr>
        <w:t xml:space="preserve">[40:20] </w:t>
      </w:r>
      <w:r>
        <w:t>Us ki roshni dikhai deti thi. Apni chhat se. Itney qareeb tha Railway line. Lekin kabhi hum ne jaana nahi keh Railway kya cheez hai. Kyun hum jis ghar mein paida hue us ghar mein azaadi ka bohat charcha tha. Azaadi. To Angrezon ke khilaaf har waqt charcha rehta tha. Angrez bohat buri cheez hain. Angrez India ko loot te hain. India ko tabah kiya unhon ne yeh kiya woh kiya. Yehi charcha</w:t>
      </w:r>
    </w:p>
    <w:p>
      <w:pPr>
        <w:jc w:val="right"/>
      </w:pPr>
      <w:r>
        <w:t>اس کی روشنی دکھائی دیتی تھی۔ اپنی چھت سے۔ اتنے قریب تھا ریلوے لائن۔ لیکن کبھی ہم نے جانا نہیں کہ ریلوے کیا چیز ہے۔ کیوں ہم جس گھر میں پیدا ہوئے اس گھر میں آزادی کا بڑا چرچا تھا۔ آزادی۔ تو انگریزوں کے خلاف ہر وقت چرچا رہتا تھا۔ انگریز بہت بری چیز ہیں۔ انگریز انڈیا میں لوٹتے ہیں۔ انڈیا کو تباہ کیا انہوں نے یہ کیا وہ کیا۔ یہی چر</w:t>
      </w:r>
    </w:p>
    <w:p>
      <w:r>
        <w:rPr>
          <w:b/>
        </w:rPr>
        <w:t xml:space="preserve">[40:50] </w:t>
      </w:r>
      <w:r>
        <w:t>tha hamare ghar mein. Hamare jo barhey bhai thay woh shayar thay. Un ki shayari zyada tar isi par hoti thi. Jaise un ka sher tha keh ajeeb shah hai aap bhi shah se murad Angrez ajeeb shah hai aap bhi jahan bhi saya par gaya kahin baha loot gayi kahin chaman ujad gaya keh jahan Angrez gaye wahan tabah kar dala unhon ne. Aisi un ki shayari hoti thi. Ajeeb</w:t>
      </w:r>
    </w:p>
    <w:p>
      <w:pPr>
        <w:jc w:val="right"/>
      </w:pPr>
      <w:r>
        <w:t>چا تھا ہمارے گھر میں۔ ہمارے جو بڑے بھائی تھے وہ شاعر تھے۔ ان کی شاعری زیادہ تر اسی پر ہوتی تھی۔ جیسے ان کا شعر تھا کہ عجیب شہ ہے آپ بھی شہ سے مراد انگریز عجیب شہ ہے آپ بھی جہاں بھی سایہ پڑ گیا کہیں بہا لٹ گئی کہیں چمن اجڑ گیا کہ جہاں انگریز گئے وہاں تباہ کر ڈالا انہوں نے۔ ایسی ان کی شاعری ہوتی تھی۔ عجی</w:t>
      </w:r>
    </w:p>
    <w:p>
      <w:r>
        <w:rPr>
          <w:b/>
        </w:rPr>
        <w:t xml:space="preserve">[41:20] </w:t>
      </w:r>
      <w:r>
        <w:t>b shaha hai aap bhi jahan bhi saya par gaya kahin baha latt gayi kahin chaman ujaar gaya</w:t>
      </w:r>
    </w:p>
    <w:p>
      <w:pPr>
        <w:jc w:val="right"/>
      </w:pPr>
      <w:r>
        <w:t>ب شہ ہے آپ بھی جہاں بھی سایہ پڑ گیا کہیں بہا لٹ گئی کہیں چمن اجڑ گیا</w:t>
      </w:r>
    </w:p>
    <w:p>
      <w:r>
        <w:rPr>
          <w:b/>
        </w:rPr>
        <w:t xml:space="preserve">[41:23] </w:t>
      </w:r>
      <w:r>
        <w:t>to kiya angrez jahan gaye unhon ne ujaara kharab kiya barbaad kiya tabah kiya.</w:t>
      </w:r>
    </w:p>
    <w:p>
      <w:pPr>
        <w:jc w:val="right"/>
      </w:pPr>
      <w:r>
        <w:t>تو کیا انگریز جہاں گئے انہوں نے اجاڑا خراب کیا برباد کیا تباہ کیا۔</w:t>
      </w:r>
    </w:p>
    <w:p>
      <w:r>
        <w:rPr>
          <w:b/>
        </w:rPr>
        <w:t xml:space="preserve">[41:27] </w:t>
      </w:r>
      <w:r>
        <w:t>yehi hum is zamanay mein suntay thay har taraf.</w:t>
      </w:r>
    </w:p>
    <w:p>
      <w:pPr>
        <w:jc w:val="right"/>
      </w:pPr>
      <w:r>
        <w:t>یہی ہم اس زمانے میں سنتے تھے ہر طرف۔</w:t>
      </w:r>
    </w:p>
    <w:p>
      <w:r>
        <w:rPr>
          <w:b/>
        </w:rPr>
        <w:t xml:space="preserve">[41:31] </w:t>
      </w:r>
      <w:r>
        <w:t>yehi baat hai.</w:t>
      </w:r>
    </w:p>
    <w:p>
      <w:pPr>
        <w:jc w:val="right"/>
      </w:pPr>
      <w:r>
        <w:t>یہی بات ہے۔</w:t>
      </w:r>
    </w:p>
    <w:p>
      <w:r>
        <w:rPr>
          <w:b/>
        </w:rPr>
        <w:t xml:space="preserve">[41:35] </w:t>
      </w:r>
      <w:r>
        <w:t>angrezon ki burai.</w:t>
      </w:r>
    </w:p>
    <w:p>
      <w:pPr>
        <w:jc w:val="right"/>
      </w:pPr>
      <w:r>
        <w:t>انگریزوں کی برائی۔</w:t>
      </w:r>
    </w:p>
    <w:p>
      <w:r>
        <w:rPr>
          <w:b/>
        </w:rPr>
        <w:t xml:space="preserve">[41:38] </w:t>
      </w:r>
      <w:r>
        <w:t>yaani mere aap ko yaad hoga ek zamanay mein jab jab hamaray leaderon ne chalaya tha woh is</w:t>
      </w:r>
    </w:p>
    <w:p>
      <w:pPr>
        <w:jc w:val="right"/>
      </w:pPr>
      <w:r>
        <w:t>یعنی میرے آپ کو یاد ہوگا ایک زمانے میں جب جب ہمارے لیڈروں نے چلایا تھا وہ اس</w:t>
      </w:r>
    </w:p>
    <w:p>
      <w:r>
        <w:rPr>
          <w:b/>
        </w:rPr>
        <w:t xml:space="preserve">[41:42] </w:t>
      </w:r>
      <w:r>
        <w:t>ka Non Cooperation Movement.</w:t>
      </w:r>
    </w:p>
    <w:p>
      <w:pPr>
        <w:jc w:val="right"/>
      </w:pPr>
      <w:r>
        <w:t>کا Non Cooperation Movement۔</w:t>
      </w:r>
    </w:p>
    <w:p>
      <w:r>
        <w:rPr>
          <w:b/>
        </w:rPr>
        <w:t xml:space="preserve">[41:46] </w:t>
      </w:r>
      <w:r>
        <w:t>Non Cooperation Movement jab chali thi to us zamanay mein</w:t>
      </w:r>
    </w:p>
    <w:p>
      <w:pPr>
        <w:jc w:val="right"/>
      </w:pPr>
      <w:r>
        <w:t>Non Cooperation Movement جب چلی تھی تو اس زمانے میں</w:t>
      </w:r>
    </w:p>
    <w:p>
      <w:r>
        <w:rPr>
          <w:b/>
        </w:rPr>
        <w:t xml:space="preserve">[41:50] </w:t>
      </w:r>
      <w:r>
        <w:t>India mein Paper Mill nahi hua karti thi.</w:t>
      </w:r>
    </w:p>
    <w:p>
      <w:pPr>
        <w:jc w:val="right"/>
      </w:pPr>
      <w:r>
        <w:t>انڈیا میں Paper Mill نہیں ہوا کرتی تھی۔</w:t>
      </w:r>
    </w:p>
    <w:p>
      <w:r>
        <w:rPr>
          <w:b/>
        </w:rPr>
        <w:t xml:space="preserve">[41:55] </w:t>
      </w:r>
      <w:r>
        <w:t>azaadi se pehlay.</w:t>
      </w:r>
    </w:p>
    <w:p>
      <w:pPr>
        <w:jc w:val="right"/>
      </w:pPr>
      <w:r>
        <w:t>آزادی سے پہلے۔</w:t>
      </w:r>
    </w:p>
    <w:p>
      <w:r>
        <w:rPr>
          <w:b/>
        </w:rPr>
        <w:t xml:space="preserve">[42:00] </w:t>
      </w:r>
      <w:r>
        <w:t>yahan par lanka shayar aur manchester kapray aaya kartay thay is zamanay mein.</w:t>
      </w:r>
    </w:p>
    <w:p>
      <w:pPr>
        <w:jc w:val="right"/>
      </w:pPr>
      <w:r>
        <w:t>یہاں پر لنکا شاعر اور مانچسٹر کپڑے آیا کرتے تھے اس زمانے میں۔</w:t>
      </w:r>
    </w:p>
    <w:p>
      <w:r>
        <w:rPr>
          <w:b/>
        </w:rPr>
        <w:t xml:space="preserve">[42:05] </w:t>
      </w:r>
      <w:r>
        <w:t>to yeh chala is zamanay mein ek abhiyan ke lanka shayar ko aur manchester kapron ko jalao.</w:t>
      </w:r>
    </w:p>
    <w:p>
      <w:pPr>
        <w:jc w:val="right"/>
      </w:pPr>
      <w:r>
        <w:t>تو یہ چلا اس زمانے میں ایک ابھیان کہ لنکا شاعر کو اور مانچسٹر کپڑوں کو جلاؤ۔</w:t>
      </w:r>
    </w:p>
    <w:p>
      <w:r>
        <w:rPr>
          <w:b/>
        </w:rPr>
        <w:t xml:space="preserve">[42:10] </w:t>
      </w:r>
      <w:r>
        <w:t>to hamaray gaon mein jahan mein rehta tha wahan par kuch wahan bhi ek Local Leader thay woh</w:t>
      </w:r>
    </w:p>
    <w:p>
      <w:pPr>
        <w:jc w:val="right"/>
      </w:pPr>
      <w:r>
        <w:t>تو ہمارے گاؤں میں جہاں میں رہتا تھا وہاں پر کچھ وہاں بھی ایک Local Leader تھے وہ</w:t>
      </w:r>
    </w:p>
    <w:p>
      <w:r>
        <w:rPr>
          <w:b/>
        </w:rPr>
        <w:t xml:space="preserve">[42:15] </w:t>
      </w:r>
      <w:r>
        <w:t>gharon se kapray nikaal nikaal kar ke</w:t>
      </w:r>
    </w:p>
    <w:p>
      <w:pPr>
        <w:jc w:val="right"/>
      </w:pPr>
      <w:r>
        <w:t>گھروں سے کپڑے نکال نکال کر کے</w:t>
      </w:r>
    </w:p>
    <w:p>
      <w:r>
        <w:rPr>
          <w:b/>
        </w:rPr>
        <w:t xml:space="preserve">[42:20] </w:t>
      </w:r>
      <w:r>
        <w:t>ek maidan mein ikatha kiya wahan jalaya aur bohat taaliyan bajti theen wahan par.</w:t>
      </w:r>
    </w:p>
    <w:p>
      <w:pPr>
        <w:jc w:val="right"/>
      </w:pPr>
      <w:r>
        <w:t>ایک میدان میں اکٹھا کیا وہاں جلایا اور بہت تالیاں بجتی تھیں وہاں پر۔</w:t>
      </w:r>
    </w:p>
    <w:p>
      <w:r>
        <w:rPr>
          <w:b/>
        </w:rPr>
        <w:t xml:space="preserve">[42:24] </w:t>
      </w:r>
      <w:r>
        <w:t>yeh tha mahaul us waqt hamaray gaon mein.</w:t>
      </w:r>
    </w:p>
    <w:p>
      <w:pPr>
        <w:jc w:val="right"/>
      </w:pPr>
      <w:r>
        <w:t>یہ تھا ماحول اس وقت ہمارے گاؤں میں۔</w:t>
      </w:r>
    </w:p>
    <w:p>
      <w:r>
        <w:rPr>
          <w:b/>
        </w:rPr>
        <w:t xml:space="preserve">[42:28] </w:t>
      </w:r>
      <w:r>
        <w:t>aur shehron mein to aur toofan tha.</w:t>
      </w:r>
    </w:p>
    <w:p>
      <w:pPr>
        <w:jc w:val="right"/>
      </w:pPr>
      <w:r>
        <w:t>اور شہروں میں تو اور طوفان تھا۔</w:t>
      </w:r>
    </w:p>
    <w:p>
      <w:r>
        <w:rPr>
          <w:b/>
        </w:rPr>
        <w:t xml:space="preserve">[42:31] </w:t>
      </w:r>
      <w:r>
        <w:t>to Anti British ek ek ek junoon tha logon ko.</w:t>
      </w:r>
    </w:p>
    <w:p>
      <w:pPr>
        <w:jc w:val="right"/>
      </w:pPr>
      <w:r>
        <w:t>تو Anti British ایک ایک ایک جنون تھا لوگوں کو۔</w:t>
      </w:r>
    </w:p>
    <w:p>
      <w:r>
        <w:rPr>
          <w:b/>
        </w:rPr>
        <w:t xml:space="preserve">[42:35] </w:t>
      </w:r>
      <w:r>
        <w:t>un ke kapray bhi hamein nahi parhna is ko jala ke phenk dena hai.</w:t>
      </w:r>
    </w:p>
    <w:p>
      <w:pPr>
        <w:jc w:val="right"/>
      </w:pPr>
      <w:r>
        <w:t>ان کے کپڑے بھی ہمیں نہیں پڑھنا اس کو جلا کے پھینک دینا ہے۔</w:t>
      </w:r>
    </w:p>
    <w:p>
      <w:r>
        <w:rPr>
          <w:b/>
        </w:rPr>
        <w:t xml:space="preserve">[42:39] </w:t>
      </w:r>
      <w:r>
        <w:t>hum apna karagah ke kapde ban kar is ko pehneinge.</w:t>
      </w:r>
    </w:p>
    <w:p>
      <w:pPr>
        <w:jc w:val="right"/>
      </w:pPr>
      <w:r>
        <w:t>ہم اپنا کارگاہ کے کپڑے بن کر اس کو پہنیں گے۔</w:t>
      </w:r>
    </w:p>
    <w:p>
      <w:r>
        <w:rPr>
          <w:b/>
        </w:rPr>
        <w:t xml:space="preserve">[42:43] </w:t>
      </w:r>
      <w:r>
        <w:t>to mere apne gaon mein bhi kapde jalaye gaye the.</w:t>
      </w:r>
    </w:p>
    <w:p>
      <w:pPr>
        <w:jc w:val="right"/>
      </w:pPr>
      <w:r>
        <w:t>تو میرے اپنے گاؤں میں بھی کپڑے جلائے گئے تھے۔</w:t>
      </w:r>
    </w:p>
    <w:p>
      <w:r>
        <w:rPr>
          <w:b/>
        </w:rPr>
        <w:t xml:space="preserve">[42:47] </w:t>
      </w:r>
      <w:r>
        <w:t>manchester ke aur lanka shair ke millon mein bane hue kapde.</w:t>
      </w:r>
    </w:p>
    <w:p>
      <w:pPr>
        <w:jc w:val="right"/>
      </w:pPr>
      <w:r>
        <w:t>مانچسٹر کے اور لنکا شاعر کے Millوں میں بنے ہوئے کپڑے۔</w:t>
      </w:r>
    </w:p>
    <w:p>
      <w:r>
        <w:rPr>
          <w:b/>
        </w:rPr>
        <w:t xml:space="preserve">[42:51] </w:t>
      </w:r>
      <w:r>
        <w:t>to mein kabhi soch nahi paya ke railway line koi achi cheez hai.</w:t>
      </w:r>
    </w:p>
    <w:p>
      <w:pPr>
        <w:jc w:val="right"/>
      </w:pPr>
      <w:r>
        <w:t>تو میں کبھی سوچ نہیں پایا کہ ریلوے لائن کوئی اچھی چیز ہے۔</w:t>
      </w:r>
    </w:p>
    <w:p>
      <w:r>
        <w:rPr>
          <w:b/>
        </w:rPr>
        <w:t xml:space="preserve">[42:57] </w:t>
      </w:r>
      <w:r>
        <w:t>halanke dekhiye railway line jo banai thi unhone 1901 mein hamare area mein aur doosre</w:t>
      </w:r>
    </w:p>
    <w:p>
      <w:pPr>
        <w:jc w:val="right"/>
      </w:pPr>
      <w:r>
        <w:t>حالانکہ دیکھیے ریلوے لائن جو بنائی تھی انہوں نے انیس سو ایک میں ہمارے ایریا میں اور دوسرے</w:t>
      </w:r>
    </w:p>
    <w:p>
      <w:r>
        <w:rPr>
          <w:b/>
        </w:rPr>
        <w:t xml:space="preserve">[43:03] </w:t>
      </w:r>
      <w:r>
        <w:t>area mein maharashtra mein to bohat pehle aa chuki thi.</w:t>
      </w:r>
    </w:p>
    <w:p>
      <w:pPr>
        <w:jc w:val="right"/>
      </w:pPr>
      <w:r>
        <w:t>ایریا میں مہاراشٹر میں تو بہت پہلے آ چکی تھی۔</w:t>
      </w:r>
    </w:p>
    <w:p>
      <w:r>
        <w:rPr>
          <w:b/>
        </w:rPr>
        <w:t xml:space="preserve">[43:09] </w:t>
      </w:r>
      <w:r>
        <w:t>wo kya cheez thi? wo ek bohat bara is ke andar lesson tha ke insan ne insan ki</w:t>
      </w:r>
    </w:p>
    <w:p>
      <w:pPr>
        <w:jc w:val="right"/>
      </w:pPr>
      <w:r>
        <w:t>وہ کیا چیز تھی؟ وہ ایک بہت بڑا اس کے اندر Lesson تھا کہ انسان نے انسان کی</w:t>
      </w:r>
    </w:p>
    <w:p>
      <w:r>
        <w:rPr>
          <w:b/>
        </w:rPr>
        <w:t xml:space="preserve">[43:15] </w:t>
      </w:r>
      <w:r>
        <w:t>science ne itna bara kaam kiya hai ke pani ko is ne convert kar diya steam power mein.</w:t>
      </w:r>
    </w:p>
    <w:p>
      <w:pPr>
        <w:jc w:val="right"/>
      </w:pPr>
      <w:r>
        <w:t>سائنس نے اتنا بڑا کام کیا ہے کہ پانی کو اس نے Convert کر دیا Steam Power میں۔</w:t>
      </w:r>
    </w:p>
    <w:p>
      <w:r>
        <w:rPr>
          <w:b/>
        </w:rPr>
        <w:t xml:space="preserve">[43:21] </w:t>
      </w:r>
      <w:r>
        <w:t>jis cheez ko insan sirf pani samajhta tha pani us ko unhone steam power mein convert kar diya.</w:t>
      </w:r>
    </w:p>
    <w:p>
      <w:pPr>
        <w:jc w:val="right"/>
      </w:pPr>
      <w:r>
        <w:t>جس چیز کو انسان صرف پانی سمجھتا تھا پانی اس کو انہوں نے Steam Power میں Convert کر دیا۔</w:t>
      </w:r>
    </w:p>
    <w:p>
      <w:r>
        <w:rPr>
          <w:b/>
        </w:rPr>
        <w:t xml:space="preserve">[43:26] </w:t>
      </w:r>
      <w:r>
        <w:t>ghor kijiye kitna bara revolution tha.</w:t>
      </w:r>
    </w:p>
    <w:p>
      <w:pPr>
        <w:jc w:val="right"/>
      </w:pPr>
      <w:r>
        <w:t>غور کیجیے کتنا بڑا Revolution تھا۔</w:t>
      </w:r>
    </w:p>
    <w:p>
      <w:r>
        <w:rPr>
          <w:b/>
        </w:rPr>
        <w:t xml:space="preserve">[43:31] </w:t>
      </w:r>
      <w:r>
        <w:t>jis cheez ko hum loha samajhte the lohe ko convert kar ke engine bana liya engine.</w:t>
      </w:r>
    </w:p>
    <w:p>
      <w:pPr>
        <w:jc w:val="right"/>
      </w:pPr>
      <w:r>
        <w:t>جس چیز کو ہم لوہا سمجھتے تھے لوہے کو Convert کر کے Engine بنا لیا Engine۔</w:t>
      </w:r>
    </w:p>
    <w:p>
      <w:r>
        <w:rPr>
          <w:b/>
        </w:rPr>
        <w:t xml:space="preserve">[43:36] </w:t>
      </w:r>
      <w:r>
        <w:t>history mein pehli bar.</w:t>
      </w:r>
    </w:p>
    <w:p>
      <w:pPr>
        <w:jc w:val="right"/>
      </w:pPr>
      <w:r>
        <w:t>History میں پہلی بار۔</w:t>
      </w:r>
    </w:p>
    <w:p>
      <w:r>
        <w:rPr>
          <w:b/>
        </w:rPr>
        <w:t xml:space="preserve">[43:41] </w:t>
      </w:r>
      <w:r>
        <w:t>hum samajhte the ke raste hote hain mitti ke aap ya mamooli tareeqe se banaye hue unhone</w:t>
      </w:r>
    </w:p>
    <w:p>
      <w:pPr>
        <w:jc w:val="right"/>
      </w:pPr>
      <w:r>
        <w:t>ہم سمجھتے تھے کہ راستے ہوتے ہیں مٹی کے آپ یا معمولی طریقے سے بنائے ہوئے انہوں نے</w:t>
      </w:r>
    </w:p>
    <w:p>
      <w:r>
        <w:rPr>
          <w:b/>
        </w:rPr>
        <w:t xml:space="preserve">[43:46] </w:t>
      </w:r>
      <w:r>
        <w:t>aise raste banaye is pe lohe ki patriyan hoti</w:t>
      </w:r>
    </w:p>
    <w:p>
      <w:pPr>
        <w:jc w:val="right"/>
      </w:pPr>
      <w:r>
        <w:t>ایسے راستے بنائے اس پہ لوہے کی پٹریاں ہوتی</w:t>
      </w:r>
    </w:p>
    <w:p>
      <w:r>
        <w:rPr>
          <w:b/>
        </w:rPr>
        <w:t xml:space="preserve">[43:51] </w:t>
      </w:r>
      <w:r>
        <w:t>hain. lohe ki patriyon pe chalne wali gariyan. is tareeqay se communication ka bilkul naya concept aa gaya. ke aap yahan baithiye train mein utar jaiye agle din door ke kisi jagah par. pehle yeh kahan tha? hamare bachpan mein log bail gariyon pe chalte the. bail gari to lambay safar ke liye impossible thi. to aik naya revolution aa chuka tha. phir isi ke sath sath aap jante hain ke telegraph aaya</w:t>
      </w:r>
    </w:p>
    <w:p>
      <w:pPr>
        <w:jc w:val="right"/>
      </w:pPr>
      <w:r>
        <w:t>ہیں۔ لوہے کی پٹیوں پہ چلنے والی گاڑیاں۔ اس طریقے سے Communication کا بالکل نیا Concept آ گیا۔ کہ آپ یہاں بیٹھیے ٹرین میں اتر جائیے اگلے دن دور کے کسی جگہ پر۔ پہلے یہ کہاں تھا؟ ہمارے بچپن میں لوگ بیل گاڑیوں پہ چلتے تھے۔ بیل گاڑی تو لمبے سفر کے لیے Impossible تھی۔ تو ایک نیا Revolution آ چکا تھا۔ پھر اسی کے ساتھ ساتھ آپ جانتے ہیں کہ ٹیلیگراف آیا</w:t>
      </w:r>
    </w:p>
    <w:p>
      <w:r>
        <w:rPr>
          <w:b/>
        </w:rPr>
        <w:t xml:space="preserve">[44:21] </w:t>
      </w:r>
      <w:r>
        <w:t>—</w:t>
      </w:r>
    </w:p>
    <w:p>
      <w:pPr>
        <w:jc w:val="right"/>
      </w:pPr>
      <w:r>
        <w:t>۔</w:t>
      </w:r>
    </w:p>
    <w:p>
      <w:r>
        <w:rPr>
          <w:b/>
        </w:rPr>
        <w:t xml:space="preserve">[44:25] </w:t>
      </w:r>
      <w:r>
        <w:t>telegraph ke zariye jo communication hota tha tele communication wo kitni bari cheez thi.</w:t>
      </w:r>
    </w:p>
    <w:p>
      <w:pPr>
        <w:jc w:val="right"/>
      </w:pPr>
      <w:r>
        <w:t>ٹیلیگراف کے ذریعے جو Communication ہوتا تھا ٹیلی Communication وہ کتنی بڑی چیز تھی۔</w:t>
      </w:r>
    </w:p>
    <w:p>
      <w:r>
        <w:rPr>
          <w:b/>
        </w:rPr>
        <w:t xml:space="preserve">[44:29] </w:t>
      </w:r>
      <w:r>
        <w:t>itni sari cheezein is mein chupi hui thi.</w:t>
      </w:r>
    </w:p>
    <w:p>
      <w:pPr>
        <w:jc w:val="right"/>
      </w:pPr>
      <w:r>
        <w:t>اتنی ساری چیزیں اس میں چھپی ہوئی تھیں۔</w:t>
      </w:r>
    </w:p>
    <w:p>
      <w:r>
        <w:rPr>
          <w:b/>
        </w:rPr>
        <w:t xml:space="preserve">[44:32] </w:t>
      </w:r>
      <w:r>
        <w:t>hum hum be khabar the is se.</w:t>
      </w:r>
    </w:p>
    <w:p>
      <w:pPr>
        <w:jc w:val="right"/>
      </w:pPr>
      <w:r>
        <w:t>ہم ہم بے خبر تھے اس سے۔</w:t>
      </w:r>
    </w:p>
    <w:p>
      <w:r>
        <w:rPr>
          <w:b/>
        </w:rPr>
        <w:t xml:space="preserve">[44:36] </w:t>
      </w:r>
      <w:r>
        <w:t>kyun hamari conditioning hui thi hate mein.</w:t>
      </w:r>
    </w:p>
    <w:p>
      <w:pPr>
        <w:jc w:val="right"/>
      </w:pPr>
      <w:r>
        <w:t>کیوں ہماری Conditioning ہوئی تھی Hate میں۔</w:t>
      </w:r>
    </w:p>
    <w:p>
      <w:r>
        <w:rPr>
          <w:b/>
        </w:rPr>
        <w:t xml:space="preserve">[44:40] </w:t>
      </w:r>
      <w:r>
        <w:t>hamari jo conditioning hui thi wo thi yani angrezon se nafrat mein ke angrez bohat kharab cheez hain</w:t>
      </w:r>
    </w:p>
    <w:p>
      <w:pPr>
        <w:jc w:val="right"/>
      </w:pPr>
      <w:r>
        <w:t>ہماری جو Conditioning ہوئی تھی وہ تھی یعنی انگریزوں سے نفرت میں کہ انگریز بہت خراب چیز ہیں</w:t>
      </w:r>
    </w:p>
    <w:p>
      <w:r>
        <w:rPr>
          <w:b/>
        </w:rPr>
        <w:t xml:space="preserve">[44:44] </w:t>
      </w:r>
      <w:r>
        <w:t>bohat buri cheez hain.</w:t>
      </w:r>
    </w:p>
    <w:p>
      <w:pPr>
        <w:jc w:val="right"/>
      </w:pPr>
      <w:r>
        <w:t>بہت بری چیز ہیں۔</w:t>
      </w:r>
    </w:p>
    <w:p>
      <w:r>
        <w:rPr>
          <w:b/>
        </w:rPr>
        <w:t xml:space="preserve">[44:47] </w:t>
      </w:r>
      <w:r>
        <w:t>bohat baad ko mein ne discover kiya ke ye jo</w:t>
      </w:r>
    </w:p>
    <w:p>
      <w:pPr>
        <w:jc w:val="right"/>
      </w:pPr>
      <w:r>
        <w:t>بہت بعد کو میں نے Discover کیا کہ یہ جو</w:t>
      </w:r>
    </w:p>
    <w:p>
      <w:r>
        <w:rPr>
          <w:b/>
        </w:rPr>
        <w:t xml:space="preserve">[44:51] </w:t>
      </w:r>
      <w:r>
        <w:t>railway line bichhai thi unhone wo ek ek naya inqilab tha.</w:t>
      </w:r>
    </w:p>
    <w:p>
      <w:pPr>
        <w:jc w:val="right"/>
      </w:pPr>
      <w:r>
        <w:t>ریلوے لائن بچھائی تھی انہوں نے وہ ایک ایک نیا انقلاب تھا۔</w:t>
      </w:r>
    </w:p>
    <w:p>
      <w:r>
        <w:rPr>
          <w:b/>
        </w:rPr>
        <w:t xml:space="preserve">[44:57] </w:t>
      </w:r>
      <w:r>
        <w:t>tareekh mein ek nai baat hui thi bilkul nai baat jo pehle kabhi nahi hui thi.</w:t>
      </w:r>
    </w:p>
    <w:p>
      <w:pPr>
        <w:jc w:val="right"/>
      </w:pPr>
      <w:r>
        <w:t>تاریخ میں ایک نئی بات ہوئی تھی بالکل نئی بات جو پہلے کبھی نہیں ہوئی تھی۔</w:t>
      </w:r>
    </w:p>
    <w:p>
      <w:r>
        <w:rPr>
          <w:b/>
        </w:rPr>
        <w:t xml:space="preserve">[45:03] </w:t>
      </w:r>
      <w:r>
        <w:t>to apni deconditioning kar ke mein ne jab hate ko khatam kiya anti british sentiment ko khatam kiya</w:t>
      </w:r>
    </w:p>
    <w:p>
      <w:pPr>
        <w:jc w:val="right"/>
      </w:pPr>
      <w:r>
        <w:t>تو اپنی Deconditioning کر کے میں نے جب Hate کو ختم کیا Anti British Sentiment کو ختم کیا</w:t>
      </w:r>
    </w:p>
    <w:p>
      <w:r>
        <w:rPr>
          <w:b/>
        </w:rPr>
        <w:t xml:space="preserve">[45:09] </w:t>
      </w:r>
      <w:r>
        <w:t>tab mein is Scientific Discovery tak pahunch paya.</w:t>
      </w:r>
    </w:p>
    <w:p>
      <w:pPr>
        <w:jc w:val="right"/>
      </w:pPr>
      <w:r>
        <w:t>تب میں اس Scientific Discovery تک پہنچ پایا۔</w:t>
      </w:r>
    </w:p>
    <w:p>
      <w:r>
        <w:rPr>
          <w:b/>
        </w:rPr>
        <w:t xml:space="preserve">[45:15] </w:t>
      </w:r>
      <w:r>
        <w:t>isi tarah se mein poori zindagi mein apni Deconditioning karta raha hoon. to mein</w:t>
      </w:r>
    </w:p>
    <w:p>
      <w:pPr>
        <w:jc w:val="right"/>
      </w:pPr>
      <w:r>
        <w:t>اسی طرح سے میں پوری زندگی میں اپنی Deconditioning کرتا رہا ہوں۔ تو میں</w:t>
      </w:r>
    </w:p>
    <w:p>
      <w:r>
        <w:rPr>
          <w:b/>
        </w:rPr>
        <w:t xml:space="preserve">[45:21] </w:t>
      </w:r>
      <w:r>
        <w:t>yeh kahunga ke jo aadmi yeh chahta ho ke woh woh woh right person mare jis ko khuda select kare paradise ke liye is ko tayyar ho ho jana chahiye apni apni deconditioning ke liye. aur deconditioning jo hoti hai woh merciless hemorrhage ke baghair nahi ho sakti hai. agar aap ka mizaj yeh ho ke aap apni baaton ko justify karein to aap deconditioning kabhi nahi kar sakte. aap ke andar yeh yeh sahas na ho sahas i w</w:t>
      </w:r>
    </w:p>
    <w:p>
      <w:pPr>
        <w:jc w:val="right"/>
      </w:pPr>
      <w:r>
        <w:t>یہ کہوں گا کہ جو آدمی یہ چاہتا ہو کہ وہ وہ وہ Right Person مرے جس کو خدا Select کرے Paradise کے لیے اس کو تیار ہو ہو جانا چاہیے اپنی اپنی Deconditioning کے لیے۔ اور Deconditioning جو ہوتی ہے وہ Merciless Hemorrhage کے بغیر نہیں ہو سکتی ہے۔ اگر آپ کا مزاج یہ ہو کہ آپ اپنی باتوں کو Justify کریں تو آپ Deconditioning کبھی نہیں کر سکتے۔ آپ کے اندر یہ یہ سہس نہ ہو سہس I W</w:t>
      </w:r>
    </w:p>
    <w:p>
      <w:r>
        <w:rPr>
          <w:b/>
        </w:rPr>
        <w:t xml:space="preserve">[45:51] </w:t>
      </w:r>
      <w:r>
        <w:t>as wrong kehne ka to kabhi bhi aap apni deconditioning nahi karenge aur phir aap ke liye paradise ke ke gate bhi khulne walay nahi hain. paradise gate is ke liye khuleinge jo isi duniya mein yeh keh sake ke i was wrong. tabhi to apna correction karega tabhi to apni deconditioning karega. to mein samajhta hoon ke yeh yeh jo mein ne arz kiya ke poori history mein</w:t>
      </w:r>
    </w:p>
    <w:p>
      <w:pPr>
        <w:jc w:val="right"/>
      </w:pPr>
      <w:r>
        <w:t>as Wrong کہنے کا تو کبھی بھی آپ اپنی Deconditioning نہیں کریں گے اور پھر آپ کے لیے Paradise کے کے Gate بھی کھلنے والے نہیں ہیں۔ Paradise Gate اس کے لیے کھلیں گے جو اسی دنیا میں یہ کہہ سکے کہ I Was Wrong۔ تبھی تو اپنا Correction کرے گا تبھی تو اپنی Deconditioning کرے گا۔ تو میں سمجھتا ہوں کہ یہ یہ جو میں نے عرض کیا کہ پوری History میں</w:t>
      </w:r>
    </w:p>
    <w:p>
      <w:r>
        <w:rPr>
          <w:b/>
        </w:rPr>
        <w:t xml:space="preserve">[46:21] </w:t>
      </w:r>
      <w:r>
        <w:t>log be khabar rahe is se is se ke Deconditioning se Beginning hoti hai.</w:t>
      </w:r>
    </w:p>
    <w:p>
      <w:pPr>
        <w:jc w:val="right"/>
      </w:pPr>
      <w:r>
        <w:t>لوگ بے خبر رہے اس سے اس سے کہ Deconditioning سے Beginning ہوتی ہے۔</w:t>
      </w:r>
    </w:p>
    <w:p>
      <w:r>
        <w:rPr>
          <w:b/>
        </w:rPr>
        <w:t xml:space="preserve">[46:27] </w:t>
      </w:r>
      <w:r>
        <w:t>achhe insan ka banna achhi Society ka banna is ki is is ka Starting Point kya hai? Deconditioning.</w:t>
      </w:r>
    </w:p>
    <w:p>
      <w:pPr>
        <w:jc w:val="right"/>
      </w:pPr>
      <w:r>
        <w:t>اچھے انسان کا بننا اچھی Society کا بننا اس کی اس اس کا Starting Point کیا ہے؟ Deconditioning۔</w:t>
      </w:r>
    </w:p>
    <w:p>
      <w:r>
        <w:rPr>
          <w:b/>
        </w:rPr>
        <w:t xml:space="preserve">[46:33] </w:t>
      </w:r>
      <w:r>
        <w:t>is ko is se be khabar rahe log.</w:t>
      </w:r>
    </w:p>
    <w:p>
      <w:pPr>
        <w:jc w:val="right"/>
      </w:pPr>
      <w:r>
        <w:t>اس کو اس سے بے خبر رہے لوگ۔</w:t>
      </w:r>
    </w:p>
    <w:p>
      <w:r>
        <w:rPr>
          <w:b/>
        </w:rPr>
        <w:t xml:space="preserve">[46:39] </w:t>
      </w:r>
      <w:r>
        <w:t>aur is ki sab se badi wajah yeh hai ke Accountability ka Concept logon mein nahin raha.</w:t>
      </w:r>
    </w:p>
    <w:p>
      <w:pPr>
        <w:jc w:val="right"/>
      </w:pPr>
      <w:r>
        <w:t>اور اس کی سب سے بڑی وجہ یہ ہے کہ Accountability کا Concept لوگوں میں نہیں رہا۔</w:t>
      </w:r>
    </w:p>
    <w:p>
      <w:r>
        <w:rPr>
          <w:b/>
        </w:rPr>
        <w:t xml:space="preserve">[46:45] </w:t>
      </w:r>
      <w:r>
        <w:t>Day of Judgment ka Concept nahin raha.</w:t>
      </w:r>
    </w:p>
    <w:p>
      <w:pPr>
        <w:jc w:val="right"/>
      </w:pPr>
      <w:r>
        <w:t>Day of Judgment کا Concept نہیں رہا۔</w:t>
      </w:r>
    </w:p>
    <w:p>
      <w:r>
        <w:rPr>
          <w:b/>
        </w:rPr>
        <w:t xml:space="preserve">[46:51] </w:t>
      </w:r>
      <w:r>
        <w:t>raha to bas aise rasmi taur par ek Formal Belief ke taur par ek Formal aqeeday ke taur par.</w:t>
      </w:r>
    </w:p>
    <w:p>
      <w:pPr>
        <w:jc w:val="right"/>
      </w:pPr>
      <w:r>
        <w:t>رہا تو بس ایسے رسمی طور پر ایک Formal Belief کے طور پر ایک Formal عقیدے کے طور پر۔</w:t>
      </w:r>
    </w:p>
    <w:p>
      <w:r>
        <w:rPr>
          <w:b/>
        </w:rPr>
        <w:t xml:space="preserve">[46:57] </w:t>
      </w:r>
      <w:r>
        <w:t>to is ke liye jo Strong Incentive darkar tha wahi paida nahin hua logon ke andar.</w:t>
      </w:r>
    </w:p>
    <w:p>
      <w:pPr>
        <w:jc w:val="right"/>
      </w:pPr>
      <w:r>
        <w:t>تو اس کے لیے جو Strong Incentive درکار تھا وہی پیدا نہیں ہوا لوگوں کے اندر۔</w:t>
      </w:r>
    </w:p>
    <w:p>
      <w:r>
        <w:rPr>
          <w:b/>
        </w:rPr>
        <w:t xml:space="preserve">[47:03] </w:t>
      </w:r>
      <w:r>
        <w:t>log paida hote rahe marte rahe paida hote rahe marte rahe aur woh insan jo jo Right Person</w:t>
      </w:r>
    </w:p>
    <w:p>
      <w:pPr>
        <w:jc w:val="right"/>
      </w:pPr>
      <w:r>
        <w:t>لوگ پیدا ہوتے رہے مرتے رہے پیدا ہوتے رہے مرتے رہے اور وہ انسان جو جو Right Person</w:t>
      </w:r>
    </w:p>
    <w:p>
      <w:r>
        <w:rPr>
          <w:b/>
        </w:rPr>
        <w:t xml:space="preserve">[47:09] </w:t>
      </w:r>
      <w:r>
        <w:t>ho jo Khuda ke haan Select kiya jaye woh woh woh bane baghair.</w:t>
      </w:r>
    </w:p>
    <w:p>
      <w:pPr>
        <w:jc w:val="right"/>
      </w:pPr>
      <w:r>
        <w:t>ہو جو خدا کے ہاں Select کیا جائے وہ وہ وہ بنے بغیر۔</w:t>
      </w:r>
    </w:p>
    <w:p>
      <w:r>
        <w:rPr>
          <w:b/>
        </w:rPr>
        <w:t xml:space="preserve">[47:15] </w:t>
      </w:r>
      <w:r>
        <w:t>to mein yeh kahoon ga ke aap mein</w:t>
      </w:r>
    </w:p>
    <w:p>
      <w:pPr>
        <w:jc w:val="right"/>
      </w:pPr>
      <w:r>
        <w:t>تو میں یہ کہوں گا کہ آپ میں</w:t>
      </w:r>
    </w:p>
    <w:p>
      <w:r>
        <w:rPr>
          <w:b/>
        </w:rPr>
        <w:t xml:space="preserve">[47:21] </w:t>
      </w:r>
      <w:r>
        <w:t>se har shakhs ko chahiye ke woh is ke liye tayyar ho jaye.</w:t>
      </w:r>
    </w:p>
    <w:p>
      <w:pPr>
        <w:jc w:val="right"/>
      </w:pPr>
      <w:r>
        <w:t>سے ہر شخص کو چاہیے کہ وہ اس کے لیے تیار ہو جائے۔</w:t>
      </w:r>
    </w:p>
    <w:p>
      <w:r>
        <w:rPr>
          <w:b/>
        </w:rPr>
        <w:t xml:space="preserve">[47:27] </w:t>
      </w:r>
      <w:r>
        <w:t>har shakhs ko chahiye ke woh is ke liye tayyar ho jaye.</w:t>
      </w:r>
    </w:p>
    <w:p>
      <w:pPr>
        <w:jc w:val="right"/>
      </w:pPr>
      <w:r>
        <w:t>ہر شخص کو چاہیے کہ وہ اس کے لیے تیار ہو جائے۔</w:t>
      </w:r>
    </w:p>
    <w:p>
      <w:r>
        <w:rPr>
          <w:b/>
        </w:rPr>
        <w:t xml:space="preserve">[47:32] </w:t>
      </w:r>
      <w:r>
        <w:t>apni Deconditioning ke liye.</w:t>
      </w:r>
    </w:p>
    <w:p>
      <w:pPr>
        <w:jc w:val="right"/>
      </w:pPr>
      <w:r>
        <w:t>اپنی Deconditioning کے لیے۔</w:t>
      </w:r>
    </w:p>
    <w:p>
      <w:r>
        <w:rPr>
          <w:b/>
        </w:rPr>
        <w:t xml:space="preserve">[47:37] </w:t>
      </w:r>
      <w:r>
        <w:t>agar woh chahta hai ke dunya mein ek achhe insan ke hissay jiye aur akhirat mein is ko</w:t>
      </w:r>
    </w:p>
    <w:p>
      <w:pPr>
        <w:jc w:val="right"/>
      </w:pPr>
      <w:r>
        <w:t>اگر وہ چاہتا ہے کہ دنیا میں ایک اچھے انسان کے حصے جئے اور آخرت میں اس کو</w:t>
      </w:r>
    </w:p>
    <w:p>
      <w:r>
        <w:rPr>
          <w:b/>
        </w:rPr>
        <w:t xml:space="preserve">[47:42] </w:t>
      </w:r>
      <w:r>
        <w:t>Jannat mein Entry mile to is ko Deconditioning ke liye tayyar ho jana chahiye.</w:t>
      </w:r>
    </w:p>
    <w:p>
      <w:pPr>
        <w:jc w:val="right"/>
      </w:pPr>
      <w:r>
        <w:t>جنت میں Entry ملے تو اس کو Deconditioning کے لیے تیار ہو جانا چاہیے۔</w:t>
      </w:r>
    </w:p>
    <w:p>
      <w:r>
        <w:rPr>
          <w:b/>
        </w:rPr>
        <w:t xml:space="preserve">[47:47] </w:t>
      </w:r>
      <w:r>
        <w:t>Quran mein hai ke ya Al-ladheena aamanu aamanu kal ek sahib ne sawal kiya kal jo hamara program tha</w:t>
      </w:r>
    </w:p>
    <w:p>
      <w:pPr>
        <w:jc w:val="right"/>
      </w:pPr>
      <w:r>
        <w:t>قرآن میں ہے کہ یا الذین آمنوا آمنوا کل ایک صاحب نے سوال کیا کل جو ہمارا پروگرام تھا</w:t>
      </w:r>
    </w:p>
    <w:p>
      <w:r>
        <w:rPr>
          <w:b/>
        </w:rPr>
        <w:t xml:space="preserve">[47:52] </w:t>
      </w:r>
      <w:r>
        <w:t>India International Centre mein to unhon ne sawal kiya ke sahib Khuda ne koi logon ko Musalman ghar</w:t>
      </w:r>
    </w:p>
    <w:p>
      <w:pPr>
        <w:jc w:val="right"/>
      </w:pPr>
      <w:r>
        <w:t>انڈیا انٹرنیشنل سینٹر میں تو انہوں نے سوال کیا کہ صاحب خدا نے کوئی لوگوں کو مسلمان گھر</w:t>
      </w:r>
    </w:p>
    <w:p>
      <w:r>
        <w:rPr>
          <w:b/>
        </w:rPr>
        <w:t xml:space="preserve">[48:00] </w:t>
      </w:r>
      <w:r>
        <w:t>mein paida kiya to yeh un ke liye bohat hi yani achha tha ke woh Jannat mein jayen</w:t>
      </w:r>
    </w:p>
    <w:p>
      <w:pPr>
        <w:jc w:val="right"/>
      </w:pPr>
      <w:r>
        <w:t>میں پیدا کیا تو یہ ان کے لیے بہت ہی یعنی اچھا تھا کہ وہ جنت میں جائیں</w:t>
      </w:r>
    </w:p>
    <w:p>
      <w:r>
        <w:rPr>
          <w:b/>
        </w:rPr>
        <w:t xml:space="preserve">[48:08] </w:t>
      </w:r>
      <w:r>
        <w:t>ge to doosre logon ko kyun paida kiya is ne Non Muslim Family mein to mein ne kaha</w:t>
      </w:r>
    </w:p>
    <w:p>
      <w:pPr>
        <w:jc w:val="right"/>
      </w:pPr>
      <w:r>
        <w:t>گے تو دوسرے لوگوں کو کیوں پیدا کیا اس نے Non مسلم Family میں تو میں نے کہا</w:t>
      </w:r>
    </w:p>
    <w:p>
      <w:r>
        <w:rPr>
          <w:b/>
        </w:rPr>
        <w:t xml:space="preserve">[48:15] </w:t>
      </w:r>
      <w:r>
        <w:t>ke aap ka yeh Question jo hai ek galat galat</w:t>
      </w:r>
    </w:p>
    <w:p>
      <w:pPr>
        <w:jc w:val="right"/>
      </w:pPr>
      <w:r>
        <w:t>کہ آپ کا یہ Question جو ہے ایک غلط غلط</w:t>
      </w:r>
    </w:p>
    <w:p>
      <w:r>
        <w:rPr>
          <w:b/>
        </w:rPr>
        <w:t xml:space="preserve">[48:23] </w:t>
      </w:r>
      <w:r>
        <w:t>is par Supposition par qaim hai. galat Supposition.</w:t>
      </w:r>
    </w:p>
    <w:p>
      <w:pPr>
        <w:jc w:val="right"/>
      </w:pPr>
      <w:r>
        <w:t>اس پر Supposition پر قائم ہے۔ غلط Supposition۔</w:t>
      </w:r>
    </w:p>
    <w:p>
      <w:r>
        <w:rPr>
          <w:b/>
        </w:rPr>
        <w:t xml:space="preserve">[48:28] </w:t>
      </w:r>
      <w:r>
        <w:t>aap ne farz kar liya hai ke Muslim Family mein paida ho gaya to is ke liye Paradise</w:t>
      </w:r>
    </w:p>
    <w:p>
      <w:pPr>
        <w:jc w:val="right"/>
      </w:pPr>
      <w:r>
        <w:t>آپ نے فرض کر لیا ہے کہ مسلم Family میں پیدا ہو گیا تو اس کے لیے Paradise</w:t>
      </w:r>
    </w:p>
    <w:p>
      <w:r>
        <w:rPr>
          <w:b/>
        </w:rPr>
        <w:t xml:space="preserve">[48:33] </w:t>
      </w:r>
      <w:r>
        <w:t>hai aur Non Muslim Family mein paida hua to is ke liye Hell hai.</w:t>
      </w:r>
    </w:p>
    <w:p>
      <w:pPr>
        <w:jc w:val="right"/>
      </w:pPr>
      <w:r>
        <w:t>ہے اور Non مسلم Family میں پیدا ہوا تو اس کے لیے Hell ہے۔</w:t>
      </w:r>
    </w:p>
    <w:p>
      <w:r>
        <w:rPr>
          <w:b/>
        </w:rPr>
        <w:t xml:space="preserve">[48:38] </w:t>
      </w:r>
      <w:r>
        <w:t>yeh yeh apne aap mein galat yeh to ek supposition hai aap ka.</w:t>
      </w:r>
    </w:p>
    <w:p>
      <w:pPr>
        <w:jc w:val="right"/>
      </w:pPr>
      <w:r>
        <w:t>یہ یہ اپنے آپ میں غلط یہ تو ایک Supposition ہے آپ کا۔</w:t>
      </w:r>
    </w:p>
    <w:p>
      <w:r>
        <w:rPr>
          <w:b/>
        </w:rPr>
        <w:t xml:space="preserve">[48:43] </w:t>
      </w:r>
      <w:r>
        <w:t>kisi family mein paida hone se koi paradise mein nahi jayega.</w:t>
      </w:r>
    </w:p>
    <w:p>
      <w:pPr>
        <w:jc w:val="right"/>
      </w:pPr>
      <w:r>
        <w:t>کسی Family میں پیدا ہونے سے کوئی Paradise میں نہیں جائے گا۔</w:t>
      </w:r>
    </w:p>
    <w:p>
      <w:r>
        <w:rPr>
          <w:b/>
        </w:rPr>
        <w:t xml:space="preserve">[48:48] </w:t>
      </w:r>
      <w:r>
        <w:t>paradise mein woh jayega jo apne aap ko banaye zalik jaza</w:t>
      </w:r>
    </w:p>
    <w:p>
      <w:pPr>
        <w:jc w:val="right"/>
      </w:pPr>
      <w:r>
        <w:t>Paradise میں وہ جائے گا جو اپنے آپ کو بنائے ذالک جزا</w:t>
      </w:r>
    </w:p>
    <w:p>
      <w:r>
        <w:rPr>
          <w:b/>
        </w:rPr>
        <w:t xml:space="preserve">[48:53] </w:t>
      </w:r>
      <w:r>
        <w:t>muntazak ka apni deconditioning kare.</w:t>
      </w:r>
    </w:p>
    <w:p>
      <w:pPr>
        <w:jc w:val="right"/>
      </w:pPr>
      <w:r>
        <w:t>منتزک کا اپنی Deconditioning کرے۔</w:t>
      </w:r>
    </w:p>
    <w:p>
      <w:r>
        <w:rPr>
          <w:b/>
        </w:rPr>
        <w:t xml:space="preserve">[48:57] </w:t>
      </w:r>
      <w:r>
        <w:t>apna apne andar woh personality develop kare.</w:t>
      </w:r>
    </w:p>
    <w:p>
      <w:pPr>
        <w:jc w:val="right"/>
      </w:pPr>
      <w:r>
        <w:t>اپنا اپنے اندر وہ Personality Develop کرے۔</w:t>
      </w:r>
    </w:p>
    <w:p>
      <w:r>
        <w:rPr>
          <w:b/>
        </w:rPr>
        <w:t xml:space="preserve">[49:02] </w:t>
      </w:r>
      <w:r>
        <w:t>is se kuch nahi farq padta ke aap ne kahan paida ho gaye hain yahan to log isi</w:t>
      </w:r>
    </w:p>
    <w:p>
      <w:pPr>
        <w:jc w:val="right"/>
      </w:pPr>
      <w:r>
        <w:t>اس سے کچھ نہیں فرق پڑتا کہ آپ نے کہاں پیدا ہو گئے ہیں یہاں تو لوگ اسی</w:t>
      </w:r>
    </w:p>
    <w:p>
      <w:r>
        <w:rPr>
          <w:b/>
        </w:rPr>
        <w:t xml:space="preserve">[49:06] </w:t>
      </w:r>
      <w:r>
        <w:t>tarah ki cheezon mein jeete hain.</w:t>
      </w:r>
    </w:p>
    <w:p>
      <w:pPr>
        <w:jc w:val="right"/>
      </w:pPr>
      <w:r>
        <w:t>طرح کی چیزوں میں جیتے ہیں۔</w:t>
      </w:r>
    </w:p>
    <w:p>
      <w:r>
        <w:rPr>
          <w:b/>
        </w:rPr>
        <w:t xml:space="preserve">[49:11] </w:t>
      </w:r>
      <w:r>
        <w:t>hum to muslim family mein paida ho gaye apni jannat hamare liye haqini hai.</w:t>
      </w:r>
    </w:p>
    <w:p>
      <w:pPr>
        <w:jc w:val="right"/>
      </w:pPr>
      <w:r>
        <w:t>ہم تو مسلم Family میں پیدا ہو گئے اپنی جنت ہمارے لیے حقینی ہے۔</w:t>
      </w:r>
    </w:p>
    <w:p>
      <w:r>
        <w:rPr>
          <w:b/>
        </w:rPr>
        <w:t xml:space="preserve">[49:15] </w:t>
      </w:r>
      <w:r>
        <w:t>hamare ek saathi ne bataya ke ek musalman lucknow se delhi aaye to unhon ne un se kaha</w:t>
      </w:r>
    </w:p>
    <w:p>
      <w:pPr>
        <w:jc w:val="right"/>
      </w:pPr>
      <w:r>
        <w:t>ہمارے ایک ساتھی نے بتایا کہ ایک مسلمان لکھنو سے دہلی آئے تو انہوں نے ان سے کہا</w:t>
      </w:r>
    </w:p>
    <w:p>
      <w:r>
        <w:rPr>
          <w:b/>
        </w:rPr>
        <w:t xml:space="preserve">[49:20] </w:t>
      </w:r>
      <w:r>
        <w:t>ke aap lucknow se delhi aaye hain</w:t>
      </w:r>
    </w:p>
    <w:p>
      <w:pPr>
        <w:jc w:val="right"/>
      </w:pPr>
      <w:r>
        <w:t>کہ آپ لکھنو سے دہلی آئے ہیں</w:t>
      </w:r>
    </w:p>
    <w:p>
      <w:r>
        <w:rPr>
          <w:b/>
        </w:rPr>
        <w:t xml:space="preserve">[49:24] </w:t>
      </w:r>
      <w:r>
        <w:t>train ke zariye se aap sochiye ke jinhon ne train banayi kitni lambi sacrifice kiya unhon ne kitne</w:t>
      </w:r>
    </w:p>
    <w:p>
      <w:pPr>
        <w:jc w:val="right"/>
      </w:pPr>
      <w:r>
        <w:t>ٹرین کے ذریعے سے آپ سوچیے کہ جنہوں نے ٹرین بنائی کتنی لمبی Sacrifice کیا انہوں نے کتنے</w:t>
      </w:r>
    </w:p>
    <w:p>
      <w:r>
        <w:rPr>
          <w:b/>
        </w:rPr>
        <w:t xml:space="preserve">[49:29] </w:t>
      </w:r>
      <w:r>
        <w:t>lambe dinon tak unhon ne struggle kiya tab railway linein bichhayin tab yeh train daudi is ke upar</w:t>
      </w:r>
    </w:p>
    <w:p>
      <w:pPr>
        <w:jc w:val="right"/>
      </w:pPr>
      <w:r>
        <w:t>لمبے دنوں تک انہوں نے Struggle کیا تب ریلوے لائنیں بچھائیں تب یہ ٹرین دوڑی اس کے اوپر</w:t>
      </w:r>
    </w:p>
    <w:p>
      <w:r>
        <w:rPr>
          <w:b/>
        </w:rPr>
        <w:t xml:space="preserve">[49:34] </w:t>
      </w:r>
      <w:r>
        <w:t>aur is par aap chal kar ke itni aasani se lucknow se delhi pahunch gaye to aap ke</w:t>
      </w:r>
    </w:p>
    <w:p>
      <w:pPr>
        <w:jc w:val="right"/>
      </w:pPr>
      <w:r>
        <w:t>اور اس پر آپ چل کر کے اتنی آسانی سے لکھنو سے دہلی پہنچ گئے تو آپ کے</w:t>
      </w:r>
    </w:p>
    <w:p>
      <w:r>
        <w:rPr>
          <w:b/>
        </w:rPr>
        <w:t xml:space="preserve">[49:39] </w:t>
      </w:r>
      <w:r>
        <w:t>andar is ka is ka is ko acknowledge karna chahiye aap ko is ka itraf hona chahiye aap</w:t>
      </w:r>
    </w:p>
    <w:p>
      <w:pPr>
        <w:jc w:val="right"/>
      </w:pPr>
      <w:r>
        <w:t>اندر اس کا اس کا اس کو Acknowledge کرنا چاہیے آپ کو اس کا اعتراف ہونا چاہیے آپ</w:t>
      </w:r>
    </w:p>
    <w:p>
      <w:r>
        <w:rPr>
          <w:b/>
        </w:rPr>
        <w:t xml:space="preserve">[49:45] </w:t>
      </w:r>
      <w:r>
        <w:t>ke andar is ka shukr paida hona chahiye aap ke andar un logon ke liye jinhon ne yeh</w:t>
      </w:r>
    </w:p>
    <w:p>
      <w:pPr>
        <w:jc w:val="right"/>
      </w:pPr>
      <w:r>
        <w:t>کے اندر اس کا شکر پیدا ہونا چاہیے آپ کے اندر ان لوگوں کے لیے جنہوں نے یہ</w:t>
      </w:r>
    </w:p>
    <w:p>
      <w:r>
        <w:rPr>
          <w:b/>
        </w:rPr>
        <w:t xml:space="preserve">[49:50] </w:t>
      </w:r>
      <w:r>
        <w:t>aap ke liye kar dala hai itna sara kaam to woh kya kehte hain</w:t>
      </w:r>
    </w:p>
    <w:p>
      <w:pPr>
        <w:jc w:val="right"/>
      </w:pPr>
      <w:r>
        <w:t>آپ کے لیے کر ڈالا ہے اتنا سارا کام تو وہ کیا کہتے ہیں</w:t>
      </w:r>
    </w:p>
    <w:p>
      <w:r>
        <w:rPr>
          <w:b/>
        </w:rPr>
        <w:t xml:space="preserve">[49:55] </w:t>
      </w:r>
      <w:r>
        <w:t>ke hum kafir ka shukr karein yani kai kehti hai haerani ki baat hai woh samajhte hain ke</w:t>
      </w:r>
    </w:p>
    <w:p>
      <w:pPr>
        <w:jc w:val="right"/>
      </w:pPr>
      <w:r>
        <w:t>کہ ہم کافر کا شکر کریں یعنی کئی کہتی ہے حیرانی کی بات ہے وہ سمجھتے ہیں کہ</w:t>
      </w:r>
    </w:p>
    <w:p>
      <w:r>
        <w:rPr>
          <w:b/>
        </w:rPr>
        <w:t xml:space="preserve">[50:02] </w:t>
      </w:r>
      <w:r>
        <w:t>kafir koi cheez aisi hai jo paida hoti hai kafir woh hai jo apne aap ko kafir banaye</w:t>
      </w:r>
    </w:p>
    <w:p>
      <w:pPr>
        <w:jc w:val="right"/>
      </w:pPr>
      <w:r>
        <w:t>کافر کوئی چیز ایسی ہے جو پیدا ہوتی ہے کافر وہ ہے جو اپنے آپ کو کافر بنائے</w:t>
      </w:r>
    </w:p>
    <w:p>
      <w:r>
        <w:rPr>
          <w:b/>
        </w:rPr>
        <w:t xml:space="preserve">[50:10] </w:t>
      </w:r>
      <w:r>
        <w:t>paida hone se koi na kafir banta na musalman banta yaad rakhiye by birth na koi kafir hota</w:t>
      </w:r>
    </w:p>
    <w:p>
      <w:pPr>
        <w:jc w:val="right"/>
      </w:pPr>
      <w:r>
        <w:t>پیدا ہونے سے کوئی نہ کافر بنتا نہ مسلمان بنتا یاد رکھیے By Birth نہ کوئی کافر ہوتا</w:t>
      </w:r>
    </w:p>
    <w:p>
      <w:r>
        <w:rPr>
          <w:b/>
        </w:rPr>
        <w:t xml:space="preserve">[50:18] </w:t>
      </w:r>
      <w:r>
        <w:t>na by birth koi musalman hota yeh bilkul ek ek ek</w:t>
      </w:r>
    </w:p>
    <w:p>
      <w:pPr>
        <w:jc w:val="right"/>
      </w:pPr>
      <w:r>
        <w:t>نہ By Birth کوئی مسلمان ہوتا یہ بالکل ایک ایک ایک</w:t>
      </w:r>
    </w:p>
    <w:p>
      <w:r>
        <w:rPr>
          <w:b/>
        </w:rPr>
        <w:t xml:space="preserve">[50:25] </w:t>
      </w:r>
      <w:r>
        <w:t>baseless baat hai mere birth jo hai mere accident of birth kisi ko na kafir banati hai na musalman banati hai yaad rakhiye mere accident of birth na kisi ko kafir banati hai aur na kisi ko musalman banati hai aadmi khud apnay aap ko banata hai. aadmi khud apnay aap ko banata hai. jaisa aap banayeinge apnay aap ko waisay hi aap khuda ke h</w:t>
      </w:r>
    </w:p>
    <w:p>
      <w:pPr>
        <w:jc w:val="right"/>
      </w:pPr>
      <w:r>
        <w:t>Baseless بات ہے Mere Birth جو ہے Mere Accident of Birth کسی کو نہ کافر بناتی ہے نہ مسلمان بناتی ہے یاد رکھیے Mere Accident of Birth نہ کسی کو کافر بناتی ہے اور نہ کسی کو مسلمان بناتی ہے آدمی خود اپنے آپ کو بناتا ہے۔ آدمی خود اپنے آپ کو بناتا ہے۔ جیسا آپ بنائیں گے اپنے آپ کو ویسے ہی آپ خدا کے ہ</w:t>
      </w:r>
    </w:p>
    <w:p>
      <w:r>
        <w:rPr>
          <w:b/>
        </w:rPr>
        <w:t xml:space="preserve">[50:55] </w:t>
      </w:r>
      <w:r>
        <w:t>aan pahunchega.</w:t>
      </w:r>
    </w:p>
    <w:p>
      <w:pPr>
        <w:jc w:val="right"/>
      </w:pPr>
      <w:r>
        <w:t>اں پہنچیں گے۔</w:t>
      </w:r>
    </w:p>
    <w:p>
      <w:r>
        <w:rPr>
          <w:b/>
        </w:rPr>
        <w:t xml:space="preserve">[51:02] </w:t>
      </w:r>
      <w:r>
        <w:t>aur yeh banane ka jo process hai isi ko maine kaha hai deconditioning.</w:t>
      </w:r>
    </w:p>
    <w:p>
      <w:pPr>
        <w:jc w:val="right"/>
      </w:pPr>
      <w:r>
        <w:t>اور یہ بنانے کا جو Process ہے اسی کو میں نے کہا ہے Deconditioning۔</w:t>
      </w:r>
    </w:p>
    <w:p>
      <w:r>
        <w:rPr>
          <w:b/>
        </w:rPr>
        <w:t xml:space="preserve">[51:08] </w:t>
      </w:r>
      <w:r>
        <w:t>deconditioning ke process hi se aadmi banta hai.</w:t>
      </w:r>
    </w:p>
    <w:p>
      <w:pPr>
        <w:jc w:val="right"/>
      </w:pPr>
      <w:r>
        <w:t>Deconditioning کے Process ہی سے آدمی بنتا ہے۔</w:t>
      </w:r>
    </w:p>
    <w:p>
      <w:r>
        <w:rPr>
          <w:b/>
        </w:rPr>
        <w:t xml:space="preserve">[51:14] </w:t>
      </w:r>
      <w:r>
        <w:t>apni conditioning ko samajhna apne mind ko padhna apna reassessment karna apne ko revise karna yeh yeh hai</w:t>
      </w:r>
    </w:p>
    <w:p>
      <w:pPr>
        <w:jc w:val="right"/>
      </w:pPr>
      <w:r>
        <w:t>اپنی Conditioning کو سمجھنا اپنے Mind کو پڑھنا اپنا Reassessment کرنا اپنے کو Revise کرنا یہ یہ ہے</w:t>
      </w:r>
    </w:p>
    <w:p>
      <w:r>
        <w:rPr>
          <w:b/>
        </w:rPr>
        <w:t xml:space="preserve">[51:21] </w:t>
      </w:r>
      <w:r>
        <w:t>starting point koi janam se thodi kuch ho jata hai aadmi</w:t>
      </w:r>
    </w:p>
    <w:p>
      <w:pPr>
        <w:jc w:val="right"/>
      </w:pPr>
      <w:r>
        <w:t>Starting Point کوئی جنم سے تھوڑی کچھ ہو جاتا ہے آدمی</w:t>
      </w:r>
    </w:p>
    <w:p>
      <w:r>
        <w:rPr>
          <w:b/>
        </w:rPr>
        <w:t xml:space="preserve">[51:27] </w:t>
      </w:r>
      <w:r>
        <w:t>to kaise kaise bhool mein log pade hue hain kitni badi badi bhool mein log pade hue hain</w:t>
      </w:r>
    </w:p>
    <w:p>
      <w:pPr>
        <w:jc w:val="right"/>
      </w:pPr>
      <w:r>
        <w:t>تو کیسے کیسے بھول میں لوگ پڑے ہوئے ہیں کتنی بڑی بڑی بھول میں لوگ پڑے ہوئے ہیں</w:t>
      </w:r>
    </w:p>
    <w:p>
      <w:r>
        <w:rPr>
          <w:b/>
        </w:rPr>
        <w:t xml:space="preserve">[51:34] </w:t>
      </w:r>
      <w:r>
        <w:t>to aaj ki is Meeting mein main sab se zyada aap ko zor dena chahta hoon ke aap</w:t>
      </w:r>
    </w:p>
    <w:p>
      <w:pPr>
        <w:jc w:val="right"/>
      </w:pPr>
      <w:r>
        <w:t>تو آج کی اس Meeting میں میں سب سے زیادہ آپ کو زور دینا چاہتا ہوں کہ آپ</w:t>
      </w:r>
    </w:p>
    <w:p>
      <w:r>
        <w:rPr>
          <w:b/>
        </w:rPr>
        <w:t xml:space="preserve">[51:40] </w:t>
      </w:r>
      <w:r>
        <w:t>mein se har shakhs is ko samjhe yaani woh ghalti aap na karein jo ghalti poori poori History</w:t>
      </w:r>
    </w:p>
    <w:p>
      <w:pPr>
        <w:jc w:val="right"/>
      </w:pPr>
      <w:r>
        <w:t>میں سے ہر شخص اس کو سمجھے یعنی وہ غلطی آپ نہ کریں جو غلطی پوری پوری History</w:t>
      </w:r>
    </w:p>
    <w:p>
      <w:r>
        <w:rPr>
          <w:b/>
        </w:rPr>
        <w:t xml:space="preserve">[51:46] </w:t>
      </w:r>
      <w:r>
        <w:t>mein logon ne kar daali poori poori History mein log is se bekhabar rahe ke hamein apni</w:t>
      </w:r>
    </w:p>
    <w:p>
      <w:pPr>
        <w:jc w:val="right"/>
      </w:pPr>
      <w:r>
        <w:t>میں لوگوں نے کر ڈالی پوری پوری History میں لوگ اس سے بے خبر رہے کہ ہمیں اپنی</w:t>
      </w:r>
    </w:p>
    <w:p>
      <w:r>
        <w:rPr>
          <w:b/>
        </w:rPr>
        <w:t xml:space="preserve">[51:53] </w:t>
      </w:r>
      <w:r>
        <w:t>Deconditioning karna hai</w:t>
      </w:r>
    </w:p>
    <w:p>
      <w:pPr>
        <w:jc w:val="right"/>
      </w:pPr>
      <w:r>
        <w:t>Deconditioning کرنا ہے</w:t>
      </w:r>
    </w:p>
    <w:p>
      <w:r>
        <w:rPr>
          <w:b/>
        </w:rPr>
        <w:t xml:space="preserve">[51:59] </w:t>
      </w:r>
      <w:r>
        <w:t>deconditioning ki importance se poori poori history mein log be khabar rahe poori poori history mein yahan tak yeh word hi nahi milta history mein aap dekhiye aap talash kijiye ke deconditioning ka word kahin milta hai aap ko kyun log jante nahi the ke hamein apni deconditioning karni hai to aap aap bhi waisay hi na ban jayein jaise bohat se log ban gaye aur mar gaye isi haal mein isi</w:t>
      </w:r>
    </w:p>
    <w:p>
      <w:pPr>
        <w:jc w:val="right"/>
      </w:pPr>
      <w:r>
        <w:t>Deconditioning کی Importance سے پوری پوری History میں لوگ بے خبر رہے پوری پوری History میں یہاں تک یہ Word ہی نہیں ملتا History میں آپ دیکھیے آپ تلاش کیجیے کہ Deconditioning کا Word کہیں ملتا ہے آپ کو کیوں لوگ جانتے نہیں تھے کہ ہمیں اپنی Deconditioning کرنی ہے تو آپ آپ بھی ویسے ہی نہ بن جائیں جیسے بہت سے لوگ بن گئے اور مر گئے اسی حال میں اسی</w:t>
      </w:r>
    </w:p>
    <w:p>
      <w:r>
        <w:rPr>
          <w:b/>
        </w:rPr>
        <w:t xml:space="preserve">[52:29] </w:t>
      </w:r>
      <w:r>
        <w:t>haal mein mar gaye to jaisa ke maine arz kiya ke History mein sab se zyada jo</w:t>
      </w:r>
    </w:p>
    <w:p>
      <w:pPr>
        <w:jc w:val="right"/>
      </w:pPr>
      <w:r>
        <w:t>حال میں مر گئے تو جیسا کہ میں نے عرض کیا کہ History میں سب سے زیادہ جو</w:t>
      </w:r>
    </w:p>
    <w:p>
      <w:r>
        <w:rPr>
          <w:b/>
        </w:rPr>
        <w:t xml:space="preserve">[52:37] </w:t>
      </w:r>
      <w:r>
        <w:t>jo cheez Miss kiya hai jis cheez jo Principle Missing Principle bana raha hai woh yahi Principle hai</w:t>
      </w:r>
    </w:p>
    <w:p>
      <w:pPr>
        <w:jc w:val="right"/>
      </w:pPr>
      <w:r>
        <w:t>جو چیز Miss کیا ہے جس چیز جو Principle Missing Principle بنا رہا ہے وہ یہی Principle ہے</w:t>
      </w:r>
    </w:p>
    <w:p>
      <w:r>
        <w:rPr>
          <w:b/>
        </w:rPr>
        <w:t xml:space="preserve">[52:44] </w:t>
      </w:r>
      <w:r>
        <w:t>ke hum mein se har shakhs Conditioning ka case hai hum mein se har shakhs ko apni Deconditioning</w:t>
      </w:r>
    </w:p>
    <w:p>
      <w:pPr>
        <w:jc w:val="right"/>
      </w:pPr>
      <w:r>
        <w:t>کہ ہم میں سے ہر شخص Conditioning کا Case ہے ہم میں سے ہر شخص کو اپنی Deconditioning</w:t>
      </w:r>
    </w:p>
    <w:p>
      <w:r>
        <w:rPr>
          <w:b/>
        </w:rPr>
        <w:t xml:space="preserve">[52:52] </w:t>
      </w:r>
      <w:r>
        <w:t>karni hai aur Deconditioning ka Process hamein khud chalana hai Merciless Hemorrhage ke zariye se</w:t>
      </w:r>
    </w:p>
    <w:p>
      <w:pPr>
        <w:jc w:val="right"/>
      </w:pPr>
      <w:r>
        <w:t>کرنی ہے اور Deconditioning کا Process ہمیں خود چلانا ہے Merciless Hemorrhage کے ذریعے سے</w:t>
      </w:r>
    </w:p>
    <w:p>
      <w:r>
        <w:rPr>
          <w:b/>
        </w:rPr>
        <w:t xml:space="preserve">[52:59] </w:t>
      </w:r>
      <w:r>
        <w:t>I Was Wrong kehne ke zariye se main dekhta hoon ke log jo hain yeh kehne mein bohat</w:t>
      </w:r>
    </w:p>
    <w:p>
      <w:pPr>
        <w:jc w:val="right"/>
      </w:pPr>
      <w:r>
        <w:t>I Was Wrong کہنے کے ذریعے سے میں دیکھتا ہوں کہ لوگ جو ہیں یہ کہنے میں بہت</w:t>
      </w:r>
    </w:p>
    <w:p>
      <w:r>
        <w:rPr>
          <w:b/>
        </w:rPr>
        <w:t xml:space="preserve">[53:07] </w:t>
      </w:r>
      <w:r>
        <w:t>زیادہ ان کو مشکل پڑتی ہے کہ I was wrong ہر آدمی اپنے کو Justify کرتا رہتا ہے</w:t>
      </w:r>
    </w:p>
    <w:p>
      <w:pPr>
        <w:jc w:val="right"/>
      </w:pPr>
      <w:r>
        <w:t>زیادہ ان کو مشکل پڑتی ہے کہ I Was Wrong ہر آدمی اپنے کو Justify کرتا رہتا ہے</w:t>
      </w:r>
    </w:p>
    <w:p>
      <w:r>
        <w:rPr>
          <w:b/>
        </w:rPr>
        <w:t xml:space="preserve">[53:16] </w:t>
      </w:r>
      <w:r>
        <w:t>ہر آدمی اپنے کو justify کرتا رہتا ہے. Justify کرنے کے معنی ہیں کہ آپ deconditioning کے لیے</w:t>
      </w:r>
    </w:p>
    <w:p>
      <w:pPr>
        <w:jc w:val="right"/>
      </w:pPr>
      <w:r>
        <w:t>ہر آدمی اپنے کو Justify کرتا رہتا ہے Justify کرنے کے معنی ہیں کہ آپ Deconditioning کے لیے</w:t>
      </w:r>
    </w:p>
    <w:p>
      <w:r>
        <w:rPr>
          <w:b/>
        </w:rPr>
        <w:t xml:space="preserve">[53:24] </w:t>
      </w:r>
      <w:r>
        <w:t>taiyar nahin hain to yeh kitni badi bhool hai aap sochiye kitni badi bhool hai</w:t>
      </w:r>
    </w:p>
    <w:p>
      <w:pPr>
        <w:jc w:val="right"/>
      </w:pPr>
      <w:r>
        <w:t>تیار نہیں ہیں تو یہ کتنی بڑی بھول ہے آپ سوچیے کتنی بڑی بھول ہے</w:t>
      </w:r>
    </w:p>
    <w:p>
      <w:r>
        <w:rPr>
          <w:b/>
        </w:rPr>
        <w:t xml:space="preserve">[53:32] </w:t>
      </w:r>
      <w:r>
        <w:t>apne aap ko Justify karna mera mizaj to yeh hai ke meri ghalti nahin rehti tab bhi main</w:t>
      </w:r>
    </w:p>
    <w:p>
      <w:pPr>
        <w:jc w:val="right"/>
      </w:pPr>
      <w:r>
        <w:t>اپنے آپ کو Justify کرنا میرا مزاج تو یہ ہے کہ میری غلطی نہیں رہتی تب بھی میں</w:t>
      </w:r>
    </w:p>
    <w:p>
      <w:r>
        <w:rPr>
          <w:b/>
        </w:rPr>
        <w:t xml:space="preserve">[53:39] </w:t>
      </w:r>
      <w:r>
        <w:t>kehta hoon ke I Was Wrong sab log jo mere aas paas hain woh jante hain ke meri</w:t>
      </w:r>
    </w:p>
    <w:p>
      <w:pPr>
        <w:jc w:val="right"/>
      </w:pPr>
      <w:r>
        <w:t>کہتا ہوں کہ I Was Wrong سب لوگ جو میرے آس پاس ہیں وہ جانتے ہیں کہ میری</w:t>
      </w:r>
    </w:p>
    <w:p>
      <w:r>
        <w:rPr>
          <w:b/>
        </w:rPr>
        <w:t xml:space="preserve">[53:47] </w:t>
      </w:r>
      <w:r>
        <w:t>ghalti nahin hoti tab bhi main kehta hoon ke I Was Wrong kyun dekhiye I Was Wrong kehna</w:t>
      </w:r>
    </w:p>
    <w:p>
      <w:pPr>
        <w:jc w:val="right"/>
      </w:pPr>
      <w:r>
        <w:t>غلطی نہیں ہوتی تب بھی میں کہتا ہوں کہ I Was Wrong کیوں دیکھیے I Was Wrong کہنا</w:t>
      </w:r>
    </w:p>
    <w:p>
      <w:r>
        <w:rPr>
          <w:b/>
        </w:rPr>
        <w:t xml:space="preserve">[53:54] </w:t>
      </w:r>
      <w:r>
        <w:t>apne aap mein aik aik Positive amal hai apne aap mein ke aap apne Mind</w:t>
      </w:r>
    </w:p>
    <w:p>
      <w:pPr>
        <w:jc w:val="right"/>
      </w:pPr>
      <w:r>
        <w:t>اپنے آپ میں ایک ایک Positive عمل ہے اپنے آپ میں کہ آپ اپنے Mind</w:t>
      </w:r>
    </w:p>
    <w:p>
      <w:r>
        <w:rPr>
          <w:b/>
        </w:rPr>
        <w:t xml:space="preserve">[54:02] </w:t>
      </w:r>
      <w:r>
        <w:t>mein dalte hain ke main ghalti kar sakta hoon apne Mind mein dalte hain ke agar main ghalti</w:t>
      </w:r>
    </w:p>
    <w:p>
      <w:pPr>
        <w:jc w:val="right"/>
      </w:pPr>
      <w:r>
        <w:t>میں ڈالتے ہیں کہ میں غلطی کر سکتا ہوں اپنے Mind میں ڈالتے ہیں کہ اگر میں غلطی</w:t>
      </w:r>
    </w:p>
    <w:p>
      <w:r>
        <w:rPr>
          <w:b/>
        </w:rPr>
        <w:t xml:space="preserve">[54:08] </w:t>
      </w:r>
      <w:r>
        <w:t>karoon to mujhe apni ghalti ko manne ke liye tayar hona chahiye to I Was Wrong kehna aik</w:t>
      </w:r>
    </w:p>
    <w:p>
      <w:pPr>
        <w:jc w:val="right"/>
      </w:pPr>
      <w:r>
        <w:t>کروں تو مجھے اپنی غلطی کو ماننے کے لیے تیار ہونا چاہیے تو I Was Wrong کہنا ایک</w:t>
      </w:r>
    </w:p>
    <w:p>
      <w:r>
        <w:rPr>
          <w:b/>
        </w:rPr>
        <w:t xml:space="preserve">[54:15] </w:t>
      </w:r>
      <w:r>
        <w:t>Positive Strict hai is ko Inculcate karna apne apne andar is ko yaad rakhiye I Was Wrong isi</w:t>
      </w:r>
    </w:p>
    <w:p>
      <w:pPr>
        <w:jc w:val="right"/>
      </w:pPr>
      <w:r>
        <w:t>Positive Strict ہے اس کو Inculcate کرنا اپنے اپنے اندر اس کو یاد رکھیے I Was Wrong اسی</w:t>
      </w:r>
    </w:p>
    <w:p>
      <w:r>
        <w:rPr>
          <w:b/>
        </w:rPr>
        <w:t xml:space="preserve">[54:21] </w:t>
      </w:r>
      <w:r>
        <w:t>waqt nahin kehna hai jab ke hum waqeatan koi hum ne ghalti kar daali hai har baar jab</w:t>
      </w:r>
    </w:p>
    <w:p>
      <w:pPr>
        <w:jc w:val="right"/>
      </w:pPr>
      <w:r>
        <w:t>وقت نہیں کہنا ہے جب کہ ہم واقعتا کوئی ہم نے غلطی کر ڈالی ہے ہر بار جب</w:t>
      </w:r>
    </w:p>
    <w:p>
      <w:r>
        <w:rPr>
          <w:b/>
        </w:rPr>
        <w:t xml:space="preserve">[54:28] </w:t>
      </w:r>
      <w:r>
        <w:t>aisa mauqa aaye to jaldi se keh dijiye ke I Was Wrong</w:t>
      </w:r>
    </w:p>
    <w:p>
      <w:pPr>
        <w:jc w:val="right"/>
      </w:pPr>
      <w:r>
        <w:t>ایسا موقع آئے تو جلدی سے کہہ دیجیے کہ I Was Wrong</w:t>
      </w:r>
    </w:p>
    <w:p>
      <w:r>
        <w:rPr>
          <w:b/>
        </w:rPr>
        <w:t xml:space="preserve">[54:35] </w:t>
      </w:r>
      <w:r>
        <w:t>taake aap apne andar is Positive Strict ko Inculcate kar sakein ke main jab bhi ghalti karunga</w:t>
      </w:r>
    </w:p>
    <w:p>
      <w:pPr>
        <w:jc w:val="right"/>
      </w:pPr>
      <w:r>
        <w:t>تاکہ آپ اپنے اندر اس Positive Strict کو Inculcate کر سکیں کہ میں جب بھی غلطی کروں گا</w:t>
      </w:r>
    </w:p>
    <w:p>
      <w:r>
        <w:rPr>
          <w:b/>
        </w:rPr>
        <w:t xml:space="preserve">[54:41] </w:t>
      </w:r>
      <w:r>
        <w:t>to is ko maan lunga mujhe apni ghalti ko manne mein hichkichahat nahin hogi main apni ghalti</w:t>
      </w:r>
    </w:p>
    <w:p>
      <w:pPr>
        <w:jc w:val="right"/>
      </w:pPr>
      <w:r>
        <w:t>تو اس کو مان لوں گا مجھے اپنی غلطی کو ماننے میں ہچکچاہٹ نہیں ہوگی میں اپنی غلطی</w:t>
      </w:r>
    </w:p>
    <w:p>
      <w:r>
        <w:rPr>
          <w:b/>
        </w:rPr>
        <w:t xml:space="preserve">[54:47] </w:t>
      </w:r>
      <w:r>
        <w:t>ko Justify nahin karunga main apni Personality ko banane ke liye har waqt tayar rahunga ke</w:t>
      </w:r>
    </w:p>
    <w:p>
      <w:pPr>
        <w:jc w:val="right"/>
      </w:pPr>
      <w:r>
        <w:t>کو Justify نہیں کروں گا میں اپنی Personality کو بنانے کے لیے ہر وقت تیار رہوں گا کہ</w:t>
      </w:r>
    </w:p>
    <w:p>
      <w:r>
        <w:rPr>
          <w:b/>
        </w:rPr>
        <w:t xml:space="preserve">[54:53] </w:t>
      </w:r>
      <w:r>
        <w:t>main apni ghalti ko manta rahun apni Deconditioning karta rahun is Spirit ko Inculcate karne ke liye tayar</w:t>
      </w:r>
    </w:p>
    <w:p>
      <w:pPr>
        <w:jc w:val="right"/>
      </w:pPr>
      <w:r>
        <w:t>میں اپنی غلطی کو مانتا رہوں اپنی Deconditioning کرتا رہوں اس Spirit کو Inculcate کرنے کے لیے تیار</w:t>
      </w:r>
    </w:p>
    <w:p>
      <w:r>
        <w:rPr>
          <w:b/>
        </w:rPr>
        <w:t xml:space="preserve">[54:59] </w:t>
      </w:r>
      <w:r>
        <w:t>rahiye ke agar</w:t>
      </w:r>
    </w:p>
    <w:p>
      <w:pPr>
        <w:jc w:val="right"/>
      </w:pPr>
      <w:r>
        <w:t>رہیے کہ اگر</w:t>
      </w:r>
    </w:p>
    <w:p>
      <w:r>
        <w:rPr>
          <w:b/>
        </w:rPr>
        <w:t xml:space="preserve">[55:05] </w:t>
      </w:r>
      <w:r>
        <w:t>farz karen ghalati na bhi ho tab bhi keh dijiye ke I Was Wrong masla sirf yeh nahi</w:t>
      </w:r>
    </w:p>
    <w:p>
      <w:pPr>
        <w:jc w:val="right"/>
      </w:pPr>
      <w:r>
        <w:t>فرض کریں غلطی نہ بھی ہو تب بھی کہہ دیجیے کہ I Was Wrong مسئلہ صرف یہ نہیں</w:t>
      </w:r>
    </w:p>
    <w:p>
      <w:r>
        <w:rPr>
          <w:b/>
        </w:rPr>
        <w:t xml:space="preserve">[55:13] </w:t>
      </w:r>
      <w:r>
        <w:t>ke aap ne ghalati ki hai masla yeh hai ke ghalati ko mannay ka mizaj aap ke andar</w:t>
      </w:r>
    </w:p>
    <w:p>
      <w:pPr>
        <w:jc w:val="right"/>
      </w:pPr>
      <w:r>
        <w:t>کہ آپ نے غلطی کی ہے مسئلہ یہ ہے کہ غلطی کو ماننے کا مزاج آپ کے اندر</w:t>
      </w:r>
    </w:p>
    <w:p>
      <w:r>
        <w:rPr>
          <w:b/>
        </w:rPr>
        <w:t xml:space="preserve">[55:21] </w:t>
      </w:r>
      <w:r>
        <w:t>aana chahiye hazrat umar ke bohat se qisay aese hain ke mamooli si baat par woh koi aesi</w:t>
      </w:r>
    </w:p>
    <w:p>
      <w:pPr>
        <w:jc w:val="right"/>
      </w:pPr>
      <w:r>
        <w:t>آنا چاہیے حضرت عمر کے بہت سے قصے ایسے ہیں کہ معمولی سی بات پر وہ کوئی ایسی</w:t>
      </w:r>
    </w:p>
    <w:p>
      <w:r>
        <w:rPr>
          <w:b/>
        </w:rPr>
        <w:t xml:space="preserve">[55:29] </w:t>
      </w:r>
      <w:r>
        <w:t>baat nahi hoti thi mamooli si baat par keh dete thay woh ke lola falan lahla ka umar</w:t>
      </w:r>
    </w:p>
    <w:p>
      <w:pPr>
        <w:jc w:val="right"/>
      </w:pPr>
      <w:r>
        <w:t>بات نہیں ہوتی تھی معمولی سی بات پر کہہ دیتے تھے وہ کہ لولا فلان لہلہ کا عمر</w:t>
      </w:r>
    </w:p>
    <w:p>
      <w:r>
        <w:rPr>
          <w:b/>
        </w:rPr>
        <w:t xml:space="preserve">[55:36] </w:t>
      </w:r>
      <w:r>
        <w:t>bilkul mamooli baaton par laula falan lahla ka umar ke falan aadmi agar na hota to umar to destroy ho chuka tha halanke aisi koi baat nahin hoti thi ke woh halak ho gaya destroy ho gaya lekin woh kehte the ke laula falan lahla ka umar agar agar falan shakhs na hota to main to halak ho gaya tha main ne to apne ko destroy kar liya tha kyun is spirit ko inculcate karne ke liye apne andar is incentive ko aur</w:t>
      </w:r>
    </w:p>
    <w:p>
      <w:pPr>
        <w:jc w:val="right"/>
      </w:pPr>
      <w:r>
        <w:t>بالکل معمولی باتوں پر لولا فلان لہلہ کا عمر کہ فلاں آدمی اگر نہ ہوتا تو عمر تو Destroy ہو چکا تھا حالانکہ ایسی کوئی بات نہیں ہوتی تھی کہ وہ ہلاک ہو گیا Destroy ہو گیا لیکن وہ کہتے تھے کہ لولا فلان لہلہ کا عمر اگر اگر فلاں شخص نہ ہوتا تو میں تو ہلاک ہو گیا تھا میں نے تو اپنے کو Destroy کر لیا تھا کیوں اس Spirit کو Inculcate کرنے کے لیے اپنے اندر اس Incentive کو اور</w:t>
      </w:r>
    </w:p>
    <w:p>
      <w:r>
        <w:rPr>
          <w:b/>
        </w:rPr>
        <w:t xml:space="preserve">[56:06] </w:t>
      </w:r>
      <w:r>
        <w:t>zyada strong banane ke liye yaad rakhiye yeh bohat hi strong incentive aap aap ke andar rahega tab hi aap apni deconditioning kar paenge warna nahin kar paenge warna nahin kar sakte to apne andar bohat hi strong incentive paida karne ke liye tayyar rahiye ke ghalti nahin ho tab bhi aap keh dein ke i was wrong i was wrong i was wrong to har subah sh</w:t>
      </w:r>
    </w:p>
    <w:p>
      <w:pPr>
        <w:jc w:val="right"/>
      </w:pPr>
      <w:r>
        <w:t>زیادہ Strong بنانے کے لیے یاد رکھیے یہ بہت ہی Strong Incentive آپ آپ کے اندر رہے گا تب ہی آپ اپنی Deconditioning کر پائیں گے ورنہ نہیں کر پائیں گے ورنہ نہیں کر سکتے تو اپنے اندر بہت ہی Strong Incentive پیدا کرنے کے لیے تیار رہیے کہ غلطی نہیں ہو تب بھی آپ کہہ دیں کہ I Was Wrong I Was Wrong I Was Wrong تو ہر صبح ش</w:t>
      </w:r>
    </w:p>
    <w:p>
      <w:r>
        <w:rPr>
          <w:b/>
        </w:rPr>
        <w:t xml:space="preserve">[56:36] </w:t>
      </w:r>
      <w:r>
        <w:t>am yeh sochte rahiye ke apne aap ko humein tayyar karna hai apna Personality Development karna hai aaj</w:t>
      </w:r>
    </w:p>
    <w:p>
      <w:pPr>
        <w:jc w:val="right"/>
      </w:pPr>
      <w:r>
        <w:t>ام یہ سوچتے رہیے کہ اپنے آپ کو ہمیں تیار کرنا ہے اپنا Personality Development کرنا ہے آج</w:t>
      </w:r>
    </w:p>
    <w:p>
      <w:r>
        <w:rPr>
          <w:b/>
        </w:rPr>
        <w:t xml:space="preserve">[56:44] </w:t>
      </w:r>
      <w:r>
        <w:t>kal Personality Development ka jo Word hai woh yun hota hai Physical Development ke mani mein halankay woh</w:t>
      </w:r>
    </w:p>
    <w:p>
      <w:pPr>
        <w:jc w:val="right"/>
      </w:pPr>
      <w:r>
        <w:t>کل Personality Development کا جو Word ہے وہ یوں ہوتا ہے Physical Development کے معنی میں حالانکہ وہ</w:t>
      </w:r>
    </w:p>
    <w:p>
      <w:r>
        <w:rPr>
          <w:b/>
        </w:rPr>
        <w:t xml:space="preserve">[56:52] </w:t>
      </w:r>
      <w:r>
        <w:t>to secondary cheez hai asal cheez to yeh hai ke apne Mind ko tayyar karna apni Soul ko</w:t>
      </w:r>
    </w:p>
    <w:p>
      <w:pPr>
        <w:jc w:val="right"/>
      </w:pPr>
      <w:r>
        <w:t>تو سیکنڈری چیز ہے اصل چیز تو یہ ہے کہ اپنے Mind کو تیار کرنا اپنی Soul کو</w:t>
      </w:r>
    </w:p>
    <w:p>
      <w:r>
        <w:rPr>
          <w:b/>
        </w:rPr>
        <w:t xml:space="preserve">[57:00] </w:t>
      </w:r>
      <w:r>
        <w:t>tayyar karna apni Inner Personality ko banana to aaj mein aap ko yahi sabak de raha hoon</w:t>
      </w:r>
    </w:p>
    <w:p>
      <w:pPr>
        <w:jc w:val="right"/>
      </w:pPr>
      <w:r>
        <w:t>تیار کرنا اپنی Inner Personality کو بنانا تو آج میں آپ کو یہی سبق دے رہا ہوں</w:t>
      </w:r>
    </w:p>
    <w:p>
      <w:r>
        <w:rPr>
          <w:b/>
        </w:rPr>
        <w:t xml:space="preserve">[57:07] </w:t>
      </w:r>
      <w:r>
        <w:t>ke agar aap ne ghalti nahin ki hai aur doosra aadmi jo hai insist kar raha hai ke nahin tum ne ghalt kiya to yeh jante hue ke meri ghalti nahin thi tab bhi keh dijiye ke i was wrong bar bar aisa hota hai ke doosra aadmi aap ko chahta hai batana hai ke aap ne ghalti ki aap kehte hain ke nahin main ne nahin ghalti ki apni ko justify karte rehte hain to is ki time kyun waste kar rahe hain aap keh dijiye ke i was wrong kyun tahka aap ke andar bohat hi</w:t>
      </w:r>
    </w:p>
    <w:p>
      <w:pPr>
        <w:jc w:val="right"/>
      </w:pPr>
      <w:r>
        <w:t>کہ اگر آپ نے غلطی نہیں کی ہے اور دوسرا آدمی جو ہے Insist کر رہا ہے کہ نہیں تم نے غلط کیا تو یہ جانتے ہوئے کہ میری غلطی نہیں تھی تب بھی کہہ دیجیے کہ I Was Wrong بار بار ایسا ہوتا ہے کہ دوسرا آدمی آپ کو چاہتا ہے بتانا ہے کہ آپ نے غلطی کی آپ کہتے ہیں کہ نہیں میں نے نہیں غلطی کی اپنی کو Justify کرتے رہتے ہیں تو اس کی ٹائم کیوں Waste کر رہے ہیں آپ کہہ دیجیے کہ I Was Wrong کیوں تاکہ آپ کے اندر بہت ہی</w:t>
      </w:r>
    </w:p>
    <w:p>
      <w:r>
        <w:rPr>
          <w:b/>
        </w:rPr>
        <w:t xml:space="preserve">[57:37] </w:t>
      </w:r>
      <w:r>
        <w:t>Strong Incentive banay ke mujhe apni ghalati ko manna hai mujhe apni ghalati ko pesh ap nahi karna</w:t>
      </w:r>
    </w:p>
    <w:p>
      <w:pPr>
        <w:jc w:val="right"/>
      </w:pPr>
      <w:r>
        <w:t>Strong Incentive بنے کہ مجھے اپنی غلطی کو ماننا ہے مجھے اپنی غلطی کو پیش اپ نہیں کرنا</w:t>
      </w:r>
    </w:p>
    <w:p>
      <w:r>
        <w:rPr>
          <w:b/>
        </w:rPr>
        <w:t xml:space="preserve">[57:47] </w:t>
      </w:r>
      <w:r>
        <w:t>hai yeh Strong Incentive apne aap mein aik bohat bari taqat hai Personality Development ke liye mein to</w:t>
      </w:r>
    </w:p>
    <w:p>
      <w:pPr>
        <w:jc w:val="right"/>
      </w:pPr>
      <w:r>
        <w:t>ہے یہ Strong Incentive اپنے آپ میں ایک بہت بڑی طاقت ہے Personality Development کے لیے میں تو</w:t>
      </w:r>
    </w:p>
    <w:p>
      <w:r>
        <w:rPr>
          <w:b/>
        </w:rPr>
        <w:t xml:space="preserve">[57:58] </w:t>
      </w:r>
      <w:r>
        <w:t>Khuda ke fazal se is mamlay mein har waqt tayyar rehta hoon yeh kehne ke liye ke I Was Wrong</w:t>
      </w:r>
    </w:p>
    <w:p>
      <w:pPr>
        <w:jc w:val="right"/>
      </w:pPr>
      <w:r>
        <w:t>خدا کے فضل سے اس معاملے میں ہر وقت تیار رہتا ہوں یہ کہنے کے لیے کہ I Was Wrong</w:t>
      </w:r>
    </w:p>
    <w:p>
      <w:r>
        <w:rPr>
          <w:b/>
        </w:rPr>
        <w:t xml:space="preserve">[58:08] </w:t>
      </w:r>
      <w:r>
        <w:t>kyun ke masla yeh nahi ke aap ne ghalati ki masla yeh hai ke aap ke andar jo Incentive</w:t>
      </w:r>
    </w:p>
    <w:p>
      <w:pPr>
        <w:jc w:val="right"/>
      </w:pPr>
      <w:r>
        <w:t>کیونکہ مسئلہ یہ نہیں کہ آپ نے غلطی کی مسئلہ یہ ہے کہ آپ کے اندر جو Incentive</w:t>
      </w:r>
    </w:p>
    <w:p>
      <w:r>
        <w:rPr>
          <w:b/>
        </w:rPr>
        <w:t xml:space="preserve">[58:18] </w:t>
      </w:r>
      <w:r>
        <w:t>banna hai woh banay bohat hi Strong Incentive jab tak Strong Incentive nahi hoga aap ke andar aap</w:t>
      </w:r>
    </w:p>
    <w:p>
      <w:pPr>
        <w:jc w:val="right"/>
      </w:pPr>
      <w:r>
        <w:t>بننا ہے وہ بنے بہت ہی Strong Incentive جب تک Strong Incentive نہیں ہوگا آپ کے اندر آپ</w:t>
      </w:r>
    </w:p>
    <w:p>
      <w:r>
        <w:rPr>
          <w:b/>
        </w:rPr>
        <w:t xml:space="preserve">[58:28] </w:t>
      </w:r>
      <w:r>
        <w:t>apna Personality Development nahi kar sakein gay Personality Development bohat hi Strong Incentive ka chahta hai Personality Development The Process</w:t>
      </w:r>
    </w:p>
    <w:p>
      <w:pPr>
        <w:jc w:val="right"/>
      </w:pPr>
      <w:r>
        <w:t>اپنا Personality Development نہیں کر سکیں گے Personality Development بہت ہی Strong Incentive کا چاہتا ہے Personality Development The Process</w:t>
      </w:r>
    </w:p>
    <w:p>
      <w:r>
        <w:rPr>
          <w:b/>
        </w:rPr>
        <w:t xml:space="preserve">[58:38] </w:t>
      </w:r>
      <w:r>
        <w:t>of personality development requires a very very strong incentive haqule qaulihaza wastaghfirullaha li walakum ajmaeen.</w:t>
      </w:r>
    </w:p>
    <w:p>
      <w:pPr>
        <w:jc w:val="right"/>
      </w:pPr>
      <w:r>
        <w:t>of Personality Development Requires A Very Very Strong Incentive حقول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