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 2 Verse 54 | March 18, 2018</w:t>
      </w:r>
    </w:p>
    <w:p>
      <w:r>
        <w:t>https://www.youtube.com/watch?v=xQ2LXsz1oTw</w:t>
      </w:r>
    </w:p>
    <w:p>
      <w:r>
        <w:rPr>
          <w:b/>
        </w:rPr>
        <w:t xml:space="preserve">[00:10] </w:t>
      </w:r>
      <w:r>
        <w:t>Bismillah Rehmanir Rahim, wa Salla Allahu ala Nabiyyil Kareem.</w:t>
      </w:r>
    </w:p>
    <w:p>
      <w:pPr>
        <w:jc w:val="right"/>
      </w:pPr>
      <w:r>
        <w:t>بسم اللہ الرحمن الرحیم، وصلی اللہ علی النبی الکریم۔</w:t>
      </w:r>
    </w:p>
    <w:p>
      <w:r>
        <w:rPr>
          <w:b/>
        </w:rPr>
        <w:t xml:space="preserve">[00:18] </w:t>
      </w:r>
      <w:r>
        <w:t>Rabishrah li sadri, wayassir li amri, wah lul uqdatan min lisani, yafqahu qawli.</w:t>
      </w:r>
    </w:p>
    <w:p>
      <w:pPr>
        <w:jc w:val="right"/>
      </w:pPr>
      <w:r>
        <w:t>رب اشرح لی صدری، ویسر لی امری، واحل العقدۃ من لسانی، یفقہ قولی۔</w:t>
      </w:r>
    </w:p>
    <w:p>
      <w:r>
        <w:rPr>
          <w:b/>
        </w:rPr>
        <w:t xml:space="preserve">[00:25] </w:t>
      </w:r>
      <w:r>
        <w:t>18 March 2018.</w:t>
      </w:r>
    </w:p>
    <w:p>
      <w:pPr>
        <w:jc w:val="right"/>
      </w:pPr>
      <w:r>
        <w:t>18 مارچ 2018۔</w:t>
      </w:r>
    </w:p>
    <w:p>
      <w:r>
        <w:rPr>
          <w:b/>
        </w:rPr>
        <w:t xml:space="preserve">[00:33] </w:t>
      </w:r>
      <w:r>
        <w:t>Routine ke mutabiq aaj bhi Quran ka dars hoga</w:t>
      </w:r>
    </w:p>
    <w:p>
      <w:pPr>
        <w:jc w:val="right"/>
      </w:pPr>
      <w:r>
        <w:t>روٹین کے مطابق آج بھی قرآن کا درس ہوگ</w:t>
      </w:r>
    </w:p>
    <w:p>
      <w:r>
        <w:rPr>
          <w:b/>
        </w:rPr>
        <w:t xml:space="preserve">[00:40] </w:t>
      </w:r>
      <w:r>
        <w:t>a.</w:t>
      </w:r>
    </w:p>
    <w:p>
      <w:pPr>
        <w:jc w:val="right"/>
      </w:pPr>
      <w:r>
        <w:t>ا۔</w:t>
      </w:r>
    </w:p>
    <w:p>
      <w:r>
        <w:rPr>
          <w:b/>
        </w:rPr>
        <w:t xml:space="preserve">[00:45] </w:t>
      </w:r>
      <w:r>
        <w:t>Surah Al Baqarah ki jo ayatein aaj ke liye hain, pehle un ko parha jaye ga, phir un ka</w:t>
      </w:r>
    </w:p>
    <w:p>
      <w:pPr>
        <w:jc w:val="right"/>
      </w:pPr>
      <w:r>
        <w:t>سورہ البقرہ کی جو آیتیں آج کے لیے ہیں، پہلے ان کو پڑھا جائے گا، پھر ان کا</w:t>
      </w:r>
    </w:p>
    <w:p>
      <w:r>
        <w:rPr>
          <w:b/>
        </w:rPr>
        <w:t xml:space="preserve">[00:51] </w:t>
      </w:r>
      <w:r>
        <w:t>tarjuma aap ke samnay laya jaye ga.</w:t>
      </w:r>
    </w:p>
    <w:p>
      <w:pPr>
        <w:jc w:val="right"/>
      </w:pPr>
      <w:r>
        <w:t>ترجمہ آپ کے سامنے لایا جائے گا۔</w:t>
      </w:r>
    </w:p>
    <w:p>
      <w:r>
        <w:rPr>
          <w:b/>
        </w:rPr>
        <w:t xml:space="preserve">[00:56] </w:t>
      </w:r>
      <w:r>
        <w:t>Bismillah Rehmanir Rahim.</w:t>
      </w:r>
    </w:p>
    <w:p>
      <w:pPr>
        <w:jc w:val="right"/>
      </w:pPr>
      <w:r>
        <w:t>بسم اللہ الرحمن الرحیم۔</w:t>
      </w:r>
    </w:p>
    <w:p>
      <w:r>
        <w:rPr>
          <w:b/>
        </w:rPr>
        <w:t xml:space="preserve">[01:01] </w:t>
      </w:r>
      <w:r>
        <w:t>Wa iz qala Musa li qawmihi: "Ya qawm!</w:t>
      </w:r>
    </w:p>
    <w:p>
      <w:pPr>
        <w:jc w:val="right"/>
      </w:pPr>
      <w:r>
        <w:t>وَإِذْ قَالَ مُوسَى لِقَوْمِهِ: "یا قوم!</w:t>
      </w:r>
    </w:p>
    <w:p>
      <w:r>
        <w:rPr>
          <w:b/>
        </w:rPr>
        <w:t xml:space="preserve">[01:06] </w:t>
      </w:r>
      <w:r>
        <w:t>Innakum zalamtum anfusakum bi ittikhathikum al-`ijl, fa tubu ila bari'ikum faqtulu anfusakum.</w:t>
      </w:r>
    </w:p>
    <w:p>
      <w:pPr>
        <w:jc w:val="right"/>
      </w:pPr>
      <w:r>
        <w:t>إنكم ظلمتم أنفسكم باتخاذكم العجل، فتوبوا إلى بارئكم، فاقتلو أنفسكم.</w:t>
      </w:r>
    </w:p>
    <w:p>
      <w:r>
        <w:rPr>
          <w:b/>
        </w:rPr>
        <w:t xml:space="preserve">[01:11] </w:t>
      </w:r>
      <w:r>
        <w:t>Dhalikum khayrun lakum `inda bari'ikum fa tawaba `alaykum innahu Huwat Tawwabur Rahim." Surah Al Baqarah, Chapter number 2, Verse number 54.</w:t>
      </w:r>
    </w:p>
    <w:p>
      <w:pPr>
        <w:jc w:val="right"/>
      </w:pPr>
      <w:r>
        <w:t>ذٰلِكُمْ خَيْرٌ لَكُمْ عِندَ بَارِئِكُمْ فَتَابَ عَلَيْكُمْ إِنَّهُ هُوَ التَّوَابُ الرَّحِيمُ۔" سورہ البقرہ، چیپٹر نمبر ٹو، ورس نمبر 54۔</w:t>
      </w:r>
    </w:p>
    <w:p>
      <w:r>
        <w:rPr>
          <w:b/>
        </w:rPr>
        <w:t xml:space="preserve">[01:17] </w:t>
      </w:r>
      <w:r>
        <w:t>aur jab moosa ne apni qaum se kaha ke: "ae meri qaum!</w:t>
      </w:r>
    </w:p>
    <w:p>
      <w:pPr>
        <w:jc w:val="right"/>
      </w:pPr>
      <w:r>
        <w:t>اور جب موسیٰ نے اپنی قوم سے کہا کہ: "اے میری قوم!</w:t>
      </w:r>
    </w:p>
    <w:p>
      <w:r>
        <w:rPr>
          <w:b/>
        </w:rPr>
        <w:t xml:space="preserve">[01:23] </w:t>
      </w:r>
      <w:r>
        <w:t>tum ne bichhde ko mabood bana kar apni jaanon par zulm kiya hai.</w:t>
      </w:r>
    </w:p>
    <w:p>
      <w:pPr>
        <w:jc w:val="right"/>
      </w:pPr>
      <w:r>
        <w:t>تم نے بچھڑے کو معبود بنا کر اپنی جانوں پر ظلم کیا ہے۔</w:t>
      </w:r>
    </w:p>
    <w:p>
      <w:r>
        <w:rPr>
          <w:b/>
        </w:rPr>
        <w:t xml:space="preserve">[01:29] </w:t>
      </w:r>
      <w:r>
        <w:t>ab apne paida karne wale ke aage tauba karo aur apni jaanon ko qatl karo.</w:t>
      </w:r>
    </w:p>
    <w:p>
      <w:pPr>
        <w:jc w:val="right"/>
      </w:pPr>
      <w:r>
        <w:t>اب اپنے پیدا کرنے والے کے آگے توبہ کرو اور اپنی جانوں کو قتل کرو۔</w:t>
      </w:r>
    </w:p>
    <w:p>
      <w:r>
        <w:rPr>
          <w:b/>
        </w:rPr>
        <w:t xml:space="preserve">[01:35] </w:t>
      </w:r>
      <w:r>
        <w:t>yeh tumhare liye tumhare paida karne wale ke nazdeek beh</w:t>
      </w:r>
    </w:p>
    <w:p>
      <w:pPr>
        <w:jc w:val="right"/>
      </w:pPr>
      <w:r>
        <w:t>یہ تمہارے لیے تمہارے پیدا کرنے والے کے نزدیک بہ</w:t>
      </w:r>
    </w:p>
    <w:p>
      <w:r>
        <w:rPr>
          <w:b/>
        </w:rPr>
        <w:t xml:space="preserve">[01:41] </w:t>
      </w:r>
      <w:r>
        <w:t>tar hai." to Allah ne tumhari tauba qubool farmai.</w:t>
      </w:r>
    </w:p>
    <w:p>
      <w:pPr>
        <w:jc w:val="right"/>
      </w:pPr>
      <w:r>
        <w:t>تر ہے۔" تو اللہ نے تمہاری توبہ قبول فرمائی۔</w:t>
      </w:r>
    </w:p>
    <w:p>
      <w:r>
        <w:rPr>
          <w:b/>
        </w:rPr>
        <w:t xml:space="preserve">[01:49] </w:t>
      </w:r>
      <w:r>
        <w:t>beshak wohi tauba qubool karne wala, reham karne wala hai.</w:t>
      </w:r>
    </w:p>
    <w:p>
      <w:pPr>
        <w:jc w:val="right"/>
      </w:pPr>
      <w:r>
        <w:t>بے شک وہی توبہ قبول کرنے والا، رحم کرنے والا ہے۔</w:t>
      </w:r>
    </w:p>
    <w:p>
      <w:r>
        <w:rPr>
          <w:b/>
        </w:rPr>
        <w:t xml:space="preserve">[01:56] </w:t>
      </w:r>
      <w:r>
        <w:t>dekhein, yahan par quran mein yahood ki tareekh ka ek qissa bayan kiya hai.</w:t>
      </w:r>
    </w:p>
    <w:p>
      <w:pPr>
        <w:jc w:val="right"/>
      </w:pPr>
      <w:r>
        <w:t>دیکھیں، یہاں پر قرآن میں یہود کی تاریخ کا ایک قصہ بیان کیا ہے۔</w:t>
      </w:r>
    </w:p>
    <w:p>
      <w:r>
        <w:rPr>
          <w:b/>
        </w:rPr>
        <w:t xml:space="preserve">[02:04] </w:t>
      </w:r>
      <w:r>
        <w:t>woh qissa yeh hai ke jab hazrat</w:t>
      </w:r>
    </w:p>
    <w:p>
      <w:pPr>
        <w:jc w:val="right"/>
      </w:pPr>
      <w:r>
        <w:t>وہ قصہ یہ ہے کہ جب حضرت</w:t>
      </w:r>
    </w:p>
    <w:p>
      <w:r>
        <w:rPr>
          <w:b/>
        </w:rPr>
        <w:t xml:space="preserve">[02:11] </w:t>
      </w:r>
      <w:r>
        <w:t>moosa yahood ko misr se nikal kar ke saraye sina ki taraf gaye to darmiyan mein aisa hua</w:t>
      </w:r>
    </w:p>
    <w:p>
      <w:pPr>
        <w:jc w:val="right"/>
      </w:pPr>
      <w:r>
        <w:t>موسیٰ یہود کو مصر سے نکال کر کے سرائے سینا کی طرف گئے تو درمیان میں ایسا ہوا</w:t>
      </w:r>
    </w:p>
    <w:p>
      <w:r>
        <w:rPr>
          <w:b/>
        </w:rPr>
        <w:t xml:space="preserve">[02:21] </w:t>
      </w:r>
      <w:r>
        <w:t>ke woh koh-e-toor par un ko jana hua.</w:t>
      </w:r>
    </w:p>
    <w:p>
      <w:pPr>
        <w:jc w:val="right"/>
      </w:pPr>
      <w:r>
        <w:t>کہ وہ کوہ طور پر ان کو جانا ہوا۔</w:t>
      </w:r>
    </w:p>
    <w:p>
      <w:r>
        <w:rPr>
          <w:b/>
        </w:rPr>
        <w:t xml:space="preserve">[02:32] </w:t>
      </w:r>
      <w:r>
        <w:t>to is mein unhein itni der ke liye woh yahood</w:t>
      </w:r>
    </w:p>
    <w:p>
      <w:pPr>
        <w:jc w:val="right"/>
      </w:pPr>
      <w:r>
        <w:t>تو اس میں انہیں اتنی دیر کے لیے وہ یہود</w:t>
      </w:r>
    </w:p>
    <w:p>
      <w:r>
        <w:rPr>
          <w:b/>
        </w:rPr>
        <w:t xml:space="preserve">[02:42] </w:t>
      </w:r>
      <w:r>
        <w:t>tanha ho gaye.</w:t>
      </w:r>
    </w:p>
    <w:p>
      <w:pPr>
        <w:jc w:val="right"/>
      </w:pPr>
      <w:r>
        <w:t>تنہا ہو گئے۔</w:t>
      </w:r>
    </w:p>
    <w:p>
      <w:r>
        <w:rPr>
          <w:b/>
        </w:rPr>
        <w:t xml:space="preserve">[02:49] </w:t>
      </w:r>
      <w:r>
        <w:t>to is muddat mein yahood ne, yahood ke ek leader ne bichhda baandh dala jis ko woh misr</w:t>
      </w:r>
    </w:p>
    <w:p>
      <w:pPr>
        <w:jc w:val="right"/>
      </w:pPr>
      <w:r>
        <w:t>تو اس مدت میں یہود نے، یہود کے ایک لیڈر نے بچھڑا باندھ ڈالا جس کو وہ مصر</w:t>
      </w:r>
    </w:p>
    <w:p>
      <w:r>
        <w:rPr>
          <w:b/>
        </w:rPr>
        <w:t xml:space="preserve">[02:57] </w:t>
      </w:r>
      <w:r>
        <w:t>mein pujaya jata tha.</w:t>
      </w:r>
    </w:p>
    <w:p>
      <w:pPr>
        <w:jc w:val="right"/>
      </w:pPr>
      <w:r>
        <w:t>میں پجایا جاتا تھا۔</w:t>
      </w:r>
    </w:p>
    <w:p>
      <w:r>
        <w:rPr>
          <w:b/>
        </w:rPr>
        <w:t xml:space="preserve">[03:05] </w:t>
      </w:r>
      <w:r>
        <w:t>aur yeh is ki wajah se, woh is kani shani ki wajah se unhon ne bhi</w:t>
      </w:r>
    </w:p>
    <w:p>
      <w:pPr>
        <w:jc w:val="right"/>
      </w:pPr>
      <w:r>
        <w:t>اور یہ اس کی وجہ سے، وہ اس کنی شنی کی وجہ سے انہوں نے بھی</w:t>
      </w:r>
    </w:p>
    <w:p>
      <w:r>
        <w:rPr>
          <w:b/>
        </w:rPr>
        <w:t xml:space="preserve">[03:12] </w:t>
      </w:r>
      <w:r>
        <w:t>bachhe ko puja. phir jab aaye hazrat musa to bohat ghussa hue ke: "tum ne yeh kaam kiya kiya?" is ka zikr hai quran mein. to is hisse mein yeh aayat hai, woh phir se tarjuma padhiye is ka. aur jab musa ne apni qaum se kaha: "ae meri qaum! tum ne bachhde ko maabood bana kar apni jaanon par</w:t>
      </w:r>
    </w:p>
    <w:p>
      <w:pPr>
        <w:jc w:val="right"/>
      </w:pPr>
      <w:r>
        <w:t>بچے کو پوجا۔ پھر جب آئے حضرت موسیٰ تو بہت غصہ ہوئے کہ: "تم نے یہ کام کیا کیا؟" اس کا ذکر ہے قرآن میں۔ تو اس حصے میں یہ آیت ہے، وہ پھر سے ترجمہ پڑھیے اس کا۔ اور جب موسیٰ نے اپنی قوم سے کہا: "اے میری قوم! تم نے بچھڑے کو معبود بنا کر اپنی جانوں پر</w:t>
      </w:r>
    </w:p>
    <w:p>
      <w:r>
        <w:rPr>
          <w:b/>
        </w:rPr>
        <w:t xml:space="preserve">[03:42] </w:t>
      </w:r>
      <w:r>
        <w:t>zulm kiya hai.</w:t>
      </w:r>
    </w:p>
    <w:p>
      <w:pPr>
        <w:jc w:val="right"/>
      </w:pPr>
      <w:r>
        <w:t>ظلم کیا ہے۔</w:t>
      </w:r>
    </w:p>
    <w:p>
      <w:r>
        <w:rPr>
          <w:b/>
        </w:rPr>
        <w:t xml:space="preserve">[03:47] </w:t>
      </w:r>
      <w:r>
        <w:t>ab apne paida karne wale ke aage tauba karo aur apni jaanon ko qatl karo.</w:t>
      </w:r>
    </w:p>
    <w:p>
      <w:pPr>
        <w:jc w:val="right"/>
      </w:pPr>
      <w:r>
        <w:t>اب اپنے پیدا کرنے والے کے آگے توبہ کرو اور اپنی جانوں کو قتل کرو۔</w:t>
      </w:r>
    </w:p>
    <w:p>
      <w:r>
        <w:rPr>
          <w:b/>
        </w:rPr>
        <w:t xml:space="preserve">[03:53] </w:t>
      </w:r>
      <w:r>
        <w:t>yeh tumhare liye tumhare paida karne wale ke nazdeek behtar hai." to Allah ne tumhari tauba qubool farmai.</w:t>
      </w:r>
    </w:p>
    <w:p>
      <w:pPr>
        <w:jc w:val="right"/>
      </w:pPr>
      <w:r>
        <w:t>یہ تمہارے لیے تمہارے پیدا کرنے والے کے نزدیک بہتر ہے۔" تو اللہ نے تمہاری توبہ قبول فرمائی۔</w:t>
      </w:r>
    </w:p>
    <w:p>
      <w:r>
        <w:rPr>
          <w:b/>
        </w:rPr>
        <w:t xml:space="preserve">[03:58] </w:t>
      </w:r>
      <w:r>
        <w:t>beshak wohi tauba qubool karne wala, reham karne wala hai.</w:t>
      </w:r>
    </w:p>
    <w:p>
      <w:pPr>
        <w:jc w:val="right"/>
      </w:pPr>
      <w:r>
        <w:t>بے شک وہی توبہ قبول کرنے والا، رحم کرنے والا ہے۔</w:t>
      </w:r>
    </w:p>
    <w:p>
      <w:r>
        <w:rPr>
          <w:b/>
        </w:rPr>
        <w:t xml:space="preserve">[04:03] </w:t>
      </w:r>
      <w:r>
        <w:t>When Moses said to his people: "O my people!</w:t>
      </w:r>
    </w:p>
    <w:p>
      <w:pPr>
        <w:jc w:val="right"/>
      </w:pPr>
      <w:r>
        <w:t>وین موزے سیڈ ٹو ہز پیپل: "او مائی پیپل!</w:t>
      </w:r>
    </w:p>
    <w:p>
      <w:r>
        <w:rPr>
          <w:b/>
        </w:rPr>
        <w:t xml:space="preserve">[04:08] </w:t>
      </w:r>
      <w:r>
        <w:t>You have indeed wronged yourself by worshipping the calf.</w:t>
      </w:r>
    </w:p>
    <w:p>
      <w:pPr>
        <w:jc w:val="right"/>
      </w:pPr>
      <w:r>
        <w:t>یو ہیو انڈیڈ رونگ یور سیلف بائی ورشپنگ دا کاف۔</w:t>
      </w:r>
    </w:p>
    <w:p>
      <w:r>
        <w:rPr>
          <w:b/>
        </w:rPr>
        <w:t xml:space="preserve">[04:13] </w:t>
      </w:r>
      <w:r>
        <w:t>Turn in repentance to your creator and slave among you.</w:t>
      </w:r>
    </w:p>
    <w:p>
      <w:pPr>
        <w:jc w:val="right"/>
      </w:pPr>
      <w:r>
        <w:t>ٹرن ان ریپنٹنس ٹو یور کریٹر اینڈ سلیو امنگ یو۔</w:t>
      </w:r>
    </w:p>
    <w:p>
      <w:r>
        <w:rPr>
          <w:b/>
        </w:rPr>
        <w:t xml:space="preserve">[04:21] </w:t>
      </w:r>
      <w:r>
        <w:t>"The course is best for you on the side of your Maker." He relented toward you: "He is</w:t>
      </w:r>
    </w:p>
    <w:p>
      <w:pPr>
        <w:jc w:val="right"/>
      </w:pPr>
      <w:r>
        <w:t>دا کورس از بیسٹ فار یو ان دا سائیڈ اف یور میکر۔" ہی ریلنٹڈ ٹورڈ یو: "ہی از</w:t>
      </w:r>
    </w:p>
    <w:p>
      <w:r>
        <w:rPr>
          <w:b/>
        </w:rPr>
        <w:t xml:space="preserve">[04:28] </w:t>
      </w:r>
      <w:r>
        <w:t>da forgiving one, da merciful." dekhein, is ayat mein jo hai ke: "faqtuloo anfusakum" ke apne logon</w:t>
      </w:r>
    </w:p>
    <w:p>
      <w:pPr>
        <w:jc w:val="right"/>
      </w:pPr>
      <w:r>
        <w:t>دا فارگیونگ ون، دا مرسی فل۔" دیکھیں، اس آیت میں جو ہے کہ: "فَقْتُلْوا أَنْفُسَكُمْ" کہ اپنے لوگوں</w:t>
      </w:r>
    </w:p>
    <w:p>
      <w:r>
        <w:rPr>
          <w:b/>
        </w:rPr>
        <w:t xml:space="preserve">[04:36] </w:t>
      </w:r>
      <w:r>
        <w:t>ko qatl karo. to jo</w:t>
      </w:r>
    </w:p>
    <w:p>
      <w:pPr>
        <w:jc w:val="right"/>
      </w:pPr>
      <w:r>
        <w:t>کو قتل کرو۔ تو جو</w:t>
      </w:r>
    </w:p>
    <w:p>
      <w:r>
        <w:rPr>
          <w:b/>
        </w:rPr>
        <w:t xml:space="preserve">[04:43] </w:t>
      </w:r>
      <w:r>
        <w:t>moajza bible hai, us mein yeh likha hua hai ke har aadmi apne logon ko qatl kare, apne</w:t>
      </w:r>
    </w:p>
    <w:p>
      <w:pPr>
        <w:jc w:val="right"/>
      </w:pPr>
      <w:r>
        <w:t>معجزہ بائبل ہے، اس میں یہ لکھا ہوا ہے کہ ہر آدمی اپنے لوگوں کو قتل کرے، اپنے</w:t>
      </w:r>
    </w:p>
    <w:p>
      <w:r>
        <w:rPr>
          <w:b/>
        </w:rPr>
        <w:t xml:space="preserve">[04:51] </w:t>
      </w:r>
      <w:r>
        <w:t>parosi ko, apne qareebi israeli ko.</w:t>
      </w:r>
    </w:p>
    <w:p>
      <w:pPr>
        <w:jc w:val="right"/>
      </w:pPr>
      <w:r>
        <w:t>پڑوسی کو، اپنے قریبی اسرائیلی کو۔</w:t>
      </w:r>
    </w:p>
    <w:p>
      <w:r>
        <w:rPr>
          <w:b/>
        </w:rPr>
        <w:t xml:space="preserve">[04:58] </w:t>
      </w:r>
      <w:r>
        <w:t>aur taqreeban teen hazar aadmi is tarah qatl kar daale gaye.</w:t>
      </w:r>
    </w:p>
    <w:p>
      <w:pPr>
        <w:jc w:val="right"/>
      </w:pPr>
      <w:r>
        <w:t>اور تقریباً تین ہزار آدمی اس طرح قتل کر ڈالے گئے۔</w:t>
      </w:r>
    </w:p>
    <w:p>
      <w:r>
        <w:rPr>
          <w:b/>
        </w:rPr>
        <w:t xml:space="preserve">[05:06] </w:t>
      </w:r>
      <w:r>
        <w:t>to chunke yahan par qatl ka lafz hai, to ak</w:t>
      </w:r>
    </w:p>
    <w:p>
      <w:pPr>
        <w:jc w:val="right"/>
      </w:pPr>
      <w:r>
        <w:t>تو چونکہ یہاں پر قتل کا لفظ ہے، تو اک</w:t>
      </w:r>
    </w:p>
    <w:p>
      <w:r>
        <w:rPr>
          <w:b/>
        </w:rPr>
        <w:t xml:space="preserve">[05:14] </w:t>
      </w:r>
      <w:r>
        <w:t>thir mufassireen ne bhi yeh mani le liye ke in ko hukum hua tha ke apne logon ko qatal karo.</w:t>
      </w:r>
    </w:p>
    <w:p>
      <w:pPr>
        <w:jc w:val="right"/>
      </w:pPr>
      <w:r>
        <w:t>ثر مفسرین نے بھی یہ معنی لے لیے کہ ان کو حکم ہوا تھا کہ اپنے لوگوں کو قتل کرو۔</w:t>
      </w:r>
    </w:p>
    <w:p>
      <w:r>
        <w:rPr>
          <w:b/>
        </w:rPr>
        <w:t xml:space="preserve">[05:21] </w:t>
      </w:r>
      <w:r>
        <w:t>yani jinhon ne bashre ki pooja ki hai, yani shirk jali ka waqia kiya hai.</w:t>
      </w:r>
    </w:p>
    <w:p>
      <w:pPr>
        <w:jc w:val="right"/>
      </w:pPr>
      <w:r>
        <w:t>یعنی جنہوں نے بشرے کی پوجا کی ہے، یعنی شرک جلی کا واقعہ کیا ہے۔</w:t>
      </w:r>
    </w:p>
    <w:p>
      <w:r>
        <w:rPr>
          <w:b/>
        </w:rPr>
        <w:t xml:space="preserve">[05:29] </w:t>
      </w:r>
      <w:r>
        <w:t>bashre ki pooja shirk jali tha.</w:t>
      </w:r>
    </w:p>
    <w:p>
      <w:pPr>
        <w:jc w:val="right"/>
      </w:pPr>
      <w:r>
        <w:t>بشرے کی پوجا شرک جلی تھا۔</w:t>
      </w:r>
    </w:p>
    <w:p>
      <w:r>
        <w:rPr>
          <w:b/>
        </w:rPr>
        <w:t xml:space="preserve">[05:37] </w:t>
      </w:r>
      <w:r>
        <w:t>to gaon ko hukum hua ke jo log shirk jali ka irtikab kiye hain, un ko qatal karo.</w:t>
      </w:r>
    </w:p>
    <w:p>
      <w:pPr>
        <w:jc w:val="right"/>
      </w:pPr>
      <w:r>
        <w:t>تو گاؤں کو حکم ہوا کہ جو لوگ شرک جلی کا ارتکاب کیے ہیں، ان کو قتل کرو۔</w:t>
      </w:r>
    </w:p>
    <w:p>
      <w:r>
        <w:rPr>
          <w:b/>
        </w:rPr>
        <w:t xml:space="preserve">[05:44] </w:t>
      </w:r>
      <w:r>
        <w:t>is ko lafzi mani mein liya hai aksar mufassireen ne.</w:t>
      </w:r>
    </w:p>
    <w:p>
      <w:pPr>
        <w:jc w:val="right"/>
      </w:pPr>
      <w:r>
        <w:t>اس کو لفظی معنی میں لیا ہے اکثر مفسرین نے۔</w:t>
      </w:r>
    </w:p>
    <w:p>
      <w:r>
        <w:rPr>
          <w:b/>
        </w:rPr>
        <w:t xml:space="preserve">[05:52] </w:t>
      </w:r>
      <w:r>
        <w:t>lekin yeh barah-e-rast yeh tafseer sahi nahi hai.</w:t>
      </w:r>
    </w:p>
    <w:p>
      <w:pPr>
        <w:jc w:val="right"/>
      </w:pPr>
      <w:r>
        <w:t>لیکن یہ براہِ راست یہ تفسیر صحیح نہیں ہے۔</w:t>
      </w:r>
    </w:p>
    <w:p>
      <w:r>
        <w:rPr>
          <w:b/>
        </w:rPr>
        <w:t xml:space="preserve">[06:00] </w:t>
      </w:r>
      <w:r>
        <w:t>is liye ke aap dekhiye ke quran mein "fataqtaloo" ke baad hi yeh lafz aaya hai ke: "fatuboo ila bariikum".</w:t>
      </w:r>
    </w:p>
    <w:p>
      <w:pPr>
        <w:jc w:val="right"/>
      </w:pPr>
      <w:r>
        <w:t>اس لیے کہ آپ دیکھیے کہ قرآن میں "فَقْتُلُوا" کے بعد ہی یہ لفظ آیا ہے کہ: "فَتُوبُوا إِلَى بَارِئِكُمْ"۔</w:t>
      </w:r>
    </w:p>
    <w:p>
      <w:r>
        <w:rPr>
          <w:b/>
        </w:rPr>
        <w:t xml:space="preserve">[06:07] </w:t>
      </w:r>
      <w:r>
        <w:t>to jab qatal ka hukum hai</w:t>
      </w:r>
    </w:p>
    <w:p>
      <w:pPr>
        <w:jc w:val="right"/>
      </w:pPr>
      <w:r>
        <w:t>تو جب قتل کا حکم ہے</w:t>
      </w:r>
    </w:p>
    <w:p>
      <w:r>
        <w:rPr>
          <w:b/>
        </w:rPr>
        <w:t xml:space="preserve">[06:15] </w:t>
      </w:r>
      <w:r>
        <w:t>to is ka kya matlab hua? ke apne rab se toba karo.</w:t>
      </w:r>
    </w:p>
    <w:p>
      <w:pPr>
        <w:jc w:val="right"/>
      </w:pPr>
      <w:r>
        <w:t>تو اس کا کیا مطلب ہوا؟ کہ اپنے رب سے توبہ کرو۔</w:t>
      </w:r>
    </w:p>
    <w:p>
      <w:r>
        <w:rPr>
          <w:b/>
        </w:rPr>
        <w:t xml:space="preserve">[06:22] </w:t>
      </w:r>
      <w:r>
        <w:t>do mutzad baatein ho jati hain.</w:t>
      </w:r>
    </w:p>
    <w:p>
      <w:pPr>
        <w:jc w:val="right"/>
      </w:pPr>
      <w:r>
        <w:t>دو متضاد باتیں ہو جاتی ہیں۔</w:t>
      </w:r>
    </w:p>
    <w:p>
      <w:r>
        <w:rPr>
          <w:b/>
        </w:rPr>
        <w:t xml:space="preserve">[06:28] </w:t>
      </w:r>
      <w:r>
        <w:t>aur phir yeh bhi hai ke: "fataba alaikum" yeh lafz hai ji ke phir Allah ne toba qabool kar li.</w:t>
      </w:r>
    </w:p>
    <w:p>
      <w:pPr>
        <w:jc w:val="right"/>
      </w:pPr>
      <w:r>
        <w:t>اور پھر یہ بھی ہے کہ: "فَتَابَ عَلَيْكُمْ" یہ لفظ ہے جی کہ پھر اللہ نے توبہ قبول کر لی۔</w:t>
      </w:r>
    </w:p>
    <w:p>
      <w:r>
        <w:rPr>
          <w:b/>
        </w:rPr>
        <w:t xml:space="preserve">[06:34] </w:t>
      </w:r>
      <w:r>
        <w:t>aap ghor kijiye ke jab Allah ne toba qabool kar li to phir bhi un ko qatal kiya</w:t>
      </w:r>
    </w:p>
    <w:p>
      <w:pPr>
        <w:jc w:val="right"/>
      </w:pPr>
      <w:r>
        <w:t>آپ غور کیجئے کہ جب اللہ نے توبہ قبول کر لی تو پھر بھی ان کو قتل کیا</w:t>
      </w:r>
    </w:p>
    <w:p>
      <w:r>
        <w:rPr>
          <w:b/>
        </w:rPr>
        <w:t xml:space="preserve">[06:41] </w:t>
      </w:r>
      <w:r>
        <w:t>jayega? un ko</w:t>
      </w:r>
    </w:p>
    <w:p>
      <w:pPr>
        <w:jc w:val="right"/>
      </w:pPr>
      <w:r>
        <w:t>جائے گا؟ ان کو</w:t>
      </w:r>
    </w:p>
    <w:p>
      <w:r>
        <w:rPr>
          <w:b/>
        </w:rPr>
        <w:t xml:space="preserve">[06:47] </w:t>
      </w:r>
      <w:r>
        <w:t>kya alfaaz hote hain? yeh: "fatuboo ila bariikum fataqtaloo anfusakum zalikum khairun lakum inda bariikum fataba alaikum".</w:t>
      </w:r>
    </w:p>
    <w:p>
      <w:pPr>
        <w:jc w:val="right"/>
      </w:pPr>
      <w:r>
        <w:t>کیا الفاظ ہوتے ہیں؟ یہ: "فَتُوبُوا إِلَى بَارِئِكُمْ فَقْتُلُوا أَنْفُسَكُمْ ذٰلِكُمْ خَيْرٌ لَكُمْ عِندَ بَارِئِكُمْ فَتَابَ عَلَيْكُمْ"۔</w:t>
      </w:r>
    </w:p>
    <w:p>
      <w:r>
        <w:rPr>
          <w:b/>
        </w:rPr>
        <w:t xml:space="preserve">[06:55] </w:t>
      </w:r>
      <w:r>
        <w:t>haan, "fataba alaikum" pehle yeh aaya hai ke toba karo.</w:t>
      </w:r>
    </w:p>
    <w:p>
      <w:pPr>
        <w:jc w:val="right"/>
      </w:pPr>
      <w:r>
        <w:t>ہاں، "فَتَابَ عَلَيْكُمْ" پہلے یہ آیا ہے کہ توبہ کرو۔</w:t>
      </w:r>
    </w:p>
    <w:p>
      <w:r>
        <w:rPr>
          <w:b/>
        </w:rPr>
        <w:t xml:space="preserve">[07:03] </w:t>
      </w:r>
      <w:r>
        <w:t>aur phir isi sequence mein yeh bhi aaya ke: "fataba alaikum" phir Allah ne un ki toba qabool kar li.</w:t>
      </w:r>
    </w:p>
    <w:p>
      <w:pPr>
        <w:jc w:val="right"/>
      </w:pPr>
      <w:r>
        <w:t>اور پھر اسی سیکوئنس میں یہ بھی آیا کہ: "فَتَابَ عَلَيْكُمْ" پھر اللہ نے ان کی توبہ قبول کر لی۔</w:t>
      </w:r>
    </w:p>
    <w:p>
      <w:r>
        <w:rPr>
          <w:b/>
        </w:rPr>
        <w:t xml:space="preserve">[07:10] </w:t>
      </w:r>
      <w:r>
        <w:t>to aap ghor kijiye ke jab Allah ne toba qabool kar li</w:t>
      </w:r>
    </w:p>
    <w:p>
      <w:pPr>
        <w:jc w:val="right"/>
      </w:pPr>
      <w:r>
        <w:t>تو آپ غور کیجئے کہ جب اللہ نے توبہ قبول کر لی</w:t>
      </w:r>
    </w:p>
    <w:p>
      <w:r>
        <w:rPr>
          <w:b/>
        </w:rPr>
        <w:t xml:space="preserve">[07:18] </w:t>
      </w:r>
      <w:r>
        <w:t>to phir bhi un ko qatal kiya jayega? koi sense nahi hai is qatal ka.</w:t>
      </w:r>
    </w:p>
    <w:p>
      <w:pPr>
        <w:jc w:val="right"/>
      </w:pPr>
      <w:r>
        <w:t>تو پھر بھی ان کو قتل کیا جائے گا؟ کوئی سینس نہیں ہے اس قتل کا۔</w:t>
      </w:r>
    </w:p>
    <w:p>
      <w:r>
        <w:rPr>
          <w:b/>
        </w:rPr>
        <w:t xml:space="preserve">[07:25] </w:t>
      </w:r>
      <w:r>
        <w:t>to baat kya hai? baat yeh hai ke jo "fataqtaloo anfusakum" ka lafz hai, woh majazi mani mein hai.</w:t>
      </w:r>
    </w:p>
    <w:p>
      <w:pPr>
        <w:jc w:val="right"/>
      </w:pPr>
      <w:r>
        <w:t>تو بات کیا ہے؟ بات یہ ہے کہ جو "فَقْتُلُوا أَنْفُسَكُمْ" کا لفظ ہے، وہ مجازی معنی میں ہے۔</w:t>
      </w:r>
    </w:p>
    <w:p>
      <w:r>
        <w:rPr>
          <w:b/>
        </w:rPr>
        <w:t xml:space="preserve">[07:33] </w:t>
      </w:r>
      <w:r>
        <w:t>woh lafzi mani mein nahi hai.</w:t>
      </w:r>
    </w:p>
    <w:p>
      <w:pPr>
        <w:jc w:val="right"/>
      </w:pPr>
      <w:r>
        <w:t>وہ لفظی معنی میں نہیں ہے۔</w:t>
      </w:r>
    </w:p>
    <w:p>
      <w:r>
        <w:rPr>
          <w:b/>
        </w:rPr>
        <w:t xml:space="preserve">[07:40] </w:t>
      </w:r>
      <w:r>
        <w:t>"fatuboo fataqtaloo anfusakum" ka jo lafz hai ke qatal karo apne nafoos ko</w:t>
      </w:r>
    </w:p>
    <w:p>
      <w:pPr>
        <w:jc w:val="right"/>
      </w:pPr>
      <w:r>
        <w:t>"فَتُوبُوا فَقْتُلُوا أَنْفُسَكُمْ" کا جو لفظ ہے کہ قتل کرو اپنے نفوس کو</w:t>
      </w:r>
    </w:p>
    <w:p>
      <w:r>
        <w:rPr>
          <w:b/>
        </w:rPr>
        <w:t xml:space="preserve">[07:48] </w:t>
      </w:r>
      <w:r>
        <w:t>yeh majazi mani mein hai. is ka matlab yeh hai ke log apne aap ko khoob khoob muhasba karen, apni hembering karen, apna sakht ehtisab karen, sakht toba nasuh karen. bohat zyada. yani</w:t>
      </w:r>
    </w:p>
    <w:p>
      <w:pPr>
        <w:jc w:val="right"/>
      </w:pPr>
      <w:r>
        <w:t>، یہ مجازی معنی میں ہے۔ اس کا مطلب یہ ہے کہ لوگ اپنے آپ کو خوب خوب محاسبہ کریں، اپنی ہیمبرنگ کریں، اپنا سخت احتساب کریں، سخت توبہ نصوح کریں۔ بہت زیادہ۔ یعنی</w:t>
      </w:r>
    </w:p>
    <w:p>
      <w:r>
        <w:rPr>
          <w:b/>
        </w:rPr>
        <w:t xml:space="preserve">[08:18] </w:t>
      </w:r>
      <w:r>
        <w:t>tooba ekstremsit sense mein karne ke liye yahan qatal ka lafz aaya hai. poori majmooi mein aap dekhen to yahan lafzi maani mein lene ka koi sense nahi banta. majazi maani mein lena padega. achha, aur jahan tak quran ki baat hai to quran mein dekhiye ek aa</w:t>
      </w:r>
    </w:p>
    <w:p>
      <w:pPr>
        <w:jc w:val="right"/>
      </w:pPr>
      <w:r>
        <w:t>توبہ ایکسٹریمسٹ سینس میں کرنے کے لیے یہاں قتل کا لفظ آیا ہے۔ پوری مجموعی میں آپ دیکھیں تو یہاں لفظی معنی میں لینے کا کوئی سینس نہیں بنتا۔ مجازی معنی میں لینا پڑے پڑے گا۔ اچھا، اور جہاں تک قرآن کی بات ہے تو قرآن میں دیکھیے ایک آ</w:t>
      </w:r>
    </w:p>
    <w:p>
      <w:r>
        <w:rPr>
          <w:b/>
        </w:rPr>
        <w:t xml:space="preserve">[08:48] </w:t>
      </w:r>
      <w:r>
        <w:t>yat hai jo is tafseer se takrati hai.</w:t>
      </w:r>
    </w:p>
    <w:p>
      <w:pPr>
        <w:jc w:val="right"/>
      </w:pPr>
      <w:r>
        <w:t>یت ہے جو اس تفسیر سے ٹکراتی ہے۔</w:t>
      </w:r>
    </w:p>
    <w:p>
      <w:r>
        <w:rPr>
          <w:b/>
        </w:rPr>
        <w:t xml:space="preserve">[08:58] </w:t>
      </w:r>
      <w:r>
        <w:t>agar yeh samajh liya jaye ke israel se ek ghalati hui, yani shirk kar dala unhon ne, phir</w:t>
      </w:r>
    </w:p>
    <w:p>
      <w:pPr>
        <w:jc w:val="right"/>
      </w:pPr>
      <w:r>
        <w:t>اگر یہ سمجھ لیا جائے کہ اسرائیل سے ایک غلطی ہوئی، یعنی شرک کر ڈالا انہوں نے، پھر</w:t>
      </w:r>
    </w:p>
    <w:p>
      <w:r>
        <w:rPr>
          <w:b/>
        </w:rPr>
        <w:t xml:space="preserve">[09:08] </w:t>
      </w:r>
      <w:r>
        <w:t>un ko hukum hua ke tum tum ne ek bohat serious jurm kiya hai to apna</w:t>
      </w:r>
    </w:p>
    <w:p>
      <w:pPr>
        <w:jc w:val="right"/>
      </w:pPr>
      <w:r>
        <w:t>ان کو حکم ہوا کہ تم تم نے ایک بہت سیریس جرم کیا ہے تو اپنا</w:t>
      </w:r>
    </w:p>
    <w:p>
      <w:r>
        <w:rPr>
          <w:b/>
        </w:rPr>
        <w:t xml:space="preserve">[09:18] </w:t>
      </w:r>
      <w:r>
        <w:t>apne in logon ko.</w:t>
      </w:r>
    </w:p>
    <w:p>
      <w:pPr>
        <w:jc w:val="right"/>
      </w:pPr>
      <w:r>
        <w:t>اپنے ان لوگوں کو۔</w:t>
      </w:r>
    </w:p>
    <w:p>
      <w:r>
        <w:rPr>
          <w:b/>
        </w:rPr>
        <w:t xml:space="preserve">[09:24] </w:t>
      </w:r>
      <w:r>
        <w:t>تو بائبل کے الفاظ میں present Bible present کہ جنہوں جو لوگ اس جرم کا ارتکاب نہیں کیا</w:t>
      </w:r>
    </w:p>
    <w:p>
      <w:pPr>
        <w:jc w:val="right"/>
      </w:pPr>
      <w:r>
        <w:t>تو بائبل کے الفاظ میں پریزنٹ بائبل پریزنٹ کہ جنہوں جو لوگ اس جرم کا ارتکاب نہیں کیا</w:t>
      </w:r>
    </w:p>
    <w:p>
      <w:r>
        <w:rPr>
          <w:b/>
        </w:rPr>
        <w:t xml:space="preserve">[09:31] </w:t>
      </w:r>
      <w:r>
        <w:t>tha, woh qatl karein un ko jinho ne irtikab kiya hai.</w:t>
      </w:r>
    </w:p>
    <w:p>
      <w:pPr>
        <w:jc w:val="right"/>
      </w:pPr>
      <w:r>
        <w:t>تھا، وہ قتل کریں ان کو جنہوں نے ارتکاب کیا ہے۔</w:t>
      </w:r>
    </w:p>
    <w:p>
      <w:r>
        <w:rPr>
          <w:b/>
        </w:rPr>
        <w:t xml:space="preserve">[09:37] </w:t>
      </w:r>
      <w:r>
        <w:t>to aapas mein aik doosre ko qatl karein, aapas mein.</w:t>
      </w:r>
    </w:p>
    <w:p>
      <w:pPr>
        <w:jc w:val="right"/>
      </w:pPr>
      <w:r>
        <w:t>تو آپس میں ایک دوسرے کو قتل کریں، آپس میں۔</w:t>
      </w:r>
    </w:p>
    <w:p>
      <w:r>
        <w:rPr>
          <w:b/>
        </w:rPr>
        <w:t xml:space="preserve">[09:43] </w:t>
      </w:r>
      <w:r>
        <w:t>to agar yaani shirk aik aisa waqia hai, aik aisa jurm hai, shirk jali</w:t>
      </w:r>
    </w:p>
    <w:p>
      <w:pPr>
        <w:jc w:val="right"/>
      </w:pPr>
      <w:r>
        <w:t>تو اگر یعنی شرک ایک ایسا واقعہ ہے، ایک ایسا جرم ہے، شرک جلی</w:t>
      </w:r>
    </w:p>
    <w:p>
      <w:r>
        <w:rPr>
          <w:b/>
        </w:rPr>
        <w:t xml:space="preserve">[09:50] </w:t>
      </w:r>
      <w:r>
        <w:t>ek aisa jurm hai jis ka wahid saza qatal hai. qatal ke baghair is ki maafi nahi. agar is maani mein liya jaye to quran mein jo Allah ne qanoon bataya hai, yeh is se takrata hai, is se takrata hai. ab ek ayat hai quran mein, us ko padhiye aap: bismillah rahman al rahim. qul ya ibadi alladhina asraf ala anfusihim</w:t>
      </w:r>
    </w:p>
    <w:p>
      <w:pPr>
        <w:jc w:val="right"/>
      </w:pPr>
      <w:r>
        <w:t>ایک ایسا جرم ہے جس کا واحد سزا قتل ہے۔ قتل کے بغیر اس کی معافی نہیں۔ اگر اس معنی میں لیا جائے تو قرآن میں جو اللہ نے قانون بتایا ہے، یہ اس سے ٹکراتا ہے، اس سے ٹکراتا ہے۔ اب ایک آیت ہے قرآن میں، اس کو پڑھیے آپ: بسم اللہ الرحمن الرحیم۔ قل یا عبادی الذین اصرف علی انفسہم</w:t>
      </w:r>
    </w:p>
    <w:p>
      <w:r>
        <w:rPr>
          <w:b/>
        </w:rPr>
        <w:t xml:space="preserve">[10:20] </w:t>
      </w:r>
      <w:r>
        <w:t>la taqnatu min rahmat Allah. in Allah yaghfir al dhunub jami'a, innahu al ghafur al rahim. tawajjuh! urdu angrezi surah al zumar, chapter number 39, verse number 53. kaho: aye mere bando! jinho ne apni janon par ziyadati ki hai, Allah ki rehmat se mayoos na ho. beshak Allah tamam gunahon ko maaf kar deta hai. woh bara bakhshne wala, m</w:t>
      </w:r>
    </w:p>
    <w:p>
      <w:pPr>
        <w:jc w:val="right"/>
      </w:pPr>
      <w:r>
        <w:t>لا تقنت من رحمت اللہ۔ ان اللہ یغفر الذنوب جمیعا، انہو الغفور الرحیم۔ توجہ! اردو انگریزی سورہ الزمر، چیپٹر نمبر 39، ورس نمبر 53۔ کہو: اے میرے بندوں! جنہوں نے اپنی جانوں پر زیادتی کی ہے، اللہ کی رحمت سے مایوس نہ ہو۔ بے شک اللہ تمام گناہوں کو معاف کر دیتا ہے۔ وہ بڑا بخشنے والا، م</w:t>
      </w:r>
    </w:p>
    <w:p>
      <w:r>
        <w:rPr>
          <w:b/>
        </w:rPr>
        <w:t xml:space="preserve">[10:50] </w:t>
      </w:r>
      <w:r>
        <w:t>harban hai.</w:t>
      </w:r>
    </w:p>
    <w:p>
      <w:pPr>
        <w:jc w:val="right"/>
      </w:pPr>
      <w:r>
        <w:t>ہربان ہے۔</w:t>
      </w:r>
    </w:p>
    <w:p>
      <w:r>
        <w:rPr>
          <w:b/>
        </w:rPr>
        <w:t xml:space="preserve">[10:55] </w:t>
      </w:r>
      <w:r>
        <w:t>se: o my servants!</w:t>
      </w:r>
    </w:p>
    <w:p>
      <w:pPr>
        <w:jc w:val="right"/>
      </w:pPr>
      <w:r>
        <w:t>سے: او مائی سرونٹس!</w:t>
      </w:r>
    </w:p>
    <w:p>
      <w:r>
        <w:rPr>
          <w:b/>
        </w:rPr>
        <w:t xml:space="preserve">[11:00] </w:t>
      </w:r>
      <w:r>
        <w:t>who have committed excesses against their own souls.</w:t>
      </w:r>
    </w:p>
    <w:p>
      <w:pPr>
        <w:jc w:val="right"/>
      </w:pPr>
      <w:r>
        <w:t>ہو ہیو کمیٹڈ ایکسیسز اگینسٹ دیر اون سولز۔</w:t>
      </w:r>
    </w:p>
    <w:p>
      <w:r>
        <w:rPr>
          <w:b/>
        </w:rPr>
        <w:t xml:space="preserve">[11:05] </w:t>
      </w:r>
      <w:r>
        <w:t>Do not despair of God's mercy, for God surely forgives all sins.</w:t>
      </w:r>
    </w:p>
    <w:p>
      <w:pPr>
        <w:jc w:val="right"/>
      </w:pPr>
      <w:r>
        <w:t>ڈو ناٹ ڈسپیئر اف گاڈز مرسی، فار گاڈ شورلی فارگیوز ال سنز۔</w:t>
      </w:r>
    </w:p>
    <w:p>
      <w:r>
        <w:rPr>
          <w:b/>
        </w:rPr>
        <w:t xml:space="preserve">[11:10] </w:t>
      </w:r>
      <w:r>
        <w:t>He is truly the Most Forgiving, the Most Merciful.</w:t>
      </w:r>
    </w:p>
    <w:p>
      <w:pPr>
        <w:jc w:val="right"/>
      </w:pPr>
      <w:r>
        <w:t>ہی از ٹرولی دا موسٹ فارگیونگ، دا موسٹ مرسی فل۔</w:t>
      </w:r>
    </w:p>
    <w:p>
      <w:r>
        <w:rPr>
          <w:b/>
        </w:rPr>
        <w:t xml:space="preserve">[11:15] </w:t>
      </w:r>
      <w:r>
        <w:t>ab dekhiye, yahan Allah ki rehmat ka yeh tareef</w:t>
      </w:r>
    </w:p>
    <w:p>
      <w:pPr>
        <w:jc w:val="right"/>
      </w:pPr>
      <w:r>
        <w:t>اب دیکھیے، یہاں اللہ کی رحمت کا یہ تعریف</w:t>
      </w:r>
    </w:p>
    <w:p>
      <w:r>
        <w:rPr>
          <w:b/>
        </w:rPr>
        <w:t xml:space="preserve">[11:20] </w:t>
      </w:r>
      <w:r>
        <w:t>bataya gaya hai ke yaghfir-uz-zunuba jameea, jameea yaani saare hi gunahon ko maaf kar deta hai.</w:t>
      </w:r>
    </w:p>
    <w:p>
      <w:pPr>
        <w:jc w:val="right"/>
      </w:pPr>
      <w:r>
        <w:t>بتایا گیا ہے کہ یغفر الذنوب جمیعا، جمیعا یعنی سارے ہی گناہوں کو معاف کر دیتا ہے۔</w:t>
      </w:r>
    </w:p>
    <w:p>
      <w:r>
        <w:rPr>
          <w:b/>
        </w:rPr>
        <w:t xml:space="preserve">[11:26] </w:t>
      </w:r>
      <w:r>
        <w:t>is ki rehmat itni wasee hai.</w:t>
      </w:r>
    </w:p>
    <w:p>
      <w:pPr>
        <w:jc w:val="right"/>
      </w:pPr>
      <w:r>
        <w:t>اس کی رحمت اتنی وسیع ہے۔</w:t>
      </w:r>
    </w:p>
    <w:p>
      <w:r>
        <w:rPr>
          <w:b/>
        </w:rPr>
        <w:t xml:space="preserve">[11:32] </w:t>
      </w:r>
      <w:r>
        <w:t>woh ghaffar hai, yaani ghafir hi nahi hai, ghaffar hai.</w:t>
      </w:r>
    </w:p>
    <w:p>
      <w:pPr>
        <w:jc w:val="right"/>
      </w:pPr>
      <w:r>
        <w:t>وہ غفار ہے، یعنی غافر ہی نہیں ہے، غفار ہے۔</w:t>
      </w:r>
    </w:p>
    <w:p>
      <w:r>
        <w:rPr>
          <w:b/>
        </w:rPr>
        <w:t xml:space="preserve">[11:38] </w:t>
      </w:r>
      <w:r>
        <w:t>ghaffar jo hai, mubalgha ka seigha hai.</w:t>
      </w:r>
    </w:p>
    <w:p>
      <w:pPr>
        <w:jc w:val="right"/>
      </w:pPr>
      <w:r>
        <w:t>غفار جو ہے، مبالغہ کا صیغہ ہے۔</w:t>
      </w:r>
    </w:p>
    <w:p>
      <w:r>
        <w:rPr>
          <w:b/>
        </w:rPr>
        <w:t xml:space="preserve">[11:44] </w:t>
      </w:r>
      <w:r>
        <w:t>to Allah ka jo taaruf, Allah ki rehmat ka,</w:t>
      </w:r>
    </w:p>
    <w:p>
      <w:pPr>
        <w:jc w:val="right"/>
      </w:pPr>
      <w:r>
        <w:t>تو اللہ کا جو تعارف، اللہ کی رحمت کا،</w:t>
      </w:r>
    </w:p>
    <w:p>
      <w:r>
        <w:rPr>
          <w:b/>
        </w:rPr>
        <w:t xml:space="preserve">[11:50] </w:t>
      </w:r>
      <w:r>
        <w:t>maghfirat ka jo taaruf Quran majeed mein hai, woh yeh hai ke kisi bhi wajah se Allah ki</w:t>
      </w:r>
    </w:p>
    <w:p>
      <w:pPr>
        <w:jc w:val="right"/>
      </w:pPr>
      <w:r>
        <w:t>مغفرت کا جو تعارف قرآن مجید میں ہے، وہ یہ ہے کہ کسی بھی وجہ سے اللہ کی</w:t>
      </w:r>
    </w:p>
    <w:p>
      <w:r>
        <w:rPr>
          <w:b/>
        </w:rPr>
        <w:t xml:space="preserve">[11:58] </w:t>
      </w:r>
      <w:r>
        <w:t>rehmat se bondon ko chahiye ke woh mayoos na hon.</w:t>
      </w:r>
    </w:p>
    <w:p>
      <w:pPr>
        <w:jc w:val="right"/>
      </w:pPr>
      <w:r>
        <w:t>رحمت سے بندوں کو چاہیے کہ وہ مایوس نہ ہوں۔</w:t>
      </w:r>
    </w:p>
    <w:p>
      <w:r>
        <w:rPr>
          <w:b/>
        </w:rPr>
        <w:t xml:space="preserve">[12:05] </w:t>
      </w:r>
      <w:r>
        <w:t>kyun ke jamee' zunub, dekhein, yahan jamee' ka lafz hai, saare hi gunah, jamee' zunub ko woh maaf kar</w:t>
      </w:r>
    </w:p>
    <w:p>
      <w:pPr>
        <w:jc w:val="right"/>
      </w:pPr>
      <w:r>
        <w:t>کیونکہ جمیع ذنوب، دیکھیں، یہاں جمیع کا لفظ ہے، سارے ہی گناہ، جمیع ذنوب کو وہ معاف کر</w:t>
      </w:r>
    </w:p>
    <w:p>
      <w:r>
        <w:rPr>
          <w:b/>
        </w:rPr>
        <w:t xml:space="preserve">[12:13] </w:t>
      </w:r>
      <w:r>
        <w:t>deta hai, without yaani aik</w:t>
      </w:r>
    </w:p>
    <w:p>
      <w:pPr>
        <w:jc w:val="right"/>
      </w:pPr>
      <w:r>
        <w:t>دیتا ہے، ودا آؤٹ یعنی ایک</w:t>
      </w:r>
    </w:p>
    <w:p>
      <w:r>
        <w:rPr>
          <w:b/>
        </w:rPr>
        <w:t xml:space="preserve">[12:21] </w:t>
      </w:r>
      <w:r>
        <w:t>seception.</w:t>
      </w:r>
    </w:p>
    <w:p>
      <w:pPr>
        <w:jc w:val="right"/>
      </w:pPr>
      <w:r>
        <w:t>سیپشن۔</w:t>
      </w:r>
    </w:p>
    <w:p>
      <w:r>
        <w:rPr>
          <w:b/>
        </w:rPr>
        <w:t xml:space="preserve">[12:27] </w:t>
      </w:r>
      <w:r>
        <w:t>is se bhi takrata hai, is se bhi takrata hai.</w:t>
      </w:r>
    </w:p>
    <w:p>
      <w:pPr>
        <w:jc w:val="right"/>
      </w:pPr>
      <w:r>
        <w:t>اس سے بھی ٹکراتا ہے، اس سے بھی ٹکراتا ہے۔</w:t>
      </w:r>
    </w:p>
    <w:p>
      <w:r>
        <w:rPr>
          <w:b/>
        </w:rPr>
        <w:t xml:space="preserve">[12:33] </w:t>
      </w:r>
      <w:r>
        <w:t>to is liye yeh lana parega ke Surah Al-Baqarah mein Yahood ki tareekh ke jo waqia zikr</w:t>
      </w:r>
    </w:p>
    <w:p>
      <w:pPr>
        <w:jc w:val="right"/>
      </w:pPr>
      <w:r>
        <w:t>تو اس لیے یہ لانا پڑے گا کہ سورہ البقرہ میں یہود کی تاریخ کے جو واقعہ ذکر</w:t>
      </w:r>
    </w:p>
    <w:p>
      <w:r>
        <w:rPr>
          <w:b/>
        </w:rPr>
        <w:t xml:space="preserve">[12:39] </w:t>
      </w:r>
      <w:r>
        <w:t>hai, woh majazi mani mein hai.</w:t>
      </w:r>
    </w:p>
    <w:p>
      <w:pPr>
        <w:jc w:val="right"/>
      </w:pPr>
      <w:r>
        <w:t>ہے، وہ مجازی معنی میں ہے۔</w:t>
      </w:r>
    </w:p>
    <w:p>
      <w:r>
        <w:rPr>
          <w:b/>
        </w:rPr>
        <w:t xml:space="preserve">[12:45] </w:t>
      </w:r>
      <w:r>
        <w:t>yaani wahan qatl ka lafz shadeed ehtisab</w:t>
      </w:r>
    </w:p>
    <w:p>
      <w:pPr>
        <w:jc w:val="right"/>
      </w:pPr>
      <w:r>
        <w:t>یعنی وہاں قتل کا لفظ شدید احتساب</w:t>
      </w:r>
    </w:p>
    <w:p>
      <w:r>
        <w:rPr>
          <w:b/>
        </w:rPr>
        <w:t xml:space="preserve">[12:51] </w:t>
      </w:r>
      <w:r>
        <w:t>shadeed muhasba ke maani mein hai. qatal ka lafz wahan shadeed muhasba ke maani mein hai. jis ko main kahunga ke self-hembring, self-hembring, is maani mein hai. khoob khoob hembring karo, khoob khoob tooba karo, ro ghadgadhão. bohat</w:t>
      </w:r>
    </w:p>
    <w:p>
      <w:pPr>
        <w:jc w:val="right"/>
      </w:pPr>
      <w:r>
        <w:t>، شدید محاسبہ کے معنی میں ہے۔ قتل کا لفظ وہاں شدید محاسبہ کے معنی میں ہے۔ جس کو میں کہوں گا کہ سیلف ہیمبرنگ، سیلف ہیمبرنگ، اس معنی میں ہے۔ خوب خوب ہیمبرنگ کرو، خوب خوب توبہ کرو، رو گڑگڑاؤ۔ بہت</w:t>
      </w:r>
    </w:p>
    <w:p>
      <w:r>
        <w:rPr>
          <w:b/>
        </w:rPr>
        <w:t xml:space="preserve">[13:21] </w:t>
      </w:r>
      <w:r>
        <w:t>زیادہ سخت قسم کا repentance تمہارے اندر آنا چاہیے۔</w:t>
      </w:r>
    </w:p>
    <w:p>
      <w:pPr>
        <w:jc w:val="right"/>
      </w:pPr>
      <w:r>
        <w:t>زیادہ سخت قسم کا ریپنٹنس تمہارے اندر آنا چاہیے۔</w:t>
      </w:r>
    </w:p>
    <w:p>
      <w:r>
        <w:rPr>
          <w:b/>
        </w:rPr>
        <w:t xml:space="preserve">[13:29] </w:t>
      </w:r>
      <w:r>
        <w:t>aisa hoga to Allah tumhare gunahon ko maaf kar dega.</w:t>
      </w:r>
    </w:p>
    <w:p>
      <w:pPr>
        <w:jc w:val="right"/>
      </w:pPr>
      <w:r>
        <w:t>ایسا ہوگا تو اللہ تمہارے گناہوں کو معاف کر دے گا۔</w:t>
      </w:r>
    </w:p>
    <w:p>
      <w:r>
        <w:rPr>
          <w:b/>
        </w:rPr>
        <w:t xml:space="preserve">[13:36] </w:t>
      </w:r>
      <w:r>
        <w:t>maaf karne ka mani kya hai? ke jo tumhari shakhsiyat mein jo aik aik gandi cheez aa gayi</w:t>
      </w:r>
    </w:p>
    <w:p>
      <w:pPr>
        <w:jc w:val="right"/>
      </w:pPr>
      <w:r>
        <w:t>معاف کرنے کا معنی کیا ہے؟ کہ جو تمہاری شخصیت میں جو ایک ایک گندی چیز آ گئی</w:t>
      </w:r>
    </w:p>
    <w:p>
      <w:r>
        <w:rPr>
          <w:b/>
        </w:rPr>
        <w:t xml:space="preserve">[13:44] </w:t>
      </w:r>
      <w:r>
        <w:t>hai, woh dhal jayegi, woh saaf ho jayegi. tauba aur</w:t>
      </w:r>
    </w:p>
    <w:p>
      <w:pPr>
        <w:jc w:val="right"/>
      </w:pPr>
      <w:r>
        <w:t>ہے، وہ دھل جائے گی، وہ صاف ہو جائے گی۔ توبہ اور</w:t>
      </w:r>
    </w:p>
    <w:p>
      <w:r>
        <w:rPr>
          <w:b/>
        </w:rPr>
        <w:t xml:space="preserve">[13:51] </w:t>
      </w:r>
      <w:r>
        <w:t>tauba ke baad maafi ka matlab yeh hota hai ke hamari shakhsiyat mein, hamari personality mein jo jis</w:t>
      </w:r>
    </w:p>
    <w:p>
      <w:pPr>
        <w:jc w:val="right"/>
      </w:pPr>
      <w:r>
        <w:t>توبہ کے بعد معافی کا مطلب یہ ہوتا ہے کہ ہماری شخصیت میں، ہماری پرسنیلٹی میں جو جس</w:t>
      </w:r>
    </w:p>
    <w:p>
      <w:r>
        <w:rPr>
          <w:b/>
        </w:rPr>
        <w:t xml:space="preserve">[14:02] </w:t>
      </w:r>
      <w:r>
        <w:t>Dirty element کی انگریزی ہو گئی ہے، وہ صاف ہو جائے۔</w:t>
      </w:r>
    </w:p>
    <w:p>
      <w:pPr>
        <w:jc w:val="right"/>
      </w:pPr>
      <w:r>
        <w:t>ڈرٹی ایلیمنٹ کی انگریز ہو گئی ہے، وہ صاف ہو جائے۔</w:t>
      </w:r>
    </w:p>
    <w:p>
      <w:r>
        <w:rPr>
          <w:b/>
        </w:rPr>
        <w:t xml:space="preserve">[14:12] </w:t>
      </w:r>
      <w:r>
        <w:t>to aap gour kijiye ke hamare haath par koi gandagi lag jaye,</w:t>
      </w:r>
    </w:p>
    <w:p>
      <w:pPr>
        <w:jc w:val="right"/>
      </w:pPr>
      <w:r>
        <w:t>تو آپ غور کیجئے کہ ہمارے ہاتھ پر کوئی گندگی لگ جائے،</w:t>
      </w:r>
    </w:p>
    <w:p>
      <w:r>
        <w:rPr>
          <w:b/>
        </w:rPr>
        <w:t xml:space="preserve">[14:23] </w:t>
      </w:r>
      <w:r>
        <w:t>kaaluk lag jaaye, to is ke liye nature mein aise aisi cheezein rakhi gayi hain jis ko le</w:t>
      </w:r>
    </w:p>
    <w:p>
      <w:pPr>
        <w:jc w:val="right"/>
      </w:pPr>
      <w:r>
        <w:t>کالک لگ جائے، تو اس کے لیے نیچر میں ایسے ایسی چیزیں رکھی گئی ہیں جس کو لے</w:t>
      </w:r>
    </w:p>
    <w:p>
      <w:r>
        <w:rPr>
          <w:b/>
        </w:rPr>
        <w:t xml:space="preserve">[14:30] </w:t>
      </w:r>
      <w:r>
        <w:t>kar ke insaan saaban brata hai, aur saaban laga kar ke woh cheez bilkul saaf ho jaati hai.</w:t>
      </w:r>
    </w:p>
    <w:p>
      <w:pPr>
        <w:jc w:val="right"/>
      </w:pPr>
      <w:r>
        <w:t>کر کے انسان صابن براتا ہے، اور صابن لگا کر کے وہ چیز بالکل صاف ہو جاتی ہے۔</w:t>
      </w:r>
    </w:p>
    <w:p>
      <w:r>
        <w:rPr>
          <w:b/>
        </w:rPr>
        <w:t xml:space="preserve">[14:38] </w:t>
      </w:r>
      <w:r>
        <w:t>ek dam kapda bilkul saaf ho jaata hai.</w:t>
      </w:r>
    </w:p>
    <w:p>
      <w:pPr>
        <w:jc w:val="right"/>
      </w:pPr>
      <w:r>
        <w:t>ایک دم کپڑا بالکل صاف ہو جاتا ہے۔</w:t>
      </w:r>
    </w:p>
    <w:p>
      <w:r>
        <w:rPr>
          <w:b/>
        </w:rPr>
        <w:t xml:space="preserve">[14:46] </w:t>
      </w:r>
      <w:r>
        <w:t>to jis khaliq ne hamare yaani</w:t>
      </w:r>
    </w:p>
    <w:p>
      <w:pPr>
        <w:jc w:val="right"/>
      </w:pPr>
      <w:r>
        <w:t>تو جس خالق نے ہمارے یعنی</w:t>
      </w:r>
    </w:p>
    <w:p>
      <w:r>
        <w:rPr>
          <w:b/>
        </w:rPr>
        <w:t xml:space="preserve">[14:54] </w:t>
      </w:r>
      <w:r>
        <w:t>material dirt ko saaf karne ke liye saamaan rakha hai nature mein, aur inspire kiya insaan ko ke</w:t>
      </w:r>
    </w:p>
    <w:p>
      <w:pPr>
        <w:jc w:val="right"/>
      </w:pPr>
      <w:r>
        <w:t>مٹیریل ڈرٹ کو صاف کرنے کے لیے سامان رکھا ہے نیچر میں، اور انسپائر کیا انسان کو کہ</w:t>
      </w:r>
    </w:p>
    <w:p>
      <w:r>
        <w:rPr>
          <w:b/>
        </w:rPr>
        <w:t xml:space="preserve">[15:04] </w:t>
      </w:r>
      <w:r>
        <w:t>woh saaban banaye, main dekh yeh sab cheezein jo banayi hain insaan ne, woh divine inspiration ke tehat banayi hain.</w:t>
      </w:r>
    </w:p>
    <w:p>
      <w:pPr>
        <w:jc w:val="right"/>
      </w:pPr>
      <w:r>
        <w:t>وہ صابن بنائے، میں دیکھ یہ سب چیزیں جو بنائی ہیں انسان نے، وہ ڈیوائن انسپیریشن کے تحت بنائی ہیں۔</w:t>
      </w:r>
    </w:p>
    <w:p>
      <w:r>
        <w:rPr>
          <w:b/>
        </w:rPr>
        <w:t xml:space="preserve">[15:15] </w:t>
      </w:r>
      <w:r>
        <w:t>to jo itna raheem o kareem hai, us ko</w:t>
      </w:r>
    </w:p>
    <w:p>
      <w:pPr>
        <w:jc w:val="right"/>
      </w:pPr>
      <w:r>
        <w:t>تو جو اتنا رحیم و کریم ہے، اس کو</w:t>
      </w:r>
    </w:p>
    <w:p>
      <w:r>
        <w:rPr>
          <w:b/>
        </w:rPr>
        <w:t xml:space="preserve">[15:25] </w:t>
      </w:r>
      <w:r>
        <w:t>Allah taala ne sabun to diya, lekin apni shakhsiyat ko pak saaf karne ke liye saman nahi diya. woh woh woh hai tobat al nasuh. tobat al nasuh achhe sabun ki jagah par hai, yaani sabun se hamara dirt saaf hota hai, aur tooba nas</w:t>
      </w:r>
    </w:p>
    <w:p>
      <w:pPr>
        <w:jc w:val="right"/>
      </w:pPr>
      <w:r>
        <w:t>اللہ تعالی نے صابن تو دیا، لیکن اپنی شخصیت کو پاک صاف کرنے کے لیے سامان نہیں دیا۔ وہ وہ وہ ہے توبۃ النسوح۔ توبۃ النسوح اچھے صابن کی جگہ پر ہے، یعنی صابن سے ہمارا ڈرٹ صاف ہوتا ہے، اور توبہ نص</w:t>
      </w:r>
    </w:p>
    <w:p>
      <w:r>
        <w:rPr>
          <w:b/>
        </w:rPr>
        <w:t xml:space="preserve">[15:55] </w:t>
      </w:r>
      <w:r>
        <w:t>wah se hamari shakhsiyat dobara paak saaf ban jaati hai.</w:t>
      </w:r>
    </w:p>
    <w:p>
      <w:pPr>
        <w:jc w:val="right"/>
      </w:pPr>
      <w:r>
        <w:t>وح سے ہماری شخصیت دوبارہ پاک صاف بن جاتی ہے۔</w:t>
      </w:r>
    </w:p>
    <w:p>
      <w:r>
        <w:rPr>
          <w:b/>
        </w:rPr>
        <w:t xml:space="preserve">[16:02] </w:t>
      </w:r>
      <w:r>
        <w:t>yeh hai matlab is ka.</w:t>
      </w:r>
    </w:p>
    <w:p>
      <w:pPr>
        <w:jc w:val="right"/>
      </w:pPr>
      <w:r>
        <w:t>یہ ہے مطلب اس کا۔</w:t>
      </w:r>
    </w:p>
    <w:p>
      <w:r>
        <w:rPr>
          <w:b/>
        </w:rPr>
        <w:t xml:space="preserve">[16:09] </w:t>
      </w:r>
      <w:r>
        <w:t>jahan tak maine ghaur kiya hai ke bible mein jo alfaaz aa gaye hain, to woh wahi</w:t>
      </w:r>
    </w:p>
    <w:p>
      <w:pPr>
        <w:jc w:val="right"/>
      </w:pPr>
      <w:r>
        <w:t>جہاں تک میں نے غور کیا ہے کہ بائبل میں جو الفاظ آ گئے ہیں، تو وہ وحی</w:t>
      </w:r>
    </w:p>
    <w:p>
      <w:r>
        <w:rPr>
          <w:b/>
        </w:rPr>
        <w:t xml:space="preserve">[16:16] </w:t>
      </w:r>
      <w:r>
        <w:t>elahi ka hissa nahi hain.</w:t>
      </w:r>
    </w:p>
    <w:p>
      <w:pPr>
        <w:jc w:val="right"/>
      </w:pPr>
      <w:r>
        <w:t>الہی کا حصہ نہیں ہیں۔</w:t>
      </w:r>
    </w:p>
    <w:p>
      <w:r>
        <w:rPr>
          <w:b/>
        </w:rPr>
        <w:t xml:space="preserve">[16:23] </w:t>
      </w:r>
      <w:r>
        <w:t>woh baat ke commentator ka izafa hai</w:t>
      </w:r>
    </w:p>
    <w:p>
      <w:pPr>
        <w:jc w:val="right"/>
      </w:pPr>
      <w:r>
        <w:t>وہ بات کے کمنٹیٹر کا اضافہ ہے</w:t>
      </w:r>
    </w:p>
    <w:p>
      <w:r>
        <w:rPr>
          <w:b/>
        </w:rPr>
        <w:t xml:space="preserve">[16:29] </w:t>
      </w:r>
      <w:r>
        <w:t>ke taqreeban teen hazar aadmi unhon ne maar dale, kaat dale. yeh bible mein is tarah ki baatein jo aa gayi hain, maine dekha woh baat ke kya hai? bible ke commentator ka izafa hai. woh wahi ilahi ka hissa nahi hai. wahi ilahi wohi hai jo quran mein hai ke un ko hukum hua ke shadeed muhasba tumhare andar aana chahiye</w:t>
      </w:r>
    </w:p>
    <w:p>
      <w:pPr>
        <w:jc w:val="right"/>
      </w:pPr>
      <w:r>
        <w:t>کہ تقریباً تین ہزار آدمی انہوں نے مار ڈالے، کاٹ ڈالے۔ یہ بائبل میں اس طرح کی باتیں جو آ گئی ہیں، میں نے دیکھا وہ بات کے کیا ہے؟ بائبل کے کمنٹیٹر کا اضافہ ہے۔ وہ وحی الہی کا حصہ نہیں ہے۔ وحی الہی وہی ہے جو قرآن میں ہے کہ ان کو حکم ہوا کہ شدید محاسبہ تمہارے اندر آنا چاہیے</w:t>
      </w:r>
    </w:p>
    <w:p>
      <w:r>
        <w:rPr>
          <w:b/>
        </w:rPr>
        <w:t xml:space="preserve">[16:59] </w:t>
      </w:r>
      <w:r>
        <w:t>bohat shadeed tooba aana chahiye, tumhare andar tooba nasuh aana chahiye, repentance aana chahiye. to shadeed qism ka repentance is ke baad hai. self-hembring yeh ho, yeh hona chahiye. to jab yeh hua to Allah ne un ko maaf kar diya. quran mein khud yeh hai ke un ko maaf kar diya. kya</w:t>
      </w:r>
    </w:p>
    <w:p>
      <w:pPr>
        <w:jc w:val="right"/>
      </w:pPr>
      <w:r>
        <w:t>، بہت شدید توبہ آنا چاہیے، تمہارے اندر توبہ نصوح آنا چاہیے، ریپنٹنس آنا چاہیے۔ تو شدید قسم کا ریپنٹنس اس کے بعد ہے۔ سیلف ہیمبرنگ یہ ہو، یہ ہونا چاہیے۔ تو جب یہ ہوا تو اللہ نے ان کو معاف کر دیا۔ قرآن میں خود یہ ہے کہ ان کو معاف کر دیا۔ کیا</w:t>
      </w:r>
    </w:p>
    <w:p>
      <w:r>
        <w:rPr>
          <w:b/>
        </w:rPr>
        <w:t xml:space="preserve">[17:29] </w:t>
      </w:r>
      <w:r>
        <w:t>alfaaz hain? fataab alaikum, fataab alaikum.</w:t>
      </w:r>
    </w:p>
    <w:p>
      <w:pPr>
        <w:jc w:val="right"/>
      </w:pPr>
      <w:r>
        <w:t>الفاظ ہیں؟ فتاب علیکم، فتاب علیکم۔</w:t>
      </w:r>
    </w:p>
    <w:p>
      <w:r>
        <w:rPr>
          <w:b/>
        </w:rPr>
        <w:t xml:space="preserve">[17:37] </w:t>
      </w:r>
      <w:r>
        <w:t>Allah ne tauba qubool kar li un ki.</w:t>
      </w:r>
    </w:p>
    <w:p>
      <w:pPr>
        <w:jc w:val="right"/>
      </w:pPr>
      <w:r>
        <w:t>اللہ نے توبہ قبول کر لی ان کی۔</w:t>
      </w:r>
    </w:p>
    <w:p>
      <w:r>
        <w:rPr>
          <w:b/>
        </w:rPr>
        <w:t xml:space="preserve">[17:45] </w:t>
      </w:r>
      <w:r>
        <w:t>to qatl ho chuke hon to tauba kar qubool karna.</w:t>
      </w:r>
    </w:p>
    <w:p>
      <w:pPr>
        <w:jc w:val="right"/>
      </w:pPr>
      <w:r>
        <w:t>تو قتل ہو چکے ہوں تو توبہ کر قبول کرنا۔</w:t>
      </w:r>
    </w:p>
    <w:p>
      <w:r>
        <w:rPr>
          <w:b/>
        </w:rPr>
        <w:t xml:space="preserve">[17:52] </w:t>
      </w:r>
      <w:r>
        <w:t>to dekhein, aisa hua hai ke bible ke commentator jo baat ko paida hui, unhon ne</w:t>
      </w:r>
    </w:p>
    <w:p>
      <w:pPr>
        <w:jc w:val="right"/>
      </w:pPr>
      <w:r>
        <w:t>تو دیکھیں، ایسا ہوا ہے کہ بائبل کے کمنٹیٹر جو بات کو پیدا ہوئی، انہوں نے</w:t>
      </w:r>
    </w:p>
    <w:p>
      <w:r>
        <w:rPr>
          <w:b/>
        </w:rPr>
        <w:t xml:space="preserve">[18:00] </w:t>
      </w:r>
      <w:r>
        <w:t>apni taraf se commentary mein bible ki commentary mein izafa kar diya.</w:t>
      </w:r>
    </w:p>
    <w:p>
      <w:pPr>
        <w:jc w:val="right"/>
      </w:pPr>
      <w:r>
        <w:t>اپنی طرف سے کمنٹری میں بائبل کی کمنٹری میں اضافہ کر دیا۔</w:t>
      </w:r>
    </w:p>
    <w:p>
      <w:r>
        <w:rPr>
          <w:b/>
        </w:rPr>
        <w:t xml:space="preserve">[18:08] </w:t>
      </w:r>
      <w:r>
        <w:t>aur ajeeb baat hai ke yeh commentary bible ki Quran mein shamil kar di gayi hamare mufassireen ki taraf se.</w:t>
      </w:r>
    </w:p>
    <w:p>
      <w:pPr>
        <w:jc w:val="right"/>
      </w:pPr>
      <w:r>
        <w:t>اور عجیب بات ہے کہ یہ کمنٹری بائبل کی قرآن میں شامل کر دی گئی ہمارے مفسرین کی طرف سے۔</w:t>
      </w:r>
    </w:p>
    <w:p>
      <w:r>
        <w:rPr>
          <w:b/>
        </w:rPr>
        <w:t xml:space="preserve">[18:16] </w:t>
      </w:r>
      <w:r>
        <w:t>to aksar mufassireen ne yahan wahi likh diya hai jo biblical commentator ne likha tha bible mein.</w:t>
      </w:r>
    </w:p>
    <w:p>
      <w:pPr>
        <w:jc w:val="right"/>
      </w:pPr>
      <w:r>
        <w:t>تو اکثر مفسرین نے یہاں وہی لکھ دیا ہے جو بائبلک کمنٹیٹر نے لکھا تھا بائبل میں۔</w:t>
      </w:r>
    </w:p>
    <w:p>
      <w:r>
        <w:rPr>
          <w:b/>
        </w:rPr>
        <w:t xml:space="preserve">[18:23] </w:t>
      </w:r>
      <w:r>
        <w:t>lekin khud matan jo hai, matan text</w:t>
      </w:r>
    </w:p>
    <w:p>
      <w:pPr>
        <w:jc w:val="right"/>
      </w:pPr>
      <w:r>
        <w:t>لیکن خود متن جو ہے، متن ٹیکسٹ</w:t>
      </w:r>
    </w:p>
    <w:p>
      <w:r>
        <w:rPr>
          <w:b/>
        </w:rPr>
        <w:t xml:space="preserve">[18:31] </w:t>
      </w:r>
      <w:r>
        <w:t>is baat se inkaar karta hai.</w:t>
      </w:r>
    </w:p>
    <w:p>
      <w:pPr>
        <w:jc w:val="right"/>
      </w:pPr>
      <w:r>
        <w:t>اس بات سے انکار کرتا ہے۔</w:t>
      </w:r>
    </w:p>
    <w:p>
      <w:r>
        <w:rPr>
          <w:b/>
        </w:rPr>
        <w:t xml:space="preserve">[18:38] </w:t>
      </w:r>
      <w:r>
        <w:t>kyun ke matan mein dekhein yeh hai ke faqatlu anfusakum ke saath saath yeh kyun hai ke fatubo bar</w:t>
      </w:r>
    </w:p>
    <w:p>
      <w:pPr>
        <w:jc w:val="right"/>
      </w:pPr>
      <w:r>
        <w:t>کیونکہ متن میں دیکھیں یہ ہے کہ فقتلو نفوسکم کے ساتھ ساتھ یہ کیوں ہے کہ فتوبو بارک</w:t>
      </w:r>
    </w:p>
    <w:p>
      <w:r>
        <w:rPr>
          <w:b/>
        </w:rPr>
        <w:t xml:space="preserve">[18:46] </w:t>
      </w:r>
      <w:r>
        <w:t>yaani apne ko qatl karo aur Allah se tauba maango.</w:t>
      </w:r>
    </w:p>
    <w:p>
      <w:pPr>
        <w:jc w:val="right"/>
      </w:pPr>
      <w:r>
        <w:t>یعنی اپنے کو قتل کرو اور اللہ سے توبہ مانگو۔</w:t>
      </w:r>
    </w:p>
    <w:p>
      <w:r>
        <w:rPr>
          <w:b/>
        </w:rPr>
        <w:t xml:space="preserve">[18:53] </w:t>
      </w:r>
      <w:r>
        <w:t>to kya matlab is ka? qatl ke baad</w:t>
      </w:r>
    </w:p>
    <w:p>
      <w:pPr>
        <w:jc w:val="right"/>
      </w:pPr>
      <w:r>
        <w:t>تو کیا مطلب اس کا؟ قتل کے بعد</w:t>
      </w:r>
    </w:p>
    <w:p>
      <w:r>
        <w:rPr>
          <w:b/>
        </w:rPr>
        <w:t xml:space="preserve">[19:01] </w:t>
      </w:r>
      <w:r>
        <w:t>to bas qatl hi hai, Allah se tauba maangne ka koi matlab nahi hai.</w:t>
      </w:r>
    </w:p>
    <w:p>
      <w:pPr>
        <w:jc w:val="right"/>
      </w:pPr>
      <w:r>
        <w:t>تو بس قتل ہی ہے، اللہ سے توبہ مانگنے کا کوئی مطلب نہیں ہے۔</w:t>
      </w:r>
    </w:p>
    <w:p>
      <w:r>
        <w:rPr>
          <w:b/>
        </w:rPr>
        <w:t xml:space="preserve">[19:07] </w:t>
      </w:r>
      <w:r>
        <w:t>phir is ke baad faqtulo anfusakum ke sath sath yeh kyun hai ke fatubo rabakum? aur phir phir</w:t>
      </w:r>
    </w:p>
    <w:p>
      <w:pPr>
        <w:jc w:val="right"/>
      </w:pPr>
      <w:r>
        <w:t>پھر اس کے بعد فقتلو انفسکم کے ساتھ ساتھ یہ کیوں ہے کہ فتوبو بارکم؟ اور پھر پھر</w:t>
      </w:r>
    </w:p>
    <w:p>
      <w:r>
        <w:rPr>
          <w:b/>
        </w:rPr>
        <w:t xml:space="preserve">[19:14] </w:t>
      </w:r>
      <w:r>
        <w:t>is ke baad tabe kyun hai? to is par ghor karen.</w:t>
      </w:r>
    </w:p>
    <w:p>
      <w:pPr>
        <w:jc w:val="right"/>
      </w:pPr>
      <w:r>
        <w:t>اس کے بعد تابع کیوں ہے؟ تو اس پر غور کریں۔</w:t>
      </w:r>
    </w:p>
    <w:p>
      <w:r>
        <w:rPr>
          <w:b/>
        </w:rPr>
        <w:t xml:space="preserve">[19:20] </w:t>
      </w:r>
      <w:r>
        <w:t>is par maloom hota hai ke qatl ka jo lafz hai, woh woh majazi mani mein hai, woh</w:t>
      </w:r>
    </w:p>
    <w:p>
      <w:pPr>
        <w:jc w:val="right"/>
      </w:pPr>
      <w:r>
        <w:t>اس پر معلوم ہوتا ہے کہ قتل کا جو لفظ ہے، وہ وہ مجازی معنی میں ہے، وہ</w:t>
      </w:r>
    </w:p>
    <w:p>
      <w:r>
        <w:rPr>
          <w:b/>
        </w:rPr>
        <w:t xml:space="preserve">[19:26] </w:t>
      </w:r>
      <w:r>
        <w:t>real sense mein nahi hai.</w:t>
      </w:r>
    </w:p>
    <w:p>
      <w:pPr>
        <w:jc w:val="right"/>
      </w:pPr>
      <w:r>
        <w:t>ریئل سینس میں نہیں ہے۔</w:t>
      </w:r>
    </w:p>
    <w:p>
      <w:r>
        <w:rPr>
          <w:b/>
        </w:rPr>
        <w:t xml:space="preserve">[19:33] </w:t>
      </w:r>
      <w:r>
        <w:t>ab ghor kijiyega aap ke Allah ki shan ke mutabiq kya hai? ke woh is ko qatl kar do.</w:t>
      </w:r>
    </w:p>
    <w:p>
      <w:pPr>
        <w:jc w:val="right"/>
      </w:pPr>
      <w:r>
        <w:t>اب غور کیجئے آپ کہ اللہ کی شان کے مطابق کیا ہے؟ کہ وہ اس کو قتل کر دو۔</w:t>
      </w:r>
    </w:p>
    <w:p>
      <w:r>
        <w:rPr>
          <w:b/>
        </w:rPr>
        <w:t xml:space="preserve">[19:39] </w:t>
      </w:r>
      <w:r>
        <w:t>bas poora Quran aap parhiye. poora Quran.</w:t>
      </w:r>
    </w:p>
    <w:p>
      <w:pPr>
        <w:jc w:val="right"/>
      </w:pPr>
      <w:r>
        <w:t>بس پورا قرآن آپ پڑھیے۔ پورا قرآن۔</w:t>
      </w:r>
    </w:p>
    <w:p>
      <w:r>
        <w:rPr>
          <w:b/>
        </w:rPr>
        <w:t xml:space="preserve">[19:45] </w:t>
      </w:r>
      <w:r>
        <w:t>Quran mein yeh tasawwur kabhi hai hi nahi ke shirk na qabil e maafi jurm hai.</w:t>
      </w:r>
    </w:p>
    <w:p>
      <w:pPr>
        <w:jc w:val="right"/>
      </w:pPr>
      <w:r>
        <w:t>قرآن میں یہ تصور کبھی ہے ہی نہیں کہ شرک ناقابل معافی جرم ہے۔</w:t>
      </w:r>
    </w:p>
    <w:p>
      <w:r>
        <w:rPr>
          <w:b/>
        </w:rPr>
        <w:t xml:space="preserve">[19:51] </w:t>
      </w:r>
      <w:r>
        <w:t>tauba karo, kuch bhi karo, maaf nahi hoga.</w:t>
      </w:r>
    </w:p>
    <w:p>
      <w:pPr>
        <w:jc w:val="right"/>
      </w:pPr>
      <w:r>
        <w:t>توبہ کرو، کچھ بھی کرو، معاف نہیں ہوگا۔</w:t>
      </w:r>
    </w:p>
    <w:p>
      <w:r>
        <w:rPr>
          <w:b/>
        </w:rPr>
        <w:t xml:space="preserve">[19:57] </w:t>
      </w:r>
      <w:r>
        <w:t>yeh tasawwur kabhi sare Quran mein nahi hai.</w:t>
      </w:r>
    </w:p>
    <w:p>
      <w:pPr>
        <w:jc w:val="right"/>
      </w:pPr>
      <w:r>
        <w:t>یہ تصور کبھی سارے قرآن میں نہیں ہے۔</w:t>
      </w:r>
    </w:p>
    <w:p>
      <w:r>
        <w:rPr>
          <w:b/>
        </w:rPr>
        <w:t xml:space="preserve">[20:03] </w:t>
      </w:r>
      <w:r>
        <w:t>yeh tum se agar shirk ka gunah ho jaye to bas ho gaya.</w:t>
      </w:r>
    </w:p>
    <w:p>
      <w:pPr>
        <w:jc w:val="right"/>
      </w:pPr>
      <w:r>
        <w:t>یہ تم سے اگر شرک کا گناہ ہو جائے تو بس ہو گیا۔</w:t>
      </w:r>
    </w:p>
    <w:p>
      <w:r>
        <w:rPr>
          <w:b/>
        </w:rPr>
        <w:t xml:space="preserve">[20:12] </w:t>
      </w:r>
      <w:r>
        <w:t>to ab tumhari maafi hone wali nahi hai.</w:t>
      </w:r>
    </w:p>
    <w:p>
      <w:pPr>
        <w:jc w:val="right"/>
      </w:pPr>
      <w:r>
        <w:t>تو اب تمہاری معافی ہونے والی نہیں ہے۔</w:t>
      </w:r>
    </w:p>
    <w:p>
      <w:r>
        <w:rPr>
          <w:b/>
        </w:rPr>
        <w:t xml:space="preserve">[20:21] </w:t>
      </w:r>
      <w:r>
        <w:t>yani sin ka woh tasawwur jo is mein hai, doosre qaum honge.</w:t>
      </w:r>
    </w:p>
    <w:p>
      <w:pPr>
        <w:jc w:val="right"/>
      </w:pPr>
      <w:r>
        <w:t>یعنی سن کا وہ تصور جو اس میں ہے، دوسرے قوم ہوں گے۔</w:t>
      </w:r>
    </w:p>
    <w:p>
      <w:r>
        <w:rPr>
          <w:b/>
        </w:rPr>
        <w:t xml:space="preserve">[20:30] </w:t>
      </w:r>
      <w:r>
        <w:t>to woh woh yeh hai ke woh jab</w:t>
      </w:r>
    </w:p>
    <w:p>
      <w:pPr>
        <w:jc w:val="right"/>
      </w:pPr>
      <w:r>
        <w:t>تو وہ وہ یہ ہے کہ وہ جب</w:t>
      </w:r>
    </w:p>
    <w:p>
      <w:r>
        <w:rPr>
          <w:b/>
        </w:rPr>
        <w:t xml:space="preserve">[20:39] </w:t>
      </w:r>
      <w:r>
        <w:t>gunah ho gaya to woh aik na qabil e waqea, na qabil e maafi waqea ban gaya.</w:t>
      </w:r>
    </w:p>
    <w:p>
      <w:pPr>
        <w:jc w:val="right"/>
      </w:pPr>
      <w:r>
        <w:t>گناہ ہو گیا تو وہ ایک ناقابل واقعہ، ناقابل معافی واقعہ بن گیا۔</w:t>
      </w:r>
    </w:p>
    <w:p>
      <w:r>
        <w:rPr>
          <w:b/>
        </w:rPr>
        <w:t xml:space="preserve">[20:46] </w:t>
      </w:r>
      <w:r>
        <w:t>ab to Hazrat Masih ko aana hoga is jurm ko pak karne ke liye.</w:t>
      </w:r>
    </w:p>
    <w:p>
      <w:pPr>
        <w:jc w:val="right"/>
      </w:pPr>
      <w:r>
        <w:t>اب تو حضرت مسیح کو آنا ہوگا اس جرم کو پاک کرنے کے لیے۔</w:t>
      </w:r>
    </w:p>
    <w:p>
      <w:r>
        <w:rPr>
          <w:b/>
        </w:rPr>
        <w:t xml:space="preserve">[20:54] </w:t>
      </w:r>
      <w:r>
        <w:t>jo kehte hain original sin.</w:t>
      </w:r>
    </w:p>
    <w:p>
      <w:pPr>
        <w:jc w:val="right"/>
      </w:pPr>
      <w:r>
        <w:t>جو کہتے ہیں اوریجنل سن۔</w:t>
      </w:r>
    </w:p>
    <w:p>
      <w:r>
        <w:rPr>
          <w:b/>
        </w:rPr>
        <w:t xml:space="preserve">[21:01] </w:t>
      </w:r>
      <w:r>
        <w:t>to yeh yeh tasawwur Islam mein nahi hai. Islam mein</w:t>
      </w:r>
    </w:p>
    <w:p>
      <w:pPr>
        <w:jc w:val="right"/>
      </w:pPr>
      <w:r>
        <w:t>تو یہ یہ تصور اسلام میں نہیں ہے۔ اسلام میں</w:t>
      </w:r>
    </w:p>
    <w:p>
      <w:r>
        <w:rPr>
          <w:b/>
        </w:rPr>
        <w:t xml:space="preserve">[21:09] </w:t>
      </w:r>
      <w:r>
        <w:t>yeh tasawwur hai ke koi bhi sin, koi bhi gunah insan se sarzad ho jaye to us ke</w:t>
      </w:r>
    </w:p>
    <w:p>
      <w:pPr>
        <w:jc w:val="right"/>
      </w:pPr>
      <w:r>
        <w:t>یہ تصور ہے کہ کوئی بھی سن، کوئی بھی گناہ انسان سے سرزد ہو جائے تو اس کے</w:t>
      </w:r>
    </w:p>
    <w:p>
      <w:r>
        <w:rPr>
          <w:b/>
        </w:rPr>
        <w:t xml:space="preserve">[21:15] </w:t>
      </w:r>
      <w:r>
        <w:t>andar us ke baad repentance aana chahiye.</w:t>
      </w:r>
    </w:p>
    <w:p>
      <w:pPr>
        <w:jc w:val="right"/>
      </w:pPr>
      <w:r>
        <w:t>اندر اس کے بعد ریپنٹنس آنا چاہیے۔</w:t>
      </w:r>
    </w:p>
    <w:p>
      <w:r>
        <w:rPr>
          <w:b/>
        </w:rPr>
        <w:t xml:space="preserve">[21:21] </w:t>
      </w:r>
      <w:r>
        <w:t>repentance ke ke mani hote hain sharmindagi.</w:t>
      </w:r>
    </w:p>
    <w:p>
      <w:pPr>
        <w:jc w:val="right"/>
      </w:pPr>
      <w:r>
        <w:t>ریپنٹنس کے کے معنی ہوتے ہیں شرمندگی۔</w:t>
      </w:r>
    </w:p>
    <w:p>
      <w:r>
        <w:rPr>
          <w:b/>
        </w:rPr>
        <w:t xml:space="preserve">[21:27] </w:t>
      </w:r>
      <w:r>
        <w:t>hadees mein aata hai ke at taubatu nazm.</w:t>
      </w:r>
    </w:p>
    <w:p>
      <w:pPr>
        <w:jc w:val="right"/>
      </w:pPr>
      <w:r>
        <w:t>حدیث میں آتا ہے کہ التوبۃ النظم۔</w:t>
      </w:r>
    </w:p>
    <w:p>
      <w:r>
        <w:rPr>
          <w:b/>
        </w:rPr>
        <w:t xml:space="preserve">[21:33] </w:t>
      </w:r>
      <w:r>
        <w:t>tauba sharmindagi ka naam hai. at tauba</w:t>
      </w:r>
    </w:p>
    <w:p>
      <w:pPr>
        <w:jc w:val="right"/>
      </w:pPr>
      <w:r>
        <w:t>توبہ شرمندگی کا نام ہے۔ التوبۃ</w:t>
      </w:r>
    </w:p>
    <w:p>
      <w:r>
        <w:rPr>
          <w:b/>
        </w:rPr>
        <w:t xml:space="preserve">[21:39] </w:t>
      </w:r>
      <w:r>
        <w:t>an nazm.</w:t>
      </w:r>
    </w:p>
    <w:p>
      <w:pPr>
        <w:jc w:val="right"/>
      </w:pPr>
      <w:r>
        <w:t>النظم۔</w:t>
      </w:r>
    </w:p>
    <w:p>
      <w:r>
        <w:rPr>
          <w:b/>
        </w:rPr>
        <w:t xml:space="preserve">[21:46] </w:t>
      </w:r>
      <w:r>
        <w:t>tauba nazamat ka naam hai.</w:t>
      </w:r>
    </w:p>
    <w:p>
      <w:pPr>
        <w:jc w:val="right"/>
      </w:pPr>
      <w:r>
        <w:t>توبہ نظامت کا نام ہے۔</w:t>
      </w:r>
    </w:p>
    <w:p>
      <w:r>
        <w:rPr>
          <w:b/>
        </w:rPr>
        <w:t xml:space="preserve">[21:52] </w:t>
      </w:r>
      <w:r>
        <w:t>repentance ka naam hai.</w:t>
      </w:r>
    </w:p>
    <w:p>
      <w:pPr>
        <w:jc w:val="right"/>
      </w:pPr>
      <w:r>
        <w:t>ریپنٹنس کا نام ہے۔</w:t>
      </w:r>
    </w:p>
    <w:p>
      <w:r>
        <w:rPr>
          <w:b/>
        </w:rPr>
        <w:t xml:space="preserve">[21:59] </w:t>
      </w:r>
      <w:r>
        <w:t>to jab koi ghalti ho gayi bande se to us ke jaldi baad us ke andar repentance aana chahiye.</w:t>
      </w:r>
    </w:p>
    <w:p>
      <w:pPr>
        <w:jc w:val="right"/>
      </w:pPr>
      <w:r>
        <w:t>تو جب کوئی غلطی ہو گئی بندے سے تو اس کے جلدی بعد اس کے اندر ریپنٹنس آنا چاہیے۔</w:t>
      </w:r>
    </w:p>
    <w:p>
      <w:r>
        <w:rPr>
          <w:b/>
        </w:rPr>
        <w:t xml:space="preserve">[22:05] </w:t>
      </w:r>
      <w:r>
        <w:t>aur repentance aayegi to maafi mangega, royega, apni hembering karega,</w:t>
      </w:r>
    </w:p>
    <w:p>
      <w:pPr>
        <w:jc w:val="right"/>
      </w:pPr>
      <w:r>
        <w:t>اور ریپنٹنس آئے گی تو معافی مانگے گا، روئے گا، اپنی ہیمبرنگ کرے گا،</w:t>
      </w:r>
    </w:p>
    <w:p>
      <w:r>
        <w:rPr>
          <w:b/>
        </w:rPr>
        <w:t xml:space="preserve">[22:12] </w:t>
      </w:r>
      <w:r>
        <w:t>apni islaah kare ga, apne andar naya azm paida kare ga ke ab mujhe aisa nahi karna hai. Yeh ek process hai. To tawba ek process hai. Jab aadmi ke andar tawba paida hota hai to ek process chalta hai. Shadeed repentance, shadeed sharmindagi, shadeed apna islaah karne ka jazb</w:t>
      </w:r>
    </w:p>
    <w:p>
      <w:pPr>
        <w:jc w:val="right"/>
      </w:pPr>
      <w:r>
        <w:t>اپنی اصلاح کرے گا، اپنے اندر نیا عزم پیدا کرے گا کہ اب مجھے ایسا نہیں کرنا ہے۔ یہ ایک پراسیس ہے۔ تو توبہ ایک پراسیس ہے۔ جب آدمی کے اندر توبہ پیدا ہوتا ہے تو ایک پراسیس چلتا ہے۔ شدید ریپنٹنس، شدید شرمندگی، شدید اپنا اصلاح کرنے کا جذب</w:t>
      </w:r>
    </w:p>
    <w:p>
      <w:r>
        <w:rPr>
          <w:b/>
        </w:rPr>
        <w:t xml:space="preserve">[22:42] </w:t>
      </w:r>
      <w:r>
        <w:t>h, shadeed muhasba.</w:t>
      </w:r>
    </w:p>
    <w:p>
      <w:pPr>
        <w:jc w:val="right"/>
      </w:pPr>
      <w:r>
        <w:t>ہ، شدید محاسبہ۔</w:t>
      </w:r>
    </w:p>
    <w:p>
      <w:r>
        <w:rPr>
          <w:b/>
        </w:rPr>
        <w:t xml:space="preserve">[22:48] </w:t>
      </w:r>
      <w:r>
        <w:t>jab yeh cheez paida ho, aadmi giriya o zaari kare Allah ke samne to phir Allah zaroor is</w:t>
      </w:r>
    </w:p>
    <w:p>
      <w:pPr>
        <w:jc w:val="right"/>
      </w:pPr>
      <w:r>
        <w:t>جب یہ چیز پیدا ہو، آدمی گریہ و زاری کرے اللہ کے سامنے تو پھر اللہ ضرور اس</w:t>
      </w:r>
    </w:p>
    <w:p>
      <w:r>
        <w:rPr>
          <w:b/>
        </w:rPr>
        <w:t xml:space="preserve">[22:54] </w:t>
      </w:r>
      <w:r>
        <w:t>ki tauba qubool karta hai.</w:t>
      </w:r>
    </w:p>
    <w:p>
      <w:pPr>
        <w:jc w:val="right"/>
      </w:pPr>
      <w:r>
        <w:t>کی توبہ قبول کرتا ہے۔</w:t>
      </w:r>
    </w:p>
    <w:p>
      <w:r>
        <w:rPr>
          <w:b/>
        </w:rPr>
        <w:t xml:space="preserve">[23:00] </w:t>
      </w:r>
      <w:r>
        <w:t>Allah zaroor is ki tauba qubool karta hai.</w:t>
      </w:r>
    </w:p>
    <w:p>
      <w:pPr>
        <w:jc w:val="right"/>
      </w:pPr>
      <w:r>
        <w:t>اللہ ضرور اس کی توبہ قبول کرتا ہے۔</w:t>
      </w:r>
    </w:p>
    <w:p>
      <w:r>
        <w:rPr>
          <w:b/>
        </w:rPr>
        <w:t xml:space="preserve">[23:06] </w:t>
      </w:r>
      <w:r>
        <w:t>to poore silsile ko aap taj</w:t>
      </w:r>
    </w:p>
    <w:p>
      <w:pPr>
        <w:jc w:val="right"/>
      </w:pPr>
      <w:r>
        <w:t>تو پورے سلسلے کو آپ تج</w:t>
      </w:r>
    </w:p>
    <w:p>
      <w:r>
        <w:rPr>
          <w:b/>
        </w:rPr>
        <w:t xml:space="preserve">[23:12] </w:t>
      </w:r>
      <w:r>
        <w:t>ruba ghore karein to yahan faqtulo anfusakum mazadi ma'ne mein samajh mein aata hai.</w:t>
      </w:r>
    </w:p>
    <w:p>
      <w:pPr>
        <w:jc w:val="right"/>
      </w:pPr>
      <w:r>
        <w:t>ربہ غور کریں تو یہاں فقتلو انفسکم مضادی معنی میں سمجھ میں آتا ہے۔</w:t>
      </w:r>
    </w:p>
    <w:p>
      <w:r>
        <w:rPr>
          <w:b/>
        </w:rPr>
        <w:t xml:space="preserve">[23:27] </w:t>
      </w:r>
      <w:r>
        <w:t>yani aisi aisi repentance, aisa muhasba, aisi self hembering jo qatl qatl jaisi ho.</w:t>
      </w:r>
    </w:p>
    <w:p>
      <w:pPr>
        <w:jc w:val="right"/>
      </w:pPr>
      <w:r>
        <w:t>یعنی ایسی ایسی ریپنٹنس، ایسا محاسبہ، ایسی سیلف ہیمبرنگ جو قتل قتل جیسی ہو۔</w:t>
      </w:r>
    </w:p>
    <w:p>
      <w:r>
        <w:rPr>
          <w:b/>
        </w:rPr>
        <w:t xml:space="preserve">[23:43] </w:t>
      </w:r>
      <w:r>
        <w:t>qatl jaisi.</w:t>
      </w:r>
    </w:p>
    <w:p>
      <w:pPr>
        <w:jc w:val="right"/>
      </w:pPr>
      <w:r>
        <w:t>قتل جیسی۔</w:t>
      </w:r>
    </w:p>
    <w:p>
      <w:r>
        <w:rPr>
          <w:b/>
        </w:rPr>
        <w:t xml:space="preserve">[23:49] </w:t>
      </w:r>
      <w:r>
        <w:t>to Khuda ki rehmat yahi hai.</w:t>
      </w:r>
    </w:p>
    <w:p>
      <w:pPr>
        <w:jc w:val="right"/>
      </w:pPr>
      <w:r>
        <w:t>تو خدا کی رحمت یہی ہے۔</w:t>
      </w:r>
    </w:p>
    <w:p>
      <w:r>
        <w:rPr>
          <w:b/>
        </w:rPr>
        <w:t xml:space="preserve">[23:56] </w:t>
      </w:r>
      <w:r>
        <w:t>yeh Khuda ki rehmat ki yahi shaan hai ke banda jab is tarah ka repentance zahir kare to</w:t>
      </w:r>
    </w:p>
    <w:p>
      <w:pPr>
        <w:jc w:val="right"/>
      </w:pPr>
      <w:r>
        <w:t>یہ خدا کی رحمت کی یہی شان ہے کہ بندہ جب اس طرح کا ریپنٹنس ظاہر کرے تو</w:t>
      </w:r>
    </w:p>
    <w:p>
      <w:r>
        <w:rPr>
          <w:b/>
        </w:rPr>
        <w:t xml:space="preserve">[24:02] </w:t>
      </w:r>
      <w:r>
        <w:t>Allah is ko zaroor qubool farmaye.</w:t>
      </w:r>
    </w:p>
    <w:p>
      <w:pPr>
        <w:jc w:val="right"/>
      </w:pPr>
      <w:r>
        <w:t>اللہ اس کو ضرور قبول فرمائے۔</w:t>
      </w:r>
    </w:p>
    <w:p>
      <w:r>
        <w:rPr>
          <w:b/>
        </w:rPr>
        <w:t xml:space="preserve">[24:09] </w:t>
      </w:r>
      <w:r>
        <w:t>Allah is ko zaroor qubool farmaye.</w:t>
      </w:r>
    </w:p>
    <w:p>
      <w:pPr>
        <w:jc w:val="right"/>
      </w:pPr>
      <w:r>
        <w:t>اللہ اس کو ضرور قبول فرمائے۔</w:t>
      </w:r>
    </w:p>
    <w:p>
      <w:r>
        <w:rPr>
          <w:b/>
        </w:rPr>
        <w:t xml:space="preserve">[24:16] </w:t>
      </w:r>
      <w:r>
        <w:t>to Quran ke doosre bayan bhi isi ki tasdeeq karte hain ke us ko mein kahunga ke yahan qatl se murad hai self hembring. Yahan qatl se murad hai self hembring. To dekhein, self hembring lip service ka naam nahi hoti. Jise aap zuban se kahein tawba, tawba, tawba ke yeh lip</w:t>
      </w:r>
    </w:p>
    <w:p>
      <w:pPr>
        <w:jc w:val="right"/>
      </w:pPr>
      <w:r>
        <w:t>تو قرآن کے دوسرے بیانات بھی اسی کی تصدیق کرتے ہیں کہ اس کو میں کہوں گا کہ یہاں قتل سے مراد ہے سیلف ہیمبرنگ۔ یہاں قتل سے مراد ہے سیلف ہیمبرنگ۔ تو دیکھیں، سیلف ہیمبرنگ لپ سروس کا نام نہیں ہوتی۔ جسے آپ زبان سے کہیں توبہ، توبہ، توبہ کہ یہ ل</w:t>
      </w:r>
    </w:p>
    <w:p>
      <w:r>
        <w:rPr>
          <w:b/>
        </w:rPr>
        <w:t xml:space="preserve">[24:46] </w:t>
      </w:r>
      <w:r>
        <w:t>p service hai.</w:t>
      </w:r>
    </w:p>
    <w:p>
      <w:pPr>
        <w:jc w:val="right"/>
      </w:pPr>
      <w:r>
        <w:t>پ سروس ہے۔</w:t>
      </w:r>
    </w:p>
    <w:p>
      <w:r>
        <w:rPr>
          <w:b/>
        </w:rPr>
        <w:t xml:space="preserve">[24:52] </w:t>
      </w:r>
      <w:r>
        <w:t>is se kuch nahi hota.</w:t>
      </w:r>
    </w:p>
    <w:p>
      <w:pPr>
        <w:jc w:val="right"/>
      </w:pPr>
      <w:r>
        <w:t>اس سے کچھ نہیں ہوتا۔</w:t>
      </w:r>
    </w:p>
    <w:p>
      <w:r>
        <w:rPr>
          <w:b/>
        </w:rPr>
        <w:t xml:space="preserve">[24:58] </w:t>
      </w:r>
      <w:r>
        <w:t>lip service se kuch nahi hota.</w:t>
      </w:r>
    </w:p>
    <w:p>
      <w:pPr>
        <w:jc w:val="right"/>
      </w:pPr>
      <w:r>
        <w:t>لپ سروس سے کچھ نہیں ہوتا۔</w:t>
      </w:r>
    </w:p>
    <w:p>
      <w:r>
        <w:rPr>
          <w:b/>
        </w:rPr>
        <w:t xml:space="preserve">[25:04] </w:t>
      </w:r>
      <w:r>
        <w:t>achha, is ke baad jo ayat hai, agli ayat padhiye is ko.</w:t>
      </w:r>
    </w:p>
    <w:p>
      <w:pPr>
        <w:jc w:val="right"/>
      </w:pPr>
      <w:r>
        <w:t>اچھا، اس کے بعد جو آیت ہے، اگلی آیت پڑھیے اس کو۔</w:t>
      </w:r>
    </w:p>
    <w:p>
      <w:r>
        <w:rPr>
          <w:b/>
        </w:rPr>
        <w:t xml:space="preserve">[25:10] </w:t>
      </w:r>
      <w:r>
        <w:t>qultum ya Musa lan nu'mina laka hatta narallaha jahratan fa'akhazatkumus sa'iqatu wa antum tandhurun thumma ba'athnakum min ba'di mawtikum la'allakum</w:t>
      </w:r>
    </w:p>
    <w:p>
      <w:pPr>
        <w:jc w:val="right"/>
      </w:pPr>
      <w:r>
        <w:t>قلتم یا موسیٰ لن نؤمن لک حتیٰ نرى اللہ جہرة فاخذتکم الساعقة وانتم تنظرون ثم بعثناکم من بعد موتکم لعلكم</w:t>
      </w:r>
    </w:p>
    <w:p>
      <w:r>
        <w:rPr>
          <w:b/>
        </w:rPr>
        <w:t xml:space="preserve">[25:16] </w:t>
      </w:r>
      <w:r>
        <w:t>tashkurun wa zallalna 'alaykumul ghamama wa anzalna 'alaykumul manna was salwa qullu min tayyibati ma razaqnakum wa ma zalamuna walakin kanu anfusahum</w:t>
      </w:r>
    </w:p>
    <w:p>
      <w:pPr>
        <w:jc w:val="right"/>
      </w:pPr>
      <w:r>
        <w:t>تشکرون وظللنا علیکم الغمامہ وانزلنا علیکم المن والسلوٰی قلو من طیبات ما رزقناکم وما ظلمونا ولكن کانو انفسہم</w:t>
      </w:r>
    </w:p>
    <w:p>
      <w:r>
        <w:rPr>
          <w:b/>
        </w:rPr>
        <w:t xml:space="preserve">[25:26] </w:t>
      </w:r>
      <w:r>
        <w:t>یظلمون بے شک, اس ke baad dekhiye un ko purify kiya gaya.</w:t>
      </w:r>
    </w:p>
    <w:p>
      <w:pPr>
        <w:jc w:val="right"/>
      </w:pPr>
      <w:r>
        <w:t>یظلمون بے شک، اس کے بعد دیکھیے ان کو پیوریفائی کیا گیا۔</w:t>
      </w:r>
    </w:p>
    <w:p>
      <w:r>
        <w:rPr>
          <w:b/>
        </w:rPr>
        <w:t xml:space="preserve">[25:36] </w:t>
      </w:r>
      <w:r>
        <w:t>yeh yeh qissa aap un ke sath hua ke koi un ko bohat ziyada ek ek</w:t>
      </w:r>
    </w:p>
    <w:p>
      <w:pPr>
        <w:jc w:val="right"/>
      </w:pPr>
      <w:r>
        <w:t>یہ یہ قصہ آپ ان کے ساتھ ہوا کہ کوئی ان کو بہت زیادہ ایک ایک</w:t>
      </w:r>
    </w:p>
    <w:p>
      <w:r>
        <w:rPr>
          <w:b/>
        </w:rPr>
        <w:t xml:space="preserve">[25:46] </w:t>
      </w:r>
      <w:r>
        <w:t>qism ki dahshat mein dala gaya.</w:t>
      </w:r>
    </w:p>
    <w:p>
      <w:pPr>
        <w:jc w:val="right"/>
      </w:pPr>
      <w:r>
        <w:t>قسم کی دہشت میں ڈالا گیا۔</w:t>
      </w:r>
    </w:p>
    <w:p>
      <w:r>
        <w:rPr>
          <w:b/>
        </w:rPr>
        <w:t xml:space="preserve">[25:53] </w:t>
      </w:r>
      <w:r>
        <w:t>انہوں نے بہت زیادہ ان کے اندر رجوع پیدا ہوا ان کو purify کرنے کے لیے۔</w:t>
      </w:r>
    </w:p>
    <w:p>
      <w:pPr>
        <w:jc w:val="right"/>
      </w:pPr>
      <w:r>
        <w:t>انہوں نے بہت زیادہ ان کے اندر رجوع پیدا ہوا ان کو پیوریفائی کرنے کے لیے۔</w:t>
      </w:r>
    </w:p>
    <w:p>
      <w:r>
        <w:rPr>
          <w:b/>
        </w:rPr>
        <w:t xml:space="preserve">[26:01] </w:t>
      </w:r>
      <w:r>
        <w:t>sab hua to yeh kyun hua? yeh is liye hua ke Bani Israel ko tayyar karna tha ke</w:t>
      </w:r>
    </w:p>
    <w:p>
      <w:pPr>
        <w:jc w:val="right"/>
      </w:pPr>
      <w:r>
        <w:t>سب ہوا تو یہ کیوں ہوا؟ یہ اس لیے ہوا کہ بنی اسرائیل کو تیار کرنا تھا کہ</w:t>
      </w:r>
    </w:p>
    <w:p>
      <w:r>
        <w:rPr>
          <w:b/>
        </w:rPr>
        <w:t xml:space="preserve">[26:08] </w:t>
      </w:r>
      <w:r>
        <w:t>woh kaam karein jis ke liye unhein fazlallal 'alameen kaha gaya hai</w:t>
      </w:r>
    </w:p>
    <w:p>
      <w:pPr>
        <w:jc w:val="right"/>
      </w:pPr>
      <w:r>
        <w:t>وہ کام کریں جس کے لیے انہیں فضل اللہ العالمین کہا گیا ہے</w:t>
      </w:r>
    </w:p>
    <w:p>
      <w:r>
        <w:rPr>
          <w:b/>
        </w:rPr>
        <w:t xml:space="preserve">[26:16] </w:t>
      </w:r>
      <w:r>
        <w:t>aur woh hai shahadat.</w:t>
      </w:r>
    </w:p>
    <w:p>
      <w:pPr>
        <w:jc w:val="right"/>
      </w:pPr>
      <w:r>
        <w:t>اور وہ ہے شہادت۔</w:t>
      </w:r>
    </w:p>
    <w:p>
      <w:r>
        <w:rPr>
          <w:b/>
        </w:rPr>
        <w:t xml:space="preserve">[26:23] </w:t>
      </w:r>
      <w:r>
        <w:t>to asal cheez jo thi Allah ki scheme ke mutabiq woh yeh thi ke bani Israel qomon ke</w:t>
      </w:r>
    </w:p>
    <w:p>
      <w:pPr>
        <w:jc w:val="right"/>
      </w:pPr>
      <w:r>
        <w:t>تو اصل چیز جو تھی اللہ کی اسکیم کے مطابق وہ یہ تھی کہ بنی اسرائیل قوموں کے</w:t>
      </w:r>
    </w:p>
    <w:p>
      <w:r>
        <w:rPr>
          <w:b/>
        </w:rPr>
        <w:t xml:space="preserve">[26:29] </w:t>
      </w:r>
      <w:r>
        <w:t>saamne haq ke shahid banen, gawah banen.</w:t>
      </w:r>
    </w:p>
    <w:p>
      <w:pPr>
        <w:jc w:val="right"/>
      </w:pPr>
      <w:r>
        <w:t>سامنے حق کے شاہد بنیں، گواہ بنیں۔</w:t>
      </w:r>
    </w:p>
    <w:p>
      <w:r>
        <w:rPr>
          <w:b/>
        </w:rPr>
        <w:t xml:space="preserve">[26:36] </w:t>
      </w:r>
      <w:r>
        <w:t>اس کے لیے ان کو purify کیا گیا۔</w:t>
      </w:r>
    </w:p>
    <w:p>
      <w:pPr>
        <w:jc w:val="right"/>
      </w:pPr>
      <w:r>
        <w:t>اس کے لیے ان کو پیوریفائی کیا گیا۔</w:t>
      </w:r>
    </w:p>
    <w:p>
      <w:r>
        <w:rPr>
          <w:b/>
        </w:rPr>
        <w:t xml:space="preserve">[26:42] </w:t>
      </w:r>
      <w:r>
        <w:t>to is par ghaur karne se samajh mein aata hai ke yeh jo in ko man sarwa diya gaya,</w:t>
      </w:r>
    </w:p>
    <w:p>
      <w:pPr>
        <w:jc w:val="right"/>
      </w:pPr>
      <w:r>
        <w:t>تو اس پر غور کرنے سے سمجھ میں آتا ہے کہ یہ جو ان کو من سروا دیا گیا،</w:t>
      </w:r>
    </w:p>
    <w:p>
      <w:r>
        <w:rPr>
          <w:b/>
        </w:rPr>
        <w:t xml:space="preserve">[26:49] </w:t>
      </w:r>
      <w:r>
        <w:t>yeh Allah taala ka aik qanoon hai.</w:t>
      </w:r>
    </w:p>
    <w:p>
      <w:pPr>
        <w:jc w:val="right"/>
      </w:pPr>
      <w:r>
        <w:t>یہ اللہ تعالی کا ایک قانون ہے۔</w:t>
      </w:r>
    </w:p>
    <w:p>
      <w:r>
        <w:rPr>
          <w:b/>
        </w:rPr>
        <w:t xml:space="preserve">[26:56] </w:t>
      </w:r>
      <w:r>
        <w:t>jab aik giroh ko Allah yeh zimmedari daale ga ke woh shahadat naas ki zimmedari yani</w:t>
      </w:r>
    </w:p>
    <w:p>
      <w:pPr>
        <w:jc w:val="right"/>
      </w:pPr>
      <w:r>
        <w:t>جب ایک گروہ کو اللہ یہ ذمہ داری ڈالے گا کہ وہ شہادت ناس کی ذمہ داری یعنی</w:t>
      </w:r>
    </w:p>
    <w:p>
      <w:r>
        <w:rPr>
          <w:b/>
        </w:rPr>
        <w:t xml:space="preserve">[27:04] </w:t>
      </w:r>
      <w:r>
        <w:t>sachai ki gawahi dena, yeh gawahi to un ki maash ka intezam kare ga.</w:t>
      </w:r>
    </w:p>
    <w:p>
      <w:pPr>
        <w:jc w:val="right"/>
      </w:pPr>
      <w:r>
        <w:t>سچائی کی گواہی دینا، یہ گواہی تو ان کی معاش کا انتظام کرے گا۔</w:t>
      </w:r>
    </w:p>
    <w:p>
      <w:r>
        <w:rPr>
          <w:b/>
        </w:rPr>
        <w:t xml:space="preserve">[27:11] </w:t>
      </w:r>
      <w:r>
        <w:t>kyun ke maash mein agar zyada un ko masroof hona pa</w:t>
      </w:r>
    </w:p>
    <w:p>
      <w:pPr>
        <w:jc w:val="right"/>
      </w:pPr>
      <w:r>
        <w:t>کیونکہ معاش میں اگر زیادہ ان کو مصروف ہونا پ</w:t>
      </w:r>
    </w:p>
    <w:p>
      <w:r>
        <w:rPr>
          <w:b/>
        </w:rPr>
        <w:t xml:space="preserve">[27:19] </w:t>
      </w:r>
      <w:r>
        <w:t>to woh shahadat sath haq ka kaam nahi kar sakte. To yeh intezam sada andaaz mein hota hai. Man salwa Bani Israel ke liye aik sada ma'ashi intezam kiya gaya man salwa ki surat mein ke Allah ke diye hue sada ghiza ko khao aur dawat</w:t>
      </w:r>
    </w:p>
    <w:p>
      <w:pPr>
        <w:jc w:val="right"/>
      </w:pPr>
      <w:r>
        <w:t>ڑے تو وہ شہادت ساتھ حق کا کام نہیں کر سکتے۔ تو یہ انتظام سادہ انداز میں ہوتا ہے۔ من سلوٰی بنی اسرائیل کے لیے ایک سادہ معاشی انتظام کیا گیا من سلوٰی کی صورت میں کہ اللہ کے دیے ہوئے سادہ غذا کو کھاؤ اور دعوت</w:t>
      </w:r>
    </w:p>
    <w:p>
      <w:r>
        <w:rPr>
          <w:b/>
        </w:rPr>
        <w:t xml:space="preserve">[27:49] </w:t>
      </w:r>
      <w:r>
        <w:t>ka kaam karo, shahadat ka kaam karo.</w:t>
      </w:r>
    </w:p>
    <w:p>
      <w:pPr>
        <w:jc w:val="right"/>
      </w:pPr>
      <w:r>
        <w:t>کا کام کرو، شہادت کا کام کرو۔</w:t>
      </w:r>
    </w:p>
    <w:p>
      <w:r>
        <w:rPr>
          <w:b/>
        </w:rPr>
        <w:t xml:space="preserve">[27:55] </w:t>
      </w:r>
      <w:r>
        <w:t>yeh tha Allah taala ka ka mansooba.</w:t>
      </w:r>
    </w:p>
    <w:p>
      <w:pPr>
        <w:jc w:val="right"/>
      </w:pPr>
      <w:r>
        <w:t>یہ تھا اللہ تعالی کا کا منصوبہ۔</w:t>
      </w:r>
    </w:p>
    <w:p>
      <w:r>
        <w:rPr>
          <w:b/>
        </w:rPr>
        <w:t xml:space="preserve">[28:01] </w:t>
      </w:r>
      <w:r>
        <w:t>to yeh man salwa jo hai, yeh ittifaq ki baat nahi hai.</w:t>
      </w:r>
    </w:p>
    <w:p>
      <w:pPr>
        <w:jc w:val="right"/>
      </w:pPr>
      <w:r>
        <w:t>تو یہ من سلوٰی جو ہے، یہ اتفاق کی بات نہیں ہے۔</w:t>
      </w:r>
    </w:p>
    <w:p>
      <w:r>
        <w:rPr>
          <w:b/>
        </w:rPr>
        <w:t xml:space="preserve">[28:07] </w:t>
      </w:r>
      <w:r>
        <w:t>ان کو پیوریفائی کرنے کے بعد ان پر یہ blessing کی بات ہے کہ اب تم کو کام</w:t>
      </w:r>
    </w:p>
    <w:p>
      <w:pPr>
        <w:jc w:val="right"/>
      </w:pPr>
      <w:r>
        <w:t>ان کو پیوریفائی کرنے کے بعد ان پر یہ بلیسنگ کی بات ہے کہ اب تم کو کام</w:t>
      </w:r>
    </w:p>
    <w:p>
      <w:r>
        <w:rPr>
          <w:b/>
        </w:rPr>
        <w:t xml:space="preserve">[28:13] </w:t>
      </w:r>
      <w:r>
        <w:t>karna hai shahadat naas ka, dawat ka, aam logon tak</w:t>
      </w:r>
    </w:p>
    <w:p>
      <w:pPr>
        <w:jc w:val="right"/>
      </w:pPr>
      <w:r>
        <w:t>کرنا ہے شہادت الناس کا، دعوت کا، عام لوگوں تک</w:t>
      </w:r>
    </w:p>
    <w:p>
      <w:r>
        <w:rPr>
          <w:b/>
        </w:rPr>
        <w:t xml:space="preserve">[28:19] </w:t>
      </w:r>
      <w:r>
        <w:t>Allah ka paigham pohnchanay ka yeh kaam karna hai.</w:t>
      </w:r>
    </w:p>
    <w:p>
      <w:pPr>
        <w:jc w:val="right"/>
      </w:pPr>
      <w:r>
        <w:t>اللہ کا پیغام پہنچانے کا یہ کام کرنا ہے۔</w:t>
      </w:r>
    </w:p>
    <w:p>
      <w:r>
        <w:rPr>
          <w:b/>
        </w:rPr>
        <w:t xml:space="preserve">[28:25] </w:t>
      </w:r>
      <w:r>
        <w:t>aur jahan tak tumhari maashiyat ki baat hai, is ki zimmedari Allah ne is le li is</w:t>
      </w:r>
    </w:p>
    <w:p>
      <w:pPr>
        <w:jc w:val="right"/>
      </w:pPr>
      <w:r>
        <w:t>اور جہاں تک تمہاری معاشیات کی بات ہے، اس کی ذمہ داری اللہ نے اس لے لی اس</w:t>
      </w:r>
    </w:p>
    <w:p>
      <w:r>
        <w:rPr>
          <w:b/>
        </w:rPr>
        <w:t xml:space="preserve">[28:32] </w:t>
      </w:r>
      <w:r>
        <w:t>tareeqay se ke man salwa un par nazil kiya.</w:t>
      </w:r>
    </w:p>
    <w:p>
      <w:pPr>
        <w:jc w:val="right"/>
      </w:pPr>
      <w:r>
        <w:t>طریقے سے کہ من سلوٰی ان پر نازل کیا۔</w:t>
      </w:r>
    </w:p>
    <w:p>
      <w:r>
        <w:rPr>
          <w:b/>
        </w:rPr>
        <w:t xml:space="preserve">[28:38] </w:t>
      </w:r>
      <w:r>
        <w:t>man salwa to mein samajhta hoon ke yahi baat is ummat ke liye bhi hai.</w:t>
      </w:r>
    </w:p>
    <w:p>
      <w:pPr>
        <w:jc w:val="right"/>
      </w:pPr>
      <w:r>
        <w:t>من سلوٰی تو میں سمجھتا ہوں کہ یہی بات اس امت کے لیے بھی ہے۔</w:t>
      </w:r>
    </w:p>
    <w:p>
      <w:r>
        <w:rPr>
          <w:b/>
        </w:rPr>
        <w:t xml:space="preserve">[28:44] </w:t>
      </w:r>
      <w:r>
        <w:t>bani Israel ke silsilay mein yeh lafz aaye hain ke fazalnaakum al aalameen.</w:t>
      </w:r>
    </w:p>
    <w:p>
      <w:pPr>
        <w:jc w:val="right"/>
      </w:pPr>
      <w:r>
        <w:t>بنی اسرائیل کے سلسلے میں یہ لفظ آئے ہیں کہ فضلناکم العالمین۔</w:t>
      </w:r>
    </w:p>
    <w:p>
      <w:r>
        <w:rPr>
          <w:b/>
        </w:rPr>
        <w:t xml:space="preserve">[28:51] </w:t>
      </w:r>
      <w:r>
        <w:t>yahan fazalna fazilat ke maenay mein nahi hai balke is maenay mein hai ke tum ko chun liya</w:t>
      </w:r>
    </w:p>
    <w:p>
      <w:pPr>
        <w:jc w:val="right"/>
      </w:pPr>
      <w:r>
        <w:t>یہاں فضلنا فضیلت کے معنی میں نہیں ہے بلکہ اس معنی میں ہے کہ تم کو چن لیا</w:t>
      </w:r>
    </w:p>
    <w:p>
      <w:r>
        <w:rPr>
          <w:b/>
        </w:rPr>
        <w:t xml:space="preserve">[28:58] </w:t>
      </w:r>
      <w:r>
        <w:t>shahadat naas ke liye.</w:t>
      </w:r>
    </w:p>
    <w:p>
      <w:pPr>
        <w:jc w:val="right"/>
      </w:pPr>
      <w:r>
        <w:t>شہادت الناس کے لیے۔</w:t>
      </w:r>
    </w:p>
    <w:p>
      <w:r>
        <w:rPr>
          <w:b/>
        </w:rPr>
        <w:t xml:space="preserve">[29:06] </w:t>
      </w:r>
      <w:r>
        <w:t>tum par tumhare darmiyan Allah ka rasool aaya, Allah ki kitab aayi, tumhare saamne aik rasool Allah ne</w:t>
      </w:r>
    </w:p>
    <w:p>
      <w:pPr>
        <w:jc w:val="right"/>
      </w:pPr>
      <w:r>
        <w:t>تم پر تمہارے درمیان اللہ کا رسول آیا، اللہ کی کتاب آئی، تمہارے سامنے ایک رسول اللہ نے</w:t>
      </w:r>
    </w:p>
    <w:p>
      <w:r>
        <w:rPr>
          <w:b/>
        </w:rPr>
        <w:t xml:space="preserve">[29:14] </w:t>
      </w:r>
      <w:r>
        <w:t>har cheez ki</w:t>
      </w:r>
    </w:p>
    <w:p>
      <w:pPr>
        <w:jc w:val="right"/>
      </w:pPr>
      <w:r>
        <w:t>ہر چیز کی</w:t>
      </w:r>
    </w:p>
    <w:p>
      <w:r>
        <w:rPr>
          <w:b/>
        </w:rPr>
        <w:t xml:space="preserve">[29:22] </w:t>
      </w:r>
      <w:r>
        <w:t>ki uswa qaim ki. Yeh sab kuch hua aur isi ke sath tum par yeh zimmedari dali gayi ke tum insanon ke samne shahadat shaheed bano, shahi bano, Allah ke deen ko sare insanon tak pahunchao. Quran ki jo kitab tum ko di gayi hai, Quran Quran</w:t>
      </w:r>
    </w:p>
    <w:p>
      <w:pPr>
        <w:jc w:val="right"/>
      </w:pPr>
      <w:r>
        <w:t>کی اسوہ قائم کیا۔ یہ سب کچھ ہوا اور اسی کے ساتھ تم پر یہ ذمہ داری ڈالی گئی کہ تم انسانوں کے سامنے شہادت شہید بنو، شاہد بنو، اللہ کے دین کو سارے انسانوں تک پہنچاؤ۔ قرآن کی جو کتاب تم کو دی گئی ہے، قرآن قرآ</w:t>
      </w:r>
    </w:p>
    <w:p>
      <w:r>
        <w:rPr>
          <w:b/>
        </w:rPr>
        <w:t xml:space="preserve">[29:52] </w:t>
      </w:r>
      <w:r>
        <w:t>n ki surat mein, Quran ki surat mein tum ko jo aakhri kitab di gayi hai, us ko</w:t>
      </w:r>
    </w:p>
    <w:p>
      <w:pPr>
        <w:jc w:val="right"/>
      </w:pPr>
      <w:r>
        <w:t>ن کی صورت میں، قرآن کی صورت میں تم کو جو آخری کتاب دی گئی ہے، اس کو</w:t>
      </w:r>
    </w:p>
    <w:p>
      <w:r>
        <w:rPr>
          <w:b/>
        </w:rPr>
        <w:t xml:space="preserve">[29:57] </w:t>
      </w:r>
      <w:r>
        <w:t>saare alam tak pohnchao.</w:t>
      </w:r>
    </w:p>
    <w:p>
      <w:pPr>
        <w:jc w:val="right"/>
      </w:pPr>
      <w:r>
        <w:t>سارے عالم تک پہنچاؤ۔</w:t>
      </w:r>
    </w:p>
    <w:p>
      <w:r>
        <w:rPr>
          <w:b/>
        </w:rPr>
        <w:t xml:space="preserve">[30:02] </w:t>
      </w:r>
      <w:r>
        <w:t>aur jahan tak mein ne is pe ghaur kiya hai, bani Israel ya yahood ka zamana agriculture ka</w:t>
      </w:r>
    </w:p>
    <w:p>
      <w:pPr>
        <w:jc w:val="right"/>
      </w:pPr>
      <w:r>
        <w:t>اور جہاں تک میں نے اس پہ غور کیا ہے، بنی اسرائیل یا یہود کا زمانہ ایگریکلچر کا</w:t>
      </w:r>
    </w:p>
    <w:p>
      <w:r>
        <w:rPr>
          <w:b/>
        </w:rPr>
        <w:t xml:space="preserve">[30:07] </w:t>
      </w:r>
      <w:r>
        <w:t>zamana tha, ziraat ka zamana.</w:t>
      </w:r>
    </w:p>
    <w:p>
      <w:pPr>
        <w:jc w:val="right"/>
      </w:pPr>
      <w:r>
        <w:t>زمانہ تھا، زراعت کا زمانہ۔</w:t>
      </w:r>
    </w:p>
    <w:p>
      <w:r>
        <w:rPr>
          <w:b/>
        </w:rPr>
        <w:t xml:space="preserve">[30:12] </w:t>
      </w:r>
      <w:r>
        <w:t>to un ke badshah ke intezam kiya gaya ziraati dor ke hisab se.</w:t>
      </w:r>
    </w:p>
    <w:p>
      <w:pPr>
        <w:jc w:val="right"/>
      </w:pPr>
      <w:r>
        <w:t>تو ان کے بادشاہ کے انتظام کیا گیا زراعتی دور کے حساب سے۔</w:t>
      </w:r>
    </w:p>
    <w:p>
      <w:r>
        <w:rPr>
          <w:b/>
        </w:rPr>
        <w:t xml:space="preserve">[30:17] </w:t>
      </w:r>
      <w:r>
        <w:t>yani mun salwa jo tha,</w:t>
      </w:r>
    </w:p>
    <w:p>
      <w:pPr>
        <w:jc w:val="right"/>
      </w:pPr>
      <w:r>
        <w:t>یعنی من سلوٰی جو تھا،</w:t>
      </w:r>
    </w:p>
    <w:p>
      <w:r>
        <w:rPr>
          <w:b/>
        </w:rPr>
        <w:t xml:space="preserve">[30:22] </w:t>
      </w:r>
      <w:r>
        <w:t>woh ziraati dor ka ma'ashi intezam tha. Man salwa jo hai, woh ziraati dor ki khudaai ke liye Khuda ki taraf se ma'ashiyat ka intezam tha. Ab is ke baad dor aane wala tha sanati dor. Is ke baad duniya mein technology ki daryaft hone wali thi, tehzeeb aane wali</w:t>
      </w:r>
    </w:p>
    <w:p>
      <w:pPr>
        <w:jc w:val="right"/>
      </w:pPr>
      <w:r>
        <w:t>وہ زراعتی دور کا معاشی انتظام تھا۔ من سلوٰی جو ہے، وہ زراعتی دور کی خدائی کے لیے خدا کی طرف سے معاشیات کا انتظام تھا۔ اب اس کے بعد دور آنے والا تھا صنعتی دور۔ اس کے بعد دنیا میں ٹیکنالوجی کی دریافت ہونے والی تھی، تہذیب آنے والی</w:t>
      </w:r>
    </w:p>
    <w:p>
      <w:r>
        <w:rPr>
          <w:b/>
        </w:rPr>
        <w:t xml:space="preserve">[30:52] </w:t>
      </w:r>
      <w:r>
        <w:t>thi, industrial industry aanay wali thi.</w:t>
      </w:r>
    </w:p>
    <w:p>
      <w:pPr>
        <w:jc w:val="right"/>
      </w:pPr>
      <w:r>
        <w:t>تھی، انڈسٹریل انڈسٹری آنے والی تھی۔</w:t>
      </w:r>
    </w:p>
    <w:p>
      <w:r>
        <w:rPr>
          <w:b/>
        </w:rPr>
        <w:t xml:space="preserve">[31:00] </w:t>
      </w:r>
      <w:r>
        <w:t>to industrial age ke liye Allah taala ne intezam kiya ummat e Muhammad ke liye tail ka.</w:t>
      </w:r>
    </w:p>
    <w:p>
      <w:pPr>
        <w:jc w:val="right"/>
      </w:pPr>
      <w:r>
        <w:t>تو انڈسٹریل ایج کے لیے اللہ تعالی نے انتظام کیا امت محمد کے لیے تیل کا۔</w:t>
      </w:r>
    </w:p>
    <w:p>
      <w:r>
        <w:rPr>
          <w:b/>
        </w:rPr>
        <w:t xml:space="preserve">[31:07] </w:t>
      </w:r>
      <w:r>
        <w:t>arab ki sarzameen ke neeche Allah taala ne tail ka samandar baha diya.</w:t>
      </w:r>
    </w:p>
    <w:p>
      <w:pPr>
        <w:jc w:val="right"/>
      </w:pPr>
      <w:r>
        <w:t>عرب کی سرزمین کے نیچے اللہ تعالی نے تیل کا سمندر بہا دیا۔</w:t>
      </w:r>
    </w:p>
    <w:p>
      <w:r>
        <w:rPr>
          <w:b/>
        </w:rPr>
        <w:t xml:space="preserve">[31:15] </w:t>
      </w:r>
      <w:r>
        <w:t>kyun ke aap jantay hain ke tail jo hai, woh modern industry ke liye fuel ka kaam karta hai.</w:t>
      </w:r>
    </w:p>
    <w:p>
      <w:pPr>
        <w:jc w:val="right"/>
      </w:pPr>
      <w:r>
        <w:t>کیونکہ آپ جانتے ہیں کہ تیل جو ہے، وہ ماڈرن انڈسٹری کے لیے فوائل کا کام کرتا ہے۔</w:t>
      </w:r>
    </w:p>
    <w:p>
      <w:r>
        <w:rPr>
          <w:b/>
        </w:rPr>
        <w:t xml:space="preserve">[31:23] </w:t>
      </w:r>
      <w:r>
        <w:t>modern industry ke liye khurak hai.</w:t>
      </w:r>
    </w:p>
    <w:p>
      <w:pPr>
        <w:jc w:val="right"/>
      </w:pPr>
      <w:r>
        <w:t>ماڈرن انڈسٹری کے لیے خوراک ہے۔</w:t>
      </w:r>
    </w:p>
    <w:p>
      <w:r>
        <w:rPr>
          <w:b/>
        </w:rPr>
        <w:t xml:space="preserve">[31:29] </w:t>
      </w:r>
      <w:r>
        <w:t>woh agar tail na ho to modern industry bhi nahi.</w:t>
      </w:r>
    </w:p>
    <w:p>
      <w:pPr>
        <w:jc w:val="right"/>
      </w:pPr>
      <w:r>
        <w:t>وہ اگر تیل نہ ہو تو ماڈرن انڈسٹری بھی نہیں۔</w:t>
      </w:r>
    </w:p>
    <w:p>
      <w:r>
        <w:rPr>
          <w:b/>
        </w:rPr>
        <w:t xml:space="preserve">[31:35] </w:t>
      </w:r>
      <w:r>
        <w:t>to bohat bari miqdar mein arab sarzameen ke neeche, kyun ke kyun ke arab jo hain, numaindagi numainda tor par</w:t>
      </w:r>
    </w:p>
    <w:p>
      <w:pPr>
        <w:jc w:val="right"/>
      </w:pPr>
      <w:r>
        <w:t>تو بہت بڑی مقدار میں عرب سرزمین کے نیچے، کیونکہ کیونکہ عرب جو ہیں، نمائندگی نمائندہ طور پر</w:t>
      </w:r>
    </w:p>
    <w:p>
      <w:r>
        <w:rPr>
          <w:b/>
        </w:rPr>
        <w:t xml:space="preserve">[31:41] </w:t>
      </w:r>
      <w:r>
        <w:t>shahadat e haq ke zimmedar hain.</w:t>
      </w:r>
    </w:p>
    <w:p>
      <w:pPr>
        <w:jc w:val="right"/>
      </w:pPr>
      <w:r>
        <w:t>شہادت حق کے ذمہ دار ہیں۔</w:t>
      </w:r>
    </w:p>
    <w:p>
      <w:r>
        <w:rPr>
          <w:b/>
        </w:rPr>
        <w:t xml:space="preserve">[31:47] </w:t>
      </w:r>
      <w:r>
        <w:t>shahadat e haq ke zimmedar har arab usman rahe, dunya ke kahin mein kahin bhi woh basa hua ho.</w:t>
      </w:r>
    </w:p>
    <w:p>
      <w:pPr>
        <w:jc w:val="right"/>
      </w:pPr>
      <w:r>
        <w:t>شہادت حق کے ذمہ دار ہر عرب عثمان رہے، دنیا کے کہیں میں کہیں بھی وہ بسا ہوا ہو۔</w:t>
      </w:r>
    </w:p>
    <w:p>
      <w:r>
        <w:rPr>
          <w:b/>
        </w:rPr>
        <w:t xml:space="preserve">[31:53] </w:t>
      </w:r>
      <w:r>
        <w:t>lekan arab jo log jo hain, woh numainda tor par shahadat un nas ke zimmedar hain.</w:t>
      </w:r>
    </w:p>
    <w:p>
      <w:pPr>
        <w:jc w:val="right"/>
      </w:pPr>
      <w:r>
        <w:t>لیکن عرب جو لوگ جو ہیں، وہ نمائندہ طور پر شہادت الناس کے ذمہ دار ہیں۔</w:t>
      </w:r>
    </w:p>
    <w:p>
      <w:r>
        <w:rPr>
          <w:b/>
        </w:rPr>
        <w:t xml:space="preserve">[32:00] </w:t>
      </w:r>
      <w:r>
        <w:t>to un ki zameen ke neeche tail ka bohat bara zakhira.</w:t>
      </w:r>
    </w:p>
    <w:p>
      <w:pPr>
        <w:jc w:val="right"/>
      </w:pPr>
      <w:r>
        <w:t>تو ان کی زمین کے نیچے تیل کا بہت بڑا ذخیرہ۔</w:t>
      </w:r>
    </w:p>
    <w:p>
      <w:r>
        <w:rPr>
          <w:b/>
        </w:rPr>
        <w:t xml:space="preserve">[32:08] </w:t>
      </w:r>
      <w:r>
        <w:t>mahireen is ko accident of geography kehte hain.</w:t>
      </w:r>
    </w:p>
    <w:p>
      <w:pPr>
        <w:jc w:val="right"/>
      </w:pPr>
      <w:r>
        <w:t>ماہرین اس کو ایکسیڈنٹ آف جیوگرافی کہتے ہیں۔</w:t>
      </w:r>
    </w:p>
    <w:p>
      <w:r>
        <w:rPr>
          <w:b/>
        </w:rPr>
        <w:t xml:space="preserve">[32:15] </w:t>
      </w:r>
      <w:r>
        <w:t>عرب زمین، عرب سرزمین کے نیچے تیل آیا تو ماہرین کہتے ہیں کہ یہ it was accident of geography.</w:t>
      </w:r>
    </w:p>
    <w:p>
      <w:pPr>
        <w:jc w:val="right"/>
      </w:pPr>
      <w:r>
        <w:t>عرب زمین، عرب سرزمین کے نیچے تیل آیا تو ماہرین کہتے ہیں کہ یہ اٹ واز ایکسیڈنٹ آف جیوگرافی۔</w:t>
      </w:r>
    </w:p>
    <w:p>
      <w:r>
        <w:rPr>
          <w:b/>
        </w:rPr>
        <w:t xml:space="preserve">[32:23] </w:t>
      </w:r>
      <w:r>
        <w:t>nahi, yeh planning thi Allah rabb ul alameen ki.</w:t>
      </w:r>
    </w:p>
    <w:p>
      <w:pPr>
        <w:jc w:val="right"/>
      </w:pPr>
      <w:r>
        <w:t>نہیں، یہ پلاننگ تھی اللہ رب العالمین کی۔</w:t>
      </w:r>
    </w:p>
    <w:p>
      <w:r>
        <w:rPr>
          <w:b/>
        </w:rPr>
        <w:t xml:space="preserve">[32:31] </w:t>
      </w:r>
      <w:r>
        <w:t>kyun ke agar tail zameen ki satah satah par teerta, har taraf na nadi naale mein tail hota hai,</w:t>
      </w:r>
    </w:p>
    <w:p>
      <w:pPr>
        <w:jc w:val="right"/>
      </w:pPr>
      <w:r>
        <w:t>کیونکہ اگر تیل زمین کی سطح سطح پر تیرتا، ہر طرف نہ ندی نالے میں تیل ہوتا ہے،</w:t>
      </w:r>
    </w:p>
    <w:p>
      <w:r>
        <w:rPr>
          <w:b/>
        </w:rPr>
        <w:t xml:space="preserve">[32:38] </w:t>
      </w:r>
      <w:r>
        <w:t>har jagah to zindagi mushkil ho jati.</w:t>
      </w:r>
    </w:p>
    <w:p>
      <w:pPr>
        <w:jc w:val="right"/>
      </w:pPr>
      <w:r>
        <w:t>ہر جگہ تو زندگی مشکل ہو جاتی۔</w:t>
      </w:r>
    </w:p>
    <w:p>
      <w:r>
        <w:rPr>
          <w:b/>
        </w:rPr>
        <w:t xml:space="preserve">[32:46] </w:t>
      </w:r>
      <w:r>
        <w:t>to nadi naale mein to pani aur aur zameen ke neeche petrol. to hadith</w:t>
      </w:r>
    </w:p>
    <w:p>
      <w:pPr>
        <w:jc w:val="right"/>
      </w:pPr>
      <w:r>
        <w:t>تو ندی نالے میں تو پانی اور اور زمین کے نیچے پیٹرول۔ تو حدیث</w:t>
      </w:r>
    </w:p>
    <w:p>
      <w:r>
        <w:rPr>
          <w:b/>
        </w:rPr>
        <w:t xml:space="preserve">[32:53] </w:t>
      </w:r>
      <w:r>
        <w:t>mein ek bohat ajeeb hadith aayi hai is silsile mein ke ek zamana aaye ga ke jab Allah</w:t>
      </w:r>
    </w:p>
    <w:p>
      <w:pPr>
        <w:jc w:val="right"/>
      </w:pPr>
      <w:r>
        <w:t>میں ایک بہت عجیب حدیث آئی ہے اس سلسلے میں کہ ایک زمانہ آئے گا کہ جب اللہ</w:t>
      </w:r>
    </w:p>
    <w:p>
      <w:r>
        <w:rPr>
          <w:b/>
        </w:rPr>
        <w:t xml:space="preserve">[32:59] </w:t>
      </w:r>
      <w:r>
        <w:t>dajra afraad ko sone se bhar de ga magar tum is mein se kuch lena mat.</w:t>
      </w:r>
    </w:p>
    <w:p>
      <w:pPr>
        <w:jc w:val="right"/>
      </w:pPr>
      <w:r>
        <w:t>دجرہ افراد کو سونے سے بھر دے گا مگر تم اس میں سے کچھ لینا مت۔</w:t>
      </w:r>
    </w:p>
    <w:p>
      <w:r>
        <w:rPr>
          <w:b/>
        </w:rPr>
        <w:t xml:space="preserve">[33:05] </w:t>
      </w:r>
      <w:r>
        <w:t>to dajra afraad ko sone se bhar de ga.</w:t>
      </w:r>
    </w:p>
    <w:p>
      <w:pPr>
        <w:jc w:val="right"/>
      </w:pPr>
      <w:r>
        <w:t>تو دجرہ افراد کو سونے سے بھر دے گا۔</w:t>
      </w:r>
    </w:p>
    <w:p>
      <w:r>
        <w:rPr>
          <w:b/>
        </w:rPr>
        <w:t xml:space="preserve">[33:11] </w:t>
      </w:r>
      <w:r>
        <w:t>matlab yeh hai ke liquid gold nikle ga.</w:t>
      </w:r>
    </w:p>
    <w:p>
      <w:pPr>
        <w:jc w:val="right"/>
      </w:pPr>
      <w:r>
        <w:t>مطلب یہ ہے کہ لیکوڈ گول نکلے گا۔</w:t>
      </w:r>
    </w:p>
    <w:p>
      <w:r>
        <w:rPr>
          <w:b/>
        </w:rPr>
        <w:t xml:space="preserve">[33:17] </w:t>
      </w:r>
      <w:r>
        <w:t>aap jantay hain ke sone yeh</w:t>
      </w:r>
    </w:p>
    <w:p>
      <w:pPr>
        <w:jc w:val="right"/>
      </w:pPr>
      <w:r>
        <w:t>آپ جانتے ہیں کہ سونے یہ</w:t>
      </w:r>
    </w:p>
    <w:p>
      <w:r>
        <w:rPr>
          <w:b/>
        </w:rPr>
        <w:t xml:space="preserve">[33:24] </w:t>
      </w:r>
      <w:r>
        <w:t>yeh tail ko tail ko siyah sona liquid gold kehte hain.</w:t>
      </w:r>
    </w:p>
    <w:p>
      <w:pPr>
        <w:jc w:val="right"/>
      </w:pPr>
      <w:r>
        <w:t>یہ تیل کو تیل کو سیاہ سونا لیکوڈ گول کہتے ہیں۔</w:t>
      </w:r>
    </w:p>
    <w:p>
      <w:r>
        <w:rPr>
          <w:b/>
        </w:rPr>
        <w:t xml:space="preserve">[33:30] </w:t>
      </w:r>
      <w:r>
        <w:t>to Allah taala ne Bani Israel ko mun o salwa diya tha ke tum dawat ka kaam karo,</w:t>
      </w:r>
    </w:p>
    <w:p>
      <w:pPr>
        <w:jc w:val="right"/>
      </w:pPr>
      <w:r>
        <w:t>تو اللہ تعالی نے بنی اسرائیل کو من اور سلوٰی دیا تھا کہ تم دعوت کا کام کرو،</w:t>
      </w:r>
    </w:p>
    <w:p>
      <w:r>
        <w:rPr>
          <w:b/>
        </w:rPr>
        <w:t xml:space="preserve">[33:36] </w:t>
      </w:r>
      <w:r>
        <w:t>tum shahadat e haq ka kaam anjam do aur tumhara maashi intezam Allah ki taraf se mun o salwa ki soorat mein.</w:t>
      </w:r>
    </w:p>
    <w:p>
      <w:pPr>
        <w:jc w:val="right"/>
      </w:pPr>
      <w:r>
        <w:t>تم شہادت حق کا کام انجام دو اور تمہارا معاشی انتظام اللہ کی طرف سے من سلوٰی کی صورت میں۔</w:t>
      </w:r>
    </w:p>
    <w:p>
      <w:r>
        <w:rPr>
          <w:b/>
        </w:rPr>
        <w:t xml:space="preserve">[33:42] </w:t>
      </w:r>
      <w:r>
        <w:t>aur pani wahan nikaal diya.</w:t>
      </w:r>
    </w:p>
    <w:p>
      <w:pPr>
        <w:jc w:val="right"/>
      </w:pPr>
      <w:r>
        <w:t>اور پانی وہاں نکال دیا۔</w:t>
      </w:r>
    </w:p>
    <w:p>
      <w:r>
        <w:rPr>
          <w:b/>
        </w:rPr>
        <w:t xml:space="preserve">[33:48] </w:t>
      </w:r>
      <w:r>
        <w:t>saara seena mein jahan ke</w:t>
      </w:r>
    </w:p>
    <w:p>
      <w:pPr>
        <w:jc w:val="right"/>
      </w:pPr>
      <w:r>
        <w:t>سارا سینہ میں جہاں کے</w:t>
      </w:r>
    </w:p>
    <w:p>
      <w:r>
        <w:rPr>
          <w:b/>
        </w:rPr>
        <w:t xml:space="preserve">[33:54] </w:t>
      </w:r>
      <w:r>
        <w:t>desert tha, har taraf wahan pani nikaal diya.</w:t>
      </w:r>
    </w:p>
    <w:p>
      <w:pPr>
        <w:jc w:val="right"/>
      </w:pPr>
      <w:r>
        <w:t>ڈیزرٹ تھا، ہر طرف وہاں پانی نکال دیا۔</w:t>
      </w:r>
    </w:p>
    <w:p>
      <w:r>
        <w:rPr>
          <w:b/>
        </w:rPr>
        <w:t xml:space="preserve">[34:01] </w:t>
      </w:r>
      <w:r>
        <w:t>pani aur man salwa.</w:t>
      </w:r>
    </w:p>
    <w:p>
      <w:pPr>
        <w:jc w:val="right"/>
      </w:pPr>
      <w:r>
        <w:t>پانی اور من سلوٰی۔</w:t>
      </w:r>
    </w:p>
    <w:p>
      <w:r>
        <w:rPr>
          <w:b/>
        </w:rPr>
        <w:t xml:space="preserve">[34:09] </w:t>
      </w:r>
      <w:r>
        <w:t>baad ke zamanay mein ummat-e-muhammadi ko koi zimmedari di gayi shahadat-e-haq ki.</w:t>
      </w:r>
    </w:p>
    <w:p>
      <w:pPr>
        <w:jc w:val="right"/>
      </w:pPr>
      <w:r>
        <w:t>بعد کے زمانے میں امت محمدی کو کوئی ذمہ داری دی گئی شہادت حق کی۔</w:t>
      </w:r>
    </w:p>
    <w:p>
      <w:r>
        <w:rPr>
          <w:b/>
        </w:rPr>
        <w:t xml:space="preserve">[34:16] </w:t>
      </w:r>
      <w:r>
        <w:t>to yahan bhi Allah ne kyunke dekhiye, is ke liye sirf maashi intezam hi kaafi nahi balkeh bohat kaafi</w:t>
      </w:r>
    </w:p>
    <w:p>
      <w:pPr>
        <w:jc w:val="right"/>
      </w:pPr>
      <w:r>
        <w:t>تو یہاں بھی اللہ نے کیونکہ دیکھیے، اس کے لیے صرف معاشی انتظام ہی کافی نہیں بلکہ بہت کافی</w:t>
      </w:r>
    </w:p>
    <w:p>
      <w:r>
        <w:rPr>
          <w:b/>
        </w:rPr>
        <w:t xml:space="preserve">[34:24] </w:t>
      </w:r>
      <w:r>
        <w:t>wasaail chahiye aala miyar par dawat ka kaam karne ke liye ya aala miyar par shahadat-e-haq ka kaam karne ke liye. bohat wasaail chahiye. to Allah taala ne muslim zameen ke neeche samandar baha diya petrol ka ke dawat ka kaam karo aur jitni bhi is ki price hai, Allah ki taraf pay ki j</w:t>
      </w:r>
    </w:p>
    <w:p>
      <w:pPr>
        <w:jc w:val="right"/>
      </w:pPr>
      <w:r>
        <w:t>وسائل چاہیے اعلیٰ معیار پر دعوت کا کام کرنے کے لیے یا اعلیٰ معیار پر شہادت حق کا کام کرنے کے لیے۔ بہت وسائل چاہیے۔ تو اللہ تعالی نے مسلم زمین کے نیچے سمندر بہا دیا پیٹرول کا کہ دعوت کا کام کرو اور جتنی بھی اس کی پرائس ہے، اللہ کی طرف پے کی ج</w:t>
      </w:r>
    </w:p>
    <w:p>
      <w:r>
        <w:rPr>
          <w:b/>
        </w:rPr>
        <w:t xml:space="preserve">[34:54] </w:t>
      </w:r>
      <w:r>
        <w:t>aayegi.</w:t>
      </w:r>
    </w:p>
    <w:p>
      <w:pPr>
        <w:jc w:val="right"/>
      </w:pPr>
      <w:r>
        <w:t>ائے گی۔</w:t>
      </w:r>
    </w:p>
    <w:p>
      <w:r>
        <w:rPr>
          <w:b/>
        </w:rPr>
        <w:t xml:space="preserve">[35:00] </w:t>
      </w:r>
      <w:r>
        <w:t>pichlay haftay hamaray aik qissa bataya tha aap ko ke Hyderabad mein hamaray aik saathi thay, Bao bhai.</w:t>
      </w:r>
    </w:p>
    <w:p>
      <w:pPr>
        <w:jc w:val="right"/>
      </w:pPr>
      <w:r>
        <w:t>پچھلے ہفتہ ہمارے ایک قصہ بتایا تھا آپ کو کہ حیدرآباد میں ہمارے ایک ساتھی تھے، باؤ بھائی۔</w:t>
      </w:r>
    </w:p>
    <w:p>
      <w:r>
        <w:rPr>
          <w:b/>
        </w:rPr>
        <w:t xml:space="preserve">[35:06] </w:t>
      </w:r>
      <w:r>
        <w:t>ab un ka intqaal ho chuka hai.</w:t>
      </w:r>
    </w:p>
    <w:p>
      <w:pPr>
        <w:jc w:val="right"/>
      </w:pPr>
      <w:r>
        <w:t>اب ان کا انتقال ہو چکا ہے۔</w:t>
      </w:r>
    </w:p>
    <w:p>
      <w:r>
        <w:rPr>
          <w:b/>
        </w:rPr>
        <w:t xml:space="preserve">[35:12] </w:t>
      </w:r>
      <w:r>
        <w:t>to Bao bhai, hamari jo team thi Hyderabad mein, to Bao bhai kehtay thay, Bao bhai khud taajir thay.</w:t>
      </w:r>
    </w:p>
    <w:p>
      <w:pPr>
        <w:jc w:val="right"/>
      </w:pPr>
      <w:r>
        <w:t>تو باؤ بھائی، ہماری جو ٹیم تھی حیدرآباد میں، تو باؤ بھائی کہتے تھے، باؤ بھائی خود تاجر تھے۔</w:t>
      </w:r>
    </w:p>
    <w:p>
      <w:r>
        <w:rPr>
          <w:b/>
        </w:rPr>
        <w:t xml:space="preserve">[35:18] </w:t>
      </w:r>
      <w:r>
        <w:t>Bao bhai kehtay thay ke dawat ki planning tum karo, dawat ka kaam tum karo aur jo paisa</w:t>
      </w:r>
    </w:p>
    <w:p>
      <w:pPr>
        <w:jc w:val="right"/>
      </w:pPr>
      <w:r>
        <w:t>باؤ بھائی کہتے تھے کہ دعوت کی پلاننگ تم کرو، دعوت کا کام تم کرو اور جو پیسہ</w:t>
      </w:r>
    </w:p>
    <w:p>
      <w:r>
        <w:rPr>
          <w:b/>
        </w:rPr>
        <w:t xml:space="preserve">[35:24] </w:t>
      </w:r>
      <w:r>
        <w:t>hai, woh hamaray paas le jao.</w:t>
      </w:r>
    </w:p>
    <w:p>
      <w:pPr>
        <w:jc w:val="right"/>
      </w:pPr>
      <w:r>
        <w:t>ہے، وہ ہمارے پاس لے جاؤ۔</w:t>
      </w:r>
    </w:p>
    <w:p>
      <w:r>
        <w:rPr>
          <w:b/>
        </w:rPr>
        <w:t xml:space="preserve">[35:29] </w:t>
      </w:r>
      <w:r>
        <w:t>paisa hum se lo, dawat ka kaam tum karo.</w:t>
      </w:r>
    </w:p>
    <w:p>
      <w:pPr>
        <w:jc w:val="right"/>
      </w:pPr>
      <w:r>
        <w:t>پیسہ ہم سے لو، دعوت کا کام تم کرو۔</w:t>
      </w:r>
    </w:p>
    <w:p>
      <w:r>
        <w:rPr>
          <w:b/>
        </w:rPr>
        <w:t xml:space="preserve">[35:34] </w:t>
      </w:r>
      <w:r>
        <w:t>to woh aik bara ziyada baray paimaanay par Allah taala ne keh diya ummat-e-muhammadi se ke dawat</w:t>
      </w:r>
    </w:p>
    <w:p>
      <w:pPr>
        <w:jc w:val="right"/>
      </w:pPr>
      <w:r>
        <w:t>تو وہ ایک بڑا زیادہ بڑے پیمانے پر اللہ تعالی نے کہہ دیا امت محمدی سے کہ دعوت</w:t>
      </w:r>
    </w:p>
    <w:p>
      <w:r>
        <w:rPr>
          <w:b/>
        </w:rPr>
        <w:t xml:space="preserve">[35:39] </w:t>
      </w:r>
      <w:r>
        <w:t>ka kaam tum karo aur bill hamaray paas bhej do.</w:t>
      </w:r>
    </w:p>
    <w:p>
      <w:pPr>
        <w:jc w:val="right"/>
      </w:pPr>
      <w:r>
        <w:t>کا کام تم کرو اور بل ہمارے پاس بھیج دو۔</w:t>
      </w:r>
    </w:p>
    <w:p>
      <w:r>
        <w:rPr>
          <w:b/>
        </w:rPr>
        <w:t xml:space="preserve">[35:44] </w:t>
      </w:r>
      <w:r>
        <w:t>lekin yeh jo hadees mein aaya hai ke ke siyah sona niklay ga aur tum is mein se</w:t>
      </w:r>
    </w:p>
    <w:p>
      <w:pPr>
        <w:jc w:val="right"/>
      </w:pPr>
      <w:r>
        <w:t>لیکن یہ جو حدیث میں آیا ہے کہ کہ سیاہ سونا نکلے گا اور تم اس میں سے</w:t>
      </w:r>
    </w:p>
    <w:p>
      <w:r>
        <w:rPr>
          <w:b/>
        </w:rPr>
        <w:t xml:space="preserve">[35:49] </w:t>
      </w:r>
      <w:r>
        <w:t>kuch mat lena, ka matlab yeh hai</w:t>
      </w:r>
    </w:p>
    <w:p>
      <w:pPr>
        <w:jc w:val="right"/>
      </w:pPr>
      <w:r>
        <w:t>کچھ مت لینا، کا مطلب یہ ہے</w:t>
      </w:r>
    </w:p>
    <w:p>
      <w:r>
        <w:rPr>
          <w:b/>
        </w:rPr>
        <w:t xml:space="preserve">[35:55] </w:t>
      </w:r>
      <w:r>
        <w:t>ke petrol ki daulat shakhsi aish ke liye nahi thi. jin logon ne is ko shakhsi aish mein istemal kiya, unhone bilashuba jurm kiya. jurm petrol ki daulat ko shakhsi aish mein, ab luxurious life mein kharch karna yeh jurm tha. wo sirf is liye tha, sirf is liye tha, sirf is liye tha ke ke ne</w:t>
      </w:r>
    </w:p>
    <w:p>
      <w:pPr>
        <w:jc w:val="right"/>
      </w:pPr>
      <w:r>
        <w:t>کہ پیٹرول کی دولت شخصی عیش کے لیے نہیں تھی۔ جن لوگوں نے اس کو شخصی عیش میں استعمال کیا، انہوں نے بلاشبہ جرم کیا۔ جرم پیٹرول کی دولت کو شخصی عیش میں، اب لگزریس لائف میں خرچ کرنا یہ جرم تھا۔ وہ صرف اس لیے تھا، صرف اس لیے تھا، صرف اس لیے کہ کہ نی</w:t>
      </w:r>
    </w:p>
    <w:p>
      <w:r>
        <w:rPr>
          <w:b/>
        </w:rPr>
        <w:t xml:space="preserve">[36:25] </w:t>
      </w:r>
      <w:r>
        <w:t>net ke waqt tum le saktay ho, net ke waqt.</w:t>
      </w:r>
    </w:p>
    <w:p>
      <w:pPr>
        <w:jc w:val="right"/>
      </w:pPr>
      <w:r>
        <w:t>ٹ کے وقت تم لے سکتے ہو، نیٹ کے وقت۔</w:t>
      </w:r>
    </w:p>
    <w:p>
      <w:r>
        <w:rPr>
          <w:b/>
        </w:rPr>
        <w:t xml:space="preserve">[36:31] </w:t>
      </w:r>
      <w:r>
        <w:t>lekin jo asal kaam karna hai, woh to dawat ka kaam hai, shahadat ka kaam hai, Quran ko</w:t>
      </w:r>
    </w:p>
    <w:p>
      <w:pPr>
        <w:jc w:val="right"/>
      </w:pPr>
      <w:r>
        <w:t>لیکن جو اصل کام کرنا ہے، وہ تو دعوت کا کام ہے، شہادت کا کام ہے، قرآن کو</w:t>
      </w:r>
    </w:p>
    <w:p>
      <w:r>
        <w:rPr>
          <w:b/>
        </w:rPr>
        <w:t xml:space="preserve">[36:37] </w:t>
      </w:r>
      <w:r>
        <w:t>phailanay ka kaam hai.</w:t>
      </w:r>
    </w:p>
    <w:p>
      <w:pPr>
        <w:jc w:val="right"/>
      </w:pPr>
      <w:r>
        <w:t>پھیلانے کا کام ہے۔</w:t>
      </w:r>
    </w:p>
    <w:p>
      <w:r>
        <w:rPr>
          <w:b/>
        </w:rPr>
        <w:t xml:space="preserve">[36:43] </w:t>
      </w:r>
      <w:r>
        <w:t>to Bible ki woh Bani Israel ki misaal mein yeh baat bhi bata di.</w:t>
      </w:r>
    </w:p>
    <w:p>
      <w:pPr>
        <w:jc w:val="right"/>
      </w:pPr>
      <w:r>
        <w:t>تو بائبل کی وہ بنی اسرائیل کی مثال میں یہ بات بھی بتا دی۔</w:t>
      </w:r>
    </w:p>
    <w:p>
      <w:r>
        <w:rPr>
          <w:b/>
        </w:rPr>
        <w:t xml:space="preserve">[36:49] </w:t>
      </w:r>
      <w:r>
        <w:t>aik baat woh batai</w:t>
      </w:r>
    </w:p>
    <w:p>
      <w:pPr>
        <w:jc w:val="right"/>
      </w:pPr>
      <w:r>
        <w:t>ایک بات وہ بتائی</w:t>
      </w:r>
    </w:p>
    <w:p>
      <w:r>
        <w:rPr>
          <w:b/>
        </w:rPr>
        <w:t xml:space="preserve">[36:55] </w:t>
      </w:r>
      <w:r>
        <w:t>ke Allah ne apni rehmat ka aik daftar khol diya ke kaam karnay ke silsilay mein tum se</w:t>
      </w:r>
    </w:p>
    <w:p>
      <w:pPr>
        <w:jc w:val="right"/>
      </w:pPr>
      <w:r>
        <w:t>کہ اللہ نے اپنی رحمت کا ایک دفتر کھول دیا کہ کام کرنے کے سلسلے میں تم سے</w:t>
      </w:r>
    </w:p>
    <w:p>
      <w:r>
        <w:rPr>
          <w:b/>
        </w:rPr>
        <w:t xml:space="preserve">[37:02] </w:t>
      </w:r>
      <w:r>
        <w:t>ghaltiyan hongi.</w:t>
      </w:r>
    </w:p>
    <w:p>
      <w:pPr>
        <w:jc w:val="right"/>
      </w:pPr>
      <w:r>
        <w:t>غلطیاں ہوں گی۔</w:t>
      </w:r>
    </w:p>
    <w:p>
      <w:r>
        <w:rPr>
          <w:b/>
        </w:rPr>
        <w:t xml:space="preserve">[37:08] </w:t>
      </w:r>
      <w:r>
        <w:t>to ghaltiyon ko Allah ne maafi ka wada kar liya bashart ke to repeats aaye, toba nasoo aaye.</w:t>
      </w:r>
    </w:p>
    <w:p>
      <w:pPr>
        <w:jc w:val="right"/>
      </w:pPr>
      <w:r>
        <w:t>تو غلطیوں کو اللہ نے معافی کا وعدہ کر لیا بشرط کہ تو ریپیٹس آئے، توبہ نسو آئے۔</w:t>
      </w:r>
    </w:p>
    <w:p>
      <w:r>
        <w:rPr>
          <w:b/>
        </w:rPr>
        <w:t xml:space="preserve">[37:15] </w:t>
      </w:r>
      <w:r>
        <w:t>khoob kaam karo, khoob kaam karo, khoob kaam karo.</w:t>
      </w:r>
    </w:p>
    <w:p>
      <w:pPr>
        <w:jc w:val="right"/>
      </w:pPr>
      <w:r>
        <w:t>خوب کام کرو، خوب کام کرو، خوب کام کرو۔</w:t>
      </w:r>
    </w:p>
    <w:p>
      <w:r>
        <w:rPr>
          <w:b/>
        </w:rPr>
        <w:t xml:space="preserve">[37:21] </w:t>
      </w:r>
      <w:r>
        <w:t>agar tum se ghalti ho jaye to is ki parwah mat karo.</w:t>
      </w:r>
    </w:p>
    <w:p>
      <w:pPr>
        <w:jc w:val="right"/>
      </w:pPr>
      <w:r>
        <w:t>اگر تم سے غلطی ہو جائے تو اس کی پرواہ مت کرو۔</w:t>
      </w:r>
    </w:p>
    <w:p>
      <w:r>
        <w:rPr>
          <w:b/>
        </w:rPr>
        <w:t xml:space="preserve">[37:28] </w:t>
      </w:r>
      <w:r>
        <w:t>albatta tumhare andar inaba inaba aana chahiye, tauba aani chahiye, repeats aana chahiye. is ke baad Allah sari ghaltiyon ko maaf kar dega. yaghfirul dhunub jameea. aur ab aish ke liye tumhare yeh jo diya hua hai, hum ne maada neeti daulat, yeh tumhare aish ke liye nahi hai. yeh to daawti planning ke liye hamari taraf se pesh</w:t>
      </w:r>
    </w:p>
    <w:p>
      <w:pPr>
        <w:jc w:val="right"/>
      </w:pPr>
      <w:r>
        <w:t>البتہ تمہارے اندر انا انابت آنا چاہیے، توبہ آنی چاہیے، ریپیٹس آنا چاہیے۔ اس کے بعد اللہ ساری غلطیوں کو معاف کر دے گا۔ یغفر الذنوب جمیع۔ اور اب عیش کے لیے تمہارے یہ جو دیا ہوا ہے، ہم نے مادہ نیتی دولت، یہ تمہارے عیش کے لیے نہیں ہے۔ یہ تو دعوتی پلاننگ کے لیے ہماری طرف سے پیش</w:t>
      </w:r>
    </w:p>
    <w:p>
      <w:r>
        <w:rPr>
          <w:b/>
        </w:rPr>
        <w:t xml:space="preserve">[37:58] </w:t>
      </w:r>
      <w:r>
        <w:t>gil ki adaiyegi hai.</w:t>
      </w:r>
    </w:p>
    <w:p>
      <w:pPr>
        <w:jc w:val="right"/>
      </w:pPr>
      <w:r>
        <w:t>گی بل کی ادائیگی ہے۔</w:t>
      </w:r>
    </w:p>
    <w:p>
      <w:r>
        <w:rPr>
          <w:b/>
        </w:rPr>
        <w:t xml:space="preserve">[38:04] </w:t>
      </w:r>
      <w:r>
        <w:t>gil ki adaiyegi hai.</w:t>
      </w:r>
    </w:p>
    <w:p>
      <w:pPr>
        <w:jc w:val="right"/>
      </w:pPr>
      <w:r>
        <w:t>بل کی ادائیگی ہے۔</w:t>
      </w:r>
    </w:p>
    <w:p>
      <w:r>
        <w:rPr>
          <w:b/>
        </w:rPr>
        <w:t xml:space="preserve">[38:11] </w:t>
      </w:r>
      <w:r>
        <w:t>to yeh yeh naqsha tha Allah taala ka.</w:t>
      </w:r>
    </w:p>
    <w:p>
      <w:pPr>
        <w:jc w:val="right"/>
      </w:pPr>
      <w:r>
        <w:t>تو یہ یہ نقشہ تھا اللہ تعالی کا۔</w:t>
      </w:r>
    </w:p>
    <w:p>
      <w:r>
        <w:rPr>
          <w:b/>
        </w:rPr>
        <w:t xml:space="preserve">[38:18] </w:t>
      </w:r>
      <w:r>
        <w:t>Allah taala ka yeh naqsha tha.</w:t>
      </w:r>
    </w:p>
    <w:p>
      <w:pPr>
        <w:jc w:val="right"/>
      </w:pPr>
      <w:r>
        <w:t>اللہ تعالی کا یہ نقشہ تھا۔</w:t>
      </w:r>
    </w:p>
    <w:p>
      <w:r>
        <w:rPr>
          <w:b/>
        </w:rPr>
        <w:t xml:space="preserve">[38:24] </w:t>
      </w:r>
      <w:r>
        <w:t>abhi bhi hai wahi naqsha ke Quran ko samjho, Quran ke mani ko daryaft karo, Quran ke</w:t>
      </w:r>
    </w:p>
    <w:p>
      <w:pPr>
        <w:jc w:val="right"/>
      </w:pPr>
      <w:r>
        <w:t>ابھی بھی ہے وہی نقشہ کہ قرآن کو سمجھو، قرآن کے معنی کو دریافت کرو، قرآن کے</w:t>
      </w:r>
    </w:p>
    <w:p>
      <w:r>
        <w:rPr>
          <w:b/>
        </w:rPr>
        <w:t xml:space="preserve">[38:31] </w:t>
      </w:r>
      <w:r>
        <w:t>waqif car bano, Quran ke har zaban mein Quran ka tarjuma tayyar karo, har zaban mein, har zaban</w:t>
      </w:r>
    </w:p>
    <w:p>
      <w:pPr>
        <w:jc w:val="right"/>
      </w:pPr>
      <w:r>
        <w:t>واقف کار بنو، قرآن کے ہر زبان میں قرآن کا ترجمہ تیار کرو، ہر زبان میں، ہر زبان</w:t>
      </w:r>
    </w:p>
    <w:p>
      <w:r>
        <w:rPr>
          <w:b/>
        </w:rPr>
        <w:t xml:space="preserve">[38:37] </w:t>
      </w:r>
      <w:r>
        <w:t>mein, har zaban mein.</w:t>
      </w:r>
    </w:p>
    <w:p>
      <w:pPr>
        <w:jc w:val="right"/>
      </w:pPr>
      <w:r>
        <w:t>میں، ہر زبان میں۔</w:t>
      </w:r>
    </w:p>
    <w:p>
      <w:r>
        <w:rPr>
          <w:b/>
        </w:rPr>
        <w:t xml:space="preserve">[38:43] </w:t>
      </w:r>
      <w:r>
        <w:t>is ko khoob phailao, print media ke zariye, electronic media ke zariye.</w:t>
      </w:r>
    </w:p>
    <w:p>
      <w:pPr>
        <w:jc w:val="right"/>
      </w:pPr>
      <w:r>
        <w:t>اس کو خوب پھیلاؤ، پرنٹ میڈیا کے ذریعے، الیکٹرانک میڈیا کے ذریعے۔</w:t>
      </w:r>
    </w:p>
    <w:p>
      <w:r>
        <w:rPr>
          <w:b/>
        </w:rPr>
        <w:t xml:space="preserve">[38:50] </w:t>
      </w:r>
      <w:r>
        <w:t>pehlay zamanay mein Quran ko dekho, phailanay ka jo hai musalmanon ka, to sab se pehle kya hua</w:t>
      </w:r>
    </w:p>
    <w:p>
      <w:pPr>
        <w:jc w:val="right"/>
      </w:pPr>
      <w:r>
        <w:t>پہلے زمانے میں قرآن کو دیکھیں، پھیلانے کا جو ہے مسلمانوں کا، تو سب سے پہلے کیا ہوا</w:t>
      </w:r>
    </w:p>
    <w:p>
      <w:r>
        <w:rPr>
          <w:b/>
        </w:rPr>
        <w:t xml:space="preserve">[38:56] </w:t>
      </w:r>
      <w:r>
        <w:t>ke musalmanon ne yani Rasool Allah S.A.W. aur aap ke sahaba ne</w:t>
      </w:r>
    </w:p>
    <w:p>
      <w:pPr>
        <w:jc w:val="right"/>
      </w:pPr>
      <w:r>
        <w:t>کہ مسلمانوں نے یعنی رسول اللہ صلی اللہ علیہ وسلم اور آپ کے صحابہ نے</w:t>
      </w:r>
    </w:p>
    <w:p>
      <w:r>
        <w:rPr>
          <w:b/>
        </w:rPr>
        <w:t xml:space="preserve">[39:02] </w:t>
      </w:r>
      <w:r>
        <w:t>Quran ko phailaya aur oral method ke zariye. oral communication jo bilkul pehla Makka aur Madine mein jo zamana tha, us waqt Rasool aur Sahaba Rasool ne Quran ko oral communication ke zariye phailaya. yeh pehla daur tha. phir is ke baad wo zamana aaya jab ke likh haath se likh kar ke phailaya gaya yani ca</w:t>
      </w:r>
    </w:p>
    <w:p>
      <w:pPr>
        <w:jc w:val="right"/>
      </w:pPr>
      <w:r>
        <w:t>قرآن کو پھیلایا اورل اورل میتھڈ کے ذریعے۔ اورل کمیونیکیشن جو بالکل پہلا مکہ اور مدینے میں جو زمانہ تھا، اس وقت رسول اور صحابہ رسول نے قرآن کو اورل کمیونیکیشن کے ذریعے پھیلایا۔ یہ پہلا دور تھا۔ پھر اس کے بعد وہ زمانہ آیا جب کہ لکھ ہاتھ سے لکھ کر کے پھیلایا گیا یعنی کی</w:t>
      </w:r>
    </w:p>
    <w:p>
      <w:r>
        <w:rPr>
          <w:b/>
        </w:rPr>
        <w:t xml:space="preserve">[39:32] </w:t>
      </w:r>
      <w:r>
        <w:t>Calligraphic communication. Calligraphic communication.</w:t>
      </w:r>
    </w:p>
    <w:p>
      <w:pPr>
        <w:jc w:val="right"/>
      </w:pPr>
      <w:r>
        <w:t>لیگرافک کمیونیکیشن۔ کیلیگرافک کمیونیکیشن۔</w:t>
      </w:r>
    </w:p>
    <w:p>
      <w:r>
        <w:rPr>
          <w:b/>
        </w:rPr>
        <w:t xml:space="preserve">[39:37] </w:t>
      </w:r>
      <w:r>
        <w:t>phir teesra zamanay aaya jab printing press dunya mein aaya to ab printing method ke zariye phailaya gaya.</w:t>
      </w:r>
    </w:p>
    <w:p>
      <w:pPr>
        <w:jc w:val="right"/>
      </w:pPr>
      <w:r>
        <w:t>پھر تیسرا زمانہ آیا جب پرنٹنگ پریس دنیا میں آیا تو اب پرنٹنگ میتھڈ کے ذریعے پھیلایا گیا۔</w:t>
      </w:r>
    </w:p>
    <w:p>
      <w:r>
        <w:rPr>
          <w:b/>
        </w:rPr>
        <w:t xml:space="preserve">[39:43] </w:t>
      </w:r>
      <w:r>
        <w:t>likh kar ke printing method ke zariye.</w:t>
      </w:r>
    </w:p>
    <w:p>
      <w:pPr>
        <w:jc w:val="right"/>
      </w:pPr>
      <w:r>
        <w:t>لکھ کر کے پرنٹنگ میتھڈ کے ذریعے۔</w:t>
      </w:r>
    </w:p>
    <w:p>
      <w:r>
        <w:rPr>
          <w:b/>
        </w:rPr>
        <w:t xml:space="preserve">[39:48] </w:t>
      </w:r>
      <w:r>
        <w:t>ab electronic daur aa gaya.</w:t>
      </w:r>
    </w:p>
    <w:p>
      <w:pPr>
        <w:jc w:val="right"/>
      </w:pPr>
      <w:r>
        <w:t>اب الیکٹرانک دور آ گیا۔</w:t>
      </w:r>
    </w:p>
    <w:p>
      <w:r>
        <w:rPr>
          <w:b/>
        </w:rPr>
        <w:t xml:space="preserve">[39:53] </w:t>
      </w:r>
      <w:r>
        <w:t>ab ab hum ko electronic zariye se phailana hai.</w:t>
      </w:r>
    </w:p>
    <w:p>
      <w:pPr>
        <w:jc w:val="right"/>
      </w:pPr>
      <w:r>
        <w:t>اب اب ہم کو الیکٹرانک ذریعے سے پھیلانا ہے۔</w:t>
      </w:r>
    </w:p>
    <w:p>
      <w:r>
        <w:rPr>
          <w:b/>
        </w:rPr>
        <w:t xml:space="preserve">[39:59] </w:t>
      </w:r>
      <w:r>
        <w:t>kaam to wahi hai, Quran ko phailana.</w:t>
      </w:r>
    </w:p>
    <w:p>
      <w:pPr>
        <w:jc w:val="right"/>
      </w:pPr>
      <w:r>
        <w:t>کام تو وہی ہے، قرآن کو پھیلانا۔</w:t>
      </w:r>
    </w:p>
    <w:p>
      <w:r>
        <w:rPr>
          <w:b/>
        </w:rPr>
        <w:t xml:space="preserve">[40:04] </w:t>
      </w:r>
      <w:r>
        <w:t>kaam wahi ek hi kaam hai ke Allah ke word, word of God ko phailana aur woh bhi</w:t>
      </w:r>
    </w:p>
    <w:p>
      <w:pPr>
        <w:jc w:val="right"/>
      </w:pPr>
      <w:r>
        <w:t>کام وہی ایک ہی کام ہے کہ اللہ کے ورڈ، ورڈ آف گاڈ کو پھیلانا اور وہ بھی</w:t>
      </w:r>
    </w:p>
    <w:p>
      <w:r>
        <w:rPr>
          <w:b/>
        </w:rPr>
        <w:t xml:space="preserve">[40:10] </w:t>
      </w:r>
      <w:r>
        <w:t>لوگوں کی understandable language میں پھیلانا۔</w:t>
      </w:r>
    </w:p>
    <w:p>
      <w:pPr>
        <w:jc w:val="right"/>
      </w:pPr>
      <w:r>
        <w:t>لوگوں کی انڈرسٹینڈیبل لینگویج میں پھیلانا۔</w:t>
      </w:r>
    </w:p>
    <w:p>
      <w:r>
        <w:rPr>
          <w:b/>
        </w:rPr>
        <w:t xml:space="preserve">[40:16] </w:t>
      </w:r>
      <w:r>
        <w:t>لوگوں کی understandable language میں پھیلانا۔</w:t>
      </w:r>
    </w:p>
    <w:p>
      <w:pPr>
        <w:jc w:val="right"/>
      </w:pPr>
      <w:r>
        <w:t>لوگوں کی انڈرسٹینڈیبل لینگویج میں پھیلانا۔</w:t>
      </w:r>
    </w:p>
    <w:p>
      <w:r>
        <w:rPr>
          <w:b/>
        </w:rPr>
        <w:t xml:space="preserve">[40:22] </w:t>
      </w:r>
      <w:r>
        <w:t>to kaam wahi hai.</w:t>
      </w:r>
    </w:p>
    <w:p>
      <w:pPr>
        <w:jc w:val="right"/>
      </w:pPr>
      <w:r>
        <w:t>تو کام وہی ہے۔</w:t>
      </w:r>
    </w:p>
    <w:p>
      <w:r>
        <w:rPr>
          <w:b/>
        </w:rPr>
        <w:t xml:space="preserve">[40:28] </w:t>
      </w:r>
      <w:r>
        <w:t>lekin zamanay ke lehaz se is ke chaar daur ban gaye yani oral communication, phir calligraphic</w:t>
      </w:r>
    </w:p>
    <w:p>
      <w:pPr>
        <w:jc w:val="right"/>
      </w:pPr>
      <w:r>
        <w:t>لیکن زمانے کے لحاظ سے اس کے چار دور بن گئے یعنی اورل کمیونیکیشن، پھر کیلیگرافک</w:t>
      </w:r>
    </w:p>
    <w:p>
      <w:r>
        <w:rPr>
          <w:b/>
        </w:rPr>
        <w:t xml:space="preserve">[40:34] </w:t>
      </w:r>
      <w:r>
        <w:t>communication, phir printed communication aur phir electronic communication.</w:t>
      </w:r>
    </w:p>
    <w:p>
      <w:pPr>
        <w:jc w:val="right"/>
      </w:pPr>
      <w:r>
        <w:t>کمیونیکیشن، پھر پرنٹڈ کمیونیکیشن اور پھر الیکٹرانک کمیونیکیشن۔</w:t>
      </w:r>
    </w:p>
    <w:p>
      <w:r>
        <w:rPr>
          <w:b/>
        </w:rPr>
        <w:t xml:space="preserve">[40:42] </w:t>
      </w:r>
      <w:r>
        <w:t>yeh hai tarteeb, yeh hai Allah taala ka mansooba.</w:t>
      </w:r>
    </w:p>
    <w:p>
      <w:pPr>
        <w:jc w:val="right"/>
      </w:pPr>
      <w:r>
        <w:t>یہ ہے ترتیب، یہ ہے اللہ تعالی کا منصوبہ۔</w:t>
      </w:r>
    </w:p>
    <w:p>
      <w:r>
        <w:rPr>
          <w:b/>
        </w:rPr>
        <w:t xml:space="preserve">[40:50] </w:t>
      </w:r>
      <w:r>
        <w:t>to kaisa ek yani ajeeb intezam hai ke jis Khuda ne Quran utara, jis Khuda ne peghambar bheja,</w:t>
      </w:r>
    </w:p>
    <w:p>
      <w:pPr>
        <w:jc w:val="right"/>
      </w:pPr>
      <w:r>
        <w:t>تو کیسا ایک یعنی عجیب انتظام ہے کہ جس خدا نے قرآن اتارا، جس خدا نے پیغمبر بھیجا،</w:t>
      </w:r>
    </w:p>
    <w:p>
      <w:r>
        <w:rPr>
          <w:b/>
        </w:rPr>
        <w:t xml:space="preserve">[40:57] </w:t>
      </w:r>
      <w:r>
        <w:t>isi Khuda ne zameen ke neeche</w:t>
      </w:r>
    </w:p>
    <w:p>
      <w:pPr>
        <w:jc w:val="right"/>
      </w:pPr>
      <w:r>
        <w:t>اسی خدا نے زمین کے نیچے</w:t>
      </w:r>
    </w:p>
    <w:p>
      <w:r>
        <w:rPr>
          <w:b/>
        </w:rPr>
        <w:t xml:space="preserve">[41:05] </w:t>
      </w:r>
      <w:r>
        <w:t>yani siyah sona ka samandar baha diya.</w:t>
      </w:r>
    </w:p>
    <w:p>
      <w:pPr>
        <w:jc w:val="right"/>
      </w:pPr>
      <w:r>
        <w:t>یعنی سیاہ سونا کا سمندر بہا دیا۔</w:t>
      </w:r>
    </w:p>
    <w:p>
      <w:r>
        <w:rPr>
          <w:b/>
        </w:rPr>
        <w:t xml:space="preserve">[41:11] </w:t>
      </w:r>
      <w:r>
        <w:t>یعنی ایک ایسی چیز رکھ دی جو industrial age کے لیے fuel کی حیثیت رکھتی تھی۔</w:t>
      </w:r>
    </w:p>
    <w:p>
      <w:pPr>
        <w:jc w:val="right"/>
      </w:pPr>
      <w:r>
        <w:t>یعنی ایک ایسی چیز رکھ دی جو انڈسٹریل ایج کے لیے فوائل کی حیثیت رکھتی تھی۔</w:t>
      </w:r>
    </w:p>
    <w:p>
      <w:r>
        <w:rPr>
          <w:b/>
        </w:rPr>
        <w:t xml:space="preserve">[41:17] </w:t>
      </w:r>
      <w:r>
        <w:t>aur pure ka pura bill, jo bhi bill banaye, woh sab ada karne ki taqat de di Muhammadi</w:t>
      </w:r>
    </w:p>
    <w:p>
      <w:pPr>
        <w:jc w:val="right"/>
      </w:pPr>
      <w:r>
        <w:t>اور پورے کا پورا بل، جو بھی بل بنائے، وہ سب ادا کرنے کی طاقت دے دی محمدی</w:t>
      </w:r>
    </w:p>
    <w:p>
      <w:r>
        <w:rPr>
          <w:b/>
        </w:rPr>
        <w:t xml:space="preserve">[41:23] </w:t>
      </w:r>
      <w:r>
        <w:t>ummat Muhammadi ko.</w:t>
      </w:r>
    </w:p>
    <w:p>
      <w:pPr>
        <w:jc w:val="right"/>
      </w:pPr>
      <w:r>
        <w:t>امت محمدی کو۔</w:t>
      </w:r>
    </w:p>
    <w:p>
      <w:r>
        <w:rPr>
          <w:b/>
        </w:rPr>
        <w:t xml:space="preserve">[41:29] </w:t>
      </w:r>
      <w:r>
        <w:t>dawat o tablegh ka, quran ko phailane ka jo bhi bill ban</w:t>
      </w:r>
    </w:p>
    <w:p>
      <w:pPr>
        <w:jc w:val="right"/>
      </w:pPr>
      <w:r>
        <w:t>دعوت و تبلیغ کا، قرآن کو پھیلانے کا جو بھی بل بن</w:t>
      </w:r>
    </w:p>
    <w:p>
      <w:r>
        <w:rPr>
          <w:b/>
        </w:rPr>
        <w:t xml:space="preserve">[41:35] </w:t>
      </w:r>
      <w:r>
        <w:t>aye, chahe woh kitna hi zyada kyun na ho, uski taqat de di petrol ki dolat ke zariye se.</w:t>
      </w:r>
    </w:p>
    <w:p>
      <w:pPr>
        <w:jc w:val="right"/>
      </w:pPr>
      <w:r>
        <w:t>ائے، چاہے وہ کتنا ہی زیادہ کیوں نہ ہو، اس کی طاقت دے دی پیٹرول کی دولت کے ذریعے سے۔</w:t>
      </w:r>
    </w:p>
    <w:p>
      <w:r>
        <w:rPr>
          <w:b/>
        </w:rPr>
        <w:t xml:space="preserve">[41:45] </w:t>
      </w:r>
      <w:r>
        <w:t>aur yeh keh diya ke dekho, yeh tumhare zaati aish ke liye nahi hai.</w:t>
      </w:r>
    </w:p>
    <w:p>
      <w:pPr>
        <w:jc w:val="right"/>
      </w:pPr>
      <w:r>
        <w:t>اور یہ کہہ دیا کہ دیکھو، یہ تمہارے ذاتی عیش کے لیے نہیں ہے۔</w:t>
      </w:r>
    </w:p>
    <w:p>
      <w:r>
        <w:rPr>
          <w:b/>
        </w:rPr>
        <w:t xml:space="preserve">[41:55] </w:t>
      </w:r>
      <w:r>
        <w:t>apne zaati kaam ko niyat ke waqt rakho, niyat niyat ke waqt rakho, apni niyat ko poora kar sakte</w:t>
      </w:r>
    </w:p>
    <w:p>
      <w:pPr>
        <w:jc w:val="right"/>
      </w:pPr>
      <w:r>
        <w:t>اپنے ذاتی کام کو نیت کے وقت رکھو، نیت نیت کے وقت رکھو، اپنی نیت کو پورا کر سکتے</w:t>
      </w:r>
    </w:p>
    <w:p>
      <w:r>
        <w:rPr>
          <w:b/>
        </w:rPr>
        <w:t xml:space="preserve">[42:05] </w:t>
      </w:r>
      <w:r>
        <w:t>ho.</w:t>
      </w:r>
    </w:p>
    <w:p>
      <w:pPr>
        <w:jc w:val="right"/>
      </w:pPr>
      <w:r>
        <w:t>ہو۔</w:t>
      </w:r>
    </w:p>
    <w:p>
      <w:r>
        <w:rPr>
          <w:b/>
        </w:rPr>
        <w:t xml:space="preserve">[42:16] </w:t>
      </w:r>
      <w:r>
        <w:t>lekin iske baad jo hai, woh sab tumhara wajood poora ka poora dawat ke liye waqf hona chahiye.</w:t>
      </w:r>
    </w:p>
    <w:p>
      <w:pPr>
        <w:jc w:val="right"/>
      </w:pPr>
      <w:r>
        <w:t>لیکن اس کے بعد جو ہے، وہ سب تمہارا وجود پورا کا پورا دعوت کے لیے وقف ہونا چاہیے۔</w:t>
      </w:r>
    </w:p>
    <w:p>
      <w:r>
        <w:rPr>
          <w:b/>
        </w:rPr>
        <w:t xml:space="preserve">[42:27] </w:t>
      </w:r>
      <w:r>
        <w:t>آپ جانتے ہیں کہ تین لیول مانے جاتے ہیں: need اور need اور</w:t>
      </w:r>
    </w:p>
    <w:p>
      <w:pPr>
        <w:jc w:val="right"/>
      </w:pPr>
      <w:r>
        <w:t>آپ جانتے ہیں کہ تین لیول مانے جاتے ہیں: نیڈ اور نیڈ اور</w:t>
      </w:r>
    </w:p>
    <w:p>
      <w:r>
        <w:rPr>
          <w:b/>
        </w:rPr>
        <w:t xml:space="preserve">[42:38] </w:t>
      </w:r>
      <w:r>
        <w:t>comfort aur luxury.</w:t>
      </w:r>
    </w:p>
    <w:p>
      <w:pPr>
        <w:jc w:val="right"/>
      </w:pPr>
      <w:r>
        <w:t>کمفرٹ اور لگزری۔</w:t>
      </w:r>
    </w:p>
    <w:p>
      <w:r>
        <w:rPr>
          <w:b/>
        </w:rPr>
        <w:t xml:space="preserve">[42:42] </w:t>
      </w:r>
      <w:r>
        <w:t>need, comfort aur luxury.</w:t>
      </w:r>
    </w:p>
    <w:p>
      <w:pPr>
        <w:jc w:val="right"/>
      </w:pPr>
      <w:r>
        <w:t>نیڈ، کمفرٹ اور لگزری۔</w:t>
      </w:r>
    </w:p>
    <w:p>
      <w:r>
        <w:rPr>
          <w:b/>
        </w:rPr>
        <w:t xml:space="preserve">[42:47] </w:t>
      </w:r>
      <w:r>
        <w:t>to need ke baghair poora intezam tumhara kar diya hai.</w:t>
      </w:r>
    </w:p>
    <w:p>
      <w:pPr>
        <w:jc w:val="right"/>
      </w:pPr>
      <w:r>
        <w:t>تو نیڈ کے بغیر پورا انتظام تمہارا کر دیا ہے۔</w:t>
      </w:r>
    </w:p>
    <w:p>
      <w:r>
        <w:rPr>
          <w:b/>
        </w:rPr>
        <w:t xml:space="preserve">[42:52] </w:t>
      </w:r>
      <w:r>
        <w:t>Need, need and N E E D did.</w:t>
      </w:r>
    </w:p>
    <w:p>
      <w:pPr>
        <w:jc w:val="right"/>
      </w:pPr>
      <w:r>
        <w:t>نیڈ، نیڈ اینڈ این ڈبل ای ڈی ڈیڈ۔</w:t>
      </w:r>
    </w:p>
    <w:p>
      <w:r>
        <w:rPr>
          <w:b/>
        </w:rPr>
        <w:t xml:space="preserve">[42:56] </w:t>
      </w:r>
      <w:r>
        <w:t>lekin jahan tak luxury ki baat hai, to luxury ka wada Allah ne nahi liya hai.</w:t>
      </w:r>
    </w:p>
    <w:p>
      <w:pPr>
        <w:jc w:val="right"/>
      </w:pPr>
      <w:r>
        <w:t>لیکن جہاں تک لگزری کی بات ہے، تو لگزری کا وعدہ اللہ نے نہیں لیا ہے۔</w:t>
      </w:r>
    </w:p>
    <w:p>
      <w:r>
        <w:rPr>
          <w:b/>
        </w:rPr>
        <w:t xml:space="preserve">[43:01] </w:t>
      </w:r>
      <w:r>
        <w:t>luxury ka wada Allah ne nahi liya.</w:t>
      </w:r>
    </w:p>
    <w:p>
      <w:pPr>
        <w:jc w:val="right"/>
      </w:pPr>
      <w:r>
        <w:t>لگزری کا وعدہ اللہ نے نہیں لیا۔</w:t>
      </w:r>
    </w:p>
    <w:p>
      <w:r>
        <w:rPr>
          <w:b/>
        </w:rPr>
        <w:t xml:space="preserve">[43:05] </w:t>
      </w:r>
      <w:r>
        <w:t>chunancha kya hua?</w:t>
      </w:r>
    </w:p>
    <w:p>
      <w:pPr>
        <w:jc w:val="right"/>
      </w:pPr>
      <w:r>
        <w:t>چنانچہ کیا ہوا؟</w:t>
      </w:r>
    </w:p>
    <w:p>
      <w:r>
        <w:rPr>
          <w:b/>
        </w:rPr>
        <w:t xml:space="preserve">[43:10] </w:t>
      </w:r>
      <w:r>
        <w:t>jin logon ke, jin musalmanon ki zameen ke neeche tel ka samandar tha, to unhone luxury ke</w:t>
      </w:r>
    </w:p>
    <w:p>
      <w:pPr>
        <w:jc w:val="right"/>
      </w:pPr>
      <w:r>
        <w:t>جن لوگوں کے، جن مسلمانوں کی زمین کے نیچے تیل کا سمندر تھا، تو انہوں نے لگزری کے</w:t>
      </w:r>
    </w:p>
    <w:p>
      <w:r>
        <w:rPr>
          <w:b/>
        </w:rPr>
        <w:t xml:space="preserve">[43:17] </w:t>
      </w:r>
      <w:r>
        <w:t>item mein usko istemal karna shuru kar diya. Ayyashi.</w:t>
      </w:r>
    </w:p>
    <w:p>
      <w:pPr>
        <w:jc w:val="right"/>
      </w:pPr>
      <w:r>
        <w:t>آئٹم میں اس کو استعمال کرنا شروع کر دیا۔ عیاشی۔</w:t>
      </w:r>
    </w:p>
    <w:p>
      <w:r>
        <w:rPr>
          <w:b/>
        </w:rPr>
        <w:t xml:space="preserve">[43:25] </w:t>
      </w:r>
      <w:r>
        <w:t>to ab jo khabrein aa rahi hain, woh yeh ke unka dil ka zakhira hi khatam ho raha hai.</w:t>
      </w:r>
    </w:p>
    <w:p>
      <w:pPr>
        <w:jc w:val="right"/>
      </w:pPr>
      <w:r>
        <w:t>تو اب جو خبریں آ رہی ہیں، وہ یہ کہ ان کا دل کا ذخیرہ ہی ختم ہو رہا ہے۔</w:t>
      </w:r>
    </w:p>
    <w:p>
      <w:r>
        <w:rPr>
          <w:b/>
        </w:rPr>
        <w:t xml:space="preserve">[43:32] </w:t>
      </w:r>
      <w:r>
        <w:t>kyunki Allah ne isko luxury</w:t>
      </w:r>
    </w:p>
    <w:p>
      <w:pPr>
        <w:jc w:val="right"/>
      </w:pPr>
      <w:r>
        <w:t>کیونکہ اللہ نے اس کو لگزری</w:t>
      </w:r>
    </w:p>
    <w:p>
      <w:r>
        <w:rPr>
          <w:b/>
        </w:rPr>
        <w:t xml:space="preserve">[43:40] </w:t>
      </w:r>
      <w:r>
        <w:t>ke liye nahi diya tha.</w:t>
      </w:r>
    </w:p>
    <w:p>
      <w:pPr>
        <w:jc w:val="right"/>
      </w:pPr>
      <w:r>
        <w:t>کے لیے نہیں دیا تھا۔</w:t>
      </w:r>
    </w:p>
    <w:p>
      <w:r>
        <w:rPr>
          <w:b/>
        </w:rPr>
        <w:t xml:space="preserve">[43:48] </w:t>
      </w:r>
      <w:r>
        <w:t>isko diya tha ke need ke baghair apni zarooraton ko poora karo aur iske baad sari</w:t>
      </w:r>
    </w:p>
    <w:p>
      <w:pPr>
        <w:jc w:val="right"/>
      </w:pPr>
      <w:r>
        <w:t>اس کو دیا تھا کہ نیڈ کے بغیر اپنی ضرورتوں کو پورا کرو اور اس کے بعد ساری</w:t>
      </w:r>
    </w:p>
    <w:p>
      <w:r>
        <w:rPr>
          <w:b/>
        </w:rPr>
        <w:t xml:space="preserve">[43:56] </w:t>
      </w:r>
      <w:r>
        <w:t>dolat Allah ke deen ko phailane mein, quran ko phailane mein, dawat o tablegh mein laga do.</w:t>
      </w:r>
    </w:p>
    <w:p>
      <w:pPr>
        <w:jc w:val="right"/>
      </w:pPr>
      <w:r>
        <w:t>دولت اللہ کے دین کو پھیلانے میں، قرآن کو پھیلانے میں، دعوت و تبلیغ میں لگا دو۔</w:t>
      </w:r>
    </w:p>
    <w:p>
      <w:r>
        <w:rPr>
          <w:b/>
        </w:rPr>
        <w:t xml:space="preserve">[44:05] </w:t>
      </w:r>
      <w:r>
        <w:t>aur isi ke sath yeh wada hai Allah taala ka ke</w:t>
      </w:r>
    </w:p>
    <w:p>
      <w:pPr>
        <w:jc w:val="right"/>
      </w:pPr>
      <w:r>
        <w:t>اور اسی کے ساتھ یہ وعدہ ہے اللہ تعالی کا کہ</w:t>
      </w:r>
    </w:p>
    <w:p>
      <w:r>
        <w:rPr>
          <w:b/>
        </w:rPr>
        <w:t xml:space="preserve">[44:13] </w:t>
      </w:r>
      <w:r>
        <w:t>is mein main ek woh ek ek ek add karunga ke khud mujh par yeh guzra ke</w:t>
      </w:r>
    </w:p>
    <w:p>
      <w:pPr>
        <w:jc w:val="right"/>
      </w:pPr>
      <w:r>
        <w:t>اس میں میں ایک وہ ایک ایک ایک ایڈ کروں گا کہ خود مجھ پر یہ گزرا کہ</w:t>
      </w:r>
    </w:p>
    <w:p>
      <w:r>
        <w:rPr>
          <w:b/>
        </w:rPr>
        <w:t xml:space="preserve">[44:20] </w:t>
      </w:r>
      <w:r>
        <w:t>jab main dawat ke maidan mein apne ko maine dala, bohat pehle apne aap ko bohat pehle</w:t>
      </w:r>
    </w:p>
    <w:p>
      <w:pPr>
        <w:jc w:val="right"/>
      </w:pPr>
      <w:r>
        <w:t>جب میں دعوت کے میدان میں اپنے کو میں نے ڈالا، بہت پہلے اپنے آپ کو بہت پہلے</w:t>
      </w:r>
    </w:p>
    <w:p>
      <w:r>
        <w:rPr>
          <w:b/>
        </w:rPr>
        <w:t xml:space="preserve">[44:28] </w:t>
      </w:r>
      <w:r>
        <w:t>dala, to maine mehsoos, tumhare mutalea kiya, duniya ki qaumon ka mutalea kiya, tumhare mehsoos kiya ke</w:t>
      </w:r>
    </w:p>
    <w:p>
      <w:pPr>
        <w:jc w:val="right"/>
      </w:pPr>
      <w:r>
        <w:t>ڈالا، تو میں نے محسوس، تمہارے مطالعہ کیا، دنیا کی قوموں کا مطالعہ کیا، تمہارے محسوس کیا کہ</w:t>
      </w:r>
    </w:p>
    <w:p>
      <w:r>
        <w:rPr>
          <w:b/>
        </w:rPr>
        <w:t xml:space="preserve">[44:35] </w:t>
      </w:r>
      <w:r>
        <w:t>saare alam ke tak islam ko</w:t>
      </w:r>
    </w:p>
    <w:p>
      <w:pPr>
        <w:jc w:val="right"/>
      </w:pPr>
      <w:r>
        <w:t>سارے عالم کے تک اسلام کو</w:t>
      </w:r>
    </w:p>
    <w:p>
      <w:r>
        <w:rPr>
          <w:b/>
        </w:rPr>
        <w:t xml:space="preserve">[44:43] </w:t>
      </w:r>
      <w:r>
        <w:t>pohanchane ke liye ijtihadi taaqat darkaar hai.</w:t>
      </w:r>
    </w:p>
    <w:p>
      <w:pPr>
        <w:jc w:val="right"/>
      </w:pPr>
      <w:r>
        <w:t>پہنچانے کے لیے اجتہادی طاقت درکار ہے۔</w:t>
      </w:r>
    </w:p>
    <w:p>
      <w:r>
        <w:rPr>
          <w:b/>
        </w:rPr>
        <w:t xml:space="preserve">[44:50] </w:t>
      </w:r>
      <w:r>
        <w:t>saare alam tak islam ko pohanchane ke liye, quran ko pohanchane ke liye ijtihadi taaqat darkaar hai.</w:t>
      </w:r>
    </w:p>
    <w:p>
      <w:pPr>
        <w:jc w:val="right"/>
      </w:pPr>
      <w:r>
        <w:t>سارے عالم تک اسلام کو پہنچانے کے لیے، قرآن کو پہنچانے کے لیے اجتہادی طاقت درکار ہے۔</w:t>
      </w:r>
    </w:p>
    <w:p>
      <w:r>
        <w:rPr>
          <w:b/>
        </w:rPr>
        <w:t xml:space="preserve">[44:58] </w:t>
      </w:r>
      <w:r>
        <w:t>misaal ke taur par dekhiye, traditionally musalman yeh samajhte the ke quran ki be-hurmati nahi honi chahiye.</w:t>
      </w:r>
    </w:p>
    <w:p>
      <w:pPr>
        <w:jc w:val="right"/>
      </w:pPr>
      <w:r>
        <w:t>مثال کے طور پر دیکھیے، ٹریڈیشنلی مسلمان یہ سمجھتے تھے کہ قرآن کی بے حرمتی نہیں ہونی چاہیے۔</w:t>
      </w:r>
    </w:p>
    <w:p>
      <w:r>
        <w:rPr>
          <w:b/>
        </w:rPr>
        <w:t xml:space="preserve">[45:05] </w:t>
      </w:r>
      <w:r>
        <w:t>quran ko jo zabaan ne</w:t>
      </w:r>
    </w:p>
    <w:p>
      <w:pPr>
        <w:jc w:val="right"/>
      </w:pPr>
      <w:r>
        <w:t>قرآن کو جو زبان نے</w:t>
      </w:r>
    </w:p>
    <w:p>
      <w:r>
        <w:rPr>
          <w:b/>
        </w:rPr>
        <w:t xml:space="preserve">[45:13] </w:t>
      </w:r>
      <w:r>
        <w:t>band karna rakhna chahiye, us ko upar rakhna chahiye. us ki be-hurmati nahi honi chahiye waghera waghera. bohat hi zyada ek silsile mein Quran ki hurmat. to mein ne socha ke agar Quran itna zyada hum is ki be-hurmati ka paas baat karenge to to d</w:t>
      </w:r>
    </w:p>
    <w:p>
      <w:pPr>
        <w:jc w:val="right"/>
      </w:pPr>
      <w:r>
        <w:t>بند کرنا رکھنا چاہیے، اس کو اوپر رکھنا چاہیے۔ اس کی بے حرمتی نہیں ہونی چاہیے وغیرہ وغیرہ۔ بہت ہی زیادہ ایک سلسلے میں قرآن کی حرمت۔ تو میں نے سوچا کہ اگر قرآن اتنا زیادہ ہم اس کی بے حرمتی کا پاس بات کریں گے تو تو د</w:t>
      </w:r>
    </w:p>
    <w:p>
      <w:r>
        <w:rPr>
          <w:b/>
        </w:rPr>
        <w:t xml:space="preserve">[45:43] </w:t>
      </w:r>
      <w:r>
        <w:t>awwat to qabil nahi ho sakta.</w:t>
      </w:r>
    </w:p>
    <w:p>
      <w:pPr>
        <w:jc w:val="right"/>
      </w:pPr>
      <w:r>
        <w:t>عوت تو قابل نہیں ہو سکتا۔</w:t>
      </w:r>
    </w:p>
    <w:p>
      <w:r>
        <w:rPr>
          <w:b/>
        </w:rPr>
        <w:t xml:space="preserve">[45:51] </w:t>
      </w:r>
      <w:r>
        <w:t>kyun? musalman kehte the, abhi bhi kehte hain, jab hamare log quran ko, quran ka tarjuma is chashron</w:t>
      </w:r>
    </w:p>
    <w:p>
      <w:pPr>
        <w:jc w:val="right"/>
      </w:pPr>
      <w:r>
        <w:t>کیوں؟ مسلمان کہتے تھے، ابھی بھی کہتے ہیں، جب ہمارے لوگ قرآن کو، قرآن کا ترجمہ اس چشروں</w:t>
      </w:r>
    </w:p>
    <w:p>
      <w:r>
        <w:rPr>
          <w:b/>
        </w:rPr>
        <w:t xml:space="preserve">[45:58] </w:t>
      </w:r>
      <w:r>
        <w:t>par, airport par, park mein, jalson mein haj ka dete hain, distribute karte hain to koi musalman kya</w:t>
      </w:r>
    </w:p>
    <w:p>
      <w:pPr>
        <w:jc w:val="right"/>
      </w:pPr>
      <w:r>
        <w:t>پر، ایئرپورٹ پر، پارک میں، جلسوں میں حج کا دیتے ہیں، ڈسٹریبیوٹ کرتے ہیں تو کوئی مسلمان کیا</w:t>
      </w:r>
    </w:p>
    <w:p>
      <w:r>
        <w:rPr>
          <w:b/>
        </w:rPr>
        <w:t xml:space="preserve">[46:06] </w:t>
      </w:r>
      <w:r>
        <w:t>kehta hai? musalman kya kehta hai ke yeh to quran ki be-hurmati karega? woh log le ja kar</w:t>
      </w:r>
    </w:p>
    <w:p>
      <w:pPr>
        <w:jc w:val="right"/>
      </w:pPr>
      <w:r>
        <w:t>کہتا ہے؟ مسلمان کیا کہتا ہے کہ یہ تو قرآن کی بے حرمتی کرے گا؟ وہ لوگ لے جا کر</w:t>
      </w:r>
    </w:p>
    <w:p>
      <w:r>
        <w:rPr>
          <w:b/>
        </w:rPr>
        <w:t xml:space="preserve">[46:13] </w:t>
      </w:r>
      <w:r>
        <w:t>ke, wo to mushrik hai, wo to Quran ko manta nahi, to hamara gunah hoga is ka. to mein ne is ko socha, awalan to mein is ko gunah nahi samajhta, is ko samajhta hoon mein ijtihadi, ijtihad ka masla. kyunke Rasool aur Sahaba Rasool ke zamane mein to yaad kar liya apne hafze mein aur phir suna diya. yaad karna aur sunana, yaad karna aur sunana</w:t>
      </w:r>
    </w:p>
    <w:p>
      <w:pPr>
        <w:jc w:val="right"/>
      </w:pPr>
      <w:r>
        <w:t>کے، وہ تو مشرک ہے، وہ تو قرآن کو مانتا نہیں، تو ہمارا گناہ ہوگا اس کا۔ تو میں نے اس کو سوچا، اولا تو میں اس کو گناہ نہیں سمجھتا، اس کو سمجھتا ہوں میں اجتہادی، اجتہاد کا مسئلہ۔ کیونکہ رسول اور صحابہ رسول کے زمانے میں تو یاد کر لیا اپنے حافظے میں اور پھر سنا دیا۔ یاد کرنا اور سنانا، یاد کرنا اور سنانا</w:t>
      </w:r>
    </w:p>
    <w:p>
      <w:r>
        <w:rPr>
          <w:b/>
        </w:rPr>
        <w:t xml:space="preserve">[46:43] </w:t>
      </w:r>
      <w:r>
        <w:t>to is mein mus'haf nahi hota tha.</w:t>
      </w:r>
    </w:p>
    <w:p>
      <w:pPr>
        <w:jc w:val="right"/>
      </w:pPr>
      <w:r>
        <w:t>تو اس میں مصحف نہیں ہوتا تھا۔</w:t>
      </w:r>
    </w:p>
    <w:p>
      <w:r>
        <w:rPr>
          <w:b/>
        </w:rPr>
        <w:t xml:space="preserve">[46:48] </w:t>
      </w:r>
      <w:r>
        <w:t>mus'haf yaani yaani printed book ke form mein nahi hota tha.</w:t>
      </w:r>
    </w:p>
    <w:p>
      <w:pPr>
        <w:jc w:val="right"/>
      </w:pPr>
      <w:r>
        <w:t>مصحف یعنی یعنی پرنٹڈ بک کے فارم میں نہیں ہوتا تھا۔</w:t>
      </w:r>
    </w:p>
    <w:p>
      <w:r>
        <w:rPr>
          <w:b/>
        </w:rPr>
        <w:t xml:space="preserve">[46:53] </w:t>
      </w:r>
      <w:r>
        <w:t>to woh daur aisa tha ke mus'haf nahi hota tha, is liye be-hurmati ka mus'haf hi paida</w:t>
      </w:r>
    </w:p>
    <w:p>
      <w:pPr>
        <w:jc w:val="right"/>
      </w:pPr>
      <w:r>
        <w:t>تو وہ دور ایسا تھا کہ مصحف نہیں ہوتا تھا، اس لیے بے حرمتی کا مصحف ہی پیدا</w:t>
      </w:r>
    </w:p>
    <w:p>
      <w:r>
        <w:rPr>
          <w:b/>
        </w:rPr>
        <w:t xml:space="preserve">[46:58] </w:t>
      </w:r>
      <w:r>
        <w:t>nahi hota tha.</w:t>
      </w:r>
    </w:p>
    <w:p>
      <w:pPr>
        <w:jc w:val="right"/>
      </w:pPr>
      <w:r>
        <w:t>نہیں ہوتا تھا۔</w:t>
      </w:r>
    </w:p>
    <w:p>
      <w:r>
        <w:rPr>
          <w:b/>
        </w:rPr>
        <w:t xml:space="preserve">[47:03] </w:t>
      </w:r>
      <w:r>
        <w:t>ab chunke mus'haf ki shakal mein aa gaya ke chhaapna hai, chhaap ke dena hai un ko, to</w:t>
      </w:r>
    </w:p>
    <w:p>
      <w:pPr>
        <w:jc w:val="right"/>
      </w:pPr>
      <w:r>
        <w:t>اب چونکہ مصحف کی شکل میں آ گیا کہ چھاپنا ہے، چھاپ کے دینا ہے ان کو، تو</w:t>
      </w:r>
    </w:p>
    <w:p>
      <w:r>
        <w:rPr>
          <w:b/>
        </w:rPr>
        <w:t xml:space="preserve">[47:08] </w:t>
      </w:r>
      <w:r>
        <w:t>dar hai ke kahin be-hurmati na ho jaye.</w:t>
      </w:r>
    </w:p>
    <w:p>
      <w:pPr>
        <w:jc w:val="right"/>
      </w:pPr>
      <w:r>
        <w:t>ڈر ہے کہ کہیں بے حرمتی نہ ہو جائے۔</w:t>
      </w:r>
    </w:p>
    <w:p>
      <w:r>
        <w:rPr>
          <w:b/>
        </w:rPr>
        <w:t xml:space="preserve">[47:13] </w:t>
      </w:r>
      <w:r>
        <w:t>to mujhe is mein aik aik jawab mila, jawab yeh jawab mila ke khoob phailao, khoob phailao, aur bazahir koi be hurmati ho jaye, tab bhi phailao. yeh ijtihad maine kiya, yeh ijtihad kiya maine. to quran ko phailao, sahaba ka</w:t>
      </w:r>
    </w:p>
    <w:p>
      <w:pPr>
        <w:jc w:val="right"/>
      </w:pPr>
      <w:r>
        <w:t>تو مجھے اس میں ایک ایک جواب ملا، جواب یہ جواب ملا کہ خوب پھیلاؤ، خوب پھیلاؤ، اور بظاہر کوئی بے حرمتی ہو جائے، تب بھی پھیلاؤ۔ یہ اجتہاد میں نے کیا، یہ اجتہاد کیا میں نے۔ تو قرآن کو پھیلاؤ، صحابہ کا</w:t>
      </w:r>
    </w:p>
    <w:p>
      <w:r>
        <w:rPr>
          <w:b/>
        </w:rPr>
        <w:t xml:space="preserve">[47:43] </w:t>
      </w:r>
      <w:r>
        <w:t>kaam karo, chahe bazahir koi aisi baat ho jaye jis mein pakar hai, mislan un ke pursaat ko lena hai to le lo, un ke paon ko touch karna hai to touch kar do, un ke bande muhtaram ko gana hai to us ko bhi bol do. yani jitne bhi cheezein hain, woh zahir hai ke is se kam hain. jab Allah tayyar hai</w:t>
      </w:r>
    </w:p>
    <w:p>
      <w:pPr>
        <w:jc w:val="right"/>
      </w:pPr>
      <w:r>
        <w:t>کام کرو، چاہے بظاہر کوئی ایسی بات ہو جائے جس میں پکڑ ہے، مثلاً ان کے پرسات کو لینا ہے تو لے لو، ان کے پاؤں کو ٹچ کرنا ہے تو ٹچ کر دو، ان کے بندے محترم کو گانا ہے تو اس کو بھی بول دو۔ یعنی جتنے بھی چیزیں ہیں، وہ ظاہر ہے کہ اس سے کم ہیں۔ جب اللہ تیار ہے</w:t>
      </w:r>
    </w:p>
    <w:p>
      <w:r>
        <w:rPr>
          <w:b/>
        </w:rPr>
        <w:t xml:space="preserve">[48:13] </w:t>
      </w:r>
      <w:r>
        <w:t>shirk jali ko maaf karne ke liye, jab Allah tayyar hai shirk jali ko maaf karne ke liye, to yeh sab cheezein to kuch bhi nahin, nothing hain. to ijtihad karo, ijtihad karo ke har cheez Allah maaf kar dega, lekin hum dawat ka kaam na karein, yeh yeh maaf nahin karega. to is mani ke ijtihadi khata tak maaf hai. yeh</w:t>
      </w:r>
    </w:p>
    <w:p>
      <w:pPr>
        <w:jc w:val="right"/>
      </w:pPr>
      <w:r>
        <w:t>شرک جلی کو معاف کرنے کے لیے، جب اللہ تیار ہے شرک جلی کو معاف کرنے کے لیے، تو یہ سب چیزیں تو کچھ بھی نہیں، نتھنگ ہیں۔ تو اجتہاد کرو، اجتہاد کرو کہ ہر چیز اللہ معاف کر دے گا، لیکن ہم دعوت کا کام نہ کریں، یہ یہ معاف نہیں کرے گا۔ تو اس معنی کہ اجتہادی خطا تک معاف ہے۔ یہ</w:t>
      </w:r>
    </w:p>
    <w:p>
      <w:r>
        <w:rPr>
          <w:b/>
        </w:rPr>
        <w:t xml:space="preserve">[48:43] </w:t>
      </w:r>
      <w:r>
        <w:t>mujhe, yeh maine jaana ke dawat ke kaam mein ijtihadi khata tak maaf hai, tab mere andar</w:t>
      </w:r>
    </w:p>
    <w:p>
      <w:pPr>
        <w:jc w:val="right"/>
      </w:pPr>
      <w:r>
        <w:t>مجھے، یہ میں نے جانا کہ دعوت کے کام میں اجتہادی خطا تک معاف ہے، تب میرے اندر</w:t>
      </w:r>
    </w:p>
    <w:p>
      <w:r>
        <w:rPr>
          <w:b/>
        </w:rPr>
        <w:t xml:space="preserve">[48:51] </w:t>
      </w:r>
      <w:r>
        <w:t>honsla paida hua.</w:t>
      </w:r>
    </w:p>
    <w:p>
      <w:pPr>
        <w:jc w:val="right"/>
      </w:pPr>
      <w:r>
        <w:t>حوصلہ پیدا ہوا۔</w:t>
      </w:r>
    </w:p>
    <w:p>
      <w:r>
        <w:rPr>
          <w:b/>
        </w:rPr>
        <w:t xml:space="preserve">[48:59] </w:t>
      </w:r>
      <w:r>
        <w:t>maine khul ke kehna shuru kiya ke phailaao quran, phailaao quran, daro mat be-hurmati se.</w:t>
      </w:r>
    </w:p>
    <w:p>
      <w:pPr>
        <w:jc w:val="right"/>
      </w:pPr>
      <w:r>
        <w:t>میں نے کھل کے کہنا شروع کیا کہ پھیلاؤ قرآن، پھیلاؤ قرآن، ڈرو مت بے حرمتی سے۔</w:t>
      </w:r>
    </w:p>
    <w:p>
      <w:r>
        <w:rPr>
          <w:b/>
        </w:rPr>
        <w:t xml:space="preserve">[49:07] </w:t>
      </w:r>
      <w:r>
        <w:t>to yeh aaj meri samajh mein aaya ke aap se arz karoon, Allah taala hum ko aap ko</w:t>
      </w:r>
    </w:p>
    <w:p>
      <w:pPr>
        <w:jc w:val="right"/>
      </w:pPr>
      <w:r>
        <w:t>تو یہ آج میری سمجھ میں آیا کہ آپ سے عرض کروں، اللہ تعالی ہم کو آپ کو</w:t>
      </w:r>
    </w:p>
    <w:p>
      <w:r>
        <w:rPr>
          <w:b/>
        </w:rPr>
        <w:t xml:space="preserve">[49:15] </w:t>
      </w:r>
      <w:r>
        <w:t>sirat-e-mustaqeem par chalne ki tofeeq de. Assalam-o-alaikum.</w:t>
      </w:r>
    </w:p>
    <w:p>
      <w:pPr>
        <w:jc w:val="right"/>
      </w:pPr>
      <w:r>
        <w:t>صراط مستقیم پر چلنے کی توفیق دے۔ السلام علیکم۔</w:t>
      </w:r>
    </w:p>
    <w:p>
      <w:r>
        <w:rPr>
          <w:b/>
        </w:rPr>
        <w:t xml:space="preserve">[49:24] </w:t>
      </w:r>
      <w:r>
        <w:t>okay, so we will start with the question answer session.</w:t>
      </w:r>
    </w:p>
    <w:p>
      <w:pPr>
        <w:jc w:val="right"/>
      </w:pPr>
      <w:r>
        <w:t>اوکے، سو وی ویل سٹارٹ ود دی کوئسچن انسر سیشن۔</w:t>
      </w:r>
    </w:p>
    <w:p>
      <w:r>
        <w:rPr>
          <w:b/>
        </w:rPr>
        <w:t xml:space="preserve">[49:29] </w:t>
      </w:r>
      <w:r>
        <w:t>ah, we will begin with the comment session first.</w:t>
      </w:r>
    </w:p>
    <w:p>
      <w:pPr>
        <w:jc w:val="right"/>
      </w:pPr>
      <w:r>
        <w:t>اہ، وی ویل بیگن ود دی کمنٹ سیشن فرسٹ۔</w:t>
      </w:r>
    </w:p>
    <w:p>
      <w:r>
        <w:rPr>
          <w:b/>
        </w:rPr>
        <w:t xml:space="preserve">[49:34] </w:t>
      </w:r>
      <w:r>
        <w:t>مولانا ڈاکٹر نغمہ صدیقی نے لکھا ہے دلی سے: "مولانا، today I was able to understand this verse۔</w:t>
      </w:r>
    </w:p>
    <w:p>
      <w:pPr>
        <w:jc w:val="right"/>
      </w:pPr>
      <w:r>
        <w:t>مولانا ڈاکٹر نغمہ صدیقی نے لکھا ہے دلی سے: "مولانا، ٹوڈے آئی واز ایبل ٹو انڈرسٹینڈ دس ورس۔</w:t>
      </w:r>
    </w:p>
    <w:p>
      <w:r>
        <w:rPr>
          <w:b/>
        </w:rPr>
        <w:t xml:space="preserve">[49:39] </w:t>
      </w:r>
      <w:r>
        <w:t>I never understood what killing meant in this verse.</w:t>
      </w:r>
    </w:p>
    <w:p>
      <w:pPr>
        <w:jc w:val="right"/>
      </w:pPr>
      <w:r>
        <w:t>آئی نیور انڈرسٹوڈ واٹ کلنگ مینٹ ان دس ورس۔</w:t>
      </w:r>
    </w:p>
    <w:p>
      <w:r>
        <w:rPr>
          <w:b/>
        </w:rPr>
        <w:t xml:space="preserve">[49:44] </w:t>
      </w:r>
      <w:r>
        <w:t>merciless self hammering makes complete sense.</w:t>
      </w:r>
    </w:p>
    <w:p>
      <w:pPr>
        <w:jc w:val="right"/>
      </w:pPr>
      <w:r>
        <w:t>مرسی لیس سیلف ہیمرنگ میکس کمپلیٹ سینس۔</w:t>
      </w:r>
    </w:p>
    <w:p>
      <w:r>
        <w:rPr>
          <w:b/>
        </w:rPr>
        <w:t xml:space="preserve">[49:49] </w:t>
      </w:r>
      <w:r>
        <w:t>jazak Allah Maulana for</w:t>
      </w:r>
    </w:p>
    <w:p>
      <w:pPr>
        <w:jc w:val="right"/>
      </w:pPr>
      <w:r>
        <w:t>جزاک اللہ مولانا فار</w:t>
      </w:r>
    </w:p>
    <w:p>
      <w:r>
        <w:rPr>
          <w:b/>
        </w:rPr>
        <w:t xml:space="preserve">[49:54] </w:t>
      </w:r>
      <w:r>
        <w:t>clearing this misconception." Maulana Iqbal Omari ne Chennai se likha hai: "saada maashi intezaam man o salwa</w:t>
      </w:r>
    </w:p>
    <w:p>
      <w:pPr>
        <w:jc w:val="right"/>
      </w:pPr>
      <w:r>
        <w:t>کلیئرنگ دس مس کنسیپشن۔" مولانا اقبال عمری نے چنئی سے لکھا ہے: "سادہ معاشی انتظام من و سلوٰی</w:t>
      </w:r>
    </w:p>
    <w:p>
      <w:r>
        <w:rPr>
          <w:b/>
        </w:rPr>
        <w:t xml:space="preserve">[50:01] </w:t>
      </w:r>
      <w:r>
        <w:t>hai, aaj pehli baar wazeh hua.</w:t>
      </w:r>
    </w:p>
    <w:p>
      <w:pPr>
        <w:jc w:val="right"/>
      </w:pPr>
      <w:r>
        <w:t>ہے، آج پہلی بار واضح ہوا۔</w:t>
      </w:r>
    </w:p>
    <w:p>
      <w:r>
        <w:rPr>
          <w:b/>
        </w:rPr>
        <w:t xml:space="preserve">[50:09] </w:t>
      </w:r>
      <w:r>
        <w:t>Jazakallah Maulana. "Miss Shabana Ansari ne Pakistan se likha hai: "Taleef-e-qalb is a very important aspect in</w:t>
      </w:r>
    </w:p>
    <w:p>
      <w:pPr>
        <w:jc w:val="right"/>
      </w:pPr>
      <w:r>
        <w:t>جزاک اللہ مولانا۔" مس شبانہ انصاری نے پاکستان سے لکھا ہے: "تالیف قلب از ویری امپورٹنٹ ایسپیکٹ ان</w:t>
      </w:r>
    </w:p>
    <w:p>
      <w:r>
        <w:rPr>
          <w:b/>
        </w:rPr>
        <w:t xml:space="preserve">[50:16] </w:t>
      </w:r>
      <w:r>
        <w:t>spreading the word of God." Bangalore say Syed Khan Sahab ne likha hai: "Practical approach</w:t>
      </w:r>
    </w:p>
    <w:p>
      <w:pPr>
        <w:jc w:val="right"/>
      </w:pPr>
      <w:r>
        <w:t>سپریڈنگ دا ورڈ آف گاڈ۔" بینگلور سے سید خان صاحب نے لکھا ہے: "پریکٹیکل اپروچ</w:t>
      </w:r>
    </w:p>
    <w:p>
      <w:r>
        <w:rPr>
          <w:b/>
        </w:rPr>
        <w:t xml:space="preserve">[50:24] </w:t>
      </w:r>
      <w:r>
        <w:t>to propagation of Islam and its and its implementation in the contemporary times." Maulana sawal lete hain. Maulana Iqbal Umri ne sawal kiya hai Chennai se. unhon ne aap se poocha hai ke quran ko phailane ki ahmiyat kyun bohat kam maloom hoti hai musalmanon mein? is ki kya wajah hai? is ki sab se bari wajah jo</w:t>
      </w:r>
    </w:p>
    <w:p>
      <w:pPr>
        <w:jc w:val="right"/>
      </w:pPr>
      <w:r>
        <w:t>ٹو پروپیگیشن آف اسلام اینڈ اٹس اینڈ اٹس امپلیمنٹیشن ان دی کنٹمپرری ٹائمز۔" مولانا سوال لیتے ہیں۔ مولانا اقبال عمری نے سوال کیا ہے چنئی سے۔ انہوں نے آپ سے پوچھا ہے کہ قرآن کو پھیلانے کی اہمیت کیوں بہت کم معلوم ہوتی ہے مسلمانوں میں؟ اس کی کیا وجہ ہے؟ اس کی سب سے بڑی وجہ جو</w:t>
      </w:r>
    </w:p>
    <w:p>
      <w:r>
        <w:rPr>
          <w:b/>
        </w:rPr>
        <w:t xml:space="preserve">[50:54] </w:t>
      </w:r>
      <w:r>
        <w:t>hai woh quran ki be-hurmati ka sab se bara be-hurmati ka tasawwur hai.</w:t>
      </w:r>
    </w:p>
    <w:p>
      <w:pPr>
        <w:jc w:val="right"/>
      </w:pPr>
      <w:r>
        <w:t>ہے وہ قرآن کی بے حرمتی کا سب سے بڑا بے حرمتی کا تصور ہے۔</w:t>
      </w:r>
    </w:p>
    <w:p>
      <w:r>
        <w:rPr>
          <w:b/>
        </w:rPr>
        <w:t xml:space="preserve">[51:01] </w:t>
      </w:r>
      <w:r>
        <w:t>pata nahi kyun chhaya hua hai, aaj se nahi, shuru se be-hurmati, be-hurmati na ho, be-</w:t>
      </w:r>
    </w:p>
    <w:p>
      <w:pPr>
        <w:jc w:val="right"/>
      </w:pPr>
      <w:r>
        <w:t>پتہ نہیں کیوں چھایا ہوا ہے، آج سے نہیں، شروع سے بے حرمتی، بے حرمتی نہ ہو، بے</w:t>
      </w:r>
    </w:p>
    <w:p>
      <w:r>
        <w:rPr>
          <w:b/>
        </w:rPr>
        <w:t xml:space="preserve">[51:09] </w:t>
      </w:r>
      <w:r>
        <w:t>hurmati na ho, be-hurmati na ho.</w:t>
      </w:r>
    </w:p>
    <w:p>
      <w:pPr>
        <w:jc w:val="right"/>
      </w:pPr>
      <w:r>
        <w:t>حرمتی نہ ہو، بے حرمتی نہ ہو۔</w:t>
      </w:r>
    </w:p>
    <w:p>
      <w:r>
        <w:rPr>
          <w:b/>
        </w:rPr>
        <w:t xml:space="preserve">[51:17] </w:t>
      </w:r>
      <w:r>
        <w:t>toh main jo mujhe jo himmat jo hui, yeh ke wajah kya ke ah jab</w:t>
      </w:r>
    </w:p>
    <w:p>
      <w:pPr>
        <w:jc w:val="right"/>
      </w:pPr>
      <w:r>
        <w:t>تو میں جو مجھے جو ہمت جو ہوئی، یہ کہ وجہ کیا کہ اہ جب</w:t>
      </w:r>
    </w:p>
    <w:p>
      <w:r>
        <w:rPr>
          <w:b/>
        </w:rPr>
        <w:t xml:space="preserve">[51:25] </w:t>
      </w:r>
      <w:r>
        <w:t>shirk jali maaf ho sakta hai to aitraz ijtihadi khata maaf nahin hogi maqsad ke liye. to maine kaha ke dhoom se quran phailao, ijtihadi khata ko hote hone do. Allah woh hai jo shirk jali ko maaf kar deta hai, to ehteraam ah yani is ijtihadi khata ko maaf nahin karega. ajeeb ghareeb masla bana hua tha</w:t>
      </w:r>
    </w:p>
    <w:p>
      <w:pPr>
        <w:jc w:val="right"/>
      </w:pPr>
      <w:r>
        <w:t>شرک جلی معاف ہو سکتا ہے تو اعتراض اجتہادی خطا معاف نہیں ہوگی مقصد کے لیے۔ تو میں نے کہا کہ دھوم سے قرآن پھیلاؤ، اجتہادی خطا کو ہوتے ہونے دو۔ اللہ وہ ہے جو شرک جلی کو معاف کر دیتا ہے، تو احترام اہ یعنی اس اجتہادی خطا کو معاف نہیں کرے گا۔ عجیب غریب مسئلہ بنا ہوا تھا</w:t>
      </w:r>
    </w:p>
    <w:p>
      <w:r>
        <w:rPr>
          <w:b/>
        </w:rPr>
        <w:t xml:space="preserve">[51:55] </w:t>
      </w:r>
      <w:r>
        <w:t>jab maine shuru kiya is kaam ko to ke agar aap quran ko tarjume ke sath chhapen to be hurmati ka masla, be hurmati ka masla. aur sirf tarjuma, har ehteraam matan ko nikal ke chhapen to woh jaiz hi nahin. yani matan ke baghair sirf tarjuma chhapen to woh jaiz nahin.</w:t>
      </w:r>
    </w:p>
    <w:p>
      <w:pPr>
        <w:jc w:val="right"/>
      </w:pPr>
      <w:r>
        <w:t>جب میں نے شروع کیا اس کام کو تو کہ اگر آپ قرآن کو ترجمے کے ساتھ چھاپیں تو بے حرمتی کا مسئلہ، بے حرمتی کا مسئلہ۔ اور صرف ترجمہ، ہر احترام متن کو نکال کے چھاپیں تو وہ جائز ہی نہیں۔ یعنی متن کے بغیر صرف ترجمہ چھاپیں تو وہ جائز نہیں۔</w:t>
      </w:r>
    </w:p>
    <w:p>
      <w:r>
        <w:rPr>
          <w:b/>
        </w:rPr>
        <w:t xml:space="preserve">[52:25] </w:t>
      </w:r>
      <w:r>
        <w:t>aur agar dono ko mila kar chhapen toh be-hurmati ka masla.</w:t>
      </w:r>
    </w:p>
    <w:p>
      <w:pPr>
        <w:jc w:val="right"/>
      </w:pPr>
      <w:r>
        <w:t>اور اگر دونوں کو ملا کر چھاپیں تو بے حرمتی کا مسئلہ۔</w:t>
      </w:r>
    </w:p>
    <w:p>
      <w:r>
        <w:rPr>
          <w:b/>
        </w:rPr>
        <w:t xml:space="preserve">[52:30] </w:t>
      </w:r>
      <w:r>
        <w:t>toh main ne jab main ne is pe socha toh main ne kaha ke Allah ki shan ke</w:t>
      </w:r>
    </w:p>
    <w:p>
      <w:pPr>
        <w:jc w:val="right"/>
      </w:pPr>
      <w:r>
        <w:t>تو میں نے جب میں نے اس پہ سوچا تو میں نے کہا کہ اللہ کی شان کے</w:t>
      </w:r>
    </w:p>
    <w:p>
      <w:r>
        <w:rPr>
          <w:b/>
        </w:rPr>
        <w:t xml:space="preserve">[52:35] </w:t>
      </w:r>
      <w:r>
        <w:t>khilaf hai ke woh shirk jali ko toh maaf kar de aur ehtiram ke khud sakhta tasawwur ko</w:t>
      </w:r>
    </w:p>
    <w:p>
      <w:pPr>
        <w:jc w:val="right"/>
      </w:pPr>
      <w:r>
        <w:t>خلاف ہے کہ وہ شرک جلی کو تو معاف کر دے اور احترام کے خود ساختہ تصور کو</w:t>
      </w:r>
    </w:p>
    <w:p>
      <w:r>
        <w:rPr>
          <w:b/>
        </w:rPr>
        <w:t xml:space="preserve">[52:40] </w:t>
      </w:r>
      <w:r>
        <w:t>maaf na kare jo ke ek na quran mein na hadith mein.</w:t>
      </w:r>
    </w:p>
    <w:p>
      <w:pPr>
        <w:jc w:val="right"/>
      </w:pPr>
      <w:r>
        <w:t>معاف نہ کرے جو کہ ایک نہ قرآن میں نہ حدیث میں۔</w:t>
      </w:r>
    </w:p>
    <w:p>
      <w:r>
        <w:rPr>
          <w:b/>
        </w:rPr>
        <w:t xml:space="preserve">[52:45] </w:t>
      </w:r>
      <w:r>
        <w:t>tab mujhe himmat hui.</w:t>
      </w:r>
    </w:p>
    <w:p>
      <w:pPr>
        <w:jc w:val="right"/>
      </w:pPr>
      <w:r>
        <w:t>تب مجھے ہمت ہوئی۔</w:t>
      </w:r>
    </w:p>
    <w:p>
      <w:r>
        <w:rPr>
          <w:b/>
        </w:rPr>
        <w:t xml:space="preserve">[52:50] </w:t>
      </w:r>
      <w:r>
        <w:t>yahi sab se bara</w:t>
      </w:r>
    </w:p>
    <w:p>
      <w:pPr>
        <w:jc w:val="right"/>
      </w:pPr>
      <w:r>
        <w:t>یہی سب سے بڑا</w:t>
      </w:r>
    </w:p>
    <w:p>
      <w:r>
        <w:rPr>
          <w:b/>
        </w:rPr>
        <w:t xml:space="preserve">[52:55] </w:t>
      </w:r>
      <w:r>
        <w:t>bara masla hai.</w:t>
      </w:r>
    </w:p>
    <w:p>
      <w:pPr>
        <w:jc w:val="right"/>
      </w:pPr>
      <w:r>
        <w:t>بڑا مسئلہ ہے۔</w:t>
      </w:r>
    </w:p>
    <w:p>
      <w:r>
        <w:rPr>
          <w:b/>
        </w:rPr>
        <w:t xml:space="preserve">[53:01] </w:t>
      </w:r>
      <w:r>
        <w:t>har masjid mein, har masjid mein, har jagah.</w:t>
      </w:r>
    </w:p>
    <w:p>
      <w:pPr>
        <w:jc w:val="right"/>
      </w:pPr>
      <w:r>
        <w:t>ہر مسجد میں، ہر مسجد میں، ہر جگہ۔</w:t>
      </w:r>
    </w:p>
    <w:p>
      <w:r>
        <w:rPr>
          <w:b/>
        </w:rPr>
        <w:t xml:space="preserve">[53:07] </w:t>
      </w:r>
      <w:r>
        <w:t>ek jagah main gaya ek baar ek masjid mein toh us ke imam sahab aalim the.</w:t>
      </w:r>
    </w:p>
    <w:p>
      <w:pPr>
        <w:jc w:val="right"/>
      </w:pPr>
      <w:r>
        <w:t>ایک جگہ میں گیا ایک بار ایک مسجد میں تو اس کے امام صاحب عالم تھے۔</w:t>
      </w:r>
    </w:p>
    <w:p>
      <w:r>
        <w:rPr>
          <w:b/>
        </w:rPr>
        <w:t xml:space="preserve">[53:13] </w:t>
      </w:r>
      <w:r>
        <w:t>woh toh imam sahab se ek masla poochna tha, ek quran ki ayat ko le kar ke.</w:t>
      </w:r>
    </w:p>
    <w:p>
      <w:pPr>
        <w:jc w:val="right"/>
      </w:pPr>
      <w:r>
        <w:t>وہ تو امام صاحب سے ایک مسئلہ پوچھنا تھا، ایک قرآن کی آیت کو لے کر کے۔</w:t>
      </w:r>
    </w:p>
    <w:p>
      <w:r>
        <w:rPr>
          <w:b/>
        </w:rPr>
        <w:t xml:space="preserve">[53:19] </w:t>
      </w:r>
      <w:r>
        <w:t>toh quran ki woh jo chha-pa hua quran jo hota hai, mushaf woh laya gaya.</w:t>
      </w:r>
    </w:p>
    <w:p>
      <w:pPr>
        <w:jc w:val="right"/>
      </w:pPr>
      <w:r>
        <w:t>تو قرآن کی وہ جو چھپا ہوا قرآن جو ہوتا ہے، مصحف وہ لایا گیا۔</w:t>
      </w:r>
    </w:p>
    <w:p>
      <w:r>
        <w:rPr>
          <w:b/>
        </w:rPr>
        <w:t xml:space="preserve">[53:26] </w:t>
      </w:r>
      <w:r>
        <w:t>to woh imam sahib jo thay, woh chadar orhay hue thay. to chadar ke zariye unhon ne quran ke warq ko ulta, yani ungliyon mein chadar thi, ungliyan un ke touch nahin karti theen quran ko. to kaha ungliyon ke aur quran ke kaghaz ke beech mein chadar aa gayi to kaha be hurmati nahin hui is ki. isi qism ke bane hue thay jab hum ne shuru kiya. to mujh ko jis</w:t>
      </w:r>
    </w:p>
    <w:p>
      <w:pPr>
        <w:jc w:val="right"/>
      </w:pPr>
      <w:r>
        <w:t>تو وہ امام صاحب جو تھے، وہ چادر اوڑھے ہوئے تھے۔ تو چادر کے ذریعے انہوں نے قرآن کے ورق کو الٹا، یعنی انگلیوں میں چادر تھی، انگلیاں ان کے ٹچ نہیں کرتی تھیں قرآن کو۔ تو کہا انگلیوں کے اور قرآن کے کاغذ کے بیچ میں چادر آ گئی تو کہا بے حرمتی نہیں ہوئی اس کی۔ اسی قسم کے بنے ہوئے تھے جب ہم نے شروع کیا۔ تو مجھ کو جس</w:t>
      </w:r>
    </w:p>
    <w:p>
      <w:r>
        <w:rPr>
          <w:b/>
        </w:rPr>
        <w:t xml:space="preserve">[53:56] </w:t>
      </w:r>
      <w:r>
        <w:t>jis himmat hui, woh yahi yahi baat thi ke jab Allah taala shirk jali ko maaf kar de,</w:t>
      </w:r>
    </w:p>
    <w:p>
      <w:pPr>
        <w:jc w:val="right"/>
      </w:pPr>
      <w:r>
        <w:t>جس ہمت ہوئی، وہ یہی یہی بات تھی کہ جب اللہ تعالی شرک جلی کو معاف کر دے،</w:t>
      </w:r>
    </w:p>
    <w:p>
      <w:r>
        <w:rPr>
          <w:b/>
        </w:rPr>
        <w:t xml:space="preserve">[54:02] </w:t>
      </w:r>
      <w:r>
        <w:t>karne ka ailan kar raha hai toh bohat.</w:t>
      </w:r>
    </w:p>
    <w:p>
      <w:pPr>
        <w:jc w:val="right"/>
      </w:pPr>
      <w:r>
        <w:t>کرنے کا اعلان کر رہا ہے تو بہت۔</w:t>
      </w:r>
    </w:p>
    <w:p>
      <w:r>
        <w:rPr>
          <w:b/>
        </w:rPr>
        <w:t xml:space="preserve">[54:08] </w:t>
      </w:r>
      <w:r>
        <w:t>toh ijtihadi khata toh bohat choti cheez hai, woh koi woh koi nahi maaf hoga.</w:t>
      </w:r>
    </w:p>
    <w:p>
      <w:pPr>
        <w:jc w:val="right"/>
      </w:pPr>
      <w:r>
        <w:t>تو اجتہادی خطا تو بہت چھوٹی چیز ہے، وہ کوئی وہ کوئی نہیں معاف ہوگا۔</w:t>
      </w:r>
    </w:p>
    <w:p>
      <w:r>
        <w:rPr>
          <w:b/>
        </w:rPr>
        <w:t xml:space="preserve">[54:14] </w:t>
      </w:r>
      <w:r>
        <w:t>تب میں نے لوگوں سے کہنا شروع کیا: "Palat karo Quran ko, Quran ke tarjume ko palat karo,</w:t>
      </w:r>
    </w:p>
    <w:p>
      <w:pPr>
        <w:jc w:val="right"/>
      </w:pPr>
      <w:r>
        <w:t>تب میں نے لوگوں سے کہنا شروع کیا: "پلٹ کرو قرآن کو، قرآن کے ترجمے کو پلٹ کرو،</w:t>
      </w:r>
    </w:p>
    <w:p>
      <w:r>
        <w:rPr>
          <w:b/>
        </w:rPr>
        <w:t xml:space="preserve">[54:20] </w:t>
      </w:r>
      <w:r>
        <w:t>palat!" ji Maulana, kuch comments aur parhna chahein g</w:t>
      </w:r>
    </w:p>
    <w:p>
      <w:pPr>
        <w:jc w:val="right"/>
      </w:pPr>
      <w:r>
        <w:t>پلٹ!" جی مولانا، کچھ کمنٹس اور پڑھنا چاہیں گ</w:t>
      </w:r>
    </w:p>
    <w:p>
      <w:r>
        <w:rPr>
          <w:b/>
        </w:rPr>
        <w:t xml:space="preserve">[54:26] </w:t>
      </w:r>
      <w:r>
        <w:t>sawal lene se pehle. Dr. Safeena Tabassum ne likha hai Saharanpur se: "Maulana sahib, aaj aik bohat bari hope mili hai ke mera Khuda bare se bare jurm ko maaf karne ko tayyar hai. woh waqai bohat Raheem hai, bas dil se tauba karne ki zaroorat hai." Dr. Aslam Khan ne Saharanpur se likha hai: "Actually, talif e qalb is a great wisdom, which is most fund</w:t>
      </w:r>
    </w:p>
    <w:p>
      <w:pPr>
        <w:jc w:val="right"/>
      </w:pPr>
      <w:r>
        <w:t>ے سوال لینے سے پہلے۔ ڈاکٹر سفینہ تبسم نے لکھا ہے سہارن پور سے: "مولانا صاحب، آج ایک بہت بڑی ہوپ ملی ہے کہ میرا خدا بڑے سے بڑے جرم کو معاف کرنے کو تیار ہے۔ وہ واقعی بہت رحیم ہے، بس دل سے توبہ کرنے کی ضرورت ہے۔" ڈاکٹر اسلم خان نے سہارن پور سے لکھا ہے: "ایکچولی، تالیف قلب از ا گریٹ وزڈم، وچ از موسٹ فن</w:t>
      </w:r>
    </w:p>
    <w:p>
      <w:r>
        <w:rPr>
          <w:b/>
        </w:rPr>
        <w:t xml:space="preserve">[54:56] </w:t>
      </w:r>
      <w:r>
        <w:t>"The fundamental principle of successful da'wah." Amir Mori Sahib has written from Srinagar: "Your interpretation of</w:t>
      </w:r>
    </w:p>
    <w:p>
      <w:pPr>
        <w:jc w:val="right"/>
      </w:pPr>
      <w:r>
        <w:t>ڈامینٹل پرنسپل اف سکسیس فل دعویٰ۔" عامر موری صاحب نے سری نگر سے لکھا ہے: "یور انٹرپریٹیشن اف</w:t>
      </w:r>
    </w:p>
    <w:p>
      <w:r>
        <w:rPr>
          <w:b/>
        </w:rPr>
        <w:t xml:space="preserve">[55:04] </w:t>
      </w:r>
      <w:r>
        <w:t>Quranic verses seems to be so pure that it addresses our mind without any doubt.</w:t>
      </w:r>
    </w:p>
    <w:p>
      <w:pPr>
        <w:jc w:val="right"/>
      </w:pPr>
      <w:r>
        <w:t>قرآنک ورسز سیمز ٹو بی سو پیور دیٹ اٹ ایڈریسز اور مائنڈ وداؤٹ اینی ڈاؤٹ۔</w:t>
      </w:r>
    </w:p>
    <w:p>
      <w:r>
        <w:rPr>
          <w:b/>
        </w:rPr>
        <w:t xml:space="preserve">[55:12] </w:t>
      </w:r>
      <w:r>
        <w:t>It makes our understanding of Quran more clear and helps us to save from any derailment.</w:t>
      </w:r>
    </w:p>
    <w:p>
      <w:pPr>
        <w:jc w:val="right"/>
      </w:pPr>
      <w:r>
        <w:t>اٹ میکس اور انڈرسٹینڈنگ اف قرآن مور کلیئر اینڈ ہیلپس اس ٹو سیو فرام اینی ڈیریلمنٹ۔</w:t>
      </w:r>
    </w:p>
    <w:p>
      <w:r>
        <w:rPr>
          <w:b/>
        </w:rPr>
        <w:t xml:space="preserve">[55:19] </w:t>
      </w:r>
      <w:r>
        <w:t>Thank you so much for your guidance.</w:t>
      </w:r>
    </w:p>
    <w:p>
      <w:pPr>
        <w:jc w:val="right"/>
      </w:pPr>
      <w:r>
        <w:t>تھینک یو سو مچ فار یور گائیڈنس۔"</w:t>
      </w:r>
    </w:p>
    <w:p>
      <w:r>
        <w:rPr>
          <w:b/>
        </w:rPr>
        <w:t xml:space="preserve">[55:27] </w:t>
      </w:r>
      <w:r>
        <w:t>Maulana, agla sawal Itanagar, Arunachal Pradesh se Muhammad Bilal Shafee sahib ne kiya hai. unhon ne apne do sawal bheje hain. unhon ne likha hai: "Maulana sahib, so many people in the world are calling others to their religion. My question is: How is the CPS mission different in this regard?" Dekhiye, woh sirf</w:t>
      </w:r>
    </w:p>
    <w:p>
      <w:pPr>
        <w:jc w:val="right"/>
      </w:pPr>
      <w:r>
        <w:t>مولانا، اگلا سوال ایٹانگر، اروناچل پردیس سے محمد بلال شفیع صاحب نے کیا ہے۔ انہوں نے اپنے دو سوال بھیجے ہیں۔ انہوں نے لکھا ہے: "مولانا صاحب، سو مینی پیپل ان دی ورلڈ ار کالنگ ادر ٹو دیر ریلیجن۔ مائی کوئسچن از: ہاؤ از دا سی پی ایس مشن ڈفرنٹ ان دس ریگارڈ؟" دیکھیے، وہ صرف</w:t>
      </w:r>
    </w:p>
    <w:p>
      <w:r>
        <w:rPr>
          <w:b/>
        </w:rPr>
        <w:t xml:space="preserve">[55:57] </w:t>
      </w:r>
      <w:r>
        <w:t>ek baat hai, sirf ek baat hai.</w:t>
      </w:r>
    </w:p>
    <w:p>
      <w:pPr>
        <w:jc w:val="right"/>
      </w:pPr>
      <w:r>
        <w:t>ایک بات ہے، صرف ایک بات ہے۔</w:t>
      </w:r>
    </w:p>
    <w:p>
      <w:r>
        <w:rPr>
          <w:b/>
        </w:rPr>
        <w:t xml:space="preserve">[56:07] </w:t>
      </w:r>
      <w:r>
        <w:t>woh yeh hai ke quran accepted tor par authentic version hai, khudai wahid ka hai.</w:t>
      </w:r>
    </w:p>
    <w:p>
      <w:pPr>
        <w:jc w:val="right"/>
      </w:pPr>
      <w:r>
        <w:t>وہ یہ ہے کہ قرآن ایکسیپٹڈ طور پر اتھنٹک ورژن ہے، خدائی واحد کا ہے۔</w:t>
      </w:r>
    </w:p>
    <w:p>
      <w:r>
        <w:rPr>
          <w:b/>
        </w:rPr>
        <w:t xml:space="preserve">[56:17] </w:t>
      </w:r>
      <w:r>
        <w:t>phir se sun lijiye ke hamare nazdeek injeel bhi Khuda ki kitab hai,</w:t>
      </w:r>
    </w:p>
    <w:p>
      <w:pPr>
        <w:jc w:val="right"/>
      </w:pPr>
      <w:r>
        <w:t>پھر سے سن لیجئے کہ ہمارے نزدیک انجیل بھی خدا کی کتاب ہے،</w:t>
      </w:r>
    </w:p>
    <w:p>
      <w:r>
        <w:rPr>
          <w:b/>
        </w:rPr>
        <w:t xml:space="preserve">[56:27] </w:t>
      </w:r>
      <w:r>
        <w:t>torah bhi Khuda ki kitab hai, is lihaz se bible bhi Khuda ki kitab hai.</w:t>
      </w:r>
    </w:p>
    <w:p>
      <w:pPr>
        <w:jc w:val="right"/>
      </w:pPr>
      <w:r>
        <w:t>تورات بھی خدا کی کتاب ہے، اس لحاظ سے بائبل بھی خدا کی کتاب ہے۔</w:t>
      </w:r>
    </w:p>
    <w:p>
      <w:r>
        <w:rPr>
          <w:b/>
        </w:rPr>
        <w:t xml:space="preserve">[56:35] </w:t>
      </w:r>
      <w:r>
        <w:t>lekin jo difference hai, woh sirf ek baat ka hai ke yeh saare jo research scholar, jo muhqqiqeen</w:t>
      </w:r>
    </w:p>
    <w:p>
      <w:pPr>
        <w:jc w:val="right"/>
      </w:pPr>
      <w:r>
        <w:t>لیکن جو ڈیفرنس ہے، وہ صرف ایک بات کا ہے کہ یہ سارے جو ریسرچ اسکالر، جو محققین</w:t>
      </w:r>
    </w:p>
    <w:p>
      <w:r>
        <w:rPr>
          <w:b/>
        </w:rPr>
        <w:t xml:space="preserve">[56:43] </w:t>
      </w:r>
      <w:r>
        <w:t>hain, woh accept karte hain ke quran ek hi kitab hai, ek hi kitab hai jo jis ka</w:t>
      </w:r>
    </w:p>
    <w:p>
      <w:pPr>
        <w:jc w:val="right"/>
      </w:pPr>
      <w:r>
        <w:t>ہیں، وہ ایکسیپٹ کرتے ہیں کہ قرآن ایک ہی کتاب ہے، ایک ہی کتاب ہے جو جس کا</w:t>
      </w:r>
    </w:p>
    <w:p>
      <w:r>
        <w:rPr>
          <w:b/>
        </w:rPr>
        <w:t xml:space="preserve">[56:51] </w:t>
      </w:r>
      <w:r>
        <w:t>jis ka yeh pehlu establish ho chuka hai ke woh</w:t>
      </w:r>
    </w:p>
    <w:p>
      <w:pPr>
        <w:jc w:val="right"/>
      </w:pPr>
      <w:r>
        <w:t>جس کا یہ پہلو اسٹیبلش ہو چکا ہے کہ وہ</w:t>
      </w:r>
    </w:p>
    <w:p>
      <w:r>
        <w:rPr>
          <w:b/>
        </w:rPr>
        <w:t xml:space="preserve">[56:59] </w:t>
      </w:r>
      <w:r>
        <w:t>koi change is ke andar nahi hua, straight change nahi hua.</w:t>
      </w:r>
    </w:p>
    <w:p>
      <w:pPr>
        <w:jc w:val="right"/>
      </w:pPr>
      <w:r>
        <w:t>کوئی چینج اس کے اندر نہیں ہوا، سٹرائٹس چینج نہیں ہوا۔</w:t>
      </w:r>
    </w:p>
    <w:p>
      <w:r>
        <w:rPr>
          <w:b/>
        </w:rPr>
        <w:t xml:space="preserve">[57:05] </w:t>
      </w:r>
      <w:r>
        <w:t>khud christian scholar ne mana hai is ko, jis ko maine likha aap ki kitab mein, aap</w:t>
      </w:r>
    </w:p>
    <w:p>
      <w:pPr>
        <w:jc w:val="right"/>
      </w:pPr>
      <w:r>
        <w:t>خود کرسچن اسکالر نے مانا ہے اس کو، جس کو میں نے لکھا آپ کی کتاب میں، آپ</w:t>
      </w:r>
    </w:p>
    <w:p>
      <w:r>
        <w:rPr>
          <w:b/>
        </w:rPr>
        <w:t xml:space="preserve">[57:10] </w:t>
      </w:r>
      <w:r>
        <w:t>parh sakte hain.</w:t>
      </w:r>
    </w:p>
    <w:p>
      <w:pPr>
        <w:jc w:val="right"/>
      </w:pPr>
      <w:r>
        <w:t>پڑھ سکتے ہیں۔</w:t>
      </w:r>
    </w:p>
    <w:p>
      <w:r>
        <w:rPr>
          <w:b/>
        </w:rPr>
        <w:t xml:space="preserve">[57:16] </w:t>
      </w:r>
      <w:r>
        <w:t>is liye ummat e mohammadi ko haq hai ke woh quran ko phailaye.</w:t>
      </w:r>
    </w:p>
    <w:p>
      <w:pPr>
        <w:jc w:val="right"/>
      </w:pPr>
      <w:r>
        <w:t>اس لیے امت محمدی کو حق ہے کہ وہ قرآن کو پھیلائے۔</w:t>
      </w:r>
    </w:p>
    <w:p>
      <w:r>
        <w:rPr>
          <w:b/>
        </w:rPr>
        <w:t xml:space="preserve">[57:22] </w:t>
      </w:r>
      <w:r>
        <w:t>doosre log jo islam karte hain, yeh kaam in ko woh kis right se phailate hain, un se poochiye.</w:t>
      </w:r>
    </w:p>
    <w:p>
      <w:pPr>
        <w:jc w:val="right"/>
      </w:pPr>
      <w:r>
        <w:t>دوسرے لوگ جو اسلام کرتے ہیں، یہ کام ان کو وہ کس رائٹ سے پھیلاتے ہیں، ان سے پوچھیے۔</w:t>
      </w:r>
    </w:p>
    <w:p>
      <w:r>
        <w:rPr>
          <w:b/>
        </w:rPr>
        <w:t xml:space="preserve">[57:27] </w:t>
      </w:r>
      <w:r>
        <w:t>jab tumhari jo kitab hai, woh kitab</w:t>
      </w:r>
    </w:p>
    <w:p>
      <w:pPr>
        <w:jc w:val="right"/>
      </w:pPr>
      <w:r>
        <w:t>جب تمہاری جو کتاب ہے، وہ کتاب</w:t>
      </w:r>
    </w:p>
    <w:p>
      <w:r>
        <w:rPr>
          <w:b/>
        </w:rPr>
        <w:t xml:space="preserve">[57:33] </w:t>
      </w:r>
      <w:r>
        <w:t>mehfooz hi nahi, abhi maine jo parhi aap ke samne aaya, bible ka hissa ke quran mein</w:t>
      </w:r>
    </w:p>
    <w:p>
      <w:pPr>
        <w:jc w:val="right"/>
      </w:pPr>
      <w:r>
        <w:t>محفوظ ہی نہیں، ابھی میں نے جو پڑھی آپ کے سامنے آیا، بائبل کا حصہ کہ قرآن میں</w:t>
      </w:r>
    </w:p>
    <w:p>
      <w:r>
        <w:rPr>
          <w:b/>
        </w:rPr>
        <w:t xml:space="preserve">[57:39] </w:t>
      </w:r>
      <w:r>
        <w:t>jo ayat hai "fقتلو" to is par ghor karne se maloom hota hai ke yahan "fقتلو" bazat e maani</w:t>
      </w:r>
    </w:p>
    <w:p>
      <w:pPr>
        <w:jc w:val="right"/>
      </w:pPr>
      <w:r>
        <w:t>جو آیت ہے "فقتلو" تو اس پر غور کرنے سے معلوم ہوتا ہے کہ یہاں "فقتلو" بذات معنی</w:t>
      </w:r>
    </w:p>
    <w:p>
      <w:r>
        <w:rPr>
          <w:b/>
        </w:rPr>
        <w:t xml:space="preserve">[57:45] </w:t>
      </w:r>
      <w:r>
        <w:t>mein hai, lekin bible, present bible jo hai, is ko aap parhein to saaf saaf likha hua hai</w:t>
      </w:r>
    </w:p>
    <w:p>
      <w:pPr>
        <w:jc w:val="right"/>
      </w:pPr>
      <w:r>
        <w:t>میں ہے، لیکن بائبل، پریزنٹ بائبل جو ہے، اس کو آپ پڑھیں تو صاف صاف لکھا ہوا ہے</w:t>
      </w:r>
    </w:p>
    <w:p>
      <w:r>
        <w:rPr>
          <w:b/>
        </w:rPr>
        <w:t xml:space="preserve">[57:51] </w:t>
      </w:r>
      <w:r>
        <w:t>ke teen hazar se ziyada log qatal kar diye gaye.</w:t>
      </w:r>
    </w:p>
    <w:p>
      <w:pPr>
        <w:jc w:val="right"/>
      </w:pPr>
      <w:r>
        <w:t>کہ تین ہزار سے زیادہ لوگ قتل کر دیے گئے۔</w:t>
      </w:r>
    </w:p>
    <w:p>
      <w:r>
        <w:rPr>
          <w:b/>
        </w:rPr>
        <w:t xml:space="preserve">[57:57] </w:t>
      </w:r>
      <w:r>
        <w:t>to hum manenge ke yeh</w:t>
      </w:r>
    </w:p>
    <w:p>
      <w:pPr>
        <w:jc w:val="right"/>
      </w:pPr>
      <w:r>
        <w:t>تو ہم مانیں گے کہ یہ</w:t>
      </w:r>
    </w:p>
    <w:p>
      <w:r>
        <w:rPr>
          <w:b/>
        </w:rPr>
        <w:t xml:space="preserve">[58:04] </w:t>
      </w:r>
      <w:r>
        <w:t>woh hua hai, is mein commentators ne barha diya hai is ko.</w:t>
      </w:r>
    </w:p>
    <w:p>
      <w:pPr>
        <w:jc w:val="right"/>
      </w:pPr>
      <w:r>
        <w:t>وہ ہوا ہے، اس میں کمنٹیٹرز نے بڑھا دیا ہے اس کو۔</w:t>
      </w:r>
    </w:p>
    <w:p>
      <w:r>
        <w:rPr>
          <w:b/>
        </w:rPr>
        <w:t xml:space="preserve">[58:09] </w:t>
      </w:r>
      <w:r>
        <w:t>to khulasa yeh hai ke aisi aap ek kitab hai, woh historical cheez hai, aur bohat si kitabein</w:t>
      </w:r>
    </w:p>
    <w:p>
      <w:pPr>
        <w:jc w:val="right"/>
      </w:pPr>
      <w:r>
        <w:t>تو خلاصہ یہ ہے کہ ایسی آپ ایک کتاب ہے، وہ ہسٹوریکل چیز ہے، اور بہت سی کتابیں</w:t>
      </w:r>
    </w:p>
    <w:p>
      <w:r>
        <w:rPr>
          <w:b/>
        </w:rPr>
        <w:t xml:space="preserve">[58:14] </w:t>
      </w:r>
      <w:r>
        <w:t>hain, un ko parhiye aap to maloom hota hai ke quran ek hi hai kitab jo kisi qism</w:t>
      </w:r>
    </w:p>
    <w:p>
      <w:pPr>
        <w:jc w:val="right"/>
      </w:pPr>
      <w:r>
        <w:t>ہیں، ان کو پڑھیے آپ تو معلوم ہوتا ہے کہ قرآن ایک ہی ہے کتاب جو کسی قسم</w:t>
      </w:r>
    </w:p>
    <w:p>
      <w:r>
        <w:rPr>
          <w:b/>
        </w:rPr>
        <w:t xml:space="preserve">[58:19] </w:t>
      </w:r>
      <w:r>
        <w:t>ka change nahi aaya hai.</w:t>
      </w:r>
    </w:p>
    <w:p>
      <w:pPr>
        <w:jc w:val="right"/>
      </w:pPr>
      <w:r>
        <w:t>کا چینج نہیں آیا ہے۔</w:t>
      </w:r>
    </w:p>
    <w:p>
      <w:r>
        <w:rPr>
          <w:b/>
        </w:rPr>
        <w:t xml:space="preserve">[58:24] </w:t>
      </w:r>
      <w:r>
        <w:t>to is is wajah se hamein haq hai ke is ko phailayein.</w:t>
      </w:r>
    </w:p>
    <w:p>
      <w:pPr>
        <w:jc w:val="right"/>
      </w:pPr>
      <w:r>
        <w:t>تو اس اس وجہ سے ہمیں حق ہے کہ اس کو پھیلائیں۔</w:t>
      </w:r>
    </w:p>
    <w:p>
      <w:r>
        <w:rPr>
          <w:b/>
        </w:rPr>
        <w:t xml:space="preserve">[58:29] </w:t>
      </w:r>
      <w:r>
        <w:t>doosre logon ko chahiye ke woh woh woh khud</w:t>
      </w:r>
    </w:p>
    <w:p>
      <w:pPr>
        <w:jc w:val="right"/>
      </w:pPr>
      <w:r>
        <w:t>دوسرے لوگوں کو چاہیے کہ وہ وہ وہ خود</w:t>
      </w:r>
    </w:p>
    <w:p>
      <w:r>
        <w:rPr>
          <w:b/>
        </w:rPr>
        <w:t xml:space="preserve">[58:34] </w:t>
      </w:r>
      <w:r>
        <w:t>quran ko phailayein, doosre logon ko chahiye ke woh quran ko phailayein, na ke doosri kitabon ko.</w:t>
      </w:r>
    </w:p>
    <w:p>
      <w:pPr>
        <w:jc w:val="right"/>
      </w:pPr>
      <w:r>
        <w:t>قرآن کو پھیلائیں، دوسرے لوگوں کو چاہیے کہ وہ قرآن کو پھیلائیں، نہ کہ دوسری کتابوں کو۔</w:t>
      </w:r>
    </w:p>
    <w:p>
      <w:r>
        <w:rPr>
          <w:b/>
        </w:rPr>
        <w:t xml:space="preserve">[58:40] </w:t>
      </w:r>
      <w:r>
        <w:t>maulana, un ka ek aur sawal hai, unhone likha hai: "many muslims are engaged in dawah work,</w:t>
      </w:r>
    </w:p>
    <w:p>
      <w:pPr>
        <w:jc w:val="right"/>
      </w:pPr>
      <w:r>
        <w:t>مولانا، ان کا ایک اور سوال ہے، انہوں نے لکھا ہے: "مینی مسلمز ار انگیجڈ ان دعویٰ ورک،</w:t>
      </w:r>
    </w:p>
    <w:p>
      <w:r>
        <w:rPr>
          <w:b/>
        </w:rPr>
        <w:t xml:space="preserve">[58:46] </w:t>
      </w:r>
      <w:r>
        <w:t>but their target seems conversion.</w:t>
      </w:r>
    </w:p>
    <w:p>
      <w:pPr>
        <w:jc w:val="right"/>
      </w:pPr>
      <w:r>
        <w:t>بٹ دے ٹارگٹ سیمز کنورژن۔</w:t>
      </w:r>
    </w:p>
    <w:p>
      <w:r>
        <w:rPr>
          <w:b/>
        </w:rPr>
        <w:t xml:space="preserve">[58:52] </w:t>
      </w:r>
      <w:r>
        <w:t>how is CPS mission different in this regard?" hargiz nahi, yaad rahe ke conversion hargiz hamara</w:t>
      </w:r>
    </w:p>
    <w:p>
      <w:pPr>
        <w:jc w:val="right"/>
      </w:pPr>
      <w:r>
        <w:t>ہاؤ از سی پی ایس مشن ڈفرنٹ ان دس ریگارڈ؟" ہرگز نہیں، یاد رہے کہ کنورژن ہرگز ہمارا</w:t>
      </w:r>
    </w:p>
    <w:p>
      <w:r>
        <w:rPr>
          <w:b/>
        </w:rPr>
        <w:t xml:space="preserve">[58:59] </w:t>
      </w:r>
      <w:r>
        <w:t>target nahi hai.</w:t>
      </w:r>
    </w:p>
    <w:p>
      <w:pPr>
        <w:jc w:val="right"/>
      </w:pPr>
      <w:r>
        <w:t>ٹارگٹ نہیں ہے۔</w:t>
      </w:r>
    </w:p>
    <w:p>
      <w:r>
        <w:rPr>
          <w:b/>
        </w:rPr>
        <w:t xml:space="preserve">[59:05] </w:t>
      </w:r>
      <w:r>
        <w:t>target to doosron ne bana rakha hai.</w:t>
      </w:r>
    </w:p>
    <w:p>
      <w:pPr>
        <w:jc w:val="right"/>
      </w:pPr>
      <w:r>
        <w:t>ٹارگٹ تو دوسروں نے بنا رکھا ہے۔</w:t>
      </w:r>
    </w:p>
    <w:p>
      <w:r>
        <w:rPr>
          <w:b/>
        </w:rPr>
        <w:t xml:space="preserve">[59:11] </w:t>
      </w:r>
      <w:r>
        <w:t>target kehne ke ma'ne hain ke hum business kar rahe hain.</w:t>
      </w:r>
    </w:p>
    <w:p>
      <w:pPr>
        <w:jc w:val="right"/>
      </w:pPr>
      <w:r>
        <w:t>ٹارگٹ کہنے کے معنی ہیں کہ ہم بزنس کر رہے ہیں۔</w:t>
      </w:r>
    </w:p>
    <w:p>
      <w:r>
        <w:rPr>
          <w:b/>
        </w:rPr>
        <w:t xml:space="preserve">[59:17] </w:t>
      </w:r>
      <w:r>
        <w:t>ya'ni dawat ek business ban jati hai, yeh taza taza bara ho, taza bara ho.</w:t>
      </w:r>
    </w:p>
    <w:p>
      <w:pPr>
        <w:jc w:val="right"/>
      </w:pPr>
      <w:r>
        <w:t>یعنی دعوت ایک بزنس بن جاتی ہے، یہ تازہ تازہ بڑا ہو، تازہ بڑا ہو۔</w:t>
      </w:r>
    </w:p>
    <w:p>
      <w:r>
        <w:rPr>
          <w:b/>
        </w:rPr>
        <w:t xml:space="preserve">[59:23] </w:t>
      </w:r>
      <w:r>
        <w:t>jab se democracy duniya mein aai hai, democracy, tab se ginti ka mu'amla barh gaya.</w:t>
      </w:r>
    </w:p>
    <w:p>
      <w:pPr>
        <w:jc w:val="right"/>
      </w:pPr>
      <w:r>
        <w:t>جب سے ڈیموکریسی دنیا میں آئی ہے، ڈیموکریسی، تب سے گنتی کا معاملہ بڑھ گیا۔</w:t>
      </w:r>
    </w:p>
    <w:p>
      <w:r>
        <w:rPr>
          <w:b/>
        </w:rPr>
        <w:t xml:space="preserve">[59:29] </w:t>
      </w:r>
      <w:r>
        <w:t>pehle yeh tha bhi nahi, yeh yeh ginti ka jo mu'amla hai ke</w:t>
      </w:r>
    </w:p>
    <w:p>
      <w:pPr>
        <w:jc w:val="right"/>
      </w:pPr>
      <w:r>
        <w:t>پہلے یہ تھا بھی نہیں، یہ یہ گنتی کا جو معاملہ ہے کہ</w:t>
      </w:r>
    </w:p>
    <w:p>
      <w:r>
        <w:rPr>
          <w:b/>
        </w:rPr>
        <w:t xml:space="preserve">[59:35] </w:t>
      </w:r>
      <w:r>
        <w:t>convert karo, ginti barhao, yeh aaya hai democracy ke zariye.</w:t>
      </w:r>
    </w:p>
    <w:p>
      <w:pPr>
        <w:jc w:val="right"/>
      </w:pPr>
      <w:r>
        <w:t>کنورٹ کرو، گنتی بڑھاؤ، یہ آیا ہے ڈیموکریسی کے ذریعے۔</w:t>
      </w:r>
    </w:p>
    <w:p>
      <w:r>
        <w:rPr>
          <w:b/>
        </w:rPr>
        <w:t xml:space="preserve">[59:40] </w:t>
      </w:r>
      <w:r>
        <w:t>yeh khud Denon likha hai apni kitab "Discovery of India" mein ke democracy ki den hai yeh ke</w:t>
      </w:r>
    </w:p>
    <w:p>
      <w:pPr>
        <w:jc w:val="right"/>
      </w:pPr>
      <w:r>
        <w:t>یہ خود ڈینون لکھا ہے اپنی کتاب "ڈسکوری آف انڈیا" میں کہ ڈیموکریسی کی دین ہے یہ کہ</w:t>
      </w:r>
    </w:p>
    <w:p>
      <w:r>
        <w:rPr>
          <w:b/>
        </w:rPr>
        <w:t xml:space="preserve">[59:45] </w:t>
      </w:r>
      <w:r>
        <w:t>ginti barhao, ginti barhao.</w:t>
      </w:r>
    </w:p>
    <w:p>
      <w:pPr>
        <w:jc w:val="right"/>
      </w:pPr>
      <w:r>
        <w:t>گنتی بڑھاؤ، گنتی بڑھاؤ۔</w:t>
      </w:r>
    </w:p>
    <w:p>
      <w:r>
        <w:rPr>
          <w:b/>
        </w:rPr>
        <w:t xml:space="preserve">[59:50] </w:t>
      </w:r>
      <w:r>
        <w:t>yeh to business ho gaya, dawat ek business ho gai.</w:t>
      </w:r>
    </w:p>
    <w:p>
      <w:pPr>
        <w:jc w:val="right"/>
      </w:pPr>
      <w:r>
        <w:t>یہ تو بزنس ہو گیا، دعوت ایک بزنس ہو گئی۔</w:t>
      </w:r>
    </w:p>
    <w:p>
      <w:r>
        <w:rPr>
          <w:b/>
        </w:rPr>
        <w:t xml:space="preserve">[59:55] </w:t>
      </w:r>
      <w:r>
        <w:t>Islam mein har giz har giz nahi yeh business.</w:t>
      </w:r>
    </w:p>
    <w:p>
      <w:pPr>
        <w:jc w:val="right"/>
      </w:pPr>
      <w:r>
        <w:t>اسلام میں ہرگز ہرگز نہیں یہ بزنس۔</w:t>
      </w:r>
    </w:p>
    <w:p>
      <w:r>
        <w:rPr>
          <w:b/>
        </w:rPr>
        <w:t xml:space="preserve">[1:00:00] </w:t>
      </w:r>
      <w:r>
        <w:t>Islam mein dawat ek business nahi, yeh yeh Islam mein ek muqaddas farz hai, ek</w:t>
      </w:r>
    </w:p>
    <w:p>
      <w:pPr>
        <w:jc w:val="right"/>
      </w:pPr>
      <w:r>
        <w:t>اسلام میں دعوت ایک بزنس نہیں، یہ یہ اسلام میں ایک مقدس فرض ہے، ایک</w:t>
      </w:r>
    </w:p>
    <w:p>
      <w:r>
        <w:rPr>
          <w:b/>
        </w:rPr>
        <w:t xml:space="preserve">[1:00:05] </w:t>
      </w:r>
      <w:r>
        <w:t>duty hai. Maulana, agla sawal lene se pehle comment parhna chahenge jo Kashmir se Shahid Hussain sahib ne bheja hai. unhon ne likha hai: "Molanas, Molanas, ijtihad paved the way for word of God to spread, while misconceived jihad had blocked it. today explanation of the Quranic verse solves many riddles and enables us to t</w:t>
      </w:r>
    </w:p>
    <w:p>
      <w:pPr>
        <w:jc w:val="right"/>
      </w:pPr>
      <w:r>
        <w:t>ڈیوٹی ہے۔ مولانا، اگلا سوال لینے سے پہلے کمنٹ پڑھنا چاہیں گے جو کشمیر سے شاہد حسین صاحب نے بھیجا ہے۔ انہوں نے لکھا ہے: "مولاناز، مولاناز، اجتہاد پیوڈ دا وے فار ورڈ آف گاڈ ٹو سپریڈ، وائل مس کنسیوڈ جہاد ہیڈ بلاکڈ اٹ۔ ٹوڈے ایکسپلینیشن آف دا قرآنک ورس سالو مینی ریڈلز اینڈ انیبلز اس ٹو ٹ</w:t>
      </w:r>
    </w:p>
    <w:p>
      <w:r>
        <w:rPr>
          <w:b/>
        </w:rPr>
        <w:t xml:space="preserve">[1:00:35] </w:t>
      </w:r>
      <w:r>
        <w:t>run to more important task, often ignored, that is da'wah work." Jazakumullah, Jazakumullah.</w:t>
      </w:r>
    </w:p>
    <w:p>
      <w:pPr>
        <w:jc w:val="right"/>
      </w:pPr>
      <w:r>
        <w:t>رن ٹو مور امپورٹنٹ ٹاسک، افن اگنورڈ، دیٹ از دعویٰ ورک۔" جزاکم اللہ، جزاکم اللہ۔</w:t>
      </w:r>
    </w:p>
    <w:p>
      <w:r>
        <w:rPr>
          <w:b/>
        </w:rPr>
        <w:t xml:space="preserve">[1:00:41] </w:t>
      </w:r>
      <w:r>
        <w:t>Maulana, agla sawal Kolkata se Aftab Alam sahib ne bheja hai.</w:t>
      </w:r>
    </w:p>
    <w:p>
      <w:pPr>
        <w:jc w:val="right"/>
      </w:pPr>
      <w:r>
        <w:t>مولانا، اگلا سوال کلکتہ سے آفتاب عالم صاحب نے بھیجا ہے۔</w:t>
      </w:r>
    </w:p>
    <w:p>
      <w:r>
        <w:rPr>
          <w:b/>
        </w:rPr>
        <w:t xml:space="preserve">[1:00:47] </w:t>
      </w:r>
      <w:r>
        <w:t>unhon ne likha hai: "bahut bahut shukriya Maulana, aaj ke lecture se Quran ko samajhne ka ek naya darwaza khula.</w:t>
      </w:r>
    </w:p>
    <w:p>
      <w:pPr>
        <w:jc w:val="right"/>
      </w:pPr>
      <w:r>
        <w:t>انہوں نے لکھا ہے: "بہت بہت شکریہ مولانا، آج کے لیکچر سے قرآن کو سمجھنے کا ایک نیا دروازہ کھلا۔</w:t>
      </w:r>
    </w:p>
    <w:p>
      <w:r>
        <w:rPr>
          <w:b/>
        </w:rPr>
        <w:t xml:space="preserve">[1:00:53] </w:t>
      </w:r>
      <w:r>
        <w:t>mera sawal hai ke ijtihadi taqat se murad kya hai aur is ka istemal karne ka faisla kaun</w:t>
      </w:r>
    </w:p>
    <w:p>
      <w:pPr>
        <w:jc w:val="right"/>
      </w:pPr>
      <w:r>
        <w:t>میرا سوال ہے کہ اجتہادی طاقت سے مراد کیا ہے اور اس کا استعمال کرنے کا فیصلہ کون</w:t>
      </w:r>
    </w:p>
    <w:p>
      <w:r>
        <w:rPr>
          <w:b/>
        </w:rPr>
        <w:t xml:space="preserve">[1:00:59] </w:t>
      </w:r>
      <w:r>
        <w:t>karega? is</w:t>
      </w:r>
    </w:p>
    <w:p>
      <w:pPr>
        <w:jc w:val="right"/>
      </w:pPr>
      <w:r>
        <w:t>کرے گا؟ اس</w:t>
      </w:r>
    </w:p>
    <w:p>
      <w:r>
        <w:rPr>
          <w:b/>
        </w:rPr>
        <w:t xml:space="preserve">[1:01:05] </w:t>
      </w:r>
      <w:r>
        <w:t>ko wazeh karen." har aadmi yeh jhooti baat hai ke koi agar kahega ijtihad ki shart laga</w:t>
      </w:r>
    </w:p>
    <w:p>
      <w:pPr>
        <w:jc w:val="right"/>
      </w:pPr>
      <w:r>
        <w:t>کو واضح کریں۔" ہر آدمی یہ جھوٹی بات ہے کہ کوئی اگر کہے گا اجتہاد کی شرط لگا</w:t>
      </w:r>
    </w:p>
    <w:p>
      <w:r>
        <w:rPr>
          <w:b/>
        </w:rPr>
        <w:t xml:space="preserve">[1:01:13] </w:t>
      </w:r>
      <w:r>
        <w:t>hua hai, ek hi shart hai niyat.</w:t>
      </w:r>
    </w:p>
    <w:p>
      <w:pPr>
        <w:jc w:val="right"/>
      </w:pPr>
      <w:r>
        <w:t>ہوا ہے، ایک ہی شرط ہے نیت۔</w:t>
      </w:r>
    </w:p>
    <w:p>
      <w:r>
        <w:rPr>
          <w:b/>
        </w:rPr>
        <w:t xml:space="preserve">[1:01:20] </w:t>
      </w:r>
      <w:r>
        <w:t>aap ki niyat agar sachi hai to chahe aap madrasay ke certificate na hon, aap ijtihad ka nikah rakhte hain.</w:t>
      </w:r>
    </w:p>
    <w:p>
      <w:pPr>
        <w:jc w:val="right"/>
      </w:pPr>
      <w:r>
        <w:t>آپ کی نیت اگر سچی ہے تو چاہے آپ مدرسے کے سرٹیفیکیٹ نہ ہوں، آپ اجتہاد کا نکاح رکھتے ہیں۔</w:t>
      </w:r>
    </w:p>
    <w:p>
      <w:r>
        <w:rPr>
          <w:b/>
        </w:rPr>
        <w:t xml:space="preserve">[1:01:28] </w:t>
      </w:r>
      <w:r>
        <w:t>Ali, kyunke yeh sabit shuda Hadees hai ke "Innamal a'malu binniyat"</w:t>
      </w:r>
    </w:p>
    <w:p>
      <w:pPr>
        <w:jc w:val="right"/>
      </w:pPr>
      <w:r>
        <w:t>علی، کیونکہ یہ ثابت شدہ حدیث ہے کہ "انما الاعمال بالنیات"</w:t>
      </w:r>
    </w:p>
    <w:p>
      <w:r>
        <w:rPr>
          <w:b/>
        </w:rPr>
        <w:t xml:space="preserve">[1:01:36] </w:t>
      </w:r>
      <w:r>
        <w:t>har amal depend karta hai niyat par.</w:t>
      </w:r>
    </w:p>
    <w:p>
      <w:pPr>
        <w:jc w:val="right"/>
      </w:pPr>
      <w:r>
        <w:t>ہر عمل ڈیپینڈ کرتا ہے نیت پر۔</w:t>
      </w:r>
    </w:p>
    <w:p>
      <w:r>
        <w:rPr>
          <w:b/>
        </w:rPr>
        <w:t xml:space="preserve">[1:01:42] </w:t>
      </w:r>
      <w:r>
        <w:t>aap ko ijtihad karna hai, niyat ko pak kijiye, do rak'at namaz padhiye, Allah se dua kijiye.</w:t>
      </w:r>
    </w:p>
    <w:p>
      <w:pPr>
        <w:jc w:val="right"/>
      </w:pPr>
      <w:r>
        <w:t>آپ کو اجتہاد کرنا ہے، نیت کو پاک کیجئے، دو رکعت نماز پڑھیے، اللہ سے دعا کیجئے۔</w:t>
      </w:r>
    </w:p>
    <w:p>
      <w:r>
        <w:rPr>
          <w:b/>
        </w:rPr>
        <w:t xml:space="preserve">[1:01:48] </w:t>
      </w:r>
      <w:r>
        <w:t>is ke baad aap ko haq hai ke ijtihad karen.</w:t>
      </w:r>
    </w:p>
    <w:p>
      <w:pPr>
        <w:jc w:val="right"/>
      </w:pPr>
      <w:r>
        <w:t>اس کے بعد آپ کو حق ہے کہ اجتہاد کریں۔</w:t>
      </w:r>
    </w:p>
    <w:p>
      <w:r>
        <w:rPr>
          <w:b/>
        </w:rPr>
        <w:t xml:space="preserve">[1:01:54] </w:t>
      </w:r>
      <w:r>
        <w:t>aap koi nahi hai ijtihad ko rokne wala.</w:t>
      </w:r>
    </w:p>
    <w:p>
      <w:pPr>
        <w:jc w:val="right"/>
      </w:pPr>
      <w:r>
        <w:t>آپ کوئی نہیں ہے اجتہاد کو روکنے والا۔</w:t>
      </w:r>
    </w:p>
    <w:p>
      <w:r>
        <w:rPr>
          <w:b/>
        </w:rPr>
        <w:t xml:space="preserve">[1:02:00] </w:t>
      </w:r>
      <w:r>
        <w:t>is is tasawwur ne ke ijtihad ko aisa bana diya hai ke ijtihad koi</w:t>
      </w:r>
    </w:p>
    <w:p>
      <w:pPr>
        <w:jc w:val="right"/>
      </w:pPr>
      <w:r>
        <w:t>اس اس تصور نے کہ اجتہاد کو ایسا بنا دیا ہے کہ اجتہاد کوئی</w:t>
      </w:r>
    </w:p>
    <w:p>
      <w:r>
        <w:rPr>
          <w:b/>
        </w:rPr>
        <w:t xml:space="preserve">[1:02:06] </w:t>
      </w:r>
      <w:r>
        <w:t>ya'ni woh hai kaat kaatne wali cheez hai.</w:t>
      </w:r>
    </w:p>
    <w:p>
      <w:pPr>
        <w:jc w:val="right"/>
      </w:pPr>
      <w:r>
        <w:t>یعنی وہ ہے کاٹ کاٹنے والی چیز ہے۔</w:t>
      </w:r>
    </w:p>
    <w:p>
      <w:r>
        <w:rPr>
          <w:b/>
        </w:rPr>
        <w:t xml:space="preserve">[1:02:12] </w:t>
      </w:r>
      <w:r>
        <w:t>is ko dehati zuban mein kehte hain "katao".</w:t>
      </w:r>
    </w:p>
    <w:p>
      <w:pPr>
        <w:jc w:val="right"/>
      </w:pPr>
      <w:r>
        <w:t>اس کو دیہاتی زبان میں کہتے ہیں "کٹاؤ"۔</w:t>
      </w:r>
    </w:p>
    <w:p>
      <w:r>
        <w:rPr>
          <w:b/>
        </w:rPr>
        <w:t xml:space="preserve">[1:02:18] </w:t>
      </w:r>
      <w:r>
        <w:t>ijtihad ka darwaza khula hua hai, sirf niyat ka darwaza band na rakhen.</w:t>
      </w:r>
    </w:p>
    <w:p>
      <w:pPr>
        <w:jc w:val="right"/>
      </w:pPr>
      <w:r>
        <w:t>اجتہاد کا دروازہ کھلا ہوا ہے، صرف نیت کا دروازہ بند نہ رکھیں۔</w:t>
      </w:r>
    </w:p>
    <w:p>
      <w:r>
        <w:rPr>
          <w:b/>
        </w:rPr>
        <w:t xml:space="preserve">[1:02:24] </w:t>
      </w:r>
      <w:r>
        <w:t>aap khalis niyat, allah se dar, allah ke liye ijtihad.</w:t>
      </w:r>
    </w:p>
    <w:p>
      <w:pPr>
        <w:jc w:val="right"/>
      </w:pPr>
      <w:r>
        <w:t>آپ خالص نیت، اللہ سے ڈر، اللہ کے لیے اجتہاد۔</w:t>
      </w:r>
    </w:p>
    <w:p>
      <w:r>
        <w:rPr>
          <w:b/>
        </w:rPr>
        <w:t xml:space="preserve">[1:02:30] </w:t>
      </w:r>
      <w:r>
        <w:t>to aap ijtihad ki ghalti agar karen ge tab bhi allah maaf kare ga.</w:t>
      </w:r>
    </w:p>
    <w:p>
      <w:pPr>
        <w:jc w:val="right"/>
      </w:pPr>
      <w:r>
        <w:t>تو آپ اجتہاد کی غلطی اگر کریں گے تب بھی اللہ معاف کرے گا۔</w:t>
      </w:r>
    </w:p>
    <w:p>
      <w:r>
        <w:rPr>
          <w:b/>
        </w:rPr>
        <w:t xml:space="preserve">[1:02:36] </w:t>
      </w:r>
      <w:r>
        <w:t>agar yeh ijtihad ka darwaza kholna zaroori hai dawat ko aam karne ke liye, hamare log jo is</w:t>
      </w:r>
    </w:p>
    <w:p>
      <w:pPr>
        <w:jc w:val="right"/>
      </w:pPr>
      <w:r>
        <w:t>اگر یہ اجتہاد کا دروازہ کھولنا ضروری ہے دعوت کو عام کرنے کے لیے، ہمارے لوگ جو اس</w:t>
      </w:r>
    </w:p>
    <w:p>
      <w:r>
        <w:rPr>
          <w:b/>
        </w:rPr>
        <w:t xml:space="preserve">[1:02:41] </w:t>
      </w:r>
      <w:r>
        <w:t>ko phaila rahe hain idhar udhar quran majeed, to sab se bari rukawat yeh aa rahi hai.</w:t>
      </w:r>
    </w:p>
    <w:p>
      <w:pPr>
        <w:jc w:val="right"/>
      </w:pPr>
      <w:r>
        <w:t>کو پھیلا رہے ہیں ادھر ادھر قرآن مجید، تو سب سے بڑی رکاوٹ یہ آ رہی ہے۔</w:t>
      </w:r>
    </w:p>
    <w:p>
      <w:r>
        <w:rPr>
          <w:b/>
        </w:rPr>
        <w:t xml:space="preserve">[1:02:46] </w:t>
      </w:r>
      <w:r>
        <w:t>arey bhai, be-hurmati ho jaye gi!</w:t>
      </w:r>
    </w:p>
    <w:p>
      <w:pPr>
        <w:jc w:val="right"/>
      </w:pPr>
      <w:r>
        <w:t>ارے بھئی، بے حرمتی ہو جائے گی!</w:t>
      </w:r>
    </w:p>
    <w:p>
      <w:r>
        <w:rPr>
          <w:b/>
        </w:rPr>
        <w:t xml:space="preserve">[1:02:51] </w:t>
      </w:r>
      <w:r>
        <w:t>arey bhai, yeh ho jaye ga!</w:t>
      </w:r>
    </w:p>
    <w:p>
      <w:pPr>
        <w:jc w:val="right"/>
      </w:pPr>
      <w:r>
        <w:t>ارے بھئی، یہ ہو جائے گا!</w:t>
      </w:r>
    </w:p>
    <w:p>
      <w:r>
        <w:rPr>
          <w:b/>
        </w:rPr>
        <w:t xml:space="preserve">[1:02:56] </w:t>
      </w:r>
      <w:r>
        <w:t>arey bhai, woh ho jaye ga!</w:t>
      </w:r>
    </w:p>
    <w:p>
      <w:pPr>
        <w:jc w:val="right"/>
      </w:pPr>
      <w:r>
        <w:t>ارے بھئی، وہ ہو جائے گا!</w:t>
      </w:r>
    </w:p>
    <w:p>
      <w:r>
        <w:rPr>
          <w:b/>
        </w:rPr>
        <w:t xml:space="preserve">[1:03:01] </w:t>
      </w:r>
      <w:r>
        <w:t>yeh sab bilkul batil hai aur aap ko allah ne wada</w:t>
      </w:r>
    </w:p>
    <w:p>
      <w:pPr>
        <w:jc w:val="right"/>
      </w:pPr>
      <w:r>
        <w:t>یہ سب بالکل باطل ہے اور آپ کو اللہ نے وعدہ</w:t>
      </w:r>
    </w:p>
    <w:p>
      <w:r>
        <w:rPr>
          <w:b/>
        </w:rPr>
        <w:t xml:space="preserve">[1:03:06] </w:t>
      </w:r>
      <w:r>
        <w:t>kiya hai ke " aye bande, teri har ghalti ko maaf karon ga agar tu toba kare to".</w:t>
      </w:r>
    </w:p>
    <w:p>
      <w:pPr>
        <w:jc w:val="right"/>
      </w:pPr>
      <w:r>
        <w:t>کیا ہے کہ "اے بندے، تیری ہر غلطی کو معاف کروں گا اگر تو توبہ کرے تو"۔</w:t>
      </w:r>
    </w:p>
    <w:p>
      <w:r>
        <w:rPr>
          <w:b/>
        </w:rPr>
        <w:t xml:space="preserve">[1:03:14] </w:t>
      </w:r>
      <w:r>
        <w:t>to darna kis baat ka? maulana, agla sawal lene se pehle comment parhna chahen ge jo muhammad yaqoob</w:t>
      </w:r>
    </w:p>
    <w:p>
      <w:pPr>
        <w:jc w:val="right"/>
      </w:pPr>
      <w:r>
        <w:t>تو ڈرنا کس بات کا؟ مولانا، اگلا سوال لینے سے پہلے کمنٹ پڑھنا چاہیں گے جو محمد یعقوب</w:t>
      </w:r>
    </w:p>
    <w:p>
      <w:r>
        <w:rPr>
          <w:b/>
        </w:rPr>
        <w:t xml:space="preserve">[1:03:21] </w:t>
      </w:r>
      <w:r>
        <w:t>umri sahib ne bheja hai dilli se.</w:t>
      </w:r>
    </w:p>
    <w:p>
      <w:pPr>
        <w:jc w:val="right"/>
      </w:pPr>
      <w:r>
        <w:t>عمری صاحب نے بھیجا ہے دلی سے۔</w:t>
      </w:r>
    </w:p>
    <w:p>
      <w:r>
        <w:rPr>
          <w:b/>
        </w:rPr>
        <w:t xml:space="preserve">[1:03:29] </w:t>
      </w:r>
      <w:r>
        <w:t>انہوں نے لکھا ہے: "مولانا، for the first time, I could understand the importance of اجتہاد</w:t>
      </w:r>
    </w:p>
    <w:p>
      <w:pPr>
        <w:jc w:val="right"/>
      </w:pPr>
      <w:r>
        <w:t>انہوں نے لکھا ہے: "مولانا، فار دا فرسٹ ٹائم، آئی کڈ انڈرسٹینڈ دی امپورٹنس اف اجتہاد</w:t>
      </w:r>
    </w:p>
    <w:p>
      <w:r>
        <w:rPr>
          <w:b/>
        </w:rPr>
        <w:t xml:space="preserve">[1:03:37] </w:t>
      </w:r>
      <w:r>
        <w:t>in da'wah field. Jazak Allah." Agla sawal bheja hai Muhammad Bilal Shafee sahib ne Itanagar, Arunachal Pradesh se. unhon ne likha hai: "When taubah word is already available in Arabic, why would Allah choose to use the word qital? When Quran is meant to be easy for us to understand, why does our creator put us to such difficult test which may lead</w:t>
      </w:r>
    </w:p>
    <w:p>
      <w:pPr>
        <w:jc w:val="right"/>
      </w:pPr>
      <w:r>
        <w:t>ان دعویٰ فیلڈ۔ جزاک اللہ۔" اگلا سوال بھیجا ہے محمد بلال شفیع صاحب نے ایٹانگر، اروناچل پردیس سے۔ انہوں نے لکھا ہے: "وین توبہ ورڈ از الریڈی اویلیبل ان عربک، وائی وڈ اللہ چوز ٹو یوز دا ورڈ قتال؟ وین قرآن از مین ٹو بی ایزی فار اس ٹو انڈرسٹینڈ، وائی ڈز اور کریٹر پٹ اس ٹو سچ ڈیفیکلٹ ٹیسٹ وچ می لیڈ</w:t>
      </w:r>
    </w:p>
    <w:p>
      <w:r>
        <w:rPr>
          <w:b/>
        </w:rPr>
        <w:t xml:space="preserve">[1:04:07] </w:t>
      </w:r>
      <w:r>
        <w:t>to bloodshed? What might be Allah plan with this?" Nahi, dekhiye, ek se zyada maqam par lafz qital شدت ke ma'ne mein aaya hai. Qital ke ma'ne killing ke ma'ne mein har jagah nahi hai. Main is pe mazmoon likha hai, risala mein aap parh sakte hain ke qital ka lafz jo hai, aur yeh har zuban mein hai. Har zuban mein, jaise aap sunenge, stage pe koi taqreer karega ke hum ko firq</w:t>
      </w:r>
    </w:p>
    <w:p>
      <w:pPr>
        <w:jc w:val="right"/>
      </w:pPr>
      <w:r>
        <w:t>ٹو بلڈ شیڈ؟ واٹ مائٹ بی اللہ پلان ود دس؟" نہیں، دیکھیے، ایک سے زیادہ مقام پر لفظ قتال شدت کے معنی میں آیا ہے۔ قتال کے معنی کلنگ کے معنی میں ہر جگہ نہیں ہے۔ میں اس پہ مضمون لکھا ہے، رسالہ میں آپ پڑھ سکتے ہیں کہ قتال کا لفظ جو ہے، اور یہ ہر زبان میں ہے۔ ہر زبان میں، جیسے آپ سنیں گے، اسٹیج پہ کوئی تقریر کرے گا کہ ہم کو فرق</w:t>
      </w:r>
    </w:p>
    <w:p>
      <w:r>
        <w:rPr>
          <w:b/>
        </w:rPr>
        <w:t xml:space="preserve">[1:04:37] </w:t>
      </w:r>
      <w:r>
        <w:t>h parasti se ladna hai, hum ko corruption se ladna hai, to kiya corruption aur firqa parasti ke</w:t>
      </w:r>
    </w:p>
    <w:p>
      <w:pPr>
        <w:jc w:val="right"/>
      </w:pPr>
      <w:r>
        <w:t>ہ پرستی سے لڑنا ہے، ہم کو کرپشن سے لڑنا ہے، تو کیا کرپشن اور فرقہ پرستی کے</w:t>
      </w:r>
    </w:p>
    <w:p>
      <w:r>
        <w:rPr>
          <w:b/>
        </w:rPr>
        <w:t xml:space="preserve">[1:04:42] </w:t>
      </w:r>
      <w:r>
        <w:t>khilaf jaan kar jang karna hai? yeh har zaban mein aisa hota hai ke shiddat ke liye aise</w:t>
      </w:r>
    </w:p>
    <w:p>
      <w:pPr>
        <w:jc w:val="right"/>
      </w:pPr>
      <w:r>
        <w:t>خلاف جان کر جنگ کرنا ہے؟ یہ ہر زبان میں ایسا ہوتا ہے کہ شدت کے لیے ایسے</w:t>
      </w:r>
    </w:p>
    <w:p>
      <w:r>
        <w:rPr>
          <w:b/>
        </w:rPr>
        <w:t xml:space="preserve">[1:04:47] </w:t>
      </w:r>
      <w:r>
        <w:t>alfaaz istemal kiye jate hain.</w:t>
      </w:r>
    </w:p>
    <w:p>
      <w:pPr>
        <w:jc w:val="right"/>
      </w:pPr>
      <w:r>
        <w:t>الفاظ استعمال کیے جاتے ہیں۔</w:t>
      </w:r>
    </w:p>
    <w:p>
      <w:r>
        <w:rPr>
          <w:b/>
        </w:rPr>
        <w:t xml:space="preserve">[1:04:52] </w:t>
      </w:r>
      <w:r>
        <w:t>yeh quran ki baat nahi hai, har zaban mein hota hai.</w:t>
      </w:r>
    </w:p>
    <w:p>
      <w:pPr>
        <w:jc w:val="right"/>
      </w:pPr>
      <w:r>
        <w:t>یہ قرآن کی بات نہیں ہے، ہر زبان میں ہوتا ہے۔</w:t>
      </w:r>
    </w:p>
    <w:p>
      <w:r>
        <w:rPr>
          <w:b/>
        </w:rPr>
        <w:t xml:space="preserve">[1:04:57] </w:t>
      </w:r>
      <w:r>
        <w:t>aap ne dekha nahi? aap jalson mein jaiye to taqreer karna hoga.</w:t>
      </w:r>
    </w:p>
    <w:p>
      <w:pPr>
        <w:jc w:val="right"/>
      </w:pPr>
      <w:r>
        <w:t>آپ نے دیکھا نہیں؟ آپ جلسوں میں جائیے تو تقریر کرنا ہوگا۔</w:t>
      </w:r>
    </w:p>
    <w:p>
      <w:r>
        <w:rPr>
          <w:b/>
        </w:rPr>
        <w:t xml:space="preserve">[1:05:02] </w:t>
      </w:r>
      <w:r>
        <w:t>taqreer kare ga, hum ko</w:t>
      </w:r>
    </w:p>
    <w:p>
      <w:pPr>
        <w:jc w:val="right"/>
      </w:pPr>
      <w:r>
        <w:t>تقریر کرے گا، ہم کو</w:t>
      </w:r>
    </w:p>
    <w:p>
      <w:r>
        <w:rPr>
          <w:b/>
        </w:rPr>
        <w:t xml:space="preserve">[1:05:07] </w:t>
      </w:r>
      <w:r>
        <w:t>firqa parasti se ladna hai, hum ko corruption se ladna hai waghera.</w:t>
      </w:r>
    </w:p>
    <w:p>
      <w:pPr>
        <w:jc w:val="right"/>
      </w:pPr>
      <w:r>
        <w:t>فرقہ پرستی سے لڑنا ہے، ہم کو کرپشن سے لڑنا ہے وغیرہ۔</w:t>
      </w:r>
    </w:p>
    <w:p>
      <w:r>
        <w:rPr>
          <w:b/>
        </w:rPr>
        <w:t xml:space="preserve">[1:05:14] </w:t>
      </w:r>
      <w:r>
        <w:t>woh yahan bhi hai, isi liye quran mein jo al-huroof al-muqatta'at jo hain, alif laam waghera, woh huroof</w:t>
      </w:r>
    </w:p>
    <w:p>
      <w:pPr>
        <w:jc w:val="right"/>
      </w:pPr>
      <w:r>
        <w:t>وہ یہاں بھی ہے، اسی لیے قرآن میں جو الحروف مقطعات جو ہیں، الف لام وغیرہ، وہ حروف</w:t>
      </w:r>
    </w:p>
    <w:p>
      <w:r>
        <w:rPr>
          <w:b/>
        </w:rPr>
        <w:t xml:space="preserve">[1:05:22] </w:t>
      </w:r>
      <w:r>
        <w:t>muqatta'at, woh isi liye hain ke quran insani zaban mein hai.</w:t>
      </w:r>
    </w:p>
    <w:p>
      <w:pPr>
        <w:jc w:val="right"/>
      </w:pPr>
      <w:r>
        <w:t>مقطعات، وہ اسی لیے ہیں کہ قرآن انسانی زبان میں ہے۔</w:t>
      </w:r>
    </w:p>
    <w:p>
      <w:r>
        <w:rPr>
          <w:b/>
        </w:rPr>
        <w:t xml:space="preserve">[1:05:29] </w:t>
      </w:r>
      <w:r>
        <w:t>quran insani zaban yeh batane ke liye hain ke huroof al-muqatta'at.</w:t>
      </w:r>
    </w:p>
    <w:p>
      <w:pPr>
        <w:jc w:val="right"/>
      </w:pPr>
      <w:r>
        <w:t>قرآن انسانی زبان یہ بتانے کے لیے ہیں کہ حروف مقطعات۔</w:t>
      </w:r>
    </w:p>
    <w:p>
      <w:r>
        <w:rPr>
          <w:b/>
        </w:rPr>
        <w:t xml:space="preserve">[1:05:37] </w:t>
      </w:r>
      <w:r>
        <w:t>maulana, agla sawal abu dhabi se ameer qureshi sahib ne bheja hai.</w:t>
      </w:r>
    </w:p>
    <w:p>
      <w:pPr>
        <w:jc w:val="right"/>
      </w:pPr>
      <w:r>
        <w:t>مولانا، اگلا سوال ابو دھابی سے امیر قریشی صاحب نے بھیجا ہے۔</w:t>
      </w:r>
    </w:p>
    <w:p>
      <w:r>
        <w:rPr>
          <w:b/>
        </w:rPr>
        <w:t xml:space="preserve">[1:05:43] </w:t>
      </w:r>
      <w:r>
        <w:t>انہوں نے لکھا ہے: "One Maulvi who is using an abusive language, defends himself by the ayat</w:t>
      </w:r>
    </w:p>
    <w:p>
      <w:pPr>
        <w:jc w:val="right"/>
      </w:pPr>
      <w:r>
        <w:t>انہوں نے لکھا ہے: "ون مولوی ہو از یوزنگ این ابیوزو لینگویج، ڈیفینڈز ہم سیلف بائی دی آیت</w:t>
      </w:r>
    </w:p>
    <w:p>
      <w:r>
        <w:rPr>
          <w:b/>
        </w:rPr>
        <w:t xml:space="preserve">[1:05:49] </w:t>
      </w:r>
      <w:r>
        <w:t>of the Quran in Surah Al-Qalam, Ayah number 13, that in Quran also such language is used.</w:t>
      </w:r>
    </w:p>
    <w:p>
      <w:pPr>
        <w:jc w:val="right"/>
      </w:pPr>
      <w:r>
        <w:t>اف دا قرآن ان سورہ القلم، آیت نمبر 13، دیٹ ان قرآن السو سچ لینگویج از یوزڈ۔" اتلم</w:t>
      </w:r>
    </w:p>
    <w:p>
      <w:r>
        <w:rPr>
          <w:b/>
        </w:rPr>
        <w:t xml:space="preserve">[1:05:56] </w:t>
      </w:r>
      <w:r>
        <w:t>baad azan ka zinn.</w:t>
      </w:r>
    </w:p>
    <w:p>
      <w:pPr>
        <w:jc w:val="right"/>
      </w:pPr>
      <w:r>
        <w:t>بعد ازانی کا زنین۔</w:t>
      </w:r>
    </w:p>
    <w:p>
      <w:r>
        <w:rPr>
          <w:b/>
        </w:rPr>
        <w:t xml:space="preserve">[1:06:02] </w:t>
      </w:r>
      <w:r>
        <w:t>han, kiya tarjuma hai is ka?</w:t>
      </w:r>
    </w:p>
    <w:p>
      <w:pPr>
        <w:jc w:val="right"/>
      </w:pPr>
      <w:r>
        <w:t>ہاں، کیا ترجمہ ہے اس کا؟</w:t>
      </w:r>
    </w:p>
    <w:p>
      <w:r>
        <w:rPr>
          <w:b/>
        </w:rPr>
        <w:t xml:space="preserve">[1:06:08] </w:t>
      </w:r>
      <w:r>
        <w:t>sakht mizaj ho, phir sath hi be nasb ho.</w:t>
      </w:r>
    </w:p>
    <w:p>
      <w:pPr>
        <w:jc w:val="right"/>
      </w:pPr>
      <w:r>
        <w:t>سخت مزاج ہو، پھر ساتھ ہی بے نصب ہو۔</w:t>
      </w:r>
    </w:p>
    <w:p>
      <w:r>
        <w:rPr>
          <w:b/>
        </w:rPr>
        <w:t xml:space="preserve">[1:06:16] </w:t>
      </w:r>
      <w:r>
        <w:t>to yeh yeh sakht kahan hai? sakht mizaj to akhlaqi lafz hai, yeh to akhlaqi lafz hai.</w:t>
      </w:r>
    </w:p>
    <w:p>
      <w:pPr>
        <w:jc w:val="right"/>
      </w:pPr>
      <w:r>
        <w:t>تو یہ یہ سخت کہاں ہے؟ سخت مزاج تو اخلاقی لفظ ہے، یہ تو اخلاقی لفظ ہے۔</w:t>
      </w:r>
    </w:p>
    <w:p>
      <w:r>
        <w:rPr>
          <w:b/>
        </w:rPr>
        <w:t xml:space="preserve">[1:06:24] </w:t>
      </w:r>
      <w:r>
        <w:t>yeh dono alfaaz akhlaqi alfaaz hain, woh nahin jo hamare log istemal karte hain ke yeh siddiq hai,</w:t>
      </w:r>
    </w:p>
    <w:p>
      <w:pPr>
        <w:jc w:val="right"/>
      </w:pPr>
      <w:r>
        <w:t>یہ دونوں الفاظ اخلاقی الفاظ ہیں، وہ نہیں جو ہمارے لوگ استعمال کرتے ہیں کہ یہ صدیق ہے،</w:t>
      </w:r>
    </w:p>
    <w:p>
      <w:r>
        <w:rPr>
          <w:b/>
        </w:rPr>
        <w:t xml:space="preserve">[1:06:32] </w:t>
      </w:r>
      <w:r>
        <w:t>yeh ek yeh jahannum mein jayega.</w:t>
      </w:r>
    </w:p>
    <w:p>
      <w:pPr>
        <w:jc w:val="right"/>
      </w:pPr>
      <w:r>
        <w:t>یہ ایک یہ جہنم میں جائے گا۔</w:t>
      </w:r>
    </w:p>
    <w:p>
      <w:r>
        <w:rPr>
          <w:b/>
        </w:rPr>
        <w:t xml:space="preserve">[1:06:40] </w:t>
      </w:r>
      <w:r>
        <w:t>yeh yeh thori hai, woh to akhlaqi lafz hai.</w:t>
      </w:r>
    </w:p>
    <w:p>
      <w:pPr>
        <w:jc w:val="right"/>
      </w:pPr>
      <w:r>
        <w:t>یہ یہ تھوڑی ہے، وہ تو اخلاقی لفظ ہے۔</w:t>
      </w:r>
    </w:p>
    <w:p>
      <w:r>
        <w:rPr>
          <w:b/>
        </w:rPr>
        <w:t xml:space="preserve">[1:06:47] </w:t>
      </w:r>
      <w:r>
        <w:t>chaliye, Maulana, agla sawal Kanpur se bheja hai Zubair Shah sahib ne.</w:t>
      </w:r>
    </w:p>
    <w:p>
      <w:pPr>
        <w:jc w:val="right"/>
      </w:pPr>
      <w:r>
        <w:t>چلیے، مولانا، اگلا سوال کانپور سے بھیجا ہے زبیر شاہ صاحب نے۔</w:t>
      </w:r>
    </w:p>
    <w:p>
      <w:r>
        <w:rPr>
          <w:b/>
        </w:rPr>
        <w:t xml:space="preserve">[1:06:55] </w:t>
      </w:r>
      <w:r>
        <w:t>انہوں نے لکھا ہے: "مولانا صاحب، my thinking changed after reading your books and listening to Dars Quran live talks.</w:t>
      </w:r>
    </w:p>
    <w:p>
      <w:pPr>
        <w:jc w:val="right"/>
      </w:pPr>
      <w:r>
        <w:t>انہوں نے لکھا ہے: "مولانا صاحب، مائی تھنکنگ چینجڈ افٹر ریڈنگ یور بکس اینڈ لسننگ ٹو درس قرآن لائیو ٹاکس۔</w:t>
      </w:r>
    </w:p>
    <w:p>
      <w:r>
        <w:rPr>
          <w:b/>
        </w:rPr>
        <w:t xml:space="preserve">[1:07:03] </w:t>
      </w:r>
      <w:r>
        <w:t>my question today is that when ever any wrong or negative thoughts come into my mind, i do dua,</w:t>
      </w:r>
    </w:p>
    <w:p>
      <w:pPr>
        <w:jc w:val="right"/>
      </w:pPr>
      <w:r>
        <w:t>مائی کوئسچن ٹوڈے از دیٹ وین ایور اینی رونگ اور نیگیٹیو تھاٹس کم انٹو مائی مائنڈ، آئی ڈو دعا،</w:t>
      </w:r>
    </w:p>
    <w:p>
      <w:r>
        <w:rPr>
          <w:b/>
        </w:rPr>
        <w:t xml:space="preserve">[1:07:10] </w:t>
      </w:r>
      <w:r>
        <w:t>but thoughts do not go away.</w:t>
      </w:r>
    </w:p>
    <w:p>
      <w:pPr>
        <w:jc w:val="right"/>
      </w:pPr>
      <w:r>
        <w:t>بٹ تھاٹس ڈو ناٹ گو اوے۔</w:t>
      </w:r>
    </w:p>
    <w:p>
      <w:r>
        <w:rPr>
          <w:b/>
        </w:rPr>
        <w:t xml:space="preserve">[1:07:17] </w:t>
      </w:r>
      <w:r>
        <w:t>so what is the reason for my dua not working? what should i do to make myself</w:t>
      </w:r>
    </w:p>
    <w:p>
      <w:pPr>
        <w:jc w:val="right"/>
      </w:pPr>
      <w:r>
        <w:t>سو واٹ از دا ریزن فار مائی دعا ناٹ ورکنگ؟ واٹ شوڈ آئی ڈو ٹو میک مائی سیلف</w:t>
      </w:r>
    </w:p>
    <w:p>
      <w:r>
        <w:rPr>
          <w:b/>
        </w:rPr>
        <w:t xml:space="preserve">[1:07:23] </w:t>
      </w:r>
      <w:r>
        <w:t>positive all the time?" dekhiye, aap dua karte hain, alfaaz ko dohrate hain, woh dua nahin hai.</w:t>
      </w:r>
    </w:p>
    <w:p>
      <w:pPr>
        <w:jc w:val="right"/>
      </w:pPr>
      <w:r>
        <w:t>پوزیٹیو ال دا ٹائم؟" دیکھیے، آپ دعا کرتے ہیں، الفاظ کو دہراتے ہیں، وہ دعا نہیں ہے۔</w:t>
      </w:r>
    </w:p>
    <w:p>
      <w:r>
        <w:rPr>
          <w:b/>
        </w:rPr>
        <w:t xml:space="preserve">[1:07:29] </w:t>
      </w:r>
      <w:r>
        <w:t>jo aap dua karte hain, woh dua nahin hai.</w:t>
      </w:r>
    </w:p>
    <w:p>
      <w:pPr>
        <w:jc w:val="right"/>
      </w:pPr>
      <w:r>
        <w:t>جو آپ دعا کرتے ہیں، وہ دعا نہیں ہے۔</w:t>
      </w:r>
    </w:p>
    <w:p>
      <w:r>
        <w:rPr>
          <w:b/>
        </w:rPr>
        <w:t xml:space="preserve">[1:07:35] </w:t>
      </w:r>
      <w:r>
        <w:t>dua ek roots deconditioning hai. dua</w:t>
      </w:r>
    </w:p>
    <w:p>
      <w:pPr>
        <w:jc w:val="right"/>
      </w:pPr>
      <w:r>
        <w:t>دعا ایک روٹس ڈی کنڈیشننگ ہے۔ دعا</w:t>
      </w:r>
    </w:p>
    <w:p>
      <w:r>
        <w:rPr>
          <w:b/>
        </w:rPr>
        <w:t xml:space="preserve">[1:07:41] </w:t>
      </w:r>
      <w:r>
        <w:t>ek roots deconditioning hai. Is tarah dua kijiye to phir zaroor qabool hogi. Ji, Maulana, agla sawal lete hain jo Bahrain se Mukhtar sahib ne bheja hai. unhon ne aapse poocha hai ke: "How can we develop contentment in our self? Please give us your advice." Kya matlab? Show Maulana, matlab apne andar qana'at, satisfac</w:t>
      </w:r>
    </w:p>
    <w:p>
      <w:pPr>
        <w:jc w:val="right"/>
      </w:pPr>
      <w:r>
        <w:t>ایک روٹس ڈی کنڈیشننگ ہے۔ اس طرح دعا کیجئے تو پھر ضرور قبول ہوگی۔ جی، مولانا، اگلا سوال لیتے ہیں جو بھارین سے مختار صاحب نے بھیجا ہے۔ انہوں نے آپ سے پوچھا ہے کہ: "ہاؤ کین وی ڈیویلپ کنٹینٹمنٹ ان اور سیلف؟ پلیز گیو اس یور ایڈوائس۔" کیا مطلب؟ شو مولانا، مطلب اپنے اندر قناعت، سیٹسفیک</w:t>
      </w:r>
    </w:p>
    <w:p>
      <w:r>
        <w:rPr>
          <w:b/>
        </w:rPr>
        <w:t xml:space="preserve">[1:08:11] </w:t>
      </w:r>
      <w:r>
        <w:t>شن kaise hum develop karen? Is pe kya advice denge aap? Bas apna kharcha ghaṭāiye.</w:t>
      </w:r>
    </w:p>
    <w:p>
      <w:pPr>
        <w:jc w:val="right"/>
      </w:pPr>
      <w:r>
        <w:t>شن کیسے ہم ڈیویلپ کریں؟ اس پہ کیا ایڈوائس دیں گے آپ؟ بس اپنا خرچہ گھٹائیے۔</w:t>
      </w:r>
    </w:p>
    <w:p>
      <w:r>
        <w:rPr>
          <w:b/>
        </w:rPr>
        <w:t xml:space="preserve">[1:08:16] </w:t>
      </w:r>
      <w:r>
        <w:t>kharcha barhate hain biwi kehne par, bachon kehne par, family kehne par.</w:t>
      </w:r>
    </w:p>
    <w:p>
      <w:pPr>
        <w:jc w:val="right"/>
      </w:pPr>
      <w:r>
        <w:t>خرچہ بڑھاتے ہیں بیوی کہنے پر، بچوں کہنے پر، فیملی کہنے پر۔</w:t>
      </w:r>
    </w:p>
    <w:p>
      <w:r>
        <w:rPr>
          <w:b/>
        </w:rPr>
        <w:t xml:space="preserve">[1:08:21] </w:t>
      </w:r>
      <w:r>
        <w:t>is ko khatam kijiye.</w:t>
      </w:r>
    </w:p>
    <w:p>
      <w:pPr>
        <w:jc w:val="right"/>
      </w:pPr>
      <w:r>
        <w:t>اس کو ختم کیجئے۔</w:t>
      </w:r>
    </w:p>
    <w:p>
      <w:r>
        <w:rPr>
          <w:b/>
        </w:rPr>
        <w:t xml:space="preserve">[1:08:26] </w:t>
      </w:r>
      <w:r>
        <w:t>seedhi baat hai.</w:t>
      </w:r>
    </w:p>
    <w:p>
      <w:pPr>
        <w:jc w:val="right"/>
      </w:pPr>
      <w:r>
        <w:t>سیدھی بات ہے۔</w:t>
      </w:r>
    </w:p>
    <w:p>
      <w:r>
        <w:rPr>
          <w:b/>
        </w:rPr>
        <w:t xml:space="preserve">[1:08:31] </w:t>
      </w:r>
      <w:r>
        <w:t>ji, seedhi baat hai.</w:t>
      </w:r>
    </w:p>
    <w:p>
      <w:pPr>
        <w:jc w:val="right"/>
      </w:pPr>
      <w:r>
        <w:t>جی، سیدھی بات ہے۔</w:t>
      </w:r>
    </w:p>
    <w:p>
      <w:r>
        <w:rPr>
          <w:b/>
        </w:rPr>
        <w:t xml:space="preserve">[1:08:36] </w:t>
      </w:r>
      <w:r>
        <w:t>ji, bachon ke bachon ko khush karne ke liye,</w:t>
      </w:r>
    </w:p>
    <w:p>
      <w:pPr>
        <w:jc w:val="right"/>
      </w:pPr>
      <w:r>
        <w:t>جی، بچوں کے بچوں کو خوش کرنے کے لیے،</w:t>
      </w:r>
    </w:p>
    <w:p>
      <w:r>
        <w:rPr>
          <w:b/>
        </w:rPr>
        <w:t xml:space="preserve">[1:08:42] </w:t>
      </w:r>
      <w:r>
        <w:t>biwi ko khush karne ke liye, khandan ko khush karne ke liye kharcha barhana hai.</w:t>
      </w:r>
    </w:p>
    <w:p>
      <w:pPr>
        <w:jc w:val="right"/>
      </w:pPr>
      <w:r>
        <w:t>بیوی کو خوش کرنے کے لیے، خاندان کو خوش کرنے کے لیے خرچہ بڑھانا ہے۔</w:t>
      </w:r>
    </w:p>
    <w:p>
      <w:r>
        <w:rPr>
          <w:b/>
        </w:rPr>
        <w:t xml:space="preserve">[1:08:46] </w:t>
      </w:r>
      <w:r>
        <w:t>to barhate hain log, barhate hain, barhate hain.</w:t>
      </w:r>
    </w:p>
    <w:p>
      <w:pPr>
        <w:jc w:val="right"/>
      </w:pPr>
      <w:r>
        <w:t>تو بڑھاتے ہیں لوگ، بڑھاتے ہیں، بڑھاتے ہیں۔</w:t>
      </w:r>
    </w:p>
    <w:p>
      <w:r>
        <w:rPr>
          <w:b/>
        </w:rPr>
        <w:t xml:space="preserve">[1:08:50] </w:t>
      </w:r>
      <w:r>
        <w:t>is ko khatam kijiye.</w:t>
      </w:r>
    </w:p>
    <w:p>
      <w:pPr>
        <w:jc w:val="right"/>
      </w:pPr>
      <w:r>
        <w:t>اس کو ختم کیجئے۔</w:t>
      </w:r>
    </w:p>
    <w:p>
      <w:r>
        <w:rPr>
          <w:b/>
        </w:rPr>
        <w:t xml:space="preserve">[1:08:55] </w:t>
      </w:r>
      <w:r>
        <w:t>bas dua karte hain aur decondition karte nahin.</w:t>
      </w:r>
    </w:p>
    <w:p>
      <w:pPr>
        <w:jc w:val="right"/>
      </w:pPr>
      <w:r>
        <w:t>بس دعا کرتے ہیں اور ڈی کنڈیشن کرتے نہیں۔</w:t>
      </w:r>
    </w:p>
    <w:p>
      <w:r>
        <w:rPr>
          <w:b/>
        </w:rPr>
        <w:t xml:space="preserve">[1:08:59] </w:t>
      </w:r>
      <w:r>
        <w:t>Maulana, agla sawal Ahmedabad se Zaka Khan sahib ne bheja hai.</w:t>
      </w:r>
    </w:p>
    <w:p>
      <w:pPr>
        <w:jc w:val="right"/>
      </w:pPr>
      <w:r>
        <w:t>مولانا، اگلا سوال احمد آباد سے زکا خان صاحب نے بھیجا ہے۔</w:t>
      </w:r>
    </w:p>
    <w:p>
      <w:r>
        <w:rPr>
          <w:b/>
        </w:rPr>
        <w:t xml:space="preserve">[1:09:03] </w:t>
      </w:r>
      <w:r>
        <w:t>انہوں نے لکھا ہے: "مولانا، you said today to do self-hammering۔</w:t>
      </w:r>
    </w:p>
    <w:p>
      <w:pPr>
        <w:jc w:val="right"/>
      </w:pPr>
      <w:r>
        <w:t>انہوں نے لکھا ہے: "مولانا، یو سیڈ ٹوڈے ٹو ڈو سیلف ہیمرنگ۔</w:t>
      </w:r>
    </w:p>
    <w:p>
      <w:r>
        <w:rPr>
          <w:b/>
        </w:rPr>
        <w:t xml:space="preserve">[1:09:07] </w:t>
      </w:r>
      <w:r>
        <w:t>my question is how can we do self correction</w:t>
      </w:r>
    </w:p>
    <w:p>
      <w:pPr>
        <w:jc w:val="right"/>
      </w:pPr>
      <w:r>
        <w:t>مائی کوئسچن از ہاؤ کین وی ڈو سیلف کریکشن</w:t>
      </w:r>
    </w:p>
    <w:p>
      <w:r>
        <w:rPr>
          <w:b/>
        </w:rPr>
        <w:t xml:space="preserve">[1:09:12] </w:t>
      </w:r>
      <w:r>
        <w:t>as most of the time? A person is not able to do it as they think they are in the right path. So how to identify our shortcomings? Please advice on this." Dekhiye, yeh tauba ka jo hai, tauba ek baat nahi. Tauba, tauba ka naam hai. Tauba ek process ka naam hai. Life</w:t>
      </w:r>
    </w:p>
    <w:p>
      <w:pPr>
        <w:jc w:val="right"/>
      </w:pPr>
      <w:r>
        <w:t>ایز موسٹ اف دا ٹائم؟ ا پرسن از ناٹ ایبل ٹو ڈو اٹ ایز دے تھنک دے ار ان دا رائٹ پاتھ۔ سو ہاؤ ٹو آئیڈینٹیفائی اور شارٹ کمنگز؟ پلیز ایڈوائس ان دس۔" دیکھیے، یہ توبہ کا جو ہے، توبہ ایک بات نہیں۔ توبہ، توبہ کا نام ہے۔ توبہ ایک پروسیس کا نام ہے۔ ل</w:t>
      </w:r>
    </w:p>
    <w:p>
      <w:r>
        <w:rPr>
          <w:b/>
        </w:rPr>
        <w:t xml:space="preserve">[1:09:42] </w:t>
      </w:r>
      <w:r>
        <w:t>long process. Tauba life long process ka naam hai. Main dekhiye, Allah ke fazl se har din mein apni ghalti dhoondhta hoon. Har din, har din. Kal main ne ek ghalti dhoondi. Aap pooch sakte hain, aap se bataya to main ne to tauba koi koi koi joke hai. To tauba ek bar to keh diya, tauba, tauba. Bas ho gaya. Tauba</w:t>
      </w:r>
    </w:p>
    <w:p>
      <w:pPr>
        <w:jc w:val="right"/>
      </w:pPr>
      <w:r>
        <w:t>ائف لانگ پروسیس۔ توبہ لائف لانگ پروسیس کا نام ہے۔ میں دیکھیے، اللہ کے فضل سے ہر دن میں اپنی غلطی ڈھونڈتا ہوں۔ ہر دن، ہر دن۔ کل میں نے ایک غلطی ڈھونڈی۔ آپ پوچھ سکتے ہیں، آپ سے بتایا تو میں نے تو توبہ کوئی کوئی کوئی جوک ہے۔ تو توبہ ایک بار تو کہہ دیا، توبہ، توبہ۔ بس ہو گیا۔ توب</w:t>
      </w:r>
    </w:p>
    <w:p>
      <w:r>
        <w:rPr>
          <w:b/>
        </w:rPr>
        <w:t xml:space="preserve">[1:10:12] </w:t>
      </w:r>
      <w:r>
        <w:t>yeh ek life long process hai.</w:t>
      </w:r>
    </w:p>
    <w:p>
      <w:pPr>
        <w:jc w:val="right"/>
      </w:pPr>
      <w:r>
        <w:t>ہ ایک لائف لانگ پروسیس ہے۔</w:t>
      </w:r>
    </w:p>
    <w:p>
      <w:r>
        <w:rPr>
          <w:b/>
        </w:rPr>
        <w:t xml:space="preserve">[1:10:17] </w:t>
      </w:r>
      <w:r>
        <w:t>aap ko dhoondna padta hai ke mera kahan kahan kahan kahan mein ne koi ghalti ki thi jis</w:t>
      </w:r>
    </w:p>
    <w:p>
      <w:pPr>
        <w:jc w:val="right"/>
      </w:pPr>
      <w:r>
        <w:t>آپ کو ڈھونڈنا پڑتا ہے کہ میرا کہاں کہاں کہاں کہاں میں نے کوئی غلطی کی تھی جس</w:t>
      </w:r>
    </w:p>
    <w:p>
      <w:r>
        <w:rPr>
          <w:b/>
        </w:rPr>
        <w:t xml:space="preserve">[1:10:22] </w:t>
      </w:r>
      <w:r>
        <w:t>ko ab abhi ne door nahi kiya.</w:t>
      </w:r>
    </w:p>
    <w:p>
      <w:pPr>
        <w:jc w:val="right"/>
      </w:pPr>
      <w:r>
        <w:t>کو اب ابھی نے دور نہیں کیا۔</w:t>
      </w:r>
    </w:p>
    <w:p>
      <w:r>
        <w:rPr>
          <w:b/>
        </w:rPr>
        <w:t xml:space="preserve">[1:10:27] </w:t>
      </w:r>
      <w:r>
        <w:t>tauba life long process of rethinking ka naam hai.</w:t>
      </w:r>
    </w:p>
    <w:p>
      <w:pPr>
        <w:jc w:val="right"/>
      </w:pPr>
      <w:r>
        <w:t>توبہ لائف لانگ پروسیس اف ری تھنکنگ کا نام ہے۔</w:t>
      </w:r>
    </w:p>
    <w:p>
      <w:r>
        <w:rPr>
          <w:b/>
        </w:rPr>
        <w:t xml:space="preserve">[1:10:32] </w:t>
      </w:r>
      <w:r>
        <w:t>woh aap kijiye.</w:t>
      </w:r>
    </w:p>
    <w:p>
      <w:pPr>
        <w:jc w:val="right"/>
      </w:pPr>
      <w:r>
        <w:t>وہ آپ کیجئے۔</w:t>
      </w:r>
    </w:p>
    <w:p>
      <w:r>
        <w:rPr>
          <w:b/>
        </w:rPr>
        <w:t xml:space="preserve">[1:10:37] </w:t>
      </w:r>
      <w:r>
        <w:t>aap yeh kaun karta hai?</w:t>
      </w:r>
    </w:p>
    <w:p>
      <w:pPr>
        <w:jc w:val="right"/>
      </w:pPr>
      <w:r>
        <w:t>آپ یہ کون کرتا ہے؟</w:t>
      </w:r>
    </w:p>
    <w:p>
      <w:r>
        <w:rPr>
          <w:b/>
        </w:rPr>
        <w:t xml:space="preserve">[1:10:43] </w:t>
      </w:r>
      <w:r>
        <w:t>Yeh koi karta hi nahi. Allah ke fazl se main ne tauba pe bahut socha hai. To main taqreeban daily mein dhoondhta hoon apne andar ghaltiyan. Taqreeban daily. To yeh kijiye, aap khali astaghfirullah keh den</w:t>
      </w:r>
    </w:p>
    <w:p>
      <w:pPr>
        <w:jc w:val="right"/>
      </w:pPr>
      <w:r>
        <w:t>یہ کوئی کرتا ہی نہیں۔ اللہ کے فضل سے میں نے توبہ پہ بہت سوچا ہے۔ تو میں تقریباً ڈیلی میں ڈھونڈتا ہوں اپنے اندر غلطیاں۔ تقریباً ڈیلی۔ تو یہ کیجئے، آپ خالی استغفراللہ کہہ دیں گ</w:t>
      </w:r>
    </w:p>
    <w:p>
      <w:r>
        <w:rPr>
          <w:b/>
        </w:rPr>
        <w:t xml:space="preserve">[1:11:13] </w:t>
      </w:r>
      <w:r>
        <w:t>e</w:t>
      </w:r>
    </w:p>
    <w:p>
      <w:pPr>
        <w:jc w:val="right"/>
      </w:pPr>
      <w:r>
        <w:t>ے۔</w:t>
      </w:r>
    </w:p>
    <w:p>
      <w:r>
        <w:rPr>
          <w:b/>
        </w:rPr>
        <w:t xml:space="preserve">[1:11:19] </w:t>
      </w:r>
      <w:r>
        <w:t>toh ise kahein, is ka naam tauba nahi hai.</w:t>
      </w:r>
    </w:p>
    <w:p>
      <w:pPr>
        <w:jc w:val="right"/>
      </w:pPr>
      <w:r>
        <w:t>تو اسے کہیں، اس کا نام توبہ نہیں ہے۔</w:t>
      </w:r>
    </w:p>
    <w:p>
      <w:r>
        <w:rPr>
          <w:b/>
        </w:rPr>
        <w:t xml:space="preserve">[1:11:25] </w:t>
      </w:r>
      <w:r>
        <w:t>tauba naam hai apni galtiyon ko dhoondne ka, dhoond dhoond ke nikalne ka.</w:t>
      </w:r>
    </w:p>
    <w:p>
      <w:pPr>
        <w:jc w:val="right"/>
      </w:pPr>
      <w:r>
        <w:t>توبہ نام ہے اپنی غلطیوں کو ڈھونڈنے کا، ڈھونڈ ڈھونڈ کے نکالنے کا۔</w:t>
      </w:r>
    </w:p>
    <w:p>
      <w:r>
        <w:rPr>
          <w:b/>
        </w:rPr>
        <w:t xml:space="preserve">[1:11:31] </w:t>
      </w:r>
      <w:r>
        <w:t>mein jab gaon mein tha toh ek martaba maine dekha khet mein.</w:t>
      </w:r>
    </w:p>
    <w:p>
      <w:pPr>
        <w:jc w:val="right"/>
      </w:pPr>
      <w:r>
        <w:t>میں جب گاؤں میں تھا تو ایک مرتبہ میں نے دیکھا کھیت میں۔</w:t>
      </w:r>
    </w:p>
    <w:p>
      <w:r>
        <w:rPr>
          <w:b/>
        </w:rPr>
        <w:t xml:space="preserve">[1:11:37] </w:t>
      </w:r>
      <w:r>
        <w:t>khet jab katta hai toh jo pehle zamane mein aisa hota tha, shayad ab</w:t>
      </w:r>
    </w:p>
    <w:p>
      <w:pPr>
        <w:jc w:val="right"/>
      </w:pPr>
      <w:r>
        <w:t>کھیت جب کٹتا ہے تو جو پہلے زمانے میں ایسا ہوتا تھا، شاید اب</w:t>
      </w:r>
    </w:p>
    <w:p>
      <w:r>
        <w:rPr>
          <w:b/>
        </w:rPr>
        <w:t xml:space="preserve">[1:11:43] </w:t>
      </w:r>
      <w:r>
        <w:t>kya, mujhe pata nahi. To aurten aati theen, dalit family ki aurten, aur woh jo jhad ke girte the daane, us ko chunti theen. To main ek martaba dekha ke do aurten dalit family ki baithi hui hain. Ek un ke sar ko main dhoondh rahi hoon, doosra un ke sar ko dhoondh rahi hoon. Aur woh juw</w:t>
      </w:r>
    </w:p>
    <w:p>
      <w:pPr>
        <w:jc w:val="right"/>
      </w:pPr>
      <w:r>
        <w:t>کیا، مجھے پتہ نہیں۔ تو عورتیں آتی تھیں، دلت فیملی کی عورتیں، اور وہ جو جھڑ کے گرتے تھے دانے، اس کو چنتی تھیں۔ تو میں ایک مرتبہ دیکھا کہ دو عورتیں دلت فیملی کی بیٹھی ہوئی ہیں۔ ایک ان کے سر کو میں ڈھونڈ رہی ہوں، دوسرا ان کے سر کو ڈھونڈ رہی ہوں۔ اور وہ جوئ</w:t>
      </w:r>
    </w:p>
    <w:p>
      <w:r>
        <w:rPr>
          <w:b/>
        </w:rPr>
        <w:t xml:space="preserve">[1:12:13] </w:t>
      </w:r>
      <w:r>
        <w:t>ein, dono ek doosre ke joen ko dhoond dhoond nikal rahi theen.</w:t>
      </w:r>
    </w:p>
    <w:p>
      <w:pPr>
        <w:jc w:val="right"/>
      </w:pPr>
      <w:r>
        <w:t>یں، دونوں ایک دوسرے کے جوئیں کو ڈھونڈ ڈھونڈ نکال رہی تھیں۔</w:t>
      </w:r>
    </w:p>
    <w:p>
      <w:r>
        <w:rPr>
          <w:b/>
        </w:rPr>
        <w:t xml:space="preserve">[1:12:18] </w:t>
      </w:r>
      <w:r>
        <w:t>toh maine kaha ke yahi tauba hai ke dhoond kar nikalo apni galtiyon ko, apne gunahon ko.</w:t>
      </w:r>
    </w:p>
    <w:p>
      <w:pPr>
        <w:jc w:val="right"/>
      </w:pPr>
      <w:r>
        <w:t>تو میں نے کہا کہ یہی توبہ ہے کہ ڈھونڈ کر نکالو اپنی غلطیوں کو، اپنے گناہوں کو۔</w:t>
      </w:r>
    </w:p>
    <w:p>
      <w:r>
        <w:rPr>
          <w:b/>
        </w:rPr>
        <w:t xml:space="preserve">[1:12:23] </w:t>
      </w:r>
      <w:r>
        <w:t>dhoond dhoond kar, dhoond dhoond kar, dhoond dhoond kar.</w:t>
      </w:r>
    </w:p>
    <w:p>
      <w:pPr>
        <w:jc w:val="right"/>
      </w:pPr>
      <w:r>
        <w:t>ڈھونڈ ڈھونڈ کر، ڈھونڈ ڈھونڈ کر، ڈھونڈ ڈھونڈ کر۔</w:t>
      </w:r>
    </w:p>
    <w:p>
      <w:r>
        <w:rPr>
          <w:b/>
        </w:rPr>
        <w:t xml:space="preserve">[1:12:28] </w:t>
      </w:r>
      <w:r>
        <w:t>aur yeh life long process hai.</w:t>
      </w:r>
    </w:p>
    <w:p>
      <w:pPr>
        <w:jc w:val="right"/>
      </w:pPr>
      <w:r>
        <w:t>اور یہ لائف لانگ پروسیس ہے۔</w:t>
      </w:r>
    </w:p>
    <w:p>
      <w:r>
        <w:rPr>
          <w:b/>
        </w:rPr>
        <w:t xml:space="preserve">[1:12:33] </w:t>
      </w:r>
      <w:r>
        <w:t>isi liye tauba ki shart lagai hai Allah taala ne.</w:t>
      </w:r>
    </w:p>
    <w:p>
      <w:pPr>
        <w:jc w:val="right"/>
      </w:pPr>
      <w:r>
        <w:t>اسی لیے توبہ کی شرط لگائی ہے اللہ تعالی نے۔</w:t>
      </w:r>
    </w:p>
    <w:p>
      <w:r>
        <w:rPr>
          <w:b/>
        </w:rPr>
        <w:t xml:space="preserve">[1:12:38] </w:t>
      </w:r>
      <w:r>
        <w:t>tauba nasooh, tubo tubat al nasooha.</w:t>
      </w:r>
    </w:p>
    <w:p>
      <w:pPr>
        <w:jc w:val="right"/>
      </w:pPr>
      <w:r>
        <w:t>توبہ نسوح، توبو توبۃ النسوحہ۔</w:t>
      </w:r>
    </w:p>
    <w:p>
      <w:r>
        <w:rPr>
          <w:b/>
        </w:rPr>
        <w:t xml:space="preserve">[1:12:43] </w:t>
      </w:r>
      <w:r>
        <w:t>Tauba karo, lekin tauba nasuh karo. Okay, so we will end the session now. Thank you.</w:t>
      </w:r>
    </w:p>
    <w:p>
      <w:pPr>
        <w:jc w:val="right"/>
      </w:pPr>
      <w:r>
        <w:t>توبہ کرو، لیکن توبہ نسوح کرو۔ اوکے، سو وی ویل اینڈ دی سیشن ناؤ۔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