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 2 Verse 50-52 |  March 11, 2018</w:t>
      </w:r>
    </w:p>
    <w:p>
      <w:r>
        <w:t>https://www.youtube.com/watch?v=ShSyMy4LPfc</w:t>
      </w:r>
    </w:p>
    <w:p>
      <w:r>
        <w:rPr>
          <w:b/>
        </w:rPr>
        <w:t xml:space="preserve">[00:10] </w:t>
      </w:r>
      <w:r>
        <w:t>bismillah rahman rahim, wasalli Allahu ala al nabiy al karim.</w:t>
      </w:r>
    </w:p>
    <w:p>
      <w:pPr>
        <w:jc w:val="right"/>
      </w:pPr>
      <w:r>
        <w:t>بسم اللہ الرحمن الرحیم، وصلی اللہ علی النبی الکریم۔</w:t>
      </w:r>
    </w:p>
    <w:p>
      <w:r>
        <w:rPr>
          <w:b/>
        </w:rPr>
        <w:t xml:space="preserve">[00:20] </w:t>
      </w:r>
      <w:r>
        <w:t>rab ishrah li sadri, wa yassir li amri, wahul uqdatan min lisani, yafqahu qawli.</w:t>
      </w:r>
    </w:p>
    <w:p>
      <w:pPr>
        <w:jc w:val="right"/>
      </w:pPr>
      <w:r>
        <w:t>رب اشرح لی صدری، ویسر لی امری، واحل العقدۃ من لسانی، یفقہ قولی۔</w:t>
      </w:r>
    </w:p>
    <w:p>
      <w:r>
        <w:rPr>
          <w:b/>
        </w:rPr>
        <w:t xml:space="preserve">[00:31] </w:t>
      </w:r>
      <w:r>
        <w:t>11 March 2018. aaj</w:t>
      </w:r>
    </w:p>
    <w:p>
      <w:pPr>
        <w:jc w:val="right"/>
      </w:pPr>
      <w:r>
        <w:t>11 مارچ 2018۔ آج</w:t>
      </w:r>
    </w:p>
    <w:p>
      <w:r>
        <w:rPr>
          <w:b/>
        </w:rPr>
        <w:t xml:space="preserve">[00:41] </w:t>
      </w:r>
      <w:r>
        <w:t>routine ke mutabiq dars-e-Quran hoga. Pehle kuch ayaten padhi jayengi, phir uske baad unki sharah ki jayegi. Bismillah Rehmanur Rahim. Wa iz faraqna bikumul bahra fa anjainakum wa aghraqna aala fir'auna wa antum tanzaroon. Wa iz wa'adna musa arba'eena laylatan thumma attakhaztumul 'ijla min ba'd</w:t>
      </w:r>
    </w:p>
    <w:p>
      <w:pPr>
        <w:jc w:val="right"/>
      </w:pPr>
      <w:r>
        <w:t>روٹین کے مطابق درس قرآن ہوگا۔ پہلے کچھ آیتیں پڑھی جائیں گی، پھر اس کے بعد ان کی شرح کی جائے گی۔ بسم اللہ الرحمن الرحیم۔ وَإِذْ فَرَقْنَا بِكُمْ الْبَحْرَ فَأَنْجَيْنَاكُمْ وَاَغْرَقْنَا آلَ فِرْعَوْنَ وَأَنْتُمْ تَنْظُرُونَ۔ وَإِذْ وَاعَدْنَا مُوسَى أَرْبَعِينَ لَيْلَةً ثُمَّ اتَّخَذْتُمْ الْعِجْلَ مِنْ بَعْد</w:t>
      </w:r>
    </w:p>
    <w:p>
      <w:r>
        <w:rPr>
          <w:b/>
        </w:rPr>
        <w:t xml:space="preserve">[01:11] </w:t>
      </w:r>
      <w:r>
        <w:t>wa antum zalamoon.</w:t>
      </w:r>
    </w:p>
    <w:p>
      <w:pPr>
        <w:jc w:val="right"/>
      </w:pPr>
      <w:r>
        <w:t>ِهِ وَأَنْتُمْ ظَالِمُونَ۔</w:t>
      </w:r>
    </w:p>
    <w:p>
      <w:r>
        <w:rPr>
          <w:b/>
        </w:rPr>
        <w:t xml:space="preserve">[01:16] </w:t>
      </w:r>
      <w:r>
        <w:t>thumma afawna ankum min ba'di zalika la allakum tashkuroon.</w:t>
      </w:r>
    </w:p>
    <w:p>
      <w:pPr>
        <w:jc w:val="right"/>
      </w:pPr>
      <w:r>
        <w:t>ثُمَّ عَفَوْنَا عَنْكُمْ مِنْ بَعْدِ ذَلِكَ لَعَلَّكُمْ تَشْكُرُونَ۔</w:t>
      </w:r>
    </w:p>
    <w:p>
      <w:r>
        <w:rPr>
          <w:b/>
        </w:rPr>
        <w:t xml:space="preserve">[01:21] </w:t>
      </w:r>
      <w:r>
        <w:t>surah al baqarah, surah number 2, ayat number 50, 51, 52.</w:t>
      </w:r>
    </w:p>
    <w:p>
      <w:pPr>
        <w:jc w:val="right"/>
      </w:pPr>
      <w:r>
        <w:t>سورہ البقرہ، سورہ نمبر 2، آیت نمبر 50، 51، 52۔</w:t>
      </w:r>
    </w:p>
    <w:p>
      <w:r>
        <w:rPr>
          <w:b/>
        </w:rPr>
        <w:t xml:space="preserve">[01:26] </w:t>
      </w:r>
      <w:r>
        <w:t>aur jab hum ne darya ko phaar kar tumhein paar karaya, phir tum ko bachaya, aur doba diya</w:t>
      </w:r>
    </w:p>
    <w:p>
      <w:pPr>
        <w:jc w:val="right"/>
      </w:pPr>
      <w:r>
        <w:t>اور جب ہم نے دریا کو پھاڑ کر تمہیں پار کرایا، پھر تم کو بچایا، اور ڈوبا دیا</w:t>
      </w:r>
    </w:p>
    <w:p>
      <w:r>
        <w:rPr>
          <w:b/>
        </w:rPr>
        <w:t xml:space="preserve">[01:31] </w:t>
      </w:r>
      <w:r>
        <w:t>firaun ke logon ko, aur tum dekhte rahe.</w:t>
      </w:r>
    </w:p>
    <w:p>
      <w:pPr>
        <w:jc w:val="right"/>
      </w:pPr>
      <w:r>
        <w:t>فرعون کے لوگوں کو، اور تم دیکھتے رہے۔</w:t>
      </w:r>
    </w:p>
    <w:p>
      <w:r>
        <w:rPr>
          <w:b/>
        </w:rPr>
        <w:t xml:space="preserve">[01:36] </w:t>
      </w:r>
      <w:r>
        <w:t>aur jab hum ne Moosa se wada kiya chalis raat ka</w:t>
      </w:r>
    </w:p>
    <w:p>
      <w:pPr>
        <w:jc w:val="right"/>
      </w:pPr>
      <w:r>
        <w:t>اور جب ہم نے موسیٰ سے وعدہ کیا چالیس رات کا</w:t>
      </w:r>
    </w:p>
    <w:p>
      <w:r>
        <w:rPr>
          <w:b/>
        </w:rPr>
        <w:t xml:space="preserve">[01:41] </w:t>
      </w:r>
      <w:r>
        <w:t>, phir tum ne is ke baad bachde ko maabood bana liya, aur tum zalim the.</w:t>
      </w:r>
    </w:p>
    <w:p>
      <w:pPr>
        <w:jc w:val="right"/>
      </w:pPr>
      <w:r>
        <w:t>، پھر تم نے اس کے بعد بچھڑے کو معبود بنا لیا، اور تم ظالم تھے۔</w:t>
      </w:r>
    </w:p>
    <w:p>
      <w:r>
        <w:rPr>
          <w:b/>
        </w:rPr>
        <w:t xml:space="preserve">[01:49] </w:t>
      </w:r>
      <w:r>
        <w:t>phir hum ne is ke baad tum ko maaf kar diya taake tum shukr guzaar bano.</w:t>
      </w:r>
    </w:p>
    <w:p>
      <w:pPr>
        <w:jc w:val="right"/>
      </w:pPr>
      <w:r>
        <w:t>پھر ہم نے اس کے بعد تم کو معاف کر دیا تاکہ تم شکر گزار بنو۔</w:t>
      </w:r>
    </w:p>
    <w:p>
      <w:r>
        <w:rPr>
          <w:b/>
        </w:rPr>
        <w:t xml:space="preserve">[01:56] </w:t>
      </w:r>
      <w:r>
        <w:t>haan, dekhen yeh jo aayat hai yeh bohat hi important hai.</w:t>
      </w:r>
    </w:p>
    <w:p>
      <w:pPr>
        <w:jc w:val="right"/>
      </w:pPr>
      <w:r>
        <w:t>ہاں، دیکھیں یہ جو آیت ہے یہ بہت ہی important ہے۔</w:t>
      </w:r>
    </w:p>
    <w:p>
      <w:r>
        <w:rPr>
          <w:b/>
        </w:rPr>
        <w:t xml:space="preserve">[02:04] </w:t>
      </w:r>
      <w:r>
        <w:t>asal yeh hai ke quran mein baar baar is tarah ke waqeaat ka zikr hai jab ke</w:t>
      </w:r>
    </w:p>
    <w:p>
      <w:pPr>
        <w:jc w:val="right"/>
      </w:pPr>
      <w:r>
        <w:t>اصل یہ ہے کہ قرآن میں بار بار اس طرح کے واقعات کا ذکر ہے جب کہ</w:t>
      </w:r>
    </w:p>
    <w:p>
      <w:r>
        <w:rPr>
          <w:b/>
        </w:rPr>
        <w:t xml:space="preserve">[02:11] </w:t>
      </w:r>
      <w:r>
        <w:t>khuda ka faisla zahir hua.</w:t>
      </w:r>
    </w:p>
    <w:p>
      <w:pPr>
        <w:jc w:val="right"/>
      </w:pPr>
      <w:r>
        <w:t>خدا کا فیصلہ ظاہر ہوا۔</w:t>
      </w:r>
    </w:p>
    <w:p>
      <w:r>
        <w:rPr>
          <w:b/>
        </w:rPr>
        <w:t xml:space="preserve">[02:22] </w:t>
      </w:r>
      <w:r>
        <w:t>yeh darasal aise waqeaat darasal historical shock ki hesiyat rakhte hain. Historical shock.</w:t>
      </w:r>
    </w:p>
    <w:p>
      <w:pPr>
        <w:jc w:val="right"/>
      </w:pPr>
      <w:r>
        <w:t>یہ دراصل ایسے واقعات دراصل historical shock کی حیثیت رکھتے ہیں۔ Historical shock۔</w:t>
      </w:r>
    </w:p>
    <w:p>
      <w:r>
        <w:rPr>
          <w:b/>
        </w:rPr>
        <w:t xml:space="preserve">[02:32] </w:t>
      </w:r>
      <w:r>
        <w:t>Historical shock kya hai? Historical shock qaumon ko re-planning ka</w:t>
      </w:r>
    </w:p>
    <w:p>
      <w:pPr>
        <w:jc w:val="right"/>
      </w:pPr>
      <w:r>
        <w:t>Historical shock کیا ہے؟ Historical shock قوموں کو re-planning کا</w:t>
      </w:r>
    </w:p>
    <w:p>
      <w:r>
        <w:rPr>
          <w:b/>
        </w:rPr>
        <w:t xml:space="preserve">[02:43] </w:t>
      </w:r>
      <w:r>
        <w:t>message deta hai.</w:t>
      </w:r>
    </w:p>
    <w:p>
      <w:pPr>
        <w:jc w:val="right"/>
      </w:pPr>
      <w:r>
        <w:t>message دیتا ہے۔</w:t>
      </w:r>
    </w:p>
    <w:p>
      <w:r>
        <w:rPr>
          <w:b/>
        </w:rPr>
        <w:t xml:space="preserve">[02:49] </w:t>
      </w:r>
      <w:r>
        <w:t>aap jante hain ke ek american writer ne, Alvin Toffler, ne ek kitaab likhi thi jo 1970</w:t>
      </w:r>
    </w:p>
    <w:p>
      <w:pPr>
        <w:jc w:val="right"/>
      </w:pPr>
      <w:r>
        <w:t>آپ جانتے ہیں کہ ایک امریکن writer نے، ایلون ٹافلر، نے ایک کتاب لکھی تھی جو انیس ستر</w:t>
      </w:r>
    </w:p>
    <w:p>
      <w:r>
        <w:rPr>
          <w:b/>
        </w:rPr>
        <w:t xml:space="preserve">[02:55] </w:t>
      </w:r>
      <w:r>
        <w:t>mein chhapi thi. Future shock.</w:t>
      </w:r>
    </w:p>
    <w:p>
      <w:pPr>
        <w:jc w:val="right"/>
      </w:pPr>
      <w:r>
        <w:t>میں چھپی تھی۔ Future shock۔</w:t>
      </w:r>
    </w:p>
    <w:p>
      <w:r>
        <w:rPr>
          <w:b/>
        </w:rPr>
        <w:t xml:space="preserve">[03:01] </w:t>
      </w:r>
      <w:r>
        <w:t>to future shock to kabhi waqea nahi bana.</w:t>
      </w:r>
    </w:p>
    <w:p>
      <w:pPr>
        <w:jc w:val="right"/>
      </w:pPr>
      <w:r>
        <w:t>تو future shock تو کبھی واقعہ نہیں بنا۔</w:t>
      </w:r>
    </w:p>
    <w:p>
      <w:r>
        <w:rPr>
          <w:b/>
        </w:rPr>
        <w:t xml:space="preserve">[03:07] </w:t>
      </w:r>
      <w:r>
        <w:t>jo unhon ne predict kiya tha woh waqea nahi bana.</w:t>
      </w:r>
    </w:p>
    <w:p>
      <w:pPr>
        <w:jc w:val="right"/>
      </w:pPr>
      <w:r>
        <w:t>جو انہوں نے predict کیا تھا وہ واقعہ نہیں بنا۔</w:t>
      </w:r>
    </w:p>
    <w:p>
      <w:r>
        <w:rPr>
          <w:b/>
        </w:rPr>
        <w:t xml:space="preserve">[03:13] </w:t>
      </w:r>
      <w:r>
        <w:t>lekin quran baat karta hai present shock ki.</w:t>
      </w:r>
    </w:p>
    <w:p>
      <w:pPr>
        <w:jc w:val="right"/>
      </w:pPr>
      <w:r>
        <w:t>لیکن قرآن بات کرتا ہے present shock کی۔</w:t>
      </w:r>
    </w:p>
    <w:p>
      <w:r>
        <w:rPr>
          <w:b/>
        </w:rPr>
        <w:t xml:space="preserve">[03:17] </w:t>
      </w:r>
      <w:r>
        <w:t>jitne shock quran mein zikr hain woh sab present shock hain.</w:t>
      </w:r>
    </w:p>
    <w:p>
      <w:pPr>
        <w:jc w:val="right"/>
      </w:pPr>
      <w:r>
        <w:t>جتنے shock قرآن میں ذکر ہیں وہ سب present shock ہیں۔</w:t>
      </w:r>
    </w:p>
    <w:p>
      <w:r>
        <w:rPr>
          <w:b/>
        </w:rPr>
        <w:t xml:space="preserve">[03:22] </w:t>
      </w:r>
      <w:r>
        <w:t>to present shock kis liye hota hai? Woh hota hai re-planning ke liye.</w:t>
      </w:r>
    </w:p>
    <w:p>
      <w:pPr>
        <w:jc w:val="right"/>
      </w:pPr>
      <w:r>
        <w:t>تو present shock کس لیے ہوتا ہے؟ وہ ہوتا ہے re-planning کے لیے۔</w:t>
      </w:r>
    </w:p>
    <w:p>
      <w:r>
        <w:rPr>
          <w:b/>
        </w:rPr>
        <w:t xml:space="preserve">[03:26] </w:t>
      </w:r>
      <w:r>
        <w:t>yeh jo aayat padhi gayi is ko phir se padhiye. Afawna.</w:t>
      </w:r>
    </w:p>
    <w:p>
      <w:pPr>
        <w:jc w:val="right"/>
      </w:pPr>
      <w:r>
        <w:t>یہ جو آیت پڑھی گئی اس کو پھر سے پڑھیے۔ عفونا۔</w:t>
      </w:r>
    </w:p>
    <w:p>
      <w:r>
        <w:rPr>
          <w:b/>
        </w:rPr>
        <w:t xml:space="preserve">[03:30] </w:t>
      </w:r>
      <w:r>
        <w:t>thumma afawna ankum min ba'di zalika la'allakum tashkurun.</w:t>
      </w:r>
    </w:p>
    <w:p>
      <w:pPr>
        <w:jc w:val="right"/>
      </w:pPr>
      <w:r>
        <w:t>ثُمَّ عَفَوْنَا عَنْكُمْ مِنْ بَعْدِ ذَلِكَ لَعَلَّكُمْ تَشْكُرُونَ۔</w:t>
      </w:r>
    </w:p>
    <w:p>
      <w:r>
        <w:rPr>
          <w:b/>
        </w:rPr>
        <w:t xml:space="preserve">[03:34] </w:t>
      </w:r>
      <w:r>
        <w:t>haan, tarjuma padhiye.</w:t>
      </w:r>
    </w:p>
    <w:p>
      <w:pPr>
        <w:jc w:val="right"/>
      </w:pPr>
      <w:r>
        <w:t>ہاں، ترجمہ پڑھیے۔</w:t>
      </w:r>
    </w:p>
    <w:p>
      <w:r>
        <w:rPr>
          <w:b/>
        </w:rPr>
        <w:t xml:space="preserve">[03:39] </w:t>
      </w:r>
      <w:r>
        <w:t>phir hum ne is ke</w:t>
      </w:r>
    </w:p>
    <w:p>
      <w:pPr>
        <w:jc w:val="right"/>
      </w:pPr>
      <w:r>
        <w:t>پھر ہم نے اس کے</w:t>
      </w:r>
    </w:p>
    <w:p>
      <w:r>
        <w:rPr>
          <w:b/>
        </w:rPr>
        <w:t xml:space="preserve">[03:43] </w:t>
      </w:r>
      <w:r>
        <w:t>baad tum ko maaf kar diya taake tum shukr guzaar bano.</w:t>
      </w:r>
    </w:p>
    <w:p>
      <w:pPr>
        <w:jc w:val="right"/>
      </w:pPr>
      <w:r>
        <w:t>بعد تم کو معاف کر دیا تاکہ تم شکر گزار بنو۔</w:t>
      </w:r>
    </w:p>
    <w:p>
      <w:r>
        <w:rPr>
          <w:b/>
        </w:rPr>
        <w:t xml:space="preserve">[03:48] </w:t>
      </w:r>
      <w:r>
        <w:t>haan, dekhen yeh jo shukr ki baat hai is par ghor kijiye.</w:t>
      </w:r>
    </w:p>
    <w:p>
      <w:pPr>
        <w:jc w:val="right"/>
      </w:pPr>
      <w:r>
        <w:t>ہاں، دیکھیں یہ جو شکر کی بات ہے اس پر غور کیجیے۔</w:t>
      </w:r>
    </w:p>
    <w:p>
      <w:r>
        <w:rPr>
          <w:b/>
        </w:rPr>
        <w:t xml:space="preserve">[03:53] </w:t>
      </w:r>
      <w:r>
        <w:t>to yeh re-planning ki baat hai yeh.</w:t>
      </w:r>
    </w:p>
    <w:p>
      <w:pPr>
        <w:jc w:val="right"/>
      </w:pPr>
      <w:r>
        <w:t>تو یہ re-planning کی بات ہے یہ۔</w:t>
      </w:r>
    </w:p>
    <w:p>
      <w:r>
        <w:rPr>
          <w:b/>
        </w:rPr>
        <w:t xml:space="preserve">[03:58] </w:t>
      </w:r>
      <w:r>
        <w:t>yaani Allah taala ne maaf karte ja rahe hain phir mauqa diya.</w:t>
      </w:r>
    </w:p>
    <w:p>
      <w:pPr>
        <w:jc w:val="right"/>
      </w:pPr>
      <w:r>
        <w:t>یعنی اللہ تعالیٰ نے معاف کرتے جا رہے ہیں پھر موقع دیا۔</w:t>
      </w:r>
    </w:p>
    <w:p>
      <w:r>
        <w:rPr>
          <w:b/>
        </w:rPr>
        <w:t xml:space="preserve">[04:03] </w:t>
      </w:r>
      <w:r>
        <w:t>ek shock ke baad doosra mauqa diya.</w:t>
      </w:r>
    </w:p>
    <w:p>
      <w:pPr>
        <w:jc w:val="right"/>
      </w:pPr>
      <w:r>
        <w:t>ایک shock کے بعد دوسرا موقع دیا۔</w:t>
      </w:r>
    </w:p>
    <w:p>
      <w:r>
        <w:rPr>
          <w:b/>
        </w:rPr>
        <w:t xml:space="preserve">[04:07] </w:t>
      </w:r>
      <w:r>
        <w:t>taake tum re-planning karo.</w:t>
      </w:r>
    </w:p>
    <w:p>
      <w:pPr>
        <w:jc w:val="right"/>
      </w:pPr>
      <w:r>
        <w:t>تاکہ تم re-planning کرو۔</w:t>
      </w:r>
    </w:p>
    <w:p>
      <w:r>
        <w:rPr>
          <w:b/>
        </w:rPr>
        <w:t xml:space="preserve">[04:12] </w:t>
      </w:r>
      <w:r>
        <w:t>yahi hamesha hua hai.</w:t>
      </w:r>
    </w:p>
    <w:p>
      <w:pPr>
        <w:jc w:val="right"/>
      </w:pPr>
      <w:r>
        <w:t>یہی ہمیشہ ہوا ہے۔</w:t>
      </w:r>
    </w:p>
    <w:p>
      <w:r>
        <w:rPr>
          <w:b/>
        </w:rPr>
        <w:t xml:space="preserve">[04:17] </w:t>
      </w:r>
      <w:r>
        <w:t>khaliq ka jo tareeqa hai woh history mein woh hai baar baar shock dena. Shock.</w:t>
      </w:r>
    </w:p>
    <w:p>
      <w:pPr>
        <w:jc w:val="right"/>
      </w:pPr>
      <w:r>
        <w:t>خالق کا جو طریقہ ہے وہ history میں وہ ہے بار بار shock دینا۔ Shock۔</w:t>
      </w:r>
    </w:p>
    <w:p>
      <w:r>
        <w:rPr>
          <w:b/>
        </w:rPr>
        <w:t xml:space="preserve">[04:25] </w:t>
      </w:r>
      <w:r>
        <w:t>Shock isi liye hota hai ke aadmi ka mind jaage aur woh shoot karna seekhe.</w:t>
      </w:r>
    </w:p>
    <w:p>
      <w:pPr>
        <w:jc w:val="right"/>
      </w:pPr>
      <w:r>
        <w:t>Shock اسی لیے ہوتا ہے کہ آدمی کا mind جاگے اور وہ shoot کرنا سیکھے۔</w:t>
      </w:r>
    </w:p>
    <w:p>
      <w:r>
        <w:rPr>
          <w:b/>
        </w:rPr>
        <w:t xml:space="preserve">[04:32] </w:t>
      </w:r>
      <w:r>
        <w:t>Yaani re-planning karna seekhe.</w:t>
      </w:r>
    </w:p>
    <w:p>
      <w:pPr>
        <w:jc w:val="right"/>
      </w:pPr>
      <w:r>
        <w:t>یعنی re-planning کرنا سیکھے۔</w:t>
      </w:r>
    </w:p>
    <w:p>
      <w:r>
        <w:rPr>
          <w:b/>
        </w:rPr>
        <w:t xml:space="preserve">[04:40] </w:t>
      </w:r>
      <w:r>
        <w:t>Main batata hoon ke tareekh ka pehla waqea is qism</w:t>
      </w:r>
    </w:p>
    <w:p>
      <w:pPr>
        <w:jc w:val="right"/>
      </w:pPr>
      <w:r>
        <w:t>میں بتاتا ہوں کہ تاریخ کا پہلا واقعہ اس قسم</w:t>
      </w:r>
    </w:p>
    <w:p>
      <w:r>
        <w:rPr>
          <w:b/>
        </w:rPr>
        <w:t xml:space="preserve">[04:47] </w:t>
      </w:r>
      <w:r>
        <w:t>ka tha toofan-e-Nuh.</w:t>
      </w:r>
    </w:p>
    <w:p>
      <w:pPr>
        <w:jc w:val="right"/>
      </w:pPr>
      <w:r>
        <w:t>کا تھا طوفان نوح۔</w:t>
      </w:r>
    </w:p>
    <w:p>
      <w:r>
        <w:rPr>
          <w:b/>
        </w:rPr>
        <w:t xml:space="preserve">[04:53] </w:t>
      </w:r>
      <w:r>
        <w:t>Toofan-e-Nuh jo tha woh kya tha? Woh ek shock tha.</w:t>
      </w:r>
    </w:p>
    <w:p>
      <w:pPr>
        <w:jc w:val="right"/>
      </w:pPr>
      <w:r>
        <w:t>طوفان نوح جو تھا وہ کیا تھا؟ وہ ایک shock تھا۔</w:t>
      </w:r>
    </w:p>
    <w:p>
      <w:r>
        <w:rPr>
          <w:b/>
        </w:rPr>
        <w:t xml:space="preserve">[04:59] </w:t>
      </w:r>
      <w:r>
        <w:t>Woh ek shock tha.</w:t>
      </w:r>
    </w:p>
    <w:p>
      <w:pPr>
        <w:jc w:val="right"/>
      </w:pPr>
      <w:r>
        <w:t>وہ ایک shock تھا۔</w:t>
      </w:r>
    </w:p>
    <w:p>
      <w:r>
        <w:rPr>
          <w:b/>
        </w:rPr>
        <w:t xml:space="preserve">[05:05] </w:t>
      </w:r>
      <w:r>
        <w:t>Is shock ka matlab tha ke jaago phir se planning karo. Re-planning karo.</w:t>
      </w:r>
    </w:p>
    <w:p>
      <w:pPr>
        <w:jc w:val="right"/>
      </w:pPr>
      <w:r>
        <w:t>اس shock کا مطلب تھا کہ جاگو پھر سے planning کرو۔ Re-planning کرو۔</w:t>
      </w:r>
    </w:p>
    <w:p>
      <w:r>
        <w:rPr>
          <w:b/>
        </w:rPr>
        <w:t xml:space="preserve">[05:11] </w:t>
      </w:r>
      <w:r>
        <w:t>Chunancha hum jante hain ke toofan-e-Nuh se pehle poori insani abadi ek area</w:t>
      </w:r>
    </w:p>
    <w:p>
      <w:pPr>
        <w:jc w:val="right"/>
      </w:pPr>
      <w:r>
        <w:t>چنانچہ ہم جانتے ہیں کہ طوفان نوح سے پہلے پوری انسانی آبادی ایک area</w:t>
      </w:r>
    </w:p>
    <w:p>
      <w:r>
        <w:rPr>
          <w:b/>
        </w:rPr>
        <w:t xml:space="preserve">[05:17] </w:t>
      </w:r>
      <w:r>
        <w:t>mein thi jisko kehte hain Mesopotamia. Aik mehdood area mein. Mesopotamia mein. Toofan-e-Nuh ke baad kya hua ke yeh abadi phaili. Disperse hui. Disperse hui. Asia mein</w:t>
      </w:r>
    </w:p>
    <w:p>
      <w:pPr>
        <w:jc w:val="right"/>
      </w:pPr>
      <w:r>
        <w:t>میں تھی جس کو کہتے ہیں میسو پوٹابیا۔ ایک محدود area میں۔ میسو پوٹابیا میں۔ طوفان نوح کے بعد کیا ہوا کہ یہ آبادی پھیلی۔ Disperse ہوئی۔ Disperse ہوئی۔ ایشیا میں</w:t>
      </w:r>
    </w:p>
    <w:p>
      <w:r>
        <w:rPr>
          <w:b/>
        </w:rPr>
        <w:t xml:space="preserve">[05:47] </w:t>
      </w:r>
      <w:r>
        <w:t xml:space="preserve"> , Europe mein, Africa mein phaili.</w:t>
      </w:r>
    </w:p>
    <w:p>
      <w:pPr>
        <w:jc w:val="right"/>
      </w:pPr>
      <w:r>
        <w:t>، یورپ میں، افریقہ میں پھیلی۔</w:t>
      </w:r>
    </w:p>
    <w:p>
      <w:r>
        <w:rPr>
          <w:b/>
        </w:rPr>
        <w:t xml:space="preserve">[05:55] </w:t>
      </w:r>
      <w:r>
        <w:t>Is se kaise insaan jo ek local community bana hua tha us se us us se pehle.</w:t>
      </w:r>
    </w:p>
    <w:p>
      <w:pPr>
        <w:jc w:val="right"/>
      </w:pPr>
      <w:r>
        <w:t>اس سے کیسے انسان جو ایک local community بنا ہوا تھا اس سے اس اس سے پہلے۔</w:t>
      </w:r>
    </w:p>
    <w:p>
      <w:r>
        <w:rPr>
          <w:b/>
        </w:rPr>
        <w:t xml:space="preserve">[06:02] </w:t>
      </w:r>
      <w:r>
        <w:t>Toofan-e-Nuh se pehle insaan ek local community bana hua tha jo Dijla aur Furat ke darmiyan rehti thi.</w:t>
      </w:r>
    </w:p>
    <w:p>
      <w:pPr>
        <w:jc w:val="right"/>
      </w:pPr>
      <w:r>
        <w:t>طوفان نوح سے پہلے انسان ایک local community بنا ہوا تھا جو دجلہ اور فرات کے درمیان رہتی تھی۔</w:t>
      </w:r>
    </w:p>
    <w:p>
      <w:r>
        <w:rPr>
          <w:b/>
        </w:rPr>
        <w:t xml:space="preserve">[06:10] </w:t>
      </w:r>
      <w:r>
        <w:t>Lekin toofan-e-Nuh ne in ko ek historical shock diya</w:t>
      </w:r>
    </w:p>
    <w:p>
      <w:pPr>
        <w:jc w:val="right"/>
      </w:pPr>
      <w:r>
        <w:t>لیکن طوفان نوح نے ان کو ایک historical shock دیا</w:t>
      </w:r>
    </w:p>
    <w:p>
      <w:r>
        <w:rPr>
          <w:b/>
        </w:rPr>
        <w:t xml:space="preserve">[06:17] </w:t>
      </w:r>
      <w:r>
        <w:t>.</w:t>
      </w:r>
    </w:p>
    <w:p>
      <w:pPr>
        <w:jc w:val="right"/>
      </w:pPr>
      <w:r>
        <w:t>۔</w:t>
      </w:r>
    </w:p>
    <w:p>
      <w:r>
        <w:rPr>
          <w:b/>
        </w:rPr>
        <w:t xml:space="preserve">[06:23] </w:t>
      </w:r>
      <w:r>
        <w:t>In ko toofan ki lehron ke hawale kar ke pahuncha diya Turkey ke ilaqe mein.</w:t>
      </w:r>
    </w:p>
    <w:p>
      <w:pPr>
        <w:jc w:val="right"/>
      </w:pPr>
      <w:r>
        <w:t>ان کو طوفان کی لہروں کے حوالے کر کے پہنچا دیا ترکی کے علاقے میں۔</w:t>
      </w:r>
    </w:p>
    <w:p>
      <w:r>
        <w:rPr>
          <w:b/>
        </w:rPr>
        <w:t xml:space="preserve">[06:29] </w:t>
      </w:r>
      <w:r>
        <w:t>Wahan se woh Asia mein, Africa mein, Europe mein phailay.</w:t>
      </w:r>
    </w:p>
    <w:p>
      <w:pPr>
        <w:jc w:val="right"/>
      </w:pPr>
      <w:r>
        <w:t>وہاں سے وہ ایشیا میں، افریقہ میں، یورپ میں پھیلے۔</w:t>
      </w:r>
    </w:p>
    <w:p>
      <w:r>
        <w:rPr>
          <w:b/>
        </w:rPr>
        <w:t xml:space="preserve">[06:35] </w:t>
      </w:r>
      <w:r>
        <w:t>Is tarah ek naya daur shuru hua insaan ki tareekh mein.</w:t>
      </w:r>
    </w:p>
    <w:p>
      <w:pPr>
        <w:jc w:val="right"/>
      </w:pPr>
      <w:r>
        <w:t>اس طرح ایک نیا دور شروع ہوا انسان کی تاریخ میں۔</w:t>
      </w:r>
    </w:p>
    <w:p>
      <w:r>
        <w:rPr>
          <w:b/>
        </w:rPr>
        <w:t xml:space="preserve">[06:41] </w:t>
      </w:r>
      <w:r>
        <w:t>To yeh jo Hazrat Musa ke zamane mein jo Firon ko g</w:t>
      </w:r>
    </w:p>
    <w:p>
      <w:pPr>
        <w:jc w:val="right"/>
      </w:pPr>
      <w:r>
        <w:t>تو یہ جو حضرت موسیٰ کے زمانے میں جو فرعون کو غ</w:t>
      </w:r>
    </w:p>
    <w:p>
      <w:r>
        <w:rPr>
          <w:b/>
        </w:rPr>
        <w:t xml:space="preserve">[06:47] </w:t>
      </w:r>
      <w:r>
        <w:t>arq kiya gaya aik bohat bara waqea tha yeh. Bohat bara waqea. Woh bhi aik historical shock tha. Woh dawat thi ke re-planning karo. Re-planning karo. Re-planning karo. Is zamane mein duniya despotic king ke daur mein thi. Pharaoh jo tha Pharaoh Firon woh aik desp</w:t>
      </w:r>
    </w:p>
    <w:p>
      <w:pPr>
        <w:jc w:val="right"/>
      </w:pPr>
      <w:r>
        <w:t>رق کیا گیا ایک بہت بڑا واقعہ تھا یہ۔ بہت بڑا واقعہ۔ وہ بھی ایک historical shock تھا۔ وہ دعوت تھی کہ re-planning کرو۔ Re-planning کرو۔ Re-planning کرو۔ اس زمانے میں دنیا despotic king کے دور میں تھی۔ Pharaoh جو تھا Pharaoh فرعون وہ ایک desp</w:t>
      </w:r>
    </w:p>
    <w:p>
      <w:r>
        <w:rPr>
          <w:b/>
        </w:rPr>
        <w:t xml:space="preserve">[07:17] </w:t>
      </w:r>
      <w:r>
        <w:t>otic king tha.</w:t>
      </w:r>
    </w:p>
    <w:p>
      <w:pPr>
        <w:jc w:val="right"/>
      </w:pPr>
      <w:r>
        <w:t>otic king تھا۔</w:t>
      </w:r>
    </w:p>
    <w:p>
      <w:r>
        <w:rPr>
          <w:b/>
        </w:rPr>
        <w:t xml:space="preserve">[07:22] </w:t>
      </w:r>
      <w:r>
        <w:t>To is ki jarrein hil gayeen.</w:t>
      </w:r>
    </w:p>
    <w:p>
      <w:pPr>
        <w:jc w:val="right"/>
      </w:pPr>
      <w:r>
        <w:t>تو اس کی جڑیں ہل گئیں۔</w:t>
      </w:r>
    </w:p>
    <w:p>
      <w:r>
        <w:rPr>
          <w:b/>
        </w:rPr>
        <w:t xml:space="preserve">[07:26] </w:t>
      </w:r>
      <w:r>
        <w:t>Poori jarrein hil gayeen kingship ki.</w:t>
      </w:r>
    </w:p>
    <w:p>
      <w:pPr>
        <w:jc w:val="right"/>
      </w:pPr>
      <w:r>
        <w:t>پوری جڑیں ہل گئیں kingship کی۔</w:t>
      </w:r>
    </w:p>
    <w:p>
      <w:r>
        <w:rPr>
          <w:b/>
        </w:rPr>
        <w:t xml:space="preserve">[07:31] </w:t>
      </w:r>
      <w:r>
        <w:t>Phir ek naya daur shuru hua.</w:t>
      </w:r>
    </w:p>
    <w:p>
      <w:pPr>
        <w:jc w:val="right"/>
      </w:pPr>
      <w:r>
        <w:t>پھر ایک نیا دور شروع ہوا۔</w:t>
      </w:r>
    </w:p>
    <w:p>
      <w:r>
        <w:rPr>
          <w:b/>
        </w:rPr>
        <w:t xml:space="preserve">[07:35] </w:t>
      </w:r>
      <w:r>
        <w:t>Ek process ke roop mein.</w:t>
      </w:r>
    </w:p>
    <w:p>
      <w:pPr>
        <w:jc w:val="right"/>
      </w:pPr>
      <w:r>
        <w:t>ایک process کے روپ میں۔</w:t>
      </w:r>
    </w:p>
    <w:p>
      <w:r>
        <w:rPr>
          <w:b/>
        </w:rPr>
        <w:t xml:space="preserve">[07:39] </w:t>
      </w:r>
      <w:r>
        <w:t>Aur phir dheere dheere barha.</w:t>
      </w:r>
    </w:p>
    <w:p>
      <w:pPr>
        <w:jc w:val="right"/>
      </w:pPr>
      <w:r>
        <w:t>اور پھر دھیرے دھیرے بڑھا۔</w:t>
      </w:r>
    </w:p>
    <w:p>
      <w:r>
        <w:rPr>
          <w:b/>
        </w:rPr>
        <w:t xml:space="preserve">[07:44] </w:t>
      </w:r>
      <w:r>
        <w:t>To jitne bhi is tarah ke historical shock pesh aate hain tareekh mein woh is liye hote hain ke aadmi</w:t>
      </w:r>
    </w:p>
    <w:p>
      <w:pPr>
        <w:jc w:val="right"/>
      </w:pPr>
      <w:r>
        <w:t>تو جتنے بھی اس طرح کے historical shock پیش آتے ہیں تاریخ میں وہ اس لیے ہوتے ہیں کہ آدمی</w:t>
      </w:r>
    </w:p>
    <w:p>
      <w:r>
        <w:rPr>
          <w:b/>
        </w:rPr>
        <w:t xml:space="preserve">[07:48] </w:t>
      </w:r>
      <w:r>
        <w:t>re-thinking kare. Re-planning kare.</w:t>
      </w:r>
    </w:p>
    <w:p>
      <w:pPr>
        <w:jc w:val="right"/>
      </w:pPr>
      <w:r>
        <w:t>re-thinking کرے۔ Re-planning کرے۔</w:t>
      </w:r>
    </w:p>
    <w:p>
      <w:r>
        <w:rPr>
          <w:b/>
        </w:rPr>
        <w:t xml:space="preserve">[07:56] </w:t>
      </w:r>
      <w:r>
        <w:t>phir se woh sochein.</w:t>
      </w:r>
    </w:p>
    <w:p>
      <w:pPr>
        <w:jc w:val="right"/>
      </w:pPr>
      <w:r>
        <w:t>پھر سے وہ سوچے۔</w:t>
      </w:r>
    </w:p>
    <w:p>
      <w:r>
        <w:rPr>
          <w:b/>
        </w:rPr>
        <w:t xml:space="preserve">[08:04] </w:t>
      </w:r>
      <w:r>
        <w:t>chanaanche tareekh batati hai ke insaan inhi shock ke through tehqeeq karta raha hai.</w:t>
      </w:r>
    </w:p>
    <w:p>
      <w:pPr>
        <w:jc w:val="right"/>
      </w:pPr>
      <w:r>
        <w:t>چنانچہ تاریخ بتاتی ہے کہ انسان انہی shock کے through تحقیق کرتا رہا ہے۔</w:t>
      </w:r>
    </w:p>
    <w:p>
      <w:r>
        <w:rPr>
          <w:b/>
        </w:rPr>
        <w:t xml:space="preserve">[08:11] </w:t>
      </w:r>
      <w:r>
        <w:t>to in mein se aik shock yeh tha jo firoun ke gharaqi khushoo'at mein paish aaya.</w:t>
      </w:r>
    </w:p>
    <w:p>
      <w:pPr>
        <w:jc w:val="right"/>
      </w:pPr>
      <w:r>
        <w:t>تو ان میں سے ایک shock یہ تھا جو فرعون کے غرقابی خشوعت میں پیش آیا۔</w:t>
      </w:r>
    </w:p>
    <w:p>
      <w:r>
        <w:rPr>
          <w:b/>
        </w:rPr>
        <w:t xml:space="preserve">[08:19] </w:t>
      </w:r>
      <w:r>
        <w:t>to yeh bohat bohat bara pehlu hai tareekh ka.</w:t>
      </w:r>
    </w:p>
    <w:p>
      <w:pPr>
        <w:jc w:val="right"/>
      </w:pPr>
      <w:r>
        <w:t>تو یہ بہت بہت بڑا پہلو ہے تاریخ کا۔</w:t>
      </w:r>
    </w:p>
    <w:p>
      <w:r>
        <w:rPr>
          <w:b/>
        </w:rPr>
        <w:t xml:space="preserve">[08:27] </w:t>
      </w:r>
      <w:r>
        <w:t>aam taur par jo murakhkheen hain hamare mislan gavin gavin aur doosre murakhkheen is ko negative sense mein lete hain.</w:t>
      </w:r>
    </w:p>
    <w:p>
      <w:pPr>
        <w:jc w:val="right"/>
      </w:pPr>
      <w:r>
        <w:t>عام طور پر جو مورخین ہیں ہمارے مثلاً گیون گیون اور دوسرے مورخین اس کو negative sense میں لیتے ہیں۔</w:t>
      </w:r>
    </w:p>
    <w:p>
      <w:r>
        <w:rPr>
          <w:b/>
        </w:rPr>
        <w:t xml:space="preserve">[08:34] </w:t>
      </w:r>
      <w:r>
        <w:t>negative sense mein.</w:t>
      </w:r>
    </w:p>
    <w:p>
      <w:pPr>
        <w:jc w:val="right"/>
      </w:pPr>
      <w:r>
        <w:t>Negative sense میں۔</w:t>
      </w:r>
    </w:p>
    <w:p>
      <w:r>
        <w:rPr>
          <w:b/>
        </w:rPr>
        <w:t xml:space="preserve">[08:42] </w:t>
      </w:r>
      <w:r>
        <w:t>woh samajhte hain ke tareekh mein bas evil tareekh jo hai</w:t>
      </w:r>
    </w:p>
    <w:p>
      <w:pPr>
        <w:jc w:val="right"/>
      </w:pPr>
      <w:r>
        <w:t>وہ سمجھتے ہیں کہ تاریخ میں بس evil تاریخ جو ہے</w:t>
      </w:r>
    </w:p>
    <w:p>
      <w:r>
        <w:rPr>
          <w:b/>
        </w:rPr>
        <w:t xml:space="preserve">[08:50] </w:t>
      </w:r>
      <w:r>
        <w:t>evil ki history hai.</w:t>
      </w:r>
    </w:p>
    <w:p>
      <w:pPr>
        <w:jc w:val="right"/>
      </w:pPr>
      <w:r>
        <w:t>evil کی history ہے۔</w:t>
      </w:r>
    </w:p>
    <w:p>
      <w:r>
        <w:rPr>
          <w:b/>
        </w:rPr>
        <w:t xml:space="preserve">[08:54] </w:t>
      </w:r>
      <w:r>
        <w:t>tareekh jo hai crime ka register hai.</w:t>
      </w:r>
    </w:p>
    <w:p>
      <w:pPr>
        <w:jc w:val="right"/>
      </w:pPr>
      <w:r>
        <w:t>تاریخ جو ہے crime کا رجسٹر ہے۔</w:t>
      </w:r>
    </w:p>
    <w:p>
      <w:r>
        <w:rPr>
          <w:b/>
        </w:rPr>
        <w:t xml:space="preserve">[08:58] </w:t>
      </w:r>
      <w:r>
        <w:t>tarai khoon bahane ka.</w:t>
      </w:r>
    </w:p>
    <w:p>
      <w:pPr>
        <w:jc w:val="right"/>
      </w:pPr>
      <w:r>
        <w:t>ترائی خون بہانے کا۔</w:t>
      </w:r>
    </w:p>
    <w:p>
      <w:r>
        <w:rPr>
          <w:b/>
        </w:rPr>
        <w:t xml:space="preserve">[09:03] </w:t>
      </w:r>
      <w:r>
        <w:t>nahi woh shock treatment hai.</w:t>
      </w:r>
    </w:p>
    <w:p>
      <w:pPr>
        <w:jc w:val="right"/>
      </w:pPr>
      <w:r>
        <w:t>نہیں وہ shock treatment ہے۔</w:t>
      </w:r>
    </w:p>
    <w:p>
      <w:r>
        <w:rPr>
          <w:b/>
        </w:rPr>
        <w:t xml:space="preserve">[09:07] </w:t>
      </w:r>
      <w:r>
        <w:t>yeh tareekh batati hai ke chahe fard ho individual ya koi community ho shock jab parta hai to</w:t>
      </w:r>
    </w:p>
    <w:p>
      <w:pPr>
        <w:jc w:val="right"/>
      </w:pPr>
      <w:r>
        <w:t>یہ تاریخ بتاتی ہے کہ چاہے فرد ہو individual یا کوئی community ہو shock جب پڑتا ہے تو</w:t>
      </w:r>
    </w:p>
    <w:p>
      <w:r>
        <w:rPr>
          <w:b/>
        </w:rPr>
        <w:t xml:space="preserve">[09:11] </w:t>
      </w:r>
      <w:r>
        <w:t>iska mind jaag uthta hai.</w:t>
      </w:r>
    </w:p>
    <w:p>
      <w:pPr>
        <w:jc w:val="right"/>
      </w:pPr>
      <w:r>
        <w:t>اس کا mind جاگ اٹھتا ہے۔</w:t>
      </w:r>
    </w:p>
    <w:p>
      <w:r>
        <w:rPr>
          <w:b/>
        </w:rPr>
        <w:t xml:space="preserve">[09:15] </w:t>
      </w:r>
      <w:r>
        <w:t>brain starmining hoti hai.</w:t>
      </w:r>
    </w:p>
    <w:p>
      <w:pPr>
        <w:jc w:val="right"/>
      </w:pPr>
      <w:r>
        <w:t>Brain استارمنگ ہوتی ہے۔</w:t>
      </w:r>
    </w:p>
    <w:p>
      <w:r>
        <w:rPr>
          <w:b/>
        </w:rPr>
        <w:t xml:space="preserve">[09:20] </w:t>
      </w:r>
      <w:r>
        <w:t>Re-thinking karta hai. Maujooda zamane mein is zamane mein aise kai shock pesh aaye lekin yeh badqismati thi ke hamare leaderon mein koi ma'anvi vision nahi tha. Woh unhon ne in shock se sirf shikayat ka shikayat shikayat un ke khilaf un ke khilaf par shikayat abhi tak jaari hai. Shikayat. Misal ke taur par dekhiye 1</w:t>
      </w:r>
    </w:p>
    <w:p>
      <w:pPr>
        <w:jc w:val="right"/>
      </w:pPr>
      <w:r>
        <w:t>Re-thinking کرتا ہے۔ موجودہ زمانے میں اس زمانے میں ایسے کئی shock پیش آئے لیکن یہ بدقسمتی تھی کہ ہمارے لیڈروں میں کوئی معنوی ویژن نہیں تھا۔ وہ انہوں نے ان shock سے صرف شکایت کا شکایت شکایت ان کے خلاف ان کے خلاف پر شکایت ابھی تک جاری ہے۔ شکایت۔ مثال کے طور پر دیکھیے 1</w:t>
      </w:r>
    </w:p>
    <w:p>
      <w:r>
        <w:rPr>
          <w:b/>
        </w:rPr>
        <w:t xml:space="preserve">[09:50] </w:t>
      </w:r>
      <w:r>
        <w:t>947 mein aik appear hua yeh poore sub continent mein aik aik zalzala aaya.</w:t>
      </w:r>
    </w:p>
    <w:p>
      <w:pPr>
        <w:jc w:val="right"/>
      </w:pPr>
      <w:r>
        <w:t>947 میں ایک اپیئر ہوا یہ پورے سب کانٹیننٹ میں ایک ایک زلزلہ آیا۔</w:t>
      </w:r>
    </w:p>
    <w:p>
      <w:r>
        <w:rPr>
          <w:b/>
        </w:rPr>
        <w:t xml:space="preserve">[09:57] </w:t>
      </w:r>
      <w:r>
        <w:t>partition hua aur doosre waqeaat paish aaye lekin hamare leaderon ne kya sabak diya musalmanon ko bas india se nafrat.</w:t>
      </w:r>
    </w:p>
    <w:p>
      <w:pPr>
        <w:jc w:val="right"/>
      </w:pPr>
      <w:r>
        <w:t>پارٹیشن ہوا اور دوسرے واقعات پیش آئے لیکن ہمارے لیڈروں نے کیا سبق دیا مسلمانوں کو بس انڈیا سے نفرت۔</w:t>
      </w:r>
    </w:p>
    <w:p>
      <w:r>
        <w:rPr>
          <w:b/>
        </w:rPr>
        <w:t xml:space="preserve">[10:05] </w:t>
      </w:r>
      <w:r>
        <w:t>hate india bas hate india aur kuch nahi unhein kuch nahi maloom.</w:t>
      </w:r>
    </w:p>
    <w:p>
      <w:pPr>
        <w:jc w:val="right"/>
      </w:pPr>
      <w:r>
        <w:t>Hate انڈیا بس hate انڈیا اور کچھ نہیں انہیں کچھ نہیں معلوم۔</w:t>
      </w:r>
    </w:p>
    <w:p>
      <w:r>
        <w:rPr>
          <w:b/>
        </w:rPr>
        <w:t xml:space="preserve">[10:12] </w:t>
      </w:r>
      <w:r>
        <w:t>hamare leaderon ko is ke siwa kuch maloom hi nahi ke yeh Allah ki scheme thi ke aik aik appear</w:t>
      </w:r>
    </w:p>
    <w:p>
      <w:pPr>
        <w:jc w:val="right"/>
      </w:pPr>
      <w:r>
        <w:t>ہمارے لیڈروں کو اس کے سوا کچھ معلوم ہی نہیں کہ یہ اللہ کی اسکیم تھی کہ ایک ایک اپی</w:t>
      </w:r>
    </w:p>
    <w:p>
      <w:r>
        <w:rPr>
          <w:b/>
        </w:rPr>
        <w:t xml:space="preserve">[10:20] </w:t>
      </w:r>
      <w:r>
        <w:t>hua aik shock hua.</w:t>
      </w:r>
    </w:p>
    <w:p>
      <w:pPr>
        <w:jc w:val="right"/>
      </w:pPr>
      <w:r>
        <w:t>ئر ہوا ایک shock ہوا۔</w:t>
      </w:r>
    </w:p>
    <w:p>
      <w:r>
        <w:rPr>
          <w:b/>
        </w:rPr>
        <w:t xml:space="preserve">[10:26] </w:t>
      </w:r>
      <w:r>
        <w:t>aik aik aik poore aik ilaqe ko hila diya gaya.</w:t>
      </w:r>
    </w:p>
    <w:p>
      <w:pPr>
        <w:jc w:val="right"/>
      </w:pPr>
      <w:r>
        <w:t>ایک ایک ایک پورے ایک علاقے کو ہلا دیا گیا۔</w:t>
      </w:r>
    </w:p>
    <w:p>
      <w:r>
        <w:rPr>
          <w:b/>
        </w:rPr>
        <w:t xml:space="preserve">[10:32] </w:t>
      </w:r>
      <w:r>
        <w:t>poora aik ilaaqa.</w:t>
      </w:r>
    </w:p>
    <w:p>
      <w:pPr>
        <w:jc w:val="right"/>
      </w:pPr>
      <w:r>
        <w:t>پورا ایک علاقہ۔</w:t>
      </w:r>
    </w:p>
    <w:p>
      <w:r>
        <w:rPr>
          <w:b/>
        </w:rPr>
        <w:t xml:space="preserve">[10:39] </w:t>
      </w:r>
      <w:r>
        <w:t>lekin kisi ne phir se socha nahi.</w:t>
      </w:r>
    </w:p>
    <w:p>
      <w:pPr>
        <w:jc w:val="right"/>
      </w:pPr>
      <w:r>
        <w:t>لیکن کسی نے پھر سے سوچا نہیں۔</w:t>
      </w:r>
    </w:p>
    <w:p>
      <w:r>
        <w:rPr>
          <w:b/>
        </w:rPr>
        <w:t xml:space="preserve">[10:45] </w:t>
      </w:r>
      <w:r>
        <w:t>yeh zara dekhiye falasteen ka ilaaqa wahan par bhi aik jo woh jo tha israel ka banna</w:t>
      </w:r>
    </w:p>
    <w:p>
      <w:pPr>
        <w:jc w:val="right"/>
      </w:pPr>
      <w:r>
        <w:t>یہ ذرا دیکھیے فلسطین کا علاقہ وہاں پر بھی ایک جو وہ جو تھا اسرائیل کا بننا</w:t>
      </w:r>
    </w:p>
    <w:p>
      <w:r>
        <w:rPr>
          <w:b/>
        </w:rPr>
        <w:t xml:space="preserve">[10:51] </w:t>
      </w:r>
      <w:r>
        <w:t>woh aik appear tha aik historical shock tha.</w:t>
      </w:r>
    </w:p>
    <w:p>
      <w:pPr>
        <w:jc w:val="right"/>
      </w:pPr>
      <w:r>
        <w:t>وہ ایک اپیئر تھا ایک historical shock تھا۔</w:t>
      </w:r>
    </w:p>
    <w:p>
      <w:r>
        <w:rPr>
          <w:b/>
        </w:rPr>
        <w:t xml:space="preserve">[10:59] </w:t>
      </w:r>
      <w:r>
        <w:t>lekin jitne leader the jitne leader went to all sab ke sab bas nafrat nafrat nafrat israel dushman</w:t>
      </w:r>
    </w:p>
    <w:p>
      <w:pPr>
        <w:jc w:val="right"/>
      </w:pPr>
      <w:r>
        <w:t>لیکن جتنے لیڈر تھے جتنے لیڈر went to all سب کے سب بس نفرت نفرت نفرت اسرائیل دشمن</w:t>
      </w:r>
    </w:p>
    <w:p>
      <w:r>
        <w:rPr>
          <w:b/>
        </w:rPr>
        <w:t xml:space="preserve">[11:07] </w:t>
      </w:r>
      <w:r>
        <w:t>hai israel dushman hai is ko maro bomb maro pathar maro bas is ke siwa kuch unhein maloom hi nahin.</w:t>
      </w:r>
    </w:p>
    <w:p>
      <w:pPr>
        <w:jc w:val="right"/>
      </w:pPr>
      <w:r>
        <w:t>ہے اسرائیل دشمن ہے اس کو مارو بم مارو پتھر مارو بس اس کے سوا کچھ انہیں معلوم ہی نہیں۔</w:t>
      </w:r>
    </w:p>
    <w:p>
      <w:r>
        <w:rPr>
          <w:b/>
        </w:rPr>
        <w:t xml:space="preserve">[11:15] </w:t>
      </w:r>
      <w:r>
        <w:t>yeh allah ka fazal hai ke hamare mission se</w:t>
      </w:r>
    </w:p>
    <w:p>
      <w:pPr>
        <w:jc w:val="right"/>
      </w:pPr>
      <w:r>
        <w:t>یہ اللہ کا فضل ہے کہ ہمارے مشن سے</w:t>
      </w:r>
    </w:p>
    <w:p>
      <w:r>
        <w:rPr>
          <w:b/>
        </w:rPr>
        <w:t xml:space="preserve">[11:23] </w:t>
      </w:r>
      <w:r>
        <w:t>falastiniyon mein aik naya shaoor jaag raha hai.</w:t>
      </w:r>
    </w:p>
    <w:p>
      <w:pPr>
        <w:jc w:val="right"/>
      </w:pPr>
      <w:r>
        <w:t>فلسطینیوں میں ایک نیا شعور جاگ رہا ہے۔</w:t>
      </w:r>
    </w:p>
    <w:p>
      <w:r>
        <w:rPr>
          <w:b/>
        </w:rPr>
        <w:t xml:space="preserve">[11:29] </w:t>
      </w:r>
      <w:r>
        <w:t>aik naya shaoor positive shaoor.</w:t>
      </w:r>
    </w:p>
    <w:p>
      <w:pPr>
        <w:jc w:val="right"/>
      </w:pPr>
      <w:r>
        <w:t>ایک نیا شعور positive شعور۔</w:t>
      </w:r>
    </w:p>
    <w:p>
      <w:r>
        <w:rPr>
          <w:b/>
        </w:rPr>
        <w:t xml:space="preserve">[11:35] </w:t>
      </w:r>
      <w:r>
        <w:t>abhi aaj hamein aik message mila hai wahan se ke wahan jo log rehte hain aap ko maloom</w:t>
      </w:r>
    </w:p>
    <w:p>
      <w:pPr>
        <w:jc w:val="right"/>
      </w:pPr>
      <w:r>
        <w:t>ابھی آج ہمیں ایک message ملا ہے وہاں سے کہ وہاں جو لوگ رہتے ہیں آپ کو معلوم</w:t>
      </w:r>
    </w:p>
    <w:p>
      <w:r>
        <w:rPr>
          <w:b/>
        </w:rPr>
        <w:t xml:space="preserve">[11:41] </w:t>
      </w:r>
      <w:r>
        <w:t>hai ke israel ke area mein sirf yahoodi nahin hain.</w:t>
      </w:r>
    </w:p>
    <w:p>
      <w:pPr>
        <w:jc w:val="right"/>
      </w:pPr>
      <w:r>
        <w:t>ہے کہ اسرائیل کے ایریا میں صرف یہودی نہیں ہیں۔</w:t>
      </w:r>
    </w:p>
    <w:p>
      <w:r>
        <w:rPr>
          <w:b/>
        </w:rPr>
        <w:t xml:space="preserve">[11:47] </w:t>
      </w:r>
      <w:r>
        <w:t>wahan taqreeban twenty percent</w:t>
      </w:r>
    </w:p>
    <w:p>
      <w:pPr>
        <w:jc w:val="right"/>
      </w:pPr>
      <w:r>
        <w:t>وہاں تقریباً twenty percent</w:t>
      </w:r>
    </w:p>
    <w:p>
      <w:r>
        <w:rPr>
          <w:b/>
        </w:rPr>
        <w:t xml:space="preserve">[11:54] </w:t>
      </w:r>
      <w:r>
        <w:t>arab hain israel ke area mein.</w:t>
      </w:r>
    </w:p>
    <w:p>
      <w:pPr>
        <w:jc w:val="right"/>
      </w:pPr>
      <w:r>
        <w:t>عرب ہیں اسرائیل کے ایریا میں۔</w:t>
      </w:r>
    </w:p>
    <w:p>
      <w:r>
        <w:rPr>
          <w:b/>
        </w:rPr>
        <w:t xml:space="preserve">[11:58] </w:t>
      </w:r>
      <w:r>
        <w:t>aisa nahin ke israel ke area mein sab yahoodi yahoodi hain in ko pathar maro.</w:t>
      </w:r>
    </w:p>
    <w:p>
      <w:pPr>
        <w:jc w:val="right"/>
      </w:pPr>
      <w:r>
        <w:t>ایسا نہیں کہ اسرائیل کے ایریا میں سب یہودی یہودی ہیں ان کو پتھر مارو۔</w:t>
      </w:r>
    </w:p>
    <w:p>
      <w:r>
        <w:rPr>
          <w:b/>
        </w:rPr>
        <w:t xml:space="preserve">[12:02] </w:t>
      </w:r>
      <w:r>
        <w:t>nahin wahan is area mein taqreeban twenty percent arab hain.</w:t>
      </w:r>
    </w:p>
    <w:p>
      <w:pPr>
        <w:jc w:val="right"/>
      </w:pPr>
      <w:r>
        <w:t>نہیں وہاں اس ایریا میں تقریباً twenty percent عرب ہیں۔</w:t>
      </w:r>
    </w:p>
    <w:p>
      <w:r>
        <w:rPr>
          <w:b/>
        </w:rPr>
        <w:t xml:space="preserve">[12:07] </w:t>
      </w:r>
      <w:r>
        <w:t>aur poori azadi un ko hai. poori azadi.</w:t>
      </w:r>
    </w:p>
    <w:p>
      <w:pPr>
        <w:jc w:val="right"/>
      </w:pPr>
      <w:r>
        <w:t>اور پوری آزادی ان کو ہے۔ پوری آزادی۔</w:t>
      </w:r>
    </w:p>
    <w:p>
      <w:r>
        <w:rPr>
          <w:b/>
        </w:rPr>
        <w:t xml:space="preserve">[12:11] </w:t>
      </w:r>
      <w:r>
        <w:t>koi pabandi nahin hai in ko.</w:t>
      </w:r>
    </w:p>
    <w:p>
      <w:pPr>
        <w:jc w:val="right"/>
      </w:pPr>
      <w:r>
        <w:t>کوئی پابندی نہیں ہے ان کو۔</w:t>
      </w:r>
    </w:p>
    <w:p>
      <w:r>
        <w:rPr>
          <w:b/>
        </w:rPr>
        <w:t xml:space="preserve">[12:15] </w:t>
      </w:r>
      <w:r>
        <w:t>chunaanche hamare log wahan gaye.</w:t>
      </w:r>
    </w:p>
    <w:p>
      <w:pPr>
        <w:jc w:val="right"/>
      </w:pPr>
      <w:r>
        <w:t>چنانچہ ہمارے لوگ وہاں گئے۔</w:t>
      </w:r>
    </w:p>
    <w:p>
      <w:r>
        <w:rPr>
          <w:b/>
        </w:rPr>
        <w:t xml:space="preserve">[12:19] </w:t>
      </w:r>
      <w:r>
        <w:t>quran ke transl</w:t>
      </w:r>
    </w:p>
    <w:p>
      <w:pPr>
        <w:jc w:val="right"/>
      </w:pPr>
      <w:r>
        <w:t>قرآن کے transl</w:t>
      </w:r>
    </w:p>
    <w:p>
      <w:r>
        <w:rPr>
          <w:b/>
        </w:rPr>
        <w:t xml:space="preserve">[12:24] </w:t>
      </w:r>
      <w:r>
        <w:t>ation le kar gaye.</w:t>
      </w:r>
    </w:p>
    <w:p>
      <w:pPr>
        <w:jc w:val="right"/>
      </w:pPr>
      <w:r>
        <w:t>ation لے کر گئے۔</w:t>
      </w:r>
    </w:p>
    <w:p>
      <w:r>
        <w:rPr>
          <w:b/>
        </w:rPr>
        <w:t xml:space="preserve">[12:29] </w:t>
      </w:r>
      <w:r>
        <w:t>literature le kar gaye wahan phailaya.</w:t>
      </w:r>
    </w:p>
    <w:p>
      <w:pPr>
        <w:jc w:val="right"/>
      </w:pPr>
      <w:r>
        <w:t>Literature لے کر گئے۔ وہاں پھیلایا۔</w:t>
      </w:r>
    </w:p>
    <w:p>
      <w:r>
        <w:rPr>
          <w:b/>
        </w:rPr>
        <w:t xml:space="preserve">[12:34] </w:t>
      </w:r>
      <w:r>
        <w:t>ab bohat hi zabardast khabar hai ke wahan aik group paida hua hai.</w:t>
      </w:r>
    </w:p>
    <w:p>
      <w:pPr>
        <w:jc w:val="right"/>
      </w:pPr>
      <w:r>
        <w:t>اب بہت ہی زبردست خبر ہے کہ وہاں ایک گروپ پیدا ہوا ہے۔</w:t>
      </w:r>
    </w:p>
    <w:p>
      <w:r>
        <w:rPr>
          <w:b/>
        </w:rPr>
        <w:t xml:space="preserve">[12:39] </w:t>
      </w:r>
      <w:r>
        <w:t>yani israel mein rehne wale arabon ke darmiyan.</w:t>
      </w:r>
    </w:p>
    <w:p>
      <w:pPr>
        <w:jc w:val="right"/>
      </w:pPr>
      <w:r>
        <w:t>یعنی اسرائیل میں رہنے والے عربوں کے درمیان۔</w:t>
      </w:r>
    </w:p>
    <w:p>
      <w:r>
        <w:rPr>
          <w:b/>
        </w:rPr>
        <w:t xml:space="preserve">[12:44] </w:t>
      </w:r>
      <w:r>
        <w:t>jo wahan dawat ka kaam kar raha hai.</w:t>
      </w:r>
    </w:p>
    <w:p>
      <w:pPr>
        <w:jc w:val="right"/>
      </w:pPr>
      <w:r>
        <w:t>جو وہاں دعوت کا کام کر رہا ہے۔</w:t>
      </w:r>
    </w:p>
    <w:p>
      <w:r>
        <w:rPr>
          <w:b/>
        </w:rPr>
        <w:t xml:space="preserve">[12:49] </w:t>
      </w:r>
      <w:r>
        <w:t>aaj hamare paas yeh message aaya hai doctor sanson ke paas unhon ne forward kiya hai is ko mein</w:t>
      </w:r>
    </w:p>
    <w:p>
      <w:pPr>
        <w:jc w:val="right"/>
      </w:pPr>
      <w:r>
        <w:t>آج ہمارے پاس یہ message آیا ہے ڈاکٹر سانسن کے پاس انہوں نے فارورڈ کیا ہے اس کو میں</w:t>
      </w:r>
    </w:p>
    <w:p>
      <w:r>
        <w:rPr>
          <w:b/>
        </w:rPr>
        <w:t xml:space="preserve">[12:54] </w:t>
      </w:r>
      <w:r>
        <w:t>kahoon ga ke is ko sunaiye.</w:t>
      </w:r>
    </w:p>
    <w:p>
      <w:pPr>
        <w:jc w:val="right"/>
      </w:pPr>
      <w:r>
        <w:t>کہوں گا کہ اس کو سنائیے۔</w:t>
      </w:r>
    </w:p>
    <w:p>
      <w:r>
        <w:rPr>
          <w:b/>
        </w:rPr>
        <w:t xml:space="preserve">[12:58] </w:t>
      </w:r>
      <w:r>
        <w:t>message from tariq bin shahab from israel jerusalem israel.</w:t>
      </w:r>
    </w:p>
    <w:p>
      <w:pPr>
        <w:jc w:val="right"/>
      </w:pPr>
      <w:r>
        <w:t>میسج فرام طارق بن شہاب فرام ازریل جروشلم ازریل۔</w:t>
      </w:r>
    </w:p>
    <w:p>
      <w:r>
        <w:rPr>
          <w:b/>
        </w:rPr>
        <w:t xml:space="preserve">[13:03] </w:t>
      </w:r>
      <w:r>
        <w:t>assalam o alaikum brother.</w:t>
      </w:r>
    </w:p>
    <w:p>
      <w:pPr>
        <w:jc w:val="right"/>
      </w:pPr>
      <w:r>
        <w:t>السلام علیکم برادر۔</w:t>
      </w:r>
    </w:p>
    <w:p>
      <w:r>
        <w:rPr>
          <w:b/>
        </w:rPr>
        <w:t xml:space="preserve">[13:07] </w:t>
      </w:r>
      <w:r>
        <w:t>let me tell you that english quran copies are almost finished.</w:t>
      </w:r>
    </w:p>
    <w:p>
      <w:pPr>
        <w:jc w:val="right"/>
      </w:pPr>
      <w:r>
        <w:t>لیٹ می ٹیل یو دیٹ انگلش قرآن کاپیز آر الموسٹ فنشڈ۔</w:t>
      </w:r>
    </w:p>
    <w:p>
      <w:r>
        <w:rPr>
          <w:b/>
        </w:rPr>
        <w:t xml:space="preserve">[13:11] </w:t>
      </w:r>
      <w:r>
        <w:t>so when the shipment will arrive arrive here.</w:t>
      </w:r>
    </w:p>
    <w:p>
      <w:pPr>
        <w:jc w:val="right"/>
      </w:pPr>
      <w:r>
        <w:t>سو وین دا شپمنٹ ول ارائیو ارائیو ہیر۔</w:t>
      </w:r>
    </w:p>
    <w:p>
      <w:r>
        <w:rPr>
          <w:b/>
        </w:rPr>
        <w:t xml:space="preserve">[13:16] </w:t>
      </w:r>
      <w:r>
        <w:t>we need many many copies of all languages you have brother.</w:t>
      </w:r>
    </w:p>
    <w:p>
      <w:pPr>
        <w:jc w:val="right"/>
      </w:pPr>
      <w:r>
        <w:t>وی نیڈ مینی مینی کاپیز آف آل لینگویجز یو ہیو برادر۔</w:t>
      </w:r>
    </w:p>
    <w:p>
      <w:r>
        <w:rPr>
          <w:b/>
        </w:rPr>
        <w:t xml:space="preserve">[13:20] </w:t>
      </w:r>
      <w:r>
        <w:t>big big shipment. to dekhiye</w:t>
      </w:r>
    </w:p>
    <w:p>
      <w:pPr>
        <w:jc w:val="right"/>
      </w:pPr>
      <w:r>
        <w:t>بگ بگ شپمنٹ۔ تو دیکھیے</w:t>
      </w:r>
    </w:p>
    <w:p>
      <w:r>
        <w:rPr>
          <w:b/>
        </w:rPr>
        <w:t xml:space="preserve">[13:24] </w:t>
      </w:r>
      <w:r>
        <w:t>wo keh rahe hain ke naya shipment kab aayega? jo is se pehle hamare paas tha zakheera</w:t>
      </w:r>
    </w:p>
    <w:p>
      <w:pPr>
        <w:jc w:val="right"/>
      </w:pPr>
      <w:r>
        <w:t>وہ کہہ رہے ہیں کہ نیا شپمنٹ کب آئے گا؟ جو اس سے پہلے ہمارے پاس تھا ذخیرہ</w:t>
      </w:r>
    </w:p>
    <w:p>
      <w:r>
        <w:rPr>
          <w:b/>
        </w:rPr>
        <w:t xml:space="preserve">[13:31] </w:t>
      </w:r>
      <w:r>
        <w:t>wo khatam ho gaya.</w:t>
      </w:r>
    </w:p>
    <w:p>
      <w:pPr>
        <w:jc w:val="right"/>
      </w:pPr>
      <w:r>
        <w:t>وہ ختم ہو گیا۔</w:t>
      </w:r>
    </w:p>
    <w:p>
      <w:r>
        <w:rPr>
          <w:b/>
        </w:rPr>
        <w:t xml:space="preserve">[13:37] </w:t>
      </w:r>
      <w:r>
        <w:t>har language mein hum ko chahiye quran.</w:t>
      </w:r>
    </w:p>
    <w:p>
      <w:pPr>
        <w:jc w:val="right"/>
      </w:pPr>
      <w:r>
        <w:t>ہر لینگویج میں ہم کو چاہیے قرآن۔</w:t>
      </w:r>
    </w:p>
    <w:p>
      <w:r>
        <w:rPr>
          <w:b/>
        </w:rPr>
        <w:t xml:space="preserve">[13:43] </w:t>
      </w:r>
      <w:r>
        <w:t>kaisi ajeeb baat hai.</w:t>
      </w:r>
    </w:p>
    <w:p>
      <w:pPr>
        <w:jc w:val="right"/>
      </w:pPr>
      <w:r>
        <w:t>کیسی عجیب بات ہے۔</w:t>
      </w:r>
    </w:p>
    <w:p>
      <w:r>
        <w:rPr>
          <w:b/>
        </w:rPr>
        <w:t xml:space="preserve">[13:49] </w:t>
      </w:r>
      <w:r>
        <w:t>to is se pehle jin logon ne palestine ke cause ko apnaaya</w:t>
      </w:r>
    </w:p>
    <w:p>
      <w:pPr>
        <w:jc w:val="right"/>
      </w:pPr>
      <w:r>
        <w:t>تو اس سے پہلے جن لوگوں نے فلسطین کے کاز کو اپنایا</w:t>
      </w:r>
    </w:p>
    <w:p>
      <w:r>
        <w:rPr>
          <w:b/>
        </w:rPr>
        <w:t xml:space="preserve">[13:55] </w:t>
      </w:r>
      <w:r>
        <w:t>unhon ne un ko sirf yeh sabak diya tha ke yahudiyon se nafrat karo un ko pathar maro un ko bomb maro un ko halak karo. jitne bhi hue is area mein sab aik yahi baat batate rahe. ab allah ke fazal se jo shock laga ke forty seven se le kar ab tak unhon ne bohat si</w:t>
      </w:r>
    </w:p>
    <w:p>
      <w:pPr>
        <w:jc w:val="right"/>
      </w:pPr>
      <w:r>
        <w:t>انہوں نے ان کو صرف یہ سبق دیا تھا کہ یہودیوں سے نفرت کرو ان کو پتھر مارو ان کو بم مارو ان کو ہلاک کرو۔ جتنے بھی ہوئے اس ایریا میں سب ایک یہی بات بتاتے رہے۔ اب اللہ کے فضل سے جو shock لگا کہ forty seven سے لے کر اب تک انہوں نے بہت سی</w:t>
      </w:r>
    </w:p>
    <w:p>
      <w:r>
        <w:rPr>
          <w:b/>
        </w:rPr>
        <w:t xml:space="preserve">[14:25] </w:t>
      </w:r>
      <w:r>
        <w:t>negative activities ki bomb maare pathar maare.</w:t>
      </w:r>
    </w:p>
    <w:p>
      <w:pPr>
        <w:jc w:val="right"/>
      </w:pPr>
      <w:r>
        <w:t>negative activities کی بم مارے پتھر مارے۔</w:t>
      </w:r>
    </w:p>
    <w:p>
      <w:r>
        <w:rPr>
          <w:b/>
        </w:rPr>
        <w:t xml:space="preserve">[14:29] </w:t>
      </w:r>
      <w:r>
        <w:t>theek hai bila kuch bhi nahin.</w:t>
      </w:r>
    </w:p>
    <w:p>
      <w:pPr>
        <w:jc w:val="right"/>
      </w:pPr>
      <w:r>
        <w:t>ٹھیک ہے بلا کچھ بھی نہیں۔</w:t>
      </w:r>
    </w:p>
    <w:p>
      <w:r>
        <w:rPr>
          <w:b/>
        </w:rPr>
        <w:t xml:space="preserve">[14:33] </w:t>
      </w:r>
      <w:r>
        <w:t>bila kuch nahin.</w:t>
      </w:r>
    </w:p>
    <w:p>
      <w:pPr>
        <w:jc w:val="right"/>
      </w:pPr>
      <w:r>
        <w:t>بلا کچھ نہیں۔</w:t>
      </w:r>
    </w:p>
    <w:p>
      <w:r>
        <w:rPr>
          <w:b/>
        </w:rPr>
        <w:t xml:space="preserve">[14:36] </w:t>
      </w:r>
      <w:r>
        <w:t>balkay kho kho kho diya.</w:t>
      </w:r>
    </w:p>
    <w:p>
      <w:pPr>
        <w:jc w:val="right"/>
      </w:pPr>
      <w:r>
        <w:t>بلکہ کھو کھو کھو دیا۔</w:t>
      </w:r>
    </w:p>
    <w:p>
      <w:r>
        <w:rPr>
          <w:b/>
        </w:rPr>
        <w:t xml:space="preserve">[14:40] </w:t>
      </w:r>
      <w:r>
        <w:t>ab dekhiye in ke andar re-think paida hui.</w:t>
      </w:r>
    </w:p>
    <w:p>
      <w:pPr>
        <w:jc w:val="right"/>
      </w:pPr>
      <w:r>
        <w:t>اب دیکھیے ان کے اندر re-think پیدا ہوئی۔</w:t>
      </w:r>
    </w:p>
    <w:p>
      <w:r>
        <w:rPr>
          <w:b/>
        </w:rPr>
        <w:t xml:space="preserve">[14:44] </w:t>
      </w:r>
      <w:r>
        <w:t>yeh maine arz kiya ke tareekh ka history historical shock jo aate hain historical shock wo re-thinking</w:t>
      </w:r>
    </w:p>
    <w:p>
      <w:pPr>
        <w:jc w:val="right"/>
      </w:pPr>
      <w:r>
        <w:t>یہ میں نے عرض کیا کہ تاریخ کا history historical shock جو آتے ہیں historical shock وہ re-thinking</w:t>
      </w:r>
    </w:p>
    <w:p>
      <w:r>
        <w:rPr>
          <w:b/>
        </w:rPr>
        <w:t xml:space="preserve">[14:48] </w:t>
      </w:r>
      <w:r>
        <w:t>ke liye aate hain.</w:t>
      </w:r>
    </w:p>
    <w:p>
      <w:pPr>
        <w:jc w:val="right"/>
      </w:pPr>
      <w:r>
        <w:t>کے لیے آتے ہیں۔</w:t>
      </w:r>
    </w:p>
    <w:p>
      <w:r>
        <w:rPr>
          <w:b/>
        </w:rPr>
        <w:t xml:space="preserve">[14:52] </w:t>
      </w:r>
      <w:r>
        <w:t>re-planning ke liye aate hain.</w:t>
      </w:r>
    </w:p>
    <w:p>
      <w:pPr>
        <w:jc w:val="right"/>
      </w:pPr>
      <w:r>
        <w:t>Re-planning کے لیے آتے ہیں۔</w:t>
      </w:r>
    </w:p>
    <w:p>
      <w:r>
        <w:rPr>
          <w:b/>
        </w:rPr>
        <w:t xml:space="preserve">[14:55] </w:t>
      </w:r>
      <w:r>
        <w:t>to is area mein re-thinking shuru ho gayi.</w:t>
      </w:r>
    </w:p>
    <w:p>
      <w:pPr>
        <w:jc w:val="right"/>
      </w:pPr>
      <w:r>
        <w:t>تو اس ایریا میں re-thinking شروع ہو گئی۔</w:t>
      </w:r>
    </w:p>
    <w:p>
      <w:r>
        <w:rPr>
          <w:b/>
        </w:rPr>
        <w:t xml:space="preserve">[14:59] </w:t>
      </w:r>
      <w:r>
        <w:t>ke bomb maarne se kya faida? pathar maarne se kya faida? to hamare mission ke log wahan gaye</w:t>
      </w:r>
    </w:p>
    <w:p>
      <w:pPr>
        <w:jc w:val="right"/>
      </w:pPr>
      <w:r>
        <w:t>کہ بم مارنے سے کیا فائدہ؟ پتھر مارنے سے کیا فائدہ؟ تو ہمارے مشن کے لوگ وہاں گئے</w:t>
      </w:r>
    </w:p>
    <w:p>
      <w:r>
        <w:rPr>
          <w:b/>
        </w:rPr>
        <w:t xml:space="preserve">[15:03] </w:t>
      </w:r>
      <w:r>
        <w:t>unhon ne bataya ke quran ke liye utho.</w:t>
      </w:r>
    </w:p>
    <w:p>
      <w:pPr>
        <w:jc w:val="right"/>
      </w:pPr>
      <w:r>
        <w:t>انہوں نے بتایا کہ قرآن کے لیے اٹھو۔</w:t>
      </w:r>
    </w:p>
    <w:p>
      <w:r>
        <w:rPr>
          <w:b/>
        </w:rPr>
        <w:t xml:space="preserve">[15:07] </w:t>
      </w:r>
      <w:r>
        <w:t>quran ko phailao.</w:t>
      </w:r>
    </w:p>
    <w:p>
      <w:pPr>
        <w:jc w:val="right"/>
      </w:pPr>
      <w:r>
        <w:t>قرآن کو پھیلاؤ۔</w:t>
      </w:r>
    </w:p>
    <w:p>
      <w:r>
        <w:rPr>
          <w:b/>
        </w:rPr>
        <w:t xml:space="preserve">[15:11] </w:t>
      </w:r>
      <w:r>
        <w:t>to unhein ek roshni mili roshni.</w:t>
      </w:r>
    </w:p>
    <w:p>
      <w:pPr>
        <w:jc w:val="right"/>
      </w:pPr>
      <w:r>
        <w:t>تو انہیں ایک روشنی ملی روشنی۔</w:t>
      </w:r>
    </w:p>
    <w:p>
      <w:r>
        <w:rPr>
          <w:b/>
        </w:rPr>
        <w:t xml:space="preserve">[15:14] </w:t>
      </w:r>
      <w:r>
        <w:t>ek positive guidance mili un ko.</w:t>
      </w:r>
    </w:p>
    <w:p>
      <w:pPr>
        <w:jc w:val="right"/>
      </w:pPr>
      <w:r>
        <w:t>ایک positive guidance ملی ان کو۔</w:t>
      </w:r>
    </w:p>
    <w:p>
      <w:r>
        <w:rPr>
          <w:b/>
        </w:rPr>
        <w:t xml:space="preserve">[15:18] </w:t>
      </w:r>
      <w:r>
        <w:t>chunaan-cha is tarah ke message bhej rahe hain.</w:t>
      </w:r>
    </w:p>
    <w:p>
      <w:pPr>
        <w:jc w:val="right"/>
      </w:pPr>
      <w:r>
        <w:t>چنانچہ اس طرح کے message بھیج رہے ہیں۔</w:t>
      </w:r>
    </w:p>
    <w:p>
      <w:r>
        <w:rPr>
          <w:b/>
        </w:rPr>
        <w:t xml:space="preserve">[15:22] </w:t>
      </w:r>
      <w:r>
        <w:t>phir se ek martaba parh diji</w:t>
      </w:r>
    </w:p>
    <w:p>
      <w:pPr>
        <w:jc w:val="right"/>
      </w:pPr>
      <w:r>
        <w:t>پھر سے ایک مرتبہ پڑھ دیجی</w:t>
      </w:r>
    </w:p>
    <w:p>
      <w:r>
        <w:rPr>
          <w:b/>
        </w:rPr>
        <w:t xml:space="preserve">[15:26] </w:t>
      </w:r>
      <w:r>
        <w:t>ye.</w:t>
      </w:r>
    </w:p>
    <w:p>
      <w:pPr>
        <w:jc w:val="right"/>
      </w:pPr>
      <w:r>
        <w:t>ے۔</w:t>
      </w:r>
    </w:p>
    <w:p>
      <w:r>
        <w:rPr>
          <w:b/>
        </w:rPr>
        <w:t xml:space="preserve">[15:30] </w:t>
      </w:r>
      <w:r>
        <w:t>assalam o alaikum brother.</w:t>
      </w:r>
    </w:p>
    <w:p>
      <w:pPr>
        <w:jc w:val="right"/>
      </w:pPr>
      <w:r>
        <w:t>السلام علیکم برادر۔</w:t>
      </w:r>
    </w:p>
    <w:p>
      <w:r>
        <w:rPr>
          <w:b/>
        </w:rPr>
        <w:t xml:space="preserve">[15:34] </w:t>
      </w:r>
      <w:r>
        <w:t>let me tell you that the english quran copies are almost finished.</w:t>
      </w:r>
    </w:p>
    <w:p>
      <w:pPr>
        <w:jc w:val="right"/>
      </w:pPr>
      <w:r>
        <w:t>لیٹ می ٹیل یو دیٹ دا انگلش قرآن کاپیز آر الموسٹ فنشڈ۔</w:t>
      </w:r>
    </w:p>
    <w:p>
      <w:r>
        <w:rPr>
          <w:b/>
        </w:rPr>
        <w:t xml:space="preserve">[15:39] </w:t>
      </w:r>
      <w:r>
        <w:t>so when the shipment will arrive here.</w:t>
      </w:r>
    </w:p>
    <w:p>
      <w:pPr>
        <w:jc w:val="right"/>
      </w:pPr>
      <w:r>
        <w:t>سو وین دا شپمنٹ ول ارائیو ہیر۔</w:t>
      </w:r>
    </w:p>
    <w:p>
      <w:r>
        <w:rPr>
          <w:b/>
        </w:rPr>
        <w:t xml:space="preserve">[15:43] </w:t>
      </w:r>
      <w:r>
        <w:t>We need many many copies of all languages you have brother.</w:t>
      </w:r>
    </w:p>
    <w:p>
      <w:pPr>
        <w:jc w:val="right"/>
      </w:pPr>
      <w:r>
        <w:t>وی نیڈ مینی مینی کاپیز آف آل لینگویجز یو ہیو برادر۔</w:t>
      </w:r>
    </w:p>
    <w:p>
      <w:r>
        <w:rPr>
          <w:b/>
        </w:rPr>
        <w:t xml:space="preserve">[15:47] </w:t>
      </w:r>
      <w:r>
        <w:t>big big shipment.</w:t>
      </w:r>
    </w:p>
    <w:p>
      <w:pPr>
        <w:jc w:val="right"/>
      </w:pPr>
      <w:r>
        <w:t>بگ بگ شپمنٹ۔</w:t>
      </w:r>
    </w:p>
    <w:p>
      <w:r>
        <w:rPr>
          <w:b/>
        </w:rPr>
        <w:t xml:space="preserve">[15:52] </w:t>
      </w:r>
      <w:r>
        <w:t>yeh is area mein rehne wale ek ek arab ka message hai yeh.</w:t>
      </w:r>
    </w:p>
    <w:p>
      <w:pPr>
        <w:jc w:val="right"/>
      </w:pPr>
      <w:r>
        <w:t>یہ اس ایریا میں رہنے والے ایک ایک عرب کا message ہے یہ۔</w:t>
      </w:r>
    </w:p>
    <w:p>
      <w:r>
        <w:rPr>
          <w:b/>
        </w:rPr>
        <w:t xml:space="preserve">[15:56] </w:t>
      </w:r>
      <w:r>
        <w:t>dekhiye woh jo area hai middle east ka area jisko kaha jata hai middle east ka area</w:t>
      </w:r>
    </w:p>
    <w:p>
      <w:pPr>
        <w:jc w:val="right"/>
      </w:pPr>
      <w:r>
        <w:t>دیکھیے وہ جو ایریا ہے مڈل ایسٹ کا ایریا جس کو کہا جاتا ہے مڈل ایسٹ کا ایریا</w:t>
      </w:r>
    </w:p>
    <w:p>
      <w:r>
        <w:rPr>
          <w:b/>
        </w:rPr>
        <w:t xml:space="preserve">[16:00] </w:t>
      </w:r>
      <w:r>
        <w:t>woh pura area jo hai kya hai badu land hai.</w:t>
      </w:r>
    </w:p>
    <w:p>
      <w:pPr>
        <w:jc w:val="right"/>
      </w:pPr>
      <w:r>
        <w:t>وہ پورا ایریا جو ہے کیا ہے بدو لینڈ ہے۔</w:t>
      </w:r>
    </w:p>
    <w:p>
      <w:r>
        <w:rPr>
          <w:b/>
        </w:rPr>
        <w:t xml:space="preserve">[16:04] </w:t>
      </w:r>
      <w:r>
        <w:t>pura area badu land hai.</w:t>
      </w:r>
    </w:p>
    <w:p>
      <w:pPr>
        <w:jc w:val="right"/>
      </w:pPr>
      <w:r>
        <w:t>پورا ایریا بدو لینڈ ہے۔</w:t>
      </w:r>
    </w:p>
    <w:p>
      <w:r>
        <w:rPr>
          <w:b/>
        </w:rPr>
        <w:t xml:space="preserve">[16:07] </w:t>
      </w:r>
      <w:r>
        <w:t>is area mein tourist bohat ate hain.</w:t>
      </w:r>
    </w:p>
    <w:p>
      <w:pPr>
        <w:jc w:val="right"/>
      </w:pPr>
      <w:r>
        <w:t>اس ایریا میں ٹورسٹ بہت آتے ہیں۔</w:t>
      </w:r>
    </w:p>
    <w:p>
      <w:r>
        <w:rPr>
          <w:b/>
        </w:rPr>
        <w:t xml:space="preserve">[16:11] </w:t>
      </w:r>
      <w:r>
        <w:t>is tarah se woh area badu land ban gaya hai.</w:t>
      </w:r>
    </w:p>
    <w:p>
      <w:pPr>
        <w:jc w:val="right"/>
      </w:pPr>
      <w:r>
        <w:t>اس طریقے سے وہ ایریا بدو لینڈ بن گیا ہے۔</w:t>
      </w:r>
    </w:p>
    <w:p>
      <w:r>
        <w:rPr>
          <w:b/>
        </w:rPr>
        <w:t xml:space="preserve">[16:15] </w:t>
      </w:r>
      <w:r>
        <w:t>lekin abhi tak wahan pathar marte the.</w:t>
      </w:r>
    </w:p>
    <w:p>
      <w:pPr>
        <w:jc w:val="right"/>
      </w:pPr>
      <w:r>
        <w:t>لیکن ابھی تک وہاں پتھر مارتے تھے۔</w:t>
      </w:r>
    </w:p>
    <w:p>
      <w:r>
        <w:rPr>
          <w:b/>
        </w:rPr>
        <w:t xml:space="preserve">[16:19] </w:t>
      </w:r>
      <w:r>
        <w:t>ab in ki samajh mein aya.</w:t>
      </w:r>
    </w:p>
    <w:p>
      <w:pPr>
        <w:jc w:val="right"/>
      </w:pPr>
      <w:r>
        <w:t>اب ان کی سمجھ میں آیا۔</w:t>
      </w:r>
    </w:p>
    <w:p>
      <w:r>
        <w:rPr>
          <w:b/>
        </w:rPr>
        <w:t xml:space="preserve">[16:23] </w:t>
      </w:r>
      <w:r>
        <w:t>hamare mission ke log woh</w:t>
      </w:r>
    </w:p>
    <w:p>
      <w:pPr>
        <w:jc w:val="right"/>
      </w:pPr>
      <w:r>
        <w:t>ہمارے مشن کے لوگ وہ</w:t>
      </w:r>
    </w:p>
    <w:p>
      <w:r>
        <w:rPr>
          <w:b/>
        </w:rPr>
        <w:t xml:space="preserve">[16:26] </w:t>
      </w:r>
      <w:r>
        <w:t>aa gaye unhone bataya ke tum ko toh yani allah taala ki planning ko samjho.</w:t>
      </w:r>
    </w:p>
    <w:p>
      <w:pPr>
        <w:jc w:val="right"/>
      </w:pPr>
      <w:r>
        <w:t>اں گئے انہوں نے بتایا کہ تم کو تو یعنی اللہ تعالیٰ کی planning کو سمجھو۔</w:t>
      </w:r>
    </w:p>
    <w:p>
      <w:r>
        <w:rPr>
          <w:b/>
        </w:rPr>
        <w:t xml:space="preserve">[16:31] </w:t>
      </w:r>
      <w:r>
        <w:t>allah taala badu bhej raha hai sari duniya se.</w:t>
      </w:r>
    </w:p>
    <w:p>
      <w:pPr>
        <w:jc w:val="right"/>
      </w:pPr>
      <w:r>
        <w:t>اللہ تعالیٰ بدو بھیج رہا ہے ساری دنیا سے۔</w:t>
      </w:r>
    </w:p>
    <w:p>
      <w:r>
        <w:rPr>
          <w:b/>
        </w:rPr>
        <w:t xml:space="preserve">[16:36] </w:t>
      </w:r>
      <w:r>
        <w:t>in ko quran pahunchao islam pahunchao.</w:t>
      </w:r>
    </w:p>
    <w:p>
      <w:pPr>
        <w:jc w:val="right"/>
      </w:pPr>
      <w:r>
        <w:t>ان کو قرآن پہنچاؤ اسلام پہنچاؤ۔</w:t>
      </w:r>
    </w:p>
    <w:p>
      <w:r>
        <w:rPr>
          <w:b/>
        </w:rPr>
        <w:t xml:space="preserve">[16:41] </w:t>
      </w:r>
      <w:r>
        <w:t>ab woh keh rahe hain ke har zaban mein hum ko tarjuma chahiye quran ka.</w:t>
      </w:r>
    </w:p>
    <w:p>
      <w:pPr>
        <w:jc w:val="right"/>
      </w:pPr>
      <w:r>
        <w:t>اب وہ کہہ رہے ہیں کہ ہر زبان میں ہم کو ترجمہ چاہیے قرآن کا۔</w:t>
      </w:r>
    </w:p>
    <w:p>
      <w:r>
        <w:rPr>
          <w:b/>
        </w:rPr>
        <w:t xml:space="preserve">[16:47] </w:t>
      </w:r>
      <w:r>
        <w:t>har zaban mein.</w:t>
      </w:r>
    </w:p>
    <w:p>
      <w:pPr>
        <w:jc w:val="right"/>
      </w:pPr>
      <w:r>
        <w:t>ہر زبان میں۔</w:t>
      </w:r>
    </w:p>
    <w:p>
      <w:r>
        <w:rPr>
          <w:b/>
        </w:rPr>
        <w:t xml:space="preserve">[16:52] </w:t>
      </w:r>
      <w:r>
        <w:t>english mein hebrew mein spanish mein kyunke wahan har mulk ke log</w:t>
      </w:r>
    </w:p>
    <w:p>
      <w:pPr>
        <w:jc w:val="right"/>
      </w:pPr>
      <w:r>
        <w:t>انگلش میں ہیبرو میں اسپینش میں کیونکہ وہاں ہر ملک کے لوگ</w:t>
      </w:r>
    </w:p>
    <w:p>
      <w:r>
        <w:rPr>
          <w:b/>
        </w:rPr>
        <w:t xml:space="preserve">[16:57] </w:t>
      </w:r>
      <w:r>
        <w:t>har zaban ke log wahan pahuchte hain.</w:t>
      </w:r>
    </w:p>
    <w:p>
      <w:pPr>
        <w:jc w:val="right"/>
      </w:pPr>
      <w:r>
        <w:t>ہر زبان کے لوگ وہاں پہنچتے ہیں۔</w:t>
      </w:r>
    </w:p>
    <w:p>
      <w:r>
        <w:rPr>
          <w:b/>
        </w:rPr>
        <w:t xml:space="preserve">[17:04] </w:t>
      </w:r>
      <w:r>
        <w:t>toh dekhiye sab se zaroori baat yeh hai ke hum history mein kaam karne wale law ko samjhein.</w:t>
      </w:r>
    </w:p>
    <w:p>
      <w:pPr>
        <w:jc w:val="right"/>
      </w:pPr>
      <w:r>
        <w:t>تو دیکھیے سب سے ضروری بات یہ ہے کہ ہم history میں کام کرنے والے law کو سمجھیں۔</w:t>
      </w:r>
    </w:p>
    <w:p>
      <w:r>
        <w:rPr>
          <w:b/>
        </w:rPr>
        <w:t xml:space="preserve">[17:12] </w:t>
      </w:r>
      <w:r>
        <w:t>allah rab ul alameen ka jo law hai jo qanoon hai kis tarah woh kaam kar raha hai is</w:t>
      </w:r>
    </w:p>
    <w:p>
      <w:pPr>
        <w:jc w:val="right"/>
      </w:pPr>
      <w:r>
        <w:t>اللہ رب العالمین کا جو law ہے جو قانون ہے کس طرح وہ کام کر رہا ہے اس</w:t>
      </w:r>
    </w:p>
    <w:p>
      <w:r>
        <w:rPr>
          <w:b/>
        </w:rPr>
        <w:t xml:space="preserve">[17:19] </w:t>
      </w:r>
      <w:r>
        <w:t>ko jano hum</w:t>
      </w:r>
    </w:p>
    <w:p>
      <w:pPr>
        <w:jc w:val="right"/>
      </w:pPr>
      <w:r>
        <w:t>کو جانو ہم</w:t>
      </w:r>
    </w:p>
    <w:p>
      <w:r>
        <w:rPr>
          <w:b/>
        </w:rPr>
        <w:t xml:space="preserve">[17:27] </w:t>
      </w:r>
      <w:r>
        <w:t>—</w:t>
      </w:r>
    </w:p>
    <w:p>
      <w:pPr>
        <w:jc w:val="right"/>
      </w:pPr>
      <w:r>
        <w:t>۔</w:t>
      </w:r>
    </w:p>
    <w:p>
      <w:r>
        <w:rPr>
          <w:b/>
        </w:rPr>
        <w:t xml:space="preserve">[17:32] </w:t>
      </w:r>
      <w:r>
        <w:t>toh woh yeh hai ke shock pahunchaya jata hai.</w:t>
      </w:r>
    </w:p>
    <w:p>
      <w:pPr>
        <w:jc w:val="right"/>
      </w:pPr>
      <w:r>
        <w:t>تو وہ یہ ہے کہ shock پہنچایا جاتا ہے۔</w:t>
      </w:r>
    </w:p>
    <w:p>
      <w:r>
        <w:rPr>
          <w:b/>
        </w:rPr>
        <w:t xml:space="preserve">[17:37] </w:t>
      </w:r>
      <w:r>
        <w:t>taake insan ka zehn jaage.</w:t>
      </w:r>
    </w:p>
    <w:p>
      <w:pPr>
        <w:jc w:val="right"/>
      </w:pPr>
      <w:r>
        <w:t>تاکہ انسان کا ذہن جاگے۔</w:t>
      </w:r>
    </w:p>
    <w:p>
      <w:r>
        <w:rPr>
          <w:b/>
        </w:rPr>
        <w:t xml:space="preserve">[17:42] </w:t>
      </w:r>
      <w:r>
        <w:t>re-think kare re-thinking re-planning kare.</w:t>
      </w:r>
    </w:p>
    <w:p>
      <w:pPr>
        <w:jc w:val="right"/>
      </w:pPr>
      <w:r>
        <w:t>re-think کرے re-thinking re-planning کرے۔</w:t>
      </w:r>
    </w:p>
    <w:p>
      <w:r>
        <w:rPr>
          <w:b/>
        </w:rPr>
        <w:t xml:space="preserve">[17:47] </w:t>
      </w:r>
      <w:r>
        <w:t>chunaanche poori tareekh mein yeh hota raha.</w:t>
      </w:r>
    </w:p>
    <w:p>
      <w:pPr>
        <w:jc w:val="right"/>
      </w:pPr>
      <w:r>
        <w:t>چنانچہ پوری تاریخ میں یہ ہوتا رہا۔</w:t>
      </w:r>
    </w:p>
    <w:p>
      <w:r>
        <w:rPr>
          <w:b/>
        </w:rPr>
        <w:t xml:space="preserve">[17:52] </w:t>
      </w:r>
      <w:r>
        <w:t>toofan-e-nooh ke baad re-planning aayi yaani dunya mein phailo dunya mein phailo ek hi jagah koi pade hue ho.</w:t>
      </w:r>
    </w:p>
    <w:p>
      <w:pPr>
        <w:jc w:val="right"/>
      </w:pPr>
      <w:r>
        <w:t>طوفان نوح کے بعد re-planning آئی یعنی دنیا میں پھیلو دنیا میں پھیلو ایک ہی جگہ کوئی پڑے ہوئے ہو۔</w:t>
      </w:r>
    </w:p>
    <w:p>
      <w:r>
        <w:rPr>
          <w:b/>
        </w:rPr>
        <w:t xml:space="preserve">[17:57] </w:t>
      </w:r>
      <w:r>
        <w:t>phir aap dekhiye is ke baad jitne waaqeaat hue woh isi tarah ke the.</w:t>
      </w:r>
    </w:p>
    <w:p>
      <w:pPr>
        <w:jc w:val="right"/>
      </w:pPr>
      <w:r>
        <w:t>پھر آپ دیکھیے اس کے بعد جتنے واقعات ہوئے وہ اسی طرح کے تھے۔</w:t>
      </w:r>
    </w:p>
    <w:p>
      <w:r>
        <w:rPr>
          <w:b/>
        </w:rPr>
        <w:t xml:space="preserve">[18:04] </w:t>
      </w:r>
      <w:r>
        <w:t>crusades ke baad logon ne technology ko daryaft kiya.</w:t>
      </w:r>
    </w:p>
    <w:p>
      <w:pPr>
        <w:jc w:val="right"/>
      </w:pPr>
      <w:r>
        <w:t>کروسیڈز کے بعد لوگوں نے ٹیکنالوجی کو دریافت کیا۔</w:t>
      </w:r>
    </w:p>
    <w:p>
      <w:r>
        <w:rPr>
          <w:b/>
        </w:rPr>
        <w:t xml:space="preserve">[18:11] </w:t>
      </w:r>
      <w:r>
        <w:t>kaisi ajeeb baat hai.</w:t>
      </w:r>
    </w:p>
    <w:p>
      <w:pPr>
        <w:jc w:val="right"/>
      </w:pPr>
      <w:r>
        <w:t>کیسی عجیب بات ہے۔</w:t>
      </w:r>
    </w:p>
    <w:p>
      <w:r>
        <w:rPr>
          <w:b/>
        </w:rPr>
        <w:t xml:space="preserve">[18:18] </w:t>
      </w:r>
      <w:r>
        <w:t>kitna bada khazana technology ka nature mein chupa hua tha.</w:t>
      </w:r>
    </w:p>
    <w:p>
      <w:pPr>
        <w:jc w:val="right"/>
      </w:pPr>
      <w:r>
        <w:t>کتنا بڑا خزانہ ٹیکنالوجی کا نیچر میں چھپا ہوا تھا۔</w:t>
      </w:r>
    </w:p>
    <w:p>
      <w:r>
        <w:rPr>
          <w:b/>
        </w:rPr>
        <w:t xml:space="preserve">[18:25] </w:t>
      </w:r>
      <w:r>
        <w:t>woh jang mein haarne ke baad is ko insaan ne khola.</w:t>
      </w:r>
    </w:p>
    <w:p>
      <w:pPr>
        <w:jc w:val="right"/>
      </w:pPr>
      <w:r>
        <w:t>وہ جنگ میں ہارنے کے بعد اس کو انسان نے کھولا۔</w:t>
      </w:r>
    </w:p>
    <w:p>
      <w:r>
        <w:rPr>
          <w:b/>
        </w:rPr>
        <w:t xml:space="preserve">[18:31] </w:t>
      </w:r>
      <w:r>
        <w:t>aise hi dekhiye arab ke sarhad par do bade empire the.</w:t>
      </w:r>
    </w:p>
    <w:p>
      <w:pPr>
        <w:jc w:val="right"/>
      </w:pPr>
      <w:r>
        <w:t>ایسے ہی دیکھیے عرب کے سرحد پر دو بڑے ایمپائر تھے۔</w:t>
      </w:r>
    </w:p>
    <w:p>
      <w:r>
        <w:rPr>
          <w:b/>
        </w:rPr>
        <w:t xml:space="preserve">[18:37] </w:t>
      </w:r>
      <w:r>
        <w:t>do bade empire the.</w:t>
      </w:r>
    </w:p>
    <w:p>
      <w:pPr>
        <w:jc w:val="right"/>
      </w:pPr>
      <w:r>
        <w:t>دو بڑے ایمپائر تھے۔</w:t>
      </w:r>
    </w:p>
    <w:p>
      <w:r>
        <w:rPr>
          <w:b/>
        </w:rPr>
        <w:t xml:space="preserve">[18:44] </w:t>
      </w:r>
      <w:r>
        <w:t>sasani empire aur byzantine empire.</w:t>
      </w:r>
    </w:p>
    <w:p>
      <w:pPr>
        <w:jc w:val="right"/>
      </w:pPr>
      <w:r>
        <w:t>ساسانی ایمپائر اور بازنطینی ایمپائر۔</w:t>
      </w:r>
    </w:p>
    <w:p>
      <w:r>
        <w:rPr>
          <w:b/>
        </w:rPr>
        <w:t xml:space="preserve">[18:50] </w:t>
      </w:r>
      <w:r>
        <w:t>rasool Allah sallallahu alaihi wasallam ne ek da'vati khat bheja kisra ko.</w:t>
      </w:r>
    </w:p>
    <w:p>
      <w:pPr>
        <w:jc w:val="right"/>
      </w:pPr>
      <w:r>
        <w:t>رسول اللہ صلی اللہ علیہ وسلم نے ایک دعوتی خط بھیجا کسری کو۔</w:t>
      </w:r>
    </w:p>
    <w:p>
      <w:r>
        <w:rPr>
          <w:b/>
        </w:rPr>
        <w:t xml:space="preserve">[18:56] </w:t>
      </w:r>
      <w:r>
        <w:t>shah-e-kisra to us ne kya kiya</w:t>
      </w:r>
    </w:p>
    <w:p>
      <w:pPr>
        <w:jc w:val="right"/>
      </w:pPr>
      <w:r>
        <w:t>شاہ شاہ کسری تو اس نے کیا کیا</w:t>
      </w:r>
    </w:p>
    <w:p>
      <w:r>
        <w:rPr>
          <w:b/>
        </w:rPr>
        <w:t xml:space="preserve">[19:02] </w:t>
      </w:r>
      <w:r>
        <w:t>aap ke khat ko phaad kar phenk diya.</w:t>
      </w:r>
    </w:p>
    <w:p>
      <w:pPr>
        <w:jc w:val="right"/>
      </w:pPr>
      <w:r>
        <w:t>آپ کے خط کو پھاڑ کر پھینک دیا۔</w:t>
      </w:r>
    </w:p>
    <w:p>
      <w:r>
        <w:rPr>
          <w:b/>
        </w:rPr>
        <w:t xml:space="preserve">[19:10] </w:t>
      </w:r>
      <w:r>
        <w:t>aur kaha ke 'yak tub ilaihya wa abdi' 'yak tub ilaihya wa abdi' yaani mere mere paas yeh khat bhejta</w:t>
      </w:r>
    </w:p>
    <w:p>
      <w:pPr>
        <w:jc w:val="right"/>
      </w:pPr>
      <w:r>
        <w:t>اور کہا کہ یکتب الیہ و عبدی یکتب الیہ و عبدی یعنی میرے میرے پاس یہ خط بھیجتا</w:t>
      </w:r>
    </w:p>
    <w:p>
      <w:r>
        <w:rPr>
          <w:b/>
        </w:rPr>
        <w:t xml:space="preserve">[19:18] </w:t>
      </w:r>
      <w:r>
        <w:t>hai yeh aadmi haalaanki woh mera ghulam hai woh.</w:t>
      </w:r>
    </w:p>
    <w:p>
      <w:pPr>
        <w:jc w:val="right"/>
      </w:pPr>
      <w:r>
        <w:t>ہے یہ آدمی حالانکہ وہ میرا غلام ہے وہ۔</w:t>
      </w:r>
    </w:p>
    <w:p>
      <w:r>
        <w:rPr>
          <w:b/>
        </w:rPr>
        <w:t xml:space="preserve">[19:26] </w:t>
      </w:r>
      <w:r>
        <w:t>yeh tha jaise koi bomb maar de etta beta bomb maar de.</w:t>
      </w:r>
    </w:p>
    <w:p>
      <w:pPr>
        <w:jc w:val="right"/>
      </w:pPr>
      <w:r>
        <w:t>یہ تھا جیسے کوئی بم مار دے ایٹا بیٹا بم مار دے۔</w:t>
      </w:r>
    </w:p>
    <w:p>
      <w:r>
        <w:rPr>
          <w:b/>
        </w:rPr>
        <w:t xml:space="preserve">[19:33] </w:t>
      </w:r>
      <w:r>
        <w:t>to ahl-e-iman mein aik naya walwala jaaga. hamein islam ko saare area mein phailana hai. aur aap jante hain ke is par islam phaila saare area mein. is tarah se dekhiye yeh first world war aur second world war jo hui wo bhi aik shock tha. is se history mein naya daur aaya.</w:t>
      </w:r>
    </w:p>
    <w:p>
      <w:pPr>
        <w:jc w:val="right"/>
      </w:pPr>
      <w:r>
        <w:t>تو اہل ایمان میں ایک نیا ولولہ جاگا۔ ہمیں اسلام کو سارے ایریا میں پھیلانا ہے۔ اور آپ جانتے ہیں کہ اس پر اسلام پھیلا سارے ایریا میں۔ اس طریقے سے دیکھیے یہ فرسٹ ورلڈ وار اور سیکنڈ ورلڈ وار جو ہوئی وہ بھی ایک shock تھا۔ اس سے history میں نیا دور آیا۔</w:t>
      </w:r>
    </w:p>
    <w:p>
      <w:r>
        <w:rPr>
          <w:b/>
        </w:rPr>
        <w:t xml:space="preserve">[20:03] </w:t>
      </w:r>
      <w:r>
        <w:t>naya daur.</w:t>
      </w:r>
    </w:p>
    <w:p>
      <w:pPr>
        <w:jc w:val="right"/>
      </w:pPr>
      <w:r>
        <w:t>نیا دور۔</w:t>
      </w:r>
    </w:p>
    <w:p>
      <w:r>
        <w:rPr>
          <w:b/>
        </w:rPr>
        <w:t xml:space="preserve">[20:08] </w:t>
      </w:r>
      <w:r>
        <w:t>second world war ke baare mein log yahi samajhte hain ke itna nuksaan hota hai nuksaan bas yahi</w:t>
      </w:r>
    </w:p>
    <w:p>
      <w:pPr>
        <w:jc w:val="right"/>
      </w:pPr>
      <w:r>
        <w:t>سیکنڈ ورلڈ وار کے بارے میں لوگ یہی سمجھتے ہیں کہ اتنا نقصان ہوتا ہے نقصان بس یہی</w:t>
      </w:r>
    </w:p>
    <w:p>
      <w:r>
        <w:rPr>
          <w:b/>
        </w:rPr>
        <w:t xml:space="preserve">[20:12] </w:t>
      </w:r>
      <w:r>
        <w:t>yahi jaante hain.</w:t>
      </w:r>
    </w:p>
    <w:p>
      <w:pPr>
        <w:jc w:val="right"/>
      </w:pPr>
      <w:r>
        <w:t>یہی جانتے ہیں۔</w:t>
      </w:r>
    </w:p>
    <w:p>
      <w:r>
        <w:rPr>
          <w:b/>
        </w:rPr>
        <w:t xml:space="preserve">[20:17] </w:t>
      </w:r>
      <w:r>
        <w:t>lekin second world war jo hai us ne kya kiya woh first world war.</w:t>
      </w:r>
    </w:p>
    <w:p>
      <w:pPr>
        <w:jc w:val="right"/>
      </w:pPr>
      <w:r>
        <w:t>لیکن سیکنڈ ورلڈ وار جو ہے اس نے کیا کیا وہ فرسٹ ورلڈ وار۔</w:t>
      </w:r>
    </w:p>
    <w:p>
      <w:r>
        <w:rPr>
          <w:b/>
        </w:rPr>
        <w:t xml:space="preserve">[20:21] </w:t>
      </w:r>
      <w:r>
        <w:t>yaani first world war ke baad dunya mein aviation ka zamana aaya jahaz ka zamana.</w:t>
      </w:r>
    </w:p>
    <w:p>
      <w:pPr>
        <w:jc w:val="right"/>
      </w:pPr>
      <w:r>
        <w:t>یعنی فرسٹ ورلڈ وار کے بعد دنیا میں ایوی ایشن کا زمانہ آیا ہوا جہاز کا زمانہ۔</w:t>
      </w:r>
    </w:p>
    <w:p>
      <w:r>
        <w:rPr>
          <w:b/>
        </w:rPr>
        <w:t xml:space="preserve">[20:25] </w:t>
      </w:r>
      <w:r>
        <w:t>second world war ke baad communication ka zamana aaya.</w:t>
      </w:r>
    </w:p>
    <w:p>
      <w:pPr>
        <w:jc w:val="right"/>
      </w:pPr>
      <w:r>
        <w:t>سیکنڈ ورلڈ وار کے بعد کمیونیکیشن کا زمانہ آیا۔</w:t>
      </w:r>
    </w:p>
    <w:p>
      <w:r>
        <w:rPr>
          <w:b/>
        </w:rPr>
        <w:t xml:space="preserve">[20:30] </w:t>
      </w:r>
      <w:r>
        <w:t>saari jo taraqqiyan hui hain</w:t>
      </w:r>
    </w:p>
    <w:p>
      <w:pPr>
        <w:jc w:val="right"/>
      </w:pPr>
      <w:r>
        <w:t>ساری جو ترقیاں ہوئی ہیں</w:t>
      </w:r>
    </w:p>
    <w:p>
      <w:r>
        <w:rPr>
          <w:b/>
        </w:rPr>
        <w:t xml:space="preserve">[20:34] </w:t>
      </w:r>
      <w:r>
        <w:t>aviation mein aur communication mein woh sab first world war aur second world war ke baad hui hain.</w:t>
      </w:r>
    </w:p>
    <w:p>
      <w:pPr>
        <w:jc w:val="right"/>
      </w:pPr>
      <w:r>
        <w:t>ایوی ایشن میں اور کمیونیکیشن میں وہ سب فرسٹ ورلڈ وار اور سیکنڈ ورلڈ وار کے بعد ہوئی ہیں۔</w:t>
      </w:r>
    </w:p>
    <w:p>
      <w:r>
        <w:rPr>
          <w:b/>
        </w:rPr>
        <w:t xml:space="preserve">[20:42] </w:t>
      </w:r>
      <w:r>
        <w:t>aise hi dekhiye forty seven mein jo taqseem hui aur Pakistan bana.</w:t>
      </w:r>
    </w:p>
    <w:p>
      <w:pPr>
        <w:jc w:val="right"/>
      </w:pPr>
      <w:r>
        <w:t>ایسے ہی دیکھیے forty seven میں جو تقسیم ہوئی اور پاکستان بنا۔</w:t>
      </w:r>
    </w:p>
    <w:p>
      <w:r>
        <w:rPr>
          <w:b/>
        </w:rPr>
        <w:t xml:space="preserve">[20:49] </w:t>
      </w:r>
      <w:r>
        <w:t>aur Kashmir ka masla paida hua woh bhi ek historical shock tha.</w:t>
      </w:r>
    </w:p>
    <w:p>
      <w:pPr>
        <w:jc w:val="right"/>
      </w:pPr>
      <w:r>
        <w:t>اور کشمیر کا مسئلہ پیدا ہوا وہ بھی ایک historical shock تھا۔</w:t>
      </w:r>
    </w:p>
    <w:p>
      <w:r>
        <w:rPr>
          <w:b/>
        </w:rPr>
        <w:t xml:space="preserve">[20:57] </w:t>
      </w:r>
      <w:r>
        <w:t>lekin hamare leader jo the us se sirf negative khurak liya unhon ne bas hate</w:t>
      </w:r>
    </w:p>
    <w:p>
      <w:pPr>
        <w:jc w:val="right"/>
      </w:pPr>
      <w:r>
        <w:t>لیکن ہمارے لیڈر جو تھے اس سے صرف negative خوراک لیا انہوں نے بس hate</w:t>
      </w:r>
    </w:p>
    <w:p>
      <w:r>
        <w:rPr>
          <w:b/>
        </w:rPr>
        <w:t xml:space="preserve">[21:04] </w:t>
      </w:r>
      <w:r>
        <w:t>India hate India hate India.</w:t>
      </w:r>
    </w:p>
    <w:p>
      <w:pPr>
        <w:jc w:val="right"/>
      </w:pPr>
      <w:r>
        <w:t>انڈیا hate انڈیا hate انڈیا۔</w:t>
      </w:r>
    </w:p>
    <w:p>
      <w:r>
        <w:rPr>
          <w:b/>
        </w:rPr>
        <w:t xml:space="preserve">[21:09] </w:t>
      </w:r>
      <w:r>
        <w:t>nahin woh re-planning karna tha re-planning.</w:t>
      </w:r>
    </w:p>
    <w:p>
      <w:pPr>
        <w:jc w:val="right"/>
      </w:pPr>
      <w:r>
        <w:t>نہیں وہ re-planning کرنا تھا re-planning۔</w:t>
      </w:r>
    </w:p>
    <w:p>
      <w:r>
        <w:rPr>
          <w:b/>
        </w:rPr>
        <w:t xml:space="preserve">[21:14] </w:t>
      </w:r>
      <w:r>
        <w:t>is upheaval ke baad is ukheer pachheer ke baad is toofan ke baad jo forty seven mein aaya tha.</w:t>
      </w:r>
    </w:p>
    <w:p>
      <w:pPr>
        <w:jc w:val="right"/>
      </w:pPr>
      <w:r>
        <w:t>اس اپیئر کے بعد اس اکھیڑ پچھاڑ کے بعد اس طوفان کے بعد جو forty seven میں آیا تھا۔</w:t>
      </w:r>
    </w:p>
    <w:p>
      <w:r>
        <w:rPr>
          <w:b/>
        </w:rPr>
        <w:t xml:space="preserve">[21:20] </w:t>
      </w:r>
      <w:r>
        <w:t>hamare leaderon ko chahiye tha ke re-planning karein.</w:t>
      </w:r>
    </w:p>
    <w:p>
      <w:pPr>
        <w:jc w:val="right"/>
      </w:pPr>
      <w:r>
        <w:t>ہمارے لیڈروں کو چاہیے تھا کہ re-planning کریں۔</w:t>
      </w:r>
    </w:p>
    <w:p>
      <w:r>
        <w:rPr>
          <w:b/>
        </w:rPr>
        <w:t xml:space="preserve">[21:25] </w:t>
      </w:r>
      <w:r>
        <w:t>phir se sochein.</w:t>
      </w:r>
    </w:p>
    <w:p>
      <w:pPr>
        <w:jc w:val="right"/>
      </w:pPr>
      <w:r>
        <w:t>پھر سے سوچیں۔</w:t>
      </w:r>
    </w:p>
    <w:p>
      <w:r>
        <w:rPr>
          <w:b/>
        </w:rPr>
        <w:t xml:space="preserve">[21:30] </w:t>
      </w:r>
      <w:r>
        <w:t>to poora jo jis ko main ne kaha ke Middle East Middle East ke poore ilaqa</w:t>
      </w:r>
    </w:p>
    <w:p>
      <w:pPr>
        <w:jc w:val="right"/>
      </w:pPr>
      <w:r>
        <w:t>تو پورا جو جس کو میں نے کہا کہ مڈل ایسٹ مڈل ایسٹ کے پورے علاق</w:t>
      </w:r>
    </w:p>
    <w:p>
      <w:r>
        <w:rPr>
          <w:b/>
        </w:rPr>
        <w:t xml:space="preserve">[21:35] </w:t>
      </w:r>
      <w:r>
        <w:t>e ke woh leader ban jaate.</w:t>
      </w:r>
    </w:p>
    <w:p>
      <w:pPr>
        <w:jc w:val="right"/>
      </w:pPr>
      <w:r>
        <w:t>ے کے وہ لیڈر بن جاتے۔</w:t>
      </w:r>
    </w:p>
    <w:p>
      <w:r>
        <w:rPr>
          <w:b/>
        </w:rPr>
        <w:t xml:space="preserve">[21:40] </w:t>
      </w:r>
      <w:r>
        <w:t>Pakistan poore Middle East ka leader ban jaata.</w:t>
      </w:r>
    </w:p>
    <w:p>
      <w:pPr>
        <w:jc w:val="right"/>
      </w:pPr>
      <w:r>
        <w:t>پاکستان پورے مڈل ایسٹ کا لیڈر بن جاتا۔</w:t>
      </w:r>
    </w:p>
    <w:p>
      <w:r>
        <w:rPr>
          <w:b/>
        </w:rPr>
        <w:t xml:space="preserve">[21:45] </w:t>
      </w:r>
      <w:r>
        <w:t>wahan dawat ki planning hoti.</w:t>
      </w:r>
    </w:p>
    <w:p>
      <w:pPr>
        <w:jc w:val="right"/>
      </w:pPr>
      <w:r>
        <w:t>وہاں دعوت کی پلاننگ ہوتی۔</w:t>
      </w:r>
    </w:p>
    <w:p>
      <w:r>
        <w:rPr>
          <w:b/>
        </w:rPr>
        <w:t xml:space="preserve">[21:50] </w:t>
      </w:r>
      <w:r>
        <w:t>aaj jo message aaya hai woh pehle aa chuka hota.</w:t>
      </w:r>
    </w:p>
    <w:p>
      <w:pPr>
        <w:jc w:val="right"/>
      </w:pPr>
      <w:r>
        <w:t>آج جو message آیا ہے وہ پہلے آ چکا ہوتا۔</w:t>
      </w:r>
    </w:p>
    <w:p>
      <w:r>
        <w:rPr>
          <w:b/>
        </w:rPr>
        <w:t xml:space="preserve">[21:55] </w:t>
      </w:r>
      <w:r>
        <w:t>aur poore Middle East mein dawat phail jaati.</w:t>
      </w:r>
    </w:p>
    <w:p>
      <w:pPr>
        <w:jc w:val="right"/>
      </w:pPr>
      <w:r>
        <w:t>اور پورے مڈل ایسٹ میں دعوت پھیل جاتی۔</w:t>
      </w:r>
    </w:p>
    <w:p>
      <w:r>
        <w:rPr>
          <w:b/>
        </w:rPr>
        <w:t xml:space="preserve">[22:01] </w:t>
      </w:r>
      <w:r>
        <w:t>lekin bas hate India hate India hate India is ke siwa kuch jaane hi nahin.</w:t>
      </w:r>
    </w:p>
    <w:p>
      <w:pPr>
        <w:jc w:val="right"/>
      </w:pPr>
      <w:r>
        <w:t>لیکن بس hate انڈیا hate انڈیا hate انڈیا اس کے سوا کچھ جانے ہی نہیں۔</w:t>
      </w:r>
    </w:p>
    <w:p>
      <w:r>
        <w:rPr>
          <w:b/>
        </w:rPr>
        <w:t xml:space="preserve">[22:06] </w:t>
      </w:r>
      <w:r>
        <w:t>chaar ladaiyan in logon ne keen lekin in vain be be be faida.</w:t>
      </w:r>
    </w:p>
    <w:p>
      <w:pPr>
        <w:jc w:val="right"/>
      </w:pPr>
      <w:r>
        <w:t>چار لڑائیاں ان لوگوں نے کیں لیکن ان وین بے بے بے فائدہ۔</w:t>
      </w:r>
    </w:p>
    <w:p>
      <w:r>
        <w:rPr>
          <w:b/>
        </w:rPr>
        <w:t xml:space="preserve">[22:11] </w:t>
      </w:r>
      <w:r>
        <w:t>to is ko samjhiye ke samjhiye ke khaliq ki planning kya hai.</w:t>
      </w:r>
    </w:p>
    <w:p>
      <w:pPr>
        <w:jc w:val="right"/>
      </w:pPr>
      <w:r>
        <w:t>تو اس کو سمجھیے کہ سمجھیے کہ خالق کی پلاننگ کیا ہے۔</w:t>
      </w:r>
    </w:p>
    <w:p>
      <w:r>
        <w:rPr>
          <w:b/>
        </w:rPr>
        <w:t xml:space="preserve">[22:15] </w:t>
      </w:r>
      <w:r>
        <w:t>is ko samjhiye.</w:t>
      </w:r>
    </w:p>
    <w:p>
      <w:pPr>
        <w:jc w:val="right"/>
      </w:pPr>
      <w:r>
        <w:t>اس کو سمجھیے۔</w:t>
      </w:r>
    </w:p>
    <w:p>
      <w:r>
        <w:rPr>
          <w:b/>
        </w:rPr>
        <w:t xml:space="preserve">[22:20] </w:t>
      </w:r>
      <w:r>
        <w:t>jo creator hai jo khaliq hai.</w:t>
      </w:r>
    </w:p>
    <w:p>
      <w:pPr>
        <w:jc w:val="right"/>
      </w:pPr>
      <w:r>
        <w:t>جو creator ہے جو خالق ہے۔</w:t>
      </w:r>
    </w:p>
    <w:p>
      <w:r>
        <w:rPr>
          <w:b/>
        </w:rPr>
        <w:t xml:space="preserve">[22:25] </w:t>
      </w:r>
      <w:r>
        <w:t>jo itni badi universe ko chala raha hai.</w:t>
      </w:r>
    </w:p>
    <w:p>
      <w:pPr>
        <w:jc w:val="right"/>
      </w:pPr>
      <w:r>
        <w:t>جو اتنی بڑی یونیورس کو چلا رہا ہے۔</w:t>
      </w:r>
    </w:p>
    <w:p>
      <w:r>
        <w:rPr>
          <w:b/>
        </w:rPr>
        <w:t xml:space="preserve">[22:29] </w:t>
      </w:r>
      <w:r>
        <w:t>jo khallaq hai jo razzaq hai jo aalim hai.</w:t>
      </w:r>
    </w:p>
    <w:p>
      <w:pPr>
        <w:jc w:val="right"/>
      </w:pPr>
      <w:r>
        <w:t>جو خلاق ہے جو رزاق ہے جو علام ہے۔</w:t>
      </w:r>
    </w:p>
    <w:p>
      <w:r>
        <w:rPr>
          <w:b/>
        </w:rPr>
        <w:t xml:space="preserve">[22:34] </w:t>
      </w:r>
      <w:r>
        <w:t>us ki us ka us ki soch kya hai.</w:t>
      </w:r>
    </w:p>
    <w:p>
      <w:pPr>
        <w:jc w:val="right"/>
      </w:pPr>
      <w:r>
        <w:t>اس کی اس کا اس کی سوچ کیا ہے۔</w:t>
      </w:r>
    </w:p>
    <w:p>
      <w:r>
        <w:rPr>
          <w:b/>
        </w:rPr>
        <w:t xml:space="preserve">[22:38] </w:t>
      </w:r>
      <w:r>
        <w:t>us ki soch yahi ke bade bade waqiyat jo hote hain tareekh mein maslan ladai ke waqiyat is</w:t>
      </w:r>
    </w:p>
    <w:p>
      <w:pPr>
        <w:jc w:val="right"/>
      </w:pPr>
      <w:r>
        <w:t>اس کی سوچ یہی کہ بڑے بڑے واقعات جو ہوتے ہیں تاریخ میں مثلاً لڑائی کے واقعات اس</w:t>
      </w:r>
    </w:p>
    <w:p>
      <w:r>
        <w:rPr>
          <w:b/>
        </w:rPr>
        <w:t xml:space="preserve">[22:45] </w:t>
      </w:r>
      <w:r>
        <w:t>se insani dimagh mein hulchul paida karna hulchul.</w:t>
      </w:r>
    </w:p>
    <w:p>
      <w:pPr>
        <w:jc w:val="right"/>
      </w:pPr>
      <w:r>
        <w:t>سے انسانی دماغ میں ہلچل پیدا کرنا ہلچل۔</w:t>
      </w:r>
    </w:p>
    <w:p>
      <w:r>
        <w:rPr>
          <w:b/>
        </w:rPr>
        <w:t xml:space="preserve">[22:51] </w:t>
      </w:r>
      <w:r>
        <w:t>brainstorming kara lana.</w:t>
      </w:r>
    </w:p>
    <w:p>
      <w:pPr>
        <w:jc w:val="right"/>
      </w:pPr>
      <w:r>
        <w:t>برین اسٹارمنگ کرلانا۔</w:t>
      </w:r>
    </w:p>
    <w:p>
      <w:r>
        <w:rPr>
          <w:b/>
        </w:rPr>
        <w:t xml:space="preserve">[22:58] </w:t>
      </w:r>
      <w:r>
        <w:t>insaan ke soche hue khaane jo hain woh soye hue insaan ke jo soye hue khaane hain is ko jagaana.</w:t>
      </w:r>
    </w:p>
    <w:p>
      <w:pPr>
        <w:jc w:val="right"/>
      </w:pPr>
      <w:r>
        <w:t>انسان کے سوچے ہوئے خانے جو ہیں وہ سوئے ہوئے انسان کے جو سوئے ہوئے خانے ہیں اس کو جگانا۔</w:t>
      </w:r>
    </w:p>
    <w:p>
      <w:r>
        <w:rPr>
          <w:b/>
        </w:rPr>
        <w:t xml:space="preserve">[23:04] </w:t>
      </w:r>
      <w:r>
        <w:t>taake insaan phir se soche insaan re-planning kare.</w:t>
      </w:r>
    </w:p>
    <w:p>
      <w:pPr>
        <w:jc w:val="right"/>
      </w:pPr>
      <w:r>
        <w:t>تاکہ انسان پھر سے سوچے انسان re-planning کرے۔</w:t>
      </w:r>
    </w:p>
    <w:p>
      <w:r>
        <w:rPr>
          <w:b/>
        </w:rPr>
        <w:t xml:space="preserve">[23:11] </w:t>
      </w:r>
      <w:r>
        <w:t>aur allah taala ka aik bohat ajeeb ghareeb yeh aik muamla hai ke secular logon mein namoone qaim karta hai. yeh hadees bhi bohat ajeeb hadees hai yeh. sab kitabon mein aayi hai. ke allah non muslim qomon ke zariye zariye islam ki taeed karega. yeh har kitab mein hai bukhari</w:t>
      </w:r>
    </w:p>
    <w:p>
      <w:pPr>
        <w:jc w:val="right"/>
      </w:pPr>
      <w:r>
        <w:t>اور اللہ تعالیٰ کا ایک بہت عجیب غریب یہ ایک معاملہ ہے کہ سیکولر لوگوں میں نمونے قائم کرتا ہے۔ یہ حدیث بھی بہت عجیب حدیث ہے یہ۔ سب کتابوں میں آئی ہے۔ کہ اللہ نان مسلم قوموں کے ذریعے ذریعے اسلام کی تائید کرے گا۔ یہ ہر کتاب میں ہے بخ</w:t>
      </w:r>
    </w:p>
    <w:p>
      <w:r>
        <w:rPr>
          <w:b/>
        </w:rPr>
        <w:t xml:space="preserve">[23:41] </w:t>
      </w:r>
      <w:r>
        <w:t>mein hai muslim mein har kitab mein ke allah non muslim qomon ke zariye islam ki taeed karega. wo yahi to hai. yahi to hai. ke wo rasta dikhayenge. non muslim qomein aap ko rasta dikhayengi. ke aap dekhiye germany ko dekhiye second world war mein wo haar gaya. lekin p</w:t>
      </w:r>
    </w:p>
    <w:p>
      <w:pPr>
        <w:jc w:val="right"/>
      </w:pPr>
      <w:r>
        <w:t>اری میں ہے مسلم میں ہر کتاب میں کہ اللہ نان مسلم قوموں کے ذریعے اسلام کی تائید کرے گا۔ وہ یہی تو ہے۔ یہی تو ہے۔ کہ وہ راستہ دکھائیں گے۔ نان مسلم قومیں آپ کو راستہ دکھائیں گی۔ کہ آپ دیکھیے جرمنی کو دیکھیے سیکنڈ ورلڈ وار میں وہ ہار گیا۔ لیکن پ</w:t>
      </w:r>
    </w:p>
    <w:p>
      <w:r>
        <w:rPr>
          <w:b/>
        </w:rPr>
        <w:t xml:space="preserve">[24:11] </w:t>
      </w:r>
      <w:r>
        <w:t>har kya hua germany ke baqi maada ilaaqa germany ke baqi maada ilaaqe par unhon ne planning ki. yani toot toot third unhon ne kho diya tha. one third baqi tha. germany walon ne apne mulk ka two third kho diya tha second world war ke baad. two third</w:t>
      </w:r>
    </w:p>
    <w:p>
      <w:pPr>
        <w:jc w:val="right"/>
      </w:pPr>
      <w:r>
        <w:t>ھر کیا ہوا جرمنی کے باقی مادہ علاقہ جرمنی کے باقی مادہ علاقے پر انہوں نے پلاننگ کی۔ یعنی ٹوٹ ٹوٹ تھرڈ انہوں نے کھو دیا تھا۔ ون تھرڈ باقی تھا۔ جرمنی والوں نے اپنے ملک کا ٹو تھرڈ کھو دیا تھا سیکنڈ ورلڈ وار کے بعد۔ ٹو تھر</w:t>
      </w:r>
    </w:p>
    <w:p>
      <w:r>
        <w:rPr>
          <w:b/>
        </w:rPr>
        <w:t xml:space="preserve">[24:41] </w:t>
      </w:r>
      <w:r>
        <w:t>d baqi tha. to is baqi maada ilaqay par unhon nay planning ki. aur aaj germany dunya ka bohat hi zabardast taraqqi yafta mulk bana hua hai. yeh mamla japan kay sath hua. japan ka bhi khoya hua japan nay bhi bohat kuch khoya tha. to baqi maada japan par unhon nay unhon nay planning ki. aur zabardast kamyabi</w:t>
      </w:r>
    </w:p>
    <w:p>
      <w:pPr>
        <w:jc w:val="right"/>
      </w:pPr>
      <w:r>
        <w:t>ڈ باقی تھا۔ تو اس باقی مادہ علاقے پر انہوں نے پلاننگ کی۔ اور آج جرمنی دنیا کا بہت ہی زبردست ترقی یافتہ ملک بنا ہوا ہے۔ یہ معاملہ جاپان کے ساتھ ہوا۔ جاپان کا بھی کھویا ہوا جاپان نے بھی بہت کچھ کھویا تھا۔ تو باقی مادہ جاپان پر انہوں نے انہوں نے پلاننگ کی۔ اور زبردست کامیابی</w:t>
      </w:r>
    </w:p>
    <w:p>
      <w:r>
        <w:rPr>
          <w:b/>
        </w:rPr>
        <w:t xml:space="preserve">[25:11] </w:t>
      </w:r>
      <w:r>
        <w:t>haasil ki.</w:t>
      </w:r>
    </w:p>
    <w:p>
      <w:pPr>
        <w:jc w:val="right"/>
      </w:pPr>
      <w:r>
        <w:t>حاصل کی۔</w:t>
      </w:r>
    </w:p>
    <w:p>
      <w:r>
        <w:rPr>
          <w:b/>
        </w:rPr>
        <w:t xml:space="preserve">[25:17] </w:t>
      </w:r>
      <w:r>
        <w:t>yahi karna tha hum ko india mein pakistan mein falasteen mein har jagah.</w:t>
      </w:r>
    </w:p>
    <w:p>
      <w:pPr>
        <w:jc w:val="right"/>
      </w:pPr>
      <w:r>
        <w:t>یہی کرنا تھا ہم کو انڈیا میں پاکستان میں فلسطین میں ہر جگہ۔</w:t>
      </w:r>
    </w:p>
    <w:p>
      <w:r>
        <w:rPr>
          <w:b/>
        </w:rPr>
        <w:t xml:space="preserve">[25:24] </w:t>
      </w:r>
      <w:r>
        <w:t>har jagah yahi hua ke kuch ilaake kho diya.</w:t>
      </w:r>
    </w:p>
    <w:p>
      <w:pPr>
        <w:jc w:val="right"/>
      </w:pPr>
      <w:r>
        <w:t>ہر جگہ یہی ہوا کہ کچھ علاقے کھو دیا۔</w:t>
      </w:r>
    </w:p>
    <w:p>
      <w:r>
        <w:rPr>
          <w:b/>
        </w:rPr>
        <w:t xml:space="preserve">[25:30] </w:t>
      </w:r>
      <w:r>
        <w:t>bangla desh pakistan india jitne bhi ilaake musalmanon ke hain falasteen kuch hissa un ka khoya gaya.</w:t>
      </w:r>
    </w:p>
    <w:p>
      <w:pPr>
        <w:jc w:val="right"/>
      </w:pPr>
      <w:r>
        <w:t>بنگلہ دیش پاکستان انڈیا جتنے بھی علاقے مسلمانوں کے ہیں فلسطین کچھ حصہ ان کا کھویا گیا۔</w:t>
      </w:r>
    </w:p>
    <w:p>
      <w:r>
        <w:rPr>
          <w:b/>
        </w:rPr>
        <w:t xml:space="preserve">[25:37] </w:t>
      </w:r>
      <w:r>
        <w:t>bas isi ke shikaayat isi ka</w:t>
      </w:r>
    </w:p>
    <w:p>
      <w:pPr>
        <w:jc w:val="right"/>
      </w:pPr>
      <w:r>
        <w:t>بس اسی کے شکایت اسی کا</w:t>
      </w:r>
    </w:p>
    <w:p>
      <w:r>
        <w:rPr>
          <w:b/>
        </w:rPr>
        <w:t xml:space="preserve">[25:43] </w:t>
      </w:r>
      <w:r>
        <w:t>le kar ke maatam saraai bas aur kuch doosra kaam nahi kiya musalmanon ne is poori muddat mein.</w:t>
      </w:r>
    </w:p>
    <w:p>
      <w:pPr>
        <w:jc w:val="right"/>
      </w:pPr>
      <w:r>
        <w:t>لے کر کے ماتم سرائی بس اور کچھ دوسرا کام نہیں کیا مسلمانوں نے اس پوری مدت میں۔</w:t>
      </w:r>
    </w:p>
    <w:p>
      <w:r>
        <w:rPr>
          <w:b/>
        </w:rPr>
        <w:t xml:space="preserve">[25:51] </w:t>
      </w:r>
      <w:r>
        <w:t>nafrat nafrat nafrat yeh jo dushman hain sab dushman hain sab dushman hain.</w:t>
      </w:r>
    </w:p>
    <w:p>
      <w:pPr>
        <w:jc w:val="right"/>
      </w:pPr>
      <w:r>
        <w:t>نفرت نفرت نفرت یہ جو دشمن ہیں سب دشمن ہیں سب دشمن ہیں۔</w:t>
      </w:r>
    </w:p>
    <w:p>
      <w:r>
        <w:rPr>
          <w:b/>
        </w:rPr>
        <w:t xml:space="preserve">[25:58] </w:t>
      </w:r>
      <w:r>
        <w:t>yaad rakhiye har jang kuch cheezein aapse chheenti hai.</w:t>
      </w:r>
    </w:p>
    <w:p>
      <w:pPr>
        <w:jc w:val="right"/>
      </w:pPr>
      <w:r>
        <w:t>یاد رکھیے ہر جنگ کچھ چیزیں آپ سے چھینتی ہے۔</w:t>
      </w:r>
    </w:p>
    <w:p>
      <w:r>
        <w:rPr>
          <w:b/>
        </w:rPr>
        <w:t xml:space="preserve">[26:06] </w:t>
      </w:r>
      <w:r>
        <w:t>lekin zyaada badi cheezein aap ko de deti hai. yeh</w:t>
      </w:r>
    </w:p>
    <w:p>
      <w:pPr>
        <w:jc w:val="right"/>
      </w:pPr>
      <w:r>
        <w:t>لیکن زیادہ بڑی چیزیں آپ کو دے دیتی ہے۔ یہ</w:t>
      </w:r>
    </w:p>
    <w:p>
      <w:r>
        <w:rPr>
          <w:b/>
        </w:rPr>
        <w:t xml:space="preserve">[26:13] </w:t>
      </w:r>
      <w:r>
        <w:t>jaise jarmani ne ise chheena jang ne lekin is se badi cheez de di.</w:t>
      </w:r>
    </w:p>
    <w:p>
      <w:pPr>
        <w:jc w:val="right"/>
      </w:pPr>
      <w:r>
        <w:t>جیسے جرمنی نے اسے چھینا جنگ نے لیکن اس سے بڑی چیز دے دی۔</w:t>
      </w:r>
    </w:p>
    <w:p>
      <w:r>
        <w:rPr>
          <w:b/>
        </w:rPr>
        <w:t xml:space="preserve">[26:21] </w:t>
      </w:r>
      <w:r>
        <w:t>japan se chheena jang ne is se badi cheez de di is ko.</w:t>
      </w:r>
    </w:p>
    <w:p>
      <w:pPr>
        <w:jc w:val="right"/>
      </w:pPr>
      <w:r>
        <w:t>جاپان سے چھینا جنگ نے اس سے بڑی چیز دے دی اس کو۔</w:t>
      </w:r>
    </w:p>
    <w:p>
      <w:r>
        <w:rPr>
          <w:b/>
        </w:rPr>
        <w:t xml:space="preserve">[26:28] </w:t>
      </w:r>
      <w:r>
        <w:t>khud islam ki tareekh mein dekhiye surah hudaybiya jo hui thi us mein fareeq saani ne aap se</w:t>
      </w:r>
    </w:p>
    <w:p>
      <w:pPr>
        <w:jc w:val="right"/>
      </w:pPr>
      <w:r>
        <w:t>خود اسلام کی تاریخ میں دیکھیے سورہ حدیبیہ جو ہوئی تھی اس میں فریق ثانی نے آپ سے</w:t>
      </w:r>
    </w:p>
    <w:p>
      <w:r>
        <w:rPr>
          <w:b/>
        </w:rPr>
        <w:t xml:space="preserve">[26:36] </w:t>
      </w:r>
      <w:r>
        <w:t>chheena tha lafz rasool yaani kaaghaz par</w:t>
      </w:r>
    </w:p>
    <w:p>
      <w:pPr>
        <w:jc w:val="right"/>
      </w:pPr>
      <w:r>
        <w:t>چھینا تھا لفظ رسول یعنی کاغذ پر</w:t>
      </w:r>
    </w:p>
    <w:p>
      <w:r>
        <w:rPr>
          <w:b/>
        </w:rPr>
        <w:t xml:space="preserve">[26:43] </w:t>
      </w:r>
      <w:r>
        <w:t>likha hua rasool Allah mein kaha ke mitao is ko.</w:t>
      </w:r>
    </w:p>
    <w:p>
      <w:pPr>
        <w:jc w:val="right"/>
      </w:pPr>
      <w:r>
        <w:t>لکھا ہوا رسول اللہ میں کہا کہ مٹاؤ اس کو۔</w:t>
      </w:r>
    </w:p>
    <w:p>
      <w:r>
        <w:rPr>
          <w:b/>
        </w:rPr>
        <w:t xml:space="preserve">[26:49] </w:t>
      </w:r>
      <w:r>
        <w:t>aur mitaana pada.</w:t>
      </w:r>
    </w:p>
    <w:p>
      <w:pPr>
        <w:jc w:val="right"/>
      </w:pPr>
      <w:r>
        <w:t>اور مٹانا پڑا۔</w:t>
      </w:r>
    </w:p>
    <w:p>
      <w:r>
        <w:rPr>
          <w:b/>
        </w:rPr>
        <w:t xml:space="preserve">[26:54] </w:t>
      </w:r>
      <w:r>
        <w:t>lekin kya hua ana fatan ka fatah mubeen yaani kaaghaz par mitaane par majboor kiya unhone saare</w:t>
      </w:r>
    </w:p>
    <w:p>
      <w:pPr>
        <w:jc w:val="right"/>
      </w:pPr>
      <w:r>
        <w:t>لیکن کیا ہوا انا فتان کا فتح مبینا یعنی کاغذ پر مٹانے پر مجبور کیا انہوں نے سارے</w:t>
      </w:r>
    </w:p>
    <w:p>
      <w:r>
        <w:rPr>
          <w:b/>
        </w:rPr>
        <w:t xml:space="preserve">[26:59] </w:t>
      </w:r>
      <w:r>
        <w:t>aalam mein woh lafz likha gaya phir woh.</w:t>
      </w:r>
    </w:p>
    <w:p>
      <w:pPr>
        <w:jc w:val="right"/>
      </w:pPr>
      <w:r>
        <w:t>عالم میں وہ لفظ لکھا گیا پھر وہ۔</w:t>
      </w:r>
    </w:p>
    <w:p>
      <w:r>
        <w:rPr>
          <w:b/>
        </w:rPr>
        <w:t xml:space="preserve">[27:04] </w:t>
      </w:r>
      <w:r>
        <w:t>rasool Allah ka lafz kaaghaz par mitaya tha unhone lekin phir kya hua re planning ki musalmanon</w:t>
      </w:r>
    </w:p>
    <w:p>
      <w:pPr>
        <w:jc w:val="right"/>
      </w:pPr>
      <w:r>
        <w:t>رسول اللہ کا لفظ کاغذ پر مٹایا تھا انہوں نے لیکن پھر کیا ہوا ری پلاننگ کی مسلمانوں</w:t>
      </w:r>
    </w:p>
    <w:p>
      <w:r>
        <w:rPr>
          <w:b/>
        </w:rPr>
        <w:t xml:space="preserve">[27:09] </w:t>
      </w:r>
      <w:r>
        <w:t>ne re planning</w:t>
      </w:r>
    </w:p>
    <w:p>
      <w:pPr>
        <w:jc w:val="right"/>
      </w:pPr>
      <w:r>
        <w:t>نے ری پلاننگ</w:t>
      </w:r>
    </w:p>
    <w:p>
      <w:r>
        <w:rPr>
          <w:b/>
        </w:rPr>
        <w:t xml:space="preserve">[27:14] </w:t>
      </w:r>
      <w:r>
        <w:t>aur rasool Allah ka lafz saare aalam mein likha gaya.</w:t>
      </w:r>
    </w:p>
    <w:p>
      <w:pPr>
        <w:jc w:val="right"/>
      </w:pPr>
      <w:r>
        <w:t>اور رسول اللہ کا لفظ سارے عالم میں لکھا گیا۔</w:t>
      </w:r>
    </w:p>
    <w:p>
      <w:r>
        <w:rPr>
          <w:b/>
        </w:rPr>
        <w:t xml:space="preserve">[27:20] </w:t>
      </w:r>
      <w:r>
        <w:t>toh sab se badi kami yeh nahi ke hamare dushman hain chaaron taraf jitne musalman leader hain likhne</w:t>
      </w:r>
    </w:p>
    <w:p>
      <w:pPr>
        <w:jc w:val="right"/>
      </w:pPr>
      <w:r>
        <w:t>تو سب سے بڑی کمی یہ نہیں کہ ہمارے دشمن ہیں چاروں طرف جتنے مسلمان لیڈر ہیں لکھنے</w:t>
      </w:r>
    </w:p>
    <w:p>
      <w:r>
        <w:rPr>
          <w:b/>
        </w:rPr>
        <w:t xml:space="preserve">[27:26] </w:t>
      </w:r>
      <w:r>
        <w:t>والے بولنے والے وہ یہی کہتے ہیں کہ ہم we are under siege, we are under siege. ہم</w:t>
      </w:r>
    </w:p>
    <w:p>
      <w:pPr>
        <w:jc w:val="right"/>
      </w:pPr>
      <w:r>
        <w:t>والے بولنے والے وہ یہی کہتے ہیں کہ ہم وی ار انڈر سیج وی ار انڈر سیج ہم</w:t>
      </w:r>
    </w:p>
    <w:p>
      <w:r>
        <w:rPr>
          <w:b/>
        </w:rPr>
        <w:t xml:space="preserve">[27:33] </w:t>
      </w:r>
      <w:r>
        <w:t>dushman se ghare hue hain.</w:t>
      </w:r>
    </w:p>
    <w:p>
      <w:pPr>
        <w:jc w:val="right"/>
      </w:pPr>
      <w:r>
        <w:t>دشمن سے گھرے ہوئے ہیں۔</w:t>
      </w:r>
    </w:p>
    <w:p>
      <w:r>
        <w:rPr>
          <w:b/>
        </w:rPr>
        <w:t xml:space="preserve">[27:39] </w:t>
      </w:r>
      <w:r>
        <w:t>bilkul bes leys baat hai bes leys</w:t>
      </w:r>
    </w:p>
    <w:p>
      <w:pPr>
        <w:jc w:val="right"/>
      </w:pPr>
      <w:r>
        <w:t>بالکل بیس لیس بات ہے بیس لیس</w:t>
      </w:r>
    </w:p>
    <w:p>
      <w:r>
        <w:rPr>
          <w:b/>
        </w:rPr>
        <w:t xml:space="preserve">[27:45] </w:t>
      </w:r>
      <w:r>
        <w:t>bees les baat hai.</w:t>
      </w:r>
    </w:p>
    <w:p>
      <w:pPr>
        <w:jc w:val="right"/>
      </w:pPr>
      <w:r>
        <w:t>بیس لیس بات ہے۔</w:t>
      </w:r>
    </w:p>
    <w:p>
      <w:r>
        <w:rPr>
          <w:b/>
        </w:rPr>
        <w:t xml:space="preserve">[27:52] </w:t>
      </w:r>
      <w:r>
        <w:t>jo cheez leak kar rahi hai woh vision hai vision hamare leaderon mein vision nahi.</w:t>
      </w:r>
    </w:p>
    <w:p>
      <w:pPr>
        <w:jc w:val="right"/>
      </w:pPr>
      <w:r>
        <w:t>جو چیز لیک کر رہی ہے وہ ویژن ہے ویژن ہمارے لیڈروں میں ویژن نہیں۔</w:t>
      </w:r>
    </w:p>
    <w:p>
      <w:r>
        <w:rPr>
          <w:b/>
        </w:rPr>
        <w:t xml:space="preserve">[28:00] </w:t>
      </w:r>
      <w:r>
        <w:t>hamare leaderon mein koi matlab vision nahi sirf shikayat karna jante hain bas.</w:t>
      </w:r>
    </w:p>
    <w:p>
      <w:pPr>
        <w:jc w:val="right"/>
      </w:pPr>
      <w:r>
        <w:t>ہمارے لیڈروں میں کوئی مطلب ویژن نہیں صرف شکایت کرنا جانتے ہیں بس۔</w:t>
      </w:r>
    </w:p>
    <w:p>
      <w:r>
        <w:rPr>
          <w:b/>
        </w:rPr>
        <w:t xml:space="preserve">[28:07] </w:t>
      </w:r>
      <w:r>
        <w:t>misalan dekhiye yeh jo waqea</w:t>
      </w:r>
    </w:p>
    <w:p>
      <w:pPr>
        <w:jc w:val="right"/>
      </w:pPr>
      <w:r>
        <w:t>مثلاً دیکھیے یہ جو واقع</w:t>
      </w:r>
    </w:p>
    <w:p>
      <w:r>
        <w:rPr>
          <w:b/>
        </w:rPr>
        <w:t xml:space="preserve">[28:15] </w:t>
      </w:r>
      <w:r>
        <w:t>at hue first world war second world war industrial revolution yeh sab waqeat unhon ne ek naya daur</w:t>
      </w:r>
    </w:p>
    <w:p>
      <w:pPr>
        <w:jc w:val="right"/>
      </w:pPr>
      <w:r>
        <w:t>ات ہوئے فرسٹ ورلڈ وار سیکنڈ ورلڈ وار انڈسٹریل ریولوشن یہ سب واقعات انہوں نے ایک نیا دور</w:t>
      </w:r>
    </w:p>
    <w:p>
      <w:r>
        <w:rPr>
          <w:b/>
        </w:rPr>
        <w:t xml:space="preserve">[28:22] </w:t>
      </w:r>
      <w:r>
        <w:t>paida kiya age of tourism pehle kahan aisa tourism tha kyunke pehle communication nahi thi.</w:t>
      </w:r>
    </w:p>
    <w:p>
      <w:pPr>
        <w:jc w:val="right"/>
      </w:pPr>
      <w:r>
        <w:t>پیدا کیا ایج اف ٹیورزم پہلے کہاں ایسا ٹیورزم تھا کیونکہ پہلے کمیونیکیشن نہیں تھا۔</w:t>
      </w:r>
    </w:p>
    <w:p>
      <w:r>
        <w:rPr>
          <w:b/>
        </w:rPr>
        <w:t xml:space="preserve">[28:30] </w:t>
      </w:r>
      <w:r>
        <w:t>azadi nahi thi peace nahi thi.</w:t>
      </w:r>
    </w:p>
    <w:p>
      <w:pPr>
        <w:jc w:val="right"/>
      </w:pPr>
      <w:r>
        <w:t>ازادی نہیں تھی پیس نہیں تھا۔</w:t>
      </w:r>
    </w:p>
    <w:p>
      <w:r>
        <w:rPr>
          <w:b/>
        </w:rPr>
        <w:t xml:space="preserve">[28:37] </w:t>
      </w:r>
      <w:r>
        <w:t>to pehle ek ibret ek</w:t>
      </w:r>
    </w:p>
    <w:p>
      <w:pPr>
        <w:jc w:val="right"/>
      </w:pPr>
      <w:r>
        <w:t>تو پہلے ایک عبرت ایک</w:t>
      </w:r>
    </w:p>
    <w:p>
      <w:r>
        <w:rPr>
          <w:b/>
        </w:rPr>
        <w:t xml:space="preserve">[28:45] </w:t>
      </w:r>
      <w:r>
        <w:t>ibret mututa kahin paida ho gaya samandari safar karne wala aaj to yani tourism ka ek ek toofan</w:t>
      </w:r>
    </w:p>
    <w:p>
      <w:pPr>
        <w:jc w:val="right"/>
      </w:pPr>
      <w:r>
        <w:t>عبرت مطوطہ کہیں پیدا ہو گیا سمندری سفر کرنے والا آج تو یعنی ٹورزم کا ایک ایک طوفان</w:t>
      </w:r>
    </w:p>
    <w:p>
      <w:r>
        <w:rPr>
          <w:b/>
        </w:rPr>
        <w:t xml:space="preserve">[28:55] </w:t>
      </w:r>
      <w:r>
        <w:t>hai ek explosion hai explosion.</w:t>
      </w:r>
    </w:p>
    <w:p>
      <w:pPr>
        <w:jc w:val="right"/>
      </w:pPr>
      <w:r>
        <w:t>ہے ایک ایکسپلوژن ہے ایکسپلوژن۔</w:t>
      </w:r>
    </w:p>
    <w:p>
      <w:r>
        <w:rPr>
          <w:b/>
        </w:rPr>
        <w:t xml:space="preserve">[29:05] </w:t>
      </w:r>
      <w:r>
        <w:t>mein turki gaya turki to itne tourist the wahan rasta nahi milta tha itne tourist to sari dunya mein</w:t>
      </w:r>
    </w:p>
    <w:p>
      <w:pPr>
        <w:jc w:val="right"/>
      </w:pPr>
      <w:r>
        <w:t>میں ترکی گیا ترکی تو اتنے ٹورسٹ تھے وہاں راستہ نہیں ملتا تھا اتنے ٹورسٹ تو ساری دنیا میں</w:t>
      </w:r>
    </w:p>
    <w:p>
      <w:r>
        <w:rPr>
          <w:b/>
        </w:rPr>
        <w:t xml:space="preserve">[29:15] </w:t>
      </w:r>
      <w:r>
        <w:t>ek ek explosion hai tourism ka yeh kya hai iska matlab hai ke madu log khud apne</w:t>
      </w:r>
    </w:p>
    <w:p>
      <w:pPr>
        <w:jc w:val="right"/>
      </w:pPr>
      <w:r>
        <w:t>ایک ایک ایکسپلوژن ہے ٹورزم کا یہ کیا ہے اس کا معنی ہے کہ مدعو لوگ خود اپنے</w:t>
      </w:r>
    </w:p>
    <w:p>
      <w:r>
        <w:rPr>
          <w:b/>
        </w:rPr>
        <w:t xml:space="preserve">[29:23] </w:t>
      </w:r>
      <w:r>
        <w:t>gharon se nikal nikal kar ke aap ke paas aate hain aap ka darwaza khatkhatate hain.</w:t>
      </w:r>
    </w:p>
    <w:p>
      <w:pPr>
        <w:jc w:val="right"/>
      </w:pPr>
      <w:r>
        <w:t>گھروں سے نکل نکل کر کے آپ کے پاس آتے ہیں آپ کا دروازہ کھٹکھٹاتے ہیں۔</w:t>
      </w:r>
    </w:p>
    <w:p>
      <w:r>
        <w:rPr>
          <w:b/>
        </w:rPr>
        <w:t xml:space="preserve">[29:30] </w:t>
      </w:r>
      <w:r>
        <w:t>ek naya toofan.</w:t>
      </w:r>
    </w:p>
    <w:p>
      <w:pPr>
        <w:jc w:val="right"/>
      </w:pPr>
      <w:r>
        <w:t>ایک نیا طوفان۔</w:t>
      </w:r>
    </w:p>
    <w:p>
      <w:r>
        <w:rPr>
          <w:b/>
        </w:rPr>
        <w:t xml:space="preserve">[29:38] </w:t>
      </w:r>
      <w:r>
        <w:t>to hum matlab vision kaun hai matlab vision woh hai ke jo har</w:t>
      </w:r>
    </w:p>
    <w:p>
      <w:pPr>
        <w:jc w:val="right"/>
      </w:pPr>
      <w:r>
        <w:t>تو ہم معنی ویژن کون ہے معنی ویژن وہ ہے کہ جو ہر</w:t>
      </w:r>
    </w:p>
    <w:p>
      <w:r>
        <w:rPr>
          <w:b/>
        </w:rPr>
        <w:t xml:space="preserve">[29:46] </w:t>
      </w:r>
      <w:r>
        <w:t>appeal ke baad har akhar pachhar ke baad soche rethinking kare aur daryaft kare ke naye mawaqe</w:t>
      </w:r>
    </w:p>
    <w:p>
      <w:pPr>
        <w:jc w:val="right"/>
      </w:pPr>
      <w:r>
        <w:t>اپیول کے بعد ہر اکھڑ پچھاڑ کے بعد سوچے ری تھنکنگ کرے اور دریافت کرے کہ نئے مواقع</w:t>
      </w:r>
    </w:p>
    <w:p>
      <w:r>
        <w:rPr>
          <w:b/>
        </w:rPr>
        <w:t xml:space="preserve">[29:51] </w:t>
      </w:r>
      <w:r>
        <w:t>kaun se hain.</w:t>
      </w:r>
    </w:p>
    <w:p>
      <w:pPr>
        <w:jc w:val="right"/>
      </w:pPr>
      <w:r>
        <w:t>کون سے ہیں۔</w:t>
      </w:r>
    </w:p>
    <w:p>
      <w:r>
        <w:rPr>
          <w:b/>
        </w:rPr>
        <w:t xml:space="preserve">[29:56] </w:t>
      </w:r>
      <w:r>
        <w:t>na har jang jo hai naye avio kholti hai.</w:t>
      </w:r>
    </w:p>
    <w:p>
      <w:pPr>
        <w:jc w:val="right"/>
      </w:pPr>
      <w:r>
        <w:t>نہ ہر جنگ جو ہے نئے اویو کھولتی ہے۔</w:t>
      </w:r>
    </w:p>
    <w:p>
      <w:r>
        <w:rPr>
          <w:b/>
        </w:rPr>
        <w:t xml:space="preserve">[30:01] </w:t>
      </w:r>
      <w:r>
        <w:t>yad rakhiye har jang naye avio kholti hai.</w:t>
      </w:r>
    </w:p>
    <w:p>
      <w:pPr>
        <w:jc w:val="right"/>
      </w:pPr>
      <w:r>
        <w:t>یاد رکھیے ہر جنگ نئے اویو کھولتی ہے۔</w:t>
      </w:r>
    </w:p>
    <w:p>
      <w:r>
        <w:rPr>
          <w:b/>
        </w:rPr>
        <w:t xml:space="preserve">[30:06] </w:t>
      </w:r>
      <w:r>
        <w:t>islam ki tareekh mein bhi aise hi hua aaj bhi yahi ho raha hai.</w:t>
      </w:r>
    </w:p>
    <w:p>
      <w:pPr>
        <w:jc w:val="right"/>
      </w:pPr>
      <w:r>
        <w:t>اسلام کی تاریخ میں بھی ایسے ہی ہوا آج بھی یہی ہو رہا ہے۔</w:t>
      </w:r>
    </w:p>
    <w:p>
      <w:r>
        <w:rPr>
          <w:b/>
        </w:rPr>
        <w:t xml:space="preserve">[30:11] </w:t>
      </w:r>
      <w:r>
        <w:t>to is naye</w:t>
      </w:r>
    </w:p>
    <w:p>
      <w:pPr>
        <w:jc w:val="right"/>
      </w:pPr>
      <w:r>
        <w:t>تو اس نئے</w:t>
      </w:r>
    </w:p>
    <w:p>
      <w:r>
        <w:rPr>
          <w:b/>
        </w:rPr>
        <w:t xml:space="preserve">[30:16] </w:t>
      </w:r>
      <w:r>
        <w:t>avio ko daryaft kijiye jo khula ho.</w:t>
      </w:r>
    </w:p>
    <w:p>
      <w:pPr>
        <w:jc w:val="right"/>
      </w:pPr>
      <w:r>
        <w:t>اویو کو دریافت کیجئے جو کھلا ہو۔</w:t>
      </w:r>
    </w:p>
    <w:p>
      <w:r>
        <w:rPr>
          <w:b/>
        </w:rPr>
        <w:t xml:space="preserve">[30:23] </w:t>
      </w:r>
      <w:r>
        <w:t>is naye avio ko daryaft kijiye.</w:t>
      </w:r>
    </w:p>
    <w:p>
      <w:pPr>
        <w:jc w:val="right"/>
      </w:pPr>
      <w:r>
        <w:t>اس نئے اویو کو دریافت کیجئے۔</w:t>
      </w:r>
    </w:p>
    <w:p>
      <w:r>
        <w:rPr>
          <w:b/>
        </w:rPr>
        <w:t xml:space="preserve">[30:31] </w:t>
      </w:r>
      <w:r>
        <w:t>to beesvin sadi jo hai ya poori beesvin sadi jo hai naye avio kholne ki sadi hai.</w:t>
      </w:r>
    </w:p>
    <w:p>
      <w:pPr>
        <w:jc w:val="right"/>
      </w:pPr>
      <w:r>
        <w:t>تو بیسویں صدی جو ہے یا پوری بیسویں صدی جو ہے نئے اویو کھولنے کی صدی ہے۔</w:t>
      </w:r>
    </w:p>
    <w:p>
      <w:r>
        <w:rPr>
          <w:b/>
        </w:rPr>
        <w:t xml:space="preserve">[30:38] </w:t>
      </w:r>
      <w:r>
        <w:t>یہ 20th century جو ہے پوری کی پوری نئے اوی</w:t>
      </w:r>
    </w:p>
    <w:p>
      <w:pPr>
        <w:jc w:val="right"/>
      </w:pPr>
      <w:r>
        <w:t>یہ ٹونٹی سنچری جو ہے پوری کی پوری نئے اوی</w:t>
      </w:r>
    </w:p>
    <w:p>
      <w:r>
        <w:rPr>
          <w:b/>
        </w:rPr>
        <w:t xml:space="preserve">[30:46] </w:t>
      </w:r>
      <w:r>
        <w:t>wo kholne ki sadi hai.</w:t>
      </w:r>
    </w:p>
    <w:p>
      <w:pPr>
        <w:jc w:val="right"/>
      </w:pPr>
      <w:r>
        <w:t>و کھولنے کی صدی ہے۔</w:t>
      </w:r>
    </w:p>
    <w:p>
      <w:r>
        <w:rPr>
          <w:b/>
        </w:rPr>
        <w:t xml:space="preserve">[30:52] </w:t>
      </w:r>
      <w:r>
        <w:t>lekin hamare yani jo vision se khali the jo log unhon ne is sadi ko matam ki sadi bana diya.</w:t>
      </w:r>
    </w:p>
    <w:p>
      <w:pPr>
        <w:jc w:val="right"/>
      </w:pPr>
      <w:r>
        <w:t>لیکن ہمارے یعنی جو ویژن سے خالی تھے جو لوگ انہوں نے اس صدی کو ماتم کی صدی بنا دیا۔</w:t>
      </w:r>
    </w:p>
    <w:p>
      <w:r>
        <w:rPr>
          <w:b/>
        </w:rPr>
        <w:t xml:space="preserve">[30:58] </w:t>
      </w:r>
      <w:r>
        <w:t>shikayat ki sadi bana diya.</w:t>
      </w:r>
    </w:p>
    <w:p>
      <w:pPr>
        <w:jc w:val="right"/>
      </w:pPr>
      <w:r>
        <w:t>شکایت کی صدی بنا دیا۔</w:t>
      </w:r>
    </w:p>
    <w:p>
      <w:r>
        <w:rPr>
          <w:b/>
        </w:rPr>
        <w:t xml:space="preserve">[31:05] </w:t>
      </w:r>
      <w:r>
        <w:t>patthar marne ki sadi bana diya.</w:t>
      </w:r>
    </w:p>
    <w:p>
      <w:pPr>
        <w:jc w:val="right"/>
      </w:pPr>
      <w:r>
        <w:t>پتھر مارنے کی صدی بنا دیا۔</w:t>
      </w:r>
    </w:p>
    <w:p>
      <w:r>
        <w:rPr>
          <w:b/>
        </w:rPr>
        <w:t xml:space="preserve">[31:11] </w:t>
      </w:r>
      <w:r>
        <w:t>to aaj jo hamare paas message aaya hai yerushalaym se</w:t>
      </w:r>
    </w:p>
    <w:p>
      <w:pPr>
        <w:jc w:val="right"/>
      </w:pPr>
      <w:r>
        <w:t>تو آج جو ہمارے پاس میسج آیا ہے یروشلم سے</w:t>
      </w:r>
    </w:p>
    <w:p>
      <w:r>
        <w:rPr>
          <w:b/>
        </w:rPr>
        <w:t xml:space="preserve">[31:17] </w:t>
      </w:r>
      <w:r>
        <w:t>wo ek ek wo hai ek warning hai ke jaago utho dekho kya ho raha hai.</w:t>
      </w:r>
    </w:p>
    <w:p>
      <w:pPr>
        <w:jc w:val="right"/>
      </w:pPr>
      <w:r>
        <w:t>وہ ایک ایک وہ ہے ایک وارننگ ہے کہ جاگو اٹھو دیکھو کیا ہو رہا ہے۔</w:t>
      </w:r>
    </w:p>
    <w:p>
      <w:r>
        <w:rPr>
          <w:b/>
        </w:rPr>
        <w:t xml:space="preserve">[31:22] </w:t>
      </w:r>
      <w:r>
        <w:t>jis mulk ko tum is tarah samajhte the ke israil is ko gharaat kar raha hai wahan log</w:t>
      </w:r>
    </w:p>
    <w:p>
      <w:pPr>
        <w:jc w:val="right"/>
      </w:pPr>
      <w:r>
        <w:t>جس ملک کو تم اس طرح سمجھتے تھے کہ اسرائیل اس کو غارت کر رہا ہے وہاں لوگ</w:t>
      </w:r>
    </w:p>
    <w:p>
      <w:r>
        <w:rPr>
          <w:b/>
        </w:rPr>
        <w:t xml:space="preserve">[31:27] </w:t>
      </w:r>
      <w:r>
        <w:t>jaag uthe hain.</w:t>
      </w:r>
    </w:p>
    <w:p>
      <w:pPr>
        <w:jc w:val="right"/>
      </w:pPr>
      <w:r>
        <w:t>جاگ اٹھے ہیں۔</w:t>
      </w:r>
    </w:p>
    <w:p>
      <w:r>
        <w:rPr>
          <w:b/>
        </w:rPr>
        <w:t xml:space="preserve">[31:32] </w:t>
      </w:r>
      <w:r>
        <w:t>yani kaisi ajib baat hai ke wo hum se keh rahe hain ke har zaban mein quran ka</w:t>
      </w:r>
    </w:p>
    <w:p>
      <w:pPr>
        <w:jc w:val="right"/>
      </w:pPr>
      <w:r>
        <w:t>یعنی کیسی عجیب بات ہے کہ وہ ہم سے کہہ رہے ہیں کہ ہر زبان میں قرآن کا</w:t>
      </w:r>
    </w:p>
    <w:p>
      <w:r>
        <w:rPr>
          <w:b/>
        </w:rPr>
        <w:t xml:space="preserve">[31:37] </w:t>
      </w:r>
      <w:r>
        <w:t>tarjuma kar ke bhejo hamare paas.</w:t>
      </w:r>
    </w:p>
    <w:p>
      <w:pPr>
        <w:jc w:val="right"/>
      </w:pPr>
      <w:r>
        <w:t>ترجمہ کر کے بھیجو ہمارے پاس۔</w:t>
      </w:r>
    </w:p>
    <w:p>
      <w:r>
        <w:rPr>
          <w:b/>
        </w:rPr>
        <w:t xml:space="preserve">[31:42] </w:t>
      </w:r>
      <w:r>
        <w:t>aur kafi wahan sale hoti hai.</w:t>
      </w:r>
    </w:p>
    <w:p>
      <w:pPr>
        <w:jc w:val="right"/>
      </w:pPr>
      <w:r>
        <w:t>اور کافی وہاں سیل ہوتی ہے۔</w:t>
      </w:r>
    </w:p>
    <w:p>
      <w:r>
        <w:rPr>
          <w:b/>
        </w:rPr>
        <w:t xml:space="preserve">[31:47] </w:t>
      </w:r>
      <w:r>
        <w:t>sale.</w:t>
      </w:r>
    </w:p>
    <w:p>
      <w:pPr>
        <w:jc w:val="right"/>
      </w:pPr>
      <w:r>
        <w:t>سیل۔</w:t>
      </w:r>
    </w:p>
    <w:p>
      <w:r>
        <w:rPr>
          <w:b/>
        </w:rPr>
        <w:t xml:space="preserve">[31:53] </w:t>
      </w:r>
      <w:r>
        <w:t>har zaban mein har zaban mein har zaban mein.</w:t>
      </w:r>
    </w:p>
    <w:p>
      <w:pPr>
        <w:jc w:val="right"/>
      </w:pPr>
      <w:r>
        <w:t>ہر زبان میں ہر زبان میں ہر زبان میں۔</w:t>
      </w:r>
    </w:p>
    <w:p>
      <w:r>
        <w:rPr>
          <w:b/>
        </w:rPr>
        <w:t xml:space="preserve">[31:59] </w:t>
      </w:r>
      <w:r>
        <w:t>kyun ke ye area area jo hai ye bahut bada center hai tourism ka.</w:t>
      </w:r>
    </w:p>
    <w:p>
      <w:pPr>
        <w:jc w:val="right"/>
      </w:pPr>
      <w:r>
        <w:t>کیونکہ یہ ایریا ایریا جو ہے یہ بہت بڑا سینٹر ہے ٹورزم کا۔</w:t>
      </w:r>
    </w:p>
    <w:p>
      <w:r>
        <w:rPr>
          <w:b/>
        </w:rPr>
        <w:t xml:space="preserve">[32:05] </w:t>
      </w:r>
      <w:r>
        <w:t>to log har har mulk har dunya ke har hisse se wahan aate hain.</w:t>
      </w:r>
    </w:p>
    <w:p>
      <w:pPr>
        <w:jc w:val="right"/>
      </w:pPr>
      <w:r>
        <w:t>تو لوگ ہر ہر ملک ہر دنیا کے ہر حصے سے وہاں آتے ہیں۔</w:t>
      </w:r>
    </w:p>
    <w:p>
      <w:r>
        <w:rPr>
          <w:b/>
        </w:rPr>
        <w:t xml:space="preserve">[32:11] </w:t>
      </w:r>
      <w:r>
        <w:t>to ye jo yani twenty percent</w:t>
      </w:r>
    </w:p>
    <w:p>
      <w:pPr>
        <w:jc w:val="right"/>
      </w:pPr>
      <w:r>
        <w:t>تو یہ جو یعنی ٹونٹی پرسنٹ</w:t>
      </w:r>
    </w:p>
    <w:p>
      <w:r>
        <w:rPr>
          <w:b/>
        </w:rPr>
        <w:t xml:space="preserve">[32:17] </w:t>
      </w:r>
      <w:r>
        <w:t>arab hain wahan par jo ab tak bilkul yani negative bana bana rakha tha logon ne un ko</w:t>
      </w:r>
    </w:p>
    <w:p>
      <w:pPr>
        <w:jc w:val="right"/>
      </w:pPr>
      <w:r>
        <w:t>عرب ہیں وہاں پر جو اب تک بالکل یعنی نیگیٹیو بنا بنا رکھا تھا لوگوں نے ان کو</w:t>
      </w:r>
    </w:p>
    <w:p>
      <w:r>
        <w:rPr>
          <w:b/>
        </w:rPr>
        <w:t xml:space="preserve">[32:22] </w:t>
      </w:r>
      <w:r>
        <w:t>un ka to positive thinking aa rahi hai.</w:t>
      </w:r>
    </w:p>
    <w:p>
      <w:pPr>
        <w:jc w:val="right"/>
      </w:pPr>
      <w:r>
        <w:t>ان کا تو پازیٹیو تھنکنگ آ رہی ہے۔</w:t>
      </w:r>
    </w:p>
    <w:p>
      <w:r>
        <w:rPr>
          <w:b/>
        </w:rPr>
        <w:t xml:space="preserve">[32:28] </w:t>
      </w:r>
      <w:r>
        <w:t>hamare mission ke zariye se mashallah.</w:t>
      </w:r>
    </w:p>
    <w:p>
      <w:pPr>
        <w:jc w:val="right"/>
      </w:pPr>
      <w:r>
        <w:t>ہمارے مشن کے ذریعے سے ماشاءاللہ۔</w:t>
      </w:r>
    </w:p>
    <w:p>
      <w:r>
        <w:rPr>
          <w:b/>
        </w:rPr>
        <w:t xml:space="preserve">[32:33] </w:t>
      </w:r>
      <w:r>
        <w:t>is mein jo arab hain is area mein yani jo falasteen mein hai jo israil mein hai jo</w:t>
      </w:r>
    </w:p>
    <w:p>
      <w:pPr>
        <w:jc w:val="right"/>
      </w:pPr>
      <w:r>
        <w:t>اس میں جو عرب ہیں اس ایریا میں یعنی جو فلسطین میں ہے جو اسرائیل میں ہے جو</w:t>
      </w:r>
    </w:p>
    <w:p>
      <w:r>
        <w:rPr>
          <w:b/>
        </w:rPr>
        <w:t xml:space="preserve">[32:38] </w:t>
      </w:r>
      <w:r>
        <w:t>golan height mein hai ye jo ye jo arab hain hamare leaderon ne un ko sar se paon</w:t>
      </w:r>
    </w:p>
    <w:p>
      <w:pPr>
        <w:jc w:val="right"/>
      </w:pPr>
      <w:r>
        <w:t>گولان ہائیٹ میں ہے یہ جو یہ جو عرب ہیں ہمارے لیڈروں نے ان کو سر سے پاؤں</w:t>
      </w:r>
    </w:p>
    <w:p>
      <w:r>
        <w:rPr>
          <w:b/>
        </w:rPr>
        <w:t xml:space="preserve">[32:43] </w:t>
      </w:r>
      <w:r>
        <w:t>tak bilkul negative bana rakha tha.</w:t>
      </w:r>
    </w:p>
    <w:p>
      <w:pPr>
        <w:jc w:val="right"/>
      </w:pPr>
      <w:r>
        <w:t>تک بالکل نیگیٹیو بنا رکھا تھا۔</w:t>
      </w:r>
    </w:p>
    <w:p>
      <w:r>
        <w:rPr>
          <w:b/>
        </w:rPr>
        <w:t xml:space="preserve">[32:48] </w:t>
      </w:r>
      <w:r>
        <w:t>nafrat nafrat nafrat.</w:t>
      </w:r>
    </w:p>
    <w:p>
      <w:pPr>
        <w:jc w:val="right"/>
      </w:pPr>
      <w:r>
        <w:t>نفرت نفرت نفرت۔</w:t>
      </w:r>
    </w:p>
    <w:p>
      <w:r>
        <w:rPr>
          <w:b/>
        </w:rPr>
        <w:t xml:space="preserve">[32:53] </w:t>
      </w:r>
      <w:r>
        <w:t>allah ke fazal se hamare mission ke log wahan jate hain un se milte hain aur wahan ek</w:t>
      </w:r>
    </w:p>
    <w:p>
      <w:pPr>
        <w:jc w:val="right"/>
      </w:pPr>
      <w:r>
        <w:t>اللہ کے فضل سے ہمارے مشن کے لوگ وہاں جاتے ہیں ان سے ملتے ہیں اور وہاں ایک</w:t>
      </w:r>
    </w:p>
    <w:p>
      <w:r>
        <w:rPr>
          <w:b/>
        </w:rPr>
        <w:t xml:space="preserve">[32:59] </w:t>
      </w:r>
      <w:r>
        <w:t>ek naya daur aa raha hai.</w:t>
      </w:r>
    </w:p>
    <w:p>
      <w:pPr>
        <w:jc w:val="right"/>
      </w:pPr>
      <w:r>
        <w:t>ایک نیا دور آ رہا ہے۔</w:t>
      </w:r>
    </w:p>
    <w:p>
      <w:r>
        <w:rPr>
          <w:b/>
        </w:rPr>
        <w:t xml:space="preserve">[33:04] </w:t>
      </w:r>
      <w:r>
        <w:t>positive thinking ka daur.</w:t>
      </w:r>
    </w:p>
    <w:p>
      <w:pPr>
        <w:jc w:val="right"/>
      </w:pPr>
      <w:r>
        <w:t>پازیٹیو تھنکنگ کا دور۔</w:t>
      </w:r>
    </w:p>
    <w:p>
      <w:r>
        <w:rPr>
          <w:b/>
        </w:rPr>
        <w:t xml:space="preserve">[33:09] </w:t>
      </w:r>
      <w:r>
        <w:t>ladte kyon ho islam ki ideology ko phailao logon ko quran pahunchao.</w:t>
      </w:r>
    </w:p>
    <w:p>
      <w:pPr>
        <w:jc w:val="right"/>
      </w:pPr>
      <w:r>
        <w:t>لڑتے کیوں ہو اسلام کی آئیڈیالوجی کو پھیلاؤ لوگوں کو قرآن پہنچاؤ۔</w:t>
      </w:r>
    </w:p>
    <w:p>
      <w:r>
        <w:rPr>
          <w:b/>
        </w:rPr>
        <w:t xml:space="preserve">[33:14] </w:t>
      </w:r>
      <w:r>
        <w:t>yeh har jagah hai yeh yeh opportunity har jagah hai.</w:t>
      </w:r>
    </w:p>
    <w:p>
      <w:pPr>
        <w:jc w:val="right"/>
      </w:pPr>
      <w:r>
        <w:t>یہ ہر جگہ ہے یہ یہ اپرچونیٹی ہر جگہ ہے۔</w:t>
      </w:r>
    </w:p>
    <w:p>
      <w:r>
        <w:rPr>
          <w:b/>
        </w:rPr>
        <w:t xml:space="preserve">[33:19] </w:t>
      </w:r>
      <w:r>
        <w:t>pakistan mein bangladesh mein kashmir mein har jagah yeh opportunity hai.</w:t>
      </w:r>
    </w:p>
    <w:p>
      <w:pPr>
        <w:jc w:val="right"/>
      </w:pPr>
      <w:r>
        <w:t>پاکستان میں بنگلہ دیش میں کشمیر میں ہر جگہ یہ اپرچونیٹی ہے۔</w:t>
      </w:r>
    </w:p>
    <w:p>
      <w:r>
        <w:rPr>
          <w:b/>
        </w:rPr>
        <w:t xml:space="preserve">[33:24] </w:t>
      </w:r>
      <w:r>
        <w:t>har jagah naye avasar khul rahe hain.</w:t>
      </w:r>
    </w:p>
    <w:p>
      <w:pPr>
        <w:jc w:val="right"/>
      </w:pPr>
      <w:r>
        <w:t>ہر جگہ نئے اویو کھل رہے ہیں۔</w:t>
      </w:r>
    </w:p>
    <w:p>
      <w:r>
        <w:rPr>
          <w:b/>
        </w:rPr>
        <w:t xml:space="preserve">[33:29] </w:t>
      </w:r>
      <w:r>
        <w:t>law of nature ke mutabiq.</w:t>
      </w:r>
    </w:p>
    <w:p>
      <w:pPr>
        <w:jc w:val="right"/>
      </w:pPr>
      <w:r>
        <w:t>لاء آف نیچر کے مطابق۔</w:t>
      </w:r>
    </w:p>
    <w:p>
      <w:r>
        <w:rPr>
          <w:b/>
        </w:rPr>
        <w:t xml:space="preserve">[33:34] </w:t>
      </w:r>
      <w:r>
        <w:t>to main chahta hoon ke hum log hamare sathi aur jin log jin tak woh yeh awaz pahunch</w:t>
      </w:r>
    </w:p>
    <w:p>
      <w:pPr>
        <w:jc w:val="right"/>
      </w:pPr>
      <w:r>
        <w:t>تو میں چاہتا ہوں کہ ہم لوگ ہمارے ساتھی اور جن لوگ جن تک وہ یہ آواز پہنچ</w:t>
      </w:r>
    </w:p>
    <w:p>
      <w:r>
        <w:rPr>
          <w:b/>
        </w:rPr>
        <w:t xml:space="preserve">[33:39] </w:t>
      </w:r>
      <w:r>
        <w:t>rahi hai woh sab rethinking karen.</w:t>
      </w:r>
    </w:p>
    <w:p>
      <w:pPr>
        <w:jc w:val="right"/>
      </w:pPr>
      <w:r>
        <w:t>رہی ہے وہ سب ری تھنکنگ کریں۔</w:t>
      </w:r>
    </w:p>
    <w:p>
      <w:r>
        <w:rPr>
          <w:b/>
        </w:rPr>
        <w:t xml:space="preserve">[33:45] </w:t>
      </w:r>
      <w:r>
        <w:t>نئی opportunity کو explore کریں۔</w:t>
      </w:r>
    </w:p>
    <w:p>
      <w:pPr>
        <w:jc w:val="right"/>
      </w:pPr>
      <w:r>
        <w:t>نئی اپرچونیٹی کو ایکسپلور کریں۔</w:t>
      </w:r>
    </w:p>
    <w:p>
      <w:r>
        <w:rPr>
          <w:b/>
        </w:rPr>
        <w:t xml:space="preserve">[33:50] </w:t>
      </w:r>
      <w:r>
        <w:t>جو نئے avenues کھلے ہیں ان کو جانیں۔</w:t>
      </w:r>
    </w:p>
    <w:p>
      <w:pPr>
        <w:jc w:val="right"/>
      </w:pPr>
      <w:r>
        <w:t>جو نئے اویو کھلے ہیں ان کو جانیں۔</w:t>
      </w:r>
    </w:p>
    <w:p>
      <w:r>
        <w:rPr>
          <w:b/>
        </w:rPr>
        <w:t xml:space="preserve">[33:56] </w:t>
      </w:r>
      <w:r>
        <w:t>khas taur par quran ka translation har zaban mein har zaban mein har zaban mein taiyar karke</w:t>
      </w:r>
    </w:p>
    <w:p>
      <w:pPr>
        <w:jc w:val="right"/>
      </w:pPr>
      <w:r>
        <w:t>خاص طور پر قرآن کا ٹرانسیشن ہر زبان میں ہر زبان میں ہر زبان میں تیار کر کے</w:t>
      </w:r>
    </w:p>
    <w:p>
      <w:r>
        <w:rPr>
          <w:b/>
        </w:rPr>
        <w:t xml:space="preserve">[34:02] </w:t>
      </w:r>
      <w:r>
        <w:t>isko sari duniya mein pahunchaya jaye.</w:t>
      </w:r>
    </w:p>
    <w:p>
      <w:pPr>
        <w:jc w:val="right"/>
      </w:pPr>
      <w:r>
        <w:t>اس کو ساری دنیا میں پہنچایا جائے۔</w:t>
      </w:r>
    </w:p>
    <w:p>
      <w:r>
        <w:rPr>
          <w:b/>
        </w:rPr>
        <w:t xml:space="preserve">[34:08] </w:t>
      </w:r>
      <w:r>
        <w:t>yeh sabse bada kaam hai.</w:t>
      </w:r>
    </w:p>
    <w:p>
      <w:pPr>
        <w:jc w:val="right"/>
      </w:pPr>
      <w:r>
        <w:t>یہ سب سے بڑا کام ہے۔</w:t>
      </w:r>
    </w:p>
    <w:p>
      <w:r>
        <w:rPr>
          <w:b/>
        </w:rPr>
        <w:t xml:space="preserve">[34:14] </w:t>
      </w:r>
      <w:r>
        <w:t>dekhiye yeh kaam sabse bada is liye hai ke isi kaam par hum par allah ki</w:t>
      </w:r>
    </w:p>
    <w:p>
      <w:pPr>
        <w:jc w:val="right"/>
      </w:pPr>
      <w:r>
        <w:t>دیکھیے یہ کام سب سے بڑا اس لیے ہے کہ اسی کام پر ہم پر اللہ کی</w:t>
      </w:r>
    </w:p>
    <w:p>
      <w:r>
        <w:rPr>
          <w:b/>
        </w:rPr>
        <w:t xml:space="preserve">[34:20] </w:t>
      </w:r>
      <w:r>
        <w:t>madad aayegi.</w:t>
      </w:r>
    </w:p>
    <w:p>
      <w:pPr>
        <w:jc w:val="right"/>
      </w:pPr>
      <w:r>
        <w:t>مدد آئے گی۔</w:t>
      </w:r>
    </w:p>
    <w:p>
      <w:r>
        <w:rPr>
          <w:b/>
        </w:rPr>
        <w:t xml:space="preserve">[34:27] </w:t>
      </w:r>
      <w:r>
        <w:t>in tansurullaha yansurkum isi isi kaam par hamein allah ki madad aayegi.</w:t>
      </w:r>
    </w:p>
    <w:p>
      <w:pPr>
        <w:jc w:val="right"/>
      </w:pPr>
      <w:r>
        <w:t>ان تنصر اللہینصرکم اسی اسی کام پر ہمیں اللہ کی مدد آئے گی۔</w:t>
      </w:r>
    </w:p>
    <w:p>
      <w:r>
        <w:rPr>
          <w:b/>
        </w:rPr>
        <w:t xml:space="preserve">[34:35] </w:t>
      </w:r>
      <w:r>
        <w:t>to yeh jo ayaten aaj hain is mein zikr hai firoun ki gharkabi ka woh sadha taur par</w:t>
      </w:r>
    </w:p>
    <w:p>
      <w:pPr>
        <w:jc w:val="right"/>
      </w:pPr>
      <w:r>
        <w:t>تو یہ جو آیتیں آج ہیں اس میں ذکر ہے فرعون کی غرقابی کا وہ سادہ طور پر</w:t>
      </w:r>
    </w:p>
    <w:p>
      <w:r>
        <w:rPr>
          <w:b/>
        </w:rPr>
        <w:t xml:space="preserve">[34:43] </w:t>
      </w:r>
      <w:r>
        <w:t>azab ki baaten nahi hain.</w:t>
      </w:r>
    </w:p>
    <w:p>
      <w:pPr>
        <w:jc w:val="right"/>
      </w:pPr>
      <w:r>
        <w:t>عذاب کی باتیں نہیں ہیں۔</w:t>
      </w:r>
    </w:p>
    <w:p>
      <w:r>
        <w:rPr>
          <w:b/>
        </w:rPr>
        <w:t xml:space="preserve">[34:50] </w:t>
      </w:r>
      <w:r>
        <w:t>sirf dushman ko gharkab karne ki baaten nahi hain.</w:t>
      </w:r>
    </w:p>
    <w:p>
      <w:pPr>
        <w:jc w:val="right"/>
      </w:pPr>
      <w:r>
        <w:t>صرف دشمن کو غرقاب کرنے کی باتیں نہیں ہیں۔</w:t>
      </w:r>
    </w:p>
    <w:p>
      <w:r>
        <w:rPr>
          <w:b/>
        </w:rPr>
        <w:t xml:space="preserve">[34:55] </w:t>
      </w:r>
      <w:r>
        <w:t>iska ek iske andar ek positive message hai.</w:t>
      </w:r>
    </w:p>
    <w:p>
      <w:pPr>
        <w:jc w:val="right"/>
      </w:pPr>
      <w:r>
        <w:t>اس کا ایک اس کے اندر ایک پازیٹیو میسج ہے۔</w:t>
      </w:r>
    </w:p>
    <w:p>
      <w:r>
        <w:rPr>
          <w:b/>
        </w:rPr>
        <w:t xml:space="preserve">[35:01] </w:t>
      </w:r>
      <w:r>
        <w:t>yeh aisa nahi ke bas allah ghazab nak hua aur unko samandar mein duba diya.</w:t>
      </w:r>
    </w:p>
    <w:p>
      <w:pPr>
        <w:jc w:val="right"/>
      </w:pPr>
      <w:r>
        <w:t>یہ ایسا نہیں کہ بس اللہ غضب ناک ہوا اور ان کو سمندر میں ڈبا دیا۔</w:t>
      </w:r>
    </w:p>
    <w:p>
      <w:r>
        <w:rPr>
          <w:b/>
        </w:rPr>
        <w:t xml:space="preserve">[35:06] </w:t>
      </w:r>
      <w:r>
        <w:t>aisa nahi hai.</w:t>
      </w:r>
    </w:p>
    <w:p>
      <w:pPr>
        <w:jc w:val="right"/>
      </w:pPr>
      <w:r>
        <w:t>ایسا نہیں ہے۔</w:t>
      </w:r>
    </w:p>
    <w:p>
      <w:r>
        <w:rPr>
          <w:b/>
        </w:rPr>
        <w:t xml:space="preserve">[35:11] </w:t>
      </w:r>
      <w:r>
        <w:t>balke allah ne tareekh ko ek naya dhakka diya.</w:t>
      </w:r>
    </w:p>
    <w:p>
      <w:pPr>
        <w:jc w:val="right"/>
      </w:pPr>
      <w:r>
        <w:t>بلکہ اللہ نے تاریخ کو ایک نیا دھکا دیا۔</w:t>
      </w:r>
    </w:p>
    <w:p>
      <w:r>
        <w:rPr>
          <w:b/>
        </w:rPr>
        <w:t xml:space="preserve">[35:17] </w:t>
      </w:r>
      <w:r>
        <w:t>tareekh ko ek naya rukh diya.</w:t>
      </w:r>
    </w:p>
    <w:p>
      <w:pPr>
        <w:jc w:val="right"/>
      </w:pPr>
      <w:r>
        <w:t>تاریخ کو ایک نیا رخ دیا۔</w:t>
      </w:r>
    </w:p>
    <w:p>
      <w:r>
        <w:rPr>
          <w:b/>
        </w:rPr>
        <w:t xml:space="preserve">[35:22] </w:t>
      </w:r>
      <w:r>
        <w:t>tareekh ko ek naya direction diya.</w:t>
      </w:r>
    </w:p>
    <w:p>
      <w:pPr>
        <w:jc w:val="right"/>
      </w:pPr>
      <w:r>
        <w:t>تاریخ کو ایک نیا ڈائریکشن دیا۔</w:t>
      </w:r>
    </w:p>
    <w:p>
      <w:r>
        <w:rPr>
          <w:b/>
        </w:rPr>
        <w:t xml:space="preserve">[35:30] </w:t>
      </w:r>
      <w:r>
        <w:t>تو میں سمجھتا ہوں کہ یہ جو area ہے جو ہے Middle East کا جو area ہے۔</w:t>
      </w:r>
    </w:p>
    <w:p>
      <w:pPr>
        <w:jc w:val="right"/>
      </w:pPr>
      <w:r>
        <w:t>تو میں سمجھتا ہوں کہ یہ جو ایریا ہے جو ہے مڈل ایسٹ کا جو ایریا ہے۔</w:t>
      </w:r>
    </w:p>
    <w:p>
      <w:r>
        <w:rPr>
          <w:b/>
        </w:rPr>
        <w:t xml:space="preserve">[35:38] </w:t>
      </w:r>
      <w:r>
        <w:t>middle east ka area yeh bahut fertile area hai.</w:t>
      </w:r>
    </w:p>
    <w:p>
      <w:pPr>
        <w:jc w:val="right"/>
      </w:pPr>
      <w:r>
        <w:t>مڈل ایسٹ کا ایریا یہ بہت فرٹائل ایریا ہے۔</w:t>
      </w:r>
    </w:p>
    <w:p>
      <w:r>
        <w:rPr>
          <w:b/>
        </w:rPr>
        <w:t xml:space="preserve">[35:46] </w:t>
      </w:r>
      <w:r>
        <w:t>middle east ka jo area hai yeh bahut fertile area hai.</w:t>
      </w:r>
    </w:p>
    <w:p>
      <w:pPr>
        <w:jc w:val="right"/>
      </w:pPr>
      <w:r>
        <w:t>مڈل ایسٹ کا جو ایریا ہے یہ بہت فرٹائل ایریا ہے۔</w:t>
      </w:r>
    </w:p>
    <w:p>
      <w:r>
        <w:rPr>
          <w:b/>
        </w:rPr>
        <w:t xml:space="preserve">[35:54] </w:t>
      </w:r>
      <w:r>
        <w:t>isi ke kinare pakistan hai woh bhi isi mein shamil hai samajh lijiye.</w:t>
      </w:r>
    </w:p>
    <w:p>
      <w:pPr>
        <w:jc w:val="right"/>
      </w:pPr>
      <w:r>
        <w:t>اسی کے کنارے پاکستان ہے وہ بھی اسی میں شامل ہے سمجھ لیجئے۔</w:t>
      </w:r>
    </w:p>
    <w:p>
      <w:r>
        <w:rPr>
          <w:b/>
        </w:rPr>
        <w:t xml:space="preserve">[36:00] </w:t>
      </w:r>
      <w:r>
        <w:t>to middle east ka jo area hai bohat hi fertile land hai.</w:t>
      </w:r>
    </w:p>
    <w:p>
      <w:pPr>
        <w:jc w:val="right"/>
      </w:pPr>
      <w:r>
        <w:t>تو مڈل ایسٹ کا جو ایریا ہے بہت ہی فرٹائل لینڈ ہے۔</w:t>
      </w:r>
    </w:p>
    <w:p>
      <w:r>
        <w:rPr>
          <w:b/>
        </w:rPr>
        <w:t xml:space="preserve">[36:06] </w:t>
      </w:r>
      <w:r>
        <w:t>dawat ke liye quran ki ishaat ke liye islam ki ishaat ke liye.</w:t>
      </w:r>
    </w:p>
    <w:p>
      <w:pPr>
        <w:jc w:val="right"/>
      </w:pPr>
      <w:r>
        <w:t>دعوت کے لیے قرآن کی اشاعت کے لیے اسلام کی اشاعت کے لیے۔</w:t>
      </w:r>
    </w:p>
    <w:p>
      <w:r>
        <w:rPr>
          <w:b/>
        </w:rPr>
        <w:t xml:space="preserve">[36:12] </w:t>
      </w:r>
      <w:r>
        <w:t>lekin yeh kaam kab hoga jab is area ke log politics ko chorein.</w:t>
      </w:r>
    </w:p>
    <w:p>
      <w:pPr>
        <w:jc w:val="right"/>
      </w:pPr>
      <w:r>
        <w:t>لیکن یہ کام کب ہوگا جب اس ایریا کے لوگ پولیٹکس کو چھوڑیں۔</w:t>
      </w:r>
    </w:p>
    <w:p>
      <w:r>
        <w:rPr>
          <w:b/>
        </w:rPr>
        <w:t xml:space="preserve">[36:18] </w:t>
      </w:r>
      <w:r>
        <w:t>parts ko chorein larai ko chorein nafrat ko</w:t>
      </w:r>
    </w:p>
    <w:p>
      <w:pPr>
        <w:jc w:val="right"/>
      </w:pPr>
      <w:r>
        <w:t>پارٹس کو چھوڑیں لڑائی کو چھوڑیں نفرت کو</w:t>
      </w:r>
    </w:p>
    <w:p>
      <w:r>
        <w:rPr>
          <w:b/>
        </w:rPr>
        <w:t xml:space="preserve">[36:24] </w:t>
      </w:r>
      <w:r>
        <w:t>chorein pathar marne ko chorein bomb marne ko chorein suicide bombing ko chorein.</w:t>
      </w:r>
    </w:p>
    <w:p>
      <w:pPr>
        <w:jc w:val="right"/>
      </w:pPr>
      <w:r>
        <w:t>چھوڑیں پتھر مارنے کو چھوڑیں بم مارنے کو چھوڑیں سوسائیڈ بمبنگ کو چھوڑیں۔</w:t>
      </w:r>
    </w:p>
    <w:p>
      <w:r>
        <w:rPr>
          <w:b/>
        </w:rPr>
        <w:t xml:space="preserve">[36:32] </w:t>
      </w:r>
      <w:r>
        <w:t>tab woh janenge ke kya nemat hai yeh zamana yeh daur kaisi nemat hai.</w:t>
      </w:r>
    </w:p>
    <w:p>
      <w:pPr>
        <w:jc w:val="right"/>
      </w:pPr>
      <w:r>
        <w:t>تب وہ جانیں گے کہ کیا نعمت ہے یہ زمانہ یہ دور کیسی نعمت ہے۔</w:t>
      </w:r>
    </w:p>
    <w:p>
      <w:r>
        <w:rPr>
          <w:b/>
        </w:rPr>
        <w:t xml:space="preserve">[36:39] </w:t>
      </w:r>
      <w:r>
        <w:t>aur tab unke andar jagah ga woh judge ke isko avel karein.</w:t>
      </w:r>
    </w:p>
    <w:p>
      <w:pPr>
        <w:jc w:val="right"/>
      </w:pPr>
      <w:r>
        <w:t>اور تب ان کے اندر جگہ گا وہ جج کہ اس کو اویل کریں۔</w:t>
      </w:r>
    </w:p>
    <w:p>
      <w:r>
        <w:rPr>
          <w:b/>
        </w:rPr>
        <w:t xml:space="preserve">[36:47] </w:t>
      </w:r>
      <w:r>
        <w:t>to yeh pura area jo hai middle east jisko kehte hain</w:t>
      </w:r>
    </w:p>
    <w:p>
      <w:pPr>
        <w:jc w:val="right"/>
      </w:pPr>
      <w:r>
        <w:t>تو یہ پورا ایریا جو ہے مڈل ایسٹ جس کو کہتے ہیں</w:t>
      </w:r>
    </w:p>
    <w:p>
      <w:r>
        <w:rPr>
          <w:b/>
        </w:rPr>
        <w:t xml:space="preserve">[36:55] </w:t>
      </w:r>
      <w:r>
        <w:t>is pure area ko ek ek ek message hai ek paigham hai.</w:t>
      </w:r>
    </w:p>
    <w:p>
      <w:pPr>
        <w:jc w:val="right"/>
      </w:pPr>
      <w:r>
        <w:t>اس پورے ایریا کو ایک ایک ایک میسج ہے ایک پیغام ہے۔</w:t>
      </w:r>
    </w:p>
    <w:p>
      <w:r>
        <w:rPr>
          <w:b/>
        </w:rPr>
        <w:t xml:space="preserve">[37:02] </w:t>
      </w:r>
      <w:r>
        <w:t>waqt ka ke jaago jaano ke kya daur tumhare liye aaya hai.</w:t>
      </w:r>
    </w:p>
    <w:p>
      <w:pPr>
        <w:jc w:val="right"/>
      </w:pPr>
      <w:r>
        <w:t>وقت کا کہ جاگو جانو کہ کیا دور تمہارے لیے آیا ہے۔</w:t>
      </w:r>
    </w:p>
    <w:p>
      <w:r>
        <w:rPr>
          <w:b/>
        </w:rPr>
        <w:t xml:space="preserve">[37:09] </w:t>
      </w:r>
      <w:r>
        <w:t>yani insan khud aa raha hai tumhara darwaza khatkhata raha hai keh raha hai ke tumhare paas jo</w:t>
      </w:r>
    </w:p>
    <w:p>
      <w:pPr>
        <w:jc w:val="right"/>
      </w:pPr>
      <w:r>
        <w:t>یعنی انسان خود آ رہا ہے تمہارا دروازہ کھٹکھٹا رہا ہے کہہ رہا ہے کہ تمہارے پاس جو</w:t>
      </w:r>
    </w:p>
    <w:p>
      <w:r>
        <w:rPr>
          <w:b/>
        </w:rPr>
        <w:t xml:space="preserve">[37:16] </w:t>
      </w:r>
      <w:r>
        <w:t>khuda ki kitab hai woh do hum ko hamari zuban mein.</w:t>
      </w:r>
    </w:p>
    <w:p>
      <w:pPr>
        <w:jc w:val="right"/>
      </w:pPr>
      <w:r>
        <w:t>خدا کی کتاب ہے وہ دو ہم کو ہماری زبان میں۔</w:t>
      </w:r>
    </w:p>
    <w:p>
      <w:r>
        <w:rPr>
          <w:b/>
        </w:rPr>
        <w:t xml:space="preserve">[37:23] </w:t>
      </w:r>
      <w:r>
        <w:t>kaisa ajeeb zamana aaya hai.</w:t>
      </w:r>
    </w:p>
    <w:p>
      <w:pPr>
        <w:jc w:val="right"/>
      </w:pPr>
      <w:r>
        <w:t>کیسا عجیب زمانہ آیا ہے۔</w:t>
      </w:r>
    </w:p>
    <w:p>
      <w:r>
        <w:rPr>
          <w:b/>
        </w:rPr>
        <w:t xml:space="preserve">[37:30] </w:t>
      </w:r>
      <w:r>
        <w:t>dekhiye quran jo hai sab se pehle oral tareeqe se failaya gaya tha.</w:t>
      </w:r>
    </w:p>
    <w:p>
      <w:pPr>
        <w:jc w:val="right"/>
      </w:pPr>
      <w:r>
        <w:t>دیکھیے قرآن جو ہے سب سے پہلے اورل طریقے سے پھیلایا گیا تھا۔</w:t>
      </w:r>
    </w:p>
    <w:p>
      <w:r>
        <w:rPr>
          <w:b/>
        </w:rPr>
        <w:t xml:space="preserve">[37:38] </w:t>
      </w:r>
      <w:r>
        <w:t>oral method munh se bol kar.</w:t>
      </w:r>
    </w:p>
    <w:p>
      <w:pPr>
        <w:jc w:val="right"/>
      </w:pPr>
      <w:r>
        <w:t>اورل میتھڈ منہ سے بول کر۔</w:t>
      </w:r>
    </w:p>
    <w:p>
      <w:r>
        <w:rPr>
          <w:b/>
        </w:rPr>
        <w:t xml:space="preserve">[37:45] </w:t>
      </w:r>
      <w:r>
        <w:t>munh se bol kar phir woh zamana aaya jab ke calligraphic method istemal kiya gaya.</w:t>
      </w:r>
    </w:p>
    <w:p>
      <w:pPr>
        <w:jc w:val="right"/>
      </w:pPr>
      <w:r>
        <w:t>منہ سے بول کر پھر وہ زمانہ آیا جب کہ کیلیگرافک میتھڈ استعمال کیا گیا۔</w:t>
      </w:r>
    </w:p>
    <w:p>
      <w:r>
        <w:rPr>
          <w:b/>
        </w:rPr>
        <w:t xml:space="preserve">[37:53] </w:t>
      </w:r>
      <w:r>
        <w:t>likh kar pahunchana calli</w:t>
      </w:r>
    </w:p>
    <w:p>
      <w:pPr>
        <w:jc w:val="right"/>
      </w:pPr>
      <w:r>
        <w:t>لکھ کر پہنچانا کیلی</w:t>
      </w:r>
    </w:p>
    <w:p>
      <w:r>
        <w:rPr>
          <w:b/>
        </w:rPr>
        <w:t xml:space="preserve">[38:00] </w:t>
      </w:r>
      <w:r>
        <w:t>graphic message phir woh zamana aaya jab ke printed material ke zariye se quran failaya gaya.</w:t>
      </w:r>
    </w:p>
    <w:p>
      <w:pPr>
        <w:jc w:val="right"/>
      </w:pPr>
      <w:r>
        <w:t>گرافک میسج پھر وہ زمانہ آیا جب کہ پرنٹڈ مٹیریل کے ذریعے سے قرآن پھیلایا گیا۔</w:t>
      </w:r>
    </w:p>
    <w:p>
      <w:r>
        <w:rPr>
          <w:b/>
        </w:rPr>
        <w:t xml:space="preserve">[38:09] </w:t>
      </w:r>
      <w:r>
        <w:t>chupa hua quran.</w:t>
      </w:r>
    </w:p>
    <w:p>
      <w:pPr>
        <w:jc w:val="right"/>
      </w:pPr>
      <w:r>
        <w:t>چھپا ہوا قرآن۔</w:t>
      </w:r>
    </w:p>
    <w:p>
      <w:r>
        <w:rPr>
          <w:b/>
        </w:rPr>
        <w:t xml:space="preserve">[38:17] </w:t>
      </w:r>
      <w:r>
        <w:t>ab to itna badh gaya hai itna badh gaya hai.</w:t>
      </w:r>
    </w:p>
    <w:p>
      <w:pPr>
        <w:jc w:val="right"/>
      </w:pPr>
      <w:r>
        <w:t>اب تو اتنا بڑھ گیا ہے اتنا بڑھ گیا ہے۔</w:t>
      </w:r>
    </w:p>
    <w:p>
      <w:r>
        <w:rPr>
          <w:b/>
        </w:rPr>
        <w:t xml:space="preserve">[38:25] </w:t>
      </w:r>
      <w:r>
        <w:t>modern technology jo hai modern technology computer ke baad ek electronic انقلاب ke baad</w:t>
      </w:r>
    </w:p>
    <w:p>
      <w:pPr>
        <w:jc w:val="right"/>
      </w:pPr>
      <w:r>
        <w:t>ماڈرن ٹیکنالوجی جو ہے ماڈرن ٹیکنالوجی کمپیوٹر کے بعد ایک الیکٹرانک انقلاب کے بعد</w:t>
      </w:r>
    </w:p>
    <w:p>
      <w:r>
        <w:rPr>
          <w:b/>
        </w:rPr>
        <w:t xml:space="preserve">[38:34] </w:t>
      </w:r>
      <w:r>
        <w:t>—</w:t>
      </w:r>
    </w:p>
    <w:p>
      <w:pPr>
        <w:jc w:val="right"/>
      </w:pPr>
      <w:r>
        <w:t>۔</w:t>
      </w:r>
    </w:p>
    <w:p>
      <w:r>
        <w:rPr>
          <w:b/>
        </w:rPr>
        <w:t xml:space="preserve">[38:39] </w:t>
      </w:r>
      <w:r>
        <w:t>to yeh sara jo jo ek yeh ek naya toofan hai yeh jo toofan nooh aaya tha hadu</w:t>
      </w:r>
    </w:p>
    <w:p>
      <w:pPr>
        <w:jc w:val="right"/>
      </w:pPr>
      <w:r>
        <w:t>تو یہ سارا جو جو ایک یہ ایک نیا طوفان ہے یہ جو طوفان نوح آیا تھا حدو</w:t>
      </w:r>
    </w:p>
    <w:p>
      <w:r>
        <w:rPr>
          <w:b/>
        </w:rPr>
        <w:t xml:space="preserve">[38:44] </w:t>
      </w:r>
      <w:r>
        <w:t>ke zamane mein.</w:t>
      </w:r>
    </w:p>
    <w:p>
      <w:pPr>
        <w:jc w:val="right"/>
      </w:pPr>
      <w:r>
        <w:t>کے زمانے میں۔</w:t>
      </w:r>
    </w:p>
    <w:p>
      <w:r>
        <w:rPr>
          <w:b/>
        </w:rPr>
        <w:t xml:space="preserve">[38:49] </w:t>
      </w:r>
      <w:r>
        <w:t>is se bohat bada toofan electronic toofan.</w:t>
      </w:r>
    </w:p>
    <w:p>
      <w:pPr>
        <w:jc w:val="right"/>
      </w:pPr>
      <w:r>
        <w:t>اس سے بہت بڑا طوفان الیکٹرانک طوفان۔</w:t>
      </w:r>
    </w:p>
    <w:p>
      <w:r>
        <w:rPr>
          <w:b/>
        </w:rPr>
        <w:t xml:space="preserve">[38:54] </w:t>
      </w:r>
      <w:r>
        <w:t>communication ka toofan.</w:t>
      </w:r>
    </w:p>
    <w:p>
      <w:pPr>
        <w:jc w:val="right"/>
      </w:pPr>
      <w:r>
        <w:t>کمیونیکیشن کا طوفان۔</w:t>
      </w:r>
    </w:p>
    <w:p>
      <w:r>
        <w:rPr>
          <w:b/>
        </w:rPr>
        <w:t xml:space="preserve">[38:59] </w:t>
      </w:r>
      <w:r>
        <w:t>to is ko janiye aur phenkiye pathar ko phetiye bomb ko.</w:t>
      </w:r>
    </w:p>
    <w:p>
      <w:pPr>
        <w:jc w:val="right"/>
      </w:pPr>
      <w:r>
        <w:t>تو اس کو جانیے اور پھینکیے پتھر کو پھیٹیے بم کو۔</w:t>
      </w:r>
    </w:p>
    <w:p>
      <w:r>
        <w:rPr>
          <w:b/>
        </w:rPr>
        <w:t xml:space="preserve">[39:04] </w:t>
      </w:r>
      <w:r>
        <w:t>haram samjhiye suicide bombing ko.</w:t>
      </w:r>
    </w:p>
    <w:p>
      <w:pPr>
        <w:jc w:val="right"/>
      </w:pPr>
      <w:r>
        <w:t>حرام سمجھیے سوسائیڈ بمبنگ کو۔</w:t>
      </w:r>
    </w:p>
    <w:p>
      <w:r>
        <w:rPr>
          <w:b/>
        </w:rPr>
        <w:t xml:space="preserve">[39:10] </w:t>
      </w:r>
      <w:r>
        <w:t>sirf ek hi point lijiye woh hai Allah ki kitab ko phailana Allah ki kitab ko Allah ki</w:t>
      </w:r>
    </w:p>
    <w:p>
      <w:pPr>
        <w:jc w:val="right"/>
      </w:pPr>
      <w:r>
        <w:t>صرف ایک ہی پوائنٹ لیجئے وہ ہے اللہ کی کتاب کو پھیلانا اللہ کی کتاب کو اللہ کی</w:t>
      </w:r>
    </w:p>
    <w:p>
      <w:r>
        <w:rPr>
          <w:b/>
        </w:rPr>
        <w:t xml:space="preserve">[39:15] </w:t>
      </w:r>
      <w:r>
        <w:t>badaulat tak pahunchana bas.</w:t>
      </w:r>
    </w:p>
    <w:p>
      <w:pPr>
        <w:jc w:val="right"/>
      </w:pPr>
      <w:r>
        <w:t>بدولت تک پہنچانا بس۔</w:t>
      </w:r>
    </w:p>
    <w:p>
      <w:r>
        <w:rPr>
          <w:b/>
        </w:rPr>
        <w:t xml:space="preserve">[39:21] </w:t>
      </w:r>
      <w:r>
        <w:t>har cheez ko chhod dijiye.</w:t>
      </w:r>
    </w:p>
    <w:p>
      <w:pPr>
        <w:jc w:val="right"/>
      </w:pPr>
      <w:r>
        <w:t>ہر چیز کو چھوڑ دیجئے۔</w:t>
      </w:r>
    </w:p>
    <w:p>
      <w:r>
        <w:rPr>
          <w:b/>
        </w:rPr>
        <w:t xml:space="preserve">[39:26] </w:t>
      </w:r>
      <w:r>
        <w:t>tab is daur ka faida aap ko mile ga.</w:t>
      </w:r>
    </w:p>
    <w:p>
      <w:pPr>
        <w:jc w:val="right"/>
      </w:pPr>
      <w:r>
        <w:t>تب اس دور کا فائدہ آپ کو ملے گا۔</w:t>
      </w:r>
    </w:p>
    <w:p>
      <w:r>
        <w:rPr>
          <w:b/>
        </w:rPr>
        <w:t xml:space="preserve">[39:31] </w:t>
      </w:r>
      <w:r>
        <w:t>is daur ka faida tab mile ga aap ko.</w:t>
      </w:r>
    </w:p>
    <w:p>
      <w:pPr>
        <w:jc w:val="right"/>
      </w:pPr>
      <w:r>
        <w:t>اس دور کا فائدہ تب ملے گا آپ کو۔</w:t>
      </w:r>
    </w:p>
    <w:p>
      <w:r>
        <w:rPr>
          <w:b/>
        </w:rPr>
        <w:t xml:space="preserve">[39:37] </w:t>
      </w:r>
      <w:r>
        <w:t>is daur ka faida tab aap ko mile ga.</w:t>
      </w:r>
    </w:p>
    <w:p>
      <w:pPr>
        <w:jc w:val="right"/>
      </w:pPr>
      <w:r>
        <w:t>اس دور کا فائدہ تب آپ کو ملے گا۔</w:t>
      </w:r>
    </w:p>
    <w:p>
      <w:r>
        <w:rPr>
          <w:b/>
        </w:rPr>
        <w:t xml:space="preserve">[39:44] </w:t>
      </w:r>
      <w:r>
        <w:t>is dunya ka qanoon yeh hai ke ek cheez ko paane ke liye doosri cheez ko chhodna padta hai.</w:t>
      </w:r>
    </w:p>
    <w:p>
      <w:pPr>
        <w:jc w:val="right"/>
      </w:pPr>
      <w:r>
        <w:t>اس دنیا کا قانون یہ ہے کہ ایک چیز کو پانے کے لیے دوسری چیز کو چھوڑنا پڑتا ہے۔</w:t>
      </w:r>
    </w:p>
    <w:p>
      <w:r>
        <w:rPr>
          <w:b/>
        </w:rPr>
        <w:t xml:space="preserve">[39:52] </w:t>
      </w:r>
      <w:r>
        <w:t>ek cheez ko paane ke liye doosri cheez ko chhodna padta hai.</w:t>
      </w:r>
    </w:p>
    <w:p>
      <w:pPr>
        <w:jc w:val="right"/>
      </w:pPr>
      <w:r>
        <w:t>ایک چیز کو پانے کے لیے دوسری چیز کو چھوڑنا پڑتا ہے۔</w:t>
      </w:r>
    </w:p>
    <w:p>
      <w:r>
        <w:rPr>
          <w:b/>
        </w:rPr>
        <w:t xml:space="preserve">[39:59] </w:t>
      </w:r>
      <w:r>
        <w:t>jaise Surah Sallallahu Alaihi Wasallam aur aap ke ashaab Badre se rawana hue Makah jaane ke liye. Hudaybiyah pahunche</w:t>
      </w:r>
    </w:p>
    <w:p>
      <w:pPr>
        <w:jc w:val="right"/>
      </w:pPr>
      <w:r>
        <w:t>جیسے سورہ صلی اللہ علیہ وسلم اور آپ کے اصحاب بدرے سے روانہ ہوئے مکہ جانے کے لیے۔ حدیبیہ پہنچے</w:t>
      </w:r>
    </w:p>
    <w:p>
      <w:r>
        <w:rPr>
          <w:b/>
        </w:rPr>
        <w:t xml:space="preserve">[40:07] </w:t>
      </w:r>
      <w:r>
        <w:t>to unhon ne roka hum nahi jaane denge.</w:t>
      </w:r>
    </w:p>
    <w:p>
      <w:pPr>
        <w:jc w:val="right"/>
      </w:pPr>
      <w:r>
        <w:t>تو انہوں نے روکا ہم نہیں جانے دیں گے۔</w:t>
      </w:r>
    </w:p>
    <w:p>
      <w:r>
        <w:rPr>
          <w:b/>
        </w:rPr>
        <w:t xml:space="preserve">[40:12] </w:t>
      </w:r>
      <w:r>
        <w:t>to Rasool Allah ne accept kar liya ke theek hai hum wapas chale aate hain.</w:t>
      </w:r>
    </w:p>
    <w:p>
      <w:pPr>
        <w:jc w:val="right"/>
      </w:pPr>
      <w:r>
        <w:t>تو رسول اللہ نے ایکسیپٹ کر لیا کہ ٹھیک ہے ہم واپس چلے آتے ہیں۔</w:t>
      </w:r>
    </w:p>
    <w:p>
      <w:r>
        <w:rPr>
          <w:b/>
        </w:rPr>
        <w:t xml:space="preserve">[40:18] </w:t>
      </w:r>
      <w:r>
        <w:t>yeh wapsi qadam ke liye thi.</w:t>
      </w:r>
    </w:p>
    <w:p>
      <w:pPr>
        <w:jc w:val="right"/>
      </w:pPr>
      <w:r>
        <w:t>یہ واپسی اقدام کے لیے تھی۔</w:t>
      </w:r>
    </w:p>
    <w:p>
      <w:r>
        <w:rPr>
          <w:b/>
        </w:rPr>
        <w:t xml:space="preserve">[40:23] </w:t>
      </w:r>
      <w:r>
        <w:t>hum hum retreat karte hain taake phir hamein advance karne ka mauqa mile.</w:t>
      </w:r>
    </w:p>
    <w:p>
      <w:pPr>
        <w:jc w:val="right"/>
      </w:pPr>
      <w:r>
        <w:t>ہم ہم ریٹریٹ کرتے ہیں تاکہ پھر ہمیں ایڈوانس کرنے کا موقع ملے۔</w:t>
      </w:r>
    </w:p>
    <w:p>
      <w:r>
        <w:rPr>
          <w:b/>
        </w:rPr>
        <w:t xml:space="preserve">[40:28] </w:t>
      </w:r>
      <w:r>
        <w:t>Inna fatahna laka fathan mubeena.</w:t>
      </w:r>
    </w:p>
    <w:p>
      <w:pPr>
        <w:jc w:val="right"/>
      </w:pPr>
      <w:r>
        <w:t>انا فتان لک فتح مبینہ۔</w:t>
      </w:r>
    </w:p>
    <w:p>
      <w:r>
        <w:rPr>
          <w:b/>
        </w:rPr>
        <w:t xml:space="preserve">[40:34] </w:t>
      </w:r>
      <w:r>
        <w:t>to aap ko agar aage badhna hai to peeche hatna padega.</w:t>
      </w:r>
    </w:p>
    <w:p>
      <w:pPr>
        <w:jc w:val="right"/>
      </w:pPr>
      <w:r>
        <w:t>تو آپ کو اگر آگے بڑھنا ہے تو پیچھے ہٹنا پڑے گا۔</w:t>
      </w:r>
    </w:p>
    <w:p>
      <w:r>
        <w:rPr>
          <w:b/>
        </w:rPr>
        <w:t xml:space="preserve">[40:39] </w:t>
      </w:r>
      <w:r>
        <w:t>yeh dunya ka usool hai.</w:t>
      </w:r>
    </w:p>
    <w:p>
      <w:pPr>
        <w:jc w:val="right"/>
      </w:pPr>
      <w:r>
        <w:t>یہ دنیا کا اصول ہے۔</w:t>
      </w:r>
    </w:p>
    <w:p>
      <w:r>
        <w:rPr>
          <w:b/>
        </w:rPr>
        <w:t xml:space="preserve">[40:47] </w:t>
      </w:r>
      <w:r>
        <w:t>yani Makah ki taraf march karne ke liye Madinah wahan pe jaana pada.</w:t>
      </w:r>
    </w:p>
    <w:p>
      <w:pPr>
        <w:jc w:val="right"/>
      </w:pPr>
      <w:r>
        <w:t>یعنی مکہ کی طرف مارچ کرنے کے لیے مدینہ وہاں پہ جانا پڑا۔</w:t>
      </w:r>
    </w:p>
    <w:p>
      <w:r>
        <w:rPr>
          <w:b/>
        </w:rPr>
        <w:t xml:space="preserve">[40:54] </w:t>
      </w:r>
      <w:r>
        <w:t>Rasool Allah Sallallahu Alaihi Wasallam ko kya karna pada Badre se peeche jaana pada.</w:t>
      </w:r>
    </w:p>
    <w:p>
      <w:pPr>
        <w:jc w:val="right"/>
      </w:pPr>
      <w:r>
        <w:t>رسول اللہ صلی اللہ علیہ وسلم کو کیا کرنا پڑا حدیبیہ سے پیچھے جانا پڑا۔</w:t>
      </w:r>
    </w:p>
    <w:p>
      <w:r>
        <w:rPr>
          <w:b/>
        </w:rPr>
        <w:t xml:space="preserve">[41:02] </w:t>
      </w:r>
      <w:r>
        <w:t>taake aap dobara Makah ki taraf march kar saken. Fatehana march.</w:t>
      </w:r>
    </w:p>
    <w:p>
      <w:pPr>
        <w:jc w:val="right"/>
      </w:pPr>
      <w:r>
        <w:t>تاکہ آپ دوبارہ مکہ کی طرف مارچ کر سکیں۔ فاتحانہ مارچ۔</w:t>
      </w:r>
    </w:p>
    <w:p>
      <w:r>
        <w:rPr>
          <w:b/>
        </w:rPr>
        <w:t xml:space="preserve">[41:09] </w:t>
      </w:r>
      <w:r>
        <w:t>yeh aap ko maloom hai yeh waqea hai ke Rasool Allah Sallallahu Alaihi Wasallam Badre se nikle</w:t>
      </w:r>
    </w:p>
    <w:p>
      <w:pPr>
        <w:jc w:val="right"/>
      </w:pPr>
      <w:r>
        <w:t>یہ آپ کو معلوم ہے یہ واقعہ ہے کہ رسول اللہ صلی اللہ علیہ وسلم بدرے سے نکلے</w:t>
      </w:r>
    </w:p>
    <w:p>
      <w:r>
        <w:rPr>
          <w:b/>
        </w:rPr>
        <w:t xml:space="preserve">[41:15] </w:t>
      </w:r>
      <w:r>
        <w:t>Makah jaane ke liye Hudaybiyah mein roka to unhon ne aap ko.</w:t>
      </w:r>
    </w:p>
    <w:p>
      <w:pPr>
        <w:jc w:val="right"/>
      </w:pPr>
      <w:r>
        <w:t>مکہ جانے کے لیے حدیبیہ میں روکا تو انہوں نے آپ کو۔</w:t>
      </w:r>
    </w:p>
    <w:p>
      <w:r>
        <w:rPr>
          <w:b/>
        </w:rPr>
        <w:t xml:space="preserve">[41:20] </w:t>
      </w:r>
      <w:r>
        <w:t>to aap ne un ki sharton ko maan liya.</w:t>
      </w:r>
    </w:p>
    <w:p>
      <w:pPr>
        <w:jc w:val="right"/>
      </w:pPr>
      <w:r>
        <w:t>تو آپ نے ان کی شرطوں کو مان لیا۔</w:t>
      </w:r>
    </w:p>
    <w:p>
      <w:r>
        <w:rPr>
          <w:b/>
        </w:rPr>
        <w:t xml:space="preserve">[41:26] </w:t>
      </w:r>
      <w:r>
        <w:t>hudaybiyah se wapas chalay gaye yeh kiya cheez thi.</w:t>
      </w:r>
    </w:p>
    <w:p>
      <w:pPr>
        <w:jc w:val="right"/>
      </w:pPr>
      <w:r>
        <w:t>حدیبیہ سے واپس چلے گئے یہ کیا چیز تھی۔</w:t>
      </w:r>
    </w:p>
    <w:p>
      <w:r>
        <w:rPr>
          <w:b/>
        </w:rPr>
        <w:t xml:space="preserve">[41:31] </w:t>
      </w:r>
      <w:r>
        <w:t>yeh aap ne bataya ke is dunya mein aagay barhnay ke liye peechay hatna parta hai.</w:t>
      </w:r>
    </w:p>
    <w:p>
      <w:pPr>
        <w:jc w:val="right"/>
      </w:pPr>
      <w:r>
        <w:t>یہ آپ نے بتایا کہ اس دنیا میں آگے بڑھنے کے لیے پیچھے ہٹنا پڑتا ہے۔</w:t>
      </w:r>
    </w:p>
    <w:p>
      <w:r>
        <w:rPr>
          <w:b/>
        </w:rPr>
        <w:t xml:space="preserve">[41:37] </w:t>
      </w:r>
      <w:r>
        <w:t>hudaybiyah aap ko yeh paigham de raha hai ke aagay barhnay ke liye peechay hatna parta hai.</w:t>
      </w:r>
    </w:p>
    <w:p>
      <w:pPr>
        <w:jc w:val="right"/>
      </w:pPr>
      <w:r>
        <w:t>حدیبیہ آپ کو یہ پیغام دے رہا ہے کہ آگے بڑھنے کے لیے پیچھے ہٹنا پڑتا ہے۔</w:t>
      </w:r>
    </w:p>
    <w:p>
      <w:r>
        <w:rPr>
          <w:b/>
        </w:rPr>
        <w:t xml:space="preserve">[41:42] </w:t>
      </w:r>
      <w:r>
        <w:t>fateh ke liye shikast ko qabool karna parta hai.</w:t>
      </w:r>
    </w:p>
    <w:p>
      <w:pPr>
        <w:jc w:val="right"/>
      </w:pPr>
      <w:r>
        <w:t>فتح کے لیے شکست کو قبول کرنا پڑتا ہے۔</w:t>
      </w:r>
    </w:p>
    <w:p>
      <w:r>
        <w:rPr>
          <w:b/>
        </w:rPr>
        <w:t xml:space="preserve">[41:49] </w:t>
      </w:r>
      <w:r>
        <w:t>to aaj sab se bari zaroorat yeh hai ke musalman is raaz ko samjhein.</w:t>
      </w:r>
    </w:p>
    <w:p>
      <w:pPr>
        <w:jc w:val="right"/>
      </w:pPr>
      <w:r>
        <w:t>تو آج سب سے بڑی ضرورت یہ ہے کہ مسلمان اس راز کو سمجھیں۔</w:t>
      </w:r>
    </w:p>
    <w:p>
      <w:r>
        <w:rPr>
          <w:b/>
        </w:rPr>
        <w:t xml:space="preserve">[41:55] </w:t>
      </w:r>
      <w:r>
        <w:t>hudaybiyah aik aik raaz hai hudaybiyah aik process hai.</w:t>
      </w:r>
    </w:p>
    <w:p>
      <w:pPr>
        <w:jc w:val="right"/>
      </w:pPr>
      <w:r>
        <w:t>حدیبیہ ایک ایک راز ہے حدیبیہ ایک پراسیس ہے۔</w:t>
      </w:r>
    </w:p>
    <w:p>
      <w:r>
        <w:rPr>
          <w:b/>
        </w:rPr>
        <w:t xml:space="preserve">[42:02] </w:t>
      </w:r>
      <w:r>
        <w:t>hudaybiyah aik message hai.</w:t>
      </w:r>
    </w:p>
    <w:p>
      <w:pPr>
        <w:jc w:val="right"/>
      </w:pPr>
      <w:r>
        <w:t>حدیبیہ ایک میسج ہے۔</w:t>
      </w:r>
    </w:p>
    <w:p>
      <w:r>
        <w:rPr>
          <w:b/>
        </w:rPr>
        <w:t xml:space="preserve">[42:08] </w:t>
      </w:r>
      <w:r>
        <w:t>zaroorat hai ke hum is ko samjhein.</w:t>
      </w:r>
    </w:p>
    <w:p>
      <w:pPr>
        <w:jc w:val="right"/>
      </w:pPr>
      <w:r>
        <w:t>ضرورت ہے کہ ہم اس کو سمجھیں۔</w:t>
      </w:r>
    </w:p>
    <w:p>
      <w:r>
        <w:rPr>
          <w:b/>
        </w:rPr>
        <w:t xml:space="preserve">[42:15] </w:t>
      </w:r>
      <w:r>
        <w:t>is raaz ko janen ke Allah ka jo qanoon hai is qanoon ne is qanoon ke mutabiq peechay</w:t>
      </w:r>
    </w:p>
    <w:p>
      <w:pPr>
        <w:jc w:val="right"/>
      </w:pPr>
      <w:r>
        <w:t>اس راز کو جانیں کہ اللہ کا جو قانون ہے اس قانون نے اس قانون کے مطابق پیچھے</w:t>
      </w:r>
    </w:p>
    <w:p>
      <w:r>
        <w:rPr>
          <w:b/>
        </w:rPr>
        <w:t xml:space="preserve">[42:22] </w:t>
      </w:r>
      <w:r>
        <w:t>hatna parta hai to phir aagay barhnay ka moqa milta hai.</w:t>
      </w:r>
    </w:p>
    <w:p>
      <w:pPr>
        <w:jc w:val="right"/>
      </w:pPr>
      <w:r>
        <w:t>ہٹنا پڑتا ہے تو پھر آگے بڑھنے کا موقع ملتا ہے۔</w:t>
      </w:r>
    </w:p>
    <w:p>
      <w:r>
        <w:rPr>
          <w:b/>
        </w:rPr>
        <w:t xml:space="preserve">[42:30] </w:t>
      </w:r>
      <w:r>
        <w:t>jaise misaal ke tor par sahaba ka giroh jab gaya tha ghazwa e maut mein to wahan halaat aisay</w:t>
      </w:r>
    </w:p>
    <w:p>
      <w:pPr>
        <w:jc w:val="right"/>
      </w:pPr>
      <w:r>
        <w:t>جیسے مثال کے طور پر صحابہ کا گروہ جب گیا تھا غزوہ موت میں تو وہاں حالات ایسے</w:t>
      </w:r>
    </w:p>
    <w:p>
      <w:r>
        <w:rPr>
          <w:b/>
        </w:rPr>
        <w:t xml:space="preserve">[42:37] </w:t>
      </w:r>
      <w:r>
        <w:t>the ke wapas</w:t>
      </w:r>
    </w:p>
    <w:p>
      <w:pPr>
        <w:jc w:val="right"/>
      </w:pPr>
      <w:r>
        <w:t>تھے کہ واپس</w:t>
      </w:r>
    </w:p>
    <w:p>
      <w:r>
        <w:rPr>
          <w:b/>
        </w:rPr>
        <w:t xml:space="preserve">[42:45] </w:t>
      </w:r>
      <w:r>
        <w:t>aana para.</w:t>
      </w:r>
    </w:p>
    <w:p>
      <w:pPr>
        <w:jc w:val="right"/>
      </w:pPr>
      <w:r>
        <w:t>آنا پڑا۔</w:t>
      </w:r>
    </w:p>
    <w:p>
      <w:r>
        <w:rPr>
          <w:b/>
        </w:rPr>
        <w:t xml:space="preserve">[42:51] </w:t>
      </w:r>
      <w:r>
        <w:t>hazrat khalid ki sardari mein.</w:t>
      </w:r>
    </w:p>
    <w:p>
      <w:pPr>
        <w:jc w:val="right"/>
      </w:pPr>
      <w:r>
        <w:t>حضرت خالد کی سرداری میں۔</w:t>
      </w:r>
    </w:p>
    <w:p>
      <w:r>
        <w:rPr>
          <w:b/>
        </w:rPr>
        <w:t xml:space="preserve">[42:58] </w:t>
      </w:r>
      <w:r>
        <w:t>to yeh log jab wahan se wapas ho kar ke pohanchay madina to madine mein kuch logon ne</w:t>
      </w:r>
    </w:p>
    <w:p>
      <w:pPr>
        <w:jc w:val="right"/>
      </w:pPr>
      <w:r>
        <w:t>تو یہ لوگ جب وہاں سے واپس ہو کر کے پہنچے مدینہ تو مدینے میں کچھ لوگوں نے</w:t>
      </w:r>
    </w:p>
    <w:p>
      <w:r>
        <w:rPr>
          <w:b/>
        </w:rPr>
        <w:t xml:space="preserve">[43:05] </w:t>
      </w:r>
      <w:r>
        <w:t>in ka istiqbal yeh kar ke kiya ya farar yeh bohat bara waqia hai.</w:t>
      </w:r>
    </w:p>
    <w:p>
      <w:pPr>
        <w:jc w:val="right"/>
      </w:pPr>
      <w:r>
        <w:t>ان کا استقبال یہ کر کے کیا یا فرار یہ بہت بڑا واقعہ ہے۔</w:t>
      </w:r>
    </w:p>
    <w:p>
      <w:r>
        <w:rPr>
          <w:b/>
        </w:rPr>
        <w:t xml:space="preserve">[43:11] </w:t>
      </w:r>
      <w:r>
        <w:t>yani jo log ghazwa e maut se wapas aaye thay madine ke liye hazrat khalid ki sardari mein.</w:t>
      </w:r>
    </w:p>
    <w:p>
      <w:pPr>
        <w:jc w:val="right"/>
      </w:pPr>
      <w:r>
        <w:t>یعنی جو لوگ غزوہ موت سے واپس آئے تھے مدینے کے لیے حضرت خالد کی سرداری میں۔</w:t>
      </w:r>
    </w:p>
    <w:p>
      <w:r>
        <w:rPr>
          <w:b/>
        </w:rPr>
        <w:t xml:space="preserve">[43:18] </w:t>
      </w:r>
      <w:r>
        <w:t>log sirf khalid safar Allah ko jantay hain.</w:t>
      </w:r>
    </w:p>
    <w:p>
      <w:pPr>
        <w:jc w:val="right"/>
      </w:pPr>
      <w:r>
        <w:t>لوگ صرف خالد سفر اللہ کو جانتے ہیں۔</w:t>
      </w:r>
    </w:p>
    <w:p>
      <w:r>
        <w:rPr>
          <w:b/>
        </w:rPr>
        <w:t xml:space="preserve">[43:24] </w:t>
      </w:r>
      <w:r>
        <w:t>hamaray log jo hain sirf khalid safar Allah ko jantay hain.</w:t>
      </w:r>
    </w:p>
    <w:p>
      <w:pPr>
        <w:jc w:val="right"/>
      </w:pPr>
      <w:r>
        <w:t>ہمارے لوگ جو ہیں صرف خالد سفر اللہ کو جانتے ہیں۔</w:t>
      </w:r>
    </w:p>
    <w:p>
      <w:r>
        <w:rPr>
          <w:b/>
        </w:rPr>
        <w:t xml:space="preserve">[43:30] </w:t>
      </w:r>
      <w:r>
        <w:t>halankay khalid woh shakhs thay jo lotay peechay ki taraf.</w:t>
      </w:r>
    </w:p>
    <w:p>
      <w:pPr>
        <w:jc w:val="right"/>
      </w:pPr>
      <w:r>
        <w:t>حالانکہ خالد وہ شخص تھے جو لوٹے پیچھے کی طرف۔</w:t>
      </w:r>
    </w:p>
    <w:p>
      <w:r>
        <w:rPr>
          <w:b/>
        </w:rPr>
        <w:t xml:space="preserve">[43:36] </w:t>
      </w:r>
      <w:r>
        <w:t>to jab madine ke logon ne in ka istiqbal kiya ya farar kaha kar ke to rasool Allah</w:t>
      </w:r>
    </w:p>
    <w:p>
      <w:pPr>
        <w:jc w:val="right"/>
      </w:pPr>
      <w:r>
        <w:t>تو جب مدینے کے لوگوں نے ان کا استقبال کیا یا فرار کہا کر کے تو رسول اللہ</w:t>
      </w:r>
    </w:p>
    <w:p>
      <w:r>
        <w:rPr>
          <w:b/>
        </w:rPr>
        <w:t xml:space="preserve">[43:42] </w:t>
      </w:r>
      <w:r>
        <w:t>sallallahu alaihi wasallam ne kiya kaha aap ne farmaya ke laisu bil farar inshallah ta'ala</w:t>
      </w:r>
    </w:p>
    <w:p>
      <w:pPr>
        <w:jc w:val="right"/>
      </w:pPr>
      <w:r>
        <w:t>صلی اللہ علیہ وسلم نے کیا کہا آپ نے فرمایا کہ لیسو بالفرار انشاء اللہ تعالی</w:t>
      </w:r>
    </w:p>
    <w:p>
      <w:r>
        <w:rPr>
          <w:b/>
        </w:rPr>
        <w:t xml:space="preserve">[43:48] </w:t>
      </w:r>
      <w:r>
        <w:t>yeh farar nahi hai yeh peechay hatnay walay nahi yeh iqdam karnay walay log hain.</w:t>
      </w:r>
    </w:p>
    <w:p>
      <w:pPr>
        <w:jc w:val="right"/>
      </w:pPr>
      <w:r>
        <w:t>یہ فرار نہیں ہے یہ پیچھے ہٹنے والے نہیں یہ اقدام کرنے والے لوگ ہیں۔</w:t>
      </w:r>
    </w:p>
    <w:p>
      <w:r>
        <w:rPr>
          <w:b/>
        </w:rPr>
        <w:t xml:space="preserve">[43:56] </w:t>
      </w:r>
      <w:r>
        <w:t>yeh peechay hatay hain ta ke ziyada effective andaaz mein iqdam karen.</w:t>
      </w:r>
    </w:p>
    <w:p>
      <w:pPr>
        <w:jc w:val="right"/>
      </w:pPr>
      <w:r>
        <w:t>یہ پیچھے ہٹے ہیں تاکہ زیادہ ایفیکٹیو انداز میں اقدام کریں۔</w:t>
      </w:r>
    </w:p>
    <w:p>
      <w:r>
        <w:rPr>
          <w:b/>
        </w:rPr>
        <w:t xml:space="preserve">[44:03] </w:t>
      </w:r>
      <w:r>
        <w:t>is ka matlab yeh tha ke yeh log peechay hatay hain ta ke ziyada effective andaaz mein iqdam karen</w:t>
      </w:r>
    </w:p>
    <w:p>
      <w:pPr>
        <w:jc w:val="right"/>
      </w:pPr>
      <w:r>
        <w:t>اس کا مطلب یہ تھا کہ یہ لوگ پیچھے ہٹے ہیں تاکہ زیادہ ایفیکٹیو انداز میں اقدام کریں</w:t>
      </w:r>
    </w:p>
    <w:p>
      <w:r>
        <w:rPr>
          <w:b/>
        </w:rPr>
        <w:t xml:space="preserve">[44:11] </w:t>
      </w:r>
      <w:r>
        <w:t>aagay barhain yahi hua.</w:t>
      </w:r>
    </w:p>
    <w:p>
      <w:pPr>
        <w:jc w:val="right"/>
      </w:pPr>
      <w:r>
        <w:t>آگے بڑھیں یہی ہوا۔</w:t>
      </w:r>
    </w:p>
    <w:p>
      <w:r>
        <w:rPr>
          <w:b/>
        </w:rPr>
        <w:t xml:space="preserve">[44:18] </w:t>
      </w:r>
      <w:r>
        <w:t>to jab bhi tareekh mein koi upheaval hota hai koi uchhal phisal hota hai koi jang hoti hai koi fateh o shikast ke ke waqiat pesh aate hain. to woh aik aik aik shock hota hai. mind ko jagane ke liye aap ki soch ko ko naye rukh par chalane ke liye. to jo log</w:t>
      </w:r>
    </w:p>
    <w:p>
      <w:pPr>
        <w:jc w:val="right"/>
      </w:pPr>
      <w:r>
        <w:t>تو جب بھی تاریخ میں کوئی اپ ہیول ہوتا ہے کوئی اچھل پھسل ہوتا ہے کوئی جنگ ہوتی ہے کوئی فتح و شکست کے کے واقعات پیش آتے ہیں۔ تو وہ ایک ایک ایک شاک ہوتا ہے۔ مائنڈ کو جگانے کے لیے آپ کی سوچ کو کو نئے رخ پر چلانے کے لیے۔ تو جو لوگ</w:t>
      </w:r>
    </w:p>
    <w:p>
      <w:r>
        <w:rPr>
          <w:b/>
        </w:rPr>
        <w:t xml:space="preserve">[44:48] </w:t>
      </w:r>
      <w:r>
        <w:t>kehte hain aaj kal jo bhi musalmanon ki tehreerein parhiye jo bhi taqreer suniye har jagah bas matam</w:t>
      </w:r>
    </w:p>
    <w:p>
      <w:pPr>
        <w:jc w:val="right"/>
      </w:pPr>
      <w:r>
        <w:t>کہتے ہیں آج کل جو بھی مسلمانوں کی تحریریں پڑھیے جو بھی تقریر سنیے ہر جگہ بس ماتم</w:t>
      </w:r>
    </w:p>
    <w:p>
      <w:r>
        <w:rPr>
          <w:b/>
        </w:rPr>
        <w:t xml:space="preserve">[44:55] </w:t>
      </w:r>
      <w:r>
        <w:t>ki baatein hoti hain.</w:t>
      </w:r>
    </w:p>
    <w:p>
      <w:pPr>
        <w:jc w:val="right"/>
      </w:pPr>
      <w:r>
        <w:t>کی باتیں ہوتی ہیں۔</w:t>
      </w:r>
    </w:p>
    <w:p>
      <w:r>
        <w:rPr>
          <w:b/>
        </w:rPr>
        <w:t xml:space="preserve">[45:01] </w:t>
      </w:r>
      <w:r>
        <w:t>hum dushman se ghare hue hain.</w:t>
      </w:r>
    </w:p>
    <w:p>
      <w:pPr>
        <w:jc w:val="right"/>
      </w:pPr>
      <w:r>
        <w:t>ہم دشمن سے گھرے ہوئے ہیں۔</w:t>
      </w:r>
    </w:p>
    <w:p>
      <w:r>
        <w:rPr>
          <w:b/>
        </w:rPr>
        <w:t xml:space="preserve">[45:08] </w:t>
      </w:r>
      <w:r>
        <w:t>yeh kya dushman kya koi dushman nahi hai sari duniya aap ki dost hai.</w:t>
      </w:r>
    </w:p>
    <w:p>
      <w:pPr>
        <w:jc w:val="right"/>
      </w:pPr>
      <w:r>
        <w:t>یہ کیا دشمن کیا کوئی دشمن نہیں ہے ساری دنیا آپ کی دوست ہے۔</w:t>
      </w:r>
    </w:p>
    <w:p>
      <w:r>
        <w:rPr>
          <w:b/>
        </w:rPr>
        <w:t xml:space="preserve">[45:14] </w:t>
      </w:r>
      <w:r>
        <w:t>aap quran ki surah 41 mein parhiye.</w:t>
      </w:r>
    </w:p>
    <w:p>
      <w:pPr>
        <w:jc w:val="right"/>
      </w:pPr>
      <w:r>
        <w:t>آپ قرآن کی سورہ 41 میں پڑھیے۔</w:t>
      </w:r>
    </w:p>
    <w:p>
      <w:r>
        <w:rPr>
          <w:b/>
        </w:rPr>
        <w:t xml:space="preserve">[45:21] </w:t>
      </w:r>
      <w:r>
        <w:t>41 mein parhiye.</w:t>
      </w:r>
    </w:p>
    <w:p>
      <w:pPr>
        <w:jc w:val="right"/>
      </w:pPr>
      <w:r>
        <w:t>41 میں پڑھیے۔</w:t>
      </w:r>
    </w:p>
    <w:p>
      <w:r>
        <w:rPr>
          <w:b/>
        </w:rPr>
        <w:t xml:space="preserve">[45:27] </w:t>
      </w:r>
      <w:r>
        <w:t>dushman ko dost banao.</w:t>
      </w:r>
    </w:p>
    <w:p>
      <w:pPr>
        <w:jc w:val="right"/>
      </w:pPr>
      <w:r>
        <w:t>دشمن کو دوست بناؤ۔</w:t>
      </w:r>
    </w:p>
    <w:p>
      <w:r>
        <w:rPr>
          <w:b/>
        </w:rPr>
        <w:t xml:space="preserve">[45:33] </w:t>
      </w:r>
      <w:r>
        <w:t>islam naam hai dushman ko dost banane ka.</w:t>
      </w:r>
    </w:p>
    <w:p>
      <w:pPr>
        <w:jc w:val="right"/>
      </w:pPr>
      <w:r>
        <w:t>اسلام نام ہے دشمن کو دوست بنانے کا۔</w:t>
      </w:r>
    </w:p>
    <w:p>
      <w:r>
        <w:rPr>
          <w:b/>
        </w:rPr>
        <w:t xml:space="preserve">[45:39] </w:t>
      </w:r>
      <w:r>
        <w:t>to yeh aaj yeh sab mawaqe yeh sab imkanat aakhri had tak khul chuke hain.</w:t>
      </w:r>
    </w:p>
    <w:p>
      <w:pPr>
        <w:jc w:val="right"/>
      </w:pPr>
      <w:r>
        <w:t>تو یہ آج یہ سب مواقع یہ سب امکانات آخری حد تک کھل چکے ہیں۔</w:t>
      </w:r>
    </w:p>
    <w:p>
      <w:r>
        <w:rPr>
          <w:b/>
        </w:rPr>
        <w:t xml:space="preserve">[45:45] </w:t>
      </w:r>
      <w:r>
        <w:t>aakhri had tak khul chuke hain. ke jis</w:t>
      </w:r>
    </w:p>
    <w:p>
      <w:pPr>
        <w:jc w:val="right"/>
      </w:pPr>
      <w:r>
        <w:t>آخری حد تک کھل چکے ہیں۔ کہ جس</w:t>
      </w:r>
    </w:p>
    <w:p>
      <w:r>
        <w:rPr>
          <w:b/>
        </w:rPr>
        <w:t xml:space="preserve">[45:51] </w:t>
      </w:r>
      <w:r>
        <w:t>jis israel ko logon ne dub kar diya tha ke dushman ka ilaaqa hai woh.</w:t>
      </w:r>
    </w:p>
    <w:p>
      <w:pPr>
        <w:jc w:val="right"/>
      </w:pPr>
      <w:r>
        <w:t>جس اسرائیل کو لوگوں نے ڈب کر دیا تھا کہ دشمن کا علاقہ ہے وہ۔</w:t>
      </w:r>
    </w:p>
    <w:p>
      <w:r>
        <w:rPr>
          <w:b/>
        </w:rPr>
        <w:t xml:space="preserve">[45:59] </w:t>
      </w:r>
      <w:r>
        <w:t>mein jab gaya pehli baar.</w:t>
      </w:r>
    </w:p>
    <w:p>
      <w:pPr>
        <w:jc w:val="right"/>
      </w:pPr>
      <w:r>
        <w:t>میں جب گیا پہلی بار۔</w:t>
      </w:r>
    </w:p>
    <w:p>
      <w:r>
        <w:rPr>
          <w:b/>
        </w:rPr>
        <w:t xml:space="preserve">[46:06] </w:t>
      </w:r>
      <w:r>
        <w:t>to wahan par mein ne dekha ke morocco se ek sahab aaye thay woh bohat hi yani pareshan thay.</w:t>
      </w:r>
    </w:p>
    <w:p>
      <w:pPr>
        <w:jc w:val="right"/>
      </w:pPr>
      <w:r>
        <w:t>تو وہاں پر میں نے دیکھا کہ مراکش سے ایک صاحب آئے تھے وہ بہت ہی یعنی پریشان تھے۔</w:t>
      </w:r>
    </w:p>
    <w:p>
      <w:r>
        <w:rPr>
          <w:b/>
        </w:rPr>
        <w:t xml:space="preserve">[46:14] </w:t>
      </w:r>
      <w:r>
        <w:t>woh yeh le kar pareshan thay ke falasteen par israel ka qabza ho raha ho gaya to</w:t>
      </w:r>
    </w:p>
    <w:p>
      <w:pPr>
        <w:jc w:val="right"/>
      </w:pPr>
      <w:r>
        <w:t>وہ یہ لے کر پریشان تھے کہ فلسطین پر اسرائیل کا قبضہ ہو رہا ہو گیا تو</w:t>
      </w:r>
    </w:p>
    <w:p>
      <w:r>
        <w:rPr>
          <w:b/>
        </w:rPr>
        <w:t xml:space="preserve">[46:21] </w:t>
      </w:r>
      <w:r>
        <w:t>mein ne un ko samjhaya.</w:t>
      </w:r>
    </w:p>
    <w:p>
      <w:pPr>
        <w:jc w:val="right"/>
      </w:pPr>
      <w:r>
        <w:t>میں نے ان کو سمجھایا۔</w:t>
      </w:r>
    </w:p>
    <w:p>
      <w:r>
        <w:rPr>
          <w:b/>
        </w:rPr>
        <w:t xml:space="preserve">[46:26] </w:t>
      </w:r>
      <w:r>
        <w:t>to bilkul achaanak khush ho gaye woh.</w:t>
      </w:r>
    </w:p>
    <w:p>
      <w:pPr>
        <w:jc w:val="right"/>
      </w:pPr>
      <w:r>
        <w:t>تو بالکل اچانک خوش ہو گئے وہ۔</w:t>
      </w:r>
    </w:p>
    <w:p>
      <w:r>
        <w:rPr>
          <w:b/>
        </w:rPr>
        <w:t xml:space="preserve">[46:31] </w:t>
      </w:r>
      <w:r>
        <w:t>to sari sari duniya aap ke liye koi dushman nahi hai.</w:t>
      </w:r>
    </w:p>
    <w:p>
      <w:pPr>
        <w:jc w:val="right"/>
      </w:pPr>
      <w:r>
        <w:t>تو ساری ساری دنیا آپ کے لیے کوئی دشمن نہیں ہے۔</w:t>
      </w:r>
    </w:p>
    <w:p>
      <w:r>
        <w:rPr>
          <w:b/>
        </w:rPr>
        <w:t xml:space="preserve">[46:36] </w:t>
      </w:r>
      <w:r>
        <w:t>samajhne ki baat hai apni aqal ko kholne ki baat hai.</w:t>
      </w:r>
    </w:p>
    <w:p>
      <w:pPr>
        <w:jc w:val="right"/>
      </w:pPr>
      <w:r>
        <w:t>سمجھنے کی بات ہے اپنی عقل کو کھولنے کی بات ہے۔</w:t>
      </w:r>
    </w:p>
    <w:p>
      <w:r>
        <w:rPr>
          <w:b/>
        </w:rPr>
        <w:t xml:space="preserve">[46:41] </w:t>
      </w:r>
      <w:r>
        <w:t>naye mawaqe ko samajhne ki baat hai.</w:t>
      </w:r>
    </w:p>
    <w:p>
      <w:pPr>
        <w:jc w:val="right"/>
      </w:pPr>
      <w:r>
        <w:t>نئے مواقع کو سمجھنے کی بات ہے۔</w:t>
      </w:r>
    </w:p>
    <w:p>
      <w:r>
        <w:rPr>
          <w:b/>
        </w:rPr>
        <w:t xml:space="preserve">[46:47] </w:t>
      </w:r>
      <w:r>
        <w:t>to meri dua hai ke Allah taala</w:t>
      </w:r>
    </w:p>
    <w:p>
      <w:pPr>
        <w:jc w:val="right"/>
      </w:pPr>
      <w:r>
        <w:t>تو میری دعا ہے کہ اللہ تعالی</w:t>
      </w:r>
    </w:p>
    <w:p>
      <w:r>
        <w:rPr>
          <w:b/>
        </w:rPr>
        <w:t xml:space="preserve">[46:52] </w:t>
      </w:r>
      <w:r>
        <w:t>hum ko tofeeq de ke hum quran ke asli asli paigham asli paigham ko janiye.</w:t>
      </w:r>
    </w:p>
    <w:p>
      <w:pPr>
        <w:jc w:val="right"/>
      </w:pPr>
      <w:r>
        <w:t>ہم کو توفیق دے کہ ہم قرآن کے اصلی اصلی پیغام اصلی پیغام کو جانیں۔</w:t>
      </w:r>
    </w:p>
    <w:p>
      <w:r>
        <w:rPr>
          <w:b/>
        </w:rPr>
        <w:t xml:space="preserve">[46:57] </w:t>
      </w:r>
      <w:r>
        <w:t>hum quran ke sirf technical pehluon ko jante hain.</w:t>
      </w:r>
    </w:p>
    <w:p>
      <w:pPr>
        <w:jc w:val="right"/>
      </w:pPr>
      <w:r>
        <w:t>ہم قرآن کے صرف ٹیکنیکل پہلوؤں کو جانتے ہیں۔</w:t>
      </w:r>
    </w:p>
    <w:p>
      <w:r>
        <w:rPr>
          <w:b/>
        </w:rPr>
        <w:t xml:space="preserve">[47:02] </w:t>
      </w:r>
      <w:r>
        <w:t>jo log quran ki baatein karte hain woh sirf technical pehluon ki tak un ki pahunch hui hai.</w:t>
      </w:r>
    </w:p>
    <w:p>
      <w:pPr>
        <w:jc w:val="right"/>
      </w:pPr>
      <w:r>
        <w:t>جو لوگ قرآن کی باتیں کرتے ہیں وہ صرف ٹیکنیکل پہلوؤں کی تک ان کی پہنچ ہوئی ہے۔</w:t>
      </w:r>
    </w:p>
    <w:p>
      <w:r>
        <w:rPr>
          <w:b/>
        </w:rPr>
        <w:t xml:space="preserve">[47:07] </w:t>
      </w:r>
      <w:r>
        <w:t>quran ke technical pehluon ki tak pahunche hain woh.</w:t>
      </w:r>
    </w:p>
    <w:p>
      <w:pPr>
        <w:jc w:val="right"/>
      </w:pPr>
      <w:r>
        <w:t>قرآن کے ٹیکنیکل پہلوؤں کی تک پہنچے ہیں وہ۔</w:t>
      </w:r>
    </w:p>
    <w:p>
      <w:r>
        <w:rPr>
          <w:b/>
        </w:rPr>
        <w:t xml:space="preserve">[47:12] </w:t>
      </w:r>
      <w:r>
        <w:t>quran ke maghz tak pohncho.</w:t>
      </w:r>
    </w:p>
    <w:p>
      <w:pPr>
        <w:jc w:val="right"/>
      </w:pPr>
      <w:r>
        <w:t>قرآن کے مغز تک پہنچو۔</w:t>
      </w:r>
    </w:p>
    <w:p>
      <w:r>
        <w:rPr>
          <w:b/>
        </w:rPr>
        <w:t xml:space="preserve">[47:17] </w:t>
      </w:r>
      <w:r>
        <w:t>quran ke asal jo message hai us tak pohnch</w:t>
      </w:r>
    </w:p>
    <w:p>
      <w:pPr>
        <w:jc w:val="right"/>
      </w:pPr>
      <w:r>
        <w:t>قرآن کے اصل جو میسج ہے اس تک پہنچ</w:t>
      </w:r>
    </w:p>
    <w:p>
      <w:r>
        <w:rPr>
          <w:b/>
        </w:rPr>
        <w:t xml:space="preserve">[47:22] </w:t>
      </w:r>
      <w:r>
        <w:t>o. quran ka jo inqalabi paigham hai us ko samjho. to meri dua hai ke Allah taala hum ko aur aap ko tofeeq de ke hum is raaz ko samjhein. assalam o alaikum wa rahmatullah. okay so we we will start with the question answer session now</w:t>
      </w:r>
    </w:p>
    <w:p>
      <w:pPr>
        <w:jc w:val="right"/>
      </w:pPr>
      <w:r>
        <w:t>و۔ قرآن کا جو انقلابی پیغام ہے اس کو سمجھو۔ تو میری دعا ہے کہ اللہ تعالی ہم کو اور آپ کو توفیق دے کہ ہم اس راز کو سمجھیں۔ السلام علیکم ورحمۃ اللہ۔ اوکے سو وی ویل سٹارٹ ود دی کوئسچن انسر سیشن ناو</w:t>
      </w:r>
    </w:p>
    <w:p>
      <w:r>
        <w:rPr>
          <w:b/>
        </w:rPr>
        <w:t xml:space="preserve">[47:52] </w:t>
      </w:r>
      <w:r>
        <w:t>—</w:t>
      </w:r>
    </w:p>
    <w:p>
      <w:pPr>
        <w:jc w:val="right"/>
      </w:pPr>
      <w:r>
        <w:t>۔</w:t>
      </w:r>
    </w:p>
    <w:p>
      <w:r>
        <w:rPr>
          <w:b/>
        </w:rPr>
        <w:t xml:space="preserve">[47:56] </w:t>
      </w:r>
      <w:r>
        <w:t>al the viewers are requested to post their questions either in the facebook comment section or you</w:t>
      </w:r>
    </w:p>
    <w:p>
      <w:pPr>
        <w:jc w:val="right"/>
      </w:pPr>
      <w:r>
        <w:t>ال دی ویورز ار ریکویسٹڈ ٹو پوسٹ دیر کوئسچنز ایڈر ان دا فیس بک کمنٹ سیکشن اور یو</w:t>
      </w:r>
    </w:p>
    <w:p>
      <w:r>
        <w:rPr>
          <w:b/>
        </w:rPr>
        <w:t xml:space="preserve">[48:00] </w:t>
      </w:r>
      <w:r>
        <w:t>can send it info at cpsglobal.org.</w:t>
      </w:r>
    </w:p>
    <w:p>
      <w:pPr>
        <w:jc w:val="right"/>
      </w:pPr>
      <w:r>
        <w:t>کین سینڈ اٹ انفو ایٹ سی پی ایس گلوبل ڈاٹ او آر جی۔</w:t>
      </w:r>
    </w:p>
    <w:p>
      <w:r>
        <w:rPr>
          <w:b/>
        </w:rPr>
        <w:t xml:space="preserve">[48:05] </w:t>
      </w:r>
      <w:r>
        <w:t>please mention your location when you post your comments and questions.</w:t>
      </w:r>
    </w:p>
    <w:p>
      <w:pPr>
        <w:jc w:val="right"/>
      </w:pPr>
      <w:r>
        <w:t>پلیز مینشن یور لوکیشن وین یو پوسٹ یور کمنٹس اینڈ کوئسچنز۔</w:t>
      </w:r>
    </w:p>
    <w:p>
      <w:r>
        <w:rPr>
          <w:b/>
        </w:rPr>
        <w:t xml:space="preserve">[48:09] </w:t>
      </w:r>
      <w:r>
        <w:t>so i will first take the comments that have come today.</w:t>
      </w:r>
    </w:p>
    <w:p>
      <w:pPr>
        <w:jc w:val="right"/>
      </w:pPr>
      <w:r>
        <w:t>سو ائی ویل فرسٹ ٹیک دی کمنٹس دیٹ ہیو کم ٹوڈے۔</w:t>
      </w:r>
    </w:p>
    <w:p>
      <w:r>
        <w:rPr>
          <w:b/>
        </w:rPr>
        <w:t xml:space="preserve">[48:13] </w:t>
      </w:r>
      <w:r>
        <w:t>maulana sahib yeh comment bheja hai miss priya malik ne delhi se.</w:t>
      </w:r>
    </w:p>
    <w:p>
      <w:pPr>
        <w:jc w:val="right"/>
      </w:pPr>
      <w:r>
        <w:t>مولانا صاحب یہ کمنٹ بھیجا ہے مس پریا ملک نے دلی سے۔</w:t>
      </w:r>
    </w:p>
    <w:p>
      <w:r>
        <w:rPr>
          <w:b/>
        </w:rPr>
        <w:t xml:space="preserve">[48:18] </w:t>
      </w:r>
      <w:r>
        <w:t>unhon ne likha hai excellent lecture mol</w:t>
      </w:r>
    </w:p>
    <w:p>
      <w:pPr>
        <w:jc w:val="right"/>
      </w:pPr>
      <w:r>
        <w:t>انہوں نے لکھا ہے ایکسیلنٹ لیکچر مول</w:t>
      </w:r>
    </w:p>
    <w:p>
      <w:r>
        <w:rPr>
          <w:b/>
        </w:rPr>
        <w:t xml:space="preserve">[48:22] </w:t>
      </w:r>
      <w:r>
        <w:t>ana complete i opener.</w:t>
      </w:r>
    </w:p>
    <w:p>
      <w:pPr>
        <w:jc w:val="right"/>
      </w:pPr>
      <w:r>
        <w:t>انا کمپلیٹ ائی اوپنر۔</w:t>
      </w:r>
    </w:p>
    <w:p>
      <w:r>
        <w:rPr>
          <w:b/>
        </w:rPr>
        <w:t xml:space="preserve">[48:28] </w:t>
      </w:r>
      <w:r>
        <w:t>i feel so blessed to have you as a guide else would have been lost.</w:t>
      </w:r>
    </w:p>
    <w:p>
      <w:pPr>
        <w:jc w:val="right"/>
      </w:pPr>
      <w:r>
        <w:t>ائی فیل سو بلیس ٹو ہیو یو ایز ا گائیڈ ایلس وڈ ہیو بین لاسٹ۔</w:t>
      </w:r>
    </w:p>
    <w:p>
      <w:r>
        <w:rPr>
          <w:b/>
        </w:rPr>
        <w:t xml:space="preserve">[48:34] </w:t>
      </w:r>
      <w:r>
        <w:t>phir comment bheja hai ah maulana iqbal umri ne chennai se unhon ne likha hai mazloomiyat shikayat aur</w:t>
      </w:r>
    </w:p>
    <w:p>
      <w:pPr>
        <w:jc w:val="right"/>
      </w:pPr>
      <w:r>
        <w:t>پھر کمنٹ بھیجا ہے اہ مولانا اقبال عمری نے چنئی سے انہوں نے لکھا ہے مظلومیت شکایت اور</w:t>
      </w:r>
    </w:p>
    <w:p>
      <w:r>
        <w:rPr>
          <w:b/>
        </w:rPr>
        <w:t xml:space="preserve">[48:40] </w:t>
      </w:r>
      <w:r>
        <w:t>nafrat ki taraf rehnumai saare log yahi kar rahe hain.</w:t>
      </w:r>
    </w:p>
    <w:p>
      <w:pPr>
        <w:jc w:val="right"/>
      </w:pPr>
      <w:r>
        <w:t>نفرت کی طرف رہنمائی سارے لوگ یہی کر رہے ہیں۔</w:t>
      </w:r>
    </w:p>
    <w:p>
      <w:r>
        <w:rPr>
          <w:b/>
        </w:rPr>
        <w:t xml:space="preserve">[48:46] </w:t>
      </w:r>
      <w:r>
        <w:t>sirf al risala mission hi positive action</w:t>
      </w:r>
    </w:p>
    <w:p>
      <w:pPr>
        <w:jc w:val="right"/>
      </w:pPr>
      <w:r>
        <w:t>صرف الرسالہ مشن ہی پوزیٹیو ایکشن</w:t>
      </w:r>
    </w:p>
    <w:p>
      <w:r>
        <w:rPr>
          <w:b/>
        </w:rPr>
        <w:t xml:space="preserve">[48:52] </w:t>
      </w:r>
      <w:r>
        <w:t>aur planning ki dawat deta hai. jazak Allah.</w:t>
      </w:r>
    </w:p>
    <w:p>
      <w:pPr>
        <w:jc w:val="right"/>
      </w:pPr>
      <w:r>
        <w:t>اور پلاننگ کی دعوت دیتا ہے۔ جزاک اللہ۔</w:t>
      </w:r>
    </w:p>
    <w:p>
      <w:r>
        <w:rPr>
          <w:b/>
        </w:rPr>
        <w:t xml:space="preserve">[48:57] </w:t>
      </w:r>
      <w:r>
        <w:t>miss shabana ansari ne pakistan se likha hai history is shock treatment.</w:t>
      </w:r>
    </w:p>
    <w:p>
      <w:pPr>
        <w:jc w:val="right"/>
      </w:pPr>
      <w:r>
        <w:t>مس شبانہ انصاری نے پاکستان سے لکھا ہے ہسٹری از شاک ٹریٹمنٹ۔</w:t>
      </w:r>
    </w:p>
    <w:p>
      <w:r>
        <w:rPr>
          <w:b/>
        </w:rPr>
        <w:t xml:space="preserve">[49:02] </w:t>
      </w:r>
      <w:r>
        <w:t>Maulana Sahab, you have given a splendid point.</w:t>
      </w:r>
    </w:p>
    <w:p>
      <w:pPr>
        <w:jc w:val="right"/>
      </w:pPr>
      <w:r>
        <w:t>مولانا صاحب یو ہیو گیون ا سپلینڈڈ پوائنٹ۔</w:t>
      </w:r>
    </w:p>
    <w:p>
      <w:r>
        <w:rPr>
          <w:b/>
        </w:rPr>
        <w:t xml:space="preserve">[49:07] </w:t>
      </w:r>
      <w:r>
        <w:t>As shock treatment is always re-awakening human mind.</w:t>
      </w:r>
    </w:p>
    <w:p>
      <w:pPr>
        <w:jc w:val="right"/>
      </w:pPr>
      <w:r>
        <w:t>ایز شاک ٹریٹمنٹ از الویز ری اویکننگ ہیومن مائنڈ۔</w:t>
      </w:r>
    </w:p>
    <w:p>
      <w:r>
        <w:rPr>
          <w:b/>
        </w:rPr>
        <w:t xml:space="preserve">[49:12] </w:t>
      </w:r>
      <w:r>
        <w:t>inshallah palestine is going to become a dawah land for all with the struggle of cps mission.</w:t>
      </w:r>
    </w:p>
    <w:p>
      <w:pPr>
        <w:jc w:val="right"/>
      </w:pPr>
      <w:r>
        <w:t>انشاءاللہ پیلسٹائن از گوئنگ ٹو بیکم ا دعوی لینڈ فار ال ود دا سٹرگل اف سی پی ایس مشن۔</w:t>
      </w:r>
    </w:p>
    <w:p>
      <w:r>
        <w:rPr>
          <w:b/>
        </w:rPr>
        <w:t xml:space="preserve">[49:17] </w:t>
      </w:r>
      <w:r>
        <w:t>Miss Grotlin ne Srinagar se likha hai, "The message for</w:t>
      </w:r>
    </w:p>
    <w:p>
      <w:pPr>
        <w:jc w:val="right"/>
      </w:pPr>
      <w:r>
        <w:t>مس گروتلین نے سری نگر سے لکھا ہے دا میسج فر</w:t>
      </w:r>
    </w:p>
    <w:p>
      <w:r>
        <w:rPr>
          <w:b/>
        </w:rPr>
        <w:t xml:space="preserve">[49:22] </w:t>
      </w:r>
      <w:r>
        <w:t>It is in real sense a pleasant shock.</w:t>
      </w:r>
    </w:p>
    <w:p>
      <w:pPr>
        <w:jc w:val="right"/>
      </w:pPr>
      <w:r>
        <w:t>ام اسرائیل از ان ریل سینس ا پلیزنٹ شاک۔</w:t>
      </w:r>
    </w:p>
    <w:p>
      <w:r>
        <w:rPr>
          <w:b/>
        </w:rPr>
        <w:t xml:space="preserve">[49:27] </w:t>
      </w:r>
      <w:r>
        <w:t>It is definitely going to create history and that too positive.</w:t>
      </w:r>
    </w:p>
    <w:p>
      <w:pPr>
        <w:jc w:val="right"/>
      </w:pPr>
      <w:r>
        <w:t>اٹ از ڈیفینیٹلی گوئنگ ٹو کریٹ ہسٹری اینڈ دیٹ ٹو پوزیٹیو۔</w:t>
      </w:r>
    </w:p>
    <w:p>
      <w:r>
        <w:rPr>
          <w:b/>
        </w:rPr>
        <w:t xml:space="preserve">[49:32] </w:t>
      </w:r>
      <w:r>
        <w:t>And the credit for this goes to your team, Maulana Sahib. Jazakallah.</w:t>
      </w:r>
    </w:p>
    <w:p>
      <w:pPr>
        <w:jc w:val="right"/>
      </w:pPr>
      <w:r>
        <w:t>اینڈ دا کریڈٹ فار دس گوز ٹو یور ٹیم مولانا صاحب۔ جزاک اللہ۔</w:t>
      </w:r>
    </w:p>
    <w:p>
      <w:r>
        <w:rPr>
          <w:b/>
        </w:rPr>
        <w:t xml:space="preserve">[49:37] </w:t>
      </w:r>
      <w:r>
        <w:t>ڈاکٹر فریدہ خانم نے دلی سے لکھا ہے Israeli Arabs have shown the way.</w:t>
      </w:r>
    </w:p>
    <w:p>
      <w:pPr>
        <w:jc w:val="right"/>
      </w:pPr>
      <w:r>
        <w:t>ڈاکٹر فریدہ خانم نے دلی سے لکھا ہے اسرائیلی عربز ہیو شون دا وے۔</w:t>
      </w:r>
    </w:p>
    <w:p>
      <w:r>
        <w:rPr>
          <w:b/>
        </w:rPr>
        <w:t xml:space="preserve">[49:42] </w:t>
      </w:r>
      <w:r>
        <w:t>صاحب علی خان صاحب نے یو پی سے لکھا ہے "The big upheavals in history has in"</w:t>
      </w:r>
    </w:p>
    <w:p>
      <w:pPr>
        <w:jc w:val="right"/>
      </w:pPr>
      <w:r>
        <w:t>صاحب علی خان صاحب نے یو پی سے لکھا ہے دا بگ اپ ہیولز ان ہسٹری ہیز ان</w:t>
      </w:r>
    </w:p>
    <w:p>
      <w:r>
        <w:rPr>
          <w:b/>
        </w:rPr>
        <w:t xml:space="preserve">[49:47] </w:t>
      </w:r>
      <w:r>
        <w:t>store for us great a</w:t>
      </w:r>
    </w:p>
    <w:p>
      <w:pPr>
        <w:jc w:val="right"/>
      </w:pPr>
      <w:r>
        <w:t>سٹور فار اس گریٹ ای</w:t>
      </w:r>
    </w:p>
    <w:p>
      <w:r>
        <w:rPr>
          <w:b/>
        </w:rPr>
        <w:t xml:space="preserve">[49:52] </w:t>
      </w:r>
      <w:r>
        <w:t>venue for dawah work.</w:t>
      </w:r>
    </w:p>
    <w:p>
      <w:pPr>
        <w:jc w:val="right"/>
      </w:pPr>
      <w:r>
        <w:t>ونیو فار دعوی ورک۔</w:t>
      </w:r>
    </w:p>
    <w:p>
      <w:r>
        <w:rPr>
          <w:b/>
        </w:rPr>
        <w:t xml:space="preserve">[49:57] </w:t>
      </w:r>
      <w:r>
        <w:t>fantastic i didn't know until now.</w:t>
      </w:r>
    </w:p>
    <w:p>
      <w:pPr>
        <w:jc w:val="right"/>
      </w:pPr>
      <w:r>
        <w:t>فینٹاسٹک ائی ڈنٹ نو انٹل ناو۔</w:t>
      </w:r>
    </w:p>
    <w:p>
      <w:r>
        <w:rPr>
          <w:b/>
        </w:rPr>
        <w:t xml:space="preserve">[50:01] </w:t>
      </w:r>
      <w:r>
        <w:t>thank you so much maulana sahib. jazak Allah.</w:t>
      </w:r>
    </w:p>
    <w:p>
      <w:pPr>
        <w:jc w:val="right"/>
      </w:pPr>
      <w:r>
        <w:t>تھینک یو سو مچ مولانا صاحب۔ جزاک اللہ۔</w:t>
      </w:r>
    </w:p>
    <w:p>
      <w:r>
        <w:rPr>
          <w:b/>
        </w:rPr>
        <w:t xml:space="preserve">[50:05] </w:t>
      </w:r>
      <w:r>
        <w:t>عامر موری صاحب نے سری نگر سے لکھا ہے Life gives us many shocks.</w:t>
      </w:r>
    </w:p>
    <w:p>
      <w:pPr>
        <w:jc w:val="right"/>
      </w:pPr>
      <w:r>
        <w:t>عامر موری صاحب نے سری نگر سے لکھا ہے لائف گیوز اس مینی شاکس۔</w:t>
      </w:r>
    </w:p>
    <w:p>
      <w:r>
        <w:rPr>
          <w:b/>
        </w:rPr>
        <w:t xml:space="preserve">[50:10] </w:t>
      </w:r>
      <w:r>
        <w:t>After listening to you, I came to know that every shock is actually a blessing.</w:t>
      </w:r>
    </w:p>
    <w:p>
      <w:pPr>
        <w:jc w:val="right"/>
      </w:pPr>
      <w:r>
        <w:t>افٹر لسننگ ٹو یو ائی کیم ٹو نو دیٹ ایوری شاک از ایکچولی ا بلیسنگ۔</w:t>
      </w:r>
    </w:p>
    <w:p>
      <w:r>
        <w:rPr>
          <w:b/>
        </w:rPr>
        <w:t xml:space="preserve">[50:14] </w:t>
      </w:r>
      <w:r>
        <w:t>As the purpose of every shock is to compel a person to rethink so that we can</w:t>
      </w:r>
    </w:p>
    <w:p>
      <w:pPr>
        <w:jc w:val="right"/>
      </w:pPr>
      <w:r>
        <w:t>ایز دی پرپس اف ایوری شاک از ٹو کمپیل ا پرسن ٹو ری تھنک سو دیٹ وی کین</w:t>
      </w:r>
    </w:p>
    <w:p>
      <w:r>
        <w:rPr>
          <w:b/>
        </w:rPr>
        <w:t xml:space="preserve">[50:18] </w:t>
      </w:r>
      <w:r>
        <w:t>make plans for better future.</w:t>
      </w:r>
    </w:p>
    <w:p>
      <w:pPr>
        <w:jc w:val="right"/>
      </w:pPr>
      <w:r>
        <w:t>میک پلانز فار بیٹر فیوچر۔</w:t>
      </w:r>
    </w:p>
    <w:p>
      <w:r>
        <w:rPr>
          <w:b/>
        </w:rPr>
        <w:t xml:space="preserve">[50:23] </w:t>
      </w:r>
      <w:r>
        <w:t>It helps us to build a positive personality and makes us more strong.</w:t>
      </w:r>
    </w:p>
    <w:p>
      <w:pPr>
        <w:jc w:val="right"/>
      </w:pPr>
      <w:r>
        <w:t>اٹ ہیلپس اس ٹو بلڈ ا پوزیٹیو پرسنیلٹی اینڈ میکس اس مور سٹرونگ۔</w:t>
      </w:r>
    </w:p>
    <w:p>
      <w:r>
        <w:rPr>
          <w:b/>
        </w:rPr>
        <w:t xml:space="preserve">[50:28] </w:t>
      </w:r>
      <w:r>
        <w:t>Thank you, Maulana Sahib, for guiding us.</w:t>
      </w:r>
    </w:p>
    <w:p>
      <w:pPr>
        <w:jc w:val="right"/>
      </w:pPr>
      <w:r>
        <w:t>تھینک یو مولانا صاحب فار گائیڈنگ اس۔</w:t>
      </w:r>
    </w:p>
    <w:p>
      <w:r>
        <w:rPr>
          <w:b/>
        </w:rPr>
        <w:t xml:space="preserve">[50:33] </w:t>
      </w:r>
      <w:r>
        <w:t>ارشد کتھرو صاحب نے بھی سری نگر سے لکھا ہے مولانا صاحب thanks for today's lecture as it</w:t>
      </w:r>
    </w:p>
    <w:p>
      <w:pPr>
        <w:jc w:val="right"/>
      </w:pPr>
      <w:r>
        <w:t>ارشد کتھرو صاحب نے بھی سری نگر سے لکھا ہے مولانا صاحب تھینکس فار ٹوڈے لیکچر ایز اٹ</w:t>
      </w:r>
    </w:p>
    <w:p>
      <w:r>
        <w:rPr>
          <w:b/>
        </w:rPr>
        <w:t xml:space="preserve">[50:38] </w:t>
      </w:r>
      <w:r>
        <w:t>open my eyes and mind.</w:t>
      </w:r>
    </w:p>
    <w:p>
      <w:pPr>
        <w:jc w:val="right"/>
      </w:pPr>
      <w:r>
        <w:t>اوپن مائی ائیز اینڈ مائنڈ۔</w:t>
      </w:r>
    </w:p>
    <w:p>
      <w:r>
        <w:rPr>
          <w:b/>
        </w:rPr>
        <w:t xml:space="preserve">[50:43] </w:t>
      </w:r>
      <w:r>
        <w:t>We always thought that Allah is not helping us and it is because of this we had kept</w:t>
      </w:r>
    </w:p>
    <w:p>
      <w:pPr>
        <w:jc w:val="right"/>
      </w:pPr>
      <w:r>
        <w:t>وی الویز تھاٹ دیٹ اللہ از ناٹ ہیلپنگ اس اینڈ اٹ از بیکاز اف دس وی ہیڈ کیپٹ</w:t>
      </w:r>
    </w:p>
    <w:p>
      <w:r>
        <w:rPr>
          <w:b/>
        </w:rPr>
        <w:t xml:space="preserve">[50:48] </w:t>
      </w:r>
      <w:r>
        <w:t>stones and guns</w:t>
      </w:r>
    </w:p>
    <w:p>
      <w:pPr>
        <w:jc w:val="right"/>
      </w:pPr>
      <w:r>
        <w:t>سٹونز اینڈ گنز</w:t>
      </w:r>
    </w:p>
    <w:p>
      <w:r>
        <w:rPr>
          <w:b/>
        </w:rPr>
        <w:t xml:space="preserve">[50:53] </w:t>
      </w:r>
      <w:r>
        <w:t>in our hands and not the quran.</w:t>
      </w:r>
    </w:p>
    <w:p>
      <w:pPr>
        <w:jc w:val="right"/>
      </w:pPr>
      <w:r>
        <w:t>ان اور ہینڈز اینڈ ناٹ دا قران۔</w:t>
      </w:r>
    </w:p>
    <w:p>
      <w:r>
        <w:rPr>
          <w:b/>
        </w:rPr>
        <w:t xml:space="preserve">[50:58] </w:t>
      </w:r>
      <w:r>
        <w:t>محمد زکریا صاحب نے سری نگر سے لکھا ہے avoid confrontation, work on new avenues and avail the</w:t>
      </w:r>
    </w:p>
    <w:p>
      <w:pPr>
        <w:jc w:val="right"/>
      </w:pPr>
      <w:r>
        <w:t>محمد زکریا صاحب نے سری نگر سے لکھا ہے اوائڈ کانفرنٹیشن ورک ان نیو ایونیوز اینڈ اویل دی</w:t>
      </w:r>
    </w:p>
    <w:p>
      <w:r>
        <w:rPr>
          <w:b/>
        </w:rPr>
        <w:t xml:space="preserve">[51:03] </w:t>
      </w:r>
      <w:r>
        <w:t>opportunities for better hereafter.</w:t>
      </w:r>
    </w:p>
    <w:p>
      <w:pPr>
        <w:jc w:val="right"/>
      </w:pPr>
      <w:r>
        <w:t>اپرچونیٹیز فار بیٹر ہیئر افٹر۔</w:t>
      </w:r>
    </w:p>
    <w:p>
      <w:r>
        <w:rPr>
          <w:b/>
        </w:rPr>
        <w:t xml:space="preserve">[51:08] </w:t>
      </w:r>
      <w:r>
        <w:t>this is islam.</w:t>
      </w:r>
    </w:p>
    <w:p>
      <w:pPr>
        <w:jc w:val="right"/>
      </w:pPr>
      <w:r>
        <w:t>دس از اسلام۔</w:t>
      </w:r>
    </w:p>
    <w:p>
      <w:r>
        <w:rPr>
          <w:b/>
        </w:rPr>
        <w:t xml:space="preserve">[51:13] </w:t>
      </w:r>
      <w:r>
        <w:t>masha allah this is today message from Maulana sahib.</w:t>
      </w:r>
    </w:p>
    <w:p>
      <w:pPr>
        <w:jc w:val="right"/>
      </w:pPr>
      <w:r>
        <w:t>ماشاءاللہ دس از ٹوڈے میسج فرام مولانا صاحب۔</w:t>
      </w:r>
    </w:p>
    <w:p>
      <w:r>
        <w:rPr>
          <w:b/>
        </w:rPr>
        <w:t xml:space="preserve">[51:18] </w:t>
      </w:r>
      <w:r>
        <w:t>Maulana ab sawal lete hain yeh sawal bheja hai faiz</w:t>
      </w:r>
    </w:p>
    <w:p>
      <w:pPr>
        <w:jc w:val="right"/>
      </w:pPr>
      <w:r>
        <w:t>مولانا اب سوال لیتے ہیں یہ سوال بھیجا ہے فائز</w:t>
      </w:r>
    </w:p>
    <w:p>
      <w:r>
        <w:rPr>
          <w:b/>
        </w:rPr>
        <w:t xml:space="preserve">[51:23] </w:t>
      </w:r>
      <w:r>
        <w:t>Qadri sahib ne quim bittu tamil nadu se.</w:t>
      </w:r>
    </w:p>
    <w:p>
      <w:pPr>
        <w:jc w:val="right"/>
      </w:pPr>
      <w:r>
        <w:t>قادری صاحب نے کوئم بٹو تمل ناڈو سے۔</w:t>
      </w:r>
    </w:p>
    <w:p>
      <w:r>
        <w:rPr>
          <w:b/>
        </w:rPr>
        <w:t xml:space="preserve">[51:28] </w:t>
      </w:r>
      <w:r>
        <w:t>unhon ne likha hai Maulana qalb kya cheez hai aur is ki sahi tareef kya hai is ke</w:t>
      </w:r>
    </w:p>
    <w:p>
      <w:pPr>
        <w:jc w:val="right"/>
      </w:pPr>
      <w:r>
        <w:t>انہوں نے لکھا ہے مولانا قلب کیا چیز ہے اور اس کی صحیح تعریف کیا ہے اس کے</w:t>
      </w:r>
    </w:p>
    <w:p>
      <w:r>
        <w:rPr>
          <w:b/>
        </w:rPr>
        <w:t xml:space="preserve">[51:33] </w:t>
      </w:r>
      <w:r>
        <w:t>baray mein batain.</w:t>
      </w:r>
    </w:p>
    <w:p>
      <w:pPr>
        <w:jc w:val="right"/>
      </w:pPr>
      <w:r>
        <w:t>بارے میں بتائیں۔</w:t>
      </w:r>
    </w:p>
    <w:p>
      <w:r>
        <w:rPr>
          <w:b/>
        </w:rPr>
        <w:t xml:space="preserve">[51:38] </w:t>
      </w:r>
      <w:r>
        <w:t>dekhen qalb ka matlab wahi hai jis ko hum kehte hain mind.</w:t>
      </w:r>
    </w:p>
    <w:p>
      <w:pPr>
        <w:jc w:val="right"/>
      </w:pPr>
      <w:r>
        <w:t>دیکھیں قلب کا مطلب وہی ہے جس کو ہم کہتے ہیں مائنڈ۔</w:t>
      </w:r>
    </w:p>
    <w:p>
      <w:r>
        <w:rPr>
          <w:b/>
        </w:rPr>
        <w:t xml:space="preserve">[51:43] </w:t>
      </w:r>
      <w:r>
        <w:t>dimagh zehn mind m i n d.</w:t>
      </w:r>
    </w:p>
    <w:p>
      <w:pPr>
        <w:jc w:val="right"/>
      </w:pPr>
      <w:r>
        <w:t>دماغ ذہن مائنڈ ایم ائی این ڈی۔</w:t>
      </w:r>
    </w:p>
    <w:p>
      <w:r>
        <w:rPr>
          <w:b/>
        </w:rPr>
        <w:t xml:space="preserve">[51:48] </w:t>
      </w:r>
      <w:r>
        <w:t>jo bhi serious maani le liye gaye hain ke qalb ke</w:t>
      </w:r>
    </w:p>
    <w:p>
      <w:pPr>
        <w:jc w:val="right"/>
      </w:pPr>
      <w:r>
        <w:t>جو بھی سیریس معنی لے لیے گئے ہیں کہ قلب کے</w:t>
      </w:r>
    </w:p>
    <w:p>
      <w:r>
        <w:rPr>
          <w:b/>
        </w:rPr>
        <w:t xml:space="preserve">[51:53] </w:t>
      </w:r>
      <w:r>
        <w:t>wo sahi nahi hain.</w:t>
      </w:r>
    </w:p>
    <w:p>
      <w:pPr>
        <w:jc w:val="right"/>
      </w:pPr>
      <w:r>
        <w:t>وہ صحیح نہیں ہیں۔</w:t>
      </w:r>
    </w:p>
    <w:p>
      <w:r>
        <w:rPr>
          <w:b/>
        </w:rPr>
        <w:t xml:space="preserve">[51:58] </w:t>
      </w:r>
      <w:r>
        <w:t>ap lisan arab mein dekhiye lisan arab mein likha hua hai ke qalb ka wahi matlab hai jo</w:t>
      </w:r>
    </w:p>
    <w:p>
      <w:pPr>
        <w:jc w:val="right"/>
      </w:pPr>
      <w:r>
        <w:t>اپ لسان عرب میں دیکھیے لسان عرب میں لکھا ہوا ہے کہ قلب کا وہی مطلب ہے جو</w:t>
      </w:r>
    </w:p>
    <w:p>
      <w:r>
        <w:rPr>
          <w:b/>
        </w:rPr>
        <w:t xml:space="preserve">[52:03] </w:t>
      </w:r>
      <w:r>
        <w:t>zehn ka hai mind ka.</w:t>
      </w:r>
    </w:p>
    <w:p>
      <w:pPr>
        <w:jc w:val="right"/>
      </w:pPr>
      <w:r>
        <w:t>ذہن کا ہے مائنڈ کا۔</w:t>
      </w:r>
    </w:p>
    <w:p>
      <w:r>
        <w:rPr>
          <w:b/>
        </w:rPr>
        <w:t xml:space="preserve">[52:08] </w:t>
      </w:r>
      <w:r>
        <w:t>to quran mein jo kaha gaya hai ke qalb ko yani qalb ko le kar ke socho is</w:t>
      </w:r>
    </w:p>
    <w:p>
      <w:pPr>
        <w:jc w:val="right"/>
      </w:pPr>
      <w:r>
        <w:t>تو قران میں جو کہا گیا ہے کہ قلب کو یعنی قلب کو لے کر کے سوچو اس</w:t>
      </w:r>
    </w:p>
    <w:p>
      <w:r>
        <w:rPr>
          <w:b/>
        </w:rPr>
        <w:t xml:space="preserve">[52:13] </w:t>
      </w:r>
      <w:r>
        <w:t>ka matlab hai ke zehn ko involve karo.</w:t>
      </w:r>
    </w:p>
    <w:p>
      <w:pPr>
        <w:jc w:val="right"/>
      </w:pPr>
      <w:r>
        <w:t>کا معنی ہے کہ ذہن کو انوالو کرو۔</w:t>
      </w:r>
    </w:p>
    <w:p>
      <w:r>
        <w:rPr>
          <w:b/>
        </w:rPr>
        <w:t xml:space="preserve">[52:18] </w:t>
      </w:r>
      <w:r>
        <w:t>to islam mein jo thinking hai wo</w:t>
      </w:r>
    </w:p>
    <w:p>
      <w:pPr>
        <w:jc w:val="right"/>
      </w:pPr>
      <w:r>
        <w:t>تو اسلام میں جو تھنکنگ ہے وہ</w:t>
      </w:r>
    </w:p>
    <w:p>
      <w:r>
        <w:rPr>
          <w:b/>
        </w:rPr>
        <w:t xml:space="preserve">[52:24] </w:t>
      </w:r>
      <w:r>
        <w:t>qalb oriented nahi hai wo mind oriented hai.</w:t>
      </w:r>
    </w:p>
    <w:p>
      <w:pPr>
        <w:jc w:val="right"/>
      </w:pPr>
      <w:r>
        <w:t>قلب اورینٹڈ نہیں ہے وہ مائنڈ اورینٹڈ ہے۔</w:t>
      </w:r>
    </w:p>
    <w:p>
      <w:r>
        <w:rPr>
          <w:b/>
        </w:rPr>
        <w:t xml:space="preserve">[52:30] </w:t>
      </w:r>
      <w:r>
        <w:t>islam ki thinking ya islam ki spirituality sab ki sab mind based hai.</w:t>
      </w:r>
    </w:p>
    <w:p>
      <w:pPr>
        <w:jc w:val="right"/>
      </w:pPr>
      <w:r>
        <w:t>اسلام کی تھنکنگ یا اسلام کی سپریچولیٹی سب کی سب مائنڈ بیسڈ ہے۔</w:t>
      </w:r>
    </w:p>
    <w:p>
      <w:r>
        <w:rPr>
          <w:b/>
        </w:rPr>
        <w:t xml:space="preserve">[52:36] </w:t>
      </w:r>
      <w:r>
        <w:t>is par hum kafi likh chuke hain ap is ko parh sakte hain.</w:t>
      </w:r>
    </w:p>
    <w:p>
      <w:pPr>
        <w:jc w:val="right"/>
      </w:pPr>
      <w:r>
        <w:t>اس پر ہم کافی لکھ چکے ہیں اپ اس کو پڑھ سکتے ہیں۔</w:t>
      </w:r>
    </w:p>
    <w:p>
      <w:r>
        <w:rPr>
          <w:b/>
        </w:rPr>
        <w:t xml:space="preserve">[52:42] </w:t>
      </w:r>
      <w:r>
        <w:t>Maulana agla sawal lene se pehle ek comment parhna chahenge jo abhi abhi Tariq badar sahib ne</w:t>
      </w:r>
    </w:p>
    <w:p>
      <w:pPr>
        <w:jc w:val="right"/>
      </w:pPr>
      <w:r>
        <w:t>مولانا اگلا سوال لینے سے پہلے ایک کمنٹ پڑھنا چاہیں گے جو ابھی ابھی طارق بدر صاحب نے</w:t>
      </w:r>
    </w:p>
    <w:p>
      <w:r>
        <w:rPr>
          <w:b/>
        </w:rPr>
        <w:t xml:space="preserve">[52:48] </w:t>
      </w:r>
      <w:r>
        <w:t>Pakistan se bheja hai unhon ne likha</w:t>
      </w:r>
    </w:p>
    <w:p>
      <w:pPr>
        <w:jc w:val="right"/>
      </w:pPr>
      <w:r>
        <w:t>پاکستان سے بھیجا ہے انہوں نے لکھا</w:t>
      </w:r>
    </w:p>
    <w:p>
      <w:r>
        <w:rPr>
          <w:b/>
        </w:rPr>
        <w:t xml:space="preserve">[52:54] </w:t>
      </w:r>
      <w:r>
        <w:t>ہے مولانا صاحب after learning from you we have decided to launch an organization in Pakistan titled Quran</w:t>
      </w:r>
    </w:p>
    <w:p>
      <w:pPr>
        <w:jc w:val="right"/>
      </w:pPr>
      <w:r>
        <w:t>ہے مولانا صاحب افٹر لرننگ فرام یو وی ہیو ڈیسائیڈڈ ٹو لانچ این ارگنائزیشن ان پاکستان ٹائٹلڈ قران</w:t>
      </w:r>
    </w:p>
    <w:p>
      <w:r>
        <w:rPr>
          <w:b/>
        </w:rPr>
        <w:t xml:space="preserve">[53:04] </w:t>
      </w:r>
      <w:r>
        <w:t>for everyone which will be dedicated to engage Pakistanis for global dawah through your literature.</w:t>
      </w:r>
    </w:p>
    <w:p>
      <w:pPr>
        <w:jc w:val="right"/>
      </w:pPr>
      <w:r>
        <w:t>فار ایوری ون وچ ول بی ڈیڈیکیٹڈ ٹو انگیج پاکستانیز فار گلوبل دعوی تھرو یور لٹریچر۔</w:t>
      </w:r>
    </w:p>
    <w:p>
      <w:r>
        <w:rPr>
          <w:b/>
        </w:rPr>
        <w:t xml:space="preserve">[53:14] </w:t>
      </w:r>
      <w:r>
        <w:t>this organization's vision will be based on ideology ummat e muslema ka final role</w:t>
      </w:r>
    </w:p>
    <w:p>
      <w:pPr>
        <w:jc w:val="right"/>
      </w:pPr>
      <w:r>
        <w:t>دس ارگنائزیشنز ویژن ول بی بیسڈ ان ائیڈیالوجی امت مسلمہ کا فائنل رول</w:t>
      </w:r>
    </w:p>
    <w:p>
      <w:r>
        <w:rPr>
          <w:b/>
        </w:rPr>
        <w:t xml:space="preserve">[53:24] </w:t>
      </w:r>
      <w:r>
        <w:t>as mentioned in march 2018 al risala and our methodology will be based on prophetic wisdom as explained in january 2018 al risala. bhai yeh to bohat bohat bari news hai. ji unhon ne likha hai Maulana aur ke we will fill the whole world with quran translations and inshallah pakistan will become the dawah center of the world as you mentioned in today l</w:t>
      </w:r>
    </w:p>
    <w:p>
      <w:pPr>
        <w:jc w:val="right"/>
      </w:pPr>
      <w:r>
        <w:t>ایز مینشن ان مارچ 2018 الرسالہ اینڈ اور میتھڈالوجی ول بی بیسڈ ان پروفیتک وزڈم ایز ایکسپلینڈ ان جنوری 2018 الرسالہ۔ بھائی یہ تو بہت بہت بڑی نیوز ہے۔ جی انہوں نے لکھا ہے مولانا اور کہ وی ول فلڈ دا ہول ورلڈ ود قران ٹرانسلیشنز اینڈ انشاءاللہ پاکستان ول بیکم دا دعوی سینٹر اف دا ورلڈ ایز یو مینشن ان ٹوڈے ل</w:t>
      </w:r>
    </w:p>
    <w:p>
      <w:r>
        <w:rPr>
          <w:b/>
        </w:rPr>
        <w:t xml:space="preserve">[53:54] </w:t>
      </w:r>
      <w:r>
        <w:t>lecture.</w:t>
      </w:r>
    </w:p>
    <w:p>
      <w:pPr>
        <w:jc w:val="right"/>
      </w:pPr>
      <w:r>
        <w:t>یکچر۔</w:t>
      </w:r>
    </w:p>
    <w:p>
      <w:r>
        <w:rPr>
          <w:b/>
        </w:rPr>
        <w:t xml:space="preserve">[54:00] </w:t>
      </w:r>
      <w:r>
        <w:t>please pray for our mission.</w:t>
      </w:r>
    </w:p>
    <w:p>
      <w:pPr>
        <w:jc w:val="right"/>
      </w:pPr>
      <w:r>
        <w:t>پلیز پری فار اور مشن۔</w:t>
      </w:r>
    </w:p>
    <w:p>
      <w:r>
        <w:rPr>
          <w:b/>
        </w:rPr>
        <w:t xml:space="preserve">[54:06] </w:t>
      </w:r>
      <w:r>
        <w:t>dekhiye mera yaqeen hai ke pakistan potential sense mein aik aalmi markaz hai quran ko phailane ka universal</w:t>
      </w:r>
    </w:p>
    <w:p>
      <w:pPr>
        <w:jc w:val="right"/>
      </w:pPr>
      <w:r>
        <w:t>دیکھیے میرا یقین ہے کہ پاکستان پوٹینشل سینس میں ایک عالمی مرکز ہے قران کو پھیلانے کا یونیورسل</w:t>
      </w:r>
    </w:p>
    <w:p>
      <w:r>
        <w:rPr>
          <w:b/>
        </w:rPr>
        <w:t xml:space="preserve">[54:12] </w:t>
      </w:r>
      <w:r>
        <w:t>markaz aur jo log allah ke fazl se pakistan mein yeh kaam kar rahe hain mein poore aitmaad</w:t>
      </w:r>
    </w:p>
    <w:p>
      <w:pPr>
        <w:jc w:val="right"/>
      </w:pPr>
      <w:r>
        <w:t>مرکز اور جو لوگ اللہ کے فضل سے پاکستان میں یہ کام کر رہے ہیں میں پورے اعتماد</w:t>
      </w:r>
    </w:p>
    <w:p>
      <w:r>
        <w:rPr>
          <w:b/>
        </w:rPr>
        <w:t xml:space="preserve">[54:18] </w:t>
      </w:r>
      <w:r>
        <w:t>se keh sakta hoon ke un par allah ki</w:t>
      </w:r>
    </w:p>
    <w:p>
      <w:pPr>
        <w:jc w:val="right"/>
      </w:pPr>
      <w:r>
        <w:t>سے کہہ سکتا ہوں کہ ان پر اللہ کی</w:t>
      </w:r>
    </w:p>
    <w:p>
      <w:r>
        <w:rPr>
          <w:b/>
        </w:rPr>
        <w:t xml:space="preserve">[54:24] </w:t>
      </w:r>
      <w:r>
        <w:t>ummat toot padegi toot padegi toot padegi.</w:t>
      </w:r>
    </w:p>
    <w:p>
      <w:pPr>
        <w:jc w:val="right"/>
      </w:pPr>
      <w:r>
        <w:t>امت ٹوٹ پڑے گی ٹوٹ پڑے گی ٹوٹ پڑے گی۔</w:t>
      </w:r>
    </w:p>
    <w:p>
      <w:r>
        <w:rPr>
          <w:b/>
        </w:rPr>
        <w:t xml:space="preserve">[54:34] </w:t>
      </w:r>
      <w:r>
        <w:t>maulana agla sawal lete hain jo chennai se maulana iqbal umri ne bheja hai.</w:t>
      </w:r>
    </w:p>
    <w:p>
      <w:pPr>
        <w:jc w:val="right"/>
      </w:pPr>
      <w:r>
        <w:t>مولانا اگلا سوال لیتے ہیں جو چنئی سے مولانا اقبال عمری نے بھیجا ہے۔</w:t>
      </w:r>
    </w:p>
    <w:p>
      <w:r>
        <w:rPr>
          <w:b/>
        </w:rPr>
        <w:t xml:space="preserve">[54:44] </w:t>
      </w:r>
      <w:r>
        <w:t>unhon ne likha hai maulana aap har negative event ko positive angle dete hain. mera sawal</w:t>
      </w:r>
    </w:p>
    <w:p>
      <w:pPr>
        <w:jc w:val="right"/>
      </w:pPr>
      <w:r>
        <w:t>انہوں نے لکھا ہے مولانا اپ ہر نیگیٹیو ایونٹ کو پوزیٹیو اینگل دیتے ہیں۔ میرا سوال</w:t>
      </w:r>
    </w:p>
    <w:p>
      <w:r>
        <w:rPr>
          <w:b/>
        </w:rPr>
        <w:t xml:space="preserve">[54:54] </w:t>
      </w:r>
      <w:r>
        <w:t>yeh hai ke har insan ke liye is tarah ki approach ki kitni ahmiyat hai aur zaroorat hai is ko wazeh karen. bhai yahi approach hai koi doosra approach hi nahi hai. waza wal laili sa ja ma wadaka rabbuka wama qala har raat ke baad din har tareeki ke baad roshni hai yahi to approach hai asal hai asal approach yeh</w:t>
      </w:r>
    </w:p>
    <w:p>
      <w:pPr>
        <w:jc w:val="right"/>
      </w:pPr>
      <w:r>
        <w:t>یہ ہے کہ ہر انسان کے لیے اس طرح کی اپروچ کی کتنی اہمیت ہے اور ضرورت ہے اس کو واضح کریں۔ بھئی یہی اپروچ ہے کوئی دوسرا اپروچ ہی نہیں ہے۔ وضحا واللیل سجا ما وداک ربک وما قلا ہر رات کے بعد دن ہر تاریکی کے بعد روشنی ہے یہی تو اپروچ ہے اصل ہے اصل اپروچ یہ</w:t>
      </w:r>
    </w:p>
    <w:p>
      <w:r>
        <w:rPr>
          <w:b/>
        </w:rPr>
        <w:t xml:space="preserve">[55:24] </w:t>
      </w:r>
      <w:r>
        <w:t>hai ke koi doosra approach hai hi nahin.</w:t>
      </w:r>
    </w:p>
    <w:p>
      <w:pPr>
        <w:jc w:val="right"/>
      </w:pPr>
      <w:r>
        <w:t>ی ہے کوئی دوسرا اپروچ ہے ہی نہیں۔</w:t>
      </w:r>
    </w:p>
    <w:p>
      <w:r>
        <w:rPr>
          <w:b/>
        </w:rPr>
        <w:t xml:space="preserve">[55:32] </w:t>
      </w:r>
      <w:r>
        <w:t>maulana agla sawal ishaq kamal sahab ne likha hai ah unhon ne apni location nahin likhi hai in</w:t>
      </w:r>
    </w:p>
    <w:p>
      <w:pPr>
        <w:jc w:val="right"/>
      </w:pPr>
      <w:r>
        <w:t>مولانا اگلا سوال اشاق کمال صاحب نے لکھا ہے اہ انہوں نے اپنی لوکیشن نہیں لکھی ہے ان</w:t>
      </w:r>
    </w:p>
    <w:p>
      <w:r>
        <w:rPr>
          <w:b/>
        </w:rPr>
        <w:t xml:space="preserve">[55:39] </w:t>
      </w:r>
      <w:r>
        <w:t>کا سوال ہے مولانا there are so many hadith related to Syria that it is very blissful</w:t>
      </w:r>
    </w:p>
    <w:p>
      <w:pPr>
        <w:jc w:val="right"/>
      </w:pPr>
      <w:r>
        <w:t>کا سوال ہے مولانا دیر ار سو مینی حدیث ریلیٹڈ ٹو سیریا دیٹ اٹ از ویری بلس فل</w:t>
      </w:r>
    </w:p>
    <w:p>
      <w:r>
        <w:rPr>
          <w:b/>
        </w:rPr>
        <w:t xml:space="preserve">[55:47] </w:t>
      </w:r>
      <w:r>
        <w:t>and angels are spreading their wings to save it but now there is bl</w:t>
      </w:r>
    </w:p>
    <w:p>
      <w:pPr>
        <w:jc w:val="right"/>
      </w:pPr>
      <w:r>
        <w:t>اینڈ اینجلز ار سپریڈنگ دیر ونگز ٹو سیو اٹ بٹ ناو دیر از بل</w:t>
      </w:r>
    </w:p>
    <w:p>
      <w:r>
        <w:rPr>
          <w:b/>
        </w:rPr>
        <w:t xml:space="preserve">[55:54] </w:t>
      </w:r>
      <w:r>
        <w:t>ood shed everywhere. Maulana some time it seems that there is a contradiction between hadith and the situation that is present in syria today. what is your opinion on this? contradiction nahi hai yeh is baat ka saboot hai ke musalman na sirf syria ke balkeh sari dunya ke wo debate kar rahe hain allah ki hidayat se kyun ke syria wale direct involve hain to doosre</w:t>
      </w:r>
    </w:p>
    <w:p>
      <w:pPr>
        <w:jc w:val="right"/>
      </w:pPr>
      <w:r>
        <w:t>ڈ شیڈ ایوری ویر۔ مولانا سم ٹائم اٹ سیمز دیٹ دیر از ا کانٹراڈکشن بٹوین حدیث اینڈ دا سچویشن دیٹ از پریزنٹ ان سیریا ٹوڈے۔ واٹ از یور اوپینین ان دس؟ کانٹراڈکشن نہیں ہے یہ اس بات کا ثبوت ہے کہ مسلمان نہ صرف سیریا کے بلکہ ساری دنیا کے وہ ڈیبیٹ کر رہے ہیں اللہ کی ہدایت سے کیونکہ سیریا والے ڈائریکٹ انوالو ہیں تو دوسرے</w:t>
      </w:r>
    </w:p>
    <w:p>
      <w:r>
        <w:rPr>
          <w:b/>
        </w:rPr>
        <w:t xml:space="preserve">[56:24] </w:t>
      </w:r>
      <w:r>
        <w:t>musalman jo hain kyun un ki himayat karte hain kyun ke un ko rokte kyun nahin yani jis</w:t>
      </w:r>
    </w:p>
    <w:p>
      <w:pPr>
        <w:jc w:val="right"/>
      </w:pPr>
      <w:r>
        <w:t>مسلمان جو ہیں کیوں ان کی حمایت کرتے ہیں کیوں کہ ان کو روکتے کیوں نہیں یعنی جس</w:t>
      </w:r>
    </w:p>
    <w:p>
      <w:r>
        <w:rPr>
          <w:b/>
        </w:rPr>
        <w:t xml:space="preserve">[56:32] </w:t>
      </w:r>
      <w:r>
        <w:t>ko dekhiye us ki himayat mein bol raha hai sab log chalayein ke kya kar rahe ho tum</w:t>
      </w:r>
    </w:p>
    <w:p>
      <w:pPr>
        <w:jc w:val="right"/>
      </w:pPr>
      <w:r>
        <w:t>کو دیکھیے اس کی حمایت میں بول رہا ہے سب لوگ چلائیں کہ کیا کر رہے ہو تم</w:t>
      </w:r>
    </w:p>
    <w:p>
      <w:r>
        <w:rPr>
          <w:b/>
        </w:rPr>
        <w:t xml:space="preserve">[56:39] </w:t>
      </w:r>
      <w:r>
        <w:t>positive ko negative mein badal rahe ho chhod do yeh sab bomb chhod do gun chhod do negative soch chhod do aur</w:t>
      </w:r>
    </w:p>
    <w:p>
      <w:pPr>
        <w:jc w:val="right"/>
      </w:pPr>
      <w:r>
        <w:t>پازیٹیو کو نیگیٹیو میں بدل رہے ہو چھوڑو یہ سب بم چھوڑو گن چھوڑو نیگیٹیو سوچ چھوڑو اور</w:t>
      </w:r>
    </w:p>
    <w:p>
      <w:r>
        <w:rPr>
          <w:b/>
        </w:rPr>
        <w:t xml:space="preserve">[56:47] </w:t>
      </w:r>
      <w:r>
        <w:t>quran ko le kar utho</w:t>
      </w:r>
    </w:p>
    <w:p>
      <w:pPr>
        <w:jc w:val="right"/>
      </w:pPr>
      <w:r>
        <w:t>قران کو لے کر اٹھو</w:t>
      </w:r>
    </w:p>
    <w:p>
      <w:r>
        <w:rPr>
          <w:b/>
        </w:rPr>
        <w:t xml:space="preserve">[56:55] </w:t>
      </w:r>
      <w:r>
        <w:t>yeh kehne ki zaroorat hai sare musalman kyun nahi kehte sare ulama kyun nahi kehte? Maulana agla sawal lete hain jo bheja hai Maulana farhad sahib ne delhi se unhon ne likha hai with reference of dawah news in israel i am seeing that there is vast space for dawah work even in the countries which are known to muslims as enemies of islam in the other hand the recent</w:t>
      </w:r>
    </w:p>
    <w:p>
      <w:pPr>
        <w:jc w:val="right"/>
      </w:pPr>
      <w:r>
        <w:t>یہ کہنے کی ضرورت ہے سارے مسلمان کیوں نہیں کہتے سارے علماء کیوں نہیں کہتے؟ مولانا اگلا سوال لیتے ہیں جو بھیجا ہے مولانا فرہاد صاحب نے دلی سے انہوں نے لکھا ہے ود ریفرنس اف دعوی نیوز ان اسرائیل ائی ایم سینگ دیٹ دیر از واسٹ سپیس فار دعوی ورک ایون ان دا کنٹریز وچ ار نون ٹو مسلمز ایز اینمیز اف اسلام ان دی ادر ہینڈ دی ریسنٹ</w:t>
      </w:r>
    </w:p>
    <w:p>
      <w:r>
        <w:rPr>
          <w:b/>
        </w:rPr>
        <w:t xml:space="preserve">[57:25] </w:t>
      </w:r>
      <w:r>
        <w:t>History shows that all political activism of Muslims are shrinking in terms of result as also mentioned in</w:t>
      </w:r>
    </w:p>
    <w:p>
      <w:pPr>
        <w:jc w:val="right"/>
      </w:pPr>
      <w:r>
        <w:t>ہسٹری شوز دیٹ ال پولیٹیکل ایکٹیوزم اف مسلمز ار شرنکنگ ان ٹرمز اف رزلٹ ایز السو مینشن ان</w:t>
      </w:r>
    </w:p>
    <w:p>
      <w:r>
        <w:rPr>
          <w:b/>
        </w:rPr>
        <w:t xml:space="preserve">[57:32] </w:t>
      </w:r>
      <w:r>
        <w:t>The Quran Chapter 21, verse number 44, which says, "Do they not see that We are coming to"</w:t>
      </w:r>
    </w:p>
    <w:p>
      <w:pPr>
        <w:jc w:val="right"/>
      </w:pPr>
      <w:r>
        <w:t>دا قران چیپٹر 21 ورس نمبر 44 وچ سیز ڈو دے ناٹ سی دیٹ وی ار کمنگ ٹو</w:t>
      </w:r>
    </w:p>
    <w:p>
      <w:r>
        <w:rPr>
          <w:b/>
        </w:rPr>
        <w:t xml:space="preserve">[57:40] </w:t>
      </w:r>
      <w:r>
        <w:t>their land narrowing it down from all its sides? Maulana can we say that it is a clear</w:t>
      </w:r>
    </w:p>
    <w:p>
      <w:pPr>
        <w:jc w:val="right"/>
      </w:pPr>
      <w:r>
        <w:t>دیر لینڈ نیرونگ اٹ ڈاؤن فرام ال اٹس سائیڈز؟ مولانا کین وی سے دیٹ اٹ از ا کلیئر</w:t>
      </w:r>
    </w:p>
    <w:p>
      <w:r>
        <w:rPr>
          <w:b/>
        </w:rPr>
        <w:t xml:space="preserve">[57:47] </w:t>
      </w:r>
      <w:r>
        <w:t>indication from god for the</w:t>
      </w:r>
    </w:p>
    <w:p>
      <w:pPr>
        <w:jc w:val="right"/>
      </w:pPr>
      <w:r>
        <w:t>انڈیکیشن فرام گاڈ فار دی</w:t>
      </w:r>
    </w:p>
    <w:p>
      <w:r>
        <w:rPr>
          <w:b/>
        </w:rPr>
        <w:t xml:space="preserve">[57:55] </w:t>
      </w:r>
      <w:r>
        <w:t>task ahead of muslims to be of dawah work and not political activism? Please comment on this.</w:t>
      </w:r>
    </w:p>
    <w:p>
      <w:pPr>
        <w:jc w:val="right"/>
      </w:pPr>
      <w:r>
        <w:t>ٹاسک اہیڈ اف مسلمز ٹو بی اف دعوی ورک اینڈ ناٹ پولیٹیکل ایکٹیوزم؟ پلیز کمنٹ ان دس۔</w:t>
      </w:r>
    </w:p>
    <w:p>
      <w:r>
        <w:rPr>
          <w:b/>
        </w:rPr>
        <w:t xml:space="preserve">[58:02] </w:t>
      </w:r>
      <w:r>
        <w:t>yeh bilkul sahi baat hai sahi baat hai koi shakk nahin.</w:t>
      </w:r>
    </w:p>
    <w:p>
      <w:pPr>
        <w:jc w:val="right"/>
      </w:pPr>
      <w:r>
        <w:t>یہ بالکل صحیح بات ہے صحیح بات ہے کوئی شک نہیں۔</w:t>
      </w:r>
    </w:p>
    <w:p>
      <w:r>
        <w:rPr>
          <w:b/>
        </w:rPr>
        <w:t xml:space="preserve">[58:10] </w:t>
      </w:r>
      <w:r>
        <w:t>maulana agla sawal lete hain jo karachi sindh pakistan se bheja hai mehran jo waseem ahmed sahab ne unhon</w:t>
      </w:r>
    </w:p>
    <w:p>
      <w:pPr>
        <w:jc w:val="right"/>
      </w:pPr>
      <w:r>
        <w:t>مولانا اگلا سوال لیتے ہیں جو کراچی سندھ پاکستان سے بھیجا ہے مہرانجو وسیم احمد صاحب نے انہوں</w:t>
      </w:r>
    </w:p>
    <w:p>
      <w:r>
        <w:rPr>
          <w:b/>
        </w:rPr>
        <w:t xml:space="preserve">[58:17] </w:t>
      </w:r>
      <w:r>
        <w:t>نے لکھا ہے مولانا پلیز ٹیل اس ہاؤ ٹو ڈیویلپ دی آرٹ آف ڈی</w:t>
      </w:r>
    </w:p>
    <w:p>
      <w:pPr>
        <w:jc w:val="right"/>
      </w:pPr>
      <w:r>
        <w:t>نے لکھا ہے مولانا پلیز ٹیل اس ہاؤ ٹو ڈیویلپ دی ارٹ اف ڈی</w:t>
      </w:r>
    </w:p>
    <w:p>
      <w:r>
        <w:rPr>
          <w:b/>
        </w:rPr>
        <w:t xml:space="preserve">[58:25] </w:t>
      </w:r>
      <w:r>
        <w:t>cision making as per quran and hadith? simple si baat hai simple si ke quran aur hadith ko sirf quran o hadith ko len baqi jo aap ne maani bhar rakha hai political baat hai nafrat ki baat hai use nikal dijiye bilkul jaise gard o gubar ka aadmi nikalta hai simple</w:t>
      </w:r>
    </w:p>
    <w:p>
      <w:pPr>
        <w:jc w:val="right"/>
      </w:pPr>
      <w:r>
        <w:t>سیژن میکنگ ایز پر قران اینڈ حدیث؟ سمپل سی بات ہے سمپل سی کہ قران اور حدیث کو صرف قران و حدیث کو لیں باقی جو اپ نے معنی بھر رکھا ہے پولیٹیکل بات ہے نفرت کی بات ہے اسے نکال دیجئے بالکل جیسے گرد و غبار کا ادمی نکالتا ہے سمپل</w:t>
      </w:r>
    </w:p>
    <w:p>
      <w:r>
        <w:rPr>
          <w:b/>
        </w:rPr>
        <w:t xml:space="preserve">[58:55] </w:t>
      </w:r>
      <w:r>
        <w:t>baat hai sirf quran aur hadith ke thought jo hai apne maani rakhiye baqi thought ko bilkul nikal dijiye haram samajh kar ke bas aur kuch nahi. okay so we will end today session thank you.</w:t>
      </w:r>
    </w:p>
    <w:p>
      <w:pPr>
        <w:jc w:val="right"/>
      </w:pPr>
      <w:r>
        <w:t>بات ہے صرف قران اور حدیث کے تھاٹ جو ہے اپنے معنی رکھیے باقی تھاٹ کو بالکل نکال دیجئے حرام سمجھ کر کے بس اور کچھ نہیں۔ اوکے سو وی ول اینڈ ٹوڈے سیشن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