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Science of Man October 23, 2007 Maulana Wahiduddin Khan</w:t>
      </w:r>
    </w:p>
    <w:p>
      <w:r>
        <w:t>https://www.youtube.com/watch?v=nhZ6JUSBKOg</w:t>
      </w:r>
    </w:p>
    <w:p>
      <w:r>
        <w:rPr>
          <w:b/>
        </w:rPr>
        <w:t xml:space="preserve">[00:10] </w:t>
      </w:r>
      <w:r>
        <w:t>bismillah rahman rahim, wasallallahu ala nabiyil karim.</w:t>
      </w:r>
    </w:p>
    <w:p>
      <w:pPr>
        <w:jc w:val="right"/>
      </w:pPr>
      <w:r>
        <w:t>بسم اللہ الرحمن الرحیم، وصلی اللہ علی النبی الکریم۔</w:t>
      </w:r>
    </w:p>
    <w:p>
      <w:r>
        <w:rPr>
          <w:b/>
        </w:rPr>
        <w:t xml:space="preserve">[00:19]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the theme for the present talk is "the science of man."</w:t>
      </w:r>
    </w:p>
    <w:p>
      <w:pPr>
        <w:jc w:val="right"/>
      </w:pPr>
      <w:r>
        <w:t>The theme for the present talk is "The Science of Man."</w:t>
      </w:r>
    </w:p>
    <w:p>
      <w:r>
        <w:rPr>
          <w:b/>
        </w:rPr>
        <w:t xml:space="preserve">[00:44] </w:t>
      </w:r>
      <w:r>
        <w:t>science of man has different aspects: biological aspect, physiological aspect, psychological aspect, also</w:t>
      </w:r>
    </w:p>
    <w:p>
      <w:pPr>
        <w:jc w:val="right"/>
      </w:pPr>
      <w:r>
        <w:t>Science of Man has different aspects: biological aspect, physiological aspect, psychological aspect, also</w:t>
      </w:r>
    </w:p>
    <w:p>
      <w:r>
        <w:rPr>
          <w:b/>
        </w:rPr>
        <w:t xml:space="preserve">[01:05] </w:t>
      </w:r>
      <w:r>
        <w:t>aspect of history, aspect of</w:t>
      </w:r>
    </w:p>
    <w:p>
      <w:pPr>
        <w:jc w:val="right"/>
      </w:pPr>
      <w:r>
        <w:t>aspect of history, aspect of</w:t>
      </w:r>
    </w:p>
    <w:p>
      <w:r>
        <w:rPr>
          <w:b/>
        </w:rPr>
        <w:t xml:space="preserve">[01:11] </w:t>
      </w:r>
      <w:r>
        <w:t>society, and other aspects. but the most important aspect of human science is its meaning.</w:t>
      </w:r>
    </w:p>
    <w:p>
      <w:pPr>
        <w:jc w:val="right"/>
      </w:pPr>
      <w:r>
        <w:t>society, and other aspects. But the most important aspect of human science is its meaning.</w:t>
      </w:r>
    </w:p>
    <w:p>
      <w:r>
        <w:rPr>
          <w:b/>
        </w:rPr>
        <w:t xml:space="preserve">[01:27] </w:t>
      </w:r>
      <w:r>
        <w:t>what is the meaning of life? what is the purpose of man?</w:t>
      </w:r>
    </w:p>
    <w:p>
      <w:pPr>
        <w:jc w:val="right"/>
      </w:pPr>
      <w:r>
        <w:t>What is the meaning of life? What is the purpose of man?</w:t>
      </w:r>
    </w:p>
    <w:p>
      <w:r>
        <w:rPr>
          <w:b/>
        </w:rPr>
        <w:t xml:space="preserve">[01:40] </w:t>
      </w:r>
      <w:r>
        <w:t>What is the present and what is the future? What is death and what is life?</w:t>
      </w:r>
    </w:p>
    <w:p>
      <w:pPr>
        <w:jc w:val="right"/>
      </w:pPr>
      <w:r>
        <w:t>What is the present and what is the future? What is death and what is life?</w:t>
      </w:r>
    </w:p>
    <w:p>
      <w:r>
        <w:rPr>
          <w:b/>
        </w:rPr>
        <w:t xml:space="preserve">[01:49] </w:t>
      </w:r>
      <w:r>
        <w:t>So, the purpose of life is more important than other aspects of life.</w:t>
      </w:r>
    </w:p>
    <w:p>
      <w:pPr>
        <w:jc w:val="right"/>
      </w:pPr>
      <w:r>
        <w:t>So, the purpose of life is more important than other aspects of life.</w:t>
      </w:r>
    </w:p>
    <w:p>
      <w:r>
        <w:rPr>
          <w:b/>
        </w:rPr>
        <w:t xml:space="preserve">[02:00] </w:t>
      </w:r>
      <w:r>
        <w:t>Today, I would like to say a few words about this aspect. You know, the source of knowing this aspect is only religion.</w:t>
      </w:r>
    </w:p>
    <w:p>
      <w:pPr>
        <w:jc w:val="right"/>
      </w:pPr>
      <w:r>
        <w:t>Today, I would like to say a few words about this aspect. You know, the source of knowing this aspect is only religion.</w:t>
      </w:r>
    </w:p>
    <w:p>
      <w:r>
        <w:rPr>
          <w:b/>
        </w:rPr>
        <w:t xml:space="preserve">[02:16] </w:t>
      </w:r>
      <w:r>
        <w:t>Philosophy cannot help us. Philosophy gives us only confusion. And science has declared that it is not the domain of science.</w:t>
      </w:r>
    </w:p>
    <w:p>
      <w:pPr>
        <w:jc w:val="right"/>
      </w:pPr>
      <w:r>
        <w:t>Philosophy cannot help us. Philosophy gives us only confusion. And science has declared that it is not the domain of science.</w:t>
      </w:r>
    </w:p>
    <w:p>
      <w:r>
        <w:rPr>
          <w:b/>
        </w:rPr>
        <w:t xml:space="preserve">[02:37] </w:t>
      </w:r>
      <w:r>
        <w:t>History also tells us what happened and what is the meaning of history. That is not also the subject of history.</w:t>
      </w:r>
    </w:p>
    <w:p>
      <w:pPr>
        <w:jc w:val="right"/>
      </w:pPr>
      <w:r>
        <w:t>History also tells us what happened and what is the meaning of history. That is not also the subject of history.</w:t>
      </w:r>
    </w:p>
    <w:p>
      <w:r>
        <w:rPr>
          <w:b/>
        </w:rPr>
        <w:t xml:space="preserve">[02:48] </w:t>
      </w:r>
      <w:r>
        <w:t>So, the only source of knowing this aspect of life is religion. Then there are</w:t>
      </w:r>
    </w:p>
    <w:p>
      <w:pPr>
        <w:jc w:val="right"/>
      </w:pPr>
      <w:r>
        <w:t>So, the only source of knowing this aspect of life is religion. Then there are</w:t>
      </w:r>
    </w:p>
    <w:p>
      <w:r>
        <w:rPr>
          <w:b/>
        </w:rPr>
        <w:t xml:space="preserve">[03:00] </w:t>
      </w:r>
      <w:r>
        <w:t>many religions. There are a dozen</w:t>
      </w:r>
    </w:p>
    <w:p>
      <w:pPr>
        <w:jc w:val="right"/>
      </w:pPr>
      <w:r>
        <w:t>many religions. There are a dozen</w:t>
      </w:r>
    </w:p>
    <w:p>
      <w:r>
        <w:rPr>
          <w:b/>
        </w:rPr>
        <w:t xml:space="preserve">[03:13] </w:t>
      </w:r>
      <w:r>
        <w:t>major religions. But the only authentic source is Islam because Islam is a preserved religion.</w:t>
      </w:r>
    </w:p>
    <w:p>
      <w:pPr>
        <w:jc w:val="right"/>
      </w:pPr>
      <w:r>
        <w:t>major religions. But the only authentic source is Islam because Islam is a preserved religion.</w:t>
      </w:r>
    </w:p>
    <w:p>
      <w:r>
        <w:rPr>
          <w:b/>
        </w:rPr>
        <w:t xml:space="preserve">[03:29] </w:t>
      </w:r>
      <w:r>
        <w:t>Any other religions—all other religions—have no authenticity in this sense. So, as Islam is the only preserved religion, Islam is the only source of knowing what is the meaning of life.</w:t>
      </w:r>
    </w:p>
    <w:p>
      <w:pPr>
        <w:jc w:val="right"/>
      </w:pPr>
      <w:r>
        <w:t>Any other religions—all other religions—have no authenticity in this sense. So, as Islam is the only preserved religion, Islam is the only source of knowing what is the meaning of life.</w:t>
      </w:r>
    </w:p>
    <w:p>
      <w:r>
        <w:rPr>
          <w:b/>
        </w:rPr>
        <w:t xml:space="preserve">[03:50] </w:t>
      </w:r>
      <w:r>
        <w:t>Now, I would like to say a few words about this subject in the light of Islam, in the light of Quran and Hadith.</w:t>
      </w:r>
    </w:p>
    <w:p>
      <w:pPr>
        <w:jc w:val="right"/>
      </w:pPr>
      <w:r>
        <w:t>Now, I would like to say a few words about this subject in the light of Islam, in the light of Quran and Hadith.</w:t>
      </w:r>
    </w:p>
    <w:p>
      <w:r>
        <w:rPr>
          <w:b/>
        </w:rPr>
        <w:t xml:space="preserve">[04:04] </w:t>
      </w:r>
      <w:r>
        <w:t>Quran gives us details of the first man, that was Adam. Quran tells us that God Almighty created man.</w:t>
      </w:r>
    </w:p>
    <w:p>
      <w:pPr>
        <w:jc w:val="right"/>
      </w:pPr>
      <w:r>
        <w:t>Quran gives us details of the first man, that was Adam. Quran tells us that God Almighty created man.</w:t>
      </w:r>
    </w:p>
    <w:p>
      <w:r>
        <w:rPr>
          <w:b/>
        </w:rPr>
        <w:t xml:space="preserve">[04:20] </w:t>
      </w:r>
      <w:r>
        <w:t>God Almighty created Adam as the first man.</w:t>
      </w:r>
    </w:p>
    <w:p>
      <w:pPr>
        <w:jc w:val="right"/>
      </w:pPr>
      <w:r>
        <w:t>God Almighty created Adam as the first man.</w:t>
      </w:r>
    </w:p>
    <w:p>
      <w:r>
        <w:rPr>
          <w:b/>
        </w:rPr>
        <w:t xml:space="preserve">[04:28] </w:t>
      </w:r>
      <w:r>
        <w:t>The first man was a complete man. Islam does not subscribe to the evolution theory.</w:t>
      </w:r>
    </w:p>
    <w:p>
      <w:pPr>
        <w:jc w:val="right"/>
      </w:pPr>
      <w:r>
        <w:t>The first man was a complete man. Islam does not subscribe to the evolution theory.</w:t>
      </w:r>
    </w:p>
    <w:p>
      <w:r>
        <w:rPr>
          <w:b/>
        </w:rPr>
        <w:t xml:space="preserve">[04:41] </w:t>
      </w:r>
      <w:r>
        <w:t>That is simply a guess. According to Islam, the first man was a complete man.</w:t>
      </w:r>
    </w:p>
    <w:p>
      <w:pPr>
        <w:jc w:val="right"/>
      </w:pPr>
      <w:r>
        <w:t>That is simply a guess. According to Islam, the first man was a complete man.</w:t>
      </w:r>
    </w:p>
    <w:p>
      <w:r>
        <w:rPr>
          <w:b/>
        </w:rPr>
        <w:t xml:space="preserve">[04:53] </w:t>
      </w:r>
      <w:r>
        <w:t>So, when God created man, that is Adam,</w:t>
      </w:r>
    </w:p>
    <w:p>
      <w:pPr>
        <w:jc w:val="right"/>
      </w:pPr>
      <w:r>
        <w:t>So, when God created man, that is Adam,</w:t>
      </w:r>
    </w:p>
    <w:p>
      <w:r>
        <w:rPr>
          <w:b/>
        </w:rPr>
        <w:t xml:space="preserve">[05:02] </w:t>
      </w:r>
      <w:r>
        <w:t>at that time, there were three more creatures.</w:t>
      </w:r>
    </w:p>
    <w:p>
      <w:pPr>
        <w:jc w:val="right"/>
      </w:pPr>
      <w:r>
        <w:t>at that time, there were three more creatures.</w:t>
      </w:r>
    </w:p>
    <w:p>
      <w:r>
        <w:rPr>
          <w:b/>
        </w:rPr>
        <w:t xml:space="preserve">[05:12] </w:t>
      </w:r>
      <w:r>
        <w:t>The material world—vast material world—solar system, galaxy, and ocean, and mountain, and all those things—that is called nature.</w:t>
      </w:r>
    </w:p>
    <w:p>
      <w:pPr>
        <w:jc w:val="right"/>
      </w:pPr>
      <w:r>
        <w:t>The material world—vast material world—solar system, galaxy, and ocean, and mountain, and all those things—that is called nature.</w:t>
      </w:r>
    </w:p>
    <w:p>
      <w:r>
        <w:rPr>
          <w:b/>
        </w:rPr>
        <w:t xml:space="preserve">[05:28] </w:t>
      </w:r>
      <w:r>
        <w:t>So, this nature or material world was</w:t>
      </w:r>
    </w:p>
    <w:p>
      <w:pPr>
        <w:jc w:val="right"/>
      </w:pPr>
      <w:r>
        <w:t>So, this nature or material world was</w:t>
      </w:r>
    </w:p>
    <w:p>
      <w:r>
        <w:rPr>
          <w:b/>
        </w:rPr>
        <w:t xml:space="preserve">[05:35] </w:t>
      </w:r>
      <w:r>
        <w:t>created before Adam. So, God said that all these things will obey man.</w:t>
      </w:r>
    </w:p>
    <w:p>
      <w:pPr>
        <w:jc w:val="right"/>
      </w:pPr>
      <w:r>
        <w:t>created before Adam. So, God said that all these things will obey man.</w:t>
      </w:r>
    </w:p>
    <w:p>
      <w:r>
        <w:rPr>
          <w:b/>
        </w:rPr>
        <w:t xml:space="preserve">[05:45] </w:t>
      </w:r>
      <w:r>
        <w:t>wa sakhara lakum ma fis samawati wal ardh. Everything will be</w:t>
      </w:r>
    </w:p>
    <w:p>
      <w:pPr>
        <w:jc w:val="right"/>
      </w:pPr>
      <w:r>
        <w:t>وَسَخَّرَ لَكُمْ مَا فِي السَّمٰوَاتِ وَالْأَرْضِ. Everything will be</w:t>
      </w:r>
    </w:p>
    <w:p>
      <w:r>
        <w:rPr>
          <w:b/>
        </w:rPr>
        <w:t xml:space="preserve">[05:56] </w:t>
      </w:r>
      <w:r>
        <w:t>under the control of man. Everything will serve the purpose of man. So, as far as the material world is concerned, there is no option other than to follow</w:t>
      </w:r>
    </w:p>
    <w:p>
      <w:pPr>
        <w:jc w:val="right"/>
      </w:pPr>
      <w:r>
        <w:t>under the control of man. Everything will serve the purpose of man. So, as far as the material world is concerned, there is no option other than to follow</w:t>
      </w:r>
    </w:p>
    <w:p>
      <w:r>
        <w:rPr>
          <w:b/>
        </w:rPr>
        <w:t xml:space="preserve">[06:16] </w:t>
      </w:r>
      <w:r>
        <w:t>man's—what?—follow that path that was prescribed for them by God.</w:t>
      </w:r>
    </w:p>
    <w:p>
      <w:pPr>
        <w:jc w:val="right"/>
      </w:pPr>
      <w:r>
        <w:t>man's—what?—follow that path that was prescribed for them by God.</w:t>
      </w:r>
    </w:p>
    <w:p>
      <w:r>
        <w:rPr>
          <w:b/>
        </w:rPr>
        <w:t xml:space="preserve">[06:32] </w:t>
      </w:r>
      <w:r>
        <w:t>That is to</w:t>
      </w:r>
    </w:p>
    <w:p>
      <w:pPr>
        <w:jc w:val="right"/>
      </w:pPr>
      <w:r>
        <w:t>That is to</w:t>
      </w:r>
    </w:p>
    <w:p>
      <w:r>
        <w:rPr>
          <w:b/>
        </w:rPr>
        <w:t xml:space="preserve">[06:40] </w:t>
      </w:r>
      <w:r>
        <w:t>serve the—to serve man. So, this was the position of the material world.</w:t>
      </w:r>
    </w:p>
    <w:p>
      <w:pPr>
        <w:jc w:val="right"/>
      </w:pPr>
      <w:r>
        <w:t>serve the—to serve man. So, this was the position of the material world.</w:t>
      </w:r>
    </w:p>
    <w:p>
      <w:r>
        <w:rPr>
          <w:b/>
        </w:rPr>
        <w:t xml:space="preserve">[06:53] </w:t>
      </w:r>
      <w:r>
        <w:t>Then there were two more creatures—living creatures—angels and jinn.</w:t>
      </w:r>
    </w:p>
    <w:p>
      <w:pPr>
        <w:jc w:val="right"/>
      </w:pPr>
      <w:r>
        <w:t>Then there were two more creatures—living creatures—angels and jinn.</w:t>
      </w:r>
    </w:p>
    <w:p>
      <w:r>
        <w:rPr>
          <w:b/>
        </w:rPr>
        <w:t xml:space="preserve">[07:06] </w:t>
      </w:r>
      <w:r>
        <w:t>These two were living creatures.</w:t>
      </w:r>
    </w:p>
    <w:p>
      <w:pPr>
        <w:jc w:val="right"/>
      </w:pPr>
      <w:r>
        <w:t>These two were living creatures.</w:t>
      </w:r>
    </w:p>
    <w:p>
      <w:r>
        <w:rPr>
          <w:b/>
        </w:rPr>
        <w:t xml:space="preserve">[07:12] </w:t>
      </w:r>
      <w:r>
        <w:t>So, God said both these living creatures to do according to the man's wishes.</w:t>
      </w:r>
    </w:p>
    <w:p>
      <w:pPr>
        <w:jc w:val="right"/>
      </w:pPr>
      <w:r>
        <w:t>So, God said both these living creatures to do according to the man's wishes.</w:t>
      </w:r>
    </w:p>
    <w:p>
      <w:r>
        <w:rPr>
          <w:b/>
        </w:rPr>
        <w:t xml:space="preserve">[07:31] </w:t>
      </w:r>
      <w:r>
        <w:t>God said that, "inni jailun fil arzi khaleefa." It means that man is the in charge of this planet Earth.</w:t>
      </w:r>
    </w:p>
    <w:p>
      <w:pPr>
        <w:jc w:val="right"/>
      </w:pPr>
      <w:r>
        <w:t>God said that, "إِنِّي جَائِلٌ فِي الْأَرْضِ خَلِيفًا." It means that man is the in charge of this planet Earth.</w:t>
      </w:r>
    </w:p>
    <w:p>
      <w:r>
        <w:rPr>
          <w:b/>
        </w:rPr>
        <w:t xml:space="preserve">[07:42] </w:t>
      </w:r>
      <w:r>
        <w:t>So, man was born as the in charge of this planet Earth. So, God said that—God said to angels and jinn both—you have to follow man's wishes because man is the in charge of this Earth.</w:t>
      </w:r>
    </w:p>
    <w:p>
      <w:pPr>
        <w:jc w:val="right"/>
      </w:pPr>
      <w:r>
        <w:t>So, man was born as the in charge of this planet Earth. So, God said that—God said to angels and jinn both—you have to follow man's wishes because man is the in charge of this Earth.</w:t>
      </w:r>
    </w:p>
    <w:p>
      <w:r>
        <w:rPr>
          <w:b/>
        </w:rPr>
        <w:t xml:space="preserve">[08:09] </w:t>
      </w:r>
      <w:r>
        <w:t>So, angels instantly</w:t>
      </w:r>
    </w:p>
    <w:p>
      <w:pPr>
        <w:jc w:val="right"/>
      </w:pPr>
      <w:r>
        <w:t>So, angels instantly</w:t>
      </w:r>
    </w:p>
    <w:p>
      <w:r>
        <w:rPr>
          <w:b/>
        </w:rPr>
        <w:t xml:space="preserve">[08:15] </w:t>
      </w:r>
      <w:r>
        <w:t>bowed before Adam as a token of submission. But</w:t>
      </w:r>
    </w:p>
    <w:p>
      <w:pPr>
        <w:jc w:val="right"/>
      </w:pPr>
      <w:r>
        <w:t>bowed before Adam as a token of submission. But</w:t>
      </w:r>
    </w:p>
    <w:p>
      <w:r>
        <w:rPr>
          <w:b/>
        </w:rPr>
        <w:t xml:space="preserve">[08:27] </w:t>
      </w:r>
      <w:r>
        <w:t>said—but Iblis, that was head of the jinn community—so, Iblis refused to obey this commandment.</w:t>
      </w:r>
    </w:p>
    <w:p>
      <w:pPr>
        <w:jc w:val="right"/>
      </w:pPr>
      <w:r>
        <w:t>said—but Iblis, that was head of the jinn community—so, Iblis refused to obey this commandment.</w:t>
      </w:r>
    </w:p>
    <w:p>
      <w:r>
        <w:rPr>
          <w:b/>
        </w:rPr>
        <w:t xml:space="preserve">[08:40] </w:t>
      </w:r>
      <w:r>
        <w:t>He said, "I am not going to follow man." Why?</w:t>
      </w:r>
    </w:p>
    <w:p>
      <w:pPr>
        <w:jc w:val="right"/>
      </w:pPr>
      <w:r>
        <w:t>He said, "I am not going to follow man." Why?</w:t>
      </w:r>
    </w:p>
    <w:p>
      <w:r>
        <w:rPr>
          <w:b/>
        </w:rPr>
        <w:t xml:space="preserve">[08:49] </w:t>
      </w:r>
      <w:r>
        <w:t>Because I am superior than Adam. He said that I am superior and man is inferior, so I am not going to obey man.</w:t>
      </w:r>
    </w:p>
    <w:p>
      <w:pPr>
        <w:jc w:val="right"/>
      </w:pPr>
      <w:r>
        <w:t>Because I am superior than Adam. He said that I am superior and man is inferior, so I am not going to obey man.</w:t>
      </w:r>
    </w:p>
    <w:p>
      <w:r>
        <w:rPr>
          <w:b/>
        </w:rPr>
        <w:t xml:space="preserve">[09:07] </w:t>
      </w:r>
      <w:r>
        <w:t>This was the first instance at the time of creation.</w:t>
      </w:r>
    </w:p>
    <w:p>
      <w:pPr>
        <w:jc w:val="right"/>
      </w:pPr>
      <w:r>
        <w:t>This was the first instance at the time of creation.</w:t>
      </w:r>
    </w:p>
    <w:p>
      <w:r>
        <w:rPr>
          <w:b/>
        </w:rPr>
        <w:t xml:space="preserve">[09:16] </w:t>
      </w:r>
      <w:r>
        <w:t>This was very important. This was a demonstration that man is destined to live between two forces—angel and Satan—Satan is the only another name of Iblis, and Iblis was the head of the jinn community.</w:t>
      </w:r>
    </w:p>
    <w:p>
      <w:pPr>
        <w:jc w:val="right"/>
      </w:pPr>
      <w:r>
        <w:t>This was very important. This was a demonstration that man is destined to live between two forces—angel and Satan—Satan is the only another name of Iblis, and Iblis was the head of the jinn community.</w:t>
      </w:r>
    </w:p>
    <w:p>
      <w:r>
        <w:rPr>
          <w:b/>
        </w:rPr>
        <w:t xml:space="preserve">[09:41] </w:t>
      </w:r>
      <w:r>
        <w:t>So, jinn are</w:t>
      </w:r>
    </w:p>
    <w:p>
      <w:pPr>
        <w:jc w:val="right"/>
      </w:pPr>
      <w:r>
        <w:t>So, jinn are</w:t>
      </w:r>
    </w:p>
    <w:p>
      <w:r>
        <w:rPr>
          <w:b/>
        </w:rPr>
        <w:t xml:space="preserve">[09:46] </w:t>
      </w:r>
      <w:r>
        <w:t>source of all kinds of evil, and angels are source of all kinds of good.</w:t>
      </w:r>
    </w:p>
    <w:p>
      <w:pPr>
        <w:jc w:val="right"/>
      </w:pPr>
      <w:r>
        <w:t>source of all kinds of evil, and angels are source of all kinds of good.</w:t>
      </w:r>
    </w:p>
    <w:p>
      <w:r>
        <w:rPr>
          <w:b/>
        </w:rPr>
        <w:t xml:space="preserve">[09:55] </w:t>
      </w:r>
      <w:r>
        <w:t>So, man is living between these two forces.</w:t>
      </w:r>
    </w:p>
    <w:p>
      <w:pPr>
        <w:jc w:val="right"/>
      </w:pPr>
      <w:r>
        <w:t>So, man is living between these two forces.</w:t>
      </w:r>
    </w:p>
    <w:p>
      <w:r>
        <w:rPr>
          <w:b/>
        </w:rPr>
        <w:t xml:space="preserve">[10:01] </w:t>
      </w:r>
      <w:r>
        <w:t>Philosophers were aware of this fact, but they misinterpreted this.</w:t>
      </w:r>
    </w:p>
    <w:p>
      <w:pPr>
        <w:jc w:val="right"/>
      </w:pPr>
      <w:r>
        <w:t>Philosophers were aware of this fact, but they misinterpreted this.</w:t>
      </w:r>
    </w:p>
    <w:p>
      <w:r>
        <w:rPr>
          <w:b/>
        </w:rPr>
        <w:t xml:space="preserve">[10:10] </w:t>
      </w:r>
      <w:r>
        <w:t>For example, Zoroaster</w:t>
      </w:r>
    </w:p>
    <w:p>
      <w:pPr>
        <w:jc w:val="right"/>
      </w:pPr>
      <w:r>
        <w:t>For example, Zoroaster</w:t>
      </w:r>
    </w:p>
    <w:p>
      <w:r>
        <w:rPr>
          <w:b/>
        </w:rPr>
        <w:t xml:space="preserve">[10:14] </w:t>
      </w:r>
      <w:r>
        <w:t>said that the world is a perpetual ground between</w:t>
      </w:r>
    </w:p>
    <w:p>
      <w:pPr>
        <w:jc w:val="right"/>
      </w:pPr>
      <w:r>
        <w:t>said that the world is a perpetual ground between</w:t>
      </w:r>
    </w:p>
    <w:p>
      <w:r>
        <w:rPr>
          <w:b/>
        </w:rPr>
        <w:t xml:space="preserve">[10:31] </w:t>
      </w:r>
      <w:r>
        <w:t>two forces—that is, good and evil.</w:t>
      </w:r>
    </w:p>
    <w:p>
      <w:pPr>
        <w:jc w:val="right"/>
      </w:pPr>
      <w:r>
        <w:t>two forces—that is, good and evil.</w:t>
      </w:r>
    </w:p>
    <w:p>
      <w:r>
        <w:rPr>
          <w:b/>
        </w:rPr>
        <w:t xml:space="preserve">[10:39] </w:t>
      </w:r>
      <w:r>
        <w:t>Zoroaster was wrong because this battle was not between God and Satan.</w:t>
      </w:r>
    </w:p>
    <w:p>
      <w:pPr>
        <w:jc w:val="right"/>
      </w:pPr>
      <w:r>
        <w:t>Zoroaster was wrong because this battle was not between God and Satan.</w:t>
      </w:r>
    </w:p>
    <w:p>
      <w:r>
        <w:rPr>
          <w:b/>
        </w:rPr>
        <w:t xml:space="preserve">[10:54] </w:t>
      </w:r>
      <w:r>
        <w:t>This was the—this battle was between man and Satan. So, he confused.</w:t>
      </w:r>
    </w:p>
    <w:p>
      <w:pPr>
        <w:jc w:val="right"/>
      </w:pPr>
      <w:r>
        <w:t>This was the—this battle was between man and Satan. So, he confused.</w:t>
      </w:r>
    </w:p>
    <w:p>
      <w:r>
        <w:rPr>
          <w:b/>
        </w:rPr>
        <w:t xml:space="preserve">[11:03] </w:t>
      </w:r>
      <w:r>
        <w:t>It is true that there are two forces, but two forces are not God and Satan, but man and Satan.</w:t>
      </w:r>
    </w:p>
    <w:p>
      <w:pPr>
        <w:jc w:val="right"/>
      </w:pPr>
      <w:r>
        <w:t>It is true that there are two forces, but two forces are not God and Satan, but man and Satan.</w:t>
      </w:r>
    </w:p>
    <w:p>
      <w:r>
        <w:rPr>
          <w:b/>
        </w:rPr>
        <w:t xml:space="preserve">[11:15] </w:t>
      </w:r>
      <w:r>
        <w:t>So, he said that the world is a perpetual battleground of good and evil—and of good forces and evil forces.</w:t>
      </w:r>
    </w:p>
    <w:p>
      <w:pPr>
        <w:jc w:val="right"/>
      </w:pPr>
      <w:r>
        <w:t>So, he said that the world is a perpetual battleground of good and evil—and of good forces and evil forces.</w:t>
      </w:r>
    </w:p>
    <w:p>
      <w:r>
        <w:rPr>
          <w:b/>
        </w:rPr>
        <w:t xml:space="preserve">[11:28] </w:t>
      </w:r>
      <w:r>
        <w:t>But it is wrong. God—the correct explanation is that the world is a perpetual battleground between man and Satan.</w:t>
      </w:r>
    </w:p>
    <w:p>
      <w:pPr>
        <w:jc w:val="right"/>
      </w:pPr>
      <w:r>
        <w:t>But it is wrong. God—the correct explanation is that the world is a perpetual battleground between man and Satan.</w:t>
      </w:r>
    </w:p>
    <w:p>
      <w:r>
        <w:rPr>
          <w:b/>
        </w:rPr>
        <w:t xml:space="preserve">[11:41] </w:t>
      </w:r>
      <w:r>
        <w:t>Man and Satan. It means that man was destined to live in challenge. What is Satan? Satan means challenge.</w:t>
      </w:r>
    </w:p>
    <w:p>
      <w:pPr>
        <w:jc w:val="right"/>
      </w:pPr>
      <w:r>
        <w:t>Man and Satan. It means that man was destined to live in challenge. What is Satan? Satan means challenge.</w:t>
      </w:r>
    </w:p>
    <w:p>
      <w:r>
        <w:rPr>
          <w:b/>
        </w:rPr>
        <w:t xml:space="preserve">[11:50] </w:t>
      </w:r>
      <w:r>
        <w:t>Every time, there is challenge.</w:t>
      </w:r>
    </w:p>
    <w:p>
      <w:pPr>
        <w:jc w:val="right"/>
      </w:pPr>
      <w:r>
        <w:t>Every time, there is challenge.</w:t>
      </w:r>
    </w:p>
    <w:p>
      <w:r>
        <w:rPr>
          <w:b/>
        </w:rPr>
        <w:t xml:space="preserve">[11:55] </w:t>
      </w:r>
      <w:r>
        <w:t>Challenge from Satan, from jinn, from Satanic community. But also, there are jinn.</w:t>
      </w:r>
    </w:p>
    <w:p>
      <w:pPr>
        <w:jc w:val="right"/>
      </w:pPr>
      <w:r>
        <w:t>Challenge from Satan, from jinn, from Satanic community. But also, there are jinn.</w:t>
      </w:r>
    </w:p>
    <w:p>
      <w:r>
        <w:rPr>
          <w:b/>
        </w:rPr>
        <w:t xml:space="preserve">[12:04] </w:t>
      </w:r>
      <w:r>
        <w:t>Also, there are malaika or angels. Angels are helpers of man. Helpers of man.</w:t>
      </w:r>
    </w:p>
    <w:p>
      <w:pPr>
        <w:jc w:val="right"/>
      </w:pPr>
      <w:r>
        <w:t>Also, there are malaika or angels. Angels are helpers of man. Helpers of man.</w:t>
      </w:r>
    </w:p>
    <w:p>
      <w:r>
        <w:rPr>
          <w:b/>
        </w:rPr>
        <w:t xml:space="preserve">[12:17] </w:t>
      </w:r>
      <w:r>
        <w:t>So, man in this world is not alone. He has a great helper—that is, angel.</w:t>
      </w:r>
    </w:p>
    <w:p>
      <w:pPr>
        <w:jc w:val="right"/>
      </w:pPr>
      <w:r>
        <w:t>So, man in this world is not alone. He has a great helper—that is, angel.</w:t>
      </w:r>
    </w:p>
    <w:p>
      <w:r>
        <w:rPr>
          <w:b/>
        </w:rPr>
        <w:t xml:space="preserve">[12:29] </w:t>
      </w:r>
      <w:r>
        <w:t>Against Satan, man is not alone. But God has given</w:t>
      </w:r>
    </w:p>
    <w:p>
      <w:pPr>
        <w:jc w:val="right"/>
      </w:pPr>
      <w:r>
        <w:t>Against Satan, man is not alone. But God has given</w:t>
      </w:r>
    </w:p>
    <w:p>
      <w:r>
        <w:rPr>
          <w:b/>
        </w:rPr>
        <w:t xml:space="preserve">[12:38] </w:t>
      </w:r>
      <w:r>
        <w:t>a great force in the help of man—that is, angels. So, every time, we are between angels and Satan.</w:t>
      </w:r>
    </w:p>
    <w:p>
      <w:pPr>
        <w:jc w:val="right"/>
      </w:pPr>
      <w:r>
        <w:t>a great force in the help of man—that is, angels. So, every time, we are between angels and Satan.</w:t>
      </w:r>
    </w:p>
    <w:p>
      <w:r>
        <w:rPr>
          <w:b/>
        </w:rPr>
        <w:t xml:space="preserve">[12:51] </w:t>
      </w:r>
      <w:r>
        <w:t>Then, you know,</w:t>
      </w:r>
    </w:p>
    <w:p>
      <w:pPr>
        <w:jc w:val="right"/>
      </w:pPr>
      <w:r>
        <w:t>Then, you know,</w:t>
      </w:r>
    </w:p>
    <w:p>
      <w:r>
        <w:rPr>
          <w:b/>
        </w:rPr>
        <w:t xml:space="preserve">[12:55] </w:t>
      </w:r>
      <w:r>
        <w:t>there are two different faculties in a human being. Every man has two faculties—ego and conscience.</w:t>
      </w:r>
    </w:p>
    <w:p>
      <w:pPr>
        <w:jc w:val="right"/>
      </w:pPr>
      <w:r>
        <w:t>there are two different faculties in a human being. Every man has two faculties—ego and conscience.</w:t>
      </w:r>
    </w:p>
    <w:p>
      <w:r>
        <w:rPr>
          <w:b/>
        </w:rPr>
        <w:t xml:space="preserve">[13:07] </w:t>
      </w:r>
      <w:r>
        <w:t>Ego and conscience. So, it means—in other words—there are two different entry points in a human personality.</w:t>
      </w:r>
    </w:p>
    <w:p>
      <w:pPr>
        <w:jc w:val="right"/>
      </w:pPr>
      <w:r>
        <w:t>Ego and conscience. So, it means—in other words—there are two different entry points in a human personality.</w:t>
      </w:r>
    </w:p>
    <w:p>
      <w:r>
        <w:rPr>
          <w:b/>
        </w:rPr>
        <w:t xml:space="preserve">[13:20] </w:t>
      </w:r>
      <w:r>
        <w:t>One is ego, and the other is—and the other is conscience. Ego is the entry point of Satan, and conscience is the entry point of angel.</w:t>
      </w:r>
    </w:p>
    <w:p>
      <w:pPr>
        <w:jc w:val="right"/>
      </w:pPr>
      <w:r>
        <w:t>One is ego, and the other is—and the other is conscience. Ego is the entry point of Satan, and conscience is the entry point of angel.</w:t>
      </w:r>
    </w:p>
    <w:p>
      <w:r>
        <w:rPr>
          <w:b/>
        </w:rPr>
        <w:t xml:space="preserve">[13:36] </w:t>
      </w:r>
      <w:r>
        <w:t>So, every time—so, man lives in different situations, different circumstances.</w:t>
      </w:r>
    </w:p>
    <w:p>
      <w:pPr>
        <w:jc w:val="right"/>
      </w:pPr>
      <w:r>
        <w:t>So, every time—so, man lives in different situations, different circumstances.</w:t>
      </w:r>
    </w:p>
    <w:p>
      <w:r>
        <w:rPr>
          <w:b/>
        </w:rPr>
        <w:t xml:space="preserve">[13:45] </w:t>
      </w:r>
      <w:r>
        <w:t>So, every time, there are some challenges. Every time, there are different kinds of sentiments, different kinds of thinking.</w:t>
      </w:r>
    </w:p>
    <w:p>
      <w:pPr>
        <w:jc w:val="right"/>
      </w:pPr>
      <w:r>
        <w:t>So, every time, there are some challenges. Every time, there are different kinds of sentiments, different kinds of thinking.</w:t>
      </w:r>
    </w:p>
    <w:p>
      <w:r>
        <w:rPr>
          <w:b/>
        </w:rPr>
        <w:t xml:space="preserve">[13:58] </w:t>
      </w:r>
      <w:r>
        <w:t>So, for example, if one provokes you and you become angry—so, angry is a phenomenon—anger is a phenomenon of ego.</w:t>
      </w:r>
    </w:p>
    <w:p>
      <w:pPr>
        <w:jc w:val="right"/>
      </w:pPr>
      <w:r>
        <w:t>So, for example, if one provokes you and you become angry—so, angry is a phenomenon—anger is a phenomenon of ego.</w:t>
      </w:r>
    </w:p>
    <w:p>
      <w:r>
        <w:rPr>
          <w:b/>
        </w:rPr>
        <w:t xml:space="preserve">[14:13] </w:t>
      </w:r>
      <w:r>
        <w:t>What is anger? Anger is a phenomenon of ego. So, when you become angry, you open the door for Satan to enter in your personality.</w:t>
      </w:r>
    </w:p>
    <w:p>
      <w:pPr>
        <w:jc w:val="right"/>
      </w:pPr>
      <w:r>
        <w:t>What is anger? Anger is a phenomenon of ego. So, when you become angry, you open the door for Satan to enter in your personality.</w:t>
      </w:r>
    </w:p>
    <w:p>
      <w:r>
        <w:rPr>
          <w:b/>
        </w:rPr>
        <w:t xml:space="preserve">[14:27] </w:t>
      </w:r>
      <w:r>
        <w:t>So, anger is the entry point of Satan. When you become angry after provocation, Satan will enter in your personality, and he will activate you,</w:t>
      </w:r>
    </w:p>
    <w:p>
      <w:pPr>
        <w:jc w:val="right"/>
      </w:pPr>
      <w:r>
        <w:t>So, anger is the entry point of Satan. When you become angry after provocation, Satan will enter in your personality, and he will activate you,</w:t>
      </w:r>
    </w:p>
    <w:p>
      <w:r>
        <w:rPr>
          <w:b/>
        </w:rPr>
        <w:t xml:space="preserve">[14:43] </w:t>
      </w:r>
      <w:r>
        <w:t>excite you so that you may become angry and angry. Then, you try to take revenge and all those negative activities.</w:t>
      </w:r>
    </w:p>
    <w:p>
      <w:pPr>
        <w:jc w:val="right"/>
      </w:pPr>
      <w:r>
        <w:t>excite you so that you may become angry and angry. Then, you try to take revenge and all those negative activities.</w:t>
      </w:r>
    </w:p>
    <w:p>
      <w:r>
        <w:rPr>
          <w:b/>
        </w:rPr>
        <w:t xml:space="preserve">[14:58] </w:t>
      </w:r>
      <w:r>
        <w:t>So, when there is provocation and you become angry, you have to know that this is the point of—this is the—that I have opened the entry point for Satan.</w:t>
      </w:r>
    </w:p>
    <w:p>
      <w:pPr>
        <w:jc w:val="right"/>
      </w:pPr>
      <w:r>
        <w:t>So, when there is provocation and you become angry, you have to know that this is the point of—this is the—that I have opened the entry point for Satan.</w:t>
      </w:r>
    </w:p>
    <w:p>
      <w:r>
        <w:rPr>
          <w:b/>
        </w:rPr>
        <w:t xml:space="preserve">[15:12] </w:t>
      </w:r>
      <w:r>
        <w:t>You have to be alert. You have to save yourself.</w:t>
      </w:r>
    </w:p>
    <w:p>
      <w:pPr>
        <w:jc w:val="right"/>
      </w:pPr>
      <w:r>
        <w:t>You have to be alert. You have to save yourself.</w:t>
      </w:r>
    </w:p>
    <w:p>
      <w:r>
        <w:rPr>
          <w:b/>
        </w:rPr>
        <w:t xml:space="preserve">[15:20] </w:t>
      </w:r>
      <w:r>
        <w:t>You have to forgive. You have to adopt the forgiveness. You have to tolerate. You have to ignore. You have to be patient.</w:t>
      </w:r>
    </w:p>
    <w:p>
      <w:pPr>
        <w:jc w:val="right"/>
      </w:pPr>
      <w:r>
        <w:t>You have to forgive. You have to adopt the forgiveness. You have to tolerate. You have to ignore. You have to be patient.</w:t>
      </w:r>
    </w:p>
    <w:p>
      <w:r>
        <w:rPr>
          <w:b/>
        </w:rPr>
        <w:t xml:space="preserve">[15:30] </w:t>
      </w:r>
      <w:r>
        <w:t>So, if you keep patience, if you avoid that provocation, then it means that you</w:t>
      </w:r>
    </w:p>
    <w:p>
      <w:pPr>
        <w:jc w:val="right"/>
      </w:pPr>
      <w:r>
        <w:t>So, if you keep patience, if you avoid that provocation, then it means that you</w:t>
      </w:r>
    </w:p>
    <w:p>
      <w:r>
        <w:rPr>
          <w:b/>
        </w:rPr>
        <w:t xml:space="preserve">[15:44] </w:t>
      </w:r>
      <w:r>
        <w:t>are not allowing Satan to enter in your personality.</w:t>
      </w:r>
    </w:p>
    <w:p>
      <w:pPr>
        <w:jc w:val="right"/>
      </w:pPr>
      <w:r>
        <w:t>are not allowing Satan to enter in your personality.</w:t>
      </w:r>
    </w:p>
    <w:p>
      <w:r>
        <w:rPr>
          <w:b/>
        </w:rPr>
        <w:t xml:space="preserve">[15:52] </w:t>
      </w:r>
      <w:r>
        <w:t>And instead, you are giving angels to come and to activate you in a positive terms. So, this is the test of a human being.</w:t>
      </w:r>
    </w:p>
    <w:p>
      <w:pPr>
        <w:jc w:val="right"/>
      </w:pPr>
      <w:r>
        <w:t>And instead, you are giving angels to come and to activate you in a positive terms. So, this is the test of a human being.</w:t>
      </w:r>
    </w:p>
    <w:p>
      <w:r>
        <w:rPr>
          <w:b/>
        </w:rPr>
        <w:t xml:space="preserve">[16:06] </w:t>
      </w:r>
      <w:r>
        <w:t>Every time, we are between two different possibilities. One is—one may be called negative and the other one positive.</w:t>
      </w:r>
    </w:p>
    <w:p>
      <w:pPr>
        <w:jc w:val="right"/>
      </w:pPr>
      <w:r>
        <w:t>Every time, we are between two different possibilities. One is—one may be called negative and the other one positive.</w:t>
      </w:r>
    </w:p>
    <w:p>
      <w:r>
        <w:rPr>
          <w:b/>
        </w:rPr>
        <w:t xml:space="preserve">[16:22] </w:t>
      </w:r>
      <w:r>
        <w:t>So, ego is the center of negativity and conscience is the center of positivity. So, this is the test.</w:t>
      </w:r>
    </w:p>
    <w:p>
      <w:pPr>
        <w:jc w:val="right"/>
      </w:pPr>
      <w:r>
        <w:t>So, ego is the center of negativity and conscience is the center of positivity. So, this is the test.</w:t>
      </w:r>
    </w:p>
    <w:p>
      <w:r>
        <w:rPr>
          <w:b/>
        </w:rPr>
        <w:t xml:space="preserve">[16:34] </w:t>
      </w:r>
      <w:r>
        <w:t>I will give an example to illustrate this point</w:t>
      </w:r>
    </w:p>
    <w:p>
      <w:pPr>
        <w:jc w:val="right"/>
      </w:pPr>
      <w:r>
        <w:t>I will give an example to illustrate this point</w:t>
      </w:r>
    </w:p>
    <w:p>
      <w:r>
        <w:rPr>
          <w:b/>
        </w:rPr>
        <w:t xml:space="preserve">[16:39] </w:t>
      </w:r>
      <w:r>
        <w:t>from the sirah of the Prophet of Islam. You know, the Prophet of Islam was born in Mecca in 570 AD.</w:t>
      </w:r>
    </w:p>
    <w:p>
      <w:pPr>
        <w:jc w:val="right"/>
      </w:pPr>
      <w:r>
        <w:t>from the sirah of the Prophet of Islam. You know, the Prophet of Islam was born in Mecca in 570 AD.</w:t>
      </w:r>
    </w:p>
    <w:p>
      <w:r>
        <w:rPr>
          <w:b/>
        </w:rPr>
        <w:t xml:space="preserve">[16:51] </w:t>
      </w:r>
      <w:r>
        <w:t>Then, he migrated to Madinah in 622. So, he lived over there up to ten years.</w:t>
      </w:r>
    </w:p>
    <w:p>
      <w:pPr>
        <w:jc w:val="right"/>
      </w:pPr>
      <w:r>
        <w:t>Then, he migrated to Madinah in 622. So, he lived over there up to ten years.</w:t>
      </w:r>
    </w:p>
    <w:p>
      <w:r>
        <w:rPr>
          <w:b/>
        </w:rPr>
        <w:t xml:space="preserve">[17:04] </w:t>
      </w:r>
      <w:r>
        <w:t>So, what happened? One day, he saw that a Muslim—his name was Abu Basoud—Abu Basoud became angry at his servant and started beating his servant.</w:t>
      </w:r>
    </w:p>
    <w:p>
      <w:pPr>
        <w:jc w:val="right"/>
      </w:pPr>
      <w:r>
        <w:t>So, what happened? One day, he saw that a Muslim—his name was Abu Basoud—Abu Basoud became angry at his servant and started beating his servant.</w:t>
      </w:r>
    </w:p>
    <w:p>
      <w:r>
        <w:rPr>
          <w:b/>
        </w:rPr>
        <w:t xml:space="preserve">[17:24] </w:t>
      </w:r>
      <w:r>
        <w:t>So, the Prophet saw this scene, and he said, "Ey Abu Basoud,</w:t>
      </w:r>
    </w:p>
    <w:p>
      <w:pPr>
        <w:jc w:val="right"/>
      </w:pPr>
      <w:r>
        <w:t>So, the Prophet saw this scene, and he said, "Ey Abu Basoud,</w:t>
      </w:r>
    </w:p>
    <w:p>
      <w:r>
        <w:rPr>
          <w:b/>
        </w:rPr>
        <w:t xml:space="preserve">[17:37] </w:t>
      </w:r>
      <w:r>
        <w:t>O Abu Basoud, you know, God is stronger upon you than you upon your servant."</w:t>
      </w:r>
    </w:p>
    <w:p>
      <w:pPr>
        <w:jc w:val="right"/>
      </w:pPr>
      <w:r>
        <w:t>O Abu Basoud, you know, God is stronger upon you than you upon your servant."</w:t>
      </w:r>
    </w:p>
    <w:p>
      <w:r>
        <w:rPr>
          <w:b/>
        </w:rPr>
        <w:t xml:space="preserve">[17:52] </w:t>
      </w:r>
      <w:r>
        <w:t>So, what happened? Abu Basoud became alert. He</w:t>
      </w:r>
    </w:p>
    <w:p>
      <w:pPr>
        <w:jc w:val="right"/>
      </w:pPr>
      <w:r>
        <w:t>So, what happened? Abu Basoud became alert. He</w:t>
      </w:r>
    </w:p>
    <w:p>
      <w:r>
        <w:rPr>
          <w:b/>
        </w:rPr>
        <w:t xml:space="preserve">[18:01] </w:t>
      </w:r>
      <w:r>
        <w:t>rethinks—he revises his mind</w:t>
      </w:r>
    </w:p>
    <w:p>
      <w:pPr>
        <w:jc w:val="right"/>
      </w:pPr>
      <w:r>
        <w:t>rethinks—he revises his mind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