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Sahabah as a Role Model November 27, 2007</w:t>
      </w:r>
    </w:p>
    <w:p>
      <w:r>
        <w:t>https://www.youtube.com/watch?v=bsaYmZAU8FY</w:t>
      </w:r>
    </w:p>
    <w:p>
      <w:r>
        <w:rPr>
          <w:b/>
        </w:rPr>
        <w:t xml:space="preserve">[00:13]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[00:28] </w:t>
      </w:r>
      <w:r>
        <w:t>aaj ka jo topic hai woh hai sahaba as a role model.</w:t>
      </w:r>
    </w:p>
    <w:p>
      <w:pPr>
        <w:jc w:val="right"/>
      </w:pPr>
      <w:r>
        <w:t>آج کا جو ٹاپک ہے وہ ہے صحابہ as a role model۔</w:t>
      </w:r>
    </w:p>
    <w:p>
      <w:r>
        <w:rPr>
          <w:b/>
        </w:rPr>
        <w:t xml:space="preserve">[00:42] </w:t>
      </w:r>
      <w:r>
        <w:t>yani companions jo thay prophet ke, un ki hesiyat doosron ke liye role model ki hai.</w:t>
      </w:r>
    </w:p>
    <w:p>
      <w:pPr>
        <w:jc w:val="right"/>
      </w:pPr>
      <w:r>
        <w:t>یعنی کمپینینز جو تھے پرافٹ کے، ان کی حیثیت دوسروں کے لیے رول ماڈل کی ہے۔</w:t>
      </w:r>
    </w:p>
    <w:p>
      <w:r>
        <w:rPr>
          <w:b/>
        </w:rPr>
        <w:t xml:space="preserve">[00:55] </w:t>
      </w:r>
      <w:r>
        <w:t>sahaba ne payeghambar se seekha, goya ke payeghambar sahaba ke liye role model thay.</w:t>
      </w:r>
    </w:p>
    <w:p>
      <w:pPr>
        <w:jc w:val="right"/>
      </w:pPr>
      <w:r>
        <w:t>صحابہ نے پیغمبر سے سیکھا، گویا کہ پیغمبر صحابہ کے لیے رول ماڈل تھے۔</w:t>
      </w:r>
    </w:p>
    <w:p>
      <w:r>
        <w:rPr>
          <w:b/>
        </w:rPr>
        <w:t xml:space="preserve">[01:08] </w:t>
      </w:r>
      <w:r>
        <w:t>to sahaba trained ho kar is qabil banay</w:t>
      </w:r>
    </w:p>
    <w:p>
      <w:pPr>
        <w:jc w:val="right"/>
      </w:pPr>
      <w:r>
        <w:t>تو صحابہ ٹرینڈ ہو کر اس قابل بنے</w:t>
      </w:r>
    </w:p>
    <w:p>
      <w:r>
        <w:rPr>
          <w:b/>
        </w:rPr>
        <w:t xml:space="preserve">[01:14] </w:t>
      </w:r>
      <w:r>
        <w:t>ke woh baqiya iman walon ke liye role model banain.</w:t>
      </w:r>
    </w:p>
    <w:p>
      <w:pPr>
        <w:jc w:val="right"/>
      </w:pPr>
      <w:r>
        <w:t>کہ وہ بقیہ ایمان والوں کے لیے رول ماڈل بنیں۔</w:t>
      </w:r>
    </w:p>
    <w:p>
      <w:r>
        <w:rPr>
          <w:b/>
        </w:rPr>
        <w:t xml:space="preserve">[01:22] </w:t>
      </w:r>
      <w:r>
        <w:t>isi tarah ummat mein jin ko hum muhaddiseen kehte hain, woh ulama ke liye role model hain.</w:t>
      </w:r>
    </w:p>
    <w:p>
      <w:pPr>
        <w:jc w:val="right"/>
      </w:pPr>
      <w:r>
        <w:t>اسی طرح امت میں جن کو ہم محدثین کہتے ہیں، وہ علماء کے لیے رول ماڈل ہیں۔</w:t>
      </w:r>
    </w:p>
    <w:p>
      <w:r>
        <w:rPr>
          <w:b/>
        </w:rPr>
        <w:t xml:space="preserve">[01:32] </w:t>
      </w:r>
      <w:r>
        <w:t>muhaddiseen is tabqe ke sab se pehle jamaat-e-ulama thay. to muhaddiseen goya ulama ke liye role model hain.</w:t>
      </w:r>
    </w:p>
    <w:p>
      <w:pPr>
        <w:jc w:val="right"/>
      </w:pPr>
      <w:r>
        <w:t>محدثین اس طبقے کے سب سے پہلے جماعتِ علماء تھے۔ تو محدثین گویا علماء کے لیے رول ماڈل ہیں۔</w:t>
      </w:r>
    </w:p>
    <w:p>
      <w:r>
        <w:rPr>
          <w:b/>
        </w:rPr>
        <w:t xml:space="preserve">[01:46] </w:t>
      </w:r>
      <w:r>
        <w:t>Rasool Allah (PBUH) sahaba ke liye role model thay, sahaba tamam ummat ke liye role model hain, aur muhaddiseen ulama ke liye role model hain.</w:t>
      </w:r>
    </w:p>
    <w:p>
      <w:pPr>
        <w:jc w:val="right"/>
      </w:pPr>
      <w:r>
        <w:t>رسول اللہ صلى الله عليه وسلم صحابہ کے لیے رول ماڈل تھے، صحابہ تمام امت کے لیے رول ماڈل ہیں، اور محدثین علماء کے لیے رول ماڈل ہیں۔</w:t>
      </w:r>
    </w:p>
    <w:p>
      <w:r>
        <w:rPr>
          <w:b/>
        </w:rPr>
        <w:t xml:space="preserve">[02:00] </w:t>
      </w:r>
      <w:r>
        <w:t>yeh hai tarteeb.</w:t>
      </w:r>
    </w:p>
    <w:p>
      <w:pPr>
        <w:jc w:val="right"/>
      </w:pPr>
      <w:r>
        <w:t>یہ ہے ترتیب۔</w:t>
      </w:r>
    </w:p>
    <w:p>
      <w:r>
        <w:rPr>
          <w:b/>
        </w:rPr>
        <w:t xml:space="preserve">[02:04] </w:t>
      </w:r>
      <w:r>
        <w:t>aap jante hain ke</w:t>
      </w:r>
    </w:p>
    <w:p>
      <w:pPr>
        <w:jc w:val="right"/>
      </w:pPr>
      <w:r>
        <w:t>آپ جانتے ہیں کہ</w:t>
      </w:r>
    </w:p>
    <w:p>
      <w:r>
        <w:rPr>
          <w:b/>
        </w:rPr>
        <w:t xml:space="preserve">[02:08] </w:t>
      </w:r>
      <w:r>
        <w:t>Payeghambar-e-Islam (PBUH) 570 eesvi mein Makah mein paida hue, 610 eesvi mein aap ko nabuwat mili.</w:t>
      </w:r>
    </w:p>
    <w:p>
      <w:pPr>
        <w:jc w:val="right"/>
      </w:pPr>
      <w:r>
        <w:t>پیغمبرِ اسلام صلى الله عليه وسلم 570 عیسوی میں مکہ میں پیدا ہوئے، 610 عیسوی میں آپ کو نبوت ملی۔</w:t>
      </w:r>
    </w:p>
    <w:p>
      <w:r>
        <w:rPr>
          <w:b/>
        </w:rPr>
        <w:t xml:space="preserve">[02:25] </w:t>
      </w:r>
      <w:r>
        <w:t>yani jab Ghare-Hira mein thay us waqt aap, to pehli wahi aap ke upar utri jis mein yeh tha ke iqra bismi rabbika allazi khalaq.</w:t>
      </w:r>
    </w:p>
    <w:p>
      <w:pPr>
        <w:jc w:val="right"/>
      </w:pPr>
      <w:r>
        <w:t>یعنی جب غارِ حرا میں تھے اس وقت آپ، تو پہلی وحی آپ کے اوپر اتری جس میں یہ تھا کہ اقرأ باسم ربک الذی خلق۔</w:t>
      </w:r>
    </w:p>
    <w:p>
      <w:r>
        <w:rPr>
          <w:b/>
        </w:rPr>
        <w:t xml:space="preserve">[02:38] </w:t>
      </w:r>
      <w:r>
        <w:t>to is ke baad aap ne nabuwat ka kaam shuru kiya. to goya ke 610 eesvi mein aap akele sahib-e-iman thay.</w:t>
      </w:r>
    </w:p>
    <w:p>
      <w:pPr>
        <w:jc w:val="right"/>
      </w:pPr>
      <w:r>
        <w:t>تو اس کے بعد آپ نے نبوت کا کام شروع کیا۔ تو گویا کہ 610 عیسوی میں آپ اکیلے صاحبِ ایمان تھے۔</w:t>
      </w:r>
    </w:p>
    <w:p>
      <w:r>
        <w:rPr>
          <w:b/>
        </w:rPr>
        <w:t xml:space="preserve">[02:53] </w:t>
      </w:r>
      <w:r>
        <w:t>is ke baad ek ek kar ke log aap ke saathi bante chale gaye. aur 632 eesvi mein jab Madinah mein aap ki wafat hui to us waqt taqreeban dedh lakh aurat aur mard aap ke sahabi aur sahabiha ban chuke thay.</w:t>
      </w:r>
    </w:p>
    <w:p>
      <w:pPr>
        <w:jc w:val="right"/>
      </w:pPr>
      <w:r>
        <w:t>اس کے بعد ایک ایک کر کے لوگ آپ کے ساتھی بنتے چلے گئے۔ اور 632 عیسوی میں جب مدینہ میں آپ کی وفات ہوئی تو اس وقت تقریباً ڈیڑھ لاکھ عورت اور مرد آپ کے صحابی اور صحابیہ بن چکے تھے۔</w:t>
      </w:r>
    </w:p>
    <w:p>
      <w:r>
        <w:rPr>
          <w:b/>
        </w:rPr>
        <w:t xml:space="preserve">[03:18] </w:t>
      </w:r>
      <w:r>
        <w:t>to Rasool Allah (PBUH) ne farmaya ke ashabi kal nujoom bayyihim iqtadaytum ihtadaytum. mere jo sahabi hain ya mere jo companions hain,</w:t>
      </w:r>
    </w:p>
    <w:p>
      <w:pPr>
        <w:jc w:val="right"/>
      </w:pPr>
      <w:r>
        <w:t>تو رسول اللہ صلى الله عليه وسلم نے فرمایا کہ اصحابی كالنجوم بَأَيِّهِمْ اِقْتَدَيْتُمْ اِهْتَدَيْتُمْ۔ میرے جو صحابی ہیں یا میرے جو کمپینین ہیں،</w:t>
      </w:r>
    </w:p>
    <w:p>
      <w:r>
        <w:rPr>
          <w:b/>
        </w:rPr>
        <w:t xml:space="preserve">[03:33] </w:t>
      </w:r>
      <w:r>
        <w:t>woh barah-e-rast mujh se, unhon ne barah-e-rast mujh se training payi hai, tarbiyat payi hai. to woh tumhare liye namuna hain.</w:t>
      </w:r>
    </w:p>
    <w:p>
      <w:pPr>
        <w:jc w:val="right"/>
      </w:pPr>
      <w:r>
        <w:t>وہ براہِ راست مجھ سے، انہوں نے براہِ راست مجھ سے ٹریننگ پائی ہے، تربیت پائی ہے۔ تو وہ تمہارے لیے نمونہ ہیں۔</w:t>
      </w:r>
    </w:p>
    <w:p>
      <w:r>
        <w:rPr>
          <w:b/>
        </w:rPr>
        <w:t xml:space="preserve">[03:44] </w:t>
      </w:r>
      <w:r>
        <w:t>woh sitaray ke manind hain, un mein se jis se bhi tum namuna pakro ge, tum ko hidayat mil jaye gi.</w:t>
      </w:r>
    </w:p>
    <w:p>
      <w:pPr>
        <w:jc w:val="right"/>
      </w:pPr>
      <w:r>
        <w:t>وہ ستارے کے مانند ہیں، ان میں سے جس سے بھی تم نمونہ پکڑو گے، تم کو ہدایت مل جائے گی۔</w:t>
      </w:r>
    </w:p>
    <w:p>
      <w:r>
        <w:rPr>
          <w:b/>
        </w:rPr>
        <w:t xml:space="preserve">[03:55] </w:t>
      </w:r>
      <w:r>
        <w:t>to yeh log jinhon ne direct taur par Payeghambar-e-Islam se deen ko paya, direct taur par aap ke hath par Islam qabool kiya, aur direct taur par aap ki sohbat se jin ko tarbiyat ka mauqa mila,</w:t>
      </w:r>
    </w:p>
    <w:p>
      <w:pPr>
        <w:jc w:val="right"/>
      </w:pPr>
      <w:r>
        <w:t>تو یہ لوگ جنہوں نے ڈائریکٹ طور پر پیغمبرِ اسلام سے دین کو پایا، ڈائریکٹ طور پر آپ کے ہاتھ پر اسلام قبول کیا، اور ڈائریکٹ طور پر آپ کی صحبت سے جن کو تربیت کا موقع ملا،</w:t>
      </w:r>
    </w:p>
    <w:p>
      <w:r>
        <w:rPr>
          <w:b/>
        </w:rPr>
        <w:t xml:space="preserve">[04:15] </w:t>
      </w:r>
      <w:r>
        <w:t>yani jo aap ke contemporary ahle iman the, un ko sahaba kaha jata hai ya ashab-e-rasool kaha jata hai.</w:t>
      </w:r>
    </w:p>
    <w:p>
      <w:pPr>
        <w:jc w:val="right"/>
      </w:pPr>
      <w:r>
        <w:t>یعنی جو آپ کے کنٹمپریری اہلِ ایمان تھے، ان کو صحابہ کہا جاتا ہے یا اصحابِ رسول کہا جاتا ہے۔</w:t>
      </w:r>
    </w:p>
    <w:p>
      <w:r>
        <w:rPr>
          <w:b/>
        </w:rPr>
        <w:t xml:space="preserve">[04:23] </w:t>
      </w:r>
      <w:r>
        <w:t>agar aap tareekh ko dekhen to jahan tak mein samajhta hoon, apni study ke mutabiq mein yeh kahoon ga ke sab se pehle momin Waraqah bin Naufal thay.</w:t>
      </w:r>
    </w:p>
    <w:p>
      <w:pPr>
        <w:jc w:val="right"/>
      </w:pPr>
      <w:r>
        <w:t>اگر آپ تاریخ کو دیکھیں تو جہاں تک میں سمجھتا ہوں، اپنی اسٹڈی کے مطابق میں یہ کہوں گا کہ سب سے پہلے مومن ورقہ بن نوفل تھے۔</w:t>
      </w:r>
    </w:p>
    <w:p>
      <w:r>
        <w:rPr>
          <w:b/>
        </w:rPr>
        <w:t xml:space="preserve">[04:40] </w:t>
      </w:r>
      <w:r>
        <w:t>Makkah mein ek sahab thay jinka naam tha Waraqah bin Naufal. Waraqah bin Naufal ibn-e-Asad, ibn-e-Abdulaziz.</w:t>
      </w:r>
    </w:p>
    <w:p>
      <w:pPr>
        <w:jc w:val="right"/>
      </w:pPr>
      <w:r>
        <w:t>مکہ میں ایک صاحب تھے جن کا نام تھا ورقہ بن نوفل۔ ورقہ بن نوفل ابنِ اسد، ابنِ عبدالعزی۔</w:t>
      </w:r>
    </w:p>
    <w:p>
      <w:r>
        <w:rPr>
          <w:b/>
        </w:rPr>
        <w:t xml:space="preserve">[04:53] </w:t>
      </w:r>
      <w:r>
        <w:t>yeh Quraish ke ek fard thay lekin woh bohat saleem-ut-taba thay, yani apni nature par thay woh.</w:t>
      </w:r>
    </w:p>
    <w:p>
      <w:pPr>
        <w:jc w:val="right"/>
      </w:pPr>
      <w:r>
        <w:t>یہ قریش کے ایک فرد تھے لیکن وہ بہت سلیم التبع تھے، یعنی اپنی نیچر پر تھے وہ۔</w:t>
      </w:r>
    </w:p>
    <w:p>
      <w:r>
        <w:rPr>
          <w:b/>
        </w:rPr>
        <w:t xml:space="preserve">[05:04] </w:t>
      </w:r>
      <w:r>
        <w:t>to unhon ne batoon ko chhod diya. phir woh talash-e-haq mein</w:t>
      </w:r>
    </w:p>
    <w:p>
      <w:pPr>
        <w:jc w:val="right"/>
      </w:pPr>
      <w:r>
        <w:t>تو انہوں نے بتوں کو چھوڑ دیا۔ پھر وہ تلاشِ حق میں</w:t>
      </w:r>
    </w:p>
    <w:p>
      <w:r>
        <w:rPr>
          <w:b/>
        </w:rPr>
        <w:t xml:space="preserve">[05:15] </w:t>
      </w:r>
      <w:r>
        <w:t>yahan tak pohanchay ke unhon ne Yahudiyat ka mutala kiya, Isaiyat ka mutala kiya. woh Arabi zaban un ki madri zaban thi, usi ke sath us ne Ibri aur Surani seekhi.</w:t>
      </w:r>
    </w:p>
    <w:p>
      <w:pPr>
        <w:jc w:val="right"/>
      </w:pPr>
      <w:r>
        <w:t>یہاں تک پہنچے کہ انہوں نے یہودیت کا مطالعہ کیا، عیسائیت کا مطالعہ کیا۔ وہ عربی زبان ان کی مادری زبان تھی، اسی کے ساتھ اس نے عبرانی اور سورانی سیکھی۔</w:t>
      </w:r>
    </w:p>
    <w:p>
      <w:r>
        <w:rPr>
          <w:b/>
        </w:rPr>
        <w:t xml:space="preserve">[05:29] </w:t>
      </w:r>
      <w:r>
        <w:t>to us waqt ke lehaz se woh samjhay ke Nasraniyat jo hai, yani Isaiyat jo hai, woh sahih mazhab hai. to woh Isai ban gaye.</w:t>
      </w:r>
    </w:p>
    <w:p>
      <w:pPr>
        <w:jc w:val="right"/>
      </w:pPr>
      <w:r>
        <w:t>تو اس وقت کے لحاظ سے وہ سمجھے کہ نصرانیت جو ہے، یعنی عیسائیت جو ہے، وہ صحیح مذہب ہے۔ تو وہ عیسائی بن گئے۔</w:t>
      </w:r>
    </w:p>
    <w:p>
      <w:r>
        <w:rPr>
          <w:b/>
        </w:rPr>
        <w:t xml:space="preserve">[05:40] </w:t>
      </w:r>
      <w:r>
        <w:t>yeh</w:t>
      </w:r>
    </w:p>
    <w:p>
      <w:pPr>
        <w:jc w:val="right"/>
      </w:pPr>
      <w:r>
        <w:t>یہ</w:t>
      </w:r>
    </w:p>
    <w:p>
      <w:r>
        <w:rPr>
          <w:b/>
        </w:rPr>
        <w:t xml:space="preserve">[05:43] </w:t>
      </w:r>
      <w:r>
        <w:t>us waqt maujood thay jab ke Rasool Allah (SAW) ko nabuwat mili. to 610 AD mein jab ke aap ko pehli wahi aayi, us waqt aap nikah kar chukay thay Khadijah se.</w:t>
      </w:r>
    </w:p>
    <w:p>
      <w:pPr>
        <w:jc w:val="right"/>
      </w:pPr>
      <w:r>
        <w:t>اس وقت موجود تھے جب کہ رسول اللہ صلى الله عليه وسلم کو نبوت ملی۔ تو 610 عیسوی میں جب کہ آپ کو پہلی وحی آئی، اس وقت آپ نکاح کر چکے تھے خدیجہ سے۔</w:t>
      </w:r>
    </w:p>
    <w:p>
      <w:r>
        <w:rPr>
          <w:b/>
        </w:rPr>
        <w:t xml:space="preserve">[05:58] </w:t>
      </w:r>
      <w:r>
        <w:t>Khadijah aap ki ahliya theen. to Ghar-e-Hira mein aap ko jab pehli wahi aayi to ek naya tajurba tha.</w:t>
      </w:r>
    </w:p>
    <w:p>
      <w:pPr>
        <w:jc w:val="right"/>
      </w:pPr>
      <w:r>
        <w:t>خدیجہ آپ کی اہلیہ تھیں۔ تو غارِ حرا میں آپ کو جب پہلی وحی آئی تو ایک نیا تجربہ تھا۔</w:t>
      </w:r>
    </w:p>
    <w:p>
      <w:r>
        <w:rPr>
          <w:b/>
        </w:rPr>
        <w:t xml:space="preserve">[06:08] </w:t>
      </w:r>
      <w:r>
        <w:t>koi rooh, koi farishta insan ki surat mein ya kis surat mein aaya woh, aur us ne bataya ke woh Khuda ki taraf se paigham le kar aaya hai aur aap ko nabuwat ata ki hai Khuda ne.</w:t>
      </w:r>
    </w:p>
    <w:p>
      <w:pPr>
        <w:jc w:val="right"/>
      </w:pPr>
      <w:r>
        <w:t>کوئی روح، کوئی فرشتہ انسان کی صورت میں یا کس صورت میں آیا وہ، اور اس نے بتایا کہ وہ خدا کی طرف سے پیغام لے کر آیا ہے اور آپ کو نبوت عطا کی ہے خدا نے۔</w:t>
      </w:r>
    </w:p>
    <w:p>
      <w:r>
        <w:rPr>
          <w:b/>
        </w:rPr>
        <w:t xml:space="preserve">[06:23] </w:t>
      </w:r>
      <w:r>
        <w:t>aur us waqt Quran utarna shuru hua aur pehli wahi aap ko mili Ghar-e-Hira mein.</w:t>
      </w:r>
    </w:p>
    <w:p>
      <w:pPr>
        <w:jc w:val="right"/>
      </w:pPr>
      <w:r>
        <w:t>اور اس وقت قرآن اترنا شروع ہوا اور پہلی وحی آپ کو ملی غارِ حرا میں۔</w:t>
      </w:r>
    </w:p>
    <w:p>
      <w:r>
        <w:rPr>
          <w:b/>
        </w:rPr>
        <w:t xml:space="preserve">[06:33] </w:t>
      </w:r>
      <w:r>
        <w:t>to aap ke liye chounke yeh naya tajurba tha, yeh tafseer Sahih Bukhari jo kitab hai us mein tafseer maujood hai, aap parh sakte hain.</w:t>
      </w:r>
    </w:p>
    <w:p>
      <w:pPr>
        <w:jc w:val="right"/>
      </w:pPr>
      <w:r>
        <w:t>تو آپ کے لیے چونکہ یہ نیا تجربہ تھا، یہ تفسیر صحیح بخاری جو کتاب ہے اس میں تفسیر موجود ہے، آپ پڑھ سکتے ہیں۔</w:t>
      </w:r>
    </w:p>
    <w:p>
      <w:r>
        <w:rPr>
          <w:b/>
        </w:rPr>
        <w:t xml:space="preserve">[06:46] </w:t>
      </w:r>
      <w:r>
        <w:t>to aap thora sa, aap par ek ghabrahat taari hui. ghabrahat jaisi koi cheez ke yeh kya cheez hai.</w:t>
      </w:r>
    </w:p>
    <w:p>
      <w:pPr>
        <w:jc w:val="right"/>
      </w:pPr>
      <w:r>
        <w:t>تو آپ تھوڑا سا، آپ پر ایک گھبراہٹ طاری ہوئی۔ گھبراہٹ جیسی کوئی چیز کہ یہ کیا چیز ہے۔</w:t>
      </w:r>
    </w:p>
    <w:p>
      <w:r>
        <w:rPr>
          <w:b/>
        </w:rPr>
        <w:t xml:space="preserve">[06:57] </w:t>
      </w:r>
      <w:r>
        <w:t>to aap isi کیفیت mein Hira se aaye Khadijah ke paas jo aap ki ahliya theen, aur Khadijah se bataya ke Ghar-e-Hira mein mere sath aisa pesh aaya hai ke koi aaya jo ke Jibrael farishte thay,</w:t>
      </w:r>
    </w:p>
    <w:p>
      <w:pPr>
        <w:jc w:val="right"/>
      </w:pPr>
      <w:r>
        <w:t>تو آپ اسی کیفیت میں حرا سے آئے خدیجہ کے پاس جو آپ کی اہلیہ تھیں، اور خدیجہ سے بتایا کہ غارِ حرا میں میرے ساتھ ایسا پیش آیا ہے کہ کوئی آیا جو کہ جبرائیل فرشتہ تھے،</w:t>
      </w:r>
    </w:p>
    <w:p>
      <w:r>
        <w:rPr>
          <w:b/>
        </w:rPr>
        <w:t xml:space="preserve">[07:15] </w:t>
      </w:r>
      <w:r>
        <w:t>unhon ne mujhe is tareeqay se wahi ki.</w:t>
      </w:r>
    </w:p>
    <w:p>
      <w:pPr>
        <w:jc w:val="right"/>
      </w:pPr>
      <w:r>
        <w:t>انہوں نے مجھے اس طریقے سے وحی کی۔</w:t>
      </w:r>
    </w:p>
    <w:p>
      <w:r>
        <w:rPr>
          <w:b/>
        </w:rPr>
        <w:t xml:space="preserve">[07:20] </w:t>
      </w:r>
      <w:r>
        <w:t>to</w:t>
      </w:r>
    </w:p>
    <w:p>
      <w:pPr>
        <w:jc w:val="right"/>
      </w:pPr>
      <w:r>
        <w:t>تو</w:t>
      </w:r>
    </w:p>
    <w:p>
      <w:r>
        <w:rPr>
          <w:b/>
        </w:rPr>
        <w:t xml:space="preserve">[07:24] </w:t>
      </w:r>
      <w:r>
        <w:t>is mein aata hai ke Jibrael ne kaha ke Ya Muhammad Iqra, aey Muhammad parho. to aap ne kaha ke Ma ana bi qari, mujhe parhna nahi aata.</w:t>
      </w:r>
    </w:p>
    <w:p>
      <w:pPr>
        <w:jc w:val="right"/>
      </w:pPr>
      <w:r>
        <w:t>اس میں آتا ہے کہ جبرائیل نے کہا کہ یا محمد اقرأ، اے محمد پڑھو۔ تو آپ نے کہا کہ ما انا بقاری، مجھے پڑھنا نہیں آتا۔</w:t>
      </w:r>
    </w:p>
    <w:p>
      <w:r>
        <w:rPr>
          <w:b/>
        </w:rPr>
        <w:t xml:space="preserve">[07:37] </w:t>
      </w:r>
      <w:r>
        <w:t>to unhon ne, yani Jibrael ne teen bar yeh kaha ke Ya Muhammad Iqra, aur har bar aap ne kaha ke Ma ana bi qari. to aata hai ke phir Jibrael ne aap ko seenay se lagaya aur aise kiya,</w:t>
      </w:r>
    </w:p>
    <w:p>
      <w:pPr>
        <w:jc w:val="right"/>
      </w:pPr>
      <w:r>
        <w:t>تو انہوں نے، یعنی جبرائیل نے تین بار یہ کہا کہ یا محمد اقرأ، اور ہر بار آپ نے کہا کہ ما انا بقاری۔ تو آتا ہے کہ پھر جبرائیل نے آپ کو سینے سے لگایا اور ایسے کیا،</w:t>
      </w:r>
    </w:p>
    <w:p>
      <w:r>
        <w:rPr>
          <w:b/>
        </w:rPr>
        <w:t xml:space="preserve">[07:56] </w:t>
      </w:r>
      <w:r>
        <w:t>embrace kiya un ko, phir kaha to woh parhnay lagay. yeh waqia pesh aaya. to aap ne jab yeh baat batayi Khadijah ko to Khadijah bhi, zahir hai un ke liye bhi ek nayi baat thi.</w:t>
      </w:r>
    </w:p>
    <w:p>
      <w:pPr>
        <w:jc w:val="right"/>
      </w:pPr>
      <w:r>
        <w:t>ایمبریس کیا ان کو، پھر کہا تو وہ پڑھنے لگے۔ یہ واقعہ پیش آیا۔ تو آپ نے جب یہ بات بتائی خدیجہ کو تو خدیجہ بھی، ظاہر ہے ان کے لیے بھی ایک نئی بات تھی۔</w:t>
      </w:r>
    </w:p>
    <w:p>
      <w:r>
        <w:rPr>
          <w:b/>
        </w:rPr>
        <w:t xml:space="preserve">[08:13] </w:t>
      </w:r>
      <w:r>
        <w:t>unki bhi samajh mein nahi aaya kya hai yeh. jis ko kehtay hain angrezi mein bewildered, bewildered position mein woh bhi ho gayeen.</w:t>
      </w:r>
    </w:p>
    <w:p>
      <w:pPr>
        <w:jc w:val="right"/>
      </w:pPr>
      <w:r>
        <w:t>ان کی بھی سمجھ میں نہیں آیا کیا ہے یہ۔ جس کو کہتے ہیں انگریزی میں ببلڈرڈ، ببلڈرڈ پوزیشن میں وہ بھی ہو گئیں۔</w:t>
      </w:r>
    </w:p>
    <w:p>
      <w:r>
        <w:rPr>
          <w:b/>
        </w:rPr>
        <w:t xml:space="preserve">[08:23] </w:t>
      </w:r>
      <w:r>
        <w:t>to un ki samajh mein aaya ke hum chalna chahiye hum ko Waraqah ke paas. jo ke mazhabi cheezon ke scholar manay jatay thay.</w:t>
      </w:r>
    </w:p>
    <w:p>
      <w:pPr>
        <w:jc w:val="right"/>
      </w:pPr>
      <w:r>
        <w:t>تو ان کی سمجھ میں آیا کہ ہم چلنا چاہیے ہم کو ورقہ کے پاس۔ جو کہ مذہبی چیزوں کے اسکالر مانے جاتے تھے۔</w:t>
      </w:r>
    </w:p>
    <w:p>
      <w:r>
        <w:rPr>
          <w:b/>
        </w:rPr>
        <w:t xml:space="preserve">[08:33] </w:t>
      </w:r>
      <w:r>
        <w:t>unhon ne mazhabi cheezon ka mutala kiya tha. aur bohat hi naik aur muttaqi aadmi thay. mazeed yeh ke Khadijah ke woh rishtedar bhi thay.</w:t>
      </w:r>
    </w:p>
    <w:p>
      <w:pPr>
        <w:jc w:val="right"/>
      </w:pPr>
      <w:r>
        <w:t>انہوں نے مذہبی چیزوں کا مطالعہ کیا تھا۔ اور بہت ہی نیک اور متقی آدمی تھے۔ مزید یہ کہ خدیجہ کے وہ رشتہ دار بھی تھے۔</w:t>
      </w:r>
    </w:p>
    <w:p>
      <w:r>
        <w:rPr>
          <w:b/>
        </w:rPr>
        <w:t xml:space="preserve">[08:45] </w:t>
      </w:r>
      <w:r>
        <w:t>to Rasool Allah (SAW) ko le kar ke woh Waraqah ke paas gayeen. to us waqt Waraqah bohat boorhay ho chukay thay, balkay blind bhi ho chukay thay.</w:t>
      </w:r>
    </w:p>
    <w:p>
      <w:pPr>
        <w:jc w:val="right"/>
      </w:pPr>
      <w:r>
        <w:t>تو رسول اللہ صلى الله عليه وسلم کو لے کر کے وہ ورقہ کے پاس گئیں۔ تو اس وقت ورقہ بہت بوڑھے ہو چکے تھے، بلکہ بلائنڈ بھی ہو چکے تھے۔</w:t>
      </w:r>
    </w:p>
    <w:p>
      <w:r>
        <w:rPr>
          <w:b/>
        </w:rPr>
        <w:t xml:space="preserve">[08:56] </w:t>
      </w:r>
      <w:r>
        <w:t>blind. to Khadijah ne bataya ke yeh aap ke bhatijay hain, in se suniye. to aap ne apna experience jo Hira mein pesh aaya tha bataya.</w:t>
      </w:r>
    </w:p>
    <w:p>
      <w:pPr>
        <w:jc w:val="right"/>
      </w:pPr>
      <w:r>
        <w:t>بلائنڈ۔ تو خدیجہ نے بتایا کہ یہ آپ کے بھتیجے ہیں، ان سے سنیے۔ تو آپ نے اپنا ایکسپیرئینس جو حرا میں پیش آیا تھا بتایا۔</w:t>
      </w:r>
    </w:p>
    <w:p>
      <w:r>
        <w:rPr>
          <w:b/>
        </w:rPr>
        <w:t xml:space="preserve">[09:11] </w:t>
      </w:r>
      <w:r>
        <w:t>to warqa ne kaha ke jo tum bata rahe ho, us ke baad mein yeh keh sakta hoon ke tumhare paas wahi namoos aaya tha jo eesa aur moosa ke paas aaya tha.</w:t>
      </w:r>
    </w:p>
    <w:p>
      <w:pPr>
        <w:jc w:val="right"/>
      </w:pPr>
      <w:r>
        <w:t>تو ورقہ نے کہا کہ جو تم بتا رہے ہو، اس کے بعد میں یہ کہہ سکتا ہوں کہ تمہارے پاس وہی ناموس آیا تھا جو عیسیٰ اور موسیٰ کے پاس آیا تھا۔</w:t>
      </w:r>
    </w:p>
    <w:p>
      <w:r>
        <w:rPr>
          <w:b/>
        </w:rPr>
        <w:t xml:space="preserve">[09:23] </w:t>
      </w:r>
      <w:r>
        <w:t>naapous ma'ani hain, yaani khuda ka woh farishta jo wahi le kar aata hai. to tumhare paas bhi wahi farishta aaya, wahi jibreel aaye, wahi namoos aaye.</w:t>
      </w:r>
    </w:p>
    <w:p>
      <w:pPr>
        <w:jc w:val="right"/>
      </w:pPr>
      <w:r>
        <w:t>ناپوس معنی ہیں، یعنی خدا کا وہ فرشتہ جو وحی لے کر آتا ہے۔ تو تمہارے پاس بھی وہی فرشتہ آیا، وہی جبرائیل آئے، وہی ناموس آئے۔</w:t>
      </w:r>
    </w:p>
    <w:p>
      <w:r>
        <w:rPr>
          <w:b/>
        </w:rPr>
        <w:t xml:space="preserve">[09:36] </w:t>
      </w:r>
      <w:r>
        <w:t>aur tum is ummat ke liye, is daur ke liye khuda ne tum ko nabi banaya hai. phir unhon ne kaha ke</w:t>
      </w:r>
    </w:p>
    <w:p>
      <w:pPr>
        <w:jc w:val="right"/>
      </w:pPr>
      <w:r>
        <w:t>اور تم اس امت کے لیے، اس دور کے لیے خدا نے تم کو نبی بنایا ہے۔ پھر انہوں نے کہا کہ</w:t>
      </w:r>
    </w:p>
    <w:p>
      <w:r>
        <w:rPr>
          <w:b/>
        </w:rPr>
        <w:t xml:space="preserve">[09:49] </w:t>
      </w:r>
      <w:r>
        <w:t>jab tum apni nabuwat ka ailaan karoge to tumhari qaum dushman ban jayegi aur tum ko apne watan se nikaal degi. to rasool allah (saws) ne kaha ke kya aisa bhi hone wala hai?</w:t>
      </w:r>
    </w:p>
    <w:p>
      <w:pPr>
        <w:jc w:val="right"/>
      </w:pPr>
      <w:r>
        <w:t>جب تم اپنی نبوت کا اعلان کرو گے تو تمہاری قوم دشمن بن جائے گی اور تم کو اپنے وطن سے نکال دے گی۔ تو رسول اللہ صلى الله عليه وسلم نے کہا کہ کیا ایسا بھی ہونے والا ہے؟</w:t>
      </w:r>
    </w:p>
    <w:p>
      <w:r>
        <w:rPr>
          <w:b/>
        </w:rPr>
        <w:t xml:space="preserve">[10:02] </w:t>
      </w:r>
      <w:r>
        <w:t>to warqa bin nofil ne kaha ke haan. jis ne bhi nabuwat ka ailaan kiya un ke saath aise hi pesh aaya hai.</w:t>
      </w:r>
    </w:p>
    <w:p>
      <w:pPr>
        <w:jc w:val="right"/>
      </w:pPr>
      <w:r>
        <w:t>تو ورقہ بن نوفل نے کہا کہ ہاں۔ جس نے بھی نبوت کا اعلان کیا ان کے ساتھ ایسے ہی پیش آیا ہے۔</w:t>
      </w:r>
    </w:p>
    <w:p>
      <w:r>
        <w:rPr>
          <w:b/>
        </w:rPr>
        <w:t xml:space="preserve">[10:12] </w:t>
      </w:r>
      <w:r>
        <w:t>phir warqa ne kaha ke</w:t>
      </w:r>
    </w:p>
    <w:p>
      <w:pPr>
        <w:jc w:val="right"/>
      </w:pPr>
      <w:r>
        <w:t>پھر ورقہ نے کہا کہ</w:t>
      </w:r>
    </w:p>
    <w:p>
      <w:r>
        <w:rPr>
          <w:b/>
        </w:rPr>
        <w:t xml:space="preserve">[10:17] </w:t>
      </w:r>
      <w:r>
        <w:t>kaash mein is waqt zinda rehta to mein tumhara saath deta aur tumhari madad karta. tumhari taaqat banta.</w:t>
      </w:r>
    </w:p>
    <w:p>
      <w:pPr>
        <w:jc w:val="right"/>
      </w:pPr>
      <w:r>
        <w:t>کاش میں اس وقت زندہ رہتا تو میں تمہارا ساتھ دیتا اور تمہاری مدد کرتا۔ تمہاری طاقت بنتا۔</w:t>
      </w:r>
    </w:p>
    <w:p>
      <w:r>
        <w:rPr>
          <w:b/>
        </w:rPr>
        <w:t xml:space="preserve">[10:27] </w:t>
      </w:r>
      <w:r>
        <w:t>lekin jaisa ke kitabon mein aaya hai, is ke baad bohat jald warqa ka intqaal ho gaya. yaani mahina, kuch mahine hi mein ho gaya na ke saal poora nahi hua.</w:t>
      </w:r>
    </w:p>
    <w:p>
      <w:pPr>
        <w:jc w:val="right"/>
      </w:pPr>
      <w:r>
        <w:t>لیکن جیسا کہ کتابوں میں آیا ہے، اس کے بعد بہت جلد ورقہ کا انتقال ہو گیا۔ یعنی مہینہ، کچھ مہینے ہی میں ہو گیا نہ کہ سال پورا نہیں ہوا۔</w:t>
      </w:r>
    </w:p>
    <w:p>
      <w:r>
        <w:rPr>
          <w:b/>
        </w:rPr>
        <w:t xml:space="preserve">[10:40] </w:t>
      </w:r>
      <w:r>
        <w:t>mera andaaza yeh hai ke غالباً 610 eesvi ke aakhir mein aap ko nabuwat mili thi. aur un ka intqaal bataya jaata hai kitabon mein ke 611 eesvi mein hua.</w:t>
      </w:r>
    </w:p>
    <w:p>
      <w:pPr>
        <w:jc w:val="right"/>
      </w:pPr>
      <w:r>
        <w:t>میرا اندازہ یہ ہے کہ غالباً 610 عیسوی کے آخر میں آپ کو نبوت ملی تھی۔ اور ان کا انتقال بتایا جاتا ہے کتابوں میں کہ 611 عیسوی میں ہوا۔</w:t>
      </w:r>
    </w:p>
    <w:p>
      <w:r>
        <w:rPr>
          <w:b/>
        </w:rPr>
        <w:t xml:space="preserve">[10:54] </w:t>
      </w:r>
      <w:r>
        <w:t>to غالباً 611 eesvi ke shuru mein ho gaya un ka intqaal. to shayad kuch hafte ya kuch mahine ki muddat mili un ko bas.</w:t>
      </w:r>
    </w:p>
    <w:p>
      <w:pPr>
        <w:jc w:val="right"/>
      </w:pPr>
      <w:r>
        <w:t>تو غالباً 611 عیسوی کے شروع میں ہو گیا ان کا انتقال۔ تو شاید چند ہفتے یا چند مہینے کی مدت ملی ان کو بس۔</w:t>
      </w:r>
    </w:p>
    <w:p>
      <w:r>
        <w:rPr>
          <w:b/>
        </w:rPr>
        <w:t xml:space="preserve">[11:10] </w:t>
      </w:r>
      <w:r>
        <w:t>jis ko kitabon mein bataya gaya hai ke maata qabl da'wa. maata qabl da'wa. yaani rasool allah (saws) ke ailaan-e-nabuwat se pehle hi un ka intqaal ho gaya.</w:t>
      </w:r>
    </w:p>
    <w:p>
      <w:pPr>
        <w:jc w:val="right"/>
      </w:pPr>
      <w:r>
        <w:t>جس کو کتابوں میں بتایا گیا ہے کہ ماتا قبل الدعوٰی۔ ماتا قبل الدعوٰی۔ یعنی رسول اللہ صلى الله عليه وسلم کے اعلانِ نبوت سے پہلے ہی ان کا انتقال ہو گیا۔</w:t>
      </w:r>
    </w:p>
    <w:p>
      <w:r>
        <w:rPr>
          <w:b/>
        </w:rPr>
        <w:t xml:space="preserve">[11:27] </w:t>
      </w:r>
      <w:r>
        <w:t>rasool allah (saws) ko nabuwat jab mili hai 610 eesvi mein to foran hi ailaan nahi hua. aap ghar aaye, khadija se baat hui, phir warqa ke paas gaye, phir kya hua hoga.</w:t>
      </w:r>
    </w:p>
    <w:p>
      <w:pPr>
        <w:jc w:val="right"/>
      </w:pPr>
      <w:r>
        <w:t>رسول اللہ صلى الله عليه وسلم کو نبوت جب ملی ہے 610 عیسوی میں تو فوراً ہی اعلان نہیں ہوا۔ آپ گھر آئے، خدیجہ سے بات ہوئی، پھر ورقہ کے پاس گئے، پھر کیا ہوا ہوگا۔</w:t>
      </w:r>
    </w:p>
    <w:p>
      <w:r>
        <w:rPr>
          <w:b/>
        </w:rPr>
        <w:t xml:space="preserve">[11:39] </w:t>
      </w:r>
      <w:r>
        <w:t>phir qareeb ke kuch logon ko bataya aap ne, phir dheere dheere baat barhi. yahan tak ke umoomi taur par ailaan kiya aap ne nabuwat ka.</w:t>
      </w:r>
    </w:p>
    <w:p>
      <w:pPr>
        <w:jc w:val="right"/>
      </w:pPr>
      <w:r>
        <w:t>پھر قریب کے کچھ لوگوں کو بتایا آپ نے، پھر دھیرے دھیرے بات بڑھی۔ یہاں تک کہ عمومی طور پر اعلان کیا آپ نے نبوت کا۔</w:t>
      </w:r>
    </w:p>
    <w:p>
      <w:r>
        <w:rPr>
          <w:b/>
        </w:rPr>
        <w:t xml:space="preserve">[11:51] </w:t>
      </w:r>
      <w:r>
        <w:t>to is mein ek muddat guzarti hai.</w:t>
      </w:r>
    </w:p>
    <w:p>
      <w:pPr>
        <w:jc w:val="right"/>
      </w:pPr>
      <w:r>
        <w:t>تو اس میں ایک مدت گزرتی ہے۔</w:t>
      </w:r>
    </w:p>
    <w:p>
      <w:r>
        <w:rPr>
          <w:b/>
        </w:rPr>
        <w:t xml:space="preserve">[11:56] </w:t>
      </w:r>
      <w:r>
        <w:t>baaz riwayat ke mutabiq aap ne teen saal tak bohat hi ikhfa ke saath, mahdood daayre mein nabuwat ki baatein kaheen.</w:t>
      </w:r>
    </w:p>
    <w:p>
      <w:pPr>
        <w:jc w:val="right"/>
      </w:pPr>
      <w:r>
        <w:t>بعض روایتوں کے مطابق آپ نے تین سال تک بہت ہی اخفاء کے ساتھ، محدود دائرے میں نبوت کی باتیں کہیں۔</w:t>
      </w:r>
    </w:p>
    <w:p>
      <w:r>
        <w:rPr>
          <w:b/>
        </w:rPr>
        <w:t xml:space="preserve">[12:05] </w:t>
      </w:r>
      <w:r>
        <w:t>teen saal ke baad aap ne aam ailaan kar diya. to bahar haal mein yeh keh raha hoon ke mere apne mutaale ke mutabiq warqa pehle sahabi hain, pehle momin hain.</w:t>
      </w:r>
    </w:p>
    <w:p>
      <w:pPr>
        <w:jc w:val="right"/>
      </w:pPr>
      <w:r>
        <w:t>تین سال کے بعد آپ نے عام اعلان کر دیا۔ تو بہرحال میں یہ کہہ رہا ہوں کہ میرے اپنے مطالعے کے مطابق ورقہ پہلے صحابی ہیں، پہلے مومن ہیں۔</w:t>
      </w:r>
    </w:p>
    <w:p>
      <w:r>
        <w:rPr>
          <w:b/>
        </w:rPr>
        <w:t xml:space="preserve">[12:20] </w:t>
      </w:r>
      <w:r>
        <w:t>aur kuch ulma ne is ko maana hai. kuch ulma ne yahi baat likhi hai ke warqa hi sab se pehle sahabi thay, warqa hi sab se pehle aap par imaan laaye.</w:t>
      </w:r>
    </w:p>
    <w:p>
      <w:pPr>
        <w:jc w:val="right"/>
      </w:pPr>
      <w:r>
        <w:t>اور کچھ علماء نے اس کو مانا ہے۔ کچھ علماء نے یہی بات لکھی ہے کہ ورقہ ہی سب سے پہلے صحابی تھے، ورقہ ہی سب سے پہلے آپ پر ایمان لائے۔</w:t>
      </w:r>
    </w:p>
    <w:p>
      <w:r>
        <w:rPr>
          <w:b/>
        </w:rPr>
        <w:t xml:space="preserve">[12:33] </w:t>
      </w:r>
      <w:r>
        <w:t>to is mein kya sabak hai? mein samajhta hoon ke is mein yeh sabak hai ke agar insaan apni nature par ho, agar woh kisi baais mein mubtala na ho,</w:t>
      </w:r>
    </w:p>
    <w:p>
      <w:pPr>
        <w:jc w:val="right"/>
      </w:pPr>
      <w:r>
        <w:t>تو اس میں کیا سبق ہے؟ میں سمجھتا ہوں کہ اس میں یہ سبق ہے کہ اگر انسان اپنی نیچر پر ہو، اگر وہ کسی باعث میں مبتلا نہ ہو،</w:t>
      </w:r>
    </w:p>
    <w:p>
      <w:r>
        <w:rPr>
          <w:b/>
        </w:rPr>
        <w:t xml:space="preserve">[12:50] </w:t>
      </w:r>
      <w:r>
        <w:t>agar woh apni badai mein na jeeta ho, to jaise hi is ke saamne haq aata hai, sachai aati hai, foran woh pehchan lega.</w:t>
      </w:r>
    </w:p>
    <w:p>
      <w:pPr>
        <w:jc w:val="right"/>
      </w:pPr>
      <w:r>
        <w:t>اگر وہ اپنی بڑائی میں نہ جیتا ہو، تو جیسے ہی اس کے سامنے حق آتا ہے، سچائی آتی ہے، فوراً وہ پہچان لے گا۔</w:t>
      </w:r>
    </w:p>
    <w:p>
      <w:r>
        <w:rPr>
          <w:b/>
        </w:rPr>
        <w:t xml:space="preserve">[13:03] </w:t>
      </w:r>
      <w:r>
        <w:t>instantly pehchan lega. yahan tak ke blind hai tab bhi pehchan lega. to warqa bin nofil jo thay woh kisi qism ke baais mein nahi thay.</w:t>
      </w:r>
    </w:p>
    <w:p>
      <w:pPr>
        <w:jc w:val="right"/>
      </w:pPr>
      <w:r>
        <w:t>انسٹنٹلی پہچان لے گا۔ یہاں تک کہ بلائنڈ ہے تب بھی پہچان لے گا۔ تو ورقہ بن نوفل جو تھے وہ کسی قسم کے باعث میں نہیں تھے۔</w:t>
      </w:r>
    </w:p>
    <w:p>
      <w:r>
        <w:rPr>
          <w:b/>
        </w:rPr>
        <w:t xml:space="preserve">[13:14] </w:t>
      </w:r>
      <w:r>
        <w:t>woh bohat hi modest aadmi thay. aur saath saath un ke andar ilmi test tha. scientific test aaj kal ki zabaan mein tha.</w:t>
      </w:r>
    </w:p>
    <w:p>
      <w:pPr>
        <w:jc w:val="right"/>
      </w:pPr>
      <w:r>
        <w:t>وہ بہت ہی ماڈسٹ آدمی تھے۔ اور ساتھ ساتھ ان کے اندر علمی ٹیسٹ تھا۔ سائنٹیفک ٹیسٹ آج کل کی زبان میں تھا۔</w:t>
      </w:r>
    </w:p>
    <w:p>
      <w:r>
        <w:rPr>
          <w:b/>
        </w:rPr>
        <w:t xml:space="preserve">[13:24] </w:t>
      </w:r>
      <w:r>
        <w:t>yaani sachai ko as it is dekhna aur maanna. warna woh apne aabai mazhab ko kyun chhod dete? to warqa bin nofil poori tarah, poori tarah us waqt us position mein thay ke sachai aaye to foran us ko maan lein.</w:t>
      </w:r>
    </w:p>
    <w:p>
      <w:pPr>
        <w:jc w:val="right"/>
      </w:pPr>
      <w:r>
        <w:t>یعنی سچائی کو ایز اٹ از دیکھنا اور ماننا۔ ورنہ وہ اپنے آبائی مذہب کو کیوں چھوڑ دیتے؟ تو ورقہ بن نوفل پوری طرح، پوری طرح اس وقت اس پوزیشن میں تھے کہ سچائی آئے تو فوراً اس کو مان لیں۔</w:t>
      </w:r>
    </w:p>
    <w:p>
      <w:r>
        <w:rPr>
          <w:b/>
        </w:rPr>
        <w:t xml:space="preserve">[13:45] </w:t>
      </w:r>
      <w:r>
        <w:t>chunaanche agarche bohat boodhe ho chuke thay, agarche woh blind ho chuke thay, lekin jaise hi rasool allah (saws) ne un ko baatein bataeen apni to unhon ne pehchan liya ke yahi hai nabuwat.</w:t>
      </w:r>
    </w:p>
    <w:p>
      <w:pPr>
        <w:jc w:val="right"/>
      </w:pPr>
      <w:r>
        <w:t>چنانچہ اگرچہ بہت بوڑھے ہو چکے تھے، اگرچہ وہ بلائنڈ ہو چکے تھے، لیکن جیسے ہی رسول اللہ صلى الله عليه وسلم نے ان کو باتیں بتائیں اپنی تو انہوں نے پہچان لیا کہ یہی ہے نبوت۔</w:t>
      </w:r>
    </w:p>
    <w:p>
      <w:r>
        <w:rPr>
          <w:b/>
        </w:rPr>
        <w:t xml:space="preserve">[13:58] </w:t>
      </w:r>
      <w:r>
        <w:t>aur mein samajhta hoon ke bilashuba yeh kehna durust hoga ke warqa hi pehle momin thay rasool allah (saws) ke upar. to pehle sahabi wohi hain.</w:t>
      </w:r>
    </w:p>
    <w:p>
      <w:pPr>
        <w:jc w:val="right"/>
      </w:pPr>
      <w:r>
        <w:t>اور میں سمجھتا ہوں کہ بلاشبہ یہ کہنا درست ہوگا کہ ورقہ ہی پہلے مومن تھے رسول اللہ صلى الله عليه وسلم کے اوپر۔ تو پہلے صحابی وہی ہیں۔</w:t>
      </w:r>
    </w:p>
    <w:p>
      <w:r>
        <w:rPr>
          <w:b/>
        </w:rPr>
        <w:t xml:space="preserve">[14:07] </w:t>
      </w:r>
      <w:r>
        <w:t>agarche bohat thodi muddat un ko mili. aur غالباً, yaani ek saal poora hone se pehle pehle un ka intqaal ho gaya.</w:t>
      </w:r>
    </w:p>
    <w:p>
      <w:pPr>
        <w:jc w:val="right"/>
      </w:pPr>
      <w:r>
        <w:t>اگرچہ بہت تھوڑی مدت ان کو ملی۔ اور غالباً، یعنی ایک سال پورا ہونے سے پہلے پہلے ان کا انتقال ہو گیا۔</w:t>
      </w:r>
    </w:p>
    <w:p>
      <w:r>
        <w:rPr>
          <w:b/>
        </w:rPr>
        <w:t xml:space="preserve">[14:19] </w:t>
      </w:r>
      <w:r>
        <w:t>is ke baad mein samajhta hoon ke, to yeh waraqa ke andar jo hamein sabaq milta hai woh yeh hai ke agar aap ke andar</w:t>
      </w:r>
    </w:p>
    <w:p>
      <w:pPr>
        <w:jc w:val="right"/>
      </w:pPr>
      <w:r>
        <w:t>اس کے بعد میں سمجھتا ہوں کہ، تو یہ ورقہ کے اندر جو ہمیں سبق ملتا ہے وہ یہ ہے کہ اگر آپ کے اندر</w:t>
      </w:r>
    </w:p>
    <w:p>
      <w:r>
        <w:rPr>
          <w:b/>
        </w:rPr>
        <w:t xml:space="preserve">[14:33] </w:t>
      </w:r>
      <w:r>
        <w:t>yeh sifat hai ke aap complex free hain, aap ke andar objective thinking hai, aap ke andar scientific test hai, aur sach much aap sachai ko chahte hain, to sachai jaise hi aaye gi waise hi aap us ko samajh lein ge.</w:t>
      </w:r>
    </w:p>
    <w:p>
      <w:pPr>
        <w:jc w:val="right"/>
      </w:pPr>
      <w:r>
        <w:t>یہ صفت ہے کہ آپ کمپلیکس فری ہیں، آپ کے اندر آبجیکٹو تھنکنگ ہے، آپ کے اندر سائنٹیفک ٹیسٹ ہے، اور سچ مچ آپ سچائی کو چاہتے ہیں، تو سچائی جیسے ہی آئے گی ویسے ہی آپ اس کو سمجھ لیں گے۔</w:t>
      </w:r>
    </w:p>
    <w:p>
      <w:r>
        <w:rPr>
          <w:b/>
        </w:rPr>
        <w:t xml:space="preserve">[14:50] </w:t>
      </w:r>
      <w:r>
        <w:t>aap ko dair nahi lage gi samajhne mein. aap foran us ko maan lein ge. yeh hamein milta hai goya ke pehle sahabi waraqa bin nawfal ki zindagi mein namoona.</w:t>
      </w:r>
    </w:p>
    <w:p>
      <w:pPr>
        <w:jc w:val="right"/>
      </w:pPr>
      <w:r>
        <w:t>آپ کو دیر نہیں لگے گی سمجھنے میں۔ آپ فوراً اس کو مان لیں گے۔ یہ ہمیں ملتا ہے گویا کہ پہلے صحابی ورقہ بن نوفل کی زندگی میں نمونہ۔</w:t>
      </w:r>
    </w:p>
    <w:p>
      <w:r>
        <w:rPr>
          <w:b/>
        </w:rPr>
        <w:t xml:space="preserve">[15:07] </w:t>
      </w:r>
      <w:r>
        <w:t>is ke baad mein samajhta hoon ke doosre sahabi jo hain woh rasool Allah (SAW) ki ahliya hain. yaani khadija.</w:t>
      </w:r>
    </w:p>
    <w:p>
      <w:pPr>
        <w:jc w:val="right"/>
      </w:pPr>
      <w:r>
        <w:t>اس کے بعد میں سمجھتا ہوں کہ دوسرے صحابی جو ہیں وہ رسول اللہ صلى الله عليه وسلم کی اہلیہ ہیں۔ یعنی خدیجہ۔</w:t>
      </w:r>
    </w:p>
    <w:p>
      <w:r>
        <w:rPr>
          <w:b/>
        </w:rPr>
        <w:t xml:space="preserve">[15:17] </w:t>
      </w:r>
      <w:r>
        <w:t>khadija ne kisi, jaise hi un ko pata chala ke aap ko wahi aayi hai, jaise hi waraqa bin nawfal ne tasdeeq ki, to is ke baad koi unhon ne dair nahi ki.</w:t>
      </w:r>
    </w:p>
    <w:p>
      <w:pPr>
        <w:jc w:val="right"/>
      </w:pPr>
      <w:r>
        <w:t>خدیجہ نے کسی، جیسے ہی ان کو پتہ چلا کہ آپ کو وحی آئی ہے، جیسے ہی ورقہ بن نوفل نے تصدیق کی، تو اس کے بعد کوئی انہوں نے دیر نہیں کی۔</w:t>
      </w:r>
    </w:p>
    <w:p>
      <w:r>
        <w:rPr>
          <w:b/>
        </w:rPr>
        <w:t xml:space="preserve">[15:29] </w:t>
      </w:r>
      <w:r>
        <w:t>aap ko unhon ne nabi maan liya. aap ke saath jud gayeen woh da'oti mission mein. jo un ke paas daulat thi kaafi.</w:t>
      </w:r>
    </w:p>
    <w:p>
      <w:pPr>
        <w:jc w:val="right"/>
      </w:pPr>
      <w:r>
        <w:t>آپ کو انہوں نے نبی مان لیا۔ آپ کے ساتھ جڑ گئیں وہ دعوتی مشن میں۔ جو ان کے پاس دولت تھی کافی۔</w:t>
      </w:r>
    </w:p>
    <w:p>
      <w:r>
        <w:rPr>
          <w:b/>
        </w:rPr>
        <w:t xml:space="preserve">[15:40] </w:t>
      </w:r>
      <w:r>
        <w:t>kyun ke un ki shadi pehle doosre hui thi, jo daulat mand aadmi tha, woh mar gaye the. to un ki saari daulat aap ke paas thi. khud bhi woh tijarat karti theen woh.</w:t>
      </w:r>
    </w:p>
    <w:p>
      <w:pPr>
        <w:jc w:val="right"/>
      </w:pPr>
      <w:r>
        <w:t>کیونکہ ان کی شادی پہلے دوسرے ہوئی تھی، جو دولت مند آدمی تھا، وہ مر گئے تھے۔ تو ان کی ساری دولت آپ کے پاس تھی۔ خود بھی وہ تجارت کرتی تھیں وہ۔</w:t>
      </w:r>
    </w:p>
    <w:p>
      <w:r>
        <w:rPr>
          <w:b/>
        </w:rPr>
        <w:t xml:space="preserve">[15:51] </w:t>
      </w:r>
      <w:r>
        <w:t>to apni saari daulat unhon ne rasool Allah (SAW) ke da'oti mission mein laga di. aur poori tarah woh aap ke saath shareek ho gayeen is nabuwat ke mission mein.</w:t>
      </w:r>
    </w:p>
    <w:p>
      <w:pPr>
        <w:jc w:val="right"/>
      </w:pPr>
      <w:r>
        <w:t>تو اپنی ساری دولت انہوں نے رسول اللہ صلى الله عليه وسلم کے دعوتی مشن میں لگا دی۔ اور پوری طرح وہ آپ کے ساتھ شریک ہو گئیں اس نبوت کے مشن میں۔</w:t>
      </w:r>
    </w:p>
    <w:p>
      <w:r>
        <w:rPr>
          <w:b/>
        </w:rPr>
        <w:t xml:space="preserve">[16:06] </w:t>
      </w:r>
      <w:r>
        <w:t>un ki zindagi ke bohat se waqeaat hain, is waqt mein aik baat arz karoon ga ke jis mein hamari naseehat hai.</w:t>
      </w:r>
    </w:p>
    <w:p>
      <w:pPr>
        <w:jc w:val="right"/>
      </w:pPr>
      <w:r>
        <w:t>ان کی زندگی کے بہت سے واقعات ہیں، اس وقت میں ایک بات عرض کروں گا کہ جس میں ہماری نصیحت ہے۔</w:t>
      </w:r>
    </w:p>
    <w:p>
      <w:r>
        <w:rPr>
          <w:b/>
        </w:rPr>
        <w:t xml:space="preserve">[16:17] </w:t>
      </w:r>
      <w:r>
        <w:t>is waqt makkah mein jab rasool Allah (SAW) the ibtidaai zamane mein to woh daur bohat hi zyada mushkiloon ka zamana tha. woh bohat satate the woh log.</w:t>
      </w:r>
    </w:p>
    <w:p>
      <w:pPr>
        <w:jc w:val="right"/>
      </w:pPr>
      <w:r>
        <w:t>اس وقت مکہ میں جب رسول اللہ صلى الله عليه وسلم تھے ابتدائی زمانے میں تو وہ دور بہت ہی زیادہ مشکلوں کا زمانہ تھا۔ وہ بہت ستاتے تھے وہ لوگ۔</w:t>
      </w:r>
    </w:p>
    <w:p>
      <w:r>
        <w:rPr>
          <w:b/>
        </w:rPr>
        <w:t xml:space="preserve">[16:27] </w:t>
      </w:r>
      <w:r>
        <w:t>yahan tak ke boycott kiya to boycott karne mein bhi khadija ne aap ka saath diya. aur is ki lambi dastaan hai.</w:t>
      </w:r>
    </w:p>
    <w:p>
      <w:pPr>
        <w:jc w:val="right"/>
      </w:pPr>
      <w:r>
        <w:t>یہاں تک کہ بائیکاٹ کیا تو بائیکاٹ کرنے میں بھی خدیجہ نے آپ کا ساتھ دیا۔ اور اس کی لمبی داستان ہے۔</w:t>
      </w:r>
    </w:p>
    <w:p>
      <w:r>
        <w:rPr>
          <w:b/>
        </w:rPr>
        <w:t xml:space="preserve">[16:37] </w:t>
      </w:r>
      <w:r>
        <w:t>yaani sacrifice ki had tak ja kar unhon ne rasool Allah (SAW) ka saath diya. jis ka saboot yeh hai ke boycott mein woh shareek rahen.</w:t>
      </w:r>
    </w:p>
    <w:p>
      <w:pPr>
        <w:jc w:val="right"/>
      </w:pPr>
      <w:r>
        <w:t>یعنی سیکریفائس کی حد تک جا کر انہوں نے رسول اللہ صلى الله عليه وسلم کا ساتھ دیا۔ جس کا ثبوت یہ ہے کہ بائیکاٹ میں وہ شریک رہیں۔</w:t>
      </w:r>
    </w:p>
    <w:p>
      <w:r>
        <w:rPr>
          <w:b/>
        </w:rPr>
        <w:t xml:space="preserve">[16:49] </w:t>
      </w:r>
      <w:r>
        <w:t>to aik waqea yeh aata hai kitabon mein ke hazrat khadija ka jo ghar tha to wahan kya hota tha ke makkah ke larkay aa kar wahan shor karte the.</w:t>
      </w:r>
    </w:p>
    <w:p>
      <w:pPr>
        <w:jc w:val="right"/>
      </w:pPr>
      <w:r>
        <w:t>تو ایک واقعہ یہ آتا ہے کتابوں میں کہ حضرت خدیجہ کا جو گھر تھا تو وہاں کیا ہوتا تھا کہ مکہ کے لڑکے آ کر وہاں شور کرتے تھے۔</w:t>
      </w:r>
    </w:p>
    <w:p>
      <w:r>
        <w:rPr>
          <w:b/>
        </w:rPr>
        <w:t xml:space="preserve">[17:07] </w:t>
      </w:r>
      <w:r>
        <w:t>hota yeh tha, dekhen hota yeh hai ke makkah ke log jo the unhon ne rasool Allah (SAW) ko haqeer banaya, ridicule kiya.</w:t>
      </w:r>
    </w:p>
    <w:p>
      <w:pPr>
        <w:jc w:val="right"/>
      </w:pPr>
      <w:r>
        <w:t>ہوتا یہ تھا، دیکھیں ہوتا یہ ہے کہ مکہ کے لوگ جو تھے انہوں نے رسول اللہ صلى الله عليه وسلم کو حقیر بنایا، ریڈیکول کیا۔</w:t>
      </w:r>
    </w:p>
    <w:p>
      <w:r>
        <w:rPr>
          <w:b/>
        </w:rPr>
        <w:t xml:space="preserve">[17:18] </w:t>
      </w:r>
      <w:r>
        <w:t>ke dekho yeh nabi, kehte hain ke mein nabi hoon, mere par farishtah aata hai. in baaton ka woh mazaq udate the.</w:t>
      </w:r>
    </w:p>
    <w:p>
      <w:pPr>
        <w:jc w:val="right"/>
      </w:pPr>
      <w:r>
        <w:t>کہ دیکھو یہ نبی، کہتے ہیں کہ میں نبی ہوں، میرے پر فرشتہ آتا ہے۔ ان باتوں کا وہ مذاق اڑاتے تھے۔</w:t>
      </w:r>
    </w:p>
    <w:p>
      <w:r>
        <w:rPr>
          <w:b/>
        </w:rPr>
        <w:t xml:space="preserve">[17:29] </w:t>
      </w:r>
      <w:r>
        <w:t>to larkay jo hote hain, bachay jo hote hain woh barhon se seekhte hain. jab barhon ne aap ko haqeer bana diya to bachon ne bhi samajh liya ke aise hi hain.</w:t>
      </w:r>
    </w:p>
    <w:p>
      <w:pPr>
        <w:jc w:val="right"/>
      </w:pPr>
      <w:r>
        <w:t>تو لڑکے جو ہوتے ہیں، بچے جو ہوتے ہیں وہ بڑوں سے سیکھتے ہیں۔ جب بڑوں نے آپ کو حقیر بنا دیا تو بچوں نے بھی سمجھ لیا کہ ایسے ہی ہیں۔</w:t>
      </w:r>
    </w:p>
    <w:p>
      <w:r>
        <w:rPr>
          <w:b/>
        </w:rPr>
        <w:t xml:space="preserve">[17:45] </w:t>
      </w:r>
      <w:r>
        <w:t>koi un ki ahmiyat nahi hai. to aap khadija ke saath rehte the un ke ghar mein to khadija ke ghar ke paas aa kar bachay shor gul karte the, pathar marte the, yeh sab karte the.</w:t>
      </w:r>
    </w:p>
    <w:p>
      <w:pPr>
        <w:jc w:val="right"/>
      </w:pPr>
      <w:r>
        <w:t>کوئی ان کی اہمیت نہیں ہے۔ تو آپ خدیجہ کے ساتھ رہتے تھے ان کے گھر میں تو خدیجہ کے گھر کے پاس آ کر بچے شورگل کرتے تھے، پتھر مارتے تھے، یہ سب کرتے تھے۔</w:t>
      </w:r>
    </w:p>
    <w:p>
      <w:r>
        <w:rPr>
          <w:b/>
        </w:rPr>
        <w:t xml:space="preserve">[17:57] </w:t>
      </w:r>
      <w:r>
        <w:t>to hazrat khadija bohat pareshan rehti theen. to aik din aisa hua ke rasool Allah (SAW) the aur khadija theen to wahan par jibril aaye, yaani farishtah.</w:t>
      </w:r>
    </w:p>
    <w:p>
      <w:pPr>
        <w:jc w:val="right"/>
      </w:pPr>
      <w:r>
        <w:t>تو حضرت خدیجہ بہت پریشان رہتی تھیں۔ تو ایک دن ایسا ہوا کہ رسول اللہ صلى الله عليه وسلم تھے اور خدیجہ تھیں تو وہاں پر جبرائیل آئے، یعنی فرشتہ۔</w:t>
      </w:r>
    </w:p>
    <w:p>
      <w:r>
        <w:rPr>
          <w:b/>
        </w:rPr>
        <w:t xml:space="preserve">[18:10] </w:t>
      </w:r>
      <w:r>
        <w:t>to paighambar yeh hota hai ke paighambar khud to dekhta hai farishtay ko, angel ko, doosre log nahi dekhte. to is waqt jab jibril aaye aap ke ghar par to khadija ne nahi dekha lekin aap ne dekha.</w:t>
      </w:r>
    </w:p>
    <w:p>
      <w:pPr>
        <w:jc w:val="right"/>
      </w:pPr>
      <w:r>
        <w:t>تو پیغمبر یہ ہوتا ہے کہ پیغمبر خود تو دیکھتا ہے فرشتے کو، اینجل کو، دوسرے لوگ نہیں دیکھتے۔ تو اس وقت جب جبرائیل آئے آپ کے گھر پر تو خدیجہ نے نہیں دیکھا لیکن آپ نے دیکھا۔</w:t>
      </w:r>
    </w:p>
    <w:p>
      <w:r>
        <w:rPr>
          <w:b/>
        </w:rPr>
        <w:t xml:space="preserve">[18:26] </w:t>
      </w:r>
      <w:r>
        <w:t>to rasool Allah (SAW) ne kaha ke dekho yeh jibril aaye hain aur yeh tum ko salam kehte hain. aur tumhare paas aik basharat le aaye hain Khuda ki taraf se.</w:t>
      </w:r>
    </w:p>
    <w:p>
      <w:pPr>
        <w:jc w:val="right"/>
      </w:pPr>
      <w:r>
        <w:t>تو رسول اللہ صلى الله عليه وسلم نے کہا کہ دیکھو یہ جبرائیل آئے ہیں اور یہ تم کو سلام کہتے ہیں۔ اور تمہارے پاس ایک بشارت لے آئے ہیں خدا کی طرف سے۔</w:t>
      </w:r>
    </w:p>
    <w:p>
      <w:r>
        <w:rPr>
          <w:b/>
        </w:rPr>
        <w:t xml:space="preserve">[18:38] </w:t>
      </w:r>
      <w:r>
        <w:t>aik good tidings. woh kya? ke jannat mein tumhare liye aik bohat acha ghar hai. bohat hi beautiful palace hai.</w:t>
      </w:r>
    </w:p>
    <w:p>
      <w:pPr>
        <w:jc w:val="right"/>
      </w:pPr>
      <w:r>
        <w:t>ایک گڈ ٹائیڈنگ۔ وہ کیا؟ کہ جنت میں تمہارے لیے ایک بہت اچھا گھر ہے۔ بہت ہی بیوٹی فل پیلس ہے۔</w:t>
      </w:r>
    </w:p>
    <w:p>
      <w:r>
        <w:rPr>
          <w:b/>
        </w:rPr>
        <w:t xml:space="preserve">[18:51] </w:t>
      </w:r>
      <w:r>
        <w:t>jis mein, jis ki sifat yeh hogi ke la sahaba feehi wa la nasab. la sahaba feehi wa la nasab.</w:t>
      </w:r>
    </w:p>
    <w:p>
      <w:pPr>
        <w:jc w:val="right"/>
      </w:pPr>
      <w:r>
        <w:t>جس میں، جس کی صفت یہ ہوگی کہ لا صخب فیہ ولا نسب۔ لا صخب فیہ ولا نسب۔</w:t>
      </w:r>
    </w:p>
    <w:p>
      <w:r>
        <w:rPr>
          <w:b/>
        </w:rPr>
        <w:t xml:space="preserve">[19:04] </w:t>
      </w:r>
      <w:r>
        <w:t>is mein na shor hoga aur na koi takleef hogi. yaani paradise ke is palace mein, is shandar ghar mein na shor hoga aur na koi takleef hogi.</w:t>
      </w:r>
    </w:p>
    <w:p>
      <w:pPr>
        <w:jc w:val="right"/>
      </w:pPr>
      <w:r>
        <w:t>اس میں نہ شور ہوگا اور نہ کوئی تکلیف ہوگی۔ یعنی پیراڈائز کے اس پیلس میں، اس شاندار گھر میں نہ شور ہوگا اور نہ کوئی تکلیف ہوگی۔</w:t>
      </w:r>
    </w:p>
    <w:p>
      <w:r>
        <w:rPr>
          <w:b/>
        </w:rPr>
        <w:t xml:space="preserve">[19:20] </w:t>
      </w:r>
      <w:r>
        <w:t>la sahaba feehi wa la nasab. is mein dekhen kya sabaq hai? is mein sabaq yeh hai ke dunya ke shor ko, dunya ki museebat ko jo sehal hai, sachai ke liye, haq ke liye, Khuda ke liye to akhirat mein Khuda is ko in saari cheezon se bacha kar aik bohat hi shandar zindagi de deta hai.</w:t>
      </w:r>
    </w:p>
    <w:p>
      <w:pPr>
        <w:jc w:val="right"/>
      </w:pPr>
      <w:r>
        <w:t>لا صخب فیہ ولا نسب۔ اس میں دیکھیں کیا سبق ہے؟ اس میں سبق یہ ہے کہ دنیا کے شور کو، دنیا کی مصیبت کو جو سہل ہے، سچائی کے لیے، حق کے لیے، خدا کے لیے تو آخرت میں خدا اس کو ان ساری چیزوں سے بچا کر ایک بہت ہی شاندار زندگی دے دیتا ہے۔</w:t>
      </w:r>
    </w:p>
    <w:p>
      <w:r>
        <w:rPr>
          <w:b/>
        </w:rPr>
        <w:t xml:space="preserve">[19:46] </w:t>
      </w:r>
      <w:r>
        <w:t>kyun ke dekhen agar aap ghussa ho jayen, agar aap react karen, agar aap larnay phirnay lagen to aap da'oti kaam nahi kar sakte.</w:t>
      </w:r>
    </w:p>
    <w:p>
      <w:pPr>
        <w:jc w:val="right"/>
      </w:pPr>
      <w:r>
        <w:t>کیونکہ دیکھیں اگر آپ غصہ ہو جائیں، اگر آپ ری ایکٹ کریں، اگر آپ لڑنے پھرنے لگیں تو آپ دعوتی کام نہیں کر سکتے۔</w:t>
      </w:r>
    </w:p>
    <w:p>
      <w:r>
        <w:rPr>
          <w:b/>
        </w:rPr>
        <w:t xml:space="preserve">[19:58] </w:t>
      </w:r>
      <w:r>
        <w:t>to hazrat khadija ne jo saha shor ko aur takleef ko to kis liye? sirf is liye ke dawati mahol na bigre.</w:t>
      </w:r>
    </w:p>
    <w:p>
      <w:pPr>
        <w:jc w:val="right"/>
      </w:pPr>
      <w:r>
        <w:t>تو حضرت خدیجہ نے جو سہا شور کو اور تکلیف کو تو کس لیے؟ صرف اس لیے کہ دعوتی ماحول نہ بگڑے۔</w:t>
      </w:r>
    </w:p>
    <w:p>
      <w:r>
        <w:rPr>
          <w:b/>
        </w:rPr>
        <w:t xml:space="preserve">[20:11] </w:t>
      </w:r>
      <w:r>
        <w:t>madu ke sath dawati amal normal tareeqe se jari rahe. Yani ye sacrifice jo aap ki thi wo thi khuda ke liye.</w:t>
      </w:r>
    </w:p>
    <w:p>
      <w:pPr>
        <w:jc w:val="right"/>
      </w:pPr>
      <w:r>
        <w:t>مدعو کے ساتھ دعوتی عمل نارمل طریقے سے جاری رہے۔ یعنی یہ سیکریفائس جو آپ کی تھی وہ تھی خدا کے لیے۔</w:t>
      </w:r>
    </w:p>
    <w:p>
      <w:r>
        <w:rPr>
          <w:b/>
        </w:rPr>
        <w:t xml:space="preserve">[20:22] </w:t>
      </w:r>
      <w:r>
        <w:t>kyun ke bachchon se wo ladti phirti to kya hota? Phir kuch bhi nahi ho sakta tha dawati kaam.</w:t>
      </w:r>
    </w:p>
    <w:p>
      <w:pPr>
        <w:jc w:val="right"/>
      </w:pPr>
      <w:r>
        <w:t>کیونکہ بچوں سے وہ لڑتی پھرتی تو کیا ہوتا؟ پھر کچھ بھی نہیں ہو سکتا تھا دعوتی کام۔</w:t>
      </w:r>
    </w:p>
    <w:p>
      <w:r>
        <w:rPr>
          <w:b/>
        </w:rPr>
        <w:t xml:space="preserve">[20:34] </w:t>
      </w:r>
      <w:r>
        <w:t>mujhe ek qissa maloom hai, ek sahab the to wo karela se chadhte the. Ladke aate the, karela karela karte the, wo ghussa hote the.</w:t>
      </w:r>
    </w:p>
    <w:p>
      <w:pPr>
        <w:jc w:val="right"/>
      </w:pPr>
      <w:r>
        <w:t>مجھے ایک قصہ معلوم ہے، ایک صاحب تھے تو وہ کریلا سے چڑھتے تھے۔ لڑکے آتے تھے، کریلا کریلا کرتے تھے، وہ غصہ ہوتے تھے۔</w:t>
      </w:r>
    </w:p>
    <w:p>
      <w:r>
        <w:rPr>
          <w:b/>
        </w:rPr>
        <w:t xml:space="preserve">[20:43] </w:t>
      </w:r>
      <w:r>
        <w:t>ek din daude un ko maarne ke liye. To kya hua ke wo ek raaste mein jab daud rahe the wo to wo ek gadha tha, us mein gir pade aur paaon toot gaya.</w:t>
      </w:r>
    </w:p>
    <w:p>
      <w:pPr>
        <w:jc w:val="right"/>
      </w:pPr>
      <w:r>
        <w:t>ایک دن دوڑے ان کو مارنے کے لیے۔ تو کیا ہوا کہ وہ ایک راستے میں جب دوڑ رہے تھے وہ تو وہ ایک گڑھا تھا، اس میں گر پڑے اور پاؤں ٹوٹ گیا۔</w:t>
      </w:r>
    </w:p>
    <w:p>
      <w:r>
        <w:rPr>
          <w:b/>
        </w:rPr>
        <w:t xml:space="preserve">[20:58] </w:t>
      </w:r>
      <w:r>
        <w:t>hamesha ke liye wo lathi le kar chalte the. To aisa aadmi dawati kaam kya karega? To ladkon ke shorgul se, un ki takleef se agar ghussa hotin hazrat khadija to dawati kaam khatam.</w:t>
      </w:r>
    </w:p>
    <w:p>
      <w:pPr>
        <w:jc w:val="right"/>
      </w:pPr>
      <w:r>
        <w:t>ہمیشہ کے لیے وہ لاٹھی لے کر چلتے تھے۔ تو ایسا آدمی دعوتی کام کیا کرے گا؟ تو لڑکوں کے شورگل سے، ان کی تکلیف سے اگر غصہ ہوتیں حضرت خدیجہ تو دعوتی کام ختم۔</w:t>
      </w:r>
    </w:p>
    <w:p>
      <w:r>
        <w:rPr>
          <w:b/>
        </w:rPr>
        <w:t xml:space="preserve">[21:19] </w:t>
      </w:r>
      <w:r>
        <w:t>phir to ladai bhadai, ghussa, inteqaam, ye wahan par mahol ban jata hai is ka. To chunke khadija ne haq ke liye, dawat lilah ke liye, sachai ke liye sabr kiya,</w:t>
      </w:r>
    </w:p>
    <w:p>
      <w:pPr>
        <w:jc w:val="right"/>
      </w:pPr>
      <w:r>
        <w:t>پھر تو لڑائی بھڑائی، غصہ، انتقام، یہ وہاں پر ماحول بن جاتا ہے اس کا۔ تو چونکہ خدیجہ نے حق کے لیے، دعوت للہ کے لیے، سچائی کے لیے صبر کیا،</w:t>
      </w:r>
    </w:p>
    <w:p>
      <w:r>
        <w:rPr>
          <w:b/>
        </w:rPr>
        <w:t xml:space="preserve">[21:36] </w:t>
      </w:r>
      <w:r>
        <w:t>nazar andaaz kiya is ko, ignore kiya, is ko avoid kiya to is ka reward un ko ye Allah taala ki taraf se diya gaya ke paradise mein un ko bohat shandar mahal un ko ata hua jahan na shor tha,</w:t>
      </w:r>
    </w:p>
    <w:p>
      <w:pPr>
        <w:jc w:val="right"/>
      </w:pPr>
      <w:r>
        <w:t>نظر انداز کیا اس کو، اگنور کیا، اس کو اوائڈ کیا تو اس کا ریوارڈ ان کو یہ اللہ تعالیٰ کی طرف سے دیا گیا کہ پیراڈائز میں ان کو بہت شاندار محل ان کو عطا ہوا جہاں نہ شور تھا،</w:t>
      </w:r>
    </w:p>
    <w:p>
      <w:r>
        <w:rPr>
          <w:b/>
        </w:rPr>
        <w:t xml:space="preserve">[21:53] </w:t>
      </w:r>
      <w:r>
        <w:t>na koi takleef thi, na koi nuisance wahan create karne wala tha. Duniya mein nuisance create karenge log, aap ko ignore karna padega.</w:t>
      </w:r>
    </w:p>
    <w:p>
      <w:pPr>
        <w:jc w:val="right"/>
      </w:pPr>
      <w:r>
        <w:t>نہ کوئی تکلیف تھی، نہ کوئی نوئسنس وہاں کریٹ کرنے والا تھا۔ دنیا میں نوئسنس کریٹ کریں گے لوگ، آپ کو اگنور کرنا پڑے گا۔</w:t>
      </w:r>
    </w:p>
    <w:p>
      <w:r>
        <w:rPr>
          <w:b/>
        </w:rPr>
        <w:t xml:space="preserve">[22:09] </w:t>
      </w:r>
      <w:r>
        <w:t>qism qism ke nuisance. Koi gaali dega, koi kitaab chhapayega, koi loud speaker par aap ke khilaf taqreer karega, koi naara lagayega.</w:t>
      </w:r>
    </w:p>
    <w:p>
      <w:pPr>
        <w:jc w:val="right"/>
      </w:pPr>
      <w:r>
        <w:t>قسم قسم کے نوئسنس۔ کوئی گالی دے گا، کوئی کتاب چھاپے گا، کوئی لاؤڈ سپیکر پر آپ کے خلاف تقریر کرے گا، کوئی نعرہ لگائے گا۔</w:t>
      </w:r>
    </w:p>
    <w:p>
      <w:r>
        <w:rPr>
          <w:b/>
        </w:rPr>
        <w:t xml:space="preserve">[22:22] </w:t>
      </w:r>
      <w:r>
        <w:t>tarah tarah ke nuisance log create karenge. Kyun ke aap sachai ke liye uthe hain. Lekin aap ko saare maamle par kya karna hai?</w:t>
      </w:r>
    </w:p>
    <w:p>
      <w:pPr>
        <w:jc w:val="right"/>
      </w:pPr>
      <w:r>
        <w:t>طرح طرح کے نوئسنس لوگ کریٹ کریں گے۔ کیونکہ آپ سچائی کے لیے اٹھے ہیں۔ لیکن آپ کو سارے معاملے پر کیا کرنا ہے؟</w:t>
      </w:r>
    </w:p>
    <w:p>
      <w:r>
        <w:rPr>
          <w:b/>
        </w:rPr>
        <w:t xml:space="preserve">[22:35] </w:t>
      </w:r>
      <w:r>
        <w:t>avoid karna hai, ignore karna hai, sabr karna hai, patience se kaam lena hai. Kis liye? Taake dawat ka mahol baqi rahe.</w:t>
      </w:r>
    </w:p>
    <w:p>
      <w:pPr>
        <w:jc w:val="right"/>
      </w:pPr>
      <w:r>
        <w:t>اوائڈ کرنا ہے، اگنور کرنا ہے، صبر کرنا ہے، پیشن سے کام لینا ہے۔ کس لیے؟ تاکہ دعوت کا ماحول باقی رہے۔</w:t>
      </w:r>
    </w:p>
    <w:p>
      <w:r>
        <w:rPr>
          <w:b/>
        </w:rPr>
        <w:t xml:space="preserve">[22:46] </w:t>
      </w:r>
      <w:r>
        <w:t>dawat ka ke liye jo environment chahiye, peaceful environment. Dekhein dawat ka kaam jo hai wo peaceful environment chahta hai, normal environment chahta hai.</w:t>
      </w:r>
    </w:p>
    <w:p>
      <w:pPr>
        <w:jc w:val="right"/>
      </w:pPr>
      <w:r>
        <w:t>دعوت کا کے لیے جو انوائرمنٹ چاہیے، پیس فل انوائرمنٹ۔ دیکھیں دعوت کا کام جو ہے وہ پیس فل انوائرمنٹ چاہتا ہے، نارمل انوائرمنٹ چاہتا ہے۔</w:t>
      </w:r>
    </w:p>
    <w:p>
      <w:r>
        <w:rPr>
          <w:b/>
        </w:rPr>
        <w:t xml:space="preserve">[23:00] </w:t>
      </w:r>
      <w:r>
        <w:t>to motadil mahol chahta hai. To wo is ko baqi rakhne ke liye aap ko unilateral taur par sabr karna padta hai.</w:t>
      </w:r>
    </w:p>
    <w:p>
      <w:pPr>
        <w:jc w:val="right"/>
      </w:pPr>
      <w:r>
        <w:t>تو معتدل ماحول چاہتا ہے۔ تو وہ اس کو باقی رکھنے کے لیے آپ کو انلیٹرل طور پر صبر کرنا پڑتا ہے۔</w:t>
      </w:r>
    </w:p>
    <w:p>
      <w:r>
        <w:rPr>
          <w:b/>
        </w:rPr>
        <w:t xml:space="preserve">[23:13] </w:t>
      </w:r>
      <w:r>
        <w:t>unilateral taur par. To ye sabr hota hai khuda ke liye. Ye sabr hota hai khuda ke liye.</w:t>
      </w:r>
    </w:p>
    <w:p>
      <w:pPr>
        <w:jc w:val="right"/>
      </w:pPr>
      <w:r>
        <w:t>انلیٹرل طور پر۔ تو یہ صبر ہوتا ہے خدا کے لیے۔ یہ صبر ہوتا ہے خدا کے لیے۔</w:t>
      </w:r>
    </w:p>
    <w:p>
      <w:r>
        <w:rPr>
          <w:b/>
        </w:rPr>
        <w:t xml:space="preserve">[23:21] </w:t>
      </w:r>
      <w:r>
        <w:t>warbak fasbir. Quran mein shuru hi mein ayat utri thi. Ya ayyuhal muddathir qum fanzir warabbaka fakabbir wasiyabaka fatahhir warrujza fajtur wala tamnun tastaksir walirabbika fasbir.</w:t>
      </w:r>
    </w:p>
    <w:p>
      <w:pPr>
        <w:jc w:val="right"/>
      </w:pPr>
      <w:r>
        <w:t>وربک فاصبر۔ قرآن میں شروع ہی میں آیت اتری تھی۔ یا ایہا المدثر قم فانظر وربک فکبر وثیابک فطاہر والرج فاجر ولا تمنن تستکسر ولربک فاصبر۔</w:t>
      </w:r>
    </w:p>
    <w:p>
      <w:r>
        <w:rPr>
          <w:b/>
        </w:rPr>
        <w:t xml:space="preserve">[23:38] </w:t>
      </w:r>
      <w:r>
        <w:t>ye bilkul shuru mein utri thi ye ayat. Jis mein bataya gaya hai ke aye paighambar</w:t>
      </w:r>
    </w:p>
    <w:p>
      <w:pPr>
        <w:jc w:val="right"/>
      </w:pPr>
      <w:r>
        <w:t>یہ بالکل شروع میں اتری تھی یہ آیت۔ جس میں بتایا گیا ہے کہ اے پیغمبر</w:t>
      </w:r>
    </w:p>
    <w:p>
      <w:r>
        <w:rPr>
          <w:b/>
        </w:rPr>
        <w:t xml:space="preserve">[23:44] </w:t>
      </w:r>
      <w:r>
        <w:t>dawati kaam karo, inzar ka kaam, inzar o tafseer ka kaam, yani dawati kaam karna hai tum ko. Aur dawati kaam karne ke silsile mein kya farmaya?</w:t>
      </w:r>
    </w:p>
    <w:p>
      <w:pPr>
        <w:jc w:val="right"/>
      </w:pPr>
      <w:r>
        <w:t>دعوتی کام کرو، انظار کا کام، انظار و تفسیر کا کام، یعنی دعوتی کام کرنا ہے تم کو۔ اور دعوتی کام کرنے کے سلسلے میں کیا فرمایا؟</w:t>
      </w:r>
    </w:p>
    <w:p>
      <w:r>
        <w:rPr>
          <w:b/>
        </w:rPr>
        <w:t xml:space="preserve">[23:55] </w:t>
      </w:r>
      <w:r>
        <w:t>walirabbika fasbir. Apne rab ke liye sabr karo.</w:t>
      </w:r>
    </w:p>
    <w:p>
      <w:pPr>
        <w:jc w:val="right"/>
      </w:pPr>
      <w:r>
        <w:t>ولربک فاصبر۔ اپنے رب کے لیے صبر کرو۔</w:t>
      </w:r>
    </w:p>
    <w:p>
      <w:r>
        <w:rPr>
          <w:b/>
        </w:rPr>
        <w:t xml:space="preserve">[24:05] </w:t>
      </w:r>
      <w:r>
        <w:t>yani dawati amal karna padta hai in logon ko jo behke hue hain, jo bigde hue hain, jo phatke hue hain. Zahir hai ke wo ghussa hote hain ke wo kehte hain ke hum baap dada se yahi sab hota aaya hai to hum is ko, tum is ko galat kehte ho.</w:t>
      </w:r>
    </w:p>
    <w:p>
      <w:pPr>
        <w:jc w:val="right"/>
      </w:pPr>
      <w:r>
        <w:t>یعنی دعوتی عمل کرنا پڑتا ہے ان لوگوں کو جو بہکے ہوئے ہیں، جو بگڑے ہوئے ہیں، جو پھٹکے ہوئے ہیں۔ ظاہر ہے کہ وہ غصہ ہوتے ہیں کہ وہ کہتے ہیں کہ ہم باپ دادا سے یہی سب ہوتا آیا ہے تو ہم اس کو، تم اس کو غلط کہتے ہو۔</w:t>
      </w:r>
    </w:p>
    <w:p>
      <w:r>
        <w:rPr>
          <w:b/>
        </w:rPr>
        <w:t xml:space="preserve">[24:24] </w:t>
      </w:r>
      <w:r>
        <w:t>chunanche wo kehte the saffah aban. Yani hamare baap, baap dada ko ye aadmi jo hai bewakoof batata hai ke wo nahi sachai nahi jante the wo.</w:t>
      </w:r>
    </w:p>
    <w:p>
      <w:pPr>
        <w:jc w:val="right"/>
      </w:pPr>
      <w:r>
        <w:t>چنانچہ وہ کہتے تھے صفہ ابان۔ یعنی ہمارے باپ، باپ دادا کو یہ آدمی جو ہے بے وقوف بتاتا ہے کہ وہ نہیں سچائی نہیں جانتے تھے وہ۔</w:t>
      </w:r>
    </w:p>
    <w:p>
      <w:r>
        <w:rPr>
          <w:b/>
        </w:rPr>
        <w:t xml:space="preserve">[24:37] </w:t>
      </w:r>
      <w:r>
        <w:t>is wajah se ghussa hota hai ye aadmi. To dawat ke sath sabr juda hua hai. Kyun? Jab bhi aap dawat denge to dawat kuch bigde hue logon mein hogi.</w:t>
      </w:r>
    </w:p>
    <w:p>
      <w:pPr>
        <w:jc w:val="right"/>
      </w:pPr>
      <w:r>
        <w:t>اس وجہ سے غصہ ہوتا ہے یہ آدمی۔ تو دعوت کے ساتھ صبر جڑا ہوا ہے۔ کیوں؟ جب بھی آپ دعوت دیں گے تو دعوت کچھ بگڑے ہوئے لوگوں میں ہوگی۔</w:t>
      </w:r>
    </w:p>
    <w:p>
      <w:r>
        <w:rPr>
          <w:b/>
        </w:rPr>
        <w:t xml:space="preserve">[24:50] </w:t>
      </w:r>
      <w:r>
        <w:t>wo bigde hue log jo hain ghussa honge ke dekho hum koi kehte hain ke hum sachai par nahi hain. To aisi halat mein agar aap bhi react karein, aap bhi jhagda karein,</w:t>
      </w:r>
    </w:p>
    <w:p>
      <w:pPr>
        <w:jc w:val="right"/>
      </w:pPr>
      <w:r>
        <w:t>وہ بگڑے ہوئے لوگ جو ہیں غصہ ہوں گے کہ دیکھو ہم کوئی کہتے ہیں کہ ہم سچائی پر نہیں ہیں۔ تو ایسی حالت میں اگر آپ بھی ری ایکٹ کریں، آپ بھی جھگڑا کریں،</w:t>
      </w:r>
    </w:p>
    <w:p>
      <w:r>
        <w:rPr>
          <w:b/>
        </w:rPr>
        <w:t xml:space="preserve">[25:05] </w:t>
      </w:r>
      <w:r>
        <w:t>aap bhi ghussa aur inteqaam mein pad jayein to kya hoga? Dawat ka mahol hi khatam ho jayega. To normal situation ko maintain karne ke liye daai ko sabr karna padta hai.</w:t>
      </w:r>
    </w:p>
    <w:p>
      <w:pPr>
        <w:jc w:val="right"/>
      </w:pPr>
      <w:r>
        <w:t>آپ بھی غصہ اور انتقام میں پڑ جائیں تو کیا ہوگا؟ دعوت کا ماحول ہی ختم ہو جائے گا۔ تو نارمل سچویشن کو مینٹین کرنے کے لیے داعی کو صبر کرنا پڑتا ہے۔</w:t>
      </w:r>
    </w:p>
    <w:p>
      <w:r>
        <w:rPr>
          <w:b/>
        </w:rPr>
        <w:t xml:space="preserve">[25:22] </w:t>
      </w:r>
      <w:r>
        <w:t>to ye kya hazrat khadija ne? To is ka reward un ko mila ye ke hazrat jibril ye khushkhabri le kar aaye ke Khuda ne aap ke liye jannat mein ek aisa mahal banaya hai jahan ke la sahaba fihi wala nasab, jahan koi nuisance nahi, jahan koi takleef nahi, jahan koi shor nahi,</w:t>
      </w:r>
    </w:p>
    <w:p>
      <w:pPr>
        <w:jc w:val="right"/>
      </w:pPr>
      <w:r>
        <w:t>تو یہ کیا حضرت خدیجہ نے؟ تو اس کا ریوارڈ ان کو ملا یہ کہ حضرت جبرائیل یہ خوشخبری لے کر آئے کہ خدا نے آپ کے لیے جنت میں ایک ایسا محل بنایا ہے جہاں کہ لا صخب فیہ ولا نسب، جہاں کوئی نوئسنس نہیں، جہاں کوئی تکلیف نہیں، جہاں کوئی شور نہیں،</w:t>
      </w:r>
    </w:p>
    <w:p>
      <w:r>
        <w:rPr>
          <w:b/>
        </w:rPr>
        <w:t xml:space="preserve">[25:46] </w:t>
      </w:r>
      <w:r>
        <w:t>jahan huzn nahin hai, jahan khauf nahin hai. to yeh hazrat khadija ki zindagi se hamein yeh maloom hota hai. is ke baad mein samajhta hoon ke teesre momin jo hain woh hazrat ali hain.</w:t>
      </w:r>
    </w:p>
    <w:p>
      <w:pPr>
        <w:jc w:val="right"/>
      </w:pPr>
      <w:r>
        <w:t>جہاں حزن نہیں ہے، جہاں خوف نہیں ہے۔ تو یہ حضرت خدیجہ کی زندگی سے ہمیں یہ معلوم ہوتا ہے۔ اس کے بعد میں سمجھتا ہوں کہ تیسرے مومن جو ہیں وہ حضرت علی ہیں۔</w:t>
      </w:r>
    </w:p>
    <w:p>
      <w:r>
        <w:rPr>
          <w:b/>
        </w:rPr>
        <w:t xml:space="preserve">[26:00] </w:t>
      </w:r>
      <w:r>
        <w:t>kitabon mein aata hai ke jab rasool allah (saws) ko nabuwat mili to aap ne apne khandan walon ko jama kiya, apne family walon ko jo taqreeban is waqt thirty the, tees.</w:t>
      </w:r>
    </w:p>
    <w:p>
      <w:pPr>
        <w:jc w:val="right"/>
      </w:pPr>
      <w:r>
        <w:t>کتابوں میں آتا ہے کہ جب رسول اللہ صلى الله عليه وسلم کو نبوت ملی تو آپ نے اپنے خاندان والوں کو جمع کیا، اپنے فیملی والوں کو جو تقریباً اس وقت تھرٹی تھے، تیس۔</w:t>
      </w:r>
    </w:p>
    <w:p>
      <w:r>
        <w:rPr>
          <w:b/>
        </w:rPr>
        <w:t xml:space="preserve">[26:12] </w:t>
      </w:r>
      <w:r>
        <w:t>aap ne kaha ke mujh ko khuda ne paighambar banaya hai to tum log mera saath do, meri baat ko mano aur mera saath de kar ke is dawat ko phailao.</w:t>
      </w:r>
    </w:p>
    <w:p>
      <w:pPr>
        <w:jc w:val="right"/>
      </w:pPr>
      <w:r>
        <w:t>آپ نے کہا کہ مجھ کو خدا نے پیغمبر بنایا ہے تو تم لوگ میرا ساتھ دو، میری بات کو مانو اور میرا ساتھ دے کر کے اس دعوت کو پھیلاؤ۔</w:t>
      </w:r>
    </w:p>
    <w:p>
      <w:r>
        <w:rPr>
          <w:b/>
        </w:rPr>
        <w:t xml:space="preserve">[26:23] </w:t>
      </w:r>
      <w:r>
        <w:t>to kisi ne bhi aap ka saath dene ke liye nahin kaha. sab log chup reh gaye, chup reh gaye, chup reh rahe. aakhir mein ali khare hue hain.</w:t>
      </w:r>
    </w:p>
    <w:p>
      <w:pPr>
        <w:jc w:val="right"/>
      </w:pPr>
      <w:r>
        <w:t>تو کسی نے بھی آپ کا ساتھ دینے کے لیے نہیں کہا۔ سب لوگ چپ رہ گئے، چپ رہ گئے، چپ رہ گئے۔ آخر میں علی کھڑے ہوئے ہیں۔</w:t>
      </w:r>
    </w:p>
    <w:p>
      <w:r>
        <w:rPr>
          <w:b/>
        </w:rPr>
        <w:t xml:space="preserve">[26:34] </w:t>
      </w:r>
      <w:r>
        <w:t>ali is waqt ghaliban sirf barah saal ke the. das saal se kuch zyada. to bachche the zahir hai.</w:t>
      </w:r>
    </w:p>
    <w:p>
      <w:pPr>
        <w:jc w:val="right"/>
      </w:pPr>
      <w:r>
        <w:t>علی اس وقت غالباً صرف بارہ سال کے تھے۔ دس سال سے کچھ زیادہ۔ تو بچے تھے ظاہر ہے۔</w:t>
      </w:r>
    </w:p>
    <w:p>
      <w:r>
        <w:rPr>
          <w:b/>
        </w:rPr>
        <w:t xml:space="preserve">[26:45] </w:t>
      </w:r>
      <w:r>
        <w:t>to jab woh khare hue unhon ne kaha ke koi saath nahin deta to mein saath doonga aap ka. to rasool allah (saws) ko yeh baat ajeeb si lagi ke bare log to chup hain aur ek bachcha keh raha hai ke koi nahin saath deta to mein saath doonga.</w:t>
      </w:r>
    </w:p>
    <w:p>
      <w:pPr>
        <w:jc w:val="right"/>
      </w:pPr>
      <w:r>
        <w:t>تو جب وہ کھڑے ہوئے انہوں نے کہا کہ کوئی ساتھ نہیں دیتا تو میں ساتھ دوں گا آپ کا۔ تو رسول اللہ صلى الله عليه وسلم کو یہ بات عجیب سی لگی کہ بڑے لوگ تو چپ ہیں اور ایک بچہ کہہ رہا ہے کہ کوئی نہیں ساتھ دیتا تو میں ساتھ دوں گا۔</w:t>
      </w:r>
    </w:p>
    <w:p>
      <w:r>
        <w:rPr>
          <w:b/>
        </w:rPr>
        <w:t xml:space="preserve">[27:02] </w:t>
      </w:r>
      <w:r>
        <w:t>ali aap ke chacha ke bete the. aap ke chacha the abu talib, un ke bete the ali. to woh khare hue hain. to abu talib ne saath nahin diya lekin ali ne saath diya.</w:t>
      </w:r>
    </w:p>
    <w:p>
      <w:pPr>
        <w:jc w:val="right"/>
      </w:pPr>
      <w:r>
        <w:t>علی آپ کے چچا کے بیٹے تھے۔ آپ کے چچا تھے ابو طالب، ان کے بیٹے تھے علی۔ تو وہ کھڑے ہوئے ہیں۔ تو ابو طالب نے ساتھ نہیں دیا لیکن علی نے ساتھ دیا۔</w:t>
      </w:r>
    </w:p>
    <w:p>
      <w:r>
        <w:rPr>
          <w:b/>
        </w:rPr>
        <w:t xml:space="preserve">[27:16] </w:t>
      </w:r>
      <w:r>
        <w:t>to jab yeh aisa hua ke senior log baithe hue hain, chup hain aur ek bachcha keh raha hai</w:t>
      </w:r>
    </w:p>
    <w:p>
      <w:pPr>
        <w:jc w:val="right"/>
      </w:pPr>
      <w:r>
        <w:t>تو جب یہ ایسا ہوا کہ سینئر لوگ بیٹھے ہوئے ہیں، چپ ہیں اور ایک بچہ کہہ رہا ہے</w:t>
      </w:r>
    </w:p>
    <w:p>
      <w:r>
        <w:rPr>
          <w:b/>
        </w:rPr>
        <w:t xml:space="preserve">[27:24] </w:t>
      </w:r>
      <w:r>
        <w:t>ke mein aap ka saath doonga to aap ki zuban se nikla ant ya ali, ant ya ali. aye ali tum, aye ali tum.</w:t>
      </w:r>
    </w:p>
    <w:p>
      <w:pPr>
        <w:jc w:val="right"/>
      </w:pPr>
      <w:r>
        <w:t>کہ میں آپ کا ساتھ دوں گا تو آپ کی زبان سے نکلا انت یا علی، انت یا علی۔ اے علی تم، اے علی تم۔</w:t>
      </w:r>
    </w:p>
    <w:p>
      <w:r>
        <w:rPr>
          <w:b/>
        </w:rPr>
        <w:t xml:space="preserve">[27:34] </w:t>
      </w:r>
      <w:r>
        <w:t>yani barhon, bare, bare aur senior log to saath nahin de rahe hain. tum ek bachcha ho aur tum keh rahe ho ke mein saath doonga. itna bada mission hai, itna bada mission hai.</w:t>
      </w:r>
    </w:p>
    <w:p>
      <w:pPr>
        <w:jc w:val="right"/>
      </w:pPr>
      <w:r>
        <w:t>یعنی بڑوں، بڑے، بڑے اور سینئر لوگ تو ساتھ نہیں دے رہے ہیں۔ تم ایک بچہ ہو اور تم کہہ رہے ہو کہ میں ساتھ دوں گا۔ اتنا بڑا مشن ہے، اتنا بڑا مشن ہے۔</w:t>
      </w:r>
    </w:p>
    <w:p>
      <w:r>
        <w:rPr>
          <w:b/>
        </w:rPr>
        <w:t xml:space="preserve">[27:45] </w:t>
      </w:r>
      <w:r>
        <w:t>to aap ne farmaya ant ya ali, aye ali tum. is mein kya sabak mila? ke aap bachche hon, aap ke paas resources na hon,</w:t>
      </w:r>
    </w:p>
    <w:p>
      <w:pPr>
        <w:jc w:val="right"/>
      </w:pPr>
      <w:r>
        <w:t>تو آپ نے فرمایا انت یا علی، اے علی تم۔ اس میں کیا سبق ملا؟ کہ آپ بچے ہوں، آپ کے پاس سورسز نہ ہوں،</w:t>
      </w:r>
    </w:p>
    <w:p>
      <w:r>
        <w:rPr>
          <w:b/>
        </w:rPr>
        <w:t xml:space="preserve">[28:01] </w:t>
      </w:r>
      <w:r>
        <w:t>aap ke paas woh cheezein na hon jo</w:t>
      </w:r>
    </w:p>
    <w:p>
      <w:pPr>
        <w:jc w:val="right"/>
      </w:pPr>
      <w:r>
        <w:t>آپ کے پاس وہ چیزیں نہ ہوں جو</w:t>
      </w:r>
    </w:p>
    <w:p>
      <w:r>
        <w:rPr>
          <w:b/>
        </w:rPr>
        <w:t xml:space="preserve">[28:08] </w:t>
      </w:r>
      <w:r>
        <w:t>bari samjhi jati hain, phir bhi aap sachai ke liye khare ho jao. hazrat ali ke paas is waqt kuch bhi nahin tha. sirf, sirf umar ki baat nahin thi ke aap chhote the aur kuch bhi nahin tha un ke paas.</w:t>
      </w:r>
    </w:p>
    <w:p>
      <w:pPr>
        <w:jc w:val="right"/>
      </w:pPr>
      <w:r>
        <w:t>بڑی سمجھی جاتی ہیں، پھر بھی آپ سچائی کے لیے کھڑے ہو جائیں۔ حضرت علی کے پاس اس وقت کچھ بھی نہیں تھا۔ صرف، صرف عمر کی بات نہیں تھی کہ آپ چھوٹے تھے اور کچھ بھی نہیں تھا ان کے پاس۔</w:t>
      </w:r>
    </w:p>
    <w:p>
      <w:r>
        <w:rPr>
          <w:b/>
        </w:rPr>
        <w:t xml:space="preserve">[28:22] </w:t>
      </w:r>
      <w:r>
        <w:t>na maal tha, na kuch tha, na kuch tha. jismani ke wasail ki parwah na karte hue sachai ke liye khara ho jana yeh misaal hai hazrat ali ke haan.</w:t>
      </w:r>
    </w:p>
    <w:p>
      <w:pPr>
        <w:jc w:val="right"/>
      </w:pPr>
      <w:r>
        <w:t>نہ مال تھا، نہ کچھ تھا، نہ کچھ تھا۔ جسمانی کے وسائل کی پرواہ نہ کرتے ہوئے سچائی کے لیے کھڑا ہو جانا یہ مثال ہے حضرت علی کے ہاں۔</w:t>
      </w:r>
    </w:p>
    <w:p>
      <w:r>
        <w:rPr>
          <w:b/>
        </w:rPr>
        <w:t xml:space="preserve">[28:35] </w:t>
      </w:r>
      <w:r>
        <w:t>shandar misaal. aur phir allah taala ki madad un ko hui. unhon ne bare bare kaam kiye. hazrat ali ne bare bare kaam kiye.</w:t>
      </w:r>
    </w:p>
    <w:p>
      <w:pPr>
        <w:jc w:val="right"/>
      </w:pPr>
      <w:r>
        <w:t>شاندار مثال۔ اور پھر اللہ تعالیٰ کی مدد ان کو ہوئی۔ انہوں نے بڑے بڑے کام کیے۔ حضرت علی نے بڑے بڑے کام کیے۔</w:t>
      </w:r>
    </w:p>
    <w:p>
      <w:r>
        <w:rPr>
          <w:b/>
        </w:rPr>
        <w:t xml:space="preserve">[28:46] </w:t>
      </w:r>
      <w:r>
        <w:t>to is ke baad mein samajhta hoon ke</w:t>
      </w:r>
    </w:p>
    <w:p>
      <w:pPr>
        <w:jc w:val="right"/>
      </w:pPr>
      <w:r>
        <w:t>تو اس کے بعد میں سمجھتا ہوں کہ</w:t>
      </w:r>
    </w:p>
    <w:p>
      <w:r>
        <w:rPr>
          <w:b/>
        </w:rPr>
        <w:t xml:space="preserve">[28:52] </w:t>
      </w:r>
      <w:r>
        <w:t>chauthe number par aate hain hazrat abubakar. abubakar jo the wahan ke ek senior aadmi the makkah ki society ke.</w:t>
      </w:r>
    </w:p>
    <w:p>
      <w:pPr>
        <w:jc w:val="right"/>
      </w:pPr>
      <w:r>
        <w:t>چوتھے نمبر پر آتے ہیں حضرت ابوبکر۔ ابوبکر جو تھے وہاں کے ایک سینئر آدمی تھے مکہ کی سوسائٹی کے۔</w:t>
      </w:r>
    </w:p>
    <w:p>
      <w:r>
        <w:rPr>
          <w:b/>
        </w:rPr>
        <w:t xml:space="preserve">[29:04] </w:t>
      </w:r>
      <w:r>
        <w:t>bahut sanjeeda the. kapde ki tijarat karte the woh. to rasool allah (saws) ne jab un ke samne pesh kiya apna paigham, toheed ka paigham, nabuwat ka paigham to foran hi unhon ne maan liya.</w:t>
      </w:r>
    </w:p>
    <w:p>
      <w:pPr>
        <w:jc w:val="right"/>
      </w:pPr>
      <w:r>
        <w:t>بہت سنجیدہ تھے۔ کپڑے کی تجارت کرتے تھے وہ۔ تو رسول اللہ صلى الله عليه وسلم نے جب ان کے سامنے پیش کیا اپنا پیغام، توحید کا پیغام، نبوت کا پیغام تو فوراً ہی انہوں نے مان لیا۔</w:t>
      </w:r>
    </w:p>
    <w:p>
      <w:r>
        <w:rPr>
          <w:b/>
        </w:rPr>
        <w:t xml:space="preserve">[29:20] </w:t>
      </w:r>
      <w:r>
        <w:t>hadith mein aata hai rasool allah (saws) ne farmaya ke har aadmi kahin na kahin jhujhka, kahin na kahin ruka woh lekin abubakar ke samne jab mein ne dawat pesh ki to foran maan liya unhon ne.</w:t>
      </w:r>
    </w:p>
    <w:p>
      <w:pPr>
        <w:jc w:val="right"/>
      </w:pPr>
      <w:r>
        <w:t>حدیث میں آتا ہے رسول اللہ صلى الله عليه وسلم نے فرمایا کہ ہر آدمی کہیں نہ کہیں جھجکا، کہیں نہ کہیں رکا وہ لیکن ابوبکر کے سامنے جب میں نے دعوت پیش کی تو فوراً مان لیا انہوں نے۔</w:t>
      </w:r>
    </w:p>
    <w:p>
      <w:r>
        <w:rPr>
          <w:b/>
        </w:rPr>
        <w:t xml:space="preserve">[29:33] </w:t>
      </w:r>
      <w:r>
        <w:t>usi waqt maan liya. aur phir zindagi bhar aap ka saath dete rahe. isi liye woh siddiq kaha jata hai un ko.</w:t>
      </w:r>
    </w:p>
    <w:p>
      <w:pPr>
        <w:jc w:val="right"/>
      </w:pPr>
      <w:r>
        <w:t>اسی وقت مان لیا۔ اور پھر زندگی بھر آپ کا ساتھ دیتے رہے۔ اسی لیے وہ صدیق کہا جاتا ہے ان کو۔</w:t>
      </w:r>
    </w:p>
    <w:p>
      <w:r>
        <w:rPr>
          <w:b/>
        </w:rPr>
        <w:t xml:space="preserve">[29:41] </w:t>
      </w:r>
      <w:r>
        <w:t>abubakar siddiq. aakhir waqt tak saath rahe aur har qism ki qurbani di unhon ne. to yahan par kya namuna hai aap ke liye?</w:t>
      </w:r>
    </w:p>
    <w:p>
      <w:pPr>
        <w:jc w:val="right"/>
      </w:pPr>
      <w:r>
        <w:t>ابوبکر صدیق۔ آخر وقت تک ساتھ رہے اور ہر قسم کی قربانی دی انہوں نے۔ تو یہاں پر کیا نمونہ ہے آپ کے لیے؟</w:t>
      </w:r>
    </w:p>
    <w:p>
      <w:r>
        <w:rPr>
          <w:b/>
        </w:rPr>
        <w:t xml:space="preserve">[29:51] </w:t>
      </w:r>
      <w:r>
        <w:t>to yeh hai ke woh the nature par, apni fitrat par. kitabon mein aata hai ke makkah mein jo society thi us mein woh taqreeban kate hue rehte the.</w:t>
      </w:r>
    </w:p>
    <w:p>
      <w:pPr>
        <w:jc w:val="right"/>
      </w:pPr>
      <w:r>
        <w:t>تو یہ ہے کہ وہ تھے نیچر پر، اپنی فطرت پر۔ کتابوں میں آتا ہے کہ مکہ میں جو سوسائٹی تھی اس میں وہ تقریباً کٹے ہوئے رہتے تھے۔</w:t>
      </w:r>
    </w:p>
    <w:p>
      <w:r>
        <w:rPr>
          <w:b/>
        </w:rPr>
        <w:t xml:space="preserve">[30:06] </w:t>
      </w:r>
      <w:r>
        <w:t>yani wahan jo shor gul jo hota tha, jo sharab ki majlisen jamti thin, shair o shayari hoti thi, tarah tarah ke tamashe hote the, us se alag reh kar ke woh apna business karte the kapde ka.</w:t>
      </w:r>
    </w:p>
    <w:p>
      <w:pPr>
        <w:jc w:val="right"/>
      </w:pPr>
      <w:r>
        <w:t>یعنی وہاں جو شورگل جو ہوتا تھا، جو شراب کی مجلسیں جمتی تھیں، شعر و شاعری ہوتی تھی، طرح طرح کے تماشے ہوتے تھے، اس سے الگ رہ کر کے وہ اپنا بزنس کرتے تھے کپڑے کا۔</w:t>
      </w:r>
    </w:p>
    <w:p>
      <w:r>
        <w:rPr>
          <w:b/>
        </w:rPr>
        <w:t xml:space="preserve">[30:22] </w:t>
      </w:r>
      <w:r>
        <w:t>to jab aap apne aap ko, yani goya ke unhon ne apne aap ko conditioning se bacha rakha tha, wahan ke mahol mein jo shirkat karte the, jo log, zahir hai ke us ki wajah se un ki conditioning hoti rehti thi.</w:t>
      </w:r>
    </w:p>
    <w:p>
      <w:pPr>
        <w:jc w:val="right"/>
      </w:pPr>
      <w:r>
        <w:t>تو جب آپ اپنے آپ کو، یعنی گویا کہ انہوں نے اپنے آپ کو کنڈیشننگ سے بچا رکھا تھا، وہاں کے ماحول میں جو شرکت کرتے تھے، جو لوگ، ظاہر ہے کہ اس کی وجہ سے ان کی کنڈیشننگ ہوتی رہتی تھی۔</w:t>
      </w:r>
    </w:p>
    <w:p>
      <w:r>
        <w:rPr>
          <w:b/>
        </w:rPr>
        <w:t xml:space="preserve">[30:35] </w:t>
      </w:r>
      <w:r>
        <w:t>to har qism ki conditioning se woh apne aap ko bachaye hue the.</w:t>
      </w:r>
    </w:p>
    <w:p>
      <w:pPr>
        <w:jc w:val="right"/>
      </w:pPr>
      <w:r>
        <w:t>تو ہر قسم کی کنڈیشننگ سے وہ اپنے آپ کو بچائے ہوئے تھے۔</w:t>
      </w:r>
    </w:p>
    <w:p>
      <w:r>
        <w:rPr>
          <w:b/>
        </w:rPr>
        <w:t xml:space="preserve">[30:42] </w:t>
      </w:r>
      <w:r>
        <w:t>is society ke andar jo sar-garmiyan hoti theen us mein shareek na hone ki wajah se aap social conditioning se bache hue thay.</w:t>
      </w:r>
    </w:p>
    <w:p>
      <w:pPr>
        <w:jc w:val="right"/>
      </w:pPr>
      <w:r>
        <w:t>اس سوسائٹی کے اندر جو سرگرمیاں ہوتی تھیں اس میں شریک نہ ہونے کی وجہ سے آپ سوشل کنڈیشننگ سے بچے ہوئے تھے۔</w:t>
      </w:r>
    </w:p>
    <w:p>
      <w:r>
        <w:rPr>
          <w:b/>
        </w:rPr>
        <w:t xml:space="preserve">[30:54] </w:t>
      </w:r>
      <w:r>
        <w:t>doosre mani mein yeh hai ke aap mister nature thay. to aisa insaan jab hota hai to woh bohat jald samajh leta hai. chunancha bohat jald woh samajh gaye aur unhon ne islam qubool kar liya.</w:t>
      </w:r>
    </w:p>
    <w:p>
      <w:pPr>
        <w:jc w:val="right"/>
      </w:pPr>
      <w:r>
        <w:t>دوسرے معنی میں یہ ہے کہ آپ مسٹر نیچر تھے۔ تو ایسا انسان جب ہوتا ہے تو وہ بہت جلد سمجھ لیتا ہے۔ چنانچہ بہت جلد وہ سمجھ گئے اور انہوں نے اسلام قبول کر لیا۔</w:t>
      </w:r>
    </w:p>
    <w:p>
      <w:r>
        <w:rPr>
          <w:b/>
        </w:rPr>
        <w:t xml:space="preserve">[31:06] </w:t>
      </w:r>
      <w:r>
        <w:t>aur hamesha aap ke saathi bane rahe. is ke baad dekhiye umar bin al-khitab ka number aata hai main samajhta hoon.</w:t>
      </w:r>
    </w:p>
    <w:p>
      <w:pPr>
        <w:jc w:val="right"/>
      </w:pPr>
      <w:r>
        <w:t>اور ہمیشہ آپ کے ساتھی بنے رہے۔ اس کے بعد دیکھیے عمر بن الخطاب کا نمبر آتا ہے میں سمجھتا ہوں۔</w:t>
      </w:r>
    </w:p>
    <w:p>
      <w:r>
        <w:rPr>
          <w:b/>
        </w:rPr>
        <w:t xml:space="preserve">[31:17] </w:t>
      </w:r>
      <w:r>
        <w:t>agarche baat ko thoda baad ko islam qubool kiya unhon ne lekin un ka darja islam mein bohat bara hai. to kitabon mein aata hai ke makka mein do bohat top ke intellectual thay.</w:t>
      </w:r>
    </w:p>
    <w:p>
      <w:pPr>
        <w:jc w:val="right"/>
      </w:pPr>
      <w:r>
        <w:t>اگرچہ بات کو تھوڑا بعد کو اسلام قبول کیا انہوں نے لیکن ان کا درجہ اسلام میں بہت بڑا ہے۔ تو کتابوں میں آتا ہے کہ مکہ میں دو بہت ٹاپ کے انٹلیکچول تھے۔</w:t>
      </w:r>
    </w:p>
    <w:p>
      <w:r>
        <w:rPr>
          <w:b/>
        </w:rPr>
        <w:t xml:space="preserve">[31:30] </w:t>
      </w:r>
      <w:r>
        <w:t>bohat hi brilliant qism ke. aik umar bin al-khitab, aik amro bin hisham. do aadmi thay. bohat hi zaheen aur bohat zabardast taqat wale pehalwan type ke.</w:t>
      </w:r>
    </w:p>
    <w:p>
      <w:pPr>
        <w:jc w:val="right"/>
      </w:pPr>
      <w:r>
        <w:t>بہت ہی بریلینٹ قسم کے۔ ایک عمر بن الخطاب، ایک عمرو بن ہشام۔ دو آدمی تھے۔ بہت ہی ذہین اور بہت زبردست طاقت والے پہلوان ٹائپ کے۔</w:t>
      </w:r>
    </w:p>
    <w:p>
      <w:r>
        <w:rPr>
          <w:b/>
        </w:rPr>
        <w:t xml:space="preserve">[31:46] </w:t>
      </w:r>
      <w:r>
        <w:t>to hazrat rasool Allah (SAW) ne dua kiya ke Allahumma aizz al-islama bi ahad al-umarain. aye Khuda</w:t>
      </w:r>
    </w:p>
    <w:p>
      <w:pPr>
        <w:jc w:val="right"/>
      </w:pPr>
      <w:r>
        <w:t>تو حضرت رسول اللہ صلى الله عليه وسلم نے دعا کیا کہ اللہم اعز الاسلام بعهد العمرین۔ اے خدا</w:t>
      </w:r>
    </w:p>
    <w:p>
      <w:r>
        <w:rPr>
          <w:b/>
        </w:rPr>
        <w:t xml:space="preserve">[31:55] </w:t>
      </w:r>
      <w:r>
        <w:t>mujhe do umron mein se aik umar ata farma, un ke zariye mere mission ko taqat de. Allahumma aizz al-islama bi ahad al-umarain.</w:t>
      </w:r>
    </w:p>
    <w:p>
      <w:pPr>
        <w:jc w:val="right"/>
      </w:pPr>
      <w:r>
        <w:t>مجھے دو عمروں میں سے ایک عمر عطا فرما، ان کے ذریعے میرے مشن کو طاقت دے۔ اللہم اعز الاسلام بعهد العمرین۔</w:t>
      </w:r>
    </w:p>
    <w:p>
      <w:r>
        <w:rPr>
          <w:b/>
        </w:rPr>
        <w:t xml:space="preserve">[32:06] </w:t>
      </w:r>
      <w:r>
        <w:t>to aap ki dua amro bin hisham ke haq mein qubool nahi hui aur woh shakhs jo hai islam ka dushman ban gaya.</w:t>
      </w:r>
    </w:p>
    <w:p>
      <w:pPr>
        <w:jc w:val="right"/>
      </w:pPr>
      <w:r>
        <w:t>تو آپ کی دعا عمرو بن ہشام کے حق میں قبول نہیں ہوئی اور وہ شخص جو ہے اسلام کا دشمن بن گیا۔</w:t>
      </w:r>
    </w:p>
    <w:p>
      <w:r>
        <w:rPr>
          <w:b/>
        </w:rPr>
        <w:t xml:space="preserve">[32:15] </w:t>
      </w:r>
      <w:r>
        <w:t>lekin hazrat umar ke baray mein qubool hui aur aap islam ke dost ban gaye. agarche aap bhi shuru mein dushman thay islam ke. shuru mein woh bhi islam ke dushman bane hue thay.</w:t>
      </w:r>
    </w:p>
    <w:p>
      <w:pPr>
        <w:jc w:val="right"/>
      </w:pPr>
      <w:r>
        <w:t>لیکن حضرت عمر کے بارے میں قبول ہوئی اور آپ اسلام کے دوست بن گئے۔ اگرچہ آپ بھی شروع میں دشمن تھے اسلام کے۔ شروع میں وہ بھی اسلام کے دشمن بنے ہوئے تھے۔</w:t>
      </w:r>
    </w:p>
    <w:p>
      <w:r>
        <w:rPr>
          <w:b/>
        </w:rPr>
        <w:t xml:space="preserve">[32:28] </w:t>
      </w:r>
      <w:r>
        <w:t>chunancha aik sahabi ke baray mein aata hai ke aik baar aik waqea hai ke un ki biwi ne kuch umeed zahir ki umar ke baray mein ke shayad yeh islam qubool kar lein.</w:t>
      </w:r>
    </w:p>
    <w:p>
      <w:pPr>
        <w:jc w:val="right"/>
      </w:pPr>
      <w:r>
        <w:t>چنانچہ ایک صحابی کے بارے میں آتا ہے کہ ایک بار ایک واقعہ ہے کہ ان کی بیوی نے کچھ امید ظاہر کی عمر کے بارے میں کہ شاید یہ اسلام قبول کر لیں۔</w:t>
      </w:r>
    </w:p>
    <w:p>
      <w:r>
        <w:rPr>
          <w:b/>
        </w:rPr>
        <w:t xml:space="preserve">[32:41] </w:t>
      </w:r>
      <w:r>
        <w:t>to un ke shohar ne kaha ke wallah la islam hadha hatta islam hamar al-khitab.</w:t>
      </w:r>
    </w:p>
    <w:p>
      <w:pPr>
        <w:jc w:val="right"/>
      </w:pPr>
      <w:r>
        <w:t>تو ان کے شوہر نے کہا کہ واللہ لا اسلامھذا حتیٰ اسلامھمار الخطاب۔</w:t>
      </w:r>
    </w:p>
    <w:p>
      <w:r>
        <w:rPr>
          <w:b/>
        </w:rPr>
        <w:t xml:space="preserve">[32:49] </w:t>
      </w:r>
      <w:r>
        <w:t>Khuda ki qasam</w:t>
      </w:r>
    </w:p>
    <w:p>
      <w:pPr>
        <w:jc w:val="right"/>
      </w:pPr>
      <w:r>
        <w:t>خدا کی قسم</w:t>
      </w:r>
    </w:p>
    <w:p>
      <w:r>
        <w:rPr>
          <w:b/>
        </w:rPr>
        <w:t xml:space="preserve">[32:51] </w:t>
      </w:r>
      <w:r>
        <w:t>umar to iman lanay wala nahi hai yahan tak ke un ke qabiley ka gadha bhi momin ban jaye. is se aap andaza kijiye ke insaan bohat jald negative rai bana leta hai.</w:t>
      </w:r>
    </w:p>
    <w:p>
      <w:pPr>
        <w:jc w:val="right"/>
      </w:pPr>
      <w:r>
        <w:t>عمر تو ایمان لانے والا نہیں ہے یہاں تک کہ ان کے قبیلے کا گدھا بھی مومن بن جائے۔ اس سے آپ اندازہ کیجیے کہ انسان بہت جلد نیگیٹیو رائے بنا لیتا ہے۔</w:t>
      </w:r>
    </w:p>
    <w:p>
      <w:r>
        <w:rPr>
          <w:b/>
        </w:rPr>
        <w:t xml:space="preserve">[33:07] </w:t>
      </w:r>
      <w:r>
        <w:t>to negative rai ban gayi thi logon ki un ke baray mein kyunke bohat bolte thay khilaf islam ke woh us waqt. lekin andar kahin na kahin chingari hoti hai.</w:t>
      </w:r>
    </w:p>
    <w:p>
      <w:pPr>
        <w:jc w:val="right"/>
      </w:pPr>
      <w:r>
        <w:t>تو نیگیٹیو رائے بن گئی تھی لوگوں کی ان کے بارے میں کیونکہ بہت بولتے تھے خلاف اسلام کے وہ اس وقت۔ لیکن اندر کہیں نہ کہیں چنگاری ہوتی ہے۔</w:t>
      </w:r>
    </w:p>
    <w:p>
      <w:r>
        <w:rPr>
          <w:b/>
        </w:rPr>
        <w:t xml:space="preserve">[33:18] </w:t>
      </w:r>
      <w:r>
        <w:t>kahin na kahin chingari hoti hai. woh</w:t>
      </w:r>
    </w:p>
    <w:p>
      <w:pPr>
        <w:jc w:val="right"/>
      </w:pPr>
      <w:r>
        <w:t>کہیں نہ کہیں چنگاری ہوتی ہے۔ وہ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