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Hadith-e-Rasool (Sayings of The Prophet of Islam) 20 June 2010</w:t>
      </w:r>
    </w:p>
    <w:p>
      <w:r>
        <w:t>https://youtu.be/eOZy3kYKTn0</w:t>
      </w:r>
    </w:p>
    <w:p>
      <w:r>
        <w:rPr>
          <w:b/>
        </w:rPr>
        <w:t xml:space="preserve">[00:09] </w:t>
      </w:r>
      <w:r>
        <w:t>bismillah hir rahman nir rahim. wa salla Allahu ala nabi il kareem.</w:t>
      </w:r>
    </w:p>
    <w:p>
      <w:pPr>
        <w:jc w:val="right"/>
      </w:pPr>
      <w:r>
        <w:t>بسم اللہ الرحمن الرحیم ۔ وصلیاللہ علی النبی الکریم ۔</w:t>
      </w:r>
    </w:p>
    <w:p>
      <w:r>
        <w:rPr>
          <w:b/>
        </w:rPr>
        <w:t xml:space="preserve">[00:17] </w:t>
      </w:r>
      <w:r>
        <w:t>Rabbi ishrah li sadri, wa yassir li amri, wah lul uqdatan min lisani, yafqahu qawli.</w:t>
      </w:r>
    </w:p>
    <w:p>
      <w:pPr>
        <w:jc w:val="right"/>
      </w:pPr>
      <w:r>
        <w:t>رباشرحلی صدری، و یسرلی امری، واحلالعقدۃ من لسانی، یفقہ قولی۔</w:t>
      </w:r>
    </w:p>
    <w:p>
      <w:r>
        <w:rPr>
          <w:b/>
        </w:rPr>
        <w:t xml:space="preserve">[00:31] </w:t>
      </w:r>
      <w:r>
        <w:t>aa</w:t>
      </w:r>
    </w:p>
    <w:p>
      <w:pPr>
        <w:jc w:val="right"/>
      </w:pPr>
      <w:r>
        <w:t>آ</w:t>
      </w:r>
    </w:p>
    <w:p>
      <w:r>
        <w:rPr>
          <w:b/>
        </w:rPr>
        <w:t xml:space="preserve">[00:32] </w:t>
      </w:r>
      <w:r>
        <w:t>aj ka mauzu hai hadith-e-Rasool ya ahadees-e-Rasool, yaani "Sayings of the Prophet of Islam".</w:t>
      </w:r>
    </w:p>
    <w:p>
      <w:pPr>
        <w:jc w:val="right"/>
      </w:pPr>
      <w:r>
        <w:t>ج کا موضوعہے حدیث رسول یا احادیث رسول ،یعنی "Sayings oftheProphetof Islam " ۔</w:t>
      </w:r>
    </w:p>
    <w:p>
      <w:r>
        <w:rPr>
          <w:b/>
        </w:rPr>
        <w:t xml:space="preserve">[00:47] </w:t>
      </w:r>
      <w:r>
        <w:t>hadith ka literal matlab hai "Saying". Islami istilaha mein hadith ka matlab hota hai Paighambar-e-Islam ki ahadees.</w:t>
      </w:r>
    </w:p>
    <w:p>
      <w:pPr>
        <w:jc w:val="right"/>
      </w:pPr>
      <w:r>
        <w:t>حدیثکا لٹرلمطلبہے "Saying"۔ اسلامی اصطلاحمیں حدیث کامطلبہوتاہے پیغمبراسلام کیحدیثیں۔</w:t>
      </w:r>
    </w:p>
    <w:p>
      <w:r>
        <w:rPr>
          <w:b/>
        </w:rPr>
        <w:t xml:space="preserve">[01:05] </w:t>
      </w:r>
      <w:r>
        <w:t>Ulama ne hadith ki teen qismein batai hain: qaul, amal, aur taqreer.</w:t>
      </w:r>
    </w:p>
    <w:p>
      <w:pPr>
        <w:jc w:val="right"/>
      </w:pPr>
      <w:r>
        <w:t>علم اءنے حدیث کی تین قسم یں بت ائیہیں: قول ،عمل ،اور تقریر ۔</w:t>
      </w:r>
    </w:p>
    <w:p>
      <w:r>
        <w:rPr>
          <w:b/>
        </w:rPr>
        <w:t xml:space="preserve">[01:15] </w:t>
      </w:r>
      <w:r>
        <w:t>qaul ka matlab yeh hai ke jo Rasool Allah Sal Allahu Alaihi Wa Sallam ne kaha. amal ka matlab hai jo aap ne kiya.</w:t>
      </w:r>
    </w:p>
    <w:p>
      <w:pPr>
        <w:jc w:val="right"/>
      </w:pPr>
      <w:r>
        <w:t>قولکامطلبیہہے کہجو رسولاللہ صلیاللہعلیہوسلمنےکہا۔ عمل کامطلبہے جو آپ نے کیا۔</w:t>
      </w:r>
    </w:p>
    <w:p>
      <w:r>
        <w:rPr>
          <w:b/>
        </w:rPr>
        <w:t xml:space="preserve">[01:27] </w:t>
      </w:r>
      <w:r>
        <w:t>taqreer ka matlab hai ke aap ke samne koi kaam hua aur aap ne us par khamoshi ikhtiyar kar li, yaani "Silent Consent" diya aap ne.</w:t>
      </w:r>
    </w:p>
    <w:p>
      <w:pPr>
        <w:jc w:val="right"/>
      </w:pPr>
      <w:r>
        <w:t>تقریرکامطلبہے کہآپ کےسامنے کوئی کام ہوا اور آپ نے اسپر خاموشی اختیارکرلی ، یعنی "Silent Cons ent" دیا آپنے ۔</w:t>
      </w:r>
    </w:p>
    <w:p>
      <w:r>
        <w:rPr>
          <w:b/>
        </w:rPr>
        <w:t xml:space="preserve">[01:42] </w:t>
      </w:r>
      <w:r>
        <w:t>yeh hai hadith ka matlab.</w:t>
      </w:r>
    </w:p>
    <w:p>
      <w:pPr>
        <w:jc w:val="right"/>
      </w:pPr>
      <w:r>
        <w:t>یہہے حدیثکا مطلب ۔</w:t>
      </w:r>
    </w:p>
    <w:p>
      <w:r>
        <w:rPr>
          <w:b/>
        </w:rPr>
        <w:t xml:space="preserve">[01:49] </w:t>
      </w:r>
      <w:r>
        <w:t>to ek ek ek Islam ka scholar ne kaha ke "</w:t>
      </w:r>
    </w:p>
    <w:p>
      <w:pPr>
        <w:jc w:val="right"/>
      </w:pPr>
      <w:r>
        <w:t>تو ایک ایکایکاسلام ک اسکالرنے کہاکہ"</w:t>
      </w:r>
    </w:p>
    <w:p>
      <w:r>
        <w:rPr>
          <w:b/>
        </w:rPr>
        <w:t xml:space="preserve">[01:59] </w:t>
      </w:r>
      <w:r>
        <w:t>man kan fi baytihi majmu'at al-ahadeeth fa ka'anna fi baytihi nabiyyun yatakallam".</w:t>
      </w:r>
    </w:p>
    <w:p>
      <w:pPr>
        <w:jc w:val="right"/>
      </w:pPr>
      <w:r>
        <w:t>من کان فی بیتہ مجموع ۃ الاحادیث فکان ما فی ہ نبی یتکلم"۔</w:t>
      </w:r>
    </w:p>
    <w:p>
      <w:r>
        <w:rPr>
          <w:b/>
        </w:rPr>
        <w:t xml:space="preserve">[02:10] </w:t>
      </w:r>
      <w:r>
        <w:t>yaani jis ghar mein hadith ka ek collection ho, hadith ka ek majmu'a ho, to goya ke wahan bolta hua Paighambar maujud hai.</w:t>
      </w:r>
    </w:p>
    <w:p>
      <w:pPr>
        <w:jc w:val="right"/>
      </w:pPr>
      <w:r>
        <w:t>یعنی جسگھرمیں حدیث کا ایک کلیکشنہو ، حدیثکاایک مجموع ہہو ، تو گویاکہوہاں بول تاہوا پیغمبرموجود ہے۔</w:t>
      </w:r>
    </w:p>
    <w:p>
      <w:r>
        <w:rPr>
          <w:b/>
        </w:rPr>
        <w:t xml:space="preserve">[02:29] </w:t>
      </w:r>
      <w:r>
        <w:t>isko doosre dhang se aisa kaha ja sakta hai ke hadith is a continuation of prophethood.</w:t>
      </w:r>
    </w:p>
    <w:p>
      <w:pPr>
        <w:jc w:val="right"/>
      </w:pPr>
      <w:r>
        <w:t>اسکو دوسرےڈھنگسے ایسا کہاجاسکتاہےکہ حدیث is a continu ation of prophethood۔</w:t>
      </w:r>
    </w:p>
    <w:p>
      <w:r>
        <w:rPr>
          <w:b/>
        </w:rPr>
        <w:t xml:space="preserve">[02:43] </w:t>
      </w:r>
      <w:r>
        <w:t>hadith prophethood ka, nabuwwat ka silsila hai. yeh bohat zyada important baat hai.</w:t>
      </w:r>
    </w:p>
    <w:p>
      <w:pPr>
        <w:jc w:val="right"/>
      </w:pPr>
      <w:r>
        <w:t>حدیث prophethoodکا، نبوتکا تسلسلہے۔ یہبہتزیادہ important باتہے۔</w:t>
      </w:r>
    </w:p>
    <w:p>
      <w:r>
        <w:rPr>
          <w:b/>
        </w:rPr>
        <w:t xml:space="preserve">[02:55] </w:t>
      </w:r>
      <w:r>
        <w:t>dekhiye, hadith Quran mein to</w:t>
      </w:r>
    </w:p>
    <w:p>
      <w:pPr>
        <w:jc w:val="right"/>
      </w:pPr>
      <w:r>
        <w:t>دیکھیے، حدیث قرآنمیںتو</w:t>
      </w:r>
    </w:p>
    <w:p>
      <w:r>
        <w:rPr>
          <w:b/>
        </w:rPr>
        <w:t xml:space="preserve">[03:02] </w:t>
      </w:r>
      <w:r>
        <w:t>do darjan nabiyon ka zikr hai, lekin hadith se malum hota hai ke ek lakh chobis hazar Paighambar aaye, aur hazaron saal ke span mein aaye woh.</w:t>
      </w:r>
    </w:p>
    <w:p>
      <w:pPr>
        <w:jc w:val="right"/>
      </w:pPr>
      <w:r>
        <w:t>دو درجننبیوںکاذکرہے، لیکن حدیثسےمعلومہوتاہےکہ ایک لاکھچوبیسہزارپیغمبرآئے، اورہزاروںسالکے اسپینمیں آئےوہ ۔</w:t>
      </w:r>
    </w:p>
    <w:p>
      <w:r>
        <w:rPr>
          <w:b/>
        </w:rPr>
        <w:t xml:space="preserve">[03:16] </w:t>
      </w:r>
      <w:r>
        <w:t>rasoolullah salallahu alaihi wasallam aakhri paighambar thay.</w:t>
      </w:r>
    </w:p>
    <w:p>
      <w:pPr>
        <w:jc w:val="right"/>
      </w:pPr>
      <w:r>
        <w:t>رسولاللہصلیاللہعلیہوسلمآخریپیغمبر تھے۔</w:t>
      </w:r>
    </w:p>
    <w:p>
      <w:r>
        <w:rPr>
          <w:b/>
        </w:rPr>
        <w:t xml:space="preserve">[03:19] </w:t>
      </w:r>
      <w:r>
        <w:t>to aap ke jo hadithain hain, unka mehfooz tor par jama hona yeh bohat important baat hai. Yaani Islam mein aik taraf authentic text hai, wahi ka,</w:t>
      </w:r>
    </w:p>
    <w:p>
      <w:pPr>
        <w:jc w:val="right"/>
      </w:pPr>
      <w:r>
        <w:t>تو آپ کے جو حدیثیںہیں، انکا محفوظ طورپرجمع ہونا یہبہت important باتہے۔ یعنیاسلام میں ایکطرف authentictext ہے، وحیکا،</w:t>
      </w:r>
    </w:p>
    <w:p>
      <w:r>
        <w:rPr>
          <w:b/>
        </w:rPr>
        <w:t xml:space="preserve">[03:35] </w:t>
      </w:r>
      <w:r>
        <w:t>Quran ki shakal mein, aur doosri taraf Islam mein authentic role model hai, paighambar ki shakal mein.</w:t>
      </w:r>
    </w:p>
    <w:p>
      <w:pPr>
        <w:jc w:val="right"/>
      </w:pPr>
      <w:r>
        <w:t>قرآنکیشکلمیں، اور دوسریطرف اسلام میں authentic rolemodel ہے، پیغمبرکیشکلمیں ۔</w:t>
      </w:r>
    </w:p>
    <w:p>
      <w:r>
        <w:rPr>
          <w:b/>
        </w:rPr>
        <w:t xml:space="preserve">[03:47] </w:t>
      </w:r>
      <w:r>
        <w:t>yeh bohat bari nemat hai insaan ke liye. bohat bari nemat hai insaan ke liye. To aaj mein hadith ki kitabon se kuch hadithain kisi khaas tarteeb ke baghair bayan karunga.</w:t>
      </w:r>
    </w:p>
    <w:p>
      <w:pPr>
        <w:jc w:val="right"/>
      </w:pPr>
      <w:r>
        <w:t>یہ بہت بڑینعمتہےانسانکےلیے۔ بہت بڑینعمتہےانسانکےلیے۔ تو آجمیں حدیث کی کتاب وںسے کچھحدیثیں کسی خاص ترتیبکےبغیر بیانکروںگا۔</w:t>
      </w:r>
    </w:p>
    <w:p>
      <w:r>
        <w:rPr>
          <w:b/>
        </w:rPr>
        <w:t xml:space="preserve">[04:04] </w:t>
      </w:r>
      <w:r>
        <w:t>dekhiye, hadith ki bohat sari kitaben hain.</w:t>
      </w:r>
    </w:p>
    <w:p>
      <w:pPr>
        <w:jc w:val="right"/>
      </w:pPr>
      <w:r>
        <w:t>دیکھیے،حدیثکیبہت ساریکتاب یںہیں۔</w:t>
      </w:r>
    </w:p>
    <w:p>
      <w:r>
        <w:rPr>
          <w:b/>
        </w:rPr>
        <w:t xml:space="preserve">[04:08] </w:t>
      </w:r>
      <w:r>
        <w:t>mislan Sahih Bukhari hai, ismein muqarrar ko le kar saat hazar se kuch zyada hadithain hain.</w:t>
      </w:r>
    </w:p>
    <w:p>
      <w:pPr>
        <w:jc w:val="right"/>
      </w:pPr>
      <w:r>
        <w:t>مثلاً صحیحالبخاریہے، اسمیں مقرراتکولےکر ساتہزارسےکچھزیادہ حدیثیںہیں۔</w:t>
      </w:r>
    </w:p>
    <w:p>
      <w:r>
        <w:rPr>
          <w:b/>
        </w:rPr>
        <w:t xml:space="preserve">[04:19] </w:t>
      </w:r>
      <w:r>
        <w:t>aise hi intikhab hai Mishkat al-Masabih ka, ismein chhe hazar se kuch zyada hadithain hain.</w:t>
      </w:r>
    </w:p>
    <w:p>
      <w:pPr>
        <w:jc w:val="right"/>
      </w:pPr>
      <w:r>
        <w:t>ایسےہی انتخاب ہے مشکات المص ابیحکا ، اسمیں چھ ہزارسےکچھزیادہ حدیثیںہیں۔</w:t>
      </w:r>
    </w:p>
    <w:p>
      <w:r>
        <w:rPr>
          <w:b/>
        </w:rPr>
        <w:t xml:space="preserve">[04:29] </w:t>
      </w:r>
      <w:r>
        <w:t>phir Musnad Imam Ahmad hai, ismein taqreeban tees hazar hadithain hain.</w:t>
      </w:r>
    </w:p>
    <w:p>
      <w:pPr>
        <w:jc w:val="right"/>
      </w:pPr>
      <w:r>
        <w:t>پھر مس ند اماماحمد ہے، اسمیں تقریباً تیسہزارحدیثیںہیں۔</w:t>
      </w:r>
    </w:p>
    <w:p>
      <w:r>
        <w:rPr>
          <w:b/>
        </w:rPr>
        <w:t xml:space="preserve">[04:37] </w:t>
      </w:r>
      <w:r>
        <w:t>is tarah se bohat sari kitaben hain. To us waqt mein kuch hadithon ko bayan karunga.</w:t>
      </w:r>
    </w:p>
    <w:p>
      <w:pPr>
        <w:jc w:val="right"/>
      </w:pPr>
      <w:r>
        <w:t>اسطرحسےبہتساریکتاب یںہیں۔ تواسوقت میں کچھحدیثوںکو بیانکروںگا۔</w:t>
      </w:r>
    </w:p>
    <w:p>
      <w:r>
        <w:rPr>
          <w:b/>
        </w:rPr>
        <w:t xml:space="preserve">[04:49] </w:t>
      </w:r>
      <w:r>
        <w:t>pehli hadith mein bayan karna chahta hoon jo abhi mujhe yaad aayi. Abhi mein jab yahan aa raha tha to Mr. Rajeet ne ek dream bataya.</w:t>
      </w:r>
    </w:p>
    <w:p>
      <w:pPr>
        <w:jc w:val="right"/>
      </w:pPr>
      <w:r>
        <w:t>پہلیحدیثمیںبیانکرناچاہتاہوں جو ابھیمجھےیادآئی۔ ابھیمیںجب یہاں آرہاتھا تو مسٹررجتنے ایک dreamبتایا۔</w:t>
      </w:r>
    </w:p>
    <w:p>
      <w:r>
        <w:rPr>
          <w:b/>
        </w:rPr>
        <w:t xml:space="preserve">[05:01] </w:t>
      </w:r>
      <w:r>
        <w:t>unke bhai rehte hain Sangapur mein.</w:t>
      </w:r>
    </w:p>
    <w:p>
      <w:pPr>
        <w:jc w:val="right"/>
      </w:pPr>
      <w:r>
        <w:t>انکےبھائیرہتےہیں سنگ اپورمیں ۔</w:t>
      </w:r>
    </w:p>
    <w:p>
      <w:r>
        <w:rPr>
          <w:b/>
        </w:rPr>
        <w:t xml:space="preserve">[05:05] </w:t>
      </w:r>
      <w:r>
        <w:t>unki chhoti bachi hai jiski umar hai chhe saal. To woh</w:t>
      </w:r>
    </w:p>
    <w:p>
      <w:pPr>
        <w:jc w:val="right"/>
      </w:pPr>
      <w:r>
        <w:t>انکیچھوٹیبچی ہے جسکیعمر ہے چھ سال ۔ تو وہ</w:t>
      </w:r>
    </w:p>
    <w:p>
      <w:r>
        <w:rPr>
          <w:b/>
        </w:rPr>
        <w:t xml:space="preserve">[05:14] </w:t>
      </w:r>
      <w:r>
        <w:t>raat ko achaanak uth gayi. Woh ghabrayi hui thi. Uski maan ne poocha ke kya baat hai?</w:t>
      </w:r>
    </w:p>
    <w:p>
      <w:pPr>
        <w:jc w:val="right"/>
      </w:pPr>
      <w:r>
        <w:t>راتکو اچانک اڑگئی۔ وہگھبرائیہوئیتھی۔ اسکیماںنےپوچھاکہکیاباتہے ؟</w:t>
      </w:r>
    </w:p>
    <w:p>
      <w:r>
        <w:rPr>
          <w:b/>
        </w:rPr>
        <w:t xml:space="preserve">[05:26] </w:t>
      </w:r>
      <w:r>
        <w:t>usne kaha ke maine ek dravna khwab dekha hai. Chhe saal ki bachi ne kaha.</w:t>
      </w:r>
    </w:p>
    <w:p>
      <w:pPr>
        <w:jc w:val="right"/>
      </w:pPr>
      <w:r>
        <w:t>اسنےکہاکہمیںنےایک ڈراونا خوابدیکھاہے۔ چھ سالکیبچی نےکہا۔</w:t>
      </w:r>
    </w:p>
    <w:p>
      <w:r>
        <w:rPr>
          <w:b/>
        </w:rPr>
        <w:t xml:space="preserve">[05:35] </w:t>
      </w:r>
      <w:r>
        <w:t>to woh khwab kya tha? Usne kaha ke yeh military storey building jismein hum rehte hain aur aas paas ke building hain, yeh sab gir pade hain.</w:t>
      </w:r>
    </w:p>
    <w:p>
      <w:pPr>
        <w:jc w:val="right"/>
      </w:pPr>
      <w:r>
        <w:t>تووہخوابکیاتھا؟ اسنےکہاکہیہ ملٹریسٹوریبلڈنگ جسمیںہمرہتےہیں اور آسپاسکےبلڈنگہیں، یہسب گر پڑیہیں۔</w:t>
      </w:r>
    </w:p>
    <w:p>
      <w:r>
        <w:rPr>
          <w:b/>
        </w:rPr>
        <w:t xml:space="preserve">[05:48] </w:t>
      </w:r>
      <w:r>
        <w:t>aur saare log ismein dab ke mar gaye hain. Sirf chhote bachche bachche hain.</w:t>
      </w:r>
    </w:p>
    <w:p>
      <w:pPr>
        <w:jc w:val="right"/>
      </w:pPr>
      <w:r>
        <w:t>اور سارےلوگ اسمیںدبکےمرگئےہیں۔ صرف چھوٹےبچےبچےہیں۔</w:t>
      </w:r>
    </w:p>
    <w:p>
      <w:r>
        <w:rPr>
          <w:b/>
        </w:rPr>
        <w:t xml:space="preserve">[05:57] </w:t>
      </w:r>
      <w:r>
        <w:t>yeh khwab mein samajhta hoon ke qayamat ke aane ki khabar hai.</w:t>
      </w:r>
    </w:p>
    <w:p>
      <w:pPr>
        <w:jc w:val="right"/>
      </w:pPr>
      <w:r>
        <w:t>یہ خوابمیںسمجھتاہوںکہ قیامتکے آنےکی خبرہے۔</w:t>
      </w:r>
    </w:p>
    <w:p>
      <w:r>
        <w:rPr>
          <w:b/>
        </w:rPr>
        <w:t xml:space="preserve">[06:04] </w:t>
      </w:r>
      <w:r>
        <w:t>is tarah ke khwab bohat zyada dekh rahe hain log duniya ke mukhtalif hisson mein. Ke qayamat qareeb aa gayi. To is khwab ko sun kar mujhe ek hadith yaad aayi.</w:t>
      </w:r>
    </w:p>
    <w:p>
      <w:pPr>
        <w:jc w:val="right"/>
      </w:pPr>
      <w:r>
        <w:t>اسطرحکےخواببہت زیادہ دیکھرہےہیںلوگ دنیا کےمختلف حصوںمیں ۔ کہقیامتقریبآگئی ۔ تو اسخوابکو سنکرمجھےایکحدیثیادآئی۔</w:t>
      </w:r>
    </w:p>
    <w:p>
      <w:r>
        <w:rPr>
          <w:b/>
        </w:rPr>
        <w:t xml:space="preserve">[06:16] </w:t>
      </w:r>
      <w:r>
        <w:t>aise hi mein aaj ki apni baat shuru karta hoon. Rasoolullah salallahu alaihi wasallam ne farmaya: "Bu'ithtu wa anas-sa'atu ka'an-nahuma ka'an-nahu qad qadama".</w:t>
      </w:r>
    </w:p>
    <w:p>
      <w:pPr>
        <w:jc w:val="right"/>
      </w:pPr>
      <w:r>
        <w:t>اسیسےمیں آج کی اپنی بات شروع کرتاہوں۔ رسولاللہصلیاللہعلیہوسلمنےفرمایا: "بعثت و اناوسعت کہ اتین"۔</w:t>
      </w:r>
    </w:p>
    <w:p>
      <w:r>
        <w:rPr>
          <w:b/>
        </w:rPr>
        <w:t xml:space="preserve">[06:28] </w:t>
      </w:r>
      <w:r>
        <w:t>mein aur qayamat dono bheje gaye hain is tarah jaise do ungliyan. Jaise do ungliyan paas paas hain, aise mein aur qayamat paas paas hain.</w:t>
      </w:r>
    </w:p>
    <w:p>
      <w:pPr>
        <w:jc w:val="right"/>
      </w:pPr>
      <w:r>
        <w:t>میں اور قیامت دونوں بھیجےگئےہیں اسطرحجیسے دوانگل یاں۔ جسدوانگلیاںپاسپاسہیں، ایسےمیںاورقیامت پاسپاسہیں۔</w:t>
      </w:r>
    </w:p>
    <w:p>
      <w:r>
        <w:rPr>
          <w:b/>
        </w:rPr>
        <w:t xml:space="preserve">[06:41] </w:t>
      </w:r>
      <w:r>
        <w:t>is ka matlab kya hai? Rasoolullah aakhri paighambar thay. Hazaron saal tak paighambar aate rahe yahan tak ke aakhri paighambar Allah taala ne bhej diya.</w:t>
      </w:r>
    </w:p>
    <w:p>
      <w:pPr>
        <w:jc w:val="right"/>
      </w:pPr>
      <w:r>
        <w:t>اسکامطلبکیاہے ؟ رسولاللہ آخریپیغمبرتھے۔ ہزاروںسالتک پیغمبرآتےرہے یہاںتککہآخریپیغمبر اللہ تعالیٰنےبھیجدیا۔</w:t>
      </w:r>
    </w:p>
    <w:p>
      <w:r>
        <w:rPr>
          <w:b/>
        </w:rPr>
        <w:t xml:space="preserve">[06:54] </w:t>
      </w:r>
      <w:r>
        <w:t>ab iske baad jo aana hai woh qayamat hai.</w:t>
      </w:r>
    </w:p>
    <w:p>
      <w:pPr>
        <w:jc w:val="right"/>
      </w:pPr>
      <w:r>
        <w:t>اباسکےبعد جوآن یہےوہقیامتہے۔</w:t>
      </w:r>
    </w:p>
    <w:p>
      <w:r>
        <w:rPr>
          <w:b/>
        </w:rPr>
        <w:t xml:space="preserve">[06:57] </w:t>
      </w:r>
      <w:r>
        <w:t>ab kisi paighambar ko aana nahi hai. Ab koi bhi paighambar na zameen se niklega na aasman se utrega. Ab ab jo cheez aayegi woh Surah Israfil hai aur qayamat hai.</w:t>
      </w:r>
    </w:p>
    <w:p>
      <w:pPr>
        <w:jc w:val="right"/>
      </w:pPr>
      <w:r>
        <w:t>ابکسی پیغمبرکوآنانہیںہے۔ ابکوئیبھی پیغمبر نہزمین سےنکلےگانہآسمانسےاترےگا۔ اب ابجوچیزآئےگیوہ سورہاسرافیلہےاورقیامتہے۔</w:t>
      </w:r>
    </w:p>
    <w:p>
      <w:r>
        <w:rPr>
          <w:b/>
        </w:rPr>
        <w:t xml:space="preserve">[07:12] </w:t>
      </w:r>
      <w:r>
        <w:t>yeh matlab hai ke mein aur qayamat dono is tarah qareeb hain jaise ke do ungliyan.</w:t>
      </w:r>
    </w:p>
    <w:p>
      <w:pPr>
        <w:jc w:val="right"/>
      </w:pPr>
      <w:r>
        <w:t>یہمطلبہےکہ میں اورقیامتدونوںاسطرح قریب ہیں جیسےکہ دوانگل یاں۔</w:t>
      </w:r>
    </w:p>
    <w:p>
      <w:r>
        <w:rPr>
          <w:b/>
        </w:rPr>
        <w:t xml:space="preserve">[07:20] </w:t>
      </w:r>
      <w:r>
        <w:t>to mein samajhta hoon ke saare asbab ab saamne aa gaye hain ke qayamat bohat qareeb hai.</w:t>
      </w:r>
    </w:p>
    <w:p>
      <w:pPr>
        <w:jc w:val="right"/>
      </w:pPr>
      <w:r>
        <w:t>تو میںسمجھتاہوںکہ سارےاسباب اب سامنےآگئےہیں کہ قیامتبہت قریبہے۔</w:t>
      </w:r>
    </w:p>
    <w:p>
      <w:r>
        <w:rPr>
          <w:b/>
        </w:rPr>
        <w:t xml:space="preserve">[07:30] </w:t>
      </w:r>
      <w:r>
        <w:t>iska matlab kya hai? iska matlab hai ke humein bohat zyada cautious hona chahiye. cautious.</w:t>
      </w:r>
    </w:p>
    <w:p>
      <w:pPr>
        <w:jc w:val="right"/>
      </w:pPr>
      <w:r>
        <w:t>اسکامطلبکیاہے ؟ اسکامطلبہےکہہمیں بہت زیادہ cautiousہوناچاہیے۔Cautious۔</w:t>
      </w:r>
    </w:p>
    <w:p>
      <w:r>
        <w:rPr>
          <w:b/>
        </w:rPr>
        <w:t xml:space="preserve">[07:39] </w:t>
      </w:r>
      <w:r>
        <w:t>chaukana.</w:t>
      </w:r>
    </w:p>
    <w:p>
      <w:pPr>
        <w:jc w:val="right"/>
      </w:pPr>
      <w:r>
        <w:t>چ وکنا۔</w:t>
      </w:r>
    </w:p>
    <w:p>
      <w:r>
        <w:rPr>
          <w:b/>
        </w:rPr>
        <w:t xml:space="preserve">[07:41] </w:t>
      </w:r>
      <w:r>
        <w:t>do pehluon se. ek to yeh ke hum khud apne amal ko durust karein. apni zindagi ko durust karein.</w:t>
      </w:r>
    </w:p>
    <w:p>
      <w:pPr>
        <w:jc w:val="right"/>
      </w:pPr>
      <w:r>
        <w:t>دو پہلوؤںسے۔ ایکتویہ کہہم خود اپنے عملکودرستکریں۔ اپنی زندگی کودرستکریں۔</w:t>
      </w:r>
    </w:p>
    <w:p>
      <w:r>
        <w:rPr>
          <w:b/>
        </w:rPr>
        <w:t xml:space="preserve">[07:53] </w:t>
      </w:r>
      <w:r>
        <w:t>apne aap ko aisa banayein ke jab Allah taala se samna hamara ho hashar ke maidan mein to wahan hum ko sharminda na hona pade.</w:t>
      </w:r>
    </w:p>
    <w:p>
      <w:pPr>
        <w:jc w:val="right"/>
      </w:pPr>
      <w:r>
        <w:t>اپنے آپ کو ایسابنائیںکہ جب اللہتعالیٰسےسامناہماراہو حشرکےمیدانمیں تو وہاںہمکو ش رمندہنہہوناپڑے۔</w:t>
      </w:r>
    </w:p>
    <w:p>
      <w:r>
        <w:rPr>
          <w:b/>
        </w:rPr>
        <w:t xml:space="preserve">[08:06] </w:t>
      </w:r>
      <w:r>
        <w:t>wahan hum ko Allah taala qabool farmaye jannat ke liye. aakhri waqt aa gaya hai ke hum is aitbaar se bohat zyada</w:t>
      </w:r>
    </w:p>
    <w:p>
      <w:pPr>
        <w:jc w:val="right"/>
      </w:pPr>
      <w:r>
        <w:t>وہاںہمکو اللہ تعالیٰ قبولفرمائے جنتکےلیے۔ آخریوقت آگیاہےکہہماساعتبارسےبہت زیادہ</w:t>
      </w:r>
    </w:p>
    <w:p>
      <w:r>
        <w:rPr>
          <w:b/>
        </w:rPr>
        <w:t xml:space="preserve">[08:18] </w:t>
      </w:r>
      <w:r>
        <w:t>bohat zyada active ho jayein.</w:t>
      </w:r>
    </w:p>
    <w:p>
      <w:pPr>
        <w:jc w:val="right"/>
      </w:pPr>
      <w:r>
        <w:t>بہت زیادہ ac tiveہوجائیں۔</w:t>
      </w:r>
    </w:p>
    <w:p>
      <w:r>
        <w:rPr>
          <w:b/>
        </w:rPr>
        <w:t xml:space="preserve">[08:21] </w:t>
      </w:r>
      <w:r>
        <w:t>doosri baat hai dawat. dekhiye jo log imaan rakhte hain Allah par, Rasool par, Quran par, unka farz hai, farz hai, farz hai ke doosron ko Allah ka paigham pahunchayein.</w:t>
      </w:r>
    </w:p>
    <w:p>
      <w:pPr>
        <w:jc w:val="right"/>
      </w:pPr>
      <w:r>
        <w:t>دوسریباتہے دعوت ۔ دیکھیے جو لوگ ایمانرکھتےہیںاللہ پر ،رسول پر ،قرآنپر ،انکا فرضہے، فرضہے، فرضہے کہدوسروںکو اللہ کا پیغامپہنچائیں۔</w:t>
      </w:r>
    </w:p>
    <w:p>
      <w:r>
        <w:rPr>
          <w:b/>
        </w:rPr>
        <w:t xml:space="preserve">[08:41] </w:t>
      </w:r>
      <w:r>
        <w:t>to ab humein two point formula par chalna hoga.</w:t>
      </w:r>
    </w:p>
    <w:p>
      <w:pPr>
        <w:jc w:val="right"/>
      </w:pPr>
      <w:r>
        <w:t>تو اب ہمیں two point فارمولاپرچلناہے۔</w:t>
      </w:r>
    </w:p>
    <w:p>
      <w:r>
        <w:rPr>
          <w:b/>
        </w:rPr>
        <w:t xml:space="preserve">[08:47] </w:t>
      </w:r>
      <w:r>
        <w:t>khud Allah ke deen par amal karna. khud apne aap ko is tarah banana ke Allah ke haan hum</w:t>
      </w:r>
    </w:p>
    <w:p>
      <w:pPr>
        <w:jc w:val="right"/>
      </w:pPr>
      <w:r>
        <w:t>خود اللہ کےدینپر عمل کرنا۔ خود اپنےآپکو اسطرح بن انا کہاللہ کے ہاںہم</w:t>
      </w:r>
    </w:p>
    <w:p>
      <w:r>
        <w:rPr>
          <w:b/>
        </w:rPr>
        <w:t xml:space="preserve">[09:00] </w:t>
      </w:r>
      <w:r>
        <w:t>Allah ki pakad se bach sakein qayamat mein. aur doosri hai ke hum insano ko Allah ka paigham pahunchayein.</w:t>
      </w:r>
    </w:p>
    <w:p>
      <w:pPr>
        <w:jc w:val="right"/>
      </w:pPr>
      <w:r>
        <w:t>اللہ کیپکڑسےبچسکیں قیامتمیں۔ اور دوس ریہےکہہم انسانوںکو اللہ کاپیغام پہنچائیں۔</w:t>
      </w:r>
    </w:p>
    <w:p>
      <w:r>
        <w:rPr>
          <w:b/>
        </w:rPr>
        <w:t xml:space="preserve">[09:11] </w:t>
      </w:r>
      <w:r>
        <w:t>ras</w:t>
      </w:r>
    </w:p>
    <w:p>
      <w:pPr>
        <w:jc w:val="right"/>
      </w:pPr>
      <w:r>
        <w:t>رس</w:t>
      </w:r>
    </w:p>
    <w:p>
      <w:r>
        <w:rPr>
          <w:b/>
        </w:rPr>
        <w:t xml:space="preserve">[09:12] </w:t>
      </w:r>
      <w:r>
        <w:t>ool Allah sallallahu alaihi wasallam ko Quran mein bataya gaya hai munzir yani warning dene wala. hum sab logon ko warner banna hoga.</w:t>
      </w:r>
    </w:p>
    <w:p>
      <w:pPr>
        <w:jc w:val="right"/>
      </w:pPr>
      <w:r>
        <w:t>ولاللہصلیاللہعلیہوسلمکو قرآنمیںبتایاگیاہےمنظر یعنی war ningدینےوالا۔ ہمسب لوگوںکوwarner بنناہے۔</w:t>
      </w:r>
    </w:p>
    <w:p>
      <w:r>
        <w:rPr>
          <w:b/>
        </w:rPr>
        <w:t xml:space="preserve">[09:22] </w:t>
      </w:r>
      <w:r>
        <w:t>yani Rasool Allah ke manne wale jo log hain woh sab warner hain. warner. mein</w:t>
      </w:r>
    </w:p>
    <w:p>
      <w:pPr>
        <w:jc w:val="right"/>
      </w:pPr>
      <w:r>
        <w:t>یعنی رسولاللہ کے ماننےوالےجولوگ ہیںوہسب war nerہیں۔War ner۔ میں</w:t>
      </w:r>
    </w:p>
    <w:p>
      <w:r>
        <w:rPr>
          <w:b/>
        </w:rPr>
        <w:t xml:space="preserve">[09:33] </w:t>
      </w:r>
      <w:r>
        <w:t>warner banu aur jo log mujhe manne wale hain woh sab bhi warner banein.</w:t>
      </w:r>
    </w:p>
    <w:p>
      <w:pPr>
        <w:jc w:val="right"/>
      </w:pPr>
      <w:r>
        <w:t>war nerبنوںاورجولوگ مجھےمان نےوالےہیںوہسببھیwar nerبنیں۔</w:t>
      </w:r>
    </w:p>
    <w:p>
      <w:r>
        <w:rPr>
          <w:b/>
        </w:rPr>
        <w:t xml:space="preserve">[09:38] </w:t>
      </w:r>
      <w:r>
        <w:t>to ek yeh hai ke humein follower banna hai aur doosri yeh hai ke humein warner banna hoga. aur dono mein se koi bhi cheez aisi nahi hai jismein hum kami karke hum Allah ke haan pakad se bach sakein.</w:t>
      </w:r>
    </w:p>
    <w:p>
      <w:pPr>
        <w:jc w:val="right"/>
      </w:pPr>
      <w:r>
        <w:t>تو ایک یہہےکہہمیں followerبنناہے اور دوس رییہہےکہہمیں war nerبنناہے۔ اندونوںمیںسےکوئیبھیچیزایسینہیںہے جسمیں ہمکمیکرکےہماللہ کےہاں پکڑسےبچسکیں۔</w:t>
      </w:r>
    </w:p>
    <w:p>
      <w:r>
        <w:rPr>
          <w:b/>
        </w:rPr>
        <w:t xml:space="preserve">[09:55] </w:t>
      </w:r>
      <w:r>
        <w:t>yaad rakhiye dono equally matloob hain. yeh bilkul fareb hai. fareb.</w:t>
      </w:r>
    </w:p>
    <w:p>
      <w:pPr>
        <w:jc w:val="right"/>
      </w:pPr>
      <w:r>
        <w:t>یادرکھیے دونوں equ ally مطلوبہیں۔ یہبالکل فریبہے۔ فریب۔</w:t>
      </w:r>
    </w:p>
    <w:p>
      <w:r>
        <w:rPr>
          <w:b/>
        </w:rPr>
        <w:t xml:space="preserve">[10:04] </w:t>
      </w:r>
      <w:r>
        <w:t>koi yeh samjhe ke ek ko karke doosre se hum bach jayenge.</w:t>
      </w:r>
    </w:p>
    <w:p>
      <w:pPr>
        <w:jc w:val="right"/>
      </w:pPr>
      <w:r>
        <w:t>کوئییہسمجھے کہ ایک کوکرکے دوسرےسےہمبچجائیںگے۔</w:t>
      </w:r>
    </w:p>
    <w:p>
      <w:r>
        <w:rPr>
          <w:b/>
        </w:rPr>
        <w:t xml:space="preserve">[10:09] </w:t>
      </w:r>
      <w:r>
        <w:t>yani humein follower bhi banna hai aur warner bhi banna hai. aur aaj hi se banna hai. woh qaul yahan par chipakta hai ke "There is no better time to start than this very minute".</w:t>
      </w:r>
    </w:p>
    <w:p>
      <w:pPr>
        <w:jc w:val="right"/>
      </w:pPr>
      <w:r>
        <w:t>یعنیہمیںfollowerبھیبنناہےاور war nerبھیبنناہے۔ اور آجہیسےبنناہے۔ وہ قولیہاںپر چسپاںہوتاہےکہ "Thereisnobettertime tostart than this veryminute"۔</w:t>
      </w:r>
    </w:p>
    <w:p>
      <w:r>
        <w:rPr>
          <w:b/>
        </w:rPr>
        <w:t xml:space="preserve">[10:24] </w:t>
      </w:r>
      <w:r>
        <w:t>abhi se shuru kar dijiye. kyun? is liye ke qayamat aaj shaam ko aa sakti hai. kal subah ko aa sakti hai. to yeh ek Hadees hai jo maine aap ke samne rakhi.</w:t>
      </w:r>
    </w:p>
    <w:p>
      <w:pPr>
        <w:jc w:val="right"/>
      </w:pPr>
      <w:r>
        <w:t>ابھیسےشروعکردیجیے۔ کیوں؟اسلیےکہ قیامتآجشامکوآسکتیہے۔ کل صبحکوآسکتیہے۔ تویہایکحدیثیہہے جو میںنےآپکےسامنےرکھی۔</w:t>
      </w:r>
    </w:p>
    <w:p>
      <w:r>
        <w:rPr>
          <w:b/>
        </w:rPr>
        <w:t xml:space="preserve">[10:38] </w:t>
      </w:r>
      <w:r>
        <w:t>ab main kuch aur Hadeesein aap ke samne rakhna chahta hoon. ek Hadees hai: "Man qala la ilaha illallah dakhala al jannah".</w:t>
      </w:r>
    </w:p>
    <w:p>
      <w:pPr>
        <w:jc w:val="right"/>
      </w:pPr>
      <w:r>
        <w:t>ابمیں کچھاورحدیثیں آپ کےسامنےرکھناچاہتاہوں۔ ایکحدیثیہہے: "من قال لا الہالا اللہ دخل الج نہ"۔</w:t>
      </w:r>
    </w:p>
    <w:p>
      <w:r>
        <w:rPr>
          <w:b/>
        </w:rPr>
        <w:t xml:space="preserve">[10:53] </w:t>
      </w:r>
      <w:r>
        <w:t>jis aadmi ne kaha ke Allah ke siwa koi aur maabood nahi hai to woh jannat mein dakhil hoga.</w:t>
      </w:r>
    </w:p>
    <w:p>
      <w:pPr>
        <w:jc w:val="right"/>
      </w:pPr>
      <w:r>
        <w:t>جس آدمینےکہا کہ اللہ کے سوا کوئی اور معبودنہیںہے تو وہجنتمیںداخلہوگا۔</w:t>
      </w:r>
    </w:p>
    <w:p>
      <w:r>
        <w:rPr>
          <w:b/>
        </w:rPr>
        <w:t xml:space="preserve">[11:03] </w:t>
      </w:r>
      <w:r>
        <w:t>dekhiye yahan par lafz qaul hai lekin yeh saada qaul nahi hai. yeh marifat ka qaul hai. yeh discovery ka qaul hai.</w:t>
      </w:r>
    </w:p>
    <w:p>
      <w:pPr>
        <w:jc w:val="right"/>
      </w:pPr>
      <w:r>
        <w:t>دیکھیےیہاںپر لفظقولہے لیکن یہ سادہ قولنہیںہے۔ یہ معرفتکاقولہے۔ یہ disc overyکاقولہے۔</w:t>
      </w:r>
    </w:p>
    <w:p>
      <w:r>
        <w:rPr>
          <w:b/>
        </w:rPr>
        <w:t xml:space="preserve">[11:15] </w:t>
      </w:r>
      <w:r>
        <w:t>yeh realization ka qaul hai. jaisa ke saatwein paray ke shuru mein bataya gaya hai.</w:t>
      </w:r>
    </w:p>
    <w:p>
      <w:pPr>
        <w:jc w:val="right"/>
      </w:pPr>
      <w:r>
        <w:t>یہ realiz ationکاقولہے۔ جیساکہ ساتویںپارےکے شروع میںبتایاگیاہے۔</w:t>
      </w:r>
    </w:p>
    <w:p>
      <w:r>
        <w:rPr>
          <w:b/>
        </w:rPr>
        <w:t xml:space="preserve">[11:23] </w:t>
      </w:r>
      <w:r>
        <w:t>saatwein paray ke shuru mein jo aayatein hain usko padhiye aap. Quran ke saare saatwein paray ke. ke jab aadmi ko Allah ki daryaft hoti hai.</w:t>
      </w:r>
    </w:p>
    <w:p>
      <w:pPr>
        <w:jc w:val="right"/>
      </w:pPr>
      <w:r>
        <w:t>ساتویںپارےکےشروع میںجوآیتیںہیںاسکوپڑھیےآپ ۔ قرآنکےسارے ساتویںپارےکے۔ کہجب آدمیکو اللہ کیدریا فت ہوتیہے۔</w:t>
      </w:r>
    </w:p>
    <w:p>
      <w:r>
        <w:rPr>
          <w:b/>
        </w:rPr>
        <w:t xml:space="preserve">[11:35] </w:t>
      </w:r>
      <w:r>
        <w:t>jab woh Allah ko discovery ke darjay mein pata hai. jab usko sachai ka realization hota hai. to uske andar ek bhonchal aata hai.</w:t>
      </w:r>
    </w:p>
    <w:p>
      <w:pPr>
        <w:jc w:val="right"/>
      </w:pPr>
      <w:r>
        <w:t>جبوہ اللہ کو disc overyکےدرجےمیںپاتاہے۔ جب اسکو سچائی کاrealiz ationہوتاہے۔ تو اسکے اندرایکبھونچالآتاہے۔</w:t>
      </w:r>
    </w:p>
    <w:p>
      <w:r>
        <w:rPr>
          <w:b/>
        </w:rPr>
        <w:t xml:space="preserve">[11:47] </w:t>
      </w:r>
      <w:r>
        <w:t>iske sine mein. iske dil mein. iski poori rooh mein. to ek naya inqilab. ek revolution aata hai. iski personality mein. iski personality mein.</w:t>
      </w:r>
    </w:p>
    <w:p>
      <w:pPr>
        <w:jc w:val="right"/>
      </w:pPr>
      <w:r>
        <w:t>اسکےسینےمیں۔اسکےدلمیں ۔ اسکی پوریروحمیں ۔تو ایک نیا انقلاب ۔ایک ایکre volution آتاہےاسکیشخص یتمیں۔اسکیpersonal ityمیں۔</w:t>
      </w:r>
    </w:p>
    <w:p>
      <w:r>
        <w:rPr>
          <w:b/>
        </w:rPr>
        <w:t xml:space="preserve">[12:03] </w:t>
      </w:r>
      <w:r>
        <w:t>to yeh la ilaha illallah isika ek izhaar hai. yeh lip service nahin hai.</w:t>
      </w:r>
    </w:p>
    <w:p>
      <w:pPr>
        <w:jc w:val="right"/>
      </w:pPr>
      <w:r>
        <w:t>تو یہ لا الہالا اللہ اسیکاایک اظہارہے۔ یہ lip lipservice نہیںہے۔</w:t>
      </w:r>
    </w:p>
    <w:p>
      <w:r>
        <w:rPr>
          <w:b/>
        </w:rPr>
        <w:t xml:space="preserve">[12:13] </w:t>
      </w:r>
      <w:r>
        <w:t>balkeh dil ki pukaar hai. rooh ki pukaar hai. dimaagh ki pukaar hai.</w:t>
      </w:r>
    </w:p>
    <w:p>
      <w:pPr>
        <w:jc w:val="right"/>
      </w:pPr>
      <w:r>
        <w:t>بلکہ دلکیپکار ہے۔ روحکیپکارہے۔ دماغکیپکار ہے۔</w:t>
      </w:r>
    </w:p>
    <w:p>
      <w:r>
        <w:rPr>
          <w:b/>
        </w:rPr>
        <w:t xml:space="preserve">[12:20] </w:t>
      </w:r>
      <w:r>
        <w:t>to ek baat yeh hai keh jo aadmi is tarah duniya mein raha keh usko creator ki discovery hui.</w:t>
      </w:r>
    </w:p>
    <w:p>
      <w:pPr>
        <w:jc w:val="right"/>
      </w:pPr>
      <w:r>
        <w:t>توایکباتیہہے کہ جو آدمی اسطرحدنیا میںرہا کہاسکو cre ator کی disc overyہوئی ۔</w:t>
      </w:r>
    </w:p>
    <w:p>
      <w:r>
        <w:rPr>
          <w:b/>
        </w:rPr>
        <w:t xml:space="preserve">[12:32] </w:t>
      </w:r>
      <w:r>
        <w:t>iski personality mein. iski personality mein. ek revolution aaya. ek bhonchal aaya. aur woh usne is baat ka acknowledge kiya Khuda ke Khuda ke wajood ka Khuda ke Lord of the universe hone ka aur jo bhi Khuda ki attributes hain ko maana aur phir apni zabaan se iqraar kiya.</w:t>
      </w:r>
    </w:p>
    <w:p>
      <w:pPr>
        <w:jc w:val="right"/>
      </w:pPr>
      <w:r>
        <w:t>اسکیشخص یتمیں ۔اسکیpersonal ityمیں۔ ایک re volutionآیا۔ ایک بھونچالآیا۔ اور وہ اسنے اسبات کاacknowledgeکیا خدا کے خداکا کےوجود کا خداکے Lord ofthe universeہونےکا اور جوبھیخداکی att ributesہیں کو مانا اورپھر اپنیزبان سے اقرارکیا۔</w:t>
      </w:r>
    </w:p>
    <w:p>
      <w:r>
        <w:rPr>
          <w:b/>
        </w:rPr>
        <w:t xml:space="preserve">[13:01] </w:t>
      </w:r>
      <w:r>
        <w:t>maan na bhi zaroori hai aur usko acknowledge karna zabaan se woh bhi zaroori hai.</w:t>
      </w:r>
    </w:p>
    <w:p>
      <w:pPr>
        <w:jc w:val="right"/>
      </w:pPr>
      <w:r>
        <w:t>مان نابھیضروریہے اور اسکوacknowledgeکرنازبان سے وہبھیضروریہے۔</w:t>
      </w:r>
    </w:p>
    <w:p>
      <w:r>
        <w:rPr>
          <w:b/>
        </w:rPr>
        <w:t xml:space="preserve">[13:06] </w:t>
      </w:r>
      <w:r>
        <w:t>to jo aadmi is tarah se kahe</w:t>
      </w:r>
    </w:p>
    <w:p>
      <w:pPr>
        <w:jc w:val="right"/>
      </w:pPr>
      <w:r>
        <w:t>توجو آدمی اسطرح سے کہے</w:t>
      </w:r>
    </w:p>
    <w:p>
      <w:r>
        <w:rPr>
          <w:b/>
        </w:rPr>
        <w:t xml:space="preserve">[13:11] </w:t>
      </w:r>
      <w:r>
        <w:t>la ilaha illallah</w:t>
      </w:r>
    </w:p>
    <w:p>
      <w:pPr>
        <w:jc w:val="right"/>
      </w:pPr>
      <w:r>
        <w:t>لا الہالا اللہ</w:t>
      </w:r>
    </w:p>
    <w:p>
      <w:r>
        <w:rPr>
          <w:b/>
        </w:rPr>
        <w:t xml:space="preserve">[13:14] </w:t>
      </w:r>
      <w:r>
        <w:t>jismein jo jiske liye Allah la ilaha illallah dil ki pukaar ho</w:t>
      </w:r>
    </w:p>
    <w:p>
      <w:pPr>
        <w:jc w:val="right"/>
      </w:pPr>
      <w:r>
        <w:t>جسمیں جو جسکےلیے اللہ لاالہالااللہدل کیپکارہو</w:t>
      </w:r>
    </w:p>
    <w:p>
      <w:r>
        <w:rPr>
          <w:b/>
        </w:rPr>
        <w:t xml:space="preserve">[13:19] </w:t>
      </w:r>
      <w:r>
        <w:t>uski personality ka</w:t>
      </w:r>
    </w:p>
    <w:p>
      <w:pPr>
        <w:jc w:val="right"/>
      </w:pPr>
      <w:r>
        <w:t>اسکی personal ityکا</w:t>
      </w:r>
    </w:p>
    <w:p>
      <w:r>
        <w:rPr>
          <w:b/>
        </w:rPr>
        <w:t xml:space="preserve">[13:22] </w:t>
      </w:r>
      <w:r>
        <w:t>izhaar ho uske andar jo ek samandar</w:t>
      </w:r>
    </w:p>
    <w:p>
      <w:pPr>
        <w:jc w:val="right"/>
      </w:pPr>
      <w:r>
        <w:t>اظہارہو اسکےاندرجو ایک سم ندر</w:t>
      </w:r>
    </w:p>
    <w:p>
      <w:r>
        <w:rPr>
          <w:b/>
        </w:rPr>
        <w:t xml:space="preserve">[13:27] </w:t>
      </w:r>
      <w:r>
        <w:t>moujzan hua hai uska uski aawaaz ho to uske liye jannat hai.</w:t>
      </w:r>
    </w:p>
    <w:p>
      <w:pPr>
        <w:jc w:val="right"/>
      </w:pPr>
      <w:r>
        <w:t>موزنہواہے اسکا اسکیآواز ہو تواسکےلیےجنتہے۔</w:t>
      </w:r>
    </w:p>
    <w:p>
      <w:r>
        <w:rPr>
          <w:b/>
        </w:rPr>
        <w:t xml:space="preserve">[13:36] </w:t>
      </w:r>
      <w:r>
        <w:t>jannat yaad rakhiye aarifeen ke liye hai. jannat lip service karne walon ke liye nahin hai. jannat un logon ke liye hai jinko marifat hui. jinko realization hua.</w:t>
      </w:r>
    </w:p>
    <w:p>
      <w:pPr>
        <w:jc w:val="right"/>
      </w:pPr>
      <w:r>
        <w:t>جنت یادرکھیےعارفینکےلیے ہے۔ جنت lip service کرنےوالوںکےلیےنہیںہے۔ جنتانلوگوںکےلیےہے جنکو معرفتہوئی ۔جنکو realiz ationہوا۔</w:t>
      </w:r>
    </w:p>
    <w:p>
      <w:r>
        <w:rPr>
          <w:b/>
        </w:rPr>
        <w:t xml:space="preserve">[13:48] </w:t>
      </w:r>
      <w:r>
        <w:t>jinko Allah ki discovery hui. aur phir unki personality unki personality mein ek revolution aaya. ek inqilab aaya. to yeh matlab hai is hadees ka.</w:t>
      </w:r>
    </w:p>
    <w:p>
      <w:pPr>
        <w:jc w:val="right"/>
      </w:pPr>
      <w:r>
        <w:t>جنکواللہ کیdiscoveryہوئی ۔ اور پھر انکی personal ity انکیشخص یت میںایک re volutionآیا۔ایک انقلابآیا۔ تویہمطلبہے اس حدیثکا ۔</w:t>
      </w:r>
    </w:p>
    <w:p>
      <w:r>
        <w:rPr>
          <w:b/>
        </w:rPr>
        <w:t xml:space="preserve">[14:01] </w:t>
      </w:r>
      <w:r>
        <w:t>aise hi dekhiye ek hadees jo Imam Bukhari ne sabse pehla pehla riwayat jo jama'a naqal ki hai apni kitaab mein wohi yeh hai keh "innamal a'maal binniyat".</w:t>
      </w:r>
    </w:p>
    <w:p>
      <w:pPr>
        <w:jc w:val="right"/>
      </w:pPr>
      <w:r>
        <w:t>ایسےہیدیکھیے ایکحدیثجو امامبخارینےسبسےپہلا پہلیروایتجوجمع نقلکیہےاپنیکتاب میںوہیہیہے کہ"ان ما الاعمال بالنیات" ۔</w:t>
      </w:r>
    </w:p>
    <w:p>
      <w:r>
        <w:rPr>
          <w:b/>
        </w:rPr>
        <w:t xml:space="preserve">[14:16] </w:t>
      </w:r>
      <w:r>
        <w:t>amal ka dar-o-madar niyat par hai. in actions depend on intention.</w:t>
      </w:r>
    </w:p>
    <w:p>
      <w:pPr>
        <w:jc w:val="right"/>
      </w:pPr>
      <w:r>
        <w:t>عمل کادار ومدار نیتپر ہے۔ ان ac tions dep end on intention۔</w:t>
      </w:r>
    </w:p>
    <w:p>
      <w:r>
        <w:rPr>
          <w:b/>
        </w:rPr>
        <w:t xml:space="preserve">[14:28] </w:t>
      </w:r>
      <w:r>
        <w:t>duniya mein hum jo kuch bhi karte hain woh iske zaahir ke aitbaar se Allah ke haan nahin liya jayega. andar ke yaani intention ke aitbaar se liya jayega. yaani spirit ke aitbaar se.</w:t>
      </w:r>
    </w:p>
    <w:p>
      <w:pPr>
        <w:jc w:val="right"/>
      </w:pPr>
      <w:r>
        <w:t>دنیا میںہمجوکچھبھیکرتے ہیں وہ اسکے ظاہرکےاعتبارسےاللہ کےہاںنہیں لیاجائےگا۔ اندر کے یعنیintentionکےاعتبارسےلیاجائےگا۔یعنی spiritکےاعتبارسے۔</w:t>
      </w:r>
    </w:p>
    <w:p>
      <w:r>
        <w:rPr>
          <w:b/>
        </w:rPr>
        <w:t xml:space="preserve">[14:43] </w:t>
      </w:r>
      <w:r>
        <w:t>chahe aap kalma padhein. chahe aap namaz padhein. chahe aap hajj karein. chahe aap apna paisa dein.</w:t>
      </w:r>
    </w:p>
    <w:p>
      <w:pPr>
        <w:jc w:val="right"/>
      </w:pPr>
      <w:r>
        <w:t>چاہےآپ کلمہ پڑھیں۔ چاہےآپنمازپڑھیں۔ چاہےآپحجکریں۔ چاہےآپ اپنا پیسہدیں۔</w:t>
      </w:r>
    </w:p>
    <w:p>
      <w:r>
        <w:rPr>
          <w:b/>
        </w:rPr>
        <w:t xml:space="preserve">[14:53] </w:t>
      </w:r>
      <w:r>
        <w:t>achhe kaamon mein kuch bhi. to ek uska zaahir hota hai. lekin sirf iske zaahir ke aitbaar se Allah ke haan darja nahin banta.</w:t>
      </w:r>
    </w:p>
    <w:p>
      <w:pPr>
        <w:jc w:val="right"/>
      </w:pPr>
      <w:r>
        <w:t>اچھےکاموںمیںکچھبھی ۔توایکاسکا ظاہرہوتاہے۔ لیکن صرف اسکےظاہرکےاعتبارسےاللہ کےہاں درج ہنہیںبنتا۔</w:t>
      </w:r>
    </w:p>
    <w:p>
      <w:r>
        <w:rPr>
          <w:b/>
        </w:rPr>
        <w:t xml:space="preserve">[15:03] </w:t>
      </w:r>
      <w:r>
        <w:t>kis spirit se diya hai. kis jazbe se diya hai. kis niyat se diya hai. woh maana jayega.</w:t>
      </w:r>
    </w:p>
    <w:p>
      <w:pPr>
        <w:jc w:val="right"/>
      </w:pPr>
      <w:r>
        <w:t>کسآپنےکس spiritسےدیاہے۔ کسجذبےسےدیاہے۔ کسنیتسےدیاہے۔ وہ ماناجائےگا۔</w:t>
      </w:r>
    </w:p>
    <w:p>
      <w:r>
        <w:rPr>
          <w:b/>
        </w:rPr>
        <w:t xml:space="preserve">[15:13] </w:t>
      </w:r>
      <w:r>
        <w:t>jaise misaal ke taur par Quran Majeed mein hai keh "wa yut'imoona 'ala hubbihi miskeenan wa yateeman wa aseera". un logon ko dete hain jo dete hain woh aur unke dil ka par hai hote hain.</w:t>
      </w:r>
    </w:p>
    <w:p>
      <w:pPr>
        <w:jc w:val="right"/>
      </w:pPr>
      <w:r>
        <w:t>جیسےمثالکےطورپر قرآنمجیدمیںہے کہی وت ون و قلوب وج لہ۔ ان لوگوںکودیتےہیںجودیتےہیںوہ اورانکےدل کانپرہےہوتےہیں۔</w:t>
      </w:r>
    </w:p>
    <w:p>
      <w:r>
        <w:rPr>
          <w:b/>
        </w:rPr>
        <w:t xml:space="preserve">[15:30] </w:t>
      </w:r>
      <w:r>
        <w:t>kisi ajeeb baat hai. "Innama nut'imukum li wajhillah, la nureedu minkum jaza'an wa la shukura".</w:t>
      </w:r>
    </w:p>
    <w:p>
      <w:pPr>
        <w:jc w:val="right"/>
      </w:pPr>
      <w:r>
        <w:t>کیسیعجیبباتہے۔ ان ما نطعم کمل وج لہ لا نریدمنکمجزا سکورا</w:t>
      </w:r>
    </w:p>
    <w:p>
      <w:r>
        <w:rPr>
          <w:b/>
        </w:rPr>
        <w:t xml:space="preserve">[15:41] </w:t>
      </w:r>
      <w:r>
        <w:t>"Inna nakhofu min Rabbina yawman 'aboosan qamoora". yaani aapne paisa diya kisi ko to paisa dene mein ke waqt aapka jazba kya tha yeh nahin tha keh maine ghareeb ko main abhi tha maine ghareeb ki madad kardi yeh nahin.</w:t>
      </w:r>
    </w:p>
    <w:p>
      <w:pPr>
        <w:jc w:val="right"/>
      </w:pPr>
      <w:r>
        <w:t>انا نخ اف منربنایوم اعبوس ق ریرا یعنیآپنےپیسہدیا کسی کو تو پیسہدینےمیں کےوقتآپکا جذبہکیاتھا یہنہیںتھاکہمیںنےغریبکو میں ابھیتھا میںنےغریبکیمددکردی یہنہیں</w:t>
      </w:r>
    </w:p>
    <w:p>
      <w:r>
        <w:rPr>
          <w:b/>
        </w:rPr>
        <w:t xml:space="preserve">[16:01] </w:t>
      </w:r>
      <w:r>
        <w:t>yeh jazba nahin keh ek ek shakhs ghareeb tha main paise wala tha to maine madad kardi.</w:t>
      </w:r>
    </w:p>
    <w:p>
      <w:pPr>
        <w:jc w:val="right"/>
      </w:pPr>
      <w:r>
        <w:t>یہ جذبہنہیںکہایکایکشخصغریبتھا میں پیسےوالاتھا تو میںنےمددکردی</w:t>
      </w:r>
    </w:p>
    <w:p>
      <w:r>
        <w:rPr>
          <w:b/>
        </w:rPr>
        <w:t xml:space="preserve">[16:07] </w:t>
      </w:r>
      <w:r>
        <w:t>yaani usko dekhkar aapko apni woh haisiyat yaad aayi jo Allah Ta'ala ke haan aapki hone wali hai kyunke woh waqt aata hai keh sab log ghareeb ho jayenge.</w:t>
      </w:r>
    </w:p>
    <w:p>
      <w:pPr>
        <w:jc w:val="right"/>
      </w:pPr>
      <w:r>
        <w:t>یعنی اسکو دیکھکرآپکو اپنی وہحیثیتیادآئیجواللہتعالیٰکےہاں آپکیہونےوالی ہے کیونکہوہوقت آتاہے کہسبلوگغریبہوجائیںگے</w:t>
      </w:r>
    </w:p>
    <w:p>
      <w:r>
        <w:rPr>
          <w:b/>
        </w:rPr>
        <w:t xml:space="preserve">[16:20] </w:t>
      </w:r>
      <w:r>
        <w:t>woh waqt aane wala hai Qayamat ke baad jahan saare farq mit jayenge ameer-o-ghareeb ka farq mit jayega chhote bade ka farq mit jayega black and white ka farq mit jayega.</w:t>
      </w:r>
    </w:p>
    <w:p>
      <w:pPr>
        <w:jc w:val="right"/>
      </w:pPr>
      <w:r>
        <w:t>وہ وقت آنےوالاہے قیامتکےبعد جہاں سارےفرقمٹجائیںگے امیروغریبکافرقمٹجائےگا چھوٹےبڑےکافرقمٹجائےگا بلیکاینڈوائٹکافرقمٹجائےگا</w:t>
      </w:r>
    </w:p>
    <w:p>
      <w:r>
        <w:rPr>
          <w:b/>
        </w:rPr>
        <w:t xml:space="preserve">[16:38] </w:t>
      </w:r>
      <w:r>
        <w:t>jitne farq is din duniya mein hain jiski wajah se log ek doosre se discrimination karte hain woh sab farq mit jayega to aadmi ne dekha ek ghareeb ko ek beemar ko ek apahij ko ek kamzor ko to usko apna waqt yaad aaya jab woh khud bhi aise hi ho jayega.</w:t>
      </w:r>
    </w:p>
    <w:p>
      <w:pPr>
        <w:jc w:val="right"/>
      </w:pPr>
      <w:r>
        <w:t>جتنے فرق اسدنیا میںہیں جسکیوجہسے لوگ ایکدوسرےسے discriminationکرتےہیں وہ سبفرقمٹجائےگا تو آدمینےدیکھا ایکغریبکو ایک بیمارکو ایک اپاہجکو ایک کمزورکو تواسکو اپناوقت یادآیا جبوہخودبھیایسےہیہوجائےگا</w:t>
      </w:r>
    </w:p>
    <w:p>
      <w:r>
        <w:rPr>
          <w:b/>
        </w:rPr>
        <w:t xml:space="preserve">[17:04] </w:t>
      </w:r>
      <w:r>
        <w:t>to usne is jazbe se itna zyada woh mutassir hua keh usne uski jaldi se madad ki kyun taake Allah Ta'ala meri madad kare is din is din mujhe khilaye jab main bhookha hoon ga is din mujhe sahara de jab main apahij ho jaunga to yeh yeh yeh hai iska naam hai niyat iska naam hai spirit.</w:t>
      </w:r>
    </w:p>
    <w:p>
      <w:pPr>
        <w:jc w:val="right"/>
      </w:pPr>
      <w:r>
        <w:t>تو اسنے اس جذبے سے اتنازیادہ وہ متاثرہوا کہاسنےاسکوجلدیسےمددکی کیوں تاکہاللہ تعالیٰمیریمددکرےاسدن اسدنمجھےکھلائےجبمیں بھوکارہوںگا اسدنمجھےسہارادےجبمیںاپاہجہوجاؤںگا تو یہ یہ یہہےاسکانامہےنیت اسکانام ہےspirit</w:t>
      </w:r>
    </w:p>
    <w:p>
      <w:r>
        <w:rPr>
          <w:b/>
        </w:rPr>
        <w:t xml:space="preserve">[17:29] </w:t>
      </w:r>
      <w:r>
        <w:t>to innamal a'maal binniyat koi mysterious cheez nahin hai koi purasrar cheez nahin hai woh spirit ka naam hai woh jazbe ka naam hai.</w:t>
      </w:r>
    </w:p>
    <w:p>
      <w:pPr>
        <w:jc w:val="right"/>
      </w:pPr>
      <w:r>
        <w:t>توان ماالاعمال بالنیات کوئی mysteriousچیزنہیںہے کوئیپراسرارچیزنہیںہے وہspiritکانامہے وہجذبےکانامہے</w:t>
      </w:r>
    </w:p>
    <w:p>
      <w:r>
        <w:rPr>
          <w:b/>
        </w:rPr>
        <w:t xml:space="preserve">[17:42] </w:t>
      </w:r>
      <w:r>
        <w:t>keh kis kis motivation ke saath aapne woh kaam kiya iska naam hai.</w:t>
      </w:r>
    </w:p>
    <w:p>
      <w:pPr>
        <w:jc w:val="right"/>
      </w:pPr>
      <w:r>
        <w:t>کہکس کس motiv ationکےساتھ آپنے وہ کامکیا اسکانام ہے</w:t>
      </w:r>
    </w:p>
    <w:p>
      <w:r>
        <w:rPr>
          <w:b/>
        </w:rPr>
        <w:t xml:space="preserve">[17:50] </w:t>
      </w:r>
      <w:r>
        <w:t>to hadees mein mazeed yeh hai keh hijrat ko le kar ke keh hijrat jisne ki to agar hijrat usne ki hai paisa kamane ke liye to usko paisa hi milega aur deen ke liye ki hai to usko deen milega yeh bohat ajeeb baat hai aajkal dekhiye bohat log jaate hain idhar udhar apne mulkon ko chhod kar bahar jaate hain.</w:t>
      </w:r>
    </w:p>
    <w:p>
      <w:pPr>
        <w:jc w:val="right"/>
      </w:pPr>
      <w:r>
        <w:t>تو حدیثمیںمزید یہہےکہ ہجرتکولےکرکے کہہجرتجسنےکی تواگر ہجرتاسنےکیہےپیسہکمانےکےلیےتواسکوپیسہہیملےگا اوردینکےلیےکیہےتواسکودینملےگا یہبہتعجیبباتہے آجکلدیکھیے بہت لوگ جاتےہیںادھرادھر اپنےملکوںکوچھوڑکرباہرجاتےہیں</w:t>
      </w:r>
    </w:p>
    <w:p>
      <w:r>
        <w:rPr>
          <w:b/>
        </w:rPr>
        <w:t xml:space="preserve">[18:17] </w:t>
      </w:r>
      <w:r>
        <w:t>to agar woh jaa rahe hain paisa kamane ke liye to unke hisse mein sirf paisa aayega aur kuch nahi aayega agar woh jaa rahe hain ke doosre bande jo doosre mulkon mein basar rahe hain unko hum Allah ka paigham pahunchayein to phir woh aur cheez milegi</w:t>
      </w:r>
    </w:p>
    <w:p>
      <w:pPr>
        <w:jc w:val="right"/>
      </w:pPr>
      <w:r>
        <w:t>تواگر وہجارہےہیںپیسہکمانےکےلیے توانکےحصےمیںصرفپیسہآئےگااورکچھنہیںآئےگا اگر وہجارہےہیں کہ دوسرے بندےجودوسرے ملکوںمیںبسرہےہیں انکوہماللہ کا پیغامپہنچائیں توپھروہاورچیزملےگی</w:t>
      </w:r>
    </w:p>
    <w:p>
      <w:r>
        <w:rPr>
          <w:b/>
        </w:rPr>
        <w:t xml:space="preserve">[18:40] </w:t>
      </w:r>
      <w:r>
        <w:t>is</w:t>
      </w:r>
    </w:p>
    <w:p>
      <w:pPr>
        <w:jc w:val="right"/>
      </w:pPr>
      <w:r>
        <w:t>اس</w:t>
      </w:r>
    </w:p>
    <w:p>
      <w:r>
        <w:rPr>
          <w:b/>
        </w:rPr>
        <w:t xml:space="preserve">[18:46] </w:t>
      </w:r>
      <w:r>
        <w:t>par ghaur karte hue meri sahib ne farmaya ke do shakalain hain ya to aap one one one mission banein ya one one two mission banein</w:t>
      </w:r>
    </w:p>
    <w:p>
      <w:pPr>
        <w:jc w:val="right"/>
      </w:pPr>
      <w:r>
        <w:t>پرغورکرتے ہوئےمیریصاحبنےفرمایاکہ دوشکلیںہیں یاتوآپ one oneone missionبنیں یا one one twomissionبنیں</w:t>
      </w:r>
    </w:p>
    <w:p>
      <w:r>
        <w:rPr>
          <w:b/>
        </w:rPr>
        <w:t xml:space="preserve">[18:56] </w:t>
      </w:r>
      <w:r>
        <w:t>ke jab aap hijrat karte hain bahar jaate hain to ya to aap aap ka sole purpose yeh ho ke bahar jaa kar ke aap dawat ka kaam kareinge aur koi maqsad nahi baqi kiya hoga woh Allah par daal dein kiya khayeinge kiya peyeinge kiya pehneinge kahaan raheinge yeh sab Allah par daal dein jaise sahaba gaye thay</w:t>
      </w:r>
    </w:p>
    <w:p>
      <w:pPr>
        <w:jc w:val="right"/>
      </w:pPr>
      <w:r>
        <w:t>کہجبآپہجرتکرتے ہیں باہرجاتےہیں تو یاتوآپ آپ کا solepurposeیہہوکہباہرجاکرکےآپ دعوتکاکامکریںگے اور کوئیمقصدنہیں باقیکیاہوگاوہاللہپرڈالدیں کیا کھائیںگےکیا پیئیںگے کیا پہنیںگے کہاںرہیںگےیہسباللہ پرڈالدیں جیسےصحابہگئےتھے</w:t>
      </w:r>
    </w:p>
    <w:p>
      <w:r>
        <w:rPr>
          <w:b/>
        </w:rPr>
        <w:t xml:space="preserve">[19:24] </w:t>
      </w:r>
      <w:r>
        <w:t>Hajjatul Wida ke baad sahaba gaye to na kahin kisi hotel mein unka reservation tha na us mulk ki currency thi unke paas hatta ke wahan ki zabaan bhi nahi aati thi unko bas chal diye dawat ka jazba le kar ke ek hai one one one mission Allah ki madad hoti hai phir woh saara kaam banta hai iska</w:t>
      </w:r>
    </w:p>
    <w:p>
      <w:pPr>
        <w:jc w:val="right"/>
      </w:pPr>
      <w:r>
        <w:t>حجۃالوداعکےبعدصحابہگئے تو نہکہیں کسی ہوٹلمیںانکاreservationتھا نہاسملککیکرنسیتھیانکےپاس حتیکہوہاںکیزبان بھینہیںآتیتھیانکو بسچلےگئے دعوتکاجذبہلےکر کے ایکہےoneone onemission اللہ کیمددہوتیہے پھروہساراکام بنتاہےاسکا</w:t>
      </w:r>
    </w:p>
    <w:p>
      <w:r>
        <w:rPr>
          <w:b/>
        </w:rPr>
        <w:t xml:space="preserve">[19:48] </w:t>
      </w:r>
      <w:r>
        <w:t>doosra hai one one two mission yani fifty percent apni zindagi aap waqf karein khane kamane mein aur fifty percent kaam karein dawat ke kaam mein fifty fifty ka ratio hoga third option yeh do hain ya to one one one mission ya one one two mission baqi koi category nahi hai</w:t>
      </w:r>
    </w:p>
    <w:p>
      <w:pPr>
        <w:jc w:val="right"/>
      </w:pPr>
      <w:r>
        <w:t>دوسراہےoneonetwo mission یعنی fiftypercent اپنیزندگی آپوقفکریں کھانےکمانےمیں اورfiftypercent کام کریں دعوتکےکام میں fifty fiftyکاratioہو گاthird option یہ دوہے یاتوoneone onemission یا one one twomission باقیکوئیcateg oryنہیں ہے</w:t>
      </w:r>
    </w:p>
    <w:p>
      <w:r>
        <w:rPr>
          <w:b/>
        </w:rPr>
        <w:t xml:space="preserve">[20:13] </w:t>
      </w:r>
      <w:r>
        <w:t>to yeh hai iska matlab</w:t>
      </w:r>
    </w:p>
    <w:p>
      <w:pPr>
        <w:jc w:val="right"/>
      </w:pPr>
      <w:r>
        <w:t>تویہہے اسکامطلب</w:t>
      </w:r>
    </w:p>
    <w:p>
      <w:r>
        <w:rPr>
          <w:b/>
        </w:rPr>
        <w:t xml:space="preserve">[20:19] </w:t>
      </w:r>
      <w:r>
        <w:t>har aadmi ki rooh hai jiski usne niyat ki</w:t>
      </w:r>
    </w:p>
    <w:p>
      <w:pPr>
        <w:jc w:val="right"/>
      </w:pPr>
      <w:r>
        <w:t>ہرآدمیکیروئیہےجسکیاسنےنیتکی</w:t>
      </w:r>
    </w:p>
    <w:p>
      <w:r>
        <w:rPr>
          <w:b/>
        </w:rPr>
        <w:t xml:space="preserve">[20:31] </w:t>
      </w:r>
      <w:r>
        <w:t>yeh har ek ki rooh hai jiski usne niyat ki to usne jo niyat ki woh usay woh jo hijrat ki mani bahar gaya woh apne mulk ko chhod kar</w:t>
      </w:r>
    </w:p>
    <w:p>
      <w:pPr>
        <w:jc w:val="right"/>
      </w:pPr>
      <w:r>
        <w:t>یہہرایککیروئیہےجسکی اسنےنیتکی تواسنےجونیت کی وہاسے وہجو ہجرتکی معنیباہرگیا وہ اپنے ملککوچھوڑکر</w:t>
      </w:r>
    </w:p>
    <w:p>
      <w:r>
        <w:rPr>
          <w:b/>
        </w:rPr>
        <w:t xml:space="preserve">[20:42] </w:t>
      </w:r>
      <w:r>
        <w:t>to Allah aur Rasool ke liye gaya yani dawat ke liye gaya to dawat ke saath milega aur kamane ke liye gaya to paisa milega usko</w:t>
      </w:r>
    </w:p>
    <w:p>
      <w:pPr>
        <w:jc w:val="right"/>
      </w:pPr>
      <w:r>
        <w:t>تو اللہ اوررسولکےلیےگیا یعنیدعوتکےلیےگیا تودعوتکےساتھملےگا اور کمانےکےلیےگیاتوپیسہملےگااسکو</w:t>
      </w:r>
    </w:p>
    <w:p>
      <w:r>
        <w:rPr>
          <w:b/>
        </w:rPr>
        <w:t xml:space="preserve">[20:53] </w:t>
      </w:r>
      <w:r>
        <w:t>that's all yeh hai hadith jo Bukhari ne sabse pehle naqal ki hai apni kitaab mein</w:t>
      </w:r>
    </w:p>
    <w:p>
      <w:pPr>
        <w:jc w:val="right"/>
      </w:pPr>
      <w:r>
        <w:t>that'sallیہہے حدیثجو بخ اری نے سبسےپہلے نقلکیہے اپنیکتاب میں</w:t>
      </w:r>
    </w:p>
    <w:p>
      <w:r>
        <w:rPr>
          <w:b/>
        </w:rPr>
        <w:t xml:space="preserve">[21:00] </w:t>
      </w:r>
      <w:r>
        <w:t>phir dekhiye ek hadith bahut mashhoor hai</w:t>
      </w:r>
    </w:p>
    <w:p>
      <w:pPr>
        <w:jc w:val="right"/>
      </w:pPr>
      <w:r>
        <w:t>پھر دیکھیے ایکحدیثبہت مشہورہے</w:t>
      </w:r>
    </w:p>
    <w:p>
      <w:r>
        <w:rPr>
          <w:b/>
        </w:rPr>
        <w:t xml:space="preserve">[21:05] </w:t>
      </w:r>
      <w:r>
        <w:t>ke Islam ke paanch arkan hain bahut mashhoor hadith hai Islam ke paanch arkan hain pehla kiya hai</w:t>
      </w:r>
    </w:p>
    <w:p>
      <w:pPr>
        <w:jc w:val="right"/>
      </w:pPr>
      <w:r>
        <w:t>کہ اسلام کے پانچارکانہیں بہت مشہورحدیثہے اسلام کے پانچارکانہیں پہلاکیاہے</w:t>
      </w:r>
    </w:p>
    <w:p>
      <w:r>
        <w:rPr>
          <w:b/>
        </w:rPr>
        <w:t xml:space="preserve">[21:22] </w:t>
      </w:r>
      <w:r>
        <w:t>ash hadu al la ilaha illallah</w:t>
      </w:r>
    </w:p>
    <w:p>
      <w:pPr>
        <w:jc w:val="right"/>
      </w:pPr>
      <w:r>
        <w:t>شالتواللہ الہالا اللہ</w:t>
      </w:r>
    </w:p>
    <w:p>
      <w:r>
        <w:rPr>
          <w:b/>
        </w:rPr>
        <w:t xml:space="preserve">[21:32] </w:t>
      </w:r>
      <w:r>
        <w:t>Allah ki gawahi dena Bani Islam ala khams yahan se shuru hoti hai hadith Bani Islam ala khams Islam ki imarat taameer ki gayi paanch paanch paanch pillars par agar Islam ko agar ek building samjha jaye to paanch pillars par building khadi hui hai</w:t>
      </w:r>
    </w:p>
    <w:p>
      <w:pPr>
        <w:jc w:val="right"/>
      </w:pPr>
      <w:r>
        <w:t>اللہ کیگواہیدینا بنی الاسلام مولا خمس یہاںسےشروع ہوتیہےحدیث بنی الاسلام مولاخمس اسلام کی عم ارت تعمیرکیگئی پانچ پانچ پانچپلرز پر اگر اسلامکواگر ایک بلڈنگسمجھا جائے تو پانچ پلرزپربلڈنگکھڑیہوئیہے</w:t>
      </w:r>
    </w:p>
    <w:p>
      <w:r>
        <w:rPr>
          <w:b/>
        </w:rPr>
        <w:t xml:space="preserve">[22:00] </w:t>
      </w:r>
      <w:r>
        <w:t>buni al-islam ala khams shahadat illallah illallah</w:t>
      </w:r>
    </w:p>
    <w:p>
      <w:pPr>
        <w:jc w:val="right"/>
      </w:pPr>
      <w:r>
        <w:t>بنی الاسلام مولاخمس شہادت اللہ الہالا اللہ</w:t>
      </w:r>
    </w:p>
    <w:p>
      <w:r>
        <w:rPr>
          <w:b/>
        </w:rPr>
        <w:t xml:space="preserve">[22:05] </w:t>
      </w:r>
      <w:r>
        <w:t>wa Muhammad abduhu wa rasuluh wa iqam as-salat wa itai az-zakat wal-hajj wa sawm Ramadan</w:t>
      </w:r>
    </w:p>
    <w:p>
      <w:pPr>
        <w:jc w:val="right"/>
      </w:pPr>
      <w:r>
        <w:t>وانمحمد عبدہ ورسول ہ واقام الصلاۃ و اقام وایتاءزکوۃ والحج وصوم رمضان</w:t>
      </w:r>
    </w:p>
    <w:p>
      <w:r>
        <w:rPr>
          <w:b/>
        </w:rPr>
        <w:t xml:space="preserve">[22:15] </w:t>
      </w:r>
      <w:r>
        <w:t>yani Islam ki buniyad paanch pillars par hai paanch saton par hai</w:t>
      </w:r>
    </w:p>
    <w:p>
      <w:pPr>
        <w:jc w:val="right"/>
      </w:pPr>
      <w:r>
        <w:t>یعنیاسلام کی بنی اد پانچ پلرزپرہے پانچستونوںپرہے</w:t>
      </w:r>
    </w:p>
    <w:p>
      <w:r>
        <w:rPr>
          <w:b/>
        </w:rPr>
        <w:t xml:space="preserve">[22:21] </w:t>
      </w:r>
      <w:r>
        <w:t>pehla kya hai Allah ke mabood hone ki gawahi dena aur Rasool Allah ke paighambar hone ki gawahi dena</w:t>
      </w:r>
    </w:p>
    <w:p>
      <w:pPr>
        <w:jc w:val="right"/>
      </w:pPr>
      <w:r>
        <w:t>پہلاکیاہے اللہ کے معبودہونے کیگواہیدینا اور رسولاللہ کے پیغمبرہونے کیگواہیدینا</w:t>
      </w:r>
    </w:p>
    <w:p>
      <w:r>
        <w:rPr>
          <w:b/>
        </w:rPr>
        <w:t xml:space="preserve">[22:33] </w:t>
      </w:r>
      <w:r>
        <w:t>yeh pehla hai yaani iske baad uski ideology build up hui hai</w:t>
      </w:r>
    </w:p>
    <w:p>
      <w:pPr>
        <w:jc w:val="right"/>
      </w:pPr>
      <w:r>
        <w:t>یہپہلاہے یعنیاسکےبعد اسکیائیڈیلوجیکلبنی ادہوئی ہے</w:t>
      </w:r>
    </w:p>
    <w:p>
      <w:r>
        <w:rPr>
          <w:b/>
        </w:rPr>
        <w:t xml:space="preserve">[22:37] </w:t>
      </w:r>
      <w:r>
        <w:t>ideology build up iske baad kya hai</w:t>
      </w:r>
    </w:p>
    <w:p>
      <w:pPr>
        <w:jc w:val="right"/>
      </w:pPr>
      <w:r>
        <w:t>ائیڈیلوجیکلبنی اد اسکےبعد کیاہے</w:t>
      </w:r>
    </w:p>
    <w:p>
      <w:r>
        <w:rPr>
          <w:b/>
        </w:rPr>
        <w:t xml:space="preserve">[22:43] </w:t>
      </w:r>
      <w:r>
        <w:t>namaz qaim karna yeh namaz qaim karna</w:t>
      </w:r>
    </w:p>
    <w:p>
      <w:pPr>
        <w:jc w:val="right"/>
      </w:pPr>
      <w:r>
        <w:t>نماز قائمکرنا یہنمازقائمکرنا</w:t>
      </w:r>
    </w:p>
    <w:p>
      <w:r>
        <w:rPr>
          <w:b/>
        </w:rPr>
        <w:t xml:space="preserve">[22:49] </w:t>
      </w:r>
      <w:r>
        <w:t>iske baad hai zakat ada karna phir hajj ada karna aur ramadan ke rozay rakhna yeh paanch cheezein hain to pehla jo hai woh samjhiye ke Islam ki ideological bunyad hai ke nazriati bunyad hai ya fikri bunyad hai</w:t>
      </w:r>
    </w:p>
    <w:p>
      <w:pPr>
        <w:jc w:val="right"/>
      </w:pPr>
      <w:r>
        <w:t>اسکےبعد ہے زکوۃاداکرنا پھرحجاداکرنا اور رمضانکےروزےرکھنا یہ پانچچیزیں ہیںتو پہلاجوہےوہسمجھیےکہاسلام کیائیڈیلوجیکلبنی ادہے کہ نظریاتی بنی ادہے یافکریبنی ادہے</w:t>
      </w:r>
    </w:p>
    <w:p>
      <w:r>
        <w:rPr>
          <w:b/>
        </w:rPr>
        <w:t xml:space="preserve">[23:08] </w:t>
      </w:r>
      <w:r>
        <w:t>yani yeh hai gehra aqeedah ke aap Allah ko Allah maanein usko Lord of the universe maanein aur Muhammad sallallahu alaihi wasallam ko Allah ke Rasool maanein yeh hai nazriati bunyad fikri bunyad ideological base iske baghair aage ki baat shuru nahi ho sakti hai</w:t>
      </w:r>
    </w:p>
    <w:p>
      <w:pPr>
        <w:jc w:val="right"/>
      </w:pPr>
      <w:r>
        <w:t>یعنییہ ہے گہرا عقیدہ کہآپ اللہ کو اللہ مان یں اسکوLord ofthe universeمانیں اور محمد صلیاللہعلیہوسلمکواللہکےرسولمانیں یہہے نظریاتی بنی اد فکریبنی اد ائیڈیلوجیکل بیس اسکےبغیر اگےکیباتشروعنہیںہوسکتیہے</w:t>
      </w:r>
    </w:p>
    <w:p>
      <w:r>
        <w:rPr>
          <w:b/>
        </w:rPr>
        <w:t xml:space="preserve">[23:36] </w:t>
      </w:r>
      <w:r>
        <w:t>iske baad dekhiye chaar cheezein batai gayi namaz qaim karna namaz kiya hai namaz yeh hai ke kal koi sahib mujhse pooch rahe thay ke namaz kiya hai to maine kaha ke namaz ki haqeeqat yeh hai ke aap ne creator ko socha jisne itni badi kainat banai hai ata kainat</w:t>
      </w:r>
    </w:p>
    <w:p>
      <w:pPr>
        <w:jc w:val="right"/>
      </w:pPr>
      <w:r>
        <w:t>اسکےبعد دیکھیے چارچیزیںبتائیگئیں نماز قائمکرنا نمازکیاہے نمازیہہےکہ کل کوئیصاحبمجھسےپوچھرہےتھےکہنمازکیاہے تومیںنےکہاکہ نماز کیحقیقتیہہے کہ آپ نے cre atorکوسوچا جسنےاتنیبڑیکائناتبنائیہے عطاکائنات</w:t>
      </w:r>
    </w:p>
    <w:p>
      <w:r>
        <w:rPr>
          <w:b/>
        </w:rPr>
        <w:t xml:space="preserve">[24:05] </w:t>
      </w:r>
      <w:r>
        <w:t>aap ke andar ek sense of awe paida hua</w:t>
      </w:r>
    </w:p>
    <w:p>
      <w:pPr>
        <w:jc w:val="right"/>
      </w:pPr>
      <w:r>
        <w:t>آپ کےاندرایکsenseofaweپیدا ہوا</w:t>
      </w:r>
    </w:p>
    <w:p>
      <w:r>
        <w:rPr>
          <w:b/>
        </w:rPr>
        <w:t xml:space="preserve">[24:09] </w:t>
      </w:r>
      <w:r>
        <w:t>ajeeb ghareeb qism ka hairaan kun asar paida hua ke kitna bada hoga woh Khuda jisne itni badi kainat banai</w:t>
      </w:r>
    </w:p>
    <w:p>
      <w:pPr>
        <w:jc w:val="right"/>
      </w:pPr>
      <w:r>
        <w:t>عجیبغریب قسم کاحیرانکنتاثرپیدا ہوا کہکتنابڑاہوگاوہخداجسنےاتنیبڑیکائناتبنائی</w:t>
      </w:r>
    </w:p>
    <w:p>
      <w:r>
        <w:rPr>
          <w:b/>
        </w:rPr>
        <w:t xml:space="preserve">[24:16] </w:t>
      </w:r>
      <w:r>
        <w:t>the meaningful کائنات اتنااسکےاندر</w:t>
      </w:r>
    </w:p>
    <w:p>
      <w:pPr>
        <w:jc w:val="right"/>
      </w:pPr>
      <w:r>
        <w:t>themeaningful کائنات اتنااسکےاندر</w:t>
      </w:r>
    </w:p>
    <w:p>
      <w:r>
        <w:rPr>
          <w:b/>
        </w:rPr>
        <w:t xml:space="preserve">[24:20] </w:t>
      </w:r>
      <w:r>
        <w:t>wisdom ہے اتنی زیادہ معنویت ہے یہ سارے احساس سے آپ کے اندر</w:t>
      </w:r>
    </w:p>
    <w:p>
      <w:pPr>
        <w:jc w:val="right"/>
      </w:pPr>
      <w:r>
        <w:t>wisdom ہے اتنیزیادہ معنویتہے یہسارےاحساسسےآپکےاندر</w:t>
      </w:r>
    </w:p>
    <w:p>
      <w:r>
        <w:rPr>
          <w:b/>
        </w:rPr>
        <w:t xml:space="preserve">[24:25] </w:t>
      </w:r>
      <w:r>
        <w:t>ایک ایک انوکھا احساس جاگا جو کہتے ہیں sense of awe اور اللہ کے سامنے آپ گر پڑے</w:t>
      </w:r>
    </w:p>
    <w:p>
      <w:pPr>
        <w:jc w:val="right"/>
      </w:pPr>
      <w:r>
        <w:t>ایک ایک انوکھا احساسجاگا جوکہتےہیںsenseof awe اور اللہ کےسامنےآپگرپڑے</w:t>
      </w:r>
    </w:p>
    <w:p>
      <w:r>
        <w:rPr>
          <w:b/>
        </w:rPr>
        <w:t xml:space="preserve">[24:38] </w:t>
      </w:r>
      <w:r>
        <w:t>yeh hai namaz to namaz ka ek form hai khade hote hain aap niyat baandhte hain aap kuch padhte hain aap ruku phir sajda phir assalamu alaikum warahmatullahi wabarakatuh yeh poora jo form hai yeh wahi andar ki ke spirit jo hai woh woh zahir ho jati hai</w:t>
      </w:r>
    </w:p>
    <w:p>
      <w:pPr>
        <w:jc w:val="right"/>
      </w:pPr>
      <w:r>
        <w:t>یہہے نماز تونمازکاایک فارمہے کھڑےہوتےہیں آپ نیت باندھتےہیںآپ کچھپڑھتےہیںآپ رکوعپھرسجدہ پھرالسلامعلیکمورحمۃاللہ یہپوراجو فارمہے یہ وہی اندرکی کہ spiritجوہےوہ وہ ظاہرہوجاتیہے</w:t>
      </w:r>
    </w:p>
    <w:p>
      <w:r>
        <w:rPr>
          <w:b/>
        </w:rPr>
        <w:t xml:space="preserve">[25:04] </w:t>
      </w:r>
      <w:r>
        <w:t>phir dekhiye zakat zakat kiya hai zakat yeh hai ke aap ne apne haath paon ko istemal kiya apne dimagh ko istemal kiya Allah ne jo life support system yahan qaim kiya usko istemal kiya usko istemal kar ke aap ne paisa kamaya</w:t>
      </w:r>
    </w:p>
    <w:p>
      <w:pPr>
        <w:jc w:val="right"/>
      </w:pPr>
      <w:r>
        <w:t>پھردیکھیے زکوۃ زکوۃکیاہے زکوۃیہہےکہ آپ نے اپنے ہاتھ پاؤںکواستعمال کیا اپنےدماغکواستعمال کیا اللہ نےجو life support system یہاںقائمکیااسکواستعمال کیا اسکواستعمال کرکےآپنےپیسہکمایا</w:t>
      </w:r>
    </w:p>
    <w:p>
      <w:r>
        <w:rPr>
          <w:b/>
        </w:rPr>
        <w:t xml:space="preserve">[25:29] </w:t>
      </w:r>
      <w:r>
        <w:t>to yeh ehsas aap ko woh hona chahiye ke ismein mera hissa to one percent se kam hai Khuda ka hissa ninety nine percent zyada hai yeh saare jo factors hain agar woh na hote to main kaise paisa kamata to mera apna hissa jo hai woh less than one percent hai aur ismein Khuda ka jo hissa hai woh more than ninety nine percent hai</w:t>
      </w:r>
    </w:p>
    <w:p>
      <w:pPr>
        <w:jc w:val="right"/>
      </w:pPr>
      <w:r>
        <w:t>تویہ احساس آپکوتوہوناچاہیے کہاسمیں میراحصہتو onepercentسےکمہے خداکاحصہ ninetyninepercentزیادہہے یہسارےجو fac tors ہیں اگر وہ نہہوتے تومیںکیسےپیسہکماتا تو میرا اپناحصہجوہےوہ lessthanonepercent ہے اور اسمیںخداکاجوحصہہےوہmore thanninetyninepercentہے</w:t>
      </w:r>
    </w:p>
    <w:p>
      <w:r>
        <w:rPr>
          <w:b/>
        </w:rPr>
        <w:t xml:space="preserve">[25:57] </w:t>
      </w:r>
      <w:r>
        <w:t>is ehsas ko zahir karne ke liye aap paisa dete hain doosron ko usko azafa to zakat ya infaq kaha jata hai to haqeeqat mein aap dete hain kisi insaan ko lekin woh hota hai etiraf e Khuda wandi Allah ke inam ka etiraf Allah ke karam hone ka etiraf</w:t>
      </w:r>
    </w:p>
    <w:p>
      <w:pPr>
        <w:jc w:val="right"/>
      </w:pPr>
      <w:r>
        <w:t>اسیاحساسکو ظاہرکرنےکےلیےآپ پیسہ دیتےہیںدوسروںکو اسکواضافہ توزکوۃیاانفاقکہاجاتا ہے توحقیقتاآپدیتےہیںکسی انسان کو لیکن وہہوتاہے اعتراف خداوندی اللہ کے انعامکا اعتراف اللہ کے مریمہونےکااعتراف</w:t>
      </w:r>
    </w:p>
    <w:p>
      <w:r>
        <w:rPr>
          <w:b/>
        </w:rPr>
        <w:t xml:space="preserve">[26:21] </w:t>
      </w:r>
      <w:r>
        <w:t>aise hi dekhiye ke hajj hai hajj kiya hai hajj jo hai yani hajj ka matlab hai عالمی اتحاد global unity ka mazhar hai</w:t>
      </w:r>
    </w:p>
    <w:p>
      <w:pPr>
        <w:jc w:val="right"/>
      </w:pPr>
      <w:r>
        <w:t>ایسےہیدیکھیے کہ حجہے حجکیاہے حج جوہے یعنی حجکامطلبہے عالمی ات حاد گلوبل un ity کامظہرہے</w:t>
      </w:r>
    </w:p>
    <w:p>
      <w:r>
        <w:rPr>
          <w:b/>
        </w:rPr>
        <w:t xml:space="preserve">[26:41] </w:t>
      </w:r>
      <w:r>
        <w:t>saari duniya ke musalmanon ka ek markaz Allah ta'ala ne banaya Kaba ko. woh saari duniya ke believers ka center hai to ek khaas mahine mein ek khaas waqt par duniya bhar ke log wahan aate hain aur wahan par tawaf karte hain aur aur doosre a'maal karte hain. woh karke woh apni unity ka establish karte hain</w:t>
      </w:r>
    </w:p>
    <w:p>
      <w:pPr>
        <w:jc w:val="right"/>
      </w:pPr>
      <w:r>
        <w:t>ساریدنیا کےمسلمانوںکاایکمرکز اللہ تعالینےبنایا کعبہکو وہساریدنیا کے believers کا کا سینٹرہے تو ایک خاص مہینےمیں ایکخاص وقت پردنیا بھرکےلوگوہاںآتےہیں اوروہاںپر طوافکرتےہیں اور اور دوسرےاعمالکرتے ہیں وہ کرکےوہ اپنی un ityکا establ ishکرتےہیں</w:t>
      </w:r>
    </w:p>
    <w:p>
      <w:r>
        <w:rPr>
          <w:b/>
        </w:rPr>
        <w:t xml:space="preserve">[27:11] </w:t>
      </w:r>
      <w:r>
        <w:t>ke Khuda ya him tere liye muttahid hain. apni unity ko apni solidarity ko woh establish karte hain. woh jo Kaba hai woh woh kya ek alamat hai ek symbol hai ek central unity ka. to wahan par aakar ke saare log jo wohin jo a'maal karte hain woh woh kya hain</w:t>
      </w:r>
    </w:p>
    <w:p>
      <w:pPr>
        <w:jc w:val="right"/>
      </w:pPr>
      <w:r>
        <w:t>کہخدایاہمتیرےلیے متحدہیں اپنیun ityکواپنی solidarityکووہestabl ishکرتےہیں وہجو کعبہہےوہ وہ کیا ایک علامتہےایکsymbol ہے ایک central un ityکا تو وہاںپر آکرکے سارےلوگجوہیں جو اعمال کرتے ہیں وہ وہکیا ہیں</w:t>
      </w:r>
    </w:p>
    <w:p>
      <w:r>
        <w:rPr>
          <w:b/>
        </w:rPr>
        <w:t xml:space="preserve">[27:39] </w:t>
      </w:r>
      <w:r>
        <w:t>woh sab a'maal ki zabaan mein is baat ka izhaar hain ke Khuda ya hum hum ne tere deen apne aap ko tere deen ke hawale kiya. hum tere liye muttahid ho gaye. hum tere liye ek ho gaye. hum ne tere liye apne saamne tamam controversies ko khatm kar li</w:t>
      </w:r>
    </w:p>
    <w:p>
      <w:pPr>
        <w:jc w:val="right"/>
      </w:pPr>
      <w:r>
        <w:t>وہ سب عمل کیزبان میں اسباتکااظہارہیں کہخدایا ہم ہمنےتیرےدین اپنےآپکوتیرےدینکےحوالےکیا ہم تیرےلیے متحدہوگئے ہمتیرےلیےایکہوگئے ہمنے تیرےلیے اپنے سامنے تمام کنٹروورسیکوختمکرلی</w:t>
      </w:r>
    </w:p>
    <w:p>
      <w:r>
        <w:rPr>
          <w:b/>
        </w:rPr>
        <w:t xml:space="preserve">[28:03] </w:t>
      </w:r>
      <w:r>
        <w:t>ab tu humein qubool farma aur humein jannat mein jagah de. yeh hai Hajj ki haqeeqat. aise hi dekhiye Ramzan ka mahina hai. ek mahine rozah rakha jaata hai. woh kya hai woh bhi sach poocho to ek discipline life ka ek izhaar hai</w:t>
      </w:r>
    </w:p>
    <w:p>
      <w:pPr>
        <w:jc w:val="right"/>
      </w:pPr>
      <w:r>
        <w:t>اب تو ہمیںقبول کر فرما اور ہمیں جنتمیںجگہدے یہ ہےحجکیحقیقت ایسےہیدیکھیے رمضانکامہینہہے ایکمہینہ روزہرکھاجاتاہے وہکیاہے وہبھیسچپوچھیںتوایک dis cipline life کا ایک اظہارہے</w:t>
      </w:r>
    </w:p>
    <w:p>
      <w:r>
        <w:rPr>
          <w:b/>
        </w:rPr>
        <w:t xml:space="preserve">[28:28] </w:t>
      </w:r>
      <w:r>
        <w:t>ke aam taur par aadmi aazadana taur par rehta hai. jab chahe kha liya jab chahe pi liya jab chahe so gaya jab chahe jaaga. lekin ek mahine mein ek khaas discipline rehna padta hai. to discipline life ki woh training hai. yaani Allah ke liye discipline deen ke liye discipline sachai ke liye discipline</w:t>
      </w:r>
    </w:p>
    <w:p>
      <w:pPr>
        <w:jc w:val="right"/>
      </w:pPr>
      <w:r>
        <w:t>کہ عام طورپرآدمی آزادانہطورپررہتاہے جب چاہےکھالیاجبچاہےپیلیا جب چاہےسویاجبچاہےجاگا لیکن ایک مہینےمیں ایکخاص disciplineرہناپڑتاہے تو dis cipline life کیوہ ٹریننگہے یعنیاللہ کےلیے discipline دینکےلیےdiscipline سچائیکےلیے discipline</w:t>
      </w:r>
    </w:p>
    <w:p>
      <w:r>
        <w:rPr>
          <w:b/>
        </w:rPr>
        <w:t xml:space="preserve">[28:55] </w:t>
      </w:r>
      <w:r>
        <w:t>yeh hai ek discipline character ka character ka ki tarbiyat hoti hai woh</w:t>
      </w:r>
    </w:p>
    <w:p>
      <w:pPr>
        <w:jc w:val="right"/>
      </w:pPr>
      <w:r>
        <w:t>یہ ہے ایک discipline characterکا char acterکا کیتربیتہوتیہےوہ</w:t>
      </w:r>
    </w:p>
    <w:p>
      <w:r>
        <w:rPr>
          <w:b/>
        </w:rPr>
        <w:t xml:space="preserve">[29:04] </w:t>
      </w:r>
      <w:r>
        <w:t>yeh hai paanch cheezein</w:t>
      </w:r>
    </w:p>
    <w:p>
      <w:pPr>
        <w:jc w:val="right"/>
      </w:pPr>
      <w:r>
        <w:t>یہہے پانچچیزیں</w:t>
      </w:r>
    </w:p>
    <w:p>
      <w:r>
        <w:rPr>
          <w:b/>
        </w:rPr>
        <w:t xml:space="preserve">[29:10] </w:t>
      </w:r>
      <w:r>
        <w:t>ab mein kuch aur hadeesein arz karta hoon</w:t>
      </w:r>
    </w:p>
    <w:p>
      <w:pPr>
        <w:jc w:val="right"/>
      </w:pPr>
      <w:r>
        <w:t>ابمیں کچھاورحدیثیں عرضکرتاہوں</w:t>
      </w:r>
    </w:p>
    <w:p>
      <w:r>
        <w:rPr>
          <w:b/>
        </w:rPr>
        <w:t xml:space="preserve">[29:14] </w:t>
      </w:r>
      <w:r>
        <w:t>dekhiye</w:t>
      </w:r>
    </w:p>
    <w:p>
      <w:pPr>
        <w:jc w:val="right"/>
      </w:pPr>
      <w:r>
        <w:t>دیکھیے</w:t>
      </w:r>
    </w:p>
    <w:p>
      <w:r>
        <w:rPr>
          <w:b/>
        </w:rPr>
        <w:t xml:space="preserve">[29:18] </w:t>
      </w:r>
      <w:r>
        <w:t>Rasool Allah salallahu alaihi wasallam ke bare mein aata hai ke aap subah ko sawere uthte the to yaani fajar se pehle to aap dua mein farmate the aksar ke Allahumma Allahumma shahid in al ibad kull ikhwa</w:t>
      </w:r>
    </w:p>
    <w:p>
      <w:pPr>
        <w:jc w:val="right"/>
      </w:pPr>
      <w:r>
        <w:t>رسولاللہصلیاللہعلیہوسلمکےبارےمیںآتاہے کہآپ صبحکو سویرےاٹھتےتھے تو یعنی فجر سےپہلے توآپدعامیں فرماتےتھےاکثر کہاللہ م اللہ ماش ھد ان العباد کل اخوہ</w:t>
      </w:r>
    </w:p>
    <w:p>
      <w:r>
        <w:rPr>
          <w:b/>
        </w:rPr>
        <w:t xml:space="preserve">[29:39] </w:t>
      </w:r>
      <w:r>
        <w:t>ae Allah mein gawahi deta hoon ke saare bande bhai bhai hain. yeh kitni badi baat hai ke ek hi Adam ki aulad hain sab ke sab</w:t>
      </w:r>
    </w:p>
    <w:p>
      <w:pPr>
        <w:jc w:val="right"/>
      </w:pPr>
      <w:r>
        <w:t>اےاللہ میںگواہیدیتاہوں کہ سارے بندے بھائیبھائیہیں یہ کتنیبڑیباتہے کہایکہی آدمکیاولادہیںسبکےسب</w:t>
      </w:r>
    </w:p>
    <w:p>
      <w:r>
        <w:rPr>
          <w:b/>
        </w:rPr>
        <w:t xml:space="preserve">[29:55] </w:t>
      </w:r>
      <w:r>
        <w:t>jab sab ke ancestor ek hain</w:t>
      </w:r>
    </w:p>
    <w:p>
      <w:pPr>
        <w:jc w:val="right"/>
      </w:pPr>
      <w:r>
        <w:t>جب سب کے ancestor ایکہیں</w:t>
      </w:r>
    </w:p>
    <w:p>
      <w:r>
        <w:rPr>
          <w:b/>
        </w:rPr>
        <w:t xml:space="preserve">[29:58] </w:t>
      </w:r>
      <w:r>
        <w:t>sab ke yaani jad aala ek hain</w:t>
      </w:r>
    </w:p>
    <w:p>
      <w:pPr>
        <w:jc w:val="right"/>
      </w:pPr>
      <w:r>
        <w:t>سب کے یعنی جد اعلیایکہیں</w:t>
      </w:r>
    </w:p>
    <w:p>
      <w:r>
        <w:rPr>
          <w:b/>
        </w:rPr>
        <w:t xml:space="preserve">[30:03] </w:t>
      </w:r>
      <w:r>
        <w:t>isse saara insaan phailay hain iska matlab kya hua</w:t>
      </w:r>
    </w:p>
    <w:p>
      <w:pPr>
        <w:jc w:val="right"/>
      </w:pPr>
      <w:r>
        <w:t>اسیسےسارا انسان پھیلےہیں اسکامطلبکیاہوا</w:t>
      </w:r>
    </w:p>
    <w:p>
      <w:r>
        <w:rPr>
          <w:b/>
        </w:rPr>
        <w:t xml:space="preserve">[30:10] </w:t>
      </w:r>
      <w:r>
        <w:t>ke saare insaan jo poore gul o bupar rehte hain woh sab aapas mein</w:t>
      </w:r>
    </w:p>
    <w:p>
      <w:pPr>
        <w:jc w:val="right"/>
      </w:pPr>
      <w:r>
        <w:t>کہ سارے انسان جو پورے گل وبپررہتےہیںوہسب آپسمیں</w:t>
      </w:r>
    </w:p>
    <w:p>
      <w:r>
        <w:rPr>
          <w:b/>
        </w:rPr>
        <w:t xml:space="preserve">[30:16] </w:t>
      </w:r>
      <w:r>
        <w:t>یعنی blood sisters اور blood brothers ہیں</w:t>
      </w:r>
    </w:p>
    <w:p>
      <w:pPr>
        <w:jc w:val="right"/>
      </w:pPr>
      <w:r>
        <w:t>یعنیbloodsist ersاورbloodbrothers ہیں</w:t>
      </w:r>
    </w:p>
    <w:p>
      <w:r>
        <w:rPr>
          <w:b/>
        </w:rPr>
        <w:t xml:space="preserve">[30:20] </w:t>
      </w:r>
      <w:r>
        <w:t>yeh hai unity ek hai equality</w:t>
      </w:r>
    </w:p>
    <w:p>
      <w:pPr>
        <w:jc w:val="right"/>
      </w:pPr>
      <w:r>
        <w:t>یہہے un ity ایک ہےequ ality</w:t>
      </w:r>
    </w:p>
    <w:p>
      <w:r>
        <w:rPr>
          <w:b/>
        </w:rPr>
        <w:t xml:space="preserve">[30:23] </w:t>
      </w:r>
      <w:r>
        <w:t>ek hai harmony</w:t>
      </w:r>
    </w:p>
    <w:p>
      <w:pPr>
        <w:jc w:val="right"/>
      </w:pPr>
      <w:r>
        <w:t>ایکہےharmony</w:t>
      </w:r>
    </w:p>
    <w:p>
      <w:r>
        <w:rPr>
          <w:b/>
        </w:rPr>
        <w:t xml:space="preserve">[30:25] </w:t>
      </w:r>
      <w:r>
        <w:t>to yeh Rasool Allah salallahu alaihi wasallam subah ko iska ailaan farmate the. iska matlab kya hua har subah jo hum so kar uthte hain to is ehsaas ke saath humein duniya mein dakhila hona chahiye. raat ko aapas so gaye the subah uthe phir aap samaj mein aaye phir maashre mein aaye logon ke darmiyan aaye to yeh revival hai is ehsaas ka</w:t>
      </w:r>
    </w:p>
    <w:p>
      <w:pPr>
        <w:jc w:val="right"/>
      </w:pPr>
      <w:r>
        <w:t>تویہ رسولاللہصلیاللہعلیہوسلمصبحکواسکا اعلانفرماتےتھے اسکامطلبکیاہوا ہر صبحجوہم سوکراٹھتےہیں تواسیاحساسکےساتھ ہمیں دنیا میںداخلہوناچاہیے راتکوآپسوگئےتھے صبحاٹھے پھر آپ سماجمیںآئے پھرمعاشرےمیںآئے لوگوںکےدرمیانآئے تو یہ rev ivalہے اساحساسکا</w:t>
      </w:r>
    </w:p>
    <w:p>
      <w:r>
        <w:rPr>
          <w:b/>
        </w:rPr>
        <w:t xml:space="preserve">[30:53] </w:t>
      </w:r>
      <w:r>
        <w:t>hum saare log ek hain hum sab blood sisters blood brothers hain hamare jad a'la ek hain poori insaniyat goya ek family hai. jis duniya mein hum dakhila ho rahe hain woh greater sense mein ek family hai sab ke sab meri family ke members hain. is ehsaas ke saath duniya mein dakhila hona to subah sawere Rasool Allah ki yeh dua karna</w:t>
      </w:r>
    </w:p>
    <w:p>
      <w:pPr>
        <w:jc w:val="right"/>
      </w:pPr>
      <w:r>
        <w:t>ہمسارےلوگ ایک ہیں ہمسب bloodsist ers bloodbrothers ہیں ہمارےجد اعلیایکہیں پوری انسانیتگویاایکfamily ہے جس دنیا میںہمداخلہورہےہیں وہ gre atersenseمیںایکfamily ہے سب کےسبمیریfamily کےممبرہیں اس احساسکےساتھ دنیا میںداخلہونا توصبح سویرے رسولاللہکایہدعاکرنا</w:t>
      </w:r>
    </w:p>
    <w:p>
      <w:r>
        <w:rPr>
          <w:b/>
        </w:rPr>
        <w:t xml:space="preserve">[31:20] </w:t>
      </w:r>
      <w:r>
        <w:t>imaan rakhta hai ke ab subah ke baad yeh duniya aap ja rahe hain is duniya mein aap ko is jazbe ke saath rehna hai to woh yeh jazba hai sab ko apni family ka member samajhna sab ko apna blood sister aur blood brother samajhna is tarah mil kar rehna kitni badi baat hai yeh bahut hi badi baat hai</w:t>
      </w:r>
    </w:p>
    <w:p>
      <w:pPr>
        <w:jc w:val="right"/>
      </w:pPr>
      <w:r>
        <w:t>ایمانرکھتاہےکہابصبحکےبعد یہدنیا آپجارہےہیں اسدنیا میںآپکو اس جذبےکےساتھ رہناہے تو وہیہجذبہہے سبکو اپنی family کاممبرسمجھنا سبکو اپنا bloodsisterاورbloodbrotherسمجھنا اس طرح ملکررہنا کتنیبڑیباتہےیہ بہتہیبڑیبات ہے</w:t>
      </w:r>
    </w:p>
    <w:p>
      <w:r>
        <w:rPr>
          <w:b/>
        </w:rPr>
        <w:t xml:space="preserve">[31:47] </w:t>
      </w:r>
      <w:r>
        <w:t>phir dekhiye</w:t>
      </w:r>
    </w:p>
    <w:p>
      <w:pPr>
        <w:jc w:val="right"/>
      </w:pPr>
      <w:r>
        <w:t>پھردیکھیے</w:t>
      </w:r>
    </w:p>
    <w:p>
      <w:r>
        <w:rPr>
          <w:b/>
        </w:rPr>
        <w:t xml:space="preserve">[31:51] </w:t>
      </w:r>
      <w:r>
        <w:t>ek hadees mein aata hai ke</w:t>
      </w:r>
    </w:p>
    <w:p>
      <w:pPr>
        <w:jc w:val="right"/>
      </w:pPr>
      <w:r>
        <w:t>ایکحدیثمیںآتاہے کہ</w:t>
      </w:r>
    </w:p>
    <w:p>
      <w:r>
        <w:rPr>
          <w:b/>
        </w:rPr>
        <w:t xml:space="preserve">[32:01] </w:t>
      </w:r>
      <w:r>
        <w:t>kullul muslim wal muslim haram damuhu wa maluhu wa 'irduhu</w:t>
      </w:r>
    </w:p>
    <w:p>
      <w:pPr>
        <w:jc w:val="right"/>
      </w:pPr>
      <w:r>
        <w:t>کل المسلم والمسلمحرام دمہ ومالہوعرض</w:t>
      </w:r>
    </w:p>
    <w:p>
      <w:r>
        <w:rPr>
          <w:b/>
        </w:rPr>
        <w:t xml:space="preserve">[32:09] </w:t>
      </w:r>
      <w:r>
        <w:t>muslim ka lafz yeh bas samjhiye ke muslim ya insaan ke ma'ne mein hai. yahan muslim ka lafz haqeeqatan insaan ke ma'ne mein hai</w:t>
      </w:r>
    </w:p>
    <w:p>
      <w:pPr>
        <w:jc w:val="right"/>
      </w:pPr>
      <w:r>
        <w:t>مسلم کالفظیہبسسمجھیےکہمسلم یاانسانکےمعنیمیںہے یہاں مسلمکالفظ حقیقتاانسانکےمعنیمیںہے</w:t>
      </w:r>
    </w:p>
    <w:p>
      <w:r>
        <w:rPr>
          <w:b/>
        </w:rPr>
        <w:t xml:space="preserve">[32:17] </w:t>
      </w:r>
      <w:r>
        <w:t>apne greater sense mein woh insaan ke ma'ne mein hai. iska matlab yeh hai ke har insaan par doosre insaan ki teen cheezein haram hain</w:t>
      </w:r>
    </w:p>
    <w:p>
      <w:pPr>
        <w:jc w:val="right"/>
      </w:pPr>
      <w:r>
        <w:t>اپنےgreatersenseمیںوہانسانکےمعنیمیںہے اسکامطلبیہہے کہہرانسان پر دوسرےانسان کی تینچیزیںحرامہیں</w:t>
      </w:r>
    </w:p>
    <w:p>
      <w:r>
        <w:rPr>
          <w:b/>
        </w:rPr>
        <w:t xml:space="preserve">[32:28] </w:t>
      </w:r>
      <w:r>
        <w:t>har insaan par doosre insaan ki teen cheezein haram hain</w:t>
      </w:r>
    </w:p>
    <w:p>
      <w:pPr>
        <w:jc w:val="right"/>
      </w:pPr>
      <w:r>
        <w:t>ہرانسان پر دوسرےانسانکیتینچیزیںحرامہیں</w:t>
      </w:r>
    </w:p>
    <w:p>
      <w:r>
        <w:rPr>
          <w:b/>
        </w:rPr>
        <w:t xml:space="preserve">[32:32] </w:t>
      </w:r>
      <w:r>
        <w:t>damuhu wa maluhu wa 'irduhu yaani khoon uska maal uski ab ro</w:t>
      </w:r>
    </w:p>
    <w:p>
      <w:pPr>
        <w:jc w:val="right"/>
      </w:pPr>
      <w:r>
        <w:t>دمہ ومال ہوعرضہیعنی خون اسکا مال اسکی اب رو</w:t>
      </w:r>
    </w:p>
    <w:p>
      <w:r>
        <w:rPr>
          <w:b/>
        </w:rPr>
        <w:t xml:space="preserve">[32:41] </w:t>
      </w:r>
      <w:r>
        <w:t>yaani jin insaanon ke darmiyan aap hain to wahan aap ko is tarah rehna hai ke unko aap</w:t>
      </w:r>
    </w:p>
    <w:p>
      <w:pPr>
        <w:jc w:val="right"/>
      </w:pPr>
      <w:r>
        <w:t>یعنیجنانسانوںکےدرمیانآپہیں تو وہاںآپ کواسطرحرہناہے کہانکوآپ</w:t>
      </w:r>
    </w:p>
    <w:p>
      <w:r>
        <w:rPr>
          <w:b/>
        </w:rPr>
        <w:t xml:space="preserve">[32:50] </w:t>
      </w:r>
      <w:r>
        <w:t>maarnahi sakte. maarna haram hai aap ke liye. yaani physical harm pahunchana unko yeh haram hai aap ke liye</w:t>
      </w:r>
    </w:p>
    <w:p>
      <w:pPr>
        <w:jc w:val="right"/>
      </w:pPr>
      <w:r>
        <w:t>مارنہیںسکتے مارناحرامہےآپکےلیے یعنیphysical harmپہنچاناانکویہحرامہےآپکےلیے</w:t>
      </w:r>
    </w:p>
    <w:p>
      <w:r>
        <w:rPr>
          <w:b/>
        </w:rPr>
        <w:t xml:space="preserve">[33:00] </w:t>
      </w:r>
      <w:r>
        <w:t>physical harm ki kya shakal hai? qatl karna to kisi bhi qism ka physical harm pahunchana yeh haram hai doosre insaan ko. maal doosre insaan ka maal aap sirf tijarti taur par le sakte hain ya woh khushi apni khushi se kuch de de aap ko warna aapse chheen lein exploit kar lein</w:t>
      </w:r>
    </w:p>
    <w:p>
      <w:pPr>
        <w:jc w:val="right"/>
      </w:pPr>
      <w:r>
        <w:t>physicalharmکیاخریشکلہےقتلکرنا توکسی بھی قسم کاphysical harm پہنچانا یہحرامہے دوسرےانسانکو مال دوسرےانسان کامال آپ صرف تج ارتیطورپرلےسکتےہیں یا وہ خوش اپنی خوشیسےکچھدےدےآپکو ورنہآپسے چھینیں exp loitکرلیں</w:t>
      </w:r>
    </w:p>
    <w:p>
      <w:r>
        <w:rPr>
          <w:b/>
        </w:rPr>
        <w:t xml:space="preserve">[33:25] </w:t>
      </w:r>
      <w:r>
        <w:t>kisi bhi aise tareeqay se haasil karen jo shariyat mein qanoon mein jaiz nahin hai woh haram hai</w:t>
      </w:r>
    </w:p>
    <w:p>
      <w:pPr>
        <w:jc w:val="right"/>
      </w:pPr>
      <w:r>
        <w:t>کسی بھی ایسےطریقےسےحاصل کریں جو شریعتمیں قانون میں جائزنہیںہے وہحرامہے</w:t>
      </w:r>
    </w:p>
    <w:p>
      <w:r>
        <w:rPr>
          <w:b/>
        </w:rPr>
        <w:t xml:space="preserve">[33:36] </w:t>
      </w:r>
      <w:r>
        <w:t>yani azaadaana taur par aur razamandee ke saath jo laindina hota hai bas woh jaiz hai baqi sab haram hai aur arz yani abroo yeh bhi haram hai ke aap kisi ke abroo par hamla karen</w:t>
      </w:r>
    </w:p>
    <w:p>
      <w:pPr>
        <w:jc w:val="right"/>
      </w:pPr>
      <w:r>
        <w:t>یعنی آز ادانہطورپر اور رضامندیکےساتھ جو لیندینہوتاہےبسوہ جائزہے باقیسبحرامہے اور عرض یعنی ابرو یہبھیحرامہےکہآپکسی کے ابروپرحملہکریں</w:t>
      </w:r>
    </w:p>
    <w:p>
      <w:r>
        <w:rPr>
          <w:b/>
        </w:rPr>
        <w:t xml:space="preserve">[33:54] </w:t>
      </w:r>
      <w:r>
        <w:t>yani kisi ke aaj kal zabaan mein kehte hain character assassination aaj kal zabaan mein character assassination yeh haram hai haram hai haram hai yani kirdaar kashi</w:t>
      </w:r>
    </w:p>
    <w:p>
      <w:pPr>
        <w:jc w:val="right"/>
      </w:pPr>
      <w:r>
        <w:t>یعنیکسی کے اجکل زبانمیںکہتےہیں char acter assassination اج کل زبان میں character assassination یہحرامہےحرامہےحرامہے یعنیکردارکشی</w:t>
      </w:r>
    </w:p>
    <w:p>
      <w:r>
        <w:rPr>
          <w:b/>
        </w:rPr>
        <w:t xml:space="preserve">[34:10] </w:t>
      </w:r>
      <w:r>
        <w:t>aap kisi doosre ke upar criticize kar sakte hain agar aap ke paas daleel hai agar aap ke paas daleel hai valid argument hai to aap kisi ke upar criticize kar sakte hain</w:t>
      </w:r>
    </w:p>
    <w:p>
      <w:pPr>
        <w:jc w:val="right"/>
      </w:pPr>
      <w:r>
        <w:t>آپ کسی دوسرےکےاوپر criticizeکرسکتےہیں اگر آپکےپاسدلیلہے اگر آپکےپاسدلیلہے val id arg ument ہے توآپ کسی کےاوپرcriticizeکرسکتےہیں</w:t>
      </w:r>
    </w:p>
    <w:p>
      <w:r>
        <w:rPr>
          <w:b/>
        </w:rPr>
        <w:t xml:space="preserve">[34:24] </w:t>
      </w:r>
      <w:r>
        <w:t>lekin iski neeyat par hamla karna isko bura kehna isko munafiq fajir fasiq kehna iski jisko kehte hain taeed aib zani karna isiko kehte hain kirdaar kashi ya character assassination yeh sab haram hai yeh sab haram hai to har insaan par doosre insaan ki teen cheezein haram hain</w:t>
      </w:r>
    </w:p>
    <w:p>
      <w:pPr>
        <w:jc w:val="right"/>
      </w:pPr>
      <w:r>
        <w:t>لیکن اسکینیتپہحملہکرنا اسکو برابت انا اسکو من افق فاجرفاسقیہکہنا اسکیجسکوکہتےہیںتائید عیبزنیکرنا اسیکوکہتےہیںکردارکشی یا character assassination یہسبحرامہے یہسبحرامہے تو ہرانسان پر دوسرے انسانکیتینچیزیںحرامہیں</w:t>
      </w:r>
    </w:p>
    <w:p>
      <w:r>
        <w:rPr>
          <w:b/>
        </w:rPr>
        <w:t xml:space="preserve">[34:51] </w:t>
      </w:r>
      <w:r>
        <w:t>isko physical harm pahunchana iske maal ko jaiz taur par lena ya iski abroo par hamla karna iski izzat izzat abroo par hamla karna yeh sab haram hai aise hi dekhiye</w:t>
      </w:r>
    </w:p>
    <w:p>
      <w:pPr>
        <w:jc w:val="right"/>
      </w:pPr>
      <w:r>
        <w:t>اسکو physicalharmپہنچانا اسکے مال کو ناجائزطورپرلینا یا اسکی ابروپرحملہکرنا اسکیعزتعزتوابروپرحملہکرنا یہسبحرامہے ایسےہیدیکھیے</w:t>
      </w:r>
    </w:p>
    <w:p>
      <w:r>
        <w:rPr>
          <w:b/>
        </w:rPr>
        <w:t xml:space="preserve">[35:12] </w:t>
      </w:r>
      <w:r>
        <w:t>ek hadees hai wallah la yoomino wallah la yoomino wallah la yoomino alladhi la yamino jaarahu bawaa'iq</w:t>
      </w:r>
    </w:p>
    <w:p>
      <w:pPr>
        <w:jc w:val="right"/>
      </w:pPr>
      <w:r>
        <w:t>ایکحدیثہے واللہ لا یومنو واللہ لایومنو واللہ لایومنو الذی لا ی امنو جارہپوائق</w:t>
      </w:r>
    </w:p>
    <w:p>
      <w:r>
        <w:rPr>
          <w:b/>
        </w:rPr>
        <w:t xml:space="preserve">[35:27] </w:t>
      </w:r>
      <w:r>
        <w:t>iska matlab yeh hai ke</w:t>
      </w:r>
    </w:p>
    <w:p>
      <w:pPr>
        <w:jc w:val="right"/>
      </w:pPr>
      <w:r>
        <w:t>اسکامطلبیہہے کہ</w:t>
      </w:r>
    </w:p>
    <w:p>
      <w:r>
        <w:rPr>
          <w:b/>
        </w:rPr>
        <w:t xml:space="preserve">[35:31] </w:t>
      </w:r>
      <w:r>
        <w:t>teen baar aap ne farmaya Khuda ki qasam woh momin nahin hai teen baar Khuda ki qasam woh momin nahin hai Khuda ki qasam woh momin nahin hai Khuda ki qasam momin nahin hai kaun</w:t>
      </w:r>
    </w:p>
    <w:p>
      <w:pPr>
        <w:jc w:val="right"/>
      </w:pPr>
      <w:r>
        <w:t>تینبارآپ نےفرمایا خداکیقسم وہمومننہیںہے تینبار خداکیقسم وہ مومن نہیںہے خداکیقسم وہمومننہیںہے خداکیقسم مومننہیںہے کون</w:t>
      </w:r>
    </w:p>
    <w:p>
      <w:r>
        <w:rPr>
          <w:b/>
        </w:rPr>
        <w:t xml:space="preserve">[35:49] </w:t>
      </w:r>
      <w:r>
        <w:t>jis ke jo doosron ki problem create kare jo doosre jo jis jis ki ziyadti se iska parosi aman mein na ho jo deviations create kare doosron ki ziyadti bane parosiyon ko takleef pahunchaye yani aap ne farmaya ke woh momin nahin hai woh momin nahin hai woh momin nahin hai ab dekhiye ke is mein kya nikla</w:t>
      </w:r>
    </w:p>
    <w:p>
      <w:pPr>
        <w:jc w:val="right"/>
      </w:pPr>
      <w:r>
        <w:t>جس کے جو دوسروںکیپرابلم کریٹکرے جو دوسرے جو جس جسکیزیادتیسےاسکاپڑوسیامنمیںنہہو جو ڈیویشنزکریٹکرے دوسروںکیزیادتیبنے پڑوسیوںکو تکلیفپہنچائے یعنیآپنےفرمایاکہوہ مومنہینہیںہےوہمومننہیںہےوہمومننہیںہے ابدیکھیےکہاسمیںکیا نکلا</w:t>
      </w:r>
    </w:p>
    <w:p>
      <w:r>
        <w:rPr>
          <w:b/>
        </w:rPr>
        <w:t xml:space="preserve">[36:17] </w:t>
      </w:r>
      <w:r>
        <w:t>ke har aadmi har waqt ek paros mein hota hai chahe aap mehle mein hon aap safar kar rahe hon aap kisi colony mein hon kahin bhi hon jo aap ke aas paas hai woh aap ke parosi hain kahin bhi jahan bhi kuch insaan hain aap insaanon ke beech mein hain to jo bhi log aap ke aas paas hain woh sab aap ke parosi hain</w:t>
      </w:r>
    </w:p>
    <w:p>
      <w:pPr>
        <w:jc w:val="right"/>
      </w:pPr>
      <w:r>
        <w:t>کہہرآدمی ہر وقت ایک پڑوسمیںہوتاہے چاہےآپمحلےمیںہوں آپ سفرکررہےہوں آپ کسی کال ونیمیںہوں کہیںبھیہوں جوآپ کےاسپاسہےوہآپکےپڑوسیہیں کہیںبھیجہاںبھی کچھانسانہیں آپ انسانوںکےبیچمیںہیں توجوبھیلوگآپکےاسپاس ہیں وہ سبآپکےپڑوسیہیں</w:t>
      </w:r>
    </w:p>
    <w:p>
      <w:r>
        <w:rPr>
          <w:b/>
        </w:rPr>
        <w:t xml:space="preserve">[36:42] </w:t>
      </w:r>
      <w:r>
        <w:t>to un parosiyon ko ke darmiyan aap ko no problem person bankar rehna hai yeh list yeh kam se kam hai kam se kam shart hai</w:t>
      </w:r>
    </w:p>
    <w:p>
      <w:pPr>
        <w:jc w:val="right"/>
      </w:pPr>
      <w:r>
        <w:t>توان پڑوسیوںکو کے درمیان آپ کو نو پرابلم پرسنبنکررہناہے یہ لیسٹ یہ کمسےکم ہے کمسےکم شرطہے</w:t>
      </w:r>
    </w:p>
    <w:p>
      <w:r>
        <w:rPr>
          <w:b/>
        </w:rPr>
        <w:t xml:space="preserve">[37:02] </w:t>
      </w:r>
      <w:r>
        <w:t>ke doosron ko aap se koi takleef na pahunche doosron ke liye aap koi problem create na karen</w:t>
      </w:r>
    </w:p>
    <w:p>
      <w:pPr>
        <w:jc w:val="right"/>
      </w:pPr>
      <w:r>
        <w:t>کہ دوسروںکو آپ سےکوئیتکلیفنہپہنچے دوسروںکےلیےآپکوئیپرابلم کریٹنہکریں</w:t>
      </w:r>
    </w:p>
    <w:p>
      <w:r>
        <w:rPr>
          <w:b/>
        </w:rPr>
        <w:t xml:space="preserve">[37:10] </w:t>
      </w:r>
      <w:r>
        <w:t>دوسروںکےلیےکوئینوشنزکریٹنہکریں 100% آپ no problem person بنکررہیں</w:t>
      </w:r>
    </w:p>
    <w:p>
      <w:pPr>
        <w:jc w:val="right"/>
      </w:pPr>
      <w:r>
        <w:t>دوسروںکےلیےکوئینوشنزکریٹنہکریں ہنڈرڈپرسنٹآپ نو پرابلم پرسن بنکررہیں</w:t>
      </w:r>
    </w:p>
    <w:p>
      <w:r>
        <w:rPr>
          <w:b/>
        </w:rPr>
        <w:t xml:space="preserve">[37:20] </w:t>
      </w:r>
      <w:r>
        <w:t>warna Rasool Allah ke in alfaz ke mutabiq aap ka momin hona mujtabih hai, doubtful hai.</w:t>
      </w:r>
    </w:p>
    <w:p>
      <w:pPr>
        <w:jc w:val="right"/>
      </w:pPr>
      <w:r>
        <w:t>ورنہرسولاللہکےانالفاظکےمطابق آپ کا مومنہونا مجتبیہے ڈاؤٹفل ہے</w:t>
      </w:r>
    </w:p>
    <w:p>
      <w:r>
        <w:rPr>
          <w:b/>
        </w:rPr>
        <w:t xml:space="preserve">[37:27] </w:t>
      </w:r>
      <w:r>
        <w:t>kitna sakht hadith hai ye kitna sakht hadith hai ek aur hadith mein hai ke ala tanfa faladorraha</w:t>
      </w:r>
    </w:p>
    <w:p>
      <w:pPr>
        <w:jc w:val="right"/>
      </w:pPr>
      <w:r>
        <w:t>کتنیسختحدیثہےیہ کتنیسختحدیثہے ایکاورحدیث میںہے کہ الا تنفہ فلاتضرہ</w:t>
      </w:r>
    </w:p>
    <w:p>
      <w:r>
        <w:rPr>
          <w:b/>
        </w:rPr>
        <w:t xml:space="preserve">[37:43] </w:t>
      </w:r>
      <w:r>
        <w:t>agar tum doosre ko faida nahin pahuncha sakte to kam se kam usko nuksan mat pahunchao</w:t>
      </w:r>
    </w:p>
    <w:p>
      <w:pPr>
        <w:jc w:val="right"/>
      </w:pPr>
      <w:r>
        <w:t>اگر تم دوسرےکو فائدہنہیں پہنچاسکتے تو کمسےکماسکونقصانمتپہنچاؤ</w:t>
      </w:r>
    </w:p>
    <w:p>
      <w:r>
        <w:rPr>
          <w:b/>
        </w:rPr>
        <w:t xml:space="preserve">[37:52] </w:t>
      </w:r>
      <w:r>
        <w:t>agar tum usko nafa nahin pahuncha sakte to usko zarra bhi na pahunchao is mein dekhiye do baat mili ke ya to aap apni society mein giver bankar rahen giver ya no problem person bankar rahen</w:t>
      </w:r>
    </w:p>
    <w:p>
      <w:pPr>
        <w:jc w:val="right"/>
      </w:pPr>
      <w:r>
        <w:t>اگر تم اسکونفعنہیںپہنچاسکتےتواسکوضرربھینہپہنچاؤ اسمیں دیکھیے دوبات ملی کہ یاتوآپ اپنی سوسائٹیمیں گیوربنکررہیںگیور یا نو پرابلمپرسنبنکررہیں</w:t>
      </w:r>
    </w:p>
    <w:p>
      <w:r>
        <w:rPr>
          <w:b/>
        </w:rPr>
        <w:t xml:space="preserve">[38:14] </w:t>
      </w:r>
      <w:r>
        <w:t>bahut hi jaame hadees hai yeh bahut jaame ke aap ek samaj mein hain ek society mein hain ek maashre mein hain to wahan aap ko kaise rehna hai ya to aap dene wale bankar rahen ya kam se kam kam se kam doosron ke liye aap koi nishans create na kijiye</w:t>
      </w:r>
    </w:p>
    <w:p>
      <w:pPr>
        <w:jc w:val="right"/>
      </w:pPr>
      <w:r>
        <w:t>بہت ہی جامعحدیثہےیہ بہت جام ع کہآپایک سماجمیں ہیں ایک سوسائٹیمیںہیں ایک معاشرےمیںہیں تووہاںآپکوکیسےرہناہے یاتوآپ دینےوالے بنکررہیے یا کم سےکم کمسےکم دوسروںکےلیےآپکوئینوشنزکریٹنہکیجئے</w:t>
      </w:r>
    </w:p>
    <w:p>
      <w:r>
        <w:rPr>
          <w:b/>
        </w:rPr>
        <w:t xml:space="preserve">[38:39] </w:t>
      </w:r>
      <w:r>
        <w:t>to ya to aap giver person bane ya no problem person bane koi teesra teesra shakal nahin hai</w:t>
      </w:r>
    </w:p>
    <w:p>
      <w:pPr>
        <w:jc w:val="right"/>
      </w:pPr>
      <w:r>
        <w:t>تو یاتوآپ گیورپرسنبنیں یا نو پرابلمپرسنبنیں کوئی تیسرا تیسرا شکلنہیںہے</w:t>
      </w:r>
    </w:p>
    <w:p>
      <w:r>
        <w:rPr>
          <w:b/>
        </w:rPr>
        <w:t xml:space="preserve">[38:49] </w:t>
      </w:r>
      <w:r>
        <w:t>there is not third position at all kitni clear hai yeh hadees kitni clear hai is mein koi do raah nahin ho sakti hai bahut hi clear hai</w:t>
      </w:r>
    </w:p>
    <w:p>
      <w:pPr>
        <w:jc w:val="right"/>
      </w:pPr>
      <w:r>
        <w:t>دیرازنوتھرڈپوزیشنایٹال کتنیکلی ئریہحدیثہے کتنیکلیئرہےاسمیںکوئی دوراہنہیںہوسکتیہے بہت ہیکلیئرہے</w:t>
      </w:r>
    </w:p>
    <w:p>
      <w:r>
        <w:rPr>
          <w:b/>
        </w:rPr>
        <w:t xml:space="preserve">[39:04] </w:t>
      </w:r>
      <w:r>
        <w:t>aise hi dekhiye ek hadees hai al muslim man salima al naas min lisaanihi wa yadihi</w:t>
      </w:r>
    </w:p>
    <w:p>
      <w:pPr>
        <w:jc w:val="right"/>
      </w:pPr>
      <w:r>
        <w:t>ایسےہیدیکھیے ایکحدیثہے المسلم من سلب الناس منلسان ہ و یدہ</w:t>
      </w:r>
    </w:p>
    <w:p>
      <w:r>
        <w:rPr>
          <w:b/>
        </w:rPr>
        <w:t xml:space="preserve">[39:16] </w:t>
      </w:r>
      <w:r>
        <w:t>yani muslim az one by whose hands and tongue people are safe muslim woh hai jiski zabaan se jis ke haath se log mehfooz hon aman mein hon</w:t>
      </w:r>
    </w:p>
    <w:p>
      <w:pPr>
        <w:jc w:val="right"/>
      </w:pPr>
      <w:r>
        <w:t>یعنیمسلماز ون بائیہوز ہینڈزاینڈٹنگ پیپلار سیف مسلموہہے جسکیزبان سے جسکےہاتھسے لوگ محفوظہوں امنمیںہوں</w:t>
      </w:r>
    </w:p>
    <w:p>
      <w:r>
        <w:rPr>
          <w:b/>
        </w:rPr>
        <w:t xml:space="preserve">[39:34] </w:t>
      </w:r>
      <w:r>
        <w:t>yani aap bahut zyada iska matlab yeh hai ke humein samaj mein society mein bahut soch samajh kar rehna hai na to hum kaan shishe leksiko takleef dein aur na in kaan shishe leksi hamara koi amal kisi ke liye takleef ka baais bane dono cheezon se bachna hai kyunke Quran mein ek intehaab taa aamaal ko ba tamshoor</w:t>
      </w:r>
    </w:p>
    <w:p>
      <w:pPr>
        <w:jc w:val="right"/>
      </w:pPr>
      <w:r>
        <w:t>یعنی آپ بہت زیادہ اسکامطلبیہہےکہہمیں سماجمیں سوسائٹیمیں بہت سوچسمجھکررہناہے نہتوہمکانشیسلیکسیکو تکلیفدیں اور نہانکانشیسلیکسی ہمارا کوئیعمل کسیکےلیےتکلیفکاباعثبنے دونوںچیزوںسےبچناہے کیونکہقرانمیںایکانتہابتاعاعمالکوباتمشر ور</w:t>
      </w:r>
    </w:p>
    <w:p>
      <w:r>
        <w:rPr>
          <w:b/>
        </w:rPr>
        <w:t xml:space="preserve">[40:00] </w:t>
      </w:r>
      <w:r>
        <w:t>yani in kaan shishe le manay ek kaam kiya aur iska natija ultah to woh bhi iska pakad hogi iski pakad hogi</w:t>
      </w:r>
    </w:p>
    <w:p>
      <w:pPr>
        <w:jc w:val="right"/>
      </w:pPr>
      <w:r>
        <w:t>یعنیانکانشیسلیتمنےایککامکیا اوراسکانتیجہالٹاتھاتووہبھیاسکابھیپکڑہوگی اسکیپکڑہوگی</w:t>
      </w:r>
    </w:p>
    <w:p>
      <w:r>
        <w:rPr>
          <w:b/>
        </w:rPr>
        <w:t xml:space="preserve">[40:11] </w:t>
      </w:r>
      <w:r>
        <w:t>bahut khatarnak baat hai bahut bahut bada sakhey yeh intehaab taa aamaal ko ba tamshoor</w:t>
      </w:r>
    </w:p>
    <w:p>
      <w:pPr>
        <w:jc w:val="right"/>
      </w:pPr>
      <w:r>
        <w:t>بہت خطرناکباتہے بہت بہت بڑارسکہےیہ انتہابتاعاعمال کو باتملا تشرون</w:t>
      </w:r>
    </w:p>
    <w:p>
      <w:r>
        <w:rPr>
          <w:b/>
        </w:rPr>
        <w:t xml:space="preserve">[40:21] </w:t>
      </w:r>
      <w:r>
        <w:t>yani ek yeh hai ke aap ne intention le jaan boojh kar kisi ke liye bura kiya kisi ko takleef pahunchai</w:t>
      </w:r>
    </w:p>
    <w:p>
      <w:pPr>
        <w:jc w:val="right"/>
      </w:pPr>
      <w:r>
        <w:t>یعنیایکیہہےکہآپنے انٹینشن لی جان بوجھکر کسی کےلیے براکیا کسی کوتکلیفپہنچائی</w:t>
      </w:r>
    </w:p>
    <w:p>
      <w:r>
        <w:rPr>
          <w:b/>
        </w:rPr>
        <w:t xml:space="preserve">[40:33] </w:t>
      </w:r>
      <w:r>
        <w:t>intentionally ekihai ke aap ka intention to nahi tha lekin usko takleef pahunch gayi tab bhi aap pakde jayenge kyunke inteha bitaa aamaal ko baat malatashrun</w:t>
      </w:r>
    </w:p>
    <w:p>
      <w:pPr>
        <w:jc w:val="right"/>
      </w:pPr>
      <w:r>
        <w:t>انٹینشنلی ایکیہہےکہآپ کاانٹینشنتونہیںتھالیکن اسکوتکلیفپہنچگئی تببھیآپپکڑےجائیںگے کیونکہ انتہابتاعاعمالکو باتملاتشرون</w:t>
      </w:r>
    </w:p>
    <w:p>
      <w:r>
        <w:rPr>
          <w:b/>
        </w:rPr>
        <w:t xml:space="preserve">[40:47] </w:t>
      </w:r>
      <w:r>
        <w:t>iska matlab hai ke bahut zyada hoshiyar rehna hai bahut zyada choukan rehna hai</w:t>
      </w:r>
    </w:p>
    <w:p>
      <w:pPr>
        <w:jc w:val="right"/>
      </w:pPr>
      <w:r>
        <w:t>اسکامطلبہےکہبہت زیادہ ہوشیاررہناہے بہت زیادہچوکرنارہناہے</w:t>
      </w:r>
    </w:p>
    <w:p>
      <w:r>
        <w:rPr>
          <w:b/>
        </w:rPr>
        <w:t xml:space="preserve">[40:55] </w:t>
      </w:r>
      <w:r>
        <w:t>farz kijiye ke ek ek building hai aap idhar khade hue hain aap ek pathar phenk rahe hain aur uske pathar jaake gira kisi ke sar par to aap yeh nahi keh sakte ke maine to dekha nahi tha ke wahan admi hai to nahi dekha to aapne pathar phenka kyun</w:t>
      </w:r>
    </w:p>
    <w:p>
      <w:pPr>
        <w:jc w:val="right"/>
      </w:pPr>
      <w:r>
        <w:t>فرضکیجئےکہایک ایکبلڈنگہے آپ ادھرکھڑےہوئےہیں آپایکپتھرپھینکرہےہیں اوراسکےپتھرجاکےگراکسی کےسرپر توآپیہنہیںکہہسکتےکہمیںنےتودیکھانہیںتھاکہوہاںادمیہے تو نہیںدیکھاتوآپنےپتھرپھینکاکیوں</w:t>
      </w:r>
    </w:p>
    <w:p>
      <w:r>
        <w:rPr>
          <w:b/>
        </w:rPr>
        <w:t xml:space="preserve">[41:13] </w:t>
      </w:r>
      <w:r>
        <w:t>ek building ke idhar aap hain aur pathar phenkte hain doosri taraf girta gaya girta gaya sar par agar sar tootta hai to aap yeh nahi keh sakte ke mujhe pata nahi tha ke idhar insaan hai aap ko nahi pata tha pathar phenka kyun yeh hai inteha bitaa aamaal ko mawa ant malatashrun</w:t>
      </w:r>
    </w:p>
    <w:p>
      <w:pPr>
        <w:jc w:val="right"/>
      </w:pPr>
      <w:r>
        <w:t>ایکبلڈنگکےادھرآپہیں اورپتھرپھینکتےہیں دوسریطرف گرتاگیا گرتاگیا سرپر اگرسرٹوٹتاہے توآپ یہنہیںکہہسکتےکہمجھےپتہنہیںتھاکہ ادھران سانہے آپ کونہیںپتہتھا پتھرپھینکاکیوں یہہے انتہابتاعاعمال کموانتملاتشرون</w:t>
      </w:r>
    </w:p>
    <w:p>
      <w:r>
        <w:rPr>
          <w:b/>
        </w:rPr>
        <w:t xml:space="preserve">[41:35] </w:t>
      </w:r>
      <w:r>
        <w:t>to yaad rakhiye chahe consciously chahe unconsciously aap ki zaat se agar doosron ko takleef pahunchti hai to dono ke liye aap countable hain dono ke liye pakde jayenge aap yeh kehkar aap nahi chhod sakte ke bhai intention to aisa nahi tha kyunke Quran mein saaf saaf hai inteha bitaa aamaal ko baat malatashrun</w:t>
      </w:r>
    </w:p>
    <w:p>
      <w:pPr>
        <w:jc w:val="right"/>
      </w:pPr>
      <w:r>
        <w:t>تویادرکھیے چاہے کانشیسلی چاہےانکانشیسلی آپ کیذاتسے اگر دوسروںکو تکلیفپہنچتیہے تو دون وںکےلیےآپاکاؤنٹیبلہیں دونوںکےلیےپکڑےجائیںگےآپ یہ کہہکرآپنہیںچھوڑسکتےکہبھائیانٹینشنتوایساتھانہیں کیونکہ قرانمیںصافصافہے انتہابتاعاعمالکوباتملاتشرون</w:t>
      </w:r>
    </w:p>
    <w:p>
      <w:r>
        <w:rPr>
          <w:b/>
        </w:rPr>
        <w:t xml:space="preserve">[42:01] </w:t>
      </w:r>
      <w:r>
        <w:t>unintentionally bhiaagar aapne aisa kiya jisse doosron ko nuksan pahancha is maane ke humein bahut zyada sochna chahiye</w:t>
      </w:r>
    </w:p>
    <w:p>
      <w:pPr>
        <w:jc w:val="right"/>
      </w:pPr>
      <w:r>
        <w:t>انانٹینشنلیبھیاگرآپنےایساکیا جسسےدوسروںکونقصانپہنچا اس معنیکہہمیںبہت زیادہسوچناچاہیے</w:t>
      </w:r>
    </w:p>
    <w:p>
      <w:r>
        <w:rPr>
          <w:b/>
        </w:rPr>
        <w:t xml:space="preserve">[42:10] </w:t>
      </w:r>
      <w:r>
        <w:t>aise hi kuch nahi kar daalna chahiye</w:t>
      </w:r>
    </w:p>
    <w:p>
      <w:pPr>
        <w:jc w:val="right"/>
      </w:pPr>
      <w:r>
        <w:t>ایسےہی کچھنہیںکرڈالناچاہیے</w:t>
      </w:r>
    </w:p>
    <w:p>
      <w:r>
        <w:rPr>
          <w:b/>
        </w:rPr>
        <w:t xml:space="preserve">[42:18] </w:t>
      </w:r>
      <w:r>
        <w:t>kuch bhi aise karein hangama uchhal kood koi dhoom dham ismein kuch log maare jayein kuch log pakde jayein to woh Islam mein haram hai bilkul haram hai</w:t>
      </w:r>
    </w:p>
    <w:p>
      <w:pPr>
        <w:jc w:val="right"/>
      </w:pPr>
      <w:r>
        <w:t>کچھبھیایسےکریں ہنگامہ اچھلکود کوئیدھومدھام اسمیںکچھلوگمارےجائیں کچھلوگپکڑےجائیں تو وہاسلام میںحرامہےبالکل حرامہے</w:t>
      </w:r>
    </w:p>
    <w:p>
      <w:r>
        <w:rPr>
          <w:b/>
        </w:rPr>
        <w:t xml:space="preserve">[42:30] </w:t>
      </w:r>
      <w:r>
        <w:t>aap yeh nahi keh sakte ke main to peaceful tha aap ko woh outcome ya result woh outcome ya result koi bhi fail karne se pehle aapko sochna padega ke uska result kya niklega koi bhi aap step le rahe hain koi bhi step aap le rahe hain society mein ijtima mein</w:t>
      </w:r>
    </w:p>
    <w:p>
      <w:pPr>
        <w:jc w:val="right"/>
      </w:pPr>
      <w:r>
        <w:t>آپ یہنہیںکہہسکتےکہمیں توپیسفل تھا آپ کو یوہیوٹوسیدارزلٹ یوہیوٹوسیدارزلٹ کوئیبھی فیل کرنےسے پہلے آپکو سوچناپڑےگا کہ اسکا رزلٹکیانکلےگا کوئیبھیآپ سٹیپلےرہےہیں کوئیبھیسٹیپآپلےرہےہیں سوسائٹیمیں اجتماع میں</w:t>
      </w:r>
    </w:p>
    <w:p>
      <w:r>
        <w:rPr>
          <w:b/>
        </w:rPr>
        <w:t xml:space="preserve">[42:59] </w:t>
      </w:r>
      <w:r>
        <w:t>aap akele agar hain kisi island mein to chahe kuch bhi kijiye idhar pathar meri idhar pathar mariye shor kijiye kuch bhi kijiye aap akele island mein hain to aap bhi jaanenge bas lekin jab aap society mein hain to aap aisa nahi kar sakte ke aap kuch bhi karein aur jab result nikle to aap kahein ke mera to irada aisa nahi tha main to peaceful tha ya Allah taala ka pakad jayega aisa aise log pakad jayenge</w:t>
      </w:r>
    </w:p>
    <w:p>
      <w:pPr>
        <w:jc w:val="right"/>
      </w:pPr>
      <w:r>
        <w:t>آپ اکیلےاگرہیںکسی ائیلینڈمیں تو چاہےکچھبھیکیجئے ادھرپتھر میریادھرپتھرماریے شور کیجئےکچھبھیکیجئے آپ اکیلےائیلینڈمیںہیںتوآپبھیجانیںگےبس لیکن جبآپسوسائٹیمیںہیں تو آپایسانہیںکرسکتے کہآپکچھبھی کریں اور جب رزلٹالٹانکلاتوآپکہیںکہمیراتو ارادہایسانہیںتھا میںتوپیسفل تھا یااللہ تعالیکا پکڑجائےگا ایساایسےلوگپکڑجائیںگے</w:t>
      </w:r>
    </w:p>
    <w:p>
      <w:r>
        <w:rPr>
          <w:b/>
        </w:rPr>
        <w:t xml:space="preserve">[43:28] </w:t>
      </w:r>
      <w:r>
        <w:t>jis step ka jis qadam ka result negative nikle beshak woh log pakde jayenge jinhone woh step liya tha chahe shuru mein unhone aisa na socha ho</w:t>
      </w:r>
    </w:p>
    <w:p>
      <w:pPr>
        <w:jc w:val="right"/>
      </w:pPr>
      <w:r>
        <w:t>جس سٹیپکا جس اقدامکا رزلٹ نیگیٹیونکلے بلاشبہ وہلوگپکڑےجائیںگےجنہوںنےوہسٹیپلیاتھا چاہے شروع میںانہوںنےایسانہسوچاہو</w:t>
      </w:r>
    </w:p>
    <w:p>
      <w:r>
        <w:rPr>
          <w:b/>
        </w:rPr>
        <w:t xml:space="preserve">[43:44] </w:t>
      </w:r>
      <w:r>
        <w:t>yeh bahut zyada sochne ki baat hai bahut zyada sochne ki baat hai ek hadith hai ke deen al muamalah deen dealing ka naam hai</w:t>
      </w:r>
    </w:p>
    <w:p>
      <w:pPr>
        <w:jc w:val="right"/>
      </w:pPr>
      <w:r>
        <w:t>یہبہتزیادہسوچنےکیباتہے بہت زیادہسوچنےکیباتہے ایکحدیثہےکہ الدین المع املہ دین ڈیلنگکانامہے</w:t>
      </w:r>
    </w:p>
    <w:p>
      <w:r>
        <w:rPr>
          <w:b/>
        </w:rPr>
        <w:t xml:space="preserve">[43:56] </w:t>
      </w:r>
      <w:r>
        <w:t>yeh zor dene ke liye kaha gaya hai iska matlab nahi ke Allah ko maano ya na maano peghambar ko maano ya na maano bas dealing achhi ho yeh matlab hai iska nahi yeh tumhara imaan tumhari ibaadat jaanchi jayegi sab baat se ke dealing mein tum kaise ho yeh matlab hai iska</w:t>
      </w:r>
    </w:p>
    <w:p>
      <w:pPr>
        <w:jc w:val="right"/>
      </w:pPr>
      <w:r>
        <w:t>یہ زوردینےکےلیےکہاگیاہے اسکامطلب نہیںکہ اللہ کومانویانہمانو پیغمبرکومانویانہمانو بسڈیلنگاچھیہو یہمطلبہےاسکانہیں یہتمہاراایمان تمہاریعبادتججکیجائےگیاسباتسے کہڈیلنگمیںتمکیسےہو یہمطلبہےاسکا</w:t>
      </w:r>
    </w:p>
    <w:p>
      <w:r>
        <w:rPr>
          <w:b/>
        </w:rPr>
        <w:t xml:space="preserve">[44:20] </w:t>
      </w:r>
      <w:r>
        <w:t>yani tumhara deen tumhara imaan tumhari ibaadat sab jaanchi jayegi sab baat ke tum logon ke darmiyan tumhari dealing kaisi hai yani Hazrat Umar R.A. se ek shakhs hai uski tareef ki gayi ke falan admi bada achha hai falan admi bahut khoobiyon wala hai to Hazrat Umar ne poocha unse ke kya tumhari koi dealing hui hai unse koi laindaina hua hai to kaha ke nahi kaha kabhi tumne unke saath safar kiya hai</w:t>
      </w:r>
    </w:p>
    <w:p>
      <w:pPr>
        <w:jc w:val="right"/>
      </w:pPr>
      <w:r>
        <w:t>یعنیتمہارادین تمہاراایمان تمہاریعبادت سب جانچیجائےگیاسباتکہتم لوگوںکےدرمیان تمہاریڈیلنگکیسیہے یعنیحضرتعمررضیاللہعنہسےایکشخص ہے کیتعریفکیگئی کہفلاںادمیبڑااچھاہےفلاںادمیبہت خوبیوںوالاہے تو حضرتعمرنےپوچھاانسے کہ کیا تمہاریکوئیڈیلنگہوئیہےانسے کوئیلیندینہواہے توکہاکہنہیں کہاکبھیتمنےانکےساتھسفرکیاہے</w:t>
      </w:r>
    </w:p>
    <w:p>
      <w:r>
        <w:rPr>
          <w:b/>
        </w:rPr>
        <w:t xml:space="preserve">[44:49] </w:t>
      </w:r>
      <w:r>
        <w:t>to kaha ke nahi to Hazrat Umar ne kya kaha phir tumne unko masjid mein uthte baithte dekha hoga</w:t>
      </w:r>
    </w:p>
    <w:p>
      <w:pPr>
        <w:jc w:val="right"/>
      </w:pPr>
      <w:r>
        <w:t>توکہاکہنہیں تو حضرتعمرنےکیاکہا پھر تمنے انکو مسجدمیں اٹھتےبیٹھتےدیکھاہوگا</w:t>
      </w:r>
    </w:p>
    <w:p>
      <w:r>
        <w:rPr>
          <w:b/>
        </w:rPr>
        <w:t xml:space="preserve">[45:02] </w:t>
      </w:r>
      <w:r>
        <w:t>ghor kijiye ispar ke phir tumne unko masjid mein uthte baithte dekha hoga is maane ke masjid ki jo namaz hai usko jaanchne ka jo mayar kya hai dealing hai logon ke saath aapki kaise hain</w:t>
      </w:r>
    </w:p>
    <w:p>
      <w:pPr>
        <w:jc w:val="right"/>
      </w:pPr>
      <w:r>
        <w:t>غورکیجئےاسپر کہپھرتمنےانکو مسجدمیںاٹھتےبیٹھتےدیکھاہوگا اس معنیہےکہ مسجد کیجونمازہے اسکو جانچنےکاجومعیارکیاہے ڈیلنگہے لوگوںکےساتھاپکیسےہیں</w:t>
      </w:r>
    </w:p>
    <w:p>
      <w:r>
        <w:rPr>
          <w:b/>
        </w:rPr>
        <w:t xml:space="preserve">[45:21] </w:t>
      </w:r>
      <w:r>
        <w:t>agar aap logon ke saath achhe nahi hain to is maane aapki namaz jo thi woh ek ritual thi ek rasam thi ek be rooh farma tha aur be rooh farma ki koi qeemat nahi hai</w:t>
      </w:r>
    </w:p>
    <w:p>
      <w:pPr>
        <w:jc w:val="right"/>
      </w:pPr>
      <w:r>
        <w:t>اگر اپلوگوںکےساتھ اچھےنہیںہیں تو اسمعنیاپکینمازجوتھیوہ ایک ریچولتھی ایکرسمتھی ایک بےروحفارمتھا اور بےروحفارمکیکوئیقیمتنہیںہے</w:t>
      </w:r>
    </w:p>
    <w:p>
      <w:r>
        <w:rPr>
          <w:b/>
        </w:rPr>
        <w:t xml:space="preserve">[45:38] </w:t>
      </w:r>
      <w:r>
        <w:t>to dunya mein bahut zyada bahut zyada soch samajhkar rehna yaad rakhiye har waqt choukan rehna hai har waqt conscious rehna hai</w:t>
      </w:r>
    </w:p>
    <w:p>
      <w:pPr>
        <w:jc w:val="right"/>
      </w:pPr>
      <w:r>
        <w:t>تو دنیا میں بہت زیادہ بہت زیادہ سوچسمجھکررہنایادرکھیے ہروقت چوکرنہرہناہروقتکانشیسرہناہے</w:t>
      </w:r>
    </w:p>
    <w:p>
      <w:r>
        <w:rPr>
          <w:b/>
        </w:rPr>
        <w:t xml:space="preserve">[45:48] </w:t>
      </w:r>
      <w:r>
        <w:t>agar koi admi island mein ho akele tab usko jaise chahe waise rahe woh lekin jab aap society mein hain to har waqt aapko sochna hai</w:t>
      </w:r>
    </w:p>
    <w:p>
      <w:pPr>
        <w:jc w:val="right"/>
      </w:pPr>
      <w:r>
        <w:t>اگر کوئیادمیائیلینڈمیںہواکیلے تباسکو جیسےچاہےویسےرہےوہ لیکن جباپ سوسائٹیمیںہیں تو ہروقت اپکوسوچناہے</w:t>
      </w:r>
    </w:p>
    <w:p>
      <w:r>
        <w:rPr>
          <w:b/>
        </w:rPr>
        <w:t xml:space="preserve">[46:03] </w:t>
      </w:r>
      <w:r>
        <w:t>iska isika naam taqwa hai isi mahat ya zindagi ka naam taqwa hai</w:t>
      </w:r>
    </w:p>
    <w:p>
      <w:pPr>
        <w:jc w:val="right"/>
      </w:pPr>
      <w:r>
        <w:t>اسیکااسیکانام تقویہے اسیمحتاطزندگی کانامتقویہے</w:t>
      </w:r>
    </w:p>
    <w:p>
      <w:r>
        <w:rPr>
          <w:b/>
        </w:rPr>
        <w:t xml:space="preserve">[46:11] </w:t>
      </w:r>
      <w:r>
        <w:t>taqwa kya hai mahat zindagi ihtiyat ke saath dunya mein rehna</w:t>
      </w:r>
    </w:p>
    <w:p>
      <w:pPr>
        <w:jc w:val="right"/>
      </w:pPr>
      <w:r>
        <w:t>تقویکیاہے محتاطزندگی احتیاطکےساتھ دنیا میںرہنا</w:t>
      </w:r>
    </w:p>
    <w:p>
      <w:r>
        <w:rPr>
          <w:b/>
        </w:rPr>
        <w:t xml:space="preserve">[46:19] </w:t>
      </w:r>
      <w:r>
        <w:t>chunaanche dekhiye</w:t>
      </w:r>
    </w:p>
    <w:p>
      <w:pPr>
        <w:jc w:val="right"/>
      </w:pPr>
      <w:r>
        <w:t>چنانچہدیکھیے</w:t>
      </w:r>
    </w:p>
    <w:p>
      <w:r>
        <w:rPr>
          <w:b/>
        </w:rPr>
        <w:t xml:space="preserve">[46:23] </w:t>
      </w:r>
      <w:r>
        <w:t>ek riwayat hai ke Hazrat Umar Farooq R.A. jo the second Khalifa the unhone ek Sahabi se poocha ek aalim Sahabi se ke taqwa kya hai</w:t>
      </w:r>
    </w:p>
    <w:p>
      <w:pPr>
        <w:jc w:val="right"/>
      </w:pPr>
      <w:r>
        <w:t>ایک روایتہے کہ حضرتعمر فاروق رضیاللہعنہجوتھے سیکنڈخلیفہتھے انہوںنےایک صحابیسے پوچھاایکعالم صحابیسے کہتقویکیاہے</w:t>
      </w:r>
    </w:p>
    <w:p>
      <w:r>
        <w:rPr>
          <w:b/>
        </w:rPr>
        <w:t xml:space="preserve">[46:42] </w:t>
      </w:r>
      <w:r>
        <w:t>taqwa kya hai</w:t>
      </w:r>
    </w:p>
    <w:p>
      <w:pPr>
        <w:jc w:val="right"/>
      </w:pPr>
      <w:r>
        <w:t>تقویکیاہے</w:t>
      </w:r>
    </w:p>
    <w:p>
      <w:r>
        <w:rPr>
          <w:b/>
        </w:rPr>
        <w:t xml:space="preserve">[46:45] </w:t>
      </w:r>
      <w:r>
        <w:t>to unhone ek misaal ek tamseel ke zariye uski wazahat ki</w:t>
      </w:r>
    </w:p>
    <w:p>
      <w:pPr>
        <w:jc w:val="right"/>
      </w:pPr>
      <w:r>
        <w:t>تو انہوں نے ایک مثال ایک تمثیلکےذریعےاسکیوضاحتکی</w:t>
      </w:r>
    </w:p>
    <w:p>
      <w:r>
        <w:rPr>
          <w:b/>
        </w:rPr>
        <w:t xml:space="preserve">[46:52] </w:t>
      </w:r>
      <w:r>
        <w:t>unhon ne kaha ya amir al momineen har sirkattareeqa zaushqn aswaqt hazrat umar khaleefa the to unhon ne kaha keh a amir al momineen kaha ap aise rastay par chalay hain jismein dono taraf kaatay daar jhaariyan hon kyun keh arab mein kaatay daar jhaariyan hua karti theen</w:t>
      </w:r>
    </w:p>
    <w:p>
      <w:pPr>
        <w:jc w:val="right"/>
      </w:pPr>
      <w:r>
        <w:t>انہوںنےکہا یا امیر المومنین ہر سرکتکطریقا ذاشوقن اسوقت حضرتعمر خلیفہتھے توانہوںنےکہاکہ اےامیرالمومنین کہاپ ایسےراستےپرچلےہیں جسمیں دونوںطرف کاٹےدارجھاڑیاںہوں کیونکہعربمیںکاٹےدارجھاڑیاںہواکرتیتھیں</w:t>
      </w:r>
    </w:p>
    <w:p>
      <w:r>
        <w:rPr>
          <w:b/>
        </w:rPr>
        <w:t xml:space="preserve">[47:17] </w:t>
      </w:r>
      <w:r>
        <w:t>al salkattareeqahzaushqn ap aise rastay mein chalay hain keh idhar bhi kaatay daar jhaari adhar bhi kaatay daar jhaari to unhon ne kaha keh haan to unhon ne poocha keh ap ne kiya kiya is waqt to hazrat umar ne farmaya keh shamar to washti ani mein ne apne kapray samait liye ab bachta hua guzar gaya</w:t>
      </w:r>
    </w:p>
    <w:p>
      <w:pPr>
        <w:jc w:val="right"/>
      </w:pPr>
      <w:r>
        <w:t>السلکتط ریقہذاشوقن اپ ایسےراستےمیںچلےہیںکہ ادھربھیکاٹےدارجھاڑیادھربھیکاٹےدارجھاڑی توانہوںنےکہاکہہاں تو انہوںنےپوچھاکہاپنےکیا کیا اس وقت تو حضرتعمر نےفرمایاکہ شمرتو وشتہی عنی میںنےاپنےکپڑےسمیٹلیے اببچتاہواگزرگیا</w:t>
      </w:r>
    </w:p>
    <w:p>
      <w:r>
        <w:rPr>
          <w:b/>
        </w:rPr>
        <w:t xml:space="preserve">[47:45] </w:t>
      </w:r>
      <w:r>
        <w:t>to unhon ne kaha keh zalkal taqwa yeh hi taqwa hai ismein saari baat ajati hai aik hi hadees agar pakar le aadmi saari baat ajati hai</w:t>
      </w:r>
    </w:p>
    <w:p>
      <w:pPr>
        <w:jc w:val="right"/>
      </w:pPr>
      <w:r>
        <w:t>توانہوںنےکہاکہذالکالتقوی یہیتقویہے اسمیں ساریبات اجاتیہے ایکہیحدیثاگر پکڑلےادمی ساریباتاجاتیہے</w:t>
      </w:r>
    </w:p>
    <w:p>
      <w:r>
        <w:rPr>
          <w:b/>
        </w:rPr>
        <w:t xml:space="preserve">[47:59] </w:t>
      </w:r>
      <w:r>
        <w:t>yani kaatay hamari zindagi dunya mein kaatay daar jhaariyon ke beech se guzarti hai</w:t>
      </w:r>
    </w:p>
    <w:p>
      <w:pPr>
        <w:jc w:val="right"/>
      </w:pPr>
      <w:r>
        <w:t>یعنیکاٹے ہماریزندگی دنیا میں کاٹےدار جھاڑیوںکےبیچسےگزرتیہے</w:t>
      </w:r>
    </w:p>
    <w:p>
      <w:r>
        <w:rPr>
          <w:b/>
        </w:rPr>
        <w:t xml:space="preserve">[48:06] </w:t>
      </w:r>
      <w:r>
        <w:t>yani koi apko provoke kar raha hai</w:t>
      </w:r>
    </w:p>
    <w:p>
      <w:pPr>
        <w:jc w:val="right"/>
      </w:pPr>
      <w:r>
        <w:t>یعنیکوئی اپکو پرو وککررہاہے</w:t>
      </w:r>
    </w:p>
    <w:p>
      <w:r>
        <w:rPr>
          <w:b/>
        </w:rPr>
        <w:t xml:space="preserve">[48:09] </w:t>
      </w:r>
      <w:r>
        <w:t>koi apko barabar keh raha hai koi ap se</w:t>
      </w:r>
    </w:p>
    <w:p>
      <w:pPr>
        <w:jc w:val="right"/>
      </w:pPr>
      <w:r>
        <w:t>کوئیاپکو برابراکہہرہاہے کوئیاپ سے</w:t>
      </w:r>
    </w:p>
    <w:p>
      <w:r>
        <w:rPr>
          <w:b/>
        </w:rPr>
        <w:t xml:space="preserve">[48:15] </w:t>
      </w:r>
      <w:r>
        <w:t>konuqsan pahuncha deta hai koi apko dhoka de deta hai</w:t>
      </w:r>
    </w:p>
    <w:p>
      <w:pPr>
        <w:jc w:val="right"/>
      </w:pPr>
      <w:r>
        <w:t>کونق صانپہنچادیتاہے کوئیاپکودھکادےدیتاہے</w:t>
      </w:r>
    </w:p>
    <w:p>
      <w:r>
        <w:rPr>
          <w:b/>
        </w:rPr>
        <w:t xml:space="preserve">[48:19] </w:t>
      </w:r>
      <w:r>
        <w:t>koi apko expire karna chahta hai koi apko ghussa dila deta hai ye hona hi hona hai</w:t>
      </w:r>
    </w:p>
    <w:p>
      <w:pPr>
        <w:jc w:val="right"/>
      </w:pPr>
      <w:r>
        <w:t>کوئیاپکوایکسپائرکرناچاہتاہے کوئیاپکوغصہدلادیتاہے یہہوناہیہوناہے</w:t>
      </w:r>
    </w:p>
    <w:p>
      <w:r>
        <w:rPr>
          <w:b/>
        </w:rPr>
        <w:t xml:space="preserve">[48:26] </w:t>
      </w:r>
      <w:r>
        <w:t>aisi koi duniya ap nahi pa sakte</w:t>
      </w:r>
    </w:p>
    <w:p>
      <w:pPr>
        <w:jc w:val="right"/>
      </w:pPr>
      <w:r>
        <w:t>ایسی کوئیدنیا اپنہیںپاسکتے</w:t>
      </w:r>
    </w:p>
    <w:p>
      <w:r>
        <w:rPr>
          <w:b/>
        </w:rPr>
        <w:t xml:space="preserve">[48:29] </w:t>
      </w:r>
      <w:r>
        <w:t>ya bilkul smooth life ho kuch bhi na ho raha ho wo to sirf finland mein mumkin hai</w:t>
      </w:r>
    </w:p>
    <w:p>
      <w:pPr>
        <w:jc w:val="right"/>
      </w:pPr>
      <w:r>
        <w:t>یا بالکلسم وتھلائفہو کچھ بھی نہہورہاہو وہتوصرفائیلینڈمیںممکنہے</w:t>
      </w:r>
    </w:p>
    <w:p>
      <w:r>
        <w:rPr>
          <w:b/>
        </w:rPr>
        <w:t xml:space="preserve">[48:36] </w:t>
      </w:r>
      <w:r>
        <w:t>yeh dunya mein to yeh hona hi hona hai keh ap ko bar bar unpleasant situation pesh aayegi matlab bar bar kaatay daar jhaariyan ap ko lagen gi</w:t>
      </w:r>
    </w:p>
    <w:p>
      <w:pPr>
        <w:jc w:val="right"/>
      </w:pPr>
      <w:r>
        <w:t>یہدنیا میںتویہہوناہیہوناہے کہاپکو باربار ان پلیزنٹسچوئیشنپیشائےگی مطلب باربار کاٹےدارجھاڑیاںاپکو لگیںگی</w:t>
      </w:r>
    </w:p>
    <w:p>
      <w:r>
        <w:rPr>
          <w:b/>
        </w:rPr>
        <w:t xml:space="preserve">[48:52] </w:t>
      </w:r>
      <w:r>
        <w:t>to aswaqt kiya hoga ap react karen ge ap ghussa ajaye ho jayega ap ko ap bharkayen ge aur ron jab bharkayega inteqam aayega ap ke andar</w:t>
      </w:r>
    </w:p>
    <w:p>
      <w:pPr>
        <w:jc w:val="right"/>
      </w:pPr>
      <w:r>
        <w:t>تواسوقتکیاہوگا اپ ریایکٹکریںگے اپ غصہاجائےہوجائےگااپکواپبھڑکاٹھیںگے اور ر ون جبھڑکےگاانتقام ائےگااپکےاندر</w:t>
      </w:r>
    </w:p>
    <w:p>
      <w:r>
        <w:rPr>
          <w:b/>
        </w:rPr>
        <w:t xml:space="preserve">[49:04] </w:t>
      </w:r>
      <w:r>
        <w:t>yeh yeh nahin karna hai yeh sab islam mein haram hai</w:t>
      </w:r>
    </w:p>
    <w:p>
      <w:pPr>
        <w:jc w:val="right"/>
      </w:pPr>
      <w:r>
        <w:t>یہیہنہیںکرناہے یہسب اسلام میںحرامہے</w:t>
      </w:r>
    </w:p>
    <w:p>
      <w:r>
        <w:rPr>
          <w:b/>
        </w:rPr>
        <w:t xml:space="preserve">[49:09] </w:t>
      </w:r>
      <w:r>
        <w:t>jo karna hai wohi yeh hai keh bharknay walay halaat mein bhi na bharkain ghussa dene dil anay walay halaat mein bhi sabar kar ke rahain negative experience ke darmiyan bhi positive banay banay rahain</w:t>
      </w:r>
    </w:p>
    <w:p>
      <w:pPr>
        <w:jc w:val="right"/>
      </w:pPr>
      <w:r>
        <w:t>جو کرناہےوہیہہےکہ بھڑکنےوالے حالات میںبھینہبھڑکیں غصہدینے دل انےوالےحالاتمیںبھیصبرکرکےرہیں نیگیٹیو ایکسپیرینسکےدرمیانبھیپازیٹیوبنے بنےرہیں</w:t>
      </w:r>
    </w:p>
    <w:p>
      <w:r>
        <w:rPr>
          <w:b/>
        </w:rPr>
        <w:t xml:space="preserve">[49:25] </w:t>
      </w:r>
      <w:r>
        <w:t>yeh karna hai yeh hai taqwa aur quran mein bataya gaya hai keh jannat mutaqiyon ke liye hai quran mein bataya gaya hai keh jannatj woh hai mutaqiyon ke liye hai</w:t>
      </w:r>
    </w:p>
    <w:p>
      <w:pPr>
        <w:jc w:val="right"/>
      </w:pPr>
      <w:r>
        <w:t>یہ کرناہے یہہے تقوی اورقرانمیںبتایاگیاہےکہجنت متقیوںکےلیے ہے قرانمیںبتایاگیاہےکہجنتجوہےمتقیوںکےلیے ہے</w:t>
      </w:r>
    </w:p>
    <w:p>
      <w:r>
        <w:rPr>
          <w:b/>
        </w:rPr>
        <w:t xml:space="preserve">[49:43] </w:t>
      </w:r>
      <w:r>
        <w:t>to mutaqi banna is is yeh jo misaal di unhon ne bohat achi misaal hai yeh keh dunya mein jhaariyan hi jhaariyan hain</w:t>
      </w:r>
    </w:p>
    <w:p>
      <w:pPr>
        <w:jc w:val="right"/>
      </w:pPr>
      <w:r>
        <w:t>تو مت قی بننا اس اس یہجو مثال دی انہوںنے بہت اچھیمثالہےیہ کہدنیا میں جھاڑیاںہیجھاڑیاںہیں</w:t>
      </w:r>
    </w:p>
    <w:p>
      <w:r>
        <w:rPr>
          <w:b/>
        </w:rPr>
        <w:t xml:space="preserve">[49:54] </w:t>
      </w:r>
      <w:r>
        <w:t>har taraf yani hamari marzi ke khilaf baaten hain</w:t>
      </w:r>
    </w:p>
    <w:p>
      <w:pPr>
        <w:jc w:val="right"/>
      </w:pPr>
      <w:r>
        <w:t>ہرطرف یعنی ہماریمرضیکےخلاف باتیںہیں</w:t>
      </w:r>
    </w:p>
    <w:p>
      <w:r>
        <w:rPr>
          <w:b/>
        </w:rPr>
        <w:t xml:space="preserve">[50:01] </w:t>
      </w:r>
      <w:r>
        <w:t>to reaction ke baghair rehna radd e amal ke baghair rehna isi ka naam zindagi isi ka naam islami zindagi hai isi ka naam taqwa hai</w:t>
      </w:r>
    </w:p>
    <w:p>
      <w:pPr>
        <w:jc w:val="right"/>
      </w:pPr>
      <w:r>
        <w:t>تو ریایکشن کےبغیررہنا ردعملکےبغیررہنا اسیکانام زندگی اسیکاناماسلامی زندگی ہے اسیکانام تقویہے</w:t>
      </w:r>
    </w:p>
    <w:p>
      <w:r>
        <w:rPr>
          <w:b/>
        </w:rPr>
        <w:t xml:space="preserve">[50:16] </w:t>
      </w:r>
      <w:r>
        <w:t>to jo aadmi halaat se react nah kare jaise quran mein hai keh ghazmi maghfurun</w:t>
      </w:r>
    </w:p>
    <w:p>
      <w:pPr>
        <w:jc w:val="right"/>
      </w:pPr>
      <w:r>
        <w:t>تو جو ادمی حالات سے ریایکٹنہکرے جیسےقرانمیں ہےکہ غ ضبہمیغفرون</w:t>
      </w:r>
    </w:p>
    <w:p>
      <w:r>
        <w:rPr>
          <w:b/>
        </w:rPr>
        <w:t xml:space="preserve">[50:31] </w:t>
      </w:r>
      <w:r>
        <w:t>aise hi hai keh wal qadhibeen al ghaib wal afi an nas</w:t>
      </w:r>
    </w:p>
    <w:p>
      <w:pPr>
        <w:jc w:val="right"/>
      </w:pPr>
      <w:r>
        <w:t>ایسےایاہےکہ وال قادبین الغیبوالع افین الن اس</w:t>
      </w:r>
    </w:p>
    <w:p>
      <w:r>
        <w:rPr>
          <w:b/>
        </w:rPr>
        <w:t xml:space="preserve">[50:40] </w:t>
      </w:r>
      <w:r>
        <w:t>yani ghusay ke waqt maaf kar denay walay</w:t>
      </w:r>
    </w:p>
    <w:p>
      <w:pPr>
        <w:jc w:val="right"/>
      </w:pPr>
      <w:r>
        <w:t>یعنیغصےکےوقت معافکردینےوالے</w:t>
      </w:r>
    </w:p>
    <w:p>
      <w:r>
        <w:rPr>
          <w:b/>
        </w:rPr>
        <w:t xml:space="preserve">[50:47] </w:t>
      </w:r>
      <w:r>
        <w:t>ghusay ke waqt maaf kar denay walay</w:t>
      </w:r>
    </w:p>
    <w:p>
      <w:pPr>
        <w:jc w:val="right"/>
      </w:pPr>
      <w:r>
        <w:t>غصےکےوقت معافکردینےوالے</w:t>
      </w:r>
    </w:p>
    <w:p>
      <w:r>
        <w:rPr>
          <w:b/>
        </w:rPr>
        <w:t xml:space="preserve">[50:54] </w:t>
      </w:r>
      <w:r>
        <w:t>kyun keh ghussa to zaroor aayega</w:t>
      </w:r>
    </w:p>
    <w:p>
      <w:pPr>
        <w:jc w:val="right"/>
      </w:pPr>
      <w:r>
        <w:t>کیونکہ غصہ توضرورائےگا</w:t>
      </w:r>
    </w:p>
    <w:p>
      <w:r>
        <w:rPr>
          <w:b/>
        </w:rPr>
        <w:t xml:space="preserve">[50:59] </w:t>
      </w:r>
      <w:r>
        <w:t>ghussa to aiyana hai</w:t>
      </w:r>
    </w:p>
    <w:p>
      <w:pPr>
        <w:jc w:val="right"/>
      </w:pPr>
      <w:r>
        <w:t>غصہتوانیاناہے</w:t>
      </w:r>
    </w:p>
    <w:p>
      <w:r>
        <w:rPr>
          <w:b/>
        </w:rPr>
        <w:t xml:space="preserve">[51:06] </w:t>
      </w:r>
      <w:r>
        <w:t>aise hi dekhen aik hadees mein hai aik shakhs ata hai rasool Allah ke paas</w:t>
      </w:r>
    </w:p>
    <w:p>
      <w:pPr>
        <w:jc w:val="right"/>
      </w:pPr>
      <w:r>
        <w:t>ایسےہیدیکھیں ایکحدیثمیںہے ایک شخص اتاہےرسولاللہکےپاس</w:t>
      </w:r>
    </w:p>
    <w:p>
      <w:r>
        <w:rPr>
          <w:b/>
        </w:rPr>
        <w:t xml:space="preserve">[51:13] </w:t>
      </w:r>
      <w:r>
        <w:t>woh kehta hai keh ya rasool Allah ilm nik mat aisha b na y</w:t>
      </w:r>
    </w:p>
    <w:p>
      <w:pPr>
        <w:jc w:val="right"/>
      </w:pPr>
      <w:r>
        <w:t>وہکہتاہےکہ یارسول اللہ علم نیکلمات عائشہب نا ی</w:t>
      </w:r>
    </w:p>
    <w:p>
      <w:r>
        <w:rPr>
          <w:b/>
        </w:rPr>
        <w:t xml:space="preserve">[51:23] </w:t>
      </w:r>
      <w:r>
        <w:t>yani a Allah ke rasool mujhe aik bohat hi jamia naseehat kijiye aisi naseehat jo poori life ko cover kar rahi ho</w:t>
      </w:r>
    </w:p>
    <w:p>
      <w:pPr>
        <w:jc w:val="right"/>
      </w:pPr>
      <w:r>
        <w:t>عنیاےاللہکےرسولمجھے ایکبہت ہی جامعنصیحتکیجئے ایسینصیحتجوپوری لائفکوکورکررہیہو</w:t>
      </w:r>
    </w:p>
    <w:p>
      <w:r>
        <w:rPr>
          <w:b/>
        </w:rPr>
        <w:t xml:space="preserve">[51:35] </w:t>
      </w:r>
      <w:r>
        <w:t>aur bohat choti si ho to kiya mujhe yaad rahe ali ki si ajeeb baat hai keh woh mang raha hai ap se aik jamia naseehat jo poori zindagi ko cover kar raha ho aur woh choti bhi ho ta keh yaad rahe isko kyun keh yeh logj woh hai baat karne ke liye baat nahin karte thay balkeh amal karne ke liye karte thay to ap ne kiya bataya isko</w:t>
      </w:r>
    </w:p>
    <w:p>
      <w:pPr>
        <w:jc w:val="right"/>
      </w:pPr>
      <w:r>
        <w:t>اوربہتچھوٹیسیہوتوکیاکہمجھےیادرہے علی کی سیعجیبباتہے کہوہ مانگرہاہےاپسے ایک جام عنصیحت جو پوریزندگی کوکورکررہاہو اوروہ چھوٹیبھیہوتاکہیادرہےاسکو کیونکہیہلوگجوہے باتکرنےکےلیےباتنہیںکرتے تھےبلکہ عمل کرنےکےلیےکرتے تھے تواپنےکیابتایااسکو</w:t>
      </w:r>
    </w:p>
    <w:p>
      <w:r>
        <w:rPr>
          <w:b/>
        </w:rPr>
        <w:t xml:space="preserve">[52:02] </w:t>
      </w:r>
      <w:r>
        <w:t>la taghضب tum ghussa mat karo aur ghussa kab karta hai aadmi jab koi bharkaye lekin koi nah bharkaye to ghussa bhi nahin hai iska matlab kiya hua don't be angry even when provoked yani koi bharkaye tab bhi ghussa nah ho koi musht e al kare tab bhi ghussa nah ho</w:t>
      </w:r>
    </w:p>
    <w:p>
      <w:pPr>
        <w:jc w:val="right"/>
      </w:pPr>
      <w:r>
        <w:t>لا تغ ضب تم غصہمتکرو اورغصہکبکرتاہےادمی جب کوئیبھڑکائے لیکنکوئینہبھڑکائےتوغصہبھینہیںہے اسکامطلبکیاہوا ڈونٹبیاینگری ایونوینپرو وکڈ یعنیکوئیبھڑکائے تب بھیغصہنہہو کوئیمشت علکرے تب بھیغصہنہہو</w:t>
      </w:r>
    </w:p>
    <w:p>
      <w:r>
        <w:rPr>
          <w:b/>
        </w:rPr>
        <w:t xml:space="preserve">[52:30] </w:t>
      </w:r>
      <w:r>
        <w:t>yeh matlab hai iska ab dekhiye to ismein saari baat agai saari baat agai</w:t>
      </w:r>
    </w:p>
    <w:p>
      <w:pPr>
        <w:jc w:val="right"/>
      </w:pPr>
      <w:r>
        <w:t>یہمطلبہےاسکا ابدیکھیےتواسمیں ساریباتاگئی ساریباتاگئی</w:t>
      </w:r>
    </w:p>
    <w:p>
      <w:r>
        <w:rPr>
          <w:b/>
        </w:rPr>
        <w:t xml:space="preserve">[52:42] </w:t>
      </w:r>
      <w:r>
        <w:t>dekhen aadmi yeh hai hamesha jab bhi koi ghalat kaam karta hai to ishtia'al ki haalat mein karta hai koi baat usko provoke kar deti hai us waqt woh bhadak kar kuch ghalat kaam kar baithta hai</w:t>
      </w:r>
    </w:p>
    <w:p>
      <w:pPr>
        <w:jc w:val="right"/>
      </w:pPr>
      <w:r>
        <w:t>دیکھیںادمیجوہے ہمیشہ جب بھیکوئی غلطکام کرتاہے تو اشتعالکیحالتمیںکرتاہے کوئیبات اسکو پرو وککردیتیہےاسوقت وہ بھڑککرکچھغلطکامکربیٹھتاہے</w:t>
      </w:r>
    </w:p>
    <w:p>
      <w:r>
        <w:rPr>
          <w:b/>
        </w:rPr>
        <w:t xml:space="preserve">[53:00] </w:t>
      </w:r>
      <w:r>
        <w:t>hamesha normal haalat mein koi ghalat kaam nahin karta normal haalat mein uski woh fitrat se governor ho raha hota hai lekin ek hai insaan ki fitrat aur ek hai ke woh uska ego bhadak uthta hai</w:t>
      </w:r>
    </w:p>
    <w:p>
      <w:pPr>
        <w:jc w:val="right"/>
      </w:pPr>
      <w:r>
        <w:t>ہمیشہ نارملحالتمیںکوئی غلطکامنہیںکرتا نارملحالتمیںاسکی وہفطرتسے گورنہورہاہوتاہے لیکن ایکہےانسان کیفطرت اور ایک ہے کہ وہ اسکاایگوبھڑکاٹھاہے</w:t>
      </w:r>
    </w:p>
    <w:p>
      <w:r>
        <w:rPr>
          <w:b/>
        </w:rPr>
        <w:t xml:space="preserve">[53:21] </w:t>
      </w:r>
      <w:r>
        <w:t>to agar normal haalat ho bilkul normal haalat to uski fitrat active rahegi uski nature active rahega jo Allah ne banaya hai lekin jab woh isne react kiya bhadak utha to kya hoga woh shaitan aa jayega us waqt aadmi shaitan ke influence mein chala jata hai to sach poochhen do hi haalaten hain insaan ki</w:t>
      </w:r>
    </w:p>
    <w:p>
      <w:pPr>
        <w:jc w:val="right"/>
      </w:pPr>
      <w:r>
        <w:t>تو اگر نارملحالتہوبالکلنارملحالت تو اسکیفطرت ایکٹیورہےگی اسکانیچرایکٹیورہےگا جو اللہ نےبنایاہے لیکن جب وہ اسنےریایکٹکیا بھڑکاٹھا تو کیاہوگا وہشیطاناجائےگا اس وقتادمی شیطانکے انفلوئنسمیںچلاجاتاہے تو سچپوچھیںدوہیحالتیںہیںانسان کی</w:t>
      </w:r>
    </w:p>
    <w:p>
      <w:r>
        <w:rPr>
          <w:b/>
        </w:rPr>
        <w:t xml:space="preserve">[53:50] </w:t>
      </w:r>
      <w:r>
        <w:t>ya to wo angel ke influence mein rahega</w:t>
      </w:r>
    </w:p>
    <w:p>
      <w:pPr>
        <w:jc w:val="right"/>
      </w:pPr>
      <w:r>
        <w:t>یاتووہ اینجل کےانفلوئنسمیںرہےگا</w:t>
      </w:r>
    </w:p>
    <w:p>
      <w:r>
        <w:rPr>
          <w:b/>
        </w:rPr>
        <w:t xml:space="preserve">[53:52] </w:t>
      </w:r>
      <w:r>
        <w:t>ya wo shaitan ke influence mein rahega do hi halatein hain bas aadmi ke andar dekhiye do</w:t>
      </w:r>
    </w:p>
    <w:p>
      <w:pPr>
        <w:jc w:val="right"/>
      </w:pPr>
      <w:r>
        <w:t>یاوہشیطانکےانفلوئنسمیںرہےگا دوہیحالتیںہیںبس ادمیکےاندردیکھیےدو</w:t>
      </w:r>
    </w:p>
    <w:p>
      <w:r>
        <w:rPr>
          <w:b/>
        </w:rPr>
        <w:t xml:space="preserve">[54:00] </w:t>
      </w:r>
      <w:r>
        <w:t>hain ek hai zamir ek hai ego</w:t>
      </w:r>
    </w:p>
    <w:p>
      <w:pPr>
        <w:jc w:val="right"/>
      </w:pPr>
      <w:r>
        <w:t>ہیں ایک ہے ضمیر ایکہے ایگو</w:t>
      </w:r>
    </w:p>
    <w:p>
      <w:r>
        <w:rPr>
          <w:b/>
        </w:rPr>
        <w:t xml:space="preserve">[54:04] </w:t>
      </w:r>
      <w:r>
        <w:t>ایگو جو ہے کیا ہے؟ ایگو شیطان کا اینٹری پوائنٹ ہے۔</w:t>
      </w:r>
    </w:p>
    <w:p>
      <w:pPr>
        <w:jc w:val="right"/>
      </w:pPr>
      <w:r>
        <w:t>ایگوجوہےکیاہے ایگو شیطانکاانٹریپوائنٹہے</w:t>
      </w:r>
    </w:p>
    <w:p>
      <w:r>
        <w:rPr>
          <w:b/>
        </w:rPr>
        <w:t xml:space="preserve">[54:11] </w:t>
      </w:r>
      <w:r>
        <w:t>aur zamir jo hai wo angel ka entry point hai</w:t>
      </w:r>
    </w:p>
    <w:p>
      <w:pPr>
        <w:jc w:val="right"/>
      </w:pPr>
      <w:r>
        <w:t>اور ضمیرجوہے وہ اینجلسکاانٹریپوائنٹہے</w:t>
      </w:r>
    </w:p>
    <w:p>
      <w:r>
        <w:rPr>
          <w:b/>
        </w:rPr>
        <w:t xml:space="preserve">[54:16] </w:t>
      </w:r>
      <w:r>
        <w:t>isi ka naam insani personality hai</w:t>
      </w:r>
    </w:p>
    <w:p>
      <w:pPr>
        <w:jc w:val="right"/>
      </w:pPr>
      <w:r>
        <w:t>اسیکانام انسانیپرسنیلٹیہے</w:t>
      </w:r>
    </w:p>
    <w:p>
      <w:r>
        <w:rPr>
          <w:b/>
        </w:rPr>
        <w:t xml:space="preserve">[54:21] </w:t>
      </w:r>
      <w:r>
        <w:t>to jab ap na bharkein to iska matlab hai ke apne</w:t>
      </w:r>
    </w:p>
    <w:p>
      <w:pPr>
        <w:jc w:val="right"/>
      </w:pPr>
      <w:r>
        <w:t>توجباپ نہبھڑکیں تواسکامعنیہےکہاپنے</w:t>
      </w:r>
    </w:p>
    <w:p>
      <w:r>
        <w:rPr>
          <w:b/>
        </w:rPr>
        <w:t xml:space="preserve">[54:24] </w:t>
      </w:r>
      <w:r>
        <w:t>firishton ko apne andar aanay diya jab ap ghussa na hon na bharkein</w:t>
      </w:r>
    </w:p>
    <w:p>
      <w:pPr>
        <w:jc w:val="right"/>
      </w:pPr>
      <w:r>
        <w:t>فرشتوںکواپنے اندرانےدیا جباپغصہنہہوں نہبھڑکیں</w:t>
      </w:r>
    </w:p>
    <w:p>
      <w:r>
        <w:rPr>
          <w:b/>
        </w:rPr>
        <w:t xml:space="preserve">[54:31] </w:t>
      </w:r>
      <w:r>
        <w:t>negative na banen react na karen to us waqt ka matlab ye hua</w:t>
      </w:r>
    </w:p>
    <w:p>
      <w:pPr>
        <w:jc w:val="right"/>
      </w:pPr>
      <w:r>
        <w:t>نیگیٹیونہبنیں ریایکٹنہکریں تو اسوقت کامطلبیہہوا</w:t>
      </w:r>
    </w:p>
    <w:p>
      <w:r>
        <w:rPr>
          <w:b/>
        </w:rPr>
        <w:t xml:space="preserve">[54:40] </w:t>
      </w:r>
      <w:r>
        <w:t>wo ek sign hai sign kaha aap ne apna wo darwaza khola rakha hai jo nature ka darwaza hai jo consciousness ka darwaza hai aur wahan se aap ke andar farishte aa gaye hain</w:t>
      </w:r>
    </w:p>
    <w:p>
      <w:pPr>
        <w:jc w:val="right"/>
      </w:pPr>
      <w:r>
        <w:t>وہایک سائنہےسائن کہاپ نے اپنا وہدروازہکھولرکھاہے جو نیچرکادروازہہے جو کانشیسنسکادروازہہے اوروہاںسےاپکےاندر فرشتےاگئےہیں</w:t>
      </w:r>
    </w:p>
    <w:p>
      <w:r>
        <w:rPr>
          <w:b/>
        </w:rPr>
        <w:t xml:space="preserve">[54:53] </w:t>
      </w:r>
      <w:r>
        <w:t>aur farishte aap ko keh rahe hain ke forgive karo bhula do mat react ho</w:t>
      </w:r>
    </w:p>
    <w:p>
      <w:pPr>
        <w:jc w:val="right"/>
      </w:pPr>
      <w:r>
        <w:t>اورفرشتےاپکو کہہرہےہیںکہ فار گیوکرو بھلادو مت ریایکٹہو</w:t>
      </w:r>
    </w:p>
    <w:p>
      <w:r>
        <w:rPr>
          <w:b/>
        </w:rPr>
        <w:t xml:space="preserve">[55:02] </w:t>
      </w:r>
      <w:r>
        <w:t>ye bohat ziyada sochne ki baat hai yaad rakhiye ke agar aap ne agar aap bharke aap ne react kiya</w:t>
      </w:r>
    </w:p>
    <w:p>
      <w:pPr>
        <w:jc w:val="right"/>
      </w:pPr>
      <w:r>
        <w:t>یہبہتزیادہسوچنےکیباتہےیادرکھیے کہاگراپ نے اگر اپ بھڑکے اپ نے ریایکٹکیا</w:t>
      </w:r>
    </w:p>
    <w:p>
      <w:r>
        <w:rPr>
          <w:b/>
        </w:rPr>
        <w:t xml:space="preserve">[55:13] </w:t>
      </w:r>
      <w:r>
        <w:t>apni negative mood mein aa gaye revenge ka aap ke andar jazba bharka utha</w:t>
      </w:r>
    </w:p>
    <w:p>
      <w:pPr>
        <w:jc w:val="right"/>
      </w:pPr>
      <w:r>
        <w:t>اپنیگیٹیوموڈمیںاگئے ریونجکا اپ کےاندرجذبہبھڑکاٹھا</w:t>
      </w:r>
    </w:p>
    <w:p>
      <w:r>
        <w:rPr>
          <w:b/>
        </w:rPr>
        <w:t xml:space="preserve">[55:20] </w:t>
      </w:r>
      <w:r>
        <w:t>aap ghussa ho gaye waghera waghera to iska matlab hai ke aap ne apna wo entry point khol diya jis se shaitan dakhil hota hai aadmi ke andar wo phir apko bharkaye ga ye karo wo karo ye karo wo karo</w:t>
      </w:r>
    </w:p>
    <w:p>
      <w:pPr>
        <w:jc w:val="right"/>
      </w:pPr>
      <w:r>
        <w:t>اپ غصہہوگئےوغیرہوغیرہ تو اسکامطلبہےکہاپ نے اپنا وہ انٹریپوائنٹکھولدیا جسسےشیطانداخلہوتاہے ادمیکےاندر وہپھراپکوبھڑکائےگایہکرووہکرویہکرووہکرو</w:t>
      </w:r>
    </w:p>
    <w:p>
      <w:r>
        <w:rPr>
          <w:b/>
        </w:rPr>
        <w:t xml:space="preserve">[55:37] </w:t>
      </w:r>
      <w:r>
        <w:t>agar apne isko band rakha matlab kisi ko ghussa dilaya to aap aap ne isko bardasht kar liya kisi ne koi negative kaam kiya to aap phir bhi aap ne mind ko manage kiya manage karke aap positive bane rahe</w:t>
      </w:r>
    </w:p>
    <w:p>
      <w:pPr>
        <w:jc w:val="right"/>
      </w:pPr>
      <w:r>
        <w:t>اگر اپنےاسکوبندرکھا مطلب کسی کوغصہدلایاتواپ اپ نےاسکو برداشتکرلیا کسی نےکوئینیگیٹیوکامکیاتواپ پھربھیاپ نے مائنڈکومینجکیا مینجکرکےاپپازیٹیوبنےرہے</w:t>
      </w:r>
    </w:p>
    <w:p>
      <w:r>
        <w:rPr>
          <w:b/>
        </w:rPr>
        <w:t xml:space="preserve">[55:56] </w:t>
      </w:r>
      <w:r>
        <w:t>kisi ne koi aapko takleef pahunchai tab bhi aap usko apne Allah ta'ala ke hawale kar diya aur khud apna normal normal bane rahe</w:t>
      </w:r>
    </w:p>
    <w:p>
      <w:pPr>
        <w:jc w:val="right"/>
      </w:pPr>
      <w:r>
        <w:t>کسی نےکوئیاپکوتکلیفپہنچائی تببھیاپ اسکواپنےاللہتعالیکےحوالےکردیا اور خود اپنا نارملنارملبنےرہے</w:t>
      </w:r>
    </w:p>
    <w:p>
      <w:r>
        <w:rPr>
          <w:b/>
        </w:rPr>
        <w:t xml:space="preserve">[56:05] </w:t>
      </w:r>
      <w:r>
        <w:t>iska matlab hai ke aap ne apna woh entry point khol rakha hai jahan se farishte aapke andar aa rahe hain woh aapko yeh sab baaten sikha rahe hain yani yeh do cheezon ka naam zindagi hai yaad rakhiye</w:t>
      </w:r>
    </w:p>
    <w:p>
      <w:pPr>
        <w:jc w:val="right"/>
      </w:pPr>
      <w:r>
        <w:t>اسکامطلبہےکہاپ نے اپنا وہ انٹریپوائنٹکھولرکھاہے جہاں سےفرشتےاپکےاندر ارہےہیں وہاپکویہسبباتیںسکھارہےہیں یعنییہدوچیزوںکانام زندگی ہے یادرکھیے</w:t>
      </w:r>
    </w:p>
    <w:p>
      <w:r>
        <w:rPr>
          <w:b/>
        </w:rPr>
        <w:t xml:space="preserve">[56:20] </w:t>
      </w:r>
      <w:r>
        <w:t>yani farishton ke sath agar aap ki zindagi behtar rahi hai to aap positive rahenge aur shaitan ke sath ke pados mein agar aap pahunch gaye hain to aap negative rahenge aur negativity sari buraiyon ki jar hai aur positivity sari achhaiyon ki jar hai</w:t>
      </w:r>
    </w:p>
    <w:p>
      <w:pPr>
        <w:jc w:val="right"/>
      </w:pPr>
      <w:r>
        <w:t>یعنیفرشتوںکےساتھ اگر اپ کیزندگی بیترہیہے تو اپ پازیٹیورہیںگے اور شیطانکےساتھ کےپڑوسمیںاگراپپہنچگئےہیںتواپ نیگیٹیورہیںگے اور نیگیٹیوٹی ساری برائیوںکیجڑہے اورپازیٹیوٹیساریاچھائیوںکیجڑہے</w:t>
      </w:r>
    </w:p>
    <w:p>
      <w:r>
        <w:rPr>
          <w:b/>
        </w:rPr>
        <w:t xml:space="preserve">[56:40] </w:t>
      </w:r>
      <w:r>
        <w:t>yaad rakhiye yani positive thinking se sari achhaiyan paida hoti hain aur negative thinking se sari buraiyan paida hoti hain</w:t>
      </w:r>
    </w:p>
    <w:p>
      <w:pPr>
        <w:jc w:val="right"/>
      </w:pPr>
      <w:r>
        <w:t>یادرکھیے یعنیپازیٹیوتھنکنگسےساریاچھائیاںپیدا ہوتیہیں اور نیگیٹیوتھنکنگسےساریبرائیاںپیدا ہوتیہیں</w:t>
      </w:r>
    </w:p>
    <w:p>
      <w:r>
        <w:rPr>
          <w:b/>
        </w:rPr>
        <w:t xml:space="preserve">[56:50] </w:t>
      </w:r>
      <w:r>
        <w:t>yahi do lafzon mein insaan ki kahani hai ek hadith mein hai ke la imana liman la ahdah</w:t>
      </w:r>
    </w:p>
    <w:p>
      <w:pPr>
        <w:jc w:val="right"/>
      </w:pPr>
      <w:r>
        <w:t>یہی دولفظمیںانسانکیکہانی ہے ایکحدیثمیںہےکہ لا ایمان لمنلااحدہ</w:t>
      </w:r>
    </w:p>
    <w:p>
      <w:r>
        <w:rPr>
          <w:b/>
        </w:rPr>
        <w:t xml:space="preserve">[57:01] </w:t>
      </w:r>
      <w:r>
        <w:t>la imana liman la ahdah iske andar iman nahin hai jiske andar ahd ko poora karne ka madah nahin hai</w:t>
      </w:r>
    </w:p>
    <w:p>
      <w:pPr>
        <w:jc w:val="right"/>
      </w:pPr>
      <w:r>
        <w:t>لاایمان لمنلااحدہ اسکےاندرایماننہیںہےجسکےاندر عہدکوپوراکرنے کا مادہنہیںہے</w:t>
      </w:r>
    </w:p>
    <w:p>
      <w:r>
        <w:rPr>
          <w:b/>
        </w:rPr>
        <w:t xml:space="preserve">[57:15] </w:t>
      </w:r>
      <w:r>
        <w:t>wala dina amanat</w:t>
      </w:r>
    </w:p>
    <w:p>
      <w:pPr>
        <w:jc w:val="right"/>
      </w:pPr>
      <w:r>
        <w:t>ولا دینا مانت</w:t>
      </w:r>
    </w:p>
    <w:p>
      <w:r>
        <w:rPr>
          <w:b/>
        </w:rPr>
        <w:t xml:space="preserve">[57:19] </w:t>
      </w:r>
      <w:r>
        <w:t>yani iman ki pehchani hai ke aadmi aadmi yeh hai qaul o qaraar ka paband ho deen ki pehchani hai ke woh dealing mein achha ho aur honest aadmi ho ab yeh kitni badi baat hai yeh</w:t>
      </w:r>
    </w:p>
    <w:p>
      <w:pPr>
        <w:jc w:val="right"/>
      </w:pPr>
      <w:r>
        <w:t>یعنیایمان کیپہچانیہہےکہادمی ادمیجوہے قولواقرارکاپابندہو دینکیپہچانیہہےکہوہ ڈیلنگمیںاچھاہو اور ان سٹ ان سٹادمیہو ابیہکتنیبڑیباتہےیہ</w:t>
      </w:r>
    </w:p>
    <w:p>
      <w:r>
        <w:rPr>
          <w:b/>
        </w:rPr>
        <w:t xml:space="preserve">[57:39] </w:t>
      </w:r>
      <w:r>
        <w:t>to yeh sab cheezen hain jinke sath duniya mein zindagi guzarna aayi hai rasool Allah sallallahu alaihi wasallam jiske role model hain</w:t>
      </w:r>
    </w:p>
    <w:p>
      <w:pPr>
        <w:jc w:val="right"/>
      </w:pPr>
      <w:r>
        <w:t>تویہیسبچیزیںہیںجنکےساتھ دنیا میں زندگیگزارناایاہے رسولاللہصلیاللہعلیہوسلمجسکےرولماڈلہیں</w:t>
      </w:r>
    </w:p>
    <w:p>
      <w:r>
        <w:rPr>
          <w:b/>
        </w:rPr>
        <w:t xml:space="preserve">[57:47] </w:t>
      </w:r>
      <w:r>
        <w:t>aisi kitab mein chhapi hui hain ke misaal ke taur par hayat us sahaba woh arabi mein bhi hai urdu mein bhi hai angrezi mein bhi hai sahaba ki zindagiyaan hain rasool Allah par bohat si kitab chhapi hui hain inko aap padhiye aap apne aqeedey ko apne nazariye ko apni ideology ko Quran se lenge lekin dekhiye ideology hamesha ek role model chahti hai woh insaan ban sakta hai</w:t>
      </w:r>
    </w:p>
    <w:p>
      <w:pPr>
        <w:jc w:val="right"/>
      </w:pPr>
      <w:r>
        <w:t>ایسیکتاب یںچھپیہوئیہیں کہ مثالکےطورپرحیات الصحابہ وہعربیمیںبھیہے اردومیںبھیہے انگریزیمیںبھیہے صحابہکیزندگیاںہیں رسولاللہ پربہتسیکتاب یںچھپیہوئیہیں انکواپپڑھیے اپ اپنے عقیدےکو اپنےنظریےکو اپنیائیڈیالوجیکوقرانسےلیںگے لیکن دیکھیے ائیڈیالوجیہمیشہ ایک رولماڈلچاہتیہےوہانسان بنسکتاہے</w:t>
      </w:r>
    </w:p>
    <w:p>
      <w:r>
        <w:rPr>
          <w:b/>
        </w:rPr>
        <w:t xml:space="preserve">[58:15] </w:t>
      </w:r>
      <w:r>
        <w:t>role model koi insan banega kitab role model nahi ban sakti hai</w:t>
      </w:r>
    </w:p>
    <w:p>
      <w:pPr>
        <w:jc w:val="right"/>
      </w:pPr>
      <w:r>
        <w:t>رولماڈلکوئیانسانبنےگا کتاب رول ماڈلنہیںبنسکتیہے</w:t>
      </w:r>
    </w:p>
    <w:p>
      <w:r>
        <w:rPr>
          <w:b/>
        </w:rPr>
        <w:t xml:space="preserve">[58:20] </w:t>
      </w:r>
      <w:r>
        <w:t>to quran se aap apna nazariya lijiye</w:t>
      </w:r>
    </w:p>
    <w:p>
      <w:pPr>
        <w:jc w:val="right"/>
      </w:pPr>
      <w:r>
        <w:t>تو قرانسےاپ اپنا نظریہلیجئے</w:t>
      </w:r>
    </w:p>
    <w:p>
      <w:r>
        <w:rPr>
          <w:b/>
        </w:rPr>
        <w:t xml:space="preserve">[58:24] </w:t>
      </w:r>
      <w:r>
        <w:t>aur rasool Allah ki zindagi se apna</w:t>
      </w:r>
    </w:p>
    <w:p>
      <w:pPr>
        <w:jc w:val="right"/>
      </w:pPr>
      <w:r>
        <w:t>اور رسولاللہ کیزندگی وں سےاپنا</w:t>
      </w:r>
    </w:p>
    <w:p>
      <w:r>
        <w:rPr>
          <w:b/>
        </w:rPr>
        <w:t xml:space="preserve">[58:28] </w:t>
      </w:r>
      <w:r>
        <w:t>rasool Allah ke halaat se aap apne liye namuna lijiye sahaba bhi aap ke liye namuna hain</w:t>
      </w:r>
    </w:p>
    <w:p>
      <w:pPr>
        <w:jc w:val="right"/>
      </w:pPr>
      <w:r>
        <w:t>رسولاللہکےحالاتسے اپ اپنے لئے نمونہلیجئے صحابہبھیاپکےلیےنمونہہیں</w:t>
      </w:r>
    </w:p>
    <w:p>
      <w:r>
        <w:rPr>
          <w:b/>
        </w:rPr>
        <w:t xml:space="preserve">[58:34] </w:t>
      </w:r>
      <w:r>
        <w:t>kyun ke sahaba jo hain wo rasool Allah se jo unko mila usi par unhon ne amal kiya</w:t>
      </w:r>
    </w:p>
    <w:p>
      <w:pPr>
        <w:jc w:val="right"/>
      </w:pPr>
      <w:r>
        <w:t>کیونکہصحابہجوہیں وہرسولاللہسے جو انکوملا اسیپرانہوںنےعملکیا</w:t>
      </w:r>
    </w:p>
    <w:p>
      <w:r>
        <w:rPr>
          <w:b/>
        </w:rPr>
        <w:t xml:space="preserve">[58:41] </w:t>
      </w:r>
      <w:r>
        <w:t>to yehi yehi hai kamyab zindagi</w:t>
      </w:r>
    </w:p>
    <w:p>
      <w:pPr>
        <w:jc w:val="right"/>
      </w:pPr>
      <w:r>
        <w:t>تویہی یہیہے کامیابزندگی</w:t>
      </w:r>
    </w:p>
    <w:p>
      <w:r>
        <w:rPr>
          <w:b/>
        </w:rPr>
        <w:t xml:space="preserve">[58:46] </w:t>
      </w:r>
      <w:r>
        <w:t>is ka naam hai kamyab zindagi jo log is tarah chalein woh ya khatam mein kamyab honge</w:t>
      </w:r>
    </w:p>
    <w:p>
      <w:pPr>
        <w:jc w:val="right"/>
      </w:pPr>
      <w:r>
        <w:t>اسیکانامہےکامیابزندگی جولوگ اسطرحچلیں وہ یاخرتمیںکامیابہوںگے</w:t>
      </w:r>
    </w:p>
    <w:p>
      <w:r>
        <w:rPr>
          <w:b/>
        </w:rPr>
        <w:t xml:space="preserve">[58:53] </w:t>
      </w:r>
      <w:r>
        <w:t>meri dua hai ke Allah ta'ala mujh ko aur aap ko rasool Allah ke tareeqe par zindagi guzarne ki tofeeq de</w:t>
      </w:r>
    </w:p>
    <w:p>
      <w:pPr>
        <w:jc w:val="right"/>
      </w:pPr>
      <w:r>
        <w:t>میریدعاہےکہاللہتعالیمجھکواوراپکو رسولاللہ کےطریقےپر زندگی گزارنےکیتوفیقدے</w:t>
      </w:r>
    </w:p>
    <w:p>
      <w:r>
        <w:rPr>
          <w:b/>
        </w:rPr>
        <w:t xml:space="preserve">[58:59] </w:t>
      </w:r>
      <w:r>
        <w:t>aqool qawlan haza wa astaghfirullaha li walakum ajmaeen</w:t>
      </w:r>
    </w:p>
    <w:p>
      <w:pPr>
        <w:jc w:val="right"/>
      </w:pPr>
      <w:r>
        <w:t>اقولق ول ھذا واستغفراللہ لیول کماجمعین</w:t>
      </w:r>
    </w:p>
    <w:p>
      <w:r>
        <w:rPr>
          <w:b/>
        </w:rPr>
        <w:t xml:space="preserve">[59:17] </w:t>
      </w:r>
      <w:r>
        <w:t>molana is question is from doctor farida khan from new delhi she writes how can we atone for our bad deeds if committed already kindly explain this</w:t>
      </w:r>
    </w:p>
    <w:p>
      <w:pPr>
        <w:jc w:val="right"/>
      </w:pPr>
      <w:r>
        <w:t>مول انادس کوئسچن از فرام ڈاکٹر فریدہخان مفرامنیودہلی شی رائٹس ہاؤکینوی اٹون فار اور بیڈڈی ڈز اف کمیٹڈ ال ریڈی کائنڈلیایکسپلیندس</w:t>
      </w:r>
    </w:p>
    <w:p>
      <w:r>
        <w:rPr>
          <w:b/>
        </w:rPr>
        <w:t xml:space="preserve">[59:38] </w:t>
      </w:r>
      <w:r>
        <w:t>dekhen iski misaal rasool Allah ke haan maujood hai</w:t>
      </w:r>
    </w:p>
    <w:p>
      <w:pPr>
        <w:jc w:val="right"/>
      </w:pPr>
      <w:r>
        <w:t>دیکھیں اسکی مثالرسولاللہکےہاںموجود ہے</w:t>
      </w:r>
    </w:p>
    <w:p>
      <w:r>
        <w:rPr>
          <w:b/>
        </w:rPr>
        <w:t xml:space="preserve">[59:43] </w:t>
      </w:r>
      <w:r>
        <w:t>ke rasool Allah se hadibiyah ke mauqe par ek tehriri muahida hua aman ka das saal ke liye lekin unhone yak tarafah taur par khilaf warzi ki</w:t>
      </w:r>
    </w:p>
    <w:p>
      <w:pPr>
        <w:jc w:val="right"/>
      </w:pPr>
      <w:r>
        <w:t>کہرسولاللہسے حدیبیہکےموقعپر ایک تحریری معاہدہہوا امنکا دسسالکےلیے لیکن انہوں نے یک طرفہطورپر خلاف ورزیکی</w:t>
      </w:r>
    </w:p>
    <w:p>
      <w:r>
        <w:rPr>
          <w:b/>
        </w:rPr>
        <w:t xml:space="preserve">[1:00:06] </w:t>
      </w:r>
      <w:r>
        <w:t>is ke jo is ke jo letter spirit jo taqaza kar rahi thi uske khilaf kiya unhone rasool Allah sallallahu alaihi wasallam ne yak tarafah taur par is muahiday ko tod diya</w:t>
      </w:r>
    </w:p>
    <w:p>
      <w:pPr>
        <w:jc w:val="right"/>
      </w:pPr>
      <w:r>
        <w:t>اسکے جو اسکےجو لیٹراسپ رٹ جو تقاضاکررہیتھی اسکےخلاف کیا انہوںنے رسولاللہصلیاللہعلیہوسلمکےایکطرفہطورپراسمعاہدےکوتوڑدیا</w:t>
      </w:r>
    </w:p>
    <w:p>
      <w:r>
        <w:rPr>
          <w:b/>
        </w:rPr>
        <w:t xml:space="preserve">[1:00:23] </w:t>
      </w:r>
      <w:r>
        <w:t>to muahida is waqt qaim rakhna hai jab ke fareeqe sani jo hai letter spirit ke aitbar se is par qaim ho</w:t>
      </w:r>
    </w:p>
    <w:p>
      <w:pPr>
        <w:jc w:val="right"/>
      </w:pPr>
      <w:r>
        <w:t>تو معاہدہ اس وقت قائمرکھناہےجبکہ فریق ثانیجوہے لیٹر اسپرٹکےاعتبارسےاسپرقائمہو</w:t>
      </w:r>
    </w:p>
    <w:p>
      <w:r>
        <w:rPr>
          <w:b/>
        </w:rPr>
        <w:t xml:space="preserve">[1:00:34] </w:t>
      </w:r>
      <w:r>
        <w:t>kyun ke har muahida kiya jata hai to is mein dono taraf se</w:t>
      </w:r>
    </w:p>
    <w:p>
      <w:pPr>
        <w:jc w:val="right"/>
      </w:pPr>
      <w:r>
        <w:t>کیونکہہرمعاہدہکیاجاتاہےتواسمیں دونوںطرف سے</w:t>
      </w:r>
    </w:p>
    <w:p>
      <w:r>
        <w:rPr>
          <w:b/>
        </w:rPr>
        <w:t xml:space="preserve">[1:00:39] </w:t>
      </w:r>
      <w:r>
        <w:t>yani dono taraf se baat hoti hai dono taraf se kuch baat tay hoti hai dono taraf se kuch taqaze hote hain</w:t>
      </w:r>
    </w:p>
    <w:p>
      <w:pPr>
        <w:jc w:val="right"/>
      </w:pPr>
      <w:r>
        <w:t>یعنی دونوںطرفسےباتہوتیہےدونوںطرفسےکچھباتطےہوتیہے دونوںطرفسےکچھتقاضےہوتےہیں</w:t>
      </w:r>
    </w:p>
    <w:p>
      <w:r>
        <w:rPr>
          <w:b/>
        </w:rPr>
        <w:t xml:space="preserve">[1:00:46] </w:t>
      </w:r>
      <w:r>
        <w:t>to agar koi party yak tarafah tor par yani letterly</w:t>
      </w:r>
    </w:p>
    <w:p>
      <w:pPr>
        <w:jc w:val="right"/>
      </w:pPr>
      <w:r>
        <w:t>تواگر کوئی پار ٹی یکطرفہطورپریعنیلیٹرلی</w:t>
      </w:r>
    </w:p>
    <w:p>
      <w:r>
        <w:rPr>
          <w:b/>
        </w:rPr>
        <w:t xml:space="preserve">[1:00:51] </w:t>
      </w:r>
      <w:r>
        <w:t>letter spirit ke aitbar se is ko tod de is ki khilaf warzi kare to fareeqe sani ko haq ho jata hai ke is ko tod de khatam kar de is ko</w:t>
      </w:r>
    </w:p>
    <w:p>
      <w:pPr>
        <w:jc w:val="right"/>
      </w:pPr>
      <w:r>
        <w:t>لیٹرلاسپرٹکےاعتبارسےاسکوتوڑدے اسکیخلاف ورزیکرے تو فریق ثانیکوحقہوجاتاہےکہاسکوتوڑدےختمکردےاسکو</w:t>
      </w:r>
    </w:p>
    <w:p>
      <w:r>
        <w:rPr>
          <w:b/>
        </w:rPr>
        <w:t xml:space="preserve">[1:00:59] </w:t>
      </w:r>
      <w:r>
        <w:t>jaisa ke rasool Allah sallallahu alaihi wasallam ne hudaybiya ke muahide ko khatam kar diya</w:t>
      </w:r>
    </w:p>
    <w:p>
      <w:pPr>
        <w:jc w:val="right"/>
      </w:pPr>
      <w:r>
        <w:t>جیساکہرسولاللہصلیاللہعلیہوسلمنے حدیبیہکےمعاہدےکوختمکردیا</w:t>
      </w:r>
    </w:p>
    <w:p>
      <w:r>
        <w:rPr>
          <w:b/>
        </w:rPr>
        <w:t xml:space="preserve">[1:01:04] </w:t>
      </w:r>
      <w:r>
        <w:t>das saal se pehle pehle</w:t>
      </w:r>
    </w:p>
    <w:p>
      <w:pPr>
        <w:jc w:val="right"/>
      </w:pPr>
      <w:r>
        <w:t>دسسالسےپہلے پہلے</w:t>
      </w:r>
    </w:p>
    <w:p>
      <w:r>
        <w:rPr>
          <w:b/>
        </w:rPr>
        <w:t xml:space="preserve">[1:01:09] </w:t>
      </w:r>
      <w:r>
        <w:t>pehle khatam kardiya isko to muahiday ko qaim rakhna bohat zaroori hai lekin uss waqt jab ke fareeq ke saath fareeq thani is par qaim ho agar woh iski khilaf warzi kare chahe letter ke saath aitbar se ya is spirit ke aitbar se to doosre fareeq ko haq ho jata hai ke usko ek taraf toor de</w:t>
      </w:r>
    </w:p>
    <w:p>
      <w:pPr>
        <w:jc w:val="right"/>
      </w:pPr>
      <w:r>
        <w:t>پہلے ختمکردیا اسکو تو معاہدہ کو قائمرکھنابہتضروریہےلیکناسوقتجب کہفریق کےساتھ فریق ثانیاسپرقائمہو اگر وہ اسکیخلاف ورزیکرے چاہےلیٹرکےساتھاعتبارسےیااسپرٹکےاعتبارسے تو دوسرےفریقکوحقہوجاتاہےکہاسکو ایکطرف تو ڑ دے</w:t>
      </w:r>
    </w:p>
    <w:p>
      <w:r>
        <w:rPr>
          <w:b/>
        </w:rPr>
        <w:t xml:space="preserve">[1:01:31] </w:t>
      </w:r>
      <w:r>
        <w:t>yeh masla hai ulama isko mante hain isko bhi sabhi ulama</w:t>
      </w:r>
    </w:p>
    <w:p>
      <w:pPr>
        <w:jc w:val="right"/>
      </w:pPr>
      <w:r>
        <w:t>یہمسئلہہے علم اءاسکومانتےہیںاسکوبھیسبھیعلم اء</w:t>
      </w:r>
    </w:p>
    <w:p>
      <w:r>
        <w:rPr>
          <w:b/>
        </w:rPr>
        <w:t xml:space="preserve">[1:01:38] </w:t>
      </w:r>
      <w:r>
        <w:t>molana yeh sawal kiya hai mr nafees shirazi ne dilli se sir do sawal aap mein aap ki personal life se janna chahta hoon mera pehla sawal yeh hai ke har insan ko kabhi na kabhi kisi na kisi baat par ghussa aata hai</w:t>
      </w:r>
    </w:p>
    <w:p>
      <w:pPr>
        <w:jc w:val="right"/>
      </w:pPr>
      <w:r>
        <w:t>مولانایہسوال کیاہے مسٹرنفیس شیرازنے دلیسے سر دو سوال اپ میں اپکی پرسنللائفسے جانناچاہتاہوں میراپہلاسوال یہہے کہ ہر انسان کو کبھی نہکبھی کسی نہکسی باتپر غصہاتاہے</w:t>
      </w:r>
    </w:p>
    <w:p>
      <w:r>
        <w:rPr>
          <w:b/>
        </w:rPr>
        <w:t xml:space="preserve">[1:01:57] </w:t>
      </w:r>
      <w:r>
        <w:t>aap ko kon kon si baat par ghussa aata hai aur jab aap ko ghussa aata hai to aap kya karte hain</w:t>
      </w:r>
    </w:p>
    <w:p>
      <w:pPr>
        <w:jc w:val="right"/>
      </w:pPr>
      <w:r>
        <w:t>اپکو کون کونسیباتپر غصہاتاہے اور جب اپ کو غصہاتاہے تو اپ کیا کرتے ہیں</w:t>
      </w:r>
    </w:p>
    <w:p>
      <w:r>
        <w:rPr>
          <w:b/>
        </w:rPr>
        <w:t xml:space="preserve">[1:02:09] </w:t>
      </w:r>
      <w:r>
        <w:t>dekhein mujhe ghussa aata hai hamesha uss waqt jab aadmi principle ke khilaf kare kaam principle ke khilaf principle ke ke khilaf warzi hai mujhe bardasht nahi hoti mujhe ghussa aata hai</w:t>
      </w:r>
    </w:p>
    <w:p>
      <w:pPr>
        <w:jc w:val="right"/>
      </w:pPr>
      <w:r>
        <w:t>دیک ھیںمجھےغصہاتاہےہمیشہاسوقت جب ادمیپرنسپلکےخلاف کرےکام پرنسپلکےخلاف پرنسپلکے کےخلاف ورزیجوہےمجھےبرداشتنہیںہوتی مجھےغصہاتاہے</w:t>
      </w:r>
    </w:p>
    <w:p>
      <w:r>
        <w:rPr>
          <w:b/>
        </w:rPr>
        <w:t xml:space="preserve">[1:02:26] </w:t>
      </w:r>
      <w:r>
        <w:t>to uss waqt mein do mein se ek kaam karta hoon agar mein is position mein hoon ke is aadmi ko mein samjha sakoon aur meri baat maan sake woh to mein samjhaunga nahi to chup ho jaunga ek dum khamosh</w:t>
      </w:r>
    </w:p>
    <w:p>
      <w:pPr>
        <w:jc w:val="right"/>
      </w:pPr>
      <w:r>
        <w:t>تو اسوقت میں دومیںسےایککامکرتاہوںاگر میں اسپوزیشنمیںہوں کہ اسادمیکومیں سمجھاسکوں اورمیریباتمانسکےوہ تو میںسمجھاؤںگا نہیںتوچپہوجاؤںگا ایکدمخاموش</w:t>
      </w:r>
    </w:p>
    <w:p>
      <w:r>
        <w:rPr>
          <w:b/>
        </w:rPr>
        <w:t xml:space="preserve">[1:02:44] </w:t>
      </w:r>
      <w:r>
        <w:t>ek kuch second kuch minute mein sochta hoon ke kya mein is position mein hoon kuch aadmi se mein kahoon woh maan le meri baat</w:t>
      </w:r>
    </w:p>
    <w:p>
      <w:pPr>
        <w:jc w:val="right"/>
      </w:pPr>
      <w:r>
        <w:t>ایک کچھ سیکنڈیاکچھمنٹمیںسوچتاہوں کہ کیا میںاسپوزیشنمیںہوںکچھادمی سے میںکہوںوہمانلےمیریبات</w:t>
      </w:r>
    </w:p>
    <w:p>
      <w:r>
        <w:rPr>
          <w:b/>
        </w:rPr>
        <w:t xml:space="preserve">[1:02:54] </w:t>
      </w:r>
      <w:r>
        <w:t>tab to mein kahunga usko yeh hammering bhi kar sakta hoon mein iski lekin agar aisa nahi hai to chup ho jaunga jaise abhi dekhiye ek ek misaal ek bohat achhi misaal samne aayi abhi do hafte ki baat hai ek sahab mere paas aaye bohat padhe likhe aadmi hain woh</w:t>
      </w:r>
    </w:p>
    <w:p>
      <w:pPr>
        <w:jc w:val="right"/>
      </w:pPr>
      <w:r>
        <w:t>تبتومیںکہوںگااسکو ہیمرنگبھیکرسکتاہوںمیںاسکی لیکن اگر ایسانہیںہے تو چپہوجاؤںگاجیسےابھیدیکھیے ایک ایک مثال ایک بہتاچھیمثالسامنےائی ابھی دوہفتےکیباتہے ایک صاحبمیرےپاسائےبہتپڑھےلکھےادمیہیںوہ</w:t>
      </w:r>
    </w:p>
    <w:p>
      <w:r>
        <w:rPr>
          <w:b/>
        </w:rPr>
        <w:t xml:space="preserve">[1:03:17] </w:t>
      </w:r>
      <w:r>
        <w:t>to aaj kal jo rawaj hai na bolne ka khwaham khwah beht bohat zyada bolte hain idhar udhar ki baat hai to woh lage idhar udhar ki baat hai bolne</w:t>
      </w:r>
    </w:p>
    <w:p>
      <w:pPr>
        <w:jc w:val="right"/>
      </w:pPr>
      <w:r>
        <w:t>تو اج کلجو رواجہےنا بولنےکا خواہمخواہ بہتبہت زیادہ بولتےہیں ادھرادھرکیباتہے تو وہلگےادھرادھرکیباتہےبولنے</w:t>
      </w:r>
    </w:p>
    <w:p>
      <w:r>
        <w:rPr>
          <w:b/>
        </w:rPr>
        <w:t xml:space="preserve">[1:03:30] </w:t>
      </w:r>
      <w:r>
        <w:t>to maine is se kiya ke kya mein in par asar ho sakta hoon to mera gumaan tha ke asar mein ho sakta hoon to ab mein inki ek mild hammering ki maine</w:t>
      </w:r>
    </w:p>
    <w:p>
      <w:pPr>
        <w:jc w:val="right"/>
      </w:pPr>
      <w:r>
        <w:t>تومیںنےاس سکیا کہ کیا میںانپہموثرہوسکتاہوں تومیراگمانتھاکہموثرمیںہوسکتاہوں تواجمیںانکیایک مائلڈہیمرنگکیمیںنے</w:t>
      </w:r>
    </w:p>
    <w:p>
      <w:r>
        <w:rPr>
          <w:b/>
        </w:rPr>
        <w:t xml:space="preserve">[1:03:39] </w:t>
      </w:r>
      <w:r>
        <w:t>maine kaha ke aap Allah ta'ala ne zehan paida kiya aap ko achi taleem aap ko dil aai to aap isi mein zindagi guzarte hain apni yeh woh karte hain</w:t>
      </w:r>
    </w:p>
    <w:p>
      <w:pPr>
        <w:jc w:val="right"/>
      </w:pPr>
      <w:r>
        <w:t>میںنےکہاکہاپ اللہتعالینےذہینپیدا کیااپکو اچھیتعلیم اپکودل ائی تواپ اسی میںزندگی گزارتےہیںاپنیہوہاکرتےہیں</w:t>
      </w:r>
    </w:p>
    <w:p>
      <w:r>
        <w:rPr>
          <w:b/>
        </w:rPr>
        <w:t xml:space="preserve">[1:03:49] </w:t>
      </w:r>
      <w:r>
        <w:t>khwaham khwah zyada bolte hain</w:t>
      </w:r>
    </w:p>
    <w:p>
      <w:pPr>
        <w:jc w:val="right"/>
      </w:pPr>
      <w:r>
        <w:t>خواہمخواہزیادہ بول تےہیں</w:t>
      </w:r>
    </w:p>
    <w:p>
      <w:r>
        <w:rPr>
          <w:b/>
        </w:rPr>
        <w:t xml:space="preserve">[1:03:52] </w:t>
      </w:r>
      <w:r>
        <w:t>maine kaha aap aap yaad rakhiye meri pehli mulaqat aap se hai lekin main keh raha hoon ke aap zyada bol</w:t>
      </w:r>
    </w:p>
    <w:p>
      <w:pPr>
        <w:jc w:val="right"/>
      </w:pPr>
      <w:r>
        <w:t>میںنےکہااپ اپیادرکھیے میریپہلیملاقاتاپسےہےلیکنمیںکہہرہاہوںکہاپزیادہبول</w:t>
      </w:r>
    </w:p>
    <w:p>
      <w:r>
        <w:rPr>
          <w:b/>
        </w:rPr>
        <w:t xml:space="preserve">[1:03:56] </w:t>
      </w:r>
      <w:r>
        <w:t>te hain to pehli baat yeh hai ke aap kam bolna seekhiye</w:t>
      </w:r>
    </w:p>
    <w:p>
      <w:pPr>
        <w:jc w:val="right"/>
      </w:pPr>
      <w:r>
        <w:t>تےہیں تو پہلیباتیہہےکہاپ کم بول نا سیکھیے</w:t>
      </w:r>
    </w:p>
    <w:p>
      <w:r>
        <w:rPr>
          <w:b/>
        </w:rPr>
        <w:t xml:space="preserve">[1:04:03] </w:t>
      </w:r>
      <w:r>
        <w:t>کیونکہ کہا جاتا ہے کہ when I am speaking, I am not thinking. کم بولیں گے تو زیادہ سوچیں گے۔</w:t>
      </w:r>
    </w:p>
    <w:p>
      <w:pPr>
        <w:jc w:val="right"/>
      </w:pPr>
      <w:r>
        <w:t>کیونکہکہاجاتاہےکہوینائیایمسپیکنگائیایمگاتھنکنگ کمبولیںگےتوزیادہ سوچیںگے</w:t>
      </w:r>
    </w:p>
    <w:p>
      <w:r>
        <w:rPr>
          <w:b/>
        </w:rPr>
        <w:t xml:space="preserve">[1:04:10] </w:t>
      </w:r>
      <w:r>
        <w:t>to Allah ke fazl se unhone qabool kar liya usi waqt chup ho gaye woh</w:t>
      </w:r>
    </w:p>
    <w:p>
      <w:pPr>
        <w:jc w:val="right"/>
      </w:pPr>
      <w:r>
        <w:t>تواللہ کےفضلسے انہوںنےقبولکرلیااسیوقتچپہوگئےوہ</w:t>
      </w:r>
    </w:p>
    <w:p>
      <w:r>
        <w:rPr>
          <w:b/>
        </w:rPr>
        <w:t xml:space="preserve">[1:04:14] </w:t>
      </w:r>
      <w:r>
        <w:t>phir bahut hi kam bole woh to yeh</w:t>
      </w:r>
    </w:p>
    <w:p>
      <w:pPr>
        <w:jc w:val="right"/>
      </w:pPr>
      <w:r>
        <w:t>پھربہت ہیکمبولےوہ تویہ</w:t>
      </w:r>
    </w:p>
    <w:p>
      <w:r>
        <w:rPr>
          <w:b/>
        </w:rPr>
        <w:t xml:space="preserve">[1:04:20] </w:t>
      </w:r>
      <w:r>
        <w:t>mujhe ghussa is par nahi aata ke koi mujhe gaali de is par ghussa nahi aata mujhe</w:t>
      </w:r>
    </w:p>
    <w:p>
      <w:pPr>
        <w:jc w:val="right"/>
      </w:pPr>
      <w:r>
        <w:t>مجھےغصہ اسپرنہیںاتاکہکوئیمجھے گالیدے اسپرغصہنہیںاتامجھے</w:t>
      </w:r>
    </w:p>
    <w:p>
      <w:r>
        <w:rPr>
          <w:b/>
        </w:rPr>
        <w:t xml:space="preserve">[1:04:26] </w:t>
      </w:r>
      <w:r>
        <w:t>bahut aisa hua hai ke mujh par gaali di samne samne bar bhala kaha</w:t>
      </w:r>
    </w:p>
    <w:p>
      <w:pPr>
        <w:jc w:val="right"/>
      </w:pPr>
      <w:r>
        <w:t>بہت ایساہواہےکہمجھپرگالیدی سامنےسامنے برابھلاکہا</w:t>
      </w:r>
    </w:p>
    <w:p>
      <w:r>
        <w:rPr>
          <w:b/>
        </w:rPr>
        <w:t xml:space="preserve">[1:04:32] </w:t>
      </w:r>
      <w:r>
        <w:t>gaali ka matlab hai ke tum is tarah kehte dushmanon ke agent ho</w:t>
      </w:r>
    </w:p>
    <w:p>
      <w:pPr>
        <w:jc w:val="right"/>
      </w:pPr>
      <w:r>
        <w:t>گالیکامطلبہےکہتم اسطرح کہتمدشمنوںکےایجنٹہو</w:t>
      </w:r>
    </w:p>
    <w:p>
      <w:r>
        <w:rPr>
          <w:b/>
        </w:rPr>
        <w:t xml:space="preserve">[1:04:36] </w:t>
      </w:r>
      <w:r>
        <w:t>tum is qism ki baat hai bahut hi sakht sakht</w:t>
      </w:r>
    </w:p>
    <w:p>
      <w:pPr>
        <w:jc w:val="right"/>
      </w:pPr>
      <w:r>
        <w:t>تم اسقسم کیباتہے بہتہی سختسخت</w:t>
      </w:r>
    </w:p>
    <w:p>
      <w:r>
        <w:rPr>
          <w:b/>
        </w:rPr>
        <w:t xml:space="preserve">[1:04:41] </w:t>
      </w:r>
      <w:r>
        <w:t>to mujhe ghussa is par nahi aata</w:t>
      </w:r>
    </w:p>
    <w:p>
      <w:pPr>
        <w:jc w:val="right"/>
      </w:pPr>
      <w:r>
        <w:t>تومجھےغصہاسپرنہیںاتا</w:t>
      </w:r>
    </w:p>
    <w:p>
      <w:r>
        <w:rPr>
          <w:b/>
        </w:rPr>
        <w:t xml:space="preserve">[1:04:46] </w:t>
      </w:r>
      <w:r>
        <w:t>lekin yani personal attack agar koi kare mujh par to woh ghussa nahi aata mujhe jiska bar bar maine dekha hai usi building mein jahan mein rehta hoon ek sahab aaye aur yeh ke jab 4 5 minute tak mujhe barah bhala kehte rahe ke kisi daleel ke baghair mein bilkul aise chup raha chup chap baitha raha koi ghussa nahi aaya mujhe</w:t>
      </w:r>
    </w:p>
    <w:p>
      <w:pPr>
        <w:jc w:val="right"/>
      </w:pPr>
      <w:r>
        <w:t>لیکن یعنی پرسنل اٹیکاگرکوئیکرےمجھپہتووہغصہنہیںاتامجھے جسکاباربار میںنےدیکھاہے اسیبلڈنگمیںجہاںمیںرہتاہوںایکصاحبائے اور یع نیکہجب 4 5منٹتکمجھےبرابھلاکہتےرہے کہکسی دلیلکےبغیر میںبالکلایسےچپرہاچپچاپبیٹھارہاکو ئیغصہنہیںایامجھے</w:t>
      </w:r>
    </w:p>
    <w:p>
      <w:r>
        <w:rPr>
          <w:b/>
        </w:rPr>
        <w:t xml:space="preserve">[1:05:10] </w:t>
      </w:r>
      <w:r>
        <w:t>lekin principle ke khilaf koi karta hai kaam to mujhe ghussa zaroor aata hai</w:t>
      </w:r>
    </w:p>
    <w:p>
      <w:pPr>
        <w:jc w:val="right"/>
      </w:pPr>
      <w:r>
        <w:t>لیکن پرنسپلکےخلاف کوئیکرتاہے کامتومجھےغصہضروراتاہے</w:t>
      </w:r>
    </w:p>
    <w:p>
      <w:r>
        <w:rPr>
          <w:b/>
        </w:rPr>
        <w:t xml:space="preserve">[1:05:15] </w:t>
      </w:r>
      <w:r>
        <w:t>jaise yeh bhi ek principle hai ke jab aap do aadmi se milein to aap mandla kar na banein</w:t>
      </w:r>
    </w:p>
    <w:p>
      <w:pPr>
        <w:jc w:val="right"/>
      </w:pPr>
      <w:r>
        <w:t>جیسےیہبھیایکپرنسپلہےکہجباپدوادمیسےملیں تواپ منڈلاگرنہبنیں</w:t>
      </w:r>
    </w:p>
    <w:p>
      <w:r>
        <w:rPr>
          <w:b/>
        </w:rPr>
        <w:t xml:space="preserve">[1:05:21] </w:t>
      </w:r>
      <w:r>
        <w:t>dialogue banein yaani aap yeh khud hi bol rahe hain khud hi bol rahe hain khud hi bol rahe hain doosre ko bolne ka mauqa nahi de rahe</w:t>
      </w:r>
    </w:p>
    <w:p>
      <w:pPr>
        <w:jc w:val="right"/>
      </w:pPr>
      <w:r>
        <w:t>ڈائیلاگربنیں یعنیاپیہخودہیبولرہےہیںخودہیبولرہےہیںخودہیبولرہےہیں دوسرےکوبولنےکاموقعنہیںدےرہے</w:t>
      </w:r>
    </w:p>
    <w:p>
      <w:r>
        <w:rPr>
          <w:b/>
        </w:rPr>
        <w:t xml:space="preserve">[1:05:26] </w:t>
      </w:r>
      <w:r>
        <w:t>jaisa ke woh kar rahe the us din ke woh mandla kar bane hue the woh</w:t>
      </w:r>
    </w:p>
    <w:p>
      <w:pPr>
        <w:jc w:val="right"/>
      </w:pPr>
      <w:r>
        <w:t>جیساکہوہکررہےتھے اسدن کہوہمنڈلاگربنےہوئےتھےوہ</w:t>
      </w:r>
    </w:p>
    <w:p>
      <w:r>
        <w:rPr>
          <w:b/>
        </w:rPr>
        <w:t xml:space="preserve">[1:05:31] </w:t>
      </w:r>
      <w:r>
        <w:t>yeh principle ke khilaf kaam hai</w:t>
      </w:r>
    </w:p>
    <w:p>
      <w:pPr>
        <w:jc w:val="right"/>
      </w:pPr>
      <w:r>
        <w:t>یہ پرنسپلکےخلاف کام ہے</w:t>
      </w:r>
    </w:p>
    <w:p>
      <w:r>
        <w:rPr>
          <w:b/>
        </w:rPr>
        <w:t xml:space="preserve">[1:05:34] </w:t>
      </w:r>
      <w:r>
        <w:t>aap jaisa maine kaha ab jazeeron mein to khoob chalaaiye jo bhiki jeye</w:t>
      </w:r>
    </w:p>
    <w:p>
      <w:pPr>
        <w:jc w:val="right"/>
      </w:pPr>
      <w:r>
        <w:t>اپ جیسا میںنےکہاابجزیرےمیںتو خوبچلائیےجوبھیکیجئے</w:t>
      </w:r>
    </w:p>
    <w:p>
      <w:r>
        <w:rPr>
          <w:b/>
        </w:rPr>
        <w:t xml:space="preserve">[1:05:38] </w:t>
      </w:r>
      <w:r>
        <w:t>lekin jab aap insaan se baat kar rahe hain to aapko</w:t>
      </w:r>
    </w:p>
    <w:p>
      <w:pPr>
        <w:jc w:val="right"/>
      </w:pPr>
      <w:r>
        <w:t>لیکن جباپ انسان سےباتکررہےہیںتواپکو</w:t>
      </w:r>
    </w:p>
    <w:p>
      <w:r>
        <w:rPr>
          <w:b/>
        </w:rPr>
        <w:t xml:space="preserve">[1:05:41] </w:t>
      </w:r>
      <w:r>
        <w:t>kehna hai to sunna bhi hai</w:t>
      </w:r>
    </w:p>
    <w:p>
      <w:pPr>
        <w:jc w:val="right"/>
      </w:pPr>
      <w:r>
        <w:t>کہناہےتوسننابھیہے</w:t>
      </w:r>
    </w:p>
    <w:p>
      <w:r>
        <w:rPr>
          <w:b/>
        </w:rPr>
        <w:t xml:space="preserve">[1:05:44] </w:t>
      </w:r>
      <w:r>
        <w:t>to koi mandla gar banta hai koi to woh principle ke khilaf karta hai to usko foran bolta hoon mein foran aur doosri cheez hai inka doosra sawal yeh hai mein janna chahta hoon ke aap ki qualification kya hai sir aap ka mind ilm aur maloomat ka ek khazana hai woh aap ne kaise se hasil ki dekhein meri ek kitab hai iska naam hai deen o shariyat</w:t>
      </w:r>
    </w:p>
    <w:p>
      <w:pPr>
        <w:jc w:val="right"/>
      </w:pPr>
      <w:r>
        <w:t>تو کوئیمنڈلاگربنتاہےکوئیتووہپرنسپلکےخلاف کرتاہےتواسکوفورابولتاہوںمیںفورا اوردوسریکیاچیزہے انکادوسراسوال یہہے میں جانناچاہتاہوں کہاپ کی کوالیفیکیشنکیا ہے سر اپکا مائنڈ علم اور معلوماتکا ایک خزانہہے وہاپنے کیسے سےप्राप्त کی دیکھیںمیریایککتاب ہے اسکانامہے دینوشریعت</w:t>
      </w:r>
    </w:p>
    <w:p>
      <w:r>
        <w:rPr>
          <w:b/>
        </w:rPr>
        <w:t xml:space="preserve">[1:06:10] </w:t>
      </w:r>
      <w:r>
        <w:t>ismein 50 safhe ka ek chapter hai ismein meri taleem ke bare mein hai is 50 safhe ko aap padh lijiye ismein aap ko sari baat mil jayegi iska naam hai kitab ka deen o shariyat moti si kitab hai woh ek chapter iska hai meri apni education ke bare mein isko aap padh lijiye molana jiya ka sawal hai mr shah imran hasan dilli se</w:t>
      </w:r>
    </w:p>
    <w:p>
      <w:pPr>
        <w:jc w:val="right"/>
      </w:pPr>
      <w:r>
        <w:t>اسمیں50صفحےکاایکچیپٹرہے اسمیںمیری تعلیم کےبارےمیںہے اس پانچ50صفحےکواپپڑھلیجئے اسمیںاپکوساریباتملجائےگی اسکانامہےکتاب کا دینوشریعتموٹیسیکتابہےوہ ایکچیپٹراسکاہے میری اپنی ایجوکیشنکےبارےمیں اسکواپپڑھلیجئے مولاناجیاگلاسوال ہے مسٹر شاہ عمران حسن دلیسے</w:t>
      </w:r>
    </w:p>
    <w:p>
      <w:r>
        <w:rPr>
          <w:b/>
        </w:rPr>
        <w:t xml:space="preserve">[1:06:38] </w:t>
      </w:r>
      <w:r>
        <w:t>woh pooch rahe hain ke urs ka phenomenon kya hai aisa aisa kya hai ke itne sare log urs karne jaate hain iski haqeeqat kya hai</w:t>
      </w:r>
    </w:p>
    <w:p>
      <w:pPr>
        <w:jc w:val="right"/>
      </w:pPr>
      <w:r>
        <w:t>وہپوچھرہےہیںکہ عرسکا فیناومیناکیا ہے ایسا ایساکیاہے کہاتنےسارےلوگ عرسکرنے جاتےہیں اسکیحقیقتکیاہے</w:t>
      </w:r>
    </w:p>
    <w:p>
      <w:r>
        <w:rPr>
          <w:b/>
        </w:rPr>
        <w:t xml:space="preserve">[1:06:55] </w:t>
      </w:r>
      <w:r>
        <w:t>kal parson mein TV par dekh raha tha ek urs chal raha hai aaj kal to ismein koi TV wala us se interview le raha tha</w:t>
      </w:r>
    </w:p>
    <w:p>
      <w:pPr>
        <w:jc w:val="right"/>
      </w:pPr>
      <w:r>
        <w:t>کل پرسوںمیں ٹیویپردیکھرہاتھا ایکعرسچلرہاہےاجکل تو اسمیں کوئیٹیوالااسسےانٹرویولےرہاتھا</w:t>
      </w:r>
    </w:p>
    <w:p>
      <w:r>
        <w:rPr>
          <w:b/>
        </w:rPr>
        <w:t xml:space="preserve">[1:07:06] </w:t>
      </w:r>
      <w:r>
        <w:t>to jisse poochta tha woh aam taur par log yehi kehte the yahan hamari sab muradein poori ho jaati hain</w:t>
      </w:r>
    </w:p>
    <w:p>
      <w:pPr>
        <w:jc w:val="right"/>
      </w:pPr>
      <w:r>
        <w:t>تو جسسےپوچھتاتھاوہ عامطورپرلوگیہیکہتے تھے یہاںہماریسبمرادیںپوریہوجاتیہیں</w:t>
      </w:r>
    </w:p>
    <w:p>
      <w:r>
        <w:rPr>
          <w:b/>
        </w:rPr>
        <w:t xml:space="preserve">[1:07:13] </w:t>
      </w:r>
      <w:r>
        <w:t>sab hamare masle hal ho jaate hain</w:t>
      </w:r>
    </w:p>
    <w:p>
      <w:pPr>
        <w:jc w:val="right"/>
      </w:pPr>
      <w:r>
        <w:t>سب ہمارے مسئلےحلہوجاتےہیں</w:t>
      </w:r>
    </w:p>
    <w:p>
      <w:r>
        <w:rPr>
          <w:b/>
        </w:rPr>
        <w:t xml:space="preserve">[1:07:16] </w:t>
      </w:r>
      <w:r>
        <w:t>jo hum maangte hain dar huzoor se woh sab</w:t>
      </w:r>
    </w:p>
    <w:p>
      <w:pPr>
        <w:jc w:val="right"/>
      </w:pPr>
      <w:r>
        <w:t>جوہم مانگتےہیں در حضورسےوہسب</w:t>
      </w:r>
    </w:p>
    <w:p>
      <w:r>
        <w:rPr>
          <w:b/>
        </w:rPr>
        <w:t xml:space="preserve">[1:07:23] </w:t>
      </w:r>
      <w:r>
        <w:t>mil jaata hai hum ko ye hai raat ke ghalat aisa hi hai phaila diya gaya hai</w:t>
      </w:r>
    </w:p>
    <w:p>
      <w:pPr>
        <w:jc w:val="right"/>
      </w:pPr>
      <w:r>
        <w:t>ملجاتاہےہمکو یہہے رات کہغلطایساہیہےپھیلادیاگیاہے</w:t>
      </w:r>
    </w:p>
    <w:p>
      <w:r>
        <w:rPr>
          <w:b/>
        </w:rPr>
        <w:t xml:space="preserve">[1:07:29] </w:t>
      </w:r>
      <w:r>
        <w:t>ke yahan par aaoge to tumhara sab muradein poori ho jayengi</w:t>
      </w:r>
    </w:p>
    <w:p>
      <w:pPr>
        <w:jc w:val="right"/>
      </w:pPr>
      <w:r>
        <w:t>کہیہاںپر اؤگےتوتمہاراسب مرادیںپوریہوجائیںگی</w:t>
      </w:r>
    </w:p>
    <w:p>
      <w:r>
        <w:rPr>
          <w:b/>
        </w:rPr>
        <w:t xml:space="preserve">[1:07:32] </w:t>
      </w:r>
      <w:r>
        <w:t>main isko kehta hoon false hope sabz nas</w:t>
      </w:r>
    </w:p>
    <w:p>
      <w:pPr>
        <w:jc w:val="right"/>
      </w:pPr>
      <w:r>
        <w:t>میں اسکوکہتاہوں فالسہوپسبزنس</w:t>
      </w:r>
    </w:p>
    <w:p>
      <w:r>
        <w:rPr>
          <w:b/>
        </w:rPr>
        <w:t xml:space="preserve">[1:07:37] </w:t>
      </w:r>
      <w:r>
        <w:t>koi dargah ya koi qabar kisi ke murad ko poora nahi kar sakti bilkul hi yeh absurd baat hai lekin yeh afwah phaili hui hai to yeh false hope business hai logon ko yeh yani farzi yaqeen ho gaya hai ke yahan hum aayenge to hamara sab poora ho jayega</w:t>
      </w:r>
    </w:p>
    <w:p>
      <w:pPr>
        <w:jc w:val="right"/>
      </w:pPr>
      <w:r>
        <w:t>کوئی در گاہ یا کوئی قبر کسی کے مرادکوپورانہیںکرسکتی بالکل ہییہ ایبسرڈباتہے لیکن یہ افواہپھیلیہوئیہے تویہ فالسہوپسبزنسہے لوگوںکو یہ یعنی فرضییقینہوگیاہے کہیہاں ہمائیںگےتوہماراسبپوراہوجائےگا</w:t>
      </w:r>
    </w:p>
    <w:p>
      <w:r>
        <w:rPr>
          <w:b/>
        </w:rPr>
        <w:t xml:space="preserve">[1:07:57] </w:t>
      </w:r>
      <w:r>
        <w:t>mujhe apne gaon ka qissa yaad aata hai ke hamare gaon mein ek saahab the ab unki death ho chuki hai</w:t>
      </w:r>
    </w:p>
    <w:p>
      <w:pPr>
        <w:jc w:val="right"/>
      </w:pPr>
      <w:r>
        <w:t>مجھےاپنےگاؤںکاقصہیاداتاہےکہہمارےگاؤںمیںایکصاحبتھے اب انکیڈیتھہوچکیہے</w:t>
      </w:r>
    </w:p>
    <w:p>
      <w:r>
        <w:rPr>
          <w:b/>
        </w:rPr>
        <w:t xml:space="preserve">[1:08:02] </w:t>
      </w:r>
      <w:r>
        <w:t>to woh dargahon mein jaate the yaani qabron jahan qabrein hoti hain wahan par</w:t>
      </w:r>
    </w:p>
    <w:p>
      <w:pPr>
        <w:jc w:val="right"/>
      </w:pPr>
      <w:r>
        <w:t>تو وہدرگاہوںمیںجاتےتھے یعنیقبروںجہاںقبریںہوتیہیںوہاںپر</w:t>
      </w:r>
    </w:p>
    <w:p>
      <w:r>
        <w:rPr>
          <w:b/>
        </w:rPr>
        <w:t xml:space="preserve">[1:08:08] </w:t>
      </w:r>
      <w:r>
        <w:t>to hamare ghar mein hamare gaon mein ek saahab the jo bahut hi shariyat wale aadmi the unka bhi inteqaal ho chuka hai</w:t>
      </w:r>
    </w:p>
    <w:p>
      <w:pPr>
        <w:jc w:val="right"/>
      </w:pPr>
      <w:r>
        <w:t>توہمارےگھرمیںہمارےگاؤںمیںایکصاحبتھے جوبہتہی شریعتوالےادمیتھے انکابھیانتقالہوچکاہے</w:t>
      </w:r>
    </w:p>
    <w:p>
      <w:r>
        <w:rPr>
          <w:b/>
        </w:rPr>
        <w:t xml:space="preserve">[1:08:15] </w:t>
      </w:r>
      <w:r>
        <w:t>to unhone isse kaha jo jaate the dargahon mein ke ye jab qabron mein jaate ho to wahan qabron mein jaake</w:t>
      </w:r>
    </w:p>
    <w:p>
      <w:pPr>
        <w:jc w:val="right"/>
      </w:pPr>
      <w:r>
        <w:t>توانہوںنےاسسےکہاجوجاتےتھے درگاہوںمیں کہیہجب قبروںمیںجاتےہوتووہاںقبروںمیںجاکے</w:t>
      </w:r>
    </w:p>
    <w:p>
      <w:r>
        <w:rPr>
          <w:b/>
        </w:rPr>
        <w:t xml:space="preserve">[1:08:22] </w:t>
      </w:r>
      <w:r>
        <w:t>tum maangte ho muradein maangte ho ye to galat hai Islam mein</w:t>
      </w:r>
    </w:p>
    <w:p>
      <w:pPr>
        <w:jc w:val="right"/>
      </w:pPr>
      <w:r>
        <w:t>تم مانگتےہومرادیںمانگتےہویہتوغلطہےاسلام میں</w:t>
      </w:r>
    </w:p>
    <w:p>
      <w:r>
        <w:rPr>
          <w:b/>
        </w:rPr>
        <w:t xml:space="preserve">[1:08:27] </w:t>
      </w:r>
      <w:r>
        <w:t>to woh sunte sunte sunte sunte usne chala kar kaha hum to jayenge hum ko faida hai yeh keh ke chala aaya woh yani woh buzurg se is jo buzurg samjha rahe the usko woh buzurg se usne kaha ke hum to jayenge hum ko faida hai to yeh jo hai false hope business hai koi buzurg koi qabar koi dargah aap ko 1 percent bhi koi faida nahi pahuncha sakti hai naam mumkin baat hai</w:t>
      </w:r>
    </w:p>
    <w:p>
      <w:pPr>
        <w:jc w:val="right"/>
      </w:pPr>
      <w:r>
        <w:t>تو وہ سنتےسنتےسنتےسنتےاسنےچلاکرکہا ہمتو جائیںگےہمکوفائدہہے یہکہہکےچلاایاوہ یعنیوہبزرگ سے اسجوبزرگ سمجھارہےتھےاسکو وہبزرگ سےاسنےکہاکہہمتوجائیںگےہمکوفائدہہے تویہجوہے فالسہوپسبزنسہے کوئی بزرگ کوئی قبر کوئی درگاہ اپکو ون پرسنٹبھیکوئیفائدہنہیںپہنچاسکتیہے نام مکنباتہے</w:t>
      </w:r>
    </w:p>
    <w:p>
      <w:r>
        <w:rPr>
          <w:b/>
        </w:rPr>
        <w:t xml:space="preserve">[1:08:55] </w:t>
      </w:r>
      <w:r>
        <w:t>bilkul hi yeh absurd baat hai yeh lekin ek afwah phaili hui hai log daude chale ja rahe hain jisse bhi poochiye aap yeh hi kahega</w:t>
      </w:r>
    </w:p>
    <w:p>
      <w:pPr>
        <w:jc w:val="right"/>
      </w:pPr>
      <w:r>
        <w:t>بالکل ہییہایبسرڈباتہےیہلیکن ایک افواہپھیلیہوئیہے لوگدوڑےچلےجارہےہیں جسسےبھی پوچھیےاپیہیکہےگا</w:t>
      </w:r>
    </w:p>
    <w:p>
      <w:r>
        <w:rPr>
          <w:b/>
        </w:rPr>
        <w:t xml:space="preserve">[1:09:07] </w:t>
      </w:r>
      <w:r>
        <w:t>ek bar to mein safar kar raha tha train mein to Pakistan ke kuch log mil gaye jo dargah ja rahe the yani dargah se loot rahe the woh to unhone poochha ke wahan gaye the aap kis liye</w:t>
      </w:r>
    </w:p>
    <w:p>
      <w:pPr>
        <w:jc w:val="right"/>
      </w:pPr>
      <w:r>
        <w:t>ایکبارتوابمیں سفرکررہاتھاٹرینمیںتو پاکستان کے کچھلوگملگئےجو درگاہجارہےتھے یعنیدرگاہسےلوٹرہےتھےوہ توانہوںنےپوچھاکہوہاںگئےتھےاپکسلیے</w:t>
      </w:r>
    </w:p>
    <w:p>
      <w:r>
        <w:rPr>
          <w:b/>
        </w:rPr>
        <w:t xml:space="preserve">[1:09:19] </w:t>
      </w:r>
      <w:r>
        <w:t>tuvaanhonne bataya ke meri yani Pakistan ka tha woh admi ke meri kitni betiyan hain abhi to koi shadi nahi hui hai wahan maine arz-i lagadi hai jaa kar ke yani wahan par dargah mein likh diya hoga ke bhai itni betiyon ki shadi ho jaye aur main chadar churaunga ya itna degh pakwaunga khilaunga</w:t>
      </w:r>
    </w:p>
    <w:p>
      <w:pPr>
        <w:jc w:val="right"/>
      </w:pPr>
      <w:r>
        <w:t>توانہوںنےبتایاکہمیری یعنی پاکستانکاتھاوہادمی کہمیریکتنیبیٹیاںہیں ابھیتوکوئیشادینہیںہوئیہے وہاں میںنے عرضیلگادیہےجاکرکے یعنیوہاںپردرگاہ میں لکھکردیاہوگا کہ بھئیاتنیبیٹیوںکیشادیہوجائے اور میں چادرچراؤںگایااتنا دیگ پکواؤںکوکھلاؤںگا</w:t>
      </w:r>
    </w:p>
    <w:p>
      <w:r>
        <w:rPr>
          <w:b/>
        </w:rPr>
        <w:t xml:space="preserve">[1:09:41] </w:t>
      </w:r>
      <w:r>
        <w:t>to yeh sara mamla hai false hope business ka kyunke hum hamara aqeeda hai ke sirf Allah nafe-o-azara hai jo kuch hota hai woh Allah ki taraf se hota hai kisi qabr wale ko kisi dargah wale ko yeh ikhtiyar nahi hai ke woh kisi ko faida pohncha de lekin ek phaila hua hai hindustan india mein zyada tar hai bahar nahi hai yeh sab yeh jo phenomenon hai yeh india ka phenomenon hai</w:t>
      </w:r>
    </w:p>
    <w:p>
      <w:pPr>
        <w:jc w:val="right"/>
      </w:pPr>
      <w:r>
        <w:t>تو یہسارا معاملہہےفالسہوپسبزنسکاہے کیونکہہم ہماراعقیدہہےکہصرفاللہ نافعوعذارہے جوکچھہوتاہےوہاللہکیطرفسےہوتاہے کسی قبروالے کوکسی درگاہوالےکو یہاختیارہینہیںکہوہکسی کوفائدہپہنچادے لیکن ایک پھیلاہواہے ہندیانڈیامیں زیادہ ترہے باہرنہیںہےیہسب یہجو فیناومیناہےیہانڈیاکافیناومیناہے</w:t>
      </w:r>
    </w:p>
    <w:p>
      <w:r>
        <w:rPr>
          <w:b/>
        </w:rPr>
        <w:t xml:space="preserve">[1:10:08] </w:t>
      </w:r>
      <w:r>
        <w:t>achha jo jaise ruk jaate hain hum mandiron mein aur woh unke jo hote hain bade bade maqamat teerath theek wohi hai yeh bhi yeh mamla hai hindu log wahan jaate hain isliye ke agar wahan chale gaye wahan darshan de diya wahan koi charawa chadhawa diya to unki murad poori ho jayegi aise samajhte hain musalman ke yahan chale gaye wahan chadar chadhadi woh hamari murad poori ho jayegi</w:t>
      </w:r>
    </w:p>
    <w:p>
      <w:pPr>
        <w:jc w:val="right"/>
      </w:pPr>
      <w:r>
        <w:t>اچھاجوجیسےرکجاتےہیںہم مندروںمیںاور وہ انکےجو ہوتےہیںبڑےبڑے مقام ات تیرت ٹھیکوہیہےیہبھییہمعاملہہے ہندو لوگوہاںجاتےہیںاسلیےکہ اگروہاںچلےگئے وہاںدرشندےدیاوہاںکوئیچڑھاواچڑھادیا تو انکیمرادپوریہوجائےگی ایسےسمجھتےہیںمسلمان کہیہاںچلےگئے وہاں چادرچڑھادیتوہماریمرادپوریہوجائےگی</w:t>
      </w:r>
    </w:p>
    <w:p>
      <w:r>
        <w:rPr>
          <w:b/>
        </w:rPr>
        <w:t xml:space="preserve">[1:10:36] </w:t>
      </w:r>
      <w:r>
        <w:t>to main isko false hope business samajhta hoon iske siwa kuch nahi</w:t>
      </w:r>
    </w:p>
    <w:p>
      <w:pPr>
        <w:jc w:val="right"/>
      </w:pPr>
      <w:r>
        <w:t>تومیں اسکو فالس ہوپسبزنس سمجھتاہوںاسکےسواکچھنہیں</w:t>
      </w:r>
    </w:p>
    <w:p>
      <w:r>
        <w:rPr>
          <w:b/>
        </w:rPr>
        <w:t xml:space="preserve">[1:10:44] </w:t>
      </w:r>
      <w:r>
        <w:t>Maulana isko suchna from Ms Sadia Khan from New Delhi. How can something become one man two mission? It is difficult to draw the line. That is difficult to balance work and mission activities.</w:t>
      </w:r>
    </w:p>
    <w:p>
      <w:pPr>
        <w:jc w:val="right"/>
      </w:pPr>
      <w:r>
        <w:t>مول انادسکوئسچناز فر ام مس سعدیہخان فرامنیودہلی ہاؤکین سمب یکم ون مین ٹوم شن اٹاز افنڈیفیکلٹٹوڈرادالائن دیٹازاٹازڈیفیکلٹٹوبیلنس ورک اینڈمشن ری ایکٹیویٹیز</w:t>
      </w:r>
    </w:p>
    <w:p>
      <w:r>
        <w:rPr>
          <w:b/>
        </w:rPr>
        <w:t xml:space="preserve">[1:11:13] </w:t>
      </w:r>
      <w:r>
        <w:t>dekhiye har ek se har ek ko aisa nahi karna hai ke woh one man mission bane har ek ko nahi karna hai har ek ko to sirf one man two mission banna hai yani koi koi aisa admi hota hai ke apne ko dedicate kar deta hai</w:t>
      </w:r>
    </w:p>
    <w:p>
      <w:pPr>
        <w:jc w:val="right"/>
      </w:pPr>
      <w:r>
        <w:t>دیکھیےہرایک سے ہرایککوایسانہیںکرناہےکہوہ ونونونمشنبنے ہرایککونہیںکرناہے ہرایککوتو صرف ونون ٹومشنبنناہے یعنیکوئیکوئیایساادمیہوتاہےکہاپنے کوڈیڈیکیٹکردیتاہے</w:t>
      </w:r>
    </w:p>
    <w:p>
      <w:r>
        <w:rPr>
          <w:b/>
        </w:rPr>
        <w:t xml:space="preserve">[1:11:33] </w:t>
      </w:r>
      <w:r>
        <w:t>to woh to koi karodon mein ek hota hai</w:t>
      </w:r>
    </w:p>
    <w:p>
      <w:pPr>
        <w:jc w:val="right"/>
      </w:pPr>
      <w:r>
        <w:t>تو وہتوکوئی کروڑوںمیںایکہوتاہے</w:t>
      </w:r>
    </w:p>
    <w:p>
      <w:r>
        <w:rPr>
          <w:b/>
        </w:rPr>
        <w:t xml:space="preserve">[1:11:37] </w:t>
      </w:r>
      <w:r>
        <w:t>baqi logon se wohi one man two mission hi matloob hai wohi bas ke 50 percent 5050 ka work rakhein 50 percent apne khana kamana 50 percent dawat ka kaam karna</w:t>
      </w:r>
    </w:p>
    <w:p>
      <w:pPr>
        <w:jc w:val="right"/>
      </w:pPr>
      <w:r>
        <w:t>باقیلوگوںسےوہیونونٹومشنہی مطلوبہےوہیبس کہ5 0پرسنٹ 5050کاوہرکھیں 50پرسنٹاپنےکھاناکمانا50پرسنٹ دعوتکاکام کرنا</w:t>
      </w:r>
    </w:p>
    <w:p>
      <w:r>
        <w:rPr>
          <w:b/>
        </w:rPr>
        <w:t xml:space="preserve">[1:11:53] </w:t>
      </w:r>
      <w:r>
        <w:t>one one one mission jo hai sab log nahi ho sakte yeh yeh impossible hai ab kyunke iske liye iske liye to bas sirf ek ek junoon chahiye ek madness chahiye</w:t>
      </w:r>
    </w:p>
    <w:p>
      <w:pPr>
        <w:jc w:val="right"/>
      </w:pPr>
      <w:r>
        <w:t>ون ون ونمشنجوہےسبلوگنہیںہوسکتے یہ یہ امپاسیبل ہے ابکیونکہاسکےلیے اسکےلیےتوبس صرفایک ایکجنونچاہیےایک میڈنسچاہیے</w:t>
      </w:r>
    </w:p>
    <w:p>
      <w:r>
        <w:rPr>
          <w:b/>
        </w:rPr>
        <w:t xml:space="preserve">[1:12:06] </w:t>
      </w:r>
      <w:r>
        <w:t>to sab log agar bird ban jayein to duniya ka kaam hi khatam ho jayega</w:t>
      </w:r>
    </w:p>
    <w:p>
      <w:pPr>
        <w:jc w:val="right"/>
      </w:pPr>
      <w:r>
        <w:t>توسبلوگاگربرڈبنجائیںتودنیاکاکامہیختمہوجائےگا</w:t>
      </w:r>
    </w:p>
    <w:p>
      <w:r>
        <w:rPr>
          <w:b/>
        </w:rPr>
        <w:t xml:space="preserve">[1:12:11] </w:t>
      </w:r>
      <w:r>
        <w:t>to koi koi aisa hota hai jo one man one mission ban jata hai baqi to wohi one man two mission wale hote hain aur woh bhi Allah taala ke yahan maqbool bande hain unko bhi Allah taala ke yahan inaam milega</w:t>
      </w:r>
    </w:p>
    <w:p>
      <w:pPr>
        <w:jc w:val="right"/>
      </w:pPr>
      <w:r>
        <w:t>تو کوئی کوئیایساہوتاہےجو ون ونونمشنبنجاتاہے باقیتو وہیون ونٹومشنوالےہوتےہیں اوروہبھیاللہ تعالیکےہاںمقبولبندےہیں انکوبھیاللہتعالیکےہاںانعامملےگا</w:t>
      </w:r>
    </w:p>
    <w:p>
      <w:r>
        <w:rPr>
          <w:b/>
        </w:rPr>
        <w:t xml:space="preserve">[1:12:27] </w:t>
      </w:r>
      <w:r>
        <w:t>is ko suchna from Dr Muslima Siddiqui from New Delhi</w:t>
      </w:r>
    </w:p>
    <w:p>
      <w:pPr>
        <w:jc w:val="right"/>
      </w:pPr>
      <w:r>
        <w:t>دسکوئسچناز فرام ڈاکٹر مسلمہصدی قیفرامنیودہلی</w:t>
      </w:r>
    </w:p>
    <w:p>
      <w:r>
        <w:rPr>
          <w:b/>
        </w:rPr>
        <w:t xml:space="preserve">[1:12:33] </w:t>
      </w:r>
      <w:r>
        <w:t>what is the islam way of repentance</w:t>
      </w:r>
    </w:p>
    <w:p>
      <w:pPr>
        <w:jc w:val="right"/>
      </w:pPr>
      <w:r>
        <w:t>واٹازدااسلام ک وےاف ریپینٹنس</w:t>
      </w:r>
    </w:p>
    <w:p>
      <w:r>
        <w:rPr>
          <w:b/>
        </w:rPr>
        <w:t xml:space="preserve">[1:12:37] </w:t>
      </w:r>
      <w:r>
        <w:t>Can we be forgiven by Lord for our bad deeds committed in the</w:t>
      </w:r>
    </w:p>
    <w:p>
      <w:pPr>
        <w:jc w:val="right"/>
      </w:pPr>
      <w:r>
        <w:t>کینوی بی فار گیون بائےلارڈ فار اور بیڈڈیڈزکمیٹڈاندا</w:t>
      </w:r>
    </w:p>
    <w:p>
      <w:r>
        <w:rPr>
          <w:b/>
        </w:rPr>
        <w:t xml:space="preserve">[1:12:42] </w:t>
      </w:r>
      <w:r>
        <w:t>past kind of commitment. Dekhiye, Quran mein,</w:t>
      </w:r>
    </w:p>
    <w:p>
      <w:pPr>
        <w:jc w:val="right"/>
      </w:pPr>
      <w:r>
        <w:t>پاسٹ کائنڈلیکمنٹ دیکھیے قرانمیں</w:t>
      </w:r>
    </w:p>
    <w:p>
      <w:r>
        <w:rPr>
          <w:b/>
        </w:rPr>
        <w:t xml:space="preserve">[1:12:49] </w:t>
      </w:r>
      <w:r>
        <w:t>aaye ke jo toba karta hai to uski toba maaf ho jaati hai</w:t>
      </w:r>
    </w:p>
    <w:p>
      <w:pPr>
        <w:jc w:val="right"/>
      </w:pPr>
      <w:r>
        <w:t>ائے کہ جوتوبہکرتاہے تو اسکیتوبہمعافہوجاتیہے</w:t>
      </w:r>
    </w:p>
    <w:p>
      <w:r>
        <w:rPr>
          <w:b/>
        </w:rPr>
        <w:t xml:space="preserve">[1:12:54] </w:t>
      </w:r>
      <w:r>
        <w:t>toba ka matlab hai lautna palatna</w:t>
      </w:r>
    </w:p>
    <w:p>
      <w:pPr>
        <w:jc w:val="right"/>
      </w:pPr>
      <w:r>
        <w:t>توبہکامعنیہےلو ٹنا پلٹنا</w:t>
      </w:r>
    </w:p>
    <w:p>
      <w:r>
        <w:rPr>
          <w:b/>
        </w:rPr>
        <w:t xml:space="preserve">[1:12:57] </w:t>
      </w:r>
      <w:r>
        <w:t>to toba ke liye ulama ne teen shartein batai hain</w:t>
      </w:r>
    </w:p>
    <w:p>
      <w:pPr>
        <w:jc w:val="right"/>
      </w:pPr>
      <w:r>
        <w:t>تو توبہکےلیے علم اءنے تینشرطیںبتائیہیں</w:t>
      </w:r>
    </w:p>
    <w:p>
      <w:r>
        <w:rPr>
          <w:b/>
        </w:rPr>
        <w:t xml:space="preserve">[1:13:04] </w:t>
      </w:r>
      <w:r>
        <w:t>toba toba main isko angrezi angrezi mein keh sakta hoon woh introspection repentance introspection to toba ki teen shartein batayi hain</w:t>
      </w:r>
    </w:p>
    <w:p>
      <w:pPr>
        <w:jc w:val="right"/>
      </w:pPr>
      <w:r>
        <w:t>توبہ توبہ میں اسکو انگ ریزیانگریزیمیںکہہسکتےہیں وہ انٹروسپیک شن ریپینٹنس انٹروسپیکشن تو توبہکیتینشرطیںبتائیہیں</w:t>
      </w:r>
    </w:p>
    <w:p>
      <w:r>
        <w:rPr>
          <w:b/>
        </w:rPr>
        <w:t xml:space="preserve">[1:13:16] </w:t>
      </w:r>
      <w:r>
        <w:t>number one nadam-at-ut-toba-al-nadam kaha gaya hai yani repentance ke bahut zyada ehsas ho ke maine ghalati kar dali bahut zyada ehsas ho ke maine ghalati kar dali</w:t>
      </w:r>
    </w:p>
    <w:p>
      <w:pPr>
        <w:jc w:val="right"/>
      </w:pPr>
      <w:r>
        <w:t>نمبرون ندام ت التوبۃ الندم کہاگیاہے یعنیریپینٹنس کہبہتزیادہ احساسہوکہمیںنےغلطیکرڈالی بہت زیادہ احساسہوکہمیںنےغلطیکرڈالی</w:t>
      </w:r>
    </w:p>
    <w:p>
      <w:r>
        <w:rPr>
          <w:b/>
        </w:rPr>
        <w:t xml:space="preserve">[1:13:31] </w:t>
      </w:r>
      <w:r>
        <w:t>bahut zyada ehsas isiko hum repentance yani pehli shart hai sabse badi shart balkeh hai repentance yeh hadith mein aata hai ke at-toba-tu-nadam ke toba ki harkat nadamat hai sharmindagi hai</w:t>
      </w:r>
    </w:p>
    <w:p>
      <w:pPr>
        <w:jc w:val="right"/>
      </w:pPr>
      <w:r>
        <w:t>بہت زیادہ احساس اسیکوہمریپینٹیعنیپہلیشرطہے سبسےبڑیشرطبلکہہے ریپینٹنس یہحدیثمیںاتاہےکہ التوبۃ الندم کہتوبہکیحرکت ندامتہے شرمندگیہے</w:t>
      </w:r>
    </w:p>
    <w:p>
      <w:r>
        <w:rPr>
          <w:b/>
        </w:rPr>
        <w:t xml:space="preserve">[1:13:48] </w:t>
      </w:r>
      <w:r>
        <w:t>doosri cheez kya hai ke yeh yeh ehad karna hai ke ab mein aisa nahi karunga</w:t>
      </w:r>
    </w:p>
    <w:p>
      <w:pPr>
        <w:jc w:val="right"/>
      </w:pPr>
      <w:r>
        <w:t>دوسریچیزکیاہےکہیہ یہ عہدکرناہےکہابمیںایسانہیںکروںگا</w:t>
      </w:r>
    </w:p>
    <w:p>
      <w:r>
        <w:rPr>
          <w:b/>
        </w:rPr>
        <w:t xml:space="preserve">[1:13:55] </w:t>
      </w:r>
      <w:r>
        <w:t>yani ek hai sharminda hona doosra yeh ke yeh tay karna hai ke ab mein aisa nahi karne wala hoon ek baar to ghalati ho gayi ho gayi once was an off</w:t>
      </w:r>
    </w:p>
    <w:p>
      <w:pPr>
        <w:jc w:val="right"/>
      </w:pPr>
      <w:r>
        <w:t>یعنی ایک ہے شرمندہہونا دوسرایہکہیہطےکرناہےکہابمیںایسانہیںکرنے والاہوں ایکبارتوغلطیہوگئیہوگئی ونس وازانف</w:t>
      </w:r>
    </w:p>
    <w:p>
      <w:r>
        <w:rPr>
          <w:b/>
        </w:rPr>
        <w:t xml:space="preserve">[1:14:06] </w:t>
      </w:r>
      <w:r>
        <w:t>teesri shart yeh hai ke agar insan ka mamla hai maslan insaan ka humne paisa loot liya hai to uska paisa lotana usko maar kar zakhmik kar diya to uska dawa ilaaj ka intezam karna compensate karna yeh Khuda ke mamle mein hua to usko hum compensate nahi kar sakte insan ke mamle mein agar hua to hum compensate karenge to toba ki teen shartein hain</w:t>
      </w:r>
    </w:p>
    <w:p>
      <w:pPr>
        <w:jc w:val="right"/>
      </w:pPr>
      <w:r>
        <w:t>تیسریشرطیہہے کہاگر انسان کامعاملہہے مثلاانسانکاہمنے پیسہ لوٹلیاہے تو اسکاپیسہلوٹانا اسکو مار کرزخمیکردیا تواسکادواعلاجکاانتظامکرنا کمپنسیٹکرنا یہخداکےمعاملےمیںہواتواسکوہمکمپنسیٹنہیںکرسکتے انسانکےمعاملےمیںاگر ہواتوہم کمپنسیٹکریںگے تو توبہکیتینشرطیںہیں</w:t>
      </w:r>
    </w:p>
    <w:p>
      <w:r>
        <w:rPr>
          <w:b/>
        </w:rPr>
        <w:t xml:space="preserve">[1:14:34] </w:t>
      </w:r>
      <w:r>
        <w:t>number one nadim hona jisko repentance kaha jata hai doosra yeh pakka irada karna bahut hi determination ke sath ke ab mein aisi ghaltiyan nahi karunga Khuda mujhe maaf karde aur teesra yeh hai ke agar insan ke sath ghalati hui hai aur insan ko koi nuksan pohanchaya hai apne to compensate karna hai usko</w:t>
      </w:r>
    </w:p>
    <w:p>
      <w:pPr>
        <w:jc w:val="right"/>
      </w:pPr>
      <w:r>
        <w:t>نمبر ون نادمہونا جسکوریپینٹنسکہاجاتاہے دوسرا یہ پکا ارادہکرنا بہتہی ڈیٹرمینیشنکےساتھ کہابمیں ایسیغلطیاںنہیںکروںگا خدایامجھےمعافکردے اورتیسرایہہےکہاگرانسان کےساتھ غلطیہوئیہے اور انسان کو کوئی نقصانپہنچایاہےاپنے تو کمپنسیٹکرناہےاسکو</w:t>
      </w:r>
    </w:p>
    <w:p>
      <w:r>
        <w:rPr>
          <w:b/>
        </w:rPr>
        <w:t xml:space="preserve">[1:14:59] </w:t>
      </w:r>
      <w:r>
        <w:t>yeh teen shartein hain aur jo aadmi yeh shartein poori kar de to khula hua hai Quran majeed mein likha hua hai ke usko Allah taala maaf kar deta hai</w:t>
      </w:r>
    </w:p>
    <w:p>
      <w:pPr>
        <w:jc w:val="right"/>
      </w:pPr>
      <w:r>
        <w:t>یہ تین شرطیںہیں اور جو ادمییہشرطیںپوراکردے تو کھلا ہواہےقرانمجیدمیں لکھاہواہےکہ اسکواللہتعالیمعافکردیتاہے</w:t>
      </w:r>
    </w:p>
    <w:p>
      <w:r>
        <w:rPr>
          <w:b/>
        </w:rPr>
        <w:t xml:space="preserve">[1:15:12] </w:t>
      </w:r>
      <w:r>
        <w:t>molana agla sawal Raipur se Mr Idris ka hai woh yeh janna chahte hain ke zaeef hadith kisko kehte hain likh ke bhi bhejha hai kisidua nahi bhejha hai nahi woh poochna chahte hain what is zaeef hadith hmm</w:t>
      </w:r>
    </w:p>
    <w:p>
      <w:pPr>
        <w:jc w:val="right"/>
      </w:pPr>
      <w:r>
        <w:t>مول انااگلاسوال رائےپورسے مسٹر ادریسکاہے وہ یہجانناچاہتےہیںکہ ضعیفحدیث کسکوکہتےہیں لکھ کےبھیجاہےکسیدعانہیںبھیجا ہےنہیں وہپوچھناچاہرہےہیںواٹازضعیفحدیث ہمم</w:t>
      </w:r>
    </w:p>
    <w:p>
      <w:r>
        <w:rPr>
          <w:b/>
        </w:rPr>
        <w:t xml:space="preserve">[1:15:29] </w:t>
      </w:r>
      <w:r>
        <w:t>dekhiye hadith jo hain ek sahih hadith kahi jati hain ek zaeef kahi jati hain ek mauzu kahi jati hain mote taur par aur bhi qismein hain mote taur par teen qismein hain aur bhi darje hain ismein to mote taur par teen qismein hain sahih hadith zaeef hadith aur mauzu hadith</w:t>
      </w:r>
    </w:p>
    <w:p>
      <w:pPr>
        <w:jc w:val="right"/>
      </w:pPr>
      <w:r>
        <w:t>دیکھیے حدیثیںجوہیں ایک صحیح حدیثکہیجاتیہیںایکضعیفکہیجاتیہیںایک موضوعکہیجاتیہیں موٹےطورپراوربھی قسم یںہیں موٹےطورپر تینقسم یںہیں اوربھی درجےہیںاسمیں تو موٹےطورپرتینقسم یںہیںصحیححدیث ضعیفحدیث اور موضوعحدیث</w:t>
      </w:r>
    </w:p>
    <w:p>
      <w:r>
        <w:rPr>
          <w:b/>
        </w:rPr>
        <w:t xml:space="preserve">[1:15:50] </w:t>
      </w:r>
      <w:r>
        <w:t>to jo muhaddiseen hain unhone</w:t>
      </w:r>
    </w:p>
    <w:p>
      <w:pPr>
        <w:jc w:val="right"/>
      </w:pPr>
      <w:r>
        <w:t>تو جو محدثینہیں انہوں نے</w:t>
      </w:r>
    </w:p>
    <w:p>
      <w:r>
        <w:rPr>
          <w:b/>
        </w:rPr>
        <w:t xml:space="preserve">[1:15:55] </w:t>
      </w:r>
      <w:r>
        <w:t>jo hadeesein aap jaante hain ke ek chain hota hai</w:t>
      </w:r>
    </w:p>
    <w:p>
      <w:pPr>
        <w:jc w:val="right"/>
      </w:pPr>
      <w:r>
        <w:t>جو حدیثیںاپجانتےہیںکہ ایک چینہوتاہے</w:t>
      </w:r>
    </w:p>
    <w:p>
      <w:r>
        <w:rPr>
          <w:b/>
        </w:rPr>
        <w:t xml:space="preserve">[1:16:00] </w:t>
      </w:r>
      <w:r>
        <w:t>rawiyon ka ek shakhs kahega</w:t>
      </w:r>
    </w:p>
    <w:p>
      <w:pPr>
        <w:jc w:val="right"/>
      </w:pPr>
      <w:r>
        <w:t>راویوںکا ایک شخصکہےگا</w:t>
      </w:r>
    </w:p>
    <w:p>
      <w:r>
        <w:rPr>
          <w:b/>
        </w:rPr>
        <w:t xml:space="preserve">[1:16:03] </w:t>
      </w:r>
      <w:r>
        <w:t>کہ میں نے مسٹر اے سے سنا وہ کہے گا مسٹر بی سے سنا مسٹر بی سے سنا مسٹر سی کہے گا میں نے رسول اللہ سے سنا</w:t>
      </w:r>
    </w:p>
    <w:p>
      <w:pPr>
        <w:jc w:val="right"/>
      </w:pPr>
      <w:r>
        <w:t>کہمیںنےمسٹراےسےسنا وہکہےگامسٹربیسےسنامسٹربیسےسنا مسٹرسیکہےگامیںنےرسولاللہسےسنا</w:t>
      </w:r>
    </w:p>
    <w:p>
      <w:r>
        <w:rPr>
          <w:b/>
        </w:rPr>
        <w:t xml:space="preserve">[1:16:10] </w:t>
      </w:r>
      <w:r>
        <w:t>to koi rasool Allah sunta hai woh kisi aur se kehta hai phir kisi aur se kehta hai kisi aur se kehta hai yahan tak ke woh</w:t>
      </w:r>
    </w:p>
    <w:p>
      <w:pPr>
        <w:jc w:val="right"/>
      </w:pPr>
      <w:r>
        <w:t>توکوئیرسولاللہسنتاہے وہ کسی اورسےکہتاہےپھرکسیاورسےکہتاہےکسیاورسےکہتاہےیہاںتککہوہ</w:t>
      </w:r>
    </w:p>
    <w:p>
      <w:r>
        <w:rPr>
          <w:b/>
        </w:rPr>
        <w:t xml:space="preserve">[1:16:15] </w:t>
      </w:r>
      <w:r>
        <w:t>muhaddis tak baat pahunchti hai kyunki jab usi period mein jab hadeesein jama ki gayi to beech mein kai generation ja chuki thi</w:t>
      </w:r>
    </w:p>
    <w:p>
      <w:pPr>
        <w:jc w:val="right"/>
      </w:pPr>
      <w:r>
        <w:t>محدثتکباتپہنچتیہے کیونکہجب عب اسی پیریڈمیں جب حدیثیں جمع کیگئیں تو بیچمیںکئیجنریشناچکےگیپہوچکاتھا</w:t>
      </w:r>
    </w:p>
    <w:p>
      <w:r>
        <w:rPr>
          <w:b/>
        </w:rPr>
        <w:t xml:space="preserve">[1:16:27] </w:t>
      </w:r>
      <w:r>
        <w:t>Rasool Allah ke zamane mein hadithen nahi jama ki gayi theen is tarike se jaise ke ab hain to woh rawiyon ka ek chain hota hai isko kehte hain rijal to unke bahut zabardast tehqeeq karke logon ne kai lakh rawiyon ke halaat ikattha kiye hain woh kitni badi badi kitabein hain iski moti moti</w:t>
      </w:r>
    </w:p>
    <w:p>
      <w:pPr>
        <w:jc w:val="right"/>
      </w:pPr>
      <w:r>
        <w:t>رسولاللہکےزمانےمیںحدیثیںنہیںجمعکیگئیتھیںاسطریقےسےجیسےکہابہیں تو وہ راویوںکاایکسچینجہوتاہے اسکوکہتےہیںرجال تو انکے بہت زبردست تحقیقکرکےلوگوںنے کئی لاکھ راویوںکے حالات اکٹھاکیےہیں وہ کتنیبڑیبڑیکتاب یںہیںاسکی موٹیموٹی</w:t>
      </w:r>
    </w:p>
    <w:p>
      <w:r>
        <w:rPr>
          <w:b/>
        </w:rPr>
        <w:t xml:space="preserve">[1:16:48] </w:t>
      </w:r>
      <w:r>
        <w:t>ek ayk shakhs ki ke abdul rehman abdul hakeem abdul raheem waghera is tarah se ke woh sachay thay ke yeh jhoot bolte thay woh imandar thay ke bimari ki unhon nay koi baat pakri gayi unki bimari wali misaal ke tor par ek ayk muhaddis ek shakhs ki tehqeeq karne ke liye gaye un say unko ek hadees mili thi ek hadees mili thi un say to gaye tehqeeq karne ke woh adami kis se hai</w:t>
      </w:r>
    </w:p>
    <w:p>
      <w:pPr>
        <w:jc w:val="right"/>
      </w:pPr>
      <w:r>
        <w:t>ایکایکشخص کی کہعبدالرحمن عبدالحکیم عبدالرحیموغیرہاسطریقےسے کہوہسچےتھے کہ یہجھوٹبولتےتھے وہایماندارتھےکہبیماری کیانہوںنے کوئیباتپکڑیگئیانکی بیماریوالی مثالکےطورپر ایک ایک محدث ایک شخص کیتحقیقکرنےکےلیےگئے انسے انکوایکحدیث ملی تھی ایکحدیثملی تھیانسے تو گئےتحقیقکرنےکہوہادمیکیساہے</w:t>
      </w:r>
    </w:p>
    <w:p>
      <w:r>
        <w:rPr>
          <w:b/>
        </w:rPr>
        <w:t xml:space="preserve">[1:17:18] </w:t>
      </w:r>
      <w:r>
        <w:t>to jab wohahan pohanchay to woh ek bartan liye huay tha aisa aur ghoray ko bula raha tha woh ghora iska udhar tha bula raha tha ke ishara karke aao matlab is mein kuch khane ki saman iske liye ja kar qareeb dekha to is mein kuch bhi nahi tha to unhon nay kaha ke jab tum ghoray ko dhoka de sakte ho to insan ko bhi dhoka de sakte ho isko riwayat to nahi liya unhon nay</w:t>
      </w:r>
    </w:p>
    <w:p>
      <w:pPr>
        <w:jc w:val="right"/>
      </w:pPr>
      <w:r>
        <w:t>توجبوہاںپہنچے تو وہایک برتنلیےہوئےتھاایسا اور گھوڑےکوبلارہاتھاوہ گھوڑااسکاادھرتھا بلارہاتھا کہ اشارہکرکےاؤ مطلباسمیںکچھ کھانےکی ساماناسکےلیے جاکرقریبدیکھاتواسمیںکچھبھینہیںتھا تو انہوںنےکہاکہجبتمگھوڑےکودھوکہدےسکتےہوتوانسانکوبھی دھوکہدےسکتےہو اسکیروایتتونہیںلیاانہوںنے</w:t>
      </w:r>
    </w:p>
    <w:p>
      <w:r>
        <w:rPr>
          <w:b/>
        </w:rPr>
        <w:t xml:space="preserve">[1:17:44] </w:t>
      </w:r>
      <w:r>
        <w:t>is tarah se bahut hi jaanch partaal karke hadeesein ikatthe ki gayi</w:t>
      </w:r>
    </w:p>
    <w:p>
      <w:pPr>
        <w:jc w:val="right"/>
      </w:pPr>
      <w:r>
        <w:t>اسطرحسے بہت ہی جانچپڑتالکرکےحدیثیںاکٹھےکیگئیں</w:t>
      </w:r>
    </w:p>
    <w:p>
      <w:r>
        <w:rPr>
          <w:b/>
        </w:rPr>
        <w:t xml:space="preserve">[1:17:49] </w:t>
      </w:r>
      <w:r>
        <w:t>to jo hadeesein woh hain jin mein ke tamam rawi siqa hain yaani qabil e aitmad hain</w:t>
      </w:r>
    </w:p>
    <w:p>
      <w:pPr>
        <w:jc w:val="right"/>
      </w:pPr>
      <w:r>
        <w:t>تو جو حدیثیںوہہیں جسمیںکہتمام راوی سقہہیں یعنیقابلاعتمادہیں</w:t>
      </w:r>
    </w:p>
    <w:p>
      <w:r>
        <w:rPr>
          <w:b/>
        </w:rPr>
        <w:t xml:space="preserve">[1:17:57] </w:t>
      </w:r>
      <w:r>
        <w:t>to inkosahi hadithkahajatehain woh hadithhaijismein kah ekadhraavi woh hai</w:t>
      </w:r>
    </w:p>
    <w:p>
      <w:pPr>
        <w:jc w:val="right"/>
      </w:pPr>
      <w:r>
        <w:t>تو انکوصحیححدیثکہاجاتاہے وہ حدیثہےجسمیںکہ ایکادھراویجوہے</w:t>
      </w:r>
    </w:p>
    <w:p>
      <w:r>
        <w:rPr>
          <w:b/>
        </w:rPr>
        <w:t xml:space="preserve">[1:18:02] </w:t>
      </w:r>
      <w:r>
        <w:t>matlab farzkijiyekah chaarravi hain teenravi thik hai ek ek kebaremein shakk hai woh zaeefkahijayegi</w:t>
      </w:r>
    </w:p>
    <w:p>
      <w:pPr>
        <w:jc w:val="right"/>
      </w:pPr>
      <w:r>
        <w:t>مطلب فرضکیجئےکہ چارراویہیں تینراوی ٹھیکہے ایک ایک کےبارےمیںشک ہے وہ ضعیفکہیجائےگی</w:t>
      </w:r>
    </w:p>
    <w:p>
      <w:r>
        <w:rPr>
          <w:b/>
        </w:rPr>
        <w:t xml:space="preserve">[1:18:10] </w:t>
      </w:r>
      <w:r>
        <w:t>yani pure chain mein ek chainj woh hai ismein kamzor hai</w:t>
      </w:r>
    </w:p>
    <w:p>
      <w:pPr>
        <w:jc w:val="right"/>
      </w:pPr>
      <w:r>
        <w:t>یعنیپورےچینمیں ایک چینجوہےاسمیںکمزورہے</w:t>
      </w:r>
    </w:p>
    <w:p>
      <w:r>
        <w:rPr>
          <w:b/>
        </w:rPr>
        <w:t xml:space="preserve">[1:18:15] </w:t>
      </w:r>
      <w:r>
        <w:t>woh ab woh zaeef kahi jaye gi matlab kuch log isko manay gay kuch log nahi manay gay iska usool yeh hai ke agar woh quran hadees se doosri riwayatton se mutabiqat karta ho to le liya jaye ga aur mauzu to woh hai ke jo saray say bana liya ho logon nay story tellers nay bana liya ho yani rasool Allah se sabit na hota ho iska</w:t>
      </w:r>
    </w:p>
    <w:p>
      <w:pPr>
        <w:jc w:val="right"/>
      </w:pPr>
      <w:r>
        <w:t>وہ ابوہضعیفکہیجائےگی مطلبکچھلوگاسکومانیںگےکچھلوگنہیںمانیںگے اسکااصولیہہےکہاگروہ قرانحدیثسے دوسریروایتوںسےمطابقتکرتاہوتولےلیاجائےگا اورموضوعتووہہےکہجوسر ےسے بنالیاہولوگوںنے اسٹوریٹیلرزنےبنالیاہو یعنیرسولاللہسے ثابتنہہوتاہواسکا</w:t>
      </w:r>
    </w:p>
    <w:p>
      <w:r>
        <w:rPr>
          <w:b/>
        </w:rPr>
        <w:t xml:space="preserve">[1:18:39] </w:t>
      </w:r>
      <w:r>
        <w:t>aisi bohat si hadeesain bil kul hi be asal hain aur rasool Allah se mansoob hain bil kul be asal hain to inko kaha jata hai yeh mauzu mauzu to sahi hadees woh hai jiske tamam rawiyon ko jaan cha gaya ho janach kar ke maloom kiya gaya ho to pata chala ke sab siqa hain siqa matlab qabil e aitmad</w:t>
      </w:r>
    </w:p>
    <w:p>
      <w:pPr>
        <w:jc w:val="right"/>
      </w:pPr>
      <w:r>
        <w:t>ایسیبہتسیحدیثیںبال کلہی بےاصلہیں اور رسولاللہسےمنسوبہیں بالکل بےاصلہیں تو انکو کہاجاتاہےیہ موضوع موضوع تو صحیححدیثوہہےجسکےتمام راویوںکو جان چا گیا ہو جانچکرکےمعلومکیا گیاہوتوپتہچلاکہسب سقہہیں سقہمطلب قابل اعتماد</w:t>
      </w:r>
    </w:p>
    <w:p>
      <w:r>
        <w:rPr>
          <w:b/>
        </w:rPr>
        <w:t xml:space="preserve">[1:19:03] </w:t>
      </w:r>
      <w:r>
        <w:t>zaeef woh hai jis mein ke kai rawi sahi hon ek adha rawi aisa ho shakk wala ho to zaeef qarar diya jaye ga mauzu yeh hai jis mein ke saray rawi ghalat hon jaise ke misaal ke tor par laulaka lam khalaqtal aflak ek hadees batayi jati hai ke Allah ta'ala nay farmaya ke agar rasool Allah ke baray mein kaha ke agar tum ko na paida karta to mein kaantay nahi paida karta yeh bil kul mauzu hadees hai iska koi asal nahi hai</w:t>
      </w:r>
    </w:p>
    <w:p>
      <w:pPr>
        <w:jc w:val="right"/>
      </w:pPr>
      <w:r>
        <w:t>ضعیفوہہےجسمیںکہ کئیراوی صحیحہوں ایکادھراویایساہو شبہےوالاہو توضعیفقراردیاجائےگا موضوعیہہےجسمیںکہسارے راوی غلطہوں جیسےکہمثالکےطورپر ل ولاکلمہخلقتالافلاک ایکحدیث بتائیجاتیہے کہاللہتعالینےفرمایاکہ اگر رسولاللہکےبارےمیںکہاکہاگر تم کونہپیداکرناہوتاتو میں کانتہینہیںپیدا کرتا یہبالکل موضوعحدیثہےاسکاکوئیاصلنہیںہے</w:t>
      </w:r>
    </w:p>
    <w:p>
      <w:r>
        <w:rPr>
          <w:b/>
        </w:rPr>
        <w:t xml:space="preserve">[1:19:33] </w:t>
      </w:r>
      <w:r>
        <w:t>aisi bohat sari hain to yeh hai farq teeno qism ki hadeesoon mein</w:t>
      </w:r>
    </w:p>
    <w:p>
      <w:pPr>
        <w:jc w:val="right"/>
      </w:pPr>
      <w:r>
        <w:t>ایسیبہتساریہیں تویہہے فرق تینوںقسم کیحدیثوںمیں</w:t>
      </w:r>
    </w:p>
    <w:p>
      <w:r>
        <w:rPr>
          <w:b/>
        </w:rPr>
        <w:t xml:space="preserve">[1:19:41] </w:t>
      </w:r>
      <w:r>
        <w:t>isko koi sach na farma is par bhaa chand ra farma jaam aam ilmiya islami haniudaali sar kiya woh musalman jo panch waqt ki namaz nahi parta hai aur woh saray ghalat kaam karta hai jis ki islam ijazat nahi deta hai</w:t>
      </w:r>
    </w:p>
    <w:p>
      <w:pPr>
        <w:jc w:val="right"/>
      </w:pPr>
      <w:r>
        <w:t>دسکوئسچناز فر ام مس پربھاچند رافر ام جام عہملیہاسلامی ہنیودہلی سر کیا وہ مس لمان جو پانچوںوقت کینماز نہیں پڑھتاہے اور وہ سارےغلط کام کرتاہے جسکی اسلام اجازتنہیں دیتاہے</w:t>
      </w:r>
    </w:p>
    <w:p>
      <w:r>
        <w:rPr>
          <w:b/>
        </w:rPr>
        <w:t xml:space="preserve">[1:19:59] </w:t>
      </w:r>
      <w:r>
        <w:t>to kya phir bhi woh shakhs musalman kehlaane ke laiq hai ya nahi</w:t>
      </w:r>
    </w:p>
    <w:p>
      <w:pPr>
        <w:jc w:val="right"/>
      </w:pPr>
      <w:r>
        <w:t>توکیا پھربھیوہ شخص مس لمان کہلانےکے لائقہےیانہیں</w:t>
      </w:r>
    </w:p>
    <w:p>
      <w:r>
        <w:rPr>
          <w:b/>
        </w:rPr>
        <w:t xml:space="preserve">[1:20:06] </w:t>
      </w:r>
      <w:r>
        <w:t>dekhiye yeh jo mamla hai yeh ek baat samajh lijiye ke musalman hona ya musalman na hona yeh Allah ka deyti hai pra gatti of god al mighty Allah ko faisla karna hai ke woh kis ko kya darja de hum darja nahi de sakte</w:t>
      </w:r>
    </w:p>
    <w:p>
      <w:pPr>
        <w:jc w:val="right"/>
      </w:pPr>
      <w:r>
        <w:t>دیکھیےیہ جو معاملہہے یہایکباتسمجھلیجئے کہ مس لمان ہونایامسلماننہہونا یہاللہ کا دیتی ہےپراگٹیواف گاڈالم ائٹی اللہ کوفیصلہکرناہےکہوہ کسکوکیا درجہدے ہمدرجہنہیںدےسکتے</w:t>
      </w:r>
    </w:p>
    <w:p>
      <w:r>
        <w:rPr>
          <w:b/>
        </w:rPr>
        <w:t xml:space="preserve">[1:20:27] </w:t>
      </w:r>
      <w:r>
        <w:t>jaise takfeer jo ki jati hai na woh bhi galat hai bilkul hamein haq nahin hai kisi ko hum kafir banaa dein hum sirf naseehat kar sakte hain</w:t>
      </w:r>
    </w:p>
    <w:p>
      <w:pPr>
        <w:jc w:val="right"/>
      </w:pPr>
      <w:r>
        <w:t>جیسےتکفیرجوکیجاتیہےناوہبھیغلطہےبالکل ہمیں حق نہیںہےکسی کوہمکافربن ائیں ہمصرفنصیحتکرسکتےہیں</w:t>
      </w:r>
    </w:p>
    <w:p>
      <w:r>
        <w:rPr>
          <w:b/>
        </w:rPr>
        <w:t xml:space="preserve">[1:20:35] </w:t>
      </w:r>
      <w:r>
        <w:t>samjha sakte hain dawat kar sakte hain to agar koi shakhs apne ko kehta hai kah main musalman batata hai apne ko</w:t>
      </w:r>
    </w:p>
    <w:p>
      <w:pPr>
        <w:jc w:val="right"/>
      </w:pPr>
      <w:r>
        <w:t>سمجھاسکتےہیںدعوتکرسکتےہیں تو اگر کوئیشخص اپنےکو کہتاہےکہمیں مسلمان بتاتاہےاپنےکو</w:t>
      </w:r>
    </w:p>
    <w:p>
      <w:r>
        <w:rPr>
          <w:b/>
        </w:rPr>
        <w:t xml:space="preserve">[1:20:44] </w:t>
      </w:r>
      <w:r>
        <w:t>to leg leg woh Islam mein shamil samjha jayega isko leg leg matlab jo mard mishmarisensis woh hoga census</w:t>
      </w:r>
    </w:p>
    <w:p>
      <w:pPr>
        <w:jc w:val="right"/>
      </w:pPr>
      <w:r>
        <w:t>تو لیگ لی وہ اسلام میں شامل سمجھاجائےگااسکو لیگ لی مطلبجومرد مشماریسینسسجوہوگاسینسس</w:t>
      </w:r>
    </w:p>
    <w:p>
      <w:r>
        <w:rPr>
          <w:b/>
        </w:rPr>
        <w:t xml:space="preserve">[1:20:52] </w:t>
      </w:r>
      <w:r>
        <w:t>ismein isko musalman manajaayega agar woh apne ko kehta hai kah main musalman hoon</w:t>
      </w:r>
    </w:p>
    <w:p>
      <w:pPr>
        <w:jc w:val="right"/>
      </w:pPr>
      <w:r>
        <w:t>اسمیںاسکومسلمانماناجائےگا اگر وہاپنےکوکہتاہےکہمیںمسلمانہوں</w:t>
      </w:r>
    </w:p>
    <w:p>
      <w:r>
        <w:rPr>
          <w:b/>
        </w:rPr>
        <w:t xml:space="preserve">[1:20:58] </w:t>
      </w:r>
      <w:r>
        <w:t>baqi yeh hai ke woh amal se kaisa hai to isko hum samjhayein bujhayein gay aur Allah ke agay hawale kar dein gay yeh maslak hai yani ulama e rasikheen ka</w:t>
      </w:r>
    </w:p>
    <w:p>
      <w:pPr>
        <w:jc w:val="right"/>
      </w:pPr>
      <w:r>
        <w:t>باقییہہےکہوہعمل سےکیساہے تو اسکوہم سمجھائیںبجھائیںگے اور اللہ کےاگےحوالےکردیںگے یہ مسلکہے یعنی علم اءراسخینکا</w:t>
      </w:r>
    </w:p>
    <w:p>
      <w:r>
        <w:rPr>
          <w:b/>
        </w:rPr>
        <w:t xml:space="preserve">[1:21:14] </w:t>
      </w:r>
      <w:r>
        <w:t>agla sawal hai nafees shairaz ka new delhi se</w:t>
      </w:r>
    </w:p>
    <w:p>
      <w:pPr>
        <w:jc w:val="right"/>
      </w:pPr>
      <w:r>
        <w:t>اگلاسوال ہے نفیسشیرازکا نئیدہلیسے</w:t>
      </w:r>
    </w:p>
    <w:p>
      <w:r>
        <w:rPr>
          <w:b/>
        </w:rPr>
        <w:t xml:space="preserve">[1:21:19] </w:t>
      </w:r>
      <w:r>
        <w:t>yani yeh maksi non muslim ko islam ki dawat dena chahein to hamein sab se pehle kon si baat uske samnay rakhni chahiye sab se pehle use mohabbat karna chahiye agar mohabbat nahi hai to dawat bhi mat dijiye</w:t>
      </w:r>
    </w:p>
    <w:p>
      <w:pPr>
        <w:jc w:val="right"/>
      </w:pPr>
      <w:r>
        <w:t>یعنیہ مکسی نان مسلمکو اسلام کی دعوتدیناچاہیں تو ہمیں سبسے پہلے کونسی بات اسکےسامنےرکھ نیچاہیے سبسےپہلے اسےمحبتکرناچاہیے اگرمحبتنہیںہےتودعوتبھیمتدیجئے</w:t>
      </w:r>
    </w:p>
    <w:p>
      <w:r>
        <w:rPr>
          <w:b/>
        </w:rPr>
        <w:t xml:space="preserve">[1:21:39] </w:t>
      </w:r>
      <w:r>
        <w:t>apne dil ko toliye ke kya aap ko aapke dil mein doosron ke liye nafrat hai shikayat hai ya aapka dil bil kul doosron ke liye positive hai yeh hai starting point jo adami dawat ka kaam karna chahta hai to sab se pehle isko apne dil ko pak karna pare ga nafrat se negative thoughts se</w:t>
      </w:r>
    </w:p>
    <w:p>
      <w:pPr>
        <w:jc w:val="right"/>
      </w:pPr>
      <w:r>
        <w:t>اپنے دلکوٹٹولیے کہکیا اپکو اپکےدل میں دوسروںکےلیےنفرتہے شکایت ہے یااپکادلبالکل دوسروںکےلیے پوزیٹیوہے یہہےدیسٹارٹنگپوائنٹ جوادمیدعوتکاکام کرناچاہتاہے تو سبسےپہلےاسکواپنےدلکو پاک کرناپڑےگانفرتسے نیگیٹیوتھاٹسے</w:t>
      </w:r>
    </w:p>
    <w:p>
      <w:r>
        <w:rPr>
          <w:b/>
        </w:rPr>
        <w:t xml:space="preserve">[1:22:05] </w:t>
      </w:r>
      <w:r>
        <w:t>nahi to isko dawat ka koi Allah ta'ala ka inaam nahi mile ga</w:t>
      </w:r>
    </w:p>
    <w:p>
      <w:pPr>
        <w:jc w:val="right"/>
      </w:pPr>
      <w:r>
        <w:t>نہیںتواسکودعوتکاکوئی اللہ تعالیکاانعامنہیںملےگا</w:t>
      </w:r>
    </w:p>
    <w:p>
      <w:r>
        <w:rPr>
          <w:b/>
        </w:rPr>
        <w:t xml:space="preserve">[1:22:11] </w:t>
      </w:r>
      <w:r>
        <w:t>dawat ka matlab sirf yeh nahi hai ke aap announce kar dein dawat ka matlab yeh hai ke aap uske sachay khair khwah banein uske value share banein uski hidayat ke haris banein jab aap aise ban jayein gay to phir sari baatein khul jayein gi sab aapko aap ka yani kisi se poochay poochay baghair sab kuch program aapka set ho jaye ga</w:t>
      </w:r>
    </w:p>
    <w:p>
      <w:pPr>
        <w:jc w:val="right"/>
      </w:pPr>
      <w:r>
        <w:t>دعوتکامطلبصرفیہنہیںہےکہاپاناؤنسکردیں دعوتکامطلبیہہےکہ اپ اسکےسچےخیرخواہبنیں اسکےویلویشربنیں اسکیہدایتکےحریصبنیں جب اپ ایسےبنجائیںگےتوپھر ساریباتیںکھلجائیںگیسب اپکو اپ کا یعنیکسی سےپوچھےپوچھےبغیرسبکچھ پروگراماپکا سیٹہوجائےگا</w:t>
      </w:r>
    </w:p>
    <w:p>
      <w:r>
        <w:rPr>
          <w:b/>
        </w:rPr>
        <w:t xml:space="preserve">[1:22:38] </w:t>
      </w:r>
      <w:r>
        <w:t>isko koi sach na farma is par bhaa chand ra farma jaam aam ilmiya islami haniudaali sar kiya woh musalman jo panch waqt ki namaz nahi parta hai aur woh saray ghalat kaam karta hai jis ki islam ijazat nahi deta hai</w:t>
      </w:r>
    </w:p>
    <w:p>
      <w:pPr>
        <w:jc w:val="right"/>
      </w:pPr>
      <w:r>
        <w:t>دسکوئسچناز فرام مس عائشہزکوان فرامنیودہلی دیرازاحدیث ویرداپرافٹ سیز دیٹ پرسن از امائزر ہو ڈزناٹ سینڈ در ودان می وینمائینیماز مینشنڈ مول اناپلیزایکسپلینداکانسیپٹافدرود</w:t>
      </w:r>
    </w:p>
    <w:p>
      <w:r>
        <w:rPr>
          <w:b/>
        </w:rPr>
        <w:t xml:space="preserve">[1:23:03] </w:t>
      </w:r>
      <w:r>
        <w:t>aaj kal isko ek ritual ke tor par liya gaya hai</w:t>
      </w:r>
    </w:p>
    <w:p>
      <w:pPr>
        <w:jc w:val="right"/>
      </w:pPr>
      <w:r>
        <w:t>اج کل اسکوایک ریچولکےطورپرلیاگیاہے</w:t>
      </w:r>
    </w:p>
    <w:p>
      <w:r>
        <w:rPr>
          <w:b/>
        </w:rPr>
        <w:t xml:space="preserve">[1:23:06] </w:t>
      </w:r>
      <w:r>
        <w:t>rasool Allah ka naam aaye to foran kahin sallallahu alaihi wasallam yeh matlab iska nahi hai yeh iska matlab nahi hai</w:t>
      </w:r>
    </w:p>
    <w:p>
      <w:pPr>
        <w:jc w:val="right"/>
      </w:pPr>
      <w:r>
        <w:t>رسولاللہکانامائے توفوراکہیں صلیاللہ علیہوسلم یہمطلباسکانہیںہے یہاسکامطلبنہیںہے</w:t>
      </w:r>
    </w:p>
    <w:p>
      <w:r>
        <w:rPr>
          <w:b/>
        </w:rPr>
        <w:t xml:space="preserve">[1:23:18] </w:t>
      </w:r>
      <w:r>
        <w:t>iska matlab yeh hai ke rasool Allah nay jo kaam kiya woh bilashuba ek bohat hi bara yani sacrifice ka kaam tha</w:t>
      </w:r>
    </w:p>
    <w:p>
      <w:pPr>
        <w:jc w:val="right"/>
      </w:pPr>
      <w:r>
        <w:t>اسکامطلبیہہےکہرسولاللہ نےجوکام کیا وہ بلاشبہ ایکبہت ہیبڑا یعنی سیکریفائسکاکام تھا</w:t>
      </w:r>
    </w:p>
    <w:p>
      <w:r>
        <w:rPr>
          <w:b/>
        </w:rPr>
        <w:t xml:space="preserve">[1:23:30] </w:t>
      </w:r>
      <w:r>
        <w:t>yani aise daur mein jab ke yeh kehna ke Khuda ek hai use pathar mare jatay thay aaj ka zamana nahi tha woh aaj aap ko azadi hai religious freedom hai aisa nahi tha wahan par</w:t>
      </w:r>
    </w:p>
    <w:p>
      <w:pPr>
        <w:jc w:val="right"/>
      </w:pPr>
      <w:r>
        <w:t>یعنیایسےدورمیںجبکہ یہکہناکہ خداایکہے اسےپتھرمارےجاتےتھے اجکازمانہنہیںتھاوہ اج اپکو ازادیہے ریلیجسفریڈمہےایسانہیںتھاوہاںپر</w:t>
      </w:r>
    </w:p>
    <w:p>
      <w:r>
        <w:rPr>
          <w:b/>
        </w:rPr>
        <w:t xml:space="preserve">[1:23:48] </w:t>
      </w:r>
      <w:r>
        <w:t>chunaanche aap ko bohat takleefein di gayi misaal ke tor par taif gaye aap yehi pegham le kar ke Khuda ek hai to wahan ke sardaron se mile</w:t>
      </w:r>
    </w:p>
    <w:p>
      <w:pPr>
        <w:jc w:val="right"/>
      </w:pPr>
      <w:r>
        <w:t>چنانچہاپکوبہت تکلیفیںدیگئیں مثالکےطورپر طائبگئےاپ یہیپیغاملےکرکہ خداایکہے تو وہاںکےسرداروںسےملے</w:t>
      </w:r>
    </w:p>
    <w:p>
      <w:r>
        <w:rPr>
          <w:b/>
        </w:rPr>
        <w:t xml:space="preserve">[1:23:59] </w:t>
      </w:r>
      <w:r>
        <w:t>aap sardaron nay kya kiya mazaaq uraya aap ka ke tum Khuda ko tumhi milay thay pegham bar banane ke liye dekho apni shakal bhai woh hamare aap jaisay insan thay rasool Allah koi haath ya pahar to thay nahi to unhon nay kaha ke rasool Khuda ko tum bhi milay thay ke tum ko pegham bar banake bhej diya tum to kuch hum ko nahi lagte koi khaas adami ho</w:t>
      </w:r>
    </w:p>
    <w:p>
      <w:pPr>
        <w:jc w:val="right"/>
      </w:pPr>
      <w:r>
        <w:t>اپ سرداروںنےکیاکیا مذاقاڑایااپ کے کہ تم خداکوتمہیملےتھے پیغمبربنانےکےلیے دیکھواپنیشکل بھئیوہ ہمارےاپجیسےانسانتھےرسولاللہ کوئیہاتھیاور پہاڑتوتھےنہیں توانہوںنےکہاکہ رسول خداکوتم بھیملےتھے کہتم کوپیغمبربناکےبھیجدیا تم توکچھہمکو نہیںلگتےکوئیخاص ادمیہو</w:t>
      </w:r>
    </w:p>
    <w:p>
      <w:r>
        <w:rPr>
          <w:b/>
        </w:rPr>
        <w:t xml:space="preserve">[1:24:28] </w:t>
      </w:r>
      <w:r>
        <w:t>aaj aap rasool Allah ko iski tareekh ya waqiat ke sath shamil karke dekhte hain to lagta hai ke rasool Allah bohat hi baray dikhai partay hain aap us waqt ek aam insan thay to unhon nay apne larkon ko keh diya ke inko maar ke bhagao pathar mara in logon nay</w:t>
      </w:r>
    </w:p>
    <w:p>
      <w:pPr>
        <w:jc w:val="right"/>
      </w:pPr>
      <w:r>
        <w:t>اج اپ رسولاللہ کو اسکیتاریخ ی واقع اتکےساتھ شمارشامل کرکےدیکھتےہیںتولگتاہےکہرسولاللہ بہتہی بڑےدکھائیپڑتےہیںاپ اسوقتایکعام انسانتھے تو انہوںنےاپنےلڑکوںکوکہہدیاکہانکومارکےبھگاؤ پتھرماراانلوگوںنے</w:t>
      </w:r>
    </w:p>
    <w:p>
      <w:r>
        <w:rPr>
          <w:b/>
        </w:rPr>
        <w:t xml:space="preserve">[1:24:50] </w:t>
      </w:r>
      <w:r>
        <w:t>to pathar marte marte bahar le gaye aur wahan par aap ke aap bodies zakmi ho gaya khoon banne laga khoon banne na khilaya na pilaya na chaye na sharbat na pani maar ke bhaga diya</w:t>
      </w:r>
    </w:p>
    <w:p>
      <w:pPr>
        <w:jc w:val="right"/>
      </w:pPr>
      <w:r>
        <w:t>تو پتھرمارتےمارتےباہرلےگئے اور وہاںپر اپ کے اپ باڈیزخمیہوگیا خون بننےل گا خونبنے نہکھلایانہپلایا نہ چائےنہشربت نہپانی مار کےبھگادیا</w:t>
      </w:r>
    </w:p>
    <w:p>
      <w:r>
        <w:rPr>
          <w:b/>
        </w:rPr>
        <w:t xml:space="preserve">[1:25:12] </w:t>
      </w:r>
      <w:r>
        <w:t>us waqt Allah taala ne malik al jabal ko bheja pahadon ke farishte ko bheja ke woh aya woh utha ke kaha ke aye Muhammad main malik al jabal hoon</w:t>
      </w:r>
    </w:p>
    <w:p>
      <w:pPr>
        <w:jc w:val="right"/>
      </w:pPr>
      <w:r>
        <w:t>اس وقت اللہ تعالینے ملکالجبالکوبھیجا پہاڑوںکافرشتےکوبھیجا کہ وہایا وہ اتھےکہاکہ اےمحمد میں ملک الجبال ہوں</w:t>
      </w:r>
    </w:p>
    <w:p>
      <w:r>
        <w:rPr>
          <w:b/>
        </w:rPr>
        <w:t xml:space="preserve">[1:25:29] </w:t>
      </w:r>
      <w:r>
        <w:t>yeh mere hath mein pahadon ko ulat pulat kar sakta hoon main to Taif jo tha us mein dono taraf pahadiyan thi beech mein woh taun tha idhar udhar pahadiyan thi</w:t>
      </w:r>
    </w:p>
    <w:p>
      <w:pPr>
        <w:jc w:val="right"/>
      </w:pPr>
      <w:r>
        <w:t>یہ میرےہاتھ میں پہاڑوںکو الٹپلٹکرسکتاہوںمیں تو طائفجوتھااسمیںدونوںطرفپہاڑیاںتھیںبیچمیں وہٹاؤنتھا ادھرادھرپہاڑیاںتھیں</w:t>
      </w:r>
    </w:p>
    <w:p>
      <w:r>
        <w:rPr>
          <w:b/>
        </w:rPr>
        <w:t xml:space="preserve">[1:25:41] </w:t>
      </w:r>
      <w:r>
        <w:t>ke agar aap mere paas woh taqat taqat hai ke main dono pahadiyon ko aise mila doon aur log aapas mein karr reh jayein to aap mujhe kya hukum dete hain unhone jo aap ka zulm kiya hai woh Allah ne dekha to mujhe bheja hai aap ke paas to aap ne farmaya ke nahi</w:t>
      </w:r>
    </w:p>
    <w:p>
      <w:pPr>
        <w:jc w:val="right"/>
      </w:pPr>
      <w:r>
        <w:t>کہ اگراپ میرےپاسوہطاقتطاقتہے کہمیںدونوںپہاڑیوںکوایسےملادوں اورلوگ اسپسکررہجائیں تواپ مجھےکیاحکمدیتےہیں انہوں نےجواپکاظلمکیاہے وہاللہ نےدیکھا تو مجھے بھیجاہےاپکےپاس تواپنےفرمایاکہنہیں</w:t>
      </w:r>
    </w:p>
    <w:p>
      <w:r>
        <w:rPr>
          <w:b/>
        </w:rPr>
        <w:t xml:space="preserve">[1:26:10] </w:t>
      </w:r>
      <w:r>
        <w:t>main chahta hoon ke zinda rahein unki naslein paida hon unke bete pote paida hon un mein log milenge jo jo sachai ko manen aur sachcha kaam karein yani na sirf present ko balkeh future tak se aap unke hope lagaye hue the to kitna zyada apne qurbaniyan dein</w:t>
      </w:r>
    </w:p>
    <w:p>
      <w:pPr>
        <w:jc w:val="right"/>
      </w:pPr>
      <w:r>
        <w:t>میںچاہتاہوںکہزندہرہیںانکینسلیںپیدا ہوںانکےبیٹےپوتےپیداہوںانمیںلوگ ملیںگےجو جوسچائیکو مانیں اور سچا کامکریں یعنی نہصرف پریزنٹکوبلکہفیوچرتک سےاپ انکےہوپ لگائےہوئےتھے تو کتنازیادہ اپنےقربانیاںدیں</w:t>
      </w:r>
    </w:p>
    <w:p>
      <w:r>
        <w:rPr>
          <w:b/>
        </w:rPr>
        <w:t xml:space="preserve">[1:26:33] </w:t>
      </w:r>
      <w:r>
        <w:t>aap ki qurbaniyon se aisa ek inqilab aaya ke insani tareekh religious persecution ke daur se nikal kar ke religious freedom ke daur mein aayi yeh mamooli baat nahi hai aisi hazaron cheezein woh jab aap ka naam aya to aap ko yaad aana chahiye ke aap sach much benefactor hain sab se bade sacrifice kiya aap ne insani tareekh ko to hum parasti se nikal kar ke science mein laye</w:t>
      </w:r>
    </w:p>
    <w:p>
      <w:pPr>
        <w:jc w:val="right"/>
      </w:pPr>
      <w:r>
        <w:t>اپ کی قربانیوںسےایکانقلابایا کہانسانی تاریخ ریلیجسپرسیکیوشنکےدورسےنکل کرکے ریلیجسفریڈمکےدورمیںائی یہمعمولیباتنہیںہے ایسی ہزاروںچیزیں وہ جباپ کانام ایاتواپکویاداناچاہیےکہاپ سچمچبینیفیکٹرہیں سبسےبڑیسیکریفائسکیاپنے انسانیتاریخ کو توہمپرستیسےنکالکرکےسائنسمیںلائے</w:t>
      </w:r>
    </w:p>
    <w:p>
      <w:r>
        <w:rPr>
          <w:b/>
        </w:rPr>
        <w:t xml:space="preserve">[1:27:03] </w:t>
      </w:r>
      <w:r>
        <w:t>insani tareekh ko religious persecution se nikal kar ke religious freedom ke daur mein laye ek poora ek naya zamana paida kiya aap ne tabah maj is tarah aitmad se yahan baith kar baatein kar rahe hain to Rasool Allah ka jo contribution hai history mein contribution usko yaad kar ke jab hum kehte hain to usi ka naam darood hai aur aaj kal jo logon ka rawaj hai woh to kuch bhi nahi hai to nothing hai kuch bhi nahi</w:t>
      </w:r>
    </w:p>
    <w:p>
      <w:pPr>
        <w:jc w:val="right"/>
      </w:pPr>
      <w:r>
        <w:t>انسانیتاریخ کو ریلیجس پرسیکیوشنسےنکالکرکےریلیجسفریڈمکےدورمیںلائے ایکپورا ایکنیا زمان ہپیدا کیااپنے تبہماج اسطرح اعتمادسےیہاںبیٹھکر باتیںکررہےہیں تورسولاللہکاجوکنٹریبیوشنہےہسٹریمیںکنٹریبیوشن اسکویادکرکےجبہمکہتےہیں تواسیکانامدرودہے اور اج کلجولوگوںکارواجہے وہتوکچھبھینہیں تونتھنگہےکچھبھینہیں</w:t>
      </w:r>
    </w:p>
    <w:p>
      <w:r>
        <w:rPr>
          <w:b/>
        </w:rPr>
        <w:t xml:space="preserve">[1:27:32] </w:t>
      </w:r>
      <w:r>
        <w:t>kuch bhi ho lapsarus hai woh</w:t>
      </w:r>
    </w:p>
    <w:p>
      <w:pPr>
        <w:jc w:val="right"/>
      </w:pPr>
      <w:r>
        <w:t>کچھ بھی ہو لپسروسہےوہ</w:t>
      </w:r>
    </w:p>
    <w:p>
      <w:r>
        <w:rPr>
          <w:b/>
        </w:rPr>
        <w:t xml:space="preserve">[1:27:37] </w:t>
      </w:r>
      <w:r>
        <w:t>woh to acknowledge karna hai Rasool Allah ke sacrifice ka acknowledge karna hai Rasool Allah ke contribution ka log jante bhi nahi kya contribution Rasool Allah ka hai</w:t>
      </w:r>
    </w:p>
    <w:p>
      <w:pPr>
        <w:jc w:val="right"/>
      </w:pPr>
      <w:r>
        <w:t>وہتواکنالجکرناہےرسولاللہکےسیکریفائسکا اکنالجکرناہے رسولاللہکےکنٹریبیوشنکا لوگ جانتےبھینہیںکیاکنٹریبیوشنرسولاللہکاہے</w:t>
      </w:r>
    </w:p>
    <w:p>
      <w:r>
        <w:rPr>
          <w:b/>
        </w:rPr>
        <w:t xml:space="preserve">[1:27:49] </w:t>
      </w:r>
      <w:r>
        <w:t>to jo aadmi Rasool Allah ke contribution ko yani historical contribution jo aap ka hai usko jaane usko jaankar keh pade ke Khuda ya to is insaan ke liye meri taraf se duaen likh le is insaan ke liye meri taraf se darood likh le to uska naam hai darood baqi aaj jo kal jo kiya jata hai woh lapsarus woh to nothing hai</w:t>
      </w:r>
    </w:p>
    <w:p>
      <w:pPr>
        <w:jc w:val="right"/>
      </w:pPr>
      <w:r>
        <w:t>تو جو ادمی رسولاللہ کےکنٹریبیوشنکو یعنیہسٹوریکلکنٹریبیوشنجواپکاہے اسکوجان ے اسکوجانکرکہہپڑے کہخدایا تو اسانسان کےلیے میریطرفسےدعائیںلکھلے اس انسانکےلیےمیریطرفسےدرودلکھلے تو اسکانام ہے درود باقیاججوکلجوکیاجاتاہےوہلپسروسوہتونتھنگہے</w:t>
      </w:r>
    </w:p>
    <w:p>
      <w:r>
        <w:rPr>
          <w:b/>
        </w:rPr>
        <w:t xml:space="preserve">[1:28:16] </w:t>
      </w:r>
      <w:r>
        <w:t>this question is from Mrs Sadia Khan from New Delhi does mission activity require an ideological base what propels the Christians to do mission work</w:t>
      </w:r>
    </w:p>
    <w:p>
      <w:pPr>
        <w:jc w:val="right"/>
      </w:pPr>
      <w:r>
        <w:t>دسکوئسچناز فرام مسسعدیہخان فرامنیودہلی ڈز مشن ری ایکٹیویٹی ریکوائر اینائیڈیالوجیکل بیس واٹ پروپیلزداکرسچنزٹوڈو مشن ری ورک</w:t>
      </w:r>
    </w:p>
    <w:p>
      <w:r>
        <w:rPr>
          <w:b/>
        </w:rPr>
        <w:t xml:space="preserve">[1:28:33] </w:t>
      </w:r>
      <w:r>
        <w:t>unki ek ideology hai bahut badi ideology hai unki is ideology ne unko active kar rakha hai</w:t>
      </w:r>
    </w:p>
    <w:p>
      <w:pPr>
        <w:jc w:val="right"/>
      </w:pPr>
      <w:r>
        <w:t>انکیایکائیڈیالوجیہے بہت بڑیائیڈیالوجیہےانکی اسائیڈیالوجینےانکو ایکٹیوکررکھاہے</w:t>
      </w:r>
    </w:p>
    <w:p>
      <w:r>
        <w:rPr>
          <w:b/>
        </w:rPr>
        <w:t xml:space="preserve">[1:28:48] </w:t>
      </w:r>
      <w:r>
        <w:t>unki ideology jo hai hum usko nahi mante lekin bada ideology bahut zabardast hai woh ideology yeh hai unki ke salvation woh hai insaan ko kaise milegi salvation kyunke hum aap dono hum aap jante hain woh mante hain jannat aur jahannum ek Christian ka bhi yeh manna hai ke maut ke baad jannat aur jahannum hai is mein koi difference nahi hai lekin aadmi kaise bachega</w:t>
      </w:r>
    </w:p>
    <w:p>
      <w:pPr>
        <w:jc w:val="right"/>
      </w:pPr>
      <w:r>
        <w:t>انکیائیڈیالوجیجوہے ہماسکونہیںمانتےلیکن بڑاائیڈیالوجیبہتزبردستہے وہائیڈیالوجییہہےانکی کہ سال ویشنجوہے انسان کوکیسےملےگی سال ویشن کیونکہ ہماپدونوں ہم ہماپجومانتےہیںوہیمانتےہیں جنتاورجہنم ایککرسچنکابھی یہیمانناہےکہ موتکےبعد جنتاورجہنمہے اسمیںکوئیڈیفرنسنہیںہے لیکن ادمیکیسےبچےگا</w:t>
      </w:r>
    </w:p>
    <w:p>
      <w:r>
        <w:rPr>
          <w:b/>
        </w:rPr>
        <w:t xml:space="preserve">[1:29:17] </w:t>
      </w:r>
      <w:r>
        <w:t>salvation kaise milegi to unka manna yeh hai ke jo aadmi yeh is yeh aqeedah rakhe is baat ko maane ke Hazrat Masih jo hai woh unhone qurbani de diya apni apni insani ke jo original sin jo tha usko us se insaan ko bachane ke liye unka manna hai ke Hazrat Adam ne jo khaya tha yani forbidden entry to sari nasl hi gunahgar ho gayi jisko kehte hain</w:t>
      </w:r>
    </w:p>
    <w:p>
      <w:pPr>
        <w:jc w:val="right"/>
      </w:pPr>
      <w:r>
        <w:t>سال ویشنکیسےملےگی توانکا ماننایہہےکہجوادمی یہاس یہعقیدہرکھے اسباتکو مانےکہحضرتمسیحجوہے وہ انہوںنے قربانیدےدیاپنی اپنی انسانی کے جو اوریجنلسن جوتھااسکو اسسےانسانکوبچانےکےلیے انکامانناہےکہ حضرتادمنےجو کھایاتھا یعنی فابر ینٹری تو ساری نسلہی گنہگارہوگئی جسکوکہتےہیں</w:t>
      </w:r>
    </w:p>
    <w:p>
      <w:r>
        <w:rPr>
          <w:b/>
        </w:rPr>
        <w:t xml:space="preserve">[1:29:45] </w:t>
      </w:r>
      <w:r>
        <w:t>aur original sin kehte hain isko woh paidaishi gunaah</w:t>
      </w:r>
    </w:p>
    <w:p>
      <w:pPr>
        <w:jc w:val="right"/>
      </w:pPr>
      <w:r>
        <w:t>اوریجنلسن کہتےہیںاسکووہ پیدائشیگناہ</w:t>
      </w:r>
    </w:p>
    <w:p>
      <w:r>
        <w:rPr>
          <w:b/>
        </w:rPr>
        <w:t xml:space="preserve">[1:29:50] </w:t>
      </w:r>
      <w:r>
        <w:t>to is paidaishi gunaah se bahar kaise aayega insaan to Allah ne apne bete ko bheja taake woh</w:t>
      </w:r>
    </w:p>
    <w:p>
      <w:pPr>
        <w:jc w:val="right"/>
      </w:pPr>
      <w:r>
        <w:t>تواسپیدائشیگناہسےباہرکیسےائےگاانسان تواللہنےاپنےبیٹےکوبھیجا تاکہوہ</w:t>
      </w:r>
    </w:p>
    <w:p>
      <w:r>
        <w:rPr>
          <w:b/>
        </w:rPr>
        <w:t xml:space="preserve">[1:29:56] </w:t>
      </w:r>
      <w:r>
        <w:t>apne ko sacrifice karaye karke insaan ko usse nikale us aur original aur original sin se nikale</w:t>
      </w:r>
    </w:p>
    <w:p>
      <w:pPr>
        <w:jc w:val="right"/>
      </w:pPr>
      <w:r>
        <w:t>اپنےکو کریسفائیکرائےکرکے انسان کو اسسےنکالے اساور یجنلاوریجنلسنسےنکالے</w:t>
      </w:r>
    </w:p>
    <w:p>
      <w:r>
        <w:rPr>
          <w:b/>
        </w:rPr>
        <w:t xml:space="preserve">[1:30:02] </w:t>
      </w:r>
      <w:r>
        <w:t>to ab woh samajhte hain kah hamein insaan ko batana hai kah ae insaanon tum Masih ke sacrifice ko maano</w:t>
      </w:r>
    </w:p>
    <w:p>
      <w:pPr>
        <w:jc w:val="right"/>
      </w:pPr>
      <w:r>
        <w:t>تو ابوہسمجھتےہیںکہہمیں انسانکوبت اناہےکہاےانسانوں تم مسیحکےاسسیکریفائسکومانو</w:t>
      </w:r>
    </w:p>
    <w:p>
      <w:r>
        <w:rPr>
          <w:b/>
        </w:rPr>
        <w:t xml:space="preserve">[1:30:09] </w:t>
      </w:r>
      <w:r>
        <w:t>Masih ke contribution ko maano isko acknowledge karo tabhi tumko salvation milegi</w:t>
      </w:r>
    </w:p>
    <w:p>
      <w:pPr>
        <w:jc w:val="right"/>
      </w:pPr>
      <w:r>
        <w:t>مسیحکےاسکنٹریبیوشنکومانو اسکواکنالجکروتبھیتمکوسالویشنملےگی</w:t>
      </w:r>
    </w:p>
    <w:p>
      <w:r>
        <w:rPr>
          <w:b/>
        </w:rPr>
        <w:t xml:space="preserve">[1:30:15] </w:t>
      </w:r>
      <w:r>
        <w:t>yeh unki ideology hai hum is ideology se nahi samajhte hain lekin behal yahi ideology hai jisne unko active kar rakha hai saara din duniya mein</w:t>
      </w:r>
    </w:p>
    <w:p>
      <w:pPr>
        <w:jc w:val="right"/>
      </w:pPr>
      <w:r>
        <w:t>یہ انکیائیڈیالوجیہے ہماسائیڈیالوجیسےنہیںسمجھتےہیںلیکن بہرحال یہیائیڈیالوجیہےجسنےانکوایکٹیوکررکھاہے ساریدنیا میں</w:t>
      </w:r>
    </w:p>
    <w:p>
      <w:r>
        <w:rPr>
          <w:b/>
        </w:rPr>
        <w:t xml:space="preserve">[1:30:28] </w:t>
      </w:r>
      <w:r>
        <w:t>Maulana her next question is I find people who go to gravesards to do fateha has this been sanctioned in Islam yeh to bilkul absurd hai yeh jaate hain jo log fateha khawani ke liye</w:t>
      </w:r>
    </w:p>
    <w:p>
      <w:pPr>
        <w:jc w:val="right"/>
      </w:pPr>
      <w:r>
        <w:t>مول اناہرنیکسٹکوئسچناز ائیافن فائنڈپیپلہو گوٹوگریوی ارڈز ٹوڈو فاتحہ ہیزدس بین سینکشنڈان اسلام یہتوبالکل ایبسرڈہےیہجاتےہیںجولوگفاتحہخوانیکےلیے</w:t>
      </w:r>
    </w:p>
    <w:p>
      <w:r>
        <w:rPr>
          <w:b/>
        </w:rPr>
        <w:t xml:space="preserve">[1:30:44] </w:t>
      </w:r>
      <w:r>
        <w:t>kuch bhi nahi hai iska koi na sawab hai na azaab hai</w:t>
      </w:r>
    </w:p>
    <w:p>
      <w:pPr>
        <w:jc w:val="right"/>
      </w:pPr>
      <w:r>
        <w:t>کچھبھینہیںہےاسکاکوئی نہثوابہےنہعذابہے</w:t>
      </w:r>
    </w:p>
    <w:p>
      <w:r>
        <w:rPr>
          <w:b/>
        </w:rPr>
        <w:t xml:space="preserve">[1:30:49] </w:t>
      </w:r>
      <w:r>
        <w:t>waqt waqt time ko waste karna hai dekhiye qabr par jaane ka sirf ek hi baat hai ek hi maqsad hai woh maut ko yaad karna maut ko yaad</w:t>
      </w:r>
    </w:p>
    <w:p>
      <w:pPr>
        <w:jc w:val="right"/>
      </w:pPr>
      <w:r>
        <w:t>وقت وقت ٹائمکوویسٹکرناہے دیکھیے قبر پرجانےکاصرفایکہی باتہے ایکہیمقصدہے وہم وتکویادکرنا موتکویاد</w:t>
      </w:r>
    </w:p>
    <w:p>
      <w:r>
        <w:rPr>
          <w:b/>
        </w:rPr>
        <w:t xml:space="preserve">[1:31:03] </w:t>
      </w:r>
      <w:r>
        <w:t>karna raso lillah guzre ek martaba qabristan se</w:t>
      </w:r>
    </w:p>
    <w:p>
      <w:pPr>
        <w:jc w:val="right"/>
      </w:pPr>
      <w:r>
        <w:t>کرنا رس ولاللہگزرےایکمرتبہقبرستانسے</w:t>
      </w:r>
    </w:p>
    <w:p>
      <w:r>
        <w:rPr>
          <w:b/>
        </w:rPr>
        <w:t xml:space="preserve">[1:31:06] </w:t>
      </w:r>
      <w:r>
        <w:t>aapne farmaya kah assalamu alaikum ya ahl al quboor inshallah bikum lahiqoon</w:t>
      </w:r>
    </w:p>
    <w:p>
      <w:pPr>
        <w:jc w:val="right"/>
      </w:pPr>
      <w:r>
        <w:t>آپنےفرمایا کہ السلامعلیکمیاال القبور ان اانشاءاللہ بکملاحقون</w:t>
      </w:r>
    </w:p>
    <w:p>
      <w:r>
        <w:rPr>
          <w:b/>
        </w:rPr>
        <w:t xml:space="preserve">[1:31:16] </w:t>
      </w:r>
      <w:r>
        <w:t>yani ae qabr walon hum bhi tum se milne wale hain matlab hum bhi marne wale hain</w:t>
      </w:r>
    </w:p>
    <w:p>
      <w:pPr>
        <w:jc w:val="right"/>
      </w:pPr>
      <w:r>
        <w:t>یعنیاےقبروالوںہمبھی تم سےملنےوالے ہیں مطلبہمبھیمرنےوالے ہیں</w:t>
      </w:r>
    </w:p>
    <w:p>
      <w:r>
        <w:rPr>
          <w:b/>
        </w:rPr>
        <w:t xml:space="preserve">[1:31:22] </w:t>
      </w:r>
      <w:r>
        <w:t>to qabr jo hai woh maut ka spot hai</w:t>
      </w:r>
    </w:p>
    <w:p>
      <w:pPr>
        <w:jc w:val="right"/>
      </w:pPr>
      <w:r>
        <w:t>تو قبرجوہے وہ موتکاسپاٹہے</w:t>
      </w:r>
    </w:p>
    <w:p>
      <w:r>
        <w:rPr>
          <w:b/>
        </w:rPr>
        <w:t xml:space="preserve">[1:31:26] </w:t>
      </w:r>
      <w:r>
        <w:t>kah yahan ek adami break kiya gaya hai qabr batati hai kah ek adami yahan mara wahan usko break kiya gaya</w:t>
      </w:r>
    </w:p>
    <w:p>
      <w:pPr>
        <w:jc w:val="right"/>
      </w:pPr>
      <w:r>
        <w:t>کہیہاںایکادمیبریکیاگیاہے قبربت اتیہےکہایکادمییہاںمرا وہاںاسکوبریکیاگیا</w:t>
      </w:r>
    </w:p>
    <w:p>
      <w:r>
        <w:rPr>
          <w:b/>
        </w:rPr>
        <w:t xml:space="preserve">[1:31:33] </w:t>
      </w:r>
      <w:r>
        <w:t>usko yaad karna achha hum bhi marenge hum bhi kahin break kar diye jayenge bas waqai fateha khawani wagera to nothing bilkul hi koi iska matlab nahi hai na Quran mein hai na Hadees mein hai</w:t>
      </w:r>
    </w:p>
    <w:p>
      <w:pPr>
        <w:jc w:val="right"/>
      </w:pPr>
      <w:r>
        <w:t>اسکویادکرنا اچھاہمبھیمریںگےہمبھیکہیںبریکردیےجائیںگے بس واقع ہفاتحہخوانیوغیرہتونتھنگ بالکل ہی کوئیاسکامطلبہینہیںہے نہقرانمیںہےنہحدیثمیںہے</w:t>
      </w:r>
    </w:p>
    <w:p>
      <w:r>
        <w:rPr>
          <w:b/>
        </w:rPr>
        <w:t xml:space="preserve">[1:31:51] </w:t>
      </w:r>
      <w:r>
        <w:t>Maulana agla sawal Abdul Basit ka hai Doha Qatar se</w:t>
      </w:r>
    </w:p>
    <w:p>
      <w:pPr>
        <w:jc w:val="right"/>
      </w:pPr>
      <w:r>
        <w:t>مول انا اگلا سوال عبد الب اسط کاہے دوحہقطرسے</w:t>
      </w:r>
    </w:p>
    <w:p>
      <w:r>
        <w:rPr>
          <w:b/>
        </w:rPr>
        <w:t xml:space="preserve">[1:31:56] </w:t>
      </w:r>
      <w:r>
        <w:t>unhone poocha hai Maulana Hadees mein hai la ta'lamu ma alam laza'dhum qalilan wa la baqaitum kathiran Maulana iska matlab kya hai kya akhirat ka masla itna zyada سنگین ہے is qism ka ehsaas kin baaton ko janne se aata hai woh lo ta'lam hai lo la nahi hai</w:t>
      </w:r>
    </w:p>
    <w:p>
      <w:pPr>
        <w:jc w:val="right"/>
      </w:pPr>
      <w:r>
        <w:t>انہوںنےپوچھاہے مولانا حدیثمیں ہے لا تعلم ون ما عالم لذائقتم قلیلا ولا بقائتم کثیرا مول انااسکا مطلب کیا ہے کیا اخرتکامسئلہ اتنازیادہ سنگ ینہے اس قسم کا احساس کن باتوںکو جان نےسے اتاہے وہ لو تعلمہے لو لا نہیںہے</w:t>
      </w:r>
    </w:p>
    <w:p>
      <w:r>
        <w:rPr>
          <w:b/>
        </w:rPr>
        <w:t xml:space="preserve">[1:32:25] </w:t>
      </w:r>
      <w:r>
        <w:t>agar tum jante ho woh joom mein jaanta hoon aur woh sunte ho jo main sunta hoon</w:t>
      </w:r>
    </w:p>
    <w:p>
      <w:pPr>
        <w:jc w:val="right"/>
      </w:pPr>
      <w:r>
        <w:t>اگر تم جانتےہووہجومیںجانتاہوں اوروہسنتےہوجومیںسنتاہوں</w:t>
      </w:r>
    </w:p>
    <w:p>
      <w:r>
        <w:rPr>
          <w:b/>
        </w:rPr>
        <w:t xml:space="preserve">[1:32:33] </w:t>
      </w:r>
      <w:r>
        <w:t>laza'dhum qalilan wa la baqaitum kathiran</w:t>
      </w:r>
    </w:p>
    <w:p>
      <w:pPr>
        <w:jc w:val="right"/>
      </w:pPr>
      <w:r>
        <w:t>لذہتم قلیلا ولا بقیتک ثیرا</w:t>
      </w:r>
    </w:p>
    <w:p>
      <w:r>
        <w:rPr>
          <w:b/>
        </w:rPr>
        <w:t xml:space="preserve">[1:32:40] </w:t>
      </w:r>
      <w:r>
        <w:t>to aik lambi hadith yeh hai is ka aik hissa yeh hai</w:t>
      </w:r>
    </w:p>
    <w:p>
      <w:pPr>
        <w:jc w:val="right"/>
      </w:pPr>
      <w:r>
        <w:t>توایکلمبیحدیثیہہے اسکا ایکحصہیہہے</w:t>
      </w:r>
    </w:p>
    <w:p>
      <w:r>
        <w:rPr>
          <w:b/>
        </w:rPr>
        <w:t xml:space="preserve">[1:32:47] </w:t>
      </w:r>
      <w:r>
        <w:t>matlab bohat wazeh hai keh huma ap to isi zahiri dunya ko dekhte hain</w:t>
      </w:r>
    </w:p>
    <w:p>
      <w:pPr>
        <w:jc w:val="right"/>
      </w:pPr>
      <w:r>
        <w:t>مطلببہت واضحہے کہہماپ تو اسیظاہریدنیاکودیکھتےہیں</w:t>
      </w:r>
    </w:p>
    <w:p>
      <w:r>
        <w:rPr>
          <w:b/>
        </w:rPr>
        <w:t xml:space="preserve">[1:32:52] </w:t>
      </w:r>
      <w:r>
        <w:t>rasool Allah ko Allah taala ne iske baad jo hai woh bhedh dikha diya tha</w:t>
      </w:r>
    </w:p>
    <w:p>
      <w:pPr>
        <w:jc w:val="right"/>
      </w:pPr>
      <w:r>
        <w:t>رسولاللہ کواللہتعالینے اسکےبعد جوہےوہبھیدکھادیاتھا</w:t>
      </w:r>
    </w:p>
    <w:p>
      <w:r>
        <w:rPr>
          <w:b/>
        </w:rPr>
        <w:t xml:space="preserve">[1:32:56] </w:t>
      </w:r>
      <w:r>
        <w:t>kis tarah farishte active hain kis tarah hamari recording ho rahi hai</w:t>
      </w:r>
    </w:p>
    <w:p>
      <w:pPr>
        <w:jc w:val="right"/>
      </w:pPr>
      <w:r>
        <w:t>کسطرح فرشتےایکٹیوہیں کسطرح ہماریریکارڈنگہورہیہے</w:t>
      </w:r>
    </w:p>
    <w:p>
      <w:r>
        <w:rPr>
          <w:b/>
        </w:rPr>
        <w:t xml:space="preserve">[1:33:02] </w:t>
      </w:r>
      <w:r>
        <w:t>kis tarah jannat aur jahannum intezar kar rahe hain in logon ka</w:t>
      </w:r>
    </w:p>
    <w:p>
      <w:pPr>
        <w:jc w:val="right"/>
      </w:pPr>
      <w:r>
        <w:t>کسطرح جنتاورجہنم انتظارکررہےہیںانلوگوںکا</w:t>
      </w:r>
    </w:p>
    <w:p>
      <w:r>
        <w:rPr>
          <w:b/>
        </w:rPr>
        <w:t xml:space="preserve">[1:33:07] </w:t>
      </w:r>
      <w:r>
        <w:t>jo mar kar wahan pahunchne wale hain kis tarah hashar khada hone wala hai kis tarah rasool Allah ke saath Allah taala ke saath hum sab log hisab dene ke liye pahunchenge yeh sari baatein aap par wazeh thin</w:t>
      </w:r>
    </w:p>
    <w:p>
      <w:pPr>
        <w:jc w:val="right"/>
      </w:pPr>
      <w:r>
        <w:t>جومرکروہاںپہنچنےوالے ہیں کسطرح حشر کھڑاہونےوالاہے کسطرحرسولاللہکےساتھاللہ تعالیکےساتھہمسبلوگ حسابدینےکےلیے پہنچیںگے یہساریباتیںاپپرواضحتھیں</w:t>
      </w:r>
    </w:p>
    <w:p>
      <w:r>
        <w:rPr>
          <w:b/>
        </w:rPr>
        <w:t xml:space="preserve">[1:33:18] </w:t>
      </w:r>
      <w:r>
        <w:t>yani hamare liye to ghaib hai aapke liye</w:t>
      </w:r>
    </w:p>
    <w:p>
      <w:pPr>
        <w:jc w:val="right"/>
      </w:pPr>
      <w:r>
        <w:t>یعنیہمارےلیے توغیبہے اپکےلیے</w:t>
      </w:r>
    </w:p>
    <w:p>
      <w:r>
        <w:rPr>
          <w:b/>
        </w:rPr>
        <w:t xml:space="preserve">[1:33:21] </w:t>
      </w:r>
      <w:r>
        <w:t>yeh mushahida tha</w:t>
      </w:r>
    </w:p>
    <w:p>
      <w:pPr>
        <w:jc w:val="right"/>
      </w:pPr>
      <w:r>
        <w:t>یہمشاہدہتھا</w:t>
      </w:r>
    </w:p>
    <w:p>
      <w:r>
        <w:rPr>
          <w:b/>
        </w:rPr>
        <w:t xml:space="preserve">[1:33:24] </w:t>
      </w:r>
      <w:r>
        <w:t>to isi ko aap ne farmaya keh agar tum woh jante ho jo main janta hoon to lazam qaleelan wala tabkayu kasiran tum hanste kam rote zyada jo moarrib bohat hi sangin hai bohat hi serious hai yeh matlab hai is ka</w:t>
      </w:r>
    </w:p>
    <w:p>
      <w:pPr>
        <w:jc w:val="right"/>
      </w:pPr>
      <w:r>
        <w:t>تواسیکواپنےفرمایاکہاگرتموہجانتےہوجومیںجانتاہوں تو لذہتمقلیلا ولا بق یتکثیرا تم ہنستےکم روتےزیادہ جو معرببہتہیسنگ ینہےبہتہیسیریسہے یہمطلبہےاسکا</w:t>
      </w:r>
    </w:p>
    <w:p>
      <w:r>
        <w:rPr>
          <w:b/>
        </w:rPr>
        <w:t xml:space="preserve">[1:33:44] </w:t>
      </w:r>
      <w:r>
        <w:t>isko sunnay arz hai Mr Khalid Ansari from New Delhi</w:t>
      </w:r>
    </w:p>
    <w:p>
      <w:pPr>
        <w:jc w:val="right"/>
      </w:pPr>
      <w:r>
        <w:t>دسکوئسچناز فر ام مسٹرخالد انصاریفرامنیودہلی</w:t>
      </w:r>
    </w:p>
    <w:p>
      <w:r>
        <w:rPr>
          <w:b/>
        </w:rPr>
        <w:t xml:space="preserve">[1:33:49] </w:t>
      </w:r>
      <w:r>
        <w:t>according to widespread belief among Muslims the Prophet of Islam had a direct conversation with God besides seeing the eternal world Maulana can you provide the correct perspective and what all happened during Miraj as per Quran and Prophets tradition</w:t>
      </w:r>
    </w:p>
    <w:p>
      <w:pPr>
        <w:jc w:val="right"/>
      </w:pPr>
      <w:r>
        <w:t>اکارڈنگٹوداوائڈسپریڈ بیلیفامنگزمس لمز داپرافٹاف اسلام ہیڈاڈائریکٹکنورسیشن ودگاڈ بیسائیڈ سین گداگلمسزاف دی ایٹرنلورلڈ مول اناکینیوپرووائیڈدا کریکٹپرسپیکٹو اینڈواٹال ہیپنڈڈیورنگمعراج ایزپر قر ان اینڈ پرافٹس ٹریڈیشن</w:t>
      </w:r>
    </w:p>
    <w:p>
      <w:r>
        <w:rPr>
          <w:b/>
        </w:rPr>
        <w:t xml:space="preserve">[1:34:12] </w:t>
      </w:r>
      <w:r>
        <w:t>dekhiye yeh bilkul hi yani</w:t>
      </w:r>
    </w:p>
    <w:p>
      <w:pPr>
        <w:jc w:val="right"/>
      </w:pPr>
      <w:r>
        <w:t>دیکھیےیہ بالکل ہی یعنی</w:t>
      </w:r>
    </w:p>
    <w:p>
      <w:r>
        <w:rPr>
          <w:b/>
        </w:rPr>
        <w:t xml:space="preserve">[1:34:17] </w:t>
      </w:r>
      <w:r>
        <w:t>besilis aqeedah hai kah rasool Allah ne Allah taala ko dekha</w:t>
      </w:r>
    </w:p>
    <w:p>
      <w:pPr>
        <w:jc w:val="right"/>
      </w:pPr>
      <w:r>
        <w:t>بیسلیسعقیدہہے کہرسولاللہ نے اللہ تعالیکودیکھا</w:t>
      </w:r>
    </w:p>
    <w:p>
      <w:r>
        <w:rPr>
          <w:b/>
        </w:rPr>
        <w:t xml:space="preserve">[1:34:21] </w:t>
      </w:r>
      <w:r>
        <w:t>aur hazrat aisha saaf saaf kehti hain ke jisne yeh kaha woh jhoot bola</w:t>
      </w:r>
    </w:p>
    <w:p>
      <w:pPr>
        <w:jc w:val="right"/>
      </w:pPr>
      <w:r>
        <w:t>اور حضرتعائشہصافصافکہتیہیںکہجسنےیہکہا وہجھوٹبولا</w:t>
      </w:r>
    </w:p>
    <w:p>
      <w:r>
        <w:rPr>
          <w:b/>
        </w:rPr>
        <w:t xml:space="preserve">[1:34:27] </w:t>
      </w:r>
      <w:r>
        <w:t>hazrat aisha ke saath hadith maujood hai ke jo yeh kahe ke rasool Allah ne Allah ta'ala ko dekha</w:t>
      </w:r>
    </w:p>
    <w:p>
      <w:pPr>
        <w:jc w:val="right"/>
      </w:pPr>
      <w:r>
        <w:t>حضرتعائشہکےساتھ حدیثموجود ہے کہجویہکہےکہرسولاللہ نے اللہ تعالیکودیکھا</w:t>
      </w:r>
    </w:p>
    <w:p>
      <w:r>
        <w:rPr>
          <w:b/>
        </w:rPr>
        <w:t xml:space="preserve">[1:34:34] </w:t>
      </w:r>
      <w:r>
        <w:t>usne jhoot kaha faqat khasa</w:t>
      </w:r>
    </w:p>
    <w:p>
      <w:pPr>
        <w:jc w:val="right"/>
      </w:pPr>
      <w:r>
        <w:t>اسنےجھوٹکہا فقط خصب</w:t>
      </w:r>
    </w:p>
    <w:p>
      <w:r>
        <w:rPr>
          <w:b/>
        </w:rPr>
        <w:t xml:space="preserve">[1:34:37] </w:t>
      </w:r>
      <w:r>
        <w:t>aur waqe'i yeh hai ke Allah ki tasveer ghair hai yeh</w:t>
      </w:r>
    </w:p>
    <w:p>
      <w:pPr>
        <w:jc w:val="right"/>
      </w:pPr>
      <w:r>
        <w:t>اور واقعہیہہےکہاللہ کیتص غیرہےیہ</w:t>
      </w:r>
    </w:p>
    <w:p>
      <w:r>
        <w:rPr>
          <w:b/>
        </w:rPr>
        <w:t xml:space="preserve">[1:34:40] </w:t>
      </w:r>
      <w:r>
        <w:t>ab kya samajhte hain Allah ta'ala ko</w:t>
      </w:r>
    </w:p>
    <w:p>
      <w:pPr>
        <w:jc w:val="right"/>
      </w:pPr>
      <w:r>
        <w:t>ابکیا سمجھتےہیںاللہتعالیکو</w:t>
      </w:r>
    </w:p>
    <w:p>
      <w:r>
        <w:rPr>
          <w:b/>
        </w:rPr>
        <w:t xml:space="preserve">[1:34:45] </w:t>
      </w:r>
      <w:r>
        <w:t>apne paighambar ko barhane ke liye log Khuda ko ghatta dete hain naoozubillah apne paighambar ko barhane ke liye logon ne Khuda ko ghatta rakha hai koi insan in aankhon se Khuda ko nahi dekh sakta maut ke baad jo dunya banegi wahan Allah ta'ala aik naya aik nayi hamein taqat den ge nayi aankh den ge is se hum dekh sakenge yeh dunya wali aankhon se koi dekh nahi sakta yeh bilkul naamumkin baat hai</w:t>
      </w:r>
    </w:p>
    <w:p>
      <w:pPr>
        <w:jc w:val="right"/>
      </w:pPr>
      <w:r>
        <w:t>اپنے پیغمبرکوبڑھانےکےلیےلوگخداکوگھٹادیتےہیںنعوذباللہ اپنے پیغمبرکوبڑھانےکےلیےلوگوںنےخداکو گھٹارکھاہے کوئیانسان انانکھوںسےخداکونہیںدیکھسکتا موتکےبعد جودنیا بنےگیوہاںاللہتعالیایک نیا ایک نئیہمیں طاقتدیںگے نئیانکھدیںگے اسسےہمدیکھسکیںگے یہدنیا والیانکھوںسےکوئیدیکھنہیںسکتا یہبالکل نام مکنباتہے</w:t>
      </w:r>
    </w:p>
    <w:p>
      <w:r>
        <w:rPr>
          <w:b/>
        </w:rPr>
        <w:t xml:space="preserve">[1:35:14] </w:t>
      </w:r>
      <w:r>
        <w:t>na Hazrat Musa ne dekha Allah ko na Rasool Allah ne dekha Allah ko haan</w:t>
      </w:r>
    </w:p>
    <w:p>
      <w:pPr>
        <w:jc w:val="right"/>
      </w:pPr>
      <w:r>
        <w:t>نہحضرتموسی نےدیکھااللہکو نہرسولاللہنےدیکھااللہکو ہاں</w:t>
      </w:r>
    </w:p>
    <w:p>
      <w:r>
        <w:rPr>
          <w:b/>
        </w:rPr>
        <w:t xml:space="preserve">[1:35:21] </w:t>
      </w:r>
      <w:r>
        <w:t>jaise Hazrat Musa ne kaha tha keh Khuda ya main kyun keh dekhna chahta hoon to Allah ne kaha tha keh nahi tum dekh nahi sakte in aankhon se mujh ko</w:t>
      </w:r>
    </w:p>
    <w:p>
      <w:pPr>
        <w:jc w:val="right"/>
      </w:pPr>
      <w:r>
        <w:t>جیسے حضرتموسی نےکہاتھاکہخدایامیںچونکہدیکھناچاہتاہوں تو اللہ نےکہاکہنہیںتمدیکھنہیںسکتےانانکھوںسے مجھکو</w:t>
      </w:r>
    </w:p>
    <w:p>
      <w:r>
        <w:rPr>
          <w:b/>
        </w:rPr>
        <w:t xml:space="preserve">[1:35:30] </w:t>
      </w:r>
      <w:r>
        <w:t>to Rasool Allah ke Miraj mein aisa har giz nahi hua keh aap ka direct baat cheet Allah se hui ya aap ne Allah ta'ala ko bana dekha yeh sab bilkul farzi baat hai</w:t>
      </w:r>
    </w:p>
    <w:p>
      <w:pPr>
        <w:jc w:val="right"/>
      </w:pPr>
      <w:r>
        <w:t>تورسولاللہ کےمعراجمیںایساہرگزنہیںہواکہاپ کا ڈائریکٹباتچیتاللہسےہوئی یا اپ نے اللہ تعالیکوبنادیکھایہسببالکل فرضیباتہے</w:t>
      </w:r>
    </w:p>
    <w:p>
      <w:r>
        <w:rPr>
          <w:b/>
        </w:rPr>
        <w:t xml:space="preserve">[1:35:41] </w:t>
      </w:r>
      <w:r>
        <w:t>yeh musalmanon ne bana rakha hai naat khwanon ne bana rakha hai yeh Hazrat Hazrat Aisha se barh kar kaun ho sakta hai is mein woh kehte hain keh jis ne aisa kaha keh Rasool Allah ne Miraj mein dekha Allah ta'ala ko woh jhoot kehta hai jhoot faqat khasa to woh aik tajruba tha bas woh tajruba aik hum nahi keh sakte keh haqeeqatan kya tha woh tajruba</w:t>
      </w:r>
    </w:p>
    <w:p>
      <w:pPr>
        <w:jc w:val="right"/>
      </w:pPr>
      <w:r>
        <w:t>یہمسلمانوںنےبنارکھاہے نعتخوانوںنے بنارکھاہےیہ حضرت حضرتعائشہسےبڑھکرکونہوسکتاہےاسمیں وہکہتےہیںکہجسنےایساکہا کہرسولاللہنےمعراج میں دیکھااللہتعالیکووہجھوٹکہتاہےجھوٹ فقطخصب تووہایک تجربہتھا بس وہتجربہایک ہمنہیںکہہسکتےکہحقیقتاکیاتھاوہتجربہ</w:t>
      </w:r>
    </w:p>
    <w:p>
      <w:r>
        <w:rPr>
          <w:b/>
        </w:rPr>
        <w:t xml:space="preserve">[1:36:05] </w:t>
      </w:r>
      <w:r>
        <w:t>woh aik tajruba tha aik spiritual experience tha</w:t>
      </w:r>
    </w:p>
    <w:p>
      <w:pPr>
        <w:jc w:val="right"/>
      </w:pPr>
      <w:r>
        <w:t>وہایکتجربہتھا ایک اسپریچولایکسپیرینستھا</w:t>
      </w:r>
    </w:p>
    <w:p>
      <w:r>
        <w:rPr>
          <w:b/>
        </w:rPr>
        <w:t xml:space="preserve">[1:36:11] </w:t>
      </w:r>
      <w:r>
        <w:t>aur is mein ikhtilaf hai keh woh roohani tha keh jismani tha to Hazrat Aisha kehti hain keh roohani tha tajruba tha jismani nahi tha yani yeh body Rasool Allah ki nahi gayi thi main isi ko manta hoon keh jo Hazrat Aisha kehti hain keh woh aik roohani tajruba tha yani spiritual experience tha Rasool Allah ki baat direct Allah ta'ala se nahi hui</w:t>
      </w:r>
    </w:p>
    <w:p>
      <w:pPr>
        <w:jc w:val="right"/>
      </w:pPr>
      <w:r>
        <w:t>اور اسمیں اخت لاف ہے کہ وہروحانیتھاکہجسمانیتھا تو حضرتعائشہکہتیہیںکہروحانی تھا تجربہتھاجسمانینہیںتھا یعنییہباڈیرسولاللہکانہیںگیاتھا میںاسیکومانتاہوںکہجو حضرتعائشہکہتیہیں کہوہایک روحانیتجربہتھایعنیاسپریچولایکسپیرینستھا رسولاللہ کیبات ڈائریکٹاللہتعالیسےنہیںہوئی</w:t>
      </w:r>
    </w:p>
    <w:p>
      <w:r>
        <w:rPr>
          <w:b/>
        </w:rPr>
        <w:t xml:space="preserve">[1:36:33] </w:t>
      </w:r>
      <w:r>
        <w:t>na Rasool Allah ne Allah ta'ala ko direct dekha aur Allah ki azmat ki kitna yeh underestimate karna hai</w:t>
      </w:r>
    </w:p>
    <w:p>
      <w:pPr>
        <w:jc w:val="right"/>
      </w:pPr>
      <w:r>
        <w:t>نہرسولاللہنےاللہتعالیکوڈائریکٹدیکھا اوراللہ کیعظمت کی کتنا یہ انڈرایسٹیمیٹکرناہے</w:t>
      </w:r>
    </w:p>
    <w:p>
      <w:r>
        <w:rPr>
          <w:b/>
        </w:rPr>
        <w:t xml:space="preserve">[1:36:43] </w:t>
      </w:r>
      <w:r>
        <w:t>yeh Allah ki azmat ko underestimate karna hai aap sirf aik bar kisi chale jayen kisi planetarium mein aur dekhen kainat ko ya kisi telescope se dekhen aasman ko to aap bilkul kanpne lagen ge kitni bari kainat hai</w:t>
      </w:r>
    </w:p>
    <w:p>
      <w:pPr>
        <w:jc w:val="right"/>
      </w:pPr>
      <w:r>
        <w:t>یہاللہکیعظمتکوانڈرایسٹیمیٹکرناہے اپصرفایکبار کسی چلےجائیںکسی پلینیٹیریممیں اوردیکھیںکائناتکو یاکسیٹیلیسکوپسےدیکھیں اسمانکو تو اپبالکل کانپنےلگیںگے کتنیبڑیکائناتہے</w:t>
      </w:r>
    </w:p>
    <w:p>
      <w:r>
        <w:rPr>
          <w:b/>
        </w:rPr>
        <w:t xml:space="preserve">[1:37:04] </w:t>
      </w:r>
      <w:r>
        <w:t>main ne Washington ka planetarium dekha jo bohat hi bara hai Delhi mein bhi planetarium hai is mein dikhate hain universe ko aap doorbeen se dekh sakte hain telescope se itni bari azmat samne aati hai aik adami thara uthta hai to yeh bilkul naamumkin hai keh is insan yeh jo insan dunya mein hai yeh Allah ta'ala ko dekh sake</w:t>
      </w:r>
    </w:p>
    <w:p>
      <w:pPr>
        <w:jc w:val="right"/>
      </w:pPr>
      <w:r>
        <w:t>میںنےواشنگٹنکا پلینیٹیریمدیکھاجوبہتہیبڑاہے دلیمیںبھی پلینیٹیریمہے اسمیں دکھاتےہیںیونیورس کو اپدوربینسےدیکھسکتےہیں ٹیلیسکوپسے اتنی بڑیعظمت سامنےاتیہےایکادمی تھ رااٹھتاہے تو یہ بالکل نام مکن ہےکہ اس انسان یہجو انسان دنیا میںہے یہاللہ تعالیکودیکھسکے</w:t>
      </w:r>
    </w:p>
    <w:p>
      <w:r>
        <w:rPr>
          <w:b/>
        </w:rPr>
        <w:t xml:space="preserve">[1:37:30] </w:t>
      </w:r>
      <w:r>
        <w:t>haan akhirat mein hamara aik naya body hoga nayi personality hogi nayi aankh hogi wahan hum inshallah dekh sakenge</w:t>
      </w:r>
    </w:p>
    <w:p>
      <w:pPr>
        <w:jc w:val="right"/>
      </w:pPr>
      <w:r>
        <w:t>ہاں اخرتمیں ہمارا ایک نیاباڈیہوگا نئیپرسنیلٹیہوگی نئیانکھہوگی وہاںہمانشاءاللہدیکھسکیںگے</w:t>
      </w:r>
    </w:p>
    <w:p>
      <w:r>
        <w:rPr>
          <w:b/>
        </w:rPr>
        <w:t xml:space="preserve">[1:37:42] </w:t>
      </w:r>
      <w:r>
        <w:t>Okay there is a comment and a question from Dr Muhammad Qutbuddin from New Delhi I will first read his comment Sir I have read your travel to Qatar in Al Risalah in one sitting it is full of lessons</w:t>
      </w:r>
    </w:p>
    <w:p>
      <w:pPr>
        <w:jc w:val="right"/>
      </w:pPr>
      <w:r>
        <w:t>اوکےدیرازاکمنٹاینڈاکوئسچن فر ام ڈاکٹر محمد قطب الدین فرامنیودہلی ائیویلفرسٹریڈ ہزکمنٹ سر ائیہیوریڈیور ٹریولٹوقطر ان الرسالہ ان ون سیٹنگ اٹاز فل اف لیسنز</w:t>
      </w:r>
    </w:p>
    <w:p>
      <w:r>
        <w:rPr>
          <w:b/>
        </w:rPr>
        <w:t xml:space="preserve">[1:38:00] </w:t>
      </w:r>
      <w:r>
        <w:t>Everyone should read it your literature should reach everyone in the Arab world</w:t>
      </w:r>
    </w:p>
    <w:p>
      <w:pPr>
        <w:jc w:val="right"/>
      </w:pPr>
      <w:r>
        <w:t>ایوریون شوڈریڈاٹ یورلٹریچرشوڈریچ ایوریون اندی عرب ورلڈ</w:t>
      </w:r>
    </w:p>
    <w:p>
      <w:r>
        <w:rPr>
          <w:b/>
        </w:rPr>
        <w:t xml:space="preserve">[1:38:09] </w:t>
      </w:r>
      <w:r>
        <w:t>I will ask his question now sir in Surah Al Ma'idah Moses asked his followers to enter the holy land my question is which holy land is being talked about here</w:t>
      </w:r>
    </w:p>
    <w:p>
      <w:pPr>
        <w:jc w:val="right"/>
      </w:pPr>
      <w:r>
        <w:t>ائیویلاسک ہزکوئسچنناو سر ان سورہ المہدہ موزز اسکڈہزفالوورزٹوانٹرداہولیلینڈ مائیکوئسچناز و چہولیلینڈازبینگٹاکاباؤٹہیر</w:t>
      </w:r>
    </w:p>
    <w:p>
      <w:r>
        <w:rPr>
          <w:b/>
        </w:rPr>
        <w:t xml:space="preserve">[1:38:27] </w:t>
      </w:r>
      <w:r>
        <w:t>haan dekhiye yeh bohat zyada musalmanon ko sochna chahiye is baat par</w:t>
      </w:r>
    </w:p>
    <w:p>
      <w:pPr>
        <w:jc w:val="right"/>
      </w:pPr>
      <w:r>
        <w:t>ہاںدیکھیںیہبہت زیادہ مسلمانوںکوسوچناچاہیےاسباتپر</w:t>
      </w:r>
    </w:p>
    <w:p>
      <w:r>
        <w:rPr>
          <w:b/>
        </w:rPr>
        <w:t xml:space="preserve">[1:38:36] </w:t>
      </w:r>
      <w:r>
        <w:t>keh Hazrat Musa ne kaha tha keh adkhulu al arda al muqaddasa allati katab Allah lakum dakhil ho jao us arz muqaddas mein jo Allah ne likh diya hai tum ko katab Allah lakum yeh theek wohi lafz hai jo Bible mein hai</w:t>
      </w:r>
    </w:p>
    <w:p>
      <w:pPr>
        <w:jc w:val="right"/>
      </w:pPr>
      <w:r>
        <w:t>کہحضرتموسی نےکہاتھا کہ ادخلوا الارض المقدسہ التي کتب اللہ لکم داخلہوجاؤاسارضمقدسمیں جو اللہنےلکھدیاہےتم کو کتب اللہ لکم یہ ٹھیکوہیلفظہےجو بائبلمیںہے</w:t>
      </w:r>
    </w:p>
    <w:p>
      <w:r>
        <w:rPr>
          <w:b/>
        </w:rPr>
        <w:t xml:space="preserve">[1:38:54] </w:t>
      </w:r>
      <w:r>
        <w:t>dekhein bible mein promise ka lafz aaya hai promise promise land</w:t>
      </w:r>
    </w:p>
    <w:p>
      <w:pPr>
        <w:jc w:val="right"/>
      </w:pPr>
      <w:r>
        <w:t>دیکھیں بائبلمیں پرومس کالفظایاہےپرو مسپرومس لینڈ</w:t>
      </w:r>
    </w:p>
    <w:p>
      <w:r>
        <w:rPr>
          <w:b/>
        </w:rPr>
        <w:t xml:space="preserve">[1:39:00] </w:t>
      </w:r>
      <w:r>
        <w:t>yahan assigned land to iski tareekh dekhein yeh hai</w:t>
      </w:r>
    </w:p>
    <w:p>
      <w:pPr>
        <w:jc w:val="right"/>
      </w:pPr>
      <w:r>
        <w:t>یہاں اسائنلینڈ تو اسکی تاریخ دیکھیںیہہے</w:t>
      </w:r>
    </w:p>
    <w:p>
      <w:r>
        <w:rPr>
          <w:b/>
        </w:rPr>
        <w:t xml:space="preserve">[1:39:07] </w:t>
      </w:r>
      <w:r>
        <w:t>ke hazrat abraham wohi thay abul anbiya thay unke do shakhain chali unse</w:t>
      </w:r>
    </w:p>
    <w:p>
      <w:pPr>
        <w:jc w:val="right"/>
      </w:pPr>
      <w:r>
        <w:t>کہ حضرتابراہیمجوہیںتھے ابوالانبیاءتھے انکے دو شاخیںچلیںانسے</w:t>
      </w:r>
    </w:p>
    <w:p>
      <w:r>
        <w:rPr>
          <w:b/>
        </w:rPr>
        <w:t xml:space="preserve">[1:39:13] </w:t>
      </w:r>
      <w:r>
        <w:t>ek bin ishaq ek bin ismail</w:t>
      </w:r>
    </w:p>
    <w:p>
      <w:pPr>
        <w:jc w:val="right"/>
      </w:pPr>
      <w:r>
        <w:t>ایک بنواسحاق ایکبنواسماعیل</w:t>
      </w:r>
    </w:p>
    <w:p>
      <w:r>
        <w:rPr>
          <w:b/>
        </w:rPr>
        <w:t xml:space="preserve">[1:39:16] </w:t>
      </w:r>
      <w:r>
        <w:t>bin ishaq ki aulad hain yeh yahudi log</w:t>
      </w:r>
    </w:p>
    <w:p>
      <w:pPr>
        <w:jc w:val="right"/>
      </w:pPr>
      <w:r>
        <w:t>بنواسحاقکیاولادہیں یہ ودیلوگ</w:t>
      </w:r>
    </w:p>
    <w:p>
      <w:r>
        <w:rPr>
          <w:b/>
        </w:rPr>
        <w:t xml:space="preserve">[1:39:20] </w:t>
      </w:r>
      <w:r>
        <w:t>bin ismail ki aulad hain yeh rasool Allah aur ashab rasool</w:t>
      </w:r>
    </w:p>
    <w:p>
      <w:pPr>
        <w:jc w:val="right"/>
      </w:pPr>
      <w:r>
        <w:t>بنواسماعیلکیاولادہیں یہ رسولاللہ اور اصحابرسول</w:t>
      </w:r>
    </w:p>
    <w:p>
      <w:r>
        <w:rPr>
          <w:b/>
        </w:rPr>
        <w:t xml:space="preserve">[1:39:25] </w:t>
      </w:r>
      <w:r>
        <w:t>hum un ki aulad to nahi lekin in ko mante hain to yahud ke haan conversion nahi hota hai is liye in ko abhi bhi wohi hain humara conversion hota hai to mukhtalif naslein mil gayi hain is mein yahud ka conversion nahi hai to jo hai is silsile se hai to Hazrat Ibrahim ke zariye Allah ta'ala ne kaha do land diya tha ab in dono logon ko bin Ismail ko diya tha land yeh yeh Hijaz ka</w:t>
      </w:r>
    </w:p>
    <w:p>
      <w:pPr>
        <w:jc w:val="right"/>
      </w:pPr>
      <w:r>
        <w:t>ہمانکیاولادتونہیںلیکن انکو مانتےہیں تو یہودکےہاںکنورژننہیںہوتاہے اسلیے انکوابھیبھیوہیہیں ہماراکنورژنہوتاہےتو مختلف نسلیں ملگئیہیںاسمیں یہودکاکنورژنہینہیںہے تو جوہےاسینسلسےہے تو حضرتابراہیمکےذریعےاللہتعالینےکہا دو لینڈدیاتھا اب اندونوں لوگوںکو بنواسماعیلکودیاتھالینڈ یہ یہ حجازکا</w:t>
      </w:r>
    </w:p>
    <w:p>
      <w:r>
        <w:rPr>
          <w:b/>
        </w:rPr>
        <w:t xml:space="preserve">[1:39:53] </w:t>
      </w:r>
      <w:r>
        <w:t>ab basaya tha hazrat ismail ko lakar ke wahan wahan ke liye assigned land tha</w:t>
      </w:r>
    </w:p>
    <w:p>
      <w:pPr>
        <w:jc w:val="right"/>
      </w:pPr>
      <w:r>
        <w:t>اب بسایاتھاحضرتاسماعیلکولاکرکےوہاں وہانکےلیےاسائنڈلینڈتھا</w:t>
      </w:r>
    </w:p>
    <w:p>
      <w:r>
        <w:rPr>
          <w:b/>
        </w:rPr>
        <w:t xml:space="preserve">[1:39:59] </w:t>
      </w:r>
      <w:r>
        <w:t>aur bin ishaq ke liye nahi yahudiyon ke liye falasteen tha unka assigned land</w:t>
      </w:r>
    </w:p>
    <w:p>
      <w:pPr>
        <w:jc w:val="right"/>
      </w:pPr>
      <w:r>
        <w:t>اوربنواسحاقکےلیےنہیںیہودیوںکےلیے فلس طینتھا انکااسائنڈلینڈ</w:t>
      </w:r>
    </w:p>
    <w:p>
      <w:r>
        <w:rPr>
          <w:b/>
        </w:rPr>
        <w:t xml:space="preserve">[1:40:06] </w:t>
      </w:r>
      <w:r>
        <w:t>to is ma'ne ke</w:t>
      </w:r>
    </w:p>
    <w:p>
      <w:pPr>
        <w:jc w:val="right"/>
      </w:pPr>
      <w:r>
        <w:t>تو اس معنیکہ</w:t>
      </w:r>
    </w:p>
    <w:p>
      <w:r>
        <w:rPr>
          <w:b/>
        </w:rPr>
        <w:t xml:space="preserve">[1:40:09] </w:t>
      </w:r>
      <w:r>
        <w:t>جو Balfour jo verdict tha, main samjhta hoon, woh bilkul sahih tha, woh kyunki woh jo jo Jews diaspora mein the.</w:t>
      </w:r>
    </w:p>
    <w:p>
      <w:pPr>
        <w:jc w:val="right"/>
      </w:pPr>
      <w:r>
        <w:t>جو بال فور جو ورڈکٹتھا میت ھکوہ بالکلصحیحتھاوہ کیونکہوہ جو جو جھوٹڈائسپورامیںتھے</w:t>
      </w:r>
    </w:p>
    <w:p>
      <w:r>
        <w:rPr>
          <w:b/>
        </w:rPr>
        <w:t xml:space="preserve">[1:40:19] </w:t>
      </w:r>
      <w:r>
        <w:t>ڈائسپورہ کے یہودیوں کو حق دیا تھا کہ وہ لوٹیں اپنے وطن میں</w:t>
      </w:r>
    </w:p>
    <w:p>
      <w:pPr>
        <w:jc w:val="right"/>
      </w:pPr>
      <w:r>
        <w:t>ڈائسپوراکےیہودیوںکوحقدیاتھاکہوہلوٹلوٹیںاپنے وطن میں</w:t>
      </w:r>
    </w:p>
    <w:p>
      <w:r>
        <w:rPr>
          <w:b/>
        </w:rPr>
        <w:t xml:space="preserve">[1:40:25] </w:t>
      </w:r>
      <w:r>
        <w:t>to is is aayat bati aati hai keh keh falasteen yahudiyon ka watan hai assigned land inke liye hai quran ka matlab assigned land hai biblical bataya promise land aur haq hai inko wahan basne ka to inko wahan ka to bal four ne to balkeh yeh kaha tha keh refly 50 percent diya tha inko 50 percent diya tha arbon ko ek raat dekhein to sara falasteen inka hai lekin unhone adha diya tha adha inko diya</w:t>
      </w:r>
    </w:p>
    <w:p>
      <w:pPr>
        <w:jc w:val="right"/>
      </w:pPr>
      <w:r>
        <w:t>تو اس اس ایتبت اتیہےکہ کہ فلس طین یہودیوںکا وطن ہے اسائنڈلینڈانکےلیےہے قرانکامطلب اسائنڈلینڈہے بائبلکابتایاپرومس ڈلینڈ اورحق ہےانکووہاںبسنےکا تو انکووہاںکا تو بال فورنےتوبلکہیہکیاتھاکہ رفلی 50پرسنٹدیاتھاانکو 50پرسنٹدیاتھاعربوںکو ایک راتدیکھیںتوسارافلسطینانکاہے لیکن انہوں نےادھادیاتھا ادھاانکودیا</w:t>
      </w:r>
    </w:p>
    <w:p>
      <w:r>
        <w:rPr>
          <w:b/>
        </w:rPr>
        <w:t xml:space="preserve">[1:40:55] </w:t>
      </w:r>
      <w:r>
        <w:t>main samajhta hoon keh arbon ko isko accept karna chahiye tha bal four verdict nahin accept karna chahiye tha kyunkeh woh quran ke mutabiq tha woh lekin ladne lage khwamkhwah ladne lage to bas 6 7 mein unhone ek aur ghalati ki keh gyarah saal barah saal pehle unhone suez ke muahde ko ko ko abolish kar diya ya abolish karein to inko haq hota hai hamla karne ka</w:t>
      </w:r>
    </w:p>
    <w:p>
      <w:pPr>
        <w:jc w:val="right"/>
      </w:pPr>
      <w:r>
        <w:t>میںسمجھتاہوںکہعربوںکو اسکوایکسیپٹکرناچاہیےتھا بال فورورڈکٹانہیںایکسیپٹکر ناچاہیےتھا کیونکہوہ قرانکےمطابقتھاوہ لیکن لڑنےلگےخوامخواہلڑنےلگے توبس6 7 میںانہوںنے ایک اور غلطیکی کہگیارہسالبارہسال پہلے انہوںنے سوئزکے معاہدےکو کوکو ابولشکردیا یا ابولشکریںتوانکوحقہوتاہے حملہکرنےکا</w:t>
      </w:r>
    </w:p>
    <w:p>
      <w:r>
        <w:rPr>
          <w:b/>
        </w:rPr>
        <w:t xml:space="preserve">[1:41:23] </w:t>
      </w:r>
      <w:r>
        <w:t>jis tarah rasoolullah sallallahu alaihi wasallam ne hudaybiyah ka muahda kiya tha keh ek taraf hto tod diya unhone muahde ko rasoolullah ne hamla kar diya march kar diya yeh hudaybiyah ka jo muahda hua tha ismein tha keh das saal tak hamare tumhare darmiyan ladaiyan nahin hongi das saal tak lekin do saal ke andar unhone tod diya muahde ko to rasoolullah ne hamla kar diya makkah par</w:t>
      </w:r>
    </w:p>
    <w:p>
      <w:pPr>
        <w:jc w:val="right"/>
      </w:pPr>
      <w:r>
        <w:t>جسطرحرسولاللہصلیاللہعلیہوسلمنےحدیبیہکامعاہدہکیاتھا کہایکطرف ہتو توڑدیاانہوںنےمعاہدےکورسولاللہنےحملہکردیا مارچکردیا یہ حدیبیہکاجومعاہدہہواتھااسمیںتھاکہدسسالتک ہمارےتمہارےدرمیانلڑائینہیںہوگیدسسالتک لیکن دوسال کےاندرانہوںنےتوڑدیا معاہدےکو تورسولاللہنےحملہکردیامکہپر</w:t>
      </w:r>
    </w:p>
    <w:p>
      <w:r>
        <w:rPr>
          <w:b/>
        </w:rPr>
        <w:t xml:space="preserve">[1:41:46] </w:t>
      </w:r>
      <w:r>
        <w:t>is tarike se in logon ne kiya arbon ne keh barah saal pehle unhone suez ke muahde ko tod diya to unhone hamla kar diya inko haq hai keh hamla karein woh phir capture capture sara capture kar liya is maamle mein ab dekhein jazbati hone se koi faida nahin 60 saal se zyada ho gaye keh humne emotional ladai chhed rakhi hai inke khilaf humko realist banna chahiye warna yeh ladai chalti rahegi aur qayamat tak jayegi</w:t>
      </w:r>
    </w:p>
    <w:p>
      <w:pPr>
        <w:jc w:val="right"/>
      </w:pPr>
      <w:r>
        <w:t>اسطریقےسے انلوگوںنےکیاعربوںنے کہ بارہسال پہلے انہوںنے سوئز کےمعاہدےکوتوڑدیا تو انہوںنےحملہکردیا انکوحقہےکہحملہکریںوہ پھرکیپچرکیپچرساراکیپچرکرلیا اس معاملےمیںابدیکھیںجذباتیہونےسےکوئیفائدہنہیں 60سال سےزیادہ ہوگئے کہہمنے ایموشنللڑائی چھیڑرکھیہےانکےخلاف ہمکوریلسٹبنناچاہیے ورنہیہ لڑائی چلتیرہےگیاورقیامتاجائےگی</w:t>
      </w:r>
    </w:p>
    <w:p>
      <w:r>
        <w:rPr>
          <w:b/>
        </w:rPr>
        <w:t xml:space="preserve">[1:42:16] </w:t>
      </w:r>
      <w:r>
        <w:t>abhi jo sari ladai ban rahi hai jo lad rahe hain arab log woh emotional ladai hai emotional iske peeche koi reality hai na koi justification hai kuch bhi nahin to mere nazdeek jo hai arbon ko manna chahiye keh balfour verdict ko na mankar unhone ghalati ki accept karna chahiye tha isko</w:t>
      </w:r>
    </w:p>
    <w:p>
      <w:pPr>
        <w:jc w:val="right"/>
      </w:pPr>
      <w:r>
        <w:t>ابھیجوساریلڑائیبنرہیہےجو لڑرہےہیںعرب لوگ وہ ایموشنللڑائیہےایموشنل اسکےپیچھےکوئینہریلیٹیہے نہکوئی جسٹیفیکیشنہے کچھبھینہیں تو میرےنزدیکجوہے عربوںکومانناچاہیے کہ بالفورورڈکٹکو نہ مانکرانہوںنےغلطیکی ایکسیپٹکرناچاہیےتھااسکو</w:t>
      </w:r>
    </w:p>
    <w:p>
      <w:r>
        <w:rPr>
          <w:b/>
        </w:rPr>
        <w:t xml:space="preserve">[1:42:39] </w:t>
      </w:r>
      <w:r>
        <w:t>phir manen jo unhone keh suez muahde ko abolish karke unhone ghalati ki unhone abolish nahin karna chahiye tha inko aur phir teesri baat hai keh disarm karein apne sare jo jo unke jo woh hain military group hain disarm karein sirf ceasefire nahin disarm karein yeh teen kaam karein to abhi masla khatam ho jata</w:t>
      </w:r>
    </w:p>
    <w:p>
      <w:pPr>
        <w:jc w:val="right"/>
      </w:pPr>
      <w:r>
        <w:t>پھر مانیںجوانہوںنےکہ سوئز معاہدےکو ابولشکرکےانہوںنےغلطیکیانہوںنےابولشنہیںکرناچاہیےتھاانکو اورپھر تیسریباتہےکہ ڈسارمکریںاپنےسارے جو جو انکے جو وہہیں ملٹریگروپہیںڈسارمکریںصرفسیزفائرنہیں ڈسارمکریں یہ تینکام کریںتوابھیمسئلہختمہوجاتا</w:t>
      </w:r>
    </w:p>
    <w:p>
      <w:r>
        <w:rPr>
          <w:b/>
        </w:rPr>
        <w:t xml:space="preserve">[1:42:59] </w:t>
      </w:r>
      <w:r>
        <w:t>hai main khud falasteen gaya hoon israel gaya hoon wahan ke top logon se mila hoon aur main keh sakta hoon meri baatchit unse hui hai iski buniyad par kaha agar yeh teen baat arab kar lein abhi masla khatam ho jayega .</w:t>
      </w:r>
    </w:p>
    <w:p>
      <w:pPr>
        <w:jc w:val="right"/>
      </w:pPr>
      <w:r>
        <w:t>ہے میںخود فلسطینگیاہوں اسرائیلگیاہوں وہاںکےٹاپلوگوںسےملاہوں اورمیںکہہسکتاہوں میریجوباتچیتانسےہوئیہےاسکیبنیادپر کہاگر یہ تینبات عرب کرلیں ابھیمسئلہختمہوجائےگا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