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on Life and Death September 11, 2007</w:t>
      </w:r>
    </w:p>
    <w:p>
      <w:r>
        <w:t>https://www.youtube.com/watch?v=6x7a7lMAswo</w:t>
      </w:r>
    </w:p>
    <w:p>
      <w:r>
        <w:rPr>
          <w:b/>
        </w:rPr>
        <w:t xml:space="preserve">[00:13] </w:t>
      </w:r>
      <w:r>
        <w:t>bismillah al-rahman al-rahim, wa salla Allahu ala al-nabi al-kareem.</w:t>
      </w:r>
    </w:p>
    <w:p>
      <w:pPr>
        <w:jc w:val="right"/>
      </w:pPr>
      <w:r>
        <w:t>بسم اللہ الرحمن الرحیم، وصلی اللہ علی النبی الکریم۔</w:t>
      </w:r>
    </w:p>
    <w:p>
      <w:r>
        <w:rPr>
          <w:b/>
        </w:rPr>
        <w:t xml:space="preserve">[00:22]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[00:33] </w:t>
      </w:r>
      <w:r>
        <w:t>aaj ka topic hai: Islam on life and death.</w:t>
      </w:r>
    </w:p>
    <w:p>
      <w:pPr>
        <w:jc w:val="right"/>
      </w:pPr>
      <w:r>
        <w:t>آج کا ٹاپک ہے: اسلام on life and death۔</w:t>
      </w:r>
    </w:p>
    <w:p>
      <w:r>
        <w:rPr>
          <w:b/>
        </w:rPr>
        <w:t xml:space="preserve">[00:46] </w:t>
      </w:r>
      <w:r>
        <w:t>aap Quran o Hadees ko parhein to mukhtalif tareeqon mein aap bohat ziyada zikr payein ge life and death ka.</w:t>
      </w:r>
    </w:p>
    <w:p>
      <w:pPr>
        <w:jc w:val="right"/>
      </w:pPr>
      <w:r>
        <w:t>آپ قرآن و حدیث کو پڑھیں تو مختلف طریقوں میں آپ بہت زیادہ ذکر پائیں گے life and death کا۔</w:t>
      </w:r>
    </w:p>
    <w:p>
      <w:r>
        <w:rPr>
          <w:b/>
        </w:rPr>
        <w:t xml:space="preserve">[01:03] </w:t>
      </w:r>
      <w:r>
        <w:t>balkeh Prophet of Islam ko jo Khuda ki taraf se yeh mission sonpa gaya 610 isvi mein makka mein, to aap ne apne pehle hi address mein jo aap ne safa ki pahari par kharay ho kar diya tha,</w:t>
      </w:r>
    </w:p>
    <w:p>
      <w:pPr>
        <w:jc w:val="right"/>
      </w:pPr>
      <w:r>
        <w:t>بلکہ Prophet of Islam کو جو خدا کی طرف سے یہ مشن سونپا گیا 610 عیسوی میں مکہ میں، تو آپ نے اپنے پہلے ہی ایڈریس میں جو آپ نے صفا کی پہاڑی پر کھڑے ہو کر دیا تھا،</w:t>
      </w:r>
    </w:p>
    <w:p>
      <w:r>
        <w:rPr>
          <w:b/>
        </w:rPr>
        <w:t xml:space="preserve">[01:30] </w:t>
      </w:r>
      <w:r>
        <w:t>to yeh pehla address tha aap ka makka ke logon ke liye. isi mein aap ne yeh kaha: "minkum latamutuna kama tanamoona wa latahyawna kama tastayqizoon".</w:t>
      </w:r>
    </w:p>
    <w:p>
      <w:pPr>
        <w:jc w:val="right"/>
      </w:pPr>
      <w:r>
        <w:t>تو یہ پہلا ایڈریس تھا آپ کا مکہ کے لوگوں کے لیے۔ اسی میں آپ نے یہ کہا: "منکم لتموتن کما تنامون ولتحیون کما تستيقظون"۔</w:t>
      </w:r>
    </w:p>
    <w:p>
      <w:r>
        <w:rPr>
          <w:b/>
        </w:rPr>
        <w:t xml:space="preserve">[01:46] </w:t>
      </w:r>
      <w:r>
        <w:t>tum log zaroor maro ge jis tarah tum sote ho, aur phir dobara uthaye jao ge jis tarah tum jaagte ho.</w:t>
      </w:r>
    </w:p>
    <w:p>
      <w:pPr>
        <w:jc w:val="right"/>
      </w:pPr>
      <w:r>
        <w:t>تم لوگ ضرور مرو گے جس طرح تم سوتے ہو، اور پھر دوبارہ اٹھائے جاؤ گے جس طرح تم جاگتے ہو۔</w:t>
      </w:r>
    </w:p>
    <w:p>
      <w:r>
        <w:rPr>
          <w:b/>
        </w:rPr>
        <w:t xml:space="preserve">[01:59] </w:t>
      </w:r>
      <w:r>
        <w:t>to yeh rozana ka phenomenon hai ke har aadmi jab raat aati hai to so jata hai, subah hoti hai to jaagta hai. to yeh aik rozana ka phenomenon hai har aik ki zindagi mein.</w:t>
      </w:r>
    </w:p>
    <w:p>
      <w:pPr>
        <w:jc w:val="right"/>
      </w:pPr>
      <w:r>
        <w:t>تو یہ روزانہ کا فیناومینا ہے کہ ہر آدمی جب رات آتی ہے تو سو جاتا ہے، صبح ہوتی ہے تو جاگتا ہے۔ تو یہ ایک روزانہ کا فیناومینا ہے ہر ایک کی زندگی میں۔</w:t>
      </w:r>
    </w:p>
    <w:p>
      <w:r>
        <w:rPr>
          <w:b/>
        </w:rPr>
        <w:t xml:space="preserve">[02:12] </w:t>
      </w:r>
      <w:r>
        <w:t>har aurat aur mard sote hain phir jaagte hain. to aap ne bataya ke sona kya hai?</w:t>
      </w:r>
    </w:p>
    <w:p>
      <w:pPr>
        <w:jc w:val="right"/>
      </w:pPr>
      <w:r>
        <w:t>ہر عورت اور مرد سوتے ہیں پھر جاگتے ہیں۔ تو آپ نے بتایا کہ سونا کیا ہے؟</w:t>
      </w:r>
    </w:p>
    <w:p>
      <w:r>
        <w:rPr>
          <w:b/>
        </w:rPr>
        <w:t xml:space="preserve">[02:23] </w:t>
      </w:r>
      <w:r>
        <w:t>sona goya maut ki ek surat hai, aur jaagna kya hai? dobara jee uthne ki ek surat hai.</w:t>
      </w:r>
    </w:p>
    <w:p>
      <w:pPr>
        <w:jc w:val="right"/>
      </w:pPr>
      <w:r>
        <w:t>سونا گویا موت کی ایک صورت ہے، اور جاگنا کیا ہے؟ دوبارہ جی اٹھنے کی ایک صورت ہے۔</w:t>
      </w:r>
    </w:p>
    <w:p>
      <w:r>
        <w:rPr>
          <w:b/>
        </w:rPr>
        <w:t xml:space="preserve">[02:36] </w:t>
      </w:r>
      <w:r>
        <w:t>to maut itni zyada aham hai islam mein ke is ko bar bar kai dhang se bataya gaya hai.</w:t>
      </w:r>
    </w:p>
    <w:p>
      <w:pPr>
        <w:jc w:val="right"/>
      </w:pPr>
      <w:r>
        <w:t>تو موت اتنی زیادہ اہم ہے اسلام میں کہ اس کو بار بار کئی ڈھنگ سے بتایا گیا ہے۔</w:t>
      </w:r>
    </w:p>
    <w:p>
      <w:r>
        <w:rPr>
          <w:b/>
        </w:rPr>
        <w:t xml:space="preserve">[02:51] </w:t>
      </w:r>
      <w:r>
        <w:t>aaj mein mere haath mein dekhen yeh english ka paper hai, 11 september ka.</w:t>
      </w:r>
    </w:p>
    <w:p>
      <w:pPr>
        <w:jc w:val="right"/>
      </w:pPr>
      <w:r>
        <w:t>آج میں میرے ہاتھ میں دیکھیں یہ انگلش کا پیپر ہے، 11 ستمبر کا۔</w:t>
      </w:r>
    </w:p>
    <w:p>
      <w:r>
        <w:rPr>
          <w:b/>
        </w:rPr>
        <w:t xml:space="preserve">[03:02] </w:t>
      </w:r>
      <w:r>
        <w:t>11 september. aap jaante hain ke aaj saare paperon mein aur saare media mein ek news chhai rahi. woh kya hai?</w:t>
      </w:r>
    </w:p>
    <w:p>
      <w:pPr>
        <w:jc w:val="right"/>
      </w:pPr>
      <w:r>
        <w:t>11 ستمبر۔ آپ جانتے ہیں کہ آج سارے پیپروں میں اور سارے میڈیا میں ایک نیوز چھائی رہی۔ وہ کیا ہے؟</w:t>
      </w:r>
    </w:p>
    <w:p>
      <w:r>
        <w:rPr>
          <w:b/>
        </w:rPr>
        <w:t xml:space="preserve">[03:13] </w:t>
      </w:r>
      <w:r>
        <w:t>woh hai nawaz sharif jo sadiq wazir-e-azam hain pakistan ke, aur jala watni mein hain is waqt woh koi saat baras se.</w:t>
      </w:r>
    </w:p>
    <w:p>
      <w:pPr>
        <w:jc w:val="right"/>
      </w:pPr>
      <w:r>
        <w:t>وہ ہے نواز شریف جو سابق وزیر اعظم ہیں پاکستان کے، اور جلاوطنی میں ہیں اس وقت وہ کوئی سات برس سے۔</w:t>
      </w:r>
    </w:p>
    <w:p>
      <w:r>
        <w:rPr>
          <w:b/>
        </w:rPr>
        <w:t xml:space="preserve">[03:29] </w:t>
      </w:r>
      <w:r>
        <w:t>to unhon ne yeh faisla kiya ke woh pakistan lotenge, yaani authorities ki ijazat ke baghair. to woh london mein hawai jahaz par baithe,</w:t>
      </w:r>
    </w:p>
    <w:p>
      <w:pPr>
        <w:jc w:val="right"/>
      </w:pPr>
      <w:r>
        <w:t>تو انہوں نے یہ فیصلہ کیا کہ وہ پاکستان لوٹیں گے، یعنی اتھارٹیز کی اجازت کے بغیر۔ تو وہ لندن میں ہوائی جہاز پر بیٹھے،</w:t>
      </w:r>
    </w:p>
    <w:p>
      <w:r>
        <w:rPr>
          <w:b/>
        </w:rPr>
        <w:t xml:space="preserve">[03:44] </w:t>
      </w:r>
      <w:r>
        <w:t>aur fly karte hue woh pakistan ke islamabad ke airport par utar gaye.</w:t>
      </w:r>
    </w:p>
    <w:p>
      <w:pPr>
        <w:jc w:val="right"/>
      </w:pPr>
      <w:r>
        <w:t>اور فلائی کرتے ہوئے وہ پاکستان کے اسلام آباد کے ایئرپورٹ پر اتر گئے۔</w:t>
      </w:r>
    </w:p>
    <w:p>
      <w:r>
        <w:rPr>
          <w:b/>
        </w:rPr>
        <w:t xml:space="preserve">[03:56] </w:t>
      </w:r>
      <w:r>
        <w:t>to wahan par kya hua? ke woh pakad liye gaye, giraftar ho gaye. phir chand ghante ke baad unhein deport kar diya gaya, saudi arab bhej diya gaya.</w:t>
      </w:r>
    </w:p>
    <w:p>
      <w:pPr>
        <w:jc w:val="right"/>
      </w:pPr>
      <w:r>
        <w:t>تو وہاں پر کیا ہوا؟ کہ وہ پکڑ لیے گئے، گرفتار ہو گئے۔ پھر چند گھنٹے کے بعد انہیں ڈیپورٹ کر دیا گیا، سعودی عرب بھیج دیا گیا۔</w:t>
      </w:r>
    </w:p>
    <w:p>
      <w:r>
        <w:rPr>
          <w:b/>
        </w:rPr>
        <w:t xml:space="preserve">[04:10] </w:t>
      </w:r>
      <w:r>
        <w:t>to aaj har paper mein yahi news hai. mere haath mein yeh aaj ka ek english paper hai, 11 september ka.</w:t>
      </w:r>
    </w:p>
    <w:p>
      <w:pPr>
        <w:jc w:val="right"/>
      </w:pPr>
      <w:r>
        <w:t>تو آج ہر پیپر میں یہی نیوز ہے۔ میرے ہاتھ میں یہ آج کا ایک انگلش پیپر ہے، 11 ستمبر کا۔</w:t>
      </w:r>
    </w:p>
    <w:p>
      <w:r>
        <w:rPr>
          <w:b/>
        </w:rPr>
        <w:t xml:space="preserve">[04:22] </w:t>
      </w:r>
      <w:r>
        <w:t>to aap dekh rahe hain ke is ki jo headline hai woh yeh hai ke: "sharif arrives, arrested, deported".</w:t>
      </w:r>
    </w:p>
    <w:p>
      <w:pPr>
        <w:jc w:val="right"/>
      </w:pPr>
      <w:r>
        <w:t>تو آپ دیکھ رہے ہیں کہ اس کی جو ہیڈ لائن ہے وہ یہ ہے کہ: "شریف arrives, arrested, deported"۔</w:t>
      </w:r>
    </w:p>
    <w:p>
      <w:r>
        <w:rPr>
          <w:b/>
        </w:rPr>
        <w:t xml:space="preserve">[04:37] </w:t>
      </w:r>
      <w:r>
        <w:t>yaani nawaz sharif aaye islamabad mein, phir unhein giraftar kar liya gaya, aur phir unhein deport kar diya gaya.</w:t>
      </w:r>
    </w:p>
    <w:p>
      <w:pPr>
        <w:jc w:val="right"/>
      </w:pPr>
      <w:r>
        <w:t>یعنی نواز شریف آئے اسلام آباد میں، پھر انہیں گرفتار کر لیا گیا، اور پھر انہیں ڈیپورٹ کر دیا گیا۔</w:t>
      </w:r>
    </w:p>
    <w:p>
      <w:r>
        <w:rPr>
          <w:b/>
        </w:rPr>
        <w:t xml:space="preserve">[04:49] </w:t>
      </w:r>
      <w:r>
        <w:t>is ko jab mein ne parha to mein ne socha ke yeh har aadmi ki kahani hai. yahi har aadmi ke saath ho raha hai ya hone wala hai.</w:t>
      </w:r>
    </w:p>
    <w:p>
      <w:pPr>
        <w:jc w:val="right"/>
      </w:pPr>
      <w:r>
        <w:t>اس کو جب میں نے پڑھا تو میں نے سوچا کہ یہ ہر آدمی کی کہانی ہے۔ یہی ہر آدمی کے ساتھ ہو رہا ہے یا ہونے والا ہے۔</w:t>
      </w:r>
    </w:p>
    <w:p>
      <w:r>
        <w:rPr>
          <w:b/>
        </w:rPr>
        <w:t xml:space="preserve">[05:04] </w:t>
      </w:r>
      <w:r>
        <w:t>to is ko mein ne sharif ki jagah mein ne rakh diya: "man arrives, man arrested, man deported".</w:t>
      </w:r>
    </w:p>
    <w:p>
      <w:pPr>
        <w:jc w:val="right"/>
      </w:pPr>
      <w:r>
        <w:t>تو اس کو میں نے شریف کی جگہ میں نے رکھ دیا: "man arrives, man arrested, man deported"۔</w:t>
      </w:r>
    </w:p>
    <w:p>
      <w:r>
        <w:rPr>
          <w:b/>
        </w:rPr>
        <w:t xml:space="preserve">[05:14] </w:t>
      </w:r>
      <w:r>
        <w:t>yaani insaan doosri duniya se yahan bheja gaya, ya is ka aamad hua, phir yahan is ne kuch kaam kiya.</w:t>
      </w:r>
    </w:p>
    <w:p>
      <w:pPr>
        <w:jc w:val="right"/>
      </w:pPr>
      <w:r>
        <w:t>یعنی انسان دوسری دنیا سے یہاں بھیجا گیا، یا اس کا آمد ہوا، پھر یہاں اس نے کچھ کام کیا۔</w:t>
      </w:r>
    </w:p>
    <w:p>
      <w:r>
        <w:rPr>
          <w:b/>
        </w:rPr>
        <w:t xml:space="preserve">[05:28] </w:t>
      </w:r>
      <w:r>
        <w:t>ek waqt tha khuda ki taraf se, kisi ka kam kisi ka zyada, lekin phir bhi saath sattar saal bas.</w:t>
      </w:r>
    </w:p>
    <w:p>
      <w:pPr>
        <w:jc w:val="right"/>
      </w:pPr>
      <w:r>
        <w:t>ایک وقت تھا خدا کی طرف سے، کسی کا کم کسی کا زیادہ، لیکن پھر بھی ساٹھ ستر سال بس۔</w:t>
      </w:r>
    </w:p>
    <w:p>
      <w:r>
        <w:rPr>
          <w:b/>
        </w:rPr>
        <w:t xml:space="preserve">[05:38] </w:t>
      </w:r>
      <w:r>
        <w:t>aaj hi mere paas telephone aaya nagpur se, hamare ek bohat janne wale the. aaj subah un ka intiqal ho gaya, halanke un ki umar mujh se mein samajhta hoon ke paanch saal kam az kam, paanch saal chhe saal kam thi.</w:t>
      </w:r>
    </w:p>
    <w:p>
      <w:pPr>
        <w:jc w:val="right"/>
      </w:pPr>
      <w:r>
        <w:t>آج ہی میرے پاس ٹیلی فون آیا ناگپور سے، ہمارے ایک بہت جاننے والے تھے۔ آج صبح ان کا انتقال ہو گیا، حالانکہ ان کی عمر مجھ سے میں سمجھتا ہوں کہ پانچ سال کم از کم، پانچ سال چھ سال کم تھی۔</w:t>
      </w:r>
    </w:p>
    <w:p>
      <w:r>
        <w:rPr>
          <w:b/>
        </w:rPr>
        <w:t xml:space="preserve">[05:57] </w:t>
      </w:r>
      <w:r>
        <w:t>to har aadmi aata hai, kuch din rehta hai, is ke baad woh marta hai. yaani maut ke farishte us ko giraftar karte hain.</w:t>
      </w:r>
    </w:p>
    <w:p>
      <w:pPr>
        <w:jc w:val="right"/>
      </w:pPr>
      <w:r>
        <w:t>تو ہر آدمی آتا ہے، کچھ دن رہتا ہے، اس کے بعد وہ مرتا ہے۔ یعنی موت کے فرشتے اس کو گرفتار کرتے ہیں۔</w:t>
      </w:r>
    </w:p>
    <w:p>
      <w:r>
        <w:rPr>
          <w:b/>
        </w:rPr>
        <w:t xml:space="preserve">[06:08] </w:t>
      </w:r>
      <w:r>
        <w:t>aadmi bheja gaya, yahan kuch din is ne kaam kiya, phir maut ke farishte aaye, unhon ne giraftar kar liya us ko, aur kya kiya?</w:t>
      </w:r>
    </w:p>
    <w:p>
      <w:pPr>
        <w:jc w:val="right"/>
      </w:pPr>
      <w:r>
        <w:t>آدمی بھیجا گیا، یہاں کچھ دن اس نے کام کیا، پھر موت کے فرشتے آئے، انہوں نے گرفتار کر لیا اس کو، اور کیا کیا؟</w:t>
      </w:r>
    </w:p>
    <w:p>
      <w:r>
        <w:rPr>
          <w:b/>
        </w:rPr>
        <w:t xml:space="preserve">[06:20] </w:t>
      </w:r>
      <w:r>
        <w:t>deport kar diya world hereafter ki taraf. to kaha do duniyaen hain, ek woh duniya jis ko hum kehte hain aakhirat, ek yeh duniya jis ko hum duniya kehte hain, maujooda duniya.</w:t>
      </w:r>
    </w:p>
    <w:p>
      <w:pPr>
        <w:jc w:val="right"/>
      </w:pPr>
      <w:r>
        <w:t>ڈیپورٹ کر دیا ورلڈ ہیئر آفٹر کی طرف۔ تو کہا دو دنیایں ہیں، ایک وہ دنیا جس کو ہم کہتے ہیں آخرت، ایک یہ دنیا جس کو ہم دنیا کہتے ہیں، موجودہ دنیا۔</w:t>
      </w:r>
    </w:p>
    <w:p>
      <w:r>
        <w:rPr>
          <w:b/>
        </w:rPr>
        <w:t xml:space="preserve">[06:36] </w:t>
      </w:r>
      <w:r>
        <w:t>to har aadmi ki yahi kahani hai ke: "man arrives, man arrested, man deported". har aadmi, har aadmi, har aadmi.</w:t>
      </w:r>
    </w:p>
    <w:p>
      <w:pPr>
        <w:jc w:val="right"/>
      </w:pPr>
      <w:r>
        <w:t>تو ہر آدمی کی یہی کہانی ہے کہ: "man arrives, man arrested, man deported"۔ ہر آدمی، ہر آدمی، ہر آدمی۔</w:t>
      </w:r>
    </w:p>
    <w:p>
      <w:r>
        <w:rPr>
          <w:b/>
        </w:rPr>
        <w:t xml:space="preserve">[06:51] </w:t>
      </w:r>
      <w:r>
        <w:t>aata hai, kuch din rehta hai, phir maut ke farishte aate hain aur giraftar kar ke us ko bhej dete hain, deport kar dete hain aakhirat ki taraf.</w:t>
      </w:r>
    </w:p>
    <w:p>
      <w:pPr>
        <w:jc w:val="right"/>
      </w:pPr>
      <w:r>
        <w:t>آتا ہے، کچھ دن رہتا ہے، پھر موت کے فرشتے آتے ہیں اور گرفتار کر کے اس کو بھیج دیتے ہیں، ڈیپورٹ کر دیتے ہیں آخرت کی طرف۔</w:t>
      </w:r>
    </w:p>
    <w:p>
      <w:r>
        <w:rPr>
          <w:b/>
        </w:rPr>
        <w:t xml:space="preserve">[07:05] </w:t>
      </w:r>
      <w:r>
        <w:t>to yeh waqea mere liye maut ka yaad dehani ban gaya. phir mujhe yaad aaya ke isi tarah se pakistan ke pichhle sadar jo zia ul haq the,</w:t>
      </w:r>
    </w:p>
    <w:p>
      <w:pPr>
        <w:jc w:val="right"/>
      </w:pPr>
      <w:r>
        <w:t>تو یہ واقعہ میرے لیے موت کا یاد دہانی بن گیا۔ پھر مجھے یاد آیا کہ اسی طرح سے پاکستان کے پچھلے صدر جو ضیاء الحق تھے،</w:t>
      </w:r>
    </w:p>
    <w:p>
      <w:r>
        <w:rPr>
          <w:b/>
        </w:rPr>
        <w:t xml:space="preserve">[07:22] </w:t>
      </w:r>
      <w:r>
        <w:t>to jab un ki maut hui to times of india mein ek title chhaapa tha is caption ke saath ke: "pakistan without zia".</w:t>
      </w:r>
    </w:p>
    <w:p>
      <w:pPr>
        <w:jc w:val="right"/>
      </w:pPr>
      <w:r>
        <w:t>تو جب ان کی موت ہوئی تو ٹائمز آف انڈیا میں ایک ٹوئٹل چھپا تھا اس کیپشن کے ساتھ کہ: "پاکستان ود آؤٹ ضیاء"۔</w:t>
      </w:r>
    </w:p>
    <w:p>
      <w:r>
        <w:rPr>
          <w:b/>
        </w:rPr>
        <w:t xml:space="preserve">[07:37] </w:t>
      </w:r>
      <w:r>
        <w:t>to mein ne ek article likha tha isi zamane mein ke: "zia without pakistan".</w:t>
      </w:r>
    </w:p>
    <w:p>
      <w:pPr>
        <w:jc w:val="right"/>
      </w:pPr>
      <w:r>
        <w:t>تو میں نے ایک آرٹیکل لکھا تھا اسی زمانے میں کہ: "ضیاء ود آؤٹ پاکستان"۔</w:t>
      </w:r>
    </w:p>
    <w:p>
      <w:r>
        <w:rPr>
          <w:b/>
        </w:rPr>
        <w:t xml:space="preserve">[07:46] </w:t>
      </w:r>
      <w:r>
        <w:t>ziya out Pakistan, yani woh Pakistan jis ke bal par un ke woh sadar bane hue the, woh un se chhoot gaya.</w:t>
      </w:r>
    </w:p>
    <w:p>
      <w:pPr>
        <w:jc w:val="right"/>
      </w:pPr>
      <w:r>
        <w:t>ضیاء ود آؤٹ پاکستان، یعنی وہ پاکستان جس کے بل پر ان کے وہ صدر بنے ہوئے تھے، وہ ان سے چھوٹ گیا۔</w:t>
      </w:r>
    </w:p>
    <w:p>
      <w:r>
        <w:rPr>
          <w:b/>
        </w:rPr>
        <w:t xml:space="preserve">[07:57] </w:t>
      </w:r>
      <w:r>
        <w:t>Now ziya is without Pakistan. hum mein se har shakhs ka ek</w:t>
      </w:r>
    </w:p>
    <w:p>
      <w:pPr>
        <w:jc w:val="right"/>
      </w:pPr>
      <w:r>
        <w:t>Now ضیاء is without پاکستان۔ ہم میں سے ہر شخص کا ایک</w:t>
      </w:r>
    </w:p>
    <w:p>
      <w:r>
        <w:rPr>
          <w:b/>
        </w:rPr>
        <w:t xml:space="preserve">[08:07] </w:t>
      </w:r>
      <w:r>
        <w:t>har shakhs kisi cheez ka malik hai, uska ghar hai, uski aulad hai, uska karobar hai, uska job hai.</w:t>
      </w:r>
    </w:p>
    <w:p>
      <w:pPr>
        <w:jc w:val="right"/>
      </w:pPr>
      <w:r>
        <w:t>ہر شخص کسی چیز کا مالک ہے، اس کا گھر ہے، اس کی اولاد ہے، اس کا کاروبار ہے، اس کا جاب ہے۔</w:t>
      </w:r>
    </w:p>
    <w:p>
      <w:r>
        <w:rPr>
          <w:b/>
        </w:rPr>
        <w:t xml:space="preserve">[08:17] </w:t>
      </w:r>
      <w:r>
        <w:t>har aadmi ka apna ek establishment hai, chhota ho ya bada ho. har aadmi ka apna ek establishment hai. is establishment se usko hata liya jata hai,</w:t>
      </w:r>
    </w:p>
    <w:p>
      <w:pPr>
        <w:jc w:val="right"/>
      </w:pPr>
      <w:r>
        <w:t>ہر آدمی کا اپنا ایک اسٹیبلشمنٹ ہے، چھوٹا ہو یا بڑا ہو۔ ہر آدمی کا اپنا ایک اسٹیبلشمنٹ ہے۔ اس اسٹیبلشمنٹ سے اس کو ہٹا لیا جاتا ہے،</w:t>
      </w:r>
    </w:p>
    <w:p>
      <w:r>
        <w:rPr>
          <w:b/>
        </w:rPr>
        <w:t xml:space="preserve">[08:31] </w:t>
      </w:r>
      <w:r>
        <w:t>aur phir akela ho jata hai. Quran mein hai ke maut ke baad jab pahunchega aadmi akhirat mein, sochega ke: "maine to mawaqe ko miss kiya".</w:t>
      </w:r>
    </w:p>
    <w:p>
      <w:pPr>
        <w:jc w:val="right"/>
      </w:pPr>
      <w:r>
        <w:t>اور پھر اکیلا ہو جاتا ہے۔ قرآن میں ہے کہ موت کے بعد جب پہنچے گا آدمی آخرت میں، سوچے گا کہ: "میں نے تو مواقع کو مس کیا"۔</w:t>
      </w:r>
    </w:p>
    <w:p>
      <w:r>
        <w:rPr>
          <w:b/>
        </w:rPr>
        <w:t xml:space="preserve">[08:49] </w:t>
      </w:r>
      <w:r>
        <w:t>Mine was a case of missed opportunities. Khuda ne jo mujhe mauqa diya tha is duniya mein, usko main istemal nahi kar saka, aur phir dobara akhirat mein mujhe aana pada.</w:t>
      </w:r>
    </w:p>
    <w:p>
      <w:pPr>
        <w:jc w:val="right"/>
      </w:pPr>
      <w:r>
        <w:t>Mine was a case of missed opportunities۔ خدا نے جو مجھے موقع دیا تھا اس دنیا میں، اس کو میں استعمال نہیں کر سکا، اور پھر دوبارہ آخرت میں مجھے آنا پڑا۔</w:t>
      </w:r>
    </w:p>
    <w:p>
      <w:r>
        <w:rPr>
          <w:b/>
        </w:rPr>
        <w:t xml:space="preserve">[09:03] </w:t>
      </w:r>
      <w:r>
        <w:t>to woh chahega ke phir se mujhe bheja jaye duniya mein ke main wahan par kaam karoon. to phir laut nahi sakega.</w:t>
      </w:r>
    </w:p>
    <w:p>
      <w:pPr>
        <w:jc w:val="right"/>
      </w:pPr>
      <w:r>
        <w:t>تو وہ چاہے گا کہ پھر سے مجھے بھیجا جائے دنیا میں کہ میں وہاں پر کام کروں۔ تو پھر لوٹ نہیں سکے گا۔</w:t>
      </w:r>
    </w:p>
    <w:p>
      <w:r>
        <w:rPr>
          <w:b/>
        </w:rPr>
        <w:t xml:space="preserve">[09:13] </w:t>
      </w:r>
      <w:r>
        <w:t>nahi. hayat un yaud. ke woh wapas nahi ja sakega. wapas nahi ja sakega. yeh bohat zyada sochne ki baat hai.</w:t>
      </w:r>
    </w:p>
    <w:p>
      <w:pPr>
        <w:jc w:val="right"/>
      </w:pPr>
      <w:r>
        <w:t>نہیں۔ حیات ان یعود۔ کہ وہ واپس نہیں جا سکے گا۔ واپس نہیں جا سکے گا۔ یہ بہت زیادہ سوچنے کی بات ہے۔</w:t>
      </w:r>
    </w:p>
    <w:p>
      <w:r>
        <w:rPr>
          <w:b/>
        </w:rPr>
        <w:t xml:space="preserve">[09:26] </w:t>
      </w:r>
      <w:r>
        <w:t>yeh jab maine padha to mujhe yaad aaya ek kitab mein maine padha tha ke insaan kyun marta hai, aaj tak iska kuch jaan nahi saka.</w:t>
      </w:r>
    </w:p>
    <w:p>
      <w:pPr>
        <w:jc w:val="right"/>
      </w:pPr>
      <w:r>
        <w:t>یہ جب میں نے پڑھا تو مجھے یاد آیا ایک کتاب میں میں نے پڑھا تھا کہ انسان کیوں مرتا ہے، آج تک اس کا کچھ جان نہیں سکا۔</w:t>
      </w:r>
    </w:p>
    <w:p>
      <w:r>
        <w:rPr>
          <w:b/>
        </w:rPr>
        <w:t xml:space="preserve">[09:41] </w:t>
      </w:r>
      <w:r>
        <w:t>koi ilm jaan nahi saka isko. hum wazahat nahi kar sakte ke insaan kyun marta hai. is liye ke</w:t>
      </w:r>
    </w:p>
    <w:p>
      <w:pPr>
        <w:jc w:val="right"/>
      </w:pPr>
      <w:r>
        <w:t>کوئی علم جان نہیں سکا اس کو۔ ہم وضاحت نہیں کر سکتے کہ انسان کیوں مرتا ہے۔ اس لیے کہ</w:t>
      </w:r>
    </w:p>
    <w:p>
      <w:r>
        <w:rPr>
          <w:b/>
        </w:rPr>
        <w:t xml:space="preserve">[09:54] </w:t>
      </w:r>
      <w:r>
        <w:t>agar aap yeh kahein ke is liye marta hai ke degeneration hota hai living cells ka, to degeneration hote hote, decay hote hote aadmi mar jata hai.</w:t>
      </w:r>
    </w:p>
    <w:p>
      <w:pPr>
        <w:jc w:val="right"/>
      </w:pPr>
      <w:r>
        <w:t>اگر آپ یہ کہیں کہ اس لیے مرتا ہے کہ ڈی جنریشن ہوتا ہے لیونگ سیلز کا، تو ڈی جنریشن ہوتے ہوتے، ڈکے ہوتے ہوتے آدمی مر جاتا ہے۔</w:t>
      </w:r>
    </w:p>
    <w:p>
      <w:r>
        <w:rPr>
          <w:b/>
        </w:rPr>
        <w:t xml:space="preserve">[10:07] </w:t>
      </w:r>
      <w:r>
        <w:t>lekin yeh wazahat sahi nahi. is liye ke degeneration jo hota hai cells ka, to replacement hota rehta hai barabar.</w:t>
      </w:r>
    </w:p>
    <w:p>
      <w:pPr>
        <w:jc w:val="right"/>
      </w:pPr>
      <w:r>
        <w:t>لیکن یہ وضاحت صحیح نہیں۔ اس لیے کہ ڈی جنریشن جو ہوتا ہے سیلز کا، تو ریپلیسمنٹ ہوتا رہتا ہے برابر۔</w:t>
      </w:r>
    </w:p>
    <w:p>
      <w:r>
        <w:rPr>
          <w:b/>
        </w:rPr>
        <w:t xml:space="preserve">[10:18] </w:t>
      </w:r>
      <w:r>
        <w:t>har din replacement hota rehta hai jo hum khana khate hain us ke zariye. to us ne kaha tha ke insaan ka jo yeh body hai, bilkul ek darya hai.</w:t>
      </w:r>
    </w:p>
    <w:p>
      <w:pPr>
        <w:jc w:val="right"/>
      </w:pPr>
      <w:r>
        <w:t>ہر دن ریپلیسمنٹ ہوتا رہتا ہے جو ہم کھانا کھاتے ہیں اس کے ذریعے۔ تو اس نے کہا تھا کہ انسان کا جو یہ باڈی ہے، بالکل ایک دریا ہے۔</w:t>
      </w:r>
    </w:p>
    <w:p>
      <w:r>
        <w:rPr>
          <w:b/>
        </w:rPr>
        <w:t xml:space="preserve">[10:33] </w:t>
      </w:r>
      <w:r>
        <w:t>darya mein aap jante hain ke pani beh raha hai, beh raha hai. to koi pani wahan tak der tak theherta nahi. pahad se chashme aate hain, woh barabar aa rahe hain ja rahe hain aa rahe hain ja rahe hain.</w:t>
      </w:r>
    </w:p>
    <w:p>
      <w:pPr>
        <w:jc w:val="right"/>
      </w:pPr>
      <w:r>
        <w:t>دریا میں آپ جانتے ہیں کہ پانی بہہ رہا ہے، بہہ رہا ہے۔ تو کوئی پانی وہاں تک دیر تک ٹھہرتا نہیں۔ پہاڑ سے چشمے آتے ہیں، وہ برابر آ رہے ہیں جا رہے ہیں آ رہے ہیں جا رہے ہیں۔</w:t>
      </w:r>
    </w:p>
    <w:p>
      <w:r>
        <w:rPr>
          <w:b/>
        </w:rPr>
        <w:t xml:space="preserve">[10:49] </w:t>
      </w:r>
      <w:r>
        <w:t>to body bilkul ek darya hai. yani living cells ka ek bahao hai. decay ho raha hai, degeneration ho raha hai, lekin us ki jagah doosre cells aaye chale ja rahe hain.</w:t>
      </w:r>
    </w:p>
    <w:p>
      <w:pPr>
        <w:jc w:val="right"/>
      </w:pPr>
      <w:r>
        <w:t>تو باڈی بالکل ایک دریا ہے۔ یعنی لیونگ سیلز کا ایک بہاؤ ہے۔ ڈکے ہو رہا ہے، ڈی جنریشن ہو رہا ہے، لیکن اس کی جگہ دوسرے سیلز آئے چلے جا رہے ہیں۔</w:t>
      </w:r>
    </w:p>
    <w:p>
      <w:r>
        <w:rPr>
          <w:b/>
        </w:rPr>
        <w:t xml:space="preserve">[11:06] </w:t>
      </w:r>
      <w:r>
        <w:t>to zahir hai ke darya ki koi maut nahi. darya to badhta hi nahi. insaan kyun mar jata hai? is mein likha tha ke kachhua jo hai, kachhua paanch sau saal tak jeeta hai.</w:t>
      </w:r>
    </w:p>
    <w:p>
      <w:pPr>
        <w:jc w:val="right"/>
      </w:pPr>
      <w:r>
        <w:t>تو ظاہر ہے کہ دریا کی کوئی موت نہیں۔ دریا تو بڑھتا ہی نہیں۔ انسان کیوں مر جاتا ہے؟ اس میں لکھا تھا کہ کچھوا جو ہے، کچھوا پانچ سو سال تک جیتا ہے۔</w:t>
      </w:r>
    </w:p>
    <w:p>
      <w:r>
        <w:rPr>
          <w:b/>
        </w:rPr>
        <w:t xml:space="preserve">[11:19] </w:t>
      </w:r>
      <w:r>
        <w:t>bhai insaan to kabhi koi paanch sau saal tak nahi jeeta. bargad ka drakht hazar saal tak khada rehta hai.</w:t>
      </w:r>
    </w:p>
    <w:p>
      <w:pPr>
        <w:jc w:val="right"/>
      </w:pPr>
      <w:r>
        <w:t>بھئی انسان تو کبھی کوئی پانچ سو سال تک نہیں جیتا۔ برگد کا درخت ہزار سال تک کھڑا رہتا ہے۔</w:t>
      </w:r>
    </w:p>
    <w:p>
      <w:r>
        <w:rPr>
          <w:b/>
        </w:rPr>
        <w:t xml:space="preserve">[11:30] </w:t>
      </w:r>
      <w:r>
        <w:t>main gaya India mein ek jagah, Andhra Pradesh mein, wahan ek bargad tha. bataya gaya ke hazar saal se yeh hai.</w:t>
      </w:r>
    </w:p>
    <w:p>
      <w:pPr>
        <w:jc w:val="right"/>
      </w:pPr>
      <w:r>
        <w:t>میں گیا انڈیا میں ایک جگہ، آندھرا پردیش میں، وہاں ایک برگد تھا۔ بتایا گیا کہ ہزار سال سے یہ ہے۔</w:t>
      </w:r>
    </w:p>
    <w:p>
      <w:r>
        <w:rPr>
          <w:b/>
        </w:rPr>
        <w:t xml:space="preserve">[11:42] </w:t>
      </w:r>
      <w:r>
        <w:t>bohat hi bada tha. to kachhue ke upar insaan se zyada, bargad ke upar insaan se zyada, darya ke upar insaan se zyada.</w:t>
      </w:r>
    </w:p>
    <w:p>
      <w:pPr>
        <w:jc w:val="right"/>
      </w:pPr>
      <w:r>
        <w:t>بہت ہی بڑا تھا۔ تو کچھوے کے اوپر انسان سے زیادہ، برگد کے اوپر انسان سے زیادہ، دریا کے اوپر انسان سے زیادہ۔</w:t>
      </w:r>
    </w:p>
    <w:p>
      <w:r>
        <w:rPr>
          <w:b/>
        </w:rPr>
        <w:t xml:space="preserve">[11:53] </w:t>
      </w:r>
      <w:r>
        <w:t>to insaan kyun marta hai? to yeh giraftar hota hai, marta nahi, giraftar hota hai woh. main samajhta hoon ke bohat hi sahi hai yeh ke: "man arrives, arrested, deported".</w:t>
      </w:r>
    </w:p>
    <w:p>
      <w:pPr>
        <w:jc w:val="right"/>
      </w:pPr>
      <w:r>
        <w:t>تو انسان کیوں مرتا ہے؟ تو یہ گرفتار ہوتا ہے، مرتا نہیں، گرفتار ہوتا ہے وہ۔ میں سمجھتا ہوں کہ بہت ہی صحیح ہے یہ کہ: "man arrives, arrested, deported"۔</w:t>
      </w:r>
    </w:p>
    <w:p>
      <w:r>
        <w:rPr>
          <w:b/>
        </w:rPr>
        <w:t xml:space="preserve">[12:08] </w:t>
      </w:r>
      <w:r>
        <w:t>maut jo hai woh giraftar hona hai, giraftari hai woh. yani farishte hamari giraftari karte hain. agar giraftari na ho to hum jeete rahein, jeete rahein, jeete rahein.</w:t>
      </w:r>
    </w:p>
    <w:p>
      <w:pPr>
        <w:jc w:val="right"/>
      </w:pPr>
      <w:r>
        <w:t>موت جو ہے وہ گرفتار ہونا ہے، گرفتاری ہے وہ۔ یعنی فرشتے ہماری گرفتاری کرتے ہیں۔ اگر گرفتاری نہ ہو تو ہم جیتے رہیں، جیتے رہیں، جیتے رہیں۔</w:t>
      </w:r>
    </w:p>
    <w:p>
      <w:r>
        <w:rPr>
          <w:b/>
        </w:rPr>
        <w:t xml:space="preserve">[12:21] </w:t>
      </w:r>
      <w:r>
        <w:t>to yeh bohat zyada sochne ki baat hai. kyun? is liye ke Quran ke mutabiq is duniya mein to hum ko azadi hai, lekin maut ke baad jis duniya mein hamein jana hai,</w:t>
      </w:r>
    </w:p>
    <w:p>
      <w:pPr>
        <w:jc w:val="right"/>
      </w:pPr>
      <w:r>
        <w:t>تو یہ بہت زیادہ سوچنے کی بات ہے۔ کیوں؟ اس لیے کہ قرآن کے مطابق اس دنیا میں تو ہم کو آزادی ہے، لیکن موت کے بعد جس دنیا میں ہمیں جانا ہے،</w:t>
      </w:r>
    </w:p>
    <w:p>
      <w:r>
        <w:rPr>
          <w:b/>
        </w:rPr>
        <w:t xml:space="preserve">[12:39] </w:t>
      </w:r>
      <w:r>
        <w:t>wahan yeh cheez nahi mili hogi. abhi hum ko itne saman mile hue hain, yeh sab saman maut ke aate hi chhin jate hain.</w:t>
      </w:r>
    </w:p>
    <w:p>
      <w:pPr>
        <w:jc w:val="right"/>
      </w:pPr>
      <w:r>
        <w:t>وہاں یہ چیز نہیں ملی ہوگی۔ ابھی ہم کو اتنے سامان ملے ہوئے ہیں، یہ سب سامان موت کے آتے ہی چھن جاتے ہیں۔</w:t>
      </w:r>
    </w:p>
    <w:p>
      <w:r>
        <w:rPr>
          <w:b/>
        </w:rPr>
        <w:t xml:space="preserve">[12:49] </w:t>
      </w:r>
      <w:r>
        <w:t>kyun? yeh saman hum ko inaam ke taur par nahi mile hain. hamare tankhwahon ke taur par nahi mile hain.</w:t>
      </w:r>
    </w:p>
    <w:p>
      <w:pPr>
        <w:jc w:val="right"/>
      </w:pPr>
      <w:r>
        <w:t>کیوں؟ یہ سامان ہم کو انعام کے طور پر نہیں ملے ہیں۔ ہمارے تنخواہوں کے طور پر نہیں ملے ہیں۔</w:t>
      </w:r>
    </w:p>
    <w:p>
      <w:r>
        <w:rPr>
          <w:b/>
        </w:rPr>
        <w:t xml:space="preserve">[12:59] </w:t>
      </w:r>
      <w:r>
        <w:t>yeh mile hain test papers ke taur par. test papers. koi bhi cheez chahe siyasi taqat ho, ya shohrat ho, ya paisa ho, property ho, aulad ho.</w:t>
      </w:r>
    </w:p>
    <w:p>
      <w:pPr>
        <w:jc w:val="right"/>
      </w:pPr>
      <w:r>
        <w:t>یہ ملے ہیں ٹیسٹ پیپرز کے طور پر۔ ٹیسٹ پیپرز۔ کوئی بھی چیز چاہے سیاسی طاقت ہو، یا شہرت ہو، یا پیسہ ہو، پراپرٹی ہو، اولاد ہو۔</w:t>
      </w:r>
    </w:p>
    <w:p>
      <w:r>
        <w:rPr>
          <w:b/>
        </w:rPr>
        <w:t xml:space="preserve">[13:16] </w:t>
      </w:r>
      <w:r>
        <w:t>quran mein bataya gaya hai ke har cheez jo hai woh test papers hain. to jaise aap jante hain ke ek talib-e-ilm aaya examination hall mein, us ko paper diya gaya,</w:t>
      </w:r>
    </w:p>
    <w:p>
      <w:pPr>
        <w:jc w:val="right"/>
      </w:pPr>
      <w:r>
        <w:t>قرآن میں بتایا گیا ہے کہ ہر چیز جو ہے وہ ٹیسٹ پیپرز ہے۔ تو جیسے آپ جانتے ہیں کہ ایک طالب علم آیا ایگزامینیشن ہال میں، اس کو پیپر دیا گیا،</w:t>
      </w:r>
    </w:p>
    <w:p>
      <w:r>
        <w:rPr>
          <w:b/>
        </w:rPr>
        <w:t xml:space="preserve">[13:30] </w:t>
      </w:r>
      <w:r>
        <w:t>aur kuch cheezein di gaein. aur jaise hi waqt khatam hua, sab cheezein us se chheen li jati hain. us ko wahan se jana parta hai.</w:t>
      </w:r>
    </w:p>
    <w:p>
      <w:pPr>
        <w:jc w:val="right"/>
      </w:pPr>
      <w:r>
        <w:t>اور کچھ چیزیں دی گئیں۔ اور جیسے ہی وقت ختم ہوا، سب چیزیں اس سے چھین لی جاتی ہیں۔ اس کو وہاں سے جانا پڑتا ہے۔</w:t>
      </w:r>
    </w:p>
    <w:p>
      <w:r>
        <w:rPr>
          <w:b/>
        </w:rPr>
        <w:t xml:space="preserve">[13:42] </w:t>
      </w:r>
      <w:r>
        <w:t>to yeh testing period ki qeemat mein mila hai. testing period khatam to cheezein bhi hum se khatam.</w:t>
      </w:r>
    </w:p>
    <w:p>
      <w:pPr>
        <w:jc w:val="right"/>
      </w:pPr>
      <w:r>
        <w:t>تو یہ ٹیسٹنگ پیریڈ کی قیمت میں ملا ہے۔ ٹیسٹنگ پیریڈ ختم تو چیزیں بھی ہم سے ختم۔</w:t>
      </w:r>
    </w:p>
    <w:p>
      <w:r>
        <w:rPr>
          <w:b/>
        </w:rPr>
        <w:t xml:space="preserve">[13:54] </w:t>
      </w:r>
      <w:r>
        <w:t>maut jo hai woh testing period ka khatma hai.</w:t>
      </w:r>
    </w:p>
    <w:p>
      <w:pPr>
        <w:jc w:val="right"/>
      </w:pPr>
      <w:r>
        <w:t>موت جو ہے وہ ٹیسٹنگ پیریڈ کا خاتمہ ہے۔</w:t>
      </w:r>
    </w:p>
    <w:p>
      <w:r>
        <w:rPr>
          <w:b/>
        </w:rPr>
        <w:t xml:space="preserve">[14:00] </w:t>
      </w:r>
      <w:r>
        <w:t>testing period ke liye jis tarah se ek talib-e-ilm ko kuch saman diye jate hain, kuch saman diye jate hain, woh saman jo hain sirf testing period hi ke liye hote hain.</w:t>
      </w:r>
    </w:p>
    <w:p>
      <w:pPr>
        <w:jc w:val="right"/>
      </w:pPr>
      <w:r>
        <w:t>ٹیسٹنگ پیریڈ کے لیے جس طرح سے ایک طالب علم کو کچھ سامان دیے جاتے ہیں، کچھ سامان دیے جاتے ہیں، وہ سامان جو ہیں صرف ٹیسٹنگ پیریڈ ہی کے لیے ہوتے ہیں۔</w:t>
      </w:r>
    </w:p>
    <w:p>
      <w:r>
        <w:rPr>
          <w:b/>
        </w:rPr>
        <w:t xml:space="preserve">[14:15] </w:t>
      </w:r>
      <w:r>
        <w:t>testing period khatam to talib-e-ilm ko chhodna parta hai.</w:t>
      </w:r>
    </w:p>
    <w:p>
      <w:pPr>
        <w:jc w:val="right"/>
      </w:pPr>
      <w:r>
        <w:t>ٹیسٹنگ پیریڈ ختم تو طالب علم کو چھوڑنا پڑتا ہے۔</w:t>
      </w:r>
    </w:p>
    <w:p>
      <w:r>
        <w:rPr>
          <w:b/>
        </w:rPr>
        <w:t xml:space="preserve">[14:23] </w:t>
      </w:r>
      <w:r>
        <w:t>yeh bohat bari baat hai jo har aadmi ko yaad rakhna chahiye. bohat hi bari baat.</w:t>
      </w:r>
    </w:p>
    <w:p>
      <w:pPr>
        <w:jc w:val="right"/>
      </w:pPr>
      <w:r>
        <w:t>یہ بہت بڑی بات ہے جو ہر آدمی کو یاد رکھنا چاہیے۔ بہت ہی بڑی بات۔</w:t>
      </w:r>
    </w:p>
    <w:p>
      <w:r>
        <w:rPr>
          <w:b/>
        </w:rPr>
        <w:t xml:space="preserve">[14:39] </w:t>
      </w:r>
      <w:r>
        <w:t>yani yeh hamara hadith mein aaya hai ke aadmi kehta hai ke: "mali mali, mera maal mera maal". hadith mein aaya hai ke aadmi kehta hai ke: "mali mali, mera maal mera maal".</w:t>
      </w:r>
    </w:p>
    <w:p>
      <w:pPr>
        <w:jc w:val="right"/>
      </w:pPr>
      <w:r>
        <w:t>یعنی یہ ہمارا حدیث میں آیا ہے کہ آدمی کہتا ہے کہ: "مالی مالی، میرا مال میرا مال"۔ حدیث میں آیا ہے کہ آدمی کہتا ہے کہ: "مالی مالی، میرا مال میرا مال"۔</w:t>
      </w:r>
    </w:p>
    <w:p>
      <w:r>
        <w:rPr>
          <w:b/>
        </w:rPr>
        <w:t xml:space="preserve">[14:53] </w:t>
      </w:r>
      <w:r>
        <w:t>bhai mera maal kahan hai? woh to test paper hai. aadmi kehta hai ke: "mera ghar, mera ghar mera maal, mere bachche, meri post, mera karobar".</w:t>
      </w:r>
    </w:p>
    <w:p>
      <w:pPr>
        <w:jc w:val="right"/>
      </w:pPr>
      <w:r>
        <w:t>بھئی میرا مال کہاں ہے؟ وہ تو ٹیسٹ پیپر ہے۔ آدمی کہتا ہے کہ: "میرا گھر، میرا گھر میرا مال، میرے بچے، میری پوسٹ، میرا کاروبار"۔</w:t>
      </w:r>
    </w:p>
    <w:p>
      <w:r>
        <w:rPr>
          <w:b/>
        </w:rPr>
        <w:t xml:space="preserve">[15:10] </w:t>
      </w:r>
      <w:r>
        <w:t>to hadith mein aaya hai ke woh mera kahan hai? woh to Khuda ka hai. Khuda ka hai. diya gaya hai sirf test ke liye.</w:t>
      </w:r>
    </w:p>
    <w:p>
      <w:pPr>
        <w:jc w:val="right"/>
      </w:pPr>
      <w:r>
        <w:t>تو حدیث میں آیا ہے کہ وہ میرا کہاں ہے؟ وہ تو خدا کا ہے۔ خدا کا ہے۔ دیا گیا ہے صرف ٹیسٹ کے لیے۔</w:t>
      </w:r>
    </w:p>
    <w:p>
      <w:r>
        <w:rPr>
          <w:b/>
        </w:rPr>
        <w:t xml:space="preserve">[15:22] </w:t>
      </w:r>
      <w:r>
        <w:t>hum us ke malik nahin hain. hum ko woh to inaam nahin mila hai. hamara koi haq nahin hai. main yeh pani pi raha hoon to yeh mera haq nahin hai.</w:t>
      </w:r>
    </w:p>
    <w:p>
      <w:pPr>
        <w:jc w:val="right"/>
      </w:pPr>
      <w:r>
        <w:t>ہم اس کے مالک نہیں ہیں۔ ہم کو وہ تو انعام نہیں ملا ہے۔ ہمارا کوئی حق نہیں ہے۔ میں یہ پانی پی رہا ہوں تو یہ میرا حق نہیں ہے۔</w:t>
      </w:r>
    </w:p>
    <w:p>
      <w:r>
        <w:rPr>
          <w:b/>
        </w:rPr>
        <w:t xml:space="preserve">[15:38] </w:t>
      </w:r>
      <w:r>
        <w:t>hazrat Umar ne kaha ke: "tum ek glass pani lo, uthao, utha kar apne honth tak le jao, us ko pi lo".</w:t>
      </w:r>
    </w:p>
    <w:p>
      <w:pPr>
        <w:jc w:val="right"/>
      </w:pPr>
      <w:r>
        <w:t>حضرت عمر نے کہا کہ: "تم ایک گلاس پانی لو، اٹھاؤ، اٹھا کر اپنے ہونٹ تک لے جاؤ، اس کو پی لو"۔</w:t>
      </w:r>
    </w:p>
    <w:p>
      <w:r>
        <w:rPr>
          <w:b/>
        </w:rPr>
        <w:t xml:space="preserve">[15:47] </w:t>
      </w:r>
      <w:r>
        <w:t>to yeh Khuda ki barkat se hua. tumhara haq nahin tha. tum apne us hath se glass ko pakad nahin sakte the.</w:t>
      </w:r>
    </w:p>
    <w:p>
      <w:pPr>
        <w:jc w:val="right"/>
      </w:pPr>
      <w:r>
        <w:t>تو یہ خدا کی برکت سے ہوا۔ تمہارا حق نہیں تھا۔ تم اپنے اس ہاتھ سے گلاس کو پکڑ نہیں سکتے تھے۔</w:t>
      </w:r>
    </w:p>
    <w:p>
      <w:r>
        <w:rPr>
          <w:b/>
        </w:rPr>
        <w:t xml:space="preserve">[15:59] </w:t>
      </w:r>
      <w:r>
        <w:t>hamare ek saathi the Hyderabad mein, un ka intiqal ho gaya kai saal pehle. hamare is mission mein saathi the woh.</w:t>
      </w:r>
    </w:p>
    <w:p>
      <w:pPr>
        <w:jc w:val="right"/>
      </w:pPr>
      <w:r>
        <w:t>ہمارے ایک ساتھی تھے حیدرآباد میں، ان کا انتقال ہو گیا کئی سال پہلے۔ ہمارے اس مشن میں ساتھی تھے وہ۔</w:t>
      </w:r>
    </w:p>
    <w:p>
      <w:r>
        <w:rPr>
          <w:b/>
        </w:rPr>
        <w:t xml:space="preserve">[16:10] </w:t>
      </w:r>
      <w:r>
        <w:t>to unhone ghar mein bachchon se kaha ke chai, chai ke liye kaha. chai bana kar layi gayi un ke liye.</w:t>
      </w:r>
    </w:p>
    <w:p>
      <w:pPr>
        <w:jc w:val="right"/>
      </w:pPr>
      <w:r>
        <w:t>تو انہوں نے گھر میں بچوں سے کہا کہ چائے، چائے کے لیے کہا۔ چائے بنا کر لائی گئی ان کے لیے۔</w:t>
      </w:r>
    </w:p>
    <w:p>
      <w:r>
        <w:rPr>
          <w:b/>
        </w:rPr>
        <w:t xml:space="preserve">[16:21] </w:t>
      </w:r>
      <w:r>
        <w:t>aise kursi par baithe hue the aur chai apne hath mein liya, achaanak kursi par se gir pade. dil band ho gaya.</w:t>
      </w:r>
    </w:p>
    <w:p>
      <w:pPr>
        <w:jc w:val="right"/>
      </w:pPr>
      <w:r>
        <w:t>ایسے کرسی پر بیٹھے ہوئے تھے اور چائے اپنے ہاتھ میں لیا، اچانک کرسی پر سے گر پڑے۔ دل بند ہو گیا۔</w:t>
      </w:r>
    </w:p>
    <w:p>
      <w:r>
        <w:rPr>
          <w:b/>
        </w:rPr>
        <w:t xml:space="preserve">[16:30] </w:t>
      </w:r>
      <w:r>
        <w:t>yani is chai ke pyale ko woh pi nahin sake. piye baghair khatam ho gae. to Hazrat Umar ne kaha ke: "yeh bhi samjho ke Khuda ki barkat se yeh baat hoti hai ke tum pani ka ek pyala uthao aur us ko piyo".</w:t>
      </w:r>
    </w:p>
    <w:p>
      <w:pPr>
        <w:jc w:val="right"/>
      </w:pPr>
      <w:r>
        <w:t>یعنی اس چائے کے پیالے کو وہ پی نہیں سکے۔ پیئے بغیر ختم ہو گئے۔ تو حضرت عمر نے کہا کہ: "یہ بھی سمجھو کہ خدا کی برکت سے یہ بات ہوتی ہے کہ تم پانی کا ایک پیالہ اٹھاؤ اور اس کو پیو"۔</w:t>
      </w:r>
    </w:p>
    <w:p>
      <w:r>
        <w:rPr>
          <w:b/>
        </w:rPr>
        <w:t xml:space="preserve">[16:47] </w:t>
      </w:r>
      <w:r>
        <w:t>yeh sab Khuda ki barkat se hua.</w:t>
      </w:r>
    </w:p>
    <w:p>
      <w:pPr>
        <w:jc w:val="right"/>
      </w:pPr>
      <w:r>
        <w:t>یہ سب خدا کی برکت سے ہوا۔</w:t>
      </w:r>
    </w:p>
    <w:p>
      <w:r>
        <w:rPr>
          <w:b/>
        </w:rPr>
        <w:t xml:space="preserve">[16:53] </w:t>
      </w:r>
      <w:r>
        <w:t>har cheez ka muamla yahi hai ke kisi bhi cheez par hamara ikhtiyar nahin hai, hamara haq nahin hai. kisi cheez ke hum malik nahin hain.</w:t>
      </w:r>
    </w:p>
    <w:p>
      <w:pPr>
        <w:jc w:val="right"/>
      </w:pPr>
      <w:r>
        <w:t>ہر چیز کا معاملہ یہی ہے کہ کسی بھی چیز پر ہمارا اختیار نہیں ہے، ہمارا حق نہیں ہے۔ کسی چیز کے ہم مالک نہیں ہیں۔</w:t>
      </w:r>
    </w:p>
    <w:p>
      <w:r>
        <w:rPr>
          <w:b/>
        </w:rPr>
        <w:t xml:space="preserve">[17:03] </w:t>
      </w:r>
      <w:r>
        <w:t>koi bhi cheez hum ko ba-taur inaam nahin mili hui hai. sab kuch test paper ke taur par mila hai.</w:t>
      </w:r>
    </w:p>
    <w:p>
      <w:pPr>
        <w:jc w:val="right"/>
      </w:pPr>
      <w:r>
        <w:t>کوئی بھی چیز ہم کو بطور انعام نہیں ملی ہوئی ہے۔ سب کچھ ٹیسٹ پیپر کے طور پر ملا ہے۔</w:t>
      </w:r>
    </w:p>
    <w:p>
      <w:r>
        <w:rPr>
          <w:b/>
        </w:rPr>
        <w:t xml:space="preserve">[17:11] </w:t>
      </w:r>
      <w:r>
        <w:t>aap jante hain ke test paper jo hai ek period ke liye hota hai, period ke liye. woh period khatam to bas hum se us se koi talluq nahin.</w:t>
      </w:r>
    </w:p>
    <w:p>
      <w:pPr>
        <w:jc w:val="right"/>
      </w:pPr>
      <w:r>
        <w:t>آپ جانتے ہیں کہ ٹیسٹ پیپر جو ہے ایک پیریڈ کے لیے ہوتا ہے، پیریڈ کے لیے۔ وہ پیریڈ ختم تو بس ہم سے اس سے کوئی تعلق نہیں۔</w:t>
      </w:r>
    </w:p>
    <w:p>
      <w:r>
        <w:rPr>
          <w:b/>
        </w:rPr>
        <w:t xml:space="preserve">[17:22] </w:t>
      </w:r>
      <w:r>
        <w:t>hum alag, woh alag. to yeh bilkul giraftaar wali baat yahan bilkul sahi hoti hai.</w:t>
      </w:r>
    </w:p>
    <w:p>
      <w:pPr>
        <w:jc w:val="right"/>
      </w:pPr>
      <w:r>
        <w:t>ہم الگ، وہ الگ۔ تو یہ بالکل گرفتار والی بات یہاں بالکل صحیح ہوتی ہے۔</w:t>
      </w:r>
    </w:p>
    <w:p>
      <w:r>
        <w:rPr>
          <w:b/>
        </w:rPr>
        <w:t xml:space="preserve">[17:33] </w:t>
      </w:r>
      <w:r>
        <w:t>ke har insaan giraftaar kiya jata hai. aur yeh Quran o hadith mein maujood hai ke farishte hote hain, maut ke farishte.</w:t>
      </w:r>
    </w:p>
    <w:p>
      <w:pPr>
        <w:jc w:val="right"/>
      </w:pPr>
      <w:r>
        <w:t>کہ ہر انسان گرفتار کیا جاتا ہے۔ اور یہ قرآن و حدیث میں موجود ہے کہ فرشتے ہوتے ہیں، موت کے فرشتے۔</w:t>
      </w:r>
    </w:p>
    <w:p>
      <w:r>
        <w:rPr>
          <w:b/>
        </w:rPr>
        <w:t xml:space="preserve">[17:45] </w:t>
      </w:r>
      <w:r>
        <w:t>woh sab ko jaise hi waqt poora hua,</w:t>
      </w:r>
    </w:p>
    <w:p>
      <w:pPr>
        <w:jc w:val="right"/>
      </w:pPr>
      <w:r>
        <w:t>وہ سب کو جیسے ہی وقت پورا ہوا،</w:t>
      </w:r>
    </w:p>
    <w:p>
      <w:r>
        <w:rPr>
          <w:b/>
        </w:rPr>
        <w:t xml:space="preserve">[17:51] </w:t>
      </w:r>
      <w:r>
        <w:t>us ko us ki rooh, us ko kehte hain qabz karna, rooh qabz kar li jati hai. to har aadmi ka likha hua hai Khuda ki kitab mein kab marna hai, kahan marna hai.</w:t>
      </w:r>
    </w:p>
    <w:p>
      <w:pPr>
        <w:jc w:val="right"/>
      </w:pPr>
      <w:r>
        <w:t>اس کو اس کی روح، اس کو کہتے ہیں قبض کرنا، روح قبض کر لی جاتی ہے۔ تو ہر آدمی کا لکھا ہوا ہے خدا کی کتاب میں کب مرنا ہے، کہاں مرنا ہے۔</w:t>
      </w:r>
    </w:p>
    <w:p>
      <w:r>
        <w:rPr>
          <w:b/>
        </w:rPr>
        <w:t xml:space="preserve">[18:08] </w:t>
      </w:r>
      <w:r>
        <w:t>aik qissa aata hai ke hazrat suleman aleh salam jo bohat bade badshah the, un ko yeh taqat thi ke woh</w:t>
      </w:r>
    </w:p>
    <w:p>
      <w:pPr>
        <w:jc w:val="right"/>
      </w:pPr>
      <w:r>
        <w:t>ایک قصہ آتا ہے کہ حضرت سلیمان علیہ السلام جو بہت بڑے بادشاہ تھے، ان کو یہ طاقت تھی کہ وہ</w:t>
      </w:r>
    </w:p>
    <w:p>
      <w:r>
        <w:rPr>
          <w:b/>
        </w:rPr>
        <w:t xml:space="preserve">[18:22] </w:t>
      </w:r>
      <w:r>
        <w:t>ur kar ke kahin pahunch saken.</w:t>
      </w:r>
    </w:p>
    <w:p>
      <w:pPr>
        <w:jc w:val="right"/>
      </w:pPr>
      <w:r>
        <w:t>اڑ کر کے کہیں پہنچ سکیں۔</w:t>
      </w:r>
    </w:p>
    <w:p>
      <w:r>
        <w:rPr>
          <w:b/>
        </w:rPr>
        <w:t xml:space="preserve">[18:27] </w:t>
      </w:r>
      <w:r>
        <w:t>hawai jahaz se pehle. to qissa aata hai ke aik aadmi hazrat suleman ke paas baitha hua tha.</w:t>
      </w:r>
    </w:p>
    <w:p>
      <w:pPr>
        <w:jc w:val="right"/>
      </w:pPr>
      <w:r>
        <w:t>ہوائی جہاز سے پہلے۔ تو قصہ آتا ہے کہ ایک آدمی حضرت سلیمان کے پاس بیٹھا ہوا تھا۔</w:t>
      </w:r>
    </w:p>
    <w:p>
      <w:r>
        <w:rPr>
          <w:b/>
        </w:rPr>
        <w:t xml:space="preserve">[18:40] </w:t>
      </w:r>
      <w:r>
        <w:t>to aik aadmi aik aur aaya hazrat suleman ke paas milne ke liye.</w:t>
      </w:r>
    </w:p>
    <w:p>
      <w:pPr>
        <w:jc w:val="right"/>
      </w:pPr>
      <w:r>
        <w:t>تو ایک آدمی ایک اور آیا حضرت سلیمان کے پاس ملنے کے لیے۔</w:t>
      </w:r>
    </w:p>
    <w:p>
      <w:r>
        <w:rPr>
          <w:b/>
        </w:rPr>
        <w:t xml:space="preserve">[18:46] </w:t>
      </w:r>
      <w:r>
        <w:t>to us aadmi ko bohat ghor se woh dekhne laga. bohat ghor se dekhne laga. to woh dar gaya woh aadmi.</w:t>
      </w:r>
    </w:p>
    <w:p>
      <w:pPr>
        <w:jc w:val="right"/>
      </w:pPr>
      <w:r>
        <w:t>تو اس آدمی کو بہت غور سے وہ دیکھنے لگا۔ بہت غور سے دیکھنے لگا۔ تو وہ ڈر گیا وہ آدمی۔</w:t>
      </w:r>
    </w:p>
    <w:p>
      <w:r>
        <w:rPr>
          <w:b/>
        </w:rPr>
        <w:t xml:space="preserve">[18:59] </w:t>
      </w:r>
      <w:r>
        <w:t>woh dar gaya. to us ne kaha ke: "main bohat dar raha hoon, mujhe aap falan jagah bhijwa dijiye". aik aur door ki aik jagah par.</w:t>
      </w:r>
    </w:p>
    <w:p>
      <w:pPr>
        <w:jc w:val="right"/>
      </w:pPr>
      <w:r>
        <w:t>وہ ڈر گیا۔ تو اس نے کہا کہ: "میں بہت ڈر رہا ہوں، مجھے آپ فلاں جگہ بھجوا دیجیے"۔ ایک اور دور کی ایک جگہ پر۔</w:t>
      </w:r>
    </w:p>
    <w:p>
      <w:r>
        <w:rPr>
          <w:b/>
        </w:rPr>
        <w:t xml:space="preserve">[19:09] </w:t>
      </w:r>
      <w:r>
        <w:t>to hazrat suleman ne hukum diya hawaon ko, aur hawa un ko le aa gayi, wahan pahuncha diya us ne. to qissa kya tha? woh jo aaya tha aane wala, woh maut ka farishta tha.</w:t>
      </w:r>
    </w:p>
    <w:p>
      <w:pPr>
        <w:jc w:val="right"/>
      </w:pPr>
      <w:r>
        <w:t>تو حضرت سلیمان نے حکم دیا ہواؤں کو، اور ہوا ان کو لے آ گئی، وہاں پہنچا دیا اس نے۔ تو قصہ کیا تھا؟ وہ جو آیا تھا آنے والا، وہ موت کا فرشتہ تھا۔</w:t>
      </w:r>
    </w:p>
    <w:p>
      <w:r>
        <w:rPr>
          <w:b/>
        </w:rPr>
        <w:t xml:space="preserve">[19:20] </w:t>
      </w:r>
      <w:r>
        <w:t>woh maut ka farishta tha woh. woh kyun dekh raha tha? us ne bataya hazrat suleman ko ke: "mujhe khuda ki taraf se hukum tha ke falan jagah main is ki rooh qabz karoon".</w:t>
      </w:r>
    </w:p>
    <w:p>
      <w:pPr>
        <w:jc w:val="right"/>
      </w:pPr>
      <w:r>
        <w:t>وہ موت کا فرشتہ تھا وہ۔ وہ کیوں دیکھ رہا تھا؟ اس نے بتایا حضرت سلیمان کو کہ: "مجھے خدا کی طرف سے حکم تھا کہ فلاں جگہ میں اس کی روح قبض کروں"۔</w:t>
      </w:r>
    </w:p>
    <w:p>
      <w:r>
        <w:rPr>
          <w:b/>
        </w:rPr>
        <w:t xml:space="preserve">[19:34] </w:t>
      </w:r>
      <w:r>
        <w:t>aur yeh to yahan baitha hua hai.</w:t>
      </w:r>
    </w:p>
    <w:p>
      <w:pPr>
        <w:jc w:val="right"/>
      </w:pPr>
      <w:r>
        <w:t>اور یہ تو یہاں بیٹھا ہوا ہے۔</w:t>
      </w:r>
    </w:p>
    <w:p>
      <w:r>
        <w:rPr>
          <w:b/>
        </w:rPr>
        <w:t xml:space="preserve">[19:38] </w:t>
      </w:r>
      <w:r>
        <w:t>yani mujhe hukum hai ke is ki rooh main qabz karoon falan jagah. aur yeh baitha hua hai yahan. to aap dekhiye ke isi waqt us ko wahan par pahuncha diya gaya.</w:t>
      </w:r>
    </w:p>
    <w:p>
      <w:pPr>
        <w:jc w:val="right"/>
      </w:pPr>
      <w:r>
        <w:t>یعنی مجھے حکم ہے کہ اس کی روح میں قبض کروں فلاں جگہ۔ اور یہ بیٹھا ہوا ہے یہاں۔ تو آپ دیکھیے کہ اسی وقت اس کو وہاں پر پہنچا دیا گیا۔</w:t>
      </w:r>
    </w:p>
    <w:p>
      <w:r>
        <w:rPr>
          <w:b/>
        </w:rPr>
        <w:t xml:space="preserve">[19:51] </w:t>
      </w:r>
      <w:r>
        <w:t>jahan is ki rooh qabz hona tha.</w:t>
      </w:r>
    </w:p>
    <w:p>
      <w:pPr>
        <w:jc w:val="right"/>
      </w:pPr>
      <w:r>
        <w:t>جہاں اس کی روح قبض ہونا تھا۔</w:t>
      </w:r>
    </w:p>
    <w:p>
      <w:r>
        <w:rPr>
          <w:b/>
        </w:rPr>
        <w:t xml:space="preserve">[19:56] </w:t>
      </w:r>
      <w:r>
        <w:t>to yeh giraftar hone ka maqam. maut ke mani kya hain? giraftar hona. bohat hi sahi main samajhta hoon ke izhaar yeh hai ke: "man arrives, arrested,</w:t>
      </w:r>
    </w:p>
    <w:p>
      <w:pPr>
        <w:jc w:val="right"/>
      </w:pPr>
      <w:r>
        <w:t>تو یہ گرفتار ہونے کا مقام۔ موت کے معنی کیا ہیں؟ گرفتار ہونا۔ بہت ہی صحیح میں سمجھتا ہوں کہ اظہار یہ ہے کہ: "man arrives, arrested,</w:t>
      </w:r>
    </w:p>
    <w:p>
      <w:r>
        <w:rPr>
          <w:b/>
        </w:rPr>
        <w:t xml:space="preserve">[20:10] </w:t>
      </w:r>
      <w:r>
        <w:t>deported". to maut ke farishte hain, yeh hamara aqeedah hai ke maut ke farishte hain.</w:t>
      </w:r>
    </w:p>
    <w:p>
      <w:pPr>
        <w:jc w:val="right"/>
      </w:pPr>
      <w:r>
        <w:t>deported"۔ تو موت کے فرشتے ہیں، یہ ہمارا عقیدہ ہے کہ موت کے فرشتے ہیں۔</w:t>
      </w:r>
    </w:p>
    <w:p>
      <w:r>
        <w:rPr>
          <w:b/>
        </w:rPr>
        <w:t xml:space="preserve">[20:21] </w:t>
      </w:r>
      <w:r>
        <w:t>to woh har aadmi ki rooh qabz karte hain. matlab body se rooh nikal lete hain. kyunke yeh body jo hai yeh asal insan nahi hai.</w:t>
      </w:r>
    </w:p>
    <w:p>
      <w:pPr>
        <w:jc w:val="right"/>
      </w:pPr>
      <w:r>
        <w:t>تو وہ ہر آدمی کی روح قبض کرتے ہیں۔ مطلب باڈی سے روح نکال لیتے ہیں۔ کیونکہ یہ باڈی جو ہے یہ اصل انسان نہیں ہے۔</w:t>
      </w:r>
    </w:p>
    <w:p>
      <w:r>
        <w:rPr>
          <w:b/>
        </w:rPr>
        <w:t xml:space="preserve">[20:35] </w:t>
      </w:r>
      <w:r>
        <w:t>hamari jo shakhsiyat hai woh yeh body nahi hai. body ke siwa aik aur hai jo hamari shakhsiyat hai. jis ko hum rooh kehte hain, zehan kehte hain.</w:t>
      </w:r>
    </w:p>
    <w:p>
      <w:pPr>
        <w:jc w:val="right"/>
      </w:pPr>
      <w:r>
        <w:t>ہماری جو شخصیت ہے وہ یہ باڈی نہیں ہے۔ باڈی کے سوا ایک اور ہے جو ہماری شخصیت ہے۔ جس کو ہم روح کہتے ہیں، ذہن کہتے ہیں۔</w:t>
      </w:r>
    </w:p>
    <w:p>
      <w:r>
        <w:rPr>
          <w:b/>
        </w:rPr>
        <w:t xml:space="preserve">[20:49] </w:t>
      </w:r>
      <w:r>
        <w:t>to woh hai andar ki body. to is body se is cheez ko farishte nikal lete hain. jo asal hamari hasti hai.</w:t>
      </w:r>
    </w:p>
    <w:p>
      <w:pPr>
        <w:jc w:val="right"/>
      </w:pPr>
      <w:r>
        <w:t>تو وہ ہے اندر کی باڈی۔ تو اس باڈی سے اس چیز کو فرشتے نکال لیتے ہیں۔ جو اصل ہماری ہستی ہے۔</w:t>
      </w:r>
    </w:p>
    <w:p>
      <w:r>
        <w:rPr>
          <w:b/>
        </w:rPr>
        <w:t xml:space="preserve">[20:59] </w:t>
      </w:r>
      <w:r>
        <w:t>aur nikal kar ke phir us ko pahuncha dete hain aakhirat ki dunya mein. jahan is ka khuda ke samne woh pesh kiya jata hai. to yeh bohat zyada sochne ki baat hai ke hum mein se har aik ko giraftar hona hai.</w:t>
      </w:r>
    </w:p>
    <w:p>
      <w:pPr>
        <w:jc w:val="right"/>
      </w:pPr>
      <w:r>
        <w:t>اور نکال کر کے پھر اس کو پہنچا دیتے ہیں آخرت کی دنیا میں۔ جہاں اس کا خدا کے سامنے وہ پیش کیا جاتا ہے۔ تو یہ بہت زیادہ سوچنے کی بات ہے کہ ہم میں سے ہر ایک کو گرفتار ہونا ہے۔</w:t>
      </w:r>
    </w:p>
    <w:p>
      <w:r>
        <w:rPr>
          <w:b/>
        </w:rPr>
        <w:t xml:space="preserve">[21:16] </w:t>
      </w:r>
      <w:r>
        <w:t>humein pata nahi kab farishte aa jayenge giraftar karne ke liye. kab aa jayenge?</w:t>
      </w:r>
    </w:p>
    <w:p>
      <w:pPr>
        <w:jc w:val="right"/>
      </w:pPr>
      <w:r>
        <w:t>ہمیں پتہ نہیں کب فرشتے آ جائیں گے گرفتار کرنے کے لیے۔ کب آ جائیں گے؟</w:t>
      </w:r>
    </w:p>
    <w:p>
      <w:r>
        <w:rPr>
          <w:b/>
        </w:rPr>
        <w:t xml:space="preserve">[21:25] </w:t>
      </w:r>
      <w:r>
        <w:t>quran majeed mein hai ke: "kal nafsun za'iqatul maut". kal nafsun za'iqatul maut.</w:t>
      </w:r>
    </w:p>
    <w:p>
      <w:pPr>
        <w:jc w:val="right"/>
      </w:pPr>
      <w:r>
        <w:t>قرآن مجید میں ہے کہ: "کل نفس ذائقة الموت"۔ کل نفس ذائقة الموت۔</w:t>
      </w:r>
    </w:p>
    <w:p>
      <w:r>
        <w:rPr>
          <w:b/>
        </w:rPr>
        <w:t xml:space="preserve">[21:37] </w:t>
      </w:r>
      <w:r>
        <w:t>har insan ko maut ka zaiqa chakhna hai. yani har insan ko marna hai. kal nafsun za'iqatul maut.</w:t>
      </w:r>
    </w:p>
    <w:p>
      <w:pPr>
        <w:jc w:val="right"/>
      </w:pPr>
      <w:r>
        <w:t>ہر انسان کو موت کا ذائقہ چکھنا ہے۔ یعنی ہر انسان کو مرنا ہے۔ کل نفس ذائقة الموت۔</w:t>
      </w:r>
    </w:p>
    <w:p>
      <w:r>
        <w:rPr>
          <w:b/>
        </w:rPr>
        <w:t xml:space="preserve">[21:50] </w:t>
      </w:r>
      <w:r>
        <w:t>har insan ko maut ka zaiqa chakhna hai. yeh khuda ki taraf se muqaddar hai ke koi aadmi hamesha na jiye.</w:t>
      </w:r>
    </w:p>
    <w:p>
      <w:pPr>
        <w:jc w:val="right"/>
      </w:pPr>
      <w:r>
        <w:t>ہر انسان کو موت کا ذائقہ چکھنا ہے۔ یہ خدا کی طرف سے مقدر ہے کہ کوئی آدمی ہمیشہ نہ جیے۔</w:t>
      </w:r>
    </w:p>
    <w:p>
      <w:r>
        <w:rPr>
          <w:b/>
        </w:rPr>
        <w:t xml:space="preserve">[22:01] </w:t>
      </w:r>
      <w:r>
        <w:t>us par maut aaye. aur farishte aayen maut ke aur is ki rooh qabz karen. main ne aik kitab mein parha ke france ka aik badshah tha jo chahta tha ke woh hamesha jiye, hamesha jiye.</w:t>
      </w:r>
    </w:p>
    <w:p>
      <w:pPr>
        <w:jc w:val="right"/>
      </w:pPr>
      <w:r>
        <w:t>اس پر موت آئے۔ اور فرشتے آئیں موت کے اور اس کی روح قبض کریں۔ میں نے ایک کتاب میں پڑھا کہ فرانس کا ایک بادشاہ تھا جو چاہتا تھا کہ وہ ہمیشہ جیے، ہمیشہ جیے۔</w:t>
      </w:r>
    </w:p>
    <w:p>
      <w:r>
        <w:rPr>
          <w:b/>
        </w:rPr>
        <w:t xml:space="preserve">[22:17] </w:t>
      </w:r>
      <w:r>
        <w:t>to us ne hukum de diya apni saltanat mein koi maut ka naam na le. maut ka naam na le. aur aik is ka aik qila tha, aik bohat zabardast qila.</w:t>
      </w:r>
    </w:p>
    <w:p>
      <w:pPr>
        <w:jc w:val="right"/>
      </w:pPr>
      <w:r>
        <w:t>تو اس نے حکم دے دیا اپنی سلطنت میں کوئی موت کا نام نہ لے۔ موت کا نام نہ لے۔ اور ایک اس کا ایک قلعہ تھا، ایک بہت زبردست قلعہ۔</w:t>
      </w:r>
    </w:p>
    <w:p>
      <w:r>
        <w:rPr>
          <w:b/>
        </w:rPr>
        <w:t xml:space="preserve">[22:30] </w:t>
      </w:r>
      <w:r>
        <w:t>us mein rehta tha. to qile ke charon taraf us ne woh khodwai. khandaq khodwai. pani bharwa diya. yani qile ke charon taraf pani.</w:t>
      </w:r>
    </w:p>
    <w:p>
      <w:pPr>
        <w:jc w:val="right"/>
      </w:pPr>
      <w:r>
        <w:t>اس میں رہتا تھا۔ تو قلعے کے چاروں طرف اس نے وہ کھدوائی۔ خندق کھدوائی۔ پانی بھروا دیا۔ یعنی قلعے کے چاروں طرف پانی۔</w:t>
      </w:r>
    </w:p>
    <w:p>
      <w:r>
        <w:rPr>
          <w:b/>
        </w:rPr>
        <w:t xml:space="preserve">[22:41] </w:t>
      </w:r>
      <w:r>
        <w:t>wahan jab woh jate the to kashti se woh pahuchte the us mein, qile mein. woh samajhta tha ke maut jab aayegi to pahunch nahi payenge qile tak.</w:t>
      </w:r>
    </w:p>
    <w:p>
      <w:pPr>
        <w:jc w:val="right"/>
      </w:pPr>
      <w:r>
        <w:t>وہاں جب وہ جاتے تھے تو کشتی سے وہ پہنچتے تھے اس میں، قلعے میں۔ وہ سمجھتا تھا کہ موت جب آئے گی تو پہنچ نہیں پائیں گے قلعے تک۔</w:t>
      </w:r>
    </w:p>
    <w:p>
      <w:r>
        <w:rPr>
          <w:b/>
        </w:rPr>
        <w:t xml:space="preserve">[22:54] </w:t>
      </w:r>
      <w:r>
        <w:t>kisi ne bataya hoga is ko ke mout jab aaye gi to pani rahe ga to qale'e tak pohnch nahi payein ge. to tum bache raho ge.</w:t>
      </w:r>
    </w:p>
    <w:p>
      <w:pPr>
        <w:jc w:val="right"/>
      </w:pPr>
      <w:r>
        <w:t>کسی نے بتایا ہوگا اس کو کہ موت جب آئے گی تو پانی رہے گا تو قلعے تک پہنچ نہیں پائیں گے۔ تو تم بچے رہو گے۔</w:t>
      </w:r>
    </w:p>
    <w:p>
      <w:r>
        <w:rPr>
          <w:b/>
        </w:rPr>
        <w:t xml:space="preserve">[23:04] </w:t>
      </w:r>
      <w:r>
        <w:t>to ek taraf to is ne yeh kiya ke mout ka naam na liya jaye is ke darbar mein kahin bhi. aur doosri taraf har taraf pani.</w:t>
      </w:r>
    </w:p>
    <w:p>
      <w:pPr>
        <w:jc w:val="right"/>
      </w:pPr>
      <w:r>
        <w:t>تو ایک طرف تو اس نے یہ کیا کہ موت کا نام نہ لیا جائے اس کے دربار میں کہیں بھی۔ اور دوسری طرف ہر طرف پانی۔</w:t>
      </w:r>
    </w:p>
    <w:p>
      <w:r>
        <w:rPr>
          <w:b/>
        </w:rPr>
        <w:t xml:space="preserve">[23:13] </w:t>
      </w:r>
      <w:r>
        <w:t>wo samajhta tha ke is tarah se mein zinda rahoon ga hamesha. lekin zahir hai ke wo sau saal se pehle hi mar gaya. marne ke baad wo giraftar ho gaya wo.</w:t>
      </w:r>
    </w:p>
    <w:p>
      <w:pPr>
        <w:jc w:val="right"/>
      </w:pPr>
      <w:r>
        <w:t>وہ سمجھتا تھا کہ اس طرح سے میں زندہ رہوں گا ہمیشہ۔ لیکن ظاہر ہے کہ وہ سو سال سے پہلے ہی مر گیا۔ مرنے کے بعد وہ گرفتار ہو گیا وہ۔</w:t>
      </w:r>
    </w:p>
    <w:p>
      <w:r>
        <w:rPr>
          <w:b/>
        </w:rPr>
        <w:t xml:space="preserve">[23:25] </w:t>
      </w:r>
      <w:r>
        <w:t>giraftar to karte hain. farishte, farishte se koi lar nahi sakta hai. farishte ki taqat jo hai itni zyada hai ke koi bhi badshah, koi bhi shehanshah is se lar nahi sakta hai.</w:t>
      </w:r>
    </w:p>
    <w:p>
      <w:pPr>
        <w:jc w:val="right"/>
      </w:pPr>
      <w:r>
        <w:t>گرفتار تو کرتے ہیں۔ فرشتے، فرشتے سے کوئی لڑ نہیں سکتا ہے۔ فرشتے کی طاقت جو ہے اتنی زیادہ ہے کہ کوئی بھی بادشاہ، کوئی بھی شہنشاہ اس سے لڑ نہیں سکتا ہے۔</w:t>
      </w:r>
    </w:p>
    <w:p>
      <w:r>
        <w:rPr>
          <w:b/>
        </w:rPr>
        <w:t xml:space="preserve">[23:36] </w:t>
      </w:r>
      <w:r>
        <w:t>maine kam az kam do aadmi ko mout ke waqt dekha hai, aakhir waqt. nahi, hadith mein kaha gaya hai ke: "in allah yaqbal al tawba wa ma lam yaghgharghir".</w:t>
      </w:r>
    </w:p>
    <w:p>
      <w:pPr>
        <w:jc w:val="right"/>
      </w:pPr>
      <w:r>
        <w:t>میں نے کم از کم دو آدمی کو موت کے وقت دیکھا ہے، آخر وقت۔ نہیں، حدیث میں کہا گیا ہے کہ: "إن الله يقبل التوبة وما لم يغرغر"۔</w:t>
      </w:r>
    </w:p>
    <w:p>
      <w:r>
        <w:rPr>
          <w:b/>
        </w:rPr>
        <w:t xml:space="preserve">[23:49] </w:t>
      </w:r>
      <w:r>
        <w:t>ek gharghari kaifiyat paida hoti hai. to maine dekha ke gharghara kya cheez hai? aadmi chalta phirta hai, bolta hai.</w:t>
      </w:r>
    </w:p>
    <w:p>
      <w:pPr>
        <w:jc w:val="right"/>
      </w:pPr>
      <w:r>
        <w:t>ایک غرغری کیفیت پیدا ہوتی ہے۔ تو میں نے دیکھا کہ غرغرہ کیا چیز ہے؟ آدمی چلتا پھرتا ہے، بولتا ہے۔</w:t>
      </w:r>
    </w:p>
    <w:p>
      <w:r>
        <w:rPr>
          <w:b/>
        </w:rPr>
        <w:t xml:space="preserve">[23:59] </w:t>
      </w:r>
      <w:r>
        <w:t>achanak is ki awaz band ho jati hai. munh se nahi bol sakta wo. lekin yahan par khar khar ki awaz aati hai.</w:t>
      </w:r>
    </w:p>
    <w:p>
      <w:pPr>
        <w:jc w:val="right"/>
      </w:pPr>
      <w:r>
        <w:t>اچانک اس کی آواز بند ہو جاتی ہے۔ منہ سے نہیں بول سکتا وہ۔ لیکن یہاں پر خر خر کی آواز آتی ہے۔</w:t>
      </w:r>
    </w:p>
    <w:p>
      <w:r>
        <w:rPr>
          <w:b/>
        </w:rPr>
        <w:t xml:space="preserve">[24:10] </w:t>
      </w:r>
      <w:r>
        <w:t>jis ko arabi mein gharghara kehte hain. to us waqt aadmi ki zuban to nahi chalti. lekin yeh gale ki awaz sunai deti hai.</w:t>
      </w:r>
    </w:p>
    <w:p>
      <w:pPr>
        <w:jc w:val="right"/>
      </w:pPr>
      <w:r>
        <w:t>جس کو عربی میں غرغرہ کہتے ہیں۔ تو اس وقت آدمی کی زبان تو نہیں چلتی۔ لیکن یہ گلے کی آواز سنائی دیتی ہے۔</w:t>
      </w:r>
    </w:p>
    <w:p>
      <w:r>
        <w:rPr>
          <w:b/>
        </w:rPr>
        <w:t xml:space="preserve">[24:21] </w:t>
      </w:r>
      <w:r>
        <w:t>phir kuch der ke baad mar jata hai, kuch der ke baad wo. yeh har aadmi ke sath aisa hota hai. maine khud do ya teen aadmi ko dekha is tareeqe se.</w:t>
      </w:r>
    </w:p>
    <w:p>
      <w:pPr>
        <w:jc w:val="right"/>
      </w:pPr>
      <w:r>
        <w:t>پھر کچھ دیر کے بعد مر جاتا ہے، کچھ دیر کے بعد وہ۔ یہ ہر آدمی کے ساتھ ایسا ہوتا ہے۔ میں نے خود دو یا تین آدمی کو دیکھا اس طریقے سے۔</w:t>
      </w:r>
    </w:p>
    <w:p>
      <w:r>
        <w:rPr>
          <w:b/>
        </w:rPr>
        <w:t xml:space="preserve">[24:32] </w:t>
      </w:r>
      <w:r>
        <w:t>to main is ke paas baitha tha. lekin jab gharghara taari ho gaya to bol band ho gayi. phir mujh se is ka rabta toot gaya.</w:t>
      </w:r>
    </w:p>
    <w:p>
      <w:pPr>
        <w:jc w:val="right"/>
      </w:pPr>
      <w:r>
        <w:t>تو میں اس کے پاس بیٹھا تھا۔ لیکن جب غرغرہ طاری ہو گیا تو بول بند ہو گئی۔ پھر مجھ سے اس کا رابطہ ٹوٹ گیا۔</w:t>
      </w:r>
    </w:p>
    <w:p>
      <w:r>
        <w:rPr>
          <w:b/>
        </w:rPr>
        <w:t xml:space="preserve">[24:43] </w:t>
      </w:r>
      <w:r>
        <w:t>aur kuch der ke baad wo khatam ho gaya. to yeh waqt hum mein se har ek par aana hai.</w:t>
      </w:r>
    </w:p>
    <w:p>
      <w:pPr>
        <w:jc w:val="right"/>
      </w:pPr>
      <w:r>
        <w:t>اور کچھ دیر کے بعد وہ ختم ہو گیا۔ تو یہ وقت ہم میں سے ہر ایک پر آنا ہے۔</w:t>
      </w:r>
    </w:p>
    <w:p>
      <w:r>
        <w:rPr>
          <w:b/>
        </w:rPr>
        <w:t xml:space="preserve">[24:54] </w:t>
      </w:r>
      <w:r>
        <w:t>isi liye hadith mein aata hai ke: "al kayis man dana nafsahu wa amila li ba'd al mawt".</w:t>
      </w:r>
    </w:p>
    <w:p>
      <w:pPr>
        <w:jc w:val="right"/>
      </w:pPr>
      <w:r>
        <w:t>اسی لیے حدیث میں آتا ہے کہ: "القیص من دان نفسہ وعمل لما بعد الموت"۔</w:t>
      </w:r>
    </w:p>
    <w:p>
      <w:r>
        <w:rPr>
          <w:b/>
        </w:rPr>
        <w:t xml:space="preserve">[25:06] </w:t>
      </w:r>
      <w:r>
        <w:t>"al kayis man dana nafsahu wa amila li ba'd al mawt". sab se zyada wa'iz aadmi wo hai, sab se zyada hoshiyar aadmi wo hai jo apne nafs par control kare.</w:t>
      </w:r>
    </w:p>
    <w:p>
      <w:pPr>
        <w:jc w:val="right"/>
      </w:pPr>
      <w:r>
        <w:t>"القیص من دان نفسہ وعمل لما بعد الموت"۔ سب سے زیادہ واعظ آدمی وہ ہے، سب سے زیادہ ہوشیار آدمی وہ ہے جو اپنے نفس پر کنٹرول کرے۔</w:t>
      </w:r>
    </w:p>
    <w:p>
      <w:r>
        <w:rPr>
          <w:b/>
        </w:rPr>
        <w:t xml:space="preserve">[25:28] </w:t>
      </w:r>
      <w:r>
        <w:t>aur wo kaam kare jo mout ke baad jis ka faida milne wala hai.</w:t>
      </w:r>
    </w:p>
    <w:p>
      <w:pPr>
        <w:jc w:val="right"/>
      </w:pPr>
      <w:r>
        <w:t>اور وہ کام کرے جو موت کے بعد جس کا فائدہ ملنے والا ہے۔</w:t>
      </w:r>
    </w:p>
    <w:p>
      <w:r>
        <w:rPr>
          <w:b/>
        </w:rPr>
        <w:t xml:space="preserve">[25:36] </w:t>
      </w:r>
      <w:r>
        <w:t>jaise misal ke tor par log aaj kal kya hai? tafreeh ko bohat zyada pasand karte hain. tafreeh, jis ko dekhe wo tafreeh ke is mein rehta hai.</w:t>
      </w:r>
    </w:p>
    <w:p>
      <w:pPr>
        <w:jc w:val="right"/>
      </w:pPr>
      <w:r>
        <w:t>جیسے مثال کے طور پر لوگ آج کل کیا ہے؟ تفریح کو بہت زیادہ پسند کرتے ہیں۔ تفریح، جس کو دیکھے وہ تفریح کے اس میں رہتا ہے۔</w:t>
      </w:r>
    </w:p>
    <w:p>
      <w:r>
        <w:rPr>
          <w:b/>
        </w:rPr>
        <w:t xml:space="preserve">[25:47] </w:t>
      </w:r>
      <w:r>
        <w:t>to tafreeh mein jo waqt aap bitate hain, us waqt ko aap akhirat mein istemal nahi kar sakte. wo waqt to zaya ho gaya.</w:t>
      </w:r>
    </w:p>
    <w:p>
      <w:pPr>
        <w:jc w:val="right"/>
      </w:pPr>
      <w:r>
        <w:t>تو تفریح میں جو وقت آپ بتاتے ہیں، اس وقت کو آپ آخرت میں استعمال نہیں کر سکتے۔ وہ وقت تو ضائع ہو گیا۔</w:t>
      </w:r>
    </w:p>
    <w:p>
      <w:r>
        <w:rPr>
          <w:b/>
        </w:rPr>
        <w:t xml:space="preserve">[26:00] </w:t>
      </w:r>
      <w:r>
        <w:t>ek cheez wo ho sakti hai jis ko le kar aap marein to aap akhirat mein us ko istemal kar sakte hain. wo hai Khuda ka, Khuda ke,</w:t>
      </w:r>
    </w:p>
    <w:p>
      <w:pPr>
        <w:jc w:val="right"/>
      </w:pPr>
      <w:r>
        <w:t>ایک چیز وہ ہو سکتی ہے جس کو لے کر آپ مریں تو آپ آخرت میں اس کو استعمال کر سکتے ہیں۔ وہ ہے خدا کا، خدا کے،</w:t>
      </w:r>
    </w:p>
    <w:p>
      <w:r>
        <w:rPr>
          <w:b/>
        </w:rPr>
        <w:t xml:space="preserve">[26:14] </w:t>
      </w:r>
      <w:r>
        <w:t>Khuda ki daryaft, Khuda ka idrak, Khuda ke aage jhukna, d'awa work.</w:t>
      </w:r>
    </w:p>
    <w:p>
      <w:pPr>
        <w:jc w:val="right"/>
      </w:pPr>
      <w:r>
        <w:t>خدا کی دریافت، خدا کا ادراک، خدا کے آگے جھکنا، دعویٰ ورک۔</w:t>
      </w:r>
    </w:p>
    <w:p>
      <w:r>
        <w:rPr>
          <w:b/>
        </w:rPr>
        <w:t xml:space="preserve">[26:23] </w:t>
      </w:r>
      <w:r>
        <w:t>wo kaam karna jo Khuda ko mahboob hain. wo kaam karna jo Paighambar Islam salallahu alaihi wasallam ne karne ko bataya hai. to is ko agar aap nek niyati ke sath aise kaam karein to is kaam ko aap wahan par istemal kar sakte hain.</w:t>
      </w:r>
    </w:p>
    <w:p>
      <w:pPr>
        <w:jc w:val="right"/>
      </w:pPr>
      <w:r>
        <w:t>وہ کام کرنا جو خدا کو محبوب ہیں۔ وہ کام کرنا جو پیغمبر اسلام صلی اللہ علیہ وسلم نے کرنے کو بتایا ہے۔ تو اس کو اگر آپ نیک نیتی کے ساتھ ایسے کام کریں تو اس کام کو آپ وہاں پر استعمال کر سکتے ہیں۔</w:t>
      </w:r>
    </w:p>
    <w:p>
      <w:r>
        <w:rPr>
          <w:b/>
        </w:rPr>
        <w:t xml:space="preserve">[26:40] </w:t>
      </w:r>
      <w:r>
        <w:t>lekin kuch doosre kaam agar aap karein to jis tarah se bank ka jo sahi bank mein hota hai ek det check, ek hota hai genuine check.</w:t>
      </w:r>
    </w:p>
    <w:p>
      <w:pPr>
        <w:jc w:val="right"/>
      </w:pPr>
      <w:r>
        <w:t>لیکن کچھ دوسرے کام اگر آپ کریں تو جس طرح سے بینک کا جو صحیح بینک میں ہوتا ہے ایک ڈٹ چیک، ایک ہوتا ہے جینون چیک۔</w:t>
      </w:r>
    </w:p>
    <w:p>
      <w:r>
        <w:rPr>
          <w:b/>
        </w:rPr>
        <w:t xml:space="preserve">[26:57] </w:t>
      </w:r>
      <w:r>
        <w:t>to genuine check le kar jayein aap to bank is ka, is ke khilaf mein aap ko raqam de de ga. lekin det check ka to koi raqam nahi milti.</w:t>
      </w:r>
    </w:p>
    <w:p>
      <w:pPr>
        <w:jc w:val="right"/>
      </w:pPr>
      <w:r>
        <w:t>تو جینون چیک لے کر جائیں آپ تو بینک اس کا، اس کے خلاف میں آپ کو رقم دے دے گا۔ لیکن ڈٹ چیک کا تو کوئی رقم نہیں ملتی۔</w:t>
      </w:r>
    </w:p>
    <w:p>
      <w:r>
        <w:rPr>
          <w:b/>
        </w:rPr>
        <w:t xml:space="preserve">[27:08] </w:t>
      </w:r>
      <w:r>
        <w:t>to is ko aise hi jaise ke koi kaghazi purza. to aadmi agar is dunya se jab is ko giraftar kiya jaye ga, jab is ki mout aaye gi aur wo pohnche ga wahan to wahan agar is ke paas det check hai to wo istemal nahi kara sake ga wahan.</w:t>
      </w:r>
    </w:p>
    <w:p>
      <w:pPr>
        <w:jc w:val="right"/>
      </w:pPr>
      <w:r>
        <w:t>تو اس کو ایسے ہی جیسے کہ کوئی کاغذی پرزہ۔ تو آدمی اگر اس دنیا سے جب اس کو گرفتار کیا جائے گا، جب اس کی موت آئے گی اور وہ پہنچے گا وہاں تو وہاں پر اگر اس کے پاس ڈٹ چیک ہے تو وہ استعمال نہیں کرا سکے گا وہاں۔</w:t>
      </w:r>
    </w:p>
    <w:p>
      <w:r>
        <w:rPr>
          <w:b/>
        </w:rPr>
        <w:t xml:space="preserve">[27:29] </w:t>
      </w:r>
      <w:r>
        <w:t>agar genuine check hai to wahan wo istemal kar sakta hai. to farmaya ke: "al kayis man dana nafsahu wa amila li ba'd al mawt". yani hoshiyar aadmi wo hai jo aise kaam kare jis ko akhirat mein istemal kiya ja sakta ho.</w:t>
      </w:r>
    </w:p>
    <w:p>
      <w:pPr>
        <w:jc w:val="right"/>
      </w:pPr>
      <w:r>
        <w:t>اگر جینون چیک ہے تو وہاں وہ استعمال کر سکتا ہے۔ تو فرمایا کہ: "القیص من دان نفسہ وعمل لما بعد الموت"۔ یعنی ہوشیار آدمی وہ ہے جو ایسے کام کرے جس کو آخرت میں استعمال کیا جا سکتا ہو۔</w:t>
      </w:r>
    </w:p>
    <w:p>
      <w:r>
        <w:rPr>
          <w:b/>
        </w:rPr>
        <w:t xml:space="preserve">[27:47] </w:t>
      </w:r>
      <w:r>
        <w:t>apne waqt ko aisi jagah zaya karna, apni tawanai ko aisi jagah zaya karna jo yahin kahin reh jaye, aage na barhe.</w:t>
      </w:r>
    </w:p>
    <w:p>
      <w:pPr>
        <w:jc w:val="right"/>
      </w:pPr>
      <w:r>
        <w:t>اپنے وقت کو ایسی جگہ ضائع کرنا، اپنی توانائی کو ایسی جگہ ضائع کرنا جو یہیں کہیں رہ جائے، آگے نہ بڑھے۔</w:t>
      </w:r>
    </w:p>
    <w:p>
      <w:r>
        <w:rPr>
          <w:b/>
        </w:rPr>
        <w:t xml:space="preserve">[27:57] </w:t>
      </w:r>
      <w:r>
        <w:t>to wo aadmi kayis nahi hai, hoshiyar nahi hai, wa'iz nahi hai. yeh matlab hai is hadith ka.</w:t>
      </w:r>
    </w:p>
    <w:p>
      <w:pPr>
        <w:jc w:val="right"/>
      </w:pPr>
      <w:r>
        <w:t>تو وہ آدمی قیس نہیں ہے، ہوشیار نہیں ہے، واعظ نہیں ہے۔ یہ مطلب ہے اس حدیث کا۔</w:t>
      </w:r>
    </w:p>
    <w:p>
      <w:r>
        <w:rPr>
          <w:b/>
        </w:rPr>
        <w:t xml:space="preserve">[28:07] </w:t>
      </w:r>
      <w:r>
        <w:t>ek martaba rasool Allah sallay Allah alaihi wasallam se poocha gaya ke: "aqis kaun hai?" aqis maani sab se ziyada samajhdar, sab se ziyada waiz. aqis kaun hai?</w:t>
      </w:r>
    </w:p>
    <w:p>
      <w:pPr>
        <w:jc w:val="right"/>
      </w:pPr>
      <w:r>
        <w:t>ایک مرتبہ رسول اللہ صلی اللہ علیہ وسلم سے پوچھا گیا کہ: "اقیس کون ہے؟" اقیص معنی سب سے زیادہ سمجھدار، سب سے زیادہ واعظ۔ اقیص کون ہے؟</w:t>
      </w:r>
    </w:p>
    <w:p>
      <w:r>
        <w:rPr>
          <w:b/>
        </w:rPr>
        <w:t xml:space="preserve">[28:18] </w:t>
      </w:r>
      <w:r>
        <w:t>to aap ne farmaya ke: "aqis woh hai jo maut ke baad aanay walay, aanay walay din ki tayari karay." maut ke baad aanay walay din ki tayari karay.</w:t>
      </w:r>
    </w:p>
    <w:p>
      <w:pPr>
        <w:jc w:val="right"/>
      </w:pPr>
      <w:r>
        <w:t>تو آپ نے فرمایا کہ: "اقیس وہ ہے جو موت کے بعد آنے والے، آنے والے دن کی تیاری کرے۔" موت کے بعد آنے والے دن کی تیاری کرے۔</w:t>
      </w:r>
    </w:p>
    <w:p>
      <w:r>
        <w:rPr>
          <w:b/>
        </w:rPr>
        <w:t xml:space="preserve">[28:33] </w:t>
      </w:r>
      <w:r>
        <w:t>to is ke maani hain ke insanon ki do category bani.</w:t>
      </w:r>
    </w:p>
    <w:p>
      <w:pPr>
        <w:jc w:val="right"/>
      </w:pPr>
      <w:r>
        <w:t>تو اس کے معنی ہیں کہ انسانوں کی دو کیٹیگری بنی۔</w:t>
      </w:r>
    </w:p>
    <w:p>
      <w:r>
        <w:rPr>
          <w:b/>
        </w:rPr>
        <w:t xml:space="preserve">[28:40] </w:t>
      </w:r>
      <w:r>
        <w:t>ek woh category jo pre death period mein apnay waqt ko, apni energy ko zaya kar dein.</w:t>
      </w:r>
    </w:p>
    <w:p>
      <w:pPr>
        <w:jc w:val="right"/>
      </w:pPr>
      <w:r>
        <w:t>ایک وہ کیٹیگری جو پری ڈیتھ پیریڈ میں اپنے وقت کو، اپنی توانائی کو ضائع کر دیں۔</w:t>
      </w:r>
    </w:p>
    <w:p>
      <w:r>
        <w:rPr>
          <w:b/>
        </w:rPr>
        <w:t xml:space="preserve">[28:51] </w:t>
      </w:r>
      <w:r>
        <w:t>zaya kar dein. aur yahan se jayen to wahan un ke paas kuch bhi na ho. aur doosri category un logon ki hai jo apnay pre death period mein jo waqt mila hai unhein, jo energy mili hai unhein, jo sazan un ko mila hai,</w:t>
      </w:r>
    </w:p>
    <w:p>
      <w:pPr>
        <w:jc w:val="right"/>
      </w:pPr>
      <w:r>
        <w:t>ضائع کر دیں۔ اور یہاں سے جائیں تو وہاں ان کے پاس کچھ بھی نہ ہو۔ اور دوسری کیٹیگری ان لوگوں کی ہے جو اپنے پری ڈیتھ پیریڈ میں جو وقت ملا ہے انہیں، جو توانائی ملی ہے انہیں، جو ساذن ان کو ملا ہے،</w:t>
      </w:r>
    </w:p>
    <w:p>
      <w:r>
        <w:rPr>
          <w:b/>
        </w:rPr>
        <w:t xml:space="preserve">[29:10] </w:t>
      </w:r>
      <w:r>
        <w:t>is ko woh istemal karen yeh soch kar ke akhirat wali dunya mein is ka unhein inaam milega.</w:t>
      </w:r>
    </w:p>
    <w:p>
      <w:pPr>
        <w:jc w:val="right"/>
      </w:pPr>
      <w:r>
        <w:t>اس کو وہ استعمال کریں یہ سوچ کر کے کہ آخرت والی دنیا میں اس کا انہیں انعام ملے گا۔</w:t>
      </w:r>
    </w:p>
    <w:p>
      <w:r>
        <w:rPr>
          <w:b/>
        </w:rPr>
        <w:t xml:space="preserve">[29:23] </w:t>
      </w:r>
      <w:r>
        <w:t>to yeh log hain samajhdar log. to ek hain ahmaq log, ek hain waiz log. ahmaq woh hai jo apni energy ko, apnay waqt ko zaya kar de.</w:t>
      </w:r>
    </w:p>
    <w:p>
      <w:pPr>
        <w:jc w:val="right"/>
      </w:pPr>
      <w:r>
        <w:t>تو یہ لوگ ہیں سمجھدار لوگ۔ تو ایک ہیں احمق لوگ، ایک ہیں واعظ لوگ۔ احمق وہ ہے جو اپنی توانائی کو، اپنے وقت کو ضائع کر دے۔</w:t>
      </w:r>
    </w:p>
    <w:p>
      <w:r>
        <w:rPr>
          <w:b/>
        </w:rPr>
        <w:t xml:space="preserve">[29:40] </w:t>
      </w:r>
      <w:r>
        <w:t>aur waiz woh hai jo is ko istemal karay.</w:t>
      </w:r>
    </w:p>
    <w:p>
      <w:pPr>
        <w:jc w:val="right"/>
      </w:pPr>
      <w:r>
        <w:t>اور واعظ وہ ہے جو اس کو استعمال کرے۔</w:t>
      </w:r>
    </w:p>
    <w:p>
      <w:r>
        <w:rPr>
          <w:b/>
        </w:rPr>
        <w:t xml:space="preserve">[29:46] </w:t>
      </w:r>
      <w:r>
        <w:t>to jo jo jo jo istemal nahi karega to bible mein hai ke hamesha ke liye hasrat, hasrat mein jeeyega woh.</w:t>
      </w:r>
    </w:p>
    <w:p>
      <w:pPr>
        <w:jc w:val="right"/>
      </w:pPr>
      <w:r>
        <w:t>تو جو جو جو جو استعمال نہیں کرے گا تو بائبل میں ہے کہ ہمیشہ کے لیے حسرت، حسرت میں جیے گا وہ۔</w:t>
      </w:r>
    </w:p>
    <w:p>
      <w:r>
        <w:rPr>
          <w:b/>
        </w:rPr>
        <w:t xml:space="preserve">[29:58] </w:t>
      </w:r>
      <w:r>
        <w:t>wahan par hai ke rona aur daant peesna hoga. sirf hasrat, hasrat rahegi. yaani woh yeh is zehan ke sath rahega ke: "zehan ek case of missed opportunities".</w:t>
      </w:r>
    </w:p>
    <w:p>
      <w:pPr>
        <w:jc w:val="right"/>
      </w:pPr>
      <w:r>
        <w:t>وہاں پر ہے کہ رونا اور دانت پیسنا ہوگا۔ صرف حسرت، حسرت رہے گی۔ یعنی وہ یہ اس ذہن کے ساتھ رہے گا کہ: "ذہن ایک کیس آف مسڈ اپرچونیٹیز"۔</w:t>
      </w:r>
    </w:p>
    <w:p>
      <w:r>
        <w:rPr>
          <w:b/>
        </w:rPr>
        <w:t xml:space="preserve">[30:16] </w:t>
      </w:r>
      <w:r>
        <w:t>"zehan ek case of missed opportunities".</w:t>
      </w:r>
    </w:p>
    <w:p>
      <w:pPr>
        <w:jc w:val="right"/>
      </w:pPr>
      <w:r>
        <w:t>"ذہن ایک کیس آف مسڈ اپرچونیٹیز"۔</w:t>
      </w:r>
    </w:p>
    <w:p>
      <w:r>
        <w:rPr>
          <w:b/>
        </w:rPr>
        <w:t xml:space="preserve">[30:23] </w:t>
      </w:r>
      <w:r>
        <w:t>ek sahab hain jinho ne bohat pehle engineering kiya tha, yaani B.E. kiya tha unho ne.</w:t>
      </w:r>
    </w:p>
    <w:p>
      <w:pPr>
        <w:jc w:val="right"/>
      </w:pPr>
      <w:r>
        <w:t>ایک صاحب ہیں جنہوں نے بہت پہلے انجینئرنگ کیا تھا، یعنی بی ای کیا تھا انہوں نے۔</w:t>
      </w:r>
    </w:p>
    <w:p>
      <w:r>
        <w:rPr>
          <w:b/>
        </w:rPr>
        <w:t xml:space="preserve">[30:34] </w:t>
      </w:r>
      <w:r>
        <w:t>to phir main ne un se kaha ke aap M.E. kar lijiyay, master degree kar lijiyay. is waqt jab ke main ne kaha tha tab India mein sirf ek hi jagah master degree hoti thi engineering mein, woh hai Roorkee.</w:t>
      </w:r>
    </w:p>
    <w:p>
      <w:pPr>
        <w:jc w:val="right"/>
      </w:pPr>
      <w:r>
        <w:t>تو پھر میں نے ان سے کہا کہ آپ ایم ای کر لیجیے، ماسٹر ڈگری کر لیجیے۔ اس وقت جب کہ میں نے کہا تھا تب انڈیا میں صرف ایک ہی جگہ ماسٹر ڈگری ہوتی تھی انجینئرنگ میں، وہ ہے روڑکی۔</w:t>
      </w:r>
    </w:p>
    <w:p>
      <w:r>
        <w:rPr>
          <w:b/>
        </w:rPr>
        <w:t xml:space="preserve">[30:46] </w:t>
      </w:r>
      <w:r>
        <w:t>woh bhi ek saal ka course tha us waqt. to unho ne nahi kiya. aur</w:t>
      </w:r>
    </w:p>
    <w:p>
      <w:pPr>
        <w:jc w:val="right"/>
      </w:pPr>
      <w:r>
        <w:t>وہ بھی ایک سال کا کورس تھا اس وقت۔ تو انہوں نے نہیں کیا۔ اور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