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 2, Verse 1-3 November 05, 2017</w:t>
      </w:r>
    </w:p>
    <w:p>
      <w:r>
        <w:t>https://www.youtube.com/watch?v=GhmrynYhLF0</w:t>
      </w:r>
    </w:p>
    <w:p>
      <w:r>
        <w:rPr>
          <w:b/>
        </w:rPr>
        <w:t xml:space="preserve">[00:10] </w:t>
      </w:r>
      <w:r>
        <w:t>bismillah rahman rahim, wa salla Allahu ala nabiyyil karim. Rabb ishrah li sadri, wa yassir li amri,</w:t>
      </w:r>
    </w:p>
    <w:p>
      <w:pPr>
        <w:jc w:val="right"/>
      </w:pPr>
      <w:r>
        <w:t>بسم اللہ الرحمن الرحیم، وصلی اللہ علی نبی الکریم۔ رب اشرح لی صدری، ویسر لی امری،</w:t>
      </w:r>
    </w:p>
    <w:p>
      <w:r>
        <w:rPr>
          <w:b/>
        </w:rPr>
        <w:t xml:space="preserve">[00:25] </w:t>
      </w:r>
      <w:r>
        <w:t>wah-l-uqdatan min lisani yafqahu qawli. 5 November 2017.</w:t>
      </w:r>
    </w:p>
    <w:p>
      <w:pPr>
        <w:jc w:val="right"/>
      </w:pPr>
      <w:r>
        <w:t>واحل العقدۃ من لسانی یفقہ قولی۔ 5 نومبر 2017۔</w:t>
      </w:r>
    </w:p>
    <w:p>
      <w:r>
        <w:rPr>
          <w:b/>
        </w:rPr>
        <w:t xml:space="preserve">[00:38] </w:t>
      </w:r>
      <w:r>
        <w:t>aaj dars-e-quran ka woh hissa</w:t>
      </w:r>
    </w:p>
    <w:p>
      <w:pPr>
        <w:jc w:val="right"/>
      </w:pPr>
      <w:r>
        <w:t>آج درس قرآن کا وہ حصہ</w:t>
      </w:r>
    </w:p>
    <w:p>
      <w:r>
        <w:rPr>
          <w:b/>
        </w:rPr>
        <w:t xml:space="preserve">[00:47] </w:t>
      </w:r>
      <w:r>
        <w:t>shamil hai dars mein jo surah al-baqarah. Shuru ki teen aayatein hain.</w:t>
      </w:r>
    </w:p>
    <w:p>
      <w:pPr>
        <w:jc w:val="right"/>
      </w:pPr>
      <w:r>
        <w:t>شامل ہے درس میں جو سورہ البقرہ۔ شروع کی تین آیتیں ہیں۔</w:t>
      </w:r>
    </w:p>
    <w:p>
      <w:r>
        <w:rPr>
          <w:b/>
        </w:rPr>
        <w:t xml:space="preserve">[00:53] </w:t>
      </w:r>
      <w:r>
        <w:t>bismillah rahman rahim. Alif laam meem, zalikal kitab la raiba feeh, hudal lil muttaqeen. Allazeena yu'minoona bil ghaib, yuqeemoonas salaata, wa mimma razaqnahum yunfiqoon.</w:t>
      </w:r>
    </w:p>
    <w:p>
      <w:pPr>
        <w:jc w:val="right"/>
      </w:pPr>
      <w:r>
        <w:t>بسم اللہ الرحمن الرحیم۔ الف لام میم، ذالک الکتاب لا ریب فیہ،ھد المتقین۔ الذین یومنون بالغیب، یقیمون الصلوۃ، ومما رزقناهمینفقون۔</w:t>
      </w:r>
    </w:p>
    <w:p>
      <w:r>
        <w:rPr>
          <w:b/>
        </w:rPr>
        <w:t xml:space="preserve">[01:09] </w:t>
      </w:r>
      <w:r>
        <w:t>surah al-baqarah, chapter number two, verse number one to three. Alif laam meem, yeh Allah ki kitab hai, is mein koi shakk nahin.</w:t>
      </w:r>
    </w:p>
    <w:p>
      <w:pPr>
        <w:jc w:val="right"/>
      </w:pPr>
      <w:r>
        <w:t>سورہ البقرہ، چیپٹر نمبر ٹو، ورس نمبر ون ٹو تھری۔ الف لام میم، یہ اللہ کی کتاب ہے، اس میں کوئی شک نہیں۔</w:t>
      </w:r>
    </w:p>
    <w:p>
      <w:r>
        <w:rPr>
          <w:b/>
        </w:rPr>
        <w:t xml:space="preserve">[01:22] </w:t>
      </w:r>
      <w:r>
        <w:t>raah dikhati hai dar rakhne walon ko, jo yaqeen karte hain bin dekhe aur namaz qaim karte hain. Aur jo kuch hum ne un ko diya hai, woh is mein se kharch karte hain.</w:t>
      </w:r>
    </w:p>
    <w:p>
      <w:pPr>
        <w:jc w:val="right"/>
      </w:pPr>
      <w:r>
        <w:t>راہ دکھاتی ہے ڈر رکھنے والوں کو، جو یقین کرتے ہیں بن دیکھے اور نماز قائم کرتے ہیں۔ اور جو کچھ ہم نے ان کو دیا ہے، وہ اس میں سے خرچ کرتے ہیں۔</w:t>
      </w:r>
    </w:p>
    <w:p>
      <w:r>
        <w:rPr>
          <w:b/>
        </w:rPr>
        <w:t xml:space="preserve">[01:37] </w:t>
      </w:r>
      <w:r>
        <w:t>This is the book, there is no doubt in it. It is a guide for those who are mindful of God, who believe in the unseen, and are steadfast in prayer,</w:t>
      </w:r>
    </w:p>
    <w:p>
      <w:pPr>
        <w:jc w:val="right"/>
      </w:pPr>
      <w:r>
        <w:t>دس از دا بک، دیر از نو ڈاؤٹ ان اٹ۔ اٹ از ا گائیڈ فار دوز ہو آر مائنڈ فل اف گاڈ، ہو بیلیو ان دا انسین، اینڈ ار سٹیٹ فاسٹ ان پریر،</w:t>
      </w:r>
    </w:p>
    <w:p>
      <w:r>
        <w:rPr>
          <w:b/>
        </w:rPr>
        <w:t xml:space="preserve">[01:51] </w:t>
      </w:r>
      <w:r>
        <w:t>and spend out of what we have provided them with.</w:t>
      </w:r>
    </w:p>
    <w:p>
      <w:pPr>
        <w:jc w:val="right"/>
      </w:pPr>
      <w:r>
        <w:t>اینڈ سپینڈ آؤٹ اف واٹ وی ہیو پرووائیڈڈ دیم ود۔</w:t>
      </w:r>
    </w:p>
    <w:p>
      <w:r>
        <w:rPr>
          <w:b/>
        </w:rPr>
        <w:t xml:space="preserve">[01:56] </w:t>
      </w:r>
      <w:r>
        <w:t>moajza jo tarteeb hai quran ki, is mein surah al-baqarah number do par hai.</w:t>
      </w:r>
    </w:p>
    <w:p>
      <w:pPr>
        <w:jc w:val="right"/>
      </w:pPr>
      <w:r>
        <w:t>معجزہ جو ترتیب ہے قرآن کی، اس میں سورہ البقرہ نمبر دو پر ہے۔</w:t>
      </w:r>
    </w:p>
    <w:p>
      <w:r>
        <w:rPr>
          <w:b/>
        </w:rPr>
        <w:t xml:space="preserve">[02:07] </w:t>
      </w:r>
      <w:r>
        <w:t>to is ke shuru mein yeh kaha gaya ke yeh al-kitab hai, yaani quran al-kitab hai, the book hai.</w:t>
      </w:r>
    </w:p>
    <w:p>
      <w:pPr>
        <w:jc w:val="right"/>
      </w:pPr>
      <w:r>
        <w:t>تو اس کے شروع میں یہ کہا گیا کہ یہ الکتاب ہے، یعنی قرآن الکتاب ہے، دا بک ہے۔</w:t>
      </w:r>
    </w:p>
    <w:p>
      <w:r>
        <w:rPr>
          <w:b/>
        </w:rPr>
        <w:t xml:space="preserve">[02:19] </w:t>
      </w:r>
      <w:r>
        <w:t>to quran the book hai, is ka matlab kya hai?</w:t>
      </w:r>
    </w:p>
    <w:p>
      <w:pPr>
        <w:jc w:val="right"/>
      </w:pPr>
      <w:r>
        <w:t>تو قرآن دا بک ہے، اس کا مطلب کیا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