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Hadith-e-Jibril October 29, 2017</w:t>
      </w:r>
    </w:p>
    <w:p>
      <w:r>
        <w:t>https://www.youtube.com/watch?v=CaMTvkwqQqo</w:t>
      </w:r>
    </w:p>
    <w:p>
      <w:r>
        <w:rPr>
          <w:b/>
        </w:rPr>
        <w:t xml:space="preserve">[00:11] </w:t>
      </w:r>
      <w:r>
        <w:t>bismillah rahman rahim, wa salla Allahu ala nabiyyil karim.</w:t>
      </w:r>
    </w:p>
    <w:p>
      <w:pPr>
        <w:jc w:val="right"/>
      </w:pPr>
      <w:r>
        <w:t>بسم اللہ الرحمن الرحیم، وصلی اللہ علی نبی الکریم۔</w:t>
      </w:r>
    </w:p>
    <w:p>
      <w:r>
        <w:rPr>
          <w:b/>
        </w:rPr>
        <w:t xml:space="preserve">[00:21] </w:t>
      </w:r>
      <w:r>
        <w:t>rabb ishrah li sadri, wa yassir li amri, wah-l-uqdatan min lisani, yafqahu qawli.</w:t>
      </w:r>
    </w:p>
    <w:p>
      <w:pPr>
        <w:jc w:val="right"/>
      </w:pPr>
      <w:r>
        <w:t>رب اشرح لی صدری، ویسر لی امری، واحل العقدۃ من لسانی، یفقہ قولی۔</w:t>
      </w:r>
    </w:p>
    <w:p>
      <w:r>
        <w:rPr>
          <w:b/>
        </w:rPr>
        <w:t xml:space="preserve">[00:36] </w:t>
      </w:r>
      <w:r>
        <w:t>October 29, 2017.</w:t>
      </w:r>
    </w:p>
    <w:p>
      <w:pPr>
        <w:jc w:val="right"/>
      </w:pPr>
      <w:r>
        <w:t>اکتوبر 29، 2017۔</w:t>
      </w:r>
    </w:p>
    <w:p>
      <w:r>
        <w:rPr>
          <w:b/>
        </w:rPr>
        <w:t xml:space="preserve">[00:46] </w:t>
      </w:r>
      <w:r>
        <w:t>aaj ke liye</w:t>
      </w:r>
    </w:p>
    <w:p>
      <w:pPr>
        <w:jc w:val="right"/>
      </w:pPr>
      <w:r>
        <w:t>آج کے لیے</w:t>
      </w:r>
    </w:p>
    <w:p>
      <w:r>
        <w:rPr>
          <w:b/>
        </w:rPr>
        <w:t xml:space="preserve">[00:51] </w:t>
      </w:r>
      <w:r>
        <w:t>ek hadith ka intikhab kiya gaya hai.</w:t>
      </w:r>
    </w:p>
    <w:p>
      <w:pPr>
        <w:jc w:val="right"/>
      </w:pPr>
      <w:r>
        <w:t>ایک حدیث کا انتخاب کیا گیا ہے۔</w:t>
      </w:r>
    </w:p>
    <w:p>
      <w:r>
        <w:rPr>
          <w:b/>
        </w:rPr>
        <w:t xml:space="preserve">[00:56] </w:t>
      </w:r>
      <w:r>
        <w:t>yeh silsila to dars-e-quran ka hai, lekin aap jante hain ke ulama quran ko</w:t>
      </w:r>
    </w:p>
    <w:p>
      <w:pPr>
        <w:jc w:val="right"/>
      </w:pPr>
      <w:r>
        <w:t>یہ سلسلہ تو درس قرآن کا ہے، لیکن آپ جانتے ہیں کہ علماء قرآن کو</w:t>
      </w:r>
    </w:p>
    <w:p>
      <w:r>
        <w:rPr>
          <w:b/>
        </w:rPr>
        <w:t xml:space="preserve">[01:09] </w:t>
      </w:r>
      <w:r>
        <w:t>wahi matloob samajhte hain aur hadith ko wahi ghair matloob. Is liye dono ka mushtarak unwan hum ne rakha hai: dars-e-quran.</w:t>
      </w:r>
    </w:p>
    <w:p>
      <w:pPr>
        <w:jc w:val="right"/>
      </w:pPr>
      <w:r>
        <w:t>وحی مطلوب سمجھتے ہیں اور حدیث کو وحی غیر مطلوب۔ اس لیے دونوں کا مشترک عنوان ہم نے رکھا ہے: درس قرآن۔</w:t>
      </w:r>
    </w:p>
    <w:p>
      <w:r>
        <w:rPr>
          <w:b/>
        </w:rPr>
        <w:t xml:space="preserve">[01:23] </w:t>
      </w:r>
      <w:r>
        <w:t>to aaj inshallah is hadith ka zikr hoga jo hadith jibril ke naam se mashhoor hai.</w:t>
      </w:r>
    </w:p>
    <w:p>
      <w:pPr>
        <w:jc w:val="right"/>
      </w:pPr>
      <w:r>
        <w:t>تو آج انشاءاللہ اس حدیث کا ذکر ہوگا جو حدیث جبرائیل کے نام سے مشہور ہے۔</w:t>
      </w:r>
    </w:p>
    <w:p>
      <w:r>
        <w:rPr>
          <w:b/>
        </w:rPr>
        <w:t xml:space="preserve">[01:37] </w:t>
      </w:r>
      <w:r>
        <w:t>to pehle aap iska matan suniye, aur iske baad iski sharah</w:t>
      </w:r>
    </w:p>
    <w:p>
      <w:pPr>
        <w:jc w:val="right"/>
      </w:pPr>
      <w:r>
        <w:t>تو پہلے آپ اس کا متن سنیے، اور اس کے بعد اس کی شرح</w:t>
      </w:r>
    </w:p>
    <w:p>
      <w:r>
        <w:rPr>
          <w:b/>
        </w:rPr>
        <w:t xml:space="preserve">[01:42] </w:t>
      </w:r>
      <w:r>
        <w:t>an umar ibn al-khattab qaul: "baynamahnu inda rasul allah sallallahu alayhi wasallam zata yawm, atalla alayna rajulun shadidun bayad thiyab, shadidun sawad sha'r,</w:t>
      </w:r>
    </w:p>
    <w:p>
      <w:pPr>
        <w:jc w:val="right"/>
      </w:pPr>
      <w:r>
        <w:t>۔ عن عمر ابن الخطاب قول: "بینما نحن عند رسول اللہ صلی اللہ علیہ وسلم ذات یوم، اطلا علینا رجل شدید بیاض الثیاب، شدید سواد الشعر،</w:t>
      </w:r>
    </w:p>
    <w:p>
      <w:r>
        <w:rPr>
          <w:b/>
        </w:rPr>
        <w:t xml:space="preserve">[01:57] </w:t>
      </w:r>
      <w:r>
        <w:t>la yura alayhi athar al-safar, wa la ya'rifuhu minna ahad, hatta jasasa al-nabi sallallahu alayhi wasallam, fa asnad rukbatayhi ila rukbatayhi, wa wada' kafayhi ala fakhidhihi,</w:t>
      </w:r>
    </w:p>
    <w:p>
      <w:pPr>
        <w:jc w:val="right"/>
      </w:pPr>
      <w:r>
        <w:t>لا یرا علیہ اثر السفر، ولا یعرفہ منا احد، حتی جلس النبی صلی اللہ علیہ وسلم، فاسند رکبتہ الی رکبتہ، ووضع کفیہ علی فخذہ،</w:t>
      </w:r>
    </w:p>
    <w:p>
      <w:r>
        <w:rPr>
          <w:b/>
        </w:rPr>
        <w:t xml:space="preserve">[02:11] </w:t>
      </w:r>
      <w:r>
        <w:t>wa qala: "ya muhammad, akhbirni an al-islam." fa qala rasul allah sallallahu alayhi wasallam: "al-islam an tashhad an la ilaha illa allah wa anna muhammadun rasul allah sallallahu alayhi wasallam,</w:t>
      </w:r>
    </w:p>
    <w:p>
      <w:pPr>
        <w:jc w:val="right"/>
      </w:pPr>
      <w:r>
        <w:t>وقال: یا محمد، اخبرنی عن الاسلام۔" فقال رسول اللہ صلی اللہ علیہ وسلم: "الاسلام ان تشہد ان تشہد ان لا الہ الا اللہ وان محمد رسول اللہ صلی اللہ علیہ وسلم،</w:t>
      </w:r>
    </w:p>
    <w:p>
      <w:r>
        <w:rPr>
          <w:b/>
        </w:rPr>
        <w:t xml:space="preserve">[02:29] </w:t>
      </w:r>
      <w:r>
        <w:t>wa tuqim al-salat, wa tu'ti al-zakat, wa tasum ramadan, wa tahujj al-bayt in istata'ta ilayhi sabilan." qala: "sadaqt." qala:</w:t>
      </w:r>
    </w:p>
    <w:p>
      <w:pPr>
        <w:jc w:val="right"/>
      </w:pPr>
      <w:r>
        <w:t>وتقیم الصلاۃ، وتؤتی الزکوۃ، وتصوم رمضان، وتحج البیت ان استطعت الیہ سبیلا۔" قال: "صدقت۔" قال:</w:t>
      </w:r>
    </w:p>
    <w:p>
      <w:r>
        <w:rPr>
          <w:b/>
        </w:rPr>
        <w:t xml:space="preserve">[02:42] </w:t>
      </w:r>
      <w:r>
        <w:t>"fa ajabna lah yus'aluhu wa yusaddiquhu." qala: "fa akhbirni an al-iman." qala: "an tu'min billahi wa mala'ikatihi wa kutubihi wa rusulihi wa al-yawm al-akhir, wa tu'min bil qadari khayrihi wa sharrihi." qala: "sadaqt." qala: "fa akhbirni an al-ihsan." qala: "an ta'bud allaha ka'annaka tarah,</w:t>
      </w:r>
    </w:p>
    <w:p>
      <w:pPr>
        <w:jc w:val="right"/>
      </w:pPr>
      <w:r>
        <w:t>"فعجبنا لہ یسالہ ویصدقہ۔" قال: "فاخبرنی عن الایمان۔" قال: "ان تؤمن باللہ وملائکتہ وکتبہ ورسلہ والیوم الاخر، وتؤمن بالقدر خیرہ وشرہ۔" قال: "صدقت۔" قال: "فاخبرنی عن الاحسان۔" قال: "ان تعبد اللہ کانک تراہ،</w:t>
      </w:r>
    </w:p>
    <w:p>
      <w:r>
        <w:rPr>
          <w:b/>
        </w:rPr>
        <w:t xml:space="preserve">[03:11] </w:t>
      </w:r>
      <w:r>
        <w:t>fa in lam takun tarah fa innahu yarak." qala: "fa akhbirni an al-sa'ah." qala: "ma al-mas'ul anha bi a'lam min al-sa'il." qala: "fa akhbirni an imaratiha." qala: "an tal al-ammat rabbatuh,</w:t>
      </w:r>
    </w:p>
    <w:p>
      <w:pPr>
        <w:jc w:val="right"/>
      </w:pPr>
      <w:r>
        <w:t>فان لم تکن تراہ فانہ یراک۔" قال: "فاخبرنی عن الساعہ۔" قال: "مس المسعول عنہا باعلم من السائل۔" قال: "فاخبرنی عن امارتہ۔" قال: "انتل الامت ربتہ،</w:t>
      </w:r>
    </w:p>
    <w:p>
      <w:r>
        <w:rPr>
          <w:b/>
        </w:rPr>
        <w:t xml:space="preserve">[03:31] </w:t>
      </w:r>
      <w:r>
        <w:t>wa antul huffathul arath,</w:t>
      </w:r>
    </w:p>
    <w:p>
      <w:pPr>
        <w:jc w:val="right"/>
      </w:pPr>
      <w:r>
        <w:t>وانت الحفات العرات،</w:t>
      </w:r>
    </w:p>
    <w:p>
      <w:r>
        <w:rPr>
          <w:b/>
        </w:rPr>
        <w:t xml:space="preserve">[03:34] </w:t>
      </w:r>
      <w:r>
        <w:t>arathul alatha, riya al shai, yatatawaloon fil binyan."</w:t>
      </w:r>
    </w:p>
    <w:p>
      <w:pPr>
        <w:jc w:val="right"/>
      </w:pPr>
      <w:r>
        <w:t>عرات العالۃ، ریا الشائی، یتطاولون فی البنیان۔"</w:t>
      </w:r>
    </w:p>
    <w:p>
      <w:r>
        <w:rPr>
          <w:b/>
        </w:rPr>
        <w:t xml:space="preserve">[03:40] </w:t>
      </w:r>
      <w:r>
        <w:t>Qal: "Thumma intaliq falabist mili, thumma qala li: Ya Umar, atadree man al saail?" Qult: "Allah wa Rasoolahu Aalam."</w:t>
      </w:r>
    </w:p>
    <w:p>
      <w:pPr>
        <w:jc w:val="right"/>
      </w:pPr>
      <w:r>
        <w:t>قال: "ثم انطلق فلبست ملی، ثم قال لی: یا عمر، اتدری من السائل؟" قلت: "اللہ ورسولہ اعلم۔"</w:t>
      </w:r>
    </w:p>
    <w:p>
      <w:r>
        <w:rPr>
          <w:b/>
        </w:rPr>
        <w:t xml:space="preserve">[03:51] </w:t>
      </w:r>
      <w:r>
        <w:t>Qal: "Fa innahu Jibraeel atakum yuallimukum deenukum."</w:t>
      </w:r>
    </w:p>
    <w:p>
      <w:pPr>
        <w:jc w:val="right"/>
      </w:pPr>
      <w:r>
        <w:t>قال: "فانہ جبرائیل اتاکم یعلمکم دینکم۔"</w:t>
      </w:r>
    </w:p>
    <w:p>
      <w:r>
        <w:rPr>
          <w:b/>
        </w:rPr>
        <w:t xml:space="preserve">[03:57] </w:t>
      </w:r>
      <w:r>
        <w:t>sahih muslim hadith number ath.</w:t>
      </w:r>
    </w:p>
    <w:p>
      <w:pPr>
        <w:jc w:val="right"/>
      </w:pPr>
      <w:r>
        <w:t>صحیح مسلم حدیث نمبر اٹھ۔</w:t>
      </w:r>
    </w:p>
    <w:p>
      <w:r>
        <w:rPr>
          <w:b/>
        </w:rPr>
        <w:t xml:space="preserve">[04:07] </w:t>
      </w:r>
      <w:r>
        <w:t>umar bin khattab se riwayat hai, unhone kaha ke ek din hum log jab rasul allah sallallahu alayhi wasallam ke paas baithe hue the ke ek aadmi numoodar hua.</w:t>
      </w:r>
    </w:p>
    <w:p>
      <w:pPr>
        <w:jc w:val="right"/>
      </w:pPr>
      <w:r>
        <w:t>عمر بن خطاب سے روایت ہے، انہوں نے کہا کہ ایک دن ہم لوگ جب رسول اللہ صلی اللہ علیہ وسلم کے پاس بیٹھے ہوئے تھے کہ ایک آدمی نمودار ہوا۔</w:t>
      </w:r>
    </w:p>
    <w:p>
      <w:r>
        <w:rPr>
          <w:b/>
        </w:rPr>
        <w:t xml:space="preserve">[04:18] </w:t>
      </w:r>
      <w:r>
        <w:t>uske baal intehai kale the, uske kapde intehai safed the, baal intehai kale, aur us par safar ka kuch kuch asar na tha, aur hum mein se koi usko janta bhi na tha.</w:t>
      </w:r>
    </w:p>
    <w:p>
      <w:pPr>
        <w:jc w:val="right"/>
      </w:pPr>
      <w:r>
        <w:t>اس کے بال انتہائی کالے تھے، اس کے کپڑے انتہائی سفید تھے، بال انتہائی کالے، اور اس پر سفر کا کچھ کچھ اثر نہ تھا، اور ہم میں سے کوئی اس کو جانتا بھی نہ تھا۔</w:t>
      </w:r>
    </w:p>
    <w:p>
      <w:r>
        <w:rPr>
          <w:b/>
        </w:rPr>
        <w:t xml:space="preserve">[04:33] </w:t>
      </w:r>
      <w:r>
        <w:t>yahan tak ke wo nabi sallallahu alayhi wasallam ke paas baith gaya aur aap ke intehai qareeb ho gaya, aur usne kaha: "ae muhammad, aap mujhe islam ke bare mein batayen." aap ne kaha: "islam yeh hai ke tum gawahi do ke allah ke ilawa koi mabood nahi,</w:t>
      </w:r>
    </w:p>
    <w:p>
      <w:pPr>
        <w:jc w:val="right"/>
      </w:pPr>
      <w:r>
        <w:t>یہاں تک کہ وہ نبی صلی اللہ علیہ وسلم کے پاس بیٹھ گیا اور آپ کے انتہائی قریب ہو گیا، اور اس نے کہا: "اے محمد، آپ مجھے اسلام کے بارے میں بتائیں۔" آپ نے کہا: "اسلام یہ ہے کہ تم گواہی دو کہ اللہ کے علاوہ کوئی معبود نہیں،</w:t>
      </w:r>
    </w:p>
    <w:p>
      <w:r>
        <w:rPr>
          <w:b/>
        </w:rPr>
        <w:t xml:space="preserve">[04:54] </w:t>
      </w:r>
      <w:r>
        <w:t>aur muhammad allah ke rasool hain, aur namaz qaim karo, zakat ada karo, ramadan ke roze rakho, baitullah ka haj karo, agar tum uski taraf rasta paate ho." usne kaha: "aap ne sach kaha."</w:t>
      </w:r>
    </w:p>
    <w:p>
      <w:pPr>
        <w:jc w:val="right"/>
      </w:pPr>
      <w:r>
        <w:t>اور محمد اللہ کے رسول ہیں، اور نماز قائم کرو، زکوۃ ادا کرو، رمضان کے روزے رکھو، بیت اللہ کا حج کرو، اگر تم اس کی طرف راستہ پاتے ہو۔" اس نے کہا: "آپ نے سچ کہا۔"</w:t>
      </w:r>
    </w:p>
    <w:p>
      <w:r>
        <w:rPr>
          <w:b/>
        </w:rPr>
        <w:t xml:space="preserve">[05:13] </w:t>
      </w:r>
      <w:r>
        <w:t>rawi ka hazrat umar kehte hain ke humne is par taajjub kiya ke wo sawal bhi karta hai aur uski tasdeeq karta hai.</w:t>
      </w:r>
    </w:p>
    <w:p>
      <w:pPr>
        <w:jc w:val="right"/>
      </w:pPr>
      <w:r>
        <w:t>راوی کا حضرت عمر کہتے ہیں کہ ہم نے اس پر تعجب کیا کہ وہ سوال بھی کرتا ہے اور اس کی تصدیق کرتا ہے۔</w:t>
      </w:r>
    </w:p>
    <w:p>
      <w:r>
        <w:rPr>
          <w:b/>
        </w:rPr>
        <w:t xml:space="preserve">[05:23] </w:t>
      </w:r>
      <w:r>
        <w:t>us aadmi ne kaha: "aap mujhe iman ke bare mein batayen." aap ne kaha: "ke to tum iman lao allah par, uske farishton par, uski kitabon par, uske rasoolon par, aur aakhirat ke din par,</w:t>
      </w:r>
    </w:p>
    <w:p>
      <w:pPr>
        <w:jc w:val="right"/>
      </w:pPr>
      <w:r>
        <w:t>اس آدمی نے کہا: "آپ مجھے ایمان کے بارے میں بتائیں۔" آپ نے کہا: "کہ تو تم ایمان لاؤ اللہ پر، اس کے فرشتوں پر، اس کی کتابوں پر، اس کے رسولوں پر، اور آخرت کے دن پر،</w:t>
      </w:r>
    </w:p>
    <w:p>
      <w:r>
        <w:rPr>
          <w:b/>
        </w:rPr>
        <w:t xml:space="preserve">[05:39] </w:t>
      </w:r>
      <w:r>
        <w:t>aur iman lao taqdeer ke achhe aur bure hone par." us aadmi ne kaha: "aap ne sach kaha." usne kaha: "aap mujhe ehsan ke bare mein batayen." aap ne kaha:</w:t>
      </w:r>
    </w:p>
    <w:p>
      <w:pPr>
        <w:jc w:val="right"/>
      </w:pPr>
      <w:r>
        <w:t>اور ایمان لاؤ تقدیر کے اچھے اور برے ہونے پر۔" اس آدمی نے کہا: "آپ نے سچ کہا۔" اس نے کہا: "آپ مجھے احسان کے بارے میں بتائیں۔" آپ نے کہا:</w:t>
      </w:r>
    </w:p>
    <w:p>
      <w:r>
        <w:rPr>
          <w:b/>
        </w:rPr>
        <w:t xml:space="preserve">[05:55] </w:t>
      </w:r>
      <w:r>
        <w:t>"ke tum allah ki ibadat karo, goya ke tum usko dekhte ho, aur agar tum usko nahi dekh rahe to woh tum ko dekhta hai."</w:t>
      </w:r>
    </w:p>
    <w:p>
      <w:pPr>
        <w:jc w:val="right"/>
      </w:pPr>
      <w:r>
        <w:t>"کہ تم اللہ کی عبادت کرو، گویا کہ تم اس کو دیکھتے ہو، اور اگر تم اس کو نہیں دیکھ رہے تو وہ تم کو دیکھتا ہے۔"</w:t>
      </w:r>
    </w:p>
    <w:p>
      <w:r>
        <w:rPr>
          <w:b/>
        </w:rPr>
        <w:t xml:space="preserve">[06:06] </w:t>
      </w:r>
      <w:r>
        <w:t>us ne kaha: "aap mujhe qayamat ke bare mein khabar dijiye."</w:t>
      </w:r>
    </w:p>
    <w:p>
      <w:pPr>
        <w:jc w:val="right"/>
      </w:pPr>
      <w:r>
        <w:t>اس نے کہا: "آپ مجھے قیامت کے بارے میں خبر دیجئے۔"</w:t>
      </w:r>
    </w:p>
    <w:p>
      <w:r>
        <w:rPr>
          <w:b/>
        </w:rPr>
        <w:t xml:space="preserve">[06:11] </w:t>
      </w:r>
      <w:r>
        <w:t>aap ne kaha: "jis se sawal kiya ja raha hai, woh sawal karne wale se zyada us ke</w:t>
      </w:r>
    </w:p>
    <w:p>
      <w:pPr>
        <w:jc w:val="right"/>
      </w:pPr>
      <w:r>
        <w:t>آپ نے کہا: "جس سے سوال کیا جا رہا ہے، وہ سوال کرنے والے سے زیادہ اس کے</w:t>
      </w:r>
    </w:p>
    <w:p>
      <w:r>
        <w:rPr>
          <w:b/>
        </w:rPr>
        <w:t xml:space="preserve">[06:16] </w:t>
      </w:r>
      <w:r>
        <w:t>bare mein nahi janta."</w:t>
      </w:r>
    </w:p>
    <w:p>
      <w:pPr>
        <w:jc w:val="right"/>
      </w:pPr>
      <w:r>
        <w:t>بارے میں نہیں جانتا۔"</w:t>
      </w:r>
    </w:p>
    <w:p>
      <w:r>
        <w:rPr>
          <w:b/>
        </w:rPr>
        <w:t xml:space="preserve">[06:20] </w:t>
      </w:r>
      <w:r>
        <w:t>us ne kaha: "to aap mujhe</w:t>
      </w:r>
    </w:p>
    <w:p>
      <w:pPr>
        <w:jc w:val="right"/>
      </w:pPr>
      <w:r>
        <w:t>اس نے کہا: "تو آپ مجھے</w:t>
      </w:r>
    </w:p>
    <w:p>
      <w:r>
        <w:rPr>
          <w:b/>
        </w:rPr>
        <w:t xml:space="preserve">[06:22] </w:t>
      </w:r>
      <w:r>
        <w:t>qayamat ki nishaniyan batayen."</w:t>
      </w:r>
    </w:p>
    <w:p>
      <w:pPr>
        <w:jc w:val="right"/>
      </w:pPr>
      <w:r>
        <w:t>قیامت کی نشانیاں بتائیں۔"</w:t>
      </w:r>
    </w:p>
    <w:p>
      <w:r>
        <w:rPr>
          <w:b/>
        </w:rPr>
        <w:t xml:space="preserve">[06:26] </w:t>
      </w:r>
      <w:r>
        <w:t>aap ne kaha: "keh</w:t>
      </w:r>
    </w:p>
    <w:p>
      <w:pPr>
        <w:jc w:val="right"/>
      </w:pPr>
      <w:r>
        <w:t>آپ نے کہا: "کہ</w:t>
      </w:r>
    </w:p>
    <w:p>
      <w:r>
        <w:rPr>
          <w:b/>
        </w:rPr>
        <w:t xml:space="preserve">[06:29] </w:t>
      </w:r>
      <w:r>
        <w:t>londiyan apne malik ko paida karengi, aur tum dekhoge ke nangay paon,</w:t>
      </w:r>
    </w:p>
    <w:p>
      <w:pPr>
        <w:jc w:val="right"/>
      </w:pPr>
      <w:r>
        <w:t>لونڈیاں اپنے مالک کو پیدا کریں گی، اور تم دیکھو گے کہ ننگے پاؤں،</w:t>
      </w:r>
    </w:p>
    <w:p>
      <w:r>
        <w:rPr>
          <w:b/>
        </w:rPr>
        <w:t xml:space="preserve">[06:37] </w:t>
      </w:r>
      <w:r>
        <w:t>nangay badan,</w:t>
      </w:r>
    </w:p>
    <w:p>
      <w:pPr>
        <w:jc w:val="right"/>
      </w:pPr>
      <w:r>
        <w:t>ننگے بدن،</w:t>
      </w:r>
    </w:p>
    <w:p>
      <w:r>
        <w:rPr>
          <w:b/>
        </w:rPr>
        <w:t xml:space="preserve">[06:39] </w:t>
      </w:r>
      <w:r>
        <w:t>ghareeb bakriyon ko charane wale imaraton par fakhr karenge."</w:t>
      </w:r>
    </w:p>
    <w:p>
      <w:pPr>
        <w:jc w:val="right"/>
      </w:pPr>
      <w:r>
        <w:t>غریب بکریوں کو چرانے والے عمارتوں پر فخر کریں گے۔"</w:t>
      </w:r>
    </w:p>
    <w:p>
      <w:r>
        <w:rPr>
          <w:b/>
        </w:rPr>
        <w:t xml:space="preserve">[06:48] </w:t>
      </w:r>
      <w:r>
        <w:t>hazrat umar ne kaha: "ke phir woh chala gaya, aur hum log thodi der thehre. phir aap ne mujh se kaha: "ae umar, kya tum ne tum jante ho yeh sawal karne wala kaun tha?" maine kaha: "allah aur uske rasool khoob jante hain." aap ne kaha: "yeh jibril the,</w:t>
      </w:r>
    </w:p>
    <w:p>
      <w:pPr>
        <w:jc w:val="right"/>
      </w:pPr>
      <w:r>
        <w:t>حضرت عمر نے کہا: "کہ پھر وہ چلا گیا، اور ہم لوگ تھوڑی دیر ٹھہرے۔ پھر آپ نے مجھ سے کہا: "اے عمر، کیا تم نے تم جانتے ہو یہ سوال کرنے والا کون تھا؟" میں نے کہا: "اللہ اور اس کے رسول خوب جانتے ہیں۔" آپ نے کہا: "یہ جبرائیل تھے،</w:t>
      </w:r>
    </w:p>
    <w:p>
      <w:r>
        <w:rPr>
          <w:b/>
        </w:rPr>
        <w:t xml:space="preserve">[07:08] </w:t>
      </w:r>
      <w:r>
        <w:t>tumhare paas aaye the tum ko tumhara deen sikhane ke liye."</w:t>
      </w:r>
    </w:p>
    <w:p>
      <w:pPr>
        <w:jc w:val="right"/>
      </w:pPr>
      <w:r>
        <w:t>تمہارے پاس آئے تھے تم کو تمہارا دین سکھانے کے لیے۔"</w:t>
      </w:r>
    </w:p>
    <w:p>
      <w:r>
        <w:rPr>
          <w:b/>
        </w:rPr>
        <w:t xml:space="preserve">[07:12] </w:t>
      </w:r>
      <w:r>
        <w:t>dekhiye, yeh jo hadith hai, ek bahut hi special qism ki hadith hai, yani is mein farishta khule taur par aaya,</w:t>
      </w:r>
    </w:p>
    <w:p>
      <w:pPr>
        <w:jc w:val="right"/>
      </w:pPr>
      <w:r>
        <w:t>دیکھیے، یہ جو حدیث ہے، ایک بہت ہی اسپیشل قسم کی حدیث ہے، یعنی اس میں فرشتہ کھلے طور پر آیا،</w:t>
      </w:r>
    </w:p>
    <w:p>
      <w:r>
        <w:rPr>
          <w:b/>
        </w:rPr>
        <w:t xml:space="preserve">[07:27] </w:t>
      </w:r>
      <w:r>
        <w:t>aisi alamaton ke sath ke logon ne yaqeen kiya ke yeh farishta hai, aur usne deen ke bare mein sawal jawab ki shakal mein bataya.</w:t>
      </w:r>
    </w:p>
    <w:p>
      <w:pPr>
        <w:jc w:val="right"/>
      </w:pPr>
      <w:r>
        <w:t>ایسی علامتوں کے ساتھ کہ لوگوں نے یقین کیا کہ یہ فرشتہ ہے، اور اس نے دین کے بارے میں سوال جواب کی شکل میں بتایا۔</w:t>
      </w:r>
    </w:p>
    <w:p>
      <w:r>
        <w:rPr>
          <w:b/>
        </w:rPr>
        <w:t xml:space="preserve">[07:37] </w:t>
      </w:r>
      <w:r>
        <w:t>to mein samajhta hoon ke yeh goya confirmation tha, yani jo log rasul allah ko rasool mante the, unke liye yeh further confirmation tha,</w:t>
      </w:r>
    </w:p>
    <w:p>
      <w:pPr>
        <w:jc w:val="right"/>
      </w:pPr>
      <w:r>
        <w:t>تو میں سمجھتا ہوں کہ یہ گویا کنفرمیشن تھا، یعنی جو لوگ رسول اللہ کو رسول مانتے تھے، ان کے لیے یہ فردر کنفرمیشن تھا،</w:t>
      </w:r>
    </w:p>
    <w:p>
      <w:r>
        <w:rPr>
          <w:b/>
        </w:rPr>
        <w:t xml:space="preserve">[07:54] </w:t>
      </w:r>
      <w:r>
        <w:t>yani farishte ne zahir ho kar bataya dekhne walon ko ke yeh allah ke sachche rasool hain, aur yeh jo kuch batate hain, woh allah ki taraf se hota hai.</w:t>
      </w:r>
    </w:p>
    <w:p>
      <w:pPr>
        <w:jc w:val="right"/>
      </w:pPr>
      <w:r>
        <w:t>یعنی فرشتہ نے ظاہر ہو کر بتایا دیکھنے والوں کو کہ یہ اللہ کے سچے رسول ہیں، اور یہ جو کچھ بتاتے ہیں، وہ اللہ کی طرف سے ہوتا ہے۔</w:t>
      </w:r>
    </w:p>
    <w:p>
      <w:r>
        <w:rPr>
          <w:b/>
        </w:rPr>
        <w:t xml:space="preserve">[08:11] </w:t>
      </w:r>
      <w:r>
        <w:t>to chunache hadith ke yeh alfaz hain ke: "ke taake tumhara deen tum ko bataye."</w:t>
      </w:r>
    </w:p>
    <w:p>
      <w:pPr>
        <w:jc w:val="right"/>
      </w:pPr>
      <w:r>
        <w:t>تو چنانچہ حدیث کے یہ الفاظ ہیں کہ: "کہ تاکہ تمہارا دین تم کو بتائے۔"</w:t>
      </w:r>
    </w:p>
    <w:p>
      <w:r>
        <w:rPr>
          <w:b/>
        </w:rPr>
        <w:t xml:space="preserve">[08:22] </w:t>
      </w:r>
      <w:r>
        <w:t>to taake tumhara deen bataye ke maane yeh hue ke taake tum ko is baat ka yaqeen paida ho ke Muhammad sallallahu alaihi wasallam deen ke bare mein jo bata rahe hain, woh sachi talimat hain, woh Allah ki taraf se hain.</w:t>
      </w:r>
    </w:p>
    <w:p>
      <w:pPr>
        <w:jc w:val="right"/>
      </w:pPr>
      <w:r>
        <w:t>تو تاکہ تمہارا دین بتائے کے معنی یہ ہوئے کہ تاکہ تم کو اس بات کا یقین پیدا ہو کہ محمد صلی اللہ علیہ وسلم دین کے بارے میں جو بتا رہے ہیں، وہ سچی تعلیمات ہیں، وہ اللہ کی طرف سے ہیں۔</w:t>
      </w:r>
    </w:p>
    <w:p>
      <w:r>
        <w:rPr>
          <w:b/>
        </w:rPr>
        <w:t xml:space="preserve">[08:46] </w:t>
      </w:r>
      <w:r>
        <w:t>ek ek cheez bataiye, kya kya hai</w:t>
      </w:r>
    </w:p>
    <w:p>
      <w:pPr>
        <w:jc w:val="right"/>
      </w:pPr>
      <w:r>
        <w:t>ایک ایک چیز بتائیے، کیا کیا ہے</w:t>
      </w:r>
    </w:p>
    <w:p>
      <w:r>
        <w:rPr>
          <w:b/>
        </w:rPr>
        <w:t xml:space="preserve">[08:49] </w:t>
      </w:r>
      <w:r>
        <w:t>? aur us ne kaha: "ae Muhammad, aap mujhe Islam ke bare mein batayein." aap ne kaha: "Islam yeh hai ke tum gawahi do ke Allah ke ilawa koi mabood nahi,</w:t>
      </w:r>
    </w:p>
    <w:p>
      <w:pPr>
        <w:jc w:val="right"/>
      </w:pPr>
      <w:r>
        <w:t>؟ اور اس نے کہا: "اے محمد، آپ مجھے اسلام کے بارے میں بتائیں۔" آپ نے کہا: "اسلام یہ ہے کہ تم گواہی دو کہ اللہ کے علاوہ کوئی معبود نہیں،</w:t>
      </w:r>
    </w:p>
    <w:p>
      <w:r>
        <w:rPr>
          <w:b/>
        </w:rPr>
        <w:t xml:space="preserve">[09:02] </w:t>
      </w:r>
      <w:r>
        <w:t>aur Muhammad Allah ke rasool hain, aur namaz qaim karo, zakat ada karo, Ramzan ke roze rakho, baitullah ka haj karo, agar tum us ki taraf rasta paate ho."</w:t>
      </w:r>
    </w:p>
    <w:p>
      <w:pPr>
        <w:jc w:val="right"/>
      </w:pPr>
      <w:r>
        <w:t>اور محمد اللہ کے رسول ہیں، اور نماز قائم کرو، زکوۃ ادا کرو، رمضان کے روزے رکھو، بیت اللہ کا حج کرو، اگر تم اس کی طرف راستہ پاتے ہو۔"</w:t>
      </w:r>
    </w:p>
    <w:p>
      <w:r>
        <w:rPr>
          <w:b/>
        </w:rPr>
        <w:t xml:space="preserve">[09:16] </w:t>
      </w:r>
      <w:r>
        <w:t>dekhein, yeh wahi baatein hain jo ek aur hadith mein is tarah aayi hain ke</w:t>
      </w:r>
    </w:p>
    <w:p>
      <w:pPr>
        <w:jc w:val="right"/>
      </w:pPr>
      <w:r>
        <w:t>دیکھیں، یہ وہی باتیں ہیں جو ایک اور حدیث میں اس طرح آئی ہیں کہ</w:t>
      </w:r>
    </w:p>
    <w:p>
      <w:r>
        <w:rPr>
          <w:b/>
        </w:rPr>
        <w:t xml:space="preserve">[09:26] </w:t>
      </w:r>
      <w:r>
        <w:t>Islam ke panch arkan hain,</w:t>
      </w:r>
    </w:p>
    <w:p>
      <w:pPr>
        <w:jc w:val="right"/>
      </w:pPr>
      <w:r>
        <w:t>اسلام کے پانچ ارکان ہیں،</w:t>
      </w:r>
    </w:p>
    <w:p>
      <w:r>
        <w:rPr>
          <w:b/>
        </w:rPr>
        <w:t xml:space="preserve">[09:31] </w:t>
      </w:r>
      <w:r>
        <w:t>wahi baatein hain, lekin yahan par is tareeqe se hai ke farishta aa kar aap ko batata hai, yeh goya further confirmation hai.</w:t>
      </w:r>
    </w:p>
    <w:p>
      <w:pPr>
        <w:jc w:val="right"/>
      </w:pPr>
      <w:r>
        <w:t>وہی باتیں ہیں، لیکن یہاں پر اس طریقے سے ہے کہ فرشتہ آ کر آپ کو بتاتا ہے، یہ گویا فردر کنفرمیشن ہے۔</w:t>
      </w:r>
    </w:p>
    <w:p>
      <w:r>
        <w:rPr>
          <w:b/>
        </w:rPr>
        <w:t xml:space="preserve">[09:46] </w:t>
      </w:r>
      <w:r>
        <w:t>to is deen ka aaghaz hota hai imaan se. imaan ka matlab main samajhta hoon ke marifat se.</w:t>
      </w:r>
    </w:p>
    <w:p>
      <w:pPr>
        <w:jc w:val="right"/>
      </w:pPr>
      <w:r>
        <w:t>تو اس دین کا آغاز ہوتا ہے ایمان سے۔ ایمان کا مطلب میں سمجھتا ہوں کہ معرفت سے۔</w:t>
      </w:r>
    </w:p>
    <w:p>
      <w:r>
        <w:rPr>
          <w:b/>
        </w:rPr>
        <w:t xml:space="preserve">[09:56] </w:t>
      </w:r>
      <w:r>
        <w:t>marifat yani daryaft, discovery.</w:t>
      </w:r>
    </w:p>
    <w:p>
      <w:pPr>
        <w:jc w:val="right"/>
      </w:pPr>
      <w:r>
        <w:t>معرفت یعنی دریافت، ڈسکوری۔</w:t>
      </w:r>
    </w:p>
    <w:p>
      <w:r>
        <w:rPr>
          <w:b/>
        </w:rPr>
        <w:t xml:space="preserve">[10:03] </w:t>
      </w:r>
      <w:r>
        <w:t>deen koi qanoon ka majmooa nahi hai,</w:t>
      </w:r>
    </w:p>
    <w:p>
      <w:pPr>
        <w:jc w:val="right"/>
      </w:pPr>
      <w:r>
        <w:t>دین کوئی قانون کا مجموعہ نہیں ہے،</w:t>
      </w:r>
    </w:p>
    <w:p>
      <w:r>
        <w:rPr>
          <w:b/>
        </w:rPr>
        <w:t xml:space="preserve">[10:10] </w:t>
      </w:r>
      <w:r>
        <w:t>balkeh woh mabni par marifat deen hai. yani pehle aap ko is baat ki discovery hoti hai,</w:t>
      </w:r>
    </w:p>
    <w:p>
      <w:pPr>
        <w:jc w:val="right"/>
      </w:pPr>
      <w:r>
        <w:t>بلکہ وہ مبنی پر معرفت دین ہے۔ یعنی پہلے آپ کو اس بات کی ڈسکوری ہوتی ہے،</w:t>
      </w:r>
    </w:p>
    <w:p>
      <w:r>
        <w:rPr>
          <w:b/>
        </w:rPr>
        <w:t xml:space="preserve">[10:22] </w:t>
      </w:r>
      <w:r>
        <w:t>is an haqiqaton ki jin ko Islam mein bataya gaya hai, phir aap in haqiqaton par qaim ho jate hain.</w:t>
      </w:r>
    </w:p>
    <w:p>
      <w:pPr>
        <w:jc w:val="right"/>
      </w:pPr>
      <w:r>
        <w:t>اس ان حقیقتوں کی جن کو اسلام میں بتایا گیا ہے، پھر آپ ان حقیقتوں پر قائم ہو جاتے ہیں۔</w:t>
      </w:r>
    </w:p>
    <w:p>
      <w:r>
        <w:rPr>
          <w:b/>
        </w:rPr>
        <w:t xml:space="preserve">[10:33] </w:t>
      </w:r>
      <w:r>
        <w:t>to Islam ka aaghaz hota hai marifat se, aur marifat jo hai, woh jab aap ke andar aati hai to phir woh namaz ki soorat mein, roze ki soorat mein,</w:t>
      </w:r>
    </w:p>
    <w:p>
      <w:pPr>
        <w:jc w:val="right"/>
      </w:pPr>
      <w:r>
        <w:t>تو اسلام کا آغاز ہوتا ہے معرفت سے، اور معرفت جو ہے، وہ جب آپ کے اندر آتی ہے تو پھر وہ نماز کی صورت میں، روزے کی صورت میں،</w:t>
      </w:r>
    </w:p>
    <w:p>
      <w:r>
        <w:rPr>
          <w:b/>
        </w:rPr>
        <w:t xml:space="preserve">[10:51] </w:t>
      </w:r>
      <w:r>
        <w:t>haj ki soorat mein, aur mukhtalif aamal ki soorat mein zahir hoti hai.</w:t>
      </w:r>
    </w:p>
    <w:p>
      <w:pPr>
        <w:jc w:val="right"/>
      </w:pPr>
      <w:r>
        <w:t>حج کی صورت میں، اور مختلف اعمال کی صورت میں ظاہر ہوتی ہے۔</w:t>
      </w:r>
    </w:p>
    <w:p>
      <w:r>
        <w:rPr>
          <w:b/>
        </w:rPr>
        <w:t xml:space="preserve">[11:00] </w:t>
      </w:r>
      <w:r>
        <w:t>to yeh baat hai doosri hadithon mein maujood hai, lekin yahan par woh ek further confirmation ki soorat mein direct taur par farishte ki zuban se ada hui hain.</w:t>
      </w:r>
    </w:p>
    <w:p>
      <w:pPr>
        <w:jc w:val="right"/>
      </w:pPr>
      <w:r>
        <w:t>تو یہ بات ہے دوسری حدیثوں میں موجود ہے، لیکن یہاں پر وہ ایک فردر کنفرمیشن کی صورت میں ڈائریکٹ طور پر فرشتے کی زبان سے ادا ہوئی ہیں۔</w:t>
      </w:r>
    </w:p>
    <w:p>
      <w:r>
        <w:rPr>
          <w:b/>
        </w:rPr>
        <w:t xml:space="preserve">[11:16] </w:t>
      </w:r>
      <w:r>
        <w:t>is aadmi ne kaha: "sadqat." aap ne sach kaha. to hum logon ko taajjub hua ke sawal bhi kiya is ne, aur taajjub karta hai, aur tasdeeq karta hai.</w:t>
      </w:r>
    </w:p>
    <w:p>
      <w:pPr>
        <w:jc w:val="right"/>
      </w:pPr>
      <w:r>
        <w:t>اس آدمی نے کہا: "صدقت۔" آپ نے سچ کہا۔ تو ہم لوگوں کو تعجب ہوا کہ سوال بھی کیا اس نے، اور تعجب کرتا ہے، اور تصدیق کرتا ہے۔</w:t>
      </w:r>
    </w:p>
    <w:p>
      <w:r>
        <w:rPr>
          <w:b/>
        </w:rPr>
        <w:t xml:space="preserve">[11:29] </w:t>
      </w:r>
      <w:r>
        <w:t>yani aane wala aadmi sunne ke baad kehta hai ke aap ne sahi kaha, sadqat. is ka matlab ke woh khud jaanta tha, woh aadmi jo tha, khud jaanta tha.</w:t>
      </w:r>
    </w:p>
    <w:p>
      <w:pPr>
        <w:jc w:val="right"/>
      </w:pPr>
      <w:r>
        <w:t>یعنی آنے والا آدمی سننے کے بعد کہتا ہے کہ آپ نے صحیح کہا، صدقت۔ اس کا معنی کہ وہ خود جانتا تھا، وہ آدمی جو تھا، خود جانتا تھا۔</w:t>
      </w:r>
    </w:p>
    <w:p>
      <w:r>
        <w:rPr>
          <w:b/>
        </w:rPr>
        <w:t xml:space="preserve">[11:42] </w:t>
      </w:r>
      <w:r>
        <w:t>to rasool Allah ne bataya ke yeh farishta Jibrael tha, kyunke farishta Jibrael ko sari baatein Allah ki taraf se maloom hain. to is ne to baat tasdeeq ki, tasdeeq ki ke yeh paighambar jo baat batate hain, woh Allah ki taraf se hai, aur sachi talimat par mabni hai.</w:t>
      </w:r>
    </w:p>
    <w:p>
      <w:pPr>
        <w:jc w:val="right"/>
      </w:pPr>
      <w:r>
        <w:t>تو رسول اللہ نے بتایا کہ یہ فرشتہ جبرائیل تھا، کیونکہ فرشتہ جبرائیل کو ساری باتیں اللہ کی طرف سے معلوم ہیں۔ تو اس نے تو بات تصدیق کی، تصدیق کی کہ یہ پیغمبر جو بات بتاتے ہیں، وہ اللہ کی طرف سے ہے، اور سچی تعلیمات پر مبنی ہے۔</w:t>
      </w:r>
    </w:p>
    <w:p>
      <w:r>
        <w:rPr>
          <w:b/>
        </w:rPr>
        <w:t xml:space="preserve">[12:06] </w:t>
      </w:r>
      <w:r>
        <w:t>qaal: "faakhbirni anil imaan."</w:t>
      </w:r>
    </w:p>
    <w:p>
      <w:pPr>
        <w:jc w:val="right"/>
      </w:pPr>
      <w:r>
        <w:t>قال: "فاخبرنی عن الایمان۔"</w:t>
      </w:r>
    </w:p>
    <w:p>
      <w:r>
        <w:rPr>
          <w:b/>
        </w:rPr>
        <w:t xml:space="preserve">[12:10] </w:t>
      </w:r>
      <w:r>
        <w:t>qaal: "an tu'mina billahi wa malaa'ikatihi wa kutubihi wa rusulihi wal yawmil aakhiri wa tu'mina bil qadari khairihi wa sharrihi."</w:t>
      </w:r>
    </w:p>
    <w:p>
      <w:pPr>
        <w:jc w:val="right"/>
      </w:pPr>
      <w:r>
        <w:t>قال: "ان تؤمن باللہ وملائکتہ وکتبہ ورسله والیوم الاخر و تؤمن بالقدر خیرہ وشرہ۔"</w:t>
      </w:r>
    </w:p>
    <w:p>
      <w:r>
        <w:rPr>
          <w:b/>
        </w:rPr>
        <w:t xml:space="preserve">[12:20] </w:t>
      </w:r>
      <w:r>
        <w:t>us ne kaha: "aap mujhe imaan ke bare mein khabar dijiye."</w:t>
      </w:r>
    </w:p>
    <w:p>
      <w:pPr>
        <w:jc w:val="right"/>
      </w:pPr>
      <w:r>
        <w:t>اس نے کہا: "آپ مجھے ایمان کے بارے میں خبر دیجئے۔"</w:t>
      </w:r>
    </w:p>
    <w:p>
      <w:r>
        <w:rPr>
          <w:b/>
        </w:rPr>
        <w:t xml:space="preserve">[12:24] </w:t>
      </w:r>
      <w:r>
        <w:t>to aap ne kaha ke tum imaan lao Allah par, aur us ke farishton par, aur us ki</w:t>
      </w:r>
    </w:p>
    <w:p>
      <w:pPr>
        <w:jc w:val="right"/>
      </w:pPr>
      <w:r>
        <w:t>تو آپ نے کہا کہ تم ایمان لاؤ اللہ پر، اور اس کے فرشتوں پر، اور اس کی</w:t>
      </w:r>
    </w:p>
    <w:p>
      <w:r>
        <w:rPr>
          <w:b/>
        </w:rPr>
        <w:t xml:space="preserve">[12:29] </w:t>
      </w:r>
      <w:r>
        <w:t>kitabon par, aur us ke rasoolon par, aur aakhirat ke din par, aur imaan lao taqdeer ke achhe</w:t>
      </w:r>
    </w:p>
    <w:p>
      <w:pPr>
        <w:jc w:val="right"/>
      </w:pPr>
      <w:r>
        <w:t>کتابوں پر، اور اس کے رسولوں پر، اور آخرت کے دن پر، اور ایمان لاؤ تقدیر کے اچھے</w:t>
      </w:r>
    </w:p>
    <w:p>
      <w:r>
        <w:rPr>
          <w:b/>
        </w:rPr>
        <w:t xml:space="preserve">[12:37] </w:t>
      </w:r>
      <w:r>
        <w:t>aur bure hone par.</w:t>
      </w:r>
    </w:p>
    <w:p>
      <w:pPr>
        <w:jc w:val="right"/>
      </w:pPr>
      <w:r>
        <w:t>اور برے ہونے پر۔</w:t>
      </w:r>
    </w:p>
    <w:p>
      <w:r>
        <w:rPr>
          <w:b/>
        </w:rPr>
        <w:t xml:space="preserve">[12:40] </w:t>
      </w:r>
      <w:r>
        <w:t>dekhein, yahan bhi imaan aur Islam ke hawalay se jo baatein kahi gayi hain, woh sab doosri hadithon mein maujood hain. yahan par jo baat hai, woh yeh hai ke yeh</w:t>
      </w:r>
    </w:p>
    <w:p>
      <w:pPr>
        <w:jc w:val="right"/>
      </w:pPr>
      <w:r>
        <w:t>دیکھیں، یہاں بھی ایمان اور اسلام کے حوالے سے جو باتیں کہی گئی ہیں، وہ سب دوسری حدیثوں میں موجود ہیں۔ یہاں پر جو بات ہے، وہ یہ ہے کہ یہ</w:t>
      </w:r>
    </w:p>
    <w:p>
      <w:r>
        <w:rPr>
          <w:b/>
        </w:rPr>
        <w:t xml:space="preserve">[12:58] </w:t>
      </w:r>
      <w:r>
        <w:t>aayana farishte ki zuban se ada hui, ya farishte aur rasool Allah sallallahu alaihi wasallam ke darmiyan</w:t>
      </w:r>
    </w:p>
    <w:p>
      <w:pPr>
        <w:jc w:val="right"/>
      </w:pPr>
      <w:r>
        <w:t>ایانا فرشتے کی زبان سے ادا ہوئی، یا فرشتے اور رسول اللہ صلی اللہ علیہ وسلم کے درمیان</w:t>
      </w:r>
    </w:p>
    <w:p>
      <w:r>
        <w:rPr>
          <w:b/>
        </w:rPr>
        <w:t xml:space="preserve">[13:10] </w:t>
      </w:r>
      <w:r>
        <w:t>baat cheet se yeh baat batai gayi ke yeh jo talimat paighambaron ke zariye se tum ko mil rahi hain, woh sachi talimat hain, aur waqeatan woh Allah ki taraf se hain.</w:t>
      </w:r>
    </w:p>
    <w:p>
      <w:pPr>
        <w:jc w:val="right"/>
      </w:pPr>
      <w:r>
        <w:t>بات چیت سے یہ بات بتائی گئی کہ یہ جو تعلیمات پیغمبروں کے ذریعے سے تم کو مل رہی ہیں، وہ سچی تعلیمات ہیں، اور واقعتا وہ اللہ کی طرف سے ہیں۔</w:t>
      </w:r>
    </w:p>
    <w:p>
      <w:r>
        <w:rPr>
          <w:b/>
        </w:rPr>
        <w:t xml:space="preserve">[13:27] </w:t>
      </w:r>
      <w:r>
        <w:t>qaal: "sadqat." us ne kaha: "aap ne sach kaha." qaal: "faakhbirni anil ihsaan." us ne poocha ke aap mujhe ihsaan ke bare mein khabar dijiye.</w:t>
      </w:r>
    </w:p>
    <w:p>
      <w:pPr>
        <w:jc w:val="right"/>
      </w:pPr>
      <w:r>
        <w:t>قال: "صدقت۔" اس نے کہا: "آپ نے سچ کہا۔" قال: "فاخبرنی عن الاحسان۔" اس نے پوچھا کہ آپ مجھے احسان کے بارے میں خبر دیجئے۔</w:t>
      </w:r>
    </w:p>
    <w:p>
      <w:r>
        <w:rPr>
          <w:b/>
        </w:rPr>
        <w:t xml:space="preserve">[13:40] </w:t>
      </w:r>
      <w:r>
        <w:t>aap ne kaha: "anta abdallahi kaannaka taraahu, fa in lam takun taraahu fa innahu yaraak." ke tum Allah ki ibadat karo, goya tum us ko dekhte ho, aur agar tum nahi dekhte ho to woh tum ko dekh raha hai.</w:t>
      </w:r>
    </w:p>
    <w:p>
      <w:pPr>
        <w:jc w:val="right"/>
      </w:pPr>
      <w:r>
        <w:t>آپ نے کہا: "انت عبداللہ کانک تراہ، فان لم تکن تراہ فانہ یراک۔" کہ تم اللہ کی عبادت کرو، گویا تم اس کو دیکھتے ہو، اور اگر تم نہیں دیکھتے ہو تو وہ تم کو دیکھ رہا ہے۔</w:t>
      </w:r>
    </w:p>
    <w:p>
      <w:r>
        <w:rPr>
          <w:b/>
        </w:rPr>
        <w:t xml:space="preserve">[13:55] </w:t>
      </w:r>
      <w:r>
        <w:t>dekhiye, yeh marifat ka darja bataya gaya hai, yani ta'abbud Allaha ka'annaka taraha.</w:t>
      </w:r>
    </w:p>
    <w:p>
      <w:pPr>
        <w:jc w:val="right"/>
      </w:pPr>
      <w:r>
        <w:t>دیکھیے، یہ معرفت کا درجہ بتایا گیا ہے، یعنی تعبد اللہ کانک تراہ۔</w:t>
      </w:r>
    </w:p>
    <w:p>
      <w:r>
        <w:rPr>
          <w:b/>
        </w:rPr>
        <w:t xml:space="preserve">[14:11] </w:t>
      </w:r>
      <w:r>
        <w:t>ta'abbud Allaha ka'annaka taraha. is tarah baat karo jaise ke tum Allah ko dekh rahe ho.</w:t>
      </w:r>
    </w:p>
    <w:p>
      <w:pPr>
        <w:jc w:val="right"/>
      </w:pPr>
      <w:r>
        <w:t>تعبد اللہ کانک تراہ۔ اس طرح بات کرو جیسے کہ تم اللہ کو دیکھ رہے ہو۔</w:t>
      </w:r>
    </w:p>
    <w:p>
      <w:r>
        <w:rPr>
          <w:b/>
        </w:rPr>
        <w:t xml:space="preserve">[14:19] </w:t>
      </w:r>
      <w:r>
        <w:t>dekhne ke ma'ne ka'annaka, goya ke aisa nahi hai ke aap Allah ko barah-e-rast taur par dekhne lagenge, balkeh yeh shab-e-ru'yat ka maamla hai.</w:t>
      </w:r>
    </w:p>
    <w:p>
      <w:pPr>
        <w:jc w:val="right"/>
      </w:pPr>
      <w:r>
        <w:t>دیکھنے کے معنی کانکا، گویا کہ ایسا نہیں ہے کہ آپ اللہ کو براہ راست طور پر دیکھنے لگیں گے، بلکہ یہ شبہ رویت کا معاملہ ہے۔</w:t>
      </w:r>
    </w:p>
    <w:p>
      <w:r>
        <w:rPr>
          <w:b/>
        </w:rPr>
        <w:t xml:space="preserve">[14:37] </w:t>
      </w:r>
      <w:r>
        <w:t>yani jab aap ko marifat ke darje mein imaan hasil hoga, aur aap us par sochenge, tadabbur karenge, to aap ka yaqeen badhta jayega, badhta jayega, badhta jayega,</w:t>
      </w:r>
    </w:p>
    <w:p>
      <w:pPr>
        <w:jc w:val="right"/>
      </w:pPr>
      <w:r>
        <w:t>یعنی جب آپ کو معرفت کے درجے میں ایمان حاصل ہوگا، اور آپ اس پر سوچیں گے، تدبر کریں گے، تو آپ کا یقین بڑھتا جائے گا، بڑھتا جائے گا، بڑھتا جائے گا،</w:t>
      </w:r>
    </w:p>
    <w:p>
      <w:r>
        <w:rPr>
          <w:b/>
        </w:rPr>
        <w:t xml:space="preserve">[14:53] </w:t>
      </w:r>
      <w:r>
        <w:t>yahan tak ke aap ke yaqeen ki bina par aisa hoga ke aap ko mahsus hoga ke goya ke main Allah ko dekh raha hoon.</w:t>
      </w:r>
    </w:p>
    <w:p>
      <w:pPr>
        <w:jc w:val="right"/>
      </w:pPr>
      <w:r>
        <w:t>یہاں تک کہ آپ کے یقین کی بنا پر ایسا ہوگا کہ آپ کو محسوس ہوگا کہ گویا کہ میں اللہ کو دیکھ رہا ہوں۔</w:t>
      </w:r>
    </w:p>
    <w:p>
      <w:r>
        <w:rPr>
          <w:b/>
        </w:rPr>
        <w:t xml:space="preserve">[15:05] </w:t>
      </w:r>
      <w:r>
        <w:t>goya ke yeh darja sirf ibadat se nahi hota, marifat se hota hai, tadabbur se hota hai, ghaur-o-fikr se hota hai.</w:t>
      </w:r>
    </w:p>
    <w:p>
      <w:pPr>
        <w:jc w:val="right"/>
      </w:pPr>
      <w:r>
        <w:t>گویا کہ یہ درجہ صرف عبادت سے نہیں ہوتا، معرفت سے ہوتا ہے، تدبر سے ہوتا ہے، غور و فکر سے ہوتا ہے۔</w:t>
      </w:r>
    </w:p>
    <w:p>
      <w:r>
        <w:rPr>
          <w:b/>
        </w:rPr>
        <w:t xml:space="preserve">[15:20] </w:t>
      </w:r>
      <w:r>
        <w:t>aadmi jitna zyada tadabbur karega, utni us ki marifat badhegi, aur jitna zyada marifat badhegi, utna hi us ka yeh haal hoga ke yahan ibadat ka ma'ne yeh nahi ke sirf namaz.</w:t>
      </w:r>
    </w:p>
    <w:p>
      <w:pPr>
        <w:jc w:val="right"/>
      </w:pPr>
      <w:r>
        <w:t>آدمی جتنا زیادہ تدبر کرے گا، اتنی اس کی معرفت بڑھے گی، اور جتنا زیادہ معرفت بڑھے گی، اتنا ہی اس کا یہ حال ہوگا کہ یہاں عبادت کا معنی یہ نہیں کہ صرف نماز۔</w:t>
      </w:r>
    </w:p>
    <w:p>
      <w:r>
        <w:rPr>
          <w:b/>
        </w:rPr>
        <w:t xml:space="preserve">[15:41] </w:t>
      </w:r>
      <w:r>
        <w:t>poori zindagi hamari ibadat hai. poori zindagi mein hamara haal yeh ho jayega jaise ke hum Allah ko dekh rahe hain.</w:t>
      </w:r>
    </w:p>
    <w:p>
      <w:pPr>
        <w:jc w:val="right"/>
      </w:pPr>
      <w:r>
        <w:t>پوری زندگی ہماری عبادت ہے۔ پوری زندگی میں ہمارا حال یہ ہو جائے گا جیسے کہ ہم اللہ کو دیکھ رہے ہوں۔</w:t>
      </w:r>
    </w:p>
    <w:p>
      <w:r>
        <w:rPr>
          <w:b/>
        </w:rPr>
        <w:t xml:space="preserve">[15:51] </w:t>
      </w:r>
      <w:r>
        <w:t>yani shubha roiyat ka darja</w:t>
      </w:r>
    </w:p>
    <w:p>
      <w:pPr>
        <w:jc w:val="right"/>
      </w:pPr>
      <w:r>
        <w:t>یعنی شبہ رویت کا درجہ</w:t>
      </w:r>
    </w:p>
    <w:p>
      <w:r>
        <w:rPr>
          <w:b/>
        </w:rPr>
        <w:t xml:space="preserve">[15:54] </w:t>
      </w:r>
      <w:r>
        <w:t>yeh aala darja hai.</w:t>
      </w:r>
    </w:p>
    <w:p>
      <w:pPr>
        <w:jc w:val="right"/>
      </w:pPr>
      <w:r>
        <w:t>یہ اعلیٰ درجہ ہے۔</w:t>
      </w:r>
    </w:p>
    <w:p>
      <w:r>
        <w:rPr>
          <w:b/>
        </w:rPr>
        <w:t xml:space="preserve">[15:57] </w:t>
      </w:r>
      <w:r>
        <w:t>agar aala darja kisi ko na hasil ho to doosra darja yeh hai: "falab tukra fan yarak."</w:t>
      </w:r>
    </w:p>
    <w:p>
      <w:pPr>
        <w:jc w:val="right"/>
      </w:pPr>
      <w:r>
        <w:t>اگر اعلیٰ درجہ کسی کو نہ حاصل ہو تو دوسرا درجہ یہ ہے کہ: "فلب تکرا فن یراک۔"</w:t>
      </w:r>
    </w:p>
    <w:p>
      <w:r>
        <w:rPr>
          <w:b/>
        </w:rPr>
        <w:t xml:space="preserve">[16:07] </w:t>
      </w:r>
      <w:r>
        <w:t>agar tum ko agar yeh darja yani shubha roiyat ka darja hasil na ho to kam se kam</w:t>
      </w:r>
    </w:p>
    <w:p>
      <w:pPr>
        <w:jc w:val="right"/>
      </w:pPr>
      <w:r>
        <w:t>اگر تم کو اگر یہ درجہ یعنی شبہ رویت کا درجہ حاصل نہ ہو تو کم سے کم</w:t>
      </w:r>
    </w:p>
    <w:p>
      <w:r>
        <w:rPr>
          <w:b/>
        </w:rPr>
        <w:t xml:space="preserve">[16:14] </w:t>
      </w:r>
      <w:r>
        <w:t>yeh to tum kar sakte ho ke yeh apne zehn mein bithao</w:t>
      </w:r>
    </w:p>
    <w:p>
      <w:pPr>
        <w:jc w:val="right"/>
      </w:pPr>
      <w:r>
        <w:t>یہ تو تم کر سکتے ہو کہ یہ اپنے ذہن میں بٹھاؤ</w:t>
      </w:r>
    </w:p>
    <w:p>
      <w:r>
        <w:rPr>
          <w:b/>
        </w:rPr>
        <w:t xml:space="preserve">[16:19] </w:t>
      </w:r>
      <w:r>
        <w:t>ke Allah mujhe dekh raha hai.</w:t>
      </w:r>
    </w:p>
    <w:p>
      <w:pPr>
        <w:jc w:val="right"/>
      </w:pPr>
      <w:r>
        <w:t>کہ اللہ مجھے دیکھ رہا ہے۔</w:t>
      </w:r>
    </w:p>
    <w:p>
      <w:r>
        <w:rPr>
          <w:b/>
        </w:rPr>
        <w:t xml:space="preserve">[16:21] </w:t>
      </w:r>
      <w:r>
        <w:t>yeh darja koi mushkil nahi hai. yeh to bilashubha ek mushkil kaam hai ke aadmi apni marifat itni badhaye ke us ko shab-e-ru'yat ke darje mein Allah ki marifat hasil ho jaye.</w:t>
      </w:r>
    </w:p>
    <w:p>
      <w:pPr>
        <w:jc w:val="right"/>
      </w:pPr>
      <w:r>
        <w:t>یہ درجہ کوئی مشکل نہیں ہے۔ یہ تو بلاشبہ ایک مشکل کام ہے کہ آدمی اپنی معرفت اتنی بڑھائے کہ اس کو شبہ رویت کے درجے میں اللہ کی معرفت حاصل ہو جائے۔</w:t>
      </w:r>
    </w:p>
    <w:p>
      <w:r>
        <w:rPr>
          <w:b/>
        </w:rPr>
        <w:t xml:space="preserve">[16:40] </w:t>
      </w:r>
      <w:r>
        <w:t>lekin doosra jo darja bataya gaya hai, woh to har ek ke liye mumkin hai. yeh manna ke Allah mujhe dekh raha hai to yeh jis ko kehte hain: "ala al-aqli." aur is is maamle mein chhoot nahi hai.</w:t>
      </w:r>
    </w:p>
    <w:p>
      <w:pPr>
        <w:jc w:val="right"/>
      </w:pPr>
      <w:r>
        <w:t>لیکن دوسرا جو درجہ بتایا گیا ہے، وہ تو ہر ایک کے لیے ممکن ہے۔ یہ ماننا کہ اللہ مجھے دیکھ رہا ہے تو یہ جس کو کہتے ہیں: "علی العقل۔" اور اس اس معاملے میں چھوٹ نہیں ہے۔</w:t>
      </w:r>
    </w:p>
    <w:p>
      <w:r>
        <w:rPr>
          <w:b/>
        </w:rPr>
        <w:t xml:space="preserve">[16:58] </w:t>
      </w:r>
      <w:r>
        <w:t>aadmi ki is maamle mein chhoot ho sakti hai ke aadmi ko shab-e-ru'yat ka darja mila ya nahi mila, lekin is maamle mein chhoot nahi hai ke woh apne zehn par yeh baat bithaye ya soch kar namaz padhe, ibadat kare ke Allah Rabb-ul-Alameen us ko dekh raha hai.</w:t>
      </w:r>
    </w:p>
    <w:p>
      <w:pPr>
        <w:jc w:val="right"/>
      </w:pPr>
      <w:r>
        <w:t>آدمی کی اس معاملے میں چھوٹ ہو سکتی ہے کہ آدمی کو شبہ رویت کا درجہ ملا یا نہیں ملا، لیکن اس معاملے میں چھوٹ نہیں ہے کہ وہ اپنے ذہن پر یہ بات بٹھائے یا سوچ کر نماز پڑھے، عبادت کرے کہ اللہ رب العالمین اس کو دیکھ رہا ہے۔</w:t>
      </w:r>
    </w:p>
    <w:p>
      <w:r>
        <w:rPr>
          <w:b/>
        </w:rPr>
        <w:t xml:space="preserve">[17:20] </w:t>
      </w:r>
      <w:r>
        <w:t>Allah Rabb-ul-Alameen us ke amal se ba-khabar hai. yeh matlab hai is ka:</w:t>
      </w:r>
    </w:p>
    <w:p>
      <w:pPr>
        <w:jc w:val="right"/>
      </w:pPr>
      <w:r>
        <w:t>اللہ رب العالمین اس کے عمل سے باخبر ہے۔ یہ مطلب ہے اس کا:</w:t>
      </w:r>
    </w:p>
    <w:p>
      <w:r>
        <w:rPr>
          <w:b/>
        </w:rPr>
        <w:t xml:space="preserve">[17:29] </w:t>
      </w:r>
      <w:r>
        <w:t>"qaala fa'akhbirni 'an as-saa'ah." aap mujhe qayamat ke bare mein khabar dijiye. qaala: "mas'oolu 'anha bi'a'lami min as-saa'il." aap ne kaha ke jis se sawal kiya gaya hai, woh qayamat ke bare mein sawal karne wale se zyada nahi janta.</w:t>
      </w:r>
    </w:p>
    <w:p>
      <w:pPr>
        <w:jc w:val="right"/>
      </w:pPr>
      <w:r>
        <w:t>"قال فاخبرنی عن الساع۔" آپ مجھے قیامت کے بارے میں خبر دیجئے۔ قال: "مسعول عنہا باعلم من السائل۔" آپ نے کہا کہ جس سے سوال کیا گیا ہے، وہ قیامت کے بارے میں سوال کرنے والے سے زیادہ نہیں جانتا۔</w:t>
      </w:r>
    </w:p>
    <w:p>
      <w:r>
        <w:rPr>
          <w:b/>
        </w:rPr>
        <w:t xml:space="preserve">[17:53] </w:t>
      </w:r>
      <w:r>
        <w:t>aage</w:t>
      </w:r>
    </w:p>
    <w:p>
      <w:pPr>
        <w:jc w:val="right"/>
      </w:pPr>
      <w:r>
        <w:t>آگے</w:t>
      </w:r>
    </w:p>
    <w:p>
      <w:r>
        <w:rPr>
          <w:b/>
        </w:rPr>
        <w:t xml:space="preserve">[17:54] </w:t>
      </w:r>
      <w:r>
        <w:t>: "qaala fa'akhbirni 'an amaaratiha." to us ne kaha ke mujhe aap is ki nishaniyon ke bare mein khabar dijiye. qaala: "antali al-amatu rabbataha wa 'al-tu al-'u'fatu al-'aratu ra'a ash-shaa'i yata tawaluuna fi al-bunyan." ke tum ki bandiyan apne maalkin ko paida karengi,</w:t>
      </w:r>
    </w:p>
    <w:p>
      <w:pPr>
        <w:jc w:val="right"/>
      </w:pPr>
      <w:r>
        <w:t>: "قال فاخبرنی عن امارتہ۔" تو اس نے کہا کہ مجھے آپ اس کی نشانیوں کے بارے میں خبر دیجئے۔ قال: "انتل الامت ربتہ وانت الحفات العرات العالت رعا الشائی یتطاولون فی البنیان۔" کہ تم کے باندیاں اپنے مالکن کو پیدا کریں گی،</w:t>
      </w:r>
    </w:p>
    <w:p>
      <w:r>
        <w:rPr>
          <w:b/>
        </w:rPr>
        <w:t xml:space="preserve">[18:20] </w:t>
      </w:r>
      <w:r>
        <w:t>aur tum dekho ge ke nangay paon, nangay badan wale ghareeb bakriyon ko charane wale buildingon par fakhr karenge.</w:t>
      </w:r>
    </w:p>
    <w:p>
      <w:pPr>
        <w:jc w:val="right"/>
      </w:pPr>
      <w:r>
        <w:t>اور تم دیکھو گے کہ ننگے پاؤں، ننگے بدن والے غریب بکریوں کو چرانے والے بلڈنگوں پر فخر کریں گے۔</w:t>
      </w:r>
    </w:p>
    <w:p>
      <w:r>
        <w:rPr>
          <w:b/>
        </w:rPr>
        <w:t xml:space="preserve">[18:31] </w:t>
      </w:r>
      <w:r>
        <w:t>mera khayal hai ke yeh jo baatein kahi gayi hain, is par maine bahut socha to mujhe aisa lagta hai ke yeh industrial revolution ki taraf ishara hai.</w:t>
      </w:r>
    </w:p>
    <w:p>
      <w:pPr>
        <w:jc w:val="right"/>
      </w:pPr>
      <w:r>
        <w:t>میرا خیال ہے کہ یہ جو باتیں کہی گئی ہیں، اس پر میں نے بہت سوچا تو مجھے ایسا لگتا ہے کہ یہ انڈسٹریل ریولوشن کی طرف اشارہ ہے۔</w:t>
      </w:r>
    </w:p>
    <w:p>
      <w:r>
        <w:rPr>
          <w:b/>
        </w:rPr>
        <w:t xml:space="preserve">[18:43] </w:t>
      </w:r>
      <w:r>
        <w:t>yani qayamat se pehle duniya mein industrial revolution aayega. ke jab duniya mein industrial revolution aa jaye to samjho ke qayamat qareeb aa gayi.</w:t>
      </w:r>
    </w:p>
    <w:p>
      <w:pPr>
        <w:jc w:val="right"/>
      </w:pPr>
      <w:r>
        <w:t>یعنی قیامت سے پہلے دنیا میں انڈسٹریل ریولوشن آئے گا۔ کہ جب دنیا میں انڈسٹریل ریولوشن آ جائے تو سمجھو کہ قیامت قریب آ گئی۔</w:t>
      </w:r>
    </w:p>
    <w:p>
      <w:r>
        <w:rPr>
          <w:b/>
        </w:rPr>
        <w:t xml:space="preserve">[18:57] </w:t>
      </w:r>
      <w:r>
        <w:t>aur ab main jo scientists ki taraf se jo barabar khabrein aa rahi hain, un seven hawk ki taraf se jo khabrein aa rahi hain, us se maloom hota hai ke woh daur aa chuka.</w:t>
      </w:r>
    </w:p>
    <w:p>
      <w:pPr>
        <w:jc w:val="right"/>
      </w:pPr>
      <w:r>
        <w:t>اور اب میں جو سائنس دانوں کی طرف سے جو برابر خبریں آ رہی ہیں، ان سیون حاکک کی طرف سے جو خبریں آ رہی ہیں، اس سے معلوم ہوتا ہے کہ وہ دور آ چکا۔</w:t>
      </w:r>
    </w:p>
    <w:p>
      <w:r>
        <w:rPr>
          <w:b/>
        </w:rPr>
        <w:t xml:space="preserve">[19:10] </w:t>
      </w:r>
      <w:r>
        <w:t>yani industrial revolution. is liye ke industrial ka ek doosra pehlu yeh hai ke zameen ke resources jo hain, woh un ka access istemal, jis ka nateeja hoga ke zameen mazeed</w:t>
      </w:r>
    </w:p>
    <w:p>
      <w:pPr>
        <w:jc w:val="right"/>
      </w:pPr>
      <w:r>
        <w:t>یعنی انڈسٹریل ریولوشن۔ اس لیے کہ انڈسٹریل کا ایک دوسرا پہلو یہ ہے کہ زمین کے ریسورسز جو ہیں، وہ ان کا ایکسیس استعمال، جس کا نتیجہ ہوگا کہ زمین مزید</w:t>
      </w:r>
    </w:p>
    <w:p>
      <w:r>
        <w:rPr>
          <w:b/>
        </w:rPr>
        <w:t xml:space="preserve">[19:32] </w:t>
      </w:r>
      <w:r>
        <w:t>exploitation ke liye karamad nahi rahegi. ab wahi ho raha hai. ab scientists ailan kar rahe hain ke zameen mein jo resources baqi hain, woh pachas saal ya is se kuch zyada chalne wale hain.</w:t>
      </w:r>
    </w:p>
    <w:p>
      <w:pPr>
        <w:jc w:val="right"/>
      </w:pPr>
      <w:r>
        <w:t>ایکسپلائٹیشن کے لیے کارآمد نہیں رہے گی۔ اب وہی ہو رہا ہے۔ اب سائنس دان اعلان کر رہے ہیں کہ زمین میں جو ریسورسز باقی ہیں، وہ پچاس سال یا اس سے کچھ زیادہ چلنے والے ہیں۔</w:t>
      </w:r>
    </w:p>
    <w:p>
      <w:r>
        <w:rPr>
          <w:b/>
        </w:rPr>
        <w:t xml:space="preserve">[19:48] </w:t>
      </w:r>
      <w:r>
        <w:t>is ke baad duniya ke resources jo hain, jo insaan jis se taraqqi karta hai, woh sab khatam ho jayenge.</w:t>
      </w:r>
    </w:p>
    <w:p>
      <w:pPr>
        <w:jc w:val="right"/>
      </w:pPr>
      <w:r>
        <w:t>اس کے بعد دنیا کے ریسورسز جو ہیں، جو انسان جس سے ترقی کرتا ہے، وہ سب ختم ہو جائیں گے۔</w:t>
      </w:r>
    </w:p>
    <w:p>
      <w:r>
        <w:rPr>
          <w:b/>
        </w:rPr>
        <w:t xml:space="preserve">[19:57] </w:t>
      </w:r>
      <w:r>
        <w:t>yahi to hai. to industrial revolution ka aakhri darja jab aa jaye to samjho qayamat qareeb aa gayi.</w:t>
      </w:r>
    </w:p>
    <w:p>
      <w:pPr>
        <w:jc w:val="right"/>
      </w:pPr>
      <w:r>
        <w:t>یہی تو ہے۔ تو انڈسٹریل ریولوشن کا آخری درجہ جب آ جائے تو سمجھو قیامت قریب آ گئی۔</w:t>
      </w:r>
    </w:p>
    <w:p>
      <w:r>
        <w:rPr>
          <w:b/>
        </w:rPr>
        <w:t xml:space="preserve">[20:07] </w:t>
      </w:r>
      <w:r>
        <w:t>aur darja duniya ke scientists yeh ailan kar rahe hain ke industrial revolution ka aakhri darja aa chuka. aap ko maloom hai ke Alvin Toffler ne kaha tha 1971 mein ke duniya badh rahi hai super industrial age ki taraf.</w:t>
      </w:r>
    </w:p>
    <w:p>
      <w:pPr>
        <w:jc w:val="right"/>
      </w:pPr>
      <w:r>
        <w:t>اور درزہ دنیا کے سائنس دان یہ اعلان کر رہے ہیں کہ انڈسٹریل ریولوشن کا آخری درجہ آ چکا۔ آپ کو معلوم ہے کہ الون ٹافلر نے کہا تھا 1971 میں کہ دنیا بڑھ رہی ہے سپر انڈسٹریل ایج کی طرف۔</w:t>
      </w:r>
    </w:p>
    <w:p>
      <w:r>
        <w:rPr>
          <w:b/>
        </w:rPr>
        <w:t xml:space="preserve">[20:26] </w:t>
      </w:r>
      <w:r>
        <w:t>yani industrial age to aa chuka hai, lekin ab super industrial age aane wala hai. Lekin aap ko maloom hai ke baat ulti ho gayi.</w:t>
      </w:r>
    </w:p>
    <w:p>
      <w:pPr>
        <w:jc w:val="right"/>
      </w:pPr>
      <w:r>
        <w:t>یعنی انڈسٹریل ایج تو آ چکا ہے، لیکن اب سپر انڈسٹریل ایج آنے والا ہے۔ لیکن آپ کو معلوم ہے کہ بات الٹی ہو گئی۔</w:t>
      </w:r>
    </w:p>
    <w:p>
      <w:r>
        <w:rPr>
          <w:b/>
        </w:rPr>
        <w:t xml:space="preserve">[20:39] </w:t>
      </w:r>
      <w:r>
        <w:t>yani industrial age ke baad jo daur aaya, woh yeh aaya ke zameen ke zarray' khatm ho gaye. To ab yahi to hai alamat qyamat ki.</w:t>
      </w:r>
    </w:p>
    <w:p>
      <w:pPr>
        <w:jc w:val="right"/>
      </w:pPr>
      <w:r>
        <w:t>یعنی انڈسٹریل ایج کے بعد جو دور آیا، وہ یہ آیا کہ زمین کے ذرائع ختم ہو گئے۔ تو اب یہی تو ہے علامت قیامت کی۔</w:t>
      </w:r>
    </w:p>
    <w:p>
      <w:r>
        <w:rPr>
          <w:b/>
        </w:rPr>
        <w:t xml:space="preserve">[20:50] </w:t>
      </w:r>
      <w:r>
        <w:t>To main samajhta hoon ke jo waqeyat ho chuke hain, woh waqeyat is baat ki nishani hain ke ab qyamat qareeb aa gayi.</w:t>
      </w:r>
    </w:p>
    <w:p>
      <w:pPr>
        <w:jc w:val="right"/>
      </w:pPr>
      <w:r>
        <w:t>تو میں سمجھتا ہوں کہ جو واقعات ہو چکے ہیں، وہ واقعات اس بات کی نشانی ہیں کہ اب قیامت قریب آ گئی۔</w:t>
      </w:r>
    </w:p>
    <w:p>
      <w:r>
        <w:rPr>
          <w:b/>
        </w:rPr>
        <w:t xml:space="preserve">[21:00] </w:t>
      </w:r>
      <w:r>
        <w:t>Ab hamein kya karna hai ke khaas taur par dawat ka kaam, quran ko phailane ka kaam</w:t>
      </w:r>
    </w:p>
    <w:p>
      <w:pPr>
        <w:jc w:val="right"/>
      </w:pPr>
      <w:r>
        <w:t>اب ہمیں کیا کرنا ہے کہ خاص طور پر دعوت کا کام، قرآن کو پھیلانے کا کام</w:t>
      </w:r>
    </w:p>
    <w:p>
      <w:r>
        <w:rPr>
          <w:b/>
        </w:rPr>
        <w:t xml:space="preserve">[21:09] </w:t>
      </w:r>
      <w:r>
        <w:t>tez karna hai. Kyun ke quran bheja gaya hai taake woh insaan, saare insaanon tak pohnche. To jab insaanon ka doori khatm ho raha hai to ab hamein bohat zyada tezi ke sath quran ko phailane ka kaam karna chahiye.</w:t>
      </w:r>
    </w:p>
    <w:p>
      <w:pPr>
        <w:jc w:val="right"/>
      </w:pPr>
      <w:r>
        <w:t>تیز کرنا ہے۔ کیونکہ قرآن بھیجا گیا ہے تاکہ وہ انسان، سارے انسانوں تک پہنچے۔ تو جب انسانوں کا دوری ختم ہو رہا ہے تو اب ہمیں بہت زیادہ تیزی کے ساتھ قرآن کو پھیلانے کا کام کرنا چاہیے۔</w:t>
      </w:r>
    </w:p>
    <w:p>
      <w:r>
        <w:rPr>
          <w:b/>
        </w:rPr>
        <w:t xml:space="preserve">[21:27] </w:t>
      </w:r>
      <w:r>
        <w:t>kh</w:t>
      </w:r>
    </w:p>
    <w:p>
      <w:pPr>
        <w:jc w:val="right"/>
      </w:pPr>
      <w:r>
        <w:t>خ</w:t>
      </w:r>
    </w:p>
    <w:p>
      <w:r>
        <w:rPr>
          <w:b/>
        </w:rPr>
        <w:t xml:space="preserve">[21:28] </w:t>
      </w:r>
      <w:r>
        <w:t>tum. Qala: "Thumma intalaqa." Hazrat Umar ne kaha ke woh chal diye. Faleebsa alai. To hum log thori dair thehre.</w:t>
      </w:r>
    </w:p>
    <w:p>
      <w:pPr>
        <w:jc w:val="right"/>
      </w:pPr>
      <w:r>
        <w:t>تم۔ قال: "ثم انطلق۔" حضرت عمر نے کہا کہ وہ چلے گئے۔ فلبست علی۔ تو ہم لوگ تھوڑی دیر ٹھہرے۔</w:t>
      </w:r>
    </w:p>
    <w:p>
      <w:r>
        <w:rPr>
          <w:b/>
        </w:rPr>
        <w:t xml:space="preserve">[21:38] </w:t>
      </w:r>
      <w:r>
        <w:t>Thumma qala alai. Phir aap ne mujh se kaha: "Ya Umar, atadree man al-saail?" Ae Umar, jante ho yeh is sawal karne wala kaun tha?</w:t>
      </w:r>
    </w:p>
    <w:p>
      <w:pPr>
        <w:jc w:val="right"/>
      </w:pPr>
      <w:r>
        <w:t>ثم قال علی۔ پھر آپ نے مجھ سے کہا: "یا عمر، اتدری من السائل؟" اے عمر، جانتے ہو یہ اس سوال کرنے والا کون تھا؟</w:t>
      </w:r>
    </w:p>
    <w:p>
      <w:r>
        <w:rPr>
          <w:b/>
        </w:rPr>
        <w:t xml:space="preserve">[21:48] </w:t>
      </w:r>
      <w:r>
        <w:t>Qult: Hazrat Umar ne kaha: "Allah wa rasooluhu aalam." Allah aur us ke rasool khoob jante hain. Qala: "Fa innahu Jibraeel." Ke woh Jibraeel the.</w:t>
      </w:r>
    </w:p>
    <w:p>
      <w:pPr>
        <w:jc w:val="right"/>
      </w:pPr>
      <w:r>
        <w:t>قلت: حضرت عمر نے کہا: "اللہ ورسولہ عالم۔" اللہ اور اس کے رسول خوب جانتے ہیں۔ قال: "فإنه جبرائیل۔" کہ وہ جبرائیل تھے۔</w:t>
      </w:r>
    </w:p>
    <w:p>
      <w:r>
        <w:rPr>
          <w:b/>
        </w:rPr>
        <w:t xml:space="preserve">[21:59] </w:t>
      </w:r>
      <w:r>
        <w:t>Ataakum ya'lamu deenakum. Ke woh aaye the tum ko tumhara deen sikhane hain.</w:t>
      </w:r>
    </w:p>
    <w:p>
      <w:pPr>
        <w:jc w:val="right"/>
      </w:pPr>
      <w:r>
        <w:t>عطاکم یعلم دینکم۔ کہ وہ آئے تھے تم کو تمہارا دین سکھانے ہیں۔</w:t>
      </w:r>
    </w:p>
    <w:p>
      <w:r>
        <w:rPr>
          <w:b/>
        </w:rPr>
        <w:t xml:space="preserve">[22:05] </w:t>
      </w:r>
      <w:r>
        <w:t>Yani jab woh aadmi ka dala khatm hua aur woh chala gaya to rasool Allah ne sahaba se kaha ke jante ho kaun the?</w:t>
      </w:r>
    </w:p>
    <w:p>
      <w:pPr>
        <w:jc w:val="right"/>
      </w:pPr>
      <w:r>
        <w:t>یعنی جب وہ آدمی کا ڈالا ختم ہوا اور وہ چلا گیا تو رسول اللہ نے صحابہ سے کہا کہ جانتے ہو کون تھے؟</w:t>
      </w:r>
    </w:p>
    <w:p>
      <w:r>
        <w:rPr>
          <w:b/>
        </w:rPr>
        <w:t xml:space="preserve">[22:19] </w:t>
      </w:r>
      <w:r>
        <w:t>To unhon ne kaha ke nahin. To aap ne farmaya ke yeh Jibraeel the. Is par main jab is hadees ko jo hai parhta hoon to sab se zyada mujhe ek baat strike karti hai.</w:t>
      </w:r>
    </w:p>
    <w:p>
      <w:pPr>
        <w:jc w:val="right"/>
      </w:pPr>
      <w:r>
        <w:t>تو انہوں نے کہا کہ نہیں۔ تو آپ نے فرمایا کہ یہ جبرائیل تھے۔ اس پر میں جب اس حدیث کو جو ہے پڑھتا ہوں تو سب سے زیادہ مجھے ایک بات اسٹرائیک کرتی ہے۔</w:t>
      </w:r>
    </w:p>
    <w:p>
      <w:r>
        <w:rPr>
          <w:b/>
        </w:rPr>
        <w:t xml:space="preserve">[22:34] </w:t>
      </w:r>
      <w:r>
        <w:t>Woh kya? Ek Arab aalim, Asaimain sahib the, unhon ne tehqeeq ki hai ke yeh waqea Madine ka hai.</w:t>
      </w:r>
    </w:p>
    <w:p>
      <w:pPr>
        <w:jc w:val="right"/>
      </w:pPr>
      <w:r>
        <w:t>وہ کیا؟ ایک عرب عالم، اسائمین صاحب تھے، انہوں نے تحقیق کی ہے کہ یہ واقعہ مدینے کا ہے۔</w:t>
      </w:r>
    </w:p>
    <w:p>
      <w:r>
        <w:rPr>
          <w:b/>
        </w:rPr>
        <w:t xml:space="preserve">[22:49] </w:t>
      </w:r>
      <w:r>
        <w:t>Yani Madine mein yeh hua ke Jibraeel aaye aur yeh dialogue pesh aaya. To aap jante hain ke Madine ke musalmanon ki halat kya thi?</w:t>
      </w:r>
    </w:p>
    <w:p>
      <w:pPr>
        <w:jc w:val="right"/>
      </w:pPr>
      <w:r>
        <w:t>یعنی مدینے میں یہ ہوا کہ جبرائیل آئے اور یہ ڈائیلاگ پیش آیا۔ تو آپ جانتے ہیں کہ مدینے کے مسلمانوں کی حالت کیا تھی؟</w:t>
      </w:r>
    </w:p>
    <w:p>
      <w:r>
        <w:rPr>
          <w:b/>
        </w:rPr>
        <w:t xml:space="preserve">[23:01] </w:t>
      </w:r>
      <w:r>
        <w:t>Madine ke musalmanon ki halat yeh thi ke woh apne watan se majboor kiye gaye the jaane ke liye. To apne watan ko chhod kar, yani Makka ko chhod kar, Madina aa gaye the.</w:t>
      </w:r>
    </w:p>
    <w:p>
      <w:pPr>
        <w:jc w:val="right"/>
      </w:pPr>
      <w:r>
        <w:t>مدینے کے مسلمانوں کی حالت یہ تھی کہ وہ اپنے وطن سے مجبور کیے گئے تھے جانے کے لیے۔ تو اپنے وطن کو چھوڑ کر، یعنی مکہ کو چھوڑ کر، مدینہ آ گئے تھے۔</w:t>
      </w:r>
    </w:p>
    <w:p>
      <w:r>
        <w:rPr>
          <w:b/>
        </w:rPr>
        <w:t xml:space="preserve">[23:13] </w:t>
      </w:r>
      <w:r>
        <w:t>Woh to logon ka haal bohat hi zyada museebat ka tha. Yani khana peena, ghar, har aitbaar se log museebat mein the.</w:t>
      </w:r>
    </w:p>
    <w:p>
      <w:pPr>
        <w:jc w:val="right"/>
      </w:pPr>
      <w:r>
        <w:t>وہ تو لوگوں کا حال بہت ہی زیادہ مصیبت کا تھا۔ یعنی کھانا پینا، گھر، ہر اعتبار سے لوگ مصیبت میں تھے۔</w:t>
      </w:r>
    </w:p>
    <w:p>
      <w:r>
        <w:rPr>
          <w:b/>
        </w:rPr>
        <w:t xml:space="preserve">[23:25] </w:t>
      </w:r>
      <w:r>
        <w:t>Aur mazeed yeh ke Makka chhod kar rasool Allah aur sahaba chale aaye Madina. Lekin woh, woh jo, jo jin ko rasool Allah se se mukhalifat ho gayi thi,</w:t>
      </w:r>
    </w:p>
    <w:p>
      <w:pPr>
        <w:jc w:val="right"/>
      </w:pPr>
      <w:r>
        <w:t>اور مزید یہ کہ مکہ چھوڑ کر رسول اللہ اور صحابہ چلے آئے مدینہ۔ لیکن وہ، وہ جو، جو جن کو رسول اللہ سے سے مخالفت ہو گئی تھی،</w:t>
      </w:r>
    </w:p>
    <w:p>
      <w:r>
        <w:rPr>
          <w:b/>
        </w:rPr>
        <w:t xml:space="preserve">[23:39] </w:t>
      </w:r>
      <w:r>
        <w:t>unhon ne phir bhi aap ka saath nahin chhodha. Ya woh attack karna shuru kiya. Jab tak aap Madine mein the to aap par zulm kiya jata tha.</w:t>
      </w:r>
    </w:p>
    <w:p>
      <w:pPr>
        <w:jc w:val="right"/>
      </w:pPr>
      <w:r>
        <w:t>انہوں نے پھر بھی آپ کا ساتھ نہیں چھوڑا۔ یا وہ اٹیک کرنا شروع کیا۔ جب تک آپ مدینہ میں تھے تو آپ پر ظلم کیا جاتا تھا۔</w:t>
      </w:r>
    </w:p>
    <w:p>
      <w:r>
        <w:rPr>
          <w:b/>
        </w:rPr>
        <w:t xml:space="preserve">[23:48] </w:t>
      </w:r>
      <w:r>
        <w:t>Jab Madina chhod kar, jab Makka chhod kar Madina aa gaye to aap par hamle hone lage. Jarhana mukhalifat shuru ho gayi.</w:t>
      </w:r>
    </w:p>
    <w:p>
      <w:pPr>
        <w:jc w:val="right"/>
      </w:pPr>
      <w:r>
        <w:t>جب مدینہ چھوڑ کر، جب مکہ چھوڑ کر مدینہ آ گئے تو آپ پر حملے ہونے لگے۔ جارحانہ مخالفت شروع ہو گئی۔</w:t>
      </w:r>
    </w:p>
    <w:p>
      <w:r>
        <w:rPr>
          <w:b/>
        </w:rPr>
        <w:t xml:space="preserve">[23:59] </w:t>
      </w:r>
      <w:r>
        <w:t>To yeh mahaul tha jab ke Jibraeel aaye Madine mein. To ab aap ghaur kijiye ke kya is tarah ki baatein huin jo aaj kal musalmanon ko bohat achhi lagti hain.</w:t>
      </w:r>
    </w:p>
    <w:p>
      <w:pPr>
        <w:jc w:val="right"/>
      </w:pPr>
      <w:r>
        <w:t>تو یہ ماحول تھا جب کہ جبرائیل آئے مدینے میں۔ تو اب آپ غور کیجئے کہ کیا اس طرح کی باتیں ہوئیں جو آج کل مسلمانوں کو بہت اچھی لگتی ہیں۔</w:t>
      </w:r>
    </w:p>
    <w:p>
      <w:r>
        <w:rPr>
          <w:b/>
        </w:rPr>
        <w:t xml:space="preserve">[24:14] </w:t>
      </w:r>
      <w:r>
        <w:t>Aaj kal kya hai? Jahan jaiye, zulm ki baat hai, museebat ki baat hai. Yeh hoti hai har jagah ke saari duniya musalmanon ke liye zalim bani hui hai.</w:t>
      </w:r>
    </w:p>
    <w:p>
      <w:pPr>
        <w:jc w:val="right"/>
      </w:pPr>
      <w:r>
        <w:t>آج کل کیا ہے؟ جہاں جائیے، ظلم کی بات ہے، مصیبت کی بات ہے۔ یہ ہوتی ہے ہر جگہ کہ ساری دنیا مسلمانوں کے لیے ظالم بنی ہوئی ہے۔</w:t>
      </w:r>
    </w:p>
    <w:p>
      <w:r>
        <w:rPr>
          <w:b/>
        </w:rPr>
        <w:t xml:space="preserve">[24:26] </w:t>
      </w:r>
      <w:r>
        <w:t>Saari duniya musalmanon ko pareshan kar rahi hai. Saari duniya musalmanon ki taraqqi mein record bani hui hai. Yahi sab baatein hain. To is lihaaz se aap ghaur kijiye ke Jibraeel khud aate hain Madina aur aap ka dialogue hota hai rasool Allah se.</w:t>
      </w:r>
    </w:p>
    <w:p>
      <w:pPr>
        <w:jc w:val="right"/>
      </w:pPr>
      <w:r>
        <w:t>ساری دنیا مسلمانوں کو پریشان کر رہی ہے۔ ساری دنیا مسلمانوں کی ترقی میں ریکارڈ بنی ہوئی ہے۔ یہی سب باتیں ہیں۔ تو اس لحاظ سے آپ غور کیجئے کہ جبرائیل خود آتے ہیں مدینہ اور آپ کا ڈائیلاگ ہوتا ہے رسول اللہ سے۔</w:t>
      </w:r>
    </w:p>
    <w:p>
      <w:r>
        <w:rPr>
          <w:b/>
        </w:rPr>
        <w:t xml:space="preserve">[24:45] </w:t>
      </w:r>
      <w:r>
        <w:t>To sahaba ko sab se pehle yahi pahunchna chahiye tha jo aaj kal musalmanon ko hai. Musalmanon ke akhbarat parhiye, musalmanon ke program dekhiye, musalmanon se mulaqat kijiye.</w:t>
      </w:r>
    </w:p>
    <w:p>
      <w:pPr>
        <w:jc w:val="right"/>
      </w:pPr>
      <w:r>
        <w:t>تو صحابہ کو سب سے پہلے یہی پہنچنا چاہیے تھا جو آج کل مسلمانوں کو ہے۔ مسلمانوں کے اخبارات پڑھیے، مسلمانوں کے پروگرام دیکھیے، مسلمانوں سے ملاقات کیجئے۔</w:t>
      </w:r>
    </w:p>
    <w:p>
      <w:r>
        <w:rPr>
          <w:b/>
        </w:rPr>
        <w:t xml:space="preserve">[24:56] </w:t>
      </w:r>
      <w:r>
        <w:t>Sab yahi baatein karenge. Shikayat ki, zulm ki</w:t>
      </w:r>
    </w:p>
    <w:p>
      <w:pPr>
        <w:jc w:val="right"/>
      </w:pPr>
      <w:r>
        <w:t>سب یہی باتیں کریں گے۔ شکایت کی، ظلم کی</w:t>
      </w:r>
    </w:p>
    <w:p>
      <w:r>
        <w:rPr>
          <w:b/>
        </w:rPr>
        <w:t xml:space="preserve">[25:03] </w:t>
      </w:r>
      <w:r>
        <w:t>baatein. Lekin is poore dialogue mein koi ek isharatan bhi kisi ne yeh nahin poocha. Na rasool Allah ne poocha.</w:t>
      </w:r>
    </w:p>
    <w:p>
      <w:pPr>
        <w:jc w:val="right"/>
      </w:pPr>
      <w:r>
        <w:t>باتیں۔ لیکن اس پورے ڈائیلاگ میں کوئی ایک اشارتاً بھی کسی نے یہ نہیں پوچھا۔ نہ رسول اللہ نے پوچھا۔</w:t>
      </w:r>
    </w:p>
    <w:p>
      <w:r>
        <w:rPr>
          <w:b/>
        </w:rPr>
        <w:t xml:space="preserve">[25:14] </w:t>
      </w:r>
      <w:r>
        <w:t>is ke mani yeh hue ke yeh aaj kal jo musalman karte hain, woh bohat hi ziyada yani ghair islami baatein hain.</w:t>
      </w:r>
    </w:p>
    <w:p>
      <w:pPr>
        <w:jc w:val="right"/>
      </w:pPr>
      <w:r>
        <w:t>اس کے معنی یہ ہوئے کہ یہ آج کل جو مسلمان کرتے ہیں، وہ بہت ہی زیادہ یعنی غیر اسلامی باتیں ہیں۔</w:t>
      </w:r>
    </w:p>
    <w:p>
      <w:r>
        <w:rPr>
          <w:b/>
        </w:rPr>
        <w:t xml:space="preserve">[25:24] </w:t>
      </w:r>
      <w:r>
        <w:t>is ka islam se koi talluq nahin.</w:t>
      </w:r>
    </w:p>
    <w:p>
      <w:pPr>
        <w:jc w:val="right"/>
      </w:pPr>
      <w:r>
        <w:t>اس کا اسلام سے کوئی تعلق نہیں۔</w:t>
      </w:r>
    </w:p>
    <w:p>
      <w:r>
        <w:rPr>
          <w:b/>
        </w:rPr>
        <w:t xml:space="preserve">[25:28] </w:t>
      </w:r>
      <w:r>
        <w:t>woh doosron ko kehte hain ke doosre islamophobia mein phanse hue hain. Halanke khud musalman phanse hue hain doosron ke khilaf. Har aadmi bas yahi baatein bol raha hai ke hum ko musibat ka samna hai.</w:t>
      </w:r>
    </w:p>
    <w:p>
      <w:pPr>
        <w:jc w:val="right"/>
      </w:pPr>
      <w:r>
        <w:t>وہ دوسروں کو کہتے ہیں کہ دوسرے اسلاموفوبیا میں پھنسے ہوئے ہیں۔ حالانکہ خود مسلمان پھنسے ہوئے ہیں دوسروں کے خلاف۔ ہر آدمی بس یہی باتیں بول رہا ہے کہ ہم کو مصیبت کا سامنا ہے۔</w:t>
      </w:r>
    </w:p>
    <w:p>
      <w:r>
        <w:rPr>
          <w:b/>
        </w:rPr>
        <w:t xml:space="preserve">[25:43] </w:t>
      </w:r>
      <w:r>
        <w:t>we are in the set waghera. To is is hadith ko parhne ke baad musalmanon ko chahiye ke shikayat ki boli bolna chhod dein.</w:t>
      </w:r>
    </w:p>
    <w:p>
      <w:pPr>
        <w:jc w:val="right"/>
      </w:pPr>
      <w:r>
        <w:t>وی آر ان دا سیٹ وغیرہ۔ تو اس اس حدیث کو پڑھنے کے بعد مسلمانوں کو چاہیے کہ شکایت کی بولی بولنا چھوڑ دیں۔</w:t>
      </w:r>
    </w:p>
    <w:p>
      <w:r>
        <w:rPr>
          <w:b/>
        </w:rPr>
        <w:t xml:space="preserve">[25:56] </w:t>
      </w:r>
      <w:r>
        <w:t>hamesha ke liye. Zulm ki boli bolna chhod dein. Hamesha ke liye.</w:t>
      </w:r>
    </w:p>
    <w:p>
      <w:pPr>
        <w:jc w:val="right"/>
      </w:pPr>
      <w:r>
        <w:t>ہمیشہ کے لیے۔ ظلم کی بولی بولنا چھوڑ دیں۔ ہمیشہ کے لیے۔</w:t>
      </w:r>
    </w:p>
    <w:p>
      <w:r>
        <w:rPr>
          <w:b/>
        </w:rPr>
        <w:t xml:space="preserve">[26:04] </w:t>
      </w:r>
      <w:r>
        <w:t>is ka matlab kya hua? Is ka matlab yeh hua ke sahaba ka tareeqa yeh tha ke jo waqeat kiye gaye makkah walon ki taraf se, us ne aap ke andar introspection paida kiya.</w:t>
      </w:r>
    </w:p>
    <w:p>
      <w:pPr>
        <w:jc w:val="right"/>
      </w:pPr>
      <w:r>
        <w:t>اس کا مطلب کیا ہوا؟ اس کا مطلب یہ ہوا کہ صحابہ کا طریقہ یہ تھا کہ جو واقعات کیے گئے مکہ والوں کی طرف سے، اس نے آپ کے اندر انٹراسپیکشن پیدا کیا۔</w:t>
      </w:r>
    </w:p>
    <w:p>
      <w:r>
        <w:rPr>
          <w:b/>
        </w:rPr>
        <w:t xml:space="preserve">[26:21] </w:t>
      </w:r>
      <w:r>
        <w:t>sahaba ke andar introspection paida hua.</w:t>
      </w:r>
    </w:p>
    <w:p>
      <w:pPr>
        <w:jc w:val="right"/>
      </w:pPr>
      <w:r>
        <w:t>صحابہ کے اندر انٹراسپیکشن پیدا ہوا۔</w:t>
      </w:r>
    </w:p>
    <w:p>
      <w:r>
        <w:rPr>
          <w:b/>
        </w:rPr>
        <w:t xml:space="preserve">[26:27] </w:t>
      </w:r>
      <w:r>
        <w:t>to aap bhi yahi kijiye. Musalman bhi yahi karein ke musalmanon ke andar introspection aana chahiye. Aap apni kamiyon ki talash karna chahiye.</w:t>
      </w:r>
    </w:p>
    <w:p>
      <w:pPr>
        <w:jc w:val="right"/>
      </w:pPr>
      <w:r>
        <w:t>تو آپ بھی یہی کیجئے۔ مسلمان بھی یہی کریں کہ مسلمانوں کے اندر انٹراسپیکشن آنا چاہیے۔ آپ اپنی کمیوں کی تلاش کرنا چاہیے۔</w:t>
      </w:r>
    </w:p>
    <w:p>
      <w:r>
        <w:rPr>
          <w:b/>
        </w:rPr>
        <w:t xml:space="preserve">[26:42] </w:t>
      </w:r>
      <w:r>
        <w:t>kyunke</w:t>
      </w:r>
    </w:p>
    <w:p>
      <w:pPr>
        <w:jc w:val="right"/>
      </w:pPr>
      <w:r>
        <w:t>کیونکہ</w:t>
      </w:r>
    </w:p>
    <w:p>
      <w:r>
        <w:rPr>
          <w:b/>
        </w:rPr>
        <w:t xml:space="preserve">[26:46] </w:t>
      </w:r>
      <w:r>
        <w:t>quran mein yeh bataya gaya hai ke ke jo musibat tumhare upar aati hai, woh tumhari apni hi kamiyon ka nateeja hoti hai.</w:t>
      </w:r>
    </w:p>
    <w:p>
      <w:pPr>
        <w:jc w:val="right"/>
      </w:pPr>
      <w:r>
        <w:t>قرآن میں یہ بتایا گیا ہے کہ کہ جو مصیبت تمہارے اوپر آتی ہے، وہ تمہاری اپنی ہی کمیوں کا نتیجہ ہوتی ہے۔</w:t>
      </w:r>
    </w:p>
    <w:p>
      <w:r>
        <w:rPr>
          <w:b/>
        </w:rPr>
        <w:t xml:space="preserve">[26:59] </w:t>
      </w:r>
      <w:r>
        <w:t>wa ma asabakum min musibatin illa bima kasabat aydikum.</w:t>
      </w:r>
    </w:p>
    <w:p>
      <w:pPr>
        <w:jc w:val="right"/>
      </w:pPr>
      <w:r>
        <w:t>وما اصابکم من مصیبت الا بما کسبت ایدیکم۔</w:t>
      </w:r>
    </w:p>
    <w:p>
      <w:r>
        <w:rPr>
          <w:b/>
        </w:rPr>
        <w:t xml:space="preserve">[27:07] </w:t>
      </w:r>
      <w:r>
        <w:t>ek se ziyada aayaton mein yeh baat kahi gayi hai ke wa ma asabakum min musibatin illa bima kasabat aydikum. Yeh bazahir zulm ka waqea ho raha hai doosron ki taraf se.</w:t>
      </w:r>
    </w:p>
    <w:p>
      <w:pPr>
        <w:jc w:val="right"/>
      </w:pPr>
      <w:r>
        <w:t>ایک سے زیادہ آیتوں میں یہ بات کہی گئی ہے کہ وما اصابکم من مصیبت الا بما کسبت ایدیکم۔ یہ بظاہر ظلم کا واقعہ ہو رہا ہے دوسروں کی طرف سے۔</w:t>
      </w:r>
    </w:p>
    <w:p>
      <w:r>
        <w:rPr>
          <w:b/>
        </w:rPr>
        <w:t xml:space="preserve">[27:22] </w:t>
      </w:r>
      <w:r>
        <w:t>lekin quran kehta hai ke woh sab hota hai tumhari apni kamiyon ka barabar. To is ke mane yeh ke sahaba ka tareeqa yeh tha ke woh musibat ke waqt khud apni kamiyon ko talash karte the.</w:t>
      </w:r>
    </w:p>
    <w:p>
      <w:pPr>
        <w:jc w:val="right"/>
      </w:pPr>
      <w:r>
        <w:t>لیکن قرآن کہتا ہے کہ وہ سب ہوتا ہے تمہاری اپنی کمیوں کی برابر۔ تو اس کے معنی یہ کہ صحابہ کا طریقہ یہ تھا کہ وہ مصیبت کے وقت خود اپنی کمیوں کو تلاش کرتے تھے۔</w:t>
      </w:r>
    </w:p>
    <w:p>
      <w:r>
        <w:rPr>
          <w:b/>
        </w:rPr>
        <w:t xml:space="preserve">[27:40] </w:t>
      </w:r>
      <w:r>
        <w:t>musibat ke waqt woh khud apni kamiyon ko talash karte the. Yahi sahi tareeqa hai. Yahi rasool Allah ka tareeqa tha. Yahi sahaba ka tareeqa tha.</w:t>
      </w:r>
    </w:p>
    <w:p>
      <w:pPr>
        <w:jc w:val="right"/>
      </w:pPr>
      <w:r>
        <w:t>مصیبت کے وقت وہ خود اپنی کمیوں کو تلاش کرتے تھے۔ یہی صحیح طریقہ ہے۔ یہی رسول اللہ کا طریقہ تھا۔ یہی صحابہ کا طریقہ تھا۔</w:t>
      </w:r>
    </w:p>
    <w:p>
      <w:r>
        <w:rPr>
          <w:b/>
        </w:rPr>
        <w:t xml:space="preserve">[27:51] </w:t>
      </w:r>
      <w:r>
        <w:t>to aap ghaur kijiye ke jab musalman woh tareeqa ikhtiyar karenge jo rasool aur sahaba rasool ka tareeqa tha, tabhi to un ko Allah ki madad aayegi.</w:t>
      </w:r>
    </w:p>
    <w:p>
      <w:pPr>
        <w:jc w:val="right"/>
      </w:pPr>
      <w:r>
        <w:t>تو آپ غور کیجئے کہ جب مسلمان وہ طریقہ اختیار کریں گے جو رسول اور صحابہ رسول کا طریقہ تھا، تبھی تو ان کو اللہ کی مدد آئے گی۔</w:t>
      </w:r>
    </w:p>
    <w:p>
      <w:r>
        <w:rPr>
          <w:b/>
        </w:rPr>
        <w:t xml:space="preserve">[28:04] </w:t>
      </w:r>
      <w:r>
        <w:t>Allah ki nasrat aayegi. To agar Allah ki nasrat nahin aa rahi hai, jis cheez ko woh zulm kehte hain, woh baat to jaari hai.</w:t>
      </w:r>
    </w:p>
    <w:p>
      <w:pPr>
        <w:jc w:val="right"/>
      </w:pPr>
      <w:r>
        <w:t>اللہ کی نصرت آئے گی۔ تو اگر اللہ کی نصرت نہیں آ رہی ہے، جس چیز کو وہ ظلم کہتے ہیں، وہ بات تو جاری ہے۔</w:t>
      </w:r>
    </w:p>
    <w:p>
      <w:r>
        <w:rPr>
          <w:b/>
        </w:rPr>
        <w:t xml:space="preserve">[28:15] </w:t>
      </w:r>
      <w:r>
        <w:t>to yeh sochna chahiye ke hum ne woh, woh, hum ne woh kaam kiya hi nahin jis par Allah ki nasrat aati hai. To kami yeh hai ke hum ne woh kaam nahin kiya.</w:t>
      </w:r>
    </w:p>
    <w:p>
      <w:pPr>
        <w:jc w:val="right"/>
      </w:pPr>
      <w:r>
        <w:t>تو یہ سوچنا چاہیے کہ ہم نے وہ، وہ، ہم نے وہ کام کیا ہی نہیں جس پر اللہ کی نصرت آتی ہے۔ تو کمی یہ ہے کہ ہم نے وہ کام نہیں کیا۔</w:t>
      </w:r>
    </w:p>
    <w:p>
      <w:r>
        <w:rPr>
          <w:b/>
        </w:rPr>
        <w:t xml:space="preserve">[28:25] </w:t>
      </w:r>
      <w:r>
        <w:t>un ki nasrat ruki hui hai. Nasrat Khuda ki ruki hui hai. To is ko jaari karne ki baat hai.</w:t>
      </w:r>
    </w:p>
    <w:p>
      <w:pPr>
        <w:jc w:val="right"/>
      </w:pPr>
      <w:r>
        <w:t>ان کی نصرت رکی ہوئی ہے۔ نصرت خدا کی رکی ہوئی ہے۔ تو اس کو جاری کرنے کی بات ہے۔</w:t>
      </w:r>
    </w:p>
    <w:p>
      <w:r>
        <w:rPr>
          <w:b/>
        </w:rPr>
        <w:t xml:space="preserve">[28:38] </w:t>
      </w:r>
      <w:r>
        <w:t>yani ya to, ya to zulm hi nahin hai jo kuch ho raha hai, woh ya to zulm nahin hai.</w:t>
      </w:r>
    </w:p>
    <w:p>
      <w:pPr>
        <w:jc w:val="right"/>
      </w:pPr>
      <w:r>
        <w:t>یعنی یا تو، یا تو ظلم ہی نہیں ہے جو کچھ ہو رہا ہے، وہ یا تو ظلم نہیں ہے۔</w:t>
      </w:r>
    </w:p>
    <w:p>
      <w:r>
        <w:rPr>
          <w:b/>
        </w:rPr>
        <w:t xml:space="preserve">[28:47] </w:t>
      </w:r>
      <w:r>
        <w:t>musalman ne khud hi khud is ko zulm ka naam de rakha hai. Ya aisa hai ke Allah ki nasrat ruki hui hai.</w:t>
      </w:r>
    </w:p>
    <w:p>
      <w:pPr>
        <w:jc w:val="right"/>
      </w:pPr>
      <w:r>
        <w:t>مسلمان نے خود ہی خود اس کو ظلم کا نام دے رکھا ہے۔ یا ایسا ہے کہ اللہ کی نصرت رکی ہوئی ہے۔</w:t>
      </w:r>
    </w:p>
    <w:p>
      <w:r>
        <w:rPr>
          <w:b/>
        </w:rPr>
        <w:t xml:space="preserve">[28:58] </w:t>
      </w:r>
      <w:r>
        <w:t>yani ya to woh cheez zulm nahin hai jis ko aap zulm kar rahe hain, ya Allah ki nasrat ruki hui hai jis se aap ka zulm khatm ho jaye.</w:t>
      </w:r>
    </w:p>
    <w:p>
      <w:pPr>
        <w:jc w:val="right"/>
      </w:pPr>
      <w:r>
        <w:t>یعنی یا تو وہ چیز ظلم نہیں ہے جس کو آپ ظلم کر رہے ہیں، یا اللہ کی نصرت رکی ہوئی ہے جس سے آپ کا ظلم ختم ہو جائے۔</w:t>
      </w:r>
    </w:p>
    <w:p>
      <w:r>
        <w:rPr>
          <w:b/>
        </w:rPr>
        <w:t xml:space="preserve">[29:09] </w:t>
      </w:r>
      <w:r>
        <w:t>to dono halaton mein musalmanon ko introspection karna chahiye. Dono halaton mein. Agar woh, agar woh zulm hi na ho aur aap zulm, zulm, zulm, zulm keh rahe hain,</w:t>
      </w:r>
    </w:p>
    <w:p>
      <w:pPr>
        <w:jc w:val="right"/>
      </w:pPr>
      <w:r>
        <w:t>تو دونوں حالتوں میں مسلمانوں کو انٹراسپیکشن کرنا چاہیے۔ دونوں حالتوں میں۔ اگر وہ، اگر وہ ظلم ہی نہ ہو اور آپ ظلم، ظلم، ظلم، ظلم کہہ رہے ہیں،</w:t>
      </w:r>
    </w:p>
    <w:p>
      <w:r>
        <w:rPr>
          <w:b/>
        </w:rPr>
        <w:t xml:space="preserve">[29:23] </w:t>
      </w:r>
      <w:r>
        <w:t>tab to bohat ziyada khatarnak baat hai ke zulm hai nahin aur aap zulm, zulm bol rahe hain. To zahir hai ke do hi soorat ho sakti hai.</w:t>
      </w:r>
    </w:p>
    <w:p>
      <w:pPr>
        <w:jc w:val="right"/>
      </w:pPr>
      <w:r>
        <w:t>تب تو بہت زیادہ خطرناک بات ہے کہ ظلم ہے نہیں اور آپ ظلم، ظلم بول رہے ہیں۔ تو ظاہر ہے کہ دو ہی صورت ہو سکتی ہے۔</w:t>
      </w:r>
    </w:p>
    <w:p>
      <w:r>
        <w:rPr>
          <w:b/>
        </w:rPr>
        <w:t xml:space="preserve">[29:35] </w:t>
      </w:r>
      <w:r>
        <w:t>teesri koi soorat nahin. Ya to jis cheez ko aap zulm bata rahe hain, woh zulm hi na ho. Ya aisa hai ke aap, aap ke aamal is qabil nahin hain ke Allah ki nasrat aap par aaye.</w:t>
      </w:r>
    </w:p>
    <w:p>
      <w:pPr>
        <w:jc w:val="right"/>
      </w:pPr>
      <w:r>
        <w:t>تیسری کوئی صورت نہیں۔ یا تو جس چیز کو آپ ظلم بتا رہے ہیں، وہ ظلم ہی نہ ہو۔ یا ایسا ہے کہ آپ، آپ کے اعمال اس قابل نہیں ہیں کہ اللہ کی نصرت آپ پر آئے۔</w:t>
      </w:r>
    </w:p>
    <w:p>
      <w:r>
        <w:rPr>
          <w:b/>
        </w:rPr>
        <w:t xml:space="preserve">[29:55] </w:t>
      </w:r>
      <w:r>
        <w:t>yani nasrat Allah ki nasrat ruki hui hai.</w:t>
      </w:r>
    </w:p>
    <w:p>
      <w:pPr>
        <w:jc w:val="right"/>
      </w:pPr>
      <w:r>
        <w:t>یعنی نصرت اللہ کی نصرت رکی ہوئی ہے۔</w:t>
      </w:r>
    </w:p>
    <w:p>
      <w:r>
        <w:rPr>
          <w:b/>
        </w:rPr>
        <w:t xml:space="preserve">[30:00] </w:t>
      </w:r>
      <w:r>
        <w:t>to agar zulm na ho, tab to aap ko zulm ki boli bolna chhod dena chahiye. aur agar nusrat ruki hui hai to woh kaam karna chahiye jis par Allah ki nusrat aana shuru ho jaye.</w:t>
      </w:r>
    </w:p>
    <w:p>
      <w:pPr>
        <w:jc w:val="right"/>
      </w:pPr>
      <w:r>
        <w:t>تو اگر ظلم نہ ہو، تب تو آپ کو ظلم کی بولی بولنا چھوڑ دینا چاہیے۔ اور اگر نصرت رکی ہوئی ہے تو وہ کام کرنا چاہیے جس پر اللہ کی نصرت آنا شروع ہو جائے۔</w:t>
      </w:r>
    </w:p>
    <w:p>
      <w:r>
        <w:rPr>
          <w:b/>
        </w:rPr>
        <w:t xml:space="preserve">[30:16] </w:t>
      </w:r>
      <w:r>
        <w:t>yeh hai is ka sabak. sab se zyada. to mein samajhta hoon ke hadith jibril ka ek pehlu to woh hai ke ke jo sab se bada farishta Allah taala ka hai, woh zameen par aaya logon ke samne taake woh confirm kare,</w:t>
      </w:r>
    </w:p>
    <w:p>
      <w:pPr>
        <w:jc w:val="right"/>
      </w:pPr>
      <w:r>
        <w:t>یہ ہے اس کا سبق۔ سب سے زیادہ۔ تو میں سمجھتا ہوں کہ حدیث جبرائیل کا ایک پہلو تو وہ ہے کہ کہ جو سب سے بڑا فرشتہ اللہ تعالی کا ہے، وہ زمین پر آیا لوگوں کے سامنے تاکہ وہ کنفرم کرے،</w:t>
      </w:r>
    </w:p>
    <w:p>
      <w:r>
        <w:rPr>
          <w:b/>
        </w:rPr>
        <w:t xml:space="preserve">[30:43] </w:t>
      </w:r>
      <w:r>
        <w:t>taake woh logon ke samne ek demonstration de ke yeh jo rasool hai, yeh sachche rasool hain.</w:t>
      </w:r>
    </w:p>
    <w:p>
      <w:pPr>
        <w:jc w:val="right"/>
      </w:pPr>
      <w:r>
        <w:t>تاکہ وہ لوگوں کے سامنے ایک ڈیمونسٹریشن دے کہ یہ جو رسول ہے، یہ سچے رسول ہیں۔</w:t>
      </w:r>
    </w:p>
    <w:p>
      <w:r>
        <w:rPr>
          <w:b/>
        </w:rPr>
        <w:t xml:space="preserve">[30:52] </w:t>
      </w:r>
      <w:r>
        <w:t>jo baatein bata rahe hain, woh Khuda ki taraf se hain. is liye is ko isi sanjeedgi se lo jo sanjeedgi matloob hai.</w:t>
      </w:r>
    </w:p>
    <w:p>
      <w:pPr>
        <w:jc w:val="right"/>
      </w:pPr>
      <w:r>
        <w:t>جو باتیں بتا رہے ہیں، وہ خدا کی طرف سے ہیں۔ اس لیے اس کو اسی سنجیدگی سے لو جو سنجید مطلوب ہے۔</w:t>
      </w:r>
    </w:p>
    <w:p>
      <w:r>
        <w:rPr>
          <w:b/>
        </w:rPr>
        <w:t xml:space="preserve">[31:04] </w:t>
      </w:r>
      <w:r>
        <w:t>ek yeh pehlu hai. doosra pehlu yeh hai ke</w:t>
      </w:r>
    </w:p>
    <w:p>
      <w:pPr>
        <w:jc w:val="right"/>
      </w:pPr>
      <w:r>
        <w:t>ایک یہ پہلو ہے۔ دوسرا پہلو یہ ہے کہ</w:t>
      </w:r>
    </w:p>
    <w:p>
      <w:r>
        <w:rPr>
          <w:b/>
        </w:rPr>
        <w:t xml:space="preserve">[31:14] </w:t>
      </w:r>
      <w:r>
        <w:t>yeh, yeh baat rasool aur sahaba, ashaab rasool ke daur mein pesh aayi, lekin unhon ne kuch bhi zulm ki baat nahi ki.</w:t>
      </w:r>
    </w:p>
    <w:p>
      <w:pPr>
        <w:jc w:val="right"/>
      </w:pPr>
      <w:r>
        <w:t>یہ، یہ بات رسول اور صحابہ، اصحاب رسول کے دور میں پیش آئی، لیکن انہوں نے کچھ بھی ظلم کی بات نہیں کی۔</w:t>
      </w:r>
    </w:p>
    <w:p>
      <w:r>
        <w:rPr>
          <w:b/>
        </w:rPr>
        <w:t xml:space="preserve">[31:25] </w:t>
      </w:r>
      <w:r>
        <w:t>koi bhi zulm ke bare mein sawal nahi kiya. to hamein yeh sochna hai ke jis cheez ko hum zulm, zulm keh rahe hain, woh koi baat hi nahi hai.</w:t>
      </w:r>
    </w:p>
    <w:p>
      <w:pPr>
        <w:jc w:val="right"/>
      </w:pPr>
      <w:r>
        <w:t>کوئی بھی ظلم کے بارے میں سوال نہیں کیا۔ تو ہمیں یہ سوچنا ہے کہ جس چیز کو ہم ظلم، ظلم کہہ رہے ہیں، وہ کوئی بات ہی نہیں ہے۔</w:t>
      </w:r>
    </w:p>
    <w:p>
      <w:r>
        <w:rPr>
          <w:b/>
        </w:rPr>
        <w:t xml:space="preserve">[31:39] </w:t>
      </w:r>
      <w:r>
        <w:t>baat kuch aur hai. baat kuch aur hai. hum kuch aur baatein bol rahe hain.</w:t>
      </w:r>
    </w:p>
    <w:p>
      <w:pPr>
        <w:jc w:val="right"/>
      </w:pPr>
      <w:r>
        <w:t>بات کچھ اور ہے۔ بات کچھ اور ہے۔ ہم کچھ اور باتیں بول رہے ہیں۔</w:t>
      </w:r>
    </w:p>
    <w:p>
      <w:r>
        <w:rPr>
          <w:b/>
        </w:rPr>
        <w:t xml:space="preserve">[31:48] </w:t>
      </w:r>
      <w:r>
        <w:t>jis jis cheez ko hum zulm keh rahe hain, woh zulm na to jibril ke nazdeek zulm hai, na rasool Allah ke nazdeek zulm hai, na sahaba ke jo mizaj hai, us ke mutabiq zulm hai.</w:t>
      </w:r>
    </w:p>
    <w:p>
      <w:pPr>
        <w:jc w:val="right"/>
      </w:pPr>
      <w:r>
        <w:t>جس جس چیز کو ہم ظلم کہہ رہے ہیں، وہ ظلم نہ تو جبرائیل کے نزدیک ظلم ہے، نہ رسول اللہ کے نزدیک ظلم ہے، نہ صحابہ کے جو مزاج ہے، اس کے مطابق ظلم ہے۔</w:t>
      </w:r>
    </w:p>
    <w:p>
      <w:r>
        <w:rPr>
          <w:b/>
        </w:rPr>
        <w:t xml:space="preserve">[32:02] </w:t>
      </w:r>
      <w:r>
        <w:t>woh zulm hai hi nahi. woh apni kotahiyon ka muamla hai. woh khud apni kotahiyon ka muamla hai.</w:t>
      </w:r>
    </w:p>
    <w:p>
      <w:pPr>
        <w:jc w:val="right"/>
      </w:pPr>
      <w:r>
        <w:t>وہ ظلم ہے ہی نہیں۔ وہ اپنی کوتاہیوں کا معاملہ ہے۔ وہ خود اپنی کوتاہیوں کا معاملہ ہے۔</w:t>
      </w:r>
    </w:p>
    <w:p>
      <w:r>
        <w:rPr>
          <w:b/>
        </w:rPr>
        <w:t xml:space="preserve">[32:14] </w:t>
      </w:r>
      <w:r>
        <w:t>to apni kotahiyon ko daryaft kijiye.</w:t>
      </w:r>
    </w:p>
    <w:p>
      <w:pPr>
        <w:jc w:val="right"/>
      </w:pPr>
      <w:r>
        <w:t>تو اپنی کوتاہیوں کو دریافت کیے۔</w:t>
      </w:r>
    </w:p>
    <w:p>
      <w:r>
        <w:rPr>
          <w:b/>
        </w:rPr>
        <w:t xml:space="preserve">[32:20] </w:t>
      </w:r>
      <w:r>
        <w:t>aur ek hadith se maloom hota hai ke sahaba ka yahi tareeqa tha. jab sahaba ka koi</w:t>
      </w:r>
    </w:p>
    <w:p>
      <w:pPr>
        <w:jc w:val="right"/>
      </w:pPr>
      <w:r>
        <w:t>اور ایک حدیث سے معلوم ہوتا ہے کہ صحابہ کا یہی طریقہ تھا۔ جب صحابہ کا کوئی</w:t>
      </w:r>
    </w:p>
    <w:p>
      <w:r>
        <w:rPr>
          <w:b/>
        </w:rPr>
        <w:t xml:space="preserve">[32:29] </w:t>
      </w:r>
      <w:r>
        <w:t>masla pesh aata tha, koi baat ruk jati thi, koi</w:t>
      </w:r>
    </w:p>
    <w:p>
      <w:pPr>
        <w:jc w:val="right"/>
      </w:pPr>
      <w:r>
        <w:t>مسئلہ پیش آتا تھا، کوئی بات رک جاتی تھی، کوئی</w:t>
      </w:r>
    </w:p>
    <w:p>
      <w:r>
        <w:rPr>
          <w:b/>
        </w:rPr>
        <w:t xml:space="preserve">[32:37] </w:t>
      </w:r>
      <w:r>
        <w:t>sakht muamla pesh aata tha, to woh sochte the ke shayad hum ne kisi amal mein kotahi kar rakhi hai. hamari apni kisi kotahi kar di jaye.</w:t>
      </w:r>
    </w:p>
    <w:p>
      <w:pPr>
        <w:jc w:val="right"/>
      </w:pPr>
      <w:r>
        <w:t>سخت معاملہ پیش آتا تھا، تو وہ سوچتے تھے کہ شاید ہم نے کسی عمل میں کوتاہی کر رکھی ہے۔ ہماری اپنی کسی کوتاہی کر دی جائے۔</w:t>
      </w:r>
    </w:p>
    <w:p>
      <w:r>
        <w:rPr>
          <w:b/>
        </w:rPr>
        <w:t xml:space="preserve">[32:48] </w:t>
      </w:r>
      <w:r>
        <w:t>to yahi sochte the woh log baith kar ke woh kaun si kotahi hai hamari jis ne Allah ki nusrat ko rok diya hai.</w:t>
      </w:r>
    </w:p>
    <w:p>
      <w:pPr>
        <w:jc w:val="right"/>
      </w:pPr>
      <w:r>
        <w:t>تو یہی سوچتے تھے وہ لوگ بیٹھ کر کہ وہ کون سی کوتاہی ہے ہماری جس نے اللہ کی نصرت کو روک دیا ہے۔</w:t>
      </w:r>
    </w:p>
    <w:p>
      <w:r>
        <w:rPr>
          <w:b/>
        </w:rPr>
        <w:t xml:space="preserve">[33:00] </w:t>
      </w:r>
      <w:r>
        <w:t>jab bhi Allah ki nusrat rukegi to hamari kisi kotahi ke barabar rukegi. to hamara kaam is waqt yeh hona chahiye ke hum soch kar yeh jaanein,</w:t>
      </w:r>
    </w:p>
    <w:p>
      <w:pPr>
        <w:jc w:val="right"/>
      </w:pPr>
      <w:r>
        <w:t>جب بھی اللہ کی نصرت رکے گی تو ہماری کسی کوتاہی کے برابر رکے گی۔ تو ہمارا کام اس وقت یہ ہونا چاہیے کہ ہم سوچ کر یہ جانیں،</w:t>
      </w:r>
    </w:p>
    <w:p>
      <w:r>
        <w:rPr>
          <w:b/>
        </w:rPr>
        <w:t xml:space="preserve">[33:17] </w:t>
      </w:r>
      <w:r>
        <w:t>yeh daryaft karein, yeh discover karein ke woh kaun si,</w:t>
      </w:r>
    </w:p>
    <w:p>
      <w:pPr>
        <w:jc w:val="right"/>
      </w:pPr>
      <w:r>
        <w:t>یہ دریافت کریں، یہ ڈسکور کریں کہ وہ کون سی،</w:t>
      </w:r>
    </w:p>
    <w:p>
      <w:r>
        <w:rPr>
          <w:b/>
        </w:rPr>
        <w:t xml:space="preserve">[33:26] </w:t>
      </w:r>
      <w:r>
        <w:t>kaun sa, kaun sa amal hum se nahi ho raha hai jis ki bina par Allah ki nusrat ruk gayi hai.</w:t>
      </w:r>
    </w:p>
    <w:p>
      <w:pPr>
        <w:jc w:val="right"/>
      </w:pPr>
      <w:r>
        <w:t>کون سا، کون سا عمل ہم سے نہیں ہو رہا ہے جس کی بنا پر اللہ کی نصرت رک گئی ہے۔</w:t>
      </w:r>
    </w:p>
    <w:p>
      <w:r>
        <w:rPr>
          <w:b/>
        </w:rPr>
        <w:t xml:space="preserve">[33:36] </w:t>
      </w:r>
      <w:r>
        <w:t>to yeh hai tareeqa sahi andaaz mein sochne ka aur sahi andaaz mein amal karne ka. jab is tarah hum sochenge, tabhi yeh mumkin hoga ke Allah ki rehmat aaye, Allah ki nusrat aaye, aur Allah ki rehmat aur nusrat ki bina par hamein kamyabi hasil ho.</w:t>
      </w:r>
    </w:p>
    <w:p>
      <w:pPr>
        <w:jc w:val="right"/>
      </w:pPr>
      <w:r>
        <w:t>تو یہ ہے طریقہ صحیح انداز میں سوچنے کا اور صحیح انداز میں عمل کرنے کا۔ جب اس طرح ہم سوچیں گے، تبھی یہ ممکن ہوگا کہ اللہ کی رحمت آئے، اللہ کی نصرت آئے، اور اللہ کی رحمت اور نصرت کی بنا پر ہمیں کامیابی حاصل ہو۔</w:t>
      </w:r>
    </w:p>
    <w:p>
      <w:r>
        <w:rPr>
          <w:b/>
        </w:rPr>
        <w:t xml:space="preserve">[34:03] </w:t>
      </w:r>
      <w:r>
        <w:t>yeh bahut bada sabak hai jo hadith jibril se hum ko milta hai.</w:t>
      </w:r>
    </w:p>
    <w:p>
      <w:pPr>
        <w:jc w:val="right"/>
      </w:pPr>
      <w:r>
        <w:t>یہ بہت بڑا سبق ہے جو حدیث جبرائیل سے ہم کو ملتا ہے۔</w:t>
      </w:r>
    </w:p>
    <w:p>
      <w:r>
        <w:rPr>
          <w:b/>
        </w:rPr>
        <w:t xml:space="preserve">[34:12] </w:t>
      </w:r>
      <w:r>
        <w:t>meri dua hai ke Allah taala hum ko sahi soch de. hum jaanein ke sahi tarz-e-fikr kya hai,</w:t>
      </w:r>
    </w:p>
    <w:p>
      <w:pPr>
        <w:jc w:val="right"/>
      </w:pPr>
      <w:r>
        <w:t>میری دعا ہے کہ اللہ تعالی ہم کو صحیح سوچ دے۔ ہم جانیں کہ صحیح طرز فکر کیا ہے،</w:t>
      </w:r>
    </w:p>
    <w:p>
      <w:r>
        <w:rPr>
          <w:b/>
        </w:rPr>
        <w:t xml:space="preserve">[34:28] </w:t>
      </w:r>
      <w:r>
        <w:t>amal karne ka sahi tareeqa kya hai, Allah ki nusrat ko raghib karne ka tareeqa kya hai. jab yeh sab hoga, is ke baad hi hum Allah ki madad se kamyabi hasil karenge.</w:t>
      </w:r>
    </w:p>
    <w:p>
      <w:pPr>
        <w:jc w:val="right"/>
      </w:pPr>
      <w:r>
        <w:t>عمل کرنے کا صحیح طریقہ کیا ہے، اللہ کی نصرت کو راغب کرنے کا طریقہ کیا ہے۔ جب یہ سب ہوگا، اس کے بعد ہی ہم اللہ کی مدد سے کامیابی حاصل کریں گے۔</w:t>
      </w:r>
    </w:p>
    <w:p>
      <w:r>
        <w:rPr>
          <w:b/>
        </w:rPr>
        <w:t xml:space="preserve">[34:47] </w:t>
      </w:r>
      <w:r>
        <w:t>assalam o alaikum wa rahmatullah.</w:t>
      </w:r>
    </w:p>
    <w:p>
      <w:pPr>
        <w:jc w:val="right"/>
      </w:pPr>
      <w:r>
        <w:t>السلام علیکم ورحمۃ اللہ۔</w:t>
      </w:r>
    </w:p>
    <w:p>
      <w:r>
        <w:rPr>
          <w:b/>
        </w:rPr>
        <w:t xml:space="preserve">[34:58] </w:t>
      </w:r>
      <w:r>
        <w:t>a sharing session first to CPS groups the Ulama group and the ladies group went</w:t>
      </w:r>
    </w:p>
    <w:p>
      <w:pPr>
        <w:jc w:val="right"/>
      </w:pPr>
      <w:r>
        <w:t>اہ شیئرنگ سیشن فرسٹ اہ ٹو سی پی ایس گروپس دی علماء گروپ اینڈ دا لیڈیز گروپ وینٹ</w:t>
      </w:r>
    </w:p>
    <w:p>
      <w:r>
        <w:rPr>
          <w:b/>
        </w:rPr>
        <w:t xml:space="preserve">[35:04] </w:t>
      </w:r>
      <w:r>
        <w:t>in travel last week the Ulama group went in travel to Punjab region of India and the ladies</w:t>
      </w:r>
    </w:p>
    <w:p>
      <w:pPr>
        <w:jc w:val="right"/>
      </w:pPr>
      <w:r>
        <w:t>ان ٹریول لاسٹ ویک دی علماء گروپ وینٹ ان ٹریول ٹو پنجاب ریجن اف انڈیا اینڈ دی لیڈیز</w:t>
      </w:r>
    </w:p>
    <w:p>
      <w:r>
        <w:rPr>
          <w:b/>
        </w:rPr>
        <w:t xml:space="preserve">[35:12] </w:t>
      </w:r>
      <w:r>
        <w:t>group went into travel to Calcutta. So I will first invite from the Ulama group Maulana Faiz.</w:t>
      </w:r>
    </w:p>
    <w:p>
      <w:pPr>
        <w:jc w:val="right"/>
      </w:pPr>
      <w:r>
        <w:t>گروپ وینٹ ان ٹو ٹریول ٹو کلکتہ سو ائی ویل فرسٹ انوائٹ فرام دی علماء گروپ مولانا فیض</w:t>
      </w:r>
    </w:p>
    <w:p>
      <w:r>
        <w:rPr>
          <w:b/>
        </w:rPr>
        <w:t xml:space="preserve">[35:19] </w:t>
      </w:r>
      <w:r>
        <w:t>Al-Din Umri sahib to come and share his Punjab experience with all of us Maulana Faizuddin Umari</w:t>
      </w:r>
    </w:p>
    <w:p>
      <w:pPr>
        <w:jc w:val="right"/>
      </w:pPr>
      <w:r>
        <w:t>الدین عمری صاحب ٹو کم اینڈ شیئر ہز پنجاب ایکسپیرینس ود ال اف اس مولانا فیض الدین عمری</w:t>
      </w:r>
    </w:p>
    <w:p>
      <w:r>
        <w:rPr>
          <w:b/>
        </w:rPr>
        <w:t xml:space="preserve">[35:27] </w:t>
      </w:r>
      <w:r>
        <w:t>bismillah rahman rahim wa salallahu ala nabiyil karim</w:t>
      </w:r>
    </w:p>
    <w:p>
      <w:pPr>
        <w:jc w:val="right"/>
      </w:pPr>
      <w:r>
        <w:t>بسم اللہ الرحمن الرحیم وصلی اللہ علی النبی الکریم</w:t>
      </w:r>
    </w:p>
    <w:p>
      <w:r>
        <w:rPr>
          <w:b/>
        </w:rPr>
        <w:t xml:space="preserve">[35:35] </w:t>
      </w:r>
      <w:r>
        <w:t>jaisa ke hamare</w:t>
      </w:r>
    </w:p>
    <w:p>
      <w:pPr>
        <w:jc w:val="right"/>
      </w:pPr>
      <w:r>
        <w:t>جیسا کہ ہمارے</w:t>
      </w:r>
    </w:p>
    <w:p>
      <w:r>
        <w:rPr>
          <w:b/>
        </w:rPr>
        <w:t xml:space="preserve">[35:38] </w:t>
      </w:r>
      <w:r>
        <w:t>qar'een risala ko pata hai ke risala ka</w:t>
      </w:r>
    </w:p>
    <w:p>
      <w:pPr>
        <w:jc w:val="right"/>
      </w:pPr>
      <w:r>
        <w:t>قارین رسالہ کو پتہ ہے کہ رسالہ کا</w:t>
      </w:r>
    </w:p>
    <w:p>
      <w:r>
        <w:rPr>
          <w:b/>
        </w:rPr>
        <w:t xml:space="preserve">[35:43] </w:t>
      </w:r>
      <w:r>
        <w:t>jo to point goal jo hai maarfat aur idkhaal kalma to samjhiye goya ke yeh safar jo hai</w:t>
      </w:r>
    </w:p>
    <w:p>
      <w:pPr>
        <w:jc w:val="right"/>
      </w:pPr>
      <w:r>
        <w:t>جو ٹو پوائنٹ گول جو ہے معرفت اور ادخال کلمہ تو سمجھیے گویا کہ یہ سفر جو ہے</w:t>
      </w:r>
    </w:p>
    <w:p>
      <w:r>
        <w:rPr>
          <w:b/>
        </w:rPr>
        <w:t xml:space="preserve">[35:52] </w:t>
      </w:r>
      <w:r>
        <w:t>idkhaal kalma ke maqsad ke tehat kiya gaya tha jaane se pehle yeh tay hua tha ke punjab</w:t>
      </w:r>
    </w:p>
    <w:p>
      <w:pPr>
        <w:jc w:val="right"/>
      </w:pPr>
      <w:r>
        <w:t>ادخال کلمہ کے مقصد کے تحت کیا گیا تھا جانے سے پہلے یہ طے ہوا تھا کہ پنجاب</w:t>
      </w:r>
    </w:p>
    <w:p>
      <w:r>
        <w:rPr>
          <w:b/>
        </w:rPr>
        <w:t xml:space="preserve">[35:58] </w:t>
      </w:r>
      <w:r>
        <w:t>mein hamein aise points ya aise afraad</w:t>
      </w:r>
    </w:p>
    <w:p>
      <w:pPr>
        <w:jc w:val="right"/>
      </w:pPr>
      <w:r>
        <w:t>میں ہمیں ایسے پوائنٹس یا ایسے افراد</w:t>
      </w:r>
    </w:p>
    <w:p>
      <w:r>
        <w:rPr>
          <w:b/>
        </w:rPr>
        <w:t xml:space="preserve">[36:03] </w:t>
      </w:r>
      <w:r>
        <w:t>discover karna hai jo quran distribution mein hamare madadgar ban saken to is silsile mein main aur Maulana</w:t>
      </w:r>
    </w:p>
    <w:p>
      <w:pPr>
        <w:jc w:val="right"/>
      </w:pPr>
      <w:r>
        <w:t>ڈسکور کرنا ہے جو قران ڈسٹریبیوشن میں ہمارے مددگار بن سکیں تو اس سلسلے میں میں اور مولانا</w:t>
      </w:r>
    </w:p>
    <w:p>
      <w:r>
        <w:rPr>
          <w:b/>
        </w:rPr>
        <w:t xml:space="preserve">[36:10] </w:t>
      </w:r>
      <w:r>
        <w:t>Iqbal Umri sahib last monday ko yahan se seedhe Amritsar pahunche</w:t>
      </w:r>
    </w:p>
    <w:p>
      <w:pPr>
        <w:jc w:val="right"/>
      </w:pPr>
      <w:r>
        <w:t>اقبال عمری صاحب لاسٹ منڈے کو یہاں سے سیدھے امرتسر پہنچے</w:t>
      </w:r>
    </w:p>
    <w:p>
      <w:r>
        <w:rPr>
          <w:b/>
        </w:rPr>
        <w:t xml:space="preserve">[36:16] </w:t>
      </w:r>
      <w:r>
        <w:t>Amritsar jaane se pehle hamare ek dost hain Shah Nazar</w:t>
      </w:r>
    </w:p>
    <w:p>
      <w:pPr>
        <w:jc w:val="right"/>
      </w:pPr>
      <w:r>
        <w:t>امرتسر جانے سے پہلے ہمارے ایک دوست ہیں شاہ نظر</w:t>
      </w:r>
    </w:p>
    <w:p>
      <w:r>
        <w:rPr>
          <w:b/>
        </w:rPr>
        <w:t xml:space="preserve">[36:21] </w:t>
      </w:r>
      <w:r>
        <w:t>Nadvi unhon ne kuch wahan ke links diye the to hum jaate hi wahan par ek lodge mein</w:t>
      </w:r>
    </w:p>
    <w:p>
      <w:pPr>
        <w:jc w:val="right"/>
      </w:pPr>
      <w:r>
        <w:t>ندوی انہوں نے کچھ وہاں کے لنکس دیے تھے تو ہم جاتے ہی وہاں پر ایک لاج میں</w:t>
      </w:r>
    </w:p>
    <w:p>
      <w:r>
        <w:rPr>
          <w:b/>
        </w:rPr>
        <w:t xml:space="preserve">[36:27] </w:t>
      </w:r>
      <w:r>
        <w:t>hamara qayam raha doosre din jo sahib ka number mila tha un ke haan hum pohanche woh wahan</w:t>
      </w:r>
    </w:p>
    <w:p>
      <w:pPr>
        <w:jc w:val="right"/>
      </w:pPr>
      <w:r>
        <w:t>ہمارا قیام رہا دوسرے دن جو صاحب کا نمبر ملا تھا ان کے ہاں ہم پہنچے وہ وہاں</w:t>
      </w:r>
    </w:p>
    <w:p>
      <w:r>
        <w:rPr>
          <w:b/>
        </w:rPr>
        <w:t xml:space="preserve">[36:33] </w:t>
      </w:r>
      <w:r>
        <w:t>ke sab se purane aalim maane jate hain Maulana Hamid Qasmi sahib masjid Khairuddin haal bazaar Amritsar to</w:t>
      </w:r>
    </w:p>
    <w:p>
      <w:pPr>
        <w:jc w:val="right"/>
      </w:pPr>
      <w:r>
        <w:t>کے سب سے پرانے عالم مانے جاتے ہیں مولانا حامد قاسمی صاحب مسجد خیرالدین حال بازار امرتسر تو</w:t>
      </w:r>
    </w:p>
    <w:p>
      <w:r>
        <w:rPr>
          <w:b/>
        </w:rPr>
        <w:t xml:space="preserve">[36:41] </w:t>
      </w:r>
      <w:r>
        <w:t>wahan 30 saal se woh imam hain to un se jab hamari mulaqat hui to unhon ne kaha</w:t>
      </w:r>
    </w:p>
    <w:p>
      <w:pPr>
        <w:jc w:val="right"/>
      </w:pPr>
      <w:r>
        <w:t>وہاں 30 سال سے وہ امام ہیں تو ان سے جب ہماری ملاقات ہوئی تو انہوں نے کہا</w:t>
      </w:r>
    </w:p>
    <w:p>
      <w:r>
        <w:rPr>
          <w:b/>
        </w:rPr>
        <w:t xml:space="preserve">[36:46] </w:t>
      </w:r>
      <w:r>
        <w:t>ke aap dahi-e-Islam hain aur Lajj mein thehrenge aap aap ko hum Lajj mein theherne nahin</w:t>
      </w:r>
    </w:p>
    <w:p>
      <w:pPr>
        <w:jc w:val="right"/>
      </w:pPr>
      <w:r>
        <w:t>کہ اپ داعی اسلام ہیں اور لاج میں ٹھہریں گے اپ اپ کو ہم لاج میں ٹھہرنے نہیں</w:t>
      </w:r>
    </w:p>
    <w:p>
      <w:r>
        <w:rPr>
          <w:b/>
        </w:rPr>
        <w:t xml:space="preserve">[36:51] </w:t>
      </w:r>
      <w:r>
        <w:t>denge aap hamare guesthouse mein thehrenge aur phir woh aadmi ko bheja unhon ne aur</w:t>
      </w:r>
    </w:p>
    <w:p>
      <w:pPr>
        <w:jc w:val="right"/>
      </w:pPr>
      <w:r>
        <w:t>دیں گے اپ ہمارے گیسٹ ہاؤس میں ٹھہریں گے اور پھر وہ ادمی کو بھیجا انہوں نے اور</w:t>
      </w:r>
    </w:p>
    <w:p>
      <w:r>
        <w:rPr>
          <w:b/>
        </w:rPr>
        <w:t xml:space="preserve">[36:56] </w:t>
      </w:r>
      <w:r>
        <w:t>saara saaman hamara Quran ke boxes waghera saare apne guesthouse mein muntaqil kar liye to wahan hamara</w:t>
      </w:r>
    </w:p>
    <w:p>
      <w:pPr>
        <w:jc w:val="right"/>
      </w:pPr>
      <w:r>
        <w:t>سارا سامان ہمارا قران کے باکسز وغیرہ سارے اپنے گیسٹ ہاؤس میں منتقل کر لیے تو وہاں ہمارا</w:t>
      </w:r>
    </w:p>
    <w:p>
      <w:r>
        <w:rPr>
          <w:b/>
        </w:rPr>
        <w:t xml:space="preserve">[37:02] </w:t>
      </w:r>
      <w:r>
        <w:t>qayam raha to wahan hum ne dekha ke Imam sahib ke room mein rozana</w:t>
      </w:r>
    </w:p>
    <w:p>
      <w:pPr>
        <w:jc w:val="right"/>
      </w:pPr>
      <w:r>
        <w:t>قیام رہا تو وہاں ہم نے دیکھا کہ امام صاحب کے روم میں روزانہ</w:t>
      </w:r>
    </w:p>
    <w:p>
      <w:r>
        <w:rPr>
          <w:b/>
        </w:rPr>
        <w:t xml:space="preserve">[37:08] </w:t>
      </w:r>
      <w:r>
        <w:t>40 ya taqreeban 50 ghair muslim rozana aate hain un se milne ke liye koi dawa ke liye</w:t>
      </w:r>
    </w:p>
    <w:p>
      <w:pPr>
        <w:jc w:val="right"/>
      </w:pPr>
      <w:r>
        <w:t>40 یا تقریبا 50 غیر مسلم روزانہ اتے ہیں ان سے ملنے کے لیے کوئی دوا کے لیے</w:t>
      </w:r>
    </w:p>
    <w:p>
      <w:r>
        <w:rPr>
          <w:b/>
        </w:rPr>
        <w:t xml:space="preserve">[37:15] </w:t>
      </w:r>
      <w:r>
        <w:t>aa raha hai koi dua ke liye aa raha hai koi mashware ke liye aa raha hai is</w:t>
      </w:r>
    </w:p>
    <w:p>
      <w:pPr>
        <w:jc w:val="right"/>
      </w:pPr>
      <w:r>
        <w:t>ا رہا ہے کوئی دعا کے لیے ا رہا ہے کوئی مشورے کے لیے ا رہا ہے اس</w:t>
      </w:r>
    </w:p>
    <w:p>
      <w:r>
        <w:rPr>
          <w:b/>
        </w:rPr>
        <w:t xml:space="preserve">[37:18] </w:t>
      </w:r>
      <w:r>
        <w:t>tarah hum ne dekha ke rozana 40 50 log woh keh rahe the ke aate hain aur hum</w:t>
      </w:r>
    </w:p>
    <w:p>
      <w:pPr>
        <w:jc w:val="right"/>
      </w:pPr>
      <w:r>
        <w:t>طرح ہم نے دیکھا کہ روزانہ 40 50 لوگ وہ کہہ رہے تھے کہ اتے ہیں اور ہم</w:t>
      </w:r>
    </w:p>
    <w:p>
      <w:r>
        <w:rPr>
          <w:b/>
        </w:rPr>
        <w:t xml:space="preserve">[37:23] </w:t>
      </w:r>
      <w:r>
        <w:t>logon ne zindagi mein ek bahut badi ghalti ki un logon tak Quran nahin pahunchaye to hamein Quran</w:t>
      </w:r>
    </w:p>
    <w:p>
      <w:pPr>
        <w:jc w:val="right"/>
      </w:pPr>
      <w:r>
        <w:t>لوگوں نے زندگی میں ایک بہت بڑی غلطی کی ان لوگوں تک قران نہیں پہنچائے تو ہمیں قران</w:t>
      </w:r>
    </w:p>
    <w:p>
      <w:r>
        <w:rPr>
          <w:b/>
        </w:rPr>
        <w:t xml:space="preserve">[37:28] </w:t>
      </w:r>
      <w:r>
        <w:t>chahiye Imam sahib ne kaha aur unhon ne hamare hi saamne do khawateen aayi theen kisi kaam se</w:t>
      </w:r>
    </w:p>
    <w:p>
      <w:pPr>
        <w:jc w:val="right"/>
      </w:pPr>
      <w:r>
        <w:t>چاہیے امام صاحب نے کہا اور انہوں نے ہمارے ہی سامنے دو خواتین ائی تھیں کسی کام سے</w:t>
      </w:r>
    </w:p>
    <w:p>
      <w:r>
        <w:rPr>
          <w:b/>
        </w:rPr>
        <w:t xml:space="preserve">[37:34] </w:t>
      </w:r>
      <w:r>
        <w:t>to un ko foran Quran diya unhon ne ke yeh hamari taraf se aap ko gift hai to</w:t>
      </w:r>
    </w:p>
    <w:p>
      <w:pPr>
        <w:jc w:val="right"/>
      </w:pPr>
      <w:r>
        <w:t>تو ان کو فورا قران دیا انہوں نے کہ یہ ہماری طرف سے اپ کو گفٹ ہے تو</w:t>
      </w:r>
    </w:p>
    <w:p>
      <w:r>
        <w:rPr>
          <w:b/>
        </w:rPr>
        <w:t xml:space="preserve">[37:39] </w:t>
      </w:r>
      <w:r>
        <w:t>un logon ko hum ne Imam sahib ko hum ne copyan faraham karwain aur kaha ke mazeed copyon</w:t>
      </w:r>
    </w:p>
    <w:p>
      <w:pPr>
        <w:jc w:val="right"/>
      </w:pPr>
      <w:r>
        <w:t>ان لوگوں کو ہم نے امام صاحب کو ہم نے کاپیاں فراہم کروائیں اور کہا کہ مزید کاپیوں</w:t>
      </w:r>
    </w:p>
    <w:p>
      <w:r>
        <w:rPr>
          <w:b/>
        </w:rPr>
        <w:t xml:space="preserve">[37:44] </w:t>
      </w:r>
      <w:r>
        <w:t>ke liye aap contact kar sakte hain is tarah wahan jo hai chaar ya paanch ulma se mulaqat</w:t>
      </w:r>
    </w:p>
    <w:p>
      <w:pPr>
        <w:jc w:val="right"/>
      </w:pPr>
      <w:r>
        <w:t>کے لیے اپ کانٹیکٹ کر سکتے ہیں اس طرح وہاں جو ہے چار یا پانچ علماء سے ملاقات</w:t>
      </w:r>
    </w:p>
    <w:p>
      <w:r>
        <w:rPr>
          <w:b/>
        </w:rPr>
        <w:t xml:space="preserve">[37:50] </w:t>
      </w:r>
      <w:r>
        <w:t>hui naujawan bhi the is mein se aur moammar</w:t>
      </w:r>
    </w:p>
    <w:p>
      <w:pPr>
        <w:jc w:val="right"/>
      </w:pPr>
      <w:r>
        <w:t>ہوئی نوجوان بھی تھے اس میں سے اور معمر</w:t>
      </w:r>
    </w:p>
    <w:p>
      <w:r>
        <w:rPr>
          <w:b/>
        </w:rPr>
        <w:t xml:space="preserve">[37:53] </w:t>
      </w:r>
      <w:r>
        <w:t>bhi the to saare jo hain yeh chahte the ke Quran ko jo hai distribute kiya jaye aur</w:t>
      </w:r>
    </w:p>
    <w:p>
      <w:pPr>
        <w:jc w:val="right"/>
      </w:pPr>
      <w:r>
        <w:t>بھی تھے تو سارے جو ہیں یہ چاہتے تھے کہ قران کو جو ہے ڈسٹریبیوٹ کیا جائے اور</w:t>
      </w:r>
    </w:p>
    <w:p>
      <w:r>
        <w:rPr>
          <w:b/>
        </w:rPr>
        <w:t xml:space="preserve">[37:57] </w:t>
      </w:r>
      <w:r>
        <w:t>Quran jo hai is tarah chhote size mein aur affordable price mein agar available ho to kaam bahut</w:t>
      </w:r>
    </w:p>
    <w:p>
      <w:pPr>
        <w:jc w:val="right"/>
      </w:pPr>
      <w:r>
        <w:t>قران جو ہے اس طرح چھوٹے سائز میں اور افورڈیبل پرائس میں اگر اویلیبل ہو تو کام بہت</w:t>
      </w:r>
    </w:p>
    <w:p>
      <w:r>
        <w:rPr>
          <w:b/>
        </w:rPr>
        <w:t xml:space="preserve">[38:03] </w:t>
      </w:r>
      <w:r>
        <w:t>zyada hum kar paayenge kis zuban mein Punjabi mein Punjabi mein</w:t>
      </w:r>
    </w:p>
    <w:p>
      <w:pPr>
        <w:jc w:val="right"/>
      </w:pPr>
      <w:r>
        <w:t>زیادہ ہم کر پائیں گے کس زبان میں پنجابی میں پنجابی میں</w:t>
      </w:r>
    </w:p>
    <w:p>
      <w:r>
        <w:rPr>
          <w:b/>
        </w:rPr>
        <w:t xml:space="preserve">[38:09] </w:t>
      </w:r>
      <w:r>
        <w:t>to ek tajruba yeh tha wahan ja ke pata chala ke ab musalman jo hain Quran distribution ko</w:t>
      </w:r>
    </w:p>
    <w:p>
      <w:pPr>
        <w:jc w:val="right"/>
      </w:pPr>
      <w:r>
        <w:t>تو ایک تجربہ یہ تھا وہاں جا کے پتہ چلا کہ اب مسلمان جو ہیں قران ڈسٹریبیوشن کو</w:t>
      </w:r>
    </w:p>
    <w:p>
      <w:r>
        <w:rPr>
          <w:b/>
        </w:rPr>
        <w:t xml:space="preserve">[38:16] </w:t>
      </w:r>
      <w:r>
        <w:t>ek kaam samajhne lage hain jabke pehle is tarah nahin tha woh Quran distribution ko koi kaam nahin</w:t>
      </w:r>
    </w:p>
    <w:p>
      <w:pPr>
        <w:jc w:val="right"/>
      </w:pPr>
      <w:r>
        <w:t>ایک کام سمجھنے لگے ہیں جبکہ پہلے اس طرح نہیں تھا وہ قران ڈسٹریبیوشن کو کوئی کام نہیں</w:t>
      </w:r>
    </w:p>
    <w:p>
      <w:r>
        <w:rPr>
          <w:b/>
        </w:rPr>
        <w:t xml:space="preserve">[38:20] </w:t>
      </w:r>
      <w:r>
        <w:t>samajhte the to is tarah wahan hum ko paanch ulma mile jo Quran distribution ke liye tayyar the</w:t>
      </w:r>
    </w:p>
    <w:p>
      <w:pPr>
        <w:jc w:val="right"/>
      </w:pPr>
      <w:r>
        <w:t>سمجھتے تھے تو اس طرح وہاں ہم کو پانچ علماء ملے جو قران ڈسٹریبیوشن کے لیے تیار تھے</w:t>
      </w:r>
    </w:p>
    <w:p>
      <w:r>
        <w:rPr>
          <w:b/>
        </w:rPr>
        <w:t xml:space="preserve">[38:25] </w:t>
      </w:r>
      <w:r>
        <w:t>aur un ko Quran chahiye tha lekin un ke paas bas chhota sa koi literature available hota hai</w:t>
      </w:r>
    </w:p>
    <w:p>
      <w:pPr>
        <w:jc w:val="right"/>
      </w:pPr>
      <w:r>
        <w:t>اور ان کو قران چاہیے تھا لیکن ان کے پاس بس چھوٹا سا کوئی لٹریچر اویلیبل ہوتا ہے</w:t>
      </w:r>
    </w:p>
    <w:p>
      <w:r>
        <w:rPr>
          <w:b/>
        </w:rPr>
        <w:t xml:space="preserve">[38:31] </w:t>
      </w:r>
      <w:r>
        <w:t>usi ko woh log distribute karte the ab Quran aane se unhon ne kaha ke hum zyada bade</w:t>
      </w:r>
    </w:p>
    <w:p>
      <w:pPr>
        <w:jc w:val="right"/>
      </w:pPr>
      <w:r>
        <w:t>اسی کو وہ لوگ ڈسٹریبیوٹ کرتے تھے اب قران انے سے انہوں نے کہا کہ ہم زیادہ بڑے</w:t>
      </w:r>
    </w:p>
    <w:p>
      <w:r>
        <w:rPr>
          <w:b/>
        </w:rPr>
        <w:t xml:space="preserve">[38:34] </w:t>
      </w:r>
      <w:r>
        <w:t>paimane par is kaam ko aage badhayenge</w:t>
      </w:r>
    </w:p>
    <w:p>
      <w:pPr>
        <w:jc w:val="right"/>
      </w:pPr>
      <w:r>
        <w:t>پیمانے پر اس کام کو اگے بڑھائیں گے</w:t>
      </w:r>
    </w:p>
    <w:p>
      <w:r>
        <w:rPr>
          <w:b/>
        </w:rPr>
        <w:t xml:space="preserve">[38:37] </w:t>
      </w:r>
      <w:r>
        <w:t>isi tarah hum</w:t>
      </w:r>
    </w:p>
    <w:p>
      <w:pPr>
        <w:jc w:val="right"/>
      </w:pPr>
      <w:r>
        <w:t>اسی طرح ہم</w:t>
      </w:r>
    </w:p>
    <w:p>
      <w:r>
        <w:rPr>
          <w:b/>
        </w:rPr>
        <w:t xml:space="preserve">[38:38] </w:t>
      </w:r>
      <w:r>
        <w:t>ne wahan dekha golden temple hamara jana hua to ah hum apni shabahat se hi jo hai musalman</w:t>
      </w:r>
    </w:p>
    <w:p>
      <w:pPr>
        <w:jc w:val="right"/>
      </w:pPr>
      <w:r>
        <w:t>نے وہاں دیکھا گولڈن ٹیمپل ہمارا جانا ہوا تو اہ ہم اپنی شباہت سے ہی جو ہے مسلمان</w:t>
      </w:r>
    </w:p>
    <w:p>
      <w:r>
        <w:rPr>
          <w:b/>
        </w:rPr>
        <w:t xml:space="preserve">[38:44] </w:t>
      </w:r>
      <w:r>
        <w:t>aur molvi type ke lag rahe the to wahan koi hamare jaisa koi aadmi nahi tha ya to</w:t>
      </w:r>
    </w:p>
    <w:p>
      <w:pPr>
        <w:jc w:val="right"/>
      </w:pPr>
      <w:r>
        <w:t>اور مولوی ٹائپ کے لگ رہے تھے تو وہاں کوئی ہمارے جیسا کوئی ادمی نہیں تھا یا تو</w:t>
      </w:r>
    </w:p>
    <w:p>
      <w:r>
        <w:rPr>
          <w:b/>
        </w:rPr>
        <w:t xml:space="preserve">[38:49] </w:t>
      </w:r>
      <w:r>
        <w:t>sikh hote the ya koi aur to hum logon ko dekh kar wo bohat taajub karte the sikh</w:t>
      </w:r>
    </w:p>
    <w:p>
      <w:pPr>
        <w:jc w:val="right"/>
      </w:pPr>
      <w:r>
        <w:t>سکھ ہوتے تھے یا کوئی اور تو ہم لوگوں کو دیکھ کر وہ بہت تعجب کرتے تھے سکھ</w:t>
      </w:r>
    </w:p>
    <w:p>
      <w:r>
        <w:rPr>
          <w:b/>
        </w:rPr>
        <w:t xml:space="preserve">[38:53] </w:t>
      </w:r>
      <w:r>
        <w:t>log ate boodhe aur naujawan sab aur kehte hain hum aap ke sath yeh lena chahte hain selfie</w:t>
      </w:r>
    </w:p>
    <w:p>
      <w:pPr>
        <w:jc w:val="right"/>
      </w:pPr>
      <w:r>
        <w:t>لوگ اتے بوڑھے اور نوجوان سب اور کہتے ہیں ہم اپ کے ساتھ یہ لینا چاہتے ہیں سیلفی</w:t>
      </w:r>
    </w:p>
    <w:p>
      <w:r>
        <w:rPr>
          <w:b/>
        </w:rPr>
        <w:t xml:space="preserve">[38:58] </w:t>
      </w:r>
      <w:r>
        <w:t>lena cha rahe hain to kafi logon ne is tarah kaha ke hum aap ke sath selfie len</w:t>
      </w:r>
    </w:p>
    <w:p>
      <w:pPr>
        <w:jc w:val="right"/>
      </w:pPr>
      <w:r>
        <w:t>لینا چاہ رہے ہیں تو کافی لوگوں نے اس طرح کہا کہ ہم اپ کے ساتھ سیلفی لیں</w:t>
      </w:r>
    </w:p>
    <w:p>
      <w:r>
        <w:rPr>
          <w:b/>
        </w:rPr>
        <w:t xml:space="preserve">[39:02] </w:t>
      </w:r>
      <w:r>
        <w:t>ge aur sare log jo hain apnayat dikhate the aur kehte the ke is golden temple ki bana</w:t>
      </w:r>
    </w:p>
    <w:p>
      <w:pPr>
        <w:jc w:val="right"/>
      </w:pPr>
      <w:r>
        <w:t>گے اور سارے لوگ جو ہیں اپنائیت دکھاتے تھے اور کہتے تھے کہ اس گولڈن ٹیمپل کی بنا</w:t>
      </w:r>
    </w:p>
    <w:p>
      <w:r>
        <w:rPr>
          <w:b/>
        </w:rPr>
        <w:t xml:space="preserve">[39:06] </w:t>
      </w:r>
      <w:r>
        <w:t>jo hai mian meer ne rakhi hai aap logon ne hi rakha hai is ki buniyad</w:t>
      </w:r>
    </w:p>
    <w:p>
      <w:pPr>
        <w:jc w:val="right"/>
      </w:pPr>
      <w:r>
        <w:t>جو ہے میاں میر نے رکھی ہے اپ لوگوں نے ہی رکھا ہے اس کی بنیاد</w:t>
      </w:r>
    </w:p>
    <w:p>
      <w:r>
        <w:rPr>
          <w:b/>
        </w:rPr>
        <w:t xml:space="preserve">[39:12] </w:t>
      </w:r>
      <w:r>
        <w:t>is tarah wo kehte the aur apni apnayat ka izhar is tarah kar rahe the ke hum aap</w:t>
      </w:r>
    </w:p>
    <w:p>
      <w:pPr>
        <w:jc w:val="right"/>
      </w:pPr>
      <w:r>
        <w:t>اس طرح وہ کہتے تھے اور اپنی اپنائیت کا اظہار اس طرح کر رہے تھے کہ ہم اپ</w:t>
      </w:r>
    </w:p>
    <w:p>
      <w:r>
        <w:rPr>
          <w:b/>
        </w:rPr>
        <w:t xml:space="preserve">[39:15] </w:t>
      </w:r>
      <w:r>
        <w:t>se alag nahi hain balke jo hai hamara jo yeh dharm hai yeh aap hi ke faqiron peeron</w:t>
      </w:r>
    </w:p>
    <w:p>
      <w:pPr>
        <w:jc w:val="right"/>
      </w:pPr>
      <w:r>
        <w:t>سے الگ نہیں ہیں بلکہ جو ہے ہمارا جو یہ دھرم ہے یہ اپ ہی کے فقیروں پیروں</w:t>
      </w:r>
    </w:p>
    <w:p>
      <w:r>
        <w:rPr>
          <w:b/>
        </w:rPr>
        <w:t xml:space="preserve">[39:20] </w:t>
      </w:r>
      <w:r>
        <w:t>aur sufiyon ne jo hai is ki bana rakhi hai mian meer ne is ki buniyad rakhi</w:t>
      </w:r>
    </w:p>
    <w:p>
      <w:pPr>
        <w:jc w:val="right"/>
      </w:pPr>
      <w:r>
        <w:t>اور صوفیوں نے جو ہے اس کی بنا رکھی ہے میاں میر نے اس کی بنیاد رکھی</w:t>
      </w:r>
    </w:p>
    <w:p>
      <w:r>
        <w:rPr>
          <w:b/>
        </w:rPr>
        <w:t xml:space="preserve">[39:23] </w:t>
      </w:r>
      <w:r>
        <w:t>hai to ajeeb hum ko lagta tha yeh sab dekh kar ke maulana jaise farmate hain ke jo</w:t>
      </w:r>
    </w:p>
    <w:p>
      <w:pPr>
        <w:jc w:val="right"/>
      </w:pPr>
      <w:r>
        <w:t>ہے تو عجیب ہم کو لگتا تھا یہ سب دیکھ کر کہ مولانا جیسے فرماتے ہیں کہ جو</w:t>
      </w:r>
    </w:p>
    <w:p>
      <w:r>
        <w:rPr>
          <w:b/>
        </w:rPr>
        <w:t xml:space="preserve">[39:29] </w:t>
      </w:r>
      <w:r>
        <w:t>hai khuda ki madad goya ke hum par ruki hui hai jab hum dawat ko apna ya idkhal</w:t>
      </w:r>
    </w:p>
    <w:p>
      <w:pPr>
        <w:jc w:val="right"/>
      </w:pPr>
      <w:r>
        <w:t>ہے خدا کی مدد گویا کہ ہم پر رکی ہوئی ہے جب ہم دعوت کو اپنا یا ادخال</w:t>
      </w:r>
    </w:p>
    <w:p>
      <w:r>
        <w:rPr>
          <w:b/>
        </w:rPr>
        <w:t xml:space="preserve">[39:34] </w:t>
      </w:r>
      <w:r>
        <w:t>kalma ko apna goal banayenge to khuda ki madad toot padegi to hum ne is safar</w:t>
      </w:r>
    </w:p>
    <w:p>
      <w:pPr>
        <w:jc w:val="right"/>
      </w:pPr>
      <w:r>
        <w:t>کلمہ کو اپنا گول بنائیں گے تو خدا کی مدد ٹوٹ پڑے گی تو ہم نے اس سفر</w:t>
      </w:r>
    </w:p>
    <w:p>
      <w:r>
        <w:rPr>
          <w:b/>
        </w:rPr>
        <w:t xml:space="preserve">[39:37] </w:t>
      </w:r>
      <w:r>
        <w:t>mein har jagah yahi dekha ke goya ke khuda ki madad toot pad rahi hai to abhi mein</w:t>
      </w:r>
    </w:p>
    <w:p>
      <w:pPr>
        <w:jc w:val="right"/>
      </w:pPr>
      <w:r>
        <w:t>میں ہر جگہ یہی دیکھا کہ گویا کہ خدا کی مدد ٹوٹ پڑ رہی ہے تو ابھی میں</w:t>
      </w:r>
    </w:p>
    <w:p>
      <w:r>
        <w:rPr>
          <w:b/>
        </w:rPr>
        <w:t xml:space="preserve">[39:42] </w:t>
      </w:r>
      <w:r>
        <w:t>soch raha tha ke rasool Allah jab miraj ko gaye the to quran mein kaha gaya min ayati</w:t>
      </w:r>
    </w:p>
    <w:p>
      <w:pPr>
        <w:jc w:val="right"/>
      </w:pPr>
      <w:r>
        <w:t>سوچ رہا تھا کہ رسول اللہ جب معراج کو گئے تھے تو قران میں کہا گیا من ایات</w:t>
      </w:r>
    </w:p>
    <w:p>
      <w:r>
        <w:rPr>
          <w:b/>
        </w:rPr>
        <w:t xml:space="preserve">[39:48] </w:t>
      </w:r>
      <w:r>
        <w:t>al-kubra taake hum un ko apni bari nishaniyan dikhayen to hum ne is safar mein bari bari nishaniyan</w:t>
      </w:r>
    </w:p>
    <w:p>
      <w:pPr>
        <w:jc w:val="right"/>
      </w:pPr>
      <w:r>
        <w:t>الکبری تاکہ ہم ان کو اپنی بڑی نشانیاں دکھائیں تو ہم نے اس سفر میں بڑی بڑی نشانیاں</w:t>
      </w:r>
    </w:p>
    <w:p>
      <w:r>
        <w:rPr>
          <w:b/>
        </w:rPr>
        <w:t xml:space="preserve">[39:53] </w:t>
      </w:r>
      <w:r>
        <w:t>dekhen bari bari nishaniyan dekhen hum laj mein thehre hue hain koi keh raha hai ke hum aap</w:t>
      </w:r>
    </w:p>
    <w:p>
      <w:pPr>
        <w:jc w:val="right"/>
      </w:pPr>
      <w:r>
        <w:t>دیکھیں بڑی بڑی نشانیاں دیکھیں ہم لاج میں ٹھہرے ہوئے ہیں کوئی کہہ رہا ہے کہ ہم اپ</w:t>
      </w:r>
    </w:p>
    <w:p>
      <w:r>
        <w:rPr>
          <w:b/>
        </w:rPr>
        <w:t xml:space="preserve">[39:57] </w:t>
      </w:r>
      <w:r>
        <w:t>ko wahan theherne nahi denge aap ko hamare pas theherna hai koi keh raha hai ke hum</w:t>
      </w:r>
    </w:p>
    <w:p>
      <w:pPr>
        <w:jc w:val="right"/>
      </w:pPr>
      <w:r>
        <w:t>کو وہاں ٹھہرنے نہیں دیں گے اپ کو ہمارے پاس ٹھہرنا ہے کوئی کہہ رہا ہے کہ ہم</w:t>
      </w:r>
    </w:p>
    <w:p>
      <w:r>
        <w:rPr>
          <w:b/>
        </w:rPr>
        <w:t xml:space="preserve">[40:00] </w:t>
      </w:r>
      <w:r>
        <w:t>aap ke sath selfie lenge to is tarah ki bohat sari baaten hain to main is ko</w:t>
      </w:r>
    </w:p>
    <w:p>
      <w:pPr>
        <w:jc w:val="right"/>
      </w:pPr>
      <w:r>
        <w:t>اپ کے ساتھ سیلفی لیں گے تو اس طرح کی بہت ساری باتیں ہیں تو میں اس کو</w:t>
      </w:r>
    </w:p>
    <w:p>
      <w:r>
        <w:rPr>
          <w:b/>
        </w:rPr>
        <w:t xml:space="preserve">[40:05] </w:t>
      </w:r>
      <w:r>
        <w:t>aap ke pas kar lenge aap ke pas photo</w:t>
      </w:r>
    </w:p>
    <w:p>
      <w:pPr>
        <w:jc w:val="right"/>
      </w:pPr>
      <w:r>
        <w:t>اپ کے پاس کر لیں گے اپ کے پاس فوٹو</w:t>
      </w:r>
    </w:p>
    <w:p>
      <w:r>
        <w:rPr>
          <w:b/>
        </w:rPr>
        <w:t xml:space="preserve">[40:09] </w:t>
      </w:r>
      <w:r>
        <w:t>lenge selfie aap ke sath hum yeh lena chahte hain selfie kar den acha acha theek theek</w:t>
      </w:r>
    </w:p>
    <w:p>
      <w:pPr>
        <w:jc w:val="right"/>
      </w:pPr>
      <w:r>
        <w:t>لیں گے سیلفی اپ کے ساتھ ہم یہ لینا چاہتے ہیں سیلفی کر دیں اچھا اچھا ٹھیک ٹھیک</w:t>
      </w:r>
    </w:p>
    <w:p>
      <w:r>
        <w:rPr>
          <w:b/>
        </w:rPr>
        <w:t xml:space="preserve">[40:15] </w:t>
      </w:r>
      <w:r>
        <w:t>ji to is tarah hum ne dekha abhi hamari baat ho rahi thi meri miss astuti malhotra se</w:t>
      </w:r>
    </w:p>
    <w:p>
      <w:pPr>
        <w:jc w:val="right"/>
      </w:pPr>
      <w:r>
        <w:t>جی تو اس طرح ہم نے دیکھا ابھی ہماری بات ہو رہی تھی میری مس استوتی ملوثرا سے</w:t>
      </w:r>
    </w:p>
    <w:p>
      <w:r>
        <w:rPr>
          <w:b/>
        </w:rPr>
        <w:t xml:space="preserve">[40:22] </w:t>
      </w:r>
      <w:r>
        <w:t>wo keh rahi thi ke aap jab punjab ke daure par ja rahe the to main dar gayi</w:t>
      </w:r>
    </w:p>
    <w:p>
      <w:pPr>
        <w:jc w:val="right"/>
      </w:pPr>
      <w:r>
        <w:t>وہ کہہ رہی تھی کہ اپ جب پنجاب کے دورے پر جا رہے تھے تو میں ڈر گئی</w:t>
      </w:r>
    </w:p>
    <w:p>
      <w:r>
        <w:rPr>
          <w:b/>
        </w:rPr>
        <w:t xml:space="preserve">[40:26] </w:t>
      </w:r>
      <w:r>
        <w:t>thi ke punjab mein aap log kaise jayenge pata nahi kya waqiyat pesh aa jayenge lekin</w:t>
      </w:r>
    </w:p>
    <w:p>
      <w:pPr>
        <w:jc w:val="right"/>
      </w:pPr>
      <w:r>
        <w:t>تھی کہ پنجاب میں اپ لوگ کیسے جائیں گے پتہ نہیں کیا واقعات پیش ا جائیں گے لیکن</w:t>
      </w:r>
    </w:p>
    <w:p>
      <w:r>
        <w:rPr>
          <w:b/>
        </w:rPr>
        <w:t xml:space="preserve">[40:30] </w:t>
      </w:r>
      <w:r>
        <w:t>is ke bajaye hamari feeling bilkul opposite thi balkay hum punjab mein hi sab se zyada easy feel</w:t>
      </w:r>
    </w:p>
    <w:p>
      <w:pPr>
        <w:jc w:val="right"/>
      </w:pPr>
      <w:r>
        <w:t>اس کے بجائے ہماری فیلنگ بالکل اپوزٹ تھی بلکہ ہم پنجاب میں ہی سب سے زیادہ ایزی فیل</w:t>
      </w:r>
    </w:p>
    <w:p>
      <w:r>
        <w:rPr>
          <w:b/>
        </w:rPr>
        <w:t xml:space="preserve">[40:34] </w:t>
      </w:r>
      <w:r>
        <w:t>kar rahay thay punjab mein hi sab se zyada logon ko hum ne welcome dekha welcome karte hue</w:t>
      </w:r>
    </w:p>
    <w:p>
      <w:pPr>
        <w:jc w:val="right"/>
      </w:pPr>
      <w:r>
        <w:t>کر رہے تھے پنجاب میں ہی سب سے زیادہ لوگوں کو ہم نے ویلکم دیکھا ویلکم کرتے ہوئے</w:t>
      </w:r>
    </w:p>
    <w:p>
      <w:r>
        <w:rPr>
          <w:b/>
        </w:rPr>
        <w:t xml:space="preserve">[40:39] </w:t>
      </w:r>
      <w:r>
        <w:t>dekha aur bohat zyada mezbani walay mizaj se paish aatay hue dekha to ye bohat hi ajeeb punjab</w:t>
      </w:r>
    </w:p>
    <w:p>
      <w:pPr>
        <w:jc w:val="right"/>
      </w:pPr>
      <w:r>
        <w:t>دیکھا اور بہت زیادہ میزبانی والے مزاج سے پیش اتے ہوئے دیکھا تو یہ بہت ہی عجیب پنجاب</w:t>
      </w:r>
    </w:p>
    <w:p>
      <w:r>
        <w:rPr>
          <w:b/>
        </w:rPr>
        <w:t xml:space="preserve">[40:45] </w:t>
      </w:r>
      <w:r>
        <w:t>ka hamara safar tha aur bhi bohat sari baatein hain phir is ke baad ye tay hua tha</w:t>
      </w:r>
    </w:p>
    <w:p>
      <w:pPr>
        <w:jc w:val="right"/>
      </w:pPr>
      <w:r>
        <w:t>کا ہمارا سفر تھا اور بھی بہت ساری باتیں ہیں پھر اس کے بعد یہ طے ہوا تھا</w:t>
      </w:r>
    </w:p>
    <w:p>
      <w:r>
        <w:rPr>
          <w:b/>
        </w:rPr>
        <w:t xml:space="preserve">[40:50] </w:t>
      </w:r>
      <w:r>
        <w:t>ke hum harpreet singh sahib jo mojooda</w:t>
      </w:r>
    </w:p>
    <w:p>
      <w:pPr>
        <w:jc w:val="right"/>
      </w:pPr>
      <w:r>
        <w:t>کہ ہم ہرپیت سنگھ صاحب جو موجودہ</w:t>
      </w:r>
    </w:p>
    <w:p>
      <w:r>
        <w:rPr>
          <w:b/>
        </w:rPr>
        <w:t xml:space="preserve">[40:54] </w:t>
      </w:r>
      <w:r>
        <w:t>jathaydaar ka uhda mila hai un ko un ke haan hum ko jana hai jinhon</w:t>
      </w:r>
    </w:p>
    <w:p>
      <w:pPr>
        <w:jc w:val="right"/>
      </w:pPr>
      <w:r>
        <w:t>جتھے جار جتھے دار کا عہدہ ملا ہے ان کو ان کے ہاں ہم کو جانا ہے جنہوں</w:t>
      </w:r>
    </w:p>
    <w:p>
      <w:r>
        <w:rPr>
          <w:b/>
        </w:rPr>
        <w:t xml:space="preserve">[40:59] </w:t>
      </w:r>
      <w:r>
        <w:t>ne hamaray punjabi quran ka translation kiya hai un ke paas jana hai to un se baat cheet</w:t>
      </w:r>
    </w:p>
    <w:p>
      <w:pPr>
        <w:jc w:val="right"/>
      </w:pPr>
      <w:r>
        <w:t>نے ہمارے پنجابی قران کا ٹرانسلیشن کیا ہے ان کے پاس جانا ہے تو ان سے بات چیت</w:t>
      </w:r>
    </w:p>
    <w:p>
      <w:r>
        <w:rPr>
          <w:b/>
        </w:rPr>
        <w:t xml:space="preserve">[41:04] </w:t>
      </w:r>
      <w:r>
        <w:t>hoti rahi aur hum un tak pohanchay to har aik ya do ghantay mein wo phone karte thay</w:t>
      </w:r>
    </w:p>
    <w:p>
      <w:pPr>
        <w:jc w:val="right"/>
      </w:pPr>
      <w:r>
        <w:t>ہوتی رہی اور ہم ان تک پہنچے تو ہر ایک یا دو گھنٹے میں وہ فون کرتے تھے</w:t>
      </w:r>
    </w:p>
    <w:p>
      <w:r>
        <w:rPr>
          <w:b/>
        </w:rPr>
        <w:t xml:space="preserve">[41:08] </w:t>
      </w:r>
      <w:r>
        <w:t>ke ab aap kahan pohanchay hain aur kabhi phone nahi lagta to ah mrs astuti ko phone kar</w:t>
      </w:r>
    </w:p>
    <w:p>
      <w:pPr>
        <w:jc w:val="right"/>
      </w:pPr>
      <w:r>
        <w:t>کہ اب اپ کہاں پہنچے ہیں اور کبھی فون نہیں لگتا تو اہ مسز استوتی کو فون کر</w:t>
      </w:r>
    </w:p>
    <w:p>
      <w:r>
        <w:rPr>
          <w:b/>
        </w:rPr>
        <w:t xml:space="preserve">[41:15] </w:t>
      </w:r>
      <w:r>
        <w:t>ke poochte thay ke un ka koi alternative number dijiye ke un ka phone nahi lag raha hai</w:t>
      </w:r>
    </w:p>
    <w:p>
      <w:pPr>
        <w:jc w:val="right"/>
      </w:pPr>
      <w:r>
        <w:t>کے پوچھتے تھے کہ ان کا کوئی الٹرنیٹو نمبر دیجئے کہ ان کا فون نہیں لگ رہا ہے</w:t>
      </w:r>
    </w:p>
    <w:p>
      <w:r>
        <w:rPr>
          <w:b/>
        </w:rPr>
        <w:t xml:space="preserve">[41:19] </w:t>
      </w:r>
      <w:r>
        <w:t>mein bohat pareshan hoon ke wo kahan hain to is tarah pohanchay tak unhon ne coordinate kiya aur</w:t>
      </w:r>
    </w:p>
    <w:p>
      <w:pPr>
        <w:jc w:val="right"/>
      </w:pPr>
      <w:r>
        <w:t>میں بہت پریشان ہوں کہ وہ کہاں ہیں تو اس طرح پہنچنے تک انہوں نے کوارڈینیٹ کیا اور</w:t>
      </w:r>
    </w:p>
    <w:p>
      <w:r>
        <w:rPr>
          <w:b/>
        </w:rPr>
        <w:t xml:space="preserve">[41:24] </w:t>
      </w:r>
      <w:r>
        <w:t>hum jab wahan talwandi sahibon jo sikhon ke jo paanch takht hotay hain is mein se aik takht</w:t>
      </w:r>
    </w:p>
    <w:p>
      <w:pPr>
        <w:jc w:val="right"/>
      </w:pPr>
      <w:r>
        <w:t>ہم جب وہاں تلونڈی صاحبوں جو سکھوں کے جو پانچ تخت ہوتے ہیں اس میں سے ایک تخت</w:t>
      </w:r>
    </w:p>
    <w:p>
      <w:r>
        <w:rPr>
          <w:b/>
        </w:rPr>
        <w:t xml:space="preserve">[41:29] </w:t>
      </w:r>
      <w:r>
        <w:t>mana jata hai is ke ye head hain jathaydaar jo hota hai wo sikhon ke paanch takht</w:t>
      </w:r>
    </w:p>
    <w:p>
      <w:pPr>
        <w:jc w:val="right"/>
      </w:pPr>
      <w:r>
        <w:t>مانا جاتا ہے اس کے یہ ہیڈ ہیں جتھے دار جو ہوتا ہے وہ سکھوں کے پانچ تخت</w:t>
      </w:r>
    </w:p>
    <w:p>
      <w:r>
        <w:rPr>
          <w:b/>
        </w:rPr>
        <w:t xml:space="preserve">[41:34] </w:t>
      </w:r>
      <w:r>
        <w:t>mein se aik takht ka jo bara hai us ko jathaydaar kehtay hain aur ye parliament</w:t>
      </w:r>
    </w:p>
    <w:p>
      <w:pPr>
        <w:jc w:val="right"/>
      </w:pPr>
      <w:r>
        <w:t>میں سے ایک تخت کا جو بڑا ہے اس کو جتھے دار کہتے ہیں اور یہ پارلیمنٹ</w:t>
      </w:r>
    </w:p>
    <w:p>
      <w:r>
        <w:rPr>
          <w:b/>
        </w:rPr>
        <w:t xml:space="preserve">[41:39] </w:t>
      </w:r>
      <w:r>
        <w:t>ka aik act hai is ke tehat is ka bohat bara political maqam bhi hota hai yani sikhon</w:t>
      </w:r>
    </w:p>
    <w:p>
      <w:pPr>
        <w:jc w:val="right"/>
      </w:pPr>
      <w:r>
        <w:t>کا ایک ایکٹ ہے اس کے تحت اس کا بہت بڑا پولیٹیکل مقام بھی ہوتا ہے یعنی سکھوں</w:t>
      </w:r>
    </w:p>
    <w:p>
      <w:r>
        <w:rPr>
          <w:b/>
        </w:rPr>
        <w:t xml:space="preserve">[41:44] </w:t>
      </w:r>
      <w:r>
        <w:t>ke sari mamlaat jathaydaar tay karte hain paanch jathaydaar hotay hain wo log tay karte hain</w:t>
      </w:r>
    </w:p>
    <w:p>
      <w:pPr>
        <w:jc w:val="right"/>
      </w:pPr>
      <w:r>
        <w:t>کے سارے معاملات جتھے دار طے کرتے ہیں پانچ جتھے دار ہوتے ہیں وہ لوگ طے کرتے ہیں</w:t>
      </w:r>
    </w:p>
    <w:p>
      <w:r>
        <w:rPr>
          <w:b/>
        </w:rPr>
        <w:t xml:space="preserve">[41:49] </w:t>
      </w:r>
      <w:r>
        <w:t>aur baqayda parliament mein aik act ke tehat un ko ye maqam diya gaya hai is liye un</w:t>
      </w:r>
    </w:p>
    <w:p>
      <w:pPr>
        <w:jc w:val="right"/>
      </w:pPr>
      <w:r>
        <w:t>اور باقاعدہ پارلیمنٹ میں ایک ایکٹ کے تحت ان کو یہ مقام دیا گیا ہے اس لیے ان</w:t>
      </w:r>
    </w:p>
    <w:p>
      <w:r>
        <w:rPr>
          <w:b/>
        </w:rPr>
        <w:t xml:space="preserve">[41:52] </w:t>
      </w:r>
      <w:r>
        <w:t>ke sath government ki security hoti hai waghera waghera jab wo nikaltay hain to 14 ya 16 un</w:t>
      </w:r>
    </w:p>
    <w:p>
      <w:pPr>
        <w:jc w:val="right"/>
      </w:pPr>
      <w:r>
        <w:t>کے ساتھ گورنمنٹ کی سیکیورٹی ہوتی ہے وغیرہ وغیرہ جب وہ نکلتے ہیں تو 14 یا 16 ان</w:t>
      </w:r>
    </w:p>
    <w:p>
      <w:r>
        <w:rPr>
          <w:b/>
        </w:rPr>
        <w:t xml:space="preserve">[41:58] </w:t>
      </w:r>
      <w:r>
        <w:t>ke sath ye hotay hain guard to ye as a honor ke un ko ye diya gaya hai</w:t>
      </w:r>
    </w:p>
    <w:p>
      <w:pPr>
        <w:jc w:val="right"/>
      </w:pPr>
      <w:r>
        <w:t>کے ساتھ یہ ہوتے ہیں گارڈ تو یہ ایز اے اونر کے ان کو یہ دیا گیا ہے</w:t>
      </w:r>
    </w:p>
    <w:p>
      <w:r>
        <w:rPr>
          <w:b/>
        </w:rPr>
        <w:t xml:space="preserve">[42:03] </w:t>
      </w:r>
      <w:r>
        <w:t>to jab hum wo gaye to wo pehle to unhon ne reception mein hum se adha ghantay baat</w:t>
      </w:r>
    </w:p>
    <w:p>
      <w:pPr>
        <w:jc w:val="right"/>
      </w:pPr>
      <w:r>
        <w:t>تو جب ہم وہ گئے تو وہ پہلے تو انہوں نے ریسیپشن میں ہم سے ادھا گھنٹے بات</w:t>
      </w:r>
    </w:p>
    <w:p>
      <w:r>
        <w:rPr>
          <w:b/>
        </w:rPr>
        <w:t xml:space="preserve">[42:07] </w:t>
      </w:r>
      <w:r>
        <w:t>ki phir apnay khusoosi mehman khanay mein hum ko rukway aam tor par wahan bohat baray baray mehman</w:t>
      </w:r>
    </w:p>
    <w:p>
      <w:pPr>
        <w:jc w:val="right"/>
      </w:pPr>
      <w:r>
        <w:t>کی پھر اپنے خصوصی مہمان خانے میں ہم کو رکوائے عام طور پر وہاں بہت بڑے بڑے مہمان</w:t>
      </w:r>
    </w:p>
    <w:p>
      <w:r>
        <w:rPr>
          <w:b/>
        </w:rPr>
        <w:t xml:space="preserve">[42:12] </w:t>
      </w:r>
      <w:r>
        <w:t>khanay hain lekin jo jathaydaar ko jo residence diya gaya hai us mein bhi mehman khana hota</w:t>
      </w:r>
    </w:p>
    <w:p>
      <w:pPr>
        <w:jc w:val="right"/>
      </w:pPr>
      <w:r>
        <w:t>خانے ہیں لیکن جو جتھے دار کو جو ریسیڈنس دیا گیا ہے اس میں بھی مہمان خانہ ہوتا</w:t>
      </w:r>
    </w:p>
    <w:p>
      <w:r>
        <w:rPr>
          <w:b/>
        </w:rPr>
        <w:t xml:space="preserve">[42:17] </w:t>
      </w:r>
      <w:r>
        <w:t>hai is mehman khanay mein hum ko rukwaya unhon ne rukwanay ke baad khanay aur peenay waghera ka</w:t>
      </w:r>
    </w:p>
    <w:p>
      <w:pPr>
        <w:jc w:val="right"/>
      </w:pPr>
      <w:r>
        <w:t>ہے اس مہمان خانے میں ہم کو رکوایا انہوں نے رکوانے کے بعد کھانے اور پینے وغیرہ کا</w:t>
      </w:r>
    </w:p>
    <w:p>
      <w:r>
        <w:rPr>
          <w:b/>
        </w:rPr>
        <w:t xml:space="preserve">[42:22] </w:t>
      </w:r>
      <w:r>
        <w:t>intezaam kiya phir aik ghantay ke baad wo room mein aaye room mein</w:t>
      </w:r>
    </w:p>
    <w:p>
      <w:pPr>
        <w:jc w:val="right"/>
      </w:pPr>
      <w:r>
        <w:t>انتظام کیا پھر ایک گھنٹے کے بعد وہ روم میں ائے روم میں</w:t>
      </w:r>
    </w:p>
    <w:p>
      <w:r>
        <w:rPr>
          <w:b/>
        </w:rPr>
        <w:t xml:space="preserve">[42:25] </w:t>
      </w:r>
      <w:r>
        <w:t>aane ke baad wo itna frankly hum se interaction karne lagay hum soch bhi nahi saktay ke itna</w:t>
      </w:r>
    </w:p>
    <w:p>
      <w:pPr>
        <w:jc w:val="right"/>
      </w:pPr>
      <w:r>
        <w:t>انے کے بعد وہ اتنا فرینکلی ہم سے انٹریکشن کرنے لگے ہم سوچ بھی نہیں سکتے کہ اتنا</w:t>
      </w:r>
    </w:p>
    <w:p>
      <w:r>
        <w:rPr>
          <w:b/>
        </w:rPr>
        <w:t xml:space="preserve">[42:29] </w:t>
      </w:r>
      <w:r>
        <w:t>bara admi is tarah ki behavior kar sakta hai to wo aye aur bethe hamare sath aur teen</w:t>
      </w:r>
    </w:p>
    <w:p>
      <w:pPr>
        <w:jc w:val="right"/>
      </w:pPr>
      <w:r>
        <w:t>بڑا ادمی اس طرح کی بیہیویئر کر سکتا ہے تو وہ ائے اور بیٹھے ہمارے ساتھ اور تین</w:t>
      </w:r>
    </w:p>
    <w:p>
      <w:r>
        <w:rPr>
          <w:b/>
        </w:rPr>
        <w:t xml:space="preserve">[42:35] </w:t>
      </w:r>
      <w:r>
        <w:t>ghante let kar unhon ne guftagu kiya hamare sath wohin is mein room mein ek dam franky aur</w:t>
      </w:r>
    </w:p>
    <w:p>
      <w:pPr>
        <w:jc w:val="right"/>
      </w:pPr>
      <w:r>
        <w:t>گھنٹے لیٹ کر انہوں نے گفتگو کیا ہمارے ساتھ وہیں اس میں روم میں ایک دم فرینکلی اور</w:t>
      </w:r>
    </w:p>
    <w:p>
      <w:r>
        <w:rPr>
          <w:b/>
        </w:rPr>
        <w:t xml:space="preserve">[42:41] </w:t>
      </w:r>
      <w:r>
        <w:t>friendly aur jo hai na har type ka sawal har type ke questions islam waghera waghera sab is</w:t>
      </w:r>
    </w:p>
    <w:p>
      <w:pPr>
        <w:jc w:val="right"/>
      </w:pPr>
      <w:r>
        <w:t>فرینڈلی اور جو ہے نا ہر ٹائپ کا سوال ہر ٹائپ کے کوئسچنز اسلام وغیرہ وغیرہ سب اس</w:t>
      </w:r>
    </w:p>
    <w:p>
      <w:r>
        <w:rPr>
          <w:b/>
        </w:rPr>
        <w:t xml:space="preserve">[42:46] </w:t>
      </w:r>
      <w:r>
        <w:t>tarah ki batein hoti rahin aur teen ghante unhon ne guftagu ki to ah is se hum log</w:t>
      </w:r>
    </w:p>
    <w:p>
      <w:pPr>
        <w:jc w:val="right"/>
      </w:pPr>
      <w:r>
        <w:t>طرح کی باتیں ہوتی رہی اور تین گھنٹے انہوں نے گفتگو کی تو اہ اس سے ہم لوگ</w:t>
      </w:r>
    </w:p>
    <w:p>
      <w:r>
        <w:rPr>
          <w:b/>
        </w:rPr>
        <w:t xml:space="preserve">[42:50] </w:t>
      </w:r>
      <w:r>
        <w:t>jo hai na bohat hi ek dam bilkul struck ho gaye wo dekh kar</w:t>
      </w:r>
    </w:p>
    <w:p>
      <w:pPr>
        <w:jc w:val="right"/>
      </w:pPr>
      <w:r>
        <w:t>جو ہے نا بہت ہی ایک دم بالکل اسٹرک ہو گئے وہ دیکھ کر</w:t>
      </w:r>
    </w:p>
    <w:p>
      <w:r>
        <w:rPr>
          <w:b/>
        </w:rPr>
        <w:t xml:space="preserve">[42:55] </w:t>
      </w:r>
      <w:r>
        <w:t>isi tarah dosre din jo hai wahan ek seminary thi jo sikkhon ke jahan ye tayyar kiye jatay</w:t>
      </w:r>
    </w:p>
    <w:p>
      <w:pPr>
        <w:jc w:val="right"/>
      </w:pPr>
      <w:r>
        <w:t>اسی طرح دوسرے دن جو ہے وہاں ایک سیمینری تھی جو سکھوں کے جہاں یہ تیار کیے جاتے</w:t>
      </w:r>
    </w:p>
    <w:p>
      <w:r>
        <w:rPr>
          <w:b/>
        </w:rPr>
        <w:t xml:space="preserve">[43:00] </w:t>
      </w:r>
      <w:r>
        <w:t>hain mazhabi ulma wahan ka unhon ne mushahida karwaya to wahan chal kar ek baat maloom hui ke</w:t>
      </w:r>
    </w:p>
    <w:p>
      <w:pPr>
        <w:jc w:val="right"/>
      </w:pPr>
      <w:r>
        <w:t>ہیں مذہبی علماء وہاں کا انہوں نے مشاہدہ کروایا تو وہاں چل کر ایک بات معلوم ہوئی کہ</w:t>
      </w:r>
    </w:p>
    <w:p>
      <w:r>
        <w:rPr>
          <w:b/>
        </w:rPr>
        <w:t xml:space="preserve">[43:06] </w:t>
      </w:r>
      <w:r>
        <w:t>jathhedar ji ne jo hai sirf translation hi nahi kiya hai punjabi quran ka balkay unhon</w:t>
      </w:r>
    </w:p>
    <w:p>
      <w:pPr>
        <w:jc w:val="right"/>
      </w:pPr>
      <w:r>
        <w:t>جتھے دار جی نے جو ہے صرف ٹرانسلیشن ہی نہیں کیا ہے پنجابی قران کا بلکہ انہوں</w:t>
      </w:r>
    </w:p>
    <w:p>
      <w:r>
        <w:rPr>
          <w:b/>
        </w:rPr>
        <w:t xml:space="preserve">[43:10] </w:t>
      </w:r>
      <w:r>
        <w:t>ne hi khud typing bhi ki hai is ki aur is typing se pehle wo typing nahi jante</w:t>
      </w:r>
    </w:p>
    <w:p>
      <w:pPr>
        <w:jc w:val="right"/>
      </w:pPr>
      <w:r>
        <w:t>نے ہی خود ٹائپنگ بھی کی ہے اس کی اور اس ٹائپنگ سے پہلے وہ ٹائپنگ نہیں جانتے</w:t>
      </w:r>
    </w:p>
    <w:p>
      <w:r>
        <w:rPr>
          <w:b/>
        </w:rPr>
        <w:t xml:space="preserve">[43:13] </w:t>
      </w:r>
      <w:r>
        <w:t>the wo kehte hain ke maine jo hai na isi ke liye typing seekhi to unhon ne</w:t>
      </w:r>
    </w:p>
    <w:p>
      <w:pPr>
        <w:jc w:val="right"/>
      </w:pPr>
      <w:r>
        <w:t>تھے وہ کہتے ہیں کہ میں نے جو ہے نا اسی کے لیے ٹائپنگ سیکھی تو انہوں نے</w:t>
      </w:r>
    </w:p>
    <w:p>
      <w:r>
        <w:rPr>
          <w:b/>
        </w:rPr>
        <w:t xml:space="preserve">[43:18] </w:t>
      </w:r>
      <w:r>
        <w:t>translation bhi kiya aur quran ki typing bhi khud hi ki to ye bhi bohat hamare liye ajeeb</w:t>
      </w:r>
    </w:p>
    <w:p>
      <w:pPr>
        <w:jc w:val="right"/>
      </w:pPr>
      <w:r>
        <w:t>ٹرانسلیشن بھی کیا اور قران کی ٹائپنگ بھی خود ہی کی تو یہ بھی بہت ہمارے لیے عجیب</w:t>
      </w:r>
    </w:p>
    <w:p>
      <w:r>
        <w:rPr>
          <w:b/>
        </w:rPr>
        <w:t xml:space="preserve">[43:23] </w:t>
      </w:r>
      <w:r>
        <w:t>baat hai hum log to abhi tak typing bhi seekh nahi paye hain aur unhon ne quran ke</w:t>
      </w:r>
    </w:p>
    <w:p>
      <w:pPr>
        <w:jc w:val="right"/>
      </w:pPr>
      <w:r>
        <w:t>بات ہے ہم لوگ تو ابھی تک ٹائپنگ بھی سیکھ نہیں پائے ہیں اور انہوں نے قران کے</w:t>
      </w:r>
    </w:p>
    <w:p>
      <w:r>
        <w:rPr>
          <w:b/>
        </w:rPr>
        <w:t xml:space="preserve">[43:27] </w:t>
      </w:r>
      <w:r>
        <w:t>liye typing seekh liya</w:t>
      </w:r>
    </w:p>
    <w:p>
      <w:pPr>
        <w:jc w:val="right"/>
      </w:pPr>
      <w:r>
        <w:t>لیے ٹائپنگ سیکھ لیا</w:t>
      </w:r>
    </w:p>
    <w:p>
      <w:r>
        <w:rPr>
          <w:b/>
        </w:rPr>
        <w:t xml:space="preserve">[43:31] </w:t>
      </w:r>
      <w:r>
        <w:t>yani punjabi ji punjabi typing acha kiya unhon ne khud typing kiya hai unhon ne punjabi quran ka</w:t>
      </w:r>
    </w:p>
    <w:p>
      <w:pPr>
        <w:jc w:val="right"/>
      </w:pPr>
      <w:r>
        <w:t>یعنی پنجابی جی پنجابی ٹائپنگ اچھا کیا انہوں نے خود ٹائپنگ کیا ہے انہوں نے پنجابی قران کا</w:t>
      </w:r>
    </w:p>
    <w:p>
      <w:r>
        <w:rPr>
          <w:b/>
        </w:rPr>
        <w:t xml:space="preserve">[43:38] </w:t>
      </w:r>
      <w:r>
        <w:t>wo translator bhi hain type setter bhi hain</w:t>
      </w:r>
    </w:p>
    <w:p>
      <w:pPr>
        <w:jc w:val="right"/>
      </w:pPr>
      <w:r>
        <w:t>وہ ٹرانسلیٹر بھی ہیں ٹائپ سیٹر بھی ہیں</w:t>
      </w:r>
    </w:p>
    <w:p>
      <w:r>
        <w:rPr>
          <w:b/>
        </w:rPr>
        <w:t xml:space="preserve">[43:41] </w:t>
      </w:r>
      <w:r>
        <w:t>mashallah mashallah allah taala un ko khoob khoob madad farmaye</w:t>
      </w:r>
    </w:p>
    <w:p>
      <w:pPr>
        <w:jc w:val="right"/>
      </w:pPr>
      <w:r>
        <w:t>ماشاءاللہ ماشاءاللہ اللہ تعالی ان کو خوب خوب مدد فرمائے</w:t>
      </w:r>
    </w:p>
    <w:p>
      <w:r>
        <w:rPr>
          <w:b/>
        </w:rPr>
        <w:t xml:space="preserve">[43:48] </w:t>
      </w:r>
      <w:r>
        <w:t>phir is ke baad jo hai</w:t>
      </w:r>
    </w:p>
    <w:p>
      <w:pPr>
        <w:jc w:val="right"/>
      </w:pPr>
      <w:r>
        <w:t>پھر اس کے بعد جو ہے</w:t>
      </w:r>
    </w:p>
    <w:p>
      <w:r>
        <w:rPr>
          <w:b/>
        </w:rPr>
        <w:t xml:space="preserve">[43:51] </w:t>
      </w:r>
      <w:r>
        <w:t>hamara patiala jana tayy tha ke patiala university mein doctor habib</w:t>
      </w:r>
    </w:p>
    <w:p>
      <w:pPr>
        <w:jc w:val="right"/>
      </w:pPr>
      <w:r>
        <w:t>ہمارا پٹیالہ جانا طے ہوا تھا کہ پٹیالہ یونیورسٹی میں ڈاکٹر حبیب</w:t>
      </w:r>
    </w:p>
    <w:p>
      <w:r>
        <w:rPr>
          <w:b/>
        </w:rPr>
        <w:t xml:space="preserve">[43:55] </w:t>
      </w:r>
      <w:r>
        <w:t>se mulaqat karengay aur wahan religious department mein interaction karengay to jab harpreet sahib ko maloom</w:t>
      </w:r>
    </w:p>
    <w:p>
      <w:pPr>
        <w:jc w:val="right"/>
      </w:pPr>
      <w:r>
        <w:t>سے ملاقات کریں گے اور وہاں ریلیجس ڈیپارٹمنٹ میں انٹریکشن کریں گے تو جب ہرپیت صاحب کو معلوم</w:t>
      </w:r>
    </w:p>
    <w:p>
      <w:r>
        <w:rPr>
          <w:b/>
        </w:rPr>
        <w:t xml:space="preserve">[44:01] </w:t>
      </w:r>
      <w:r>
        <w:t>hua jathhedar ji ko ke hum log patiala ja rahe hain to unhon ne foran hamare liye</w:t>
      </w:r>
    </w:p>
    <w:p>
      <w:pPr>
        <w:jc w:val="right"/>
      </w:pPr>
      <w:r>
        <w:t>ہوا جتھے دار جی کو کہ ہم لوگ پٹیالہ جا رہے ہیں تو انہوں نے فورا ہمارے لیے</w:t>
      </w:r>
    </w:p>
    <w:p>
      <w:r>
        <w:rPr>
          <w:b/>
        </w:rPr>
        <w:t xml:space="preserve">[44:04] </w:t>
      </w:r>
      <w:r>
        <w:t>wahan bhi gurudware mein rehne ka intezam karwaya aur wo bhi khusoosi mehman khane mein ke</w:t>
      </w:r>
    </w:p>
    <w:p>
      <w:pPr>
        <w:jc w:val="right"/>
      </w:pPr>
      <w:r>
        <w:t>وہاں بھی گوردوارے میں رہنے کا انتظام کروایا اور وہ بھی خصوصی مہمان خانے میں کہ</w:t>
      </w:r>
    </w:p>
    <w:p>
      <w:r>
        <w:rPr>
          <w:b/>
        </w:rPr>
        <w:t xml:space="preserve">[44:10] </w:t>
      </w:r>
      <w:r>
        <w:t>patiala mein jo ye hai gurudwara is ka naam hai dukh nivarang bohat bara gurudwara hai bohat bara</w:t>
      </w:r>
    </w:p>
    <w:p>
      <w:pPr>
        <w:jc w:val="right"/>
      </w:pPr>
      <w:r>
        <w:t>پٹیالہ میں جو یہ ہے گوردوارہ اس کا نام ہے دکھ نوارنگ بہت بڑا گوردوارہ ہے بہت بڑا</w:t>
      </w:r>
    </w:p>
    <w:p>
      <w:r>
        <w:rPr>
          <w:b/>
        </w:rPr>
        <w:t xml:space="preserve">[44:17] </w:t>
      </w:r>
      <w:r>
        <w:t>gurudwara is ki ek poori history hai hum dekh sakte hain wo to wahan unhon ne khusoosi mehman</w:t>
      </w:r>
    </w:p>
    <w:p>
      <w:pPr>
        <w:jc w:val="right"/>
      </w:pPr>
      <w:r>
        <w:t>گوردوارہ اس کی ایک پوری ہسٹری ہے ہم دیکھ سکتے ہیں وہ تو وہاں انہوں نے خصوصی مہمان</w:t>
      </w:r>
    </w:p>
    <w:p>
      <w:r>
        <w:rPr>
          <w:b/>
        </w:rPr>
        <w:t xml:space="preserve">[44:21] </w:t>
      </w:r>
      <w:r>
        <w:t>khane mein intezar intezam karwaya aur phir ek admi ko hamare sath laga diya hai ke ye sare</w:t>
      </w:r>
    </w:p>
    <w:p>
      <w:pPr>
        <w:jc w:val="right"/>
      </w:pPr>
      <w:r>
        <w:t>خانے میں انتظار انتظام کروایا اور پھر ایک ادمی کو ہمارے ساتھ لگا دیا ہے کہ یہ سارے</w:t>
      </w:r>
    </w:p>
    <w:p>
      <w:r>
        <w:rPr>
          <w:b/>
        </w:rPr>
        <w:t xml:space="preserve">[44:25] </w:t>
      </w:r>
      <w:r>
        <w:t>ap ke mamlat tay karengay wohi hum ko university le gaye apni car mein aur phir wapas</w:t>
      </w:r>
    </w:p>
    <w:p>
      <w:pPr>
        <w:jc w:val="right"/>
      </w:pPr>
      <w:r>
        <w:t>اپ کے معاملات طے کریں گے وہی ہم کو یونیورسٹی لے گئے اپنی کار میں اور پھر واپس</w:t>
      </w:r>
    </w:p>
    <w:p>
      <w:r>
        <w:rPr>
          <w:b/>
        </w:rPr>
        <w:t xml:space="preserve">[44:29] </w:t>
      </w:r>
      <w:r>
        <w:t>chhora aur bohat sari jagah unhon ne mulaqaten karwain to patiala university mein doctor habib sahib se bohat</w:t>
      </w:r>
    </w:p>
    <w:p>
      <w:pPr>
        <w:jc w:val="right"/>
      </w:pPr>
      <w:r>
        <w:t>چھوڑا اور بہت ساری جگہ انہوں نے ملاقاتیں کروائیں تو پٹیالہ یونیورسٹی میں ڈاکٹر حبیب صاحب سے بہت</w:t>
      </w:r>
    </w:p>
    <w:p>
      <w:r>
        <w:rPr>
          <w:b/>
        </w:rPr>
        <w:t xml:space="preserve">[44:37] </w:t>
      </w:r>
      <w:r>
        <w:t>sara interaction hua aur wahan ke students se jo hai dedh ghante</w:t>
      </w:r>
    </w:p>
    <w:p>
      <w:pPr>
        <w:jc w:val="right"/>
      </w:pPr>
      <w:r>
        <w:t>سارا انٹریکشن ہوا اور وہاں کے اسٹوڈنٹس سے جو ہے ڈیڑھ گھنٹے</w:t>
      </w:r>
    </w:p>
    <w:p>
      <w:r>
        <w:rPr>
          <w:b/>
        </w:rPr>
        <w:t xml:space="preserve">[44:40] </w:t>
      </w:r>
      <w:r>
        <w:t>tak baat hoti rahi 15 bes minute jo hai speech rahi is ke baad discussion raha discussion mein</w:t>
      </w:r>
    </w:p>
    <w:p>
      <w:pPr>
        <w:jc w:val="right"/>
      </w:pPr>
      <w:r>
        <w:t>تک بات ہوتی رہی 15 بیس منٹ جو ہے سپیچ رہی اس کے بعد ڈسکشن رہا ڈسکشن میں</w:t>
      </w:r>
    </w:p>
    <w:p>
      <w:r>
        <w:rPr>
          <w:b/>
        </w:rPr>
        <w:t xml:space="preserve">[44:45] </w:t>
      </w:r>
      <w:r>
        <w:t>bohat achhe question kiye unhon ne ke maslan ek question yeh tha ke jab aap log taqat mein</w:t>
      </w:r>
    </w:p>
    <w:p>
      <w:pPr>
        <w:jc w:val="right"/>
      </w:pPr>
      <w:r>
        <w:t>بہت اچھے کوئسچن کیے انہوں نے کہ مثلا ایک کوئسچن یہ تھا کہ جب اپ لوگ طاقت میں</w:t>
      </w:r>
    </w:p>
    <w:p>
      <w:r>
        <w:rPr>
          <w:b/>
        </w:rPr>
        <w:t xml:space="preserve">[44:50] </w:t>
      </w:r>
      <w:r>
        <w:t>hote ho political power mein hote ho to khoob tan tana kar rehte ho aur jab jo hai</w:t>
      </w:r>
    </w:p>
    <w:p>
      <w:pPr>
        <w:jc w:val="right"/>
      </w:pPr>
      <w:r>
        <w:t>ہوتے ہو پولیٹیکل پاور میں ہوتے ہو تو خوب تن تنا کر رہتے ہو اور جب جو ہے</w:t>
      </w:r>
    </w:p>
    <w:p>
      <w:r>
        <w:rPr>
          <w:b/>
        </w:rPr>
        <w:t xml:space="preserve">[44:56] </w:t>
      </w:r>
      <w:r>
        <w:t>political power khatam hota hai to peace ki baatein karte hain</w:t>
      </w:r>
    </w:p>
    <w:p>
      <w:pPr>
        <w:jc w:val="right"/>
      </w:pPr>
      <w:r>
        <w:t>پولیٹیکل پاور ختم ہوتا ہے تو پیس کی باتیں کرتے ہیں</w:t>
      </w:r>
    </w:p>
    <w:p>
      <w:r>
        <w:rPr>
          <w:b/>
        </w:rPr>
        <w:t xml:space="preserve">[45:00] </w:t>
      </w:r>
      <w:r>
        <w:t>unhon ne ek question kiya phir unhon ne kaha ke jihad kya hota hai yeh ek question tha</w:t>
      </w:r>
    </w:p>
    <w:p>
      <w:pPr>
        <w:jc w:val="right"/>
      </w:pPr>
      <w:r>
        <w:t>انہوں نے ایک کوئسچن کیا پھر انہوں نے کہا کہ جہاد کیا ہوتا ہے یہ ایک کوئسچن تھا</w:t>
      </w:r>
    </w:p>
    <w:p>
      <w:r>
        <w:rPr>
          <w:b/>
        </w:rPr>
        <w:t xml:space="preserve">[45:05] </w:t>
      </w:r>
      <w:r>
        <w:t>un ka is tarah ke mukhtalif question the aur bohat achhe question the woh is se hamara bhi</w:t>
      </w:r>
    </w:p>
    <w:p>
      <w:pPr>
        <w:jc w:val="right"/>
      </w:pPr>
      <w:r>
        <w:t>ان کا اس طرح کے مختلف کوئسچن تھے اور بہت اچھے کوئسچن تھے وہ اس سے ہمارا بھی</w:t>
      </w:r>
    </w:p>
    <w:p>
      <w:r>
        <w:rPr>
          <w:b/>
        </w:rPr>
        <w:t xml:space="preserve">[45:09] </w:t>
      </w:r>
      <w:r>
        <w:t>bohat sara zehn khula</w:t>
      </w:r>
    </w:p>
    <w:p>
      <w:pPr>
        <w:jc w:val="right"/>
      </w:pPr>
      <w:r>
        <w:t>بہت سارا ذہن کھلا</w:t>
      </w:r>
    </w:p>
    <w:p>
      <w:r>
        <w:rPr>
          <w:b/>
        </w:rPr>
        <w:t xml:space="preserve">[45:19] </w:t>
      </w:r>
      <w:r>
        <w:t>phir wahan se hamara jo hai patiala university se maler kotla ka safar hua to maler kotla ek</w:t>
      </w:r>
    </w:p>
    <w:p>
      <w:pPr>
        <w:jc w:val="right"/>
      </w:pPr>
      <w:r>
        <w:t>پھر وہاں سے ہمارا جو ہے پٹیالہ یونیورسٹی سے مالیر کوٹلہ کا سفر ہوا تو مالیر کوٹلہ ایک</w:t>
      </w:r>
    </w:p>
    <w:p>
      <w:r>
        <w:rPr>
          <w:b/>
        </w:rPr>
        <w:t xml:space="preserve">[45:24] </w:t>
      </w:r>
      <w:r>
        <w:t>wahid aisi jagah hai jahan punjabi musalman rehte hain ludhiana mein bhi musalman hain kafi tadad mein lekin</w:t>
      </w:r>
    </w:p>
    <w:p>
      <w:pPr>
        <w:jc w:val="right"/>
      </w:pPr>
      <w:r>
        <w:t>واحد ایسی جگہ ہے جہاں پنجابی مسلمان رہتے ہیں لدھیانہ میں بھی مسلمان ہیں کافی تعداد میں لیکن</w:t>
      </w:r>
    </w:p>
    <w:p>
      <w:r>
        <w:rPr>
          <w:b/>
        </w:rPr>
        <w:t xml:space="preserve">[45:30] </w:t>
      </w:r>
      <w:r>
        <w:t>woh migrants hain UP aur Bihar ke migrants hain woh khalis punjabi musalman jo hain sirf woh</w:t>
      </w:r>
    </w:p>
    <w:p>
      <w:pPr>
        <w:jc w:val="right"/>
      </w:pPr>
      <w:r>
        <w:t>وہ مائیگرینٹس ہیں یو پی اور بہار کے مائیگرینٹس ہیں وہ خالص پنجابی مسلمان جو ہیں صرف وہ</w:t>
      </w:r>
    </w:p>
    <w:p>
      <w:r>
        <w:rPr>
          <w:b/>
        </w:rPr>
        <w:t xml:space="preserve">[45:36] </w:t>
      </w:r>
      <w:r>
        <w:t>kehte hain ke maler kotla mein rehte hain aur woh dedh lakh ke qareeb mein hai achha sa</w:t>
      </w:r>
    </w:p>
    <w:p>
      <w:pPr>
        <w:jc w:val="right"/>
      </w:pPr>
      <w:r>
        <w:t>کہتے ہیں کہ مالیر کوٹلہ میں رہتے ہیں اور وہ ڈیڑھ لاکھ کے قریب میں ہے اچھا سا</w:t>
      </w:r>
    </w:p>
    <w:p>
      <w:r>
        <w:rPr>
          <w:b/>
        </w:rPr>
        <w:t xml:space="preserve">[45:40] </w:t>
      </w:r>
      <w:r>
        <w:t>shehar hai bohat aur taraqqi bhi achhi hai to wahan doctor yusuf sahib hain jinhon ne proofreading</w:t>
      </w:r>
    </w:p>
    <w:p>
      <w:pPr>
        <w:jc w:val="right"/>
      </w:pPr>
      <w:r>
        <w:t>شہر ہے بہت اور ترقی بھی اچھی ہے تو وہاں ڈاکٹر یوسف صاحب ہیں جنہوں نے پروف ریڈنگ</w:t>
      </w:r>
    </w:p>
    <w:p>
      <w:r>
        <w:rPr>
          <w:b/>
        </w:rPr>
        <w:t xml:space="preserve">[45:45] </w:t>
      </w:r>
      <w:r>
        <w:t>kiya tha hamare quran ki aur woh distributor bhi hamare pehle hi se already to un ko jab</w:t>
      </w:r>
    </w:p>
    <w:p>
      <w:pPr>
        <w:jc w:val="right"/>
      </w:pPr>
      <w:r>
        <w:t>کیا تھا ہمارے قران کی اور وہ ڈسٹریبیوٹر بھی ہمارے پہلے ہی سے الریڈی تو ان کو جب</w:t>
      </w:r>
    </w:p>
    <w:p>
      <w:r>
        <w:rPr>
          <w:b/>
        </w:rPr>
        <w:t xml:space="preserve">[45:50] </w:t>
      </w:r>
      <w:r>
        <w:t>hum ne bataya ke hum is tarah aa rahe hain to foran unhon ne kaha ke aap hotel</w:t>
      </w:r>
    </w:p>
    <w:p>
      <w:pPr>
        <w:jc w:val="right"/>
      </w:pPr>
      <w:r>
        <w:t>ہم نے بتایا کہ ہم اس طرح ا رہے ہیں تو فورا انہوں نے کہا کہ اپ ہوٹل</w:t>
      </w:r>
    </w:p>
    <w:p>
      <w:r>
        <w:rPr>
          <w:b/>
        </w:rPr>
        <w:t xml:space="preserve">[45:54] </w:t>
      </w:r>
      <w:r>
        <w:t>aur lodge mein nahi thehrenge mere ghar par thehrenge to phir woh bus stand se hum</w:t>
      </w:r>
    </w:p>
    <w:p>
      <w:pPr>
        <w:jc w:val="right"/>
      </w:pPr>
      <w:r>
        <w:t>اور لاج میں نہیں ٹھہریں گے میرے گھر پر ٹھہریں گے تو پھر وہ بس سٹینڈ سے ہم</w:t>
      </w:r>
    </w:p>
    <w:p>
      <w:r>
        <w:rPr>
          <w:b/>
        </w:rPr>
        <w:t xml:space="preserve">[45:58] </w:t>
      </w:r>
      <w:r>
        <w:t>ko apne ghar le gaye wahan unhon ne sara hamara intizam kiya aur bohat sare logon se unhon</w:t>
      </w:r>
    </w:p>
    <w:p>
      <w:pPr>
        <w:jc w:val="right"/>
      </w:pPr>
      <w:r>
        <w:t>کو اپنے گھر لے گئے وہاں انہوں نے سارا ہمارا انتظام کیا اور بہت سارے لوگوں سے انہوں</w:t>
      </w:r>
    </w:p>
    <w:p>
      <w:r>
        <w:rPr>
          <w:b/>
        </w:rPr>
        <w:t xml:space="preserve">[46:02] </w:t>
      </w:r>
      <w:r>
        <w:t>ne mulaqat karwai jaise</w:t>
      </w:r>
    </w:p>
    <w:p>
      <w:pPr>
        <w:jc w:val="right"/>
      </w:pPr>
      <w:r>
        <w:t>نے ملاقات کروائی جیسے</w:t>
      </w:r>
    </w:p>
    <w:p>
      <w:r>
        <w:rPr>
          <w:b/>
        </w:rPr>
        <w:t xml:space="preserve">[46:04] </w:t>
      </w:r>
      <w:r>
        <w:t>doctor ashraf the unhon ne bhi proofreading ki hamari hamare punjabi quran ki aur bhi jamaat islami</w:t>
      </w:r>
    </w:p>
    <w:p>
      <w:pPr>
        <w:jc w:val="right"/>
      </w:pPr>
      <w:r>
        <w:t>ڈاکٹر اشرف تھے انہوں نے بھی پروف ریڈنگ کی ہماری ہمارے پنجابی قران کی اور بھی جماعت اسلامی</w:t>
      </w:r>
    </w:p>
    <w:p>
      <w:r>
        <w:rPr>
          <w:b/>
        </w:rPr>
        <w:t xml:space="preserve">[46:09] </w:t>
      </w:r>
      <w:r>
        <w:t>ke daftar mein bhi woh le gaye wahan bhi logon se unhon ne mulaqaten karwain to maler kotla</w:t>
      </w:r>
    </w:p>
    <w:p>
      <w:pPr>
        <w:jc w:val="right"/>
      </w:pPr>
      <w:r>
        <w:t>کے دفتر میں بھی وہ لے گئے وہاں بھی لوگوں سے انہوں نے ملاقاتیں کروائیں تو مالیر کوٹلہ</w:t>
      </w:r>
    </w:p>
    <w:p>
      <w:r>
        <w:rPr>
          <w:b/>
        </w:rPr>
        <w:t xml:space="preserve">[46:13] </w:t>
      </w:r>
      <w:r>
        <w:t>ke bare mein mein parh raha tha to ek waqea bohat achha mujhe laga mein woh share karna</w:t>
      </w:r>
    </w:p>
    <w:p>
      <w:pPr>
        <w:jc w:val="right"/>
      </w:pPr>
      <w:r>
        <w:t>کے بارے میں میں پڑھ رہا تھا تو ایک واقعہ بہت اچھا مجھے لگا میں وہ شیئر کرنا</w:t>
      </w:r>
    </w:p>
    <w:p>
      <w:r>
        <w:rPr>
          <w:b/>
        </w:rPr>
        <w:t xml:space="preserve">[46:17] </w:t>
      </w:r>
      <w:r>
        <w:t>chahunga ke jab partition ke jo waqeat ho rahe the waqeat mein dono taraf bohat hi zyada</w:t>
      </w:r>
    </w:p>
    <w:p>
      <w:pPr>
        <w:jc w:val="right"/>
      </w:pPr>
      <w:r>
        <w:t>چاہوں گا کہ جب پارٹیشن کے جو واقعات ہو رہے تھے واقعات میں دونوں طرف بہت ہی زیادہ</w:t>
      </w:r>
    </w:p>
    <w:p>
      <w:r>
        <w:rPr>
          <w:b/>
        </w:rPr>
        <w:t xml:space="preserve">[46:24] </w:t>
      </w:r>
      <w:r>
        <w:t>halat kharab the lekin maril kotla jo hai bilkul peaceful tha to is ka reason logon ne</w:t>
      </w:r>
    </w:p>
    <w:p>
      <w:pPr>
        <w:jc w:val="right"/>
      </w:pPr>
      <w:r>
        <w:t>حالات خراب تھے لیکن ماریل کوٹلہ جو ہے بالکل پیس فل تھا تو اس کا ریزن لوگوں نے</w:t>
      </w:r>
    </w:p>
    <w:p>
      <w:r>
        <w:rPr>
          <w:b/>
        </w:rPr>
        <w:t xml:space="preserve">[46:29] </w:t>
      </w:r>
      <w:r>
        <w:t>yeh likha hai ke guru gobind singh jo hai gobind singh jo daswein guru hain un ke</w:t>
      </w:r>
    </w:p>
    <w:p>
      <w:pPr>
        <w:jc w:val="right"/>
      </w:pPr>
      <w:r>
        <w:t>یہ لکھا ہے کہ گری گرو گوبند سنگھ جو ہے گوبند سنگھ جو دسویں گرو ہیں ان کے</w:t>
      </w:r>
    </w:p>
    <w:p>
      <w:r>
        <w:rPr>
          <w:b/>
        </w:rPr>
        <w:t xml:space="preserve">[46:35] </w:t>
      </w:r>
      <w:r>
        <w:t>do larkon ko sirhan ke nawab ne deewar mein zinda chanwa dene ke liye kaha tha</w:t>
      </w:r>
    </w:p>
    <w:p>
      <w:pPr>
        <w:jc w:val="right"/>
      </w:pPr>
      <w:r>
        <w:t>دو لڑکوں کو سرہن کے نواب نے دیوار میں زندہ چنوا دینے کے لیے کہا تھا</w:t>
      </w:r>
    </w:p>
    <w:p>
      <w:r>
        <w:rPr>
          <w:b/>
        </w:rPr>
        <w:t xml:space="preserve">[46:42] </w:t>
      </w:r>
      <w:r>
        <w:t>to maler kotla ke jo nawab jo thay us waqt wo court mein thay us ke sirhan ke</w:t>
      </w:r>
    </w:p>
    <w:p>
      <w:pPr>
        <w:jc w:val="right"/>
      </w:pPr>
      <w:r>
        <w:t>تو مالیر کوٹلہ کے جو نواب جو تھے اس وقت وہ کورٹ میں تھے اس کے سرہن کے</w:t>
      </w:r>
    </w:p>
    <w:p>
      <w:r>
        <w:rPr>
          <w:b/>
        </w:rPr>
        <w:t xml:space="preserve">[46:47] </w:t>
      </w:r>
      <w:r>
        <w:t>nawab ke paas unhon ne uth kar kaha ke tumhari</w:t>
      </w:r>
    </w:p>
    <w:p>
      <w:pPr>
        <w:jc w:val="right"/>
      </w:pPr>
      <w:r>
        <w:t>نواب کے پاس انہوں نے اٹھ کر کہا کہ تمہاری</w:t>
      </w:r>
    </w:p>
    <w:p>
      <w:r>
        <w:rPr>
          <w:b/>
        </w:rPr>
        <w:t xml:space="preserve">[46:49] </w:t>
      </w:r>
      <w:r>
        <w:t>yeh harkat bilkul quran aur islam ke bilkul khilaf hai aur bilkul ghair insani hai aur wo unhon</w:t>
      </w:r>
    </w:p>
    <w:p>
      <w:pPr>
        <w:jc w:val="right"/>
      </w:pPr>
      <w:r>
        <w:t>یہ حرکت بالکل قران اور اسلام کے بالکل خلاف ہے اور بالکل غیر انسانی ہے اور وہ انہوں</w:t>
      </w:r>
    </w:p>
    <w:p>
      <w:r>
        <w:rPr>
          <w:b/>
        </w:rPr>
        <w:t xml:space="preserve">[46:54] </w:t>
      </w:r>
      <w:r>
        <w:t>ne walk out kiya wahan se court se sirhan ke nawab ke paas to jab guru gobind singh</w:t>
      </w:r>
    </w:p>
    <w:p>
      <w:pPr>
        <w:jc w:val="right"/>
      </w:pPr>
      <w:r>
        <w:t>نے واک اؤٹ کیا وہاں سے کورٹ سے سرہن کے نواب کے پاس تو جب گرو گوبند سنگھ</w:t>
      </w:r>
    </w:p>
    <w:p>
      <w:r>
        <w:rPr>
          <w:b/>
        </w:rPr>
        <w:t xml:space="preserve">[46:59] </w:t>
      </w:r>
      <w:r>
        <w:t>ko is baat ka pata chala to wo bohat hi zyada un ke yeh ho gaye shukr guzar</w:t>
      </w:r>
    </w:p>
    <w:p>
      <w:pPr>
        <w:jc w:val="right"/>
      </w:pPr>
      <w:r>
        <w:t>کو اس بات کا پتہ چلا تو وہ بہت ہی زیادہ ان کے یہ ہو گئے شکر گزار</w:t>
      </w:r>
    </w:p>
    <w:p>
      <w:r>
        <w:rPr>
          <w:b/>
        </w:rPr>
        <w:t xml:space="preserve">[47:03] </w:t>
      </w:r>
      <w:r>
        <w:t>aur unhon ne apne hukum naame mein maler kotla ke liye duaein keen aur yeh kaha ke maler</w:t>
      </w:r>
    </w:p>
    <w:p>
      <w:pPr>
        <w:jc w:val="right"/>
      </w:pPr>
      <w:r>
        <w:t>اور انہوں نے اپنے حکم نامے میں مالیر کوٹلہ کے لیے دعائیں کیں اور یہ کہا کہ مالیر</w:t>
      </w:r>
    </w:p>
    <w:p>
      <w:r>
        <w:rPr>
          <w:b/>
        </w:rPr>
        <w:t xml:space="preserve">[47:07] </w:t>
      </w:r>
      <w:r>
        <w:t>kotla se hamare hamesha taalluqat achhe rahenge to jab saare waqiyat ho rahe thay to maler kotla</w:t>
      </w:r>
    </w:p>
    <w:p>
      <w:pPr>
        <w:jc w:val="right"/>
      </w:pPr>
      <w:r>
        <w:t>کوٹلہ سے ہمارے ہمیشہ تعلقات اچھے رہیں گے تو جب سارے واقعات ہو رہے تھے تو مالیر کوٹلہ</w:t>
      </w:r>
    </w:p>
    <w:p>
      <w:r>
        <w:rPr>
          <w:b/>
        </w:rPr>
        <w:t xml:space="preserve">[47:12] </w:t>
      </w:r>
      <w:r>
        <w:t>bilkul peaceful tha to is tarah jo hai waqiyat likhe hue hain to is se bhi hum</w:t>
      </w:r>
    </w:p>
    <w:p>
      <w:pPr>
        <w:jc w:val="right"/>
      </w:pPr>
      <w:r>
        <w:t>بالکل پیس فل تھا تو اس طرح جو ہے واقعات لکھے ہوئے ہیں تو اس سے بھی ہم</w:t>
      </w:r>
    </w:p>
    <w:p>
      <w:r>
        <w:rPr>
          <w:b/>
        </w:rPr>
        <w:t xml:space="preserve">[47:17] </w:t>
      </w:r>
      <w:r>
        <w:t>ko yahi pata chalta hai ke agar hum daai bane ah insaniyat hamara sab se bada concern ho</w:t>
      </w:r>
    </w:p>
    <w:p>
      <w:pPr>
        <w:jc w:val="right"/>
      </w:pPr>
      <w:r>
        <w:t>کو یہی پتہ چلتا ہے کہ اگر ہم داعی بنے اہ انسانیت ہمارا سب سے بڑا کنسرن ہو</w:t>
      </w:r>
    </w:p>
    <w:p>
      <w:r>
        <w:rPr>
          <w:b/>
        </w:rPr>
        <w:t xml:space="preserve">[47:23] </w:t>
      </w:r>
      <w:r>
        <w:t>to hamare liye har jagah raaste khule hue hain aur khuda ki madad hum par kood padne ke</w:t>
      </w:r>
    </w:p>
    <w:p>
      <w:pPr>
        <w:jc w:val="right"/>
      </w:pPr>
      <w:r>
        <w:t>تو ہمارے لیے ہر جگہ راستے کھلے ہوئے ہیں اور خدا کی مدد ہم پر کود پڑنے کے</w:t>
      </w:r>
    </w:p>
    <w:p>
      <w:r>
        <w:rPr>
          <w:b/>
        </w:rPr>
        <w:t xml:space="preserve">[47:27] </w:t>
      </w:r>
      <w:r>
        <w:t>liye tayyar hai is par mein apni baat ko khatam karta hoon aur dua karta hoon ke allah</w:t>
      </w:r>
    </w:p>
    <w:p>
      <w:pPr>
        <w:jc w:val="right"/>
      </w:pPr>
      <w:r>
        <w:t>لیے تیار ہے اس پر میں اپنی بات کو ختم کرتا ہوں اور دعا کرتا ہوں کہ اللہ</w:t>
      </w:r>
    </w:p>
    <w:p>
      <w:r>
        <w:rPr>
          <w:b/>
        </w:rPr>
        <w:t xml:space="preserve">[47:31] </w:t>
      </w:r>
      <w:r>
        <w:t>tabarak wa ta'ala mashallah adkhal kalma ke liye hum ko qabool farmaye</w:t>
      </w:r>
    </w:p>
    <w:p>
      <w:pPr>
        <w:jc w:val="right"/>
      </w:pPr>
      <w:r>
        <w:t>تبارک و تعالی ماشاءاللہ ادخال کلمہ کے لیے ہم کو قبول فرمائے</w:t>
      </w:r>
    </w:p>
    <w:p>
      <w:r>
        <w:rPr>
          <w:b/>
        </w:rPr>
        <w:t xml:space="preserve">[47:35] </w:t>
      </w:r>
      <w:r>
        <w:t>assalam o alaikum mashallah so i will also request maulana syed iqbal umri to come here and share his</w:t>
      </w:r>
    </w:p>
    <w:p>
      <w:pPr>
        <w:jc w:val="right"/>
      </w:pPr>
      <w:r>
        <w:t>السلام علیکم ماشاءاللہ سو ائی ویل السو ریکویسٹ مولانا سید اقبال عمری ٹو کم ہیر اینڈ شیئر ہز</w:t>
      </w:r>
    </w:p>
    <w:p>
      <w:r>
        <w:rPr>
          <w:b/>
        </w:rPr>
        <w:t xml:space="preserve">[47:42] </w:t>
      </w:r>
      <w:r>
        <w:t>punjab experience with all of us maulana syed iqbal umri bismillah wassalatu wassalamu ala rasool allah</w:t>
      </w:r>
    </w:p>
    <w:p>
      <w:pPr>
        <w:jc w:val="right"/>
      </w:pPr>
      <w:r>
        <w:t>پنجاب ایکسپیرینس ود ال اف اس مولانا سید اقبال عمری بسم اللہ والصلاۃ والسلام علی رسول اللہ</w:t>
      </w:r>
    </w:p>
    <w:p>
      <w:r>
        <w:rPr>
          <w:b/>
        </w:rPr>
        <w:t xml:space="preserve">[47:50] </w:t>
      </w:r>
      <w:r>
        <w:t>jaisa ke abhi aap logon ne mukhtasar si rudad punjab daure ki suni is mein aham baatein agai</w:t>
      </w:r>
    </w:p>
    <w:p>
      <w:pPr>
        <w:jc w:val="right"/>
      </w:pPr>
      <w:r>
        <w:t>جیسا کہ ابھی اپ لوگوں نے مختصر سی روداد پنجاب دورے کی سنی اس میں اہم باتیں اگئی</w:t>
      </w:r>
    </w:p>
    <w:p>
      <w:r>
        <w:rPr>
          <w:b/>
        </w:rPr>
        <w:t xml:space="preserve">[47:58] </w:t>
      </w:r>
      <w:r>
        <w:t>hain asal mein is daure se mission ke silsile mein bohat zyada yaqeen barha hai mujh ko</w:t>
      </w:r>
    </w:p>
    <w:p>
      <w:pPr>
        <w:jc w:val="right"/>
      </w:pPr>
      <w:r>
        <w:t>ہیں اصل میں اس دورے سے مشن کے سلسلے میں بہت زیادہ یقین بڑھا ہے مجھ کو</w:t>
      </w:r>
    </w:p>
    <w:p>
      <w:r>
        <w:rPr>
          <w:b/>
        </w:rPr>
        <w:t xml:space="preserve">[48:09] </w:t>
      </w:r>
      <w:r>
        <w:t>aur mission ki har baat aur maulana ki jo bhi rehnumai hai us par chalne se kya kya</w:t>
      </w:r>
    </w:p>
    <w:p>
      <w:pPr>
        <w:jc w:val="right"/>
      </w:pPr>
      <w:r>
        <w:t>اور مشن کی ہر بات اور مولانا کی جو بھی رہنمائی ہے اس پر چلنے سے کیا کیا</w:t>
      </w:r>
    </w:p>
    <w:p>
      <w:r>
        <w:rPr>
          <w:b/>
        </w:rPr>
        <w:t xml:space="preserve">[48:16] </w:t>
      </w:r>
      <w:r>
        <w:t>fawaid hain wo hum ko maloom hue</w:t>
      </w:r>
    </w:p>
    <w:p>
      <w:pPr>
        <w:jc w:val="right"/>
      </w:pPr>
      <w:r>
        <w:t>فوائد ہیں وہ ہم کو معلوم ہوئے</w:t>
      </w:r>
    </w:p>
    <w:p>
      <w:r>
        <w:rPr>
          <w:b/>
        </w:rPr>
        <w:t xml:space="preserve">[48:21] </w:t>
      </w:r>
      <w:r>
        <w:t>to</w:t>
      </w:r>
    </w:p>
    <w:p>
      <w:pPr>
        <w:jc w:val="right"/>
      </w:pPr>
      <w:r>
        <w:t>تو</w:t>
      </w:r>
    </w:p>
    <w:p>
      <w:r>
        <w:rPr>
          <w:b/>
        </w:rPr>
        <w:t xml:space="preserve">[48:21] </w:t>
      </w:r>
      <w:r>
        <w:t>aakhir mein is nateejay par pohancha ke musalman ka ummat e muslema ka asal problem dawat ka mizaj ka na</w:t>
      </w:r>
    </w:p>
    <w:p>
      <w:pPr>
        <w:jc w:val="right"/>
      </w:pPr>
      <w:r>
        <w:t>اخر میں اس نتیجے پر پہنچا کہ مسلمان کا امت مسلمہ کا اصل پرابلم دعوتی مزاج کا نہ</w:t>
      </w:r>
    </w:p>
    <w:p>
      <w:r>
        <w:rPr>
          <w:b/>
        </w:rPr>
        <w:t xml:space="preserve">[48:27] </w:t>
      </w:r>
      <w:r>
        <w:t>hona hai waqai mein jaisa risala mission rehnumai karta hai ke</w:t>
      </w:r>
    </w:p>
    <w:p>
      <w:pPr>
        <w:jc w:val="right"/>
      </w:pPr>
      <w:r>
        <w:t>ہونا ہے واقعی میں جیسا رسالہ مشن رہنمائی کرتا ہے کہ</w:t>
      </w:r>
    </w:p>
    <w:p>
      <w:r>
        <w:rPr>
          <w:b/>
        </w:rPr>
        <w:t xml:space="preserve">[48:33] </w:t>
      </w:r>
      <w:r>
        <w:t>total misbat zehan hona chahiye khalis taur se mad'u ki khair khwahi khair khwahi honi chahiye agar is</w:t>
      </w:r>
    </w:p>
    <w:p>
      <w:pPr>
        <w:jc w:val="right"/>
      </w:pPr>
      <w:r>
        <w:t>ٹوٹل مثبت ذہن ہونا چاہیے خالص طور سے مدعو کی خیر خواہی خیر خواہی ہونی چاہیے اگر اس</w:t>
      </w:r>
    </w:p>
    <w:p>
      <w:r>
        <w:rPr>
          <w:b/>
        </w:rPr>
        <w:t xml:space="preserve">[48:40] </w:t>
      </w:r>
      <w:r>
        <w:t>buniyad par aap aage badhte jayenge to saare maqamat aap ke liye khul jayenge isi tarah</w:t>
      </w:r>
    </w:p>
    <w:p>
      <w:pPr>
        <w:jc w:val="right"/>
      </w:pPr>
      <w:r>
        <w:t>بنیاد پر اپ اگے بڑھتے جائیں گے تو سارے مقامات اپ کے لیے کھل جائیں گے اسی طرح</w:t>
      </w:r>
    </w:p>
    <w:p>
      <w:r>
        <w:rPr>
          <w:b/>
        </w:rPr>
        <w:t xml:space="preserve">[48:47] </w:t>
      </w:r>
      <w:r>
        <w:t>hum ne dekha ke hum pehli martaba gurudware aur sikkhon ke guruhon se mulaqat yeh saari cheezein yeh</w:t>
      </w:r>
    </w:p>
    <w:p>
      <w:pPr>
        <w:jc w:val="right"/>
      </w:pPr>
      <w:r>
        <w:t>ہم نے دیکھا کہ ہم پہلی مرتبہ گوردوارے اور سکھوں کے گروہوں سے ملاقات یہ ساری چیزیں یہ</w:t>
      </w:r>
    </w:p>
    <w:p>
      <w:r>
        <w:rPr>
          <w:b/>
        </w:rPr>
        <w:t xml:space="preserve">[48:57] </w:t>
      </w:r>
      <w:r>
        <w:t>kab hum aasani se aweil kar paye jabke hamara dil bilkul nafrat se khali aur hundred percent dawati</w:t>
      </w:r>
    </w:p>
    <w:p>
      <w:pPr>
        <w:jc w:val="right"/>
      </w:pPr>
      <w:r>
        <w:t>کب ہم اسانی سے اویل کر پائے جبکہ ہمارا دل بالکل نفرت سے خالی اور ہنڈرڈ پرسنٹ دعوتی</w:t>
      </w:r>
    </w:p>
    <w:p>
      <w:r>
        <w:rPr>
          <w:b/>
        </w:rPr>
        <w:t xml:space="preserve">[49:04] </w:t>
      </w:r>
      <w:r>
        <w:t>mizaj hone ki wajah se ye sara bilkul</w:t>
      </w:r>
    </w:p>
    <w:p>
      <w:pPr>
        <w:jc w:val="right"/>
      </w:pPr>
      <w:r>
        <w:t>مزاج ہونے کی وجہ سے یہ سارا بالکل</w:t>
      </w:r>
    </w:p>
    <w:p>
      <w:r>
        <w:rPr>
          <w:b/>
        </w:rPr>
        <w:t xml:space="preserve">[49:07] </w:t>
      </w:r>
      <w:r>
        <w:t>ek dum khule dil se unhon ne bhi hum ko welcome kiya aur hum bhi khule dil se</w:t>
      </w:r>
    </w:p>
    <w:p>
      <w:pPr>
        <w:jc w:val="right"/>
      </w:pPr>
      <w:r>
        <w:t>ایک دم کھلے دل سے انہوں نے بھی ہم کو ویلکم کیا اور ہم بھی کھلے دل سے</w:t>
      </w:r>
    </w:p>
    <w:p>
      <w:r>
        <w:rPr>
          <w:b/>
        </w:rPr>
        <w:t xml:space="preserve">[49:11] </w:t>
      </w:r>
      <w:r>
        <w:t>un ke mehman bane rahe</w:t>
      </w:r>
    </w:p>
    <w:p>
      <w:pPr>
        <w:jc w:val="right"/>
      </w:pPr>
      <w:r>
        <w:t>ان کے مہمان بنے رہے</w:t>
      </w:r>
    </w:p>
    <w:p>
      <w:r>
        <w:rPr>
          <w:b/>
        </w:rPr>
        <w:t xml:space="preserve">[49:14] </w:t>
      </w:r>
      <w:r>
        <w:t>to dawati mizaj na hone ki wajah se madu se dooriyan nafrat aur qoumi zehniyat ye sari cheezen</w:t>
      </w:r>
    </w:p>
    <w:p>
      <w:pPr>
        <w:jc w:val="right"/>
      </w:pPr>
      <w:r>
        <w:t>تو دعوتی مزاج نہ ہونے کی وجہ سے مدعو سے دوریاں نفرت اور قومی ذہنیت یہ ساری چیزیں</w:t>
      </w:r>
    </w:p>
    <w:p>
      <w:r>
        <w:rPr>
          <w:b/>
        </w:rPr>
        <w:t xml:space="preserve">[49:22] </w:t>
      </w:r>
      <w:r>
        <w:t>jo hum mein paida hoti hain ye sirf aur sirf dawati mizaj na hone ki wajah se hai</w:t>
      </w:r>
    </w:p>
    <w:p>
      <w:pPr>
        <w:jc w:val="right"/>
      </w:pPr>
      <w:r>
        <w:t>جو ہم میں پیدا ہوتی ہیں یہ صرف اور صرف دعوتی مزاج نہ ہونے کی وجہ سے ہے</w:t>
      </w:r>
    </w:p>
    <w:p>
      <w:r>
        <w:rPr>
          <w:b/>
        </w:rPr>
        <w:t xml:space="preserve">[49:27] </w:t>
      </w:r>
      <w:r>
        <w:t>jab dawati mizaj ho jaye to ah ummat e muslema ke liye sare mawaqe apne mawaqe nazar aayenge</w:t>
      </w:r>
    </w:p>
    <w:p>
      <w:pPr>
        <w:jc w:val="right"/>
      </w:pPr>
      <w:r>
        <w:t>جب دعوتی مزاج ہو جائے تو اہ امت مسلمہ کے لیے سارے مواقع اپنے مواقع نظر ائیں گے</w:t>
      </w:r>
    </w:p>
    <w:p>
      <w:r>
        <w:rPr>
          <w:b/>
        </w:rPr>
        <w:t xml:space="preserve">[49:34] </w:t>
      </w:r>
      <w:r>
        <w:t>masael ko sunne ki aur kehne ki aur is ko bada samajhne ki jagah hi na rahegi</w:t>
      </w:r>
    </w:p>
    <w:p>
      <w:pPr>
        <w:jc w:val="right"/>
      </w:pPr>
      <w:r>
        <w:t>مسائل کو سننے کی اور کہنے کی اور اس کو بڑا سمجھنے کی جگہ ہی نہ رہے گی</w:t>
      </w:r>
    </w:p>
    <w:p>
      <w:r>
        <w:rPr>
          <w:b/>
        </w:rPr>
        <w:t xml:space="preserve">[49:39] </w:t>
      </w:r>
      <w:r>
        <w:t>ye sabak mila is daure se</w:t>
      </w:r>
    </w:p>
    <w:p>
      <w:pPr>
        <w:jc w:val="right"/>
      </w:pPr>
      <w:r>
        <w:t>یہ سبق ملا اس دورے سے</w:t>
      </w:r>
    </w:p>
    <w:p>
      <w:r>
        <w:rPr>
          <w:b/>
        </w:rPr>
        <w:t xml:space="preserve">[49:44] </w:t>
      </w:r>
      <w:r>
        <w:t>aur isi tarah</w:t>
      </w:r>
    </w:p>
    <w:p>
      <w:pPr>
        <w:jc w:val="right"/>
      </w:pPr>
      <w:r>
        <w:t>اور اسی طرح</w:t>
      </w:r>
    </w:p>
    <w:p>
      <w:r>
        <w:rPr>
          <w:b/>
        </w:rPr>
        <w:t xml:space="preserve">[49:47] </w:t>
      </w:r>
      <w:r>
        <w:t>quran ka jo tarjuma hai mukhtalif zaban mein mukhtalif jagah mukhtalif logon</w:t>
      </w:r>
    </w:p>
    <w:p>
      <w:pPr>
        <w:jc w:val="right"/>
      </w:pPr>
      <w:r>
        <w:t>قران کا جو ترجمہ ہے مختلف زبان میں مختلف جگہ مختلف لوگوں</w:t>
      </w:r>
    </w:p>
    <w:p>
      <w:r>
        <w:rPr>
          <w:b/>
        </w:rPr>
        <w:t xml:space="preserve">[49:52] </w:t>
      </w:r>
      <w:r>
        <w:t>ne kiya hai lekin yahan khud madu ne hi quran ke tarjume mein sath diya hai to is</w:t>
      </w:r>
    </w:p>
    <w:p>
      <w:pPr>
        <w:jc w:val="right"/>
      </w:pPr>
      <w:r>
        <w:t>نے کیا ہے لیکن یہاں خود مدعو نے ہی قران کے ترجمے میں ساتھ دیا ہے تو اس</w:t>
      </w:r>
    </w:p>
    <w:p>
      <w:r>
        <w:rPr>
          <w:b/>
        </w:rPr>
        <w:t xml:space="preserve">[49:57] </w:t>
      </w:r>
      <w:r>
        <w:t>se aur zyada kya hum ko hona hai ke madu khud ye sare ummat e muslema ko ye paigham</w:t>
      </w:r>
    </w:p>
    <w:p>
      <w:pPr>
        <w:jc w:val="right"/>
      </w:pPr>
      <w:r>
        <w:t>سے اور زیادہ کیا ہم کو ہونا ہے کہ مدعو خود یہ سارے امت مسلمہ کو یہ پیغام</w:t>
      </w:r>
    </w:p>
    <w:p>
      <w:r>
        <w:rPr>
          <w:b/>
        </w:rPr>
        <w:t xml:space="preserve">[50:03] </w:t>
      </w:r>
      <w:r>
        <w:t>de raha hai ke aap kyun kalamullah ko aise hi rakhe hue ho lao hum ko padhne</w:t>
      </w:r>
    </w:p>
    <w:p>
      <w:pPr>
        <w:jc w:val="right"/>
      </w:pPr>
      <w:r>
        <w:t>دے رہا ہے کہ اپ کیوں کلام اللہ کو ایسے ہی رکھے ہوئے ہو لاؤ ہم کو پڑھنے</w:t>
      </w:r>
    </w:p>
    <w:p>
      <w:r>
        <w:rPr>
          <w:b/>
        </w:rPr>
        <w:t xml:space="preserve">[50:09] </w:t>
      </w:r>
      <w:r>
        <w:t>ke liye hamari qom ko padhne ke liye aap khud pesh karo jab aap nahi pesh karna chahte</w:t>
      </w:r>
    </w:p>
    <w:p>
      <w:pPr>
        <w:jc w:val="right"/>
      </w:pPr>
      <w:r>
        <w:t>کے لیے ہماری قوم کو پڑھنے کے لیے اپ خود پیش کرو جب اپ نہیں پیش کرنا چاہتے</w:t>
      </w:r>
    </w:p>
    <w:p>
      <w:r>
        <w:rPr>
          <w:b/>
        </w:rPr>
        <w:t xml:space="preserve">[50:13] </w:t>
      </w:r>
      <w:r>
        <w:t>hain to hum hi khud is ka tarjuma karenge aur hamare qom mein failayenge to itni</w:t>
      </w:r>
    </w:p>
    <w:p>
      <w:pPr>
        <w:jc w:val="right"/>
      </w:pPr>
      <w:r>
        <w:t>ہیں تو ہم ہی خود اس کا ترجمہ کریں گے اور ہمارے قوم میں پھیلائیں گے تو اتنی</w:t>
      </w:r>
    </w:p>
    <w:p>
      <w:r>
        <w:rPr>
          <w:b/>
        </w:rPr>
        <w:t xml:space="preserve">[50:17] </w:t>
      </w:r>
      <w:r>
        <w:t>badi cheezen hain itni badi jo hai khushkhabariyan hain jo quran ko failana chahte hain ah jo available</w:t>
      </w:r>
    </w:p>
    <w:p>
      <w:pPr>
        <w:jc w:val="right"/>
      </w:pPr>
      <w:r>
        <w:t>بڑی چیزیں ہیں اتنی بڑی جو ہے خوشخبریاں ہیں جو قران کو پھیلانا چاہتے ہیں اہ جو اویلیبل</w:t>
      </w:r>
    </w:p>
    <w:p>
      <w:r>
        <w:rPr>
          <w:b/>
        </w:rPr>
        <w:t xml:space="preserve">[50:24] </w:t>
      </w:r>
      <w:r>
        <w:t>hai jo available hai hamare paas hum us ko le kar sari duniya tak hum pahunch sakte hain</w:t>
      </w:r>
    </w:p>
    <w:p>
      <w:pPr>
        <w:jc w:val="right"/>
      </w:pPr>
      <w:r>
        <w:t>ہے جو اویل ہے ہمارے پاس ہم اس کو لے کر ساری دنیا تک ہم پہنچ سکتے ہیں</w:t>
      </w:r>
    </w:p>
    <w:p>
      <w:r>
        <w:rPr>
          <w:b/>
        </w:rPr>
        <w:t xml:space="preserve">[50:29] </w:t>
      </w:r>
      <w:r>
        <w:t>sare logon tak hum pahunch sakte hain</w:t>
      </w:r>
    </w:p>
    <w:p>
      <w:pPr>
        <w:jc w:val="right"/>
      </w:pPr>
      <w:r>
        <w:t>سارے لوگوں تک ہم پہنچ سکتے ہیں</w:t>
      </w:r>
    </w:p>
    <w:p>
      <w:r>
        <w:rPr>
          <w:b/>
        </w:rPr>
        <w:t xml:space="preserve">[50:34] </w:t>
      </w:r>
      <w:r>
        <w:t>to aur ye tajruba bhi hua ke qom hai aur qomon ki tareekh hai in tareekhi waqeyat ki</w:t>
      </w:r>
    </w:p>
    <w:p>
      <w:pPr>
        <w:jc w:val="right"/>
      </w:pPr>
      <w:r>
        <w:t>تو اور یہ تجربہ بھی ہوا کہ قوم ہے اور قوموں کی تاریخ ہے ان تاریخی واقعات کی</w:t>
      </w:r>
    </w:p>
    <w:p>
      <w:r>
        <w:rPr>
          <w:b/>
        </w:rPr>
        <w:t xml:space="preserve">[50:43] </w:t>
      </w:r>
      <w:r>
        <w:t>taraf agar hum atka jayein madu agar is mein reh jayein to dawat ka kaam sahi tarike se</w:t>
      </w:r>
    </w:p>
    <w:p>
      <w:pPr>
        <w:jc w:val="right"/>
      </w:pPr>
      <w:r>
        <w:t>طرف اگر ہم اٹک جائیں مدعو اگر اس میں رہ جائیں تو دعوت کا کام صحیح طریقے سے</w:t>
      </w:r>
    </w:p>
    <w:p>
      <w:r>
        <w:rPr>
          <w:b/>
        </w:rPr>
        <w:t xml:space="preserve">[50:49] </w:t>
      </w:r>
      <w:r>
        <w:t>nahi kar sakte is liye tareekh mein jo bhi waqeyat hue hain wo agar madu ke haq mein</w:t>
      </w:r>
    </w:p>
    <w:p>
      <w:pPr>
        <w:jc w:val="right"/>
      </w:pPr>
      <w:r>
        <w:t>نہیں کر سکتے اس لیے تاریخ میں جو بھی واقعات ہوئے ہیں وہ اگر مدعو کے حق میں</w:t>
      </w:r>
    </w:p>
    <w:p>
      <w:r>
        <w:rPr>
          <w:b/>
        </w:rPr>
        <w:t xml:space="preserve">[50:55] </w:t>
      </w:r>
      <w:r>
        <w:t>sahi nahi the zulm ke the to hum fori taur se apne dil mein accept kar lena chahiye</w:t>
      </w:r>
    </w:p>
    <w:p>
      <w:pPr>
        <w:jc w:val="right"/>
      </w:pPr>
      <w:r>
        <w:t>صحیح نہیں تھے ظلم کے تھے تو ہم فوری طور سے اپنے دل میں ایکسیپٹ کر لینا چاہیے</w:t>
      </w:r>
    </w:p>
    <w:p>
      <w:r>
        <w:rPr>
          <w:b/>
        </w:rPr>
        <w:t xml:space="preserve">[51:02] </w:t>
      </w:r>
      <w:r>
        <w:t>ke ye ye sare waqeyat dawati mizaj aur islam ke khilaf the ah is is zehniyat ke sath</w:t>
      </w:r>
    </w:p>
    <w:p>
      <w:pPr>
        <w:jc w:val="right"/>
      </w:pPr>
      <w:r>
        <w:t>کہ یہ یہ سارے واقعات دعوتی مزاج اور اسلام کے خلاف تھے اہ اس اس ذہنیت کے ساتھ</w:t>
      </w:r>
    </w:p>
    <w:p>
      <w:r>
        <w:rPr>
          <w:b/>
        </w:rPr>
        <w:t xml:space="preserve">[51:09] </w:t>
      </w:r>
      <w:r>
        <w:t>agar hum madu ke samne jayenge to dawat ka kaam aage nahi badhega to Allah taala</w:t>
      </w:r>
    </w:p>
    <w:p>
      <w:pPr>
        <w:jc w:val="right"/>
      </w:pPr>
      <w:r>
        <w:t>اگر ہم مدعو کے سامنے جائیں گے تو دعوت کا کام اگے نہیں بڑھے گا تو اللہ تعالی</w:t>
      </w:r>
    </w:p>
    <w:p>
      <w:r>
        <w:rPr>
          <w:b/>
        </w:rPr>
        <w:t xml:space="preserve">[51:15] </w:t>
      </w:r>
      <w:r>
        <w:t>se dua hai ke Allah taala hum ko sahih mani mein madu ki khair khwahi aur khalis</w:t>
      </w:r>
    </w:p>
    <w:p>
      <w:pPr>
        <w:jc w:val="right"/>
      </w:pPr>
      <w:r>
        <w:t>سے دعا ہے کہ اللہ تعالی ہم کو صحیح معنی میں مدعو کی خیر خواہی اور خالص</w:t>
      </w:r>
    </w:p>
    <w:p>
      <w:r>
        <w:rPr>
          <w:b/>
        </w:rPr>
        <w:t xml:space="preserve">[51:19] </w:t>
      </w:r>
      <w:r>
        <w:t>tor se dawati mizaj apnane ki tofeeq ata farmaye okay as i said that the other group da</w:t>
      </w:r>
    </w:p>
    <w:p>
      <w:pPr>
        <w:jc w:val="right"/>
      </w:pPr>
      <w:r>
        <w:t>طور سے دعوتی مزاج اپنانے کی توفیق عطا فرمائے اوکے ایز ائی سیڈ دیٹ دی ادر گروپ دا</w:t>
      </w:r>
    </w:p>
    <w:p>
      <w:r>
        <w:rPr>
          <w:b/>
        </w:rPr>
        <w:t xml:space="preserve">[51:26] </w:t>
      </w:r>
      <w:r>
        <w:t>ladies group also went to kolkata so i will now request miss mariya khan to come here and</w:t>
      </w:r>
    </w:p>
    <w:p>
      <w:pPr>
        <w:jc w:val="right"/>
      </w:pPr>
      <w:r>
        <w:t>لیڈیز گروپ السو وینٹ ٹو کلکتہ سو ائی ویل ناو ریکویسٹ مس ماریہ خان ٹو کم ہیر اینڈ</w:t>
      </w:r>
    </w:p>
    <w:p>
      <w:r>
        <w:rPr>
          <w:b/>
        </w:rPr>
        <w:t xml:space="preserve">[51:32] </w:t>
      </w:r>
      <w:r>
        <w:t>share her experience of kolkata travel miss mariya khan so ah we were four of us from the</w:t>
      </w:r>
    </w:p>
    <w:p>
      <w:pPr>
        <w:jc w:val="right"/>
      </w:pPr>
      <w:r>
        <w:t>شیئر ہر ایکسپیرینس اف کلکتہ ٹریول مس ماریہ خان سو اہ وی وار فور اف اس فرام دا</w:t>
      </w:r>
    </w:p>
    <w:p>
      <w:r>
        <w:rPr>
          <w:b/>
        </w:rPr>
        <w:t xml:space="preserve">[51:40] </w:t>
      </w:r>
      <w:r>
        <w:t>delhi cps team who went to kolkata on the 24 october sadia sofia sohail and i</w:t>
      </w:r>
    </w:p>
    <w:p>
      <w:pPr>
        <w:jc w:val="right"/>
      </w:pPr>
      <w:r>
        <w:t>ڈیلی سی پی ایس ٹیم ہو وینٹ ٹو کلکتہ ان دا 24 اکتوبر سعدیہ صوفیہ صہیب اینڈ ائی</w:t>
      </w:r>
    </w:p>
    <w:p>
      <w:r>
        <w:rPr>
          <w:b/>
        </w:rPr>
        <w:t xml:space="preserve">[51:50] </w:t>
      </w:r>
      <w:r>
        <w:t>and we reached kolkata on the morning of 24 october and we were received at the airport by</w:t>
      </w:r>
    </w:p>
    <w:p>
      <w:pPr>
        <w:jc w:val="right"/>
      </w:pPr>
      <w:r>
        <w:t>اینڈ وی ریچڈ کلکتہ ان دا مارننگ اف 24 اکتوبر اینڈ وی وار ریسیوڈ ایٹ دا ایئرپورٹ بائے</w:t>
      </w:r>
    </w:p>
    <w:p>
      <w:r>
        <w:rPr>
          <w:b/>
        </w:rPr>
        <w:t xml:space="preserve">[51:56] </w:t>
      </w:r>
      <w:r>
        <w:t>abdullah sahib from the kolkata cps team and aftab sahib and one more cps</w:t>
      </w:r>
    </w:p>
    <w:p>
      <w:pPr>
        <w:jc w:val="right"/>
      </w:pPr>
      <w:r>
        <w:t>عبداللہ صاحب فرام دا کلکتہ سی پی ایس ٹیم اینڈ افتاب صاحب اینڈ ون مور سی پی ایس</w:t>
      </w:r>
    </w:p>
    <w:p>
      <w:r>
        <w:rPr>
          <w:b/>
        </w:rPr>
        <w:t xml:space="preserve">[52:02] </w:t>
      </w:r>
      <w:r>
        <w:t>member from the kolkata cps team</w:t>
      </w:r>
    </w:p>
    <w:p>
      <w:pPr>
        <w:jc w:val="right"/>
      </w:pPr>
      <w:r>
        <w:t>ممبر فرام دا کلکتہ سی پی ایس ٹیم</w:t>
      </w:r>
    </w:p>
    <w:p>
      <w:r>
        <w:rPr>
          <w:b/>
        </w:rPr>
        <w:t xml:space="preserve">[52:06] </w:t>
      </w:r>
      <w:r>
        <w:t>ah</w:t>
      </w:r>
    </w:p>
    <w:p>
      <w:pPr>
        <w:jc w:val="right"/>
      </w:pPr>
      <w:r>
        <w:t>اہ</w:t>
      </w:r>
    </w:p>
    <w:p>
      <w:r>
        <w:rPr>
          <w:b/>
        </w:rPr>
        <w:t xml:space="preserve">[52:06] </w:t>
      </w:r>
      <w:r>
        <w:t>On the flight when we were coming from Delhi to Calcutta, when we were exiting the flight, Sadia</w:t>
      </w:r>
    </w:p>
    <w:p>
      <w:pPr>
        <w:jc w:val="right"/>
      </w:pPr>
      <w:r>
        <w:t>ان دا فلائٹ وین وی وار کمنگ فرام ڈیلی ٹو کلکتہ وین وی وار ایگزٹنگ دا فلائٹ سعدیہ</w:t>
      </w:r>
    </w:p>
    <w:p>
      <w:r>
        <w:rPr>
          <w:b/>
        </w:rPr>
        <w:t xml:space="preserve">[52:14] </w:t>
      </w:r>
      <w:r>
        <w:t>give many copies of the Quran around seven to eight copies of the Quran and the pamphlet reality</w:t>
      </w:r>
    </w:p>
    <w:p>
      <w:pPr>
        <w:jc w:val="right"/>
      </w:pPr>
      <w:r>
        <w:t>گیو مینی کاپیز اف دا قران اراؤنڈ سیون ٹو ایٹ کاپیز اف دا قران اینڈ دا پیمفلیٹ ریلیٹی</w:t>
      </w:r>
    </w:p>
    <w:p>
      <w:r>
        <w:rPr>
          <w:b/>
        </w:rPr>
        <w:t xml:space="preserve">[52:21] </w:t>
      </w:r>
      <w:r>
        <w:t>of life to an air hostess and she said that this is a spiritual gift from our side.</w:t>
      </w:r>
    </w:p>
    <w:p>
      <w:pPr>
        <w:jc w:val="right"/>
      </w:pPr>
      <w:r>
        <w:t>اف لائف ٹو این ایئر ہوسٹس اینڈ شی سیڈ دیٹ دس از ا سپرچول گفٹ فرام اور سائیڈ</w:t>
      </w:r>
    </w:p>
    <w:p>
      <w:r>
        <w:rPr>
          <w:b/>
        </w:rPr>
        <w:t xml:space="preserve">[52:27] </w:t>
      </w:r>
      <w:r>
        <w:t>to the entire crew including the captain. So that air hostess was quite amazed and she thanked Sadia.</w:t>
      </w:r>
    </w:p>
    <w:p>
      <w:pPr>
        <w:jc w:val="right"/>
      </w:pPr>
      <w:r>
        <w:t>ٹو دا انٹائر کرو انکلوڈنگ دا کیپٹن سو دیٹ ایئر ہوسٹس واز کوائٹ امیزڈ اینڈ شی تھینکڈ سعدیہ</w:t>
      </w:r>
    </w:p>
    <w:p>
      <w:r>
        <w:rPr>
          <w:b/>
        </w:rPr>
        <w:t xml:space="preserve">[52:33] </w:t>
      </w:r>
      <w:r>
        <w:t>and said this is a very precious gift</w:t>
      </w:r>
    </w:p>
    <w:p>
      <w:pPr>
        <w:jc w:val="right"/>
      </w:pPr>
      <w:r>
        <w:t>اینڈ سیڈ دس از ا ویری پریشیس گفٹ</w:t>
      </w:r>
    </w:p>
    <w:p>
      <w:r>
        <w:rPr>
          <w:b/>
        </w:rPr>
        <w:t xml:space="preserve">[52:37] </w:t>
      </w:r>
      <w:r>
        <w:t>So on the 24th October we had one main program in the evening which was at the Bishop's</w:t>
      </w:r>
    </w:p>
    <w:p>
      <w:pPr>
        <w:jc w:val="right"/>
      </w:pPr>
      <w:r>
        <w:t>سو ان دا 24 اکتوبر وی ہیڈ ون مین پروگرام ان دا ایوننگ وچ واز ایٹ دا بشپس</w:t>
      </w:r>
    </w:p>
    <w:p>
      <w:r>
        <w:rPr>
          <w:b/>
        </w:rPr>
        <w:t xml:space="preserve">[52:42] </w:t>
      </w:r>
      <w:r>
        <w:t>college bishop college is a very historical college in kolkata it is a theological seminary where</w:t>
      </w:r>
    </w:p>
    <w:p>
      <w:pPr>
        <w:jc w:val="right"/>
      </w:pPr>
      <w:r>
        <w:t>کالج بشپس کالج از ا ویری ہسٹوریکل کالج ان کلکتہ اٹ از ا تھیولوجیکل سیمینری ویر</w:t>
      </w:r>
    </w:p>
    <w:p>
      <w:r>
        <w:rPr>
          <w:b/>
        </w:rPr>
        <w:t xml:space="preserve">[52:52] </w:t>
      </w:r>
      <w:r>
        <w:t>christian students are offered theological education and it was founded in 1820</w:t>
      </w:r>
    </w:p>
    <w:p>
      <w:pPr>
        <w:jc w:val="right"/>
      </w:pPr>
      <w:r>
        <w:t>کرسچن سٹوڈنٹس ار افرڈ تھیولوجیکل ایجوکیشن اینڈ اٹ واز فاؤنڈڈ ان 1820</w:t>
      </w:r>
    </w:p>
    <w:p>
      <w:r>
        <w:rPr>
          <w:b/>
        </w:rPr>
        <w:t xml:space="preserve">[52:59] </w:t>
      </w:r>
      <w:r>
        <w:t>And it's an Anglican Christian college, so we all were supposed to speak on three topics given by</w:t>
      </w:r>
    </w:p>
    <w:p>
      <w:pPr>
        <w:jc w:val="right"/>
      </w:pPr>
      <w:r>
        <w:t>اینڈ اٹس این انگلیکن کرسچن کالج سو وی ال واز سپوز ٹو سپیک ان تھری ٹاپکس گیون بائے</w:t>
      </w:r>
    </w:p>
    <w:p>
      <w:r>
        <w:rPr>
          <w:b/>
        </w:rPr>
        <w:t xml:space="preserve">[53:05] </w:t>
      </w:r>
      <w:r>
        <w:t>The principal of the Bishop's College and those topics were on Islam and state, heaven and hell and</w:t>
      </w:r>
    </w:p>
    <w:p>
      <w:pPr>
        <w:jc w:val="right"/>
      </w:pPr>
      <w:r>
        <w:t>دا پرنسپل اف دا بشپس کالج اینڈ دوز ٹاپکس وار ان اسلام اینڈ سٹیٹ ہیون اینڈ ہیل اینڈ</w:t>
      </w:r>
    </w:p>
    <w:p>
      <w:r>
        <w:rPr>
          <w:b/>
        </w:rPr>
        <w:t xml:space="preserve">[53:13] </w:t>
      </w:r>
      <w:r>
        <w:t>The Islamic understanding of prayer. So the principal had said that Christians have a lot of misunderstanding</w:t>
      </w:r>
    </w:p>
    <w:p>
      <w:pPr>
        <w:jc w:val="right"/>
      </w:pPr>
      <w:r>
        <w:t>دا اسلامک انڈرسٹینڈنگ اف پریر سو دا پرنسپل ہیڈ سیڈ دیٹ کرسچنز ہیو ا لاٹ اف مس انڈرسٹینڈنگ</w:t>
      </w:r>
    </w:p>
    <w:p>
      <w:r>
        <w:rPr>
          <w:b/>
        </w:rPr>
        <w:t xml:space="preserve">[53:22] </w:t>
      </w:r>
      <w:r>
        <w:t>in relation to these topics. So, Sadia, Sofia and I spoke on these topics and after that there</w:t>
      </w:r>
    </w:p>
    <w:p>
      <w:pPr>
        <w:jc w:val="right"/>
      </w:pPr>
      <w:r>
        <w:t>ان ریلیشن ٹو دیز ٹاپکس سو سعدیہ صوفیہ اینڈ ائی سپوک ان دیز ٹاپکس اینڈ افٹر دیٹ دیر</w:t>
      </w:r>
    </w:p>
    <w:p>
      <w:r>
        <w:rPr>
          <w:b/>
        </w:rPr>
        <w:t xml:space="preserve">[53:29] </w:t>
      </w:r>
      <w:r>
        <w:t>was a question and answer session</w:t>
      </w:r>
    </w:p>
    <w:p>
      <w:pPr>
        <w:jc w:val="right"/>
      </w:pPr>
      <w:r>
        <w:t>واز ا کوئسچن اینڈ انسر سیشن</w:t>
      </w:r>
    </w:p>
    <w:p>
      <w:r>
        <w:rPr>
          <w:b/>
        </w:rPr>
        <w:t xml:space="preserve">[53:33] </w:t>
      </w:r>
      <w:r>
        <w:t>So there were a lot of questions which the audience asked us and</w:t>
      </w:r>
    </w:p>
    <w:p>
      <w:pPr>
        <w:jc w:val="right"/>
      </w:pPr>
      <w:r>
        <w:t>سو دیر وار ا لاٹ اف کوئسچنز وچ دا اڈینس اسکڈ اس اینڈ</w:t>
      </w:r>
    </w:p>
    <w:p>
      <w:r>
        <w:rPr>
          <w:b/>
        </w:rPr>
        <w:t xml:space="preserve">[53:40] </w:t>
      </w:r>
      <w:r>
        <w:t>And we and I realized that the audience was very intellectual and very educated</w:t>
      </w:r>
    </w:p>
    <w:p>
      <w:pPr>
        <w:jc w:val="right"/>
      </w:pPr>
      <w:r>
        <w:t>اینڈ وی اینڈ ائی ریلائز دیٹ دا اڈینس واز ویری انٹلیکچول اینڈ ویری ایجوکیٹڈ</w:t>
      </w:r>
    </w:p>
    <w:p>
      <w:r>
        <w:rPr>
          <w:b/>
        </w:rPr>
        <w:t xml:space="preserve">[53:47] </w:t>
      </w:r>
      <w:r>
        <w:t>And they had many good questions on Islam and most importantly I realized that they were asking us</w:t>
      </w:r>
    </w:p>
    <w:p>
      <w:pPr>
        <w:jc w:val="right"/>
      </w:pPr>
      <w:r>
        <w:t>اینڈ دے ہیڈ مینی گڈ کوئسچنز ان اسلام اینڈ موسٹ امپورٹنٹلی ائی ریلائز دیٹ دے وار اسکنگ اس</w:t>
      </w:r>
    </w:p>
    <w:p>
      <w:r>
        <w:rPr>
          <w:b/>
        </w:rPr>
        <w:t xml:space="preserve">[53:54] </w:t>
      </w:r>
      <w:r>
        <w:t>questions on our topic. I mean, they picked up statements from our speech and they asked questions based</w:t>
      </w:r>
    </w:p>
    <w:p>
      <w:pPr>
        <w:jc w:val="right"/>
      </w:pPr>
      <w:r>
        <w:t>کوئسچنز ان اور ٹاپک ائی مین دے پکڈ اپ سٹیٹمنٹس فرام اور سپیچ اینڈ دے اسکڈ کوئسچنز بیسڈ</w:t>
      </w:r>
    </w:p>
    <w:p>
      <w:r>
        <w:rPr>
          <w:b/>
        </w:rPr>
        <w:t xml:space="preserve">[54:01] </w:t>
      </w:r>
      <w:r>
        <w:t>and what we had said so that was very interesting and also I realized that very important to</w:t>
      </w:r>
    </w:p>
    <w:p>
      <w:pPr>
        <w:jc w:val="right"/>
      </w:pPr>
      <w:r>
        <w:t>ان واٹ وی ہیڈ سیڈ سو دیٹ واز ویری انٹرسٹنگ اینڈ السو ائی ریلائز دیٹ ویری امپورٹنٹ ٹو</w:t>
      </w:r>
    </w:p>
    <w:p>
      <w:r>
        <w:rPr>
          <w:b/>
        </w:rPr>
        <w:t xml:space="preserve">[54:09] </w:t>
      </w:r>
      <w:r>
        <w:t>engage with such mad'u who are intellectual and educated because at that point in time when they</w:t>
      </w:r>
    </w:p>
    <w:p>
      <w:pPr>
        <w:jc w:val="right"/>
      </w:pPr>
      <w:r>
        <w:t>اہ انگیج ود سچ مدعو ہو ار انٹلیکچول اینڈ ایجوکیٹڈ بیکاز ایٹ دیٹ پوائنٹ ان ٹائم وین دے</w:t>
      </w:r>
    </w:p>
    <w:p>
      <w:r>
        <w:rPr>
          <w:b/>
        </w:rPr>
        <w:t xml:space="preserve">[54:16] </w:t>
      </w:r>
      <w:r>
        <w:t>question you I mean their questions are very very incisive and their questions really bring about a brain</w:t>
      </w:r>
    </w:p>
    <w:p>
      <w:pPr>
        <w:jc w:val="right"/>
      </w:pPr>
      <w:r>
        <w:t>کوئسچن یو ائی مین دیر کوئسچنز ار ویری ویری انسائیو اینڈ دیر کوئسچنز ریلی برنگ اباؤٹ ا برین</w:t>
      </w:r>
    </w:p>
    <w:p>
      <w:r>
        <w:rPr>
          <w:b/>
        </w:rPr>
        <w:t xml:space="preserve">[54:23] </w:t>
      </w:r>
      <w:r>
        <w:t>storm in your mind. I mean that that</w:t>
      </w:r>
    </w:p>
    <w:p>
      <w:pPr>
        <w:jc w:val="right"/>
      </w:pPr>
      <w:r>
        <w:t>سٹورم ان یور مائنڈ ائی مین دیٹ دیٹ</w:t>
      </w:r>
    </w:p>
    <w:p>
      <w:r>
        <w:rPr>
          <w:b/>
        </w:rPr>
        <w:t xml:space="preserve">[54:26] </w:t>
      </w:r>
      <w:r>
        <w:t>That as Fia sahib said that it really opens up your mind otherwise you do have knowledge about</w:t>
      </w:r>
    </w:p>
    <w:p>
      <w:pPr>
        <w:jc w:val="right"/>
      </w:pPr>
      <w:r>
        <w:t>دیٹ ایز فیا صاحب سیڈ دیٹ اٹ ریلی اوپنز اپ یور مائنڈ ادروائز یو ڈو ہیو نالج اباؤٹ</w:t>
      </w:r>
    </w:p>
    <w:p>
      <w:r>
        <w:rPr>
          <w:b/>
        </w:rPr>
        <w:t xml:space="preserve">[54:31] </w:t>
      </w:r>
      <w:r>
        <w:t>Islam and understanding about Islam but your mind doesn't experience that storm only when you engage with them</w:t>
      </w:r>
    </w:p>
    <w:p>
      <w:pPr>
        <w:jc w:val="right"/>
      </w:pPr>
      <w:r>
        <w:t>اسلام اینڈ انڈرسٹینڈنگ اباؤٹ اسلام بٹ یور مائنڈ ڈزنٹ ایکسپیرینس دیٹ سٹورم اونلی وین یو انگیج ود دیم</w:t>
      </w:r>
    </w:p>
    <w:p>
      <w:r>
        <w:rPr>
          <w:b/>
        </w:rPr>
        <w:t xml:space="preserve">[54:39] </w:t>
      </w:r>
      <w:r>
        <w:t>interact with them and answer their questions. That is the moment when you really try to, you know,</w:t>
      </w:r>
    </w:p>
    <w:p>
      <w:pPr>
        <w:jc w:val="right"/>
      </w:pPr>
      <w:r>
        <w:t>انٹریکٹ ود دیم اینڈ انسر دیر کوئسچنز دیٹ از دا مومنٹ وین یو ریلی ٹرائی ٹو یو نو</w:t>
      </w:r>
    </w:p>
    <w:p>
      <w:r>
        <w:rPr>
          <w:b/>
        </w:rPr>
        <w:t xml:space="preserve">[54:47] </w:t>
      </w:r>
      <w:r>
        <w:t>answer them up to your capacity</w:t>
      </w:r>
    </w:p>
    <w:p>
      <w:pPr>
        <w:jc w:val="right"/>
      </w:pPr>
      <w:r>
        <w:t>انسر دیم اپ ٹو یور کپیسٹی</w:t>
      </w:r>
    </w:p>
    <w:p>
      <w:r>
        <w:rPr>
          <w:b/>
        </w:rPr>
        <w:t xml:space="preserve">[54:50] </w:t>
      </w:r>
      <w:r>
        <w:t>So after that on the 25th October we had a program at a school in Calcutta. It was</w:t>
      </w:r>
    </w:p>
    <w:p>
      <w:pPr>
        <w:jc w:val="right"/>
      </w:pPr>
      <w:r>
        <w:t>سو افٹر دیٹ ان دا 25 اکتوبر وی ہیڈ ا پروگرام ایٹ ا سکول ان کلکتہ اٹ واز</w:t>
      </w:r>
    </w:p>
    <w:p>
      <w:r>
        <w:rPr>
          <w:b/>
        </w:rPr>
        <w:t xml:space="preserve">[54:59] </w:t>
      </w:r>
      <w:r>
        <w:t>Loyola High School boys school. So this was the first time that we interacted with school students and</w:t>
      </w:r>
    </w:p>
    <w:p>
      <w:pPr>
        <w:jc w:val="right"/>
      </w:pPr>
      <w:r>
        <w:t>لویولا ہائی سکول بوائز سکول سو دس واز دا فرسٹ ٹائم دیٹ وی انٹریکٹڈ ود سکول سٹوڈنٹس اینڈ</w:t>
      </w:r>
    </w:p>
    <w:p>
      <w:r>
        <w:rPr>
          <w:b/>
        </w:rPr>
        <w:t xml:space="preserve">[55:06] </w:t>
      </w:r>
      <w:r>
        <w:t>they were about a 300 of them so our pattern of interacting</w:t>
      </w:r>
    </w:p>
    <w:p>
      <w:pPr>
        <w:jc w:val="right"/>
      </w:pPr>
      <w:r>
        <w:t>دے وار اباؤٹ ا 300 اف دیم سو اور پیٹرن اف انٹریکٹنگ</w:t>
      </w:r>
    </w:p>
    <w:p>
      <w:r>
        <w:rPr>
          <w:b/>
        </w:rPr>
        <w:t xml:space="preserve">[55:11] </w:t>
      </w:r>
      <w:r>
        <w:t>with the students was very different we realized that school students do not</w:t>
      </w:r>
    </w:p>
    <w:p>
      <w:pPr>
        <w:jc w:val="right"/>
      </w:pPr>
      <w:r>
        <w:t>ود دا سٹوڈنٹس واز ویری ڈفرنٹ وی ریلائز دیٹ سکول سٹوڈنٹس ڈو ناٹ</w:t>
      </w:r>
    </w:p>
    <w:p>
      <w:r>
        <w:rPr>
          <w:b/>
        </w:rPr>
        <w:t xml:space="preserve">[55:18] </w:t>
      </w:r>
      <w:r>
        <w:t>ah prefer to listen to a lecture because that becomes very monotonous for them so we all four</w:t>
      </w:r>
    </w:p>
    <w:p>
      <w:pPr>
        <w:jc w:val="right"/>
      </w:pPr>
      <w:r>
        <w:t>اہ پریفر ٹو لسن ٹو ا لیکچر بیکاز دیٹ بیکمز ویری مونوٹونس فار دیم سو وی ال فور</w:t>
      </w:r>
    </w:p>
    <w:p>
      <w:r>
        <w:rPr>
          <w:b/>
        </w:rPr>
        <w:t xml:space="preserve">[55:22] </w:t>
      </w:r>
      <w:r>
        <w:t>decided along with shabina apa who was with us well we were deciding that its important to show</w:t>
      </w:r>
    </w:p>
    <w:p>
      <w:pPr>
        <w:jc w:val="right"/>
      </w:pPr>
      <w:r>
        <w:t>ڈیسائیڈڈ الونگ ود شبینہ اپا ہو واز ود اس ویل وی وار ڈیسائیڈنگ دیٹ اٹس امپورٹنٹ ٹو شو</w:t>
      </w:r>
    </w:p>
    <w:p>
      <w:r>
        <w:rPr>
          <w:b/>
        </w:rPr>
        <w:t xml:space="preserve">[55:29] </w:t>
      </w:r>
      <w:r>
        <w:t>them videos and to also interact with them during the course of the talk so from delhi we</w:t>
      </w:r>
    </w:p>
    <w:p>
      <w:pPr>
        <w:jc w:val="right"/>
      </w:pPr>
      <w:r>
        <w:t>دیم ویڈیوز اینڈ ٹو السو انٹریکٹ ود دیم ڈیورنگ دا کورس اف دا ٹاک سو فرام ڈیلی وی</w:t>
      </w:r>
    </w:p>
    <w:p>
      <w:r>
        <w:rPr>
          <w:b/>
        </w:rPr>
        <w:t xml:space="preserve">[55:37] </w:t>
      </w:r>
      <w:r>
        <w:t>prepared a talk in which</w:t>
      </w:r>
    </w:p>
    <w:p>
      <w:pPr>
        <w:jc w:val="right"/>
      </w:pPr>
      <w:r>
        <w:t>پریپیئرڈ ا ٹاک ان وچ</w:t>
      </w:r>
    </w:p>
    <w:p>
      <w:r>
        <w:rPr>
          <w:b/>
        </w:rPr>
        <w:t xml:space="preserve">[55:40] </w:t>
      </w:r>
      <w:r>
        <w:t>ah we intersperse many videos</w:t>
      </w:r>
    </w:p>
    <w:p>
      <w:pPr>
        <w:jc w:val="right"/>
      </w:pPr>
      <w:r>
        <w:t>اہ وی انٹرسپرز مینی ویڈیوز</w:t>
      </w:r>
    </w:p>
    <w:p>
      <w:r>
        <w:rPr>
          <w:b/>
        </w:rPr>
        <w:t xml:space="preserve">[55:43] </w:t>
      </w:r>
      <w:r>
        <w:t>in the talk so sohail made all those videos with the help of maink and those videos were</w:t>
      </w:r>
    </w:p>
    <w:p>
      <w:pPr>
        <w:jc w:val="right"/>
      </w:pPr>
      <w:r>
        <w:t>ان دا ٹاک سو صہیب میڈ ال دوز ویڈیوز ود دا ہیلپ اف ماینک اینڈ دوز ویڈیوز وار</w:t>
      </w:r>
    </w:p>
    <w:p>
      <w:r>
        <w:rPr>
          <w:b/>
        </w:rPr>
        <w:t xml:space="preserve">[55:49] </w:t>
      </w:r>
      <w:r>
        <w:t>basically those videos and the entire talk was mostly success oriented it was a motivational inspirational talk because</w:t>
      </w:r>
    </w:p>
    <w:p>
      <w:pPr>
        <w:jc w:val="right"/>
      </w:pPr>
      <w:r>
        <w:t>بیسکلی دوز ویڈیوز اینڈ دا انٹائر ٹاک واز موسٹلی سکسیس اورینٹڈ اٹ واز ا موٹیویشنل انسپیریشنل ٹاک بیکاز</w:t>
      </w:r>
    </w:p>
    <w:p>
      <w:r>
        <w:rPr>
          <w:b/>
        </w:rPr>
        <w:t xml:space="preserve">[55:56] </w:t>
      </w:r>
      <w:r>
        <w:t>we realized school students might not generally be interested in islam or quran etcetera but they were very</w:t>
      </w:r>
    </w:p>
    <w:p>
      <w:pPr>
        <w:jc w:val="right"/>
      </w:pPr>
      <w:r>
        <w:t>وی ریلائز سکول سٹوڈنٹس مائٹ ناٹ جنرلی بی انٹرسٹڈ ان اسلام اور قران ایٹسیٹرا بٹ دے وار ویری</w:t>
      </w:r>
    </w:p>
    <w:p>
      <w:r>
        <w:rPr>
          <w:b/>
        </w:rPr>
        <w:t xml:space="preserve">[56:04] </w:t>
      </w:r>
      <w:r>
        <w:t>perceptive when we started speaking to them about success failure motivation</w:t>
      </w:r>
    </w:p>
    <w:p>
      <w:pPr>
        <w:jc w:val="right"/>
      </w:pPr>
      <w:r>
        <w:t>پرسیپٹیو وین وی سٹارٹڈ سپیکنگ ٹو دیم اباؤٹ سکسیس فیلیر موٹیویشن</w:t>
      </w:r>
    </w:p>
    <w:p>
      <w:r>
        <w:rPr>
          <w:b/>
        </w:rPr>
        <w:t xml:space="preserve">[56:09] </w:t>
      </w:r>
      <w:r>
        <w:t>and etcetera so the school program was also quite interesting we learned a number of things this was</w:t>
      </w:r>
    </w:p>
    <w:p>
      <w:pPr>
        <w:jc w:val="right"/>
      </w:pPr>
      <w:r>
        <w:t>اینڈ ایٹسیٹرا سو دا سکول پروگرام واز السو کوائٹ انٹرسٹنگ وی لرنڈ ا نمبر اف تھنگز دس واز</w:t>
      </w:r>
    </w:p>
    <w:p>
      <w:r>
        <w:rPr>
          <w:b/>
        </w:rPr>
        <w:t xml:space="preserve">[56:17] </w:t>
      </w:r>
      <w:r>
        <w:t>the first time that we had interacted with school students and</w:t>
      </w:r>
    </w:p>
    <w:p>
      <w:pPr>
        <w:jc w:val="right"/>
      </w:pPr>
      <w:r>
        <w:t>دا فرسٹ ٹائم دیٹ وی ہیڈ انٹریکٹڈ ود سکول سٹوڈنٹس اینڈ</w:t>
      </w:r>
    </w:p>
    <w:p>
      <w:r>
        <w:rPr>
          <w:b/>
        </w:rPr>
        <w:t xml:space="preserve">[56:22] </w:t>
      </w:r>
      <w:r>
        <w:t>later on we were discussing with the Kolkata team that this pattern of you know speaking and showing</w:t>
      </w:r>
    </w:p>
    <w:p>
      <w:pPr>
        <w:jc w:val="right"/>
      </w:pPr>
      <w:r>
        <w:t>لیٹر ان وی وار ڈسکسنگ ود دا کلکتہ ٹیم دیٹ دس پیٹرن اف یو نو سپیکنگ اینڈ شوئنگ</w:t>
      </w:r>
    </w:p>
    <w:p>
      <w:r>
        <w:rPr>
          <w:b/>
        </w:rPr>
        <w:t xml:space="preserve">[56:28] </w:t>
      </w:r>
      <w:r>
        <w:t>videos and then questioning the audience interacting with them can be replicated again if any CPS</w:t>
      </w:r>
    </w:p>
    <w:p>
      <w:pPr>
        <w:jc w:val="right"/>
      </w:pPr>
      <w:r>
        <w:t>ویڈیوز اینڈ دین کوئسچننگ دا اڈینس انٹریکٹنگ ود دیم کین بی ریپلیکیٹڈ اگین اف اینی سی پی ایس</w:t>
      </w:r>
    </w:p>
    <w:p>
      <w:r>
        <w:rPr>
          <w:b/>
        </w:rPr>
        <w:t xml:space="preserve">[56:34] </w:t>
      </w:r>
      <w:r>
        <w:t>group goes to a school because this is the pattern which school students or college students would prefer</w:t>
      </w:r>
    </w:p>
    <w:p>
      <w:pPr>
        <w:jc w:val="right"/>
      </w:pPr>
      <w:r>
        <w:t>گروپ گوز ٹو ا سکول بیکاز دس از دا پیٹرن وچ سکول سٹوڈنٹس اور کالج سٹوڈنٹس وڈ پریفر</w:t>
      </w:r>
    </w:p>
    <w:p>
      <w:r>
        <w:rPr>
          <w:b/>
        </w:rPr>
        <w:t xml:space="preserve">[56:40] </w:t>
      </w:r>
      <w:r>
        <w:t>instead of you know sitting</w:t>
      </w:r>
    </w:p>
    <w:p>
      <w:pPr>
        <w:jc w:val="right"/>
      </w:pPr>
      <w:r>
        <w:t>انسٹیڈ اف یو نو سٹنگ</w:t>
      </w:r>
    </w:p>
    <w:p>
      <w:r>
        <w:rPr>
          <w:b/>
        </w:rPr>
        <w:t xml:space="preserve">[56:41] </w:t>
      </w:r>
      <w:r>
        <w:t>through a lecture you know they might lose their attention</w:t>
      </w:r>
    </w:p>
    <w:p>
      <w:pPr>
        <w:jc w:val="right"/>
      </w:pPr>
      <w:r>
        <w:t>تھرو ا لیکچر یو نو دے مین لوز دیر اٹینشن</w:t>
      </w:r>
    </w:p>
    <w:p>
      <w:r>
        <w:rPr>
          <w:b/>
        </w:rPr>
        <w:t xml:space="preserve">[56:46] </w:t>
      </w:r>
      <w:r>
        <w:t>so after that the next the third day we went to the Rama Krishna Mission branch base which</w:t>
      </w:r>
    </w:p>
    <w:p>
      <w:pPr>
        <w:jc w:val="right"/>
      </w:pPr>
      <w:r>
        <w:t>سو افٹر دیٹ دا نیکسٹ دا تھرڈ ڈے وی وینٹ ٹو دا راما کرشنا مشن برانچ بیس وچ</w:t>
      </w:r>
    </w:p>
    <w:p>
      <w:r>
        <w:rPr>
          <w:b/>
        </w:rPr>
        <w:t xml:space="preserve">[56:52] </w:t>
      </w:r>
      <w:r>
        <w:t>is based on based on Belur Math but it had a branch in Kolkata so the Belur Math</w:t>
      </w:r>
    </w:p>
    <w:p>
      <w:pPr>
        <w:jc w:val="right"/>
      </w:pPr>
      <w:r>
        <w:t>از بیسڈ ان بیسڈ ان بیلور مٹ بٹ اٹ ہیڈ ا برانچ ان کلکتہ سو دا بیلور مٹ</w:t>
      </w:r>
    </w:p>
    <w:p>
      <w:r>
        <w:rPr>
          <w:b/>
        </w:rPr>
        <w:t xml:space="preserve">[56:58] </w:t>
      </w:r>
      <w:r>
        <w:t>was about one and a half hours from Kolkata we couldn't go there and that is supposed to be</w:t>
      </w:r>
    </w:p>
    <w:p>
      <w:pPr>
        <w:jc w:val="right"/>
      </w:pPr>
      <w:r>
        <w:t>واز اباؤٹ ون اینڈ ہاف اورز فرام کلکتہ وی کڈنٹ گو دیر اینڈ دیٹ از سپوز ٹو بی</w:t>
      </w:r>
    </w:p>
    <w:p>
      <w:r>
        <w:rPr>
          <w:b/>
        </w:rPr>
        <w:t xml:space="preserve">[57:02] </w:t>
      </w:r>
      <w:r>
        <w:t>the head quarters of Rama Krishna Mission we went to a branch in Kolkata and that branch in</w:t>
      </w:r>
    </w:p>
    <w:p>
      <w:pPr>
        <w:jc w:val="right"/>
      </w:pPr>
      <w:r>
        <w:t>دا ہیڈ کوارٹرز اف راما کرشنا مشن وی وینٹ ٹو ا برانچ ان کلکتہ اینڈ دیٹ برانچ ان</w:t>
      </w:r>
    </w:p>
    <w:p>
      <w:r>
        <w:rPr>
          <w:b/>
        </w:rPr>
        <w:t xml:space="preserve">[57:08] </w:t>
      </w:r>
      <w:r>
        <w:t>itself was very well equipped it was a huge campus and primarily there mission is</w:t>
      </w:r>
    </w:p>
    <w:p>
      <w:pPr>
        <w:jc w:val="right"/>
      </w:pPr>
      <w:r>
        <w:t>اٹ سیلف واز ویری ویل ایکوپڈ اٹ واز ا ہیوج کیمپس اینڈ پرائمری دیر مشن از</w:t>
      </w:r>
    </w:p>
    <w:p>
      <w:r>
        <w:rPr>
          <w:b/>
        </w:rPr>
        <w:t xml:space="preserve">[57:18] </w:t>
      </w:r>
      <w:r>
        <w:t>based on the statement that serving God serving man is like serving God so that is why they</w:t>
      </w:r>
    </w:p>
    <w:p>
      <w:pPr>
        <w:jc w:val="right"/>
      </w:pPr>
      <w:r>
        <w:t>بیسڈ ان دا سٹیٹمنٹ دیٹ سرونگ گاڈ سرونگ مین از لائک سرونگ گاڈ سو دیٹ از وائی دے</w:t>
      </w:r>
    </w:p>
    <w:p>
      <w:r>
        <w:rPr>
          <w:b/>
        </w:rPr>
        <w:t xml:space="preserve">[57:25] </w:t>
      </w:r>
      <w:r>
        <w:t>serve the community</w:t>
      </w:r>
    </w:p>
    <w:p>
      <w:pPr>
        <w:jc w:val="right"/>
      </w:pPr>
      <w:r>
        <w:t>سرو دا کمیونٹی</w:t>
      </w:r>
    </w:p>
    <w:p>
      <w:r>
        <w:rPr>
          <w:b/>
        </w:rPr>
        <w:t xml:space="preserve">[57:28] </w:t>
      </w:r>
      <w:r>
        <w:t>people</w:t>
      </w:r>
    </w:p>
    <w:p>
      <w:pPr>
        <w:jc w:val="right"/>
      </w:pPr>
      <w:r>
        <w:t>پیپل</w:t>
      </w:r>
    </w:p>
    <w:p>
      <w:r>
        <w:rPr>
          <w:b/>
        </w:rPr>
        <w:t xml:space="preserve">[57:28] </w:t>
      </w:r>
      <w:r>
        <w:t>from all backgrounds all religions and they have a very good school of languages which offers 19</w:t>
      </w:r>
    </w:p>
    <w:p>
      <w:pPr>
        <w:jc w:val="right"/>
      </w:pPr>
      <w:r>
        <w:t>فرام ال بیک گراؤنڈز ال ریلیجنز اینڈ دے ہیو ا ویری گڈ سکول اف لینگویجز وچ افرز 19</w:t>
      </w:r>
    </w:p>
    <w:p>
      <w:r>
        <w:rPr>
          <w:b/>
        </w:rPr>
        <w:t xml:space="preserve">[57:35] </w:t>
      </w:r>
      <w:r>
        <w:t>languages to students from all backgrounds and the principal of the school of languages went us went</w:t>
      </w:r>
    </w:p>
    <w:p>
      <w:pPr>
        <w:jc w:val="right"/>
      </w:pPr>
      <w:r>
        <w:t>لینگویجز ٹو سٹوڈنٹس فرام ال بیک گراؤنڈز اینڈ دا پرنسپل اف دا سکول اف لینگویجز وینٹ اس وینٹ</w:t>
      </w:r>
    </w:p>
    <w:p>
      <w:r>
        <w:rPr>
          <w:b/>
        </w:rPr>
        <w:t xml:space="preserve">[57:42] </w:t>
      </w:r>
      <w:r>
        <w:t>us around with us and showed us the entire school and she told us that many Muslim</w:t>
      </w:r>
    </w:p>
    <w:p>
      <w:pPr>
        <w:jc w:val="right"/>
      </w:pPr>
      <w:r>
        <w:t>اس وینٹ اراؤنڈ ود اس اینڈ شوڈ اس دا انٹائر سکول اینڈ شی ٹولڈ اس دیٹ مینی مسلم</w:t>
      </w:r>
    </w:p>
    <w:p>
      <w:r>
        <w:rPr>
          <w:b/>
        </w:rPr>
        <w:t xml:space="preserve">[57:47] </w:t>
      </w:r>
      <w:r>
        <w:t>students and many Muslim women come and take courses there so that was also very good experience they</w:t>
      </w:r>
    </w:p>
    <w:p>
      <w:pPr>
        <w:jc w:val="right"/>
      </w:pPr>
      <w:r>
        <w:t>سٹوڈنٹس اینڈ مینی مسلم وومن کم اینڈ ٹیک کورسز دیر سو دیٹ واز السو ویری گڈ ایکسپیرینس دے</w:t>
      </w:r>
    </w:p>
    <w:p>
      <w:r>
        <w:rPr>
          <w:b/>
        </w:rPr>
        <w:t xml:space="preserve">[57:55] </w:t>
      </w:r>
      <w:r>
        <w:t>had excellent library a children's library and library for the adult and so that was a nice experience</w:t>
      </w:r>
    </w:p>
    <w:p>
      <w:pPr>
        <w:jc w:val="right"/>
      </w:pPr>
      <w:r>
        <w:t>ہیڈ ایکسیلنٹ لائبریری ا چلڈرنز لائبریری اینڈ لائبریری فار دا ایڈلٹ اینڈ سو دیٹ واز ا نائس ایکسپیرینس</w:t>
      </w:r>
    </w:p>
    <w:p>
      <w:r>
        <w:rPr>
          <w:b/>
        </w:rPr>
        <w:t xml:space="preserve">[58:03] </w:t>
      </w:r>
      <w:r>
        <w:t>and we had a discussion with the president of the Rama Krishna Mission also and he was also</w:t>
      </w:r>
    </w:p>
    <w:p>
      <w:pPr>
        <w:jc w:val="right"/>
      </w:pPr>
      <w:r>
        <w:t>اینڈ وی ہیڈ ا ڈسکشن ود دا پریزیڈنٹ اف دا راما کرشنا مشن السو اینڈ ہی واز السو</w:t>
      </w:r>
    </w:p>
    <w:p>
      <w:r>
        <w:rPr>
          <w:b/>
        </w:rPr>
        <w:t xml:space="preserve">[58:07] </w:t>
      </w:r>
      <w:r>
        <w:t>quite happy to know that we were engaged in peace and spirituality work Sadia told him about a</w:t>
      </w:r>
    </w:p>
    <w:p>
      <w:pPr>
        <w:jc w:val="right"/>
      </w:pPr>
      <w:r>
        <w:t>کوائٹ ہیپی ٹو نو دیٹ وی وار انگیجڈ ان پیس اینڈ سپرچویلٹی ورک سعدیہ ٹولڈ ہم اباؤٹ ا</w:t>
      </w:r>
    </w:p>
    <w:p>
      <w:r>
        <w:rPr>
          <w:b/>
        </w:rPr>
        <w:t xml:space="preserve">[58:13] </w:t>
      </w:r>
      <w:r>
        <w:t>verse</w:t>
      </w:r>
    </w:p>
    <w:p>
      <w:pPr>
        <w:jc w:val="right"/>
      </w:pPr>
      <w:r>
        <w:t>ورس</w:t>
      </w:r>
    </w:p>
    <w:p>
      <w:r>
        <w:rPr>
          <w:b/>
        </w:rPr>
        <w:t xml:space="preserve">[58:13] </w:t>
      </w:r>
      <w:r>
        <w:t>from the Quran which said that follow should there should be no compulsion and coercion in religion so</w:t>
      </w:r>
    </w:p>
    <w:p>
      <w:pPr>
        <w:jc w:val="right"/>
      </w:pPr>
      <w:r>
        <w:t>فرام دا قران وچ سیڈ دیٹ فالو شوڈ دیر شوڈ بی نو کمپلشن اینڈ کوئژن ان ریلیجن سو</w:t>
      </w:r>
    </w:p>
    <w:p>
      <w:r>
        <w:rPr>
          <w:b/>
        </w:rPr>
        <w:t xml:space="preserve">[58:19] </w:t>
      </w:r>
      <w:r>
        <w:t>he was quite amazed to know about that and he said that such teachings of the Quran need</w:t>
      </w:r>
    </w:p>
    <w:p>
      <w:pPr>
        <w:jc w:val="right"/>
      </w:pPr>
      <w:r>
        <w:t>ہی واز کوائٹ امیزڈ ٹو نو اباؤٹ دیٹ اینڈ ہی سیڈ دیٹ سچ ٹیچنگز اف دا قران نیڈ</w:t>
      </w:r>
    </w:p>
    <w:p>
      <w:r>
        <w:rPr>
          <w:b/>
        </w:rPr>
        <w:t xml:space="preserve">[58:24] </w:t>
      </w:r>
      <w:r>
        <w:t>too be popularized</w:t>
      </w:r>
    </w:p>
    <w:p>
      <w:pPr>
        <w:jc w:val="right"/>
      </w:pPr>
      <w:r>
        <w:t>ٹو بی پاپولرائزڈ</w:t>
      </w:r>
    </w:p>
    <w:p>
      <w:r>
        <w:rPr>
          <w:b/>
        </w:rPr>
        <w:t xml:space="preserve">[58:27] </w:t>
      </w:r>
      <w:r>
        <w:t>and in the third day we had a ladies program which comprised of 30 to 35 ladies from</w:t>
      </w:r>
    </w:p>
    <w:p>
      <w:pPr>
        <w:jc w:val="right"/>
      </w:pPr>
      <w:r>
        <w:t>اینڈ ان دا تھرڈ ڈے وی ہیڈ ا لیڈیز پروگرام وچ کمپرائزڈ اف 30 ٹو 35 لیڈیز فرام</w:t>
      </w:r>
    </w:p>
    <w:p>
      <w:r>
        <w:rPr>
          <w:b/>
        </w:rPr>
        <w:t xml:space="preserve">[58:33] </w:t>
      </w:r>
      <w:r>
        <w:t>Kolkata who are doing dawah work and the topic of our discussion was the importance of dawah work</w:t>
      </w:r>
    </w:p>
    <w:p>
      <w:pPr>
        <w:jc w:val="right"/>
      </w:pPr>
      <w:r>
        <w:t>کلکتہ ہو ار ڈوئنگ داوا ورک اینڈ دا ٹاپک اف اور ڈسکشن واز دا امپورٹنس اف داوا ورک</w:t>
      </w:r>
    </w:p>
    <w:p>
      <w:r>
        <w:rPr>
          <w:b/>
        </w:rPr>
        <w:t xml:space="preserve">[58:39] </w:t>
      </w:r>
      <w:r>
        <w:t>and I thought that we all would have to motivate the ladies to do dawah work but after</w:t>
      </w:r>
    </w:p>
    <w:p>
      <w:pPr>
        <w:jc w:val="right"/>
      </w:pPr>
      <w:r>
        <w:t>اینڈ ائی تھاٹ دیٹ وی ال وڈ ہیو ٹو موٹیویٹ دا لیڈیز ٹو ڈو داوا ورک بٹ افٹر</w:t>
      </w:r>
    </w:p>
    <w:p>
      <w:r>
        <w:rPr>
          <w:b/>
        </w:rPr>
        <w:t xml:space="preserve">[58:45] </w:t>
      </w:r>
      <w:r>
        <w:t>we spoke the ladies also spoke and shared the experiences and we realized that all of them were</w:t>
      </w:r>
    </w:p>
    <w:p>
      <w:pPr>
        <w:jc w:val="right"/>
      </w:pPr>
      <w:r>
        <w:t>وی سپوک دا لیڈیز السو سپوک اینڈ شیئر دا ایکسپیرینسز اینڈ وی ریلائز دیٹ ال اف دیم وار</w:t>
      </w:r>
    </w:p>
    <w:p>
      <w:r>
        <w:rPr>
          <w:b/>
        </w:rPr>
        <w:t xml:space="preserve">[58:51] </w:t>
      </w:r>
      <w:r>
        <w:t>already doing dawah work they had very good experiences so this was a very interesting experience for me</w:t>
      </w:r>
    </w:p>
    <w:p>
      <w:pPr>
        <w:jc w:val="right"/>
      </w:pPr>
      <w:r>
        <w:t>الریڈی ڈوئنگ داوا ورک دے ہیڈ ویری گڈ ایکسپیرینسز سو دس واز ا ویری انٹرسٹنگ ایکسپیرینس فار می</w:t>
      </w:r>
    </w:p>
    <w:p>
      <w:r>
        <w:rPr>
          <w:b/>
        </w:rPr>
        <w:t xml:space="preserve">[58:57] </w:t>
      </w:r>
      <w:r>
        <w:t>that the Kolkata</w:t>
      </w:r>
    </w:p>
    <w:p>
      <w:pPr>
        <w:jc w:val="right"/>
      </w:pPr>
      <w:r>
        <w:t>دیٹ دا کلکتہ</w:t>
      </w:r>
    </w:p>
    <w:p>
      <w:r>
        <w:rPr>
          <w:b/>
        </w:rPr>
        <w:t xml:space="preserve">[58:59] </w:t>
      </w:r>
      <w:r>
        <w:t>team had a has a huge has a huge number of ladies as members and they all are doing dawa work in a very dedicated manner so this was a very good experience and i think now sadia would like to say something i just have a few observations and few experiences to share to begin with</w:t>
      </w:r>
    </w:p>
    <w:p>
      <w:pPr>
        <w:jc w:val="right"/>
      </w:pPr>
      <w:r>
        <w:t>ٹیم ہیڈ ا ہیز ا ہیوج ہیز ا ہیوج نمبر اف لیڈیز ایز ممبرز اینڈ دے ال ار ڈوئنگ داوا ورک ان ا ویری ڈیوٹیڈ مینر سو دس واز ا ویری گڈ ایکسپیرینس اینڈ ائی تھنک ناو سعدیہ وڈ لائک ٹو سی سمتھنگ ائی جسٹ ہیو ا فیو ابزرویشنز اینڈ فیو ایکسپیرینسز ٹو شیئر ٹو بیگن ود</w:t>
      </w:r>
    </w:p>
    <w:p>
      <w:r>
        <w:rPr>
          <w:b/>
        </w:rPr>
        <w:t xml:space="preserve">[59:26] </w:t>
      </w:r>
      <w:r>
        <w:t>like maria said our first program was at the bishop college which is a theological seminary so the program went very well and the question answer round also went very well</w:t>
      </w:r>
    </w:p>
    <w:p>
      <w:pPr>
        <w:jc w:val="right"/>
      </w:pPr>
      <w:r>
        <w:t>لائک ماریہ سیڈ اور فرسٹ پروگرام واز ایٹ دا بشپ کالج وچ از ا تھیولوجیکل سیمینری سو دا پروگرام وینٹ ویری ویل اینڈ دا کوئسچن انسر راؤنڈ السو وینٹ ویری ویل</w:t>
      </w:r>
    </w:p>
    <w:p>
      <w:r>
        <w:rPr>
          <w:b/>
        </w:rPr>
        <w:t xml:space="preserve">[59:48] </w:t>
      </w:r>
      <w:r>
        <w:t>upon the question answer round we had tea</w:t>
      </w:r>
    </w:p>
    <w:p>
      <w:pPr>
        <w:jc w:val="right"/>
      </w:pPr>
      <w:r>
        <w:t>اپوسٹ دا کوئسچن انسر راؤنڈ وی ہیڈ ٹی</w:t>
      </w:r>
    </w:p>
    <w:p>
      <w:r>
        <w:rPr>
          <w:b/>
        </w:rPr>
        <w:t xml:space="preserve">[59:53] </w:t>
      </w:r>
      <w:r>
        <w:t>and we had interaction over tea</w:t>
      </w:r>
    </w:p>
    <w:p>
      <w:pPr>
        <w:jc w:val="right"/>
      </w:pPr>
      <w:r>
        <w:t>اینڈ وی ہیڈ انٹریکشن اوور ٹی</w:t>
      </w:r>
    </w:p>
    <w:p>
      <w:r>
        <w:rPr>
          <w:b/>
        </w:rPr>
        <w:t xml:space="preserve">[59:57] </w:t>
      </w:r>
      <w:r>
        <w:t>at that time I had an interaction with one student and I want to share that</w:t>
      </w:r>
    </w:p>
    <w:p>
      <w:pPr>
        <w:jc w:val="right"/>
      </w:pPr>
      <w:r>
        <w:t>ایٹ دیٹ ٹائم ائی ہیڈ ان انٹریکشن ود ون سٹوڈنٹ اینڈ ائی وانٹ ٹو شیئر دیٹ</w:t>
      </w:r>
    </w:p>
    <w:p>
      <w:r>
        <w:rPr>
          <w:b/>
        </w:rPr>
        <w:t xml:space="preserve">[1:00:04] </w:t>
      </w:r>
      <w:r>
        <w:t>experience that interaction</w:t>
      </w:r>
    </w:p>
    <w:p>
      <w:pPr>
        <w:jc w:val="right"/>
      </w:pPr>
      <w:r>
        <w:t>ایکسپیرینس دیٹ انٹریکشن</w:t>
      </w:r>
    </w:p>
    <w:p>
      <w:r>
        <w:rPr>
          <w:b/>
        </w:rPr>
        <w:t xml:space="preserve">[1:00:07] </w:t>
      </w:r>
      <w:r>
        <w:t>so this student came up to me with a teacher of the seminary and the teacher told me</w:t>
      </w:r>
    </w:p>
    <w:p>
      <w:pPr>
        <w:jc w:val="right"/>
      </w:pPr>
      <w:r>
        <w:t>سو دس سٹوڈنٹ کیم اپ ٹو می ود ا ٹیچر اف دا سیمینری اینڈ دا ٹیچر ٹولڈ می</w:t>
      </w:r>
    </w:p>
    <w:p>
      <w:r>
        <w:rPr>
          <w:b/>
        </w:rPr>
        <w:t xml:space="preserve">[1:00:15] </w:t>
      </w:r>
      <w:r>
        <w:t>that one of my students wants to ask you a question</w:t>
      </w:r>
    </w:p>
    <w:p>
      <w:pPr>
        <w:jc w:val="right"/>
      </w:pPr>
      <w:r>
        <w:t>دیٹ ون اف مائی سٹوڈنٹس وانٹس ٹو اسک یو ا کوئسچن</w:t>
      </w:r>
    </w:p>
    <w:p>
      <w:r>
        <w:rPr>
          <w:b/>
        </w:rPr>
        <w:t xml:space="preserve">[1:00:19] </w:t>
      </w:r>
      <w:r>
        <w:t>and so I said yes what is the question so the student told me that so during the</w:t>
      </w:r>
    </w:p>
    <w:p>
      <w:pPr>
        <w:jc w:val="right"/>
      </w:pPr>
      <w:r>
        <w:t>اینڈ سو ائی سیڈ یس واٹ از دا کوئسچن سو دا سٹوڈنٹ ٹولڈ می دیٹ سو ڈیورنگ دا</w:t>
      </w:r>
    </w:p>
    <w:p>
      <w:r>
        <w:rPr>
          <w:b/>
        </w:rPr>
        <w:t xml:space="preserve">[1:00:26] </w:t>
      </w:r>
      <w:r>
        <w:t>when we were when I was talking I was supposed to talk about the Islamic understanding of prayer</w:t>
      </w:r>
    </w:p>
    <w:p>
      <w:pPr>
        <w:jc w:val="right"/>
      </w:pPr>
      <w:r>
        <w:t>وین وی وار وین ائی واز ٹاکنگ ائی واز سپوز ٹو ٹاک اباؤٹ دا اسلامک انڈرسٹینڈنگ اف پریر</w:t>
      </w:r>
    </w:p>
    <w:p>
      <w:r>
        <w:rPr>
          <w:b/>
        </w:rPr>
        <w:t xml:space="preserve">[1:00:33] </w:t>
      </w:r>
      <w:r>
        <w:t>so</w:t>
      </w:r>
    </w:p>
    <w:p>
      <w:pPr>
        <w:jc w:val="right"/>
      </w:pPr>
      <w:r>
        <w:t>سو</w:t>
      </w:r>
    </w:p>
    <w:p>
      <w:r>
        <w:rPr>
          <w:b/>
        </w:rPr>
        <w:t xml:space="preserve">[1:00:34] </w:t>
      </w:r>
      <w:r>
        <w:t>when I was talking when I after my after my talk I made the entire</w:t>
      </w:r>
    </w:p>
    <w:p>
      <w:pPr>
        <w:jc w:val="right"/>
      </w:pPr>
      <w:r>
        <w:t>وین ائی واز ٹاکنگ وین ائی افٹر مائی افٹر مائی ٹاک ائی میڈ دا انٹائر</w:t>
      </w:r>
    </w:p>
    <w:p>
      <w:r>
        <w:rPr>
          <w:b/>
        </w:rPr>
        <w:t xml:space="preserve">[1:00:40] </w:t>
      </w:r>
      <w:r>
        <w:t>all the participants present read the Quran with me with me</w:t>
      </w:r>
    </w:p>
    <w:p>
      <w:pPr>
        <w:jc w:val="right"/>
      </w:pPr>
      <w:r>
        <w:t>ال دا پارٹیسپنٹس پریزنٹ ریڈ دا قران ود می ود می</w:t>
      </w:r>
    </w:p>
    <w:p>
      <w:r>
        <w:rPr>
          <w:b/>
        </w:rPr>
        <w:t xml:space="preserve">[1:00:46] </w:t>
      </w:r>
      <w:r>
        <w:t>so and while I was reading reading the Quran I was I was quite moved and I was</w:t>
      </w:r>
    </w:p>
    <w:p>
      <w:pPr>
        <w:jc w:val="right"/>
      </w:pPr>
      <w:r>
        <w:t>سو اینڈ وائل ائی واز ریڈنگ ریڈنگ دا قران ائی واز ائی واز کوائٹ مووڈ اینڈ ائی واز</w:t>
      </w:r>
    </w:p>
    <w:p>
      <w:r>
        <w:rPr>
          <w:b/>
        </w:rPr>
        <w:t xml:space="preserve">[1:00:52] </w:t>
      </w:r>
      <w:r>
        <w:t>crying so this student asked me that</w:t>
      </w:r>
    </w:p>
    <w:p>
      <w:pPr>
        <w:jc w:val="right"/>
      </w:pPr>
      <w:r>
        <w:t>کرائنگ سو دس سٹوڈنٹ اسکڈ می دیٹ</w:t>
      </w:r>
    </w:p>
    <w:p>
      <w:r>
        <w:rPr>
          <w:b/>
        </w:rPr>
        <w:t xml:space="preserve">[1:00:58] </w:t>
      </w:r>
      <w:r>
        <w:t>I want to ask you is it is it do we have to always cry when we read</w:t>
      </w:r>
    </w:p>
    <w:p>
      <w:pPr>
        <w:jc w:val="right"/>
      </w:pPr>
      <w:r>
        <w:t>ائی وانٹ ٹو اسک یو از اٹ از اٹ ڈو وی ہیو ٹو الویز کرائی وین وی ریڈ</w:t>
      </w:r>
    </w:p>
    <w:p>
      <w:r>
        <w:rPr>
          <w:b/>
        </w:rPr>
        <w:t xml:space="preserve">[1:01:03] </w:t>
      </w:r>
      <w:r>
        <w:t>the Quran kia question tha dada unhon ne mujh se poocha ke kia hum ko hamesha rona rona</w:t>
      </w:r>
    </w:p>
    <w:p>
      <w:pPr>
        <w:jc w:val="right"/>
      </w:pPr>
      <w:r>
        <w:t>دا قران کیا کوئسچن تھا دادا انہوں نے مجھ سے پوچھا کہ کیا ہم کو ہمیشہ رونا رونا</w:t>
      </w:r>
    </w:p>
    <w:p>
      <w:r>
        <w:rPr>
          <w:b/>
        </w:rPr>
        <w:t xml:space="preserve">[1:01:13] </w:t>
      </w:r>
      <w:r>
        <w:t>hai jab hum Quran parheinge kia acha acha so when he asked me this question I</w:t>
      </w:r>
    </w:p>
    <w:p>
      <w:pPr>
        <w:jc w:val="right"/>
      </w:pPr>
      <w:r>
        <w:t>ہے جب ہم قران پڑھیں گے کیا اچھا اچھا سو وین ہی اسکڈ می دس کوئسچن ائی</w:t>
      </w:r>
    </w:p>
    <w:p>
      <w:r>
        <w:rPr>
          <w:b/>
        </w:rPr>
        <w:t xml:space="preserve">[1:01:21] </w:t>
      </w:r>
      <w:r>
        <w:t>did not know how to answer this question I was I was absolutely quiet I was quiet because</w:t>
      </w:r>
    </w:p>
    <w:p>
      <w:pPr>
        <w:jc w:val="right"/>
      </w:pPr>
      <w:r>
        <w:t>ڈیڈ ناٹ نو ہاؤ ٹو انسر دس کوئسچن ائی واز ائی واز ایبسولیوٹلی کوائٹ ائی واز کوائٹ بیکاز</w:t>
      </w:r>
    </w:p>
    <w:p>
      <w:r>
        <w:rPr>
          <w:b/>
        </w:rPr>
        <w:t xml:space="preserve">[1:01:27] </w:t>
      </w:r>
      <w:r>
        <w:t>I was thinking that I this is a student who is dedicated dedicated his life to religion he</w:t>
      </w:r>
    </w:p>
    <w:p>
      <w:pPr>
        <w:jc w:val="right"/>
      </w:pPr>
      <w:r>
        <w:t>ائی واز تھنکنگ دیٹ ائی دس از ا سٹوڈنٹ ہو از ڈیڈیکیٹڈ ڈیڈیکیٹڈ ہز لائف ٹو ریلیجن ہی</w:t>
      </w:r>
    </w:p>
    <w:p>
      <w:r>
        <w:rPr>
          <w:b/>
        </w:rPr>
        <w:t xml:space="preserve">[1:01:35] </w:t>
      </w:r>
      <w:r>
        <w:t>as but he has never experienced and he has never been moved</w:t>
      </w:r>
    </w:p>
    <w:p>
      <w:pPr>
        <w:jc w:val="right"/>
      </w:pPr>
      <w:r>
        <w:t>از بٹ ہی ہیز نیور ایکسپیرینس اینڈ ہی ہیز نیور بین مووڈ</w:t>
      </w:r>
    </w:p>
    <w:p>
      <w:r>
        <w:rPr>
          <w:b/>
        </w:rPr>
        <w:t xml:space="preserve">[1:01:43] </w:t>
      </w:r>
      <w:r>
        <w:t>When he has been trying to connect himself to God, when he is reading something, some holy</w:t>
      </w:r>
    </w:p>
    <w:p>
      <w:pPr>
        <w:jc w:val="right"/>
      </w:pPr>
      <w:r>
        <w:t>وین ہی ہیز بین ٹرائنگ ٹو کنیکٹ ہم سیلف ٹو گاڈ وین ہی از ریڈنگ سمتھنگ سم ہولی</w:t>
      </w:r>
    </w:p>
    <w:p>
      <w:r>
        <w:rPr>
          <w:b/>
        </w:rPr>
        <w:t xml:space="preserve">[1:01:51] </w:t>
      </w:r>
      <w:r>
        <w:t>scripture. Why is it that he has never had that experience?</w:t>
      </w:r>
    </w:p>
    <w:p>
      <w:pPr>
        <w:jc w:val="right"/>
      </w:pPr>
      <w:r>
        <w:t>سکرپچر وائی از اٹ دیٹ ہی ہیز نیور ہیڈ دیٹ ایکسپیرینس</w:t>
      </w:r>
    </w:p>
    <w:p>
      <w:r>
        <w:rPr>
          <w:b/>
        </w:rPr>
        <w:t xml:space="preserve">[1:01:56] </w:t>
      </w:r>
      <w:r>
        <w:t>So that really that really that with his question came another question in my mind that that I</w:t>
      </w:r>
    </w:p>
    <w:p>
      <w:pPr>
        <w:jc w:val="right"/>
      </w:pPr>
      <w:r>
        <w:t>سو دیٹ ریلی دیٹ ریلی دیٹ ود ہز کوئسچن کیم انادر کوئسچن ان مائی مائنڈ دیٹ دیٹ ائی</w:t>
      </w:r>
    </w:p>
    <w:p>
      <w:r>
        <w:rPr>
          <w:b/>
        </w:rPr>
        <w:t xml:space="preserve">[1:02:04] </w:t>
      </w:r>
      <w:r>
        <w:t>have in front of me a person who has</w:t>
      </w:r>
    </w:p>
    <w:p>
      <w:pPr>
        <w:jc w:val="right"/>
      </w:pPr>
      <w:r>
        <w:t>ہیو ان فرنٹ اف می ا پرسن ہو ہیز</w:t>
      </w:r>
    </w:p>
    <w:p>
      <w:r>
        <w:rPr>
          <w:b/>
        </w:rPr>
        <w:t xml:space="preserve">[1:02:06] </w:t>
      </w:r>
      <w:r>
        <w:t>never had that experience. It was so astonishing for me.</w:t>
      </w:r>
    </w:p>
    <w:p>
      <w:pPr>
        <w:jc w:val="right"/>
      </w:pPr>
      <w:r>
        <w:t>نیور ہیڈ دیٹ ایکسپیرینس اٹ واز سو اسٹونشنگ فار می</w:t>
      </w:r>
    </w:p>
    <w:p>
      <w:r>
        <w:rPr>
          <w:b/>
        </w:rPr>
        <w:t xml:space="preserve">[1:02:13] </w:t>
      </w:r>
      <w:r>
        <w:t>So that made me think about the fact that</w:t>
      </w:r>
    </w:p>
    <w:p>
      <w:pPr>
        <w:jc w:val="right"/>
      </w:pPr>
      <w:r>
        <w:t>سو دیٹ میڈ می تھنک اباؤٹ دا فیکٹ دیٹ</w:t>
      </w:r>
    </w:p>
    <w:p>
      <w:r>
        <w:rPr>
          <w:b/>
        </w:rPr>
        <w:t xml:space="preserve">[1:02:17] </w:t>
      </w:r>
      <w:r>
        <w:t>da tremendous amount of dawa work that need to be done not only among people who to all</w:t>
      </w:r>
    </w:p>
    <w:p>
      <w:pPr>
        <w:jc w:val="right"/>
      </w:pPr>
      <w:r>
        <w:t>دا ٹریمنڈس اماؤنٹ اف داوا ورک دیٹ نیڈ ٹو بی ڈن ناٹ اونلی امنگ پیپل ہو ٹو ال</w:t>
      </w:r>
    </w:p>
    <w:p>
      <w:r>
        <w:rPr>
          <w:b/>
        </w:rPr>
        <w:t xml:space="preserve">[1:02:25] </w:t>
      </w:r>
      <w:r>
        <w:t>people actually to all people</w:t>
      </w:r>
    </w:p>
    <w:p>
      <w:pPr>
        <w:jc w:val="right"/>
      </w:pPr>
      <w:r>
        <w:t>پیپل ایکچولی ٹو ال پیپل</w:t>
      </w:r>
    </w:p>
    <w:p>
      <w:r>
        <w:rPr>
          <w:b/>
        </w:rPr>
        <w:t xml:space="preserve">[1:02:30] </w:t>
      </w:r>
      <w:r>
        <w:t>so that was one one one experience i had and then post that we went to</w:t>
      </w:r>
    </w:p>
    <w:p>
      <w:pPr>
        <w:jc w:val="right"/>
      </w:pPr>
      <w:r>
        <w:t>سو دیٹ واز ون ون ون ایکسپیرینس ائی ہیڈ اینڈ دین پوسٹ دیٹ وی وینٹ ٹو</w:t>
      </w:r>
    </w:p>
    <w:p>
      <w:r>
        <w:rPr>
          <w:b/>
        </w:rPr>
        <w:t xml:space="preserve">[1:02:39] </w:t>
      </w:r>
      <w:r>
        <w:t>The next day we had to go to Loyola High School which was a which was also a</w:t>
      </w:r>
    </w:p>
    <w:p>
      <w:pPr>
        <w:jc w:val="right"/>
      </w:pPr>
      <w:r>
        <w:t>دا نیکسٹ ڈے وی ہیڈ ٹو گو ٹو لویولا ہائی سکول وچ واز ا وچ واز السو ا</w:t>
      </w:r>
    </w:p>
    <w:p>
      <w:r>
        <w:rPr>
          <w:b/>
        </w:rPr>
        <w:t xml:space="preserve">[1:02:45] </w:t>
      </w:r>
      <w:r>
        <w:t>Christian run school and the program there went the program there went really well</w:t>
      </w:r>
    </w:p>
    <w:p>
      <w:pPr>
        <w:jc w:val="right"/>
      </w:pPr>
      <w:r>
        <w:t>کرسچن رن سکول اینڈ دا پروگرام دیر وینٹ دا پروگرام دیر وینٹ ریلی ویل</w:t>
      </w:r>
    </w:p>
    <w:p>
      <w:r>
        <w:rPr>
          <w:b/>
        </w:rPr>
        <w:t xml:space="preserve">[1:02:53] </w:t>
      </w:r>
      <w:r>
        <w:t>the students were were very</w:t>
      </w:r>
    </w:p>
    <w:p>
      <w:pPr>
        <w:jc w:val="right"/>
      </w:pPr>
      <w:r>
        <w:t>دا سٹوڈنٹس وار وار ویری</w:t>
      </w:r>
    </w:p>
    <w:p>
      <w:r>
        <w:rPr>
          <w:b/>
        </w:rPr>
        <w:t xml:space="preserve">[1:02:59] </w:t>
      </w:r>
      <w:r>
        <w:t>participation was brilliant. They were very excited to answer questions and we had to cut short the entire</w:t>
      </w:r>
    </w:p>
    <w:p>
      <w:pPr>
        <w:jc w:val="right"/>
      </w:pPr>
      <w:r>
        <w:t>پارٹیسپیشن واز بریلینٹ دی وار ویری ایکسائٹڈ ٹو انسر کوئسچنز اینڈ وی ہیڈ ٹو کٹ شارٹ دا انٹائر</w:t>
      </w:r>
    </w:p>
    <w:p>
      <w:r>
        <w:rPr>
          <w:b/>
        </w:rPr>
        <w:t xml:space="preserve">[1:03:09] </w:t>
      </w:r>
      <w:r>
        <w:t>presentation but they were quite disappointed. They wanted to see the other clips.</w:t>
      </w:r>
    </w:p>
    <w:p>
      <w:pPr>
        <w:jc w:val="right"/>
      </w:pPr>
      <w:r>
        <w:t>پریزنٹیشن بٹ دے دے وار کوائٹ ڈس اپوائنٹڈ دے وانٹڈ ٹو سی دا ادر کلپس</w:t>
      </w:r>
    </w:p>
    <w:p>
      <w:r>
        <w:rPr>
          <w:b/>
        </w:rPr>
        <w:t xml:space="preserve">[1:03:16] </w:t>
      </w:r>
      <w:r>
        <w:t>So from that experience I learned that</w:t>
      </w:r>
    </w:p>
    <w:p>
      <w:pPr>
        <w:jc w:val="right"/>
      </w:pPr>
      <w:r>
        <w:t>سو فرام دیٹ ایکسپیرینس ائی لرنڈ دیٹ</w:t>
      </w:r>
    </w:p>
    <w:p>
      <w:r>
        <w:rPr>
          <w:b/>
        </w:rPr>
        <w:t xml:space="preserve">[1:03:21] </w:t>
      </w:r>
      <w:r>
        <w:t>I learned about the fact that the kind of opportunity that awaits us is tremendous.</w:t>
      </w:r>
    </w:p>
    <w:p>
      <w:pPr>
        <w:jc w:val="right"/>
      </w:pPr>
      <w:r>
        <w:t>ائی لرنڈ اباؤٹ دا فیکٹ دیٹ دا کائنڈ اف اپرچونیٹی دیٹ اوئیٹس اس ٹریمنڈس</w:t>
      </w:r>
    </w:p>
    <w:p>
      <w:r>
        <w:rPr>
          <w:b/>
        </w:rPr>
        <w:t xml:space="preserve">[1:03:30] </w:t>
      </w:r>
      <w:r>
        <w:t>The amount of work that Christians have done is is great. They have opened schools, colleges, etc.</w:t>
      </w:r>
    </w:p>
    <w:p>
      <w:pPr>
        <w:jc w:val="right"/>
      </w:pPr>
      <w:r>
        <w:t>دا اماؤنٹ اف ا ورک دیٹ کرسچنز ہیو ڈن از از گریٹ دے ہیو اوپن سکولز کالجز ایٹسیٹرا</w:t>
      </w:r>
    </w:p>
    <w:p>
      <w:r>
        <w:rPr>
          <w:b/>
        </w:rPr>
        <w:t xml:space="preserve">[1:03:38] </w:t>
      </w:r>
      <w:r>
        <w:t>And after educating children, after doing such tremendous work, they just open the field for us to go.</w:t>
      </w:r>
    </w:p>
    <w:p>
      <w:pPr>
        <w:jc w:val="right"/>
      </w:pPr>
      <w:r>
        <w:t>اینڈ افٹر ایجوکیٹنگ چلڈرن افٹر ڈوئنگ سچ ٹریمنڈس ورک دے جسٹ اوپن دا فیلڈ فار اس ٹو گو</w:t>
      </w:r>
    </w:p>
    <w:p>
      <w:r>
        <w:rPr>
          <w:b/>
        </w:rPr>
        <w:t xml:space="preserve">[1:03:44] </w:t>
      </w:r>
      <w:r>
        <w:t>and</w:t>
      </w:r>
    </w:p>
    <w:p>
      <w:pPr>
        <w:jc w:val="right"/>
      </w:pPr>
      <w:r>
        <w:t>اینڈ</w:t>
      </w:r>
    </w:p>
    <w:p>
      <w:r>
        <w:rPr>
          <w:b/>
        </w:rPr>
        <w:t xml:space="preserve">[1:03:44] </w:t>
      </w:r>
      <w:r>
        <w:t>give them the quran that was that was that was a big that was inspiring</w:t>
      </w:r>
    </w:p>
    <w:p>
      <w:pPr>
        <w:jc w:val="right"/>
      </w:pPr>
      <w:r>
        <w:t>گیو دیم دا قران دیٹ واز دیٹ واز دیٹ واز ا بگ دیٹ واز انسپائرنگ</w:t>
      </w:r>
    </w:p>
    <w:p>
      <w:r>
        <w:rPr>
          <w:b/>
        </w:rPr>
        <w:t xml:space="preserve">[1:03:59] </w:t>
      </w:r>
      <w:r>
        <w:t>lesson for me</w:t>
      </w:r>
    </w:p>
    <w:p>
      <w:pPr>
        <w:jc w:val="right"/>
      </w:pPr>
      <w:r>
        <w:t>لیسن فار می</w:t>
      </w:r>
    </w:p>
    <w:p>
      <w:r>
        <w:rPr>
          <w:b/>
        </w:rPr>
        <w:t xml:space="preserve">[1:04:02] </w:t>
      </w:r>
      <w:r>
        <w:t>that was one and after that we had the lady session</w:t>
      </w:r>
    </w:p>
    <w:p>
      <w:pPr>
        <w:jc w:val="right"/>
      </w:pPr>
      <w:r>
        <w:t>دیٹ واز ون اینڈ افٹر دیٹ وی ہیڈ دا لیڈی سیشن</w:t>
      </w:r>
    </w:p>
    <w:p>
      <w:r>
        <w:rPr>
          <w:b/>
        </w:rPr>
        <w:t xml:space="preserve">[1:04:08] </w:t>
      </w:r>
      <w:r>
        <w:t>that was next day which was organized by the CPS Kolkata team and i have to</w:t>
      </w:r>
    </w:p>
    <w:p>
      <w:pPr>
        <w:jc w:val="right"/>
      </w:pPr>
      <w:r>
        <w:t>دیٹ واز نیکسٹ ڈے وچ واز ارگنائزڈ بائی دا سی پی ایس کلکتہ ٹیم اینڈ ائی ہیو ٹو</w:t>
      </w:r>
    </w:p>
    <w:p>
      <w:r>
        <w:rPr>
          <w:b/>
        </w:rPr>
        <w:t xml:space="preserve">[1:04:16] </w:t>
      </w:r>
      <w:r>
        <w:t>say about this Kolkata team that it is a tremendous team and they are doing tremendous work and</w:t>
      </w:r>
    </w:p>
    <w:p>
      <w:pPr>
        <w:jc w:val="right"/>
      </w:pPr>
      <w:r>
        <w:t>سی اباؤٹ دس کلکتہ ٹیم دیٹ اٹ از ا ٹریمنڈس ٹیم اینڈ دے ار ڈوئنگ ٹریمنڈس ورک اینڈ</w:t>
      </w:r>
    </w:p>
    <w:p>
      <w:r>
        <w:rPr>
          <w:b/>
        </w:rPr>
        <w:t xml:space="preserve">[1:04:22] </w:t>
      </w:r>
      <w:r>
        <w:t>I observed about them that they are very united</w:t>
      </w:r>
    </w:p>
    <w:p>
      <w:pPr>
        <w:jc w:val="right"/>
      </w:pPr>
      <w:r>
        <w:t>ائی ابزروڈ اباؤٹ دیم دیٹ دے ار ویری یونائٹڈ</w:t>
      </w:r>
    </w:p>
    <w:p>
      <w:r>
        <w:rPr>
          <w:b/>
        </w:rPr>
        <w:t xml:space="preserve">[1:04:26] </w:t>
      </w:r>
      <w:r>
        <w:t>and that they that their organization is great</w:t>
      </w:r>
    </w:p>
    <w:p>
      <w:pPr>
        <w:jc w:val="right"/>
      </w:pPr>
      <w:r>
        <w:t>اینڈ دیٹ دے دیٹ دیر ارگنائزیشن از گریٹ</w:t>
      </w:r>
    </w:p>
    <w:p>
      <w:r>
        <w:rPr>
          <w:b/>
        </w:rPr>
        <w:t xml:space="preserve">[1:04:32] </w:t>
      </w:r>
      <w:r>
        <w:t>and obviously like Maria said that</w:t>
      </w:r>
    </w:p>
    <w:p>
      <w:pPr>
        <w:jc w:val="right"/>
      </w:pPr>
      <w:r>
        <w:t>اینڈ اویسلی لائک ماریہ سیڈ دیٹ</w:t>
      </w:r>
    </w:p>
    <w:p>
      <w:r>
        <w:rPr>
          <w:b/>
        </w:rPr>
        <w:t xml:space="preserve">[1:04:35] </w:t>
      </w:r>
      <w:r>
        <w:t>that they are doing great</w:t>
      </w:r>
    </w:p>
    <w:p>
      <w:pPr>
        <w:jc w:val="right"/>
      </w:pPr>
      <w:r>
        <w:t>دیٹ دے ار ڈوئنگ گریٹ</w:t>
      </w:r>
    </w:p>
    <w:p>
      <w:r>
        <w:rPr>
          <w:b/>
        </w:rPr>
        <w:t xml:space="preserve">[1:04:39] </w:t>
      </w:r>
      <w:r>
        <w:t>dawa work we have had a lot of meetings such</w:t>
      </w:r>
    </w:p>
    <w:p>
      <w:pPr>
        <w:jc w:val="right"/>
      </w:pPr>
      <w:r>
        <w:t>داوا ورک وی ہیو ہیڈ ا لاٹ اف میٹنگز سچ</w:t>
      </w:r>
    </w:p>
    <w:p>
      <w:r>
        <w:rPr>
          <w:b/>
        </w:rPr>
        <w:t xml:space="preserve">[1:04:44] </w:t>
      </w:r>
      <w:r>
        <w:t>is the one that we had with the ladies in Calcutta but we never experienced a meeting where</w:t>
      </w:r>
    </w:p>
    <w:p>
      <w:pPr>
        <w:jc w:val="right"/>
      </w:pPr>
      <w:r>
        <w:t>ایز دا ون دیٹ وی ہیڈ ود دا لیڈیز ان کلکتہ بٹ وی نیور ایکسپیرینس ا میٹنگ ویر</w:t>
      </w:r>
    </w:p>
    <w:p>
      <w:r>
        <w:rPr>
          <w:b/>
        </w:rPr>
        <w:t xml:space="preserve">[1:04:51] </w:t>
      </w:r>
      <w:r>
        <w:t>We were not where we were expecting questions and what was coming to us were experience sharing</w:t>
      </w:r>
    </w:p>
    <w:p>
      <w:pPr>
        <w:jc w:val="right"/>
      </w:pPr>
      <w:r>
        <w:t>وی وار ناٹ ویر وی وار ایکسپیکٹنگ کوئسچنز اینڈ واٹ واز کمنگ ٹو اس ہو ار ایکسپیرینس شیئرنگ</w:t>
      </w:r>
    </w:p>
    <w:p>
      <w:r>
        <w:rPr>
          <w:b/>
        </w:rPr>
        <w:t xml:space="preserve">[1:04:57] </w:t>
      </w:r>
      <w:r>
        <w:t>That was that was absolutely new for us. You go to an audience and you go with the</w:t>
      </w:r>
    </w:p>
    <w:p>
      <w:pPr>
        <w:jc w:val="right"/>
      </w:pPr>
      <w:r>
        <w:t>دیٹ واز دیٹ واز ایبسولیوٹلی نیو فار اس یو گو ٹو ان اڈینس اینڈ یو گو ود دا</w:t>
      </w:r>
    </w:p>
    <w:p>
      <w:r>
        <w:rPr>
          <w:b/>
        </w:rPr>
        <w:t xml:space="preserve">[1:05:04] </w:t>
      </w:r>
      <w:r>
        <w:t>mind that after giving this talk I will I will have to answer such such such such questions</w:t>
      </w:r>
    </w:p>
    <w:p>
      <w:pPr>
        <w:jc w:val="right"/>
      </w:pPr>
      <w:r>
        <w:t>مائنڈ دیٹ افٹر گیونگ دس ٹاک ائی ویل ائی ویل ہیو ٹو انسر سچ سچ سچ سچ کوئسچنز</w:t>
      </w:r>
    </w:p>
    <w:p>
      <w:r>
        <w:rPr>
          <w:b/>
        </w:rPr>
        <w:t xml:space="preserve">[1:05:10] </w:t>
      </w:r>
      <w:r>
        <w:t>But rather than questions coming to you, they were experiences coming to us. In fact, when they</w:t>
      </w:r>
    </w:p>
    <w:p>
      <w:pPr>
        <w:jc w:val="right"/>
      </w:pPr>
      <w:r>
        <w:t>بٹ رادر دین کوئسچنز کمنگ ٹو یو دے وار ایکسپیرینسز کمنگ کمنگ ٹو اس ان فیکٹ وین دے</w:t>
      </w:r>
    </w:p>
    <w:p>
      <w:r>
        <w:rPr>
          <w:b/>
        </w:rPr>
        <w:t xml:space="preserve">[1:05:16] </w:t>
      </w:r>
      <w:r>
        <w:t>aur when there was a lady there was a lady who stood up and she said that you</w:t>
      </w:r>
    </w:p>
    <w:p>
      <w:pPr>
        <w:jc w:val="right"/>
      </w:pPr>
      <w:r>
        <w:t>وار وین دیر واز ا لیڈی دیر واز ا لیڈی ہو سٹوڈ اپ اینڈ شی سیڈ دیٹ یو</w:t>
      </w:r>
    </w:p>
    <w:p>
      <w:r>
        <w:rPr>
          <w:b/>
        </w:rPr>
        <w:t xml:space="preserve">[1:05:21] </w:t>
      </w:r>
      <w:r>
        <w:t>talking about giving the Quran what about</w:t>
      </w:r>
    </w:p>
    <w:p>
      <w:pPr>
        <w:jc w:val="right"/>
      </w:pPr>
      <w:r>
        <w:t>ٹاکنگ اباؤٹ گیونگ دا قران واٹ اباؤٹ</w:t>
      </w:r>
    </w:p>
    <w:p>
      <w:r>
        <w:rPr>
          <w:b/>
        </w:rPr>
        <w:t xml:space="preserve">[1:05:24] </w:t>
      </w:r>
      <w:r>
        <w:t>non-Muslims disrespecting the Quran. So the moment that this lady asked</w:t>
      </w:r>
    </w:p>
    <w:p>
      <w:pPr>
        <w:jc w:val="right"/>
      </w:pPr>
      <w:r>
        <w:t>نان مسلمز ڈس ریسپیکٹنگ دا قران سو دا مومنٹ دیٹ دس لیڈی اسکڈ</w:t>
      </w:r>
    </w:p>
    <w:p>
      <w:r>
        <w:rPr>
          <w:b/>
        </w:rPr>
        <w:t xml:space="preserve">[1:05:31] </w:t>
      </w:r>
      <w:r>
        <w:t>This question and we said a few words. Another lady stood up and she said, "Look, I, I</w:t>
      </w:r>
    </w:p>
    <w:p>
      <w:pPr>
        <w:jc w:val="right"/>
      </w:pPr>
      <w:r>
        <w:t>دس کوئسچن اینڈ وی سیڈ ا فیو ورڈز انادر لیڈی سٹوڈ اپ اینڈ شی سیڈ لوک ائی ائی</w:t>
      </w:r>
    </w:p>
    <w:p>
      <w:r>
        <w:rPr>
          <w:b/>
        </w:rPr>
        <w:t xml:space="preserve">[1:05:37] </w:t>
      </w:r>
      <w:r>
        <w:t>I, I was born a non-Muslim and if I was not given the Quran, how would I</w:t>
      </w:r>
    </w:p>
    <w:p>
      <w:pPr>
        <w:jc w:val="right"/>
      </w:pPr>
      <w:r>
        <w:t>ائی ائی واز born ا نان مسلم اینڈ اف ائی واز ناٹ گیون دا قران ہاؤ وڈ ائی</w:t>
      </w:r>
    </w:p>
    <w:p>
      <w:r>
        <w:rPr>
          <w:b/>
        </w:rPr>
        <w:t xml:space="preserve">[1:05:42] </w:t>
      </w:r>
      <w:r>
        <w:t>I, how would I be sitting here? So the, the kind of, the kind of experience we had,</w:t>
      </w:r>
    </w:p>
    <w:p>
      <w:pPr>
        <w:jc w:val="right"/>
      </w:pPr>
      <w:r>
        <w:t>ائی ہاؤ وڈ ائی بی سٹنگ ہیر سو دا دا کائنڈ اف دا کائنڈ اف ایکسپیرینس وی ہیڈ</w:t>
      </w:r>
    </w:p>
    <w:p>
      <w:r>
        <w:rPr>
          <w:b/>
        </w:rPr>
        <w:t xml:space="preserve">[1:05:49] </w:t>
      </w:r>
      <w:r>
        <w:t>with the with the ladies</w:t>
      </w:r>
    </w:p>
    <w:p>
      <w:pPr>
        <w:jc w:val="right"/>
      </w:pPr>
      <w:r>
        <w:t>ود دا ود دا لیڈیز</w:t>
      </w:r>
    </w:p>
    <w:p>
      <w:r>
        <w:rPr>
          <w:b/>
        </w:rPr>
        <w:t xml:space="preserve">[1:05:52] </w:t>
      </w:r>
      <w:r>
        <w:t>of ladies was was was exceptional</w:t>
      </w:r>
    </w:p>
    <w:p>
      <w:pPr>
        <w:jc w:val="right"/>
      </w:pPr>
      <w:r>
        <w:t>اف لیڈیز واز واز واز ایکسیپشنل</w:t>
      </w:r>
    </w:p>
    <w:p>
      <w:r>
        <w:rPr>
          <w:b/>
        </w:rPr>
        <w:t xml:space="preserve">[1:05:56] </w:t>
      </w:r>
      <w:r>
        <w:t>i think i think all the credit goes to the CPS Kolkata team Abdullah bhai and</w:t>
      </w:r>
    </w:p>
    <w:p>
      <w:pPr>
        <w:jc w:val="right"/>
      </w:pPr>
      <w:r>
        <w:t>ائی تھنک ائی تھنک ال دا کریڈٹ گوز ٹو دا سی پی ایس کلکتہ ٹیم عبداللہ بھائی اینڈ</w:t>
      </w:r>
    </w:p>
    <w:p>
      <w:r>
        <w:rPr>
          <w:b/>
        </w:rPr>
        <w:t xml:space="preserve">[1:06:03] </w:t>
      </w:r>
      <w:r>
        <w:t>Shabina apa and everybody else for being together and for doing such great work for God okay</w:t>
      </w:r>
    </w:p>
    <w:p>
      <w:pPr>
        <w:jc w:val="right"/>
      </w:pPr>
      <w:r>
        <w:t>شبینہ اپا اینڈ ایوری بڈی ایلس فار بینگ ٹوگیدر اینڈ فار ڈوئنگ سچ گریٹ ورک فار گاڈ اوکے</w:t>
      </w:r>
    </w:p>
    <w:p>
      <w:r>
        <w:rPr>
          <w:b/>
        </w:rPr>
        <w:t xml:space="preserve">[1:06:11] </w:t>
      </w:r>
      <w:r>
        <w:t>so we we will now start with the question answer session i will first read the comments that</w:t>
      </w:r>
    </w:p>
    <w:p>
      <w:pPr>
        <w:jc w:val="right"/>
      </w:pPr>
      <w:r>
        <w:t>سو وی ویل ناؤ سٹارٹ ود دی کوئسچن انسر سیشن ائی ویل فرسٹ ریڈ دی کمنٹس دیٹ</w:t>
      </w:r>
    </w:p>
    <w:p>
      <w:r>
        <w:rPr>
          <w:b/>
        </w:rPr>
        <w:t xml:space="preserve">[1:06:16] </w:t>
      </w:r>
      <w:r>
        <w:t>you all have sent in today's talk</w:t>
      </w:r>
    </w:p>
    <w:p>
      <w:pPr>
        <w:jc w:val="right"/>
      </w:pPr>
      <w:r>
        <w:t>یو ال ہیو سینڈ ان ٹوڈے ٹاک</w:t>
      </w:r>
    </w:p>
    <w:p>
      <w:r>
        <w:rPr>
          <w:b/>
        </w:rPr>
        <w:t xml:space="preserve">[1:06:21] </w:t>
      </w:r>
      <w:r>
        <w:t>Maulana pehla comment</w:t>
      </w:r>
    </w:p>
    <w:p>
      <w:pPr>
        <w:jc w:val="right"/>
      </w:pPr>
      <w:r>
        <w:t>مولانا پہلا کمنٹ</w:t>
      </w:r>
    </w:p>
    <w:p>
      <w:r>
        <w:rPr>
          <w:b/>
        </w:rPr>
        <w:t xml:space="preserve">[1:06:23] </w:t>
      </w:r>
      <w:r>
        <w:t>Miss Shabina Ali ne Pakistan se bheja hai unho ne likha hai</w:t>
      </w:r>
    </w:p>
    <w:p>
      <w:pPr>
        <w:jc w:val="right"/>
      </w:pPr>
      <w:r>
        <w:t>مس شبینہ علی نے پاکستان سے بھیجا ہے انہوں نے لکھا ہے</w:t>
      </w:r>
    </w:p>
    <w:p>
      <w:r>
        <w:rPr>
          <w:b/>
        </w:rPr>
        <w:t xml:space="preserve">[1:06:28] </w:t>
      </w:r>
      <w:r>
        <w:t>Hadith Jibril is the hadith which has profound wisdom and encapsulates the essence of Islam</w:t>
      </w:r>
    </w:p>
    <w:p>
      <w:pPr>
        <w:jc w:val="right"/>
      </w:pPr>
      <w:r>
        <w:t>حدیث جبرائیل از دی حدیث وچ ہیز پروفاؤنڈ وزڈم اینڈ ان کیپسولیٹس دی ایسنس اف اسلام</w:t>
      </w:r>
    </w:p>
    <w:p>
      <w:r>
        <w:rPr>
          <w:b/>
        </w:rPr>
        <w:t xml:space="preserve">[1:06:38] </w:t>
      </w:r>
      <w:r>
        <w:t>JazakAllah Maulana for explaining it so beautifully</w:t>
      </w:r>
    </w:p>
    <w:p>
      <w:pPr>
        <w:jc w:val="right"/>
      </w:pPr>
      <w:r>
        <w:t>جزاک اللہ مولانا فار ایکسپلیننگ اٹ سو بیوٹیفلی</w:t>
      </w:r>
    </w:p>
    <w:p>
      <w:r>
        <w:rPr>
          <w:b/>
        </w:rPr>
        <w:t xml:space="preserve">[1:06:42] </w:t>
      </w:r>
      <w:r>
        <w:t>Riyaz Bhatt sahib ne Kashmir se Srinagar se likha hai the dialogue between Prophet of Islam and</w:t>
      </w:r>
    </w:p>
    <w:p>
      <w:pPr>
        <w:jc w:val="right"/>
      </w:pPr>
      <w:r>
        <w:t>ریاض بھٹ صاحب نے کشمیر سے سری نگر سے لکھا ہے دا ڈائیلاگ بٹوین پرافٹ اف اسلام اینڈ</w:t>
      </w:r>
    </w:p>
    <w:p>
      <w:r>
        <w:rPr>
          <w:b/>
        </w:rPr>
        <w:t xml:space="preserve">[1:06:49] </w:t>
      </w:r>
      <w:r>
        <w:t>Jibril depicts that complaining about worldly impediments is neither Sunnah of Prophet nor desired by Allah that is</w:t>
      </w:r>
    </w:p>
    <w:p>
      <w:pPr>
        <w:jc w:val="right"/>
      </w:pPr>
      <w:r>
        <w:t>جبرائیل ڈیپکس دیٹ کمپلیننگ اباؤٹ ورلڈی امپیڈیمنٹس از نیدر سنہ اف پرافٹ ناٹ ڈیزائرڈ بائے اللہ دیٹ از</w:t>
      </w:r>
    </w:p>
    <w:p>
      <w:r>
        <w:rPr>
          <w:b/>
        </w:rPr>
        <w:t xml:space="preserve">[1:07:00] </w:t>
      </w:r>
      <w:r>
        <w:t>the take away from</w:t>
      </w:r>
    </w:p>
    <w:p>
      <w:pPr>
        <w:jc w:val="right"/>
      </w:pPr>
      <w:r>
        <w:t>دا ٹیک اوے فرام</w:t>
      </w:r>
    </w:p>
    <w:p>
      <w:r>
        <w:rPr>
          <w:b/>
        </w:rPr>
        <w:t xml:space="preserve">[1:07:01] </w:t>
      </w:r>
      <w:r>
        <w:t>today's lesson on the talk Hadith Jibril</w:t>
      </w:r>
    </w:p>
    <w:p>
      <w:pPr>
        <w:jc w:val="right"/>
      </w:pPr>
      <w:r>
        <w:t>ٹوڈے لیسن ان دا ٹاک حدیث جبرائیل</w:t>
      </w:r>
    </w:p>
    <w:p>
      <w:r>
        <w:rPr>
          <w:b/>
        </w:rPr>
        <w:t xml:space="preserve">[1:07:05] </w:t>
      </w:r>
      <w:r>
        <w:t>sirajuddin sahib ne adhooni andhra pradesh se comment bheja hai unhon ne likha hai mashallah iqbal sahib</w:t>
      </w:r>
    </w:p>
    <w:p>
      <w:pPr>
        <w:jc w:val="right"/>
      </w:pPr>
      <w:r>
        <w:t>سراج الدین صاحب نے ادھونی اندھرا پردیش سے کمنٹ بھیجا ہے انہوں نے لکھا ہے ماشاءاللہ اقبال صاحب</w:t>
      </w:r>
    </w:p>
    <w:p>
      <w:r>
        <w:rPr>
          <w:b/>
        </w:rPr>
        <w:t xml:space="preserve">[1:07:13] </w:t>
      </w:r>
      <w:r>
        <w:t>faizuddin sahib allah ne ap se kaam liya hai allah tamam cps team ki hamesha</w:t>
      </w:r>
    </w:p>
    <w:p>
      <w:pPr>
        <w:jc w:val="right"/>
      </w:pPr>
      <w:r>
        <w:t>فیض الدین صاحب اللہ نے اپ سے کام لیا ہے اللہ تمام سی پی ایس ٹیم کی ہمیشہ</w:t>
      </w:r>
    </w:p>
    <w:p>
      <w:r>
        <w:rPr>
          <w:b/>
        </w:rPr>
        <w:t xml:space="preserve">[1:07:20] </w:t>
      </w:r>
      <w:r>
        <w:t>madad farmaye amin muhammad irfan rashidi sahib ne nagpur se likha hai mashallah maulana faizuddin faizuddin</w:t>
      </w:r>
    </w:p>
    <w:p>
      <w:pPr>
        <w:jc w:val="right"/>
      </w:pPr>
      <w:r>
        <w:t>مدد فرمائے امین محمد عرفان رشیدی صاحب نے ناگپور سے لکھا ہے ماشاءاللہ مولانا فیض الدین فیض الدین</w:t>
      </w:r>
    </w:p>
    <w:p>
      <w:r>
        <w:rPr>
          <w:b/>
        </w:rPr>
        <w:t xml:space="preserve">[1:07:29] </w:t>
      </w:r>
      <w:r>
        <w:t>sahib and maulana iqbal umri sahib may allah bless you and open new chapter of dawah work in</w:t>
      </w:r>
    </w:p>
    <w:p>
      <w:pPr>
        <w:jc w:val="right"/>
      </w:pPr>
      <w:r>
        <w:t>صاحب اینڈ مولانا اقبال عمری صاحب می اللہ بلیس یو اینڈ اوپن نیو چیپٹر اف داوا ورک ان</w:t>
      </w:r>
    </w:p>
    <w:p>
      <w:r>
        <w:rPr>
          <w:b/>
        </w:rPr>
        <w:t xml:space="preserve">[1:07:37] </w:t>
      </w:r>
      <w:r>
        <w:t>punjab shahid hussain sahib ne srinagar se comment likha hai muslims have to come out of obsession</w:t>
      </w:r>
    </w:p>
    <w:p>
      <w:pPr>
        <w:jc w:val="right"/>
      </w:pPr>
      <w:r>
        <w:t>پنجاب شاہد حسین صاحب نے سری نگر سے کمنٹ لکھا ہے مسلمز ہیو ٹو کم اؤٹ اف ابسیشن</w:t>
      </w:r>
    </w:p>
    <w:p>
      <w:r>
        <w:rPr>
          <w:b/>
        </w:rPr>
        <w:t xml:space="preserve">[1:07:45] </w:t>
      </w:r>
      <w:r>
        <w:t>of zulm and</w:t>
      </w:r>
    </w:p>
    <w:p>
      <w:pPr>
        <w:jc w:val="right"/>
      </w:pPr>
      <w:r>
        <w:t>اف ظلم اینڈ</w:t>
      </w:r>
    </w:p>
    <w:p>
      <w:r>
        <w:rPr>
          <w:b/>
        </w:rPr>
        <w:t xml:space="preserve">[1:07:46] </w:t>
      </w:r>
      <w:r>
        <w:t>should devote to god realization this is my lesson from today talk unhon ne ek aur comment bheja</w:t>
      </w:r>
    </w:p>
    <w:p>
      <w:pPr>
        <w:jc w:val="right"/>
      </w:pPr>
      <w:r>
        <w:t>شوڈ ڈیووٹ ٹو گاڈ ریلائزیشن دس از مائی لیسن فرام ٹوڈے ٹاک انہوں نے ایک اور کمنٹ بھیجا</w:t>
      </w:r>
    </w:p>
    <w:p>
      <w:r>
        <w:rPr>
          <w:b/>
        </w:rPr>
        <w:t xml:space="preserve">[1:07:54] </w:t>
      </w:r>
      <w:r>
        <w:t>hai unhon ne likha hai ke</w:t>
      </w:r>
    </w:p>
    <w:p>
      <w:pPr>
        <w:jc w:val="right"/>
      </w:pPr>
      <w:r>
        <w:t>ہے انہوں نے لکھا ہے کہ</w:t>
      </w:r>
    </w:p>
    <w:p>
      <w:r>
        <w:rPr>
          <w:b/>
        </w:rPr>
        <w:t xml:space="preserve">[1:07:57] </w:t>
      </w:r>
      <w:r>
        <w:t>thank you iqbal bhai we should not be stuck in history which at times deviates us from real</w:t>
      </w:r>
    </w:p>
    <w:p>
      <w:pPr>
        <w:jc w:val="right"/>
      </w:pPr>
      <w:r>
        <w:t>تھینک یو اقبال بھائی وی شوڈ ناٹ بی سٹک ان ہسٹری وچ ایٹ ٹائمز ڈیویٹس اس فرام ریئل</w:t>
      </w:r>
    </w:p>
    <w:p>
      <w:r>
        <w:rPr>
          <w:b/>
        </w:rPr>
        <w:t xml:space="preserve">[1:08:04] </w:t>
      </w:r>
      <w:r>
        <w:t>issues and more important things</w:t>
      </w:r>
    </w:p>
    <w:p>
      <w:pPr>
        <w:jc w:val="right"/>
      </w:pPr>
      <w:r>
        <w:t>ایشوز اینڈ مور امپورٹنٹ تھنگز</w:t>
      </w:r>
    </w:p>
    <w:p>
      <w:r>
        <w:rPr>
          <w:b/>
        </w:rPr>
        <w:t xml:space="preserve">[1:08:09] </w:t>
      </w:r>
      <w:r>
        <w:t>maulana ab sawal lete hain</w:t>
      </w:r>
    </w:p>
    <w:p>
      <w:pPr>
        <w:jc w:val="right"/>
      </w:pPr>
      <w:r>
        <w:t>مولانا اب سوال لیتے ہیں</w:t>
      </w:r>
    </w:p>
    <w:p>
      <w:r>
        <w:rPr>
          <w:b/>
        </w:rPr>
        <w:t xml:space="preserve">[1:08:13] </w:t>
      </w:r>
      <w:r>
        <w:t>miss shabana ansari ne pakistan se ap se poocha hai can we see that introspection is the other</w:t>
      </w:r>
    </w:p>
    <w:p>
      <w:pPr>
        <w:jc w:val="right"/>
      </w:pPr>
      <w:r>
        <w:t>مس شبانہ انصاری نے پاکستان سے اپ سے پوچھا ہے کین وی سی دیٹ انٹروسپیکشن از دی ادر</w:t>
      </w:r>
    </w:p>
    <w:p>
      <w:r>
        <w:rPr>
          <w:b/>
        </w:rPr>
        <w:t xml:space="preserve">[1:08:20] </w:t>
      </w:r>
      <w:r>
        <w:t>name of tazkiya is ke bare mein bataye</w:t>
      </w:r>
    </w:p>
    <w:p>
      <w:pPr>
        <w:jc w:val="right"/>
      </w:pPr>
      <w:r>
        <w:t>نیم اف تزکیہ اس کے بارے میں بتائیں</w:t>
      </w:r>
    </w:p>
    <w:p>
      <w:r>
        <w:rPr>
          <w:b/>
        </w:rPr>
        <w:t xml:space="preserve">[1:08:26] </w:t>
      </w:r>
      <w:r>
        <w:t>isme koi shaq nahi</w:t>
      </w:r>
    </w:p>
    <w:p>
      <w:pPr>
        <w:jc w:val="right"/>
      </w:pPr>
      <w:r>
        <w:t>اس میں کوئی شک نہیں</w:t>
      </w:r>
    </w:p>
    <w:p>
      <w:r>
        <w:rPr>
          <w:b/>
        </w:rPr>
        <w:t xml:space="preserve">[1:08:33] </w:t>
      </w:r>
      <w:r>
        <w:t>main yeh keh sakta hoon ke tazkiya ke baghair</w:t>
      </w:r>
    </w:p>
    <w:p>
      <w:pPr>
        <w:jc w:val="right"/>
      </w:pPr>
      <w:r>
        <w:t>میں یہ کہہ سکتا ہوں کہ تزکیہ کے بغیر</w:t>
      </w:r>
    </w:p>
    <w:p>
      <w:r>
        <w:rPr>
          <w:b/>
        </w:rPr>
        <w:t xml:space="preserve">[1:08:44] </w:t>
      </w:r>
      <w:r>
        <w:t>introspection ke baghair tazkiya nahi ho sakta introspection ke baghair tazkiya nahi ho sakta</w:t>
      </w:r>
    </w:p>
    <w:p>
      <w:pPr>
        <w:jc w:val="right"/>
      </w:pPr>
      <w:r>
        <w:t>انٹراسپیکشن کے بغیر تزکیہ نہیں ہو سکتا انٹراسپیکشن کے بغیر تزکیہ نہیں ہو سکتا</w:t>
      </w:r>
    </w:p>
    <w:p>
      <w:r>
        <w:rPr>
          <w:b/>
        </w:rPr>
        <w:t xml:space="preserve">[1:08:56] </w:t>
      </w:r>
      <w:r>
        <w:t>aaj main apna ek experience</w:t>
      </w:r>
    </w:p>
    <w:p>
      <w:pPr>
        <w:jc w:val="right"/>
      </w:pPr>
      <w:r>
        <w:t>اج میں اپنا ایک ایکسپیرینس</w:t>
      </w:r>
    </w:p>
    <w:p>
      <w:r>
        <w:rPr>
          <w:b/>
        </w:rPr>
        <w:t xml:space="preserve">[1:09:02] </w:t>
      </w:r>
      <w:r>
        <w:t>aap ko bataunga</w:t>
      </w:r>
    </w:p>
    <w:p>
      <w:pPr>
        <w:jc w:val="right"/>
      </w:pPr>
      <w:r>
        <w:t>اپ کو بتاؤں گا</w:t>
      </w:r>
    </w:p>
    <w:p>
      <w:r>
        <w:rPr>
          <w:b/>
        </w:rPr>
        <w:t xml:space="preserve">[1:09:07] </w:t>
      </w:r>
      <w:r>
        <w:t>mein aik aisa insan hoon jis ke andar sab se bari jo sifat hai woh hai</w:t>
      </w:r>
    </w:p>
    <w:p>
      <w:pPr>
        <w:jc w:val="right"/>
      </w:pPr>
      <w:r>
        <w:t>میں ایک ایسا انسان ہوں جس کے اندر سب سے بڑی جو صفت ہے وہ ہے</w:t>
      </w:r>
    </w:p>
    <w:p>
      <w:r>
        <w:rPr>
          <w:b/>
        </w:rPr>
        <w:t xml:space="preserve">[1:09:21] </w:t>
      </w:r>
      <w:r>
        <w:t>ke i am nothing real sense mein yani mein</w:t>
      </w:r>
    </w:p>
    <w:p>
      <w:pPr>
        <w:jc w:val="right"/>
      </w:pPr>
      <w:r>
        <w:t>کہ ائی ایم نتھنگ ریئل سینس میں یعنی میں</w:t>
      </w:r>
    </w:p>
    <w:p>
      <w:r>
        <w:rPr>
          <w:b/>
        </w:rPr>
        <w:t xml:space="preserve">[1:09:31] </w:t>
      </w:r>
      <w:r>
        <w:t>qat'i koi mujhe tareef kare kuch farq nahi parta mere andar kyunke masla hai ke mein to kuch bhi nahi hoon</w:t>
      </w:r>
    </w:p>
    <w:p>
      <w:pPr>
        <w:jc w:val="right"/>
      </w:pPr>
      <w:r>
        <w:t>قطعی کوئی مجھے تعریف کرے کچھ فرق نہیں پڑتا میرے اندر کیونکہ مسئلہ ہے کہ میں تو کچھ بھی نہیں ہوں</w:t>
      </w:r>
    </w:p>
    <w:p>
      <w:r>
        <w:rPr>
          <w:b/>
        </w:rPr>
        <w:t xml:space="preserve">[1:09:41] </w:t>
      </w:r>
      <w:r>
        <w:t>aj mujhe ek ajib cheez discover hui yeh sab sun kar ke</w:t>
      </w:r>
    </w:p>
    <w:p>
      <w:pPr>
        <w:jc w:val="right"/>
      </w:pPr>
      <w:r>
        <w:t>اج مجھے ایک عجیب چیز ڈسکور ہوئی یہ سب سن کر کے</w:t>
      </w:r>
    </w:p>
    <w:p>
      <w:r>
        <w:rPr>
          <w:b/>
        </w:rPr>
        <w:t xml:space="preserve">[1:09:47] </w:t>
      </w:r>
      <w:r>
        <w:t>jo bengal ki team ne aur punjab ki team ne bataya ke kitne zyada mawaqe hain ke madu</w:t>
      </w:r>
    </w:p>
    <w:p>
      <w:pPr>
        <w:jc w:val="right"/>
      </w:pPr>
      <w:r>
        <w:t>جو بنگال کی ٹیم نے اور پنجاب کی ٹیم نے بتایا کہ کتنے زیادہ مواقع ہیں کہ مدعو</w:t>
      </w:r>
    </w:p>
    <w:p>
      <w:r>
        <w:rPr>
          <w:b/>
        </w:rPr>
        <w:t xml:space="preserve">[1:09:55] </w:t>
      </w:r>
      <w:r>
        <w:t>khud ko operation de raha hai tarjuma karta hai quran ka</w:t>
      </w:r>
    </w:p>
    <w:p>
      <w:pPr>
        <w:jc w:val="right"/>
      </w:pPr>
      <w:r>
        <w:t>خود کو اپریشن دے رہا ہے ترجمہ کرتا ہے قران کا</w:t>
      </w:r>
    </w:p>
    <w:p>
      <w:r>
        <w:rPr>
          <w:b/>
        </w:rPr>
        <w:t xml:space="preserve">[1:10:02] </w:t>
      </w:r>
      <w:r>
        <w:t>aur hatta ke khud type bhi kar raha hai</w:t>
      </w:r>
    </w:p>
    <w:p>
      <w:pPr>
        <w:jc w:val="right"/>
      </w:pPr>
      <w:r>
        <w:t>اور حتی کہ خود ٹائپ بھی کر رہا ہے</w:t>
      </w:r>
    </w:p>
    <w:p>
      <w:r>
        <w:rPr>
          <w:b/>
        </w:rPr>
        <w:t xml:space="preserve">[1:10:07] </w:t>
      </w:r>
      <w:r>
        <w:t>aur ap ko wahan har qism ki</w:t>
      </w:r>
    </w:p>
    <w:p>
      <w:pPr>
        <w:jc w:val="right"/>
      </w:pPr>
      <w:r>
        <w:t>اور اپ کو وہاں ہر قسم کی</w:t>
      </w:r>
    </w:p>
    <w:p>
      <w:r>
        <w:rPr>
          <w:b/>
        </w:rPr>
        <w:t xml:space="preserve">[1:10:12] </w:t>
      </w:r>
      <w:r>
        <w:t>sahulat de raha hai ke aaiye kaam kijiye</w:t>
      </w:r>
    </w:p>
    <w:p>
      <w:pPr>
        <w:jc w:val="right"/>
      </w:pPr>
      <w:r>
        <w:t>سہولت دے رہا ہے کہ ائیے کام کیجئے</w:t>
      </w:r>
    </w:p>
    <w:p>
      <w:r>
        <w:rPr>
          <w:b/>
        </w:rPr>
        <w:t xml:space="preserve">[1:10:16] </w:t>
      </w:r>
      <w:r>
        <w:t>to main</w:t>
      </w:r>
    </w:p>
    <w:p>
      <w:pPr>
        <w:jc w:val="right"/>
      </w:pPr>
      <w:r>
        <w:t>تو میں</w:t>
      </w:r>
    </w:p>
    <w:p>
      <w:r>
        <w:rPr>
          <w:b/>
        </w:rPr>
        <w:t xml:space="preserve">[1:10:20] </w:t>
      </w:r>
      <w:r>
        <w:t>aj main jab yeh sab karwai ho rahi thi</w:t>
      </w:r>
    </w:p>
    <w:p>
      <w:pPr>
        <w:jc w:val="right"/>
      </w:pPr>
      <w:r>
        <w:t>اج میں جب یہ سب کاروائی ہو رہی تھی</w:t>
      </w:r>
    </w:p>
    <w:p>
      <w:r>
        <w:rPr>
          <w:b/>
        </w:rPr>
        <w:t xml:space="preserve">[1:10:25] </w:t>
      </w:r>
      <w:r>
        <w:t>to mujhe ek ayat yaad aai haan dekhiye yeh ayat hai quran majeed mein</w:t>
      </w:r>
    </w:p>
    <w:p>
      <w:pPr>
        <w:jc w:val="right"/>
      </w:pPr>
      <w:r>
        <w:t>تو مجھے ایک ایت یاد ائی ہاں دیکھیے یہ ایت ہے قران مجید میں</w:t>
      </w:r>
    </w:p>
    <w:p>
      <w:r>
        <w:rPr>
          <w:b/>
        </w:rPr>
        <w:t xml:space="preserve">[1:10:31] </w:t>
      </w:r>
      <w:r>
        <w:t>ke kul ya ibadi allazina</w:t>
      </w:r>
    </w:p>
    <w:p>
      <w:pPr>
        <w:jc w:val="right"/>
      </w:pPr>
      <w:r>
        <w:t>کہ کل یا عبادی الذین</w:t>
      </w:r>
    </w:p>
    <w:p>
      <w:r>
        <w:rPr>
          <w:b/>
        </w:rPr>
        <w:t xml:space="preserve">[1:10:35] </w:t>
      </w:r>
      <w:r>
        <w:t>asrafu ala al husain</w:t>
      </w:r>
    </w:p>
    <w:p>
      <w:pPr>
        <w:jc w:val="right"/>
      </w:pPr>
      <w:r>
        <w:t>اصرف علی الحسین</w:t>
      </w:r>
    </w:p>
    <w:p>
      <w:r>
        <w:rPr>
          <w:b/>
        </w:rPr>
        <w:t xml:space="preserve">[1:10:37] </w:t>
      </w:r>
      <w:r>
        <w:t>la taqnat birahmatillah wa innallaha yaghfirudh dhunuba jami'a</w:t>
      </w:r>
    </w:p>
    <w:p>
      <w:pPr>
        <w:jc w:val="right"/>
      </w:pPr>
      <w:r>
        <w:t>لا تقرت برحمت اللہ وان اللہ یغفر الذنوب جمیعا</w:t>
      </w:r>
    </w:p>
    <w:p>
      <w:r>
        <w:rPr>
          <w:b/>
        </w:rPr>
        <w:t xml:space="preserve">[1:10:44] </w:t>
      </w:r>
      <w:r>
        <w:t>mere bando se keh do jinhone</w:t>
      </w:r>
    </w:p>
    <w:p>
      <w:pPr>
        <w:jc w:val="right"/>
      </w:pPr>
      <w:r>
        <w:t>میرے بندوں سے کہہ دو جنہوں نے</w:t>
      </w:r>
    </w:p>
    <w:p>
      <w:r>
        <w:rPr>
          <w:b/>
        </w:rPr>
        <w:t xml:space="preserve">[1:10:49] </w:t>
      </w:r>
      <w:r>
        <w:t>apne upar zulm kiya hai</w:t>
      </w:r>
    </w:p>
    <w:p>
      <w:pPr>
        <w:jc w:val="right"/>
      </w:pPr>
      <w:r>
        <w:t>اپنے اوپر ظلم کیا ہے</w:t>
      </w:r>
    </w:p>
    <w:p>
      <w:r>
        <w:rPr>
          <w:b/>
        </w:rPr>
        <w:t xml:space="preserve">[1:10:52] </w:t>
      </w:r>
      <w:r>
        <w:t>ke mayus na ho Allah ki rehmat se</w:t>
      </w:r>
    </w:p>
    <w:p>
      <w:pPr>
        <w:jc w:val="right"/>
      </w:pPr>
      <w:r>
        <w:t>کہ مایوس نہ ہو اللہ کی رحمت سے</w:t>
      </w:r>
    </w:p>
    <w:p>
      <w:r>
        <w:rPr>
          <w:b/>
        </w:rPr>
        <w:t xml:space="preserve">[1:10:56] </w:t>
      </w:r>
      <w:r>
        <w:t>Allah sare hi gunahon ko bakhsne wala hai</w:t>
      </w:r>
    </w:p>
    <w:p>
      <w:pPr>
        <w:jc w:val="right"/>
      </w:pPr>
      <w:r>
        <w:t>اللہ سارے ہی گناہوں کو بخشنے والا ہے</w:t>
      </w:r>
    </w:p>
    <w:p>
      <w:r>
        <w:rPr>
          <w:b/>
        </w:rPr>
        <w:t xml:space="preserve">[1:11:03] </w:t>
      </w:r>
      <w:r>
        <w:t>to mera jo sara focus chala gaya tha ke mein to nothing hoon mein to kuch nahi kar sakta</w:t>
      </w:r>
    </w:p>
    <w:p>
      <w:pPr>
        <w:jc w:val="right"/>
      </w:pPr>
      <w:r>
        <w:t>تو میرا جو سارا فوکس چلا گیا تھا کہ میں تو نتھنگ ہوں میں تو کچھ نہیں کر سکتا</w:t>
      </w:r>
    </w:p>
    <w:p>
      <w:r>
        <w:rPr>
          <w:b/>
        </w:rPr>
        <w:t xml:space="preserve">[1:11:16] </w:t>
      </w:r>
      <w:r>
        <w:t>to mein ne aj yeh daryaft kiya ke bande ko chahiye ke apni kamzori ko Allah par dale yeh ayat kehti hai aye bande</w:t>
      </w:r>
    </w:p>
    <w:p>
      <w:pPr>
        <w:jc w:val="right"/>
      </w:pPr>
      <w:r>
        <w:t>تو میں نے اج یہ دریافت کیا کہ بندے کو چاہیے کہ اپنی کمزوری کو اللہ پر ڈالے یہ ایت کہتی ہے اے بندے</w:t>
      </w:r>
    </w:p>
    <w:p>
      <w:r>
        <w:rPr>
          <w:b/>
        </w:rPr>
        <w:t xml:space="preserve">[1:11:36] </w:t>
      </w:r>
      <w:r>
        <w:t>to apni kamzoriyon ko Allah par daal de</w:t>
      </w:r>
    </w:p>
    <w:p>
      <w:pPr>
        <w:jc w:val="right"/>
      </w:pPr>
      <w:r>
        <w:t>تو اپنی کمزوریوں کو اللہ پر ڈال دے</w:t>
      </w:r>
    </w:p>
    <w:p>
      <w:r>
        <w:rPr>
          <w:b/>
        </w:rPr>
        <w:t xml:space="preserve">[1:11:41] </w:t>
      </w:r>
      <w:r>
        <w:t>aur khud kaam kar</w:t>
      </w:r>
    </w:p>
    <w:p>
      <w:pPr>
        <w:jc w:val="right"/>
      </w:pPr>
      <w:r>
        <w:t>اور خود کام کر</w:t>
      </w:r>
    </w:p>
    <w:p>
      <w:r>
        <w:rPr>
          <w:b/>
        </w:rPr>
        <w:t xml:space="preserve">[1:11:43] </w:t>
      </w:r>
      <w:r>
        <w:t>kyunki agar tu aisa nahi karega to dawat ke kaam mein kami ho jayegi</w:t>
      </w:r>
    </w:p>
    <w:p>
      <w:pPr>
        <w:jc w:val="right"/>
      </w:pPr>
      <w:r>
        <w:t>کیونکہ اگر تو ایسا نہیں کرے گا تو دعوت کے کام میں کمی ہو جائے گی</w:t>
      </w:r>
    </w:p>
    <w:p>
      <w:r>
        <w:rPr>
          <w:b/>
        </w:rPr>
        <w:t xml:space="preserve">[1:11:51] </w:t>
      </w:r>
      <w:r>
        <w:t>ادمی de-vitalize ہو جائے گا اپنے کو کم سمجھے گا اس کی ہمت</w:t>
      </w:r>
    </w:p>
    <w:p>
      <w:pPr>
        <w:jc w:val="right"/>
      </w:pPr>
      <w:r>
        <w:t>ادمی ڈی وائرلائز ہو جائے گا اپنے کو کم سمجھے گا اس کی ہمت</w:t>
      </w:r>
    </w:p>
    <w:p>
      <w:r>
        <w:rPr>
          <w:b/>
        </w:rPr>
        <w:t xml:space="preserve">[1:11:58] </w:t>
      </w:r>
      <w:r>
        <w:t>nahi rahegi</w:t>
      </w:r>
    </w:p>
    <w:p>
      <w:pPr>
        <w:jc w:val="right"/>
      </w:pPr>
      <w:r>
        <w:t>نہیں رہے گی</w:t>
      </w:r>
    </w:p>
    <w:p>
      <w:r>
        <w:rPr>
          <w:b/>
        </w:rPr>
        <w:t xml:space="preserve">[1:12:00] </w:t>
      </w:r>
      <w:r>
        <w:t>to bahut ek ajib nuqta mujhe samajh mein aya is ayat ka</w:t>
      </w:r>
    </w:p>
    <w:p>
      <w:pPr>
        <w:jc w:val="right"/>
      </w:pPr>
      <w:r>
        <w:t>تو بہت ایک عجیب نقطہ مجھے سمجھ میں ایا اس ایت کا</w:t>
      </w:r>
    </w:p>
    <w:p>
      <w:r>
        <w:rPr>
          <w:b/>
        </w:rPr>
        <w:t xml:space="preserve">[1:12:07] </w:t>
      </w:r>
      <w:r>
        <w:t>kul ya ibadi allazina asraf ala alhusain la taqrat birahmatillah wa innallaha yaghfirul zunuba jameea yani Allah rab ul alameen khud yeh keh raha hai ke aye bande teri nazar apni kamiyon par na rahe</w:t>
      </w:r>
    </w:p>
    <w:p>
      <w:pPr>
        <w:jc w:val="right"/>
      </w:pPr>
      <w:r>
        <w:t>قل یا عبادی الذین اصرف علی الحسین لا تقرت برحمت اللہ وان اللہ یغفر الذنوب جمیعا یعنی اللہ رب العالمین خود یہ کہہ رہا ہے کہ اے بندے تیری نظر اپنی کمیوں پر نہ رہے</w:t>
      </w:r>
    </w:p>
    <w:p>
      <w:r>
        <w:rPr>
          <w:b/>
        </w:rPr>
        <w:t xml:space="preserve">[1:12:27] </w:t>
      </w:r>
      <w:r>
        <w:t>Allah ke rehmaton par rahe</w:t>
      </w:r>
    </w:p>
    <w:p>
      <w:pPr>
        <w:jc w:val="right"/>
      </w:pPr>
      <w:r>
        <w:t>اللہ کے رحمتوں پر رہے</w:t>
      </w:r>
    </w:p>
    <w:p>
      <w:r>
        <w:rPr>
          <w:b/>
        </w:rPr>
        <w:t xml:space="preserve">[1:12:33] </w:t>
      </w:r>
      <w:r>
        <w:t>کیونکہ اگر تو اپنی کمیوں پر بہت زیادہ سوچے گا تو de-vitalize ہو جائے گا اسی لیے</w:t>
      </w:r>
    </w:p>
    <w:p>
      <w:pPr>
        <w:jc w:val="right"/>
      </w:pPr>
      <w:r>
        <w:t>کیونکہ اگر تو اپنی کمیوں پر بہت زیادہ سوچے گا تو ڈی وائرلائز ہو جائے گا اسی لیے</w:t>
      </w:r>
    </w:p>
    <w:p>
      <w:r>
        <w:rPr>
          <w:b/>
        </w:rPr>
        <w:t xml:space="preserve">[1:12:40] </w:t>
      </w:r>
      <w:r>
        <w:t>Quran mein hai ke</w:t>
      </w:r>
    </w:p>
    <w:p>
      <w:pPr>
        <w:jc w:val="right"/>
      </w:pPr>
      <w:r>
        <w:t>قران میں ہے کہ</w:t>
      </w:r>
    </w:p>
    <w:p>
      <w:r>
        <w:rPr>
          <w:b/>
        </w:rPr>
        <w:t xml:space="preserve">[1:12:43] </w:t>
      </w:r>
      <w:r>
        <w:t>ek ayat ke</w:t>
      </w:r>
    </w:p>
    <w:p>
      <w:pPr>
        <w:jc w:val="right"/>
      </w:pPr>
      <w:r>
        <w:t>ایک ایت کہ</w:t>
      </w:r>
    </w:p>
    <w:p>
      <w:r>
        <w:rPr>
          <w:b/>
        </w:rPr>
        <w:t xml:space="preserve">[1:12:48] </w:t>
      </w:r>
      <w:r>
        <w:t>fama vahan ma ashab fi sabilillah hai va ma dhuafa va istiqan</w:t>
      </w:r>
    </w:p>
    <w:p>
      <w:pPr>
        <w:jc w:val="right"/>
      </w:pPr>
      <w:r>
        <w:t>فما وہن ما اصحاب فی سبیل اللہ ہے وما ضعف وستقان</w:t>
      </w:r>
    </w:p>
    <w:p>
      <w:r>
        <w:rPr>
          <w:b/>
        </w:rPr>
        <w:t xml:space="preserve">[1:12:58] </w:t>
      </w:r>
      <w:r>
        <w:t>mujhe yeh ayat samajh mein ayi</w:t>
      </w:r>
    </w:p>
    <w:p>
      <w:pPr>
        <w:jc w:val="right"/>
      </w:pPr>
      <w:r>
        <w:t>مجھے یہ ایت سمجھ میں ائی</w:t>
      </w:r>
    </w:p>
    <w:p>
      <w:r>
        <w:rPr>
          <w:b/>
        </w:rPr>
        <w:t xml:space="preserve">[1:13:01] </w:t>
      </w:r>
      <w:r>
        <w:t>ke agar hum apni kamiyon par nazar rakhenge to hum past ho jayenge past himmat ho</w:t>
      </w:r>
    </w:p>
    <w:p>
      <w:pPr>
        <w:jc w:val="right"/>
      </w:pPr>
      <w:r>
        <w:t>کہ اگر ہم اپنی کمیوں پر نظر رکھیں گے تو ہم پست ہو جائیں گے پست ہمت ہو</w:t>
      </w:r>
    </w:p>
    <w:p>
      <w:r>
        <w:rPr>
          <w:b/>
        </w:rPr>
        <w:t xml:space="preserve">[1:13:06] </w:t>
      </w:r>
      <w:r>
        <w:t>jayenge vahan paida ho jayega</w:t>
      </w:r>
    </w:p>
    <w:p>
      <w:pPr>
        <w:jc w:val="right"/>
      </w:pPr>
      <w:r>
        <w:t>جائیں گے وہن پیدا ہو جائے گا</w:t>
      </w:r>
    </w:p>
    <w:p>
      <w:r>
        <w:rPr>
          <w:b/>
        </w:rPr>
        <w:t xml:space="preserve">[1:13:12] </w:t>
      </w:r>
      <w:r>
        <w:t>to Allah rab ul alameen yeh keh rahe hain ke ae bande</w:t>
      </w:r>
    </w:p>
    <w:p>
      <w:pPr>
        <w:jc w:val="right"/>
      </w:pPr>
      <w:r>
        <w:t>تو اللہ رب العالمین یہ کہہ رہے ہیں کہ اے بندے</w:t>
      </w:r>
    </w:p>
    <w:p>
      <w:r>
        <w:rPr>
          <w:b/>
        </w:rPr>
        <w:t xml:space="preserve">[1:13:17] </w:t>
      </w:r>
      <w:r>
        <w:t>apni kamiyon par mat nazar rakh</w:t>
      </w:r>
    </w:p>
    <w:p>
      <w:pPr>
        <w:jc w:val="right"/>
      </w:pPr>
      <w:r>
        <w:t>اپنی کمیوں پر مت نظر رکھ</w:t>
      </w:r>
    </w:p>
    <w:p>
      <w:r>
        <w:rPr>
          <w:b/>
        </w:rPr>
        <w:t xml:space="preserve">[1:13:21] </w:t>
      </w:r>
      <w:r>
        <w:t>Allah ki nusrat par Allah ki taqat par</w:t>
      </w:r>
    </w:p>
    <w:p>
      <w:pPr>
        <w:jc w:val="right"/>
      </w:pPr>
      <w:r>
        <w:t>اللہ کی نصرت پر اللہ کی طاقت پر</w:t>
      </w:r>
    </w:p>
    <w:p>
      <w:r>
        <w:rPr>
          <w:b/>
        </w:rPr>
        <w:t xml:space="preserve">[1:13:26] </w:t>
      </w:r>
      <w:r>
        <w:t>ko dekh</w:t>
      </w:r>
    </w:p>
    <w:p>
      <w:pPr>
        <w:jc w:val="right"/>
      </w:pPr>
      <w:r>
        <w:t>کو دیکھ</w:t>
      </w:r>
    </w:p>
    <w:p>
      <w:r>
        <w:rPr>
          <w:b/>
        </w:rPr>
        <w:t xml:space="preserve">[1:13:30] </w:t>
      </w:r>
      <w:r>
        <w:t>taake teri himmat barhe</w:t>
      </w:r>
    </w:p>
    <w:p>
      <w:pPr>
        <w:jc w:val="right"/>
      </w:pPr>
      <w:r>
        <w:t>تاکہ تیری ہمت بڑھے</w:t>
      </w:r>
    </w:p>
    <w:p>
      <w:r>
        <w:rPr>
          <w:b/>
        </w:rPr>
        <w:t xml:space="preserve">[1:13:35] </w:t>
      </w:r>
      <w:r>
        <w:t>to de-viralize na ho to apne da'wati kaam mein kami na aajaye</w:t>
      </w:r>
    </w:p>
    <w:p>
      <w:pPr>
        <w:jc w:val="right"/>
      </w:pPr>
      <w:r>
        <w:t>تو ڈی وائرلائز نہ ہو تو اپنے دعوتی کام میں کبھی نہ اجائے</w:t>
      </w:r>
    </w:p>
    <w:p>
      <w:r>
        <w:rPr>
          <w:b/>
        </w:rPr>
        <w:t xml:space="preserve">[1:13:47] </w:t>
      </w:r>
      <w:r>
        <w:t>to mein sochta hoon ke yeh us waqt mujhe aik aik daryaft ke darje mein yeh baat maloom hui aur mein aap sab logon se kehta hoon</w:t>
      </w:r>
    </w:p>
    <w:p>
      <w:pPr>
        <w:jc w:val="right"/>
      </w:pPr>
      <w:r>
        <w:t>تو میں سوچتا ہوں کہ یہ اس وقت مجھے ایک ایک دریافت کے درجے میں یہ بات معلوم ہوئی اور میں اپ سب لوگوں سے کہتا ہوں</w:t>
      </w:r>
    </w:p>
    <w:p>
      <w:r>
        <w:rPr>
          <w:b/>
        </w:rPr>
        <w:t xml:space="preserve">[1:13:59] </w:t>
      </w:r>
      <w:r>
        <w:t>ke apni kamiyon ke bare mein</w:t>
      </w:r>
    </w:p>
    <w:p>
      <w:pPr>
        <w:jc w:val="right"/>
      </w:pPr>
      <w:r>
        <w:t>کہ اپنی کمیوں کے بارے میں</w:t>
      </w:r>
    </w:p>
    <w:p>
      <w:r>
        <w:rPr>
          <w:b/>
        </w:rPr>
        <w:t xml:space="preserve">[1:14:03] </w:t>
      </w:r>
      <w:r>
        <w:t>apni kamiyon ke bare mein bas dua kijiye dua taake aap ka hosla kam na ho aur aap dawat ke kaam mein zyada se zyada</w:t>
      </w:r>
    </w:p>
    <w:p>
      <w:pPr>
        <w:jc w:val="right"/>
      </w:pPr>
      <w:r>
        <w:t>اپنی کمیوں کے بارے میں بس دعا کیجئے دعا تاکہ اپ کا حوصلہ کم نہ ہو اور اپ دعوت کے کام میں زیادہ سے زیادہ</w:t>
      </w:r>
    </w:p>
    <w:p>
      <w:r>
        <w:rPr>
          <w:b/>
        </w:rPr>
        <w:t xml:space="preserve">[1:14:19] </w:t>
      </w:r>
      <w:r>
        <w:t>speed ke sath</w:t>
      </w:r>
    </w:p>
    <w:p>
      <w:pPr>
        <w:jc w:val="right"/>
      </w:pPr>
      <w:r>
        <w:t>اسپیڈ کے ساتھ</w:t>
      </w:r>
    </w:p>
    <w:p>
      <w:r>
        <w:rPr>
          <w:b/>
        </w:rPr>
        <w:t xml:space="preserve">[1:14:21] </w:t>
      </w:r>
      <w:r>
        <w:t>kaam kar sakein</w:t>
      </w:r>
    </w:p>
    <w:p>
      <w:pPr>
        <w:jc w:val="right"/>
      </w:pPr>
      <w:r>
        <w:t>کام کر سکیں</w:t>
      </w:r>
    </w:p>
    <w:p>
      <w:r>
        <w:rPr>
          <w:b/>
        </w:rPr>
        <w:t xml:space="preserve">[1:14:24] </w:t>
      </w:r>
      <w:r>
        <w:t>ji Maulana Muhammad Siddiq sahib ne Pakistan se comment likha hai ke all are prayers are there for</w:t>
      </w:r>
    </w:p>
    <w:p>
      <w:pPr>
        <w:jc w:val="right"/>
      </w:pPr>
      <w:r>
        <w:t>جی مولانا محمد صدیق صاحب نے پاکستان سے کمنٹ لکھا ہے کہ ال ار پریئرز ار دیر فار</w:t>
      </w:r>
    </w:p>
    <w:p>
      <w:r>
        <w:rPr>
          <w:b/>
        </w:rPr>
        <w:t xml:space="preserve">[1:14:33] </w:t>
      </w:r>
      <w:r>
        <w:t>Maulana sahib and the dawa team engineer Altaf sahib ne Srinagar se comment bheja hai you are</w:t>
      </w:r>
    </w:p>
    <w:p>
      <w:pPr>
        <w:jc w:val="right"/>
      </w:pPr>
      <w:r>
        <w:t>مولانا صاحب اینڈ دی داوا ٹیم انجینئر الطاف صاحب نے سری نگر سے کمنٹ بھیجا ہے یو ار</w:t>
      </w:r>
    </w:p>
    <w:p>
      <w:r>
        <w:rPr>
          <w:b/>
        </w:rPr>
        <w:t xml:space="preserve">[1:14:41] </w:t>
      </w:r>
      <w:r>
        <w:t>right there are tremendous opportunities</w:t>
      </w:r>
    </w:p>
    <w:p>
      <w:pPr>
        <w:jc w:val="right"/>
      </w:pPr>
      <w:r>
        <w:t>رائٹ دیر ار ٹریمنڈس اپرچونیٹیز</w:t>
      </w:r>
    </w:p>
    <w:p>
      <w:r>
        <w:rPr>
          <w:b/>
        </w:rPr>
        <w:t xml:space="preserve">[1:14:44] </w:t>
      </w:r>
      <w:r>
        <w:t>we have to avail them making people aware about the life after death is the biggest work to</w:t>
      </w:r>
    </w:p>
    <w:p>
      <w:pPr>
        <w:jc w:val="right"/>
      </w:pPr>
      <w:r>
        <w:t>وی ہیو ٹو اویل دیم میکنگ پیپل اویر اباؤٹ دا لائف افٹر ڈیتھ از دا بگسٹ ورک ٹو</w:t>
      </w:r>
    </w:p>
    <w:p>
      <w:r>
        <w:rPr>
          <w:b/>
        </w:rPr>
        <w:t xml:space="preserve">[1:14:51] </w:t>
      </w:r>
      <w:r>
        <w:t>be done tariq badr sahib ne pakistan se comment bheja hai we are really inspired and thrilled by</w:t>
      </w:r>
    </w:p>
    <w:p>
      <w:pPr>
        <w:jc w:val="right"/>
      </w:pPr>
      <w:r>
        <w:t>بی ڈن طارق بدر صاحب نے پاکستان سے کمنٹ بھیجا ہے وی ار ریلی انسپائرڈ اینڈ تھرلڈ بائی</w:t>
      </w:r>
    </w:p>
    <w:p>
      <w:r>
        <w:rPr>
          <w:b/>
        </w:rPr>
        <w:t xml:space="preserve">[1:14:59] </w:t>
      </w:r>
      <w:r>
        <w:t>the cps india dawa activities</w:t>
      </w:r>
    </w:p>
    <w:p>
      <w:pPr>
        <w:jc w:val="right"/>
      </w:pPr>
      <w:r>
        <w:t>دا سی پی ایس انڈیا داوا ایکٹیویٹیز</w:t>
      </w:r>
    </w:p>
    <w:p>
      <w:r>
        <w:rPr>
          <w:b/>
        </w:rPr>
        <w:t xml:space="preserve">[1:15:03] </w:t>
      </w:r>
      <w:r>
        <w:t>molana tariq badr sahib</w:t>
      </w:r>
    </w:p>
    <w:p>
      <w:pPr>
        <w:jc w:val="right"/>
      </w:pPr>
      <w:r>
        <w:t>مولانا طارق بدر صاحب</w:t>
      </w:r>
    </w:p>
    <w:p>
      <w:r>
        <w:rPr>
          <w:b/>
        </w:rPr>
        <w:t xml:space="preserve">[1:15:04] </w:t>
      </w:r>
      <w:r>
        <w:t>aur kuch log aaj faisal abad mein jama hue hain aur yeh program dekh rahe hain to unhon</w:t>
      </w:r>
    </w:p>
    <w:p>
      <w:pPr>
        <w:jc w:val="right"/>
      </w:pPr>
      <w:r>
        <w:t>اور کچھ لوگ اج فیصل اباد میں جمع ہوئے ہیں اور یہ پروگرام دیکھ رہے ہیں تو انہوں</w:t>
      </w:r>
    </w:p>
    <w:p>
      <w:r>
        <w:rPr>
          <w:b/>
        </w:rPr>
        <w:t xml:space="preserve">[1:15:10] </w:t>
      </w:r>
      <w:r>
        <w:t>ne wahin isi group mein abdul rehman sahib ne ek sawal bheja hai unhon ne likha hai ke reference</w:t>
      </w:r>
    </w:p>
    <w:p>
      <w:pPr>
        <w:jc w:val="right"/>
      </w:pPr>
      <w:r>
        <w:t>نے وہیں اسی گروپ میں عبدالرحمن صاحب نے ایک سوال بھیجا ہے انہوں نے لکھا ہے کہ ریفرنس</w:t>
      </w:r>
    </w:p>
    <w:p>
      <w:r>
        <w:rPr>
          <w:b/>
        </w:rPr>
        <w:t xml:space="preserve">[1:15:18] </w:t>
      </w:r>
      <w:r>
        <w:t>to today's lecture how Muslims in Pakistan would know where they made mistake and they are not receiving</w:t>
      </w:r>
    </w:p>
    <w:p>
      <w:pPr>
        <w:jc w:val="right"/>
      </w:pPr>
      <w:r>
        <w:t>ٹو ٹوڈے لیکچر ہاؤ مسلمز ان پاکستان وڈ نو ویئر دے میڈ مسٹیک اینڈ دے ار ناٹ ریسیونگ</w:t>
      </w:r>
    </w:p>
    <w:p>
      <w:r>
        <w:rPr>
          <w:b/>
        </w:rPr>
        <w:t xml:space="preserve">[1:15:27] </w:t>
      </w:r>
      <w:r>
        <w:t>allah help is ke bare mein bataein aaj mein waqea yeh hai ke isi baat par soch raha</w:t>
      </w:r>
    </w:p>
    <w:p>
      <w:pPr>
        <w:jc w:val="right"/>
      </w:pPr>
      <w:r>
        <w:t>اللہ ہیلپ اس کے بارے میں بتائیں اج میں واقعہ یہ ہے کہ اسی بات پر سوچ رہا</w:t>
      </w:r>
    </w:p>
    <w:p>
      <w:r>
        <w:rPr>
          <w:b/>
        </w:rPr>
        <w:t xml:space="preserve">[1:15:36] </w:t>
      </w:r>
      <w:r>
        <w:t>tha</w:t>
      </w:r>
    </w:p>
    <w:p>
      <w:pPr>
        <w:jc w:val="right"/>
      </w:pPr>
      <w:r>
        <w:t>تھا</w:t>
      </w:r>
    </w:p>
    <w:p>
      <w:r>
        <w:rPr>
          <w:b/>
        </w:rPr>
        <w:t xml:space="preserve">[1:15:40] </w:t>
      </w:r>
      <w:r>
        <w:t>meri paidaish up mein hui ek gaon mein</w:t>
      </w:r>
    </w:p>
    <w:p>
      <w:pPr>
        <w:jc w:val="right"/>
      </w:pPr>
      <w:r>
        <w:t>میری پیدائش یو پی میں ہوئی ایک گاؤں میں</w:t>
      </w:r>
    </w:p>
    <w:p>
      <w:r>
        <w:rPr>
          <w:b/>
        </w:rPr>
        <w:t xml:space="preserve">[1:15:44] </w:t>
      </w:r>
      <w:r>
        <w:t>hamare gaon ke</w:t>
      </w:r>
    </w:p>
    <w:p>
      <w:pPr>
        <w:jc w:val="right"/>
      </w:pPr>
      <w:r>
        <w:t>ہمارے گاؤں کے</w:t>
      </w:r>
    </w:p>
    <w:p>
      <w:r>
        <w:rPr>
          <w:b/>
        </w:rPr>
        <w:t xml:space="preserve">[1:15:47] </w:t>
      </w:r>
      <w:r>
        <w:t>mili hui ek sadak hoti thi</w:t>
      </w:r>
    </w:p>
    <w:p>
      <w:pPr>
        <w:jc w:val="right"/>
      </w:pPr>
      <w:r>
        <w:t>ملی ہوئی ایک سڑک ہوتی تھی</w:t>
      </w:r>
    </w:p>
    <w:p>
      <w:r>
        <w:rPr>
          <w:b/>
        </w:rPr>
        <w:t xml:space="preserve">[1:15:51] </w:t>
      </w:r>
      <w:r>
        <w:t>jo shahganj se adampur tak jati thi</w:t>
      </w:r>
    </w:p>
    <w:p>
      <w:pPr>
        <w:jc w:val="right"/>
      </w:pPr>
      <w:r>
        <w:t>جو شاہگنج سے ادم پور تک جاتی تھی</w:t>
      </w:r>
    </w:p>
    <w:p>
      <w:r>
        <w:rPr>
          <w:b/>
        </w:rPr>
        <w:t xml:space="preserve">[1:15:55] </w:t>
      </w:r>
      <w:r>
        <w:t>to kai bar maine dekha ke muslim naujawan</w:t>
      </w:r>
    </w:p>
    <w:p>
      <w:pPr>
        <w:jc w:val="right"/>
      </w:pPr>
      <w:r>
        <w:t>تو کئی بار میں نے دیکھا کہ مسلم نوجوان</w:t>
      </w:r>
    </w:p>
    <w:p>
      <w:r>
        <w:rPr>
          <w:b/>
        </w:rPr>
        <w:t xml:space="preserve">[1:15:59] </w:t>
      </w:r>
      <w:r>
        <w:t>group bana kar</w:t>
      </w:r>
    </w:p>
    <w:p>
      <w:pPr>
        <w:jc w:val="right"/>
      </w:pPr>
      <w:r>
        <w:t>گروپ بنا کر</w:t>
      </w:r>
    </w:p>
    <w:p>
      <w:r>
        <w:rPr>
          <w:b/>
        </w:rPr>
        <w:t xml:space="preserve">[1:16:01] </w:t>
      </w:r>
      <w:r>
        <w:t>road par chal rahe the un ke hath mein banner hota tha banner</w:t>
      </w:r>
    </w:p>
    <w:p>
      <w:pPr>
        <w:jc w:val="right"/>
      </w:pPr>
      <w:r>
        <w:t>روڈ پر چل رہے تھے ان کے ہاتھ میں بینر ہوتا تھا بینر</w:t>
      </w:r>
    </w:p>
    <w:p>
      <w:r>
        <w:rPr>
          <w:b/>
        </w:rPr>
        <w:t xml:space="preserve">[1:16:07] </w:t>
      </w:r>
      <w:r>
        <w:t>aur woh</w:t>
      </w:r>
    </w:p>
    <w:p>
      <w:pPr>
        <w:jc w:val="right"/>
      </w:pPr>
      <w:r>
        <w:t>اور وہ</w:t>
      </w:r>
    </w:p>
    <w:p>
      <w:r>
        <w:rPr>
          <w:b/>
        </w:rPr>
        <w:t xml:space="preserve">[1:16:11] </w:t>
      </w:r>
      <w:r>
        <w:t>yeh baat kehte the</w:t>
      </w:r>
    </w:p>
    <w:p>
      <w:pPr>
        <w:jc w:val="right"/>
      </w:pPr>
      <w:r>
        <w:t>یہ بات کہتے تھے</w:t>
      </w:r>
    </w:p>
    <w:p>
      <w:r>
        <w:rPr>
          <w:b/>
        </w:rPr>
        <w:t xml:space="preserve">[1:16:16] </w:t>
      </w:r>
      <w:r>
        <w:t>ke yeh waqt ki baat hai jab ke Pakistan ki tehreek chal rahi thi 1947 se pehle ki baat to aap ko pata hoga ke jab Pakistan ki tehreek chal rahi thi to all India tehreek thi woh</w:t>
      </w:r>
    </w:p>
    <w:p>
      <w:pPr>
        <w:jc w:val="right"/>
      </w:pPr>
      <w:r>
        <w:t>کہ یہ وقت کی بات ہے جب کہ پاکستان کی تحریک چل رہی تھی 1947 سے پہلے کی بات تو اپ کو پتہ ہوگا کہ جب پاکستان کی تحریک چل رہی تھی تو ال انڈیا تحریک تھی وہ</w:t>
      </w:r>
    </w:p>
    <w:p>
      <w:r>
        <w:rPr>
          <w:b/>
        </w:rPr>
        <w:t xml:space="preserve">[1:16:36] </w:t>
      </w:r>
      <w:r>
        <w:t>yani woh tehreek sirf Pakistan mein nahi thi all India thi har jagah to woh naujawan aawaz dete the Pakistan ka matlab kya la ilaha illallah</w:t>
      </w:r>
    </w:p>
    <w:p>
      <w:pPr>
        <w:jc w:val="right"/>
      </w:pPr>
      <w:r>
        <w:t>یعنی وہ تحریک صرف پاکستان میں نہیں تھی ال انڈیا تھی ہر جگہ تو وہ نوجوان اواز دیتے تھے پاکستان کا مطلب کیا لا الہ الا اللہ</w:t>
      </w:r>
    </w:p>
    <w:p>
      <w:r>
        <w:rPr>
          <w:b/>
        </w:rPr>
        <w:t xml:space="preserve">[1:16:50] </w:t>
      </w:r>
      <w:r>
        <w:t>pakistan ka matlab kya la ilaha illallah</w:t>
      </w:r>
    </w:p>
    <w:p>
      <w:pPr>
        <w:jc w:val="right"/>
      </w:pPr>
      <w:r>
        <w:t>پاکستان کا مطلب کیا لا الہ الا اللہ</w:t>
      </w:r>
    </w:p>
    <w:p>
      <w:r>
        <w:rPr>
          <w:b/>
        </w:rPr>
        <w:t xml:space="preserve">[1:16:54] </w:t>
      </w:r>
      <w:r>
        <w:t>to aaj mein yahi soch raha tha</w:t>
      </w:r>
    </w:p>
    <w:p>
      <w:pPr>
        <w:jc w:val="right"/>
      </w:pPr>
      <w:r>
        <w:t>تو اج میں یہی سوچ رہا تھا</w:t>
      </w:r>
    </w:p>
    <w:p>
      <w:r>
        <w:rPr>
          <w:b/>
        </w:rPr>
        <w:t xml:space="preserve">[1:16:58] </w:t>
      </w:r>
      <w:r>
        <w:t>ke india ke musalmanon ne khas taur par pakistan ke musalmanon ne</w:t>
      </w:r>
    </w:p>
    <w:p>
      <w:pPr>
        <w:jc w:val="right"/>
      </w:pPr>
      <w:r>
        <w:t>کہ انڈیا کے مسلمانوں نے خاص طور پر پاکستان کے مسلمانوں نے</w:t>
      </w:r>
    </w:p>
    <w:p>
      <w:r>
        <w:rPr>
          <w:b/>
        </w:rPr>
        <w:t xml:space="preserve">[1:17:06] </w:t>
      </w:r>
      <w:r>
        <w:t>in alfaaz ke sath goya allah se wada kiya tha ke khuda ya tu hamein pakistan de aur hum</w:t>
      </w:r>
    </w:p>
    <w:p>
      <w:pPr>
        <w:jc w:val="right"/>
      </w:pPr>
      <w:r>
        <w:t>ان الفاظ کے ساتھ گویا اللہ سے وعدہ کیا تھا کہ خدایا تو ہمیں پاکستان دے اور ہم</w:t>
      </w:r>
    </w:p>
    <w:p>
      <w:r>
        <w:rPr>
          <w:b/>
        </w:rPr>
        <w:t xml:space="preserve">[1:17:15] </w:t>
      </w:r>
      <w:r>
        <w:t>la ilaha illallah ko sare dunya mein phaila dein allah ne hamein aur aap ko is tarah</w:t>
      </w:r>
    </w:p>
    <w:p>
      <w:pPr>
        <w:jc w:val="right"/>
      </w:pPr>
      <w:r>
        <w:t>لا الہ الا اللہ کو سارے دنیا میں پھیلا دیں اللہ نے ہمیں اور اپ کو اس طرح</w:t>
      </w:r>
    </w:p>
    <w:p>
      <w:r>
        <w:rPr>
          <w:b/>
        </w:rPr>
        <w:t xml:space="preserve">[1:17:20] </w:t>
      </w:r>
      <w:r>
        <w:t>hamein yahi sare wasail ko istemal kar ke allah ke kalam ko quran ko har zaban mein tarjuma</w:t>
      </w:r>
    </w:p>
    <w:p>
      <w:pPr>
        <w:jc w:val="right"/>
      </w:pPr>
      <w:r>
        <w:t>ہمیں یہی سارے وسائل کو استعمال کر کے اللہ کے کلام کو قران کو ہر زبان میں ترجمہ</w:t>
      </w:r>
    </w:p>
    <w:p>
      <w:r>
        <w:rPr>
          <w:b/>
        </w:rPr>
        <w:t xml:space="preserve">[1:17:28] </w:t>
      </w:r>
      <w:r>
        <w:t>kar ke phaila dein</w:t>
      </w:r>
    </w:p>
    <w:p>
      <w:pPr>
        <w:jc w:val="right"/>
      </w:pPr>
      <w:r>
        <w:t>کر کے پھیلا دیں</w:t>
      </w:r>
    </w:p>
    <w:p>
      <w:r>
        <w:rPr>
          <w:b/>
        </w:rPr>
        <w:t xml:space="preserve">[1:17:31] </w:t>
      </w:r>
      <w:r>
        <w:t>yahi keh rahe the goya kyunke la ilaha illallah to kalma quran hai</w:t>
      </w:r>
    </w:p>
    <w:p>
      <w:pPr>
        <w:jc w:val="right"/>
      </w:pPr>
      <w:r>
        <w:t>یہی کہہ رہے تھے گویا کیونکہ لا الہ الا اللہ تو کلمہ قران ہے</w:t>
      </w:r>
    </w:p>
    <w:p>
      <w:r>
        <w:rPr>
          <w:b/>
        </w:rPr>
        <w:t xml:space="preserve">[1:17:36] </w:t>
      </w:r>
      <w:r>
        <w:t>lekin</w:t>
      </w:r>
    </w:p>
    <w:p>
      <w:pPr>
        <w:jc w:val="right"/>
      </w:pPr>
      <w:r>
        <w:t>لیکن</w:t>
      </w:r>
    </w:p>
    <w:p>
      <w:r>
        <w:rPr>
          <w:b/>
        </w:rPr>
        <w:t xml:space="preserve">[1:17:37] </w:t>
      </w:r>
      <w:r>
        <w:t>aap dekhiye Pakistan banne ke baad kya hua log aapas mein ladne lage aapas mein ladne lage jaise ke kisi ne hijack kar liya cricket cricket mein aik term hai sledging</w:t>
      </w:r>
    </w:p>
    <w:p>
      <w:pPr>
        <w:jc w:val="right"/>
      </w:pPr>
      <w:r>
        <w:t>اپ دیکھیے پاکستان بننے کے بعد کیا ہوا لوگ اپس میں لڑنے لگے اپس میں لڑنے لگے جیسے کہ کسی نے ہائی جیک کر لیا کرکٹ کرکٹ میں ایک ٹرم ہے سلیجنگ</w:t>
      </w:r>
    </w:p>
    <w:p>
      <w:r>
        <w:rPr>
          <w:b/>
        </w:rPr>
        <w:t xml:space="preserve">[1:17:57] </w:t>
      </w:r>
      <w:r>
        <w:t>ap mujh se zyada jante hain ke jab do team khel rahi ho</w:t>
      </w:r>
    </w:p>
    <w:p>
      <w:pPr>
        <w:jc w:val="right"/>
      </w:pPr>
      <w:r>
        <w:t>اپ مجھ سے زیادہ جانتے ہیں کہ جب دو ٹیم کھیل رہی ہو</w:t>
      </w:r>
    </w:p>
    <w:p>
      <w:r>
        <w:rPr>
          <w:b/>
        </w:rPr>
        <w:t xml:space="preserve">[1:18:03] </w:t>
      </w:r>
      <w:r>
        <w:t>aur ek team</w:t>
      </w:r>
    </w:p>
    <w:p>
      <w:pPr>
        <w:jc w:val="right"/>
      </w:pPr>
      <w:r>
        <w:t>اور ایک ٹیم</w:t>
      </w:r>
    </w:p>
    <w:p>
      <w:r>
        <w:rPr>
          <w:b/>
        </w:rPr>
        <w:t xml:space="preserve">[1:18:07] </w:t>
      </w:r>
      <w:r>
        <w:t>acchi performance dikha rahi ho</w:t>
      </w:r>
    </w:p>
    <w:p>
      <w:pPr>
        <w:jc w:val="right"/>
      </w:pPr>
      <w:r>
        <w:t>اچھی پرفارمنس دکھا رہی ہو</w:t>
      </w:r>
    </w:p>
    <w:p>
      <w:r>
        <w:rPr>
          <w:b/>
        </w:rPr>
        <w:t xml:space="preserve">[1:18:12] </w:t>
      </w:r>
      <w:r>
        <w:t>to doosri team is ko kuch aisi baat kahe gi</w:t>
      </w:r>
    </w:p>
    <w:p>
      <w:pPr>
        <w:jc w:val="right"/>
      </w:pPr>
      <w:r>
        <w:t>تو دوسری ٹیم اس کو کچھ ایسی بات کہے گی</w:t>
      </w:r>
    </w:p>
    <w:p>
      <w:r>
        <w:rPr>
          <w:b/>
        </w:rPr>
        <w:t xml:space="preserve">[1:18:17] </w:t>
      </w:r>
      <w:r>
        <w:t>ke wo is ka tempo khatm ho jaye</w:t>
      </w:r>
    </w:p>
    <w:p>
      <w:pPr>
        <w:jc w:val="right"/>
      </w:pPr>
      <w:r>
        <w:t>کہ وہ اس کا ٹیمپو ختم ہو جائے</w:t>
      </w:r>
    </w:p>
    <w:p>
      <w:r>
        <w:rPr>
          <w:b/>
        </w:rPr>
        <w:t xml:space="preserve">[1:18:23] </w:t>
      </w:r>
      <w:r>
        <w:t>ek bari zabardast tempo ke sath wo khel rahe hain wo jeetne wale hain to haarne wali team</w:t>
      </w:r>
    </w:p>
    <w:p>
      <w:pPr>
        <w:jc w:val="right"/>
      </w:pPr>
      <w:r>
        <w:t>ایک بڑی زبردست ٹیمپو کے ساتھ وہ کھیل رہے ہیں وہ جیتنے والے ہیں تو ہارنے والی ٹیم</w:t>
      </w:r>
    </w:p>
    <w:p>
      <w:r>
        <w:rPr>
          <w:b/>
        </w:rPr>
        <w:t xml:space="preserve">[1:18:29] </w:t>
      </w:r>
      <w:r>
        <w:t>kuch aisi baat kahe gi provoke karne wali un ko</w:t>
      </w:r>
    </w:p>
    <w:p>
      <w:pPr>
        <w:jc w:val="right"/>
      </w:pPr>
      <w:r>
        <w:t>کچھ ایسی بات کہے گی پرووک کرنے والی ان کو</w:t>
      </w:r>
    </w:p>
    <w:p>
      <w:r>
        <w:rPr>
          <w:b/>
        </w:rPr>
        <w:t xml:space="preserve">[1:18:35] </w:t>
      </w:r>
      <w:r>
        <w:t>ke un ka tempo khatm ho jaye wo haar jayen is ko kehte hain sledging</w:t>
      </w:r>
    </w:p>
    <w:p>
      <w:pPr>
        <w:jc w:val="right"/>
      </w:pPr>
      <w:r>
        <w:t>کہ ان کا ٹیمپو ختم ہو جائے وہ ہار جائیں اس کو کہتے ہیں سلیجنگ</w:t>
      </w:r>
    </w:p>
    <w:p>
      <w:r>
        <w:rPr>
          <w:b/>
        </w:rPr>
        <w:t xml:space="preserve">[1:18:42] </w:t>
      </w:r>
      <w:r>
        <w:t>to</w:t>
      </w:r>
    </w:p>
    <w:p>
      <w:pPr>
        <w:jc w:val="right"/>
      </w:pPr>
      <w:r>
        <w:t>تو</w:t>
      </w:r>
    </w:p>
    <w:p>
      <w:r>
        <w:rPr>
          <w:b/>
        </w:rPr>
        <w:t xml:space="preserve">[1:18:43] </w:t>
      </w:r>
      <w:r>
        <w:t>pakistan ke baad yahi hua</w:t>
      </w:r>
    </w:p>
    <w:p>
      <w:pPr>
        <w:jc w:val="right"/>
      </w:pPr>
      <w:r>
        <w:t>پاکستان کے بعد یہی ہوا</w:t>
      </w:r>
    </w:p>
    <w:p>
      <w:r>
        <w:rPr>
          <w:b/>
        </w:rPr>
        <w:t xml:space="preserve">[1:18:46] </w:t>
      </w:r>
      <w:r>
        <w:t>kuch aur taqaten</w:t>
      </w:r>
    </w:p>
    <w:p>
      <w:pPr>
        <w:jc w:val="right"/>
      </w:pPr>
      <w:r>
        <w:t>کچھ اور طاقتیں</w:t>
      </w:r>
    </w:p>
    <w:p>
      <w:r>
        <w:rPr>
          <w:b/>
        </w:rPr>
        <w:t xml:space="preserve">[1:18:49] </w:t>
      </w:r>
      <w:r>
        <w:t>ubhren jinho ne is tempo ko highjack kar liya</w:t>
      </w:r>
    </w:p>
    <w:p>
      <w:pPr>
        <w:jc w:val="right"/>
      </w:pPr>
      <w:r>
        <w:t>ابھریں جنہوں نے اس ٹیمپو کو ہائی جیک کر لیا</w:t>
      </w:r>
    </w:p>
    <w:p>
      <w:r>
        <w:rPr>
          <w:b/>
        </w:rPr>
        <w:t xml:space="preserve">[1:18:54] </w:t>
      </w:r>
      <w:r>
        <w:t>jo tempo ubhra tha pakistan ka matlab ke la ilaha illallah ek tempo</w:t>
      </w:r>
    </w:p>
    <w:p>
      <w:pPr>
        <w:jc w:val="right"/>
      </w:pPr>
      <w:r>
        <w:t>جو ٹیمپو ابھرا تھا پاکستان کا مطلب کہ لا الہ الا اللہ ایک ٹیمپو</w:t>
      </w:r>
    </w:p>
    <w:p>
      <w:r>
        <w:rPr>
          <w:b/>
        </w:rPr>
        <w:t xml:space="preserve">[1:19:00] </w:t>
      </w:r>
      <w:r>
        <w:t>to kuch taqaton ne is ko highjack is tarah kiya ke shikayat ki baaten bohat zyada phaila</w:t>
      </w:r>
    </w:p>
    <w:p>
      <w:pPr>
        <w:jc w:val="right"/>
      </w:pPr>
      <w:r>
        <w:t>تو کچھ طاقتوں نے اس کو ہائی جیک اس طرح کیا کہ شکایت کی باتیں بہت زیادہ پھیلا</w:t>
      </w:r>
    </w:p>
    <w:p>
      <w:r>
        <w:rPr>
          <w:b/>
        </w:rPr>
        <w:t xml:space="preserve">[1:19:05] </w:t>
      </w:r>
      <w:r>
        <w:t>deen hum mazloom hain bohat zyada phaila diya bas ladaai bhadaai shuru ho gayi jis ko dekhiye bas hum</w:t>
      </w:r>
    </w:p>
    <w:p>
      <w:pPr>
        <w:jc w:val="right"/>
      </w:pPr>
      <w:r>
        <w:t>دیں ہم مظلوم ہیں بہت زیادہ پھیلا دیا بس لڑائی بھڑائی شروع ہوگئی جس کو دیکھیے بس ہم</w:t>
      </w:r>
    </w:p>
    <w:p>
      <w:r>
        <w:rPr>
          <w:b/>
        </w:rPr>
        <w:t xml:space="preserve">[1:19:13] </w:t>
      </w:r>
      <w:r>
        <w:t>mazloom hain hamare sath bura sulook hua hai hamare sath haq talfi hui hai</w:t>
      </w:r>
    </w:p>
    <w:p>
      <w:pPr>
        <w:jc w:val="right"/>
      </w:pPr>
      <w:r>
        <w:t>مظلوم ہیں ہمارے ساتھ برا سلوک ہوا ہے ہمارے ساتھ حق تلفی ہوئی ہے</w:t>
      </w:r>
    </w:p>
    <w:p>
      <w:r>
        <w:rPr>
          <w:b/>
        </w:rPr>
        <w:t xml:space="preserve">[1:19:22] </w:t>
      </w:r>
      <w:r>
        <w:t>is tarah se kuch taqaton ne ek political sledging ki</w:t>
      </w:r>
    </w:p>
    <w:p>
      <w:pPr>
        <w:jc w:val="right"/>
      </w:pPr>
      <w:r>
        <w:t>اس طرح سے کچھ طاقتوں نے ایک پولیٹیکل سلیجنگ کی</w:t>
      </w:r>
    </w:p>
    <w:p>
      <w:r>
        <w:rPr>
          <w:b/>
        </w:rPr>
        <w:t xml:space="preserve">[1:19:28] </w:t>
      </w:r>
      <w:r>
        <w:t>aur</w:t>
      </w:r>
    </w:p>
    <w:p>
      <w:pPr>
        <w:jc w:val="right"/>
      </w:pPr>
      <w:r>
        <w:t>اور</w:t>
      </w:r>
    </w:p>
    <w:p>
      <w:r>
        <w:rPr>
          <w:b/>
        </w:rPr>
        <w:t xml:space="preserve">[1:19:28] </w:t>
      </w:r>
      <w:r>
        <w:t>is tempo ko high jack kar liya aur pakistan ke log is ka shikar ho gaye</w:t>
      </w:r>
    </w:p>
    <w:p>
      <w:pPr>
        <w:jc w:val="right"/>
      </w:pPr>
      <w:r>
        <w:t>اس ٹیمپو کو ہائی جیک کر لیا اور پاکستان کے لوگ اس کا شکار ہو گئے</w:t>
      </w:r>
    </w:p>
    <w:p>
      <w:r>
        <w:rPr>
          <w:b/>
        </w:rPr>
        <w:t xml:space="preserve">[1:19:39] </w:t>
      </w:r>
      <w:r>
        <w:t>is unho ne hijackers ke fareb mein aa gaye</w:t>
      </w:r>
    </w:p>
    <w:p>
      <w:pPr>
        <w:jc w:val="right"/>
      </w:pPr>
      <w:r>
        <w:t>اس انہوں نے ہائی جیکرز کے فریب میں اگئے</w:t>
      </w:r>
    </w:p>
    <w:p>
      <w:r>
        <w:rPr>
          <w:b/>
        </w:rPr>
        <w:t xml:space="preserve">[1:19:43] </w:t>
      </w:r>
      <w:r>
        <w:t>yani pakistan ke tempo ko</w:t>
      </w:r>
    </w:p>
    <w:p>
      <w:pPr>
        <w:jc w:val="right"/>
      </w:pPr>
      <w:r>
        <w:t>یعنی پاکستان کے ٹیمپو کو</w:t>
      </w:r>
    </w:p>
    <w:p>
      <w:r>
        <w:rPr>
          <w:b/>
        </w:rPr>
        <w:t xml:space="preserve">[1:19:47] </w:t>
      </w:r>
      <w:r>
        <w:t>unho ne highjack kiya aur khud pakistan ke log is ka shikar ho gaye lage hue hain</w:t>
      </w:r>
    </w:p>
    <w:p>
      <w:pPr>
        <w:jc w:val="right"/>
      </w:pPr>
      <w:r>
        <w:t>انہوں نے ہائی جیک کیا اور خود پاکستان کے لوگ اس کا شکار ہو گئے لگے ہوئے ہیں</w:t>
      </w:r>
    </w:p>
    <w:p>
      <w:r>
        <w:rPr>
          <w:b/>
        </w:rPr>
        <w:t xml:space="preserve">[1:19:53] </w:t>
      </w:r>
      <w:r>
        <w:t>koi is kaam karne ka</w:t>
      </w:r>
    </w:p>
    <w:p>
      <w:pPr>
        <w:jc w:val="right"/>
      </w:pPr>
      <w:r>
        <w:t>کوئی اس کام کرنے کا</w:t>
      </w:r>
    </w:p>
    <w:p>
      <w:r>
        <w:rPr>
          <w:b/>
        </w:rPr>
        <w:t xml:space="preserve">[1:19:56] </w:t>
      </w:r>
      <w:r>
        <w:t>mujhe ek waqia yaad ata hai ek banda mein gaya tha iraq</w:t>
      </w:r>
    </w:p>
    <w:p>
      <w:pPr>
        <w:jc w:val="right"/>
      </w:pPr>
      <w:r>
        <w:t>مجھے ایک واقعہ یاد اتا ہے ایک بندہ میں گیا تھا عراق</w:t>
      </w:r>
    </w:p>
    <w:p>
      <w:r>
        <w:rPr>
          <w:b/>
        </w:rPr>
        <w:t xml:space="preserve">[1:20:02] </w:t>
      </w:r>
      <w:r>
        <w:t>to iraq mein ek pakistani shia aaye the ziyarat ke liye</w:t>
      </w:r>
    </w:p>
    <w:p>
      <w:pPr>
        <w:jc w:val="right"/>
      </w:pPr>
      <w:r>
        <w:t>تو عراق میں ایک پاکستانی شیعہ ائے تھے زیارت کے لیے</w:t>
      </w:r>
    </w:p>
    <w:p>
      <w:r>
        <w:rPr>
          <w:b/>
        </w:rPr>
        <w:t xml:space="preserve">[1:20:09] </w:t>
      </w:r>
      <w:r>
        <w:t>wo senior the wo</w:t>
      </w:r>
    </w:p>
    <w:p>
      <w:pPr>
        <w:jc w:val="right"/>
      </w:pPr>
      <w:r>
        <w:t>وہ سینئر تھے وہ</w:t>
      </w:r>
    </w:p>
    <w:p>
      <w:r>
        <w:rPr>
          <w:b/>
        </w:rPr>
        <w:t xml:space="preserve">[1:20:12] </w:t>
      </w:r>
      <w:r>
        <w:t>pakistani shia to un se mein ne poocha acha woh dilli se gaye thay pakistan dilli se</w:t>
      </w:r>
    </w:p>
    <w:p>
      <w:pPr>
        <w:jc w:val="right"/>
      </w:pPr>
      <w:r>
        <w:t>پاکستانی شیعہ تو ان سے میں نے پوچھا اچھا وہ دلی سے گئے تھے پاکستان دلی سے</w:t>
      </w:r>
    </w:p>
    <w:p>
      <w:r>
        <w:rPr>
          <w:b/>
        </w:rPr>
        <w:t xml:space="preserve">[1:20:22] </w:t>
      </w:r>
      <w:r>
        <w:t>migrate kar ke pakistan banne ke baad to</w:t>
      </w:r>
    </w:p>
    <w:p>
      <w:pPr>
        <w:jc w:val="right"/>
      </w:pPr>
      <w:r>
        <w:t>مائیگریٹ کر کے پاکستان بننے کے بعد تو</w:t>
      </w:r>
    </w:p>
    <w:p>
      <w:r>
        <w:rPr>
          <w:b/>
        </w:rPr>
        <w:t xml:space="preserve">[1:20:25] </w:t>
      </w:r>
      <w:r>
        <w:t>mein ne un se poocha ke aap ne pakistan banne se pehle bhi dekha hai aur pakistan banne</w:t>
      </w:r>
    </w:p>
    <w:p>
      <w:pPr>
        <w:jc w:val="right"/>
      </w:pPr>
      <w:r>
        <w:t>میں نے ان سے پوچھا کہ اپ نے پاکستان بننے سے پہلے بھی دیکھا ہے اور پاکستان بننے</w:t>
      </w:r>
    </w:p>
    <w:p>
      <w:r>
        <w:rPr>
          <w:b/>
        </w:rPr>
        <w:t xml:space="preserve">[1:20:32] </w:t>
      </w:r>
      <w:r>
        <w:t>ke baad bhi dekha hai is mulk ko</w:t>
      </w:r>
    </w:p>
    <w:p>
      <w:pPr>
        <w:jc w:val="right"/>
      </w:pPr>
      <w:r>
        <w:t>کے بعد بھی دیکھا ہے اس ملک کو</w:t>
      </w:r>
    </w:p>
    <w:p>
      <w:r>
        <w:rPr>
          <w:b/>
        </w:rPr>
        <w:t xml:space="preserve">[1:20:36] </w:t>
      </w:r>
      <w:r>
        <w:t>aap ka kya</w:t>
      </w:r>
    </w:p>
    <w:p>
      <w:pPr>
        <w:jc w:val="right"/>
      </w:pPr>
      <w:r>
        <w:t>اپ کا کیا</w:t>
      </w:r>
    </w:p>
    <w:p>
      <w:r>
        <w:rPr>
          <w:b/>
        </w:rPr>
        <w:t xml:space="preserve">[1:20:38] </w:t>
      </w:r>
      <w:r>
        <w:t>tajurba hai to woh rone lage</w:t>
      </w:r>
    </w:p>
    <w:p>
      <w:pPr>
        <w:jc w:val="right"/>
      </w:pPr>
      <w:r>
        <w:t>تجربہ ہے تو وہ رونے لگے</w:t>
      </w:r>
    </w:p>
    <w:p>
      <w:r>
        <w:rPr>
          <w:b/>
        </w:rPr>
        <w:t xml:space="preserve">[1:20:44] </w:t>
      </w:r>
      <w:r>
        <w:t>woh buzurg jo thay rone lage ro kar unhon ne kaha</w:t>
      </w:r>
    </w:p>
    <w:p>
      <w:pPr>
        <w:jc w:val="right"/>
      </w:pPr>
      <w:r>
        <w:t>وہ بزرگ جو تھے رونے لگے رو کر انہوں نے کہا</w:t>
      </w:r>
    </w:p>
    <w:p>
      <w:r>
        <w:rPr>
          <w:b/>
        </w:rPr>
        <w:t xml:space="preserve">[1:20:50] </w:t>
      </w:r>
      <w:r>
        <w:t>ab tak mujhe yaad hai</w:t>
      </w:r>
    </w:p>
    <w:p>
      <w:pPr>
        <w:jc w:val="right"/>
      </w:pPr>
      <w:r>
        <w:t>اب تک مجھے یاد ہے</w:t>
      </w:r>
    </w:p>
    <w:p>
      <w:r>
        <w:rPr>
          <w:b/>
        </w:rPr>
        <w:t xml:space="preserve">[1:20:52] </w:t>
      </w:r>
      <w:r>
        <w:t>ke haal kya pehle hum log hindu musalman ka naam pe ladte thay ab hum ladte hain shia</w:t>
      </w:r>
    </w:p>
    <w:p>
      <w:pPr>
        <w:jc w:val="right"/>
      </w:pPr>
      <w:r>
        <w:t>کہ حال کیا پہلے ہم لوگ ہندو مسلمان کا نام پہ لڑتے تھے اب ہم لڑتے ہیں شیعہ</w:t>
      </w:r>
    </w:p>
    <w:p>
      <w:r>
        <w:rPr>
          <w:b/>
        </w:rPr>
        <w:t xml:space="preserve">[1:21:00] </w:t>
      </w:r>
      <w:r>
        <w:t>sunni shia ke naam par</w:t>
      </w:r>
    </w:p>
    <w:p>
      <w:pPr>
        <w:jc w:val="right"/>
      </w:pPr>
      <w:r>
        <w:t>سنی شیعہ کے نام پر</w:t>
      </w:r>
    </w:p>
    <w:p>
      <w:r>
        <w:rPr>
          <w:b/>
        </w:rPr>
        <w:t xml:space="preserve">[1:21:03] </w:t>
      </w:r>
      <w:r>
        <w:t>pehlay hindu muslim jhagray thay ab shia sunni jhagray hain</w:t>
      </w:r>
    </w:p>
    <w:p>
      <w:pPr>
        <w:jc w:val="right"/>
      </w:pPr>
      <w:r>
        <w:t>پہلے ہندو مسلم جھگڑے تھے اب شیعہ سنی جھگڑے ہیں</w:t>
      </w:r>
    </w:p>
    <w:p>
      <w:r>
        <w:rPr>
          <w:b/>
        </w:rPr>
        <w:t xml:space="preserve">[1:21:08] </w:t>
      </w:r>
      <w:r>
        <w:t>woh mujhe yaad aya</w:t>
      </w:r>
    </w:p>
    <w:p>
      <w:pPr>
        <w:jc w:val="right"/>
      </w:pPr>
      <w:r>
        <w:t>وہ مجھے یاد ایا</w:t>
      </w:r>
    </w:p>
    <w:p>
      <w:r>
        <w:rPr>
          <w:b/>
        </w:rPr>
        <w:t xml:space="preserve">[1:21:13] </w:t>
      </w:r>
      <w:r>
        <w:t>to ek waqia hai ke 1947 se pehle pure muslim mein ek tempo aaya tha tempo pakistan ka matlab kya la ilaha illallah to la ilaha illallah ek paigham hai ek kalma toheed ka is naam par logon ka to ek tempo paida hua tha ke hamein la ilaha ko sari dunya mein phailana hai aisa lagta tha ke wo waqia ho jayega ke</w:t>
      </w:r>
    </w:p>
    <w:p>
      <w:pPr>
        <w:jc w:val="right"/>
      </w:pPr>
      <w:r>
        <w:t>تو ایک واقعہ ہے کہ 1947 سے پہلے پورے مسلم میں ایک ٹیمپو ایا تھا ٹیمپو پاکستان کا مطلب کیا لا الہ الا اللہ تو لا الہ الا اللہ ایک پیغام ہے ایک کلمہ ہے توحید کا اس نام پر لوگوں کا تو ایک ٹیمپو پیدا ہوا تھا کہ ہمیں لا الہ کو ساری دنیا میں پھیلانا ہے ایسا لگتا تھا کہ وہ واقعہ ہو جائے گا کہ</w:t>
      </w:r>
    </w:p>
    <w:p>
      <w:r>
        <w:rPr>
          <w:b/>
        </w:rPr>
        <w:t xml:space="preserve">[1:21:42] </w:t>
      </w:r>
      <w:r>
        <w:t>wallah laib laghnad ar rab ma balagh laib an nahar laib laib laghnad ar rab ma balagh laib an nahar to lagta</w:t>
      </w:r>
    </w:p>
    <w:p>
      <w:pPr>
        <w:jc w:val="right"/>
      </w:pPr>
      <w:r>
        <w:t>واللہ لیب لغنہاد الرب ما بلغ لیب النہار لیب لیب لغنہاد الرب ما بلغ لیب النہار تو لگتا</w:t>
      </w:r>
    </w:p>
    <w:p>
      <w:r>
        <w:rPr>
          <w:b/>
        </w:rPr>
        <w:t xml:space="preserve">[1:21:53] </w:t>
      </w:r>
      <w:r>
        <w:t>tha ke yeh tempo la ilah ke naam par aya hai</w:t>
      </w:r>
    </w:p>
    <w:p>
      <w:pPr>
        <w:jc w:val="right"/>
      </w:pPr>
      <w:r>
        <w:t>تھا کہ یہ ٹیمپو لا الہ کے نام پر ایا ہے</w:t>
      </w:r>
    </w:p>
    <w:p>
      <w:r>
        <w:rPr>
          <w:b/>
        </w:rPr>
        <w:t xml:space="preserve">[1:21:58] </w:t>
      </w:r>
      <w:r>
        <w:t>jo rasool Allah ne wahan par</w:t>
      </w:r>
    </w:p>
    <w:p>
      <w:pPr>
        <w:jc w:val="right"/>
      </w:pPr>
      <w:r>
        <w:t>جو رسول اللہ نے وہاں پر</w:t>
      </w:r>
    </w:p>
    <w:p>
      <w:r>
        <w:rPr>
          <w:b/>
        </w:rPr>
        <w:t xml:space="preserve">[1:22:02] </w:t>
      </w:r>
      <w:r>
        <w:t>rasool Allah ne ka tareeqa tha makkah mein</w:t>
      </w:r>
    </w:p>
    <w:p>
      <w:pPr>
        <w:jc w:val="right"/>
      </w:pPr>
      <w:r>
        <w:t>رسول اللہ نے کا طریقہ تھا مکہ میں</w:t>
      </w:r>
    </w:p>
    <w:p>
      <w:r>
        <w:rPr>
          <w:b/>
        </w:rPr>
        <w:t xml:space="preserve">[1:22:06] </w:t>
      </w:r>
      <w:r>
        <w:t>qoolo la ilah ill Allah taflou</w:t>
      </w:r>
    </w:p>
    <w:p>
      <w:pPr>
        <w:jc w:val="right"/>
      </w:pPr>
      <w:r>
        <w:t>قولو لا الہ الا اللہ طفلو</w:t>
      </w:r>
    </w:p>
    <w:p>
      <w:r>
        <w:rPr>
          <w:b/>
        </w:rPr>
        <w:t xml:space="preserve">[1:22:10] </w:t>
      </w:r>
      <w:r>
        <w:t>aap wahan par majmay majamay mein jatay thay aur kehtay thay ayaha nas qoolo la ilah ill Allah</w:t>
      </w:r>
    </w:p>
    <w:p>
      <w:pPr>
        <w:jc w:val="right"/>
      </w:pPr>
      <w:r>
        <w:t>اپ وہاں پر مجمعے مجامع میں جاتے تھے اور کہتے تھے ایہا الناس قولو لا الہ الا اللہ</w:t>
      </w:r>
    </w:p>
    <w:p>
      <w:r>
        <w:rPr>
          <w:b/>
        </w:rPr>
        <w:t xml:space="preserve">[1:22:17] </w:t>
      </w:r>
      <w:r>
        <w:t>taflou to aisa lagta tha ke woh kaam to hua tha makkah mein ab jo ummat muslema ke</w:t>
      </w:r>
    </w:p>
    <w:p>
      <w:pPr>
        <w:jc w:val="right"/>
      </w:pPr>
      <w:r>
        <w:t>طفلو تو ایسا لگتا تھا کہ وہ کام تو ہوا تھا مکے میں اب جو امت مسلمہ کے</w:t>
      </w:r>
    </w:p>
    <w:p>
      <w:r>
        <w:rPr>
          <w:b/>
        </w:rPr>
        <w:t xml:space="preserve">[1:22:24] </w:t>
      </w:r>
      <w:r>
        <w:t>andar tempo paida hua hai la ilah ka to sari</w:t>
      </w:r>
    </w:p>
    <w:p>
      <w:pPr>
        <w:jc w:val="right"/>
      </w:pPr>
      <w:r>
        <w:t>اندر ٹیمپو پیدا ہوا ہے لا الہ کا تو ساری</w:t>
      </w:r>
    </w:p>
    <w:p>
      <w:r>
        <w:rPr>
          <w:b/>
        </w:rPr>
        <w:t xml:space="preserve">[1:22:28] </w:t>
      </w:r>
      <w:r>
        <w:t>duniya mein woh phail jayen ge</w:t>
      </w:r>
    </w:p>
    <w:p>
      <w:pPr>
        <w:jc w:val="right"/>
      </w:pPr>
      <w:r>
        <w:t>دنیا میں وہ پھیل جائیں گے</w:t>
      </w:r>
    </w:p>
    <w:p>
      <w:r>
        <w:rPr>
          <w:b/>
        </w:rPr>
        <w:t xml:space="preserve">[1:22:31] </w:t>
      </w:r>
      <w:r>
        <w:t>aur kahain ge duniya se aye logon toheed ka rasta pakro aye logon quran ko parho</w:t>
      </w:r>
    </w:p>
    <w:p>
      <w:pPr>
        <w:jc w:val="right"/>
      </w:pPr>
      <w:r>
        <w:t>اور کہیں گے دنیا سے اے لوگوں توحید کا راستہ پکڑو اے لوگوں قران کو پڑھو</w:t>
      </w:r>
    </w:p>
    <w:p>
      <w:r>
        <w:rPr>
          <w:b/>
        </w:rPr>
        <w:t xml:space="preserve">[1:22:39] </w:t>
      </w:r>
      <w:r>
        <w:t>lekin aisa lagta hai ke koi shaitan kood pada</w:t>
      </w:r>
    </w:p>
    <w:p>
      <w:pPr>
        <w:jc w:val="right"/>
      </w:pPr>
      <w:r>
        <w:t>لیکن ایسا لگتا ہے کہ کوئی شیطان کود پڑا</w:t>
      </w:r>
    </w:p>
    <w:p>
      <w:r>
        <w:rPr>
          <w:b/>
        </w:rPr>
        <w:t xml:space="preserve">[1:22:45] </w:t>
      </w:r>
      <w:r>
        <w:t>aur us ne hijack kar liya is tempe ko</w:t>
      </w:r>
    </w:p>
    <w:p>
      <w:pPr>
        <w:jc w:val="right"/>
      </w:pPr>
      <w:r>
        <w:t>اور اس نے ہائی جیک کر لیا اس ٹیمپے کو</w:t>
      </w:r>
    </w:p>
    <w:p>
      <w:r>
        <w:rPr>
          <w:b/>
        </w:rPr>
        <w:t xml:space="preserve">[1:22:50] </w:t>
      </w:r>
      <w:r>
        <w:t>aur woh tempo an awail reh gaya</w:t>
      </w:r>
    </w:p>
    <w:p>
      <w:pPr>
        <w:jc w:val="right"/>
      </w:pPr>
      <w:r>
        <w:t>اور وہ ٹیمپو ان اویل رہ گیا</w:t>
      </w:r>
    </w:p>
    <w:p>
      <w:r>
        <w:rPr>
          <w:b/>
        </w:rPr>
        <w:t xml:space="preserve">[1:22:53] </w:t>
      </w:r>
      <w:r>
        <w:t>woh jo tempo tha woh in awail reh gaya</w:t>
      </w:r>
    </w:p>
    <w:p>
      <w:pPr>
        <w:jc w:val="right"/>
      </w:pPr>
      <w:r>
        <w:t>وہ جو ٹیمپو تھا وہ ان اویل رہ گیا</w:t>
      </w:r>
    </w:p>
    <w:p>
      <w:r>
        <w:rPr>
          <w:b/>
        </w:rPr>
        <w:t xml:space="preserve">[1:22:59] </w:t>
      </w:r>
      <w:r>
        <w:t>to meri dua hai ke Allah taala</w:t>
      </w:r>
    </w:p>
    <w:p>
      <w:pPr>
        <w:jc w:val="right"/>
      </w:pPr>
      <w:r>
        <w:t>تو میری دعا ہے کہ اللہ تعالی</w:t>
      </w:r>
    </w:p>
    <w:p>
      <w:r>
        <w:rPr>
          <w:b/>
        </w:rPr>
        <w:t xml:space="preserve">[1:23:02] </w:t>
      </w:r>
      <w:r>
        <w:t>al Pakistan ko</w:t>
      </w:r>
    </w:p>
    <w:p>
      <w:pPr>
        <w:jc w:val="right"/>
      </w:pPr>
      <w:r>
        <w:t>ال پاکستان کو</w:t>
      </w:r>
    </w:p>
    <w:p>
      <w:r>
        <w:rPr>
          <w:b/>
        </w:rPr>
        <w:t xml:space="preserve">[1:23:05] </w:t>
      </w:r>
      <w:r>
        <w:t>samajh de aur dobara is tempo ko revive kare woh</w:t>
      </w:r>
    </w:p>
    <w:p>
      <w:pPr>
        <w:jc w:val="right"/>
      </w:pPr>
      <w:r>
        <w:t>سمجھ دے اور دوبارہ اس ٹیمپو کو ریوائیو کرے وہ</w:t>
      </w:r>
    </w:p>
    <w:p>
      <w:r>
        <w:rPr>
          <w:b/>
        </w:rPr>
        <w:t xml:space="preserve">[1:23:11] </w:t>
      </w:r>
      <w:r>
        <w:t>dobara is tempo ko revive kare aur Rasool Allah ki jo sunnat dawat thi aap kehte the logon</w:t>
      </w:r>
    </w:p>
    <w:p>
      <w:pPr>
        <w:jc w:val="right"/>
      </w:pPr>
      <w:r>
        <w:t>دوبارہ اس ٹیمپو کو ریوائیو کرے اور رسول اللہ کی جو سنت دعوت تھی اپ کہتے تھے لوگوں</w:t>
      </w:r>
    </w:p>
    <w:p>
      <w:r>
        <w:rPr>
          <w:b/>
        </w:rPr>
        <w:t xml:space="preserve">[1:23:17] </w:t>
      </w:r>
      <w:r>
        <w:t>ke paas ja ja kar ke qolo</w:t>
      </w:r>
    </w:p>
    <w:p>
      <w:pPr>
        <w:jc w:val="right"/>
      </w:pPr>
      <w:r>
        <w:t>کے پاس جا جا کر کے قولو</w:t>
      </w:r>
    </w:p>
    <w:p>
      <w:r>
        <w:rPr>
          <w:b/>
        </w:rPr>
        <w:t xml:space="preserve">[1:23:21] </w:t>
      </w:r>
      <w:r>
        <w:t>la ilaha illallah aihya nas qolo la ilaha illallah taflon</w:t>
      </w:r>
    </w:p>
    <w:p>
      <w:pPr>
        <w:jc w:val="right"/>
      </w:pPr>
      <w:r>
        <w:t>لا الہ الا اللہ ایہا الناس قولو لا الہ الا اللہ طفلو</w:t>
      </w:r>
    </w:p>
    <w:p>
      <w:r>
        <w:rPr>
          <w:b/>
        </w:rPr>
        <w:t xml:space="preserve">[1:23:26] </w:t>
      </w:r>
      <w:r>
        <w:t>to ahl e Pakistan dunya ke samne khare ho kar kahein aey logon Quran ko parho</w:t>
      </w:r>
    </w:p>
    <w:p>
      <w:pPr>
        <w:jc w:val="right"/>
      </w:pPr>
      <w:r>
        <w:t>تو اہل پاکستان دنیا کے سامنے کھڑے ہو کر کہیں اے لوگوں قران کو پڑھو</w:t>
      </w:r>
    </w:p>
    <w:p>
      <w:r>
        <w:rPr>
          <w:b/>
        </w:rPr>
        <w:t xml:space="preserve">[1:23:34] </w:t>
      </w:r>
      <w:r>
        <w:t>a logon hum tumhari apni qabil understandable zuban mein quran tumhare paas laye hain ahl e pakistan is waqt Allah ne phaila bhi diya in ko</w:t>
      </w:r>
    </w:p>
    <w:p>
      <w:pPr>
        <w:jc w:val="right"/>
      </w:pPr>
      <w:r>
        <w:t>اے لوگوں ہم تمہاری اپنی قابل انڈرسٹینڈیبل زبان میں قران تمہارے پاس لائے ہیں اہل پاکستان اس وقت اللہ نے پھیلا بھی دیا ان کو</w:t>
      </w:r>
    </w:p>
    <w:p>
      <w:r>
        <w:rPr>
          <w:b/>
        </w:rPr>
        <w:t xml:space="preserve">[1:23:47] </w:t>
      </w:r>
      <w:r>
        <w:t>dunya mein taqreeban 200 mulk hain lekin ek martaba mein ne parhi thi report to taqreeban sare hi mulk mein ahl e pakistan phailay hue hain</w:t>
      </w:r>
    </w:p>
    <w:p>
      <w:pPr>
        <w:jc w:val="right"/>
      </w:pPr>
      <w:r>
        <w:t>دنیا میں تقریبا 200 ملک ہیں لیکن ایک مرتبہ میں نے پڑھی تھی رپورٹ تو تقریبا سارے ہی ملک میں اہل پاکستان پھیلے ہوئے ہیں</w:t>
      </w:r>
    </w:p>
    <w:p>
      <w:r>
        <w:rPr>
          <w:b/>
        </w:rPr>
        <w:t xml:space="preserve">[1:24:00] </w:t>
      </w:r>
      <w:r>
        <w:t>to woh woh tempo revive revive ho aur ahl e pakistan ja ja kar har jagah kahen un ki apni zuban mein keh lo ke hum quran ko tumhari understandable language mein le kar aaye hain parho is ko yeh tumhare tumhare rab ka kalam hai to is tempo ko revive karna hai</w:t>
      </w:r>
    </w:p>
    <w:p>
      <w:pPr>
        <w:jc w:val="right"/>
      </w:pPr>
      <w:r>
        <w:t>تو وہ وہ ٹیمپو ریوائیو ریوائیو ہو اور اہل پاکستان جا جا کر ہر جگہ کہیں ان کی اپنی زبان میں کہہ لو کہ ہم قران کو تمہاری انڈرسٹینڈ لینگویج میں لے کر ائے ہیں پڑھو اس کو یہ تمہارے تمہارے رب کا کلام ہے تو اس ٹیمپو کو ریوائیو کرنا ہے</w:t>
      </w:r>
    </w:p>
    <w:p>
      <w:r>
        <w:rPr>
          <w:b/>
        </w:rPr>
        <w:t xml:space="preserve">[1:24:27] </w:t>
      </w:r>
      <w:r>
        <w:t>here we miss the train</w:t>
      </w:r>
    </w:p>
    <w:p>
      <w:pPr>
        <w:jc w:val="right"/>
      </w:pPr>
      <w:r>
        <w:t>ہیئر وی مس دا ٹرین</w:t>
      </w:r>
    </w:p>
    <w:p>
      <w:r>
        <w:rPr>
          <w:b/>
        </w:rPr>
        <w:t xml:space="preserve">[1:24:31] </w:t>
      </w:r>
      <w:r>
        <w:t>here we missed the train is train ko pakro pakriye is tempo ko revive kijiye aur sari dunya ke samne Allah ne aap ko pohncha diya hai aap pohnche hain aap dollar kamane ke liye ab khade ho jaiye quran ko le kar aur kahiye ke a logon tumhari apni understandable language mein hum laye hain Khuda ka kalam lo us ko parh</w:t>
      </w:r>
    </w:p>
    <w:p>
      <w:pPr>
        <w:jc w:val="right"/>
      </w:pPr>
      <w:r>
        <w:t>ہیئر وی مسڈ دا ٹرین اس ٹرین کو پکڑ جاؤ پکڑیے اس ٹیمپو کو ریوائیو کیجئے اور ساری دنیا کے سامنے اللہ نے اپ کو پہنچا دیا ہے اپ پہنچے ہیں اپ ڈالر کمانے کے لیے اب کھڑے ہو جائیے قران کو لے کر اور کہیے کہ اے لوگوں تمہاری اپنی انڈرسٹینڈیبل لینگویج میں ہم لائے ہیں خدا کا کلام لو اس کو پڑھ</w:t>
      </w:r>
    </w:p>
    <w:p>
      <w:r>
        <w:rPr>
          <w:b/>
        </w:rPr>
        <w:t xml:space="preserve">[1:24:59] </w:t>
      </w:r>
      <w:r>
        <w:t>wohi meri dua hai wohi mein Allah taala se dua karta hoon</w:t>
      </w:r>
    </w:p>
    <w:p>
      <w:pPr>
        <w:jc w:val="right"/>
      </w:pPr>
      <w:r>
        <w:t>و یہی میری دعا ہے یہی میں اللہ تعالی سے دعا کرتا ہوں</w:t>
      </w:r>
    </w:p>
    <w:p>
      <w:r>
        <w:rPr>
          <w:b/>
        </w:rPr>
        <w:t xml:space="preserve">[1:25:11] </w:t>
      </w:r>
      <w:r>
        <w:t>molana agla sawal bheja hai srinagar kashmir se aamir mori sahib ne inhone poocha hai ke molana kindly guide how can we identify our weaknesses and then overcome them how can a person come to know that he or she need</w:t>
      </w:r>
    </w:p>
    <w:p>
      <w:pPr>
        <w:jc w:val="right"/>
      </w:pPr>
      <w:r>
        <w:t>مولانا اگلا سوال بھیجا ہے سری نگر کشمیر سے عامر موری صاحب نے انہوں نے پوچھا ہے کہ مولانا کائنڈلی گائیڈ ہاؤ کین وی ائیڈینٹیفائی اور ویکنسز اینڈ دین اوورکم دیم ہاؤ کین ا پرسن کم ٹو نو دیٹ ہی اور شی نیڈ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