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Roza and Ramadan September 3, 2007 Maulana Wahiduddin Khan</w:t>
      </w:r>
    </w:p>
    <w:p>
      <w:r>
        <w:t>https://www.youtube.com/watch?v=98PTg3r7yYE</w:t>
      </w:r>
    </w:p>
    <w:p>
      <w:r>
        <w:rPr>
          <w:b/>
        </w:rPr>
        <w:t xml:space="preserve">[00:12] </w:t>
      </w:r>
      <w:r>
        <w:t>bismillah rahman rahim, wasallahu ala nabiyyil karim.</w:t>
      </w:r>
    </w:p>
    <w:p>
      <w:pPr>
        <w:jc w:val="right"/>
      </w:pPr>
      <w:r>
        <w:t>بسم اللہ الرحمن الرحیم، وصلی اللہ علی النبی الکریم.</w:t>
      </w:r>
    </w:p>
    <w:p>
      <w:r>
        <w:rPr>
          <w:b/>
        </w:rPr>
        <w:t xml:space="preserve">[00:21] </w:t>
      </w:r>
      <w:r>
        <w:t>rab ishrah li sadri, wa yassir li amri, wahlul uqdatan min lisani yafqahu qawli.</w:t>
      </w:r>
    </w:p>
    <w:p>
      <w:pPr>
        <w:jc w:val="right"/>
      </w:pPr>
      <w:r>
        <w:t>رب اشرح لی صدری، ویسر لی امری، واحل العقدۃ من لسانی یفقہ قولی.</w:t>
      </w:r>
    </w:p>
    <w:p>
      <w:r>
        <w:rPr>
          <w:b/>
        </w:rPr>
        <w:t xml:space="preserve">[00:34] </w:t>
      </w:r>
      <w:r>
        <w:t>aaj mein roza aur ramzan ke bare mein kuch kehna chahta hoon.</w:t>
      </w:r>
    </w:p>
    <w:p>
      <w:pPr>
        <w:jc w:val="right"/>
      </w:pPr>
      <w:r>
        <w:t>آج میں روزہ اور رمضان کے بارے میں کچھ کہنا چاہتا ہوں۔</w:t>
      </w:r>
    </w:p>
    <w:p>
      <w:r>
        <w:rPr>
          <w:b/>
        </w:rPr>
        <w:t xml:space="preserve">[00:45] </w:t>
      </w:r>
      <w:r>
        <w:t>aap jante hain ke roza islam mein ek salana ibadat hai. ek hadith mein rasool Allah sallallahu alaihi wasallam ne bataya ke islam ki buniyad panch cheezon par hai,</w:t>
      </w:r>
    </w:p>
    <w:p>
      <w:pPr>
        <w:jc w:val="right"/>
      </w:pPr>
      <w:r>
        <w:t>آپ جانتے ہیں کہ روزہ اسلام میں ایک سالانہ عبادت ہے۔ ایک حدیث میں رسول اللہ صلی اللہ علیہ وسلم نے بتایا کہ اسلام کی بنیاد پانچ چیزوں پر ہے،</w:t>
      </w:r>
    </w:p>
    <w:p>
      <w:r>
        <w:rPr>
          <w:b/>
        </w:rPr>
        <w:t xml:space="preserve">[01:06] </w:t>
      </w:r>
      <w:r>
        <w:t>panch arkan par hai. un panch arkan mein se ek roza hai.</w:t>
      </w:r>
    </w:p>
    <w:p>
      <w:pPr>
        <w:jc w:val="right"/>
      </w:pPr>
      <w:r>
        <w:t>پانچ ارکان پر ہے۔ ان پانچ ارکان میں سے ایک روزہ ہے۔</w:t>
      </w:r>
    </w:p>
    <w:p>
      <w:r>
        <w:rPr>
          <w:b/>
        </w:rPr>
        <w:t xml:space="preserve">[01:16] </w:t>
      </w:r>
      <w:r>
        <w:t>yeh roza hijri calendar ke nawen mahine mein rakha jata hai, yani ramzan mein.</w:t>
      </w:r>
    </w:p>
    <w:p>
      <w:pPr>
        <w:jc w:val="right"/>
      </w:pPr>
      <w:r>
        <w:t>یہ روزہ ہجری کیلنڈر کے نویں مہینے میں رکھا جاتا ہے، یعنی رمضان میں۔</w:t>
      </w:r>
    </w:p>
    <w:p>
      <w:r>
        <w:rPr>
          <w:b/>
        </w:rPr>
        <w:t xml:space="preserve">[01:32] </w:t>
      </w:r>
      <w:r>
        <w:t>hijri calendar aap jante hain ke chand par base karta hai, aur doosra jo calendar raij hai woh solar system par base karta hai.</w:t>
      </w:r>
    </w:p>
    <w:p>
      <w:pPr>
        <w:jc w:val="right"/>
      </w:pPr>
      <w:r>
        <w:t>ہجری کیلنڈر آپ جانتے ہیں کہ چاند پر بیس کرتا ہے، اور دوسرا جو کیلنڈر رائج ہے وہ سولر سسٹم پر بیس کرتا ہے۔</w:t>
      </w:r>
    </w:p>
    <w:p>
      <w:r>
        <w:rPr>
          <w:b/>
        </w:rPr>
        <w:t xml:space="preserve">[01:50] </w:t>
      </w:r>
      <w:r>
        <w:t>to solar calendar mein aap jante hain ke</w:t>
      </w:r>
    </w:p>
    <w:p>
      <w:pPr>
        <w:jc w:val="right"/>
      </w:pPr>
      <w:r>
        <w:t>تو سولر کیلنڈر میں آپ جانتے ہیں کہ</w:t>
      </w:r>
    </w:p>
    <w:p>
      <w:r>
        <w:rPr>
          <w:b/>
        </w:rPr>
        <w:t xml:space="preserve">[01:59] </w:t>
      </w:r>
      <w:r>
        <w:t>mahine jo hain mausam ke hisab se hote hain, yani january aur february, yani december aur january hamesha aayega jhaare mein, aur may june hamesha aayega garmi mein.</w:t>
      </w:r>
    </w:p>
    <w:p>
      <w:pPr>
        <w:jc w:val="right"/>
      </w:pPr>
      <w:r>
        <w:t>مہینے جو ہیں موسم کے حساب سے ہوتے ہیں، یعنی جنوری اور فروری، یعنی دسمبر اور جنوری ہمیشہ آئے گا جھاڑے میں، اور مئی جون ہمیشہ آئے گا گرمی میں۔</w:t>
      </w:r>
    </w:p>
    <w:p>
      <w:r>
        <w:rPr>
          <w:b/>
        </w:rPr>
        <w:t xml:space="preserve">[02:13] </w:t>
      </w:r>
      <w:r>
        <w:t>lekin hijri calendar mein aisa nahi hota. is mein ramzan har mausam mein aata rehta hai, badal badal kar.</w:t>
      </w:r>
    </w:p>
    <w:p>
      <w:pPr>
        <w:jc w:val="right"/>
      </w:pPr>
      <w:r>
        <w:t>لیکن ہجری کیلنڈر میں ایسا نہیں ہوتا۔ اس میں رمضان ہر موسم میں آتا رہتا ہے، بدل بدل کر۔</w:t>
      </w:r>
    </w:p>
    <w:p>
      <w:r>
        <w:rPr>
          <w:b/>
        </w:rPr>
        <w:t xml:space="preserve">[02:28] </w:t>
      </w:r>
      <w:r>
        <w:t>is ka sabab yeh hai taake roza rakhne wale ko har mausam ke hisab se roze ka tajurba ho.</w:t>
      </w:r>
    </w:p>
    <w:p>
      <w:pPr>
        <w:jc w:val="right"/>
      </w:pPr>
      <w:r>
        <w:t>اس کا سبب یہ ہے تاکہ روزہ رکھنے والے کو ہر موسم کے حساب سے روزے کا تجربہ ہو۔</w:t>
      </w:r>
    </w:p>
    <w:p>
      <w:r>
        <w:rPr>
          <w:b/>
        </w:rPr>
        <w:t xml:space="preserve">[02:42] </w:t>
      </w:r>
      <w:r>
        <w:t>quran mein roze ka hukum dete hue surah al-baqarah mein, yaani chapter number do mein kaha gaya hai ke kutiba alaikumus siyam kama kutiba alallazina min qablikum la allakum tattaqun.</w:t>
      </w:r>
    </w:p>
    <w:p>
      <w:pPr>
        <w:jc w:val="right"/>
      </w:pPr>
      <w:r>
        <w:t>قرآن میں روزے کا حکم دیتے ہوئے سورہ البقرہ میں، یعنی چیپٹر نمبر دو میں کہا گیا ہے کہ کتب علیکم الصیام کما کتب علی الذین من قبلکم لعلكم تتقون۔</w:t>
      </w:r>
    </w:p>
    <w:p>
      <w:r>
        <w:rPr>
          <w:b/>
        </w:rPr>
        <w:t xml:space="preserve">[03:02] </w:t>
      </w:r>
      <w:r>
        <w:t>yaani yeh roza jo aal-e-islam par farz kiya gaya tha to pichhle mazhabon mein bhi yeh roza farz hua karta tha.</w:t>
      </w:r>
    </w:p>
    <w:p>
      <w:pPr>
        <w:jc w:val="right"/>
      </w:pPr>
      <w:r>
        <w:t>یعنی یہ روزہ جو آل اسلام پر فرض کیا گیا تھا تو پچھلے مذہبوں میں بھی یہ روزہ فرض ہوا کرتا تھا۔</w:t>
      </w:r>
    </w:p>
    <w:p>
      <w:r>
        <w:rPr>
          <w:b/>
        </w:rPr>
        <w:t xml:space="preserve">[03:15] </w:t>
      </w:r>
      <w:r>
        <w:t>is se andaza hota hai ke roza ek international ibadat hai. aisa nahi hai ke arab mein roza muqarrar kar diya gaya hai.</w:t>
      </w:r>
    </w:p>
    <w:p>
      <w:pPr>
        <w:jc w:val="right"/>
      </w:pPr>
      <w:r>
        <w:t>اس سے اندازہ ہوتا ہے کہ روزہ ایک انٹرنیشنل عبادت ہے۔ ایسا نہیں ہے کہ عرب میں روزہ مقرر کر دیا گیا ہے۔</w:t>
      </w:r>
    </w:p>
    <w:p>
      <w:r>
        <w:rPr>
          <w:b/>
        </w:rPr>
        <w:t xml:space="preserve">[03:30] </w:t>
      </w:r>
      <w:r>
        <w:t>yeh ek international ibadat hai jo har zamane mein, har mazhabi group mein is ko farz kiya gaya hai.</w:t>
      </w:r>
    </w:p>
    <w:p>
      <w:pPr>
        <w:jc w:val="right"/>
      </w:pPr>
      <w:r>
        <w:t>یہ ایک انٹرنیشنل عبادت ہے جو ہر زمانے میں، ہر مذہبی گروپ میں اس کو فرض کیا گیا ہے۔</w:t>
      </w:r>
    </w:p>
    <w:p>
      <w:r>
        <w:rPr>
          <w:b/>
        </w:rPr>
        <w:t xml:space="preserve">[03:42] </w:t>
      </w:r>
      <w:r>
        <w:t>is se roze ki universal importance maloom hoti hai.</w:t>
      </w:r>
    </w:p>
    <w:p>
      <w:pPr>
        <w:jc w:val="right"/>
      </w:pPr>
      <w:r>
        <w:t>اس سے روزہ کی یونیورسل امپورٹنس معلوم ہوتی ہے۔</w:t>
      </w:r>
    </w:p>
    <w:p>
      <w:r>
        <w:rPr>
          <w:b/>
        </w:rPr>
        <w:t xml:space="preserve">[03:50] </w:t>
      </w:r>
      <w:r>
        <w:t>roze ke liye jo word aaya hai quran o hadith mein woh hai saum. S-A-U-M, saum.</w:t>
      </w:r>
    </w:p>
    <w:p>
      <w:pPr>
        <w:jc w:val="right"/>
      </w:pPr>
      <w:r>
        <w:t>روزہ کے لیے جو ورڈ آیا ہے قرآن و حدیث میں وہ ہے صوم۔ S-A-U-M، صوم۔</w:t>
      </w:r>
    </w:p>
    <w:p>
      <w:r>
        <w:rPr>
          <w:b/>
        </w:rPr>
        <w:t xml:space="preserve">[04:01] </w:t>
      </w:r>
      <w:r>
        <w:t>saum ka matlab hai abstinence, rukna. is se andaza hota hai ke roza jo hai woh rukne ki training hai.</w:t>
      </w:r>
    </w:p>
    <w:p>
      <w:pPr>
        <w:jc w:val="right"/>
      </w:pPr>
      <w:r>
        <w:t>صوم کا مطلب ہے abstinence، رکنا۔ اس سے اندازہ ہوتا ہے کہ روزہ جو ہے وہ رکنے کی ٹریننگ ہے۔</w:t>
      </w:r>
    </w:p>
    <w:p>
      <w:r>
        <w:rPr>
          <w:b/>
        </w:rPr>
        <w:t xml:space="preserve">[04:16] </w:t>
      </w:r>
      <w:r>
        <w:t>rukna jab bhi hota hai to rukna for the sake of rukna nahi hota hai. rukna kisi bade purpose ke liye hota hai.</w:t>
      </w:r>
    </w:p>
    <w:p>
      <w:pPr>
        <w:jc w:val="right"/>
      </w:pPr>
      <w:r>
        <w:t>رکنا جب بھی ہوتا ہے تو رکنا for the sake of رکنا نہیں ہوتا ہے۔ رکنا کسی بڑے purpose کے لیے ہوتا ہے۔</w:t>
      </w:r>
    </w:p>
    <w:p>
      <w:r>
        <w:rPr>
          <w:b/>
        </w:rPr>
        <w:t xml:space="preserve">[04:28] </w:t>
      </w:r>
      <w:r>
        <w:t>rukna for the sake of rukna to koi cheez nahi hai. rukne ka matlab yeh hai ke aap</w:t>
      </w:r>
    </w:p>
    <w:p>
      <w:pPr>
        <w:jc w:val="right"/>
      </w:pPr>
      <w:r>
        <w:t>رکنا for the sake of رکنا تو کوئی چیز نہیں ہے۔ رکنے کا مطلب یہ ہے کہ آپ</w:t>
      </w:r>
    </w:p>
    <w:p>
      <w:r>
        <w:rPr>
          <w:b/>
        </w:rPr>
        <w:t xml:space="preserve">[04:37] </w:t>
      </w:r>
      <w:r>
        <w:t>unwanted cheez se rukun aur wanted cheez mein apne aap ko involve karein. yeh hai saum ka matlab.</w:t>
      </w:r>
    </w:p>
    <w:p>
      <w:pPr>
        <w:jc w:val="right"/>
      </w:pPr>
      <w:r>
        <w:t>unwanted چیز سے رکیں اور wanted چیز میں اپنے آپ کو involve کریں۔ یہ ہے صوم کا مطلب۔</w:t>
      </w:r>
    </w:p>
    <w:p>
      <w:r>
        <w:rPr>
          <w:b/>
        </w:rPr>
        <w:t xml:space="preserve">[04:49] </w:t>
      </w:r>
      <w:r>
        <w:t>is duniya mein aap jante hain ke insan ko azadi di gayi hai, freedom diya gaya hai.</w:t>
      </w:r>
    </w:p>
    <w:p>
      <w:pPr>
        <w:jc w:val="right"/>
      </w:pPr>
      <w:r>
        <w:t>اس دنیا میں آپ جانتے ہیں کہ انسان کو آزادی دی گئی ہے، freedom دیا گیا ہے۔</w:t>
      </w:r>
    </w:p>
    <w:p>
      <w:r>
        <w:rPr>
          <w:b/>
        </w:rPr>
        <w:t xml:space="preserve">[05:00] </w:t>
      </w:r>
      <w:r>
        <w:t>to khud apne jazbe se, apne ikhtiyar se aadmi ko nek bankar rehna hai. koi compulsion nahi, koi jabr nahi.</w:t>
      </w:r>
    </w:p>
    <w:p>
      <w:pPr>
        <w:jc w:val="right"/>
      </w:pPr>
      <w:r>
        <w:t>تو خود اپنے جذبے سے، اپنے اختیار سے آدمی کو نیک بن کر رہنا ہے۔ کوئی compulsion نہیں، کوئی جبر نہیں۔</w:t>
      </w:r>
    </w:p>
    <w:p>
      <w:r>
        <w:rPr>
          <w:b/>
        </w:rPr>
        <w:t xml:space="preserve">[05:13] </w:t>
      </w:r>
      <w:r>
        <w:t>jaise suraj, chand aur doosre jo sitare hain woh</w:t>
      </w:r>
    </w:p>
    <w:p>
      <w:pPr>
        <w:jc w:val="right"/>
      </w:pPr>
      <w:r>
        <w:t>جیسے سورج، چاند اور دوسرے جو ستارے ہیں وہ</w:t>
      </w:r>
    </w:p>
    <w:p>
      <w:r>
        <w:rPr>
          <w:b/>
        </w:rPr>
        <w:t xml:space="preserve">[05:22] </w:t>
      </w:r>
      <w:r>
        <w:t>compulsion ke nizam ke tehat hain, woh wahi karte hain jo un ke liye bana diya gaya hai jo qanoon. Insan ke liye aisa hai ke us ko di gayi hai freedom, azadi.</w:t>
      </w:r>
    </w:p>
    <w:p>
      <w:pPr>
        <w:jc w:val="right"/>
      </w:pPr>
      <w:r>
        <w:t>compulsion کے نظام کے تحت ہیں، وہ وہی کرتے ہیں جو ان کے لیے بنا دیا گیا ہے جو قانون۔ انسان کے لیے ایسا ہے کہ اس کو دی گئی ہے freedom، آزادی۔</w:t>
      </w:r>
    </w:p>
    <w:p>
      <w:r>
        <w:rPr>
          <w:b/>
        </w:rPr>
        <w:t xml:space="preserve">[05:35] </w:t>
      </w:r>
      <w:r>
        <w:t>hum apni azadi ko khud se, apne ikhtiyar se is tarah istemal karein ke jo karna hai woh hum karein, jo nahi karna hai us ko hum na karein.</w:t>
      </w:r>
    </w:p>
    <w:p>
      <w:pPr>
        <w:jc w:val="right"/>
      </w:pPr>
      <w:r>
        <w:t>ہم اپنی آزادی کو خود سے، اپنے اختیار سے اس طرح استعمال کریں کہ جو کرنا ہے وہ ہم کریں، جو نہیں کرنا ہے اس کو ہم نہ کریں۔</w:t>
      </w:r>
    </w:p>
    <w:p>
      <w:r>
        <w:rPr>
          <w:b/>
        </w:rPr>
        <w:t xml:space="preserve">[05:47] </w:t>
      </w:r>
      <w:r>
        <w:t>without any compulsion. yeh hai roze mein, roze ke liye saum ka matlab. to saum ke maani hain rukna, abstinence.</w:t>
      </w:r>
    </w:p>
    <w:p>
      <w:pPr>
        <w:jc w:val="right"/>
      </w:pPr>
      <w:r>
        <w:t>Without any compulsion۔ یہ ہے روزہ میں، روزے کے لیے صوم کا مطلب۔ تو صوم کے معنی ہیں رکنا، abstinence۔</w:t>
      </w:r>
    </w:p>
    <w:p>
      <w:r>
        <w:rPr>
          <w:b/>
        </w:rPr>
        <w:t xml:space="preserve">[05:58] </w:t>
      </w:r>
      <w:r>
        <w:t>lekin rukna hota hai kisi bade maqsad ke liye. to ek hai positive aspect, ek hai negative aspect.</w:t>
      </w:r>
    </w:p>
    <w:p>
      <w:pPr>
        <w:jc w:val="right"/>
      </w:pPr>
      <w:r>
        <w:t>لیکن رکنا ہوتا ہے کسی بڑے مقصد کے لیے۔ تو ایک ہے positive aspect، ایک ہے negative aspect۔</w:t>
      </w:r>
    </w:p>
    <w:p>
      <w:r>
        <w:rPr>
          <w:b/>
        </w:rPr>
        <w:t xml:space="preserve">[06:10] </w:t>
      </w:r>
      <w:r>
        <w:t>rukne mein dono aspects shamil hain. negative cheez se apne aap ko rokna aur positive cheez mein apne aap ko lagana.</w:t>
      </w:r>
    </w:p>
    <w:p>
      <w:pPr>
        <w:jc w:val="right"/>
      </w:pPr>
      <w:r>
        <w:t>رکنے میں دونوں aspects شامل ہیں۔ Negative چیز سے اپنے آپ کو روکنا اور positive چیز میں اپنے آپ کو لگانا۔</w:t>
      </w:r>
    </w:p>
    <w:p>
      <w:r>
        <w:rPr>
          <w:b/>
        </w:rPr>
        <w:t xml:space="preserve">[06:22] </w:t>
      </w:r>
      <w:r>
        <w:t>yeh hua roza. ab dekhein ke woh positive cheez kya hai aur negative cheez kya hai. is ko hum quran aur hadith ko padhkar jaan sakte hain.</w:t>
      </w:r>
    </w:p>
    <w:p>
      <w:pPr>
        <w:jc w:val="right"/>
      </w:pPr>
      <w:r>
        <w:t>یہ ہوا روزہ۔ اب دیکھیں کہ وہ positive چیز کیا ہے اور negative چیز کیا ہے۔ اس کو ہم قرآن اور حدیث کو پڑھ کر جان سکتے ہیں۔</w:t>
      </w:r>
    </w:p>
    <w:p>
      <w:r>
        <w:rPr>
          <w:b/>
        </w:rPr>
        <w:t xml:space="preserve">[06:38] </w:t>
      </w:r>
      <w:r>
        <w:t>hadith mein do words aaye hain</w:t>
      </w:r>
    </w:p>
    <w:p>
      <w:pPr>
        <w:jc w:val="right"/>
      </w:pPr>
      <w:r>
        <w:t>حدیث میں دو words آئے ہیں</w:t>
      </w:r>
    </w:p>
    <w:p>
      <w:r>
        <w:rPr>
          <w:b/>
        </w:rPr>
        <w:t xml:space="preserve">[06:44] </w:t>
      </w:r>
      <w:r>
        <w:t>saum ke bare mein. ek yeh hai ke hua shahr us sabr, doosra yeh hai ke hua shahr ul muwasat. shahr us sabr ka matlab hua month of patience</w:t>
      </w:r>
    </w:p>
    <w:p>
      <w:pPr>
        <w:jc w:val="right"/>
      </w:pPr>
      <w:r>
        <w:t>صوم کے بارے میں۔ ایک یہ ہے کہ ہوا شہر الصبر، دوسرا یہ ہے کہ ہوا شہر المواسات۔ شہر الصبر کا مطلب ہوا month of patience</w:t>
      </w:r>
    </w:p>
    <w:p>
      <w:r>
        <w:rPr>
          <w:b/>
        </w:rPr>
        <w:t xml:space="preserve">[07:01] </w:t>
      </w:r>
      <w:r>
        <w:t>aur shahr ul muwasat ka matlab hua month of philanthropy. yeh do cheezein hain hadith mein.</w:t>
      </w:r>
    </w:p>
    <w:p>
      <w:pPr>
        <w:jc w:val="right"/>
      </w:pPr>
      <w:r>
        <w:t>اور شہر المواسات کا مطلب ہوا month of philanthropy۔ یہ دو چیزیں ہیں حدیث میں۔</w:t>
      </w:r>
    </w:p>
    <w:p>
      <w:r>
        <w:rPr>
          <w:b/>
        </w:rPr>
        <w:t xml:space="preserve">[07:12] </w:t>
      </w:r>
      <w:r>
        <w:t>quran ko aap dekhein to is mein aur kai lafz aate hain, kai words aate hain. shahr ramadan allazi unzila fihil quranu hudal linnasi wa bayyinatin minal huda wal furqan wa man shahida minkumush shahara fal yasum.</w:t>
      </w:r>
    </w:p>
    <w:p>
      <w:pPr>
        <w:jc w:val="right"/>
      </w:pPr>
      <w:r>
        <w:t>قرآن کو آپ دیکھیں تو اس میں اور کئی لفظ آتے ہیں، کئی words آتے ہیں۔ شہر رمضان الذی انزل فیہ القرآن هدى للناس وبینات من الهدى والفرقان ومن شهد منكم الشارف اليسم۔</w:t>
      </w:r>
    </w:p>
    <w:p>
      <w:r>
        <w:rPr>
          <w:b/>
        </w:rPr>
        <w:t xml:space="preserve">[07:29] </w:t>
      </w:r>
      <w:r>
        <w:t>ab yahan par dekhein quran ka lafz aaya. to yeh goya shahr e quran hua. phir aage hai wa litukabbiru allaha ala ma hadakum.</w:t>
      </w:r>
    </w:p>
    <w:p>
      <w:pPr>
        <w:jc w:val="right"/>
      </w:pPr>
      <w:r>
        <w:t>اب یہاں پر دیکھیں قرآن کا لفظ آیا۔ تو یہ گویا شہر القرآن ہوا۔ پھر آگے ہے ولتکبروا اللہ علی ماہداکم۔</w:t>
      </w:r>
    </w:p>
    <w:p>
      <w:r>
        <w:rPr>
          <w:b/>
        </w:rPr>
        <w:t xml:space="preserve">[07:40] </w:t>
      </w:r>
      <w:r>
        <w:t>takbeer ka lafz aaya to woh shehr al-takbeer hua. la'allakum tattaqoon aaya. is se murad hai ke shehr al-taqwa hua. phir la'allakum tashkuroon aaya.</w:t>
      </w:r>
    </w:p>
    <w:p>
      <w:pPr>
        <w:jc w:val="right"/>
      </w:pPr>
      <w:r>
        <w:t>تکبیر کا لفظ آیا تو وہ شہر التکبیر ہوا۔ لعلكم تتقون آیا۔ اس سے مراد ہے کہ شہر التقویٰ ہوا۔ پھر لعلكم تشکرون آیا۔</w:t>
      </w:r>
    </w:p>
    <w:p>
      <w:r>
        <w:rPr>
          <w:b/>
        </w:rPr>
        <w:t xml:space="preserve">[07:50] </w:t>
      </w:r>
      <w:r>
        <w:t>is ka matlab yeh hua ke hua shehr al-shukr. in sab ko le kar aap dekhen to kya matlab bana ke ramzan jo hai month of quran hai, woh month of taqwa hai,</w:t>
      </w:r>
    </w:p>
    <w:p>
      <w:pPr>
        <w:jc w:val="right"/>
      </w:pPr>
      <w:r>
        <w:t>اس کا مطلب یہ ہوا کہ ہوا شہر الشکر۔ ان سب کو لے کر آپ دیکھیں تو کیا مطلب بنا کہ رمضان جو ہے month of قرآن ہے، وہ month of تقویٰ ہے،</w:t>
      </w:r>
    </w:p>
    <w:p>
      <w:r>
        <w:rPr>
          <w:b/>
        </w:rPr>
        <w:t xml:space="preserve">[08:06] </w:t>
      </w:r>
      <w:r>
        <w:t>woh month of takbeer yani glory of the rabb yani divine glory ka mahina hai, woh month of shukr hai, month of patience hai aur month of philanthropy hai.</w:t>
      </w:r>
    </w:p>
    <w:p>
      <w:pPr>
        <w:jc w:val="right"/>
      </w:pPr>
      <w:r>
        <w:t>وہ month of تکبیر یعنی glory of the رب یعنی divine glory کا مہینہ ہے، وہ month of شکر ہے، month of patience ہے اور month of philanthropy ہے۔</w:t>
      </w:r>
    </w:p>
    <w:p>
      <w:r>
        <w:rPr>
          <w:b/>
        </w:rPr>
        <w:t xml:space="preserve">[08:23] </w:t>
      </w:r>
      <w:r>
        <w:t>yeh sari cheezen hain.</w:t>
      </w:r>
    </w:p>
    <w:p>
      <w:pPr>
        <w:jc w:val="right"/>
      </w:pPr>
      <w:r>
        <w:t>یہ ساری چیزیں ہیں۔</w:t>
      </w:r>
    </w:p>
    <w:p>
      <w:r>
        <w:rPr>
          <w:b/>
        </w:rPr>
        <w:t xml:space="preserve">[08:28] </w:t>
      </w:r>
      <w:r>
        <w:t>jahan tak mein ne samjha hai to ek hadith se is baat ka ishara milta hai ke roze ka larger maqsad kya hai.</w:t>
      </w:r>
    </w:p>
    <w:p>
      <w:pPr>
        <w:jc w:val="right"/>
      </w:pPr>
      <w:r>
        <w:t>جہاں تک میں نے سمجھا ہے تو ایک حدیث سے اس بات کا اشارہ ملتا ہے کہ روزہ کا larger مقصد کیا ہے۔</w:t>
      </w:r>
    </w:p>
    <w:p>
      <w:r>
        <w:rPr>
          <w:b/>
        </w:rPr>
        <w:t xml:space="preserve">[08:42] </w:t>
      </w:r>
      <w:r>
        <w:t>ek hadith mein hai ke rozedar ke liye do khushiyan hain.</w:t>
      </w:r>
    </w:p>
    <w:p>
      <w:pPr>
        <w:jc w:val="right"/>
      </w:pPr>
      <w:r>
        <w:t>ایک حدیث میں ہے کہ روزے دار کے لیے دو خوشیاں ہیں۔</w:t>
      </w:r>
    </w:p>
    <w:p>
      <w:r>
        <w:rPr>
          <w:b/>
        </w:rPr>
        <w:t xml:space="preserve">[08:50] </w:t>
      </w:r>
      <w:r>
        <w:t>wa-lisa'imin farhatan. do khushiyan hain. ek khushi woh jab ke sham ko woh iftar karta hai.</w:t>
      </w:r>
    </w:p>
    <w:p>
      <w:pPr>
        <w:jc w:val="right"/>
      </w:pPr>
      <w:r>
        <w:t>ولسائم فرحطان۔ دو خوشیاں ہیں۔ ایک خوشی وہ جب کہ شام کو وہ افطار کرتا ہے۔</w:t>
      </w:r>
    </w:p>
    <w:p>
      <w:r>
        <w:rPr>
          <w:b/>
        </w:rPr>
        <w:t xml:space="preserve">[09:00] </w:t>
      </w:r>
      <w:r>
        <w:t>doosri khushi woh jab ke woh maut ke baad akhirat mein Allah taala ke haan is ka inaam payega.</w:t>
      </w:r>
    </w:p>
    <w:p>
      <w:pPr>
        <w:jc w:val="right"/>
      </w:pPr>
      <w:r>
        <w:t>دوسری خوشی وہ جب کہ وہ موت کے بعد آخرت میں اللہ تعالیٰ کے ہاں اس کا انعام پائے گا۔</w:t>
      </w:r>
    </w:p>
    <w:p>
      <w:r>
        <w:rPr>
          <w:b/>
        </w:rPr>
        <w:t xml:space="preserve">[09:11] </w:t>
      </w:r>
      <w:r>
        <w:t>is par ghor karte hue meri samajh mein aaya yeh baat aati hai ke roza aur iftar yeh darasal ek bohat bade reminder ki hesiyat rakhte hain.</w:t>
      </w:r>
    </w:p>
    <w:p>
      <w:pPr>
        <w:jc w:val="right"/>
      </w:pPr>
      <w:r>
        <w:t>اس پر غور کرتے ہوئے میری سمجھ میں آیا یہ بات آتی ہے کہ روزہ اور افطار یہ دراصل ایک بہت بڑے reminder کی حیثیت رکھتے ہیں۔</w:t>
      </w:r>
    </w:p>
    <w:p>
      <w:r>
        <w:rPr>
          <w:b/>
        </w:rPr>
        <w:t xml:space="preserve">[09:23] </w:t>
      </w:r>
      <w:r>
        <w:t>reminder. yani zindagi ke reminder. yani roza yeh batata hai ke hamari zindagi ke do phases hain,</w:t>
      </w:r>
    </w:p>
    <w:p>
      <w:pPr>
        <w:jc w:val="right"/>
      </w:pPr>
      <w:r>
        <w:t>Reminder۔ یعنی زندگی کے reminder۔ یعنی روزہ یہ بتاتا ہے کہ ہماری زندگی کے دو phases ہیں،</w:t>
      </w:r>
    </w:p>
    <w:p>
      <w:r>
        <w:rPr>
          <w:b/>
        </w:rPr>
        <w:t xml:space="preserve">[09:39] </w:t>
      </w:r>
      <w:r>
        <w:t>do period hain. ek hai roza period aur ek hai reward period.</w:t>
      </w:r>
    </w:p>
    <w:p>
      <w:pPr>
        <w:jc w:val="right"/>
      </w:pPr>
      <w:r>
        <w:t>دو period ہیں۔ ایک ہے روزہ period اور ایک ہے reward period۔</w:t>
      </w:r>
    </w:p>
    <w:p>
      <w:r>
        <w:rPr>
          <w:b/>
        </w:rPr>
        <w:t xml:space="preserve">[09:48] </w:t>
      </w:r>
      <w:r>
        <w:t>aaj ki duniya mein hamein roze wali zindagi guzarna hai aur phir kya hoga ke agli zindagi mein, world year after mein hum ko is ka reward milega.</w:t>
      </w:r>
    </w:p>
    <w:p>
      <w:pPr>
        <w:jc w:val="right"/>
      </w:pPr>
      <w:r>
        <w:t>آج کی دنیا میں ہمیں روزے والی زندگی گزارنا ہے اور پھر کیا ہوگا کہ اگلی زندگی میں، world year after میں ہم کو اس کا reward ملے گا۔</w:t>
      </w:r>
    </w:p>
    <w:p>
      <w:r>
        <w:rPr>
          <w:b/>
        </w:rPr>
        <w:t xml:space="preserve">[10:03] </w:t>
      </w:r>
      <w:r>
        <w:t>yeh hai. to yeh siyam period hai. baad wala jo hai woh reward period hoga. to isi liye farmaya ke roze ko, rozedar ko ek khushi woh hogi jab ke woh Khuda ke haan is ka inaam payega.</w:t>
      </w:r>
    </w:p>
    <w:p>
      <w:pPr>
        <w:jc w:val="right"/>
      </w:pPr>
      <w:r>
        <w:t>یہ ہے۔ تو یہ صیام period ہے۔ بعد والا جو ہے وہ reward period ہوگا۔ تو اسی لیے فرمایا کہ روزے کو، روزے دار کو ایک خوشی وہ ہوگی جب کہ وہ خدا کے ہاں اس کا انعام پائے گا۔</w:t>
      </w:r>
    </w:p>
    <w:p>
      <w:r>
        <w:rPr>
          <w:b/>
        </w:rPr>
        <w:t xml:space="preserve">[10:19] </w:t>
      </w:r>
      <w:r>
        <w:t>wohi asli khushi hai, wohi eternal khushi hai. yeh kaise? dekhen duniya mein Khuda ne har qism ki cheezen rakh di hain.</w:t>
      </w:r>
    </w:p>
    <w:p>
      <w:pPr>
        <w:jc w:val="right"/>
      </w:pPr>
      <w:r>
        <w:t>وہی اصلی خوشی ہے، وہی eternal خوشی ہے۔ یہ کیسے؟ دیکھیں دنیا میں خدا نے ہر قسم کی چیزیں رکھ دی ہیں۔</w:t>
      </w:r>
    </w:p>
    <w:p>
      <w:r>
        <w:rPr>
          <w:b/>
        </w:rPr>
        <w:t xml:space="preserve">[10:31] </w:t>
      </w:r>
      <w:r>
        <w:t>ek taraf hamare andar desire hain, har qism ke desire. hum ko freedom mila hua hai. duniya mein sari qism ki cheezen hain jo jin ki taraf aadmi daudta hai.</w:t>
      </w:r>
    </w:p>
    <w:p>
      <w:pPr>
        <w:jc w:val="right"/>
      </w:pPr>
      <w:r>
        <w:t>ایک طرف ہمارے اندر desire ہیں، ہر قسم کے desire۔ ہم کو freedom ملا ہوا ہے۔ دنیا میں ساری قسم کی چیزیں ہیں جو جن کی طرف آدمی دوڑتا ہے۔</w:t>
      </w:r>
    </w:p>
    <w:p>
      <w:r>
        <w:rPr>
          <w:b/>
        </w:rPr>
        <w:t xml:space="preserve">[10:44] </w:t>
      </w:r>
      <w:r>
        <w:t>apni greed ke liye, apni selfishness ke liye. to duniya mein jo insaan ka jo test hai woh yeh hai ke woh duniya mein rozedar ban kar rahe.</w:t>
      </w:r>
    </w:p>
    <w:p>
      <w:pPr>
        <w:jc w:val="right"/>
      </w:pPr>
      <w:r>
        <w:t>اپنی greed کے لیے، اپنی selfishness کے لیے۔ تو دنیا میں جو انسان کا جو test ہے وہ یہ ہے کہ وہ دنیا میں روزے دار بن کر رہے۔</w:t>
      </w:r>
    </w:p>
    <w:p>
      <w:r>
        <w:rPr>
          <w:b/>
        </w:rPr>
        <w:t xml:space="preserve">[11:00] </w:t>
      </w:r>
      <w:r>
        <w:t>aur agar roza alamat hai duniya ki zindagi ki aur iftar jo hai yani sham ko jo hum khate hain, peete hain, khush hote hain woh alamat hai akhirat ki zindagi ki.</w:t>
      </w:r>
    </w:p>
    <w:p>
      <w:pPr>
        <w:jc w:val="right"/>
      </w:pPr>
      <w:r>
        <w:t>اور اگر روزہ علامت ہے دنیا کی زندگی کی اور افطار جو ہے یعنی شام کو جو ہم کھاتے ہیں، پیتے ہیں، خوش ہوتے ہیں وہ علامت ہے آخرت کی زندگی کی۔</w:t>
      </w:r>
    </w:p>
    <w:p>
      <w:r>
        <w:rPr>
          <w:b/>
        </w:rPr>
        <w:t xml:space="preserve">[11:15] </w:t>
      </w:r>
      <w:r>
        <w:t>roza duniya ki zindagi ki alamat hai aur iftar akhirat ki zindagi ki alamat hai. yani duniya mein insaan ko rozedar ban kar rehna hai.</w:t>
      </w:r>
    </w:p>
    <w:p>
      <w:pPr>
        <w:jc w:val="right"/>
      </w:pPr>
      <w:r>
        <w:t>روزہ دنیا کی زندگی کی علامت ہے اور افطار آخرت کی زندگی کی علامت ہے۔ یعنی دنیا میں انسان کو روزے دار بن کر رہنا ہے۔</w:t>
      </w:r>
    </w:p>
    <w:p>
      <w:r>
        <w:rPr>
          <w:b/>
        </w:rPr>
        <w:t xml:space="preserve">[11:28] </w:t>
      </w:r>
      <w:r>
        <w:t>rozedar ka matlab kya hai? apni desires par roza rakhna, apne freedom ko misuse karne se roza rakhna.</w:t>
      </w:r>
    </w:p>
    <w:p>
      <w:pPr>
        <w:jc w:val="right"/>
      </w:pPr>
      <w:r>
        <w:t>روزے دار کا مطلب کیا ہے؟ اپنی desires پر روزہ رکھنا، اپنے freedom کو misuse کرنے سے روزہ رکھنا۔</w:t>
      </w:r>
    </w:p>
    <w:p>
      <w:r>
        <w:rPr>
          <w:b/>
        </w:rPr>
        <w:t xml:space="preserve">[11:43] </w:t>
      </w:r>
      <w:r>
        <w:t>aur phir kya hoga ke phir hamein akhirat mein inaam milega ke wahan koi restriction nahi, wahan par koi compulsion nahi.</w:t>
      </w:r>
    </w:p>
    <w:p>
      <w:pPr>
        <w:jc w:val="right"/>
      </w:pPr>
      <w:r>
        <w:t>اور پھر کیا ہوگا کہ پھر ہمیں آخرت میں انعام ملے گا کہ وہاں کوئی restriction نہیں، وہاں پر کوئی compulsion نہیں۔</w:t>
      </w:r>
    </w:p>
    <w:p>
      <w:r>
        <w:rPr>
          <w:b/>
        </w:rPr>
        <w:t xml:space="preserve">[11:57] </w:t>
      </w:r>
      <w:r>
        <w:t>yehi hai roze ka maqsad. is sense mein mein kahoon ke roza jo hai woh woh insaan ke liye ek international reminder hai.</w:t>
      </w:r>
    </w:p>
    <w:p>
      <w:pPr>
        <w:jc w:val="right"/>
      </w:pPr>
      <w:r>
        <w:t>یہی ہے روزے کا مقصد۔ اس sense میں میں کہوں کہ روزہ جو ہے وہ وہ انسان کے لیے ایک international reminder ہے۔</w:t>
      </w:r>
    </w:p>
    <w:p>
      <w:r>
        <w:rPr>
          <w:b/>
        </w:rPr>
        <w:t xml:space="preserve">[12:08] </w:t>
      </w:r>
      <w:r>
        <w:t>har saal hum ko remind karta hai ke zindagi ki haqeeqat kya hai. hum kaise duniya mein rahen taake hamari zindagi kamyab ho.</w:t>
      </w:r>
    </w:p>
    <w:p>
      <w:pPr>
        <w:jc w:val="right"/>
      </w:pPr>
      <w:r>
        <w:t>ہر سال ہم کو remind کرتا ہے کہ زندگی کی حقیقت کیا ہے۔ ہم کیسے دنیا میں رہیں تاکہ ہماری زندگی کامیاب ہو۔</w:t>
      </w:r>
    </w:p>
    <w:p>
      <w:r>
        <w:rPr>
          <w:b/>
        </w:rPr>
        <w:t xml:space="preserve">[12:18] </w:t>
      </w:r>
      <w:r>
        <w:t>aur akhirat mein hum kamyab hon. to yeh jo mein ne chah words bataye hadith o quran se is se maloom hota hai ke woh item kya hain.</w:t>
      </w:r>
    </w:p>
    <w:p>
      <w:pPr>
        <w:jc w:val="right"/>
      </w:pPr>
      <w:r>
        <w:t>اور آخرت میں ہم کامیاب ہوں۔ تو یہ جو میں نے چھ words بتائے حدیث و قرآن سے اس سے معلوم ہوتا ہے کہ وہ item کیا ہیں۔</w:t>
      </w:r>
    </w:p>
    <w:p>
      <w:r>
        <w:rPr>
          <w:b/>
        </w:rPr>
        <w:t xml:space="preserve">[12:29] </w:t>
      </w:r>
      <w:r>
        <w:t>hamare jo test hai aur jo rozedar zindagi guzarni hai is ke item kya kya hain. to dekhen pehla yeh bataya gaya hai ke month of quran hai yeh.</w:t>
      </w:r>
    </w:p>
    <w:p>
      <w:pPr>
        <w:jc w:val="right"/>
      </w:pPr>
      <w:r>
        <w:t>ہمارے جو test ہے اور جو روزے دار زندگی گزارنی ہے اس کے item کیا کیا ہیں۔ تو دیکھیں پہلا یہ بتایا گیا ہے کہ month of قرآن ہے یہ۔</w:t>
      </w:r>
    </w:p>
    <w:p>
      <w:r>
        <w:rPr>
          <w:b/>
        </w:rPr>
        <w:t xml:space="preserve">[12:45] </w:t>
      </w:r>
      <w:r>
        <w:t>to yeh bataya gaya hai surah al-qadr mein ke quran utara gaya laylat al-qadr mein. laylat al-qadr aati hai roze mein. is ka matlab kya hua?</w:t>
      </w:r>
    </w:p>
    <w:p>
      <w:pPr>
        <w:jc w:val="right"/>
      </w:pPr>
      <w:r>
        <w:t>تو یہ بتایا گیا ہے سورہ القدر میں کہ قرآن اتارا گیا لیلۃ القدر میں۔ لیلۃ القدر آتی ہے روزے میں۔ اس کا مطلب کیا ہوا؟</w:t>
      </w:r>
    </w:p>
    <w:p>
      <w:r>
        <w:rPr>
          <w:b/>
        </w:rPr>
        <w:t xml:space="preserve">[12:57] </w:t>
      </w:r>
      <w:r>
        <w:t>keh roza ka mahina</w:t>
      </w:r>
    </w:p>
    <w:p>
      <w:pPr>
        <w:jc w:val="right"/>
      </w:pPr>
      <w:r>
        <w:t>کہ روزہ کا مہینہ</w:t>
      </w:r>
    </w:p>
    <w:p>
      <w:r>
        <w:rPr>
          <w:b/>
        </w:rPr>
        <w:t xml:space="preserve">[13:03] </w:t>
      </w:r>
      <w:r>
        <w:t>is yaadgar din ke sath joR diya gaya hai, is yaadgar mahine ke sath joR diya gaya hai jab keh quran utra.</w:t>
      </w:r>
    </w:p>
    <w:p>
      <w:pPr>
        <w:jc w:val="right"/>
      </w:pPr>
      <w:r>
        <w:t>اس یادگار دن کے ساتھ جوڑ دیا گیا ہے، اس یادگار مہینے کے ساتھ جوڑ دیا گیا ہے جب کہ قرآن اترا۔</w:t>
      </w:r>
    </w:p>
    <w:p>
      <w:r>
        <w:rPr>
          <w:b/>
        </w:rPr>
        <w:t xml:space="preserve">[13:12] </w:t>
      </w:r>
      <w:r>
        <w:t>quran mein saaf saaf yeh bataya gaya hai keh keh quran utra lailatul qadr mein aur lailatul qadr aati hai ramzan mein.</w:t>
      </w:r>
    </w:p>
    <w:p>
      <w:pPr>
        <w:jc w:val="right"/>
      </w:pPr>
      <w:r>
        <w:t>قرآن میں صاف صاف یہ بتایا گیا ہے کہ کہ قرآن اترا لیلۃ القدر میں اور لیلۃ القدر آتی ہے رمضان میں۔</w:t>
      </w:r>
    </w:p>
    <w:p>
      <w:r>
        <w:rPr>
          <w:b/>
        </w:rPr>
        <w:t xml:space="preserve">[13:24] </w:t>
      </w:r>
      <w:r>
        <w:t>to is aitbaar se quran jis mahine woh utra woh yeh yaadgar mahina ban gaya, ek memorable mahina ban gaya.</w:t>
      </w:r>
    </w:p>
    <w:p>
      <w:pPr>
        <w:jc w:val="right"/>
      </w:pPr>
      <w:r>
        <w:t>تو اس اعتبار سے قرآن جس مہینے وہ اترا وہ یہ یادگار مہینہ بن گیا، ایک memorable مہینہ بن گیا۔</w:t>
      </w:r>
    </w:p>
    <w:p>
      <w:r>
        <w:rPr>
          <w:b/>
        </w:rPr>
        <w:t xml:space="preserve">[13:34] </w:t>
      </w:r>
      <w:r>
        <w:t>kyun? quran book of guidance hai, divine guidance hai. insaan is duniya mein paida hota hai lekin is ke paas koi guide nahin hoti.</w:t>
      </w:r>
    </w:p>
    <w:p>
      <w:pPr>
        <w:jc w:val="right"/>
      </w:pPr>
      <w:r>
        <w:t>کیوں؟ قرآن book of guidance ہے، divine guidance ہے۔ انسان اس دنیا میں پیدا ہوتا ہے لیکن اس کے پاس کوئی guide نہیں ہوتی۔</w:t>
      </w:r>
    </w:p>
    <w:p>
      <w:r>
        <w:rPr>
          <w:b/>
        </w:rPr>
        <w:t xml:space="preserve">[13:48] </w:t>
      </w:r>
      <w:r>
        <w:t>kaise jiye, kaise duniya mein rahe, kisi sawal ka jawab is ke paas nahin hota. main kya hoon?</w:t>
      </w:r>
    </w:p>
    <w:p>
      <w:pPr>
        <w:jc w:val="right"/>
      </w:pPr>
      <w:r>
        <w:t>کیسے جیے، کیسے دنیا میں رہے، کسی سوال کا جواب اس کے پاس نہیں ہوتا۔ میں کیا ہوں؟</w:t>
      </w:r>
    </w:p>
    <w:p>
      <w:r>
        <w:rPr>
          <w:b/>
        </w:rPr>
        <w:t xml:space="preserve">[13:59] </w:t>
      </w:r>
      <w:r>
        <w:t>maut kya hai? zindagi kya hai? duniya mein kya karna hai, kya nahin karna hai? purpose kya hai duniya mein aane ka?</w:t>
      </w:r>
    </w:p>
    <w:p>
      <w:pPr>
        <w:jc w:val="right"/>
      </w:pPr>
      <w:r>
        <w:t>موت کیا ہے؟ زندگی کیا ہے؟ دنیا میں کیا کرنا ہے، کیا نہیں کرنا ہے؟ purpose کیا ہے دنیا میں آنے کا؟</w:t>
      </w:r>
    </w:p>
    <w:p>
      <w:r>
        <w:rPr>
          <w:b/>
        </w:rPr>
        <w:t xml:space="preserve">[14:08] </w:t>
      </w:r>
      <w:r>
        <w:t>in sab cheezon ko insaan le kar nahin aata. isi ko bataya gaya hai quran mein. yaani quran jo hai woh creation plan of god ko batata hai.</w:t>
      </w:r>
    </w:p>
    <w:p>
      <w:pPr>
        <w:jc w:val="right"/>
      </w:pPr>
      <w:r>
        <w:t>ان سب چیزوں کو انسان لے کر نہیں آتا۔ اسی کو بتایا گیا ہے قرآن میں۔ یعنی قرآن جو ہے وہ creation plan of God کو بتاتا ہے۔</w:t>
      </w:r>
    </w:p>
    <w:p>
      <w:r>
        <w:rPr>
          <w:b/>
        </w:rPr>
        <w:t xml:space="preserve">[14:22] </w:t>
      </w:r>
      <w:r>
        <w:t>to yeh kitni bari nemat hai quran. yaani quran ke baghair insaan duniya mein andhe ki tarah rahega. kuch nahin jaane ga.</w:t>
      </w:r>
    </w:p>
    <w:p>
      <w:pPr>
        <w:jc w:val="right"/>
      </w:pPr>
      <w:r>
        <w:t>تو یہ کتنی بڑی نعمت ہے قرآن۔ یعنی قرآن کے بغیر انسان دنیا میں اندھے کی طرح رہے گا۔ کچھ نہیں جانے گا۔</w:t>
      </w:r>
    </w:p>
    <w:p>
      <w:r>
        <w:rPr>
          <w:b/>
        </w:rPr>
        <w:t xml:space="preserve">[14:32] </w:t>
      </w:r>
      <w:r>
        <w:t>kyunkeh khud se aadmi discover nahin kar sakta is baat ko keh mera, meri zindagi ka purpose kya hai. mere apne paas aisi koi cheez nahin hai keh khud hi khud mein jaan loon is baat ko.</w:t>
      </w:r>
    </w:p>
    <w:p>
      <w:pPr>
        <w:jc w:val="right"/>
      </w:pPr>
      <w:r>
        <w:t>کیونکہ خود سے آدمی discover نہیں کر سکتا اس بات کو کہ میرا، میری زندگی کا purpose کیا ہے۔ میرے اپنے پاس ایسی کوئی چیز نہیں ہے کہ خود ہی خود میں جان لوں اس بات کو۔</w:t>
      </w:r>
    </w:p>
    <w:p>
      <w:r>
        <w:rPr>
          <w:b/>
        </w:rPr>
        <w:t xml:space="preserve">[14:47] </w:t>
      </w:r>
      <w:r>
        <w:t>yeh creator batayega. sirf creator hi jaan sakta hai keh keh is ke mind mein kya creation plan tha jis ki wajah se is ne insaan ko paida kiya aur is duniya mein rakha.</w:t>
      </w:r>
    </w:p>
    <w:p>
      <w:pPr>
        <w:jc w:val="right"/>
      </w:pPr>
      <w:r>
        <w:t>یہ creator بتائے گا۔ صرف creator ہی جان سکتا ہے کہ کہ اس کے mind میں کیا creation plan تھا جس کی وجہ سے اس نے انسان کو پیدا کیا اور اس دنیا میں رکھا۔</w:t>
      </w:r>
    </w:p>
    <w:p>
      <w:r>
        <w:rPr>
          <w:b/>
        </w:rPr>
        <w:t xml:space="preserve">[15:04] </w:t>
      </w:r>
      <w:r>
        <w:t>to khuda ne apne creation plan ko batane ke liye quran utara. muhammad sallallahu alaihi wasallam ke zariye. to yeh to bohat hi bari nemat thi.</w:t>
      </w:r>
    </w:p>
    <w:p>
      <w:pPr>
        <w:jc w:val="right"/>
      </w:pPr>
      <w:r>
        <w:t>تو خدا نے اپنے creation plan کو بتانے کے لیے قرآن اتارا۔ محمد صلی اللہ علیہ وسلم کے ذریعے۔ تو یہ تو بہت ہی بڑی نعمت تھی۔</w:t>
      </w:r>
    </w:p>
    <w:p>
      <w:r>
        <w:rPr>
          <w:b/>
        </w:rPr>
        <w:t xml:space="preserve">[15:15] </w:t>
      </w:r>
      <w:r>
        <w:t>to jis din quran utra woh insaan ke liye ek bohat bari blessing ka din tha. bohat bari blessing ka din.</w:t>
      </w:r>
    </w:p>
    <w:p>
      <w:pPr>
        <w:jc w:val="right"/>
      </w:pPr>
      <w:r>
        <w:t>تو جس دن قرآن اترا وہ انسان کے لیے ایک بہت بڑی blessing کا دن تھا۔ بہت بڑی blessing کا دن۔</w:t>
      </w:r>
    </w:p>
    <w:p>
      <w:r>
        <w:rPr>
          <w:b/>
        </w:rPr>
        <w:t xml:space="preserve">[15:24] </w:t>
      </w:r>
      <w:r>
        <w:t>is liye woh ek memorable din ban gaya, yaadgar din. aur yeh din, yeh raat jo yeh jo utra tha woh ramzan ke mahine mein utarne ke maani yeh nahin keh poora poora quran utar diya gaya.</w:t>
      </w:r>
    </w:p>
    <w:p>
      <w:pPr>
        <w:jc w:val="right"/>
      </w:pPr>
      <w:r>
        <w:t>اس لیے وہ ایک memorable دن بن گیا، یادگار دن۔ اور یہ دن، یہ رات جو یہ جو اترا تھا وہ رمضان کے مہینے میں اترنے کے معنی یہ نہیں کہ پورا پورا قرآن اتار دیا گیا۔</w:t>
      </w:r>
    </w:p>
    <w:p>
      <w:r>
        <w:rPr>
          <w:b/>
        </w:rPr>
        <w:t xml:space="preserve">[15:39] </w:t>
      </w:r>
      <w:r>
        <w:t>nahin, utarna shuru hua. utarne ke maani hain utarna shuru hua. to quran utarna shuru hua ramzan ke mahine mein.</w:t>
      </w:r>
    </w:p>
    <w:p>
      <w:pPr>
        <w:jc w:val="right"/>
      </w:pPr>
      <w:r>
        <w:t>نہیں، اترنا شروع ہوا۔ اترنے کے معنی ہیں اترنا شروع ہوا۔ تو قرآن اترنا شروع ہوا رمضان کے مہینے میں۔</w:t>
      </w:r>
    </w:p>
    <w:p>
      <w:r>
        <w:rPr>
          <w:b/>
        </w:rPr>
        <w:t xml:space="preserve">[15:49] </w:t>
      </w:r>
      <w:r>
        <w:t>to yeh bohat, is ko khuda ne ek yaadgar din ya ek yaadgar mahina qarar diya. aur is mein phir roze ko rakha. taakeh insaan is mahine mein quran ko zyada se zyada parhe.</w:t>
      </w:r>
    </w:p>
    <w:p>
      <w:pPr>
        <w:jc w:val="right"/>
      </w:pPr>
      <w:r>
        <w:t>تو یہ بہت، اس کو خدا نے ایک یادگار دن یا ایک یادگار مہینہ قرار دیا۔ اور اس میں پھر روزے کو رکھا۔ تاکہ انسان اس مہینے میں قرآن کو زیادہ سے زیادہ پڑھے۔</w:t>
      </w:r>
    </w:p>
    <w:p>
      <w:r>
        <w:rPr>
          <w:b/>
        </w:rPr>
        <w:t xml:space="preserve">[16:05] </w:t>
      </w:r>
      <w:r>
        <w:t>quran mein dhoonde. quran mein dhoonde keh what is the purpose of my life</w:t>
      </w:r>
    </w:p>
    <w:p>
      <w:pPr>
        <w:jc w:val="right"/>
      </w:pPr>
      <w:r>
        <w:t>قرآن میں ڈھونڈے۔ قرآن میں ڈھونڈے کہ what is the purpose of my life</w:t>
      </w:r>
    </w:p>
    <w:p>
      <w:r>
        <w:rPr>
          <w:b/>
        </w:rPr>
        <w:t xml:space="preserve">[16:13] </w:t>
      </w:r>
      <w:r>
        <w:t>? what is success? what is failure? what is success? what is failure? ek ek cheez ko quran mein dhoonde.</w:t>
      </w:r>
    </w:p>
    <w:p>
      <w:pPr>
        <w:jc w:val="right"/>
      </w:pPr>
      <w:r>
        <w:t>؟ What is success? What is failure؟ What is success? What is failure؟ ایک ایک چیز کو قرآن میں ڈھونڈے۔</w:t>
      </w:r>
    </w:p>
    <w:p>
      <w:r>
        <w:rPr>
          <w:b/>
        </w:rPr>
        <w:t xml:space="preserve">[16:24] </w:t>
      </w:r>
      <w:r>
        <w:t>isi liye aap jante hain keh ramzan ke mahine mein quran bohat zyada parha jata hai. aam tareeqe se parha jata hai, tilawat ki jati hai aur phir taraveeh mein parha jata hai.</w:t>
      </w:r>
    </w:p>
    <w:p>
      <w:pPr>
        <w:jc w:val="right"/>
      </w:pPr>
      <w:r>
        <w:t>اسی لیے آپ جانتے ہیں کہ رمضان کے مہینے میں قرآن بہت زیادہ پڑھا جاتا ہے۔ عام طریقے سے پڑھا جاتا ہے، تلاوت کی جاتی ہے اور پھر تراویح میں پڑھا جاتا ہے۔</w:t>
      </w:r>
    </w:p>
    <w:p>
      <w:r>
        <w:rPr>
          <w:b/>
        </w:rPr>
        <w:t xml:space="preserve">[16:36] </w:t>
      </w:r>
      <w:r>
        <w:t>to yeh month of quran hua. phir farmaya keh wa litakbaru allaha ala ma hadakum. to yeh month of takbeer bhi hua.</w:t>
      </w:r>
    </w:p>
    <w:p>
      <w:pPr>
        <w:jc w:val="right"/>
      </w:pPr>
      <w:r>
        <w:t>تو یہ month of قرآن ہوا۔ پھر فرمایا کہ ولتکبروا اللہ علی ماہداکم۔ تو یہ month of تکبیر بھی ہوا۔</w:t>
      </w:r>
    </w:p>
    <w:p>
      <w:r>
        <w:rPr>
          <w:b/>
        </w:rPr>
        <w:t xml:space="preserve">[16:45] </w:t>
      </w:r>
      <w:r>
        <w:t>yaani takbeer ka matlab hota hai khuda ki glory bayan karna. khuda ki glory bayan karna. is mahine mein aap ko zyada se zyada is baat ka ehsaas ho keh khuda, khuda ki glory ka ehsaas ho zyada se zyada.</w:t>
      </w:r>
    </w:p>
    <w:p>
      <w:pPr>
        <w:jc w:val="right"/>
      </w:pPr>
      <w:r>
        <w:t>یعنی تکبیر کا مطلب ہوتا ہے خدا کی glory بیان کرنا۔ خدا کی glory بیان کرنا۔ اس مہینے میں آپ کو زیادہ سے زیادہ اس بات کا احساس ہو کہ خدا، خدا کی glory کا احساس ہو زیادہ سے زیادہ۔</w:t>
      </w:r>
    </w:p>
    <w:p>
      <w:r>
        <w:rPr>
          <w:b/>
        </w:rPr>
        <w:t xml:space="preserve">[17:04] </w:t>
      </w:r>
      <w:r>
        <w:t>woh kaise? dekhen ek alamaati tor par aap ko khana aur peena chhorwaya jata hai sirf din ke liye, raat ke liye nahin.</w:t>
      </w:r>
    </w:p>
    <w:p>
      <w:pPr>
        <w:jc w:val="right"/>
      </w:pPr>
      <w:r>
        <w:t>وہ کیسے؟ دیکھیں ایک علامتی طور پر آپ کو کھانا اور پینا چھڑوایا جاتا ہے صرف دن کے لیے، رات کے لیے نہیں۔</w:t>
      </w:r>
    </w:p>
    <w:p>
      <w:r>
        <w:rPr>
          <w:b/>
        </w:rPr>
        <w:t xml:space="preserve">[17:15] </w:t>
      </w:r>
      <w:r>
        <w:t>yeh alamaati tor par aap ko is mein discover, alamaati tor par aap ko is baat ki discovery hoti hai keh khuda ki kitni bari blessing hai.</w:t>
      </w:r>
    </w:p>
    <w:p>
      <w:pPr>
        <w:jc w:val="right"/>
      </w:pPr>
      <w:r>
        <w:t>یہ علامتی طور پر آپ کو اس میں discover، علامتی طور پر آپ کو اس بات کی discovery ہوتی ہے کہ خدا کی کتنی بڑی blessing ہے۔</w:t>
      </w:r>
    </w:p>
    <w:p>
      <w:r>
        <w:rPr>
          <w:b/>
        </w:rPr>
        <w:t xml:space="preserve">[17:27] </w:t>
      </w:r>
      <w:r>
        <w:t>khuda ne paida kar ke insaan ko chhor nahin diya is duniya mein balkeh khuda ne is duniya mein yeh kiya keh jis ko kehte hain life support system woh banaya.</w:t>
      </w:r>
    </w:p>
    <w:p>
      <w:pPr>
        <w:jc w:val="right"/>
      </w:pPr>
      <w:r>
        <w:t>خدا نے پیدا کر کے انسان کو چھوڑ نہیں دیا اس دنیا میں بلکہ خدا نے اس دنیا میں یہ کیا کہ جس کو کہتے ہیں life support system وہ بنایا۔</w:t>
      </w:r>
    </w:p>
    <w:p>
      <w:r>
        <w:rPr>
          <w:b/>
        </w:rPr>
        <w:t xml:space="preserve">[17:42] </w:t>
      </w:r>
      <w:r>
        <w:t>nature ko khuda ne insaan ke liye support bana diya. poori poori nature. yahan roshni hai, yahan oxygen hai, yahan pani hai, yahan food hai.</w:t>
      </w:r>
    </w:p>
    <w:p>
      <w:pPr>
        <w:jc w:val="right"/>
      </w:pPr>
      <w:r>
        <w:t>Nature کو خدا نے انسان کے لیے support بنا دیا۔ پوری پوری nature۔ یہاں روشنی ہے، یہاں آکسیجن ہے، یہاں پانی ہے، یہاں food ہے۔</w:t>
      </w:r>
    </w:p>
    <w:p>
      <w:r>
        <w:rPr>
          <w:b/>
        </w:rPr>
        <w:t xml:space="preserve">[17:55] </w:t>
      </w:r>
      <w:r>
        <w:t>in gint cheezen hain. is ko hum kehte hain life support system. to isi mein se khana aur pani hai. khane aur peene ke bare mein hum ko jab hum bhook, bhooke rehte hain ya pyase rehte hain to hum ko hamari sensitivity barhti hai.</w:t>
      </w:r>
    </w:p>
    <w:p>
      <w:pPr>
        <w:jc w:val="right"/>
      </w:pPr>
      <w:r>
        <w:t>ان گنت چیزیں ہیں۔ اس کو ہم کہتے ہیں life support system۔ تو اسی میں سے کھانا اور پانی ہے۔ کھانے اور پینے کے بارے میں ہم کو جب ہم بھوک، بھوکے رہتے ہیں یا پیاسے رہتے ہیں تو ہم کو ہماری sensitivity بڑھتی ہے۔</w:t>
      </w:r>
    </w:p>
    <w:p>
      <w:r>
        <w:rPr>
          <w:b/>
        </w:rPr>
        <w:t xml:space="preserve">[18:13] </w:t>
      </w:r>
      <w:r>
        <w:t>zyada gehrai ke sath hum is ko discover kar pate hain ke khuda ne kitna bara inaam kiya hai yeh. pani aur khane ko yahan par is ko provide kiya hai hamare liye.</w:t>
      </w:r>
    </w:p>
    <w:p>
      <w:pPr>
        <w:jc w:val="right"/>
      </w:pPr>
      <w:r>
        <w:t>زیادہ گہرائی کے ساتھ ہم اس کو discover کر پاتے ہیں کہ خدا نے کتنا بڑا انعام کیا ہے یہ۔ پانی اور کھانے کو یہاں پر اس کو provide کیا ہے ہمارے لیے۔</w:t>
      </w:r>
    </w:p>
    <w:p>
      <w:r>
        <w:rPr>
          <w:b/>
        </w:rPr>
        <w:t xml:space="preserve">[18:25] </w:t>
      </w:r>
      <w:r>
        <w:t>phir pani aur khane ko jab discover karte hain aap to poori nature ko discover karte hain aap. poori nature ko. jis ko hum kehte hain life support system.</w:t>
      </w:r>
    </w:p>
    <w:p>
      <w:pPr>
        <w:jc w:val="right"/>
      </w:pPr>
      <w:r>
        <w:t>پھر پانی اور کھانے کو جب discover کرتے ہیں آپ تو پوری nature کو discover کرتے ہیں آپ۔ پوری nature کو۔ جس کو ہم کہتے ہیں life support system۔</w:t>
      </w:r>
    </w:p>
    <w:p>
      <w:r>
        <w:rPr>
          <w:b/>
        </w:rPr>
        <w:t xml:space="preserve">[18:37] </w:t>
      </w:r>
      <w:r>
        <w:t>to jab yeh discover aap karte hain tab ja kar ke aap ko nikalta hai woh jo Allah Akbar yani khuda ki barhai ka ehsas.</w:t>
      </w:r>
    </w:p>
    <w:p>
      <w:pPr>
        <w:jc w:val="right"/>
      </w:pPr>
      <w:r>
        <w:t>تو جب یہ discover آپ کرتے ہیں تب جا کر کے آپ کو نکلتا ہے وہ جو اللہ اکبر یعنی خدا کی بڑائی کا احساس۔</w:t>
      </w:r>
    </w:p>
    <w:p>
      <w:r>
        <w:rPr>
          <w:b/>
        </w:rPr>
        <w:t xml:space="preserve">[18:47] </w:t>
      </w:r>
      <w:r>
        <w:t>khuda ki glory ka ehsas. to yeh khuda ki barhai ka mahina is sense mein hai ke roze mein aap ko kuch aise experience guzarte hain.</w:t>
      </w:r>
    </w:p>
    <w:p>
      <w:pPr>
        <w:jc w:val="right"/>
      </w:pPr>
      <w:r>
        <w:t>خدا کی glory کا احساس۔ تو یہ خدا کی بڑائی کا مہینہ اس sense میں ہے کہ روزے میں آپ کو کچھ ایسے experience گزرتے ہیں۔</w:t>
      </w:r>
    </w:p>
    <w:p>
      <w:r>
        <w:rPr>
          <w:b/>
        </w:rPr>
        <w:t xml:space="preserve">[19:05] </w:t>
      </w:r>
      <w:r>
        <w:t>bhook aur pyas ki shakal mein aur doosri shaklon mein bhi. is se aap ko andaza hota hai ke kitni bari cheez hai yeh nature ka support system.</w:t>
      </w:r>
    </w:p>
    <w:p>
      <w:pPr>
        <w:jc w:val="right"/>
      </w:pPr>
      <w:r>
        <w:t>بھوک اور پیاس کی شکل میں اور دوسری شکلوں میں بھی۔ اس سے آپ کو اندازہ ہوتا ہے کہ کتنی بڑی چیز ہے یہ nature کا support system۔</w:t>
      </w:r>
    </w:p>
    <w:p>
      <w:r>
        <w:rPr>
          <w:b/>
        </w:rPr>
        <w:t xml:space="preserve">[19:16] </w:t>
      </w:r>
      <w:r>
        <w:t>agar yeh na ho to dunya mein meri zindagi khatam ho jaye gi. khatam ho jaye gi. aaj hi, aaj ke times of India mein ek mazmoon aaya hai ek ek scientist ka, ek ek western scientist ka ke imagine a world where, imagine a world without us.</w:t>
      </w:r>
    </w:p>
    <w:p>
      <w:pPr>
        <w:jc w:val="right"/>
      </w:pPr>
      <w:r>
        <w:t>اگر یہ نہ ہو تو دنیا میں میری زندگی ختم ہو جائے گی۔ ختم ہو جائے گی۔ آج ہی، آج کے times of انڈیا میں ایک مضمون آیا ہے ایک ایک scientist کا، ایک ایک western scientist کا کہ imagine a world where، imagine a world without us۔</w:t>
      </w:r>
    </w:p>
    <w:p>
      <w:r>
        <w:rPr>
          <w:b/>
        </w:rPr>
        <w:t xml:space="preserve">[19:43] </w:t>
      </w:r>
      <w:r>
        <w:t>aaj hi ek ek mazmoon maine dekha times of India mein ek bare scientist ka hai imagine a world without us. ek aisi dunya ko socho jis mein hum nahi honge.</w:t>
      </w:r>
    </w:p>
    <w:p>
      <w:pPr>
        <w:jc w:val="right"/>
      </w:pPr>
      <w:r>
        <w:t>آج ہی ایک ایک مضمون میں نے دیکھا times of انڈیا میں ایک بڑے scientist کا ہے imagine a world without us۔ ایک ایسی دنیا کو سوچو جس میں ہم نہیں ہوں گے۔</w:t>
      </w:r>
    </w:p>
    <w:p>
      <w:r>
        <w:rPr>
          <w:b/>
        </w:rPr>
        <w:t xml:space="preserve">[19:58] </w:t>
      </w:r>
      <w:r>
        <w:t>kyun ke aap jante hain ke aaj kal jo global warming ka jo naya phenomena samne aaya hai is ki wajah se cheezen khatam ho rahi hain. har cheez jo hai woh danger mein hai.</w:t>
      </w:r>
    </w:p>
    <w:p>
      <w:pPr>
        <w:jc w:val="right"/>
      </w:pPr>
      <w:r>
        <w:t>کیونکہ آپ جانتے ہیں کہ آج کل جو global warming کا جو نیا phenomena سامنے آیا ہے اس کی وجہ سے چیزیں ختم ہو رہی ہیں۔ ہر چیز جو ہے وہ danger میں ہے۔</w:t>
      </w:r>
    </w:p>
    <w:p>
      <w:r>
        <w:rPr>
          <w:b/>
        </w:rPr>
        <w:t xml:space="preserve">[20:15] </w:t>
      </w:r>
      <w:r>
        <w:t>to is ne kaha hai ke bohat jald woh din aye ga ke insan mar chuke honge. yani life support system khatam ho jaye ga.</w:t>
      </w:r>
    </w:p>
    <w:p>
      <w:pPr>
        <w:jc w:val="right"/>
      </w:pPr>
      <w:r>
        <w:t>تو اس نے کہا ہے کہ بہت جلد وہ دن آئے گا کہ انسان مر چکے ہوں گے۔ یعنی life support system ختم ہو جائے گا۔</w:t>
      </w:r>
    </w:p>
    <w:p>
      <w:r>
        <w:rPr>
          <w:b/>
        </w:rPr>
        <w:t xml:space="preserve">[20:25] </w:t>
      </w:r>
      <w:r>
        <w:t>life support system nahi to insan bhi nahi.</w:t>
      </w:r>
    </w:p>
    <w:p>
      <w:pPr>
        <w:jc w:val="right"/>
      </w:pPr>
      <w:r>
        <w:t>Life support system نہیں تو انسان بھی نہیں۔</w:t>
      </w:r>
    </w:p>
    <w:p>
      <w:r>
        <w:rPr>
          <w:b/>
        </w:rPr>
        <w:t xml:space="preserve">[20:31] </w:t>
      </w:r>
      <w:r>
        <w:t>life support system mein yeh bhi hai ke garmi aap ko bohat hi etidal ke sath mile. suraj garmi agar barh jaye, bohat zyada barh jaye to hum mar jayenge.</w:t>
      </w:r>
    </w:p>
    <w:p>
      <w:pPr>
        <w:jc w:val="right"/>
      </w:pPr>
      <w:r>
        <w:t>Life support system میں یہ بھی ہے کہ گرمی آپ کو بہت ہی اعتدال کے ساتھ ملے۔ سورج گرمی اگر بڑھ جائے، بہت زیادہ بڑھ جائے تو ہم مر جائیں گے۔</w:t>
      </w:r>
    </w:p>
    <w:p>
      <w:r>
        <w:rPr>
          <w:b/>
        </w:rPr>
        <w:t xml:space="preserve">[20:42] </w:t>
      </w:r>
      <w:r>
        <w:t>jal jal kar khatam ho jayenge. yani suraj agar aadha aur neeche aa jaye, aadha faasla ghata de woh to kya hoga hum jaise aag mein kaghaz jalta hai aise hum jal jayenge.</w:t>
      </w:r>
    </w:p>
    <w:p>
      <w:pPr>
        <w:jc w:val="right"/>
      </w:pPr>
      <w:r>
        <w:t>جل جل کر ختم ہو جائیں گے۔ یعنی سورج اگر آدھا اور نیچے آ جائے، آدھا فاصلہ گھٹا دے وہ تو کیا ہوگا ہم جیسے آگ میں کاغذ جلتا ہے ایسے ہم جل جائیں گے۔</w:t>
      </w:r>
    </w:p>
    <w:p>
      <w:r>
        <w:rPr>
          <w:b/>
        </w:rPr>
        <w:t xml:space="preserve">[20:59] </w:t>
      </w:r>
      <w:r>
        <w:t>to global warming jo hai woh bohat bara danger ban kar samne aayi hai. to isi ko le kar ke ek scientist ne likha hai jo aaj hi chhapa hai times of India mein ke imagine a world without us.</w:t>
      </w:r>
    </w:p>
    <w:p>
      <w:pPr>
        <w:jc w:val="right"/>
      </w:pPr>
      <w:r>
        <w:t>تو global warming جو ہے وہ بہت بڑا danger بن کر سامنے آئی ہے۔ تو اسی کو لے کر کے ایک scientist نے لکھا ہے جو آج ہی چھپا ہے times of انڈیا میں کہ imagine a world without us۔</w:t>
      </w:r>
    </w:p>
    <w:p>
      <w:r>
        <w:rPr>
          <w:b/>
        </w:rPr>
        <w:t xml:space="preserve">[21:18] </w:t>
      </w:r>
      <w:r>
        <w:t>to is ne bataya hai ke dunya ek waqt tha ke dunya mein hum insan nahi tha. to ek barren thi, chatanen theen sirf.</w:t>
      </w:r>
    </w:p>
    <w:p>
      <w:pPr>
        <w:jc w:val="right"/>
      </w:pPr>
      <w:r>
        <w:t>تو اس نے بتایا ہے کہ دنیا ایک وقت تھا کہ دنیا میں ہم انسان نہیں تھا۔ تو ایک barren تھی، چٹانیں تھیں صرف۔</w:t>
      </w:r>
    </w:p>
    <w:p>
      <w:r>
        <w:rPr>
          <w:b/>
        </w:rPr>
        <w:t xml:space="preserve">[21:29] </w:t>
      </w:r>
      <w:r>
        <w:t>pani nahi tha, kuch nahi tha. to aisi ek ek chatan ke roop mein thi yeh. wahi halat phir lotegi.</w:t>
      </w:r>
    </w:p>
    <w:p>
      <w:pPr>
        <w:jc w:val="right"/>
      </w:pPr>
      <w:r>
        <w:t>پانی نہیں تھا، کچھ نہیں تھا۔ تو ایسی ایک ایک چٹان کے روپ میں تھی یہ۔ وہی حالت پھر لوٹے گی۔</w:t>
      </w:r>
    </w:p>
    <w:p>
      <w:r>
        <w:rPr>
          <w:b/>
        </w:rPr>
        <w:t xml:space="preserve">[21:40] </w:t>
      </w:r>
      <w:r>
        <w:t>to is maani hai ke yeh jo life support system hai yeh hai to insan hai, yeh nahi hai to insan bhi nahi. to roze mein pani aur khana,</w:t>
      </w:r>
    </w:p>
    <w:p>
      <w:pPr>
        <w:jc w:val="right"/>
      </w:pPr>
      <w:r>
        <w:t>تو اس معنی ہے کہ یہ جو life support system ہے یہ ہے تو انسان ہے، یہ نہیں ہے تو انسان بھی نہیں۔ تو روزے میں پانی اور کھانا،</w:t>
      </w:r>
    </w:p>
    <w:p>
      <w:r>
        <w:rPr>
          <w:b/>
        </w:rPr>
        <w:t xml:space="preserve">[21:54] </w:t>
      </w:r>
      <w:r>
        <w:t>water aur food do cheezon se insan ko waqti tor par mehroom kar ke yeh ehsas dilaya jata hai ke kitni qeemti cheez hai yeh jo tum ko aasani se free mein mil rahi hai.</w:t>
      </w:r>
    </w:p>
    <w:p>
      <w:pPr>
        <w:jc w:val="right"/>
      </w:pPr>
      <w:r>
        <w:t>water اور food دو چیزوں سے انسان کو وقتی طور پر محروم کر کے یہ احساس دلایا جاتا ہے کہ کتنی قیمتی چیز ہے یہ جو تم کو آسانی سے free میں مل رہی ہے۔</w:t>
      </w:r>
    </w:p>
    <w:p>
      <w:r>
        <w:rPr>
          <w:b/>
        </w:rPr>
        <w:t xml:space="preserve">[22:09] </w:t>
      </w:r>
      <w:r>
        <w:t>isi se dekho ke poora jo life support system hai woh free mein mila hua hai tum ko. agar khuda is ko wapas le le tumhara kya anjam hoga?</w:t>
      </w:r>
    </w:p>
    <w:p>
      <w:pPr>
        <w:jc w:val="right"/>
      </w:pPr>
      <w:r>
        <w:t>اسی سے دیکھو کہ پورا جو life support system ہے وہ free میں ملا ہوا ہے تم کو۔ اگر خدا اس کو واپس لے لے تمہارا کیا انجام ہوگا؟</w:t>
      </w:r>
    </w:p>
    <w:p>
      <w:r>
        <w:rPr>
          <w:b/>
        </w:rPr>
        <w:t xml:space="preserve">[22:21] </w:t>
      </w:r>
      <w:r>
        <w:t>tumhara khatam hi ho jaye ga, tum wajood hi tumhara nahi hoga. yeh hai wiltakbaroo Allah alaa ma hadakum. ke jab aap is ko sochte hain, jab aap ko ehsas karte hain to aap khuda ki barhai bayan karte hain, khuda ki glory bayan karte hain.</w:t>
      </w:r>
    </w:p>
    <w:p>
      <w:pPr>
        <w:jc w:val="right"/>
      </w:pPr>
      <w:r>
        <w:t>تمہارا خاتم ہی ہو جائے گا، تم وجود ہی تمہارا نہیں ہوگا۔ یہ ہے ولتکبروا اللہ علی ماہداکم۔ کہ جب آپ اس کو سوچتے ہیں، جب آپ کو احساس کرتے ہیں تو آپ خدا کی بڑائی بیان کرتے ہیں، خدا کی glory بیان کرتے ہیں۔</w:t>
      </w:r>
    </w:p>
    <w:p>
      <w:r>
        <w:rPr>
          <w:b/>
        </w:rPr>
        <w:t xml:space="preserve">[22:38] </w:t>
      </w:r>
      <w:r>
        <w:t>aitraf karte hain, khuda ko acknowledge karte hain khuda hai to bohat bara hai, bohat bara hai, bohat bara hai. to raheem o kareem hai. to ek yeh hai aspect ramzan ke mahine ka aur ek aspect hai taqwa.</w:t>
      </w:r>
    </w:p>
    <w:p>
      <w:pPr>
        <w:jc w:val="right"/>
      </w:pPr>
      <w:r>
        <w:t>اعتراف کرتے ہیں، خدا کو acknowledge کرتے ہیں خدا ہے تو بہت بڑا ہے، بہت بڑا ہے، بہت بڑا ہے۔ تو رحیم و کریم ہے۔ تو ایک یہ ہے aspect رمضان کے مہینے کا اور ایک aspect ہے تقویٰ۔</w:t>
      </w:r>
    </w:p>
    <w:p>
      <w:r>
        <w:rPr>
          <w:b/>
        </w:rPr>
        <w:t xml:space="preserve">[22:54] </w:t>
      </w:r>
      <w:r>
        <w:t>lallakum tattaqoon. quran ki surah al baqarah mein aaya hai. taqwa ka matlab kya hai? taqwa ka matlab hai parhezgari.</w:t>
      </w:r>
    </w:p>
    <w:p>
      <w:pPr>
        <w:jc w:val="right"/>
      </w:pPr>
      <w:r>
        <w:t>لعلکم تتقون۔ قرآن کی سورہ البقرہ میں آیا ہے۔ تقویٰ کا مطلب کیا ہے؟ تقویٰ کا مطلب ہے پرہیزگاری۔</w:t>
      </w:r>
    </w:p>
    <w:p>
      <w:r>
        <w:rPr>
          <w:b/>
        </w:rPr>
        <w:t xml:space="preserve">[23:08] </w:t>
      </w:r>
      <w:r>
        <w:t>god conscious ho kar dunya mein rehna.</w:t>
      </w:r>
    </w:p>
    <w:p>
      <w:pPr>
        <w:jc w:val="right"/>
      </w:pPr>
      <w:r>
        <w:t>God conscious ہو کر دنیا میں رہنا۔</w:t>
      </w:r>
    </w:p>
    <w:p>
      <w:r>
        <w:rPr>
          <w:b/>
        </w:rPr>
        <w:t xml:space="preserve">[23:14] </w:t>
      </w:r>
      <w:r>
        <w:t>taqwa ka matlab hai ke aap dunya mein is tarah rahen ke aap har waqt khuda ko yaad karen. yeh samjhen ke I am under God.</w:t>
      </w:r>
    </w:p>
    <w:p>
      <w:pPr>
        <w:jc w:val="right"/>
      </w:pPr>
      <w:r>
        <w:t>تقویٰ کا مطلب ہے کہ آپ دنیا میں اس طرح رہیں کہ آپ ہر وقت خدا کو یاد کریں۔ یہ سمجھیں کہ آئی ایم انڈر گاڈ۔</w:t>
      </w:r>
    </w:p>
    <w:p>
      <w:r>
        <w:rPr>
          <w:b/>
        </w:rPr>
        <w:t xml:space="preserve">[23:25] </w:t>
      </w:r>
      <w:r>
        <w:t>yeh sochen ke main khuda ke mathat hoon. I am under God. main khuda ke jo farishtay hain woh mujh ko wash kar rahe hain.</w:t>
      </w:r>
    </w:p>
    <w:p>
      <w:pPr>
        <w:jc w:val="right"/>
      </w:pPr>
      <w:r>
        <w:t>یہ سوچیں کہ میں خدا کے ماتحت ہوں۔ آئی ایم انڈر گاڈ۔ میں خدا کے جو فرشتے ہیں وہ مجھ کو wash کر رہے ہیں۔</w:t>
      </w:r>
    </w:p>
    <w:p>
      <w:r>
        <w:rPr>
          <w:b/>
        </w:rPr>
        <w:t xml:space="preserve">[23:36] </w:t>
      </w:r>
      <w:r>
        <w:t>khuda ke farishtay mujh ko wash kar rahay hain. khuda ke farishtay mera record bana rahay hain. meray intention ka, meri speech ka, meray behavior ka, meray character ka, meri activities ka record bana rahay hain.</w:t>
      </w:r>
    </w:p>
    <w:p>
      <w:pPr>
        <w:jc w:val="right"/>
      </w:pPr>
      <w:r>
        <w:t>خدا کے فرشتے مجھ کو wash کر رہے ہیں۔ خدا کے فرشتے میرا ریکارڈ بنا رہے ہیں۔ میرے intention کا، میری سپیچ کا، میرے behavior کا، میرے character کا، میری activities کا ریکارڈ بنا رہے ہیں۔</w:t>
      </w:r>
    </w:p>
    <w:p>
      <w:r>
        <w:rPr>
          <w:b/>
        </w:rPr>
        <w:t xml:space="preserve">[23:50] </w:t>
      </w:r>
      <w:r>
        <w:t>khuda ke angel. is ko soch kar dunya mein rahen aap. yeh hai taqwa. dekhen taqwa koi na to kapray ka naam hai, na darhi ka naam hai, na sarba aur khizab ka naam hai.</w:t>
      </w:r>
    </w:p>
    <w:p>
      <w:pPr>
        <w:jc w:val="right"/>
      </w:pPr>
      <w:r>
        <w:t>خدا کے angel۔ اس کو سوچ کر دنیا میں رہیں آپ۔ یہ ہے تقویٰ۔ دیکھیں تقویٰ کوئی نہ تو کپڑے کا نام ہے، نہ داڑھی کا نام ہے، نہ سربہ اور خضاب کا نام ہے۔</w:t>
      </w:r>
    </w:p>
    <w:p>
      <w:r>
        <w:rPr>
          <w:b/>
        </w:rPr>
        <w:t xml:space="preserve">[24:03] </w:t>
      </w:r>
      <w:r>
        <w:t>yeh taqwa nahi hai. taqwa kisi waza qata ka naam nahi hai. taqwa naam hai spirit ka.</w:t>
      </w:r>
    </w:p>
    <w:p>
      <w:pPr>
        <w:jc w:val="right"/>
      </w:pPr>
      <w:r>
        <w:t>یہ تقویٰ نہیں ہے۔ تقویٰ کسی وضع قطع کا نام نہیں ہے۔ تقویٰ نام ہے spirit کا۔</w:t>
      </w:r>
    </w:p>
    <w:p>
      <w:r>
        <w:rPr>
          <w:b/>
        </w:rPr>
        <w:t xml:space="preserve">[24:12] </w:t>
      </w:r>
      <w:r>
        <w:t>rasool Allah ne farmaya al-taqwa ha hona. taqwa andar hai. al-taqwa ha hona. taqwa andar hai. bahar ka jo form hai us mein taqwa nahi hota.</w:t>
      </w:r>
    </w:p>
    <w:p>
      <w:pPr>
        <w:jc w:val="right"/>
      </w:pPr>
      <w:r>
        <w:t>رسول اللہ نے فرمایا التقویٰ ہا ہونا۔ تقویٰ اندر ہے۔ التقویٰ ہا ہونا۔ تقویٰ اندر ہے۔ باہر کا جو فارم ہے اس میں تقویٰ نہیں ہوتا۔</w:t>
      </w:r>
    </w:p>
    <w:p>
      <w:r>
        <w:rPr>
          <w:b/>
        </w:rPr>
        <w:t xml:space="preserve">[24:26] </w:t>
      </w:r>
      <w:r>
        <w:t>to taqwa ke, taqwa ki spirit ke sath dunya mein rehna yeh sikhaata hai ramzan. woh kaisay?</w:t>
      </w:r>
    </w:p>
    <w:p>
      <w:pPr>
        <w:jc w:val="right"/>
      </w:pPr>
      <w:r>
        <w:t>تو تقویٰ کے، تقویٰ کی spirit کے ساتھ دنیا میں رہنا یہ سکھاتا ہے رمضان۔ وہ کیسے؟</w:t>
      </w:r>
    </w:p>
    <w:p>
      <w:r>
        <w:rPr>
          <w:b/>
        </w:rPr>
        <w:t xml:space="preserve">[24:36] </w:t>
      </w:r>
      <w:r>
        <w:t>kyun ke aap barah ghantay se ziyada ho jata hai hum ko bhook mein.</w:t>
      </w:r>
    </w:p>
    <w:p>
      <w:pPr>
        <w:jc w:val="right"/>
      </w:pPr>
      <w:r>
        <w:t>کیونکہ آپ بارہ گھنٹے سے زیادہ ہو جاتا ہے ہم کو بھوک میں۔</w:t>
      </w:r>
    </w:p>
    <w:p>
      <w:r>
        <w:rPr>
          <w:b/>
        </w:rPr>
        <w:t xml:space="preserve">[24:47] </w:t>
      </w:r>
      <w:r>
        <w:t>sehri se le kar ke sunset tak is waqt humain piyas lagti hai magar hum pani nahi peetay. bhook lagti hai magar hum khana nahi khatay.</w:t>
      </w:r>
    </w:p>
    <w:p>
      <w:pPr>
        <w:jc w:val="right"/>
      </w:pPr>
      <w:r>
        <w:t>سحری سے لے کر کے sunset تک اس وقت ہمیں پیاس لگتی ہے مگر ہم پانی نہیں پیتے۔ بھوک لگتی ہے مگر ہم کھانا نہیں کھاتے۔</w:t>
      </w:r>
    </w:p>
    <w:p>
      <w:r>
        <w:rPr>
          <w:b/>
        </w:rPr>
        <w:t xml:space="preserve">[24:59] </w:t>
      </w:r>
      <w:r>
        <w:t>kyun? is liye ke khuda ne kaha hai ke roze mein na khaao, na piyo. halankay khuda yahan maujood nahi hai samnay.</w:t>
      </w:r>
    </w:p>
    <w:p>
      <w:pPr>
        <w:jc w:val="right"/>
      </w:pPr>
      <w:r>
        <w:t>کیوں؟ اس لیے کہ خدا نے کہا ہے کہ روزے میں نہ کھاؤ، نہ پیو۔ حالانکہ خدا یہاں موجود نہیں ہے سامنے۔</w:t>
      </w:r>
    </w:p>
    <w:p>
      <w:r>
        <w:rPr>
          <w:b/>
        </w:rPr>
        <w:t xml:space="preserve">[25:12] </w:t>
      </w:r>
      <w:r>
        <w:t>yehi taqwa hai ke training hai, yeh taqwa ki training hai. ke khuda ki kahi hui directions ko hum follow karen.</w:t>
      </w:r>
    </w:p>
    <w:p>
      <w:pPr>
        <w:jc w:val="right"/>
      </w:pPr>
      <w:r>
        <w:t>یہی تقویٰ ہے کہ training ہے، یہ تقویٰ کی training ہے۔ کہ خدا کی کہی ہوئی directions کو ہم follow کریں۔</w:t>
      </w:r>
    </w:p>
    <w:p>
      <w:r>
        <w:rPr>
          <w:b/>
        </w:rPr>
        <w:t xml:space="preserve">[25:22] </w:t>
      </w:r>
      <w:r>
        <w:t>apnay ikhtiyar se, apnay azadi ke sath. baghair is ke koi compulsion maujood ho wahan par. to khanay aur pani ke muamlay mein jis tarah se hum</w:t>
      </w:r>
    </w:p>
    <w:p>
      <w:pPr>
        <w:jc w:val="right"/>
      </w:pPr>
      <w:r>
        <w:t>اپنے اختیار سے، اپنے آزادی کے ساتھ۔ بغیر اس کے کوئی compulsion موجود ہو وہاں پر۔ تو کھانے اور پانی کے معاملے میں جس طرح سے ہم</w:t>
      </w:r>
    </w:p>
    <w:p>
      <w:r>
        <w:rPr>
          <w:b/>
        </w:rPr>
        <w:t xml:space="preserve">[25:38] </w:t>
      </w:r>
      <w:r>
        <w:t>khuda ke hukum ka ko follow karte hain usi tarah sari cheezon ko follow karna.</w:t>
      </w:r>
    </w:p>
    <w:p>
      <w:pPr>
        <w:jc w:val="right"/>
      </w:pPr>
      <w:r>
        <w:t>خدا کے حکم کا کو follow کرتے ہیں اسی طرح ساری چیزوں کو follow کرنا۔</w:t>
      </w:r>
    </w:p>
    <w:p>
      <w:r>
        <w:rPr>
          <w:b/>
        </w:rPr>
        <w:t xml:space="preserve">[25:49] </w:t>
      </w:r>
      <w:r>
        <w:t>aik hadith mein hai ke roza naam hai buraiyon se roza rakhnay ka. roza naam hai buraiyon se roza rakhnay ka.</w:t>
      </w:r>
    </w:p>
    <w:p>
      <w:pPr>
        <w:jc w:val="right"/>
      </w:pPr>
      <w:r>
        <w:t>ایک حدیث میں ہے کہ روزہ نام ہے برائیوں سے روزہ رکھنے کا۔ روزہ نام ہے برائیوں سے روزہ رکھنے کا۔</w:t>
      </w:r>
    </w:p>
    <w:p>
      <w:r>
        <w:rPr>
          <w:b/>
        </w:rPr>
        <w:t xml:space="preserve">[25:59] </w:t>
      </w:r>
      <w:r>
        <w:t>is ka matlab kya hua? ke khana aur pani to do alamaati cheezen hain. symbolic cheezen hain. har woh cheez jis se khuda ne mana kiya hai us se rukna is ka naam hai roza.</w:t>
      </w:r>
    </w:p>
    <w:p>
      <w:pPr>
        <w:jc w:val="right"/>
      </w:pPr>
      <w:r>
        <w:t>اس کا مطلب کیا ہوا؟ کہ کھانا اور پانی تو دو علامتی چیزیں ہیں۔ Symbolic چیزیں ہیں۔ ہر وہ چیز جس سے خدا نے منع کیا ہے اس سے رکنا اس کا نام ہے روزہ۔</w:t>
      </w:r>
    </w:p>
    <w:p>
      <w:r>
        <w:rPr>
          <w:b/>
        </w:rPr>
        <w:t xml:space="preserve">[26:15] </w:t>
      </w:r>
      <w:r>
        <w:t>yani yeh symbolic value hai is is ki khanay aur peena chornay ki. warna har cheez se jaisay ke hadith mein aata hai ke man sabba ahad falyaqlim saim.</w:t>
      </w:r>
    </w:p>
    <w:p>
      <w:pPr>
        <w:jc w:val="right"/>
      </w:pPr>
      <w:r>
        <w:t>یعنی یہ symbolic value ہے اس اس کی کھانے اور پینا چھوڑنے کی۔ ورنہ ہر چیز سے جیسے کہ حدیث میں آتا ہے کہ من صابہ احد فلیقلم صائم۔</w:t>
      </w:r>
    </w:p>
    <w:p>
      <w:r>
        <w:rPr>
          <w:b/>
        </w:rPr>
        <w:t xml:space="preserve">[26:33] </w:t>
      </w:r>
      <w:r>
        <w:t>agar koi tum ko gaali de, agar koi tum ko gaali de, hadith mein aata hai ke jo roza rakha hai woh gaali galoch na karay.</w:t>
      </w:r>
    </w:p>
    <w:p>
      <w:pPr>
        <w:jc w:val="right"/>
      </w:pPr>
      <w:r>
        <w:t>اگر کوئی تم کو گالی دے، اگر کوئی تم کو گالی دے، حدیث میں آتا ہے کہ جو روزہ رکھا ہے وہ گالی گلوچ نہ کرے۔</w:t>
      </w:r>
    </w:p>
    <w:p>
      <w:r>
        <w:rPr>
          <w:b/>
        </w:rPr>
        <w:t xml:space="preserve">[26:43] </w:t>
      </w:r>
      <w:r>
        <w:t>woh kisi ko bura bhala na karay. aur agar koi doosra is ko gaali de to kya kahay? inni burham saim.</w:t>
      </w:r>
    </w:p>
    <w:p>
      <w:pPr>
        <w:jc w:val="right"/>
      </w:pPr>
      <w:r>
        <w:t>وہ کسی کو برا بھلا نہ کرے۔ اور اگر کوئی دوسرا اس کو گالی دے تو کیا کہے؟ انی برہم صائم۔</w:t>
      </w:r>
    </w:p>
    <w:p>
      <w:r>
        <w:rPr>
          <w:b/>
        </w:rPr>
        <w:t xml:space="preserve">[26:53] </w:t>
      </w:r>
      <w:r>
        <w:t>ke bhai mein to rozedar hoon. is se kya nikla? ke roza jo hai woh sirf khanay peenay ka roza nahi hai. rozay mein yeh bhi shamil hai ke aadmi badgoi na karay.</w:t>
      </w:r>
    </w:p>
    <w:p>
      <w:pPr>
        <w:jc w:val="right"/>
      </w:pPr>
      <w:r>
        <w:t>کہ بھئی میں تو روزے دار ہوں۔ اس سے کیا نکلا؟ کہ روزہ جو ہے وہ صرف کھانے پینے کا روزہ نہیں ہے۔ روزے میں یہ بھی شامل ہے کہ آدمی بدگوئی نہ کرے۔</w:t>
      </w:r>
    </w:p>
    <w:p>
      <w:r>
        <w:rPr>
          <w:b/>
        </w:rPr>
        <w:t xml:space="preserve">[27:06] </w:t>
      </w:r>
      <w:r>
        <w:t>woh gaali galoch na karay. woh intiqam na lay. kisi ke khilaf negative feeling apnay andar na paida karay.</w:t>
      </w:r>
    </w:p>
    <w:p>
      <w:pPr>
        <w:jc w:val="right"/>
      </w:pPr>
      <w:r>
        <w:t>وہ گالی گلوچ نہ کرے۔ وہ انتقام نہ لے۔ کسی کے خلاف negative feeling اپنے اندر نہ پیدا کرے۔</w:t>
      </w:r>
    </w:p>
    <w:p>
      <w:r>
        <w:rPr>
          <w:b/>
        </w:rPr>
        <w:t xml:space="preserve">[27:17] </w:t>
      </w:r>
      <w:r>
        <w:t>is se bhi bachna hai, is se bhi roza rakh lena hai. to goya ke roza cover karta hai hamari poori zindagi ko, poori life ko, hamari sari activities ko.</w:t>
      </w:r>
    </w:p>
    <w:p>
      <w:pPr>
        <w:jc w:val="right"/>
      </w:pPr>
      <w:r>
        <w:t>اس سے بھی بچنا ہے، اس سے بھی روزہ رکھ لینا ہے۔ تو گویا کہ روزہ cover کرتا ہے ہماری پوری زندگی کو، پوری life کو، ہماری ساری activities کو۔</w:t>
      </w:r>
    </w:p>
    <w:p>
      <w:r>
        <w:rPr>
          <w:b/>
        </w:rPr>
        <w:t xml:space="preserve">[27:29] </w:t>
      </w:r>
      <w:r>
        <w:t>to roza kya hai? woh taqwa ki training hai.</w:t>
      </w:r>
    </w:p>
    <w:p>
      <w:pPr>
        <w:jc w:val="right"/>
      </w:pPr>
      <w:r>
        <w:t>تو روزہ کیا ہے؟ وہ تقویٰ کی training ہے۔</w:t>
      </w:r>
    </w:p>
    <w:p>
      <w:r>
        <w:rPr>
          <w:b/>
        </w:rPr>
        <w:t xml:space="preserve">[27:35] </w:t>
      </w:r>
      <w:r>
        <w:t>symbolic way mein humain khana aur peena chhoraya jata hai. lekin maqsad kya hai? ke har aitbar se aap yahi spirit le kar dunya mein rahen.</w:t>
      </w:r>
    </w:p>
    <w:p>
      <w:pPr>
        <w:jc w:val="right"/>
      </w:pPr>
      <w:r>
        <w:t>Symbolic way میں ہمیں کھانا اور پینا چھڑایا جاتا ہے۔ لیکن مقصد کیا ہے؟ کہ ہر اعتبار سے آپ یہی spirit لے کر دنیا میں رہیں۔</w:t>
      </w:r>
    </w:p>
    <w:p>
      <w:r>
        <w:rPr>
          <w:b/>
        </w:rPr>
        <w:t xml:space="preserve">[27:46] </w:t>
      </w:r>
      <w:r>
        <w:t>taqwa ki spirit jo hai aap ki poori zindagi mein shamil ho jaye. to yeh hua shahr al-taqwa hua ke taqwa ka mahina hai, month of taqwa hua.</w:t>
      </w:r>
    </w:p>
    <w:p>
      <w:pPr>
        <w:jc w:val="right"/>
      </w:pPr>
      <w:r>
        <w:t>تقویٰ کی spirit جو ہے آپ کی پوری زندگی میں شامل ہو جائے۔ تو یہ ہوا شہر التقویٰ ہوا کہ تقویٰ کا مہینہ ہے، month of تقویٰ ہوا۔</w:t>
      </w:r>
    </w:p>
    <w:p>
      <w:r>
        <w:rPr>
          <w:b/>
        </w:rPr>
        <w:t xml:space="preserve">[28:02] </w:t>
      </w:r>
      <w:r>
        <w:t>aisay hi dekhiye quran mein hai ke la'allhum yashkuroon. taake woh shukr karen. shukr ka matlab kya hota hai?</w:t>
      </w:r>
    </w:p>
    <w:p>
      <w:pPr>
        <w:jc w:val="right"/>
      </w:pPr>
      <w:r>
        <w:t>ایسے ہی دیکھیے قرآن میں ہے کہ لعلھم یشکرون۔ تاکہ وہ شکر کریں۔ شکر کا مطلب کیا ہوتا ہے؟</w:t>
      </w:r>
    </w:p>
    <w:p>
      <w:r>
        <w:rPr>
          <w:b/>
        </w:rPr>
        <w:t xml:space="preserve">[28:11] </w:t>
      </w:r>
      <w:r>
        <w:t>acknowledge karna. kisi ke ehsan ko jab aap kahain ke tera shukr hai to us ne acknowledge kiya aap ne us ko. to roza aap ko is baat ki ke liye train karta hai ke aap khuda ki blessing ko acknowledge kar saken.</w:t>
      </w:r>
    </w:p>
    <w:p>
      <w:pPr>
        <w:jc w:val="right"/>
      </w:pPr>
      <w:r>
        <w:t>acknowledge کرنا۔ کسی کے احسان کو جب آپ کہیں کہ تیرا شکر ہے تو اس نے acknowledge کیا آپ نے اس کو۔ تو روزہ آپ کو اس بات کی کے لیے train کرتا ہے کہ آپ خدا کی blessing کو acknowledge کر سکیں۔</w:t>
      </w:r>
    </w:p>
    <w:p>
      <w:r>
        <w:rPr>
          <w:b/>
        </w:rPr>
        <w:t xml:space="preserve">[28:28] </w:t>
      </w:r>
      <w:r>
        <w:t>dil se is ka shukr guzar ban saken aap. woh kaisay? woh bhi dekhiye isi se juda hua hai. ke jab aap ko mehroomi ka tajurba hota hai, pani se mehroomi, khanay se mehroomi,</w:t>
      </w:r>
    </w:p>
    <w:p>
      <w:pPr>
        <w:jc w:val="right"/>
      </w:pPr>
      <w:r>
        <w:t>دل سے اس کا شکر گزار بن سکیں آپ۔ وہ کیسے؟ وہ بھی دیکھیے اسی سے جڑا ہوا ہے۔ کہ جب آپ کو محرومی کا تجربہ ہوتا ہے، پانی سے محرومی، کھانے سے محرومی،</w:t>
      </w:r>
    </w:p>
    <w:p>
      <w:r>
        <w:rPr>
          <w:b/>
        </w:rPr>
        <w:t xml:space="preserve">[28:45] </w:t>
      </w:r>
      <w:r>
        <w:t>tab aap ko pata chalta hai ke kaisi ajeeb nemat thi yeh jis ko main for granted liye hue tha. dekhiye aam dinon mein aap khane aur pani ko for granted liye rehte hain.</w:t>
      </w:r>
    </w:p>
    <w:p>
      <w:pPr>
        <w:jc w:val="right"/>
      </w:pPr>
      <w:r>
        <w:t>تب آپ کو پتہ چلتا ہے کہ کیسی عجیب نعمت تھی یہ جس کو میں for granted لیے ہوئے تھا۔ دیکھیے عام دنوں میں آپ کھانے اور پانی کو for granted لیے رہتے ہیں۔</w:t>
      </w:r>
    </w:p>
    <w:p>
      <w:r>
        <w:rPr>
          <w:b/>
        </w:rPr>
        <w:t xml:space="preserve">[28:57] </w:t>
      </w:r>
      <w:r>
        <w:t>sochte nahin ke kaisi bari nemat hai yeh. lekin roze mein kya hota hai? roze mein aap ko is se mehroom kar ke, is se chura kar ke aap ko yaad dilaya jata hai ke kitni bari cheez hai yeh.</w:t>
      </w:r>
    </w:p>
    <w:p>
      <w:pPr>
        <w:jc w:val="right"/>
      </w:pPr>
      <w:r>
        <w:t>سوچتے نہیں کہ کیسی بڑی نعمت ہے یہ۔ لیکن روزے میں کیا ہوتا ہے؟ روزے میں آپ کو اس سے محروم کر کے، اس سے چھڑا کر کے آپ کو یاد دلایا جاتا ہے کہ کتنی بڑی چیز ہے یہ۔</w:t>
      </w:r>
    </w:p>
    <w:p>
      <w:r>
        <w:rPr>
          <w:b/>
        </w:rPr>
        <w:t xml:space="preserve">[29:19] </w:t>
      </w:r>
      <w:r>
        <w:t>yani agar yeh na ho to tum kahin tarpoge. bhook pyas mein aadmi tarpne lagta hai. is ka aaram jo hai woh khatm ho jata hai.</w:t>
      </w:r>
    </w:p>
    <w:p>
      <w:pPr>
        <w:jc w:val="right"/>
      </w:pPr>
      <w:r>
        <w:t>یعنی اگر یہ نہ ہو تو تم کہیں تڑپو گے۔ بھوک پیاس میں آدمی تڑپنے لگتا ہے۔ اس کا آرام جو ہے وہ ختم ہو جاتا ہے۔</w:t>
      </w:r>
    </w:p>
    <w:p>
      <w:r>
        <w:rPr>
          <w:b/>
        </w:rPr>
        <w:t xml:space="preserve">[29:31] </w:t>
      </w:r>
      <w:r>
        <w:t>to is se hum ko shukr ki spirit jagana maqsood hai. ke kaisi nematein hain jo Khuda ne di hain tum ko.</w:t>
      </w:r>
    </w:p>
    <w:p>
      <w:pPr>
        <w:jc w:val="right"/>
      </w:pPr>
      <w:r>
        <w:t>تو اس سے ہم کو شکر کی spirit جگانا مقصود ہے۔ کہ کیسی نعمتیں ہیں جو خدا نے دی ہیں تم کو۔</w:t>
      </w:r>
    </w:p>
    <w:p>
      <w:r>
        <w:rPr>
          <w:b/>
        </w:rPr>
        <w:t xml:space="preserve">[29:41] </w:t>
      </w:r>
      <w:r>
        <w:t>un ko un ko nematon ka ehsas karo.</w:t>
      </w:r>
    </w:p>
    <w:p>
      <w:pPr>
        <w:jc w:val="right"/>
      </w:pPr>
      <w:r>
        <w:t>ان کو ان کو نعمتوں کا احساس کرو۔</w:t>
      </w:r>
    </w:p>
    <w:p>
      <w:r>
        <w:rPr>
          <w:b/>
        </w:rPr>
        <w:t xml:space="preserve">[29:49] </w:t>
      </w:r>
      <w:r>
        <w:t>to yeh hua is aitbar se roza month of shukr hai. shahr al-shukr hai. phir dekhiye jaisa ke maine arz kiya hadith mein do aur word aaye hain.</w:t>
      </w:r>
    </w:p>
    <w:p>
      <w:pPr>
        <w:jc w:val="right"/>
      </w:pPr>
      <w:r>
        <w:t>تو یہ ہوا اس اعتبار سے روزہ month of شکر ہے۔ شہر الشکر ہے۔ پھر دیکھیے جیسا کہ میں نے عرض کیا حدیث میں دو اور word آئے ہیں۔</w:t>
      </w:r>
    </w:p>
    <w:p>
      <w:r>
        <w:rPr>
          <w:b/>
        </w:rPr>
        <w:t xml:space="preserve">[30:06] </w:t>
      </w:r>
      <w:r>
        <w:t>sabr aur muwasat. yani roza shahr al-sabr hai aur roza shahr al-muwasat hai. dekhiye sabr ke maani kya hain?</w:t>
      </w:r>
    </w:p>
    <w:p>
      <w:pPr>
        <w:jc w:val="right"/>
      </w:pPr>
      <w:r>
        <w:t>صبر اور مواسات۔ یعنی روزہ شہر الصبر ہے اور روزہ شہر المواسات ہے۔ دیکھیے صبر کے معنی کیا ہیں؟</w:t>
      </w:r>
    </w:p>
    <w:p>
      <w:r>
        <w:rPr>
          <w:b/>
        </w:rPr>
        <w:t xml:space="preserve">[30:18] </w:t>
      </w:r>
      <w:r>
        <w:t>sabr ke maani hain patience. bardasht, tahammul. patience. patience ka matlab kya hai?</w:t>
      </w:r>
    </w:p>
    <w:p>
      <w:pPr>
        <w:jc w:val="right"/>
      </w:pPr>
      <w:r>
        <w:t>صبر کے معنی ہیں patience۔ برداشت، تحمل۔ patience۔ patience کا مطلب کیا ہے؟</w:t>
      </w:r>
    </w:p>
    <w:p>
      <w:r>
        <w:rPr>
          <w:b/>
        </w:rPr>
        <w:t xml:space="preserve">[30:29] </w:t>
      </w:r>
      <w:r>
        <w:t>yeh duniya mein dekhiye aadhi hamari zindagi fifty percent patience par hai. har waqt hamein sabr karna hai.</w:t>
      </w:r>
    </w:p>
    <w:p>
      <w:pPr>
        <w:jc w:val="right"/>
      </w:pPr>
      <w:r>
        <w:t>یہ دنیا میں دیکھیے آدھی ہماری زندگی fifty percent patience پر ہے۔ ہر وقت ہمیں صبر کرنا ہے۔</w:t>
      </w:r>
    </w:p>
    <w:p>
      <w:r>
        <w:rPr>
          <w:b/>
        </w:rPr>
        <w:t xml:space="preserve">[30:40] </w:t>
      </w:r>
      <w:r>
        <w:t>kyun ke yeh duniya test ki duniya hai. duniya hum test ke liye hai. jab test ke liye hai to yahan par aisi cheezein rahengi jis se hum aazmaye jayen.</w:t>
      </w:r>
    </w:p>
    <w:p>
      <w:pPr>
        <w:jc w:val="right"/>
      </w:pPr>
      <w:r>
        <w:t>کیونکہ یہ دنیا ٹیسٹ کی دنیا ہے۔ دنیا ہم ٹیسٹ کے لیے ہے۔ جب ٹیسٹ کے لیے ہے تو یہاں پر ایسی چیزیں رہیں گی جس سے ہم آزمائے جائیں۔</w:t>
      </w:r>
    </w:p>
    <w:p>
      <w:r>
        <w:rPr>
          <w:b/>
        </w:rPr>
        <w:t xml:space="preserve">[30:53] </w:t>
      </w:r>
      <w:r>
        <w:t>hum aazmaye jayen. jaise misaal ke taur par Khuda ne sab ko azadi de di. taake koi hum ko provoke kare.</w:t>
      </w:r>
    </w:p>
    <w:p>
      <w:pPr>
        <w:jc w:val="right"/>
      </w:pPr>
      <w:r>
        <w:t>ہم آزمائے جائیں۔ جیسے مثال کے طور پر خدا نے سب کو آزادی دے دی۔ تاکہ کوئی ہم کو provoke کرے۔</w:t>
      </w:r>
    </w:p>
    <w:p>
      <w:r>
        <w:rPr>
          <w:b/>
        </w:rPr>
        <w:t xml:space="preserve">[31:03] </w:t>
      </w:r>
      <w:r>
        <w:t>koi hamein gaali de, koi hamein hamein koi ghussa dilaye. to agar yeh na ho ke log aap ko provoke karein to test kis baat ka hoga?</w:t>
      </w:r>
    </w:p>
    <w:p>
      <w:pPr>
        <w:jc w:val="right"/>
      </w:pPr>
      <w:r>
        <w:t>کوئی ہمیں گالی دے، کوئی ہمیں ہمیں کوئی غصہ دلائے۔ تو اگر یہ نہ ہو کہ لوگ آپ کو provoke کریں تو ٹیسٹ کس بات کا ہوگا؟</w:t>
      </w:r>
    </w:p>
    <w:p>
      <w:r>
        <w:rPr>
          <w:b/>
        </w:rPr>
        <w:t xml:space="preserve">[31:17] </w:t>
      </w:r>
      <w:r>
        <w:t>to logon ko Khuda ne azadi di hai ke tum logon ko provoke karo. phir yeh pata chalta hai ke hum provocation ke bawajood hum ghussa nahin hue.</w:t>
      </w:r>
    </w:p>
    <w:p>
      <w:pPr>
        <w:jc w:val="right"/>
      </w:pPr>
      <w:r>
        <w:t>تو لوگوں کو خدا نے آزادی دی ہے کہ تم لوگوں کو provoke کرو۔ پھر یہ پتہ چلتا ہے کہ ہم provocation کے باوجود ہم غصہ نہیں ہوئے۔</w:t>
      </w:r>
    </w:p>
    <w:p>
      <w:r>
        <w:rPr>
          <w:b/>
        </w:rPr>
        <w:t xml:space="preserve">[31:32] </w:t>
      </w:r>
      <w:r>
        <w:t>yeh hai shahr al-sabr. aise hi dekhiye temptation hain hamare andar bohat sari.</w:t>
      </w:r>
    </w:p>
    <w:p>
      <w:pPr>
        <w:jc w:val="right"/>
      </w:pPr>
      <w:r>
        <w:t>یہ ہے شہر الصبر۔ ایسے ہی دیکھیے temptation ہیں ہمارے اندر بہت ساری۔</w:t>
      </w:r>
    </w:p>
    <w:p>
      <w:r>
        <w:rPr>
          <w:b/>
        </w:rPr>
        <w:t xml:space="preserve">[31:41] </w:t>
      </w:r>
      <w:r>
        <w:t>jis ko hum lalach kehte hain, hiras kehte hain, intiqam kehte hain, khud gharzi kehte hain, hasad kehte hain, fakhr kehte hain.</w:t>
      </w:r>
    </w:p>
    <w:p>
      <w:pPr>
        <w:jc w:val="right"/>
      </w:pPr>
      <w:r>
        <w:t>جس کو ہم لالچ کہتے ہیں، حرص کہتے ہیں، انتقام کہتے ہیں، خود غرضی کہتے ہیں، حسد کہتے ہیں، فخر کہتے ہیں۔</w:t>
      </w:r>
    </w:p>
    <w:p>
      <w:r>
        <w:rPr>
          <w:b/>
        </w:rPr>
        <w:t xml:space="preserve">[31:53] </w:t>
      </w:r>
      <w:r>
        <w:t>yeh saare temptations hain. yahan bhi hamein dekhiye apne aap ko thamna hai. restrain mein rakhna hai apne aap ko.</w:t>
      </w:r>
    </w:p>
    <w:p>
      <w:pPr>
        <w:jc w:val="right"/>
      </w:pPr>
      <w:r>
        <w:t>یہ سارے temptations ہیں۔ یہاں بھی ہمیں دیکھیے اپنے آپ کو تھامنا ہے۔ restrain میں رکھنا ہے اپنے آپ کو۔</w:t>
      </w:r>
    </w:p>
    <w:p>
      <w:r>
        <w:rPr>
          <w:b/>
        </w:rPr>
        <w:t xml:space="preserve">[32:03] </w:t>
      </w:r>
      <w:r>
        <w:t>apne ko discipline mein rakhna hai apne aap ko. yeh hai sabr. agar sabr ki quality, sabr ki spirit hamare andar na ho to kya hoga?</w:t>
      </w:r>
    </w:p>
    <w:p>
      <w:pPr>
        <w:jc w:val="right"/>
      </w:pPr>
      <w:r>
        <w:t>اپنے کو discipline میں رکھنا ہے اپنے آپ کو۔ یہ ہے صبر۔ اگر صبر کی quality، صبر کی spirit ہمارے اندر نہ ہو تو کیا ہوگا؟</w:t>
      </w:r>
    </w:p>
    <w:p>
      <w:r>
        <w:rPr>
          <w:b/>
        </w:rPr>
        <w:t xml:space="preserve">[32:15] </w:t>
      </w:r>
      <w:r>
        <w:t>har waqt hum kisi kisi na kisi aisi cheez mein involve ho jayenge jo Khuda ko pasand nahin hai.</w:t>
      </w:r>
    </w:p>
    <w:p>
      <w:pPr>
        <w:jc w:val="right"/>
      </w:pPr>
      <w:r>
        <w:t>ہر وقت ہم کسی کسی نہ کسی ایسی چیز میں involve ہو جائیں گے جو خدا کو پسند نہیں ہے۔</w:t>
      </w:r>
    </w:p>
    <w:p>
      <w:r>
        <w:rPr>
          <w:b/>
        </w:rPr>
        <w:t xml:space="preserve">[32:24] </w:t>
      </w:r>
      <w:r>
        <w:t>is se ghusse mein bhadak kar ke hum intiqam lene lagenge. hiras mein pad kar ke hum bhagenge duniya ke peeche. kisi ko dekhenge bara to us ke hum us ke ghussa aa jayega hum ko ke dekho bara ho gaya yeh aadmi.</w:t>
      </w:r>
    </w:p>
    <w:p>
      <w:pPr>
        <w:jc w:val="right"/>
      </w:pPr>
      <w:r>
        <w:t>اس سے غصے میں بھڑک کر کے ہم انتقام لینے لگیں گے۔ حرص میں پڑ کر کے ہم بھاگیں گے دنیا کے پیچھے۔ کسی کو دیکھیں گے بڑا تو اس کے ہم اس کے غصہ آ جائے گا ہم کو کہ دیکھو بڑا ہو گیا یہ آدمی۔</w:t>
      </w:r>
    </w:p>
    <w:p>
      <w:r>
        <w:rPr>
          <w:b/>
        </w:rPr>
        <w:t xml:space="preserve">[32:40] </w:t>
      </w:r>
      <w:r>
        <w:t>aap ko Khuda de, aap ko Khuda zyada de to aap aap ke andar arrogance aa jayega. aap ko agar Khuda de zyada to aap ko arrogance aa jayega.</w:t>
      </w:r>
    </w:p>
    <w:p>
      <w:pPr>
        <w:jc w:val="right"/>
      </w:pPr>
      <w:r>
        <w:t>آپ کو خدا دے، آپ کو خدا زیادہ دے تو آپ آپ کے اندر arrogance آ جائے گا۔ آپ کو اگر خدا دے زیادہ تو آپ کو arrogance آ جائے گا۔</w:t>
      </w:r>
    </w:p>
    <w:p>
      <w:r>
        <w:rPr>
          <w:b/>
        </w:rPr>
        <w:t xml:space="preserve">[32:51] </w:t>
      </w:r>
      <w:r>
        <w:t>aur doosre ko Khuda agar de to aap ke andar doosra jazba bhadkega ke dekho yeh mujh se barh ke aa gaye, is ko to mujhe marna hai. ise mujhe down karna hai.</w:t>
      </w:r>
    </w:p>
    <w:p>
      <w:pPr>
        <w:jc w:val="right"/>
      </w:pPr>
      <w:r>
        <w:t>اور دوسرے کو خدا اگر دے تو آپ کے اندر دوسرا جذبہ بھڑکے گا کہ دیکھو یہ مجھ سے بڑھ کے آگئے، اس کو تو مجھے مارنا ہے۔ اسے مجھے down کرنا ہے۔</w:t>
      </w:r>
    </w:p>
    <w:p>
      <w:r>
        <w:rPr>
          <w:b/>
        </w:rPr>
        <w:t xml:space="preserve">[33:04] </w:t>
      </w:r>
      <w:r>
        <w:t>in sab cheezon ke liye zaroorat hoti hai sabr ki. sabr ka matlab hota hai apne temptation par control.</w:t>
      </w:r>
    </w:p>
    <w:p>
      <w:pPr>
        <w:jc w:val="right"/>
      </w:pPr>
      <w:r>
        <w:t>ان سب چیزوں کے لیے ضرورت ہوتی ہے صبر کی۔ صبر کا مطلب ہوتا ہے اپنے temptation پر کنٹرول۔</w:t>
      </w:r>
    </w:p>
    <w:p>
      <w:r>
        <w:rPr>
          <w:b/>
        </w:rPr>
        <w:t xml:space="preserve">[33:14] </w:t>
      </w:r>
      <w:r>
        <w:t>apne negative thought par control. apne aap ko bhadak jane par control.</w:t>
      </w:r>
    </w:p>
    <w:p>
      <w:pPr>
        <w:jc w:val="right"/>
      </w:pPr>
      <w:r>
        <w:t>اپنے negative thought پر کنٹرول۔ اپنے آپ کو بھڑک جانے پر کنٹرول۔</w:t>
      </w:r>
    </w:p>
    <w:p>
      <w:r>
        <w:rPr>
          <w:b/>
        </w:rPr>
        <w:t xml:space="preserve">[33:23] </w:t>
      </w:r>
      <w:r>
        <w:t>provoke hone par control. yani aap yeh keh sakte hain ke sabr ka matlab hai disciplined life.</w:t>
      </w:r>
    </w:p>
    <w:p>
      <w:pPr>
        <w:jc w:val="right"/>
      </w:pPr>
      <w:r>
        <w:t>provoke ہونے پر کنٹرول۔ یعنی آپ یہ کہہ سکتے ہیں کہ صبر کا مطلب ہے disciplined life۔</w:t>
      </w:r>
    </w:p>
    <w:p>
      <w:r>
        <w:rPr>
          <w:b/>
        </w:rPr>
        <w:t xml:space="preserve">[33:32] </w:t>
      </w:r>
      <w:r>
        <w:t>self control. to self control aur self discipline isi ka naam hai sabr. to roza hum ko sabr sikhata hai.</w:t>
      </w:r>
    </w:p>
    <w:p>
      <w:pPr>
        <w:jc w:val="right"/>
      </w:pPr>
      <w:r>
        <w:t>self control۔ تو self control اور self discipline اسی کا نام ہے صبر۔ تو روزہ ہم کو صبر سکھاتا ہے۔</w:t>
      </w:r>
    </w:p>
    <w:p>
      <w:r>
        <w:rPr>
          <w:b/>
        </w:rPr>
        <w:t xml:space="preserve">[33:45] </w:t>
      </w:r>
      <w:r>
        <w:t>kaise? hum bhook lagti hai hum sabr karte hain. piyas lagti hai hum sabr karte hain. sabr na karein to hum pani pi lein.</w:t>
      </w:r>
    </w:p>
    <w:p>
      <w:pPr>
        <w:jc w:val="right"/>
      </w:pPr>
      <w:r>
        <w:t>کیسے؟ ہم بھوک لگتی ہے ہم صبر کرتے ہیں۔ پیاس لگتی ہے ہم صبر کرتے ہیں۔ صبر نہ کریں تو ہم پانی پی لیں۔</w:t>
      </w:r>
    </w:p>
    <w:p>
      <w:r>
        <w:rPr>
          <w:b/>
        </w:rPr>
        <w:t xml:space="preserve">[33:55] </w:t>
      </w:r>
      <w:r>
        <w:t>sabr na karein to hum khana kha lein. yahan pe mein kahunga ke yeh hai alamati sabr. kuch cheezon ko alamati taur par hum se sabr karwaya jata hai.</w:t>
      </w:r>
    </w:p>
    <w:p>
      <w:pPr>
        <w:jc w:val="right"/>
      </w:pPr>
      <w:r>
        <w:t>صبر نہ کریں تو ہم کھانا کھا لیں۔ یہاں پہ میں کہوں گا کہ یہ ہے علامتی صبر۔ کچھ چیزوں کو علامتی طور پر ہم سے صبر کروایا جاتا ہے۔</w:t>
      </w:r>
    </w:p>
    <w:p>
      <w:r>
        <w:rPr>
          <w:b/>
        </w:rPr>
        <w:t xml:space="preserve">[34:10] </w:t>
      </w:r>
      <w:r>
        <w:t>taake aap baqi cheezon ke baray mein bhi sabr karne wale ban jayein. to yeh kehna sahi hoga ke shehr us sabr ka matlab hai self control ka mahina.</w:t>
      </w:r>
    </w:p>
    <w:p>
      <w:pPr>
        <w:jc w:val="right"/>
      </w:pPr>
      <w:r>
        <w:t>تاکہ آپ بقیہ چیزوں کے بارے میں بھی صبر کرنے والے بن جائیں۔ تو یہ کہنا صحیح ہوگا کہ شہر الصبر کا مطلب ہے self control کا مہینہ۔</w:t>
      </w:r>
    </w:p>
    <w:p>
      <w:r>
        <w:rPr>
          <w:b/>
        </w:rPr>
        <w:t xml:space="preserve">[34:24] </w:t>
      </w:r>
      <w:r>
        <w:t>self discipline ka mahina. apne jo jo freedom mila hua hai, freedom, azadi us par bhi control karna hai.</w:t>
      </w:r>
    </w:p>
    <w:p>
      <w:pPr>
        <w:jc w:val="right"/>
      </w:pPr>
      <w:r>
        <w:t>self discipline کا مہینہ۔ اپنے جو جو freedom ملا ہوا ہے، freedom، آزادی اس پر بھی کنٹرول کرنا ہے۔</w:t>
      </w:r>
    </w:p>
    <w:p>
      <w:r>
        <w:rPr>
          <w:b/>
        </w:rPr>
        <w:t xml:space="preserve">[34:34] </w:t>
      </w:r>
      <w:r>
        <w:t>ke misuse na karoon mein. freedom ko aap misuse jab na karein ge to wahi to sabr hai.</w:t>
      </w:r>
    </w:p>
    <w:p>
      <w:pPr>
        <w:jc w:val="right"/>
      </w:pPr>
      <w:r>
        <w:t>کہ misuse نہ کروں میں۔ freedom کو آپ misuse جب نہ کریں گے تو وہی تو صبر ہے۔</w:t>
      </w:r>
    </w:p>
    <w:p>
      <w:r>
        <w:rPr>
          <w:b/>
        </w:rPr>
        <w:t xml:space="preserve">[34:47] </w:t>
      </w:r>
      <w:r>
        <w:t>azadi ke hote hue aap ko misuse na karein us ko to isi ka naam sabr hai.</w:t>
      </w:r>
    </w:p>
    <w:p>
      <w:pPr>
        <w:jc w:val="right"/>
      </w:pPr>
      <w:r>
        <w:t>آزادی کے ہوتے ہوئے آپ کو misuse نہ کریں اس کو تو اسی کا نام صبر ہے۔</w:t>
      </w:r>
    </w:p>
    <w:p>
      <w:r>
        <w:rPr>
          <w:b/>
        </w:rPr>
        <w:t xml:space="preserve">[34:54] </w:t>
      </w:r>
      <w:r>
        <w:t>to sabr jo hai, sabr jo hai roze ka integral part hai. roze ko yeh kehna sahi hoga ke woh sabr ki training hai.</w:t>
      </w:r>
    </w:p>
    <w:p>
      <w:pPr>
        <w:jc w:val="right"/>
      </w:pPr>
      <w:r>
        <w:t>تو صبر جو ہے، صبر جو ہے روزے کا integral part ہے۔ روزے کو یہ کہنا صحیح ہوگا کہ وہ صبر کی training ہے۔</w:t>
      </w:r>
    </w:p>
    <w:p>
      <w:r>
        <w:rPr>
          <w:b/>
        </w:rPr>
        <w:t xml:space="preserve">[35:05] </w:t>
      </w:r>
      <w:r>
        <w:t>self control zindagi guzarne ki training hai. self discipline ki training hai. yeh hai roza.</w:t>
      </w:r>
    </w:p>
    <w:p>
      <w:pPr>
        <w:jc w:val="right"/>
      </w:pPr>
      <w:r>
        <w:t>self control زندگی گزارنے کی training ہے۔ self discipline کی training ہے۔ یہ ہے روزہ۔</w:t>
      </w:r>
    </w:p>
    <w:p>
      <w:r>
        <w:rPr>
          <w:b/>
        </w:rPr>
        <w:t xml:space="preserve">[35:15] </w:t>
      </w:r>
      <w:r>
        <w:t>isi liye farmaya ke koi agar tum ko gaali deta hai to tum yeh kehna chahiye tum ko ke bhai mein to rozedar hoon. mein ne to self control ko apna tareeqa apna rakha hai.</w:t>
      </w:r>
    </w:p>
    <w:p>
      <w:pPr>
        <w:jc w:val="right"/>
      </w:pPr>
      <w:r>
        <w:t>اسی لیے فرمایا کہ کوئی اگر تم کو گالی دیتا ہے تو تم یہ کہنا چاہیے تم کو کہ بھئی میں تو روزے دار ہوں۔ میں نے تو self control کو اپنا طریقہ اپنا رکھا ہے۔</w:t>
      </w:r>
    </w:p>
    <w:p>
      <w:r>
        <w:rPr>
          <w:b/>
        </w:rPr>
        <w:t xml:space="preserve">[35:26] </w:t>
      </w:r>
      <w:r>
        <w:t>self discipline mera mazhab hai. mein kaise aisa kar sakta hoon ke tum gaali do to mein bhi gaali dene lagoon? yeh to mein nahi karoon ga.</w:t>
      </w:r>
    </w:p>
    <w:p>
      <w:pPr>
        <w:jc w:val="right"/>
      </w:pPr>
      <w:r>
        <w:t>self discipline میرا مذہب ہے۔ میں کیسے ایسا کر سکتا ہوں کہ تم گالی دو تو میں بھی گالی دینے لگوں؟ یہ تو میں نہیں کروں گا۔</w:t>
      </w:r>
    </w:p>
    <w:p>
      <w:r>
        <w:rPr>
          <w:b/>
        </w:rPr>
        <w:t xml:space="preserve">[35:37] </w:t>
      </w:r>
      <w:r>
        <w:t>yeh hai shehr us sabr. phir farmaya shehr ul muwasaat. muwasaat ka matlab hota hai philanthropy.</w:t>
      </w:r>
    </w:p>
    <w:p>
      <w:pPr>
        <w:jc w:val="right"/>
      </w:pPr>
      <w:r>
        <w:t>یہ ہے شہر الصبر۔ پھر فرمایا شہر المواسات۔ مواسات کا مطلب ہوتا ہے philanthropy۔</w:t>
      </w:r>
    </w:p>
    <w:p>
      <w:r>
        <w:rPr>
          <w:b/>
        </w:rPr>
        <w:t xml:space="preserve">[35:47] </w:t>
      </w:r>
      <w:r>
        <w:t>yani doosron ki humdardi, doosron ki khair khwahi, doosron ke kaam aana. doosron ki zaroorat poori karna. yeh hai muwasaat.</w:t>
      </w:r>
    </w:p>
    <w:p>
      <w:pPr>
        <w:jc w:val="right"/>
      </w:pPr>
      <w:r>
        <w:t>یعنی دوسروں کی ہمدردی، دوسروں کی خیر خواہی، دوسروں کے کام آنا۔ دوسروں کی ضرورت پوری کرنا۔ یہ ہے مواسات۔</w:t>
      </w:r>
    </w:p>
    <w:p>
      <w:r>
        <w:rPr>
          <w:b/>
        </w:rPr>
        <w:t xml:space="preserve">[35:59] </w:t>
      </w:r>
      <w:r>
        <w:t>yahan bhi dekhiye ke roze ke zariye yeh spirit kaise aap ke andar paida ki jati hai.</w:t>
      </w:r>
    </w:p>
    <w:p>
      <w:pPr>
        <w:jc w:val="right"/>
      </w:pPr>
      <w:r>
        <w:t>یہاں بھی دیکھیے کہ روزے کے ذریعے یہ spirit کیسے آپ کے اندر پیدا کی جاتی ہے۔</w:t>
      </w:r>
    </w:p>
    <w:p>
      <w:r>
        <w:rPr>
          <w:b/>
        </w:rPr>
        <w:t xml:space="preserve">[36:10] </w:t>
      </w:r>
      <w:r>
        <w:t>aam aadmi jis ko bhook ka tajurba na ho woh nahi samajh sakta ke bhooka aadmi jo hai us ko kya takleef hogi.</w:t>
      </w:r>
    </w:p>
    <w:p>
      <w:pPr>
        <w:jc w:val="right"/>
      </w:pPr>
      <w:r>
        <w:t>عام آدمی جس کو بھوک کا تجربہ نہ ہو وہ نہیں سمجھ سکتا کہ بھوکا آدمی جو ہے اس کو کیا تکلیف ہوگی۔</w:t>
      </w:r>
    </w:p>
    <w:p>
      <w:r>
        <w:rPr>
          <w:b/>
        </w:rPr>
        <w:t xml:space="preserve">[36:21] </w:t>
      </w:r>
      <w:r>
        <w:t>jis ko piyas ka tajurba na ho woh kya samjhe ga ke piyas kaisi cheez hai.</w:t>
      </w:r>
    </w:p>
    <w:p>
      <w:pPr>
        <w:jc w:val="right"/>
      </w:pPr>
      <w:r>
        <w:t>جس کو پیاس کا تجربہ نہ ہو وہ کیا سمجھے گا کہ پیاس کیسی چیز ہے۔</w:t>
      </w:r>
    </w:p>
    <w:p>
      <w:r>
        <w:rPr>
          <w:b/>
        </w:rPr>
        <w:t xml:space="preserve">[36:28] </w:t>
      </w:r>
      <w:r>
        <w:t>america mein ek school ki kahani mein ne parhi. to wahan par ek aap jante hain ke student ko kaha jata hai ke ek kahani likh kar lao.</w:t>
      </w:r>
    </w:p>
    <w:p>
      <w:pPr>
        <w:jc w:val="right"/>
      </w:pPr>
      <w:r>
        <w:t>امریکہ میں ایک اسکول کی کہانی میں نے پڑھی۔ تو وہاں پر ایک آپ جانتے ہیں کہ student کو کہا جاتا ہے کہ ایک کہانی لکھ کر لاؤ۔</w:t>
      </w:r>
    </w:p>
    <w:p>
      <w:r>
        <w:rPr>
          <w:b/>
        </w:rPr>
        <w:t xml:space="preserve">[36:40] </w:t>
      </w:r>
      <w:r>
        <w:t>ek story likh kar lao. to wahan ek bohat baray ameer ghar ki ladki thi.</w:t>
      </w:r>
    </w:p>
    <w:p>
      <w:pPr>
        <w:jc w:val="right"/>
      </w:pPr>
      <w:r>
        <w:t>ایک story لکھ کر لاؤ۔ تو وہاں ایک بہت بڑے امیر گھر کی لڑکی تھی۔</w:t>
      </w:r>
    </w:p>
    <w:p>
      <w:r>
        <w:rPr>
          <w:b/>
        </w:rPr>
        <w:t xml:space="preserve">[36:50] </w:t>
      </w:r>
      <w:r>
        <w:t>rich family ki ladki thi. to woh likh kar kya layi? woh likh kar layi ke once upon a time there was a poor family.</w:t>
      </w:r>
    </w:p>
    <w:p>
      <w:pPr>
        <w:jc w:val="right"/>
      </w:pPr>
      <w:r>
        <w:t>rich family کی لڑکی تھی۔ تو وہ لکھ کر کیا لائی؟ وہ لکھ کر لائی کہ once upon a time there was a poor family۔</w:t>
      </w:r>
    </w:p>
    <w:p>
      <w:r>
        <w:rPr>
          <w:b/>
        </w:rPr>
        <w:t xml:space="preserve">[37:03] </w:t>
      </w:r>
      <w:r>
        <w:t>once upon a time there was a poor family. his shauhar was a poor. his maali was a poor. his sarvar was a poor.</w:t>
      </w:r>
    </w:p>
    <w:p>
      <w:pPr>
        <w:jc w:val="right"/>
      </w:pPr>
      <w:r>
        <w:t>once upon a time there was a poor family۔ his شوہر was a poor۔ his مالی was a poor۔ his سرور was a poor۔</w:t>
      </w:r>
    </w:p>
    <w:p>
      <w:r>
        <w:rPr>
          <w:b/>
        </w:rPr>
        <w:t xml:space="preserve">[37:14] </w:t>
      </w:r>
      <w:r>
        <w:t>ke ek ek ek ek ghareeb family thi to uska shohar bhi poor tha. aur uska maali bhi poor tha. aur uska</w:t>
      </w:r>
    </w:p>
    <w:p>
      <w:pPr>
        <w:jc w:val="right"/>
      </w:pPr>
      <w:r>
        <w:t>کہ ایک ایک ایک ایک غریب family تھی تو اس کا شوہر بھی poor تھا۔ اور اس کا مالی بھی poor تھا۔ اور اس کا</w:t>
      </w:r>
    </w:p>
    <w:p>
      <w:r>
        <w:rPr>
          <w:b/>
        </w:rPr>
        <w:t xml:space="preserve">[37:27] </w:t>
      </w:r>
      <w:r>
        <w:t>sab poor the. aisi ek aur kahani mein ne parhi ke kisi student kisi school mein teacher ne bataya ke falan jagah jo hai logon ko roti nahi mil rahi hai wahan.</w:t>
      </w:r>
    </w:p>
    <w:p>
      <w:pPr>
        <w:jc w:val="right"/>
      </w:pPr>
      <w:r>
        <w:t>سب poor تھے۔ ایسی ایک اور کہانی میں نے پڑھی کہ کسی student کسی اسکول میں ٹیچر نے بتایا کہ فلاں جگہ جو ہے لوگوں کو روٹی نہیں مل رہی ہے وہاں۔</w:t>
      </w:r>
    </w:p>
    <w:p>
      <w:r>
        <w:rPr>
          <w:b/>
        </w:rPr>
        <w:t xml:space="preserve">[37:40] </w:t>
      </w:r>
      <w:r>
        <w:t>woh aa gaya hai. qahat aa gaya hai. to roti nahi mil rahi hai. to ek rich family ke ladke ne kaha ke in ko roti nahi milti khane ko to cake kyun nahi khate?</w:t>
      </w:r>
    </w:p>
    <w:p>
      <w:pPr>
        <w:jc w:val="right"/>
      </w:pPr>
      <w:r>
        <w:t>وہ آگیا ہے۔ قحط آگیا ہے۔ تو روٹی نہیں مل رہی ہے۔ تو ایک rich family کے لڑکے نے کہا کہ ان کو روٹی نہیں ملتی کھانے کو تو کیک کیوں نہیں کھاتے؟</w:t>
      </w:r>
    </w:p>
    <w:p>
      <w:r>
        <w:rPr>
          <w:b/>
        </w:rPr>
        <w:t xml:space="preserve">[37:53] </w:t>
      </w:r>
      <w:r>
        <w:t>ab us ko nahi pata ke jis ke paas roti nahi to woh cake kahan se aye ga? us ko pata nahi hai ke jo poor family hai to us ke paas shauhar kahan se hoga? us ke paas na car hogi na shauhar hoga.</w:t>
      </w:r>
    </w:p>
    <w:p>
      <w:pPr>
        <w:jc w:val="right"/>
      </w:pPr>
      <w:r>
        <w:t>اب اس کو نہیں پتا کہ جس کے پاس روٹی نہیں تو وہ کیک کہاں سے آئے گا؟ اس کو پتا نہیں ہے کہ جو poor family ہے تو اس کے پاس شوہر کہاں سے ہوگا؟ اس کے پاس نہ کار ہوگی نہ شوہر ہوگا۔</w:t>
      </w:r>
    </w:p>
    <w:p>
      <w:r>
        <w:rPr>
          <w:b/>
        </w:rPr>
        <w:t xml:space="preserve">[38:06] </w:t>
      </w:r>
      <w:r>
        <w:t>dekhiye jab tak aap mehroomi ka experience na karein aap ko pata nahi hai ke yaft kya cheez hai.</w:t>
      </w:r>
    </w:p>
    <w:p>
      <w:pPr>
        <w:jc w:val="right"/>
      </w:pPr>
      <w:r>
        <w:t>دیکھیے جب تک آپ محرومی کا experience نہ کریں آپ کو پتا نہیں ہے کہ یافت کیا چیز ہے۔</w:t>
      </w:r>
    </w:p>
    <w:p>
      <w:r>
        <w:rPr>
          <w:b/>
        </w:rPr>
        <w:t xml:space="preserve">[38:21] </w:t>
      </w:r>
      <w:r>
        <w:t>to jo aadmi rozana pet bhar kha raha ho. rozana us ko peene ke liye acha pani mil raha ho. us ko pata nahi ke piyas kya cheez hai, bhook kya cheez hai.</w:t>
      </w:r>
    </w:p>
    <w:p>
      <w:pPr>
        <w:jc w:val="right"/>
      </w:pPr>
      <w:r>
        <w:t>تو جو آدمی روزانہ پیٹ بھر کھا رہا ہو۔ روزانہ اس کو پینے کے لیے اچھا پانی مل رہا ہو۔ اس کو پتا نہیں کہ پیاس کیا چیز ہے، بھوک کیا چیز ہے۔</w:t>
      </w:r>
    </w:p>
    <w:p>
      <w:r>
        <w:rPr>
          <w:b/>
        </w:rPr>
        <w:t xml:space="preserve">[38:34] </w:t>
      </w:r>
      <w:r>
        <w:t>to philanthropy ka jazba kahan se aye ga? nahi aye ga. is liye roze mein aisa kiya hota hai ke is qism ke tajrubaat se aadmi ko compulsively guzara jata hai.</w:t>
      </w:r>
    </w:p>
    <w:p>
      <w:pPr>
        <w:jc w:val="right"/>
      </w:pPr>
      <w:r>
        <w:t>تو philanthropy کا جذبہ کہاں سے آئے گا؟ نہیں آئے گا۔ اس لیے روزے میں ایسا کیا ہوتا ہے کہ اس قسم کے تجربات سے آدمی کو compulsively گزارا جاتا ہے۔</w:t>
      </w:r>
    </w:p>
    <w:p>
      <w:r>
        <w:rPr>
          <w:b/>
        </w:rPr>
        <w:t xml:space="preserve">[38:50] </w:t>
      </w:r>
      <w:r>
        <w:t>yani bhook ka compulsive experience. piyas ka compulsive experience. is ka naam hai roza.</w:t>
      </w:r>
    </w:p>
    <w:p>
      <w:pPr>
        <w:jc w:val="right"/>
      </w:pPr>
      <w:r>
        <w:t>یعنی بھوک کا compulsive experience۔ پیاس کا compulsive experience۔ اس کا نام ہے روزہ۔</w:t>
      </w:r>
    </w:p>
    <w:p>
      <w:r>
        <w:rPr>
          <w:b/>
        </w:rPr>
        <w:t xml:space="preserve">[39:03] </w:t>
      </w:r>
      <w:r>
        <w:t>roza jo hai yun aap kaha jaye ke tajruba karo to aap tajruba nahi karengay. lekin roze mein under compulsion roze ke mahine mein, ramzan ke mahine mein under compulsion yeh tajruba karaya jata hai ke bhook kiya hai aur piyas kiya hai.</w:t>
      </w:r>
    </w:p>
    <w:p>
      <w:pPr>
        <w:jc w:val="right"/>
      </w:pPr>
      <w:r>
        <w:t>روزہ جو ہے یوں آپ کہا جائے کہ تجربہ کرو تو آپ تجربہ نہیں کریں گے۔ لیکن روزے میں under compulsion روزے کے مہینے میں، رمضان کے مہینے میں under compulsion یہ تجربہ کرایا جاتا ہے کہ بھوک کیا ہے اور پیاس کیا ہے۔</w:t>
      </w:r>
    </w:p>
    <w:p>
      <w:r>
        <w:rPr>
          <w:b/>
        </w:rPr>
        <w:t xml:space="preserve">[39:22] </w:t>
      </w:r>
      <w:r>
        <w:t>taake aap is aadmi ke is aadmi ke problem ko samjhen. is aadmi ke problem ko samjhen jis ke pas income bohat kam hai.</w:t>
      </w:r>
    </w:p>
    <w:p>
      <w:pPr>
        <w:jc w:val="right"/>
      </w:pPr>
      <w:r>
        <w:t>تاکہ آپ اس آدمی کے اس آدمی کے problem کو سمجھیں۔ اس آدمی کے problem کو سمجھیں جس کے پاس income بہت کم ہے۔</w:t>
      </w:r>
    </w:p>
    <w:p>
      <w:r>
        <w:rPr>
          <w:b/>
        </w:rPr>
        <w:t xml:space="preserve">[39:38] </w:t>
      </w:r>
      <w:r>
        <w:t>jis ke pas koi source nahi hai. jo dono waqt ka khana nahi pata. jis ke pas fresh water nahi hota.</w:t>
      </w:r>
    </w:p>
    <w:p>
      <w:pPr>
        <w:jc w:val="right"/>
      </w:pPr>
      <w:r>
        <w:t>جس کے پاس کوئی source نہیں ہے۔ جو دونوں وقت کا کھانا نہیں پاتا۔ جس کے پاس fresh water نہیں ہوتا۔</w:t>
      </w:r>
    </w:p>
    <w:p>
      <w:r>
        <w:rPr>
          <w:b/>
        </w:rPr>
        <w:t xml:space="preserve">[39:50] </w:t>
      </w:r>
      <w:r>
        <w:t>to yeh hai compulsive training. compulsive training.</w:t>
      </w:r>
    </w:p>
    <w:p>
      <w:pPr>
        <w:jc w:val="right"/>
      </w:pPr>
      <w:r>
        <w:t>تو یہ ہے compulsive training۔ compulsive training۔</w:t>
      </w:r>
    </w:p>
    <w:p>
      <w:r>
        <w:rPr>
          <w:b/>
        </w:rPr>
        <w:t xml:space="preserve">[40:02] </w:t>
      </w:r>
      <w:r>
        <w:t>to roze ka ek pehlu yeh hai ke woh shahr ul muwasat hai. yeh woh mahina hai jis mein aap ko compulsive training ke tehat yeh bataya jata hai ke bhook bhookay logon ki bhook ka tajruba karo.</w:t>
      </w:r>
    </w:p>
    <w:p>
      <w:pPr>
        <w:jc w:val="right"/>
      </w:pPr>
      <w:r>
        <w:t>تو روزے کا ایک پہلو یہ ہے کہ وہ شہر المواسات ہے۔ یہ وہ مہینہ ہے جس میں آپ کو compulsive training کے تحت یہ بتایا جاتا ہے کہ بھوک بھوکے لوگوں کی بھوک کا تجربہ کرو۔</w:t>
      </w:r>
    </w:p>
    <w:p>
      <w:r>
        <w:rPr>
          <w:b/>
        </w:rPr>
        <w:t xml:space="preserve">[40:16] </w:t>
      </w:r>
      <w:r>
        <w:t>taake tumhare andar yeh jazba paida ho ke mujhe un ki madad karna chahiye. piyase logon ki piyas ka tajruba karo. taake tumhare andar yeh jazba paida ho ke mujhe un ki piyas ko bujhane ke liye koshish karna chahiye.</w:t>
      </w:r>
    </w:p>
    <w:p>
      <w:pPr>
        <w:jc w:val="right"/>
      </w:pPr>
      <w:r>
        <w:t>تاکہ تمہارے اندر یہ جذبہ پیدا ہو کہ مجھے ان کی مدد کرنا چاہیے۔ پیاسے لوگوں کی پیاس کا تجربہ کرو۔ تاکہ تمہارے اندر یہ جذبہ پیدا ہو کہ مجھے ان کی پیاس کو بجھانے کے لیے کوشش کرنا چاہیے۔</w:t>
      </w:r>
    </w:p>
    <w:p>
      <w:r>
        <w:rPr>
          <w:b/>
        </w:rPr>
        <w:t xml:space="preserve">[40:31] </w:t>
      </w:r>
      <w:r>
        <w:t>to is sense mein roza jo hai woh shahr ul muwasat hai. yani hamdardi ka mahina, khair khwahi ka mahina. logon ke kaam ane ka mahina.</w:t>
      </w:r>
    </w:p>
    <w:p>
      <w:pPr>
        <w:jc w:val="right"/>
      </w:pPr>
      <w:r>
        <w:t>تو اس sense میں روزہ جو ہے وہ شہر المواسات ہے۔ یعنی ہمدردی کا مہینہ، خیر خواہی کا مہینہ۔ لوگوں کے کام آنے کا مہینہ۔</w:t>
      </w:r>
    </w:p>
    <w:p>
      <w:r>
        <w:rPr>
          <w:b/>
        </w:rPr>
        <w:t xml:space="preserve">[40:43] </w:t>
      </w:r>
      <w:r>
        <w:t>to yeh hua ke roza ke yeh mukhtalif pehlu hue. phir mein yeh kahunga ke roza jo hai ek ek aitbar se aap dekhiye to roza kiya hai woh month of spiritual activities keh sakte hain aap is ko.</w:t>
      </w:r>
    </w:p>
    <w:p>
      <w:pPr>
        <w:jc w:val="right"/>
      </w:pPr>
      <w:r>
        <w:t>تو یہ ہوا کہ روزہ کے یہ مختلف پہلو ہوئے۔ پھر میں یہ کہوں گا کہ روزہ جو ہے ایک ایک اعتبار سے آپ دیکھیے تو روزہ کیا ہے وہ month of spiritual activities کہہ سکتے ہیں آپ اس کو۔</w:t>
      </w:r>
    </w:p>
    <w:p>
      <w:r>
        <w:rPr>
          <w:b/>
        </w:rPr>
        <w:t xml:space="preserve">[41:07] </w:t>
      </w:r>
      <w:r>
        <w:t>month of spiritual activities. spiritual activities ka mahina. woh kaisay?</w:t>
      </w:r>
    </w:p>
    <w:p>
      <w:pPr>
        <w:jc w:val="right"/>
      </w:pPr>
      <w:r>
        <w:t>month of spiritual activities۔ spiritual activities کا مہینہ۔ وہ کیسے؟</w:t>
      </w:r>
    </w:p>
    <w:p>
      <w:r>
        <w:rPr>
          <w:b/>
        </w:rPr>
        <w:t xml:space="preserve">[41:15] </w:t>
      </w:r>
      <w:r>
        <w:t>ab aap dekhiye roza hijri calendar ke noਵੇਂ mahine mein ata hai jis ko hum ramzan kehte hain. is se pehle shaban hai.</w:t>
      </w:r>
    </w:p>
    <w:p>
      <w:pPr>
        <w:jc w:val="right"/>
      </w:pPr>
      <w:r>
        <w:t>اب آپ دیکھیے روزہ ہجری calendar کے نویں مہینے میں آتا ہے جس کو ہم رمضان کہتے ہیں۔ اس سے پہلے شعبان ہے۔</w:t>
      </w:r>
    </w:p>
    <w:p>
      <w:r>
        <w:rPr>
          <w:b/>
        </w:rPr>
        <w:t xml:space="preserve">[41:26] </w:t>
      </w:r>
      <w:r>
        <w:t>shaban ki aakhri tareekh ati hai. aur agla mahina ramzan ka pehla chand nikalne wala hota hai.</w:t>
      </w:r>
    </w:p>
    <w:p>
      <w:pPr>
        <w:jc w:val="right"/>
      </w:pPr>
      <w:r>
        <w:t>شعبان کی آخری تاریخ آتی ہے۔ اور اگلا مہینہ رمضان کا پہلا چاند نکلنے والا ہوتا ہے۔</w:t>
      </w:r>
    </w:p>
    <w:p>
      <w:r>
        <w:rPr>
          <w:b/>
        </w:rPr>
        <w:t xml:space="preserve">[41:36] </w:t>
      </w:r>
      <w:r>
        <w:t>to log kiya karte hain? sham ko maghrib ki namaz parh kar ke khule maidan mein ate hain, chhat par charh jate hain. taake new moon ko dekhen.</w:t>
      </w:r>
    </w:p>
    <w:p>
      <w:pPr>
        <w:jc w:val="right"/>
      </w:pPr>
      <w:r>
        <w:t>تو لوگ کیا کرتے ہیں؟ شام کو مغرب کی نماز پڑھ کر کے کھلے میدان میں آتے ہیں، چھت پر چڑھ جاتے ہیں۔ تاکہ new moon کو دیکھیں۔</w:t>
      </w:r>
    </w:p>
    <w:p>
      <w:r>
        <w:rPr>
          <w:b/>
        </w:rPr>
        <w:t xml:space="preserve">[41:46] </w:t>
      </w:r>
      <w:r>
        <w:t>naye chand ko dekhen. dekhiye mein yahan kahunga ke observatory ke zariye ya calendar ke zariye eid karna ya ramzan ka mahina usay maloom karna yeh koi ghalat baat nahi hai.</w:t>
      </w:r>
    </w:p>
    <w:p>
      <w:pPr>
        <w:jc w:val="right"/>
      </w:pPr>
      <w:r>
        <w:t>نئے چاند کو دیکھیں۔ دیکھیے میں یہاں کہوں گا کہ observatory کے ذریعے یا calendar کے ذریعے عید کرنا یا رمضان کا مہینہ اسے معلوم کرنا یہ کوئی غلط بات نہیں ہے۔</w:t>
      </w:r>
    </w:p>
    <w:p>
      <w:r>
        <w:rPr>
          <w:b/>
        </w:rPr>
        <w:t xml:space="preserve">[42:02] </w:t>
      </w:r>
      <w:r>
        <w:t>lekin woh ek ek technical tareeqa hai. woh ek technical tareeqa hai. woh ek living tareeqa nahi hai.</w:t>
      </w:r>
    </w:p>
    <w:p>
      <w:pPr>
        <w:jc w:val="right"/>
      </w:pPr>
      <w:r>
        <w:t>لیکن وہ ایک ایک technical طریقہ ہے۔ وہ ایک technical طریقہ ہے۔ وہ ایک living طریقہ نہیں ہے۔</w:t>
      </w:r>
    </w:p>
    <w:p>
      <w:r>
        <w:rPr>
          <w:b/>
        </w:rPr>
        <w:t xml:space="preserve">[42:12] </w:t>
      </w:r>
      <w:r>
        <w:t>woh living tareeqa nahi hai. calendar mein dekha aap ne, pata kar liya. aur diary mein likh liya ke bhai aaj roza shuru hoga. lekin jab aap sham ko nikalte hain bohat se log.</w:t>
      </w:r>
    </w:p>
    <w:p>
      <w:pPr>
        <w:jc w:val="right"/>
      </w:pPr>
      <w:r>
        <w:t>وہ living طریقہ نہیں ہے۔ calendar میں دیکھا آپ نے، پتا کر لیا۔ اور diary میں لکھ لیا کہ بھئی آج روزہ شروع ہوگا۔ لیکن جب آپ شام کو نکلتے ہیں بہت سے لوگ۔</w:t>
      </w:r>
    </w:p>
    <w:p>
      <w:r>
        <w:rPr>
          <w:b/>
        </w:rPr>
        <w:t xml:space="preserve">[42:23] </w:t>
      </w:r>
      <w:r>
        <w:t>aur log aasman mein talash kar rahe hain chand ko, new moon ko. aur phir chand dikhai par gaya. ab aap kehte hain jaisa ke rasool Allah ne farmaya tha: allahumma ahillahu alaina bil amni wal aman allahumma ahillahu alaina bil amni wal aman was salama ti wal islam yani khuda ya is mahine ko to mere liye aman ka aur aman ka mahina bana de.</w:t>
      </w:r>
    </w:p>
    <w:p>
      <w:pPr>
        <w:jc w:val="right"/>
      </w:pPr>
      <w:r>
        <w:t>اور لوگ آسمان میں تلاش کر رہے ہیں چاند کو، new moon کو۔ اور پھر چاند دکھائی پڑ گیا۔ اب آپ کہتے ہیں جیسا کہ رسول اللہ نے فرمایا تھا: اللّٰهُمَّ أَهِلَّهُ عَلَيْنَا بِالْأَمْنِ وَالْأَمْانِ اللّٰهُمَّ أَهِلَّهُ عَلَيْنَا بِالْأَمْنِ وَالْأَمْانِ وَالْسَلَامَةِ وَالْإِسْلَامِ یعنی خدایا اس مہینے کو تو میرے لیے امن کا اور امان کا مہینہ بنا دے۔</w:t>
      </w:r>
    </w:p>
    <w:p>
      <w:r>
        <w:rPr>
          <w:b/>
        </w:rPr>
        <w:t xml:space="preserve">[42:48] </w:t>
      </w:r>
      <w:r>
        <w:t>aur salamat i ka aur islam ka mahina bana de. ab yeh yeh sab ek ek ek sargermi shuru ho jati hai. soch mein sargermi.</w:t>
      </w:r>
    </w:p>
    <w:p>
      <w:pPr>
        <w:jc w:val="right"/>
      </w:pPr>
      <w:r>
        <w:t>اور سلامتی کا اور اسلام کا مہینہ بنا دے۔ اب یہ یہ سب ایک ایک ایک سرگرمی شروع ہو جاتی ہے۔ سوچ میں سرگرمی۔</w:t>
      </w:r>
    </w:p>
    <w:p>
      <w:r>
        <w:rPr>
          <w:b/>
        </w:rPr>
        <w:t xml:space="preserve">[42:58] </w:t>
      </w:r>
      <w:r>
        <w:t>church shuru hota hai. to yahan par mein kahunga ke yeh roze ka ek pehlu yeh hai ke woh spiritual activities ka mahina hai.</w:t>
      </w:r>
    </w:p>
    <w:p>
      <w:pPr>
        <w:jc w:val="right"/>
      </w:pPr>
      <w:r>
        <w:t>چرچہ شروع ہوتا ہے۔ تو یہاں پر میں کہوں گا کہ یہ روزے کا ایک پہلو یہ ہے کہ وہ spiritual activities کا مہینہ ہے۔</w:t>
      </w:r>
    </w:p>
    <w:p>
      <w:r>
        <w:rPr>
          <w:b/>
        </w:rPr>
        <w:t xml:space="preserve">[43:09] </w:t>
      </w:r>
      <w:r>
        <w:t>to activities shuru ho gayeen pehli raat se. naye chand ko dekha aap ne. ab yeh sab duayen hain, yeh sab church hain, yeh sab batein hain. to activities shuru ho gayeen.</w:t>
      </w:r>
    </w:p>
    <w:p>
      <w:pPr>
        <w:jc w:val="right"/>
      </w:pPr>
      <w:r>
        <w:t>تو activities شروع ہو گئیں پہلی رات سے۔ نئے چاند کو دیکھا آپ نے۔ اب یہ سب دعائیں ہیں، یہ سب چرچے ہیں، یہ سب باتیں ہیں۔ تو activities شروع ہو گئیں۔</w:t>
      </w:r>
    </w:p>
    <w:p>
      <w:r>
        <w:rPr>
          <w:b/>
        </w:rPr>
        <w:t xml:space="preserve">[43:20] </w:t>
      </w:r>
      <w:r>
        <w:t>ke aao hum roze ko peace ka mahina banayen. roze ko islami activities ka mahina banayen. yeh ek paida hota hai jazba aadmi ke andar.</w:t>
      </w:r>
    </w:p>
    <w:p>
      <w:pPr>
        <w:jc w:val="right"/>
      </w:pPr>
      <w:r>
        <w:t>کہ آؤ ہم روزے کو peace کا مہینہ بنائیں۔ روزے کو اسلامی activities کا مہینہ بنائیں۔ یہ ایک پیدا ہوتا ہے جذبہ آدمی کے اندر۔</w:t>
      </w:r>
    </w:p>
    <w:p>
      <w:r>
        <w:rPr>
          <w:b/>
        </w:rPr>
        <w:t xml:space="preserve">[43:31] </w:t>
      </w:r>
      <w:r>
        <w:t>phir aap dekhiye ke pehle ramzan se taraveeh shuru ho jati hai. maghrib ke baad aap ne isha ki namaz parhi.</w:t>
      </w:r>
    </w:p>
    <w:p>
      <w:pPr>
        <w:jc w:val="right"/>
      </w:pPr>
      <w:r>
        <w:t>پھر آپ دیکھیے کہ پہلے رمضان سے تراویح شروع ہو جاتی ہے۔ مغرب کے بعد آپ نے عشاء کی نماز پڑھی۔</w:t>
      </w:r>
    </w:p>
    <w:p>
      <w:r>
        <w:rPr>
          <w:b/>
        </w:rPr>
        <w:t xml:space="preserve">[43:39] </w:t>
      </w:r>
      <w:r>
        <w:t>phir taraveeh shuru ho jati hai. jo mahine bhar chalti rehti hai. taraveeh kiya hai? taraveeh hai quran ko ibadat ki halat mein khare ho kar sunna.</w:t>
      </w:r>
    </w:p>
    <w:p>
      <w:pPr>
        <w:jc w:val="right"/>
      </w:pPr>
      <w:r>
        <w:t>پھر تراویح شروع ہو جاتی ہے۔ جو مہینے بھر چلتی رہتی ہے۔ تراویح کیا ہے؟ تراویح ہے قرآن کو عبادت کی حالت میں کھڑے ہو کر سننا۔</w:t>
      </w:r>
    </w:p>
    <w:p>
      <w:r>
        <w:rPr>
          <w:b/>
        </w:rPr>
        <w:t xml:space="preserve">[43:56] </w:t>
      </w:r>
      <w:r>
        <w:t>poore ramzan mein hafiz taraveeh sunata hai. aur is mein poore quran ko khatam karta hai. to taraveeh kiya hai?</w:t>
      </w:r>
    </w:p>
    <w:p>
      <w:pPr>
        <w:jc w:val="right"/>
      </w:pPr>
      <w:r>
        <w:t>پورے رمضان میں حافظ تراویح سناتا ہے۔ اور اس میں پورے قرآن کو ختم کرتا ہے۔ تو تراویح کیا ہے؟</w:t>
      </w:r>
    </w:p>
    <w:p>
      <w:r>
        <w:rPr>
          <w:b/>
        </w:rPr>
        <w:t xml:space="preserve">[44:06] </w:t>
      </w:r>
      <w:r>
        <w:t>namaz ki halat mein ya ibadat ki halat mein khare ho kar quran ko sunna. yani ek aadmi buland awaz se parhta hai, ek hafiz buland awaz se.</w:t>
      </w:r>
    </w:p>
    <w:p>
      <w:pPr>
        <w:jc w:val="right"/>
      </w:pPr>
      <w:r>
        <w:t>نماز کی حالت میں یا عبادت کی حالت میں کھڑے ہو کر قرآن کو سننا۔ یعنی ایک آدمی بلند آواز سے پڑھتا ہے، ایک حافظ بلند آواز سے۔</w:t>
      </w:r>
    </w:p>
    <w:p>
      <w:r>
        <w:rPr>
          <w:b/>
        </w:rPr>
        <w:t xml:space="preserve">[44:18] </w:t>
      </w:r>
      <w:r>
        <w:t>is ko aap suntay hain. to spirit jo quran mein di hui hai is spirit ko aap apnay andar inculcate kartay hain.</w:t>
      </w:r>
    </w:p>
    <w:p>
      <w:pPr>
        <w:jc w:val="right"/>
      </w:pPr>
      <w:r>
        <w:t>اس کو آپ سنتے ہیں۔ تو spirit جو قرآن میں دی ہوئی ہے اس spirit کو آپ اپنے اندر inculcate کرتے ہیں۔</w:t>
      </w:r>
    </w:p>
    <w:p>
      <w:r>
        <w:rPr>
          <w:b/>
        </w:rPr>
        <w:t xml:space="preserve">[44:28] </w:t>
      </w:r>
      <w:r>
        <w:t>jaisay aap dekhiye ke har rakat mein tarawih ki har rakat mein imam parhay ga: alhamdulillah rabbil alameen.</w:t>
      </w:r>
    </w:p>
    <w:p>
      <w:pPr>
        <w:jc w:val="right"/>
      </w:pPr>
      <w:r>
        <w:t>جیسے آپ دیکھیے کہ ہر رکعت میں تراویح کی ہر رکعت میں امام پڑھے گا: الحمدللہ رب العالمین۔</w:t>
      </w:r>
    </w:p>
    <w:p>
      <w:r>
        <w:rPr>
          <w:b/>
        </w:rPr>
        <w:t xml:space="preserve">[44:38] </w:t>
      </w:r>
      <w:r>
        <w:t>ab woh parha is ne. ab aap peechay sun rahay hain. woh buland awaz se parh raha hai. aap kaan lagaye hue hain is ke oopar. to is ne kaha: alhamdulillah rabbil alameen.</w:t>
      </w:r>
    </w:p>
    <w:p>
      <w:pPr>
        <w:jc w:val="right"/>
      </w:pPr>
      <w:r>
        <w:t>اب وہ پڑھا اس نے۔ اب آپ پیچھے سن رہے ہیں۔ وہ بلند آواز سے پڑھ رہا ہے۔ آپ کان لگائے ہوئے ہیں اس کے اوپر۔ تو اس نے کہا: الحمدللہ رب العالمین۔</w:t>
      </w:r>
    </w:p>
    <w:p>
      <w:r>
        <w:rPr>
          <w:b/>
        </w:rPr>
        <w:t xml:space="preserve">[44:50] </w:t>
      </w:r>
      <w:r>
        <w:t>khudaya tera shukar hai. tu rabbul alameen hai.</w:t>
      </w:r>
    </w:p>
    <w:p>
      <w:pPr>
        <w:jc w:val="right"/>
      </w:pPr>
      <w:r>
        <w:t>خدایا تیرا شکر ہے۔ تو رب العالمین ہے۔</w:t>
      </w:r>
    </w:p>
    <w:p>
      <w:r>
        <w:rPr>
          <w:b/>
        </w:rPr>
        <w:t xml:space="preserve">[44:58] </w:t>
      </w:r>
      <w:r>
        <w:t>tu lord of the universe hai. phir is ne kaha: ar rehman ar rahim.</w:t>
      </w:r>
    </w:p>
    <w:p>
      <w:pPr>
        <w:jc w:val="right"/>
      </w:pPr>
      <w:r>
        <w:t>تو Lord of the Universe ہے۔ پھر اس نے کہا: الرحمن الرحیم۔</w:t>
      </w:r>
    </w:p>
    <w:p>
      <w:r>
        <w:rPr>
          <w:b/>
        </w:rPr>
        <w:t xml:space="preserve">[45:06] </w:t>
      </w:r>
      <w:r>
        <w:t>tu rehman hai, rahim hai. tu blessing ka sar chashma hai. blessing ka reservoir hai. tujh hi se blessing milti hai.</w:t>
      </w:r>
    </w:p>
    <w:p>
      <w:pPr>
        <w:jc w:val="right"/>
      </w:pPr>
      <w:r>
        <w:t>تو رحمن ہے، رحیم ہے۔ تو blessing کا سرچشمہ ہے۔ blessing کا reservoir ہے۔ تجھ ہی سے blessing ملتی ہے۔</w:t>
      </w:r>
    </w:p>
    <w:p>
      <w:r>
        <w:rPr>
          <w:b/>
        </w:rPr>
        <w:t xml:space="preserve">[45:18] </w:t>
      </w:r>
      <w:r>
        <w:t>maliki yawmiddin. tu day of judgment ka malik hai. tu lord of the day of judgment hai. iyyaka na'budu wa iyyaka nasta'een.</w:t>
      </w:r>
    </w:p>
    <w:p>
      <w:pPr>
        <w:jc w:val="right"/>
      </w:pPr>
      <w:r>
        <w:t>مالک یوم الدین۔ تو Day of Judgment کا مالک ہے۔ تو Lord of the Day of Judgment ہے۔ ایاک نعبد وایاک نستعین۔</w:t>
      </w:r>
    </w:p>
    <w:p>
      <w:r>
        <w:rPr>
          <w:b/>
        </w:rPr>
        <w:t xml:space="preserve">[45:31] </w:t>
      </w:r>
      <w:r>
        <w:t>hum teri ibadat kartay hain. tujh hi se madad chahtay hain. hamari ibadat tere liye hai aur hamara bharosa tere oopar hai.</w:t>
      </w:r>
    </w:p>
    <w:p>
      <w:pPr>
        <w:jc w:val="right"/>
      </w:pPr>
      <w:r>
        <w:t>ہم تیری عبادت کرتے ہیں۔ تجھ ہی سے مدد چاہتے ہیں۔ ہماری عبادت تیرے لیے ہے اور ہمارا بھروسہ تیرے اوپر ہے۔</w:t>
      </w:r>
    </w:p>
    <w:p>
      <w:r>
        <w:rPr>
          <w:b/>
        </w:rPr>
        <w:t xml:space="preserve">[45:43] </w:t>
      </w:r>
      <w:r>
        <w:t>phir aap kehtay hain imam kehta hai ke: ay ay khuda hum ko straight path dikha.</w:t>
      </w:r>
    </w:p>
    <w:p>
      <w:pPr>
        <w:jc w:val="right"/>
      </w:pPr>
      <w:r>
        <w:t>پھر آپ کہتے ہیں امام کہتا ہے کہ: اے اے خدا ہم کو straight path دکھا۔</w:t>
      </w:r>
    </w:p>
    <w:p>
      <w:r>
        <w:rPr>
          <w:b/>
        </w:rPr>
        <w:t xml:space="preserve">[45:52] </w:t>
      </w:r>
      <w:r>
        <w:t>hum ko seedha rasta dikha. ab is waqt aap ke andar jo ek duaiyah jazbat ubhertay hain us waqt. phir aap imam ke zariye se suntay hain ke:</w:t>
      </w:r>
    </w:p>
    <w:p>
      <w:pPr>
        <w:jc w:val="right"/>
      </w:pPr>
      <w:r>
        <w:t>ہم کو سیدھا راستہ دکھا۔ اب اس وقت آپ کے اندر جو ایک دعائیہ جذبات ابھرتے ہیں اس وقت۔ پھر آپ امام کے ذریعے سے سنتے ہیں کہ:</w:t>
      </w:r>
    </w:p>
    <w:p>
      <w:r>
        <w:rPr>
          <w:b/>
        </w:rPr>
        <w:t xml:space="preserve">[46:07] </w:t>
      </w:r>
      <w:r>
        <w:t>siratallazeena an'amta alaihim. woh rasta jis par ke achhay log chalay. woh rasta nahi jis par bhatkay hue log chalay. ab yeh sari cheez jo aap suntay hain</w:t>
      </w:r>
    </w:p>
    <w:p>
      <w:pPr>
        <w:jc w:val="right"/>
      </w:pPr>
      <w:r>
        <w:t>صراط الذین انعمت علیہم۔ وہ راستہ جس پر کہ اچھے لوگ چلے۔ وہ راستہ نہیں جس پر بھٹکے ہوئے لوگ چلے۔ اب یہ ساری چیز جو آپ سنتے ہیں</w:t>
      </w:r>
    </w:p>
    <w:p>
      <w:r>
        <w:rPr>
          <w:b/>
        </w:rPr>
        <w:t xml:space="preserve">[46:21] </w:t>
      </w:r>
      <w:r>
        <w:t>ramzan mein bar bar bar bar bar bar to kya yeh sari spirit apnay andar inculcate kartay hain. yeh hai training course jo chalta hai ramzan par.</w:t>
      </w:r>
    </w:p>
    <w:p>
      <w:pPr>
        <w:jc w:val="right"/>
      </w:pPr>
      <w:r>
        <w:t>رمضان میں بار بار بار بار بار بار تو کیا یہ ساری spirit اپنے اندر inculcate کرتے ہیں۔ یہ ہے training course جو چلتا ہے رمضان پر۔</w:t>
      </w:r>
    </w:p>
    <w:p>
      <w:r>
        <w:rPr>
          <w:b/>
        </w:rPr>
        <w:t xml:space="preserve">[46:34] </w:t>
      </w:r>
      <w:r>
        <w:t>ab aap ne tarawih parhi. phir aap so gaye. phir subah ko aap uthay sehri ke liye. to sehri ka matlab yeh nahi ke pait pait mein khoob thos khoob itna pait bhar kha lain ke din bhar thikar aati rahay.</w:t>
      </w:r>
    </w:p>
    <w:p>
      <w:pPr>
        <w:jc w:val="right"/>
      </w:pPr>
      <w:r>
        <w:t>اب آپ نے تراویح پڑھی۔ پھر آپ سو گئے۔ پھر صبح کو آپ اٹھے سحری کے لیے۔ تو سحری کا مطلب یہ نہیں کہ پیٹ پیٹ میں خوب ٹھوس خوب اتنا پیٹ بھر کھا لیں کہ دن بھر ٹھکار آتی رہے۔</w:t>
      </w:r>
    </w:p>
    <w:p>
      <w:r>
        <w:rPr>
          <w:b/>
        </w:rPr>
        <w:t xml:space="preserve">[46:50] </w:t>
      </w:r>
      <w:r>
        <w:t>yeh matlab nahi hai. bas kuch mukhtasar sa kha liya.</w:t>
      </w:r>
    </w:p>
    <w:p>
      <w:pPr>
        <w:jc w:val="right"/>
      </w:pPr>
      <w:r>
        <w:t>یہ مطلب نہیں ہے۔ بس کچھ مختصر سا کھا لیا۔</w:t>
      </w:r>
    </w:p>
    <w:p>
      <w:r>
        <w:rPr>
          <w:b/>
        </w:rPr>
        <w:t xml:space="preserve">[46:57] </w:t>
      </w:r>
      <w:r>
        <w:t>aur pani pi liya. aur phir fajar ki namaz parhi. to is mani mein ke yeh bhi isi spirit ko activate karnay ka ek tareeqa hai.</w:t>
      </w:r>
    </w:p>
    <w:p>
      <w:pPr>
        <w:jc w:val="right"/>
      </w:pPr>
      <w:r>
        <w:t>اور پانی پی لیا۔ اور پھر فجر کی نماز پڑھی۔ تو اس معنی میں کہ یہ بھی اسی spirit کو activate کرنے کا ایک طریقہ ہے۔</w:t>
      </w:r>
    </w:p>
    <w:p>
      <w:r>
        <w:rPr>
          <w:b/>
        </w:rPr>
        <w:t xml:space="preserve">[47:07] </w:t>
      </w:r>
      <w:r>
        <w:t>jab subah ko uth kar ke aap sehri khatay hain to phir yaad kartay hain aap khuda ko. ke khuda kaisa khuda hai jis ne raat banai, jis ne din banaya.</w:t>
      </w:r>
    </w:p>
    <w:p>
      <w:pPr>
        <w:jc w:val="right"/>
      </w:pPr>
      <w:r>
        <w:t>جب صبح کو اٹھ کر کے آپ سحری کھاتے ہیں تو پھر یاد کرتے ہیں آپ خدا کو۔ کہ خدا کیسا خدا ہے جس نے رات بنائی، جس نے دن بنایا۔</w:t>
      </w:r>
    </w:p>
    <w:p>
      <w:r>
        <w:rPr>
          <w:b/>
        </w:rPr>
        <w:t xml:space="preserve">[47:20] </w:t>
      </w:r>
      <w:r>
        <w:t>jis ne khana banaya, jis ne pani banaya. jis ne suraj banaya, jis ne chand banaya. yeh sari nematoun ko yaad karna.</w:t>
      </w:r>
    </w:p>
    <w:p>
      <w:pPr>
        <w:jc w:val="right"/>
      </w:pPr>
      <w:r>
        <w:t>جس نے کھانا بنایا، جس نے پانی بنایا۔ جس نے سورج بنایا، جس نے چاند بنایا۔ یہ ساری نعمتوں کو یاد کرنا۔</w:t>
      </w:r>
    </w:p>
    <w:p>
      <w:r>
        <w:rPr>
          <w:b/>
        </w:rPr>
        <w:t xml:space="preserve">[47:28] </w:t>
      </w:r>
      <w:r>
        <w:t>yeh hai roze ki spirit. phir aap din guzartay hain. roza roza roza rakh kar ke.</w:t>
      </w:r>
    </w:p>
    <w:p>
      <w:pPr>
        <w:jc w:val="right"/>
      </w:pPr>
      <w:r>
        <w:t>یہ ہے روزے کی spirit۔ پھر آپ دن گزارتے ہیں۔ روزہ روزہ روزہ رکھ کر کے۔</w:t>
      </w:r>
    </w:p>
    <w:p>
      <w:r>
        <w:rPr>
          <w:b/>
        </w:rPr>
        <w:t xml:space="preserve">[47:39] </w:t>
      </w:r>
      <w:r>
        <w:t>ab jab piyas lagti hai to aap yaad kartay hain ke pani kaisi ajeeb o ghareeb cheez hai. jab din ko aap ke roze mein hain aur piyas lagi.</w:t>
      </w:r>
    </w:p>
    <w:p>
      <w:pPr>
        <w:jc w:val="right"/>
      </w:pPr>
      <w:r>
        <w:t>اب جب پیاس لگتی ہے تو آپ یاد کرتے ہیں کہ پانی کیسی عجیب و غریب چیز ہے۔ جب دن کو آپ کے روزے میں ہیں اور پیاس لگی۔</w:t>
      </w:r>
    </w:p>
    <w:p>
      <w:r>
        <w:rPr>
          <w:b/>
        </w:rPr>
        <w:t xml:space="preserve">[47:51] </w:t>
      </w:r>
      <w:r>
        <w:t>to aap pani ke baray mein sochne lagain gay. aap jantay hain ke zameen ke siwa kahin pani nahi hai. itni bari universe hai.</w:t>
      </w:r>
    </w:p>
    <w:p>
      <w:pPr>
        <w:jc w:val="right"/>
      </w:pPr>
      <w:r>
        <w:t>تو آپ پانی کے بارے میں سوچنے لگیں گے۔ آپ جانتے ہیں کہ زمین کے سوا کہیں پانی نہیں ہے۔ اتنی بڑی universe ہے۔</w:t>
      </w:r>
    </w:p>
    <w:p>
      <w:r>
        <w:rPr>
          <w:b/>
        </w:rPr>
        <w:t xml:space="preserve">[48:00] </w:t>
      </w:r>
      <w:r>
        <w:t>bohat hi bari universe hai. lekin pani agar kahin hai to sirf isi hamari isi zameen par hai. aur kahin bhi nahi.</w:t>
      </w:r>
    </w:p>
    <w:p>
      <w:pPr>
        <w:jc w:val="right"/>
      </w:pPr>
      <w:r>
        <w:t>بہت ہی بڑی universe ہے۔ لیکن پانی اگر کہیں ہے تو صرف اسی ہماری اسی زمین پر ہے۔ اور کہیں بھی نہیں۔</w:t>
      </w:r>
    </w:p>
    <w:p>
      <w:r>
        <w:rPr>
          <w:b/>
        </w:rPr>
        <w:t xml:space="preserve">[48:11] </w:t>
      </w:r>
      <w:r>
        <w:t>aur pani kaise bana? to science batati hai ke is ka poora ek bohat bara mechanism hai. ek bohat bara process hai.</w:t>
      </w:r>
    </w:p>
    <w:p>
      <w:pPr>
        <w:jc w:val="right"/>
      </w:pPr>
      <w:r>
        <w:t>اور پانی کیسے بنا؟ تو سائنس بتاتی ہے کہ اس کا پورا ایک بہت بڑا mechanism ہے۔ ایک بہت بڑا process ہے۔</w:t>
      </w:r>
    </w:p>
    <w:p>
      <w:r>
        <w:rPr>
          <w:b/>
        </w:rPr>
        <w:t xml:space="preserve">[48:21] </w:t>
      </w:r>
      <w:r>
        <w:t>tab pani bana. aur pani barabar cycle hota rehta hai. samandar mein samandar mein pani ke sath namak mila hua hai.</w:t>
      </w:r>
    </w:p>
    <w:p>
      <w:pPr>
        <w:jc w:val="right"/>
      </w:pPr>
      <w:r>
        <w:t>تب پانی بنا۔ اور پانی برابر cycle ہوتا رہتا ہے۔ سمندر میں سمندر میں پانی کے ساتھ نمک ملا ہوا ہے۔</w:t>
      </w:r>
    </w:p>
    <w:p>
      <w:r>
        <w:rPr>
          <w:b/>
        </w:rPr>
        <w:t xml:space="preserve">[48:32] </w:t>
      </w:r>
      <w:r>
        <w:t>is ka is ka preservative ke tor par. phir bhap ban kar oopar jata hai. oopar se phir ek bohat zabardast process hai is ke tehat phir dobara fresh water aap ko milta hai.</w:t>
      </w:r>
    </w:p>
    <w:p>
      <w:pPr>
        <w:jc w:val="right"/>
      </w:pPr>
      <w:r>
        <w:t>اس کا اس کا preservative کے طور پر۔ پھر بھاپ بن کر اوپر جاتا ہے۔ اوپر سے پھر ایک بہت زبردست process ہے اس کے تحت پھر دوبارہ fresh water آپ کو ملتا ہے۔</w:t>
      </w:r>
    </w:p>
    <w:p>
      <w:r>
        <w:rPr>
          <w:b/>
        </w:rPr>
        <w:t xml:space="preserve">[48:44] </w:t>
      </w:r>
      <w:r>
        <w:t>yeh sab aap ne socha. jab pyas lage gi to aap pani ke bare mein sochen ge. phir jab khana jab bhook lage gi to aap khane ke bare mein sochen ge.</w:t>
      </w:r>
    </w:p>
    <w:p>
      <w:pPr>
        <w:jc w:val="right"/>
      </w:pPr>
      <w:r>
        <w:t>یہ سب آپ نے سوچا۔ جب پیاس لگے گی تو آپ پانی کے بارے میں سوچیں گے۔ پھر جب کھانا جب بھوک لگے گی تو آپ کھانے کے بارے میں سوچیں گے۔</w:t>
      </w:r>
    </w:p>
    <w:p>
      <w:r>
        <w:rPr>
          <w:b/>
        </w:rPr>
        <w:t xml:space="preserve">[48:54] </w:t>
      </w:r>
      <w:r>
        <w:t>kaise Khuda ne yeh chezen banai? yeh ghalla, yeh phal, yeh tarkari. yeh sari chezen jo hum khate hain aur hamare body mein ja kar ke woh digest ho kar gosht aur khoon ban jata hai.</w:t>
      </w:r>
    </w:p>
    <w:p>
      <w:pPr>
        <w:jc w:val="right"/>
      </w:pPr>
      <w:r>
        <w:t>کیسے خدا نے یہ چیزیں بنائیں؟ یہ غلہ، یہ پھل، یہ ترکاری۔ یہ ساری چیزیں جو ہم کھاتے ہیں اور ہمارے body میں جا کر کے وہ digest ہو کر گوشت اور خون بن جاتا ہے۔</w:t>
      </w:r>
    </w:p>
    <w:p>
      <w:r>
        <w:rPr>
          <w:b/>
        </w:rPr>
        <w:t xml:space="preserve">[49:09] </w:t>
      </w:r>
      <w:r>
        <w:t>yeh sab aap yaad karen ge aap. yani bhook aap ko yani compulsively yaad karaye gi yeh sab baten. agar bhook nahi hai to aap yaad bhi nahi karen ge.</w:t>
      </w:r>
    </w:p>
    <w:p>
      <w:pPr>
        <w:jc w:val="right"/>
      </w:pPr>
      <w:r>
        <w:t>یہ سب آپ یاد کریں گے آپ۔ یعنی بھوک آپ کو یعنی compulsively یاد کرائے گی یہ سب باتیں۔ اگر بھوک نہیں ہے تو آپ یاد بھی نہیں کریں گے۔</w:t>
      </w:r>
    </w:p>
    <w:p>
      <w:r>
        <w:rPr>
          <w:b/>
        </w:rPr>
        <w:t xml:space="preserve">[49:24] </w:t>
      </w:r>
      <w:r>
        <w:t>roze ki halat mein jab bhook lagti hai to woh under compulsion aap ko remind karwati hai ke dekho kaisi ajeeb o ghareeb cheez hai khana.</w:t>
      </w:r>
    </w:p>
    <w:p>
      <w:pPr>
        <w:jc w:val="right"/>
      </w:pPr>
      <w:r>
        <w:t>روزے کی حالت میں جب بھوک لگتی ہے تو وہ under compulsion آپ کو remind کرواتی ہے کہ دیکھو کیسی عجیب و غریب چیز ہے کھانا۔</w:t>
      </w:r>
    </w:p>
    <w:p>
      <w:r>
        <w:rPr>
          <w:b/>
        </w:rPr>
        <w:t xml:space="preserve">[49:33] </w:t>
      </w:r>
      <w:r>
        <w:t>kaisi ajeeb o ghareeb cheez hai food. phir isi ke sath aap yeh bhi sochte hain ke food jo hai rizq jo hai rizq do qism ke rizq hain.</w:t>
      </w:r>
    </w:p>
    <w:p>
      <w:pPr>
        <w:jc w:val="right"/>
      </w:pPr>
      <w:r>
        <w:t>کیسی عجیب و غریب چیز ہے food۔ پھر اسی کے ساتھ آپ یہ بھی سوچتے ہیں کہ food جو ہے رزق جو ہے رزق دو قسم کے رزق ہیں۔</w:t>
      </w:r>
    </w:p>
    <w:p>
      <w:r>
        <w:rPr>
          <w:b/>
        </w:rPr>
        <w:t xml:space="preserve">[49:44] </w:t>
      </w:r>
      <w:r>
        <w:t>physical rizq aur spiritual rizq. physical food aur spiritual food. physical food to yahi hai.</w:t>
      </w:r>
    </w:p>
    <w:p>
      <w:pPr>
        <w:jc w:val="right"/>
      </w:pPr>
      <w:r>
        <w:t>physical رزق اور spiritual رزق۔ physical food اور spiritual food۔ physical food تو یہی ہے۔</w:t>
      </w:r>
    </w:p>
    <w:p>
      <w:r>
        <w:rPr>
          <w:b/>
        </w:rPr>
        <w:t xml:space="preserve">[49:56] </w:t>
      </w:r>
      <w:r>
        <w:t>roti, daal, chawal aur jo chezen hain khane peene ki. spiritual food yeh hai ke aap is mein se extract karen lessons ko.</w:t>
      </w:r>
    </w:p>
    <w:p>
      <w:pPr>
        <w:jc w:val="right"/>
      </w:pPr>
      <w:r>
        <w:t>روٹی، دال، چاول اور جو چیزیں ہیں کھانے پینے کی۔ spiritual food یہ ہے کہ آپ اس میں سے extract کریں lessons کو۔</w:t>
      </w:r>
    </w:p>
    <w:p>
      <w:r>
        <w:rPr>
          <w:b/>
        </w:rPr>
        <w:t xml:space="preserve">[50:09] </w:t>
      </w:r>
      <w:r>
        <w:t>is mein lesson extract karen. lesson yahi hai ke aap sochen ke Khuda ne kitni bari Khuda ki kitni bari blessing hai.</w:t>
      </w:r>
    </w:p>
    <w:p>
      <w:pPr>
        <w:jc w:val="right"/>
      </w:pPr>
      <w:r>
        <w:t>اس میں lesson extract کریں۔ lesson یہی ہے کہ آپ سوچیں کہ خدا نے کتنی بڑی خدا کی کتنی بڑی blessing ہے۔</w:t>
      </w:r>
    </w:p>
    <w:p>
      <w:r>
        <w:rPr>
          <w:b/>
        </w:rPr>
        <w:t xml:space="preserve">[50:21] </w:t>
      </w:r>
      <w:r>
        <w:t>ke itna bara process chala kar ke Khuda ne hamare liye pani banaya. itna bara process chala kar ke Khuda ne hamare liye khana banaya. yeh hai aap ne is se spiritual food liya.</w:t>
      </w:r>
    </w:p>
    <w:p>
      <w:pPr>
        <w:jc w:val="right"/>
      </w:pPr>
      <w:r>
        <w:t>کہ اتنا بڑا process چلا کر کے خدا نے ہمارے لیے پانی بنایا۔ اتنا بڑا process چلا کر کے خدا نے ہمارے لیے کھانا بنایا۔ یہ ہے آپ نے اس سے spiritual food لیا۔</w:t>
      </w:r>
    </w:p>
    <w:p>
      <w:r>
        <w:rPr>
          <w:b/>
        </w:rPr>
        <w:t xml:space="preserve">[50:33] </w:t>
      </w:r>
      <w:r>
        <w:t>dekhiye agar bhook na lage to aap spiritual food ko is se extract nahi kar payen ge. jab pet bhara hua ho to aadmi sochta nahi hai.</w:t>
      </w:r>
    </w:p>
    <w:p>
      <w:pPr>
        <w:jc w:val="right"/>
      </w:pPr>
      <w:r>
        <w:t>دیکھیے اگر بھوک نہ لگے تو آپ spiritual food کو اس سے extract نہیں کر پائیں گے۔ جب پیٹ بھرا ہوا ہو تو آدمی سوچتا نہیں ہے۔</w:t>
      </w:r>
    </w:p>
    <w:p>
      <w:r>
        <w:rPr>
          <w:b/>
        </w:rPr>
        <w:t xml:space="preserve">[50:44] </w:t>
      </w:r>
      <w:r>
        <w:t>lekin jab bhook lagti hai, pyas lagti hai. tab aap sochte hain ke kitni qeemti cheez hai yeh khana aur pani. is se aap is is qabil ho jate hain.</w:t>
      </w:r>
    </w:p>
    <w:p>
      <w:pPr>
        <w:jc w:val="right"/>
      </w:pPr>
      <w:r>
        <w:t>لیکن جب بھوک لگتی ہے، پیاس لگتی ہے۔ تب آپ سوچتے ہیں کہ کتنی قیمتی چیز ہے یہ کھانا اور پانی۔ اس سے آپ اس اس قابل ہو جاتے ہیں۔</w:t>
      </w:r>
    </w:p>
    <w:p>
      <w:r>
        <w:rPr>
          <w:b/>
        </w:rPr>
        <w:t xml:space="preserve">[50:53] </w:t>
      </w:r>
      <w:r>
        <w:t>is ke liye competent ho jate hain ke aap is ko spiritual food mein convert kar saken. to kaha roza jo hai aap ko yeh sari baten yaad dilata hai.</w:t>
      </w:r>
    </w:p>
    <w:p>
      <w:pPr>
        <w:jc w:val="right"/>
      </w:pPr>
      <w:r>
        <w:t>اس کے لیے competent ہو جاتے ہیں کہ آپ اس کو spiritual food میں convert کر سکیں۔ تو کہا روزہ جو ہے آپ کو یہ ساری باتیں یاد دلاتا ہے۔</w:t>
      </w:r>
    </w:p>
    <w:p>
      <w:r>
        <w:rPr>
          <w:b/>
        </w:rPr>
        <w:t xml:space="preserve">[51:07] </w:t>
      </w:r>
      <w:r>
        <w:t>ek yeh ek training course hai. roza jo hai ek training course hai. saal mein ek bar aata hai taake aap ko better insan banaye.</w:t>
      </w:r>
    </w:p>
    <w:p>
      <w:pPr>
        <w:jc w:val="right"/>
      </w:pPr>
      <w:r>
        <w:t>ایک یہ ایک training course ہے۔ روزہ جو ہے ایک training course ہے۔ سال میں ایک بار آتا ہے تاکہ آپ کو better انسان بنائے۔</w:t>
      </w:r>
    </w:p>
    <w:p>
      <w:r>
        <w:rPr>
          <w:b/>
        </w:rPr>
        <w:t xml:space="preserve">[51:18] </w:t>
      </w:r>
      <w:r>
        <w:t>yani animal level se utha kar aap ko spiritual level par le jaye. is tarah se aap ne din guzara. phir sham hui. ab sham ko aap ko bhook lagi hai, pyas lagi hai.</w:t>
      </w:r>
    </w:p>
    <w:p>
      <w:pPr>
        <w:jc w:val="right"/>
      </w:pPr>
      <w:r>
        <w:t>یعنی animal level سے اٹھا کر آپ کو spiritual level پر لے جائے۔ اس طرح سے آپ نے دن گزارا۔ پھر شام ہوئی۔ اب شام کو آپ کو بھوک لگی ہے، پیاس لگی ہے۔</w:t>
      </w:r>
    </w:p>
    <w:p>
      <w:r>
        <w:rPr>
          <w:b/>
        </w:rPr>
        <w:t xml:space="preserve">[51:31] </w:t>
      </w:r>
      <w:r>
        <w:t>phir samne aap ke aya. aap ne iftar kiya. aap ki zuban se nikla ke: zahab-tadh-dhama-u-wab-talat-il-ruhu-wa-thabat-il-ardh insha Allah ta'ala.</w:t>
      </w:r>
    </w:p>
    <w:p>
      <w:pPr>
        <w:jc w:val="right"/>
      </w:pPr>
      <w:r>
        <w:t>پھر سامنے آپ کے آیا۔ آپ نے افطار کیا۔ آپ کی زبان سے نکلا کہ: ذہبت ذمہ و ابتلت الروح وثبت الارض انشاء اللہ تعالی۔</w:t>
      </w:r>
    </w:p>
    <w:p>
      <w:r>
        <w:rPr>
          <w:b/>
        </w:rPr>
        <w:t xml:space="preserve">[51:46] </w:t>
      </w:r>
      <w:r>
        <w:t>ke pyas chali gayi, bhook chali gayi. kitna bara ehsan tha Khuda ka ke us ne hamein yeh chezen ata kin.</w:t>
      </w:r>
    </w:p>
    <w:p>
      <w:pPr>
        <w:jc w:val="right"/>
      </w:pPr>
      <w:r>
        <w:t>کہ پیاس چلی گئی، بھوک چلی گئی۔ کتنا بڑا احسان تھا خدا کے کہ اس نے ہمیں یہ چیزیں عطا کیں۔</w:t>
      </w:r>
    </w:p>
    <w:p>
      <w:r>
        <w:rPr>
          <w:b/>
        </w:rPr>
        <w:t xml:space="preserve">[51:57] </w:t>
      </w:r>
      <w:r>
        <w:t>to mein yeh kahun ga ke yeh iftar aur roza yeh dono chezen bohat hi important chezen hain. yani roza hum ko dunya ki zindagi ka alamati tor par tajurba karata hai.</w:t>
      </w:r>
    </w:p>
    <w:p>
      <w:pPr>
        <w:jc w:val="right"/>
      </w:pPr>
      <w:r>
        <w:t>تو میں یہ کہوں گا کہ یہ افطار اور روزہ یہ دونوں چیزیں بہت ہی important چیزیں ہیں۔ یعنی روزہ ہم کو دنیا کی زندگی کا علامتی طور پر تجربہ کراتا ہے۔</w:t>
      </w:r>
    </w:p>
    <w:p>
      <w:r>
        <w:rPr>
          <w:b/>
        </w:rPr>
        <w:t xml:space="preserve">[52:14] </w:t>
      </w:r>
      <w:r>
        <w:t>aur iftar hum ko akhirat ki zindagi ka alamati tor par tajurba karata hai. is mani mein ke poori death period jo hai woh roza period hai.</w:t>
      </w:r>
    </w:p>
    <w:p>
      <w:pPr>
        <w:jc w:val="right"/>
      </w:pPr>
      <w:r>
        <w:t>اور افطار ہم کو آخرت کی زندگی کا علامتی طور پر تجربہ کراتا ہے۔ اس معنی میں کہ پوری death period جو ہے وہ روزہ period ہے۔</w:t>
      </w:r>
    </w:p>
    <w:p>
      <w:r>
        <w:rPr>
          <w:b/>
        </w:rPr>
        <w:t xml:space="preserve">[52:25] </w:t>
      </w:r>
      <w:r>
        <w:t>aur post death period jo hai woh woh iftar period hai.</w:t>
      </w:r>
    </w:p>
    <w:p>
      <w:pPr>
        <w:jc w:val="right"/>
      </w:pPr>
      <w:r>
        <w:t>اور post death period جو ہے وہ وہ افطار period ہے۔</w:t>
      </w:r>
    </w:p>
    <w:p>
      <w:r>
        <w:rPr>
          <w:b/>
        </w:rPr>
        <w:t xml:space="preserve">[52:32] </w:t>
      </w:r>
      <w:r>
        <w:t>isi liye itna bara Allah ta'ala ne is ko itni bari ahmiyat di ke har zamaney mein, har qom mein, har mazhab mein is ka hukum diya gaya. ek international reminder hai yeh hamare liye is haqeeqat ka ke dunya ki zindagi roze ki zindagi hai.</w:t>
      </w:r>
    </w:p>
    <w:p>
      <w:pPr>
        <w:jc w:val="right"/>
      </w:pPr>
      <w:r>
        <w:t>اسی لیے اتنا بڑا اللہ تعالی نے اس کو اتنی بڑی اہمیت دی کہ ہر زمانے میں، ہر قوم میں، ہر مذہب میں اس کا حکم دیا گیا۔ ایک international reminder ہے یہ ہمارے لیے اس حقیقت کا کہ دنیا کی زندگی روزے کی زندگی ہے۔</w:t>
      </w:r>
    </w:p>
    <w:p>
      <w:r>
        <w:rPr>
          <w:b/>
        </w:rPr>
        <w:t xml:space="preserve">[52:49] </w:t>
      </w:r>
      <w:r>
        <w:t>akhirat ki zindagi iftar ki zindagi hogi. to din ko jo hum ne roza rakha hum ne is mein hum ne yaad kiya ke dunya mein hamein apne desire ko</w:t>
      </w:r>
    </w:p>
    <w:p>
      <w:pPr>
        <w:jc w:val="right"/>
      </w:pPr>
      <w:r>
        <w:t>آخرت کی زندگی افطار کی زندگی ہوگی۔ تو دن کو جو ہم روزہ رکھا ہم نے اس میں ہم نے یاد کیا کہ دنیا میں ہمیں اپنے desire کو</w:t>
      </w:r>
    </w:p>
    <w:p>
      <w:r>
        <w:rPr>
          <w:b/>
        </w:rPr>
        <w:t xml:space="preserve">[53:05] </w:t>
      </w:r>
      <w:r>
        <w:t>desire par control karna hai. apni ego par control karna hai.</w:t>
      </w:r>
    </w:p>
    <w:p>
      <w:pPr>
        <w:jc w:val="right"/>
      </w:pPr>
      <w:r>
        <w:t>desire پر کنٹرول کرنا ہے۔ اپنی ego پر کنٹرول کرنا ہے۔</w:t>
      </w:r>
    </w:p>
    <w:p>
      <w:r>
        <w:rPr>
          <w:b/>
        </w:rPr>
        <w:t xml:space="preserve">[53:12] </w:t>
      </w:r>
      <w:r>
        <w:t>apne organs par control karna hai. apne hirs par, apne lalach par in sab par control karna hai.</w:t>
      </w:r>
    </w:p>
    <w:p>
      <w:pPr>
        <w:jc w:val="right"/>
      </w:pPr>
      <w:r>
        <w:t>اپنے organs پر کنٹرول کرنا ہے۔ اپنے حرص پر، اپنے لالچ پر ان سب پر کنٹرول کرنا ہے۔</w:t>
      </w:r>
    </w:p>
    <w:p>
      <w:r>
        <w:rPr>
          <w:b/>
        </w:rPr>
        <w:t xml:space="preserve">[53:20] </w:t>
      </w:r>
      <w:r>
        <w:t>apne anger par control karna hai. din mein hum ne yeh sab baten sochin. yeh sab baten apne mind mein bithain. phir sham ko jab hum ko iftar karne ka moqa mila us waqt hum ne yaad kiya ke isi tarah se hoga</w:t>
      </w:r>
    </w:p>
    <w:p>
      <w:pPr>
        <w:jc w:val="right"/>
      </w:pPr>
      <w:r>
        <w:t>اپنے anger پر کنٹرول کرنا ہے۔ دن میں ہم نے یہ سب باتیں سوچیں۔ یہ سب باتیں اپنے mind میں بٹھائیں۔ پھر شام کو جب ہم کو افطار کرنے کا موقع ملا اس وقت ہم نے یاد کیا کہ اسی طرح سے ہوگا</w:t>
      </w:r>
    </w:p>
    <w:p>
      <w:r>
        <w:rPr>
          <w:b/>
        </w:rPr>
        <w:t xml:space="preserve">[53:40] </w:t>
      </w:r>
      <w:r>
        <w:t>maut ke baad akhirat mein. ke yahan to hamein Khuda chahta hai ke hum roza rakh len. lekin maut ke baad hamein nahi roza rakhne ke kaha Khuda nahi kahe ga.</w:t>
      </w:r>
    </w:p>
    <w:p>
      <w:pPr>
        <w:jc w:val="right"/>
      </w:pPr>
      <w:r>
        <w:t>موت کے بعد آخرت میں۔ کہ یہاں تو ہمیں خدا چاہتا ہے کہ ہم روزہ رکھ لیں۔ لیکن موت کے بعد ہمیں نہیں روزہ رکھنے کے کہا خدا نہیں کہے گا۔</w:t>
      </w:r>
    </w:p>
    <w:p>
      <w:r>
        <w:rPr>
          <w:b/>
        </w:rPr>
        <w:t xml:space="preserve">[53:49] </w:t>
      </w:r>
      <w:r>
        <w:t>phir kahega: ab iftar ka din aa gaya hai tumhare liye. ab khao pio khush raho. to roza alamat hai dunya ki zindagi ka.</w:t>
      </w:r>
    </w:p>
    <w:p>
      <w:pPr>
        <w:jc w:val="right"/>
      </w:pPr>
      <w:r>
        <w:t>پھر کہے گا: اب افطار کا دن آ گیا ہے تمہارے لیے۔ اب کھاؤ پیو خوش رہو۔ تو روزہ علامت ہے دنیا کی زندگی کا۔</w:t>
      </w:r>
    </w:p>
    <w:p>
      <w:r>
        <w:rPr>
          <w:b/>
        </w:rPr>
        <w:t xml:space="preserve">[54:00] </w:t>
      </w:r>
      <w:r>
        <w:t>iftar alamat hai akhirat ki zindagi ka. is lihaz se roze ka bohat bara role hai, bohat bara role hai.</w:t>
      </w:r>
    </w:p>
    <w:p>
      <w:pPr>
        <w:jc w:val="right"/>
      </w:pPr>
      <w:r>
        <w:t>افطار علامت ہے آخرت کی زندگی کا۔ اس لحاظ سے روزے کا بہت بڑا role ہے، بہت بڑا role ہے۔</w:t>
      </w:r>
    </w:p>
    <w:p>
      <w:r>
        <w:rPr>
          <w:b/>
        </w:rPr>
        <w:t xml:space="preserve">[54:10] </w:t>
      </w:r>
      <w:r>
        <w:t>phir aap dekhte hain ke ramzan mein shab qadr aati hai. aakhri ashre mein.</w:t>
      </w:r>
    </w:p>
    <w:p>
      <w:pPr>
        <w:jc w:val="right"/>
      </w:pPr>
      <w:r>
        <w:t>پھر آپ دیکھتے ہیں کہ رمضان میں شب قدر آتی ہے۔ آخری عشرے میں۔</w:t>
      </w:r>
    </w:p>
    <w:p>
      <w:r>
        <w:rPr>
          <w:b/>
        </w:rPr>
        <w:t xml:space="preserve">[54:20] </w:t>
      </w:r>
      <w:r>
        <w:t>shab qadr kya hai? shab qadr jo hai ya lailatul qadr jo hai iske maani hote hain night of destiny.</w:t>
      </w:r>
    </w:p>
    <w:p>
      <w:pPr>
        <w:jc w:val="right"/>
      </w:pPr>
      <w:r>
        <w:t>شب قدر کیا ہے؟ شب قدر جو ہے یا لیلۃ القدر جو ہے اس کے معنی ہوتے ہیں night of destiny۔</w:t>
      </w:r>
    </w:p>
    <w:p>
      <w:r>
        <w:rPr>
          <w:b/>
        </w:rPr>
        <w:t xml:space="preserve">[54:30] </w:t>
      </w:r>
      <w:r>
        <w:t>yani yeh bataya gaya hai hadith mein ke allah taala saal mein ek din</w:t>
      </w:r>
    </w:p>
    <w:p>
      <w:pPr>
        <w:jc w:val="right"/>
      </w:pPr>
      <w:r>
        <w:t>یعنی یہ بتایا گیا ہے حدیث میں کہ اللہ تعالی سال میں ایک دن</w:t>
      </w:r>
    </w:p>
    <w:p>
      <w:r>
        <w:rPr>
          <w:b/>
        </w:rPr>
        <w:t xml:space="preserve">[54:40] </w:t>
      </w:r>
      <w:r>
        <w:t>poore saal ke ahkam nafiz karte hain. farishton ko dete hain. goya salana planning hoti hai yeh. salana planning jaise hamari hukumaton mein aata ho ek salana budgeting hoti hai.</w:t>
      </w:r>
    </w:p>
    <w:p>
      <w:pPr>
        <w:jc w:val="right"/>
      </w:pPr>
      <w:r>
        <w:t>پورے سال کے احکام نافذ کرتے ہیں۔ فرشتوں کو دیتے ہیں۔ گویا سالانہ planning ہوتی ہے یہ۔ سالانہ planning جیسے ہماری حکومتوں میں آتا ہو ایک سالانہ budgeting ہوتی ہے۔</w:t>
      </w:r>
    </w:p>
    <w:p>
      <w:r>
        <w:rPr>
          <w:b/>
        </w:rPr>
        <w:t xml:space="preserve">[54:53] </w:t>
      </w:r>
      <w:r>
        <w:t>salana budget banate hain. poore saal ka budget. to allah taala ke haan bhi yeh nizam hai ke woh salana planning hoti hai. ek din khuda jo hai farishton ko jo ke dunya ka nizam chala rahe hain unko ahkam deta hai khuda ke yeh yeh tumhein is saal mein karna hai.</w:t>
      </w:r>
    </w:p>
    <w:p>
      <w:pPr>
        <w:jc w:val="right"/>
      </w:pPr>
      <w:r>
        <w:t>سالانہ بجٹ بناتے ہیں۔ پورے سال کا بجٹ۔ تو اللہ تعالی کے ہاں بھی یہ نظام ہے کہ وہ سالانہ planning ہوتی ہے۔ ایک دن خدا جو ہے فرشتوں کو جو کہ دنیا کا نظام چلا رہے ہیں ان کو احکام دیتا ہے خدا کہ یہ یہ تمہیں اس سال میں کرنا ہے۔</w:t>
      </w:r>
    </w:p>
    <w:p>
      <w:r>
        <w:rPr>
          <w:b/>
        </w:rPr>
        <w:t xml:space="preserve">[55:18] </w:t>
      </w:r>
      <w:r>
        <w:t>yeh hai lailatul qadr. to lailatul qadr ko jab aap ibadat karte hain aur lailatul qadr mein jab aap khuda ko yaad karte hain to sochte hain ke khudaya aaj to poore saal ka faisla karne wala hai.</w:t>
      </w:r>
    </w:p>
    <w:p>
      <w:pPr>
        <w:jc w:val="right"/>
      </w:pPr>
      <w:r>
        <w:t>یہ ہے لیلۃ القدر۔ تو لیلۃ القدر کو جب آپ عبادت کرتے ہیں اور لیلۃ القدر میں جب آپ خدا کو یاد کرتے ہیں تو سوچتے ہیں کہ خدایا آج تو پورے سال کا فیصلہ کرنے والا ہے۔</w:t>
      </w:r>
    </w:p>
    <w:p>
      <w:r>
        <w:rPr>
          <w:b/>
        </w:rPr>
        <w:t xml:space="preserve">[55:35] </w:t>
      </w:r>
      <w:r>
        <w:t>to mujhe is mein shamil kar le. phir jo faisla tera hone wala hai maut ke baad akhirat mein is mein mujhe achi jagah de de.</w:t>
      </w:r>
    </w:p>
    <w:p>
      <w:pPr>
        <w:jc w:val="right"/>
      </w:pPr>
      <w:r>
        <w:t>تو مجھے اس میں شریک کر لے۔ پھر جو فیصلہ تیرا ہونے والا ہے موت کے بعد آخرت میں اس میں مجھے اچھی جگہ دے دے۔</w:t>
      </w:r>
    </w:p>
    <w:p>
      <w:r>
        <w:rPr>
          <w:b/>
        </w:rPr>
        <w:t xml:space="preserve">[55:45] </w:t>
      </w:r>
      <w:r>
        <w:t>yeh sari baatein aap ko yaad aati hain. yani woh khuda jo faisla karne wala hai us se aap qareeb hote hain, us se aap duaen karte hain, us ko aap yaad karte hain.</w:t>
      </w:r>
    </w:p>
    <w:p>
      <w:pPr>
        <w:jc w:val="right"/>
      </w:pPr>
      <w:r>
        <w:t>یہ ساری باتیں آپ کو یاد آتی ہیں۔ یعنی وہ خدا جو فیصلہ کرنے والا ہے اس سے آپ قریب ہوتے ہیں، اس سے آپ دعائیں کرتے ہیں، اس کو آپ یاد کرتے ہیں۔</w:t>
      </w:r>
    </w:p>
    <w:p>
      <w:r>
        <w:rPr>
          <w:b/>
        </w:rPr>
        <w:t xml:space="preserve">[55:58] </w:t>
      </w:r>
      <w:r>
        <w:t>isi liye hazrat aisha ne poocha ke main agar lailatul qadr ko paoon to kya karoon? to allah taala ne hazrat aisha ne rasool allah se poocha.</w:t>
      </w:r>
    </w:p>
    <w:p>
      <w:pPr>
        <w:jc w:val="right"/>
      </w:pPr>
      <w:r>
        <w:t>اسی لیے حضرت عائشہ نے پوچھا کہ میں اگر لیلۃ القدر کو پاؤں تو کیا کروں؟ تو اللہ تعالی نے حضرت عائشہ نے رسول اللہ سے پوچھا۔</w:t>
      </w:r>
    </w:p>
    <w:p>
      <w:r>
        <w:rPr>
          <w:b/>
        </w:rPr>
        <w:t xml:space="preserve">[56:10] </w:t>
      </w:r>
      <w:r>
        <w:t>hazrat aisha jo rasool allah ki wife thin unhon ne poocha ke agar main lailatul qadr ko paoon to kya karoon? to aap ne farmaya ke tum yeh dua karo ke allah</w:t>
      </w:r>
    </w:p>
    <w:p>
      <w:pPr>
        <w:jc w:val="right"/>
      </w:pPr>
      <w:r>
        <w:t>حضرت عائشہ جو رسول اللہ کی wife تھیں انہوں نے پوچھا کہ اگر میں لیلۃ القدر کو پاؤں تو کیا کروں؟ تو آپ نے فرمایا کہ تم یہ دعا کرو کہ اللہ</w:t>
      </w:r>
    </w:p>
    <w:p>
      <w:r>
        <w:rPr>
          <w:b/>
        </w:rPr>
        <w:t xml:space="preserve">[56:23] </w:t>
      </w:r>
      <w:r>
        <w:t>ae allah</w:t>
      </w:r>
    </w:p>
    <w:p>
      <w:pPr>
        <w:jc w:val="right"/>
      </w:pPr>
      <w:r>
        <w:t>اے اللہ</w:t>
      </w:r>
    </w:p>
    <w:p>
      <w:r>
        <w:rPr>
          <w:b/>
        </w:rPr>
        <w:t xml:space="preserve">[56:25] </w:t>
      </w:r>
      <w:r>
        <w:t>tu maaf karne wala hai. tu maafi ko pasand karta hai. tu mujh ko maaf farma. yeh hai goya ramzan ka khataama.</w:t>
      </w:r>
    </w:p>
    <w:p>
      <w:pPr>
        <w:jc w:val="right"/>
      </w:pPr>
      <w:r>
        <w:t>تو معاف کرنے والا ہے۔ تو معافی کو پسند کرتا ہے۔ تو مجھ کو معاف فرما۔ یہ ہے گویا رمضان کا خاتمہ۔</w:t>
      </w:r>
    </w:p>
    <w:p>
      <w:r>
        <w:rPr>
          <w:b/>
        </w:rPr>
        <w:t xml:space="preserve">[56:37] </w:t>
      </w:r>
      <w:r>
        <w:t>kyunke lailatul qadr aakhir mein aati hai. to khataama ramzan jo hai is par hai ke banda khuda se yeh dua karta hai ke khudaya</w:t>
      </w:r>
    </w:p>
    <w:p>
      <w:pPr>
        <w:jc w:val="right"/>
      </w:pPr>
      <w:r>
        <w:t>کیونکہ لیلۃ القدر آخر میں آتی ہے۔ تو خاتمہ رمضان جو ہے اس پر ہے کہ بندہ خدا سے یہ دعا کرتا ہے کہ خدایا</w:t>
      </w:r>
    </w:p>
    <w:p>
      <w:r>
        <w:rPr>
          <w:b/>
        </w:rPr>
        <w:t xml:space="preserve">[56:49] </w:t>
      </w:r>
      <w:r>
        <w:t>mere ghaltiyon ko, meri khataon ko maaf farma. aur abadi zindagi jo aane wali hai maut ke baad is mein mujhe jannat mein jagah de.</w:t>
      </w:r>
    </w:p>
    <w:p>
      <w:pPr>
        <w:jc w:val="right"/>
      </w:pPr>
      <w:r>
        <w:t>میرے غلطیوں کو، میری خطاؤں کو معاف فرما۔ اور ابدی زندگی جو آنے والی ہے موت کے بعد اس میں مجھے جنت میں جگہ دے۔</w:t>
      </w:r>
    </w:p>
    <w:p>
      <w:r>
        <w:rPr>
          <w:b/>
        </w:rPr>
        <w:t xml:space="preserve">[57:00] </w:t>
      </w:r>
      <w:r>
        <w:t>jannat mein jagah de. yeh hai goya poora nichod hai ramzan ke mahine ka. ke aap ne sab kuch kiya, sab kuch kiya, sab kuch kiya.</w:t>
      </w:r>
    </w:p>
    <w:p>
      <w:pPr>
        <w:jc w:val="right"/>
      </w:pPr>
      <w:r>
        <w:t>جنت میں جگہ دے۔ یہ ہے گویا پورا نچوڑ ہے رمضان کے مہینے کا۔ کہ آپ نے سب کچھ کیا، سب کچھ کیا، سب کچھ کیا۔</w:t>
      </w:r>
    </w:p>
    <w:p>
      <w:r>
        <w:rPr>
          <w:b/>
        </w:rPr>
        <w:t xml:space="preserve">[57:10] </w:t>
      </w:r>
      <w:r>
        <w:t>aakhir mein aap khuda se mang rahe hain. kya jannat mang rahe hain? ke meri khataon ko maaf farma. meri ghaltiyon ko maaf farma</w:t>
      </w:r>
    </w:p>
    <w:p>
      <w:pPr>
        <w:jc w:val="right"/>
      </w:pPr>
      <w:r>
        <w:t>آخر میں آپ خدا سے مانگ رہے ہیں۔ کیا جنت مانگ رہے ہیں؟ کہ میری خطاؤں کو معاف فرما۔ میری غلطیوں کو معاف فرما</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