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Problem of Suffering | October 29, 2007</w:t>
      </w:r>
    </w:p>
    <w:p>
      <w:r>
        <w:t>https://www.youtube.com/watch?v=6dOZdfipjXQ</w:t>
      </w:r>
    </w:p>
    <w:p>
      <w:r>
        <w:rPr>
          <w:b/>
        </w:rPr>
        <w:t xml:space="preserve">[00:13] </w:t>
      </w:r>
      <w:r>
        <w:t>bismillah rahman rahim, wasallallahu ala nabiyil karim.</w:t>
      </w:r>
    </w:p>
    <w:p>
      <w:pPr>
        <w:jc w:val="right"/>
      </w:pPr>
      <w:r>
        <w:t>بسم اللہ الرحمن الرحیم، وصلی اللہ علی النبی الکریم۔</w:t>
      </w:r>
    </w:p>
    <w:p>
      <w:r>
        <w:rPr>
          <w:b/>
        </w:rPr>
        <w:t xml:space="preserve">[00:23] </w:t>
      </w:r>
      <w:r>
        <w:t>rabishrah li sadri, wayassir li amri, wahalul uqdatan min lisani, yafqahu qawli.</w:t>
      </w:r>
    </w:p>
    <w:p>
      <w:pPr>
        <w:jc w:val="right"/>
      </w:pPr>
      <w:r>
        <w:t>رب اشرح لی صدری، ویسر لی امری، واحل العقدۃ من لسانی، یفقہ قولی۔</w:t>
      </w:r>
    </w:p>
    <w:p>
      <w:r>
        <w:rPr>
          <w:b/>
        </w:rPr>
        <w:t xml:space="preserve">[00:33] </w:t>
      </w:r>
      <w:r>
        <w:t>aaj ki baat ka jo top</w:t>
      </w:r>
    </w:p>
    <w:p>
      <w:pPr>
        <w:jc w:val="right"/>
      </w:pPr>
      <w:r>
        <w:t>آج کی بات کا جو ٹاپ</w:t>
      </w:r>
    </w:p>
    <w:p>
      <w:r>
        <w:rPr>
          <w:b/>
        </w:rPr>
        <w:t xml:space="preserve">[00:43] </w:t>
      </w:r>
      <w:r>
        <w:t>k hai woh hai "Problem of Suffering".</w:t>
      </w:r>
    </w:p>
    <w:p>
      <w:pPr>
        <w:jc w:val="right"/>
      </w:pPr>
      <w:r>
        <w:t>ک ہے وہ ہے "Problem of Suffering"۔</w:t>
      </w:r>
    </w:p>
    <w:p>
      <w:r>
        <w:rPr>
          <w:b/>
        </w:rPr>
        <w:t xml:space="preserve">[00:51] </w:t>
      </w:r>
      <w:r>
        <w:t>"Problem of Suffering" koi naya topic nahin hai, yeh taqriban char hazar saal se ya aur pehle se</w:t>
      </w:r>
    </w:p>
    <w:p>
      <w:pPr>
        <w:jc w:val="right"/>
      </w:pPr>
      <w:r>
        <w:t>"Problem of Suffering" کوئی نیا ٹاپک نہیں ہے، یہ تقریباً چار ہزار سال سے یا اور پہلے سے</w:t>
      </w:r>
    </w:p>
    <w:p>
      <w:r>
        <w:rPr>
          <w:b/>
        </w:rPr>
        <w:t xml:space="preserve">[00:59] </w:t>
      </w:r>
      <w:r>
        <w:t>chal raha hai.</w:t>
      </w:r>
    </w:p>
    <w:p>
      <w:pPr>
        <w:jc w:val="right"/>
      </w:pPr>
      <w:r>
        <w:t>چل رہا ہے۔</w:t>
      </w:r>
    </w:p>
    <w:p>
      <w:r>
        <w:rPr>
          <w:b/>
        </w:rPr>
        <w:t xml:space="preserve">[01:07] </w:t>
      </w:r>
      <w:r>
        <w:t>greek philosophers ne</w:t>
      </w:r>
    </w:p>
    <w:p>
      <w:pPr>
        <w:jc w:val="right"/>
      </w:pPr>
      <w:r>
        <w:t>گریک فلاسفرز نے</w:t>
      </w:r>
    </w:p>
    <w:p>
      <w:r>
        <w:rPr>
          <w:b/>
        </w:rPr>
        <w:t xml:space="preserve">[01:14] </w:t>
      </w:r>
      <w:r>
        <w:t>sab se pehle yeh baat kahi thi, us waqt unhon ne is ko "Problem of Evil" kaha tha.</w:t>
      </w:r>
    </w:p>
    <w:p>
      <w:pPr>
        <w:jc w:val="right"/>
      </w:pPr>
      <w:r>
        <w:t>سب سے پہلے یہ بات کہی تھی، اس وقت انہوں نے اس کو "Problem of Evil" کہا تھا۔</w:t>
      </w:r>
    </w:p>
    <w:p>
      <w:r>
        <w:rPr>
          <w:b/>
        </w:rPr>
        <w:t xml:space="preserve">[01:22] </w:t>
      </w:r>
      <w:r>
        <w:t>aaj kal zyada tar "Problem of Suffering" ka word bola jata hai.</w:t>
      </w:r>
    </w:p>
    <w:p>
      <w:pPr>
        <w:jc w:val="right"/>
      </w:pPr>
      <w:r>
        <w:t>آج کل زیادہ تر "Problem of Suffering" کا ورڈ بولا جاتا ہے۔</w:t>
      </w:r>
    </w:p>
    <w:p>
      <w:r>
        <w:rPr>
          <w:b/>
        </w:rPr>
        <w:t xml:space="preserve">[01:30] </w:t>
      </w:r>
      <w:r>
        <w:t>yani zindagi mein problem kyun hai, suffering kyun hai, zindagi mein evil kyun hai, is ko le kar</w:t>
      </w:r>
    </w:p>
    <w:p>
      <w:pPr>
        <w:jc w:val="right"/>
      </w:pPr>
      <w:r>
        <w:t>یعنی زندگی میں پرابلم کیوں ہے، سفرنگ کیوں ہے، زندگی میں ایول کیوں ہے، اس کو لے کر</w:t>
      </w:r>
    </w:p>
    <w:p>
      <w:r>
        <w:rPr>
          <w:b/>
        </w:rPr>
        <w:t xml:space="preserve">[01:38] </w:t>
      </w:r>
      <w:r>
        <w:t>hazaron saal se log sochte rahe hain. aur jo</w:t>
      </w:r>
    </w:p>
    <w:p>
      <w:pPr>
        <w:jc w:val="right"/>
      </w:pPr>
      <w:r>
        <w:t>ہزاروں سال سے لوگ سوچتے رہے ہیں۔ اور جو</w:t>
      </w:r>
    </w:p>
    <w:p>
      <w:r>
        <w:rPr>
          <w:b/>
        </w:rPr>
        <w:t xml:space="preserve">[01:45] </w:t>
      </w:r>
      <w:r>
        <w:t>atheist log hain, jo Khuda ko nahin mante, woh samajhte hain ke yeh sab se bara proof hai</w:t>
      </w:r>
    </w:p>
    <w:p>
      <w:pPr>
        <w:jc w:val="right"/>
      </w:pPr>
      <w:r>
        <w:t>اتھیسٹ لوگ ہیں، جو خدا کو نہیں مانتے، وہ سمجھتے ہیں کہ یہ سب سے بڑا پروف ہے</w:t>
      </w:r>
    </w:p>
    <w:p>
      <w:r>
        <w:rPr>
          <w:b/>
        </w:rPr>
        <w:t xml:space="preserve">[01:53] </w:t>
      </w:r>
      <w:r>
        <w:t>ke is dunya mein koi Khuda nahin.</w:t>
      </w:r>
    </w:p>
    <w:p>
      <w:pPr>
        <w:jc w:val="right"/>
      </w:pPr>
      <w:r>
        <w:t>کہ اس دنیا میں کوئی خدا نہیں۔</w:t>
      </w:r>
    </w:p>
    <w:p>
      <w:r>
        <w:rPr>
          <w:b/>
        </w:rPr>
        <w:t xml:space="preserve">[02:00] </w:t>
      </w:r>
      <w:r>
        <w:t>kyun ke Khuda hai to is ko all powerful hona chahiye, all powerful hai to woh evil</w:t>
      </w:r>
    </w:p>
    <w:p>
      <w:pPr>
        <w:jc w:val="right"/>
      </w:pPr>
      <w:r>
        <w:t>کیونکہ خدا ہے تو اس کو آل پاور فل ہونا چاہیے، آل پاور فل ہے تو وہ ایول</w:t>
      </w:r>
    </w:p>
    <w:p>
      <w:r>
        <w:rPr>
          <w:b/>
        </w:rPr>
        <w:t xml:space="preserve">[02:08] </w:t>
      </w:r>
      <w:r>
        <w:t>ko khatam koi nahin karta, suffering ko khatam koi nahin karta. dek</w:t>
      </w:r>
    </w:p>
    <w:p>
      <w:pPr>
        <w:jc w:val="right"/>
      </w:pPr>
      <w:r>
        <w:t>کو ختم کوئی نہیں کرتا، سفرنگ کو ختم کوئی نہیں کرتا۔ دیک</w:t>
      </w:r>
    </w:p>
    <w:p>
      <w:r>
        <w:rPr>
          <w:b/>
        </w:rPr>
        <w:t xml:space="preserve">[02:16] </w:t>
      </w:r>
      <w:r>
        <w:t>hye, yeh "Method of Study" hi galat hai.</w:t>
      </w:r>
    </w:p>
    <w:p>
      <w:pPr>
        <w:jc w:val="right"/>
      </w:pPr>
      <w:r>
        <w:t>ھئے، یہ "Method of Study" ہی غلط ہے۔</w:t>
      </w:r>
    </w:p>
    <w:p>
      <w:r>
        <w:rPr>
          <w:b/>
        </w:rPr>
        <w:t xml:space="preserve">[02:22] </w:t>
      </w:r>
      <w:r>
        <w:t>yeh "Method of Study" hi galat hai.</w:t>
      </w:r>
    </w:p>
    <w:p>
      <w:pPr>
        <w:jc w:val="right"/>
      </w:pPr>
      <w:r>
        <w:t>یہ "Method of Study" ہی غلط ہے۔</w:t>
      </w:r>
    </w:p>
    <w:p>
      <w:r>
        <w:rPr>
          <w:b/>
        </w:rPr>
        <w:t xml:space="preserve">[02:28] </w:t>
      </w:r>
      <w:r>
        <w:t>yani "Method of Study" mein ghalati yeh hai ke kisi ek cheez ko single out kar ke aap</w:t>
      </w:r>
    </w:p>
    <w:p>
      <w:pPr>
        <w:jc w:val="right"/>
      </w:pPr>
      <w:r>
        <w:t>یعنی "Method of Study" میں غلطی یہ ہے کہ کسی ایک چیز کو سنگل آؤٹ کر کے آپ</w:t>
      </w:r>
    </w:p>
    <w:p>
      <w:r>
        <w:rPr>
          <w:b/>
        </w:rPr>
        <w:t xml:space="preserve">[02:34] </w:t>
      </w:r>
      <w:r>
        <w:t>isi par apni rai bana rahe hain.</w:t>
      </w:r>
    </w:p>
    <w:p>
      <w:pPr>
        <w:jc w:val="right"/>
      </w:pPr>
      <w:r>
        <w:t>اسی پر اپنی رائے بنا رہے ہیں۔</w:t>
      </w:r>
    </w:p>
    <w:p>
      <w:r>
        <w:rPr>
          <w:b/>
        </w:rPr>
        <w:t xml:space="preserve">[02:40] </w:t>
      </w:r>
      <w:r>
        <w:t>کسی ایک چیز کو single out کر کے آپ اس پر اپنی رائے بنا رہے ہیں۔</w:t>
      </w:r>
    </w:p>
    <w:p>
      <w:pPr>
        <w:jc w:val="right"/>
      </w:pPr>
      <w:r>
        <w:t>کسی ایک چیز کو سنگل آؤٹ کر کے آپ اس پر اپنی رائے بنا رہے ہیں۔</w:t>
      </w:r>
    </w:p>
    <w:p>
      <w:r>
        <w:rPr>
          <w:b/>
        </w:rPr>
        <w:t xml:space="preserve">[02:46] </w:t>
      </w:r>
      <w:r>
        <w:t>kya poori zindagi insan ki suffering hai, poori zindagi insan ki evil hai? aisa nahin hai.</w:t>
      </w:r>
    </w:p>
    <w:p>
      <w:pPr>
        <w:jc w:val="right"/>
      </w:pPr>
      <w:r>
        <w:t>کیا پوری زندگی انسان کی سفرنگ ہے، پوری زندگی انسان کی ایول ہے؟ ایسا نہیں ہے۔</w:t>
      </w:r>
    </w:p>
    <w:p>
      <w:r>
        <w:rPr>
          <w:b/>
        </w:rPr>
        <w:t xml:space="preserve">[02:54] </w:t>
      </w:r>
      <w:r>
        <w:t>aap sochiye, chaar hazar saal pehle jab yeh sawal uthaya tha logon ne, is ke muqable mein aaj</w:t>
      </w:r>
    </w:p>
    <w:p>
      <w:pPr>
        <w:jc w:val="right"/>
      </w:pPr>
      <w:r>
        <w:t>آپ سوچئے، چار ہزار سال پہلے جب یہ سوال اٹھایا تھا لوگوں نے، اس کے مقابلے میں آج</w:t>
      </w:r>
    </w:p>
    <w:p>
      <w:r>
        <w:rPr>
          <w:b/>
        </w:rPr>
        <w:t xml:space="preserve">[03:02] </w:t>
      </w:r>
      <w:r>
        <w:t>insan kahan pohancha hai? bohat zyada progress hui hai, bohat zyada taraqqi hui hai.</w:t>
      </w:r>
    </w:p>
    <w:p>
      <w:pPr>
        <w:jc w:val="right"/>
      </w:pPr>
      <w:r>
        <w:t>انسان کہاں پہنچا ہے؟ بہت زیادہ پروگریس ہوئی ہے، بہت زیادہ ترقی ہوئی ہے۔</w:t>
      </w:r>
    </w:p>
    <w:p>
      <w:r>
        <w:rPr>
          <w:b/>
        </w:rPr>
        <w:t xml:space="preserve">[03:09] </w:t>
      </w:r>
      <w:r>
        <w:t>jis cheez ko hum kehte hain "Modern Civilization", woh million time zyada taraqqi kar chuki hai us waqt se</w:t>
      </w:r>
    </w:p>
    <w:p>
      <w:pPr>
        <w:jc w:val="right"/>
      </w:pPr>
      <w:r>
        <w:t>جس چیز کو ہم کہتے ہیں "Modern Civilization"، وہ ملین ٹائم زیادہ ترقی کر چکی ہے اس وقت سے</w:t>
      </w:r>
    </w:p>
    <w:p>
      <w:r>
        <w:rPr>
          <w:b/>
        </w:rPr>
        <w:t xml:space="preserve">[03:17] </w:t>
      </w:r>
      <w:r>
        <w:t>jab ke Greek philosophers ne yeh baatein kahi theen.</w:t>
      </w:r>
    </w:p>
    <w:p>
      <w:pPr>
        <w:jc w:val="right"/>
      </w:pPr>
      <w:r>
        <w:t>جب کہ گریک فلاسفرز نے یہ باتیں کہی تھیں۔</w:t>
      </w:r>
    </w:p>
    <w:p>
      <w:r>
        <w:rPr>
          <w:b/>
        </w:rPr>
        <w:t xml:space="preserve">[03:23] </w:t>
      </w:r>
      <w:r>
        <w:t>to you have to see the result.</w:t>
      </w:r>
    </w:p>
    <w:p>
      <w:pPr>
        <w:jc w:val="right"/>
      </w:pPr>
      <w:r>
        <w:t>تو you have to see the result۔</w:t>
      </w:r>
    </w:p>
    <w:p>
      <w:r>
        <w:rPr>
          <w:b/>
        </w:rPr>
        <w:t xml:space="preserve">[03:28] </w:t>
      </w:r>
      <w:r>
        <w:t>wohi dohraaye chale jayen aap ke evil hai aur suffering hai, aur million cheezein na dekhen ke kaise</w:t>
      </w:r>
    </w:p>
    <w:p>
      <w:pPr>
        <w:jc w:val="right"/>
      </w:pPr>
      <w:r>
        <w:t>وہی دہرائے چلے جائیں آپ کہ ایول ہے اور سفرنگ ہے، اور ملین چیزیں نہ دیکھیں کہ کیسے</w:t>
      </w:r>
    </w:p>
    <w:p>
      <w:r>
        <w:rPr>
          <w:b/>
        </w:rPr>
        <w:t xml:space="preserve">[03:34] </w:t>
      </w:r>
      <w:r>
        <w:t>itni bari taraqqi hui? to yeh "Method of Study" galat hai yeh.</w:t>
      </w:r>
    </w:p>
    <w:p>
      <w:pPr>
        <w:jc w:val="right"/>
      </w:pPr>
      <w:r>
        <w:t>اتنی بڑی ترقی ہوئی؟ تو یہ "Method of Study" غلط ہے یہ۔</w:t>
      </w:r>
    </w:p>
    <w:p>
      <w:r>
        <w:rPr>
          <w:b/>
        </w:rPr>
        <w:t xml:space="preserve">[03:39] </w:t>
      </w:r>
      <w:r>
        <w:t>yeh koi "Method of Study" nahin hai.</w:t>
      </w:r>
    </w:p>
    <w:p>
      <w:pPr>
        <w:jc w:val="right"/>
      </w:pPr>
      <w:r>
        <w:t>یہ کوئی "Method of Study" نہیں ہے۔</w:t>
      </w:r>
    </w:p>
    <w:p>
      <w:r>
        <w:rPr>
          <w:b/>
        </w:rPr>
        <w:t xml:space="preserve">[03:44] </w:t>
      </w:r>
      <w:r>
        <w:t>jaise aaj hi mein radio sun raha tha</w:t>
      </w:r>
    </w:p>
    <w:p>
      <w:pPr>
        <w:jc w:val="right"/>
      </w:pPr>
      <w:r>
        <w:t>جیسے آج ہی میں ریڈیو سن رہا تھا</w:t>
      </w:r>
    </w:p>
    <w:p>
      <w:r>
        <w:rPr>
          <w:b/>
        </w:rPr>
        <w:t xml:space="preserve">[03:50] </w:t>
      </w:r>
      <w:r>
        <w:t>to radio mein bataya gaya ke China ne ek satellite chora, jo zameen se ooper saare teen sau</w:t>
      </w:r>
    </w:p>
    <w:p>
      <w:pPr>
        <w:jc w:val="right"/>
      </w:pPr>
      <w:r>
        <w:t>تو ریڈیو میں بتایا گیا کہ چائنہ نے ایک سیٹلائٹ چھوڑا، جو زمین سے اوپر ساڑھے تین سو</w:t>
      </w:r>
    </w:p>
    <w:p>
      <w:r>
        <w:rPr>
          <w:b/>
        </w:rPr>
        <w:t xml:space="preserve">[03:57] </w:t>
      </w:r>
      <w:r>
        <w:t>meil pohancha, wahan woh chakar karne laga lekin phir kya hua ke woh toot gaya.</w:t>
      </w:r>
    </w:p>
    <w:p>
      <w:pPr>
        <w:jc w:val="right"/>
      </w:pPr>
      <w:r>
        <w:t>میل پہنچا، وہاں وہ چکر کرنے لگا لیکن پھر کیا ہوا کہ وہ ٹوٹ گیا۔</w:t>
      </w:r>
    </w:p>
    <w:p>
      <w:r>
        <w:rPr>
          <w:b/>
        </w:rPr>
        <w:t xml:space="preserve">[04:05] </w:t>
      </w:r>
      <w:r>
        <w:t>aur hazaron tukre is ke bikhar gaye space mein.</w:t>
      </w:r>
    </w:p>
    <w:p>
      <w:pPr>
        <w:jc w:val="right"/>
      </w:pPr>
      <w:r>
        <w:t>اور ہزاروں ٹکڑے اس کے بکھر گئے اسپیس میں۔</w:t>
      </w:r>
    </w:p>
    <w:p>
      <w:r>
        <w:rPr>
          <w:b/>
        </w:rPr>
        <w:t xml:space="preserve">[04:13] </w:t>
      </w:r>
      <w:r>
        <w:t>to news mein bataya gaya tha ke aath sau se zyada satellite ghoom rahe hain,</w:t>
      </w:r>
    </w:p>
    <w:p>
      <w:pPr>
        <w:jc w:val="right"/>
      </w:pPr>
      <w:r>
        <w:t>تو نیوز میں بتایا گیا تھا کہ آٹھ سو سے زیادہ سیٹلائٹ گھوم رہے ہیں،</w:t>
      </w:r>
    </w:p>
    <w:p>
      <w:r>
        <w:rPr>
          <w:b/>
        </w:rPr>
        <w:t xml:space="preserve">[04:20] </w:t>
      </w:r>
      <w:r>
        <w:t>saare teen sau meil ooper ka jo dayera hai.</w:t>
      </w:r>
    </w:p>
    <w:p>
      <w:pPr>
        <w:jc w:val="right"/>
      </w:pPr>
      <w:r>
        <w:t>ساڑھے تین سو میل اوپر کا جو دائرہ ہے۔</w:t>
      </w:r>
    </w:p>
    <w:p>
      <w:r>
        <w:rPr>
          <w:b/>
        </w:rPr>
        <w:t xml:space="preserve">[04:26] </w:t>
      </w:r>
      <w:r>
        <w:t>to agar ek tukra kisi satellite se takra jaye to pura satellite tabah ho jayega.</w:t>
      </w:r>
    </w:p>
    <w:p>
      <w:pPr>
        <w:jc w:val="right"/>
      </w:pPr>
      <w:r>
        <w:t>تو اگر ایک ٹکڑا کسی سیٹلائٹ سے ٹکرا جائے تو پورا سیٹلائٹ تباہ ہو جائے گا۔</w:t>
      </w:r>
    </w:p>
    <w:p>
      <w:r>
        <w:rPr>
          <w:b/>
        </w:rPr>
        <w:t xml:space="preserve">[04:32] </w:t>
      </w:r>
      <w:r>
        <w:t>jabke har satellite kai arab rupe mein ban kar tayyar hota hai.</w:t>
      </w:r>
    </w:p>
    <w:p>
      <w:pPr>
        <w:jc w:val="right"/>
      </w:pPr>
      <w:r>
        <w:t>جبکہ ہر سیٹلائٹ کئی ارب روپے میں بن کر تیار ہوتا ہے۔</w:t>
      </w:r>
    </w:p>
    <w:p>
      <w:r>
        <w:rPr>
          <w:b/>
        </w:rPr>
        <w:t xml:space="preserve">[04:39] </w:t>
      </w:r>
      <w:r>
        <w:t>to aap kya kahe kisi ko le kar kahe ke bas china mein evil hi evil hai? aisa</w:t>
      </w:r>
    </w:p>
    <w:p>
      <w:pPr>
        <w:jc w:val="right"/>
      </w:pPr>
      <w:r>
        <w:t>تو آپ کیا کہیں کسی کو لے کر کہیں کہ بس چائنہ میں ایول ہی ایول ہے؟ ایسا</w:t>
      </w:r>
    </w:p>
    <w:p>
      <w:r>
        <w:rPr>
          <w:b/>
        </w:rPr>
        <w:t xml:space="preserve">[04:45] </w:t>
      </w:r>
      <w:r>
        <w:t>waqia china mein nahi, har country mein hua hai.</w:t>
      </w:r>
    </w:p>
    <w:p>
      <w:pPr>
        <w:jc w:val="right"/>
      </w:pPr>
      <w:r>
        <w:t>واقعہ چائنہ میں نہیں، ہر کنٹری میں ہوا ہے۔</w:t>
      </w:r>
    </w:p>
    <w:p>
      <w:r>
        <w:rPr>
          <w:b/>
        </w:rPr>
        <w:t xml:space="preserve">[04:51] </w:t>
      </w:r>
      <w:r>
        <w:t>america ka bhi satellite upar ja kar ke tabah ho gaya, russia ka satellite upar ja kar tabah ho gaya.</w:t>
      </w:r>
    </w:p>
    <w:p>
      <w:pPr>
        <w:jc w:val="right"/>
      </w:pPr>
      <w:r>
        <w:t>امریکہ کا بھی سیٹلائٹ اوپر جا کر کے تباہ ہو گیا، رشیا کا سیٹلائٹ اوپر جا کر تباہ ہو گیا۔</w:t>
      </w:r>
    </w:p>
    <w:p>
      <w:r>
        <w:rPr>
          <w:b/>
        </w:rPr>
        <w:t xml:space="preserve">[04:58] </w:t>
      </w:r>
      <w:r>
        <w:t>to bas sari cheezon mein yahi le kar aap bolenge ya nahi dekhenge aap ke satellite</w:t>
      </w:r>
    </w:p>
    <w:p>
      <w:pPr>
        <w:jc w:val="right"/>
      </w:pPr>
      <w:r>
        <w:t>تو بس ساری چیزوں میں یہی لے کر آپ بولیں گے یا نہیں دیکھیں گے آپ کہ سیٹلائٹ</w:t>
      </w:r>
    </w:p>
    <w:p>
      <w:r>
        <w:rPr>
          <w:b/>
        </w:rPr>
        <w:t xml:space="preserve">[05:04] </w:t>
      </w:r>
      <w:r>
        <w:t>ka zamana jo aaya hai is ne kitni bari blessing thi hamare liye.</w:t>
      </w:r>
    </w:p>
    <w:p>
      <w:pPr>
        <w:jc w:val="right"/>
      </w:pPr>
      <w:r>
        <w:t>کا زمانہ جو آیا ہے اس نے کتنی بڑی بلیسنگ تھی ہمارے لیے۔</w:t>
      </w:r>
    </w:p>
    <w:p>
      <w:r>
        <w:rPr>
          <w:b/>
        </w:rPr>
        <w:t xml:space="preserve">[05:11] </w:t>
      </w:r>
      <w:r>
        <w:t>aaj jo aap itni aasani se telephone karte hain, mobile karte hain, to satellite ke through hi</w:t>
      </w:r>
    </w:p>
    <w:p>
      <w:pPr>
        <w:jc w:val="right"/>
      </w:pPr>
      <w:r>
        <w:t>آج جو آپ اتنی آسانی سے ٹیل فون کرتے ہیں، موبائل کرتے ہیں، تو سیٹلائٹ کے تھرو ہی</w:t>
      </w:r>
    </w:p>
    <w:p>
      <w:r>
        <w:rPr>
          <w:b/>
        </w:rPr>
        <w:t xml:space="preserve">[05:17] </w:t>
      </w:r>
      <w:r>
        <w:t>to yeh contact hota hai aap ka.</w:t>
      </w:r>
    </w:p>
    <w:p>
      <w:pPr>
        <w:jc w:val="right"/>
      </w:pPr>
      <w:r>
        <w:t>تو یہ کانٹیکٹ ہوتا ہے آپ کا۔</w:t>
      </w:r>
    </w:p>
    <w:p>
      <w:r>
        <w:rPr>
          <w:b/>
        </w:rPr>
        <w:t xml:space="preserve">[05:24] </w:t>
      </w:r>
      <w:r>
        <w:t>TV itna jo duniya mein phaila hua hai, woh satellite ke through hi to contact hota hai aap ka.</w:t>
      </w:r>
    </w:p>
    <w:p>
      <w:pPr>
        <w:jc w:val="right"/>
      </w:pPr>
      <w:r>
        <w:t>ٹی وی اتنا جو دنیا میں پھیلا ہوا ہے، وہ سیٹلائٹ کے تھرو ہی تو کانٹیکٹ ہوتا ہے آپ کا۔</w:t>
      </w:r>
    </w:p>
    <w:p>
      <w:r>
        <w:rPr>
          <w:b/>
        </w:rPr>
        <w:t xml:space="preserve">[05:30] </w:t>
      </w:r>
      <w:r>
        <w:t>to itna bara culture jo aaya hai jis ko hum kehte hain yani electronic media, electronic culture, woh</w:t>
      </w:r>
    </w:p>
    <w:p>
      <w:pPr>
        <w:jc w:val="right"/>
      </w:pPr>
      <w:r>
        <w:t>تو اتنا بڑا کلچر جو آیا ہے جس کو ہم کہتے ہیں یعنی الیکٹرانک میڈیا، الیکٹرانک کلچر، وہ</w:t>
      </w:r>
    </w:p>
    <w:p>
      <w:r>
        <w:rPr>
          <w:b/>
        </w:rPr>
        <w:t xml:space="preserve">[05:36] </w:t>
      </w:r>
      <w:r>
        <w:t>kitni bari blessing hai.</w:t>
      </w:r>
    </w:p>
    <w:p>
      <w:pPr>
        <w:jc w:val="right"/>
      </w:pPr>
      <w:r>
        <w:t>کتنی بڑی بلیسنگ ہے۔</w:t>
      </w:r>
    </w:p>
    <w:p>
      <w:r>
        <w:rPr>
          <w:b/>
        </w:rPr>
        <w:t xml:space="preserve">[05:42] </w:t>
      </w:r>
      <w:r>
        <w:t>to agar aap ek do satellite upar ja kar toot gaye aur us se ek threat paida ho</w:t>
      </w:r>
    </w:p>
    <w:p>
      <w:pPr>
        <w:jc w:val="right"/>
      </w:pPr>
      <w:r>
        <w:t>تو اگر آپ ایک دو سیٹلائٹ اوپر جا کر ٹوٹ گئے اور اس سے ایک تھریٹ پیدا ہو</w:t>
      </w:r>
    </w:p>
    <w:p>
      <w:r>
        <w:rPr>
          <w:b/>
        </w:rPr>
        <w:t xml:space="preserve">[05:48] </w:t>
      </w:r>
      <w:r>
        <w:t>gaya to isi ko le kar aap bas single out kar ke bole aur sari Civilization ko</w:t>
      </w:r>
    </w:p>
    <w:p>
      <w:pPr>
        <w:jc w:val="right"/>
      </w:pPr>
      <w:r>
        <w:t>گیا تو اسی کو لے کر آپ بس سنگل آؤٹ کر کے بولیں اور ساری Civilization کو</w:t>
      </w:r>
    </w:p>
    <w:p>
      <w:r>
        <w:rPr>
          <w:b/>
        </w:rPr>
        <w:t xml:space="preserve">[05:54] </w:t>
      </w:r>
      <w:r>
        <w:t>, sari Civilizational Progress ko aap Nullify kar dein.</w:t>
      </w:r>
    </w:p>
    <w:p>
      <w:pPr>
        <w:jc w:val="right"/>
      </w:pPr>
      <w:r>
        <w:t>، ساری Civilizational Progress کو آپ Nullify کر دیں۔</w:t>
      </w:r>
    </w:p>
    <w:p>
      <w:r>
        <w:rPr>
          <w:b/>
        </w:rPr>
        <w:t xml:space="preserve">[05:59] </w:t>
      </w:r>
      <w:r>
        <w:t>That is not a correct method of study.</w:t>
      </w:r>
    </w:p>
    <w:p>
      <w:pPr>
        <w:jc w:val="right"/>
      </w:pPr>
      <w:r>
        <w:t>That is not a correct method of study.</w:t>
      </w:r>
    </w:p>
    <w:p>
      <w:r>
        <w:rPr>
          <w:b/>
        </w:rPr>
        <w:t xml:space="preserve">[06:04] </w:t>
      </w:r>
      <w:r>
        <w:t>That is not a correct method of study.</w:t>
      </w:r>
    </w:p>
    <w:p>
      <w:pPr>
        <w:jc w:val="right"/>
      </w:pPr>
      <w:r>
        <w:t>That is not a correct method of study.</w:t>
      </w:r>
    </w:p>
    <w:p>
      <w:r>
        <w:rPr>
          <w:b/>
        </w:rPr>
        <w:t xml:space="preserve">[06:09] </w:t>
      </w:r>
      <w:r>
        <w:t>is tarah se aap baaton ko samajh nahi sakte.</w:t>
      </w:r>
    </w:p>
    <w:p>
      <w:pPr>
        <w:jc w:val="right"/>
      </w:pPr>
      <w:r>
        <w:t>اس طرح سے آپ باتوں کو سمجھ نہیں سکتے۔</w:t>
      </w:r>
    </w:p>
    <w:p>
      <w:r>
        <w:rPr>
          <w:b/>
        </w:rPr>
        <w:t xml:space="preserve">[06:14] </w:t>
      </w:r>
      <w:r>
        <w:t>to main yeh kahunga ke yeh sochne ka tareeqa galat hai.</w:t>
      </w:r>
    </w:p>
    <w:p>
      <w:pPr>
        <w:jc w:val="right"/>
      </w:pPr>
      <w:r>
        <w:t>تو میں یہ کہوں گا کہ یہ سوچنے کا طریقہ غلط ہے۔</w:t>
      </w:r>
    </w:p>
    <w:p>
      <w:r>
        <w:rPr>
          <w:b/>
        </w:rPr>
        <w:t xml:space="preserve">[06:19] </w:t>
      </w:r>
      <w:r>
        <w:t>aap yeh kyun nahi sochte ke jab yeh kaha gaya tha ke zindagi mein evil hai ya</w:t>
      </w:r>
    </w:p>
    <w:p>
      <w:pPr>
        <w:jc w:val="right"/>
      </w:pPr>
      <w:r>
        <w:t>آپ یہ کیوں نہیں سوچتے کہ جب یہ کہا گیا تھا کہ زندگی میں ایول ہے یا</w:t>
      </w:r>
    </w:p>
    <w:p>
      <w:r>
        <w:rPr>
          <w:b/>
        </w:rPr>
        <w:t xml:space="preserve">[06:24] </w:t>
      </w:r>
      <w:r>
        <w:t>suffering hai to us ke yani us ke hote hue in spite of all these suffering, so-called suffering,</w:t>
      </w:r>
    </w:p>
    <w:p>
      <w:pPr>
        <w:jc w:val="right"/>
      </w:pPr>
      <w:r>
        <w:t>سفرنگ ہے تو اس کے یعنی اس کے ہوتے ہوئے in spite of all these suffering، so-called suffering،</w:t>
      </w:r>
    </w:p>
    <w:p>
      <w:r>
        <w:rPr>
          <w:b/>
        </w:rPr>
        <w:t xml:space="preserve">[06:30] </w:t>
      </w:r>
      <w:r>
        <w:t>اتنی پروگریس، اتنی پروگریس، اتنی پروگریس، so you have to see the result.</w:t>
      </w:r>
    </w:p>
    <w:p>
      <w:pPr>
        <w:jc w:val="right"/>
      </w:pPr>
      <w:r>
        <w:t>اتنی پروگریس، اتنی پروگریس، اتنی پروگریس، so you have to see the result۔</w:t>
      </w:r>
    </w:p>
    <w:p>
      <w:r>
        <w:rPr>
          <w:b/>
        </w:rPr>
        <w:t xml:space="preserve">[06:36] </w:t>
      </w:r>
      <w:r>
        <w:t>to "Method of Study" yeh galat hai ke kisi ek cheez ko aap single out kar lein, usi</w:t>
      </w:r>
    </w:p>
    <w:p>
      <w:pPr>
        <w:jc w:val="right"/>
      </w:pPr>
      <w:r>
        <w:t>تو "Method of Study" یہ غلط ہے کہ کسی ایک چیز کو آپ سنگل آؤٹ کر لیں، اسی</w:t>
      </w:r>
    </w:p>
    <w:p>
      <w:r>
        <w:rPr>
          <w:b/>
        </w:rPr>
        <w:t xml:space="preserve">[06:42] </w:t>
      </w:r>
      <w:r>
        <w:t>par apni poori theory bana dein.</w:t>
      </w:r>
    </w:p>
    <w:p>
      <w:pPr>
        <w:jc w:val="right"/>
      </w:pPr>
      <w:r>
        <w:t>پر اپنی پوری تھیوری بنا دیں۔</w:t>
      </w:r>
    </w:p>
    <w:p>
      <w:r>
        <w:rPr>
          <w:b/>
        </w:rPr>
        <w:t xml:space="preserve">[06:48] </w:t>
      </w:r>
      <w:r>
        <w:t>kisi ek item ko,</w:t>
      </w:r>
    </w:p>
    <w:p>
      <w:pPr>
        <w:jc w:val="right"/>
      </w:pPr>
      <w:r>
        <w:t>کسی ایک آئٹم کو،</w:t>
      </w:r>
    </w:p>
    <w:p>
      <w:r>
        <w:rPr>
          <w:b/>
        </w:rPr>
        <w:t xml:space="preserve">[06:54] </w:t>
      </w:r>
      <w:r>
        <w:t>ایک جو exception ہو، اس کو لے کر generalize کریں اسی کو۔</w:t>
      </w:r>
    </w:p>
    <w:p>
      <w:pPr>
        <w:jc w:val="right"/>
      </w:pPr>
      <w:r>
        <w:t>ایک جو ایکسیپشن ہو، اس کو لے کر جنرلائز کریں اسی کو۔</w:t>
      </w:r>
    </w:p>
    <w:p>
      <w:r>
        <w:rPr>
          <w:b/>
        </w:rPr>
        <w:t xml:space="preserve">[06:58] </w:t>
      </w:r>
      <w:r>
        <w:t>to yeh "Method of Study" galat hai.</w:t>
      </w:r>
    </w:p>
    <w:p>
      <w:pPr>
        <w:jc w:val="right"/>
      </w:pPr>
      <w:r>
        <w:t>تو یہ "Method of Study" غلط ہے۔</w:t>
      </w:r>
    </w:p>
    <w:p>
      <w:r>
        <w:rPr>
          <w:b/>
        </w:rPr>
        <w:t xml:space="preserve">[07:03] </w:t>
      </w:r>
      <w:r>
        <w:t>is se aap kisi bhi mamle ko samajh nahi sakte.</w:t>
      </w:r>
    </w:p>
    <w:p>
      <w:pPr>
        <w:jc w:val="right"/>
      </w:pPr>
      <w:r>
        <w:t>اس سے آپ کسی بھی معاملے کو سمجھ نہیں سکتے۔</w:t>
      </w:r>
    </w:p>
    <w:p>
      <w:r>
        <w:rPr>
          <w:b/>
        </w:rPr>
        <w:t xml:space="preserve">[07:07] </w:t>
      </w:r>
      <w:r>
        <w:t>sirf safarng ki baat nahi hai.</w:t>
      </w:r>
    </w:p>
    <w:p>
      <w:pPr>
        <w:jc w:val="right"/>
      </w:pPr>
      <w:r>
        <w:t>صرف سفرنگ کی بات نہیں ہے۔</w:t>
      </w:r>
    </w:p>
    <w:p>
      <w:r>
        <w:rPr>
          <w:b/>
        </w:rPr>
        <w:t xml:space="preserve">[07:11] </w:t>
      </w:r>
      <w:r>
        <w:t>History of Civilization ko aap nahi samajh sakte.</w:t>
      </w:r>
    </w:p>
    <w:p>
      <w:pPr>
        <w:jc w:val="right"/>
      </w:pPr>
      <w:r>
        <w:t>History of Civilization کو آپ نہیں سمجھ سکتے۔</w:t>
      </w:r>
    </w:p>
    <w:p>
      <w:r>
        <w:rPr>
          <w:b/>
        </w:rPr>
        <w:t xml:space="preserve">[07:16] </w:t>
      </w:r>
      <w:r>
        <w:t>History of Civilization ko aap nahi samajh sakte.</w:t>
      </w:r>
    </w:p>
    <w:p>
      <w:pPr>
        <w:jc w:val="right"/>
      </w:pPr>
      <w:r>
        <w:t>History of Civilization کو آپ نہیں سمجھ سکتے۔</w:t>
      </w:r>
    </w:p>
    <w:p>
      <w:r>
        <w:rPr>
          <w:b/>
        </w:rPr>
        <w:t xml:space="preserve">[07:20] </w:t>
      </w:r>
      <w:r>
        <w:t>kyunke History of Civilization jo hai is mein bohat se log maray, bohat se logon ko loss hua.</w:t>
      </w:r>
    </w:p>
    <w:p>
      <w:pPr>
        <w:jc w:val="right"/>
      </w:pPr>
      <w:r>
        <w:t>کیونکہ History of Civilization جو ہے اس میں بہت سے لوگ مرے، بہت سے لوگوں کو لاس ہوا۔</w:t>
      </w:r>
    </w:p>
    <w:p>
      <w:r>
        <w:rPr>
          <w:b/>
        </w:rPr>
        <w:t xml:space="preserve">[07:24] </w:t>
      </w:r>
      <w:r>
        <w:t>tab History aagay barhi, tab Civilization aagay barha, tab taraqqiyan aagay barheen.</w:t>
      </w:r>
    </w:p>
    <w:p>
      <w:pPr>
        <w:jc w:val="right"/>
      </w:pPr>
      <w:r>
        <w:t>تب History آگے بڑھی، تب Civilization آگے بڑھا، تب ترقیاں آگے بڑھیں۔</w:t>
      </w:r>
    </w:p>
    <w:p>
      <w:r>
        <w:rPr>
          <w:b/>
        </w:rPr>
        <w:t xml:space="preserve">[07:31] </w:t>
      </w:r>
      <w:r>
        <w:t>aaj aap nihayat aasani se car par baith kar daur rahay hain idhar udhar, lekin car ko banatay</w:t>
      </w:r>
    </w:p>
    <w:p>
      <w:pPr>
        <w:jc w:val="right"/>
      </w:pPr>
      <w:r>
        <w:t>آج آپ نہایت آسانی سے کار پر بیٹھ کر دوڑ رہے ہیں ادھر ادھر، لیکن کار کو بناتے</w:t>
      </w:r>
    </w:p>
    <w:p>
      <w:r>
        <w:rPr>
          <w:b/>
        </w:rPr>
        <w:t xml:space="preserve">[07:37] </w:t>
      </w:r>
      <w:r>
        <w:t>banatay kitnay log mar gay, kitna loss hua, tab car bani jo sarkon par daur rahi hai.</w:t>
      </w:r>
    </w:p>
    <w:p>
      <w:pPr>
        <w:jc w:val="right"/>
      </w:pPr>
      <w:r>
        <w:t>بناتے کتنے لوگ مر گئے، کتنا لاس ہوا، تب کار بنی جو سڑکوں پر دوڑ رہی ہے۔</w:t>
      </w:r>
    </w:p>
    <w:p>
      <w:r>
        <w:rPr>
          <w:b/>
        </w:rPr>
        <w:t xml:space="preserve">[07:43] </w:t>
      </w:r>
      <w:r>
        <w:t>تو آپ کسی بھی معاملے میں دیکھیں، یہ طریقہ study کا غلط ہے۔</w:t>
      </w:r>
    </w:p>
    <w:p>
      <w:pPr>
        <w:jc w:val="right"/>
      </w:pPr>
      <w:r>
        <w:t>تو آپ کسی بھی معاملے میں دیکھیں، یہ طریقہ Study کا غلط ہے۔</w:t>
      </w:r>
    </w:p>
    <w:p>
      <w:r>
        <w:rPr>
          <w:b/>
        </w:rPr>
        <w:t xml:space="preserve">[07:50] </w:t>
      </w:r>
      <w:r>
        <w:t>is tarah aap nahi pahunch sakte kahin bhi.</w:t>
      </w:r>
    </w:p>
    <w:p>
      <w:pPr>
        <w:jc w:val="right"/>
      </w:pPr>
      <w:r>
        <w:t>اس طرح آپ نہیں پہنچ سکتے کہیں بھی۔</w:t>
      </w:r>
    </w:p>
    <w:p>
      <w:r>
        <w:rPr>
          <w:b/>
        </w:rPr>
        <w:t xml:space="preserve">[07:56] </w:t>
      </w:r>
      <w:r>
        <w:t>mein yeh kahoon ga ke "Problem of Suffering" yeh hai Wrong Nomenclature ka maamla. Wrong Nomenclature.</w:t>
      </w:r>
    </w:p>
    <w:p>
      <w:pPr>
        <w:jc w:val="right"/>
      </w:pPr>
      <w:r>
        <w:t>میں یہ کہوں گا کہ "Problem of Suffering" یہ ہے Wrong Nomenclature کا معاملہ۔ Wrong Nomenclature۔</w:t>
      </w:r>
    </w:p>
    <w:p>
      <w:r>
        <w:rPr>
          <w:b/>
        </w:rPr>
        <w:t xml:space="preserve">[08:04] </w:t>
      </w:r>
      <w:r>
        <w:t>یعنی یہ "problem of suffering" نہیں ہے، یہ "problem of freedom" ہے۔</w:t>
      </w:r>
    </w:p>
    <w:p>
      <w:pPr>
        <w:jc w:val="right"/>
      </w:pPr>
      <w:r>
        <w:t>یعنی یہ "Problem of Suffering" نہیں ہے، یہ "Problem of Freedom" ہے۔</w:t>
      </w:r>
    </w:p>
    <w:p>
      <w:r>
        <w:rPr>
          <w:b/>
        </w:rPr>
        <w:t xml:space="preserve">[08:12] </w:t>
      </w:r>
      <w:r>
        <w:t>yeh "Problem of Freedom" hai.</w:t>
      </w:r>
    </w:p>
    <w:p>
      <w:pPr>
        <w:jc w:val="right"/>
      </w:pPr>
      <w:r>
        <w:t>یہ "Problem of Freedom" ہے۔</w:t>
      </w:r>
    </w:p>
    <w:p>
      <w:r>
        <w:rPr>
          <w:b/>
        </w:rPr>
        <w:t xml:space="preserve">[08:20] </w:t>
      </w:r>
      <w:r>
        <w:t>"Problem of Suffering" nahi hai.</w:t>
      </w:r>
    </w:p>
    <w:p>
      <w:pPr>
        <w:jc w:val="right"/>
      </w:pPr>
      <w:r>
        <w:t>"Problem of Suffering" نہیں ہے۔</w:t>
      </w:r>
    </w:p>
    <w:p>
      <w:r>
        <w:rPr>
          <w:b/>
        </w:rPr>
        <w:t xml:space="preserve">[08:28] </w:t>
      </w:r>
      <w:r>
        <w:t>insan ko Khuda ne di hai Freedom.</w:t>
      </w:r>
    </w:p>
    <w:p>
      <w:pPr>
        <w:jc w:val="right"/>
      </w:pPr>
      <w:r>
        <w:t>انسان کو خدا نے دی ہے Freedom۔</w:t>
      </w:r>
    </w:p>
    <w:p>
      <w:r>
        <w:rPr>
          <w:b/>
        </w:rPr>
        <w:t xml:space="preserve">[08:33] </w:t>
      </w:r>
      <w:r>
        <w:t>جو سب سے بڑی، آج مانا جاتا ہے کہ Freedom جو ہے وہ sombunum ہے۔</w:t>
      </w:r>
    </w:p>
    <w:p>
      <w:pPr>
        <w:jc w:val="right"/>
      </w:pPr>
      <w:r>
        <w:t>جو سب سے بڑی، آج مانا جاتا ہے کہ Freedom جو ہے وہ سومبونم ہے۔</w:t>
      </w:r>
    </w:p>
    <w:p>
      <w:r>
        <w:rPr>
          <w:b/>
        </w:rPr>
        <w:t xml:space="preserve">[08:38] </w:t>
      </w:r>
      <w:r>
        <w:t>تو some one ہے تو اس کے ساتھ کچھ مائنس پوائنٹ بھی لگے رہیں گے۔</w:t>
      </w:r>
    </w:p>
    <w:p>
      <w:pPr>
        <w:jc w:val="right"/>
      </w:pPr>
      <w:r>
        <w:t>تو سومبونم ہے تو اس کے ساتھ کچھ مائنس پوائنٹ بھی لگے رہیں گے۔</w:t>
      </w:r>
    </w:p>
    <w:p>
      <w:r>
        <w:rPr>
          <w:b/>
        </w:rPr>
        <w:t xml:space="preserve">[08:43] </w:t>
      </w:r>
      <w:r>
        <w:t>کیونکہ freedom کو آدمی پراپر یوز کرے گا، مس یوز بھی کرے گا۔</w:t>
      </w:r>
    </w:p>
    <w:p>
      <w:pPr>
        <w:jc w:val="right"/>
      </w:pPr>
      <w:r>
        <w:t>کیونکہ Freedom کو آدمی پراپر یوز کرے گا، مس یوز بھی کرے گا۔</w:t>
      </w:r>
    </w:p>
    <w:p>
      <w:r>
        <w:rPr>
          <w:b/>
        </w:rPr>
        <w:t xml:space="preserve">[08:48] </w:t>
      </w:r>
      <w:r>
        <w:t>Freedom day kar aap yeh nahi keh sakte ke tum misuse mat karna.</w:t>
      </w:r>
    </w:p>
    <w:p>
      <w:pPr>
        <w:jc w:val="right"/>
      </w:pPr>
      <w:r>
        <w:t>Freedom دے کر آپ یہ نہیں کہہ سکتے کہ تم مس یوز مت کرنا۔</w:t>
      </w:r>
    </w:p>
    <w:p>
      <w:r>
        <w:rPr>
          <w:b/>
        </w:rPr>
        <w:t xml:space="preserve">[08:53] </w:t>
      </w:r>
      <w:r>
        <w:t>aisa to ho nahi sakta.</w:t>
      </w:r>
    </w:p>
    <w:p>
      <w:pPr>
        <w:jc w:val="right"/>
      </w:pPr>
      <w:r>
        <w:t>ایسا تو ہو نہیں سکتا۔</w:t>
      </w:r>
    </w:p>
    <w:p>
      <w:r>
        <w:rPr>
          <w:b/>
        </w:rPr>
        <w:t xml:space="preserve">[08:58] </w:t>
      </w:r>
      <w:r>
        <w:t>to yeh hai Wrong Nomenclature.</w:t>
      </w:r>
    </w:p>
    <w:p>
      <w:pPr>
        <w:jc w:val="right"/>
      </w:pPr>
      <w:r>
        <w:t>تو یہ ہے Wrong Nomenclature۔</w:t>
      </w:r>
    </w:p>
    <w:p>
      <w:r>
        <w:rPr>
          <w:b/>
        </w:rPr>
        <w:t xml:space="preserve">[09:05] </w:t>
      </w:r>
      <w:r>
        <w:t>mein samajhta hoon ke yeh "Problem of Suffering" nahi hai, yeh hai "Problem of Freedom".</w:t>
      </w:r>
    </w:p>
    <w:p>
      <w:pPr>
        <w:jc w:val="right"/>
      </w:pPr>
      <w:r>
        <w:t>میں سمجھتا ہوں کہ یہ "Problem of Suffering" نہیں ہے، یہ ہے "Problem of Freedom"۔</w:t>
      </w:r>
    </w:p>
    <w:p>
      <w:r>
        <w:rPr>
          <w:b/>
        </w:rPr>
        <w:t xml:space="preserve">[09:12] </w:t>
      </w:r>
      <w:r>
        <w:t>to aap ko yeh sochna hai ke aap ko Freedom chahiye ke nahi chahiye.</w:t>
      </w:r>
    </w:p>
    <w:p>
      <w:pPr>
        <w:jc w:val="right"/>
      </w:pPr>
      <w:r>
        <w:t>تو آپ کو یہ سوچنا ہے کہ آپ کو Freedom چاہیے کہ نہیں چاہیے۔</w:t>
      </w:r>
    </w:p>
    <w:p>
      <w:r>
        <w:rPr>
          <w:b/>
        </w:rPr>
        <w:t xml:space="preserve">[09:19] </w:t>
      </w:r>
      <w:r>
        <w:t>Freedom agar chahiye to phir is ke sath misuse bhi aaye ga.</w:t>
      </w:r>
    </w:p>
    <w:p>
      <w:pPr>
        <w:jc w:val="right"/>
      </w:pPr>
      <w:r>
        <w:t>Freedom اگر چاہیے تو پھر اس کے ساتھ مس یوز بھی آئے گا۔</w:t>
      </w:r>
    </w:p>
    <w:p>
      <w:r>
        <w:rPr>
          <w:b/>
        </w:rPr>
        <w:t xml:space="preserve">[09:26] </w:t>
      </w:r>
      <w:r>
        <w:t>misuse aaye ga to problem bhi aaye ga.</w:t>
      </w:r>
    </w:p>
    <w:p>
      <w:pPr>
        <w:jc w:val="right"/>
      </w:pPr>
      <w:r>
        <w:t>مس یوز آئے گا تو پرابلم بھی آئے گا۔</w:t>
      </w:r>
    </w:p>
    <w:p>
      <w:r>
        <w:rPr>
          <w:b/>
        </w:rPr>
        <w:t xml:space="preserve">[09:33] </w:t>
      </w:r>
      <w:r>
        <w:t>jaise ke aap ne azadi di insan ko, to azadi day kar ke is ke bohat si aisi</w:t>
      </w:r>
    </w:p>
    <w:p>
      <w:pPr>
        <w:jc w:val="right"/>
      </w:pPr>
      <w:r>
        <w:t>جیسے کہ آپ نے آزادی دی انسان کو، تو آزادی دے کر کے اس کے بہت سی ایسی</w:t>
      </w:r>
    </w:p>
    <w:p>
      <w:r>
        <w:rPr>
          <w:b/>
        </w:rPr>
        <w:t xml:space="preserve">[09:40] </w:t>
      </w:r>
      <w:r>
        <w:t>baatein karta hai jis se is ki health kharab ho jati hai.</w:t>
      </w:r>
    </w:p>
    <w:p>
      <w:pPr>
        <w:jc w:val="right"/>
      </w:pPr>
      <w:r>
        <w:t>باتیں کرتا ہے جس سے اس کی ہیلتھ خراب ہو جاتی ہے۔</w:t>
      </w:r>
    </w:p>
    <w:p>
      <w:r>
        <w:rPr>
          <w:b/>
        </w:rPr>
        <w:t xml:space="preserve">[09:48] </w:t>
      </w:r>
      <w:r>
        <w:t>wo AIDS mein mubtala ho jata hai, wo diabetic ho jata hai, is ko blood pressure ho jata hai.</w:t>
      </w:r>
    </w:p>
    <w:p>
      <w:pPr>
        <w:jc w:val="right"/>
      </w:pPr>
      <w:r>
        <w:t>وہ ایڈز میں مبتلا ہو جاتا ہے، وہ ڈائبیٹک ہو جاتا ہے، اس کو بلڈ پریشر ہو جاتا ہے۔</w:t>
      </w:r>
    </w:p>
    <w:p>
      <w:r>
        <w:rPr>
          <w:b/>
        </w:rPr>
        <w:t xml:space="preserve">[09:56] </w:t>
      </w:r>
      <w:r>
        <w:t>to is zamanay mein yeh research hui hai ke yeh cheezen hereditary ban jati hain.</w:t>
      </w:r>
    </w:p>
    <w:p>
      <w:pPr>
        <w:jc w:val="right"/>
      </w:pPr>
      <w:r>
        <w:t>تو اس زمانے میں یہ ریسرچ ہوئی ہے کہ یہ چیزیں ہیریڈیٹری بن جاتی ہیں۔</w:t>
      </w:r>
    </w:p>
    <w:p>
      <w:r>
        <w:rPr>
          <w:b/>
        </w:rPr>
        <w:t xml:space="preserve">[10:03] </w:t>
      </w:r>
      <w:r>
        <w:t>Kuch bimariyan aisi hain jo hereditary nahi banti. Jaise Alexander the Great jo tha, woh mara to kaise mara? Uss ne ek jashn manaya aur uss mein khoob khaya piya, overeating kar dali. Overeating kar dali to woh sara system bigad gaya aur usi mein bimar hua, mar gaya. To overeating jo hai woh hereditary nahi banegi. Isi ek</w:t>
      </w:r>
    </w:p>
    <w:p>
      <w:pPr>
        <w:jc w:val="right"/>
      </w:pPr>
      <w:r>
        <w:t>کچھ بیماریاں ایسی ہیں جو ہیریڈیٹری نہیں بنتیں۔ جیسے الیگزینڈر دی گریٹ جو تھا، وہ مرا تو کیسے مرا؟ اس نے ایک جشن منایا اور اس میں خوب کھایا پیا، اوور ایٹنگ کر ڈالی۔ اوور ایٹنگ کر ڈالی تو وہ سارا سسٹم بگڑ گیا اور اسی میں بیمار ہوا، مر گیا۔ تو اوور ایٹنگ جو ہے وہ ہیریڈیٹری نہیں بنے گی۔ اسی ایک</w:t>
      </w:r>
    </w:p>
    <w:p>
      <w:r>
        <w:rPr>
          <w:b/>
        </w:rPr>
        <w:t xml:space="preserve">[10:33] </w:t>
      </w:r>
      <w:r>
        <w:t>aadmi safar karay ga.</w:t>
      </w:r>
    </w:p>
    <w:p>
      <w:pPr>
        <w:jc w:val="right"/>
      </w:pPr>
      <w:r>
        <w:t>آدمی سفر کرے گا۔</w:t>
      </w:r>
    </w:p>
    <w:p>
      <w:r>
        <w:rPr>
          <w:b/>
        </w:rPr>
        <w:t xml:space="preserve">[10:37] </w:t>
      </w:r>
      <w:r>
        <w:t>lekin agar aik aadmi apni ghalti se AIDS mein apnay ko phansa le to hereditary ban jaye gi woh.</w:t>
      </w:r>
    </w:p>
    <w:p>
      <w:pPr>
        <w:jc w:val="right"/>
      </w:pPr>
      <w:r>
        <w:t>لیکن اگر ایک آدمی اپنی غلطی سے ایڈز میں اپنے کو پھنسا لے تو ہیریڈیٹری بن جائے گی وہ۔</w:t>
      </w:r>
    </w:p>
    <w:p>
      <w:r>
        <w:rPr>
          <w:b/>
        </w:rPr>
        <w:t xml:space="preserve">[10:42] </w:t>
      </w:r>
      <w:r>
        <w:t>wo diabetic ho jaye to woh bhi hereditary ban jaye gi woh.</w:t>
      </w:r>
    </w:p>
    <w:p>
      <w:pPr>
        <w:jc w:val="right"/>
      </w:pPr>
      <w:r>
        <w:t>وہ ڈائبیٹک ہو جائے تو وہ بھی ہیریڈیٹری بن جائے گی وہ۔</w:t>
      </w:r>
    </w:p>
    <w:p>
      <w:r>
        <w:rPr>
          <w:b/>
        </w:rPr>
        <w:t xml:space="preserve">[10:46] </w:t>
      </w:r>
      <w:r>
        <w:t>to aap Freedom ko abolish nahi kar sakte.</w:t>
      </w:r>
    </w:p>
    <w:p>
      <w:pPr>
        <w:jc w:val="right"/>
      </w:pPr>
      <w:r>
        <w:t>تو آپ Freedom کو abolish نہیں کر سکتے۔</w:t>
      </w:r>
    </w:p>
    <w:p>
      <w:r>
        <w:rPr>
          <w:b/>
        </w:rPr>
        <w:t xml:space="preserve">[10:50] </w:t>
      </w:r>
      <w:r>
        <w:t>jab Freedom hai to log galat istemal karenge.</w:t>
      </w:r>
    </w:p>
    <w:p>
      <w:pPr>
        <w:jc w:val="right"/>
      </w:pPr>
      <w:r>
        <w:t>جب Freedom ہے تو لوگ غلط استعمال کریں گے۔</w:t>
      </w:r>
    </w:p>
    <w:p>
      <w:r>
        <w:rPr>
          <w:b/>
        </w:rPr>
        <w:t xml:space="preserve">[10:54] </w:t>
      </w:r>
      <w:r>
        <w:t>galat istemal karenge to is ke prize bhi deni padegi.</w:t>
      </w:r>
    </w:p>
    <w:p>
      <w:pPr>
        <w:jc w:val="right"/>
      </w:pPr>
      <w:r>
        <w:t>غلط استعمال کریں گے تو اس کے پرائز بھی دینی پڑے گی۔</w:t>
      </w:r>
    </w:p>
    <w:p>
      <w:r>
        <w:rPr>
          <w:b/>
        </w:rPr>
        <w:t xml:space="preserve">[10:58] </w:t>
      </w:r>
      <w:r>
        <w:t>is liye main kehta hoon ke yeh "Problem of Suffering" ki baat nahi hai, yeh "Problem of Freedom"</w:t>
      </w:r>
    </w:p>
    <w:p>
      <w:pPr>
        <w:jc w:val="right"/>
      </w:pPr>
      <w:r>
        <w:t>اس لیے میں کہتا ہوں کہ یہ "Problem of Suffering" کی بات نہیں ہے، یہ "Problem of Freedom"</w:t>
      </w:r>
    </w:p>
    <w:p>
      <w:r>
        <w:rPr>
          <w:b/>
        </w:rPr>
        <w:t xml:space="preserve">[11:03] </w:t>
      </w:r>
      <w:r>
        <w:t>ki baat hai.</w:t>
      </w:r>
    </w:p>
    <w:p>
      <w:pPr>
        <w:jc w:val="right"/>
      </w:pPr>
      <w:r>
        <w:t>کی بات ہے۔</w:t>
      </w:r>
    </w:p>
    <w:p>
      <w:r>
        <w:rPr>
          <w:b/>
        </w:rPr>
        <w:t xml:space="preserve">[11:07] </w:t>
      </w:r>
      <w:r>
        <w:t>yahan par aap ko Creation Plan ko janna chahiye.</w:t>
      </w:r>
    </w:p>
    <w:p>
      <w:pPr>
        <w:jc w:val="right"/>
      </w:pPr>
      <w:r>
        <w:t>یہاں پر آپ کو Creation Plan کو جاننا چاہیے۔</w:t>
      </w:r>
    </w:p>
    <w:p>
      <w:r>
        <w:rPr>
          <w:b/>
        </w:rPr>
        <w:t xml:space="preserve">[11:13] </w:t>
      </w:r>
      <w:r>
        <w:t>Creation Plan ke mutabiq dekhen dunya mein do qism ki dunyain hain.</w:t>
      </w:r>
    </w:p>
    <w:p>
      <w:pPr>
        <w:jc w:val="right"/>
      </w:pPr>
      <w:r>
        <w:t>Creation Plan کے مطابق دیکھیں دنیا میں دو قسم کی دنیایں ہیں۔</w:t>
      </w:r>
    </w:p>
    <w:p>
      <w:r>
        <w:rPr>
          <w:b/>
        </w:rPr>
        <w:t xml:space="preserve">[11:20] </w:t>
      </w:r>
      <w:r>
        <w:t>ek hai Human World aur ek hai Material World.</w:t>
      </w:r>
    </w:p>
    <w:p>
      <w:pPr>
        <w:jc w:val="right"/>
      </w:pPr>
      <w:r>
        <w:t>ایک ہے Human World اور ایک ہے Material World۔</w:t>
      </w:r>
    </w:p>
    <w:p>
      <w:r>
        <w:rPr>
          <w:b/>
        </w:rPr>
        <w:t xml:space="preserve">[11:26] </w:t>
      </w:r>
      <w:r>
        <w:t>main ek misaal deta hoon aap ko ke space mein Numerous Stars hain, Planets hain.</w:t>
      </w:r>
    </w:p>
    <w:p>
      <w:pPr>
        <w:jc w:val="right"/>
      </w:pPr>
      <w:r>
        <w:t>میں ایک مثال دیتا ہوں آپ کو کہ اسپیس میں Numerous Stars ہیں، Planets ہیں۔</w:t>
      </w:r>
    </w:p>
    <w:p>
      <w:r>
        <w:rPr>
          <w:b/>
        </w:rPr>
        <w:t xml:space="preserve">[11:32] </w:t>
      </w:r>
      <w:r>
        <w:t>har ek jo hai woh revolve kar raha hai, daud raha hai.</w:t>
      </w:r>
    </w:p>
    <w:p>
      <w:pPr>
        <w:jc w:val="right"/>
      </w:pPr>
      <w:r>
        <w:t>ہر ایک جو ہے وہ Revolve کر رہا ہے، دوڑ رہا ہے۔</w:t>
      </w:r>
    </w:p>
    <w:p>
      <w:r>
        <w:rPr>
          <w:b/>
        </w:rPr>
        <w:t xml:space="preserve">[11:39] </w:t>
      </w:r>
      <w:r>
        <w:t>lekin is mein koi takrao nahi. takrao nahi.</w:t>
      </w:r>
    </w:p>
    <w:p>
      <w:pPr>
        <w:jc w:val="right"/>
      </w:pPr>
      <w:r>
        <w:t>لیکن اس میں کوئی ٹکراؤ نہیں۔ ٹکراؤ نہیں۔</w:t>
      </w:r>
    </w:p>
    <w:p>
      <w:r>
        <w:rPr>
          <w:b/>
        </w:rPr>
        <w:t xml:space="preserve">[11:45] </w:t>
      </w:r>
      <w:r>
        <w:t>isi space mein airplane daud rahe hain, airplane urr rahe hain, lekin airplane ko banane mein kitne log mar gaye.</w:t>
      </w:r>
    </w:p>
    <w:p>
      <w:pPr>
        <w:jc w:val="right"/>
      </w:pPr>
      <w:r>
        <w:t>اسی اسپیس میں ایروپلین دوڑ رہے ہیں، ایروپلین اڑ رہے ہیں، لیکن ایروپلین کو بنانے میں کتنے لوگ مر گئے۔</w:t>
      </w:r>
    </w:p>
    <w:p>
      <w:r>
        <w:rPr>
          <w:b/>
        </w:rPr>
        <w:t xml:space="preserve">[11:51] </w:t>
      </w:r>
      <w:r>
        <w:t>kitne airplane jo hain woh kisi takra jate hain, kisi ek ek ek bird se takra kar bhi</w:t>
      </w:r>
    </w:p>
    <w:p>
      <w:pPr>
        <w:jc w:val="right"/>
      </w:pPr>
      <w:r>
        <w:t>کتنے ایروپلین جو ہیں وہ کسی ٹکرا جاتے ہیں، کسی ایک ایک ایک برڈ سے ٹکرا کر بھی</w:t>
      </w:r>
    </w:p>
    <w:p>
      <w:r>
        <w:rPr>
          <w:b/>
        </w:rPr>
        <w:t xml:space="preserve">[11:57] </w:t>
      </w:r>
      <w:r>
        <w:t>tabah ho jate hain.</w:t>
      </w:r>
    </w:p>
    <w:p>
      <w:pPr>
        <w:jc w:val="right"/>
      </w:pPr>
      <w:r>
        <w:t>تباہ ہو جاتے ہیں۔</w:t>
      </w:r>
    </w:p>
    <w:p>
      <w:r>
        <w:rPr>
          <w:b/>
        </w:rPr>
        <w:t xml:space="preserve">[12:03] </w:t>
      </w:r>
      <w:r>
        <w:t>apas mein bhi takra jate hain, is se bhi tabah ho jate hain. to bohat</w:t>
      </w:r>
    </w:p>
    <w:p>
      <w:pPr>
        <w:jc w:val="right"/>
      </w:pPr>
      <w:r>
        <w:t>آپس میں بھی ٹکرا جاتے ہیں، اس سے بھی تباہ ہو جاتے ہیں۔ تو بہت</w:t>
      </w:r>
    </w:p>
    <w:p>
      <w:r>
        <w:rPr>
          <w:b/>
        </w:rPr>
        <w:t xml:space="preserve">[12:09] </w:t>
      </w:r>
      <w:r>
        <w:t>se problem hote rehte hain.</w:t>
      </w:r>
    </w:p>
    <w:p>
      <w:pPr>
        <w:jc w:val="right"/>
      </w:pPr>
      <w:r>
        <w:t>سے پرابلم ہوتے رہتے ہیں۔</w:t>
      </w:r>
    </w:p>
    <w:p>
      <w:r>
        <w:rPr>
          <w:b/>
        </w:rPr>
        <w:t xml:space="preserve">[12:13] </w:t>
      </w:r>
      <w:r>
        <w:t>star mein aise problem nahi hote.</w:t>
      </w:r>
    </w:p>
    <w:p>
      <w:pPr>
        <w:jc w:val="right"/>
      </w:pPr>
      <w:r>
        <w:t>اسٹار میں ایسے پرابلم نہیں ہوتے۔</w:t>
      </w:r>
    </w:p>
    <w:p>
      <w:r>
        <w:rPr>
          <w:b/>
        </w:rPr>
        <w:t xml:space="preserve">[12:16] </w:t>
      </w:r>
      <w:r>
        <w:t>planets mein aise problem nahi hote.</w:t>
      </w:r>
    </w:p>
    <w:p>
      <w:pPr>
        <w:jc w:val="right"/>
      </w:pPr>
      <w:r>
        <w:t>Planets میں ایسے پرابلم نہیں ہوتے۔</w:t>
      </w:r>
    </w:p>
    <w:p>
      <w:r>
        <w:rPr>
          <w:b/>
        </w:rPr>
        <w:t xml:space="preserve">[12:20] </w:t>
      </w:r>
      <w:r>
        <w:t>lekin hawai jahaz mein hote hain.</w:t>
      </w:r>
    </w:p>
    <w:p>
      <w:pPr>
        <w:jc w:val="right"/>
      </w:pPr>
      <w:r>
        <w:t>لیکن ہوائی جہاز میں ہوتے ہیں۔</w:t>
      </w:r>
    </w:p>
    <w:p>
      <w:r>
        <w:rPr>
          <w:b/>
        </w:rPr>
        <w:t xml:space="preserve">[12:24] </w:t>
      </w:r>
      <w:r>
        <w:t>kyun? hawai jahaz jo hai woh insan ki Freedom ka phenomenon hai.</w:t>
      </w:r>
    </w:p>
    <w:p>
      <w:pPr>
        <w:jc w:val="right"/>
      </w:pPr>
      <w:r>
        <w:t>کیوں؟ ہوائی جہاز جو ہے وہ انسان کی Freedom کا فیناومینا ہے۔</w:t>
      </w:r>
    </w:p>
    <w:p>
      <w:r>
        <w:rPr>
          <w:b/>
        </w:rPr>
        <w:t xml:space="preserve">[12:28] </w:t>
      </w:r>
      <w:r>
        <w:t>Stars aur Planets jo hai is ka taluq Freedom se nahi hai.</w:t>
      </w:r>
    </w:p>
    <w:p>
      <w:pPr>
        <w:jc w:val="right"/>
      </w:pPr>
      <w:r>
        <w:t>Stars اور Planets جو ہے اس کا تعلق Freedom سے نہیں ہے۔</w:t>
      </w:r>
    </w:p>
    <w:p>
      <w:r>
        <w:rPr>
          <w:b/>
        </w:rPr>
        <w:t xml:space="preserve">[12:32] </w:t>
      </w:r>
      <w:r>
        <w:t>woh to Compulsive System jo hai, jo Law of Nature hai, woh govern kar raha hai sare Stardom</w:t>
      </w:r>
    </w:p>
    <w:p>
      <w:pPr>
        <w:jc w:val="right"/>
      </w:pPr>
      <w:r>
        <w:t>وہ تو Compulsive System جو ہے، جو Law of Nature ہے، وہ گورن کر رہا ہے سارے Stardom</w:t>
      </w:r>
    </w:p>
    <w:p>
      <w:r>
        <w:rPr>
          <w:b/>
        </w:rPr>
        <w:t xml:space="preserve">[12:35] </w:t>
      </w:r>
      <w:r>
        <w:t>ko, sare Stars aur Planets ko.</w:t>
      </w:r>
    </w:p>
    <w:p>
      <w:pPr>
        <w:jc w:val="right"/>
      </w:pPr>
      <w:r>
        <w:t>کو، سارے Stars اور Planets کو۔</w:t>
      </w:r>
    </w:p>
    <w:p>
      <w:r>
        <w:rPr>
          <w:b/>
        </w:rPr>
        <w:t xml:space="preserve">[12:39] </w:t>
      </w:r>
      <w:r>
        <w:t>Wahan compulsion hai, wahan natural law hai. Lekin yahan par jo hai freedom hai. To freedom jo hai woh ek aadmi ne hawai jahaz ko urra kar ke woh America ke World Tower se takra diya uss ne. World Tower tabah ho gaya, jahaz bhi tabah ho gaya, aadmi bhi mar gaye. Magar aisa aap jante hain ke space mein to nahi hota. Koi sitara apne aap ko doosre sitare se nahi takra deta. Koi planet apne aap ko doosre planet se nahi tik</w:t>
      </w:r>
    </w:p>
    <w:p>
      <w:pPr>
        <w:jc w:val="right"/>
      </w:pPr>
      <w:r>
        <w:t>وہاں Compulsion ہے، وہاں Natural Law ہے۔ لیکن یہاں پر جو ہے Freedom ہے۔ تو Freedom جو ہے وہ ایک آدمی نے ہوائی جہاز کو اڑا کر کے وہ امریکہ کے World Tower سے ٹکرا دیا اس نے۔ World Tower تباہ ہو گیا، جہاز بھی تباہ ہو گیا، آدمی بھی مر گئے۔ مگر ایسا آپ جانتے ہیں کہ اسپیس میں تو نہیں ہوتا۔ کوئی ستارہ اپنے آپ کو دوسرے ستارے سے نہیں ٹکرا دیتا۔ کوئی Planet اپنے آپ کو دوسرے Planet سے نہیں ٹک</w:t>
      </w:r>
    </w:p>
    <w:p>
      <w:r>
        <w:rPr>
          <w:b/>
        </w:rPr>
        <w:t xml:space="preserve">[13:09] </w:t>
      </w:r>
      <w:r>
        <w:t>ra data.</w:t>
      </w:r>
    </w:p>
    <w:p>
      <w:pPr>
        <w:jc w:val="right"/>
      </w:pPr>
      <w:r>
        <w:t>را دیتا۔</w:t>
      </w:r>
    </w:p>
    <w:p>
      <w:r>
        <w:rPr>
          <w:b/>
        </w:rPr>
        <w:t xml:space="preserve">[13:14] </w:t>
      </w:r>
      <w:r>
        <w:t>lekin wahan insan ki zindagi dunya mein aisa hota hai ke hawai jahaz ko uraya unhon ne.</w:t>
      </w:r>
    </w:p>
    <w:p>
      <w:pPr>
        <w:jc w:val="right"/>
      </w:pPr>
      <w:r>
        <w:t>لیکن وہاں انسان کی زندگی دنیا میں ایسا ہوتا ہے کہ ہوائی جہاز کو اڑایا انہوں نے۔</w:t>
      </w:r>
    </w:p>
    <w:p>
      <w:r>
        <w:rPr>
          <w:b/>
        </w:rPr>
        <w:t xml:space="preserve">[13:19] </w:t>
      </w:r>
      <w:r>
        <w:t>aur new york mein jo bohat oonchi building thi jis ko maine dekha ek baar, oopar charh kar</w:t>
      </w:r>
    </w:p>
    <w:p>
      <w:pPr>
        <w:jc w:val="right"/>
      </w:pPr>
      <w:r>
        <w:t>اور نیویارک میں جو بہت اونچی بلڈنگ تھی جس کو میں نے دیکھا ایک بار، اوپر چڑھ کر</w:t>
      </w:r>
    </w:p>
    <w:p>
      <w:r>
        <w:rPr>
          <w:b/>
        </w:rPr>
        <w:t xml:space="preserve">[13:24] </w:t>
      </w:r>
      <w:r>
        <w:t>ke insaan jo hai bilkul Dwarf dikhaye jaate hain, Dwarf.</w:t>
      </w:r>
    </w:p>
    <w:p>
      <w:pPr>
        <w:jc w:val="right"/>
      </w:pPr>
      <w:r>
        <w:t>کے انسان جو ہے بالکل Dwarf دکھائے جاتے ہیں، Dwarf۔</w:t>
      </w:r>
    </w:p>
    <w:p>
      <w:r>
        <w:rPr>
          <w:b/>
        </w:rPr>
        <w:t xml:space="preserve">[13:29] </w:t>
      </w:r>
      <w:r>
        <w:t>ise takra diya jahaz aur aaj woh building nahi hai.</w:t>
      </w:r>
    </w:p>
    <w:p>
      <w:pPr>
        <w:jc w:val="right"/>
      </w:pPr>
      <w:r>
        <w:t>اسے ٹکرا دیا جہاز اور آج وہ بلڈنگ نہیں ہے۔</w:t>
      </w:r>
    </w:p>
    <w:p>
      <w:r>
        <w:rPr>
          <w:b/>
        </w:rPr>
        <w:t xml:space="preserve">[13:34] </w:t>
      </w:r>
      <w:r>
        <w:t>yeh hai insaan ka</w:t>
      </w:r>
    </w:p>
    <w:p>
      <w:pPr>
        <w:jc w:val="right"/>
      </w:pPr>
      <w:r>
        <w:t>یہ ہے انسان کا</w:t>
      </w:r>
    </w:p>
    <w:p>
      <w:r>
        <w:rPr>
          <w:b/>
        </w:rPr>
        <w:t xml:space="preserve">[13:39] </w:t>
      </w:r>
      <w:r>
        <w:t>Misuse of Freedom ka phenomenon.</w:t>
      </w:r>
    </w:p>
    <w:p>
      <w:pPr>
        <w:jc w:val="right"/>
      </w:pPr>
      <w:r>
        <w:t>Misuse of Freedom کا فیناومینا۔</w:t>
      </w:r>
    </w:p>
    <w:p>
      <w:r>
        <w:rPr>
          <w:b/>
        </w:rPr>
        <w:t xml:space="preserve">[13:43] </w:t>
      </w:r>
      <w:r>
        <w:t>koi star doosre star se apne ko nahi takrata.</w:t>
      </w:r>
    </w:p>
    <w:p>
      <w:pPr>
        <w:jc w:val="right"/>
      </w:pPr>
      <w:r>
        <w:t>کوئی اسٹار دوسرے اسٹار سے اپنے کو نہیں ٹکراتا۔</w:t>
      </w:r>
    </w:p>
    <w:p>
      <w:r>
        <w:rPr>
          <w:b/>
        </w:rPr>
        <w:t xml:space="preserve">[13:46] </w:t>
      </w:r>
      <w:r>
        <w:t>koi Planet doosre Planets se apne ko nahi takrata.</w:t>
      </w:r>
    </w:p>
    <w:p>
      <w:pPr>
        <w:jc w:val="right"/>
      </w:pPr>
      <w:r>
        <w:t>کوئی Planet دوسرے Planets سے اپنے کو نہیں ٹکراتا۔</w:t>
      </w:r>
    </w:p>
    <w:p>
      <w:r>
        <w:rPr>
          <w:b/>
        </w:rPr>
        <w:t xml:space="preserve">[13:49] </w:t>
      </w:r>
      <w:r>
        <w:t>kyunke woh Under Compulsion chal rahe hain.</w:t>
      </w:r>
    </w:p>
    <w:p>
      <w:pPr>
        <w:jc w:val="right"/>
      </w:pPr>
      <w:r>
        <w:t>کیونکہ وہ Under Compulsion چل رہے ہیں۔</w:t>
      </w:r>
    </w:p>
    <w:p>
      <w:r>
        <w:rPr>
          <w:b/>
        </w:rPr>
        <w:t xml:space="preserve">[13:53] </w:t>
      </w:r>
      <w:r>
        <w:t>Law of Nature unhein control kar raha hai.</w:t>
      </w:r>
    </w:p>
    <w:p>
      <w:pPr>
        <w:jc w:val="right"/>
      </w:pPr>
      <w:r>
        <w:t>Law of Nature انہیں کنٹرول کر رہا ہے۔</w:t>
      </w:r>
    </w:p>
    <w:p>
      <w:r>
        <w:rPr>
          <w:b/>
        </w:rPr>
        <w:t xml:space="preserve">[13:56] </w:t>
      </w:r>
      <w:r>
        <w:t>unhein koi Freedom nahi mili hui hai.</w:t>
      </w:r>
    </w:p>
    <w:p>
      <w:pPr>
        <w:jc w:val="right"/>
      </w:pPr>
      <w:r>
        <w:t>انہیں کوئی Freedom نہیں ملی ہوئی ہے۔</w:t>
      </w:r>
    </w:p>
    <w:p>
      <w:r>
        <w:rPr>
          <w:b/>
        </w:rPr>
        <w:t xml:space="preserve">[14:00] </w:t>
      </w:r>
      <w:r>
        <w:t>sirf insaan ko Freedom mili hui hai.</w:t>
      </w:r>
    </w:p>
    <w:p>
      <w:pPr>
        <w:jc w:val="right"/>
      </w:pPr>
      <w:r>
        <w:t>صرف انسان کو Freedom ملی ہوئی ہے۔</w:t>
      </w:r>
    </w:p>
    <w:p>
      <w:r>
        <w:rPr>
          <w:b/>
        </w:rPr>
        <w:t xml:space="preserve">[14:03] </w:t>
      </w:r>
      <w:r>
        <w:t>toh Freedom ki price bhi deni padegi.</w:t>
      </w:r>
    </w:p>
    <w:p>
      <w:pPr>
        <w:jc w:val="right"/>
      </w:pPr>
      <w:r>
        <w:t>تو Freedom کی پرائز بھی دینی پڑے گی۔</w:t>
      </w:r>
    </w:p>
    <w:p>
      <w:r>
        <w:rPr>
          <w:b/>
        </w:rPr>
        <w:t xml:space="preserve">[14:06] </w:t>
      </w:r>
      <w:r>
        <w:t>woh phir poori price yeh hai ke koi Misuse karega, Misuse karega toh woh tab</w:t>
      </w:r>
    </w:p>
    <w:p>
      <w:pPr>
        <w:jc w:val="right"/>
      </w:pPr>
      <w:r>
        <w:t>وہ پھر پوری پرائز یہ ہے کہ کوئی Misuse کرے گا، Misuse کرے گا تو وہ تب</w:t>
      </w:r>
    </w:p>
    <w:p>
      <w:r>
        <w:rPr>
          <w:b/>
        </w:rPr>
        <w:t xml:space="preserve">[14:10] </w:t>
      </w:r>
      <w:r>
        <w:t>aahi machayega.</w:t>
      </w:r>
    </w:p>
    <w:p>
      <w:pPr>
        <w:jc w:val="right"/>
      </w:pPr>
      <w:r>
        <w:t>اہی مچائے گا۔</w:t>
      </w:r>
    </w:p>
    <w:p>
      <w:r>
        <w:rPr>
          <w:b/>
        </w:rPr>
        <w:t xml:space="preserve">[14:15] </w:t>
      </w:r>
      <w:r>
        <w:t>toh ya toh aap Freedom ko na lijiye aur lena hai toh phir uski price bhi dene</w:t>
      </w:r>
    </w:p>
    <w:p>
      <w:pPr>
        <w:jc w:val="right"/>
      </w:pPr>
      <w:r>
        <w:t>تو یا تو آپ Freedom کو نہ لیجیے اور لینا ہے تو پھر اس کی پرائز بھی دینے</w:t>
      </w:r>
    </w:p>
    <w:p>
      <w:r>
        <w:rPr>
          <w:b/>
        </w:rPr>
        <w:t xml:space="preserve">[14:20] </w:t>
      </w:r>
      <w:r>
        <w:t>ke liye tayyar rahiye.</w:t>
      </w:r>
    </w:p>
    <w:p>
      <w:pPr>
        <w:jc w:val="right"/>
      </w:pPr>
      <w:r>
        <w:t>کے لیے تیار رہیے۔</w:t>
      </w:r>
    </w:p>
    <w:p>
      <w:r>
        <w:rPr>
          <w:b/>
        </w:rPr>
        <w:t xml:space="preserve">[14:25] </w:t>
      </w:r>
      <w:r>
        <w:t>toh aap jante hain ke Nature mein Stable System hai.</w:t>
      </w:r>
    </w:p>
    <w:p>
      <w:pPr>
        <w:jc w:val="right"/>
      </w:pPr>
      <w:r>
        <w:t>تو آپ جانتے ہیں کہ Nature میں Stable System ہے۔</w:t>
      </w:r>
    </w:p>
    <w:p>
      <w:r>
        <w:rPr>
          <w:b/>
        </w:rPr>
        <w:t xml:space="preserve">[14:31] </w:t>
      </w:r>
      <w:r>
        <w:t>har cheez Stable haalat mein hai.</w:t>
      </w:r>
    </w:p>
    <w:p>
      <w:pPr>
        <w:jc w:val="right"/>
      </w:pPr>
      <w:r>
        <w:t>ہر چیز Stable حالت میں ہے۔</w:t>
      </w:r>
    </w:p>
    <w:p>
      <w:r>
        <w:rPr>
          <w:b/>
        </w:rPr>
        <w:t xml:space="preserve">[14:36] </w:t>
      </w:r>
      <w:r>
        <w:t>pahaad Stable hai,</w:t>
      </w:r>
    </w:p>
    <w:p>
      <w:pPr>
        <w:jc w:val="right"/>
      </w:pPr>
      <w:r>
        <w:t>پہاڑ Stable ہے،</w:t>
      </w:r>
    </w:p>
    <w:p>
      <w:r>
        <w:rPr>
          <w:b/>
        </w:rPr>
        <w:t xml:space="preserve">[14:41] </w:t>
      </w:r>
      <w:r>
        <w:t>River aur Ocean Stable hai, Stars aur Planets Stable hain.</w:t>
      </w:r>
    </w:p>
    <w:p>
      <w:pPr>
        <w:jc w:val="right"/>
      </w:pPr>
      <w:r>
        <w:t>River اور Ocean Stable ہے، Stars اور Planets Stable ہیں۔</w:t>
      </w:r>
    </w:p>
    <w:p>
      <w:r>
        <w:rPr>
          <w:b/>
        </w:rPr>
        <w:t xml:space="preserve">[14:47] </w:t>
      </w:r>
      <w:r>
        <w:t>lekin insaan ki duniya mein Trial and Error ka ka Principle hai.</w:t>
      </w:r>
    </w:p>
    <w:p>
      <w:pPr>
        <w:jc w:val="right"/>
      </w:pPr>
      <w:r>
        <w:t>لیکن انسان کی دنیا میں Trial and Error کا کا Principle ہے۔</w:t>
      </w:r>
    </w:p>
    <w:p>
      <w:r>
        <w:rPr>
          <w:b/>
        </w:rPr>
        <w:t xml:space="preserve">[14:53] </w:t>
      </w:r>
      <w:r>
        <w:t>Trial and Error.</w:t>
      </w:r>
    </w:p>
    <w:p>
      <w:pPr>
        <w:jc w:val="right"/>
      </w:pPr>
      <w:r>
        <w:t>Trial and Error۔</w:t>
      </w:r>
    </w:p>
    <w:p>
      <w:r>
        <w:rPr>
          <w:b/>
        </w:rPr>
        <w:t xml:space="preserve">[14:59] </w:t>
      </w:r>
      <w:r>
        <w:t>jaise star jo hai Trial and Error ka Process wahin nahi chala wahan.</w:t>
      </w:r>
    </w:p>
    <w:p>
      <w:pPr>
        <w:jc w:val="right"/>
      </w:pPr>
      <w:r>
        <w:t>جیسے اسٹار جو ہے Trial and Error کا Process وہیں نہیں چلا وہاں۔</w:t>
      </w:r>
    </w:p>
    <w:p>
      <w:r>
        <w:rPr>
          <w:b/>
        </w:rPr>
        <w:t xml:space="preserve">[15:05] </w:t>
      </w:r>
      <w:r>
        <w:t>lekin hum jo kaam karte hain, hum hawai jahaz banate hain, hum motor car banate hain, hum machine</w:t>
      </w:r>
    </w:p>
    <w:p>
      <w:pPr>
        <w:jc w:val="right"/>
      </w:pPr>
      <w:r>
        <w:t>لیکن ہم جو کام کرتے ہیں، ہم ہوائی جہاز بناتے ہیں، ہم موٹر کار بناتے ہیں، ہم مشین</w:t>
      </w:r>
    </w:p>
    <w:p>
      <w:r>
        <w:rPr>
          <w:b/>
        </w:rPr>
        <w:t xml:space="preserve">[15:10] </w:t>
      </w:r>
      <w:r>
        <w:t>banate hain, toh yahan kya hai? Yahan Trial and Error hota hai.</w:t>
      </w:r>
    </w:p>
    <w:p>
      <w:pPr>
        <w:jc w:val="right"/>
      </w:pPr>
      <w:r>
        <w:t>بناتے ہیں، تو یہاں کیا ہے؟ یہاں Trial and Error ہوتا ہے۔</w:t>
      </w:r>
    </w:p>
    <w:p>
      <w:r>
        <w:rPr>
          <w:b/>
        </w:rPr>
        <w:t xml:space="preserve">[15:16] </w:t>
      </w:r>
      <w:r>
        <w:t>yani hum koshish karte hain, Experience karte hain, Experiment karte hain, phir dheere dheere ghalti karte hain, yeh</w:t>
      </w:r>
    </w:p>
    <w:p>
      <w:pPr>
        <w:jc w:val="right"/>
      </w:pPr>
      <w:r>
        <w:t>یعنی ہم کوشش کرتے ہیں، Experience کرتے ہیں، Experiment کرتے ہیں، پھر دھیرے دھیرے غلطی کرتے ہیں، یہ</w:t>
      </w:r>
    </w:p>
    <w:p>
      <w:r>
        <w:rPr>
          <w:b/>
        </w:rPr>
        <w:t xml:space="preserve">[15:22] </w:t>
      </w:r>
      <w:r>
        <w:t>hota hai, woh hota hai, phir ek cheez banti hai.</w:t>
      </w:r>
    </w:p>
    <w:p>
      <w:pPr>
        <w:jc w:val="right"/>
      </w:pPr>
      <w:r>
        <w:t>ہوتا ہے، وہ ہوتا ہے، پھر ایک چیز بنتی ہے۔</w:t>
      </w:r>
    </w:p>
    <w:p>
      <w:r>
        <w:rPr>
          <w:b/>
        </w:rPr>
        <w:t xml:space="preserve">[15:28] </w:t>
      </w:r>
      <w:r>
        <w:t>Kitne saare loss hue tab motor car bani, kitne saare loss hue tab is ke baad hawai jahaz bana.</w:t>
      </w:r>
    </w:p>
    <w:p>
      <w:pPr>
        <w:jc w:val="right"/>
      </w:pPr>
      <w:r>
        <w:t>کتنے سارے لاس ہوئے تب موٹر کار بنی، کتنے سارے لاس ہوئے تب اس کے بعد ہوائی جہاز بنا۔</w:t>
      </w:r>
    </w:p>
    <w:p>
      <w:r>
        <w:rPr>
          <w:b/>
        </w:rPr>
        <w:t xml:space="preserve">[15:34] </w:t>
      </w:r>
      <w:r>
        <w:t>Toh yeh hai Trial and Error.</w:t>
      </w:r>
    </w:p>
    <w:p>
      <w:pPr>
        <w:jc w:val="right"/>
      </w:pPr>
      <w:r>
        <w:t>تو یہ ہے Trial and Error۔</w:t>
      </w:r>
    </w:p>
    <w:p>
      <w:r>
        <w:rPr>
          <w:b/>
        </w:rPr>
        <w:t xml:space="preserve">[15:40] </w:t>
      </w:r>
      <w:r>
        <w:t>Toh insaan ki duniya mein jo system hai woh is se alag hai jo Rest</w:t>
      </w:r>
    </w:p>
    <w:p>
      <w:pPr>
        <w:jc w:val="right"/>
      </w:pPr>
      <w:r>
        <w:t>تو انسان کی دنیا میں جو سسٹم ہے وہ اس سے الگ ہے جو Rest</w:t>
      </w:r>
    </w:p>
    <w:p>
      <w:r>
        <w:rPr>
          <w:b/>
        </w:rPr>
        <w:t xml:space="preserve">[15:46] </w:t>
      </w:r>
      <w:r>
        <w:t>of the Universe mein hai.</w:t>
      </w:r>
    </w:p>
    <w:p>
      <w:pPr>
        <w:jc w:val="right"/>
      </w:pPr>
      <w:r>
        <w:t>of the Universe میں ہے۔</w:t>
      </w:r>
    </w:p>
    <w:p>
      <w:r>
        <w:rPr>
          <w:b/>
        </w:rPr>
        <w:t xml:space="preserve">[15:51] </w:t>
      </w:r>
      <w:r>
        <w:t>Rest of the Universe jo hai woh Law of Nature se control ho rahi hai.</w:t>
      </w:r>
    </w:p>
    <w:p>
      <w:pPr>
        <w:jc w:val="right"/>
      </w:pPr>
      <w:r>
        <w:t>Rest of the Universe جو ہے وہ Law of Nature سے کنٹرول ہو رہی ہے۔</w:t>
      </w:r>
    </w:p>
    <w:p>
      <w:r>
        <w:rPr>
          <w:b/>
        </w:rPr>
        <w:t xml:space="preserve">[15:56] </w:t>
      </w:r>
      <w:r>
        <w:t>Wahan Compulsion hai.</w:t>
      </w:r>
    </w:p>
    <w:p>
      <w:pPr>
        <w:jc w:val="right"/>
      </w:pPr>
      <w:r>
        <w:t>وہاں Compulsion ہے۔</w:t>
      </w:r>
    </w:p>
    <w:p>
      <w:r>
        <w:rPr>
          <w:b/>
        </w:rPr>
        <w:t xml:space="preserve">[16:01] </w:t>
      </w:r>
      <w:r>
        <w:t>Lekin insaan ko Freedom diya gaya hai.</w:t>
      </w:r>
    </w:p>
    <w:p>
      <w:pPr>
        <w:jc w:val="right"/>
      </w:pPr>
      <w:r>
        <w:t>لیکن انسان کو Freedom دیا گیا ہے۔</w:t>
      </w:r>
    </w:p>
    <w:p>
      <w:r>
        <w:rPr>
          <w:b/>
        </w:rPr>
        <w:t xml:space="preserve">[16:06] </w:t>
      </w:r>
      <w:r>
        <w:t>Toh yahan par Trial and Error hai.</w:t>
      </w:r>
    </w:p>
    <w:p>
      <w:pPr>
        <w:jc w:val="right"/>
      </w:pPr>
      <w:r>
        <w:t>تو یہاں پر Trial and Error ہے۔</w:t>
      </w:r>
    </w:p>
    <w:p>
      <w:r>
        <w:rPr>
          <w:b/>
        </w:rPr>
        <w:t xml:space="preserve">[16:11] </w:t>
      </w:r>
      <w:r>
        <w:t>Toh yeh hai cheez ko, dekhein ek hota hai cheez ko Right Angle se dekhna,</w:t>
      </w:r>
    </w:p>
    <w:p>
      <w:pPr>
        <w:jc w:val="right"/>
      </w:pPr>
      <w:r>
        <w:t>تو یہ ہے چیز کو، دیکھیں ایک ہوتا ہے چیز کو Right Angle سے دیکھنا،</w:t>
      </w:r>
    </w:p>
    <w:p>
      <w:r>
        <w:rPr>
          <w:b/>
        </w:rPr>
        <w:t xml:space="preserve">[16:16] </w:t>
      </w:r>
      <w:r>
        <w:t>ek hai Wrong Angle se dekhna. Kisi bhi cheez ko aap jab Right Angle se dekhein to aap sahi raaye banayenge. Wrong Angle se dekha to woh galat ban jayegi. Jaise ab maine arz kiya ke Stars ko aap dekhein to wahan to koi Accident nahin ho raha hai. Aur motor car ko dekha aur hawai jahaz ko dekha to yahan Accident ho rahe hain. To aap kahein sab Evil hai, Evil hai, band</w:t>
      </w:r>
    </w:p>
    <w:p>
      <w:pPr>
        <w:jc w:val="right"/>
      </w:pPr>
      <w:r>
        <w:t>ایک ہے Wrong Angle سے دیکھنا۔ کسی بھی چیز کو آپ جب Right Angle سے دیکھیں تو آپ صحیح رائے بنائیں گے۔ Wrong Angle سے دیکھا تو وہ غلط بن جائے گی۔ جیسے اب میں نے عرض کیا کہ Stars کو آپ دیکھیں تو وہاں تو کوئی Accident نہیں ہو رہا ہے۔ اور موٹر کار کو دیکھا اور ہوائی جہاز کو دیکھا تو یہاں Accident ہو رہے ہیں۔ تو آپ کہیں سب Evil ہے، Evil ہے، بند</w:t>
      </w:r>
    </w:p>
    <w:p>
      <w:r>
        <w:rPr>
          <w:b/>
        </w:rPr>
        <w:t xml:space="preserve">[16:46] </w:t>
      </w:r>
      <w:r>
        <w:t>karo sab motor car.</w:t>
      </w:r>
    </w:p>
    <w:p>
      <w:pPr>
        <w:jc w:val="right"/>
      </w:pPr>
      <w:r>
        <w:t>کرو سب موٹر کار۔</w:t>
      </w:r>
    </w:p>
    <w:p>
      <w:r>
        <w:rPr>
          <w:b/>
        </w:rPr>
        <w:t xml:space="preserve">[16:51] </w:t>
      </w:r>
      <w:r>
        <w:t>Phek do tod kar ke, jahazon ko tod kar phek do, yeh toh behad Evil hai, Evil</w:t>
      </w:r>
    </w:p>
    <w:p>
      <w:pPr>
        <w:jc w:val="right"/>
      </w:pPr>
      <w:r>
        <w:t>پھینک دو توڑ کر کے، جہازوں کو توڑ کر پھینک دو، یہ تو بے حد Evil ہے، Evil</w:t>
      </w:r>
    </w:p>
    <w:p>
      <w:r>
        <w:rPr>
          <w:b/>
        </w:rPr>
        <w:t xml:space="preserve">[16:56] </w:t>
      </w:r>
      <w:r>
        <w:t>hai yahan par.</w:t>
      </w:r>
    </w:p>
    <w:p>
      <w:pPr>
        <w:jc w:val="right"/>
      </w:pPr>
      <w:r>
        <w:t>ہے یہاں پر۔</w:t>
      </w:r>
    </w:p>
    <w:p>
      <w:r>
        <w:rPr>
          <w:b/>
        </w:rPr>
        <w:t xml:space="preserve">[17:00] </w:t>
      </w:r>
      <w:r>
        <w:t>Bilkul aisa aap nahi karenge.</w:t>
      </w:r>
    </w:p>
    <w:p>
      <w:pPr>
        <w:jc w:val="right"/>
      </w:pPr>
      <w:r>
        <w:t>بالکل ایسا آپ نہیں کریں گے۔</w:t>
      </w:r>
    </w:p>
    <w:p>
      <w:r>
        <w:rPr>
          <w:b/>
        </w:rPr>
        <w:t xml:space="preserve">[17:05] </w:t>
      </w:r>
      <w:r>
        <w:t>Yani car aur airplane ke darmiyan jo Accident hote hain, jabke space mein Accident nahi hote, star aur</w:t>
      </w:r>
    </w:p>
    <w:p>
      <w:pPr>
        <w:jc w:val="right"/>
      </w:pPr>
      <w:r>
        <w:t>یعنی کار اور ایروپلین کے درمیان جو Accident ہوتے ہیں، جبکہ اسپیس میں Accident نہیں ہوتے، اسٹار اور</w:t>
      </w:r>
    </w:p>
    <w:p>
      <w:r>
        <w:rPr>
          <w:b/>
        </w:rPr>
        <w:t xml:space="preserve">[17:09] </w:t>
      </w:r>
      <w:r>
        <w:t>planet mein, toh kya aap aisa kahenge? Toh yeh Wrong Angle se dekhna hoga.</w:t>
      </w:r>
    </w:p>
    <w:p>
      <w:pPr>
        <w:jc w:val="right"/>
      </w:pPr>
      <w:r>
        <w:t>Planet میں، تو کیا آپ ایسا کہیں گے؟ تو یہ Wrong Angle سے دیکھنا ہوگا۔</w:t>
      </w:r>
    </w:p>
    <w:p>
      <w:r>
        <w:rPr>
          <w:b/>
        </w:rPr>
        <w:t xml:space="preserve">[17:14] </w:t>
      </w:r>
      <w:r>
        <w:t>Woh Criterion jo wahan hai woh yahan aap apply nahi kar sakte.</w:t>
      </w:r>
    </w:p>
    <w:p>
      <w:pPr>
        <w:jc w:val="right"/>
      </w:pPr>
      <w:r>
        <w:t>وہ Criterion جو وہاں ہے وہ یہاں آپ اپلائی نہیں کر سکتے۔</w:t>
      </w:r>
    </w:p>
    <w:p>
      <w:r>
        <w:rPr>
          <w:b/>
        </w:rPr>
        <w:t xml:space="preserve">[17:18] </w:t>
      </w:r>
      <w:r>
        <w:t>Is ka Criterion alag hai, is ka Criterion alag hai.</w:t>
      </w:r>
    </w:p>
    <w:p>
      <w:pPr>
        <w:jc w:val="right"/>
      </w:pPr>
      <w:r>
        <w:t>اس کا Criterion الگ ہے، اس کا Criterion الگ ہے۔</w:t>
      </w:r>
    </w:p>
    <w:p>
      <w:r>
        <w:rPr>
          <w:b/>
        </w:rPr>
        <w:t xml:space="preserve">[17:24] </w:t>
      </w:r>
      <w:r>
        <w:t>Phir main yeh kahunga ke insani duniya mein jo Suffering hai, woh Suffering ko aap, sahi word</w:t>
      </w:r>
    </w:p>
    <w:p>
      <w:pPr>
        <w:jc w:val="right"/>
      </w:pPr>
      <w:r>
        <w:t>پھر میں یہ کہوں گا کہ انسانی دنیا میں جو Suffering ہے، وہ Suffering کو آپ، صحیح ورڈ</w:t>
      </w:r>
    </w:p>
    <w:p>
      <w:r>
        <w:rPr>
          <w:b/>
        </w:rPr>
        <w:t xml:space="preserve">[17:30] </w:t>
      </w:r>
      <w:r>
        <w:t>us ke liye nahi hai yeh.</w:t>
      </w:r>
    </w:p>
    <w:p>
      <w:pPr>
        <w:jc w:val="right"/>
      </w:pPr>
      <w:r>
        <w:t>اس کے لیے نہیں ہے یہ۔</w:t>
      </w:r>
    </w:p>
    <w:p>
      <w:r>
        <w:rPr>
          <w:b/>
        </w:rPr>
        <w:t xml:space="preserve">[17:36] </w:t>
      </w:r>
      <w:r>
        <w:t>Kyunke is duniya mein Suffering jo hai woh toh Stepping Stone ban jati hai.</w:t>
      </w:r>
    </w:p>
    <w:p>
      <w:pPr>
        <w:jc w:val="right"/>
      </w:pPr>
      <w:r>
        <w:t>کیونکہ اس دنیا میں Suffering جو ہے وہ تو Stepping Stone بن جاتی ہے۔</w:t>
      </w:r>
    </w:p>
    <w:p>
      <w:r>
        <w:rPr>
          <w:b/>
        </w:rPr>
        <w:t xml:space="preserve">[17:42] </w:t>
      </w:r>
      <w:r>
        <w:t>History mein kitne saare log hue hain jo Suffering se</w:t>
      </w:r>
    </w:p>
    <w:p>
      <w:pPr>
        <w:jc w:val="right"/>
      </w:pPr>
      <w:r>
        <w:t>History میں کتنے سارے لوگ ہوئے ہیں جو Suffering سے</w:t>
      </w:r>
    </w:p>
    <w:p>
      <w:r>
        <w:rPr>
          <w:b/>
        </w:rPr>
        <w:t xml:space="preserve">[17:48] </w:t>
      </w:r>
      <w:r>
        <w:t>dochar hue, woh Suffering un ke liye Stepping Stone ban gayi.</w:t>
      </w:r>
    </w:p>
    <w:p>
      <w:pPr>
        <w:jc w:val="right"/>
      </w:pPr>
      <w:r>
        <w:t>دوچار ہوئے، وہ Suffering ان کے لیے Stepping Stone بن گئی۔</w:t>
      </w:r>
    </w:p>
    <w:p>
      <w:r>
        <w:rPr>
          <w:b/>
        </w:rPr>
        <w:t xml:space="preserve">[17:56] </w:t>
      </w:r>
      <w:r>
        <w:t>Jaise hamare India mein Doctor Hargobind Khorana, Doctor Hargobind Khorana, jo 1922 mein paida hue Punjab mein, India</w:t>
      </w:r>
    </w:p>
    <w:p>
      <w:pPr>
        <w:jc w:val="right"/>
      </w:pPr>
      <w:r>
        <w:t>جیسے ہمارے انڈیا میں ڈاکٹر ہرگوبند کھرانا، ڈاکٹر ہرگوبند کھرانا، جو 1922 میں پیدا ہوئے پنجاب میں، انڈیا</w:t>
      </w:r>
    </w:p>
    <w:p>
      <w:r>
        <w:rPr>
          <w:b/>
        </w:rPr>
        <w:t xml:space="preserve">[18:03] </w:t>
      </w:r>
      <w:r>
        <w:t>ki university mein parha unhon ne.</w:t>
      </w:r>
    </w:p>
    <w:p>
      <w:pPr>
        <w:jc w:val="right"/>
      </w:pPr>
      <w:r>
        <w:t>کی یونیورسٹی میں پڑھا انہوں نے۔</w:t>
      </w:r>
    </w:p>
    <w:p>
      <w:r>
        <w:rPr>
          <w:b/>
        </w:rPr>
        <w:t xml:space="preserve">[18:11] </w:t>
      </w:r>
      <w:r>
        <w:t>phir unhon ne india mein aik university mein lek</w:t>
      </w:r>
    </w:p>
    <w:p>
      <w:pPr>
        <w:jc w:val="right"/>
      </w:pPr>
      <w:r>
        <w:t>پھر انہوں نے انڈیا میں ایک یونیورسٹی میں لیک</w:t>
      </w:r>
    </w:p>
    <w:p>
      <w:r>
        <w:rPr>
          <w:b/>
        </w:rPr>
        <w:t xml:space="preserve">[18:18] </w:t>
      </w:r>
      <w:r>
        <w:t>cherrship ke liye apply kiya, 1960 ke lag bhag. Yahan par woh nahin liye gaye. Yaani India ki university ne un ko lecturer ke taur par nahin liya. To yeh zahir hai ke ek ek ek Suffering ka maamla tha, ek Evil ka maamla tha. Lekin is ke baad kya hua? Yeh waqia insaan ke sath pesh aaya, pathar</w:t>
      </w:r>
    </w:p>
    <w:p>
      <w:pPr>
        <w:jc w:val="right"/>
      </w:pPr>
      <w:r>
        <w:t>چررشپ کے لیے اپلائی کیا، 1960 کے لگ بھگ۔ یہاں پر وہ نہیں لیے گئے۔ یعنی انڈیا کی یونیورسٹی نے ان کو لیکچرر کے طور پر نہیں لیا۔ تو یہ ظاہر ہے کہ ایک ایک ایک Suffering کا معاملہ تھا، ایک Evil کا معاملہ تھا۔ لیکن اس کے بعد کیا ہوا؟ یہ واقعہ انسان کے ساتھ پیش آیا، پتھر</w:t>
      </w:r>
    </w:p>
    <w:p>
      <w:r>
        <w:rPr>
          <w:b/>
        </w:rPr>
        <w:t xml:space="preserve">[18:48] </w:t>
      </w:r>
      <w:r>
        <w:t>ke sath nahin.</w:t>
      </w:r>
    </w:p>
    <w:p>
      <w:pPr>
        <w:jc w:val="right"/>
      </w:pPr>
      <w:r>
        <w:t>کے ساتھ نہیں۔</w:t>
      </w:r>
    </w:p>
    <w:p>
      <w:r>
        <w:rPr>
          <w:b/>
        </w:rPr>
        <w:t xml:space="preserve">[18:52] </w:t>
      </w:r>
      <w:r>
        <w:t>patthar ko reject kar ke aap phenk dein to wahi pada rahega, wahi pada rahega, pada rahega.</w:t>
      </w:r>
    </w:p>
    <w:p>
      <w:pPr>
        <w:jc w:val="right"/>
      </w:pPr>
      <w:r>
        <w:t>پتھر کو ریجیکٹ کر کے آپ پھینک دیں تو وہی پڑا رہے گا، وہی پڑا رہے گا، پڑا رہے گا۔</w:t>
      </w:r>
    </w:p>
    <w:p>
      <w:r>
        <w:rPr>
          <w:b/>
        </w:rPr>
        <w:t xml:space="preserve">[18:56] </w:t>
      </w:r>
      <w:r>
        <w:t>insan aisa nahin hai.</w:t>
      </w:r>
    </w:p>
    <w:p>
      <w:pPr>
        <w:jc w:val="right"/>
      </w:pPr>
      <w:r>
        <w:t>انسان ایسا نہیں ہے۔</w:t>
      </w:r>
    </w:p>
    <w:p>
      <w:r>
        <w:rPr>
          <w:b/>
        </w:rPr>
        <w:t xml:space="preserve">[19:00] </w:t>
      </w:r>
      <w:r>
        <w:t>insan ko khuda ne aql di hai.</w:t>
      </w:r>
    </w:p>
    <w:p>
      <w:pPr>
        <w:jc w:val="right"/>
      </w:pPr>
      <w:r>
        <w:t>انسان کو خدا نے عقل دی ہے۔</w:t>
      </w:r>
    </w:p>
    <w:p>
      <w:r>
        <w:rPr>
          <w:b/>
        </w:rPr>
        <w:t xml:space="preserve">[19:04] </w:t>
      </w:r>
      <w:r>
        <w:t>to khurana ne socha, soch kar ke woh america chale gaye.</w:t>
      </w:r>
    </w:p>
    <w:p>
      <w:pPr>
        <w:jc w:val="right"/>
      </w:pPr>
      <w:r>
        <w:t>تو کھرانا نے سوچا، سوچ کر کے وہ امریکہ چلے گئے۔</w:t>
      </w:r>
    </w:p>
    <w:p>
      <w:r>
        <w:rPr>
          <w:b/>
        </w:rPr>
        <w:t xml:space="preserve">[19:08] </w:t>
      </w:r>
      <w:r>
        <w:t>66 mein unhon ne america mein Citizenship le li, 1966 mein.</w:t>
      </w:r>
    </w:p>
    <w:p>
      <w:pPr>
        <w:jc w:val="right"/>
      </w:pPr>
      <w:r>
        <w:t>66 میں انہوں نے امریکہ میں Citizenship لے لی، 1966 میں۔</w:t>
      </w:r>
    </w:p>
    <w:p>
      <w:r>
        <w:rPr>
          <w:b/>
        </w:rPr>
        <w:t xml:space="preserve">[19:12] </w:t>
      </w:r>
      <w:r>
        <w:t>ab in ko wahan par Nobel Prize mila.</w:t>
      </w:r>
    </w:p>
    <w:p>
      <w:pPr>
        <w:jc w:val="right"/>
      </w:pPr>
      <w:r>
        <w:t>اب ان کو وہاں پر Nobel Prize ملا۔</w:t>
      </w:r>
    </w:p>
    <w:p>
      <w:r>
        <w:rPr>
          <w:b/>
        </w:rPr>
        <w:t xml:space="preserve">[19:16] </w:t>
      </w:r>
      <w:r>
        <w:t>ab bataein ke india ki university mein</w:t>
      </w:r>
    </w:p>
    <w:p>
      <w:pPr>
        <w:jc w:val="right"/>
      </w:pPr>
      <w:r>
        <w:t>اب بتائیں کہ انڈیا کی یونیورسٹی میں</w:t>
      </w:r>
    </w:p>
    <w:p>
      <w:r>
        <w:rPr>
          <w:b/>
        </w:rPr>
        <w:t xml:space="preserve">[19:20] </w:t>
      </w:r>
      <w:r>
        <w:t>lecturership ke liye unhon ne apply kiya aur nahin hue to kya wahin zindagi khatam ho gayi un</w:t>
      </w:r>
    </w:p>
    <w:p>
      <w:pPr>
        <w:jc w:val="right"/>
      </w:pPr>
      <w:r>
        <w:t>لیکچررشپ کے لیے انہوں نے اپلائی کیا اور نہیں ہوئے تو کیا وہیں زندگی ختم ہو گئی ان</w:t>
      </w:r>
    </w:p>
    <w:p>
      <w:r>
        <w:rPr>
          <w:b/>
        </w:rPr>
        <w:t xml:space="preserve">[19:26] </w:t>
      </w:r>
      <w:r>
        <w:t>ki? full stop lag gaya? nahin.</w:t>
      </w:r>
    </w:p>
    <w:p>
      <w:pPr>
        <w:jc w:val="right"/>
      </w:pPr>
      <w:r>
        <w:t>کی؟ فل اسٹاپ لگ گیا؟ نہیں۔</w:t>
      </w:r>
    </w:p>
    <w:p>
      <w:r>
        <w:rPr>
          <w:b/>
        </w:rPr>
        <w:t xml:space="preserve">[19:32] </w:t>
      </w:r>
      <w:r>
        <w:t>woh wahan gaye aur wahan par un ko taraqqi hui yahan tak ke un ko Nobel Prize mila.</w:t>
      </w:r>
    </w:p>
    <w:p>
      <w:pPr>
        <w:jc w:val="right"/>
      </w:pPr>
      <w:r>
        <w:t>وہ وہاں گئے اور وہاں پر ان کو ترقی ہوئی یہاں تک کہ ان کو Nobel Prize ملا۔</w:t>
      </w:r>
    </w:p>
    <w:p>
      <w:r>
        <w:rPr>
          <w:b/>
        </w:rPr>
        <w:t xml:space="preserve">[19:38] </w:t>
      </w:r>
      <w:r>
        <w:t>to aap, yeh bohat hi zaroori baat hai ke aap zindagi ko is tarah dekhen ke Overall Picture</w:t>
      </w:r>
    </w:p>
    <w:p>
      <w:pPr>
        <w:jc w:val="right"/>
      </w:pPr>
      <w:r>
        <w:t>تو آپ، یہ بہت ہی ضروری بات ہے کہ آپ زندگی کو اس طرح دیکھیں کہ Overall Picture</w:t>
      </w:r>
    </w:p>
    <w:p>
      <w:r>
        <w:rPr>
          <w:b/>
        </w:rPr>
        <w:t xml:space="preserve">[19:45] </w:t>
      </w:r>
      <w:r>
        <w:t>kya hai, us ko dekhen.</w:t>
      </w:r>
    </w:p>
    <w:p>
      <w:pPr>
        <w:jc w:val="right"/>
      </w:pPr>
      <w:r>
        <w:t>کیا ہے، اس کو دیکھیں۔</w:t>
      </w:r>
    </w:p>
    <w:p>
      <w:r>
        <w:rPr>
          <w:b/>
        </w:rPr>
        <w:t xml:space="preserve">[19:51] </w:t>
      </w:r>
      <w:r>
        <w:t>agar aap aik cheez ko single out kar ke dekhenge to kabhi bhi sahi rai nahin bana payenge.</w:t>
      </w:r>
    </w:p>
    <w:p>
      <w:pPr>
        <w:jc w:val="right"/>
      </w:pPr>
      <w:r>
        <w:t>اگر آپ ایک چیز کو سنگل آؤٹ کر کے دیکھیں گے تو کبھی بھی صحیح رائے نہیں بنا پائیں گے۔</w:t>
      </w:r>
    </w:p>
    <w:p>
      <w:r>
        <w:rPr>
          <w:b/>
        </w:rPr>
        <w:t xml:space="preserve">[19:57] </w:t>
      </w:r>
      <w:r>
        <w:t>ke jis tareekh ko khurana ko reject kiya gaya tha, bas us din ko dekhen aap, un ki</w:t>
      </w:r>
    </w:p>
    <w:p>
      <w:pPr>
        <w:jc w:val="right"/>
      </w:pPr>
      <w:r>
        <w:t>کہ جس تاریخ کو کھرانا کو ریجیکٹ کیا گیا تھا، بس اس دن کو دیکھیں آپ، ان کی</w:t>
      </w:r>
    </w:p>
    <w:p>
      <w:r>
        <w:rPr>
          <w:b/>
        </w:rPr>
        <w:t xml:space="preserve">[20:03] </w:t>
      </w:r>
      <w:r>
        <w:t>poori zindagi mein wahi aik cheez le len aap.</w:t>
      </w:r>
    </w:p>
    <w:p>
      <w:pPr>
        <w:jc w:val="right"/>
      </w:pPr>
      <w:r>
        <w:t>پوری زندگی میں وہی ایک چیز لے لیں آپ۔</w:t>
      </w:r>
    </w:p>
    <w:p>
      <w:r>
        <w:rPr>
          <w:b/>
        </w:rPr>
        <w:t xml:space="preserve">[20:09] </w:t>
      </w:r>
      <w:r>
        <w:t>dekho bhai, khurana jo tha, MSC tha, us ko university ne nahin liya.</w:t>
      </w:r>
    </w:p>
    <w:p>
      <w:pPr>
        <w:jc w:val="right"/>
      </w:pPr>
      <w:r>
        <w:t>دیکھو بھئی، کھرانا جو تھا، ایم ایس سی تھا، اس کو یونیورسٹی نے نہیں لیا۔</w:t>
      </w:r>
    </w:p>
    <w:p>
      <w:r>
        <w:rPr>
          <w:b/>
        </w:rPr>
        <w:t xml:space="preserve">[20:15] </w:t>
      </w:r>
      <w:r>
        <w:t>isi ko ghumate phirate rahen. lekin</w:t>
      </w:r>
    </w:p>
    <w:p>
      <w:pPr>
        <w:jc w:val="right"/>
      </w:pPr>
      <w:r>
        <w:t>اسی کو گھماتے پھراتے رہیں۔ لیکن</w:t>
      </w:r>
    </w:p>
    <w:p>
      <w:r>
        <w:rPr>
          <w:b/>
        </w:rPr>
        <w:t xml:space="preserve">[20:21] </w:t>
      </w:r>
      <w:r>
        <w:t>Overall dekhenge, Overall Picture jo hai, kis tarah un ke andar Incentive nawa paida hua, kis tarah</w:t>
      </w:r>
    </w:p>
    <w:p>
      <w:pPr>
        <w:jc w:val="right"/>
      </w:pPr>
      <w:r>
        <w:t>Overall دیکھیں گے، Overall Picture جو ہے، کس طرح ان کے اندر Incentive نوا پیدا ہوا، کس طرح</w:t>
      </w:r>
    </w:p>
    <w:p>
      <w:r>
        <w:rPr>
          <w:b/>
        </w:rPr>
        <w:t xml:space="preserve">[20:29] </w:t>
      </w:r>
      <w:r>
        <w:t>yahan se wahan gaye, Study ki, kis tarah taraqqi ki, yahan tak ke top par pahunch gaye.</w:t>
      </w:r>
    </w:p>
    <w:p>
      <w:pPr>
        <w:jc w:val="right"/>
      </w:pPr>
      <w:r>
        <w:t>یہاں سے وہاں گئے، Study کی، کس طرح ترقی کی، یہاں تک کہ ٹاپ پر پہنچ گئے۔</w:t>
      </w:r>
    </w:p>
    <w:p>
      <w:r>
        <w:rPr>
          <w:b/>
        </w:rPr>
        <w:t xml:space="preserve">[20:36] </w:t>
      </w:r>
      <w:r>
        <w:t>to insani mamlaat ko dekhiye, Overall Picture samne rakh kar dekhna parega.</w:t>
      </w:r>
    </w:p>
    <w:p>
      <w:pPr>
        <w:jc w:val="right"/>
      </w:pPr>
      <w:r>
        <w:t>تو انسانی معاملات کو دیکھیے، Overall Picture سامنے رکھ کر دیکھنا پڑے گا۔</w:t>
      </w:r>
    </w:p>
    <w:p>
      <w:r>
        <w:rPr>
          <w:b/>
        </w:rPr>
        <w:t xml:space="preserve">[20:44] </w:t>
      </w:r>
      <w:r>
        <w:t>kisi aik single waqe ko le kar agar aap Explain karna chahen to kabhi Explain nahin kar sakenge.</w:t>
      </w:r>
    </w:p>
    <w:p>
      <w:pPr>
        <w:jc w:val="right"/>
      </w:pPr>
      <w:r>
        <w:t>کسی ایک سنگل واقعے کو لے کر اگر آپ Explain کرنا چاہیں تو کبھی Explain نہیں کر سکیں گے۔</w:t>
      </w:r>
    </w:p>
    <w:p>
      <w:r>
        <w:rPr>
          <w:b/>
        </w:rPr>
        <w:t xml:space="preserve">[20:51] </w:t>
      </w:r>
      <w:r>
        <w:t>Aur ek cheez se bachna hai hamein ke Personalized Explanation bhi sahi nahin hoga. Ke mujh par ek cheez beeti hai to bas usi ko le kar ke main raaye banaun. Poori Humanity ko le kar dekhna padega. Poori Humanity ko dekh ke likhna padega. Jis ko main keh raha hoon Overall Picture. Main apna</w:t>
      </w:r>
    </w:p>
    <w:p>
      <w:pPr>
        <w:jc w:val="right"/>
      </w:pPr>
      <w:r>
        <w:t>اور ایک چیز سے بچنا ہے ہمیں کہ Personalized Explanation بھی صحیح نہیں ہوگا۔ کہ مجھ پر ایک چیز بیتی ہے تو بس اسی کو لے کر کے میں رائے بناؤں۔ پوری Humanity کو لے کر دیکھنا پڑے گا۔ پوری Humanity کو دیکھ کے لکھنا پڑے گا۔ جس کو میں کہہ رہا ہوں Overall Picture۔ میں اپنا</w:t>
      </w:r>
    </w:p>
    <w:p>
      <w:r>
        <w:rPr>
          <w:b/>
        </w:rPr>
        <w:t xml:space="preserve">[21:21] </w:t>
      </w:r>
      <w:r>
        <w:t>ek waqia bataunga aap ko. Ke mujhe dekhiye yeh hath mein, mujhe Electric Burn ho gaya. Yeh sara hath kharab ho gaya yahan se yahan tak. Electric Burn. Chhe mahine tak main kisi doctor ke Treatment mein tha to woh chhe mahine tak Dressing karte rahe aur acha nahin hota tha woh. Yahan par Cavity ho gayi. Lagta tha ke hamesha ke liye Cavity rahegi. Yeh Cavity kabhi kh</w:t>
      </w:r>
    </w:p>
    <w:p>
      <w:pPr>
        <w:jc w:val="right"/>
      </w:pPr>
      <w:r>
        <w:t>ایک واقعہ بتاؤں گا آپ کو۔ کہ مجھے دیکھیے یہ ہاتھ میں، مجھے Electric Burn ہو گیا۔ یہ سارا ہاتھ خراب ہو گیا یہاں سے یہاں تک۔ Electric Burn۔ چھ مہینے تک میں کسی ڈاکٹر کے Treatment میں تھا تو وہ چھ مہینے تک Dressing کرتے رہے۔ اور اچھا نہیں ہوتا تھا وہ۔ یہاں پر Cavity ہو گئی۔ لگتا تھا کہ ہمیشہ کے لیے Cavity رہے گی۔ یہ Cavity کبھی خ</w:t>
      </w:r>
    </w:p>
    <w:p>
      <w:r>
        <w:rPr>
          <w:b/>
        </w:rPr>
        <w:t xml:space="preserve">[21:51] </w:t>
      </w:r>
      <w:r>
        <w:t>tum nahin hogi.</w:t>
      </w:r>
    </w:p>
    <w:p>
      <w:pPr>
        <w:jc w:val="right"/>
      </w:pPr>
      <w:r>
        <w:t>تم نہیں ہوگی۔</w:t>
      </w:r>
    </w:p>
    <w:p>
      <w:r>
        <w:rPr>
          <w:b/>
        </w:rPr>
        <w:t xml:space="preserve">[21:54] </w:t>
      </w:r>
      <w:r>
        <w:t>to phir kisi tareeqay se mein Safdar Jang Hospital mein gaya.</w:t>
      </w:r>
    </w:p>
    <w:p>
      <w:pPr>
        <w:jc w:val="right"/>
      </w:pPr>
      <w:r>
        <w:t>تو پھر کسی طریقے سے میں صفدر جنگ Hospital میں گیا۔</w:t>
      </w:r>
    </w:p>
    <w:p>
      <w:r>
        <w:rPr>
          <w:b/>
        </w:rPr>
        <w:t xml:space="preserve">[21:57] </w:t>
      </w:r>
      <w:r>
        <w:t>wahan aik expert tha, us ne dekha.</w:t>
      </w:r>
    </w:p>
    <w:p>
      <w:pPr>
        <w:jc w:val="right"/>
      </w:pPr>
      <w:r>
        <w:t>وہاں ایک Expert تھا، اس نے دیکھا۔</w:t>
      </w:r>
    </w:p>
    <w:p>
      <w:r>
        <w:rPr>
          <w:b/>
        </w:rPr>
        <w:t xml:space="preserve">[22:01] </w:t>
      </w:r>
      <w:r>
        <w:t>us ne kaha ke yeh kya aap kya kar rahe hain aap? time waste kar ke kya aap</w:t>
      </w:r>
    </w:p>
    <w:p>
      <w:pPr>
        <w:jc w:val="right"/>
      </w:pPr>
      <w:r>
        <w:t>اس نے کہا کہ یہ کیا آپ کیا کر رہے ہیں آپ؟ Time Waste کر کے کیا آپ</w:t>
      </w:r>
    </w:p>
    <w:p>
      <w:r>
        <w:rPr>
          <w:b/>
        </w:rPr>
        <w:t xml:space="preserve">[22:04] </w:t>
      </w:r>
      <w:r>
        <w:t>ne? chhay mahinay.</w:t>
      </w:r>
    </w:p>
    <w:p>
      <w:pPr>
        <w:jc w:val="right"/>
      </w:pPr>
      <w:r>
        <w:t>نے؟ چھ مہینہ۔</w:t>
      </w:r>
    </w:p>
    <w:p>
      <w:r>
        <w:rPr>
          <w:b/>
        </w:rPr>
        <w:t xml:space="preserve">[22:07] </w:t>
      </w:r>
      <w:r>
        <w:t>abhi aap hamare hospital mein admit ho jaiye.</w:t>
      </w:r>
    </w:p>
    <w:p>
      <w:pPr>
        <w:jc w:val="right"/>
      </w:pPr>
      <w:r>
        <w:t>ابھی آپ ہمارے Hospital میں Admit ہو جائیے۔</w:t>
      </w:r>
    </w:p>
    <w:p>
      <w:r>
        <w:rPr>
          <w:b/>
        </w:rPr>
        <w:t xml:space="preserve">[22:10] </w:t>
      </w:r>
      <w:r>
        <w:t>yeh to plastic surgery ka case hai.</w:t>
      </w:r>
    </w:p>
    <w:p>
      <w:pPr>
        <w:jc w:val="right"/>
      </w:pPr>
      <w:r>
        <w:t>یہ تو Plastic Surgery کا Case ہے۔</w:t>
      </w:r>
    </w:p>
    <w:p>
      <w:r>
        <w:rPr>
          <w:b/>
        </w:rPr>
        <w:t xml:space="preserve">[22:13] </w:t>
      </w:r>
      <w:r>
        <w:t>dressing ka case nahi hai yeh.</w:t>
      </w:r>
    </w:p>
    <w:p>
      <w:pPr>
        <w:jc w:val="right"/>
      </w:pPr>
      <w:r>
        <w:t>Dressing کا Case نہیں ہے یہ۔</w:t>
      </w:r>
    </w:p>
    <w:p>
      <w:r>
        <w:rPr>
          <w:b/>
        </w:rPr>
        <w:t xml:space="preserve">[22:16] </w:t>
      </w:r>
      <w:r>
        <w:t>ab bataiye ke chhay mahinay tak yeh dressing mein karwata raha, yahan tak ke cavity ho gayi.</w:t>
      </w:r>
    </w:p>
    <w:p>
      <w:pPr>
        <w:jc w:val="right"/>
      </w:pPr>
      <w:r>
        <w:t>اب بتائیں کہ چھ مہینے تک یہ Dressing میں کرواتا رہا، یہاں تک کہ Cavity ہو گئی۔</w:t>
      </w:r>
    </w:p>
    <w:p>
      <w:r>
        <w:rPr>
          <w:b/>
        </w:rPr>
        <w:t xml:space="preserve">[22:19] </w:t>
      </w:r>
      <w:r>
        <w:t>aur lagta tha ke haath hi kharab ho jayega.</w:t>
      </w:r>
    </w:p>
    <w:p>
      <w:pPr>
        <w:jc w:val="right"/>
      </w:pPr>
      <w:r>
        <w:t>اور لگتا تھا کہ ہاتھ ہی خراب ہو جائے گا۔</w:t>
      </w:r>
    </w:p>
    <w:p>
      <w:r>
        <w:rPr>
          <w:b/>
        </w:rPr>
        <w:t xml:space="preserve">[22:22] </w:t>
      </w:r>
      <w:r>
        <w:t>To yeh yeh case tha Plastic Surgery ka. Main samajhta tha mere doctor ke yeh Dressing ka case hai. Wrong Angle se dekh rahe the. Ab is ke baad jo wahan par jo meri woh woh hui, Plastic Surgery hui, ab mera hath bilkul Normal ho gaya, bilkul theek ho gaya. Agar main isi mein pada rehta to hamesha ke liye mera hath kharab ho jata. To kisi b</w:t>
      </w:r>
    </w:p>
    <w:p>
      <w:pPr>
        <w:jc w:val="right"/>
      </w:pPr>
      <w:r>
        <w:t>تو یہ یہ Case تھا Plastic Surgery کا۔ میں سمجھتا تھا میرے ڈاکٹر کہ یہ Dressing کا Case ہے۔ Wrong Angle سے دیکھ رہے تھے۔ اب اس کے بعد جو وہاں پر جو میری وہ وہ ہوئی، Plastic Surgery ہوئی، اب میرا ہاتھ بالکل Normal ہو گیا، بالکل ٹھیک ہو گیا۔ اگر میں اسی میں پڑا رہتا تو ہمیشہ کے لیے میرا ہاتھ خراب ہو جاتا۔ تو کسی ب</w:t>
      </w:r>
    </w:p>
    <w:p>
      <w:r>
        <w:rPr>
          <w:b/>
        </w:rPr>
        <w:t xml:space="preserve">[22:52] </w:t>
      </w:r>
      <w:r>
        <w:t>aat ko samajhne ke liye dekhiye, bohat ziyada door tak dekhna padta hai.</w:t>
      </w:r>
    </w:p>
    <w:p>
      <w:pPr>
        <w:jc w:val="right"/>
      </w:pPr>
      <w:r>
        <w:t>ات کو سمجھنے کے لیے دیکھیے، بہت زیادہ دور تک دیکھنا پڑتا ہے۔</w:t>
      </w:r>
    </w:p>
    <w:p>
      <w:r>
        <w:rPr>
          <w:b/>
        </w:rPr>
        <w:t xml:space="preserve">[22:58] </w:t>
      </w:r>
      <w:r>
        <w:t>aap kisi baat ko is tarah nahi samajh sakte.</w:t>
      </w:r>
    </w:p>
    <w:p>
      <w:pPr>
        <w:jc w:val="right"/>
      </w:pPr>
      <w:r>
        <w:t>آپ کسی بات کو اس طرح نہیں سمجھ سکتے۔</w:t>
      </w:r>
    </w:p>
    <w:p>
      <w:r>
        <w:rPr>
          <w:b/>
        </w:rPr>
        <w:t xml:space="preserve">[23:04] </w:t>
      </w:r>
      <w:r>
        <w:t>to is duniya ka jo Khuda ne jo master, is duniya ka aik aik creation plan hai, jis</w:t>
      </w:r>
    </w:p>
    <w:p>
      <w:pPr>
        <w:jc w:val="right"/>
      </w:pPr>
      <w:r>
        <w:t>تو اس دنیا کا جو خدا نے جو Master، اس دنیا کا ایک ایک Creation Plan ہے، جس</w:t>
      </w:r>
    </w:p>
    <w:p>
      <w:r>
        <w:rPr>
          <w:b/>
        </w:rPr>
        <w:t xml:space="preserve">[23:10] </w:t>
      </w:r>
      <w:r>
        <w:t>ko aap yani master plan keh sakte hain Khuda ka, us mein mein aik shakhs hoon.</w:t>
      </w:r>
    </w:p>
    <w:p>
      <w:pPr>
        <w:jc w:val="right"/>
      </w:pPr>
      <w:r>
        <w:t>کو آپ یعنی Master Plan کہہ سکتے ہیں خدا کا، اس میں میں ایک شخص ہوں۔</w:t>
      </w:r>
    </w:p>
    <w:p>
      <w:r>
        <w:rPr>
          <w:b/>
        </w:rPr>
        <w:t xml:space="preserve">[23:16] </w:t>
      </w:r>
      <w:r>
        <w:t>to mein apne aap</w:t>
      </w:r>
    </w:p>
    <w:p>
      <w:pPr>
        <w:jc w:val="right"/>
      </w:pPr>
      <w:r>
        <w:t>تو میں اپنے آپ</w:t>
      </w:r>
    </w:p>
    <w:p>
      <w:r>
        <w:rPr>
          <w:b/>
        </w:rPr>
        <w:t xml:space="preserve">[23:22] </w:t>
      </w:r>
      <w:r>
        <w:t>ko le kar ke explain nahi kar sakta poori humanity ko.</w:t>
      </w:r>
    </w:p>
    <w:p>
      <w:pPr>
        <w:jc w:val="right"/>
      </w:pPr>
      <w:r>
        <w:t>کو لے کر کے Explain نہیں کر سکتا پوری Humanity کو۔</w:t>
      </w:r>
    </w:p>
    <w:p>
      <w:r>
        <w:rPr>
          <w:b/>
        </w:rPr>
        <w:t xml:space="preserve">[23:28] </w:t>
      </w:r>
      <w:r>
        <w:t>master plan jo Khuda ka hai us ko le kar dekhna padega.</w:t>
      </w:r>
    </w:p>
    <w:p>
      <w:pPr>
        <w:jc w:val="right"/>
      </w:pPr>
      <w:r>
        <w:t>Master Plan جو خدا کا ہے اس کو لے کر دیکھنا پڑے گا۔</w:t>
      </w:r>
    </w:p>
    <w:p>
      <w:r>
        <w:rPr>
          <w:b/>
        </w:rPr>
        <w:t xml:space="preserve">[23:35] </w:t>
      </w:r>
      <w:r>
        <w:t>to master plan kya hai? master plan yeh hai ke Khuda ne insaan ko mind diya hai.</w:t>
      </w:r>
    </w:p>
    <w:p>
      <w:pPr>
        <w:jc w:val="right"/>
      </w:pPr>
      <w:r>
        <w:t>تو Master Plan کیا ہے؟ Master Plan یہ ہے کہ خدا نے انسان کو Mind دیا ہے۔</w:t>
      </w:r>
    </w:p>
    <w:p>
      <w:r>
        <w:rPr>
          <w:b/>
        </w:rPr>
        <w:t xml:space="preserve">[23:41] </w:t>
      </w:r>
      <w:r>
        <w:t>mind mein unlimited potential bhar diya hai.</w:t>
      </w:r>
    </w:p>
    <w:p>
      <w:pPr>
        <w:jc w:val="right"/>
      </w:pPr>
      <w:r>
        <w:t>Mind میں Unlimited Potential بھر دیا ہے۔</w:t>
      </w:r>
    </w:p>
    <w:p>
      <w:r>
        <w:rPr>
          <w:b/>
        </w:rPr>
        <w:t xml:space="preserve">[23:47] </w:t>
      </w:r>
      <w:r>
        <w:t>mind ke andar insaan ke Khuda ne unlimited potential bhar diya</w:t>
      </w:r>
    </w:p>
    <w:p>
      <w:pPr>
        <w:jc w:val="right"/>
      </w:pPr>
      <w:r>
        <w:t>Mind کے اندر انسان کے خدا نے Unlimited Potential بھر دیا</w:t>
      </w:r>
    </w:p>
    <w:p>
      <w:r>
        <w:rPr>
          <w:b/>
        </w:rPr>
        <w:t xml:space="preserve">[23:53] </w:t>
      </w:r>
      <w:r>
        <w:t>hai.</w:t>
      </w:r>
    </w:p>
    <w:p>
      <w:pPr>
        <w:jc w:val="right"/>
      </w:pPr>
      <w:r>
        <w:t>ہے۔</w:t>
      </w:r>
    </w:p>
    <w:p>
      <w:r>
        <w:rPr>
          <w:b/>
        </w:rPr>
        <w:t xml:space="preserve">[23:57] </w:t>
      </w:r>
      <w:r>
        <w:t>ab Khuda kya chahta hai ke is is is potential ko hum actual banayein.</w:t>
      </w:r>
    </w:p>
    <w:p>
      <w:pPr>
        <w:jc w:val="right"/>
      </w:pPr>
      <w:r>
        <w:t>اب خدا کیا چاہتا ہے کہ اس اس اس Potential کو ہم Actual بنائیں۔</w:t>
      </w:r>
    </w:p>
    <w:p>
      <w:r>
        <w:rPr>
          <w:b/>
        </w:rPr>
        <w:t xml:space="preserve">[24:01] </w:t>
      </w:r>
      <w:r>
        <w:t>jaise Khuda ne zameen mein ore de diya, ore hi ore.</w:t>
      </w:r>
    </w:p>
    <w:p>
      <w:pPr>
        <w:jc w:val="right"/>
      </w:pPr>
      <w:r>
        <w:t>جیسے خدا نے زمین میں Ore دے دیا، Ore ہی Ore۔</w:t>
      </w:r>
    </w:p>
    <w:p>
      <w:r>
        <w:rPr>
          <w:b/>
        </w:rPr>
        <w:t xml:space="preserve">[24:06] </w:t>
      </w:r>
      <w:r>
        <w:t>yani kacha loha.</w:t>
      </w:r>
    </w:p>
    <w:p>
      <w:pPr>
        <w:jc w:val="right"/>
      </w:pPr>
      <w:r>
        <w:t>یعنی کچا لوہا۔</w:t>
      </w:r>
    </w:p>
    <w:p>
      <w:r>
        <w:rPr>
          <w:b/>
        </w:rPr>
        <w:t xml:space="preserve">[24:10] </w:t>
      </w:r>
      <w:r>
        <w:t>to bas kacha loha is mein daal diya zameen mein Khuda ne.</w:t>
      </w:r>
    </w:p>
    <w:p>
      <w:pPr>
        <w:jc w:val="right"/>
      </w:pPr>
      <w:r>
        <w:t>تو بس کچا لوہا اس میں ڈال دیا زمین میں خدا نے۔</w:t>
      </w:r>
    </w:p>
    <w:p>
      <w:r>
        <w:rPr>
          <w:b/>
        </w:rPr>
        <w:t xml:space="preserve">[24:14] </w:t>
      </w:r>
      <w:r>
        <w:t>ab Khuda kya chahta tha? apne mind ko istemal kar ke hum is ore ko iron banayein, phir</w:t>
      </w:r>
    </w:p>
    <w:p>
      <w:pPr>
        <w:jc w:val="right"/>
      </w:pPr>
      <w:r>
        <w:t>اب خدا کیا چاہتا تھا؟ اپنے Mind کو استعمال کر کے ہم اس Ore کو Iron بنائیں، پھر</w:t>
      </w:r>
    </w:p>
    <w:p>
      <w:r>
        <w:rPr>
          <w:b/>
        </w:rPr>
        <w:t xml:space="preserve">[24:19] </w:t>
      </w:r>
      <w:r>
        <w:t>steel banayen, phir aur mila kar is mein is ke andar</w:t>
      </w:r>
    </w:p>
    <w:p>
      <w:pPr>
        <w:jc w:val="right"/>
      </w:pPr>
      <w:r>
        <w:t>Steel بنائیں، پھر اور ملا کر اس میں اس کے اندر</w:t>
      </w:r>
    </w:p>
    <w:p>
      <w:r>
        <w:rPr>
          <w:b/>
        </w:rPr>
        <w:t xml:space="preserve">[24:23] </w:t>
      </w:r>
      <w:r>
        <w:t>aisi quality paida karen ke bari machine ban sakain is se hum, bari bari bridge bana sakain is se hum.</w:t>
      </w:r>
    </w:p>
    <w:p>
      <w:pPr>
        <w:jc w:val="right"/>
      </w:pPr>
      <w:r>
        <w:t>ایسی Quality پیدا کریں کہ بڑی مشینیں بنا سکیں اس سے ہم، بڑی بڑی Bridge بنا سکیں اس سے ہم۔</w:t>
      </w:r>
    </w:p>
    <w:p>
      <w:r>
        <w:rPr>
          <w:b/>
        </w:rPr>
        <w:t xml:space="preserve">[24:28] </w:t>
      </w:r>
      <w:r>
        <w:t>to ore ko steel banana yeh insan ke mind ka kaam hai.</w:t>
      </w:r>
    </w:p>
    <w:p>
      <w:pPr>
        <w:jc w:val="right"/>
      </w:pPr>
      <w:r>
        <w:t>تو Ore کو Steel بنانا یہ انسان کے Mind کا کام ہے۔</w:t>
      </w:r>
    </w:p>
    <w:p>
      <w:r>
        <w:rPr>
          <w:b/>
        </w:rPr>
        <w:t xml:space="preserve">[24:33] </w:t>
      </w:r>
      <w:r>
        <w:t>isi liye mind diya hai Khuda ne.</w:t>
      </w:r>
    </w:p>
    <w:p>
      <w:pPr>
        <w:jc w:val="right"/>
      </w:pPr>
      <w:r>
        <w:t>اسی لیے Mind دیا ہے خدا نے۔</w:t>
      </w:r>
    </w:p>
    <w:p>
      <w:r>
        <w:rPr>
          <w:b/>
        </w:rPr>
        <w:t xml:space="preserve">[24:38] </w:t>
      </w:r>
      <w:r>
        <w:t>to insan se Khuda jo chahta hai woh yeh hai ke is ke intellectual potential ko unfold karna.</w:t>
      </w:r>
    </w:p>
    <w:p>
      <w:pPr>
        <w:jc w:val="right"/>
      </w:pPr>
      <w:r>
        <w:t>تو انسان سے خدا جو چاہتا ہے وہ یہ ہے کہ اس کے Intellectual Potential کو Unfold کرنا۔</w:t>
      </w:r>
    </w:p>
    <w:p>
      <w:r>
        <w:rPr>
          <w:b/>
        </w:rPr>
        <w:t xml:space="preserve">[24:43] </w:t>
      </w:r>
      <w:r>
        <w:t>yeh insan ko khud karna hai yeh.</w:t>
      </w:r>
    </w:p>
    <w:p>
      <w:pPr>
        <w:jc w:val="right"/>
      </w:pPr>
      <w:r>
        <w:t>یہ انسان کو خود کرنا ہے یہ۔</w:t>
      </w:r>
    </w:p>
    <w:p>
      <w:r>
        <w:rPr>
          <w:b/>
        </w:rPr>
        <w:t xml:space="preserve">[24:48] </w:t>
      </w:r>
      <w:r>
        <w:t>to is mein wohi hoga</w:t>
      </w:r>
    </w:p>
    <w:p>
      <w:pPr>
        <w:jc w:val="right"/>
      </w:pPr>
      <w:r>
        <w:t>تو اس میں وہی ہوگا</w:t>
      </w:r>
    </w:p>
    <w:p>
      <w:r>
        <w:rPr>
          <w:b/>
        </w:rPr>
        <w:t xml:space="preserve">[24:53] </w:t>
      </w:r>
      <w:r>
        <w:t>ke trial and error.</w:t>
      </w:r>
    </w:p>
    <w:p>
      <w:pPr>
        <w:jc w:val="right"/>
      </w:pPr>
      <w:r>
        <w:t>کہ Trial and Error۔</w:t>
      </w:r>
    </w:p>
    <w:p>
      <w:r>
        <w:rPr>
          <w:b/>
        </w:rPr>
        <w:t xml:space="preserve">[24:57] </w:t>
      </w:r>
      <w:r>
        <w:t>aadmi koshish karega, kabhi girega, kabhi uthega, kabhi koi loss hoga, kabhi faida hoga.</w:t>
      </w:r>
    </w:p>
    <w:p>
      <w:pPr>
        <w:jc w:val="right"/>
      </w:pPr>
      <w:r>
        <w:t>آدمی کوشش کرے گا، کبھی گرے گا، کبھی اٹھے گا، کبھی کوئی لاس ہوگا، کبھی فائدہ ہوگا۔</w:t>
      </w:r>
    </w:p>
    <w:p>
      <w:r>
        <w:rPr>
          <w:b/>
        </w:rPr>
        <w:t xml:space="preserve">[25:02] </w:t>
      </w:r>
      <w:r>
        <w:t>yahan tak ke woh bohat bari progress hasil kar lega.</w:t>
      </w:r>
    </w:p>
    <w:p>
      <w:pPr>
        <w:jc w:val="right"/>
      </w:pPr>
      <w:r>
        <w:t>یہاں تک کہ وہ بہت بڑی Progress حاصل کر لے گا۔</w:t>
      </w:r>
    </w:p>
    <w:p>
      <w:r>
        <w:rPr>
          <w:b/>
        </w:rPr>
        <w:t xml:space="preserve">[25:06] </w:t>
      </w:r>
      <w:r>
        <w:t>aap civilization ki aap history parhen.</w:t>
      </w:r>
    </w:p>
    <w:p>
      <w:pPr>
        <w:jc w:val="right"/>
      </w:pPr>
      <w:r>
        <w:t>آپ Civilization کی آپ History پڑھیں۔</w:t>
      </w:r>
    </w:p>
    <w:p>
      <w:r>
        <w:rPr>
          <w:b/>
        </w:rPr>
        <w:t xml:space="preserve">[25:10] </w:t>
      </w:r>
      <w:r>
        <w:t>civilization ki history parhen to yahi aap ko scene dikhai dega.</w:t>
      </w:r>
    </w:p>
    <w:p>
      <w:pPr>
        <w:jc w:val="right"/>
      </w:pPr>
      <w:r>
        <w:t>Civilization کی History پڑھیں تو یہی آپ کو سین دکھائی دے گا۔</w:t>
      </w:r>
    </w:p>
    <w:p>
      <w:r>
        <w:rPr>
          <w:b/>
        </w:rPr>
        <w:t xml:space="preserve">[25:14] </w:t>
      </w:r>
      <w:r>
        <w:t>kaha jata hai ke civilization ki history jo hai woh is waqt shuru hui jab ke insan ne</w:t>
      </w:r>
    </w:p>
    <w:p>
      <w:pPr>
        <w:jc w:val="right"/>
      </w:pPr>
      <w:r>
        <w:t>کہا جاتا ہے کہ Civilization کی History جو ہے وہ اس وقت شروع ہوئی جب کہ انسان نے</w:t>
      </w:r>
    </w:p>
    <w:p>
      <w:r>
        <w:rPr>
          <w:b/>
        </w:rPr>
        <w:t xml:space="preserve">[25:19] </w:t>
      </w:r>
      <w:r>
        <w:t>wheel discover kiya, wheel invent kiya</w:t>
      </w:r>
    </w:p>
    <w:p>
      <w:pPr>
        <w:jc w:val="right"/>
      </w:pPr>
      <w:r>
        <w:t>Wheel Discover کیا، Wheel Invent کیا</w:t>
      </w:r>
    </w:p>
    <w:p>
      <w:r>
        <w:rPr>
          <w:b/>
        </w:rPr>
        <w:t xml:space="preserve">[25:23] </w:t>
      </w:r>
      <w:r>
        <w:t>pahiya.</w:t>
      </w:r>
    </w:p>
    <w:p>
      <w:pPr>
        <w:jc w:val="right"/>
      </w:pPr>
      <w:r>
        <w:t>، پہیہ۔</w:t>
      </w:r>
    </w:p>
    <w:p>
      <w:r>
        <w:rPr>
          <w:b/>
        </w:rPr>
        <w:t xml:space="preserve">[25:28] </w:t>
      </w:r>
      <w:r>
        <w:t>jab pahiya insan ne discover kiya tha ya invent kiya tha, us waqt se aaj kahan tak pohanch</w:t>
      </w:r>
    </w:p>
    <w:p>
      <w:pPr>
        <w:jc w:val="right"/>
      </w:pPr>
      <w:r>
        <w:t>جب پہیہ انسان نے Discover کیا تھا یا Invent کیا تھا، اس وقت سے آج کہاں تک پہنچ</w:t>
      </w:r>
    </w:p>
    <w:p>
      <w:r>
        <w:rPr>
          <w:b/>
        </w:rPr>
        <w:t xml:space="preserve">[25:33] </w:t>
      </w:r>
      <w:r>
        <w:t>chuki hai yeh civilization? ek lambi journey hai, yeh lamba safar hai.</w:t>
      </w:r>
    </w:p>
    <w:p>
      <w:pPr>
        <w:jc w:val="right"/>
      </w:pPr>
      <w:r>
        <w:t>چکی ہے یہ Civilization؟ ایک لمبی Journey ہے، یہ لمبا سفر ہے۔</w:t>
      </w:r>
    </w:p>
    <w:p>
      <w:r>
        <w:rPr>
          <w:b/>
        </w:rPr>
        <w:t xml:space="preserve">[25:38] </w:t>
      </w:r>
      <w:r>
        <w:t>yeh kaise hua? insan ne apne potential ko actual banaya.</w:t>
      </w:r>
    </w:p>
    <w:p>
      <w:pPr>
        <w:jc w:val="right"/>
      </w:pPr>
      <w:r>
        <w:t>یہ کیسے ہوا؟ انسان نے اپنے Potential کو Actual بنایا۔</w:t>
      </w:r>
    </w:p>
    <w:p>
      <w:r>
        <w:rPr>
          <w:b/>
        </w:rPr>
        <w:t xml:space="preserve">[25:43] </w:t>
      </w:r>
      <w:r>
        <w:t>to Khuda ne insan ko ek bohat hi unique cheez di hai, woh hai mind.</w:t>
      </w:r>
    </w:p>
    <w:p>
      <w:pPr>
        <w:jc w:val="right"/>
      </w:pPr>
      <w:r>
        <w:t>تو خدا نے انسان کو ایک بہت ہی Unique چیز دی ہے، وہ ہے Mind۔</w:t>
      </w:r>
    </w:p>
    <w:p>
      <w:r>
        <w:rPr>
          <w:b/>
        </w:rPr>
        <w:t xml:space="preserve">[25:48] </w:t>
      </w:r>
      <w:r>
        <w:t>jo star mein nahin, woh planet mein nahin, mountain</w:t>
      </w:r>
    </w:p>
    <w:p>
      <w:pPr>
        <w:jc w:val="right"/>
      </w:pPr>
      <w:r>
        <w:t>جو اسٹار میں نہیں، وہ Planet میں نہیں، Mountain</w:t>
      </w:r>
    </w:p>
    <w:p>
      <w:r>
        <w:rPr>
          <w:b/>
        </w:rPr>
        <w:t xml:space="preserve">[25:53] </w:t>
      </w:r>
      <w:r>
        <w:t>mein nahin, ocean mein nahin.</w:t>
      </w:r>
    </w:p>
    <w:p>
      <w:pPr>
        <w:jc w:val="right"/>
      </w:pPr>
      <w:r>
        <w:t>میں نہیں، Ocean میں نہیں۔</w:t>
      </w:r>
    </w:p>
    <w:p>
      <w:r>
        <w:rPr>
          <w:b/>
        </w:rPr>
        <w:t xml:space="preserve">[25:59] </w:t>
      </w:r>
      <w:r>
        <w:t>yeh hamara apna kaam hai ke hum apne mind ke potential ko explore karen, is ko unfold karen,</w:t>
      </w:r>
    </w:p>
    <w:p>
      <w:pPr>
        <w:jc w:val="right"/>
      </w:pPr>
      <w:r>
        <w:t>یہ ہمارا اپنا کام ہے کہ ہم اپنے Mind کے Potential کو Explore کریں، اس کو Unfold کریں،</w:t>
      </w:r>
    </w:p>
    <w:p>
      <w:r>
        <w:rPr>
          <w:b/>
        </w:rPr>
        <w:t xml:space="preserve">[26:04] </w:t>
      </w:r>
      <w:r>
        <w:t>aur is potential ko actual banaen.</w:t>
      </w:r>
    </w:p>
    <w:p>
      <w:pPr>
        <w:jc w:val="right"/>
      </w:pPr>
      <w:r>
        <w:t>اور اس Potential کو Actual بنائیں۔</w:t>
      </w:r>
    </w:p>
    <w:p>
      <w:r>
        <w:rPr>
          <w:b/>
        </w:rPr>
        <w:t xml:space="preserve">[26:10] </w:t>
      </w:r>
      <w:r>
        <w:t>to yeh yeh ek lamba process chalega.</w:t>
      </w:r>
    </w:p>
    <w:p>
      <w:pPr>
        <w:jc w:val="right"/>
      </w:pPr>
      <w:r>
        <w:t>تو یہ یہ ایک لمبا Process چلے گا۔</w:t>
      </w:r>
    </w:p>
    <w:p>
      <w:r>
        <w:rPr>
          <w:b/>
        </w:rPr>
        <w:t xml:space="preserve">[26:15] </w:t>
      </w:r>
      <w:r>
        <w:t>is mein woh cheezen bhi hongi jis ko aap suffering kahen ge.</w:t>
      </w:r>
    </w:p>
    <w:p>
      <w:pPr>
        <w:jc w:val="right"/>
      </w:pPr>
      <w:r>
        <w:t>اس میں وہ چیزیں بھی ہوں گی جس کو آپ Suffering کہیں گے۔</w:t>
      </w:r>
    </w:p>
    <w:p>
      <w:r>
        <w:rPr>
          <w:b/>
        </w:rPr>
        <w:t xml:space="preserve">[26:21] </w:t>
      </w:r>
      <w:r>
        <w:t>woh cheezen bhi hon gi jis ko aap Evil kahen ge.</w:t>
      </w:r>
    </w:p>
    <w:p>
      <w:pPr>
        <w:jc w:val="right"/>
      </w:pPr>
      <w:r>
        <w:t>وہ چیزیں بھی ہوں گی جس کو آپ Evil کہیں گے۔</w:t>
      </w:r>
    </w:p>
    <w:p>
      <w:r>
        <w:rPr>
          <w:b/>
        </w:rPr>
        <w:t xml:space="preserve">[26:26] </w:t>
      </w:r>
      <w:r>
        <w:t>lekan aap, yeh Superfluous Thinking hai jo log aisa bolte hain. Superfluous Thinking.</w:t>
      </w:r>
    </w:p>
    <w:p>
      <w:pPr>
        <w:jc w:val="right"/>
      </w:pPr>
      <w:r>
        <w:t>لیکن آپ، یہ Superfluous Thinking ہے جو لوگ ایسا بولتے ہیں۔ Superfluous Thinking۔</w:t>
      </w:r>
    </w:p>
    <w:p>
      <w:r>
        <w:rPr>
          <w:b/>
        </w:rPr>
        <w:t xml:space="preserve">[26:31] </w:t>
      </w:r>
      <w:r>
        <w:t>mein aik Example deta hoon aap ko.</w:t>
      </w:r>
    </w:p>
    <w:p>
      <w:pPr>
        <w:jc w:val="right"/>
      </w:pPr>
      <w:r>
        <w:t>میں ایک Example دیتا ہوں آپ کو۔</w:t>
      </w:r>
    </w:p>
    <w:p>
      <w:r>
        <w:rPr>
          <w:b/>
        </w:rPr>
        <w:t xml:space="preserve">[26:36] </w:t>
      </w:r>
      <w:r>
        <w:t>aik Philosopher thay jo Atheist thay.</w:t>
      </w:r>
    </w:p>
    <w:p>
      <w:pPr>
        <w:jc w:val="right"/>
      </w:pPr>
      <w:r>
        <w:t>ایک Philosopher تھے جو Atheist تھے۔</w:t>
      </w:r>
    </w:p>
    <w:p>
      <w:r>
        <w:rPr>
          <w:b/>
        </w:rPr>
        <w:t xml:space="preserve">[26:41] </w:t>
      </w:r>
      <w:r>
        <w:t>toh un ka kehna tha ke Evil hai dunya mein, aur Evil is baat ka Proof hai ke</w:t>
      </w:r>
    </w:p>
    <w:p>
      <w:pPr>
        <w:jc w:val="right"/>
      </w:pPr>
      <w:r>
        <w:t>تو ان کا کہنا تھا کہ Evil ہے دنیا میں، اور Evil اس بات کا Proof ہے کہ</w:t>
      </w:r>
    </w:p>
    <w:p>
      <w:r>
        <w:rPr>
          <w:b/>
        </w:rPr>
        <w:t xml:space="preserve">[26:46] </w:t>
      </w:r>
      <w:r>
        <w:t>is ka Creator koi nahi hai.</w:t>
      </w:r>
    </w:p>
    <w:p>
      <w:pPr>
        <w:jc w:val="right"/>
      </w:pPr>
      <w:r>
        <w:t>اس کا Creator کوئی نہیں ہے۔</w:t>
      </w:r>
    </w:p>
    <w:p>
      <w:r>
        <w:rPr>
          <w:b/>
        </w:rPr>
        <w:t xml:space="preserve">[26:51] </w:t>
      </w:r>
      <w:r>
        <w:t>agar Creator hota toh Evil na hota dunya</w:t>
      </w:r>
    </w:p>
    <w:p>
      <w:pPr>
        <w:jc w:val="right"/>
      </w:pPr>
      <w:r>
        <w:t>اگر Creator ہوتا تو Evil نہ ہوتا دنیا</w:t>
      </w:r>
    </w:p>
    <w:p>
      <w:r>
        <w:rPr>
          <w:b/>
        </w:rPr>
        <w:t xml:space="preserve">[26:56] </w:t>
      </w:r>
      <w:r>
        <w:t>mein.</w:t>
      </w:r>
    </w:p>
    <w:p>
      <w:pPr>
        <w:jc w:val="right"/>
      </w:pPr>
      <w:r>
        <w:t>میں۔</w:t>
      </w:r>
    </w:p>
    <w:p>
      <w:r>
        <w:rPr>
          <w:b/>
        </w:rPr>
        <w:t xml:space="preserve">[27:04] </w:t>
      </w:r>
      <w:r>
        <w:t>toh Evil ka unhon ne kya Proof diya? unhon ne kaha ke mein das pound Weight ka aik</w:t>
      </w:r>
    </w:p>
    <w:p>
      <w:pPr>
        <w:jc w:val="right"/>
      </w:pPr>
      <w:r>
        <w:t>تو Evil کا انہوں نے کیا Proof دیا؟ انہوں نے کہا کہ میں دس پاؤنڈ Weight کا ایک</w:t>
      </w:r>
    </w:p>
    <w:p>
      <w:r>
        <w:rPr>
          <w:b/>
        </w:rPr>
        <w:t xml:space="preserve">[27:11] </w:t>
      </w:r>
      <w:r>
        <w:t>samaan le kar chala, aur bohat jaldi mein thak gaya.</w:t>
      </w:r>
    </w:p>
    <w:p>
      <w:pPr>
        <w:jc w:val="right"/>
      </w:pPr>
      <w:r>
        <w:t>سامان لے کر چلا، اور بہت جلدی میں تھک گیا۔</w:t>
      </w:r>
    </w:p>
    <w:p>
      <w:r>
        <w:rPr>
          <w:b/>
        </w:rPr>
        <w:t xml:space="preserve">[27:19] </w:t>
      </w:r>
      <w:r>
        <w:t>das pound ke Weight ka aik samaan le kar chala mein apne Bag mein ya kisi cheez mein</w:t>
      </w:r>
    </w:p>
    <w:p>
      <w:pPr>
        <w:jc w:val="right"/>
      </w:pPr>
      <w:r>
        <w:t>دس پاؤنڈ کے Weight کا ایک سامان لے کر چلا میں اپنے Bag میں یا کسی چیز میں</w:t>
      </w:r>
    </w:p>
    <w:p>
      <w:r>
        <w:rPr>
          <w:b/>
        </w:rPr>
        <w:t xml:space="preserve">[27:26] </w:t>
      </w:r>
      <w:r>
        <w:t>, to bohat jaldi thak gaya. apni Destination pohnchne se pehle thak gaya. to unhon ne kaha ke dekho, zameen mein agar Gravity jo rakhi hai, is ke Creator ne agar hai to, ziyada rakh diya. yani Out of Proportion kar diya is Gravity ko. zameen ka Gravitational Pull agar kam hota to bohat aasani se chala jata main. kyunke Gravity hi se to Weight barh</w:t>
      </w:r>
    </w:p>
    <w:p>
      <w:pPr>
        <w:jc w:val="right"/>
      </w:pPr>
      <w:r>
        <w:t>، تو بہت جلدی تھک گیا۔ اپنی Destination پہنچنے سے پہلے تھک گیا۔ تو انہوں نے کہا کہ دیکھو، زمین میں اگر Gravity جو رکھی ہے، اس کے Creator نے اگر ہے تو، زیادہ رکھ دیا۔ یعنی Out of Proportion کر دیا اس Gravity کو۔ زمین کا Gravitational Pull اگر کم ہوتا تو بہت آسانی سے چلا جاتا میں۔ کیونکہ Gravity ہی سے تو Weight بڑھ</w:t>
      </w:r>
    </w:p>
    <w:p>
      <w:r>
        <w:rPr>
          <w:b/>
        </w:rPr>
        <w:t xml:space="preserve">[27:56] </w:t>
      </w:r>
      <w:r>
        <w:t>ta hai.</w:t>
      </w:r>
    </w:p>
    <w:p>
      <w:pPr>
        <w:jc w:val="right"/>
      </w:pPr>
      <w:r>
        <w:t>تا ہے۔</w:t>
      </w:r>
    </w:p>
    <w:p>
      <w:r>
        <w:rPr>
          <w:b/>
        </w:rPr>
        <w:t xml:space="preserve">[28:02] </w:t>
      </w:r>
      <w:r>
        <w:t>ab dekhiye ke yeh jo kahi unhon ne baat, toh unhon ne aik aik Personal Experience ko single out kiya.</w:t>
      </w:r>
    </w:p>
    <w:p>
      <w:pPr>
        <w:jc w:val="right"/>
      </w:pPr>
      <w:r>
        <w:t>اب دیکھیے کہ یہ جو کہی انہوں نے بات، تو انہوں نے ایک ایک Personal Experience کو سنگل آؤٹ کیا۔</w:t>
      </w:r>
    </w:p>
    <w:p>
      <w:r>
        <w:rPr>
          <w:b/>
        </w:rPr>
        <w:t xml:space="preserve">[28:08] </w:t>
      </w:r>
      <w:r>
        <w:t>is ko Generalize kar ke poore is par apply kar diya.</w:t>
      </w:r>
    </w:p>
    <w:p>
      <w:pPr>
        <w:jc w:val="right"/>
      </w:pPr>
      <w:r>
        <w:t>اس کو Generalize کر کے پورے اس پر اپلائی کر دیا۔</w:t>
      </w:r>
    </w:p>
    <w:p>
      <w:r>
        <w:rPr>
          <w:b/>
        </w:rPr>
        <w:t xml:space="preserve">[28:14] </w:t>
      </w:r>
      <w:r>
        <w:t>aur ziyada door tak nahi socha.</w:t>
      </w:r>
    </w:p>
    <w:p>
      <w:pPr>
        <w:jc w:val="right"/>
      </w:pPr>
      <w:r>
        <w:t>اور زیادہ دور تک نہیں سوچا۔</w:t>
      </w:r>
    </w:p>
    <w:p>
      <w:r>
        <w:rPr>
          <w:b/>
        </w:rPr>
        <w:t xml:space="preserve">[28:20] </w:t>
      </w:r>
      <w:r>
        <w:t>kyun ke dekhiye, Gravity agar kam hoti, itni kam ke aap das kilo ke wazan ko</w:t>
      </w:r>
    </w:p>
    <w:p>
      <w:pPr>
        <w:jc w:val="right"/>
      </w:pPr>
      <w:r>
        <w:t>کیونکہ دیکھیے، Gravity اگر کم ہوتی، اتنی کم کہ آپ دس کلو کے وزن کو</w:t>
      </w:r>
    </w:p>
    <w:p>
      <w:r>
        <w:rPr>
          <w:b/>
        </w:rPr>
        <w:t xml:space="preserve">[28:27] </w:t>
      </w:r>
      <w:r>
        <w:t>aise hi le kar chalte jaise ke yeh Paper hai, toh kya hota? yeh hota ke aap chal</w:t>
      </w:r>
    </w:p>
    <w:p>
      <w:pPr>
        <w:jc w:val="right"/>
      </w:pPr>
      <w:r>
        <w:t>ایسے ہی لے کر چلتے جیسے کہ یہ Paper ہے، تو کیا ہوتا؟ یہ ہوتا کہ آپ چل</w:t>
      </w:r>
    </w:p>
    <w:p>
      <w:r>
        <w:rPr>
          <w:b/>
        </w:rPr>
        <w:t xml:space="preserve">[28:31] </w:t>
      </w:r>
      <w:r>
        <w:t>hi nahi sakte thay aap.</w:t>
      </w:r>
    </w:p>
    <w:p>
      <w:pPr>
        <w:jc w:val="right"/>
      </w:pPr>
      <w:r>
        <w:t>ہی نہیں سکتے تھے آپ۔</w:t>
      </w:r>
    </w:p>
    <w:p>
      <w:r>
        <w:rPr>
          <w:b/>
        </w:rPr>
        <w:t xml:space="preserve">[28:35] </w:t>
      </w:r>
      <w:r>
        <w:t>aap ka chalna hi na hota.</w:t>
      </w:r>
    </w:p>
    <w:p>
      <w:pPr>
        <w:jc w:val="right"/>
      </w:pPr>
      <w:r>
        <w:t>آپ کا چلنا ہی نہ ہوتا۔</w:t>
      </w:r>
    </w:p>
    <w:p>
      <w:r>
        <w:rPr>
          <w:b/>
        </w:rPr>
        <w:t xml:space="preserve">[28:39] </w:t>
      </w:r>
      <w:r>
        <w:t>kyun? chalne ke liye Stability chahiye.</w:t>
      </w:r>
    </w:p>
    <w:p>
      <w:pPr>
        <w:jc w:val="right"/>
      </w:pPr>
      <w:r>
        <w:t>کیوں؟ چلنے کے لیے Stability چاہیے۔</w:t>
      </w:r>
    </w:p>
    <w:p>
      <w:r>
        <w:rPr>
          <w:b/>
        </w:rPr>
        <w:t xml:space="preserve">[28:44] </w:t>
      </w:r>
      <w:r>
        <w:t>woh jo abhi Gravity hai us se hamein Stability milti hai.</w:t>
      </w:r>
    </w:p>
    <w:p>
      <w:pPr>
        <w:jc w:val="right"/>
      </w:pPr>
      <w:r>
        <w:t>وہ جو ابھی Gravity ہے اس سے ہمیں Stability ملتی ہے۔</w:t>
      </w:r>
    </w:p>
    <w:p>
      <w:r>
        <w:rPr>
          <w:b/>
        </w:rPr>
        <w:t xml:space="preserve">[28:48] </w:t>
      </w:r>
      <w:r>
        <w:t>yaani paaon jama paate hain hum zameen par.</w:t>
      </w:r>
    </w:p>
    <w:p>
      <w:pPr>
        <w:jc w:val="right"/>
      </w:pPr>
      <w:r>
        <w:t>یعنی پاؤں جما پاتے ہیں ہم زمین پر۔</w:t>
      </w:r>
    </w:p>
    <w:p>
      <w:r>
        <w:rPr>
          <w:b/>
        </w:rPr>
        <w:t xml:space="preserve">[28:52] </w:t>
      </w:r>
      <w:r>
        <w:t>paaon jo hum jama kar paaon par chalte hain, woh isi liye hai ke jo G</w:t>
      </w:r>
    </w:p>
    <w:p>
      <w:pPr>
        <w:jc w:val="right"/>
      </w:pPr>
      <w:r>
        <w:t>پاؤں جو ہم جما کر پاؤں پر چلتے ہیں، وہ اسی لیے ہے کہ جو G</w:t>
      </w:r>
    </w:p>
    <w:p>
      <w:r>
        <w:rPr>
          <w:b/>
        </w:rPr>
        <w:t xml:space="preserve">[28:57] </w:t>
      </w:r>
      <w:r>
        <w:t>ravity us waqt zameen ki hai woh hamein sambhalti hai.</w:t>
      </w:r>
    </w:p>
    <w:p>
      <w:pPr>
        <w:jc w:val="right"/>
      </w:pPr>
      <w:r>
        <w:t>ravity اس وقت زمین کی ہے وہ ہمیں سنبھالتی ہے۔</w:t>
      </w:r>
    </w:p>
    <w:p>
      <w:r>
        <w:rPr>
          <w:b/>
        </w:rPr>
        <w:t xml:space="preserve">[29:01] </w:t>
      </w:r>
      <w:r>
        <w:t>agar yeh na ho toh kya ho? yeh Building jo hai yeh bhi ladkhadaaye gi idhar udhar.</w:t>
      </w:r>
    </w:p>
    <w:p>
      <w:pPr>
        <w:jc w:val="right"/>
      </w:pPr>
      <w:r>
        <w:t>اگر یہ نہ ہو تو کیا ہو؟ یہ Building جو ہے یہ بھی لڑکھڑائے گی ادھر ادھر۔</w:t>
      </w:r>
    </w:p>
    <w:p>
      <w:r>
        <w:rPr>
          <w:b/>
        </w:rPr>
        <w:t xml:space="preserve">[29:05] </w:t>
      </w:r>
      <w:r>
        <w:t>jamay gi nahi apni apni jagah.</w:t>
      </w:r>
    </w:p>
    <w:p>
      <w:pPr>
        <w:jc w:val="right"/>
      </w:pPr>
      <w:r>
        <w:t>جمے گی نہیں اپنی اپنی جگہ۔</w:t>
      </w:r>
    </w:p>
    <w:p>
      <w:r>
        <w:rPr>
          <w:b/>
        </w:rPr>
        <w:t xml:space="preserve">[29:10] </w:t>
      </w:r>
      <w:r>
        <w:t>phir jo hai woh idhar udhar ukhar jayenge.</w:t>
      </w:r>
    </w:p>
    <w:p>
      <w:pPr>
        <w:jc w:val="right"/>
      </w:pPr>
      <w:r>
        <w:t>پھر جو ہے وہ ادھر ادھر اکھڑ جائیں گے۔</w:t>
      </w:r>
    </w:p>
    <w:p>
      <w:r>
        <w:rPr>
          <w:b/>
        </w:rPr>
        <w:t xml:space="preserve">[29:14] </w:t>
      </w:r>
      <w:r>
        <w:t>har cheez mein Stability khatam ho jayegi.</w:t>
      </w:r>
    </w:p>
    <w:p>
      <w:pPr>
        <w:jc w:val="right"/>
      </w:pPr>
      <w:r>
        <w:t>ہر چیز میں Stability ختم ہو جائے گی۔</w:t>
      </w:r>
    </w:p>
    <w:p>
      <w:r>
        <w:rPr>
          <w:b/>
        </w:rPr>
        <w:t xml:space="preserve">[29:18] </w:t>
      </w:r>
      <w:r>
        <w:t>har cheez mein.</w:t>
      </w:r>
    </w:p>
    <w:p>
      <w:pPr>
        <w:jc w:val="right"/>
      </w:pPr>
      <w:r>
        <w:t>ہر چیز میں۔</w:t>
      </w:r>
    </w:p>
    <w:p>
      <w:r>
        <w:rPr>
          <w:b/>
        </w:rPr>
        <w:t xml:space="preserve">[29:22] </w:t>
      </w:r>
      <w:r>
        <w:t>yahan tak ke pani jo samundaron mein hai is mein bhi woh thehrav nahi rahega. Mountain</w:t>
      </w:r>
    </w:p>
    <w:p>
      <w:pPr>
        <w:jc w:val="right"/>
      </w:pPr>
      <w:r>
        <w:t>یہاں تک کہ پانی جو سمندروں میں ہے اس میں بھی وہ ٹھہراؤ نہیں رہے گا۔ Mountain</w:t>
      </w:r>
    </w:p>
    <w:p>
      <w:r>
        <w:rPr>
          <w:b/>
        </w:rPr>
        <w:t xml:space="preserve">[29:27] </w:t>
      </w:r>
      <w:r>
        <w:t>nahi thehar sake gi apni jagah par.</w:t>
      </w:r>
    </w:p>
    <w:p>
      <w:pPr>
        <w:jc w:val="right"/>
      </w:pPr>
      <w:r>
        <w:t>نہیں ٹھہر سکے گی اپنی جگہ پر۔</w:t>
      </w:r>
    </w:p>
    <w:p>
      <w:r>
        <w:rPr>
          <w:b/>
        </w:rPr>
        <w:t xml:space="preserve">[29:32] </w:t>
      </w:r>
      <w:r>
        <w:t>to sara zindagi ka System hi kharab ho jayega.</w:t>
      </w:r>
    </w:p>
    <w:p>
      <w:pPr>
        <w:jc w:val="right"/>
      </w:pPr>
      <w:r>
        <w:t>تو سارا زندگی کا System ہی خراب ہو جائے گا۔</w:t>
      </w:r>
    </w:p>
    <w:p>
      <w:r>
        <w:rPr>
          <w:b/>
        </w:rPr>
        <w:t xml:space="preserve">[29:37] </w:t>
      </w:r>
      <w:r>
        <w:t>jisko hum kehte the Life Support System woh bhi tabah ho jayega.</w:t>
      </w:r>
    </w:p>
    <w:p>
      <w:pPr>
        <w:jc w:val="right"/>
      </w:pPr>
      <w:r>
        <w:t>جس کو ہم کہتے تھے Life Support System وہ بھی تباہ ہو جائے گا۔</w:t>
      </w:r>
    </w:p>
    <w:p>
      <w:r>
        <w:rPr>
          <w:b/>
        </w:rPr>
        <w:t xml:space="preserve">[29:42] </w:t>
      </w:r>
      <w:r>
        <w:t>ab sochna kya chahiye aadmi ko jisne aisa kaha? ke yeh sochte sochte janta woh aadmi ke</w:t>
      </w:r>
    </w:p>
    <w:p>
      <w:pPr>
        <w:jc w:val="right"/>
      </w:pPr>
      <w:r>
        <w:t>اب سوچنا کیا چاہیے آدمی کو جس نے ایسا کہا؟ کہ یہ سوچتے سوچتے جانتا وہ آدمی کہ</w:t>
      </w:r>
    </w:p>
    <w:p>
      <w:r>
        <w:rPr>
          <w:b/>
        </w:rPr>
        <w:t xml:space="preserve">[29:47] </w:t>
      </w:r>
      <w:r>
        <w:t>is duniya mein Khuda ne Compensation ka Principle rakha hai.</w:t>
      </w:r>
    </w:p>
    <w:p>
      <w:pPr>
        <w:jc w:val="right"/>
      </w:pPr>
      <w:r>
        <w:t>اس دنیا میں خدا نے Compensation کا Principle رکھا ہے۔</w:t>
      </w:r>
    </w:p>
    <w:p>
      <w:r>
        <w:rPr>
          <w:b/>
        </w:rPr>
        <w:t xml:space="preserve">[29:52] </w:t>
      </w:r>
      <w:r>
        <w:t>ke agar mein apne hath se das kilo ka wazan</w:t>
      </w:r>
    </w:p>
    <w:p>
      <w:pPr>
        <w:jc w:val="right"/>
      </w:pPr>
      <w:r>
        <w:t>کہ اگر میں اپنے ہاتھ سے دس کلو کا وزن</w:t>
      </w:r>
    </w:p>
    <w:p>
      <w:r>
        <w:rPr>
          <w:b/>
        </w:rPr>
        <w:t xml:space="preserve">[29:57] </w:t>
      </w:r>
      <w:r>
        <w:t>utha kar nahi chal sakta to Khuda ne kya rakh diya hai? ke Wheel banao, Wheel bana kar</w:t>
      </w:r>
    </w:p>
    <w:p>
      <w:pPr>
        <w:jc w:val="right"/>
      </w:pPr>
      <w:r>
        <w:t>اٹھا کر نہیں چل سکتا تو خدا نے کیا رکھ دیا ہے؟ کہ Wheel بناؤ، Wheel بنا کر</w:t>
      </w:r>
    </w:p>
    <w:p>
      <w:r>
        <w:rPr>
          <w:b/>
        </w:rPr>
        <w:t xml:space="preserve">[30:02] </w:t>
      </w:r>
      <w:r>
        <w:t>card banao, aur card par rakh kar ke jahan se hai wohin chale jao.</w:t>
      </w:r>
    </w:p>
    <w:p>
      <w:pPr>
        <w:jc w:val="right"/>
      </w:pPr>
      <w:r>
        <w:t>کارڈ بناؤ، اور کارڈ پر رکھ کر کے جہاں سے ہے وہیں چلے جاؤ۔</w:t>
      </w:r>
    </w:p>
    <w:p>
      <w:r>
        <w:rPr>
          <w:b/>
        </w:rPr>
        <w:t xml:space="preserve">[30:07] </w:t>
      </w:r>
      <w:r>
        <w:t>aap jante hain jab aadmi ne Wheel banaya to sab se pehla faida yeh hua ke Transportation ka</w:t>
      </w:r>
    </w:p>
    <w:p>
      <w:pPr>
        <w:jc w:val="right"/>
      </w:pPr>
      <w:r>
        <w:t>آپ جانتے ہیں جب آدمی نے Wheel بنایا تو سب سے پہلا فائدہ یہ ہوا کہ Transportation کا</w:t>
      </w:r>
    </w:p>
    <w:p>
      <w:r>
        <w:rPr>
          <w:b/>
        </w:rPr>
        <w:t xml:space="preserve">[30:12] </w:t>
      </w:r>
      <w:r>
        <w:t>ka nizam badh gaya.</w:t>
      </w:r>
    </w:p>
    <w:p>
      <w:pPr>
        <w:jc w:val="right"/>
      </w:pPr>
      <w:r>
        <w:t>کا نظام بڑھ گیا۔</w:t>
      </w:r>
    </w:p>
    <w:p>
      <w:r>
        <w:rPr>
          <w:b/>
        </w:rPr>
        <w:t xml:space="preserve">[30:17] </w:t>
      </w:r>
      <w:r>
        <w:t>yani maal ko yahan se wahan le jana woh bohat asan ho gaya.</w:t>
      </w:r>
    </w:p>
    <w:p>
      <w:pPr>
        <w:jc w:val="right"/>
      </w:pPr>
      <w:r>
        <w:t>یعنی مال کو یہاں سے وہاں لے جانا وہ بہت آسان ہو گیا۔</w:t>
      </w:r>
    </w:p>
    <w:p>
      <w:r>
        <w:rPr>
          <w:b/>
        </w:rPr>
        <w:t xml:space="preserve">[30:22] </w:t>
      </w:r>
      <w:r>
        <w:t>hath mein le kar ke jab maal chalte the hum, koi sam</w:t>
      </w:r>
    </w:p>
    <w:p>
      <w:pPr>
        <w:jc w:val="right"/>
      </w:pPr>
      <w:r>
        <w:t>ہاتھ میں لے کر کے جب مال چلتے تھے ہم، کوئی سام</w:t>
      </w:r>
    </w:p>
    <w:p>
      <w:r>
        <w:rPr>
          <w:b/>
        </w:rPr>
        <w:t xml:space="preserve">[30:27] </w:t>
      </w:r>
      <w:r>
        <w:t>an to mushkil hota tha.</w:t>
      </w:r>
    </w:p>
    <w:p>
      <w:pPr>
        <w:jc w:val="right"/>
      </w:pPr>
      <w:r>
        <w:t>ان تو مشکل ہوتا تھا۔</w:t>
      </w:r>
    </w:p>
    <w:p>
      <w:r>
        <w:rPr>
          <w:b/>
        </w:rPr>
        <w:t xml:space="preserve">[30:30] </w:t>
      </w:r>
      <w:r>
        <w:t>ab Wheel jab ban gayi to card ban gayi, gadi ban gayi, gadi mein rakhiye aur le ke chale jaiye.</w:t>
      </w:r>
    </w:p>
    <w:p>
      <w:pPr>
        <w:jc w:val="right"/>
      </w:pPr>
      <w:r>
        <w:t>اب Wheel جب بن گئی تو کارڈ بن گئی، گاڑی بن گئی، گاڑی میں رکھیے اور لے کے چلے جائیے۔</w:t>
      </w:r>
    </w:p>
    <w:p>
      <w:r>
        <w:rPr>
          <w:b/>
        </w:rPr>
        <w:t xml:space="preserve">[30:34] </w:t>
      </w:r>
      <w:r>
        <w:t>phir jab Engine ban gaya to aur asan ho gaya.</w:t>
      </w:r>
    </w:p>
    <w:p>
      <w:pPr>
        <w:jc w:val="right"/>
      </w:pPr>
      <w:r>
        <w:t>پھر جب Engine بن گیا تو اور آسان ہو گیا۔</w:t>
      </w:r>
    </w:p>
    <w:p>
      <w:r>
        <w:rPr>
          <w:b/>
        </w:rPr>
        <w:t xml:space="preserve">[30:37] </w:t>
      </w:r>
      <w:r>
        <w:t>yani pehle jo Wheel hote the is mein woh nahi tha, yani Ball Bearing nahi hoti thi.</w:t>
      </w:r>
    </w:p>
    <w:p>
      <w:pPr>
        <w:jc w:val="right"/>
      </w:pPr>
      <w:r>
        <w:t>یعنی پہلے جو Wheel ہوتے تھے اس میں وہ نہیں تھا، یعنی Ball Bearing نہیں ہوتی تھی۔</w:t>
      </w:r>
    </w:p>
    <w:p>
      <w:r>
        <w:rPr>
          <w:b/>
        </w:rPr>
        <w:t xml:space="preserve">[30:41] </w:t>
      </w:r>
      <w:r>
        <w:t>Ball Bearing nahi, tyre nahi.</w:t>
      </w:r>
    </w:p>
    <w:p>
      <w:pPr>
        <w:jc w:val="right"/>
      </w:pPr>
      <w:r>
        <w:t>Ball Bearing نہیں، ٹائر نہیں۔</w:t>
      </w:r>
    </w:p>
    <w:p>
      <w:r>
        <w:rPr>
          <w:b/>
        </w:rPr>
        <w:t xml:space="preserve">[30:44] </w:t>
      </w:r>
      <w:r>
        <w:t>to insan ne is mein kya kiya? ke Ball Bearing lagai, tyre lagaya.</w:t>
      </w:r>
    </w:p>
    <w:p>
      <w:pPr>
        <w:jc w:val="right"/>
      </w:pPr>
      <w:r>
        <w:t>تو انسان نے اس میں کیا کیا؟ کہ Ball Bearing لگائی، ٹائر لگایا۔</w:t>
      </w:r>
    </w:p>
    <w:p>
      <w:r>
        <w:rPr>
          <w:b/>
        </w:rPr>
        <w:t xml:space="preserve">[30:47] </w:t>
      </w:r>
      <w:r>
        <w:t>to bohat asan ho gaya.</w:t>
      </w:r>
    </w:p>
    <w:p>
      <w:pPr>
        <w:jc w:val="right"/>
      </w:pPr>
      <w:r>
        <w:t>تو بہت آسان ہو گیا۔</w:t>
      </w:r>
    </w:p>
    <w:p>
      <w:r>
        <w:rPr>
          <w:b/>
        </w:rPr>
        <w:t xml:space="preserve">[30:51] </w:t>
      </w:r>
      <w:r>
        <w:t>phir Engine bana liya to aur asan ho gaya.</w:t>
      </w:r>
    </w:p>
    <w:p>
      <w:pPr>
        <w:jc w:val="right"/>
      </w:pPr>
      <w:r>
        <w:t>پھر Engine بنا لیا تو اور آسان ہو گیا۔</w:t>
      </w:r>
    </w:p>
    <w:p>
      <w:r>
        <w:rPr>
          <w:b/>
        </w:rPr>
        <w:t xml:space="preserve">[30:54] </w:t>
      </w:r>
      <w:r>
        <w:t>hua jahaz bana liya to aur aasan ho gaya.</w:t>
      </w:r>
    </w:p>
    <w:p>
      <w:pPr>
        <w:jc w:val="right"/>
      </w:pPr>
      <w:r>
        <w:t>ہوا جہاز بنا لیا تو اور آسان ہو گیا۔</w:t>
      </w:r>
    </w:p>
    <w:p>
      <w:r>
        <w:rPr>
          <w:b/>
        </w:rPr>
        <w:t xml:space="preserve">[30:58] </w:t>
      </w:r>
      <w:r>
        <w:t>to yeh hai Compensation, Principle of Compensation.</w:t>
      </w:r>
    </w:p>
    <w:p>
      <w:pPr>
        <w:jc w:val="right"/>
      </w:pPr>
      <w:r>
        <w:t>تو یہ ہے Compensation، Principle of Compensation۔</w:t>
      </w:r>
    </w:p>
    <w:p>
      <w:r>
        <w:rPr>
          <w:b/>
        </w:rPr>
        <w:t xml:space="preserve">[31:03] </w:t>
      </w:r>
      <w:r>
        <w:t>to Khuda ne agar, Khuda ne jo Gravity rakhi is mein agar yeh tha Problem ke aadmi das</w:t>
      </w:r>
    </w:p>
    <w:p>
      <w:pPr>
        <w:jc w:val="right"/>
      </w:pPr>
      <w:r>
        <w:t>تو خدا نے اگر، خدا نے جو Gravity رکھی اس میں اگر یہ تھا Problem کہ آدمی دس</w:t>
      </w:r>
    </w:p>
    <w:p>
      <w:r>
        <w:rPr>
          <w:b/>
        </w:rPr>
        <w:t xml:space="preserve">[31:08] </w:t>
      </w:r>
      <w:r>
        <w:t>kilo ka wazan le kar nahin chal pata tha to Khuda ne Wheel aur Engine yeh sab cheezein</w:t>
      </w:r>
    </w:p>
    <w:p>
      <w:pPr>
        <w:jc w:val="right"/>
      </w:pPr>
      <w:r>
        <w:t>کلو کا وزن لے کر نہیں چل پاتا تھا تو خدا نے Wheel اور Engine یہ سب چیزیں</w:t>
      </w:r>
    </w:p>
    <w:p>
      <w:r>
        <w:rPr>
          <w:b/>
        </w:rPr>
        <w:t xml:space="preserve">[31:13] </w:t>
      </w:r>
      <w:r>
        <w:t>de dein insaan ko.</w:t>
      </w:r>
    </w:p>
    <w:p>
      <w:pPr>
        <w:jc w:val="right"/>
      </w:pPr>
      <w:r>
        <w:t>دے دیں انسان کو۔</w:t>
      </w:r>
    </w:p>
    <w:p>
      <w:r>
        <w:rPr>
          <w:b/>
        </w:rPr>
        <w:t xml:space="preserve">[31:18] </w:t>
      </w:r>
      <w:r>
        <w:t>is par rakh kar ke aadmi nihayat aasani se yahan se wahan ja sakta hai.</w:t>
      </w:r>
    </w:p>
    <w:p>
      <w:pPr>
        <w:jc w:val="right"/>
      </w:pPr>
      <w:r>
        <w:t>اس پر رکھ کر کے آدمی نہایت آسانی سے یہاں سے وہاں جا سکتا ہے۔</w:t>
      </w:r>
    </w:p>
    <w:p>
      <w:r>
        <w:rPr>
          <w:b/>
        </w:rPr>
        <w:t xml:space="preserve">[31:23] </w:t>
      </w:r>
      <w:r>
        <w:t>ya aap yeh aadmi apne ko soch ko Activate</w:t>
      </w:r>
    </w:p>
    <w:p>
      <w:pPr>
        <w:jc w:val="right"/>
      </w:pPr>
      <w:r>
        <w:t>یا آپ یہ آدمی اپنے کو سوچ کو Activate</w:t>
      </w:r>
    </w:p>
    <w:p>
      <w:r>
        <w:rPr>
          <w:b/>
        </w:rPr>
        <w:t xml:space="preserve">[31:28] </w:t>
      </w:r>
      <w:r>
        <w:t>karna parega. Soch ko.</w:t>
      </w:r>
    </w:p>
    <w:p>
      <w:pPr>
        <w:jc w:val="right"/>
      </w:pPr>
      <w:r>
        <w:t>کرنا پڑے گا۔ سوچ کو۔</w:t>
      </w:r>
    </w:p>
    <w:p>
      <w:r>
        <w:rPr>
          <w:b/>
        </w:rPr>
        <w:t xml:space="preserve">[31:35] </w:t>
      </w:r>
      <w:r>
        <w:t>mein samajhta hoon ke yeh jo cheez ko is Suffering aap kehte hain, Suffering kya hai? Is ki Psychoanalysis kijiye.</w:t>
      </w:r>
    </w:p>
    <w:p>
      <w:pPr>
        <w:jc w:val="right"/>
      </w:pPr>
      <w:r>
        <w:t>میں سمجھتا ہوں کہ یہ جو چیز کو اس Suffering آپ کہتے ہیں، Suffering کیا ہے؟ اس کی Psychoanalysis کیجیے۔</w:t>
      </w:r>
    </w:p>
    <w:p>
      <w:r>
        <w:rPr>
          <w:b/>
        </w:rPr>
        <w:t xml:space="preserve">[31:43] </w:t>
      </w:r>
      <w:r>
        <w:t>Psychoanalysis Suffering ki.</w:t>
      </w:r>
    </w:p>
    <w:p>
      <w:pPr>
        <w:jc w:val="right"/>
      </w:pPr>
      <w:r>
        <w:t>Psychoanalysis Suffering کی۔</w:t>
      </w:r>
    </w:p>
    <w:p>
      <w:r>
        <w:rPr>
          <w:b/>
        </w:rPr>
        <w:t xml:space="preserve">[31:50] </w:t>
      </w:r>
      <w:r>
        <w:t>to mein kahunga ke woh hai Unsatisfactoriness. Unsatisfactoriness yani</w:t>
      </w:r>
    </w:p>
    <w:p>
      <w:pPr>
        <w:jc w:val="right"/>
      </w:pPr>
      <w:r>
        <w:t>تو میں کہوں گا کہ وہ ہے Unsatisfactoriness۔ Unsatisfactoriness یعنی</w:t>
      </w:r>
    </w:p>
    <w:p>
      <w:r>
        <w:rPr>
          <w:b/>
        </w:rPr>
        <w:t xml:space="preserve">[31:58] </w:t>
      </w:r>
      <w:r>
        <w:t>be itminani.</w:t>
      </w:r>
    </w:p>
    <w:p>
      <w:pPr>
        <w:jc w:val="right"/>
      </w:pPr>
      <w:r>
        <w:t>بے اطمینانی۔</w:t>
      </w:r>
    </w:p>
    <w:p>
      <w:r>
        <w:rPr>
          <w:b/>
        </w:rPr>
        <w:t xml:space="preserve">[32:02] </w:t>
      </w:r>
      <w:r>
        <w:t>be itminani kyun hoti hai? Hum Explain nahin kar paate is ko.</w:t>
      </w:r>
    </w:p>
    <w:p>
      <w:pPr>
        <w:jc w:val="right"/>
      </w:pPr>
      <w:r>
        <w:t>بے اطمینانی کیوں ہوتی ہے؟ ہم Explain نہیں کر پاتے اس کو۔</w:t>
      </w:r>
    </w:p>
    <w:p>
      <w:r>
        <w:rPr>
          <w:b/>
        </w:rPr>
        <w:t xml:space="preserve">[32:07] </w:t>
      </w:r>
      <w:r>
        <w:t>is liye hoti hai.</w:t>
      </w:r>
    </w:p>
    <w:p>
      <w:pPr>
        <w:jc w:val="right"/>
      </w:pPr>
      <w:r>
        <w:t>اس لیے ہوتی ہے۔</w:t>
      </w:r>
    </w:p>
    <w:p>
      <w:r>
        <w:rPr>
          <w:b/>
        </w:rPr>
        <w:t xml:space="preserve">[32:11] </w:t>
      </w:r>
      <w:r>
        <w:t>Unsatisfactoriness jo hai woh Result hai kis baat ka? Ke hum is ko Explain nahin kar paye.</w:t>
      </w:r>
    </w:p>
    <w:p>
      <w:pPr>
        <w:jc w:val="right"/>
      </w:pPr>
      <w:r>
        <w:t>Unsatisfactoriness جو ہے وہ Result ہے کس بات کا؟ کہ ہم اس کو Explain نہیں کر پائے۔</w:t>
      </w:r>
    </w:p>
    <w:p>
      <w:r>
        <w:rPr>
          <w:b/>
        </w:rPr>
        <w:t xml:space="preserve">[32:15] </w:t>
      </w:r>
      <w:r>
        <w:t>jaise is Philosopher ne jab yeh kaha ke zameen mein Gravity zyada hai, kam hona chahiye to us</w:t>
      </w:r>
    </w:p>
    <w:p>
      <w:pPr>
        <w:jc w:val="right"/>
      </w:pPr>
      <w:r>
        <w:t>جیسے اس Philosopher نے جب یہ کہا کہ زمین میں Gravity زیادہ ہے، کم ہونا چاہیے تو اس</w:t>
      </w:r>
    </w:p>
    <w:p>
      <w:r>
        <w:rPr>
          <w:b/>
        </w:rPr>
        <w:t xml:space="preserve">[32:20] </w:t>
      </w:r>
      <w:r>
        <w:t>ne apni ek be itminani ka izhaar kiya.</w:t>
      </w:r>
    </w:p>
    <w:p>
      <w:pPr>
        <w:jc w:val="right"/>
      </w:pPr>
      <w:r>
        <w:t>نے اپنی ایک بے اطمینانی کا اظہار کیا۔</w:t>
      </w:r>
    </w:p>
    <w:p>
      <w:r>
        <w:rPr>
          <w:b/>
        </w:rPr>
        <w:t xml:space="preserve">[32:24] </w:t>
      </w:r>
      <w:r>
        <w:t>apni ek be itminani.</w:t>
      </w:r>
    </w:p>
    <w:p>
      <w:pPr>
        <w:jc w:val="right"/>
      </w:pPr>
      <w:r>
        <w:t>اپنی ایک بے اطمینانی۔</w:t>
      </w:r>
    </w:p>
    <w:p>
      <w:r>
        <w:rPr>
          <w:b/>
        </w:rPr>
        <w:t xml:space="preserve">[32:28] </w:t>
      </w:r>
      <w:r>
        <w:t>kyun? Woh Wider Plane par rakh kar is ko Explain nahin kar saka.</w:t>
      </w:r>
    </w:p>
    <w:p>
      <w:pPr>
        <w:jc w:val="right"/>
      </w:pPr>
      <w:r>
        <w:t>کیوں؟ وہ Wider Plane پر رکھ کر اس کو Explain نہیں کر سکا۔</w:t>
      </w:r>
    </w:p>
    <w:p>
      <w:r>
        <w:rPr>
          <w:b/>
        </w:rPr>
        <w:t xml:space="preserve">[32:35] </w:t>
      </w:r>
      <w:r>
        <w:t>agar Explain karta to woh aisa na bolta.</w:t>
      </w:r>
    </w:p>
    <w:p>
      <w:pPr>
        <w:jc w:val="right"/>
      </w:pPr>
      <w:r>
        <w:t>اگر Explain کرتا تو وہ ایسا نہ بولتا۔</w:t>
      </w:r>
    </w:p>
    <w:p>
      <w:r>
        <w:rPr>
          <w:b/>
        </w:rPr>
        <w:t xml:space="preserve">[32:41] </w:t>
      </w:r>
      <w:r>
        <w:t>aise hi Human Suffering ki jo baatein hain woh hum Wider Plane par rakh kar ko Explain nahin kar paate.</w:t>
      </w:r>
    </w:p>
    <w:p>
      <w:pPr>
        <w:jc w:val="right"/>
      </w:pPr>
      <w:r>
        <w:t>ایسے ہی Human Suffering کی جو باتیں ہیں وہ ہم Wider Plane پر رکھ کر کو Explain نہیں کر پاتے۔</w:t>
      </w:r>
    </w:p>
    <w:p>
      <w:r>
        <w:rPr>
          <w:b/>
        </w:rPr>
        <w:t xml:space="preserve">[32:47] </w:t>
      </w:r>
      <w:r>
        <w:t>woh kya? Insaan ko Khuda ne Intellectual Potential diya, phir Freedom diya, phir is ko yeh izzat di</w:t>
      </w:r>
    </w:p>
    <w:p>
      <w:pPr>
        <w:jc w:val="right"/>
      </w:pPr>
      <w:r>
        <w:t>وہ کیا؟ انسان کو خدا نے Intellectual Potential دیا، پھر Freedom دیا، پھر اس کو یہ عزت دی</w:t>
      </w:r>
    </w:p>
    <w:p>
      <w:r>
        <w:rPr>
          <w:b/>
        </w:rPr>
        <w:t xml:space="preserve">[32:53] </w:t>
      </w:r>
      <w:r>
        <w:t>ke woh apne aap khud ek apni World duniya banaye.</w:t>
      </w:r>
    </w:p>
    <w:p>
      <w:pPr>
        <w:jc w:val="right"/>
      </w:pPr>
      <w:r>
        <w:t>کہ وہ اپنے آپ خود ایک اپنی World دنیا بنائے۔</w:t>
      </w:r>
    </w:p>
    <w:p>
      <w:r>
        <w:rPr>
          <w:b/>
        </w:rPr>
        <w:t xml:space="preserve">[32:59] </w:t>
      </w:r>
      <w:r>
        <w:t>Star aur Planet ki duniya to bani banai hai. wahan kuch bhi unhein karna nahi hai. insan ko yeh Khuda ne yeh yeh bohat hi bari cheez di, aezaaz ke woh khud apni duniya banae. khud apni ek duniya Create kare, ek Civilization banae. to Civilization banayega to wahan to Trial and Error chalega. koi aadmi mehsoos karega apni Freedom ko to ghaltiyan hongi is ki wajah se. lekin aap yeh dekhiye ke is ko aap Generalize nahi kar</w:t>
      </w:r>
    </w:p>
    <w:p>
      <w:pPr>
        <w:jc w:val="right"/>
      </w:pPr>
      <w:r>
        <w:t>Star اور Planet کی دنیا تو بنی بنائی ہے۔ وہاں کچھ بھی انہیں کرنا نہیں ہے۔ انسان کو یہ خدا نے یہ یہ بہت ہی بڑی چیز دی، اعزاز کہ وہ خود اپنی دنیا بنائے۔ خود اپنی ایک دنیا Create کرے، ایک Civilization بنائے۔ تو Civilization بنائے گا تو وہاں تو Trial and Error چلے گا۔ کوئی آدمی محسوس کرے گا اپنی Freedom کو تو غلطیاں ہوں گی اس کی وجہ سے۔ لیکن آپ یہ دیکھیے کہ اس کو آپ Generalize نہیں کر</w:t>
      </w:r>
    </w:p>
    <w:p>
      <w:r>
        <w:rPr>
          <w:b/>
        </w:rPr>
        <w:t xml:space="preserve">[33:29] </w:t>
      </w:r>
      <w:r>
        <w:t>sakte.</w:t>
      </w:r>
    </w:p>
    <w:p>
      <w:pPr>
        <w:jc w:val="right"/>
      </w:pPr>
      <w:r>
        <w:t>سکتے۔</w:t>
      </w:r>
    </w:p>
    <w:p>
      <w:r>
        <w:rPr>
          <w:b/>
        </w:rPr>
        <w:t xml:space="preserve">[33:34] </w:t>
      </w:r>
      <w:r>
        <w:t>Million cheezein jo hain is mein Positive hain, ek hai Negative.</w:t>
      </w:r>
    </w:p>
    <w:p>
      <w:pPr>
        <w:jc w:val="right"/>
      </w:pPr>
      <w:r>
        <w:t>Million چیزیں جو ہیں اس میں Positive ہیں، ایک ہے Negative۔</w:t>
      </w:r>
    </w:p>
    <w:p>
      <w:r>
        <w:rPr>
          <w:b/>
        </w:rPr>
        <w:t xml:space="preserve">[33:39] </w:t>
      </w:r>
      <w:r>
        <w:t>is Negative ko le kar ke aap is ko Generalize nahi kar sakte.</w:t>
      </w:r>
    </w:p>
    <w:p>
      <w:pPr>
        <w:jc w:val="right"/>
      </w:pPr>
      <w:r>
        <w:t>اس Negative کو لے کر کے آپ اس کو Generalize نہیں کر سکتے۔</w:t>
      </w:r>
    </w:p>
    <w:p>
      <w:r>
        <w:rPr>
          <w:b/>
        </w:rPr>
        <w:t xml:space="preserve">[33:45] </w:t>
      </w:r>
      <w:r>
        <w:t>aap ko Overall Picture dekhni pare gi.</w:t>
      </w:r>
    </w:p>
    <w:p>
      <w:pPr>
        <w:jc w:val="right"/>
      </w:pPr>
      <w:r>
        <w:t>آپ کو Overall Picture دیکھنی پڑے گی۔</w:t>
      </w:r>
    </w:p>
    <w:p>
      <w:r>
        <w:rPr>
          <w:b/>
        </w:rPr>
        <w:t xml:space="preserve">[33:50] </w:t>
      </w:r>
      <w:r>
        <w:t>to yeh Difference aap ko agar aap ek Difference agar rakhein Human World mein aur Material World mein</w:t>
      </w:r>
    </w:p>
    <w:p>
      <w:pPr>
        <w:jc w:val="right"/>
      </w:pPr>
      <w:r>
        <w:t>تو یہ Difference آپ کو اگر آپ ایک Difference اگر رکھیں Human World میں اور Material World میں</w:t>
      </w:r>
    </w:p>
    <w:p>
      <w:r>
        <w:rPr>
          <w:b/>
        </w:rPr>
        <w:t xml:space="preserve">[33:55] </w:t>
      </w:r>
      <w:r>
        <w:t>to bohat aasani se aap Explain kar sakte hain is cheez ko. bohat</w:t>
      </w:r>
    </w:p>
    <w:p>
      <w:pPr>
        <w:jc w:val="right"/>
      </w:pPr>
      <w:r>
        <w:t>تو بہت آسانی سے آپ Explain کر سکتے ہیں اس چیز کو۔ بہت</w:t>
      </w:r>
    </w:p>
    <w:p>
      <w:r>
        <w:rPr>
          <w:b/>
        </w:rPr>
        <w:t xml:space="preserve">[34:00] </w:t>
      </w:r>
      <w:r>
        <w:t>aasani se. Material World jo hai is mein Compulsion hai. lekin Human World jo hai is mein insan ko Khuda ne Freedom diya hai taake khud apni ek duniya banae. apni Personality Develop kare. yeh kitni bari cheez hai, kitni bari cheez hai. to jab aap ko Freedom di jayegi to yeh Possibility bhi zaroor rahegi ke koi aadmi is ko</w:t>
      </w:r>
    </w:p>
    <w:p>
      <w:pPr>
        <w:jc w:val="right"/>
      </w:pPr>
      <w:r>
        <w:t>آسانی سے۔ Material World جو ہے اس میں Compulsion ہے۔ لیکن Human World جو ہے اس میں انسان کو خدا نے Freedom دیا ہے تاکہ خود اپنی ایک دنیا بنائے۔ اپنی Personality Develop کرے۔ یہ کتنی بڑی چیز ہے، کتنی بڑی چیز ہے۔ تو جب آپ کو Freedom دی جائے گی تو یہ Possibility بھی ضرور رہے گی کہ کوئی آدمی اس کو</w:t>
      </w:r>
    </w:p>
    <w:p>
      <w:r>
        <w:rPr>
          <w:b/>
        </w:rPr>
        <w:t xml:space="preserve">[34:30] </w:t>
      </w:r>
      <w:r>
        <w:t>Misuse kare.</w:t>
      </w:r>
    </w:p>
    <w:p>
      <w:pPr>
        <w:jc w:val="right"/>
      </w:pPr>
      <w:r>
        <w:t>Misuse کرے۔</w:t>
      </w:r>
    </w:p>
    <w:p>
      <w:r>
        <w:rPr>
          <w:b/>
        </w:rPr>
        <w:t xml:space="preserve">[34:35] </w:t>
      </w:r>
      <w:r>
        <w:t>ke ab aaj hua jahaz banaya gaya aadmi ke faide ke liye lekin ek aadmi ne Misuse kiya</w:t>
      </w:r>
    </w:p>
    <w:p>
      <w:pPr>
        <w:jc w:val="right"/>
      </w:pPr>
      <w:r>
        <w:t>کہ اب آج ہوا جہاز بنایا گیا آدمی کے فائدے کے لیے لیکن ایک آدمی نے Misuse کیا</w:t>
      </w:r>
    </w:p>
    <w:p>
      <w:r>
        <w:rPr>
          <w:b/>
        </w:rPr>
        <w:t xml:space="preserve">[34:40] </w:t>
      </w:r>
      <w:r>
        <w:t>to us ne ja kar World Towers takra diya, ek tabahi macha di.</w:t>
      </w:r>
    </w:p>
    <w:p>
      <w:pPr>
        <w:jc w:val="right"/>
      </w:pPr>
      <w:r>
        <w:t>تو اس نے جا کر World Towers ٹکرا دیا، ایک تباہی مچا دیا۔</w:t>
      </w:r>
    </w:p>
    <w:p>
      <w:r>
        <w:rPr>
          <w:b/>
        </w:rPr>
        <w:t xml:space="preserve">[34:45] </w:t>
      </w:r>
      <w:r>
        <w:t>tab bhi kya aap yeh kahein ke Aviation Industry khatam kar di jaye? yani agar ek aadmi hua</w:t>
      </w:r>
    </w:p>
    <w:p>
      <w:pPr>
        <w:jc w:val="right"/>
      </w:pPr>
      <w:r>
        <w:t>تب بھی کیا آپ یہ کہیں کہ Aviation Industry ختم کر دی جائے؟ یعنی اگر ایک آدمی ہوا</w:t>
      </w:r>
    </w:p>
    <w:p>
      <w:r>
        <w:rPr>
          <w:b/>
        </w:rPr>
        <w:t xml:space="preserve">[34:50] </w:t>
      </w:r>
      <w:r>
        <w:t>jahaz ko ura kar ke World Tower ko tabah kar de to kya aap aisa karein ge? ke</w:t>
      </w:r>
    </w:p>
    <w:p>
      <w:pPr>
        <w:jc w:val="right"/>
      </w:pPr>
      <w:r>
        <w:t>جہاز کو اڑا کر کے World Tower کو تباہ کر دے تو کیا آپ ایسا کریں گے؟ کہ</w:t>
      </w:r>
    </w:p>
    <w:p>
      <w:r>
        <w:rPr>
          <w:b/>
        </w:rPr>
        <w:t xml:space="preserve">[34:55] </w:t>
      </w:r>
      <w:r>
        <w:t>Aviation Industry khatam karo? yeh to sab Evil hi Evil hai.</w:t>
      </w:r>
    </w:p>
    <w:p>
      <w:pPr>
        <w:jc w:val="right"/>
      </w:pPr>
      <w:r>
        <w:t>Aviation Industry ختم کرو؟ یہ تو سب Evil ہی Evil ہے۔</w:t>
      </w:r>
    </w:p>
    <w:p>
      <w:r>
        <w:rPr>
          <w:b/>
        </w:rPr>
        <w:t xml:space="preserve">[35:00] </w:t>
      </w:r>
      <w:r>
        <w:t>nahi, aap kahein ge ke woh ek insaan ka Misuse tha Freedom ka.</w:t>
      </w:r>
    </w:p>
    <w:p>
      <w:pPr>
        <w:jc w:val="right"/>
      </w:pPr>
      <w:r>
        <w:t>نہیں، آپ کہیں گے کہ وہ ایک انسان کا Misuse تھا Freedom کا۔</w:t>
      </w:r>
    </w:p>
    <w:p>
      <w:r>
        <w:rPr>
          <w:b/>
        </w:rPr>
        <w:t xml:space="preserve">[35:05] </w:t>
      </w:r>
      <w:r>
        <w:t>to is khare mein daalo.</w:t>
      </w:r>
    </w:p>
    <w:p>
      <w:pPr>
        <w:jc w:val="right"/>
      </w:pPr>
      <w:r>
        <w:t>تو اس کھاڑے میں ڈالو۔</w:t>
      </w:r>
    </w:p>
    <w:p>
      <w:r>
        <w:rPr>
          <w:b/>
        </w:rPr>
        <w:t xml:space="preserve">[35:10] </w:t>
      </w:r>
      <w:r>
        <w:t>baqi Aviation Industry to bohat hi bari Blessing hai.</w:t>
      </w:r>
    </w:p>
    <w:p>
      <w:pPr>
        <w:jc w:val="right"/>
      </w:pPr>
      <w:r>
        <w:t>باقی Aviation Industry تو بہت ہی بڑی Blessing ہے۔</w:t>
      </w:r>
    </w:p>
    <w:p>
      <w:r>
        <w:rPr>
          <w:b/>
        </w:rPr>
        <w:t xml:space="preserve">[35:15] </w:t>
      </w:r>
      <w:r>
        <w:t>hua jahaz ki Industry bohat bari cheez hai hamare liye, bohat faida is ke andar hai.</w:t>
      </w:r>
    </w:p>
    <w:p>
      <w:pPr>
        <w:jc w:val="right"/>
      </w:pPr>
      <w:r>
        <w:t>ہوا جہاز کی Industry بہت بڑی چیز ہے ہمارے لیے، بہت فائدہ اس کے اندر ہے۔</w:t>
      </w:r>
    </w:p>
    <w:p>
      <w:r>
        <w:rPr>
          <w:b/>
        </w:rPr>
        <w:t xml:space="preserve">[35:20] </w:t>
      </w:r>
      <w:r>
        <w:t>to Misuse of Freedom se jo Problem paida hote hain us ko aap Suffering nahi kahein.</w:t>
      </w:r>
    </w:p>
    <w:p>
      <w:pPr>
        <w:jc w:val="right"/>
      </w:pPr>
      <w:r>
        <w:t>تو Misuse of Freedom سے جو Problem پیدا ہوتے ہیں اس کو آپ Suffering نہیں کہیں۔</w:t>
      </w:r>
    </w:p>
    <w:p>
      <w:r>
        <w:rPr>
          <w:b/>
        </w:rPr>
        <w:t xml:space="preserve">[35:25] </w:t>
      </w:r>
      <w:r>
        <w:t>us ko kahein Freedom ka ek ki ek</w:t>
      </w:r>
    </w:p>
    <w:p>
      <w:pPr>
        <w:jc w:val="right"/>
      </w:pPr>
      <w:r>
        <w:t>اس کو کہیں Freedom کا ایک کی ایک</w:t>
      </w:r>
    </w:p>
    <w:p>
      <w:r>
        <w:rPr>
          <w:b/>
        </w:rPr>
        <w:t xml:space="preserve">[35:30] </w:t>
      </w:r>
      <w:r>
        <w:t>Natural Price. yani Freedom ek Blessing hai lekin Freedom ki ek Natural Price hoti hai. Natural Price. jaise ke aap school mein bachon ko parhate hain, ek yeh hai ke bilkul aap lage basay tareeqe se parhaen. lage basay tareeqe se. to wahan bachah ghalti nahi karega. jo aap ratayenge woh rat lega, jo parhayenge woh parh lega. lekin ek hai</w:t>
      </w:r>
    </w:p>
    <w:p>
      <w:pPr>
        <w:jc w:val="right"/>
      </w:pPr>
      <w:r>
        <w:t>Natural Price۔ یعنی Freedom ایک Blessing ہے لیکن Freedom کی ایک Natural Price ہوتی ہے۔ Natural Price۔ جیسے کہ آپ اسکول میں بچوں کو پڑھاتے ہیں، ایک یہ ہے کہ بالکل آپ لگے بسے طریقے سے پڑھائیں۔ لگے بسے طریقے سے۔ تو وہاں بچہ غلطی نہیں کرے گا۔ جو آپ رٹائیں گے وہ رٹ لے گا، جو پڑھائیں گے وہ پڑھ لے گا۔ لیکن ایک ہے</w:t>
      </w:r>
    </w:p>
    <w:p>
      <w:r>
        <w:rPr>
          <w:b/>
        </w:rPr>
        <w:t xml:space="preserve">[36:00] </w:t>
      </w:r>
      <w:r>
        <w:t>jis ko kehte hain Discovery Method.</w:t>
      </w:r>
    </w:p>
    <w:p>
      <w:pPr>
        <w:jc w:val="right"/>
      </w:pPr>
      <w:r>
        <w:t>جس کو کہتے ہیں Discovery Method۔</w:t>
      </w:r>
    </w:p>
    <w:p>
      <w:r>
        <w:rPr>
          <w:b/>
        </w:rPr>
        <w:t xml:space="preserve">[36:05] </w:t>
      </w:r>
      <w:r>
        <w:t>agar aap Discovery Method ke mutabiq parhayein bache ko, yani khud us ko moqa dein, khud us ko</w:t>
      </w:r>
    </w:p>
    <w:p>
      <w:pPr>
        <w:jc w:val="right"/>
      </w:pPr>
      <w:r>
        <w:t>اگر آپ Discovery Method کے مطابق پڑھائیں بچے کو، یعنی خود اس کو موقع دیں، خود اس کو</w:t>
      </w:r>
    </w:p>
    <w:p>
      <w:r>
        <w:rPr>
          <w:b/>
        </w:rPr>
        <w:t xml:space="preserve">[36:10] </w:t>
      </w:r>
      <w:r>
        <w:t>Chance dein to kai baar woh ghalati karega woh.</w:t>
      </w:r>
    </w:p>
    <w:p>
      <w:pPr>
        <w:jc w:val="right"/>
      </w:pPr>
      <w:r>
        <w:t>Chance دیں تو کئی بار وہ غلطی کرے گا وہ۔</w:t>
      </w:r>
    </w:p>
    <w:p>
      <w:r>
        <w:rPr>
          <w:b/>
        </w:rPr>
        <w:t xml:space="preserve">[36:15] </w:t>
      </w:r>
      <w:r>
        <w:t>lekin Discovery Method se jo faida milega woh woh apni jagah bohat bari cheez hai.</w:t>
      </w:r>
    </w:p>
    <w:p>
      <w:pPr>
        <w:jc w:val="right"/>
      </w:pPr>
      <w:r>
        <w:t>لیکن Discovery Method سے جو فائدہ ملے گا وہ وہ اپنی جگہ بہت بڑی چیز ہے۔</w:t>
      </w:r>
    </w:p>
    <w:p>
      <w:r>
        <w:rPr>
          <w:b/>
        </w:rPr>
        <w:t xml:space="preserve">[36:20] </w:t>
      </w:r>
      <w:r>
        <w:t>is liye aap phir bhi us ko lete hain.</w:t>
      </w:r>
    </w:p>
    <w:p>
      <w:pPr>
        <w:jc w:val="right"/>
      </w:pPr>
      <w:r>
        <w:t>اس لیے آپ پھر بھی اس کو لیتے ہیں۔</w:t>
      </w:r>
    </w:p>
    <w:p>
      <w:r>
        <w:rPr>
          <w:b/>
        </w:rPr>
        <w:t xml:space="preserve">[36:25] </w:t>
      </w:r>
      <w:r>
        <w:t>ke agar Student koi ghalati karta hai to karne do.</w:t>
      </w:r>
    </w:p>
    <w:p>
      <w:pPr>
        <w:jc w:val="right"/>
      </w:pPr>
      <w:r>
        <w:t>کہ اگر Student کوئی غلطی کرتا ہے تو کرنے دو۔</w:t>
      </w:r>
    </w:p>
    <w:p>
      <w:r>
        <w:rPr>
          <w:b/>
        </w:rPr>
        <w:t xml:space="preserve">[36:30] </w:t>
      </w:r>
      <w:r>
        <w:t>In the long run to bohat hi bara faida us ke andar hai.</w:t>
      </w:r>
    </w:p>
    <w:p>
      <w:pPr>
        <w:jc w:val="right"/>
      </w:pPr>
      <w:r>
        <w:t>In the long run تو بہت ہی بڑا فائدہ اس کے اندر ہے۔</w:t>
      </w:r>
    </w:p>
    <w:p>
      <w:r>
        <w:rPr>
          <w:b/>
        </w:rPr>
        <w:t xml:space="preserve">[36:35] </w:t>
      </w:r>
      <w:r>
        <w:t>bohat bara faida is ke andar hai. to cheezon ko aap Wrong Angle se dekhenge to hamesha ulta nateeja nikalenge. aur Right Angle se dekhenge to hamesha aap sahi nateeja nikalenge. yeh har har cheez mein yeh rehta hai, har cheez mein. isi glass ko aap idhar se dekhen to kahenge bekar glass banaya hai is ne. hum pani kahan rakhenge? kyunke idhar to pa</w:t>
      </w:r>
    </w:p>
    <w:p>
      <w:pPr>
        <w:jc w:val="right"/>
      </w:pPr>
      <w:r>
        <w:t>بہت بڑا فائدہ اس کے اندر ہے۔ تو چیزوں کو آپ Wrong Angle سے دیکھیں گے تو ہمیشہ الٹا نتیجہ نکالیں گے۔ اور Right Angle سے دیکھیں گے تو ہمیشہ آپ صحیح نتیجہ نکالیں گے۔ یہ ہر ہر چیز میں یہ رہتا ہے، ہر چیز میں۔ اسی گلاس کو آپ ادھر سے دیکھیں تو کہیں گے بیکار گلاس بنایا ہے اس نے۔ ہم پانی کہاں رکھیں گے؟ کیونکہ ادھر تو پ</w:t>
      </w:r>
    </w:p>
    <w:p>
      <w:r>
        <w:rPr>
          <w:b/>
        </w:rPr>
        <w:t xml:space="preserve">[37:05] </w:t>
      </w:r>
      <w:r>
        <w:t>ani rakh nahi sakte aap.</w:t>
      </w:r>
    </w:p>
    <w:p>
      <w:pPr>
        <w:jc w:val="right"/>
      </w:pPr>
      <w:r>
        <w:t>انی رکھ نہیں سکتے آپ۔</w:t>
      </w:r>
    </w:p>
    <w:p>
      <w:r>
        <w:rPr>
          <w:b/>
        </w:rPr>
        <w:t xml:space="preserve">[37:10] </w:t>
      </w:r>
      <w:r>
        <w:t>idhar se dekhein ge to kahein ge bohat acha banaya hai, is mein hum pani rakh kar pi sakte hain.</w:t>
      </w:r>
    </w:p>
    <w:p>
      <w:pPr>
        <w:jc w:val="right"/>
      </w:pPr>
      <w:r>
        <w:t>ادھر سے دیکھیں گے تو کہیں گے بڑا اچھا بنایا ہے، اس میں ہم پانی رکھ کر پی سکتے ہیں۔</w:t>
      </w:r>
    </w:p>
    <w:p>
      <w:r>
        <w:rPr>
          <w:b/>
        </w:rPr>
        <w:t xml:space="preserve">[37:15] </w:t>
      </w:r>
      <w:r>
        <w:t>تو ایک طرف سے دیکھنے میں گلاس بالکل absurd معلوم ہوگا۔</w:t>
      </w:r>
    </w:p>
    <w:p>
      <w:pPr>
        <w:jc w:val="right"/>
      </w:pPr>
      <w:r>
        <w:t>تو ایک طرف سے دیکھنے میں گلاس بالکل Absurd معلوم ہوگا۔</w:t>
      </w:r>
    </w:p>
    <w:p>
      <w:r>
        <w:rPr>
          <w:b/>
        </w:rPr>
        <w:t xml:space="preserve">[37:21] </w:t>
      </w:r>
      <w:r>
        <w:t>aur dusri taraf dekhne mein glass bahut hi meaningful cheez dikhai dega.</w:t>
      </w:r>
    </w:p>
    <w:p>
      <w:pPr>
        <w:jc w:val="right"/>
      </w:pPr>
      <w:r>
        <w:t>اور دوسری طرف دیکھنے میں گلاس بہت ہی Meaningful چیز دکھائی دے گا۔</w:t>
      </w:r>
    </w:p>
    <w:p>
      <w:r>
        <w:rPr>
          <w:b/>
        </w:rPr>
        <w:t xml:space="preserve">[37:26] </w:t>
      </w:r>
      <w:r>
        <w:t>to har maamle mein yaad rakhiye ke ek tareeqa hai Wrong Angle se dekhne ka.</w:t>
      </w:r>
    </w:p>
    <w:p>
      <w:pPr>
        <w:jc w:val="right"/>
      </w:pPr>
      <w:r>
        <w:t>تو ہر معاملے میں یاد رکھیے کہ ایک طریقہ ہے Wrong Angle سے دیکھنے کا۔</w:t>
      </w:r>
    </w:p>
    <w:p>
      <w:r>
        <w:rPr>
          <w:b/>
        </w:rPr>
        <w:t xml:space="preserve">[37:31] </w:t>
      </w:r>
      <w:r>
        <w:t>ek tareeqa hai Right Angle se dekhne ka. Jaise</w:t>
      </w:r>
    </w:p>
    <w:p>
      <w:pPr>
        <w:jc w:val="right"/>
      </w:pPr>
      <w:r>
        <w:t>ایک طریقہ ہے Right Angle سے دیکھنے کا۔ جیسے</w:t>
      </w:r>
    </w:p>
    <w:p>
      <w:r>
        <w:rPr>
          <w:b/>
        </w:rPr>
        <w:t xml:space="preserve">[37:36] </w:t>
      </w:r>
      <w:r>
        <w:t>ek Example lijiye aap.</w:t>
      </w:r>
    </w:p>
    <w:p>
      <w:pPr>
        <w:jc w:val="right"/>
      </w:pPr>
      <w:r>
        <w:t>ایک Example لیجیے آپ۔</w:t>
      </w:r>
    </w:p>
    <w:p>
      <w:r>
        <w:rPr>
          <w:b/>
        </w:rPr>
        <w:t xml:space="preserve">[37:40] </w:t>
      </w:r>
      <w:r>
        <w:t>kuch bachche paida hote hain jo paidaishi taur par kuch Disabled hote hain.</w:t>
      </w:r>
    </w:p>
    <w:p>
      <w:pPr>
        <w:jc w:val="right"/>
      </w:pPr>
      <w:r>
        <w:t>کچھ بچے پیدا ہوتے ہیں جو پیدائشی طور پر کچھ Disabled ہوتے ہیں۔</w:t>
      </w:r>
    </w:p>
    <w:p>
      <w:r>
        <w:rPr>
          <w:b/>
        </w:rPr>
        <w:t xml:space="preserve">[37:45] </w:t>
      </w:r>
      <w:r>
        <w:t>un mein koi kami hoti hai.</w:t>
      </w:r>
    </w:p>
    <w:p>
      <w:pPr>
        <w:jc w:val="right"/>
      </w:pPr>
      <w:r>
        <w:t>ان میں کوئی کمی ہوتی ہے۔</w:t>
      </w:r>
    </w:p>
    <w:p>
      <w:r>
        <w:rPr>
          <w:b/>
        </w:rPr>
        <w:t xml:space="preserve">[37:50] </w:t>
      </w:r>
      <w:r>
        <w:t>ab is ko le kar Philosopher kya kehte hain? Ke dekho bhai Disabled bachche paida hue.</w:t>
      </w:r>
    </w:p>
    <w:p>
      <w:pPr>
        <w:jc w:val="right"/>
      </w:pPr>
      <w:r>
        <w:t>اب اس کو لے کر Philosopher کیا کہتے ہیں؟ کہ دیکھو بھئی Disabled بچے پیدا ہوئے۔</w:t>
      </w:r>
    </w:p>
    <w:p>
      <w:r>
        <w:rPr>
          <w:b/>
        </w:rPr>
        <w:t xml:space="preserve">[37:54] </w:t>
      </w:r>
      <w:r>
        <w:t>yeh kya hai? Yeh bhi Wrong Angle se dekhna.</w:t>
      </w:r>
    </w:p>
    <w:p>
      <w:pPr>
        <w:jc w:val="right"/>
      </w:pPr>
      <w:r>
        <w:t>یہ کیا ہے؟ یہ بھی Wrong Angle سے دیکھنا۔</w:t>
      </w:r>
    </w:p>
    <w:p>
      <w:r>
        <w:rPr>
          <w:b/>
        </w:rPr>
        <w:t xml:space="preserve">[37:59] </w:t>
      </w:r>
      <w:r>
        <w:t>main aap ko Example deta hoon Edison ki.</w:t>
      </w:r>
    </w:p>
    <w:p>
      <w:pPr>
        <w:jc w:val="right"/>
      </w:pPr>
      <w:r>
        <w:t>میں آپ کو Example دیتا ہوں Edison کی۔</w:t>
      </w:r>
    </w:p>
    <w:p>
      <w:r>
        <w:rPr>
          <w:b/>
        </w:rPr>
        <w:t xml:space="preserve">[38:03] </w:t>
      </w:r>
      <w:r>
        <w:t>Thomas Alva Edison.</w:t>
      </w:r>
    </w:p>
    <w:p>
      <w:pPr>
        <w:jc w:val="right"/>
      </w:pPr>
      <w:r>
        <w:t>Thomas Alva Edison۔</w:t>
      </w:r>
    </w:p>
    <w:p>
      <w:r>
        <w:rPr>
          <w:b/>
        </w:rPr>
        <w:t xml:space="preserve">[38:08] </w:t>
      </w:r>
      <w:r>
        <w:t>Thomas Alva Edison jo hai woh Invention ki History mein sab se bara Scientist maana jaata hai.</w:t>
      </w:r>
    </w:p>
    <w:p>
      <w:pPr>
        <w:jc w:val="right"/>
      </w:pPr>
      <w:r>
        <w:t>Thomas Alva Edison جو ہے وہ Invention کی History میں سب سے بڑا Scientist مانا جاتا ہے۔</w:t>
      </w:r>
    </w:p>
    <w:p>
      <w:r>
        <w:rPr>
          <w:b/>
        </w:rPr>
        <w:t xml:space="preserve">[38:14] </w:t>
      </w:r>
      <w:r>
        <w:t>akele is ek insaan ne ek hazar se zyada Invention kiya.</w:t>
      </w:r>
    </w:p>
    <w:p>
      <w:pPr>
        <w:jc w:val="right"/>
      </w:pPr>
      <w:r>
        <w:t>اکیلے اس ایک انسان نے ایک ہزار سے زیادہ Invention کیا۔</w:t>
      </w:r>
    </w:p>
    <w:p>
      <w:r>
        <w:rPr>
          <w:b/>
        </w:rPr>
        <w:t xml:space="preserve">[38:20] </w:t>
      </w:r>
      <w:r>
        <w:t>ek hazar se zyada.</w:t>
      </w:r>
    </w:p>
    <w:p>
      <w:pPr>
        <w:jc w:val="right"/>
      </w:pPr>
      <w:r>
        <w:t>ایک ہزار سے زیادہ۔</w:t>
      </w:r>
    </w:p>
    <w:p>
      <w:r>
        <w:rPr>
          <w:b/>
        </w:rPr>
        <w:t xml:space="preserve">[38:26] </w:t>
      </w:r>
      <w:r>
        <w:t>Thomas Alva Edison. American Scientist.</w:t>
      </w:r>
    </w:p>
    <w:p>
      <w:pPr>
        <w:jc w:val="right"/>
      </w:pPr>
      <w:r>
        <w:t>Thomas Alva Edison۔ American Scientist۔</w:t>
      </w:r>
    </w:p>
    <w:p>
      <w:r>
        <w:rPr>
          <w:b/>
        </w:rPr>
        <w:t xml:space="preserve">[38:32] </w:t>
      </w:r>
      <w:r>
        <w:t>ab dekhiye, school mein is ko Admit kiya gaya aur us ke Teacher ne is ko</w:t>
      </w:r>
    </w:p>
    <w:p>
      <w:pPr>
        <w:jc w:val="right"/>
      </w:pPr>
      <w:r>
        <w:t>اب دیکھیے، اسکول میں اس کو Admit کیا گیا اور اس کے Teacher نے اس کو</w:t>
      </w:r>
    </w:p>
    <w:p>
      <w:r>
        <w:rPr>
          <w:b/>
        </w:rPr>
        <w:t xml:space="preserve">[38:38] </w:t>
      </w:r>
      <w:r>
        <w:t>nikal diya. school se nikal diya. aur phir kahin is ko phir admission nahi mila. kyun? Teacher ne is ko Declare kar diya tha ke yeh woh hai. parhne qabil nahi hai. Retarded hai. yani Retarded Student ke taur par is ko nikal diya. wajah kya thi? ke class mein jab baithta tha woh to Te</w:t>
      </w:r>
    </w:p>
    <w:p>
      <w:pPr>
        <w:jc w:val="right"/>
      </w:pPr>
      <w:r>
        <w:t>نکال دیا۔ اسکول سے نکال دیا۔ اور پھر کہیں اس کو پھر Admission نہیں ملا۔ کیوں؟ Teacher نے اس کو Declare کر دیا تھا کہ یہ وہ ہے۔ پڑھنے قابل نہیں ہے۔ Retarded ہے۔ یعنی Retarded Student کے طور پر اس کو نکال دیا۔ وجہ کیا تھی؟ کہ کلاس میں جب بیٹھتا تھا وہ تو Te</w:t>
      </w:r>
    </w:p>
    <w:p>
      <w:r>
        <w:rPr>
          <w:b/>
        </w:rPr>
        <w:t xml:space="preserve">[39:08] </w:t>
      </w:r>
      <w:r>
        <w:t>acher ki baton ko woh poori tarah se sun nahin pata tha.</w:t>
      </w:r>
    </w:p>
    <w:p>
      <w:pPr>
        <w:jc w:val="right"/>
      </w:pPr>
      <w:r>
        <w:t>acher کی باتوں کو وہ پوری طرح سے سن نہیں پاتا تھا۔</w:t>
      </w:r>
    </w:p>
    <w:p>
      <w:r>
        <w:rPr>
          <w:b/>
        </w:rPr>
        <w:t xml:space="preserve">[39:13] </w:t>
      </w:r>
      <w:r>
        <w:t>تو وہ سمجھا کہ یہ retarded ہے، اس کو عقل کم ہے، سمجھتا نہیں باتوں کو، باتوں کو</w:t>
      </w:r>
    </w:p>
    <w:p>
      <w:pPr>
        <w:jc w:val="right"/>
      </w:pPr>
      <w:r>
        <w:t>تو وہ سمجھا کہ یہ Retarded ہے، اس کو عقل کم ہے، سمجھتا نہیں باتوں کو، باتوں کو</w:t>
      </w:r>
    </w:p>
    <w:p>
      <w:r>
        <w:rPr>
          <w:b/>
        </w:rPr>
        <w:t xml:space="preserve">[39:17] </w:t>
      </w:r>
      <w:r>
        <w:t>پکڑتا نہیں، grasp نہیں اس کے اندر ہے۔</w:t>
      </w:r>
    </w:p>
    <w:p>
      <w:pPr>
        <w:jc w:val="right"/>
      </w:pPr>
      <w:r>
        <w:t>پکڑتا نہیں، Grasp نہیں اس کے اندر ہے۔</w:t>
      </w:r>
    </w:p>
    <w:p>
      <w:r>
        <w:rPr>
          <w:b/>
        </w:rPr>
        <w:t xml:space="preserve">[39:22] </w:t>
      </w:r>
      <w:r>
        <w:t>to nikaal diya.</w:t>
      </w:r>
    </w:p>
    <w:p>
      <w:pPr>
        <w:jc w:val="right"/>
      </w:pPr>
      <w:r>
        <w:t>تو نکال دیا۔</w:t>
      </w:r>
    </w:p>
    <w:p>
      <w:r>
        <w:rPr>
          <w:b/>
        </w:rPr>
        <w:t xml:space="preserve">[39:26] </w:t>
      </w:r>
      <w:r>
        <w:t>lekin dekhiye is ke baad kya hota hai? Is ki maa jo ek retired Teacher thi, us ko</w:t>
      </w:r>
    </w:p>
    <w:p>
      <w:pPr>
        <w:jc w:val="right"/>
      </w:pPr>
      <w:r>
        <w:t>لیکن دیکھیے اس کے بعد کیا ہوتا ہے؟ اس کی ماں جو ایک ریٹائرڈ Teacher تھی، اس کو</w:t>
      </w:r>
    </w:p>
    <w:p>
      <w:r>
        <w:rPr>
          <w:b/>
        </w:rPr>
        <w:t xml:space="preserve">[39:31] </w:t>
      </w:r>
      <w:r>
        <w:t>bete se pyaar tha zahir hai.</w:t>
      </w:r>
    </w:p>
    <w:p>
      <w:pPr>
        <w:jc w:val="right"/>
      </w:pPr>
      <w:r>
        <w:t>بیٹے سے پیار تھا ظاہر ہے۔</w:t>
      </w:r>
    </w:p>
    <w:p>
      <w:r>
        <w:rPr>
          <w:b/>
        </w:rPr>
        <w:t xml:space="preserve">[39:35] </w:t>
      </w:r>
      <w:r>
        <w:t>to us ne socha.</w:t>
      </w:r>
    </w:p>
    <w:p>
      <w:pPr>
        <w:jc w:val="right"/>
      </w:pPr>
      <w:r>
        <w:t>تو اس نے سوچا۔</w:t>
      </w:r>
    </w:p>
    <w:p>
      <w:r>
        <w:rPr>
          <w:b/>
        </w:rPr>
        <w:t xml:space="preserve">[39:40] </w:t>
      </w:r>
      <w:r>
        <w:t>تو سوچتے سوچتے وہاں پہنچی کہ یہ retarded، میرا بچہ retarded نہیں ہے۔</w:t>
      </w:r>
    </w:p>
    <w:p>
      <w:pPr>
        <w:jc w:val="right"/>
      </w:pPr>
      <w:r>
        <w:t>تو سوچتے سوچتے وہاں پہنچی کہ یہ Retarded، میرا بچہ Retarded نہیں ہے۔</w:t>
      </w:r>
    </w:p>
    <w:p>
      <w:r>
        <w:rPr>
          <w:b/>
        </w:rPr>
        <w:t xml:space="preserve">[39:43] </w:t>
      </w:r>
      <w:r>
        <w:t>yeh Impaired Hearing ka shikaar hai.</w:t>
      </w:r>
    </w:p>
    <w:p>
      <w:pPr>
        <w:jc w:val="right"/>
      </w:pPr>
      <w:r>
        <w:t>یہ Impaired Hearing کا شکار ہے۔</w:t>
      </w:r>
    </w:p>
    <w:p>
      <w:r>
        <w:rPr>
          <w:b/>
        </w:rPr>
        <w:t xml:space="preserve">[39:47] </w:t>
      </w:r>
      <w:r>
        <w:t>Impaired Hearing ka matlab kam sunna.</w:t>
      </w:r>
    </w:p>
    <w:p>
      <w:pPr>
        <w:jc w:val="right"/>
      </w:pPr>
      <w:r>
        <w:t>Impaired Hearing کا مطلب کم سننا۔</w:t>
      </w:r>
    </w:p>
    <w:p>
      <w:r>
        <w:rPr>
          <w:b/>
        </w:rPr>
        <w:t xml:space="preserve">[39:51] </w:t>
      </w:r>
      <w:r>
        <w:t>poora poora Deaf to nahin tha woh.</w:t>
      </w:r>
    </w:p>
    <w:p>
      <w:pPr>
        <w:jc w:val="right"/>
      </w:pPr>
      <w:r>
        <w:t>پورا پورا Deaf تو نہیں تھا وہ۔</w:t>
      </w:r>
    </w:p>
    <w:p>
      <w:r>
        <w:rPr>
          <w:b/>
        </w:rPr>
        <w:t xml:space="preserve">[39:55] </w:t>
      </w:r>
      <w:r>
        <w:t>Deaf to woh hai jo bilkul behra ho jaye.</w:t>
      </w:r>
    </w:p>
    <w:p>
      <w:pPr>
        <w:jc w:val="right"/>
      </w:pPr>
      <w:r>
        <w:t>Deaf تو وہ ہے جو بالکل بہرا ہو جائے۔</w:t>
      </w:r>
    </w:p>
    <w:p>
      <w:r>
        <w:rPr>
          <w:b/>
        </w:rPr>
        <w:t xml:space="preserve">[39:59] </w:t>
      </w:r>
      <w:r>
        <w:t>to ek dum behra to nahin tha woh lekin Impaired Hearing ka shikaar tha.</w:t>
      </w:r>
    </w:p>
    <w:p>
      <w:pPr>
        <w:jc w:val="right"/>
      </w:pPr>
      <w:r>
        <w:t>تو ایک دم بہرا تو نہیں تھا وہ لیکن Impaired Hearing کا شکار تھا۔</w:t>
      </w:r>
    </w:p>
    <w:p>
      <w:r>
        <w:rPr>
          <w:b/>
        </w:rPr>
        <w:t xml:space="preserve">[40:02] </w:t>
      </w:r>
      <w:r>
        <w:t>kam sunta tha woh.</w:t>
      </w:r>
    </w:p>
    <w:p>
      <w:pPr>
        <w:jc w:val="right"/>
      </w:pPr>
      <w:r>
        <w:t>کم سنتا تھا وہ۔</w:t>
      </w:r>
    </w:p>
    <w:p>
      <w:r>
        <w:rPr>
          <w:b/>
        </w:rPr>
        <w:t xml:space="preserve">[40:06] </w:t>
      </w:r>
      <w:r>
        <w:t>to maa ne us ko ghar mein parhana shuru</w:t>
      </w:r>
    </w:p>
    <w:p>
      <w:pPr>
        <w:jc w:val="right"/>
      </w:pPr>
      <w:r>
        <w:t>تو ماں نے اس کو گھر میں پڑھانا شروع</w:t>
      </w:r>
    </w:p>
    <w:p>
      <w:r>
        <w:rPr>
          <w:b/>
        </w:rPr>
        <w:t xml:space="preserve">[40:10] </w:t>
      </w:r>
      <w:r>
        <w:t>kya.</w:t>
      </w:r>
    </w:p>
    <w:p>
      <w:pPr>
        <w:jc w:val="right"/>
      </w:pPr>
      <w:r>
        <w:t>کیا۔</w:t>
      </w:r>
    </w:p>
    <w:p>
      <w:r>
        <w:rPr>
          <w:b/>
        </w:rPr>
        <w:t xml:space="preserve">[40:14] </w:t>
      </w:r>
      <w:r>
        <w:t>itna hi karna pada, is ko zyada zor se bolti thi maan.</w:t>
      </w:r>
    </w:p>
    <w:p>
      <w:pPr>
        <w:jc w:val="right"/>
      </w:pPr>
      <w:r>
        <w:t>اتنا ہی کرنا پڑا، اس کو زیادہ زور سے بولتی تھی ماں۔</w:t>
      </w:r>
    </w:p>
    <w:p>
      <w:r>
        <w:rPr>
          <w:b/>
        </w:rPr>
        <w:t xml:space="preserve">[40:19] </w:t>
      </w:r>
      <w:r>
        <w:t>Teacher bolta tha Normal aawaz se aur maan ko is ke kaan ke paas zyada zor se bolna pada.</w:t>
      </w:r>
    </w:p>
    <w:p>
      <w:pPr>
        <w:jc w:val="right"/>
      </w:pPr>
      <w:r>
        <w:t>Teacher بولتا تھا Normal آواز سے اور ماں کو اس کے کان کے پاس زیادہ زور سے بولنا پڑا۔</w:t>
      </w:r>
    </w:p>
    <w:p>
      <w:r>
        <w:rPr>
          <w:b/>
        </w:rPr>
        <w:t xml:space="preserve">[40:23] </w:t>
      </w:r>
      <w:r>
        <w:t>to ghar mein sari is ki parhai hui.</w:t>
      </w:r>
    </w:p>
    <w:p>
      <w:pPr>
        <w:jc w:val="right"/>
      </w:pPr>
      <w:r>
        <w:t>تو گھر میں ساری اس کی پڑھائی ہوئی۔</w:t>
      </w:r>
    </w:p>
    <w:p>
      <w:r>
        <w:rPr>
          <w:b/>
        </w:rPr>
        <w:t xml:space="preserve">[40:27] </w:t>
      </w:r>
      <w:r>
        <w:t>kisi school mein nahi parha is ne.</w:t>
      </w:r>
    </w:p>
    <w:p>
      <w:pPr>
        <w:jc w:val="right"/>
      </w:pPr>
      <w:r>
        <w:t>کسی اسکول میں نہیں پڑھا اس نے۔</w:t>
      </w:r>
    </w:p>
    <w:p>
      <w:r>
        <w:rPr>
          <w:b/>
        </w:rPr>
        <w:t xml:space="preserve">[40:32] </w:t>
      </w:r>
      <w:r>
        <w:t>kisi college mein is ne nahi parha is ne.</w:t>
      </w:r>
    </w:p>
    <w:p>
      <w:pPr>
        <w:jc w:val="right"/>
      </w:pPr>
      <w:r>
        <w:t>کسی کالج میں اس نے نہیں پڑھا اس نے۔</w:t>
      </w:r>
    </w:p>
    <w:p>
      <w:r>
        <w:rPr>
          <w:b/>
        </w:rPr>
        <w:t xml:space="preserve">[40:36] </w:t>
      </w:r>
      <w:r>
        <w:t>kisi university ki degree is ke paas nahi thi.</w:t>
      </w:r>
    </w:p>
    <w:p>
      <w:pPr>
        <w:jc w:val="right"/>
      </w:pPr>
      <w:r>
        <w:t>کسی یونیورسٹی کی ڈگری اس کے پاس نہیں تھی۔</w:t>
      </w:r>
    </w:p>
    <w:p>
      <w:r>
        <w:rPr>
          <w:b/>
        </w:rPr>
        <w:t xml:space="preserve">[40:40] </w:t>
      </w:r>
      <w:r>
        <w:t>lekin wo dunya ka aik aik Top Scientist bana.</w:t>
      </w:r>
    </w:p>
    <w:p>
      <w:pPr>
        <w:jc w:val="right"/>
      </w:pPr>
      <w:r>
        <w:t>لیکن وہ دنیا کا ایک ایک Top Scientist بنا۔</w:t>
      </w:r>
    </w:p>
    <w:p>
      <w:r>
        <w:rPr>
          <w:b/>
        </w:rPr>
        <w:t xml:space="preserve">[40:46] </w:t>
      </w:r>
      <w:r>
        <w:t>aur bohat si cheezein, Electronics ka jo saman hai sab isi ne Invent kiya.</w:t>
      </w:r>
    </w:p>
    <w:p>
      <w:pPr>
        <w:jc w:val="right"/>
      </w:pPr>
      <w:r>
        <w:t>اور بہت سی چیزیں، Electronics کا جو سامان ہے سب اسی نے Invent کیا۔</w:t>
      </w:r>
    </w:p>
    <w:p>
      <w:r>
        <w:rPr>
          <w:b/>
        </w:rPr>
        <w:t xml:space="preserve">[40:51] </w:t>
      </w:r>
      <w:r>
        <w:t>bijli ka saman, Electronics ka saman.</w:t>
      </w:r>
    </w:p>
    <w:p>
      <w:pPr>
        <w:jc w:val="right"/>
      </w:pPr>
      <w:r>
        <w:t>بجلی کا سامان، Electronics کا سامان۔</w:t>
      </w:r>
    </w:p>
    <w:p>
      <w:r>
        <w:rPr>
          <w:b/>
        </w:rPr>
        <w:t xml:space="preserve">[40:56] </w:t>
      </w:r>
      <w:r>
        <w:t>gharz yeh ke bohat cheezein, aik hazar se zyada is ki Inventions hain.</w:t>
      </w:r>
    </w:p>
    <w:p>
      <w:pPr>
        <w:jc w:val="right"/>
      </w:pPr>
      <w:r>
        <w:t>غرض یہ کہ بہت چیزیں، ایک ہزار سے زیادہ اس کی Inventions ہیں۔</w:t>
      </w:r>
    </w:p>
    <w:p>
      <w:r>
        <w:rPr>
          <w:b/>
        </w:rPr>
        <w:t xml:space="preserve">[41:01] </w:t>
      </w:r>
      <w:r>
        <w:t>ab jo is ka jo is ki jo kami thi, yani is ka jo bahra pan tha is</w:t>
      </w:r>
    </w:p>
    <w:p>
      <w:pPr>
        <w:jc w:val="right"/>
      </w:pPr>
      <w:r>
        <w:t>اب جو اس کا جو اس کی جو کمی تھی، یعنی اس کا جو بہرا پن تھا اس</w:t>
      </w:r>
    </w:p>
    <w:p>
      <w:r>
        <w:rPr>
          <w:b/>
        </w:rPr>
        <w:t xml:space="preserve">[41:06] </w:t>
      </w:r>
      <w:r>
        <w:t>ka, to baat ko is ne kaha,</w:t>
      </w:r>
    </w:p>
    <w:p>
      <w:pPr>
        <w:jc w:val="right"/>
      </w:pPr>
      <w:r>
        <w:t>کا، تو بات کو اس نے کہا،</w:t>
      </w:r>
    </w:p>
    <w:p>
      <w:r>
        <w:rPr>
          <w:b/>
        </w:rPr>
        <w:t xml:space="preserve">[41:12] </w:t>
      </w:r>
      <w:r>
        <w:t>یعنی Edison نے کہ That was for me that was a boon.</w:t>
      </w:r>
    </w:p>
    <w:p>
      <w:pPr>
        <w:jc w:val="right"/>
      </w:pPr>
      <w:r>
        <w:t>یعنی Edison نے کہ That was for me that was a boon۔</w:t>
      </w:r>
    </w:p>
    <w:p>
      <w:r>
        <w:rPr>
          <w:b/>
        </w:rPr>
        <w:t xml:space="preserve">[41:20] </w:t>
      </w:r>
      <w:r>
        <w:t>yani Impaired Hearing jo thi mere liye Blessing thi.</w:t>
      </w:r>
    </w:p>
    <w:p>
      <w:pPr>
        <w:jc w:val="right"/>
      </w:pPr>
      <w:r>
        <w:t>یعنی Impaired Hearing جو تھی میرے لیے Blessing تھی۔</w:t>
      </w:r>
    </w:p>
    <w:p>
      <w:r>
        <w:rPr>
          <w:b/>
        </w:rPr>
        <w:t xml:space="preserve">[41:28] </w:t>
      </w:r>
      <w:r>
        <w:t>وہ کیسے؟ My impaired hearing saved me from distraction.</w:t>
      </w:r>
    </w:p>
    <w:p>
      <w:pPr>
        <w:jc w:val="right"/>
      </w:pPr>
      <w:r>
        <w:t>وہ کیسے؟ My Impaired Hearing saved me from distraction۔</w:t>
      </w:r>
    </w:p>
    <w:p>
      <w:r>
        <w:rPr>
          <w:b/>
        </w:rPr>
        <w:t xml:space="preserve">[41:36] </w:t>
      </w:r>
      <w:r>
        <w:t>So I was able to engage myself completely in my work</w:t>
      </w:r>
    </w:p>
    <w:p>
      <w:pPr>
        <w:jc w:val="right"/>
      </w:pPr>
      <w:r>
        <w:t>So I was able to engage myself completely in my work</w:t>
      </w:r>
    </w:p>
    <w:p>
      <w:r>
        <w:rPr>
          <w:b/>
        </w:rPr>
        <w:t xml:space="preserve">[41:44] </w:t>
      </w:r>
      <w:r>
        <w:t>.</w:t>
      </w:r>
    </w:p>
    <w:p>
      <w:pPr>
        <w:jc w:val="right"/>
      </w:pPr>
      <w:r>
        <w:t>۔</w:t>
      </w:r>
    </w:p>
    <w:p>
      <w:r>
        <w:rPr>
          <w:b/>
        </w:rPr>
        <w:t xml:space="preserve">[41:48] </w:t>
      </w:r>
      <w:r>
        <w:t>ab jab wo sunta kam tha to zahir hai Distraction nahi hota tha wo.</w:t>
      </w:r>
    </w:p>
    <w:p>
      <w:pPr>
        <w:jc w:val="right"/>
      </w:pPr>
      <w:r>
        <w:t>اب جب وہ سنتا کم تھا تو ظاہر ہے Distraction نہیں ہوتا تھا وہ۔</w:t>
      </w:r>
    </w:p>
    <w:p>
      <w:r>
        <w:rPr>
          <w:b/>
        </w:rPr>
        <w:t xml:space="preserve">[41:52] </w:t>
      </w:r>
      <w:r>
        <w:t>shor ho raha hai, koi idhar bula raha hai, koi idhar bula raha hai to wo sunta hi</w:t>
      </w:r>
    </w:p>
    <w:p>
      <w:pPr>
        <w:jc w:val="right"/>
      </w:pPr>
      <w:r>
        <w:t>شور ہو رہا ہے، کوئی ادھر بلا رہا ہے، کوئی ادھر بلا رہا ہے تو وہ سنتا ہی</w:t>
      </w:r>
    </w:p>
    <w:p>
      <w:r>
        <w:rPr>
          <w:b/>
        </w:rPr>
        <w:t xml:space="preserve">[41:57] </w:t>
      </w:r>
      <w:r>
        <w:t>nahi tha wo.</w:t>
      </w:r>
    </w:p>
    <w:p>
      <w:pPr>
        <w:jc w:val="right"/>
      </w:pPr>
      <w:r>
        <w:t>نہیں تھا وہ۔</w:t>
      </w:r>
    </w:p>
    <w:p>
      <w:r>
        <w:rPr>
          <w:b/>
        </w:rPr>
        <w:t xml:space="preserve">[42:01] </w:t>
      </w:r>
      <w:r>
        <w:t>to Society se wo cut gaya wo.</w:t>
      </w:r>
    </w:p>
    <w:p>
      <w:pPr>
        <w:jc w:val="right"/>
      </w:pPr>
      <w:r>
        <w:t>تو Society سے وہ کٹ گیا وہ۔</w:t>
      </w:r>
    </w:p>
    <w:p>
      <w:r>
        <w:rPr>
          <w:b/>
        </w:rPr>
        <w:t xml:space="preserve">[42:05] </w:t>
      </w:r>
      <w:r>
        <w:t>to is ki Impaired Hearing se is ko yeh faida mila, khud wo kehta hai, ab is ki</w:t>
      </w:r>
    </w:p>
    <w:p>
      <w:pPr>
        <w:jc w:val="right"/>
      </w:pPr>
      <w:r>
        <w:t>تو اس کی Impaired Hearing سے اس کو یہ فائدہ ملا، خود وہ کہتا ہے، اب اس کی</w:t>
      </w:r>
    </w:p>
    <w:p>
      <w:r>
        <w:rPr>
          <w:b/>
        </w:rPr>
        <w:t xml:space="preserve">[42:10] </w:t>
      </w:r>
      <w:r>
        <w:t>Biography, is ki Life parh lijiye ke Impaired Hearing jo hai mere liye aik aik bohat bari, yani</w:t>
      </w:r>
    </w:p>
    <w:p>
      <w:pPr>
        <w:jc w:val="right"/>
      </w:pPr>
      <w:r>
        <w:t>Biography، اس کی Life پڑھ لیجیے کہ Impaired Hearing جو ہے میرے لیے ایک ایک بہت بڑی، یعنی</w:t>
      </w:r>
    </w:p>
    <w:p>
      <w:r>
        <w:rPr>
          <w:b/>
        </w:rPr>
        <w:t xml:space="preserve">[42:14] </w:t>
      </w:r>
      <w:r>
        <w:t>bari Helpful cheez bani.</w:t>
      </w:r>
    </w:p>
    <w:p>
      <w:pPr>
        <w:jc w:val="right"/>
      </w:pPr>
      <w:r>
        <w:t>بڑی Helpful چیز بنی۔</w:t>
      </w:r>
    </w:p>
    <w:p>
      <w:r>
        <w:rPr>
          <w:b/>
        </w:rPr>
        <w:t xml:space="preserve">[42:20] </w:t>
      </w:r>
      <w:r>
        <w:t>kyun ke is ki wajah se mein bohat zyada time pa saka apni Reading ke liye, apne Work ke</w:t>
      </w:r>
    </w:p>
    <w:p>
      <w:pPr>
        <w:jc w:val="right"/>
      </w:pPr>
      <w:r>
        <w:t>کیونکہ اس کی وجہ سے میں بہت زیادہ ٹائم پا سکا اپنی Reading کے لیے، اپنے Work کے</w:t>
      </w:r>
    </w:p>
    <w:p>
      <w:r>
        <w:rPr>
          <w:b/>
        </w:rPr>
        <w:t xml:space="preserve">[42:26] </w:t>
      </w:r>
      <w:r>
        <w:t>liye aur Laboratory mein kaam karne ke liye.</w:t>
      </w:r>
    </w:p>
    <w:p>
      <w:pPr>
        <w:jc w:val="right"/>
      </w:pPr>
      <w:r>
        <w:t>لیے اور Laboratory میں کام کرنے کے لیے۔</w:t>
      </w:r>
    </w:p>
    <w:p>
      <w:r>
        <w:rPr>
          <w:b/>
        </w:rPr>
        <w:t xml:space="preserve">[42:32] </w:t>
      </w:r>
      <w:r>
        <w:t>ab bataiye ke jis cheez ko aap keh rahe hain Suffering, Evil, woh jab tajrube mein aai hai</w:t>
      </w:r>
    </w:p>
    <w:p>
      <w:pPr>
        <w:jc w:val="right"/>
      </w:pPr>
      <w:r>
        <w:t>اب بتائیے کہ جس چیز کو آپ کہہ رہے ہیں Suffering، Evil، وہ جب تجربے میں آئی ہے</w:t>
      </w:r>
    </w:p>
    <w:p>
      <w:r>
        <w:rPr>
          <w:b/>
        </w:rPr>
        <w:t xml:space="preserve">[42:38] </w:t>
      </w:r>
      <w:r>
        <w:t>woh cheez to woh Boon ban gai, woh Blessing ban gai, woh Advantage ban gai.</w:t>
      </w:r>
    </w:p>
    <w:p>
      <w:pPr>
        <w:jc w:val="right"/>
      </w:pPr>
      <w:r>
        <w:t>وہ چیز تو وہ Boon بن گئی، وہ Blessing بن گئی، وہ Advantage بن گئی۔</w:t>
      </w:r>
    </w:p>
    <w:p>
      <w:r>
        <w:rPr>
          <w:b/>
        </w:rPr>
        <w:t xml:space="preserve">[42:44] </w:t>
      </w:r>
      <w:r>
        <w:t>to isi ko main keh raha hoon ke aap cheezon ko agar Wrong Angle se dekhenge to</w:t>
      </w:r>
    </w:p>
    <w:p>
      <w:pPr>
        <w:jc w:val="right"/>
      </w:pPr>
      <w:r>
        <w:t>تو اسی کو میں کہہ رہا ہوں کہ آپ چیزوں کو اگر Wrong Angle سے دیکھیں گے تو</w:t>
      </w:r>
    </w:p>
    <w:p>
      <w:r>
        <w:rPr>
          <w:b/>
        </w:rPr>
        <w:t xml:space="preserve">[42:50] </w:t>
      </w:r>
      <w:r>
        <w:t>bohat cheezein galat maloom hongi.</w:t>
      </w:r>
    </w:p>
    <w:p>
      <w:pPr>
        <w:jc w:val="right"/>
      </w:pPr>
      <w:r>
        <w:t>بہت چیزیں غلط معلوم ہوں گی۔</w:t>
      </w:r>
    </w:p>
    <w:p>
      <w:r>
        <w:rPr>
          <w:b/>
        </w:rPr>
        <w:t xml:space="preserve">[42:55] </w:t>
      </w:r>
      <w:r>
        <w:t>Right Angle se dekhenge to sahi maloom hongi.</w:t>
      </w:r>
    </w:p>
    <w:p>
      <w:pPr>
        <w:jc w:val="right"/>
      </w:pPr>
      <w:r>
        <w:t>Right Angle سے دیکھیں گے تو صحیح معلوم ہوں گی۔</w:t>
      </w:r>
    </w:p>
    <w:p>
      <w:r>
        <w:rPr>
          <w:b/>
        </w:rPr>
        <w:t xml:space="preserve">[43:00] </w:t>
      </w:r>
      <w:r>
        <w:t>to khud isi ne, yani Edison ne yeh kaha ke Impaired Hearing meri, mera jo bahra pan hai,</w:t>
      </w:r>
    </w:p>
    <w:p>
      <w:pPr>
        <w:jc w:val="right"/>
      </w:pPr>
      <w:r>
        <w:t>تو خود اسی نے، یعنی Edison نے یہ کہا کہ Impaired Hearing میری، میرا جو بہرا پن ہے،</w:t>
      </w:r>
    </w:p>
    <w:p>
      <w:r>
        <w:rPr>
          <w:b/>
        </w:rPr>
        <w:t xml:space="preserve">[43:06] </w:t>
      </w:r>
      <w:r>
        <w:t>is ne meri zindagi mein bohat bara Positive Role kiya.</w:t>
      </w:r>
    </w:p>
    <w:p>
      <w:pPr>
        <w:jc w:val="right"/>
      </w:pPr>
      <w:r>
        <w:t>اس نے میری زندگی میں بہت بڑا Positive Role کیا۔</w:t>
      </w:r>
    </w:p>
    <w:p>
      <w:r>
        <w:rPr>
          <w:b/>
        </w:rPr>
        <w:t xml:space="preserve">[43:11] </w:t>
      </w:r>
      <w:r>
        <w:t>ke Distraction se mujh ko bachaya.</w:t>
      </w:r>
    </w:p>
    <w:p>
      <w:pPr>
        <w:jc w:val="right"/>
      </w:pPr>
      <w:r>
        <w:t>کہ Distraction سے مجھ کو بچایا۔</w:t>
      </w:r>
    </w:p>
    <w:p>
      <w:r>
        <w:rPr>
          <w:b/>
        </w:rPr>
        <w:t xml:space="preserve">[43:17] </w:t>
      </w:r>
      <w:r>
        <w:t>main ek dam, yani apne Reading Room mein aur apne Laboratory mein Confined ho kar rehne laga.</w:t>
      </w:r>
    </w:p>
    <w:p>
      <w:pPr>
        <w:jc w:val="right"/>
      </w:pPr>
      <w:r>
        <w:t>میں ایک دم، یعنی اپنے Reading Room میں اور اپنے Laboratory میں Confined ہو کر رہنے لگا۔</w:t>
      </w:r>
    </w:p>
    <w:p>
      <w:r>
        <w:rPr>
          <w:b/>
        </w:rPr>
        <w:t xml:space="preserve">[43:21] </w:t>
      </w:r>
      <w:r>
        <w:t>khoob khoob parha, khoob khoob Experiment kiya.</w:t>
      </w:r>
    </w:p>
    <w:p>
      <w:pPr>
        <w:jc w:val="right"/>
      </w:pPr>
      <w:r>
        <w:t>خوب خوب پڑھا، خوب خوب Experiment کیا۔</w:t>
      </w:r>
    </w:p>
    <w:p>
      <w:r>
        <w:rPr>
          <w:b/>
        </w:rPr>
        <w:t xml:space="preserve">[43:25] </w:t>
      </w:r>
      <w:r>
        <w:t>saara time mera bachne laga.</w:t>
      </w:r>
    </w:p>
    <w:p>
      <w:pPr>
        <w:jc w:val="right"/>
      </w:pPr>
      <w:r>
        <w:t>سارا ٹائم میرا بچنے لگا۔</w:t>
      </w:r>
    </w:p>
    <w:p>
      <w:r>
        <w:rPr>
          <w:b/>
        </w:rPr>
        <w:t xml:space="preserve">[43:30] </w:t>
      </w:r>
      <w:r>
        <w:t>na main koi dost tha, na main Society mein Move kar sakta tha.</w:t>
      </w:r>
    </w:p>
    <w:p>
      <w:pPr>
        <w:jc w:val="right"/>
      </w:pPr>
      <w:r>
        <w:t>نہ میں کوئی دوست تھا، نہ میں Society میں Move کر سکتا تھا۔</w:t>
      </w:r>
    </w:p>
    <w:p>
      <w:r>
        <w:rPr>
          <w:b/>
        </w:rPr>
        <w:t xml:space="preserve">[43:34] </w:t>
      </w:r>
      <w:r>
        <w:t>to yeh karne laga, ab kitna bara Scientist bana woh.</w:t>
      </w:r>
    </w:p>
    <w:p>
      <w:pPr>
        <w:jc w:val="right"/>
      </w:pPr>
      <w:r>
        <w:t>تو یہ کرنے لگا، اب کتنا بڑا Scientist بنا وہ۔</w:t>
      </w:r>
    </w:p>
    <w:p>
      <w:r>
        <w:rPr>
          <w:b/>
        </w:rPr>
        <w:t xml:space="preserve">[43:39] </w:t>
      </w:r>
      <w:r>
        <w:t>duniya ko kitni bari cheezein di hain is ne.</w:t>
      </w:r>
    </w:p>
    <w:p>
      <w:pPr>
        <w:jc w:val="right"/>
      </w:pPr>
      <w:r>
        <w:t>دنیا کو کتنی بڑی چیزیں دی ہیں اس نے۔</w:t>
      </w:r>
    </w:p>
    <w:p>
      <w:r>
        <w:rPr>
          <w:b/>
        </w:rPr>
        <w:t xml:space="preserve">[43:43] </w:t>
      </w:r>
      <w:r>
        <w:t>ek hazar se zyada is ne</w:t>
      </w:r>
    </w:p>
    <w:p>
      <w:pPr>
        <w:jc w:val="right"/>
      </w:pPr>
      <w:r>
        <w:t>ایک ہزار سے زیادہ اس نے</w:t>
      </w:r>
    </w:p>
    <w:p>
      <w:r>
        <w:rPr>
          <w:b/>
        </w:rPr>
        <w:t xml:space="preserve">[43:47] </w:t>
      </w:r>
      <w:r>
        <w:t>Inventions kiye.</w:t>
      </w:r>
    </w:p>
    <w:p>
      <w:pPr>
        <w:jc w:val="right"/>
      </w:pPr>
      <w:r>
        <w:t>Inventions کیے۔</w:t>
      </w:r>
    </w:p>
    <w:p>
      <w:r>
        <w:rPr>
          <w:b/>
        </w:rPr>
        <w:t xml:space="preserve">[43:52] </w:t>
      </w:r>
      <w:r>
        <w:t>in baaton ko lete hue jab main sochta hoon to main kehta hoon ke yeh kitni bari ek</w:t>
      </w:r>
    </w:p>
    <w:p>
      <w:pPr>
        <w:jc w:val="right"/>
      </w:pPr>
      <w:r>
        <w:t>ان باتوں کو لیتے ہوئے جب میں سوچتا ہوں تو میں کہتا ہوں کہ یہ کتنی بڑی ایک</w:t>
      </w:r>
    </w:p>
    <w:p>
      <w:r>
        <w:rPr>
          <w:b/>
        </w:rPr>
        <w:t xml:space="preserve">[43:57] </w:t>
      </w:r>
      <w:r>
        <w:t>Fallacy hai jis mein mubtala hain log.</w:t>
      </w:r>
    </w:p>
    <w:p>
      <w:pPr>
        <w:jc w:val="right"/>
      </w:pPr>
      <w:r>
        <w:t>Fallacy ہے جس میں مبتلا ہیں لوگ۔</w:t>
      </w:r>
    </w:p>
    <w:p>
      <w:r>
        <w:rPr>
          <w:b/>
        </w:rPr>
        <w:t xml:space="preserve">[44:02] </w:t>
      </w:r>
      <w:r>
        <w:t>ke duniya ko bant rakha hai logon ne Haves aur Have Not mein.</w:t>
      </w:r>
    </w:p>
    <w:p>
      <w:pPr>
        <w:jc w:val="right"/>
      </w:pPr>
      <w:r>
        <w:t>کہ دنیا کو بانٹ رکھا ہے لوگوں نے Haves اور Have Not میں۔</w:t>
      </w:r>
    </w:p>
    <w:p>
      <w:r>
        <w:rPr>
          <w:b/>
        </w:rPr>
        <w:t xml:space="preserve">[44:07] </w:t>
      </w:r>
      <w:r>
        <w:t>Haves aur Have Not.</w:t>
      </w:r>
    </w:p>
    <w:p>
      <w:pPr>
        <w:jc w:val="right"/>
      </w:pPr>
      <w:r>
        <w:t>Haves اور Have Not۔</w:t>
      </w:r>
    </w:p>
    <w:p>
      <w:r>
        <w:rPr>
          <w:b/>
        </w:rPr>
        <w:t xml:space="preserve">[44:12] </w:t>
      </w:r>
      <w:r>
        <w:t>mehroom aur ghair</w:t>
      </w:r>
    </w:p>
    <w:p>
      <w:pPr>
        <w:jc w:val="right"/>
      </w:pPr>
      <w:r>
        <w:t>محروم اور غیر</w:t>
      </w:r>
    </w:p>
    <w:p>
      <w:r>
        <w:rPr>
          <w:b/>
        </w:rPr>
        <w:t xml:space="preserve">[44:17] </w:t>
      </w:r>
      <w:r>
        <w:t>mehroom.</w:t>
      </w:r>
    </w:p>
    <w:p>
      <w:pPr>
        <w:jc w:val="right"/>
      </w:pPr>
      <w:r>
        <w:t>محروم۔</w:t>
      </w:r>
    </w:p>
    <w:p>
      <w:r>
        <w:rPr>
          <w:b/>
        </w:rPr>
        <w:t xml:space="preserve">[44:21] </w:t>
      </w:r>
      <w:r>
        <w:t>khoye hue aur paaye hue.</w:t>
      </w:r>
    </w:p>
    <w:p>
      <w:pPr>
        <w:jc w:val="right"/>
      </w:pPr>
      <w:r>
        <w:t>کھوئے ہوئے اور پائے ہوئے۔</w:t>
      </w:r>
    </w:p>
    <w:p>
      <w:r>
        <w:rPr>
          <w:b/>
        </w:rPr>
        <w:t xml:space="preserve">[44:24] </w:t>
      </w:r>
      <w:r>
        <w:t>Haves aur Have Not ki jo Dichotomy galat hai bilkul.</w:t>
      </w:r>
    </w:p>
    <w:p>
      <w:pPr>
        <w:jc w:val="right"/>
      </w:pPr>
      <w:r>
        <w:t>Haves اور Have Not کی جو Dichotomy غلط ہے بالکل۔</w:t>
      </w:r>
    </w:p>
    <w:p>
      <w:r>
        <w:rPr>
          <w:b/>
        </w:rPr>
        <w:t xml:space="preserve">[44:27] </w:t>
      </w:r>
      <w:r>
        <w:t>yeh soch galat hai.</w:t>
      </w:r>
    </w:p>
    <w:p>
      <w:pPr>
        <w:jc w:val="right"/>
      </w:pPr>
      <w:r>
        <w:t>یہ سوچ غلط ہے۔</w:t>
      </w:r>
    </w:p>
    <w:p>
      <w:r>
        <w:rPr>
          <w:b/>
        </w:rPr>
        <w:t xml:space="preserve">[44:30] </w:t>
      </w:r>
      <w:r>
        <w:t>Baseless hai yeh.</w:t>
      </w:r>
    </w:p>
    <w:p>
      <w:pPr>
        <w:jc w:val="right"/>
      </w:pPr>
      <w:r>
        <w:t>Baseless ہے یہ۔</w:t>
      </w:r>
    </w:p>
    <w:p>
      <w:r>
        <w:rPr>
          <w:b/>
        </w:rPr>
        <w:t xml:space="preserve">[44:33] </w:t>
      </w:r>
      <w:r>
        <w:t>Ab Have Not ko le kar kehte hain ke dekho Suffering hai.</w:t>
      </w:r>
    </w:p>
    <w:p>
      <w:pPr>
        <w:jc w:val="right"/>
      </w:pPr>
      <w:r>
        <w:t>اب Have Not کو لے کر کہتے ہیں کہ دیکھو Suffering ہے۔</w:t>
      </w:r>
    </w:p>
    <w:p>
      <w:r>
        <w:rPr>
          <w:b/>
        </w:rPr>
        <w:t xml:space="preserve">[44:36] </w:t>
      </w:r>
      <w:r>
        <w:t>Have Not ko le kar kehte hain ke Suffering hai.</w:t>
      </w:r>
    </w:p>
    <w:p>
      <w:pPr>
        <w:jc w:val="right"/>
      </w:pPr>
      <w:r>
        <w:t>Have Not کو لے کر کہتے ہیں کہ Suffering ہے۔</w:t>
      </w:r>
    </w:p>
    <w:p>
      <w:r>
        <w:rPr>
          <w:b/>
        </w:rPr>
        <w:t xml:space="preserve">[44:39] </w:t>
      </w:r>
      <w:r>
        <w:t>Halanke yeh Dichotomy hi galat hai jis ko le kar ke aap Have Not ko Suffering ke khane</w:t>
      </w:r>
    </w:p>
    <w:p>
      <w:pPr>
        <w:jc w:val="right"/>
      </w:pPr>
      <w:r>
        <w:t>حالانکہ یہ Dichotomy ہی غلط ہے جس کو لے کر کہ آپ Have Not کو Suffering کے خانے</w:t>
      </w:r>
    </w:p>
    <w:p>
      <w:r>
        <w:rPr>
          <w:b/>
        </w:rPr>
        <w:t xml:space="preserve">[44:42] </w:t>
      </w:r>
      <w:r>
        <w:t>mein daale hue hain.</w:t>
      </w:r>
    </w:p>
    <w:p>
      <w:pPr>
        <w:jc w:val="right"/>
      </w:pPr>
      <w:r>
        <w:t>میں ڈالے ہوئے ہیں۔</w:t>
      </w:r>
    </w:p>
    <w:p>
      <w:r>
        <w:rPr>
          <w:b/>
        </w:rPr>
        <w:t xml:space="preserve">[44:46] </w:t>
      </w:r>
      <w:r>
        <w:t>Evil ke khane mein daale hue hain.</w:t>
      </w:r>
    </w:p>
    <w:p>
      <w:pPr>
        <w:jc w:val="right"/>
      </w:pPr>
      <w:r>
        <w:t>Evil کے خانے میں ڈالے ہوئے ہیں۔</w:t>
      </w:r>
    </w:p>
    <w:p>
      <w:r>
        <w:rPr>
          <w:b/>
        </w:rPr>
        <w:t xml:space="preserve">[44:49] </w:t>
      </w:r>
      <w:r>
        <w:t>aap Practical Exam woh dekhiye, misalein. Practical misalein dekhiye. jaise India mein dekhiye aap. Raman ek bara Scientist tha, ghareeb paida hua. yaani Have Not ki category mein tha woh. Dr Ambedkar itne bare, yaani itna bara darja un ko mila ke unhon ne Constitution of India unhon ne likha. lekin woh ghareeb paida</w:t>
      </w:r>
    </w:p>
    <w:p>
      <w:pPr>
        <w:jc w:val="right"/>
      </w:pPr>
      <w:r>
        <w:t>آپ Practical Exam وہ دیکھیے، مثالیں۔ Practical مثالیں دیکھیے۔ جیسے انڈیا میں دیکھیے آپ۔ رمن ایک بڑا Scientist تھا، غریب پیدا ہوا۔ یعنی Have Not کی Category میں تھا وہ۔ ڈاکٹر امبیدکر اتنے بڑے، یعنی اتنا بڑا درجہ ان کو ملا کہ انہوں نے Constitution of India انہوں نے لکھا۔ لیکن وہ غریب پیدا</w:t>
      </w:r>
    </w:p>
    <w:p>
      <w:r>
        <w:rPr>
          <w:b/>
        </w:rPr>
        <w:t xml:space="preserve">[45:19] </w:t>
      </w:r>
      <w:r>
        <w:t>hue, ghareeb Family mein, Poor Family mein.</w:t>
      </w:r>
    </w:p>
    <w:p>
      <w:pPr>
        <w:jc w:val="right"/>
      </w:pPr>
      <w:r>
        <w:t>ہوئے، غریب Family میں، Poor Family میں۔</w:t>
      </w:r>
    </w:p>
    <w:p>
      <w:r>
        <w:rPr>
          <w:b/>
        </w:rPr>
        <w:t xml:space="preserve">[45:24] </w:t>
      </w:r>
      <w:r>
        <w:t>Doctor Abdul Kalam jo hain woh Poor Family mein paida hue.</w:t>
      </w:r>
    </w:p>
    <w:p>
      <w:pPr>
        <w:jc w:val="right"/>
      </w:pPr>
      <w:r>
        <w:t>ڈاکٹر عبدالکلام جو ہیں وہ Poor Family میں پیدا ہوئے۔</w:t>
      </w:r>
    </w:p>
    <w:p>
      <w:r>
        <w:rPr>
          <w:b/>
        </w:rPr>
        <w:t xml:space="preserve">[45:29] </w:t>
      </w:r>
      <w:r>
        <w:t>Barla Poor Family mein paida hua.</w:t>
      </w:r>
    </w:p>
    <w:p>
      <w:pPr>
        <w:jc w:val="right"/>
      </w:pPr>
      <w:r>
        <w:t>برلہ Poor Family میں پیدا ہوا۔</w:t>
      </w:r>
    </w:p>
    <w:p>
      <w:r>
        <w:rPr>
          <w:b/>
        </w:rPr>
        <w:t xml:space="preserve">[45:34] </w:t>
      </w:r>
      <w:r>
        <w:t>To is ka matlab kya hua? Ke Poor Family mein paida hue lekin baad ko woh Rich insan ban gaye.</w:t>
      </w:r>
    </w:p>
    <w:p>
      <w:pPr>
        <w:jc w:val="right"/>
      </w:pPr>
      <w:r>
        <w:t>تو اس کا مطلب کیا ہوا؟ کہ Poor Family میں پیدا ہوئے لیکن بعد کو وہ Rich انسان بن گئے۔</w:t>
      </w:r>
    </w:p>
    <w:p>
      <w:r>
        <w:rPr>
          <w:b/>
        </w:rPr>
        <w:t xml:space="preserve">[45:39] </w:t>
      </w:r>
      <w:r>
        <w:t>To main yeh kahunga ke Dichotomy yeh nahi hai ke kuch Haves hain, kuch Have Not hain. Nahi.</w:t>
      </w:r>
    </w:p>
    <w:p>
      <w:pPr>
        <w:jc w:val="right"/>
      </w:pPr>
      <w:r>
        <w:t>تو میں یہ کہوں گا کہ Dichotomy یہ نہیں ہے کہ کچھ Haves ہیں، کچھ Have Not ہیں۔ نہیں۔</w:t>
      </w:r>
    </w:p>
    <w:p>
      <w:r>
        <w:rPr>
          <w:b/>
        </w:rPr>
        <w:t xml:space="preserve">[45:44] </w:t>
      </w:r>
      <w:r>
        <w:t>Sab Haves hain. Have Not</w:t>
      </w:r>
    </w:p>
    <w:p>
      <w:pPr>
        <w:jc w:val="right"/>
      </w:pPr>
      <w:r>
        <w:t>سب Haves ہیں۔ Have Not</w:t>
      </w:r>
    </w:p>
    <w:p>
      <w:r>
        <w:rPr>
          <w:b/>
        </w:rPr>
        <w:t xml:space="preserve">[45:49] </w:t>
      </w:r>
      <w:r>
        <w:t>koi hai hi nahi.</w:t>
      </w:r>
    </w:p>
    <w:p>
      <w:pPr>
        <w:jc w:val="right"/>
      </w:pPr>
      <w:r>
        <w:t>کوئی ہے ہی نہیں۔</w:t>
      </w:r>
    </w:p>
    <w:p>
      <w:r>
        <w:rPr>
          <w:b/>
        </w:rPr>
        <w:t xml:space="preserve">[45:55] </w:t>
      </w:r>
      <w:r>
        <w:t>Farq kya hai? Kuch Potential Haves hain, kuch Actual Haves hain.</w:t>
      </w:r>
    </w:p>
    <w:p>
      <w:pPr>
        <w:jc w:val="right"/>
      </w:pPr>
      <w:r>
        <w:t>فرق کیا ہے؟ کچھ Potential Haves ہیں، کچھ Actual Haves ہیں۔</w:t>
      </w:r>
    </w:p>
    <w:p>
      <w:r>
        <w:rPr>
          <w:b/>
        </w:rPr>
        <w:t xml:space="preserve">[46:01] </w:t>
      </w:r>
      <w:r>
        <w:t>Yeh Dichotomy nahi ke kuch Haves hain, kuch Have Not hain.</w:t>
      </w:r>
    </w:p>
    <w:p>
      <w:pPr>
        <w:jc w:val="right"/>
      </w:pPr>
      <w:r>
        <w:t>یہ Dichotomy نہیں کہ کچھ Haves ہیں، کچھ Have Not ہیں۔</w:t>
      </w:r>
    </w:p>
    <w:p>
      <w:r>
        <w:rPr>
          <w:b/>
        </w:rPr>
        <w:t xml:space="preserve">[46:08] </w:t>
      </w:r>
      <w:r>
        <w:t>Aap un ki zindagi ke bachpan ko dekh kar keh dete hain ke Haves hain ya Have Not hain.</w:t>
      </w:r>
    </w:p>
    <w:p>
      <w:pPr>
        <w:jc w:val="right"/>
      </w:pPr>
      <w:r>
        <w:t>آپ ان کی زندگی کے بچپن کو دیکھ کر کہہ دیتے ہیں کہ Haves ہیں یا Have Not ہیں۔</w:t>
      </w:r>
    </w:p>
    <w:p>
      <w:r>
        <w:rPr>
          <w:b/>
        </w:rPr>
        <w:t xml:space="preserve">[46:14] </w:t>
      </w:r>
      <w:r>
        <w:t>Aap poori zindagi ko kyun nahi dekhte aap? To main yeh kahunga,</w:t>
      </w:r>
    </w:p>
    <w:p>
      <w:pPr>
        <w:jc w:val="right"/>
      </w:pPr>
      <w:r>
        <w:t>آپ پوری زندگی کو کیوں نہیں دیکھتے آپ؟ تو میں یہ کہوں گا،</w:t>
      </w:r>
    </w:p>
    <w:p>
      <w:r>
        <w:rPr>
          <w:b/>
        </w:rPr>
        <w:t xml:space="preserve">[46:20] </w:t>
      </w:r>
      <w:r>
        <w:t>jo main ne is par socha hai aur parha hai ke jo Have Not hote hain woh ek</w:t>
      </w:r>
    </w:p>
    <w:p>
      <w:pPr>
        <w:jc w:val="right"/>
      </w:pPr>
      <w:r>
        <w:t>جو میں نے اس پر سوچا ہے اور پڑھا ہے کہ جو Have Not ہوتے ہیں وہ ایک</w:t>
      </w:r>
    </w:p>
    <w:p>
      <w:r>
        <w:rPr>
          <w:b/>
        </w:rPr>
        <w:t xml:space="preserve">[46:24] </w:t>
      </w:r>
      <w:r>
        <w:t>bahut badi cheez le kar paida hote hain.</w:t>
      </w:r>
    </w:p>
    <w:p>
      <w:pPr>
        <w:jc w:val="right"/>
      </w:pPr>
      <w:r>
        <w:t>بہت بڑی چیز لے کر پیدا ہوتے ہیں۔</w:t>
      </w:r>
    </w:p>
    <w:p>
      <w:r>
        <w:rPr>
          <w:b/>
        </w:rPr>
        <w:t xml:space="preserve">[46:29] </w:t>
      </w:r>
      <w:r>
        <w:t>Woh hai Incentive.</w:t>
      </w:r>
    </w:p>
    <w:p>
      <w:pPr>
        <w:jc w:val="right"/>
      </w:pPr>
      <w:r>
        <w:t>وہ ہے Incentive۔</w:t>
      </w:r>
    </w:p>
    <w:p>
      <w:r>
        <w:rPr>
          <w:b/>
        </w:rPr>
        <w:t xml:space="preserve">[46:33] </w:t>
      </w:r>
      <w:r>
        <w:t>So-called Haves jo hain un ka to Incentive nahi hota.</w:t>
      </w:r>
    </w:p>
    <w:p>
      <w:pPr>
        <w:jc w:val="right"/>
      </w:pPr>
      <w:r>
        <w:t>So-called Haves جو ہیں ان کا تو Incentive نہیں ہوتا۔</w:t>
      </w:r>
    </w:p>
    <w:p>
      <w:r>
        <w:rPr>
          <w:b/>
        </w:rPr>
        <w:t xml:space="preserve">[46:37] </w:t>
      </w:r>
      <w:r>
        <w:t>Incentive nahi hota.</w:t>
      </w:r>
    </w:p>
    <w:p>
      <w:pPr>
        <w:jc w:val="right"/>
      </w:pPr>
      <w:r>
        <w:t>Incentive نہیں ہوتا۔</w:t>
      </w:r>
    </w:p>
    <w:p>
      <w:r>
        <w:rPr>
          <w:b/>
        </w:rPr>
        <w:t xml:space="preserve">[46:41] </w:t>
      </w:r>
      <w:r>
        <w:t>Ab jo log ameer gharon mein paida hote hain, Affluent Class mein paida hote hain to kehte hain</w:t>
      </w:r>
    </w:p>
    <w:p>
      <w:pPr>
        <w:jc w:val="right"/>
      </w:pPr>
      <w:r>
        <w:t>اب جو لوگ امیر گھروں میں پیدا ہوتے ہیں، Affluent Class میں پیدا ہوتے ہیں تو کہتے ہیں</w:t>
      </w:r>
    </w:p>
    <w:p>
      <w:r>
        <w:rPr>
          <w:b/>
        </w:rPr>
        <w:t xml:space="preserve">[46:46] </w:t>
      </w:r>
      <w:r>
        <w:t>کہ Mr., Mr. A was born with a sil</w:t>
      </w:r>
    </w:p>
    <w:p>
      <w:pPr>
        <w:jc w:val="right"/>
      </w:pPr>
      <w:r>
        <w:t>کہ مسٹر، مسٹر اے was born with a sil</w:t>
      </w:r>
    </w:p>
    <w:p>
      <w:r>
        <w:rPr>
          <w:b/>
        </w:rPr>
        <w:t xml:space="preserve">[46:50] </w:t>
      </w:r>
      <w:r>
        <w:t>ver spoon in his mouth.</w:t>
      </w:r>
    </w:p>
    <w:p>
      <w:pPr>
        <w:jc w:val="right"/>
      </w:pPr>
      <w:r>
        <w:t>ver spoon in his mouth۔</w:t>
      </w:r>
    </w:p>
    <w:p>
      <w:r>
        <w:rPr>
          <w:b/>
        </w:rPr>
        <w:t xml:space="preserve">[46:55] </w:t>
      </w:r>
      <w:r>
        <w:t>Lekin doosra Aspect kya hai? Aap dekhiye ke jitne bhi khushhal gharane hain, unhone koi kaam nahi kiya.</w:t>
      </w:r>
    </w:p>
    <w:p>
      <w:pPr>
        <w:jc w:val="right"/>
      </w:pPr>
      <w:r>
        <w:t>لیکن دوسرا Aspect کیا ہے؟ آپ دیکھیے کہ جتنے بھی خوشحال گھرانے ہیں، انہوں نے کوئی کام نہیں کیا۔</w:t>
      </w:r>
    </w:p>
    <w:p>
      <w:r>
        <w:rPr>
          <w:b/>
        </w:rPr>
        <w:t xml:space="preserve">[47:00] </w:t>
      </w:r>
      <w:r>
        <w:t>ameer ke bachay ne koi kaam nahi kiya.</w:t>
      </w:r>
    </w:p>
    <w:p>
      <w:pPr>
        <w:jc w:val="right"/>
      </w:pPr>
      <w:r>
        <w:t>امیر کے بچے نے کوئی کام نہیں کیا۔</w:t>
      </w:r>
    </w:p>
    <w:p>
      <w:r>
        <w:rPr>
          <w:b/>
        </w:rPr>
        <w:t xml:space="preserve">[47:05] </w:t>
      </w:r>
      <w:r>
        <w:t>ghareeb ke bachon ne kaam kiya hai is dunya mein.</w:t>
      </w:r>
    </w:p>
    <w:p>
      <w:pPr>
        <w:jc w:val="right"/>
      </w:pPr>
      <w:r>
        <w:t>غریب کے بچوں نے کام کیا ہے اس دنیا میں۔</w:t>
      </w:r>
    </w:p>
    <w:p>
      <w:r>
        <w:rPr>
          <w:b/>
        </w:rPr>
        <w:t xml:space="preserve">[47:10] </w:t>
      </w:r>
      <w:r>
        <w:t>jitnay bhi aap baray baray logon ko dekhiye, kisi bhi aadmi ko dekhiye, woh ghareeb baap ka bachha tha.</w:t>
      </w:r>
    </w:p>
    <w:p>
      <w:pPr>
        <w:jc w:val="right"/>
      </w:pPr>
      <w:r>
        <w:t>جتنے بھی آپ بڑے بڑے لوگوں کو دیکھیے، کسی بھی آدمی کو دیکھیے، وہ غریب باپ کا بچہ تھا۔</w:t>
      </w:r>
    </w:p>
    <w:p>
      <w:r>
        <w:rPr>
          <w:b/>
        </w:rPr>
        <w:t xml:space="preserve">[47:15] </w:t>
      </w:r>
      <w:r>
        <w:t>ameer baap ka bachha ne to koi kaam</w:t>
      </w:r>
    </w:p>
    <w:p>
      <w:pPr>
        <w:jc w:val="right"/>
      </w:pPr>
      <w:r>
        <w:t>امیر باپ کا بچہ نے تو کوئی کام</w:t>
      </w:r>
    </w:p>
    <w:p>
      <w:r>
        <w:rPr>
          <w:b/>
        </w:rPr>
        <w:t xml:space="preserve">[47:20] </w:t>
      </w:r>
      <w:r>
        <w:t>nahin kiya. kyunke dekhiye us ko Easy Money mil jata hai. is dunya mein sab se buri cheez hai Easy Money. jitne Affluent Class hain, un ko kya milta hai? Easy Money. baap ne kama kar unhein de diya. Easy Money hamesha aadmi ke liye Disasters banta hai. Without any Exception. is liye mein kahunga ke Haves ke muqable mein Have Not jo hain woh zyada Advantageous Position mein</w:t>
      </w:r>
    </w:p>
    <w:p>
      <w:pPr>
        <w:jc w:val="right"/>
      </w:pPr>
      <w:r>
        <w:t>نہیں کیا۔ کیونکہ دیکھیے اس کو Easy Money مل جاتا ہے۔ اس دنیا میں سب سے بری چیز ہے Easy Money۔ جتنے Affluent Class ہیں، ان کو کیا ملتا ہے؟ Easy Money۔ باپ نے کما کر انہیں دے دیا۔ Easy Money ہمیشہ آدمی کے لیے Disasters بنتا ہے۔ Without any Exception۔ اس لیے میں کہوں گا کہ Haves کے مقابلے میں Have Not جو ہیں وہ زیادہ Advantageous Position میں</w:t>
      </w:r>
    </w:p>
    <w:p>
      <w:r>
        <w:rPr>
          <w:b/>
        </w:rPr>
        <w:t xml:space="preserve">[47:50] </w:t>
      </w:r>
      <w:r>
        <w:t>hain.</w:t>
      </w:r>
    </w:p>
    <w:p>
      <w:pPr>
        <w:jc w:val="right"/>
      </w:pPr>
      <w:r>
        <w:t>ہیں۔</w:t>
      </w:r>
    </w:p>
    <w:p>
      <w:r>
        <w:rPr>
          <w:b/>
        </w:rPr>
        <w:t xml:space="preserve">[47:53] </w:t>
      </w:r>
      <w:r>
        <w:t>kyun? in ko Incentive milta hai.</w:t>
      </w:r>
    </w:p>
    <w:p>
      <w:pPr>
        <w:jc w:val="right"/>
      </w:pPr>
      <w:r>
        <w:t>کیوں؟ ان کو Incentive ملتا ہے۔</w:t>
      </w:r>
    </w:p>
    <w:p>
      <w:r>
        <w:rPr>
          <w:b/>
        </w:rPr>
        <w:t xml:space="preserve">[47:57] </w:t>
      </w:r>
      <w:r>
        <w:t>jab woh dekhte hain ke mere paas kuch nahi hai to, lekin Mind to hai.</w:t>
      </w:r>
    </w:p>
    <w:p>
      <w:pPr>
        <w:jc w:val="right"/>
      </w:pPr>
      <w:r>
        <w:t>جب وہ دیکھتے ہیں کہ میرے پاس کچھ نہیں ہے تو، لیکن Mind تو ہے۔</w:t>
      </w:r>
    </w:p>
    <w:p>
      <w:r>
        <w:rPr>
          <w:b/>
        </w:rPr>
        <w:t xml:space="preserve">[48:00] </w:t>
      </w:r>
      <w:r>
        <w:t>aadmi ke paas kuch bhi na ho lekin Mind to phir bhi hota hai.</w:t>
      </w:r>
    </w:p>
    <w:p>
      <w:pPr>
        <w:jc w:val="right"/>
      </w:pPr>
      <w:r>
        <w:t>آدمی کے پاس کچھ بھی نہ ہو لیکن Mind تو پھر بھی ہوتا ہے۔</w:t>
      </w:r>
    </w:p>
    <w:p>
      <w:r>
        <w:rPr>
          <w:b/>
        </w:rPr>
        <w:t xml:space="preserve">[48:03] </w:t>
      </w:r>
      <w:r>
        <w:t>haath paon phir bhi hota hai.</w:t>
      </w:r>
    </w:p>
    <w:p>
      <w:pPr>
        <w:jc w:val="right"/>
      </w:pPr>
      <w:r>
        <w:t>ہاتھ پاؤں پھر بھی ہوتا ہے۔</w:t>
      </w:r>
    </w:p>
    <w:p>
      <w:r>
        <w:rPr>
          <w:b/>
        </w:rPr>
        <w:t xml:space="preserve">[48:07] </w:t>
      </w:r>
      <w:r>
        <w:t>to woh is ko Incentive deta hai.</w:t>
      </w:r>
    </w:p>
    <w:p>
      <w:pPr>
        <w:jc w:val="right"/>
      </w:pPr>
      <w:r>
        <w:t>تو وہ اس کو Incentive دیتا ہے۔</w:t>
      </w:r>
    </w:p>
    <w:p>
      <w:r>
        <w:rPr>
          <w:b/>
        </w:rPr>
        <w:t xml:space="preserve">[48:10] </w:t>
      </w:r>
      <w:r>
        <w:t>Incentive jaagta hai ke mujhe karna hai, I will do it, I will do it.</w:t>
      </w:r>
    </w:p>
    <w:p>
      <w:pPr>
        <w:jc w:val="right"/>
      </w:pPr>
      <w:r>
        <w:t>Incentive جاگتا ہے کہ مجھے کرنا ہے، I will do it، I will do it۔</w:t>
      </w:r>
    </w:p>
    <w:p>
      <w:r>
        <w:rPr>
          <w:b/>
        </w:rPr>
        <w:t xml:space="preserve">[48:13] </w:t>
      </w:r>
      <w:r>
        <w:t>aur phir kar dalte hain woh.</w:t>
      </w:r>
    </w:p>
    <w:p>
      <w:pPr>
        <w:jc w:val="right"/>
      </w:pPr>
      <w:r>
        <w:t>اور پھر کر ڈالتے ہیں وہ۔</w:t>
      </w:r>
    </w:p>
    <w:p>
      <w:r>
        <w:rPr>
          <w:b/>
        </w:rPr>
        <w:t xml:space="preserve">[48:17] </w:t>
      </w:r>
      <w:r>
        <w:t>to main yeh kahunga ke sahi D</w:t>
      </w:r>
    </w:p>
    <w:p>
      <w:pPr>
        <w:jc w:val="right"/>
      </w:pPr>
      <w:r>
        <w:t>تو میں یہ کہوں گا کہ صحیح D</w:t>
      </w:r>
    </w:p>
    <w:p>
      <w:r>
        <w:rPr>
          <w:b/>
        </w:rPr>
        <w:t xml:space="preserve">[48:20] </w:t>
      </w:r>
      <w:r>
        <w:t>dichotomy یہ ہے کہ اگر آپ کہیں کہ Mr. Poor was born with a silver spoon in his mouth.</w:t>
      </w:r>
    </w:p>
    <w:p>
      <w:pPr>
        <w:jc w:val="right"/>
      </w:pPr>
      <w:r>
        <w:t>ichotomy یہ ہے کہ اگر آپ کہیں کہ مسٹر Poor was born with a Incentive spoon in his mouth۔</w:t>
      </w:r>
    </w:p>
    <w:p>
      <w:r>
        <w:rPr>
          <w:b/>
        </w:rPr>
        <w:t xml:space="preserve">[48:26] </w:t>
      </w:r>
      <w:r>
        <w:t>Mr. Poor جو تھے وہ لوہے کے، یعنی وہ چاندی کے چمچے کے بغیر پیدا ہوئے، یہ کہنا</w:t>
      </w:r>
    </w:p>
    <w:p>
      <w:pPr>
        <w:jc w:val="right"/>
      </w:pPr>
      <w:r>
        <w:t>مسٹر Poor جو تھے وہ لوہے کے، یعنی وہ چاندی کے چمچے کے بغیر پیدا ہوئے، یہ کہنا</w:t>
      </w:r>
    </w:p>
    <w:p>
      <w:r>
        <w:rPr>
          <w:b/>
        </w:rPr>
        <w:t xml:space="preserve">[48:32] </w:t>
      </w:r>
      <w:r>
        <w:t>ghalat hai bilkul.</w:t>
      </w:r>
    </w:p>
    <w:p>
      <w:pPr>
        <w:jc w:val="right"/>
      </w:pPr>
      <w:r>
        <w:t>غلط ہے بالکل۔</w:t>
      </w:r>
    </w:p>
    <w:p>
      <w:r>
        <w:rPr>
          <w:b/>
        </w:rPr>
        <w:t xml:space="preserve">[48:39] </w:t>
      </w:r>
      <w:r>
        <w:t>Mr. Poor jo the, incentive ka chamcha lekar paida hue. Incentive.</w:t>
      </w:r>
    </w:p>
    <w:p>
      <w:pPr>
        <w:jc w:val="right"/>
      </w:pPr>
      <w:r>
        <w:t>مسٹر Poor جو تھے Incentive کا چمچہ لے کر پیدا ہوئے۔ Incentive۔</w:t>
      </w:r>
    </w:p>
    <w:p>
      <w:r>
        <w:rPr>
          <w:b/>
        </w:rPr>
        <w:t xml:space="preserve">[48:45] </w:t>
      </w:r>
      <w:r>
        <w:t>Mr. Poor was born with a silver spoon in his mouth.</w:t>
      </w:r>
    </w:p>
    <w:p>
      <w:pPr>
        <w:jc w:val="right"/>
      </w:pPr>
      <w:r>
        <w:t>مسٹر Poor was born with a Incentive spoon in his mouth۔</w:t>
      </w:r>
    </w:p>
    <w:p>
      <w:r>
        <w:rPr>
          <w:b/>
        </w:rPr>
        <w:t xml:space="preserve">[48:51] </w:t>
      </w:r>
      <w:r>
        <w:t>aur aap yeh manenge ke haqeeqat yeh hai ke dunya mein sab se bari cheez jo hai</w:t>
      </w:r>
    </w:p>
    <w:p>
      <w:pPr>
        <w:jc w:val="right"/>
      </w:pPr>
      <w:r>
        <w:t>اور آپ یہ مانیں گے کہ حقیقت یہ ہے کہ دنیا میں سب سے بڑی چیز جو ہے</w:t>
      </w:r>
    </w:p>
    <w:p>
      <w:r>
        <w:rPr>
          <w:b/>
        </w:rPr>
        <w:t xml:space="preserve">[48:54] </w:t>
      </w:r>
      <w:r>
        <w:t>woh Incentive hai. Incentive.</w:t>
      </w:r>
    </w:p>
    <w:p>
      <w:pPr>
        <w:jc w:val="right"/>
      </w:pPr>
      <w:r>
        <w:t>وہ Incentive ہے۔ Incentive۔</w:t>
      </w:r>
    </w:p>
    <w:p>
      <w:r>
        <w:rPr>
          <w:b/>
        </w:rPr>
        <w:t xml:space="preserve">[48:58] </w:t>
      </w:r>
      <w:r>
        <w:t>sab se bari cheez.</w:t>
      </w:r>
    </w:p>
    <w:p>
      <w:pPr>
        <w:jc w:val="right"/>
      </w:pPr>
      <w:r>
        <w:t>سب سے بڑی چیز۔</w:t>
      </w:r>
    </w:p>
    <w:p>
      <w:r>
        <w:rPr>
          <w:b/>
        </w:rPr>
        <w:t xml:space="preserve">[49:01] </w:t>
      </w:r>
      <w:r>
        <w:t>Incentive aap ko hosla deti hai.</w:t>
      </w:r>
    </w:p>
    <w:p>
      <w:pPr>
        <w:jc w:val="right"/>
      </w:pPr>
      <w:r>
        <w:t>Incentive آپ کو حوصلہ دیتی ہے۔</w:t>
      </w:r>
    </w:p>
    <w:p>
      <w:r>
        <w:rPr>
          <w:b/>
        </w:rPr>
        <w:t xml:space="preserve">[49:04] </w:t>
      </w:r>
      <w:r>
        <w:t>Incentive آپ کو courage دیتا ہے۔</w:t>
      </w:r>
    </w:p>
    <w:p>
      <w:pPr>
        <w:jc w:val="right"/>
      </w:pPr>
      <w:r>
        <w:t>Incentive آپ کو Courage دیتا ہے۔</w:t>
      </w:r>
    </w:p>
    <w:p>
      <w:r>
        <w:rPr>
          <w:b/>
        </w:rPr>
        <w:t xml:space="preserve">[49:08] </w:t>
      </w:r>
      <w:r>
        <w:t>Incentive se aap Hard Worker bante hain.</w:t>
      </w:r>
    </w:p>
    <w:p>
      <w:pPr>
        <w:jc w:val="right"/>
      </w:pPr>
      <w:r>
        <w:t>Incentive سے آپ Hard Worker بنتے ہیں۔</w:t>
      </w:r>
    </w:p>
    <w:p>
      <w:r>
        <w:rPr>
          <w:b/>
        </w:rPr>
        <w:t xml:space="preserve">[49:11] </w:t>
      </w:r>
      <w:r>
        <w:t>Incentive se aap Planning karte hain.</w:t>
      </w:r>
    </w:p>
    <w:p>
      <w:pPr>
        <w:jc w:val="right"/>
      </w:pPr>
      <w:r>
        <w:t>Incentive سے آپ Planning کرتے ہیں۔</w:t>
      </w:r>
    </w:p>
    <w:p>
      <w:r>
        <w:rPr>
          <w:b/>
        </w:rPr>
        <w:t xml:space="preserve">[49:14] </w:t>
      </w:r>
      <w:r>
        <w:t>sab kuch Incentive se aata hai.</w:t>
      </w:r>
    </w:p>
    <w:p>
      <w:pPr>
        <w:jc w:val="right"/>
      </w:pPr>
      <w:r>
        <w:t>سب کچھ Incentive سے آتا ہے۔</w:t>
      </w:r>
    </w:p>
    <w:p>
      <w:r>
        <w:rPr>
          <w:b/>
        </w:rPr>
        <w:t xml:space="preserve">[49:18] </w:t>
      </w:r>
      <w:r>
        <w:t>Incentive nahi to aap dull hokar pade reh jayenge. To</w:t>
      </w:r>
    </w:p>
    <w:p>
      <w:pPr>
        <w:jc w:val="right"/>
      </w:pPr>
      <w:r>
        <w:t>Incentive نہیں تو آپ ڈل ہو کر پڑے رہ جائیں گے۔ تو</w:t>
      </w:r>
    </w:p>
    <w:p>
      <w:r>
        <w:rPr>
          <w:b/>
        </w:rPr>
        <w:t xml:space="preserve">[49:21] </w:t>
      </w:r>
      <w:r>
        <w:t>aap dekhiye ke yeh Haves aur Have Not ki Category kitni galat hai.</w:t>
      </w:r>
    </w:p>
    <w:p>
      <w:pPr>
        <w:jc w:val="right"/>
      </w:pPr>
      <w:r>
        <w:t>آپ دیکھیے کہ یہ Haves اور Have Not کی Category کتنی غلط ہے۔</w:t>
      </w:r>
    </w:p>
    <w:p>
      <w:r>
        <w:rPr>
          <w:b/>
        </w:rPr>
        <w:t xml:space="preserve">[49:26] </w:t>
      </w:r>
      <w:r>
        <w:t>sahi Category hai Potential Haves aur Actual Haves ki.</w:t>
      </w:r>
    </w:p>
    <w:p>
      <w:pPr>
        <w:jc w:val="right"/>
      </w:pPr>
      <w:r>
        <w:t>صحیح Category ہے Potential Haves اور Actual Haves کی۔</w:t>
      </w:r>
    </w:p>
    <w:p>
      <w:r>
        <w:rPr>
          <w:b/>
        </w:rPr>
        <w:t xml:space="preserve">[49:31] </w:t>
      </w:r>
      <w:r>
        <w:t>yeh hai sahi Category.</w:t>
      </w:r>
    </w:p>
    <w:p>
      <w:pPr>
        <w:jc w:val="right"/>
      </w:pPr>
      <w:r>
        <w:t>یہ ہے صحیح Category۔</w:t>
      </w:r>
    </w:p>
    <w:p>
      <w:r>
        <w:rPr>
          <w:b/>
        </w:rPr>
        <w:t xml:space="preserve">[49:36] </w:t>
      </w:r>
      <w:r>
        <w:t>yeh aik bohat bari cheez hai jis ko samajhna chahiye aadmi ko ke aik hoti hai Superfluous Thinking.</w:t>
      </w:r>
    </w:p>
    <w:p>
      <w:pPr>
        <w:jc w:val="right"/>
      </w:pPr>
      <w:r>
        <w:t>یہ ایک بہت بڑی چیز ہے جس کو سمجھنا چاہیے آدمی کو کہ ایک ہوتی ہے Superfluous Thinking۔</w:t>
      </w:r>
    </w:p>
    <w:p>
      <w:r>
        <w:rPr>
          <w:b/>
        </w:rPr>
        <w:t xml:space="preserve">[49:41] </w:t>
      </w:r>
      <w:r>
        <w:t>aik hoti hai Deeper Thinking.</w:t>
      </w:r>
    </w:p>
    <w:p>
      <w:pPr>
        <w:jc w:val="right"/>
      </w:pPr>
      <w:r>
        <w:t>ایک ہوتی ہے Deeper Thinking۔</w:t>
      </w:r>
    </w:p>
    <w:p>
      <w:r>
        <w:rPr>
          <w:b/>
        </w:rPr>
        <w:t xml:space="preserve">[49:46] </w:t>
      </w:r>
      <w:r>
        <w:t>Superfluous Thinking aur Deeper Thinking.</w:t>
      </w:r>
    </w:p>
    <w:p>
      <w:pPr>
        <w:jc w:val="right"/>
      </w:pPr>
      <w:r>
        <w:t>Superfluous Thinking اور Deeper Thinking۔</w:t>
      </w:r>
    </w:p>
    <w:p>
      <w:r>
        <w:rPr>
          <w:b/>
        </w:rPr>
        <w:t xml:space="preserve">[49:51] </w:t>
      </w:r>
      <w:r>
        <w:t>Superfluous Thinking hamesha hi tabaah karti hai.</w:t>
      </w:r>
    </w:p>
    <w:p>
      <w:pPr>
        <w:jc w:val="right"/>
      </w:pPr>
      <w:r>
        <w:t>Superfluous Thinking ہمیشہ ہی تباہ کرتی ہے۔</w:t>
      </w:r>
    </w:p>
    <w:p>
      <w:r>
        <w:rPr>
          <w:b/>
        </w:rPr>
        <w:t xml:space="preserve">[49:56] </w:t>
      </w:r>
      <w:r>
        <w:t>Deeper Thinking hamesha hi aadmi ko kamyab banati hai.</w:t>
      </w:r>
    </w:p>
    <w:p>
      <w:pPr>
        <w:jc w:val="right"/>
      </w:pPr>
      <w:r>
        <w:t>Deeper Thinking ہمیشہ ہی آدمی کو کامیاب بناتی ہے۔</w:t>
      </w:r>
    </w:p>
    <w:p>
      <w:r>
        <w:rPr>
          <w:b/>
        </w:rPr>
        <w:t xml:space="preserve">[50:00] </w:t>
      </w:r>
      <w:r>
        <w:t>jaise India mein dekhiye, 1897 mein jo log angrezon ke muqable mein ladne lage hathiyar se, is par</w:t>
      </w:r>
    </w:p>
    <w:p>
      <w:pPr>
        <w:jc w:val="right"/>
      </w:pPr>
      <w:r>
        <w:t>جیسے انڈیا میں دیکھیے، 1897 میں جو لوگ انگریزوں کے مقابلے میں لڑنے لگے ہتھیار سے، اس پر</w:t>
      </w:r>
    </w:p>
    <w:p>
      <w:r>
        <w:rPr>
          <w:b/>
        </w:rPr>
        <w:t xml:space="preserve">[50:04] </w:t>
      </w:r>
      <w:r>
        <w:t>phir Superfluous Thinking thi.</w:t>
      </w:r>
    </w:p>
    <w:p>
      <w:pPr>
        <w:jc w:val="right"/>
      </w:pPr>
      <w:r>
        <w:t>پھر Superfluous Thinking تھی۔</w:t>
      </w:r>
    </w:p>
    <w:p>
      <w:r>
        <w:rPr>
          <w:b/>
        </w:rPr>
        <w:t xml:space="preserve">[50:08] </w:t>
      </w:r>
      <w:r>
        <w:t>samajhte the ke bas ladna hai.</w:t>
      </w:r>
    </w:p>
    <w:p>
      <w:pPr>
        <w:jc w:val="right"/>
      </w:pPr>
      <w:r>
        <w:t>سمجھتے تھے کہ بس لڑنا ہے۔</w:t>
      </w:r>
    </w:p>
    <w:p>
      <w:r>
        <w:rPr>
          <w:b/>
        </w:rPr>
        <w:t xml:space="preserve">[50:13] </w:t>
      </w:r>
      <w:r>
        <w:t>socha nahi ke ladenge to kaise ladenge? tumhare paas talwar hai, unke paas banduq hai.</w:t>
      </w:r>
    </w:p>
    <w:p>
      <w:pPr>
        <w:jc w:val="right"/>
      </w:pPr>
      <w:r>
        <w:t>سوچا نہیں کہ لڑیں گے تو کیسے لڑیں گے؟ تمہارے پاس تلوار ہے، ان کے پاس بندوق ہے۔</w:t>
      </w:r>
    </w:p>
    <w:p>
      <w:r>
        <w:rPr>
          <w:b/>
        </w:rPr>
        <w:t xml:space="preserve">[50:17] </w:t>
      </w:r>
      <w:r>
        <w:t>tumhare paas jo hai woh neza hai, unke paas top</w:t>
      </w:r>
    </w:p>
    <w:p>
      <w:pPr>
        <w:jc w:val="right"/>
      </w:pPr>
      <w:r>
        <w:t>تمہارے پاس جو ہے وہ نیزہ ہے، ان کے پاس توپ</w:t>
      </w:r>
    </w:p>
    <w:p>
      <w:r>
        <w:rPr>
          <w:b/>
        </w:rPr>
        <w:t xml:space="preserve">[50:21] </w:t>
      </w:r>
      <w:r>
        <w:t>hai.</w:t>
      </w:r>
    </w:p>
    <w:p>
      <w:pPr>
        <w:jc w:val="right"/>
      </w:pPr>
      <w:r>
        <w:t>ہے۔</w:t>
      </w:r>
    </w:p>
    <w:p>
      <w:r>
        <w:rPr>
          <w:b/>
        </w:rPr>
        <w:t xml:space="preserve">[50:26] </w:t>
      </w:r>
      <w:r>
        <w:t>kaise ladoge? bas josh tha.</w:t>
      </w:r>
    </w:p>
    <w:p>
      <w:pPr>
        <w:jc w:val="right"/>
      </w:pPr>
      <w:r>
        <w:t>کیسے لڑو گے؟ بس جوش تھا۔</w:t>
      </w:r>
    </w:p>
    <w:p>
      <w:r>
        <w:rPr>
          <w:b/>
        </w:rPr>
        <w:t xml:space="preserve">[50:30] </w:t>
      </w:r>
      <w:r>
        <w:t>Gandhi ne pehli baar yeh socha ke hum is tarah se lad kar jeet nahi sakte.</w:t>
      </w:r>
    </w:p>
    <w:p>
      <w:pPr>
        <w:jc w:val="right"/>
      </w:pPr>
      <w:r>
        <w:t>گاندھی نے پہلی بار یہ سوچا کہ ہم اس طرح سے لڑ کر جیت نہیں سکتے۔</w:t>
      </w:r>
    </w:p>
    <w:p>
      <w:r>
        <w:rPr>
          <w:b/>
        </w:rPr>
        <w:t xml:space="preserve">[50:35] </w:t>
      </w:r>
      <w:r>
        <w:t>is Superfluous Thinking se bahar aaye woh.</w:t>
      </w:r>
    </w:p>
    <w:p>
      <w:pPr>
        <w:jc w:val="right"/>
      </w:pPr>
      <w:r>
        <w:t>اس Superfluous Thinking سے باہر آئے وہ۔</w:t>
      </w:r>
    </w:p>
    <w:p>
      <w:r>
        <w:rPr>
          <w:b/>
        </w:rPr>
        <w:t xml:space="preserve">[50:39] </w:t>
      </w:r>
      <w:r>
        <w:t>aur unhone socha to paya ke aaj ki duniya ek nayi duniya hai.</w:t>
      </w:r>
    </w:p>
    <w:p>
      <w:pPr>
        <w:jc w:val="right"/>
      </w:pPr>
      <w:r>
        <w:t>اور انہوں نے سوچا تو پایا کہ آج کی دنیا ایک نئی دنیا ہے۔</w:t>
      </w:r>
    </w:p>
    <w:p>
      <w:r>
        <w:rPr>
          <w:b/>
        </w:rPr>
        <w:t xml:space="preserve">[50:44] </w:t>
      </w:r>
      <w:r>
        <w:t>yani log jo hain pichhle zamane mein jee rahe the ke jab badshah log talwar le kar nikalte</w:t>
      </w:r>
    </w:p>
    <w:p>
      <w:pPr>
        <w:jc w:val="right"/>
      </w:pPr>
      <w:r>
        <w:t>یعنی لوگ جو ہیں پچھلے زمانے میں جی رہے تھے کہ جب بادشاہ لوگ تلوار لے کر نکلتے</w:t>
      </w:r>
    </w:p>
    <w:p>
      <w:r>
        <w:rPr>
          <w:b/>
        </w:rPr>
        <w:t xml:space="preserve">[50:49] </w:t>
      </w:r>
      <w:r>
        <w:t>the apni fauj ko, woh lad kar ke jeet lete the.</w:t>
      </w:r>
    </w:p>
    <w:p>
      <w:pPr>
        <w:jc w:val="right"/>
      </w:pPr>
      <w:r>
        <w:t>تھے اپنی فوج کو، وہ لڑ کر کے جیت لیتے تھے۔</w:t>
      </w:r>
    </w:p>
    <w:p>
      <w:r>
        <w:rPr>
          <w:b/>
        </w:rPr>
        <w:t xml:space="preserve">[50:53] </w:t>
      </w:r>
      <w:r>
        <w:t>pehla zamane mein jo taqat thi woh talwar thi bas aur kuch nahi.</w:t>
      </w:r>
    </w:p>
    <w:p>
      <w:pPr>
        <w:jc w:val="right"/>
      </w:pPr>
      <w:r>
        <w:t>پہلے زمانے میں جو طاقت تھی وہ تلوار تھی بس اور کچھ نہیں۔</w:t>
      </w:r>
    </w:p>
    <w:p>
      <w:r>
        <w:rPr>
          <w:b/>
        </w:rPr>
        <w:t xml:space="preserve">[50:56] </w:t>
      </w:r>
      <w:r>
        <w:t>talwar ke siwa aur kuch bhi nahi tha.</w:t>
      </w:r>
    </w:p>
    <w:p>
      <w:pPr>
        <w:jc w:val="right"/>
      </w:pPr>
      <w:r>
        <w:t>تلوار کے سوا اور کچھ بھی نہیں تھا۔</w:t>
      </w:r>
    </w:p>
    <w:p>
      <w:r>
        <w:rPr>
          <w:b/>
        </w:rPr>
        <w:t xml:space="preserve">[50:59] </w:t>
      </w:r>
      <w:r>
        <w:t>isi din, isi soch rahe the.</w:t>
      </w:r>
    </w:p>
    <w:p>
      <w:pPr>
        <w:jc w:val="right"/>
      </w:pPr>
      <w:r>
        <w:t>اسی دن، اسی سوچ رہے تھے۔</w:t>
      </w:r>
    </w:p>
    <w:p>
      <w:r>
        <w:rPr>
          <w:b/>
        </w:rPr>
        <w:t xml:space="preserve">[51:02] </w:t>
      </w:r>
      <w:r>
        <w:t>to Creative Thinking nahi thi unke andar.</w:t>
      </w:r>
    </w:p>
    <w:p>
      <w:pPr>
        <w:jc w:val="right"/>
      </w:pPr>
      <w:r>
        <w:t>تو Creative Thinking نہیں تھی ان کے اندر۔</w:t>
      </w:r>
    </w:p>
    <w:p>
      <w:r>
        <w:rPr>
          <w:b/>
        </w:rPr>
        <w:t xml:space="preserve">[51:05] </w:t>
      </w:r>
      <w:r>
        <w:t>Gandhi jo tha uske andar Creative Thinking thi.</w:t>
      </w:r>
    </w:p>
    <w:p>
      <w:pPr>
        <w:jc w:val="right"/>
      </w:pPr>
      <w:r>
        <w:t>گاندھی جو تھا اس کے اندر Creative Thinking تھی۔</w:t>
      </w:r>
    </w:p>
    <w:p>
      <w:r>
        <w:rPr>
          <w:b/>
        </w:rPr>
        <w:t xml:space="preserve">[51:08] </w:t>
      </w:r>
      <w:r>
        <w:t>unhone socha yeh zamana jo hai is mein ek aur cheez aa gayi hai jo hamari hathiyar hai.</w:t>
      </w:r>
    </w:p>
    <w:p>
      <w:pPr>
        <w:jc w:val="right"/>
      </w:pPr>
      <w:r>
        <w:t>انہوں نے سوچا یہ زمانہ جو ہے اس میں ایک اور چیز آ گئی ہے جو ہماری ہتھیار ہے۔</w:t>
      </w:r>
    </w:p>
    <w:p>
      <w:r>
        <w:rPr>
          <w:b/>
        </w:rPr>
        <w:t xml:space="preserve">[51:11] </w:t>
      </w:r>
      <w:r>
        <w:t>woh kya hai? Freedom.</w:t>
      </w:r>
    </w:p>
    <w:p>
      <w:pPr>
        <w:jc w:val="right"/>
      </w:pPr>
      <w:r>
        <w:t>وہ کیا ہے؟ Freedom۔</w:t>
      </w:r>
    </w:p>
    <w:p>
      <w:r>
        <w:rPr>
          <w:b/>
        </w:rPr>
        <w:t xml:space="preserve">[51:14] </w:t>
      </w:r>
      <w:r>
        <w:t>woh kya hai? Nationalism.</w:t>
      </w:r>
    </w:p>
    <w:p>
      <w:pPr>
        <w:jc w:val="right"/>
      </w:pPr>
      <w:r>
        <w:t>وہ کیا ہے؟ Nationalism۔</w:t>
      </w:r>
    </w:p>
    <w:p>
      <w:r>
        <w:rPr>
          <w:b/>
        </w:rPr>
        <w:t xml:space="preserve">[51:17] </w:t>
      </w:r>
      <w:r>
        <w:t>woh kya hai? Self-Determinism.</w:t>
      </w:r>
    </w:p>
    <w:p>
      <w:pPr>
        <w:jc w:val="right"/>
      </w:pPr>
      <w:r>
        <w:t>وہ کیا ہے؟ Self-Determinism۔</w:t>
      </w:r>
    </w:p>
    <w:p>
      <w:r>
        <w:rPr>
          <w:b/>
        </w:rPr>
        <w:t xml:space="preserve">[51:20] </w:t>
      </w:r>
      <w:r>
        <w:t>woh kya hai? Media.</w:t>
      </w:r>
    </w:p>
    <w:p>
      <w:pPr>
        <w:jc w:val="right"/>
      </w:pPr>
      <w:r>
        <w:t>وہ کیا ہے؟ میڈیا۔</w:t>
      </w:r>
    </w:p>
    <w:p>
      <w:r>
        <w:rPr>
          <w:b/>
        </w:rPr>
        <w:t xml:space="preserve">[51:23] </w:t>
      </w:r>
      <w:r>
        <w:t>woh kya hai? Demonstration.</w:t>
      </w:r>
    </w:p>
    <w:p>
      <w:pPr>
        <w:jc w:val="right"/>
      </w:pPr>
      <w:r>
        <w:t>وہ کیا ہے؟ Demonstration۔</w:t>
      </w:r>
    </w:p>
    <w:p>
      <w:r>
        <w:rPr>
          <w:b/>
        </w:rPr>
        <w:t xml:space="preserve">[51:28] </w:t>
      </w:r>
      <w:r>
        <w:t>yeh sab pehle nahi tha.</w:t>
      </w:r>
    </w:p>
    <w:p>
      <w:pPr>
        <w:jc w:val="right"/>
      </w:pPr>
      <w:r>
        <w:t>یہ سب پہلے نہیں تھا۔</w:t>
      </w:r>
    </w:p>
    <w:p>
      <w:r>
        <w:rPr>
          <w:b/>
        </w:rPr>
        <w:t xml:space="preserve">[51:33] </w:t>
      </w:r>
      <w:r>
        <w:t>to Peaceful Demonstration, Peaceful Activism, Peaceful Struggle is ko unhone Discover kiya.</w:t>
      </w:r>
    </w:p>
    <w:p>
      <w:pPr>
        <w:jc w:val="right"/>
      </w:pPr>
      <w:r>
        <w:t>تو Peaceful Demonstration، Peaceful Activism، Peaceful Struggle اس کو انہوں نے Discover کیا۔</w:t>
      </w:r>
    </w:p>
    <w:p>
      <w:r>
        <w:rPr>
          <w:b/>
        </w:rPr>
        <w:t xml:space="preserve">[51:38] </w:t>
      </w:r>
      <w:r>
        <w:t>jab zyada socha unhon ne tab.</w:t>
      </w:r>
    </w:p>
    <w:p>
      <w:pPr>
        <w:jc w:val="right"/>
      </w:pPr>
      <w:r>
        <w:t>جب زیادہ سوچا انہوں نے تب۔</w:t>
      </w:r>
    </w:p>
    <w:p>
      <w:r>
        <w:rPr>
          <w:b/>
        </w:rPr>
        <w:t xml:space="preserve">[51:43] </w:t>
      </w:r>
      <w:r>
        <w:t>kam sochne se log sirf ladte the, marte the, ladte the, marte the.</w:t>
      </w:r>
    </w:p>
    <w:p>
      <w:pPr>
        <w:jc w:val="right"/>
      </w:pPr>
      <w:r>
        <w:t>کم سوچنے سے لوگ صرف لڑتے تھے، مرتے تھے، لڑتے تھے، مرتے تھے۔</w:t>
      </w:r>
    </w:p>
    <w:p>
      <w:r>
        <w:rPr>
          <w:b/>
        </w:rPr>
        <w:t xml:space="preserve">[51:48] </w:t>
      </w:r>
      <w:r>
        <w:t>zyada socha, zyada socha to un ko ek discovery hui ke</w:t>
      </w:r>
    </w:p>
    <w:p>
      <w:pPr>
        <w:jc w:val="right"/>
      </w:pPr>
      <w:r>
        <w:t>زیادہ سوچا، زیادہ سوچا تو ان کو ایک Discovery ہوئی کہ</w:t>
      </w:r>
    </w:p>
    <w:p>
      <w:r>
        <w:rPr>
          <w:b/>
        </w:rPr>
        <w:t xml:space="preserve">[51:53] </w:t>
      </w:r>
      <w:r>
        <w:t>Peaceful Method is more powerful than the violent method. Yeh zamane ka ek naya Phenomena tha. Is ko istemal kiya unhon ne. To main ne ek parha tha qissa ke jab Gandhi ne elan kiya Ahinsa ka, Non-Violence ka. Kyun ke pehle jo hai 1857 se le kar ke 1919 tak hinsa, hinsa, hinsa wala tareeqa tha. Angrezo</w:t>
      </w:r>
    </w:p>
    <w:p>
      <w:pPr>
        <w:jc w:val="right"/>
      </w:pPr>
      <w:r>
        <w:t>Peaceful Method is more powerful than the violent method۔ یہ زمانے کا ایک نیا Phenomena تھا۔ اس کو استعمال کیا انہوں نے۔ تو میں نے ایک پڑھا تھا قصہ کہ جب گاندھی نے اعلان کیا اہنسا کا، Non-Violence کا۔ کیونکہ پہلے جو ہے 1857 سے لے کر کے 1919 تک ہنسا، ہنسا، ہنسا والا طریقہ تھا۔ انگریزوں</w:t>
      </w:r>
    </w:p>
    <w:p>
      <w:r>
        <w:rPr>
          <w:b/>
        </w:rPr>
        <w:t xml:space="preserve">[52:23] </w:t>
      </w:r>
      <w:r>
        <w:t>ko maro, angrezon ko maro, angrezon ko maro.</w:t>
      </w:r>
    </w:p>
    <w:p>
      <w:pPr>
        <w:jc w:val="right"/>
      </w:pPr>
      <w:r>
        <w:t>کو مارو، انگریزوں کو مارو، انگریزوں کو مارو۔</w:t>
      </w:r>
    </w:p>
    <w:p>
      <w:r>
        <w:rPr>
          <w:b/>
        </w:rPr>
        <w:t xml:space="preserve">[52:28] </w:t>
      </w:r>
      <w:r>
        <w:t>to ek ek british collector ne is situation ko kaise face karen, wo samajh mein nahi aata ke</w:t>
      </w:r>
    </w:p>
    <w:p>
      <w:pPr>
        <w:jc w:val="right"/>
      </w:pPr>
      <w:r>
        <w:t>تو ایک ایک برٹش Collector نے اس Situation کو کیسے Face کریں، وہ سمجھ میں نہیں آتا کہ</w:t>
      </w:r>
    </w:p>
    <w:p>
      <w:r>
        <w:rPr>
          <w:b/>
        </w:rPr>
        <w:t xml:space="preserve">[52:33] </w:t>
      </w:r>
      <w:r>
        <w:t>is situation ko kaise face karen.</w:t>
      </w:r>
    </w:p>
    <w:p>
      <w:pPr>
        <w:jc w:val="right"/>
      </w:pPr>
      <w:r>
        <w:t>اس Situation کو کیسے Face کریں۔</w:t>
      </w:r>
    </w:p>
    <w:p>
      <w:r>
        <w:rPr>
          <w:b/>
        </w:rPr>
        <w:t xml:space="preserve">[52:38] </w:t>
      </w:r>
      <w:r>
        <w:t>to is ne apne secretariat ko telegram bheja ke barah e karam telegram ke zariye bataiye ke kaise hum</w:t>
      </w:r>
    </w:p>
    <w:p>
      <w:pPr>
        <w:jc w:val="right"/>
      </w:pPr>
      <w:r>
        <w:t>تو اس نے اپنے Secretariat کو Telegram بھیجا کہ براہ کرم Telegram کے ذریعے بتائیے کہ کیسے ہم</w:t>
      </w:r>
    </w:p>
    <w:p>
      <w:r>
        <w:rPr>
          <w:b/>
        </w:rPr>
        <w:t xml:space="preserve">[52:43] </w:t>
      </w:r>
      <w:r>
        <w:t>kya karen, is ko kaise face karen.</w:t>
      </w:r>
    </w:p>
    <w:p>
      <w:pPr>
        <w:jc w:val="right"/>
      </w:pPr>
      <w:r>
        <w:t>کیا کریں، اس کو کیسے Face کریں۔</w:t>
      </w:r>
    </w:p>
    <w:p>
      <w:r>
        <w:rPr>
          <w:b/>
        </w:rPr>
        <w:t xml:space="preserve">[52:48] </w:t>
      </w:r>
      <w:r>
        <w:t>to is mein tel</w:t>
      </w:r>
    </w:p>
    <w:p>
      <w:pPr>
        <w:jc w:val="right"/>
      </w:pPr>
      <w:r>
        <w:t>تو اس میں Tel</w:t>
      </w:r>
    </w:p>
    <w:p>
      <w:r>
        <w:rPr>
          <w:b/>
        </w:rPr>
        <w:t xml:space="preserve">[52:53] </w:t>
      </w:r>
      <w:r>
        <w:t>egram ki wording yeh thi ke "kindly war instructions: how to kill a tiger non-violently".</w:t>
      </w:r>
    </w:p>
    <w:p>
      <w:pPr>
        <w:jc w:val="right"/>
      </w:pPr>
      <w:r>
        <w:t>egram کی Wording یہ تھی کہ "Kindly war instructions: How to kill a tiger non-violently"۔</w:t>
      </w:r>
    </w:p>
    <w:p>
      <w:r>
        <w:rPr>
          <w:b/>
        </w:rPr>
        <w:t xml:space="preserve">[53:00] </w:t>
      </w:r>
      <w:r>
        <w:t>to freedom of struggle ka jo tiger tha wo pehle aata tha arm le kar ke, hum is</w:t>
      </w:r>
    </w:p>
    <w:p>
      <w:pPr>
        <w:jc w:val="right"/>
      </w:pPr>
      <w:r>
        <w:t>تو Freedom of Struggle کا جو Tiger تھا وہ پہلے آتا تھا Arm لے کر کے، ہم اس</w:t>
      </w:r>
    </w:p>
    <w:p>
      <w:r>
        <w:rPr>
          <w:b/>
        </w:rPr>
        <w:t xml:space="preserve">[53:06] </w:t>
      </w:r>
      <w:r>
        <w:t>ko arm se kill kar dete the.</w:t>
      </w:r>
    </w:p>
    <w:p>
      <w:pPr>
        <w:jc w:val="right"/>
      </w:pPr>
      <w:r>
        <w:t>کو Arm سے Kill کر دیتے تھے۔</w:t>
      </w:r>
    </w:p>
    <w:p>
      <w:r>
        <w:rPr>
          <w:b/>
        </w:rPr>
        <w:t xml:space="preserve">[53:13] </w:t>
      </w:r>
      <w:r>
        <w:t>yani un ka arm hamare liye, arm ke liye justification banta tha.</w:t>
      </w:r>
    </w:p>
    <w:p>
      <w:pPr>
        <w:jc w:val="right"/>
      </w:pPr>
      <w:r>
        <w:t>یعنی ان کا Arm ہمارے لیے، Arm کے لیے Justification بنتا تھا۔</w:t>
      </w:r>
    </w:p>
    <w:p>
      <w:r>
        <w:rPr>
          <w:b/>
        </w:rPr>
        <w:t xml:space="preserve">[53:19] </w:t>
      </w:r>
      <w:r>
        <w:t>unhon ne pathar mara to hum goli marte the un ko.</w:t>
      </w:r>
    </w:p>
    <w:p>
      <w:pPr>
        <w:jc w:val="right"/>
      </w:pPr>
      <w:r>
        <w:t>انہوں نے پتھر مارا تو ہم گولی مارتے تھے ان کو۔</w:t>
      </w:r>
    </w:p>
    <w:p>
      <w:r>
        <w:rPr>
          <w:b/>
        </w:rPr>
        <w:t xml:space="preserve">[53:26] </w:t>
      </w:r>
      <w:r>
        <w:t>yani their violence was a justification for our violence.</w:t>
      </w:r>
    </w:p>
    <w:p>
      <w:pPr>
        <w:jc w:val="right"/>
      </w:pPr>
      <w:r>
        <w:t>یعنی Their violence was a justification for our violence۔</w:t>
      </w:r>
    </w:p>
    <w:p>
      <w:r>
        <w:rPr>
          <w:b/>
        </w:rPr>
        <w:t xml:space="preserve">[53:32] </w:t>
      </w:r>
      <w:r>
        <w:t>ab kya hai? ab wo ahinsa ke roop mein aa raha hai, non-violence ke roop mein aa raha hai.</w:t>
      </w:r>
    </w:p>
    <w:p>
      <w:pPr>
        <w:jc w:val="right"/>
      </w:pPr>
      <w:r>
        <w:t>اب کیا ہے؟ اب وہ اہنسا کے روپ میں آ رہا ہے، Non-Violence کے روپ میں آ رہا ہے۔</w:t>
      </w:r>
    </w:p>
    <w:p>
      <w:r>
        <w:rPr>
          <w:b/>
        </w:rPr>
        <w:t xml:space="preserve">[53:38] </w:t>
      </w:r>
      <w:r>
        <w:t>to is tarah se gandhi ne un se justification chheen liya marne ka, goli marne ka.</w:t>
      </w:r>
    </w:p>
    <w:p>
      <w:pPr>
        <w:jc w:val="right"/>
      </w:pPr>
      <w:r>
        <w:t>تو اس طرح سے گاندھی نے ان سے Justification چھین لیا مارنے کا، گولی مارنے کا۔</w:t>
      </w:r>
    </w:p>
    <w:p>
      <w:r>
        <w:rPr>
          <w:b/>
        </w:rPr>
        <w:t xml:space="preserve">[53:44] </w:t>
      </w:r>
      <w:r>
        <w:t>aur phir aap jante hain ke india azad ho gaya.</w:t>
      </w:r>
    </w:p>
    <w:p>
      <w:pPr>
        <w:jc w:val="right"/>
      </w:pPr>
      <w:r>
        <w:t>اور پھر آپ جانتے ہیں کہ انڈیا آزاد ہو گیا۔</w:t>
      </w:r>
    </w:p>
    <w:p>
      <w:r>
        <w:rPr>
          <w:b/>
        </w:rPr>
        <w:t xml:space="preserve">[53:50] </w:t>
      </w:r>
      <w:r>
        <w:t>to ek hoti hai superfluous thinking, ek hoti hai deeper thinking,</w:t>
      </w:r>
    </w:p>
    <w:p>
      <w:pPr>
        <w:jc w:val="right"/>
      </w:pPr>
      <w:r>
        <w:t>تو ایک ہوتی ہے Superfluous Thinking، ایک ہوتی ہے Deeper Thinking،</w:t>
      </w:r>
    </w:p>
    <w:p>
      <w:r>
        <w:rPr>
          <w:b/>
        </w:rPr>
        <w:t xml:space="preserve">[53:56] </w:t>
      </w:r>
      <w:r>
        <w:t>ek hoti hai creative thinking.</w:t>
      </w:r>
    </w:p>
    <w:p>
      <w:pPr>
        <w:jc w:val="right"/>
      </w:pPr>
      <w:r>
        <w:t>ایک ہوتی ہے Creative Thinking۔</w:t>
      </w:r>
    </w:p>
    <w:p>
      <w:r>
        <w:rPr>
          <w:b/>
        </w:rPr>
        <w:t xml:space="preserve">[54:00] </w:t>
      </w:r>
      <w:r>
        <w:t>to yeh jo problem hai, problem of evil, problem of suffering, yeh sab isi liye hai ke log</w:t>
      </w:r>
    </w:p>
    <w:p>
      <w:pPr>
        <w:jc w:val="right"/>
      </w:pPr>
      <w:r>
        <w:t>تو یہ جو Problem ہے، Problem of Evil، Problem of Suffering، یہ سب اسی لیے ہے کہ لوگ</w:t>
      </w:r>
    </w:p>
    <w:p>
      <w:r>
        <w:rPr>
          <w:b/>
        </w:rPr>
        <w:t xml:space="preserve">[54:05] </w:t>
      </w:r>
      <w:r>
        <w:t>gehrai mein ja kar nahi sochte.</w:t>
      </w:r>
    </w:p>
    <w:p>
      <w:pPr>
        <w:jc w:val="right"/>
      </w:pPr>
      <w:r>
        <w:t>گہرائی میں جا کر نہیں سوچتے۔</w:t>
      </w:r>
    </w:p>
    <w:p>
      <w:r>
        <w:rPr>
          <w:b/>
        </w:rPr>
        <w:t xml:space="preserve">[54:09] </w:t>
      </w:r>
      <w:r>
        <w:t>kisi ek cheez ko kill out kar liya, isi par soch rahe hain.</w:t>
      </w:r>
    </w:p>
    <w:p>
      <w:pPr>
        <w:jc w:val="right"/>
      </w:pPr>
      <w:r>
        <w:t>کسی ایک چیز کو Kill out کر لیا، اسی پر سوچ رہے ہیں۔</w:t>
      </w:r>
    </w:p>
    <w:p>
      <w:r>
        <w:rPr>
          <w:b/>
        </w:rPr>
        <w:t xml:space="preserve">[54:14] </w:t>
      </w:r>
      <w:r>
        <w:t>ek personal ko experience ho gaya to bas isi ko le kar soch rahe hain.</w:t>
      </w:r>
    </w:p>
    <w:p>
      <w:pPr>
        <w:jc w:val="right"/>
      </w:pPr>
      <w:r>
        <w:t>ایک Personal کو Experience ہو گیا تو بس اسی کو لے کر سوچ رہے ہیں۔</w:t>
      </w:r>
    </w:p>
    <w:p>
      <w:r>
        <w:rPr>
          <w:b/>
        </w:rPr>
        <w:t xml:space="preserve">[54:18] </w:t>
      </w:r>
      <w:r>
        <w:t>universal outlook nahi hota un ke andar.</w:t>
      </w:r>
    </w:p>
    <w:p>
      <w:pPr>
        <w:jc w:val="right"/>
      </w:pPr>
      <w:r>
        <w:t>Universal Outlook نہیں ہوتا ان کے اندر۔</w:t>
      </w:r>
    </w:p>
    <w:p>
      <w:r>
        <w:rPr>
          <w:b/>
        </w:rPr>
        <w:t xml:space="preserve">[54:23] </w:t>
      </w:r>
      <w:r>
        <w:t>aap dekhiye ke helen keler aur</w:t>
      </w:r>
    </w:p>
    <w:p>
      <w:pPr>
        <w:jc w:val="right"/>
      </w:pPr>
      <w:r>
        <w:t>آپ دیکھیے کہ ہیلن کلر اور</w:t>
      </w:r>
    </w:p>
    <w:p>
      <w:r>
        <w:rPr>
          <w:b/>
        </w:rPr>
        <w:t xml:space="preserve">[54:27] </w:t>
      </w:r>
      <w:r>
        <w:t>yeh Braille, dono ke dono Disabled thay. Disabled thay bohat ziyada. Yani Braille jo hai woh andha aadmi tha. Yani kitna bara is ke andar Creativity jaagi. Aap ghor kijiye ke us ne Braille System ijad kiya. Ke andhe bhi parh lein. Yani andhe bhi parh lein. Is mein jo mujhe jo cheez bohat Attract karti hai woh yeh hai ke andha p</w:t>
      </w:r>
    </w:p>
    <w:p>
      <w:pPr>
        <w:jc w:val="right"/>
      </w:pPr>
      <w:r>
        <w:t>یہ بریل، دونوں کے دونوں Disabled تھے۔ Disabled تھے بہت زیادہ۔ یعنی بریل جو ہے وہ اندھا آدمی تھا۔ یعنی کتنا بڑا اس کے اندر Creativity جاگی۔ آپ غور کیجیے کہ اس نے بریل System ایجاد کیا۔ کہ اندھے بھی پڑھ لیں۔ یعنی اندھے بھی پڑھ لیں۔ اس میں جو مجھے جو چیز بہت Attract کرتی ہے وہ یہ ہے کہ اندھا پ</w:t>
      </w:r>
    </w:p>
    <w:p>
      <w:r>
        <w:rPr>
          <w:b/>
        </w:rPr>
        <w:t xml:space="preserve">[54:57] </w:t>
      </w:r>
      <w:r>
        <w:t>n ke bawajood is ke andar creativity jaagi.</w:t>
      </w:r>
    </w:p>
    <w:p>
      <w:pPr>
        <w:jc w:val="right"/>
      </w:pPr>
      <w:r>
        <w:t>ن کے باوجود اس کے اندر Creativity جاگی۔</w:t>
      </w:r>
    </w:p>
    <w:p>
      <w:r>
        <w:rPr>
          <w:b/>
        </w:rPr>
        <w:t xml:space="preserve">[55:05] </w:t>
      </w:r>
      <w:r>
        <w:t>soch ki salahiyat jaagi.</w:t>
      </w:r>
    </w:p>
    <w:p>
      <w:pPr>
        <w:jc w:val="right"/>
      </w:pPr>
      <w:r>
        <w:t>سوچ کی صلاحیت جاگی۔</w:t>
      </w:r>
    </w:p>
    <w:p>
      <w:r>
        <w:rPr>
          <w:b/>
        </w:rPr>
        <w:t xml:space="preserve">[55:13] </w:t>
      </w:r>
      <w:r>
        <w:t>ke is ne ek nai cheez discover ki.</w:t>
      </w:r>
    </w:p>
    <w:p>
      <w:pPr>
        <w:jc w:val="right"/>
      </w:pPr>
      <w:r>
        <w:t>کہ اس نے ایک نئی چیز Discover کی۔</w:t>
      </w:r>
    </w:p>
    <w:p>
      <w:r>
        <w:rPr>
          <w:b/>
        </w:rPr>
        <w:t xml:space="preserve">[55:20] </w:t>
      </w:r>
      <w:r>
        <w:t>to helen keler ne aur brel ne apni kamzori ko convert kar liya ek mazbooti mein.</w:t>
      </w:r>
    </w:p>
    <w:p>
      <w:pPr>
        <w:jc w:val="right"/>
      </w:pPr>
      <w:r>
        <w:t>تو ہیلن کلر نے اور بریل نے اپنی کمزوری کو Convert کر لیا ایک مضبوطی میں۔</w:t>
      </w:r>
    </w:p>
    <w:p>
      <w:r>
        <w:rPr>
          <w:b/>
        </w:rPr>
        <w:t xml:space="preserve">[55:28] </w:t>
      </w:r>
      <w:r>
        <w:t>kyun? apne mind ko jagaya unhon ne.</w:t>
      </w:r>
    </w:p>
    <w:p>
      <w:pPr>
        <w:jc w:val="right"/>
      </w:pPr>
      <w:r>
        <w:t>کیوں؟ اپنے Mind کو جگایا انہوں نے۔</w:t>
      </w:r>
    </w:p>
    <w:p>
      <w:r>
        <w:rPr>
          <w:b/>
        </w:rPr>
        <w:t xml:space="preserve">[55:36] </w:t>
      </w:r>
      <w:r>
        <w:t>jaise ke aap, main airport par pehle main dekhta tha ke wahan par jo mazooron ke liye jo</w:t>
      </w:r>
    </w:p>
    <w:p>
      <w:pPr>
        <w:jc w:val="right"/>
      </w:pPr>
      <w:r>
        <w:t>جیسے کہ آپ، میں Airport پر پہلے میں دیکھتا تھا کہ وہاں پر جو معذوروں کے لیے جو</w:t>
      </w:r>
    </w:p>
    <w:p>
      <w:r>
        <w:rPr>
          <w:b/>
        </w:rPr>
        <w:t xml:space="preserve">[55:43] </w:t>
      </w:r>
      <w:r>
        <w:t>toilet hote hain is par likha rehta tha yani disabled persons, disabled logon ke liye.</w:t>
      </w:r>
    </w:p>
    <w:p>
      <w:pPr>
        <w:jc w:val="right"/>
      </w:pPr>
      <w:r>
        <w:t>Toilet ہوتے ہیں اس پر لکھا رہتا تھا یعنی Disabled Persons، Disabled لوگوں کے لیے۔</w:t>
      </w:r>
    </w:p>
    <w:p>
      <w:r>
        <w:rPr>
          <w:b/>
        </w:rPr>
        <w:t xml:space="preserve">[55:51] </w:t>
      </w:r>
      <w:r>
        <w:t>abhi main gaya to main ne dekha ke wahan likha hua tha ke physically challenged, yeh mujhe bohat pasand aaya.</w:t>
      </w:r>
    </w:p>
    <w:p>
      <w:pPr>
        <w:jc w:val="right"/>
      </w:pPr>
      <w:r>
        <w:t>ابھی میں گیا تو میں نے دیکھا کہ وہاں لکھا ہوا تھا کہ Physically Challenged، یہ مجھے بہت پسند آیا۔</w:t>
      </w:r>
    </w:p>
    <w:p>
      <w:r>
        <w:rPr>
          <w:b/>
        </w:rPr>
        <w:t xml:space="preserve">[55:59] </w:t>
      </w:r>
      <w:r>
        <w:t>disabled ke liye likha hua hai physically challenged, yani woh ek challenge hai.</w:t>
      </w:r>
    </w:p>
    <w:p>
      <w:pPr>
        <w:jc w:val="right"/>
      </w:pPr>
      <w:r>
        <w:t>Disabled کے لیے لکھا ہوا ہے Physically Challenged، یعنی وہ ایک Challenge ہے۔</w:t>
      </w:r>
    </w:p>
    <w:p>
      <w:r>
        <w:rPr>
          <w:b/>
        </w:rPr>
        <w:t xml:space="preserve">[56:03] </w:t>
      </w:r>
      <w:r>
        <w:t>is challenge ka samna karo.</w:t>
      </w:r>
    </w:p>
    <w:p>
      <w:pPr>
        <w:jc w:val="right"/>
      </w:pPr>
      <w:r>
        <w:t>اس Challenge کا سامنا کرو۔</w:t>
      </w:r>
    </w:p>
    <w:p>
      <w:r>
        <w:rPr>
          <w:b/>
        </w:rPr>
        <w:t xml:space="preserve">[56:07] </w:t>
      </w:r>
      <w:r>
        <w:t>to is ko unhon ne universal law ke under mein laye woh.</w:t>
      </w:r>
    </w:p>
    <w:p>
      <w:pPr>
        <w:jc w:val="right"/>
      </w:pPr>
      <w:r>
        <w:t>تو اس کو انہوں نے Universal Law کے Under میں لائے وہ۔</w:t>
      </w:r>
    </w:p>
    <w:p>
      <w:r>
        <w:rPr>
          <w:b/>
        </w:rPr>
        <w:t xml:space="preserve">[56:12] </w:t>
      </w:r>
      <w:r>
        <w:t>ke challenge to har ek ko pesh aa raha hai, har ek ko challenge pesh aa raha hai.</w:t>
      </w:r>
    </w:p>
    <w:p>
      <w:pPr>
        <w:jc w:val="right"/>
      </w:pPr>
      <w:r>
        <w:t>کہ Challenge تو ہر ایک کو پیش آ رہا ہے، ہر ایک کو Challenge پیش آ رہا ہے۔</w:t>
      </w:r>
    </w:p>
    <w:p>
      <w:r>
        <w:rPr>
          <w:b/>
        </w:rPr>
        <w:t xml:space="preserve">[56:16] </w:t>
      </w:r>
      <w:r>
        <w:t>yeh duniya poori ki poori challenge hai.</w:t>
      </w:r>
    </w:p>
    <w:p>
      <w:pPr>
        <w:jc w:val="right"/>
      </w:pPr>
      <w:r>
        <w:t>یہ دنیا پوری کی پوری Challenge ہے۔</w:t>
      </w:r>
    </w:p>
    <w:p>
      <w:r>
        <w:rPr>
          <w:b/>
        </w:rPr>
        <w:t xml:space="preserve">[56:20] </w:t>
      </w:r>
      <w:r>
        <w:t>to physically challenge, agar kisi ke andar, kisi ke paon mein kuch problem aa gaya hai, hath mein</w:t>
      </w:r>
    </w:p>
    <w:p>
      <w:pPr>
        <w:jc w:val="right"/>
      </w:pPr>
      <w:r>
        <w:t>تو Physically Challenge، اگر کسی کے اندر، کسی کے پاؤں میں کچھ Problem آ گیا ہے، ہاتھ میں</w:t>
      </w:r>
    </w:p>
    <w:p>
      <w:r>
        <w:rPr>
          <w:b/>
        </w:rPr>
        <w:t xml:space="preserve">[56:25] </w:t>
      </w:r>
      <w:r>
        <w:t>problem aa gaya hai, to woh ek challenge ka case hai.</w:t>
      </w:r>
    </w:p>
    <w:p>
      <w:pPr>
        <w:jc w:val="right"/>
      </w:pPr>
      <w:r>
        <w:t>Problem آ گیا ہے، تو وہ ایک Challenge کا Case ہے۔</w:t>
      </w:r>
    </w:p>
    <w:p>
      <w:r>
        <w:rPr>
          <w:b/>
        </w:rPr>
        <w:t xml:space="preserve">[56:29] </w:t>
      </w:r>
      <w:r>
        <w:t>Jab aap yeh kahein ke yeh Challenge ka case hai to aap is ke andar ek Incentive jagate hain, hosla barhate hain. Challenge ka samna karne ka is ke andar shauq paida karte hain. To main samajhta hoon ke yeh sara mamla jo hai, yeh</w:t>
      </w:r>
    </w:p>
    <w:p>
      <w:pPr>
        <w:jc w:val="right"/>
      </w:pPr>
      <w:r>
        <w:t>جب آپ یہ کہیں کہ یہ Challenge کا Case ہے تو آپ اس کے اندر ایک Incentive جگاتے ہیں، حوصلہ بڑھاتے ہیں۔ Challenge کا سامنا کرنے کا اس کے اندر ذوق پیدا کرتے ہیں۔ تو میں سمجھتا ہوں کہ یہ سارا معاملہ جو ہے، یہ</w:t>
      </w:r>
    </w:p>
    <w:p>
      <w:r>
        <w:rPr>
          <w:b/>
        </w:rPr>
        <w:t xml:space="preserve">[56:59] </w:t>
      </w:r>
      <w:r>
        <w:t>saara mamla jo hai woh cheez ko wrong angle se dekhne ka hai.</w:t>
      </w:r>
    </w:p>
    <w:p>
      <w:pPr>
        <w:jc w:val="right"/>
      </w:pPr>
      <w:r>
        <w:t>سارا معاملہ جو ہے وہ چیز کو Wrong Angle سے دیکھنے کا ہے۔</w:t>
      </w:r>
    </w:p>
    <w:p>
      <w:r>
        <w:rPr>
          <w:b/>
        </w:rPr>
        <w:t xml:space="preserve">[57:05] </w:t>
      </w:r>
      <w:r>
        <w:t>aap dekhiye stephen hawking jo hai woh poori tarah ek disabled person hai.</w:t>
      </w:r>
    </w:p>
    <w:p>
      <w:pPr>
        <w:jc w:val="right"/>
      </w:pPr>
      <w:r>
        <w:t>آپ دیکھیے اسٹیفن ہاکنگ جو ہے وہ پوری طرح ایک Disabled Person ہے۔</w:t>
      </w:r>
    </w:p>
    <w:p>
      <w:r>
        <w:rPr>
          <w:b/>
        </w:rPr>
        <w:t xml:space="preserve">[57:11] </w:t>
      </w:r>
      <w:r>
        <w:t>lekin aaj jo hai, aaj ki duniya mein woh number ek scientist bana hua hai.</w:t>
      </w:r>
    </w:p>
    <w:p>
      <w:pPr>
        <w:jc w:val="right"/>
      </w:pPr>
      <w:r>
        <w:t>لیکن آج جو ہے، آج کی دنیا میں وہ نمبر ایک سائنٹسٹ بنا ہوا ہے۔</w:t>
      </w:r>
    </w:p>
    <w:p>
      <w:r>
        <w:rPr>
          <w:b/>
        </w:rPr>
        <w:t xml:space="preserve">[57:16] </w:t>
      </w:r>
      <w:r>
        <w:t>yeh critical science mein number ek darja is ko mila hua hai.</w:t>
      </w:r>
    </w:p>
    <w:p>
      <w:pPr>
        <w:jc w:val="right"/>
      </w:pPr>
      <w:r>
        <w:t>یہ Critical سائنس میں نمبر ایک درجہ اس کو ملا ہوا ہے۔</w:t>
      </w:r>
    </w:p>
    <w:p>
      <w:r>
        <w:rPr>
          <w:b/>
        </w:rPr>
        <w:t xml:space="preserve">[57:22] </w:t>
      </w:r>
      <w:r>
        <w:t>kaisi ajeeb baat hai.</w:t>
      </w:r>
    </w:p>
    <w:p>
      <w:pPr>
        <w:jc w:val="right"/>
      </w:pPr>
      <w:r>
        <w:t>کیسی عجیب بات ہے۔</w:t>
      </w:r>
    </w:p>
    <w:p>
      <w:r>
        <w:rPr>
          <w:b/>
        </w:rPr>
        <w:t xml:space="preserve">[57:28] </w:t>
      </w:r>
      <w:r>
        <w:t>kaisi ajeeb baat hai.</w:t>
      </w:r>
    </w:p>
    <w:p>
      <w:pPr>
        <w:jc w:val="right"/>
      </w:pPr>
      <w:r>
        <w:t>کیسی عجیب بات ہے۔</w:t>
      </w:r>
    </w:p>
    <w:p>
      <w:r>
        <w:rPr>
          <w:b/>
        </w:rPr>
        <w:t xml:space="preserve">[57:34] </w:t>
      </w:r>
      <w:r>
        <w:t>to dekhiye nature ko samhiye.</w:t>
      </w:r>
    </w:p>
    <w:p>
      <w:pPr>
        <w:jc w:val="right"/>
      </w:pPr>
      <w:r>
        <w:t>تو دیکھیے Nature کو سمجھیے۔</w:t>
      </w:r>
    </w:p>
    <w:p>
      <w:r>
        <w:rPr>
          <w:b/>
        </w:rPr>
        <w:t xml:space="preserve">[57:38] </w:t>
      </w:r>
      <w:r>
        <w:t>nature ne insaan ko azadi di hai.</w:t>
      </w:r>
    </w:p>
    <w:p>
      <w:pPr>
        <w:jc w:val="right"/>
      </w:pPr>
      <w:r>
        <w:t>Nature نے انسان کو آزادی دی ہے۔</w:t>
      </w:r>
    </w:p>
    <w:p>
      <w:r>
        <w:rPr>
          <w:b/>
        </w:rPr>
        <w:t xml:space="preserve">[57:42] </w:t>
      </w:r>
      <w:r>
        <w:t>azadi se yeh saare problem aate hain.</w:t>
      </w:r>
    </w:p>
    <w:p>
      <w:pPr>
        <w:jc w:val="right"/>
      </w:pPr>
      <w:r>
        <w:t>آزادی سے یہ سارے Problem آتے ہیں۔</w:t>
      </w:r>
    </w:p>
    <w:p>
      <w:r>
        <w:rPr>
          <w:b/>
        </w:rPr>
        <w:t xml:space="preserve">[57:47] </w:t>
      </w:r>
      <w:r>
        <w:t>lekin saath saath khuda ne aisa kiya hai ke Compensation ka Principle rakha hai.</w:t>
      </w:r>
    </w:p>
    <w:p>
      <w:pPr>
        <w:jc w:val="right"/>
      </w:pPr>
      <w:r>
        <w:t>لیکن ساتھ ساتھ خدا نے ایسا کیا ہے کہ Compensation کا Principle رکھا ہے۔</w:t>
      </w:r>
    </w:p>
    <w:p>
      <w:r>
        <w:rPr>
          <w:b/>
        </w:rPr>
        <w:t xml:space="preserve">[57:51] </w:t>
      </w:r>
      <w:r>
        <w:t>ke agar mere paon mein Problem aa jaye to mera Mind ziyada Active ho jata hai.</w:t>
      </w:r>
    </w:p>
    <w:p>
      <w:pPr>
        <w:jc w:val="right"/>
      </w:pPr>
      <w:r>
        <w:t>کہ اگر میرے پاؤں میں Problem آ جائے تو میرا Mind زیادہ Active ہو جاتا ہے۔</w:t>
      </w:r>
    </w:p>
    <w:p>
      <w:r>
        <w:rPr>
          <w:b/>
        </w:rPr>
        <w:t xml:space="preserve">[57:55] </w:t>
      </w:r>
      <w:r>
        <w:t>jis ki aankh mein Problem aa jaye to us ko sochne ki taqat barh jati hai is ki.</w:t>
      </w:r>
    </w:p>
    <w:p>
      <w:pPr>
        <w:jc w:val="right"/>
      </w:pPr>
      <w:r>
        <w:t>جس کی آنکھ میں Problem آ جائے تو اس کو سوچنے کی طاقت بڑھ جاتی ہے اس کی۔</w:t>
      </w:r>
    </w:p>
    <w:p>
      <w:r>
        <w:rPr>
          <w:b/>
        </w:rPr>
        <w:t xml:space="preserve">[58:00] </w:t>
      </w:r>
      <w:r>
        <w:t>yeh hai Compensation. to aap</w:t>
      </w:r>
    </w:p>
    <w:p>
      <w:pPr>
        <w:jc w:val="right"/>
      </w:pPr>
      <w:r>
        <w:t>یہ ہے Compensation۔ تو آپ</w:t>
      </w:r>
    </w:p>
    <w:p>
      <w:r>
        <w:rPr>
          <w:b/>
        </w:rPr>
        <w:t xml:space="preserve">[58:04] </w:t>
      </w:r>
      <w:r>
        <w:t>Overall Picture ko dekhiye. Kisi ek waqea ko le kar Single out kar ke aap samajhna chahein ke is Phenomena ko to aap samajh nahi sakte. Deep mein jaiye. Khuda ke Creation Plan ko samjhiye. Apne mehdood, apne Limited Cell mein rakh kar baton ko na samajhne ki koshish kijiye. Jo Wider Plan hai Khuda ka, jo us mein jo poori Humanity ko cover kar</w:t>
      </w:r>
    </w:p>
    <w:p>
      <w:pPr>
        <w:jc w:val="right"/>
      </w:pPr>
      <w:r>
        <w:t>Overall Picture کو دیکھیے۔ کسی ایک واقعے کو لے کر Single out کر کے آپ سمجھنا چاہیں کہ اس Phenomena کو تو آپ سمجھ نہیں سکتے۔ Deep میں جائیے۔ خدا کے Creation Plan کو سمجھیے۔ اپنے محدود، اپنے Limited Cell میں رکھ کر باتوں کو نہ سمجھنے کی کوشش کیجیے۔ جو Wider Plan ہے خدا کا، جو اس میں جو پوری Humanity کو Cover کر</w:t>
      </w:r>
    </w:p>
    <w:p>
      <w:r>
        <w:rPr>
          <w:b/>
        </w:rPr>
        <w:t xml:space="preserve">[58:34] </w:t>
      </w:r>
      <w:r>
        <w:t>raha hai, us ko le kar dekhiye.</w:t>
      </w:r>
    </w:p>
    <w:p>
      <w:pPr>
        <w:jc w:val="right"/>
      </w:pPr>
      <w:r>
        <w:t>رہا ہے، اس کو لے کر دیکھیے۔</w:t>
      </w:r>
    </w:p>
    <w:p>
      <w:r>
        <w:rPr>
          <w:b/>
        </w:rPr>
        <w:t xml:space="preserve">[58:38] </w:t>
      </w:r>
      <w:r>
        <w:t>tab aap samajh painge Suffering ke Phenomena ko.</w:t>
      </w:r>
    </w:p>
    <w:p>
      <w:pPr>
        <w:jc w:val="right"/>
      </w:pPr>
      <w:r>
        <w:t>تب آپ سمجھ پائیں گے Suffering کے Phenomena کو۔</w:t>
      </w:r>
    </w:p>
    <w:p>
      <w:r>
        <w:rPr>
          <w:b/>
        </w:rPr>
        <w:t xml:space="preserve">[58:43] </w:t>
      </w:r>
      <w:r>
        <w:t>main ne dekha Suffering nahi hai, woh Challenge hai.</w:t>
      </w:r>
    </w:p>
    <w:p>
      <w:pPr>
        <w:jc w:val="right"/>
      </w:pPr>
      <w:r>
        <w:t>میں نے دیکھا Suffering نہیں ہے، وہ Challenge ہے۔</w:t>
      </w:r>
    </w:p>
    <w:p>
      <w:r>
        <w:rPr>
          <w:b/>
        </w:rPr>
        <w:t xml:space="preserve">[58:47] </w:t>
      </w:r>
      <w:r>
        <w:t>jis cheez ko aap Suffering keh rahe hain, woh Challenge hai, woh Suffering nahi hai.</w:t>
      </w:r>
    </w:p>
    <w:p>
      <w:pPr>
        <w:jc w:val="right"/>
      </w:pPr>
      <w:r>
        <w:t>جس چیز کو آپ Suffering کہہ رہے ہیں، وہ Challenge ہے، وہ Suffering نہیں ہے۔</w:t>
      </w:r>
    </w:p>
    <w:p>
      <w:r>
        <w:rPr>
          <w:b/>
        </w:rPr>
        <w:t xml:space="preserve">[58:51] </w:t>
      </w:r>
      <w:r>
        <w:t>to yeh Wrong Knowledge Nature ka qissa hai.</w:t>
      </w:r>
    </w:p>
    <w:p>
      <w:pPr>
        <w:jc w:val="right"/>
      </w:pPr>
      <w:r>
        <w:t>تو یہ Wrong Knowledge Nature کا قصہ ہے۔</w:t>
      </w:r>
    </w:p>
    <w:p>
      <w:r>
        <w:rPr>
          <w:b/>
        </w:rPr>
        <w:t xml:space="preserve">[58:55] </w:t>
      </w:r>
      <w:r>
        <w:t>apni aqal ko istemal kar ke hum sari kamyabiyan hasil kar li hain hum ne.</w:t>
      </w:r>
    </w:p>
    <w:p>
      <w:pPr>
        <w:jc w:val="right"/>
      </w:pPr>
      <w:r>
        <w:t>اپنی عقل کو استعمال کر کے ہم ساری کامیابیاں حاصل کر لی ہیں ہم نے۔</w:t>
      </w:r>
    </w:p>
    <w:p>
      <w:r>
        <w:rPr>
          <w:b/>
        </w:rPr>
        <w:t xml:space="preserve">[59:00] </w:t>
      </w:r>
      <w:r>
        <w:t>isi tarah se apni aqal ko istemal kar ke hum is</w:t>
      </w:r>
    </w:p>
    <w:p>
      <w:pPr>
        <w:jc w:val="right"/>
      </w:pPr>
      <w:r>
        <w:t>اسی طرح سے اپنی عقل کو استعمال کر کے ہم اس</w:t>
      </w:r>
    </w:p>
    <w:p>
      <w:r>
        <w:rPr>
          <w:b/>
        </w:rPr>
        <w:t xml:space="preserve">[59:04] </w:t>
      </w:r>
      <w:r>
        <w:t>ka jawab bhi pa sakte hain. Aqoolu qawli hadha wa astaghfirullaha li wa lakum ajmaeen.</w:t>
      </w:r>
    </w:p>
    <w:p>
      <w:pPr>
        <w:jc w:val="right"/>
      </w:pPr>
      <w:r>
        <w:t>کا جواب بھی پا سکتے ہیں۔ أقول قولي هذا واستغفرالله لي ولكم اجمعين.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