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Secret of Divine Wisdom September 2, 2012</w:t>
      </w:r>
    </w:p>
    <w:p>
      <w:r>
        <w:t>https://youtu.be/ZXQlrW7PqAE</w:t>
      </w:r>
    </w:p>
    <w:p>
      <w:r>
        <w:rPr>
          <w:b/>
        </w:rPr>
        <w:t xml:space="preserve">[00:13] </w:t>
      </w:r>
      <w:r>
        <w:t>bismillah hir rahman nir rahim. wa salli allah ala nabiyyil karim. rab ishrah li sadri, wa yassir li amri,</w:t>
      </w:r>
    </w:p>
    <w:p>
      <w:pPr>
        <w:jc w:val="right"/>
      </w:pPr>
      <w:r>
        <w:t>بسم اللہ الرحمن الرحیم۔ وصلی اللہ علی نبی الکریم۔ رب اشرح لی صدری، ویسر لی امری،</w:t>
      </w:r>
    </w:p>
    <w:p>
      <w:r>
        <w:rPr>
          <w:b/>
        </w:rPr>
        <w:t xml:space="preserve">[00:29] </w:t>
      </w:r>
      <w:r>
        <w:t>wahlul uqdatan min lisani, yafqahu qawli.</w:t>
      </w:r>
    </w:p>
    <w:p>
      <w:pPr>
        <w:jc w:val="right"/>
      </w:pPr>
      <w:r>
        <w:t>واحل العقدۃ من لسانی، یکہ قولی۔</w:t>
      </w:r>
    </w:p>
    <w:p>
      <w:r>
        <w:rPr>
          <w:b/>
        </w:rPr>
        <w:t xml:space="preserve">[00:38] </w:t>
      </w:r>
      <w:r>
        <w:t>aaj september 2012 ki doosri tareekh hai.</w:t>
      </w:r>
    </w:p>
    <w:p>
      <w:pPr>
        <w:jc w:val="right"/>
      </w:pPr>
      <w:r>
        <w:t>آج ستمبر 2012 کی دوسری تاریخ ہے۔</w:t>
      </w:r>
    </w:p>
    <w:p>
      <w:r>
        <w:rPr>
          <w:b/>
        </w:rPr>
        <w:t xml:space="preserve">[00:51] </w:t>
      </w:r>
      <w:r>
        <w:t>aaj ke liye jo topic hai wo hai "the secret of divine wisdom",</w:t>
      </w:r>
    </w:p>
    <w:p>
      <w:pPr>
        <w:jc w:val="right"/>
      </w:pPr>
      <w:r>
        <w:t>آج کے لیے جو ٹاپک ہے وہ ہے "دا سیکرٹ آف ڈیوائن وزڈم"،</w:t>
      </w:r>
    </w:p>
    <w:p>
      <w:r>
        <w:rPr>
          <w:b/>
        </w:rPr>
        <w:t xml:space="preserve">[01:07] </w:t>
      </w:r>
      <w:r>
        <w:t>yaani khudai hikmat ka raaz.</w:t>
      </w:r>
    </w:p>
    <w:p>
      <w:pPr>
        <w:jc w:val="right"/>
      </w:pPr>
      <w:r>
        <w:t>یعنی خدائی حکمت کا راز۔</w:t>
      </w:r>
    </w:p>
    <w:p>
      <w:r>
        <w:rPr>
          <w:b/>
        </w:rPr>
        <w:t xml:space="preserve">[01:13] </w:t>
      </w:r>
      <w:r>
        <w:t>dekhiye, yeh ek maani hui baat hai ke is dunya mein sab se bari jo, sab se bara asar jo kisi ke liye hai wo hai wisdom.</w:t>
      </w:r>
    </w:p>
    <w:p>
      <w:pPr>
        <w:jc w:val="right"/>
      </w:pPr>
      <w:r>
        <w:t>دیکھیے، یہ ایک مانی ہوئی بات ہے کہ اس دنیا میں سب سے بڑی جو، سب سے بڑا اثرت جو کسی کے لیے ہے وہ ہے وزڈم۔</w:t>
      </w:r>
    </w:p>
    <w:p>
      <w:r>
        <w:rPr>
          <w:b/>
        </w:rPr>
        <w:t xml:space="preserve">[01:33] </w:t>
      </w:r>
      <w:r>
        <w:t>koi bhi kaam ho, chota ho ya bara, chahe ek individual ka mamla ho ya poori community ka mamla, national mamla ho ya international mamla,</w:t>
      </w:r>
    </w:p>
    <w:p>
      <w:pPr>
        <w:jc w:val="right"/>
      </w:pPr>
      <w:r>
        <w:t>کوئی بھی کام ہو، چھوٹا ہو یا بڑا، چاہے ایک انڈیویجول کا معاملہ ہو یا پوری کمیونٹی کا معاملہ، نیشنل معاملہ ہو یا انٹرنیشنل معاملہ،</w:t>
      </w:r>
    </w:p>
    <w:p>
      <w:r>
        <w:rPr>
          <w:b/>
        </w:rPr>
        <w:t xml:space="preserve">[01:49] </w:t>
      </w:r>
      <w:r>
        <w:t>har mamle mein</w:t>
      </w:r>
    </w:p>
    <w:p>
      <w:pPr>
        <w:jc w:val="right"/>
      </w:pPr>
      <w:r>
        <w:t>ہر معاملے میں</w:t>
      </w:r>
    </w:p>
    <w:p>
      <w:r>
        <w:rPr>
          <w:b/>
        </w:rPr>
        <w:t xml:space="preserve">[01:54] </w:t>
      </w:r>
      <w:r>
        <w:t>wisdom ki zaroorat hoti hai.</w:t>
      </w:r>
    </w:p>
    <w:p>
      <w:pPr>
        <w:jc w:val="right"/>
      </w:pPr>
      <w:r>
        <w:t>وزڈم کی ضرورت ہوتی ہے۔</w:t>
      </w:r>
    </w:p>
    <w:p>
      <w:r>
        <w:rPr>
          <w:b/>
        </w:rPr>
        <w:t xml:space="preserve">[01:59] </w:t>
      </w:r>
      <w:r>
        <w:t>wisdom ko arabi mein kehte hain hikmat. hikmat. to wisdom hai to success hai, aur wisdom nahi to success nahi.</w:t>
      </w:r>
    </w:p>
    <w:p>
      <w:pPr>
        <w:jc w:val="right"/>
      </w:pPr>
      <w:r>
        <w:t>وزڈم کو عربی میں کہتے ہیں حکمت۔ حکمت۔ تو وزڈم ہے تو سکسیس ہے، اور وزڈم نہیں تو سکسیس نہیں۔</w:t>
      </w:r>
    </w:p>
    <w:p>
      <w:r>
        <w:rPr>
          <w:b/>
        </w:rPr>
        <w:t xml:space="preserve">[02:12] </w:t>
      </w:r>
      <w:r>
        <w:t>to sawal yeh hai ke wisdom kaise milti hai kisi ko?</w:t>
      </w:r>
    </w:p>
    <w:p>
      <w:pPr>
        <w:jc w:val="right"/>
      </w:pPr>
      <w:r>
        <w:t>تو سوال یہ ہے کہ وزڈم کیسے ملتی ہے کسی کو؟</w:t>
      </w:r>
    </w:p>
    <w:p>
      <w:r>
        <w:rPr>
          <w:b/>
        </w:rPr>
        <w:t xml:space="preserve">[02:22] </w:t>
      </w:r>
      <w:r>
        <w:t>is par is waqt inshallah guftagu hogi.</w:t>
      </w:r>
    </w:p>
    <w:p>
      <w:pPr>
        <w:jc w:val="right"/>
      </w:pPr>
      <w:r>
        <w:t>اس پر اس وقت انشاءاللہ گفتگو ہوگی۔</w:t>
      </w:r>
    </w:p>
    <w:p>
      <w:r>
        <w:rPr>
          <w:b/>
        </w:rPr>
        <w:t xml:space="preserve">[02:30] </w:t>
      </w:r>
      <w:r>
        <w:t>aaj maine do hadishein padhi, in do hadison mein mujhe divine wisdom ka raaz mila.</w:t>
      </w:r>
    </w:p>
    <w:p>
      <w:pPr>
        <w:jc w:val="right"/>
      </w:pPr>
      <w:r>
        <w:t>آج میں نے دو حدیثیں پڑھیں، ان دو حدیثوں میں مجھے ڈیوائن وزڈم کا راز ملا۔</w:t>
      </w:r>
    </w:p>
    <w:p>
      <w:r>
        <w:rPr>
          <w:b/>
        </w:rPr>
        <w:t xml:space="preserve">[02:38] </w:t>
      </w:r>
      <w:r>
        <w:t>dekhiye, ek hadis to woh hai jo ramzan se mutalliq hai.</w:t>
      </w:r>
    </w:p>
    <w:p>
      <w:pPr>
        <w:jc w:val="right"/>
      </w:pPr>
      <w:r>
        <w:t>دیکھیے، ایک حدیث تو وہ ہے جو رمضان سے متعلق ہے۔</w:t>
      </w:r>
    </w:p>
    <w:p>
      <w:r>
        <w:rPr>
          <w:b/>
        </w:rPr>
        <w:t xml:space="preserve">[02:49] </w:t>
      </w:r>
      <w:r>
        <w:t>yeh hadis tamam kitabon mein aayi hai.</w:t>
      </w:r>
    </w:p>
    <w:p>
      <w:pPr>
        <w:jc w:val="right"/>
      </w:pPr>
      <w:r>
        <w:t>یہ حدیث تمام کتابوں میں آئی ہے۔</w:t>
      </w:r>
    </w:p>
    <w:p>
      <w:r>
        <w:rPr>
          <w:b/>
        </w:rPr>
        <w:t xml:space="preserve">[02:54] </w:t>
      </w:r>
      <w:r>
        <w:t>is hadis mein yeh bataya gaya hai ke ramzan ke mahine mein rasool allah salallaho alaihi wasallam masjid mein thay aur aap bahar aaye,</w:t>
      </w:r>
    </w:p>
    <w:p>
      <w:pPr>
        <w:jc w:val="right"/>
      </w:pPr>
      <w:r>
        <w:t>اس حدیث میں یہ بتایا گیا ہے کہ رمضان کے مہینے میں رسول اللہ صلی اللہ علیہ وسلم مسجد میں تھے اور آپ باہر آئے،</w:t>
      </w:r>
    </w:p>
    <w:p>
      <w:r>
        <w:rPr>
          <w:b/>
        </w:rPr>
        <w:t xml:space="preserve">[03:09] </w:t>
      </w:r>
      <w:r>
        <w:t>masjid ke bahar, aur phir wapas laut gaye.</w:t>
      </w:r>
    </w:p>
    <w:p>
      <w:pPr>
        <w:jc w:val="right"/>
      </w:pPr>
      <w:r>
        <w:t>مسجد کے باہر، اور پھر واپس لوٹ گئے۔</w:t>
      </w:r>
    </w:p>
    <w:p>
      <w:r>
        <w:rPr>
          <w:b/>
        </w:rPr>
        <w:t xml:space="preserve">[03:16] </w:t>
      </w:r>
      <w:r>
        <w:t>yeh ek anokhi baat thi ke aap aaye bahar aur phir wapas laut gaye.</w:t>
      </w:r>
    </w:p>
    <w:p>
      <w:pPr>
        <w:jc w:val="right"/>
      </w:pPr>
      <w:r>
        <w:t>یہ ایک انوکھی بات تھی کہ آپ آئے باہر اور پھر واپس لوٹ گئے۔</w:t>
      </w:r>
    </w:p>
    <w:p>
      <w:r>
        <w:rPr>
          <w:b/>
        </w:rPr>
        <w:t xml:space="preserve">[03:22] </w:t>
      </w:r>
      <w:r>
        <w:t>yeh madine ka waqia hai. to aap ne farmaya ke mujhe shab-e-qadr ka ilm diya gaya tha, shab-e-qadr kab hai, is ka ilm diya gaya tha.</w:t>
      </w:r>
    </w:p>
    <w:p>
      <w:pPr>
        <w:jc w:val="right"/>
      </w:pPr>
      <w:r>
        <w:t>یہ مدینہ کا واقعہ ہے۔ تو آپ نے فرمایا کہ مجھے شب قدر کا علم دیا گیا تھا، شب قدر کب ہے، اس کا علم دیا گیا تھا۔</w:t>
      </w:r>
    </w:p>
    <w:p>
      <w:r>
        <w:rPr>
          <w:b/>
        </w:rPr>
        <w:t xml:space="preserve">[03:37] </w:t>
      </w:r>
      <w:r>
        <w:t>to maine chaha ke tum logon ko bata doon. to phir kya hua ke madine mein do musalman aapas mein lad gaye isi waqt.</w:t>
      </w:r>
    </w:p>
    <w:p>
      <w:pPr>
        <w:jc w:val="right"/>
      </w:pPr>
      <w:r>
        <w:t>تو میں نے چاہا کہ تم لوگوں کو بتا دوں۔ تو پھر کیا ہوا کہ مدینے میں دو مسلمان آپس میں لڑ گئے اسی وقت۔</w:t>
      </w:r>
    </w:p>
    <w:p>
      <w:r>
        <w:rPr>
          <w:b/>
        </w:rPr>
        <w:t xml:space="preserve">[03:49] </w:t>
      </w:r>
      <w:r>
        <w:t>ladne ka matlab yeh nahi ke talwar chalai, takrar, aapas mein behas mubhasah, ghussa musa.</w:t>
      </w:r>
    </w:p>
    <w:p>
      <w:pPr>
        <w:jc w:val="right"/>
      </w:pPr>
      <w:r>
        <w:t>لڑنے کا معنی یہ نہیں کہ تلوار چلائی، تکرار، آپس میں بحث مباحثہ، غصہ مسخہ۔</w:t>
      </w:r>
    </w:p>
    <w:p>
      <w:r>
        <w:rPr>
          <w:b/>
        </w:rPr>
        <w:t xml:space="preserve">[04:00] </w:t>
      </w:r>
      <w:r>
        <w:t>to woh ilm utha liya gaya. hadis ke alfaaz yeh hain ke "خرج تو لوح برکم بیل القدر،</w:t>
      </w:r>
    </w:p>
    <w:p>
      <w:pPr>
        <w:jc w:val="right"/>
      </w:pPr>
      <w:r>
        <w:t>تو وہ علم اٹھا لیا گیا۔ حدیث کے الفاظ یہ ہیں کہ "خرج تو لوح برکم بیل القدر،</w:t>
      </w:r>
    </w:p>
    <w:p>
      <w:r>
        <w:rPr>
          <w:b/>
        </w:rPr>
        <w:t xml:space="preserve">[04:16] </w:t>
      </w:r>
      <w:r>
        <w:t>فتلاہا رجلان من المسلمین فروفیات".</w:t>
      </w:r>
    </w:p>
    <w:p>
      <w:pPr>
        <w:jc w:val="right"/>
      </w:pPr>
      <w:r>
        <w:t>فتلاہا رجلان من المسلمین فروفیات"۔</w:t>
      </w:r>
    </w:p>
    <w:p>
      <w:r>
        <w:rPr>
          <w:b/>
        </w:rPr>
        <w:t xml:space="preserve">[04:23] </w:t>
      </w:r>
      <w:r>
        <w:t>main nikla ke tum logon ko shab-e-qadr ka ilm de doon, magar ain isi waqt madine ke do musalman aapas mein lad gaye.</w:t>
      </w:r>
    </w:p>
    <w:p>
      <w:pPr>
        <w:jc w:val="right"/>
      </w:pPr>
      <w:r>
        <w:t>میں نکلا کہ تم لوگوں کو شب قدر کا علم دے دوں، مگر عین اسی وقت مدینے کے دو مسلمان آپس میں لڑ گئے۔</w:t>
      </w:r>
    </w:p>
    <w:p>
      <w:r>
        <w:rPr>
          <w:b/>
        </w:rPr>
        <w:t xml:space="preserve">[04:39] </w:t>
      </w:r>
      <w:r>
        <w:t>to woh ilm utha liya gaya.</w:t>
      </w:r>
    </w:p>
    <w:p>
      <w:pPr>
        <w:jc w:val="right"/>
      </w:pPr>
      <w:r>
        <w:t>تو وہ علم اٹھا لیا گیا۔</w:t>
      </w:r>
    </w:p>
    <w:p>
      <w:r>
        <w:rPr>
          <w:b/>
        </w:rPr>
        <w:t xml:space="preserve">[04:44] </w:t>
      </w:r>
      <w:r>
        <w:t>yeh hadis bohat ajeeb o ghareeb hadis hai, agarche sharon mein koi is mein baat milti nahi gehri. kyunke dekhiye, chahe quran ki tafsir ho ya hadison ki sharah ho,</w:t>
      </w:r>
    </w:p>
    <w:p>
      <w:pPr>
        <w:jc w:val="right"/>
      </w:pPr>
      <w:r>
        <w:t>یہ حدیث بہت عجیب و غریب حدیث ہے، اگرچہ شرحوں میں کوئی اس میں بات ملتی نہیں گہری۔ کیونکہ دیکھیے، چاہے قرآن کی تفسیر ہو یا حدیثوں کی شرح ہو،</w:t>
      </w:r>
    </w:p>
    <w:p>
      <w:r>
        <w:rPr>
          <w:b/>
        </w:rPr>
        <w:t xml:space="preserve">[05:01] </w:t>
      </w:r>
      <w:r>
        <w:t>ek tareeqa chala raha hai woh yeh ke lafzon se jo nikal raha hai bas usi had tak log samajhte hain is ka matlab.</w:t>
      </w:r>
    </w:p>
    <w:p>
      <w:pPr>
        <w:jc w:val="right"/>
      </w:pPr>
      <w:r>
        <w:t>ایک طریقہ چلا رہا ہے وہ یہ کہ لفظوں سے جو نکل رہا ہے بس اسی حد تک لوگ سمجھتے ہیں اس کا مطلب۔</w:t>
      </w:r>
    </w:p>
    <w:p>
      <w:r>
        <w:rPr>
          <w:b/>
        </w:rPr>
        <w:t xml:space="preserve">[05:14] </w:t>
      </w:r>
      <w:r>
        <w:t>halanke quran aur hadis dono ke bare mein yeh aaya hai ke "لکل آیت منہا ظاہرا وبطنا". yani ek matlab is ka, ek ek literal meaning is ki hoti hai, lekin isi ke sath is ki ek ek general meaning bhi hoti hai.</w:t>
      </w:r>
    </w:p>
    <w:p>
      <w:pPr>
        <w:jc w:val="right"/>
      </w:pPr>
      <w:r>
        <w:t>حالانکہ قرآن اور حدیث دونوں کے بارے میں یہ آیا ہے کہ "لکل آیت منہا ظاہرا وبطنا"۔ یعنی ایک مطلب اس کا، ایک ایک لٹرل میننگ اس کی ہوتی ہے، لیکن اسی کے ساتھ اس کی ایک ایک جنرل میننگ بھی ہوتی ہے۔</w:t>
      </w:r>
    </w:p>
    <w:p>
      <w:r>
        <w:rPr>
          <w:b/>
        </w:rPr>
        <w:t xml:space="preserve">[05:31] </w:t>
      </w:r>
      <w:r>
        <w:t>ek particular meaning hoti hai, isi ke sath is ki ek, is ka ek general application bhi hota hai.</w:t>
      </w:r>
    </w:p>
    <w:p>
      <w:pPr>
        <w:jc w:val="right"/>
      </w:pPr>
      <w:r>
        <w:t>ایک پرٹیکولر میننگ ہوتی ہے، اسی کے ساتھ اس کی ایک، اس کا ایک جنرل ایپلیکیشن بھی ہوتا ہے۔</w:t>
      </w:r>
    </w:p>
    <w:p>
      <w:r>
        <w:rPr>
          <w:b/>
        </w:rPr>
        <w:t xml:space="preserve">[05:40] </w:t>
      </w:r>
      <w:r>
        <w:t>to dekhiye, is hadis mein bazahir shab-e-qadr ki baat ki gayi hai, lekin is ke andar ek universal principle bataya gaya hai.</w:t>
      </w:r>
    </w:p>
    <w:p>
      <w:pPr>
        <w:jc w:val="right"/>
      </w:pPr>
      <w:r>
        <w:t>تو دیکھیے، اس حدیث میں بظاہر شب قدر کی بات کی گئی ہے، لیکن اس کے اندر ایک یونیورسل پرنسپل بتایا گیا ہے۔</w:t>
      </w:r>
    </w:p>
    <w:p>
      <w:r>
        <w:rPr>
          <w:b/>
        </w:rPr>
        <w:t xml:space="preserve">[05:55] </w:t>
      </w:r>
      <w:r>
        <w:t>ek bohat hi bada principle. woh kya hai? ke ilm ya wisdom ya hikmat aayi hui bhi loot jayegi agar aapas mein log ladein, log ladai ka culture chala dein.</w:t>
      </w:r>
    </w:p>
    <w:p>
      <w:pPr>
        <w:jc w:val="right"/>
      </w:pPr>
      <w:r>
        <w:t>ایک بہت ہی بڑا پرنسپل۔ وہ کیا ہے؟ کہ علم یا وزڈم یا حکمت آئی ہوئی بھی لوٹ جائے گی اگر آپس میں لوگ لڑیں، لوگ لڑائی کا کلچر چلا دیں۔</w:t>
      </w:r>
    </w:p>
    <w:p>
      <w:r>
        <w:rPr>
          <w:b/>
        </w:rPr>
        <w:t xml:space="preserve">[06:18] </w:t>
      </w:r>
      <w:r>
        <w:t>yani fighting culture jo hai woh</w:t>
      </w:r>
    </w:p>
    <w:p>
      <w:pPr>
        <w:jc w:val="right"/>
      </w:pPr>
      <w:r>
        <w:t>یعنی فائٹنگ کلچر جو ہے وہ</w:t>
      </w:r>
    </w:p>
    <w:p>
      <w:r>
        <w:rPr>
          <w:b/>
        </w:rPr>
        <w:t xml:space="preserve">[06:23] </w:t>
      </w:r>
      <w:r>
        <w:t>ilm ko ya wisdom ko khatam kar deta hai.</w:t>
      </w:r>
    </w:p>
    <w:p>
      <w:pPr>
        <w:jc w:val="right"/>
      </w:pPr>
      <w:r>
        <w:t>علم کو یا وزڈم کو ختم کر دیتا ہے۔</w:t>
      </w:r>
    </w:p>
    <w:p>
      <w:r>
        <w:rPr>
          <w:b/>
        </w:rPr>
        <w:t xml:space="preserve">[06:33] </w:t>
      </w:r>
      <w:r>
        <w:t>is mein kya nikla is se? ke yeh ek haqeeqat hai ke wisdom allah ki taraf se aati hai.</w:t>
      </w:r>
    </w:p>
    <w:p>
      <w:pPr>
        <w:jc w:val="right"/>
      </w:pPr>
      <w:r>
        <w:t>اس میں کیا نکلا اس سے؟ کہ یہ ایک حقیقت ہے کہ وزڈم اللہ کی طرف سے آتی ہے۔</w:t>
      </w:r>
    </w:p>
    <w:p>
      <w:r>
        <w:rPr>
          <w:b/>
        </w:rPr>
        <w:t xml:space="preserve">[06:42] </w:t>
      </w:r>
      <w:r>
        <w:t>hadith mein aaya hai ke "tum, tum mein se har shakhs be ilm hai ilahi ka, is ko Allah ilm de".</w:t>
      </w:r>
    </w:p>
    <w:p>
      <w:pPr>
        <w:jc w:val="right"/>
      </w:pPr>
      <w:r>
        <w:t>حدیث میں آیا ہے کہ "تم، تم میں سے ہر شخص بے علم ہے الہی کا، اس کو اللہ علم دے"۔</w:t>
      </w:r>
    </w:p>
    <w:p>
      <w:r>
        <w:rPr>
          <w:b/>
        </w:rPr>
        <w:t xml:space="preserve">[06:54] </w:t>
      </w:r>
      <w:r>
        <w:t>to wisdom ya ilm ya maarfat yeh aati hai Allah ki taraf se.</w:t>
      </w:r>
    </w:p>
    <w:p>
      <w:pPr>
        <w:jc w:val="right"/>
      </w:pPr>
      <w:r>
        <w:t>تو وزڈم یا علم یا معرفت یہ آتی ہے اللہ کی طرف سے۔</w:t>
      </w:r>
    </w:p>
    <w:p>
      <w:r>
        <w:rPr>
          <w:b/>
        </w:rPr>
        <w:t xml:space="preserve">[07:02] </w:t>
      </w:r>
      <w:r>
        <w:t>har cheez Allah ki taraf se aati hai. roshni, oxygen, ghiza, pani, jo kuch bhi hamein milta hai is dunya mein, woh sab Allah ki taraf se aata hai.</w:t>
      </w:r>
    </w:p>
    <w:p>
      <w:pPr>
        <w:jc w:val="right"/>
      </w:pPr>
      <w:r>
        <w:t>ہر چیز اللہ کی طرف سے آتی ہے۔ روشنی، آکسیجن، غذا، پانی، جو کچھ بھی ہمیں ملتا ہے اس دنیا میں، وہ سب اللہ کی طرف سے آتا ہے۔</w:t>
      </w:r>
    </w:p>
    <w:p>
      <w:r>
        <w:rPr>
          <w:b/>
        </w:rPr>
        <w:t xml:space="preserve">[07:17] </w:t>
      </w:r>
      <w:r>
        <w:t>warna insaan to kuch bhi nahi, insaan to khud se kuch bhi nahi kar sakta. isi tarah se wisdom bhi Allah ki taraf se aati hai.</w:t>
      </w:r>
    </w:p>
    <w:p>
      <w:pPr>
        <w:jc w:val="right"/>
      </w:pPr>
      <w:r>
        <w:t>ورنہ انسان تو کچھ بھی نہیں، انسان تو خود سے کچھ بھی نہیں کر سکتا۔ اسی طرح سے وزڈم بھی اللہ کی طرف سے آتی ہے۔</w:t>
      </w:r>
    </w:p>
    <w:p>
      <w:r>
        <w:rPr>
          <w:b/>
        </w:rPr>
        <w:t xml:space="preserve">[07:28] </w:t>
      </w:r>
      <w:r>
        <w:t>lekin dekhiye, har cheez ki ek condition hoti hai.</w:t>
      </w:r>
    </w:p>
    <w:p>
      <w:pPr>
        <w:jc w:val="right"/>
      </w:pPr>
      <w:r>
        <w:t>لیکن دیکھیے، ہر چیز کی ایک کنڈیشن ہوتی ہے۔</w:t>
      </w:r>
    </w:p>
    <w:p>
      <w:r>
        <w:rPr>
          <w:b/>
        </w:rPr>
        <w:t xml:space="preserve">[07:33] </w:t>
      </w:r>
      <w:r>
        <w:t>misalan Allah taala nau karor tees lakh meel door se suraj ki roshni hamein bhej raha hai. hamare aur suraj ke beech mein jo faasla hai woh nau karor tees lakh meel door ka hai.</w:t>
      </w:r>
    </w:p>
    <w:p>
      <w:pPr>
        <w:jc w:val="right"/>
      </w:pPr>
      <w:r>
        <w:t>مثلاً اللہ تعالیٰ نو کروڑ تیس لاکھ میل دور سے سورج کی روشنی ہمیں بھیج رہا ہے۔ ہمارے اور سورج کے بیچ میں جو فاصلہ ہے وہ نو کروڑ تیس لاکھ میل دور کا ہے۔</w:t>
      </w:r>
    </w:p>
    <w:p>
      <w:r>
        <w:rPr>
          <w:b/>
        </w:rPr>
        <w:t xml:space="preserve">[07:48] </w:t>
      </w:r>
      <w:r>
        <w:t>to wahan se hamein roshni bheji ja rahi hai. lekin agar mein apni aankh band kar loon to kya hoga? roshni aayegi, phir bhi mein andha bana rahoon ga.</w:t>
      </w:r>
    </w:p>
    <w:p>
      <w:pPr>
        <w:jc w:val="right"/>
      </w:pPr>
      <w:r>
        <w:t>تو وہاں سے ہمیں روشنی بھیجی جا رہی ہے۔ لیکن اگر میں اپنی آنکھ بند کر لوں تو کیا ہوگا؟ روشنی آئے گی، پھر بھی میں اندھا بنا رہوں گا۔</w:t>
      </w:r>
    </w:p>
    <w:p>
      <w:r>
        <w:rPr>
          <w:b/>
        </w:rPr>
        <w:t xml:space="preserve">[08:00] </w:t>
      </w:r>
      <w:r>
        <w:t>andha. blind.</w:t>
      </w:r>
    </w:p>
    <w:p>
      <w:pPr>
        <w:jc w:val="right"/>
      </w:pPr>
      <w:r>
        <w:t>اندھا۔ بلائنڈ۔</w:t>
      </w:r>
    </w:p>
    <w:p>
      <w:r>
        <w:rPr>
          <w:b/>
        </w:rPr>
        <w:t xml:space="preserve">[08:05] </w:t>
      </w:r>
      <w:r>
        <w:t>to ek condition hoti hai har cheez ki.</w:t>
      </w:r>
    </w:p>
    <w:p>
      <w:pPr>
        <w:jc w:val="right"/>
      </w:pPr>
      <w:r>
        <w:t>تو ایک کنڈیشن ہوتی ہے ہر چیز کی۔</w:t>
      </w:r>
    </w:p>
    <w:p>
      <w:r>
        <w:rPr>
          <w:b/>
        </w:rPr>
        <w:t xml:space="preserve">[08:11] </w:t>
      </w:r>
      <w:r>
        <w:t>isi tarah kaise wisdom jo hai Allah ki taraf se aati hai woh, lekin is ki bhi ek condition hai, ek shart hai is ki. woh shart is hadith mein batai gayi hai ke aap peaceful hon, aap fighting culture apna andar na chalayein,</w:t>
      </w:r>
    </w:p>
    <w:p>
      <w:pPr>
        <w:jc w:val="right"/>
      </w:pPr>
      <w:r>
        <w:t>اسی طرح کیسے وزڈم جو ہے اللہ کی طرف سے آتی ہے وہ، لیکن اس کی بھی ایک کنڈیشن ہے، ایک شرط ہے اس کی۔ وہ شرط اس حدیث میں بتائی گئی ہے کہ آپ پیس فل ہوں، آپ فائٹنگ کلچر اپنا اندر نہ چلائیں،</w:t>
      </w:r>
    </w:p>
    <w:p>
      <w:r>
        <w:rPr>
          <w:b/>
        </w:rPr>
        <w:t xml:space="preserve">[08:30] </w:t>
      </w:r>
      <w:r>
        <w:t>aap ke andar negativity na aaye,</w:t>
      </w:r>
    </w:p>
    <w:p>
      <w:pPr>
        <w:jc w:val="right"/>
      </w:pPr>
      <w:r>
        <w:t>آپ کے اندر نیگیٹیوٹی نہ آئے،</w:t>
      </w:r>
    </w:p>
    <w:p>
      <w:r>
        <w:rPr>
          <w:b/>
        </w:rPr>
        <w:t xml:space="preserve">[08:34] </w:t>
      </w:r>
      <w:r>
        <w:t>ya ghussa aur nafrat ya inteqaam, is qism ki psychology se aap paak hon. tab wisdom milegi nahi to nahi milegi.</w:t>
      </w:r>
    </w:p>
    <w:p>
      <w:pPr>
        <w:jc w:val="right"/>
      </w:pPr>
      <w:r>
        <w:t>یا غصہ اور نفرت یا انتقام، اس قسم کی سائیکالوجی سے آپ پاک ہوں۔ تب وزڈم ملے گی نہیں تو نہیں ملے گی۔</w:t>
      </w:r>
    </w:p>
    <w:p>
      <w:r>
        <w:rPr>
          <w:b/>
        </w:rPr>
        <w:t xml:space="preserve">[08:47] </w:t>
      </w:r>
      <w:r>
        <w:t>ab isi mein aap ek aur hadith ko mila lijiye. ek hadith hai ke "atqoo firasat al momin fa innahu yanzuru bi noorillah".</w:t>
      </w:r>
    </w:p>
    <w:p>
      <w:pPr>
        <w:jc w:val="right"/>
      </w:pPr>
      <w:r>
        <w:t>اب اسی میں آپ ایک اور حدیث کو ملا لیجیے۔ ایک حدیث ہے کہ "اتقوا فراست المومن فإنه ينظر بنور الله"۔</w:t>
      </w:r>
    </w:p>
    <w:p>
      <w:r>
        <w:rPr>
          <w:b/>
        </w:rPr>
        <w:t xml:space="preserve">[09:05] </w:t>
      </w:r>
      <w:r>
        <w:t>yani "be aware of the wisdom of a believer".</w:t>
      </w:r>
    </w:p>
    <w:p>
      <w:pPr>
        <w:jc w:val="right"/>
      </w:pPr>
      <w:r>
        <w:t>یعنی "بی بی ویئر آف دا وزڈم آف ا بیلیور"۔</w:t>
      </w:r>
    </w:p>
    <w:p>
      <w:r>
        <w:rPr>
          <w:b/>
        </w:rPr>
        <w:t xml:space="preserve">[09:15] </w:t>
      </w:r>
      <w:r>
        <w:t>he sees in the light of God.</w:t>
      </w:r>
    </w:p>
    <w:p>
      <w:pPr>
        <w:jc w:val="right"/>
      </w:pPr>
      <w:r>
        <w:t>ہی سیز ان دا لائٹ آف گاڈ۔</w:t>
      </w:r>
    </w:p>
    <w:p>
      <w:r>
        <w:rPr>
          <w:b/>
        </w:rPr>
        <w:t xml:space="preserve">[09:21] </w:t>
      </w:r>
      <w:r>
        <w:t>momin ki firasat se bacho kyunke woh Allah ki roshni se dekhta hai.</w:t>
      </w:r>
    </w:p>
    <w:p>
      <w:pPr>
        <w:jc w:val="right"/>
      </w:pPr>
      <w:r>
        <w:t>مومن کی فراست سے بچو کیونکہ وہ اللہ کی روشنی سے دیکھتا ہے۔</w:t>
      </w:r>
    </w:p>
    <w:p>
      <w:r>
        <w:rPr>
          <w:b/>
        </w:rPr>
        <w:t xml:space="preserve">[09:29] </w:t>
      </w:r>
      <w:r>
        <w:t>to yahan jo cheez lafz momin batai gayi hai wahan wahi cheez ke liye doosre lafz aaye hain. yani momin kaun hai? momin woh nahi hai jo bas zuban se keh de "la ilaha illallah" bas ho gaya.</w:t>
      </w:r>
    </w:p>
    <w:p>
      <w:pPr>
        <w:jc w:val="right"/>
      </w:pPr>
      <w:r>
        <w:t>تو یہاں جو چیز لفظ مومن بتائی گئی ہے وہاں وہی چیز کے لیے دوسرے لفظ آئے ہیں۔ یعنی مومن کون ہے؟ مومن وہ نہیں ہے جو بس زبان سے کہہ دے "لا الہ الا اللہ" بس ہو گیا۔</w:t>
      </w:r>
    </w:p>
    <w:p>
      <w:r>
        <w:rPr>
          <w:b/>
        </w:rPr>
        <w:t xml:space="preserve">[09:42] </w:t>
      </w:r>
      <w:r>
        <w:t>nahi nahi. dono hadithon ko mila kar ghor kijiye.</w:t>
      </w:r>
    </w:p>
    <w:p>
      <w:pPr>
        <w:jc w:val="right"/>
      </w:pPr>
      <w:r>
        <w:t>نہیں نہیں۔ دونوں حدیثوں کو ملا کر غور کیجیے۔</w:t>
      </w:r>
    </w:p>
    <w:p>
      <w:r>
        <w:rPr>
          <w:b/>
        </w:rPr>
        <w:t xml:space="preserve">[09:50] </w:t>
      </w:r>
      <w:r>
        <w:t>momin woh hai jo Allah mein jeene wala ho, jo positive thinking jis ke andar ho, jo nafrat o ghusse se paak ho, ladai jhagda na kare, jis ke darmiyan fighting culture na ho,</w:t>
      </w:r>
    </w:p>
    <w:p>
      <w:pPr>
        <w:jc w:val="right"/>
      </w:pPr>
      <w:r>
        <w:t>مومن وہ ہے جو اللہ میں جینے والا ہو، جو پازیٹیو تھنکنگ جس کے اندر ہو، جو نفرت و غصے سے پاک ہو، لڑائی جھگڑا نہ کرے، جس کے درمیان فائٹنگ کلچر نہ ہو،</w:t>
      </w:r>
    </w:p>
    <w:p>
      <w:r>
        <w:rPr>
          <w:b/>
        </w:rPr>
        <w:t xml:space="preserve">[10:09] </w:t>
      </w:r>
      <w:r>
        <w:t>jo violence ke bajaye peace mein jeeta ho. yeh sab jis ke andar ho wahi momin hai, wahi believer hai.</w:t>
      </w:r>
    </w:p>
    <w:p>
      <w:pPr>
        <w:jc w:val="right"/>
      </w:pPr>
      <w:r>
        <w:t>جو وائیلنس کے بجائے پیس میں جیتا ہو۔ یہ سب جس کے اندر ہو وہی مومن ہے، وہی بیلیور ہے۔</w:t>
      </w:r>
    </w:p>
    <w:p>
      <w:r>
        <w:rPr>
          <w:b/>
        </w:rPr>
        <w:t xml:space="preserve">[10:19] </w:t>
      </w:r>
      <w:r>
        <w:t>to is ke andar wisdom grow karegi. grow karegi. is ke andar wisdom yani divine light ke liye woh recipient ban jayega.</w:t>
      </w:r>
    </w:p>
    <w:p>
      <w:pPr>
        <w:jc w:val="right"/>
      </w:pPr>
      <w:r>
        <w:t>تو اس کے اندر وزڈم گرو کرے گی۔ گرو کرے گی۔ اس کے اندر وزڈم یعنی ڈیوائن لائٹ کے لیے وہ ریسیپینٹ بن جائے گا۔</w:t>
      </w:r>
    </w:p>
    <w:p>
      <w:r>
        <w:rPr>
          <w:b/>
        </w:rPr>
        <w:t xml:space="preserve">[10:39] </w:t>
      </w:r>
      <w:r>
        <w:t>yeh hadith jo hai hum ko secret of wisdom batati hai.</w:t>
      </w:r>
    </w:p>
    <w:p>
      <w:pPr>
        <w:jc w:val="right"/>
      </w:pPr>
      <w:r>
        <w:t>یہ حدیث جو ہے ہم کو سیکرٹ آف وزڈم بتاتی ہے۔</w:t>
      </w:r>
    </w:p>
    <w:p>
      <w:r>
        <w:rPr>
          <w:b/>
        </w:rPr>
        <w:t xml:space="preserve">[10:49] </w:t>
      </w:r>
      <w:r>
        <w:t>aur yeh bohat hi. aap sochen to is ko samajh sakte hain aap. dekhiye hota kya hai?</w:t>
      </w:r>
    </w:p>
    <w:p>
      <w:pPr>
        <w:jc w:val="right"/>
      </w:pPr>
      <w:r>
        <w:t>اور یہ بہت ہی۔ آپ سوچیں تو اس کو سمجھ سکتے ہیں آپ۔ دیکھیے ہوتا کیا ہے؟</w:t>
      </w:r>
    </w:p>
    <w:p>
      <w:r>
        <w:rPr>
          <w:b/>
        </w:rPr>
        <w:t xml:space="preserve">[10:57] </w:t>
      </w:r>
      <w:r>
        <w:t>jab tak aap normal hon tab tak aap mind theek se kaam karta hai. agar positive hon, aap normal hon,</w:t>
      </w:r>
    </w:p>
    <w:p>
      <w:pPr>
        <w:jc w:val="right"/>
      </w:pPr>
      <w:r>
        <w:t>جب تک آپ نارمل ہوں تب تک آپ مائنڈ ٹھیک سے کام کرتا ہے۔ اگر پازیٹیو ہوں، آپ نارمل ہوں،</w:t>
      </w:r>
    </w:p>
    <w:p>
      <w:r>
        <w:rPr>
          <w:b/>
        </w:rPr>
        <w:t xml:space="preserve">[11:09] </w:t>
      </w:r>
      <w:r>
        <w:t>mo'tedil hon to aap ka mind, mind ke andar bohat capacity hai. lekin mind tabhi kaam karta hai theek se jab ke yeh sab baatein hon aap ke andar.</w:t>
      </w:r>
    </w:p>
    <w:p>
      <w:pPr>
        <w:jc w:val="right"/>
      </w:pPr>
      <w:r>
        <w:t>معتدل ہوں تو آپ کا مائنڈ، مائنڈ کے اندر بہت کپیسٹی ہے۔ لیکن مائنڈ تبھی کام کرتا ہے ٹھیک سے جب کہ یہ سب باتیں ہوں آپ کے اندر۔</w:t>
      </w:r>
    </w:p>
    <w:p>
      <w:r>
        <w:rPr>
          <w:b/>
        </w:rPr>
        <w:t xml:space="preserve">[11:24] </w:t>
      </w:r>
      <w:r>
        <w:t>jaise hi aap ke andar ghussa aaya, nafrat aayi, inteqaam aaya, violence aaya, fighting culture mein pad gaye aap.</w:t>
      </w:r>
    </w:p>
    <w:p>
      <w:pPr>
        <w:jc w:val="right"/>
      </w:pPr>
      <w:r>
        <w:t>جیسے ہی آپ کے اندر غصہ آیا، نفرت آئی، انتقام آیا، وائیلنس آیا، فائٹنگ کلچر میں پڑ گئے آپ۔</w:t>
      </w:r>
    </w:p>
    <w:p>
      <w:r>
        <w:rPr>
          <w:b/>
        </w:rPr>
        <w:t xml:space="preserve">[11:36] </w:t>
      </w:r>
      <w:r>
        <w:t>jaise hi yeh baatein aayin to kya hota hai? mind ka process stop ho jata hai.</w:t>
      </w:r>
    </w:p>
    <w:p>
      <w:pPr>
        <w:jc w:val="right"/>
      </w:pPr>
      <w:r>
        <w:t>جیسے ہی یہ باتیں آئیں تو کیا ہوتا ہے؟ مائنڈ کا پروسیس سٹاپ ہو جاتا ہے۔</w:t>
      </w:r>
    </w:p>
    <w:p>
      <w:r>
        <w:rPr>
          <w:b/>
        </w:rPr>
        <w:t xml:space="preserve">[11:46] </w:t>
      </w:r>
      <w:r>
        <w:t>yani bohat qeemti mind aap ko mila hua hai lekin woh work nahi karega phir woh. jaise main aankh band kar loon to roshni mujhe nahi milegi.</w:t>
      </w:r>
    </w:p>
    <w:p>
      <w:pPr>
        <w:jc w:val="right"/>
      </w:pPr>
      <w:r>
        <w:t>یعنی بہت قیمتی مائنڈ آپ کو ملا ہوا ہے لیکن وہ ورک نہیں کرے گا پھر وہ۔ جیسے میں آنکھ بند کر لوں تو روشنی مجھے نہیں ملے گی۔</w:t>
      </w:r>
    </w:p>
    <w:p>
      <w:r>
        <w:rPr>
          <w:b/>
        </w:rPr>
        <w:t xml:space="preserve">[11:57] </w:t>
      </w:r>
      <w:r>
        <w:t>yeh maamla hota hai.</w:t>
      </w:r>
    </w:p>
    <w:p>
      <w:pPr>
        <w:jc w:val="right"/>
      </w:pPr>
      <w:r>
        <w:t>یہ معاملہ ہوتا ہے۔</w:t>
      </w:r>
    </w:p>
    <w:p>
      <w:r>
        <w:rPr>
          <w:b/>
        </w:rPr>
        <w:t xml:space="preserve">[12:03] </w:t>
      </w:r>
      <w:r>
        <w:t>to kitni bari wisdom yeh hai.</w:t>
      </w:r>
    </w:p>
    <w:p>
      <w:pPr>
        <w:jc w:val="right"/>
      </w:pPr>
      <w:r>
        <w:t>تو کتنی بڑی وزڈم یہ ہے۔</w:t>
      </w:r>
    </w:p>
    <w:p>
      <w:r>
        <w:rPr>
          <w:b/>
        </w:rPr>
        <w:t xml:space="preserve">[12:08] </w:t>
      </w:r>
      <w:r>
        <w:t>ab main aap ko individual aur group dono ke aitbaar se example deta hoon.</w:t>
      </w:r>
    </w:p>
    <w:p>
      <w:pPr>
        <w:jc w:val="right"/>
      </w:pPr>
      <w:r>
        <w:t>اب میں آپ کو انڈیویجول اور گروپ دونوں کے اعتبار سے ایگزامپل دیتا ہوں۔</w:t>
      </w:r>
    </w:p>
    <w:p>
      <w:r>
        <w:rPr>
          <w:b/>
        </w:rPr>
        <w:t xml:space="preserve">[12:16] </w:t>
      </w:r>
      <w:r>
        <w:t>ek bade sheher mein jisko metropolitan city kaha jata hai, wahan ek sahab hain. to wahan, wahan ke, wahan ek, wahan ek, ek organization hai jo kai school chalati hai.</w:t>
      </w:r>
    </w:p>
    <w:p>
      <w:pPr>
        <w:jc w:val="right"/>
      </w:pPr>
      <w:r>
        <w:t>ایک بڑے شہر میں جس کو میٹروپولیٹن سٹی کہا جاتا ہے، وہاں ایک صاحب ہیں۔ تو وہاں، وہاں کے، وہاں ایک، وہاں ایک، ایک آرگنائزیشن ہے جو کئی اسکول چلاتی ہے۔</w:t>
      </w:r>
    </w:p>
    <w:p>
      <w:r>
        <w:rPr>
          <w:b/>
        </w:rPr>
        <w:t xml:space="preserve">[12:35] </w:t>
      </w:r>
      <w:r>
        <w:t>to ek school mein woh principal thay. kya kiya unhon ne ke woh management se unhon ne jhagda kar liya.</w:t>
      </w:r>
    </w:p>
    <w:p>
      <w:pPr>
        <w:jc w:val="right"/>
      </w:pPr>
      <w:r>
        <w:t>تو ایک اسکول میں وہ پرنسپل تھے۔ کیا کیا انہوں نے کہ وہ مینجمنٹ سے انہوں نے جھگڑا کر لیا۔</w:t>
      </w:r>
    </w:p>
    <w:p>
      <w:r>
        <w:rPr>
          <w:b/>
        </w:rPr>
        <w:t xml:space="preserve">[12:46] </w:t>
      </w:r>
      <w:r>
        <w:t>jhagda itna badha ke yeh chale gaye court mein chale gaye. yani lagdai, ladai jhagda kiya phir court tak maamla pahuncha diya.</w:t>
      </w:r>
    </w:p>
    <w:p>
      <w:pPr>
        <w:jc w:val="right"/>
      </w:pPr>
      <w:r>
        <w:t>جھگڑا اتنا بڑھا کہ یہ چلے گئے کورٹ میں چلے گئے۔ یعنی لگڑائی، لڑائی جھگڑا کیا پھر کورٹ تک معاملہ پہنچا دیا۔</w:t>
      </w:r>
    </w:p>
    <w:p>
      <w:r>
        <w:rPr>
          <w:b/>
        </w:rPr>
        <w:t xml:space="preserve">[13:01] </w:t>
      </w:r>
      <w:r>
        <w:t>to in logon ne in ko nikaal diya, principal police se hata diya. ab dono mein maamla yani adalat mein chalne laga.</w:t>
      </w:r>
    </w:p>
    <w:p>
      <w:pPr>
        <w:jc w:val="right"/>
      </w:pPr>
      <w:r>
        <w:t>تو ان لوگوں نے ان کو نکال دیا، پرنسپل پولیس سے ہٹا دیا۔ اب دونوں میں معاملہ یعنی عدالت میں چلنے لگا۔</w:t>
      </w:r>
    </w:p>
    <w:p>
      <w:r>
        <w:rPr>
          <w:b/>
        </w:rPr>
        <w:t xml:space="preserve">[13:14] </w:t>
      </w:r>
      <w:r>
        <w:t>isi darmiyan meri mulaqaat in se hui.</w:t>
      </w:r>
    </w:p>
    <w:p>
      <w:pPr>
        <w:jc w:val="right"/>
      </w:pPr>
      <w:r>
        <w:t>اسی درمیان میری ملاقات ان سے ہوئی۔</w:t>
      </w:r>
    </w:p>
    <w:p>
      <w:r>
        <w:rPr>
          <w:b/>
        </w:rPr>
        <w:t xml:space="preserve">[13:19] </w:t>
      </w:r>
      <w:r>
        <w:t>main ne bohat sakht hammering in ki ki. bohat zyada hammering ki. main ne kaha abhi aaj hi ja kar ke aap management se maafi mangiye.</w:t>
      </w:r>
    </w:p>
    <w:p>
      <w:pPr>
        <w:jc w:val="right"/>
      </w:pPr>
      <w:r>
        <w:t>میں نے بہت سخت ہیمرنگ ان کی کی۔ بہت زیادہ ہیمرنگ کی۔ میں نے کہا ابھی آج ہی جا کر کے آپ مینجمنٹ سے معافی مانگیے۔</w:t>
      </w:r>
    </w:p>
    <w:p>
      <w:r>
        <w:rPr>
          <w:b/>
        </w:rPr>
        <w:t xml:space="preserve">[13:31] </w:t>
      </w:r>
      <w:r>
        <w:t>aaj hi ja kar ke aap court se case utha lijiye, management se maafi mang li jiye.</w:t>
      </w:r>
    </w:p>
    <w:p>
      <w:pPr>
        <w:jc w:val="right"/>
      </w:pPr>
      <w:r>
        <w:t>آج ہی جا کر کے آپ کورٹ سے کیس اٹھا لیجیے، مینجمنٹ سے معافی مانگ لیجیے۔</w:t>
      </w:r>
    </w:p>
    <w:p>
      <w:r>
        <w:rPr>
          <w:b/>
        </w:rPr>
        <w:t xml:space="preserve">[13:40] </w:t>
      </w:r>
      <w:r>
        <w:t>phir main ne kaha ke dekhiye aap ke paas master degree hai, aap doctorate kijiye. is ko bhool jayen ke management aap ko dobara principality deta hai ke nahi deta hai.</w:t>
      </w:r>
    </w:p>
    <w:p>
      <w:pPr>
        <w:jc w:val="right"/>
      </w:pPr>
      <w:r>
        <w:t>پھر میں نے کہا کہ دیکھیے آپ کے پاس ماسٹر ڈگری ہے، آپ ڈاکٹریٹ کیجیے۔ اس کو بھول جائیں کہ مینجمنٹ آپ کو دوبارہ پرنسپلی دیتا ہے کہ نہیں دیتا ہے۔</w:t>
      </w:r>
    </w:p>
    <w:p>
      <w:r>
        <w:rPr>
          <w:b/>
        </w:rPr>
        <w:t xml:space="preserve">[13:52] </w:t>
      </w:r>
      <w:r>
        <w:t>aap is ki principality mat mangiye. maafi mangiye bas.</w:t>
      </w:r>
    </w:p>
    <w:p>
      <w:pPr>
        <w:jc w:val="right"/>
      </w:pPr>
      <w:r>
        <w:t>آپ اس کی پرنسپلی مت مانگیے۔ معافی مانگیے بس۔</w:t>
      </w:r>
    </w:p>
    <w:p>
      <w:r>
        <w:rPr>
          <w:b/>
        </w:rPr>
        <w:t xml:space="preserve">[13:57] </w:t>
      </w:r>
      <w:r>
        <w:t>maafi mangiye, court se utha lijiye woh aur aap apni education ko aur poora kijiye. doctorate degree, degree haasil kijiye.</w:t>
      </w:r>
    </w:p>
    <w:p>
      <w:pPr>
        <w:jc w:val="right"/>
      </w:pPr>
      <w:r>
        <w:t>معافی مانگیے، کورٹ سے ہٹا لیجیے وہ اور آپ اپنی ایجوکیشن کو اور پورا کیجیے۔ ڈاکٹریٹ ڈگری، ڈگری حاصل کیجیے۔</w:t>
      </w:r>
    </w:p>
    <w:p>
      <w:r>
        <w:rPr>
          <w:b/>
        </w:rPr>
        <w:t xml:space="preserve">[14:09] </w:t>
      </w:r>
      <w:r>
        <w:t>to khair woh naujawan aadmi thay, main zahir hai ke un ke liye baap se bhi zyada umar ka tha.</w:t>
      </w:r>
    </w:p>
    <w:p>
      <w:pPr>
        <w:jc w:val="right"/>
      </w:pPr>
      <w:r>
        <w:t>تو خیر وہ نوجوان آدمی تھے، میں ظاہر ہے کہ ان کے لیے باپ سے بھی زیادہ بڑی عمر کا تھا۔</w:t>
      </w:r>
    </w:p>
    <w:p>
      <w:r>
        <w:rPr>
          <w:b/>
        </w:rPr>
        <w:t xml:space="preserve">[14:17] </w:t>
      </w:r>
      <w:r>
        <w:t>to baat maan gaye woh. aur waaqatan ja kar unhon ne management se maafi mangi, court se case utha liya aur us ke baad parhne lage woh.</w:t>
      </w:r>
    </w:p>
    <w:p>
      <w:pPr>
        <w:jc w:val="right"/>
      </w:pPr>
      <w:r>
        <w:t>تو بات مان گئے وہ۔ اور واقعتاً جا کر انہوں نے مینجمنٹ سے معافی مانگی، کورٹ سے کیس ہٹا لیا اور اس کے بعد پڑھنے لگے وہ۔</w:t>
      </w:r>
    </w:p>
    <w:p>
      <w:r>
        <w:rPr>
          <w:b/>
        </w:rPr>
        <w:t xml:space="preserve">[14:30] </w:t>
      </w:r>
      <w:r>
        <w:t>to kya hua dekhiye ek dum saare baat badal gayi. management ne dobara in ko re-institute kiya, dobara in ko principal banaya, aala hifazat yeh hua.</w:t>
      </w:r>
    </w:p>
    <w:p>
      <w:pPr>
        <w:jc w:val="right"/>
      </w:pPr>
      <w:r>
        <w:t>تو کیا ہوا دیکھیے ایک دم سارے بات بدل گئی۔ مینجمنٹ نے دوبارہ ان کو ری انسٹیٹیوٹ کیا، دوبارہ ان کو پرنسپل بنایا، اعلیٰ حفاظت یہ ہوا۔</w:t>
      </w:r>
    </w:p>
    <w:p>
      <w:r>
        <w:rPr>
          <w:b/>
        </w:rPr>
        <w:t xml:space="preserve">[14:42] </w:t>
      </w:r>
      <w:r>
        <w:t>lekin main ne un se kaha aap padhai chodiye mat.</w:t>
      </w:r>
    </w:p>
    <w:p>
      <w:pPr>
        <w:jc w:val="right"/>
      </w:pPr>
      <w:r>
        <w:t>لیکن میں نے ان سے کہا آپ پڑھائی چھوڑیئے مت۔</w:t>
      </w:r>
    </w:p>
    <w:p>
      <w:r>
        <w:rPr>
          <w:b/>
        </w:rPr>
        <w:t xml:space="preserve">[14:46] </w:t>
      </w:r>
      <w:r>
        <w:t>parhte rahe yahan tak ke un ko doctorate ki degree mil gayi. ab us waqt, us waqt jo hai woh poora jo group un ka hai us ke director hain woh.</w:t>
      </w:r>
    </w:p>
    <w:p>
      <w:pPr>
        <w:jc w:val="right"/>
      </w:pPr>
      <w:r>
        <w:t>پڑھتے رہے یہاں تک کہ ان کو ڈاکٹریٹ کی ڈگری مل گئی۔ اب اس وقت، اس وقت جو ہے وہ پورا جو گروپ ان کا ہے اس کے ڈائریکٹر ہیں وہ۔</w:t>
      </w:r>
    </w:p>
    <w:p>
      <w:r>
        <w:rPr>
          <w:b/>
        </w:rPr>
        <w:t xml:space="preserve">[15:00] </w:t>
      </w:r>
      <w:r>
        <w:t>director hain poore group un ka hai. kai institution chalate hain woh. to jo ladai jhagda kiya unhon ne to un ki aqal kharaab ho gayi.</w:t>
      </w:r>
    </w:p>
    <w:p>
      <w:pPr>
        <w:jc w:val="right"/>
      </w:pPr>
      <w:r>
        <w:t>ڈائریکٹر ہیں پورے گروپ ان کا ہے۔ کئی انسٹیٹیوشن چلاتے ہیں وہ۔ تو جو لڑائی جھگڑا کیا انہوں نے تو ان کی عقل خبط ہو گئی۔</w:t>
      </w:r>
    </w:p>
    <w:p>
      <w:r>
        <w:rPr>
          <w:b/>
        </w:rPr>
        <w:t xml:space="preserve">[15:11] </w:t>
      </w:r>
      <w:r>
        <w:t>ab kya hai? muqadma baazi karna hai</w:t>
      </w:r>
    </w:p>
    <w:p>
      <w:pPr>
        <w:jc w:val="right"/>
      </w:pPr>
      <w:r>
        <w:t>اب کیا ہے؟ مقدمہ بازی کرنا ہے</w:t>
      </w:r>
    </w:p>
    <w:p>
      <w:r>
        <w:rPr>
          <w:b/>
        </w:rPr>
        <w:t xml:space="preserve">[15:15] </w:t>
      </w:r>
      <w:r>
        <w:t>un ke khilaaf yani badnaam karna hai in ko, har waqt in ke propaganda karna hai in ke khilaaf.</w:t>
      </w:r>
    </w:p>
    <w:p>
      <w:pPr>
        <w:jc w:val="right"/>
      </w:pPr>
      <w:r>
        <w:t>ان کے خلاف یعنی بدنام کرنا ہے ان کو، ہر وقت ان کے پروپیگنڈا کرنا ہے ان کے خلاف۔</w:t>
      </w:r>
    </w:p>
    <w:p>
      <w:r>
        <w:rPr>
          <w:b/>
        </w:rPr>
        <w:t xml:space="preserve">[15:23] </w:t>
      </w:r>
      <w:r>
        <w:t>un ke mind mein ab yahi baatein thi bas aur kuch nahi tha. un ka mind jo tha woh stop ho gaya. ab shaitan kaam us ki jagah par aa gaya.</w:t>
      </w:r>
    </w:p>
    <w:p>
      <w:pPr>
        <w:jc w:val="right"/>
      </w:pPr>
      <w:r>
        <w:t>ان کے مائنڈ میں اب یہی باتیں تھیں بس اور کچھ نہیں تھا۔ ان کا مائنڈ جو تھا وہ سٹاپ ہو گیا۔ اب شیطان کام اس کی جگہ پر آ گیا۔</w:t>
      </w:r>
    </w:p>
    <w:p>
      <w:r>
        <w:rPr>
          <w:b/>
        </w:rPr>
        <w:t xml:space="preserve">[15:35] </w:t>
      </w:r>
      <w:r>
        <w:t>aur shaitan ne unhein kya sikhaya</w:t>
      </w:r>
    </w:p>
    <w:p>
      <w:pPr>
        <w:jc w:val="right"/>
      </w:pPr>
      <w:r>
        <w:t>اور شیطان نے انہیں کیا سکھایا</w:t>
      </w:r>
    </w:p>
    <w:p>
      <w:r>
        <w:rPr>
          <w:b/>
        </w:rPr>
        <w:t xml:space="preserve">[15:37] </w:t>
      </w:r>
      <w:r>
        <w:t>? ke un ke khilaaf propaganda karo, un ko bura bhala kaho, un ki jar ukhaaro, un ke khilaaf muqadma karo.</w:t>
      </w:r>
    </w:p>
    <w:p>
      <w:pPr>
        <w:jc w:val="right"/>
      </w:pPr>
      <w:r>
        <w:t>؟ کہ ان کے خلاف پروپیگنڈا کرو، ان کو برا بھلا کہو، ان کی جڑ اکھاڑو، ان کے خلاف مقدمہ کرو۔</w:t>
      </w:r>
    </w:p>
    <w:p>
      <w:r>
        <w:rPr>
          <w:b/>
        </w:rPr>
        <w:t xml:space="preserve">[15:47] </w:t>
      </w:r>
      <w:r>
        <w:t>yeh sab. lekin jaise hi unhone apne mind ko positive banaya to baatein samajh mein aane lagin un ke ke jhagde se koi faida nahi hai.</w:t>
      </w:r>
    </w:p>
    <w:p>
      <w:pPr>
        <w:jc w:val="right"/>
      </w:pPr>
      <w:r>
        <w:t>یہ سب۔ لیکن جیسے ہی انہوں نے اپنے مائنڈ کو پازیٹیو بنایا تو باتیں سمجھ میں آنے لگیں ان کے کہ جھگڑے سے کوئی فائدہ نہیں ہے۔</w:t>
      </w:r>
    </w:p>
    <w:p>
      <w:r>
        <w:rPr>
          <w:b/>
        </w:rPr>
        <w:t xml:space="preserve">[15:59] </w:t>
      </w:r>
      <w:r>
        <w:t>ab mind ki window khul gayi, mind ka darwaza khul gaya.</w:t>
      </w:r>
    </w:p>
    <w:p>
      <w:pPr>
        <w:jc w:val="right"/>
      </w:pPr>
      <w:r>
        <w:t>اب مائنڈ کی ونڈو کھل گئی، مائنڈ کا دروازہ کھل گیا۔</w:t>
      </w:r>
    </w:p>
    <w:p>
      <w:r>
        <w:rPr>
          <w:b/>
        </w:rPr>
        <w:t xml:space="preserve">[16:05] </w:t>
      </w:r>
      <w:r>
        <w:t>to pehle dobara baatoor e principal ke re institute kiye gaye woh, phir un ko degree haasil ki unhone. ab woh director, director bane hue hain.</w:t>
      </w:r>
    </w:p>
    <w:p>
      <w:pPr>
        <w:jc w:val="right"/>
      </w:pPr>
      <w:r>
        <w:t>تو پہلے دوبارہ بطور پرنسپل کے ری انسٹیٹیوٹ کیے گئے وہ، پھر ان کو ڈگری حاصل کی انہوں نے۔ اب وہ ڈائریکٹر، ڈائریکٹر بنے ہوئے ہیں۔</w:t>
      </w:r>
    </w:p>
    <w:p>
      <w:r>
        <w:rPr>
          <w:b/>
        </w:rPr>
        <w:t xml:space="preserve">[16:14] </w:t>
      </w:r>
      <w:r>
        <w:t>pehley ke muqable mein kai guna zyada tar un ko salary milti hai, izzat bhi mili hui hai. is se aap samajh sakte hain ek sachcha waqia hai bilkul.</w:t>
      </w:r>
    </w:p>
    <w:p>
      <w:pPr>
        <w:jc w:val="right"/>
      </w:pPr>
      <w:r>
        <w:t>پہلے کے مقابلے میں کئی گنا زیادہ تر ان کو سیلری ملتی ہے، عزت بھی ملی ہوئی ہے۔ اس سے آپ سمجھ سکتے ہیں ایک سچا واقعہ ہے بالکل۔</w:t>
      </w:r>
    </w:p>
    <w:p>
      <w:r>
        <w:rPr>
          <w:b/>
        </w:rPr>
        <w:t xml:space="preserve">[16:28] </w:t>
      </w:r>
      <w:r>
        <w:t>is se aap samajh sakte hain ke yeh jo hadith mein hai ke ladai jhagda aaya to ilm utha liya gaya, hikmat utha li gayi, wisdom utha li gayi.</w:t>
      </w:r>
    </w:p>
    <w:p>
      <w:pPr>
        <w:jc w:val="right"/>
      </w:pPr>
      <w:r>
        <w:t>اس سے آپ سمجھ سکتے ہیں کہ یہ جو حدیث میں ہے کہ لڑائی جھگڑا آیا تو علم اٹھا لیا گیا، حکمت اٹھا لی گئی، وزڈم اٹھا لی گئی۔</w:t>
      </w:r>
    </w:p>
    <w:p>
      <w:r>
        <w:rPr>
          <w:b/>
        </w:rPr>
        <w:t xml:space="preserve">[16:41] </w:t>
      </w:r>
      <w:r>
        <w:t>aisa kaise hota hai? kyunke dimagh kaam nahi karta. dimagh ka jo process hai ruk jata hai woh.</w:t>
      </w:r>
    </w:p>
    <w:p>
      <w:pPr>
        <w:jc w:val="right"/>
      </w:pPr>
      <w:r>
        <w:t>ایسا کیسے ہوتا ہے؟ کیونکہ دماغ کام نہیں کرتا۔ دماغ کا جو پروسیس ہے رک جاتا ہے وہ۔</w:t>
      </w:r>
    </w:p>
    <w:p>
      <w:r>
        <w:rPr>
          <w:b/>
        </w:rPr>
        <w:t xml:space="preserve">[16:51] </w:t>
      </w:r>
      <w:r>
        <w:t>aise hi ek saahib mujhe mile, woh ghaliban basti ke thay.</w:t>
      </w:r>
    </w:p>
    <w:p>
      <w:pPr>
        <w:jc w:val="right"/>
      </w:pPr>
      <w:r>
        <w:t>ایسے ہی ایک صاحب مجھے ملے، وہ غالباً بستی کے تھے۔</w:t>
      </w:r>
    </w:p>
    <w:p>
      <w:r>
        <w:rPr>
          <w:b/>
        </w:rPr>
        <w:t xml:space="preserve">[16:55] </w:t>
      </w:r>
      <w:r>
        <w:t>mere paas aaye woh, bade ghusse mein thay. unhone ek aadmi ke saath ek business kiya tha chhota sa.</w:t>
      </w:r>
    </w:p>
    <w:p>
      <w:pPr>
        <w:jc w:val="right"/>
      </w:pPr>
      <w:r>
        <w:t>میرے پاس آئے وہ، بڑے غصے میں تھے۔ انہوں نے ایک آدمی کے ساتھ ایک بزنس کیا تھا چھوٹا سا۔</w:t>
      </w:r>
    </w:p>
    <w:p>
      <w:r>
        <w:rPr>
          <w:b/>
        </w:rPr>
        <w:t xml:space="preserve">[17:07] </w:t>
      </w:r>
      <w:r>
        <w:t>to us aadmi ko mauqa mila, us ne un un ka paisa maar liya aur business mein jo paisa laga hua tha woh maar liya.</w:t>
      </w:r>
    </w:p>
    <w:p>
      <w:pPr>
        <w:jc w:val="right"/>
      </w:pPr>
      <w:r>
        <w:t>تو اس آدمی کو موقع ملا، اس نے ان ان کا پیسہ مار لیا اور بزنس میں جو پیسہ لگا ہوا تھا وہ مار لیا۔</w:t>
      </w:r>
    </w:p>
    <w:p>
      <w:r>
        <w:rPr>
          <w:b/>
        </w:rPr>
        <w:t xml:space="preserve">[17:17] </w:t>
      </w:r>
      <w:r>
        <w:t>aur un ko bilkul kahin else bana diya.</w:t>
      </w:r>
    </w:p>
    <w:p>
      <w:pPr>
        <w:jc w:val="right"/>
      </w:pPr>
      <w:r>
        <w:t>اور ان کو بالکل کہیں ایل ایس بنا دیا۔</w:t>
      </w:r>
    </w:p>
    <w:p>
      <w:r>
        <w:rPr>
          <w:b/>
        </w:rPr>
        <w:t xml:space="preserve">[17:23] </w:t>
      </w:r>
      <w:r>
        <w:t>is ki lambi tafseel hai, main tafseel mein nahi ja raha hoon. ab unhone tay kiya ke main is ko qatal karunga. itna ghussa tha un ko ke ke pehle to un ka dost tha lekin ab woh dushman ho gaya un ka.</w:t>
      </w:r>
    </w:p>
    <w:p>
      <w:pPr>
        <w:jc w:val="right"/>
      </w:pPr>
      <w:r>
        <w:t>اس کی لمبی تفصیل ہے، میں تفصیل میں نہیں جا رہا ہوں۔ اب انہوں نے طے کیا کہ میں اس کو قتل کروں گا۔ اتنا غصہ تھا ان کو کہ کہ پہلے تو ان کا دوست تھا لیکن اب وہ دشمن ہو گیا ان کا۔</w:t>
      </w:r>
    </w:p>
    <w:p>
      <w:r>
        <w:rPr>
          <w:b/>
        </w:rPr>
        <w:t xml:space="preserve">[17:38] </w:t>
      </w:r>
      <w:r>
        <w:t>isi zamane mein mujh se mulaqat hui to ghusse mein unhone kaha ke mujhe to is se inteqaam lena hai.</w:t>
      </w:r>
    </w:p>
    <w:p>
      <w:pPr>
        <w:jc w:val="right"/>
      </w:pPr>
      <w:r>
        <w:t>اسی زمانے میں مجھ سے ملاقات ہوئی تو غصے میں انہوں نے کہا کہ مجھے تو اس سے انتقام لینا ہے۔</w:t>
      </w:r>
    </w:p>
    <w:p>
      <w:r>
        <w:rPr>
          <w:b/>
        </w:rPr>
        <w:t xml:space="preserve">[17:49] </w:t>
      </w:r>
      <w:r>
        <w:t>to main ne un se kaha sirf ek baat. main ne kaha ke dekhiye yeh dunya ka qanoon yeh hai ke inteqaam ka bhi inteqaam liya jata hai.</w:t>
      </w:r>
    </w:p>
    <w:p>
      <w:pPr>
        <w:jc w:val="right"/>
      </w:pPr>
      <w:r>
        <w:t>تو میں نے ان سے کہا صرف ایک بات۔ میں نے کہا کہ دیکھیے یہ دنیا کا قانون یہ ہے کہ انتقام کا بھی انتقام لیا جاتا ہے۔</w:t>
      </w:r>
    </w:p>
    <w:p>
      <w:r>
        <w:rPr>
          <w:b/>
        </w:rPr>
        <w:t xml:space="preserve">[18:07] </w:t>
      </w:r>
      <w:r>
        <w:t>inteqaam ka bhi inteqaam liya jata hai. to aap kya karenge? aap is ko marenge? un ke bete phir aap ko marenge?</w:t>
      </w:r>
    </w:p>
    <w:p>
      <w:pPr>
        <w:jc w:val="right"/>
      </w:pPr>
      <w:r>
        <w:t>انتقام کا بھی انتقام لیا جاتا ہے۔ تو آپ کیا کریں گے؟ آپ اس کو ماریں گے؟ ان کے بیٹے پھر آپ کو ماریں گے؟</w:t>
      </w:r>
    </w:p>
    <w:p>
      <w:r>
        <w:rPr>
          <w:b/>
        </w:rPr>
        <w:t xml:space="preserve">[18:18] </w:t>
      </w:r>
      <w:r>
        <w:t>to main ne kaha ke inteqaam lene se pehle soch lijiye ke inteqaam ka bhi inteqaam liya jayega. to main ne achhi tarah un ko samjhai yeh baat to un ke mind mein baith gayi.</w:t>
      </w:r>
    </w:p>
    <w:p>
      <w:pPr>
        <w:jc w:val="right"/>
      </w:pPr>
      <w:r>
        <w:t>تو میں نے کہا کہ انتقام لینے سے پہلے سوچ لیجیے کہ انتقام کا بھی انتقام لیا جائے گا۔ تو میں نے اچھی طرح ان کو سمجھائی یہ بات تو ان کے مائنڈ میں بیٹھ گئی۔</w:t>
      </w:r>
    </w:p>
    <w:p>
      <w:r>
        <w:rPr>
          <w:b/>
        </w:rPr>
        <w:t xml:space="preserve">[18:30] </w:t>
      </w:r>
      <w:r>
        <w:t>to phir thande hue unhone kaha ab main kya karoon? main ne kaha aap bataiye ke us ne jo aap ko nuqsan pohanchaya hai us ke baad ab aap ke paas kya hai?</w:t>
      </w:r>
    </w:p>
    <w:p>
      <w:pPr>
        <w:jc w:val="right"/>
      </w:pPr>
      <w:r>
        <w:t>تو پھر ٹھنڈے ہوئے انہوں نے کہا اب میں کیا کروں؟ میں نے کہا آپ بتائیے کہ اس نے جو آپ کو نقصان پہنچایا ہے اس کے بعد اب آپ کے پاس کیا ہے؟</w:t>
      </w:r>
    </w:p>
    <w:p>
      <w:r>
        <w:rPr>
          <w:b/>
        </w:rPr>
        <w:t xml:space="preserve">[18:42] </w:t>
      </w:r>
      <w:r>
        <w:t>ab kya punji aap ke paas hai?</w:t>
      </w:r>
    </w:p>
    <w:p>
      <w:pPr>
        <w:jc w:val="right"/>
      </w:pPr>
      <w:r>
        <w:t>اب کیا پونجی آپ کے پاس ہے؟</w:t>
      </w:r>
    </w:p>
    <w:p>
      <w:r>
        <w:rPr>
          <w:b/>
        </w:rPr>
        <w:t xml:space="preserve">[18:44] </w:t>
      </w:r>
      <w:r>
        <w:t>unhone kaha ke mere paas ab kul bees hazar rupay hain. main ne kaha theek hai bas aap is ko bhula dijiye. is ko mind se nikaal dijiye.</w:t>
      </w:r>
    </w:p>
    <w:p>
      <w:pPr>
        <w:jc w:val="right"/>
      </w:pPr>
      <w:r>
        <w:t>انہوں نے کہا کہ میرے پاس اب کل بیس ہزار روپے ہیں۔ میں نے کہا ٹھیک ہے بس آپ اس کو بھلا دیجیے۔ اس کو مائنڈ سے نکال دیجیے۔</w:t>
      </w:r>
    </w:p>
    <w:p>
      <w:r>
        <w:rPr>
          <w:b/>
        </w:rPr>
        <w:t xml:space="preserve">[18:55] </w:t>
      </w:r>
      <w:r>
        <w:t>isi bees hazar rupay se aap koi bhi kaam shuru kar dijiye. jo bhi kaam aap ke liye possible ho. woh wapas gaye aur waqeatan is bees hazar rupay se unhone ek naya business start kiya.</w:t>
      </w:r>
    </w:p>
    <w:p>
      <w:pPr>
        <w:jc w:val="right"/>
      </w:pPr>
      <w:r>
        <w:t>اسی بیس ہزار روپے سے آپ کوئی بھی کام شروع کر دیجیے۔ جو بھی کام آپ کے لیے پاسبول ہو۔ وہ واپس گئے اور واقعتاً اس بیس ہزار روپے سے انہوں نے ایک نیا بزنس سٹارٹ کیا۔</w:t>
      </w:r>
    </w:p>
    <w:p>
      <w:r>
        <w:rPr>
          <w:b/>
        </w:rPr>
        <w:t xml:space="preserve">[19:10] </w:t>
      </w:r>
      <w:r>
        <w:t>ab to bees hazar ki value bohat kam hai.</w:t>
      </w:r>
    </w:p>
    <w:p>
      <w:pPr>
        <w:jc w:val="right"/>
      </w:pPr>
      <w:r>
        <w:t>اب تو بیس ہزار کی ویلیو بہت کم ہے۔</w:t>
      </w:r>
    </w:p>
    <w:p>
      <w:r>
        <w:rPr>
          <w:b/>
        </w:rPr>
        <w:t xml:space="preserve">[19:13] </w:t>
      </w:r>
      <w:r>
        <w:t>jab ka waqia yeh hai tab bees hazar ki value achhi khasi hoti thi. to is waqie ke ek saal baad un se meri ek saal ya dedh saal ke baad meri mulaqat hui to unhone kaha ke ab main jitna main ne khoya tha us se bohat zyada mujhe mil chuka hai.</w:t>
      </w:r>
    </w:p>
    <w:p>
      <w:pPr>
        <w:jc w:val="right"/>
      </w:pPr>
      <w:r>
        <w:t>جب کا واقعہ یہ ہے تب بیس ہزار کی ویلیو اچھی خاصی ہوتی تھی۔ تو اس واقعے کے ایک سال بعد ان سے میری ایک سال یا ڈیڑھ سال کے بعد میری ملاقات ہوئی تو انہوں نے کہا کہ اب میں جتنا میں نے کھویا تھا اس سے بہت زیادہ مجھے مل چکا ہے۔</w:t>
      </w:r>
    </w:p>
    <w:p>
      <w:r>
        <w:rPr>
          <w:b/>
        </w:rPr>
        <w:t xml:space="preserve">[19:35] </w:t>
      </w:r>
      <w:r>
        <w:t>ab main mutmaeen hoon.</w:t>
      </w:r>
    </w:p>
    <w:p>
      <w:pPr>
        <w:jc w:val="right"/>
      </w:pPr>
      <w:r>
        <w:t>اب میں مطمئن ہوں۔</w:t>
      </w:r>
    </w:p>
    <w:p>
      <w:r>
        <w:rPr>
          <w:b/>
        </w:rPr>
        <w:t xml:space="preserve">[19:39] </w:t>
      </w:r>
      <w:r>
        <w:t>is mein aap dekhiye jab un ke zehan mein aa gayi thi ladai bhadai, ghussa aur inteqaam, negative thinking to un ki aql khabt ho gayi thi.</w:t>
      </w:r>
    </w:p>
    <w:p>
      <w:pPr>
        <w:jc w:val="right"/>
      </w:pPr>
      <w:r>
        <w:t>اس میں آپ دیکھیے جب ان کے ذہن میں آ گئی تھی لڑائی بھڑائی، غصہ اور انتقام، نیگیٹیو تھنکنگ تو ان کی عقل خبط ہو گئی تھی۔</w:t>
      </w:r>
    </w:p>
    <w:p>
      <w:r>
        <w:rPr>
          <w:b/>
        </w:rPr>
        <w:t xml:space="preserve">[19:52] </w:t>
      </w:r>
      <w:r>
        <w:t>aql jo hai, aql mein jo process jo thinking process woh stop ho gaya tha. lekin</w:t>
      </w:r>
    </w:p>
    <w:p>
      <w:pPr>
        <w:jc w:val="right"/>
      </w:pPr>
      <w:r>
        <w:t>عقل جو ہے، عقل میں جو پروسیس جو تھنکنگ پروسیس وہ سٹاپ ہو گیا تھا۔ لیکن</w:t>
      </w:r>
    </w:p>
    <w:p>
      <w:r>
        <w:rPr>
          <w:b/>
        </w:rPr>
        <w:t xml:space="preserve">[20:04] </w:t>
      </w:r>
      <w:r>
        <w:t>jab unhon ne apne zehn ko badla, positive banaya to zehn doosre tarah se sochne laga.</w:t>
      </w:r>
    </w:p>
    <w:p>
      <w:pPr>
        <w:jc w:val="right"/>
      </w:pPr>
      <w:r>
        <w:t>جب انہوں نے اپنے ذہن کو بدلا، پازیٹیو بنایا تو ذہن دوسرے طرح سے سوچنے لگا۔</w:t>
      </w:r>
    </w:p>
    <w:p>
      <w:r>
        <w:rPr>
          <w:b/>
        </w:rPr>
        <w:t xml:space="preserve">[20:12] </w:t>
      </w:r>
      <w:r>
        <w:t>zehn ne bohat hi sahi right rastay par dala un ko aur phir woh kamyab ho gaye. yeh to thi individual ki misaal.</w:t>
      </w:r>
    </w:p>
    <w:p>
      <w:pPr>
        <w:jc w:val="right"/>
      </w:pPr>
      <w:r>
        <w:t>ذہن نے بہت ہی صحیح رائٹ راستے پر ڈالا ان کو اور پھر وہ کامیاب ہو گئے۔ یہ تو تھی انڈیویجول کی مثال۔</w:t>
      </w:r>
    </w:p>
    <w:p>
      <w:r>
        <w:rPr>
          <w:b/>
        </w:rPr>
        <w:t xml:space="preserve">[20:24] </w:t>
      </w:r>
      <w:r>
        <w:t>ab aap group ki misaal lijiyay. group ki misaal.</w:t>
      </w:r>
    </w:p>
    <w:p>
      <w:pPr>
        <w:jc w:val="right"/>
      </w:pPr>
      <w:r>
        <w:t>اب آپ گروپ کی مثال لیجیے۔ گروپ کی مثال۔</w:t>
      </w:r>
    </w:p>
    <w:p>
      <w:r>
        <w:rPr>
          <w:b/>
        </w:rPr>
        <w:t xml:space="preserve">[20:31] </w:t>
      </w:r>
      <w:r>
        <w:t>islam ki tareekh se aap dekhiye. rasool Allah ne 610 isvi mein makka mein apne mission ka aaghaz kiya.</w:t>
      </w:r>
    </w:p>
    <w:p>
      <w:pPr>
        <w:jc w:val="right"/>
      </w:pPr>
      <w:r>
        <w:t>اسلام کی تاریخ سے آپ دیکھیے۔ رسول اللہ نے 610 عیسوی میں مکہ میں اپنے مشن کا آغاز کیا۔</w:t>
      </w:r>
    </w:p>
    <w:p>
      <w:r>
        <w:rPr>
          <w:b/>
        </w:rPr>
        <w:t xml:space="preserve">[20:41] </w:t>
      </w:r>
      <w:r>
        <w:t>to woh zamana tha woh tribal age tha. aap jante hain ke tribal age mein qabail jo thay, qabail un ka kaam tha kya?</w:t>
      </w:r>
    </w:p>
    <w:p>
      <w:pPr>
        <w:jc w:val="right"/>
      </w:pPr>
      <w:r>
        <w:t>تو وہ زمانہ تھا وہ ٹرائبل ایج تھا۔ آپ جانتے ہیں کہ ٹرائبل ایج میں قبائل جو تھے، قبیلے ان کا کام تھا کیا؟</w:t>
      </w:r>
    </w:p>
    <w:p>
      <w:r>
        <w:rPr>
          <w:b/>
        </w:rPr>
        <w:t xml:space="preserve">[20:50] </w:t>
      </w:r>
      <w:r>
        <w:t>ladna bhirna, ladna bhirna. yahi un ka culture tha. ladna hi un ka culture tha.</w:t>
      </w:r>
    </w:p>
    <w:p>
      <w:pPr>
        <w:jc w:val="right"/>
      </w:pPr>
      <w:r>
        <w:t>لڑنا بھڑنا، لڑنا بھڑنا۔ یہی ان کا کلچر تھا۔ لڑنا ہی ان کا کلچر تھا۔</w:t>
      </w:r>
    </w:p>
    <w:p>
      <w:r>
        <w:rPr>
          <w:b/>
        </w:rPr>
        <w:t xml:space="preserve">[20:58] </w:t>
      </w:r>
      <w:r>
        <w:t>isi qabail hi mein se nikal nikal ke sahaba bhi aaye thay.</w:t>
      </w:r>
    </w:p>
    <w:p>
      <w:pPr>
        <w:jc w:val="right"/>
      </w:pPr>
      <w:r>
        <w:t>اسی قبائل ہی میں سے نکل نکل کے صحابہ بھی آئے تھے۔</w:t>
      </w:r>
    </w:p>
    <w:p>
      <w:r>
        <w:rPr>
          <w:b/>
        </w:rPr>
        <w:t xml:space="preserve">[21:05] </w:t>
      </w:r>
      <w:r>
        <w:t>to rasool Allah sallay Allah alayhi wasallam ne yeh koshish ki ke kisi tareeqay se un se aik aik woh ho jaye, peace treaty ho jaye ke hum larai bhirrai nahi karenge, hum dono dono fareeq aman ke sath rahenge.</w:t>
      </w:r>
    </w:p>
    <w:p>
      <w:pPr>
        <w:jc w:val="right"/>
      </w:pPr>
      <w:r>
        <w:t>تو رسول اللہ صلی اللہ علیہ وسلم نے یہ کوشش کی کہ کسی طریقے سے ان سے ایک ایک وہ ہو جائے، پیس ٹریٹی ہو جائے کہ ہم لڑائی بھڑائی نہیں کریں گے، ہم دونوں دونوں فریق امن کے ساتھ رہیں گے۔</w:t>
      </w:r>
    </w:p>
    <w:p>
      <w:r>
        <w:rPr>
          <w:b/>
        </w:rPr>
        <w:t xml:space="preserve">[21:22] </w:t>
      </w:r>
      <w:r>
        <w:t>bohat mushkil se taqreeban bees saal lag gaye is ko. kyunke woh zamana tha tribal age tha, ladna bhirna hi kaam tha un ka.</w:t>
      </w:r>
    </w:p>
    <w:p>
      <w:pPr>
        <w:jc w:val="right"/>
      </w:pPr>
      <w:r>
        <w:t>بہت مشکل سے تقریباً بیس سال لگ گئے اس کو۔ کیونکہ وہ زمانہ تھا ٹرائبل ایج تھا، لڑنا بھڑنا ہی کام تھا ان کا۔</w:t>
      </w:r>
    </w:p>
    <w:p>
      <w:r>
        <w:rPr>
          <w:b/>
        </w:rPr>
        <w:t xml:space="preserve">[21:34] </w:t>
      </w:r>
      <w:r>
        <w:t>pachas saal, so saal tak ladte rehte thay aik aik qissay par. makke mein bhi larai thi, madine mein bhi larai thi, sare arab mein larai thi.</w:t>
      </w:r>
    </w:p>
    <w:p>
      <w:pPr>
        <w:jc w:val="right"/>
      </w:pPr>
      <w:r>
        <w:t>پچاس سال، سو سال تک لڑتے رہتے تھے ایک ایک قصے پر۔ مکے میں بھی لڑائی تھی، مدینے میں بھی لڑائی تھی، سارے عرب میں لڑائی تھی۔</w:t>
      </w:r>
    </w:p>
    <w:p>
      <w:r>
        <w:rPr>
          <w:b/>
        </w:rPr>
        <w:t xml:space="preserve">[21:44] </w:t>
      </w:r>
      <w:r>
        <w:t>woh daur tha larai ka. bohat dinon ke baad yeh mauqa mila ke aap sulah hudaybiya karein aap. sulah hudaybiya ka peace treaty, peace treaty tha woh.</w:t>
      </w:r>
    </w:p>
    <w:p>
      <w:pPr>
        <w:jc w:val="right"/>
      </w:pPr>
      <w:r>
        <w:t>وہ دور تھا لڑائی کا۔ بہت دنوں کے بعد یہ موقع ملا کہ آپ صلح حدیبیہ کریں آپ۔ صلح حدیبیہ کا پیس ٹریٹی، پیس ٹریٹی تھا وہ۔</w:t>
      </w:r>
    </w:p>
    <w:p>
      <w:r>
        <w:rPr>
          <w:b/>
        </w:rPr>
        <w:t xml:space="preserve">[21:56] </w:t>
      </w:r>
      <w:r>
        <w:t>aik taraf rasool Allah thay, doosri taraf</w:t>
      </w:r>
    </w:p>
    <w:p>
      <w:pPr>
        <w:jc w:val="right"/>
      </w:pPr>
      <w:r>
        <w:t>ایک طرف رسول اللہ تھے، دوسری طرف</w:t>
      </w:r>
    </w:p>
    <w:p>
      <w:r>
        <w:rPr>
          <w:b/>
        </w:rPr>
        <w:t xml:space="preserve">[22:00] </w:t>
      </w:r>
      <w:r>
        <w:t>quraish ke qabail thay. to woh razi nahi hote thay peace par, kisi qeemat par. rasool Allah ko kya karna pada?</w:t>
      </w:r>
    </w:p>
    <w:p>
      <w:pPr>
        <w:jc w:val="right"/>
      </w:pPr>
      <w:r>
        <w:t>قریش کے قبائل تھے۔ تو وہ راضی نہیں ہوتے تھے پیس پر، کسی قیمت پر۔ رسول اللہ کو کیا کرنا پڑا؟</w:t>
      </w:r>
    </w:p>
    <w:p>
      <w:r>
        <w:rPr>
          <w:b/>
        </w:rPr>
        <w:t xml:space="preserve">[22:10] </w:t>
      </w:r>
      <w:r>
        <w:t>unki sari condition ko unilaterally manna pada. jis ki aakhri had yeh thi, aakhri had ke paper par muahida likha gaya, us ki condition likhi gayi.</w:t>
      </w:r>
    </w:p>
    <w:p>
      <w:pPr>
        <w:jc w:val="right"/>
      </w:pPr>
      <w:r>
        <w:t>ان کی ساری کنڈیشن کو انی لیٹرلی ماننا پڑا۔ جس کی آخری حد یہ تھی، آخری حد کہ پیپر پر معاہدہ لکھا گیا، اس کی کنڈیشن لکھی گئی۔</w:t>
      </w:r>
    </w:p>
    <w:p>
      <w:r>
        <w:rPr>
          <w:b/>
        </w:rPr>
        <w:t xml:space="preserve">[22:25] </w:t>
      </w:r>
      <w:r>
        <w:t>jo jo woh kehte gaye yani is muahiday ko dictate kiya tha fareeqe sani ne.</w:t>
      </w:r>
    </w:p>
    <w:p>
      <w:pPr>
        <w:jc w:val="right"/>
      </w:pPr>
      <w:r>
        <w:t>جو جو وہ کہتے گئے یعنی اس معاہدے کو ڈکٹیٹ کیا تھا فریق ثانی نے۔</w:t>
      </w:r>
    </w:p>
    <w:p>
      <w:r>
        <w:rPr>
          <w:b/>
        </w:rPr>
        <w:t xml:space="preserve">[22:31] </w:t>
      </w:r>
      <w:r>
        <w:t>rasool Allah ne dictate kiya. un ke dictation ke mutabiq muahida tayyar hua. to is mein yeh lafz likha gaya tha ke Muhammad rasool Allah yani aik fareeq is ke hain Muhammad rasool Allah.</w:t>
      </w:r>
    </w:p>
    <w:p>
      <w:pPr>
        <w:jc w:val="right"/>
      </w:pPr>
      <w:r>
        <w:t>رسول اللہ نے ڈکٹیٹ کیا۔ ان کے ڈکٹیشن کے مطابق معاہدہ تیار ہوا۔ تو اس میں یہ لفظ لکھا گیا تھا کہ محمد رسول اللہ یعنی ایک فریق اس کے ہیں محمد رسول اللہ۔</w:t>
      </w:r>
    </w:p>
    <w:p>
      <w:r>
        <w:rPr>
          <w:b/>
        </w:rPr>
        <w:t xml:space="preserve">[22:48] </w:t>
      </w:r>
      <w:r>
        <w:t>unhon ne kaha ke yeh kaise ho sakta hai? hum aap ko rasool mante hi nahi. is ko mitaiye aur bajaye Muhammad rasool Allah ke likhiye Muhammad bin Abdullah.</w:t>
      </w:r>
    </w:p>
    <w:p>
      <w:pPr>
        <w:jc w:val="right"/>
      </w:pPr>
      <w:r>
        <w:t>انہوں نے کہا کہ یہ کیسے ہو سکتا ہے؟ ہم آپ کو رسول مانتے ہی نہیں۔ اس کو مٹائیے اور بجائے محمد رسول اللہ کے لکھیے محمد بن عبداللہ۔</w:t>
      </w:r>
    </w:p>
    <w:p>
      <w:r>
        <w:rPr>
          <w:b/>
        </w:rPr>
        <w:t xml:space="preserve">[23:04] </w:t>
      </w:r>
      <w:r>
        <w:t>aaj koi musalman is ke liye tayyar ho sakta hai?</w:t>
      </w:r>
    </w:p>
    <w:p>
      <w:pPr>
        <w:jc w:val="right"/>
      </w:pPr>
      <w:r>
        <w:t>آج کوئی مسلمان اس کے لیے تیار ہو سکتا ہے؟</w:t>
      </w:r>
    </w:p>
    <w:p>
      <w:r>
        <w:rPr>
          <w:b/>
        </w:rPr>
        <w:t xml:space="preserve">[23:09] </w:t>
      </w:r>
      <w:r>
        <w:t>rasool Allah ne kaha haan mita do.</w:t>
      </w:r>
    </w:p>
    <w:p>
      <w:pPr>
        <w:jc w:val="right"/>
      </w:pPr>
      <w:r>
        <w:t>رسول اللہ نے کہا ہاں مٹا دو۔</w:t>
      </w:r>
    </w:p>
    <w:p>
      <w:r>
        <w:rPr>
          <w:b/>
        </w:rPr>
        <w:t xml:space="preserve">[23:14] </w:t>
      </w:r>
      <w:r>
        <w:t>aur rasool Allah ne israr kar ke lafz rasool Allah ko mita diya aur wahan par likhwaya Muhammad bin Abdullah. is tarah se woh peace treaty tay hui.</w:t>
      </w:r>
    </w:p>
    <w:p>
      <w:pPr>
        <w:jc w:val="right"/>
      </w:pPr>
      <w:r>
        <w:t>اور رسول اللہ نے اصرار کر کے لفظ رسول اللہ کو مٹا دیا اور وہاں پر لکھوایا محمد بن عبداللہ۔ اس طرح سے وہ پیس ٹریٹی طے ہوا۔</w:t>
      </w:r>
    </w:p>
    <w:p>
      <w:r>
        <w:rPr>
          <w:b/>
        </w:rPr>
        <w:t xml:space="preserve">[23:28] </w:t>
      </w:r>
      <w:r>
        <w:t>peace treaty tay hote hi bhai kya hua?</w:t>
      </w:r>
    </w:p>
    <w:p>
      <w:pPr>
        <w:jc w:val="right"/>
      </w:pPr>
      <w:r>
        <w:t>پیس ٹریٹی طے ہوتے ہی بھئی کیا ہوا؟</w:t>
      </w:r>
    </w:p>
    <w:p>
      <w:r>
        <w:rPr>
          <w:b/>
        </w:rPr>
        <w:t xml:space="preserve">[23:31] </w:t>
      </w:r>
      <w:r>
        <w:t>larai khatam, nafrat ka mahaul khatam, party culture khatam. phir wisdom ne prevail kiya.</w:t>
      </w:r>
    </w:p>
    <w:p>
      <w:pPr>
        <w:jc w:val="right"/>
      </w:pPr>
      <w:r>
        <w:t>لڑائی ختم، نفرت کا ماحول ختم، پارٹی کلچر ختم۔ پھر وزڈم نے پریویل کیا۔</w:t>
      </w:r>
    </w:p>
    <w:p>
      <w:r>
        <w:rPr>
          <w:b/>
        </w:rPr>
        <w:t xml:space="preserve">[23:40] </w:t>
      </w:r>
      <w:r>
        <w:t>jab party culture khatam hota hai to wisdom prevail karti hai.</w:t>
      </w:r>
    </w:p>
    <w:p>
      <w:pPr>
        <w:jc w:val="right"/>
      </w:pPr>
      <w:r>
        <w:t>جب پارٹی کلچر ختم ہوتا ہے تو وزڈم پریویل کرتی ہے۔</w:t>
      </w:r>
    </w:p>
    <w:p>
      <w:r>
        <w:rPr>
          <w:b/>
        </w:rPr>
        <w:t xml:space="preserve">[23:48] </w:t>
      </w:r>
      <w:r>
        <w:t>jab party culture khatam hoga to wisdom prevail karegi.</w:t>
      </w:r>
    </w:p>
    <w:p>
      <w:pPr>
        <w:jc w:val="right"/>
      </w:pPr>
      <w:r>
        <w:t>جب پارٹی کلچر ختم ہوگا تو وزڈم پریویل کرے گی۔</w:t>
      </w:r>
    </w:p>
    <w:p>
      <w:r>
        <w:rPr>
          <w:b/>
        </w:rPr>
        <w:t xml:space="preserve">[23:55] </w:t>
      </w:r>
      <w:r>
        <w:t>to woh log jo thay ab woh sochne</w:t>
      </w:r>
    </w:p>
    <w:p>
      <w:pPr>
        <w:jc w:val="right"/>
      </w:pPr>
      <w:r>
        <w:t>تو وہ لوگ جو تھے اب وہ سوچنے</w:t>
      </w:r>
    </w:p>
    <w:p>
      <w:r>
        <w:rPr>
          <w:b/>
        </w:rPr>
        <w:t xml:space="preserve">[23:58] </w:t>
      </w:r>
      <w:r>
        <w:t>lagay. un ko moqa mila ke ab sochay.</w:t>
      </w:r>
    </w:p>
    <w:p>
      <w:pPr>
        <w:jc w:val="right"/>
      </w:pPr>
      <w:r>
        <w:t>لگے۔ ان کو موقع ملا کہ اب سوچیں۔</w:t>
      </w:r>
    </w:p>
    <w:p>
      <w:r>
        <w:rPr>
          <w:b/>
        </w:rPr>
        <w:t xml:space="preserve">[24:03] </w:t>
      </w:r>
      <w:r>
        <w:t>yahan tak ke un ke andar rethinking aai. jo log thay jo tashaddud, nafrat aur negativity ko soch nahi paatay thay.</w:t>
      </w:r>
    </w:p>
    <w:p>
      <w:pPr>
        <w:jc w:val="right"/>
      </w:pPr>
      <w:r>
        <w:t>یہاں تک کہ ان کے اندر ری تھنکنگ آئی۔ جو لوگ تھے جو تشدد، نفرت اور نیگیٹیوٹی کو سوچ نہیں پاتے تھے۔</w:t>
      </w:r>
    </w:p>
    <w:p>
      <w:r>
        <w:rPr>
          <w:b/>
        </w:rPr>
        <w:t xml:space="preserve">[24:19] </w:t>
      </w:r>
      <w:r>
        <w:t>jab yak tarfa tor par rasool Allah ne is mahol ko khatam kar diya</w:t>
      </w:r>
    </w:p>
    <w:p>
      <w:pPr>
        <w:jc w:val="right"/>
      </w:pPr>
      <w:r>
        <w:t>جب یکطرفہ طور پر رسول اللہ نے اس ماحول کو ختم کر دیا</w:t>
      </w:r>
    </w:p>
    <w:p>
      <w:r>
        <w:rPr>
          <w:b/>
        </w:rPr>
        <w:t xml:space="preserve">[24:26] </w:t>
      </w:r>
      <w:r>
        <w:t>to un ke andar kya hua?</w:t>
      </w:r>
    </w:p>
    <w:p>
      <w:pPr>
        <w:jc w:val="right"/>
      </w:pPr>
      <w:r>
        <w:t>تو ان کے اندر کیا ہوا؟</w:t>
      </w:r>
    </w:p>
    <w:p>
      <w:r>
        <w:rPr>
          <w:b/>
        </w:rPr>
        <w:t xml:space="preserve">[24:28] </w:t>
      </w:r>
      <w:r>
        <w:t>rethinking aai, reassessment aya. second thought jo kehtay hain woh aya. yahan tak ke yani bohat hi kam muddat mein yani do saal ke andar woh saray ke saray Islam mein dakhil ho gay.</w:t>
      </w:r>
    </w:p>
    <w:p>
      <w:pPr>
        <w:jc w:val="right"/>
      </w:pPr>
      <w:r>
        <w:t>ری تھنکنگ آئی، ری اسیسمنٹ آیا۔ سیکنڈ تھاٹ جو کہتے ہیں وہ آیا۔ یہاں تک کہ یعنی بہت ہی کم مدت میں یعنی دو سال کے اندر وہ سارے کے سارے اسلام میں داخل ہو گئے۔</w:t>
      </w:r>
    </w:p>
    <w:p>
      <w:r>
        <w:rPr>
          <w:b/>
        </w:rPr>
        <w:t xml:space="preserve">[24:47] </w:t>
      </w:r>
      <w:r>
        <w:t>yani jab tak wahan par party culture chal rahi thi tab tak logon ki aqalain kaam nahi karti theen. lekin jab party culture khatam kiya rasool Allah sal Allah alaihi wasallam ne to wisdom ne prevail kiya.</w:t>
      </w:r>
    </w:p>
    <w:p>
      <w:pPr>
        <w:jc w:val="right"/>
      </w:pPr>
      <w:r>
        <w:t>یعنی جب تک وہاں پر پارٹی کلچر چل رہی تھی تب تک لوگوں کے عقلیں کام نہیں کرتی تھیں۔ لیکن جب پارٹی کلچر ختم کیا رسول اللہ صلی اللہ علیہ وسلم نے تو وزڈم نے پریویل کیا۔</w:t>
      </w:r>
    </w:p>
    <w:p>
      <w:r>
        <w:rPr>
          <w:b/>
        </w:rPr>
        <w:t xml:space="preserve">[25:02] </w:t>
      </w:r>
      <w:r>
        <w:t>ab lagay sochne log. aur phir wahan par</w:t>
      </w:r>
    </w:p>
    <w:p>
      <w:pPr>
        <w:jc w:val="right"/>
      </w:pPr>
      <w:r>
        <w:t>اب لگے سوچنے لوگ۔ اور پھر وہاں پر</w:t>
      </w:r>
    </w:p>
    <w:p>
      <w:r>
        <w:rPr>
          <w:b/>
        </w:rPr>
        <w:t xml:space="preserve">[25:10] </w:t>
      </w:r>
      <w:r>
        <w:t>saray log Islam mein dakhil ho gay.</w:t>
      </w:r>
    </w:p>
    <w:p>
      <w:pPr>
        <w:jc w:val="right"/>
      </w:pPr>
      <w:r>
        <w:t>سارے لوگ اسلام میں داخل ہو گئے۔</w:t>
      </w:r>
    </w:p>
    <w:p>
      <w:r>
        <w:rPr>
          <w:b/>
        </w:rPr>
        <w:t xml:space="preserve">[25:13] </w:t>
      </w:r>
      <w:r>
        <w:t>yeh lekin yeh itna mushkil kaam tha ke sahaba mein aik shakhs bhi samajh mein nahi aata tha kisi ke aisi aisi hum aisa hum peace treaty kaise karein?</w:t>
      </w:r>
    </w:p>
    <w:p>
      <w:pPr>
        <w:jc w:val="right"/>
      </w:pPr>
      <w:r>
        <w:t>یہ لیکن یہ اتنا مشکل کام تھا کہ صحابہ میں ایک شخص بھی سمجھ میں نہیں آتا تھا کسی کہ ایسی ایسی ہم ایسا ہم پیس ٹریٹی کیسے کریں؟</w:t>
      </w:r>
    </w:p>
    <w:p>
      <w:r>
        <w:rPr>
          <w:b/>
        </w:rPr>
        <w:t xml:space="preserve">[25:25] </w:t>
      </w:r>
      <w:r>
        <w:t>aik shakhs bhi nahi ke un ki sari shartain manay, rasool Allah ke lafz mita dein</w:t>
      </w:r>
    </w:p>
    <w:p>
      <w:pPr>
        <w:jc w:val="right"/>
      </w:pPr>
      <w:r>
        <w:t>ایک شخص بھی نہیں کہ ان کی ساری شرطیں مانیں، رسول اللہ کے لفظ مٹا دیں</w:t>
      </w:r>
    </w:p>
    <w:p>
      <w:r>
        <w:rPr>
          <w:b/>
        </w:rPr>
        <w:t xml:space="preserve">[25:34] </w:t>
      </w:r>
      <w:r>
        <w:t>aur umrah kiye baghair Hudaybiyyah se wapas chalay jayen. bazahir to sari jeet un ki thi.</w:t>
      </w:r>
    </w:p>
    <w:p>
      <w:pPr>
        <w:jc w:val="right"/>
      </w:pPr>
      <w:r>
        <w:t>اور عمرہ کیے بغیر حدیبیہ سے واپس چلے جائیں۔ بظاہر تو ساری جیت ان کی تھی۔</w:t>
      </w:r>
    </w:p>
    <w:p>
      <w:r>
        <w:rPr>
          <w:b/>
        </w:rPr>
        <w:t xml:space="preserve">[25:43] </w:t>
      </w:r>
      <w:r>
        <w:t>lekin yaad rakhiye jo haar, jo defeat ke baat yeh ho ke wisdom prevail kare to kamyabi aap ki hoti hai.</w:t>
      </w:r>
    </w:p>
    <w:p>
      <w:pPr>
        <w:jc w:val="right"/>
      </w:pPr>
      <w:r>
        <w:t>لیکن یاد رکھیے جو ہار، جو ڈیفیٹ کہ بات یہ ہو کہ وزڈم پریویل کرے تو کامیابی آپ کی ہوتی ہے۔</w:t>
      </w:r>
    </w:p>
    <w:p>
      <w:r>
        <w:rPr>
          <w:b/>
        </w:rPr>
        <w:t xml:space="preserve">[25:57] </w:t>
      </w:r>
      <w:r>
        <w:t>yani do fareeq larh rahay hain. do fareeq larh rahay hain. aap kisi bhi tareeqay se larhai ko khatam kar dein to jab bhi wisdom prevail karegi to jeet aap ki hogi.</w:t>
      </w:r>
    </w:p>
    <w:p>
      <w:pPr>
        <w:jc w:val="right"/>
      </w:pPr>
      <w:r>
        <w:t>یعنی دو فریق لڑ رہے ہیں۔ دو فریق لڑ رہے ہیں۔ آپ کسی بھی طریقے سے لڑائی کو ختم کر دیں تو جب بھی وزڈم پریویل کرے گی تو جیت آپ کی ہوگی۔</w:t>
      </w:r>
    </w:p>
    <w:p>
      <w:r>
        <w:rPr>
          <w:b/>
        </w:rPr>
        <w:t xml:space="preserve">[26:13] </w:t>
      </w:r>
      <w:r>
        <w:t>yeh aik principle hai. aur yahi wahan hua. to jis waqt Hudaybiyyah ki yani jo muahida hua tha koi bhi shakhs Allah ke woh insan jis ko hum kehtay hain Hazrat Umar Razi Allah Tala Anhu yeh Islami tareekh ka aitbaar naam Hazrat Umar Razi Allah Tala Anhu kehtay hain.</w:t>
      </w:r>
    </w:p>
    <w:p>
      <w:pPr>
        <w:jc w:val="right"/>
      </w:pPr>
      <w:r>
        <w:t>یہ ایک پرنسپل ہے۔ اور یہی وہاں ہوا۔ تو جس وقت حدیبیہ کی یعنی جو معاہدہ ہوا تھا کوئی بھی شخص اللہ کے وہ انسان جس کو ہم کہتے ہیں حضرت عمر رضی اللہ تعالی عنہ یہ اسلامی تاریخ کا اعتبار نام حضرت عمر رضی اللہ تعالی عنہ کہتے ہیں۔</w:t>
      </w:r>
    </w:p>
    <w:p>
      <w:r>
        <w:rPr>
          <w:b/>
        </w:rPr>
        <w:t xml:space="preserve">[26:42] </w:t>
      </w:r>
      <w:r>
        <w:t>bari kitabein un par likhi gayi hain. unhon ne kaha tha ke lam naqd dunya min durna. yeh to aik humiliating muahida hai.</w:t>
      </w:r>
    </w:p>
    <w:p>
      <w:pPr>
        <w:jc w:val="right"/>
      </w:pPr>
      <w:r>
        <w:t>بڑی کتابیں ان پر لکھی گئی ہیں۔ انہوں نے کہا تھا کہ لم نعقد دنیۃ من درنا۔ یہ تو ایک ہیبیلیٹنگ معاہدہ ہے۔</w:t>
      </w:r>
    </w:p>
    <w:p>
      <w:r>
        <w:rPr>
          <w:b/>
        </w:rPr>
        <w:t xml:space="preserve">[26:57] </w:t>
      </w:r>
      <w:r>
        <w:t>hum kyun is ko manay? aisay humiliating muahiday ko kyun manay? aisay humiliating treaty ko kyun manay hum?</w:t>
      </w:r>
    </w:p>
    <w:p>
      <w:pPr>
        <w:jc w:val="right"/>
      </w:pPr>
      <w:r>
        <w:t>ہم کیوں اس کو مانیں؟ ایسے ہیبیلیٹنگ معاہدے کو کیوں مانیں؟ ایسے ہیبیلیٹنگ ٹریٹی کو کیوں مانیں ہم؟</w:t>
      </w:r>
    </w:p>
    <w:p>
      <w:r>
        <w:rPr>
          <w:b/>
        </w:rPr>
        <w:t xml:space="preserve">[27:11] </w:t>
      </w:r>
      <w:r>
        <w:t>halankeh Quran mein isi ke bare mein aaya hai ke woh ana fatahna laka fathan mubeena is</w:t>
      </w:r>
    </w:p>
    <w:p>
      <w:pPr>
        <w:jc w:val="right"/>
      </w:pPr>
      <w:r>
        <w:t>حالانکہ قرآن میں اسی کے بارے میں آیا ہے کہ وہ انا فتحنا لک فتح من بینا اس</w:t>
      </w:r>
    </w:p>
    <w:p>
      <w:r>
        <w:rPr>
          <w:b/>
        </w:rPr>
        <w:t xml:space="preserve">[27:15] </w:t>
      </w:r>
      <w:r>
        <w:t>mein bhi dekhiye raaz yahi hai.</w:t>
      </w:r>
    </w:p>
    <w:p>
      <w:pPr>
        <w:jc w:val="right"/>
      </w:pPr>
      <w:r>
        <w:t>میں بھی دیکھیے راز یہی ہے۔</w:t>
      </w:r>
    </w:p>
    <w:p>
      <w:r>
        <w:rPr>
          <w:b/>
        </w:rPr>
        <w:t xml:space="preserve">[27:18] </w:t>
      </w:r>
      <w:r>
        <w:t>Sochiye is baat ko</w:t>
      </w:r>
    </w:p>
    <w:p>
      <w:pPr>
        <w:jc w:val="right"/>
      </w:pPr>
      <w:r>
        <w:t>سوچیے اس بات کو</w:t>
      </w:r>
    </w:p>
    <w:p>
      <w:r>
        <w:rPr>
          <w:b/>
        </w:rPr>
        <w:t xml:space="preserve">[27:22] </w:t>
      </w:r>
      <w:r>
        <w:t>ke jab yeh</w:t>
      </w:r>
    </w:p>
    <w:p>
      <w:pPr>
        <w:jc w:val="right"/>
      </w:pPr>
      <w:r>
        <w:t>کہ جب یہ</w:t>
      </w:r>
    </w:p>
    <w:p>
      <w:r>
        <w:rPr>
          <w:b/>
        </w:rPr>
        <w:t xml:space="preserve">[27:24] </w:t>
      </w:r>
      <w:r>
        <w:t>yeh Hudaybiyyah treaty finalize hui thi</w:t>
      </w:r>
    </w:p>
    <w:p>
      <w:pPr>
        <w:jc w:val="right"/>
      </w:pPr>
      <w:r>
        <w:t>یہ حدیبیہ ٹریٹی فائنلائز ہوئی تھی</w:t>
      </w:r>
    </w:p>
    <w:p>
      <w:r>
        <w:rPr>
          <w:b/>
        </w:rPr>
        <w:t xml:space="preserve">[27:29] </w:t>
      </w:r>
      <w:r>
        <w:t>is ke foran baad yeh ayat utri thi ke jis Hudaybiyyah treaty ko Hazrat Umar jaisa aadmi aur</w:t>
      </w:r>
    </w:p>
    <w:p>
      <w:pPr>
        <w:jc w:val="right"/>
      </w:pPr>
      <w:r>
        <w:t>اس کے فوراً بعد یہ آیت اتری تھی کہ جس حدیبیہ ٹریٹی کو حضرت عمر جیسا آدمی اور</w:t>
      </w:r>
    </w:p>
    <w:p>
      <w:r>
        <w:rPr>
          <w:b/>
        </w:rPr>
        <w:t xml:space="preserve">[27:36] </w:t>
      </w:r>
      <w:r>
        <w:t>saare hi Sahaba samajhte the ke yeh yeh aik aik zillat aamez muahida hai,</w:t>
      </w:r>
    </w:p>
    <w:p>
      <w:pPr>
        <w:jc w:val="right"/>
      </w:pPr>
      <w:r>
        <w:t>سارے ہی صحابہ سمجھتے تھے کہ یہ یہ ایک ایک ذلت آمیز معاہدہ ہے،</w:t>
      </w:r>
    </w:p>
    <w:p>
      <w:r>
        <w:rPr>
          <w:b/>
        </w:rPr>
        <w:t xml:space="preserve">[27:44] </w:t>
      </w:r>
      <w:r>
        <w:t>humiliating yeh muahida hai. is ke baray mein Quran mein utra ke inna fatahna laka fatan mubeena ab to fateh tumhari, ab to fateh tumhari hai.</w:t>
      </w:r>
    </w:p>
    <w:p>
      <w:pPr>
        <w:jc w:val="right"/>
      </w:pPr>
      <w:r>
        <w:t>ہیبیلیٹنگ یہ معاہدہ ہے۔ اس کے بارے میں قرآن میں اترا کہ انا فتحنا لک فتح من بینا اب تو فتح تمہاری، اب تو فتح تمہاری ہے۔</w:t>
      </w:r>
    </w:p>
    <w:p>
      <w:r>
        <w:rPr>
          <w:b/>
        </w:rPr>
        <w:t xml:space="preserve">[27:58] </w:t>
      </w:r>
      <w:r>
        <w:t>is mein aik law of nature bataya gaya tha. is ayat mein aik law of nature bataya gaya tha.</w:t>
      </w:r>
    </w:p>
    <w:p>
      <w:pPr>
        <w:jc w:val="right"/>
      </w:pPr>
      <w:r>
        <w:t>اس میں ایک لاء آف نیچر بتایا گیا تھا۔ اس آیت میں ایک لاء آف نیچر بتایا گیا تھا۔</w:t>
      </w:r>
    </w:p>
    <w:p>
      <w:r>
        <w:rPr>
          <w:b/>
        </w:rPr>
        <w:t xml:space="preserve">[28:09] </w:t>
      </w:r>
      <w:r>
        <w:t>bohat gehri baat</w:t>
      </w:r>
    </w:p>
    <w:p>
      <w:pPr>
        <w:jc w:val="right"/>
      </w:pPr>
      <w:r>
        <w:t>بہت گہری بات</w:t>
      </w:r>
    </w:p>
    <w:p>
      <w:r>
        <w:rPr>
          <w:b/>
        </w:rPr>
        <w:t xml:space="preserve">[28:14] </w:t>
      </w:r>
      <w:r>
        <w:t>ke ab to aa rahay hain fareeq sani ke darmiyan party culture khatam ho gaya hai to kya hoga is ke baad? ab wisdom prevail karegi.</w:t>
      </w:r>
    </w:p>
    <w:p>
      <w:pPr>
        <w:jc w:val="right"/>
      </w:pPr>
      <w:r>
        <w:t>کہ اب تو آ رہے ہیں فریق ثانی کے درمیان پارٹی کلچر ختم ہو گیا ہے تو کیا ہوگا اس کے بعد؟ اب وزڈم پریویل کرے گی۔</w:t>
      </w:r>
    </w:p>
    <w:p>
      <w:r>
        <w:rPr>
          <w:b/>
        </w:rPr>
        <w:t xml:space="preserve">[28:24] </w:t>
      </w:r>
      <w:r>
        <w:t>aur jab wisdom prevail karegi to jis ke paas ziyada better ideology hai us ki jeet hogi.</w:t>
      </w:r>
    </w:p>
    <w:p>
      <w:pPr>
        <w:jc w:val="right"/>
      </w:pPr>
      <w:r>
        <w:t>اور جب وزڈم پریویل کرے گی تو جس کے پاس زیادہ بیٹر آئیڈیالوجی ہے اس کی جیت ہوگی۔</w:t>
      </w:r>
    </w:p>
    <w:p>
      <w:r>
        <w:rPr>
          <w:b/>
        </w:rPr>
        <w:t xml:space="preserve">[28:34] </w:t>
      </w:r>
      <w:r>
        <w:t>fareeq sani ke paas koi ideology nahi thi.</w:t>
      </w:r>
    </w:p>
    <w:p>
      <w:pPr>
        <w:jc w:val="right"/>
      </w:pPr>
      <w:r>
        <w:t>فریق ثانی کے پاس کوئی آئیڈیالوجی نہیں تھی۔</w:t>
      </w:r>
    </w:p>
    <w:p>
      <w:r>
        <w:rPr>
          <w:b/>
        </w:rPr>
        <w:t xml:space="preserve">[28:37] </w:t>
      </w:r>
      <w:r>
        <w:t>un ke paas to pathar ke buton ko poojtay thay woh. koi ideology nahi thi. aur rasool Allah ke paas ideology thi.</w:t>
      </w:r>
    </w:p>
    <w:p>
      <w:pPr>
        <w:jc w:val="right"/>
      </w:pPr>
      <w:r>
        <w:t>ان کے پاس تو پتھر کے بتوں کو پوجتے تھے وہ۔ کوئی آئیڈیالوجی نہیں تھی۔ اور رسول اللہ کے پاس آئیڈیالوجی تھی۔</w:t>
      </w:r>
    </w:p>
    <w:p>
      <w:r>
        <w:rPr>
          <w:b/>
        </w:rPr>
        <w:t xml:space="preserve">[28:47] </w:t>
      </w:r>
      <w:r>
        <w:t>ideology of tauheed. tau ana fatahna laka fatham mubeena ka matlab yeh hai.</w:t>
      </w:r>
    </w:p>
    <w:p>
      <w:pPr>
        <w:jc w:val="right"/>
      </w:pPr>
      <w:r>
        <w:t>آئیڈیالوجی آف توحید۔ تو انا فتحنا لک فتح من بینا کا مطلب یہ ہے۔</w:t>
      </w:r>
    </w:p>
    <w:p>
      <w:r>
        <w:rPr>
          <w:b/>
        </w:rPr>
        <w:t xml:space="preserve">[28:57] </w:t>
      </w:r>
      <w:r>
        <w:t>is ka tarjuma yeh hai ke hum ne de diya tum ko clear fateh. clear victory. tau clear victory kya hai?</w:t>
      </w:r>
    </w:p>
    <w:p>
      <w:pPr>
        <w:jc w:val="right"/>
      </w:pPr>
      <w:r>
        <w:t>اس کا ترجمہ یہ ہے کہ ہم نے دے دیا تم کو کلیئر فتح۔ کلیئر وکٹری۔ تو کلیئر وکٹری کیا ہے؟</w:t>
      </w:r>
    </w:p>
    <w:p>
      <w:r>
        <w:rPr>
          <w:b/>
        </w:rPr>
        <w:t xml:space="preserve">[29:07] </w:t>
      </w:r>
      <w:r>
        <w:t>dekhiye is ke andar yeh cheez batai gayi hai ke law of nature ko bataya gaya. yeh jo clear victory jo hai yeh law of nature ko refer kar rahi hai.</w:t>
      </w:r>
    </w:p>
    <w:p>
      <w:pPr>
        <w:jc w:val="right"/>
      </w:pPr>
      <w:r>
        <w:t>دیکھیے اس کے اندر یہ چیز بتائی گئی ہے کہ لاء آف نیچر کو بتایا گیا۔ یہ جو کلیئر وکٹری جو ہے یہ لاء آف نیچر کو ریفر کر رہی ہے۔</w:t>
      </w:r>
    </w:p>
    <w:p>
      <w:r>
        <w:rPr>
          <w:b/>
        </w:rPr>
        <w:t xml:space="preserve">[29:23] </w:t>
      </w:r>
      <w:r>
        <w:t>ab tumhare aur doosra jo fareeq hai us ke darmiyan party culture khatam ho gaya, ladai bhadai khatam ho gayi, peace qaim ho gaya tau</w:t>
      </w:r>
    </w:p>
    <w:p>
      <w:pPr>
        <w:jc w:val="right"/>
      </w:pPr>
      <w:r>
        <w:t>اب تمہارے اور دوسرا جو فریق ہے اس کے درمیان پارٹی کلچر ختم ہو گیا، لڑائی بھڑائی ختم ہو گئی، پیس قائم ہو گیا تو</w:t>
      </w:r>
    </w:p>
    <w:p>
      <w:r>
        <w:rPr>
          <w:b/>
        </w:rPr>
        <w:t xml:space="preserve">[29:36] </w:t>
      </w:r>
      <w:r>
        <w:t>ab kya hoga? ab wisdom prevail karegi. wisdom jab prevail karegi tau log sochenge ke abhi kyun lad rahe the hum? kis baat ke liye lad rahe the?</w:t>
      </w:r>
    </w:p>
    <w:p>
      <w:pPr>
        <w:jc w:val="right"/>
      </w:pPr>
      <w:r>
        <w:t>اب کیا ہوگا؟ اب وزڈم پریویل کرے گی۔ وزڈم جب پریویل کرے گی تو لوگ سوچیں گے کہ ابھی کیوں لڑ رہے تھے ہم؟ کس بات کے لیے لڑ رہے تھے؟</w:t>
      </w:r>
    </w:p>
    <w:p>
      <w:r>
        <w:rPr>
          <w:b/>
        </w:rPr>
        <w:t xml:space="preserve">[29:45] </w:t>
      </w:r>
      <w:r>
        <w:t>but parasti achi hai ke khuda parasti achi hai?</w:t>
      </w:r>
    </w:p>
    <w:p>
      <w:pPr>
        <w:jc w:val="right"/>
      </w:pPr>
      <w:r>
        <w:t>بت پرستی اچھی ہے کہ خدا پرستی اچھی ہے؟</w:t>
      </w:r>
    </w:p>
    <w:p>
      <w:r>
        <w:rPr>
          <w:b/>
        </w:rPr>
        <w:t xml:space="preserve">[29:51] </w:t>
      </w:r>
      <w:r>
        <w:t>yani idol worship achi hai? idol worship achi hai ke yani tauheed achi hai?</w:t>
      </w:r>
    </w:p>
    <w:p>
      <w:pPr>
        <w:jc w:val="right"/>
      </w:pPr>
      <w:r>
        <w:t>یعنی آئیڈول ورشپ اچھی ہے؟ آئیڈول ورشپ اچھی ہے کہ یعنی توحید اچھی ہے؟</w:t>
      </w:r>
    </w:p>
    <w:p>
      <w:r>
        <w:rPr>
          <w:b/>
        </w:rPr>
        <w:t xml:space="preserve">[30:03] </w:t>
      </w:r>
      <w:r>
        <w:t>yeh insani fitrat hai. yani is se pehle insani fitrat negative response de rahi thi. ab woh insani fitrat positive response degi.</w:t>
      </w:r>
    </w:p>
    <w:p>
      <w:pPr>
        <w:jc w:val="right"/>
      </w:pPr>
      <w:r>
        <w:t>یہ انسانی فطرت ہے۔ یعنی اس سے پہلے انسانی فطرت نیگیٹیو رسپانس دے رہی تھی۔ اب وہ انسانی فطرت پازیٹیو رسپانس دے گی۔</w:t>
      </w:r>
    </w:p>
    <w:p>
      <w:r>
        <w:rPr>
          <w:b/>
        </w:rPr>
        <w:t xml:space="preserve">[30:11] </w:t>
      </w:r>
      <w:r>
        <w:t>yeh matlab tha is ayat ka. aur waqatan aise hua. ab dekhiye maujooda zamane mein dekhiye musalmanon ka haal kya hai?</w:t>
      </w:r>
    </w:p>
    <w:p>
      <w:pPr>
        <w:jc w:val="right"/>
      </w:pPr>
      <w:r>
        <w:t>یہ مطلب تھا اس آیت کا۔ اور واقعتاً ایسے ہوا۔ اب دیکھیے موجودہ زمانے میں دیکھیے مسلمانوں کا حال کیا ہے؟</w:t>
      </w:r>
    </w:p>
    <w:p>
      <w:r>
        <w:rPr>
          <w:b/>
        </w:rPr>
        <w:t xml:space="preserve">[30:24] </w:t>
      </w:r>
      <w:r>
        <w:t>yani isi daur mein jee rahe hain jis daur mein qabail jeete the ke ladai bhadai ko samajhte the ke koi bada kaam hai koi</w:t>
      </w:r>
    </w:p>
    <w:p>
      <w:pPr>
        <w:jc w:val="right"/>
      </w:pPr>
      <w:r>
        <w:t>یعنی اسی دور میں جی رہے ہیں جس دور میں قبائل جیتے تھے کہ لڑائی بھڑائی کو سمجھتے تھے کہ کوئی بڑا کام ہے کوئی</w:t>
      </w:r>
    </w:p>
    <w:p>
      <w:r>
        <w:rPr>
          <w:b/>
        </w:rPr>
        <w:t xml:space="preserve">[30:31] </w:t>
      </w:r>
      <w:r>
        <w:t>. yani ladne bhadne ko kaam samajhte the. aaj ka aap dekhiye rozana media mein, akhbaron mein rozana aata hai musalmanon ke bare mein.</w:t>
      </w:r>
    </w:p>
    <w:p>
      <w:pPr>
        <w:jc w:val="right"/>
      </w:pPr>
      <w:r>
        <w:t>۔ یعنی لڑنے بھڑنے کو کام سمجھتے تھے۔ آج کا آپ دیکھیے روزانہ میڈیا میں، اخباروں میں روزانہ آتا ہے مسلمانوں کے بارے میں۔</w:t>
      </w:r>
    </w:p>
    <w:p>
      <w:r>
        <w:rPr>
          <w:b/>
        </w:rPr>
        <w:t xml:space="preserve">[30:43] </w:t>
      </w:r>
      <w:r>
        <w:t>saare musalman gun culture, bomb culture chala rahe hain. ya tau practical chala rahe hain ya isi sochte hain woh. saare musalman involve hain is is fighting culture mein.</w:t>
      </w:r>
    </w:p>
    <w:p>
      <w:pPr>
        <w:jc w:val="right"/>
      </w:pPr>
      <w:r>
        <w:t>سارے مسلمان گن کلچر، بمب کلچر چلا رہے ہیں۔ یا تو پریکٹیکل چلا رہے ہیں یا اسی سوچتے ہیں وہ۔ سارے مسلمان انوالو ہیں اس اس فائٹنگ کلچر میں۔</w:t>
      </w:r>
    </w:p>
    <w:p>
      <w:r>
        <w:rPr>
          <w:b/>
        </w:rPr>
        <w:t xml:space="preserve">[30:57] </w:t>
      </w:r>
      <w:r>
        <w:t>is mein koi exg</w:t>
      </w:r>
    </w:p>
    <w:p>
      <w:pPr>
        <w:jc w:val="right"/>
      </w:pPr>
      <w:r>
        <w:t>اس میں کوئی ایگزی</w:t>
      </w:r>
    </w:p>
    <w:p>
      <w:r>
        <w:rPr>
          <w:b/>
        </w:rPr>
        <w:t xml:space="preserve">[30:59] </w:t>
      </w:r>
      <w:r>
        <w:t>ejation nahi hai. jis se baat kijiye ab aap yahan se nikliye aur bahar road par koi musalman mile us se baat kijiye. abhi aap tajurba kar ke dekh li jiye.</w:t>
      </w:r>
    </w:p>
    <w:p>
      <w:pPr>
        <w:jc w:val="right"/>
      </w:pPr>
      <w:r>
        <w:t>جیشن نہیں ہے۔ جس سے بات کیجیے اب آپ یہاں سے نکلیے اور باہر روڈ پر کوئی مسلمان ملے اس سے بات کیجیے۔ ابھی آپ تجربہ کر کے دیکھ لیجیے۔</w:t>
      </w:r>
    </w:p>
    <w:p>
      <w:r>
        <w:rPr>
          <w:b/>
        </w:rPr>
        <w:t xml:space="preserve">[31:09] </w:t>
      </w:r>
      <w:r>
        <w:t>phone kahega dekho bare zalim hain America wale, bare zalim hain Israel wale, dekho yeh kya, dekho woh kiya. yani har aadmi ke paas negative story hai.</w:t>
      </w:r>
    </w:p>
    <w:p>
      <w:pPr>
        <w:jc w:val="right"/>
      </w:pPr>
      <w:r>
        <w:t>فون کہے گا دیکھو بڑے ظالم ہیں امریکہ والے، بڑے ظالم ہیں اسرائیل والے، دیکھو یہ کیا، دیکھو وہ کیا۔ یعنی ہر آدمی کے پاس نیگیٹیو سٹوری ہے۔</w:t>
      </w:r>
    </w:p>
    <w:p>
      <w:r>
        <w:rPr>
          <w:b/>
        </w:rPr>
        <w:t xml:space="preserve">[31:21] </w:t>
      </w:r>
      <w:r>
        <w:t>har aadmi ke mind mein violence bhara hua hai. tau kisi ka hath gun ke trigger par hai, kisi ka hath trigger par nahi hai.</w:t>
      </w:r>
    </w:p>
    <w:p>
      <w:pPr>
        <w:jc w:val="right"/>
      </w:pPr>
      <w:r>
        <w:t>ہر آدمی کے مائنڈ میں وائیلنس بھرا ہوا ہے۔ تو کسی کا ہاتھ گن کے ٹریگر پر ہے، کسی کا ہاتھ ٹریگر پر نہیں ہے۔</w:t>
      </w:r>
    </w:p>
    <w:p>
      <w:r>
        <w:rPr>
          <w:b/>
        </w:rPr>
        <w:t xml:space="preserve">[31:30] </w:t>
      </w:r>
      <w:r>
        <w:t>koi suicide bombing karta hai, koi suicide bombers ki advocacy karta hai. jitne log hain koi bhi suicide bombers ko condemn nahi karta.</w:t>
      </w:r>
    </w:p>
    <w:p>
      <w:pPr>
        <w:jc w:val="right"/>
      </w:pPr>
      <w:r>
        <w:t>کوئی سوسائیڈ بمبنگ کرتا ہے، کوئی سوسائیڈ بمبرز کی ایڈوکیسی کرتا ہے۔ جتنے لوگ ہیں کوئی بھی سوسائیڈ بمبرز کو کنڈم نہیں کرتا۔</w:t>
      </w:r>
    </w:p>
    <w:p>
      <w:r>
        <w:rPr>
          <w:b/>
        </w:rPr>
        <w:t xml:space="preserve">[31:42] </w:t>
      </w:r>
      <w:r>
        <w:t>jitne log hain jo musalman jagah jagah bomb maar rahe hain, gun chala rahe hain.</w:t>
      </w:r>
    </w:p>
    <w:p>
      <w:pPr>
        <w:jc w:val="right"/>
      </w:pPr>
      <w:r>
        <w:t>جتنے لوگ ہیں جو مسلمان جگہ جگہ بم مار رہے ہیں، گن چلا رہے ہیں۔</w:t>
      </w:r>
    </w:p>
    <w:p>
      <w:r>
        <w:rPr>
          <w:b/>
        </w:rPr>
        <w:t xml:space="preserve">[31:49] </w:t>
      </w:r>
      <w:r>
        <w:t>koi bhi mere ilm mein ek bhi shakhs nahi hai jo openly is ko condemn kare. openly. agar koi aap ki nazar dekho tau us ko us ka naam</w:t>
      </w:r>
    </w:p>
    <w:p>
      <w:pPr>
        <w:jc w:val="right"/>
      </w:pPr>
      <w:r>
        <w:t>کوئی بھی میرے علم میں ایک بھی شخص نہیں ہے جو اوپنلی اس کو کنڈم کرے۔ اوپنلی۔ اگر کوئی آپ کی نظر دیکھو تو اس کو اس کا نام</w:t>
      </w:r>
    </w:p>
    <w:p>
      <w:r>
        <w:rPr>
          <w:b/>
        </w:rPr>
        <w:t xml:space="preserve">[31:57] </w:t>
      </w:r>
      <w:r>
        <w:t>bataiye. arab se ajab tak, east se west tak sab kisi na kisi tareeqe se in ki justify karte hain.</w:t>
      </w:r>
    </w:p>
    <w:p>
      <w:pPr>
        <w:jc w:val="right"/>
      </w:pPr>
      <w:r>
        <w:t>بتائیے۔ عرب سے عجب تک، ایسٹ سے ویسٹ تک سب کسی نہ کسی طریقے سے ان کی جسٹیفائی کرتے ہیں۔</w:t>
      </w:r>
    </w:p>
    <w:p>
      <w:r>
        <w:rPr>
          <w:b/>
        </w:rPr>
        <w:t xml:space="preserve">[32:07] </w:t>
      </w:r>
      <w:r>
        <w:t>aur bura bhala kehte hain kis ko? Israel ko, America ko, RSS ko, BJP ko. in ko, in ko aaj kal nikla hua hai yeh Burma wale aur Bodoland, yeh woh.</w:t>
      </w:r>
    </w:p>
    <w:p>
      <w:pPr>
        <w:jc w:val="right"/>
      </w:pPr>
      <w:r>
        <w:t>اور برا بھلا کہتے ہیں کس کو؟ اسرائیل کو، امریکہ کو، آر ایس ایس کو، بی جے پی کو۔ ان کو، ان کو آج کل نکلا ہوا ہے یہ برما والے اور بوڈو لینڈ، یہ وہ۔</w:t>
      </w:r>
    </w:p>
    <w:p>
      <w:r>
        <w:rPr>
          <w:b/>
        </w:rPr>
        <w:t xml:space="preserve">[32:22] </w:t>
      </w:r>
      <w:r>
        <w:t>yeh sab kisi na kisi doosre ko ilzam de kar isi ko bura bhala kar rahe hain. aur musalman jo kar rahe hain violence, koi ek shakhs bhi mere ilm mein nahi hai hamare is mission ke bahar jo in ko openly condemn karta ho.</w:t>
      </w:r>
    </w:p>
    <w:p>
      <w:pPr>
        <w:jc w:val="right"/>
      </w:pPr>
      <w:r>
        <w:t>یہ سب کسی نہ کسی دوسرے کو الزام دے کر اسی کو برا بھلا کر رہے ہیں۔ اور مسلمان جو کر رہے ہیں وائیلنس، کوئی ایک شخص بھی میرے علم میں نہیں ہے ہمارے اس مشن کے باہر جو ان کو اوپنلی کنڈم کرتا ہو۔</w:t>
      </w:r>
    </w:p>
    <w:p>
      <w:r>
        <w:rPr>
          <w:b/>
        </w:rPr>
        <w:t xml:space="preserve">[32:39] </w:t>
      </w:r>
      <w:r>
        <w:t>is se kya hoga? hua hai saare musalmanon ki aqlein khabt ho gayi hain. aqlein khabt ho gayi hain.</w:t>
      </w:r>
    </w:p>
    <w:p>
      <w:pPr>
        <w:jc w:val="right"/>
      </w:pPr>
      <w:r>
        <w:t>اس سے کیا ہوگا؟ ہوا ہے سارے مسلمانوں کی عقلیں خبط ہو گئی ہیں۔ عقلیں خبط ہو گئی ہیں۔</w:t>
      </w:r>
    </w:p>
    <w:p>
      <w:r>
        <w:rPr>
          <w:b/>
        </w:rPr>
        <w:t xml:space="preserve">[32:50] </w:t>
      </w:r>
      <w:r>
        <w:t>is ka saboot kya hai? aap ke paas ek aisi kitab hai Quran jo gun aur bomb se bhi zyada powerful hai.</w:t>
      </w:r>
    </w:p>
    <w:p>
      <w:pPr>
        <w:jc w:val="right"/>
      </w:pPr>
      <w:r>
        <w:t>اس کا ثبوت کیا ہے؟ آپ کے پاس ایک ایسی کتاب ہے قرآن جو گن اور بمب سے بھی زیادہ پاور فل ہے۔</w:t>
      </w:r>
    </w:p>
    <w:p>
      <w:r>
        <w:rPr>
          <w:b/>
        </w:rPr>
        <w:t xml:space="preserve">[33:04] </w:t>
      </w:r>
      <w:r>
        <w:t>aap is ki is se bekhabar ho gaye hain.</w:t>
      </w:r>
    </w:p>
    <w:p>
      <w:pPr>
        <w:jc w:val="right"/>
      </w:pPr>
      <w:r>
        <w:t>آپ اس کی اس سے بے خبر ہو گئے ہیں۔</w:t>
      </w:r>
    </w:p>
    <w:p>
      <w:r>
        <w:rPr>
          <w:b/>
        </w:rPr>
        <w:t xml:space="preserve">[33:09] </w:t>
      </w:r>
      <w:r>
        <w:t>abhi mere paas telephone aaya bombay se mahboob bhai ka. mahboob bhai mashaa'allah wahan par top ke jo log hain bombay mein un ko quran pahuncha rahe hain.</w:t>
      </w:r>
    </w:p>
    <w:p>
      <w:pPr>
        <w:jc w:val="right"/>
      </w:pPr>
      <w:r>
        <w:t>ابھی میرے پاس ٹیلی فون آیا بمبئی سے محبوب بھائی کا۔ محبوب بھائی ماشاءاللہ وہاں پر ٹاپ کے جو لوگ ہیں بمبئی میں ان کو قرآن پہنچا رہے ہیں۔</w:t>
      </w:r>
    </w:p>
    <w:p>
      <w:r>
        <w:rPr>
          <w:b/>
        </w:rPr>
        <w:t xml:space="preserve">[33:27] </w:t>
      </w:r>
      <w:r>
        <w:t>woh raat din isi ki planning mein rehte hain. toh musalman toh kehte hain ke arey bhai tum hinduo ko doge toh woh toh be-hurmati karega.</w:t>
      </w:r>
    </w:p>
    <w:p>
      <w:pPr>
        <w:jc w:val="right"/>
      </w:pPr>
      <w:r>
        <w:t>وہ رات دن اسی کی پلاننگ میں رہتے ہیں۔ تو مسلمان تو کہتے ہیں کہ ارے بھئی تم ہندوؤں کو دو گے تو وہ تو بے حرمتی کرے گا۔</w:t>
      </w:r>
    </w:p>
    <w:p>
      <w:r>
        <w:rPr>
          <w:b/>
        </w:rPr>
        <w:t xml:space="preserve">[33:37] </w:t>
      </w:r>
      <w:r>
        <w:t>is tarah ki boli bolte hain. abhi bataya unho ne ke woh abhi ek top ka doctor hai jo cardiologist hai.</w:t>
      </w:r>
    </w:p>
    <w:p>
      <w:pPr>
        <w:jc w:val="right"/>
      </w:pPr>
      <w:r>
        <w:t>اس طرح کی بولی بولتے ہیں۔ ابھی بتایا انہوں نے کہ وہ ابھی ایک ٹاپ کا ڈاکٹر ہے جو کارڈیالوجسٹ ہے۔</w:t>
      </w:r>
    </w:p>
    <w:p>
      <w:r>
        <w:rPr>
          <w:b/>
        </w:rPr>
        <w:t xml:space="preserve">[33:47] </w:t>
      </w:r>
      <w:r>
        <w:t>bahut hi top ka hindu doctor.</w:t>
      </w:r>
    </w:p>
    <w:p>
      <w:pPr>
        <w:jc w:val="right"/>
      </w:pPr>
      <w:r>
        <w:t>بہت ہی ٹاپ کا ہندو ڈاکٹر۔</w:t>
      </w:r>
    </w:p>
    <w:p>
      <w:r>
        <w:rPr>
          <w:b/>
        </w:rPr>
        <w:t xml:space="preserve">[33:52] </w:t>
      </w:r>
      <w:r>
        <w:t>doctor agrawal. is se unho ne appointment liya.</w:t>
      </w:r>
    </w:p>
    <w:p>
      <w:pPr>
        <w:jc w:val="right"/>
      </w:pPr>
      <w:r>
        <w:t>ڈاکٹر اگروال۔ اس سے انہوں نے اپوائنٹمنٹ لیا۔</w:t>
      </w:r>
    </w:p>
    <w:p>
      <w:r>
        <w:rPr>
          <w:b/>
        </w:rPr>
        <w:t xml:space="preserve">[33:59] </w:t>
      </w:r>
      <w:r>
        <w:t>appointment mein unho ne kaha ke mujhe koi koi yaani mein koi patient nahin hoon. mujhe ek personal kaam ke liye milna hai aap se.</w:t>
      </w:r>
    </w:p>
    <w:p>
      <w:pPr>
        <w:jc w:val="right"/>
      </w:pPr>
      <w:r>
        <w:t>اپوائنٹمنٹ میں انہوں نے کہا کہ مجھے کوئی کوئی یعنی میں کوئی پیشنٹ نہیں ہوں۔ مجھے ایک پرسنل کام کے لیے ملنا ہے آپ سے۔</w:t>
      </w:r>
    </w:p>
    <w:p>
      <w:r>
        <w:rPr>
          <w:b/>
        </w:rPr>
        <w:t xml:space="preserve">[34:10] </w:t>
      </w:r>
      <w:r>
        <w:t>us ne foran appointment de diya. aur jab yeh pahunche wahan toh aur patient wahan baithe hue thay. intezaar kar rahe thay.</w:t>
      </w:r>
    </w:p>
    <w:p>
      <w:pPr>
        <w:jc w:val="right"/>
      </w:pPr>
      <w:r>
        <w:t>اس نے فوراً اپوائنٹمنٹ دے دیا۔ اور جب یہ پہنچے وہاں تو اور پیشنٹ وہاں بیٹھے ہوئے تھے۔ انتظار کر رہے تھے۔</w:t>
      </w:r>
    </w:p>
    <w:p>
      <w:r>
        <w:rPr>
          <w:b/>
        </w:rPr>
        <w:t xml:space="preserve">[34:20] </w:t>
      </w:r>
      <w:r>
        <w:t>sab se pehle inhi ko bulaya us ne. yeh andar gaye jahan woh baitha hua tha doctor.</w:t>
      </w:r>
    </w:p>
    <w:p>
      <w:pPr>
        <w:jc w:val="right"/>
      </w:pPr>
      <w:r>
        <w:t>سب سے پہلے انہی کو بلایا اس نے۔ یہ اندر گئے جہاں وہ بیٹھا ہوا تھا ڈاکٹر۔</w:t>
      </w:r>
    </w:p>
    <w:p>
      <w:r>
        <w:rPr>
          <w:b/>
        </w:rPr>
        <w:t xml:space="preserve">[34:31] </w:t>
      </w:r>
      <w:r>
        <w:t>toh unho ne apne bag se quran ka hamare haan jo quran chhupa hai english mein is ka ek is ki ek copy nikali aur us ko pesh kiya.</w:t>
      </w:r>
    </w:p>
    <w:p>
      <w:pPr>
        <w:jc w:val="right"/>
      </w:pPr>
      <w:r>
        <w:t>تو انہوں نے اپنے بیگ سے قرآن کا ہمارے ہاں جو قرآن چھپا ہے انگلش میں اس کا ایک اس کی ایک کاپی نکالی اور اس کو پیش کیا۔</w:t>
      </w:r>
    </w:p>
    <w:p>
      <w:r>
        <w:rPr>
          <w:b/>
        </w:rPr>
        <w:t xml:space="preserve">[34:43] </w:t>
      </w:r>
      <w:r>
        <w:t>toh unho ne mujhe telephone mein bataya ke quran dekhte hi woh khara ho gaya. kursi par khara ho gaya. kaha quran.</w:t>
      </w:r>
    </w:p>
    <w:p>
      <w:pPr>
        <w:jc w:val="right"/>
      </w:pPr>
      <w:r>
        <w:t>تو انہوں نے مجھے ٹیلی فون میں بتایا کہ قرآن دیکھتے ہی وہ کھڑا ہو گیا۔ کرسی پر کھڑا ہو گیا۔ کہا قرآن۔</w:t>
      </w:r>
    </w:p>
    <w:p>
      <w:r>
        <w:rPr>
          <w:b/>
        </w:rPr>
        <w:t xml:space="preserve">[34:55] </w:t>
      </w:r>
      <w:r>
        <w:t>aap ko main dhanyawad karta hoon ke aap ne mujhe quran diya. aur aaj tak mujhe kisi ne quran nahin diya tha. aur chhup kar liya, chhup kar ke.</w:t>
      </w:r>
    </w:p>
    <w:p>
      <w:pPr>
        <w:jc w:val="right"/>
      </w:pPr>
      <w:r>
        <w:t>آپ کو میں دھن्यवाद کرتا ہوں کہ آپ نے مجھے قرآن دیا۔ اور آج تک مجھے کسی نے قرآن نہیں دیا تھا۔ اور چھپ کر لیا، چھپ کر کے۔</w:t>
      </w:r>
    </w:p>
    <w:p>
      <w:r>
        <w:rPr>
          <w:b/>
        </w:rPr>
        <w:t xml:space="preserve">[35:08] </w:t>
      </w:r>
      <w:r>
        <w:t>is ka matlab kya hai? aise sainkdo hazaro qisse hain ke aap ke paas quran hai jis mein dilo ko jeetne ki taaqat hai.</w:t>
      </w:r>
    </w:p>
    <w:p>
      <w:pPr>
        <w:jc w:val="right"/>
      </w:pPr>
      <w:r>
        <w:t>اس کا مطلب کیا ہے؟ ایسے سینکڑوں ہزاروں قصے ہیں کہ آپ کے پاس قرآن ہے جس میں دلوں کو جیتنے کی طاقت ہے۔</w:t>
      </w:r>
    </w:p>
    <w:p>
      <w:r>
        <w:rPr>
          <w:b/>
        </w:rPr>
        <w:t xml:space="preserve">[35:19] </w:t>
      </w:r>
      <w:r>
        <w:t>aap ke paas quran hai jo dimago ko maskhar karne ki taaqat hai.</w:t>
      </w:r>
    </w:p>
    <w:p>
      <w:pPr>
        <w:jc w:val="right"/>
      </w:pPr>
      <w:r>
        <w:t>آپ کے پاس قرآن ہے جو دماغوں کو مسخر کرنے کی طاقت ہے۔</w:t>
      </w:r>
    </w:p>
    <w:p>
      <w:r>
        <w:rPr>
          <w:b/>
        </w:rPr>
        <w:t xml:space="preserve">[35:25] </w:t>
      </w:r>
      <w:r>
        <w:t>aap ke paas quran hai jo bade bade logo ko jhuka dene ki taaqat hai. kaisi ajeeb baat hai. aur aap kya kar rahe hain?</w:t>
      </w:r>
    </w:p>
    <w:p>
      <w:pPr>
        <w:jc w:val="right"/>
      </w:pPr>
      <w:r>
        <w:t>آپ کے پاس قرآن ہے جو بڑے بڑے لوگوں کو جھکا دینے کی طاقت ہے۔ کیسی عجیب بات ہے۔ اور آپ کیا کر رہے ہیں؟</w:t>
      </w:r>
    </w:p>
    <w:p>
      <w:r>
        <w:rPr>
          <w:b/>
        </w:rPr>
        <w:t xml:space="preserve">[35:34] </w:t>
      </w:r>
      <w:r>
        <w:t>gun aur bomb chala rahe hain. mein nahin kehta har har musalman gun chala raha hai lekin har musalman baat kyun karta hai isi ki? is ko justify, justify kyun karta hai?</w:t>
      </w:r>
    </w:p>
    <w:p>
      <w:pPr>
        <w:jc w:val="right"/>
      </w:pPr>
      <w:r>
        <w:t>گن اور بم چلا رہے ہیں۔ میں نہیں کہتا ہر ہر مسلمان گن چلا رہا ہے لیکن ہر مسلمان بات کیوں کرتا ہے اسی کی؟ اس کو جسٹیفائی، جسٹیفائی کیوں کرتا ہے؟</w:t>
      </w:r>
    </w:p>
    <w:p>
      <w:r>
        <w:rPr>
          <w:b/>
        </w:rPr>
        <w:t xml:space="preserve">[35:45] </w:t>
      </w:r>
      <w:r>
        <w:t>is ko advocacy kyun karta hai?</w:t>
      </w:r>
    </w:p>
    <w:p>
      <w:pPr>
        <w:jc w:val="right"/>
      </w:pPr>
      <w:r>
        <w:t>اس کو ایڈوکیسی کیوں کرتا ہے؟</w:t>
      </w:r>
    </w:p>
    <w:p>
      <w:r>
        <w:rPr>
          <w:b/>
        </w:rPr>
        <w:t xml:space="preserve">[35:49] </w:t>
      </w:r>
      <w:r>
        <w:t>koi ek musalman arab se ajab tak mujhe nahin maloom hai jo openly condemn karta ho is gun culture ko jo musalman chala rahe hain. jhoote jhoote qisse batate hain.</w:t>
      </w:r>
    </w:p>
    <w:p>
      <w:pPr>
        <w:jc w:val="right"/>
      </w:pPr>
      <w:r>
        <w:t>کوئی ایک مسلمان عرب سے عجب تک مجھے نہیں معلوم ہے جو اوپنلی کنڈم کرتا ہو اس گن کلچر کو جو مسلمان چلا رہے ہیں۔ جھوٹا جھوٹے قصے بتاتے ہیں۔</w:t>
      </w:r>
    </w:p>
    <w:p>
      <w:r>
        <w:rPr>
          <w:b/>
        </w:rPr>
        <w:t xml:space="preserve">[36:02] </w:t>
      </w:r>
      <w:r>
        <w:t>doosro ko zalim batate hain. bilkul jhoote qisse.</w:t>
      </w:r>
    </w:p>
    <w:p>
      <w:pPr>
        <w:jc w:val="right"/>
      </w:pPr>
      <w:r>
        <w:t>دوسروں کو ظالم بتاتے ہیں۔ بالکل جھوٹے قصے۔</w:t>
      </w:r>
    </w:p>
    <w:p>
      <w:r>
        <w:rPr>
          <w:b/>
        </w:rPr>
        <w:t xml:space="preserve">[36:08] </w:t>
      </w:r>
      <w:r>
        <w:t>yaani burma mein, burma mein, iraq mein, afghanistan mein har jagah jhoote qisse bata rahe hain. mein yahan detail, detail nahin</w:t>
      </w:r>
    </w:p>
    <w:p>
      <w:pPr>
        <w:jc w:val="right"/>
      </w:pPr>
      <w:r>
        <w:t>یعنی برما میں، بوڈو لینڈ میں، عراق میں، افغانستان میں ہر جگہ جھوٹے قصے بتا رہے ہیں۔ میں یہاں ڈیٹیل، ڈیٹیل نہیں</w:t>
      </w:r>
    </w:p>
    <w:p>
      <w:r>
        <w:rPr>
          <w:b/>
        </w:rPr>
        <w:t xml:space="preserve">[36:17] </w:t>
      </w:r>
      <w:r>
        <w:t>kar sakta. jo ke shakk ho is ke jhoot hone par mere daftar mein aaye. mein bataunga ke yeh sab jhoote qisse hain.</w:t>
      </w:r>
    </w:p>
    <w:p>
      <w:pPr>
        <w:jc w:val="right"/>
      </w:pPr>
      <w:r>
        <w:t>کر سکتا۔ جو کہ شک ہو اس کے جھوٹ ہونے پر میرے دفتر میں آئے۔ میں بتاؤں گا کہ یہ سب جھوٹے قصے ہیں۔</w:t>
      </w:r>
    </w:p>
    <w:p>
      <w:r>
        <w:rPr>
          <w:b/>
        </w:rPr>
        <w:t xml:space="preserve">[36:26] </w:t>
      </w:r>
      <w:r>
        <w:t>koi zalim nahin hai. asal masla yeh hai ke musalmano ne aqal kho diya hai. wohi hadees saadiq aati hai jo rasool Allah ne farmaya tha ke mujhe Allah ne ilm utara tha.</w:t>
      </w:r>
    </w:p>
    <w:p>
      <w:pPr>
        <w:jc w:val="right"/>
      </w:pPr>
      <w:r>
        <w:t>کوئی ظالم نہیں ہے۔ اصل مسئلہ یہ ہے کہ مسلمانوں نے عقل کھو دیا ہے۔ وہی حدیث صادق آتی ہے جو رسول اللہ نے فرمایا تھا کہ مجھے اللہ نے علم اتارا تھا۔</w:t>
      </w:r>
    </w:p>
    <w:p>
      <w:r>
        <w:rPr>
          <w:b/>
        </w:rPr>
        <w:t xml:space="preserve">[36:40] </w:t>
      </w:r>
      <w:r>
        <w:t>ilm. ek bahut bada ilm</w:t>
      </w:r>
    </w:p>
    <w:p>
      <w:pPr>
        <w:jc w:val="right"/>
      </w:pPr>
      <w:r>
        <w:t>علم۔ ایک بہت بڑا علم</w:t>
      </w:r>
    </w:p>
    <w:p>
      <w:r>
        <w:rPr>
          <w:b/>
        </w:rPr>
        <w:t xml:space="preserve">[36:44] </w:t>
      </w:r>
      <w:r>
        <w:t>. mein jab bahar aaya woh woh ilm tum ko bataun toh do musalman aapas mein ladne lage. toh woh ilm utha liya gaya.</w:t>
      </w:r>
    </w:p>
    <w:p>
      <w:pPr>
        <w:jc w:val="right"/>
      </w:pPr>
      <w:r>
        <w:t>۔ میں جب باہر آیا وہ وہ علم تم کو بتاؤں تو دو مسلمان آپس میں لڑنے لگے۔ تو وہ علم اٹھا لیا گیا۔</w:t>
      </w:r>
    </w:p>
    <w:p>
      <w:r>
        <w:rPr>
          <w:b/>
        </w:rPr>
        <w:t xml:space="preserve">[36:54] </w:t>
      </w:r>
      <w:r>
        <w:t>toh musalmano ke gun culture ne aqal utha li hai in se. aqal se mehroom kar diya hai. thande tareeqe se soch nahin paate woh.</w:t>
      </w:r>
    </w:p>
    <w:p>
      <w:pPr>
        <w:jc w:val="right"/>
      </w:pPr>
      <w:r>
        <w:t>تو مسلمانوں کے گن کلچر نے عقل اٹھا لی ہے ان سے۔ عقل سے محروم کر دیا ہے۔ ٹھنڈے طریقے سے سوچ نہیں پاتے وہ۔</w:t>
      </w:r>
    </w:p>
    <w:p>
      <w:r>
        <w:rPr>
          <w:b/>
        </w:rPr>
        <w:t xml:space="preserve">[37:07] </w:t>
      </w:r>
      <w:r>
        <w:t>warna agar woh soch paayein un ki aqal kaam kare un ki toh kahein ke saare gun ko phenko darya mein, saare gun ko phenko samandar mein aur chalo quran hum duniya ko pesh karte hain.</w:t>
      </w:r>
    </w:p>
    <w:p>
      <w:pPr>
        <w:jc w:val="right"/>
      </w:pPr>
      <w:r>
        <w:t>ورنہ اگر وہ سوچ پائیں ان کی عقل کام کرے ان کی تو کہیں کہ سارے گن کو پھینکو دریا میں، سارے گن کو پھینکو سمندر میں اور چلو قرآن ہم دنیا کو پیش کرتے ہیں۔</w:t>
      </w:r>
    </w:p>
    <w:p>
      <w:r>
        <w:rPr>
          <w:b/>
        </w:rPr>
        <w:t xml:space="preserve">[37:22] </w:t>
      </w:r>
      <w:r>
        <w:t>sab nikl pade hain quran ko le kar ke. sahaba ne quran ko phailaya tha jab ke printing press ka zamana nahi aaya tha.</w:t>
      </w:r>
    </w:p>
    <w:p>
      <w:pPr>
        <w:jc w:val="right"/>
      </w:pPr>
      <w:r>
        <w:t>سب نکل پڑے ہیں قرآن کو لے کر کے۔ صحابہ نے قرآن کو پھیلایا تھا جب کہ پرنٹنگ پریس کا زمانہ نہیں آیا تھا۔</w:t>
      </w:r>
    </w:p>
    <w:p>
      <w:r>
        <w:rPr>
          <w:b/>
        </w:rPr>
        <w:t xml:space="preserve">[37:31] </w:t>
      </w:r>
      <w:r>
        <w:t>un ko memorize karna padta tha aur munh se bolna padta tha. aur khud jana padta tha tab. kyunke aap ko jab munh se sunana hai kisi ko to aap ko jana padega.</w:t>
      </w:r>
    </w:p>
    <w:p>
      <w:pPr>
        <w:jc w:val="right"/>
      </w:pPr>
      <w:r>
        <w:t>ان کو میمرائز کرنا پڑتا تھا اور منہ سے بولنا پڑتا تھا۔ اور خود جانا پڑتا تھا تب۔ کیونکہ آپ کو جب منہ سے سنانا ہے کسی کو تو آپ کو جانا پڑے گا۔</w:t>
      </w:r>
    </w:p>
    <w:p>
      <w:r>
        <w:rPr>
          <w:b/>
        </w:rPr>
        <w:t xml:space="preserve">[37:46] </w:t>
      </w:r>
      <w:r>
        <w:t>abhi mein soch raha tha ke mein bol raha hoon aur meri awaz america mein sun rahe hain log. kaisi ajib zamana hai. kaisa ajib zamana</w:t>
      </w:r>
    </w:p>
    <w:p>
      <w:pPr>
        <w:jc w:val="right"/>
      </w:pPr>
      <w:r>
        <w:t>ابھی میں سوچ رہا تھا کہ میں بول رہا ہوں اور میری آواز امریکہ میں سن رہے ہیں لوگ۔ کیسی عجیب زمانہ ہے۔ کیسا عجیب زمانہ</w:t>
      </w:r>
    </w:p>
    <w:p>
      <w:r>
        <w:rPr>
          <w:b/>
        </w:rPr>
        <w:t xml:space="preserve">[37:58] </w:t>
      </w:r>
      <w:r>
        <w:t>hai. sahaba ko kaam karna padta pada tha ke sunane wale aur sunne wale dono paas paas maujood hon. tab baat pahunchegi.</w:t>
      </w:r>
    </w:p>
    <w:p>
      <w:pPr>
        <w:jc w:val="right"/>
      </w:pPr>
      <w:r>
        <w:t>ہے۔ صحابہ کو کام کرنا پڑتا پڑا تھا کہ سنانے والے اور سننے والے دونوں پاس پاس موجود ہوں۔ تب بات پہنچے گی۔</w:t>
      </w:r>
    </w:p>
    <w:p>
      <w:r>
        <w:rPr>
          <w:b/>
        </w:rPr>
        <w:t xml:space="preserve">[38:08] </w:t>
      </w:r>
      <w:r>
        <w:t>is ko ghor kijiye.</w:t>
      </w:r>
    </w:p>
    <w:p>
      <w:pPr>
        <w:jc w:val="right"/>
      </w:pPr>
      <w:r>
        <w:t>اس کو غور کیجیے۔</w:t>
      </w:r>
    </w:p>
    <w:p>
      <w:r>
        <w:rPr>
          <w:b/>
        </w:rPr>
        <w:t xml:space="preserve">[38:12] </w:t>
      </w:r>
      <w:r>
        <w:t>ke sunane wala aur sunne wala dono paas paas maujood hon. aaj kya hai?</w:t>
      </w:r>
    </w:p>
    <w:p>
      <w:pPr>
        <w:jc w:val="right"/>
      </w:pPr>
      <w:r>
        <w:t>کہ سنانے والا اور سننے والا دونوں پاس پاس موجود ہوں۔ آج کیا ہے؟</w:t>
      </w:r>
    </w:p>
    <w:p>
      <w:r>
        <w:rPr>
          <w:b/>
        </w:rPr>
        <w:t xml:space="preserve">[38:21] </w:t>
      </w:r>
      <w:r>
        <w:t>is ki zaroorat nahi hai.</w:t>
      </w:r>
    </w:p>
    <w:p>
      <w:pPr>
        <w:jc w:val="right"/>
      </w:pPr>
      <w:r>
        <w:t>اس کی ضرورت نہیں ہے۔</w:t>
      </w:r>
    </w:p>
    <w:p>
      <w:r>
        <w:rPr>
          <w:b/>
        </w:rPr>
        <w:t xml:space="preserve">[38:26] </w:t>
      </w:r>
      <w:r>
        <w:t>aur pehle sirf munh se bol sakte the aap. aap ki to chhapi hui hai. quran ke chhape hue nuskhay aap sari dunya mein phailaiye.</w:t>
      </w:r>
    </w:p>
    <w:p>
      <w:pPr>
        <w:jc w:val="right"/>
      </w:pPr>
      <w:r>
        <w:t>اور پہلے صرف منہ سے بول سکتے تھے آپ۔ آپ کی تو چھپی ہوئی ہے۔ قرآن کے چھپے ہوئے نسخے آپ ساری دنیا میں پھیلائیے۔</w:t>
      </w:r>
    </w:p>
    <w:p>
      <w:r>
        <w:rPr>
          <w:b/>
        </w:rPr>
        <w:t xml:space="preserve">[38:37] </w:t>
      </w:r>
      <w:r>
        <w:t>modern technique ko istemal kar ke aap ki awaz sari dunya mein pahunchaiye.</w:t>
      </w:r>
    </w:p>
    <w:p>
      <w:pPr>
        <w:jc w:val="right"/>
      </w:pPr>
      <w:r>
        <w:t>ماڈرن ٹیکنیک کو استعمال کر کے آپ کی آواز ساری دنیا میں پہنچائیے۔</w:t>
      </w:r>
    </w:p>
    <w:p>
      <w:r>
        <w:rPr>
          <w:b/>
        </w:rPr>
        <w:t xml:space="preserve">[38:44] </w:t>
      </w:r>
      <w:r>
        <w:t>aur phir quran ke zariye logon ko yani quran to logon ki fitrat ki awaz hai. fitrat ki awaz.</w:t>
      </w:r>
    </w:p>
    <w:p>
      <w:pPr>
        <w:jc w:val="right"/>
      </w:pPr>
      <w:r>
        <w:t>اور پھر قرآن کے ذریعے لوگوں کو یعنی قرآن تو لوگوں کی فطرت کی آواز ہے۔ فطرت کی آواز۔</w:t>
      </w:r>
    </w:p>
    <w:p>
      <w:r>
        <w:rPr>
          <w:b/>
        </w:rPr>
        <w:t xml:space="preserve">[38:58] </w:t>
      </w:r>
      <w:r>
        <w:t>kal mein internet par dekh raha tha ek ek british yani britania ke royal family ka ek aadmi tha lord hadley farooq is ka naam islam qubool karne ke baad.</w:t>
      </w:r>
    </w:p>
    <w:p>
      <w:pPr>
        <w:jc w:val="right"/>
      </w:pPr>
      <w:r>
        <w:t>کل میں انٹرنیٹ پر دیکھ رہا تھا ایک ایک برٹش یعنی برطانیہ کے رائل فیملی کا ایک آدمی تھا لارڈ ہڈلے فاروق اس کا نام اسلام قبول کرنے کے بعد۔</w:t>
      </w:r>
    </w:p>
    <w:p>
      <w:r>
        <w:rPr>
          <w:b/>
        </w:rPr>
        <w:t xml:space="preserve">[39:12] </w:t>
      </w:r>
      <w:r>
        <w:t>royal family ka ek aadmi tha woh.</w:t>
      </w:r>
    </w:p>
    <w:p>
      <w:pPr>
        <w:jc w:val="right"/>
      </w:pPr>
      <w:r>
        <w:t>رائل فیملی کا ایک آدمی تھا وہ۔</w:t>
      </w:r>
    </w:p>
    <w:p>
      <w:r>
        <w:rPr>
          <w:b/>
        </w:rPr>
        <w:t xml:space="preserve">[39:15] </w:t>
      </w:r>
      <w:r>
        <w:t>is ko islam pahuncha quran padha is ne. is ke is ke is ka dil is ko mind address ho gaya is ne islam qubool kar liya.</w:t>
      </w:r>
    </w:p>
    <w:p>
      <w:pPr>
        <w:jc w:val="right"/>
      </w:pPr>
      <w:r>
        <w:t>اس کو اسلام پہنچا قرآن پڑھا اس نے۔ اس کے اس کے اس کا دل اس کو مائنڈ ایڈریس ہو گیا اس نے اسلام قبول کر لیا۔</w:t>
      </w:r>
    </w:p>
    <w:p>
      <w:r>
        <w:rPr>
          <w:b/>
        </w:rPr>
        <w:t xml:space="preserve">[39:24] </w:t>
      </w:r>
      <w:r>
        <w:t>aise hazaron hazar lakhon lakh cases hain aap jante hain. to quran aap ke paas hai jo tamam taqaton se badh kar taqat hai.</w:t>
      </w:r>
    </w:p>
    <w:p>
      <w:pPr>
        <w:jc w:val="right"/>
      </w:pPr>
      <w:r>
        <w:t>ایسے ہزاروں ہزار لاکھوں لاکھ کیسز ہیں آپ جانتے ہیں۔ تو قرآن آپ کے پاس ہے جو تمام طاقتوں سے بڑھ کر طاقت ہے۔</w:t>
      </w:r>
    </w:p>
    <w:p>
      <w:r>
        <w:rPr>
          <w:b/>
        </w:rPr>
        <w:t xml:space="preserve">[39:38] </w:t>
      </w:r>
      <w:r>
        <w:t>kyunke dekhiye dunya mein bahut se mazahib hain. bahut mazahib ka dawah hai ke hamare paas muqaddas kitab hai. holy book hai. lekin kisi bhi mazahib ke paas yeh kehne nahi keh sakta ke meri jo muqaddas kitab yeh hai yeh preserve book hai.</w:t>
      </w:r>
    </w:p>
    <w:p>
      <w:pPr>
        <w:jc w:val="right"/>
      </w:pPr>
      <w:r>
        <w:t>کیونکہ دیکھیے دنیا میں بہت سے مذہب ہیں۔ بہت مذہب کا دعویٰ ہے کہ ہمارے پاس مقدس کتاب ہے۔ ہولی بک ہے۔ لیکن کسی بھی مذہب کے پاس یہ کہنے نہیں کہہ سکتا کہ میری جو مقدس کتاب یہ ہے یہ پریزرو بک ہے۔</w:t>
      </w:r>
    </w:p>
    <w:p>
      <w:r>
        <w:rPr>
          <w:b/>
        </w:rPr>
        <w:t xml:space="preserve">[39:58] </w:t>
      </w:r>
      <w:r>
        <w:t>kyunke kisi book preserve book nahi hai.</w:t>
      </w:r>
    </w:p>
    <w:p>
      <w:pPr>
        <w:jc w:val="right"/>
      </w:pPr>
      <w:r>
        <w:t>کیونکہ کسی بک پریزرو بک نہیں ہے۔</w:t>
      </w:r>
    </w:p>
    <w:p>
      <w:r>
        <w:rPr>
          <w:b/>
        </w:rPr>
        <w:t xml:space="preserve">[40:03] </w:t>
      </w:r>
      <w:r>
        <w:t>kisi bhi mazahib ki jo muqaddas kitab hai woh preserve book ki hesiyat nahi rakhti hai. aur jab preserve na ho to authentic nahi hai phir woh.</w:t>
      </w:r>
    </w:p>
    <w:p>
      <w:pPr>
        <w:jc w:val="right"/>
      </w:pPr>
      <w:r>
        <w:t>کسی بھی مذہب کی جو مقدس کتاب ہے وہ پریزرو بک کی حیثیت نہیں رکھتی ہے۔ اور جب پریزرو نہ ہو تو اتھینٹک نہیں ہے پھر وہ۔</w:t>
      </w:r>
    </w:p>
    <w:p>
      <w:r>
        <w:rPr>
          <w:b/>
        </w:rPr>
        <w:t xml:space="preserve">[40:13] </w:t>
      </w:r>
      <w:r>
        <w:t>quran ek hi kitab hai is liye jo preserve hai. is liye wohi ek kitab hai jo authentic hai.</w:t>
      </w:r>
    </w:p>
    <w:p>
      <w:pPr>
        <w:jc w:val="right"/>
      </w:pPr>
      <w:r>
        <w:t>قرآن ایک ہی کتاب ہے اس لیے جو پریزرو ہے۔ اس لیے وہی ایک کتاب ہے جو اتھینٹک ہے۔</w:t>
      </w:r>
    </w:p>
    <w:p>
      <w:r>
        <w:rPr>
          <w:b/>
        </w:rPr>
        <w:t xml:space="preserve">[40:21] </w:t>
      </w:r>
      <w:r>
        <w:t>yani khuda ki kitab batai jis khuda ne banaya sari kainat ko. jo har insan ka khaliq hai.</w:t>
      </w:r>
    </w:p>
    <w:p>
      <w:pPr>
        <w:jc w:val="right"/>
      </w:pPr>
      <w:r>
        <w:t>یعنی خدا کی کتاب بتائی جس خدا نے بنایا ساری کائنات کو۔ جو ہر انسان کا خالق ہے۔</w:t>
      </w:r>
    </w:p>
    <w:p>
      <w:r>
        <w:rPr>
          <w:b/>
        </w:rPr>
        <w:t xml:space="preserve">[40:30] </w:t>
      </w:r>
      <w:r>
        <w:t>jo sari apni apni kainat ko control ki hui hai. is ki kitab. kaisi ajib baat hai. is ki kitab woh preserve halat mein.</w:t>
      </w:r>
    </w:p>
    <w:p>
      <w:pPr>
        <w:jc w:val="right"/>
      </w:pPr>
      <w:r>
        <w:t>جو ساری اپنی اپنی کائنات کو کنٹرول کی ہوئی ہے۔ اس کی کتاب۔ کیسی عجیب بات ہے۔ اس کی کتاب وہ پریزرو حالت میں۔</w:t>
      </w:r>
    </w:p>
    <w:p>
      <w:r>
        <w:rPr>
          <w:b/>
        </w:rPr>
        <w:t xml:space="preserve">[40:42] </w:t>
      </w:r>
      <w:r>
        <w:t>yani wohi alfaz jo utre the rasool Allah par wohi same alfaz</w:t>
      </w:r>
    </w:p>
    <w:p>
      <w:pPr>
        <w:jc w:val="right"/>
      </w:pPr>
      <w:r>
        <w:t>یعنی وہی الفاظ جو اترے تھے رسول اللہ پر وہی سیم الفاظ</w:t>
      </w:r>
    </w:p>
    <w:p>
      <w:r>
        <w:rPr>
          <w:b/>
        </w:rPr>
        <w:t xml:space="preserve">[40:48] </w:t>
      </w:r>
      <w:r>
        <w:t>. yani comma full stop ko bhi is mein koi change nahi hua. woh maujood hai. to aap ghor kijiye ke is mein kitni taqat hogi.</w:t>
      </w:r>
    </w:p>
    <w:p>
      <w:pPr>
        <w:jc w:val="right"/>
      </w:pPr>
      <w:r>
        <w:t>۔ یعنی کاما فل اسٹاپ کو بھی اس میں کوئی چینج نہیں ہوا۔ وہ موجود ہے۔ تو آپ غور کیجیے کہ اس میں کتنی طاقت ہوگی۔</w:t>
      </w:r>
    </w:p>
    <w:p>
      <w:r>
        <w:rPr>
          <w:b/>
        </w:rPr>
        <w:t xml:space="preserve">[40:59] </w:t>
      </w:r>
      <w:r>
        <w:t>yani kainat ke khaliq ka kalam</w:t>
      </w:r>
    </w:p>
    <w:p>
      <w:pPr>
        <w:jc w:val="right"/>
      </w:pPr>
      <w:r>
        <w:t>یعنی کائنات کے خالق کا کلام</w:t>
      </w:r>
    </w:p>
    <w:p>
      <w:r>
        <w:rPr>
          <w:b/>
        </w:rPr>
        <w:t xml:space="preserve">[41:05] </w:t>
      </w:r>
      <w:r>
        <w:t>kitna taqat hogi is ko samajh lijiye aap. woh bilashuba quran mein yeh taqat hai ke woh dilon ko maskhar kare. woh dimaghon ko maskhar kare.</w:t>
      </w:r>
    </w:p>
    <w:p>
      <w:pPr>
        <w:jc w:val="right"/>
      </w:pPr>
      <w:r>
        <w:t>کتنا طاقت ہوگی اس کو سمجھ لیجیے آپ۔ وہ بلاشبہ قرآن میں یہ طاقت ہے کہ وہ دلوں کو مسخر کرے۔ وہ دماغوں کو مسخر کرے۔</w:t>
      </w:r>
    </w:p>
    <w:p>
      <w:r>
        <w:rPr>
          <w:b/>
        </w:rPr>
        <w:t xml:space="preserve">[41:18] </w:t>
      </w:r>
      <w:r>
        <w:t>logon ko jhuka de. apni ideology ke zor se. lekin aap is lekin aap musalman jo ladai culture chala rahe hain to un ki aqlen chhin gayi hain.</w:t>
      </w:r>
    </w:p>
    <w:p>
      <w:pPr>
        <w:jc w:val="right"/>
      </w:pPr>
      <w:r>
        <w:t>لوگوں کو جھکا دے۔ اپنی آئیڈیالوجی کے زور سے۔ لیکن آپ اس لیکن آپ مسلمان جو لڑائی کلچر چلا رہے ہیں تو ان کی عقلیں چھن گئی ہیں۔</w:t>
      </w:r>
    </w:p>
    <w:p>
      <w:r>
        <w:rPr>
          <w:b/>
        </w:rPr>
        <w:t xml:space="preserve">[41:29] </w:t>
      </w:r>
      <w:r>
        <w:t>is hadith se yeh sabit hota hai. jo maine sunaya aap ko hadith ke kharaj to lokh barkam kharaj to lokh barkam</w:t>
      </w:r>
    </w:p>
    <w:p>
      <w:pPr>
        <w:jc w:val="right"/>
      </w:pPr>
      <w:r>
        <w:t>اس حدیث سے یہ ثابت ہوتا ہے۔ جو میں نے سنایا آپ کو حدیث کہ خرج تو لوخ برکم خرج تو لوخ برکم</w:t>
      </w:r>
    </w:p>
    <w:p>
      <w:r>
        <w:rPr>
          <w:b/>
        </w:rPr>
        <w:t xml:space="preserve">[41:42] </w:t>
      </w:r>
      <w:r>
        <w:t>bil-illat al-qadr fatla rajulan al-muslimeen farfa'at</w:t>
      </w:r>
    </w:p>
    <w:p>
      <w:pPr>
        <w:jc w:val="right"/>
      </w:pPr>
      <w:r>
        <w:t>بالعلت القدر فتلا رجلان المسلمین فرفعات</w:t>
      </w:r>
    </w:p>
    <w:p>
      <w:r>
        <w:rPr>
          <w:b/>
        </w:rPr>
        <w:t xml:space="preserve">[41:49] </w:t>
      </w:r>
      <w:r>
        <w:t>ke rasool Allah par Allah ne ek ilm utara. aap ne chaha ke musalmanon ko woh ilm de dein. lekin musalman lad gaye aapas mein.</w:t>
      </w:r>
    </w:p>
    <w:p>
      <w:pPr>
        <w:jc w:val="right"/>
      </w:pPr>
      <w:r>
        <w:t>کہ رسول اللہ پر اللہ نے ایک علم اتارا۔ آپ نے چاہا کہ مسلمانوں کو وہ علم دے دیں۔ لیکن مسلمان لڑ گئے آپس میں۔</w:t>
      </w:r>
    </w:p>
    <w:p>
      <w:r>
        <w:rPr>
          <w:b/>
        </w:rPr>
        <w:t xml:space="preserve">[41:58] </w:t>
      </w:r>
      <w:r>
        <w:t>to aaya hua ilm rasool Allah ke zamane mein utha liya gaya. to is zamane mein jo musalman lad rahe hain aapas mein jagah jagah yeh bilashuba yeh yeh jihad nahin hai.</w:t>
      </w:r>
    </w:p>
    <w:p>
      <w:pPr>
        <w:jc w:val="right"/>
      </w:pPr>
      <w:r>
        <w:t>تو آیا ہوا علم رسول اللہ کے زمانے میں اٹھا لیا گیا۔ تو اس زمانے میں جو مسلمان لڑ رہے ہیں آپس میں جگہ جگہ یہ بلاشبہ یہ یہ جہاد نہیں ہے۔</w:t>
      </w:r>
    </w:p>
    <w:p>
      <w:r>
        <w:rPr>
          <w:b/>
        </w:rPr>
        <w:t xml:space="preserve">[42:11] </w:t>
      </w:r>
      <w:r>
        <w:t>be shifaa yeh Islam nahin hai.</w:t>
      </w:r>
    </w:p>
    <w:p>
      <w:pPr>
        <w:jc w:val="right"/>
      </w:pPr>
      <w:r>
        <w:t>بے شفاء یہ اسلام نہیں ہے۔</w:t>
      </w:r>
    </w:p>
    <w:p>
      <w:r>
        <w:rPr>
          <w:b/>
        </w:rPr>
        <w:t xml:space="preserve">[42:14] </w:t>
      </w:r>
      <w:r>
        <w:t>isi isi ladai ne yeh kar rakha hai ke musalmanon se aql chhin gayi hai. kyunke samajh mein aata hai ke itni badi taqat Quran hai.</w:t>
      </w:r>
    </w:p>
    <w:p>
      <w:pPr>
        <w:jc w:val="right"/>
      </w:pPr>
      <w:r>
        <w:t>اسی اسی لڑائی نے یہ کر رکھا ہے کہ مسلمانوں سے عقل چھن گئی ہے۔ کیونکہ سمجھ میں آتا ہے کہ اتنی بڑی طاقت قرآن ہے۔</w:t>
      </w:r>
    </w:p>
    <w:p>
      <w:r>
        <w:rPr>
          <w:b/>
        </w:rPr>
        <w:t xml:space="preserve">[42:23] </w:t>
      </w:r>
      <w:r>
        <w:t>rasool Allah ki seerat hai. Allah ka sachcha deen hai. itni badi taqat is ko istemal karo. daawa activism chalao.</w:t>
      </w:r>
    </w:p>
    <w:p>
      <w:pPr>
        <w:jc w:val="right"/>
      </w:pPr>
      <w:r>
        <w:t>رسول اللہ کی سیرت ہے۔ اللہ کا سچا دین ہے۔ اتنی بڑی طاقت اس کو استعمال کرو۔ دعویٰ ایکٹیوزم چلاؤ۔</w:t>
      </w:r>
    </w:p>
    <w:p>
      <w:r>
        <w:rPr>
          <w:b/>
        </w:rPr>
        <w:t xml:space="preserve">[42:35] </w:t>
      </w:r>
      <w:r>
        <w:t>yani bajaye gun activism aur bomb activism ke daawa activism chalao aur logon ke dilon ko maskhar karo.</w:t>
      </w:r>
    </w:p>
    <w:p>
      <w:pPr>
        <w:jc w:val="right"/>
      </w:pPr>
      <w:r>
        <w:t>یعنی بجائے گن ایکٹیوزم اور بمب ایکٹیوزم کے دعویٰ ایکٹیوزم چلاؤ اور لوگوں کے دلوں کو مسخر کرو۔</w:t>
      </w:r>
    </w:p>
    <w:p>
      <w:r>
        <w:rPr>
          <w:b/>
        </w:rPr>
        <w:t xml:space="preserve">[42:46] </w:t>
      </w:r>
      <w:r>
        <w:t>aqlein chhin gayi hain.</w:t>
      </w:r>
    </w:p>
    <w:p>
      <w:pPr>
        <w:jc w:val="right"/>
      </w:pPr>
      <w:r>
        <w:t>عقلیں چھن گئی ہیں۔</w:t>
      </w:r>
    </w:p>
    <w:p>
      <w:r>
        <w:rPr>
          <w:b/>
        </w:rPr>
        <w:t xml:space="preserve">[42:50] </w:t>
      </w:r>
      <w:r>
        <w:t>to woh jo hai ke ittaqu faraz al-momin wa yunoor binur Allah to woh momin duniya mein nahin hai. yeh saara jo bheed hai ek brain insanon ki aap na samjhein ke yeh woh momin hain yeh log.</w:t>
      </w:r>
    </w:p>
    <w:p>
      <w:pPr>
        <w:jc w:val="right"/>
      </w:pPr>
      <w:r>
        <w:t>تو وہ جو ہے کہ اتقو فراز المومن وینوینظر بنور اللہ تو وہ مومن دنیا میں نہیں ہے۔ یہ سارا جو بھیڑ ہے ایک برین انسانوں کی آپ نہ سمجھیں کہ یہ وہ مومن ہیں یہ لوگ۔</w:t>
      </w:r>
    </w:p>
    <w:p>
      <w:r>
        <w:rPr>
          <w:b/>
        </w:rPr>
        <w:t xml:space="preserve">[43:08] </w:t>
      </w:r>
      <w:r>
        <w:t>woh momin woh hai jo Allah ko discover karta hai. jo Allah ke deen ko discover karta hai.</w:t>
      </w:r>
    </w:p>
    <w:p>
      <w:pPr>
        <w:jc w:val="right"/>
      </w:pPr>
      <w:r>
        <w:t>وہ مومن وہ ہے جو اللہ کو ڈسکور کرتا ہے۔ جو اللہ کے دین کو ڈسکور کرتا ہے۔</w:t>
      </w:r>
    </w:p>
    <w:p>
      <w:r>
        <w:rPr>
          <w:b/>
        </w:rPr>
        <w:t xml:space="preserve">[43:17] </w:t>
      </w:r>
      <w:r>
        <w:t>jo Quran ko discover karta hai.</w:t>
      </w:r>
    </w:p>
    <w:p>
      <w:pPr>
        <w:jc w:val="right"/>
      </w:pPr>
      <w:r>
        <w:t>جو قرآن کو ڈسکور کرتا ہے۔</w:t>
      </w:r>
    </w:p>
    <w:p>
      <w:r>
        <w:rPr>
          <w:b/>
        </w:rPr>
        <w:t xml:space="preserve">[43:21] </w:t>
      </w:r>
      <w:r>
        <w:t>jo yeh sachchai jo Allah ki taraf se aayi hai is ko discover karta hai. is discovery par khada hota hai woh. to is ke andar ek nayi shakhsiyat vish karti hai.</w:t>
      </w:r>
    </w:p>
    <w:p>
      <w:pPr>
        <w:jc w:val="right"/>
      </w:pPr>
      <w:r>
        <w:t>جو یہ سچائی جو اللہ کی طرف سے آئی ہے اس کو ڈسکور کرتا ہے۔ اس ڈسکوری پر کھڑا ہوتا ہے وہ۔ تو اس کے اندر ایک نئی شخصیت وش کرتی ہے۔</w:t>
      </w:r>
    </w:p>
    <w:p>
      <w:r>
        <w:rPr>
          <w:b/>
        </w:rPr>
        <w:t xml:space="preserve">[43:31] </w:t>
      </w:r>
      <w:r>
        <w:t>is ke andar se negativity khatm ho jati hai. ghussa khatm ho jata hai. inteqaam khatm ho jata hai. violence khatm ho jata hai. intolerance khatm ho jata hai.</w:t>
      </w:r>
    </w:p>
    <w:p>
      <w:pPr>
        <w:jc w:val="right"/>
      </w:pPr>
      <w:r>
        <w:t>اس کے اندر سے نیگیٹیوٹی ختم ہو جاتی ہے۔ غصہ ختم ہو جاتا ہے۔ انتقام ختم ہو جاتا ہے۔ وائیلنس ختم ہو جاتا ہے۔ ان ٹالرنس ختم ہو جاتا ہے۔</w:t>
      </w:r>
    </w:p>
    <w:p>
      <w:r>
        <w:rPr>
          <w:b/>
        </w:rPr>
        <w:t xml:space="preserve">[43:43] </w:t>
      </w:r>
      <w:r>
        <w:t>aur phir woh insaan ka khair khwah ban jata hai. haqaaq is ke dikhai dene lagte hain. saare wisdom ke darwaze khul jate hain is ke liye.</w:t>
      </w:r>
    </w:p>
    <w:p>
      <w:pPr>
        <w:jc w:val="right"/>
      </w:pPr>
      <w:r>
        <w:t>اور پھر وہ انسان کا خیر خواہ بن جاتا ہے۔ حقائق اس کے دکھائی دینے لگتے ہیں۔ سارے وزڈم کے دروازے کھل جاتے ہیں اس کے لیے۔</w:t>
      </w:r>
    </w:p>
    <w:p>
      <w:r>
        <w:rPr>
          <w:b/>
        </w:rPr>
        <w:t xml:space="preserve">[43:52] </w:t>
      </w:r>
      <w:r>
        <w:t>woh momin. aise momin ka koi wajood nahin. yeh bheed hai ek billion insanon ki.</w:t>
      </w:r>
    </w:p>
    <w:p>
      <w:pPr>
        <w:jc w:val="right"/>
      </w:pPr>
      <w:r>
        <w:t>وہ مومن۔ ایسے مومن کا کوئی وجود نہیں۔ یہ بھیڑ ہے ایک بلین انسانوں کی۔</w:t>
      </w:r>
    </w:p>
    <w:p>
      <w:r>
        <w:rPr>
          <w:b/>
        </w:rPr>
        <w:t xml:space="preserve">[44:01] </w:t>
      </w:r>
      <w:r>
        <w:t>kyunke lad rahe hain lad rahe hain lad rahe hain ya ladai ki baatein kar rahe hain. saare musalman do category mein batte hue hain. ya to lad rahe hain ya ladai ki baatein kar rahe hain.</w:t>
      </w:r>
    </w:p>
    <w:p>
      <w:pPr>
        <w:jc w:val="right"/>
      </w:pPr>
      <w:r>
        <w:t>کیونکہ لڑ رہے ہیں لڑ رہے ہیں لڑ رہے ہیں یا لڑائی کی باتیں کر رہے ہیں۔ سارے مسلمان دو کیٹگری میں بٹے ہوئے ہیں۔ یا تو لڑ رہے ہیں یا لڑائی کی باتیں کر رہے ہیں۔</w:t>
      </w:r>
    </w:p>
    <w:p>
      <w:r>
        <w:rPr>
          <w:b/>
        </w:rPr>
        <w:t xml:space="preserve">[44:14] </w:t>
      </w:r>
      <w:r>
        <w:t>is ki wajah se aql chhin gayi hai in se. wisdom chhin gayi hai.</w:t>
      </w:r>
    </w:p>
    <w:p>
      <w:pPr>
        <w:jc w:val="right"/>
      </w:pPr>
      <w:r>
        <w:t>اس کی وجہ سے عقل چھن گئی ہے ان سے۔ وزڈم چھن گئی ہے۔</w:t>
      </w:r>
    </w:p>
    <w:p>
      <w:r>
        <w:rPr>
          <w:b/>
        </w:rPr>
        <w:t xml:space="preserve">[44:21] </w:t>
      </w:r>
      <w:r>
        <w:t>aur bajaye is ke ke woh Khuda ki taraf se aayi hui itni badi cheez ko istemal karein. jhoote gun aur jhoote bomb mein phanse hue hain.</w:t>
      </w:r>
    </w:p>
    <w:p>
      <w:pPr>
        <w:jc w:val="right"/>
      </w:pPr>
      <w:r>
        <w:t>اور بجائے اس کے کہ وہ خدا کی طرف سے آئی ہوئی اتنی بڑی چیز کو استعمال کریں۔ جھوٹے گن اور جھوٹے بم میں پھنسے ہوئے ہیں۔</w:t>
      </w:r>
    </w:p>
    <w:p>
      <w:r>
        <w:rPr>
          <w:b/>
        </w:rPr>
        <w:t xml:space="preserve">[44:37] </w:t>
      </w:r>
      <w:r>
        <w:t>to yeh kitni badi baat hai jo rasool Allah ke kalam mein hum ko bata di gayi hai aap se chaudah sau trehtees saal pehle.</w:t>
      </w:r>
    </w:p>
    <w:p>
      <w:pPr>
        <w:jc w:val="right"/>
      </w:pPr>
      <w:r>
        <w:t>تو یہ کتنی بڑی بات ہے جو رسول اللہ کے کلام میں ہم کو بتا دی گئی ہے آپ سے چودہ سو تینتیس سال پہلے۔</w:t>
      </w:r>
    </w:p>
    <w:p>
      <w:r>
        <w:rPr>
          <w:b/>
        </w:rPr>
        <w:t xml:space="preserve">[44:53] </w:t>
      </w:r>
      <w:r>
        <w:t>kaisi ajeeb baat hai. aur aaj bhi log be khabar hain.</w:t>
      </w:r>
    </w:p>
    <w:p>
      <w:pPr>
        <w:jc w:val="right"/>
      </w:pPr>
      <w:r>
        <w:t>کیسی عجیب بات ہے۔ اور آج بھی لوگ بے خبر ہیں۔</w:t>
      </w:r>
    </w:p>
    <w:p>
      <w:r>
        <w:rPr>
          <w:b/>
        </w:rPr>
        <w:t xml:space="preserve">[44:59] </w:t>
      </w:r>
      <w:r>
        <w:t>aaj kal ek main wahan America gaya to wahan ek internet par ishtihar rakha logon ne Arabi padho Arabi padho. maine kaha is se kuch nahin hota aql padho.</w:t>
      </w:r>
    </w:p>
    <w:p>
      <w:pPr>
        <w:jc w:val="right"/>
      </w:pPr>
      <w:r>
        <w:t>آج کل ایک میں وہاں امریکہ گیا تو وہاں ایک انٹرنیٹ پر اشتہار رکھا لوگوں نے عربی پڑھو عربی پڑھو۔ میں نے کہا اس سے کچھ نہیں ہوتا عقل پڑھو۔</w:t>
      </w:r>
    </w:p>
    <w:p>
      <w:r>
        <w:rPr>
          <w:b/>
        </w:rPr>
        <w:t xml:space="preserve">[45:13] </w:t>
      </w:r>
      <w:r>
        <w:t>Arabi padh saare log jo Arabi to jante hain saare Arab mein. aur kya kar rahe hain? paishat saal se lad rahe hain.</w:t>
      </w:r>
    </w:p>
    <w:p>
      <w:pPr>
        <w:jc w:val="right"/>
      </w:pPr>
      <w:r>
        <w:t>عربی پڑھ سارے لوگ جو عربی تو جانتے ہیں سارے عرب میں۔ اور کیا کر رہے ہیں؟ پینسٹھ سال سے لڑ رہے ہیں۔</w:t>
      </w:r>
    </w:p>
    <w:p>
      <w:r>
        <w:rPr>
          <w:b/>
        </w:rPr>
        <w:t xml:space="preserve">[45:22] </w:t>
      </w:r>
      <w:r>
        <w:t>yeh bhi koi nahin sochta ke dekhiye is Palestine ki ladai jo hai woh chal rahi hai kam az kam paishat saal se.</w:t>
      </w:r>
    </w:p>
    <w:p>
      <w:pPr>
        <w:jc w:val="right"/>
      </w:pPr>
      <w:r>
        <w:t>یہ بھی کوئی نہیں سوچتا کہ دیکھیے اس فلسطین کی لڑائی جو ہے وہ چل رہی ہے کم از کم پینسٹھ سال سے۔</w:t>
      </w:r>
    </w:p>
    <w:p>
      <w:r>
        <w:rPr>
          <w:b/>
        </w:rPr>
        <w:t xml:space="preserve">[45:32] </w:t>
      </w:r>
      <w:r>
        <w:t>ji yeh Arab bhi janne wale ilm mein jo aur Arab log jo to ek se ek badhkar Arabi ke mahir hain.</w:t>
      </w:r>
    </w:p>
    <w:p>
      <w:pPr>
        <w:jc w:val="right"/>
      </w:pPr>
      <w:r>
        <w:t>جی یہ عرب بھی جاننے والے علم میں جو اور عرب لوگ جو تو ایک سے ایک بڑھ کر عربی کے ماہر ہیں۔</w:t>
      </w:r>
    </w:p>
    <w:p>
      <w:r>
        <w:rPr>
          <w:b/>
        </w:rPr>
        <w:t xml:space="preserve">[45:44] </w:t>
      </w:r>
      <w:r>
        <w:t>rasool Allah ne jo ke zamane mein jo ladaaiyan hui theen besicly teen ladaaiyan hui theen. badar, uhud aur hunain besicly aur to jhapain is ka mashinz thi woh.</w:t>
      </w:r>
    </w:p>
    <w:p>
      <w:pPr>
        <w:jc w:val="right"/>
      </w:pPr>
      <w:r>
        <w:t>رسول اللہ نے جو کے زمانے میں جو لڑائیاں ہوئی تھیں بیسیکلی تین لڑائیاں ہوئی تھیں۔ بدر، احد اور حنین بیسیکلی اور تو جھڑپیں اس کا مشنز تھی وہ۔</w:t>
      </w:r>
    </w:p>
    <w:p>
      <w:r>
        <w:rPr>
          <w:b/>
        </w:rPr>
        <w:t xml:space="preserve">[45:58] </w:t>
      </w:r>
      <w:r>
        <w:t>to in teen ladaaiyon mein kya hua?</w:t>
      </w:r>
    </w:p>
    <w:p>
      <w:pPr>
        <w:jc w:val="right"/>
      </w:pPr>
      <w:r>
        <w:t>تو ان تین لڑائیوں میں کیا ہوا؟</w:t>
      </w:r>
    </w:p>
    <w:p>
      <w:r>
        <w:rPr>
          <w:b/>
        </w:rPr>
        <w:t xml:space="preserve">[46:00] </w:t>
      </w:r>
      <w:r>
        <w:t>sirf aadhe din ladaai hui thi. dopahar ko shuru hui shaam ko khatam ho gayi. aap kitabon mein parh lijiyay. aap kitabon mein parh lijiyay ke yeh teeno ladaaiyan aadhe aadhe din hui theen.</w:t>
      </w:r>
    </w:p>
    <w:p>
      <w:pPr>
        <w:jc w:val="right"/>
      </w:pPr>
      <w:r>
        <w:t>صرف آدھے دن لڑائی ہوئی تھی۔ دوپہر کو شروع ہوئی شام کو ختم ہو گئی۔ آپ کتابوں میں پڑھ لیجیے۔ آپ کتابوں میں پڑھ لیجیے کہ یہ تینوں لڑائیاں آدھے آدھے دن ہوئی تھیں۔</w:t>
      </w:r>
    </w:p>
    <w:p>
      <w:r>
        <w:rPr>
          <w:b/>
        </w:rPr>
        <w:t xml:space="preserve">[46:17] </w:t>
      </w:r>
      <w:r>
        <w:t>to yeh arab log kyun nahin sochtay is ko ke yeh kaisi ladaai hai kaisa jihad hai jo paishat saal chala ja raha hai. rasool Allah ne jis cheez ko jihad kaha tha woh jihad to woh aadhe din ka tha woh.</w:t>
      </w:r>
    </w:p>
    <w:p>
      <w:pPr>
        <w:jc w:val="right"/>
      </w:pPr>
      <w:r>
        <w:t>تو یہ عرب لوگ کیوں نہیں سوچتے اس کو کہ یہ کیسی لڑائی ہے کیسا جہاد ہے جو پینسٹھ سال چلا جا رہا ہے۔ رسول اللہ نے جس چیز کو جہاد کہا تھا وہ جہاد تو وہ آدھے دن کا تھا وہ۔</w:t>
      </w:r>
    </w:p>
    <w:p>
      <w:r>
        <w:rPr>
          <w:b/>
        </w:rPr>
        <w:t xml:space="preserve">[46:32] </w:t>
      </w:r>
      <w:r>
        <w:t>jis cheez ko rasool Allah ne jihad kaha tha aur jis jihad mein rasool Allah ne basharat di thi woh to aadhe din ka tha. yeh tumhara jihad nahin hai yeh. yeh to jhooti ladaai hai yeh.</w:t>
      </w:r>
    </w:p>
    <w:p>
      <w:pPr>
        <w:jc w:val="right"/>
      </w:pPr>
      <w:r>
        <w:t>جس چیز کو رسول اللہ نے جہاد کہا تھا اور جس جہاد میں رسول اللہ نے بشارت دی تھی وہ تو آدھے دن کا تھا۔ یہ تمہارا جہاد نہیں ہے یہ۔ یہ تو جھوٹی لڑائی ہے یہ۔</w:t>
      </w:r>
    </w:p>
    <w:p>
      <w:r>
        <w:rPr>
          <w:b/>
        </w:rPr>
        <w:t xml:space="preserve">[46:42] </w:t>
      </w:r>
      <w:r>
        <w:t>jihad hota to woh bhi aadhe din mein faisla ho jata. yaani kitna ziyada sochne ki baat hai.</w:t>
      </w:r>
    </w:p>
    <w:p>
      <w:pPr>
        <w:jc w:val="right"/>
      </w:pPr>
      <w:r>
        <w:t>جہاد ہوتا تو وہ بھی آدھے دن میں فیصلہ ہو جاتا۔ یعنی کتنا زیادہ سوچنے کی بات ہے۔</w:t>
      </w:r>
    </w:p>
    <w:p>
      <w:r>
        <w:rPr>
          <w:b/>
        </w:rPr>
        <w:t xml:space="preserve">[46:54] </w:t>
      </w:r>
      <w:r>
        <w:t>jo hadithain jihad ke baray mein hain woh khoob dhoom se log sunatay hain.</w:t>
      </w:r>
    </w:p>
    <w:p>
      <w:pPr>
        <w:jc w:val="right"/>
      </w:pPr>
      <w:r>
        <w:t>جو حدیثیں جہاد کے بارے میں ہیں وہ خوب دھوم سے لوگ سناتے ہیں۔</w:t>
      </w:r>
    </w:p>
    <w:p>
      <w:r>
        <w:rPr>
          <w:b/>
        </w:rPr>
        <w:t xml:space="preserve">[47:02] </w:t>
      </w:r>
      <w:r>
        <w:t>jhoot sop to sunatay hain hadithain jihad wali. lekin mein logon se poochta hoon ke yeh bhi to isi inhi kitabon mein hai ke rasool Allah ne teen ladaaiyan ladeen aur teeno aadhe din ke liye theen bas.</w:t>
      </w:r>
    </w:p>
    <w:p>
      <w:pPr>
        <w:jc w:val="right"/>
      </w:pPr>
      <w:r>
        <w:t>جھوٹ سوپ تو سناتے ہیں حدیثیں جہاد والی۔ لیکن میں لوگوں سے پوچھتا ہوں کہ یہ بھی تو اسی انہی کتابوں میں ہے کہ رسول اللہ نے تین لڑائیاں لڑیں اور تینوں آدھے دن کے لیے تھیں بس۔</w:t>
      </w:r>
    </w:p>
    <w:p>
      <w:r>
        <w:rPr>
          <w:b/>
        </w:rPr>
        <w:t xml:space="preserve">[47:17] </w:t>
      </w:r>
      <w:r>
        <w:t>to yeh kaun sa torat jihad hai jo paishat saal chala ja raha hai aaj tak khatam nahin hua aur tabaahi tabaahi tabaahi tabaahi. yaani paishat saal ka dar arab aur falasteen mein sab kuch kho diya.</w:t>
      </w:r>
    </w:p>
    <w:p>
      <w:pPr>
        <w:jc w:val="right"/>
      </w:pPr>
      <w:r>
        <w:t>تو یہ کون سا تورات جہاد ہے جو پینسٹھ سال چلا جا رہا ہے آج تک ختم نہیں ہوا اور تباہی تباہی تباہی تباہی۔ یعنی پینسٹھ سال کا در عرب اور فلسطین میں سب کچھ کھو دیا۔</w:t>
      </w:r>
    </w:p>
    <w:p>
      <w:r>
        <w:rPr>
          <w:b/>
        </w:rPr>
        <w:t xml:space="preserve">[47:31] </w:t>
      </w:r>
      <w:r>
        <w:t>rasool Allah ne aadhe din ki ladaai mein jeet haasil ki thi aur tum ne paishat saal ki ladaai mein sirf haar aa rahay ho. is mani ka hai Khuda tumhare jihad ko dis own kar raha hai.</w:t>
      </w:r>
    </w:p>
    <w:p>
      <w:pPr>
        <w:jc w:val="right"/>
      </w:pPr>
      <w:r>
        <w:t>رسول اللہ نے آدھے دن کی لڑائی میں جیت حاصل کی تھی اور تم نے پینسٹھ سال کی لڑائی میں صرف ہار آ رہے ہو۔ اس معنی کا ہے خدا تمہارے جہاد کو ڈس اون کر رہا ہے۔</w:t>
      </w:r>
    </w:p>
    <w:p>
      <w:r>
        <w:rPr>
          <w:b/>
        </w:rPr>
        <w:t xml:space="preserve">[47:45] </w:t>
      </w:r>
      <w:r>
        <w:t>tumhari is is ladaai ko Khuda dis own kar raha hai. Khuda keh raha hai ke tum ko meri blessing nahin pahunchay gi.</w:t>
      </w:r>
    </w:p>
    <w:p>
      <w:pPr>
        <w:jc w:val="right"/>
      </w:pPr>
      <w:r>
        <w:t>تمہاری اس اس لڑائی کو خدا ڈس اون کر رہا ہے۔ خدا کہہ رہا ہے کہ تم کو میری بلیسنگ نہیں پہنچے گی۔</w:t>
      </w:r>
    </w:p>
    <w:p>
      <w:r>
        <w:rPr>
          <w:b/>
        </w:rPr>
        <w:t xml:space="preserve">[47:58] </w:t>
      </w:r>
      <w:r>
        <w:t>quran mein hai dekhiye antum al-aaloon in kuntum momineen tum hi jeetogay agar tum momin ho.</w:t>
      </w:r>
    </w:p>
    <w:p>
      <w:pPr>
        <w:jc w:val="right"/>
      </w:pPr>
      <w:r>
        <w:t>قرآن میں ہے دیکھیے انتم العالون ان کنتم مومنین تم ہی جیتو گے اگر تم مومن ہو۔</w:t>
      </w:r>
    </w:p>
    <w:p>
      <w:r>
        <w:rPr>
          <w:b/>
        </w:rPr>
        <w:t xml:space="preserve">[48:08] </w:t>
      </w:r>
      <w:r>
        <w:t>to agar yeh log momin hain to jeet kahan jeet jeet ko nahin mil rahi in ko. yeh kaun sa momin hai jo in ko jeet se mahroom hai.</w:t>
      </w:r>
    </w:p>
    <w:p>
      <w:pPr>
        <w:jc w:val="right"/>
      </w:pPr>
      <w:r>
        <w:t>تو اگر یہ لوگ مومن ہیں تو جیت کہاں جیت جیت کو نہیں مل رہی ان کو۔ یہ کون سا مومن ہے جو ان کو جیت سے محروم ہے۔</w:t>
      </w:r>
    </w:p>
    <w:p>
      <w:r>
        <w:rPr>
          <w:b/>
        </w:rPr>
        <w:t xml:space="preserve">[48:21] </w:t>
      </w:r>
      <w:r>
        <w:t>to jeet kis momin ke liye hai</w:t>
      </w:r>
    </w:p>
    <w:p>
      <w:pPr>
        <w:jc w:val="right"/>
      </w:pPr>
      <w:r>
        <w:t>تو جیت کس مومن کے لیے ہے</w:t>
      </w:r>
    </w:p>
    <w:p>
      <w:r>
        <w:rPr>
          <w:b/>
        </w:rPr>
        <w:t xml:space="preserve">[48:23] </w:t>
      </w:r>
      <w:r>
        <w:t>is momin ke liye hai jo jo quran ke mutabiq ho jo rasool Allah ki sunnat ke mutabiq ho. jo yeh janay ke jihad to sirf aadhe dil ke liye hota hai.</w:t>
      </w:r>
    </w:p>
    <w:p>
      <w:pPr>
        <w:jc w:val="right"/>
      </w:pPr>
      <w:r>
        <w:t>اس مومن کے لیے ہے جو جو قرآن کے مطابق ہو جو رسول اللہ کی سنت کے مطابق ہو۔ جو یہ جانے کہ جہاد تو صرف آدھے دل کے لیے ہوتا ہے۔</w:t>
      </w:r>
    </w:p>
    <w:p>
      <w:r>
        <w:rPr>
          <w:b/>
        </w:rPr>
        <w:t xml:space="preserve">[48:36] </w:t>
      </w:r>
      <w:r>
        <w:t>paishat paishat saal ke liye nahin hota hai. to in hadithon ki roshni mein aap is ko ghore kijiyay ke mamla kya hai. mamla yahi hai ke aapas ki ladaaiyan aapas ki hon ya doosron se ladaai karen aap.</w:t>
      </w:r>
    </w:p>
    <w:p>
      <w:pPr>
        <w:jc w:val="right"/>
      </w:pPr>
      <w:r>
        <w:t>پینسٹھ پینسٹھ سال کے لیے نہیں ہوتا ہے۔ تو ان حدیثوں کی روشنی میں آپ اس کو غور کیجیے کہ معاملہ کیا ہے۔ معاملہ یہی ہے کہ آپس کی لڑائیاں آپس کی ہوں یا دوسروں سے لڑائی کریں آپ۔</w:t>
      </w:r>
    </w:p>
    <w:p>
      <w:r>
        <w:rPr>
          <w:b/>
        </w:rPr>
        <w:t xml:space="preserve">[48:51] </w:t>
      </w:r>
      <w:r>
        <w:t>ladaai culture mein aql chhan jati hai yeh hai mamla. jahan ladaai aayi aql chali gayi. jahan fighting culture aaya wisdom wahan se chali gayi.</w:t>
      </w:r>
    </w:p>
    <w:p>
      <w:pPr>
        <w:jc w:val="right"/>
      </w:pPr>
      <w:r>
        <w:t>لڑائی کلچر میں عقل چھن جاتی ہے یہ ہے معاملہ۔ جہاں لڑائی آئی عقل چلی گئی۔ جہاں فاٹک کلچر آیا وزڈم وہاں سے چلی گئی۔</w:t>
      </w:r>
    </w:p>
    <w:p>
      <w:r>
        <w:rPr>
          <w:b/>
        </w:rPr>
        <w:t xml:space="preserve">[49:05] </w:t>
      </w:r>
      <w:r>
        <w:t>yeh hai raaz.</w:t>
      </w:r>
    </w:p>
    <w:p>
      <w:pPr>
        <w:jc w:val="right"/>
      </w:pPr>
      <w:r>
        <w:t>یہ ہے راز۔</w:t>
      </w:r>
    </w:p>
    <w:p>
      <w:r>
        <w:rPr>
          <w:b/>
        </w:rPr>
        <w:t xml:space="preserve">[49:10] </w:t>
      </w:r>
      <w:r>
        <w:t>is baat ko jaanna hai. yeh jo time hai is waqt re assessment ka time hai. aaj kal musalman aaye din</w:t>
      </w:r>
    </w:p>
    <w:p>
      <w:pPr>
        <w:jc w:val="right"/>
      </w:pPr>
      <w:r>
        <w:t>اس بات کو جاننا ہے۔ یہ جو ٹائم ہے اس وقت ری اسیسمنٹ کا ٹائم ہے۔ آج کل مسلمان آئے دن</w:t>
      </w:r>
    </w:p>
    <w:p>
      <w:r>
        <w:rPr>
          <w:b/>
        </w:rPr>
        <w:t xml:space="preserve">[49:19] </w:t>
      </w:r>
      <w:r>
        <w:t>kya kartay hain jalsay kartay hain conference. aur is mein kya cheektay chilaatay hain mazloom zalimon ke khilaaf. taqreeban rozana saari duniya mein musalmanon ke jalsay hotay hain.</w:t>
      </w:r>
    </w:p>
    <w:p>
      <w:pPr>
        <w:jc w:val="right"/>
      </w:pPr>
      <w:r>
        <w:t>کیا کرتے ہیں جلسے کرتے ہیں کانفرنس۔ اور اس میں کیا چیختے چلاتے ہیں محفوظہ ظالموں کے خلاف۔ تقریباً روزانہ ساری دنیا میں مسلمانوں کے جلسے ہوتے ہیں۔</w:t>
      </w:r>
    </w:p>
    <w:p>
      <w:r>
        <w:rPr>
          <w:b/>
        </w:rPr>
        <w:t xml:space="preserve">[49:34] </w:t>
      </w:r>
      <w:r>
        <w:t>aur is mein kya hota hai muqarrar khara hoga stage par aur zulm ki dastaanain bayan karega.</w:t>
      </w:r>
    </w:p>
    <w:p>
      <w:pPr>
        <w:jc w:val="right"/>
      </w:pPr>
      <w:r>
        <w:t>اور اس میں کیا ہوتا ہے مقرر کھڑا ہوگا اسٹیج پر اور ظلم کی داستانیں بیان کرے گا۔</w:t>
      </w:r>
    </w:p>
    <w:p>
      <w:r>
        <w:rPr>
          <w:b/>
        </w:rPr>
        <w:t xml:space="preserve">[49:42] </w:t>
      </w:r>
      <w:r>
        <w:t>musalmanon ke akhbarat musalmanon ke magazine musalmanon ki majlisain musalmanon ke jalsay bhari hui hain is se zulm ki dastaanun se. is ko band karo.</w:t>
      </w:r>
    </w:p>
    <w:p>
      <w:pPr>
        <w:jc w:val="right"/>
      </w:pPr>
      <w:r>
        <w:t>مسلمانوں کے اخبارات مسلمانوں کے میگزین مسلمانوں کی مجلسیں مسلمانوں کے جلسے بھری ہوئی ہیں اس سے ظلم کی داستانوں سے۔ اس کو بند کرو۔</w:t>
      </w:r>
    </w:p>
    <w:p>
      <w:r>
        <w:rPr>
          <w:b/>
        </w:rPr>
        <w:t xml:space="preserve">[49:54] </w:t>
      </w:r>
      <w:r>
        <w:t>re assess karo revise karo. aur discover karo ke mamla kahan hai. mamla yahan hai ke hamaray fighting culture ne hum ko Allah ke qanoon ke mutabiq wisdom se mahroom kar diya hai.</w:t>
      </w:r>
    </w:p>
    <w:p>
      <w:pPr>
        <w:jc w:val="right"/>
      </w:pPr>
      <w:r>
        <w:t>ری اسس کرو ریوائز کرو۔ اور ڈسکور کرو کہ معاملہ کہاں ہے۔ معاملہ یہاں ہے کہ ہمارے فائٹنگ کلچر نے ہم کو اللہ کے قانون کے مطابق وزڈم سے محروم کر دیا ہے۔</w:t>
      </w:r>
    </w:p>
    <w:p>
      <w:r>
        <w:rPr>
          <w:b/>
        </w:rPr>
        <w:t xml:space="preserve">[50:13] </w:t>
      </w:r>
      <w:r>
        <w:t>jis tarah se mein aankh band kar doon to roshni se mahroom hoon. aankh band kar kar loon to mein roshni se mahroom hoon.</w:t>
      </w:r>
    </w:p>
    <w:p>
      <w:pPr>
        <w:jc w:val="right"/>
      </w:pPr>
      <w:r>
        <w:t>جس طرح سے میں آنکھ بند کر دوں تو روشنی سے محروم ہوں۔ آنکھ بند کر کر لوں تو میں روشنی سے محروم ہوں۔</w:t>
      </w:r>
    </w:p>
    <w:p>
      <w:r>
        <w:rPr>
          <w:b/>
        </w:rPr>
        <w:t xml:space="preserve">[50:24] </w:t>
      </w:r>
      <w:r>
        <w:t>yeh hai law of nature. aisay hi agar hum fighting culture mein hum involve karen apnay aap ko to wisdom chali gayi.</w:t>
      </w:r>
    </w:p>
    <w:p>
      <w:pPr>
        <w:jc w:val="right"/>
      </w:pPr>
      <w:r>
        <w:t>یہ ہے لاء آف نیچر۔ ایسے ہی اگر ہم فائٹنگ کلچر میں ہم انوالو کریں اپنے آپ کو تو وزڈم چلی گئی۔</w:t>
      </w:r>
    </w:p>
    <w:p>
      <w:r>
        <w:rPr>
          <w:b/>
        </w:rPr>
        <w:t xml:space="preserve">[50:36] </w:t>
      </w:r>
      <w:r>
        <w:t>to sab se pehla kaam yeh hai ke fighting khatam larai jhagda khatam yak tarfa tor par</w:t>
      </w:r>
    </w:p>
    <w:p>
      <w:pPr>
        <w:jc w:val="right"/>
      </w:pPr>
      <w:r>
        <w:t>تو سب سے پہلا کام یہ ہے کہ فائٹنگ ختم لڑائی جھگڑا ختم یکطرفہ طور پر</w:t>
      </w:r>
    </w:p>
    <w:p>
      <w:r>
        <w:rPr>
          <w:b/>
        </w:rPr>
        <w:t xml:space="preserve">[50:44] </w:t>
      </w:r>
      <w:r>
        <w:t>saari laraiyan ek unilaterally khatam.</w:t>
      </w:r>
    </w:p>
    <w:p>
      <w:pPr>
        <w:jc w:val="right"/>
      </w:pPr>
      <w:r>
        <w:t>ساری لڑائیاں ایک یونیلیٹلی ختم۔</w:t>
      </w:r>
    </w:p>
    <w:p>
      <w:r>
        <w:rPr>
          <w:b/>
        </w:rPr>
        <w:t xml:space="preserve">[50:49] </w:t>
      </w:r>
      <w:r>
        <w:t>rasool Allah se poocha tha sahabi ne ke ab kya karein to aap ne kaha ke ab talwar ko tod ke phenk do. Aap ko yeh hadith padh lijiye aap kitab al fitan mein ke apni talwar ko tod kar phenk do.</w:t>
      </w:r>
    </w:p>
    <w:p>
      <w:pPr>
        <w:jc w:val="right"/>
      </w:pPr>
      <w:r>
        <w:t>رسول اللہ سے پوچھا تھا صحابی نے کہ اب کیا کریں تو آپ نے کہا کہ اب تلوار کو توڑ کے پھینک دو۔ آپ کو یہ حدیث پڑھ لیجیے آپ کتاب الفتن میں کہ اپنی تلوار کو توڑ کر پھینک دو۔</w:t>
      </w:r>
    </w:p>
    <w:p>
      <w:r>
        <w:rPr>
          <w:b/>
        </w:rPr>
        <w:t xml:space="preserve">[51:05] </w:t>
      </w:r>
      <w:r>
        <w:t>to woh waqt yeh aa gaya hai ke banduqon ko tod daal phenk do</w:t>
      </w:r>
    </w:p>
    <w:p>
      <w:pPr>
        <w:jc w:val="right"/>
      </w:pPr>
      <w:r>
        <w:t>تو وہ وقت یہ آ گیا ہے کہ بندوقوں کو توڑ ڈال پھینک دو</w:t>
      </w:r>
    </w:p>
    <w:p>
      <w:r>
        <w:rPr>
          <w:b/>
        </w:rPr>
        <w:t xml:space="preserve">[51:09] </w:t>
      </w:r>
      <w:r>
        <w:t>apne bomon ko samandar mein daal do. Tashaddud tashaddud ke literature ko jala do jo tum ne kitabein likh rakhi hain jo parche nikalte ho jis mein jis mein tashaddud violence aur zulm ki dastanain hoti hain us ko jala do us ko phoonk do.</w:t>
      </w:r>
    </w:p>
    <w:p>
      <w:pPr>
        <w:jc w:val="right"/>
      </w:pPr>
      <w:r>
        <w:t>اپنے بموں کو سمندر میں ڈال دو۔ تشدد تشدد کے لٹریچر کو جلا دو جو تم نے کتابیں لکھ رکھی ہیں جو پرچے نکالتے ہو جس میں جس میں تشدد وائیلنس اور ظلم کی داستانیں ہوتی ہیں اس کو جلا دو اس کو پھونک دو۔</w:t>
      </w:r>
    </w:p>
    <w:p>
      <w:r>
        <w:rPr>
          <w:b/>
        </w:rPr>
        <w:t xml:space="preserve">[51:33] </w:t>
      </w:r>
      <w:r>
        <w:t>Allah se tauba karo. Allah se tauba karo.</w:t>
      </w:r>
    </w:p>
    <w:p>
      <w:pPr>
        <w:jc w:val="right"/>
      </w:pPr>
      <w:r>
        <w:t>اللہ سے توبہ کرو۔ اللہ سے توبہ کرو۔</w:t>
      </w:r>
    </w:p>
    <w:p>
      <w:r>
        <w:rPr>
          <w:b/>
        </w:rPr>
        <w:t xml:space="preserve">[51:40] </w:t>
      </w:r>
      <w:r>
        <w:t>aur you turn lo you turn yani mukammal tor par peace mukammal tor par positive thinking doosron se nafrat khatam doosron se doosron ko zalim batana yeh sab khatam.</w:t>
      </w:r>
    </w:p>
    <w:p>
      <w:pPr>
        <w:jc w:val="right"/>
      </w:pPr>
      <w:r>
        <w:t>اور یو ٹرن لو یو ٹرن یعنی مکمل طور پر پیس مکمل طور پر پازیٹیو تھنکنگ دوسروں سے نفرت ختم دوسروں سے دوسروں کو ظالم بتانا یہ سب ختم۔</w:t>
      </w:r>
    </w:p>
    <w:p>
      <w:r>
        <w:rPr>
          <w:b/>
        </w:rPr>
        <w:t xml:space="preserve">[51:58] </w:t>
      </w:r>
      <w:r>
        <w:t>aur Quran ko le kar utho yani yeh aap yeh gun aur bomb le kar uthe hue hain musalman is ko khatam kar ke Quran ko le kar uthe hain.</w:t>
      </w:r>
    </w:p>
    <w:p>
      <w:pPr>
        <w:jc w:val="right"/>
      </w:pPr>
      <w:r>
        <w:t>اور قرآن کو لے کر اٹھو یعنی یہ آپ یہ گن اور بم لے کر اٹھے ہوئے ہیں مسلمان اس کو ختم کر کے قرآن کو لے کر اٹھے ہیں۔</w:t>
      </w:r>
    </w:p>
    <w:p>
      <w:r>
        <w:rPr>
          <w:b/>
        </w:rPr>
        <w:t xml:space="preserve">[52:11] </w:t>
      </w:r>
      <w:r>
        <w:t>tab Allah ki blessing un par aaye gi tab un ke aql ke darwaze khulein ge tab un par wisdom tak yani woh wisdom jo muqaddar hai kisi insan ke liye woh un ko hasil hogi.</w:t>
      </w:r>
    </w:p>
    <w:p>
      <w:pPr>
        <w:jc w:val="right"/>
      </w:pPr>
      <w:r>
        <w:t>تب اللہ کی بلیسنگ ان پر آئے گی تب ان کے عقل کے دروازے کھلیں گے تب ان پر وزڈم تک یعنی وہ وزڈم جو مقدر ہے کسی انسان کے لیے وہ ان کو حاصل ہوگی۔</w:t>
      </w:r>
    </w:p>
    <w:p>
      <w:r>
        <w:rPr>
          <w:b/>
        </w:rPr>
        <w:t xml:space="preserve">[52:33] </w:t>
      </w:r>
      <w:r>
        <w:t>dekhiye yeh maamla kisi aqeeday ka nahi hai yeh law of nature ka maamla hai.</w:t>
      </w:r>
    </w:p>
    <w:p>
      <w:pPr>
        <w:jc w:val="right"/>
      </w:pPr>
      <w:r>
        <w:t>دیکھیے یہ معاملہ کسی عقیدے کا نہیں ہے یہ لاء آف نیچر کا معاملہ ہے۔</w:t>
      </w:r>
    </w:p>
    <w:p>
      <w:r>
        <w:rPr>
          <w:b/>
        </w:rPr>
        <w:t xml:space="preserve">[52:42] </w:t>
      </w:r>
      <w:r>
        <w:t>yani fighting culture ke khatam karne se wisdom aaye gi yeh aqeeday ka maamla nahi hai yeh yeh aql ka maamla hai.</w:t>
      </w:r>
    </w:p>
    <w:p>
      <w:pPr>
        <w:jc w:val="right"/>
      </w:pPr>
      <w:r>
        <w:t>یعنی فائٹنگ کلچر کے ختم کرنے سے وزڈم آئے گی یہ عقیدے کا معاملہ نہیں ہے یہ یہ عقل کا معاملہ ہے۔</w:t>
      </w:r>
    </w:p>
    <w:p>
      <w:r>
        <w:rPr>
          <w:b/>
        </w:rPr>
        <w:t xml:space="preserve">[52:53] </w:t>
      </w:r>
      <w:r>
        <w:t>jis tarah se aankh band karoon mein to roshni se mehroom hi hai to yeh bhi aqeeday ka maamla nahi hai yeh wisdom ka maamla hai.</w:t>
      </w:r>
    </w:p>
    <w:p>
      <w:pPr>
        <w:jc w:val="right"/>
      </w:pPr>
      <w:r>
        <w:t>جس طرح سے آنکھ بند کروں میں تو روشنی سے محروم ہی ہے تو یہ بھی عقیدے کا معاملہ نہیں ہے یہ وزڈم کا معاملہ ہے۔</w:t>
      </w:r>
    </w:p>
    <w:p>
      <w:r>
        <w:rPr>
          <w:b/>
        </w:rPr>
        <w:t xml:space="preserve">[53:04] </w:t>
      </w:r>
      <w:r>
        <w:t>agar mein khana peena chhod doon to mar jaoon ga yeh aqeeday ka maamla nahi hai wisdom ka maamla hai yeh.</w:t>
      </w:r>
    </w:p>
    <w:p>
      <w:pPr>
        <w:jc w:val="right"/>
      </w:pPr>
      <w:r>
        <w:t>اگر میں کھانا پینا چھوڑ دوں تو مر جاؤں گا یہ عقیدے کا معاملہ نہیں ہے وزڈم کا معاملہ ہے یہ۔</w:t>
      </w:r>
    </w:p>
    <w:p>
      <w:r>
        <w:rPr>
          <w:b/>
        </w:rPr>
        <w:t xml:space="preserve">[53:12] </w:t>
      </w:r>
      <w:r>
        <w:t>to is tarah se agar fighting culture jaari hai to samajh lein ke phir wisdom bhi nahi aaye gi. Phir wisdom se mehroomi hai.</w:t>
      </w:r>
    </w:p>
    <w:p>
      <w:pPr>
        <w:jc w:val="right"/>
      </w:pPr>
      <w:r>
        <w:t>تو اس طریقے سے اگر فائٹنگ کلچر جاری ہے تو سمجھ لیں کہ پھر وزڈم بھی نہیں آئے گی۔ پھر وزڈم سے محرومی ہے۔</w:t>
      </w:r>
    </w:p>
    <w:p>
      <w:r>
        <w:rPr>
          <w:b/>
        </w:rPr>
        <w:t xml:space="preserve">[53:23] </w:t>
      </w:r>
      <w:r>
        <w:t>yani aql se baseerat se hikmat se mehroomi hai.</w:t>
      </w:r>
    </w:p>
    <w:p>
      <w:pPr>
        <w:jc w:val="right"/>
      </w:pPr>
      <w:r>
        <w:t>یعنی عقل سے بصیرت سے حکمت سے محرومی ہے۔</w:t>
      </w:r>
    </w:p>
    <w:p>
      <w:r>
        <w:rPr>
          <w:b/>
        </w:rPr>
        <w:t xml:space="preserve">[53:34] </w:t>
      </w:r>
      <w:r>
        <w:t>to is mein koi shaq nahi ke aakhri waqt aa gaya hai aakhri waqt aa gaya hai jabke hamare andar tauba paida ho repentance paida ho reassessment paida ho</w:t>
      </w:r>
    </w:p>
    <w:p>
      <w:pPr>
        <w:jc w:val="right"/>
      </w:pPr>
      <w:r>
        <w:t>تو اس میں کوئی شک نہیں کہ آخری وقت آ گیا ہے آخری وقت آ گیا ہے جبکہ ہمارے اندر توبہ پیدا ہو ریپینٹنس پیدا ہو ری اسسمنٹ پیدا ہو</w:t>
      </w:r>
    </w:p>
    <w:p>
      <w:r>
        <w:rPr>
          <w:b/>
        </w:rPr>
        <w:t xml:space="preserve">[53:52] </w:t>
      </w:r>
      <w:r>
        <w:t>apni islaah ka jazba paida ho.</w:t>
      </w:r>
    </w:p>
    <w:p>
      <w:pPr>
        <w:jc w:val="right"/>
      </w:pPr>
      <w:r>
        <w:t>اپنی اصلاح کا جذبہ پیدا ہو۔</w:t>
      </w:r>
    </w:p>
    <w:p>
      <w:r>
        <w:rPr>
          <w:b/>
        </w:rPr>
        <w:t xml:space="preserve">[53:59] </w:t>
      </w:r>
      <w:r>
        <w:t>aur yeh yeh yeh hosla paida ho ke hum kaise kahein ke we were wrong hum ghalat fehmi par thay yeh kaise kahein dekhein jab tak yeh na maanein ke hum ghalat fehmi par thay tab tak kuch hone wala nahi hai.</w:t>
      </w:r>
    </w:p>
    <w:p>
      <w:pPr>
        <w:jc w:val="right"/>
      </w:pPr>
      <w:r>
        <w:t>اور یہ یہ یہ حوصلہ پیدا ہو کہ ہم کیسے کہیں کہ وی ویر رونگ ہم غلطی پر تھے یہ کیسے کہیں دیکھیں جب تک یہ نہ مانیں کہ ہم غلطی پر تھے تب تک کچھ ہونے والا نہیں ہے۔</w:t>
      </w:r>
    </w:p>
    <w:p>
      <w:r>
        <w:rPr>
          <w:b/>
        </w:rPr>
        <w:t xml:space="preserve">[54:16] </w:t>
      </w:r>
      <w:r>
        <w:t>chahe koi individual ho chahe group ho chahe community ho chahe koi nation ho.</w:t>
      </w:r>
    </w:p>
    <w:p>
      <w:pPr>
        <w:jc w:val="right"/>
      </w:pPr>
      <w:r>
        <w:t>چاہے کوئی انڈیویجول ہو چاہے گروپ ہو چاہے کمیونٹی ہو چاہے کوئی نیشن ہو۔</w:t>
      </w:r>
    </w:p>
    <w:p>
      <w:r>
        <w:rPr>
          <w:b/>
        </w:rPr>
        <w:t xml:space="preserve">[54:22] </w:t>
      </w:r>
      <w:r>
        <w:t>agar aap ek ghalat faisla liya tha aap ne us ghalat faislay ki aap ko price deni pad rahi hai to nayi beginning jo hai nayi beginning patch up karne se nahi hoti.</w:t>
      </w:r>
    </w:p>
    <w:p>
      <w:pPr>
        <w:jc w:val="right"/>
      </w:pPr>
      <w:r>
        <w:t>اگر آپ ایک غلط فیصلہ لیا تھا آپ نے اس غلط فیصلے کی آپ کو پرائز دینی پڑ رہی ہے تو نئی بگننگ جو ہے نئی بگننگ پیچ اپ کرنے سے نہیں ہوتی۔</w:t>
      </w:r>
    </w:p>
    <w:p>
      <w:r>
        <w:rPr>
          <w:b/>
        </w:rPr>
        <w:t xml:space="preserve">[54:37] </w:t>
      </w:r>
      <w:r>
        <w:t>nayi beginning hai aap ko openly kehna parta hai ke i was wrong. Baghair is is ailaan ke baghair koi nayi beginning nahi.</w:t>
      </w:r>
    </w:p>
    <w:p>
      <w:pPr>
        <w:jc w:val="right"/>
      </w:pPr>
      <w:r>
        <w:t>نئی بگننگ ہے آپ کو اوپنلی کہنا پڑتا ہے کہ آئی واز رونگ۔ بغیر اس اس اعلان کے بغیر کوئی نئی بگننگ نہیں۔</w:t>
      </w:r>
    </w:p>
    <w:p>
      <w:r>
        <w:rPr>
          <w:b/>
        </w:rPr>
        <w:t xml:space="preserve">[54:49] </w:t>
      </w:r>
      <w:r>
        <w:t>kuch log samajhte hain ke patch up kar lein ke yeh bhi theek woh bhi theek. Yaad rakhiye is tarah se kabhi nayi beginning nahi hogi. Jab nayi beginning nahi to end kahan se nayi nayi model kahan se to yeh baatein bohat zyada sochne ki hain.</w:t>
      </w:r>
    </w:p>
    <w:p>
      <w:pPr>
        <w:jc w:val="right"/>
      </w:pPr>
      <w:r>
        <w:t>کچھ لوگ سمجھتے ہیں کہ پیچ اپ کر لیں کہ یہ بھی ٹھیک وہ بھی ٹھیک۔ یاد رکھیے اس طرح سے کبھی نئی بگننگ نہیں ہوگی۔ جب نئی بگننگ نہیں تو اینڈ کہاں سے نئی نئی مدل کہاں سے تو یہ باتیں بہت زیادہ سوچنے کی ہیں۔</w:t>
      </w:r>
    </w:p>
    <w:p>
      <w:r>
        <w:rPr>
          <w:b/>
        </w:rPr>
        <w:t xml:space="preserve">[55:07] </w:t>
      </w:r>
      <w:r>
        <w:t>sirf yeh kehna ke falan zalim hai falan conspiracy kar raha hai hamare khilaf. Yeh to bohat keh chuke yeh to sau baras se keh rahe hain musalman.</w:t>
      </w:r>
    </w:p>
    <w:p>
      <w:pPr>
        <w:jc w:val="right"/>
      </w:pPr>
      <w:r>
        <w:t>صرف یہ کہنا کہ فلاں ظالم ہے فلاں کانسپریسی کر رہا ہے ہمارے خلاف۔ یہ تو بہت کہہ چکے یہ تو سو برس سے کہہ رہے ہیں مسلمان۔</w:t>
      </w:r>
    </w:p>
    <w:p>
      <w:r>
        <w:rPr>
          <w:b/>
        </w:rPr>
        <w:t xml:space="preserve">[55:22] </w:t>
      </w:r>
      <w:r>
        <w:t>to hadith mein aata hai ke al mominun la yuladhu min jarrin marratain momin ek bil se do bar nahi das aata.</w:t>
      </w:r>
    </w:p>
    <w:p>
      <w:pPr>
        <w:jc w:val="right"/>
      </w:pPr>
      <w:r>
        <w:t>تو حدیث میں آتا ہے کہ المومنوں لایون لوگوں مرتین مومن ایک بل سے دو بار نہیں ڈس آتا۔</w:t>
      </w:r>
    </w:p>
    <w:p>
      <w:r>
        <w:rPr>
          <w:b/>
        </w:rPr>
        <w:t xml:space="preserve">[55:34] </w:t>
      </w:r>
      <w:r>
        <w:t>to aap ne akhbar nikale jalsay kiye kitabein likhein shorgul machaya ke yeh zalim hai zalim hai zalim hai yeh conspiracy kar rahe hain hamare khilaf.</w:t>
      </w:r>
    </w:p>
    <w:p>
      <w:pPr>
        <w:jc w:val="right"/>
      </w:pPr>
      <w:r>
        <w:t>تو آپ نے اخبار نکالے جلسے کیے کتابیں لکھیں شورگول مچایا کہ یہ ظالم ہے ظالم ہے ظالم ہے یہ کانسپریسی کر رہے ہیں ہمارے خلاف۔</w:t>
      </w:r>
    </w:p>
    <w:p>
      <w:r>
        <w:rPr>
          <w:b/>
        </w:rPr>
        <w:t xml:space="preserve">[55:45] </w:t>
      </w:r>
      <w:r>
        <w:t>to ek baar aap ne ghalti kiya to ek baar hi ghalti maaf ho sakti hai</w:t>
      </w:r>
    </w:p>
    <w:p>
      <w:pPr>
        <w:jc w:val="right"/>
      </w:pPr>
      <w:r>
        <w:t>تو ایک بار آپ نے غلطی کیا تو ایک بار ہی غلطی معاف ہو سکتی ہے</w:t>
      </w:r>
    </w:p>
    <w:p>
      <w:r>
        <w:rPr>
          <w:b/>
        </w:rPr>
        <w:t xml:space="preserve">[55:51] </w:t>
      </w:r>
      <w:r>
        <w:t>ab isi ko repeat karna kahan se maaf hoga</w:t>
      </w:r>
    </w:p>
    <w:p>
      <w:pPr>
        <w:jc w:val="right"/>
      </w:pPr>
      <w:r>
        <w:t>اب اسی کو ریپیٹ کرنا کہاں سے معاف ہوگا</w:t>
      </w:r>
    </w:p>
    <w:p>
      <w:r>
        <w:rPr>
          <w:b/>
        </w:rPr>
        <w:t xml:space="preserve">[55:56] </w:t>
      </w:r>
      <w:r>
        <w:t>kahan se maaf hoga yani ek baar agar aap ne ghalti se yeh stand liya ke yeh zulm ka mamla hai sazish ka mamla hai to ek baar maaf ho jayega lekin</w:t>
      </w:r>
    </w:p>
    <w:p>
      <w:pPr>
        <w:jc w:val="right"/>
      </w:pPr>
      <w:r>
        <w:t>کہاں سے معاف ہوگا یعنی ایک بار اگر آپ نے غلطی سے یہ سٹینڈ لیا کہ یہ ظلم کا معاملہ ہے سازش کا معاملہ ہے تو ایک بار معاف ہو جائے گا لیکن</w:t>
      </w:r>
    </w:p>
    <w:p>
      <w:r>
        <w:rPr>
          <w:b/>
        </w:rPr>
        <w:t xml:space="preserve">[56:09] </w:t>
      </w:r>
      <w:r>
        <w:t>aap to isi ko repeat kiye chale ja rahe hain isi ek baat ko le kar jalsay ho rahe hain isi ek baat ko le kar akhbar nikal rahe hain isi ek baat ko le kar magazine nikal rahe hain isi ek baat ke liye kitabein chhap rahi hain.</w:t>
      </w:r>
    </w:p>
    <w:p>
      <w:pPr>
        <w:jc w:val="right"/>
      </w:pPr>
      <w:r>
        <w:t>آپ تو اسی کو ریپیٹ کیے چلے جا رہے ہیں اسی ایک بات کو لے کر جلسے ہو رہے ہیں اسی ایک بات کو لے کر اخبار نکل رہے ہیں اسی ایک بات کو لے کر میگزین نکل رہے ہیں اسی ایک بات کے لیے کتابیں چھپ رہی ہیں۔</w:t>
      </w:r>
    </w:p>
    <w:p>
      <w:r>
        <w:rPr>
          <w:b/>
        </w:rPr>
        <w:t xml:space="preserve">[56:24] </w:t>
      </w:r>
      <w:r>
        <w:t>jaise ke maine kaha tha aap ko ke kitab chhapi hai ek arab sheikh ki al-faia thulatha yani teen ajdahay teen bade saanp yani sari muslim dunya ko teen ajdahay naglay hue hain.</w:t>
      </w:r>
    </w:p>
    <w:p>
      <w:pPr>
        <w:jc w:val="right"/>
      </w:pPr>
      <w:r>
        <w:t>جیسے کہ میں نے کہا تھا آپ کو کہ کتاب چھپی ہے ایک عرب شیخ کی الافائیہ ثلاثہ یعنی تین اجدہے تین بڑے سانپ یعنی ساری مسلم دنیا کو تین اجدہے نگلے ہوئے ہیں۔</w:t>
      </w:r>
    </w:p>
    <w:p>
      <w:r>
        <w:rPr>
          <w:b/>
        </w:rPr>
        <w:t xml:space="preserve">[56:41] </w:t>
      </w:r>
      <w:r>
        <w:t>yeh kab tak kab tak is ko repeat karenge is is</w:t>
      </w:r>
    </w:p>
    <w:p>
      <w:pPr>
        <w:jc w:val="right"/>
      </w:pPr>
      <w:r>
        <w:t>یہ کب تک کب تک اس کو ریپیٹ کریں گے اس اس</w:t>
      </w:r>
    </w:p>
    <w:p>
      <w:r>
        <w:rPr>
          <w:b/>
        </w:rPr>
        <w:t xml:space="preserve">[56:47] </w:t>
      </w:r>
      <w:r>
        <w:t>is baat ko</w:t>
      </w:r>
    </w:p>
    <w:p>
      <w:pPr>
        <w:jc w:val="right"/>
      </w:pPr>
      <w:r>
        <w:t>اس بات کو</w:t>
      </w:r>
    </w:p>
    <w:p>
      <w:r>
        <w:rPr>
          <w:b/>
        </w:rPr>
        <w:t xml:space="preserve">[56:54] </w:t>
      </w:r>
      <w:r>
        <w:t>ek baar repeat karna agar ghalt tha to ab to hazar baar repeat ho chuka ab to hosh mein ana chahiye musalmanon ko.</w:t>
      </w:r>
    </w:p>
    <w:p>
      <w:pPr>
        <w:jc w:val="right"/>
      </w:pPr>
      <w:r>
        <w:t>ایک بار ریپیٹ کرنا اگر غلط تھا تو اب تو ہزار بار ریپیٹ ہو چکا اب تو ہوش میں انا چاہیے مسلمانوں کو۔</w:t>
      </w:r>
    </w:p>
    <w:p>
      <w:r>
        <w:rPr>
          <w:b/>
        </w:rPr>
        <w:t xml:space="preserve">[57:06] </w:t>
      </w:r>
      <w:r>
        <w:t>to khulasa yeh hai ke beginning yeh hai ke manen ke hum ghaltiyon par thay tashaddud chhoden fighting culture chhoden</w:t>
      </w:r>
    </w:p>
    <w:p>
      <w:pPr>
        <w:jc w:val="right"/>
      </w:pPr>
      <w:r>
        <w:t>تو خلاصہ یہ ہے کہ بگننگ یہ ہے کہ مانیں کہ ہم غلطیوں پر تھے تشدد چھوڑیں فائٹنگ کلچر چھوڑیں</w:t>
      </w:r>
    </w:p>
    <w:p>
      <w:r>
        <w:rPr>
          <w:b/>
        </w:rPr>
        <w:t xml:space="preserve">[57:20] </w:t>
      </w:r>
      <w:r>
        <w:t>yeh zulm o aish ki kahaniyon ko chhoden aur positive rasta ikhtiyar karen quran ko le kar uthen allah ke sachay deen ki numaindagi karen aur daawa yani violent activities ke bajaye daawa activity dunya mein chalayen abhi tak tashaddud ka amal chal raha tha</w:t>
      </w:r>
    </w:p>
    <w:p>
      <w:pPr>
        <w:jc w:val="right"/>
      </w:pPr>
      <w:r>
        <w:t>یہ ظلم و اسائش کی کہانیوں کو چھوڑیں اور پازیٹیو راستہ اختیار کریں قرآن کو لے کر اٹھیں اللہ کے سچے دین کی نمائندگی کریں اور دعوی یعنی وائلنٹ ایکٹیوز کے بجائے دعوی ایکٹیو دنیا میں چلائیں ابھی تک تشدد کا عمل چل رہا تھا</w:t>
      </w:r>
    </w:p>
    <w:p>
      <w:r>
        <w:rPr>
          <w:b/>
        </w:rPr>
        <w:t xml:space="preserve">[57:49] </w:t>
      </w:r>
      <w:r>
        <w:t>ab waqt aa gaya hai ke daawa activity chalaya jata hai dunya mein ek hi nishana doosra koi nishana nahi koi doosra nishana nahi tashaddud ka amal bhi tashaddud ka qaul bhi tashaddud ki soch bhi sab ko haram samajh ke chhod den</w:t>
      </w:r>
    </w:p>
    <w:p>
      <w:pPr>
        <w:jc w:val="right"/>
      </w:pPr>
      <w:r>
        <w:t>اب وقت آ گیا ہے کہ دعوی ایکٹیون چلایا جاتا ہے دنیا میں ایک ہی نشانہ دوسرا کوئی نشانہ نہیں کوئی دوسرا نشانہ نہیں تشدد کا عمل بھی تشدد کا قول بھی تشدد کی سوچ بھی سب کو حرام سمجھ کے چھوڑ دیں</w:t>
      </w:r>
    </w:p>
    <w:p>
      <w:r>
        <w:rPr>
          <w:b/>
        </w:rPr>
        <w:t xml:space="preserve">[58:12] </w:t>
      </w:r>
      <w:r>
        <w:t>yani tashaddud ki baat sochna tashaddud ki baat bolna tashaddud par amal karna</w:t>
      </w:r>
    </w:p>
    <w:p>
      <w:pPr>
        <w:jc w:val="right"/>
      </w:pPr>
      <w:r>
        <w:t>یعنی تشدد کی بات سوچنا تشدد کی بات بولنا تشدد پر عمل کرنا</w:t>
      </w:r>
    </w:p>
    <w:p>
      <w:r>
        <w:rPr>
          <w:b/>
        </w:rPr>
        <w:t xml:space="preserve">[58:19] </w:t>
      </w:r>
      <w:r>
        <w:t>tashaddud ka matlab hai violence woh khatam</w:t>
      </w:r>
    </w:p>
    <w:p>
      <w:pPr>
        <w:jc w:val="right"/>
      </w:pPr>
      <w:r>
        <w:t>تشدد کا مطلب ہے وائیلنس وہ ختم</w:t>
      </w:r>
    </w:p>
    <w:p>
      <w:r>
        <w:rPr>
          <w:b/>
        </w:rPr>
        <w:t xml:space="preserve">[58:26] </w:t>
      </w:r>
      <w:r>
        <w:t>Allah Ta'ala se dua hai meri ke mujh ko aur aap ko Allah Ta'ala aqal de aur</w:t>
      </w:r>
    </w:p>
    <w:p>
      <w:pPr>
        <w:jc w:val="right"/>
      </w:pPr>
      <w:r>
        <w:t>اللہ تعالی سے دعا ہے میری کہ مجھ کو اور آپ کو اللہ تعالی عقل دے اور</w:t>
      </w:r>
    </w:p>
    <w:p>
      <w:r>
        <w:rPr>
          <w:b/>
        </w:rPr>
        <w:t xml:space="preserve">[58:33] </w:t>
      </w:r>
      <w:r>
        <w:t>saare logon ko</w:t>
      </w:r>
    </w:p>
    <w:p>
      <w:pPr>
        <w:jc w:val="right"/>
      </w:pPr>
      <w:r>
        <w:t>سارے لوگوں کو</w:t>
      </w:r>
    </w:p>
    <w:p>
      <w:r>
        <w:rPr>
          <w:b/>
        </w:rPr>
        <w:t xml:space="preserve">[58:36] </w:t>
      </w:r>
      <w:r>
        <w:t>wisdom mile aur aik nai zindagi ka aaghaz karein log taake un ko Allah ki blessing hasil ho</w:t>
      </w:r>
    </w:p>
    <w:p>
      <w:pPr>
        <w:jc w:val="right"/>
      </w:pPr>
      <w:r>
        <w:t>وزڈم ملے اور ایک نئی زندگی کا اغاز کریں لوگ تاکہ ان کو اللہ کی بلیسنگ حاصل ہو</w:t>
      </w:r>
    </w:p>
    <w:p>
      <w:r>
        <w:rPr>
          <w:b/>
        </w:rPr>
        <w:t xml:space="preserve">[58:44] </w:t>
      </w:r>
      <w:r>
        <w:t>aqoolu qawli hadha wastaghfirullaha walakum ajmaeen</w:t>
      </w:r>
    </w:p>
    <w:p>
      <w:pPr>
        <w:jc w:val="right"/>
      </w:pPr>
      <w:r>
        <w:t>اقول قولیھذا واستغفراللہ ولکم اجمعین</w:t>
      </w:r>
    </w:p>
    <w:p>
      <w:r>
        <w:rPr>
          <w:b/>
        </w:rPr>
        <w:t xml:space="preserve">[59:03] </w:t>
      </w:r>
      <w:r>
        <w:t>maulana yeh sawal aaya hai karachi pakistan se miss samia latif ka unhone likha hai ke quran ke chapter number 11 verse number 6 mein aaya hai allah rizqah is ayat mein rizq se kaun sa rizq murad hai zaroorat wala rizq ya aish wala rizq aish wala durust rizq hi</w:t>
      </w:r>
    </w:p>
    <w:p>
      <w:pPr>
        <w:jc w:val="right"/>
      </w:pPr>
      <w:r>
        <w:t>مولانا یہ سوال آیا ہے کراچی پاکستان سے مس سامیہ لطیف کا انہوں نے لکھا ہے کہ قرآن کے چیپٹر نمبر الیون ورس نمبر سکس میں آیا ہے اللہ رزقہ اس آیت میں رزق سے کون سا رزق مراد ہے ضرورت والا رزق یا آرام والا رزق آرام والا درست رزق ہی</w:t>
      </w:r>
    </w:p>
    <w:p>
      <w:r>
        <w:rPr>
          <w:b/>
        </w:rPr>
        <w:t xml:space="preserve">[59:29] </w:t>
      </w:r>
      <w:r>
        <w:t>nahi hai woh to shaitani cheez hai yeh dunya mein insan bheja hi nahi ke aise aish kare woh aish ka mizaj to shaitani mizaj hai rizq ka matlab yeh hai yahan par ke allah ne dunya mein bheja hai imtehan ke liye to imtehan ka saman bhi allah ki taraf se diya jata hai is ko</w:t>
      </w:r>
    </w:p>
    <w:p>
      <w:pPr>
        <w:jc w:val="right"/>
      </w:pPr>
      <w:r>
        <w:t>نہیں ہے وہ تو شیطانی چیز ہے یہ دنیا میں انسان بھیجا ہی نہیں کہ ایسے آرام کرے وہ آرام کا مزاج تو شیطانی مزاج ہے رزق کا مطلب یہ ہے یہاں پر کہ اللہ نے دنیا میں بھیجا ہے امتحان کے لیے تو امتحان کا سامان بھی اللہ کی طرف سے دیا جاتا ہے اس کو</w:t>
      </w:r>
    </w:p>
    <w:p>
      <w:r>
        <w:rPr>
          <w:b/>
        </w:rPr>
        <w:t xml:space="preserve">[59:58] </w:t>
      </w:r>
      <w:r>
        <w:t>yeh aisi hi baat hai jaise ke ek student ko examination hall mein jab bulaya jata hai to wahan par us ke liye table hota hai wahan par us ke liye kursi hoti hai wahan par us ke liye chaprasi hota hai yani jo bhi imtehan dene ke liye jo cheezein zaroori hain woh sab maujood hota hai wahan par</w:t>
      </w:r>
    </w:p>
    <w:p>
      <w:pPr>
        <w:jc w:val="right"/>
      </w:pPr>
      <w:r>
        <w:t>یہ ایسی ہی بات ہے جیسے کہ ایک سٹوڈنٹ کو ایگزامینیشن ہال میں جب بلایا جاتا ہے تو وہاں پر اس کے لیے ٹیبل ہوتا ہے وہاں پر اس کے لیے کرسی ہوتی ہے وہاں پر اس کے لیے چپڑاسی ہوتا ہے یعنی جو بھی امتحان دینے کے لیے جو چیزیں ضروری ہیں وہ سب موجود ہوتا ہے وہاں پر</w:t>
      </w:r>
    </w:p>
    <w:p>
      <w:r>
        <w:rPr>
          <w:b/>
        </w:rPr>
        <w:t xml:space="preserve">[1:00:25] </w:t>
      </w:r>
      <w:r>
        <w:t>baqi aish karne ke liye wahan koi sofa set nahi rahega to yahi mamla hai ke allah ne dunya mein bheja hai insan ko test ke liye yeh testing ground hai</w:t>
      </w:r>
    </w:p>
    <w:p>
      <w:pPr>
        <w:jc w:val="right"/>
      </w:pPr>
      <w:r>
        <w:t>باقی آرام کرنے کے لیے وہاں کوئی سوفا سیٹ نہیں رہے گا تو یہی معاملہ ہے کہ اللہ نے دنیا میں بھیجا ہے انسان کو ٹیسٹ کے لیے یہ ٹیسٹنگ گراؤنڈ ہے</w:t>
      </w:r>
    </w:p>
    <w:p>
      <w:r>
        <w:rPr>
          <w:b/>
        </w:rPr>
        <w:t xml:space="preserve">[1:00:40] </w:t>
      </w:r>
      <w:r>
        <w:t>to allah ke ilm ke mutabiq test ke liye jo cheezein zaroori theen woh sab de diya hai baqi to shaitani cheezein hain jis cheez ke peeche log daud rahe hain</w:t>
      </w:r>
    </w:p>
    <w:p>
      <w:pPr>
        <w:jc w:val="right"/>
      </w:pPr>
      <w:r>
        <w:t>تو اللہ کے علم کے مطابق ٹیسٹ کے لیے جو چیزیں ضروری تھیں وہ سب دے دیا ہے باقی تو شیطانی چیزیں ہیں جس چیز کے پیچھے لوگ دوڑ رہے ہیں</w:t>
      </w:r>
    </w:p>
    <w:p>
      <w:r>
        <w:rPr>
          <w:b/>
        </w:rPr>
        <w:t xml:space="preserve">[1:00:57] </w:t>
      </w:r>
      <w:r>
        <w:t>kalma sun raha tha radio par to india mein</w:t>
      </w:r>
    </w:p>
    <w:p>
      <w:pPr>
        <w:jc w:val="right"/>
      </w:pPr>
      <w:r>
        <w:t>کلمہ سن رہا تھا ریڈیو پر تو انڈیا میں</w:t>
      </w:r>
    </w:p>
    <w:p>
      <w:r>
        <w:rPr>
          <w:b/>
        </w:rPr>
        <w:t xml:space="preserve">[1:01:03] </w:t>
      </w:r>
      <w:r>
        <w:t>logon ki jo per capita income hai per capita income woh hai 1000 dollar per year aur america mein per capita per capita income jo hai 40 thousand dollar per year chalis hazar chalis hazar dollar per year</w:t>
      </w:r>
    </w:p>
    <w:p>
      <w:pPr>
        <w:jc w:val="right"/>
      </w:pPr>
      <w:r>
        <w:t>لوگوں کی جو پر کیپیٹا انکم ہے پر کیپیٹا انکم وہ ہے 1000 ڈالر پر ایئر اور امریکہ میں پر کیپیٹا پر کیپیٹا انکم جو ہے 40 تھا ڈالر پر ایئر چالیس ہزار چالیس ہزار ڈالر پر ایئر</w:t>
      </w:r>
    </w:p>
    <w:p>
      <w:r>
        <w:rPr>
          <w:b/>
        </w:rPr>
        <w:t xml:space="preserve">[1:01:24] </w:t>
      </w:r>
      <w:r>
        <w:t>to america mein kya karte hain log itni itni badi raqam hai mein bahut america mein gaya hoon maslan abhi mein gaya to ek sahab ne apne ghar mein mujhe thahraya to mein jab is mein gaya un ka jo bedroom tha to bed jo tha itna zyada is mein yani woh tha itna naram tha ke mein isi mein jaise daldal mein dhans jaye koi aisa lage dhans gaya hoon mein is ke andar</w:t>
      </w:r>
    </w:p>
    <w:p>
      <w:pPr>
        <w:jc w:val="right"/>
      </w:pPr>
      <w:r>
        <w:t>تو امریکہ میں کیا کرتے ہیں لوگ اتنی اتنی بڑی رقم ہے میں بہت امریکہ میں گیا ہوں مثلا ابھی میں گیا تو ایک صاحب نے اپنے گھر میں مجھے ٹھہرایا تو میں جب اس میں گیا ان کا جو بیڈ روم تھا تو بیڈ جو تھا اتنا زیادہ اس میں یعنی وہ تھا اتنا نرم تھا کہ میں اسی میں جیسے دلدل میں دھنس جائے کوئی ایسا لگے دھنس گیا ہوں میں اس کے اندر</w:t>
      </w:r>
    </w:p>
    <w:p>
      <w:r>
        <w:rPr>
          <w:b/>
        </w:rPr>
        <w:t xml:space="preserve">[1:01:54] </w:t>
      </w:r>
      <w:r>
        <w:t>maine kaha astaghfirullah yeh yeh koi uncomfort and luxury yeh to museebat hai yani itna zabardast qism ka double gadha tha is mein aur bahut hi naram qism ka ke apna balance sambhalna mushkil tha mere liye yeh to jhooti yeh to jhootha taish hai jhootha taish hai isi mein jeete hain log</w:t>
      </w:r>
    </w:p>
    <w:p>
      <w:pPr>
        <w:jc w:val="right"/>
      </w:pPr>
      <w:r>
        <w:t>میں نے کہا استغفراللہ یہ یہ کوئی ان کمفرٹ اینڈ لگزری یہ تو مصیبت ہے یعنی اتنا زبردست قسم کا ڈبل گدھا تھا اس میں اور بہت ہی نرم قسم کا کہ اپنا بیلنس سنبھالنا مشکل تھا میرے لیے یہ تو جھوٹی یہ تو جھوٹا تعیش ہے جھوٹا تعیش ہے اسی میں جیتے ہیں لوگ</w:t>
      </w:r>
    </w:p>
    <w:p>
      <w:r>
        <w:rPr>
          <w:b/>
        </w:rPr>
        <w:t xml:space="preserve">[1:02:19] </w:t>
      </w:r>
      <w:r>
        <w:t>har muamle mein logon ne jhooti luxury jhoota comfort bana rakha hai</w:t>
      </w:r>
    </w:p>
    <w:p>
      <w:pPr>
        <w:jc w:val="right"/>
      </w:pPr>
      <w:r>
        <w:t>ہر معاملے میں لوگوں نے جھوٹی لگزری جھوٹا کمفرٹ بنا رکھا ہے</w:t>
      </w:r>
    </w:p>
    <w:p>
      <w:r>
        <w:rPr>
          <w:b/>
        </w:rPr>
        <w:t xml:space="preserve">[1:02:26] </w:t>
      </w:r>
      <w:r>
        <w:t>mein samajhta hoon ke jo asal zaroorat haqeeqi zaroorat</w:t>
      </w:r>
    </w:p>
    <w:p>
      <w:pPr>
        <w:jc w:val="right"/>
      </w:pPr>
      <w:r>
        <w:t>میں سمجھتا ہوں کہ جو اصل ضرورت حقیقی ضرورت</w:t>
      </w:r>
    </w:p>
    <w:p>
      <w:r>
        <w:rPr>
          <w:b/>
        </w:rPr>
        <w:t xml:space="preserve">[1:02:30] </w:t>
      </w:r>
      <w:r>
        <w:t>is ke liye Allah Ta'ala ne zimma liya hai baqi agar aadmi karta hai to woh woh woh</w:t>
      </w:r>
    </w:p>
    <w:p>
      <w:pPr>
        <w:jc w:val="right"/>
      </w:pPr>
      <w:r>
        <w:t>اس کے لیے اللہ تعالی نے ذمہ لیا ہے باقی اگر ادمی کرتا ہے تو وہ وہ وہ</w:t>
      </w:r>
    </w:p>
    <w:p>
      <w:r>
        <w:rPr>
          <w:b/>
        </w:rPr>
        <w:t xml:space="preserve">[1:02:36] </w:t>
      </w:r>
      <w:r>
        <w:t>woh is ko woh shaitani kaam hai mere nazdeek kyunke woh woh aadmi ko is se distraction hoga</w:t>
      </w:r>
    </w:p>
    <w:p>
      <w:pPr>
        <w:jc w:val="right"/>
      </w:pPr>
      <w:r>
        <w:t>وہ اس کو وہ شیطانی کام ہے میرے نزدیک کیونکہ وہ وہ ادمی کو اس سے ڈسٹریکشن ہوگا</w:t>
      </w:r>
    </w:p>
    <w:p>
      <w:r>
        <w:rPr>
          <w:b/>
        </w:rPr>
        <w:t xml:space="preserve">[1:02:44] </w:t>
      </w:r>
      <w:r>
        <w:t>lazman distraction hoga aur phir aqal chhin jayegi is se</w:t>
      </w:r>
    </w:p>
    <w:p>
      <w:pPr>
        <w:jc w:val="right"/>
      </w:pPr>
      <w:r>
        <w:t>لازما ڈسٹریکشن ہوگا اور پھر عقل چھن جائے گی اس سے</w:t>
      </w:r>
    </w:p>
    <w:p>
      <w:r>
        <w:rPr>
          <w:b/>
        </w:rPr>
        <w:t xml:space="preserve">[1:02:51] </w:t>
      </w:r>
      <w:r>
        <w:t>maslan yeh pani mein pi raha hoon sheeshe glass ab agar mein farz kiye ke sone ke glass banwaoon to kaha sone ke glass se pani peene se woh zyada bel faida karega woh woh ek shaitani kaam hoga ek badshah ke bare mein mein ne suna ke un ke haan jo jitne bhi bartan thay sone ke thay sab glass bhi sone ka plate bhi sone ki to mein is ko shaitani kaam samajhta hoon</w:t>
      </w:r>
    </w:p>
    <w:p>
      <w:pPr>
        <w:jc w:val="right"/>
      </w:pPr>
      <w:r>
        <w:t>مثلا یہ پانی میں پی رہا ہوں شیشے گلاس اب اگر میں فرض کیے کہ سونے کے گلاس بنواؤں تو کہا سونے کے گلاس سے پانی پینے سے وہ زیادہ بیل فائدہ کرے گا وہ وہ ایک شیطانی کام ہوگا ایک بادشاہ کے بارے میں میں نے سنا کہ ان کے ہاں جو جتنے بھی برتن تھے سونے کے تھے سب گلاس بھی سونے کا پلیٹ بھی سونے کی تو میں اس کو شیطانی کام سمجھتا ہوں</w:t>
      </w:r>
    </w:p>
    <w:p>
      <w:r>
        <w:rPr>
          <w:b/>
        </w:rPr>
        <w:t xml:space="preserve">[1:03:18] </w:t>
      </w:r>
      <w:r>
        <w:t>bhai sone ka glass ki zaroorat hi kya hai sone ke bartan ki zaroorat hi kya hai hatta ke unka maine padha tha ke unka jo bathroom tha us mein tap bhi sone ke the to yeh sab cheezein is murad nahi hai rizq se rizq murad hai woh haqeeqi zaroorat jis ke baghair aap apna test na de sakein</w:t>
      </w:r>
    </w:p>
    <w:p>
      <w:pPr>
        <w:jc w:val="right"/>
      </w:pPr>
      <w:r>
        <w:t>بھئی سونے کا گلاس کی ضرورت ہی کیا ہے سونے کے برتن کی ضرورت ہی کیا ہے حتی کہ ان کا میں نے پڑھا تھا کہ ان کا جو باتھ روم تھا اس میں ٹیپ بھی سونے کے تھے تو یہ سب چیزیں اس مراد نہیں ہے رزق سے رزق مراد ہے وہ حقیقی ضرورت جس کے بغیر اپ اپنا ٹیسٹ نہ دے سکیں</w:t>
      </w:r>
    </w:p>
    <w:p>
      <w:r>
        <w:rPr>
          <w:b/>
        </w:rPr>
        <w:t xml:space="preserve">[1:03:47] </w:t>
      </w:r>
      <w:r>
        <w:t>to test dene ke liye jitni bhi zaroori item hai us ka Allah taala ne zimma le rakha hai bas is ke siwa jo hai woh insan yani shaitan ka behkawa hai</w:t>
      </w:r>
    </w:p>
    <w:p>
      <w:pPr>
        <w:jc w:val="right"/>
      </w:pPr>
      <w:r>
        <w:t>تو ٹیسٹ دینے کے لیے جتنی بھی ضروری ائٹم ہے اس کا اللہ تعالی نے ذمہ لے رکھا ہے بس اس کے سوا جو ہے وہ انسان یعنی شیطان کا کا بہکاوا ہے</w:t>
      </w:r>
    </w:p>
    <w:p>
      <w:r>
        <w:rPr>
          <w:b/>
        </w:rPr>
        <w:t xml:space="preserve">[1:04:05] </w:t>
      </w:r>
      <w:r>
        <w:t>molana agla sawal hyderabad se aya hai zeeshan yusuf sahab ka</w:t>
      </w:r>
    </w:p>
    <w:p>
      <w:pPr>
        <w:jc w:val="right"/>
      </w:pPr>
      <w:r>
        <w:t>مولانا اگلا سوال حیدراباد سے ایا ہے ذیشان یوسف صاحب کا</w:t>
      </w:r>
    </w:p>
    <w:p>
      <w:r>
        <w:rPr>
          <w:b/>
        </w:rPr>
        <w:t xml:space="preserve">[1:04:10] </w:t>
      </w:r>
      <w:r>
        <w:t>unhone likha hai some islamic preachers have engaged themself now a days in public debate with non islamic scholars they invite other scholars in muslim congregation and point out shortcomings in their scriptures most of the time people seem to be clapping and laughing during the session do you think it is right way of spreading islam</w:t>
      </w:r>
    </w:p>
    <w:p>
      <w:pPr>
        <w:jc w:val="right"/>
      </w:pPr>
      <w:r>
        <w:t>انہوں نے لکھا ہے سم اسلامک پریچر ہیو انگیج دیم سیلف ناو ا ڈیز ان پبلک ڈیبیٹ ود نان اسلامک سکالرز دے انوائٹ ادر سکالرز ان مسلم کونگریگیشن اینڈ پوائنٹ اؤٹ شارٹ کمنگز ان دیر سکرپچرز موسٹ اف دا ٹائم پیپل سیم ٹو بی کلیپنگ اینڈ لاخنگ ڈیورنگ دا سیشن ڈو یو تھنک اٹ از رائٹ وے اف سپریڈنگ اسلام</w:t>
      </w:r>
    </w:p>
    <w:p>
      <w:r>
        <w:rPr>
          <w:b/>
        </w:rPr>
        <w:t xml:space="preserve">[1:04:39] </w:t>
      </w:r>
      <w:r>
        <w:t>dead prophet muhammad ever engaged himself in debate how did he hold debate with other non islamic religious scholar dekhiye dawat nahi hai to shaitani kaam hai yeh koi shaq nahi</w:t>
      </w:r>
    </w:p>
    <w:p>
      <w:pPr>
        <w:jc w:val="right"/>
      </w:pPr>
      <w:r>
        <w:t>ڈیڈ پرافٹ محمد ایور انگیج ہم سیلف ان ڈیبیٹ ہاؤ ڈیڈ ہی ہولڈ ڈیبیٹ ود ادر نان اسلامک ریلیجس سکالر دیکھیے دعوت نہیں ہے تو شیطانی کام ہے یہ کوئی شک نہیں</w:t>
      </w:r>
    </w:p>
    <w:p>
      <w:r>
        <w:rPr>
          <w:b/>
        </w:rPr>
        <w:t xml:space="preserve">[1:04:55] </w:t>
      </w:r>
      <w:r>
        <w:t>yeh dawat nahi dawat to khair khwahi ka naam hai main apna qissa batata hoon aap ko</w:t>
      </w:r>
    </w:p>
    <w:p>
      <w:pPr>
        <w:jc w:val="right"/>
      </w:pPr>
      <w:r>
        <w:t>یہ دعوت نہیں دعوت تو خیر خواہی کا نام ہے میں اپنا قصہ بتاتا ہوں اپ کو</w:t>
      </w:r>
    </w:p>
    <w:p>
      <w:r>
        <w:rPr>
          <w:b/>
        </w:rPr>
        <w:t xml:space="preserve">[1:05:02] </w:t>
      </w:r>
      <w:r>
        <w:t>ek sahab jo isi qism ke ek yani ek yani jo apne ko duai kehte hain mere nazdeek woh debater hain woh to un ke haan bohat dinon tak rahe woh phir mere paas aaye the woh to maine un se poocha ke aap wahan bohat din</w:t>
      </w:r>
    </w:p>
    <w:p>
      <w:pPr>
        <w:jc w:val="right"/>
      </w:pPr>
      <w:r>
        <w:t>ایک صاحب جو اسی قسم کے ایک یعنی ایک یعنی جو اپنے کو دعائی کہتے ہیں میرے نزدیک وہ ڈیبیٹر ہیں وہ تو ان کے ہاں بہت دنوں تک رہے وہ پھر میرے پاس ائے تھے وہ تو میں نے ان سے پوچھا کہ اپ وہاں بہت دن</w:t>
      </w:r>
    </w:p>
    <w:p>
      <w:r>
        <w:rPr>
          <w:b/>
        </w:rPr>
        <w:t xml:space="preserve">[1:05:22] </w:t>
      </w:r>
      <w:r>
        <w:t>on tak rahe hain mujhe yeh bataiye ke jab woh taqreer karte hain jab woh jalsay mein bolte hain to wahan par taliyan bajti hain ke nahi kaha khoob taliyan bajti hain hum bhi taliyan bajate hain acha phir maine poocha ke rasool Allah ke zamane mein sahaba the rasool Allah bhi bolte the to kaha sahaba taliyan bajate the</w:t>
      </w:r>
    </w:p>
    <w:p>
      <w:pPr>
        <w:jc w:val="right"/>
      </w:pPr>
      <w:r>
        <w:t>وں تک رہے ہیں مجھے یہ بتائیے کہ جب وہ تقریر کرتے ہیں جب وہ جلسے میں بولتے ہیں تو وہاں پر تالیاں بجتی ہیں کہ نہیں کہا خوب تالیاں بجتی ہیں ہم بھی تالیاں بجاتے ہیں اچھا پھر میں نے پوچھا کہ رسول اللہ کے زمانے میں صحابہ تھے رسول اللہ بھی بولتے تھے تو کہا صحابہ تالیاں بجاتے تھے</w:t>
      </w:r>
    </w:p>
    <w:p>
      <w:r>
        <w:rPr>
          <w:b/>
        </w:rPr>
        <w:t xml:space="preserve">[1:05:48] </w:t>
      </w:r>
      <w:r>
        <w:t>to kaha ke nahi to maine kaha ke dekhein hadees mein aata hai ke man adras peghambrana malminh yani rasool Allah ke namune ke ilawa jo tareeqe hain woh agar islam mein dakhil kiye jayein to woh rejecter hain woh un ko radd kar diya jaye ga</w:t>
      </w:r>
    </w:p>
    <w:p>
      <w:pPr>
        <w:jc w:val="right"/>
      </w:pPr>
      <w:r>
        <w:t>تو کہا کہ نہیں تو میں نے کہا کہ دیکھیں حدیث میں اتا ہے کہ من ادرس پیغمبرنا مال منہ یعنی رسول اللہ کے نمونے کے علاوہ جو طریقے ہیں وہ اگر اسلام میں داخل کیے جائیں تو وہ ریجیکٹر ہیں وہ ان کو رد کر دیا جائے گا</w:t>
      </w:r>
    </w:p>
    <w:p>
      <w:r>
        <w:rPr>
          <w:b/>
        </w:rPr>
        <w:t xml:space="preserve">[1:06:08] </w:t>
      </w:r>
      <w:r>
        <w:t>to yeh jo jo yeh nikal rakha hai logon ne ke jalsay karo taqreerein karo logon ke pride logon ke yani sense of pride ko feed karo aur taliyan bajao wahan par khoob yeh to yeh to shaitani kaam hai islam se kya taluq is ka hai to is ke baad unhone chhod diya wahan jana baharhal yeh jo tareeqa hai is ko debate kaha jata hai is ka islam se koi taluq nahi hai</w:t>
      </w:r>
    </w:p>
    <w:p>
      <w:pPr>
        <w:jc w:val="right"/>
      </w:pPr>
      <w:r>
        <w:t>تو یہ جو جو یہ نکال رکھا ہے لوگوں نے کہ جلسے کرو تقریریں کرو لوگوں کے پرائیڈ لوگوں کے یعنی سینس اف پرائیڈ کو فیڈ کرو اور تالیاں بجائیں وہاں پر خوب یہ تو یہ تو شیطانی کام ہے اسلام سے کیا تعلق اس کا ہے تو اس کے بعد انہوں نے چھوڑ دیا وہاں جانا بہرحال یہ جو طریقہ ہے اس کو ڈیبیٹ کہا جاتا ہے اس کا اسلام سے کوئی تعلق نہیں ہے</w:t>
      </w:r>
    </w:p>
    <w:p>
      <w:r>
        <w:rPr>
          <w:b/>
        </w:rPr>
        <w:t xml:space="preserve">[1:06:36] </w:t>
      </w:r>
      <w:r>
        <w:t>yeh yeh qoumi pride apne qoumi pride ko establish karna hai yeh yeh jo cheezein hain jo yeh apne qoumi pride ko establish karne ke liye hoti hain</w:t>
      </w:r>
    </w:p>
    <w:p>
      <w:pPr>
        <w:jc w:val="right"/>
      </w:pPr>
      <w:r>
        <w:t>یہ یہ قومی پرائیڈ اپنے قومی پرائیڈ کو اسٹیبلش کرنا ہے یہ یہ جو چیزیں ہیں جو یہ اپنے قومی پرائیڈ کو اسٹیبلش کرنے کے لیے ہوتی ہیں</w:t>
      </w:r>
    </w:p>
    <w:p>
      <w:r>
        <w:rPr>
          <w:b/>
        </w:rPr>
        <w:t xml:space="preserve">[1:06:49] </w:t>
      </w:r>
      <w:r>
        <w:t>dawat to dekhiye quran mein aya hai ini lakum naseh peghambr ne kaha apne jo audience tha us se ke main tumhara khair khwah hoon aur yeh jo yeh jo log hain yeh islam ke fakhar ko establish karte hain musalmanon ke pride ko feed karte hain bilashuba yeh batil hai is ka islam se koi taluq nahi hai</w:t>
      </w:r>
    </w:p>
    <w:p>
      <w:pPr>
        <w:jc w:val="right"/>
      </w:pPr>
      <w:r>
        <w:t>دعوت تو دیکھیے قران میں ایا ہے انی لکم ناصح پیغمبر نے کہا اپنے جو اڈینس تھا اس سے کہ میں تمہارا خیر خواہ ہوں اور یہ جو یہ جو لوگ ہیں یہ اسلام کے فخر کو اسٹیبلش کرتے ہیں مسلمانوں کے پرائیڈ کو فیڈ کرتے ہیں بلاشبہ یہ باطل ہے اس کا اسلام سے کوئی تعلق نہیں ہے</w:t>
      </w:r>
    </w:p>
    <w:p>
      <w:r>
        <w:rPr>
          <w:b/>
        </w:rPr>
        <w:t xml:space="preserve">[1:07:17] </w:t>
      </w:r>
      <w:r>
        <w:t>islam se taluq is dawati kaam ka hai jis mein aadmi aadmi jo hai doosre ki khair khwahi se kaam kare aur sanjeedgi jis ke andar ho yani sahaba ke haan jo taliyan nahi bajti thi aur yahan taliyan bajti hain to yeh saada baat nahi hai rasool Allah ki taqreer se logon ke andar kya hota tha repentance aata tha soch jaagti thi</w:t>
      </w:r>
    </w:p>
    <w:p>
      <w:pPr>
        <w:jc w:val="right"/>
      </w:pPr>
      <w:r>
        <w:t>اسلام سے تعلق اس دعوتی کام کا ہے جس میں ادمی ادمی جو ہے دوسرے کی خیر خواہی سے کام کرے اور سنجیدگی جس کے اندر ہو یعنی صحابہ کے ہاں جو تالیاں نہیں بجتی تھیں اور یہاں تالیاں بجتی ہیں تو یہ سادہ بات نہیں ہے رسول اللہ کی تقریر سے لوگوں کے اندر کیا ہوتا تھا ریپینٹنس اتا تھا سوچ جاگتی تھی</w:t>
      </w:r>
    </w:p>
    <w:p>
      <w:r>
        <w:rPr>
          <w:b/>
        </w:rPr>
        <w:t xml:space="preserve">[1:07:45] </w:t>
      </w:r>
      <w:r>
        <w:t>apne andar transaction karne lagte the woh log yeh jo aaj kal hota hai yeh to fakhar ka mahol wahan paida hota hai yani un ka fakhar ko ghiza milti hai yeh yeh islam nahi hai agar is tarah ki taqreeron se logon ke andar soch jaage repentance jaage yani transaction jaage to taliyan kabhi bajengi nahi taliyon ki laihaz uthe hi nahi</w:t>
      </w:r>
    </w:p>
    <w:p>
      <w:pPr>
        <w:jc w:val="right"/>
      </w:pPr>
      <w:r>
        <w:t>اپنے اندر ٹرانسپیکشن کرنے لگتے تھے وہ لوگ یہ جو اج کل ہوتا ہے یہ تو فخر کا ماحول وہاں پیدا ہوتا ہے یعنی ان کا فخر کو غذا ملتی ہے یہ یہ اسلام نہیں ہے اگر اس طرح کی تقریروں سے لوگوں کے اندر سوچ جاگے ریپینٹنس جاگے یعنی ٹرانسپیکشن جاگے تو تالیاں کبھی بجیں گی نہیں تالیوں کی لحاظ اٹھے ہی نہیں</w:t>
      </w:r>
    </w:p>
    <w:p>
      <w:r>
        <w:rPr>
          <w:b/>
        </w:rPr>
        <w:t xml:space="preserve">[1:08:14] </w:t>
      </w:r>
      <w:r>
        <w:t>baharhal main is ko bilkul hi islam se is ka koi taluq nahi molana tamil nadu se molana iqbal umri sahab ne aapse poocha hai ke sulah ki hikmat ko buzdi ka aur sazish ka naam dena kitni bari nadani hai is ki mazeed wazahat karein nadani ka yeh to kufr hai mere nazdeek</w:t>
      </w:r>
    </w:p>
    <w:p>
      <w:pPr>
        <w:jc w:val="right"/>
      </w:pPr>
      <w:r>
        <w:t>بہرحال میں اس کو بالکل ہی اسلام سے اس کا کوئی تعلق نہیں مولانا تمل ناڈو سے مولانا اقبال عمری صاحب نے اپ سے پوچھا ہے کہ صلح کی حکمت کو بزدلی کا اور سازش کا نام دینا کتنی بڑی نادانی ہے اس کی مزید وضاحت کریں نادانی کا یہ تو کفر ہے میرے نزدیک</w:t>
      </w:r>
    </w:p>
    <w:p>
      <w:r>
        <w:rPr>
          <w:b/>
        </w:rPr>
        <w:t xml:space="preserve">[1:08:43] </w:t>
      </w:r>
      <w:r>
        <w:t>kyun ke agar aap sulah ko buzdi kahenge to rasool Allah ke bare mein kya kahenge phir</w:t>
      </w:r>
    </w:p>
    <w:p>
      <w:pPr>
        <w:jc w:val="right"/>
      </w:pPr>
      <w:r>
        <w:t>کیونکہ اگر اپ صلح کو بزدلی کہیں گے تو رسول اللہ کے بارے میں کیا کہیں گے پھر</w:t>
      </w:r>
    </w:p>
    <w:p>
      <w:r>
        <w:rPr>
          <w:b/>
        </w:rPr>
        <w:t xml:space="preserve">[1:08:51] </w:t>
      </w:r>
      <w:r>
        <w:t>agar aap sulah ko buzdi ka rasool Allah ki sulah to tareekh mein kisi ne bhi ya is tarah unilateral tor par doosre ki condition ko man kar shuru nahi ki thi na is se pehle koi waqea hai na rasool Allah ke baad ka waqea hai to sulah ki aakhri misaal hai woh</w:t>
      </w:r>
    </w:p>
    <w:p>
      <w:pPr>
        <w:jc w:val="right"/>
      </w:pPr>
      <w:r>
        <w:t>اگر اپ صلح کو بزدلی کا رسول اللہ کی صلح تو تاریخ میں کسی نے بھی یا اس طرح یونٹرل طور پر دوسرے کی کنڈیشن کو مان کر شروع نہیں کی تھی نہ اس سے پہلے کوئی واقعہ ہے نہ رسول اللہ کے بعد کا واقعہ ہے تو صلح کی اخری مثال ہے وہ</w:t>
      </w:r>
    </w:p>
    <w:p>
      <w:r>
        <w:rPr>
          <w:b/>
        </w:rPr>
        <w:t xml:space="preserve">[1:09:11] </w:t>
      </w:r>
      <w:r>
        <w:t>to agar aap kahein ke is tarah qism ki sulah jo buzdi hai to rasool Allah ke bare mein kya kahenge aap</w:t>
      </w:r>
    </w:p>
    <w:p>
      <w:pPr>
        <w:jc w:val="right"/>
      </w:pPr>
      <w:r>
        <w:t>تو اگر اپ کہیں کہ اس طرح قسم کی صلح جو بزدلی ہے تو رسول اللہ کے بارے میں کیا کہیں گے اپ</w:t>
      </w:r>
    </w:p>
    <w:p>
      <w:r>
        <w:rPr>
          <w:b/>
        </w:rPr>
        <w:t xml:space="preserve">[1:09:20] </w:t>
      </w:r>
      <w:r>
        <w:t>abhi hamare bhai sajid anwar sahab ne qissa bataya ke ek majlis mein woh the to wahan par baat aayi ke quran ka logon ko hindu logon ko humein quran pahunchana hai to wahan ek musalman the unhone kaha ke bhai woh to phar ke phenk dein to kya karenge aap</w:t>
      </w:r>
    </w:p>
    <w:p>
      <w:pPr>
        <w:jc w:val="right"/>
      </w:pPr>
      <w:r>
        <w:t>ابھی ہمارے بھائی ساجد انور صاحب نے قصہ بتایا کہ ایک مجلس میں وہ تھے تو وہاں پر بات ائی کہ قران کا لوگوں کو ہندو لوگوں کو ہمیں قران پہنچانا ہے تو وہاں ایک مسلمان تھے انہوں نے کہا کہ بھئی وہ تو پھاڑ کے پھینک دیں تو کیا کریں گے اپ</w:t>
      </w:r>
    </w:p>
    <w:p>
      <w:r>
        <w:rPr>
          <w:b/>
        </w:rPr>
        <w:t xml:space="preserve">[1:09:40] </w:t>
      </w:r>
      <w:r>
        <w:t>yani aap unhein ja kar quran padh jayeinge aur phar kar un ko leader bed mein daal denge quran koi khane mein phar phar denge to ek sahab the wahan par maujood un ka bataya unhone ke doctor andaleeb bhi unhone kaha ke dekhiye rasool Allah ne apne zamane mein ek dawati maktoob bheja tha shaeeran ka naam</w:t>
      </w:r>
    </w:p>
    <w:p>
      <w:pPr>
        <w:jc w:val="right"/>
      </w:pPr>
      <w:r>
        <w:t>یعنی اپ انہیں جا کر قران پڑھ جائیں گے اور پھاڑ کر ان کو لیڈر بیڈ میں ڈال دیں گے قران کوئی خانے میں پھاڑ پھاڑ دیں گے تو ایک صاحب تھے وہاں پر موجود ان کا بتایا انہوں نے کہ ڈاکٹر اندرلیب بھی انہوں نے کہا کہ دیکھیے رسول اللہ نے اپنے زمانے میں ایک دعوتی مکتوب بھیجا تھا شاعران کا نام</w:t>
      </w:r>
    </w:p>
    <w:p>
      <w:r>
        <w:rPr>
          <w:b/>
        </w:rPr>
        <w:t xml:space="preserve">[1:10:09] </w:t>
      </w:r>
      <w:r>
        <w:t>jis ko kisra kaha jata tha to shaeeran ke naam jab woh jo maktoob tha us mein quran ki ayatein likhi hui thi jab ek sahabi le kar gaye the jab unhone shah ko diya jo takht par baitha hua tha to us ko ghussa aaya us ne phar ke phenk diya usi waqt phar kar phenk diya</w:t>
      </w:r>
    </w:p>
    <w:p>
      <w:pPr>
        <w:jc w:val="right"/>
      </w:pPr>
      <w:r>
        <w:t>جس کو کسری کہا جاتا تھا تو شاعران کے نام جب وہ جو مکتوب تھا اس میں قران کی ایتیں لکھی ہوئی تھیں جب ایک صحابی لے کر گئے تھے جب انہوں نے شاہ کو دیا جو تخت پر بیٹھا ہوا تھا تو اس کو غصہ ایا اس نے پھاڑ کے پھینک دیا اسی وقت پھاڑ کر پھینک دیا</w:t>
      </w:r>
    </w:p>
    <w:p>
      <w:r>
        <w:rPr>
          <w:b/>
        </w:rPr>
        <w:t xml:space="preserve">[1:10:35] </w:t>
      </w:r>
      <w:r>
        <w:t>to unhone kaha ke haan unhone yeh kaha tha ke phar kar phenk de ga to is ka gunah gunah kis ke upar jaye ga to unhone kaha ke rasool Allah ka khat phar ke phenk diya gaya to is ka gunah kis ke upar jaye ga yeh koi logic nahi hai yeh sab jhooti baatein hain yeh shaitan baqayda hai ke musalman dawati kaam na karein to sulah Hazrat badr ne sulah hikmat hai wisdom hai</w:t>
      </w:r>
    </w:p>
    <w:p>
      <w:pPr>
        <w:jc w:val="right"/>
      </w:pPr>
      <w:r>
        <w:t>تو انہوں نے کہا کہ ہاں انہوں نے یہ کہا تھا کہ پھاڑ کر پھینک دے گا تو اس کا گناہ گناہ کس کے اوپر جائے گا تو انہوں نے کہا کہ رسول اللہ کا خط پھاڑ کے پھینک دیا گیا تو اس کا گناہ کس کے اوپر جائے گا یہ کوئی لاجک نہیں ہے یہ سب جھوٹی باتیں ہیں یہ شیطان باقاعدہ ہے کہ مسلمان دعوتی کام نہ کریں تو صلح حضرت بدر نے صلح حکمت ہے وزڈم ہے</w:t>
      </w:r>
    </w:p>
    <w:p>
      <w:r>
        <w:rPr>
          <w:b/>
        </w:rPr>
        <w:t xml:space="preserve">[1:11:04] </w:t>
      </w:r>
      <w:r>
        <w:t>woh sulah ke baghair koi kaam hi nahi ho sakta quran mein ek alsulhu khair sulah sab se behtar tareeqa hai jo log sulah ko buzdi kahein un ki zuban se shaitan bolta hai</w:t>
      </w:r>
    </w:p>
    <w:p>
      <w:pPr>
        <w:jc w:val="right"/>
      </w:pPr>
      <w:r>
        <w:t>وہ صلح کے بغیر کوئی کام ہی نہیں ہو سکتا قران میں ایک الصلح خیر صلح سب سے بہتر طریقہ ہے جو لوگ صلح کو بزدلی کہیں ان کی زبان سے شیطان بولتا ہے</w:t>
      </w:r>
    </w:p>
    <w:p>
      <w:r>
        <w:rPr>
          <w:b/>
        </w:rPr>
        <w:t xml:space="preserve">[1:11:20] </w:t>
      </w:r>
      <w:r>
        <w:t>molana agla sawal karachi pakistan se hai abdul latif sahib</w:t>
      </w:r>
    </w:p>
    <w:p>
      <w:pPr>
        <w:jc w:val="right"/>
      </w:pPr>
      <w:r>
        <w:t>مولانا اگلا سوال کراچی پاکستان سے ہے عبداللطیف صاح</w:t>
      </w:r>
    </w:p>
    <w:p>
      <w:r>
        <w:rPr>
          <w:b/>
        </w:rPr>
        <w:t xml:space="preserve">[1:11:25] </w:t>
      </w:r>
      <w:r>
        <w:t>b ka unhone likha hai hum bohat si aisi cheezon ko apni zaroorat samajhte rehte hain jo haqeeqatan hamari zaroorat nahi hoti balkeh aaram o sahulat ke saman hote hain aur phir hum un ke husool ke liye din raat mehnat karte rehte hain aur aala maqsad ke liye waqt nahi nikal paate</w:t>
      </w:r>
    </w:p>
    <w:p>
      <w:pPr>
        <w:jc w:val="right"/>
      </w:pPr>
      <w:r>
        <w:t>ب کا انہوں نے لکھا ہے ہم بہت سی ایسی چیزوں کو اپنی ضرورت سمجھتے رہتے ہیں جو حقیقتا ہماری ضرورت نہیں ہوتی بلکہ ارام و سہولت کے سمان ہوتے ہیں اور پھر ہم ان کے حصول کے لیے دن رات محنت کرتے رہتے ہیں اور اعلی مقصد کے لیے وقت نہیں نکال پاتے</w:t>
      </w:r>
    </w:p>
    <w:p>
      <w:r>
        <w:rPr>
          <w:b/>
        </w:rPr>
        <w:t xml:space="preserve">[1:11:49] </w:t>
      </w:r>
      <w:r>
        <w:t>maulana sahib aj ka insan agar zarurat aur sahulat ke darmiyan farq samajh le to is ke bohat se masle apne aap hal ho jayen ge baraye karam aap is masle par roshni dalen woh to aap ne khud hi achi tarike se batati hai yahi baat hai zarurat se zyada jab aap chahen ge to is ki ek price hogi</w:t>
      </w:r>
    </w:p>
    <w:p>
      <w:pPr>
        <w:jc w:val="right"/>
      </w:pPr>
      <w:r>
        <w:t>مولانا صاحب اج کا انسان اگر ضرورت اور سہولت کے درمیان فرق سمجھ لے تو اس کے بہت سے مسئلے اپنے اپ حل ہو جائیں گے برائے کرم اپ اس مسئلے پر روشنی ڈالیں وہ تو اپ نے خود ہی اچھی طریقے سے بتاتی ہے یہی بات ہے ضرورت سے زیادہ جب اپ چاہیں گے تو اس کی ایک پرائس ہوگی</w:t>
      </w:r>
    </w:p>
    <w:p>
      <w:r>
        <w:rPr>
          <w:b/>
        </w:rPr>
        <w:t xml:space="preserve">[1:12:17] </w:t>
      </w:r>
      <w:r>
        <w:t>woh price yeh hai ke aap koi bara kaam nahi kar sakte</w:t>
      </w:r>
    </w:p>
    <w:p>
      <w:pPr>
        <w:jc w:val="right"/>
      </w:pPr>
      <w:r>
        <w:t>وہ پرائس یہ ہے کہ اپ کوئی بڑا کام نہیں کر سکتے</w:t>
      </w:r>
    </w:p>
    <w:p>
      <w:r>
        <w:rPr>
          <w:b/>
        </w:rPr>
        <w:t xml:space="preserve">[1:12:23] </w:t>
      </w:r>
      <w:r>
        <w:t>bas sahoolaton mein aur comfort mein aur luxury mein phanse rahenge</w:t>
      </w:r>
    </w:p>
    <w:p>
      <w:pPr>
        <w:jc w:val="right"/>
      </w:pPr>
      <w:r>
        <w:t>بس سہولتوں میں اور کمفرٹ میں اور لگزری میں پھنسے رہیں گے</w:t>
      </w:r>
    </w:p>
    <w:p>
      <w:r>
        <w:rPr>
          <w:b/>
        </w:rPr>
        <w:t xml:space="preserve">[1:12:29] </w:t>
      </w:r>
      <w:r>
        <w:t>jo man of mission hota hai jis ko koi bara kaam karna hai</w:t>
      </w:r>
    </w:p>
    <w:p>
      <w:pPr>
        <w:jc w:val="right"/>
      </w:pPr>
      <w:r>
        <w:t>جو مین اف مشن ہوتا ہے جس کو کوئی بڑا کام کرنا ہے</w:t>
      </w:r>
    </w:p>
    <w:p>
      <w:r>
        <w:rPr>
          <w:b/>
        </w:rPr>
        <w:t xml:space="preserve">[1:12:34] </w:t>
      </w:r>
      <w:r>
        <w:t>woh hamesha sadgi ko pasand karta hai</w:t>
      </w:r>
    </w:p>
    <w:p>
      <w:pPr>
        <w:jc w:val="right"/>
      </w:pPr>
      <w:r>
        <w:t>وہ ہمیشہ سادگی کو پسند کرتا ہے</w:t>
      </w:r>
    </w:p>
    <w:p>
      <w:r>
        <w:rPr>
          <w:b/>
        </w:rPr>
        <w:t xml:space="preserve">[1:12:38] </w:t>
      </w:r>
      <w:r>
        <w:t>zarurat par ektafa karta hai</w:t>
      </w:r>
    </w:p>
    <w:p>
      <w:pPr>
        <w:jc w:val="right"/>
      </w:pPr>
      <w:r>
        <w:t>ضرورت پر اکتفا کرتا ہے</w:t>
      </w:r>
    </w:p>
    <w:p>
      <w:r>
        <w:rPr>
          <w:b/>
        </w:rPr>
        <w:t xml:space="preserve">[1:12:43] </w:t>
      </w:r>
      <w:r>
        <w:t>tamam jo unhon ne bare bare kaam kiye hain woh un ka muamla aise hi hua</w:t>
      </w:r>
    </w:p>
    <w:p>
      <w:pPr>
        <w:jc w:val="right"/>
      </w:pPr>
      <w:r>
        <w:t>تمام جو انہوں نے بڑے بڑے کام کیے ہیں وہ ان کا معاملہ ایسے ہی ہوا</w:t>
      </w:r>
    </w:p>
    <w:p>
      <w:r>
        <w:rPr>
          <w:b/>
        </w:rPr>
        <w:t xml:space="preserve">[1:12:49] </w:t>
      </w:r>
      <w:r>
        <w:t>mein aik martaba aik aadmi mein aik martaba rajasthan gaya aik qissa apna arz karta hoon rajasthan mein maine suna ke yahan aik shakhs hai jis ne aik aik naye andaz ka hospital khola hai tb ke patient ke liye to unhon ne kaha ke wahan woh aisa hai ke agar wahan ja ke khwahish kuch din rahe tabhi acha ho jayega to woh bilkul yani baghon ke darmiyan tha woh</w:t>
      </w:r>
    </w:p>
    <w:p>
      <w:pPr>
        <w:jc w:val="right"/>
      </w:pPr>
      <w:r>
        <w:t>میں ایک مرتبہ ایک ادمی میں ایک مرتبہ راجستھان گیا ایک قصہ اپنا عرض کرتا ہوں راجستھان میں میں نے سنا کہ یہاں ایک شخص ہے جس نے ایک ایک نئے انداز کا ہاسپٹل کھولا ہے ٹی بی کے پیشنٹ کے لیے تو انہوں نے کہا کہ وہاں وہ ایسا ہے کہ اگر وہاں جا کے خواہش کچھ دن رہے تبھی اچھا ہو جائے گا تو وہ بالکل یعنی باغوں کے درمیان تھا وہ</w:t>
      </w:r>
    </w:p>
    <w:p>
      <w:r>
        <w:rPr>
          <w:b/>
        </w:rPr>
        <w:t xml:space="preserve">[1:13:19] </w:t>
      </w:r>
      <w:r>
        <w:t>har qism ke</w:t>
      </w:r>
    </w:p>
    <w:p>
      <w:pPr>
        <w:jc w:val="right"/>
      </w:pPr>
      <w:r>
        <w:t>ہر قسم کے</w:t>
      </w:r>
    </w:p>
    <w:p>
      <w:r>
        <w:rPr>
          <w:b/>
        </w:rPr>
        <w:t xml:space="preserve">[1:13:21] </w:t>
      </w:r>
      <w:r>
        <w:t>phaldar drakht har qism ke phool har qism ke yani behtareen yani sabza daar</w:t>
      </w:r>
    </w:p>
    <w:p>
      <w:pPr>
        <w:jc w:val="right"/>
      </w:pPr>
      <w:r>
        <w:t>پھلدار درخت ہر قسم کے پھول ہر قسم کے یعنی بہترین یعنی سبزہ دار</w:t>
      </w:r>
    </w:p>
    <w:p>
      <w:r>
        <w:rPr>
          <w:b/>
        </w:rPr>
        <w:t xml:space="preserve">[1:13:30] </w:t>
      </w:r>
      <w:r>
        <w:t>is qism ka woh hospital tha woh tha TB ke logon ke liye</w:t>
      </w:r>
    </w:p>
    <w:p>
      <w:pPr>
        <w:jc w:val="right"/>
      </w:pPr>
      <w:r>
        <w:t>اس قسم کا وہ ہاسپٹل تھا وہ تھا ٹی بی کے لوگوں کے لیے</w:t>
      </w:r>
    </w:p>
    <w:p>
      <w:r>
        <w:rPr>
          <w:b/>
        </w:rPr>
        <w:t xml:space="preserve">[1:13:35] </w:t>
      </w:r>
      <w:r>
        <w:t>to main ne kaha bhai woh kaun aadmi hai jis ne aisa hospital banaya hai ke woh hospital</w:t>
      </w:r>
    </w:p>
    <w:p>
      <w:pPr>
        <w:jc w:val="right"/>
      </w:pPr>
      <w:r>
        <w:t>تو میں نے کہا بھئی وہ کون ادمی ہے جس نے ایسا ہاسپٹل بنایا ہے کہ وہ ہاسپٹل</w:t>
      </w:r>
    </w:p>
    <w:p>
      <w:r>
        <w:rPr>
          <w:b/>
        </w:rPr>
        <w:t xml:space="preserve">[1:13:42] </w:t>
      </w:r>
      <w:r>
        <w:t>kya hai ek bahut umda qism ka garden hai bahut bada</w:t>
      </w:r>
    </w:p>
    <w:p>
      <w:pPr>
        <w:jc w:val="right"/>
      </w:pPr>
      <w:r>
        <w:t>کیا ہے ایک بہت عمدہ قسم کا گارڈن ہے بہت بڑا</w:t>
      </w:r>
    </w:p>
    <w:p>
      <w:r>
        <w:rPr>
          <w:b/>
        </w:rPr>
        <w:t xml:space="preserve">[1:13:47] </w:t>
      </w:r>
      <w:r>
        <w:t>to main ne kaha main ne kaha is se main milunga main</w:t>
      </w:r>
    </w:p>
    <w:p>
      <w:pPr>
        <w:jc w:val="right"/>
      </w:pPr>
      <w:r>
        <w:t>تو میں نے کہا میں نے کہا اس سے میں ملوں گا میں</w:t>
      </w:r>
    </w:p>
    <w:p>
      <w:r>
        <w:rPr>
          <w:b/>
        </w:rPr>
        <w:t xml:space="preserve">[1:13:51] </w:t>
      </w:r>
      <w:r>
        <w:t>to main gaya is ke haan</w:t>
      </w:r>
    </w:p>
    <w:p>
      <w:pPr>
        <w:jc w:val="right"/>
      </w:pPr>
      <w:r>
        <w:t>تو میں گیا اس کے ہاں</w:t>
      </w:r>
    </w:p>
    <w:p>
      <w:r>
        <w:rPr>
          <w:b/>
        </w:rPr>
        <w:t xml:space="preserve">[1:13:55] </w:t>
      </w:r>
      <w:r>
        <w:t>is se mila to bohat zabardast hospital tha woh abhi bhi woh hospital hai maine abhi daryaft kiya is aadmi ke baray mein to maloom hua ke woh bohat boorha ho gaya woh aadmi ab jab main is kamre mein dakhil hua to yaqeen ki jiye ke is mein aik bhi na kursi thi na mez tha na sofa set tha sirf mamooli qism ka farsh bicha hua tha</w:t>
      </w:r>
    </w:p>
    <w:p>
      <w:pPr>
        <w:jc w:val="right"/>
      </w:pPr>
      <w:r>
        <w:t>اس سے ملا تو بہت زبردست ہاسپٹل تھا وہ ابھی بھی وہ ہاسپٹل ہے میں نے ابھی دریافت کیا اس ادمی کے بارے میں تو معلوم ہوا کہ وہ بہت بوڑھا ہو گیا وہ ادمی اب جب میں اس کمرے میں داخل ہوا تو یقین کیجئے کہ اس میں ایک بھی نہ کرسی تھی نہ میز تھا نہ صوفہ سیٹ تھا صرف معمولی قسم کا فرش بچھا ہوا تھا</w:t>
      </w:r>
    </w:p>
    <w:p>
      <w:r>
        <w:rPr>
          <w:b/>
        </w:rPr>
        <w:t xml:space="preserve">[1:14:20] </w:t>
      </w:r>
      <w:r>
        <w:t>isi par baitha hua tha woh aadmi</w:t>
      </w:r>
    </w:p>
    <w:p>
      <w:pPr>
        <w:jc w:val="right"/>
      </w:pPr>
      <w:r>
        <w:t>اسی پر بیٹھا ہوا تھا وہ ادمی</w:t>
      </w:r>
    </w:p>
    <w:p>
      <w:r>
        <w:rPr>
          <w:b/>
        </w:rPr>
        <w:t xml:space="preserve">[1:14:24] </w:t>
      </w:r>
      <w:r>
        <w:t>mamooli qism ka farsh</w:t>
      </w:r>
    </w:p>
    <w:p>
      <w:pPr>
        <w:jc w:val="right"/>
      </w:pPr>
      <w:r>
        <w:t>معمولی قسم کا فرش</w:t>
      </w:r>
    </w:p>
    <w:p>
      <w:r>
        <w:rPr>
          <w:b/>
        </w:rPr>
        <w:t xml:space="preserve">[1:14:29] </w:t>
      </w:r>
      <w:r>
        <w:t>isi par mujhe hi baithna para to ab bohat kam bolta tha woh aadmi kapre is ke jism pe bohat hi sada kapre bohat hi sada</w:t>
      </w:r>
    </w:p>
    <w:p>
      <w:pPr>
        <w:jc w:val="right"/>
      </w:pPr>
      <w:r>
        <w:t>اسی پر مجھے ہی بیٹھنا پڑا تو اب بہت کم بولتا تھا وہ ادمی کپڑے اس کے جسم پہ بہت ہی سادہ کپڑے بہت ہی سادہ</w:t>
      </w:r>
    </w:p>
    <w:p>
      <w:r>
        <w:rPr>
          <w:b/>
        </w:rPr>
        <w:t xml:space="preserve">[1:14:43] </w:t>
      </w:r>
      <w:r>
        <w:t>woh aik aik poori tasweer tha kis tarah se ke bara kaam karne wala jo hota hai woh is ki zindagi sada hoti hai</w:t>
      </w:r>
    </w:p>
    <w:p>
      <w:pPr>
        <w:jc w:val="right"/>
      </w:pPr>
      <w:r>
        <w:t>وہ ایک ایک پوری تصویر تھا کس طرح سے کہ بڑا کام کرنے والا جو ہوتا ہے وہ اس کی زندگی سادہ ہوتی ہے</w:t>
      </w:r>
    </w:p>
    <w:p>
      <w:r>
        <w:rPr>
          <w:b/>
        </w:rPr>
        <w:t xml:space="preserve">[1:14:52] </w:t>
      </w:r>
      <w:r>
        <w:t>abhi maine telephone kar ke poocha tha ke woh aadmi ke baray mein maloom hua ke woh bohat boorhe ho gaye hain ab ab woh kaam nahi kar sakte hain to yeh to poori tareekh mein jinhon ne koi bara kaam kiya hai un ki zindagi hum sada rahi hai jitne scientist hote hain aap dekhiye har scientist bilkul sada zindagi guzarta hai yeh to bekar log hain jin ko koi kaam nahi karna hai khali kha kha ke mote hona hai woh yeh sab baaten karte hain</w:t>
      </w:r>
    </w:p>
    <w:p>
      <w:pPr>
        <w:jc w:val="right"/>
      </w:pPr>
      <w:r>
        <w:t>ابھی میں نے ٹیلی فون کر کے پوچھا تھا کہ وہ ادمی کے بارے میں معلوم ہوا کہ وہ بہت بوڑھے ہو گئے ہیں اب اب وہ کام نہیں کر سکتے ہیں تو یہ تو پوری تاریخ میں جنہوں نے کوئی بڑا کام کیا ہے ان کی زندگی ہم سادہ رہی ہے جتنے سائنٹسٹ ہوتے ہیں اپ دیکھیے ہر سائنٹسٹ بالکل سادہ زندگی گزارتا ہے یہ تو بیکار لوگ ہیں جن کو کوئی کام نہیں کرنا ہے خالی کھا کھا کے موٹے ہونا ہے وہ یہ سب باتیں کرتے ہیں</w:t>
      </w:r>
    </w:p>
    <w:p>
      <w:r>
        <w:rPr>
          <w:b/>
        </w:rPr>
        <w:t xml:space="preserve">[1:15:21] </w:t>
      </w:r>
      <w:r>
        <w:t>maulana agla sawal tamil nadu se hai maulana asrar umri sahib ka unhon ne likha hai maulana arab ke aik aalim ne apni kitab mein musalmanon ki nakami ka sabab jihad ka na hona aur 52 muslim countries ka falasteen ke jihad mein sath na dena bataya hai is ke baray mein aap kya kahen ge yeh to yani akhri had tak baseless baat hai</w:t>
      </w:r>
    </w:p>
    <w:p>
      <w:pPr>
        <w:jc w:val="right"/>
      </w:pPr>
      <w:r>
        <w:t>مولانا اگلا سوال تمل ناڈو سے ہے مولانا اسرار عمری صاحب کا انہوں نے لکھا ہے مولانا عرب کے ایک عالم نے اپنی کتاب میں مسلمانوں کی ناکامی کا سبب جہاد کا نہ ہونا اور 52 مسلم کنٹریز کا فلسطین کے جہاد میں ساتھ نہ دینا بتایا ہے اس کے بارے میں اپ کیا کہیں گے یہ تو یعنی اخری حد تک بیسلیس بات ہے</w:t>
      </w:r>
    </w:p>
    <w:p>
      <w:r>
        <w:rPr>
          <w:b/>
        </w:rPr>
        <w:t xml:space="preserve">[1:15:50] </w:t>
      </w:r>
      <w:r>
        <w:t>yani behal un ki jihad to ho raha hai beshumar log mare gaye hain beshumar aisa</w:t>
      </w:r>
    </w:p>
    <w:p>
      <w:pPr>
        <w:jc w:val="right"/>
      </w:pPr>
      <w:r>
        <w:t>یعنی بہرحال ان کی جہاد تو ہو رہا ہے بے شمار لوگ مارے گئے ہیں بے شمار ایسا</w:t>
      </w:r>
    </w:p>
    <w:p>
      <w:r>
        <w:rPr>
          <w:b/>
        </w:rPr>
        <w:t xml:space="preserve">[1:15:56] </w:t>
      </w:r>
      <w:r>
        <w:t>barbad kiya aaj bhi jihad jari hai</w:t>
      </w:r>
    </w:p>
    <w:p>
      <w:pPr>
        <w:jc w:val="right"/>
      </w:pPr>
      <w:r>
        <w:t>برباد کیا اج بھی جہاد جاری ہے</w:t>
      </w:r>
    </w:p>
    <w:p>
      <w:r>
        <w:rPr>
          <w:b/>
        </w:rPr>
        <w:t xml:space="preserve">[1:15:59] </w:t>
      </w:r>
      <w:r>
        <w:t>yani yani jihad to itna zyada ho raha hai ke aur jihad ho gaya aur jihad</w:t>
      </w:r>
    </w:p>
    <w:p>
      <w:pPr>
        <w:jc w:val="right"/>
      </w:pPr>
      <w:r>
        <w:t>یعنی یعنی جہاد تو اتنا زیادہ ہو رہا ہے کہ اور جہاد ہو گیا اور جہاد</w:t>
      </w:r>
    </w:p>
    <w:p>
      <w:r>
        <w:rPr>
          <w:b/>
        </w:rPr>
        <w:t xml:space="preserve">[1:16:05] </w:t>
      </w:r>
      <w:r>
        <w:t>asal cheez kya hai yeh log jo hain</w:t>
      </w:r>
    </w:p>
    <w:p>
      <w:pPr>
        <w:jc w:val="right"/>
      </w:pPr>
      <w:r>
        <w:t>اصل چیز کیا ہے یہ لوگ جو ہیں</w:t>
      </w:r>
    </w:p>
    <w:p>
      <w:r>
        <w:rPr>
          <w:b/>
        </w:rPr>
        <w:t xml:space="preserve">[1:16:09] </w:t>
      </w:r>
      <w:r>
        <w:t>in logon ka muamla yeh hai ke woh do cheezon farq farq nahi kar paate</w:t>
      </w:r>
    </w:p>
    <w:p>
      <w:pPr>
        <w:jc w:val="right"/>
      </w:pPr>
      <w:r>
        <w:t>ان لوگوں کا معاملہ یہ ہے کہ وہ دو چیزوں فرق فرق نہیں کر پاتے</w:t>
      </w:r>
    </w:p>
    <w:p>
      <w:r>
        <w:rPr>
          <w:b/>
        </w:rPr>
        <w:t xml:space="preserve">[1:16:15] </w:t>
      </w:r>
      <w:r>
        <w:t>ek hai lack of jihad ek hai lack of result of jihad</w:t>
      </w:r>
    </w:p>
    <w:p>
      <w:pPr>
        <w:jc w:val="right"/>
      </w:pPr>
      <w:r>
        <w:t>ایک ہے لیک اف جہاد ایک ہے لیک اف رزلٹ اف جہاد</w:t>
      </w:r>
    </w:p>
    <w:p>
      <w:r>
        <w:rPr>
          <w:b/>
        </w:rPr>
        <w:t xml:space="preserve">[1:16:23] </w:t>
      </w:r>
      <w:r>
        <w:t>lack of jihad lack of result of jihad kyunke dekhiye 1948 mein inhi arbon ne narah lagaya tha ke hum israel ko yani samandar mein dhakel den ge in ko in ko khatam kar den ge hum in ko jihad ke zariye mita den ge</w:t>
      </w:r>
    </w:p>
    <w:p>
      <w:pPr>
        <w:jc w:val="right"/>
      </w:pPr>
      <w:r>
        <w:t>لیک اف جہاد لیک اف رزلٹ اف جہاد کیونکہ دیکھیے 1948 میں انہی عربوں نے نعرہ لگایا تھا کہ ہم اسرائیل کو یعنی سمندر میں ڈھکیل دیں گے ان کو ان کو ختم کر دیں گے ہم ان کو جہاد کے ذریعے مٹا دیں گے</w:t>
      </w:r>
    </w:p>
    <w:p>
      <w:r>
        <w:rPr>
          <w:b/>
        </w:rPr>
        <w:t xml:space="preserve">[1:16:45] </w:t>
      </w:r>
      <w:r>
        <w:t>acha jihad shuru 1948 se jihad shuru hua hai to jis jo jis ailan ke sath kiya tha unhon ne kaha hamara jihad yeh in ko mita de ga to mita nahi paye to ab woh unhein sochna chahiye ke jo cheez mafqood hai woh jihad nahi hai jo cheez mafqood hai woh woh nateeja jihad hai</w:t>
      </w:r>
    </w:p>
    <w:p>
      <w:pPr>
        <w:jc w:val="right"/>
      </w:pPr>
      <w:r>
        <w:t>اچھا جہاد شروع 1948 سے جہاد شروع ہوا ہے تو جس جو جس اعلان کے ساتھ کیا تھا انہوں نے کہا ہمارا جہاد یہ ان کو مٹا دے گا تو مٹا نہیں پائے تو اب وہ انہیں سوچنا چاہیے کہ جو چیز مفقود ہے وہ جہاد نہیں ہے جو چیز مفقود ہے وہ وہ نتیجہ جہاد ہے</w:t>
      </w:r>
    </w:p>
    <w:p>
      <w:r>
        <w:rPr>
          <w:b/>
        </w:rPr>
        <w:t xml:space="preserve">[1:17:11] </w:t>
      </w:r>
      <w:r>
        <w:t>to yeh log jante nahi difference ko</w:t>
      </w:r>
    </w:p>
    <w:p>
      <w:pPr>
        <w:jc w:val="right"/>
      </w:pPr>
      <w:r>
        <w:t>تو یہ لوگ جانتے نہیں ڈیفرنس کو</w:t>
      </w:r>
    </w:p>
    <w:p>
      <w:r>
        <w:rPr>
          <w:b/>
        </w:rPr>
        <w:t xml:space="preserve">[1:17:14] </w:t>
      </w:r>
      <w:r>
        <w:t>dekhen principle of differentiation jo hai bohat hi rare log jaan pate hain to yeh chunchke yani result nahi nikal raha hai to samajhte hain ke jihad bhi nahi ho raha hai hain aik subah sham rozana jihad ho raha hai beshumar log mare gaye aur rozana mar ja rahe hain</w:t>
      </w:r>
    </w:p>
    <w:p>
      <w:pPr>
        <w:jc w:val="right"/>
      </w:pPr>
      <w:r>
        <w:t>دیکھیں پرنسپل اف ڈیفرنشی ایشن جو ہے بہت ہی ریئر لوگ جان پاتے ہیں تو یہ چونکہ یعنی رزلٹ نہیں نکل رہا ہے تو سمجھتے ہیں کہ جہاد بھی نہیں ہو رہا ہے ہیں ایک صبح شام روزانہ جہاد ہو رہا ہے بے شمار لوگ مارے گئے اور روزانہ مر جا رہے ہیں</w:t>
      </w:r>
    </w:p>
    <w:p>
      <w:r>
        <w:rPr>
          <w:b/>
        </w:rPr>
        <w:t xml:space="preserve">[1:17:37] </w:t>
      </w:r>
      <w:r>
        <w:t>jihad ke liye in falastiniyon ne surangen khod din misr se aur us ke gaza ke darmiyan</w:t>
      </w:r>
    </w:p>
    <w:p>
      <w:pPr>
        <w:jc w:val="right"/>
      </w:pPr>
      <w:r>
        <w:t>جہاد کے لیے ان فلسطینیوں نے سرنگیں کھود دیں مصر سے اور اس کے غزہ کے درمیان</w:t>
      </w:r>
    </w:p>
    <w:p>
      <w:r>
        <w:rPr>
          <w:b/>
        </w:rPr>
        <w:t xml:space="preserve">[1:17:47] </w:t>
      </w:r>
      <w:r>
        <w:t>yani yani jihad ke liye bachta hoon ke poori tareekh mein musalmanon ne jitna jihad kiya utna jihad akele falasteen ke naam par kiya gaya hai</w:t>
      </w:r>
    </w:p>
    <w:p>
      <w:pPr>
        <w:jc w:val="right"/>
      </w:pPr>
      <w:r>
        <w:t>یعنی یعنی جہاد کے لیے بچتا ہوں کہ پوری تاریخ میں مسلمانوں نے جتنا جہاد کیا اتنا جہاد اکیلے فلسطین کے نام پر کیا گیا ہے</w:t>
      </w:r>
    </w:p>
    <w:p>
      <w:r>
        <w:rPr>
          <w:b/>
        </w:rPr>
        <w:t xml:space="preserve">[1:17:58] </w:t>
      </w:r>
      <w:r>
        <w:t>65 saalon ke darmiyan aur sari dunya ke musalman is ko yeh duaen karte hain is ke liye paise dete hain is ke liye mazameen chhapte hain is ki kitaben chhapte hain</w:t>
      </w:r>
    </w:p>
    <w:p>
      <w:pPr>
        <w:jc w:val="right"/>
      </w:pPr>
      <w:r>
        <w:t>65 سالوں کے درمیان اور ساری دنیا کے مسلمان اس کو یہ دعائیں کرتے ہیں اس کے لیے پیسے دیتے ہیں اس کے لیے مضامین چھاپتے ہیں اس کی کتابیں چھاپتے ہیں</w:t>
      </w:r>
    </w:p>
    <w:p>
      <w:r>
        <w:rPr>
          <w:b/>
        </w:rPr>
        <w:t xml:space="preserve">[1:18:11] </w:t>
      </w:r>
      <w:r>
        <w:t>yani sari dunya ke musalman ya to amlan ya fikran is mein involve hain woh</w:t>
      </w:r>
    </w:p>
    <w:p>
      <w:pPr>
        <w:jc w:val="right"/>
      </w:pPr>
      <w:r>
        <w:t>یعنی ساری دنیا کے مسلمان یا تو عملا یا فکرا اس میں انوالو ہیں وہ</w:t>
      </w:r>
    </w:p>
    <w:p>
      <w:r>
        <w:rPr>
          <w:b/>
        </w:rPr>
        <w:t xml:space="preserve">[1:18:17] </w:t>
      </w:r>
      <w:r>
        <w:t>to yeh yeh yeh to bilkul be asal baat hai ke jihad nahi ho raha hai asal baat yeh hai ke yeh log yeh nahi samajh pate ke ke lack of jihad aur lack of result of jihad mein kya farq hai is liye aisi kitaben likhte hain woh</w:t>
      </w:r>
    </w:p>
    <w:p>
      <w:pPr>
        <w:jc w:val="right"/>
      </w:pPr>
      <w:r>
        <w:t>تو یہ یہ یہ تو بالکل بے اصل بات ہے کہ جہاد نہیں ہو رہا ہے اصل بات یہ ہے کہ یہ لوگ یہ نہیں سمجھ پاتے کہ کہ لیک اف جہاد اور لیک اف رزلٹ اف جہاد میں کیا فرق ہے اس لیے ایسی کتابیں لکھتے ہیں وہ</w:t>
      </w:r>
    </w:p>
    <w:p>
      <w:r>
        <w:rPr>
          <w:b/>
        </w:rPr>
        <w:t xml:space="preserve">[1:18:37] </w:t>
      </w:r>
      <w:r>
        <w:t>to nateeja jihad mafqood hai na ke jihad ab to jihad ko yani yeh ailan karna chahiye ke jihad band karo ke jihad se koi nateeja nahi nikla yani yeh ulta ailan kar rahe hain ke jihad nahi ho raha hai ab to kehna chahiye ke jihad bohat kiya bohat kiya hum ne kai kai kai generation tak jihad jari raha ab beshumar log mare gaye</w:t>
      </w:r>
    </w:p>
    <w:p>
      <w:pPr>
        <w:jc w:val="right"/>
      </w:pPr>
      <w:r>
        <w:t>تو نتیجہ جہاد مفقود ہے نہ کہ جہاد اب تو جہاد کو یعنی یہ اعلان کرنا چاہیے کہ جہاد بند کرو کہ جہاد سے کوئی نتیجہ نہیں نکلا یعنی یہ الٹا اعلان کر رہے ہیں کہ جہاد نہیں ہو رہا ہے اب تو کہنا چاہیے کہ جہاد بہت کیا بہت کیا ہم نے کئی کئی کئی جنریشن تک جہاد جاری رہا اب بے شمار لوگ مارے گئے</w:t>
      </w:r>
    </w:p>
    <w:p>
      <w:r>
        <w:rPr>
          <w:b/>
        </w:rPr>
        <w:t xml:space="preserve">[1:19:06] </w:t>
      </w:r>
      <w:r>
        <w:t>ab to band karo jihad ko ab koi doosra tareeqa nikalo is masle ke liye</w:t>
      </w:r>
    </w:p>
    <w:p>
      <w:pPr>
        <w:jc w:val="right"/>
      </w:pPr>
      <w:r>
        <w:t>اب تو بند کرو جہاد کو اب کوئی دوسرا طریقہ نکالو اس مسئلے کے لیے</w:t>
      </w:r>
    </w:p>
    <w:p>
      <w:r>
        <w:rPr>
          <w:b/>
        </w:rPr>
        <w:t xml:space="preserve">[1:19:15] </w:t>
      </w:r>
      <w:r>
        <w:t>maulana syed abid hussain sahib jinhon ne jo barwan se hain unhon ne sawal likha hai maulana sahib as per your latest book dawn over kashmir you are very hopeful about the da'wah explosion in kashmir i request you to kindly elaborate on that</w:t>
      </w:r>
    </w:p>
    <w:p>
      <w:pPr>
        <w:jc w:val="right"/>
      </w:pPr>
      <w:r>
        <w:t>مولانا سید عابد حسین صاحب جنہوں نے جو بیرواں سے ہیں انہوں نے سوال لکھا ہے مولانا صاحب ایز پر یور لیٹسٹ بک ڈان اوور کشمیر یو ار ویری ہوپ فل اباؤٹ دا دعوی ایکسپلوژن ان کشمیر ائی ریکویسٹ یو ٹو کائنڈلی الیبوریٹ ان دیٹ</w:t>
      </w:r>
    </w:p>
    <w:p>
      <w:r>
        <w:rPr>
          <w:b/>
        </w:rPr>
        <w:t xml:space="preserve">[1:19:34] </w:t>
      </w:r>
      <w:r>
        <w:t>dekhiye yeh bohat hi simple logic hai</w:t>
      </w:r>
    </w:p>
    <w:p>
      <w:pPr>
        <w:jc w:val="right"/>
      </w:pPr>
      <w:r>
        <w:t>دیکھیے یہ بہت ہی سمپل لاجک ہے</w:t>
      </w:r>
    </w:p>
    <w:p>
      <w:r>
        <w:rPr>
          <w:b/>
        </w:rPr>
        <w:t xml:space="preserve">[1:19:41] </w:t>
      </w:r>
      <w:r>
        <w:t>yani jab bhi insan</w:t>
      </w:r>
    </w:p>
    <w:p>
      <w:pPr>
        <w:jc w:val="right"/>
      </w:pPr>
      <w:r>
        <w:t>یعنی جب بھی انسان</w:t>
      </w:r>
    </w:p>
    <w:p>
      <w:r>
        <w:rPr>
          <w:b/>
        </w:rPr>
        <w:t xml:space="preserve">[1:19:46] </w:t>
      </w:r>
      <w:r>
        <w:t>ke sath yeh experience pesh aaye ke woh</w:t>
      </w:r>
    </w:p>
    <w:p>
      <w:pPr>
        <w:jc w:val="right"/>
      </w:pPr>
      <w:r>
        <w:t>کے ساتھ یہ ایکسپیرینس پیش ائے کہ وہ</w:t>
      </w:r>
    </w:p>
    <w:p>
      <w:r>
        <w:rPr>
          <w:b/>
        </w:rPr>
        <w:t xml:space="preserve">[1:19:54] </w:t>
      </w:r>
      <w:r>
        <w:t>violent activism chalaye aur nateeje mein kaha tabahi mile</w:t>
      </w:r>
    </w:p>
    <w:p>
      <w:pPr>
        <w:jc w:val="right"/>
      </w:pPr>
      <w:r>
        <w:t>وائلنٹ ایکٹیوزم چلائے اور نتیجے میں کہا تباہی ملے</w:t>
      </w:r>
    </w:p>
    <w:p>
      <w:r>
        <w:rPr>
          <w:b/>
        </w:rPr>
        <w:t xml:space="preserve">[1:20:00] </w:t>
      </w:r>
      <w:r>
        <w:t>to kya aata hai second thought revision reassessment aur phir woh u turn leta hai</w:t>
      </w:r>
    </w:p>
    <w:p>
      <w:pPr>
        <w:jc w:val="right"/>
      </w:pPr>
      <w:r>
        <w:t>تو کیا اتا ہے سیکنڈ تھاٹ ریویژن ری اسسمنٹ اور پھر وہ یو ٹرن لیتا ہے</w:t>
      </w:r>
    </w:p>
    <w:p>
      <w:r>
        <w:rPr>
          <w:b/>
        </w:rPr>
        <w:t xml:space="preserve">[1:20:10] </w:t>
      </w:r>
      <w:r>
        <w:t>iski misaal hai japan second world war se pehle japan mein bohat zabardast tashaddud culture tha yani tareekh mein pehli baar japaniyon ne nikala tha yeh suicide bombing jis ko harakiri kehte thay woh</w:t>
      </w:r>
    </w:p>
    <w:p>
      <w:pPr>
        <w:jc w:val="right"/>
      </w:pPr>
      <w:r>
        <w:t>اس کی مثال ہے جاپان سیکنڈ ورلڈ وار سے پہلے جاپان میں بہت زبردست تشدد کلچر تھا یعنی تاریخ میں پہلی بار جاپانیوں نے نکالا تھا یہ سوسائیڈ بمبنگ جس کو ہراکری کہتے تھے وہ</w:t>
      </w:r>
    </w:p>
    <w:p>
      <w:r>
        <w:rPr>
          <w:b/>
        </w:rPr>
        <w:t xml:space="preserve">[1:20:30] </w:t>
      </w:r>
      <w:r>
        <w:t>lekin jab</w:t>
      </w:r>
    </w:p>
    <w:p>
      <w:pPr>
        <w:jc w:val="right"/>
      </w:pPr>
      <w:r>
        <w:t>لیکن جب</w:t>
      </w:r>
    </w:p>
    <w:p>
      <w:r>
        <w:rPr>
          <w:b/>
        </w:rPr>
        <w:t xml:space="preserve">[1:20:34] </w:t>
      </w:r>
      <w:r>
        <w:t>second world war mein unki haar ho gayi mukammal shikast ho gayi unke sheher tabah ho gaye to unka second thought aaya unke andar</w:t>
      </w:r>
    </w:p>
    <w:p>
      <w:pPr>
        <w:jc w:val="right"/>
      </w:pPr>
      <w:r>
        <w:t>سیکنڈ ورلڈ وار میں ان کی ہار ہو گئی مکمل شکست ہو گئی ان کے شہر تباہ ہو گئے تو ان کا سیکنڈ تھاٹ ایا ان کے اندر</w:t>
      </w:r>
    </w:p>
    <w:p>
      <w:r>
        <w:rPr>
          <w:b/>
        </w:rPr>
        <w:t xml:space="preserve">[1:20:44] </w:t>
      </w:r>
      <w:r>
        <w:t>to phir u turn liya unhon ne aur hirohito jo badshah tha us ne taqreer ki thi ke we have to suffer the unsufferable</w:t>
      </w:r>
    </w:p>
    <w:p>
      <w:pPr>
        <w:jc w:val="right"/>
      </w:pPr>
      <w:r>
        <w:t>تو پھر یو ٹرن لیا انہوں نے اور ہیرو ہیٹو جو بادشاہ تھا اس نے تقریر کی تھی کہ وی ہیو ٹو سفر دا انسفریبل</w:t>
      </w:r>
    </w:p>
    <w:p>
      <w:r>
        <w:rPr>
          <w:b/>
        </w:rPr>
        <w:t xml:space="preserve">[1:20:59] </w:t>
      </w:r>
      <w:r>
        <w:t>to take a new decision yani hamein ek na qabil bardasht ko bardasht karna hai taake aap kahein ke na decision lein yani bajaye violence ke peace ka rasta ikhtiyar karein</w:t>
      </w:r>
    </w:p>
    <w:p>
      <w:pPr>
        <w:jc w:val="right"/>
      </w:pPr>
      <w:r>
        <w:t>ٹو ٹیک ا نیو ڈیسیژن یعنی ہمیں ایک ناقابل برداشت کو برداشت کرنا ہے تاکہ اپ کہیں کہ نہ ڈیسیژن لیں یعنی بجائے وائلنس کے پیس کا راستہ اختیار کریں</w:t>
      </w:r>
    </w:p>
    <w:p>
      <w:r>
        <w:rPr>
          <w:b/>
        </w:rPr>
        <w:t xml:space="preserve">[1:21:13] </w:t>
      </w:r>
      <w:r>
        <w:t>to main kashmiyon ke bare mein yahi rai rakhta hoon ke woh bal insan hain pathar nahi hain to unhon ne kashmir mein jihad ke naam par violence chalaya aur woh mukammal tor par nakaam hua kyunke dekhiye ek lakh kashmiri mare gaye ek lakh</w:t>
      </w:r>
    </w:p>
    <w:p>
      <w:pPr>
        <w:jc w:val="right"/>
      </w:pPr>
      <w:r>
        <w:t>تو میں کشمیریوں کے بارے میں یہی رائے رکھتا ہوں کہ وہ بال انسان ہیں پتھر نہیں ہیں تو انہوں نے کشمیر میں جہاد کے نام پر وائلنس چلایا اور وہ مکمل طور پر ناکام ہوا کیونکہ دیکھیے ایک لاکھ کشمیری مارے گئے ایک لاکھ</w:t>
      </w:r>
    </w:p>
    <w:p>
      <w:r>
        <w:rPr>
          <w:b/>
        </w:rPr>
        <w:t xml:space="preserve">[1:21:41] </w:t>
      </w:r>
      <w:r>
        <w:t>Pakistan ne Kashmir ke liye</w:t>
      </w:r>
    </w:p>
    <w:p>
      <w:pPr>
        <w:jc w:val="right"/>
      </w:pPr>
      <w:r>
        <w:t>پاکستان نے کشمیر کے لیے</w:t>
      </w:r>
    </w:p>
    <w:p>
      <w:r>
        <w:rPr>
          <w:b/>
        </w:rPr>
        <w:t xml:space="preserve">[1:21:44] </w:t>
      </w:r>
      <w:r>
        <w:t>char ladaiyan ladeen</w:t>
      </w:r>
    </w:p>
    <w:p>
      <w:pPr>
        <w:jc w:val="right"/>
      </w:pPr>
      <w:r>
        <w:t>چار لڑائیاں لڑیں</w:t>
      </w:r>
    </w:p>
    <w:p>
      <w:r>
        <w:rPr>
          <w:b/>
        </w:rPr>
        <w:t xml:space="preserve">[1:21:46] </w:t>
      </w:r>
      <w:r>
        <w:t>aur khud Pakistani government ne keh diya ke ab ab hum ladai nahi lad sakte kyun ke char ladaiyon</w:t>
      </w:r>
    </w:p>
    <w:p>
      <w:pPr>
        <w:jc w:val="right"/>
      </w:pPr>
      <w:r>
        <w:t>اور خود پاکستانی گورنمنٹ نے کہہ دیا کہ اب اب ہم لڑائی نہیں لڑ سکتے کیونکہ چار لڑائیوں</w:t>
      </w:r>
    </w:p>
    <w:p>
      <w:r>
        <w:rPr>
          <w:b/>
        </w:rPr>
        <w:t xml:space="preserve">[1:21:53] </w:t>
      </w:r>
      <w:r>
        <w:t>mein hum Kashmir ko hasil nahi kar sake</w:t>
      </w:r>
    </w:p>
    <w:p>
      <w:pPr>
        <w:jc w:val="right"/>
      </w:pPr>
      <w:r>
        <w:t>میں ہم کشمیر کو حاصل نہیں کر سکے</w:t>
      </w:r>
    </w:p>
    <w:p>
      <w:r>
        <w:rPr>
          <w:b/>
        </w:rPr>
        <w:t xml:space="preserve">[1:21:57] </w:t>
      </w:r>
      <w:r>
        <w:t>to Pakistan failed state ban gaya aap bataiye ke ek regular army Pakistan ki hesiyat ek regular regular</w:t>
      </w:r>
    </w:p>
    <w:p>
      <w:pPr>
        <w:jc w:val="right"/>
      </w:pPr>
      <w:r>
        <w:t>تو پاکستان فیلڈ اسٹیٹ بن گیا اپ بتائیے کہ ایک ریگولر ارمی پاکستان کی حیثیت ایک ریگولر ریگولر</w:t>
      </w:r>
    </w:p>
    <w:p>
      <w:r>
        <w:rPr>
          <w:b/>
        </w:rPr>
        <w:t xml:space="preserve">[1:22:05] </w:t>
      </w:r>
      <w:r>
        <w:t>army ki hai woh char ladai lad kar ke Kashmir ko qabza nahi kar saka</w:t>
      </w:r>
    </w:p>
    <w:p>
      <w:pPr>
        <w:jc w:val="right"/>
      </w:pPr>
      <w:r>
        <w:t>ارمی کی ہے وہ چار لڑائی لڑ کر کے کشمیر کو قبضہ نہیں کر سکا</w:t>
      </w:r>
    </w:p>
    <w:p>
      <w:r>
        <w:rPr>
          <w:b/>
        </w:rPr>
        <w:t xml:space="preserve">[1:22:11] </w:t>
      </w:r>
      <w:r>
        <w:t>khud kashmiri yeh lad lad ke ek lakh apne naujawanon ko marwa dala phir bhi kashmir mein unka jo tashaddud culture kamyab nahi hua to kya kashmiri jo hai koi pathar hain woh koi sochega nahi woh ent pathar hain woh zaroor hai ke kashmiyon ke andar second thought aaye zaroor hai ke kashmiyon ke andar nai soch jaage jis tarah japaniyon mein jaagi thi</w:t>
      </w:r>
    </w:p>
    <w:p>
      <w:pPr>
        <w:jc w:val="right"/>
      </w:pPr>
      <w:r>
        <w:t>خود کشمیری یہ لڑ لڑ کے ایک لاکھ اپنے نوجوانوں کو مروا ڈالا پھر بھی کشمیر میں ان کا جو تشدد کلچر کامیاب نہیں ہوا تو کیا کشمیری جو ہے کوئی پتھر ہیں وہ کوئی سوچے گا نہیں وہ اینٹ پتھر ہیں وہ ضرور ہے کہ کشمیریوں کے اندر سیکنڈ تھاٹ ائے ضرور ہے کہ کشمیریوں کے اندر نئی سوچ جاگے جس طرح جاپانیوں میں جاگی تھی</w:t>
      </w:r>
    </w:p>
    <w:p>
      <w:r>
        <w:rPr>
          <w:b/>
        </w:rPr>
        <w:t xml:space="preserve">[1:22:41] </w:t>
      </w:r>
      <w:r>
        <w:t>yahan meri umeed hai ke itne sare jo yani kashmiyon ka jo so called jihad jo tha jab woh counter productive ban gaya to ab zahir hai ke woh pathar nahi hain woh sochenge woh aur soch rahe hain</w:t>
      </w:r>
    </w:p>
    <w:p>
      <w:pPr>
        <w:jc w:val="right"/>
      </w:pPr>
      <w:r>
        <w:t>یہاں میری امید ہے کہ اتنے سارے جو یعنی کشمیریوں کا جو سو کالڈ جہاد جو تھا جب وہ کاؤنٹر پروڈکٹو بن گیا تو اب ظاہر ہے کہ وہ پتھر نہیں ہیں وہ سوچیں گے وہ اور سوچ رہے ہیں</w:t>
      </w:r>
    </w:p>
    <w:p>
      <w:r>
        <w:rPr>
          <w:b/>
        </w:rPr>
        <w:t xml:space="preserve">[1:22:59] </w:t>
      </w:r>
      <w:r>
        <w:t>to yahan yahan hai meri umeed ke woh u turn lenge aur tashaddud ke bajaye peaceful culture chalayenge apne haan aur</w:t>
      </w:r>
    </w:p>
    <w:p>
      <w:pPr>
        <w:jc w:val="right"/>
      </w:pPr>
      <w:r>
        <w:t>تو یہاں یہاں ہے میری امید کہ وہ یو ٹرن لیں گے اور تشدد کے بجائے پیس فل کلچر چلائیں گے اپنے ہاں اور</w:t>
      </w:r>
    </w:p>
    <w:p>
      <w:r>
        <w:rPr>
          <w:b/>
        </w:rPr>
        <w:t xml:space="preserve">[1:23:14] </w:t>
      </w:r>
      <w:r>
        <w:t>yahi maine likha hai is mein aur main sochta hoon ke is ka aghaz ho chuka hai</w:t>
      </w:r>
    </w:p>
    <w:p>
      <w:pPr>
        <w:jc w:val="right"/>
      </w:pPr>
      <w:r>
        <w:t>یہی میں نے لکھا ہے اس میں اور میں سوچتا ہوں کہ اس کا اغاز ہو چکا ہے</w:t>
      </w:r>
    </w:p>
    <w:p>
      <w:r>
        <w:rPr>
          <w:b/>
        </w:rPr>
        <w:t xml:space="preserve">[1:23:22] </w:t>
      </w:r>
      <w:r>
        <w:t>Kashmir mein bahut se log aise hain jo jo mujh se zabani bhi bataya hai telephone bhi</w:t>
      </w:r>
    </w:p>
    <w:p>
      <w:pPr>
        <w:jc w:val="right"/>
      </w:pPr>
      <w:r>
        <w:t>کشمیر میں بہت سے لوگ ایسے ہیں جو جو مجھ سے زبانی بھی بتایا ہے ٹیلی فون بھی</w:t>
      </w:r>
    </w:p>
    <w:p>
      <w:r>
        <w:rPr>
          <w:b/>
        </w:rPr>
        <w:t xml:space="preserve">[1:23:28] </w:t>
      </w:r>
      <w:r>
        <w:t>aata hai un ka khat bhi aaye hain ke pehle hum</w:t>
      </w:r>
    </w:p>
    <w:p>
      <w:pPr>
        <w:jc w:val="right"/>
      </w:pPr>
      <w:r>
        <w:t>اتا ہے ان کا خط بھی ائے ہیں کہ پہلے ہم</w:t>
      </w:r>
    </w:p>
    <w:p>
      <w:r>
        <w:rPr>
          <w:b/>
        </w:rPr>
        <w:t xml:space="preserve">[1:23:33] </w:t>
      </w:r>
      <w:r>
        <w:t>yahan ke jo army thi us ko hum pathar marte the ab hum ko Quran pesh karte hain</w:t>
      </w:r>
    </w:p>
    <w:p>
      <w:pPr>
        <w:jc w:val="right"/>
      </w:pPr>
      <w:r>
        <w:t>یہاں کے جو ارمی تھی اس کو ہم پتھر مارتے تھے اب ہم کو قران پیش کرتے ہیں</w:t>
      </w:r>
    </w:p>
    <w:p>
      <w:r>
        <w:rPr>
          <w:b/>
        </w:rPr>
        <w:t xml:space="preserve">[1:23:39] </w:t>
      </w:r>
      <w:r>
        <w:t>to yahi to it is a good sign</w:t>
      </w:r>
    </w:p>
    <w:p>
      <w:pPr>
        <w:jc w:val="right"/>
      </w:pPr>
      <w:r>
        <w:t>تو یہی تو اٹ از ا گڈ سائن</w:t>
      </w:r>
    </w:p>
    <w:p>
      <w:r>
        <w:rPr>
          <w:b/>
        </w:rPr>
        <w:t xml:space="preserve">[1:23:43] </w:t>
      </w:r>
      <w:r>
        <w:t>is se pata hai pata chalta hai kashmir mein aik aik naya aik nai sar taloo ho chuki</w:t>
      </w:r>
    </w:p>
    <w:p>
      <w:pPr>
        <w:jc w:val="right"/>
      </w:pPr>
      <w:r>
        <w:t>اس سے پتہ ہے پتہ چلتا ہے کشمیر میں ایک ایک نیا ایک نئی سر طلوع ہو چکی</w:t>
      </w:r>
    </w:p>
    <w:p>
      <w:r>
        <w:rPr>
          <w:b/>
        </w:rPr>
        <w:t xml:space="preserve">[1:23:49] </w:t>
      </w:r>
      <w:r>
        <w:t>hai aik nai subah aa chuki hai wahan par</w:t>
      </w:r>
    </w:p>
    <w:p>
      <w:pPr>
        <w:jc w:val="right"/>
      </w:pPr>
      <w:r>
        <w:t>ہے ایک نئی صبح ا چکی ہے وہاں پر</w:t>
      </w:r>
    </w:p>
    <w:p>
      <w:r>
        <w:rPr>
          <w:b/>
        </w:rPr>
        <w:t xml:space="preserve">[1:23:53] </w:t>
      </w:r>
      <w:r>
        <w:t>aur inshallah yeh aur badhega badhega badhega yahan tak ke wahan yani nisf al nahar ka waqt aa jayega</w:t>
      </w:r>
    </w:p>
    <w:p>
      <w:pPr>
        <w:jc w:val="right"/>
      </w:pPr>
      <w:r>
        <w:t>اور انشاءاللہ یہ اور بڑھے گا بڑھے گا بڑھے گا یہاں تک کہ وہاں یعنی نصف النہار کا وقت ا جائے گا</w:t>
      </w:r>
    </w:p>
    <w:p>
      <w:r>
        <w:rPr>
          <w:b/>
        </w:rPr>
        <w:t xml:space="preserve">[1:24:04] </w:t>
      </w:r>
      <w:r>
        <w:t>maulana agla sawal lene se pehle ek comment padhna chahenge jo maulana abdul basit umri sahib ne likha hai doha qatar se unhon ne likha hai ke maulana aaj ke lecture se ladai bhadai ki zehniyat kitni badi mahroomi ka sabab hoti hai aaj hi maloom hua</w:t>
      </w:r>
    </w:p>
    <w:p>
      <w:pPr>
        <w:jc w:val="right"/>
      </w:pPr>
      <w:r>
        <w:t>مولانا اگلا سوال لینے سے پہلے ایک کمنٹ پڑھنا چاہیں گے جو مولانا عبدالباسط عمری صاحب نے لکھا ہے دوحہ قطر سے انہوں نے لکھا ہے کہ مولانا اج کے لیکچر سے لڑائی بھڑائی کی ذہنیت کتنی بڑی محرومی کا سبب ہوتی ہے اج ہی معلوم ہوا</w:t>
      </w:r>
    </w:p>
    <w:p>
      <w:r>
        <w:rPr>
          <w:b/>
        </w:rPr>
        <w:t xml:space="preserve">[1:24:23] </w:t>
      </w:r>
      <w:r>
        <w:t>maulana aaj se pehle main is baat ko nahi janta tha jazak Allah khair agla sawal delhi se hai miss sadia khan ka unhon ne likha hai maulana sahib please throw light on the need of sincerity for acquiring wisdom dekhen yeh yeh law of nature ki baat hai aap psychology ko padhiye aap</w:t>
      </w:r>
    </w:p>
    <w:p>
      <w:pPr>
        <w:jc w:val="right"/>
      </w:pPr>
      <w:r>
        <w:t>مولانا اج سے پہلے میں اس بات کو نہیں جانتا تھا جزاک اللہ خیر اگلا سوال دلی سے ہے مس سعدیہ خان کا انہوں نے لکھا ہے مولانا صاحب پلیز تھرو لائٹ ان دا نیڈ اف سنسیریٹی فار اکوائرنگ وزڈم دیکھیں یہ یہ لاء اف نیچر کی بات ہے اپ سائیکالوجی کو پڑھیے اپ</w:t>
      </w:r>
    </w:p>
    <w:p>
      <w:r>
        <w:rPr>
          <w:b/>
        </w:rPr>
        <w:t xml:space="preserve">[1:24:52] </w:t>
      </w:r>
      <w:r>
        <w:t>yeh bilkul yani jo psychology mein jo psychology kya hai study of man ke naam hai psychology</w:t>
      </w:r>
    </w:p>
    <w:p>
      <w:pPr>
        <w:jc w:val="right"/>
      </w:pPr>
      <w:r>
        <w:t>یہ بالکل یعنی جو سائیکالوجی میں جو سائیکالوجی کیا ہے سٹڈی اف مین کے نام ہے سائیکالوجی</w:t>
      </w:r>
    </w:p>
    <w:p>
      <w:r>
        <w:rPr>
          <w:b/>
        </w:rPr>
        <w:t xml:space="preserve">[1:25:03] </w:t>
      </w:r>
      <w:r>
        <w:t>to insan ke bare mein jo research ki gayi hai aur har aadmi ka apna tajurba bhi hai yeh ke agar koi baat aap ke sath pesh aati hai aap ke mizaj ke khilaf aur aap yani sanjidgi kho dete hain sincerity kho dete hain to foran kya hoga ke aap ki aql jo hai woh woh kaam karna band kar degi</w:t>
      </w:r>
    </w:p>
    <w:p>
      <w:pPr>
        <w:jc w:val="right"/>
      </w:pPr>
      <w:r>
        <w:t>تو انسان کے بارے میں جو ریسرچ کی گئی ہے اور ہر ادمی کا اپنا تجربہ بھی ہے یہ کہ اگر کوئی بات اپ کے ساتھ پیش اتی ہے اپ کے مزاج کے خلاف اور اپ یعنی سنجیدگی کھو دیتے ہیں سینٹیٹی کھو دیتے ہیں تو فورا کیا ہوگا کہ اپ کی عقل جو ہے وہ وہ کام کرنا بند کر دے گی</w:t>
      </w:r>
    </w:p>
    <w:p>
      <w:r>
        <w:rPr>
          <w:b/>
        </w:rPr>
        <w:t xml:space="preserve">[1:25:33] </w:t>
      </w:r>
      <w:r>
        <w:t>matlab negative baatein aayengi to yeh ek har aadmi ka zahiri tajurba hai aur psychology ki research bhi batati hai ke jab tak aadmi ke andar sanity hai sincerity hai seriousness hai tab tak us ki aql khoob kaam karti hai aur jaise hi sanity gayi sincerity gayi seriousness gayi us ki aql kaam nahi karti</w:t>
      </w:r>
    </w:p>
    <w:p>
      <w:pPr>
        <w:jc w:val="right"/>
      </w:pPr>
      <w:r>
        <w:t>مطلب نیگیٹیو باتیں ائیں گی تو یہ ایک ہر ادمی کا ظاہری تجربہ ہے اور سائیکالوجی کی ریسرچ بھی بتاتی ہے کہ جب تک ادمی کے اندر سینیٹی ہے سنسیریٹی ہے سیریسنس ہے تب تک اس کی عقل خوب کام کرتی ہے اور جیسے ہی سینیٹی گئی سنسیریٹی گئی سیریسنس گئی اس کی عقل کام نہیں کرتی</w:t>
      </w:r>
    </w:p>
    <w:p>
      <w:r>
        <w:rPr>
          <w:b/>
        </w:rPr>
        <w:t xml:space="preserve">[1:26:01] </w:t>
      </w:r>
      <w:r>
        <w:t>yeh har aadmi ka tajurba hai is mein koi yani main nahi samajhta kisi argument ki zaroorat hai</w:t>
      </w:r>
    </w:p>
    <w:p>
      <w:pPr>
        <w:jc w:val="right"/>
      </w:pPr>
      <w:r>
        <w:t>یہ ہر ادمی کا تجربہ ہے اس میں کوئی یعنی میں نہیں سمجھتا کسی ارگیومنٹ کی ضرورت ہے</w:t>
      </w:r>
    </w:p>
    <w:p>
      <w:r>
        <w:rPr>
          <w:b/>
        </w:rPr>
        <w:t xml:space="preserve">[1:26:11] </w:t>
      </w:r>
      <w:r>
        <w:t>to yeh to ek ek law of nature hai har aadmi ki duhai tajurba hai aur mukhtalif qomon ki misalein bhi is mein hain to is mein main main nahi samajhta kisi argument ki zaroorat hai maulana agla sawal tamil nadu se hai maulana farhad ahmed sahib ka</w:t>
      </w:r>
    </w:p>
    <w:p>
      <w:pPr>
        <w:jc w:val="right"/>
      </w:pPr>
      <w:r>
        <w:t>تو یہ تو ایک ایک لاء اف نیچر ہے ہر ادمی کی دعائی تجربہ ہے اور مختلف قوموں کی مثالیں بھی اس میں ہیں تو اس میں میں میں نہیں سمجھتا کسی ارگیومنٹ کی ضرورت ہے مولانا اگلا سوال تمل ناڈو سے ہے مولانا فرحد احمد صاحب کا</w:t>
      </w:r>
    </w:p>
    <w:p>
      <w:r>
        <w:rPr>
          <w:b/>
        </w:rPr>
        <w:t xml:space="preserve">[1:26:30] </w:t>
      </w:r>
      <w:r>
        <w:t>unho'n ne likha hai main ne ek baray 'alim ko kaha ke japan ne non violence ka rasta ikhtiyar kiya to kamyab ho gaya magar falasteen walon ne violence ka rasta ikhtiyar kiya to aj tak pareshan ho rahe hain yeh</w:t>
      </w:r>
    </w:p>
    <w:p>
      <w:pPr>
        <w:jc w:val="right"/>
      </w:pPr>
      <w:r>
        <w:t>انہوں نے لکھا ہے میں نے ایک بڑے عالم کو کہا کہ جاپان نے نان وائلنس کا راستہ اختیار کیا تو کامیاب ہو گیا مگر فلسطین والوں نے وائلنس کا راستہ اختیار کیا تو اج تک پریشان ہو رہے ہیں یہ</w:t>
      </w:r>
    </w:p>
    <w:p>
      <w:r>
        <w:rPr>
          <w:b/>
        </w:rPr>
        <w:t xml:space="preserve">[1:26:47] </w:t>
      </w:r>
      <w:r>
        <w:t>baat sun kar unho'n ne kaha ke main japan ke ta'alluq se aisa nahi samajhta hoon balkeh woh amreeka ka dam chala hai aur falasteen mein dam chala hai aur falasteen mein sazish ho rahi hai is liye wahan abhi tak solution nahi aya hai is ke bare mein aap kya kahengay sir jhooti baatein hain ab log jhooti baatein to kuch bolay abhi ghar ko aap kahengay ke hathi hai to main kya karunga bat</w:t>
      </w:r>
    </w:p>
    <w:p>
      <w:pPr>
        <w:jc w:val="right"/>
      </w:pPr>
      <w:r>
        <w:t>بات سن کر انہوں نے کہا کہ میں جاپان کے تعلق سے ایسا نہیں سمجھتا ہوں بلکہ وہ امریکہ کا دم چلا ہے اور فلسطین میں دم چھلا ہے اور فلسطین میں سازش ہو رہی ہے اس لیے وہاں ابھی تک سلویوشن نہیں ایا ہے اس کے بارے میں اپ کیا کہیں گے سر جھوٹی باتیں ہیں اب لوگ جھوٹی باتیں تو کچھ بولے ابھی گھر کو اپ کہیں کہ ہاتھی ہے تو میں کیا کروں گا بت</w:t>
      </w:r>
    </w:p>
    <w:p>
      <w:r>
        <w:rPr>
          <w:b/>
        </w:rPr>
        <w:t xml:space="preserve">[1:27:13] </w:t>
      </w:r>
      <w:r>
        <w:t>aiye ek admi aa ke chala hai yahan par sab hathiyan baithi hui hain yahan par sab oont baithe hue hain to main kya karunga koi sir hai peer yeh koi logic hai is mein in baaton ka koi jawab nahi hai so is ki khamoshi ek ulti baat to kuch bhi kahiye aap is kamre mein ek martaba ek sahib aaye darwaze par yeh sacha qissa batata hoon aap ko darwaze pe khare hue aur darwaze pe dekh dekh ke chale gaye ja ke apne sathiyon se kaha ke</w:t>
      </w:r>
    </w:p>
    <w:p>
      <w:pPr>
        <w:jc w:val="right"/>
      </w:pPr>
      <w:r>
        <w:t>ائیے ایک ادمی ا کے چلا ہے یہاں پر سب ہاتھیاں بیٹھی ہوئی ہیں یہاں پر سب اونٹ بیٹھے ہوئے ہیں تو میں کیا کروں گا کوئی سر ہے پیر یہ کوئی لاجک ہے اس میں ان باتوں کا کوئی جواب نہیں ہے سو اس کی خاموشی ایک الٹی بات تو کچھ بھی کہیے اپ اس کمرے میں ایک مرتبہ ایک صاحب ائے دروازے پر یہ سچا قصہ بتاتا ہوں اپ کو دروازے پہ کھڑے ہوئے اور دروازے پہ دیکھ دیکھ کے چلے گئے جا کے اپنے ساتھیوں سے کہا کہ</w:t>
      </w:r>
    </w:p>
    <w:p>
      <w:r>
        <w:rPr>
          <w:b/>
        </w:rPr>
        <w:t xml:space="preserve">[1:27:42] </w:t>
      </w:r>
      <w:r>
        <w:t>arey bhai wahan mein gaya tha woh to is mein kuch qalb laga</w:t>
      </w:r>
    </w:p>
    <w:p>
      <w:pPr>
        <w:jc w:val="right"/>
      </w:pPr>
      <w:r>
        <w:t>ارے بھئی وہاں میں گیا تھا وہ تو اس میں کچھ قلب لگا</w:t>
      </w:r>
    </w:p>
    <w:p>
      <w:r>
        <w:rPr>
          <w:b/>
        </w:rPr>
        <w:t xml:space="preserve">[1:27:46] </w:t>
      </w:r>
      <w:r>
        <w:t>ab bataiye ke yeh hum is spirituality ki baat karte hain Allah ke khauf ki baat karte hain</w:t>
      </w:r>
    </w:p>
    <w:p>
      <w:pPr>
        <w:jc w:val="right"/>
      </w:pPr>
      <w:r>
        <w:t>اب بتائیے کہ یہ ہم اس اسپیریچولٹی کی بات کرتے ہیں اللہ کے خوف کی بات کرتے ہیں</w:t>
      </w:r>
    </w:p>
    <w:p>
      <w:r>
        <w:rPr>
          <w:b/>
        </w:rPr>
        <w:t xml:space="preserve">[1:27:52] </w:t>
      </w:r>
      <w:r>
        <w:t>dawat Allah ki baat karte hain aur unhein laga ke yeh qalb hai to is ka koi jawab</w:t>
      </w:r>
    </w:p>
    <w:p>
      <w:pPr>
        <w:jc w:val="right"/>
      </w:pPr>
      <w:r>
        <w:t>دعوت اللہ کی بات کرتے ہیں اور انہیں لگا کہ یہ قلب ہے تو اس کا کوئی جواب</w:t>
      </w:r>
    </w:p>
    <w:p>
      <w:r>
        <w:rPr>
          <w:b/>
        </w:rPr>
        <w:t xml:space="preserve">[1:27:57] </w:t>
      </w:r>
      <w:r>
        <w:t>hai yeh to shaitan ki boliyan hain shaitan ki boliyan band nahi hongi is ka koi jawab</w:t>
      </w:r>
    </w:p>
    <w:p>
      <w:pPr>
        <w:jc w:val="right"/>
      </w:pPr>
      <w:r>
        <w:t>ہے یہ تو شیطان کی بولیاں ہیں شیطان کی بولیاں بند نہیں ہوں گی اس کا کوئی جواب</w:t>
      </w:r>
    </w:p>
    <w:p>
      <w:r>
        <w:rPr>
          <w:b/>
        </w:rPr>
        <w:t xml:space="preserve">[1:28:04] </w:t>
      </w:r>
      <w:r>
        <w:t>nahi siwaye is ke dua kiya jaye aise logon ke liye dua hota hai jawab nahi hota</w:t>
      </w:r>
    </w:p>
    <w:p>
      <w:pPr>
        <w:jc w:val="right"/>
      </w:pPr>
      <w:r>
        <w:t>نہیں سوائے اس کے دعا کیا جائے ایسے لوگوں کے لیے دعا ہوتا ہے جواب نہیں ہوتا</w:t>
      </w:r>
    </w:p>
    <w:p>
      <w:r>
        <w:rPr>
          <w:b/>
        </w:rPr>
        <w:t xml:space="preserve">[1:28:12] </w:t>
      </w:r>
      <w:r>
        <w:t>maulana agla sawal dilli se hai maulana zakwan nadvi sahib ka unho'n ne likha hai aap ne kai bar apne lecture mein aur al risala mein ek formula bataya hai woh formula hai one man one mission one man two mission mera sawal yeh hai ke practically yeh formula kaise applicable hoga is ke bare mein bataiye bohat dilchasp sawal hai yeh</w:t>
      </w:r>
    </w:p>
    <w:p>
      <w:pPr>
        <w:jc w:val="right"/>
      </w:pPr>
      <w:r>
        <w:t>مولانا اگلا سوال دلی سے ہے مولانا زکوان ندوی صاحب کا انہوں نے لکھا ہے اپ نے کئی بار اپنے لیکچر میں اور الرسالہ میں ایک فارمولا بتایا ہے وہ فارمولا ہے ون مین ون مشن ون مین ٹو مشن میرا سوال یہ ہے کہ پریکٹیکلی یہ فارمولا کیسے ایپلیکیبل ہوگا اس کے بارے میں بتائیں بہت دلچسپ سوال ہے یہ</w:t>
      </w:r>
    </w:p>
    <w:p>
      <w:r>
        <w:rPr>
          <w:b/>
        </w:rPr>
        <w:t xml:space="preserve">[1:28:39] </w:t>
      </w:r>
      <w:r>
        <w:t>aj main ne ek qissa parha aj hi ki baat ek thay maulana hasrat mohani yani freedom struggle ke zamanay mein un ka kafi naam aata tha maulana hasrat mohani bohat radical qism ke aadmi thay woh bohat radical to</w:t>
      </w:r>
    </w:p>
    <w:p>
      <w:pPr>
        <w:jc w:val="right"/>
      </w:pPr>
      <w:r>
        <w:t>اج میں نے ایک قصہ پڑھا اج ہی کی بات ایک تھے مولانا حسرت موہانی یعنی فریڈم اسٹرگل کے زمانے میں ان کا کافی نام اتا تھا مولانا حسرت موہانی بہت ریڈیکل قسم کے ادمی تھے وہ بہت ریڈیکل تو</w:t>
      </w:r>
    </w:p>
    <w:p>
      <w:r>
        <w:rPr>
          <w:b/>
        </w:rPr>
        <w:t xml:space="preserve">[1:29:04] </w:t>
      </w:r>
      <w:r>
        <w:t>british government ne un ko arrest kiya aur un ko jail mein daal diya to jail mein un ko kaam diya gaya yani jis ko kehte hain rigorous imprisonment yani bamushaqqat qaid to un ko chaki peesna hota tha chaki yani yani qaidiyon ke liye jo aata hota hai woh bahar se piswaya nahi jata ise log peeste hain isi un ki rotiyan banti</w:t>
      </w:r>
    </w:p>
    <w:p>
      <w:pPr>
        <w:jc w:val="right"/>
      </w:pPr>
      <w:r>
        <w:t>برٹش گورنمنٹ نے ان کو اریسٹ کیا اور ان کو جیل میں ڈال دیا تو جیل میں ان کو کام دیا گیا یعنی جس کو کہتے ہیں ریگرس پریزنمنٹ یعنی بامشقت قید تو ان کو چکی پیسنا ہوتا تھا چکی یعنی یعنی قیدیوں کے لیے جو اٹا ہوتا ہے وہ باہر سے پسوایا نہیں جاتا اسے لوگ پیستے ہیں اسی ان کی روٹیاں بنتی</w:t>
      </w:r>
    </w:p>
    <w:p>
      <w:r>
        <w:rPr>
          <w:b/>
        </w:rPr>
        <w:t xml:space="preserve">[1:29:33] </w:t>
      </w:r>
      <w:r>
        <w:t>hain pehle aisa tha aj kal bajne walon to behrhaal un ko rigorous imprisonment diya gaya yani qaid bamushaqqat aur chaki peesna hota tha un ko to woh thay shair bhi mahazr mohani jo thay freedom party bhi thay aur shair bhi thay to apne chaki peeste thay aur shairi bhi karte thay</w:t>
      </w:r>
    </w:p>
    <w:p>
      <w:pPr>
        <w:jc w:val="right"/>
      </w:pPr>
      <w:r>
        <w:t>ہیں پہلے ایسا تھا اج کل بجنے والوں تو بہرحال ان کو ریگرس امپریزنمنٹ دیا گیا یعنی قید بامشقت اور چکی پیسنا ہوتا تھا ان کو تو وہ تھے شاعر بھی ماحضر مہانی جو تھے فریڈم پارٹی بھی تھے اور شاعر بھی تھے تو اپنے چکی پیستے تھے اور شاعری بھی کرتے تھے</w:t>
      </w:r>
    </w:p>
    <w:p>
      <w:r>
        <w:rPr>
          <w:b/>
        </w:rPr>
        <w:t xml:space="preserve">[1:29:55] </w:t>
      </w:r>
      <w:r>
        <w:t>to un ka ek shair isi hawale mein kaha tha unho'n ne ke hai mashq e sukhan jari chaki ki mushaqqat bhi</w:t>
      </w:r>
    </w:p>
    <w:p>
      <w:pPr>
        <w:jc w:val="right"/>
      </w:pPr>
      <w:r>
        <w:t>تو ان کا ایک شعر اسی حوالے میں کہا تھا انہوں نے کہ ہے مشق سخن جاری چکی کی مشقت بھی</w:t>
      </w:r>
    </w:p>
    <w:p>
      <w:r>
        <w:rPr>
          <w:b/>
        </w:rPr>
        <w:t xml:space="preserve">[1:30:09] </w:t>
      </w:r>
      <w:r>
        <w:t>hai mashq e sukhan jari chaki ki mushaqqat bhi matlab yahi sahi hai hai da'i ka mu'amla ke matlab jo bhi Allah ta'ala ki taraf se us ko jis kaam mein dala gaya hai chahe business hai ya job hai koi bhi to woh woh bhi jari rahega aur sakht aur sakht sath sath kya hai mashq e sukhan bhi rahegi</w:t>
      </w:r>
    </w:p>
    <w:p>
      <w:pPr>
        <w:jc w:val="right"/>
      </w:pPr>
      <w:r>
        <w:t>ہے مشق سخن جاری چکی کی مشقت بھی مطلب یہی صحیح ہے ہے داعی کا معاملہ کہ مطلب جو بھی اللہ تعالی کی طرف سے اس کو جس کام میں ڈالا گیا ہے چاہے بزنس ہے یا جاب ہے کوئی بھی تو وہ وہ بھی جاری رہے گا اور ساخت اور ساخت ساتھ ساتھ کیا ہے مشق سخن بھی رہے گی</w:t>
      </w:r>
    </w:p>
    <w:p>
      <w:r>
        <w:rPr>
          <w:b/>
        </w:rPr>
        <w:t xml:space="preserve">[1:30:36] </w:t>
      </w:r>
      <w:r>
        <w:t>yani yani ma'rifat yani ma'rifat ki baat hai sochna dawat ke moqe hon dawat dena samajhta hoon ke woh jo formula jo main ne diya tha woh shayad ziyada realistic formula nahi tha ab main yeh kahunga ke har aadmi ka ek hi formula hai hai mashq e sukhan jari chaki ki mushaqqat bhi</w:t>
      </w:r>
    </w:p>
    <w:p>
      <w:pPr>
        <w:jc w:val="right"/>
      </w:pPr>
      <w:r>
        <w:t>یعنی یعنی معرفت یعنی معرفت کی بات ہے سوچنا دعوت کے موقع ہوں دعوت دینا سمجھتا ہوں کہ وہ جو فارمولا جو میں نے دیا تھا وہ شاید زیادہ ریلسٹک فارمولا نہیں تھا اب میں یہ کہوں گا کہ ہر ادمی کا ایک ہی فارمولا ہے ہے مشق سخن جاری چکی کی مشقت بھی</w:t>
      </w:r>
    </w:p>
    <w:p>
      <w:r>
        <w:rPr>
          <w:b/>
        </w:rPr>
        <w:t xml:space="preserve">[1:30:56] </w:t>
      </w:r>
      <w:r>
        <w:t>yani jo aap kaam kar rahe hain aap halaat ne aap ko jis kaam tak pohanchaya hai aap jis zer zira'at karte hain business karte hain aap job karte hain to karte rahiye is ko</w:t>
      </w:r>
    </w:p>
    <w:p>
      <w:pPr>
        <w:jc w:val="right"/>
      </w:pPr>
      <w:r>
        <w:t>یعنی جو اپ کام کر رہے ہیں اپ حالات نے اپ کو جس کام تک پہنچایا ہے اپ جس زیر زراعت کرتے ہیں بزنس کرتے ہیں اپ جاب کرتے ہیں تو کرتے رہیے اس کو</w:t>
      </w:r>
    </w:p>
    <w:p>
      <w:r>
        <w:rPr>
          <w:b/>
        </w:rPr>
        <w:t xml:space="preserve">[1:31:08] </w:t>
      </w:r>
      <w:r>
        <w:t>lekin waqt zaroorat aur isi ke sath moqe se halaat ke lihaz se aap yani Allah ke liye tadabbur kijiye Allah ki ma'rifat hasil kijiye cheezon se tosum kijiye aur jahan moqa ho dawat ka dawat dete rahiye yeh dono cheezein sath sath chalen gi</w:t>
      </w:r>
    </w:p>
    <w:p>
      <w:pPr>
        <w:jc w:val="right"/>
      </w:pPr>
      <w:r>
        <w:t>لیکن وقت ضرورت اور اسی کے ساتھ موقع سے حالات کے لحاظ سے اپ یعنی اللہ کے لیے تدبر کیجئے اللہ کی معرفت حاصل کیجئے چیزوں سے توسم کیجئے اور جہاں موقع ہو دعوت کا دعوت دیتے رہیے یہ دونوں چیزیں ساتھ ساتھ چلیں گی</w:t>
      </w:r>
    </w:p>
    <w:p>
      <w:r>
        <w:rPr>
          <w:b/>
        </w:rPr>
        <w:t xml:space="preserve">[1:31:30] </w:t>
      </w:r>
      <w:r>
        <w:t>alag alag nahi hai main samajhta hoon ke ek hi formula hai ke waqt zaroorat waqt zaroorat apni ma'ash hasil karna aur apne aap ko Allah ki ma'rifat mein Allah ki dawat mein involve rakhna yeh sath sath chalega dono ka bilkul wahi formula rahega ke hai mashwara sukhan jari chaki ki mushaqqat bhi sab ke liye ek hi formula hai main samajhta hoon ke do formula nahi hain</w:t>
      </w:r>
    </w:p>
    <w:p>
      <w:pPr>
        <w:jc w:val="right"/>
      </w:pPr>
      <w:r>
        <w:t>الگ الگ نہیں ہے میں سمجھتا ہوں کہ ایک ہی فارمولا ہے کہ وقت ضرورت وقت ضرورت اپنی معاش حاصل کرنا اور اپنے اپ کو اللہ کی معرفت میں اللہ کی دعوت میں انوالو رکھنا یہ ساتھ ساتھ چلے گا دونوں کا بالکل وہی فارمولا رہے گا کہ ہے مشورہ سخن جاری چکی کی مشقت بھی سب کے لیے ایک ہی فارمولا ہے میں سمجھتا ہوں کہ دو فارمولا نہیں ہیں</w:t>
      </w:r>
    </w:p>
    <w:p>
      <w:r>
        <w:rPr>
          <w:b/>
        </w:rPr>
        <w:t xml:space="preserve">[1:32:00] </w:t>
      </w:r>
      <w:r>
        <w:t>albata yeh formula jab aap chala payenge jab ke aap aram aur rahat aur aish luxury ke chakkar mein na paden balkeh waqt zaroorat par iktafa karen</w:t>
      </w:r>
    </w:p>
    <w:p>
      <w:pPr>
        <w:jc w:val="right"/>
      </w:pPr>
      <w:r>
        <w:t>البتہ یہ فارمولا جب اپ چلا پائیں گے جب کہ اپ ارام اور راحت اور عیش لگزری کے چکر میں نہ پڑیں بلکہ وقت ضرورت پر اکتفا کریں</w:t>
      </w:r>
    </w:p>
    <w:p>
      <w:r>
        <w:rPr>
          <w:b/>
        </w:rPr>
        <w:t xml:space="preserve">[1:32:13] </w:t>
      </w:r>
      <w:r>
        <w:t>maulana agla ek comment aaya hai mr shahnawaz zafar sahib ka dilli se unho'n ne likha hai maulana sahib i just wanted to share that i have felt a lot of changes in me after joining your classes</w:t>
      </w:r>
    </w:p>
    <w:p>
      <w:pPr>
        <w:jc w:val="right"/>
      </w:pPr>
      <w:r>
        <w:t>مولانا اگلا ایک کمنٹ ایا ہے مسٹر شاہنواز ظفر صاحب کا دلی سے انہوں نے لکھا ہے مولانا صاحب ائی جسٹ وانٹڈ ٹو شیئر دیٹ ائی ہیو فیلٹ لاٹ اف چینجز ان می افٹر جوائننگ یور کلاسز</w:t>
      </w:r>
    </w:p>
    <w:p>
      <w:r>
        <w:rPr>
          <w:b/>
        </w:rPr>
        <w:t xml:space="preserve">[1:32:29] </w:t>
      </w:r>
      <w:r>
        <w:t>now i can say that i love a dearest Allah the most in this world at the time of saying a last good bye to my company i have sent the mail which i am sharing with you this way of thinking is only because of your teachings maulana is mein unho'n ne apna woh mail share kara hai is mein likha hai respected seniors and dear colleagues hearty greetings of the day to all of you</w:t>
      </w:r>
    </w:p>
    <w:p>
      <w:pPr>
        <w:jc w:val="right"/>
      </w:pPr>
      <w:r>
        <w:t>ناؤ ائی کین سے دیٹ ائی لو ا ڈیئرسٹ اللہ دا موسٹ ان دس ورلڈ ایٹ دا ٹائم اف سینگ ا لاسٹ گڈ بائے ٹو مائی کمپنی ائی ہیو سینٹ دا میل وچ ائی ایم شیئرنگ ود یو دس وے اف تھنکنگ از اونلی بیکاز اف یور ٹیچنگز مولانا اس میں انہوں نے اپنا وہ میل شیئر کرا ہے اس میں لکھا ہے ریسپیکٹڈ سینئرز اینڈ ڈیئر کولیگز ہارٹی گریٹنگز اف دا ڈے ٹو ال اف یو</w:t>
      </w:r>
    </w:p>
    <w:p>
      <w:r>
        <w:rPr>
          <w:b/>
        </w:rPr>
        <w:t xml:space="preserve">[1:32:58] </w:t>
      </w:r>
      <w:r>
        <w:t>time has given this opportunity to inform you all that the moment has come to say a very good bye to all of you in the journey of my life it was my fate to spend the time of eight months with all of you this short span of time was a very unique and wonderful learning experience i would like to gift you all some good thoughts which will help you in achieving real success in your life</w:t>
      </w:r>
    </w:p>
    <w:p>
      <w:pPr>
        <w:jc w:val="right"/>
      </w:pPr>
      <w:r>
        <w:t>ٹائم ہیز گیون دس اپرچونیٹی ٹو انفارم یو ال دیٹ دا مومنٹ ہیز کم ٹو سے ا ویری گڈ بائے ٹو ال اف یو ان دا جرنی اف مائی لائف اٹ واز مائی فیٹ ٹو سپینڈ دا ٹائم اف ایٹ منتھ ود ال اف یو دس شارٹ سپین اف ٹائم واز ا ویری یونیک اینڈ ونڈرفل لرننگ ایکسپیرینس ائی وڈ لائک ٹو گفٹ یو ال سم گڈ تھاٹس وچ ویل ہیلپ یو ان اچیونگ ریل سکسیس ان یور لائف</w:t>
      </w:r>
    </w:p>
    <w:p>
      <w:r>
        <w:rPr>
          <w:b/>
        </w:rPr>
        <w:t xml:space="preserve">[1:33:27] </w:t>
      </w:r>
      <w:r>
        <w:t>in quran chapter 23 verse number 115 Allah says do you imagine that we created you without any purpose and you would not be brought back to us for account here quran guides us that the creator of the universe has created all human beings for a test only</w:t>
      </w:r>
    </w:p>
    <w:p>
      <w:pPr>
        <w:jc w:val="right"/>
      </w:pPr>
      <w:r>
        <w:t>ان قران چیپٹر 23 ورس نمبر 115 اللہ سیز ڈو یو امیجن دیٹ وی کریٹڈ یو وداؤٹ اینی پرپس اینڈ یو وڈ ناٹ بی براٹ بیک ٹو اس فار اکاؤنٹ ہیر قران گائیڈز اس دیٹ دا کریٹر اف دا یونیورس ہیز کریٹڈ ال ہیومن بینگز فار ا ٹیسٹ اونلی</w:t>
      </w:r>
    </w:p>
    <w:p>
      <w:r>
        <w:rPr>
          <w:b/>
        </w:rPr>
        <w:t xml:space="preserve">[1:33:48] </w:t>
      </w:r>
      <w:r>
        <w:t>as a part of test he has given us freedom and it is up to us whether to</w:t>
      </w:r>
    </w:p>
    <w:p>
      <w:pPr>
        <w:jc w:val="right"/>
      </w:pPr>
      <w:r>
        <w:t>ایز ا پارٹ اف ٹیسٹ ہی ہیز گیون اس فریڈم اینڈ اٹ از اپ ٹو اس ویدر ٹو</w:t>
      </w:r>
    </w:p>
    <w:p>
      <w:r>
        <w:rPr>
          <w:b/>
        </w:rPr>
        <w:t xml:space="preserve">[1:33:54] </w:t>
      </w:r>
      <w:r>
        <w:t>use it in a proper way or misuse it the freedom exists only for a limited period</w:t>
      </w:r>
    </w:p>
    <w:p>
      <w:pPr>
        <w:jc w:val="right"/>
      </w:pPr>
      <w:r>
        <w:t>یوز اٹ ان ا پراپر وے اور مس یوز اٹ دا فریڈم ایگزسٹ اونلی فار ا لمیٹڈ پیریڈ</w:t>
      </w:r>
    </w:p>
    <w:p>
      <w:r>
        <w:rPr>
          <w:b/>
        </w:rPr>
        <w:t xml:space="preserve">[1:34:00] </w:t>
      </w:r>
      <w:r>
        <w:t>of testing life testing time when the testing time is over there will be a day of judgment</w:t>
      </w:r>
    </w:p>
    <w:p>
      <w:pPr>
        <w:jc w:val="right"/>
      </w:pPr>
      <w:r>
        <w:t>اف ٹیسٹنگ لائف ٹیسٹنگ ٹائم وین دا ٹیسٹنگ ٹائم از اوور دیر ویل بی ا ڈے اف ججمنٹ</w:t>
      </w:r>
    </w:p>
    <w:p>
      <w:r>
        <w:rPr>
          <w:b/>
        </w:rPr>
        <w:t xml:space="preserve">[1:34:07] </w:t>
      </w:r>
      <w:r>
        <w:t>when everyone of us be brought back in front of him for account settlement the reward or</w:t>
      </w:r>
    </w:p>
    <w:p>
      <w:pPr>
        <w:jc w:val="right"/>
      </w:pPr>
      <w:r>
        <w:t>وین ایوری ون اف اس بی براٹ بیک ان فرنٹ اف ہم فار اکاؤنٹ سیٹلمنٹ دا ریوارڈ اور</w:t>
      </w:r>
    </w:p>
    <w:p>
      <w:r>
        <w:rPr>
          <w:b/>
        </w:rPr>
        <w:t xml:space="preserve">[1:34:15] </w:t>
      </w:r>
      <w:r>
        <w:t>punishment be subject to the performance level</w:t>
      </w:r>
    </w:p>
    <w:p>
      <w:pPr>
        <w:jc w:val="right"/>
      </w:pPr>
      <w:r>
        <w:t>پنشمنٹ بی سبجیکٹ ٹو دا پرفارمنس لیول</w:t>
      </w:r>
    </w:p>
    <w:p>
      <w:r>
        <w:rPr>
          <w:b/>
        </w:rPr>
        <w:t xml:space="preserve">[1:34:18] </w:t>
      </w:r>
      <w:r>
        <w:t>hence and of the day all the common man business heads branch heads regional heads and country heads have to report to the universe head the owner of any organization tolerate his employees not following company guidelines then how come almighty god tolerate any one of this nature in his world</w:t>
      </w:r>
    </w:p>
    <w:p>
      <w:pPr>
        <w:jc w:val="right"/>
      </w:pPr>
      <w:r>
        <w:t>ہینس اینڈ اف دا ڈے ال دا کامن مین بزنس ہیڈز برانچ ہیڈز ریجنل ہیڈز اینڈ کنٹری ہیڈز ہیو ٹو رپورٹ ٹو دا یونیورس ہیڈ دا اونر اف اینی ارگنائزیشن ٹولریٹ ہز ایمپلائیز ناٹ فالونگ کمپنی گائیڈ لائنز دین ہاؤ کم المائٹی گاڈ ٹولریٹ اینی ون اف دس نیچر ان ہز ورلڈ</w:t>
      </w:r>
    </w:p>
    <w:p>
      <w:r>
        <w:rPr>
          <w:b/>
        </w:rPr>
        <w:t xml:space="preserve">[1:34:42] </w:t>
      </w:r>
      <w:r>
        <w:t>let all of us make an effort to use our freedom with a positive spirit as per the creation plan of almighty god and let's be among the successful ones my best wishes are with all of you shahnawaz zafar jazak Allah jazak Allah maulana agla sawal dilli se hai dr paridhan ka unho'n ne likha hai</w:t>
      </w:r>
    </w:p>
    <w:p>
      <w:pPr>
        <w:jc w:val="right"/>
      </w:pPr>
      <w:r>
        <w:t>لیٹ ال اف اس میک این ایفرٹ ٹو یوز ار فریڈم ودا پوزیٹیو سپرٹ ایز پر دا کریشن پلان اف المائٹی گاڈ اینڈ لیٹس بی امنگ دا سکسیس فل ونز مائی بیسٹ وشز ار ود ال اف یو شاہنواز ظفر جزاکم اللہ جزاکم اللہ مولانا اگلا سوال دلی سے ہے ڈاکٹر پریدھان کا انہوں نے لکھا ہے</w:t>
      </w:r>
    </w:p>
    <w:p>
      <w:r>
        <w:rPr>
          <w:b/>
        </w:rPr>
        <w:t xml:space="preserve">[1:35:08] </w:t>
      </w:r>
      <w:r>
        <w:t>maulana can we describe all the problems of muslims in assam palestine burma kashmir and many parts of the world as azab from Allah because muslims are not spreading word of god to non believers nahi dekhiye azab ka lafz bolne ka hamein haq nahi hai kisi paighambar ko haq nahi hota yeh bohat yani bari jurrat hogi ke hum azab kar den</w:t>
      </w:r>
    </w:p>
    <w:p>
      <w:pPr>
        <w:jc w:val="right"/>
      </w:pPr>
      <w:r>
        <w:t>مولانا کین وی ڈسکرائب ال دی پرابلمز اف مسلمز ان اسام فلسطین برما کشمیر اینڈ مینی پارٹس اف دا ورلڈ ایز عذاب فرام اللہ بیکاز مسلمز ار ناٹ سپریڈنگ ورڈ اف گاڈ ٹو نان بیلیورز نہیں دیکھیے عذاب کا لفظ بولنے کا ہمیں حق نہیں ہے کسی پیغمبر کو حق نہیں ہوتا یہ بہت یعنی بڑی جرات ہوگی کہ ہم عذاب کر دیں</w:t>
      </w:r>
    </w:p>
    <w:p>
      <w:r>
        <w:rPr>
          <w:b/>
        </w:rPr>
        <w:t xml:space="preserve">[1:35:38] </w:t>
      </w:r>
      <w:r>
        <w:t>yeh Allah ke domain mein dakhil hona hai</w:t>
      </w:r>
    </w:p>
    <w:p>
      <w:pPr>
        <w:jc w:val="right"/>
      </w:pPr>
      <w:r>
        <w:t>یہ اللہ کے ڈومین میں داخل ہونا ہے</w:t>
      </w:r>
    </w:p>
    <w:p>
      <w:r>
        <w:rPr>
          <w:b/>
        </w:rPr>
        <w:t xml:space="preserve">[1:35:42] </w:t>
      </w:r>
      <w:r>
        <w:t>to apni limit pe rakh kar hamein bolna parega insan ki limit mein</w:t>
      </w:r>
    </w:p>
    <w:p>
      <w:pPr>
        <w:jc w:val="right"/>
      </w:pPr>
      <w:r>
        <w:t>تو اپنی لیمٹ پہ رکھ کر ہمیں بولنا پڑے گا انسان کی لیمٹ میں</w:t>
      </w:r>
    </w:p>
    <w:p>
      <w:r>
        <w:rPr>
          <w:b/>
        </w:rPr>
        <w:t xml:space="preserve">[1:35:47] </w:t>
      </w:r>
      <w:r>
        <w:t>azaab ka lafz jo hai woh Allah ke ki ki</w:t>
      </w:r>
    </w:p>
    <w:p>
      <w:pPr>
        <w:jc w:val="right"/>
      </w:pPr>
      <w:r>
        <w:t>عذاب کا لفظ جو ہے وہ اللہ کے کی کی</w:t>
      </w:r>
    </w:p>
    <w:p>
      <w:r>
        <w:rPr>
          <w:b/>
        </w:rPr>
        <w:t xml:space="preserve">[1:35:53] </w:t>
      </w:r>
      <w:r>
        <w:t>ki boli hamari boli nahi hai to hum apne apne lehaz se insani dayre mein rakh kar hum</w:t>
      </w:r>
    </w:p>
    <w:p>
      <w:pPr>
        <w:jc w:val="right"/>
      </w:pPr>
      <w:r>
        <w:t>کی بولی ہماری بولی نہیں ہے تو ہم اپنے اپنے لحاظ سے انسانی دائرے میں رکھ کر ہم</w:t>
      </w:r>
    </w:p>
    <w:p>
      <w:r>
        <w:rPr>
          <w:b/>
        </w:rPr>
        <w:t xml:space="preserve">[1:35:59] </w:t>
      </w:r>
      <w:r>
        <w:t>yahi kahengay jo hadith mein hai ke musalmanon ne ladai jhagde ka culture chalaya to un ki</w:t>
      </w:r>
    </w:p>
    <w:p>
      <w:pPr>
        <w:jc w:val="right"/>
      </w:pPr>
      <w:r>
        <w:t>یہی کہیں گے جو حدیث میں ہے کہ مسلمانوں نے لڑائی جھگڑے کا کلچر چلایا تو ان کی</w:t>
      </w:r>
    </w:p>
    <w:p>
      <w:r>
        <w:rPr>
          <w:b/>
        </w:rPr>
        <w:t xml:space="preserve">[1:36:06] </w:t>
      </w:r>
      <w:r>
        <w:t>aql khoi gayi</w:t>
      </w:r>
    </w:p>
    <w:p>
      <w:pPr>
        <w:jc w:val="right"/>
      </w:pPr>
      <w:r>
        <w:t>عقل کھوئی گئی</w:t>
      </w:r>
    </w:p>
    <w:p>
      <w:r>
        <w:rPr>
          <w:b/>
        </w:rPr>
        <w:t xml:space="preserve">[1:36:09] </w:t>
      </w:r>
      <w:r>
        <w:t>yahi kahengay baqi jo hai woh Allah ka mu'amla hai woh Allah hi kar sakta hai hum nahi kar sakte maulana agla sawal dilli se hai miss naghma siddiqui ka unho'n ne likha hai maulana you say all quran verses hadith have a general principle how can we understand these principles kindly comment</w:t>
      </w:r>
    </w:p>
    <w:p>
      <w:pPr>
        <w:jc w:val="right"/>
      </w:pPr>
      <w:r>
        <w:t>یہی کہیں گے باقی جو ہے وہ اللہ کا معاملہ ہے وہ اللہ ہی کر سکتا ہے ہم نہیں کر سکتے مولانا اگلا سوال دلی سے ہے مس نغمہ صدیقی کا انہوں نے لکھا ہے مولانا یو سے ال قران ورسز حدیث ہیو ا جنرل پرنسپل ہاؤ کین وی انڈرسٹینڈ دی پرنسپلز کائنڈلی کمنٹ</w:t>
      </w:r>
    </w:p>
    <w:p>
      <w:r>
        <w:rPr>
          <w:b/>
        </w:rPr>
        <w:t xml:space="preserve">[1:36:36] </w:t>
      </w:r>
      <w:r>
        <w:t>ek hi tareeqa hai ap ab apni aql ko bachayen aql ko bachana jo hai asal ahmiyat is ki hai dekhiye bachana kya cheez hai main ap ko do qissay batata hoon dilli mein ek hakeem thay aj kal ke hakeem nahi is zamanay ke hakeem jo bohat hi doosray dhang ke log hotay thay</w:t>
      </w:r>
    </w:p>
    <w:p>
      <w:pPr>
        <w:jc w:val="right"/>
      </w:pPr>
      <w:r>
        <w:t>ایک ہی طریقہ ہے اپ اب اپنی عقل کو بچائیں عقل کو بچانا جو ہے اصل اہمیت اس کی ہے دیکھیے بچانا کیا چیز ہے میں اپ کو دو قصے بتاتا ہوں دلی میں ایک حکیم تھے اج کل کے حکیم نہیں اس زمانے کے حکیم جو بہت ہی دوسرے ڈھنگ کے لوگ ہوتے تھے</w:t>
      </w:r>
    </w:p>
    <w:p>
      <w:r>
        <w:rPr>
          <w:b/>
        </w:rPr>
        <w:t xml:space="preserve">[1:37:05] </w:t>
      </w:r>
      <w:r>
        <w:t>to wo yani qalam ko istemal nahi kartay thay yani aj ap jab bhi ap jab ap wo likhtay hain yani ek mareez ko dekha ap ne to mareez ko dekhnay ke baad nuskhah likhtay hain to qalam istemal kartay hain qalam se likha ap ne to wo munh se boltay thay wo qalam istemal nahi kartay thay wo</w:t>
      </w:r>
    </w:p>
    <w:p>
      <w:pPr>
        <w:jc w:val="right"/>
      </w:pPr>
      <w:r>
        <w:t>تو وہ یعنی قلم کو استعمال نہیں کرتے تھے یعنی اج اپ جب بھی اپ جب اپ وہ لکھتے ہیں یعنی ایک مریض کو دیکھا اپ نے تو مریض کو دیکھنے کے بعد نسخہ لکھتے ہیں تو قلم استعمال کرتے ہیں قلم سے لکھا اپ نے تو وہ منہ سے بولتے تھے وہ قلم استعمال نہیں کرتے تھے وہ</w:t>
      </w:r>
    </w:p>
    <w:p>
      <w:r>
        <w:rPr>
          <w:b/>
        </w:rPr>
        <w:t xml:space="preserve">[1:37:29] </w:t>
      </w:r>
      <w:r>
        <w:t>kisi ne poocha ke aap sab log qalam istemal karte hain is se nuskhah likhne ke liye aap</w:t>
      </w:r>
    </w:p>
    <w:p>
      <w:pPr>
        <w:jc w:val="right"/>
      </w:pPr>
      <w:r>
        <w:t>کسی نے پوچھا کہ اپ سب لوگ قلم استعمال کرتے ہیں اس سے نسخہ لکھنے کے لیے اپ</w:t>
      </w:r>
    </w:p>
    <w:p>
      <w:r>
        <w:rPr>
          <w:b/>
        </w:rPr>
        <w:t xml:space="preserve">[1:37:34] </w:t>
      </w:r>
      <w:r>
        <w:t>istemal nahi karte aap bolte hain halanke aap ka hath jo hai theek jo hai istemal karte hain</w:t>
      </w:r>
    </w:p>
    <w:p>
      <w:pPr>
        <w:jc w:val="right"/>
      </w:pPr>
      <w:r>
        <w:t>استعمال نہیں کرتے اپ بولتے ہیں حالانکہ اپ کا ہاتھ جو ہے ٹھیک جو ہے استعمال کرتے ہیں</w:t>
      </w:r>
    </w:p>
    <w:p>
      <w:r>
        <w:rPr>
          <w:b/>
        </w:rPr>
        <w:t xml:space="preserve">[1:37:39] </w:t>
      </w:r>
      <w:r>
        <w:t>qalam aap to unhon ne jawab diya ke mein apne hath ko mehfooz rakhne ke liye aisa karta</w:t>
      </w:r>
    </w:p>
    <w:p>
      <w:pPr>
        <w:jc w:val="right"/>
      </w:pPr>
      <w:r>
        <w:t>قلم اپ تو انہوں نے جواب دیا کہ میں اپنے ہاتھ کو محفوظ رکھنے کے لیے ایسا کرتا</w:t>
      </w:r>
    </w:p>
    <w:p>
      <w:r>
        <w:rPr>
          <w:b/>
        </w:rPr>
        <w:t xml:space="preserve">[1:37:45] </w:t>
      </w:r>
      <w:r>
        <w:t>hoon kyunke hath se mein nafs dekhta hoon mein hath mein bohat ziyada sensitivity honi chahiye sensitivity</w:t>
      </w:r>
    </w:p>
    <w:p>
      <w:pPr>
        <w:jc w:val="right"/>
      </w:pPr>
      <w:r>
        <w:t>ہوں کیونکہ ہاتھ سے میں نفس دیکھتا ہوں میں ہاتھ میں بہت زیادہ سینسٹیو ہونی چاہیے سینسٹیوٹی</w:t>
      </w:r>
    </w:p>
    <w:p>
      <w:r>
        <w:rPr>
          <w:b/>
        </w:rPr>
        <w:t xml:space="preserve">[1:37:54] </w:t>
      </w:r>
      <w:r>
        <w:t>jitni ziyada sensitivity hogi utni mein nafs ko pakar paunga</w:t>
      </w:r>
    </w:p>
    <w:p>
      <w:pPr>
        <w:jc w:val="right"/>
      </w:pPr>
      <w:r>
        <w:t>جتنی زیادہ سینسٹیوٹی ہوگی اتنی میں نفس کو پکڑ پاؤں گا</w:t>
      </w:r>
    </w:p>
    <w:p>
      <w:r>
        <w:rPr>
          <w:b/>
        </w:rPr>
        <w:t xml:space="preserve">[1:37:59] </w:t>
      </w:r>
      <w:r>
        <w:t>to hath ki sensitive sensitivity ko bagh rakhnay ke liye wo qalam nahi pakartay thay wo aur ek misaal main doonga ap ko ke deoband ke maulana anwar shah kashmiri thay un ko aam pasand tha lekin wo aam kaise khatay thay un ka nazariya tha ke khatay aam se hafza kharab hota hai</w:t>
      </w:r>
    </w:p>
    <w:p>
      <w:pPr>
        <w:jc w:val="right"/>
      </w:pPr>
      <w:r>
        <w:t>تو ہاتھ کی سینسٹیو سینسٹیوٹی کو باغ رکھنے کے لیے وہ قلب نہیں پکڑتے تھے وہ اور ایک مثال میں دوں گا اپ کو کہ دیوبند کے مولانا انور شاہ کشمیری تھے ان کو ام پسند تھا لیکن وہ ام کیسے کھاتے تھے ان کا نظریہ تھا کہ کھٹے ام سے حافظہ خراب ہوتا ہے</w:t>
      </w:r>
    </w:p>
    <w:p>
      <w:r>
        <w:rPr>
          <w:b/>
        </w:rPr>
        <w:t xml:space="preserve">[1:38:22] </w:t>
      </w:r>
      <w:r>
        <w:t>apne hafze ko bohat bachate thay woh to jahan am khana hota tha to aik aadmi bithate thay</w:t>
      </w:r>
    </w:p>
    <w:p>
      <w:pPr>
        <w:jc w:val="right"/>
      </w:pPr>
      <w:r>
        <w:t>اپنے حافظے کو بہت بچاتے تھے وہ تو جہاں ام کھانا ہوتا تھا تو ایک ادمی بٹھاتے تھے</w:t>
      </w:r>
    </w:p>
    <w:p>
      <w:r>
        <w:rPr>
          <w:b/>
        </w:rPr>
        <w:t xml:space="preserve">[1:38:27] </w:t>
      </w:r>
      <w:r>
        <w:t>woh ke pehle chak ke deta batata tha ke am meetha hai khatta hai to khatte wala chhod</w:t>
      </w:r>
    </w:p>
    <w:p>
      <w:pPr>
        <w:jc w:val="right"/>
      </w:pPr>
      <w:r>
        <w:t>وہ کہ پہلے چک کے دیتا بتاتا تھا کہ ام میٹھا ہے کھٹا ہے تو کھٹے والا چھوڑ</w:t>
      </w:r>
    </w:p>
    <w:p>
      <w:r>
        <w:rPr>
          <w:b/>
        </w:rPr>
        <w:t xml:space="preserve">[1:38:34] </w:t>
      </w:r>
      <w:r>
        <w:t>dete the wo sirf meetha wala lete the wo kyunke un ko wo samajhte hain ke khata am</w:t>
      </w:r>
    </w:p>
    <w:p>
      <w:pPr>
        <w:jc w:val="right"/>
      </w:pPr>
      <w:r>
        <w:t>دیتے تھے وہ صرف میٹھا والا لیتے تھے وہ کیونکہ ان کو وہ سمجھتے ہیں کہ کھٹا ام</w:t>
      </w:r>
    </w:p>
    <w:p>
      <w:r>
        <w:rPr>
          <w:b/>
        </w:rPr>
        <w:t xml:space="preserve">[1:38:38] </w:t>
      </w:r>
      <w:r>
        <w:t>khaunga to mera hafza kharab ho jayega</w:t>
      </w:r>
    </w:p>
    <w:p>
      <w:pPr>
        <w:jc w:val="right"/>
      </w:pPr>
      <w:r>
        <w:t>کھاؤں گا تو میرا حافظہ خراب ہو جائے گا</w:t>
      </w:r>
    </w:p>
    <w:p>
      <w:r>
        <w:rPr>
          <w:b/>
        </w:rPr>
        <w:t xml:space="preserve">[1:38:42] </w:t>
      </w:r>
      <w:r>
        <w:t>to apni aql ko bachana hai aql to allah ne di har admi ko lekin log bacha nahi</w:t>
      </w:r>
    </w:p>
    <w:p>
      <w:pPr>
        <w:jc w:val="right"/>
      </w:pPr>
      <w:r>
        <w:t>تو اپنی عقل کو بچانا ہے عقل تو اللہ نے دی ہر ادمی کو لیکن لوگ بچا نہیں</w:t>
      </w:r>
    </w:p>
    <w:p>
      <w:r>
        <w:rPr>
          <w:b/>
        </w:rPr>
        <w:t xml:space="preserve">[1:38:47] </w:t>
      </w:r>
      <w:r>
        <w:t>pate bachane ke mani kya hain</w:t>
      </w:r>
    </w:p>
    <w:p>
      <w:pPr>
        <w:jc w:val="right"/>
      </w:pPr>
      <w:r>
        <w:t>پاتے بچانے کے معنی کیا ہیں</w:t>
      </w:r>
    </w:p>
    <w:p>
      <w:r>
        <w:rPr>
          <w:b/>
        </w:rPr>
        <w:t xml:space="preserve">[1:38:53] </w:t>
      </w:r>
      <w:r>
        <w:t>aql mein negative thought dalna aql mein intiqam ke jazbat dalna aur aql mein yani intolerance dalna aql mein yeh sab batain dalna hai ke zalim hai wo sadi si hai yeh sari batain aql ko</w:t>
      </w:r>
    </w:p>
    <w:p>
      <w:pPr>
        <w:jc w:val="right"/>
      </w:pPr>
      <w:r>
        <w:t>عقل میں نیگیٹیو تھاٹ ڈالنا عقل میں انتقام کے جذبات ڈالنا اور عقل میں یعنی ان ٹالرنس ڈالنا عقل میں یہ سب باتیں ڈالنا ہے کہ ظالم ہے وہ سادی سی ہے یہ ساری باتیں عقل کو</w:t>
      </w:r>
    </w:p>
    <w:p>
      <w:r>
        <w:rPr>
          <w:b/>
        </w:rPr>
        <w:t xml:space="preserve">[1:39:16] </w:t>
      </w:r>
      <w:r>
        <w:t>maaf kar deti hain parda</w:t>
      </w:r>
    </w:p>
    <w:p>
      <w:pPr>
        <w:jc w:val="right"/>
      </w:pPr>
      <w:r>
        <w:t>معاف کر دیتی ہیں پردہ</w:t>
      </w:r>
    </w:p>
    <w:p>
      <w:r>
        <w:rPr>
          <w:b/>
        </w:rPr>
        <w:t xml:space="preserve">[1:39:18] </w:t>
      </w:r>
      <w:r>
        <w:t>dal deti hain to agar ap apni aql ko bacha saken to is ke baad is ka result yaqeeni tor par milta hai naam ke liye result na milay to sara jo hamein dhiyan dena hai tawajjuh aql ke is khuda ki di hui aql ko mehfooz rakhna bas mehfooz rakhnay ki koshish kijiye baqi aql to apna kaam khud kare gi apna kaam khud kare gi</w:t>
      </w:r>
    </w:p>
    <w:p>
      <w:pPr>
        <w:jc w:val="right"/>
      </w:pPr>
      <w:r>
        <w:t>ڈال دیتی ہیں تو اگر اپ اپنی عقل کو بچا سکیں تو اس کے بعد اس کا رزلٹ یقینی طور پر ملتا ہے نام کے لیے رزلٹ نہ ملے تو سارا جو ہمیں دھیان دینا ہے توجہ عقل کے اس خدا کی دی ہوئی عقل کو محفوظ رکھنا بس محفوظ رکھنے کی کوشش کیجئے باقی عقل تو اپنا کام خود کرے گی اپنا کام خود کرے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