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Hajj | November 10, 2007</w:t>
      </w:r>
    </w:p>
    <w:p>
      <w:r>
        <w:t>https://www.youtube.com/watch?v=lLM-kLIlvdw</w:t>
      </w:r>
    </w:p>
    <w:p>
      <w:r>
        <w:rPr>
          <w:b/>
        </w:rPr>
        <w:t xml:space="preserve">[00:13] </w:t>
      </w:r>
      <w:r>
        <w:t>Bismillah Rehman ur Rahim, wa Salla Allahu ala Nabi al Kareem.</w:t>
      </w:r>
    </w:p>
    <w:p>
      <w:pPr>
        <w:jc w:val="right"/>
      </w:pPr>
      <w:r>
        <w:t>بسم اللہ الرحمن الرحیم، وصلی اللہ علی النبی الکریم۔</w:t>
      </w:r>
    </w:p>
    <w:p>
      <w:r>
        <w:rPr>
          <w:b/>
        </w:rPr>
        <w:t xml:space="preserve">[00:21]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[00:29] </w:t>
      </w:r>
      <w:r>
        <w:t>is waqt mujhe Hajj ke baray mein kuch baatein kehna hain.</w:t>
      </w:r>
    </w:p>
    <w:p>
      <w:pPr>
        <w:jc w:val="right"/>
      </w:pPr>
      <w:r>
        <w:t>اس وقت مجھے حج کے بارے میں کچھ باتیں کہنا ہیں۔</w:t>
      </w:r>
    </w:p>
    <w:p>
      <w:r>
        <w:rPr>
          <w:b/>
        </w:rPr>
        <w:t xml:space="preserve">[00:37] </w:t>
      </w:r>
      <w:r>
        <w:t>aap jante hain ke Hajj</w:t>
      </w:r>
    </w:p>
    <w:p>
      <w:pPr>
        <w:jc w:val="right"/>
      </w:pPr>
      <w:r>
        <w:t>آپ جانتے ہیں کہ حج</w:t>
      </w:r>
    </w:p>
    <w:p>
      <w:r>
        <w:rPr>
          <w:b/>
        </w:rPr>
        <w:t xml:space="preserve">[00:45] </w:t>
      </w:r>
      <w:r>
        <w:t>Islam ka panjvaan rukun hai, aur aam taur par ulma ne yeh kaha hai ke Hajj afzal ibadat</w:t>
      </w:r>
    </w:p>
    <w:p>
      <w:pPr>
        <w:jc w:val="right"/>
      </w:pPr>
      <w:r>
        <w:t>اسلام کا پانچواں رکن ہے، اور عام طور پر علماء نے یہ کہا ہے کہ حج افضل عبادت</w:t>
      </w:r>
    </w:p>
    <w:p>
      <w:r>
        <w:rPr>
          <w:b/>
        </w:rPr>
        <w:t xml:space="preserve">[00:55] </w:t>
      </w:r>
      <w:r>
        <w:t>hai, yani tamam ibadaton mein sab se ziyada afzal, aur is ka sawab bohat ziyada hai.</w:t>
      </w:r>
    </w:p>
    <w:p>
      <w:pPr>
        <w:jc w:val="right"/>
      </w:pPr>
      <w:r>
        <w:t>ہے، یعنی تمام عبادتوں میں سب سے زیادہ افضل، اور اس کا ثواب بہت زیادہ ہے۔</w:t>
      </w:r>
    </w:p>
    <w:p>
      <w:r>
        <w:rPr>
          <w:b/>
        </w:rPr>
        <w:t xml:space="preserve">[01:05] </w:t>
      </w:r>
      <w:r>
        <w:t>to sawal yeh hai ke Hajj afzal ibadat kyun hai?</w:t>
      </w:r>
    </w:p>
    <w:p>
      <w:pPr>
        <w:jc w:val="right"/>
      </w:pPr>
      <w:r>
        <w:t>تو سوال یہ ہے کہ حج افضل عبادت کیوں ہے؟</w:t>
      </w:r>
    </w:p>
    <w:p>
      <w:r>
        <w:rPr>
          <w:b/>
        </w:rPr>
        <w:t xml:space="preserve">[01:15] </w:t>
      </w:r>
      <w:r>
        <w:t>is ka sawab itna ziyada kyun hai? agar aap Previlent situation jo hai us ko dekhen to aap</w:t>
      </w:r>
    </w:p>
    <w:p>
      <w:pPr>
        <w:jc w:val="right"/>
      </w:pPr>
      <w:r>
        <w:t>اس کا ثواب اتنا زیادہ کیوں ہے؟ اگر آپ پریویلینٹ سچویشن جو ہے اس کو دیکھیں تو آپ</w:t>
      </w:r>
    </w:p>
    <w:p>
      <w:r>
        <w:rPr>
          <w:b/>
        </w:rPr>
        <w:t xml:space="preserve">[01:23] </w:t>
      </w:r>
      <w:r>
        <w:t>mehsoos kareinge ke kuch rituals hain, un ko ada karna yahi Hajj hai, aur inhi rituals par</w:t>
      </w:r>
    </w:p>
    <w:p>
      <w:pPr>
        <w:jc w:val="right"/>
      </w:pPr>
      <w:r>
        <w:t>محسوس کریں گے کہ کچھ ریچولز ہیں، ان کو ادا کرنا یہی حج ہے، اور انہی ریچولز پر</w:t>
      </w:r>
    </w:p>
    <w:p>
      <w:r>
        <w:rPr>
          <w:b/>
        </w:rPr>
        <w:t xml:space="preserve">[01:30] </w:t>
      </w:r>
      <w:r>
        <w:t>bohat bara reward khuda ne rakh diya hai.</w:t>
      </w:r>
    </w:p>
    <w:p>
      <w:pPr>
        <w:jc w:val="right"/>
      </w:pPr>
      <w:r>
        <w:t>بہت بڑا ریوارڈ خدا نے رکھ دیا ہے۔</w:t>
      </w:r>
    </w:p>
    <w:p>
      <w:r>
        <w:rPr>
          <w:b/>
        </w:rPr>
        <w:t xml:space="preserve">[01:38] </w:t>
      </w:r>
      <w:r>
        <w:t>is liye ke aap jab Hajj ki kitabein parhte hain to us mein kya hota hai? Hajj ke masail</w:t>
      </w:r>
    </w:p>
    <w:p>
      <w:pPr>
        <w:jc w:val="right"/>
      </w:pPr>
      <w:r>
        <w:t>اس لیے کہ آپ جب حج کی کتابیں پڑھتے ہیں تو اس میں کیا ہوتا ہے؟ حج کے مسائل</w:t>
      </w:r>
    </w:p>
    <w:p>
      <w:r>
        <w:rPr>
          <w:b/>
        </w:rPr>
        <w:t xml:space="preserve">[01:45] </w:t>
      </w:r>
      <w:r>
        <w:t>yani jo manasik hain, manasik hain ya yeh rituals hain, woh kaise kaise kiye jayein? yani jo</w:t>
      </w:r>
    </w:p>
    <w:p>
      <w:pPr>
        <w:jc w:val="right"/>
      </w:pPr>
      <w:r>
        <w:t>، یعنی جو مناسک ہیں، مناسک ہیں یا یہ ریچولز ہیں، وہ کیسے کیسے کیے جائیں؟ یعنی جو</w:t>
      </w:r>
    </w:p>
    <w:p>
      <w:r>
        <w:rPr>
          <w:b/>
        </w:rPr>
        <w:t xml:space="preserve">[01:53] </w:t>
      </w:r>
      <w:r>
        <w:t>tareeqa hai Hajj ka, woh kaise kaise kiya jaye theek theek? to woh kitabon mein bataya rehta hai.</w:t>
      </w:r>
    </w:p>
    <w:p>
      <w:pPr>
        <w:jc w:val="right"/>
      </w:pPr>
      <w:r>
        <w:t>طریقہ ہے حج کا، وہ کیسے کیسے کیا جائے ٹھیک ٹھیک؟ تو وہ کتابوں میں بتایا رہتا ہے۔</w:t>
      </w:r>
    </w:p>
    <w:p>
      <w:r>
        <w:rPr>
          <w:b/>
        </w:rPr>
        <w:t xml:space="preserve">[02:00] </w:t>
      </w:r>
      <w:r>
        <w:t>phir aap jante hain ke jab Hajj ke liye niklte hain to Hajj House mein, airport par, rastay</w:t>
      </w:r>
    </w:p>
    <w:p>
      <w:pPr>
        <w:jc w:val="right"/>
      </w:pPr>
      <w:r>
        <w:t>پھر آپ جانتے ہیں کہ جب حج کے لیے نکلتے ہیں تو حج ہاؤس میں، ایئرپورٹ پر، راستے</w:t>
      </w:r>
    </w:p>
    <w:p>
      <w:r>
        <w:rPr>
          <w:b/>
        </w:rPr>
        <w:t xml:space="preserve">[02:08] </w:t>
      </w:r>
      <w:r>
        <w:t>mein, jeddah mein har jagah log hotay hain jo hajj ke masail bata</w:t>
      </w:r>
    </w:p>
    <w:p>
      <w:pPr>
        <w:jc w:val="right"/>
      </w:pPr>
      <w:r>
        <w:t>میں، جدہ میں ہر جگہ لوگ ہوتے ہیں جو حج کے مسائل بت</w:t>
      </w:r>
    </w:p>
    <w:p>
      <w:r>
        <w:rPr>
          <w:b/>
        </w:rPr>
        <w:t xml:space="preserve">[02:15] </w:t>
      </w:r>
      <w:r>
        <w:t>ate rehte hain.</w:t>
      </w:r>
    </w:p>
    <w:p>
      <w:pPr>
        <w:jc w:val="right"/>
      </w:pPr>
      <w:r>
        <w:t>اتے رہتے ہیں۔</w:t>
      </w:r>
    </w:p>
    <w:p>
      <w:r>
        <w:rPr>
          <w:b/>
        </w:rPr>
        <w:t xml:space="preserve">[02:20] </w:t>
      </w:r>
      <w:r>
        <w:t>phir wahan pohnch kar bhi muallim jo hai woh hajj ke masail batata rehta hai.</w:t>
      </w:r>
    </w:p>
    <w:p>
      <w:pPr>
        <w:jc w:val="right"/>
      </w:pPr>
      <w:r>
        <w:t>پھر وہاں پہنچ کر بھی معلم جو ہے وہ حج کے مسائل بتاتا رہتا ہے۔</w:t>
      </w:r>
    </w:p>
    <w:p>
      <w:r>
        <w:rPr>
          <w:b/>
        </w:rPr>
        <w:t xml:space="preserve">[02:24] </w:t>
      </w:r>
      <w:r>
        <w:t>to aam taur par yeh taassur ban gaya hai ke yeh jo masail hain, yeh jo rituals hain,</w:t>
      </w:r>
    </w:p>
    <w:p>
      <w:pPr>
        <w:jc w:val="right"/>
      </w:pPr>
      <w:r>
        <w:t>تو عام طور پر یہ تاثر بن گیا ہے کہ یہ جو مسائل ہیں، یہ جو ریچولز ہیں،</w:t>
      </w:r>
    </w:p>
    <w:p>
      <w:r>
        <w:rPr>
          <w:b/>
        </w:rPr>
        <w:t xml:space="preserve">[02:29] </w:t>
      </w:r>
      <w:r>
        <w:t>in ko ada karne ka naam hi hajj hai.</w:t>
      </w:r>
    </w:p>
    <w:p>
      <w:pPr>
        <w:jc w:val="right"/>
      </w:pPr>
      <w:r>
        <w:t>ان کو ادا کرنے کا نام ہی حج ہے۔</w:t>
      </w:r>
    </w:p>
    <w:p>
      <w:r>
        <w:rPr>
          <w:b/>
        </w:rPr>
        <w:t xml:space="preserve">[02:33] </w:t>
      </w:r>
      <w:r>
        <w:t>halankay yeh baat sahi nahi hai.</w:t>
      </w:r>
    </w:p>
    <w:p>
      <w:pPr>
        <w:jc w:val="right"/>
      </w:pPr>
      <w:r>
        <w:t>حالانکہ یہ بات صحیح نہیں ہے۔</w:t>
      </w:r>
    </w:p>
    <w:p>
      <w:r>
        <w:rPr>
          <w:b/>
        </w:rPr>
        <w:t xml:space="preserve">[02:38] </w:t>
      </w:r>
      <w:r>
        <w:t>rituals to is ka form hota hai.</w:t>
      </w:r>
    </w:p>
    <w:p>
      <w:pPr>
        <w:jc w:val="right"/>
      </w:pPr>
      <w:r>
        <w:t>ریچولز تو اس کا فارم ہوتا ہے۔</w:t>
      </w:r>
    </w:p>
    <w:p>
      <w:r>
        <w:rPr>
          <w:b/>
        </w:rPr>
        <w:t xml:space="preserve">[02:42] </w:t>
      </w:r>
      <w:r>
        <w:t>spirit jo hai is ki alag cheez hoti hai.</w:t>
      </w:r>
    </w:p>
    <w:p>
      <w:pPr>
        <w:jc w:val="right"/>
      </w:pPr>
      <w:r>
        <w:t>اسپرٹ جو ہے اس کی الگ چیز ہوتی ہے۔</w:t>
      </w:r>
    </w:p>
    <w:p>
      <w:r>
        <w:rPr>
          <w:b/>
        </w:rPr>
        <w:t xml:space="preserve">[02:47] </w:t>
      </w:r>
      <w:r>
        <w:t>dekhein, kisi bhi cheez mein form ho, spirit na ho to woh bekar hai.</w:t>
      </w:r>
    </w:p>
    <w:p>
      <w:pPr>
        <w:jc w:val="right"/>
      </w:pPr>
      <w:r>
        <w:t>دیکھیں، کسی بھی چیز میں فارم ہو، اسپرٹ نہ ہو تو وہ بیکار ہے۔</w:t>
      </w:r>
    </w:p>
    <w:p>
      <w:r>
        <w:rPr>
          <w:b/>
        </w:rPr>
        <w:t xml:space="preserve">[02:53] </w:t>
      </w:r>
      <w:r>
        <w:t>jaise kuch log kehte hain ke hajj khuda se mohabbat karne ka mazhar hai.</w:t>
      </w:r>
    </w:p>
    <w:p>
      <w:pPr>
        <w:jc w:val="right"/>
      </w:pPr>
      <w:r>
        <w:t>جیسے کچھ لوگ کہتے ہیں کہ حج خدا سے محبت کرنے کا مظہر ہے۔</w:t>
      </w:r>
    </w:p>
    <w:p>
      <w:r>
        <w:rPr>
          <w:b/>
        </w:rPr>
        <w:t xml:space="preserve">[02:59] </w:t>
      </w:r>
      <w:r>
        <w:t>hajj ishq elahi ka izhaar hai.</w:t>
      </w:r>
    </w:p>
    <w:p>
      <w:pPr>
        <w:jc w:val="right"/>
      </w:pPr>
      <w:r>
        <w:t>حج عشق الہی کا اظہار ہے۔</w:t>
      </w:r>
    </w:p>
    <w:p>
      <w:r>
        <w:rPr>
          <w:b/>
        </w:rPr>
        <w:t xml:space="preserve">[03:05] </w:t>
      </w:r>
      <w:r>
        <w:t>to kya mohabbat rituals ki hoti hai? aap apne dost se mohabbat karte hain, baap apne bete se</w:t>
      </w:r>
    </w:p>
    <w:p>
      <w:pPr>
        <w:jc w:val="right"/>
      </w:pPr>
      <w:r>
        <w:t>تو کیا محبت ریچولز کی ہوتی ہے؟ آپ اپنے دوست سے محبت کرتے ہیں، باپ اپنے بیٹے سے</w:t>
      </w:r>
    </w:p>
    <w:p>
      <w:r>
        <w:rPr>
          <w:b/>
        </w:rPr>
        <w:t xml:space="preserve">[03:11] </w:t>
      </w:r>
      <w:r>
        <w:t>mohabbat karta hai, to kya matlab hota hai is ka?</w:t>
      </w:r>
    </w:p>
    <w:p>
      <w:pPr>
        <w:jc w:val="right"/>
      </w:pPr>
      <w:r>
        <w:t>محبت کرتا ہے، تو کیا مطلب ہوتا ہے اس کا؟</w:t>
      </w:r>
    </w:p>
    <w:p>
      <w:r>
        <w:rPr>
          <w:b/>
        </w:rPr>
        <w:t xml:space="preserve">[03:17] </w:t>
      </w:r>
      <w:r>
        <w:t>Kuch rituals hain, un ko dohrata hai woh? Aisa to nahi hota. To insan insan se mohabbat kare to woh rituals nahi hota, balkeh spirit hoti hai. Is ke baghair aap ka dost aapse khush nahi hoga. To Khuda se mohabbat kaisi hai ajeeb-o-ghareeb? Ke rituals karo aur Khuda khush ho jaye aapse? To aisa hai nahi. Hajj ek mukammal ibadat hai.</w:t>
      </w:r>
    </w:p>
    <w:p>
      <w:pPr>
        <w:jc w:val="right"/>
      </w:pPr>
      <w:r>
        <w:t>کچھ ریچولز ہیں، ان کو دہراتا ہے وہ؟ ایسا تو نہیں ہوتا۔ تو انسان انسان سے محبت کرے تو وہ ریچولز نہیں ہوتا، بلکہ اسپرٹ ہوتی ہے۔ اس کے بغیر آپ کا دوست آپ سے خوش نہیں ہوگا۔ تو خدا سے محبت کیسی ہے عجیب و غریب؟ کہ ریچولز کرو اور خدا خوش ہو جائے آپ سے؟ تو ایسا ہے نہیں۔ حج ایک مکمل عبادت ہے۔</w:t>
      </w:r>
    </w:p>
    <w:p>
      <w:r>
        <w:rPr>
          <w:b/>
        </w:rPr>
        <w:t xml:space="preserve">[03:47] </w:t>
      </w:r>
      <w:r>
        <w:t>hajj zindagi ke aadab jo islami hain, divine etiquette jo hain, un ko sikhata hai.</w:t>
      </w:r>
    </w:p>
    <w:p>
      <w:pPr>
        <w:jc w:val="right"/>
      </w:pPr>
      <w:r>
        <w:t>حج زندگی کے آداب جو اسلامی ہیں، ڈیوائن ایٹیکیٹ جو ہیں، ان کو سکھاتا ہے۔</w:t>
      </w:r>
    </w:p>
    <w:p>
      <w:r>
        <w:rPr>
          <w:b/>
        </w:rPr>
        <w:t xml:space="preserve">[03:53] </w:t>
      </w:r>
      <w:r>
        <w:t>hajj dawat mission ki training hai.</w:t>
      </w:r>
    </w:p>
    <w:p>
      <w:pPr>
        <w:jc w:val="right"/>
      </w:pPr>
      <w:r>
        <w:t>حج دعوت مشن کی ٹریننگ ہے۔</w:t>
      </w:r>
    </w:p>
    <w:p>
      <w:r>
        <w:rPr>
          <w:b/>
        </w:rPr>
        <w:t xml:space="preserve">[03:59] </w:t>
      </w:r>
      <w:r>
        <w:t>hajj mein sari zindagi aa jati hai.</w:t>
      </w:r>
    </w:p>
    <w:p>
      <w:pPr>
        <w:jc w:val="right"/>
      </w:pPr>
      <w:r>
        <w:t>حج میں ساری زندگی آ جاتی ہے۔</w:t>
      </w:r>
    </w:p>
    <w:p>
      <w:r>
        <w:rPr>
          <w:b/>
        </w:rPr>
        <w:t xml:space="preserve">[04:05] </w:t>
      </w:r>
      <w:r>
        <w:t>aur hajj inhi kuch dinon ka naam nahi hai jo zulhijjah ke zamane mein aap karte hain, aur</w:t>
      </w:r>
    </w:p>
    <w:p>
      <w:pPr>
        <w:jc w:val="right"/>
      </w:pPr>
      <w:r>
        <w:t>اور حج انہی کچھ دنوں کا نام نہیں ہے جو ذوالحجہ کے زمانے میں آپ کرتے ہیں، اور</w:t>
      </w:r>
    </w:p>
    <w:p>
      <w:r>
        <w:rPr>
          <w:b/>
        </w:rPr>
        <w:t xml:space="preserve">[04:11] </w:t>
      </w:r>
      <w:r>
        <w:t>ghar aa kar ke bilkul is se koi talluq nahi hota.</w:t>
      </w:r>
    </w:p>
    <w:p>
      <w:pPr>
        <w:jc w:val="right"/>
      </w:pPr>
      <w:r>
        <w:t>گھر آ کر کے بالکل اس سے کوئی تعلق نہیں ہوتا۔</w:t>
      </w:r>
    </w:p>
    <w:p>
      <w:r>
        <w:rPr>
          <w:b/>
        </w:rPr>
        <w:t xml:space="preserve">[04:17] </w:t>
      </w:r>
      <w:r>
        <w:t>ab dekhein ke har saal itne saare haji jaate hain, ek bheed lagi rehti hai jane walon ki.</w:t>
      </w:r>
    </w:p>
    <w:p>
      <w:pPr>
        <w:jc w:val="right"/>
      </w:pPr>
      <w:r>
        <w:t>اب دیکھیں کہ ہر سال اتنے سارے حاجی جاتے ہیں، ایک بھیڑ لگی رہتی ہے جانے والوں کی۔</w:t>
      </w:r>
    </w:p>
    <w:p>
      <w:r>
        <w:rPr>
          <w:b/>
        </w:rPr>
        <w:t xml:space="preserve">[04:23] </w:t>
      </w:r>
      <w:r>
        <w:t>woh jab lot'te hain society mein, kya society mein kuch change aata hai? hum bohat sunte hain ke</w:t>
      </w:r>
    </w:p>
    <w:p>
      <w:pPr>
        <w:jc w:val="right"/>
      </w:pPr>
      <w:r>
        <w:t>وہ جب لوٹتے ہیں سوسائٹی میں، کیا سوسائٹی میں کچھ چینج آتا ہے؟ ہم بہت سنتے ہیں کہ</w:t>
      </w:r>
    </w:p>
    <w:p>
      <w:r>
        <w:rPr>
          <w:b/>
        </w:rPr>
        <w:t xml:space="preserve">[04:30] </w:t>
      </w:r>
      <w:r>
        <w:t>itne aadmi gaye, itne aadmi gaye, to sawal yeh hai ke jab lot kar aaye woh apne ghar</w:t>
      </w:r>
    </w:p>
    <w:p>
      <w:pPr>
        <w:jc w:val="right"/>
      </w:pPr>
      <w:r>
        <w:t>اتنے آدمی گئے، اتنے آدمی گئے، تو سوال یہ ہے کہ جب لوٹ کر آئے وہ اپنے گھر</w:t>
      </w:r>
    </w:p>
    <w:p>
      <w:r>
        <w:rPr>
          <w:b/>
        </w:rPr>
        <w:t xml:space="preserve">[04:36] </w:t>
      </w:r>
      <w:r>
        <w:t>mein, apni basti mein, apni society mein, to wahan kya change dekhte hain aap? kuch bhi nahi.</w:t>
      </w:r>
    </w:p>
    <w:p>
      <w:pPr>
        <w:jc w:val="right"/>
      </w:pPr>
      <w:r>
        <w:t>میں، اپنی بستی میں، اپنی سوسائٹی میں، تو وہاں کیا چینج دیکھتے ہیں آپ؟ کچھ بھی نہیں۔</w:t>
      </w:r>
    </w:p>
    <w:p>
      <w:r>
        <w:rPr>
          <w:b/>
        </w:rPr>
        <w:t xml:space="preserve">[04:42] </w:t>
      </w:r>
      <w:r>
        <w:t>jaisi life pehle thi,</w:t>
      </w:r>
    </w:p>
    <w:p>
      <w:pPr>
        <w:jc w:val="right"/>
      </w:pPr>
      <w:r>
        <w:t>جیسی لائف پہلے تھی،</w:t>
      </w:r>
    </w:p>
    <w:p>
      <w:r>
        <w:rPr>
          <w:b/>
        </w:rPr>
        <w:t xml:space="preserve">[04:48] </w:t>
      </w:r>
      <w:r>
        <w:t>waisi life ab bhi hai.</w:t>
      </w:r>
    </w:p>
    <w:p>
      <w:pPr>
        <w:jc w:val="right"/>
      </w:pPr>
      <w:r>
        <w:t>ویسی لائف اب بھی ہے۔</w:t>
      </w:r>
    </w:p>
    <w:p>
      <w:r>
        <w:rPr>
          <w:b/>
        </w:rPr>
        <w:t xml:space="preserve">[04:55] </w:t>
      </w:r>
      <w:r>
        <w:t>misal ke taur par dekhein, quran mein hai ke "fala rafas wala fusooq wala jizala fil hajj".</w:t>
      </w:r>
    </w:p>
    <w:p>
      <w:pPr>
        <w:jc w:val="right"/>
      </w:pPr>
      <w:r>
        <w:t>مثال کے طور پر دیکھیں، قرآن میں ہے کہ "فلا رفس ولا فسوق ولا جزال فی الحج"۔</w:t>
      </w:r>
    </w:p>
    <w:p>
      <w:r>
        <w:rPr>
          <w:b/>
        </w:rPr>
        <w:t xml:space="preserve">[05:03] </w:t>
      </w:r>
      <w:r>
        <w:t>yani haj ke zamane mein buri baat karna ya ladna jhagadna nahi hai.</w:t>
      </w:r>
    </w:p>
    <w:p>
      <w:pPr>
        <w:jc w:val="right"/>
      </w:pPr>
      <w:r>
        <w:t>یعنی حج کے زمانے میں بری بات کرنا یا لڑنا جھگڑنا نہیں ہے۔</w:t>
      </w:r>
    </w:p>
    <w:p>
      <w:r>
        <w:rPr>
          <w:b/>
        </w:rPr>
        <w:t xml:space="preserve">[05:10] </w:t>
      </w:r>
      <w:r>
        <w:t>to bina ladai jhagde ki zindagi guzarna iski training hai jo haj mein di jati hai. ab jab</w:t>
      </w:r>
    </w:p>
    <w:p>
      <w:pPr>
        <w:jc w:val="right"/>
      </w:pPr>
      <w:r>
        <w:t>تو بنا لڑائی جھگڑے کی زندگی گزارنا اس کی ٹریننگ ہے جو حج میں دی جاتی ہے۔ اب جب</w:t>
      </w:r>
    </w:p>
    <w:p>
      <w:r>
        <w:rPr>
          <w:b/>
        </w:rPr>
        <w:t xml:space="preserve">[05:18] </w:t>
      </w:r>
      <w:r>
        <w:t>aadmi ghar se lauta to kya hona chahiye? yaani woh hoga trained ho kar lauta. is baat ke liye trained ho kar lauta ke zindagi guzaro baghair ladai jhagde ke. ghussa nahi, intolerance nahi, quarrel nahi, dispute ko badha chada kar ke ta'alluq tod lena nahi. is ki training le kar ke</w:t>
      </w:r>
    </w:p>
    <w:p>
      <w:pPr>
        <w:jc w:val="right"/>
      </w:pPr>
      <w:r>
        <w:t>آدمی گھر سے لوٹا تو کیا ہونا چاہیے؟ یعنی وہ ہوگا ٹرینڈ ہو کر لوٹا۔ اس بات کے لیے ٹرینڈ ہو کر لوٹا کہ زندگی گزارو بغیر لڑائی جھگڑے کے۔ غصہ نہیں، انٹولرنس نہیں، کوئیرل نہیں، ڈسپیوٹ کو بڑھا چڑھا کر کے تعلق توڑ لینا نہیں۔ اس کی ٹریننگ لے کر کے</w:t>
      </w:r>
    </w:p>
    <w:p>
      <w:r>
        <w:rPr>
          <w:b/>
        </w:rPr>
        <w:t xml:space="preserve">[05:48] </w:t>
      </w:r>
      <w:r>
        <w:t>lauta haj se.</w:t>
      </w:r>
    </w:p>
    <w:p>
      <w:pPr>
        <w:jc w:val="right"/>
      </w:pPr>
      <w:r>
        <w:t>لوٹا حج سے۔</w:t>
      </w:r>
    </w:p>
    <w:p>
      <w:r>
        <w:rPr>
          <w:b/>
        </w:rPr>
        <w:t xml:space="preserve">[05:53] </w:t>
      </w:r>
      <w:r>
        <w:t>to ab iski zindagi mein humein dikhai padna chahiye, use ghar mein dikhai dena padna chahiye, aas</w:t>
      </w:r>
    </w:p>
    <w:p>
      <w:pPr>
        <w:jc w:val="right"/>
      </w:pPr>
      <w:r>
        <w:t>تو اب اس کی زندگی میں ہمیں دکھائی پڑنا چاہیے، اسے گھر میں دکھائی دینا پڑنا چاہیے، آس</w:t>
      </w:r>
    </w:p>
    <w:p>
      <w:r>
        <w:rPr>
          <w:b/>
        </w:rPr>
        <w:t xml:space="preserve">[05:58] </w:t>
      </w:r>
      <w:r>
        <w:t>paas society mein dikhai padna chahiye ke aisa kuch bhi nahi hota.</w:t>
      </w:r>
    </w:p>
    <w:p>
      <w:pPr>
        <w:jc w:val="right"/>
      </w:pPr>
      <w:r>
        <w:t>پاس سوسائٹی میں دکھائی پڑنا چاہیے کہ ایسا کچھ بھی نہیں ہوتا۔</w:t>
      </w:r>
    </w:p>
    <w:p>
      <w:r>
        <w:rPr>
          <w:b/>
        </w:rPr>
        <w:t xml:space="preserve">[06:03] </w:t>
      </w:r>
      <w:r>
        <w:t>kuch bhi nahi hota.</w:t>
      </w:r>
    </w:p>
    <w:p>
      <w:pPr>
        <w:jc w:val="right"/>
      </w:pPr>
      <w:r>
        <w:t>کچھ بھی نہیں ہوتا۔</w:t>
      </w:r>
    </w:p>
    <w:p>
      <w:r>
        <w:rPr>
          <w:b/>
        </w:rPr>
        <w:t xml:space="preserve">[06:08] </w:t>
      </w:r>
      <w:r>
        <w:t>to jo ek ek wo hai, kisi ka shair hai ke "wahi raftaar be dhangi jo pehle thi</w:t>
      </w:r>
    </w:p>
    <w:p>
      <w:pPr>
        <w:jc w:val="right"/>
      </w:pPr>
      <w:r>
        <w:t>تو جو ایک ایک وہ ہے، کسی کا شعر ہے کہ "وہی رفتار بے ڈھنگی جو پہلے تھی</w:t>
      </w:r>
    </w:p>
    <w:p>
      <w:r>
        <w:rPr>
          <w:b/>
        </w:rPr>
        <w:t xml:space="preserve">[06:13] </w:t>
      </w:r>
      <w:r>
        <w:t>so ab bhi hai".</w:t>
      </w:r>
    </w:p>
    <w:p>
      <w:pPr>
        <w:jc w:val="right"/>
      </w:pPr>
      <w:r>
        <w:t>سو اب بھی ہے"۔</w:t>
      </w:r>
    </w:p>
    <w:p>
      <w:r>
        <w:rPr>
          <w:b/>
        </w:rPr>
        <w:t xml:space="preserve">[06:18] </w:t>
      </w:r>
      <w:r>
        <w:t>to pre haj aur post haj dono ke period mein koi farq humein nahi dikhai deta.</w:t>
      </w:r>
    </w:p>
    <w:p>
      <w:pPr>
        <w:jc w:val="right"/>
      </w:pPr>
      <w:r>
        <w:t>تو پری حج اور پوسٹ حج دونوں کے پیریڈ میں کوئی فرق ہمیں نہیں دکھائی دیتا۔</w:t>
      </w:r>
    </w:p>
    <w:p>
      <w:r>
        <w:rPr>
          <w:b/>
        </w:rPr>
        <w:t xml:space="preserve">[06:23] </w:t>
      </w:r>
      <w:r>
        <w:t>kyun? log form ke aitbar se haj karte hain.</w:t>
      </w:r>
    </w:p>
    <w:p>
      <w:pPr>
        <w:jc w:val="right"/>
      </w:pPr>
      <w:r>
        <w:t>کیوں؟ لوگ فارم کے اعتبار سے حج کرتے ہیں۔</w:t>
      </w:r>
    </w:p>
    <w:p>
      <w:r>
        <w:rPr>
          <w:b/>
        </w:rPr>
        <w:t xml:space="preserve">[06:28] </w:t>
      </w:r>
      <w:r>
        <w:t>rituals ke pura karne ko samajhte hain ke humne haj kar liya.</w:t>
      </w:r>
    </w:p>
    <w:p>
      <w:pPr>
        <w:jc w:val="right"/>
      </w:pPr>
      <w:r>
        <w:t>ریچولز کے پورا کرنے کو سمجھتے ہیں کہ ہم نے حج کر لیا۔</w:t>
      </w:r>
    </w:p>
    <w:p>
      <w:r>
        <w:rPr>
          <w:b/>
        </w:rPr>
        <w:t xml:space="preserve">[06:33] </w:t>
      </w:r>
      <w:r>
        <w:t>aur isi liye dekhein, English mein haj ko kehte hain "pilgrimage".</w:t>
      </w:r>
    </w:p>
    <w:p>
      <w:pPr>
        <w:jc w:val="right"/>
      </w:pPr>
      <w:r>
        <w:t>اور اسی لیے دیکھیں، انگلش میں حج کو کہتے ہیں "پلگریج"۔</w:t>
      </w:r>
    </w:p>
    <w:p>
      <w:r>
        <w:rPr>
          <w:b/>
        </w:rPr>
        <w:t xml:space="preserve">[06:38] </w:t>
      </w:r>
      <w:r>
        <w:t>main samajhta hoon ke yeh translation sahi nahi hai.</w:t>
      </w:r>
    </w:p>
    <w:p>
      <w:pPr>
        <w:jc w:val="right"/>
      </w:pPr>
      <w:r>
        <w:t>میں سمجھتا ہوں کہ یہ ٹرانسلیشن صحیح نہیں ہے۔</w:t>
      </w:r>
    </w:p>
    <w:p>
      <w:r>
        <w:rPr>
          <w:b/>
        </w:rPr>
        <w:t xml:space="preserve">[06:43] </w:t>
      </w:r>
      <w:r>
        <w:t>pilgrimage kya hai? pilgrimage jo hai iska concept yeh hai ke kisi jagah</w:t>
      </w:r>
    </w:p>
    <w:p>
      <w:pPr>
        <w:jc w:val="right"/>
      </w:pPr>
      <w:r>
        <w:t>پلگریج کیا ہے؟ پلگریج جو ہے اس کا کانسیپٹ یہ ہے کہ کسی جگہ</w:t>
      </w:r>
    </w:p>
    <w:p>
      <w:r>
        <w:rPr>
          <w:b/>
        </w:rPr>
        <w:t xml:space="preserve">[06:48] </w:t>
      </w:r>
      <w:r>
        <w:t>koi ek ek jagah hai, koi structure hai, wo holy place hai, sacred place hai.</w:t>
      </w:r>
    </w:p>
    <w:p>
      <w:pPr>
        <w:jc w:val="right"/>
      </w:pPr>
      <w:r>
        <w:t>کوئی ایک ایک جگہ ہے، کوئی سٹرکچر ہے، وہ ہولی پلیس ہے، سیکرٹ پلیس ہے۔</w:t>
      </w:r>
    </w:p>
    <w:p>
      <w:r>
        <w:rPr>
          <w:b/>
        </w:rPr>
        <w:t xml:space="preserve">[06:54] </w:t>
      </w:r>
      <w:r>
        <w:t>aap gaye wahan, iska darshan kiya, iski ziyarat ki, aur aap ko tabarruk mil gaya, sawab mil gaya.</w:t>
      </w:r>
    </w:p>
    <w:p>
      <w:pPr>
        <w:jc w:val="right"/>
      </w:pPr>
      <w:r>
        <w:t>آپ گئے وہاں، اس کا درشن کیا، اس کی زیارت کی، اور آپ کو تبرک مل گیا، ثواب مل گیا۔</w:t>
      </w:r>
    </w:p>
    <w:p>
      <w:r>
        <w:rPr>
          <w:b/>
        </w:rPr>
        <w:t xml:space="preserve">[07:00] </w:t>
      </w:r>
      <w:r>
        <w:t>to pilgrimage ke sath jo concept juda hua hai wo hai darshan, ziyarat.</w:t>
      </w:r>
    </w:p>
    <w:p>
      <w:pPr>
        <w:jc w:val="right"/>
      </w:pPr>
      <w:r>
        <w:t>تو پلگریج کے ساتھ جو کانسیپٹ جڑا ہوا ہے وہ ہے درشن، زیارت۔</w:t>
      </w:r>
    </w:p>
    <w:p>
      <w:r>
        <w:rPr>
          <w:b/>
        </w:rPr>
        <w:t xml:space="preserve">[07:06] </w:t>
      </w:r>
      <w:r>
        <w:t>yeh haj nahi hai.</w:t>
      </w:r>
    </w:p>
    <w:p>
      <w:pPr>
        <w:jc w:val="right"/>
      </w:pPr>
      <w:r>
        <w:t>یہ حج نہیں ہے۔</w:t>
      </w:r>
    </w:p>
    <w:p>
      <w:r>
        <w:rPr>
          <w:b/>
        </w:rPr>
        <w:t xml:space="preserve">[07:12] </w:t>
      </w:r>
      <w:r>
        <w:t>haj yeh nahi ke aap ne ja kar wahan kuch darshan kar liya, kuch zi</w:t>
      </w:r>
    </w:p>
    <w:p>
      <w:pPr>
        <w:jc w:val="right"/>
      </w:pPr>
      <w:r>
        <w:t>حج یہ نہیں کہ آپ نے جا کر وہاں کچھ درشن کر لیا، کچھ زی</w:t>
      </w:r>
    </w:p>
    <w:p>
      <w:r>
        <w:rPr>
          <w:b/>
        </w:rPr>
        <w:t xml:space="preserve">[07:18] </w:t>
      </w:r>
      <w:r>
        <w:t>yarat kar liya to bas sawab mil gaya aap ko.</w:t>
      </w:r>
    </w:p>
    <w:p>
      <w:pPr>
        <w:jc w:val="right"/>
      </w:pPr>
      <w:r>
        <w:t>ارت کر لیا تو بس ثواب مل گیا آپ کو۔</w:t>
      </w:r>
    </w:p>
    <w:p>
      <w:r>
        <w:rPr>
          <w:b/>
        </w:rPr>
        <w:t xml:space="preserve">[07:23] </w:t>
      </w:r>
      <w:r>
        <w:t>nahi, haj to ek training hai, ek rehearsal hai.</w:t>
      </w:r>
    </w:p>
    <w:p>
      <w:pPr>
        <w:jc w:val="right"/>
      </w:pPr>
      <w:r>
        <w:t>نہیں، حج تو ایک ٹریننگ ہے، ایک ریحلسل ہے۔</w:t>
      </w:r>
    </w:p>
    <w:p>
      <w:r>
        <w:rPr>
          <w:b/>
        </w:rPr>
        <w:t xml:space="preserve">[07:28] </w:t>
      </w:r>
      <w:r>
        <w:t>ek puri zindagi guzarna hai wahan par.</w:t>
      </w:r>
    </w:p>
    <w:p>
      <w:pPr>
        <w:jc w:val="right"/>
      </w:pPr>
      <w:r>
        <w:t>ایک پوری زندگی گزارنا ہے وہاں پر۔</w:t>
      </w:r>
    </w:p>
    <w:p>
      <w:r>
        <w:rPr>
          <w:b/>
        </w:rPr>
        <w:t xml:space="preserve">[07:32] </w:t>
      </w:r>
      <w:r>
        <w:t>isko phir aa kar ke dohrana hai ghar par.</w:t>
      </w:r>
    </w:p>
    <w:p>
      <w:pPr>
        <w:jc w:val="right"/>
      </w:pPr>
      <w:r>
        <w:t>اس کو پھر آ کر کے دہرانا ہے گھر پر۔</w:t>
      </w:r>
    </w:p>
    <w:p>
      <w:r>
        <w:rPr>
          <w:b/>
        </w:rPr>
        <w:t xml:space="preserve">[07:37] </w:t>
      </w:r>
      <w:r>
        <w:t>main aap ko ek misaal deta hoon.</w:t>
      </w:r>
    </w:p>
    <w:p>
      <w:pPr>
        <w:jc w:val="right"/>
      </w:pPr>
      <w:r>
        <w:t>میں آپ کو ایک مثال دیتا ہوں۔</w:t>
      </w:r>
    </w:p>
    <w:p>
      <w:r>
        <w:rPr>
          <w:b/>
        </w:rPr>
        <w:t xml:space="preserve">[07:42] </w:t>
      </w:r>
      <w:r>
        <w:t>dekhein, Rasool Allah Sal Allah o Alaihe Wasallam ne ek hi baar baqayda haj kiya tha, jis ko hum</w:t>
      </w:r>
    </w:p>
    <w:p>
      <w:pPr>
        <w:jc w:val="right"/>
      </w:pPr>
      <w:r>
        <w:t>دیکھیں، رسول اللہ صلی اللہ علیہ وسلم نے ایک ہی بار باقاعدہ حج کیا تھا، جس کو ہم</w:t>
      </w:r>
    </w:p>
    <w:p>
      <w:r>
        <w:rPr>
          <w:b/>
        </w:rPr>
        <w:t xml:space="preserve">[07:46] </w:t>
      </w:r>
      <w:r>
        <w:t>kehte hain "Hajjat-ul-Wida".</w:t>
      </w:r>
    </w:p>
    <w:p>
      <w:pPr>
        <w:jc w:val="right"/>
      </w:pPr>
      <w:r>
        <w:t>کہتے ہیں "حجۃ الوداع"۔</w:t>
      </w:r>
    </w:p>
    <w:p>
      <w:r>
        <w:rPr>
          <w:b/>
        </w:rPr>
        <w:t xml:space="preserve">[07:51] </w:t>
      </w:r>
      <w:r>
        <w:t>kyunke is se pehle wahan par jo haj tha, is mein shirk ki milawatein theen.</w:t>
      </w:r>
    </w:p>
    <w:p>
      <w:pPr>
        <w:jc w:val="right"/>
      </w:pPr>
      <w:r>
        <w:t>کیونکہ اس سے پہلے وہاں پر جو حج تھا، اس میں شرک کی ملاوٹیں تھیں۔</w:t>
      </w:r>
    </w:p>
    <w:p>
      <w:r>
        <w:rPr>
          <w:b/>
        </w:rPr>
        <w:t xml:space="preserve">[07:55] </w:t>
      </w:r>
      <w:r>
        <w:t>mushrik log qabiz thay Makkah par, to mushrikana qism ki cheezein unhon ne mila rakhi theen haj mein.</w:t>
      </w:r>
    </w:p>
    <w:p>
      <w:pPr>
        <w:jc w:val="right"/>
      </w:pPr>
      <w:r>
        <w:t>مشرک لوگ قابض تھے مکہ پر، تو مشرکانہ قسم کی چیزیں انہوں نے ملا رکھی تھیں حج میں۔</w:t>
      </w:r>
    </w:p>
    <w:p>
      <w:r>
        <w:rPr>
          <w:b/>
        </w:rPr>
        <w:t xml:space="preserve">[07:59] </w:t>
      </w:r>
      <w:r>
        <w:t>haj to chala raha tha Hazrat Ibrahim ke zamane se.</w:t>
      </w:r>
    </w:p>
    <w:p>
      <w:pPr>
        <w:jc w:val="right"/>
      </w:pPr>
      <w:r>
        <w:t>حج تو چلا رہا تھا حضرت ابراہیم کے زمانے سے۔</w:t>
      </w:r>
    </w:p>
    <w:p>
      <w:r>
        <w:rPr>
          <w:b/>
        </w:rPr>
        <w:t xml:space="preserve">[08:04] </w:t>
      </w:r>
      <w:r>
        <w:t>yaani Rasool Allah se dhai hazar saal pehle shuru hua haj.</w:t>
      </w:r>
    </w:p>
    <w:p>
      <w:pPr>
        <w:jc w:val="right"/>
      </w:pPr>
      <w:r>
        <w:t>یعنی رسول اللہ سے ڈھائی ہزار سال پہلے شروع ہوا حج۔</w:t>
      </w:r>
    </w:p>
    <w:p>
      <w:r>
        <w:rPr>
          <w:b/>
        </w:rPr>
        <w:t xml:space="preserve">[08:08] </w:t>
      </w:r>
      <w:r>
        <w:t>dhai hazar saal pehle.</w:t>
      </w:r>
    </w:p>
    <w:p>
      <w:pPr>
        <w:jc w:val="right"/>
      </w:pPr>
      <w:r>
        <w:t>ڈھائی ہزار سال پہلے۔</w:t>
      </w:r>
    </w:p>
    <w:p>
      <w:r>
        <w:rPr>
          <w:b/>
        </w:rPr>
        <w:t xml:space="preserve">[08:12] </w:t>
      </w:r>
      <w:r>
        <w:t>lekin shirk ki milawatein ho gaein.</w:t>
      </w:r>
    </w:p>
    <w:p>
      <w:pPr>
        <w:jc w:val="right"/>
      </w:pPr>
      <w:r>
        <w:t>لیکن شرک کی ملاوٹیں ہو گئیں۔</w:t>
      </w:r>
    </w:p>
    <w:p>
      <w:r>
        <w:rPr>
          <w:b/>
        </w:rPr>
        <w:t xml:space="preserve">[08:17] </w:t>
      </w:r>
      <w:r>
        <w:t>to Rasool Allah ke zamane mein jo shirk tha, Hazrat Rasool Allah ke zamane mein jo haj</w:t>
      </w:r>
    </w:p>
    <w:p>
      <w:pPr>
        <w:jc w:val="right"/>
      </w:pPr>
      <w:r>
        <w:t>تو رسول اللہ کے زمانے میں جو شرک تھا، حضرت رسول اللہ کے زمانے میں جو حج</w:t>
      </w:r>
    </w:p>
    <w:p>
      <w:r>
        <w:rPr>
          <w:b/>
        </w:rPr>
        <w:t xml:space="preserve">[08:21] </w:t>
      </w:r>
      <w:r>
        <w:t>tha, woh shirk se ki milawatein theen is ke andar.</w:t>
      </w:r>
    </w:p>
    <w:p>
      <w:pPr>
        <w:jc w:val="right"/>
      </w:pPr>
      <w:r>
        <w:t>تھا، وہ شرک سے کی ملاوٹیں تھیں اس کے اندر۔</w:t>
      </w:r>
    </w:p>
    <w:p>
      <w:r>
        <w:rPr>
          <w:b/>
        </w:rPr>
        <w:t xml:space="preserve">[08:26] </w:t>
      </w:r>
      <w:r>
        <w:t>to jab aap ne Makkah fateh ho gaya aur aap ko wahan par ikhtiyar mil gaya to aap</w:t>
      </w:r>
    </w:p>
    <w:p>
      <w:pPr>
        <w:jc w:val="right"/>
      </w:pPr>
      <w:r>
        <w:t>تو جب آپ نے مکہ فتح ہو گیا اور آپ کو وہاں پر اختیار مل گیا تو آپ</w:t>
      </w:r>
    </w:p>
    <w:p>
      <w:r>
        <w:rPr>
          <w:b/>
        </w:rPr>
        <w:t xml:space="preserve">[08:31] </w:t>
      </w:r>
      <w:r>
        <w:t>ne shirk se pak kiya, tab aap ne haj kiya.</w:t>
      </w:r>
    </w:p>
    <w:p>
      <w:pPr>
        <w:jc w:val="right"/>
      </w:pPr>
      <w:r>
        <w:t>نے شرک سے پاک کیا، تب آپ نے حج کیا۔</w:t>
      </w:r>
    </w:p>
    <w:p>
      <w:r>
        <w:rPr>
          <w:b/>
        </w:rPr>
        <w:t xml:space="preserve">[08:36] </w:t>
      </w:r>
      <w:r>
        <w:t>mushrikana rasmon ko pak kar ke aap ne haj ada farmaya.</w:t>
      </w:r>
    </w:p>
    <w:p>
      <w:pPr>
        <w:jc w:val="right"/>
      </w:pPr>
      <w:r>
        <w:t>مشرکانہ رسموں کو پاک کر کے آپ نے حج ادا فرمایا۔</w:t>
      </w:r>
    </w:p>
    <w:p>
      <w:r>
        <w:rPr>
          <w:b/>
        </w:rPr>
        <w:t xml:space="preserve">[08:41] </w:t>
      </w:r>
      <w:r>
        <w:t>woh haj jo Hazrat Ibrahim ke tareeqe par tha.</w:t>
      </w:r>
    </w:p>
    <w:p>
      <w:pPr>
        <w:jc w:val="right"/>
      </w:pPr>
      <w:r>
        <w:t>وہ حج جو حضرت ابراہیم کے طریقے پر تھا۔</w:t>
      </w:r>
    </w:p>
    <w:p>
      <w:r>
        <w:rPr>
          <w:b/>
        </w:rPr>
        <w:t xml:space="preserve">[08:46] </w:t>
      </w:r>
      <w:r>
        <w:t>to dekhein, is ki tafseel, is ki detail</w:t>
      </w:r>
    </w:p>
    <w:p>
      <w:pPr>
        <w:jc w:val="right"/>
      </w:pPr>
      <w:r>
        <w:t>تو دیکھیں، اس کی تفصیل، اس کی ڈیٹیل</w:t>
      </w:r>
    </w:p>
    <w:p>
      <w:r>
        <w:rPr>
          <w:b/>
        </w:rPr>
        <w:t xml:space="preserve">[08:51] </w:t>
      </w:r>
      <w:r>
        <w:t>bahut zyada Hadees ki kitabon mein hai.</w:t>
      </w:r>
    </w:p>
    <w:p>
      <w:pPr>
        <w:jc w:val="right"/>
      </w:pPr>
      <w:r>
        <w:t>بہت زیادہ حدیث کی کتابوں میں ہے۔</w:t>
      </w:r>
    </w:p>
    <w:p>
      <w:r>
        <w:rPr>
          <w:b/>
        </w:rPr>
        <w:t xml:space="preserve">[08:58] </w:t>
      </w:r>
      <w:r>
        <w:t>bahut si kitabein aap parhein ge, is mein likha hoga "Rasool Allah ka haj".</w:t>
      </w:r>
    </w:p>
    <w:p>
      <w:pPr>
        <w:jc w:val="right"/>
      </w:pPr>
      <w:r>
        <w:t>بہت سی کتابیں آپ پڑھیں گے، اس میں لکھا ہوگا "رسول اللہ کا حج"۔</w:t>
      </w:r>
    </w:p>
    <w:p>
      <w:r>
        <w:rPr>
          <w:b/>
        </w:rPr>
        <w:t xml:space="preserve">[09:04] </w:t>
      </w:r>
      <w:r>
        <w:t>"Hajjat-ul-Wida" mein ne bhi bari kitab hai "Haqeeqat-e-Haj".</w:t>
      </w:r>
    </w:p>
    <w:p>
      <w:pPr>
        <w:jc w:val="right"/>
      </w:pPr>
      <w:r>
        <w:t>"حجۃ الوداع" میں نے بھی بڑی کتاب ہے "حقیقت حج"۔</w:t>
      </w:r>
    </w:p>
    <w:p>
      <w:r>
        <w:rPr>
          <w:b/>
        </w:rPr>
        <w:t xml:space="preserve">[09:10] </w:t>
      </w:r>
      <w:r>
        <w:t>is mein aik poora chapter hai "Rasool Allah ka haj".</w:t>
      </w:r>
    </w:p>
    <w:p>
      <w:pPr>
        <w:jc w:val="right"/>
      </w:pPr>
      <w:r>
        <w:t>اس میں ایک پورا چیپٹر ہے "رسول اللہ کا حج"۔</w:t>
      </w:r>
    </w:p>
    <w:p>
      <w:r>
        <w:rPr>
          <w:b/>
        </w:rPr>
        <w:t xml:space="preserve">[09:16] </w:t>
      </w:r>
      <w:r>
        <w:t>to aisa hai ke is waqt aap ke sath Sahaba jo thay, woh saw lakh se zyada thay.</w:t>
      </w:r>
    </w:p>
    <w:p>
      <w:pPr>
        <w:jc w:val="right"/>
      </w:pPr>
      <w:r>
        <w:t>تو ایسا ہے کہ اس وقت آپ کے ساتھ صحابہ جو تھے، وہ سوا لاکھ سے زیادہ تھے۔</w:t>
      </w:r>
    </w:p>
    <w:p>
      <w:r>
        <w:rPr>
          <w:b/>
        </w:rPr>
        <w:t xml:space="preserve">[09:22] </w:t>
      </w:r>
      <w:r>
        <w:t>baaz riwayatton mein to ek lakh chalis hazar tadad batayi gayi hai. itne saare logon ne dekha. aur aap hajj kar rahe the oont par baith kar ke. taake log dekhen door door se bhi aap ko. to aap ne farmaya ke "khudoo anni manasikakum". mujh se dekh lo ke hajj kaise kiya jata hai. waisi hi tum karte rehna, karte rehna. is liye aap oont par baith kar aap ne hajj kiya.</w:t>
      </w:r>
    </w:p>
    <w:p>
      <w:pPr>
        <w:jc w:val="right"/>
      </w:pPr>
      <w:r>
        <w:t>بعض روایتوں میں تو ایک لاکھ چالیس ہزار تعداد بتائی گئی ہے۔ اتنے سارے لوگوں نے دیکھا۔ اور آپ حج کر رہے تھے اونٹ پر بیٹھ کر کے۔ تاکہ لوگ دیکھیں دور دور سے بھی آپ کو۔ تو آپ نے فرمایا کہ "خذو انی مناسککم"۔ مجھ سے دیکھ لو کہ حج کیسے کیا جاتا ہے۔ ویسی ہی تم کرتے رہنا، کرتے رہنا۔ اس لیے آپ اونٹ پر بیٹھ کر آپ نے حج کیا۔</w:t>
      </w:r>
    </w:p>
    <w:p>
      <w:r>
        <w:rPr>
          <w:b/>
        </w:rPr>
        <w:t xml:space="preserve">[09:52] </w:t>
      </w:r>
      <w:r>
        <w:t>taake log dekh kar samajh lein ke haj ka tareeqa kya hota hai.</w:t>
      </w:r>
    </w:p>
    <w:p>
      <w:pPr>
        <w:jc w:val="right"/>
      </w:pPr>
      <w:r>
        <w:t>تاکہ لوگ دیکھ کر سمجھ لیں کہ حج کا طریقہ کیا ہوتا ہے۔</w:t>
      </w:r>
    </w:p>
    <w:p>
      <w:r>
        <w:rPr>
          <w:b/>
        </w:rPr>
        <w:t xml:space="preserve">[09:58] </w:t>
      </w:r>
      <w:r>
        <w:t>to bahut se logon ne dekha aur is ki riwayatein hain, Hadees ki kitabon mein hain.</w:t>
      </w:r>
    </w:p>
    <w:p>
      <w:pPr>
        <w:jc w:val="right"/>
      </w:pPr>
      <w:r>
        <w:t>تو بہت سے لوگوں نے دیکھا اور اس کی روایتیں ہیں، حدیث کی کتابوں میں ہیں۔</w:t>
      </w:r>
    </w:p>
    <w:p>
      <w:r>
        <w:rPr>
          <w:b/>
        </w:rPr>
        <w:t xml:space="preserve">[10:04] </w:t>
      </w:r>
      <w:r>
        <w:t>aur haj ka jo aap ne yeh safar kiya tha Makkah se, woh nahi, Madinah se aap Makkah</w:t>
      </w:r>
    </w:p>
    <w:p>
      <w:pPr>
        <w:jc w:val="right"/>
      </w:pPr>
      <w:r>
        <w:t>اور حج کا جو آپ نے یہ سفر کیا تھا مکہ سے، وہ نہیں، مدینہ سے آپ مکہ</w:t>
      </w:r>
    </w:p>
    <w:p>
      <w:r>
        <w:rPr>
          <w:b/>
        </w:rPr>
        <w:t xml:space="preserve">[10:10] </w:t>
      </w:r>
      <w:r>
        <w:t>gaye, Makkah se Madinah lotay.</w:t>
      </w:r>
    </w:p>
    <w:p>
      <w:pPr>
        <w:jc w:val="right"/>
      </w:pPr>
      <w:r>
        <w:t>گئے، مکہ سے مدینہ لوٹے۔</w:t>
      </w:r>
    </w:p>
    <w:p>
      <w:r>
        <w:rPr>
          <w:b/>
        </w:rPr>
        <w:t xml:space="preserve">[10:16] </w:t>
      </w:r>
      <w:r>
        <w:t>to yeh poora jo muddat hai, woh taqreeban aik mah ho</w:t>
      </w:r>
    </w:p>
    <w:p>
      <w:pPr>
        <w:jc w:val="right"/>
      </w:pPr>
      <w:r>
        <w:t>تو یہ پورا جو مدت ہے، وہ تقریباً ایک ماہ ہو</w:t>
      </w:r>
    </w:p>
    <w:p>
      <w:r>
        <w:rPr>
          <w:b/>
        </w:rPr>
        <w:t xml:space="preserve">[10:22] </w:t>
      </w:r>
      <w:r>
        <w:t>jati hai.</w:t>
      </w:r>
    </w:p>
    <w:p>
      <w:pPr>
        <w:jc w:val="right"/>
      </w:pPr>
      <w:r>
        <w:t>جاتی ہے۔</w:t>
      </w:r>
    </w:p>
    <w:p>
      <w:r>
        <w:rPr>
          <w:b/>
        </w:rPr>
        <w:t xml:space="preserve">[10:27] </w:t>
      </w:r>
      <w:r>
        <w:t>aik mah se kuch kam.</w:t>
      </w:r>
    </w:p>
    <w:p>
      <w:pPr>
        <w:jc w:val="right"/>
      </w:pPr>
      <w:r>
        <w:t>ایک ماہ سے کچھ کم۔</w:t>
      </w:r>
    </w:p>
    <w:p>
      <w:r>
        <w:rPr>
          <w:b/>
        </w:rPr>
        <w:t xml:space="preserve">[10:32] </w:t>
      </w:r>
      <w:r>
        <w:t>to is ka taqreeban aik aik ki report jo hai, taqreeban roznamchay ke andaaz mein hai.</w:t>
      </w:r>
    </w:p>
    <w:p>
      <w:pPr>
        <w:jc w:val="right"/>
      </w:pPr>
      <w:r>
        <w:t>تو اس کا تقریباً ایک ایک کی رپورٹ جو ہے، تقریباً روزنامچے کے انداز میں ہے۔</w:t>
      </w:r>
    </w:p>
    <w:p>
      <w:r>
        <w:rPr>
          <w:b/>
        </w:rPr>
        <w:t xml:space="preserve">[10:37] </w:t>
      </w:r>
      <w:r>
        <w:t>bohat detail ke sath hai ke aap kaise rawana hue, safar pe aap ne kya kiya, kaise pohanchay,</w:t>
      </w:r>
    </w:p>
    <w:p>
      <w:pPr>
        <w:jc w:val="right"/>
      </w:pPr>
      <w:r>
        <w:t>بہت ڈیٹیل کے ساتھ ہے کہ آپ کیسے روانہ ہوئے، سفر پہ آپ نے کیا کیا، کیسے پہنچے،</w:t>
      </w:r>
    </w:p>
    <w:p>
      <w:r>
        <w:rPr>
          <w:b/>
        </w:rPr>
        <w:t xml:space="preserve">[10:42] </w:t>
      </w:r>
      <w:r>
        <w:t>kya hua, kya hua. sara.</w:t>
      </w:r>
    </w:p>
    <w:p>
      <w:pPr>
        <w:jc w:val="right"/>
      </w:pPr>
      <w:r>
        <w:t>کیا ہوا، کیا ہوا۔ سارا۔</w:t>
      </w:r>
    </w:p>
    <w:p>
      <w:r>
        <w:rPr>
          <w:b/>
        </w:rPr>
        <w:t xml:space="preserve">[10:47] </w:t>
      </w:r>
      <w:r>
        <w:t>to mein ne is ko parha to aik baat meri, yaani bohat anokhi lagi is mein</w:t>
      </w:r>
    </w:p>
    <w:p>
      <w:pPr>
        <w:jc w:val="right"/>
      </w:pPr>
      <w:r>
        <w:t>تو میں نے اس کو پڑھا تو ایک بات میری، یعنی بہت انوکھی لگی اس میں</w:t>
      </w:r>
    </w:p>
    <w:p>
      <w:r>
        <w:rPr>
          <w:b/>
        </w:rPr>
        <w:t xml:space="preserve">[10:53] </w:t>
      </w:r>
      <w:r>
        <w:t>ke itni detail safar ki hai hajj ki, is mein kuch bhi nahi likha hua hai ke aap khana khate the, aaram ke liye kya intezam kiya tha aap ne apne liye, saaf saman ka kya mamla tha, kuch bhi nahi. taqreeban ek mahine ke hajj ke safar mein sara zikr jo hai, woh hajj hi ke item ka hai. jabke aaj kal hajj kya haal hai hajiyon ka? ghar se le kar wahan tak, wahan se l</w:t>
      </w:r>
    </w:p>
    <w:p>
      <w:pPr>
        <w:jc w:val="right"/>
      </w:pPr>
      <w:r>
        <w:t>کہ اتنی ڈیٹیل سفر کی ہے حج کی، اس میں کچھ بھی نہیں لکھا ہوا ہے کہ آپ کھانا کھاتے تھے، آرام کے لیے کیا انتظام کیا تھا آپ نے اپنے لیے، صاف سامان کا کیا معاملہ تھا، کچھ بھی نہیں۔ تقریباً ایک مہینے کے حج کے سفر میں سارا ذکر جو ہے، وہ حج ہی کے آئٹم کا ہے۔ جبکہ آج کل حج کیا حال ہے حاجیوں کا؟ گھر سے لے کر وہاں تک، وہاں سے ل</w:t>
      </w:r>
    </w:p>
    <w:p>
      <w:r>
        <w:rPr>
          <w:b/>
        </w:rPr>
        <w:t xml:space="preserve">[11:23] </w:t>
      </w:r>
      <w:r>
        <w:t>e kar ghar tak poora ihtimam rehta hai ke koi takleef na ho.</w:t>
      </w:r>
    </w:p>
    <w:p>
      <w:pPr>
        <w:jc w:val="right"/>
      </w:pPr>
      <w:r>
        <w:t>ے کر گھر تک پورا اہتمام رہتا ہے کہ کوئی تکلیف نہ ہو۔</w:t>
      </w:r>
    </w:p>
    <w:p>
      <w:r>
        <w:rPr>
          <w:b/>
        </w:rPr>
        <w:t xml:space="preserve">[11:28] </w:t>
      </w:r>
      <w:r>
        <w:t>aik haji sahab wapas aaye to mein ne poocha ke hajj ke baray mein kuch bataiye.</w:t>
      </w:r>
    </w:p>
    <w:p>
      <w:pPr>
        <w:jc w:val="right"/>
      </w:pPr>
      <w:r>
        <w:t>ایک حاجی صاحب واپس آئے تو میں نے پوچھا کہ حج کے بارے میں کچھ بتائیے۔</w:t>
      </w:r>
    </w:p>
    <w:p>
      <w:r>
        <w:rPr>
          <w:b/>
        </w:rPr>
        <w:t xml:space="preserve">[11:33] </w:t>
      </w:r>
      <w:r>
        <w:t>to unhon ne kaha alhamdulillah wahan par mujhe aik air condition tent mil gaya tha aur bohat aaram</w:t>
      </w:r>
    </w:p>
    <w:p>
      <w:pPr>
        <w:jc w:val="right"/>
      </w:pPr>
      <w:r>
        <w:t>تو انہوں نے کہا الحمدللہ وہاں پر مجھے ایک ایئر کنڈیشن ٹینٹ مل گیا تھا اور بہت آرام</w:t>
      </w:r>
    </w:p>
    <w:p>
      <w:r>
        <w:rPr>
          <w:b/>
        </w:rPr>
        <w:t xml:space="preserve">[11:39] </w:t>
      </w:r>
      <w:r>
        <w:t>ke sath hajj hua.</w:t>
      </w:r>
    </w:p>
    <w:p>
      <w:pPr>
        <w:jc w:val="right"/>
      </w:pPr>
      <w:r>
        <w:t>کے ساتھ حج ہوا۔</w:t>
      </w:r>
    </w:p>
    <w:p>
      <w:r>
        <w:rPr>
          <w:b/>
        </w:rPr>
        <w:t xml:space="preserve">[11:44] </w:t>
      </w:r>
      <w:r>
        <w:t>is par alhamdulillah ya alhamdulillah ki baat hai yeh? ya alhamdulillah ki baat hai ke wahan aap ko</w:t>
      </w:r>
    </w:p>
    <w:p>
      <w:pPr>
        <w:jc w:val="right"/>
      </w:pPr>
      <w:r>
        <w:t>اس پر الحمدللہ یا الحمدللہ کی بات ہے یہ؟ یا الحمدللہ کی بات ہے کہ وہاں آپ کو</w:t>
      </w:r>
    </w:p>
    <w:p>
      <w:r>
        <w:rPr>
          <w:b/>
        </w:rPr>
        <w:t xml:space="preserve">[11:49] </w:t>
      </w:r>
      <w:r>
        <w:t>air condition tent mil gaya?</w:t>
      </w:r>
    </w:p>
    <w:p>
      <w:pPr>
        <w:jc w:val="right"/>
      </w:pPr>
      <w:r>
        <w:t>ایئر کنڈیشن ٹینٹ مل گیا؟</w:t>
      </w:r>
    </w:p>
    <w:p>
      <w:r>
        <w:rPr>
          <w:b/>
        </w:rPr>
        <w:t xml:space="preserve">[11:55] </w:t>
      </w:r>
      <w:r>
        <w:t>to yeh dekhne ki zaroorat hai ke kyun aisa hai ke rasool Allah sal Allah alaihi wasallam ka</w:t>
      </w:r>
    </w:p>
    <w:p>
      <w:pPr>
        <w:jc w:val="right"/>
      </w:pPr>
      <w:r>
        <w:t>تو یہ دیکھنے کی ضرورت ہے کہ کیوں ایسا ہے کہ رسول اللہ صلی اللہ علیہ وسلم کا</w:t>
      </w:r>
    </w:p>
    <w:p>
      <w:r>
        <w:rPr>
          <w:b/>
        </w:rPr>
        <w:t xml:space="preserve">[12:01] </w:t>
      </w:r>
      <w:r>
        <w:t>hajj ki jo detail hai hadith ki kitabon mein, is mein yeh sab kuch hai hi nahin.</w:t>
      </w:r>
    </w:p>
    <w:p>
      <w:pPr>
        <w:jc w:val="right"/>
      </w:pPr>
      <w:r>
        <w:t>حج کی جو ڈیٹیل ہے حدیث کی کتابوں میں، اس میں یہ سب کچھ ہے ہی نہیں۔</w:t>
      </w:r>
    </w:p>
    <w:p>
      <w:r>
        <w:rPr>
          <w:b/>
        </w:rPr>
        <w:t xml:space="preserve">[12:07] </w:t>
      </w:r>
      <w:r>
        <w:t>kis tent mein aap thehray? kaun sa aaram aap ke liye ikhatta kiya gaya tha? kya khana khate</w:t>
      </w:r>
    </w:p>
    <w:p>
      <w:pPr>
        <w:jc w:val="right"/>
      </w:pPr>
      <w:r>
        <w:t>کس ٹینٹ میں آپ ٹھہرے؟ کون سا آرام آپ کے لیے اکٹھا کیا گیا تھا؟ کیا کھانا کھاتے</w:t>
      </w:r>
    </w:p>
    <w:p>
      <w:r>
        <w:rPr>
          <w:b/>
        </w:rPr>
        <w:t xml:space="preserve">[12:13] </w:t>
      </w:r>
      <w:r>
        <w:t>the aap? kuch bhi nahin, kuch bhi nahin, kuch bhi nahin.</w:t>
      </w:r>
    </w:p>
    <w:p>
      <w:pPr>
        <w:jc w:val="right"/>
      </w:pPr>
      <w:r>
        <w:t>تھے آپ؟ کچھ بھی نہیں، کچھ بھی نہیں، کچھ بھی نہیں۔</w:t>
      </w:r>
    </w:p>
    <w:p>
      <w:r>
        <w:rPr>
          <w:b/>
        </w:rPr>
        <w:t xml:space="preserve">[12:19] </w:t>
      </w:r>
      <w:r>
        <w:t>is se kya maloom hua ke rasool Allah ke nazdeek baqi sari cheezein</w:t>
      </w:r>
    </w:p>
    <w:p>
      <w:pPr>
        <w:jc w:val="right"/>
      </w:pPr>
      <w:r>
        <w:t>اس سے کیا معلوم ہوا کہ رسول اللہ کے نزدیک باقی ساری چیزیں</w:t>
      </w:r>
    </w:p>
    <w:p>
      <w:r>
        <w:rPr>
          <w:b/>
        </w:rPr>
        <w:t xml:space="preserve">[12:25] </w:t>
      </w:r>
      <w:r>
        <w:t>jo zindagi ki comfort kehte hain, un ko hum woh sab secondary bani bani hui theen us waqt. is ka kuch zikr nahi. woh is qabil nahi the un ka zikr kiya jaye. sara zikr jo hai dua ka aur Allah ta'ala ki yaad ka aur namaz ka aur doosri ikhlaqi baaton ka, is ka charcha khoob hai. is ka koi charcha hi nahi. is ka mani kya hua hai ke ha</w:t>
      </w:r>
    </w:p>
    <w:p>
      <w:pPr>
        <w:jc w:val="right"/>
      </w:pPr>
      <w:r>
        <w:t>جو زندگی کی کمفرٹ کہتے ہیں، ان کو ہم وہ سب سیکنڈری بنی بنی ہوئی تھیں اس وقت۔ اس کا کچھ ذکر نہیں۔ وہ اس قابل نہیں تھے ان کا ذکر کیا جائے۔ سارا ذکر جو ہے دعا کا اور اللہ تعالی کی یاد کا اور نماز کا اور دوسری اخلاقی باتوں کا، اس کا چرچہ خوب ہے۔ اس کا کوئی چرچہ ہی نہیں۔ اس کا معنی کیا ہوا ہے کہ ح</w:t>
      </w:r>
    </w:p>
    <w:p>
      <w:r>
        <w:rPr>
          <w:b/>
        </w:rPr>
        <w:t xml:space="preserve">[12:55] </w:t>
      </w:r>
      <w:r>
        <w:t>jj ki spirit yeh hai ke jab aap hajj ke liye niklen to sari duniyavi cheezen aap ke liye secondary ban gayi hon. main samajhta hoon ke hajj jo hai ek qism ka moving itikaf hai. chalta phirta itikaf. dekhen, ramzan ke zamane mein itikaf kiya jata hai. aam taur par log das din ka itikaf karte hain. it</w:t>
      </w:r>
    </w:p>
    <w:p>
      <w:pPr>
        <w:jc w:val="right"/>
      </w:pPr>
      <w:r>
        <w:t>ج کی اسپرٹ یہ ہے کہ جب آپ حج کے لیے نکلیں تو ساری دنیاوی چیزیں آپ کے لیے سیکنڈری بن گئی ہوں۔ میں سمجھتا ہوں کہ حج جو ہے ایک قسم کا موونگ اعتکاف ہے۔ چلتا پھرتا اعتکاف۔ دیکھیں، رمضان کے زمانے میں اعتکاف کیا جاتا ہے۔ عام طور پر لوگ دس دن کا اعتکاف کرتے ہیں۔ اعت</w:t>
      </w:r>
    </w:p>
    <w:p>
      <w:r>
        <w:rPr>
          <w:b/>
        </w:rPr>
        <w:t xml:space="preserve">[13:25] </w:t>
      </w:r>
      <w:r>
        <w:t>kaaf ke maani hote hain seclusion.</w:t>
      </w:r>
    </w:p>
    <w:p>
      <w:pPr>
        <w:jc w:val="right"/>
      </w:pPr>
      <w:r>
        <w:t>کاف کے معنی ہوتے ہیں سیکلوژن۔</w:t>
      </w:r>
    </w:p>
    <w:p>
      <w:r>
        <w:rPr>
          <w:b/>
        </w:rPr>
        <w:t xml:space="preserve">[13:31] </w:t>
      </w:r>
      <w:r>
        <w:t>seclusion, secluded life.</w:t>
      </w:r>
    </w:p>
    <w:p>
      <w:pPr>
        <w:jc w:val="right"/>
      </w:pPr>
      <w:r>
        <w:t>سیکلوژن، سیکلوڈڈ لائف۔</w:t>
      </w:r>
    </w:p>
    <w:p>
      <w:r>
        <w:rPr>
          <w:b/>
        </w:rPr>
        <w:t xml:space="preserve">[13:37] </w:t>
      </w:r>
      <w:r>
        <w:t>yaani chand dinon ke liye aap masjid mein aik goshe mein baith jatay hain aur aik secluded life bitatay hain.</w:t>
      </w:r>
    </w:p>
    <w:p>
      <w:pPr>
        <w:jc w:val="right"/>
      </w:pPr>
      <w:r>
        <w:t>یعنی چند دنوں کے لیے آپ مسجد میں ایک گوشے میں بیٹھ جاتے ہیں اور ایک سیکلوڈڈ لائف بتاتے ہیں۔</w:t>
      </w:r>
    </w:p>
    <w:p>
      <w:r>
        <w:rPr>
          <w:b/>
        </w:rPr>
        <w:t xml:space="preserve">[13:43] </w:t>
      </w:r>
      <w:r>
        <w:t>yaani dunya ke rishte, dunya ke ta'alluqat, dunya ka comfort, dunya ki luxury chhod kar sab cheez ko</w:t>
      </w:r>
    </w:p>
    <w:p>
      <w:pPr>
        <w:jc w:val="right"/>
      </w:pPr>
      <w:r>
        <w:t>یعنی دنیا کے رشتے، دنیا کے تعلقات، دنیا کا کمفرٹ، دنیا کی لگزری چھوڑ کر سب چیز کو</w:t>
      </w:r>
    </w:p>
    <w:p>
      <w:r>
        <w:rPr>
          <w:b/>
        </w:rPr>
        <w:t xml:space="preserve">[13:49] </w:t>
      </w:r>
      <w:r>
        <w:t>aik dam simple life ke tor par wahan aap guzartay hain aur sirf kya karte hain? z</w:t>
      </w:r>
    </w:p>
    <w:p>
      <w:pPr>
        <w:jc w:val="right"/>
      </w:pPr>
      <w:r>
        <w:t>ایک دم سمپل لائف کے طور پر وہاں آپ گزارتے ہیں اور صرف کیا کرتے ہیں؟ ذ</w:t>
      </w:r>
    </w:p>
    <w:p>
      <w:r>
        <w:rPr>
          <w:b/>
        </w:rPr>
        <w:t xml:space="preserve">[13:55] </w:t>
      </w:r>
      <w:r>
        <w:t>ikr aur dua aur namaz aur tilawat, yeh sab cheezein.</w:t>
      </w:r>
    </w:p>
    <w:p>
      <w:pPr>
        <w:jc w:val="right"/>
      </w:pPr>
      <w:r>
        <w:t>کر اور دعا اور نماز اور تلاوت، یہ سب چیزیں۔</w:t>
      </w:r>
    </w:p>
    <w:p>
      <w:r>
        <w:rPr>
          <w:b/>
        </w:rPr>
        <w:t xml:space="preserve">[13:59] </w:t>
      </w:r>
      <w:r>
        <w:t>yeh hai aitkaf.</w:t>
      </w:r>
    </w:p>
    <w:p>
      <w:pPr>
        <w:jc w:val="right"/>
      </w:pPr>
      <w:r>
        <w:t>یہ ہے اعتکاف۔</w:t>
      </w:r>
    </w:p>
    <w:p>
      <w:r>
        <w:rPr>
          <w:b/>
        </w:rPr>
        <w:t xml:space="preserve">[14:02] </w:t>
      </w:r>
      <w:r>
        <w:t>yaani madi cheezon se nikal kar ke khalis rohani mahol mein chale jana.</w:t>
      </w:r>
    </w:p>
    <w:p>
      <w:pPr>
        <w:jc w:val="right"/>
      </w:pPr>
      <w:r>
        <w:t>یعنی مادی چیزوں سے نکل کر کے خالص روحانی ماحول میں چلے جانا۔</w:t>
      </w:r>
    </w:p>
    <w:p>
      <w:r>
        <w:rPr>
          <w:b/>
        </w:rPr>
        <w:t xml:space="preserve">[14:06] </w:t>
      </w:r>
      <w:r>
        <w:t>Khuda ki yaad ke mahol mein chale jana.</w:t>
      </w:r>
    </w:p>
    <w:p>
      <w:pPr>
        <w:jc w:val="right"/>
      </w:pPr>
      <w:r>
        <w:t>خدا کی یاد کے ماحول میں چلے جانا۔</w:t>
      </w:r>
    </w:p>
    <w:p>
      <w:r>
        <w:rPr>
          <w:b/>
        </w:rPr>
        <w:t xml:space="preserve">[14:09] </w:t>
      </w:r>
      <w:r>
        <w:t>yeh hai itekaaf.</w:t>
      </w:r>
    </w:p>
    <w:p>
      <w:pPr>
        <w:jc w:val="right"/>
      </w:pPr>
      <w:r>
        <w:t>یہ ہے اعتکاف۔</w:t>
      </w:r>
    </w:p>
    <w:p>
      <w:r>
        <w:rPr>
          <w:b/>
        </w:rPr>
        <w:t xml:space="preserve">[14:13] </w:t>
      </w:r>
      <w:r>
        <w:t>to hajj bhi itekaaf hai.</w:t>
      </w:r>
    </w:p>
    <w:p>
      <w:pPr>
        <w:jc w:val="right"/>
      </w:pPr>
      <w:r>
        <w:t>تو حج بھی اعتکاف ہے۔</w:t>
      </w:r>
    </w:p>
    <w:p>
      <w:r>
        <w:rPr>
          <w:b/>
        </w:rPr>
        <w:t xml:space="preserve">[14:16] </w:t>
      </w:r>
      <w:r>
        <w:t>aik moving itekaaf.</w:t>
      </w:r>
    </w:p>
    <w:p>
      <w:pPr>
        <w:jc w:val="right"/>
      </w:pPr>
      <w:r>
        <w:t>ایک موونگ اعتکاف۔</w:t>
      </w:r>
    </w:p>
    <w:p>
      <w:r>
        <w:rPr>
          <w:b/>
        </w:rPr>
        <w:t xml:space="preserve">[14:20] </w:t>
      </w:r>
      <w:r>
        <w:t>chalta phirta itekaaf. mutharrik itekaaf.</w:t>
      </w:r>
    </w:p>
    <w:p>
      <w:pPr>
        <w:jc w:val="right"/>
      </w:pPr>
      <w:r>
        <w:t>چلتا پھرتا اعتکاف۔ متحرک اعتکاف۔</w:t>
      </w:r>
    </w:p>
    <w:p>
      <w:r>
        <w:rPr>
          <w:b/>
        </w:rPr>
        <w:t xml:space="preserve">[14:23] </w:t>
      </w:r>
      <w:r>
        <w:t>aur is ki nishani kya hai? moving itekaaf mein kyun kehta hoon hajj ko?</w:t>
      </w:r>
    </w:p>
    <w:p>
      <w:pPr>
        <w:jc w:val="right"/>
      </w:pPr>
      <w:r>
        <w:t>اور اس کی علامت کیا ہے؟ موونگ اعتکاف میں کیوں کہتا ہوں حج کو؟</w:t>
      </w:r>
    </w:p>
    <w:p>
      <w:r>
        <w:rPr>
          <w:b/>
        </w:rPr>
        <w:t xml:space="preserve">[14:27] </w:t>
      </w:r>
      <w:r>
        <w:t>to is liye ke aik hadees hai, aik shakhs ne poocha ke aye aye Khuda ke Rasool, hajj</w:t>
      </w:r>
    </w:p>
    <w:p>
      <w:pPr>
        <w:jc w:val="right"/>
      </w:pPr>
      <w:r>
        <w:t>تو اس لیے کہ ایک حدیث ہے، ایک شخص نے پوچھا کہ اے اے خدا کے رسول، حج</w:t>
      </w:r>
    </w:p>
    <w:p>
      <w:r>
        <w:rPr>
          <w:b/>
        </w:rPr>
        <w:t xml:space="preserve">[14:34] </w:t>
      </w:r>
      <w:r>
        <w:t>kya hai? aap ne farmaya ke al-shakhs al-tafil, yani aadmi jo hai baal bikhre hue hain, is ko</w:t>
      </w:r>
    </w:p>
    <w:p>
      <w:pPr>
        <w:jc w:val="right"/>
      </w:pPr>
      <w:r>
        <w:t>کیا ہے؟ آپ نے فرمایا کہ الشخص الطفل، یعنی آدمی جو ہے بال بکھرے ہوئے ہیں، اس کو</w:t>
      </w:r>
    </w:p>
    <w:p>
      <w:r>
        <w:rPr>
          <w:b/>
        </w:rPr>
        <w:t xml:space="preserve">[14:42] </w:t>
      </w:r>
      <w:r>
        <w:t>sidh rahi hain kapray ki, chala ja raha hai Khuda ke rastay mein, yeh hai hajj.</w:t>
      </w:r>
    </w:p>
    <w:p>
      <w:pPr>
        <w:jc w:val="right"/>
      </w:pPr>
      <w:r>
        <w:t>سدھ رہی ہیں کپڑے کی، چلا جا رہا ہے خدا کے راستے میں، یہ ہے حج۔</w:t>
      </w:r>
    </w:p>
    <w:p>
      <w:r>
        <w:rPr>
          <w:b/>
        </w:rPr>
        <w:t xml:space="preserve">[14:49] </w:t>
      </w:r>
      <w:r>
        <w:t>to is ki nishani hai ehraam. ehraam bandh</w:t>
      </w:r>
    </w:p>
    <w:p>
      <w:pPr>
        <w:jc w:val="right"/>
      </w:pPr>
      <w:r>
        <w:t>تو اس کی علامت ہے احرام۔ احرام باند</w:t>
      </w:r>
    </w:p>
    <w:p>
      <w:r>
        <w:rPr>
          <w:b/>
        </w:rPr>
        <w:t xml:space="preserve">[14:57] </w:t>
      </w:r>
      <w:r>
        <w:t>na. aam taur par aap kitabon mein padhenge ke hajj ki teen qismen hain: hajj tamattu, hajj qiran, hajj ifraad. har kitab mein aap ko jo hajj ki kitaben hoti hain, us mein aap ko yeh likha hua milega ke hajj ki teen qismen hain: hajj tamattu, hajj qiran, hajj ifraad. hajj tamattu kya hai? ha</w:t>
      </w:r>
    </w:p>
    <w:p>
      <w:pPr>
        <w:jc w:val="right"/>
      </w:pPr>
      <w:r>
        <w:t>ھنا۔ عام طور پر آپ کتابوں میں پڑھیں گے کہ حج کی تین قسمیں ہیں: حج تمتع، حج قرآن، حج افراد۔ ہر کتاب میں آپ کو جو حج کی کتابیں ہوتی ہیں، اس میں آپ کو یہ لکھا ہوا ملے گا کہ حج کی تین قسمیں ہیں: حج تمتع، حج قرآن، حج افراد۔ حج تمتع کیا ہے؟ ح</w:t>
      </w:r>
    </w:p>
    <w:p>
      <w:r>
        <w:rPr>
          <w:b/>
        </w:rPr>
        <w:t xml:space="preserve">[15:27] </w:t>
      </w:r>
      <w:r>
        <w:t>j tamattu yeh hai ke aap ne pehli baar ehraam bandha, is ke baad umrah kiya.</w:t>
      </w:r>
    </w:p>
    <w:p>
      <w:pPr>
        <w:jc w:val="right"/>
      </w:pPr>
      <w:r>
        <w:t>ج تمتع یہ ہے کہ آپ نے پہلی بار احرام باندھا، اس کے بعد عمرہ کیا۔</w:t>
      </w:r>
    </w:p>
    <w:p>
      <w:r>
        <w:rPr>
          <w:b/>
        </w:rPr>
        <w:t xml:space="preserve">[15:31] </w:t>
      </w:r>
      <w:r>
        <w:t>umrah kar ke ehraam khol diya aap ne.</w:t>
      </w:r>
    </w:p>
    <w:p>
      <w:pPr>
        <w:jc w:val="right"/>
      </w:pPr>
      <w:r>
        <w:t>عمرہ کر کے احرام کھول دیا آپ نے۔</w:t>
      </w:r>
    </w:p>
    <w:p>
      <w:r>
        <w:rPr>
          <w:b/>
        </w:rPr>
        <w:t xml:space="preserve">[15:36] </w:t>
      </w:r>
      <w:r>
        <w:t>phir dobara ehraam bandh kar ke aap ne hajj kiya.</w:t>
      </w:r>
    </w:p>
    <w:p>
      <w:pPr>
        <w:jc w:val="right"/>
      </w:pPr>
      <w:r>
        <w:t>پھر دوبارہ احرام باندھ کر کے آپ نے حج کیا۔</w:t>
      </w:r>
    </w:p>
    <w:p>
      <w:r>
        <w:rPr>
          <w:b/>
        </w:rPr>
        <w:t xml:space="preserve">[15:40] </w:t>
      </w:r>
      <w:r>
        <w:t>to pehli baar ehraam bandha umray ke liye, phir doosri baar ehraam bandha hajj ke liye.</w:t>
      </w:r>
    </w:p>
    <w:p>
      <w:pPr>
        <w:jc w:val="right"/>
      </w:pPr>
      <w:r>
        <w:t>تو پہلی بار احرام باندھا عمرے کے لیے، پھر دوسری بار احرام باندھا حج کے لیے۔</w:t>
      </w:r>
    </w:p>
    <w:p>
      <w:r>
        <w:rPr>
          <w:b/>
        </w:rPr>
        <w:t xml:space="preserve">[15:45] </w:t>
      </w:r>
      <w:r>
        <w:t>yeh hua hajj tamattu.</w:t>
      </w:r>
    </w:p>
    <w:p>
      <w:pPr>
        <w:jc w:val="right"/>
      </w:pPr>
      <w:r>
        <w:t>یہ ہوا حج تمتع۔</w:t>
      </w:r>
    </w:p>
    <w:p>
      <w:r>
        <w:rPr>
          <w:b/>
        </w:rPr>
        <w:t xml:space="preserve">[15:49] </w:t>
      </w:r>
      <w:r>
        <w:t>hajj qiran kya hai? ke aap ne aik hi ehraam bandha, aap ne aik hi ehraam mein aap</w:t>
      </w:r>
    </w:p>
    <w:p>
      <w:pPr>
        <w:jc w:val="right"/>
      </w:pPr>
      <w:r>
        <w:t>حج قرآن کیا ہے؟ کہ آپ نے ایک ہی احرام باندھا، آپ نے ایک ہی احرام میں آپ</w:t>
      </w:r>
    </w:p>
    <w:p>
      <w:r>
        <w:rPr>
          <w:b/>
        </w:rPr>
        <w:t xml:space="preserve">[15:54] </w:t>
      </w:r>
      <w:r>
        <w:t>ne umrah bhi kiya aur hajj bhi kiya.</w:t>
      </w:r>
    </w:p>
    <w:p>
      <w:pPr>
        <w:jc w:val="right"/>
      </w:pPr>
      <w:r>
        <w:t>نے عمرہ بھی کیا اور حج بھی کیا۔</w:t>
      </w:r>
    </w:p>
    <w:p>
      <w:r>
        <w:rPr>
          <w:b/>
        </w:rPr>
        <w:t xml:space="preserve">[15:58] </w:t>
      </w:r>
      <w:r>
        <w:t>beech mein ehram utara nahi. usi se, usi se, usi ehram se aap ne umrah bhi kiya, usi se aap ne hajj bhi kiya. yeh hua hajj qiran. teesra jo hai hajj ifraad yeh hai ke aap ne umrah nahi kiya. ehram bandh kar hajj kiya. bas. aur phir hajj ko hajj ke baad ehram khol diya. to hajj tamattu mein aur hajj qiran mein qurbani hoti hai, hajj ifraad</w:t>
      </w:r>
    </w:p>
    <w:p>
      <w:pPr>
        <w:jc w:val="right"/>
      </w:pPr>
      <w:r>
        <w:t>بیچ میں احرام اتارا نہیں۔ اسی سے، اسی سے، اسی احرام سے آپ نے عمرہ بھی کیا، اسی سے آپ نے حج بھی کیا۔ یہ ہوا حج قرآن۔ تیسرا جو ہے حج افراد یہ ہے کہ آپ نے عمرہ نہیں کیا۔ احرام باندھ کر حج کیا۔ بس۔ اور پھر حج کو حج کے بعد احرام کھول دیا۔ تو حج تمتع میں اور حج قرآن میں قربانی ہوتی ہے، حج افراد</w:t>
      </w:r>
    </w:p>
    <w:p>
      <w:r>
        <w:rPr>
          <w:b/>
        </w:rPr>
        <w:t xml:space="preserve">[16:28] </w:t>
      </w:r>
      <w:r>
        <w:t>mein qurbani nahi hoti hai.</w:t>
      </w:r>
    </w:p>
    <w:p>
      <w:pPr>
        <w:jc w:val="right"/>
      </w:pPr>
      <w:r>
        <w:t>میں قربانی نہیں ہوتی ہے۔</w:t>
      </w:r>
    </w:p>
    <w:p>
      <w:r>
        <w:rPr>
          <w:b/>
        </w:rPr>
        <w:t xml:space="preserve">[16:32] </w:t>
      </w:r>
      <w:r>
        <w:t>yeh sab likha raha hai kitabon mein.</w:t>
      </w:r>
    </w:p>
    <w:p>
      <w:pPr>
        <w:jc w:val="right"/>
      </w:pPr>
      <w:r>
        <w:t>یہ سب لکھا رہا ہے کتابوں میں۔</w:t>
      </w:r>
    </w:p>
    <w:p>
      <w:r>
        <w:rPr>
          <w:b/>
        </w:rPr>
        <w:t xml:space="preserve">[16:36] </w:t>
      </w:r>
      <w:r>
        <w:t>yeh hai kya masla? isi ko mein masla kehta hoon.</w:t>
      </w:r>
    </w:p>
    <w:p>
      <w:pPr>
        <w:jc w:val="right"/>
      </w:pPr>
      <w:r>
        <w:t>یہ ہے کیا مسئلہ؟ اسی کو میں مسئلہ کہتا ہوں۔</w:t>
      </w:r>
    </w:p>
    <w:p>
      <w:r>
        <w:rPr>
          <w:b/>
        </w:rPr>
        <w:t xml:space="preserve">[16:40] </w:t>
      </w:r>
      <w:r>
        <w:t>یعنی فارم جو ہے اس کا، اس کے جو rituals ہیں، اس کو بتانا۔</w:t>
      </w:r>
    </w:p>
    <w:p>
      <w:pPr>
        <w:jc w:val="right"/>
      </w:pPr>
      <w:r>
        <w:t>یعنی فارم جو ہے اس کا، اس کے جو ریچولز ہیں، اس کو بتانا۔</w:t>
      </w:r>
    </w:p>
    <w:p>
      <w:r>
        <w:rPr>
          <w:b/>
        </w:rPr>
        <w:t xml:space="preserve">[16:44] </w:t>
      </w:r>
      <w:r>
        <w:t>ehraam isi isi cheez ka naam nahi hai.</w:t>
      </w:r>
    </w:p>
    <w:p>
      <w:pPr>
        <w:jc w:val="right"/>
      </w:pPr>
      <w:r>
        <w:t>احرام اسی اسی چیز کا نام نہیں ہے۔</w:t>
      </w:r>
    </w:p>
    <w:p>
      <w:r>
        <w:rPr>
          <w:b/>
        </w:rPr>
        <w:t xml:space="preserve">[16:47] </w:t>
      </w:r>
      <w:r>
        <w:t>ehraam aik spirit hai.</w:t>
      </w:r>
    </w:p>
    <w:p>
      <w:pPr>
        <w:jc w:val="right"/>
      </w:pPr>
      <w:r>
        <w:t>احرام ایک اسپرٹ ہے۔</w:t>
      </w:r>
    </w:p>
    <w:p>
      <w:r>
        <w:rPr>
          <w:b/>
        </w:rPr>
        <w:t xml:space="preserve">[16:51] </w:t>
      </w:r>
      <w:r>
        <w:t>spirit kis baat ki? simple life ki spirit.</w:t>
      </w:r>
    </w:p>
    <w:p>
      <w:pPr>
        <w:jc w:val="right"/>
      </w:pPr>
      <w:r>
        <w:t>اسپرٹ کس بات کی؟ سمپل لائف کی اسپرٹ۔</w:t>
      </w:r>
    </w:p>
    <w:p>
      <w:r>
        <w:rPr>
          <w:b/>
        </w:rPr>
        <w:t xml:space="preserve">[16:55] </w:t>
      </w:r>
      <w:r>
        <w:t>aap jab ghar par hotay hain to aap darzi ka s</w:t>
      </w:r>
    </w:p>
    <w:p>
      <w:pPr>
        <w:jc w:val="right"/>
      </w:pPr>
      <w:r>
        <w:t>آپ جب گھر پر ہوتے ہیں تو آپ درزی کا س</w:t>
      </w:r>
    </w:p>
    <w:p>
      <w:r>
        <w:rPr>
          <w:b/>
        </w:rPr>
        <w:t xml:space="preserve">[16:59] </w:t>
      </w:r>
      <w:r>
        <w:t>la hua kapra pehantay hain.</w:t>
      </w:r>
    </w:p>
    <w:p>
      <w:pPr>
        <w:jc w:val="right"/>
      </w:pPr>
      <w:r>
        <w:t>لا ہوا کپڑا پہنتے ہیں۔</w:t>
      </w:r>
    </w:p>
    <w:p>
      <w:r>
        <w:rPr>
          <w:b/>
        </w:rPr>
        <w:t xml:space="preserve">[17:02] </w:t>
      </w:r>
      <w:r>
        <w:t>achhay achhay kapray log pehantay hain.</w:t>
      </w:r>
    </w:p>
    <w:p>
      <w:pPr>
        <w:jc w:val="right"/>
      </w:pPr>
      <w:r>
        <w:t>اچھے اچھے کپڑے لوگ پہنتے ہیں۔</w:t>
      </w:r>
    </w:p>
    <w:p>
      <w:r>
        <w:rPr>
          <w:b/>
        </w:rPr>
        <w:t xml:space="preserve">[17:05] </w:t>
      </w:r>
      <w:r>
        <w:t>aaj kal shop bhi karte hain kapre ke liye.</w:t>
      </w:r>
    </w:p>
    <w:p>
      <w:pPr>
        <w:jc w:val="right"/>
      </w:pPr>
      <w:r>
        <w:t>آج کل شاپ بھی کرتے ہیں کپڑے کے لیے۔</w:t>
      </w:r>
    </w:p>
    <w:p>
      <w:r>
        <w:rPr>
          <w:b/>
        </w:rPr>
        <w:t xml:space="preserve">[17:08] </w:t>
      </w:r>
      <w:r>
        <w:t>naye naye design ke kapre.</w:t>
      </w:r>
    </w:p>
    <w:p>
      <w:pPr>
        <w:jc w:val="right"/>
      </w:pPr>
      <w:r>
        <w:t>نئے نئے ڈیزائن کے کپڑے۔</w:t>
      </w:r>
    </w:p>
    <w:p>
      <w:r>
        <w:rPr>
          <w:b/>
        </w:rPr>
        <w:t xml:space="preserve">[17:11] </w:t>
      </w:r>
      <w:r>
        <w:t>lekin chahe koi kitna hi ameer ho, koi ghareeb ho, koi kitna hi parha likha ho, professor, kuch</w:t>
      </w:r>
    </w:p>
    <w:p>
      <w:pPr>
        <w:jc w:val="right"/>
      </w:pPr>
      <w:r>
        <w:t>لیکن چاہے کوئی کتنا ہی امیر ہو، کوئی غریب ہو، کوئی کتنا ہی پڑھا لکھا ہو، پروفیسر، کچھ</w:t>
      </w:r>
    </w:p>
    <w:p>
      <w:r>
        <w:rPr>
          <w:b/>
        </w:rPr>
        <w:t xml:space="preserve">[17:14] </w:t>
      </w:r>
      <w:r>
        <w:t>bhi ho, sab ko ek hi kapra pehanna parta hai.</w:t>
      </w:r>
    </w:p>
    <w:p>
      <w:pPr>
        <w:jc w:val="right"/>
      </w:pPr>
      <w:r>
        <w:t>بھی ہو، سب کو ایک ہی کپڑا پہننا پڑتا ہے۔</w:t>
      </w:r>
    </w:p>
    <w:p>
      <w:r>
        <w:rPr>
          <w:b/>
        </w:rPr>
        <w:t xml:space="preserve">[17:17] </w:t>
      </w:r>
      <w:r>
        <w:t>woh kya? safed chadar.</w:t>
      </w:r>
    </w:p>
    <w:p>
      <w:pPr>
        <w:jc w:val="right"/>
      </w:pPr>
      <w:r>
        <w:t>وہ کیا؟ سفید چادر۔</w:t>
      </w:r>
    </w:p>
    <w:p>
      <w:r>
        <w:rPr>
          <w:b/>
        </w:rPr>
        <w:t xml:space="preserve">[17:20] </w:t>
      </w:r>
      <w:r>
        <w:t>do safed chadar.</w:t>
      </w:r>
    </w:p>
    <w:p>
      <w:pPr>
        <w:jc w:val="right"/>
      </w:pPr>
      <w:r>
        <w:t>دو سفید چادر۔</w:t>
      </w:r>
    </w:p>
    <w:p>
      <w:r>
        <w:rPr>
          <w:b/>
        </w:rPr>
        <w:t xml:space="preserve">[17:23] </w:t>
      </w:r>
      <w:r>
        <w:t>yani baghair sila hua kapra, yani do safed chadar.</w:t>
      </w:r>
    </w:p>
    <w:p>
      <w:pPr>
        <w:jc w:val="right"/>
      </w:pPr>
      <w:r>
        <w:t>یعنی بغیر سلا ہوا کپڑا، یعنی دو سفید چادر۔</w:t>
      </w:r>
    </w:p>
    <w:p>
      <w:r>
        <w:rPr>
          <w:b/>
        </w:rPr>
        <w:t xml:space="preserve">[17:26] </w:t>
      </w:r>
      <w:r>
        <w:t>ek neeche aap ne baandh liya, ek</w:t>
      </w:r>
    </w:p>
    <w:p>
      <w:pPr>
        <w:jc w:val="right"/>
      </w:pPr>
      <w:r>
        <w:t>ایک نیچے آپ نے باندھ لیا، ایک</w:t>
      </w:r>
    </w:p>
    <w:p>
      <w:r>
        <w:rPr>
          <w:b/>
        </w:rPr>
        <w:t xml:space="preserve">[17:29] </w:t>
      </w:r>
      <w:r>
        <w:t>upar aap ne daal liya.</w:t>
      </w:r>
    </w:p>
    <w:p>
      <w:pPr>
        <w:jc w:val="right"/>
      </w:pPr>
      <w:r>
        <w:t>اوپر آپ نے ڈال لیا۔</w:t>
      </w:r>
    </w:p>
    <w:p>
      <w:r>
        <w:rPr>
          <w:b/>
        </w:rPr>
        <w:t xml:space="preserve">[17:32] </w:t>
      </w:r>
      <w:r>
        <w:t>sab ko yeh karna parta hai.</w:t>
      </w:r>
    </w:p>
    <w:p>
      <w:pPr>
        <w:jc w:val="right"/>
      </w:pPr>
      <w:r>
        <w:t>سب کو یہ کرنا پڑتا ہے۔</w:t>
      </w:r>
    </w:p>
    <w:p>
      <w:r>
        <w:rPr>
          <w:b/>
        </w:rPr>
        <w:t xml:space="preserve">[17:35] </w:t>
      </w:r>
      <w:r>
        <w:t>iska matlab kya hua? ke iska matlab yeh hua ke hajj ka matlab bataya ja raha</w:t>
      </w:r>
    </w:p>
    <w:p>
      <w:pPr>
        <w:jc w:val="right"/>
      </w:pPr>
      <w:r>
        <w:t>اس کا مطلب کیا ہوا؟ کہ اس کا مطلب یہ ہوا کہ حج کا مطلب بتایا جا رہا</w:t>
      </w:r>
    </w:p>
    <w:p>
      <w:r>
        <w:rPr>
          <w:b/>
        </w:rPr>
        <w:t xml:space="preserve">[17:39] </w:t>
      </w:r>
      <w:r>
        <w:t>hai aap ko.</w:t>
      </w:r>
    </w:p>
    <w:p>
      <w:pPr>
        <w:jc w:val="right"/>
      </w:pPr>
      <w:r>
        <w:t>ہے آپ کو۔</w:t>
      </w:r>
    </w:p>
    <w:p>
      <w:r>
        <w:rPr>
          <w:b/>
        </w:rPr>
        <w:t xml:space="preserve">[17:42] </w:t>
      </w:r>
      <w:r>
        <w:t>symbolic way mein.</w:t>
      </w:r>
    </w:p>
    <w:p>
      <w:pPr>
        <w:jc w:val="right"/>
      </w:pPr>
      <w:r>
        <w:t>سمبالک وے میں۔</w:t>
      </w:r>
    </w:p>
    <w:p>
      <w:r>
        <w:rPr>
          <w:b/>
        </w:rPr>
        <w:t xml:space="preserve">[17:45] </w:t>
      </w:r>
      <w:r>
        <w:t>ke hajj ka matlab hai simplicity.</w:t>
      </w:r>
    </w:p>
    <w:p>
      <w:pPr>
        <w:jc w:val="right"/>
      </w:pPr>
      <w:r>
        <w:t>کہ حج کا مطلب ہے سمپلیسٹی۔</w:t>
      </w:r>
    </w:p>
    <w:p>
      <w:r>
        <w:rPr>
          <w:b/>
        </w:rPr>
        <w:t xml:space="preserve">[17:49] </w:t>
      </w:r>
      <w:r>
        <w:t>aakhri had hai, dekhen, kapre ke maamle mein yeh aakhri had hai ke bana sila kapra do tukra</w:t>
      </w:r>
    </w:p>
    <w:p>
      <w:pPr>
        <w:jc w:val="right"/>
      </w:pPr>
      <w:r>
        <w:t>آخری حد ہے، دیکھیں، کپڑے کے معاملے میں یہ آخری حد ہے کہ بنا سلا کپڑا دو ٹکڑا</w:t>
      </w:r>
    </w:p>
    <w:p>
      <w:r>
        <w:rPr>
          <w:b/>
        </w:rPr>
        <w:t xml:space="preserve">[17:52] </w:t>
      </w:r>
      <w:r>
        <w:t>aap apni body par daal len.</w:t>
      </w:r>
    </w:p>
    <w:p>
      <w:pPr>
        <w:jc w:val="right"/>
      </w:pPr>
      <w:r>
        <w:t>آپ اپنی باڈی پر ڈال لیں۔</w:t>
      </w:r>
    </w:p>
    <w:p>
      <w:r>
        <w:rPr>
          <w:b/>
        </w:rPr>
        <w:t xml:space="preserve">[17:55] </w:t>
      </w:r>
      <w:r>
        <w:t>is se aage toh kuch nahi simplicity ho sakti kapre ke maamle mein.</w:t>
      </w:r>
    </w:p>
    <w:p>
      <w:pPr>
        <w:jc w:val="right"/>
      </w:pPr>
      <w:r>
        <w:t>اس سے آگے تو کچھ نہیں سمپلیسٹی ہو سکتی کپڑے کے معاملے میں۔</w:t>
      </w:r>
    </w:p>
    <w:p>
      <w:r>
        <w:rPr>
          <w:b/>
        </w:rPr>
        <w:t xml:space="preserve">[17:59] </w:t>
      </w:r>
      <w:r>
        <w:t>kapray kay maamlay mein sadgi ki aakhri had hai. is say aagay koi sadgi nahi ho sakti. is say aagay to nanga pan hai. nanga pan to islam mein nahi hai. islam mein nanga pan nahi hai. to kap, yeh kapra jo is tarah pehna jata hai ehram ki shakal mein, yeh alamat hai simple life ki. har aitbaar say simplicity. kapray mein, khanay</w:t>
      </w:r>
    </w:p>
    <w:p>
      <w:pPr>
        <w:jc w:val="right"/>
      </w:pPr>
      <w:r>
        <w:t>کپڑے کے معاملے میں سادگی کی آخری حد ہے۔ اس سے آگے کوئی سادگی نہیں ہو سکتی۔ اس سے آگے تو ننگا پن ہے۔ ننگا پن تو اسلام میں نہیں ہے۔ اسلام میں ننگا پن نہیں ہے۔ تو کپ، یہ کپڑا جو اس طرح پہنا جاتا ہے احرام کی شکل میں، یہ علامت ہے سمپل لائف کی۔ ہر اعتبار سے سمپلیسٹی۔ کپڑے میں، کھانے</w:t>
      </w:r>
    </w:p>
    <w:p>
      <w:r>
        <w:rPr>
          <w:b/>
        </w:rPr>
        <w:t xml:space="preserve">[18:29] </w:t>
      </w:r>
      <w:r>
        <w:t>mein, sone mein, har cheez mein.</w:t>
      </w:r>
    </w:p>
    <w:p>
      <w:pPr>
        <w:jc w:val="right"/>
      </w:pPr>
      <w:r>
        <w:t>میں، سونے میں، ہر چیز میں۔</w:t>
      </w:r>
    </w:p>
    <w:p>
      <w:r>
        <w:rPr>
          <w:b/>
        </w:rPr>
        <w:t xml:space="preserve">[18:33] </w:t>
      </w:r>
      <w:r>
        <w:t>yahan tak ke bolne mein bhi.</w:t>
      </w:r>
    </w:p>
    <w:p>
      <w:pPr>
        <w:jc w:val="right"/>
      </w:pPr>
      <w:r>
        <w:t>یہاں تک کہ بولنے میں بھی۔</w:t>
      </w:r>
    </w:p>
    <w:p>
      <w:r>
        <w:rPr>
          <w:b/>
        </w:rPr>
        <w:t xml:space="preserve">[18:37] </w:t>
      </w:r>
      <w:r>
        <w:t>toh yeh hai spirit hajj ki.</w:t>
      </w:r>
    </w:p>
    <w:p>
      <w:pPr>
        <w:jc w:val="right"/>
      </w:pPr>
      <w:r>
        <w:t>تو یہ ہے اسپرٹ حج کی۔</w:t>
      </w:r>
    </w:p>
    <w:p>
      <w:r>
        <w:rPr>
          <w:b/>
        </w:rPr>
        <w:t xml:space="preserve">[18:42] </w:t>
      </w:r>
      <w:r>
        <w:t>ke har doosri cheez ko aap secondary bana den Khuda ki yaad ke siwa.</w:t>
      </w:r>
    </w:p>
    <w:p>
      <w:pPr>
        <w:jc w:val="right"/>
      </w:pPr>
      <w:r>
        <w:t>کہ ہر دوسری چیز کو آپ سیکنڈری بنا دیں خدا کی یاد کے سوا۔</w:t>
      </w:r>
    </w:p>
    <w:p>
      <w:r>
        <w:rPr>
          <w:b/>
        </w:rPr>
        <w:t xml:space="preserve">[18:46] </w:t>
      </w:r>
      <w:r>
        <w:t>ehraam ki spirit kya hai? ke Khuda ki yaad ke siwa har doosri cheez aap ki zindagi mein</w:t>
      </w:r>
    </w:p>
    <w:p>
      <w:pPr>
        <w:jc w:val="right"/>
      </w:pPr>
      <w:r>
        <w:t>احرام کی اسپرٹ کیا ہے؟ کہ خدا کی یاد کے سوا ہر دوسری چیز آپ کی زندگی میں</w:t>
      </w:r>
    </w:p>
    <w:p>
      <w:r>
        <w:rPr>
          <w:b/>
        </w:rPr>
        <w:t xml:space="preserve">[18:50] </w:t>
      </w:r>
      <w:r>
        <w:t>secondary ban jaye.</w:t>
      </w:r>
    </w:p>
    <w:p>
      <w:pPr>
        <w:jc w:val="right"/>
      </w:pPr>
      <w:r>
        <w:t>سیکنڈری بن جائے۔</w:t>
      </w:r>
    </w:p>
    <w:p>
      <w:r>
        <w:rPr>
          <w:b/>
        </w:rPr>
        <w:t xml:space="preserve">[18:54] </w:t>
      </w:r>
      <w:r>
        <w:t>yani aap ka maamla kya ho? God oriented</w:t>
      </w:r>
    </w:p>
    <w:p>
      <w:pPr>
        <w:jc w:val="right"/>
      </w:pPr>
      <w:r>
        <w:t>یعنی آپ کا معاملہ کیا ہو؟ گاڈ اورین</w:t>
      </w:r>
    </w:p>
    <w:p>
      <w:r>
        <w:rPr>
          <w:b/>
        </w:rPr>
        <w:t xml:space="preserve">[18:59] </w:t>
      </w:r>
      <w:r>
        <w:t>thinking aap ke andar aa jaye.</w:t>
      </w:r>
    </w:p>
    <w:p>
      <w:pPr>
        <w:jc w:val="right"/>
      </w:pPr>
      <w:r>
        <w:t>ٹڈ تھنکنگ آپ کے اندر آ جائے۔</w:t>
      </w:r>
    </w:p>
    <w:p>
      <w:r>
        <w:rPr>
          <w:b/>
        </w:rPr>
        <w:t xml:space="preserve">[19:02] </w:t>
      </w:r>
      <w:r>
        <w:t>god oriented speech aap ke andar aa jaye.</w:t>
      </w:r>
    </w:p>
    <w:p>
      <w:pPr>
        <w:jc w:val="right"/>
      </w:pPr>
      <w:r>
        <w:t>گاڈ اورینٹڈ سپیچ آپ کے اندر آ جائے۔</w:t>
      </w:r>
    </w:p>
    <w:p>
      <w:r>
        <w:rPr>
          <w:b/>
        </w:rPr>
        <w:t xml:space="preserve">[19:06] </w:t>
      </w:r>
      <w:r>
        <w:t>god oriented behavior aap ke andar aa jaye.</w:t>
      </w:r>
    </w:p>
    <w:p>
      <w:pPr>
        <w:jc w:val="right"/>
      </w:pPr>
      <w:r>
        <w:t>گاڈ اورینٹڈ بیہیویئر آپ کے اندر آ جائے۔</w:t>
      </w:r>
    </w:p>
    <w:p>
      <w:r>
        <w:rPr>
          <w:b/>
        </w:rPr>
        <w:t xml:space="preserve">[19:10] </w:t>
      </w:r>
      <w:r>
        <w:t>har aitbar se aap ke andar divine character aa jaye.</w:t>
      </w:r>
    </w:p>
    <w:p>
      <w:pPr>
        <w:jc w:val="right"/>
      </w:pPr>
      <w:r>
        <w:t>ہر اعتبار سے آپ کے اندر ڈیوائن کریکٹر آ جائے۔</w:t>
      </w:r>
    </w:p>
    <w:p>
      <w:r>
        <w:rPr>
          <w:b/>
        </w:rPr>
        <w:t xml:space="preserve">[19:14] </w:t>
      </w:r>
      <w:r>
        <w:t>har aitbar se.</w:t>
      </w:r>
    </w:p>
    <w:p>
      <w:pPr>
        <w:jc w:val="right"/>
      </w:pPr>
      <w:r>
        <w:t>ہر اعتبار سے۔</w:t>
      </w:r>
    </w:p>
    <w:p>
      <w:r>
        <w:rPr>
          <w:b/>
        </w:rPr>
        <w:t xml:space="preserve">[19:18] </w:t>
      </w:r>
      <w:r>
        <w:t>aur aur jo dunyaavi cheezein hain, khana, peena, sona, comfort, luxury, yeh sab secondary ban jayein.</w:t>
      </w:r>
    </w:p>
    <w:p>
      <w:pPr>
        <w:jc w:val="right"/>
      </w:pPr>
      <w:r>
        <w:t>اور اور جو دنیاوی چیزیں ہیں، کھانا، پینا، سونا، کمفرٹ، لگزری، یہ سب سیکنڈری بن جائیں۔</w:t>
      </w:r>
    </w:p>
    <w:p>
      <w:r>
        <w:rPr>
          <w:b/>
        </w:rPr>
        <w:t xml:space="preserve">[19:21] </w:t>
      </w:r>
      <w:r>
        <w:t>jo hai wahi theek hai, jo hai wahi theek hai.</w:t>
      </w:r>
    </w:p>
    <w:p>
      <w:pPr>
        <w:jc w:val="right"/>
      </w:pPr>
      <w:r>
        <w:t>جو ہے وہی ٹھیک ہے، جو ہے وہی ٹھیک ہے۔</w:t>
      </w:r>
    </w:p>
    <w:p>
      <w:r>
        <w:rPr>
          <w:b/>
        </w:rPr>
        <w:t xml:space="preserve">[19:25] </w:t>
      </w:r>
      <w:r>
        <w:t>secondary ka matlab kya hua?</w:t>
      </w:r>
    </w:p>
    <w:p>
      <w:pPr>
        <w:jc w:val="right"/>
      </w:pPr>
      <w:r>
        <w:t>سیکنڈری کا مطلب کیا ہوا؟</w:t>
      </w:r>
    </w:p>
    <w:p>
      <w:r>
        <w:rPr>
          <w:b/>
        </w:rPr>
        <w:t xml:space="preserve">[19:29] </w:t>
      </w:r>
      <w:r>
        <w:t>jo hai wohi theek hai. khali roti hai to wohi roti, khali roti kha liya. bistar nahi hai to ghaas par so gaye. jo hai wohi theek hai. simple life ka definition yahi hai. simple life ka definition yahi hai kay jahan tak aap kay mission ki baat hai, zindagi ka jo mission hai, zindagi ka jo maqsad hai, uski baat hai, wahan aap sara dhyan den gay. apna paisa, apni energy</w:t>
      </w:r>
    </w:p>
    <w:p>
      <w:pPr>
        <w:jc w:val="right"/>
      </w:pPr>
      <w:r>
        <w:t>جو ہے وہی ٹھیک ہے۔ خالی روٹی ہے تو وہی روٹی، خالی روٹی کھا لیا۔ بستر نہیں ہے تو گھاس پر سو گئے۔ جو ہے وہی ٹھیک ہے۔ سمپل لائف کا ڈیفینیشن یہی ہے۔ سمپل لائف کا ڈیفینیشن یہی ہے کہ جہاں تک آپ کے مشن کی بات ہے، زندگی کا جو مشن ہے، زندگی کا جو مقصد ہے، اس کی بات ہے، وہاں آپ سارا دھیان دیں گے۔ اپنا پیسہ، اپنی انرج</w:t>
      </w:r>
    </w:p>
    <w:p>
      <w:r>
        <w:rPr>
          <w:b/>
        </w:rPr>
        <w:t xml:space="preserve">[19:59] </w:t>
      </w:r>
      <w:r>
        <w:t>apna time sab is mein lagayen gay. mission kay maamlay mein. lekin other than mission jo cheezain hain jinka ta'alluq material life say hai, is mein kya hai? jo hai wohi theek hai. jo hai wohi theek hai. yeh hai simple life. to ehram jo bandha jata hai, woh yeh sab baaton kay liye, yaani in sab, woh aik symbolic way mein yeh sab baatein batata hai aap ko. agar yeh baatein nahi aa</w:t>
      </w:r>
    </w:p>
    <w:p>
      <w:pPr>
        <w:jc w:val="right"/>
      </w:pPr>
      <w:r>
        <w:t>ی، اپنا ٹائم سب اس میں لگائیں گے۔ مشن کے معاملے میں۔ لیکن ادر دین مشن جو چیزیں ہیں جن کا تعلق مٹیریل لائف سے ہے، اس میں کیا ہے؟ جو ہے وہی ٹھیک ہے۔ جو ہے وہی ٹھیک ہے۔ یہ ہے سمپل لائف۔ تو احرام جو باندھا جاتا ہے، وہ یہ سب باتیں کے لیے، یعنی ان سب، وہ ایک سمبالک وے میں یہ سب باتیں بتاتا ہے آپ کو۔ اگر یہ باتیں نہیں آ</w:t>
      </w:r>
    </w:p>
    <w:p>
      <w:r>
        <w:rPr>
          <w:b/>
        </w:rPr>
        <w:t xml:space="preserve">[20:29] </w:t>
      </w:r>
      <w:r>
        <w:t>ayein toh kuch bhi nahi hua phir.</w:t>
      </w:r>
    </w:p>
    <w:p>
      <w:pPr>
        <w:jc w:val="right"/>
      </w:pPr>
      <w:r>
        <w:t>ئیں تو کچھ بھی نہیں ہوا پھر۔</w:t>
      </w:r>
    </w:p>
    <w:p>
      <w:r>
        <w:rPr>
          <w:b/>
        </w:rPr>
        <w:t xml:space="preserve">[20:35] </w:t>
      </w:r>
      <w:r>
        <w:t>yani haj mein ja kar ke bhi wahi sara ihtimam, wahi sara.</w:t>
      </w:r>
    </w:p>
    <w:p>
      <w:pPr>
        <w:jc w:val="right"/>
      </w:pPr>
      <w:r>
        <w:t>یعنی حج میں جا کر کے بھی وہی سارا اہتمام، وہی سارا۔</w:t>
      </w:r>
    </w:p>
    <w:p>
      <w:r>
        <w:rPr>
          <w:b/>
        </w:rPr>
        <w:t xml:space="preserve">[20:41] </w:t>
      </w:r>
      <w:r>
        <w:t>maine ek ek haji sahib ko dekha, woh ja rahe the haj ke liye.</w:t>
      </w:r>
    </w:p>
    <w:p>
      <w:pPr>
        <w:jc w:val="right"/>
      </w:pPr>
      <w:r>
        <w:t>میں نے ایک ایک حاجی صاحب کو دیکھا، وہ جا رہے تھے حج کے لیے۔</w:t>
      </w:r>
    </w:p>
    <w:p>
      <w:r>
        <w:rPr>
          <w:b/>
        </w:rPr>
        <w:t xml:space="preserve">[20:47] </w:t>
      </w:r>
      <w:r>
        <w:t>main mere aziz the toh main wahan tha un ke ghar par.</w:t>
      </w:r>
    </w:p>
    <w:p>
      <w:pPr>
        <w:jc w:val="right"/>
      </w:pPr>
      <w:r>
        <w:t>میں میرے عزیز تھے تو میں وہاں تھا ان کے گھر پر۔</w:t>
      </w:r>
    </w:p>
    <w:p>
      <w:r>
        <w:rPr>
          <w:b/>
        </w:rPr>
        <w:t xml:space="preserve">[20:53] </w:t>
      </w:r>
      <w:r>
        <w:t>toh aakhir waqt tak ek ek cheez ka, abhi woh chamcha rakh liya, bhayi woh glass rakha ke nahi?</w:t>
      </w:r>
    </w:p>
    <w:p>
      <w:pPr>
        <w:jc w:val="right"/>
      </w:pPr>
      <w:r>
        <w:t>تو آخر وقت تک ایک ایک چیز کا، ابھی وہ چمچہ رکھ لیا، بھئی وہ گلاس رکھا کہ نہیں؟</w:t>
      </w:r>
    </w:p>
    <w:p>
      <w:r>
        <w:rPr>
          <w:b/>
        </w:rPr>
        <w:t xml:space="preserve">[20:59] </w:t>
      </w:r>
      <w:r>
        <w:t>yaani aik aik cheez ka woh un ko dhyan laga hua tha. woh yeh yeh cheez rakhi kay nahi, woh cheez rakhi kay nahi. aur koi charchay khuda ka nahi, koi charchay aakhirat ka nahi. to kya yeh haj kya hua? yeh ho gaya aik qism ki outing. yeh outing hai aik qism ki. aaj kal aik fashion hai kay log jatay hain umrah karnay kay liye. kai bar haj karen gay aur phir umrah to paisay walay jo hain woh bar bar umrah</w:t>
      </w:r>
    </w:p>
    <w:p>
      <w:pPr>
        <w:jc w:val="right"/>
      </w:pPr>
      <w:r>
        <w:t>یعنی ایک ایک چیز کا وہ ان کو دھیان لگا ہوا تھا۔ وہ یہ یہ چیز رکھی کہ نہیں، وہ چیز رکھی کہ نہیں۔ اور کوئی چرچہ خدا کا نہیں، کوئی چرچہ آخرت کا نہیں۔ تو کیا یہ حج کیا ہوا؟ یہ ہو گیا ایک قسم کی آؤٹنگ۔ یہ آؤٹنگ ہے ایک قسم کی۔ آج کل ایک فیشن ہے کہ لوگ جاتے ہیں عمرہ کرنے کے لیے۔ کئی بار حج کریں گے اور پھر عمرہ تو پیسے والے جو ہیں وہ بار بار عمر</w:t>
      </w:r>
    </w:p>
    <w:p>
      <w:r>
        <w:rPr>
          <w:b/>
        </w:rPr>
        <w:t xml:space="preserve">[21:29] </w:t>
      </w:r>
      <w:r>
        <w:t>he he karte rehte hain.</w:t>
      </w:r>
    </w:p>
    <w:p>
      <w:pPr>
        <w:jc w:val="right"/>
      </w:pPr>
      <w:r>
        <w:t>ہ ہی کرتے رہتے ہیں۔</w:t>
      </w:r>
    </w:p>
    <w:p>
      <w:r>
        <w:rPr>
          <w:b/>
        </w:rPr>
        <w:t xml:space="preserve">[21:32] </w:t>
      </w:r>
      <w:r>
        <w:t>yeh sab kya? yeh outing hai yeh.</w:t>
      </w:r>
    </w:p>
    <w:p>
      <w:pPr>
        <w:jc w:val="right"/>
      </w:pPr>
      <w:r>
        <w:t>یہ سب کیا؟ یہ آؤٹنگ ہے یہ۔</w:t>
      </w:r>
    </w:p>
    <w:p>
      <w:r>
        <w:rPr>
          <w:b/>
        </w:rPr>
        <w:t xml:space="preserve">[21:35] </w:t>
      </w:r>
      <w:r>
        <w:t>yeh religious outing.</w:t>
      </w:r>
    </w:p>
    <w:p>
      <w:pPr>
        <w:jc w:val="right"/>
      </w:pPr>
      <w:r>
        <w:t>یہ ریلیجیس آؤٹنگ۔</w:t>
      </w:r>
    </w:p>
    <w:p>
      <w:r>
        <w:rPr>
          <w:b/>
        </w:rPr>
        <w:t xml:space="preserve">[21:38] </w:t>
      </w:r>
      <w:r>
        <w:t>yeh religious outing hai yeh.</w:t>
      </w:r>
    </w:p>
    <w:p>
      <w:pPr>
        <w:jc w:val="right"/>
      </w:pPr>
      <w:r>
        <w:t>یہ ریلیجیس آؤٹنگ ہے یہ۔</w:t>
      </w:r>
    </w:p>
    <w:p>
      <w:r>
        <w:rPr>
          <w:b/>
        </w:rPr>
        <w:t xml:space="preserve">[21:41] </w:t>
      </w:r>
      <w:r>
        <w:t>is se zyada aur kuch nahi.</w:t>
      </w:r>
    </w:p>
    <w:p>
      <w:pPr>
        <w:jc w:val="right"/>
      </w:pPr>
      <w:r>
        <w:t>اس سے زیادہ اور کچھ نہیں۔</w:t>
      </w:r>
    </w:p>
    <w:p>
      <w:r>
        <w:rPr>
          <w:b/>
        </w:rPr>
        <w:t xml:space="preserve">[21:44] </w:t>
      </w:r>
      <w:r>
        <w:t>kisi se main poochta hoon jab woh haj kar ke aata hai, umrah kar ke aata hai ke</w:t>
      </w:r>
    </w:p>
    <w:p>
      <w:pPr>
        <w:jc w:val="right"/>
      </w:pPr>
      <w:r>
        <w:t>کسی سے میں پوچھتا ہوں جب وہ حج کر کے آتا ہے، عمرہ کر کے آتا ہے کہ</w:t>
      </w:r>
    </w:p>
    <w:p>
      <w:r>
        <w:rPr>
          <w:b/>
        </w:rPr>
        <w:t xml:space="preserve">[21:47] </w:t>
      </w:r>
      <w:r>
        <w:t>bhayi kya wahan se le kar aaye aap? toh ek saathi ne poocha toh unhone kaha wahan</w:t>
      </w:r>
    </w:p>
    <w:p>
      <w:pPr>
        <w:jc w:val="right"/>
      </w:pPr>
      <w:r>
        <w:t>بھئی کیا وہاں سے لے کر آئے آپ؟ تو ایک ساتھی نے پوچھا تو انہوں نے کہا وہاں</w:t>
      </w:r>
    </w:p>
    <w:p>
      <w:r>
        <w:rPr>
          <w:b/>
        </w:rPr>
        <w:t xml:space="preserve">[21:50] </w:t>
      </w:r>
      <w:r>
        <w:t>kya hai? wahan toh khajoor hai aur zam zam hai.</w:t>
      </w:r>
    </w:p>
    <w:p>
      <w:pPr>
        <w:jc w:val="right"/>
      </w:pPr>
      <w:r>
        <w:t>کیا ہے؟ وہاں تو کھجور ہے اور زم زم ہے۔</w:t>
      </w:r>
    </w:p>
    <w:p>
      <w:r>
        <w:rPr>
          <w:b/>
        </w:rPr>
        <w:t xml:space="preserve">[21:53] </w:t>
      </w:r>
      <w:r>
        <w:t>bas in ko yahi mila wahan par khajoor aur zam zam ka.</w:t>
      </w:r>
    </w:p>
    <w:p>
      <w:pPr>
        <w:jc w:val="right"/>
      </w:pPr>
      <w:r>
        <w:t>بس ان کو یہی ملا وہاں پر کھجور اور زم زم کا۔</w:t>
      </w:r>
    </w:p>
    <w:p>
      <w:r>
        <w:rPr>
          <w:b/>
        </w:rPr>
        <w:t xml:space="preserve">[21:56] </w:t>
      </w:r>
      <w:r>
        <w:t>ek aur saathi se poocha</w:t>
      </w:r>
    </w:p>
    <w:p>
      <w:pPr>
        <w:jc w:val="right"/>
      </w:pPr>
      <w:r>
        <w:t>ایک اور ساتھی سے پوچھا</w:t>
      </w:r>
    </w:p>
    <w:p>
      <w:r>
        <w:rPr>
          <w:b/>
        </w:rPr>
        <w:t xml:space="preserve">[22:00] </w:t>
      </w:r>
      <w:r>
        <w:t>to unhon nay kaha kay haram ki imarat to pehlay say bhi ziyada shandar ho gayi hai. full air condition hai. yeh in kay paas kehnay kay liye tha. yaani us waqt kehnay kay liye jo hota hai woh yahi sab baatein hoti hain. to mein nay kaha ab yeh to aap yahin jaan saktay thay, yahin bethay bethay. aap ko haj karnay ki zarurat kya thi? jis jis say mein nay poocha jo haj kar kay aata hai wahan say, haj ya umrah kar kay, kisi kay paas koi spiritual</w:t>
      </w:r>
    </w:p>
    <w:p>
      <w:pPr>
        <w:jc w:val="right"/>
      </w:pPr>
      <w:r>
        <w:t>تو انہوں نے کہا کہ حرم کی عمارت تو پہلے سے بھی زیادہ شاندار ہو گئی ہے۔ فل ایئر کنڈیشن ہے۔ یہ ان کے پاس کہنے کے لیے تھا۔ یعنی اس وقت کہنے کے لیے جو ہوتا ہے وہ یہی سب باتیں ہوتی ہیں۔ تو میں نے کہا اب یہ تو آپ یہیں جان سکتے تھے، یہیں بیٹھے بیٹھے۔ آپ کو حج کرنے کی ضرورت کیا تھی؟ جس جس سے میں نے پوچھا جو حج کر کے آتا ہے وہاں سے، حج یا عمرہ کر کے، کسی کے پاس کوئی سپری</w:t>
      </w:r>
    </w:p>
    <w:p>
      <w:r>
        <w:rPr>
          <w:b/>
        </w:rPr>
        <w:t xml:space="preserve">[22:30] </w:t>
      </w:r>
      <w:r>
        <w:t>cool experience nahi.</w:t>
      </w:r>
    </w:p>
    <w:p>
      <w:pPr>
        <w:jc w:val="right"/>
      </w:pPr>
      <w:r>
        <w:t>چول ایکسپیرینس نہیں۔</w:t>
      </w:r>
    </w:p>
    <w:p>
      <w:r>
        <w:rPr>
          <w:b/>
        </w:rPr>
        <w:t xml:space="preserve">[22:33] </w:t>
      </w:r>
      <w:r>
        <w:t>ek sahib gaye ramzan mein chale gaye, woh shuru ramzan mein.</w:t>
      </w:r>
    </w:p>
    <w:p>
      <w:pPr>
        <w:jc w:val="right"/>
      </w:pPr>
      <w:r>
        <w:t>ایک صاحب گئے رمضان میں چلے گئے، وہ شروع رمضان میں۔</w:t>
      </w:r>
    </w:p>
    <w:p>
      <w:r>
        <w:rPr>
          <w:b/>
        </w:rPr>
        <w:t xml:space="preserve">[22:36] </w:t>
      </w:r>
      <w:r>
        <w:t>toh sara ramzan guzara unhone wahan par.</w:t>
      </w:r>
    </w:p>
    <w:p>
      <w:pPr>
        <w:jc w:val="right"/>
      </w:pPr>
      <w:r>
        <w:t>تو سارا رمضان گزارا انہوں نے وہاں پر۔</w:t>
      </w:r>
    </w:p>
    <w:p>
      <w:r>
        <w:rPr>
          <w:b/>
        </w:rPr>
        <w:t xml:space="preserve">[22:40] </w:t>
      </w:r>
      <w:r>
        <w:t>phir wahan thehre.</w:t>
      </w:r>
    </w:p>
    <w:p>
      <w:pPr>
        <w:jc w:val="right"/>
      </w:pPr>
      <w:r>
        <w:t>پھر وہاں ٹھہرے۔</w:t>
      </w:r>
    </w:p>
    <w:p>
      <w:r>
        <w:rPr>
          <w:b/>
        </w:rPr>
        <w:t xml:space="preserve">[22:43] </w:t>
      </w:r>
      <w:r>
        <w:t>yahan tak ke umrah aur hajj kiya, tab lote wahan se.</w:t>
      </w:r>
    </w:p>
    <w:p>
      <w:pPr>
        <w:jc w:val="right"/>
      </w:pPr>
      <w:r>
        <w:t>یہاں تک کہ عمرہ اور حج کیا، تب لوٹے وہاں سے۔</w:t>
      </w:r>
    </w:p>
    <w:p>
      <w:r>
        <w:rPr>
          <w:b/>
        </w:rPr>
        <w:t xml:space="preserve">[22:46] </w:t>
      </w:r>
      <w:r>
        <w:t>to maine kaha ke bhai apna tajruba bataiye.</w:t>
      </w:r>
    </w:p>
    <w:p>
      <w:pPr>
        <w:jc w:val="right"/>
      </w:pPr>
      <w:r>
        <w:t>تو میں نے کہا کہ بھئی اپنا تجربہ بتائیے۔</w:t>
      </w:r>
    </w:p>
    <w:p>
      <w:r>
        <w:rPr>
          <w:b/>
        </w:rPr>
        <w:t xml:space="preserve">[22:50] </w:t>
      </w:r>
      <w:r>
        <w:t>صاحب وہاں کیا ہے؟ وہاں تو شیوخ آتے ہیں، hope سامان لے کر کے، اور آپ کو اپنا</w:t>
      </w:r>
    </w:p>
    <w:p>
      <w:pPr>
        <w:jc w:val="right"/>
      </w:pPr>
      <w:r>
        <w:t>صاحب وہاں کیا ہے؟ وہاں تو شیوخ آتے ہیں، ہوپ سامان لے کر کے، اور آپ کو اپنا</w:t>
      </w:r>
    </w:p>
    <w:p>
      <w:r>
        <w:rPr>
          <w:b/>
        </w:rPr>
        <w:t xml:space="preserve">[22:53] </w:t>
      </w:r>
      <w:r>
        <w:t>iftar ki zaroorat hai hi nahin.</w:t>
      </w:r>
    </w:p>
    <w:p>
      <w:pPr>
        <w:jc w:val="right"/>
      </w:pPr>
      <w:r>
        <w:t>افطار کی ضرورت ہے ہی نہیں۔</w:t>
      </w:r>
    </w:p>
    <w:p>
      <w:r>
        <w:rPr>
          <w:b/>
        </w:rPr>
        <w:t xml:space="preserve">[22:57] </w:t>
      </w:r>
      <w:r>
        <w:t>aap masjid mein chale jaiye</w:t>
      </w:r>
    </w:p>
    <w:p>
      <w:pPr>
        <w:jc w:val="right"/>
      </w:pPr>
      <w:r>
        <w:t>آپ مسجد میں چلے جائیے</w:t>
      </w:r>
    </w:p>
    <w:p>
      <w:r>
        <w:rPr>
          <w:b/>
        </w:rPr>
        <w:t xml:space="preserve">[23:00] </w:t>
      </w:r>
      <w:r>
        <w:t>to log itna zyada khana peena dete hain ke aap kha bhi na saken.</w:t>
      </w:r>
    </w:p>
    <w:p>
      <w:pPr>
        <w:jc w:val="right"/>
      </w:pPr>
      <w:r>
        <w:t>تو لوگ اتنا زیادہ کھانا پینا دیتے ہیں کہ آپ کھا بھی نہ سکیں۔</w:t>
      </w:r>
    </w:p>
    <w:p>
      <w:r>
        <w:rPr>
          <w:b/>
        </w:rPr>
        <w:t xml:space="preserve">[23:04] </w:t>
      </w:r>
      <w:r>
        <w:t>to yeh koi, yeh is ke liye wahan jaane ki zaroorat hai? yahin baithe baithe kha lijiye aap.</w:t>
      </w:r>
    </w:p>
    <w:p>
      <w:pPr>
        <w:jc w:val="right"/>
      </w:pPr>
      <w:r>
        <w:t>تو یہ کوئی، یہ اس کے لیے وہاں جانے کی ضرورت ہے؟ یہیں بیٹھے بیٹھے کھا لیجئے آپ۔</w:t>
      </w:r>
    </w:p>
    <w:p>
      <w:r>
        <w:rPr>
          <w:b/>
        </w:rPr>
        <w:t xml:space="preserve">[23:09] </w:t>
      </w:r>
      <w:r>
        <w:t>un logon ke paas madi tajrube hote hain.</w:t>
      </w:r>
    </w:p>
    <w:p>
      <w:pPr>
        <w:jc w:val="right"/>
      </w:pPr>
      <w:r>
        <w:t>ان لوگوں کے پاس مادی تجربے ہوتے ہیں۔</w:t>
      </w:r>
    </w:p>
    <w:p>
      <w:r>
        <w:rPr>
          <w:b/>
        </w:rPr>
        <w:t xml:space="preserve">[23:13] </w:t>
      </w:r>
      <w:r>
        <w:t>khane peene ke tajrube hote hain.</w:t>
      </w:r>
    </w:p>
    <w:p>
      <w:pPr>
        <w:jc w:val="right"/>
      </w:pPr>
      <w:r>
        <w:t>کھانے پینے کے تجربے ہوتے ہیں۔</w:t>
      </w:r>
    </w:p>
    <w:p>
      <w:r>
        <w:rPr>
          <w:b/>
        </w:rPr>
        <w:t xml:space="preserve">[23:18] </w:t>
      </w:r>
      <w:r>
        <w:t>wahan ke market, wahan ke shopping ke tajrube hote hain.</w:t>
      </w:r>
    </w:p>
    <w:p>
      <w:pPr>
        <w:jc w:val="right"/>
      </w:pPr>
      <w:r>
        <w:t>وہاں کے مارکیٹ، وہاں کے شاپنگ کے تجربے ہوتے ہیں۔</w:t>
      </w:r>
    </w:p>
    <w:p>
      <w:r>
        <w:rPr>
          <w:b/>
        </w:rPr>
        <w:t xml:space="preserve">[23:22] </w:t>
      </w:r>
      <w:r>
        <w:t>to bilashuba yeh hajj nahin hai.</w:t>
      </w:r>
    </w:p>
    <w:p>
      <w:pPr>
        <w:jc w:val="right"/>
      </w:pPr>
      <w:r>
        <w:t>تو بلاشبہ یہ حج نہیں ہے۔</w:t>
      </w:r>
    </w:p>
    <w:p>
      <w:r>
        <w:rPr>
          <w:b/>
        </w:rPr>
        <w:t xml:space="preserve">[23:26] </w:t>
      </w:r>
      <w:r>
        <w:t>yeh ek qism ki outing hai.</w:t>
      </w:r>
    </w:p>
    <w:p>
      <w:pPr>
        <w:jc w:val="right"/>
      </w:pPr>
      <w:r>
        <w:t>یہ ایک قسم کی آؤٹنگ ہے۔</w:t>
      </w:r>
    </w:p>
    <w:p>
      <w:r>
        <w:rPr>
          <w:b/>
        </w:rPr>
        <w:t xml:space="preserve">[23:31] </w:t>
      </w:r>
      <w:r>
        <w:t>yeh ek qism ki outing hai.</w:t>
      </w:r>
    </w:p>
    <w:p>
      <w:pPr>
        <w:jc w:val="right"/>
      </w:pPr>
      <w:r>
        <w:t>یہ ایک قسم کی آؤٹنگ ہے۔</w:t>
      </w:r>
    </w:p>
    <w:p>
      <w:r>
        <w:rPr>
          <w:b/>
        </w:rPr>
        <w:t xml:space="preserve">[23:37] </w:t>
      </w:r>
      <w:r>
        <w:t>hajj to yeh hai ke aap wahan jayen aur aap mu'takif ho jayen.</w:t>
      </w:r>
    </w:p>
    <w:p>
      <w:pPr>
        <w:jc w:val="right"/>
      </w:pPr>
      <w:r>
        <w:t>حج تو یہ ہے کہ آپ وہاں جائیں اور آپ معتکف ہو جائیں۔</w:t>
      </w:r>
    </w:p>
    <w:p>
      <w:r>
        <w:rPr>
          <w:b/>
        </w:rPr>
        <w:t xml:space="preserve">[23:43] </w:t>
      </w:r>
      <w:r>
        <w:t>yaani aap apne ko kaat diya ho is duniya se.</w:t>
      </w:r>
    </w:p>
    <w:p>
      <w:pPr>
        <w:jc w:val="right"/>
      </w:pPr>
      <w:r>
        <w:t>یعنی آپ اپنے کو کاٹ دیا ہو اس دنیا سے۔</w:t>
      </w:r>
    </w:p>
    <w:p>
      <w:r>
        <w:rPr>
          <w:b/>
        </w:rPr>
        <w:t xml:space="preserve">[23:49] </w:t>
      </w:r>
      <w:r>
        <w:t>jis duniya mein ab tak the aap, ke material duniya mein, bachchon ki duniya mein, paise ki duniya</w:t>
      </w:r>
    </w:p>
    <w:p>
      <w:pPr>
        <w:jc w:val="right"/>
      </w:pPr>
      <w:r>
        <w:t>جس دنیا میں اب تک تھے آپ، کہ مٹیریل دنیا میں، بچوں کی دنیا میں، پیسے کی دنیا</w:t>
      </w:r>
    </w:p>
    <w:p>
      <w:r>
        <w:rPr>
          <w:b/>
        </w:rPr>
        <w:t xml:space="preserve">[23:55] </w:t>
      </w:r>
      <w:r>
        <w:t>mein, bazaar ki duniya mein, is se kaat kar ke</w:t>
      </w:r>
    </w:p>
    <w:p>
      <w:pPr>
        <w:jc w:val="right"/>
      </w:pPr>
      <w:r>
        <w:t>میں، بازار کی دنیا میں، اس سے کاٹ کر کے</w:t>
      </w:r>
    </w:p>
    <w:p>
      <w:r>
        <w:rPr>
          <w:b/>
        </w:rPr>
        <w:t xml:space="preserve">[24:01] </w:t>
      </w:r>
      <w:r>
        <w:t>aap le aa rahe hain apne aap ko wahan.</w:t>
      </w:r>
    </w:p>
    <w:p>
      <w:pPr>
        <w:jc w:val="right"/>
      </w:pPr>
      <w:r>
        <w:t>آپ لے آ رہے ہیں اپنے آپ کو وہاں۔</w:t>
      </w:r>
    </w:p>
    <w:p>
      <w:r>
        <w:rPr>
          <w:b/>
        </w:rPr>
        <w:t xml:space="preserve">[24:06] </w:t>
      </w:r>
      <w:r>
        <w:t>to phir aap ko naye experience ho.</w:t>
      </w:r>
    </w:p>
    <w:p>
      <w:pPr>
        <w:jc w:val="right"/>
      </w:pPr>
      <w:r>
        <w:t>تو پھر آپ کو نئے ایکسپیرینس ہو۔</w:t>
      </w:r>
    </w:p>
    <w:p>
      <w:r>
        <w:rPr>
          <w:b/>
        </w:rPr>
        <w:t xml:space="preserve">[24:11] </w:t>
      </w:r>
      <w:r>
        <w:t>naye experience ho.</w:t>
      </w:r>
    </w:p>
    <w:p>
      <w:pPr>
        <w:jc w:val="right"/>
      </w:pPr>
      <w:r>
        <w:t>نئے ایکسپیرینس ہو۔</w:t>
      </w:r>
    </w:p>
    <w:p>
      <w:r>
        <w:rPr>
          <w:b/>
        </w:rPr>
        <w:t xml:space="preserve">[24:17] </w:t>
      </w:r>
      <w:r>
        <w:t>is is is spiritual experience ko le kar lauten aur phir logon ko banten aap.</w:t>
      </w:r>
    </w:p>
    <w:p>
      <w:pPr>
        <w:jc w:val="right"/>
      </w:pPr>
      <w:r>
        <w:t>اس اس اس سپریچول ایکسپیرینس کو لے کر لوٹیں اور پھر لوگوں کو بانٹیں آپ۔</w:t>
      </w:r>
    </w:p>
    <w:p>
      <w:r>
        <w:rPr>
          <w:b/>
        </w:rPr>
        <w:t xml:space="preserve">[24:22] </w:t>
      </w:r>
      <w:r>
        <w:t>bhai dekho wahan aisa hua, dekho wahan aisa hua.</w:t>
      </w:r>
    </w:p>
    <w:p>
      <w:pPr>
        <w:jc w:val="right"/>
      </w:pPr>
      <w:r>
        <w:t>بھئی دیکھو وہاں ایسا ہوا، دیکھو وہاں ایسا ہوا۔</w:t>
      </w:r>
    </w:p>
    <w:p>
      <w:r>
        <w:rPr>
          <w:b/>
        </w:rPr>
        <w:t xml:space="preserve">[24:27] </w:t>
      </w:r>
      <w:r>
        <w:t>to hajj, hajj jo hai,</w:t>
      </w:r>
    </w:p>
    <w:p>
      <w:pPr>
        <w:jc w:val="right"/>
      </w:pPr>
      <w:r>
        <w:t>تو حج، حج جو ہے،</w:t>
      </w:r>
    </w:p>
    <w:p>
      <w:r>
        <w:rPr>
          <w:b/>
        </w:rPr>
        <w:t xml:space="preserve">[24:32] </w:t>
      </w:r>
      <w:r>
        <w:t>sirf masail ka naam nahin hai, sirf rituals ka naam nahin hai, sirf form ka naam nahin hai.</w:t>
      </w:r>
    </w:p>
    <w:p>
      <w:pPr>
        <w:jc w:val="right"/>
      </w:pPr>
      <w:r>
        <w:t>صرف مسائل کا نام نہیں ہے، صرف ریچولز کا نام نہیں ہے، صرف فارم کا نام نہیں ہے۔</w:t>
      </w:r>
    </w:p>
    <w:p>
      <w:r>
        <w:rPr>
          <w:b/>
        </w:rPr>
        <w:t xml:space="preserve">[24:38] </w:t>
      </w:r>
      <w:r>
        <w:t>hajj naam hai spirit ka.</w:t>
      </w:r>
    </w:p>
    <w:p>
      <w:pPr>
        <w:jc w:val="right"/>
      </w:pPr>
      <w:r>
        <w:t>حج نام ہے اسپرٹ کا۔</w:t>
      </w:r>
    </w:p>
    <w:p>
      <w:r>
        <w:rPr>
          <w:b/>
        </w:rPr>
        <w:t xml:space="preserve">[24:43] </w:t>
      </w:r>
      <w:r>
        <w:t>isprit ka naam hai yeh hajj.</w:t>
      </w:r>
    </w:p>
    <w:p>
      <w:pPr>
        <w:jc w:val="right"/>
      </w:pPr>
      <w:r>
        <w:t>اسپرٹ کا نام ہے یہ حج۔</w:t>
      </w:r>
    </w:p>
    <w:p>
      <w:r>
        <w:rPr>
          <w:b/>
        </w:rPr>
        <w:t xml:space="preserve">[24:48] </w:t>
      </w:r>
      <w:r>
        <w:t>woh isprit le kar aap aayein toh aap ne hajj kiya.</w:t>
      </w:r>
    </w:p>
    <w:p>
      <w:pPr>
        <w:jc w:val="right"/>
      </w:pPr>
      <w:r>
        <w:t>وہ اسپرٹ لے کر آپ آئیں تو آپ نے حج کیا۔</w:t>
      </w:r>
    </w:p>
    <w:p>
      <w:r>
        <w:rPr>
          <w:b/>
        </w:rPr>
        <w:t xml:space="preserve">[24:53] </w:t>
      </w:r>
      <w:r>
        <w:t>nahi toh nahi.</w:t>
      </w:r>
    </w:p>
    <w:p>
      <w:pPr>
        <w:jc w:val="right"/>
      </w:pPr>
      <w:r>
        <w:t>نہیں تو نہیں۔</w:t>
      </w:r>
    </w:p>
    <w:p>
      <w:r>
        <w:rPr>
          <w:b/>
        </w:rPr>
        <w:t xml:space="preserve">[24:59] </w:t>
      </w:r>
      <w:r>
        <w:t>ab jaise mein arz karoon, aap padhein ge jab rasool Allah ke hajj ka qissa jo aaya hai kitabon mein</w:t>
      </w:r>
    </w:p>
    <w:p>
      <w:pPr>
        <w:jc w:val="right"/>
      </w:pPr>
      <w:r>
        <w:t>اب جیسے میں عرض کروں، آپ پڑھیں گے جب رسول اللہ کے حج کا قصہ جو آیا ہے کتابوں میں</w:t>
      </w:r>
    </w:p>
    <w:p>
      <w:r>
        <w:rPr>
          <w:b/>
        </w:rPr>
        <w:t xml:space="preserve">[25:04] </w:t>
      </w:r>
      <w:r>
        <w:t>toh hum is mein dekhte hain ke jab muzdalifah se aage barhe log, muzdalifah ek maqam hai, Makkah</w:t>
      </w:r>
    </w:p>
    <w:p>
      <w:pPr>
        <w:jc w:val="right"/>
      </w:pPr>
      <w:r>
        <w:t>تو ہم اس میں دیکھتے ہیں کہ جب مزدلفہ سے آگے بڑھے لوگ، مزدلفہ ایک مقام ہے، مکہ</w:t>
      </w:r>
    </w:p>
    <w:p>
      <w:r>
        <w:rPr>
          <w:b/>
        </w:rPr>
        <w:t xml:space="preserve">[25:11] </w:t>
      </w:r>
      <w:r>
        <w:t>se nikal ke muzdalifah pohnchte hain, phir aage barhte hain toh log tez tez chalne lagay.</w:t>
      </w:r>
    </w:p>
    <w:p>
      <w:pPr>
        <w:jc w:val="right"/>
      </w:pPr>
      <w:r>
        <w:t>سے نکل کے مزدلفہ پہنچتے ہیں، پھر آگے بڑھتے ہیں تو لوگ تیز تیز چلنے لگے۔</w:t>
      </w:r>
    </w:p>
    <w:p>
      <w:r>
        <w:rPr>
          <w:b/>
        </w:rPr>
        <w:t xml:space="preserve">[25:19] </w:t>
      </w:r>
      <w:r>
        <w:t>tez tez chalne lagay.</w:t>
      </w:r>
    </w:p>
    <w:p>
      <w:pPr>
        <w:jc w:val="right"/>
      </w:pPr>
      <w:r>
        <w:t>تیز تیز چلنے لگے۔</w:t>
      </w:r>
    </w:p>
    <w:p>
      <w:r>
        <w:rPr>
          <w:b/>
        </w:rPr>
        <w:t xml:space="preserve">[25:26] </w:t>
      </w:r>
      <w:r>
        <w:t>toh hazrat ne farmaya ke al-sakina, al-sakina ayha al-nas, aye logon ahista chalo, aye logon ahista chalo.</w:t>
      </w:r>
    </w:p>
    <w:p>
      <w:pPr>
        <w:jc w:val="right"/>
      </w:pPr>
      <w:r>
        <w:t>تو حضرت نے فرمایا کہ السکینہ، السکینہ ایہا الناس، اے لوگوں آہستہ چلو، اے لوگوں آہستہ چلو۔</w:t>
      </w:r>
    </w:p>
    <w:p>
      <w:r>
        <w:rPr>
          <w:b/>
        </w:rPr>
        <w:t xml:space="preserve">[25:34] </w:t>
      </w:r>
      <w:r>
        <w:t>tez bhagna koi neki nahi hai.</w:t>
      </w:r>
    </w:p>
    <w:p>
      <w:pPr>
        <w:jc w:val="right"/>
      </w:pPr>
      <w:r>
        <w:t>تیز بھاگنا کوئی نیکی نہیں ہے۔</w:t>
      </w:r>
    </w:p>
    <w:p>
      <w:r>
        <w:rPr>
          <w:b/>
        </w:rPr>
        <w:t xml:space="preserve">[25:40] </w:t>
      </w:r>
      <w:r>
        <w:t>is mauqa par log jo, chuna ke bohat saare log thay, hazaron hazar log thay, toh tez chalne lagay.</w:t>
      </w:r>
    </w:p>
    <w:p>
      <w:pPr>
        <w:jc w:val="right"/>
      </w:pPr>
      <w:r>
        <w:t>اس موقع پر لوگ جو، چونکہ بہت سارے لوگ تھے، ہزاروں ہزار لوگ تھے، تو تیز چلنے لگے۔</w:t>
      </w:r>
    </w:p>
    <w:p>
      <w:r>
        <w:rPr>
          <w:b/>
        </w:rPr>
        <w:t xml:space="preserve">[25:46] </w:t>
      </w:r>
      <w:r>
        <w:t>toh aap ne farmaya ke aye logon ahista chalo, al-sakina ayha al-nas, ahista chalo, ahista chalo.</w:t>
      </w:r>
    </w:p>
    <w:p>
      <w:pPr>
        <w:jc w:val="right"/>
      </w:pPr>
      <w:r>
        <w:t>تو آپ نے فرمایا کہ اے لوگوں آہستہ چلو، السکینہ ایہا الناس، آہستہ چلو، آہستہ چلو۔</w:t>
      </w:r>
    </w:p>
    <w:p>
      <w:r>
        <w:rPr>
          <w:b/>
        </w:rPr>
        <w:t xml:space="preserve">[25:52] </w:t>
      </w:r>
      <w:r>
        <w:t>tez bhagna yeh koi ibadat nahi hai, koi neki nahi hai.</w:t>
      </w:r>
    </w:p>
    <w:p>
      <w:pPr>
        <w:jc w:val="right"/>
      </w:pPr>
      <w:r>
        <w:t>تیز بھاگنا یہ کوئی عبادت نہیں ہے، کوئی نیکی نہیں ہے۔</w:t>
      </w:r>
    </w:p>
    <w:p>
      <w:r>
        <w:rPr>
          <w:b/>
        </w:rPr>
        <w:t xml:space="preserve">[25:58] </w:t>
      </w:r>
      <w:r>
        <w:t>is mein kya hai?</w:t>
      </w:r>
    </w:p>
    <w:p>
      <w:pPr>
        <w:jc w:val="right"/>
      </w:pPr>
      <w:r>
        <w:t>اس میں کیا ہے؟</w:t>
      </w:r>
    </w:p>
    <w:p>
      <w:r>
        <w:rPr>
          <w:b/>
        </w:rPr>
        <w:t xml:space="preserve">[26:04] </w:t>
      </w:r>
      <w:r>
        <w:t>yeh sirf aik waqia nahi hai. aisa nahi kay muzdalifah mein aisa paish aya to bas isi kay reference mein aap is ko dekhen. nahi, yeh poori zindagi ka qissa hai. poori zindagi kay baray mein yeh aik teaching hai. poori zindagi kay baray mein aik principle hai. aam tor par aap dekhiye, jab bhir bhir hoti hai, bohat say log hotay hain to log chahtay hain rush kar kay aagay barhna. aam tor par aap dekhen gay, rush kar kay aagay</w:t>
      </w:r>
    </w:p>
    <w:p>
      <w:pPr>
        <w:jc w:val="right"/>
      </w:pPr>
      <w:r>
        <w:t>یہ صرف ایک واقعہ نہیں ہے۔ ایسا نہیں کہ مزدلفہ میں ایسا پیش آیا تو بس اسی کے ریفرنس میں آپ اس کو دیکھیں۔ نہیں، یہ پوری زندگی کا قصہ ہے۔ پوری زندگی کے بارے میں یہ ایک ٹیچنگ ہے۔ پوری زندگی کے بارے میں ایک پرنسپل ہے۔ عام طور پر آپ دیکھیے، جب بھیڑ بھاڑ ہوتی ہے، بہت سے لوگ ہوتے ہیں تو لوگ چاہتے ہیں رش کر کے آگے بڑھنا۔ عام طور پر آپ دیکھیں گے، رش کر کے آگ</w:t>
      </w:r>
    </w:p>
    <w:p>
      <w:r>
        <w:rPr>
          <w:b/>
        </w:rPr>
        <w:t xml:space="preserve">[26:34] </w:t>
      </w:r>
      <w:r>
        <w:t>barhna, aagay ja kar kay apna kaam bana laina. to is ko, is ko bataya ja raha hai kay yeh koi islam nahi hai. agar bhir hai to aap peechay raho, dheeray dheeray jaisay jagah milay, usay aagay barho. rush kar kay kyun aagay barhtay ho? ab, ab chukay is ko live in liya aik ritual kay sense mein, to kya hua? isi haj mein aap dekhen, har saal dab kay martay hain</w:t>
      </w:r>
    </w:p>
    <w:p>
      <w:pPr>
        <w:jc w:val="right"/>
      </w:pPr>
      <w:r>
        <w:t>ے بڑھنا، آگے جا کر کے اپنا کام بنا لینا۔ تو اس کو، اس کو بتایا جا رہا ہے کہ یہ کوئی اسلام نہیں ہے۔ اگر بھیڑ ہے تو آپ پیچھے رہو، دھیرے دھیرے جیسے جگہ ملے، اسے آگے بڑھو۔ رش کر کے کیوں آگے بڑھتے ہو؟ اب، اب چونکہ اس کو لیو ان لیا ایک ریچول کے سینس میں، تو کیا ہوا؟ اسی حج میں آپ دیکھیں، ہر سال دب کے مرتے ہیں</w:t>
      </w:r>
    </w:p>
    <w:p>
      <w:r>
        <w:rPr>
          <w:b/>
        </w:rPr>
        <w:t xml:space="preserve">[27:04] </w:t>
      </w:r>
      <w:r>
        <w:t>log. kyun kay jab wahan jis ko kehtay hain rami, yaani shaitan, aik alamati tor par wahan shaitan ko kankar mara jata hai. alamati, haqeeqi nahi. to woh symbolic stoning hoti hai. haj kay moqay par aap jantay hain kay aik cheez hai, us ko kehtay hain rami. yeh hai symbolic stoning, yaani kankar martay hain shaitan ko. to woh</w:t>
      </w:r>
    </w:p>
    <w:p>
      <w:pPr>
        <w:jc w:val="right"/>
      </w:pPr>
      <w:r>
        <w:t>لوگ۔ کیونکہ جب وہاں جس کو کہتے ہیں رمی، یعنی شیطان، ایک علامتی طور پر وہاں شیطان کو کنکر مارا جاتا ہے۔ علامتی، حقیقی نہیں۔ تو وہ سمبالک اسٹوننگ ہوتی ہے۔ حج کے موقع پر آپ جانتے ہیں کہ ایک چیز ہے، اس کو کہتے ہیں رمی۔ یہ ہے سمبالک اسٹوننگ، یعنی کنکر مارتے ہیں شیطان کو۔ تو وہ</w:t>
      </w:r>
    </w:p>
    <w:p>
      <w:r>
        <w:rPr>
          <w:b/>
        </w:rPr>
        <w:t xml:space="preserve">[27:34] </w:t>
      </w:r>
      <w:r>
        <w:t>haan par bheer hoti hai, zahir hai.</w:t>
      </w:r>
    </w:p>
    <w:p>
      <w:pPr>
        <w:jc w:val="right"/>
      </w:pPr>
      <w:r>
        <w:t>اں پر بھیڑ ہوتی ہے، ظاہر ہے۔</w:t>
      </w:r>
    </w:p>
    <w:p>
      <w:r>
        <w:rPr>
          <w:b/>
        </w:rPr>
        <w:t xml:space="preserve">[27:38] </w:t>
      </w:r>
      <w:r>
        <w:t>toh log rush karte hain, ghus kar andar jayein, jaldi se ja ke wahan marein, ek dum qareeb</w:t>
      </w:r>
    </w:p>
    <w:p>
      <w:pPr>
        <w:jc w:val="right"/>
      </w:pPr>
      <w:r>
        <w:t>تو لوگ رش کرتے ہیں، گھس کر اندر جائیں، جلدی سے جا کے وہاں ماریں، ایک دم قریب</w:t>
      </w:r>
    </w:p>
    <w:p>
      <w:r>
        <w:rPr>
          <w:b/>
        </w:rPr>
        <w:t xml:space="preserve">[27:42] </w:t>
      </w:r>
      <w:r>
        <w:t>ja kar ke marein.</w:t>
      </w:r>
    </w:p>
    <w:p>
      <w:pPr>
        <w:jc w:val="right"/>
      </w:pPr>
      <w:r>
        <w:t>جا کر کے ماریں۔</w:t>
      </w:r>
    </w:p>
    <w:p>
      <w:r>
        <w:rPr>
          <w:b/>
        </w:rPr>
        <w:t xml:space="preserve">[27:46] </w:t>
      </w:r>
      <w:r>
        <w:t>is mein is time paid ho jata hai.</w:t>
      </w:r>
    </w:p>
    <w:p>
      <w:pPr>
        <w:jc w:val="right"/>
      </w:pPr>
      <w:r>
        <w:t>اس میں اس ٹائم پیڈ ہو جاتا ہے۔</w:t>
      </w:r>
    </w:p>
    <w:p>
      <w:r>
        <w:rPr>
          <w:b/>
        </w:rPr>
        <w:t xml:space="preserve">[27:50] </w:t>
      </w:r>
      <w:r>
        <w:t>is time paid mein dab kar mar jate hain log.</w:t>
      </w:r>
    </w:p>
    <w:p>
      <w:pPr>
        <w:jc w:val="right"/>
      </w:pPr>
      <w:r>
        <w:t>اس ٹائم پیڈ میں دب کر مر جاتے ہیں لوگ۔</w:t>
      </w:r>
    </w:p>
    <w:p>
      <w:r>
        <w:rPr>
          <w:b/>
        </w:rPr>
        <w:t xml:space="preserve">[27:54] </w:t>
      </w:r>
      <w:r>
        <w:t>ab bataiye, kyun is ko ritual ke taur par liya unhon ne? isprit ke aitbar se nahi liya.</w:t>
      </w:r>
    </w:p>
    <w:p>
      <w:pPr>
        <w:jc w:val="right"/>
      </w:pPr>
      <w:r>
        <w:t>اب بتائیے، کیوں اس کو ریچول کے طور پر لیا انہوں نے؟ اسپرٹ کے اعتبار سے نہیں لیا۔</w:t>
      </w:r>
    </w:p>
    <w:p>
      <w:r>
        <w:rPr>
          <w:b/>
        </w:rPr>
        <w:t xml:space="preserve">[27:58] </w:t>
      </w:r>
      <w:r>
        <w:t>yani ek jaiz kaam karne ke liye ek haram kaam kar dala.</w:t>
      </w:r>
    </w:p>
    <w:p>
      <w:pPr>
        <w:jc w:val="right"/>
      </w:pPr>
      <w:r>
        <w:t>یعنی ایک جائز کام کرنے کے لیے ایک حرام کام کر ڈالا۔</w:t>
      </w:r>
    </w:p>
    <w:p>
      <w:r>
        <w:rPr>
          <w:b/>
        </w:rPr>
        <w:t xml:space="preserve">[28:01] </w:t>
      </w:r>
      <w:r>
        <w:t>pathar marna ek jaiz kaam tha.</w:t>
      </w:r>
    </w:p>
    <w:p>
      <w:pPr>
        <w:jc w:val="right"/>
      </w:pPr>
      <w:r>
        <w:t>پتھر مارنا ایک جائز کام تھا۔</w:t>
      </w:r>
    </w:p>
    <w:p>
      <w:r>
        <w:rPr>
          <w:b/>
        </w:rPr>
        <w:t xml:space="preserve">[28:05] </w:t>
      </w:r>
      <w:r>
        <w:t>aur logon ko apne pairon ke neeche kuchal kar mar dalna yeh toh haram kaam hai.</w:t>
      </w:r>
    </w:p>
    <w:p>
      <w:pPr>
        <w:jc w:val="right"/>
      </w:pPr>
      <w:r>
        <w:t>اور لوگوں کو اپنے پیروں کے نیچے کچل کر مار ڈالنا یہ تو حرام کام ہے۔</w:t>
      </w:r>
    </w:p>
    <w:p>
      <w:r>
        <w:rPr>
          <w:b/>
        </w:rPr>
        <w:t xml:space="preserve">[28:12] </w:t>
      </w:r>
      <w:r>
        <w:t>ab ghor kijiye ke jo symbolic stoning hai, woh toh ek jaiz kaam hai sirf.</w:t>
      </w:r>
    </w:p>
    <w:p>
      <w:pPr>
        <w:jc w:val="right"/>
      </w:pPr>
      <w:r>
        <w:t>اب غور کیجیے کہ جو سمبالک اسٹوننگ ہے، وہ تو ایک جائز کام ہے صرف۔</w:t>
      </w:r>
    </w:p>
    <w:p>
      <w:r>
        <w:rPr>
          <w:b/>
        </w:rPr>
        <w:t xml:space="preserve">[28:19] </w:t>
      </w:r>
      <w:r>
        <w:t>lekin jo aap ke pairon ke neeche dab kar jo mar gaye log, woh toh ek haram kaam tha.</w:t>
      </w:r>
    </w:p>
    <w:p>
      <w:pPr>
        <w:jc w:val="right"/>
      </w:pPr>
      <w:r>
        <w:t>لیکن جو آپ کے پیروں کے نیچے دب کر جو مر گئے لوگ، وہ تو ایک حرام کام تھا۔</w:t>
      </w:r>
    </w:p>
    <w:p>
      <w:r>
        <w:rPr>
          <w:b/>
        </w:rPr>
        <w:t xml:space="preserve">[28:25] </w:t>
      </w:r>
      <w:r>
        <w:t>toh ek jaiz kaam ke naam par haram kaam.</w:t>
      </w:r>
    </w:p>
    <w:p>
      <w:pPr>
        <w:jc w:val="right"/>
      </w:pPr>
      <w:r>
        <w:t>تو ایک جائز کام کے نام پر حرام کام۔</w:t>
      </w:r>
    </w:p>
    <w:p>
      <w:r>
        <w:rPr>
          <w:b/>
        </w:rPr>
        <w:t xml:space="preserve">[28:32] </w:t>
      </w:r>
      <w:r>
        <w:t>ab yeh aaj kal itna barh gaya hai, itna barh gaya hai ke aap muslim countries mein yeh halat hai</w:t>
      </w:r>
    </w:p>
    <w:p>
      <w:pPr>
        <w:jc w:val="right"/>
      </w:pPr>
      <w:r>
        <w:t>اب یہ آج کل اتنا بڑھ گیا ہے، اتنا بڑھ گیا ہے کہ آپ مسلم کنٹریز میں یہ حالت ہے</w:t>
      </w:r>
    </w:p>
    <w:p>
      <w:r>
        <w:rPr>
          <w:b/>
        </w:rPr>
        <w:t xml:space="preserve">[28:39] </w:t>
      </w:r>
      <w:r>
        <w:t>kay jihad kay naam par suicide bombing. aap ghore kijiye, jihad kay naam par suicide bombing. jihad aik naik kaam hai, lekin suicide bombing to haram hai. suicide bombing to haram hai. jo yaad rakhiye, jo suicide karay, us kay liye bilkul yaqini hai kay woh jahannum mein jaye ga. yeh hadith say sabit hai. suicide kar kay jo maray, woh jahannum mein jaye ga, hell mein jaye</w:t>
      </w:r>
    </w:p>
    <w:p>
      <w:pPr>
        <w:jc w:val="right"/>
      </w:pPr>
      <w:r>
        <w:t>کہ جہاد کے نام پر سوسائیڈ بمبنگ۔ آپ غور کیجیے، جہاد کے نام پر سوسائیڈ بمبنگ۔ جہاد ایک نیک کام ہے، لیکن سوسائیڈ بمبنگ تو حرام ہے۔ سوسائیڈ بمبنگ تو حرام ہے۔ جو یاد رکھیے، جو سوسائیڈ کرے، اس کے لیے بالکل یقینی ہے کہ وہ جہنم میں جائے گا۔ یہ حدیث سے ثابت ہے۔ سوسائیڈ کر کے جو مرے، وہ جہنم میں جائے گا، ہیل میں جائے</w:t>
      </w:r>
    </w:p>
    <w:p>
      <w:r>
        <w:rPr>
          <w:b/>
        </w:rPr>
        <w:t xml:space="preserve">[29:09] </w:t>
      </w:r>
      <w:r>
        <w:t>ga. to jihād ek jaiz kaam hai, lekin suicide to ek harām kaam hai. to ek jaiz kaam ke naam par ek harām kaam karna, yeh hai suicide bombing. to kitni buri cheez hai yeh. kitni buri cheez hai yeh. aur log condemn bhi nahin karte is ko. kyunke log samajhte hain ke bas jo musalmān karein,</w:t>
      </w:r>
    </w:p>
    <w:p>
      <w:pPr>
        <w:jc w:val="right"/>
      </w:pPr>
      <w:r>
        <w:t>گا۔ تو جہاد ایک جائز کام ہے، لیکن سوسائیڈ تو ایک حرام کام ہے۔ تو ایک جائز کام کے نام پر ایک حرام کام کرنا، یہ ہے سوسائیڈ بمبنگ۔ تو کتنی بری چیز ہے یہ۔ کتنی بری چیز ہے یہ۔ اور لوگ کنڈم بھی نہیں کرتے اس کو۔ کیونکہ لوگ سمجھتے ہیں کہ بس جو مسلمان کریں،</w:t>
      </w:r>
    </w:p>
    <w:p>
      <w:r>
        <w:rPr>
          <w:b/>
        </w:rPr>
        <w:t xml:space="preserve">[29:39] </w:t>
      </w:r>
      <w:r>
        <w:t>woh theek hi hai.</w:t>
      </w:r>
    </w:p>
    <w:p>
      <w:pPr>
        <w:jc w:val="right"/>
      </w:pPr>
      <w:r>
        <w:t>وہ ٹھیک ہی ہے۔</w:t>
      </w:r>
    </w:p>
    <w:p>
      <w:r>
        <w:rPr>
          <w:b/>
        </w:rPr>
        <w:t xml:space="preserve">[29:44] </w:t>
      </w:r>
      <w:r>
        <w:t>doosron ke oopar khoob condemn karte hain log, doosron ki cheezon par.</w:t>
      </w:r>
    </w:p>
    <w:p>
      <w:pPr>
        <w:jc w:val="right"/>
      </w:pPr>
      <w:r>
        <w:t>دوسروں کے اوپر خوب کنڈم کرتے ہیں لوگ، دوسروں کی چیزوں پر۔</w:t>
      </w:r>
    </w:p>
    <w:p>
      <w:r>
        <w:rPr>
          <w:b/>
        </w:rPr>
        <w:t xml:space="preserve">[29:50] </w:t>
      </w:r>
      <w:r>
        <w:t>aur musalmanon ko koi condemn bhi nahin karta.</w:t>
      </w:r>
    </w:p>
    <w:p>
      <w:pPr>
        <w:jc w:val="right"/>
      </w:pPr>
      <w:r>
        <w:t>اور مسلمانوں کو کوئی کنڈم بھی نہیں کرتا۔</w:t>
      </w:r>
    </w:p>
    <w:p>
      <w:r>
        <w:rPr>
          <w:b/>
        </w:rPr>
        <w:t xml:space="preserve">[29:56] </w:t>
      </w:r>
      <w:r>
        <w:t>toh is baat ko achhi tarah samajh lijiye ke hajj mein aap ko aadab zindagi sikhaye jatay hain.</w:t>
      </w:r>
    </w:p>
    <w:p>
      <w:pPr>
        <w:jc w:val="right"/>
      </w:pPr>
      <w:r>
        <w:t>تو اس بات کو اچھی طرح سمجھ لیجیے کہ حج میں آپ کو آداب زندگی سکھائے جاتے ہیں۔</w:t>
      </w:r>
    </w:p>
    <w:p>
      <w:r>
        <w:rPr>
          <w:b/>
        </w:rPr>
        <w:t xml:space="preserve">[30:01] </w:t>
      </w:r>
      <w:r>
        <w:t>etiquette of life sikhaye jatay hain.</w:t>
      </w:r>
    </w:p>
    <w:p>
      <w:pPr>
        <w:jc w:val="right"/>
      </w:pPr>
      <w:r>
        <w:t>ایٹیکیٹ آف لائف سکھائے جاتے ہیں۔</w:t>
      </w:r>
    </w:p>
    <w:p>
      <w:r>
        <w:rPr>
          <w:b/>
        </w:rPr>
        <w:t xml:space="preserve">[30:07] </w:t>
      </w:r>
      <w:r>
        <w:t>principles of life سکھائے جاتے ہیں۔</w:t>
      </w:r>
    </w:p>
    <w:p>
      <w:pPr>
        <w:jc w:val="right"/>
      </w:pPr>
      <w:r>
        <w:t>پرنسپلز آف لائف سکھائے جاتے ہیں۔</w:t>
      </w:r>
    </w:p>
    <w:p>
      <w:r>
        <w:rPr>
          <w:b/>
        </w:rPr>
        <w:t xml:space="preserve">[30:12] </w:t>
      </w:r>
      <w:r>
        <w:t>toh yeh jo aap ne farmaya ke al-sakina ayyuha al-nas, yeh poori zindagi par phaila hua hai yeh.</w:t>
      </w:r>
    </w:p>
    <w:p>
      <w:pPr>
        <w:jc w:val="right"/>
      </w:pPr>
      <w:r>
        <w:t>تو یہ جو آپ نے فرمایا کہ السکینہ ایہا الناس، یہ پوری زندگی پر پھیلا ہوا ہے یہ۔</w:t>
      </w:r>
    </w:p>
    <w:p>
      <w:r>
        <w:rPr>
          <w:b/>
        </w:rPr>
        <w:t xml:space="preserve">[30:17] </w:t>
      </w:r>
      <w:r>
        <w:t>ke jahan majma ho, bohat se log hon, wahan tum aahistagi ke sath apna kaam karo.</w:t>
      </w:r>
    </w:p>
    <w:p>
      <w:pPr>
        <w:jc w:val="right"/>
      </w:pPr>
      <w:r>
        <w:t>کہ جہاں مجمع ہو، بہت سے لوگ ہوں، وہاں تم آہستگی کے ساتھ اپنا کام کرو۔</w:t>
      </w:r>
    </w:p>
    <w:p>
      <w:r>
        <w:rPr>
          <w:b/>
        </w:rPr>
        <w:t xml:space="preserve">[30:22] </w:t>
      </w:r>
      <w:r>
        <w:t>rush kar ke nahin.</w:t>
      </w:r>
    </w:p>
    <w:p>
      <w:pPr>
        <w:jc w:val="right"/>
      </w:pPr>
      <w:r>
        <w:t>رش کر کے نہیں۔</w:t>
      </w:r>
    </w:p>
    <w:p>
      <w:r>
        <w:rPr>
          <w:b/>
        </w:rPr>
        <w:t xml:space="preserve">[30:27] </w:t>
      </w:r>
      <w:r>
        <w:t>aur suicide bombing toh yani super haram hai, woh toh.</w:t>
      </w:r>
    </w:p>
    <w:p>
      <w:pPr>
        <w:jc w:val="right"/>
      </w:pPr>
      <w:r>
        <w:t>اور سوسائیڈ بمبنگ تو یعنی سپر حرام ہے، وہ تو۔</w:t>
      </w:r>
    </w:p>
    <w:p>
      <w:r>
        <w:rPr>
          <w:b/>
        </w:rPr>
        <w:t xml:space="preserve">[30:32] </w:t>
      </w:r>
      <w:r>
        <w:t>یاد رکھیے، کوئی بھی excuse, whatsoever, suicide bombing کو جائز نہیں کر سکتی۔</w:t>
      </w:r>
    </w:p>
    <w:p>
      <w:pPr>
        <w:jc w:val="right"/>
      </w:pPr>
      <w:r>
        <w:t>یاد رکھیے، کوئی بھی ایکسکیوز، واٹس سو ایور، سوسائیڈ بابمی کو جائز نہیں کر سکتی۔</w:t>
      </w:r>
    </w:p>
    <w:p>
      <w:r>
        <w:rPr>
          <w:b/>
        </w:rPr>
        <w:t xml:space="preserve">[30:37] </w:t>
      </w:r>
      <w:r>
        <w:t>kuch bhi aap kahein ke</w:t>
      </w:r>
    </w:p>
    <w:p>
      <w:pPr>
        <w:jc w:val="right"/>
      </w:pPr>
      <w:r>
        <w:t>کچھ بھی آپ کہیں کہ</w:t>
      </w:r>
    </w:p>
    <w:p>
      <w:r>
        <w:rPr>
          <w:b/>
        </w:rPr>
        <w:t xml:space="preserve">[30:42] </w:t>
      </w:r>
      <w:r>
        <w:t>صاحب وہ conspiracy کرتے ہیں، وہ ہمارے enemy ہیں، وہ اسلام کے خلاف ہیں، کچھ بھی، کچھ بھی، کچھ بھی۔</w:t>
      </w:r>
    </w:p>
    <w:p>
      <w:pPr>
        <w:jc w:val="right"/>
      </w:pPr>
      <w:r>
        <w:t>صاحب وہ کانسپریسی کرتے ہیں، وہ ہمارے اینمی ہیں، وہ اسلام کے خلاف ہیں، کچھ بھی، کچھ بھی، کچھ بھی۔</w:t>
      </w:r>
    </w:p>
    <w:p>
      <w:r>
        <w:rPr>
          <w:b/>
        </w:rPr>
        <w:t xml:space="preserve">[30:49] </w:t>
      </w:r>
      <w:r>
        <w:t>کوئی بھی یاد رکھیے، کوئی بھی excuse، whatever، suicide bombing کو حرام، حرام ہی رہے گا۔</w:t>
      </w:r>
    </w:p>
    <w:p>
      <w:pPr>
        <w:jc w:val="right"/>
      </w:pPr>
      <w:r>
        <w:t>کوئی بھی یاد رکھیے، کوئی بھی ایکسکیوز، واٹس سو ایور، سوسائیڈ بمبنگ کو حرام، حرام ہی رہے گا۔</w:t>
      </w:r>
    </w:p>
    <w:p>
      <w:r>
        <w:rPr>
          <w:b/>
        </w:rPr>
        <w:t xml:space="preserve">[30:55] </w:t>
      </w:r>
      <w:r>
        <w:t>suicide bombing haram hi rahega.</w:t>
      </w:r>
    </w:p>
    <w:p>
      <w:pPr>
        <w:jc w:val="right"/>
      </w:pPr>
      <w:r>
        <w:t>سوسائیڈ بمبنگ حرام ہی رہے گا۔</w:t>
      </w:r>
    </w:p>
    <w:p>
      <w:r>
        <w:rPr>
          <w:b/>
        </w:rPr>
        <w:t xml:space="preserve">[31:01] </w:t>
      </w:r>
      <w:r>
        <w:t>وہ کبھی بھی lawful نہیں ہو سکتا ہے۔</w:t>
      </w:r>
    </w:p>
    <w:p>
      <w:pPr>
        <w:jc w:val="right"/>
      </w:pPr>
      <w:r>
        <w:t>وہ کبھی بھی لافل نہیں ہو سکتا ہے۔</w:t>
      </w:r>
    </w:p>
    <w:p>
      <w:r>
        <w:rPr>
          <w:b/>
        </w:rPr>
        <w:t xml:space="preserve">[31:07] </w:t>
      </w:r>
      <w:r>
        <w:t>toh kyun aisa kar rahe hain log? kyunke log</w:t>
      </w:r>
    </w:p>
    <w:p>
      <w:pPr>
        <w:jc w:val="right"/>
      </w:pPr>
      <w:r>
        <w:t>تو کیوں ایسا کر رہے ہیں لوگ؟ کیونکہ لوگ</w:t>
      </w:r>
    </w:p>
    <w:p>
      <w:r>
        <w:rPr>
          <w:b/>
        </w:rPr>
        <w:t xml:space="preserve">[31:13] </w:t>
      </w:r>
      <w:r>
        <w:t>sirf form ko ibadat samajhte hain.</w:t>
      </w:r>
    </w:p>
    <w:p>
      <w:pPr>
        <w:jc w:val="right"/>
      </w:pPr>
      <w:r>
        <w:t>صرف فارم کو عبادت سمجھتے ہیں۔</w:t>
      </w:r>
    </w:p>
    <w:p>
      <w:r>
        <w:rPr>
          <w:b/>
        </w:rPr>
        <w:t xml:space="preserve">[31:18] </w:t>
      </w:r>
      <w:r>
        <w:t>rituals ko ibadat samajhte hain.</w:t>
      </w:r>
    </w:p>
    <w:p>
      <w:pPr>
        <w:jc w:val="right"/>
      </w:pPr>
      <w:r>
        <w:t>ریچولز کو عبادت سمجھتے ہیں۔</w:t>
      </w:r>
    </w:p>
    <w:p>
      <w:r>
        <w:rPr>
          <w:b/>
        </w:rPr>
        <w:t xml:space="preserve">[31:23] </w:t>
      </w:r>
      <w:r>
        <w:t>یعنی ایک ہے spirit of the ibadah, ایک ہے rituals of the ibadah.</w:t>
      </w:r>
    </w:p>
    <w:p>
      <w:pPr>
        <w:jc w:val="right"/>
      </w:pPr>
      <w:r>
        <w:t>یعنی ایک ہے اسپرٹ آف دا عبادہ، ایک ہے ریچولز آف دا عبادہ۔</w:t>
      </w:r>
    </w:p>
    <w:p>
      <w:r>
        <w:rPr>
          <w:b/>
        </w:rPr>
        <w:t xml:space="preserve">[31:29] </w:t>
      </w:r>
      <w:r>
        <w:t>toh rituals of the da'abah ko jo aap ibadat samajh lein, toh yeh hoga.</w:t>
      </w:r>
    </w:p>
    <w:p>
      <w:pPr>
        <w:jc w:val="right"/>
      </w:pPr>
      <w:r>
        <w:t>تو ریچولز آف دا عبادہ کو جو آپ عبادت سمجھ لیں، تو یہ ہوگا۔</w:t>
      </w:r>
    </w:p>
    <w:p>
      <w:r>
        <w:rPr>
          <w:b/>
        </w:rPr>
        <w:t xml:space="preserve">[31:34] </w:t>
      </w:r>
      <w:r>
        <w:t>toh hajj jo hai, is ki asal jo hai, woh woh spirit hai is ki.</w:t>
      </w:r>
    </w:p>
    <w:p>
      <w:pPr>
        <w:jc w:val="right"/>
      </w:pPr>
      <w:r>
        <w:t>تو حج جو ہے، اس کی اصل جو ہے، وہ وہ اسپرٹ ہے اس کی۔</w:t>
      </w:r>
    </w:p>
    <w:p>
      <w:r>
        <w:rPr>
          <w:b/>
        </w:rPr>
        <w:t xml:space="preserve">[31:39] </w:t>
      </w:r>
      <w:r>
        <w:t>is ki asal, asal jo hai, woh spirit hai.</w:t>
      </w:r>
    </w:p>
    <w:p>
      <w:pPr>
        <w:jc w:val="right"/>
      </w:pPr>
      <w:r>
        <w:t>اس کی اصل، اصل جو ہے، وہ اسپرٹ ہے۔</w:t>
      </w:r>
    </w:p>
    <w:p>
      <w:r>
        <w:rPr>
          <w:b/>
        </w:rPr>
        <w:t xml:space="preserve">[31:45] </w:t>
      </w:r>
      <w:r>
        <w:t>is mein rituals bhi hain, is mein ek form bhi hai is ka.</w:t>
      </w:r>
    </w:p>
    <w:p>
      <w:pPr>
        <w:jc w:val="right"/>
      </w:pPr>
      <w:r>
        <w:t>اس میں ریچولز بھی ہیں، اس میں ایک فارم بھی ہے اس کا۔</w:t>
      </w:r>
    </w:p>
    <w:p>
      <w:r>
        <w:rPr>
          <w:b/>
        </w:rPr>
        <w:t xml:space="preserve">[31:51] </w:t>
      </w:r>
      <w:r>
        <w:t>lekin phir bhi asal jo hai, woh woh relative part hai, woh real part hai.</w:t>
      </w:r>
    </w:p>
    <w:p>
      <w:pPr>
        <w:jc w:val="right"/>
      </w:pPr>
      <w:r>
        <w:t>لیکن پھر بھی اصل جو ہے، وہ وہ ریلیٹو پارٹ ہے، وہ ریئل پارٹ ہے۔</w:t>
      </w:r>
    </w:p>
    <w:p>
      <w:r>
        <w:rPr>
          <w:b/>
        </w:rPr>
        <w:t xml:space="preserve">[31:57] </w:t>
      </w:r>
      <w:r>
        <w:t>yani form ya rituals jo hain, woh is ke relative part hain.</w:t>
      </w:r>
    </w:p>
    <w:p>
      <w:pPr>
        <w:jc w:val="right"/>
      </w:pPr>
      <w:r>
        <w:t>یعنی فارم یا ریچولز جو ہیں، وہ اس کے ریلیٹو پارٹ ہیں۔</w:t>
      </w:r>
    </w:p>
    <w:p>
      <w:r>
        <w:rPr>
          <w:b/>
        </w:rPr>
        <w:t xml:space="preserve">[32:03] </w:t>
      </w:r>
      <w:r>
        <w:t>real part toh wohi hai jis ko hum spirit kehte hain.</w:t>
      </w:r>
    </w:p>
    <w:p>
      <w:pPr>
        <w:jc w:val="right"/>
      </w:pPr>
      <w:r>
        <w:t>ریئل پارٹ تو وہی ہے جس کو ہم اسپرٹ کہتے ہیں۔</w:t>
      </w:r>
    </w:p>
    <w:p>
      <w:r>
        <w:rPr>
          <w:b/>
        </w:rPr>
        <w:t xml:space="preserve">[32:09] </w:t>
      </w:r>
      <w:r>
        <w:t>hajj ke mauqe par jab aap rasool Allah sallallahu</w:t>
      </w:r>
    </w:p>
    <w:p>
      <w:pPr>
        <w:jc w:val="right"/>
      </w:pPr>
      <w:r>
        <w:t>حج کے موقع پر جب آپ رسول اللہ صلی</w:t>
      </w:r>
    </w:p>
    <w:p>
      <w:r>
        <w:rPr>
          <w:b/>
        </w:rPr>
        <w:t xml:space="preserve">[32:15] </w:t>
      </w:r>
      <w:r>
        <w:t>alaihi wasallam arafat ke maidan mein thay, toh us waqt woh ayat utri jo quran mein is</w:t>
      </w:r>
    </w:p>
    <w:p>
      <w:pPr>
        <w:jc w:val="right"/>
      </w:pPr>
      <w:r>
        <w:t>اللہ علیہ وسلم عرفات کے میدان میں تھے، تو اس وقت وہ آیت اتری جو قرآن میں اس</w:t>
      </w:r>
    </w:p>
    <w:p>
      <w:r>
        <w:rPr>
          <w:b/>
        </w:rPr>
        <w:t xml:space="preserve">[32:20] </w:t>
      </w:r>
      <w:r>
        <w:t>tareeqe se hai ke "alyawm akmaltu lakum deenakum".</w:t>
      </w:r>
    </w:p>
    <w:p>
      <w:pPr>
        <w:jc w:val="right"/>
      </w:pPr>
      <w:r>
        <w:t>طریقے سے ہے کہ "الیوم اکملت لکم دینکم"۔</w:t>
      </w:r>
    </w:p>
    <w:p>
      <w:r>
        <w:rPr>
          <w:b/>
        </w:rPr>
        <w:t xml:space="preserve">[32:25] </w:t>
      </w:r>
      <w:r>
        <w:t>yeh ayat haj ke zamanay mein utri, rasool Allah salallaho alaihe wasallam ka jo haj ul wida tha,</w:t>
      </w:r>
    </w:p>
    <w:p>
      <w:pPr>
        <w:jc w:val="right"/>
      </w:pPr>
      <w:r>
        <w:t>یہ آیت حج کے زمانے میں اتری، رسول اللہ صلی اللہ علیہ وسلم کا جو حج الوداع تھا،</w:t>
      </w:r>
    </w:p>
    <w:p>
      <w:r>
        <w:rPr>
          <w:b/>
        </w:rPr>
        <w:t xml:space="preserve">[32:30] </w:t>
      </w:r>
      <w:r>
        <w:t>is moqay par utri.</w:t>
      </w:r>
    </w:p>
    <w:p>
      <w:pPr>
        <w:jc w:val="right"/>
      </w:pPr>
      <w:r>
        <w:t>اس موقع پر اتری۔</w:t>
      </w:r>
    </w:p>
    <w:p>
      <w:r>
        <w:rPr>
          <w:b/>
        </w:rPr>
        <w:t xml:space="preserve">[32:35] </w:t>
      </w:r>
      <w:r>
        <w:t>to "alyawm akmalt lakum deenakum".</w:t>
      </w:r>
    </w:p>
    <w:p>
      <w:pPr>
        <w:jc w:val="right"/>
      </w:pPr>
      <w:r>
        <w:t>تو "الیوم اکملت لکم دینکم"۔</w:t>
      </w:r>
    </w:p>
    <w:p>
      <w:r>
        <w:rPr>
          <w:b/>
        </w:rPr>
        <w:t xml:space="preserve">[32:40] </w:t>
      </w:r>
      <w:r>
        <w:t>aaj mein ne tumhare deen ko</w:t>
      </w:r>
    </w:p>
    <w:p>
      <w:pPr>
        <w:jc w:val="right"/>
      </w:pPr>
      <w:r>
        <w:t>آج میں نے تمہارے دین کو</w:t>
      </w:r>
    </w:p>
    <w:p>
      <w:r>
        <w:rPr>
          <w:b/>
        </w:rPr>
        <w:t xml:space="preserve">[32:45] </w:t>
      </w:r>
      <w:r>
        <w:t>tumhare liye kamil kar diya.</w:t>
      </w:r>
    </w:p>
    <w:p>
      <w:pPr>
        <w:jc w:val="right"/>
      </w:pPr>
      <w:r>
        <w:t>تمہارے لیے کامل کر دیا۔</w:t>
      </w:r>
    </w:p>
    <w:p>
      <w:r>
        <w:rPr>
          <w:b/>
        </w:rPr>
        <w:t xml:space="preserve">[32:50] </w:t>
      </w:r>
      <w:r>
        <w:t>to is ayat ka matlab kya hai? is ko bhi wazeh karna chahta hoon.</w:t>
      </w:r>
    </w:p>
    <w:p>
      <w:pPr>
        <w:jc w:val="right"/>
      </w:pPr>
      <w:r>
        <w:t>تو اس آیت کا مطلب کیا ہے؟ اس کو بھی واضح کرنا چاہتا ہوں۔</w:t>
      </w:r>
    </w:p>
    <w:p>
      <w:r>
        <w:rPr>
          <w:b/>
        </w:rPr>
        <w:t xml:space="preserve">[32:55] </w:t>
      </w:r>
      <w:r>
        <w:t>is ko le kar ke kai log yeh kehte hain ke Islam jo hai, mukammal deen hai.</w:t>
      </w:r>
    </w:p>
    <w:p>
      <w:pPr>
        <w:jc w:val="right"/>
      </w:pPr>
      <w:r>
        <w:t>اس کو لے کر کے کئی لوگ یہ کہتے ہیں کہ اسلام جو ہے، مکمل دین ہے۔</w:t>
      </w:r>
    </w:p>
    <w:p>
      <w:r>
        <w:rPr>
          <w:b/>
        </w:rPr>
        <w:t xml:space="preserve">[33:01] </w:t>
      </w:r>
      <w:r>
        <w:t>baqi log deen jo hai, naqis deen hai.</w:t>
      </w:r>
    </w:p>
    <w:p>
      <w:pPr>
        <w:jc w:val="right"/>
      </w:pPr>
      <w:r>
        <w:t>باقی لوگ دین جو ہے، ناقص دین ہے۔</w:t>
      </w:r>
    </w:p>
    <w:p>
      <w:r>
        <w:rPr>
          <w:b/>
        </w:rPr>
        <w:t xml:space="preserve">[33:06] </w:t>
      </w:r>
      <w:r>
        <w:t>yeh bilkul galat baat hai.</w:t>
      </w:r>
    </w:p>
    <w:p>
      <w:pPr>
        <w:jc w:val="right"/>
      </w:pPr>
      <w:r>
        <w:t>یہ بالکل غلط بات ہے۔</w:t>
      </w:r>
    </w:p>
    <w:p>
      <w:r>
        <w:rPr>
          <w:b/>
        </w:rPr>
        <w:t xml:space="preserve">[33:11] </w:t>
      </w:r>
      <w:r>
        <w:t>is ayat mein dekhiye, yeh kaha gaya hai ke aaj mein ne tumhare deen ko tumhare liye kamil kar diya. yani</w:t>
      </w:r>
    </w:p>
    <w:p>
      <w:pPr>
        <w:jc w:val="right"/>
      </w:pPr>
      <w:r>
        <w:t>اس آیت میں دیکھیے، یہ کہا گیا ہے کہ آج میں نے تمہارے دین کو تمہارے لیے کامل کر دیا۔ یعنی</w:t>
      </w:r>
    </w:p>
    <w:p>
      <w:r>
        <w:rPr>
          <w:b/>
        </w:rPr>
        <w:t xml:space="preserve">[33:16] </w:t>
      </w:r>
      <w:r>
        <w:t>quran mein aakhri ayat aaj utar gayi.</w:t>
      </w:r>
    </w:p>
    <w:p>
      <w:pPr>
        <w:jc w:val="right"/>
      </w:pPr>
      <w:r>
        <w:t>قرآن میں آخری آیت آج اتر گئی۔</w:t>
      </w:r>
    </w:p>
    <w:p>
      <w:r>
        <w:rPr>
          <w:b/>
        </w:rPr>
        <w:t xml:space="preserve">[33:20] </w:t>
      </w:r>
      <w:r>
        <w:t>yeh ayat aakhri ayat hai.</w:t>
      </w:r>
    </w:p>
    <w:p>
      <w:pPr>
        <w:jc w:val="right"/>
      </w:pPr>
      <w:r>
        <w:t>یہ آیت آخری آیت ہے۔</w:t>
      </w:r>
    </w:p>
    <w:p>
      <w:r>
        <w:rPr>
          <w:b/>
        </w:rPr>
        <w:t xml:space="preserve">[33:24] </w:t>
      </w:r>
      <w:r>
        <w:t>is ke baad aur ayat quran mein aanay wali nahi hai.</w:t>
      </w:r>
    </w:p>
    <w:p>
      <w:pPr>
        <w:jc w:val="right"/>
      </w:pPr>
      <w:r>
        <w:t>اس کے بعد اور آیت قرآن میں آنے والی نہیں ہے۔</w:t>
      </w:r>
    </w:p>
    <w:p>
      <w:r>
        <w:rPr>
          <w:b/>
        </w:rPr>
        <w:t xml:space="preserve">[33:28] </w:t>
      </w:r>
      <w:r>
        <w:t>na is mein koi ghata paye ga, na koi barha paye ga.</w:t>
      </w:r>
    </w:p>
    <w:p>
      <w:pPr>
        <w:jc w:val="right"/>
      </w:pPr>
      <w:r>
        <w:t>نہ اس میں کوئی گھٹا پائے گا، نہ کوئی بڑھا پائے گا۔</w:t>
      </w:r>
    </w:p>
    <w:p>
      <w:r>
        <w:rPr>
          <w:b/>
        </w:rPr>
        <w:t xml:space="preserve">[33:32] </w:t>
      </w:r>
      <w:r>
        <w:t>aap jante hain, quran jo hai, 610 eesvi mein utarna shuru hua.</w:t>
      </w:r>
    </w:p>
    <w:p>
      <w:pPr>
        <w:jc w:val="right"/>
      </w:pPr>
      <w:r>
        <w:t>آپ جانتے ہیں، قرآن جو ہے، 610 عیسوی میں اترنا شروع ہوا۔</w:t>
      </w:r>
    </w:p>
    <w:p>
      <w:r>
        <w:rPr>
          <w:b/>
        </w:rPr>
        <w:t xml:space="preserve">[33:35] </w:t>
      </w:r>
      <w:r>
        <w:t>610 utarna shuru hua.</w:t>
      </w:r>
    </w:p>
    <w:p>
      <w:pPr>
        <w:jc w:val="right"/>
      </w:pPr>
      <w:r>
        <w:t>610 اترنا شروع ہوا۔</w:t>
      </w:r>
    </w:p>
    <w:p>
      <w:r>
        <w:rPr>
          <w:b/>
        </w:rPr>
        <w:t xml:space="preserve">[33:39] </w:t>
      </w:r>
      <w:r>
        <w:t>aur khatam hua 632 mein.</w:t>
      </w:r>
    </w:p>
    <w:p>
      <w:pPr>
        <w:jc w:val="right"/>
      </w:pPr>
      <w:r>
        <w:t>اور ختم ہوا 632 میں۔</w:t>
      </w:r>
    </w:p>
    <w:p>
      <w:r>
        <w:rPr>
          <w:b/>
        </w:rPr>
        <w:t xml:space="preserve">[33:43] </w:t>
      </w:r>
      <w:r>
        <w:t>610 mein utar</w:t>
      </w:r>
    </w:p>
    <w:p>
      <w:pPr>
        <w:jc w:val="right"/>
      </w:pPr>
      <w:r>
        <w:t>610 میں اتر</w:t>
      </w:r>
    </w:p>
    <w:p>
      <w:r>
        <w:rPr>
          <w:b/>
        </w:rPr>
        <w:t xml:space="preserve">[33:47] </w:t>
      </w:r>
      <w:r>
        <w:t>na shuru hua aur 632 mein woh poora hua.</w:t>
      </w:r>
    </w:p>
    <w:p>
      <w:pPr>
        <w:jc w:val="right"/>
      </w:pPr>
      <w:r>
        <w:t>نا شروع ہوا اور 632 میں وہ پورا ہوا۔</w:t>
      </w:r>
    </w:p>
    <w:p>
      <w:r>
        <w:rPr>
          <w:b/>
        </w:rPr>
        <w:t xml:space="preserve">[33:52] </w:t>
      </w:r>
      <w:r>
        <w:t>to taqreeban 23 saal lage is ki poori, poora poora utarne mein.</w:t>
      </w:r>
    </w:p>
    <w:p>
      <w:pPr>
        <w:jc w:val="right"/>
      </w:pPr>
      <w:r>
        <w:t>تو تقریباً 23 سال لگے اس کی پوری، پورا پورا اترنے میں۔</w:t>
      </w:r>
    </w:p>
    <w:p>
      <w:r>
        <w:rPr>
          <w:b/>
        </w:rPr>
        <w:t xml:space="preserve">[33:57] </w:t>
      </w:r>
      <w:r>
        <w:t>to aakhri ayat jo utarni thi quran mein, quran mein woh aakhri ayat utri arfa ke din.</w:t>
      </w:r>
    </w:p>
    <w:p>
      <w:pPr>
        <w:jc w:val="right"/>
      </w:pPr>
      <w:r>
        <w:t>تو آخری آیت جو اترنی تھی قرآن میں، قرآن میں وہ آخری آیت اتری عرفہ کے دن۔</w:t>
      </w:r>
    </w:p>
    <w:p>
      <w:r>
        <w:rPr>
          <w:b/>
        </w:rPr>
        <w:t xml:space="preserve">[34:02] </w:t>
      </w:r>
      <w:r>
        <w:t>rasool Allah salallaho alaihe wasallam par.</w:t>
      </w:r>
    </w:p>
    <w:p>
      <w:pPr>
        <w:jc w:val="right"/>
      </w:pPr>
      <w:r>
        <w:t>رسول اللہ صلی اللہ علیہ وسلم پر۔</w:t>
      </w:r>
    </w:p>
    <w:p>
      <w:r>
        <w:rPr>
          <w:b/>
        </w:rPr>
        <w:t xml:space="preserve">[34:07] </w:t>
      </w:r>
      <w:r>
        <w:t>to yeh matlab hai is ayat ka ke aaj quran ki aakhri ayat utar gayi.</w:t>
      </w:r>
    </w:p>
    <w:p>
      <w:pPr>
        <w:jc w:val="right"/>
      </w:pPr>
      <w:r>
        <w:t>تو یہ مطلب ہے اس آیت کا کہ آج قرآن کی آخری آیت اتر گئی۔</w:t>
      </w:r>
    </w:p>
    <w:p>
      <w:r>
        <w:rPr>
          <w:b/>
        </w:rPr>
        <w:t xml:space="preserve">[34:13] </w:t>
      </w:r>
      <w:r>
        <w:t>quran aaj poora ho gaya.</w:t>
      </w:r>
    </w:p>
    <w:p>
      <w:pPr>
        <w:jc w:val="right"/>
      </w:pPr>
      <w:r>
        <w:t>قرآن آج پورا ہو گیا۔</w:t>
      </w:r>
    </w:p>
    <w:p>
      <w:r>
        <w:rPr>
          <w:b/>
        </w:rPr>
        <w:t xml:space="preserve">[34:18] </w:t>
      </w:r>
      <w:r>
        <w:t>ab is mein na koi ayat to nikaal sakte ho, na ghata sakte ho, na barha sakte ho.</w:t>
      </w:r>
    </w:p>
    <w:p>
      <w:pPr>
        <w:jc w:val="right"/>
      </w:pPr>
      <w:r>
        <w:t>اب اس میں نہ کوئی آیت تو نکال سکتے ہو، نہ گھٹا سکتے ہو، نہ بڑھا سکتے ہو۔</w:t>
      </w:r>
    </w:p>
    <w:p>
      <w:r>
        <w:rPr>
          <w:b/>
        </w:rPr>
        <w:t xml:space="preserve">[34:22] </w:t>
      </w:r>
      <w:r>
        <w:t>yeh isi tarah preserve rahega hamesha ke liye.</w:t>
      </w:r>
    </w:p>
    <w:p>
      <w:pPr>
        <w:jc w:val="right"/>
      </w:pPr>
      <w:r>
        <w:t>یہ اسی طرح پریزرو رہے گا ہمیشہ کے لیے۔</w:t>
      </w:r>
    </w:p>
    <w:p>
      <w:r>
        <w:rPr>
          <w:b/>
        </w:rPr>
        <w:t xml:space="preserve">[34:26] </w:t>
      </w:r>
      <w:r>
        <w:t>yeh matlab hai is ayat ka.</w:t>
      </w:r>
    </w:p>
    <w:p>
      <w:pPr>
        <w:jc w:val="right"/>
      </w:pPr>
      <w:r>
        <w:t>یہ مطلب ہے اس آیت کا۔</w:t>
      </w:r>
    </w:p>
    <w:p>
      <w:r>
        <w:rPr>
          <w:b/>
        </w:rPr>
        <w:t xml:space="preserve">[34:30] </w:t>
      </w:r>
      <w:r>
        <w:t>is ayat ka yeh matlab hargiz nahi ke Islam mukammal deen hai.</w:t>
      </w:r>
    </w:p>
    <w:p>
      <w:pPr>
        <w:jc w:val="right"/>
      </w:pPr>
      <w:r>
        <w:t>اس آیت کا یہ مطلب ہرگز نہیں کہ اسلام مکمل دین ہے۔</w:t>
      </w:r>
    </w:p>
    <w:p>
      <w:r>
        <w:rPr>
          <w:b/>
        </w:rPr>
        <w:t xml:space="preserve">[34:34] </w:t>
      </w:r>
      <w:r>
        <w:t>doosre, doosre deen jo hain, woh naqis deen thay doosre peghambaron ke.</w:t>
      </w:r>
    </w:p>
    <w:p>
      <w:pPr>
        <w:jc w:val="right"/>
      </w:pPr>
      <w:r>
        <w:t>دوسرے، دوسرے دین جو ہیں، وہ ناقص دین تھے دوسرے پیغمبروں کے۔</w:t>
      </w:r>
    </w:p>
    <w:p>
      <w:r>
        <w:rPr>
          <w:b/>
        </w:rPr>
        <w:t xml:space="preserve">[34:38] </w:t>
      </w:r>
      <w:r>
        <w:t>yani doosre jo peghambar aaye Allah taala ki taraf se, woh incomplete deen lekar aaye.</w:t>
      </w:r>
    </w:p>
    <w:p>
      <w:pPr>
        <w:jc w:val="right"/>
      </w:pPr>
      <w:r>
        <w:t>یعنی دوسرے جو پیغمبر آئے اللہ تعالیٰ کی طرف سے، وہ ان کمپلیٹ دین لے کر آئے۔</w:t>
      </w:r>
    </w:p>
    <w:p>
      <w:r>
        <w:rPr>
          <w:b/>
        </w:rPr>
        <w:t xml:space="preserve">[34:41] </w:t>
      </w:r>
      <w:r>
        <w:t>Rasool Allah jo hai, complete deen lekar aaye.</w:t>
      </w:r>
    </w:p>
    <w:p>
      <w:pPr>
        <w:jc w:val="right"/>
      </w:pPr>
      <w:r>
        <w:t>رسول اللہ جو ہے، کمپلیٹ دین لے کر آئے۔</w:t>
      </w:r>
    </w:p>
    <w:p>
      <w:r>
        <w:rPr>
          <w:b/>
        </w:rPr>
        <w:t xml:space="preserve">[34:45] </w:t>
      </w:r>
      <w:r>
        <w:t>yeh bilkul absurd baat hai.</w:t>
      </w:r>
    </w:p>
    <w:p>
      <w:pPr>
        <w:jc w:val="right"/>
      </w:pPr>
      <w:r>
        <w:t>یہ بالکل ایبسرٹ بات ہے۔</w:t>
      </w:r>
    </w:p>
    <w:p>
      <w:r>
        <w:rPr>
          <w:b/>
        </w:rPr>
        <w:t xml:space="preserve">[34:49] </w:t>
      </w:r>
      <w:r>
        <w:t>har paighambar kā dīn complete tha. har paighambar wohi dīn le kar āyā jo Rasūl Allāh jo dīn le kar āye. to yeh complete aur incomplete kā farq nahin hai. farq jo hai, sirf is aitbār se hai ke Rasūl Allāh kā jo dīn tha, woh preserve reh gayā. yaani matlab āp ki jo, jo āp ki jo kitāb hai, jo Qurān hai, jo revelation hai, woh preserve hālat mein maujood hai.</w:t>
      </w:r>
    </w:p>
    <w:p>
      <w:pPr>
        <w:jc w:val="right"/>
      </w:pPr>
      <w:r>
        <w:t>ہر پیغمبر کا دین کمپلیٹ تھا۔ ہر پیغمبر وہی دین لے کر آیا جو رسول اللہ جو دین لے کر آئے۔ تو یہ کمپلیٹ اور ان کمپلیٹ کا فرق نہیں ہے۔ فرق جو ہے، صرف اس اعتبار سے ہے کہ رسول اللہ کا جو دین تھا، وہ پریزرو رہ گیا۔ یعنی مطلب آپ کی جو، جو آپ کی جو کتاب ہے، جو قرآن ہے، جو ریولیشن ہے، وہ پریزرو حالت میں موجود ہے۔</w:t>
      </w:r>
    </w:p>
    <w:p>
      <w:r>
        <w:rPr>
          <w:b/>
        </w:rPr>
        <w:t xml:space="preserve">[35:19] </w:t>
      </w:r>
      <w:r>
        <w:t>waisi ki waisi, isi original halat mein.</w:t>
      </w:r>
    </w:p>
    <w:p>
      <w:pPr>
        <w:jc w:val="right"/>
      </w:pPr>
      <w:r>
        <w:t>ویسی کی ویسی، اسی اوریجنل حالت میں۔</w:t>
      </w:r>
    </w:p>
    <w:p>
      <w:r>
        <w:rPr>
          <w:b/>
        </w:rPr>
        <w:t xml:space="preserve">[35:24] </w:t>
      </w:r>
      <w:r>
        <w:t>yeh matlab hai iska.</w:t>
      </w:r>
    </w:p>
    <w:p>
      <w:pPr>
        <w:jc w:val="right"/>
      </w:pPr>
      <w:r>
        <w:t>یہ مطلب ہے اس کا۔</w:t>
      </w:r>
    </w:p>
    <w:p>
      <w:r>
        <w:rPr>
          <w:b/>
        </w:rPr>
        <w:t xml:space="preserve">[35:29] </w:t>
      </w:r>
      <w:r>
        <w:t>baqi na toh koi incomplete hai, na koi complete hai.</w:t>
      </w:r>
    </w:p>
    <w:p>
      <w:pPr>
        <w:jc w:val="right"/>
      </w:pPr>
      <w:r>
        <w:t>باقی نہ تو کوئی ان کمپلیٹ ہے، نہ کوئی کمپلیٹ ہے۔</w:t>
      </w:r>
    </w:p>
    <w:p>
      <w:r>
        <w:rPr>
          <w:b/>
        </w:rPr>
        <w:t xml:space="preserve">[35:34] </w:t>
      </w:r>
      <w:r>
        <w:t>toh "alyawm akmalt lakum deenakum" wali jo ayat hai, jo Hajj, jo Hajj ul Wida ke mauqe par utri,</w:t>
      </w:r>
    </w:p>
    <w:p>
      <w:pPr>
        <w:jc w:val="right"/>
      </w:pPr>
      <w:r>
        <w:t>تو "الیوم اکملت لکم دینکم" والی جو آیت ہے، جو حج، جو حج الوداع کے موقع پر اتری،</w:t>
      </w:r>
    </w:p>
    <w:p>
      <w:r>
        <w:rPr>
          <w:b/>
        </w:rPr>
        <w:t xml:space="preserve">[35:39] </w:t>
      </w:r>
      <w:r>
        <w:t>iska matlab yeh hai.</w:t>
      </w:r>
    </w:p>
    <w:p>
      <w:pPr>
        <w:jc w:val="right"/>
      </w:pPr>
      <w:r>
        <w:t>اس کا مطلب یہ ہے۔</w:t>
      </w:r>
    </w:p>
    <w:p>
      <w:r>
        <w:rPr>
          <w:b/>
        </w:rPr>
        <w:t xml:space="preserve">[35:44] </w:t>
      </w:r>
      <w:r>
        <w:t>toh main yeh kahunga ke yeh koi ibadat nahi</w:t>
      </w:r>
    </w:p>
    <w:p>
      <w:pPr>
        <w:jc w:val="right"/>
      </w:pPr>
      <w:r>
        <w:t>تو میں یہ کہوں گا کہ یہ کوئی عبادت نہیں</w:t>
      </w:r>
    </w:p>
    <w:p>
      <w:r>
        <w:rPr>
          <w:b/>
        </w:rPr>
        <w:t xml:space="preserve">[35:49] </w:t>
      </w:r>
      <w:r>
        <w:t>hai ke baar baar aap Hajj karein, baar baar Umrah karein.</w:t>
      </w:r>
    </w:p>
    <w:p>
      <w:pPr>
        <w:jc w:val="right"/>
      </w:pPr>
      <w:r>
        <w:t>ہے کہ بار بار آپ حج کریں، بار بار عمرہ کریں۔</w:t>
      </w:r>
    </w:p>
    <w:p>
      <w:r>
        <w:rPr>
          <w:b/>
        </w:rPr>
        <w:t xml:space="preserve">[35:55] </w:t>
      </w:r>
      <w:r>
        <w:t>main sirf bataun ke sunnat sirf ek hi Hajj hai.</w:t>
      </w:r>
    </w:p>
    <w:p>
      <w:pPr>
        <w:jc w:val="right"/>
      </w:pPr>
      <w:r>
        <w:t>میں صرف بتاؤں کہ سنت صرف ایک ہی حج ہے۔</w:t>
      </w:r>
    </w:p>
    <w:p>
      <w:r>
        <w:rPr>
          <w:b/>
        </w:rPr>
        <w:t xml:space="preserve">[36:00] </w:t>
      </w:r>
      <w:r>
        <w:t>bas Rasool Allah ne ek Hajj kiya, aap ek Hajj kar lijiye.</w:t>
      </w:r>
    </w:p>
    <w:p>
      <w:pPr>
        <w:jc w:val="right"/>
      </w:pPr>
      <w:r>
        <w:t>بس رسول اللہ نے ایک حج کیا، آپ ایک حج کر لیجیے۔</w:t>
      </w:r>
    </w:p>
    <w:p>
      <w:r>
        <w:rPr>
          <w:b/>
        </w:rPr>
        <w:t xml:space="preserve">[36:05] </w:t>
      </w:r>
      <w:r>
        <w:t>achha, agar aapke paas time hai, agar aapke paas paisa hai, toh doosre kaam kijiye.</w:t>
      </w:r>
    </w:p>
    <w:p>
      <w:pPr>
        <w:jc w:val="right"/>
      </w:pPr>
      <w:r>
        <w:t>اچھا، اگر آپ کے پاس ٹائم ہے، اگر آپ کے پاس پیسہ ہے، تو دوسرے کام کیجیے۔</w:t>
      </w:r>
    </w:p>
    <w:p>
      <w:r>
        <w:rPr>
          <w:b/>
        </w:rPr>
        <w:t xml:space="preserve">[36:10] </w:t>
      </w:r>
      <w:r>
        <w:t>doosra kaam matlab hai ke aap daawa bashar mein apna paisa lagaiye, apna time lagaiye.</w:t>
      </w:r>
    </w:p>
    <w:p>
      <w:pPr>
        <w:jc w:val="right"/>
      </w:pPr>
      <w:r>
        <w:t>دوسرا کام مطلب ہے کہ آپ دعویٰ بشر میں اپنا پیسہ لگائیے، اپنا ٹائم لگائیے۔</w:t>
      </w:r>
    </w:p>
    <w:p>
      <w:r>
        <w:rPr>
          <w:b/>
        </w:rPr>
        <w:t xml:space="preserve">[36:15] </w:t>
      </w:r>
      <w:r>
        <w:t>yani jo training lekar aaye hain aap Hajj mein, woh thi dawat ki training.</w:t>
      </w:r>
    </w:p>
    <w:p>
      <w:pPr>
        <w:jc w:val="right"/>
      </w:pPr>
      <w:r>
        <w:t>یعنی جو ٹریننگ لے کر آئے ہیں آپ حج میں، وہ تھی دعوت کی ٹریننگ۔</w:t>
      </w:r>
    </w:p>
    <w:p>
      <w:r>
        <w:rPr>
          <w:b/>
        </w:rPr>
        <w:t xml:space="preserve">[36:20] </w:t>
      </w:r>
      <w:r>
        <w:t>Khudā ke qāz mein apni zindagi lagāne ki training. is mein āp lag jāiye. yeh koi tarīqā nahin hai. ek sāhib ne kahā mujh se ke main to mānpāp hotel mein kamrā reserve rahtā hai Makka mein. aur wahan mere ghar ke log jab chāhein jāyein, wahan thehrein aur umrah karte rahein. yā hajj, hajj ke daurān hum hajj kar lein. to Makka ke kisi hotel mein in kā kamrā mustaqil reserve rahtā hai. yeh, yeh koi sun</w:t>
      </w:r>
    </w:p>
    <w:p>
      <w:pPr>
        <w:jc w:val="right"/>
      </w:pPr>
      <w:r>
        <w:t>خدا کے قاض میں اپنی زندگی لگانے کی ٹریننگ۔ اس میں آپ لگ جائیے۔ یہ کوئی طریقہ نہیں ہے۔ ایک صاحب نے کہا مجھ سے کہ میں تو ماں باپ ہوٹل میں کمرہ ریزرو رہتا ہے مکہ میں۔ اور وہاں میرے گھر کے لوگ جب چاہیں جائیں، وہاں ٹھہریں اور عمرہ کرتے رہیں۔ یا حج، حج کے دوران ہم حج کر لیں۔ تو مکہ کے کسی ہوٹل میں ان کا کمرہ مستقل ریزرو رہتا ہے۔ یہ، یہ کوئی سن</w:t>
      </w:r>
    </w:p>
    <w:p>
      <w:r>
        <w:rPr>
          <w:b/>
        </w:rPr>
        <w:t xml:space="preserve">[36:50] </w:t>
      </w:r>
      <w:r>
        <w:t>t hai? na, na yeh koi Hajj hai.</w:t>
      </w:r>
    </w:p>
    <w:p>
      <w:pPr>
        <w:jc w:val="right"/>
      </w:pPr>
      <w:r>
        <w:t>ت ہے؟ نہ، نہ یہ کوئی حج ہے۔</w:t>
      </w:r>
    </w:p>
    <w:p>
      <w:r>
        <w:rPr>
          <w:b/>
        </w:rPr>
        <w:t xml:space="preserve">[36:54] </w:t>
      </w:r>
      <w:r>
        <w:t>yeh toh ek, yeh toh ek outing hai ke aap, main Rishikesh mein gaya toh wahan bhi</w:t>
      </w:r>
    </w:p>
    <w:p>
      <w:pPr>
        <w:jc w:val="right"/>
      </w:pPr>
      <w:r>
        <w:t>یہ تو ایک، یہ تو ایک آؤٹنگ ہے کہ آپ، میں رشی کیش میں گیا تو وہاں بھی</w:t>
      </w:r>
    </w:p>
    <w:p>
      <w:r>
        <w:rPr>
          <w:b/>
        </w:rPr>
        <w:t xml:space="preserve">[36:58] </w:t>
      </w:r>
      <w:r>
        <w:t>main ne dekha ke kuch bade Hindu, jo bade bade taajir hain, unke wahan kamre reserve hain</w:t>
      </w:r>
    </w:p>
    <w:p>
      <w:pPr>
        <w:jc w:val="right"/>
      </w:pPr>
      <w:r>
        <w:t>میں نے دیکھا کہ کچھ بڑے ہندو، جو بڑے بڑے تاجر ہیں، ان کے وہاں کمرے ریزرو ہیں</w:t>
      </w:r>
    </w:p>
    <w:p>
      <w:r>
        <w:rPr>
          <w:b/>
        </w:rPr>
        <w:t xml:space="preserve">[37:01] </w:t>
      </w:r>
      <w:r>
        <w:t>Rishikesh mein.</w:t>
      </w:r>
    </w:p>
    <w:p>
      <w:pPr>
        <w:jc w:val="right"/>
      </w:pPr>
      <w:r>
        <w:t>رشی کیش میں۔</w:t>
      </w:r>
    </w:p>
    <w:p>
      <w:r>
        <w:rPr>
          <w:b/>
        </w:rPr>
        <w:t xml:space="preserve">[37:05] </w:t>
      </w:r>
      <w:r>
        <w:t>unhone khaas tareeke se bana rakha hai isko, apne kamron ko.</w:t>
      </w:r>
    </w:p>
    <w:p>
      <w:pPr>
        <w:jc w:val="right"/>
      </w:pPr>
      <w:r>
        <w:t>انہوں نے خاص طریقے سے بنا رکھا ہے اس کو، اپنے کمروں کو۔</w:t>
      </w:r>
    </w:p>
    <w:p>
      <w:r>
        <w:rPr>
          <w:b/>
        </w:rPr>
        <w:t xml:space="preserve">[37:09] </w:t>
      </w:r>
      <w:r>
        <w:t>bahut hi ismein comfort, luxury sab ismein maujood hai.</w:t>
      </w:r>
    </w:p>
    <w:p>
      <w:pPr>
        <w:jc w:val="right"/>
      </w:pPr>
      <w:r>
        <w:t>بہت ہی اس میں کمفرٹ، لگژری سب اس میں موجود ہے۔</w:t>
      </w:r>
    </w:p>
    <w:p>
      <w:r>
        <w:rPr>
          <w:b/>
        </w:rPr>
        <w:t xml:space="preserve">[37:13] </w:t>
      </w:r>
      <w:r>
        <w:t>to woh un ki chabiyan un ke paas rehti hain.</w:t>
      </w:r>
    </w:p>
    <w:p>
      <w:pPr>
        <w:jc w:val="right"/>
      </w:pPr>
      <w:r>
        <w:t>تو وہ ان کی چابیاں ان کے پاس رہتی ہیں۔</w:t>
      </w:r>
    </w:p>
    <w:p>
      <w:r>
        <w:rPr>
          <w:b/>
        </w:rPr>
        <w:t xml:space="preserve">[37:17] </w:t>
      </w:r>
      <w:r>
        <w:t>jab aayenge to khol kar is mein thehrenge woh.</w:t>
      </w:r>
    </w:p>
    <w:p>
      <w:pPr>
        <w:jc w:val="right"/>
      </w:pPr>
      <w:r>
        <w:t>جب آئیں گے تو کھول کر اس میں ٹھہریں گے وہ۔</w:t>
      </w:r>
    </w:p>
    <w:p>
      <w:r>
        <w:rPr>
          <w:b/>
        </w:rPr>
        <w:t xml:space="preserve">[37:21] </w:t>
      </w:r>
      <w:r>
        <w:t>woh yā un ke relative. aise hi musalmānon ne kar rakha hai ke Makka ke hotel mein haram se qareeb kamrā reserve kar liyā. aur sāl bhar is mein kunji in ke pās hai. woh gaye, un ke friend gaye, un ke relative gaye wahan par. thehre, umrah kiyā. yeh kya hai yeh? yeh koi Islām nahin hai, main is ko samajhtā. ek bār āp sachchi spirit ke sāth hajj kijiye.</w:t>
      </w:r>
    </w:p>
    <w:p>
      <w:pPr>
        <w:jc w:val="right"/>
      </w:pPr>
      <w:r>
        <w:t>وہ یا ان کے ریلیٹو۔ ایسے ہی مسلمانوں نے کر رکھا ہے کہ مکہ کے ہوٹل میں حرم سے قریب کمرہ ریزرو کر لیا۔ اور سال بھر اس میں کنجی ان کے پاس ہے۔ وہ گئے، ان کے فرینڈ گئے، ان کے ریلیٹو گئے وہاں پر۔ ٹھہرے، عمرہ کیا۔ یہ کیا ہے یہ؟ یہ کوئی اسلام نہیں ہے، میں اس کو سمجھتا۔ ایک بار آپ سچی اسپرٹ کے ساتھ حج کیجیے۔</w:t>
      </w:r>
    </w:p>
    <w:p>
      <w:r>
        <w:rPr>
          <w:b/>
        </w:rPr>
        <w:t xml:space="preserve">[37:51] </w:t>
      </w:r>
      <w:r>
        <w:t>hajj wali training lijie.</w:t>
      </w:r>
    </w:p>
    <w:p>
      <w:pPr>
        <w:jc w:val="right"/>
      </w:pPr>
      <w:r>
        <w:t>حج والی ٹریننگ لیجیے۔</w:t>
      </w:r>
    </w:p>
    <w:p>
      <w:r>
        <w:rPr>
          <w:b/>
        </w:rPr>
        <w:t xml:space="preserve">[37:55] </w:t>
      </w:r>
      <w:r>
        <w:t>hajj ke principal seekhie.</w:t>
      </w:r>
    </w:p>
    <w:p>
      <w:pPr>
        <w:jc w:val="right"/>
      </w:pPr>
      <w:r>
        <w:t>حج کے پرنسپل سیکھیے۔</w:t>
      </w:r>
    </w:p>
    <w:p>
      <w:r>
        <w:rPr>
          <w:b/>
        </w:rPr>
        <w:t xml:space="preserve">[38:00] </w:t>
      </w:r>
      <w:r>
        <w:t>hajj mein zindagi ka jo method bataya jata hai, us ko janiye achhe tarike se.</w:t>
      </w:r>
    </w:p>
    <w:p>
      <w:pPr>
        <w:jc w:val="right"/>
      </w:pPr>
      <w:r>
        <w:t>حج میں زندگی کا جو میتھڈ بتایا جاتا ہے، اس کو جانیے اچھے طریقے سے۔</w:t>
      </w:r>
    </w:p>
    <w:p>
      <w:r>
        <w:rPr>
          <w:b/>
        </w:rPr>
        <w:t xml:space="preserve">[38:04] </w:t>
      </w:r>
      <w:r>
        <w:t>apne aap ko train kar ke lotaiye.</w:t>
      </w:r>
    </w:p>
    <w:p>
      <w:pPr>
        <w:jc w:val="right"/>
      </w:pPr>
      <w:r>
        <w:t>اپنے آپ کو ٹرین کر کے لوٹائیے۔</w:t>
      </w:r>
    </w:p>
    <w:p>
      <w:r>
        <w:rPr>
          <w:b/>
        </w:rPr>
        <w:t xml:space="preserve">[38:08] </w:t>
      </w:r>
      <w:r>
        <w:t>train kar ke aaiye aur phir zindagi mein is ko translate kijie.</w:t>
      </w:r>
    </w:p>
    <w:p>
      <w:pPr>
        <w:jc w:val="right"/>
      </w:pPr>
      <w:r>
        <w:t>ٹرین کر کے آئیے اور پھر زندگی میں اس کو ٹرانسلیٹ کیجیے۔</w:t>
      </w:r>
    </w:p>
    <w:p>
      <w:r>
        <w:rPr>
          <w:b/>
        </w:rPr>
        <w:t xml:space="preserve">[38:12] </w:t>
      </w:r>
      <w:r>
        <w:t>bas aap ke paas paisa hai, aap ke paas time hai, aap ke paas energy hai, to is</w:t>
      </w:r>
    </w:p>
    <w:p>
      <w:pPr>
        <w:jc w:val="right"/>
      </w:pPr>
      <w:r>
        <w:t>بس آپ کے پاس پیسہ ہے، آپ کے پاس ٹائم ہے، آپ کے پاس انرجی ہے، تو اس</w:t>
      </w:r>
    </w:p>
    <w:p>
      <w:r>
        <w:rPr>
          <w:b/>
        </w:rPr>
        <w:t xml:space="preserve">[38:17] </w:t>
      </w:r>
      <w:r>
        <w:t>ko hajj ke mission mein lagaiye, na ke hajj</w:t>
      </w:r>
    </w:p>
    <w:p>
      <w:pPr>
        <w:jc w:val="right"/>
      </w:pPr>
      <w:r>
        <w:t>کو حج کے مشن میں لگائیے، نہ کہ حج</w:t>
      </w:r>
    </w:p>
    <w:p>
      <w:r>
        <w:rPr>
          <w:b/>
        </w:rPr>
        <w:t xml:space="preserve">[38:21] </w:t>
      </w:r>
      <w:r>
        <w:t>ke, hajj ke is mein.</w:t>
      </w:r>
    </w:p>
    <w:p>
      <w:pPr>
        <w:jc w:val="right"/>
      </w:pPr>
      <w:r>
        <w:t>کے، حج کے اس میں۔</w:t>
      </w:r>
    </w:p>
    <w:p>
      <w:r>
        <w:rPr>
          <w:b/>
        </w:rPr>
        <w:t xml:space="preserve">[38:25] </w:t>
      </w:r>
      <w:r>
        <w:t>yani hajj ki ibadat mein.</w:t>
      </w:r>
    </w:p>
    <w:p>
      <w:pPr>
        <w:jc w:val="right"/>
      </w:pPr>
      <w:r>
        <w:t>یعنی حج کی عبادت میں۔</w:t>
      </w:r>
    </w:p>
    <w:p>
      <w:r>
        <w:rPr>
          <w:b/>
        </w:rPr>
        <w:t xml:space="preserve">[38:30] </w:t>
      </w:r>
      <w:r>
        <w:t>ek hai hajj ki ibadat, ek hai hajj ka mission.</w:t>
      </w:r>
    </w:p>
    <w:p>
      <w:pPr>
        <w:jc w:val="right"/>
      </w:pPr>
      <w:r>
        <w:t>ایک ہے حج کی عبادت، ایک ہے حج کا مشن۔</w:t>
      </w:r>
    </w:p>
    <w:p>
      <w:r>
        <w:rPr>
          <w:b/>
        </w:rPr>
        <w:t xml:space="preserve">[38:34] </w:t>
      </w:r>
      <w:r>
        <w:t>hajj ki ibadat ek bar kafi hai.</w:t>
      </w:r>
    </w:p>
    <w:p>
      <w:pPr>
        <w:jc w:val="right"/>
      </w:pPr>
      <w:r>
        <w:t>حج کی عبادت ایک بار کافی ہے۔</w:t>
      </w:r>
    </w:p>
    <w:p>
      <w:r>
        <w:rPr>
          <w:b/>
        </w:rPr>
        <w:t xml:space="preserve">[38:38] </w:t>
      </w:r>
      <w:r>
        <w:t>is ke baad jo aap ke paas hai, us ko aap ko lagana hai hajj ke mission mein.</w:t>
      </w:r>
    </w:p>
    <w:p>
      <w:pPr>
        <w:jc w:val="right"/>
      </w:pPr>
      <w:r>
        <w:t>اس کے بعد جو آپ کے پاس ہے، اس کو آپ کو لگانا ہے حج کے مشن میں۔</w:t>
      </w:r>
    </w:p>
    <w:p>
      <w:r>
        <w:rPr>
          <w:b/>
        </w:rPr>
        <w:t xml:space="preserve">[38:43] </w:t>
      </w:r>
      <w:r>
        <w:t>aur sab se bada mission kya hai? daawa work hai.</w:t>
      </w:r>
    </w:p>
    <w:p>
      <w:pPr>
        <w:jc w:val="right"/>
      </w:pPr>
      <w:r>
        <w:t>اور سب سے بڑا مشن کیا ہے؟ دعویٰ ورک ہے۔</w:t>
      </w:r>
    </w:p>
    <w:p>
      <w:r>
        <w:rPr>
          <w:b/>
        </w:rPr>
        <w:t xml:space="preserve">[38:47] </w:t>
      </w:r>
      <w:r>
        <w:t>ehraam jo bandha jata hai, woh ehraam is baat ki, mein samajhta hoon ke taleem</w:t>
      </w:r>
    </w:p>
    <w:p>
      <w:pPr>
        <w:jc w:val="right"/>
      </w:pPr>
      <w:r>
        <w:t>احرام جو باندھا جاتا ہے، وہ احرام اس بات کی، میں سمجھتا ہوں کہ تعلیم</w:t>
      </w:r>
    </w:p>
    <w:p>
      <w:r>
        <w:rPr>
          <w:b/>
        </w:rPr>
        <w:t xml:space="preserve">[38:51] </w:t>
      </w:r>
      <w:r>
        <w:t>hai.</w:t>
      </w:r>
    </w:p>
    <w:p>
      <w:pPr>
        <w:jc w:val="right"/>
      </w:pPr>
      <w:r>
        <w:t>ہے۔</w:t>
      </w:r>
    </w:p>
    <w:p>
      <w:r>
        <w:rPr>
          <w:b/>
        </w:rPr>
        <w:t xml:space="preserve">[38:56] </w:t>
      </w:r>
      <w:r>
        <w:t>ke apne paise ko, apne kharch ko kam, apne aap par kam se kam lagana.</w:t>
      </w:r>
    </w:p>
    <w:p>
      <w:pPr>
        <w:jc w:val="right"/>
      </w:pPr>
      <w:r>
        <w:t>کہ اپنے پیسے کو، اپنے خرچ کو کم، اپنے آپ پر کم سے کم لگانا۔</w:t>
      </w:r>
    </w:p>
    <w:p>
      <w:r>
        <w:rPr>
          <w:b/>
        </w:rPr>
        <w:t xml:space="preserve">[39:02] </w:t>
      </w:r>
      <w:r>
        <w:t>aur mission par sara ka sara laga dena.</w:t>
      </w:r>
    </w:p>
    <w:p>
      <w:pPr>
        <w:jc w:val="right"/>
      </w:pPr>
      <w:r>
        <w:t>اور مشن پر سارا کا سارا لگا دینا۔</w:t>
      </w:r>
    </w:p>
    <w:p>
      <w:r>
        <w:rPr>
          <w:b/>
        </w:rPr>
        <w:t xml:space="preserve">[39:07] </w:t>
      </w:r>
      <w:r>
        <w:t>ehraam simple life ko symbolize kar raha hota hai.</w:t>
      </w:r>
    </w:p>
    <w:p>
      <w:pPr>
        <w:jc w:val="right"/>
      </w:pPr>
      <w:r>
        <w:t>احرام سمپل لائف کو سمبلائز کر رہا ہوتا ہے۔</w:t>
      </w:r>
    </w:p>
    <w:p>
      <w:r>
        <w:rPr>
          <w:b/>
        </w:rPr>
        <w:t xml:space="preserve">[39:12] </w:t>
      </w:r>
      <w:r>
        <w:t>ehraam jo hai, woh simple life ko symbolize kar raha hota hai.</w:t>
      </w:r>
    </w:p>
    <w:p>
      <w:pPr>
        <w:jc w:val="right"/>
      </w:pPr>
      <w:r>
        <w:t>احرام جو ہے، وہ سمپل لائف کو سمبلائز کر رہا ہوتا ہے۔</w:t>
      </w:r>
    </w:p>
    <w:p>
      <w:r>
        <w:rPr>
          <w:b/>
        </w:rPr>
        <w:t xml:space="preserve">[39:17] </w:t>
      </w:r>
      <w:r>
        <w:t>is ka matlab kya hota hai? jab aap ehraam bandhte hain, to aap yeh pledge dete hain, pledge. ke khudaaya,</w:t>
      </w:r>
    </w:p>
    <w:p>
      <w:pPr>
        <w:jc w:val="right"/>
      </w:pPr>
      <w:r>
        <w:t>اس کا مطلب کیا ہوتا ہے؟ جب آپ احرام باندھتے ہیں، تو آپ یہ پلیج دیتے ہیں، پلیج۔ کہ خدایا،</w:t>
      </w:r>
    </w:p>
    <w:p>
      <w:r>
        <w:rPr>
          <w:b/>
        </w:rPr>
        <w:t xml:space="preserve">[39:22] </w:t>
      </w:r>
      <w:r>
        <w:t>meri zindagi bilkul simple hogi. bilkul simple.</w:t>
      </w:r>
    </w:p>
    <w:p>
      <w:pPr>
        <w:jc w:val="right"/>
      </w:pPr>
      <w:r>
        <w:t>میری زندگی بالکل سمپل ہوگی۔ بالکل سمپل۔</w:t>
      </w:r>
    </w:p>
    <w:p>
      <w:r>
        <w:rPr>
          <w:b/>
        </w:rPr>
        <w:t xml:space="preserve">[39:27] </w:t>
      </w:r>
      <w:r>
        <w:t>aur main jo kuch mere paas hai, us ko lagaunga main tere mission mein.</w:t>
      </w:r>
    </w:p>
    <w:p>
      <w:pPr>
        <w:jc w:val="right"/>
      </w:pPr>
      <w:r>
        <w:t>اور میں جو کچھ میرے پاس ہے، اس کو لگاؤں گا میں تیرے مشن میں۔</w:t>
      </w:r>
    </w:p>
    <w:p>
      <w:r>
        <w:rPr>
          <w:b/>
        </w:rPr>
        <w:t xml:space="preserve">[39:32] </w:t>
      </w:r>
      <w:r>
        <w:t>chahe lot kar ke aap ehraam jaisa kapda na bhi pehne, tab bhi ehraam ki spirit aap ki</w:t>
      </w:r>
    </w:p>
    <w:p>
      <w:pPr>
        <w:jc w:val="right"/>
      </w:pPr>
      <w:r>
        <w:t>چاہے لوٹ کر کے آپ احرام جیسا کپڑا نہ بھی پہنیں، تب بھی احرام کی اسپرٹ آپ کی</w:t>
      </w:r>
    </w:p>
    <w:p>
      <w:r>
        <w:rPr>
          <w:b/>
        </w:rPr>
        <w:t xml:space="preserve">[39:37] </w:t>
      </w:r>
      <w:r>
        <w:t>zindagi mein shamil ho jana chahiye.</w:t>
      </w:r>
    </w:p>
    <w:p>
      <w:pPr>
        <w:jc w:val="right"/>
      </w:pPr>
      <w:r>
        <w:t>زندگی میں شامل ہو جانا چاہیے۔</w:t>
      </w:r>
    </w:p>
    <w:p>
      <w:r>
        <w:rPr>
          <w:b/>
        </w:rPr>
        <w:t xml:space="preserve">[39:42] </w:t>
      </w:r>
      <w:r>
        <w:t>yani ek hai ehram ka jaisa kapra.</w:t>
      </w:r>
    </w:p>
    <w:p>
      <w:pPr>
        <w:jc w:val="right"/>
      </w:pPr>
      <w:r>
        <w:t>یعنی ایک ہے احرام کا جیسا کپڑا۔</w:t>
      </w:r>
    </w:p>
    <w:p>
      <w:r>
        <w:rPr>
          <w:b/>
        </w:rPr>
        <w:t xml:space="preserve">[39:47] </w:t>
      </w:r>
      <w:r>
        <w:t>ehram ka jaisa</w:t>
      </w:r>
    </w:p>
    <w:p>
      <w:pPr>
        <w:jc w:val="right"/>
      </w:pPr>
      <w:r>
        <w:t>احرام کا جیسا</w:t>
      </w:r>
    </w:p>
    <w:p>
      <w:r>
        <w:rPr>
          <w:b/>
        </w:rPr>
        <w:t xml:space="preserve">[39:52] </w:t>
      </w:r>
      <w:r>
        <w:t>simple kapṛā. woh to āp wahan pehneinge, jab āp hajj ke zamāne mein honge wahan par. umrah ke zamāne mein jo honge wahan par āp. lekin is ke bād jab āp laut te hain apne mahol mein, to ihram āp ke body par to nahin rahegā, lekin ihram ki spirit āp ki zindagi mein poori tarah shāmil rehna chāhiye. to ek hai form of ihram. ek hai spirit of ihram. to form of ihram jo hai, woh to woh</w:t>
      </w:r>
    </w:p>
    <w:p>
      <w:pPr>
        <w:jc w:val="right"/>
      </w:pPr>
      <w:r>
        <w:t>سمپل کپڑا۔ وہ تو آپ وہاں پہنیں گے۔ جب آپ حج کے زمانے میں ہوں گے وہاں پر۔ عمرہ کے زمانے میں جو ہوں گے وہاں پر آپ۔ لیکن اس کے بعد جب آپ لوٹتے ہیں اپنے ماحول میں، تو احرام آپ کے باڈی پر تو نہیں رہے گا، لیکن احرام کی اسپرٹ آپ کی زندگی میں پوری طرح شامل رہنا چاہیے۔ تو ایک ہے فارم آف احرام۔ ایک ہے اسپرٹ آف احرام۔ تو فارم آف احرام جو ہے، وہ تو وہ</w:t>
      </w:r>
    </w:p>
    <w:p>
      <w:r>
        <w:rPr>
          <w:b/>
        </w:rPr>
        <w:t xml:space="preserve">[40:22] </w:t>
      </w:r>
      <w:r>
        <w:t>mein rahega. makka mein.</w:t>
      </w:r>
    </w:p>
    <w:p>
      <w:pPr>
        <w:jc w:val="right"/>
      </w:pPr>
      <w:r>
        <w:t>یں رہے گا۔ مکہ میں۔</w:t>
      </w:r>
    </w:p>
    <w:p>
      <w:r>
        <w:rPr>
          <w:b/>
        </w:rPr>
        <w:t xml:space="preserve">[40:26] </w:t>
      </w:r>
      <w:r>
        <w:t>wohin pehnenge, wahin utar denge aap.</w:t>
      </w:r>
    </w:p>
    <w:p>
      <w:pPr>
        <w:jc w:val="right"/>
      </w:pPr>
      <w:r>
        <w:t>وہیں پہنیں گے، وہیں اتار دیں گے آپ۔</w:t>
      </w:r>
    </w:p>
    <w:p>
      <w:r>
        <w:rPr>
          <w:b/>
        </w:rPr>
        <w:t xml:space="preserve">[40:29] </w:t>
      </w:r>
      <w:r>
        <w:t>lekin spirit of ehram to sari zindagi ke liye hai.</w:t>
      </w:r>
    </w:p>
    <w:p>
      <w:pPr>
        <w:jc w:val="right"/>
      </w:pPr>
      <w:r>
        <w:t>لیکن اسپرٹ آف احرام تو ساری زندگی کے لیے ہے۔</w:t>
      </w:r>
    </w:p>
    <w:p>
      <w:r>
        <w:rPr>
          <w:b/>
        </w:rPr>
        <w:t xml:space="preserve">[40:33] </w:t>
      </w:r>
      <w:r>
        <w:t>sari zindagi ke liye.</w:t>
      </w:r>
    </w:p>
    <w:p>
      <w:pPr>
        <w:jc w:val="right"/>
      </w:pPr>
      <w:r>
        <w:t>ساری زندگی کے لیے۔</w:t>
      </w:r>
    </w:p>
    <w:p>
      <w:r>
        <w:rPr>
          <w:b/>
        </w:rPr>
        <w:t xml:space="preserve">[40:36] </w:t>
      </w:r>
      <w:r>
        <w:t>wahan par dekhiye, ek to sadgi hai.</w:t>
      </w:r>
    </w:p>
    <w:p>
      <w:pPr>
        <w:jc w:val="right"/>
      </w:pPr>
      <w:r>
        <w:t>وہاں پر دیکھیے، ایک تو سادگی ہے۔</w:t>
      </w:r>
    </w:p>
    <w:p>
      <w:r>
        <w:rPr>
          <w:b/>
        </w:rPr>
        <w:t xml:space="preserve">[40:39] </w:t>
      </w:r>
      <w:r>
        <w:t>saath sath dekhiye, timing.</w:t>
      </w:r>
    </w:p>
    <w:p>
      <w:pPr>
        <w:jc w:val="right"/>
      </w:pPr>
      <w:r>
        <w:t>ساتھ ساتھ دیکھیے، ٹائمنگ۔</w:t>
      </w:r>
    </w:p>
    <w:p>
      <w:r>
        <w:rPr>
          <w:b/>
        </w:rPr>
        <w:t xml:space="preserve">[40:43] </w:t>
      </w:r>
      <w:r>
        <w:t>subah yahan, sham wahhan, raat yahan, din wahhan.</w:t>
      </w:r>
    </w:p>
    <w:p>
      <w:pPr>
        <w:jc w:val="right"/>
      </w:pPr>
      <w:r>
        <w:t>صبح یہاں، شام وہاں، رات یہاں، دن وہاں۔</w:t>
      </w:r>
    </w:p>
    <w:p>
      <w:r>
        <w:rPr>
          <w:b/>
        </w:rPr>
        <w:t xml:space="preserve">[40:46] </w:t>
      </w:r>
      <w:r>
        <w:t>yeh sab hota hai.</w:t>
      </w:r>
    </w:p>
    <w:p>
      <w:pPr>
        <w:jc w:val="right"/>
      </w:pPr>
      <w:r>
        <w:t>یہ سب ہوتا ہے۔</w:t>
      </w:r>
    </w:p>
    <w:p>
      <w:r>
        <w:rPr>
          <w:b/>
        </w:rPr>
        <w:t xml:space="preserve">[40:50] </w:t>
      </w:r>
      <w:r>
        <w:t>aap jante hain ke pura haj ka jo zamana hai, us mein aap</w:t>
      </w:r>
    </w:p>
    <w:p>
      <w:pPr>
        <w:jc w:val="right"/>
      </w:pPr>
      <w:r>
        <w:t>آپ جانتے ہیں کہ پورا حج کا جو زمانہ ہے، اس میں آپ</w:t>
      </w:r>
    </w:p>
    <w:p>
      <w:r>
        <w:rPr>
          <w:b/>
        </w:rPr>
        <w:t xml:space="preserve">[40:53] </w:t>
      </w:r>
      <w:r>
        <w:t>sham yahan guzari, subah wahhan guzari, raat ki namaz yahan parhi, din ki namaz wahhan parhi.</w:t>
      </w:r>
    </w:p>
    <w:p>
      <w:pPr>
        <w:jc w:val="right"/>
      </w:pPr>
      <w:r>
        <w:t>شام یہاں گزاری، صبح وہاں گزاری، رات کی نماز یہاں پڑھی، دن کی نماز وہاں پڑھی۔</w:t>
      </w:r>
    </w:p>
    <w:p>
      <w:r>
        <w:rPr>
          <w:b/>
        </w:rPr>
        <w:t xml:space="preserve">[40:57] </w:t>
      </w:r>
      <w:r>
        <w:t>یہ سب time management ہوتا ہے۔ Time management۔</w:t>
      </w:r>
    </w:p>
    <w:p>
      <w:pPr>
        <w:jc w:val="right"/>
      </w:pPr>
      <w:r>
        <w:t>یہ سب ٹائم مینجمنٹ ہوتا ہے۔ ٹائم مینجمنٹ۔</w:t>
      </w:r>
    </w:p>
    <w:p>
      <w:r>
        <w:rPr>
          <w:b/>
        </w:rPr>
        <w:t xml:space="preserve">[41:02] </w:t>
      </w:r>
      <w:r>
        <w:t>to kya ke do bohat hi buniyadi cheezein wahhan aap ko batai gaein.</w:t>
      </w:r>
    </w:p>
    <w:p>
      <w:pPr>
        <w:jc w:val="right"/>
      </w:pPr>
      <w:r>
        <w:t>تو کیا کہ دو بہت ہی بنیادی چیزیں وہاں آپ کو بتائی گئیں۔</w:t>
      </w:r>
    </w:p>
    <w:p>
      <w:r>
        <w:rPr>
          <w:b/>
        </w:rPr>
        <w:t xml:space="preserve">[41:06] </w:t>
      </w:r>
      <w:r>
        <w:t>simple life aur time management.</w:t>
      </w:r>
    </w:p>
    <w:p>
      <w:pPr>
        <w:jc w:val="right"/>
      </w:pPr>
      <w:r>
        <w:t>سمپل لائف اور ٹائم مینجمنٹ۔</w:t>
      </w:r>
    </w:p>
    <w:p>
      <w:r>
        <w:rPr>
          <w:b/>
        </w:rPr>
        <w:t xml:space="preserve">[41:10] </w:t>
      </w:r>
      <w:r>
        <w:t>yani money management aur time management.</w:t>
      </w:r>
    </w:p>
    <w:p>
      <w:pPr>
        <w:jc w:val="right"/>
      </w:pPr>
      <w:r>
        <w:t>یعنی منی مینجمنٹ اور ٹائم مینجمنٹ۔</w:t>
      </w:r>
    </w:p>
    <w:p>
      <w:r>
        <w:rPr>
          <w:b/>
        </w:rPr>
        <w:t xml:space="preserve">[41:15] </w:t>
      </w:r>
      <w:r>
        <w:t>simple life kya hai? simple life jo hai, money management.</w:t>
      </w:r>
    </w:p>
    <w:p>
      <w:pPr>
        <w:jc w:val="right"/>
      </w:pPr>
      <w:r>
        <w:t>سمپل لائف کیا ہے؟ سمپل لائف جو ہے، منی مینجمنٹ۔</w:t>
      </w:r>
    </w:p>
    <w:p>
      <w:r>
        <w:rPr>
          <w:b/>
        </w:rPr>
        <w:t xml:space="preserve">[41:19] </w:t>
      </w:r>
      <w:r>
        <w:t>ke paise ko</w:t>
      </w:r>
    </w:p>
    <w:p>
      <w:pPr>
        <w:jc w:val="right"/>
      </w:pPr>
      <w:r>
        <w:t>کہ پیسے کو</w:t>
      </w:r>
    </w:p>
    <w:p>
      <w:r>
        <w:rPr>
          <w:b/>
        </w:rPr>
        <w:t xml:space="preserve">[41:24] </w:t>
      </w:r>
      <w:r>
        <w:t>apne zaati mamle mein kam se kam kharch karna.</w:t>
      </w:r>
    </w:p>
    <w:p>
      <w:pPr>
        <w:jc w:val="right"/>
      </w:pPr>
      <w:r>
        <w:t>اپنے ذاتی معاملے میں کم سے کم خرچ کرنا۔</w:t>
      </w:r>
    </w:p>
    <w:p>
      <w:r>
        <w:rPr>
          <w:b/>
        </w:rPr>
        <w:t xml:space="preserve">[41:27] </w:t>
      </w:r>
      <w:r>
        <w:t>aur mission ke mamle mein zyada se zyada kharch karna.</w:t>
      </w:r>
    </w:p>
    <w:p>
      <w:pPr>
        <w:jc w:val="right"/>
      </w:pPr>
      <w:r>
        <w:t>اور مشن کے معاملے میں زیادہ سے زیادہ خرچ کرنا۔</w:t>
      </w:r>
    </w:p>
    <w:p>
      <w:r>
        <w:rPr>
          <w:b/>
        </w:rPr>
        <w:t xml:space="preserve">[41:30] </w:t>
      </w:r>
      <w:r>
        <w:t>yeh hai simple life.</w:t>
      </w:r>
    </w:p>
    <w:p>
      <w:pPr>
        <w:jc w:val="right"/>
      </w:pPr>
      <w:r>
        <w:t>یہ ہے سمپل لائف۔</w:t>
      </w:r>
    </w:p>
    <w:p>
      <w:r>
        <w:rPr>
          <w:b/>
        </w:rPr>
        <w:t xml:space="preserve">[41:34] </w:t>
      </w:r>
      <w:r>
        <w:t>This is the definition of simple life.</w:t>
      </w:r>
    </w:p>
    <w:p>
      <w:pPr>
        <w:jc w:val="right"/>
      </w:pPr>
      <w:r>
        <w:t>دس از دا ڈیفینیشن آف سمپل لائف۔</w:t>
      </w:r>
    </w:p>
    <w:p>
      <w:r>
        <w:rPr>
          <w:b/>
        </w:rPr>
        <w:t xml:space="preserve">[41:37] </w:t>
      </w:r>
      <w:r>
        <w:t>simple life jo hai, is ka matlab yahi hai.</w:t>
      </w:r>
    </w:p>
    <w:p>
      <w:pPr>
        <w:jc w:val="right"/>
      </w:pPr>
      <w:r>
        <w:t>سمپل لائف جو ہے، اس کا مطلب یہی ہے۔</w:t>
      </w:r>
    </w:p>
    <w:p>
      <w:r>
        <w:rPr>
          <w:b/>
        </w:rPr>
        <w:t xml:space="preserve">[41:40] </w:t>
      </w:r>
      <w:r>
        <w:t>ke apni zaati jo need hai, aap ki zaati zaroorat hai, us mein aap kam se kam paisa kharch karein.</w:t>
      </w:r>
    </w:p>
    <w:p>
      <w:pPr>
        <w:jc w:val="right"/>
      </w:pPr>
      <w:r>
        <w:t>کہ اپنی ذاتی جو نیڈ ہے، آپ کی ذاتی ضرورت ہے، اس میں آپ کم سے کم پیسہ خرچ کریں۔</w:t>
      </w:r>
    </w:p>
    <w:p>
      <w:r>
        <w:rPr>
          <w:b/>
        </w:rPr>
        <w:t xml:space="preserve">[41:44] </w:t>
      </w:r>
      <w:r>
        <w:t>kam se kam.</w:t>
      </w:r>
    </w:p>
    <w:p>
      <w:pPr>
        <w:jc w:val="right"/>
      </w:pPr>
      <w:r>
        <w:t>کم سے کم۔</w:t>
      </w:r>
    </w:p>
    <w:p>
      <w:r>
        <w:rPr>
          <w:b/>
        </w:rPr>
        <w:t xml:space="preserve">[41:47] </w:t>
      </w:r>
      <w:r>
        <w:t>that is simple life.</w:t>
      </w:r>
    </w:p>
    <w:p>
      <w:pPr>
        <w:jc w:val="right"/>
      </w:pPr>
      <w:r>
        <w:t>دیٹ از سمپل لائف۔</w:t>
      </w:r>
    </w:p>
    <w:p>
      <w:r>
        <w:rPr>
          <w:b/>
        </w:rPr>
        <w:t xml:space="preserve">[41:50] </w:t>
      </w:r>
      <w:r>
        <w:t>aur baqi jo paisa bachta hai, woh sab laga dein apne mission mein.</w:t>
      </w:r>
    </w:p>
    <w:p>
      <w:pPr>
        <w:jc w:val="right"/>
      </w:pPr>
      <w:r>
        <w:t>اور باقی جو پیسہ بچتا ہے، وہ سب لگا دیں اپنے مشن میں۔</w:t>
      </w:r>
    </w:p>
    <w:p>
      <w:r>
        <w:rPr>
          <w:b/>
        </w:rPr>
        <w:t xml:space="preserve">[41:54] </w:t>
      </w:r>
      <w:r>
        <w:t>apne maqsad mein.</w:t>
      </w:r>
    </w:p>
    <w:p>
      <w:pPr>
        <w:jc w:val="right"/>
      </w:pPr>
      <w:r>
        <w:t>اپنے مقصد میں۔</w:t>
      </w:r>
    </w:p>
    <w:p>
      <w:r>
        <w:rPr>
          <w:b/>
        </w:rPr>
        <w:t xml:space="preserve">[41:57] </w:t>
      </w:r>
      <w:r>
        <w:t>time management ka maamla bhi yahi hai.</w:t>
      </w:r>
    </w:p>
    <w:p>
      <w:pPr>
        <w:jc w:val="right"/>
      </w:pPr>
      <w:r>
        <w:t>ٹائم مینجمنٹ کا معاملہ بھی یہی ہے۔</w:t>
      </w:r>
    </w:p>
    <w:p>
      <w:r>
        <w:rPr>
          <w:b/>
        </w:rPr>
        <w:t xml:space="preserve">[42:01] </w:t>
      </w:r>
      <w:r>
        <w:t>ke time ko aap is tarah manage karein.</w:t>
      </w:r>
    </w:p>
    <w:p>
      <w:pPr>
        <w:jc w:val="right"/>
      </w:pPr>
      <w:r>
        <w:t>کہ ٹائم کو آپ اس طرح مینج کریں۔</w:t>
      </w:r>
    </w:p>
    <w:p>
      <w:r>
        <w:rPr>
          <w:b/>
        </w:rPr>
        <w:t xml:space="preserve">[42:04] </w:t>
      </w:r>
      <w:r>
        <w:t>ke is ka koi fraction bhi bekar waste na hone paye.</w:t>
      </w:r>
    </w:p>
    <w:p>
      <w:pPr>
        <w:jc w:val="right"/>
      </w:pPr>
      <w:r>
        <w:t>کہ اس کا کوئی فریکشن بھی بیکار ویسٹ نہ ہونے پائے۔</w:t>
      </w:r>
    </w:p>
    <w:p>
      <w:r>
        <w:rPr>
          <w:b/>
        </w:rPr>
        <w:t xml:space="preserve">[42:07] </w:t>
      </w:r>
      <w:r>
        <w:t>kyun ke hajj ka ek matlab yeh hua.</w:t>
      </w:r>
    </w:p>
    <w:p>
      <w:pPr>
        <w:jc w:val="right"/>
      </w:pPr>
      <w:r>
        <w:t>کیونکہ حج کا ایک مطلب یہ ہوا۔</w:t>
      </w:r>
    </w:p>
    <w:p>
      <w:r>
        <w:rPr>
          <w:b/>
        </w:rPr>
        <w:t xml:space="preserve">[42:11] </w:t>
      </w:r>
      <w:r>
        <w:t>ke aap apne aap ko is se bachayein.</w:t>
      </w:r>
    </w:p>
    <w:p>
      <w:pPr>
        <w:jc w:val="right"/>
      </w:pPr>
      <w:r>
        <w:t>کہ آپ اپنے آپ کو اس سے بچائیں۔</w:t>
      </w:r>
    </w:p>
    <w:p>
      <w:r>
        <w:rPr>
          <w:b/>
        </w:rPr>
        <w:t xml:space="preserve">[42:14] </w:t>
      </w:r>
      <w:r>
        <w:t>ke aap apne paise ko waste karein.</w:t>
      </w:r>
    </w:p>
    <w:p>
      <w:pPr>
        <w:jc w:val="right"/>
      </w:pPr>
      <w:r>
        <w:t>کہ آپ اپنے پیسے کو ویسٹ کریں۔</w:t>
      </w:r>
    </w:p>
    <w:p>
      <w:r>
        <w:rPr>
          <w:b/>
        </w:rPr>
        <w:t xml:space="preserve">[42:17] </w:t>
      </w:r>
      <w:r>
        <w:t>apne time ko waste karein.</w:t>
      </w:r>
    </w:p>
    <w:p>
      <w:pPr>
        <w:jc w:val="right"/>
      </w:pPr>
      <w:r>
        <w:t>اپنے ٹائم کو ویسٹ کریں۔</w:t>
      </w:r>
    </w:p>
    <w:p>
      <w:r>
        <w:rPr>
          <w:b/>
        </w:rPr>
        <w:t xml:space="preserve">[42:21] </w:t>
      </w:r>
      <w:r>
        <w:t>apne paise ko bhi waste nahi karna hai apne</w:t>
      </w:r>
    </w:p>
    <w:p>
      <w:pPr>
        <w:jc w:val="right"/>
      </w:pPr>
      <w:r>
        <w:t>اپنے پیسے کو بھی ویسٹ نہیں کرنا ہے۔ اپنے</w:t>
      </w:r>
    </w:p>
    <w:p>
      <w:r>
        <w:rPr>
          <w:b/>
        </w:rPr>
        <w:t xml:space="preserve">[42:24] </w:t>
      </w:r>
      <w:r>
        <w:t>time ko bhi waste nahi karna hai.</w:t>
      </w:r>
    </w:p>
    <w:p>
      <w:pPr>
        <w:jc w:val="right"/>
      </w:pPr>
      <w:r>
        <w:t>ٹائم کو بھی ویسٹ نہیں کرنا ہے۔</w:t>
      </w:r>
    </w:p>
    <w:p>
      <w:r>
        <w:rPr>
          <w:b/>
        </w:rPr>
        <w:t xml:space="preserve">[42:29] </w:t>
      </w:r>
      <w:r>
        <w:t>yeh wahan se sabaq le ke aana hai.</w:t>
      </w:r>
    </w:p>
    <w:p>
      <w:pPr>
        <w:jc w:val="right"/>
      </w:pPr>
      <w:r>
        <w:t>یہ وہاں سے سبق لے کے آنا ہے۔</w:t>
      </w:r>
    </w:p>
    <w:p>
      <w:r>
        <w:rPr>
          <w:b/>
        </w:rPr>
        <w:t xml:space="preserve">[42:34] </w:t>
      </w:r>
      <w:r>
        <w:t>yeh spirit wahan se le ke aana hai.</w:t>
      </w:r>
    </w:p>
    <w:p>
      <w:pPr>
        <w:jc w:val="right"/>
      </w:pPr>
      <w:r>
        <w:t>یہ اسپرٹ وہاں سے لے کے آنا ہے۔</w:t>
      </w:r>
    </w:p>
    <w:p>
      <w:r>
        <w:rPr>
          <w:b/>
        </w:rPr>
        <w:t xml:space="preserve">[42:40] </w:t>
      </w:r>
      <w:r>
        <w:t>to jab aap haji aata hai apne ghar par, apne mahaul mein, to yeh spirit wahan par translate honi chahiye.</w:t>
      </w:r>
    </w:p>
    <w:p>
      <w:pPr>
        <w:jc w:val="right"/>
      </w:pPr>
      <w:r>
        <w:t>تو جب آپ حاجی آتا ہے اپنے گھر پر، اپنے ماحول میں، تو یہ اسپرٹ وہاں پر ٹرانسلیٹ ہونی چاہیے۔</w:t>
      </w:r>
    </w:p>
    <w:p>
      <w:r>
        <w:rPr>
          <w:b/>
        </w:rPr>
        <w:t xml:space="preserve">[42:45] </w:t>
      </w:r>
      <w:r>
        <w:t>poori zindagi mein logon ko dekhna chahiye ke dekho, yeh hajj ki spirit le kar aaya hai yeh aadmi.</w:t>
      </w:r>
    </w:p>
    <w:p>
      <w:pPr>
        <w:jc w:val="right"/>
      </w:pPr>
      <w:r>
        <w:t>پوری زندگی میں لوگوں کو دیکھنا چاہیے کہ دیکھو، یہ حج کی اسپرٹ لے کر آیا ہے یہ آدمی۔</w:t>
      </w:r>
    </w:p>
    <w:p>
      <w:r>
        <w:rPr>
          <w:b/>
        </w:rPr>
        <w:t xml:space="preserve">[42:50] </w:t>
      </w:r>
      <w:r>
        <w:t>yani hajj ka</w:t>
      </w:r>
    </w:p>
    <w:p>
      <w:pPr>
        <w:jc w:val="right"/>
      </w:pPr>
      <w:r>
        <w:t>یعنی حج کا</w:t>
      </w:r>
    </w:p>
    <w:p>
      <w:r>
        <w:rPr>
          <w:b/>
        </w:rPr>
        <w:t xml:space="preserve">[42:55] </w:t>
      </w:r>
      <w:r>
        <w:t>, hajj ka, hajj ki ibadat to us ne wahan ya wahan kiya us ne.</w:t>
      </w:r>
    </w:p>
    <w:p>
      <w:pPr>
        <w:jc w:val="right"/>
      </w:pPr>
      <w:r>
        <w:t>، حج کا، حج کی عبادت تو اس نے وہاں یا وہاں کیا اس نے۔</w:t>
      </w:r>
    </w:p>
    <w:p>
      <w:r>
        <w:rPr>
          <w:b/>
        </w:rPr>
        <w:t xml:space="preserve">[42:59] </w:t>
      </w:r>
      <w:r>
        <w:t>hajj ki spirit ko le kar lauta hai.</w:t>
      </w:r>
    </w:p>
    <w:p>
      <w:pPr>
        <w:jc w:val="right"/>
      </w:pPr>
      <w:r>
        <w:t>حج کی اسپرٹ کو لے کر لوٹا ہے۔</w:t>
      </w:r>
    </w:p>
    <w:p>
      <w:r>
        <w:rPr>
          <w:b/>
        </w:rPr>
        <w:t xml:space="preserve">[43:03] </w:t>
      </w:r>
      <w:r>
        <w:t>aur woh apne mahaul mein us ko translate kar raha hai.</w:t>
      </w:r>
    </w:p>
    <w:p>
      <w:pPr>
        <w:jc w:val="right"/>
      </w:pPr>
      <w:r>
        <w:t>اور وہ اپنے ماحول میں اس کو ٹرانسلیٹ کر رہا ہے۔</w:t>
      </w:r>
    </w:p>
    <w:p>
      <w:r>
        <w:rPr>
          <w:b/>
        </w:rPr>
        <w:t xml:space="preserve">[43:06] </w:t>
      </w:r>
      <w:r>
        <w:t>log dekho, log dekh kar jaane ke yeh hai hajj ki spirit.</w:t>
      </w:r>
    </w:p>
    <w:p>
      <w:pPr>
        <w:jc w:val="right"/>
      </w:pPr>
      <w:r>
        <w:t>لوگ دیکھو، لوگ دیکھ کر جانے کہ یہ ہے حج کی اسپرٹ۔</w:t>
      </w:r>
    </w:p>
    <w:p>
      <w:r>
        <w:rPr>
          <w:b/>
        </w:rPr>
        <w:t xml:space="preserve">[43:10] </w:t>
      </w:r>
      <w:r>
        <w:t>aisa hajj hota hai.</w:t>
      </w:r>
    </w:p>
    <w:p>
      <w:pPr>
        <w:jc w:val="right"/>
      </w:pPr>
      <w:r>
        <w:t>ایسا حج ہوتا ہے۔</w:t>
      </w:r>
    </w:p>
    <w:p>
      <w:r>
        <w:rPr>
          <w:b/>
        </w:rPr>
        <w:t xml:space="preserve">[43:14] </w:t>
      </w:r>
      <w:r>
        <w:t>to hajj jo hai, afzal ibadat is sense mein hai.</w:t>
      </w:r>
    </w:p>
    <w:p>
      <w:pPr>
        <w:jc w:val="right"/>
      </w:pPr>
      <w:r>
        <w:t>تو حج جو ہے، افضل عبادت اس سینس میں ہے۔</w:t>
      </w:r>
    </w:p>
    <w:p>
      <w:r>
        <w:rPr>
          <w:b/>
        </w:rPr>
        <w:t xml:space="preserve">[43:18] </w:t>
      </w:r>
      <w:r>
        <w:t>yeh nahi ke in thore se din jo aap hote hain, in dino mein jo aap ne rituals</w:t>
      </w:r>
    </w:p>
    <w:p>
      <w:pPr>
        <w:jc w:val="right"/>
      </w:pPr>
      <w:r>
        <w:t>یہ نہیں کہ ان تھوڑے سے دن جو آپ ہوتے ہیں، ان دنوں میں جو آپ نے ریچولز</w:t>
      </w:r>
    </w:p>
    <w:p>
      <w:r>
        <w:rPr>
          <w:b/>
        </w:rPr>
        <w:t xml:space="preserve">[43:21] </w:t>
      </w:r>
      <w:r>
        <w:t>kiye, jo kiya aap ne, jo manasik aap ne ada kiye, bas wohi, usi ka naam afzaliyat</w:t>
      </w:r>
    </w:p>
    <w:p>
      <w:pPr>
        <w:jc w:val="right"/>
      </w:pPr>
      <w:r>
        <w:t>کیے، جو کیا آپ نے، جو مناسک آپ نے ادا کیے، بس وہی، اسی کا نام افضلیت</w:t>
      </w:r>
    </w:p>
    <w:p>
      <w:r>
        <w:rPr>
          <w:b/>
        </w:rPr>
        <w:t xml:space="preserve">[43:25] </w:t>
      </w:r>
      <w:r>
        <w:t>hai. nahi.</w:t>
      </w:r>
    </w:p>
    <w:p>
      <w:pPr>
        <w:jc w:val="right"/>
      </w:pPr>
      <w:r>
        <w:t>ہے۔ نہیں۔</w:t>
      </w:r>
    </w:p>
    <w:p>
      <w:r>
        <w:rPr>
          <w:b/>
        </w:rPr>
        <w:t xml:space="preserve">[43:31] </w:t>
      </w:r>
      <w:r>
        <w:t>woh to haj ki aik ibadat thi jo aap ne wahan kiya.</w:t>
      </w:r>
    </w:p>
    <w:p>
      <w:pPr>
        <w:jc w:val="right"/>
      </w:pPr>
      <w:r>
        <w:t>وہ تو حج کی ایک عبادت تھی جو آپ نے وہاں کیا۔</w:t>
      </w:r>
    </w:p>
    <w:p>
      <w:r>
        <w:rPr>
          <w:b/>
        </w:rPr>
        <w:t xml:space="preserve">[43:36] </w:t>
      </w:r>
      <w:r>
        <w:t>lekin aap ko haj ki spirit le kar lotna chahiye apne mahol mein.</w:t>
      </w:r>
    </w:p>
    <w:p>
      <w:pPr>
        <w:jc w:val="right"/>
      </w:pPr>
      <w:r>
        <w:t>لیکن آپ کو حج کی اسپرٹ لے کر لوٹنا چاہیے اپنے ماحول میں۔</w:t>
      </w:r>
    </w:p>
    <w:p>
      <w:r>
        <w:rPr>
          <w:b/>
        </w:rPr>
        <w:t xml:space="preserve">[43:42] </w:t>
      </w:r>
      <w:r>
        <w:t>tab woh afzal banega.</w:t>
      </w:r>
    </w:p>
    <w:p>
      <w:pPr>
        <w:jc w:val="right"/>
      </w:pPr>
      <w:r>
        <w:t>تب وہ افضل بنے گا۔</w:t>
      </w:r>
    </w:p>
    <w:p>
      <w:r>
        <w:rPr>
          <w:b/>
        </w:rPr>
        <w:t xml:space="preserve">[43:47] </w:t>
      </w:r>
      <w:r>
        <w:t>tab woh afzal ibadat banegi aap ke liye.</w:t>
      </w:r>
    </w:p>
    <w:p>
      <w:pPr>
        <w:jc w:val="right"/>
      </w:pPr>
      <w:r>
        <w:t>تب وہ افضل عبادت بنے گی آپ کے لیے۔</w:t>
      </w:r>
    </w:p>
    <w:p>
      <w:r>
        <w:rPr>
          <w:b/>
        </w:rPr>
        <w:t xml:space="preserve">[43:53] </w:t>
      </w:r>
      <w:r>
        <w:t>to mein samajhta hoon ke</w:t>
      </w:r>
    </w:p>
    <w:p>
      <w:pPr>
        <w:jc w:val="right"/>
      </w:pPr>
      <w:r>
        <w:t>تو میں سمجھتا ہوں کہ</w:t>
      </w:r>
    </w:p>
    <w:p>
      <w:r>
        <w:rPr>
          <w:b/>
        </w:rPr>
        <w:t xml:space="preserve">[43:59] </w:t>
      </w:r>
      <w:r>
        <w:t>jitne bhi islam ki ibadatein hain, sab ka mamla yahi hai.</w:t>
      </w:r>
    </w:p>
    <w:p>
      <w:pPr>
        <w:jc w:val="right"/>
      </w:pPr>
      <w:r>
        <w:t>جتنے بھی اسلام کی عبادتیں ہیں، سب کا معاملہ یہی ہے۔</w:t>
      </w:r>
    </w:p>
    <w:p>
      <w:r>
        <w:rPr>
          <w:b/>
        </w:rPr>
        <w:t xml:space="preserve">[44:03] </w:t>
      </w:r>
      <w:r>
        <w:t>ke is ka aik form hai, is ki aik spirit hai.</w:t>
      </w:r>
    </w:p>
    <w:p>
      <w:pPr>
        <w:jc w:val="right"/>
      </w:pPr>
      <w:r>
        <w:t>کہ اس کا ایک فارم ہے، اس کی ایک اسپرٹ ہے۔</w:t>
      </w:r>
    </w:p>
    <w:p>
      <w:r>
        <w:rPr>
          <w:b/>
        </w:rPr>
        <w:t xml:space="preserve">[44:07] </w:t>
      </w:r>
      <w:r>
        <w:t>tamam ibadaton ko aap ko aik form ke aitbar se ada karna parta hai.</w:t>
      </w:r>
    </w:p>
    <w:p>
      <w:pPr>
        <w:jc w:val="right"/>
      </w:pPr>
      <w:r>
        <w:t>تمام عبادتوں کو آپ کو ایک فارم کے اعتبار سے ادا کرنا پڑتا ہے۔</w:t>
      </w:r>
    </w:p>
    <w:p>
      <w:r>
        <w:rPr>
          <w:b/>
        </w:rPr>
        <w:t xml:space="preserve">[44:11] </w:t>
      </w:r>
      <w:r>
        <w:t>misalan aap kalma ko lijiye.</w:t>
      </w:r>
    </w:p>
    <w:p>
      <w:pPr>
        <w:jc w:val="right"/>
      </w:pPr>
      <w:r>
        <w:t>مثلاً آپ کلمہ کو لیجیے۔</w:t>
      </w:r>
    </w:p>
    <w:p>
      <w:r>
        <w:rPr>
          <w:b/>
        </w:rPr>
        <w:t xml:space="preserve">[44:16] </w:t>
      </w:r>
      <w:r>
        <w:t>aap kehte hain: ashhad an la ilaha illallah wa ashhad an Muhammad abduhu wa rasuluh.</w:t>
      </w:r>
    </w:p>
    <w:p>
      <w:pPr>
        <w:jc w:val="right"/>
      </w:pPr>
      <w:r>
        <w:t>آپ کہتے ہیں: اشھد ان لا الہ الا اللہ واشہد ان محمد عبدہ ورسولہ۔</w:t>
      </w:r>
    </w:p>
    <w:p>
      <w:r>
        <w:rPr>
          <w:b/>
        </w:rPr>
        <w:t xml:space="preserve">[44:20] </w:t>
      </w:r>
      <w:r>
        <w:t>to is tarah yeh aik form hai.</w:t>
      </w:r>
    </w:p>
    <w:p>
      <w:pPr>
        <w:jc w:val="right"/>
      </w:pPr>
      <w:r>
        <w:t>تو اس طرح یہ ایک فارم ہے۔</w:t>
      </w:r>
    </w:p>
    <w:p>
      <w:r>
        <w:rPr>
          <w:b/>
        </w:rPr>
        <w:t xml:space="preserve">[44:24] </w:t>
      </w:r>
      <w:r>
        <w:t>aap zaban se aap ne ada kiya</w:t>
      </w:r>
    </w:p>
    <w:p>
      <w:pPr>
        <w:jc w:val="right"/>
      </w:pPr>
      <w:r>
        <w:t>آپ زبان سے آپ نے ادا کیا</w:t>
      </w:r>
    </w:p>
    <w:p>
      <w:r>
        <w:rPr>
          <w:b/>
        </w:rPr>
        <w:t xml:space="preserve">[44:29] </w:t>
      </w:r>
      <w:r>
        <w:t>kuch shabdon ko.</w:t>
      </w:r>
    </w:p>
    <w:p>
      <w:pPr>
        <w:jc w:val="right"/>
      </w:pPr>
      <w:r>
        <w:t>کچھ शब्दوں کو۔</w:t>
      </w:r>
    </w:p>
    <w:p>
      <w:r>
        <w:rPr>
          <w:b/>
        </w:rPr>
        <w:t xml:space="preserve">[44:34] </w:t>
      </w:r>
      <w:r>
        <w:t>lekin is ke sath is ki spirit aik hai.</w:t>
      </w:r>
    </w:p>
    <w:p>
      <w:pPr>
        <w:jc w:val="right"/>
      </w:pPr>
      <w:r>
        <w:t>لیکن اس کے ساتھ اس کی اسپرٹ ایک ہے۔</w:t>
      </w:r>
    </w:p>
    <w:p>
      <w:r>
        <w:rPr>
          <w:b/>
        </w:rPr>
        <w:t xml:space="preserve">[44:39] </w:t>
      </w:r>
      <w:r>
        <w:t>is ki spirit yeh hai ke aap ne god ko, khuda ko apna soul concern banaya.</w:t>
      </w:r>
    </w:p>
    <w:p>
      <w:pPr>
        <w:jc w:val="right"/>
      </w:pPr>
      <w:r>
        <w:t>اس کی اسپرٹ یہ ہے کہ آپ نے گاڈ کو، خدا کو اپنا سول کنسرن بنایا۔</w:t>
      </w:r>
    </w:p>
    <w:p>
      <w:r>
        <w:rPr>
          <w:b/>
        </w:rPr>
        <w:t xml:space="preserve">[44:44] </w:t>
      </w:r>
      <w:r>
        <w:t>jab aap ne yeh kalma kaha apni zaban se, to is, is, isi kahani ka naam kalma nahi hai.</w:t>
      </w:r>
    </w:p>
    <w:p>
      <w:pPr>
        <w:jc w:val="right"/>
      </w:pPr>
      <w:r>
        <w:t>جب آپ نے یہ کلمہ کہا اپنی زبان سے، تو اس، اس، اسی کہانی کا نام کلمہ نہیں ہے۔</w:t>
      </w:r>
    </w:p>
    <w:p>
      <w:r>
        <w:rPr>
          <w:b/>
        </w:rPr>
        <w:t xml:space="preserve">[44:49] </w:t>
      </w:r>
      <w:r>
        <w:t>woh to aik form hai.</w:t>
      </w:r>
    </w:p>
    <w:p>
      <w:pPr>
        <w:jc w:val="right"/>
      </w:pPr>
      <w:r>
        <w:t>وہ تو ایک فارم ہے۔</w:t>
      </w:r>
    </w:p>
    <w:p>
      <w:r>
        <w:rPr>
          <w:b/>
        </w:rPr>
        <w:t xml:space="preserve">[44:54] </w:t>
      </w:r>
      <w:r>
        <w:t>aur jo spirit hai is ki, jo inner spirit, woh yeh hai ke yeh aap ne is tarah pledge liya</w:t>
      </w:r>
    </w:p>
    <w:p>
      <w:pPr>
        <w:jc w:val="right"/>
      </w:pPr>
      <w:r>
        <w:t>اور جو اسپرٹ ہے اس کی، جو انر اسپرٹ، وہ یہ ہے کہ یہ آپ نے اس طرح پلیج لیا</w:t>
      </w:r>
    </w:p>
    <w:p>
      <w:r>
        <w:rPr>
          <w:b/>
        </w:rPr>
        <w:t xml:space="preserve">[44:59] </w:t>
      </w:r>
      <w:r>
        <w:t>ke main Khuda hi ko apna sole concern banaunga apni zindagi mein. is tarike se namaz hai. namaz bhi is ki bhi aap jante hain ek form hai. is mein aap khare hote hain, ruku karte hain, sajda karte hain. to ek form hai. is ka bhi ek spirit hai. woh hai surrender. to surrender before God. to hajj to aap ne namaz agar aap ne is ke form ke aitbar</w:t>
      </w:r>
    </w:p>
    <w:p>
      <w:pPr>
        <w:jc w:val="right"/>
      </w:pPr>
      <w:r>
        <w:t>کہ میں خدا ہی کو اپنا سول کنسرن بناؤں گا اپنی زندگی میں۔ اس طریقے سے نماز ہے۔ نماز بھی اس کی بھی آپ جانتے ہیں ایک فارم ہے۔ اس میں آپ کھڑے ہوتے ہیں، رکوع کرتے ہیں، سجدہ کرتے ہیں۔ تو ایک فارم ہے۔ اس کا بھی ایک اسپرٹ ہے۔ وہ ہے سرینڈر۔ ٹو سرینڈر بیفور گاڈ۔ تو حج تو آپ نے نماز اگر آپ نے اس کے فارم کے اعتبار</w:t>
      </w:r>
    </w:p>
    <w:p>
      <w:r>
        <w:rPr>
          <w:b/>
        </w:rPr>
        <w:t xml:space="preserve">[45:29] </w:t>
      </w:r>
      <w:r>
        <w:t>se ada kiya, lekin aap ka, aap ko to woh spirit nahi aayi jo surrender karne ki spirit hai.</w:t>
      </w:r>
    </w:p>
    <w:p>
      <w:pPr>
        <w:jc w:val="right"/>
      </w:pPr>
      <w:r>
        <w:t>سے ادا کیا، لیکن آپ کا، آپ کو تو وہ اسپرٹ نہیں آئی جو سرینڈر کرنے کی اسپرٹ ہے۔</w:t>
      </w:r>
    </w:p>
    <w:p>
      <w:r>
        <w:rPr>
          <w:b/>
        </w:rPr>
        <w:t xml:space="preserve">[45:35] </w:t>
      </w:r>
      <w:r>
        <w:t>to woh namaz bhi jo hai aik form ban kar reh gayi.</w:t>
      </w:r>
    </w:p>
    <w:p>
      <w:pPr>
        <w:jc w:val="right"/>
      </w:pPr>
      <w:r>
        <w:t>تو وہ نماز بھی جو ہے ایک فارم بن کر رہ گئی۔</w:t>
      </w:r>
    </w:p>
    <w:p>
      <w:r>
        <w:rPr>
          <w:b/>
        </w:rPr>
        <w:t xml:space="preserve">[45:41] </w:t>
      </w:r>
      <w:r>
        <w:t>is tarike se aap dekhiye roza.</w:t>
      </w:r>
    </w:p>
    <w:p>
      <w:pPr>
        <w:jc w:val="right"/>
      </w:pPr>
      <w:r>
        <w:t>اس طریقے سے آپ دیکھیے روزہ۔</w:t>
      </w:r>
    </w:p>
    <w:p>
      <w:r>
        <w:rPr>
          <w:b/>
        </w:rPr>
        <w:t xml:space="preserve">[45:47] </w:t>
      </w:r>
      <w:r>
        <w:t>roza jo hai woh kya hai? raat ko aap khate hain aur din ko aap nahi khate hain.</w:t>
      </w:r>
    </w:p>
    <w:p>
      <w:pPr>
        <w:jc w:val="right"/>
      </w:pPr>
      <w:r>
        <w:t>روزہ جو ہے وہ کیا ہے؟ رات کو آپ کھاتے ہیں اور دن کو آپ نہیں کھاتے ہیں۔</w:t>
      </w:r>
    </w:p>
    <w:p>
      <w:r>
        <w:rPr>
          <w:b/>
        </w:rPr>
        <w:t xml:space="preserve">[45:53] </w:t>
      </w:r>
      <w:r>
        <w:t>to yeh kya hai? yeh sirf bhook, bhook, yani sirf bhook pya</w:t>
      </w:r>
    </w:p>
    <w:p>
      <w:pPr>
        <w:jc w:val="right"/>
      </w:pPr>
      <w:r>
        <w:t>تو یہ کیا ہے؟ یہ صرف بھوک، بھوک، یعنی صرف بھوک پ</w:t>
      </w:r>
    </w:p>
    <w:p>
      <w:r>
        <w:rPr>
          <w:b/>
        </w:rPr>
        <w:t xml:space="preserve">[45:59] </w:t>
      </w:r>
      <w:r>
        <w:t>yaas ki baat nahi hai.</w:t>
      </w:r>
    </w:p>
    <w:p>
      <w:pPr>
        <w:jc w:val="right"/>
      </w:pPr>
      <w:r>
        <w:t>یاس کی بات نہیں ہے۔</w:t>
      </w:r>
    </w:p>
    <w:p>
      <w:r>
        <w:rPr>
          <w:b/>
        </w:rPr>
        <w:t xml:space="preserve">[46:03] </w:t>
      </w:r>
      <w:r>
        <w:t>ke din ke waqt mein aap bhooke pyase reh gaye.</w:t>
      </w:r>
    </w:p>
    <w:p>
      <w:pPr>
        <w:jc w:val="right"/>
      </w:pPr>
      <w:r>
        <w:t>کہ دن کے وقتوں میں آپ بھوکے پیاسے رہ گئے۔</w:t>
      </w:r>
    </w:p>
    <w:p>
      <w:r>
        <w:rPr>
          <w:b/>
        </w:rPr>
        <w:t xml:space="preserve">[46:07] </w:t>
      </w:r>
      <w:r>
        <w:t>nahi, yeh self control ki training hai.</w:t>
      </w:r>
    </w:p>
    <w:p>
      <w:pPr>
        <w:jc w:val="right"/>
      </w:pPr>
      <w:r>
        <w:t>نہیں، یہ سیلف کنٹرول کی ٹریننگ ہے۔</w:t>
      </w:r>
    </w:p>
    <w:p>
      <w:r>
        <w:rPr>
          <w:b/>
        </w:rPr>
        <w:t xml:space="preserve">[46:10] </w:t>
      </w:r>
      <w:r>
        <w:t>yani khane par aur peene par, apni habits par rok laga kar aap apne ko self discipline ki</w:t>
      </w:r>
    </w:p>
    <w:p>
      <w:pPr>
        <w:jc w:val="right"/>
      </w:pPr>
      <w:r>
        <w:t>یعنی کھانے پر اور پینے پر، اپنی ہیبٹس پر روک لگا کر آپ اپنے کو سیلف ڈسپلن کی</w:t>
      </w:r>
    </w:p>
    <w:p>
      <w:r>
        <w:rPr>
          <w:b/>
        </w:rPr>
        <w:t xml:space="preserve">[46:14] </w:t>
      </w:r>
      <w:r>
        <w:t>tarbiyat dete hain.</w:t>
      </w:r>
    </w:p>
    <w:p>
      <w:pPr>
        <w:jc w:val="right"/>
      </w:pPr>
      <w:r>
        <w:t>تربیت دیتے ہیں۔</w:t>
      </w:r>
    </w:p>
    <w:p>
      <w:r>
        <w:rPr>
          <w:b/>
        </w:rPr>
        <w:t xml:space="preserve">[46:18] </w:t>
      </w:r>
      <w:r>
        <w:t>self control ki tarbiyat dete hain.</w:t>
      </w:r>
    </w:p>
    <w:p>
      <w:pPr>
        <w:jc w:val="right"/>
      </w:pPr>
      <w:r>
        <w:t>سیلف کنٹرول کی تربیت دیتے ہیں۔</w:t>
      </w:r>
    </w:p>
    <w:p>
      <w:r>
        <w:rPr>
          <w:b/>
        </w:rPr>
        <w:t xml:space="preserve">[46:22] </w:t>
      </w:r>
      <w:r>
        <w:t>to roza jo hai is baat ki training hai ke aap ki zindagi self control ki zindagi hogi.</w:t>
      </w:r>
    </w:p>
    <w:p>
      <w:pPr>
        <w:jc w:val="right"/>
      </w:pPr>
      <w:r>
        <w:t>تو روزہ جو ہے اس بات کی ٹریننگ ہے کہ آپ کی زندگی سیلف کنٹرول کی زندگی ہوگی۔</w:t>
      </w:r>
    </w:p>
    <w:p>
      <w:r>
        <w:rPr>
          <w:b/>
        </w:rPr>
        <w:t xml:space="preserve">[46:26] </w:t>
      </w:r>
      <w:r>
        <w:t>apne upar qabu rakh</w:t>
      </w:r>
    </w:p>
    <w:p>
      <w:pPr>
        <w:jc w:val="right"/>
      </w:pPr>
      <w:r>
        <w:t>اپنے اوپر قابو رکھ</w:t>
      </w:r>
    </w:p>
    <w:p>
      <w:r>
        <w:rPr>
          <w:b/>
        </w:rPr>
        <w:t xml:space="preserve">[46:29] </w:t>
      </w:r>
      <w:r>
        <w:t>te hue, apne upar zabt karte hue, tahammul karte hue, sabr karte hue aap zindagi guzarenge.</w:t>
      </w:r>
    </w:p>
    <w:p>
      <w:pPr>
        <w:jc w:val="right"/>
      </w:pPr>
      <w:r>
        <w:t>تے ہوئے، اپنے اوپر ضبط کرتے ہوئے، تحمل کرتے ہوئے، صبر کرتے ہوئے آپ زندگی گزاریں گے۔</w:t>
      </w:r>
    </w:p>
    <w:p>
      <w:r>
        <w:rPr>
          <w:b/>
        </w:rPr>
        <w:t xml:space="preserve">[46:33] </w:t>
      </w:r>
      <w:r>
        <w:t>aise zakat ko lijie.</w:t>
      </w:r>
    </w:p>
    <w:p>
      <w:pPr>
        <w:jc w:val="right"/>
      </w:pPr>
      <w:r>
        <w:t>ایسے زکوۃ کو لیجیے۔</w:t>
      </w:r>
    </w:p>
    <w:p>
      <w:r>
        <w:rPr>
          <w:b/>
        </w:rPr>
        <w:t xml:space="preserve">[46:36] </w:t>
      </w:r>
      <w:r>
        <w:t>zakat bhi ka matlab yeh nahi ke kuch paisa saal mein de diya.</w:t>
      </w:r>
    </w:p>
    <w:p>
      <w:pPr>
        <w:jc w:val="right"/>
      </w:pPr>
      <w:r>
        <w:t>زکوۃ بھی کا مطلب یہ نہیں کہ کچھ پیسہ سال میں دے دیا۔</w:t>
      </w:r>
    </w:p>
    <w:p>
      <w:r>
        <w:rPr>
          <w:b/>
        </w:rPr>
        <w:t xml:space="preserve">[46:39] </w:t>
      </w:r>
      <w:r>
        <w:t>bator khairat ke.</w:t>
      </w:r>
    </w:p>
    <w:p>
      <w:pPr>
        <w:jc w:val="right"/>
      </w:pPr>
      <w:r>
        <w:t>بطور خیرات کے۔</w:t>
      </w:r>
    </w:p>
    <w:p>
      <w:r>
        <w:rPr>
          <w:b/>
        </w:rPr>
        <w:t xml:space="preserve">[46:43] </w:t>
      </w:r>
      <w:r>
        <w:t>nahi, zakat ki bhi ek spirit hai.</w:t>
      </w:r>
    </w:p>
    <w:p>
      <w:pPr>
        <w:jc w:val="right"/>
      </w:pPr>
      <w:r>
        <w:t>نہیں، زکوۃ کی بھی ایک اسپرٹ ہے۔</w:t>
      </w:r>
    </w:p>
    <w:p>
      <w:r>
        <w:rPr>
          <w:b/>
        </w:rPr>
        <w:t xml:space="preserve">[46:46] </w:t>
      </w:r>
      <w:r>
        <w:t>wo spirit hai humdardi, sympathy, compassion.</w:t>
      </w:r>
    </w:p>
    <w:p>
      <w:pPr>
        <w:jc w:val="right"/>
      </w:pPr>
      <w:r>
        <w:t>وہ اسپرٹ ہے ہمدردی، سمپتھی، کمپیشن۔</w:t>
      </w:r>
    </w:p>
    <w:p>
      <w:r>
        <w:rPr>
          <w:b/>
        </w:rPr>
        <w:t xml:space="preserve">[46:49] </w:t>
      </w:r>
      <w:r>
        <w:t>dusron ke huqooq ka lihaaz.</w:t>
      </w:r>
    </w:p>
    <w:p>
      <w:pPr>
        <w:jc w:val="right"/>
      </w:pPr>
      <w:r>
        <w:t>دوسروں کے حقوق کا لحاظ۔</w:t>
      </w:r>
    </w:p>
    <w:p>
      <w:r>
        <w:rPr>
          <w:b/>
        </w:rPr>
        <w:t xml:space="preserve">[46:53] </w:t>
      </w:r>
      <w:r>
        <w:t>yeh uski spirit hai.</w:t>
      </w:r>
    </w:p>
    <w:p>
      <w:pPr>
        <w:jc w:val="right"/>
      </w:pPr>
      <w:r>
        <w:t>یہ اس کی اسپرٹ ہے۔</w:t>
      </w:r>
    </w:p>
    <w:p>
      <w:r>
        <w:rPr>
          <w:b/>
        </w:rPr>
        <w:t xml:space="preserve">[46:56] </w:t>
      </w:r>
      <w:r>
        <w:t>to wo uska ta</w:t>
      </w:r>
    </w:p>
    <w:p>
      <w:pPr>
        <w:jc w:val="right"/>
      </w:pPr>
      <w:r>
        <w:t>تو وہ اس کا تع</w:t>
      </w:r>
    </w:p>
    <w:p>
      <w:r>
        <w:rPr>
          <w:b/>
        </w:rPr>
        <w:t xml:space="preserve">[46:59] </w:t>
      </w:r>
      <w:r>
        <w:t>luq poori zindagi se hai.</w:t>
      </w:r>
    </w:p>
    <w:p>
      <w:pPr>
        <w:jc w:val="right"/>
      </w:pPr>
      <w:r>
        <w:t>لق پوری زندگی سے ہے۔</w:t>
      </w:r>
    </w:p>
    <w:p>
      <w:r>
        <w:rPr>
          <w:b/>
        </w:rPr>
        <w:t xml:space="preserve">[47:03] </w:t>
      </w:r>
      <w:r>
        <w:t>yani halaat-e-haal ke aitbaar se saal ke ek din aap ne kuch paisa de diya to baat</w:t>
      </w:r>
    </w:p>
    <w:p>
      <w:pPr>
        <w:jc w:val="right"/>
      </w:pPr>
      <w:r>
        <w:t>یعنی حالاتِ حال کے اعتبار سے سال کے ایک دن آپ نے کچھ پیسہ دے دیا تو بات</w:t>
      </w:r>
    </w:p>
    <w:p>
      <w:r>
        <w:rPr>
          <w:b/>
        </w:rPr>
        <w:t xml:space="preserve">[47:07] </w:t>
      </w:r>
      <w:r>
        <w:t>khatm ho gayi, aisa nahi hai.</w:t>
      </w:r>
    </w:p>
    <w:p>
      <w:pPr>
        <w:jc w:val="right"/>
      </w:pPr>
      <w:r>
        <w:t>ختم ہو گئی، ایسا نہیں ہے۔</w:t>
      </w:r>
    </w:p>
    <w:p>
      <w:r>
        <w:rPr>
          <w:b/>
        </w:rPr>
        <w:t xml:space="preserve">[47:11] </w:t>
      </w:r>
      <w:r>
        <w:t>poori zindagi mein insaniyat ke liye khair khwahi ka ek jazba aap ke andar jaagna chahiye.</w:t>
      </w:r>
    </w:p>
    <w:p>
      <w:pPr>
        <w:jc w:val="right"/>
      </w:pPr>
      <w:r>
        <w:t>پوری زندگی میں انسانیت کے لیے خیر خواہی کا ایک جذبہ آپ کے اندر جاگنا چاہیے۔</w:t>
      </w:r>
    </w:p>
    <w:p>
      <w:r>
        <w:rPr>
          <w:b/>
        </w:rPr>
        <w:t xml:space="preserve">[47:15] </w:t>
      </w:r>
      <w:r>
        <w:t>wo hai spirit of zakat.</w:t>
      </w:r>
    </w:p>
    <w:p>
      <w:pPr>
        <w:jc w:val="right"/>
      </w:pPr>
      <w:r>
        <w:t>وہ ہے اسپرٹ آف زکوۃ۔</w:t>
      </w:r>
    </w:p>
    <w:p>
      <w:r>
        <w:rPr>
          <w:b/>
        </w:rPr>
        <w:t xml:space="preserve">[47:18] </w:t>
      </w:r>
      <w:r>
        <w:t>poori insaniyat ke liye.</w:t>
      </w:r>
    </w:p>
    <w:p>
      <w:pPr>
        <w:jc w:val="right"/>
      </w:pPr>
      <w:r>
        <w:t>پوری انسانیت کے لیے۔</w:t>
      </w:r>
    </w:p>
    <w:p>
      <w:r>
        <w:rPr>
          <w:b/>
        </w:rPr>
        <w:t xml:space="preserve">[47:22] </w:t>
      </w:r>
      <w:r>
        <w:t>sirf apne bhai bandon ke liye nahi.</w:t>
      </w:r>
    </w:p>
    <w:p>
      <w:pPr>
        <w:jc w:val="right"/>
      </w:pPr>
      <w:r>
        <w:t>صرف اپنے بھائی بندوں کے لیے نہیں۔</w:t>
      </w:r>
    </w:p>
    <w:p>
      <w:r>
        <w:rPr>
          <w:b/>
        </w:rPr>
        <w:t xml:space="preserve">[47:26] </w:t>
      </w:r>
      <w:r>
        <w:t>sirf apne beta beti ke liye nahi.</w:t>
      </w:r>
    </w:p>
    <w:p>
      <w:pPr>
        <w:jc w:val="right"/>
      </w:pPr>
      <w:r>
        <w:t>صرف اپنے بیٹا بیٹی کے لیے نہیں۔</w:t>
      </w:r>
    </w:p>
    <w:p>
      <w:r>
        <w:rPr>
          <w:b/>
        </w:rPr>
        <w:t xml:space="preserve">[47:30] </w:t>
      </w:r>
      <w:r>
        <w:t>sirf apni family ke liye nahi. poori insaniyat ke liye aap ke andar ek jazba hona chahiye khair khwahi ka. sympathy ka. well wishing ka. compassion ka. yeh hai zakat ki spirit. to isi tarike se hajj ki ek spirit hai. jo main ne arz kiya. to har ibadat ko hamein janna chahiye ke agerche har ibadat ka ek form</w:t>
      </w:r>
    </w:p>
    <w:p>
      <w:pPr>
        <w:jc w:val="right"/>
      </w:pPr>
      <w:r>
        <w:t>صرف اپنی فیملی کے لیے نہیں۔ پوری انسانیت کے لیے آپ کے اندر ایک جذبہ ہونا چاہیے خیر خواہی کا۔ سمپتھی کا۔ ویل وشنگ کا۔ کمپیشن کا۔ یہ ہے زکوۃ کی اسپرٹ۔ تو اسی طریقے سے حج کی ایک اسپرٹ ہے۔ جو میں نے عرض کیا۔ تو ہر عبادت کو ہمیں جاننا چاہیے کہ اگرچہ ہر عبادت کا ایک فار</w:t>
      </w:r>
    </w:p>
    <w:p>
      <w:r>
        <w:rPr>
          <w:b/>
        </w:rPr>
        <w:t xml:space="preserve">[48:00] </w:t>
      </w:r>
      <w:r>
        <w:t>ہے، لیکن جو فارم اس کا relative part ہے، اس کا جو real part ہے، وہ اس</w:t>
      </w:r>
    </w:p>
    <w:p>
      <w:pPr>
        <w:jc w:val="right"/>
      </w:pPr>
      <w:r>
        <w:t>م ہے، لیکن جو فارم اس کا ریلیٹو پارٹ ہے، اس کا جو ریئل پارٹ ہے، وہ اس</w:t>
      </w:r>
    </w:p>
    <w:p>
      <w:r>
        <w:rPr>
          <w:b/>
        </w:rPr>
        <w:t xml:space="preserve">[48:04] </w:t>
      </w:r>
      <w:r>
        <w:t>ki spirit hai.</w:t>
      </w:r>
    </w:p>
    <w:p>
      <w:pPr>
        <w:jc w:val="right"/>
      </w:pPr>
      <w:r>
        <w:t>کی اسپرٹ ہے۔</w:t>
      </w:r>
    </w:p>
    <w:p>
      <w:r>
        <w:rPr>
          <w:b/>
        </w:rPr>
        <w:t xml:space="preserve">[48:08] </w:t>
      </w:r>
      <w:r>
        <w:t>aur jab tak iski spirit ke aitbaar se aap is ibadat ko na karein, tab tak wo</w:t>
      </w:r>
    </w:p>
    <w:p>
      <w:pPr>
        <w:jc w:val="right"/>
      </w:pPr>
      <w:r>
        <w:t>اور جب تک اس کی اسپرٹ کے اعتبار سے آپ اس عبادت کو نہ کریں، تب تک وہ</w:t>
      </w:r>
    </w:p>
    <w:p>
      <w:r>
        <w:rPr>
          <w:b/>
        </w:rPr>
        <w:t xml:space="preserve">[48:13] </w:t>
      </w:r>
      <w:r>
        <w:t>khuda ke haan is ki koi value nahi banegi.</w:t>
      </w:r>
    </w:p>
    <w:p>
      <w:pPr>
        <w:jc w:val="right"/>
      </w:pPr>
      <w:r>
        <w:t>خدا کے ہاں اس کی کوئی ویلیو نہیں بنے گی۔</w:t>
      </w:r>
    </w:p>
    <w:p>
      <w:r>
        <w:rPr>
          <w:b/>
        </w:rPr>
        <w:t xml:space="preserve">[48:17] </w:t>
      </w:r>
      <w:r>
        <w:t>is ki value is ki spirit ke aitbaar se hai.</w:t>
      </w:r>
    </w:p>
    <w:p>
      <w:pPr>
        <w:jc w:val="right"/>
      </w:pPr>
      <w:r>
        <w:t>اس کی ویلیو اس کی اسپرٹ کے اعتبار سے ہے۔</w:t>
      </w:r>
    </w:p>
    <w:p>
      <w:r>
        <w:rPr>
          <w:b/>
        </w:rPr>
        <w:t xml:space="preserve">[48:21] </w:t>
      </w:r>
      <w:r>
        <w:t>jaisa ke aap hajj ke zamane mein qurbani ki jati hai, aap jante hain.</w:t>
      </w:r>
    </w:p>
    <w:p>
      <w:pPr>
        <w:jc w:val="right"/>
      </w:pPr>
      <w:r>
        <w:t>جیسا کہ آپ حج کے زمانے میں قربانی کی جاتی ہے، آپ جانتے ہیں۔</w:t>
      </w:r>
    </w:p>
    <w:p>
      <w:r>
        <w:rPr>
          <w:b/>
        </w:rPr>
        <w:t xml:space="preserve">[48:26] </w:t>
      </w:r>
      <w:r>
        <w:t>to quran mein hai ke:</w:t>
      </w:r>
    </w:p>
    <w:p>
      <w:pPr>
        <w:jc w:val="right"/>
      </w:pPr>
      <w:r>
        <w:t>تو قرآن میں ہے کہ:</w:t>
      </w:r>
    </w:p>
    <w:p>
      <w:r>
        <w:rPr>
          <w:b/>
        </w:rPr>
        <w:t xml:space="preserve">[48:30] </w:t>
      </w:r>
      <w:r>
        <w:t>"linallaah alahama wala damaoho wala taqwa minkum" ke khuda ko tumhari qurbani ka gosht aur khoon nahi pahunchta.</w:t>
      </w:r>
    </w:p>
    <w:p>
      <w:pPr>
        <w:jc w:val="right"/>
      </w:pPr>
      <w:r>
        <w:t>"لینال اللہ لہما ولا دماؤہ ولا تقوی منکم" کہ خدا کو تمہاری قربانی کا گوشت اور خون نہیں پہنچتا۔</w:t>
      </w:r>
    </w:p>
    <w:p>
      <w:r>
        <w:rPr>
          <w:b/>
        </w:rPr>
        <w:t xml:space="preserve">[48:36] </w:t>
      </w:r>
      <w:r>
        <w:t>khuda ko tumhare dil ka taqwa pahunchta hai.</w:t>
      </w:r>
    </w:p>
    <w:p>
      <w:pPr>
        <w:jc w:val="right"/>
      </w:pPr>
      <w:r>
        <w:t>خدا کو تمہارے دل کا تقویٰ پہنچتا ہے۔</w:t>
      </w:r>
    </w:p>
    <w:p>
      <w:r>
        <w:rPr>
          <w:b/>
        </w:rPr>
        <w:t xml:space="preserve">[48:42] </w:t>
      </w:r>
      <w:r>
        <w:t>is mein aap dekh lijiye ke jo form hai, wo to yahi hai ke qurbani ka gosht aur</w:t>
      </w:r>
    </w:p>
    <w:p>
      <w:pPr>
        <w:jc w:val="right"/>
      </w:pPr>
      <w:r>
        <w:t>اس میں آپ دیکھ لیجیے کہ جو فارم ہے، وہ تو یہی ہے کہ قربانی کا گوشت اور</w:t>
      </w:r>
    </w:p>
    <w:p>
      <w:r>
        <w:rPr>
          <w:b/>
        </w:rPr>
        <w:t xml:space="preserve">[48:48] </w:t>
      </w:r>
      <w:r>
        <w:t>khoon, lekin wo nahi pahuncha khuda ko.</w:t>
      </w:r>
    </w:p>
    <w:p>
      <w:pPr>
        <w:jc w:val="right"/>
      </w:pPr>
      <w:r>
        <w:t>خون، لیکن وہ نہیں پہنچا خدا کو۔</w:t>
      </w:r>
    </w:p>
    <w:p>
      <w:r>
        <w:rPr>
          <w:b/>
        </w:rPr>
        <w:t xml:space="preserve">[48:54] </w:t>
      </w:r>
      <w:r>
        <w:t>aap ke andar spirit kya hai? is se spirit kya</w:t>
      </w:r>
    </w:p>
    <w:p>
      <w:pPr>
        <w:jc w:val="right"/>
      </w:pPr>
      <w:r>
        <w:t>آپ کے اندر اسپرٹ کیا ہے؟ اس سے اسپرٹ کیا</w:t>
      </w:r>
    </w:p>
    <w:p>
      <w:r>
        <w:rPr>
          <w:b/>
        </w:rPr>
        <w:t xml:space="preserve">[49:00] </w:t>
      </w:r>
      <w:r>
        <w:t>لیا آپ نے؟ یعنی قربانی کر کے آپ نے اس سے spirit کیا لیا؟ یعنی spirit مطلب dedication کی spirit۔</w:t>
      </w:r>
    </w:p>
    <w:p>
      <w:pPr>
        <w:jc w:val="right"/>
      </w:pPr>
      <w:r>
        <w:t>لیا آپ نے؟ یعنی قربانی کر کے آپ نے اس سے اسپرٹ کیا لیا؟ یعنی اسپرٹ مطلب ڈیڈیکیشن کی اسپرٹ۔</w:t>
      </w:r>
    </w:p>
    <w:p>
      <w:r>
        <w:rPr>
          <w:b/>
        </w:rPr>
        <w:t xml:space="preserve">[49:05] </w:t>
      </w:r>
      <w:r>
        <w:t>khuda ke liye apne aap ko waqf karne ki spirit.</w:t>
      </w:r>
    </w:p>
    <w:p>
      <w:pPr>
        <w:jc w:val="right"/>
      </w:pPr>
      <w:r>
        <w:t>خدا کے لیے اپنے آپ کو وقف کرنے کی اسپرٹ۔</w:t>
      </w:r>
    </w:p>
    <w:p>
      <w:r>
        <w:rPr>
          <w:b/>
        </w:rPr>
        <w:t xml:space="preserve">[49:10] </w:t>
      </w:r>
      <w:r>
        <w:t>ye liya ke nahi liya? wo spirit liya hai to wo khuda ko matloob hai.</w:t>
      </w:r>
    </w:p>
    <w:p>
      <w:pPr>
        <w:jc w:val="right"/>
      </w:pPr>
      <w:r>
        <w:t>یہ لیا کہ نہیں لیا؟ وہ اسپرٹ لیا ہے تو وہ خدا کو مطلوب ہے۔</w:t>
      </w:r>
    </w:p>
    <w:p>
      <w:r>
        <w:rPr>
          <w:b/>
        </w:rPr>
        <w:t xml:space="preserve">[49:15] </w:t>
      </w:r>
      <w:r>
        <w:t>to qurbani ek ek symbolic amal hai.</w:t>
      </w:r>
    </w:p>
    <w:p>
      <w:pPr>
        <w:jc w:val="right"/>
      </w:pPr>
      <w:r>
        <w:t>تو قربانی ایک ایک سمبالک عمل ہے۔</w:t>
      </w:r>
    </w:p>
    <w:p>
      <w:r>
        <w:rPr>
          <w:b/>
        </w:rPr>
        <w:t xml:space="preserve">[49:21] </w:t>
      </w:r>
      <w:r>
        <w:t>قربانی symbolize کر رہی ہے dedicated life کو۔</w:t>
      </w:r>
    </w:p>
    <w:p>
      <w:pPr>
        <w:jc w:val="right"/>
      </w:pPr>
      <w:r>
        <w:t>قربانی سمبلائز کر رہی ہے ڈیڈیکیٹڈ لائف کو۔</w:t>
      </w:r>
    </w:p>
    <w:p>
      <w:r>
        <w:rPr>
          <w:b/>
        </w:rPr>
        <w:t xml:space="preserve">[49:26] </w:t>
      </w:r>
      <w:r>
        <w:t>to qurbani kar ke aap ke andar jo jani chahiye,</w:t>
      </w:r>
    </w:p>
    <w:p>
      <w:pPr>
        <w:jc w:val="right"/>
      </w:pPr>
      <w:r>
        <w:t>تو قربانی کر کے آپ کے اندر جو جانی چاہیے،</w:t>
      </w:r>
    </w:p>
    <w:p>
      <w:r>
        <w:rPr>
          <w:b/>
        </w:rPr>
        <w:t xml:space="preserve">[49:31] </w:t>
      </w:r>
      <w:r>
        <w:t>wo hai dedication.</w:t>
      </w:r>
    </w:p>
    <w:p>
      <w:pPr>
        <w:jc w:val="right"/>
      </w:pPr>
      <w:r>
        <w:t>وہ ہے ڈیڈیکیشن۔</w:t>
      </w:r>
    </w:p>
    <w:p>
      <w:r>
        <w:rPr>
          <w:b/>
        </w:rPr>
        <w:t xml:space="preserve">[49:36] </w:t>
      </w:r>
      <w:r>
        <w:t>apne aap ko khuda ke cause mein laga dena.</w:t>
      </w:r>
    </w:p>
    <w:p>
      <w:pPr>
        <w:jc w:val="right"/>
      </w:pPr>
      <w:r>
        <w:t>اپنے آپ کو خدا کے کاز میں لگا دینا۔</w:t>
      </w:r>
    </w:p>
    <w:p>
      <w:r>
        <w:rPr>
          <w:b/>
        </w:rPr>
        <w:t xml:space="preserve">[49:41] </w:t>
      </w:r>
      <w:r>
        <w:t>ye darkaar hai.</w:t>
      </w:r>
    </w:p>
    <w:p>
      <w:pPr>
        <w:jc w:val="right"/>
      </w:pPr>
      <w:r>
        <w:t>یہ درکار ہے۔</w:t>
      </w:r>
    </w:p>
    <w:p>
      <w:r>
        <w:rPr>
          <w:b/>
        </w:rPr>
        <w:t xml:space="preserve">[49:46] </w:t>
      </w:r>
      <w:r>
        <w:t>to poora ibadat ka jo nizam hai islam ka, wo including hajj, sab ka agarche ek form hai,</w:t>
      </w:r>
    </w:p>
    <w:p>
      <w:pPr>
        <w:jc w:val="right"/>
      </w:pPr>
      <w:r>
        <w:t>تو پورا عبادت کا جو نظام ہے اسلام کا، وہ انکلوڈنگ حج، سب کا اگرچہ ایک فارم ہے،</w:t>
      </w:r>
    </w:p>
    <w:p>
      <w:r>
        <w:rPr>
          <w:b/>
        </w:rPr>
        <w:t xml:space="preserve">[49:51] </w:t>
      </w:r>
      <w:r>
        <w:t>lekin jo asal cheez hai, wo hai is ki spirit.</w:t>
      </w:r>
    </w:p>
    <w:p>
      <w:pPr>
        <w:jc w:val="right"/>
      </w:pPr>
      <w:r>
        <w:t>لیکن جو اصل چیز ہے، وہ ہے اس کی اسپرٹ۔</w:t>
      </w:r>
    </w:p>
    <w:p>
      <w:r>
        <w:rPr>
          <w:b/>
        </w:rPr>
        <w:t xml:space="preserve">[49:56] </w:t>
      </w:r>
      <w:r>
        <w:t>aur spirit ke aitbaar se jab is ko aap perform karenge, tabhi wo allah taala ke</w:t>
      </w:r>
    </w:p>
    <w:p>
      <w:pPr>
        <w:jc w:val="right"/>
      </w:pPr>
      <w:r>
        <w:t>اور اسپرٹ کے اعتبار سے جب اس کو آپ پرفارم کریں گے، تبھی وہ اللہ تعالی کے</w:t>
      </w:r>
    </w:p>
    <w:p>
      <w:r>
        <w:rPr>
          <w:b/>
        </w:rPr>
        <w:t xml:space="preserve">[50:01] </w:t>
      </w:r>
      <w:r>
        <w:t>nazdeek aham banega.</w:t>
      </w:r>
    </w:p>
    <w:p>
      <w:pPr>
        <w:jc w:val="right"/>
      </w:pPr>
      <w:r>
        <w:t>نزدیک اہم بنے گا۔</w:t>
      </w:r>
    </w:p>
    <w:p>
      <w:r>
        <w:rPr>
          <w:b/>
        </w:rPr>
        <w:t xml:space="preserve">[50:05] </w:t>
      </w:r>
      <w:r>
        <w:t>tabhi wo allah taala ke nazdeek aap ko, aap ke liye wo amal banega jo aap ko</w:t>
      </w:r>
    </w:p>
    <w:p>
      <w:pPr>
        <w:jc w:val="right"/>
      </w:pPr>
      <w:r>
        <w:t>تبھی وہ اللہ تعالی کے نزدیک آپ کو، آپ کے لیے وہ عمل بنے گا جو آپ کو</w:t>
      </w:r>
    </w:p>
    <w:p>
      <w:r>
        <w:rPr>
          <w:b/>
        </w:rPr>
        <w:t xml:space="preserve">[50:10] </w:t>
      </w:r>
      <w:r>
        <w:t>jannat mein pahunchayega.</w:t>
      </w:r>
    </w:p>
    <w:p>
      <w:pPr>
        <w:jc w:val="right"/>
      </w:pPr>
      <w:r>
        <w:t>جنت میں پہنچائے گا۔</w:t>
      </w:r>
    </w:p>
    <w:p>
      <w:r>
        <w:rPr>
          <w:b/>
        </w:rPr>
        <w:t xml:space="preserve">[50:14] </w:t>
      </w:r>
      <w:r>
        <w:t>to ye baat samajhna bohat zyada zaroori hai.</w:t>
      </w:r>
    </w:p>
    <w:p>
      <w:pPr>
        <w:jc w:val="right"/>
      </w:pPr>
      <w:r>
        <w:t>تو یہ بات سمجھنا بہت زیادہ ضروری ہے۔</w:t>
      </w:r>
    </w:p>
    <w:p>
      <w:r>
        <w:rPr>
          <w:b/>
        </w:rPr>
        <w:t xml:space="preserve">[50:18] </w:t>
      </w:r>
      <w:r>
        <w:t>is farq ko na samajhne ki wajah se kya hota hai ke log samajhte hain ke bas hum</w:t>
      </w:r>
    </w:p>
    <w:p>
      <w:pPr>
        <w:jc w:val="right"/>
      </w:pPr>
      <w:r>
        <w:t>اس فرق کو نہ سمجھنے کی وجہ سے کیا ہوتا ہے کہ لوگ سمجھتے ہیں کہ بس ہم</w:t>
      </w:r>
    </w:p>
    <w:p>
      <w:r>
        <w:rPr>
          <w:b/>
        </w:rPr>
        <w:t xml:space="preserve">[50:23] </w:t>
      </w:r>
      <w:r>
        <w:t>ne is ka form ada kar liya, is ke rituals poore kar liye, to bas ibadat ho gayi.</w:t>
      </w:r>
    </w:p>
    <w:p>
      <w:pPr>
        <w:jc w:val="right"/>
      </w:pPr>
      <w:r>
        <w:t>نے اس کا فارم ادا کر لیا، اس کے ریچولز پورے کر لیے، تو بس عبادت ہو گئی۔</w:t>
      </w:r>
    </w:p>
    <w:p>
      <w:r>
        <w:rPr>
          <w:b/>
        </w:rPr>
        <w:t xml:space="preserve">[50:27] </w:t>
      </w:r>
      <w:r>
        <w:t>aur is ke baad hamari zindagi jo hai, bilkul</w:t>
      </w:r>
    </w:p>
    <w:p>
      <w:pPr>
        <w:jc w:val="right"/>
      </w:pPr>
      <w:r>
        <w:t>اور اس کے بعد ہماری زندگی جو ہے، بالکل</w:t>
      </w:r>
    </w:p>
    <w:p>
      <w:r>
        <w:rPr>
          <w:b/>
        </w:rPr>
        <w:t xml:space="preserve">[50:31] </w:t>
      </w:r>
      <w:r>
        <w:t>aazad hai.</w:t>
      </w:r>
    </w:p>
    <w:p>
      <w:pPr>
        <w:jc w:val="right"/>
      </w:pPr>
      <w:r>
        <w:t>آزاد ہے۔</w:t>
      </w:r>
    </w:p>
    <w:p>
      <w:r>
        <w:rPr>
          <w:b/>
        </w:rPr>
        <w:t xml:space="preserve">[50:35] </w:t>
      </w:r>
      <w:r>
        <w:t>to yeh tasawwur ibaadat ki nafi ke hum ma'ni hai.</w:t>
      </w:r>
    </w:p>
    <w:p>
      <w:pPr>
        <w:jc w:val="right"/>
      </w:pPr>
      <w:r>
        <w:t>تو یہ تصور عبادت کی نفی کے ہم معنی ہے۔</w:t>
      </w:r>
    </w:p>
    <w:p>
      <w:r>
        <w:rPr>
          <w:b/>
        </w:rPr>
        <w:t xml:space="preserve">[50:39] </w:t>
      </w:r>
      <w:r>
        <w:t>nafi ke hum ma'ni hai.</w:t>
      </w:r>
    </w:p>
    <w:p>
      <w:pPr>
        <w:jc w:val="right"/>
      </w:pPr>
      <w:r>
        <w:t>نفی کے ہم معنی ہے۔</w:t>
      </w:r>
    </w:p>
    <w:p>
      <w:r>
        <w:rPr>
          <w:b/>
        </w:rPr>
        <w:t xml:space="preserve">[50:43] </w:t>
      </w:r>
      <w:r>
        <w:t>yeh Quran o Hadees mein baar baar yeh baat wazeh hoti hai.</w:t>
      </w:r>
    </w:p>
    <w:p>
      <w:pPr>
        <w:jc w:val="right"/>
      </w:pPr>
      <w:r>
        <w:t>یہ قرآن و حدیث میں بار بار یہ بات واضح ہوتی ہے۔</w:t>
      </w:r>
    </w:p>
    <w:p>
      <w:r>
        <w:rPr>
          <w:b/>
        </w:rPr>
        <w:t xml:space="preserve">[50:47] </w:t>
      </w:r>
      <w:r>
        <w:t>agar aap is ko ghaur se parhein.</w:t>
      </w:r>
    </w:p>
    <w:p>
      <w:pPr>
        <w:jc w:val="right"/>
      </w:pPr>
      <w:r>
        <w:t>اگر آپ اس کو غور سے پڑھیں۔</w:t>
      </w:r>
    </w:p>
    <w:p>
      <w:r>
        <w:rPr>
          <w:b/>
        </w:rPr>
        <w:t xml:space="preserve">[50:51] </w:t>
      </w:r>
      <w:r>
        <w:t>har ibaadat ke maamle mein.</w:t>
      </w:r>
    </w:p>
    <w:p>
      <w:pPr>
        <w:jc w:val="right"/>
      </w:pPr>
      <w:r>
        <w:t>ہر عبادت کے معاملے میں۔</w:t>
      </w:r>
    </w:p>
    <w:p>
      <w:r>
        <w:rPr>
          <w:b/>
        </w:rPr>
        <w:t xml:space="preserve">[50:55] </w:t>
      </w:r>
      <w:r>
        <w:t>har ibaadat ke maamle mein.</w:t>
      </w:r>
    </w:p>
    <w:p>
      <w:pPr>
        <w:jc w:val="right"/>
      </w:pPr>
      <w:r>
        <w:t>ہر عبادت کے معاملے میں۔</w:t>
      </w:r>
    </w:p>
    <w:p>
      <w:r>
        <w:rPr>
          <w:b/>
        </w:rPr>
        <w:t xml:space="preserve">[50:59] </w:t>
      </w:r>
      <w:r>
        <w:t>aur Hajj bhi isi mein se aik hai.</w:t>
      </w:r>
    </w:p>
    <w:p>
      <w:pPr>
        <w:jc w:val="right"/>
      </w:pPr>
      <w:r>
        <w:t>اور حج بھی اسی میں سے ایک ہے۔</w:t>
      </w:r>
    </w:p>
    <w:p>
      <w:r>
        <w:rPr>
          <w:b/>
        </w:rPr>
        <w:t xml:space="preserve">[51:03] </w:t>
      </w:r>
      <w:r>
        <w:t>to Hajj mein dekhiye, jaise misaal ke taur par aap Rame karte hain.</w:t>
      </w:r>
    </w:p>
    <w:p>
      <w:pPr>
        <w:jc w:val="right"/>
      </w:pPr>
      <w:r>
        <w:t>تو حج میں دیکھیے، جیسے مثال کے طور پر آپ رمی کرتے ہیں۔</w:t>
      </w:r>
    </w:p>
    <w:p>
      <w:r>
        <w:rPr>
          <w:b/>
        </w:rPr>
        <w:t xml:space="preserve">[51:08] </w:t>
      </w:r>
      <w:r>
        <w:t>Shaitan ko kankri maarte hain.</w:t>
      </w:r>
    </w:p>
    <w:p>
      <w:pPr>
        <w:jc w:val="right"/>
      </w:pPr>
      <w:r>
        <w:t>شیطان کو کنکری مارتے ہیں۔</w:t>
      </w:r>
    </w:p>
    <w:p>
      <w:r>
        <w:rPr>
          <w:b/>
        </w:rPr>
        <w:t xml:space="preserve">[51:12] </w:t>
      </w:r>
      <w:r>
        <w:t>to wahan to aap ne khoob josh dikhaya ke barh barh kar kankri maari, chahe log dab kar mar jayen.</w:t>
      </w:r>
    </w:p>
    <w:p>
      <w:pPr>
        <w:jc w:val="right"/>
      </w:pPr>
      <w:r>
        <w:t>تو وہاں تو آپ نے خوب جوش دکھایا کہ بڑھ بڑھ کر کنکری ماری، چاہے لوگ دب کر مر جائیں۔</w:t>
      </w:r>
    </w:p>
    <w:p>
      <w:r>
        <w:rPr>
          <w:b/>
        </w:rPr>
        <w:t xml:space="preserve">[51:16] </w:t>
      </w:r>
      <w:r>
        <w:t>aur jab real life jo hoti hai, is mein wahan par aap ko kankri maarna hai.</w:t>
      </w:r>
    </w:p>
    <w:p>
      <w:pPr>
        <w:jc w:val="right"/>
      </w:pPr>
      <w:r>
        <w:t>اور جب ریئل لائف جو ہوتی ہے، اس میں وہاں پر آپ کو کنکری مارنا ہے۔</w:t>
      </w:r>
    </w:p>
    <w:p>
      <w:r>
        <w:rPr>
          <w:b/>
        </w:rPr>
        <w:t xml:space="preserve">[51:21] </w:t>
      </w:r>
      <w:r>
        <w:t>dekhiye hota kya hai? har aadmi ke andar desire hai.</w:t>
      </w:r>
    </w:p>
    <w:p>
      <w:pPr>
        <w:jc w:val="right"/>
      </w:pPr>
      <w:r>
        <w:t>دیکھیے ہوتا کیا ہے؟ ہر آدمی کے اندر ڈیزائر ہے۔</w:t>
      </w:r>
    </w:p>
    <w:p>
      <w:r>
        <w:rPr>
          <w:b/>
        </w:rPr>
        <w:t xml:space="preserve">[51:25] </w:t>
      </w:r>
      <w:r>
        <w:t>har aadmi ke andar arrogance hai.</w:t>
      </w:r>
    </w:p>
    <w:p>
      <w:pPr>
        <w:jc w:val="right"/>
      </w:pPr>
      <w:r>
        <w:t>ہر آدمی کے اندر اروگنس ہے۔</w:t>
      </w:r>
    </w:p>
    <w:p>
      <w:r>
        <w:rPr>
          <w:b/>
        </w:rPr>
        <w:t xml:space="preserve">[51:30] </w:t>
      </w:r>
      <w:r>
        <w:t>har aadmi ke andar ego hai.</w:t>
      </w:r>
    </w:p>
    <w:p>
      <w:pPr>
        <w:jc w:val="right"/>
      </w:pPr>
      <w:r>
        <w:t>ہر آدمی کے اندر ایگو ہے۔</w:t>
      </w:r>
    </w:p>
    <w:p>
      <w:r>
        <w:rPr>
          <w:b/>
        </w:rPr>
        <w:t xml:space="preserve">[51:34] </w:t>
      </w:r>
      <w:r>
        <w:t>yeh sab Shaitan ke liye vulnerable point hain.</w:t>
      </w:r>
    </w:p>
    <w:p>
      <w:pPr>
        <w:jc w:val="right"/>
      </w:pPr>
      <w:r>
        <w:t>یہ سب شیطان کے لیے ولنیبل پوائنٹ ہیں۔</w:t>
      </w:r>
    </w:p>
    <w:p>
      <w:r>
        <w:rPr>
          <w:b/>
        </w:rPr>
        <w:t xml:space="preserve">[51:39] </w:t>
      </w:r>
      <w:r>
        <w:t>yeh sab darwaze hain jis se Shaitan ghassta hai aap ke andar.</w:t>
      </w:r>
    </w:p>
    <w:p>
      <w:pPr>
        <w:jc w:val="right"/>
      </w:pPr>
      <w:r>
        <w:t>یہ سب دروازے ہیں جس سے شیطان گھستا ہے آپ کے اندر۔</w:t>
      </w:r>
    </w:p>
    <w:p>
      <w:r>
        <w:rPr>
          <w:b/>
        </w:rPr>
        <w:t xml:space="preserve">[51:44] </w:t>
      </w:r>
      <w:r>
        <w:t>aap ki desire, aap ka arrogance, aap ka ego, aap ka self-interest, yeh saari cheezein jo hain,</w:t>
      </w:r>
    </w:p>
    <w:p>
      <w:pPr>
        <w:jc w:val="right"/>
      </w:pPr>
      <w:r>
        <w:t>آپ کی ڈیزائر، آپ کا اروگنس، آپ کا ایگو، آپ کا سیلف انٹرسٹ، یہ ساری چیزیں جو ہیں،</w:t>
      </w:r>
    </w:p>
    <w:p>
      <w:r>
        <w:rPr>
          <w:b/>
        </w:rPr>
        <w:t xml:space="preserve">[51:49] </w:t>
      </w:r>
      <w:r>
        <w:t>woh woh vulnerable point hain jo Shaitan ko ghusne ka rasta dete hain.</w:t>
      </w:r>
    </w:p>
    <w:p>
      <w:pPr>
        <w:jc w:val="right"/>
      </w:pPr>
      <w:r>
        <w:t>وہ وہ ولنیبل پوائنٹ ہیں جو شیطان کو گھسنے کا راستہ دیتے ہیں۔</w:t>
      </w:r>
    </w:p>
    <w:p>
      <w:r>
        <w:rPr>
          <w:b/>
        </w:rPr>
        <w:t xml:space="preserve">[51:54] </w:t>
      </w:r>
      <w:r>
        <w:t>to wahan par aap kankri maaren.</w:t>
      </w:r>
    </w:p>
    <w:p>
      <w:pPr>
        <w:jc w:val="right"/>
      </w:pPr>
      <w:r>
        <w:t>تو وہاں پر آپ کنکری ماریں۔</w:t>
      </w:r>
    </w:p>
    <w:p>
      <w:r>
        <w:rPr>
          <w:b/>
        </w:rPr>
        <w:t xml:space="preserve">[52:00] </w:t>
      </w:r>
      <w:r>
        <w:t>Shaitan ghusne na dein.</w:t>
      </w:r>
    </w:p>
    <w:p>
      <w:pPr>
        <w:jc w:val="right"/>
      </w:pPr>
      <w:r>
        <w:t>شیطان گھسنے نہ دیں۔</w:t>
      </w:r>
    </w:p>
    <w:p>
      <w:r>
        <w:rPr>
          <w:b/>
        </w:rPr>
        <w:t xml:space="preserve">[52:05] </w:t>
      </w:r>
      <w:r>
        <w:t>ke samaaj mein rehte hue, family mein rehte hue, logon ke darmiyan rehte hue, jab bhi aap ko</w:t>
      </w:r>
    </w:p>
    <w:p>
      <w:pPr>
        <w:jc w:val="right"/>
      </w:pPr>
      <w:r>
        <w:t>کہ سماج میں رہتے ہوئے، فیملی میں رہتے ہوئے، لوگوں کے درمیان رہتے ہوئے، جب بھی آپ کو</w:t>
      </w:r>
    </w:p>
    <w:p>
      <w:r>
        <w:rPr>
          <w:b/>
        </w:rPr>
        <w:t xml:space="preserve">[52:09] </w:t>
      </w:r>
      <w:r>
        <w:t>aisa mehsoos ho ke Shaitan in jazbaat ko activate kar raha hai.</w:t>
      </w:r>
    </w:p>
    <w:p>
      <w:pPr>
        <w:jc w:val="right"/>
      </w:pPr>
      <w:r>
        <w:t>ایسا محسوس ہو کہ شیطان ان جذبات کو ایکٹیویٹ کر رہا ہے۔</w:t>
      </w:r>
    </w:p>
    <w:p>
      <w:r>
        <w:rPr>
          <w:b/>
        </w:rPr>
        <w:t xml:space="preserve">[52:13] </w:t>
      </w:r>
      <w:r>
        <w:t>aap ke ghusse ko bhadka raha hai.</w:t>
      </w:r>
    </w:p>
    <w:p>
      <w:pPr>
        <w:jc w:val="right"/>
      </w:pPr>
      <w:r>
        <w:t>آپ کے غصے کو بھڑکا رہا ہے۔</w:t>
      </w:r>
    </w:p>
    <w:p>
      <w:r>
        <w:rPr>
          <w:b/>
        </w:rPr>
        <w:t xml:space="preserve">[52:16] </w:t>
      </w:r>
      <w:r>
        <w:t>aap ke aroganas ko bharka raha hai.</w:t>
      </w:r>
    </w:p>
    <w:p>
      <w:pPr>
        <w:jc w:val="right"/>
      </w:pPr>
      <w:r>
        <w:t>آپ کے اروگنس کو بھڑکا رہا ہے۔</w:t>
      </w:r>
    </w:p>
    <w:p>
      <w:r>
        <w:rPr>
          <w:b/>
        </w:rPr>
        <w:t xml:space="preserve">[52:20] </w:t>
      </w:r>
      <w:r>
        <w:t>aap ke ego ko bharka raha hai.</w:t>
      </w:r>
    </w:p>
    <w:p>
      <w:pPr>
        <w:jc w:val="right"/>
      </w:pPr>
      <w:r>
        <w:t>آپ کے ایگو کو بھڑکا رہا ہے۔</w:t>
      </w:r>
    </w:p>
    <w:p>
      <w:r>
        <w:rPr>
          <w:b/>
        </w:rPr>
        <w:t xml:space="preserve">[52:24] </w:t>
      </w:r>
      <w:r>
        <w:t>aap ke list ko bharka raha hai.</w:t>
      </w:r>
    </w:p>
    <w:p>
      <w:pPr>
        <w:jc w:val="right"/>
      </w:pPr>
      <w:r>
        <w:t>آپ کے لسٹ کو بھڑکا رہا ہے۔</w:t>
      </w:r>
    </w:p>
    <w:p>
      <w:r>
        <w:rPr>
          <w:b/>
        </w:rPr>
        <w:t xml:space="preserve">[52:28] </w:t>
      </w:r>
      <w:r>
        <w:t>aap ke self interest ko bharka raha hai.</w:t>
      </w:r>
    </w:p>
    <w:p>
      <w:pPr>
        <w:jc w:val="right"/>
      </w:pPr>
      <w:r>
        <w:t>آپ کے سیلف انٹرسٹ کو بھڑکا رہا ہے۔</w:t>
      </w:r>
    </w:p>
    <w:p>
      <w:r>
        <w:rPr>
          <w:b/>
        </w:rPr>
        <w:t xml:space="preserve">[52:32] </w:t>
      </w:r>
      <w:r>
        <w:t>to samajh lijie ke shaitan aa gaya.</w:t>
      </w:r>
    </w:p>
    <w:p>
      <w:pPr>
        <w:jc w:val="right"/>
      </w:pPr>
      <w:r>
        <w:t>تو سمجھ لیجیے کہ شیطان آ گیا۔</w:t>
      </w:r>
    </w:p>
    <w:p>
      <w:r>
        <w:rPr>
          <w:b/>
        </w:rPr>
        <w:t xml:space="preserve">[52:36] </w:t>
      </w:r>
      <w:r>
        <w:t>yeh sab jazbat jo hain, jab aap ko dekhen ke bhark rahe hain aap ke andar, to woh</w:t>
      </w:r>
    </w:p>
    <w:p>
      <w:pPr>
        <w:jc w:val="right"/>
      </w:pPr>
      <w:r>
        <w:t>یہ سب جذبات جو ہیں، جب آپ کو دیکھیں کہ بھڑک رہے ہیں آپ کے اندر، تو وہ</w:t>
      </w:r>
    </w:p>
    <w:p>
      <w:r>
        <w:rPr>
          <w:b/>
        </w:rPr>
        <w:t xml:space="preserve">[52:40] </w:t>
      </w:r>
      <w:r>
        <w:t>shaitan aa kar ke bharka raha hoga wahan par.</w:t>
      </w:r>
    </w:p>
    <w:p>
      <w:pPr>
        <w:jc w:val="right"/>
      </w:pPr>
      <w:r>
        <w:t>شیطان آ کر کے بھڑکا رہا ہوگا وہاں پر۔</w:t>
      </w:r>
    </w:p>
    <w:p>
      <w:r>
        <w:rPr>
          <w:b/>
        </w:rPr>
        <w:t xml:space="preserve">[52:45] </w:t>
      </w:r>
      <w:r>
        <w:t>wahan par kankri marna hai aap ko.</w:t>
      </w:r>
    </w:p>
    <w:p>
      <w:pPr>
        <w:jc w:val="right"/>
      </w:pPr>
      <w:r>
        <w:t>وہاں پر کنکری مارنا ہے آپ کو۔</w:t>
      </w:r>
    </w:p>
    <w:p>
      <w:r>
        <w:rPr>
          <w:b/>
        </w:rPr>
        <w:t xml:space="preserve">[52:49] </w:t>
      </w:r>
      <w:r>
        <w:t>wahan par aap ko kankri marna hai.</w:t>
      </w:r>
    </w:p>
    <w:p>
      <w:pPr>
        <w:jc w:val="right"/>
      </w:pPr>
      <w:r>
        <w:t>وہاں پر آپ کو کنکری مارنا ہے۔</w:t>
      </w:r>
    </w:p>
    <w:p>
      <w:r>
        <w:rPr>
          <w:b/>
        </w:rPr>
        <w:t xml:space="preserve">[52:53] </w:t>
      </w:r>
      <w:r>
        <w:t>wahan aap ne mari, aur yahan par jab ghusa shaitan aap ke andar, to aap is ka shikar</w:t>
      </w:r>
    </w:p>
    <w:p>
      <w:pPr>
        <w:jc w:val="right"/>
      </w:pPr>
      <w:r>
        <w:t>وہاں آپ نے ماری، اور یہاں پر جب گھسا شیطان آپ کے اندر، تو آپ اس کا شکار</w:t>
      </w:r>
    </w:p>
    <w:p>
      <w:r>
        <w:rPr>
          <w:b/>
        </w:rPr>
        <w:t xml:space="preserve">[52:57] </w:t>
      </w:r>
      <w:r>
        <w:t>ban gaye, is ka victim ban gaye.</w:t>
      </w:r>
    </w:p>
    <w:p>
      <w:pPr>
        <w:jc w:val="right"/>
      </w:pPr>
      <w:r>
        <w:t>بن گئے، اس کا وکٹم بن گئے۔</w:t>
      </w:r>
    </w:p>
    <w:p>
      <w:r>
        <w:rPr>
          <w:b/>
        </w:rPr>
        <w:t xml:space="preserve">[53:02] </w:t>
      </w:r>
      <w:r>
        <w:t>to is ka matlab hai ke aap ki rami yeh thi, spirit se khali thi woh. yaad rakhi</w:t>
      </w:r>
    </w:p>
    <w:p>
      <w:pPr>
        <w:jc w:val="right"/>
      </w:pPr>
      <w:r>
        <w:t>تو اس کا معنی ہے کہ آپ کی رمی یہ تھی، اسپرٹ سے خالی تھی وہ۔ یاد رکھی</w:t>
      </w:r>
    </w:p>
    <w:p>
      <w:r>
        <w:rPr>
          <w:b/>
        </w:rPr>
        <w:t xml:space="preserve">[53:06] </w:t>
      </w:r>
      <w:r>
        <w:t>e, daily life mein yeh rami karna hai aap ko. har din. har din.</w:t>
      </w:r>
    </w:p>
    <w:p>
      <w:pPr>
        <w:jc w:val="right"/>
      </w:pPr>
      <w:r>
        <w:t>ے، ڈیلی لائف میں یہ رمی کرنا ہے آپ کو۔ ہر دن۔ ہر دن۔</w:t>
      </w:r>
    </w:p>
    <w:p>
      <w:r>
        <w:rPr>
          <w:b/>
        </w:rPr>
        <w:t xml:space="preserve">[53:12] </w:t>
      </w:r>
      <w:r>
        <w:t>kyun ke shaitan chaubis ghante aap ke sath laga hua hai.</w:t>
      </w:r>
    </w:p>
    <w:p>
      <w:pPr>
        <w:jc w:val="right"/>
      </w:pPr>
      <w:r>
        <w:t>کیونکہ شیطان چوبیس گھنٹے آپ کے ساتھ لگا ہوا ہے۔</w:t>
      </w:r>
    </w:p>
    <w:p>
      <w:r>
        <w:rPr>
          <w:b/>
        </w:rPr>
        <w:t xml:space="preserve">[53:18] </w:t>
      </w:r>
      <w:r>
        <w:t>quran mein aata hai ke shaitan har aadmi ke sath subah, sham, raat, din laga rehta hai. har waqt.</w:t>
      </w:r>
    </w:p>
    <w:p>
      <w:pPr>
        <w:jc w:val="right"/>
      </w:pPr>
      <w:r>
        <w:t>قرآن میں آتا ہے کہ شیطان ہر آدمی کے ساتھ صبح، شام، رات، دن لگا رہتا ہے۔ ہر وقت۔</w:t>
      </w:r>
    </w:p>
    <w:p>
      <w:r>
        <w:rPr>
          <w:b/>
        </w:rPr>
        <w:t xml:space="preserve">[53:24] </w:t>
      </w:r>
      <w:r>
        <w:t>woh kis liye? woh aap ke jo negative point aap ke hain, wahan par us ko activate karne ke liye.</w:t>
      </w:r>
    </w:p>
    <w:p>
      <w:pPr>
        <w:jc w:val="right"/>
      </w:pPr>
      <w:r>
        <w:t>وہ کس لیے؟ وہ آپ کے جو نیگیٹیو پوائنٹ آپ کے ہیں، وہاں پر اس کو ایکٹیویٹ کرنے کے لیے۔</w:t>
      </w:r>
    </w:p>
    <w:p>
      <w:r>
        <w:rPr>
          <w:b/>
        </w:rPr>
        <w:t xml:space="preserve">[53:30] </w:t>
      </w:r>
      <w:r>
        <w:t>jo negative point hain, woh aap ko activate</w:t>
      </w:r>
    </w:p>
    <w:p>
      <w:pPr>
        <w:jc w:val="right"/>
      </w:pPr>
      <w:r>
        <w:t>جو نیگیٹیو پوائنٹ ہیں، وہ آپ کو ایکٹیویٹ</w:t>
      </w:r>
    </w:p>
    <w:p>
      <w:r>
        <w:rPr>
          <w:b/>
        </w:rPr>
        <w:t xml:space="preserve">[53:36] </w:t>
      </w:r>
      <w:r>
        <w:t>karne ke liye.</w:t>
      </w:r>
    </w:p>
    <w:p>
      <w:pPr>
        <w:jc w:val="right"/>
      </w:pPr>
      <w:r>
        <w:t>کرنے کے لیے۔</w:t>
      </w:r>
    </w:p>
    <w:p>
      <w:r>
        <w:rPr>
          <w:b/>
        </w:rPr>
        <w:t xml:space="preserve">[53:39] </w:t>
      </w:r>
      <w:r>
        <w:t>jaise aap ke padosi ke pas farz ki jiye ke bari car aa gayi, aap ke pas choti car</w:t>
      </w:r>
    </w:p>
    <w:p>
      <w:pPr>
        <w:jc w:val="right"/>
      </w:pPr>
      <w:r>
        <w:t>جیسے آپ کے پڑوسی کے پاس فرض کیجیے کہ بڑی کار آ گئی، آپ کے پاس چھوٹی کار</w:t>
      </w:r>
    </w:p>
    <w:p>
      <w:r>
        <w:rPr>
          <w:b/>
        </w:rPr>
        <w:t xml:space="preserve">[53:43] </w:t>
      </w:r>
      <w:r>
        <w:t>hai, ab shaitan wahan activate kare ga.</w:t>
      </w:r>
    </w:p>
    <w:p>
      <w:pPr>
        <w:jc w:val="right"/>
      </w:pPr>
      <w:r>
        <w:t>ہے، اب شیطان وہاں ایکٹیویٹ کرے گا۔</w:t>
      </w:r>
    </w:p>
    <w:p>
      <w:r>
        <w:rPr>
          <w:b/>
        </w:rPr>
        <w:t xml:space="preserve">[53:46] </w:t>
      </w:r>
      <w:r>
        <w:t>dekho, mujhe apne status ko kam nahi hone dena hai.</w:t>
      </w:r>
    </w:p>
    <w:p>
      <w:pPr>
        <w:jc w:val="right"/>
      </w:pPr>
      <w:r>
        <w:t>دیکھو، مجھے اپنے اسٹیٹس کو کم نہیں ہونے دینا ہے۔</w:t>
      </w:r>
    </w:p>
    <w:p>
      <w:r>
        <w:rPr>
          <w:b/>
        </w:rPr>
        <w:t xml:space="preserve">[53:50] </w:t>
      </w:r>
      <w:r>
        <w:t>mein bhi bari car le aaunga.</w:t>
      </w:r>
    </w:p>
    <w:p>
      <w:pPr>
        <w:jc w:val="right"/>
      </w:pPr>
      <w:r>
        <w:t>میں بھی بڑی کار لے آؤں گا۔</w:t>
      </w:r>
    </w:p>
    <w:p>
      <w:r>
        <w:rPr>
          <w:b/>
        </w:rPr>
        <w:t xml:space="preserve">[53:53] </w:t>
      </w:r>
      <w:r>
        <w:t>to us ki choti, us ki bari car dekh kar aap shukr ada karen ke chalo bhai, mere</w:t>
      </w:r>
    </w:p>
    <w:p>
      <w:pPr>
        <w:jc w:val="right"/>
      </w:pPr>
      <w:r>
        <w:t>تو اس کی چھوٹی، اس کی بڑی کار دیکھ کر آپ شکر ادا کریں کہ چلو بھائی، میرے</w:t>
      </w:r>
    </w:p>
    <w:p>
      <w:r>
        <w:rPr>
          <w:b/>
        </w:rPr>
        <w:t xml:space="preserve">[53:57] </w:t>
      </w:r>
      <w:r>
        <w:t>pas phir bhi car to hai.</w:t>
      </w:r>
    </w:p>
    <w:p>
      <w:pPr>
        <w:jc w:val="right"/>
      </w:pPr>
      <w:r>
        <w:t>پاس پھر بھی کار تو ہے۔</w:t>
      </w:r>
    </w:p>
    <w:p>
      <w:r>
        <w:rPr>
          <w:b/>
        </w:rPr>
        <w:t xml:space="preserve">[54:00] </w:t>
      </w:r>
      <w:r>
        <w:t>choti aur bari, safar to mein kar sakta hoon.</w:t>
      </w:r>
    </w:p>
    <w:p>
      <w:pPr>
        <w:jc w:val="right"/>
      </w:pPr>
      <w:r>
        <w:t>چھوٹی اور بڑی، سفر تو میں کر سکتا ہوں۔</w:t>
      </w:r>
    </w:p>
    <w:p>
      <w:r>
        <w:rPr>
          <w:b/>
        </w:rPr>
        <w:t xml:space="preserve">[54:03] </w:t>
      </w:r>
      <w:r>
        <w:t>to aap ne shaitan ko konkri maar di.</w:t>
      </w:r>
    </w:p>
    <w:p>
      <w:pPr>
        <w:jc w:val="right"/>
      </w:pPr>
      <w:r>
        <w:t>تو آپ نے شیطان کو کنکری مار دی۔</w:t>
      </w:r>
    </w:p>
    <w:p>
      <w:r>
        <w:rPr>
          <w:b/>
        </w:rPr>
        <w:t xml:space="preserve">[54:07] </w:t>
      </w:r>
      <w:r>
        <w:t>jab shaitan ne aap ke andar yeh jazba bharkaya ke tumhare paas paisa hai, chalo bari car kharidte</w:t>
      </w:r>
    </w:p>
    <w:p>
      <w:pPr>
        <w:jc w:val="right"/>
      </w:pPr>
      <w:r>
        <w:t>جب شیطان نے آپ کے اندر یہ جذبہ بھڑکایا کہ تمہارے پاس پیسہ ہے، چلو بڑی کار خریدتے</w:t>
      </w:r>
    </w:p>
    <w:p>
      <w:r>
        <w:rPr>
          <w:b/>
        </w:rPr>
        <w:t xml:space="preserve">[54:11] </w:t>
      </w:r>
      <w:r>
        <w:t>hain, chalo naya model lete hain, to wahan par shaitan ne aap ko aksaya.</w:t>
      </w:r>
    </w:p>
    <w:p>
      <w:pPr>
        <w:jc w:val="right"/>
      </w:pPr>
      <w:r>
        <w:t>ہیں، چلو نیا ماڈل لیتے ہیں، تو وہاں پر شیطان نے آپ کو اکسایا۔</w:t>
      </w:r>
    </w:p>
    <w:p>
      <w:r>
        <w:rPr>
          <w:b/>
        </w:rPr>
        <w:t xml:space="preserve">[54:14] </w:t>
      </w:r>
      <w:r>
        <w:t>shaitan aap ke andar dakhil ho gaya.</w:t>
      </w:r>
    </w:p>
    <w:p>
      <w:pPr>
        <w:jc w:val="right"/>
      </w:pPr>
      <w:r>
        <w:t>شیطان آپ کے اندر داخل ہو گیا۔</w:t>
      </w:r>
    </w:p>
    <w:p>
      <w:r>
        <w:rPr>
          <w:b/>
        </w:rPr>
        <w:t xml:space="preserve">[54:18] </w:t>
      </w:r>
      <w:r>
        <w:t>wahan par konkri mariye.</w:t>
      </w:r>
    </w:p>
    <w:p>
      <w:pPr>
        <w:jc w:val="right"/>
      </w:pPr>
      <w:r>
        <w:t>وہاں پر کنکری ماریے۔</w:t>
      </w:r>
    </w:p>
    <w:p>
      <w:r>
        <w:rPr>
          <w:b/>
        </w:rPr>
        <w:t xml:space="preserve">[54:22] </w:t>
      </w:r>
      <w:r>
        <w:t>wahan shaitan ko bhagaiye.</w:t>
      </w:r>
    </w:p>
    <w:p>
      <w:pPr>
        <w:jc w:val="right"/>
      </w:pPr>
      <w:r>
        <w:t>وہاں شیطان کو بھگائیے۔</w:t>
      </w:r>
    </w:p>
    <w:p>
      <w:r>
        <w:rPr>
          <w:b/>
        </w:rPr>
        <w:t xml:space="preserve">[54:26] </w:t>
      </w:r>
      <w:r>
        <w:t>khuda se madad mangiye.</w:t>
      </w:r>
    </w:p>
    <w:p>
      <w:pPr>
        <w:jc w:val="right"/>
      </w:pPr>
      <w:r>
        <w:t>خدا سے مدد مانگیے۔</w:t>
      </w:r>
    </w:p>
    <w:p>
      <w:r>
        <w:rPr>
          <w:b/>
        </w:rPr>
        <w:t xml:space="preserve">[54:30] </w:t>
      </w:r>
      <w:r>
        <w:t>khuda ki madad se aap is shaitan ko bhaga sakte hain. yeh kijiye.</w:t>
      </w:r>
    </w:p>
    <w:p>
      <w:pPr>
        <w:jc w:val="right"/>
      </w:pPr>
      <w:r>
        <w:t>خدا کی مدد سے آپ اس شیطان کو بھگا سکتے ہیں۔ یہ کیجیے۔</w:t>
      </w:r>
    </w:p>
    <w:p>
      <w:r>
        <w:rPr>
          <w:b/>
        </w:rPr>
        <w:t xml:space="preserve">[54:33] </w:t>
      </w:r>
      <w:r>
        <w:t>is tarah se</w:t>
      </w:r>
    </w:p>
    <w:p>
      <w:pPr>
        <w:jc w:val="right"/>
      </w:pPr>
      <w:r>
        <w:t>اس طرح سے</w:t>
      </w:r>
    </w:p>
    <w:p>
      <w:r>
        <w:rPr>
          <w:b/>
        </w:rPr>
        <w:t xml:space="preserve">[54:37] </w:t>
      </w:r>
      <w:r>
        <w:t>kisi ne aap ko provoke kar diya.</w:t>
      </w:r>
    </w:p>
    <w:p>
      <w:pPr>
        <w:jc w:val="right"/>
      </w:pPr>
      <w:r>
        <w:t>کسی نے آپ کو پرووک کر دیا۔</w:t>
      </w:r>
    </w:p>
    <w:p>
      <w:r>
        <w:rPr>
          <w:b/>
        </w:rPr>
        <w:t xml:space="preserve">[54:40] </w:t>
      </w:r>
      <w:r>
        <w:t>kisi ne aap ko kuch ghussa dila diya.</w:t>
      </w:r>
    </w:p>
    <w:p>
      <w:pPr>
        <w:jc w:val="right"/>
      </w:pPr>
      <w:r>
        <w:t>کسی نے آپ کو کچھ غصہ دلا دیا۔</w:t>
      </w:r>
    </w:p>
    <w:p>
      <w:r>
        <w:rPr>
          <w:b/>
        </w:rPr>
        <w:t xml:space="preserve">[54:43] </w:t>
      </w:r>
      <w:r>
        <w:t>ab shaitan foran, instantly aa jayega aap ke andar.</w:t>
      </w:r>
    </w:p>
    <w:p>
      <w:pPr>
        <w:jc w:val="right"/>
      </w:pPr>
      <w:r>
        <w:t>اب شیطان فوراً، انسٹنٹلی آ جائے گا آپ کے اندر۔</w:t>
      </w:r>
    </w:p>
    <w:p>
      <w:r>
        <w:rPr>
          <w:b/>
        </w:rPr>
        <w:t xml:space="preserve">[54:45] </w:t>
      </w:r>
      <w:r>
        <w:t>aur bharkayega aap ke ghusse ko.</w:t>
      </w:r>
    </w:p>
    <w:p>
      <w:pPr>
        <w:jc w:val="right"/>
      </w:pPr>
      <w:r>
        <w:t>اور بھڑکائے گا آپ کے غصے کو۔</w:t>
      </w:r>
    </w:p>
    <w:p>
      <w:r>
        <w:rPr>
          <w:b/>
        </w:rPr>
        <w:t xml:space="preserve">[54:48] </w:t>
      </w:r>
      <w:r>
        <w:t>ise badla lena hai, isko lesson sikhana hai.</w:t>
      </w:r>
    </w:p>
    <w:p>
      <w:pPr>
        <w:jc w:val="right"/>
      </w:pPr>
      <w:r>
        <w:t>اسے بدلہ لینا ہے، اس کو لیسن سکھانا ہے۔</w:t>
      </w:r>
    </w:p>
    <w:p>
      <w:r>
        <w:rPr>
          <w:b/>
        </w:rPr>
        <w:t xml:space="preserve">[54:51] </w:t>
      </w:r>
      <w:r>
        <w:t>i will teach you my lesson.</w:t>
      </w:r>
    </w:p>
    <w:p>
      <w:pPr>
        <w:jc w:val="right"/>
      </w:pPr>
      <w:r>
        <w:t>آئی ویل ٹیچ یو مائی لیسن۔</w:t>
      </w:r>
    </w:p>
    <w:p>
      <w:r>
        <w:rPr>
          <w:b/>
        </w:rPr>
        <w:t xml:space="preserve">[54:54] </w:t>
      </w:r>
      <w:r>
        <w:t>yeh jazba shaitan daal deta hai aap ke andar.</w:t>
      </w:r>
    </w:p>
    <w:p>
      <w:pPr>
        <w:jc w:val="right"/>
      </w:pPr>
      <w:r>
        <w:t>یہ جذبہ شیطان ڈال دیتا ہے آپ کے اندر۔</w:t>
      </w:r>
    </w:p>
    <w:p>
      <w:r>
        <w:rPr>
          <w:b/>
        </w:rPr>
        <w:t xml:space="preserve">[54:56] </w:t>
      </w:r>
      <w:r>
        <w:t>wahan par shaitan ko konkri marna hai aap ko.</w:t>
      </w:r>
    </w:p>
    <w:p>
      <w:pPr>
        <w:jc w:val="right"/>
      </w:pPr>
      <w:r>
        <w:t>وہاں پر شیطان کو کنکری مارنا ہے آپ کو۔</w:t>
      </w:r>
    </w:p>
    <w:p>
      <w:r>
        <w:rPr>
          <w:b/>
        </w:rPr>
        <w:t xml:space="preserve">[54:59] </w:t>
      </w:r>
      <w:r>
        <w:t>to bhago yahan se.</w:t>
      </w:r>
    </w:p>
    <w:p>
      <w:pPr>
        <w:jc w:val="right"/>
      </w:pPr>
      <w:r>
        <w:t>تو بھاگو یہاں سے۔</w:t>
      </w:r>
    </w:p>
    <w:p>
      <w:r>
        <w:rPr>
          <w:b/>
        </w:rPr>
        <w:t xml:space="preserve">[55:02] </w:t>
      </w:r>
      <w:r>
        <w:t>main is ko maaf karunga.</w:t>
      </w:r>
    </w:p>
    <w:p>
      <w:pPr>
        <w:jc w:val="right"/>
      </w:pPr>
      <w:r>
        <w:t>میں اس کو معاف کروں گا۔</w:t>
      </w:r>
    </w:p>
    <w:p>
      <w:r>
        <w:rPr>
          <w:b/>
        </w:rPr>
        <w:t xml:space="preserve">[55:04] </w:t>
      </w:r>
      <w:r>
        <w:t>main is ko for</w:t>
      </w:r>
    </w:p>
    <w:p>
      <w:pPr>
        <w:jc w:val="right"/>
      </w:pPr>
      <w:r>
        <w:t>میں اس کو فار</w:t>
      </w:r>
    </w:p>
    <w:p>
      <w:r>
        <w:rPr>
          <w:b/>
        </w:rPr>
        <w:t xml:space="preserve">[55:07] </w:t>
      </w:r>
      <w:r>
        <w:t>give karunga.</w:t>
      </w:r>
    </w:p>
    <w:p>
      <w:pPr>
        <w:jc w:val="right"/>
      </w:pPr>
      <w:r>
        <w:t>گیو کروں گا۔</w:t>
      </w:r>
    </w:p>
    <w:p>
      <w:r>
        <w:rPr>
          <w:b/>
        </w:rPr>
        <w:t xml:space="preserve">[55:13] </w:t>
      </w:r>
      <w:r>
        <w:t>kyun ke is par mujhe bohat bara reward milega.</w:t>
      </w:r>
    </w:p>
    <w:p>
      <w:pPr>
        <w:jc w:val="right"/>
      </w:pPr>
      <w:r>
        <w:t>کیونکہ اس پر مجھے بہت بڑا ریوارڈ ملے گا۔</w:t>
      </w:r>
    </w:p>
    <w:p>
      <w:r>
        <w:rPr>
          <w:b/>
        </w:rPr>
        <w:t xml:space="preserve">[55:20] </w:t>
      </w:r>
      <w:r>
        <w:t>yani jab shaitan aisa kare ke kisi ke, kisi ke kisi, yani bure rawaiye par ghussa aa jaye</w:t>
      </w:r>
    </w:p>
    <w:p>
      <w:pPr>
        <w:jc w:val="right"/>
      </w:pPr>
      <w:r>
        <w:t>یعنی جب شیطان ایسا کرے کہ کسی کے، کسی کے کسی، یعنی برے رویے پر غصہ آ جائے</w:t>
      </w:r>
    </w:p>
    <w:p>
      <w:r>
        <w:rPr>
          <w:b/>
        </w:rPr>
        <w:t xml:space="preserve">[55:26] </w:t>
      </w:r>
      <w:r>
        <w:t>aap ke andar, aur us waqt shaitan bharkaye aap ko, aur ghusse ko barhaye, is ko chahe ke</w:t>
      </w:r>
    </w:p>
    <w:p>
      <w:pPr>
        <w:jc w:val="right"/>
      </w:pPr>
      <w:r>
        <w:t>آپ کے اندر، اور اس وقت شیطان بھڑکائے آپ کو، اور غصے کو بڑھائے، اس کو چاہے کہ</w:t>
      </w:r>
    </w:p>
    <w:p>
      <w:r>
        <w:rPr>
          <w:b/>
        </w:rPr>
        <w:t xml:space="preserve">[55:32] </w:t>
      </w:r>
      <w:r>
        <w:t>revenge lene ke liye main khada ho jaun, to samjhiye ke shaitan ghus aaya hai.</w:t>
      </w:r>
    </w:p>
    <w:p>
      <w:pPr>
        <w:jc w:val="right"/>
      </w:pPr>
      <w:r>
        <w:t>ریونج لینے کے لیے میں کھڑا ہو جاؤں، تو سمجھئے کہ شیطان گھس آیا ہے۔</w:t>
      </w:r>
    </w:p>
    <w:p>
      <w:r>
        <w:rPr>
          <w:b/>
        </w:rPr>
        <w:t xml:space="preserve">[55:38] </w:t>
      </w:r>
      <w:r>
        <w:t>shaitan ko bhagaiye.</w:t>
      </w:r>
    </w:p>
    <w:p>
      <w:pPr>
        <w:jc w:val="right"/>
      </w:pPr>
      <w:r>
        <w:t>شیطان کو بھگائیے۔</w:t>
      </w:r>
    </w:p>
    <w:p>
      <w:r>
        <w:rPr>
          <w:b/>
        </w:rPr>
        <w:t xml:space="preserve">[55:42] </w:t>
      </w:r>
      <w:r>
        <w:t>ise kankri mariye.</w:t>
      </w:r>
    </w:p>
    <w:p>
      <w:pPr>
        <w:jc w:val="right"/>
      </w:pPr>
      <w:r>
        <w:t>اسے کنکری ماریے۔</w:t>
      </w:r>
    </w:p>
    <w:p>
      <w:r>
        <w:rPr>
          <w:b/>
        </w:rPr>
        <w:t xml:space="preserve">[55:46] </w:t>
      </w:r>
      <w:r>
        <w:t>kankri marna kya hai? aap apne mind ko active kijiye.</w:t>
      </w:r>
    </w:p>
    <w:p>
      <w:pPr>
        <w:jc w:val="right"/>
      </w:pPr>
      <w:r>
        <w:t>کنکری مارنا کیا ہے؟ آپ اپنے مائنڈ کو ایکٹیو کیجیے۔</w:t>
      </w:r>
    </w:p>
    <w:p>
      <w:r>
        <w:rPr>
          <w:b/>
        </w:rPr>
        <w:t xml:space="preserve">[55:50] </w:t>
      </w:r>
      <w:r>
        <w:t>sochne lagie ke nahi, main ghusa, ghuse ko control karunga.</w:t>
      </w:r>
    </w:p>
    <w:p>
      <w:pPr>
        <w:jc w:val="right"/>
      </w:pPr>
      <w:r>
        <w:t>سوچنے لگیے کہ نہیں، میں غصہ، غصے کو کنٹرول کروں گا۔</w:t>
      </w:r>
    </w:p>
    <w:p>
      <w:r>
        <w:rPr>
          <w:b/>
        </w:rPr>
        <w:t xml:space="preserve">[55:53] </w:t>
      </w:r>
      <w:r>
        <w:t>main revenge nahi lunga.</w:t>
      </w:r>
    </w:p>
    <w:p>
      <w:pPr>
        <w:jc w:val="right"/>
      </w:pPr>
      <w:r>
        <w:t>میں ریونج نہیں لوں گا۔</w:t>
      </w:r>
    </w:p>
    <w:p>
      <w:r>
        <w:rPr>
          <w:b/>
        </w:rPr>
        <w:t xml:space="preserve">[55:57] </w:t>
      </w:r>
      <w:r>
        <w:t>kyun? is liye ke agar maine aisa kiya to mujhe khuda bohat bara inaam dega.</w:t>
      </w:r>
    </w:p>
    <w:p>
      <w:pPr>
        <w:jc w:val="right"/>
      </w:pPr>
      <w:r>
        <w:t>کیوں؟ اس لیے کہ اگر میں نے ایسا کیا تو مجھے خدا بہت بڑا انعام دے گا۔</w:t>
      </w:r>
    </w:p>
    <w:p>
      <w:r>
        <w:rPr>
          <w:b/>
        </w:rPr>
        <w:t xml:space="preserve">[56:01] </w:t>
      </w:r>
      <w:r>
        <w:t>to asal ram yahan par hai.</w:t>
      </w:r>
    </w:p>
    <w:p>
      <w:pPr>
        <w:jc w:val="right"/>
      </w:pPr>
      <w:r>
        <w:t>تو اصل رم یہاں پر ہے۔</w:t>
      </w:r>
    </w:p>
    <w:p>
      <w:r>
        <w:rPr>
          <w:b/>
        </w:rPr>
        <w:t xml:space="preserve">[56:05] </w:t>
      </w:r>
      <w:r>
        <w:t>wo jo aap ne ram ki thi</w:t>
      </w:r>
    </w:p>
    <w:p>
      <w:pPr>
        <w:jc w:val="right"/>
      </w:pPr>
      <w:r>
        <w:t>وہ جو آپ نے رم کی تھی</w:t>
      </w:r>
    </w:p>
    <w:p>
      <w:r>
        <w:rPr>
          <w:b/>
        </w:rPr>
        <w:t xml:space="preserve">[56:08] </w:t>
      </w:r>
      <w:r>
        <w:t>hajj mein, wo symbolic rami thi.</w:t>
      </w:r>
    </w:p>
    <w:p>
      <w:pPr>
        <w:jc w:val="right"/>
      </w:pPr>
      <w:r>
        <w:t>حج میں، وہ سمبالک رمی تھی۔</w:t>
      </w:r>
    </w:p>
    <w:p>
      <w:r>
        <w:rPr>
          <w:b/>
        </w:rPr>
        <w:t xml:space="preserve">[56:13] </w:t>
      </w:r>
      <w:r>
        <w:t>wo symbolic stoning thi.</w:t>
      </w:r>
    </w:p>
    <w:p>
      <w:pPr>
        <w:jc w:val="right"/>
      </w:pPr>
      <w:r>
        <w:t>وہ سمبالک اسٹوننگ تھی۔</w:t>
      </w:r>
    </w:p>
    <w:p>
      <w:r>
        <w:rPr>
          <w:b/>
        </w:rPr>
        <w:t xml:space="preserve">[56:17] </w:t>
      </w:r>
      <w:r>
        <w:t>real stoning to aap ko apni zindagi mein karna hai. rozana.</w:t>
      </w:r>
    </w:p>
    <w:p>
      <w:pPr>
        <w:jc w:val="right"/>
      </w:pPr>
      <w:r>
        <w:t>ریئل اسٹوننگ تو آپ کو اپنی زندگی میں کرنا ہے۔ روزانہ۔</w:t>
      </w:r>
    </w:p>
    <w:p>
      <w:r>
        <w:rPr>
          <w:b/>
        </w:rPr>
        <w:t xml:space="preserve">[56:21] </w:t>
      </w:r>
      <w:r>
        <w:t>rozana karna hai.</w:t>
      </w:r>
    </w:p>
    <w:p>
      <w:pPr>
        <w:jc w:val="right"/>
      </w:pPr>
      <w:r>
        <w:t>روزانہ کرنا ہے۔</w:t>
      </w:r>
    </w:p>
    <w:p>
      <w:r>
        <w:rPr>
          <w:b/>
        </w:rPr>
        <w:t xml:space="preserve">[56:26] </w:t>
      </w:r>
      <w:r>
        <w:t>jab aap ke andar nafrat ka jazba bharke to wahan aap ko ram karna hai.</w:t>
      </w:r>
    </w:p>
    <w:p>
      <w:pPr>
        <w:jc w:val="right"/>
      </w:pPr>
      <w:r>
        <w:t>جب آپ کے اندر نفرت کا جذبہ بھڑکے تو وہاں آپ کو رم کرنا ہے۔</w:t>
      </w:r>
    </w:p>
    <w:p>
      <w:r>
        <w:rPr>
          <w:b/>
        </w:rPr>
        <w:t xml:space="preserve">[56:30] </w:t>
      </w:r>
      <w:r>
        <w:t>jab aap ke andar ghusa bharke to wahan aap ko ram karna hai.</w:t>
      </w:r>
    </w:p>
    <w:p>
      <w:pPr>
        <w:jc w:val="right"/>
      </w:pPr>
      <w:r>
        <w:t>جب آپ کے اندر غصہ بھڑکے تو وہاں آپ کو رم کرنا ہے۔</w:t>
      </w:r>
    </w:p>
    <w:p>
      <w:r>
        <w:rPr>
          <w:b/>
        </w:rPr>
        <w:t xml:space="preserve">[56:34] </w:t>
      </w:r>
      <w:r>
        <w:t>jab aap ke andar interest bharke to wahan aap ko ram karna hai. jab</w:t>
      </w:r>
    </w:p>
    <w:p>
      <w:pPr>
        <w:jc w:val="right"/>
      </w:pPr>
      <w:r>
        <w:t>جب آپ کے اندر انٹرسٹ بھڑکے تو وہاں آپ کو رم کرنا ہے۔ جب</w:t>
      </w:r>
    </w:p>
    <w:p>
      <w:r>
        <w:rPr>
          <w:b/>
        </w:rPr>
        <w:t xml:space="preserve">[56:39] </w:t>
      </w:r>
      <w:r>
        <w:t>aap ko aisi cheezein dil mein paida kare shaitan ke aap paisa ko waste karein, time ko waste</w:t>
      </w:r>
    </w:p>
    <w:p>
      <w:pPr>
        <w:jc w:val="right"/>
      </w:pPr>
      <w:r>
        <w:t>آپ کو ایسی چیزیں دل میں پیدا کرے شیطان کہ آپ پیسہ کو ویسٹ کریں، ٹائم کو ویسٹ</w:t>
      </w:r>
    </w:p>
    <w:p>
      <w:r>
        <w:rPr>
          <w:b/>
        </w:rPr>
        <w:t xml:space="preserve">[56:45] </w:t>
      </w:r>
      <w:r>
        <w:t>karein, jhoote takallufon, jhoote takallufat mein apne aap ko zaya karein, to wahan par ram karne ka waqt aa gaya.</w:t>
      </w:r>
    </w:p>
    <w:p>
      <w:pPr>
        <w:jc w:val="right"/>
      </w:pPr>
      <w:r>
        <w:t>کریں، جھوٹے تکلفوں، جھوٹے تکلفات میں اپنے آپ کو ضائع کریں، تو وہاں پر رم کرنے کا وقت آ گیا۔</w:t>
      </w:r>
    </w:p>
    <w:p>
      <w:r>
        <w:rPr>
          <w:b/>
        </w:rPr>
        <w:t xml:space="preserve">[56:51] </w:t>
      </w:r>
      <w:r>
        <w:t>jab yeh aap ke andar jazba ubhre ke mujhe ab dunya ko acha banana hai, doosron se acha</w:t>
      </w:r>
    </w:p>
    <w:p>
      <w:pPr>
        <w:jc w:val="right"/>
      </w:pPr>
      <w:r>
        <w:t>جب یہ آپ کے اندر جذبہ ابھرے کہ مجھے اب دنیا کو اچھا بنانا ہے، دوسروں سے اچھا</w:t>
      </w:r>
    </w:p>
    <w:p>
      <w:r>
        <w:rPr>
          <w:b/>
        </w:rPr>
        <w:t xml:space="preserve">[56:57] </w:t>
      </w:r>
      <w:r>
        <w:t>mustaqbil banana hai, aur akhirat bhool jayein.</w:t>
      </w:r>
    </w:p>
    <w:p>
      <w:pPr>
        <w:jc w:val="right"/>
      </w:pPr>
      <w:r>
        <w:t>مستقبل بنانا ہے، اور آخرت بھول جائیں۔</w:t>
      </w:r>
    </w:p>
    <w:p>
      <w:r>
        <w:rPr>
          <w:b/>
        </w:rPr>
        <w:t xml:space="preserve">[57:03] </w:t>
      </w:r>
      <w:r>
        <w:t>jab akhirat ko</w:t>
      </w:r>
    </w:p>
    <w:p>
      <w:pPr>
        <w:jc w:val="right"/>
      </w:pPr>
      <w:r>
        <w:t>جب آخرت کو</w:t>
      </w:r>
    </w:p>
    <w:p>
      <w:r>
        <w:rPr>
          <w:b/>
        </w:rPr>
        <w:t xml:space="preserve">[57:09] </w:t>
      </w:r>
      <w:r>
        <w:t>bhool kar ke aap dunya mein lagne lagein to wahan par aap ko shaitan ko ram karne ka</w:t>
      </w:r>
    </w:p>
    <w:p>
      <w:pPr>
        <w:jc w:val="right"/>
      </w:pPr>
      <w:r>
        <w:t>بھول کر کے آپ دنیا میں لگنے لگیں تو وہاں پر آپ کو شیطان کو رم کرنے کا</w:t>
      </w:r>
    </w:p>
    <w:p>
      <w:r>
        <w:rPr>
          <w:b/>
        </w:rPr>
        <w:t xml:space="preserve">[57:13] </w:t>
      </w:r>
      <w:r>
        <w:t>waqt aa gaya.</w:t>
      </w:r>
    </w:p>
    <w:p>
      <w:pPr>
        <w:jc w:val="right"/>
      </w:pPr>
      <w:r>
        <w:t>وقت آ گیا۔</w:t>
      </w:r>
    </w:p>
    <w:p>
      <w:r>
        <w:rPr>
          <w:b/>
        </w:rPr>
        <w:t xml:space="preserve">[57:18] </w:t>
      </w:r>
      <w:r>
        <w:t>jab khuda ke aage surrender karna aur khuda ke liye itraf karna, ya aap bhool rahe hon aur</w:t>
      </w:r>
    </w:p>
    <w:p>
      <w:pPr>
        <w:jc w:val="right"/>
      </w:pPr>
      <w:r>
        <w:t>جب خدا کے آگے سرنڈر کرنا اور خدا کے لیے اعتراف کرنا، یا آپ بھول رہے ہوں اور</w:t>
      </w:r>
    </w:p>
    <w:p>
      <w:r>
        <w:rPr>
          <w:b/>
        </w:rPr>
        <w:t xml:space="preserve">[57:22] </w:t>
      </w:r>
      <w:r>
        <w:t>aap be-itrafi ki taraf jaane lagein, yani acknowledge na karein kisi ka aur itraf na karein kisi</w:t>
      </w:r>
    </w:p>
    <w:p>
      <w:pPr>
        <w:jc w:val="right"/>
      </w:pPr>
      <w:r>
        <w:t>آپ بے اعترافی کی طرف جانے لگیں، یعنی اکنالج نہ کریں کسی کا اور اعتراف نہ کریں کسی</w:t>
      </w:r>
    </w:p>
    <w:p>
      <w:r>
        <w:rPr>
          <w:b/>
        </w:rPr>
        <w:t xml:space="preserve">[57:27] </w:t>
      </w:r>
      <w:r>
        <w:t>ka, to wahan shaitan ghusa hai aap ke andar.</w:t>
      </w:r>
    </w:p>
    <w:p>
      <w:pPr>
        <w:jc w:val="right"/>
      </w:pPr>
      <w:r>
        <w:t>کا، تو وہاں شیطان گھسا ہے آپ کے اندر۔</w:t>
      </w:r>
    </w:p>
    <w:p>
      <w:r>
        <w:rPr>
          <w:b/>
        </w:rPr>
        <w:t xml:space="preserve">[57:32] </w:t>
      </w:r>
      <w:r>
        <w:t>to wahan ab aap ko ko kankri marna hai.</w:t>
      </w:r>
    </w:p>
    <w:p>
      <w:pPr>
        <w:jc w:val="right"/>
      </w:pPr>
      <w:r>
        <w:t>تو وہاں اب آپ کو کو کنکری مارنا ہے۔</w:t>
      </w:r>
    </w:p>
    <w:p>
      <w:r>
        <w:rPr>
          <w:b/>
        </w:rPr>
        <w:t xml:space="preserve">[57:36] </w:t>
      </w:r>
      <w:r>
        <w:t>shaitan ko bhagana hai.</w:t>
      </w:r>
    </w:p>
    <w:p>
      <w:pPr>
        <w:jc w:val="right"/>
      </w:pPr>
      <w:r>
        <w:t>شیطان کو بھگانا ہے۔</w:t>
      </w:r>
    </w:p>
    <w:p>
      <w:r>
        <w:rPr>
          <w:b/>
        </w:rPr>
        <w:t xml:space="preserve">[57:41] </w:t>
      </w:r>
      <w:r>
        <w:t>to apne mind ko active rakhna hai, tab aap shaitan ko rami kar painge.</w:t>
      </w:r>
    </w:p>
    <w:p>
      <w:pPr>
        <w:jc w:val="right"/>
      </w:pPr>
      <w:r>
        <w:t>تو اپنے مائنڈ کو ایکٹیو رکھنا ہے، تب آپ شیطان کو رمی کر پائیں گے۔</w:t>
      </w:r>
    </w:p>
    <w:p>
      <w:r>
        <w:rPr>
          <w:b/>
        </w:rPr>
        <w:t xml:space="preserve">[57:45] </w:t>
      </w:r>
      <w:r>
        <w:t>wahan to aap ne hath ko josh di aur kankri ja ke lag gayi shaitan ko.</w:t>
      </w:r>
    </w:p>
    <w:p>
      <w:pPr>
        <w:jc w:val="right"/>
      </w:pPr>
      <w:r>
        <w:t>وہاں تو آپ نے ہاتھ کو جوش دی اور کنکری جا کے لگ گئی شیطان کو۔</w:t>
      </w:r>
    </w:p>
    <w:p>
      <w:r>
        <w:rPr>
          <w:b/>
        </w:rPr>
        <w:t xml:space="preserve">[57:49] </w:t>
      </w:r>
      <w:r>
        <w:t>yahan aap ne mind ko active karna hai.</w:t>
      </w:r>
    </w:p>
    <w:p>
      <w:pPr>
        <w:jc w:val="right"/>
      </w:pPr>
      <w:r>
        <w:t>یہاں آپ نے مائنڈ کو ایکٹیو کرنا ہے۔</w:t>
      </w:r>
    </w:p>
    <w:p>
      <w:r>
        <w:rPr>
          <w:b/>
        </w:rPr>
        <w:t xml:space="preserve">[57:54] </w:t>
      </w:r>
      <w:r>
        <w:t>apni soch ko active karna hai.</w:t>
      </w:r>
    </w:p>
    <w:p>
      <w:pPr>
        <w:jc w:val="right"/>
      </w:pPr>
      <w:r>
        <w:t>اپنی سوچ کو ایکٹیو کرنا ہے۔</w:t>
      </w:r>
    </w:p>
    <w:p>
      <w:r>
        <w:rPr>
          <w:b/>
        </w:rPr>
        <w:t xml:space="preserve">[57:58] </w:t>
      </w:r>
      <w:r>
        <w:t>yahan par intellectual awakening ke zariye aap shaitan ko bhaga sakte hain apne andar se.</w:t>
      </w:r>
    </w:p>
    <w:p>
      <w:pPr>
        <w:jc w:val="right"/>
      </w:pPr>
      <w:r>
        <w:t>یہاں پر انٹلیکچول اویکننگ کے ذریعے آپ شیطان کو بھگا سکتے ہیں اپنے اندر سے۔</w:t>
      </w:r>
    </w:p>
    <w:p>
      <w:r>
        <w:rPr>
          <w:b/>
        </w:rPr>
        <w:t xml:space="preserve">[58:02] </w:t>
      </w:r>
      <w:r>
        <w:t>yeh hai asli haj.</w:t>
      </w:r>
    </w:p>
    <w:p>
      <w:pPr>
        <w:jc w:val="right"/>
      </w:pPr>
      <w:r>
        <w:t>یہ ہے اصلی حج۔</w:t>
      </w:r>
    </w:p>
    <w:p>
      <w:r>
        <w:rPr>
          <w:b/>
        </w:rPr>
        <w:t xml:space="preserve">[58:07] </w:t>
      </w:r>
      <w:r>
        <w:t>ke symbolic stoning ko aap</w:t>
      </w:r>
    </w:p>
    <w:p>
      <w:pPr>
        <w:jc w:val="right"/>
      </w:pPr>
      <w:r>
        <w:t>کہ سمبالک اسٹوننگ کو آپ</w:t>
      </w:r>
    </w:p>
    <w:p>
      <w:r>
        <w:rPr>
          <w:b/>
        </w:rPr>
        <w:t xml:space="preserve">[58:11] </w:t>
      </w:r>
      <w:r>
        <w:t>real stoning banayein.</w:t>
      </w:r>
    </w:p>
    <w:p>
      <w:pPr>
        <w:jc w:val="right"/>
      </w:pPr>
      <w:r>
        <w:t>ریئل اسٹوننگ بنائیں۔</w:t>
      </w:r>
    </w:p>
    <w:p>
      <w:r>
        <w:rPr>
          <w:b/>
        </w:rPr>
        <w:t xml:space="preserve">[58:15] </w:t>
      </w:r>
      <w:r>
        <w:t>aur woh aap ko apni daily life mein banana hai.</w:t>
      </w:r>
    </w:p>
    <w:p>
      <w:pPr>
        <w:jc w:val="right"/>
      </w:pPr>
      <w:r>
        <w:t>اور وہ آپ کو اپنی ڈیلی لائف میں بنانا ہے۔</w:t>
      </w:r>
    </w:p>
    <w:p>
      <w:r>
        <w:rPr>
          <w:b/>
        </w:rPr>
        <w:t xml:space="preserve">[58:19] </w:t>
      </w:r>
      <w:r>
        <w:t>daily life mein.</w:t>
      </w:r>
    </w:p>
    <w:p>
      <w:pPr>
        <w:jc w:val="right"/>
      </w:pPr>
      <w:r>
        <w:t>ڈیلی لائف میں۔</w:t>
      </w:r>
    </w:p>
    <w:p>
      <w:r>
        <w:rPr>
          <w:b/>
        </w:rPr>
        <w:t xml:space="preserve">[58:24] </w:t>
      </w:r>
      <w:r>
        <w:t>symbolic tor par aap ne ehram bandha.</w:t>
      </w:r>
    </w:p>
    <w:p>
      <w:pPr>
        <w:jc w:val="right"/>
      </w:pPr>
      <w:r>
        <w:t>سمبالک طور پر آپ نے احرام باندھا۔</w:t>
      </w:r>
    </w:p>
    <w:p>
      <w:r>
        <w:rPr>
          <w:b/>
        </w:rPr>
        <w:t xml:space="preserve">[58:28] </w:t>
      </w:r>
      <w:r>
        <w:t>isko daily life mein aap is tarah banayein ke aap apni life ko saada kar lein.</w:t>
      </w:r>
    </w:p>
    <w:p>
      <w:pPr>
        <w:jc w:val="right"/>
      </w:pPr>
      <w:r>
        <w:t>اس کو ڈیلی لائف میں آپ اس طرح بنائیں کہ آپ اپنی لائف کو سادہ کر لیں۔</w:t>
      </w:r>
    </w:p>
    <w:p>
      <w:r>
        <w:rPr>
          <w:b/>
        </w:rPr>
        <w:t xml:space="preserve">[58:32] </w:t>
      </w:r>
      <w:r>
        <w:t>to achi tarah samajh lijiye ke haj ka ek shakal hai ke isko, isko masail ke</w:t>
      </w:r>
    </w:p>
    <w:p>
      <w:pPr>
        <w:jc w:val="right"/>
      </w:pPr>
      <w:r>
        <w:t>تو اچھی طرح سمجھ لیجیے کہ حج کا ایک شکل ہے کہ اس کو، اس کو مسائل کے</w:t>
      </w:r>
    </w:p>
    <w:p>
      <w:r>
        <w:rPr>
          <w:b/>
        </w:rPr>
        <w:t xml:space="preserve">[58:37] </w:t>
      </w:r>
      <w:r>
        <w:t>aitbar se ada kiya jaye. Lekin asli</w:t>
      </w:r>
    </w:p>
    <w:p>
      <w:pPr>
        <w:jc w:val="right"/>
      </w:pPr>
      <w:r>
        <w:t>اعتبار سے ادا کیا جائے۔ لیکن اصلی</w:t>
      </w:r>
    </w:p>
    <w:p>
      <w:r>
        <w:rPr>
          <w:b/>
        </w:rPr>
        <w:t xml:space="preserve">[58:41] </w:t>
      </w:r>
      <w:r>
        <w:t>hajj yeh hai ke aap us ki spirit ke aitbar se ada karein. aur spirit poori zindagi mein chha jaye. hajj ki spirit aap ki poori zindagi mein shamil ho jaye. aqool qawli hadha wastaghfirullah alaikum ajmaeen.</w:t>
      </w:r>
    </w:p>
    <w:p>
      <w:pPr>
        <w:jc w:val="right"/>
      </w:pPr>
      <w:r>
        <w:t>حج یہ ہے کہ آپ اس کی اسپرٹ کے اعتبار سے ادا کریں۔ اور اسپرٹ پوری زندگی میں چھا جائے۔ حج کی اسپرٹ آپ کی پوری زندگی میں شامل ہو جائے۔ اقول قولیھذا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