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and Form in Islam</w:t>
      </w:r>
    </w:p>
    <w:p>
      <w:r>
        <w:t>https://www.youtube.com/watch?v=frQuKwqtHiU</w:t>
      </w:r>
    </w:p>
    <w:p>
      <w:r>
        <w:rPr>
          <w:b/>
        </w:rPr>
        <w:t xml:space="preserve">[00:13] </w:t>
      </w:r>
      <w:r>
        <w:t>rab ishrah li sadri wa yassir li amri wahd ul uqdatan min lisani yafqahu qawli.</w:t>
      </w:r>
    </w:p>
    <w:p>
      <w:pPr>
        <w:jc w:val="right"/>
      </w:pPr>
      <w:r>
        <w:t>رب اشرح لی صدری ویسر لی امری واحل العقدۃ من لسانی یفقہ قولی۔</w:t>
      </w:r>
    </w:p>
    <w:p>
      <w:r>
        <w:rPr>
          <w:b/>
        </w:rPr>
        <w:t xml:space="preserve">[00:27] </w:t>
      </w:r>
      <w:r>
        <w:t>aaj ki talk ke liye jo theme hai woh hai</w:t>
      </w:r>
    </w:p>
    <w:p>
      <w:pPr>
        <w:jc w:val="right"/>
      </w:pPr>
      <w:r>
        <w:t>آج کی ٹاک کے لیے جو تھیم ہے وہ ہے</w:t>
      </w:r>
    </w:p>
    <w:p>
      <w:r>
        <w:rPr>
          <w:b/>
        </w:rPr>
        <w:t xml:space="preserve">[00:37] </w:t>
      </w:r>
      <w:r>
        <w:t>"spirit and form in islam".</w:t>
      </w:r>
    </w:p>
    <w:p>
      <w:pPr>
        <w:jc w:val="right"/>
      </w:pPr>
      <w:r>
        <w:t>"Spirit and Form in Islam"۔</w:t>
      </w:r>
    </w:p>
    <w:p>
      <w:r>
        <w:rPr>
          <w:b/>
        </w:rPr>
        <w:t xml:space="preserve">[00:48] </w:t>
      </w:r>
      <w:r>
        <w:t>"spirit and form in islam".</w:t>
      </w:r>
    </w:p>
    <w:p>
      <w:pPr>
        <w:jc w:val="right"/>
      </w:pPr>
      <w:r>
        <w:t>"Spirit and Form in Islam"۔ دیکھئے ایک ریلیجس اسکالر نے کہا ہے کہ "Every religion begins as an ideology but after some generations it is reduced to a culture"۔</w:t>
      </w:r>
    </w:p>
    <w:p>
      <w:r>
        <w:rPr>
          <w:b/>
        </w:rPr>
        <w:t xml:space="preserve">[01:17] </w:t>
      </w:r>
      <w:r>
        <w:t>har mazhab jab shuru hota hai to woh aik nazariya hota hai lekin baad ko ghat kar woh sirf culture ban jata hai.</w:t>
      </w:r>
    </w:p>
    <w:p>
      <w:pPr>
        <w:jc w:val="right"/>
      </w:pPr>
      <w:r>
        <w:t>ہر مذہب جب شروع ہوتا ہے تو وہ ایک نظریہ ہوتا ہے لیکن بعد کو گھٹ کر وہ صرف کلچر بن جاتا ہے۔</w:t>
      </w:r>
    </w:p>
    <w:p>
      <w:r>
        <w:rPr>
          <w:b/>
        </w:rPr>
        <w:t xml:space="preserve">[01:29] </w:t>
      </w:r>
      <w:r>
        <w:t>dekhiye yeh aik bohat zyada common phenomena hai mazhab ki duniya mein.</w:t>
      </w:r>
    </w:p>
    <w:p>
      <w:pPr>
        <w:jc w:val="right"/>
      </w:pPr>
      <w:r>
        <w:t>دیکھئے یہ ایک بہت زیادہ کامن فینامینا ہے مذہب کی دنیا میں۔</w:t>
      </w:r>
    </w:p>
    <w:p>
      <w:r>
        <w:rPr>
          <w:b/>
        </w:rPr>
        <w:t xml:space="preserve">[01:40] </w:t>
      </w:r>
      <w:r>
        <w:t>even islam is not an exception in this regard</w:t>
      </w:r>
    </w:p>
    <w:p>
      <w:pPr>
        <w:jc w:val="right"/>
      </w:pPr>
      <w:r>
        <w:t>Even Islam is not an exception in this regard</w:t>
      </w:r>
    </w:p>
    <w:p>
      <w:r>
        <w:rPr>
          <w:b/>
        </w:rPr>
        <w:t xml:space="preserve">[01:47] </w:t>
      </w:r>
      <w:r>
        <w:t>aur is ka saboot yeh hai ke "prophet of islam has said" in a very clear word</w:t>
      </w:r>
    </w:p>
    <w:p>
      <w:pPr>
        <w:jc w:val="right"/>
      </w:pPr>
      <w:r>
        <w:t>اور اس کا ثبوت یہ ہے کہ "Prophet of Islam has said" in a very clear word</w:t>
      </w:r>
    </w:p>
    <w:p>
      <w:r>
        <w:rPr>
          <w:b/>
        </w:rPr>
        <w:t xml:space="preserve">[01:58] </w:t>
      </w:r>
      <w:r>
        <w:t>ke later period of islamic history mein kya hoga. dekhiye hadith mein bohat si hadithien hain hadith ki kitabon mein jo baad ke zamane ke liye prediction hain.</w:t>
      </w:r>
    </w:p>
    <w:p>
      <w:pPr>
        <w:jc w:val="right"/>
      </w:pPr>
      <w:r>
        <w:t>کہ later period of Islamic history میں کیا ہوگا۔ دیکھئے حدیث میں بہت سی حدیثیں ہیں حدیث کی کتابوں میں جو بعد کے زمانے کے لیے prediction ہیں۔</w:t>
      </w:r>
    </w:p>
    <w:p>
      <w:r>
        <w:rPr>
          <w:b/>
        </w:rPr>
        <w:t xml:space="preserve">[02:17] </w:t>
      </w:r>
      <w:r>
        <w:t>yeh hadithien aap parh sakte hain kitab al fitan mein. hadithon mein aik hota hai fitan ka bab yani us zamane ke bare mein jo baad ko aye ga aur bigra hua zamana hoga.</w:t>
      </w:r>
    </w:p>
    <w:p>
      <w:pPr>
        <w:jc w:val="right"/>
      </w:pPr>
      <w:r>
        <w:t>یہ حدیثیں آپ پڑھ سکتے ہیں کتاب الفتن میں۔ حدیثوں میں ایک ہوتا ہے فتن کا باب یعنی اس زمانے کے بارے میں جو بعد کو آئے گا اور بگڑا ہوا زمانہ ہوگا۔</w:t>
      </w:r>
    </w:p>
    <w:p>
      <w:r>
        <w:rPr>
          <w:b/>
        </w:rPr>
        <w:t xml:space="preserve">[02:34] </w:t>
      </w:r>
      <w:r>
        <w:t>to aap jante hain ke jo log bhi hadith parhi hai jinhone woh jante hain ke har hadith mein aik kitab al fitan hota hai. yani baad ke bigar ke zamane mein kya hoga us ke bare mein prediction rasool allah (s.a.w.) ka.</w:t>
      </w:r>
    </w:p>
    <w:p>
      <w:pPr>
        <w:jc w:val="right"/>
      </w:pPr>
      <w:r>
        <w:t>تو آپ جانتے ہیں کہ جو لوگ بھی حدیث پڑھی ہے جنہوں نے وہ جانتے ہیں کہ ہر حدیث میں ایک کتاب الفتن ہوتا ہے۔ یعنی بعد کے بگاڑ کے زمانے میں کیا ہوگا اس کے بارے میں prediction رسول اللہ صلى الله عليه وسلم کا۔</w:t>
      </w:r>
    </w:p>
    <w:p>
      <w:r>
        <w:rPr>
          <w:b/>
        </w:rPr>
        <w:t xml:space="preserve">[02:51] </w:t>
      </w:r>
      <w:r>
        <w:t>isi mein se aik hadith yeh hai: "lam yabqa min al islami illa ismuhu wa lam yabqa min al qurani illa rasmuhu masajiduhu muamaratun wa hiya kharabun min al huda".</w:t>
      </w:r>
    </w:p>
    <w:p>
      <w:pPr>
        <w:jc w:val="right"/>
      </w:pPr>
      <w:r>
        <w:t>اسی میں سے ایک حدیث یہ ہے: "لم یبق من الاسلام الا اسمہ ولم یبق من القرآن الا رسمہ مساجده معامرة وحی اخراب من الہدی"۔</w:t>
      </w:r>
    </w:p>
    <w:p>
      <w:r>
        <w:rPr>
          <w:b/>
        </w:rPr>
        <w:t xml:space="preserve">[03:09] </w:t>
      </w:r>
      <w:r>
        <w:t>is ka matlab yeh hai ke baad ke zamane mein aisa hoga ke quran ka sirf</w:t>
      </w:r>
    </w:p>
    <w:p>
      <w:pPr>
        <w:jc w:val="right"/>
      </w:pPr>
      <w:r>
        <w:t>اس کا مطلب یہ ہے کہ بعد کے زمانے میں ایسا ہوگا کہ قرآن کا صرف</w:t>
      </w:r>
    </w:p>
    <w:p>
      <w:r>
        <w:rPr>
          <w:b/>
        </w:rPr>
        <w:t xml:space="preserve">[03:22] </w:t>
      </w:r>
      <w:r>
        <w:t>rasm baqi rahega yani us ki likhawat. likha rahega lekin us ki maani ghayab ho chuki hogi.</w:t>
      </w:r>
    </w:p>
    <w:p>
      <w:pPr>
        <w:jc w:val="right"/>
      </w:pPr>
      <w:r>
        <w:t>رسم باقی رہے گا یعنی اس کی لکھاوٹ۔ لکھا رہے گا لیکن اس کی معنی غائب ہو چکی ہوگی۔</w:t>
      </w:r>
    </w:p>
    <w:p>
      <w:r>
        <w:rPr>
          <w:b/>
        </w:rPr>
        <w:t xml:space="preserve">[03:33] </w:t>
      </w:r>
      <w:r>
        <w:t>isi tarah se islam ka sirf naam rahega aur islam ki jo reality hai woh disappear ho chuki hogi.</w:t>
      </w:r>
    </w:p>
    <w:p>
      <w:pPr>
        <w:jc w:val="right"/>
      </w:pPr>
      <w:r>
        <w:t>اسی طرح سے اسلام کا صرف نام رہے گا اور اسلام کی جو reality ہے وہ disappear ہو چکی ہوگی۔</w:t>
      </w:r>
    </w:p>
    <w:p>
      <w:r>
        <w:rPr>
          <w:b/>
        </w:rPr>
        <w:t xml:space="preserve">[03:45] </w:t>
      </w:r>
      <w:r>
        <w:t>phir aik misaal is ki di. kya kya hoga kya kya hoga is ki aik misaal ke "masajiduhu muamaratun wa hiya kharabun min al huda" ke masjidien namaziyon se bhari hongi.</w:t>
      </w:r>
    </w:p>
    <w:p>
      <w:pPr>
        <w:jc w:val="right"/>
      </w:pPr>
      <w:r>
        <w:t>پھر ایک مثال اس کی دی۔ کیا کیا ہوگا کیا کیا ہوگا اس کی ایک مثال کہ "مساجده معامرة وحی اخراب من الہدی" کہ مسجدیں نمازیوں سے بھری ہوں گی۔</w:t>
      </w:r>
    </w:p>
    <w:p>
      <w:r>
        <w:rPr>
          <w:b/>
        </w:rPr>
        <w:t xml:space="preserve">[03:59] </w:t>
      </w:r>
      <w:r>
        <w:t>kisi ajeeb baat hai dekhiye masjidein namaziyon se bhari hongi lekin woh hidayat se khali hongi.</w:t>
      </w:r>
    </w:p>
    <w:p>
      <w:pPr>
        <w:jc w:val="right"/>
      </w:pPr>
      <w:r>
        <w:t>کیسی عجیب بات ہے دیکھئے مسجدیں نمازیوں سے بھری ہوں گی لیکن وہ ہدایت سے خالی ہوں گی۔</w:t>
      </w:r>
    </w:p>
    <w:p>
      <w:r>
        <w:rPr>
          <w:b/>
        </w:rPr>
        <w:t xml:space="preserve">[04:10] </w:t>
      </w:r>
      <w:r>
        <w:t>yeh na samjhiye ke masjid mein namaziyon ki bheed ho to Islam apni taraqqi ki halat mein hai. Namaziyon ki bheed ka naam iqamat-e-salat nahi hai.</w:t>
      </w:r>
    </w:p>
    <w:p>
      <w:pPr>
        <w:jc w:val="right"/>
      </w:pPr>
      <w:r>
        <w:t>یہ نہ سمجھیئے کہ مسجد میں نمازیوں کی بھیڑ ہو تو اسلام اپنی ترقی کی حالت میں ہے۔ نمازیوں کی بھیڑ کا نام اقامت صلاۃ نہیں ہے۔</w:t>
      </w:r>
    </w:p>
    <w:p>
      <w:r>
        <w:rPr>
          <w:b/>
        </w:rPr>
        <w:t xml:space="preserve">[04:25] </w:t>
      </w:r>
      <w:r>
        <w:t>iqamat-e-salat naam hai iqamat-e-spirit ka, iqamat-e-rooh ka, iqamat-e-khushu ka, iqamat-e-taqwa ka.</w:t>
      </w:r>
    </w:p>
    <w:p>
      <w:pPr>
        <w:jc w:val="right"/>
      </w:pPr>
      <w:r>
        <w:t>اقامت صلاۃ نام ہے اقامت اسپرٹ کا، اقامت روح کا، اقامت خشوع کا، اقامت تقویٰ کا۔</w:t>
      </w:r>
    </w:p>
    <w:p>
      <w:r>
        <w:rPr>
          <w:b/>
        </w:rPr>
        <w:t xml:space="preserve">[04:35] </w:t>
      </w:r>
      <w:r>
        <w:t>yeh hai to farmaya ke is zamane mein jab ke bigaad aayega to "masajiduhum aamirah wa hiya kharabah min al-huda" ke un ki masjidien bhari hongi namaziyon se lekin hidayat se khali hongi.</w:t>
      </w:r>
    </w:p>
    <w:p>
      <w:pPr>
        <w:jc w:val="right"/>
      </w:pPr>
      <w:r>
        <w:t>یہ ہے۔ تو فرمایا کہ اس زمانے میں جب کہ بگاڑ آئے گا تو "مساجده معامرة وحی اخراب من الہدی" کہ ان کی مسجدیں بھری ہوں گی نمازیوں سے لیکن ہدایت سے خالی ہوں گی۔</w:t>
      </w:r>
    </w:p>
    <w:p>
      <w:r>
        <w:rPr>
          <w:b/>
        </w:rPr>
        <w:t xml:space="preserve">[04:52] </w:t>
      </w:r>
      <w:r>
        <w:t>uthne baithne wali namaz hogi, rituals wali namaz hogi, lip service wali namaz hogi. Is ki is namaz ki Khuda ko zaroorat nahi hai.</w:t>
      </w:r>
    </w:p>
    <w:p>
      <w:pPr>
        <w:jc w:val="right"/>
      </w:pPr>
      <w:r>
        <w:t>اٹھنے بیٹھنے والی نماز ہوگی، rituals والی نماز ہوگی، lip service والی نماز ہوگی۔ اس کی اس نماز کی خدا کو ضرورت نہیں ہے۔</w:t>
      </w:r>
    </w:p>
    <w:p>
      <w:r>
        <w:rPr>
          <w:b/>
        </w:rPr>
        <w:t xml:space="preserve">[05:04] </w:t>
      </w:r>
      <w:r>
        <w:t>Quran mein dekhiye saaf saaf hai ke "waylun lil musallin alladhina hum an salahim saahun". Aap dekhiye ke namaz ke bare mein farmaya ke kharabi hai un namaziyon ke liye jo namaz padhte hain halat-e-sahw mein.</w:t>
      </w:r>
    </w:p>
    <w:p>
      <w:pPr>
        <w:jc w:val="right"/>
      </w:pPr>
      <w:r>
        <w:t>قرآن میں دیکھئے صاف صاف ہے کہ "وَيَلُوْنِ لِلْمُسَلِّينَ الَّذِينَ هُمْ مَنْصِرَاتِهِمْ سَاهُونَ"۔ آپ دیکھئے کہ نماز کے بارے میں فرمایا کہ خرابی ہے ان نمازیوں کے لیے جو نماز پڑھتے ہیں حالت سہو میں۔</w:t>
      </w:r>
    </w:p>
    <w:p>
      <w:r>
        <w:rPr>
          <w:b/>
        </w:rPr>
        <w:t xml:space="preserve">[05:24] </w:t>
      </w:r>
      <w:r>
        <w:t>andar se sahw hai, sahw kya hai? Ghaflat. Yani matlab spirit khali hai aur uska dhancha dehra rahe hain.</w:t>
      </w:r>
    </w:p>
    <w:p>
      <w:pPr>
        <w:jc w:val="right"/>
      </w:pPr>
      <w:r>
        <w:t>اندر سے سہو ہے، سہو کیا ہے؟ غفلت۔ یعنی مطلب اسپرٹ خالی ہے اور اس کا ڈھانچہ دہرا رہے ہیں۔</w:t>
      </w:r>
    </w:p>
    <w:p>
      <w:r>
        <w:rPr>
          <w:b/>
        </w:rPr>
        <w:t xml:space="preserve">[05:36] </w:t>
      </w:r>
      <w:r>
        <w:t>to in ke liye well hai,</w:t>
      </w:r>
    </w:p>
    <w:p>
      <w:pPr>
        <w:jc w:val="right"/>
      </w:pPr>
      <w:r>
        <w:t>تو ان کے لیے ویل ہے،</w:t>
      </w:r>
    </w:p>
    <w:p>
      <w:r>
        <w:rPr>
          <w:b/>
        </w:rPr>
        <w:t xml:space="preserve">[05:38] </w:t>
      </w:r>
      <w:r>
        <w:t>kharabi hai. to dekhiye</w:t>
      </w:r>
    </w:p>
    <w:p>
      <w:pPr>
        <w:jc w:val="right"/>
      </w:pPr>
      <w:r>
        <w:t>خرابی ہے۔ تو دیکھئے</w:t>
      </w:r>
    </w:p>
    <w:p>
      <w:r>
        <w:rPr>
          <w:b/>
        </w:rPr>
        <w:t xml:space="preserve">[05:44] </w:t>
      </w:r>
      <w:r>
        <w:t>mazhab ki history bhi yahi batati hai aur khud rasool Allah (SAW) ne yeh farmaya</w:t>
      </w:r>
    </w:p>
    <w:p>
      <w:pPr>
        <w:jc w:val="right"/>
      </w:pPr>
      <w:r>
        <w:t>مذہب کی history بھی یہی بتاتی ہے اور خود رسول اللہ صلى الله عليه وسلم نے یہ فرمایا</w:t>
      </w:r>
    </w:p>
    <w:p>
      <w:r>
        <w:rPr>
          <w:b/>
        </w:rPr>
        <w:t xml:space="preserve">[05:51] </w:t>
      </w:r>
      <w:r>
        <w:t>ke baad ke zamane mein kya hoga</w:t>
      </w:r>
    </w:p>
    <w:p>
      <w:pPr>
        <w:jc w:val="right"/>
      </w:pPr>
      <w:r>
        <w:t>کہ بعد کے زمانے میں کیا ہوگا</w:t>
      </w:r>
    </w:p>
    <w:p>
      <w:r>
        <w:rPr>
          <w:b/>
        </w:rPr>
        <w:t xml:space="preserve">[05:55] </w:t>
      </w:r>
      <w:r>
        <w:t>ke "The spirit of Islam will disappear</w:t>
      </w:r>
    </w:p>
    <w:p>
      <w:pPr>
        <w:jc w:val="right"/>
      </w:pPr>
      <w:r>
        <w:t>کہ "The spirit of Islam will disappear</w:t>
      </w:r>
    </w:p>
    <w:p>
      <w:r>
        <w:rPr>
          <w:b/>
        </w:rPr>
        <w:t xml:space="preserve">[06:02] </w:t>
      </w:r>
      <w:r>
        <w:t>only form will remain".</w:t>
      </w:r>
    </w:p>
    <w:p>
      <w:pPr>
        <w:jc w:val="right"/>
      </w:pPr>
      <w:r>
        <w:t>only form will remain"۔</w:t>
      </w:r>
    </w:p>
    <w:p>
      <w:r>
        <w:rPr>
          <w:b/>
        </w:rPr>
        <w:t xml:space="preserve">[06:10] </w:t>
      </w:r>
      <w:r>
        <w:t>Islam ka ek spirit hai, Islam ka ek form hai. To spirit ghayab ho jayegi aur form baqi rahega. Jaise ke Quran mein hai qurbani ke bare mein.</w:t>
      </w:r>
    </w:p>
    <w:p>
      <w:pPr>
        <w:jc w:val="right"/>
      </w:pPr>
      <w:r>
        <w:t>اسلام کا ایک اسپرٹ ہے، اسلام کا ایک فارم ہے۔ تو اسپرٹ غائب ہو جائے گی اور فارم باقی رہے گا۔ جیسے کہ قرآن میں ہے قربانی کے بارے میں۔</w:t>
      </w:r>
    </w:p>
    <w:p>
      <w:r>
        <w:rPr>
          <w:b/>
        </w:rPr>
        <w:t xml:space="preserve">[06:25] </w:t>
      </w:r>
      <w:r>
        <w:t>Aap jante hain qurbani bohat bari cheez hai jo Hajj ke mauqe par di jati hai. Lekin Quran mein aaya hai ke "ke Khuda ko tumhari qurbani ka gosht aur khoon nahi pahunchta balkeh tumhara taqwa pahunchta hai".</w:t>
      </w:r>
    </w:p>
    <w:p>
      <w:pPr>
        <w:jc w:val="right"/>
      </w:pPr>
      <w:r>
        <w:t>آپ جانتے ہیں قربانی بہت بڑی چیز ہے جو حج کے موقع پر دی جاتی ہے۔ لیکن قرآن میں آیا ہے کہ "کہ خدا کو تمہاری قربانی کا گوشت اور خون نہیں پہنچتا بلکہ تمہارا تقویٰ پہنچتا ہے"۔</w:t>
      </w:r>
    </w:p>
    <w:p>
      <w:r>
        <w:rPr>
          <w:b/>
        </w:rPr>
        <w:t xml:space="preserve">[06:46] </w:t>
      </w:r>
      <w:r>
        <w:t>kisi ajeeb baat hai ke jo qurbani tum karte ho to uska gosht aur khoon har jaanwar kya hai?</w:t>
      </w:r>
    </w:p>
    <w:p>
      <w:pPr>
        <w:jc w:val="right"/>
      </w:pPr>
      <w:r>
        <w:t>کیسی عجیب بات ہے کہ جو قربانی تم کرتے ہو تو اس کا گوشت اور خون ہر جانور کیا ہے؟</w:t>
      </w:r>
    </w:p>
    <w:p>
      <w:r>
        <w:rPr>
          <w:b/>
        </w:rPr>
        <w:t xml:space="preserve">[06:57] </w:t>
      </w:r>
      <w:r>
        <w:t>gosht aur khoon ka combination hai. To farmaya ke gosht aur khoon nahi pahunchta. Jo cheez pahunchti hai Khuda ko woh tumhare dil ka taqwa hai.</w:t>
      </w:r>
    </w:p>
    <w:p>
      <w:pPr>
        <w:jc w:val="right"/>
      </w:pPr>
      <w:r>
        <w:t>گوشت اور خون کا combination ہے۔ تو فرمایا کہ گوشت اور خون نہیں پہنچتا۔ جو چیز پہنچتی ہے خدا کو وہ تمہارے دل کا تقویٰ ہے۔</w:t>
      </w:r>
    </w:p>
    <w:p>
      <w:r>
        <w:rPr>
          <w:b/>
        </w:rPr>
        <w:t xml:space="preserve">[07:07] </w:t>
      </w:r>
      <w:r>
        <w:t>yani form nahi pahunchta spirit pahunchti hai.</w:t>
      </w:r>
    </w:p>
    <w:p>
      <w:pPr>
        <w:jc w:val="right"/>
      </w:pPr>
      <w:r>
        <w:t>یعنی فارم نہیں پہنچتا اسپرٹ پہنچتی ہے۔</w:t>
      </w:r>
    </w:p>
    <w:p>
      <w:r>
        <w:rPr>
          <w:b/>
        </w:rPr>
        <w:t xml:space="preserve">[07:15] </w:t>
      </w:r>
      <w:r>
        <w:t>form nahi pahunchta spirit pahunchti hai. Isi tarah se Quran mein hai ke "Qad aflaha al mu'minun alladhina hum fi salatihim khashi'un".</w:t>
      </w:r>
    </w:p>
    <w:p>
      <w:pPr>
        <w:jc w:val="right"/>
      </w:pPr>
      <w:r>
        <w:t>فارم نہیں پہنچتا اسپرٹ پہنچتی ہے۔ اسی طرح سے قرآن میں ہے کہ "قد أفلح المؤمنون الذين هم في صلاتهم خاشعون"۔</w:t>
      </w:r>
    </w:p>
    <w:p>
      <w:r>
        <w:rPr>
          <w:b/>
        </w:rPr>
        <w:t xml:space="preserve">[07:28] </w:t>
      </w:r>
      <w:r>
        <w:t>woh log kamyab ho gaye jin ki namaz mein khushu hota hai. Ek hai namaz ka form, ek hai namaz ka spirit, woh hai khushu.</w:t>
      </w:r>
    </w:p>
    <w:p>
      <w:pPr>
        <w:jc w:val="right"/>
      </w:pPr>
      <w:r>
        <w:t>وہ لوگ کامیاب ہو گئے جن کی نماز میں خشوع ہوتا ہے۔ ایک ہے نماز کا فارم، ایک ہے نماز کا اسپرٹ، وہ ہے خشوع۔</w:t>
      </w:r>
    </w:p>
    <w:p>
      <w:r>
        <w:rPr>
          <w:b/>
        </w:rPr>
        <w:t xml:space="preserve">[07:40] </w:t>
      </w:r>
      <w:r>
        <w:t>yani khushu hai to namaz hai. Nahi to woh form hai to kuch bhi nahi, nothing hai. Hadees mein aata hai ke "La salata liman lam yata khashsha" ke khushu ki spirit na ho to aisi namaz ki koi haqeeqat nahi.</w:t>
      </w:r>
    </w:p>
    <w:p>
      <w:pPr>
        <w:jc w:val="right"/>
      </w:pPr>
      <w:r>
        <w:t>یعنی خشوع ہے تو نماز ہے۔ نہیں تو وہ فارم ہے تو کچھ بھی نہیں، nothing ہے۔ حدیث میں آتا ہے کہ "لا صلاة لمن لم يتخش" کہ خشوع کی اسپرٹ نہ ہو تو ایسی نماز کی کوئی حقیقت نہیں۔</w:t>
      </w:r>
    </w:p>
    <w:p>
      <w:r>
        <w:rPr>
          <w:b/>
        </w:rPr>
        <w:t xml:space="preserve">[07:57] </w:t>
      </w:r>
      <w:r>
        <w:t>to behal dekhiye yeh bohat zyada ghaur karne ki baat hai ke baad ke zamane mein aisa hota hai ke degeneration hota hai.</w:t>
      </w:r>
    </w:p>
    <w:p>
      <w:pPr>
        <w:jc w:val="right"/>
      </w:pPr>
      <w:r>
        <w:t>تو بہرحال دیکھئے یہ بہت زیادہ غور کرنے کی بات ہے کہ بعد کے زمانے میں ایسا ہوتا ہے کہ degeneration ہوتا ہے۔</w:t>
      </w:r>
    </w:p>
    <w:p>
      <w:r>
        <w:rPr>
          <w:b/>
        </w:rPr>
        <w:t xml:space="preserve">[08:10] </w:t>
      </w:r>
      <w:r>
        <w:t>Degeneration is law of nature. Hamari body bhi degenerate hoti rehti hai. Yahan tak ke hum boorhe ho kar mar jate hain.</w:t>
      </w:r>
    </w:p>
    <w:p>
      <w:pPr>
        <w:jc w:val="right"/>
      </w:pPr>
      <w:r>
        <w:t>Degeneration is law of nature۔ ہماری body بھی degenerate ہوتی رہتی ہے۔ یہاں تک کہ ہم بوڑھے ہو کر مر جاتے ہیں۔</w:t>
      </w:r>
    </w:p>
    <w:p>
      <w:r>
        <w:rPr>
          <w:b/>
        </w:rPr>
        <w:t xml:space="preserve">[08:21] </w:t>
      </w:r>
      <w:r>
        <w:t>isi tarah se mazahib mein bhi degeneration hota hai. Degeneration iske text mein nahi hota hai. Scripture mein nahi hota hai.</w:t>
      </w:r>
    </w:p>
    <w:p>
      <w:pPr>
        <w:jc w:val="right"/>
      </w:pPr>
      <w:r>
        <w:t>اسی طرح سے مذاہب میں بھی degeneration ہوتا ہے۔ Degeneration اس کے text میں نہیں ہوتا ہے۔ Scripture میں نہیں ہوتا ہے۔</w:t>
      </w:r>
    </w:p>
    <w:p>
      <w:r>
        <w:rPr>
          <w:b/>
        </w:rPr>
        <w:t xml:space="preserve">[08:32] </w:t>
      </w:r>
      <w:r>
        <w:t>woh logon mein hota hai jo yeh claim karte hain ke hum isko follow karne wale log hain. Matlab insaan ke andar hota hai.</w:t>
      </w:r>
    </w:p>
    <w:p>
      <w:pPr>
        <w:jc w:val="right"/>
      </w:pPr>
      <w:r>
        <w:t>وہ لوگوں میں ہوتا ہے جو یہ claim کرتے ہیں کہ ہم اس کو follow کرنے والے لوگ ہیں۔ مطلب انسان کے اندر ہوتا ہے۔</w:t>
      </w:r>
    </w:p>
    <w:p>
      <w:r>
        <w:rPr>
          <w:b/>
        </w:rPr>
        <w:t xml:space="preserve">[08:43] </w:t>
      </w:r>
      <w:r>
        <w:t>mazahib mein jo degeneration hota hai woh Scriptures mein nahi hota hai. Scriptures to hamesha intact rehte hain. Insaan ke andar degeneration hota hai.</w:t>
      </w:r>
    </w:p>
    <w:p>
      <w:pPr>
        <w:jc w:val="right"/>
      </w:pPr>
      <w:r>
        <w:t>مذاہب میں جو degeneration ہوتا ہے وہ Scriptures میں نہیں ہوتا ہے۔ Scriptures تو ہمیشہ intact رہتے ہیں۔ انسان کے اندر degeneration ہوتا ہے۔</w:t>
      </w:r>
    </w:p>
    <w:p>
      <w:r>
        <w:rPr>
          <w:b/>
        </w:rPr>
        <w:t xml:space="preserve">[08:53] </w:t>
      </w:r>
      <w:r>
        <w:t>hota hota yahan tak hota hai ke Hadees mein aata hai ke Islam ajnabi ho jata hai khud musalmanon ke darmiyan.</w:t>
      </w:r>
    </w:p>
    <w:p>
      <w:pPr>
        <w:jc w:val="right"/>
      </w:pPr>
      <w:r>
        <w:t>ہوتے ہوتے یہاں تک ہوتا ہے کہ حدیث میں آتا ہے کہ اسلام اجنبی ہو جاتا ہے خود مسلمانوں کے درمیان۔</w:t>
      </w:r>
    </w:p>
    <w:p>
      <w:r>
        <w:rPr>
          <w:b/>
        </w:rPr>
        <w:t xml:space="preserve">[09:05] </w:t>
      </w:r>
      <w:r>
        <w:t>Strange ban jata hai. Khud musalmanon ke darmiyan jo asal Islam hai spirit wala Islam hai woh ajnabi ban jata hai.</w:t>
      </w:r>
    </w:p>
    <w:p>
      <w:pPr>
        <w:jc w:val="right"/>
      </w:pPr>
      <w:r>
        <w:t>Strange بن جاتا ہے۔ خود مسلمانوں کے درمیان جو اصلی اسلام ہے اسپرٹ والا اسلام ہے وہ اجنبی بن جاتا ہے۔</w:t>
      </w:r>
    </w:p>
    <w:p>
      <w:r>
        <w:rPr>
          <w:b/>
        </w:rPr>
        <w:t xml:space="preserve">[09:15] </w:t>
      </w:r>
      <w:r>
        <w:t>Badal al Islam ghariban wa sayaud kama bada.</w:t>
      </w:r>
    </w:p>
    <w:p>
      <w:pPr>
        <w:jc w:val="right"/>
      </w:pPr>
      <w:r>
        <w:t>بدال الاسلام غریباً وسیعود کما بدا۔</w:t>
      </w:r>
    </w:p>
    <w:p>
      <w:r>
        <w:rPr>
          <w:b/>
        </w:rPr>
        <w:t xml:space="preserve">[09:22] </w:t>
      </w:r>
      <w:r>
        <w:t>is cheez ko ghaur karne ki zaroorat hai bohat zyada. Taa ke hum is se bach jayen ke visual thinking mein hum yeh samajh rahe hon ke hum Islam par hain.</w:t>
      </w:r>
    </w:p>
    <w:p>
      <w:pPr>
        <w:jc w:val="right"/>
      </w:pPr>
      <w:r>
        <w:t>اس چیز کو غور کرنے کی ضرورت ہے بہت زیادہ۔ تاکہ ہم اس سے بچ جائیں کہ visual thinking میں ہم یہ سمجھ رہے ہوں کہ ہم اسلام پر ہیں۔</w:t>
      </w:r>
    </w:p>
    <w:p>
      <w:r>
        <w:rPr>
          <w:b/>
        </w:rPr>
        <w:t xml:space="preserve">[09:34] </w:t>
      </w:r>
      <w:r>
        <w:t>lekin hum kis par hon? islam ke form par hon. islam ki spirit wahan maujood na ho. to ahista ahista islam khuda ke haan accept nahi kiya jayega.</w:t>
      </w:r>
    </w:p>
    <w:p>
      <w:pPr>
        <w:jc w:val="right"/>
      </w:pPr>
      <w:r>
        <w:t>لیکن ہم کس پر ہوں؟ اسلام کے فارم پر ہوں۔ اسلام کی اسپرٹ وہاں موجود نہ ہو۔ تو آہستہ آہستہ اسلام خدا کے ہاں accept نہیں کیا جائے گا۔</w:t>
      </w:r>
    </w:p>
    <w:p>
      <w:r>
        <w:rPr>
          <w:b/>
        </w:rPr>
        <w:t xml:space="preserve">[09:46] </w:t>
      </w:r>
      <w:r>
        <w:t>jaise ke koi phal bechne wala suppose phal ke chhilke bech raha ho andar ka jo hai ghayeb ho woh.</w:t>
      </w:r>
    </w:p>
    <w:p>
      <w:pPr>
        <w:jc w:val="right"/>
      </w:pPr>
      <w:r>
        <w:t>جیسے کہ کوئی پھل بیچنے والا suppose پھل کے چھلکے بیچ رہا ہو اندر کا جو ہے غائب ہو وہ۔</w:t>
      </w:r>
    </w:p>
    <w:p>
      <w:r>
        <w:rPr>
          <w:b/>
        </w:rPr>
        <w:t xml:space="preserve">[09:55] </w:t>
      </w:r>
      <w:r>
        <w:t>to aise kahan se kaun phal khareedega? yaani narangi hai, orange hai, orange ka andar ka ghayeb hai, upar ka chhilka.</w:t>
      </w:r>
    </w:p>
    <w:p>
      <w:pPr>
        <w:jc w:val="right"/>
      </w:pPr>
      <w:r>
        <w:t>تو ایسے کہاں سے کون پھل خریدے گا؟ یعنی نارنگی ہے، orange ہے، orange کا اندر کا غائب ہے، اوپر کا چھلکا۔</w:t>
      </w:r>
    </w:p>
    <w:p>
      <w:r>
        <w:rPr>
          <w:b/>
        </w:rPr>
        <w:t xml:space="preserve">[10:07] </w:t>
      </w:r>
      <w:r>
        <w:t>to kaun lega aise aise narangi ko? kya value hogi aise narangi ki? to yaad rakhiye is duniya mein khuda ne is tarah banaya hai ke har cheez ka ek spirit hoti hai aur uska ek form hota hai.</w:t>
      </w:r>
    </w:p>
    <w:p>
      <w:pPr>
        <w:jc w:val="right"/>
      </w:pPr>
      <w:r>
        <w:t>تو کون لے گا ایسے ایسے نارنگی کو؟ کیا value ہوگی ایسی نارنگی کی؟ تو یاد رکھیے اس دنیا میں خدا نے اس طرح بنایا ہے کہ ہر چیز کا ایک اسپرٹ ہوتی ہے اور اس کا ایک فارم ہوتا ہے۔</w:t>
      </w:r>
    </w:p>
    <w:p>
      <w:r>
        <w:rPr>
          <w:b/>
        </w:rPr>
        <w:t xml:space="preserve">[10:23] </w:t>
      </w:r>
      <w:r>
        <w:t>to asal cheez spirit hi hoti hai.</w:t>
      </w:r>
    </w:p>
    <w:p>
      <w:pPr>
        <w:jc w:val="right"/>
      </w:pPr>
      <w:r>
        <w:t>تو اصل چیز اسپرٹ ہی ہوتی ہے۔</w:t>
      </w:r>
    </w:p>
    <w:p>
      <w:r>
        <w:rPr>
          <w:b/>
        </w:rPr>
        <w:t xml:space="preserve">[10:29] </w:t>
      </w:r>
      <w:r>
        <w:t>real part jo hai woh spirit hai aur form jo hai woh relative part hai mazhab ka. har mazhab ka.</w:t>
      </w:r>
    </w:p>
    <w:p>
      <w:pPr>
        <w:jc w:val="right"/>
      </w:pPr>
      <w:r>
        <w:t>Real part جو ہے وہ اسپرٹ ہے اور فارم جو ہے وہ relative part ہے مذہب کا۔ ہر مذہب کا۔</w:t>
      </w:r>
    </w:p>
    <w:p>
      <w:r>
        <w:rPr>
          <w:b/>
        </w:rPr>
        <w:t xml:space="preserve">[10:38] </w:t>
      </w:r>
      <w:r>
        <w:t>aise hi tha. islam ka bhi aisa hi hai ke islam ka jo real part hai woh to hai uski spirit aur jo form hai woh uska relative part hai.</w:t>
      </w:r>
    </w:p>
    <w:p>
      <w:pPr>
        <w:jc w:val="right"/>
      </w:pPr>
      <w:r>
        <w:t>ایسے ہی تھا۔ اسلام کا بھی ایسا ہی ہے کہ اسلام کا جو real part ہے وہ تو ہے اس کی اسپرٹ اور جو فارم ہے وہ اس کا relative part ہے۔</w:t>
      </w:r>
    </w:p>
    <w:p>
      <w:r>
        <w:rPr>
          <w:b/>
        </w:rPr>
        <w:t xml:space="preserve">[10:50] </w:t>
      </w:r>
      <w:r>
        <w:t>relative part ki border tabhi tak hai jab spirit maujood ho. divide of spirit, form is nothing.</w:t>
      </w:r>
    </w:p>
    <w:p>
      <w:pPr>
        <w:jc w:val="right"/>
      </w:pPr>
      <w:r>
        <w:t>Relative part کی border تبھی تک ہے جب اسپرٹ موجود ہو۔ Divide of اسپرٹ، فارم is nothing۔</w:t>
      </w:r>
    </w:p>
    <w:p>
      <w:r>
        <w:rPr>
          <w:b/>
        </w:rPr>
        <w:t xml:space="preserve">[11:01] </w:t>
      </w:r>
      <w:r>
        <w:t>ab aap ko main kuch misalein deta hoon. iman ko lijiye jo pehli cheez hai.</w:t>
      </w:r>
    </w:p>
    <w:p>
      <w:pPr>
        <w:jc w:val="right"/>
      </w:pPr>
      <w:r>
        <w:t>اب آپ کو میں کچھ مثالیں دیتا ہوں۔ ایمان کو لیجیے جو پہلی چیز ہے۔</w:t>
      </w:r>
    </w:p>
    <w:p>
      <w:r>
        <w:rPr>
          <w:b/>
        </w:rPr>
        <w:t xml:space="preserve">[11:10] </w:t>
      </w:r>
      <w:r>
        <w:t>log samajhte hain ke kalma padh lene ka naam iman hai. bahut se log jaate hain logon ke paas padhte hain kalma padho.</w:t>
      </w:r>
    </w:p>
    <w:p>
      <w:pPr>
        <w:jc w:val="right"/>
      </w:pPr>
      <w:r>
        <w:t>لوگ سمجھتے ہیں کہ کلمہ پڑھ لینے کا نام ایمان ہے۔ بہت سے لوگ جاتے ہیں لوگوں کے پاس پڑھتے ہیں کلمہ پڑھو۔</w:t>
      </w:r>
    </w:p>
    <w:p>
      <w:r>
        <w:rPr>
          <w:b/>
        </w:rPr>
        <w:t xml:space="preserve">[11:22] </w:t>
      </w:r>
      <w:r>
        <w:t>agar kalma sahi padh diya to gaya iman ho gaya unka. nahi padha to uska correction karte hain aise padho waise padho. yeh iman nahi hai.</w:t>
      </w:r>
    </w:p>
    <w:p>
      <w:pPr>
        <w:jc w:val="right"/>
      </w:pPr>
      <w:r>
        <w:t>اگر کلمہ صحیح پڑھ دیا تو گیا ایمان ہو گیا ان کا۔ نہیں پڑھا تو اس کا correction کرتے ہیں ایسے پڑھو ویسے پڑھو۔ یہ ایمان نہیں ہے۔</w:t>
      </w:r>
    </w:p>
    <w:p>
      <w:r>
        <w:rPr>
          <w:b/>
        </w:rPr>
        <w:t xml:space="preserve">[11:32] </w:t>
      </w:r>
      <w:r>
        <w:t>yeh to iman ka form hai. la ilaha illallah ko sirf repeat karne ka yaani utterance ka naam iman nahi hai.</w:t>
      </w:r>
    </w:p>
    <w:p>
      <w:pPr>
        <w:jc w:val="right"/>
      </w:pPr>
      <w:r>
        <w:t>یہ تو ایمان کا فارم ہے۔ لا الہ الا اللہ کو صرف repeat کرنے کا یعنی utterance کا نام ایمان نہیں ہے۔</w:t>
      </w:r>
    </w:p>
    <w:p>
      <w:r>
        <w:rPr>
          <w:b/>
        </w:rPr>
        <w:t xml:space="preserve">[11:45] </w:t>
      </w:r>
      <w:r>
        <w:t>isko marifat ke darje mein paane ka naam iman hai.</w:t>
      </w:r>
    </w:p>
    <w:p>
      <w:pPr>
        <w:jc w:val="right"/>
      </w:pPr>
      <w:r>
        <w:t>اس کو معرفت کے درجے میں پانے کا نام ایمان ہے۔</w:t>
      </w:r>
    </w:p>
    <w:p>
      <w:r>
        <w:rPr>
          <w:b/>
        </w:rPr>
        <w:t xml:space="preserve">[11:53] </w:t>
      </w:r>
      <w:r>
        <w:t>jaisa ek misal mein deta hoon aap ko. iman ka ek</w:t>
      </w:r>
    </w:p>
    <w:p>
      <w:pPr>
        <w:jc w:val="right"/>
      </w:pPr>
      <w:r>
        <w:t>جیسا ایک مثال میں دیتا ہوں آپ کو۔ ایمان کا ایک</w:t>
      </w:r>
    </w:p>
    <w:p>
      <w:r>
        <w:rPr>
          <w:b/>
        </w:rPr>
        <w:t xml:space="preserve">[12:02] </w:t>
      </w:r>
      <w:r>
        <w:t>taqaza yeh hai ke aap kahein alhamdulillah rabbil alameen. jo ke quran ki pehli ayat hai. alhamdulillah yeh sach poochhiye to quran ka khulasa hai.</w:t>
      </w:r>
    </w:p>
    <w:p>
      <w:pPr>
        <w:jc w:val="right"/>
      </w:pPr>
      <w:r>
        <w:t>تقاضا یہ ہے کہ آپ کہیں الحمدللہ رب العالمین۔ جو کہ قرآن کی پہلی آیت ہے۔ الحمدللہ یہ سچ پوچھیے تو قرآن کا خلاصہ ہے۔</w:t>
      </w:r>
    </w:p>
    <w:p>
      <w:r>
        <w:rPr>
          <w:b/>
        </w:rPr>
        <w:t xml:space="preserve">[12:14] </w:t>
      </w:r>
      <w:r>
        <w:t>kyunke alhamdulillah kya hai? yeh hai khuda ko acknowledge karna. shukr kya hai? alhamdulillah ke maane hain khudaya tera shukr hai.</w:t>
      </w:r>
    </w:p>
    <w:p>
      <w:pPr>
        <w:jc w:val="right"/>
      </w:pPr>
      <w:r>
        <w:t>کیونکہ الحمدللہ کیا ہے؟ یہ ہے خدا کو acknowledge کرنا۔ شکر کیا ہے؟ الحمدللہ کے معنی ہیں خدایا تیرا شکر ہے۔</w:t>
      </w:r>
    </w:p>
    <w:p>
      <w:r>
        <w:rPr>
          <w:b/>
        </w:rPr>
        <w:t xml:space="preserve">[12:25] </w:t>
      </w:r>
      <w:r>
        <w:t>to shukr kya hai? shukr hai khuda ko acknowledge karne ka. to kya khuda ko acknowledge karna kuch words se hoga?</w:t>
      </w:r>
    </w:p>
    <w:p>
      <w:pPr>
        <w:jc w:val="right"/>
      </w:pPr>
      <w:r>
        <w:t>تو شکر کیا ہے؟ شکر ہے خدا کو acknowledge کرنے کا۔ تو کیا خدا کو acknowledge کرنا کچھ शब्दوں سے ہوگا؟</w:t>
      </w:r>
    </w:p>
    <w:p>
      <w:r>
        <w:rPr>
          <w:b/>
        </w:rPr>
        <w:t xml:space="preserve">[12:37] </w:t>
      </w:r>
      <w:r>
        <w:t>do char words se ho jayega? ke alhamdulillah aap ne keh diya to acknowledgement ho gaya? nahi. main aap ko misal deta hoon.</w:t>
      </w:r>
    </w:p>
    <w:p>
      <w:pPr>
        <w:jc w:val="right"/>
      </w:pPr>
      <w:r>
        <w:t>دو چار words سے ہو جائے گا؟ کہ الحمدللہ آپ نے کہہ دیا تو acknowledgement ہو گیا؟ نہیں۔ میں آپ کو مثال دیتا ہوں۔</w:t>
      </w:r>
    </w:p>
    <w:p>
      <w:r>
        <w:rPr>
          <w:b/>
        </w:rPr>
        <w:t xml:space="preserve">[12:47] </w:t>
      </w:r>
      <w:r>
        <w:t>dekhiye yeh pani hai. pani ko maine</w:t>
      </w:r>
    </w:p>
    <w:p>
      <w:pPr>
        <w:jc w:val="right"/>
      </w:pPr>
      <w:r>
        <w:t>دیکھئے یہ پانی ہے۔ پانی کو میں نے</w:t>
      </w:r>
    </w:p>
    <w:p>
      <w:r>
        <w:rPr>
          <w:b/>
        </w:rPr>
        <w:t xml:space="preserve">[12:53] </w:t>
      </w:r>
      <w:r>
        <w:t>piya aur kaha ke alhamdulillah. dekhiye yeh alhamdulillah kya simple yaani simply alif laam haa meem daal ka naam hai?</w:t>
      </w:r>
    </w:p>
    <w:p>
      <w:pPr>
        <w:jc w:val="right"/>
      </w:pPr>
      <w:r>
        <w:t>پیا اور کہا کہ الحمدللہ۔ دیکھئے یہ الحمدللہ کیا simple یعنی simply الف لام حیم میم دال کا نام ہے؟</w:t>
      </w:r>
    </w:p>
    <w:p>
      <w:r>
        <w:rPr>
          <w:b/>
        </w:rPr>
        <w:t xml:space="preserve">[13:06] </w:t>
      </w:r>
      <w:r>
        <w:t>nahi. yeh ek marifat ka naam hai. ek realization ka naam hai. ek discovery ka naam hai.</w:t>
      </w:r>
    </w:p>
    <w:p>
      <w:pPr>
        <w:jc w:val="right"/>
      </w:pPr>
      <w:r>
        <w:t>نہیں۔ یہ ایک معرفت کا نام ہے۔ ایک realization کا نام ہے۔ ایک discovery کا نام ہے۔</w:t>
      </w:r>
    </w:p>
    <w:p>
      <w:r>
        <w:rPr>
          <w:b/>
        </w:rPr>
        <w:t xml:space="preserve">[13:16] </w:t>
      </w:r>
      <w:r>
        <w:t>insan ko khuda ne mind diya hai. thinking diya hai. soch samajh di hai. thinking ke level par aadmi discover karta hai ke pani kya hai.</w:t>
      </w:r>
    </w:p>
    <w:p>
      <w:pPr>
        <w:jc w:val="right"/>
      </w:pPr>
      <w:r>
        <w:t>انسان کو خدا نے mind دیا ہے۔ Thinking دیا ہے۔ سوچ سمجھ دی ہے۔ Thinking کے level پر آدمی discover کرتا ہے کہ پانی کیا ہے۔</w:t>
      </w:r>
    </w:p>
    <w:p>
      <w:r>
        <w:rPr>
          <w:b/>
        </w:rPr>
        <w:t xml:space="preserve">[13:27] </w:t>
      </w:r>
      <w:r>
        <w:t>dekhiye animal hi pani peeta hai. har animal pani peete hain. unko pata hi nahi ke pani kya hai.</w:t>
      </w:r>
    </w:p>
    <w:p>
      <w:pPr>
        <w:jc w:val="right"/>
      </w:pPr>
      <w:r>
        <w:t>دیکھئے animal ہی پانی پیتا ہے۔ ہر animal پانی پیتے ہیں۔ ان کو پتہ ہی نہیں کہ پانی کیا ہے۔</w:t>
      </w:r>
    </w:p>
    <w:p>
      <w:r>
        <w:rPr>
          <w:b/>
        </w:rPr>
        <w:t xml:space="preserve">[13:38] </w:t>
      </w:r>
      <w:r>
        <w:t>they are unable to discover water on intellectual level as a discovery, as a realization.</w:t>
      </w:r>
    </w:p>
    <w:p>
      <w:pPr>
        <w:jc w:val="right"/>
      </w:pPr>
      <w:r>
        <w:t>They are unable to discover water on intellectual level as a discovery, as a realization۔</w:t>
      </w:r>
    </w:p>
    <w:p>
      <w:r>
        <w:rPr>
          <w:b/>
        </w:rPr>
        <w:t xml:space="preserve">[13:49] </w:t>
      </w:r>
      <w:r>
        <w:t>yeh sirf insan ki speciality hai ke woh pani ko intellectual level par discover karta hai. woh kaise? warna woh animal jaisa agar you agar discover nahi kiya hai to uska peena animal jaisa peena hoga.</w:t>
      </w:r>
    </w:p>
    <w:p>
      <w:pPr>
        <w:jc w:val="right"/>
      </w:pPr>
      <w:r>
        <w:t>یہ صرف انسان کی speciality ہے کہ وہ پانی کو intellectual level پر discover کرتا ہے۔ وہ کیسے؟ ورنہ وہ animal جیسا اگر you اگر discover نہیں کیا ہے تو اس کا پینا animal جیسا پینا ہوگا۔</w:t>
      </w:r>
    </w:p>
    <w:p>
      <w:r>
        <w:rPr>
          <w:b/>
        </w:rPr>
        <w:t xml:space="preserve">[14:04] </w:t>
      </w:r>
      <w:r>
        <w:t>keh aap ke hath mein pani aaya. aap ne socha keh pani kaisi ajeeb o ghareeb nemat hai khuda ki, kaisi blessing hai yeh. phir aap ne socha keh ab se billion saal pehle kya tha?</w:t>
      </w:r>
    </w:p>
    <w:p>
      <w:pPr>
        <w:jc w:val="right"/>
      </w:pPr>
      <w:r>
        <w:t>کہ آپ کے ہاتھ میں پانی آیا۔ آپ نے سوچا کہ پانی کیسی عجیب و غریب نعمت ہے خدا کی، کیسی blessing ہے یہ۔ پھر آپ نے سوچا کہ اب سے billion سال پہلے کیا تھا؟</w:t>
      </w:r>
    </w:p>
    <w:p>
      <w:r>
        <w:rPr>
          <w:b/>
        </w:rPr>
        <w:t xml:space="preserve">[14:21] </w:t>
      </w:r>
      <w:r>
        <w:t>yeh jo hamara planet hai. is planet par kya tha? sirf gases theen. oxygen aur hydrogen.</w:t>
      </w:r>
    </w:p>
    <w:p>
      <w:pPr>
        <w:jc w:val="right"/>
      </w:pPr>
      <w:r>
        <w:t>یہ جو ہمارا planet ہے۔ اس planet پر کیا تھا؟ صرف gases تھیں۔ Oxygen اور hydrogen۔</w:t>
      </w:r>
    </w:p>
    <w:p>
      <w:r>
        <w:rPr>
          <w:b/>
        </w:rPr>
        <w:t xml:space="preserve">[14:34] </w:t>
      </w:r>
      <w:r>
        <w:t>oxygen aur hydrogen se dhuein ke maani thay yeh cover dhaka hua tha yeh. yeh hamara jo planet hai is mein dhuan dhuan tha.</w:t>
      </w:r>
    </w:p>
    <w:p>
      <w:pPr>
        <w:jc w:val="right"/>
      </w:pPr>
      <w:r>
        <w:t>Oxygen اور hydrogen سے دھوئیں کے معنی تھے یہ cover ڈھکا ہوا تھا یہ۔ یہ ہمارا جو planet ہے اس میں دھواں دھواں تھا۔</w:t>
      </w:r>
    </w:p>
    <w:p>
      <w:r>
        <w:rPr>
          <w:b/>
        </w:rPr>
        <w:t xml:space="preserve">[14:44] </w:t>
      </w:r>
      <w:r>
        <w:t>woh dhuan kya tha? oxygen aur hydrogen. toh phir kya hua? woh gas tha, woh aap use nahi kar sakte.</w:t>
      </w:r>
    </w:p>
    <w:p>
      <w:pPr>
        <w:jc w:val="right"/>
      </w:pPr>
      <w:r>
        <w:t>وہ دھواں کیا تھا؟ Oxygen اور hydrogen۔ تو پھر کیا ہوا؟ وہ gas تھا، وہ آپ use نہیں کر سکتے۔</w:t>
      </w:r>
    </w:p>
    <w:p>
      <w:r>
        <w:rPr>
          <w:b/>
        </w:rPr>
        <w:t xml:space="preserve">[14:55] </w:t>
      </w:r>
      <w:r>
        <w:t>gas ko aap pi nahi sakte. pi nahi sakte aap. phir khuda ne ordered, hukum diya.</w:t>
      </w:r>
    </w:p>
    <w:p>
      <w:pPr>
        <w:jc w:val="right"/>
      </w:pPr>
      <w:r>
        <w:t>Gas کو آپ پی نہیں سکتے۔ پی نہیں سکتے آپ۔ پھر خدا نے ordered، حکم دیا۔</w:t>
      </w:r>
    </w:p>
    <w:p>
      <w:r>
        <w:rPr>
          <w:b/>
        </w:rPr>
        <w:t xml:space="preserve">[15:04] </w:t>
      </w:r>
      <w:r>
        <w:t>hukum diya toh kya hua? woh cheez aai jis ko hum kehte hain H2O. H2O yaani hydrogen ke atom aur oxygen ke atom khuda ki qudrat se ek ho gaye.</w:t>
      </w:r>
    </w:p>
    <w:p>
      <w:pPr>
        <w:jc w:val="right"/>
      </w:pPr>
      <w:r>
        <w:t>حکم دیا تو کیا ہوا؟ وہ چیز آئی جس کو ہم کہتے ہیں H2O۔ H2O یعنی hydrogen کے atom اور oxygen کے atom خدا کی قدرت سے ایک ہو گئے۔</w:t>
      </w:r>
    </w:p>
    <w:p>
      <w:r>
        <w:rPr>
          <w:b/>
        </w:rPr>
        <w:t xml:space="preserve">[15:20] </w:t>
      </w:r>
      <w:r>
        <w:t>ek hue toh kya hua? ek liquid cheez ban gai. do gases ke milne se ek liquid cheez ban gai. kaisi ajeeb cheez hai yeh.</w:t>
      </w:r>
    </w:p>
    <w:p>
      <w:pPr>
        <w:jc w:val="right"/>
      </w:pPr>
      <w:r>
        <w:t>ایک ہوئے تو کیا ہوا؟ ایک liquid چیز بن گئی۔ دو gases کے ملنے سے ایک liquid چیز بن گئی۔ کیسی عجیب چیز ہے یہ۔</w:t>
      </w:r>
    </w:p>
    <w:p>
      <w:r>
        <w:rPr>
          <w:b/>
        </w:rPr>
        <w:t xml:space="preserve">[15:30] </w:t>
      </w:r>
      <w:r>
        <w:t>aur phir hum is ko peete hain.</w:t>
      </w:r>
    </w:p>
    <w:p>
      <w:pPr>
        <w:jc w:val="right"/>
      </w:pPr>
      <w:r>
        <w:t>اور پھر ہم اس کو پیتے ہیں۔</w:t>
      </w:r>
    </w:p>
    <w:p>
      <w:r>
        <w:rPr>
          <w:b/>
        </w:rPr>
        <w:t xml:space="preserve">[15:35] </w:t>
      </w:r>
      <w:r>
        <w:t>phir yeh jo pani bana. yeh pani jo hai samundaron mein barish hui, barish hui samundaron mein ikhatta ho gaya.</w:t>
      </w:r>
    </w:p>
    <w:p>
      <w:pPr>
        <w:jc w:val="right"/>
      </w:pPr>
      <w:r>
        <w:t>پھر یہ جو پانی بنا۔ یہ پانی جو ہے سمندروں میں بارش ہوئی، بارش ہوئی سمندروں میں اکٹھا ہو گیا۔</w:t>
      </w:r>
    </w:p>
    <w:p>
      <w:r>
        <w:rPr>
          <w:b/>
        </w:rPr>
        <w:t xml:space="preserve">[15:49] </w:t>
      </w:r>
      <w:r>
        <w:t>aap jante hain keh zameen ka bara hissa jo hai samundar hai.</w:t>
      </w:r>
    </w:p>
    <w:p>
      <w:pPr>
        <w:jc w:val="right"/>
      </w:pPr>
      <w:r>
        <w:t>آپ جانتے ہیں کہ زمین کا بڑا حصہ جو ہے سمندر ہے۔</w:t>
      </w:r>
    </w:p>
    <w:p>
      <w:r>
        <w:rPr>
          <w:b/>
        </w:rPr>
        <w:t xml:space="preserve">[15:55] </w:t>
      </w:r>
      <w:r>
        <w:t>aur phir samundar mein khuda ne kya kiya? samundar mein pani kharab ho jata toh khuda ne is mein ten percent salt mila diya.</w:t>
      </w:r>
    </w:p>
    <w:p>
      <w:pPr>
        <w:jc w:val="right"/>
      </w:pPr>
      <w:r>
        <w:t>اور پھر سمندر میں خدا نے کیا کیا؟ سمندر میں پانی خراب ہو جاتا تو خدا نے اس میں ten percent salt ملا دیا۔</w:t>
      </w:r>
    </w:p>
    <w:p>
      <w:r>
        <w:rPr>
          <w:b/>
        </w:rPr>
        <w:t xml:space="preserve">[16:07] </w:t>
      </w:r>
      <w:r>
        <w:t>salt, namak. samundar ke pani ka ten percent jo hai content salt hai. ab aap samundar ke pani ko pi nahi sakte.</w:t>
      </w:r>
    </w:p>
    <w:p>
      <w:pPr>
        <w:jc w:val="right"/>
      </w:pPr>
      <w:r>
        <w:t>Salt، نمک۔ سمندر کے پانی کا ten percent جو ہے content salt ہے۔ اب آپ سمندر کے پانی کو پی نہیں سکتے۔</w:t>
      </w:r>
    </w:p>
    <w:p>
      <w:r>
        <w:rPr>
          <w:b/>
        </w:rPr>
        <w:t xml:space="preserve">[16:18] </w:t>
      </w:r>
      <w:r>
        <w:t>yeh itna khari hota hai woh pani keh aap pi nahi sakte is ko. toh phir khuda ne kya kiya? suraj ki garmi se pani ko garmi pohanchai aur is par bhap uthi.</w:t>
      </w:r>
    </w:p>
    <w:p>
      <w:pPr>
        <w:jc w:val="right"/>
      </w:pPr>
      <w:r>
        <w:t>یہ اتنا کھاری ہوتا ہے وہ پانی کہ آپ پی نہیں سکتے اس کو۔ تو پھر خدا نے کیا کیا؟ سورج کی گرمی سے پانی کو گرمی پہنچائی اور اس پر بھاپ اٹھی۔</w:t>
      </w:r>
    </w:p>
    <w:p>
      <w:r>
        <w:rPr>
          <w:b/>
        </w:rPr>
        <w:t xml:space="preserve">[16:31] </w:t>
      </w:r>
      <w:r>
        <w:t>bhap uth kar ooper gai. toh khuda ne namak ko namak heavier hai aur pani lighter hai.</w:t>
      </w:r>
    </w:p>
    <w:p>
      <w:pPr>
        <w:jc w:val="right"/>
      </w:pPr>
      <w:r>
        <w:t>بھاپ اٹھ کر اوپر گئی۔ تو خدا نے نمک کو نمک heavier ہے اور پانی lighter ہے۔</w:t>
      </w:r>
    </w:p>
    <w:p>
      <w:r>
        <w:rPr>
          <w:b/>
        </w:rPr>
        <w:t xml:space="preserve">[16:41] </w:t>
      </w:r>
      <w:r>
        <w:t>toh jab bhap uthi toh namak jo keh heavier tha woh reh gaya neeche. aur sirf pani nikal kar ooper gaya. yeh hai desalination ka process.</w:t>
      </w:r>
    </w:p>
    <w:p>
      <w:pPr>
        <w:jc w:val="right"/>
      </w:pPr>
      <w:r>
        <w:t>تو جب بھاپ اٹھی تو نمک جو کہ heavier تھا وہ رہ گیا نیچے۔ اور صرف پانی نکل کر اوپر گیا۔ یہ ہے desalination کا process۔</w:t>
      </w:r>
    </w:p>
    <w:p>
      <w:r>
        <w:rPr>
          <w:b/>
        </w:rPr>
        <w:t xml:space="preserve">[16:54] </w:t>
      </w:r>
      <w:r>
        <w:t>phir ooper gaya, ooper ja kar ke phir wahan par kai processing hui is ki. is processing ke baad phir rain ki shakal mein barsa woh zameen par.</w:t>
      </w:r>
    </w:p>
    <w:p>
      <w:pPr>
        <w:jc w:val="right"/>
      </w:pPr>
      <w:r>
        <w:t>پھر اوپر گیا، اوپر جا کر کے پھر وہاں پر کئی processing ہوئی اس کی۔ اس processing کے بعد پھر rain کی شکل میں برسا وہ زمین پر۔</w:t>
      </w:r>
    </w:p>
    <w:p>
      <w:r>
        <w:rPr>
          <w:b/>
        </w:rPr>
        <w:t xml:space="preserve">[17:08] </w:t>
      </w:r>
      <w:r>
        <w:t>toh aap dekhiye keh salty water fresh water ban kar baras raha hai. kaise? ek universal process of desalination ka kiya gaya.</w:t>
      </w:r>
    </w:p>
    <w:p>
      <w:pPr>
        <w:jc w:val="right"/>
      </w:pPr>
      <w:r>
        <w:t>تو آپ دیکھئے کہ salty water fresh water بن کر برس رہا ہے۔ کیسے؟ ایک universal process of desalination کا کیا گیا۔</w:t>
      </w:r>
    </w:p>
    <w:p>
      <w:r>
        <w:rPr>
          <w:b/>
        </w:rPr>
        <w:t xml:space="preserve">[17:19] </w:t>
      </w:r>
      <w:r>
        <w:t>ab kya hai? itne saare woh toh kaun bana sakta hai, bata sakta hai? is ke baad yeh cheez hui pani. is ke baad aap is ko peete hain.</w:t>
      </w:r>
    </w:p>
    <w:p>
      <w:pPr>
        <w:jc w:val="right"/>
      </w:pPr>
      <w:r>
        <w:t>اب کیا ہے؟ اتنے سارے وہ تو کون بنا سکتا ہے، بتا سکتا ہے؟ اس کے بعد یہ چیز ہوئی پانی۔ اس کے بعد آپ اس کو پیتے ہیں۔</w:t>
      </w:r>
    </w:p>
    <w:p>
      <w:r>
        <w:rPr>
          <w:b/>
        </w:rPr>
        <w:t xml:space="preserve">[17:32] </w:t>
      </w:r>
      <w:r>
        <w:t>jab aap yeh sochte hain toh aap ke andar ek thrill paida hota hai, thrill. ek thrilling experience aap ko hota hai. keh khudaaya tu kitna bara hai.</w:t>
      </w:r>
    </w:p>
    <w:p>
      <w:pPr>
        <w:jc w:val="right"/>
      </w:pPr>
      <w:r>
        <w:t>جب آپ یہ سوچتے ہیں تو آپ کے اندر ایک thrill پیدا ہوتا ہے، thrill۔ ایک thrilling experience آپ کو ہوتا ہے۔ کہ خدایا تو کتنا بڑا ہے۔</w:t>
      </w:r>
    </w:p>
    <w:p>
      <w:r>
        <w:rPr>
          <w:b/>
        </w:rPr>
        <w:t xml:space="preserve">[17:42] </w:t>
      </w:r>
      <w:r>
        <w:t>khudaaya tu kitna great hai. khudaaya teri blessing kitni zyada hai. ek thrill aata hai, aap ke rongte khare ho jatay hain.</w:t>
      </w:r>
    </w:p>
    <w:p>
      <w:pPr>
        <w:jc w:val="right"/>
      </w:pPr>
      <w:r>
        <w:t>خدایا تو کتنا great ہے۔ خدایا تیری blessing کتنی زیادہ ہے۔ ایک thrill آتا ہے، آپ کے رونگٹے کھڑے ہو جاتے ہیں۔</w:t>
      </w:r>
    </w:p>
    <w:p>
      <w:r>
        <w:rPr>
          <w:b/>
        </w:rPr>
        <w:t xml:space="preserve">[17:52] </w:t>
      </w:r>
      <w:r>
        <w:t>aap ki poori jo personality hai us ke andar ek storm aata hai, storm. ek brain storm. tab aa ke mujh se niklta hai alhamdulillah rabbil alameen.</w:t>
      </w:r>
    </w:p>
    <w:p>
      <w:pPr>
        <w:jc w:val="right"/>
      </w:pPr>
      <w:r>
        <w:t>آپ کی پوری جو personality ہے اس کے اندر ایک storm آتا ہے، storm۔ ایک brain storm۔ تب آ کے مجھ سے نکلتا ہے الحمدللہ رب العالمین۔</w:t>
      </w:r>
    </w:p>
    <w:p>
      <w:r>
        <w:rPr>
          <w:b/>
        </w:rPr>
        <w:t xml:space="preserve">[18:06] </w:t>
      </w:r>
      <w:r>
        <w:t>khudaaya tera shukar hai.</w:t>
      </w:r>
    </w:p>
    <w:p>
      <w:pPr>
        <w:jc w:val="right"/>
      </w:pPr>
      <w:r>
        <w:t>خدایا تیرا شکر ہے۔</w:t>
      </w:r>
    </w:p>
    <w:p>
      <w:r>
        <w:rPr>
          <w:b/>
        </w:rPr>
        <w:t xml:space="preserve">[18:10] </w:t>
      </w:r>
      <w:r>
        <w:t>yeh hai alhamdulillah.</w:t>
      </w:r>
    </w:p>
    <w:p>
      <w:pPr>
        <w:jc w:val="right"/>
      </w:pPr>
      <w:r>
        <w:t>یہ ہے الحمدللہ۔</w:t>
      </w:r>
    </w:p>
    <w:p>
      <w:r>
        <w:rPr>
          <w:b/>
        </w:rPr>
        <w:t xml:space="preserve">[18:15] </w:t>
      </w:r>
      <w:r>
        <w:t>khuda ko is tarah discover karne ke baad jab aap kehte hain la ilaha illallah muhammad rasoolullah. ashhadu an la ilaha illallah.</w:t>
      </w:r>
    </w:p>
    <w:p>
      <w:pPr>
        <w:jc w:val="right"/>
      </w:pPr>
      <w:r>
        <w:t>خدا کو اس طرح discover کرنے کے بعد جب آپ کہتے ہیں لا الہ الا اللہ محمد رسول اللہ۔ اشھد ان لا الہ الا اللہ۔</w:t>
      </w:r>
    </w:p>
    <w:p>
      <w:r>
        <w:rPr>
          <w:b/>
        </w:rPr>
        <w:t xml:space="preserve">[18:25] </w:t>
      </w:r>
      <w:r>
        <w:t>jab aap kehte hain. khudaaya main gawahi deta hoon.</w:t>
      </w:r>
    </w:p>
    <w:p>
      <w:pPr>
        <w:jc w:val="right"/>
      </w:pPr>
      <w:r>
        <w:t>جب آپ کہتے ہیں۔ خدایا میں گواہی دیتا ہوں۔</w:t>
      </w:r>
    </w:p>
    <w:p>
      <w:r>
        <w:rPr>
          <w:b/>
        </w:rPr>
        <w:t xml:space="preserve">[18:33] </w:t>
      </w:r>
      <w:r>
        <w:t>there is no god but one god. keh yeh sara process jis ne chalaya. universe ko jis ne create kiya. jo mujh ko paida karne wala hai.</w:t>
      </w:r>
    </w:p>
    <w:p>
      <w:pPr>
        <w:jc w:val="right"/>
      </w:pPr>
      <w:r>
        <w:t>There is no God but one God۔ کہ یہ سارا process جس نے چلایا۔ Universe کو جس نے create کیا۔ جو مجھ کو پیدا کرنے والا ہے۔</w:t>
      </w:r>
    </w:p>
    <w:p>
      <w:r>
        <w:rPr>
          <w:b/>
        </w:rPr>
        <w:t xml:space="preserve">[18:45] </w:t>
      </w:r>
      <w:r>
        <w:t>jis ne life support system diya. in sab ka aik hi, aik hi, aik hi creator hai. yeh sari baat jab aap aati hai aap ke mind mein.</w:t>
      </w:r>
    </w:p>
    <w:p>
      <w:pPr>
        <w:jc w:val="right"/>
      </w:pPr>
      <w:r>
        <w:t>جس نے life support system دیا۔ ان سب کا ایک ہی، ایک ہی، ایک ہی creator ہے۔ یہ ساری بات جب آپ آتی ہے آپ کے mind میں۔</w:t>
      </w:r>
    </w:p>
    <w:p>
      <w:r>
        <w:rPr>
          <w:b/>
        </w:rPr>
        <w:t xml:space="preserve">[18:55] </w:t>
      </w:r>
      <w:r>
        <w:t>aur aap ke andar aik toofan uthta hai, toofan. aik thrilling aati hai. aap keh uthte hain ashhadu an la ilaha illallahu wa ashhadu anna Muhammadan abduhu wa rasuluh.</w:t>
      </w:r>
    </w:p>
    <w:p>
      <w:pPr>
        <w:jc w:val="right"/>
      </w:pPr>
      <w:r>
        <w:t>اور آپ کے اندر ایک طوفان اٹھتا ہے، طوفان۔ ایک thrilling آتی ہے۔ آپ کہہ اٹھتے ہیں اشھد ان لا الہ الا اللہ واشہد ان محمد عبدہ ورسولہ۔</w:t>
      </w:r>
    </w:p>
    <w:p>
      <w:r>
        <w:rPr>
          <w:b/>
        </w:rPr>
        <w:t xml:space="preserve">[19:09] </w:t>
      </w:r>
      <w:r>
        <w:t>to yeh hai imaan, yeh hai faith. yaad rakhiye imaan lip service ka naam nahi hai.</w:t>
      </w:r>
    </w:p>
    <w:p>
      <w:pPr>
        <w:jc w:val="right"/>
      </w:pPr>
      <w:r>
        <w:t>تو یہ ہے ایمان، یہ ہے faith۔ یاد رکھیے ایمان lip service کا نام نہیں ہے۔</w:t>
      </w:r>
    </w:p>
    <w:p>
      <w:r>
        <w:rPr>
          <w:b/>
        </w:rPr>
        <w:t xml:space="preserve">[19:21] </w:t>
      </w:r>
      <w:r>
        <w:t>kuch words ko munh se bol dene ka naam nahi hai. woh to sirf form hai, woh to sirf chhilka hai.</w:t>
      </w:r>
    </w:p>
    <w:p>
      <w:pPr>
        <w:jc w:val="right"/>
      </w:pPr>
      <w:r>
        <w:t>کچھ words کو منہ سے بول دینے کا نام نہیں ہے۔ وہ تو صرف فارم ہے، وہ تو صرف چھلکا ہے۔</w:t>
      </w:r>
    </w:p>
    <w:p>
      <w:r>
        <w:rPr>
          <w:b/>
        </w:rPr>
        <w:t xml:space="preserve">[19:32] </w:t>
      </w:r>
      <w:r>
        <w:t>imaan naam hai out of discovery aik ehsaas ka munh se nikal padna. yeh baat aap dekh sakte hain quran mein para saat, para saat, wa idha sami'oo ma unzila ila ar-rasooli tara 'ayluhum tafritoo bina d-dami mimma 'arafoo bina l-haqq.</w:t>
      </w:r>
    </w:p>
    <w:p>
      <w:pPr>
        <w:jc w:val="right"/>
      </w:pPr>
      <w:r>
        <w:t>ایمان نام ہے out of discovery ایک احساس کا منہ سے نکل پڑنا۔ یہ بات آپ دیکھ سکتے ہیں قرآن میں پارہ سات، پارہ سات، وَإِذَا سَمَعُوا مَا أُنزِلَ إِلَى الرَّسُولِ تَرَى عَيْلُهُمْ تَفْرِيطُ بِنَ الْدَّمِ مِّمَّا عَرَفُوا بِنَ الْحَقِّ۔</w:t>
      </w:r>
    </w:p>
    <w:p>
      <w:r>
        <w:rPr>
          <w:b/>
        </w:rPr>
        <w:t xml:space="preserve">[19:55] </w:t>
      </w:r>
      <w:r>
        <w:t>yani irfan-e-haq hota hai. aankhon se aansu nikal padte hain. dil mein toofan barpa hota hai. phir jab aap kehte hain ke khudaaya maine to in ko maana.</w:t>
      </w:r>
    </w:p>
    <w:p>
      <w:pPr>
        <w:jc w:val="right"/>
      </w:pPr>
      <w:r>
        <w:t>یعنی عرفان حق ہوتا ہے۔ آنکھوں سے آنسو نکل پڑتے ہیں۔ دل میں طوفان برپا ہوتا ہے۔ پھر جب آپ کہتے ہیں کہ خدایا میں نے تو ان کو مانا۔</w:t>
      </w:r>
    </w:p>
    <w:p>
      <w:r>
        <w:rPr>
          <w:b/>
        </w:rPr>
        <w:t xml:space="preserve">[20:06] </w:t>
      </w:r>
      <w:r>
        <w:t>khudaaya maine to is ko acknowledge kiya. khudaaya maine to iqrar kiya. yeh qalb-e-ma'rifat hai imaan.</w:t>
      </w:r>
    </w:p>
    <w:p>
      <w:pPr>
        <w:jc w:val="right"/>
      </w:pPr>
      <w:r>
        <w:t>خدایا میں نے تو اس کو acknowledge کیا۔ خدایا میں نے تو اقرار کیا۔ یہ قلب معرفت ہے ایمان۔</w:t>
      </w:r>
    </w:p>
    <w:p>
      <w:r>
        <w:rPr>
          <w:b/>
        </w:rPr>
        <w:t xml:space="preserve">[20:17] </w:t>
      </w:r>
      <w:r>
        <w:t>tab woh cheez hai jo Allah taala ke haan qabool hoti hai. is ke baray mein farmaya ke man qala la ilaha illallahu dakhala l-jannah. man qala la ilaha illallahu dakhala l-jannah.</w:t>
      </w:r>
    </w:p>
    <w:p>
      <w:pPr>
        <w:jc w:val="right"/>
      </w:pPr>
      <w:r>
        <w:t>تب وہ چیز ہے جو اللہ تعالیٰ کے ہاں قبول ہوتی ہے۔ اس کے بارے میں فرمایا کہ من قَالَ لا الہ الا اللہ دَخَلَ الجَنَّةَ۔ من قَالَ لا الہ الا اللہ دَخَلَ الجَنَّةَ۔</w:t>
      </w:r>
    </w:p>
    <w:p>
      <w:r>
        <w:rPr>
          <w:b/>
        </w:rPr>
        <w:t xml:space="preserve">[20:30] </w:t>
      </w:r>
      <w:r>
        <w:t>jis ne kaha ke aik Allah ke siwa koi ilah nahi. woh jannat mein jayega. aap ghor kijiye is itni bari universe hai, itni bari universe hai.</w:t>
      </w:r>
    </w:p>
    <w:p>
      <w:pPr>
        <w:jc w:val="right"/>
      </w:pPr>
      <w:r>
        <w:t>جس نے کہا کہ ایک اللہ کے سوا کوئی الہ نہیں۔ وہ جنت میں جائے گا۔ آپ غور کیجیے اس اتنی بڑی universe ہے، اتنی بڑی universe ہے۔</w:t>
      </w:r>
    </w:p>
    <w:p>
      <w:r>
        <w:rPr>
          <w:b/>
        </w:rPr>
        <w:t xml:space="preserve">[20:42] </w:t>
      </w:r>
      <w:r>
        <w:t>koi bhi nahi bol sakta yeh kalma. koi star nahi, koi galaxy nahi, koi planet nahi, koi sun nahi.</w:t>
      </w:r>
    </w:p>
    <w:p>
      <w:pPr>
        <w:jc w:val="right"/>
      </w:pPr>
      <w:r>
        <w:t>کوئی بھی نہیں بول سکتا یہ کلمہ۔ کوئی star نہیں، کوئی galaxy نہیں، کوئی planet نہیں، کوئی sun نہیں۔</w:t>
      </w:r>
    </w:p>
    <w:p>
      <w:r>
        <w:rPr>
          <w:b/>
        </w:rPr>
        <w:t xml:space="preserve">[20:51] </w:t>
      </w:r>
      <w:r>
        <w:t>koi koi hathi nahi, koi mountain nahi keh sakta ke khudaaya tu yeh jo kalma hai. la ilaha illallahu, yeh jo kalma hai alhamdulillah rabbil 'alameen.</w:t>
      </w:r>
    </w:p>
    <w:p>
      <w:pPr>
        <w:jc w:val="right"/>
      </w:pPr>
      <w:r>
        <w:t>کوئی کوئی ہاتھی نہیں، کوئی mountain نہیں کہہ سکتا کہ خدایا تو یہ جو کلمہ ہے۔ لا الہ الا اللہ، یہ جو کلمہ ہے الحمدللہ رب العالمین۔</w:t>
      </w:r>
    </w:p>
    <w:p>
      <w:r>
        <w:rPr>
          <w:b/>
        </w:rPr>
        <w:t xml:space="preserve">[21:02] </w:t>
      </w:r>
      <w:r>
        <w:t>yeh sirf insan hi bol sakta hai. kyunke insan ke paas mind hai. discovery sirf insan ko hoti hai, animal ko nahi hoti hai.</w:t>
      </w:r>
    </w:p>
    <w:p>
      <w:pPr>
        <w:jc w:val="right"/>
      </w:pPr>
      <w:r>
        <w:t>یہ صرف انسان ہی بول سکتا ہے۔ کیونکہ انسان کے پاس mind ہے۔ Discovery صرف انسان کو ہوتی ہے، animal کو نہیں ہوتی ہے۔</w:t>
      </w:r>
    </w:p>
    <w:p>
      <w:r>
        <w:rPr>
          <w:b/>
        </w:rPr>
        <w:t xml:space="preserve">[21:11] </w:t>
      </w:r>
      <w:r>
        <w:t>mountain ko nahi hoti hai.</w:t>
      </w:r>
    </w:p>
    <w:p>
      <w:pPr>
        <w:jc w:val="right"/>
      </w:pPr>
      <w:r>
        <w:t>Mountain کو نہیں ہوتی ہے۔</w:t>
      </w:r>
    </w:p>
    <w:p>
      <w:r>
        <w:rPr>
          <w:b/>
        </w:rPr>
        <w:t xml:space="preserve">[21:16] </w:t>
      </w:r>
      <w:r>
        <w:t>to imaan naam hai aik discovery ka. imaan lip service ka naam nahi hai. ab aap aage dekhiye imaan ke baad ibadat.</w:t>
      </w:r>
    </w:p>
    <w:p>
      <w:pPr>
        <w:jc w:val="right"/>
      </w:pPr>
      <w:r>
        <w:t>تو ایمان نام ہے ایک discovery کا۔ ایمان lip service کا نام نہیں ہے۔ اب آپ آگے دیکھیے ایمان کے بعد عبادت۔</w:t>
      </w:r>
    </w:p>
    <w:p>
      <w:r>
        <w:rPr>
          <w:b/>
        </w:rPr>
        <w:t xml:space="preserve">[21:31] </w:t>
      </w:r>
      <w:r>
        <w:t>ibadat kya aap samajhte hain ke rituals ka naam hai? kuch rituals hain in ko kar do ja kar ke masjid mein namaz ho gayi. there is an underestimation of namaz.</w:t>
      </w:r>
    </w:p>
    <w:p>
      <w:pPr>
        <w:jc w:val="right"/>
      </w:pPr>
      <w:r>
        <w:t>عبادت کیا آپ سمجھتے ہیں کہ rituals کا نام ہے؟ کچھ rituals ہیں ان کو کر دو جا کر کے مسجد میں نماز ہو گئی۔ There is an underestimation of نماز۔</w:t>
      </w:r>
    </w:p>
    <w:p>
      <w:r>
        <w:rPr>
          <w:b/>
        </w:rPr>
        <w:t xml:space="preserve">[21:44] </w:t>
      </w:r>
      <w:r>
        <w:t>yeh aap underestimate karenge namaz ko agar aap yeh samjhein ke kuch khaas form hai. kuch hanafi ya salafi tareeqay se kar do to namaz ho gayi.</w:t>
      </w:r>
    </w:p>
    <w:p>
      <w:pPr>
        <w:jc w:val="right"/>
      </w:pPr>
      <w:r>
        <w:t>یہ آپ underestimate کریں گے نماز کو اگر آپ یہ سمجھیں کہ کچھ خاص فارم ہے۔ کچھ حنفی یا سلفی طریقے سے کر دو تو نماز ہو گئی۔</w:t>
      </w:r>
    </w:p>
    <w:p>
      <w:r>
        <w:rPr>
          <w:b/>
        </w:rPr>
        <w:t xml:space="preserve">[21:54] </w:t>
      </w:r>
      <w:r>
        <w:t>hanafi samajhte hain ke aise karo to namaz ho gayi. salafi samajhte hain ke aise karoge to namaz ho gayi. sab bilkul absurd baatein hain. absurd baatein hain.</w:t>
      </w:r>
    </w:p>
    <w:p>
      <w:pPr>
        <w:jc w:val="right"/>
      </w:pPr>
      <w:r>
        <w:t>حنفی سمجھتے ہیں کہ ایسے کرو تو نماز ہو گئی۔ سلفی سمجھتے ہیں کہ ایسے کرو گے تو نماز ہو گئی۔ سب بالکل absurd باتیں ہیں۔ Absurd باتیں ہیں۔</w:t>
      </w:r>
    </w:p>
    <w:p>
      <w:r>
        <w:rPr>
          <w:b/>
        </w:rPr>
        <w:t xml:space="preserve">[22:05] </w:t>
      </w:r>
      <w:r>
        <w:t>namaz aik spirit ka naam hai. namaz aik reality ka naam hai. namaz kisi form ka naam nahi hai. ke salafi form ho to namaz ho gayi.</w:t>
      </w:r>
    </w:p>
    <w:p>
      <w:pPr>
        <w:jc w:val="right"/>
      </w:pPr>
      <w:r>
        <w:t>نماز ایک spirit کا نام ہے۔ نماز ایک reality کا نام ہے۔ نماز کسی فارم کا نام نہیں ہے۔ کہ سلفی فارم ہو تو نماز ہو گئی۔</w:t>
      </w:r>
    </w:p>
    <w:p>
      <w:r>
        <w:rPr>
          <w:b/>
        </w:rPr>
        <w:t xml:space="preserve">[22:15] </w:t>
      </w:r>
      <w:r>
        <w:t>hanafi form ho to nahi hui. yeh bilkul it is a strange underestimation of namaz.</w:t>
      </w:r>
    </w:p>
    <w:p>
      <w:pPr>
        <w:jc w:val="right"/>
      </w:pPr>
      <w:r>
        <w:t>حنفی فارم ہو تو نہیں ہوئی۔ یہ بالکل it is a strange underestimation of نماز۔</w:t>
      </w:r>
    </w:p>
    <w:p>
      <w:r>
        <w:rPr>
          <w:b/>
        </w:rPr>
        <w:t xml:space="preserve">[22:27] </w:t>
      </w:r>
      <w:r>
        <w:t>namaz kya hai? ibadat kya hai? is ko dekhiye hadith mein is ka jawab talash kijiye. hadith Jibreel mein aata hai ke ta'abbud Allaha ka'annaka tara.</w:t>
      </w:r>
    </w:p>
    <w:p>
      <w:pPr>
        <w:jc w:val="right"/>
      </w:pPr>
      <w:r>
        <w:t>نماز کیا ہے؟ عبادت کیا ہے؟ اس کو دیکھیے حدیث میں اس کا جواب تلاش کیجیے۔ حدیث جبریل میں آتا ہے کہ تعبدِ اللَّهَ كَانَّكَ تَرَى۔</w:t>
      </w:r>
    </w:p>
    <w:p>
      <w:r>
        <w:rPr>
          <w:b/>
        </w:rPr>
        <w:t xml:space="preserve">[22:42] </w:t>
      </w:r>
      <w:r>
        <w:t>ta'abbud Allaha ka'annaka tara. is tarah ibadat karo goya ke tum Khuda ko dekh rahe ho.</w:t>
      </w:r>
    </w:p>
    <w:p>
      <w:pPr>
        <w:jc w:val="right"/>
      </w:pPr>
      <w:r>
        <w:t>تعبدِ اللَّهَ كَانَّكَ تَرَى۔ اس طرح عبادت کرو گویا کہ تم خدا کو دیکھ رہے ہو۔</w:t>
      </w:r>
    </w:p>
    <w:p>
      <w:r>
        <w:rPr>
          <w:b/>
        </w:rPr>
        <w:t xml:space="preserve">[22:51] </w:t>
      </w:r>
      <w:r>
        <w:t>is tarah ibadat karo goya ke tum Khuda ko dekh rahe ho. yani discovery ke darjay mein ibadat.</w:t>
      </w:r>
    </w:p>
    <w:p>
      <w:pPr>
        <w:jc w:val="right"/>
      </w:pPr>
      <w:r>
        <w:t>اس طرح عبادت کرو گویا کہ تم خدا کو دیکھ رہے ہو۔ یعنی discovery کے درجے میں عبادت۔</w:t>
      </w:r>
    </w:p>
    <w:p>
      <w:r>
        <w:rPr>
          <w:b/>
        </w:rPr>
        <w:t xml:space="preserve">[23:00] </w:t>
      </w:r>
      <w:r>
        <w:t>ma'rifat ke darjay mein namaz.</w:t>
      </w:r>
    </w:p>
    <w:p>
      <w:pPr>
        <w:jc w:val="right"/>
      </w:pPr>
      <w:r>
        <w:t>معرفت کے درجے میں نماز۔</w:t>
      </w:r>
    </w:p>
    <w:p>
      <w:r>
        <w:rPr>
          <w:b/>
        </w:rPr>
        <w:t xml:space="preserve">[23:05] </w:t>
      </w:r>
      <w:r>
        <w:t>jab aap Khuda ko discover karte hain. jo maine padhi aap ke samnay ayat. wa idha sami'oo ma unzila ila ar-rasooli tara 'ayluhum tafritoo bina d-dami mimma 'arafoo bina l-haqq.</w:t>
      </w:r>
    </w:p>
    <w:p>
      <w:pPr>
        <w:jc w:val="right"/>
      </w:pPr>
      <w:r>
        <w:t>جب آپ خدا کو discover کرتے ہیں۔ جو میں نے پڑھی آپ کے سامنے آیت۔ وَإِذَا سَمَعُوا مَا أُنْزِلَ إِلَى الرَّسُولِ تَرَى عَيْلُهُمْ تَفْرِيطُ بِنَ الْدَّمِ مِّمَّا عَرَفُوا بِنَ الْحَقِّ۔</w:t>
      </w:r>
    </w:p>
    <w:p>
      <w:r>
        <w:rPr>
          <w:b/>
        </w:rPr>
        <w:t xml:space="preserve">[23:19] </w:t>
      </w:r>
      <w:r>
        <w:t>is mein kuch logon ka zikr hai. kuch log jo islam qabool kiya tha jinhon ne. unhon ne quran ko suna.</w:t>
      </w:r>
    </w:p>
    <w:p>
      <w:pPr>
        <w:jc w:val="right"/>
      </w:pPr>
      <w:r>
        <w:t>اس میں کچھ لوگوں کا ذکر ہے۔ کچھ لوگ جو اسلام قبول کیا تھا جنہوں نے۔ انہوں نے قرآن کو سنا۔</w:t>
      </w:r>
    </w:p>
    <w:p>
      <w:r>
        <w:rPr>
          <w:b/>
        </w:rPr>
        <w:t xml:space="preserve">[23:28] </w:t>
      </w:r>
      <w:r>
        <w:t>aur gawahi di ke yeh quran khuda ka kalam hai. hum khuda par iman laye. yeh out of marifat tha. out of realization tha.</w:t>
      </w:r>
    </w:p>
    <w:p>
      <w:pPr>
        <w:jc w:val="right"/>
      </w:pPr>
      <w:r>
        <w:t>اور گواہی دی کہ یہ قرآن خدا کا کلام ہے۔ ہم خدا پر ایمان لائے۔ یہ out of معرفت تھا۔ Out of realization تھا۔</w:t>
      </w:r>
    </w:p>
    <w:p>
      <w:r>
        <w:rPr>
          <w:b/>
        </w:rPr>
        <w:t xml:space="preserve">[23:38] </w:t>
      </w:r>
      <w:r>
        <w:t>mimmā ʿarafu bīl-ḥaqqi. unhon ne sachai ko discover kar liya is ke andar. yeh discovery itni gehri thi, itni gehri thi.</w:t>
      </w:r>
    </w:p>
    <w:p>
      <w:pPr>
        <w:jc w:val="right"/>
      </w:pPr>
      <w:r>
        <w:t>مِمَّا عَرَفُوا بِنَ الْحَقِّ۔ انہوں نے سچائی کو discover کر لیا اس کے اندر۔ یہ discovery اتنی گہری تھی، اتنی گہری تھی۔</w:t>
      </w:r>
    </w:p>
    <w:p>
      <w:r>
        <w:rPr>
          <w:b/>
        </w:rPr>
        <w:t xml:space="preserve">[23:47] </w:t>
      </w:r>
      <w:r>
        <w:t>ke un ki ankhon se aansu beh pare. tafriṭu bīl-dammi. beh pare aansu un ki ankhon se.</w:t>
      </w:r>
    </w:p>
    <w:p>
      <w:pPr>
        <w:jc w:val="right"/>
      </w:pPr>
      <w:r>
        <w:t>کہ ان کی آنکھوں سے آنسو بہہ پڑے۔ تَفْرِيطُ بِنَ الْدَّمِ۔ بہہ پڑے آنسو ان کی آنکھوں سے۔</w:t>
      </w:r>
    </w:p>
    <w:p>
      <w:r>
        <w:rPr>
          <w:b/>
        </w:rPr>
        <w:t xml:space="preserve">[23:57] </w:t>
      </w:r>
      <w:r>
        <w:t>aansu kya hain? jab aap ko koi gehrai ke sath koi cheez milti hai. jaise ek maa hai us ka beta gum ho gaya tha, mila.</w:t>
      </w:r>
    </w:p>
    <w:p>
      <w:pPr>
        <w:jc w:val="right"/>
      </w:pPr>
      <w:r>
        <w:t>آنسو کیا ہیں؟ جب آپ کو کوئی گہرائی کے ساتھ کوئی چیز ملتی ہے۔ جیسے ایک ماں ہے اس کا بیٹا گم ہو گیا تھا، ملا۔</w:t>
      </w:r>
    </w:p>
    <w:p>
      <w:r>
        <w:rPr>
          <w:b/>
        </w:rPr>
        <w:t xml:space="preserve">[24:08] </w:t>
      </w:r>
      <w:r>
        <w:t>to jab us ko apni god mein legi to ankhon se aansu beh padenge us ke.</w:t>
      </w:r>
    </w:p>
    <w:p>
      <w:pPr>
        <w:jc w:val="right"/>
      </w:pPr>
      <w:r>
        <w:t>تو جب اس کو اپنی گود میں لے گی تو آنکھوں سے آنسو بہہ پڑیں گے اس کے۔</w:t>
      </w:r>
    </w:p>
    <w:p>
      <w:r>
        <w:rPr>
          <w:b/>
        </w:rPr>
        <w:t xml:space="preserve">[24:16] </w:t>
      </w:r>
      <w:r>
        <w:t>to quran ka yeh surah, yeh para saat ka shuru ki ayaten padhiye aap. is mein aap payenge ke iman kya hai?</w:t>
      </w:r>
    </w:p>
    <w:p>
      <w:pPr>
        <w:jc w:val="right"/>
      </w:pPr>
      <w:r>
        <w:t>تو قرآن کا یہ سورہ، یہ پارہ سات کا شروع کی آیتیں پڑھیے آپ۔ اس میں آپ پائیں گے کہ ایمان کیا ہے؟</w:t>
      </w:r>
    </w:p>
    <w:p>
      <w:r>
        <w:rPr>
          <w:b/>
        </w:rPr>
        <w:t xml:space="preserve">[24:29] </w:t>
      </w:r>
      <w:r>
        <w:t>iman naam hai marifat ka. iman naam hai discovery ka. iman hai realization ka. iman naam yeh hai ke aap khuda ko is tarah payen ke aap ke andar ek ek thrill aa jaye, thrill.</w:t>
      </w:r>
    </w:p>
    <w:p>
      <w:pPr>
        <w:jc w:val="right"/>
      </w:pPr>
      <w:r>
        <w:t>ایمان نام ہے معرفت کا۔ ایمان نام ہے discovery کا۔ ایمان ہے realization کا۔ ایمان نام یہ ہے کہ آپ خدا کو اس طرح پائیں کہ آپ کے اندر ایک ایک thrill آ جائے، thrill۔</w:t>
      </w:r>
    </w:p>
    <w:p>
      <w:r>
        <w:rPr>
          <w:b/>
        </w:rPr>
        <w:t xml:space="preserve">[24:39] </w:t>
      </w:r>
      <w:r>
        <w:t>ek storm aa jaye. is ki ek pehchan yeh hoti hai ke aap ki ankhon se aansu beh padte hain. to jab is tarah se aap khuda ko payen to wahi hai jis ko kaha gaya hai goya ke tum dekh rahe ho.</w:t>
      </w:r>
    </w:p>
    <w:p>
      <w:pPr>
        <w:jc w:val="right"/>
      </w:pPr>
      <w:r>
        <w:t>ایک storm آ جائے۔ اس کی ایک پہچان یہ ہوتی ہے کہ آپ کی آنکھوں سے آنسو بہہ پڑتے ہیں۔ تو جب اس طرح سے آپ خدا کو پائیں تو وہی ہے جس کو کہا گیا ہے گویا کہ تم دیکھ رہے ہو۔</w:t>
      </w:r>
    </w:p>
    <w:p>
      <w:r>
        <w:rPr>
          <w:b/>
        </w:rPr>
        <w:t xml:space="preserve">[24:56] </w:t>
      </w:r>
      <w:r>
        <w:t>taʿabudī-llāha ka-annaka tarā. khuda ki ibadat is tarah karo goya ke tum khuda ko dekh rahe ho. matlab creation mein creator ko dekhna jab ho jaye.</w:t>
      </w:r>
    </w:p>
    <w:p>
      <w:pPr>
        <w:jc w:val="right"/>
      </w:pPr>
      <w:r>
        <w:t>تعبدِ اللَّهَ كَانَّكَ تَرَى۔ خدا کی عبادت اس طرح کرو گویا کہ تم خدا کو دیکھ رہے ہو۔ مطلب creation میں creator کو دیکھنا جب ہو جائے۔</w:t>
      </w:r>
    </w:p>
    <w:p>
      <w:r>
        <w:rPr>
          <w:b/>
        </w:rPr>
        <w:t xml:space="preserve">[25:09] </w:t>
      </w:r>
      <w:r>
        <w:t>yeh jo kuch hai hamare samne, yeh nature. hum, zameen, aasman, kya hai yeh? creation hai. is creator mein, is creation mein khuda jhalak raha hai.</w:t>
      </w:r>
    </w:p>
    <w:p>
      <w:pPr>
        <w:jc w:val="right"/>
      </w:pPr>
      <w:r>
        <w:t>یہ جو کچھ ہے ہمارے سامنے، یہ nature۔ ہم، زمین، آسمان، کیا ہے یہ؟ Creation ہے۔ اس creator میں، اس creation میں خدا جھلک رہا ہے۔</w:t>
      </w:r>
    </w:p>
    <w:p>
      <w:r>
        <w:rPr>
          <w:b/>
        </w:rPr>
        <w:t xml:space="preserve">[25:22] </w:t>
      </w:r>
      <w:r>
        <w:t>makhlooq mein khaliq ka jalwa hai. to jab aap sochte hain, jab aap ghor karte hain. to aap ko discovery hoti hai ke oh.</w:t>
      </w:r>
    </w:p>
    <w:p>
      <w:pPr>
        <w:jc w:val="right"/>
      </w:pPr>
      <w:r>
        <w:t>مخلوق میں خالق کا جلوہ ہے۔ تو جب آپ سوچتے ہیں، جب آپ غور کرتے ہیں۔ تو آپ کو discovery ہوتی ہے کہ اوہ۔</w:t>
      </w:r>
    </w:p>
    <w:p>
      <w:r>
        <w:rPr>
          <w:b/>
        </w:rPr>
        <w:t xml:space="preserve">[25:35] </w:t>
      </w:r>
      <w:r>
        <w:t>creation mein aap creator ko pa lete hain. quran mein aap khaliq ko daryaft kar lete hain. is waqt jab aap ibadat karte hain to isi ka naam hai ibadat.</w:t>
      </w:r>
    </w:p>
    <w:p>
      <w:pPr>
        <w:jc w:val="right"/>
      </w:pPr>
      <w:r>
        <w:t>Creation میں آپ creator کو پا لیتے ہیں۔ قرآن میں آپ خالق کو دریافت کر لیتے ہیں۔ اس وقت جب آپ عبادت کرتے ہیں تو اسی کا نام ہے عبادت۔</w:t>
      </w:r>
    </w:p>
    <w:p>
      <w:r>
        <w:rPr>
          <w:b/>
        </w:rPr>
        <w:t xml:space="preserve">[25:46] </w:t>
      </w:r>
      <w:r>
        <w:t>taʿabudī-llāha ka-annaka tarā. ibadat is tarah karo goya ke tum khuda ko dekh rahe ho. to goya ke tum khuda ko dekh rahe ho yeh kya hai?</w:t>
      </w:r>
    </w:p>
    <w:p>
      <w:pPr>
        <w:jc w:val="right"/>
      </w:pPr>
      <w:r>
        <w:t>تعبدِ اللَّهَ كَانَّكَ تَرَى۔ عبادت اس طرح کرو گویا کہ تم خدا کو دیکھ رہے ہو۔ تو گویا کہ تم خدا کو دیکھ رہے ہو یہ کیا ہے؟</w:t>
      </w:r>
    </w:p>
    <w:p>
      <w:r>
        <w:rPr>
          <w:b/>
        </w:rPr>
        <w:t xml:space="preserve">[25:58] </w:t>
      </w:r>
      <w:r>
        <w:t>yeh discovery hai, yeh marifat hai, yeh realization hai. to namaz naam hai ek aise feal ka jo marifat ke sath kiya jata hai.</w:t>
      </w:r>
    </w:p>
    <w:p>
      <w:pPr>
        <w:jc w:val="right"/>
      </w:pPr>
      <w:r>
        <w:t>یہ discovery ہے، یہ معرفت ہے، یہ realization ہے۔ تو نماز نام ہے ایک ایسے فعل کا جو معرفت کے ساتھ کیا جاتا ہے۔</w:t>
      </w:r>
    </w:p>
    <w:p>
      <w:r>
        <w:rPr>
          <w:b/>
        </w:rPr>
        <w:t xml:space="preserve">[26:14] </w:t>
      </w:r>
      <w:r>
        <w:t>marifat ke sath. yani khuda aap ke, khuda ko jab aap discover karte hain. to khuda kya aap ke dil mein sama jata hai, khuda aap ke dimagh mein sama jata hai.</w:t>
      </w:r>
    </w:p>
    <w:p>
      <w:pPr>
        <w:jc w:val="right"/>
      </w:pPr>
      <w:r>
        <w:t>معرفت کے ساتھ۔ یعنی خدا آپ کے، خدا کو جب آپ discover کرتے ہیں۔ تو خدا کیا آپ کے دل میں سما جاتا ہے، خدا آپ کے دماغ میں سما جاتا ہے۔</w:t>
      </w:r>
    </w:p>
    <w:p>
      <w:r>
        <w:rPr>
          <w:b/>
        </w:rPr>
        <w:t xml:space="preserve">[26:27] </w:t>
      </w:r>
      <w:r>
        <w:t>har cheez aap, aap ko har cheez ko aap khuda ki nazar se dekhne lagte hain. aap ke andar ek rabbani personality emerge karti hai.</w:t>
      </w:r>
    </w:p>
    <w:p>
      <w:pPr>
        <w:jc w:val="right"/>
      </w:pPr>
      <w:r>
        <w:t>ہر چیز آپ، آپ کو ہر چیز کو آپ خدا کی نظر سے دیکھنے لگتے ہیں۔ آپ کے اندر ایک ربانی personality emerge کرتی ہے۔</w:t>
      </w:r>
    </w:p>
    <w:p>
      <w:r>
        <w:rPr>
          <w:b/>
        </w:rPr>
        <w:t xml:space="preserve">[26:36] </w:t>
      </w:r>
      <w:r>
        <w:t>kaun rabbaniyin? ek rabbani personality emerge karti hai. is waqt jab aap namaz padhte hain. woh hota hai jaise ke khuda ko aap dekh rahe hon.</w:t>
      </w:r>
    </w:p>
    <w:p>
      <w:pPr>
        <w:jc w:val="right"/>
      </w:pPr>
      <w:r>
        <w:t>کون ربانیین؟ ایک ربانی personality emerge کرتی ہے۔ اس وقت جب آپ نماز پڑھتے ہیں۔ وہ ہوتا ہے جیسے کہ خدا کو آپ دیکھ رہے ہوں۔</w:t>
      </w:r>
    </w:p>
    <w:p>
      <w:r>
        <w:rPr>
          <w:b/>
        </w:rPr>
        <w:t xml:space="preserve">[26:48] </w:t>
      </w:r>
      <w:r>
        <w:t>is ka naam hai namaz. yeh namaz ka ek, ek yeh samajhna ke namaz kisi set of rituals ka naam hai.</w:t>
      </w:r>
    </w:p>
    <w:p>
      <w:pPr>
        <w:jc w:val="right"/>
      </w:pPr>
      <w:r>
        <w:t>اس کا نام ہے نماز۔ یہ نماز کا ایک، ایک یہ سمجھنا کہ نماز کسی set of rituals کا نام ہے۔</w:t>
      </w:r>
    </w:p>
    <w:p>
      <w:r>
        <w:rPr>
          <w:b/>
        </w:rPr>
        <w:t xml:space="preserve">[26:58] </w:t>
      </w:r>
      <w:r>
        <w:t>ke to yeh ridicule karna hai namaz ko. hum dekhte hain ke log, ek salafi log behas kar rahe hain ke salafi tarike se namaz padho to namaz hogi.</w:t>
      </w:r>
    </w:p>
    <w:p>
      <w:pPr>
        <w:jc w:val="right"/>
      </w:pPr>
      <w:r>
        <w:t>کہ تو یہ ridicule کرنا ہے نماز کو۔ ہم دیکھتے ہیں کہ لوگ، ایک سلفی لوگ بحث کر رہے ہیں کہ سلفی طریقے سے نماز پڑھو تو نماز ہوگی۔</w:t>
      </w:r>
    </w:p>
    <w:p>
      <w:r>
        <w:rPr>
          <w:b/>
        </w:rPr>
        <w:t xml:space="preserve">[27:11] </w:t>
      </w:r>
      <w:r>
        <w:t>hanfi log behas kar rahe hain ke hanfi tarike se namaz padho to namaz hogi. bilashuba yeh sab, yeh sab baseless baaten hain, baseless baaten hain.</w:t>
      </w:r>
    </w:p>
    <w:p>
      <w:pPr>
        <w:jc w:val="right"/>
      </w:pPr>
      <w:r>
        <w:t>حنفی لوگ بحث کر رہے ہیں کہ حنفی طریقے سے نماز پڑھو تو نماز ہوگی۔ بلاشبہ یہ سب، یہ سب baseless باتیں ہیں، baseless باتیں ہیں۔</w:t>
      </w:r>
    </w:p>
    <w:p>
      <w:r>
        <w:rPr>
          <w:b/>
        </w:rPr>
        <w:t xml:space="preserve">[27:22] </w:t>
      </w:r>
      <w:r>
        <w:t>salafi tarika bhi kuch nahi, hanfi tarika bhi kuch nahi. muttaqiyana tarika asal hai, arifana tarika asal hai.</w:t>
      </w:r>
    </w:p>
    <w:p>
      <w:pPr>
        <w:jc w:val="right"/>
      </w:pPr>
      <w:r>
        <w:t>سلفی طریقہ بھی کچھ نہیں، حنفی طریقہ بھی کچھ نہیں۔ متقیانہ طریقہ اصل ہے، عارفانہ طریقہ اصل ہے۔</w:t>
      </w:r>
    </w:p>
    <w:p>
      <w:r>
        <w:rPr>
          <w:b/>
        </w:rPr>
        <w:t xml:space="preserve">[27:31] </w:t>
      </w:r>
      <w:r>
        <w:t>kya salafi tarika ho, kya hanfi tarika? andar jab taqwa aata hai, andar jab khushu aata hai. woh, woh sahi tarika hota hai.</w:t>
      </w:r>
    </w:p>
    <w:p>
      <w:pPr>
        <w:jc w:val="right"/>
      </w:pPr>
      <w:r>
        <w:t>کیا سلفی طریقہ ہو، کیا حنفی طریقہ؟ اندر جب تقویٰ آتا ہے، اندر جب خشوع آتا ہے۔ وہ، وہ صحیح طریقہ ہوتا ہے۔</w:t>
      </w:r>
    </w:p>
    <w:p>
      <w:r>
        <w:rPr>
          <w:b/>
        </w:rPr>
        <w:t xml:space="preserve">[27:41] </w:t>
      </w:r>
      <w:r>
        <w:t>jo sahi tarika kya hai? ke aap ke andar marifat itni zyada barh jaye ke aap khuda ko dekhne lagen. woh hai asal tarika.</w:t>
      </w:r>
    </w:p>
    <w:p>
      <w:pPr>
        <w:jc w:val="right"/>
      </w:pPr>
      <w:r>
        <w:t>جو صحیح طریقہ کیا ہے؟ کہ آپ کے اندر معرفت اتنی زیادہ بڑھ جائے کہ آپ خدا کو دیکھنے لگیں۔ وہ ہے اصل طریقہ۔</w:t>
      </w:r>
    </w:p>
    <w:p>
      <w:r>
        <w:rPr>
          <w:b/>
        </w:rPr>
        <w:t xml:space="preserve">[27:51] </w:t>
      </w:r>
      <w:r>
        <w:t>is se, is ke sath jo namaz padhi jaye wahi namaz hai. aise hi aap dekhiye.</w:t>
      </w:r>
    </w:p>
    <w:p>
      <w:pPr>
        <w:jc w:val="right"/>
      </w:pPr>
      <w:r>
        <w:t>اس سے، اس کے ساتھ جو نماز پڑھی جائے وہی نماز ہے۔ ایسے ہی آپ دیکھیے۔</w:t>
      </w:r>
    </w:p>
    <w:p>
      <w:r>
        <w:rPr>
          <w:b/>
        </w:rPr>
        <w:t xml:space="preserve">[27:59] </w:t>
      </w:r>
      <w:r>
        <w:t>roza, som bohat bari cheez hai. hadith mein aata hai ke rozay ka bohat ziyada sawab mil diya jata hai.</w:t>
      </w:r>
    </w:p>
    <w:p>
      <w:pPr>
        <w:jc w:val="right"/>
      </w:pPr>
      <w:r>
        <w:t>روزہ، صوم بہت بڑی چیز ہے۔ حدیث میں آتا ہے کہ روزے کا بہت زیادہ ثواب مل دیا جاتا ہے۔</w:t>
      </w:r>
    </w:p>
    <w:p>
      <w:r>
        <w:rPr>
          <w:b/>
        </w:rPr>
        <w:t xml:space="preserve">[28:08] </w:t>
      </w:r>
      <w:r>
        <w:t>kya aap samajhte hain ke sirf bhookay rehne par mil jayega? yeh khuda ko aap kya samajhte hain?</w:t>
      </w:r>
    </w:p>
    <w:p>
      <w:pPr>
        <w:jc w:val="right"/>
      </w:pPr>
      <w:r>
        <w:t>کیا آپ سمجھتے ہیں کہ صرف بھوکے رہنے پر مل جائے گا؟ یہ خدا کو آپ کیا سمجھتے ہیں؟</w:t>
      </w:r>
    </w:p>
    <w:p>
      <w:r>
        <w:rPr>
          <w:b/>
        </w:rPr>
        <w:t xml:space="preserve">[28:17] </w:t>
      </w:r>
      <w:r>
        <w:t>log khuda ko underestimate karte hain. wa ma qadra allaha qadrahu. log khuda ko underestimate karte hain ke subah shaam to bhookay raho to bas khuda bohat khush ho jayega.</w:t>
      </w:r>
    </w:p>
    <w:p>
      <w:pPr>
        <w:jc w:val="right"/>
      </w:pPr>
      <w:r>
        <w:t>لوگ خدا کو underestimate کرتے ہیں۔ وَمَا قَدَرُوا اللَّهَ قَدْرَهِ۔ لوگ خدا کو underestimate کرتے ہیں کہ صبح شام تو بھوکے رہو تو بس خدا بہت خوش ہو جائے گا۔</w:t>
      </w:r>
    </w:p>
    <w:p>
      <w:r>
        <w:rPr>
          <w:b/>
        </w:rPr>
        <w:t xml:space="preserve">[28:28] </w:t>
      </w:r>
      <w:r>
        <w:t>yani yeh kuch, kuch sense hai? jis khuda ne itne bare aasman ko, zameen ko paida kiya. itni meaningful kainat banai. woh sirf is se khush ho jata hai, khush ho jayega ke aap subah shaam to roti nahi khai aap ne.</w:t>
      </w:r>
    </w:p>
    <w:p>
      <w:pPr>
        <w:jc w:val="right"/>
      </w:pPr>
      <w:r>
        <w:t>یعنی یہ کچھ، کچھ sense ہے؟ جس خدا نے اتنے بڑے آسمان کو، زمین کو پیدا کیا۔ اتنی meaningful کائنات بنائی۔ وہ صرف اس سے خوش ہو جاتا ہے، خوش ہو جائے گا کہ آپ صبح شام تو روٹی نہیں کھائی آپ نے۔</w:t>
      </w:r>
    </w:p>
    <w:p>
      <w:r>
        <w:rPr>
          <w:b/>
        </w:rPr>
        <w:t xml:space="preserve">[28:41] </w:t>
      </w:r>
      <w:r>
        <w:t>khuda ko underestimate karte hain aap.</w:t>
      </w:r>
    </w:p>
    <w:p>
      <w:pPr>
        <w:jc w:val="right"/>
      </w:pPr>
      <w:r>
        <w:t>خدا کو underestimate کرتے ہیں آپ۔</w:t>
      </w:r>
    </w:p>
    <w:p>
      <w:r>
        <w:rPr>
          <w:b/>
        </w:rPr>
        <w:t xml:space="preserve">[28:46] </w:t>
      </w:r>
      <w:r>
        <w:t>roza ek, ek spirit ka naam hai. quran mein dekhiye teen lafz aaye hain. jahan rozay ki baat aayi hai surah baqarah mein. taqwa, takbeer aur shukr.</w:t>
      </w:r>
    </w:p>
    <w:p>
      <w:pPr>
        <w:jc w:val="right"/>
      </w:pPr>
      <w:r>
        <w:t>روزہ ایک، ایک spirit کا نام ہے۔ قرآن میں دیکھیے تین لفظ آئے ہیں۔ جہاں روزے کی بات آئی ہے سورہ بقرہ میں۔ تقویٰ، تکبیر اور شکر۔</w:t>
      </w:r>
    </w:p>
    <w:p>
      <w:r>
        <w:rPr>
          <w:b/>
        </w:rPr>
        <w:t xml:space="preserve">[29:00] </w:t>
      </w:r>
      <w:r>
        <w:t>aur hadith bayan hua shahr al-sawm. to is ko le lijiye to ek aur cheez ho jati hai sabr. jis rozay mein taqwa ki rooh ho.</w:t>
      </w:r>
    </w:p>
    <w:p>
      <w:pPr>
        <w:jc w:val="right"/>
      </w:pPr>
      <w:r>
        <w:t>اور حدیث بیان ہوا شہر الصبر۔ تو اس کو لے لیجیے تو ایک اور چیز ہو جاتی ہے صبر۔ جس روزے میں تقویٰ کی روح ہو۔</w:t>
      </w:r>
    </w:p>
    <w:p>
      <w:r>
        <w:rPr>
          <w:b/>
        </w:rPr>
        <w:t xml:space="preserve">[29:11] </w:t>
      </w:r>
      <w:r>
        <w:t>jis rozay mein taqwa ki spirit ho. jis rozay mein takbeer ki spirit ho. jis rozay mein shukr ki spirit ho. jis rozay mein sabr ki spirit ho.</w:t>
      </w:r>
    </w:p>
    <w:p>
      <w:pPr>
        <w:jc w:val="right"/>
      </w:pPr>
      <w:r>
        <w:t>جس روزے میں تقویٰ کی spirit ہو۔ جس روزے میں تکبیر کی spirit ہو۔ جس روزے میں شکر کی spirit ہو۔ جس روزے میں صبر کی spirit ہو۔</w:t>
      </w:r>
    </w:p>
    <w:p>
      <w:r>
        <w:rPr>
          <w:b/>
        </w:rPr>
        <w:t xml:space="preserve">[29:21] </w:t>
      </w:r>
      <w:r>
        <w:t>woh hai roza. maazrat, bhook pyas ka naam roza nahi hai. hadith mein aata hai aap jante hain. kam min saimin laisa lahu min siyamihi illazama illal joo.</w:t>
      </w:r>
    </w:p>
    <w:p>
      <w:pPr>
        <w:jc w:val="right"/>
      </w:pPr>
      <w:r>
        <w:t>وہ ہے روزہ۔ معذرت، بھوک پیاس کا نام روزہ نہیں ہے۔ حدیث میں آتا ہے آپ جانتے ہیں۔ کم من صائم لیس لہ من صیامہ الا الزمع الا الجوع۔</w:t>
      </w:r>
    </w:p>
    <w:p>
      <w:r>
        <w:rPr>
          <w:b/>
        </w:rPr>
        <w:t xml:space="preserve">[29:37] </w:t>
      </w:r>
      <w:r>
        <w:t>to kaha yeh spirit jahan nahi hai woh roza kya hai? bhook pyas hai. aur bhook pyas ki koi qeemat nahi hai. aise hi aap dekhiye ke hajj, woh dhoom machi hui hai aaj kal hajj ki.</w:t>
      </w:r>
    </w:p>
    <w:p>
      <w:pPr>
        <w:jc w:val="right"/>
      </w:pPr>
      <w:r>
        <w:t>تو کہا یہ spirit جہاں نہیں ہے وہ روزہ کیا ہے؟ بھوک پیاس ہے۔ اور بھوک پیاس کی کوئی قیمت نہیں ہے۔ ایسے ہی آپ دیکھیے کہ حج، وہ دھوم مچی ہوئی ہے آج کل حج کی۔</w:t>
      </w:r>
    </w:p>
    <w:p>
      <w:r>
        <w:rPr>
          <w:b/>
        </w:rPr>
        <w:t xml:space="preserve">[29:49] </w:t>
      </w:r>
      <w:r>
        <w:t>har aadmi rush kar ke hajj kar ke pahunch ja raha hai, pahunch raha hai. main hajj karne gaya, wahan dekh kar main rota tha. ke kisi ko maine paya nahi ke jo khuda ke khauf ki baatein kare.</w:t>
      </w:r>
    </w:p>
    <w:p>
      <w:pPr>
        <w:jc w:val="right"/>
      </w:pPr>
      <w:r>
        <w:t>ہر آدمی رش کر کے حج کر کے پہنچ جا رہا ہے، پہنچ رہا ہے۔ میں حج کرنے گیا، وہاں دیکھ کر میں روتا تھا۔ کہ کسی کو میں نے پایا نہیں کہ جو خدا کے خوف کی باتیں کرے۔</w:t>
      </w:r>
    </w:p>
    <w:p>
      <w:r>
        <w:rPr>
          <w:b/>
        </w:rPr>
        <w:t xml:space="preserve">[30:01] </w:t>
      </w:r>
      <w:r>
        <w:t>jo taqwa ki baatein kare. har aadmi cheezon ki baatein karta hai. bazaron mein kharidari, kharidari ki baatein karta hai. apne rishtedaron ko tail for karne ke chakkar mein pada hua hai.</w:t>
      </w:r>
    </w:p>
    <w:p>
      <w:pPr>
        <w:jc w:val="right"/>
      </w:pPr>
      <w:r>
        <w:t>جو تقویٰ کی باتیں کرے۔ ہر آدمی چیزوں کی باتیں کرتا ہے۔ بازاروں میں خریداری، خریداری کی باتیں کرتا ہے۔ اپنے رشتہ داروں کو ٹیل فور کرنے کے چکر میں پڑا ہوا ہے۔</w:t>
      </w:r>
    </w:p>
    <w:p>
      <w:r>
        <w:rPr>
          <w:b/>
        </w:rPr>
        <w:t xml:space="preserve">[30:13] </w:t>
      </w:r>
      <w:r>
        <w:t>na kahin khauf khuda hai, na kahin taqwa hai, na kahin khushu hai. to yeh kya tarah hai? aisa hajj, hajj ek kya tarah hai? ek tourism hai.</w:t>
      </w:r>
    </w:p>
    <w:p>
      <w:pPr>
        <w:jc w:val="right"/>
      </w:pPr>
      <w:r>
        <w:t>نہ کہیں خوف خدا ہے، نہ کہیں تقویٰ ہے، نہ کہیں خشوع ہے۔ تو یہ کیا طرح ہے؟ ایسا حج، حج ایک کیا طرح ہے؟ ایک tourism ہے۔</w:t>
      </w:r>
    </w:p>
    <w:p>
      <w:r>
        <w:rPr>
          <w:b/>
        </w:rPr>
        <w:t xml:space="preserve">[30:25] </w:t>
      </w:r>
      <w:r>
        <w:t>yeh ek qism ki outing hai. yani aaj kal ka hajj jo hai logon ke liye ek qism ki outing hai. main jab haji, hajj kar ke aate hain wahan se log.</w:t>
      </w:r>
    </w:p>
    <w:p>
      <w:pPr>
        <w:jc w:val="right"/>
      </w:pPr>
      <w:r>
        <w:t>یہ ایک قسم کی outing ہے۔ یعنی آج کل کا حج جو ہے لوگوں کے لیے ایک قسم کی outing ہے۔ میں جب حاجی، حج کر کے آتے ہیں وہاں سے لوگ۔</w:t>
      </w:r>
    </w:p>
    <w:p>
      <w:r>
        <w:rPr>
          <w:b/>
        </w:rPr>
        <w:t xml:space="preserve">[30:37] </w:t>
      </w:r>
      <w:r>
        <w:t>to invariably maine paya hai ke un se poocha jaye ke bhai koi bataiye kya wahan se le ke aaye aap?</w:t>
      </w:r>
    </w:p>
    <w:p>
      <w:pPr>
        <w:jc w:val="right"/>
      </w:pPr>
      <w:r>
        <w:t>تو invariably میں نے پایا ہے کہ ان سے پوچھا جائے کہ بھئی کوئی بتائیے کیا وہاں سے لے کے آئے آپ؟</w:t>
      </w:r>
    </w:p>
    <w:p>
      <w:r>
        <w:rPr>
          <w:b/>
        </w:rPr>
        <w:t xml:space="preserve">[30:46] </w:t>
      </w:r>
      <w:r>
        <w:t>arey sahib wahan haram ki ek building hai jo king ke mahal se bhi bari hai. aur janab is mein to har taraf air condition nahi hai, air condition hai.</w:t>
      </w:r>
    </w:p>
    <w:p>
      <w:pPr>
        <w:jc w:val="right"/>
      </w:pPr>
      <w:r>
        <w:t>ارے صاحب وہاں حرم کی ایک بلڈنگ ہے جو کنگ کے محل سے بھی بڑی ہے۔ اور جناب اس میں تو ہر طرف air condition نہیں ہے، air condition ہے۔</w:t>
      </w:r>
    </w:p>
    <w:p>
      <w:r>
        <w:rPr>
          <w:b/>
        </w:rPr>
        <w:t xml:space="preserve">[30:56] </w:t>
      </w:r>
      <w:r>
        <w:t>pata hai yeh, yeh koi hajj hai? agar hajj hai to rasool allah ne hajj nahi kiya? sahaba ne hajj nahi kiya? is waqt to wahan na haram tha, na, na bijli thi, na air conditioner tha laga hua tha wahan.</w:t>
      </w:r>
    </w:p>
    <w:p>
      <w:pPr>
        <w:jc w:val="right"/>
      </w:pPr>
      <w:r>
        <w:t>پتہ ہے یہ، یہ کوئی حج ہے؟ اگر حج ہے تو رسول اللہ نے حج نہیں کیا؟ صحابہ نے حج نہیں کیا؟ اس وقت تو وہاں نہ حرم تھا، نہ، نہ بجلی تھی، نہ air conditioner تھا لگا ہوا تھا وہاں۔</w:t>
      </w:r>
    </w:p>
    <w:p>
      <w:r>
        <w:rPr>
          <w:b/>
        </w:rPr>
        <w:t xml:space="preserve">[31:11] </w:t>
      </w:r>
      <w:r>
        <w:t>to wahan se kya le ke, kya le ke aate hain? kuch saman khareed kar late hain. bari bari buildingen dekh kar aate hain. aur air condition haram mein namaz parh kar aate hain.</w:t>
      </w:r>
    </w:p>
    <w:p>
      <w:pPr>
        <w:jc w:val="right"/>
      </w:pPr>
      <w:r>
        <w:t>تو وہاں سے کیا لے کے، کیا لے کے آتے ہیں؟ کچھ سامان خرید کر لاتے ہیں۔ بڑی بڑی بلڈنگیں دیکھ کر آتے ہیں۔ اور air condition حرم میں نماز پڑھ کر آتے ہیں۔</w:t>
      </w:r>
    </w:p>
    <w:p>
      <w:r>
        <w:rPr>
          <w:b/>
        </w:rPr>
        <w:t xml:space="preserve">[31:28] </w:t>
      </w:r>
      <w:r>
        <w:t>hajj naam hai khuda se mulaqat ka. agar aap hajj par gaye wahan koi khuda se mulaqat hui. to aap ka hajj, hajj hai.</w:t>
      </w:r>
    </w:p>
    <w:p>
      <w:pPr>
        <w:jc w:val="right"/>
      </w:pPr>
      <w:r>
        <w:t>حج نام ہے خدا سے ملاقات کا۔ اگر آپ حج پر گئے وہاں کوئی خدا سے ملاقات ہوئی۔ تو آپ کا حج، حج ہے۔</w:t>
      </w:r>
    </w:p>
    <w:p>
      <w:r>
        <w:rPr>
          <w:b/>
        </w:rPr>
        <w:t xml:space="preserve">[31:36] </w:t>
      </w:r>
      <w:r>
        <w:t>warna kuch bhi nahi, nothing hai, nothing hai, nothing hai.</w:t>
      </w:r>
    </w:p>
    <w:p>
      <w:pPr>
        <w:jc w:val="right"/>
      </w:pPr>
      <w:r>
        <w:t>ورنہ کچھ بھی نہیں، nothing ہے، nothing ہے، nothing ہے۔</w:t>
      </w:r>
    </w:p>
    <w:p>
      <w:r>
        <w:rPr>
          <w:b/>
        </w:rPr>
        <w:t xml:space="preserve">[31:42] </w:t>
      </w:r>
      <w:r>
        <w:t>is tarah se aap dekhiye. aur dekhiye. dawat, aaj kal dawat ka lafz bohat bolte hain log. yahan se le ke america tak.</w:t>
      </w:r>
    </w:p>
    <w:p>
      <w:pPr>
        <w:jc w:val="right"/>
      </w:pPr>
      <w:r>
        <w:t>اس طریقے سے آپ دیکھیے۔ اور دیکھیے۔ دعوت، آج کل دعوت کا لفظ بہت بولتے ہیں لوگ۔ یہاں سے لے کے امریکہ تک۔</w:t>
      </w:r>
    </w:p>
    <w:p>
      <w:r>
        <w:rPr>
          <w:b/>
        </w:rPr>
        <w:t xml:space="preserve">[31:51] </w:t>
      </w:r>
      <w:r>
        <w:t>dawat, dawat. yeh log jante hain bhi nahi dawat kya cheez hai.</w:t>
      </w:r>
    </w:p>
    <w:p>
      <w:pPr>
        <w:jc w:val="right"/>
      </w:pPr>
      <w:r>
        <w:t>دعوت، دعوت۔ یہ لوگ جانتے ہیں بھی نہیں دعوت کیا چیز ہے۔</w:t>
      </w:r>
    </w:p>
    <w:p>
      <w:r>
        <w:rPr>
          <w:b/>
        </w:rPr>
        <w:t xml:space="preserve">[31:58] </w:t>
      </w:r>
      <w:r>
        <w:t>misalan main america mein gaya ek sahib ke haan main thehra tha.</w:t>
      </w:r>
    </w:p>
    <w:p>
      <w:pPr>
        <w:jc w:val="right"/>
      </w:pPr>
      <w:r>
        <w:t>مثلاً میں امریکہ میں گیا ایک صاحب کے ہاں میں ٹھہرا تھا۔</w:t>
      </w:r>
    </w:p>
    <w:p>
      <w:r>
        <w:rPr>
          <w:b/>
        </w:rPr>
        <w:t xml:space="preserve">[32:04] </w:t>
      </w:r>
      <w:r>
        <w:t>to unhone kaha hum bhi dawat ka kaam karte hain.</w:t>
      </w:r>
    </w:p>
    <w:p>
      <w:pPr>
        <w:jc w:val="right"/>
      </w:pPr>
      <w:r>
        <w:t>تو انہوں نے کہا ہم بھی دعوت کا کام کرتے ہیں۔</w:t>
      </w:r>
    </w:p>
    <w:p>
      <w:r>
        <w:rPr>
          <w:b/>
        </w:rPr>
        <w:t xml:space="preserve">[32:12] </w:t>
      </w:r>
      <w:r>
        <w:t>main ne kaha kya karte hain aap? to unhone mujhe apni gari se ek building mein bheja.</w:t>
      </w:r>
    </w:p>
    <w:p>
      <w:pPr>
        <w:jc w:val="right"/>
      </w:pPr>
      <w:r>
        <w:t>میں نے کہا کیا کرتے ہیں آپ؟ تو انہوں نے مجھے اپنی گاڑی سے ایک بلڈنگ میں بھیجا۔</w:t>
      </w:r>
    </w:p>
    <w:p>
      <w:r>
        <w:rPr>
          <w:b/>
        </w:rPr>
        <w:t xml:space="preserve">[32:22] </w:t>
      </w:r>
      <w:r>
        <w:t>to wahan main gaya to wahan par aik, aik lady aur aik mard wahan par thay. aur wahan par kya tha? woh sirf aik kaam tha monitoring.</w:t>
      </w:r>
    </w:p>
    <w:p>
      <w:pPr>
        <w:jc w:val="right"/>
      </w:pPr>
      <w:r>
        <w:t>تو وہاں میں گیا تو وہاں پر ایک، ایک lady اور ایک مرد وہاں پر تھے۔ اور وہاں پر کیا تھا؟ وہ صرف ایک کام تھا monitoring۔</w:t>
      </w:r>
    </w:p>
    <w:p>
      <w:r>
        <w:rPr>
          <w:b/>
        </w:rPr>
        <w:t xml:space="preserve">[32:34] </w:t>
      </w:r>
      <w:r>
        <w:t>keh log islam ke khilaaf kahan kahan chupa hai is ko nikalna. un ka nazariya yeh tha keh saare Christians, saare Jews sab islam ke dushman hain.</w:t>
      </w:r>
    </w:p>
    <w:p>
      <w:pPr>
        <w:jc w:val="right"/>
      </w:pPr>
      <w:r>
        <w:t>کہ لوگ اسلام کے خلاف کہاں کہاں چھپا ہے اس کو نکالنا۔ ان کا نظریہ یہ تھا کہ سارے Christians، سارے Jews سب اسلام کے دشمن ہیں۔</w:t>
      </w:r>
    </w:p>
    <w:p>
      <w:r>
        <w:rPr>
          <w:b/>
        </w:rPr>
        <w:t xml:space="preserve">[32:45] </w:t>
      </w:r>
      <w:r>
        <w:t>aur islam ke khilaaf chhaapte rehte hain, saara media islam ke dushman hai, chhaapta rehta hai. to is ko hum monitor kar rahe hain. is ka tha woh media watch.</w:t>
      </w:r>
    </w:p>
    <w:p>
      <w:pPr>
        <w:jc w:val="right"/>
      </w:pPr>
      <w:r>
        <w:t>اور اسلام کے خلاف چھاپتے رہتے ہیں، سارا میڈیا اسلام کے دشمن ہے، چھاپتا رہتا ہے۔ تو اس کو ہم monitor کر رہے ہیں۔ اس کا تھا وہ میڈیا watch۔</w:t>
      </w:r>
    </w:p>
    <w:p>
      <w:r>
        <w:rPr>
          <w:b/>
        </w:rPr>
        <w:t xml:space="preserve">[32:57] </w:t>
      </w:r>
      <w:r>
        <w:t>main ne kaha astaghfirullah yeh to fe'l haram mein mubtala hain aap aur dawat ka kaam karein ge aap? yaani is kaam ke baad aap ko kya hai?</w:t>
      </w:r>
    </w:p>
    <w:p>
      <w:pPr>
        <w:jc w:val="right"/>
      </w:pPr>
      <w:r>
        <w:t>میں نے کہا استغفراللہ یہ تو فعل حرام میں مبتلا ہیں آپ اور دعوت کا کام کریں گے آپ؟ یعنی اس کام کے بعد آپ کو کیا ہے؟</w:t>
      </w:r>
    </w:p>
    <w:p>
      <w:r>
        <w:rPr>
          <w:b/>
        </w:rPr>
        <w:t xml:space="preserve">[33:06] </w:t>
      </w:r>
      <w:r>
        <w:t>keh jo isai hain, jo yahoodi woh aap ke mad'u hain, mad'u. to mad'u ke khilaaf nafrat inculcate kar rahe hain aap. You are inculcating hate against those mad'u.</w:t>
      </w:r>
    </w:p>
    <w:p>
      <w:pPr>
        <w:jc w:val="right"/>
      </w:pPr>
      <w:r>
        <w:t>کہ جو عیسائی ہیں، جو یہودی وہ آپ کے مدعو ہیں، مدعو۔ تو مدعو کے خلاف نفرت inculcate کر رہے ہیں آپ۔ You are inculcating hate against those مدعو۔</w:t>
      </w:r>
    </w:p>
    <w:p>
      <w:r>
        <w:rPr>
          <w:b/>
        </w:rPr>
        <w:t xml:space="preserve">[33:18] </w:t>
      </w:r>
      <w:r>
        <w:t>yeh discover kar rahe hain keh unhon ne yeh conspiracy ki. hamare khilaaf yeh statement de diya. to aap is ko dawah kar, kar rahe hain un ke upar. You have to love your mad'u.</w:t>
      </w:r>
    </w:p>
    <w:p>
      <w:pPr>
        <w:jc w:val="right"/>
      </w:pPr>
      <w:r>
        <w:t>یہ discover کر رہے ہیں کہ انہوں نے یہ conspiracy کی۔ ہمارے خلاف یہ statement دے دیا۔ تو آپ اس کو دعویٰ کر، کر رہے ہیں ان کے اوپر۔ You have to love your مدعو۔</w:t>
      </w:r>
    </w:p>
    <w:p>
      <w:r>
        <w:rPr>
          <w:b/>
        </w:rPr>
        <w:t xml:space="preserve">[33:30] </w:t>
      </w:r>
      <w:r>
        <w:t>otherwise there is no dawah. aap ghaur kijiye keh yeh dawah hai yeh? saari duniya ke musalman, main ne, main to samajhta hoon keh aik bhi musalman nahi paya.</w:t>
      </w:r>
    </w:p>
    <w:p>
      <w:pPr>
        <w:jc w:val="right"/>
      </w:pPr>
      <w:r>
        <w:t>Otherwise there is no دعویٰ۔ آپ غور کیجیے کہ یہ دعویٰ ہے یہ؟ ساری دنیا کے مسلمان، میں نے، میں تو سمجھتا ہوں کہ ایک بھی مسلمان نہیں پایا۔</w:t>
      </w:r>
    </w:p>
    <w:p>
      <w:r>
        <w:rPr>
          <w:b/>
        </w:rPr>
        <w:t xml:space="preserve">[33:43] </w:t>
      </w:r>
      <w:r>
        <w:t>jo jamaaton mein hain, jo idaron mein hain, jo madarson mein hain, jo masjidon mein hain. sab ke dilon mein hate bhara hua hai. aap masjidon mein jayen to wahan par kya hota hai?</w:t>
      </w:r>
    </w:p>
    <w:p>
      <w:pPr>
        <w:jc w:val="right"/>
      </w:pPr>
      <w:r>
        <w:t>جو جماعتوں میں ہیں، جو اداروں میں ہیں، جو مدرسوں میں ہیں، جو مسجدوں میں ہیں۔ سب کے دلوں میں hate بھرا ہوا ہے۔ آپ مسجدوں میں جائیں تو وہاں پر کیا ہوتا ہے؟</w:t>
      </w:r>
    </w:p>
    <w:p>
      <w:r>
        <w:rPr>
          <w:b/>
        </w:rPr>
        <w:t xml:space="preserve">[33:51] </w:t>
      </w:r>
      <w:r>
        <w:t>bad duaen hoti hain. khudaaya in ko halaak kar de, khudaaya in ko halaak kar de. Allahumma ahliki al-kufra wal-mushrikeen. saare jalson mein, saare masjidon mein, saare madarson mein bad duaen ho rahi hain.</w:t>
      </w:r>
    </w:p>
    <w:p>
      <w:pPr>
        <w:jc w:val="right"/>
      </w:pPr>
      <w:r>
        <w:t>بد دعائیں ہوتی ہیں۔ خدایا ان کو ہلاک کر دے، خدایا ان کو ہلاک کر دے۔ اللّٰهُمْ أَهْلِكِ الْكَفْرَ وَالْمُشْرِكِينَ۔ سارے جلسوں میں، سارے مسجدوں میں، سارے مدرسوں میں بد دعائیں ہو رہی ہیں۔</w:t>
      </w:r>
    </w:p>
    <w:p>
      <w:r>
        <w:rPr>
          <w:b/>
        </w:rPr>
        <w:t xml:space="preserve">[34:07] </w:t>
      </w:r>
      <w:r>
        <w:t>aur phir bhi kehte hain hum dawat bhi karte hain. aap samajhte hain keh pani aur, yeh to pani aur aag ko ikattha karna hai.</w:t>
      </w:r>
    </w:p>
    <w:p>
      <w:pPr>
        <w:jc w:val="right"/>
      </w:pPr>
      <w:r>
        <w:t>اور پھر بھی کہتے ہیں ہم دعوت بھی کرتے ہیں۔ آپ سمجھتے ہیں کہ پانی اور، یہ تو پانی اور آگ کو اکٹھا کرنا ہے۔</w:t>
      </w:r>
    </w:p>
    <w:p>
      <w:r>
        <w:rPr>
          <w:b/>
        </w:rPr>
        <w:t xml:space="preserve">[34:18] </w:t>
      </w:r>
      <w:r>
        <w:t>dawah requires love. dawah requires compassion. dawah requires sympathy. kaise aap, yaani kisi ke, rasool Allah ke mutalliq aap dekhiye.</w:t>
      </w:r>
    </w:p>
    <w:p>
      <w:pPr>
        <w:jc w:val="right"/>
      </w:pPr>
      <w:r>
        <w:t>دعویٰ requires love۔ دعویٰ requires compassion۔ دعویٰ requires sympathy۔ کیسے آپ، یعنی کسی کے، رسول اللہ کے متعلق آپ دیکھیے۔</w:t>
      </w:r>
    </w:p>
    <w:p>
      <w:r>
        <w:rPr>
          <w:b/>
        </w:rPr>
        <w:t xml:space="preserve">[34:31] </w:t>
      </w:r>
      <w:r>
        <w:t>La allaka bakhir nafsaka Allahu yakunu mu'mineen. shayad to apne aap ko halaak kar lao ge keh log iman nahi la rahe.</w:t>
      </w:r>
    </w:p>
    <w:p>
      <w:pPr>
        <w:jc w:val="right"/>
      </w:pPr>
      <w:r>
        <w:t>لَا لَّكَ بَاخَرُ نَفْسَكَ اللَّهُ يَكُونُ مُؤْمِنِينَ۔ شاید تو اپنے آپ کو ہلاک کر لا لو گے کہ لوگ ایمان نہیں لا رہے۔</w:t>
      </w:r>
    </w:p>
    <w:p>
      <w:r>
        <w:rPr>
          <w:b/>
        </w:rPr>
        <w:t xml:space="preserve">[34:42] </w:t>
      </w:r>
      <w:r>
        <w:t>aap bataiye. keh rasool Allah un ke dard se tarapte thay keh yaar yeh log hell mein ja rahe hain. koi hell mein na jaane payein.</w:t>
      </w:r>
    </w:p>
    <w:p>
      <w:pPr>
        <w:jc w:val="right"/>
      </w:pPr>
      <w:r>
        <w:t>آپ بتائیے۔ کہ رسول اللہ ان کے درد سے تڑپتے تھے کہ یار یہ لوگ hell میں جا رہے ہیں۔ کوئی hell میں نہ جانے پائیں۔</w:t>
      </w:r>
    </w:p>
    <w:p>
      <w:r>
        <w:rPr>
          <w:b/>
        </w:rPr>
        <w:t xml:space="preserve">[34:52] </w:t>
      </w:r>
      <w:r>
        <w:t>aur aap bad dua kar rahe hain keh unhein hell mein daal do. rasool Allah apne mad'u ke liye kaanpte thay, darte thay, dua karte thay keh khuda unhein hell se bacha.</w:t>
      </w:r>
    </w:p>
    <w:p>
      <w:pPr>
        <w:jc w:val="right"/>
      </w:pPr>
      <w:r>
        <w:t>اور آپ بد دعا کر رہے ہیں کہ انہیں hell میں ڈالو۔ رسول اللہ اپنے مدعو کے لیے کانپتے تھے، ڈرتے تھے، دعا کرتے تھے کہ خدا انہیں hell سے بچا۔</w:t>
      </w:r>
    </w:p>
    <w:p>
      <w:r>
        <w:rPr>
          <w:b/>
        </w:rPr>
        <w:t xml:space="preserve">[35:02] </w:t>
      </w:r>
      <w:r>
        <w:t>aur aap bad dua karein masjidon mein khuda unhein hell mein daal de. aap khuda ke namune par hain? rasool Allah ke namune par hain aap?</w:t>
      </w:r>
    </w:p>
    <w:p>
      <w:pPr>
        <w:jc w:val="right"/>
      </w:pPr>
      <w:r>
        <w:t>اور آپ بد دعا کریں مسجدوں میں خدا انہیں hell میں ڈال دے۔ آپ خدا کے نمونے پر ہیں؟ رسول اللہ کے نمونے پر ہیں آپ؟</w:t>
      </w:r>
    </w:p>
    <w:p>
      <w:r>
        <w:rPr>
          <w:b/>
        </w:rPr>
        <w:t xml:space="preserve">[35:14] </w:t>
      </w:r>
      <w:r>
        <w:t>rasool Allah ne, rasool Allah jahan aaye. Makkah mein. yaani. to wahan par aap jante hain aik mushrikeen ka ghalba tha.</w:t>
      </w:r>
    </w:p>
    <w:p>
      <w:pPr>
        <w:jc w:val="right"/>
      </w:pPr>
      <w:r>
        <w:t>رسول اللہ نے، رسول اللہ جہاں آئے۔ مکہ میں۔ یعنی۔ تو وہاں پر آپ جانتے ہیں ایک مشرکین کا غلبہ تھا۔</w:t>
      </w:r>
    </w:p>
    <w:p>
      <w:r>
        <w:rPr>
          <w:b/>
        </w:rPr>
        <w:t xml:space="preserve">[35:26] </w:t>
      </w:r>
      <w:r>
        <w:t>unhon ne sataya aap ko, har tareeqe se. satane ki koi shakal sochi nahi, chhori nahi unhon ne. to kya aap bad dua karte thay un ke liye?</w:t>
      </w:r>
    </w:p>
    <w:p>
      <w:pPr>
        <w:jc w:val="right"/>
      </w:pPr>
      <w:r>
        <w:t>انہوں نے ستایا آپ کو، ہر طریقے سے۔ ستانے کی کوئی شکل سوچی نہیں، چھوڑی نہیں انہوں نے۔ تو کیا آپ بد دعا کرتے تھے ان کے لیے؟</w:t>
      </w:r>
    </w:p>
    <w:p>
      <w:r>
        <w:rPr>
          <w:b/>
        </w:rPr>
        <w:t xml:space="preserve">[35:37] </w:t>
      </w:r>
      <w:r>
        <w:t>aap kehte thay Allahumma dah qawmi fa innahum la ya'lamoon. khuda unhein hidayat de. woh hidayat ke hareese thay aur aap un ki halakat ke hareese hain.</w:t>
      </w:r>
    </w:p>
    <w:p>
      <w:pPr>
        <w:jc w:val="right"/>
      </w:pPr>
      <w:r>
        <w:t>آپ کہتے تھے اللّٰهُمَّ ذَا قَوْمِ فَإِنَّهُمْ لَا يَعْلَمُونَ۔ خدا انہیں ہدایت دے۔ وہ ہدایت کے حریص تھے اور آپ ان کی ہلاکت کے حریص ہیں۔</w:t>
      </w:r>
    </w:p>
    <w:p>
      <w:r>
        <w:rPr>
          <w:b/>
        </w:rPr>
        <w:t xml:space="preserve">[35:47] </w:t>
      </w:r>
      <w:r>
        <w:t>aap ghaur kijiye. jo bad duaen hoti hain hamari masjidon mein, madarson mein, jalson mein. jalson mein bad duaen hoti hain baqayda. yaani aap ghaur kijiye keh yeh khuda aisi duaon ko qabool kare ga?</w:t>
      </w:r>
    </w:p>
    <w:p>
      <w:pPr>
        <w:jc w:val="right"/>
      </w:pPr>
      <w:r>
        <w:t>آپ غور کیجیے۔ جو بد دعائیں ہوتی ہیں ہماری مسجدوں میں، مدرسوں میں، جلسوں میں۔ جلسوں میں بد دعائیں ہوتی ہیں باقاعدہ۔ یعنی آپ غور کیجیے کہ یہ خدا ایسی دعاؤں کو قبول کرے گا؟</w:t>
      </w:r>
    </w:p>
    <w:p>
      <w:r>
        <w:rPr>
          <w:b/>
        </w:rPr>
        <w:t xml:space="preserve">[36:02] </w:t>
      </w:r>
      <w:r>
        <w:t>aap sochiye keh khuda intezar kar raha hai koi banda in ke liye dua kare. khud banda koi in ke, mera paigham pahunchaye. khuda ne jannatein banai hain kis ke liye banai hain?</w:t>
      </w:r>
    </w:p>
    <w:p>
      <w:pPr>
        <w:jc w:val="right"/>
      </w:pPr>
      <w:r>
        <w:t>آپ سوچیے کہ خدا انتظار کر رہا ہے کوئی بندہ ان کے لیے دعا کرے۔ خود بندہ کوئی ان کے، میرا پیغام پہنچائے۔ خدا نے جنتیں بنائی ہیں کس کے لیے بنائی ہیں؟</w:t>
      </w:r>
    </w:p>
    <w:p>
      <w:r>
        <w:rPr>
          <w:b/>
        </w:rPr>
        <w:t xml:space="preserve">[36:13] </w:t>
      </w:r>
      <w:r>
        <w:t>kya so called musalmanon ke liye banai hain? saare insaanon ke liye banai hain. insaanon mein se khuda chahta hai keh insaanon mein se aise log niklein.</w:t>
      </w:r>
    </w:p>
    <w:p>
      <w:pPr>
        <w:jc w:val="right"/>
      </w:pPr>
      <w:r>
        <w:t>کیا so called مسلمانوں کے لیے بنائی ہیں؟ سارے انسانوں کے لیے بنائی ہیں۔ انسانوں میں سے خدا چاہتا ہے کہ انسانوں میں سے ایسے لوگ نکلیں۔</w:t>
      </w:r>
    </w:p>
    <w:p>
      <w:r>
        <w:rPr>
          <w:b/>
        </w:rPr>
        <w:t xml:space="preserve">[36:25] </w:t>
      </w:r>
      <w:r>
        <w:t>jo khuda ki barhai ko maanne wale hon. jo khuda ke deen par chalne wale hon. taake khuda unhein jannaton mein dakhil kare.</w:t>
      </w:r>
    </w:p>
    <w:p>
      <w:pPr>
        <w:jc w:val="right"/>
      </w:pPr>
      <w:r>
        <w:t>جو خدا کی بڑائی کو ماننے والے ہوں۔ جو خدا کے دین پر چلنے والے ہوں۔ تاکہ خدا انہیں جنتوں میں داخل کرے۔</w:t>
      </w:r>
    </w:p>
    <w:p>
      <w:r>
        <w:rPr>
          <w:b/>
        </w:rPr>
        <w:t xml:space="preserve">[36:36] </w:t>
      </w:r>
      <w:r>
        <w:t>aap kya kar rahe hain? in ko jahannum mein dhakel rahe hain. main ne apne kaanon se suni hai. keh jamaaton mein duaen ho rahi hain.</w:t>
      </w:r>
    </w:p>
    <w:p>
      <w:pPr>
        <w:jc w:val="right"/>
      </w:pPr>
      <w:r>
        <w:t>آپ کیا کر رہے ہیں؟ ان کو جہنم میں دھکیل رہے ہیں۔ میں نے اپنے کانوں سے سنی ہے۔ کہ جماعتوں میں دعائیں ہو رہی ہیں۔</w:t>
      </w:r>
    </w:p>
    <w:p>
      <w:r>
        <w:rPr>
          <w:b/>
        </w:rPr>
        <w:t xml:space="preserve">[36:45] </w:t>
      </w:r>
      <w:r>
        <w:t>un ki halakat ki. madarson, masjidon mein duaen ho rahi hain un ki halakat ki. pata hai yeh islam hai, yeh dawat hai. yaad rakhiye da'i ke dil mein kabhi bhi mad'u ki nafrat nahi aa sakti.</w:t>
      </w:r>
    </w:p>
    <w:p>
      <w:pPr>
        <w:jc w:val="right"/>
      </w:pPr>
      <w:r>
        <w:t>ان کی ہلاکت کی۔ مدرسوں، مسجدوں میں دعائیں ہو رہی ہیں ان کی ہلاکت کی۔ پتہ ہے یہ اسلام ہے، یہ دعوت ہے۔ یاد رکھیے داعی کے دل میں کبھی بھی مدعو کی نفرت نہیں آ سکتی۔</w:t>
      </w:r>
    </w:p>
    <w:p>
      <w:r>
        <w:rPr>
          <w:b/>
        </w:rPr>
        <w:t xml:space="preserve">[37:01] </w:t>
      </w:r>
      <w:r>
        <w:t>agar mad'u ki nafrat hai da'i ke dil mein to samajh lijiye keh woh jhoot bolta hai. aur khuda ke haan woh jhoota qarar diya jaye ga. aisa insaan jo kahe keh main da'i hoon aur saath saath woh nafrat ki boli bole.</w:t>
      </w:r>
    </w:p>
    <w:p>
      <w:pPr>
        <w:jc w:val="right"/>
      </w:pPr>
      <w:r>
        <w:t>اگر مدعو کی نفرت ہے داعی کے دل میں تو سمجھ لیجیے کہ وہ جھوٹ بولتا ہے۔ اور خدا کے ہاں وہ جھوٹا قرار دیا جائے گا۔ ایسا انسان جو کہے کہ میں داعی ہوں اور ساتھ ساتھ وہ نفرت کی بولی بولے۔</w:t>
      </w:r>
    </w:p>
    <w:p>
      <w:r>
        <w:rPr>
          <w:b/>
        </w:rPr>
        <w:t xml:space="preserve">[37:15] </w:t>
      </w:r>
      <w:r>
        <w:t>to khuda ke haan woh jhoota qarar diya jayega. jab tum ne mohabbat nahi ki apne madu se to tum dawat kya de sakte ho?</w:t>
      </w:r>
    </w:p>
    <w:p>
      <w:pPr>
        <w:jc w:val="right"/>
      </w:pPr>
      <w:r>
        <w:t>تو خدا کے ہاں وہ جھوٹا قرار دیا جائے گا۔ جب تم نے محبت نہیں کی اپنے مدعو سے تو تم دعوت کیا دے سکتے ہو؟</w:t>
      </w:r>
    </w:p>
    <w:p>
      <w:r>
        <w:rPr>
          <w:b/>
        </w:rPr>
        <w:t xml:space="preserve">[37:24] </w:t>
      </w:r>
      <w:r>
        <w:t>paighambar ne kaha tha ke inni lakum nasan. mein tumhara khair khwah hoon. tumhara well-wisher hoon, well-wisher. to tum well-wisher nahi bane to dai kahaan se ban jaoge?</w:t>
      </w:r>
    </w:p>
    <w:p>
      <w:pPr>
        <w:jc w:val="right"/>
      </w:pPr>
      <w:r>
        <w:t>پیغمبر نے کہا تھا کہ إِنِّي لِكُمْ نَاسًا۔ میں تمہارا خیر خواہ ہوں۔ تمہارا well-wisher ہوں، well-wisher۔ تو تم well-wisher نہیں بنے تو داعی کہاں سے بن جاؤ گے؟</w:t>
      </w:r>
    </w:p>
    <w:p>
      <w:r>
        <w:rPr>
          <w:b/>
        </w:rPr>
        <w:t xml:space="preserve">[37:38] </w:t>
      </w:r>
      <w:r>
        <w:t>aap ghor kijiye.</w:t>
      </w:r>
    </w:p>
    <w:p>
      <w:pPr>
        <w:jc w:val="right"/>
      </w:pPr>
      <w:r>
        <w:t>آپ غور کیجیے۔</w:t>
      </w:r>
    </w:p>
    <w:p>
      <w:r>
        <w:rPr>
          <w:b/>
        </w:rPr>
        <w:t xml:space="preserve">[37:43] </w:t>
      </w:r>
      <w:r>
        <w:t>jo aadmi insaan ka well-wisher nahi bana. woh jhooth kehta hai, kehta hai ke mein dai hoon. pehle well-wisher baniye, us ke baad kahiye ke mein dai hoon.</w:t>
      </w:r>
    </w:p>
    <w:p>
      <w:pPr>
        <w:jc w:val="right"/>
      </w:pPr>
      <w:r>
        <w:t>جو آدمی انسان کا well-wisher نہیں بنا۔ وہ جھوٹ کہتا ہے، کہتا ہے کہ میں داعی ہوں۔ پہلے well-wisher بنیے، اس کے بعد کہیے کہ میں داعی ہوں۔</w:t>
      </w:r>
    </w:p>
    <w:p>
      <w:r>
        <w:rPr>
          <w:b/>
        </w:rPr>
        <w:t xml:space="preserve">[37:56] </w:t>
      </w:r>
      <w:r>
        <w:t>dawat ka, dawat ki beginning hoti hai well-wishing se. dawat begins from well-wishing.</w:t>
      </w:r>
    </w:p>
    <w:p>
      <w:pPr>
        <w:jc w:val="right"/>
      </w:pPr>
      <w:r>
        <w:t>دعوت کا، دعوت کی beginning ہوتی ہے well-wishing سے۔ دعوت begins from well-wishing۔</w:t>
      </w:r>
    </w:p>
    <w:p>
      <w:r>
        <w:rPr>
          <w:b/>
        </w:rPr>
        <w:t xml:space="preserve">[38:05] </w:t>
      </w:r>
      <w:r>
        <w:t>dawat begins from sympathy. insaanon se apne dil mein pehle mohabbat laiye. humdardi laiye, khair khwahi laiye.</w:t>
      </w:r>
    </w:p>
    <w:p>
      <w:pPr>
        <w:jc w:val="right"/>
      </w:pPr>
      <w:r>
        <w:t>دعوت begins from sympathy۔ انسانوں سے اپنے دل میں پہلے محبت لائیے۔ ہمدردی لائیے، خیر خواہی لائیے۔</w:t>
      </w:r>
    </w:p>
    <w:p>
      <w:r>
        <w:rPr>
          <w:b/>
        </w:rPr>
        <w:t xml:space="preserve">[38:16] </w:t>
      </w:r>
      <w:r>
        <w:t>unki hidayat ke liye aansu bahaiye, unke liye dua kijiye apni tanhaiyon mein.</w:t>
      </w:r>
    </w:p>
    <w:p>
      <w:pPr>
        <w:jc w:val="right"/>
      </w:pPr>
      <w:r>
        <w:t>ان کی ہدایت کے لیے آنسو بہائیے، ان کے لیے دعا کیجیے اپنی تنہائیوں میں۔</w:t>
      </w:r>
    </w:p>
    <w:p>
      <w:r>
        <w:rPr>
          <w:b/>
        </w:rPr>
        <w:t xml:space="preserve">[38:24] </w:t>
      </w:r>
      <w:r>
        <w:t>then you can say that i am a dai. from here begins dawah work</w:t>
      </w:r>
    </w:p>
    <w:p>
      <w:pPr>
        <w:jc w:val="right"/>
      </w:pPr>
      <w:r>
        <w:t>Then you can say that I am a داعی۔ From here begins دعویٰ work</w:t>
      </w:r>
    </w:p>
    <w:p>
      <w:r>
        <w:rPr>
          <w:b/>
        </w:rPr>
        <w:t xml:space="preserve">[38:32] </w:t>
      </w:r>
      <w:r>
        <w:t>. ab kya hai? dawat ko bhi logon ne kar diya hai ke form bana rakha hai is ke aur spirit ghayab hai. ek form ko dohra rahe hain, samajh rahe hain ke hum dawat kar rahe hain.</w:t>
      </w:r>
    </w:p>
    <w:p>
      <w:pPr>
        <w:jc w:val="right"/>
      </w:pPr>
      <w:r>
        <w:t>۔ اب کیا ہے؟ دعوت کو بھی لوگوں نے کر دیا ہے کہ فارم بنا رکھا ہے اس کے اور spirit غائب ہے۔ ایک فارم کو دہرا رہے ہیں، سمجھ کر رہے ہیں کہ ہم دعوت کر رہے ہیں۔</w:t>
      </w:r>
    </w:p>
    <w:p>
      <w:r>
        <w:rPr>
          <w:b/>
        </w:rPr>
        <w:t xml:space="preserve">[38:44] </w:t>
      </w:r>
      <w:r>
        <w:t>aur spirit ghayab hai. ek form hai usi ko repeat karte rehte hain. aur spirit ghayab hai.</w:t>
      </w:r>
    </w:p>
    <w:p>
      <w:pPr>
        <w:jc w:val="right"/>
      </w:pPr>
      <w:r>
        <w:t>اور spirit غائب ہے۔ ایک فارم ہے اسی کو repeat کرتے رہتے ہیں۔ اور spirit غائب ہے۔</w:t>
      </w:r>
    </w:p>
    <w:p>
      <w:r>
        <w:rPr>
          <w:b/>
        </w:rPr>
        <w:t xml:space="preserve">[39:00] </w:t>
      </w:r>
      <w:r>
        <w:t>is baat ko achi tarah samajh li ji</w:t>
      </w:r>
    </w:p>
    <w:p>
      <w:pPr>
        <w:jc w:val="right"/>
      </w:pPr>
      <w:r>
        <w:t>اس بات کو اچھی طرح سمجھ لیجی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