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Verse 49-50 February 25, 2018</w:t>
      </w:r>
    </w:p>
    <w:p>
      <w:r>
        <w:t>https://www.youtube.com/watch?v=ogSNikZscgM</w:t>
      </w:r>
    </w:p>
    <w:p>
      <w:r>
        <w:rPr>
          <w:b/>
        </w:rPr>
        <w:t xml:space="preserve">[00:10] </w:t>
      </w:r>
      <w:r>
        <w:t>bismillah rahman rahim,</w:t>
      </w:r>
    </w:p>
    <w:p>
      <w:pPr>
        <w:jc w:val="right"/>
      </w:pPr>
      <w:r>
        <w:t>بسم اللہ الرحمن الرحیم،</w:t>
      </w:r>
    </w:p>
    <w:p>
      <w:r>
        <w:rPr>
          <w:b/>
        </w:rPr>
        <w:t xml:space="preserve">[00:15] </w:t>
      </w:r>
      <w:r>
        <w:t>wasallallahu ala nabiyil karim. rab ishrah li sadri, wa yassir li amri, wah-l-uqdatan min lisani,</w:t>
      </w:r>
    </w:p>
    <w:p>
      <w:pPr>
        <w:jc w:val="right"/>
      </w:pPr>
      <w:r>
        <w:t>وصلی اللہ علی النبی الکریم۔ رب اشرح لی صدری، ویسر لی امری، واحل العقدۃ من لسانی،</w:t>
      </w:r>
    </w:p>
    <w:p>
      <w:r>
        <w:rPr>
          <w:b/>
        </w:rPr>
        <w:t xml:space="preserve">[00:30] </w:t>
      </w:r>
      <w:r>
        <w:t>yaf-qahu qawli.</w:t>
      </w:r>
    </w:p>
    <w:p>
      <w:pPr>
        <w:jc w:val="right"/>
      </w:pPr>
      <w:r>
        <w:t>یفقہ قولی۔</w:t>
      </w:r>
    </w:p>
    <w:p>
      <w:r>
        <w:rPr>
          <w:b/>
        </w:rPr>
        <w:t xml:space="preserve">[00:34] </w:t>
      </w:r>
      <w:r>
        <w:t>25 farwari 2018.</w:t>
      </w:r>
    </w:p>
    <w:p>
      <w:pPr>
        <w:jc w:val="right"/>
      </w:pPr>
      <w:r>
        <w:t>25 فروری 2018۔</w:t>
      </w:r>
    </w:p>
    <w:p>
      <w:r>
        <w:rPr>
          <w:b/>
        </w:rPr>
        <w:t xml:space="preserve">[00:41] </w:t>
      </w:r>
      <w:r>
        <w:t>aap jante hain ke sunday program mein hamare haan quran ka dars hota hai, silsile war.</w:t>
      </w:r>
    </w:p>
    <w:p>
      <w:pPr>
        <w:jc w:val="right"/>
      </w:pPr>
      <w:r>
        <w:t>آپ جانتے ہیں کہ سنڈے پروگرام میں ہمارے ہاں قرآن کا درس ہوتا ہے، سلسلے وار۔</w:t>
      </w:r>
    </w:p>
    <w:p>
      <w:r>
        <w:rPr>
          <w:b/>
        </w:rPr>
        <w:t xml:space="preserve">[00:54] </w:t>
      </w:r>
      <w:r>
        <w:t>to aaj is dars ka jo hissa liya gaya hai woh surah baqarah ki kuch ayatein hain.</w:t>
      </w:r>
    </w:p>
    <w:p>
      <w:pPr>
        <w:jc w:val="right"/>
      </w:pPr>
      <w:r>
        <w:t>تو آج اس درس کا جو حصہ لیا گیا ہے وہ سورہ بقرہ کی کچھ آیات ہیں۔</w:t>
      </w:r>
    </w:p>
    <w:p>
      <w:r>
        <w:rPr>
          <w:b/>
        </w:rPr>
        <w:t xml:space="preserve">[01:03] </w:t>
      </w:r>
      <w:r>
        <w:t>aaj zer-e-dars rahengi, is ko pehle padha jayega, phir is ka tarjuma pesh kiya jayega.</w:t>
      </w:r>
    </w:p>
    <w:p>
      <w:pPr>
        <w:jc w:val="right"/>
      </w:pPr>
      <w:r>
        <w:t>آج زیرِ درس رہیں گی، اس کو پہلے پڑھا جائے گا، پھر اس کا ترجمہ پیش کیا جائے گا۔</w:t>
      </w:r>
    </w:p>
    <w:p>
      <w:r>
        <w:rPr>
          <w:b/>
        </w:rPr>
        <w:t xml:space="preserve">[01:12] </w:t>
      </w:r>
      <w:r>
        <w:t>bismillah rahman rahim. wa iz najjaynakum min aale fir'auna yasumunakum soo'al azabi yuzabbihuna abna'akum wa yastahiyuna nisa'akum, wa fi zaliikum bala'un mir rabbikum azim.</w:t>
      </w:r>
    </w:p>
    <w:p>
      <w:pPr>
        <w:jc w:val="right"/>
      </w:pPr>
      <w:r>
        <w:t>بسم اللہ الرحمن الرحیم۔ وَإِذْ نَجَّيْنَاكُمْ مِنْ آلِ فِرْعَوْنَ يَسُومُونَكُمْ سُوءَ الْعَذَابِ يُذَبِّحُونَ أبْنَائَكُمْ وَيَسْتَحِيُونَ نِسَاءَكُمْ، وَفِي ذَلِكُمْ بَلاَءٌ مِنْ رَبِّكُمْ عَظِيمٌ۔</w:t>
      </w:r>
    </w:p>
    <w:p>
      <w:r>
        <w:rPr>
          <w:b/>
        </w:rPr>
        <w:t xml:space="preserve">[01:30] </w:t>
      </w:r>
      <w:r>
        <w:t>wa iz faraqna bikumul bahra fa anjaynakum wa aghraqna aala fir'auna wa antum tanzarun. wa iz wa'adna musa arba'ina laylatan thumma-ttakhadhtumul 'ijla mim ba'dihi wa antum zaliimun.</w:t>
      </w:r>
    </w:p>
    <w:p>
      <w:pPr>
        <w:jc w:val="right"/>
      </w:pPr>
      <w:r>
        <w:t>وَإِذْ فَرَقْنَا بِكْمُ الْبَحْرَ فَأَنْجَيْنَاكُمْ وَأَغْرَقْنَا آلَ فِرْعَوْنَ وَأَنْتُمْ تَنْظُرُونَ۔ وَإِذْ وَاعَدْنَا مُوسٰى أَرْبَعِينَ لَيْلَةً ثُمَّ اتَّخَذْتُمُ الْعِجْلَ مِنْ بَعْدِهِ وَأَنْتُمْ ظَالِمُونَ۔</w:t>
      </w:r>
    </w:p>
    <w:p>
      <w:r>
        <w:rPr>
          <w:b/>
        </w:rPr>
        <w:t xml:space="preserve">[01:45] </w:t>
      </w:r>
      <w:r>
        <w:t>phir? zyada nahi, yahi tak. chalen tarjuma padh lete hain. aur yaad karo jab hum ne tum ko nijaat diya fir'aun se, fir'aun ki qaum se.</w:t>
      </w:r>
    </w:p>
    <w:p>
      <w:pPr>
        <w:jc w:val="right"/>
      </w:pPr>
      <w:r>
        <w:t>پھر؟ زیادہ نہیں، یہی تک۔ چلیں ترجمہ پڑھ لیتے ہیں۔ اور یاد کرو جب ہم نے تم کو نجات دیا فرعون سے، فرعون کی قوم سے۔</w:t>
      </w:r>
    </w:p>
    <w:p>
      <w:r>
        <w:rPr>
          <w:b/>
        </w:rPr>
        <w:t xml:space="preserve">[02:00] </w:t>
      </w:r>
      <w:r>
        <w:t>woh tum ko dardnak azab diya karte the, tumhare beton ko zabah karte aur tumhari auraton ko chhod diya karte the.</w:t>
      </w:r>
    </w:p>
    <w:p>
      <w:pPr>
        <w:jc w:val="right"/>
      </w:pPr>
      <w:r>
        <w:t>وہ تم کو دردناک عذاب دیا کرتے تھے، تمہارے بیٹوں کو ذبح کرتے اور تمہاری عورتوں کو چھوڑ دیا کرتے تھے۔</w:t>
      </w:r>
    </w:p>
    <w:p>
      <w:r>
        <w:rPr>
          <w:b/>
        </w:rPr>
        <w:t xml:space="preserve">[02:11] </w:t>
      </w:r>
      <w:r>
        <w:t>is museebat mein yeh tumhare rab ki taraf se bohat hi sakht museebat thi. aur jab hum ne darya ko phad kar tumhein paar karaya, phir bachaya tum ko aur doba diya fir'aun ke logon ko aur tum dekhte rahe.</w:t>
      </w:r>
    </w:p>
    <w:p>
      <w:pPr>
        <w:jc w:val="right"/>
      </w:pPr>
      <w:r>
        <w:t>اس مصیبت میں یہ تمہارے رب کی طرف سے بہت ہی سخت مصیبت تھی۔ اور جب ہم نے دریا کو پھاڑ کر تمہیں پار کرایا، پھر بچایا تم کو اور ڈوبا دیا فرعون کے لوگوں کو اور تم دیکھتے رہے۔</w:t>
      </w:r>
    </w:p>
    <w:p>
      <w:r>
        <w:rPr>
          <w:b/>
        </w:rPr>
        <w:t xml:space="preserve">[02:29] </w:t>
      </w:r>
      <w:r>
        <w:t>surah al-baqarah ayat number 49, 50.</w:t>
      </w:r>
    </w:p>
    <w:p>
      <w:pPr>
        <w:jc w:val="right"/>
      </w:pPr>
      <w:r>
        <w:t>سورہ البقرہ آیت نمبر 49، 50۔</w:t>
      </w:r>
    </w:p>
    <w:p>
      <w:r>
        <w:rPr>
          <w:b/>
        </w:rPr>
        <w:t xml:space="preserve">[02:34] </w:t>
      </w:r>
      <w:r>
        <w:t>dekhiye, yeh jo ayatein hain, bazahir yeh yahud ke</w:t>
      </w:r>
    </w:p>
    <w:p>
      <w:pPr>
        <w:jc w:val="right"/>
      </w:pPr>
      <w:r>
        <w:t>دیکھیے، یہ جو آیات ہیں، بظاہر یہ یہود کے</w:t>
      </w:r>
    </w:p>
    <w:p>
      <w:r>
        <w:rPr>
          <w:b/>
        </w:rPr>
        <w:t xml:space="preserve">[02:46] </w:t>
      </w:r>
      <w:r>
        <w:t>maazi ki kuch baatein hain jo is mein dohrai gayi hain. yeh yahood ki maazi ki tareekh.</w:t>
      </w:r>
    </w:p>
    <w:p>
      <w:pPr>
        <w:jc w:val="right"/>
      </w:pPr>
      <w:r>
        <w:t>ماضی کی کچھ باتیں ہیں جو اس میں دہرائی گئی ہیں۔ یہ یہود کی ماضی کی تاریخ۔</w:t>
      </w:r>
    </w:p>
    <w:p>
      <w:r>
        <w:rPr>
          <w:b/>
        </w:rPr>
        <w:t xml:space="preserve">[02:58] </w:t>
      </w:r>
      <w:r>
        <w:t>lekin yeh yahood ke liye nahi hai, yeh</w:t>
      </w:r>
    </w:p>
    <w:p>
      <w:pPr>
        <w:jc w:val="right"/>
      </w:pPr>
      <w:r>
        <w:t>لیکن یہ یہود کے لیے نہیں ہے،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