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Compilation November 16, 2014</w:t>
      </w:r>
    </w:p>
    <w:p>
      <w:r>
        <w:t>https://www.youtube.com/watch?v=fMlK2jWO4EU</w:t>
      </w:r>
    </w:p>
    <w:p>
      <w:r>
        <w:rPr>
          <w:b/>
        </w:rPr>
        <w:t xml:space="preserve">[00:21] </w:t>
      </w:r>
      <w:r>
        <w:t>bismillah rahman rahim wa salallahu ala nabiyyil karim rabishrah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[00:43] </w:t>
      </w:r>
      <w:r>
        <w:t>aaj ka topic hai</w:t>
      </w:r>
    </w:p>
    <w:p>
      <w:pPr>
        <w:jc w:val="right"/>
      </w:pPr>
      <w:r>
        <w:t>آج کا ٹاپک ہے</w:t>
      </w:r>
    </w:p>
    <w:p>
      <w:r>
        <w:rPr>
          <w:b/>
        </w:rPr>
        <w:t xml:space="preserve">[00:49] </w:t>
      </w:r>
      <w:r>
        <w:t>quran ki tadween aur tawin</w:t>
      </w:r>
    </w:p>
    <w:p>
      <w:pPr>
        <w:jc w:val="right"/>
      </w:pPr>
      <w:r>
        <w:t>قرآن کی تدوین اور توین</w:t>
      </w:r>
    </w:p>
    <w:p>
      <w:r>
        <w:rPr>
          <w:b/>
        </w:rPr>
        <w:t xml:space="preserve">[00:55] </w:t>
      </w:r>
      <w:r>
        <w:t>mein apne is baat ko quran ki ek ayat se shuru karta hoon</w:t>
      </w:r>
    </w:p>
    <w:p>
      <w:pPr>
        <w:jc w:val="right"/>
      </w:pPr>
      <w:r>
        <w:t>میں اپنے اس بات کو قرآن کی ایک آیت سے شروع کرتا ہوں</w:t>
      </w:r>
    </w:p>
    <w:p>
      <w:r>
        <w:rPr>
          <w:b/>
        </w:rPr>
        <w:t xml:space="preserve">[01:03] </w:t>
      </w:r>
      <w:r>
        <w:t>surah al-baqarah mein ek ayat hai</w:t>
      </w:r>
    </w:p>
    <w:p>
      <w:pPr>
        <w:jc w:val="right"/>
      </w:pPr>
      <w:r>
        <w:t>سورہ البقرہ میں ایک آیت ہے</w:t>
      </w:r>
    </w:p>
    <w:p>
      <w:r>
        <w:rPr>
          <w:b/>
        </w:rPr>
        <w:t xml:space="preserve">[01:07] </w:t>
      </w:r>
      <w:r>
        <w:t>innalaha raoofun bil'ibad</w:t>
      </w:r>
    </w:p>
    <w:p>
      <w:pPr>
        <w:jc w:val="right"/>
      </w:pPr>
      <w:r>
        <w:t>ان اللہ رؤوف بالعباد</w:t>
      </w:r>
    </w:p>
    <w:p>
      <w:r>
        <w:rPr>
          <w:b/>
        </w:rPr>
        <w:t xml:space="preserve">[01:11] </w:t>
      </w:r>
      <w:r>
        <w:t>is ka matlab yeh hai ke Allah</w:t>
      </w:r>
    </w:p>
    <w:p>
      <w:pPr>
        <w:jc w:val="right"/>
      </w:pPr>
      <w:r>
        <w:t>اس کا مطلب یہ ہے کہ اللہ</w:t>
      </w:r>
    </w:p>
    <w:p>
      <w:r>
        <w:rPr>
          <w:b/>
        </w:rPr>
        <w:t xml:space="preserve">[01:16] </w:t>
      </w:r>
      <w:r>
        <w:t>apne bandoon par bohat zyada meherban hai</w:t>
      </w:r>
    </w:p>
    <w:p>
      <w:pPr>
        <w:jc w:val="right"/>
      </w:pPr>
      <w:r>
        <w:t>اپنے بندوں پر بہت زیادہ مہربان ہے</w:t>
      </w:r>
    </w:p>
    <w:p>
      <w:r>
        <w:rPr>
          <w:b/>
        </w:rPr>
        <w:t xml:space="preserve">[01:20] </w:t>
      </w:r>
      <w:r>
        <w:t>God is most merciful</w:t>
      </w:r>
    </w:p>
    <w:p>
      <w:pPr>
        <w:jc w:val="right"/>
      </w:pPr>
      <w:r>
        <w:t>God is most merciful</w:t>
      </w:r>
    </w:p>
    <w:p>
      <w:r>
        <w:rPr>
          <w:b/>
        </w:rPr>
        <w:t xml:space="preserve">[01:24] </w:t>
      </w:r>
      <w:r>
        <w:t>to the mankind</w:t>
      </w:r>
    </w:p>
    <w:p>
      <w:pPr>
        <w:jc w:val="right"/>
      </w:pPr>
      <w:r>
        <w:t>to the mankind</w:t>
      </w:r>
    </w:p>
    <w:p>
      <w:r>
        <w:rPr>
          <w:b/>
        </w:rPr>
        <w:t xml:space="preserve">[01:30] </w:t>
      </w:r>
      <w:r>
        <w:t>dekhein is aayat ko log bohat hi limited sense mein lete hain bohat mahdood sense mein dekhein kisi bhi aayat ko</w:t>
      </w:r>
    </w:p>
    <w:p>
      <w:pPr>
        <w:jc w:val="right"/>
      </w:pPr>
      <w:r>
        <w:t>دیکھیں اس آیت کو لوگ بہت ہی limited sense میں لیتے ہیں بہت محدود sense میں دیکھیں کسی بھی آیت کو</w:t>
      </w:r>
    </w:p>
    <w:p>
      <w:r>
        <w:rPr>
          <w:b/>
        </w:rPr>
        <w:t xml:space="preserve">[01:43] </w:t>
      </w:r>
      <w:r>
        <w:t>limited sense mein aap nahi le sakte jab bhi Khuda ka kalam hai to har ayat ko</w:t>
      </w:r>
    </w:p>
    <w:p>
      <w:pPr>
        <w:jc w:val="right"/>
      </w:pPr>
      <w:r>
        <w:t>limited sense میں آپ نہیں لے سکتے جب بھی خدا کا کلام ہے تو ہر آیت کو</w:t>
      </w:r>
    </w:p>
    <w:p>
      <w:r>
        <w:rPr>
          <w:b/>
        </w:rPr>
        <w:t xml:space="preserve">[01:51] </w:t>
      </w:r>
      <w:r>
        <w:t>Khuda ki shan ke mutabiq hona chahiye</w:t>
      </w:r>
    </w:p>
    <w:p>
      <w:pPr>
        <w:jc w:val="right"/>
      </w:pPr>
      <w:r>
        <w:t>خدا کی شان کے مطابق ہونا چاہیے</w:t>
      </w:r>
    </w:p>
    <w:p>
      <w:r>
        <w:rPr>
          <w:b/>
        </w:rPr>
        <w:t xml:space="preserve">[01:56] </w:t>
      </w:r>
      <w:r>
        <w:t>to is ayat mein jo bataya yeh jo farmaya ke Allah insano ke upar bohat zyada meherban hai</w:t>
      </w:r>
    </w:p>
    <w:p>
      <w:pPr>
        <w:jc w:val="right"/>
      </w:pPr>
      <w:r>
        <w:t>تو اس آیت میں جو بتایا یہ جو فرمایا کہ اللہ انسانوں کے اوپر بہت زیادہ مہربان ہے</w:t>
      </w:r>
    </w:p>
    <w:p>
      <w:r>
        <w:rPr>
          <w:b/>
        </w:rPr>
        <w:t xml:space="preserve">[02:04] </w:t>
      </w:r>
      <w:r>
        <w:t>to is ko aap bohat hi zyada</w:t>
      </w:r>
    </w:p>
    <w:p>
      <w:pPr>
        <w:jc w:val="right"/>
      </w:pPr>
      <w:r>
        <w:t>تو اس کو آپ بہت ہی زیادہ</w:t>
      </w:r>
    </w:p>
    <w:p>
      <w:r>
        <w:rPr>
          <w:b/>
        </w:rPr>
        <w:t xml:space="preserve">[02:08] </w:t>
      </w:r>
      <w:r>
        <w:t>wasee maeni mein lena hoga</w:t>
      </w:r>
    </w:p>
    <w:p>
      <w:pPr>
        <w:jc w:val="right"/>
      </w:pPr>
      <w:r>
        <w:t>وسیع معنی میں لینا ہوگا</w:t>
      </w:r>
    </w:p>
    <w:p>
      <w:r>
        <w:rPr>
          <w:b/>
        </w:rPr>
        <w:t xml:space="preserve">[02:11] </w:t>
      </w:r>
      <w:r>
        <w:t>is waqt mein</w:t>
      </w:r>
    </w:p>
    <w:p>
      <w:pPr>
        <w:jc w:val="right"/>
      </w:pPr>
      <w:r>
        <w:t>اس وقت میں</w:t>
      </w:r>
    </w:p>
    <w:p>
      <w:r>
        <w:rPr>
          <w:b/>
        </w:rPr>
        <w:t xml:space="preserve">[02:13] </w:t>
      </w:r>
      <w:r>
        <w:t>is meherbani ke</w:t>
      </w:r>
    </w:p>
    <w:p>
      <w:pPr>
        <w:jc w:val="right"/>
      </w:pPr>
      <w:r>
        <w:t>اس مہربانی کے</w:t>
      </w:r>
    </w:p>
    <w:p>
      <w:r>
        <w:rPr>
          <w:b/>
        </w:rPr>
        <w:t xml:space="preserve">[02:16] </w:t>
      </w:r>
      <w:r>
        <w:t>do pehluon ko wazeh karna chahta hoon</w:t>
      </w:r>
    </w:p>
    <w:p>
      <w:pPr>
        <w:jc w:val="right"/>
      </w:pPr>
      <w:r>
        <w:t>دو پہلوؤں کو واضح کرنا چاہتا ہوں</w:t>
      </w:r>
    </w:p>
    <w:p>
      <w:r>
        <w:rPr>
          <w:b/>
        </w:rPr>
        <w:t xml:space="preserve">[02:21] </w:t>
      </w:r>
      <w:r>
        <w:t>dekhen Allah taala ne insan ko paida kiya paida kar ke zameen par basaya</w:t>
      </w:r>
    </w:p>
    <w:p>
      <w:pPr>
        <w:jc w:val="right"/>
      </w:pPr>
      <w:r>
        <w:t>دیکھیں اللہ تعالیٰ نے انسان کو پیدا کیا پیدا کر کے زمین پر بسایا</w:t>
      </w:r>
    </w:p>
    <w:p>
      <w:r>
        <w:rPr>
          <w:b/>
        </w:rPr>
        <w:t xml:space="preserve">[02:29] </w:t>
      </w:r>
      <w:r>
        <w:t>to zaroori tha ke insan ko yeh bataya jaye ke</w:t>
      </w:r>
    </w:p>
    <w:p>
      <w:pPr>
        <w:jc w:val="right"/>
      </w:pPr>
      <w:r>
        <w:t>تو ضروری تھا کہ انسان کو یہ بتایا جائے کہ</w:t>
      </w:r>
    </w:p>
    <w:p>
      <w:r>
        <w:rPr>
          <w:b/>
        </w:rPr>
        <w:t xml:space="preserve">[02:35] </w:t>
      </w:r>
      <w:r>
        <w:t>insan ki paidaish ka maqsad kya hai</w:t>
      </w:r>
    </w:p>
    <w:p>
      <w:pPr>
        <w:jc w:val="right"/>
      </w:pPr>
      <w:r>
        <w:t>انسان کی پیدائش کا مقصد کیا ہے</w:t>
      </w:r>
    </w:p>
    <w:p>
      <w:r>
        <w:rPr>
          <w:b/>
        </w:rPr>
        <w:t xml:space="preserve">[02:42] </w:t>
      </w:r>
      <w:r>
        <w:t>zindagi kya hai maut kya hai</w:t>
      </w:r>
    </w:p>
    <w:p>
      <w:pPr>
        <w:jc w:val="right"/>
      </w:pPr>
      <w:r>
        <w:t>زندگی کیا ہے موت کیا ہے</w:t>
      </w:r>
    </w:p>
    <w:p>
      <w:r>
        <w:rPr>
          <w:b/>
        </w:rPr>
        <w:t xml:space="preserve">[02:47] </w:t>
      </w:r>
      <w:r>
        <w:t>maut se pehle insan ko kya karna hai maut ke baad insan</w:t>
      </w:r>
    </w:p>
    <w:p>
      <w:pPr>
        <w:jc w:val="right"/>
      </w:pPr>
      <w:r>
        <w:t>موت سے پہلے انسان کو کیا کرنا ہے موت کے بعد انسان</w:t>
      </w:r>
    </w:p>
    <w:p>
      <w:r>
        <w:rPr>
          <w:b/>
        </w:rPr>
        <w:t xml:space="preserve">[02:53] </w:t>
      </w:r>
      <w:r>
        <w:t>ke sath kya pesh aana hai in sab baton ko bataya jaye</w:t>
      </w:r>
    </w:p>
    <w:p>
      <w:pPr>
        <w:jc w:val="right"/>
      </w:pPr>
      <w:r>
        <w:t>کے ساتھ کیا پیش آنا ہے ان سب باتوں کو بتایا جائے</w:t>
      </w:r>
    </w:p>
    <w:p>
      <w:r>
        <w:rPr>
          <w:b/>
        </w:rPr>
        <w:t xml:space="preserve">[03:00] </w:t>
      </w:r>
      <w:r>
        <w:t>aur Who is the creator</w:t>
      </w:r>
    </w:p>
    <w:p>
      <w:pPr>
        <w:jc w:val="right"/>
      </w:pPr>
      <w:r>
        <w:t>اور Who is the creator</w:t>
      </w:r>
    </w:p>
    <w:p>
      <w:r>
        <w:rPr>
          <w:b/>
        </w:rPr>
        <w:t xml:space="preserve">[03:04] </w:t>
      </w:r>
      <w:r>
        <w:t>of man in sab baton ko bataya jaye</w:t>
      </w:r>
    </w:p>
    <w:p>
      <w:pPr>
        <w:jc w:val="right"/>
      </w:pPr>
      <w:r>
        <w:t>of man ان سب باتوں کو بتایا جائے</w:t>
      </w:r>
    </w:p>
    <w:p>
      <w:r>
        <w:rPr>
          <w:b/>
        </w:rPr>
        <w:t xml:space="preserve">[03:10] </w:t>
      </w:r>
      <w:r>
        <w:t>to Allah taala ne bataya peghambaron ke zariye se</w:t>
      </w:r>
    </w:p>
    <w:p>
      <w:pPr>
        <w:jc w:val="right"/>
      </w:pPr>
      <w:r>
        <w:t>تو اللہ تعالیٰ نے بتایا پیغمبروں کے ذریعے سے</w:t>
      </w:r>
    </w:p>
    <w:p>
      <w:r>
        <w:rPr>
          <w:b/>
        </w:rPr>
        <w:t xml:space="preserve">[03:16] </w:t>
      </w:r>
      <w:r>
        <w:t>lekin</w:t>
      </w:r>
    </w:p>
    <w:p>
      <w:pPr>
        <w:jc w:val="right"/>
      </w:pPr>
      <w:r>
        <w:t>لیکن</w:t>
      </w:r>
    </w:p>
    <w:p>
      <w:r>
        <w:rPr>
          <w:b/>
        </w:rPr>
        <w:t xml:space="preserve">[03:17] </w:t>
      </w:r>
      <w:r>
        <w:t>dekhen peghambar har ek ke liye dastiyab nahi ho sakta jaise peghambar farz kijiye ke Makkah mein hai</w:t>
      </w:r>
    </w:p>
    <w:p>
      <w:pPr>
        <w:jc w:val="right"/>
      </w:pPr>
      <w:r>
        <w:t>دیکھیں پیغمبر ہر ایک کے لئے دستیاب نہیں ہو سکتا جیسے پیغمبر فرض کیجئے کہ مکہ میں ہے</w:t>
      </w:r>
    </w:p>
    <w:p>
      <w:r>
        <w:rPr>
          <w:b/>
        </w:rPr>
        <w:t xml:space="preserve">[03:27] </w:t>
      </w:r>
      <w:r>
        <w:t>mein Delhi mein hoon to peghambar se milne ke liye to mujhe bohat lamba safar karna parega</w:t>
      </w:r>
    </w:p>
    <w:p>
      <w:pPr>
        <w:jc w:val="right"/>
      </w:pPr>
      <w:r>
        <w:t>میں دہلی میں ہوں تو پیغمبر سے ملنے کے لئے تو مجھے بہت لمبا سفر کرنا پڑے گا</w:t>
      </w:r>
    </w:p>
    <w:p>
      <w:r>
        <w:rPr>
          <w:b/>
        </w:rPr>
        <w:t xml:space="preserve">[03:34] </w:t>
      </w:r>
      <w:r>
        <w:t>to peghambar in person</w:t>
      </w:r>
    </w:p>
    <w:p>
      <w:pPr>
        <w:jc w:val="right"/>
      </w:pPr>
      <w:r>
        <w:t>تو پیغمبر ان پرسن</w:t>
      </w:r>
    </w:p>
    <w:p>
      <w:r>
        <w:rPr>
          <w:b/>
        </w:rPr>
        <w:t xml:space="preserve">[03:38] </w:t>
      </w:r>
      <w:r>
        <w:t>har ek ke liye dastiyab nahi ho sakta hai</w:t>
      </w:r>
    </w:p>
    <w:p>
      <w:pPr>
        <w:jc w:val="right"/>
      </w:pPr>
      <w:r>
        <w:t>ہر ایک کے لئے دستیاب نہیں ہو سکتا ہے</w:t>
      </w:r>
    </w:p>
    <w:p>
      <w:r>
        <w:rPr>
          <w:b/>
        </w:rPr>
        <w:t xml:space="preserve">[03:42] </w:t>
      </w:r>
      <w:r>
        <w:t>to zaroorat thi ke ek kitab maujood ho jo har ek ke liye dastiyab ho jaye insan kahin</w:t>
      </w:r>
    </w:p>
    <w:p>
      <w:pPr>
        <w:jc w:val="right"/>
      </w:pPr>
      <w:r>
        <w:t>تو ضرورت تھی کہ ایک کتاب موجود ہو جو ہر ایک کے لئے دستیاب ہو جائے انسان کہیں</w:t>
      </w:r>
    </w:p>
    <w:p>
      <w:r>
        <w:rPr>
          <w:b/>
        </w:rPr>
        <w:t xml:space="preserve">[03:48] </w:t>
      </w:r>
      <w:r>
        <w:t>bhi ho woh kitab ko parh kar jaane ke peghambar ka paigham kya hai</w:t>
      </w:r>
    </w:p>
    <w:p>
      <w:pPr>
        <w:jc w:val="right"/>
      </w:pPr>
      <w:r>
        <w:t>بھی ہو وہ کتاب کو پڑھ کر جانے کہ پیغمبر کا پیغام کیا ہے</w:t>
      </w:r>
    </w:p>
    <w:p>
      <w:r>
        <w:rPr>
          <w:b/>
        </w:rPr>
        <w:t xml:space="preserve">[03:57] </w:t>
      </w:r>
      <w:r>
        <w:t>to Allah taala ne</w:t>
      </w:r>
    </w:p>
    <w:p>
      <w:pPr>
        <w:jc w:val="right"/>
      </w:pPr>
      <w:r>
        <w:t>تو اللہ تعالیٰ نے</w:t>
      </w:r>
    </w:p>
    <w:p>
      <w:r>
        <w:rPr>
          <w:b/>
        </w:rPr>
        <w:t xml:space="preserve">[04:00] </w:t>
      </w:r>
      <w:r>
        <w:t>quran utara aur is ke liye yeh</w:t>
      </w:r>
    </w:p>
    <w:p>
      <w:pPr>
        <w:jc w:val="right"/>
      </w:pPr>
      <w:r>
        <w:t>قرآن اتارا اور اس کے لئے یہ</w:t>
      </w:r>
    </w:p>
    <w:p>
      <w:r>
        <w:rPr>
          <w:b/>
        </w:rPr>
        <w:t xml:space="preserve">[04:05] </w:t>
      </w:r>
      <w:r>
        <w:t>tay kar diya ke is ko mehfooz kitab banna hai</w:t>
      </w:r>
    </w:p>
    <w:p>
      <w:pPr>
        <w:jc w:val="right"/>
      </w:pPr>
      <w:r>
        <w:t>طے کر دیا کہ اس کو محفوظ کتاب بننا ہے</w:t>
      </w:r>
    </w:p>
    <w:p>
      <w:r>
        <w:rPr>
          <w:b/>
        </w:rPr>
        <w:t xml:space="preserve">[04:14] </w:t>
      </w:r>
      <w:r>
        <w:t>na nazalna zikran wa inna alayhi alhafizoon dekhen</w:t>
      </w:r>
    </w:p>
    <w:p>
      <w:pPr>
        <w:jc w:val="right"/>
      </w:pPr>
      <w:r>
        <w:t>نَا نَزَّلْنَا ذِكْرًا وَإِنَّا عَلَيْهُ الْحَافِظُونَ دیکھیں</w:t>
      </w:r>
    </w:p>
    <w:p>
      <w:r>
        <w:rPr>
          <w:b/>
        </w:rPr>
        <w:t xml:space="preserve">[04:19] </w:t>
      </w:r>
      <w:r>
        <w:t>aasmani kitab ko ek mehfooz kitab banana ek bohat hi zyada mushkil</w:t>
      </w:r>
    </w:p>
    <w:p>
      <w:pPr>
        <w:jc w:val="right"/>
      </w:pPr>
      <w:r>
        <w:t>آسمانی کتاب کو ایک محفوظ کتاب بنانا ایک بہت ہی زیادہ مشکل</w:t>
      </w:r>
    </w:p>
    <w:p>
      <w:r>
        <w:rPr>
          <w:b/>
        </w:rPr>
        <w:t xml:space="preserve">[04:27] </w:t>
      </w:r>
      <w:r>
        <w:t>mansooba hai kyunke dekhen pichle zamane mein bohat si kitaben aayen Allah ki taraf se lekin koi ek</w:t>
      </w:r>
    </w:p>
    <w:p>
      <w:pPr>
        <w:jc w:val="right"/>
      </w:pPr>
      <w:r>
        <w:t>منصوبہ ہے کیونکہ دیکھیں پچھلے زمانے میں بہت سی کتابیں آئیں اللہ کی طرف سے لیکن کوئی ایک</w:t>
      </w:r>
    </w:p>
    <w:p>
      <w:r>
        <w:rPr>
          <w:b/>
        </w:rPr>
        <w:t xml:space="preserve">[04:35] </w:t>
      </w:r>
      <w:r>
        <w:t>kitab bhi mehfooz nahi</w:t>
      </w:r>
    </w:p>
    <w:p>
      <w:pPr>
        <w:jc w:val="right"/>
      </w:pPr>
      <w:r>
        <w:t>کتاب بھی محفوظ نہیں</w:t>
      </w:r>
    </w:p>
    <w:p>
      <w:r>
        <w:rPr>
          <w:b/>
        </w:rPr>
        <w:t xml:space="preserve">[04:39] </w:t>
      </w:r>
      <w:r>
        <w:t>ek kitab bhi nahi</w:t>
      </w:r>
    </w:p>
    <w:p>
      <w:pPr>
        <w:jc w:val="right"/>
      </w:pPr>
      <w:r>
        <w:t>ایک کتاب بھی نہیں</w:t>
      </w:r>
    </w:p>
    <w:p>
      <w:r>
        <w:rPr>
          <w:b/>
        </w:rPr>
        <w:t xml:space="preserve">[04:41] </w:t>
      </w:r>
      <w:r>
        <w:t>kyun isi</w:t>
      </w:r>
    </w:p>
    <w:p>
      <w:pPr>
        <w:jc w:val="right"/>
      </w:pPr>
      <w:r>
        <w:t>کیوں اسی</w:t>
      </w:r>
    </w:p>
    <w:p>
      <w:r>
        <w:rPr>
          <w:b/>
        </w:rPr>
        <w:t xml:space="preserve">[04:44] </w:t>
      </w:r>
      <w:r>
        <w:t>liye ke insan</w:t>
      </w:r>
    </w:p>
    <w:p>
      <w:pPr>
        <w:jc w:val="right"/>
      </w:pPr>
      <w:r>
        <w:t>لئے کہ انسان</w:t>
      </w:r>
    </w:p>
    <w:p>
      <w:r>
        <w:rPr>
          <w:b/>
        </w:rPr>
        <w:t xml:space="preserve">[04:47] </w:t>
      </w:r>
      <w:r>
        <w:t>ki ajeeb o ghareeb mizaj hai insan ka ke is ki marzi ke khilaf jo cheez ho us</w:t>
      </w:r>
    </w:p>
    <w:p>
      <w:pPr>
        <w:jc w:val="right"/>
      </w:pPr>
      <w:r>
        <w:t>کی عجیب و غریب مزاج ہے انسان کا کہ اس کی مرضی کے خلاف جو چیز ہو اس</w:t>
      </w:r>
    </w:p>
    <w:p>
      <w:r>
        <w:rPr>
          <w:b/>
        </w:rPr>
        <w:t xml:space="preserve">[04:51] </w:t>
      </w:r>
      <w:r>
        <w:t>ko bardasht nahi karta us ko mita dena chahta hai</w:t>
      </w:r>
    </w:p>
    <w:p>
      <w:pPr>
        <w:jc w:val="right"/>
      </w:pPr>
      <w:r>
        <w:t>کو برداشت نہیں کرتا اس کو مٹا دینا چاہتا ہے</w:t>
      </w:r>
    </w:p>
    <w:p>
      <w:r>
        <w:rPr>
          <w:b/>
        </w:rPr>
        <w:t xml:space="preserve">[04:56] </w:t>
      </w:r>
      <w:r>
        <w:t>to quran ko mehfooz kitab banana ek bohat bara mansooba tha jo sirf Allah hi is ko poora</w:t>
      </w:r>
    </w:p>
    <w:p>
      <w:pPr>
        <w:jc w:val="right"/>
      </w:pPr>
      <w:r>
        <w:t>تو قرآن کو محفوظ کتاب بنانا ایک بہت بڑا منصوبہ تھا جو صرف اللہ ہی اس کو پورا</w:t>
      </w:r>
    </w:p>
    <w:p>
      <w:r>
        <w:rPr>
          <w:b/>
        </w:rPr>
        <w:t xml:space="preserve">[05:02] </w:t>
      </w:r>
      <w:r>
        <w:t>kar sakta tha</w:t>
      </w:r>
    </w:p>
    <w:p>
      <w:pPr>
        <w:jc w:val="right"/>
      </w:pPr>
      <w:r>
        <w:t>کر سکتا تھا</w:t>
      </w:r>
    </w:p>
    <w:p>
      <w:r>
        <w:rPr>
          <w:b/>
        </w:rPr>
        <w:t xml:space="preserve">[05:05] </w:t>
      </w:r>
      <w:r>
        <w:t>is ki tafseel maine apni kitabon mein likhi hai ke kaise quran mehfooz hua us waqt mein</w:t>
      </w:r>
    </w:p>
    <w:p>
      <w:pPr>
        <w:jc w:val="right"/>
      </w:pPr>
      <w:r>
        <w:t>اس کی تفصیل میں نے اپنی کتابوں میں لکھی ہے کہ کیسے قرآن محفوظ ہوا اس وقت میں</w:t>
      </w:r>
    </w:p>
    <w:p>
      <w:r>
        <w:rPr>
          <w:b/>
        </w:rPr>
        <w:t xml:space="preserve">[05:10] </w:t>
      </w:r>
      <w:r>
        <w:t>yehi kehna chahta hoon ke Allah ne apni</w:t>
      </w:r>
    </w:p>
    <w:p>
      <w:pPr>
        <w:jc w:val="right"/>
      </w:pPr>
      <w:r>
        <w:t>یہی کہنا چاہتا ہوں کہ اللہ نے اپنی</w:t>
      </w:r>
    </w:p>
    <w:p>
      <w:r>
        <w:rPr>
          <w:b/>
        </w:rPr>
        <w:t xml:space="preserve">[05:15] </w:t>
      </w:r>
      <w:r>
        <w:t>ek bohat hi gehri mansooba bandi ke zariye se quran ko ek mehfooz kitab bana diya</w:t>
      </w:r>
    </w:p>
    <w:p>
      <w:pPr>
        <w:jc w:val="right"/>
      </w:pPr>
      <w:r>
        <w:t>ایک بہت ہی گہری منصوبہ بندی کے ذریعے سے قرآن کو ایک محفوظ کتاب بنا دیا</w:t>
      </w:r>
    </w:p>
    <w:p>
      <w:r>
        <w:rPr>
          <w:b/>
        </w:rPr>
        <w:t xml:space="preserve">[05:24] </w:t>
      </w:r>
      <w:r>
        <w:t>mukammal taur par mehfooz is mein ek ayat ke barabar bhi koi tabdeeli nahi aayi hai chaudah</w:t>
      </w:r>
    </w:p>
    <w:p>
      <w:pPr>
        <w:jc w:val="right"/>
      </w:pPr>
      <w:r>
        <w:t>مکمل طور پر محفوظ اس میں ایک آیت کے برابر بھی کوئی تبدیلی نہیں آئی ہے چودہ</w:t>
      </w:r>
    </w:p>
    <w:p>
      <w:r>
        <w:rPr>
          <w:b/>
        </w:rPr>
        <w:t xml:space="preserve">[05:30] </w:t>
      </w:r>
      <w:r>
        <w:t>sau saal ke andar</w:t>
      </w:r>
    </w:p>
    <w:p>
      <w:pPr>
        <w:jc w:val="right"/>
      </w:pPr>
      <w:r>
        <w:t>سو سال کے اندر</w:t>
      </w:r>
    </w:p>
    <w:p>
      <w:r>
        <w:rPr>
          <w:b/>
        </w:rPr>
        <w:t xml:space="preserve">[05:32] </w:t>
      </w:r>
      <w:r>
        <w:t>aur mazeed yeh ke is ki zaban bhi mehfooz hai in arabi zaban</w:t>
      </w:r>
    </w:p>
    <w:p>
      <w:pPr>
        <w:jc w:val="right"/>
      </w:pPr>
      <w:r>
        <w:t>اور مزید یہ کہ اس کی زبان بھی محفوظ ہے ان عربی زبان</w:t>
      </w:r>
    </w:p>
    <w:p>
      <w:r>
        <w:rPr>
          <w:b/>
        </w:rPr>
        <w:t xml:space="preserve">[05:39] </w:t>
      </w:r>
      <w:r>
        <w:t>to quran ko mehfooz karne ka kaam Allah taala ne ummat e muslema se liya</w:t>
      </w:r>
    </w:p>
    <w:p>
      <w:pPr>
        <w:jc w:val="right"/>
      </w:pPr>
      <w:r>
        <w:t>تو قرآن کو محفوظ کرنے کا کام اللہ تعالیٰ نے امت مسلمہ سے لیا</w:t>
      </w:r>
    </w:p>
    <w:p>
      <w:r>
        <w:rPr>
          <w:b/>
        </w:rPr>
        <w:t xml:space="preserve">[05:46] </w:t>
      </w:r>
      <w:r>
        <w:t>yeh sirf makka mein mehfooz nahi hua yeh lambi muddat guzri is ki sankaron saal kyunke quran mehfooz</w:t>
      </w:r>
    </w:p>
    <w:p>
      <w:pPr>
        <w:jc w:val="right"/>
      </w:pPr>
      <w:r>
        <w:t>یہ صرف مکہ میں محفوظ نہیں ہوا یہ لمبی مدت گزری اس کی سینکڑوں سال کیونکہ قرآن محفوظ</w:t>
      </w:r>
    </w:p>
    <w:p>
      <w:r>
        <w:rPr>
          <w:b/>
        </w:rPr>
        <w:t xml:space="preserve">[05:54] </w:t>
      </w:r>
      <w:r>
        <w:t>hua shuru mein likha jata tha woh</w:t>
      </w:r>
    </w:p>
    <w:p>
      <w:pPr>
        <w:jc w:val="right"/>
      </w:pPr>
      <w:r>
        <w:t>ہوا شروع میں لکھا جاتا تھا وہ</w:t>
      </w:r>
    </w:p>
    <w:p>
      <w:r>
        <w:rPr>
          <w:b/>
        </w:rPr>
        <w:t xml:space="preserve">[05:58] </w:t>
      </w:r>
      <w:r>
        <w:t>mukhtalif qism ke tukron par phir woh likha gaya us ko</w:t>
      </w:r>
    </w:p>
    <w:p>
      <w:pPr>
        <w:jc w:val="right"/>
      </w:pPr>
      <w:r>
        <w:t>مختلف قسم کے ٹکڑوں پر پھر وہ لکھا گیا اس کو</w:t>
      </w:r>
    </w:p>
    <w:p>
      <w:r>
        <w:rPr>
          <w:b/>
        </w:rPr>
        <w:t xml:space="preserve">[06:03] </w:t>
      </w:r>
      <w:r>
        <w:t>qadeem zamane ke kaghaz par phir is zamane mein printing press tha nahi us ko likha jata raha</w:t>
      </w:r>
    </w:p>
    <w:p>
      <w:pPr>
        <w:jc w:val="right"/>
      </w:pPr>
      <w:r>
        <w:t>قدیم زمانے کے کاغذ پر پھر اس زمانے میں پرنٹنگ پریس تھا نہیں اس کو لکھا جاتا رہا</w:t>
      </w:r>
    </w:p>
    <w:p>
      <w:r>
        <w:rPr>
          <w:b/>
        </w:rPr>
        <w:t xml:space="preserve">[06:13] </w:t>
      </w:r>
      <w:r>
        <w:t>to dunya mein sirf chand hi nuskhay</w:t>
      </w:r>
    </w:p>
    <w:p>
      <w:pPr>
        <w:jc w:val="right"/>
      </w:pPr>
      <w:r>
        <w:t>تو دنیا میں صرف چند ہی نسخے</w:t>
      </w:r>
    </w:p>
    <w:p>
      <w:r>
        <w:rPr>
          <w:b/>
        </w:rPr>
        <w:t xml:space="preserve">[06:16] </w:t>
      </w:r>
      <w:r>
        <w:t>likhay huay quran kay maujood thay</w:t>
      </w:r>
    </w:p>
    <w:p>
      <w:pPr>
        <w:jc w:val="right"/>
      </w:pPr>
      <w:r>
        <w:t>لکھے ہوئے قرآن کے موجود تھے</w:t>
      </w:r>
    </w:p>
    <w:p>
      <w:r>
        <w:rPr>
          <w:b/>
        </w:rPr>
        <w:t xml:space="preserve">[06:19] </w:t>
      </w:r>
      <w:r>
        <w:t>bohat dinon tak aisa tha kay quran sirf logon ki yaad-dasht mein hota tha</w:t>
      </w:r>
    </w:p>
    <w:p>
      <w:pPr>
        <w:jc w:val="right"/>
      </w:pPr>
      <w:r>
        <w:t>بہت دنوں تک ایسا تھا کہ قرآن صرف لوگوں کی یادداشت میں ہوتا تھا</w:t>
      </w:r>
    </w:p>
    <w:p>
      <w:r>
        <w:rPr>
          <w:b/>
        </w:rPr>
        <w:t xml:space="preserve">[06:25] </w:t>
      </w:r>
      <w:r>
        <w:t>yaad-dasht mein to yeh bhi bohat bara masla tha har aik kay liye quran dastiyab kaisay ho</w:t>
      </w:r>
    </w:p>
    <w:p>
      <w:pPr>
        <w:jc w:val="right"/>
      </w:pPr>
      <w:r>
        <w:t>یادداشت میں تو یہ بھی بہت بڑا مسئلہ تھا ہر ایک کے لئے قرآن دستیاب کیسے ہو</w:t>
      </w:r>
    </w:p>
    <w:p>
      <w:r>
        <w:rPr>
          <w:b/>
        </w:rPr>
        <w:t xml:space="preserve">[06:32] </w:t>
      </w:r>
      <w:r>
        <w:t>pehlay quran tha pehlay yeh sawal tha kay</w:t>
      </w:r>
    </w:p>
    <w:p>
      <w:pPr>
        <w:jc w:val="right"/>
      </w:pPr>
      <w:r>
        <w:t>پہلے قرآن تھا پہلے یہ سوال تھا کہ</w:t>
      </w:r>
    </w:p>
    <w:p>
      <w:r>
        <w:rPr>
          <w:b/>
        </w:rPr>
        <w:t xml:space="preserve">[06:37] </w:t>
      </w:r>
      <w:r>
        <w:t>nabi in person har aik kay liye dastiyab nahi ho sakta hai to quran ko Allah taala ne</w:t>
      </w:r>
    </w:p>
    <w:p>
      <w:pPr>
        <w:jc w:val="right"/>
      </w:pPr>
      <w:r>
        <w:t>نبی ان پرسن ہر ایک کے لئے دستیاب نہیں ہو سکتا ہے تو قرآن کو اللہ تعالیٰ نے</w:t>
      </w:r>
    </w:p>
    <w:p>
      <w:r>
        <w:rPr>
          <w:b/>
        </w:rPr>
        <w:t xml:space="preserve">[06:43] </w:t>
      </w:r>
      <w:r>
        <w:t>mehfooz kiya lekin printing press se pehlay phir bhi yeh sawal baqi raha</w:t>
      </w:r>
    </w:p>
    <w:p>
      <w:pPr>
        <w:jc w:val="right"/>
      </w:pPr>
      <w:r>
        <w:t>محفوظ کیا لیکن پرنٹنگ پریس سے پہلے پھر بھی یہ سوال باقی رہا</w:t>
      </w:r>
    </w:p>
    <w:p>
      <w:r>
        <w:rPr>
          <w:b/>
        </w:rPr>
        <w:t xml:space="preserve">[06:50] </w:t>
      </w:r>
      <w:r>
        <w:t>kay likh kar ke to bohat kam nuskhay tayyar honge bohat hi kam to sab log kaisay</w:t>
      </w:r>
    </w:p>
    <w:p>
      <w:pPr>
        <w:jc w:val="right"/>
      </w:pPr>
      <w:r>
        <w:t>کہ لکھ کر کے تو بہت کم نسخے تیار ہوں گے بہت ہی کم تو سب لوگ کیسے</w:t>
      </w:r>
    </w:p>
    <w:p>
      <w:r>
        <w:rPr>
          <w:b/>
        </w:rPr>
        <w:t xml:space="preserve">[06:57] </w:t>
      </w:r>
      <w:r>
        <w:t>jannay kay quran mein kya hai ab sab log yaad-dasht bhi nahi kar saktay</w:t>
      </w:r>
    </w:p>
    <w:p>
      <w:pPr>
        <w:jc w:val="right"/>
      </w:pPr>
      <w:r>
        <w:t>جانیں کہ قرآن میں کیا ہے اب سب لوگ یادداشت بھی نہیں کر سکتے</w:t>
      </w:r>
    </w:p>
    <w:p>
      <w:r>
        <w:rPr>
          <w:b/>
        </w:rPr>
        <w:t xml:space="preserve">[07:03] </w:t>
      </w:r>
      <w:r>
        <w:t>to is ke baad kya hua ke ek lambe amal ke baad woh daur aaya jab ke printing press daryaft hua printing press ka ek lambi kahani hai aakhri taur par germany mein gutenberg ne ek press develop kiya jabke baqayda press ka daur shuru ho gaya</w:t>
      </w:r>
    </w:p>
    <w:p>
      <w:pPr>
        <w:jc w:val="right"/>
      </w:pPr>
      <w:r>
        <w:t>تو اس کے بعد کیا ہوا کہ ایک لمبے عمل کے بعد وہ دور آیا جب کہ پرنٹنگ پریس دریافت ہوا پرنٹنگ پریس کا ایک لمبی کہانی ہے آخری طور پر جرمنی میں گوڈنبرگ نے ایک پریس ڈویلپ کیا جبکہ باقاعدہ پریس کا دور شروع ہو گیا</w:t>
      </w:r>
    </w:p>
    <w:p>
      <w:r>
        <w:rPr>
          <w:b/>
        </w:rPr>
        <w:t xml:space="preserve">[07:29] </w:t>
      </w:r>
      <w:r>
        <w:t>to press wajood mein aa gaya phir bhi muslim dunya mein press nahi tha bohat ajeeb baat hai</w:t>
      </w:r>
    </w:p>
    <w:p>
      <w:pPr>
        <w:jc w:val="right"/>
      </w:pPr>
      <w:r>
        <w:t>تو پریس وجود میں آگیا پھر بھی مسلم دنیا میں پریس نہیں تھا بہت عجیب بات ہے</w:t>
      </w:r>
    </w:p>
    <w:p>
      <w:r>
        <w:rPr>
          <w:b/>
        </w:rPr>
        <w:t xml:space="preserve">[07:38] </w:t>
      </w:r>
      <w:r>
        <w:t>yani musalmanon ko yeh dhyan kabhi nahi hua kay quran ko printing press kay daur mein pohanchaya jaye</w:t>
      </w:r>
    </w:p>
    <w:p>
      <w:pPr>
        <w:jc w:val="right"/>
      </w:pPr>
      <w:r>
        <w:t>یعنی مسلمانوں کو یہ دھیان کبھی نہیں ہوا کہ قرآن کو پرنٹنگ پریس کے دور میں پہنچایا جائے</w:t>
      </w:r>
    </w:p>
    <w:p>
      <w:r>
        <w:rPr>
          <w:b/>
        </w:rPr>
        <w:t xml:space="preserve">[07:46] </w:t>
      </w:r>
      <w:r>
        <w:t>bas woh yaad-dasht kartay rahay yaad-dasht kartay rahay yaad-dasht kartay rahay hath se likhtay rahay</w:t>
      </w:r>
    </w:p>
    <w:p>
      <w:pPr>
        <w:jc w:val="right"/>
      </w:pPr>
      <w:r>
        <w:t>بس وہ یادداشت کرتے رہے یادداشت کرتے رہے یادداشت کرتے رہے ہاتھ سے لکھتے رہے</w:t>
      </w:r>
    </w:p>
    <w:p>
      <w:r>
        <w:rPr>
          <w:b/>
        </w:rPr>
        <w:t xml:space="preserve">[07:52] </w:t>
      </w:r>
      <w:r>
        <w:t>aurangzeb kay zamanay mein jo kay badshah tha printing press ban chuka tha lekin woh sirf kitab kitabt</w:t>
      </w:r>
    </w:p>
    <w:p>
      <w:pPr>
        <w:jc w:val="right"/>
      </w:pPr>
      <w:r>
        <w:t>اورنگزیب کے زمانے میں جو کہ بادشاہ تھا پرنٹنگ پریس بن چکا تھا لیکن وہ صرف کتاب کتابت</w:t>
      </w:r>
    </w:p>
    <w:p>
      <w:r>
        <w:rPr>
          <w:b/>
        </w:rPr>
        <w:t xml:space="preserve">[08:00] </w:t>
      </w:r>
      <w:r>
        <w:t>karta raha shah awliya kay zamanay mein printing press wajood mein aa chuka tha lekin in ko yeh dhyan</w:t>
      </w:r>
    </w:p>
    <w:p>
      <w:pPr>
        <w:jc w:val="right"/>
      </w:pPr>
      <w:r>
        <w:t>کرتا رہا شاہ اولیاء کے زمانے میں پرنٹنگ پریس وجود میں آچکا تھا لیکن ان کو یہ دھیان</w:t>
      </w:r>
    </w:p>
    <w:p>
      <w:r>
        <w:rPr>
          <w:b/>
        </w:rPr>
        <w:t xml:space="preserve">[08:06] </w:t>
      </w:r>
      <w:r>
        <w:t>nahi aya kay printing press ko India mein laya jaye</w:t>
      </w:r>
    </w:p>
    <w:p>
      <w:pPr>
        <w:jc w:val="right"/>
      </w:pPr>
      <w:r>
        <w:t>نہیں آیا کہ پرنٹنگ پریس کو انڈیا میں لایا جائے</w:t>
      </w:r>
    </w:p>
    <w:p>
      <w:r>
        <w:rPr>
          <w:b/>
        </w:rPr>
        <w:t xml:space="preserve">[08:10] </w:t>
      </w:r>
      <w:r>
        <w:t>to printing press laye kon log yeh colonial powers jo hain woh laye</w:t>
      </w:r>
    </w:p>
    <w:p>
      <w:pPr>
        <w:jc w:val="right"/>
      </w:pPr>
      <w:r>
        <w:t>تو پرنٹنگ پریس لائے کون لوگ یہ کولونیل پاورز جو ہیں وہ لائیں</w:t>
      </w:r>
    </w:p>
    <w:p>
      <w:r>
        <w:rPr>
          <w:b/>
        </w:rPr>
        <w:t xml:space="preserve">[08:18] </w:t>
      </w:r>
      <w:r>
        <w:t>sab se pehla jo printing press aya tha woh</w:t>
      </w:r>
    </w:p>
    <w:p>
      <w:pPr>
        <w:jc w:val="right"/>
      </w:pPr>
      <w:r>
        <w:t>سب سے پہلا جو پرنٹنگ پریس آیا تھا وہ</w:t>
      </w:r>
    </w:p>
    <w:p>
      <w:r>
        <w:rPr>
          <w:b/>
        </w:rPr>
        <w:t xml:space="preserve">[08:23] </w:t>
      </w:r>
      <w:r>
        <w:t>misr</w:t>
      </w:r>
    </w:p>
    <w:p>
      <w:pPr>
        <w:jc w:val="right"/>
      </w:pPr>
      <w:r>
        <w:t>مصر</w:t>
      </w:r>
    </w:p>
    <w:p>
      <w:r>
        <w:rPr>
          <w:b/>
        </w:rPr>
        <w:t xml:space="preserve">[08:24] </w:t>
      </w:r>
      <w:r>
        <w:t>mein aya tha jis ko laya tha napoleon</w:t>
      </w:r>
    </w:p>
    <w:p>
      <w:pPr>
        <w:jc w:val="right"/>
      </w:pPr>
      <w:r>
        <w:t>میں آیا تھا جس کو لایا تھا نیپولین</w:t>
      </w:r>
    </w:p>
    <w:p>
      <w:r>
        <w:rPr>
          <w:b/>
        </w:rPr>
        <w:t xml:space="preserve">[08:27] </w:t>
      </w:r>
      <w:r>
        <w:t>India mein jo printing press aya woh isai missionaries ke zariye aya british daur mein</w:t>
      </w:r>
    </w:p>
    <w:p>
      <w:pPr>
        <w:jc w:val="right"/>
      </w:pPr>
      <w:r>
        <w:t>انڈیا میں جو پرنٹنگ پریس آیا وہ عیسائی مشنریز کے ذریعے آیا برٹش دور میں</w:t>
      </w:r>
    </w:p>
    <w:p>
      <w:r>
        <w:rPr>
          <w:b/>
        </w:rPr>
        <w:t xml:space="preserve">[08:37] </w:t>
      </w:r>
      <w:r>
        <w:t>is tarah quran chhapa shuru hua</w:t>
      </w:r>
    </w:p>
    <w:p>
      <w:pPr>
        <w:jc w:val="right"/>
      </w:pPr>
      <w:r>
        <w:t>اس طرح قرآن چھپنا شروع ہوا</w:t>
      </w:r>
    </w:p>
    <w:p>
      <w:r>
        <w:rPr>
          <w:b/>
        </w:rPr>
        <w:t xml:space="preserve">[08:41] </w:t>
      </w:r>
      <w:r>
        <w:t>aur aap jantay hain kay printing press ki aik lambi tareekh hai bohat saray taraqqi kay baad woh</w:t>
      </w:r>
    </w:p>
    <w:p>
      <w:pPr>
        <w:jc w:val="right"/>
      </w:pPr>
      <w:r>
        <w:t>اور آپ جانتے ہیں کہ پرنٹنگ پریس کی ایک لمبی تاریخ ہے بہت سارے ترقی کے بعد وہ</w:t>
      </w:r>
    </w:p>
    <w:p>
      <w:r>
        <w:rPr>
          <w:b/>
        </w:rPr>
        <w:t xml:space="preserve">[08:48] </w:t>
      </w:r>
      <w:r>
        <w:t>press bana jis ko aaj hum printing press kehtay hain bohat taraqqi kay baad aaj ka jo printing</w:t>
      </w:r>
    </w:p>
    <w:p>
      <w:pPr>
        <w:jc w:val="right"/>
      </w:pPr>
      <w:r>
        <w:t>پریس بنا جس کو آج ہم پرنٹنگ پریس کہتے ہیں بہت ترقی کے بعد آج کا جو پرنٹنگ</w:t>
      </w:r>
    </w:p>
    <w:p>
      <w:r>
        <w:rPr>
          <w:b/>
        </w:rPr>
        <w:t xml:space="preserve">[08:54] </w:t>
      </w:r>
      <w:r>
        <w:t>press hai woh bohat hi taraqqi yafta technology ke zariye hota hai woh to aaj kya hai quran</w:t>
      </w:r>
    </w:p>
    <w:p>
      <w:pPr>
        <w:jc w:val="right"/>
      </w:pPr>
      <w:r>
        <w:t>پریس ہے وہ بہت ہی ترقی یافتہ ٹیکنالوجی کے ذریعے ہوتا ہے وہ تو آج کیا ہے قرآن</w:t>
      </w:r>
    </w:p>
    <w:p>
      <w:r>
        <w:rPr>
          <w:b/>
        </w:rPr>
        <w:t xml:space="preserve">[09:02] </w:t>
      </w:r>
      <w:r>
        <w:t>kay chhupay huay nuskhay million million</w:t>
      </w:r>
    </w:p>
    <w:p>
      <w:pPr>
        <w:jc w:val="right"/>
      </w:pPr>
      <w:r>
        <w:t>کے چھپے ہوئے نسخے ملین ملین</w:t>
      </w:r>
    </w:p>
    <w:p>
      <w:r>
        <w:rPr>
          <w:b/>
        </w:rPr>
        <w:t xml:space="preserve">[09:05] </w:t>
      </w:r>
      <w:r>
        <w:t>tayyar ho kar kay har jagah phail gaye aaj koi ghar koi</w:t>
      </w:r>
    </w:p>
    <w:p>
      <w:pPr>
        <w:jc w:val="right"/>
      </w:pPr>
      <w:r>
        <w:t>تیار ہو کر کے ہر جگہ پھیل گئے آج کوئی گھر کوئی</w:t>
      </w:r>
    </w:p>
    <w:p>
      <w:r>
        <w:rPr>
          <w:b/>
        </w:rPr>
        <w:t xml:space="preserve">[09:09] </w:t>
      </w:r>
      <w:r>
        <w:t>masjid koi library aisi nahi hai jahan quran maujood na ho har jagah maujood hai</w:t>
      </w:r>
    </w:p>
    <w:p>
      <w:pPr>
        <w:jc w:val="right"/>
      </w:pPr>
      <w:r>
        <w:t>مسجد کوئی لائبریری ایسی نہیں ہے جہاں قرآن موجود نہ ہو ہر جگہ موجود ہے</w:t>
      </w:r>
    </w:p>
    <w:p>
      <w:r>
        <w:rPr>
          <w:b/>
        </w:rPr>
        <w:t xml:space="preserve">[09:20] </w:t>
      </w:r>
      <w:r>
        <w:t>lekin phir bhi aik sawal tha</w:t>
      </w:r>
    </w:p>
    <w:p>
      <w:pPr>
        <w:jc w:val="right"/>
      </w:pPr>
      <w:r>
        <w:t>لیکن پھر بھی ایک سوال تھا</w:t>
      </w:r>
    </w:p>
    <w:p>
      <w:r>
        <w:rPr>
          <w:b/>
        </w:rPr>
        <w:t xml:space="preserve">[09:23] </w:t>
      </w:r>
      <w:r>
        <w:t>woh tha jis ko main ne kaha ke toin aik hai quran ki tadween aik hai toin</w:t>
      </w:r>
    </w:p>
    <w:p>
      <w:pPr>
        <w:jc w:val="right"/>
      </w:pPr>
      <w:r>
        <w:t>وہ تھا جس کو میں نے کہا کہ توین ایک ہے قرآن کی تدوین ایک ہے توین</w:t>
      </w:r>
    </w:p>
    <w:p>
      <w:r>
        <w:rPr>
          <w:b/>
        </w:rPr>
        <w:t xml:space="preserve">[09:31] </w:t>
      </w:r>
      <w:r>
        <w:t>yani quran aap jante hain ke utra tha najman najman yani</w:t>
      </w:r>
    </w:p>
    <w:p>
      <w:pPr>
        <w:jc w:val="right"/>
      </w:pPr>
      <w:r>
        <w:t>یعنی قرآن آپ جانتے ہیں کہ اترا تھا نجماً نجماً یعنی</w:t>
      </w:r>
    </w:p>
    <w:p>
      <w:r>
        <w:rPr>
          <w:b/>
        </w:rPr>
        <w:t xml:space="preserve">[09:37] </w:t>
      </w:r>
      <w:r>
        <w:t>tukron ki surat mein</w:t>
      </w:r>
    </w:p>
    <w:p>
      <w:pPr>
        <w:jc w:val="right"/>
      </w:pPr>
      <w:r>
        <w:t>ٹکڑوں کی صورت میں</w:t>
      </w:r>
    </w:p>
    <w:p>
      <w:r>
        <w:rPr>
          <w:b/>
        </w:rPr>
        <w:t xml:space="preserve">[09:40] </w:t>
      </w:r>
      <w:r>
        <w:t>to un sab ko jama kiya rasool Allah sal Allah aleh wasalam ne aur is ka aik majmooa</w:t>
      </w:r>
    </w:p>
    <w:p>
      <w:pPr>
        <w:jc w:val="right"/>
      </w:pPr>
      <w:r>
        <w:t>تو ان سب کو جمع کیا رسول اللہ صلی اللہ علیہ وسلم نے اور اس کا ایک مجموعہ</w:t>
      </w:r>
    </w:p>
    <w:p>
      <w:r>
        <w:rPr>
          <w:b/>
        </w:rPr>
        <w:t xml:space="preserve">[09:45] </w:t>
      </w:r>
      <w:r>
        <w:t>banaya gaya phir woh likha jata raha</w:t>
      </w:r>
    </w:p>
    <w:p>
      <w:pPr>
        <w:jc w:val="right"/>
      </w:pPr>
      <w:r>
        <w:t>بنایا گیا پھر وہ لکھا جاتا رہا</w:t>
      </w:r>
    </w:p>
    <w:p>
      <w:r>
        <w:rPr>
          <w:b/>
        </w:rPr>
        <w:t xml:space="preserve">[09:50] </w:t>
      </w:r>
      <w:r>
        <w:t>aur phir aakhir mein woh printing press ke zareeye chhap kar phaila yeh sab kaam ummat e muslema ne</w:t>
      </w:r>
    </w:p>
    <w:p>
      <w:pPr>
        <w:jc w:val="right"/>
      </w:pPr>
      <w:r>
        <w:t>اور پھر آخر میں وہ پرنٹنگ پریس کے ذریعے چھپ کر پھیلا یہ سب کام امت مسلمہ نے</w:t>
      </w:r>
    </w:p>
    <w:p>
      <w:r>
        <w:rPr>
          <w:b/>
        </w:rPr>
        <w:t xml:space="preserve">[09:57] </w:t>
      </w:r>
      <w:r>
        <w:t>kiya yani quran ki jo tadween hai is ka kaam poora ka poora ummat e muslema ne kiya lekin</w:t>
      </w:r>
    </w:p>
    <w:p>
      <w:pPr>
        <w:jc w:val="right"/>
      </w:pPr>
      <w:r>
        <w:t>کیا یعنی قرآن کی جو تدوین ہے اس کا کام پورا کا پورا امت مسلمہ نے کیا لیکن</w:t>
      </w:r>
    </w:p>
    <w:p>
      <w:r>
        <w:rPr>
          <w:b/>
        </w:rPr>
        <w:t xml:space="preserve">[10:06] </w:t>
      </w:r>
      <w:r>
        <w:t>tawin ka masla aur us ki ishaat ka masla jo tha woh musalman anjam na de sake agarche un ki hukumatain theen unhon ne saltanat qaim kiya to allah taala ne yeh kaam doosron se liya</w:t>
      </w:r>
    </w:p>
    <w:p>
      <w:pPr>
        <w:jc w:val="right"/>
      </w:pPr>
      <w:r>
        <w:t>توین کا مسئلہ اور اس کی اشاعت کا مسئلہ جو تھا وہ مسلمان انجام نہ دے سکے اگرچہ ان کی حکومتیں تھیں انہوں نے سلطنت قائم کیا تو اللہ تعالیٰ نے یہ کام دوسروں سے لیا</w:t>
      </w:r>
    </w:p>
    <w:p>
      <w:r>
        <w:rPr>
          <w:b/>
        </w:rPr>
        <w:t xml:space="preserve">[10:27] </w:t>
      </w:r>
      <w:r>
        <w:t>sahih al bukhari jo mashhoor tareen kitaab hai hadees ki is mein aik hadees hai ke in Allah yani</w:t>
      </w:r>
    </w:p>
    <w:p>
      <w:pPr>
        <w:jc w:val="right"/>
      </w:pPr>
      <w:r>
        <w:t>صحیح البخاری جو مشہور ترین کتاب ہے حدیث کی اس میں ایک حدیث ہے کہ ان اللہ یعنی</w:t>
      </w:r>
    </w:p>
    <w:p>
      <w:r>
        <w:rPr>
          <w:b/>
        </w:rPr>
        <w:t xml:space="preserve">[10:38] </w:t>
      </w:r>
      <w:r>
        <w:t>Allah is deen ki madad</w:t>
      </w:r>
    </w:p>
    <w:p>
      <w:pPr>
        <w:jc w:val="right"/>
      </w:pPr>
      <w:r>
        <w:t>اللہ اس دین کی مدد</w:t>
      </w:r>
    </w:p>
    <w:p>
      <w:r>
        <w:rPr>
          <w:b/>
        </w:rPr>
        <w:t xml:space="preserve">[10:43] </w:t>
      </w:r>
      <w:r>
        <w:t>ulamaon ke zariye bhi kare ga yahan lafz hai taeed yani support taeed ka mani support</w:t>
      </w:r>
    </w:p>
    <w:p>
      <w:pPr>
        <w:jc w:val="right"/>
      </w:pPr>
      <w:r>
        <w:t>علمانوں کے ذریعے بھی کرے گا یہاں لفظ ہے تائید یعنی سپورٹ تائید کا معنی سپورٹ</w:t>
      </w:r>
    </w:p>
    <w:p>
      <w:r>
        <w:rPr>
          <w:b/>
        </w:rPr>
        <w:t xml:space="preserve">[10:52] </w:t>
      </w:r>
      <w:r>
        <w:t>to quran ke sath</w:t>
      </w:r>
    </w:p>
    <w:p>
      <w:pPr>
        <w:jc w:val="right"/>
      </w:pPr>
      <w:r>
        <w:t>تو قرآن کے ساتھ</w:t>
      </w:r>
    </w:p>
    <w:p>
      <w:r>
        <w:rPr>
          <w:b/>
        </w:rPr>
        <w:t xml:space="preserve">[10:57] </w:t>
      </w:r>
      <w:r>
        <w:t>taeed ka kaam kisi bhi hisse mein liya jaye ga</w:t>
      </w:r>
    </w:p>
    <w:p>
      <w:pPr>
        <w:jc w:val="right"/>
      </w:pPr>
      <w:r>
        <w:t>تائید کا کام کسی بھی حصے میں لیا جائے گا</w:t>
      </w:r>
    </w:p>
    <w:p>
      <w:r>
        <w:rPr>
          <w:b/>
        </w:rPr>
        <w:t xml:space="preserve">[11:01] </w:t>
      </w:r>
      <w:r>
        <w:t>tadween ka kaam to Allah taala ne musalmanon se liya musalmanon ne is ko itne kamil tor par</w:t>
      </w:r>
    </w:p>
    <w:p>
      <w:pPr>
        <w:jc w:val="right"/>
      </w:pPr>
      <w:r>
        <w:t>تدوین کا کام تو اللہ تعالیٰ نے مسلمانوں سے لیا مسلمانوں نے اس کو اتنے کامل طور پر</w:t>
      </w:r>
    </w:p>
    <w:p>
      <w:r>
        <w:rPr>
          <w:b/>
        </w:rPr>
        <w:t xml:space="preserve">[11:07] </w:t>
      </w:r>
      <w:r>
        <w:t>anjam diya ke aaj quran bhi mehfooz hai arabi zaban bhi mehfooz hai koi</w:t>
      </w:r>
    </w:p>
    <w:p>
      <w:pPr>
        <w:jc w:val="right"/>
      </w:pPr>
      <w:r>
        <w:t>انجام دیا کہ آج قرآن بھی محفوظ ہے عربی زبان بھی محفوظ ہے کوئی</w:t>
      </w:r>
    </w:p>
    <w:p>
      <w:r>
        <w:rPr>
          <w:b/>
        </w:rPr>
        <w:t xml:space="preserve">[11:13] </w:t>
      </w:r>
      <w:r>
        <w:t>bhi shak nahi kar sakta ke yeh quran wohi quran hai jo rasool Allah sal Allah aleh wasalam</w:t>
      </w:r>
    </w:p>
    <w:p>
      <w:pPr>
        <w:jc w:val="right"/>
      </w:pPr>
      <w:r>
        <w:t>بھی شک نہیں کر سکتا کہ یہ قرآن وہی قرآن ہے جو رسول اللہ صلی اللہ علیہ وسلم</w:t>
      </w:r>
    </w:p>
    <w:p>
      <w:r>
        <w:rPr>
          <w:b/>
        </w:rPr>
        <w:t xml:space="preserve">[11:17] </w:t>
      </w:r>
      <w:r>
        <w:t>par utra tha kisi ke liye shak ki gunjaish nahi kyunke ummat e muslema ne is mamle mein bohat</w:t>
      </w:r>
    </w:p>
    <w:p>
      <w:pPr>
        <w:jc w:val="right"/>
      </w:pPr>
      <w:r>
        <w:t>پر اترا تھا کسی کے لئے شک کی گنجائش نہیں کیونکہ امت مسلمہ نے اس معاملے میں بہت</w:t>
      </w:r>
    </w:p>
    <w:p>
      <w:r>
        <w:rPr>
          <w:b/>
        </w:rPr>
        <w:t xml:space="preserve">[11:23] </w:t>
      </w:r>
      <w:r>
        <w:t>mehnat ki bohat ziyada kaam kiya aur itne baray paimane par is ki tadween ki is ki jama</w:t>
      </w:r>
    </w:p>
    <w:p>
      <w:pPr>
        <w:jc w:val="right"/>
      </w:pPr>
      <w:r>
        <w:t>محنت کی بہت زیادہ کام کیا اور اتنے بڑے پیمانے پر اس کی تدوین کی اس کی جمع</w:t>
      </w:r>
    </w:p>
    <w:p>
      <w:r>
        <w:rPr>
          <w:b/>
        </w:rPr>
        <w:t xml:space="preserve">[11:31] </w:t>
      </w:r>
      <w:r>
        <w:t>ki is ko mehfooz kiya ke is par shak ki koi gunjaish baqi nahi rahi</w:t>
      </w:r>
    </w:p>
    <w:p>
      <w:pPr>
        <w:jc w:val="right"/>
      </w:pPr>
      <w:r>
        <w:t>کی اس کو محفوظ کیا کہ اس پر شک کی کوئی گنجائش باقی نہیں رہی</w:t>
      </w:r>
    </w:p>
    <w:p>
      <w:r>
        <w:rPr>
          <w:b/>
        </w:rPr>
        <w:t xml:space="preserve">[11:38] </w:t>
      </w:r>
      <w:r>
        <w:t>lekin aage ka jo kaam hai wahan musalman kuch nahi kar sake</w:t>
      </w:r>
    </w:p>
    <w:p>
      <w:pPr>
        <w:jc w:val="right"/>
      </w:pPr>
      <w:r>
        <w:t>لیکن آگے کا جو کام ہے وہاں مسلمان کچھ نہیں کر سکے</w:t>
      </w:r>
    </w:p>
    <w:p>
      <w:r>
        <w:rPr>
          <w:b/>
        </w:rPr>
        <w:t xml:space="preserve">[11:43] </w:t>
      </w:r>
      <w:r>
        <w:t>aage kaam mein pehla kaam hai</w:t>
      </w:r>
    </w:p>
    <w:p>
      <w:pPr>
        <w:jc w:val="right"/>
      </w:pPr>
      <w:r>
        <w:t>آگے کام میں پہلا کام ہے</w:t>
      </w:r>
    </w:p>
    <w:p>
      <w:r>
        <w:rPr>
          <w:b/>
        </w:rPr>
        <w:t xml:space="preserve">[11:46] </w:t>
      </w:r>
      <w:r>
        <w:t>is ko aalmi satah par phailana</w:t>
      </w:r>
    </w:p>
    <w:p>
      <w:pPr>
        <w:jc w:val="right"/>
      </w:pPr>
      <w:r>
        <w:t>اس کو عالمی سطح پر پھیلانا</w:t>
      </w:r>
    </w:p>
    <w:p>
      <w:r>
        <w:rPr>
          <w:b/>
        </w:rPr>
        <w:t xml:space="preserve">[11:48] </w:t>
      </w:r>
      <w:r>
        <w:t>ab dekhen quran mein yeh ayat aayi hai</w:t>
      </w:r>
    </w:p>
    <w:p>
      <w:pPr>
        <w:jc w:val="right"/>
      </w:pPr>
      <w:r>
        <w:t>اب دیکھیں قرآن میں یہ آیت آئی ہے</w:t>
      </w:r>
    </w:p>
    <w:p>
      <w:r>
        <w:rPr>
          <w:b/>
        </w:rPr>
        <w:t xml:space="preserve">[11:53] </w:t>
      </w:r>
      <w:r>
        <w:t>ke nazlal furqana lial abd</w:t>
      </w:r>
    </w:p>
    <w:p>
      <w:pPr>
        <w:jc w:val="right"/>
      </w:pPr>
      <w:r>
        <w:t>کہ نَزْلَ الْفُرْقَانَ لَالْعَبْدِ</w:t>
      </w:r>
    </w:p>
    <w:p>
      <w:r>
        <w:rPr>
          <w:b/>
        </w:rPr>
        <w:t xml:space="preserve">[11:56] </w:t>
      </w:r>
      <w:r>
        <w:t>likum lil aalameen nazeera</w:t>
      </w:r>
    </w:p>
    <w:p>
      <w:pPr>
        <w:jc w:val="right"/>
      </w:pPr>
      <w:r>
        <w:t>لِكُمْ لِلْعَالَمِينَ نَذِيرًا</w:t>
      </w:r>
    </w:p>
    <w:p>
      <w:r>
        <w:rPr>
          <w:b/>
        </w:rPr>
        <w:t xml:space="preserve">[12:00] </w:t>
      </w:r>
      <w:r>
        <w:t>yani Allah ne utara hai yeh quran taake sare aalam ke liye sare aalam ke liye woh aagah</w:t>
      </w:r>
    </w:p>
    <w:p>
      <w:pPr>
        <w:jc w:val="right"/>
      </w:pPr>
      <w:r>
        <w:t>یعنی اللہ نے اتارا ہے یہ قرآن تاکہ سارے عالم کے لئے سارے عالم کے لئے وہ آگاہ</w:t>
      </w:r>
    </w:p>
    <w:p>
      <w:r>
        <w:rPr>
          <w:b/>
        </w:rPr>
        <w:t xml:space="preserve">[12:07] </w:t>
      </w:r>
      <w:r>
        <w:t>karne wala bane to sare alam mein hath se likh kar nahi pahunch sakte aap</w:t>
      </w:r>
    </w:p>
    <w:p>
      <w:pPr>
        <w:jc w:val="right"/>
      </w:pPr>
      <w:r>
        <w:t>کرنے والا بنے تو سارے عالم میں ہاتھ سے لکھ کر نہیں پہنچ سکتے آپ</w:t>
      </w:r>
    </w:p>
    <w:p>
      <w:r>
        <w:rPr>
          <w:b/>
        </w:rPr>
        <w:t xml:space="preserve">[12:14] </w:t>
      </w:r>
      <w:r>
        <w:t>hath se likh kar ke sare alam mein kaise pahunchega</w:t>
      </w:r>
    </w:p>
    <w:p>
      <w:pPr>
        <w:jc w:val="right"/>
      </w:pPr>
      <w:r>
        <w:t>ہاتھ سے لکھ کر کے سارے عالم میں کیسے پہنچے گا</w:t>
      </w:r>
    </w:p>
    <w:p>
      <w:r>
        <w:rPr>
          <w:b/>
        </w:rPr>
        <w:t xml:space="preserve">[12:18] </w:t>
      </w:r>
      <w:r>
        <w:t>to is ke liye zarurat hai printing press ki to printing press jo hai is ka pura pura</w:t>
      </w:r>
    </w:p>
    <w:p>
      <w:pPr>
        <w:jc w:val="right"/>
      </w:pPr>
      <w:r>
        <w:t>تو اس کے لئے ضرورت ہے پرنٹنگ پریس کی تو پرنٹنگ پریس جو ہے اس کا پورا پورا</w:t>
      </w:r>
    </w:p>
    <w:p>
      <w:r>
        <w:rPr>
          <w:b/>
        </w:rPr>
        <w:t xml:space="preserve">[12:25] </w:t>
      </w:r>
      <w:r>
        <w:t>kaam a se zed tak allah ta'ala ne liya dusron se khas taur par aal maghrib se</w:t>
      </w:r>
    </w:p>
    <w:p>
      <w:pPr>
        <w:jc w:val="right"/>
      </w:pPr>
      <w:r>
        <w:t>کام اے سے زیڈ تک اللہ تعالیٰ نے لیا دوسروں سے خاص طور پر آل مغرب سے</w:t>
      </w:r>
    </w:p>
    <w:p>
      <w:r>
        <w:rPr>
          <w:b/>
        </w:rPr>
        <w:t xml:space="preserve">[12:33] </w:t>
      </w:r>
      <w:r>
        <w:t>to taeed ka kaam jahan tak mein janta hoon</w:t>
      </w:r>
    </w:p>
    <w:p>
      <w:pPr>
        <w:jc w:val="right"/>
      </w:pPr>
      <w:r>
        <w:t>تو تائید کا کام جہاں تک میں جانتا ہوں</w:t>
      </w:r>
    </w:p>
    <w:p>
      <w:r>
        <w:rPr>
          <w:b/>
        </w:rPr>
        <w:t xml:space="preserve">[12:38] </w:t>
      </w:r>
      <w:r>
        <w:t>zyada tar allah ta'ala ne liya hai aal maghrib ke zariye se musalman jo kar paye</w:t>
      </w:r>
    </w:p>
    <w:p>
      <w:pPr>
        <w:jc w:val="right"/>
      </w:pPr>
      <w:r>
        <w:t>زیادہ تر اللہ تعالیٰ نے لیا ہے آل مغرب کے ذریعے سے مسلمان جو کر پائے</w:t>
      </w:r>
    </w:p>
    <w:p>
      <w:r>
        <w:rPr>
          <w:b/>
        </w:rPr>
        <w:t xml:space="preserve">[12:45] </w:t>
      </w:r>
      <w:r>
        <w:t>the wo quran ki jama o tadween ka kaam hai aur jo quran ki tawin tawin ke mani</w:t>
      </w:r>
    </w:p>
    <w:p>
      <w:pPr>
        <w:jc w:val="right"/>
      </w:pPr>
      <w:r>
        <w:t>تھے وہ قرآن کی جمع و تدوین کا کام ہے اور جو قرآن کی توین توین کے معنی</w:t>
      </w:r>
    </w:p>
    <w:p>
      <w:r>
        <w:rPr>
          <w:b/>
        </w:rPr>
        <w:t xml:space="preserve">[12:52] </w:t>
      </w:r>
      <w:r>
        <w:t>hote hain us ko us ko interruption dena is ki wazahat karna</w:t>
      </w:r>
    </w:p>
    <w:p>
      <w:pPr>
        <w:jc w:val="right"/>
      </w:pPr>
      <w:r>
        <w:t>ہوتے ہیں اس کو اس کو انٹرپشن دینا اس کی وضاحت کرنا</w:t>
      </w:r>
    </w:p>
    <w:p>
      <w:r>
        <w:rPr>
          <w:b/>
        </w:rPr>
        <w:t xml:space="preserve">[12:58] </w:t>
      </w:r>
      <w:r>
        <w:t>is ki commentary likhna is ki</w:t>
      </w:r>
    </w:p>
    <w:p>
      <w:pPr>
        <w:jc w:val="right"/>
      </w:pPr>
      <w:r>
        <w:t>اس کی کمنٹری لکھنا اس کی</w:t>
      </w:r>
    </w:p>
    <w:p>
      <w:r>
        <w:rPr>
          <w:b/>
        </w:rPr>
        <w:t xml:space="preserve">[13:02] </w:t>
      </w:r>
      <w:r>
        <w:t>is ki mani batana is ko kehte hain tawin</w:t>
      </w:r>
    </w:p>
    <w:p>
      <w:pPr>
        <w:jc w:val="right"/>
      </w:pPr>
      <w:r>
        <w:t>اس کی معنی بتانا اس کو کہتے ہیں توین</w:t>
      </w:r>
    </w:p>
    <w:p>
      <w:r>
        <w:rPr>
          <w:b/>
        </w:rPr>
        <w:t xml:space="preserve">[13:05] </w:t>
      </w:r>
      <w:r>
        <w:t>to tawin ka kaam jo hai wo zyada tar aal maghrib ne kiya</w:t>
      </w:r>
    </w:p>
    <w:p>
      <w:pPr>
        <w:jc w:val="right"/>
      </w:pPr>
      <w:r>
        <w:t>تو توین کا کام جو ہے وہ زیادہ تر آل مغرب نے کیا</w:t>
      </w:r>
    </w:p>
    <w:p>
      <w:r>
        <w:rPr>
          <w:b/>
        </w:rPr>
        <w:t xml:space="preserve">[13:12] </w:t>
      </w:r>
      <w:r>
        <w:t>sab se pehle unhon ne printing press diya</w:t>
      </w:r>
    </w:p>
    <w:p>
      <w:pPr>
        <w:jc w:val="right"/>
      </w:pPr>
      <w:r>
        <w:t>سب سے پہلے انہوں نے پرنٹنگ پریس دیا</w:t>
      </w:r>
    </w:p>
    <w:p>
      <w:r>
        <w:rPr>
          <w:b/>
        </w:rPr>
        <w:t xml:space="preserve">[13:15] </w:t>
      </w:r>
      <w:r>
        <w:t>jis se hum chhap kar duniya bhar mein is ko pahunchayen</w:t>
      </w:r>
    </w:p>
    <w:p>
      <w:pPr>
        <w:jc w:val="right"/>
      </w:pPr>
      <w:r>
        <w:t>جس سے ہم چھاپ کر دنیا بھر میں اس کو پہنچائیں</w:t>
      </w:r>
    </w:p>
    <w:p>
      <w:r>
        <w:rPr>
          <w:b/>
        </w:rPr>
        <w:t xml:space="preserve">[13:18] </w:t>
      </w:r>
      <w:r>
        <w:t>lekin is ke baad bhi ek ek kaam baqi tha wo baqi yeh tha ke quran mein bohat</w:t>
      </w:r>
    </w:p>
    <w:p>
      <w:pPr>
        <w:jc w:val="right"/>
      </w:pPr>
      <w:r>
        <w:t>لیکن اس کے بعد بھی ایک ایک کام باقی تھا وہ باقی یہ تھا کہ قرآن میں بہت</w:t>
      </w:r>
    </w:p>
    <w:p>
      <w:r>
        <w:rPr>
          <w:b/>
        </w:rPr>
        <w:t xml:space="preserve">[13:25] </w:t>
      </w:r>
      <w:r>
        <w:t>se ishare hain zameen o aasman ke bare mein quran mein zameen o aasman</w:t>
      </w:r>
    </w:p>
    <w:p>
      <w:pPr>
        <w:jc w:val="right"/>
      </w:pPr>
      <w:r>
        <w:t>سے اشارے ہیں زمین و آسمان کے بارے میں قرآن میں زمین و آسمان</w:t>
      </w:r>
    </w:p>
    <w:p>
      <w:r>
        <w:rPr>
          <w:b/>
        </w:rPr>
        <w:t xml:space="preserve">[13:31] </w:t>
      </w:r>
      <w:r>
        <w:t>kalafz aata hai kainat ke bare mein</w:t>
      </w:r>
    </w:p>
    <w:p>
      <w:pPr>
        <w:jc w:val="right"/>
      </w:pPr>
      <w:r>
        <w:t>کا لفظ آتا ہے کائنات کے بارے میں</w:t>
      </w:r>
    </w:p>
    <w:p>
      <w:r>
        <w:rPr>
          <w:b/>
        </w:rPr>
        <w:t xml:space="preserve">[13:37] </w:t>
      </w:r>
      <w:r>
        <w:t>jis ko hum kainat kehte hain ya kainat kehte hain is ke bare mein quran mein jab aata</w:t>
      </w:r>
    </w:p>
    <w:p>
      <w:pPr>
        <w:jc w:val="right"/>
      </w:pPr>
      <w:r>
        <w:t>جس کو ہم کائنات کہتے ہیں یا کائنات کہتے ہیں اس کے بارے میں قرآن میں جب آتا</w:t>
      </w:r>
    </w:p>
    <w:p>
      <w:r>
        <w:rPr>
          <w:b/>
        </w:rPr>
        <w:t xml:space="preserve">[13:41] </w:t>
      </w:r>
      <w:r>
        <w:t>hai to is ka lafz hota hai zameen o aasman</w:t>
      </w:r>
    </w:p>
    <w:p>
      <w:pPr>
        <w:jc w:val="right"/>
      </w:pPr>
      <w:r>
        <w:t>ہے تو اس کا لفظ ہوتا ہے زمین و آسمان</w:t>
      </w:r>
    </w:p>
    <w:p>
      <w:r>
        <w:rPr>
          <w:b/>
        </w:rPr>
        <w:t xml:space="preserve">[13:46] </w:t>
      </w:r>
      <w:r>
        <w:t>to kainat mein jo beshumar nishaniyan allah ta'ala ki hain jin ke liye quran mein lafz aaya</w:t>
      </w:r>
    </w:p>
    <w:p>
      <w:pPr>
        <w:jc w:val="right"/>
      </w:pPr>
      <w:r>
        <w:t>تو کائنات میں جو بے شمار نشانیاں اللہ تعالیٰ کی ہیں جن کے لئے قرآن میں لفظ آیا</w:t>
      </w:r>
    </w:p>
    <w:p>
      <w:r>
        <w:rPr>
          <w:b/>
        </w:rPr>
        <w:t xml:space="preserve">[13:53] </w:t>
      </w:r>
      <w:r>
        <w:t>hai ayat kalmat aala to wo to sirf ishare ki zaban mein thi quran mein is ki tafseel</w:t>
      </w:r>
    </w:p>
    <w:p>
      <w:pPr>
        <w:jc w:val="right"/>
      </w:pPr>
      <w:r>
        <w:t>ہے آیات کلمات اعلیٰ تو وہ تو صرف اشارے کی زبان میں تھیں قرآن میں اس کی تفصیل</w:t>
      </w:r>
    </w:p>
    <w:p>
      <w:r>
        <w:rPr>
          <w:b/>
        </w:rPr>
        <w:t xml:space="preserve">[14:01] </w:t>
      </w:r>
      <w:r>
        <w:t>maloom nahi thi yeh kaam bhi sara ka sara aal maghrib ne anjam diya</w:t>
      </w:r>
    </w:p>
    <w:p>
      <w:pPr>
        <w:jc w:val="right"/>
      </w:pPr>
      <w:r>
        <w:t>معلوم نہیں تھی یہ کام بھی سارا کا سارا آل مغرب نے انجام دیا</w:t>
      </w:r>
    </w:p>
    <w:p>
      <w:r>
        <w:rPr>
          <w:b/>
        </w:rPr>
        <w:t xml:space="preserve">[14:09] </w:t>
      </w:r>
      <w:r>
        <w:t>aal maghrib ne anjam diya</w:t>
      </w:r>
    </w:p>
    <w:p>
      <w:pPr>
        <w:jc w:val="right"/>
      </w:pPr>
      <w:r>
        <w:t>آل مغرب نے انجام دیا</w:t>
      </w:r>
    </w:p>
    <w:p>
      <w:r>
        <w:rPr>
          <w:b/>
        </w:rPr>
        <w:t xml:space="preserve">[14:12] </w:t>
      </w:r>
      <w:r>
        <w:t>misal ke taur par quran mein ek ayat hai jis mein allah ta'ala ne bataya ke allah ta'ala ko</w:t>
      </w:r>
    </w:p>
    <w:p>
      <w:pPr>
        <w:jc w:val="right"/>
      </w:pPr>
      <w:r>
        <w:t>مثلاً قرآن میں ایک آیت ہے جس میں اللہ تعالیٰ نے بتایا کہ اللہ تعالیٰ کو</w:t>
      </w:r>
    </w:p>
    <w:p>
      <w:r>
        <w:rPr>
          <w:b/>
        </w:rPr>
        <w:t xml:space="preserve">[14:19] </w:t>
      </w:r>
      <w:r>
        <w:t>zarre se choti cheezon ka bhi ilm hai aur zarre se badi</w:t>
      </w:r>
    </w:p>
    <w:p>
      <w:pPr>
        <w:jc w:val="right"/>
      </w:pPr>
      <w:r>
        <w:t>ذرے سے چھوٹی چیزوں کا بھی علم ہے اور ذرے سے بڑی</w:t>
      </w:r>
    </w:p>
    <w:p>
      <w:r>
        <w:rPr>
          <w:b/>
        </w:rPr>
        <w:t xml:space="preserve">[14:22] </w:t>
      </w:r>
      <w:r>
        <w:t>cheezon ka bhi ilm hai bhi hai ab ghor kijiye ke zarre se chhota</w:t>
      </w:r>
    </w:p>
    <w:p>
      <w:pPr>
        <w:jc w:val="right"/>
      </w:pPr>
      <w:r>
        <w:t>چیزوں کا بھی علم ہے بھی ہے اب غور کیجئے کہ ذرے سے چھوٹا</w:t>
      </w:r>
    </w:p>
    <w:p>
      <w:r>
        <w:rPr>
          <w:b/>
        </w:rPr>
        <w:t xml:space="preserve">[14:27] </w:t>
      </w:r>
      <w:r>
        <w:t>zarre se choti cheez kya hai saatvi sadi isvi mein jab quran utra kisi ko pata nahi tha</w:t>
      </w:r>
    </w:p>
    <w:p>
      <w:pPr>
        <w:jc w:val="right"/>
      </w:pPr>
      <w:r>
        <w:t>ذرے سے چھوٹی چیز کیا ہے ساتویں صدی عیسوی میں جب قرآن اترا کسی کو پتہ نہیں تھا</w:t>
      </w:r>
    </w:p>
    <w:p>
      <w:r>
        <w:rPr>
          <w:b/>
        </w:rPr>
        <w:t xml:space="preserve">[14:34] </w:t>
      </w:r>
      <w:r>
        <w:t>keh zarray se choti koi cheez hai yeh bhi pata nahi tha keh is se bari kiya cheez</w:t>
      </w:r>
    </w:p>
    <w:p>
      <w:pPr>
        <w:jc w:val="right"/>
      </w:pPr>
      <w:r>
        <w:t>کہ ذرے سے چھوٹی کوئی چیز ہے یہ بھی پتہ نہیں تھا کہ اس سے بڑی کیا چیز</w:t>
      </w:r>
    </w:p>
    <w:p>
      <w:r>
        <w:rPr>
          <w:b/>
        </w:rPr>
        <w:t xml:space="preserve">[14:39] </w:t>
      </w:r>
      <w:r>
        <w:t>hai yaani aaj kal jis ko kehte hain</w:t>
      </w:r>
    </w:p>
    <w:p>
      <w:pPr>
        <w:jc w:val="right"/>
      </w:pPr>
      <w:r>
        <w:t>ہے یعنی آج کل جس کو کہتے ہیں</w:t>
      </w:r>
    </w:p>
    <w:p>
      <w:r>
        <w:rPr>
          <w:b/>
        </w:rPr>
        <w:t xml:space="preserve">[14:43] </w:t>
      </w:r>
      <w:r>
        <w:t>micro world aur macro world</w:t>
      </w:r>
    </w:p>
    <w:p>
      <w:pPr>
        <w:jc w:val="right"/>
      </w:pPr>
      <w:r>
        <w:t>مائیکرو ورلڈ اور مائیکرو ورلڈ</w:t>
      </w:r>
    </w:p>
    <w:p>
      <w:r>
        <w:rPr>
          <w:b/>
        </w:rPr>
        <w:t xml:space="preserve">[14:46] </w:t>
      </w:r>
      <w:r>
        <w:t>in dono ke baray mein insan ko kuch kuch bhi pata nahi tha</w:t>
      </w:r>
    </w:p>
    <w:p>
      <w:pPr>
        <w:jc w:val="right"/>
      </w:pPr>
      <w:r>
        <w:t>ان دونوں کے بارے میں انسان کو کچھ کچھ بھی پتہ نہیں تھا</w:t>
      </w:r>
    </w:p>
    <w:p>
      <w:r>
        <w:rPr>
          <w:b/>
        </w:rPr>
        <w:t xml:space="preserve">[14:51] </w:t>
      </w:r>
      <w:r>
        <w:t>yeh istilaah bhi nahi bani thi us waqt</w:t>
      </w:r>
    </w:p>
    <w:p>
      <w:pPr>
        <w:jc w:val="right"/>
      </w:pPr>
      <w:r>
        <w:t>یہ اصطلاح بھی نہیں بنی تھی اس وقت</w:t>
      </w:r>
    </w:p>
    <w:p>
      <w:r>
        <w:rPr>
          <w:b/>
        </w:rPr>
        <w:t xml:space="preserve">[14:54] </w:t>
      </w:r>
      <w:r>
        <w:t>saatween sadi mein yeh istilaah bhi nahi bani thi micro world ka aur macro world ka</w:t>
      </w:r>
    </w:p>
    <w:p>
      <w:pPr>
        <w:jc w:val="right"/>
      </w:pPr>
      <w:r>
        <w:t>ساتویں صدی میں یہ اصطلاح بھی نہیں بنی تھی مائیکرو ورلڈ کا اور مائیکرو ورلڈ کا</w:t>
      </w:r>
    </w:p>
    <w:p>
      <w:r>
        <w:rPr>
          <w:b/>
        </w:rPr>
        <w:t xml:space="preserve">[15:00] </w:t>
      </w:r>
      <w:r>
        <w:t>yeh kaisay insan ne jana yeh us waqt jana jab keh</w:t>
      </w:r>
    </w:p>
    <w:p>
      <w:pPr>
        <w:jc w:val="right"/>
      </w:pPr>
      <w:r>
        <w:t>یہ کیسے انسان نے جانا یہ اس وقت جانا جب کہ</w:t>
      </w:r>
    </w:p>
    <w:p>
      <w:r>
        <w:rPr>
          <w:b/>
        </w:rPr>
        <w:t xml:space="preserve">[15:05] </w:t>
      </w:r>
      <w:r>
        <w:t>microscope aur</w:t>
      </w:r>
    </w:p>
    <w:p>
      <w:pPr>
        <w:jc w:val="right"/>
      </w:pPr>
      <w:r>
        <w:t>مائیکروسکوپ اور</w:t>
      </w:r>
    </w:p>
    <w:p>
      <w:r>
        <w:rPr>
          <w:b/>
        </w:rPr>
        <w:t xml:space="preserve">[15:08] </w:t>
      </w:r>
      <w:r>
        <w:t>telescope banai gayi yeh kis ne banaya yeh maghrib ne banaya yaani maghrib ne telescope aur microscope bana</w:t>
      </w:r>
    </w:p>
    <w:p>
      <w:pPr>
        <w:jc w:val="right"/>
      </w:pPr>
      <w:r>
        <w:t>ٹیلیسکوپ بنائی گئی یہ کس نے بنایا یہ مغرب نے بنایا یعنی مغرب نے ٹیلیسکوپ اور مائیکروسکوپ بنا</w:t>
      </w:r>
    </w:p>
    <w:p>
      <w:r>
        <w:rPr>
          <w:b/>
        </w:rPr>
        <w:t xml:space="preserve">[15:18] </w:t>
      </w:r>
      <w:r>
        <w:t>kar ke dikhaya keh waqatan ek dunya hai alam asghar bhi alam akbar bhi</w:t>
      </w:r>
    </w:p>
    <w:p>
      <w:pPr>
        <w:jc w:val="right"/>
      </w:pPr>
      <w:r>
        <w:t>کر کے دکھایا کہ واقعتاً ایک دنیا ہے عالم اصغر بھی عالم اکبر بھی</w:t>
      </w:r>
    </w:p>
    <w:p>
      <w:r>
        <w:rPr>
          <w:b/>
        </w:rPr>
        <w:t xml:space="preserve">[15:26] </w:t>
      </w:r>
      <w:r>
        <w:t>yaani micro world bhi aur macro world bhi yeh kaisi ajeeb baat hai keh quran mein sirf ishara</w:t>
      </w:r>
    </w:p>
    <w:p>
      <w:pPr>
        <w:jc w:val="right"/>
      </w:pPr>
      <w:r>
        <w:t>یعنی مائیکرو ورلڈ بھی اور مائیکرو ورلڈ بھی یہ کیسی عجیب بات ہے کہ قرآن میں صرف اشارہ</w:t>
      </w:r>
    </w:p>
    <w:p>
      <w:r>
        <w:rPr>
          <w:b/>
        </w:rPr>
        <w:t xml:space="preserve">[15:34] </w:t>
      </w:r>
      <w:r>
        <w:t>tha keh zarray se choti bhi dunya hai aur zarray se bari bhi dunya hai woh sab allah</w:t>
      </w:r>
    </w:p>
    <w:p>
      <w:pPr>
        <w:jc w:val="right"/>
      </w:pPr>
      <w:r>
        <w:t>تھا کہ ذرے سے چھوٹی بھی دنیا ہے اور ذرے سے بڑی بھی دنیا ہے وہ سب اللہ</w:t>
      </w:r>
    </w:p>
    <w:p>
      <w:r>
        <w:rPr>
          <w:b/>
        </w:rPr>
        <w:t xml:space="preserve">[15:41] </w:t>
      </w:r>
      <w:r>
        <w:t>ko pata hai lekin waqatan aisa hai yeh hamare liye aqeeday ki baat thi aqeeday</w:t>
      </w:r>
    </w:p>
    <w:p>
      <w:pPr>
        <w:jc w:val="right"/>
      </w:pPr>
      <w:r>
        <w:t>کو پتہ ہے لیکن واقعتاً ایسا ہے یہ ہمارے لئے عقیدہ کی بات تھی عقیدہ</w:t>
      </w:r>
    </w:p>
    <w:p>
      <w:r>
        <w:rPr>
          <w:b/>
        </w:rPr>
        <w:t xml:space="preserve">[15:49] </w:t>
      </w:r>
      <w:r>
        <w:t>maslay yaqeen tha</w:t>
      </w:r>
    </w:p>
    <w:p>
      <w:pPr>
        <w:jc w:val="right"/>
      </w:pPr>
      <w:r>
        <w:t>مسئلہ یقین تھا</w:t>
      </w:r>
    </w:p>
    <w:p>
      <w:r>
        <w:rPr>
          <w:b/>
        </w:rPr>
        <w:t xml:space="preserve">[15:53] </w:t>
      </w:r>
      <w:r>
        <w:t>hamari aql hamari aql iske bare mein kuch nahi janti thi ye kaam Allah taala ne usko mein taeed usko quran usko bukhari ke ke hadees ke mutabiq ye taeed ka kaam tha ye sab Allah taala ne liya aal maghrib ke zariye se iske ilawa dekhen quran mein ek ayat hai</w:t>
      </w:r>
    </w:p>
    <w:p>
      <w:pPr>
        <w:jc w:val="right"/>
      </w:pPr>
      <w:r>
        <w:t>ہماری عقل ہماری عقل اس کے بارے میں کچھ نہیں جانتی تھی یہ کام اللہ تعالیٰ نے اس کو میں تائید اس کو قرآن اس کو بخاری کے کے حدیث کے مطابق یہ تائید کا کام تھا یہ سب اللہ تعالیٰ نے لیا آل مغرب کے ذریعے سے اس کے علاوہ دیکھیں قرآن میں ایک آیت ہے</w:t>
      </w:r>
    </w:p>
    <w:p>
      <w:r>
        <w:rPr>
          <w:b/>
        </w:rPr>
        <w:t xml:space="preserve">[16:22] </w:t>
      </w:r>
      <w:r>
        <w:t>sakhkhar lakum ma fi samawati wa ma fi al ardi jameean zameen mein jo kuch bhi hai aasman mein jo</w:t>
      </w:r>
    </w:p>
    <w:p>
      <w:pPr>
        <w:jc w:val="right"/>
      </w:pPr>
      <w:r>
        <w:t>سَخَّرَ لَكُمْ مَا فِي السَّمٰوَاتِ وَمَا فِي الْأَرْضِ جَمِيعًا زمین میں جو کچھ بھی ہے آسمان میں جو</w:t>
      </w:r>
    </w:p>
    <w:p>
      <w:r>
        <w:rPr>
          <w:b/>
        </w:rPr>
        <w:t xml:space="preserve">[16:24] </w:t>
      </w:r>
      <w:r>
        <w:t>kuch hai sab ka sab insan ke liye banaya gaya hai yeh us waqt sirf aqeedah tha</w:t>
      </w:r>
    </w:p>
    <w:p>
      <w:pPr>
        <w:jc w:val="right"/>
      </w:pPr>
      <w:r>
        <w:t>کچھ ہے سب کا سب انسان کے لئے بنایا گیا ہے یہ اس وقت صرف عقیدہ تھا</w:t>
      </w:r>
    </w:p>
    <w:p>
      <w:r>
        <w:rPr>
          <w:b/>
        </w:rPr>
        <w:t xml:space="preserve">[16:33] </w:t>
      </w:r>
      <w:r>
        <w:t>sirf aqeedah tha hum kuch nahi jante thay keh kaisay aisa hai keh zameen aasman ki sab cheez</w:t>
      </w:r>
    </w:p>
    <w:p>
      <w:pPr>
        <w:jc w:val="right"/>
      </w:pPr>
      <w:r>
        <w:t>صرف عقیدہ تھا ہم کچھ نہیں جانتے تھے کہ کیسے ایسا ہے کہ زمین آسمان کی سب چیز</w:t>
      </w:r>
    </w:p>
    <w:p>
      <w:r>
        <w:rPr>
          <w:b/>
        </w:rPr>
        <w:t xml:space="preserve">[16:37] </w:t>
      </w:r>
      <w:r>
        <w:t>hamare liye banai gayi hai yeh aaj science ke zariye ek maloom baat ban gayi</w:t>
      </w:r>
    </w:p>
    <w:p>
      <w:pPr>
        <w:jc w:val="right"/>
      </w:pPr>
      <w:r>
        <w:t>ہمارے لئے بنائی گئی ہے یہ آج سائنس کے ذریعے ایک معلوم بات بن گئی</w:t>
      </w:r>
    </w:p>
    <w:p>
      <w:r>
        <w:rPr>
          <w:b/>
        </w:rPr>
        <w:t xml:space="preserve">[16:43] </w:t>
      </w:r>
      <w:r>
        <w:t>yeh pehli baar science ne yeh bataya keh yeh jo kainat hai yeh custom made kainat hai yaani</w:t>
      </w:r>
    </w:p>
    <w:p>
      <w:pPr>
        <w:jc w:val="right"/>
      </w:pPr>
      <w:r>
        <w:t>یہ پہلی بار سائنس نے یہ بتایا کہ یہ جو کائنات ہے یہ کسٹم میڈ کائنات ہے یعنی</w:t>
      </w:r>
    </w:p>
    <w:p>
      <w:r>
        <w:rPr>
          <w:b/>
        </w:rPr>
        <w:t xml:space="preserve">[16:51] </w:t>
      </w:r>
      <w:r>
        <w:t>insan ke bilkul mutabiq</w:t>
      </w:r>
    </w:p>
    <w:p>
      <w:pPr>
        <w:jc w:val="right"/>
      </w:pPr>
      <w:r>
        <w:t>انسان کے بالکل مطابق</w:t>
      </w:r>
    </w:p>
    <w:p>
      <w:r>
        <w:rPr>
          <w:b/>
        </w:rPr>
        <w:t xml:space="preserve">[16:54] </w:t>
      </w:r>
      <w:r>
        <w:t>jo insan chahta hai us ke mutabiq yeh kahan pata tha kis ko</w:t>
      </w:r>
    </w:p>
    <w:p>
      <w:pPr>
        <w:jc w:val="right"/>
      </w:pPr>
      <w:r>
        <w:t>جو انسان چاہتا ہے اس کے مطابق یہ کہاں پتہ تھا کس کو</w:t>
      </w:r>
    </w:p>
    <w:p>
      <w:r>
        <w:rPr>
          <w:b/>
        </w:rPr>
        <w:t xml:space="preserve">[16:58] </w:t>
      </w:r>
      <w:r>
        <w:t>kisi ko kuch pata nahi tha kuch bhi maloom nahi tha</w:t>
      </w:r>
    </w:p>
    <w:p>
      <w:pPr>
        <w:jc w:val="right"/>
      </w:pPr>
      <w:r>
        <w:t>کسی کو کچھ پتہ نہیں تھا کچھ بھی معلوم نہیں تھا</w:t>
      </w:r>
    </w:p>
    <w:p>
      <w:r>
        <w:rPr>
          <w:b/>
        </w:rPr>
        <w:t xml:space="preserve">[17:04] </w:t>
      </w:r>
      <w:r>
        <w:t>aisi bohat ziyada cheezain hain jo maine apni kitabon mein likhi</w:t>
      </w:r>
    </w:p>
    <w:p>
      <w:pPr>
        <w:jc w:val="right"/>
      </w:pPr>
      <w:r>
        <w:t>ایسی بہت زیادہ چیزیں ہیں جو میں نے اپنی کتابوں میں لکھی</w:t>
      </w:r>
    </w:p>
    <w:p>
      <w:r>
        <w:rPr>
          <w:b/>
        </w:rPr>
        <w:t xml:space="preserve">[17:07] </w:t>
      </w:r>
      <w:r>
        <w:t>hain keh quran mein isharay ke tor par baatein kahi gayi theen lekin isi kisi ko pata nahi</w:t>
      </w:r>
    </w:p>
    <w:p>
      <w:pPr>
        <w:jc w:val="right"/>
      </w:pPr>
      <w:r>
        <w:t>ہیں کہ قرآن میں اشارے کے طور پر باتیں کہی گئی تھیں لیکن اسی کسی کو پتہ نہیں</w:t>
      </w:r>
    </w:p>
    <w:p>
      <w:r>
        <w:rPr>
          <w:b/>
        </w:rPr>
        <w:t xml:space="preserve">[17:14] </w:t>
      </w:r>
      <w:r>
        <w:t>tha aisay hi mislan dekhen</w:t>
      </w:r>
    </w:p>
    <w:p>
      <w:pPr>
        <w:jc w:val="right"/>
      </w:pPr>
      <w:r>
        <w:t>تھا ایسے ہی مثلاً دیکھیں</w:t>
      </w:r>
    </w:p>
    <w:p>
      <w:r>
        <w:rPr>
          <w:b/>
        </w:rPr>
        <w:t xml:space="preserve">[17:18] </w:t>
      </w:r>
      <w:r>
        <w:t>firon ke bare mein hazrat moosa aleh-is-salaam ke zamane mein jo badshah tha firon us</w:t>
      </w:r>
    </w:p>
    <w:p>
      <w:pPr>
        <w:jc w:val="right"/>
      </w:pPr>
      <w:r>
        <w:t>فرعون کے بارے میں حضرت موسیٰ صلی اللہ علیہ وسلم کے زمانے میں جو بادشاہ تھا فرعون اس</w:t>
      </w:r>
    </w:p>
    <w:p>
      <w:r>
        <w:rPr>
          <w:b/>
        </w:rPr>
        <w:t xml:space="preserve">[17:23] </w:t>
      </w:r>
      <w:r>
        <w:t>ke bare mein quran mein aaya hai ke alyom ninjeek bibadank litakuna liban khalafak aaya</w:t>
      </w:r>
    </w:p>
    <w:p>
      <w:pPr>
        <w:jc w:val="right"/>
      </w:pPr>
      <w:r>
        <w:t>کے بارے میں قرآن میں آیا ہے کہ الیوم ننجیک ببدنک لتکون لبن خلفک آیا</w:t>
      </w:r>
    </w:p>
    <w:p>
      <w:r>
        <w:rPr>
          <w:b/>
        </w:rPr>
        <w:t xml:space="preserve">[17:31] </w:t>
      </w:r>
      <w:r>
        <w:t>yeh quran mein likhi hui thi aayat</w:t>
      </w:r>
    </w:p>
    <w:p>
      <w:pPr>
        <w:jc w:val="right"/>
      </w:pPr>
      <w:r>
        <w:t>یہ قرآن میں لکھی ہوئی تھی آیت</w:t>
      </w:r>
    </w:p>
    <w:p>
      <w:r>
        <w:rPr>
          <w:b/>
        </w:rPr>
        <w:t xml:space="preserve">[17:34] </w:t>
      </w:r>
      <w:r>
        <w:t>ke hazrat moosa aleh-is-salaam ke zamane mein jo firon tha firon badshah us ka jism</w:t>
      </w:r>
    </w:p>
    <w:p>
      <w:pPr>
        <w:jc w:val="right"/>
      </w:pPr>
      <w:r>
        <w:t>کہ حضرت موسیٰ صلی اللہ علیہ وسلم کے زمانے میں جو فرعون تھا فرعون بادشاہ اس کا جسم</w:t>
      </w:r>
    </w:p>
    <w:p>
      <w:r>
        <w:rPr>
          <w:b/>
        </w:rPr>
        <w:t xml:space="preserve">[17:40] </w:t>
      </w:r>
      <w:r>
        <w:t>allah ne mehfooz kar diya hai lekin kahan hai kuch bhi pata nahi kisi ko pata nahi tha</w:t>
      </w:r>
    </w:p>
    <w:p>
      <w:pPr>
        <w:jc w:val="right"/>
      </w:pPr>
      <w:r>
        <w:t>اللہ نے محفوظ کر دیا ہے لیکن کہاں ہے کچھ بھی پتہ نہیں کسی کو پتہ نہیں تھا</w:t>
      </w:r>
    </w:p>
    <w:p>
      <w:r>
        <w:rPr>
          <w:b/>
        </w:rPr>
        <w:t xml:space="preserve">[17:46] </w:t>
      </w:r>
      <w:r>
        <w:t>ke woh kahan hai</w:t>
      </w:r>
    </w:p>
    <w:p>
      <w:pPr>
        <w:jc w:val="right"/>
      </w:pPr>
      <w:r>
        <w:t>کہ وہ کہاں ہے</w:t>
      </w:r>
    </w:p>
    <w:p>
      <w:r>
        <w:rPr>
          <w:b/>
        </w:rPr>
        <w:t xml:space="preserve">[17:49] </w:t>
      </w:r>
      <w:r>
        <w:t>yeh sirf aal-e-maghrib the jinhon</w:t>
      </w:r>
    </w:p>
    <w:p>
      <w:pPr>
        <w:jc w:val="right"/>
      </w:pPr>
      <w:r>
        <w:t>یہ صرف آل مغرب تھے جنہوں</w:t>
      </w:r>
    </w:p>
    <w:p>
      <w:r>
        <w:rPr>
          <w:b/>
        </w:rPr>
        <w:t xml:space="preserve">[17:52] </w:t>
      </w:r>
      <w:r>
        <w:t>ne unneesveen sadi ke aakhir mein misr gaye woh aur wahan par jo ahraam hai us ko khola</w:t>
      </w:r>
    </w:p>
    <w:p>
      <w:pPr>
        <w:jc w:val="right"/>
      </w:pPr>
      <w:r>
        <w:t>نے انیسویں صدی کے آخر میں مصر گئے وہ اور وہاں پر جو احرام ہے اس کو کھولا</w:t>
      </w:r>
    </w:p>
    <w:p>
      <w:r>
        <w:rPr>
          <w:b/>
        </w:rPr>
        <w:t xml:space="preserve">[18:00] </w:t>
      </w:r>
      <w:r>
        <w:t>unhon ne wahan se momyai ki hui laashein nikali unhon ne lekin momyai ki hui laashon ko nikalne</w:t>
      </w:r>
    </w:p>
    <w:p>
      <w:pPr>
        <w:jc w:val="right"/>
      </w:pPr>
      <w:r>
        <w:t>انہوں نے وہاں سے مومیائی کی ہوئی لاشیں نکالی انہوں نے لیکن مومیائی کی ہوئی لاشوں کو نکالنے</w:t>
      </w:r>
    </w:p>
    <w:p>
      <w:r>
        <w:rPr>
          <w:b/>
        </w:rPr>
        <w:t xml:space="preserve">[18:07] </w:t>
      </w:r>
      <w:r>
        <w:t>ke baad bhi kaise yeh pata chala ke wohi wohi firon yeh hai</w:t>
      </w:r>
    </w:p>
    <w:p>
      <w:pPr>
        <w:jc w:val="right"/>
      </w:pPr>
      <w:r>
        <w:t>کے بعد بھی کیسے یہ پتہ چلا کہ وہی وہی فرعون یہ ہے</w:t>
      </w:r>
    </w:p>
    <w:p>
      <w:r>
        <w:rPr>
          <w:b/>
        </w:rPr>
        <w:t xml:space="preserve">[18:13] </w:t>
      </w:r>
      <w:r>
        <w:t>to unhon ne ek tareeqa ijad kiya jo pehle bilkul la-maloom tha jis ko kehte hain</w:t>
      </w:r>
    </w:p>
    <w:p>
      <w:pPr>
        <w:jc w:val="right"/>
      </w:pPr>
      <w:r>
        <w:t>تو انہوں نے ایک طریقہ ایجاد کیا جو پہلے بالکل لامعلوم تھا جس کو کہتے ہیں</w:t>
      </w:r>
    </w:p>
    <w:p>
      <w:r>
        <w:rPr>
          <w:b/>
        </w:rPr>
        <w:t xml:space="preserve">[18:20] </w:t>
      </w:r>
      <w:r>
        <w:t>carbon dating carbon dating ka matlab hota hai ke mikenikal tor par aise tareeqe daryaft kiye gaye hain</w:t>
      </w:r>
    </w:p>
    <w:p>
      <w:pPr>
        <w:jc w:val="right"/>
      </w:pPr>
      <w:r>
        <w:t>کاربن ڈیٹنگ کاربن ڈیٹنگ کا مطلب ہوتا ہے کہ مکینیکل طور پر ایسے طریقے دریافت کیے گئے ہیں</w:t>
      </w:r>
    </w:p>
    <w:p>
      <w:r>
        <w:rPr>
          <w:b/>
        </w:rPr>
        <w:t xml:space="preserve">[18:28] </w:t>
      </w:r>
      <w:r>
        <w:t>jo bata dete hain theek theek ke koi mawad cheez kab ki hai yeh pathar kab ka hai</w:t>
      </w:r>
    </w:p>
    <w:p>
      <w:pPr>
        <w:jc w:val="right"/>
      </w:pPr>
      <w:r>
        <w:t>جو بتا دیتے ہیں ٹھیک ٹھیک کہ کوئی مواد چیز کب کی ہے یہ پتھر کب کا ہے</w:t>
      </w:r>
    </w:p>
    <w:p>
      <w:r>
        <w:rPr>
          <w:b/>
        </w:rPr>
        <w:t xml:space="preserve">[18:34] </w:t>
      </w:r>
      <w:r>
        <w:t>yeh lakri kab ki hai</w:t>
      </w:r>
    </w:p>
    <w:p>
      <w:pPr>
        <w:jc w:val="right"/>
      </w:pPr>
      <w:r>
        <w:t>یہ لکڑی کب کی ہے</w:t>
      </w:r>
    </w:p>
    <w:p>
      <w:r>
        <w:rPr>
          <w:b/>
        </w:rPr>
        <w:t xml:space="preserve">[18:38] </w:t>
      </w:r>
      <w:r>
        <w:t>to</w:t>
      </w:r>
    </w:p>
    <w:p>
      <w:pPr>
        <w:jc w:val="right"/>
      </w:pPr>
      <w:r>
        <w:t>تو</w:t>
      </w:r>
    </w:p>
    <w:p>
      <w:r>
        <w:rPr>
          <w:b/>
        </w:rPr>
        <w:t xml:space="preserve">[18:38] </w:t>
      </w:r>
      <w:r>
        <w:t>is ko apply kiya gaya</w:t>
      </w:r>
    </w:p>
    <w:p>
      <w:pPr>
        <w:jc w:val="right"/>
      </w:pPr>
      <w:r>
        <w:t>اس کو اپلائی کیا گیا</w:t>
      </w:r>
    </w:p>
    <w:p>
      <w:r>
        <w:rPr>
          <w:b/>
        </w:rPr>
        <w:t xml:space="preserve">[18:40] </w:t>
      </w:r>
      <w:r>
        <w:t>to maloom hua ke theek wohi zamana jo hazrat moosa aleh-is-salaam ka zamana tha usi</w:t>
      </w:r>
    </w:p>
    <w:p>
      <w:pPr>
        <w:jc w:val="right"/>
      </w:pPr>
      <w:r>
        <w:t>تو معلوم ہوا کہ ٹھیک وہی زمانہ جو حضرت موسیٰ صلی اللہ علیہ وسلم کا زمانہ تھا اسی</w:t>
      </w:r>
    </w:p>
    <w:p>
      <w:r>
        <w:rPr>
          <w:b/>
        </w:rPr>
        <w:t xml:space="preserve">[18:46] </w:t>
      </w:r>
      <w:r>
        <w:t>zamane ki ek laash wahan par hai theek usi zamane ki</w:t>
      </w:r>
    </w:p>
    <w:p>
      <w:pPr>
        <w:jc w:val="right"/>
      </w:pPr>
      <w:r>
        <w:t>زمانے کی ایک لاش وہاں پر ہے ٹھیک اسی زمانے کی</w:t>
      </w:r>
    </w:p>
    <w:p>
      <w:r>
        <w:rPr>
          <w:b/>
        </w:rPr>
        <w:t xml:space="preserve">[18:50] </w:t>
      </w:r>
      <w:r>
        <w:t>jo ke hazrat moosa aleh-is-salaam ka asar tha woh</w:t>
      </w:r>
    </w:p>
    <w:p>
      <w:pPr>
        <w:jc w:val="right"/>
      </w:pPr>
      <w:r>
        <w:t>جو کہ حضرت موسیٰ صلی اللہ علیہ وسلم کا عصر تھا وہ</w:t>
      </w:r>
    </w:p>
    <w:p>
      <w:r>
        <w:rPr>
          <w:b/>
        </w:rPr>
        <w:t xml:space="preserve">[18:54] </w:t>
      </w:r>
      <w:r>
        <w:t>to woh kya hua jab is ko allah taala ne gharaq kiya darya mein</w:t>
      </w:r>
    </w:p>
    <w:p>
      <w:pPr>
        <w:jc w:val="right"/>
      </w:pPr>
      <w:r>
        <w:t>تو وہ کیا ہوا جب اس کو اللہ تعالیٰ نے غرق کیا دریا میں</w:t>
      </w:r>
    </w:p>
    <w:p>
      <w:r>
        <w:rPr>
          <w:b/>
        </w:rPr>
        <w:t xml:space="preserve">[19:02] </w:t>
      </w:r>
      <w:r>
        <w:t>to misriyon ne is ko nikala bahar is ki laash ko to us zamane mein misriyon mein tareeqa</w:t>
      </w:r>
    </w:p>
    <w:p>
      <w:pPr>
        <w:jc w:val="right"/>
      </w:pPr>
      <w:r>
        <w:t>تو مصریوں نے اس کو نکالا باہر اس کی لاش کو تو اس زمانے میں مصریوں میں طریقہ</w:t>
      </w:r>
    </w:p>
    <w:p>
      <w:r>
        <w:rPr>
          <w:b/>
        </w:rPr>
        <w:t xml:space="preserve">[19:09] </w:t>
      </w:r>
      <w:r>
        <w:t>tha jis ko kehte the momyai karna ek khaas technique thi un ke haan woh kar ke unhon</w:t>
      </w:r>
    </w:p>
    <w:p>
      <w:pPr>
        <w:jc w:val="right"/>
      </w:pPr>
      <w:r>
        <w:t>تھا جس کو کہتے تھے مومیائی کرنا ایک خاص ٹیکنیک تھی ان کے ہاں وہ کر کے انہوں</w:t>
      </w:r>
    </w:p>
    <w:p>
      <w:r>
        <w:rPr>
          <w:b/>
        </w:rPr>
        <w:t xml:space="preserve">[19:16] </w:t>
      </w:r>
      <w:r>
        <w:t>ne is ki laash ko raah-e-misr mein</w:t>
      </w:r>
    </w:p>
    <w:p>
      <w:pPr>
        <w:jc w:val="right"/>
      </w:pPr>
      <w:r>
        <w:t>نے اس کی لاش کو راہ مصر میں</w:t>
      </w:r>
    </w:p>
    <w:p>
      <w:r>
        <w:rPr>
          <w:b/>
        </w:rPr>
        <w:t xml:space="preserve">[19:22] </w:t>
      </w:r>
      <w:r>
        <w:t>dafan kar ke rakh diya ek dibbe ki shakal mein</w:t>
      </w:r>
    </w:p>
    <w:p>
      <w:pPr>
        <w:jc w:val="right"/>
      </w:pPr>
      <w:r>
        <w:t>دفن کر کے رکھ دیا ایک ڈبے کی شکل میں</w:t>
      </w:r>
    </w:p>
    <w:p>
      <w:r>
        <w:rPr>
          <w:b/>
        </w:rPr>
        <w:t xml:space="preserve">[19:27] </w:t>
      </w:r>
      <w:r>
        <w:t>to momyai karne ke baad laash hazaron saal tak bhi kharab nahi hoti</w:t>
      </w:r>
    </w:p>
    <w:p>
      <w:pPr>
        <w:jc w:val="right"/>
      </w:pPr>
      <w:r>
        <w:t>تو مومیائی کرنے کے بعد لاش ہزاروں سال تک بھی خراب نہیں ہوتی</w:t>
      </w:r>
    </w:p>
    <w:p>
      <w:r>
        <w:rPr>
          <w:b/>
        </w:rPr>
        <w:t xml:space="preserve">[19:33] </w:t>
      </w:r>
      <w:r>
        <w:t>yeh kar diya unhon ne lekin kisi ko pata nahin tha</w:t>
      </w:r>
    </w:p>
    <w:p>
      <w:pPr>
        <w:jc w:val="right"/>
      </w:pPr>
      <w:r>
        <w:t>یہ کر دیا انہوں نے لیکن کسی کو پتہ نہیں تھا</w:t>
      </w:r>
    </w:p>
    <w:p>
      <w:r>
        <w:rPr>
          <w:b/>
        </w:rPr>
        <w:t xml:space="preserve">[19:38] </w:t>
      </w:r>
      <w:r>
        <w:t>kisi ko pata nahin tha yahan tak ke dekhen</w:t>
      </w:r>
    </w:p>
    <w:p>
      <w:pPr>
        <w:jc w:val="right"/>
      </w:pPr>
      <w:r>
        <w:t>کسی کو پتہ نہیں تھا یہاں تک کہ دیکھیں</w:t>
      </w:r>
    </w:p>
    <w:p>
      <w:r>
        <w:rPr>
          <w:b/>
        </w:rPr>
        <w:t xml:space="preserve">[19:43] </w:t>
      </w:r>
      <w:r>
        <w:t>ek bohat hi ajeeb o ghareeb baat yeh hai</w:t>
      </w:r>
    </w:p>
    <w:p>
      <w:pPr>
        <w:jc w:val="right"/>
      </w:pPr>
      <w:r>
        <w:t>ایک بہت ہی عجیب و غریب بات یہ ہے</w:t>
      </w:r>
    </w:p>
    <w:p>
      <w:r>
        <w:rPr>
          <w:b/>
        </w:rPr>
        <w:t xml:space="preserve">[19:47] </w:t>
      </w:r>
      <w:r>
        <w:t>ke ahraam misr mein koi dakhil nahin hota tha</w:t>
      </w:r>
    </w:p>
    <w:p>
      <w:pPr>
        <w:jc w:val="right"/>
      </w:pPr>
      <w:r>
        <w:t>کہ احرام مصر میں کوئی داخل نہیں ہوتا تھا</w:t>
      </w:r>
    </w:p>
    <w:p>
      <w:r>
        <w:rPr>
          <w:b/>
        </w:rPr>
        <w:t xml:space="preserve">[19:52] </w:t>
      </w:r>
      <w:r>
        <w:t>arab log jo the ya koi doosre log dakhil nahin hote the kyunke mashhoor yeh tha ke ahraam</w:t>
      </w:r>
    </w:p>
    <w:p>
      <w:pPr>
        <w:jc w:val="right"/>
      </w:pPr>
      <w:r>
        <w:t>عرب لوگ جو تھے یا کوئی دوسرے لوگ داخل نہیں ہوتے تھے کیونکہ مشہور یہ تھا کہ احرام</w:t>
      </w:r>
    </w:p>
    <w:p>
      <w:r>
        <w:rPr>
          <w:b/>
        </w:rPr>
        <w:t xml:space="preserve">[20:00] </w:t>
      </w:r>
      <w:r>
        <w:t>ke andar laanat ul faraina hai</w:t>
      </w:r>
    </w:p>
    <w:p>
      <w:pPr>
        <w:jc w:val="right"/>
      </w:pPr>
      <w:r>
        <w:t>کے اندر لعنت الفرائنہ ہے</w:t>
      </w:r>
    </w:p>
    <w:p>
      <w:r>
        <w:rPr>
          <w:b/>
        </w:rPr>
        <w:t xml:space="preserve">[20:04] </w:t>
      </w:r>
      <w:r>
        <w:t>firaun ki laanat jo is mein jaye ga woh khud hi mar jaye ga</w:t>
      </w:r>
    </w:p>
    <w:p>
      <w:pPr>
        <w:jc w:val="right"/>
      </w:pPr>
      <w:r>
        <w:t>فرعون کی لعنت جو اس میں جائے گا وہ خود ہی مر جائے گا</w:t>
      </w:r>
    </w:p>
    <w:p>
      <w:r>
        <w:rPr>
          <w:b/>
        </w:rPr>
        <w:t xml:space="preserve">[20:07] </w:t>
      </w:r>
      <w:r>
        <w:t>yeh</w:t>
      </w:r>
    </w:p>
    <w:p>
      <w:pPr>
        <w:jc w:val="right"/>
      </w:pPr>
      <w:r>
        <w:t>یہ</w:t>
      </w:r>
    </w:p>
    <w:p>
      <w:r>
        <w:rPr>
          <w:b/>
        </w:rPr>
        <w:t xml:space="preserve">[20:08] </w:t>
      </w:r>
      <w:r>
        <w:t>mashhoor tha laanat ul faraina</w:t>
      </w:r>
    </w:p>
    <w:p>
      <w:pPr>
        <w:jc w:val="right"/>
      </w:pPr>
      <w:r>
        <w:t>مشہور تھا لعنت الفرائنہ</w:t>
      </w:r>
    </w:p>
    <w:p>
      <w:r>
        <w:rPr>
          <w:b/>
        </w:rPr>
        <w:t xml:space="preserve">[20:11] </w:t>
      </w:r>
      <w:r>
        <w:t>to kyun aisa mashhoor hua tha kyunke kabhi aisa hua ke kisi ne kuch is mein jhankne ki</w:t>
      </w:r>
    </w:p>
    <w:p>
      <w:pPr>
        <w:jc w:val="right"/>
      </w:pPr>
      <w:r>
        <w:t>تو کیوں ایسا مشہور ہوا تھا کیونکہ کبھی ایسا ہوا کہ کسی نے کچھ اس میں جھانکنے کی</w:t>
      </w:r>
    </w:p>
    <w:p>
      <w:r>
        <w:rPr>
          <w:b/>
        </w:rPr>
        <w:t xml:space="preserve">[20:17] </w:t>
      </w:r>
      <w:r>
        <w:t>koshish ki is mein gate hain bohat sare kisi gate se to andar woh beemar ho gaya woh</w:t>
      </w:r>
    </w:p>
    <w:p>
      <w:pPr>
        <w:jc w:val="right"/>
      </w:pPr>
      <w:r>
        <w:t>کوشش کی اس میں گیٹ ہیں بہت سارے کسی گیٹ سے تو اندر وہ بیمار ہو گیا وہ</w:t>
      </w:r>
    </w:p>
    <w:p>
      <w:r>
        <w:rPr>
          <w:b/>
        </w:rPr>
        <w:t xml:space="preserve">[20:26] </w:t>
      </w:r>
      <w:r>
        <w:t>aur shayad mar bhi gaya</w:t>
      </w:r>
    </w:p>
    <w:p>
      <w:pPr>
        <w:jc w:val="right"/>
      </w:pPr>
      <w:r>
        <w:t>اور شاید مر بھی گیا</w:t>
      </w:r>
    </w:p>
    <w:p>
      <w:r>
        <w:rPr>
          <w:b/>
        </w:rPr>
        <w:t xml:space="preserve">[20:29] </w:t>
      </w:r>
      <w:r>
        <w:t>is se mashhoor ho gaya ke is ke andar laanat ul faraina hai</w:t>
      </w:r>
    </w:p>
    <w:p>
      <w:pPr>
        <w:jc w:val="right"/>
      </w:pPr>
      <w:r>
        <w:t>اس سے مشہور ہو گیا کہ اس کے اندر لعنت الفرائنہ ہے</w:t>
      </w:r>
    </w:p>
    <w:p>
      <w:r>
        <w:rPr>
          <w:b/>
        </w:rPr>
        <w:t xml:space="preserve">[20:34] </w:t>
      </w:r>
      <w:r>
        <w:t>to germany aur france ke mahireen wahan gaye</w:t>
      </w:r>
    </w:p>
    <w:p>
      <w:pPr>
        <w:jc w:val="right"/>
      </w:pPr>
      <w:r>
        <w:t>تو جرمنی اور فرانس کے ماہرین وہاں گئے</w:t>
      </w:r>
    </w:p>
    <w:p>
      <w:r>
        <w:rPr>
          <w:b/>
        </w:rPr>
        <w:t xml:space="preserve">[20:39] </w:t>
      </w:r>
      <w:r>
        <w:t>to is zamane mein aap jante hain ke ek cheez</w:t>
      </w:r>
    </w:p>
    <w:p>
      <w:pPr>
        <w:jc w:val="right"/>
      </w:pPr>
      <w:r>
        <w:t>تو اس زمانے میں آپ جانتے ہیں کہ ایک چیز</w:t>
      </w:r>
    </w:p>
    <w:p>
      <w:r>
        <w:rPr>
          <w:b/>
        </w:rPr>
        <w:t xml:space="preserve">[20:42] </w:t>
      </w:r>
      <w:r>
        <w:t>ek nai cheez bani hai jo hamare gharon mein hoti hai exhaust fan andar ki hawa ko bahar</w:t>
      </w:r>
    </w:p>
    <w:p>
      <w:pPr>
        <w:jc w:val="right"/>
      </w:pPr>
      <w:r>
        <w:t>ایک نئی چیز بنی ہے جو ہمارے گھروں میں ہوتی ہے ایگزاسٹ فین اندر کی ہوا کو باہر</w:t>
      </w:r>
    </w:p>
    <w:p>
      <w:r>
        <w:rPr>
          <w:b/>
        </w:rPr>
        <w:t xml:space="preserve">[20:49] </w:t>
      </w:r>
      <w:r>
        <w:t>nikalna pehle zamane mein koi janta nahin tha ke andar ki hawa ko</w:t>
      </w:r>
    </w:p>
    <w:p>
      <w:pPr>
        <w:jc w:val="right"/>
      </w:pPr>
      <w:r>
        <w:t>نکالنا پہلے زمانے میں کوئی جانتا نہیں تھا کہ اندر کی ہوا کو</w:t>
      </w:r>
    </w:p>
    <w:p>
      <w:r>
        <w:rPr>
          <w:b/>
        </w:rPr>
        <w:t xml:space="preserve">[20:53] </w:t>
      </w:r>
      <w:r>
        <w:t>bahar nikala jaye</w:t>
      </w:r>
    </w:p>
    <w:p>
      <w:pPr>
        <w:jc w:val="right"/>
      </w:pPr>
      <w:r>
        <w:t>باہر نکالا جائے</w:t>
      </w:r>
    </w:p>
    <w:p>
      <w:r>
        <w:rPr>
          <w:b/>
        </w:rPr>
        <w:t xml:space="preserve">[20:56] </w:t>
      </w:r>
      <w:r>
        <w:t>to unhon ne exhaust fan lagaye wahan andar ki hawa ko bahar nikal diya tab pata chala ke</w:t>
      </w:r>
    </w:p>
    <w:p>
      <w:pPr>
        <w:jc w:val="right"/>
      </w:pPr>
      <w:r>
        <w:t>تو انہوں نے ایگزاسٹ فین لگائے وہاں اندر کی ہوا کو باہر نکال دیا تب پتہ چلا کہ</w:t>
      </w:r>
    </w:p>
    <w:p>
      <w:r>
        <w:rPr>
          <w:b/>
        </w:rPr>
        <w:t xml:space="preserve">[21:03] </w:t>
      </w:r>
      <w:r>
        <w:t>is ke andar hazaron hazar ababeel theen jo wahan par breed karti theen un ke gas bhari hui</w:t>
      </w:r>
    </w:p>
    <w:p>
      <w:pPr>
        <w:jc w:val="right"/>
      </w:pPr>
      <w:r>
        <w:t>اس کے اندر ہزاروں ہزار ابابیلیں تھیں جو وہاں پر بیٹ کرتی تھیں ان کے گیس بھری ہوئی</w:t>
      </w:r>
    </w:p>
    <w:p>
      <w:r>
        <w:rPr>
          <w:b/>
        </w:rPr>
        <w:t xml:space="preserve">[21:12] </w:t>
      </w:r>
      <w:r>
        <w:t>thi ahraam ke andar to is gas ko jo inhale karta tha woh mar jata tha</w:t>
      </w:r>
    </w:p>
    <w:p>
      <w:pPr>
        <w:jc w:val="right"/>
      </w:pPr>
      <w:r>
        <w:t>تھی احرام کے اندر تو اس گیس کو جو انہیل کرتا تھا وہ مر جاتا تھا</w:t>
      </w:r>
    </w:p>
    <w:p>
      <w:r>
        <w:rPr>
          <w:b/>
        </w:rPr>
        <w:t xml:space="preserve">[21:19] </w:t>
      </w:r>
      <w:r>
        <w:t>koi laanat ul faraina ki baat nahin thi is gas ko inhale karne ki baat thi yeh pata kiya</w:t>
      </w:r>
    </w:p>
    <w:p>
      <w:pPr>
        <w:jc w:val="right"/>
      </w:pPr>
      <w:r>
        <w:t>کوئی لعنت الفرائنہ کی بات نہیں تھی اس گیس کو انہیل کرنے کی بات تھی یہ پتہ کیا</w:t>
      </w:r>
    </w:p>
    <w:p>
      <w:r>
        <w:rPr>
          <w:b/>
        </w:rPr>
        <w:t xml:space="preserve">[21:25] </w:t>
      </w:r>
      <w:r>
        <w:t>unhon ne aur phir is ke baad unhon ne is laash ko nikala is ko carbon dating ka</w:t>
      </w:r>
    </w:p>
    <w:p>
      <w:pPr>
        <w:jc w:val="right"/>
      </w:pPr>
      <w:r>
        <w:t>انہوں نے اور پھر اس کے بعد انہوں نے اس لاش کو نکالا اس کو کاربن ڈیٹنگ کا</w:t>
      </w:r>
    </w:p>
    <w:p>
      <w:r>
        <w:rPr>
          <w:b/>
        </w:rPr>
        <w:t xml:space="preserve">[21:33] </w:t>
      </w:r>
      <w:r>
        <w:t>jo technique hai is ko apply kiya ab woh rakha hua hai</w:t>
      </w:r>
    </w:p>
    <w:p>
      <w:pPr>
        <w:jc w:val="right"/>
      </w:pPr>
      <w:r>
        <w:t>جو ٹیکنیک ہے اس کو اپلائی کیا اب وہ رکھا ہوا ہے</w:t>
      </w:r>
    </w:p>
    <w:p>
      <w:r>
        <w:rPr>
          <w:b/>
        </w:rPr>
        <w:t xml:space="preserve">[21:38] </w:t>
      </w:r>
      <w:r>
        <w:t>qahira</w:t>
      </w:r>
    </w:p>
    <w:p>
      <w:pPr>
        <w:jc w:val="right"/>
      </w:pPr>
      <w:r>
        <w:t>قاہرہ</w:t>
      </w:r>
    </w:p>
    <w:p>
      <w:r>
        <w:rPr>
          <w:b/>
        </w:rPr>
        <w:t xml:space="preserve">[21:39] </w:t>
      </w:r>
      <w:r>
        <w:t>ke museum mein</w:t>
      </w:r>
    </w:p>
    <w:p>
      <w:pPr>
        <w:jc w:val="right"/>
      </w:pPr>
      <w:r>
        <w:t>کے میوزیم میں</w:t>
      </w:r>
    </w:p>
    <w:p>
      <w:r>
        <w:rPr>
          <w:b/>
        </w:rPr>
        <w:t xml:space="preserve">[21:42] </w:t>
      </w:r>
      <w:r>
        <w:t>yeh sab kis ne kiya aal maghrib ne kiya is tarah ke sainkaron nahin hazaron nahin lakhon nahin</w:t>
      </w:r>
    </w:p>
    <w:p>
      <w:pPr>
        <w:jc w:val="right"/>
      </w:pPr>
      <w:r>
        <w:t>یہ سب کس نے کیا آل مغرب نے کیا اس طرح کے سینکڑوں نہیں ہزاروں نہیں لاکھوں نہیں</w:t>
      </w:r>
    </w:p>
    <w:p>
      <w:r>
        <w:rPr>
          <w:b/>
        </w:rPr>
        <w:t xml:space="preserve">[21:49] </w:t>
      </w:r>
      <w:r>
        <w:t>billion billion cheezain hain jo aal maghrib ne ijad keen</w:t>
      </w:r>
    </w:p>
    <w:p>
      <w:pPr>
        <w:jc w:val="right"/>
      </w:pPr>
      <w:r>
        <w:t>بلین بلین چیزیں ہیں جو آل مغرب نے ایجاد کیں</w:t>
      </w:r>
    </w:p>
    <w:p>
      <w:r>
        <w:rPr>
          <w:b/>
        </w:rPr>
        <w:t xml:space="preserve">[21:55] </w:t>
      </w:r>
      <w:r>
        <w:t>aur quran ke jo isharay thay un ko samajhna namumkin banaya is ko mein yeh kahoon ga ke</w:t>
      </w:r>
    </w:p>
    <w:p>
      <w:pPr>
        <w:jc w:val="right"/>
      </w:pPr>
      <w:r>
        <w:t>اور قرآن کے جو اشارے تھے ان کو سمجھنا ناممکن بنایا اس کو میں یہ کہوں گا کہ</w:t>
      </w:r>
    </w:p>
    <w:p>
      <w:r>
        <w:rPr>
          <w:b/>
        </w:rPr>
        <w:t xml:space="preserve">[22:04] </w:t>
      </w:r>
      <w:r>
        <w:t>quran mehfooz to tha lekin woh poore maanon mein samajhne ke qabil nahin tha</w:t>
      </w:r>
    </w:p>
    <w:p>
      <w:pPr>
        <w:jc w:val="right"/>
      </w:pPr>
      <w:r>
        <w:t>قرآن محفوظ تو تھا لیکن وہ پورے معنوں میں سمجھنے کے قابل نہیں تھا</w:t>
      </w:r>
    </w:p>
    <w:p>
      <w:r>
        <w:rPr>
          <w:b/>
        </w:rPr>
        <w:t xml:space="preserve">[22:10] </w:t>
      </w:r>
      <w:r>
        <w:t>quran mehfooz to tha lekin poore maanon mein woh samajhne</w:t>
      </w:r>
    </w:p>
    <w:p>
      <w:pPr>
        <w:jc w:val="right"/>
      </w:pPr>
      <w:r>
        <w:t>قرآن محفوظ تو تھا لیکن پورے معنوں میں وہ سمجھنے</w:t>
      </w:r>
    </w:p>
    <w:p>
      <w:r>
        <w:rPr>
          <w:b/>
        </w:rPr>
        <w:t xml:space="preserve">[22:15] </w:t>
      </w:r>
      <w:r>
        <w:t>ke qabil nahin tha kyunke woh baatein jo is ke andar theen isharay ki zaban mein is ko</w:t>
      </w:r>
    </w:p>
    <w:p>
      <w:pPr>
        <w:jc w:val="right"/>
      </w:pPr>
      <w:r>
        <w:t>کے قابل نہیں تھا کیونکہ وہ باتیں جو اس کے اندر تھیں اشارات کی زبان میں اس کو</w:t>
      </w:r>
    </w:p>
    <w:p>
      <w:r>
        <w:rPr>
          <w:b/>
        </w:rPr>
        <w:t xml:space="preserve">[22:21] </w:t>
      </w:r>
      <w:r>
        <w:t>jannay ke liye aap ke paas koi saadhhan nahin tha koi zariya</w:t>
      </w:r>
    </w:p>
    <w:p>
      <w:pPr>
        <w:jc w:val="right"/>
      </w:pPr>
      <w:r>
        <w:t>جاننے کے لئے آپ کے پاس کوئی ساذن نہیں تھا کوئی ذریعہ</w:t>
      </w:r>
    </w:p>
    <w:p>
      <w:r>
        <w:rPr>
          <w:b/>
        </w:rPr>
        <w:t xml:space="preserve">[22:24] </w:t>
      </w:r>
      <w:r>
        <w:t>nahin tha koi data nahin tha</w:t>
      </w:r>
    </w:p>
    <w:p>
      <w:pPr>
        <w:jc w:val="right"/>
      </w:pPr>
      <w:r>
        <w:t>نہیں تھا کوئی ڈیٹا نہیں تھا</w:t>
      </w:r>
    </w:p>
    <w:p>
      <w:r>
        <w:rPr>
          <w:b/>
        </w:rPr>
        <w:t xml:space="preserve">[22:28] </w:t>
      </w:r>
      <w:r>
        <w:t>to woh woh woh data jo hai unhon ne faraham kiya unhon ne kiya is ko mein ne</w:t>
      </w:r>
    </w:p>
    <w:p>
      <w:pPr>
        <w:jc w:val="right"/>
      </w:pPr>
      <w:r>
        <w:t>تو وہ وہ وہ ڈیٹا جو ہے انہوں نے فراہم کیا انہوں نے کیا اس کو میں نے</w:t>
      </w:r>
    </w:p>
    <w:p>
      <w:r>
        <w:rPr>
          <w:b/>
        </w:rPr>
        <w:t xml:space="preserve">[22:36] </w:t>
      </w:r>
      <w:r>
        <w:t>is tarah ki bohat si misaalain mein apni kitabon mein likhi hain aap is ko parh sakte hain</w:t>
      </w:r>
    </w:p>
    <w:p>
      <w:pPr>
        <w:jc w:val="right"/>
      </w:pPr>
      <w:r>
        <w:t>اس طرح کی بہت سی مثالیں میں اپنی کتابوں میں لکھی ہیں آپ اس کو پڑھ سکتے ہیں</w:t>
      </w:r>
    </w:p>
    <w:p>
      <w:r>
        <w:rPr>
          <w:b/>
        </w:rPr>
        <w:t xml:space="preserve">[22:43] </w:t>
      </w:r>
      <w:r>
        <w:t>to dekhen mein yeh keh raha hoon ke</w:t>
      </w:r>
    </w:p>
    <w:p>
      <w:pPr>
        <w:jc w:val="right"/>
      </w:pPr>
      <w:r>
        <w:t>تو دیکھیں میں یہ کہہ رہا ہوں کہ</w:t>
      </w:r>
    </w:p>
    <w:p>
      <w:r>
        <w:rPr>
          <w:b/>
        </w:rPr>
        <w:t xml:space="preserve">[22:48] </w:t>
      </w:r>
      <w:r>
        <w:t>Allah taala ki yeh meharbani ka waqia tha Allah taala ne pehli meharbani yeh ki</w:t>
      </w:r>
    </w:p>
    <w:p>
      <w:pPr>
        <w:jc w:val="right"/>
      </w:pPr>
      <w:r>
        <w:t>اللہ تعالیٰ کی یہ مہربانی کا واقعہ تھا اللہ تعالیٰ نے پہلی مہربانی یہ کی</w:t>
      </w:r>
    </w:p>
    <w:p>
      <w:r>
        <w:rPr>
          <w:b/>
        </w:rPr>
        <w:t xml:space="preserve">[22:55] </w:t>
      </w:r>
      <w:r>
        <w:t>ke ek kitab aasmani ko mehfooz kitab bana diya</w:t>
      </w:r>
    </w:p>
    <w:p>
      <w:pPr>
        <w:jc w:val="right"/>
      </w:pPr>
      <w:r>
        <w:t>کہ ایک کتاب آسمانی کو محفوظ کتاب بنا دیا</w:t>
      </w:r>
    </w:p>
    <w:p>
      <w:r>
        <w:rPr>
          <w:b/>
        </w:rPr>
        <w:t xml:space="preserve">[23:00] </w:t>
      </w:r>
      <w:r>
        <w:t>mein aksar sochta hoon ke agar hamein yeh janna ho ke mein kyun paida hua yeh dunya kya</w:t>
      </w:r>
    </w:p>
    <w:p>
      <w:pPr>
        <w:jc w:val="right"/>
      </w:pPr>
      <w:r>
        <w:t>میں اکثر سوچتا ہوں کہ اگر ہمیں یہ جاننا ہو کہ میں کیوں پیدا ہوا یہ دنیا کیا</w:t>
      </w:r>
    </w:p>
    <w:p>
      <w:r>
        <w:rPr>
          <w:b/>
        </w:rPr>
        <w:t xml:space="preserve">[23:07] </w:t>
      </w:r>
      <w:r>
        <w:t>hai maut se pehle kya hai maut ke</w:t>
      </w:r>
    </w:p>
    <w:p>
      <w:pPr>
        <w:jc w:val="right"/>
      </w:pPr>
      <w:r>
        <w:t>ہے موت سے پہلے کیا ہے موت کے</w:t>
      </w:r>
    </w:p>
    <w:p>
      <w:r>
        <w:rPr>
          <w:b/>
        </w:rPr>
        <w:t xml:space="preserve">[23:09] </w:t>
      </w:r>
      <w:r>
        <w:t>baad kya hai to main kaise jano asli source ko janne ka kya hai</w:t>
      </w:r>
    </w:p>
    <w:p>
      <w:pPr>
        <w:jc w:val="right"/>
      </w:pPr>
      <w:r>
        <w:t>بعد کیا ہے تو میں کیسے جانوں اصلی سورس کو جاننے کا کیا ہے</w:t>
      </w:r>
    </w:p>
    <w:p>
      <w:r>
        <w:rPr>
          <w:b/>
        </w:rPr>
        <w:t xml:space="preserve">[23:17] </w:t>
      </w:r>
      <w:r>
        <w:t>asli source is baat ko janne ka kya hai</w:t>
      </w:r>
    </w:p>
    <w:p>
      <w:pPr>
        <w:jc w:val="right"/>
      </w:pPr>
      <w:r>
        <w:t>اصلی سورس اس بات کو جاننے کا کیا ہے</w:t>
      </w:r>
    </w:p>
    <w:p>
      <w:r>
        <w:rPr>
          <w:b/>
        </w:rPr>
        <w:t xml:space="preserve">[23:24] </w:t>
      </w:r>
      <w:r>
        <w:t>to ghaur karne ke baad yeh baat samajh mein aayi ke siwaye quran ke koi bhi doosra zariya</w:t>
      </w:r>
    </w:p>
    <w:p>
      <w:pPr>
        <w:jc w:val="right"/>
      </w:pPr>
      <w:r>
        <w:t>تو غور کرنے کے بعد یہ بات سمجھ میں آئی کہ سوائے قرآن کے کوئی بھی دوسرا ذریعہ</w:t>
      </w:r>
    </w:p>
    <w:p>
      <w:r>
        <w:rPr>
          <w:b/>
        </w:rPr>
        <w:t xml:space="preserve">[23:31] </w:t>
      </w:r>
      <w:r>
        <w:t>nahin hai jis se hum pooch sakein aaj dunya mein koi peghamabar to maujood nahin hai acha jo</w:t>
      </w:r>
    </w:p>
    <w:p>
      <w:pPr>
        <w:jc w:val="right"/>
      </w:pPr>
      <w:r>
        <w:t>نہیں ہے جس سے ہم پوچھ سکیں آج دنیا میں کوئی پیغمبر تو موجود نہیں ہے اچھا جو</w:t>
      </w:r>
    </w:p>
    <w:p>
      <w:r>
        <w:rPr>
          <w:b/>
        </w:rPr>
        <w:t xml:space="preserve">[23:39] </w:t>
      </w:r>
      <w:r>
        <w:t>kitabein doosri hain bohat sari un ka yeh mozu hi nahin hai</w:t>
      </w:r>
    </w:p>
    <w:p>
      <w:pPr>
        <w:jc w:val="right"/>
      </w:pPr>
      <w:r>
        <w:t>کتابیں دوسری ہیں بہت ساری ان کا یہ موضوع ہی نہیں ہے</w:t>
      </w:r>
    </w:p>
    <w:p>
      <w:r>
        <w:rPr>
          <w:b/>
        </w:rPr>
        <w:t xml:space="preserve">[23:44] </w:t>
      </w:r>
      <w:r>
        <w:t>quran hi ek aisi kitab hai jo mehfooz bhi hai</w:t>
      </w:r>
    </w:p>
    <w:p>
      <w:pPr>
        <w:jc w:val="right"/>
      </w:pPr>
      <w:r>
        <w:t>قرآن ہی ایک ایسی کتاب ہے جو محفوظ بھی ہے</w:t>
      </w:r>
    </w:p>
    <w:p>
      <w:r>
        <w:rPr>
          <w:b/>
        </w:rPr>
        <w:t xml:space="preserve">[23:48] </w:t>
      </w:r>
      <w:r>
        <w:t>aur is ki</w:t>
      </w:r>
    </w:p>
    <w:p>
      <w:pPr>
        <w:jc w:val="right"/>
      </w:pPr>
      <w:r>
        <w:t>اور اس کی</w:t>
      </w:r>
    </w:p>
    <w:p>
      <w:r>
        <w:rPr>
          <w:b/>
        </w:rPr>
        <w:t xml:space="preserve">[23:51] </w:t>
      </w:r>
      <w:r>
        <w:t>tareekhi aitbar ko aap yaqeen kar sakte hain hum aur woh hum ko batati hai</w:t>
      </w:r>
    </w:p>
    <w:p>
      <w:pPr>
        <w:jc w:val="right"/>
      </w:pPr>
      <w:r>
        <w:t>تاریخی اعتبار کو آپ یقین کر سکتے ہیں ہم اور وہ ہم کو بتاتی ہے</w:t>
      </w:r>
    </w:p>
    <w:p>
      <w:r>
        <w:rPr>
          <w:b/>
        </w:rPr>
        <w:t xml:space="preserve">[23:58] </w:t>
      </w:r>
      <w:r>
        <w:t>to ek ek aadmi jo seekh raha hai ek aadmi jo janna chahta hai ke kya mein hoon kyun</w:t>
      </w:r>
    </w:p>
    <w:p>
      <w:pPr>
        <w:jc w:val="right"/>
      </w:pPr>
      <w:r>
        <w:t>تو ایک ایک آدمی جو سیکھر ہے ایک آدمی جو جاننا چاہتا ہے کہ کیا میں ہوں کیوں</w:t>
      </w:r>
    </w:p>
    <w:p>
      <w:r>
        <w:rPr>
          <w:b/>
        </w:rPr>
        <w:t xml:space="preserve">[24:03] </w:t>
      </w:r>
      <w:r>
        <w:t>mein is dunya mein paida kiya gaya</w:t>
      </w:r>
    </w:p>
    <w:p>
      <w:pPr>
        <w:jc w:val="right"/>
      </w:pPr>
      <w:r>
        <w:t>میں اس دنیا میں پیدا کیا گیا</w:t>
      </w:r>
    </w:p>
    <w:p>
      <w:r>
        <w:rPr>
          <w:b/>
        </w:rPr>
        <w:t xml:space="preserve">[24:08] </w:t>
      </w:r>
      <w:r>
        <w:t>aur sari tareekh mein log is mein mubtala rahe is pareshani mein jin ko quran nahin mila tha</w:t>
      </w:r>
    </w:p>
    <w:p>
      <w:pPr>
        <w:jc w:val="right"/>
      </w:pPr>
      <w:r>
        <w:t>اور ساری تاریخ میں لوگ اس میں مبتلا رہے اس پریشانی میں جن کو قرآن نہیں ملا تھا</w:t>
      </w:r>
    </w:p>
    <w:p>
      <w:r>
        <w:rPr>
          <w:b/>
        </w:rPr>
        <w:t xml:space="preserve">[24:15] </w:t>
      </w:r>
      <w:r>
        <w:t>misalan dekhen anis so tees mein sir jems deez ne ek kitab chhapi thi mistiriyas kainat</w:t>
      </w:r>
    </w:p>
    <w:p>
      <w:pPr>
        <w:jc w:val="right"/>
      </w:pPr>
      <w:r>
        <w:t>مثلاً دیکھیں انیس سو تیس میں سر جیمز ڈیز نے ایک کتاب چھاپی تھی مسٹیریس کائنات</w:t>
      </w:r>
    </w:p>
    <w:p>
      <w:r>
        <w:rPr>
          <w:b/>
        </w:rPr>
        <w:t xml:space="preserve">[24:23] </w:t>
      </w:r>
      <w:r>
        <w:t>parasrar kainat is ko kainat ek parasrar cheez lagi kyunke wazahat karne ka is ke pas koi formula</w:t>
      </w:r>
    </w:p>
    <w:p>
      <w:pPr>
        <w:jc w:val="right"/>
      </w:pPr>
      <w:r>
        <w:t>پراسرار کائنات اس کو کائنات ایک پراسرار چیز لگی کیونکہ وضاحت کرنے کا اس کے پاس کوئی فارمولا</w:t>
      </w:r>
    </w:p>
    <w:p>
      <w:r>
        <w:rPr>
          <w:b/>
        </w:rPr>
        <w:t xml:space="preserve">[24:31] </w:t>
      </w:r>
      <w:r>
        <w:t>نہیں تھا تو اس کتاب میں وہ لکھتا ہے کہ it appears that man was astray in a</w:t>
      </w:r>
    </w:p>
    <w:p>
      <w:pPr>
        <w:jc w:val="right"/>
      </w:pPr>
      <w:r>
        <w:t>نہیں تھا تو اس کتاب میں وہ لکھتا ہے کہ اٹ ایپئیرز دیٹ مین واز اسٹریٹ ان اے</w:t>
      </w:r>
    </w:p>
    <w:p>
      <w:r>
        <w:rPr>
          <w:b/>
        </w:rPr>
        <w:t xml:space="preserve">[24:41] </w:t>
      </w:r>
      <w:r>
        <w:t>world thet waaz naat made for hum</w:t>
      </w:r>
    </w:p>
    <w:p>
      <w:pPr>
        <w:jc w:val="right"/>
      </w:pPr>
      <w:r>
        <w:t>ورلڈ دیٹ واز ناٹ میڈ فار ہم</w:t>
      </w:r>
    </w:p>
    <w:p>
      <w:r>
        <w:rPr>
          <w:b/>
        </w:rPr>
        <w:t xml:space="preserve">[24:47] </w:t>
      </w:r>
      <w:r>
        <w:t>aisa lagta hai ke insan bhatak kar ek kisi duniya mein aa gaya hai jo is ke liye banai</w:t>
      </w:r>
    </w:p>
    <w:p>
      <w:pPr>
        <w:jc w:val="right"/>
      </w:pPr>
      <w:r>
        <w:t>ایسا لگتا ہے کہ انسان بھٹک کر ایک کسی دنیا میں آگیا ہے جو اس کے لئے بنائی</w:t>
      </w:r>
    </w:p>
    <w:p>
      <w:r>
        <w:rPr>
          <w:b/>
        </w:rPr>
        <w:t xml:space="preserve">[24:51] </w:t>
      </w:r>
      <w:r>
        <w:t>nahi gai thi</w:t>
      </w:r>
    </w:p>
    <w:p>
      <w:pPr>
        <w:jc w:val="right"/>
      </w:pPr>
      <w:r>
        <w:t>نہیں گئی تھی</w:t>
      </w:r>
    </w:p>
    <w:p>
      <w:r>
        <w:rPr>
          <w:b/>
        </w:rPr>
        <w:t xml:space="preserve">[24:55] </w:t>
      </w:r>
      <w:r>
        <w:t>aligzbart kairl ne ek kitab likhi men di an noon namloom insan to insan</w:t>
      </w:r>
    </w:p>
    <w:p>
      <w:pPr>
        <w:jc w:val="right"/>
      </w:pPr>
      <w:r>
        <w:t>الیگزبرٹ کیرل نے ایک کتاب لکھی مین دی ان نون نامعلوم انسان تو انسان</w:t>
      </w:r>
    </w:p>
    <w:p>
      <w:r>
        <w:rPr>
          <w:b/>
        </w:rPr>
        <w:t xml:space="preserve">[25:03] </w:t>
      </w:r>
      <w:r>
        <w:t>chahta hai wazahat karna aap jante hain ke men is a</w:t>
      </w:r>
    </w:p>
    <w:p>
      <w:pPr>
        <w:jc w:val="right"/>
      </w:pPr>
      <w:r>
        <w:t>چاہتا ہے وضاحت کرنا آپ جانتے ہیں کہ مین از اے</w:t>
      </w:r>
    </w:p>
    <w:p>
      <w:r>
        <w:rPr>
          <w:b/>
        </w:rPr>
        <w:t xml:space="preserve">[25:09] </w:t>
      </w:r>
      <w:r>
        <w:t>explanation seeking animal. انسان چاہتا ہے توجیح کرنا لیکن اس کو کچھ نہیں معلوم کہ توجیح کا فارمولا</w:t>
      </w:r>
    </w:p>
    <w:p>
      <w:pPr>
        <w:jc w:val="right"/>
      </w:pPr>
      <w:r>
        <w:t>ایکسپلینیشن سیکھنگ اینیمل انسان چاہتا ہے توجیح کرنا لیکن اس کو کچھ نہیں معلوم کہ توجیح کا فارمولا</w:t>
      </w:r>
    </w:p>
    <w:p>
      <w:r>
        <w:rPr>
          <w:b/>
        </w:rPr>
        <w:t xml:space="preserve">[25:17] </w:t>
      </w:r>
      <w:r>
        <w:t>kya hai tojeeh ki kis buniyad par tojeeh ki jaye</w:t>
      </w:r>
    </w:p>
    <w:p>
      <w:pPr>
        <w:jc w:val="right"/>
      </w:pPr>
      <w:r>
        <w:t>کیا ہے توجیح کی کس بنیاد پر توجیح کی جائے</w:t>
      </w:r>
    </w:p>
    <w:p>
      <w:r>
        <w:rPr>
          <w:b/>
        </w:rPr>
        <w:t xml:space="preserve">[25:22] </w:t>
      </w:r>
      <w:r>
        <w:t>kon se usool hain tojeeh karne ke</w:t>
      </w:r>
    </w:p>
    <w:p>
      <w:pPr>
        <w:jc w:val="right"/>
      </w:pPr>
      <w:r>
        <w:t>کون سے اصول ہیں توجیح کرنے کے</w:t>
      </w:r>
    </w:p>
    <w:p>
      <w:r>
        <w:rPr>
          <w:b/>
        </w:rPr>
        <w:t xml:space="preserve">[25:26] </w:t>
      </w:r>
      <w:r>
        <w:t>to ek hi kitab hai quran jo hamein is mamle mein ek asli source ki hesiyat rakhti hai</w:t>
      </w:r>
    </w:p>
    <w:p>
      <w:pPr>
        <w:jc w:val="right"/>
      </w:pPr>
      <w:r>
        <w:t>تو ایک ہی کتاب ہے قرآن جو ہمیں اس معاملے میں ایک اصلی سورس کی حیثیت رکھتی ہے</w:t>
      </w:r>
    </w:p>
    <w:p>
      <w:r>
        <w:rPr>
          <w:b/>
        </w:rPr>
        <w:t xml:space="preserve">[25:35] </w:t>
      </w:r>
      <w:r>
        <w:t>to kaisi ajib baat hai ke allah taala ne is ko mehfooz kar diya</w:t>
      </w:r>
    </w:p>
    <w:p>
      <w:pPr>
        <w:jc w:val="right"/>
      </w:pPr>
      <w:r>
        <w:t>تو کیسی عجیب بات ہے کہ اللہ تعالیٰ نے اس کو محفوظ کر دیا</w:t>
      </w:r>
    </w:p>
    <w:p>
      <w:r>
        <w:rPr>
          <w:b/>
        </w:rPr>
        <w:t xml:space="preserve">[25:39] </w:t>
      </w:r>
      <w:r>
        <w:t>mehfooz kar diya is ko</w:t>
      </w:r>
    </w:p>
    <w:p>
      <w:pPr>
        <w:jc w:val="right"/>
      </w:pPr>
      <w:r>
        <w:t>محفوظ کر دیا اس کو</w:t>
      </w:r>
    </w:p>
    <w:p>
      <w:r>
        <w:rPr>
          <w:b/>
        </w:rPr>
        <w:t xml:space="preserve">[25:42] </w:t>
      </w:r>
      <w:r>
        <w:t>jabke</w:t>
      </w:r>
    </w:p>
    <w:p>
      <w:pPr>
        <w:jc w:val="right"/>
      </w:pPr>
      <w:r>
        <w:t>جبکہ</w:t>
      </w:r>
    </w:p>
    <w:p>
      <w:r>
        <w:rPr>
          <w:b/>
        </w:rPr>
        <w:t xml:space="preserve">[25:43] </w:t>
      </w:r>
      <w:r>
        <w:t>koi doosri aasmani kitab mehfoz nahi hai koi bhi kitab nahi hai har kitab mein tabdiliyan hui hain har kitab mein tabdili hua hai</w:t>
      </w:r>
    </w:p>
    <w:p>
      <w:pPr>
        <w:jc w:val="right"/>
      </w:pPr>
      <w:r>
        <w:t>کوئی دوسری آسمانی کتاب محفوظ نہیں ہے کوئی بھی کتاب نہیں ہے ہر کتاب میں تبدیلیاں ہوئی ہیں ہر کتاب میں تبدیلی ہوا ہے</w:t>
      </w:r>
    </w:p>
    <w:p>
      <w:r>
        <w:rPr>
          <w:b/>
        </w:rPr>
        <w:t xml:space="preserve">[25:57] </w:t>
      </w:r>
      <w:r>
        <w:t>phir isko printing press mera yeh manna hai ke aal europe ne yeh aur aal america ne jo yeh kaam kiya kyunke saada baat nahi hai woh Allah ki manzoor thi thi ke sab kaam ho jis tarah tadween ka kaam Allah ki manzoor thi ke tehat hua aise hi tabeen ka kaam bhi Allah ki manzoor thi ke tehat hua</w:t>
      </w:r>
    </w:p>
    <w:p>
      <w:pPr>
        <w:jc w:val="right"/>
      </w:pPr>
      <w:r>
        <w:t>پھر اس کو پرنٹنگ پریس میرا یہ ماننا ہے کہ آل یورپ نے یہ اور آل امریکہ نے جو یہ کام کیا کیونکہ سادہ بات نہیں ہے وہ اللہ کی منصوبہ بندی تھی کہ سب کام ہو جس طرح تدوین کا کام اللہ کی منصوبہ بندی کے تحت ہوا ایسے ہی طبعین کا کام بھی اللہ کی منصوبہ بندی کے تحت ہوا</w:t>
      </w:r>
    </w:p>
    <w:p>
      <w:r>
        <w:rPr>
          <w:b/>
        </w:rPr>
        <w:t xml:space="preserve">[26:25] </w:t>
      </w:r>
      <w:r>
        <w:t>yani jis tarah se allah taala ne musalmanon se kaam liya usi tarah allah taala ne aal maghrib</w:t>
      </w:r>
    </w:p>
    <w:p>
      <w:pPr>
        <w:jc w:val="right"/>
      </w:pPr>
      <w:r>
        <w:t>یعنی جس طرح سے اللہ تعالیٰ نے مسلمانوں سے کام لیا اسی طرح اللہ تعالیٰ نے آل مغرب</w:t>
      </w:r>
    </w:p>
    <w:p>
      <w:r>
        <w:rPr>
          <w:b/>
        </w:rPr>
        <w:t xml:space="preserve">[26:30] </w:t>
      </w:r>
      <w:r>
        <w:t>se bhi kaam liya</w:t>
      </w:r>
    </w:p>
    <w:p>
      <w:pPr>
        <w:jc w:val="right"/>
      </w:pPr>
      <w:r>
        <w:t>سے بھی کام لیا</w:t>
      </w:r>
    </w:p>
    <w:p>
      <w:r>
        <w:rPr>
          <w:b/>
        </w:rPr>
        <w:t xml:space="preserve">[26:32] </w:t>
      </w:r>
      <w:r>
        <w:t>bator taeed ke</w:t>
      </w:r>
    </w:p>
    <w:p>
      <w:pPr>
        <w:jc w:val="right"/>
      </w:pPr>
      <w:r>
        <w:t>بطور تائید کے</w:t>
      </w:r>
    </w:p>
    <w:p>
      <w:r>
        <w:rPr>
          <w:b/>
        </w:rPr>
        <w:t xml:space="preserve">[26:35] </w:t>
      </w:r>
      <w:r>
        <w:t>to itne zyada aitem quran mein the wo sab ke sab</w:t>
      </w:r>
    </w:p>
    <w:p>
      <w:pPr>
        <w:jc w:val="right"/>
      </w:pPr>
      <w:r>
        <w:t>تو اتنے زیادہ آئٹم قرآن میں تھے وہ سب کے سب</w:t>
      </w:r>
    </w:p>
    <w:p>
      <w:r>
        <w:rPr>
          <w:b/>
        </w:rPr>
        <w:t xml:space="preserve">[26:42] </w:t>
      </w:r>
      <w:r>
        <w:t>is ki tafseel lamloom thi</w:t>
      </w:r>
    </w:p>
    <w:p>
      <w:pPr>
        <w:jc w:val="right"/>
      </w:pPr>
      <w:r>
        <w:t>اس کی تفصیل لامعلوم تھی</w:t>
      </w:r>
    </w:p>
    <w:p>
      <w:r>
        <w:rPr>
          <w:b/>
        </w:rPr>
        <w:t xml:space="preserve">[26:46] </w:t>
      </w:r>
      <w:r>
        <w:t>thi misalan mein ek misal deta hoon aap ko</w:t>
      </w:r>
    </w:p>
    <w:p>
      <w:pPr>
        <w:jc w:val="right"/>
      </w:pPr>
      <w:r>
        <w:t>تھی مثلاً میں ایک مثال دیتا ہوں آپ کو</w:t>
      </w:r>
    </w:p>
    <w:p>
      <w:r>
        <w:rPr>
          <w:b/>
        </w:rPr>
        <w:t xml:space="preserve">[26:51] </w:t>
      </w:r>
      <w:r>
        <w:t>ke quran mein hai ke allah ne aasman se mubarak pani utara</w:t>
      </w:r>
    </w:p>
    <w:p>
      <w:pPr>
        <w:jc w:val="right"/>
      </w:pPr>
      <w:r>
        <w:t>کہ قرآن میں ہے کہ اللہ نے آسمان سے مبارک پانی اتارا</w:t>
      </w:r>
    </w:p>
    <w:p>
      <w:r>
        <w:rPr>
          <w:b/>
        </w:rPr>
        <w:t xml:space="preserve">[26:58] </w:t>
      </w:r>
      <w:r>
        <w:t>mubarak pani babarkat pani ye babarkat pani kya hai</w:t>
      </w:r>
    </w:p>
    <w:p>
      <w:pPr>
        <w:jc w:val="right"/>
      </w:pPr>
      <w:r>
        <w:t>مبارک پانی بابرکت پانی یہ بابرکت پانی کیا ہے</w:t>
      </w:r>
    </w:p>
    <w:p>
      <w:r>
        <w:rPr>
          <w:b/>
        </w:rPr>
        <w:t xml:space="preserve">[27:05] </w:t>
      </w:r>
      <w:r>
        <w:t>یہ کیا ہے یہ مبارک پانی ہے یہ بالکل mysterious بنا ہوا تھا mysterious</w:t>
      </w:r>
    </w:p>
    <w:p>
      <w:pPr>
        <w:jc w:val="right"/>
      </w:pPr>
      <w:r>
        <w:t>یہ کیا ہے یہ مبارک پانی ہے یہ بالکل مسٹیریس بنا ہوا تھا مسٹیریس</w:t>
      </w:r>
    </w:p>
    <w:p>
      <w:r>
        <w:rPr>
          <w:b/>
        </w:rPr>
        <w:t xml:space="preserve">[27:12] </w:t>
      </w:r>
      <w:r>
        <w:t>kisi ko nahi pata tha ke mubarak pani kya hai</w:t>
      </w:r>
    </w:p>
    <w:p>
      <w:pPr>
        <w:jc w:val="right"/>
      </w:pPr>
      <w:r>
        <w:t>کسی کو نہیں پتہ تھا کہ مبارک پانی کیا ہے</w:t>
      </w:r>
    </w:p>
    <w:p>
      <w:r>
        <w:rPr>
          <w:b/>
        </w:rPr>
        <w:t xml:space="preserve">[27:16] </w:t>
      </w:r>
      <w:r>
        <w:t>science ne pehli bar daryaft kiya ke jo samandar hain</w:t>
      </w:r>
    </w:p>
    <w:p>
      <w:pPr>
        <w:jc w:val="right"/>
      </w:pPr>
      <w:r>
        <w:t>سائنس نے پہلی بار دریافت کیا کہ جو سمندر ہیں</w:t>
      </w:r>
    </w:p>
    <w:p>
      <w:r>
        <w:rPr>
          <w:b/>
        </w:rPr>
        <w:t xml:space="preserve">[27:24] </w:t>
      </w:r>
      <w:r>
        <w:t>jo zameen ke beshtar hisse phailay hue hain</w:t>
      </w:r>
    </w:p>
    <w:p>
      <w:pPr>
        <w:jc w:val="right"/>
      </w:pPr>
      <w:r>
        <w:t>جو زمین کے بیشتر حصے پھیلے ہوئے ہیں</w:t>
      </w:r>
    </w:p>
    <w:p>
      <w:r>
        <w:rPr>
          <w:b/>
        </w:rPr>
        <w:t xml:space="preserve">[27:29] </w:t>
      </w:r>
      <w:r>
        <w:t>aap jante hain ke taqreeban</w:t>
      </w:r>
    </w:p>
    <w:p>
      <w:pPr>
        <w:jc w:val="right"/>
      </w:pPr>
      <w:r>
        <w:t>آپ جانتے ہیں کہ تقریباً</w:t>
      </w:r>
    </w:p>
    <w:p>
      <w:r>
        <w:rPr>
          <w:b/>
        </w:rPr>
        <w:t xml:space="preserve">[27:32] </w:t>
      </w:r>
      <w:r>
        <w:t>75 feesad zameen ka hissa pani ke phaila hua hai is mein aur woh bohat khari hai</w:t>
      </w:r>
    </w:p>
    <w:p>
      <w:pPr>
        <w:jc w:val="right"/>
      </w:pPr>
      <w:r>
        <w:t>75 فیصد زمین کا حصہ پانی کے پھیلا ہوا ہے اس میں اور وہ بہت کھاری ہے</w:t>
      </w:r>
    </w:p>
    <w:p>
      <w:r>
        <w:rPr>
          <w:b/>
        </w:rPr>
        <w:t xml:space="preserve">[27:43] </w:t>
      </w:r>
      <w:r>
        <w:t>to agar pani taza pani hota samundaron mein to woh kharab ho jata</w:t>
      </w:r>
    </w:p>
    <w:p>
      <w:pPr>
        <w:jc w:val="right"/>
      </w:pPr>
      <w:r>
        <w:t>تو اگر پانی تازہ پانی ہوتا سمندروں میں تو وہ خراب ہو جاتا</w:t>
      </w:r>
    </w:p>
    <w:p>
      <w:r>
        <w:rPr>
          <w:b/>
        </w:rPr>
        <w:t xml:space="preserve">[27:50] </w:t>
      </w:r>
      <w:r>
        <w:t>kharab ho jata</w:t>
      </w:r>
    </w:p>
    <w:p>
      <w:pPr>
        <w:jc w:val="right"/>
      </w:pPr>
      <w:r>
        <w:t>خراب ہو جاتا</w:t>
      </w:r>
    </w:p>
    <w:p>
      <w:r>
        <w:rPr>
          <w:b/>
        </w:rPr>
        <w:t xml:space="preserve">[27:52] </w:t>
      </w:r>
      <w:r>
        <w:t>to Allah taala ne is ke andar</w:t>
      </w:r>
    </w:p>
    <w:p>
      <w:pPr>
        <w:jc w:val="right"/>
      </w:pPr>
      <w:r>
        <w:t>تو اللہ تعالیٰ نے اس کے اندر</w:t>
      </w:r>
    </w:p>
    <w:p>
      <w:r>
        <w:rPr>
          <w:b/>
        </w:rPr>
        <w:t xml:space="preserve">[27:57] </w:t>
      </w:r>
      <w:r>
        <w:t>ek feesad</w:t>
      </w:r>
    </w:p>
    <w:p>
      <w:pPr>
        <w:jc w:val="right"/>
      </w:pPr>
      <w:r>
        <w:t>ایک فیصد</w:t>
      </w:r>
    </w:p>
    <w:p>
      <w:r>
        <w:rPr>
          <w:b/>
        </w:rPr>
        <w:t xml:space="preserve">[27:58] </w:t>
      </w:r>
      <w:r>
        <w:t>mila diya namak ko jo ke bator mehfooz karne wala</w:t>
      </w:r>
    </w:p>
    <w:p>
      <w:pPr>
        <w:jc w:val="right"/>
      </w:pPr>
      <w:r>
        <w:t>ملا دیا نمک کو جو کہ بطور محفوظ کرنے والا</w:t>
      </w:r>
    </w:p>
    <w:p>
      <w:r>
        <w:rPr>
          <w:b/>
        </w:rPr>
        <w:t xml:space="preserve">[28:05] </w:t>
      </w:r>
      <w:r>
        <w:t>to samundar ka pani jo khari hai is liye hai ke is mein</w:t>
      </w:r>
    </w:p>
    <w:p>
      <w:pPr>
        <w:jc w:val="right"/>
      </w:pPr>
      <w:r>
        <w:t>تو سمندر کا پانی جو کھاری ہے اس لیے ہے کہ اس میں</w:t>
      </w:r>
    </w:p>
    <w:p>
      <w:r>
        <w:rPr>
          <w:b/>
        </w:rPr>
        <w:t xml:space="preserve">[28:10] </w:t>
      </w:r>
      <w:r>
        <w:t>bator mehfooz karne wala namak mila hua hai ab sawal yeh hai ke hum ko pani kaise mile</w:t>
      </w:r>
    </w:p>
    <w:p>
      <w:pPr>
        <w:jc w:val="right"/>
      </w:pPr>
      <w:r>
        <w:t>بطور محفوظ کرنے والا نمک ملا ہوا ہے اب سوال یہ ہے کہ ہم کو پانی کیسے ملے</w:t>
      </w:r>
    </w:p>
    <w:p>
      <w:r>
        <w:rPr>
          <w:b/>
        </w:rPr>
        <w:t xml:space="preserve">[28:17] </w:t>
      </w:r>
      <w:r>
        <w:t>is namkeen pani ko hum pee nahi sakte aap ne kabhi agar</w:t>
      </w:r>
    </w:p>
    <w:p>
      <w:pPr>
        <w:jc w:val="right"/>
      </w:pPr>
      <w:r>
        <w:t>اس نمکین پانی کو ہم پی نہیں سکتے آپ نے کبھی اگر</w:t>
      </w:r>
    </w:p>
    <w:p>
      <w:r>
        <w:rPr>
          <w:b/>
        </w:rPr>
        <w:t xml:space="preserve">[28:23] </w:t>
      </w:r>
      <w:r>
        <w:t>samundar ka pani munh mein dala ho to itna khari hota hai ke aap us ko pee nahi</w:t>
      </w:r>
    </w:p>
    <w:p>
      <w:pPr>
        <w:jc w:val="right"/>
      </w:pPr>
      <w:r>
        <w:t>سمندر کا پانی منہ میں ڈالا ہو تو اتنا کھاری ہوتا ہے کہ آپ اس کو پی نہیں</w:t>
      </w:r>
    </w:p>
    <w:p>
      <w:r>
        <w:rPr>
          <w:b/>
        </w:rPr>
        <w:t xml:space="preserve">[28:28] </w:t>
      </w:r>
      <w:r>
        <w:t>sakte to ek bohat hi bara intizam Allah taala ne kiya</w:t>
      </w:r>
    </w:p>
    <w:p>
      <w:pPr>
        <w:jc w:val="right"/>
      </w:pPr>
      <w:r>
        <w:t>سکتے تو ایک بہت ہی بڑا انتظام اللہ تعالیٰ نے کیا</w:t>
      </w:r>
    </w:p>
    <w:p>
      <w:r>
        <w:rPr>
          <w:b/>
        </w:rPr>
        <w:t xml:space="preserve">[28:36] </w:t>
      </w:r>
      <w:r>
        <w:t>bohat bara intizam</w:t>
      </w:r>
    </w:p>
    <w:p>
      <w:pPr>
        <w:jc w:val="right"/>
      </w:pPr>
      <w:r>
        <w:t>بہت بڑا انتظام</w:t>
      </w:r>
    </w:p>
    <w:p>
      <w:r>
        <w:rPr>
          <w:b/>
        </w:rPr>
        <w:t xml:space="preserve">[28:38] </w:t>
      </w:r>
      <w:r>
        <w:t>yani suraj ki roshni se suraj ki garmi se</w:t>
      </w:r>
    </w:p>
    <w:p>
      <w:pPr>
        <w:jc w:val="right"/>
      </w:pPr>
      <w:r>
        <w:t>یعنی سورج کی روشنی سے سورج کی گرمی سے</w:t>
      </w:r>
    </w:p>
    <w:p>
      <w:r>
        <w:rPr>
          <w:b/>
        </w:rPr>
        <w:t xml:space="preserve">[28:44] </w:t>
      </w:r>
      <w:r>
        <w:t>samundaron</w:t>
      </w:r>
    </w:p>
    <w:p>
      <w:pPr>
        <w:jc w:val="right"/>
      </w:pPr>
      <w:r>
        <w:t>سمندروں</w:t>
      </w:r>
    </w:p>
    <w:p>
      <w:r>
        <w:rPr>
          <w:b/>
        </w:rPr>
        <w:t xml:space="preserve">[28:44] </w:t>
      </w:r>
      <w:r>
        <w:t>mein bhap nikalti hai</w:t>
      </w:r>
    </w:p>
    <w:p>
      <w:pPr>
        <w:jc w:val="right"/>
      </w:pPr>
      <w:r>
        <w:t>میں بھاپ نکلتی ہے</w:t>
      </w:r>
    </w:p>
    <w:p>
      <w:r>
        <w:rPr>
          <w:b/>
        </w:rPr>
        <w:t xml:space="preserve">[28:48] </w:t>
      </w:r>
      <w:r>
        <w:t>bhap ka matlab kya hai</w:t>
      </w:r>
    </w:p>
    <w:p>
      <w:pPr>
        <w:jc w:val="right"/>
      </w:pPr>
      <w:r>
        <w:t>بھاپ کا مطلب کیا ہے</w:t>
      </w:r>
    </w:p>
    <w:p>
      <w:r>
        <w:rPr>
          <w:b/>
        </w:rPr>
        <w:t xml:space="preserve">[28:51] </w:t>
      </w:r>
      <w:r>
        <w:t>bhap ka matlab yeh hai ke</w:t>
      </w:r>
    </w:p>
    <w:p>
      <w:pPr>
        <w:jc w:val="right"/>
      </w:pPr>
      <w:r>
        <w:t>بھاپ کا مطلب یہ ہے کہ</w:t>
      </w:r>
    </w:p>
    <w:p>
      <w:r>
        <w:rPr>
          <w:b/>
        </w:rPr>
        <w:t xml:space="preserve">[28:55] </w:t>
      </w:r>
      <w:r>
        <w:t>namak ka jo mawad hai woh pani ka mawad se alag ho jaye namak bhari hota hai</w:t>
      </w:r>
    </w:p>
    <w:p>
      <w:pPr>
        <w:jc w:val="right"/>
      </w:pPr>
      <w:r>
        <w:t>نمک کا جو مواد ہے وہ پانی کا مواد سے الگ ہو جائے نمک بھاری ہوتا ہے</w:t>
      </w:r>
    </w:p>
    <w:p>
      <w:r>
        <w:rPr>
          <w:b/>
        </w:rPr>
        <w:t xml:space="preserve">[29:02] </w:t>
      </w:r>
      <w:r>
        <w:t>aur taza pani</w:t>
      </w:r>
    </w:p>
    <w:p>
      <w:pPr>
        <w:jc w:val="right"/>
      </w:pPr>
      <w:r>
        <w:t>اور تازہ پانی</w:t>
      </w:r>
    </w:p>
    <w:p>
      <w:r>
        <w:rPr>
          <w:b/>
        </w:rPr>
        <w:t xml:space="preserve">[29:06] </w:t>
      </w:r>
      <w:r>
        <w:t>halka hota hai</w:t>
      </w:r>
    </w:p>
    <w:p>
      <w:pPr>
        <w:jc w:val="right"/>
      </w:pPr>
      <w:r>
        <w:t>ہلکا ہوتا ہے</w:t>
      </w:r>
    </w:p>
    <w:p>
      <w:r>
        <w:rPr>
          <w:b/>
        </w:rPr>
        <w:t xml:space="preserve">[29:09] </w:t>
      </w:r>
      <w:r>
        <w:t>to yeh jo</w:t>
      </w:r>
    </w:p>
    <w:p>
      <w:pPr>
        <w:jc w:val="right"/>
      </w:pPr>
      <w:r>
        <w:t>تو یہ جو</w:t>
      </w:r>
    </w:p>
    <w:p>
      <w:r>
        <w:rPr>
          <w:b/>
        </w:rPr>
        <w:t xml:space="preserve">[29:12] </w:t>
      </w:r>
      <w:r>
        <w:t>suraj ke zariye se jo garmi dali jati hai is mein is mein ek amal chalta hai ke</w:t>
      </w:r>
    </w:p>
    <w:p>
      <w:pPr>
        <w:jc w:val="right"/>
      </w:pPr>
      <w:r>
        <w:t>سورج کے ذریعے سے جو گرمی ڈالی جاتی ہے اس میں اس میں ایک عمل چلتا ہے کہ</w:t>
      </w:r>
    </w:p>
    <w:p>
      <w:r>
        <w:rPr>
          <w:b/>
        </w:rPr>
        <w:t xml:space="preserve">[29:19] </w:t>
      </w:r>
      <w:r>
        <w:t>pani ka bhari anasir jo hai woh reh jaye samundar mein aur halka anasir jo hai woh fiza</w:t>
      </w:r>
    </w:p>
    <w:p>
      <w:pPr>
        <w:jc w:val="right"/>
      </w:pPr>
      <w:r>
        <w:t>پانی کا بھاری عنصر جو ہے وہ رہ جائے سمندر میں اور ہلکا عنصر جو ہے وہ فضا</w:t>
      </w:r>
    </w:p>
    <w:p>
      <w:r>
        <w:rPr>
          <w:b/>
        </w:rPr>
        <w:t xml:space="preserve">[29:24] </w:t>
      </w:r>
      <w:r>
        <w:t>mein chala jaye</w:t>
      </w:r>
    </w:p>
    <w:p>
      <w:pPr>
        <w:jc w:val="right"/>
      </w:pPr>
      <w:r>
        <w:t>میں چلا جائے</w:t>
      </w:r>
    </w:p>
    <w:p>
      <w:r>
        <w:rPr>
          <w:b/>
        </w:rPr>
        <w:t xml:space="preserve">[29:27] </w:t>
      </w:r>
      <w:r>
        <w:t>phir fiza mein ja kar ke phir dobara kaise neeche aata hai woh hawayein</w:t>
      </w:r>
    </w:p>
    <w:p>
      <w:pPr>
        <w:jc w:val="right"/>
      </w:pPr>
      <w:r>
        <w:t>پھر فضا میں جا کر کے پھر دوبارہ کیسے نیچے آتا ہے وہ ہوائیں</w:t>
      </w:r>
    </w:p>
    <w:p>
      <w:r>
        <w:rPr>
          <w:b/>
        </w:rPr>
        <w:t xml:space="preserve">[29:31] </w:t>
      </w:r>
      <w:r>
        <w:t>chalti hain gard urati hain aur gard jati hai fiza mein is.</w:t>
      </w:r>
    </w:p>
    <w:p>
      <w:pPr>
        <w:jc w:val="right"/>
      </w:pPr>
      <w:r>
        <w:t>چلتی ہیں گرد اڑاتی ہیں اور گرد جاتی ہے فضا میں اس.</w:t>
      </w:r>
    </w:p>
    <w:p>
      <w:r>
        <w:rPr>
          <w:b/>
        </w:rPr>
        <w:t xml:space="preserve">[29:36] </w:t>
      </w:r>
      <w:r>
        <w:t>mil kar ke pani dobara bhari ho jata hai</w:t>
      </w:r>
    </w:p>
    <w:p>
      <w:pPr>
        <w:jc w:val="right"/>
      </w:pPr>
      <w:r>
        <w:t>مل کر کے پانی دوبارہ بھاری ہو جاتا ہے</w:t>
      </w:r>
    </w:p>
    <w:p>
      <w:r>
        <w:rPr>
          <w:b/>
        </w:rPr>
        <w:t xml:space="preserve">[29:40] </w:t>
      </w:r>
      <w:r>
        <w:t>yani jo bhari pani tha samandar mein dobara bhari ho jata hai aur phir woh neeche</w:t>
      </w:r>
    </w:p>
    <w:p>
      <w:pPr>
        <w:jc w:val="right"/>
      </w:pPr>
      <w:r>
        <w:t>یعنی جو بھاری پانی تھا سمندر میں دوبارہ بھاری ہو جاتا ہے اور پھر وہ نیچے</w:t>
      </w:r>
    </w:p>
    <w:p>
      <w:r>
        <w:rPr>
          <w:b/>
        </w:rPr>
        <w:t xml:space="preserve">[29:47] </w:t>
      </w:r>
      <w:r>
        <w:t>zameen ki kashish se neeche aata hai isi ko hum barish kehte hain isi ko hum kehte hain</w:t>
      </w:r>
    </w:p>
    <w:p>
      <w:pPr>
        <w:jc w:val="right"/>
      </w:pPr>
      <w:r>
        <w:t>زمین کی کشش سے نیچے آتا ہے اسی کو ہم بارش کہتے ہیں اسی کو ہم کہتے ہیں</w:t>
      </w:r>
    </w:p>
    <w:p>
      <w:r>
        <w:rPr>
          <w:b/>
        </w:rPr>
        <w:t xml:space="preserve">[29:52] </w:t>
      </w:r>
      <w:r>
        <w:t>yeh sari baat ka ishara quran mein maujood hai lekin insan ko maloom nahi tha</w:t>
      </w:r>
    </w:p>
    <w:p>
      <w:pPr>
        <w:jc w:val="right"/>
      </w:pPr>
      <w:r>
        <w:t>یہ ساری بات کا اشارہ قرآن میں موجود ہے لیکن انسان کو معلوم نہیں تھا</w:t>
      </w:r>
    </w:p>
    <w:p>
      <w:r>
        <w:rPr>
          <w:b/>
        </w:rPr>
        <w:t xml:space="preserve">[29:59] </w:t>
      </w:r>
      <w:r>
        <w:t>is tarah ki bohat si cheezein hain</w:t>
      </w:r>
    </w:p>
    <w:p>
      <w:pPr>
        <w:jc w:val="right"/>
      </w:pPr>
      <w:r>
        <w:t>اس طرح کی بہت سی چیزیں ہیں</w:t>
      </w:r>
    </w:p>
    <w:p>
      <w:r>
        <w:rPr>
          <w:b/>
        </w:rPr>
        <w:t xml:space="preserve">[30:02] </w:t>
      </w:r>
      <w:r>
        <w:t>bohat si cheezein hain toh yeh sara kaam aal-e-maghrib ne kiya</w:t>
      </w:r>
    </w:p>
    <w:p>
      <w:pPr>
        <w:jc w:val="right"/>
      </w:pPr>
      <w:r>
        <w:t>بہت سی چیزیں ہیں تو یہ سارا کام آل مغرب نے کیا</w:t>
      </w:r>
    </w:p>
    <w:p>
      <w:r>
        <w:rPr>
          <w:b/>
        </w:rPr>
        <w:t xml:space="preserve">[30:09] </w:t>
      </w:r>
      <w:r>
        <w:t>toh jo taeed-e-islam ka kaam hai ya tabeen-e-quran ka jo kaam hai woh sab aal-e-maghrib</w:t>
      </w:r>
    </w:p>
    <w:p>
      <w:pPr>
        <w:jc w:val="right"/>
      </w:pPr>
      <w:r>
        <w:t>تو جو تائید اسلام کا کام ہے یا طبعین قرآن کا جو کام ہے وہ سب آل مغرب</w:t>
      </w:r>
    </w:p>
    <w:p>
      <w:r>
        <w:rPr>
          <w:b/>
        </w:rPr>
        <w:t xml:space="preserve">[30:16] </w:t>
      </w:r>
      <w:r>
        <w:t>ne anjam</w:t>
      </w:r>
    </w:p>
    <w:p>
      <w:pPr>
        <w:jc w:val="right"/>
      </w:pPr>
      <w:r>
        <w:t>نے انجام</w:t>
      </w:r>
    </w:p>
    <w:p>
      <w:r>
        <w:rPr>
          <w:b/>
        </w:rPr>
        <w:t xml:space="preserve">[30:16] </w:t>
      </w:r>
      <w:r>
        <w:t>diya is aitbar se aal-e-maghrib hamare liye faida mand hain</w:t>
      </w:r>
    </w:p>
    <w:p>
      <w:pPr>
        <w:jc w:val="right"/>
      </w:pPr>
      <w:r>
        <w:t>دیا اس اعتبار سے آل مغرب ہمارے لیے فائدہ مند ہیں</w:t>
      </w:r>
    </w:p>
    <w:p>
      <w:r>
        <w:rPr>
          <w:b/>
        </w:rPr>
        <w:t xml:space="preserve">[30:23] </w:t>
      </w:r>
      <w:r>
        <w:t>hamare mohsin hain</w:t>
      </w:r>
    </w:p>
    <w:p>
      <w:pPr>
        <w:jc w:val="right"/>
      </w:pPr>
      <w:r>
        <w:t>ہمارے محسن ہیں</w:t>
      </w:r>
    </w:p>
    <w:p>
      <w:r>
        <w:rPr>
          <w:b/>
        </w:rPr>
        <w:t xml:space="preserve">[30:25] </w:t>
      </w:r>
      <w:r>
        <w:t>yani sari dunya ke musalmanon mein ajeeb o ghareeb yeh hai ke woh aal-e-maghrib ko dushman samajhte</w:t>
      </w:r>
    </w:p>
    <w:p>
      <w:pPr>
        <w:jc w:val="right"/>
      </w:pPr>
      <w:r>
        <w:t>یعنی ساری دنیا کے مسلمانوں میں عجیب و غریب یہ ہے کہ وہ آل مغرب کو دشمن سمجھتے</w:t>
      </w:r>
    </w:p>
    <w:p>
      <w:r>
        <w:rPr>
          <w:b/>
        </w:rPr>
        <w:t xml:space="preserve">[30:30] </w:t>
      </w:r>
      <w:r>
        <w:t>hain aal-e-maghrib ko apna dushman samajhte hain yani aal-e-maghrib ke bare mein sab ke sab musalman</w:t>
      </w:r>
    </w:p>
    <w:p>
      <w:pPr>
        <w:jc w:val="right"/>
      </w:pPr>
      <w:r>
        <w:t>ہیں آل مغرب کو اپنا دشمن سمجھتے ہیں یعنی آل مغرب کے بارے میں سب کے سب مسلمان</w:t>
      </w:r>
    </w:p>
    <w:p>
      <w:r>
        <w:rPr>
          <w:b/>
        </w:rPr>
        <w:t xml:space="preserve">[30:39] </w:t>
      </w:r>
      <w:r>
        <w:t>fals-hood mein pade hue hain</w:t>
      </w:r>
    </w:p>
    <w:p>
      <w:pPr>
        <w:jc w:val="right"/>
      </w:pPr>
      <w:r>
        <w:t>فالس ہڈ میں پڑے ہوئے ہیں</w:t>
      </w:r>
    </w:p>
    <w:p>
      <w:r>
        <w:rPr>
          <w:b/>
        </w:rPr>
        <w:t xml:space="preserve">[30:42] </w:t>
      </w:r>
      <w:r>
        <w:t>aal-e-maghrib toh hamare liye faida mand hain hamare mohsin hain</w:t>
      </w:r>
    </w:p>
    <w:p>
      <w:pPr>
        <w:jc w:val="right"/>
      </w:pPr>
      <w:r>
        <w:t>آل مغرب تو ہمارے لیے فائدہ مند ہیں ہمارے محسن ہیں</w:t>
      </w:r>
    </w:p>
    <w:p>
      <w:r>
        <w:rPr>
          <w:b/>
        </w:rPr>
        <w:t xml:space="preserve">[30:48] </w:t>
      </w:r>
      <w:r>
        <w:t>aur yahi nahi aur bohat si cheezein aal-e-maghrib ne keen mislan aap dekhein pehle zamane mein dunya bhar mein mazhabi paraston ka hota tha aaj mazhabi azadi hai yeh kaise hua.</w:t>
      </w:r>
    </w:p>
    <w:p>
      <w:pPr>
        <w:jc w:val="right"/>
      </w:pPr>
      <w:r>
        <w:t>اور یہی نہیں اور بہت سی چیزیں آل مغرب نے کیں مثلاً آپ دیکھیں پہلے زمانے میں دنیا بھر میں مذہبی پرستوں کا ہوتا تھا آج مذہبی آزادی ہے یہ کیسے ہوا.</w:t>
      </w:r>
    </w:p>
    <w:p>
      <w:r>
        <w:rPr>
          <w:b/>
        </w:rPr>
        <w:t xml:space="preserve">[31:04] </w:t>
      </w:r>
      <w:r>
        <w:t>aal-e-maghrib ne is ko paida kiya</w:t>
      </w:r>
    </w:p>
    <w:p>
      <w:pPr>
        <w:jc w:val="right"/>
      </w:pPr>
      <w:r>
        <w:t>آل مغرب نے اس کو پیدا کیا</w:t>
      </w:r>
    </w:p>
    <w:p>
      <w:r>
        <w:rPr>
          <w:b/>
        </w:rPr>
        <w:t xml:space="preserve">[31:08] </w:t>
      </w:r>
      <w:r>
        <w:t>pehlay zamanay mein badshahat thi aaj jamhooriyat hai yeh kis ne kiya aal-e-maghrib ke zariye dunya mein</w:t>
      </w:r>
    </w:p>
    <w:p>
      <w:pPr>
        <w:jc w:val="right"/>
      </w:pPr>
      <w:r>
        <w:t>پہلے زمانے میں بادشاہت تھی آج جمہوریت ہے یہ کس نے کیا آل مغرب کے ذریعے دنیا میں</w:t>
      </w:r>
    </w:p>
    <w:p>
      <w:r>
        <w:rPr>
          <w:b/>
        </w:rPr>
        <w:t xml:space="preserve">[31:15] </w:t>
      </w:r>
      <w:r>
        <w:t>jamhooriyat aayi pehlay zamanay mein khula pan nahi tha nahi tha</w:t>
      </w:r>
    </w:p>
    <w:p>
      <w:pPr>
        <w:jc w:val="right"/>
      </w:pPr>
      <w:r>
        <w:t>جمہوریت آئی پہلے زمانے میں کھلا پن نہیں تھا نہیں تھا</w:t>
      </w:r>
    </w:p>
    <w:p>
      <w:r>
        <w:rPr>
          <w:b/>
        </w:rPr>
        <w:t xml:space="preserve">[31:22] </w:t>
      </w:r>
      <w:r>
        <w:t>aaj khula pan hai isi khulay pan ka nateeja hai ke aaj dunya mein aap kahin bhi jayen</w:t>
      </w:r>
    </w:p>
    <w:p>
      <w:pPr>
        <w:jc w:val="right"/>
      </w:pPr>
      <w:r>
        <w:t>آج کھلا پن ہے اسی کھلے پن کا نتیجہ ہے کہ آج دنیا میں آپ کہیں بھی جائیں</w:t>
      </w:r>
    </w:p>
    <w:p>
      <w:r>
        <w:rPr>
          <w:b/>
        </w:rPr>
        <w:t xml:space="preserve">[31:29] </w:t>
      </w:r>
      <w:r>
        <w:t>kisi library mein jayen school ki college ki university ki har library mein quran maujood hai</w:t>
      </w:r>
    </w:p>
    <w:p>
      <w:pPr>
        <w:jc w:val="right"/>
      </w:pPr>
      <w:r>
        <w:t>کسی لائبریری میں جائیں اسکول کی کالج کی یونیورسٹی کی ہر لائبریری میں قرآن موجود ہے</w:t>
      </w:r>
    </w:p>
    <w:p>
      <w:r>
        <w:rPr>
          <w:b/>
        </w:rPr>
        <w:t xml:space="preserve">[31:36] </w:t>
      </w:r>
      <w:r>
        <w:t>har library mein quran maujood hai har kitabon ki dukan par quran maujood hai bare bare kitabon</w:t>
      </w:r>
    </w:p>
    <w:p>
      <w:pPr>
        <w:jc w:val="right"/>
      </w:pPr>
      <w:r>
        <w:t>ہر لائبریری میں قرآن موجود ہے ہر کتابوں کی دکان پر قرآن موجود ہے بڑے بڑے کتابوں</w:t>
      </w:r>
    </w:p>
    <w:p>
      <w:r>
        <w:rPr>
          <w:b/>
        </w:rPr>
        <w:t xml:space="preserve">[31:44] </w:t>
      </w:r>
      <w:r>
        <w:t>ke aap order dijiye woh aap quran aap ko sab faraham karein ge har zaban</w:t>
      </w:r>
    </w:p>
    <w:p>
      <w:pPr>
        <w:jc w:val="right"/>
      </w:pPr>
      <w:r>
        <w:t>کے آپ آرڈر دیجئے وہ آپ قرآن آپ کو سب فراہم کریں گے ہر زبان</w:t>
      </w:r>
    </w:p>
    <w:p>
      <w:r>
        <w:rPr>
          <w:b/>
        </w:rPr>
        <w:t xml:space="preserve">[31:49] </w:t>
      </w:r>
      <w:r>
        <w:t>mein yeh sab kaise hua</w:t>
      </w:r>
    </w:p>
    <w:p>
      <w:pPr>
        <w:jc w:val="right"/>
      </w:pPr>
      <w:r>
        <w:t>میں یہ سب کیسے ہوا</w:t>
      </w:r>
    </w:p>
    <w:p>
      <w:r>
        <w:rPr>
          <w:b/>
        </w:rPr>
        <w:t xml:space="preserve">[31:55] </w:t>
      </w:r>
      <w:r>
        <w:t>aur dekhen dunya mein kabhi bhi ulama nahi thay kabhi bhi nahi har har mazhab wale bas apne</w:t>
      </w:r>
    </w:p>
    <w:p>
      <w:pPr>
        <w:jc w:val="right"/>
      </w:pPr>
      <w:r>
        <w:t>اور دیکھیں دنیا میں کبھی بھی علماء نہیں تھے کبھی بھی نہیں ہر ہر مذہب والے بس اپنے</w:t>
      </w:r>
    </w:p>
    <w:p>
      <w:r>
        <w:rPr>
          <w:b/>
        </w:rPr>
        <w:t xml:space="preserve">[32:02] </w:t>
      </w:r>
      <w:r>
        <w:t>mazhab ko jante thay</w:t>
      </w:r>
    </w:p>
    <w:p>
      <w:pPr>
        <w:jc w:val="right"/>
      </w:pPr>
      <w:r>
        <w:t>مذہب کو جانتے تھے</w:t>
      </w:r>
    </w:p>
    <w:p>
      <w:r>
        <w:rPr>
          <w:b/>
        </w:rPr>
        <w:t xml:space="preserve">[32:05] </w:t>
      </w:r>
      <w:r>
        <w:t>aaj ulama ka zamanah hai ke</w:t>
      </w:r>
    </w:p>
    <w:p>
      <w:pPr>
        <w:jc w:val="right"/>
      </w:pPr>
      <w:r>
        <w:t>آج علماء کا زمانہ ہے کہ</w:t>
      </w:r>
    </w:p>
    <w:p>
      <w:r>
        <w:rPr>
          <w:b/>
        </w:rPr>
        <w:t xml:space="preserve">[32:08] </w:t>
      </w:r>
      <w:r>
        <w:t>sari dunya mein bare bare seminar bare bare conferencein hoti hain aur doosre log karte hain nahi ghair</w:t>
      </w:r>
    </w:p>
    <w:p>
      <w:pPr>
        <w:jc w:val="right"/>
      </w:pPr>
      <w:r>
        <w:t>ساری دنیا میں بڑے بڑے سیمینار بڑے بڑے کانفرنسیں ہوتی ہیں اور دوسرے لوگ کرتے ہیں نہیں غیر</w:t>
      </w:r>
    </w:p>
    <w:p>
      <w:r>
        <w:rPr>
          <w:b/>
        </w:rPr>
        <w:t xml:space="preserve">[32:16] </w:t>
      </w:r>
      <w:r>
        <w:t>muslim karte hain is mein musalmanon ko bulaya jata hai mein bar bar jata hoon</w:t>
      </w:r>
    </w:p>
    <w:p>
      <w:pPr>
        <w:jc w:val="right"/>
      </w:pPr>
      <w:r>
        <w:t>مسلم کرتے ہیں اس میں مسلمانوں کو بلایا جاتا ہے میں بار بار جاتا ہوں</w:t>
      </w:r>
    </w:p>
    <w:p>
      <w:r>
        <w:rPr>
          <w:b/>
        </w:rPr>
        <w:t xml:space="preserve">[32:23] </w:t>
      </w:r>
      <w:r>
        <w:t>hamare saathi aate hain wahan par quran ko taqseem karte hain</w:t>
      </w:r>
    </w:p>
    <w:p>
      <w:pPr>
        <w:jc w:val="right"/>
      </w:pPr>
      <w:r>
        <w:t>ہمارے ساتھی آتے ہیں وہاں پر قرآن کو تقسیم کرتے ہیں</w:t>
      </w:r>
    </w:p>
    <w:p>
      <w:r>
        <w:rPr>
          <w:b/>
        </w:rPr>
        <w:t xml:space="preserve">[32:27] </w:t>
      </w:r>
      <w:r>
        <w:t>angrezi zaban mein aur doosri zabanon mein</w:t>
      </w:r>
    </w:p>
    <w:p>
      <w:pPr>
        <w:jc w:val="right"/>
      </w:pPr>
      <w:r>
        <w:t>انگریزی زبان میں اور دوسری زبانوں میں</w:t>
      </w:r>
    </w:p>
    <w:p>
      <w:r>
        <w:rPr>
          <w:b/>
        </w:rPr>
        <w:t xml:space="preserve">[32:32] </w:t>
      </w:r>
      <w:r>
        <w:t>yeh kyun hai yeh ulma ki baat hai yeh ulma jo hai pehle kabhi tha hi nahi</w:t>
      </w:r>
    </w:p>
    <w:p>
      <w:pPr>
        <w:jc w:val="right"/>
      </w:pPr>
      <w:r>
        <w:t>یہ کیوں ہے یہ علماء کی بات ہے یہ علماء جو ہے پہلے کبھی تھا ہی نہیں</w:t>
      </w:r>
    </w:p>
    <w:p>
      <w:r>
        <w:rPr>
          <w:b/>
        </w:rPr>
        <w:t xml:space="preserve">[32:38] </w:t>
      </w:r>
      <w:r>
        <w:t>log sirf apni zaban apne mazhab ko</w:t>
      </w:r>
    </w:p>
    <w:p>
      <w:pPr>
        <w:jc w:val="right"/>
      </w:pPr>
      <w:r>
        <w:t>لوگ صرف اپنی زبان اپنے مذہب کو</w:t>
      </w:r>
    </w:p>
    <w:p>
      <w:r>
        <w:rPr>
          <w:b/>
        </w:rPr>
        <w:t xml:space="preserve">[32:40] </w:t>
      </w:r>
      <w:r>
        <w:t>jante the doosre mazhab ke bare mein bilkul hi alag rehte the ya dushman rehte the</w:t>
      </w:r>
    </w:p>
    <w:p>
      <w:pPr>
        <w:jc w:val="right"/>
      </w:pPr>
      <w:r>
        <w:t>جانتے تھے دوسرے مذہب کے بارے میں بالکل ہی الگ رہتے تھے یا دشمن رہتے تھے</w:t>
      </w:r>
    </w:p>
    <w:p>
      <w:r>
        <w:rPr>
          <w:b/>
        </w:rPr>
        <w:t xml:space="preserve">[32:48] </w:t>
      </w:r>
      <w:r>
        <w:t>pichle zamanon mein jo saqafat thi</w:t>
      </w:r>
    </w:p>
    <w:p>
      <w:pPr>
        <w:jc w:val="right"/>
      </w:pPr>
      <w:r>
        <w:t>پچھلے زمانوں میں جو ثقافت تھی</w:t>
      </w:r>
    </w:p>
    <w:p>
      <w:r>
        <w:rPr>
          <w:b/>
        </w:rPr>
        <w:t xml:space="preserve">[32:52] </w:t>
      </w:r>
      <w:r>
        <w:t>wo katar pan ka saqafat thi</w:t>
      </w:r>
    </w:p>
    <w:p>
      <w:pPr>
        <w:jc w:val="right"/>
      </w:pPr>
      <w:r>
        <w:t>وہ کٹر پن کا ثقافت تھی</w:t>
      </w:r>
    </w:p>
    <w:p>
      <w:r>
        <w:rPr>
          <w:b/>
        </w:rPr>
        <w:t xml:space="preserve">[32:55] </w:t>
      </w:r>
      <w:r>
        <w:t>to doosre mazhab ke bare mein log ya to alag hote the ya mukhalif hote the is ke</w:t>
      </w:r>
    </w:p>
    <w:p>
      <w:pPr>
        <w:jc w:val="right"/>
      </w:pPr>
      <w:r>
        <w:t>تو دوسرے مذہب کے بارے میں لوگ یا تو الگ ہوتے تھے یا مخالف ہوتے تھے اس کے</w:t>
      </w:r>
    </w:p>
    <w:p>
      <w:r>
        <w:rPr>
          <w:b/>
        </w:rPr>
        <w:t xml:space="preserve">[33:02] </w:t>
      </w:r>
      <w:r>
        <w:t>yeh zamana aisa hai ke aap</w:t>
      </w:r>
    </w:p>
    <w:p>
      <w:pPr>
        <w:jc w:val="right"/>
      </w:pPr>
      <w:r>
        <w:t>یہ زمانہ ایسا ہے کہ آپ</w:t>
      </w:r>
    </w:p>
    <w:p>
      <w:r>
        <w:rPr>
          <w:b/>
        </w:rPr>
        <w:t xml:space="preserve">[33:05] </w:t>
      </w:r>
      <w:r>
        <w:t>dialog hota hai</w:t>
      </w:r>
    </w:p>
    <w:p>
      <w:pPr>
        <w:jc w:val="right"/>
      </w:pPr>
      <w:r>
        <w:t>ڈائیلاگ ہوتا ہے</w:t>
      </w:r>
    </w:p>
    <w:p>
      <w:r>
        <w:rPr>
          <w:b/>
        </w:rPr>
        <w:t xml:space="preserve">[33:07] </w:t>
      </w:r>
      <w:r>
        <w:t>wo har aadmi parhta hai har mazhab ki yani har mazhab ko janna ek saqafat ban gaya is</w:t>
      </w:r>
    </w:p>
    <w:p>
      <w:pPr>
        <w:jc w:val="right"/>
      </w:pPr>
      <w:r>
        <w:t>وہ ہر آدمی پڑھتا ہے ہر مذہب کی یعنی ہر مذہب کو جاننا ایک ثقافت بن گیا اس</w:t>
      </w:r>
    </w:p>
    <w:p>
      <w:r>
        <w:rPr>
          <w:b/>
        </w:rPr>
        <w:t xml:space="preserve">[33:15] </w:t>
      </w:r>
      <w:r>
        <w:t>zamane ka yeh sab kis ne paida kiya all maghrib ne</w:t>
      </w:r>
    </w:p>
    <w:p>
      <w:pPr>
        <w:jc w:val="right"/>
      </w:pPr>
      <w:r>
        <w:t>زمانے کا یہ سب کس نے پیدا کیا آل مغرب نے</w:t>
      </w:r>
    </w:p>
    <w:p>
      <w:r>
        <w:rPr>
          <w:b/>
        </w:rPr>
        <w:t xml:space="preserve">[33:22] </w:t>
      </w:r>
      <w:r>
        <w:t>to quran ko</w:t>
      </w:r>
    </w:p>
    <w:p>
      <w:pPr>
        <w:jc w:val="right"/>
      </w:pPr>
      <w:r>
        <w:t>تو قرآن کو</w:t>
      </w:r>
    </w:p>
    <w:p>
      <w:r>
        <w:rPr>
          <w:b/>
        </w:rPr>
        <w:t xml:space="preserve">[33:27] </w:t>
      </w:r>
      <w:r>
        <w:t>quran ko aur islam ko aaj ki dunya mein jo phailao mila hua hai jo khula pan mila</w:t>
      </w:r>
    </w:p>
    <w:p>
      <w:pPr>
        <w:jc w:val="right"/>
      </w:pPr>
      <w:r>
        <w:t>قرآن کو اور اسلام کو آج کی دنیا میں جو پھیلاؤ ملا ہوا ہے جو کھلا پن ملا</w:t>
      </w:r>
    </w:p>
    <w:p>
      <w:r>
        <w:rPr>
          <w:b/>
        </w:rPr>
        <w:t xml:space="preserve">[33:35] </w:t>
      </w:r>
      <w:r>
        <w:t>hua hai har jagah jo islam ka mission chal raha hai har mulk mein har har jagah wo</w:t>
      </w:r>
    </w:p>
    <w:p>
      <w:pPr>
        <w:jc w:val="right"/>
      </w:pPr>
      <w:r>
        <w:t>ہوا ہے ہر جگہ جو اسلام کا مشن چل رہا ہے ہر ملک میں ہر ہر جگہ وہ</w:t>
      </w:r>
    </w:p>
    <w:p>
      <w:r>
        <w:rPr>
          <w:b/>
        </w:rPr>
        <w:t xml:space="preserve">[33:45] </w:t>
      </w:r>
      <w:r>
        <w:t>ek ek nai tehzeeb wajood mein aai hai jis ko hum kehte hain maghribi tehzeeb</w:t>
      </w:r>
    </w:p>
    <w:p>
      <w:pPr>
        <w:jc w:val="right"/>
      </w:pPr>
      <w:r>
        <w:t>ایک ایک نئی تہذیب وجود میں آئی ہے جس کو ہم کہتے ہیں مغربی تہذیب</w:t>
      </w:r>
    </w:p>
    <w:p>
      <w:r>
        <w:rPr>
          <w:b/>
        </w:rPr>
        <w:t xml:space="preserve">[33:51] </w:t>
      </w:r>
      <w:r>
        <w:t>maghribi tehzeeb pro islam tehzeeb hai wo mukhalif islam tehzeeb nahi hai</w:t>
      </w:r>
    </w:p>
    <w:p>
      <w:pPr>
        <w:jc w:val="right"/>
      </w:pPr>
      <w:r>
        <w:t>مغربی تہذیب پرو اسلام تہذیب ہے وہ مخالف اسلام تہذیب نہیں ہے</w:t>
      </w:r>
    </w:p>
    <w:p>
      <w:r>
        <w:rPr>
          <w:b/>
        </w:rPr>
        <w:t xml:space="preserve">[33:57] </w:t>
      </w:r>
      <w:r>
        <w:t>wo log bohat hi zyada be khabar hain jo maghribi tehzeeb ko</w:t>
      </w:r>
    </w:p>
    <w:p>
      <w:pPr>
        <w:jc w:val="right"/>
      </w:pPr>
      <w:r>
        <w:t>وہ لوگ بہت ہی زیادہ بے خبر ہیں جو مغربی تہذیب کو</w:t>
      </w:r>
    </w:p>
    <w:p>
      <w:r>
        <w:rPr>
          <w:b/>
        </w:rPr>
        <w:t xml:space="preserve">[34:03] </w:t>
      </w:r>
      <w:r>
        <w:t>islam ke khilaf samajhte hain musalmanon ke khilaf samajhte hain wo bohat hi zyada be khabar hain bohat</w:t>
      </w:r>
    </w:p>
    <w:p>
      <w:pPr>
        <w:jc w:val="right"/>
      </w:pPr>
      <w:r>
        <w:t>اسلام کے خلاف سمجھتے ہیں مسلمانوں کے خلاف سمجھتے ہیں وہ بہت ہی زیادہ بے خبر ہیں بہت</w:t>
      </w:r>
    </w:p>
    <w:p>
      <w:r>
        <w:rPr>
          <w:b/>
        </w:rPr>
        <w:t xml:space="preserve">[34:12] </w:t>
      </w:r>
      <w:r>
        <w:t>hi zyada be khabar hain</w:t>
      </w:r>
    </w:p>
    <w:p>
      <w:pPr>
        <w:jc w:val="right"/>
      </w:pPr>
      <w:r>
        <w:t>ہی زیادہ بے خبر ہیں</w:t>
      </w:r>
    </w:p>
    <w:p>
      <w:r>
        <w:rPr>
          <w:b/>
        </w:rPr>
        <w:t xml:space="preserve">[34:14] </w:t>
      </w:r>
      <w:r>
        <w:t>yani</w:t>
      </w:r>
    </w:p>
    <w:p>
      <w:pPr>
        <w:jc w:val="right"/>
      </w:pPr>
      <w:r>
        <w:t>یعنی</w:t>
      </w:r>
    </w:p>
    <w:p>
      <w:r>
        <w:rPr>
          <w:b/>
        </w:rPr>
        <w:t xml:space="preserve">[34:14] </w:t>
      </w:r>
      <w:r>
        <w:t>kuch jante hi nahi ke kya haqeeqat hai tehzeeb ki main to samajhta hoon ke poori ki poori tehzeeb pro islam tehzeeb hai poori ki poori tehzeeb</w:t>
      </w:r>
    </w:p>
    <w:p>
      <w:pPr>
        <w:jc w:val="right"/>
      </w:pPr>
      <w:r>
        <w:t>کچھ جانتے ہی نہیں کہ کیا حقیقت ہے تہذیب کی میں تو سمجھتا ہوں کہ پوری کی پوری تہذیب پرو اسلام تہذیب ہے پوری کی پوری تہذیب</w:t>
      </w:r>
    </w:p>
    <w:p>
      <w:r>
        <w:rPr>
          <w:b/>
        </w:rPr>
        <w:t xml:space="preserve">[34:31] </w:t>
      </w:r>
      <w:r>
        <w:t>aur hum ko</w:t>
      </w:r>
    </w:p>
    <w:p>
      <w:pPr>
        <w:jc w:val="right"/>
      </w:pPr>
      <w:r>
        <w:t>اور ہم کو</w:t>
      </w:r>
    </w:p>
    <w:p>
      <w:r>
        <w:rPr>
          <w:b/>
        </w:rPr>
        <w:t xml:space="preserve">[34:35] </w:t>
      </w:r>
      <w:r>
        <w:t>pehli bar yeh mauqa diya hai isi tehzeeb ne isi maghribi tehzeeb ne ke hum yeh kar sakein</w:t>
      </w:r>
    </w:p>
    <w:p>
      <w:pPr>
        <w:jc w:val="right"/>
      </w:pPr>
      <w:r>
        <w:t>پہلی بار یہ موقع دیا ہے اسی تہذیب نے اسی مغربی تہذیب نے کہ ہم یہ کر سکیں</w:t>
      </w:r>
    </w:p>
    <w:p>
      <w:r>
        <w:rPr>
          <w:b/>
        </w:rPr>
        <w:t xml:space="preserve">[34:43] </w:t>
      </w:r>
      <w:r>
        <w:t>jo islam ka</w:t>
      </w:r>
    </w:p>
    <w:p>
      <w:pPr>
        <w:jc w:val="right"/>
      </w:pPr>
      <w:r>
        <w:t>جو اسلام کا</w:t>
      </w:r>
    </w:p>
    <w:p>
      <w:r>
        <w:rPr>
          <w:b/>
        </w:rPr>
        <w:t xml:space="preserve">[34:45] </w:t>
      </w:r>
      <w:r>
        <w:t>hadaf tha is ko poora kar sakein</w:t>
      </w:r>
    </w:p>
    <w:p>
      <w:pPr>
        <w:jc w:val="right"/>
      </w:pPr>
      <w:r>
        <w:t>ہدف تھا اس کو پورا کر سکیں</w:t>
      </w:r>
    </w:p>
    <w:p>
      <w:r>
        <w:rPr>
          <w:b/>
        </w:rPr>
        <w:t xml:space="preserve">[34:49] </w:t>
      </w:r>
      <w:r>
        <w:t>jaisa ke maine abhi ayat padhi aap ke samne</w:t>
      </w:r>
    </w:p>
    <w:p>
      <w:pPr>
        <w:jc w:val="right"/>
      </w:pPr>
      <w:r>
        <w:t>جیسا کہ میں نے ابھی آیت پڑھی آپ کے سامنے</w:t>
      </w:r>
    </w:p>
    <w:p>
      <w:r>
        <w:rPr>
          <w:b/>
        </w:rPr>
        <w:t xml:space="preserve">[34:53] </w:t>
      </w:r>
      <w:r>
        <w:t>ke quran ke nazil hone ka hadaf yeh tha ke yeh quran sari dunya mein pahunche har ghar</w:t>
      </w:r>
    </w:p>
    <w:p>
      <w:pPr>
        <w:jc w:val="right"/>
      </w:pPr>
      <w:r>
        <w:t>کہ قرآن کے نازل ہونے کا ہدف یہ تھا کہ یہ قرآن ساری دنیا میں پہنچے ہر گھر</w:t>
      </w:r>
    </w:p>
    <w:p>
      <w:r>
        <w:rPr>
          <w:b/>
        </w:rPr>
        <w:t xml:space="preserve">[35:01] </w:t>
      </w:r>
      <w:r>
        <w:t>mein pahunche yeh pehle bilkul namumkin tha namumkin tha to pehle isi maghribi tehzeeb ki wajah se yeh</w:t>
      </w:r>
    </w:p>
    <w:p>
      <w:pPr>
        <w:jc w:val="right"/>
      </w:pPr>
      <w:r>
        <w:t>میں پہنچے یہ پہلے بالکل ناممکن تھا ناممکن تھا تو پہلے اسی مغربی تہذیب کی وجہ سے یہ</w:t>
      </w:r>
    </w:p>
    <w:p>
      <w:r>
        <w:rPr>
          <w:b/>
        </w:rPr>
        <w:t xml:space="preserve">[35:12] </w:t>
      </w:r>
      <w:r>
        <w:t>hua ke chhat par pahunchana mumkin hua</w:t>
      </w:r>
    </w:p>
    <w:p>
      <w:pPr>
        <w:jc w:val="right"/>
      </w:pPr>
      <w:r>
        <w:t>ہوا کہ چھت پر پہنچانا ممکن ہوا</w:t>
      </w:r>
    </w:p>
    <w:p>
      <w:r>
        <w:rPr>
          <w:b/>
        </w:rPr>
        <w:t xml:space="preserve">[35:16] </w:t>
      </w:r>
      <w:r>
        <w:t>ab is se barh kar ke dekhen jo internet aa gaya hai jo</w:t>
      </w:r>
    </w:p>
    <w:p>
      <w:pPr>
        <w:jc w:val="right"/>
      </w:pPr>
      <w:r>
        <w:t>اب اس سے بڑھ کر کے دیکھیں جو انٹرنیٹ آگیا ہے جو</w:t>
      </w:r>
    </w:p>
    <w:p>
      <w:r>
        <w:rPr>
          <w:b/>
        </w:rPr>
        <w:t xml:space="preserve">[35:21] </w:t>
      </w:r>
      <w:r>
        <w:t>smartphone aa gaya hai jo naya mawaslat aa gaya hai is ke zariye se mumkin ho gaya ke aap ek</w:t>
      </w:r>
    </w:p>
    <w:p>
      <w:pPr>
        <w:jc w:val="right"/>
      </w:pPr>
      <w:r>
        <w:t>اسمارٹ فون آگیا ہے جو نیا مواصلات آگیا ہے اس کے ذریعے سے ممکن ہوگیا کہ آپ ایک</w:t>
      </w:r>
    </w:p>
    <w:p>
      <w:r>
        <w:rPr>
          <w:b/>
        </w:rPr>
        <w:t xml:space="preserve">[35:29] </w:t>
      </w:r>
      <w:r>
        <w:t>maqam par rahen</w:t>
      </w:r>
    </w:p>
    <w:p>
      <w:pPr>
        <w:jc w:val="right"/>
      </w:pPr>
      <w:r>
        <w:t>مقام پر رہیں</w:t>
      </w:r>
    </w:p>
    <w:p>
      <w:r>
        <w:rPr>
          <w:b/>
        </w:rPr>
        <w:t xml:space="preserve">[35:31] </w:t>
      </w:r>
      <w:r>
        <w:t>aur jadeed technology ke zariye se quran ko is ke tarjume ko quran ke adab ko sari dunya</w:t>
      </w:r>
    </w:p>
    <w:p>
      <w:pPr>
        <w:jc w:val="right"/>
      </w:pPr>
      <w:r>
        <w:t>اور جدید ٹیکنالوجی کے ذریعے سے قرآن کو اس کے ترجمے کو قرآن کے ادب کو ساری دنیا</w:t>
      </w:r>
    </w:p>
    <w:p>
      <w:r>
        <w:rPr>
          <w:b/>
        </w:rPr>
        <w:t xml:space="preserve">[35:36] </w:t>
      </w:r>
      <w:r>
        <w:t>mein ghar ghar pahuncha den ek ek insan tak pahuncha den</w:t>
      </w:r>
    </w:p>
    <w:p>
      <w:pPr>
        <w:jc w:val="right"/>
      </w:pPr>
      <w:r>
        <w:t>میں گھر گھر پہنچا دیں ایک ایک انسان تک پہنچا دیں</w:t>
      </w:r>
    </w:p>
    <w:p>
      <w:r>
        <w:rPr>
          <w:b/>
        </w:rPr>
        <w:t xml:space="preserve">[35:41] </w:t>
      </w:r>
      <w:r>
        <w:t>yeh jadeed mawaslat ki wajah se yeh mumkin hua hai to jadeed mawaslat jadeed technology kis ne paida</w:t>
      </w:r>
    </w:p>
    <w:p>
      <w:pPr>
        <w:jc w:val="right"/>
      </w:pPr>
      <w:r>
        <w:t>یہ جدید مواصلات کی وجہ سے یہ ممکن ہوا ہے تو جدید مواصلات جدید ٹیکنالوجی کس نے پیدا</w:t>
      </w:r>
    </w:p>
    <w:p>
      <w:r>
        <w:rPr>
          <w:b/>
        </w:rPr>
        <w:t xml:space="preserve">[35:49] </w:t>
      </w:r>
      <w:r>
        <w:t>ki yeh sirf sara ka sara</w:t>
      </w:r>
    </w:p>
    <w:p>
      <w:pPr>
        <w:jc w:val="right"/>
      </w:pPr>
      <w:r>
        <w:t>کی یہ صرف سارا کا سارا</w:t>
      </w:r>
    </w:p>
    <w:p>
      <w:r>
        <w:rPr>
          <w:b/>
        </w:rPr>
        <w:t xml:space="preserve">[35:54] </w:t>
      </w:r>
      <w:r>
        <w:t>aal maghrib ne kiya jaisa ke main yahan bol raha hoon dilhe mein</w:t>
      </w:r>
    </w:p>
    <w:p>
      <w:pPr>
        <w:jc w:val="right"/>
      </w:pPr>
      <w:r>
        <w:t>آل مغرب نے کیا جیسے میں یہاں بول رہا ہوں دلہ میں</w:t>
      </w:r>
    </w:p>
    <w:p>
      <w:r>
        <w:rPr>
          <w:b/>
        </w:rPr>
        <w:t xml:space="preserve">[36:00] </w:t>
      </w:r>
      <w:r>
        <w:t>to jo mere samne jo log hain wahi meri baat sun rahe hain jo yahan nahi hain to</w:t>
      </w:r>
    </w:p>
    <w:p>
      <w:pPr>
        <w:jc w:val="right"/>
      </w:pPr>
      <w:r>
        <w:t>تو جو میرے سامنے جو لوگ ہیں وہی میری بات سن رہے ہیں جو یہاں نہیں ہیں تو</w:t>
      </w:r>
    </w:p>
    <w:p>
      <w:r>
        <w:rPr>
          <w:b/>
        </w:rPr>
        <w:t xml:space="preserve">[36:05] </w:t>
      </w:r>
      <w:r>
        <w:t>bahut se maqamat</w:t>
      </w:r>
    </w:p>
    <w:p>
      <w:pPr>
        <w:jc w:val="right"/>
      </w:pPr>
      <w:r>
        <w:t>بہت سے مقامات</w:t>
      </w:r>
    </w:p>
    <w:p>
      <w:r>
        <w:rPr>
          <w:b/>
        </w:rPr>
        <w:t xml:space="preserve">[36:06] </w:t>
      </w:r>
      <w:r>
        <w:t>par india ke andar india ke bahar</w:t>
      </w:r>
    </w:p>
    <w:p>
      <w:pPr>
        <w:jc w:val="right"/>
      </w:pPr>
      <w:r>
        <w:t>پر انڈیا کے اندر انڈیا کے باہر</w:t>
      </w:r>
    </w:p>
    <w:p>
      <w:r>
        <w:rPr>
          <w:b/>
        </w:rPr>
        <w:t xml:space="preserve">[36:09] </w:t>
      </w:r>
      <w:r>
        <w:t>wo mujh ko dekh bhi rahe hain meri awaz bhi sun rahe hain</w:t>
      </w:r>
    </w:p>
    <w:p>
      <w:pPr>
        <w:jc w:val="right"/>
      </w:pPr>
      <w:r>
        <w:t>وہ مجھ کو دیکھ بھی رہے ہیں میری آواز بھی سن رہے ہیں</w:t>
      </w:r>
    </w:p>
    <w:p>
      <w:r>
        <w:rPr>
          <w:b/>
        </w:rPr>
        <w:t xml:space="preserve">[36:13] </w:t>
      </w:r>
      <w:r>
        <w:t>bilkul foran to yeh itni ajeeb o ghareeb technology kis ne paida ki</w:t>
      </w:r>
    </w:p>
    <w:p>
      <w:pPr>
        <w:jc w:val="right"/>
      </w:pPr>
      <w:r>
        <w:t>بالکل فوراً تو یہ اتنی عجیب و غریب ٹیکنالوجی کس نے پیدا کی</w:t>
      </w:r>
    </w:p>
    <w:p>
      <w:r>
        <w:rPr>
          <w:b/>
        </w:rPr>
        <w:t xml:space="preserve">[36:22] </w:t>
      </w:r>
      <w:r>
        <w:t>yeh technology maujood thi zameen mein isi dunya mein maujood thi mumkinah tor par lekin kis ne daryaft</w:t>
      </w:r>
    </w:p>
    <w:p>
      <w:pPr>
        <w:jc w:val="right"/>
      </w:pPr>
      <w:r>
        <w:t>یہ ٹیکنالوجی موجود تھی زمین میں اسی دنیا میں موجود تھی ممکنہ طور پر لیکن کس نے دریافت</w:t>
      </w:r>
    </w:p>
    <w:p>
      <w:r>
        <w:rPr>
          <w:b/>
        </w:rPr>
        <w:t xml:space="preserve">[36:29] </w:t>
      </w:r>
      <w:r>
        <w:t>kiya is ko kis ne daryaft kar ke is ko taraqqi di kya kis ne is ko phir</w:t>
      </w:r>
    </w:p>
    <w:p>
      <w:pPr>
        <w:jc w:val="right"/>
      </w:pPr>
      <w:r>
        <w:t>کیا اس کو کس نے دریافت کر کے اس کو ترقی دی کیا کس نے اس کو پھر</w:t>
      </w:r>
    </w:p>
    <w:p>
      <w:r>
        <w:rPr>
          <w:b/>
        </w:rPr>
        <w:t xml:space="preserve">[36:35] </w:t>
      </w:r>
      <w:r>
        <w:t>marketable banaya yeh sara ka sara kaam a se z tak aal maghrib ne anjam diya hai</w:t>
      </w:r>
    </w:p>
    <w:p>
      <w:pPr>
        <w:jc w:val="right"/>
      </w:pPr>
      <w:r>
        <w:t>مارکیٹیبل بنایا یہ سارا کا سارا کام اے سے زیڈ تک آل مغرب نے انجام دیا ہے</w:t>
      </w:r>
    </w:p>
    <w:p>
      <w:r>
        <w:rPr>
          <w:b/>
        </w:rPr>
        <w:t xml:space="preserve">[36:43] </w:t>
      </w:r>
      <w:r>
        <w:t>to aal maghrib bilashubah hamare liye faida mand ki hesiyat rakhte hain hamare liye jaiz hi nahi ke</w:t>
      </w:r>
    </w:p>
    <w:p>
      <w:pPr>
        <w:jc w:val="right"/>
      </w:pPr>
      <w:r>
        <w:t>تو آل مغرب بلاشبہ ہمارے لیے فائدہ مند کی حیثیت رکھتے ہیں ہمارے لیے جائز ہی نہیں کہ</w:t>
      </w:r>
    </w:p>
    <w:p>
      <w:r>
        <w:rPr>
          <w:b/>
        </w:rPr>
        <w:t xml:space="preserve">[36:49] </w:t>
      </w:r>
      <w:r>
        <w:t>hum is se nafrat karen bilkul</w:t>
      </w:r>
    </w:p>
    <w:p>
      <w:pPr>
        <w:jc w:val="right"/>
      </w:pPr>
      <w:r>
        <w:t>ہم اس سے نفرت کریں بالکل</w:t>
      </w:r>
    </w:p>
    <w:p>
      <w:r>
        <w:rPr>
          <w:b/>
        </w:rPr>
        <w:t xml:space="preserve">[36:52] </w:t>
      </w:r>
      <w:r>
        <w:t>jaiz nahi ke hum is se nafrat karen</w:t>
      </w:r>
    </w:p>
    <w:p>
      <w:pPr>
        <w:jc w:val="right"/>
      </w:pPr>
      <w:r>
        <w:t>جائز نہیں کہ ہم اس سے نفرت کریں</w:t>
      </w:r>
    </w:p>
    <w:p>
      <w:r>
        <w:rPr>
          <w:b/>
        </w:rPr>
        <w:t xml:space="preserve">[36:57] </w:t>
      </w:r>
      <w:r>
        <w:t>to in baaton ko agar aap jann</w:t>
      </w:r>
    </w:p>
    <w:p>
      <w:pPr>
        <w:jc w:val="right"/>
      </w:pPr>
      <w:r>
        <w:t>تو ان باتوں کو اگر آپ جانیں</w:t>
      </w:r>
    </w:p>
    <w:p>
      <w:r>
        <w:rPr>
          <w:b/>
        </w:rPr>
        <w:t xml:space="preserve">[37:00] </w:t>
      </w:r>
      <w:r>
        <w:t>to kya hoga aap ki marifat barhegi</w:t>
      </w:r>
    </w:p>
    <w:p>
      <w:pPr>
        <w:jc w:val="right"/>
      </w:pPr>
      <w:r>
        <w:t>تو کیا ہوگا آپ کی معرفت بڑھے گی</w:t>
      </w:r>
    </w:p>
    <w:p>
      <w:r>
        <w:rPr>
          <w:b/>
        </w:rPr>
        <w:t xml:space="preserve">[37:05] </w:t>
      </w:r>
      <w:r>
        <w:t>dunya walon se aap ke andar mohabbat aur hamdardi ke jazbat paida honge aap is par shukr</w:t>
      </w:r>
    </w:p>
    <w:p>
      <w:pPr>
        <w:jc w:val="right"/>
      </w:pPr>
      <w:r>
        <w:t>دنیا والوں سے آپ کے اندر محبت اور ہمدردی کے جذبات پیدا ہوں گے آپ اس پر شکر</w:t>
      </w:r>
    </w:p>
    <w:p>
      <w:r>
        <w:rPr>
          <w:b/>
        </w:rPr>
        <w:t xml:space="preserve">[37:12] </w:t>
      </w:r>
      <w:r>
        <w:t>ada karen ke Allah taala ne</w:t>
      </w:r>
    </w:p>
    <w:p>
      <w:pPr>
        <w:jc w:val="right"/>
      </w:pPr>
      <w:r>
        <w:t>ادا کریں کہ اللہ تعالیٰ نے</w:t>
      </w:r>
    </w:p>
    <w:p>
      <w:r>
        <w:rPr>
          <w:b/>
        </w:rPr>
        <w:t xml:space="preserve">[37:15] </w:t>
      </w:r>
      <w:r>
        <w:t>Islam ke mission ko phailane ke liye sare darwaze khol diye hain</w:t>
      </w:r>
    </w:p>
    <w:p>
      <w:pPr>
        <w:jc w:val="right"/>
      </w:pPr>
      <w:r>
        <w:t>اسلام کے مشن کو پھیلانے کے لیے سارے دروازے کھول دیئے ہیں</w:t>
      </w:r>
    </w:p>
    <w:p>
      <w:r>
        <w:rPr>
          <w:b/>
        </w:rPr>
        <w:t xml:space="preserve">[37:22] </w:t>
      </w:r>
      <w:r>
        <w:t>phir aap ke andar ek jazba paida hoga ke Allah ke tamam bondon tak aap Allah ka paigham</w:t>
      </w:r>
    </w:p>
    <w:p>
      <w:pPr>
        <w:jc w:val="right"/>
      </w:pPr>
      <w:r>
        <w:t>پھر آپ کے اندر ایک جذبہ پیدا ہوگا کہ اللہ کے تمام بندوں تک آپ اللہ کا پیغام</w:t>
      </w:r>
    </w:p>
    <w:p>
      <w:r>
        <w:rPr>
          <w:b/>
        </w:rPr>
        <w:t xml:space="preserve">[37:28] </w:t>
      </w:r>
      <w:r>
        <w:t>pohanchayen yani purey maanon mein aap musbat zehniyat ka ho jayega purey maanon mein abhi to aap</w:t>
      </w:r>
    </w:p>
    <w:p>
      <w:pPr>
        <w:jc w:val="right"/>
      </w:pPr>
      <w:r>
        <w:t>پہنچائیں یعنی پورے معنوں میں آپ مثبت ذہنیت کا ہو جائے گا پورے معنوں میں ابھی تو آپ</w:t>
      </w:r>
    </w:p>
    <w:p>
      <w:r>
        <w:rPr>
          <w:b/>
        </w:rPr>
        <w:t xml:space="preserve">[37:35] </w:t>
      </w:r>
      <w:r>
        <w:t>dekhen jis musalman ko miliye chahe India ka ho ya bahar ka ho Arab ka ho Ajam</w:t>
      </w:r>
    </w:p>
    <w:p>
      <w:pPr>
        <w:jc w:val="right"/>
      </w:pPr>
      <w:r>
        <w:t>دیکھیں جس مسلمان کو ملیے چاہے انڈیا کا ہو یا باہر کا ہو عرب کا ہو عجم</w:t>
      </w:r>
    </w:p>
    <w:p>
      <w:r>
        <w:rPr>
          <w:b/>
        </w:rPr>
        <w:t xml:space="preserve">[37:42] </w:t>
      </w:r>
      <w:r>
        <w:t>ka ho jis se baat kijiye us ke andar manfi khayalat bhare honge</w:t>
      </w:r>
    </w:p>
    <w:p>
      <w:pPr>
        <w:jc w:val="right"/>
      </w:pPr>
      <w:r>
        <w:t>کا ہو جس سے بات کیجئے اس کے اندر منفی خیالات بھرے ہوں گے</w:t>
      </w:r>
    </w:p>
    <w:p>
      <w:r>
        <w:rPr>
          <w:b/>
        </w:rPr>
        <w:t xml:space="preserve">[37:48] </w:t>
      </w:r>
      <w:r>
        <w:t>wo manfi baaten karega manfi baaten karega</w:t>
      </w:r>
    </w:p>
    <w:p>
      <w:pPr>
        <w:jc w:val="right"/>
      </w:pPr>
      <w:r>
        <w:t>وہ منفی باتیں کرے گا منفی باتیں کرے گا</w:t>
      </w:r>
    </w:p>
    <w:p>
      <w:r>
        <w:rPr>
          <w:b/>
        </w:rPr>
        <w:t xml:space="preserve">[37:54] </w:t>
      </w:r>
      <w:r>
        <w:t>jaise kal parson mere pas ek sahab aaye the jo bahar ke the ek musalman to wahi baaten</w:t>
      </w:r>
    </w:p>
    <w:p>
      <w:pPr>
        <w:jc w:val="right"/>
      </w:pPr>
      <w:r>
        <w:t>جیسے کل پرسوں میرے پاس ایک صاحب آئے تھے جو باہر کے تھے ایک مسلمان تو وہی باتیں</w:t>
      </w:r>
    </w:p>
    <w:p>
      <w:r>
        <w:rPr>
          <w:b/>
        </w:rPr>
        <w:t xml:space="preserve">[38:01] </w:t>
      </w:r>
      <w:r>
        <w:t>ke America dushman hai America bombardment kar raha hai yahi sab baaten bhari hui log hain</w:t>
      </w:r>
    </w:p>
    <w:p>
      <w:pPr>
        <w:jc w:val="right"/>
      </w:pPr>
      <w:r>
        <w:t>کہ امریکہ دشمن ہے امریکہ بمبارڈمنٹ کر رہا ہے یہی سب باتیں بھری ہوئی لوگ ہیں</w:t>
      </w:r>
    </w:p>
    <w:p>
      <w:r>
        <w:rPr>
          <w:b/>
        </w:rPr>
        <w:t xml:space="preserve">[38:08] </w:t>
      </w:r>
      <w:r>
        <w:t>log jante hi nahin ke ke ye sari technology zyada tar to America hi mein taraqqi hui hai</w:t>
      </w:r>
    </w:p>
    <w:p>
      <w:pPr>
        <w:jc w:val="right"/>
      </w:pPr>
      <w:r>
        <w:t>لوگ جانتے ہی نہیں کہ کہ یہ ساری ٹیکنالوجی زیادہ تر تو امریکہ ہی میں ترقی ہوئی ہے</w:t>
      </w:r>
    </w:p>
    <w:p>
      <w:r>
        <w:rPr>
          <w:b/>
        </w:rPr>
        <w:t xml:space="preserve">[38:16] </w:t>
      </w:r>
      <w:r>
        <w:t>jis car par aap chalte hain jis hawai jahaz par aap udte hain jis mobile ko aap dhoom</w:t>
      </w:r>
    </w:p>
    <w:p>
      <w:pPr>
        <w:jc w:val="right"/>
      </w:pPr>
      <w:r>
        <w:t>جس کار پر آپ چلتے ہیں جس ہوائی جہاز پر آپ اڑتے ہیں جس موبائل کو آپ دھوم</w:t>
      </w:r>
    </w:p>
    <w:p>
      <w:r>
        <w:rPr>
          <w:b/>
        </w:rPr>
        <w:t xml:space="preserve">[38:22] </w:t>
      </w:r>
      <w:r>
        <w:t>se istemal karte hain ye sab technology zyada tar America mein taraqqi hui hai</w:t>
      </w:r>
    </w:p>
    <w:p>
      <w:pPr>
        <w:jc w:val="right"/>
      </w:pPr>
      <w:r>
        <w:t>سے استعمال کرتے ہیں یہ سب ٹیکنالوجی زیادہ تر امریکہ میں ترقی ہوئی ہے</w:t>
      </w:r>
    </w:p>
    <w:p>
      <w:r>
        <w:rPr>
          <w:b/>
        </w:rPr>
        <w:t xml:space="preserve">[38:28] </w:t>
      </w:r>
      <w:r>
        <w:t>zyada</w:t>
      </w:r>
    </w:p>
    <w:p>
      <w:pPr>
        <w:jc w:val="right"/>
      </w:pPr>
      <w:r>
        <w:t>زیادہ</w:t>
      </w:r>
    </w:p>
    <w:p>
      <w:r>
        <w:rPr>
          <w:b/>
        </w:rPr>
        <w:t xml:space="preserve">[38:28] </w:t>
      </w:r>
      <w:r>
        <w:t>tar</w:t>
      </w:r>
    </w:p>
    <w:p>
      <w:pPr>
        <w:jc w:val="right"/>
      </w:pPr>
      <w:r>
        <w:t>تر</w:t>
      </w:r>
    </w:p>
    <w:p>
      <w:r>
        <w:rPr>
          <w:b/>
        </w:rPr>
        <w:t xml:space="preserve">[38:32] </w:t>
      </w:r>
      <w:r>
        <w:t>to</w:t>
      </w:r>
    </w:p>
    <w:p>
      <w:pPr>
        <w:jc w:val="right"/>
      </w:pPr>
      <w:r>
        <w:t>تو</w:t>
      </w:r>
    </w:p>
    <w:p>
      <w:r>
        <w:rPr>
          <w:b/>
        </w:rPr>
        <w:t xml:space="preserve">[38:35] </w:t>
      </w:r>
      <w:r>
        <w:t>mein samajhta hoon ke</w:t>
      </w:r>
    </w:p>
    <w:p>
      <w:pPr>
        <w:jc w:val="right"/>
      </w:pPr>
      <w:r>
        <w:t>میں سمجھتا ہوں کہ</w:t>
      </w:r>
    </w:p>
    <w:p>
      <w:r>
        <w:rPr>
          <w:b/>
        </w:rPr>
        <w:t xml:space="preserve">[38:38] </w:t>
      </w:r>
      <w:r>
        <w:t>sab se zyada zarurat is baat ki hai ke musalmanon ke andar</w:t>
      </w:r>
    </w:p>
    <w:p>
      <w:pPr>
        <w:jc w:val="right"/>
      </w:pPr>
      <w:r>
        <w:t>سب سے زیادہ ضرورت اس بات کی ہے کہ مسلمانوں کے اندر</w:t>
      </w:r>
    </w:p>
    <w:p>
      <w:r>
        <w:rPr>
          <w:b/>
        </w:rPr>
        <w:t xml:space="preserve">[38:43] </w:t>
      </w:r>
      <w:r>
        <w:t>dobara soch paida ki jaye</w:t>
      </w:r>
    </w:p>
    <w:p>
      <w:pPr>
        <w:jc w:val="right"/>
      </w:pPr>
      <w:r>
        <w:t>دوبارہ سوچ پیدا کی جائے</w:t>
      </w:r>
    </w:p>
    <w:p>
      <w:r>
        <w:rPr>
          <w:b/>
        </w:rPr>
        <w:t xml:space="preserve">[38:45] </w:t>
      </w:r>
      <w:r>
        <w:t>baaton ko phir se wo ghor kar ke samjhen</w:t>
      </w:r>
    </w:p>
    <w:p>
      <w:pPr>
        <w:jc w:val="right"/>
      </w:pPr>
      <w:r>
        <w:t>باتوں کو پھر سے وہ غور کر کے سمجھیں</w:t>
      </w:r>
    </w:p>
    <w:p>
      <w:r>
        <w:rPr>
          <w:b/>
        </w:rPr>
        <w:t xml:space="preserve">[38:50] </w:t>
      </w:r>
      <w:r>
        <w:t>apne zehn ko phir se</w:t>
      </w:r>
    </w:p>
    <w:p>
      <w:pPr>
        <w:jc w:val="right"/>
      </w:pPr>
      <w:r>
        <w:t>اپنے ذہن کو پھر سے</w:t>
      </w:r>
    </w:p>
    <w:p>
      <w:r>
        <w:rPr>
          <w:b/>
        </w:rPr>
        <w:t xml:space="preserve">[38:54] </w:t>
      </w:r>
      <w:r>
        <w:t>sanwaren is ka</w:t>
      </w:r>
    </w:p>
    <w:p>
      <w:pPr>
        <w:jc w:val="right"/>
      </w:pPr>
      <w:r>
        <w:t>سنواریں اس کا</w:t>
      </w:r>
    </w:p>
    <w:p>
      <w:r>
        <w:rPr>
          <w:b/>
        </w:rPr>
        <w:t xml:space="preserve">[38:56] </w:t>
      </w:r>
      <w:r>
        <w:t>tab ja kar ke unhen</w:t>
      </w:r>
    </w:p>
    <w:p>
      <w:pPr>
        <w:jc w:val="right"/>
      </w:pPr>
      <w:r>
        <w:t>تب جا کر کے انہیں</w:t>
      </w:r>
    </w:p>
    <w:p>
      <w:r>
        <w:rPr>
          <w:b/>
        </w:rPr>
        <w:t xml:space="preserve">[38:59] </w:t>
      </w:r>
      <w:r>
        <w:t>yani un ke yaqeen mein izafa hoga un ke iman mein izafa hoga un ki marifat mein izafa</w:t>
      </w:r>
    </w:p>
    <w:p>
      <w:pPr>
        <w:jc w:val="right"/>
      </w:pPr>
      <w:r>
        <w:t>یعنی ان کے یقین میں اضافہ ہوگا ان کے ایمان میں اضافہ ہوگا ان کی معرفت میں اضافہ</w:t>
      </w:r>
    </w:p>
    <w:p>
      <w:r>
        <w:rPr>
          <w:b/>
        </w:rPr>
        <w:t xml:space="preserve">[39:06] </w:t>
      </w:r>
      <w:r>
        <w:t>hoga un ke andar insanon ke liye hamdardi paida hogi dawat ki rooh jaagi gi un ke andar</w:t>
      </w:r>
    </w:p>
    <w:p>
      <w:pPr>
        <w:jc w:val="right"/>
      </w:pPr>
      <w:r>
        <w:t>ہوگا ان کے اندر انسانوں کے لیے ہمدردی پیدا ہوگی دعوت کی روح جاگی گی ان کے اندر</w:t>
      </w:r>
    </w:p>
    <w:p>
      <w:r>
        <w:rPr>
          <w:b/>
        </w:rPr>
        <w:t xml:space="preserve">[39:13] </w:t>
      </w:r>
      <w:r>
        <w:t>aur wo ek naya hausla un ke andar paida hoga ke duniya mein Allah taala ne hamein sare</w:t>
      </w:r>
    </w:p>
    <w:p>
      <w:pPr>
        <w:jc w:val="right"/>
      </w:pPr>
      <w:r>
        <w:t>اور وہ ایک نیا حوصلہ ان کے اندر پیدا ہوگا کہ دنیا میں اللہ تعالیٰ نے ہمیں سارے</w:t>
      </w:r>
    </w:p>
    <w:p>
      <w:r>
        <w:rPr>
          <w:b/>
        </w:rPr>
        <w:t xml:space="preserve">[39:19] </w:t>
      </w:r>
      <w:r>
        <w:t>rastay khol diye hain</w:t>
      </w:r>
    </w:p>
    <w:p>
      <w:pPr>
        <w:jc w:val="right"/>
      </w:pPr>
      <w:r>
        <w:t>راستے کھول دیئے ہیں</w:t>
      </w:r>
    </w:p>
    <w:p>
      <w:r>
        <w:rPr>
          <w:b/>
        </w:rPr>
        <w:t xml:space="preserve">[39:21] </w:t>
      </w:r>
      <w:r>
        <w:t>hamein zarurat hi nahin ke hum kisi se nafrat karen</w:t>
      </w:r>
    </w:p>
    <w:p>
      <w:pPr>
        <w:jc w:val="right"/>
      </w:pPr>
      <w:r>
        <w:t>ہمیں ضرورت ہی نہیں کہ ہم کسی سے نفرت کریں</w:t>
      </w:r>
    </w:p>
    <w:p>
      <w:r>
        <w:rPr>
          <w:b/>
        </w:rPr>
        <w:t xml:space="preserve">[39:27] </w:t>
      </w:r>
      <w:r>
        <w:t>yeh saare raaste khule hue nazar aayenge phir in musalman yeh sochenge ke gun concentration band</w:t>
      </w:r>
    </w:p>
    <w:p>
      <w:pPr>
        <w:jc w:val="right"/>
      </w:pPr>
      <w:r>
        <w:t>یہ سارے راستے کھلے ہوئے نظر آئیں گے پھر ان مسلمان یہ سوچیں گے کہ گن کانسٹریشن بند</w:t>
      </w:r>
    </w:p>
    <w:p>
      <w:r>
        <w:rPr>
          <w:b/>
        </w:rPr>
        <w:t xml:space="preserve">[39:33] </w:t>
      </w:r>
      <w:r>
        <w:t>karo bombardment band karo khudkushi bombardment khatm karo yeh sab cheezon ko bilkul mukammal taur par khatm kar</w:t>
      </w:r>
    </w:p>
    <w:p>
      <w:pPr>
        <w:jc w:val="right"/>
      </w:pPr>
      <w:r>
        <w:t>کرو بمبارڈمنٹ بند کرو خودکشی بمبارڈمنٹ ختم کرو یہ سب چیزوں کو بالکل مکمل طور پر ختم کر</w:t>
      </w:r>
    </w:p>
    <w:p>
      <w:r>
        <w:rPr>
          <w:b/>
        </w:rPr>
        <w:t xml:space="preserve">[39:42] </w:t>
      </w:r>
      <w:r>
        <w:t>do ab to hamein marifat mein jeena hai Allah ke shukr mein jeena hai Allah ke paigham ko</w:t>
      </w:r>
    </w:p>
    <w:p>
      <w:pPr>
        <w:jc w:val="right"/>
      </w:pPr>
      <w:r>
        <w:t>دو اب تو ہمیں معرفت میں جینا ہے اللہ کے شکر میں جینا ہے اللہ کے پیغام کو</w:t>
      </w:r>
    </w:p>
    <w:p>
      <w:r>
        <w:rPr>
          <w:b/>
        </w:rPr>
        <w:t xml:space="preserve">[39:50] </w:t>
      </w:r>
      <w:r>
        <w:t>saari duniya tak pahunchana hai in cheezon mein jeene wale bano</w:t>
      </w:r>
    </w:p>
    <w:p>
      <w:pPr>
        <w:jc w:val="right"/>
      </w:pPr>
      <w:r>
        <w:t>ساری دنیا تک پہنچانا ہے ان چیزوں میں جینے والے بنو</w:t>
      </w:r>
    </w:p>
    <w:p>
      <w:r>
        <w:rPr>
          <w:b/>
        </w:rPr>
        <w:t xml:space="preserve">[39:57] </w:t>
      </w:r>
      <w:r>
        <w:t>aur jab aap in cheezon mein jeene wale banenge tab aap aisa hoga ke aap ke andar</w:t>
      </w:r>
    </w:p>
    <w:p>
      <w:pPr>
        <w:jc w:val="right"/>
      </w:pPr>
      <w:r>
        <w:t>اور جب آپ ان چیزوں میں جینے والے بنیں گے تب آپ ایسا ہوگا کہ آپ کے اندر</w:t>
      </w:r>
    </w:p>
    <w:p>
      <w:r>
        <w:rPr>
          <w:b/>
        </w:rPr>
        <w:t xml:space="preserve">[40:03] </w:t>
      </w:r>
      <w:r>
        <w:t>woh aap ka tazkiya hoga aap ke andar</w:t>
      </w:r>
    </w:p>
    <w:p>
      <w:pPr>
        <w:jc w:val="right"/>
      </w:pPr>
      <w:r>
        <w:t>وہ آپ کا تزکیہ ہوگا آپ کے اندر</w:t>
      </w:r>
    </w:p>
    <w:p>
      <w:r>
        <w:rPr>
          <w:b/>
        </w:rPr>
        <w:t xml:space="preserve">[40:06] </w:t>
      </w:r>
      <w:r>
        <w:t>woh shakhsiyat banegi jo jannat ke liye mustahiq karegi abhi to yeh yeh jo nafraton mein jeete hain jo log jo tashaddud mein jeete hain un ka yani woh is ke liye qabil hi nahi ke un ko</w:t>
      </w:r>
    </w:p>
    <w:p>
      <w:pPr>
        <w:jc w:val="right"/>
      </w:pPr>
      <w:r>
        <w:t>وہ شخصیت بنے گی جو جنت کے لیے مستحق کرے گی ابھی تو یہ یہ جو نفرتوں میں جیتے ہیں جو لوگ جو تشدد میں جیتے ہیں ان کا یعنی وہ اس کے لیے قابل ہی نہیں کہ ان کو</w:t>
      </w:r>
    </w:p>
    <w:p>
      <w:r>
        <w:rPr>
          <w:b/>
        </w:rPr>
        <w:t xml:space="preserve">[40:30] </w:t>
      </w:r>
      <w:r>
        <w:t>aakhirat ki rehmat mein hissa daar banne ke liye in ko in par ghaur kiya jaaye</w:t>
      </w:r>
    </w:p>
    <w:p>
      <w:pPr>
        <w:jc w:val="right"/>
      </w:pPr>
      <w:r>
        <w:t>آخرت کی رحمت میں حصہ دار بننے کے لیے ان کو ان پر غور کیا جائے</w:t>
      </w:r>
    </w:p>
    <w:p>
      <w:r>
        <w:rPr>
          <w:b/>
        </w:rPr>
        <w:t xml:space="preserve">[40:38] </w:t>
      </w:r>
      <w:r>
        <w:t>jo log nafraton mein jeete hon insaan se insaan ke khilaaf tashaddud jaari kiye hue hon jo gun</w:t>
      </w:r>
    </w:p>
    <w:p>
      <w:pPr>
        <w:jc w:val="right"/>
      </w:pPr>
      <w:r>
        <w:t>جو لوگ نفرتوں میں جیتے ہوں انسان سے انسان کے خلاف تشدد جاری کیے ہوئے ہوں جو گن</w:t>
      </w:r>
    </w:p>
    <w:p>
      <w:r>
        <w:rPr>
          <w:b/>
        </w:rPr>
        <w:t xml:space="preserve">[40:45] </w:t>
      </w:r>
      <w:r>
        <w:t>chal kar gun ka bomb ka chalaye hue hon insaan ke khilaaf</w:t>
      </w:r>
    </w:p>
    <w:p>
      <w:pPr>
        <w:jc w:val="right"/>
      </w:pPr>
      <w:r>
        <w:t>چل کر گن کا بم کا چلائے ہوئے ہوں انسان کے خلاف</w:t>
      </w:r>
    </w:p>
    <w:p>
      <w:r>
        <w:rPr>
          <w:b/>
        </w:rPr>
        <w:t xml:space="preserve">[40:51] </w:t>
      </w:r>
      <w:r>
        <w:t>to woh to zer ghaur hi aane wale nahi hain</w:t>
      </w:r>
    </w:p>
    <w:p>
      <w:pPr>
        <w:jc w:val="right"/>
      </w:pPr>
      <w:r>
        <w:t>تو وہ تو زیر غور ہی آنے والے نہیں ہیں</w:t>
      </w:r>
    </w:p>
    <w:p>
      <w:r>
        <w:rPr>
          <w:b/>
        </w:rPr>
        <w:t xml:space="preserve">[40:55] </w:t>
      </w:r>
      <w:r>
        <w:t>woh to zer ghaur hi aane wale nahi hain is liye ke dekhen Quran mein jannat ke bare</w:t>
      </w:r>
    </w:p>
    <w:p>
      <w:pPr>
        <w:jc w:val="right"/>
      </w:pPr>
      <w:r>
        <w:t>وہ تو زیر غور ہی آنے والے نہیں ہیں اس لیے کہ دیکھیں قرآن میں جنت کے بارے</w:t>
      </w:r>
    </w:p>
    <w:p>
      <w:r>
        <w:rPr>
          <w:b/>
        </w:rPr>
        <w:t xml:space="preserve">[41:00] </w:t>
      </w:r>
      <w:r>
        <w:t>mein hai ke illa man Allah</w:t>
      </w:r>
    </w:p>
    <w:p>
      <w:pPr>
        <w:jc w:val="right"/>
      </w:pPr>
      <w:r>
        <w:t>میں ہے کہ الا من اللہ</w:t>
      </w:r>
    </w:p>
    <w:p>
      <w:r>
        <w:rPr>
          <w:b/>
        </w:rPr>
        <w:t xml:space="preserve">[41:08] </w:t>
      </w:r>
      <w:r>
        <w:t>allah yani jannat mein sirf woh log dakhil honge jo musbat zehniyat ke sath Allah ke haan pohanchen sahib us sadr ka matlab hota hai musbat zehniyat to musalmanon mein to musbat zehniyat jaise maujood hi nahi hai musbat soch ka wajood hi nahi koi</w:t>
      </w:r>
    </w:p>
    <w:p>
      <w:pPr>
        <w:jc w:val="right"/>
      </w:pPr>
      <w:r>
        <w:t>اللہ یعنی جنت میں صرف وہ لوگ داخل ہوں گے جو مثبت ذہنیت کے ساتھ اللہ کے ہاں پہنچیں مثبت ذہنیت صاحب الصدر کا مطلب ہوتا ہے مثبت ذہنیت تو مسلمانوں میں تو مثبت ذہنیت جیسے موجود ہی نہیں ہے مثبت سوچ کا وجود ہی نہیں کوئی</w:t>
      </w:r>
    </w:p>
    <w:p>
      <w:r>
        <w:rPr>
          <w:b/>
        </w:rPr>
        <w:t xml:space="preserve">[41:35] </w:t>
      </w:r>
      <w:r>
        <w:t>to sab se bari khair khwahi musalmanon ki yeh hai ke un ke un ke is soch ko badla jaye un ki is soch ko badla jaye</w:t>
      </w:r>
    </w:p>
    <w:p>
      <w:pPr>
        <w:jc w:val="right"/>
      </w:pPr>
      <w:r>
        <w:t>تو سب سے بڑی خیر خواہی مسلمانوں کی یہ ہے کہ ان کے ان کے اس سوچ کو بدلا جائے ان کی اس سوچ کو بدلا جائے</w:t>
      </w:r>
    </w:p>
    <w:p>
      <w:r>
        <w:rPr>
          <w:b/>
        </w:rPr>
        <w:t xml:space="preserve">[41:50] </w:t>
      </w:r>
      <w:r>
        <w:t>yaani yeh hai aaghaz jab tak aap logon ke zehen ko nahi badlenge koi bhi duniya mein</w:t>
      </w:r>
    </w:p>
    <w:p>
      <w:pPr>
        <w:jc w:val="right"/>
      </w:pPr>
      <w:r>
        <w:t>یعنی یہ ہے آغاز جب تک آپ لوگوں کے ذہن کو نہیں بدلیں گے کوئی بھی دنیا میں</w:t>
      </w:r>
    </w:p>
    <w:p>
      <w:r>
        <w:rPr>
          <w:b/>
        </w:rPr>
        <w:t xml:space="preserve">[41:58] </w:t>
      </w:r>
      <w:r>
        <w:t>tabdeeli aane wala nahi hai aap jante hain ke aaj kal musalmanon mein beshumar tehreekein chal rahi</w:t>
      </w:r>
    </w:p>
    <w:p>
      <w:pPr>
        <w:jc w:val="right"/>
      </w:pPr>
      <w:r>
        <w:t>تبدیلی آنے والا نہیں ہے آپ جانتے ہیں کہ آج کل مسلمانوں میں بے شمار تحریکیں چل رہی</w:t>
      </w:r>
    </w:p>
    <w:p>
      <w:r>
        <w:rPr>
          <w:b/>
        </w:rPr>
        <w:t xml:space="preserve">[42:03] </w:t>
      </w:r>
      <w:r>
        <w:t>hain abhi aaj ke akhbar mein hai ke</w:t>
      </w:r>
    </w:p>
    <w:p>
      <w:pPr>
        <w:jc w:val="right"/>
      </w:pPr>
      <w:r>
        <w:t>ہیں ابھی آج کے اخبار میں ہے کہ</w:t>
      </w:r>
    </w:p>
    <w:p>
      <w:r>
        <w:rPr>
          <w:b/>
        </w:rPr>
        <w:t xml:space="preserve">[42:08] </w:t>
      </w:r>
      <w:r>
        <w:t>arab amarat mein 85</w:t>
      </w:r>
    </w:p>
    <w:p>
      <w:pPr>
        <w:jc w:val="right"/>
      </w:pPr>
      <w:r>
        <w:t>عرب امارات میں 85</w:t>
      </w:r>
    </w:p>
    <w:p>
      <w:r>
        <w:rPr>
          <w:b/>
        </w:rPr>
        <w:t xml:space="preserve">[42:13] </w:t>
      </w:r>
      <w:r>
        <w:t>tanzeemon ko militant qarar de kar un ko pabandi lagai gayi hai yaani 85 to sirf militant tanzeemein</w:t>
      </w:r>
    </w:p>
    <w:p>
      <w:pPr>
        <w:jc w:val="right"/>
      </w:pPr>
      <w:r>
        <w:t>تنظیموں کو ملٹنٹ قرار دے کر ان کو پابندی لگائی گئی ہے یعنی 85 تو صرف ملٹنٹ تنظیمیں</w:t>
      </w:r>
    </w:p>
    <w:p>
      <w:r>
        <w:rPr>
          <w:b/>
        </w:rPr>
        <w:t xml:space="preserve">[42:20] </w:t>
      </w:r>
      <w:r>
        <w:t>hain aur 85 hazar doosri tanzeemein hain is se bhi zyada</w:t>
      </w:r>
    </w:p>
    <w:p>
      <w:pPr>
        <w:jc w:val="right"/>
      </w:pPr>
      <w:r>
        <w:t>ہیں اور 85 ہزار دوسری تنظیمیں ہیں اس سے بھی زیادہ</w:t>
      </w:r>
    </w:p>
    <w:p>
      <w:r>
        <w:rPr>
          <w:b/>
        </w:rPr>
        <w:t xml:space="preserve">[42:27] </w:t>
      </w:r>
      <w:r>
        <w:t>beshumar tanzeemein hain beshumar jamaatein hain lekin sab kahin na kahin manfi hain</w:t>
      </w:r>
    </w:p>
    <w:p>
      <w:pPr>
        <w:jc w:val="right"/>
      </w:pPr>
      <w:r>
        <w:t>بے شمار تنظیمیں ہیں بے شمار جماعتیں ہیں لیکن سب کہیں نہ کہیں منفی ہیں</w:t>
      </w:r>
    </w:p>
    <w:p>
      <w:r>
        <w:rPr>
          <w:b/>
        </w:rPr>
        <w:t xml:space="preserve">[42:36] </w:t>
      </w:r>
      <w:r>
        <w:t>un ko in ka aap tajziya kijiye in ki scrutiny kijiye to kuch barah e raast taur par manfi</w:t>
      </w:r>
    </w:p>
    <w:p>
      <w:pPr>
        <w:jc w:val="right"/>
      </w:pPr>
      <w:r>
        <w:t>ان کو ان کا آپ تجزیہ کیجئے ان کی اسکروٹنی کیجئے تو کچھ براہ راست طور پر منفی</w:t>
      </w:r>
    </w:p>
    <w:p>
      <w:r>
        <w:rPr>
          <w:b/>
        </w:rPr>
        <w:t xml:space="preserve">[42:43] </w:t>
      </w:r>
      <w:r>
        <w:t>hain kuch bilawasta taur par manfi hain</w:t>
      </w:r>
    </w:p>
    <w:p>
      <w:pPr>
        <w:jc w:val="right"/>
      </w:pPr>
      <w:r>
        <w:t>ہیں کچھ بالواسطہ طور پر منفی ہیں</w:t>
      </w:r>
    </w:p>
    <w:p>
      <w:r>
        <w:rPr>
          <w:b/>
        </w:rPr>
        <w:t xml:space="preserve">[42:46] </w:t>
      </w:r>
      <w:r>
        <w:t>kuch khule taur par militant hain kuch khamoshi se militant hain</w:t>
      </w:r>
    </w:p>
    <w:p>
      <w:pPr>
        <w:jc w:val="right"/>
      </w:pPr>
      <w:r>
        <w:t>کچھ کھلے طور پر ملٹنٹ ہیں کچھ خاموشی سے ملٹنٹ ہیں</w:t>
      </w:r>
    </w:p>
    <w:p>
      <w:r>
        <w:rPr>
          <w:b/>
        </w:rPr>
        <w:t xml:space="preserve">[42:53] </w:t>
      </w:r>
      <w:r>
        <w:t>sab ka haal yahi hai</w:t>
      </w:r>
    </w:p>
    <w:p>
      <w:pPr>
        <w:jc w:val="right"/>
      </w:pPr>
      <w:r>
        <w:t>سب کا حال یہی ہے</w:t>
      </w:r>
    </w:p>
    <w:p>
      <w:r>
        <w:rPr>
          <w:b/>
        </w:rPr>
        <w:t xml:space="preserve">[42:55] </w:t>
      </w:r>
      <w:r>
        <w:t>aur woh jo hai sahib al sadr insaan kahin dikhai nahi deta</w:t>
      </w:r>
    </w:p>
    <w:p>
      <w:pPr>
        <w:jc w:val="right"/>
      </w:pPr>
      <w:r>
        <w:t>اور وہ جو ہے صاحب الصدر انسان کہیں دکھائی نہیں دیتا</w:t>
      </w:r>
    </w:p>
    <w:p>
      <w:r>
        <w:rPr>
          <w:b/>
        </w:rPr>
        <w:t xml:space="preserve">[42:59] </w:t>
      </w:r>
      <w:r>
        <w:t>illa man Allah</w:t>
      </w:r>
    </w:p>
    <w:p>
      <w:pPr>
        <w:jc w:val="right"/>
      </w:pPr>
      <w:r>
        <w:t>الا من اللہ</w:t>
      </w:r>
    </w:p>
    <w:p>
      <w:r>
        <w:rPr>
          <w:b/>
        </w:rPr>
        <w:t xml:space="preserve">[43:02] </w:t>
      </w:r>
      <w:r>
        <w:t>yani sahib al-sadr insan</w:t>
      </w:r>
    </w:p>
    <w:p>
      <w:pPr>
        <w:jc w:val="right"/>
      </w:pPr>
      <w:r>
        <w:t>یعنی صاحب الصدر انسان</w:t>
      </w:r>
    </w:p>
    <w:p>
      <w:r>
        <w:rPr>
          <w:b/>
        </w:rPr>
        <w:t xml:space="preserve">[43:06] </w:t>
      </w:r>
      <w:r>
        <w:t>musbat zehniaat wala insan woh kahin dikhai nahi deta</w:t>
      </w:r>
    </w:p>
    <w:p>
      <w:pPr>
        <w:jc w:val="right"/>
      </w:pPr>
      <w:r>
        <w:t>مثبت ذہنیت والا انسان وہ کہیں دکھائی نہیں دیتا</w:t>
      </w:r>
    </w:p>
    <w:p>
      <w:r>
        <w:rPr>
          <w:b/>
        </w:rPr>
        <w:t xml:space="preserve">[43:13] </w:t>
      </w:r>
      <w:r>
        <w:t>hata ke quran ke halke beshumar quran ke halke qaim hain lekin wahan bhi quran wala insan nahi banta</w:t>
      </w:r>
    </w:p>
    <w:p>
      <w:pPr>
        <w:jc w:val="right"/>
      </w:pPr>
      <w:r>
        <w:t>حتیٰ کہ قرآن کے حلقے بے شمار قرآن کے حلقے قائم ہیں لیکن وہاں بھی قرآن والا انسان نہیں بنتا</w:t>
      </w:r>
    </w:p>
    <w:p>
      <w:r>
        <w:rPr>
          <w:b/>
        </w:rPr>
        <w:t xml:space="preserve">[43:22] </w:t>
      </w:r>
      <w:r>
        <w:t>ek kitab moti si hai ek sahib ne likhi thi bohat pehle the 'mind' Quran banata hai yani Quran woh zehan jo Quran banata hai the 'mind' Quran banata hai is ko maine parha to is mein bhi uljhan hi uljhan hai kuch samajhte hain kya chahte hain batana woh</w:t>
      </w:r>
    </w:p>
    <w:p>
      <w:pPr>
        <w:jc w:val="right"/>
      </w:pPr>
      <w:r>
        <w:t>ایک کتاب موٹی سی ہے ایک صاحب نے لکھی تھی بہت پہلے دا ذہن القرآن بناتا ہے یعنی قرآن وہ ذہن جو قرآن بناتا ہے دا ذہن القرآن بناتا ہے اس کو میں نے پڑھا تو اس میں بھی الجھن ہی الجھن ہے کچھ سمجھتے ہیں کیا چاہتے ہیں بتانا وہ</w:t>
      </w:r>
    </w:p>
    <w:p>
      <w:r>
        <w:rPr>
          <w:b/>
        </w:rPr>
        <w:t xml:space="preserve">[43:47] </w:t>
      </w:r>
      <w:r>
        <w:t>to sab se sab baaton ka khulasa yahi hai ke musalmanon ki manfi soch ko khatm kiya jaye</w:t>
      </w:r>
    </w:p>
    <w:p>
      <w:pPr>
        <w:jc w:val="right"/>
      </w:pPr>
      <w:r>
        <w:t>تو سب سے سب باتوں کا خلاصہ یہی ہے کہ مسلمانوں کی منفی سوچ کو ختم کیا جائے</w:t>
      </w:r>
    </w:p>
    <w:p>
      <w:r>
        <w:rPr>
          <w:b/>
        </w:rPr>
        <w:t xml:space="preserve">[43:54] </w:t>
      </w:r>
      <w:r>
        <w:t>aur un ke andar musbat soch dilai jaye aur un ko bataya jaye ke maghrib tumhara dushman nahi</w:t>
      </w:r>
    </w:p>
    <w:p>
      <w:pPr>
        <w:jc w:val="right"/>
      </w:pPr>
      <w:r>
        <w:t>اور ان کے اندر مثبت سوچ دلائی جائے اور ان کو بتایا جائے کہ مغرب تمہارا دشمن نہیں</w:t>
      </w:r>
    </w:p>
    <w:p>
      <w:r>
        <w:rPr>
          <w:b/>
        </w:rPr>
        <w:t xml:space="preserve">[43:59] </w:t>
      </w:r>
      <w:r>
        <w:t>hai balke maghrib to tumhara faida mand hai</w:t>
      </w:r>
    </w:p>
    <w:p>
      <w:pPr>
        <w:jc w:val="right"/>
      </w:pPr>
      <w:r>
        <w:t>ہے بلکہ مغرب تو تمہارا فائدہ مند ہے</w:t>
      </w:r>
    </w:p>
    <w:p>
      <w:r>
        <w:rPr>
          <w:b/>
        </w:rPr>
        <w:t xml:space="preserve">[44:06] </w:t>
      </w:r>
      <w:r>
        <w:t>meri dua hai ke Allah taala mujh ko aur aap ko tofeeq de ke hum baaton ko sahi</w:t>
      </w:r>
    </w:p>
    <w:p>
      <w:pPr>
        <w:jc w:val="right"/>
      </w:pPr>
      <w:r>
        <w:t>میری دعا ہے کہ اللہ تعالیٰ مجھ کو اور آپ کو توفیق دے کہ ہم باتوں کو صحیح</w:t>
      </w:r>
    </w:p>
    <w:p>
      <w:r>
        <w:rPr>
          <w:b/>
        </w:rPr>
        <w:t xml:space="preserve">[44:13] </w:t>
      </w:r>
      <w:r>
        <w:t>dhang se samjhein</w:t>
      </w:r>
    </w:p>
    <w:p>
      <w:pPr>
        <w:jc w:val="right"/>
      </w:pPr>
      <w:r>
        <w:t>ڈھنگ سے سمجھیں</w:t>
      </w:r>
    </w:p>
    <w:p>
      <w:r>
        <w:rPr>
          <w:b/>
        </w:rPr>
        <w:t xml:space="preserve">[44:15] </w:t>
      </w:r>
      <w:r>
        <w:t>aur Allah ki sirat-e-mustaqeem par chalne wale banein taake humein dunya mein Allah ki nasratein hasil hon</w:t>
      </w:r>
    </w:p>
    <w:p>
      <w:pPr>
        <w:jc w:val="right"/>
      </w:pPr>
      <w:r>
        <w:t>اور اللہ کی صراط مستقیم پر چلنے والے بنیں تاکہ ہمیں دنیا میں اللہ کی نصرتیں حاصل ہوں</w:t>
      </w:r>
    </w:p>
    <w:p>
      <w:r>
        <w:rPr>
          <w:b/>
        </w:rPr>
        <w:t xml:space="preserve">[44:27] </w:t>
      </w:r>
      <w:r>
        <w:t>aur maut ke baad humein Allah ki rehmat aur maghfirat hasil ho aur</w:t>
      </w:r>
    </w:p>
    <w:p>
      <w:pPr>
        <w:jc w:val="right"/>
      </w:pPr>
      <w:r>
        <w:t>اور موت کے بعد ہمیں اللہ کی رحمت اور مغفرت حاصل ہو اور</w:t>
      </w:r>
    </w:p>
    <w:p>
      <w:r>
        <w:rPr>
          <w:b/>
        </w:rPr>
        <w:t xml:space="preserve">[44:33] </w:t>
      </w:r>
      <w:r>
        <w:t>hamare liye Allah jannat mein dakhle ka faisla farmaye yahi meri dua hai apne liye aap ke liye aur doosre log jo is bahar hain dunya bhar mein sab ke liye yahi meri dua hai aur illa</w:t>
      </w:r>
    </w:p>
    <w:p>
      <w:pPr>
        <w:jc w:val="right"/>
      </w:pPr>
      <w:r>
        <w:t>ہمارے لیے اللہ جنت میں داخلے کا فیصلہ فرمائے یہی میری دعا ہے اپنے لیے آپ کے لیے اور دوسرے لوگ جو اس باہر ہیں دنیا بھر میں سب کے لیے یہی میری دعا ہے اور الا</w:t>
      </w:r>
    </w:p>
    <w:p>
      <w:r>
        <w:rPr>
          <w:b/>
        </w:rPr>
        <w:t xml:space="preserve">[45:01] </w:t>
      </w:r>
      <w:r>
        <w:t>apne liye bhi main chahta hoon aur aap ke liye bhi ke maut tak hum is par qaim</w:t>
      </w:r>
    </w:p>
    <w:p>
      <w:pPr>
        <w:jc w:val="right"/>
      </w:pPr>
      <w:r>
        <w:t>اپنے لیے بھی میں چاہتا ہوں اور آپ کے لیے بھی کہ موت تک ہم اس پر قائم</w:t>
      </w:r>
    </w:p>
    <w:p>
      <w:r>
        <w:rPr>
          <w:b/>
        </w:rPr>
        <w:t xml:space="preserve">[45:07] </w:t>
      </w:r>
      <w:r>
        <w:t>rahein aur maut ka farishta jab aaye to hum ko</w:t>
      </w:r>
    </w:p>
    <w:p>
      <w:pPr>
        <w:jc w:val="right"/>
      </w:pPr>
      <w:r>
        <w:t>رہیں اور موت کا فرشتہ جب آئے تو ہم کو</w:t>
      </w:r>
    </w:p>
    <w:p>
      <w:r>
        <w:rPr>
          <w:b/>
        </w:rPr>
        <w:t xml:space="preserve">[45:12] </w:t>
      </w:r>
      <w:r>
        <w:t>isi halat par paaye</w:t>
      </w:r>
    </w:p>
    <w:p>
      <w:pPr>
        <w:jc w:val="right"/>
      </w:pPr>
      <w:r>
        <w:t>اسی حالت پر پائے</w:t>
      </w:r>
    </w:p>
    <w:p>
      <w:r>
        <w:rPr>
          <w:b/>
        </w:rPr>
        <w:t xml:space="preserve">[45:15] </w:t>
      </w:r>
      <w:r>
        <w:t>to Allah taala</w:t>
      </w:r>
    </w:p>
    <w:p>
      <w:pPr>
        <w:jc w:val="right"/>
      </w:pPr>
      <w:r>
        <w:t>تو اللہ تعالیٰ</w:t>
      </w:r>
    </w:p>
    <w:p>
      <w:r>
        <w:rPr>
          <w:b/>
        </w:rPr>
        <w:t xml:space="preserve">[45:18] </w:t>
      </w:r>
      <w:r>
        <w:t>mere liye Allah taala meri dua ko mere haq mein aur aap ke haq mein qabool farmaye</w:t>
      </w:r>
    </w:p>
    <w:p>
      <w:pPr>
        <w:jc w:val="right"/>
      </w:pPr>
      <w:r>
        <w:t>میرے لیے اللہ تعالیٰ میری دعا کو میرے حق میں اور آپ کے حق میں قبول فرمائے</w:t>
      </w:r>
    </w:p>
    <w:p>
      <w:r>
        <w:rPr>
          <w:b/>
        </w:rPr>
        <w:t xml:space="preserve">[45:27] </w:t>
      </w:r>
      <w:r>
        <w:t>yahi sab se bari dua hai jo humein subah shaam karna chahiye</w:t>
      </w:r>
    </w:p>
    <w:p>
      <w:pPr>
        <w:jc w:val="right"/>
      </w:pPr>
      <w:r>
        <w:t>یہی سب سے بڑی دعا ہے جو ہمیں صبح شام کرنا چاہیے</w:t>
      </w:r>
    </w:p>
    <w:p>
      <w:r>
        <w:rPr>
          <w:b/>
        </w:rPr>
        <w:t xml:space="preserve">[45:36] </w:t>
      </w:r>
      <w:r>
        <w:t>hamari duaon ka yani Khuda hamein kothi de Khuda hamein car de Khuda hamein hamare bant bohat zyada ho jaye yeh sab dua ka item nahi hai yeh sab dua ka item nahi hai dua ka item hai ihdina sirat al mustaqeem yeh hai dua ka item jo hum rozana surah fateha mein padhte hain</w:t>
      </w:r>
    </w:p>
    <w:p>
      <w:pPr>
        <w:jc w:val="right"/>
      </w:pPr>
      <w:r>
        <w:t>ہماری دعاؤں کا یعنی خدا ہمیں کوٹھی دے خدا ہمیں کار دے خدا ہمیں ہمارے بنت بہت زیادہ ہو جائے یہ سب دعا کا آئٹم نہیں ہے یہ سب دعا کا آئٹم نہیں ہے دعا کا آئٹم ہے اہدنا الصراط المستقیم یہ ہے دعا کا آئٹم جو ہم روزانہ سورہ فاتحہ میں پڑھتے ہیں</w:t>
      </w:r>
    </w:p>
    <w:p>
      <w:r>
        <w:rPr>
          <w:b/>
        </w:rPr>
        <w:t xml:space="preserve">[46:01] </w:t>
      </w:r>
      <w:r>
        <w:t>ae Allah hum ko woh rasta dikha jo teri pasand ka rasta hai aur jo seedha jannat tak jata hai</w:t>
      </w:r>
    </w:p>
    <w:p>
      <w:pPr>
        <w:jc w:val="right"/>
      </w:pPr>
      <w:r>
        <w:t>اے اللہ ہم کو وہ راستہ دکھا جو تیری پسند کا راستہ ہے اور جو سیدھا جنت تک جاتا ہے</w:t>
      </w:r>
    </w:p>
    <w:p>
      <w:r>
        <w:rPr>
          <w:b/>
        </w:rPr>
        <w:t xml:space="preserve">[46:12] </w:t>
      </w:r>
      <w:r>
        <w:t>yeh hai dua ka asal item ke hum sirat-e-mustaqeem ki dua karein Allah taala se</w:t>
      </w:r>
    </w:p>
    <w:p>
      <w:pPr>
        <w:jc w:val="right"/>
      </w:pPr>
      <w:r>
        <w:t>یہ ہے دعا کا اصل آئٹم کہ ہم صراط مستقیم کی دعا کریں اللہ تعالیٰ سے</w:t>
      </w:r>
    </w:p>
    <w:p>
      <w:r>
        <w:rPr>
          <w:b/>
        </w:rPr>
        <w:t xml:space="preserve">[46:20] </w:t>
      </w:r>
      <w:r>
        <w:t>to Allah taala mujhe aur aap ko tofeeq de ke hum sachi dua karna seekhein</w:t>
      </w:r>
    </w:p>
    <w:p>
      <w:pPr>
        <w:jc w:val="right"/>
      </w:pPr>
      <w:r>
        <w:t>تو اللہ تعالیٰ مجھے اور آپ کو توفیق دے کہ ہم سچی دعا کرنا سیکھیں</w:t>
      </w:r>
    </w:p>
    <w:p>
      <w:r>
        <w:rPr>
          <w:b/>
        </w:rPr>
        <w:t xml:space="preserve">[46:26] </w:t>
      </w:r>
      <w:r>
        <w:t>aur Allah ki rehmaton mein</w:t>
      </w:r>
    </w:p>
    <w:p>
      <w:pPr>
        <w:jc w:val="right"/>
      </w:pPr>
      <w:r>
        <w:t>اور اللہ کی رحمتوں میں</w:t>
      </w:r>
    </w:p>
    <w:p>
      <w:r>
        <w:rPr>
          <w:b/>
        </w:rPr>
        <w:t xml:space="preserve">[46:30] </w:t>
      </w:r>
      <w:r>
        <w:t>humein Allah apni rehmaton mein hissa daar banaye</w:t>
      </w:r>
    </w:p>
    <w:p>
      <w:pPr>
        <w:jc w:val="right"/>
      </w:pPr>
      <w:r>
        <w:t>ہمیں اللہ اپنی رحمتوں میں حصہ دار بنائے</w:t>
      </w:r>
    </w:p>
    <w:p>
      <w:r>
        <w:rPr>
          <w:b/>
        </w:rPr>
        <w:t xml:space="preserve">[46:37] </w:t>
      </w:r>
      <w:r>
        <w:t>qaulihaza wastaghfirullaha li walakum ajmaeen ek program tha punjabi university patiala to wahan par ek department hai department</w:t>
      </w:r>
    </w:p>
    <w:p>
      <w:pPr>
        <w:jc w:val="right"/>
      </w:pPr>
      <w:r>
        <w:t>قولیھذا واستغفراللہ لی ولکم اجمعین ایک پروگرام تھا پنجابی یونیورسٹی پٹیالہ تو وہاں پر ایک ڈیپارٹمنٹ ہے ڈیپارٹمنٹ</w:t>
      </w:r>
    </w:p>
    <w:p>
      <w:r>
        <w:rPr>
          <w:b/>
        </w:rPr>
        <w:t xml:space="preserve">[46:49] </w:t>
      </w:r>
      <w:r>
        <w:t>of religious studies to yeh bohat bara department hai is mein har religion is mein jo major world</w:t>
      </w:r>
    </w:p>
    <w:p>
      <w:pPr>
        <w:jc w:val="right"/>
      </w:pPr>
      <w:r>
        <w:t>آف ریلیجس اسٹڈیز تو یہ بہت بڑا ڈیپارٹمنٹ ہے اس میں ہر ریلیجن اس میں جو میجر ورلڈ</w:t>
      </w:r>
    </w:p>
    <w:p>
      <w:r>
        <w:rPr>
          <w:b/>
        </w:rPr>
        <w:t xml:space="preserve">[46:56] </w:t>
      </w:r>
      <w:r>
        <w:t>religions hain is ko parhaya</w:t>
      </w:r>
    </w:p>
    <w:p>
      <w:pPr>
        <w:jc w:val="right"/>
      </w:pPr>
      <w:r>
        <w:t>ریلیجنز ہیں اس کو پڑھایا</w:t>
      </w:r>
    </w:p>
    <w:p>
      <w:r>
        <w:rPr>
          <w:b/>
        </w:rPr>
        <w:t xml:space="preserve">[46:57] </w:t>
      </w:r>
      <w:r>
        <w:t>jata hai to unhon ne jab mujhe bulaya key note address ke liye to mujhe samajh mein nahi</w:t>
      </w:r>
    </w:p>
    <w:p>
      <w:pPr>
        <w:jc w:val="right"/>
      </w:pPr>
      <w:r>
        <w:t>جاتا ہے تو انہوں نے جب مجھے بلایا کی نوٹ ایڈریس کے لیے تو مجھے سمجھ میں نہیں</w:t>
      </w:r>
    </w:p>
    <w:p>
      <w:r>
        <w:rPr>
          <w:b/>
        </w:rPr>
        <w:t xml:space="preserve">[47:03] </w:t>
      </w:r>
      <w:r>
        <w:t>aaya key note address kya karna hai kaise karna hai beharhal main ne tayari waghera kar ke chali</w:t>
      </w:r>
    </w:p>
    <w:p>
      <w:pPr>
        <w:jc w:val="right"/>
      </w:pPr>
      <w:r>
        <w:t>آیا کی نوٹ ایڈریس کیا کرنا ہے کیسے کرنا ہے بہرحال میں نے تیاری وغیرہ کر کے چلی</w:t>
      </w:r>
    </w:p>
    <w:p>
      <w:r>
        <w:rPr>
          <w:b/>
        </w:rPr>
        <w:t xml:space="preserve">[47:08] </w:t>
      </w:r>
      <w:r>
        <w:t>gayi aur chounke kabhi bhi aisi aise logon se jahan matlab aksariyat sardaron ki thi to aisa contact</w:t>
      </w:r>
    </w:p>
    <w:p>
      <w:pPr>
        <w:jc w:val="right"/>
      </w:pPr>
      <w:r>
        <w:t>گئی اور چونکہ کبھی بھی ایسی ایسے لوگوں سے جہاں مطلب اکثریت سرداروں کی تھی تو ایسا کانٹیکٹ</w:t>
      </w:r>
    </w:p>
    <w:p>
      <w:r>
        <w:rPr>
          <w:b/>
        </w:rPr>
        <w:t xml:space="preserve">[47:16] </w:t>
      </w:r>
      <w:r>
        <w:t>mein aisa nahi hua tha mujhe samajh mein nahi aa raha tha lekin jab wahan gaye aur to</w:t>
      </w:r>
    </w:p>
    <w:p>
      <w:pPr>
        <w:jc w:val="right"/>
      </w:pPr>
      <w:r>
        <w:t>میں ایسا نہیں ہوا تھا مجھے سمجھ میں نہیں آ رہا تھا لیکن جب وہاں گئے اور تو</w:t>
      </w:r>
    </w:p>
    <w:p>
      <w:r>
        <w:rPr>
          <w:b/>
        </w:rPr>
        <w:t xml:space="preserve">[47:23] </w:t>
      </w:r>
      <w:r>
        <w:t>wahan ek to university bohat bari hai wahan ki hamare jamea mein saat aath so teachers hain wahan</w:t>
      </w:r>
    </w:p>
    <w:p>
      <w:pPr>
        <w:jc w:val="right"/>
      </w:pPr>
      <w:r>
        <w:t>وہاں ایک تو یونیورسٹی بہت بڑی ہے وہاں کی ہمارے جامعہ میں سات آٹھ سو ٹیچرز ہیں وہاں</w:t>
      </w:r>
    </w:p>
    <w:p>
      <w:r>
        <w:rPr>
          <w:b/>
        </w:rPr>
        <w:t xml:space="preserve">[47:30] </w:t>
      </w:r>
      <w:r>
        <w:t>ki university mein teen hazar teachers hain to bohat bari university bohat hi green clean aur bohat hi</w:t>
      </w:r>
    </w:p>
    <w:p>
      <w:pPr>
        <w:jc w:val="right"/>
      </w:pPr>
      <w:r>
        <w:t>کی یونیورسٹی میں تین ہزار ٹیچرز ہیں تو بہت بڑی یونیورسٹی بہت ہی گرین کلین اور بہت ہی</w:t>
      </w:r>
    </w:p>
    <w:p>
      <w:r>
        <w:rPr>
          <w:b/>
        </w:rPr>
        <w:t xml:space="preserve">[47:38] </w:t>
      </w:r>
      <w:r>
        <w:t>khoobsurat wahan ke jo teachers ke residential quarters hain wo bohat</w:t>
      </w:r>
    </w:p>
    <w:p>
      <w:pPr>
        <w:jc w:val="right"/>
      </w:pPr>
      <w:r>
        <w:t>خوبصورت وہاں کے جو ٹیچرز کے ریزیڈینشل کوارٹرز ہیں وہ بہت</w:t>
      </w:r>
    </w:p>
    <w:p>
      <w:r>
        <w:rPr>
          <w:b/>
        </w:rPr>
        <w:t xml:space="preserve">[47:43] </w:t>
      </w:r>
      <w:r>
        <w:t>bade bade matlab bohat acha mahol hai parhai ka aur sara din</w:t>
      </w:r>
    </w:p>
    <w:p>
      <w:pPr>
        <w:jc w:val="right"/>
      </w:pPr>
      <w:r>
        <w:t>بڑے بڑے مطلب بہت اچھا ماحول ہے پڑھائی کا اور سارا دن</w:t>
      </w:r>
    </w:p>
    <w:p>
      <w:r>
        <w:rPr>
          <w:b/>
        </w:rPr>
        <w:t xml:space="preserve">[47:49] </w:t>
      </w:r>
      <w:r>
        <w:t>shaam mein bhi classes hoti rehti hain lagta hai ke kisi university mein hum aa gaye hain kisi to</w:t>
      </w:r>
    </w:p>
    <w:p>
      <w:pPr>
        <w:jc w:val="right"/>
      </w:pPr>
      <w:r>
        <w:t>شام میں بھی کلاسز ہوتی رہتی ہیں لگتا ہے کہ کسی یونیورسٹی میں ہم آگئے ہیں کسی تو</w:t>
      </w:r>
    </w:p>
    <w:p>
      <w:r>
        <w:rPr>
          <w:b/>
        </w:rPr>
        <w:t xml:space="preserve">[47:55] </w:t>
      </w:r>
      <w:r>
        <w:t>wo wahan sab theek tha is ke baad hum ne hum apne sath bohat sare wo taqreeban char</w:t>
      </w:r>
    </w:p>
    <w:p>
      <w:pPr>
        <w:jc w:val="right"/>
      </w:pPr>
      <w:r>
        <w:t>وہ وہاں سب ٹھیک تھا اس کے بعد ہم نے ہم اپنے ساتھ بہت سارے وہ تقریباً چار</w:t>
      </w:r>
    </w:p>
    <w:p>
      <w:r>
        <w:rPr>
          <w:b/>
        </w:rPr>
        <w:t xml:space="preserve">[48:04] </w:t>
      </w:r>
      <w:r>
        <w:t>char paanch packet packet nahi balkay poora carton char paanch carton quran ke aur kitabon ke le gaye</w:t>
      </w:r>
    </w:p>
    <w:p>
      <w:pPr>
        <w:jc w:val="right"/>
      </w:pPr>
      <w:r>
        <w:t>چار پانچ پیکٹ پیکٹ نہیں بلکہ پورا کارٹن چار پانچ کارٹن قرآن کے اور کتابوں کے لے گئے</w:t>
      </w:r>
    </w:p>
    <w:p>
      <w:r>
        <w:rPr>
          <w:b/>
        </w:rPr>
        <w:t xml:space="preserve">[48:10] </w:t>
      </w:r>
      <w:r>
        <w:t>the to hum samajh rahe thay pata nahi moqa bhi milega ke is ko taqseem karne ka</w:t>
      </w:r>
    </w:p>
    <w:p>
      <w:pPr>
        <w:jc w:val="right"/>
      </w:pPr>
      <w:r>
        <w:t>تھے تو ہم سمجھ رہے تھے پتہ نہیں موقع بھی ملے گا کہ اس کو تقسیم کرنے کا</w:t>
      </w:r>
    </w:p>
    <w:p>
      <w:r>
        <w:rPr>
          <w:b/>
        </w:rPr>
        <w:t xml:space="preserve">[48:15] </w:t>
      </w:r>
      <w:r>
        <w:t>ke nahi beharhaal jo wahan ki jo department ki jo head theen doctor rajinder kaur rohi to un</w:t>
      </w:r>
    </w:p>
    <w:p>
      <w:pPr>
        <w:jc w:val="right"/>
      </w:pPr>
      <w:r>
        <w:t>کہ نہیں بہرحال جو وہاں کی جو ڈیپارٹمنٹ کی جو ہیڈ تھیں ڈاکٹر راجندر کور روہی تو ان</w:t>
      </w:r>
    </w:p>
    <w:p>
      <w:r>
        <w:rPr>
          <w:b/>
        </w:rPr>
        <w:t xml:space="preserve">[48:21] </w:t>
      </w:r>
      <w:r>
        <w:t>se baat ki hamein dawat di thi muhammad habib sahib wo associate professor hain islam studies</w:t>
      </w:r>
    </w:p>
    <w:p>
      <w:pPr>
        <w:jc w:val="right"/>
      </w:pPr>
      <w:r>
        <w:t>سے بات کی ہمیں دعوت دی تھی محمد حبیب صاحب وہ ایسوسی ایٹ پروفیسر ہیں اسلام اسٹڈیز</w:t>
      </w:r>
    </w:p>
    <w:p>
      <w:r>
        <w:rPr>
          <w:b/>
        </w:rPr>
        <w:t xml:space="preserve">[48:28] </w:t>
      </w:r>
      <w:r>
        <w:t>ke department ke</w:t>
      </w:r>
    </w:p>
    <w:p>
      <w:pPr>
        <w:jc w:val="right"/>
      </w:pPr>
      <w:r>
        <w:t>کے ڈیپارٹمنٹ کے</w:t>
      </w:r>
    </w:p>
    <w:p>
      <w:r>
        <w:rPr>
          <w:b/>
        </w:rPr>
        <w:t xml:space="preserve">[48:31] </w:t>
      </w:r>
      <w:r>
        <w:t>to unhon ne madam se baat ki madam bohat khushi khushi tayyar ho gayeen aur unhon ne ek bari</w:t>
      </w:r>
    </w:p>
    <w:p>
      <w:pPr>
        <w:jc w:val="right"/>
      </w:pPr>
      <w:r>
        <w:t>تو انہوں نے میڈم سے بات کی میڈم بہت خوشی خوشی تیار ہوگئیں اور انہوں نے ایک بڑی</w:t>
      </w:r>
    </w:p>
    <w:p>
      <w:r>
        <w:rPr>
          <w:b/>
        </w:rPr>
        <w:t xml:space="preserve">[48:37] </w:t>
      </w:r>
      <w:r>
        <w:t>si mez mein bataya unhon ne ke is mein yahan sab laga dijiye laga hi rehte tab tak</w:t>
      </w:r>
    </w:p>
    <w:p>
      <w:pPr>
        <w:jc w:val="right"/>
      </w:pPr>
      <w:r>
        <w:t>سی میز میں بتایا انہوں نے کہ اس میں یہاں سب لگا دیجئے لگا ہی رہتے تب تک</w:t>
      </w:r>
    </w:p>
    <w:p>
      <w:r>
        <w:rPr>
          <w:b/>
        </w:rPr>
        <w:t xml:space="preserve">[48:42] </w:t>
      </w:r>
      <w:r>
        <w:t>to saray sardar log jo hain charon taraf mez ko gher liya aur abhi mera program shuru bhi</w:t>
      </w:r>
    </w:p>
    <w:p>
      <w:pPr>
        <w:jc w:val="right"/>
      </w:pPr>
      <w:r>
        <w:t>تو سارے سردار لوگ جو ہیں چاروں طرف میز کو گھیر لیا اور ابھی میرا پروگرام شروع بھی</w:t>
      </w:r>
    </w:p>
    <w:p>
      <w:r>
        <w:rPr>
          <w:b/>
        </w:rPr>
        <w:t xml:space="preserve">[48:47] </w:t>
      </w:r>
      <w:r>
        <w:t>nahi hua tha ke bohat sari kitaben nikal gayeen bohat sari doosri kitaben bhi hum daawa literature bhi</w:t>
      </w:r>
    </w:p>
    <w:p>
      <w:pPr>
        <w:jc w:val="right"/>
      </w:pPr>
      <w:r>
        <w:t>نہیں ہوا تھا کہ بہت ساری کتابیں نکل گئیں بہت ساری دوسری کتابیں بھی ہم دعویٰ لٹریچر بھی</w:t>
      </w:r>
    </w:p>
    <w:p>
      <w:r>
        <w:rPr>
          <w:b/>
        </w:rPr>
        <w:t xml:space="preserve">[48:53] </w:t>
      </w:r>
      <w:r>
        <w:t>le gaye thay aur teen so quran le gaye thay aur yahan tak ke gari mein se sardar</w:t>
      </w:r>
    </w:p>
    <w:p>
      <w:pPr>
        <w:jc w:val="right"/>
      </w:pPr>
      <w:r>
        <w:t>لے گئے تھے اور تین سو قرآن لے گئے تھے اور یہاں تک کہ گاڑی میں سے سردار</w:t>
      </w:r>
    </w:p>
    <w:p>
      <w:r>
        <w:rPr>
          <w:b/>
        </w:rPr>
        <w:t xml:space="preserve">[48:58] </w:t>
      </w:r>
      <w:r>
        <w:t>utha utha ke carton le kar aa rahe thay itne ziyada taawun karne walay thay matlab hum ko</w:t>
      </w:r>
    </w:p>
    <w:p>
      <w:pPr>
        <w:jc w:val="right"/>
      </w:pPr>
      <w:r>
        <w:t>اٹھا اٹھا کے کارٹن لے کر آ رہے تھے اتنے زیادہ تعاون کرنے والے تھے مطلب ہم کو</w:t>
      </w:r>
    </w:p>
    <w:p>
      <w:r>
        <w:rPr>
          <w:b/>
        </w:rPr>
        <w:t xml:space="preserve">[49:03] </w:t>
      </w:r>
      <w:r>
        <w:t>bohat hi taajub hua hamare program tak to taqreeban aadhe se ziyada kitaben sab nikal chuki theen phir</w:t>
      </w:r>
    </w:p>
    <w:p>
      <w:pPr>
        <w:jc w:val="right"/>
      </w:pPr>
      <w:r>
        <w:t>بہت ہی تعجب ہوا ہمارے پروگرام تک تو تقریباً آدھے سے زیادہ کتابیں سب نکل چکی تھیں پھر</w:t>
      </w:r>
    </w:p>
    <w:p>
      <w:r>
        <w:rPr>
          <w:b/>
        </w:rPr>
        <w:t xml:space="preserve">[49:10] </w:t>
      </w:r>
      <w:r>
        <w:t>wo itna ziyada khush hue itna ziyada khush hue balkay mera taaruf</w:t>
      </w:r>
    </w:p>
    <w:p>
      <w:pPr>
        <w:jc w:val="right"/>
      </w:pPr>
      <w:r>
        <w:t>وہ اتنا زیادہ خوش ہوئے اتنا زیادہ خوش ہوئے بلکہ میرا تعارف</w:t>
      </w:r>
    </w:p>
    <w:p>
      <w:r>
        <w:rPr>
          <w:b/>
        </w:rPr>
        <w:t xml:space="preserve">[49:14] </w:t>
      </w:r>
      <w:r>
        <w:t>unhon ne yahi karaya ke is se ziyada un ka kya taaruf ho sakta hai ke she has</w:t>
      </w:r>
    </w:p>
    <w:p>
      <w:pPr>
        <w:jc w:val="right"/>
      </w:pPr>
      <w:r>
        <w:t>انہوں نے یہی کرایا کہ اس سے زیادہ ان کا کیا تعارف ہو سکتا ہے کہ شی ہیز</w:t>
      </w:r>
    </w:p>
    <w:p>
      <w:r>
        <w:rPr>
          <w:b/>
        </w:rPr>
        <w:t xml:space="preserve">[49:19] </w:t>
      </w:r>
      <w:r>
        <w:t>brought quran for us and it is such a good gift and this is her taaruf unhon ne</w:t>
      </w:r>
    </w:p>
    <w:p>
      <w:pPr>
        <w:jc w:val="right"/>
      </w:pPr>
      <w:r>
        <w:t>براٹ قرآن فار اس اینڈ اٹ از سچ اے گڈ گفٹ اینڈ دس از ہر تعارف انہوں نے</w:t>
      </w:r>
    </w:p>
    <w:p>
      <w:r>
        <w:rPr>
          <w:b/>
        </w:rPr>
        <w:t xml:space="preserve">[49:26] </w:t>
      </w:r>
      <w:r>
        <w:t>kuch taaruf hi nahi karaya phir is ke baad hamare is ke baad sari kitaben bohat hi ghor</w:t>
      </w:r>
    </w:p>
    <w:p>
      <w:pPr>
        <w:jc w:val="right"/>
      </w:pPr>
      <w:r>
        <w:t>کچھ تعارف ہی نہیں کرایا پھر اس کے بعد ہمارے اس کے بعد ساری کتابیں بہت ہی غور</w:t>
      </w:r>
    </w:p>
    <w:p>
      <w:r>
        <w:rPr>
          <w:b/>
        </w:rPr>
        <w:t xml:space="preserve">[49:32] </w:t>
      </w:r>
      <w:r>
        <w:t>se unhon ne suna mein soch rahi thi islam par wo kya sunenge lekin bohat ghor se</w:t>
      </w:r>
    </w:p>
    <w:p>
      <w:pPr>
        <w:jc w:val="right"/>
      </w:pPr>
      <w:r>
        <w:t>سے انہوں نے سنا میں سوچ رہی تھی اسلام پر وہ کیا سنیں گے لیکن بہت غور سے</w:t>
      </w:r>
    </w:p>
    <w:p>
      <w:r>
        <w:rPr>
          <w:b/>
        </w:rPr>
        <w:t xml:space="preserve">[49:37] </w:t>
      </w:r>
      <w:r>
        <w:t>suna aur is ke baad matlab mere liye sab kuch ghair mutawaqqay tha phir baad mein unhon ne</w:t>
      </w:r>
    </w:p>
    <w:p>
      <w:pPr>
        <w:jc w:val="right"/>
      </w:pPr>
      <w:r>
        <w:t>سنا اور اس کے بعد مطلب میرے لیے سب کچھ غیر متوقع تھا پھر بعد میں انہوں نے</w:t>
      </w:r>
    </w:p>
    <w:p>
      <w:r>
        <w:rPr>
          <w:b/>
        </w:rPr>
        <w:t xml:space="preserve">[49:43] </w:t>
      </w:r>
      <w:r>
        <w:t>kaha ke hum aap ko bar bar bulate rahen ge</w:t>
      </w:r>
    </w:p>
    <w:p>
      <w:pPr>
        <w:jc w:val="right"/>
      </w:pPr>
      <w:r>
        <w:t>کہا کہ ہم آپ کو بار بار بلاتے رہیں گے</w:t>
      </w:r>
    </w:p>
    <w:p>
      <w:r>
        <w:rPr>
          <w:b/>
        </w:rPr>
        <w:t xml:space="preserve">[49:47] </w:t>
      </w:r>
      <w:r>
        <w:t>balkeh wahan par ek aur university ke vice chancellor the guru tegh bahadur university ke unhon ne unhon</w:t>
      </w:r>
    </w:p>
    <w:p>
      <w:pPr>
        <w:jc w:val="right"/>
      </w:pPr>
      <w:r>
        <w:t>بلکہ وہاں پر ایک اور یونیورسٹی کے وائس چانسلر تھے گرو تیق بہادر یونیورسٹی کے انہوں نے انہوں</w:t>
      </w:r>
    </w:p>
    <w:p>
      <w:r>
        <w:rPr>
          <w:b/>
        </w:rPr>
        <w:t xml:space="preserve">[49:53] </w:t>
      </w:r>
      <w:r>
        <w:t>ne ya un ke kisi woh kai log the daispar to mere aane ke baad maloom hua ke</w:t>
      </w:r>
    </w:p>
    <w:p>
      <w:pPr>
        <w:jc w:val="right"/>
      </w:pPr>
      <w:r>
        <w:t>نے یا ان کے کسی وہ کئی لوگ تھے ڈائیسپر تو میرے آنے کے بعد معلوم ہوا کہ</w:t>
      </w:r>
    </w:p>
    <w:p>
      <w:r>
        <w:rPr>
          <w:b/>
        </w:rPr>
        <w:t xml:space="preserve">[49:59] </w:t>
      </w:r>
      <w:r>
        <w:t>is university</w:t>
      </w:r>
    </w:p>
    <w:p>
      <w:pPr>
        <w:jc w:val="right"/>
      </w:pPr>
      <w:r>
        <w:t>اس یونیورسٹی</w:t>
      </w:r>
    </w:p>
    <w:p>
      <w:r>
        <w:rPr>
          <w:b/>
        </w:rPr>
        <w:t xml:space="preserve">[49:59] </w:t>
      </w:r>
      <w:r>
        <w:t>mein bhi bulane ke liye keh rahe hain to islam se un ko itni zyada dilchaspi hai phir</w:t>
      </w:r>
    </w:p>
    <w:p>
      <w:pPr>
        <w:jc w:val="right"/>
      </w:pPr>
      <w:r>
        <w:t>میں بھی بلانے کے لیے کہہ رہے ہیں تو اسلام سے ان کو اتنی زیادہ دلچسپی ہے پھر</w:t>
      </w:r>
    </w:p>
    <w:p>
      <w:r>
        <w:rPr>
          <w:b/>
        </w:rPr>
        <w:t xml:space="preserve">[50:04] </w:t>
      </w:r>
      <w:r>
        <w:t>us ke baad maloom hua ke woh keh rahe hain ke maulana ko bulane ka bohat asrar kar</w:t>
      </w:r>
    </w:p>
    <w:p>
      <w:pPr>
        <w:jc w:val="right"/>
      </w:pPr>
      <w:r>
        <w:t>اس کے بعد معلوم ہوا کہ وہ کہہ رہے ہیں کہ مولانا کو بلانے کا بہت اصرار کر</w:t>
      </w:r>
    </w:p>
    <w:p>
      <w:r>
        <w:rPr>
          <w:b/>
        </w:rPr>
        <w:t xml:space="preserve">[50:09] </w:t>
      </w:r>
      <w:r>
        <w:t>رہے ہیں ان کو کہنے لگے کہ ہمیں معلوم ہی نہیں تھا کہ she could not believe that I</w:t>
      </w:r>
    </w:p>
    <w:p>
      <w:pPr>
        <w:jc w:val="right"/>
      </w:pPr>
      <w:r>
        <w:t>رہے ہیں ان کو کہنے لگے کہ ہمیں معلوم ہی نہیں تھا کہ شی کونٹ بیلیو دیٹ آئی</w:t>
      </w:r>
    </w:p>
    <w:p>
      <w:r>
        <w:rPr>
          <w:b/>
        </w:rPr>
        <w:t xml:space="preserve">[50:14] </w:t>
      </w:r>
      <w:r>
        <w:t>was Maulana's daughter and she is like a saint and she is like Rabia Basri aur itna zyada</w:t>
      </w:r>
    </w:p>
    <w:p>
      <w:pPr>
        <w:jc w:val="right"/>
      </w:pPr>
      <w:r>
        <w:t>واز مولانا ڈاٹر اینڈ شی از لائک اے سینٹ اینڈ شی از لائک رابعہ بصری اور اتنا زیادہ</w:t>
      </w:r>
    </w:p>
    <w:p>
      <w:r>
        <w:rPr>
          <w:b/>
        </w:rPr>
        <w:t xml:space="preserve">[50:21] </w:t>
      </w:r>
      <w:r>
        <w:t>un ko mujhe lagta hai ke woh pehle zamaney mein jo sufi culture tha wahan par woh in</w:t>
      </w:r>
    </w:p>
    <w:p>
      <w:pPr>
        <w:jc w:val="right"/>
      </w:pPr>
      <w:r>
        <w:t>ان کو مجھے لگتا ہے کہ وہ پہلے زمانے میں جو صوفی کلچر تھا وہاں پر وہ ان</w:t>
      </w:r>
    </w:p>
    <w:p>
      <w:r>
        <w:rPr>
          <w:b/>
        </w:rPr>
        <w:t xml:space="preserve">[50:26] </w:t>
      </w:r>
      <w:r>
        <w:t>ko zinda ho gaya</w:t>
      </w:r>
    </w:p>
    <w:p>
      <w:pPr>
        <w:jc w:val="right"/>
      </w:pPr>
      <w:r>
        <w:t>کو زندہ ہو گیا</w:t>
      </w:r>
    </w:p>
    <w:p>
      <w:r>
        <w:rPr>
          <w:b/>
        </w:rPr>
        <w:t xml:space="preserve">[50:29] </w:t>
      </w:r>
      <w:r>
        <w:t>kyun ke hamari jo rohani baaten thin to us se un ko laga ke yeh woh woh is culture</w:t>
      </w:r>
    </w:p>
    <w:p>
      <w:pPr>
        <w:jc w:val="right"/>
      </w:pPr>
      <w:r>
        <w:t>کیونکہ ہماری جو روحانی باتیں تھیں تو اس سے ان کو لگا کہ یہ وہ وہ اس کلچر</w:t>
      </w:r>
    </w:p>
    <w:p>
      <w:r>
        <w:rPr>
          <w:b/>
        </w:rPr>
        <w:t xml:space="preserve">[50:34] </w:t>
      </w:r>
      <w:r>
        <w:t>se hum taluq rakhte hain ab aaj kal jo musalman apni shanakht alag banaye hue hain to is</w:t>
      </w:r>
    </w:p>
    <w:p>
      <w:pPr>
        <w:jc w:val="right"/>
      </w:pPr>
      <w:r>
        <w:t>سے ہم تعلق رکھتے ہیں اب آج کل جو مسلمان اپنی شناخت الگ بنائے ہوئے ہیں تو اس</w:t>
      </w:r>
    </w:p>
    <w:p>
      <w:r>
        <w:rPr>
          <w:b/>
        </w:rPr>
        <w:t xml:space="preserve">[50:40] </w:t>
      </w:r>
      <w:r>
        <w:t>se is is se un ko itna woh taluq nahin hai jitna ke is sufi culture</w:t>
      </w:r>
    </w:p>
    <w:p>
      <w:pPr>
        <w:jc w:val="right"/>
      </w:pPr>
      <w:r>
        <w:t>سے اس اس سے ان کو اتنا وہ تعلق نہیں ہے جتنا کہ اس صوفی کلچر</w:t>
      </w:r>
    </w:p>
    <w:p>
      <w:r>
        <w:rPr>
          <w:b/>
        </w:rPr>
        <w:t xml:space="preserve">[50:45] </w:t>
      </w:r>
      <w:r>
        <w:t>se tha jis mein ke tamam logon ko barabar ka darja tha sab log ek doosre se mil</w:t>
      </w:r>
    </w:p>
    <w:p>
      <w:pPr>
        <w:jc w:val="right"/>
      </w:pPr>
      <w:r>
        <w:t>سے تھا جس میں کہ تمام لوگوں کو برابر کا درجہ تھا سب لوگ ایک دوسرے سے مل</w:t>
      </w:r>
    </w:p>
    <w:p>
      <w:r>
        <w:rPr>
          <w:b/>
        </w:rPr>
        <w:t xml:space="preserve">[50:49] </w:t>
      </w:r>
      <w:r>
        <w:t>jul kar rehte the to phir us ke baad jo sab se bari khushi ki baat jo main</w:t>
      </w:r>
    </w:p>
    <w:p>
      <w:pPr>
        <w:jc w:val="right"/>
      </w:pPr>
      <w:r>
        <w:t>جل کر رہتے تھے تو پھر اس کے بعد جو سب سے بڑی خوشی کی بات جو میں</w:t>
      </w:r>
    </w:p>
    <w:p>
      <w:r>
        <w:rPr>
          <w:b/>
        </w:rPr>
        <w:t xml:space="preserve">[50:54] </w:t>
      </w:r>
      <w:r>
        <w:t>batana chah rahi thi un logon ne kaha ke hamein punjabi mein quran chahiye tamam sardar log keh</w:t>
      </w:r>
    </w:p>
    <w:p>
      <w:pPr>
        <w:jc w:val="right"/>
      </w:pPr>
      <w:r>
        <w:t>بتانا چاہ رہی تھی ان لوگوں نے کہا کہ ہمیں پنجابی میں قرآن چاہیے تمام سردار لوگ کہہ</w:t>
      </w:r>
    </w:p>
    <w:p>
      <w:r>
        <w:rPr>
          <w:b/>
        </w:rPr>
        <w:t xml:space="preserve">[51:00] </w:t>
      </w:r>
      <w:r>
        <w:t>rahe hain nahin hamein punjabi mein quran chahiye phir us ke baad muhammad habib sahib ke pas ek</w:t>
      </w:r>
    </w:p>
    <w:p>
      <w:pPr>
        <w:jc w:val="right"/>
      </w:pPr>
      <w:r>
        <w:t>رہے ہیں نہیں ہمیں پنجابی میں قرآن چاہیے پھر اس کے بعد محمد حبیب صاحب کے پاس ایک</w:t>
      </w:r>
    </w:p>
    <w:p>
      <w:r>
        <w:rPr>
          <w:b/>
        </w:rPr>
        <w:t xml:space="preserve">[51:07] </w:t>
      </w:r>
      <w:r>
        <w:t>panch gurudware bohat mashhoor hain is ka ek head granthi aaya ke hum punjabi mein tarjuma karenge</w:t>
      </w:r>
    </w:p>
    <w:p>
      <w:pPr>
        <w:jc w:val="right"/>
      </w:pPr>
      <w:r>
        <w:t>پانچ گردوارے بہت مشہور ہیں اس کا ایک ہیڈ گرنتھی آیا کہ ہم پنجابی میں ترجمہ کریں گے</w:t>
      </w:r>
    </w:p>
    <w:p>
      <w:r>
        <w:rPr>
          <w:b/>
        </w:rPr>
        <w:t xml:space="preserve">[51:13] </w:t>
      </w:r>
      <w:r>
        <w:t>aap hamari madad kariye aur unhon ne apni gurmukhi ya punjabi jo bhi un ki zaban hai itna</w:t>
      </w:r>
    </w:p>
    <w:p>
      <w:pPr>
        <w:jc w:val="right"/>
      </w:pPr>
      <w:r>
        <w:t>آپ ہماری مدد کریے اور انہوں نے اپنی گورمکھی یا پنجابی جو بھی ان کی زبان ہے اتنا</w:t>
      </w:r>
    </w:p>
    <w:p>
      <w:r>
        <w:rPr>
          <w:b/>
        </w:rPr>
        <w:t xml:space="preserve">[51:18] </w:t>
      </w:r>
      <w:r>
        <w:t>tarraqi kiya hua hai ke keh rahe hain ke hum ko hindi mein aap woh la ke de</w:t>
      </w:r>
    </w:p>
    <w:p>
      <w:pPr>
        <w:jc w:val="right"/>
      </w:pPr>
      <w:r>
        <w:t>ترقی کیا ہوا ہے کہ کہہ رہے ہیں کہ ہم کو ہندی میں آپ وہ لا کے دے</w:t>
      </w:r>
    </w:p>
    <w:p>
      <w:r>
        <w:rPr>
          <w:b/>
        </w:rPr>
        <w:t xml:space="preserve">[51:22] </w:t>
      </w:r>
      <w:r>
        <w:t>dijiye soft copy aur hum us ko convert kar ke us ko phir parh parh ke us ko</w:t>
      </w:r>
    </w:p>
    <w:p>
      <w:pPr>
        <w:jc w:val="right"/>
      </w:pPr>
      <w:r>
        <w:t>دیجئے سافٹ کاپی اور ہم اس کو کنورٹ کر کے اس کو پھر پڑھ پڑھ کے اس کو</w:t>
      </w:r>
    </w:p>
    <w:p>
      <w:r>
        <w:rPr>
          <w:b/>
        </w:rPr>
        <w:t xml:space="preserve">[51:27] </w:t>
      </w:r>
      <w:r>
        <w:t>jo bhi koi kami reh jayegi hum theek kar lenge</w:t>
      </w:r>
    </w:p>
    <w:p>
      <w:pPr>
        <w:jc w:val="right"/>
      </w:pPr>
      <w:r>
        <w:t>جو بھی کوئی کمی رہ جائے گی ہم ٹھیک کر لیں گے</w:t>
      </w:r>
    </w:p>
    <w:p>
      <w:r>
        <w:rPr>
          <w:b/>
        </w:rPr>
        <w:t xml:space="preserve">[51:30] </w:t>
      </w:r>
      <w:r>
        <w:t>aur bohat jald hum ko punjabi mein quran chahiye itni zyada wahan par demand hai to yeh bohat</w:t>
      </w:r>
    </w:p>
    <w:p>
      <w:pPr>
        <w:jc w:val="right"/>
      </w:pPr>
      <w:r>
        <w:t>اور بہت جلد ہم کو پنجابی میں قرآن چاہیے اتنی زیادہ وہاں پر ڈیمانڈ ہے تو یہ بہت</w:t>
      </w:r>
    </w:p>
    <w:p>
      <w:r>
        <w:rPr>
          <w:b/>
        </w:rPr>
        <w:t xml:space="preserve">[51:35] </w:t>
      </w:r>
      <w:r>
        <w:t>hi khushi ki baat hai to is liye main aap logon se share karna chah rahi thi so</w:t>
      </w:r>
    </w:p>
    <w:p>
      <w:pPr>
        <w:jc w:val="right"/>
      </w:pPr>
      <w:r>
        <w:t>ہی خوشی کی بات ہے تو اس لیے میں آپ لوگوں سے شیئر کرنا چاہ رہی تھی سو</w:t>
      </w:r>
    </w:p>
    <w:p>
      <w:r>
        <w:rPr>
          <w:b/>
        </w:rPr>
        <w:t xml:space="preserve">[51:40] </w:t>
      </w:r>
      <w:r>
        <w:t>انشاءاللہ very soon we will have Punjabi tarjuma bhi of the Quran and Dr. Sania Hasnain Khan has</w:t>
      </w:r>
    </w:p>
    <w:p>
      <w:pPr>
        <w:jc w:val="right"/>
      </w:pPr>
      <w:r>
        <w:t>انشاءاللہ ویری سون وی ویل ہیو پنجابی ترجمہ بھی آف دا قرآن اینڈ ڈاکٹر ثانیہ حسنین خان ہیز</w:t>
      </w:r>
    </w:p>
    <w:p>
      <w:r>
        <w:rPr>
          <w:b/>
        </w:rPr>
        <w:t xml:space="preserve">[51:46] </w:t>
      </w:r>
      <w:r>
        <w:t>bhi initiated that process. So we should all do dua that very soon we should have another tarjuma.</w:t>
      </w:r>
    </w:p>
    <w:p>
      <w:pPr>
        <w:jc w:val="right"/>
      </w:pPr>
      <w:r>
        <w:t>بھی انیشیٹڈ دیٹ پروسیس سو وی شوڈ آل ڈو دعا دیٹ ویری سون وی شوڈ ہیو انادر ترجمہ</w:t>
      </w:r>
    </w:p>
    <w:p>
      <w:r>
        <w:rPr>
          <w:b/>
        </w:rPr>
        <w:t xml:space="preserve">[51:54] </w:t>
      </w:r>
      <w:r>
        <w:t>which is in Punjabi language. So now I would request Dr. Sania Hasnain Khan to come here and</w:t>
      </w:r>
    </w:p>
    <w:p>
      <w:pPr>
        <w:jc w:val="right"/>
      </w:pPr>
      <w:r>
        <w:t>وچ از ان پنجابی لینگویج سو ناؤ آئی وڈ ریکویسٹ ڈاکٹر ثانیہ حسنین خان ٹو کم ہیر اینڈ</w:t>
      </w:r>
    </w:p>
    <w:p>
      <w:r>
        <w:rPr>
          <w:b/>
        </w:rPr>
        <w:t xml:space="preserve">[52:00] </w:t>
      </w:r>
      <w:r>
        <w:t>share his travel experiences which he had during his trip to Europe so that we can all benefit</w:t>
      </w:r>
    </w:p>
    <w:p>
      <w:pPr>
        <w:jc w:val="right"/>
      </w:pPr>
      <w:r>
        <w:t>شیئر ہز دعویٰ ایکسپیرینسز وچ ہیز ہیڈ ڈیورنگ ہز ٹرپ ٹو یورپ سو دیٹ وی کین آل بینیفٹ</w:t>
      </w:r>
    </w:p>
    <w:p>
      <w:r>
        <w:rPr>
          <w:b/>
        </w:rPr>
        <w:t xml:space="preserve">[52:07] </w:t>
      </w:r>
      <w:r>
        <w:t>from it doctor saniya hasnain khan yeh rome ki masjid hai jahan maulana bhi ja chuke hain jab</w:t>
      </w:r>
    </w:p>
    <w:p>
      <w:pPr>
        <w:jc w:val="right"/>
      </w:pPr>
      <w:r>
        <w:t>فرام اٹ ڈاکٹر ثانیہ حسنین خان یہ روم کی مسجد ہے جہاں مولانا بھی جا چکے ہیں جب</w:t>
      </w:r>
    </w:p>
    <w:p>
      <w:r>
        <w:rPr>
          <w:b/>
        </w:rPr>
        <w:t xml:space="preserve">[52:14] </w:t>
      </w:r>
      <w:r>
        <w:t>ban rahi thi</w:t>
      </w:r>
    </w:p>
    <w:p>
      <w:pPr>
        <w:jc w:val="right"/>
      </w:pPr>
      <w:r>
        <w:t>بن رہی تھی</w:t>
      </w:r>
    </w:p>
    <w:p>
      <w:r>
        <w:rPr>
          <w:b/>
        </w:rPr>
        <w:t xml:space="preserve">[52:15] </w:t>
      </w:r>
      <w:r>
        <w:t>taqreeban bees saal pehle to ek safar rome ka hua tha to maulana is mein gaye the main</w:t>
      </w:r>
    </w:p>
    <w:p>
      <w:pPr>
        <w:jc w:val="right"/>
      </w:pPr>
      <w:r>
        <w:t>تقریباً بیس سال پہلے تو ایک سفر روم کا ہوا تھا تو مولانا اس میں گئے تھے میں</w:t>
      </w:r>
    </w:p>
    <w:p>
      <w:r>
        <w:rPr>
          <w:b/>
        </w:rPr>
        <w:t xml:space="preserve">[52:20] </w:t>
      </w:r>
      <w:r>
        <w:t>bhi sath mein tha ek program tha wahan conference thi to is se is ke baad masjid mein</w:t>
      </w:r>
    </w:p>
    <w:p>
      <w:pPr>
        <w:jc w:val="right"/>
      </w:pPr>
      <w:r>
        <w:t>بھی ساتھ میں تھا ایک پروگرام تھا وہاں کانفرنس تھی تو اس سے اس کے بعد مسجد میں</w:t>
      </w:r>
    </w:p>
    <w:p>
      <w:r>
        <w:rPr>
          <w:b/>
        </w:rPr>
        <w:t xml:space="preserve">[52:26] </w:t>
      </w:r>
      <w:r>
        <w:t>gaye thay to sab se pehle mein milan gaya</w:t>
      </w:r>
    </w:p>
    <w:p>
      <w:pPr>
        <w:jc w:val="right"/>
      </w:pPr>
      <w:r>
        <w:t>گئے تھے تو سب سے پہلے میں میلان گیا</w:t>
      </w:r>
    </w:p>
    <w:p>
      <w:r>
        <w:rPr>
          <w:b/>
        </w:rPr>
        <w:t xml:space="preserve">[52:30] </w:t>
      </w:r>
      <w:r>
        <w:t>jahan zyada muslim abadi hai aur yeh ek masjid hai jis ka naam hai maryam mosk aur koi</w:t>
      </w:r>
    </w:p>
    <w:p>
      <w:pPr>
        <w:jc w:val="right"/>
      </w:pPr>
      <w:r>
        <w:t>جہاں زیادہ مسلم آبادی ہے اور یہ ایک مسجد ہے جس کا نام ہے مریم موسک اور کوئی</w:t>
      </w:r>
    </w:p>
    <w:p>
      <w:r>
        <w:rPr>
          <w:b/>
        </w:rPr>
        <w:t xml:space="preserve">[52:37] </w:t>
      </w:r>
      <w:r>
        <w:t>waqf hai waqf alislami in italy is ke tehat yeh yeh sab se bari masjid hai milan mein</w:t>
      </w:r>
    </w:p>
    <w:p>
      <w:pPr>
        <w:jc w:val="right"/>
      </w:pPr>
      <w:r>
        <w:t>وقف ہے وقف الاسلامی ان اٹالیا اس کے تحت یہ یہ سب سے بڑی مسجد ہے میلان میں</w:t>
      </w:r>
    </w:p>
    <w:p>
      <w:r>
        <w:rPr>
          <w:b/>
        </w:rPr>
        <w:t xml:space="preserve">[52:44] </w:t>
      </w:r>
      <w:r>
        <w:t>tu yeh imam sahab hain arab hain yeh woh asal arab hain originally aur bohat achhe jab in</w:t>
      </w:r>
    </w:p>
    <w:p>
      <w:pPr>
        <w:jc w:val="right"/>
      </w:pPr>
      <w:r>
        <w:t>تو یہ امام صاحب ہیں عرب ہیں یہ وہ اصل عرب ہیں اوریجنلی اور بہت اچھے جب ان</w:t>
      </w:r>
    </w:p>
    <w:p>
      <w:r>
        <w:rPr>
          <w:b/>
        </w:rPr>
        <w:t xml:space="preserve">[52:50] </w:t>
      </w:r>
      <w:r>
        <w:t>ko pata chala Maulana ke bare mein to bohat khush hue chunaanche unhone kitaab al islam yattahida padh</w:t>
      </w:r>
    </w:p>
    <w:p>
      <w:pPr>
        <w:jc w:val="right"/>
      </w:pPr>
      <w:r>
        <w:t>کو پتہ چلا مولانا کے بارے میں تو بہت خوش ہوئے چونکہ انہوں نے کتاب الاسلام یتحدہ پڑھ</w:t>
      </w:r>
    </w:p>
    <w:p>
      <w:r>
        <w:rPr>
          <w:b/>
        </w:rPr>
        <w:t xml:space="preserve">[52:55] </w:t>
      </w:r>
      <w:r>
        <w:t>rakhi thi to unhone kai mujhe achhe contacts diye ah</w:t>
      </w:r>
    </w:p>
    <w:p>
      <w:pPr>
        <w:jc w:val="right"/>
      </w:pPr>
      <w:r>
        <w:t>رکھی تھی تو انہوں نے کئی مجھے اچھے کانٹیکٹس دیے آہ</w:t>
      </w:r>
    </w:p>
    <w:p>
      <w:r>
        <w:rPr>
          <w:b/>
        </w:rPr>
        <w:t xml:space="preserve">[53:00] </w:t>
      </w:r>
      <w:r>
        <w:t>tarjuma waghera ke silsile mein to phir main un se ah ja kar mila</w:t>
      </w:r>
    </w:p>
    <w:p>
      <w:pPr>
        <w:jc w:val="right"/>
      </w:pPr>
      <w:r>
        <w:t>ترجمہ وغیرہ کے سلسلے میں تو پھر میں ان سے آہ جا کر ملا</w:t>
      </w:r>
    </w:p>
    <w:p>
      <w:r>
        <w:rPr>
          <w:b/>
        </w:rPr>
        <w:t xml:space="preserve">[53:08] </w:t>
      </w:r>
      <w:r>
        <w:t>is tarah se jahan bhi koi milta tha hotel mein ya airport pe use kuch na kuch kitaab</w:t>
      </w:r>
    </w:p>
    <w:p>
      <w:pPr>
        <w:jc w:val="right"/>
      </w:pPr>
      <w:r>
        <w:t>اس طریقے سے جہاں بھی کوئی ملتا تھا ہوٹل میں یا ایئرپورٹ پہ اسے کچھ نہ کچھ کتاب</w:t>
      </w:r>
    </w:p>
    <w:p>
      <w:r>
        <w:rPr>
          <w:b/>
        </w:rPr>
        <w:t xml:space="preserve">[53:16] </w:t>
      </w:r>
      <w:r>
        <w:t>diya karta tha main yeh jo lady hain yeh paris airport pe jab main check in kar raha</w:t>
      </w:r>
    </w:p>
    <w:p>
      <w:pPr>
        <w:jc w:val="right"/>
      </w:pPr>
      <w:r>
        <w:t>دیا کرتا تھا میں یہ جو لیڈی ہیں یہ پیرس ایئرپورٹ پہ جب میں چیک ان کر رہا</w:t>
      </w:r>
    </w:p>
    <w:p>
      <w:r>
        <w:rPr>
          <w:b/>
        </w:rPr>
        <w:t xml:space="preserve">[53:21] </w:t>
      </w:r>
      <w:r>
        <w:t>tha to unko kitaab di maine di reality of life aur phir ja ke main wait</w:t>
      </w:r>
    </w:p>
    <w:p>
      <w:pPr>
        <w:jc w:val="right"/>
      </w:pPr>
      <w:r>
        <w:t>تھا تو ان کو کتاب دی میں نے دی ریلیٹی آف لائف اور پھر جا کے میں ویٹ</w:t>
      </w:r>
    </w:p>
    <w:p>
      <w:r>
        <w:rPr>
          <w:b/>
        </w:rPr>
        <w:t xml:space="preserve">[53:27] </w:t>
      </w:r>
      <w:r>
        <w:t>kar raha tha jahaz ke liye to paanch das minute ke baad yeh aayin mere paas kitaab haath</w:t>
      </w:r>
    </w:p>
    <w:p>
      <w:pPr>
        <w:jc w:val="right"/>
      </w:pPr>
      <w:r>
        <w:t>کر رہا تھا جہاز کے لیے تو پانچ دس منٹ کے بعد یہ آئیں میرے پاس کتاب ہاتھ</w:t>
      </w:r>
    </w:p>
    <w:p>
      <w:r>
        <w:rPr>
          <w:b/>
        </w:rPr>
        <w:t xml:space="preserve">[53:32] </w:t>
      </w:r>
      <w:r>
        <w:t>mein liye hue aur kaha ke maine paanch chhe page padhe mujhe bohat pasand aayi aur I</w:t>
      </w:r>
    </w:p>
    <w:p>
      <w:pPr>
        <w:jc w:val="right"/>
      </w:pPr>
      <w:r>
        <w:t>میں لیے ہوئے اور کہا کہ میں نے پانچ چھ پیج پڑھے مجھے بہت پسند آئی اور آئی</w:t>
      </w:r>
    </w:p>
    <w:p>
      <w:r>
        <w:rPr>
          <w:b/>
        </w:rPr>
        <w:t xml:space="preserve">[53:37] </w:t>
      </w:r>
      <w:r>
        <w:t>will cherish this book for whole whole life jis tarah ke bade achhe alfaaz kahe</w:t>
      </w:r>
    </w:p>
    <w:p>
      <w:pPr>
        <w:jc w:val="right"/>
      </w:pPr>
      <w:r>
        <w:t>ویل چیرش دس بک فار ہول ہول لائف جس طرح کے بڑے اچھے الفاظ کہے</w:t>
      </w:r>
    </w:p>
    <w:p>
      <w:r>
        <w:rPr>
          <w:b/>
        </w:rPr>
        <w:t xml:space="preserve">[53:45] </w:t>
      </w:r>
      <w:r>
        <w:t>yeh sahab jo right mein hain inka naam hai Hamza Picardu</w:t>
      </w:r>
    </w:p>
    <w:p>
      <w:pPr>
        <w:jc w:val="right"/>
      </w:pPr>
      <w:r>
        <w:t>یہ صاحب جو رائٹ میں ہیں ان کا نام ہے حمزہ پکاردو</w:t>
      </w:r>
    </w:p>
    <w:p>
      <w:r>
        <w:rPr>
          <w:b/>
        </w:rPr>
        <w:t xml:space="preserve">[53:50] </w:t>
      </w:r>
      <w:r>
        <w:t>unhone Quran tarjuma kiya hai jo ah Malik Fahad ah printing press Madina se chhaapa hai aur</w:t>
      </w:r>
    </w:p>
    <w:p>
      <w:pPr>
        <w:jc w:val="right"/>
      </w:pPr>
      <w:r>
        <w:t>انہوں نے قرآن ترجمہ کیا ہے جو آہ ملک فہد آہ پرنٹنگ پریس مدینہ سے چھپا ہے اور</w:t>
      </w:r>
    </w:p>
    <w:p>
      <w:r>
        <w:rPr>
          <w:b/>
        </w:rPr>
        <w:t xml:space="preserve">[53:59] </w:t>
      </w:r>
      <w:r>
        <w:t>kai aur jagahon se Italian mein unse meri baat cheet hui thi email ke zariye aur</w:t>
      </w:r>
    </w:p>
    <w:p>
      <w:pPr>
        <w:jc w:val="right"/>
      </w:pPr>
      <w:r>
        <w:t>کئی اور جگہوں سے اٹالین میں ان سے میری بات چیت ہوئی تھی ای میل کے ذریعے اور</w:t>
      </w:r>
    </w:p>
    <w:p>
      <w:r>
        <w:rPr>
          <w:b/>
        </w:rPr>
        <w:t xml:space="preserve">[54:05] </w:t>
      </w:r>
      <w:r>
        <w:t>unhone mujhe appointment diya tha ke main aaunga aapse milne lekin jab main wahan ja</w:t>
      </w:r>
    </w:p>
    <w:p>
      <w:pPr>
        <w:jc w:val="right"/>
      </w:pPr>
      <w:r>
        <w:t>انہوں نے مجھے اپائنٹمنٹ دیا تھا کہ میں آؤں گا آپ سے ملنے لیکن جب میں وہاں جا</w:t>
      </w:r>
    </w:p>
    <w:p>
      <w:r>
        <w:rPr>
          <w:b/>
        </w:rPr>
        <w:t xml:space="preserve">[54:10] </w:t>
      </w:r>
      <w:r>
        <w:t>ke unse contact kiya to unhone kaha ke meri family mein koi death ho gayi hai</w:t>
      </w:r>
    </w:p>
    <w:p>
      <w:pPr>
        <w:jc w:val="right"/>
      </w:pPr>
      <w:r>
        <w:t>کے ان سے کانٹیکٹ کیا تو انہوں نے کہا کہ میری فیملی میں کوئی ڈیتھ ہو گئی ہے</w:t>
      </w:r>
    </w:p>
    <w:p>
      <w:r>
        <w:rPr>
          <w:b/>
        </w:rPr>
        <w:t xml:space="preserve">[54:16] </w:t>
      </w:r>
      <w:r>
        <w:t>is liye main mil nahin sakta main kahin door ja raha hoon kisi aur shehar mein to un</w:t>
      </w:r>
    </w:p>
    <w:p>
      <w:pPr>
        <w:jc w:val="right"/>
      </w:pPr>
      <w:r>
        <w:t>اس لیے میں مل نہیں سکتا میں کہیں دور جا رہا ہوں کسی اور شہر میں تو ان</w:t>
      </w:r>
    </w:p>
    <w:p>
      <w:r>
        <w:rPr>
          <w:b/>
        </w:rPr>
        <w:t xml:space="preserve">[54:20] </w:t>
      </w:r>
      <w:r>
        <w:t>se to mulaqaat nahin ho saki lekin unke bete jo left mein hain Quran liye hue David</w:t>
      </w:r>
    </w:p>
    <w:p>
      <w:pPr>
        <w:jc w:val="right"/>
      </w:pPr>
      <w:r>
        <w:t>سے تو ملاقات نہیں ہو سکی لیکن ان کے بیٹے جو لیفٹ میں ہیں قرآن لیے ہوئے ڈیوڈ</w:t>
      </w:r>
    </w:p>
    <w:p>
      <w:r>
        <w:rPr>
          <w:b/>
        </w:rPr>
        <w:t xml:space="preserve">[54:25] </w:t>
      </w:r>
      <w:r>
        <w:t>Picardu yeh mil gaye to unse baat</w:t>
      </w:r>
    </w:p>
    <w:p>
      <w:pPr>
        <w:jc w:val="right"/>
      </w:pPr>
      <w:r>
        <w:t>پکاردو یہ مل گئے تو ان سے بات</w:t>
      </w:r>
    </w:p>
    <w:p>
      <w:r>
        <w:rPr>
          <w:b/>
        </w:rPr>
        <w:t xml:space="preserve">[54:30] </w:t>
      </w:r>
      <w:r>
        <w:t>cheet hui to unse maine zikr kiya ke Quran ka tarjuma humein chahiye</w:t>
      </w:r>
    </w:p>
    <w:p>
      <w:pPr>
        <w:jc w:val="right"/>
      </w:pPr>
      <w:r>
        <w:t>چیت ہوئی تو ان سے میں نے ذکر کیا کہ قرآن کا ترجمہ ہمیں چاہیے</w:t>
      </w:r>
    </w:p>
    <w:p>
      <w:r>
        <w:rPr>
          <w:b/>
        </w:rPr>
        <w:t xml:space="preserve">[54:35] </w:t>
      </w:r>
      <w:r>
        <w:t>to unhone kaha ke jo father hamare hain woh is tarah se tarjuma ki ijazat dete nahin</w:t>
      </w:r>
    </w:p>
    <w:p>
      <w:pPr>
        <w:jc w:val="right"/>
      </w:pPr>
      <w:r>
        <w:t>تو انہوں نے کہا کہ جو فادر ہمارے ہیں وہ اس طرح سے ترجمہ کی اجازت دیتے نہیں</w:t>
      </w:r>
    </w:p>
    <w:p>
      <w:r>
        <w:rPr>
          <w:b/>
        </w:rPr>
        <w:t xml:space="preserve">[54:40] </w:t>
      </w:r>
      <w:r>
        <w:t>hain to behrhaal maine kaafi koshish ki lekin unhone permission di nahin</w:t>
      </w:r>
    </w:p>
    <w:p>
      <w:pPr>
        <w:jc w:val="right"/>
      </w:pPr>
      <w:r>
        <w:t>ہیں تو بہرحال میں نے کافی کوشش کی لیکن انہوں نے پرمیشن دی نہیں</w:t>
      </w:r>
    </w:p>
    <w:p>
      <w:r>
        <w:rPr>
          <w:b/>
        </w:rPr>
        <w:t xml:space="preserve">[54:46] </w:t>
      </w:r>
      <w:r>
        <w:t>to yeh sahab jo hain David</w:t>
      </w:r>
    </w:p>
    <w:p>
      <w:pPr>
        <w:jc w:val="right"/>
      </w:pPr>
      <w:r>
        <w:t>تو یہ صاحب جو ہیں ڈیوڈ</w:t>
      </w:r>
    </w:p>
    <w:p>
      <w:r>
        <w:rPr>
          <w:b/>
        </w:rPr>
        <w:t xml:space="preserve">[54:49] </w:t>
      </w:r>
      <w:r>
        <w:t>aah pakardo yeh wahan koi organization hai</w:t>
      </w:r>
    </w:p>
    <w:p>
      <w:pPr>
        <w:jc w:val="right"/>
      </w:pPr>
      <w:r>
        <w:t>آہ پکاردو یہ وہاں کوئی آرگنائزیشن ہے</w:t>
      </w:r>
    </w:p>
    <w:p>
      <w:r>
        <w:rPr>
          <w:b/>
        </w:rPr>
        <w:t xml:space="preserve">[54:54] </w:t>
      </w:r>
      <w:r>
        <w:t>aah jis ka naam hai</w:t>
      </w:r>
    </w:p>
    <w:p>
      <w:pPr>
        <w:jc w:val="right"/>
      </w:pPr>
      <w:r>
        <w:t>آہ جس کا نام ہے</w:t>
      </w:r>
    </w:p>
    <w:p>
      <w:r>
        <w:rPr>
          <w:b/>
        </w:rPr>
        <w:t xml:space="preserve">[54:57] </w:t>
      </w:r>
      <w:r>
        <w:t>aah coordinate association islamic</w:t>
      </w:r>
    </w:p>
    <w:p>
      <w:pPr>
        <w:jc w:val="right"/>
      </w:pPr>
      <w:r>
        <w:t>آہ کوآرڈینیٹو ایسوسی ایشن اسلامک</w:t>
      </w:r>
    </w:p>
    <w:p>
      <w:r>
        <w:rPr>
          <w:b/>
        </w:rPr>
        <w:t xml:space="preserve">[55:05] </w:t>
      </w:r>
      <w:r>
        <w:t>di milano yani is ka matlab yeh hai ke aik aisa idara hai jo sare jo associations</w:t>
      </w:r>
    </w:p>
    <w:p>
      <w:pPr>
        <w:jc w:val="right"/>
      </w:pPr>
      <w:r>
        <w:t>دی میلانو یعنی اس کا مطلب یہ ہے کہ ایک ایسا ادارہ ہے جو سارے جو ایسوسی ایشنز</w:t>
      </w:r>
    </w:p>
    <w:p>
      <w:r>
        <w:rPr>
          <w:b/>
        </w:rPr>
        <w:t xml:space="preserve">[55:12] </w:t>
      </w:r>
      <w:r>
        <w:t>hain centers hain is is ke jo kaam hotay</w:t>
      </w:r>
    </w:p>
    <w:p>
      <w:pPr>
        <w:jc w:val="right"/>
      </w:pPr>
      <w:r>
        <w:t>ہیں سینٹرز ہیں اس اس کے جو کام ہوتے</w:t>
      </w:r>
    </w:p>
    <w:p>
      <w:r>
        <w:rPr>
          <w:b/>
        </w:rPr>
        <w:t xml:space="preserve">[55:15] </w:t>
      </w:r>
      <w:r>
        <w:t>hain jo masail hain is ko hal kartay hain bunyadi tor par ziyada tar log yeh community work</w:t>
      </w:r>
    </w:p>
    <w:p>
      <w:pPr>
        <w:jc w:val="right"/>
      </w:pPr>
      <w:r>
        <w:t>ہیں جو مسائل ہیں اس کو حل کرتے ہیں بنیادی طور پر زیادہ تر لوگ یہ کمیونٹی ورک</w:t>
      </w:r>
    </w:p>
    <w:p>
      <w:r>
        <w:rPr>
          <w:b/>
        </w:rPr>
        <w:t xml:space="preserve">[55:21] </w:t>
      </w:r>
      <w:r>
        <w:t>kartay hain yani masjid banana ya aur jo community ke kaam hain woh karna to is tarah ke</w:t>
      </w:r>
    </w:p>
    <w:p>
      <w:pPr>
        <w:jc w:val="right"/>
      </w:pPr>
      <w:r>
        <w:t>کرتے ہیں یعنی مسجد بنانا یا اور جو کمیونٹی کے کام ہیں وہ کرنا تو اس طرح کے</w:t>
      </w:r>
    </w:p>
    <w:p>
      <w:r>
        <w:rPr>
          <w:b/>
        </w:rPr>
        <w:t xml:space="preserve">[55:28] </w:t>
      </w:r>
      <w:r>
        <w:t>kaam unhon nay bataya ke wahan taqreeban aik hazar aisi organizations hain jo masjid banatay hain aur jo</w:t>
      </w:r>
    </w:p>
    <w:p>
      <w:pPr>
        <w:jc w:val="right"/>
      </w:pPr>
      <w:r>
        <w:t>کام انہوں نے بتایا کہ وہاں تقریباً ایک ہزار ایسی آرگنائزیشنز ہیں جو مسجد بناتے ہیں اور جو</w:t>
      </w:r>
    </w:p>
    <w:p>
      <w:r>
        <w:rPr>
          <w:b/>
        </w:rPr>
        <w:t xml:space="preserve">[55:35] </w:t>
      </w:r>
      <w:r>
        <w:t>muslims ke kaam hotay hain woh kartay hain lekin dawat ke tehat koi khaas kaam nahi hota wahan</w:t>
      </w:r>
    </w:p>
    <w:p>
      <w:pPr>
        <w:jc w:val="right"/>
      </w:pPr>
      <w:r>
        <w:t>مسلمز کے کام ہوتے ہیں وہ کرتے ہیں لیکن دعوت کے تحت کوئی خاص کام نہیں ہوتا وہاں</w:t>
      </w:r>
    </w:p>
    <w:p>
      <w:r>
        <w:rPr>
          <w:b/>
        </w:rPr>
        <w:t xml:space="preserve">[55:43] </w:t>
      </w:r>
      <w:r>
        <w:t>aah unhon nay aik aur baat batayi ke yahan aik association hai jis ka naam hai aah</w:t>
      </w:r>
    </w:p>
    <w:p>
      <w:pPr>
        <w:jc w:val="right"/>
      </w:pPr>
      <w:r>
        <w:t>آہ انہوں نے ایک اور بات بتائی کہ یہاں ایک ایسوسی ایشن ہے جس کا نام ہے آہ</w:t>
      </w:r>
    </w:p>
    <w:p>
      <w:r>
        <w:rPr>
          <w:b/>
        </w:rPr>
        <w:t xml:space="preserve">[55:50] </w:t>
      </w:r>
      <w:r>
        <w:t>association of the quran for italy kuch is tarah ka naam tha to main nay poocha ke</w:t>
      </w:r>
    </w:p>
    <w:p>
      <w:pPr>
        <w:jc w:val="right"/>
      </w:pPr>
      <w:r>
        <w:t>ایسوسی ایشن آف دی قرآن فار اٹلی کچھ اس طرح کا نام تھا تو میں نے پوچھا کہ</w:t>
      </w:r>
    </w:p>
    <w:p>
      <w:r>
        <w:rPr>
          <w:b/>
        </w:rPr>
        <w:t xml:space="preserve">[55:57] </w:t>
      </w:r>
      <w:r>
        <w:t>woh kiya kartay hain to unhon nay bataya ke woh bohat bara kaam kar rahay hain woh</w:t>
      </w:r>
    </w:p>
    <w:p>
      <w:pPr>
        <w:jc w:val="right"/>
      </w:pPr>
      <w:r>
        <w:t>وہ کیا کرتے ہیں تو انہوں نے بتایا کہ وہ بہت بڑا کام کر رہے ہیں وہ</w:t>
      </w:r>
    </w:p>
    <w:p>
      <w:r>
        <w:rPr>
          <w:b/>
        </w:rPr>
        <w:t xml:space="preserve">[56:00] </w:t>
      </w:r>
      <w:r>
        <w:t>arabic mein quran chhap rahay hain yani bohat saalon se woh arabic mein quran shaye kar rahay hain</w:t>
      </w:r>
    </w:p>
    <w:p>
      <w:pPr>
        <w:jc w:val="right"/>
      </w:pPr>
      <w:r>
        <w:t>عربک میں قرآن چھاپ رہے ہیں یعنی بہت سالوں سے وہ عربک میں قرآن شائع کر رہے ہیں</w:t>
      </w:r>
    </w:p>
    <w:p>
      <w:r>
        <w:rPr>
          <w:b/>
        </w:rPr>
        <w:t xml:space="preserve">[56:06] </w:t>
      </w:r>
      <w:r>
        <w:t>italy mein halankay wahan italy mein italian quran ki zaroorat hai aur woh log quran arabic mein shaye</w:t>
      </w:r>
    </w:p>
    <w:p>
      <w:pPr>
        <w:jc w:val="right"/>
      </w:pPr>
      <w:r>
        <w:t>اٹلی میں حالانکہ وہاں اٹلی میں اٹالین قرآن کی ضرورت ہے اور وہ لوگ قرآن عربی میں شائع</w:t>
      </w:r>
    </w:p>
    <w:p>
      <w:r>
        <w:rPr>
          <w:b/>
        </w:rPr>
        <w:t xml:space="preserve">[56:12] </w:t>
      </w:r>
      <w:r>
        <w:t>kar rahay hain phir wahan mujhe pata chala ke aik group hai jo dawati kaam aah mein dilchaspi</w:t>
      </w:r>
    </w:p>
    <w:p>
      <w:pPr>
        <w:jc w:val="right"/>
      </w:pPr>
      <w:r>
        <w:t>کر رہے ہیں پھر وہاں مجھے پتہ چلا کہ ایک گروپ ہے جو دعوتی کام آہ میں دلچسپی</w:t>
      </w:r>
    </w:p>
    <w:p>
      <w:r>
        <w:rPr>
          <w:b/>
        </w:rPr>
        <w:t xml:space="preserve">[56:19] </w:t>
      </w:r>
      <w:r>
        <w:t>rakhtay hain to woh aik shehar bologna hai is ke paas main train say gaya to yeh log</w:t>
      </w:r>
    </w:p>
    <w:p>
      <w:pPr>
        <w:jc w:val="right"/>
      </w:pPr>
      <w:r>
        <w:t>رکھتے ہیں تو وہ ایک شہر بلونیا ہے اس کے پاس میں ٹرین سے گیا تو یہ لوگ</w:t>
      </w:r>
    </w:p>
    <w:p>
      <w:r>
        <w:rPr>
          <w:b/>
        </w:rPr>
        <w:t xml:space="preserve">[56:26] </w:t>
      </w:r>
      <w:r>
        <w:t>milay wahan yeh jo khatoon hain right mein oopar aah un ka naam hai aisha rudolfi yeh koi</w:t>
      </w:r>
    </w:p>
    <w:p>
      <w:pPr>
        <w:jc w:val="right"/>
      </w:pPr>
      <w:r>
        <w:t>ملے وہاں یہ جو خاتون ہیں رائٹ میں اوپر آہ ان کا نام ہے عائشہ رڈولفی یہ کوئی</w:t>
      </w:r>
    </w:p>
    <w:p>
      <w:r>
        <w:rPr>
          <w:b/>
        </w:rPr>
        <w:t xml:space="preserve">[56:35] </w:t>
      </w:r>
      <w:r>
        <w:t>aah aah fashion designer ya kuch theen phir unhon nay islam qabool kiya aur unhon nay kitaab likhi</w:t>
      </w:r>
    </w:p>
    <w:p>
      <w:pPr>
        <w:jc w:val="right"/>
      </w:pPr>
      <w:r>
        <w:t>آہ آہ فیشن ڈیزائنر یا کچھ تھیں پھر انہوں نے اسلام قبول کیا اور انہوں نے کتاب لکھی</w:t>
      </w:r>
    </w:p>
    <w:p>
      <w:r>
        <w:rPr>
          <w:b/>
        </w:rPr>
        <w:t xml:space="preserve">[56:44] </w:t>
      </w:r>
      <w:r>
        <w:t>how i accepted islam from</w:t>
      </w:r>
    </w:p>
    <w:p>
      <w:pPr>
        <w:jc w:val="right"/>
      </w:pPr>
      <w:r>
        <w:t>ہاؤ آئی ایکسیپٹڈ اسلام فرام</w:t>
      </w:r>
    </w:p>
    <w:p>
      <w:r>
        <w:rPr>
          <w:b/>
        </w:rPr>
        <w:t xml:space="preserve">[56:47] </w:t>
      </w:r>
      <w:r>
        <w:t>fashion to islam kuch is tarah say naam hai to unhon nay bataya ke hamaray hamara jo group</w:t>
      </w:r>
    </w:p>
    <w:p>
      <w:pPr>
        <w:jc w:val="right"/>
      </w:pPr>
      <w:r>
        <w:t>فیشن ٹو اسلام کچھ اس طرح سے نام ہے تو انہوں نے بتایا کہ ہمارے ہمارا جو گروپ</w:t>
      </w:r>
    </w:p>
    <w:p>
      <w:r>
        <w:rPr>
          <w:b/>
        </w:rPr>
        <w:t xml:space="preserve">[56:52] </w:t>
      </w:r>
      <w:r>
        <w:t>hai woh kafi acha dawati kaam karta hai aur literature waghera logon ko deta hai yeh in ki</w:t>
      </w:r>
    </w:p>
    <w:p>
      <w:pPr>
        <w:jc w:val="right"/>
      </w:pPr>
      <w:r>
        <w:t>ہے وہ کافی اچھا دعوتی کام کرتا ہے اور لٹریچر وغیرہ لوگوں کو دیتا ہے یہ ان کی</w:t>
      </w:r>
    </w:p>
    <w:p>
      <w:r>
        <w:rPr>
          <w:b/>
        </w:rPr>
        <w:t xml:space="preserve">[56:58] </w:t>
      </w:r>
      <w:r>
        <w:t>mother hain jin kay hath mein quran hai aur woh aik sahib peechay jo hain idhar bhi photo</w:t>
      </w:r>
    </w:p>
    <w:p>
      <w:pPr>
        <w:jc w:val="right"/>
      </w:pPr>
      <w:r>
        <w:t>مدر ہیں جن کے ہاتھ میں قرآن ہے اور وہ ایک صاحب پیچھے جو ہیں ادھر بھی فوٹو</w:t>
      </w:r>
    </w:p>
    <w:p>
      <w:r>
        <w:rPr>
          <w:b/>
        </w:rPr>
        <w:t xml:space="preserve">[57:01] </w:t>
      </w:r>
      <w:r>
        <w:t>un ka mister hussain yeh aah algeria ke hain to wahan jo arabs hain woh morocco aur algeria</w:t>
      </w:r>
    </w:p>
    <w:p>
      <w:pPr>
        <w:jc w:val="right"/>
      </w:pPr>
      <w:r>
        <w:t>ان کا مسٹر حسین یہ آہ الجیریا کے ہیں تو وہاں جو عربز ہیں وہ موروکو اور الجیریا</w:t>
      </w:r>
    </w:p>
    <w:p>
      <w:r>
        <w:rPr>
          <w:b/>
        </w:rPr>
        <w:t xml:space="preserve">[57:09] </w:t>
      </w:r>
      <w:r>
        <w:t>ke bohat hain jo italian boltay hain to unhon nay bataya ke wahan kafi hum kaam kartay hain</w:t>
      </w:r>
    </w:p>
    <w:p>
      <w:pPr>
        <w:jc w:val="right"/>
      </w:pPr>
      <w:r>
        <w:t>کے بہت ہیں جو اٹالین بولتے ہیں تو انہوں نے بتایا کہ وہاں کافی ہم کام کرتے ہیں</w:t>
      </w:r>
    </w:p>
    <w:p>
      <w:r>
        <w:rPr>
          <w:b/>
        </w:rPr>
        <w:t xml:space="preserve">[57:14] </w:t>
      </w:r>
      <w:r>
        <w:t>lekin in ka jo masla tha yeh unhon nay bataya ke hamaray paas jo bhi booklets aur literature</w:t>
      </w:r>
    </w:p>
    <w:p>
      <w:pPr>
        <w:jc w:val="right"/>
      </w:pPr>
      <w:r>
        <w:t>لیکن ان کا جو مسئلہ تھا یہ انہوں نے بتایا کہ ہمارے پاس جو بھی بکلیٹس اور لٹریچر</w:t>
      </w:r>
    </w:p>
    <w:p>
      <w:r>
        <w:rPr>
          <w:b/>
        </w:rPr>
        <w:t xml:space="preserve">[57:19] </w:t>
      </w:r>
      <w:r>
        <w:t>hai woh sab aah</w:t>
      </w:r>
    </w:p>
    <w:p>
      <w:pPr>
        <w:jc w:val="right"/>
      </w:pPr>
      <w:r>
        <w:t>ہے وہ سب آہ</w:t>
      </w:r>
    </w:p>
    <w:p>
      <w:r>
        <w:rPr>
          <w:b/>
        </w:rPr>
        <w:t xml:space="preserve">[57:22] </w:t>
      </w:r>
      <w:r>
        <w:t>aah saudia arab se aaya hai to woh jo kitabein hain woh yahan ke italian logon ka mind</w:t>
      </w:r>
    </w:p>
    <w:p>
      <w:pPr>
        <w:jc w:val="right"/>
      </w:pPr>
      <w:r>
        <w:t>آہ سعودی عرب سے آیا ہے تو وہ جو کتابیں ہیں وہ یہاں کے اٹالین لوگوں کا مائنڈ</w:t>
      </w:r>
    </w:p>
    <w:p>
      <w:r>
        <w:rPr>
          <w:b/>
        </w:rPr>
        <w:t xml:space="preserve">[57:28] </w:t>
      </w:r>
      <w:r>
        <w:t>address nahi karte chunke saudia arab ka jo literature hai woh halal</w:t>
      </w:r>
    </w:p>
    <w:p>
      <w:pPr>
        <w:jc w:val="right"/>
      </w:pPr>
      <w:r>
        <w:t>ایڈریس نہیں کرتے چونکہ سعودی عرب کا جو لٹریچر ہے وہ حلال</w:t>
      </w:r>
    </w:p>
    <w:p>
      <w:r>
        <w:rPr>
          <w:b/>
        </w:rPr>
        <w:t xml:space="preserve">[57:32] </w:t>
      </w:r>
      <w:r>
        <w:t>aur haram ki baatein hoti hain is mein sirf yeh karo yeh mat karo aur bohat hi fiqhi</w:t>
      </w:r>
    </w:p>
    <w:p>
      <w:pPr>
        <w:jc w:val="right"/>
      </w:pPr>
      <w:r>
        <w:t>اور حرام کی باتیں ہوتی ہیں اس میں صرف یہ کرو یہ مت کرو اور بہت ہی فقہی</w:t>
      </w:r>
    </w:p>
    <w:p>
      <w:r>
        <w:rPr>
          <w:b/>
        </w:rPr>
        <w:t xml:space="preserve">[57:36] </w:t>
      </w:r>
      <w:r>
        <w:t>andaz ki selfie jo un ki ideology hai us ko present karte hain to unhone kaha ke</w:t>
      </w:r>
    </w:p>
    <w:p>
      <w:pPr>
        <w:jc w:val="right"/>
      </w:pPr>
      <w:r>
        <w:t>انداز کی سیلفی جو ان کی آئیڈیالوجی ہے اس کو پریزنٹ کرتے ہیں تو انہوں نے کہا کہ</w:t>
      </w:r>
    </w:p>
    <w:p>
      <w:r>
        <w:rPr>
          <w:b/>
        </w:rPr>
        <w:t xml:space="preserve">[57:41] </w:t>
      </w:r>
      <w:r>
        <w:t>jab hamari cheezein dekhein aur baatein huin un se to unhone kaha ke hum aap ki jo</w:t>
      </w:r>
    </w:p>
    <w:p>
      <w:pPr>
        <w:jc w:val="right"/>
      </w:pPr>
      <w:r>
        <w:t>جب ہماری چیزیں دیکھیں اور باتیں ہوئیں ان سے تو انہوں نے کہا کہ ہم آپ کی جو</w:t>
      </w:r>
    </w:p>
    <w:p>
      <w:r>
        <w:rPr>
          <w:b/>
        </w:rPr>
        <w:t xml:space="preserve">[57:48] </w:t>
      </w:r>
      <w:r>
        <w:t>kitabein hain aur quran yeh agar italy italian mein aajaye to hum is ko istemal karein ge aur</w:t>
      </w:r>
    </w:p>
    <w:p>
      <w:pPr>
        <w:jc w:val="right"/>
      </w:pPr>
      <w:r>
        <w:t>کتابیں ہیں اور قرآن یہ اگر اٹلی اٹالین میں آجائے تو ہم اس کو استعمال کریں گے اور</w:t>
      </w:r>
    </w:p>
    <w:p>
      <w:r>
        <w:rPr>
          <w:b/>
        </w:rPr>
        <w:t xml:space="preserve">[57:54] </w:t>
      </w:r>
      <w:r>
        <w:t>apne jo daoti kaam hain us mein istemal karein ge unhone kaha ke hum poore italy mein</w:t>
      </w:r>
    </w:p>
    <w:p>
      <w:pPr>
        <w:jc w:val="right"/>
      </w:pPr>
      <w:r>
        <w:t>اپنے جو دعوتی کام ہیں اس میں استعمال کریں گے انہوں نے کہا کہ ہم پورے اٹلی میں</w:t>
      </w:r>
    </w:p>
    <w:p>
      <w:r>
        <w:rPr>
          <w:b/>
        </w:rPr>
        <w:t xml:space="preserve">[57:59] </w:t>
      </w:r>
      <w:r>
        <w:t>ja sakte hain aah har shehar mein hamare kuch contacts hain groups hain wahan ja ke hum daoti</w:t>
      </w:r>
    </w:p>
    <w:p>
      <w:pPr>
        <w:jc w:val="right"/>
      </w:pPr>
      <w:r>
        <w:t>جا سکتے ہیں آہ ہر شہر میں ہمارے کچھ کانٹیکٹس ہیں گروپس ہیں وہاں جا کے ہم دعوتی</w:t>
      </w:r>
    </w:p>
    <w:p>
      <w:r>
        <w:rPr>
          <w:b/>
        </w:rPr>
        <w:t xml:space="preserve">[58:04] </w:t>
      </w:r>
      <w:r>
        <w:t>kaam kar sakte hain unhone kuch mujhe photo bhi bheje jo yeh kaam karte hain daoti street</w:t>
      </w:r>
    </w:p>
    <w:p>
      <w:pPr>
        <w:jc w:val="right"/>
      </w:pPr>
      <w:r>
        <w:t>کام کر سکتے ہیں انہوں نے کچھ مجھے فوٹو بھی بھیجے جو یہ کام کرتے ہیں دعوتی اسٹریٹ</w:t>
      </w:r>
    </w:p>
    <w:p>
      <w:r>
        <w:rPr>
          <w:b/>
        </w:rPr>
        <w:t xml:space="preserve">[58:10] </w:t>
      </w:r>
      <w:r>
        <w:t>daawa zyada tar karte hain to unhone kaha ke hum chahte hain ke aisa literature ho jo</w:t>
      </w:r>
    </w:p>
    <w:p>
      <w:pPr>
        <w:jc w:val="right"/>
      </w:pPr>
      <w:r>
        <w:t>دعویٰ زیادہ تر کرتے ہیں تو انہوں نے کہا کہ ہم چاہتے ہیں کہ ایسا لٹریچر ہو جو</w:t>
      </w:r>
    </w:p>
    <w:p>
      <w:r>
        <w:rPr>
          <w:b/>
        </w:rPr>
        <w:t xml:space="preserve">[58:14] </w:t>
      </w:r>
      <w:r>
        <w:t>yahan ka jo mind hai woh address</w:t>
      </w:r>
    </w:p>
    <w:p>
      <w:pPr>
        <w:jc w:val="right"/>
      </w:pPr>
      <w:r>
        <w:t>یہاں کا جو مائنڈ ہے وہ ایڈریس</w:t>
      </w:r>
    </w:p>
    <w:p>
      <w:r>
        <w:rPr>
          <w:b/>
        </w:rPr>
        <w:t xml:space="preserve">[58:17] </w:t>
      </w:r>
      <w:r>
        <w:t>ho aur jo kitaabein abhi maujood hain un ke paas woh bilkul yahan ke logon ke matlab ki nahin hain</w:t>
      </w:r>
    </w:p>
    <w:p>
      <w:pPr>
        <w:jc w:val="right"/>
      </w:pPr>
      <w:r>
        <w:t>ہو اور جو کتابیں ابھی موجود ہیں ان کے پاس وہ بالکل یہاں کے لوگوں کے مطلب کی نہیں ہیں</w:t>
      </w:r>
    </w:p>
    <w:p>
      <w:r>
        <w:rPr>
          <w:b/>
        </w:rPr>
        <w:t xml:space="preserve">[58:28] </w:t>
      </w:r>
      <w:r>
        <w:t>phir is ke baad mein spain gaya aah granada to granada jab mein pohancha to sab se pehle</w:t>
      </w:r>
    </w:p>
    <w:p>
      <w:pPr>
        <w:jc w:val="right"/>
      </w:pPr>
      <w:r>
        <w:t>پھر اس کے بعد میں اسپین گیا آہ گریناڈا تو گریناڈا جب میں پہنچا تو سب سے پہلے</w:t>
      </w:r>
    </w:p>
    <w:p>
      <w:r>
        <w:rPr>
          <w:b/>
        </w:rPr>
        <w:t xml:space="preserve">[58:34] </w:t>
      </w:r>
      <w:r>
        <w:t>mein ne wahan logon ko call kiya to yeh yeh sahib mile sab se pehle yeh yeh sahib</w:t>
      </w:r>
    </w:p>
    <w:p>
      <w:pPr>
        <w:jc w:val="right"/>
      </w:pPr>
      <w:r>
        <w:t>میں نے وہاں لوگوں کو کال کیا تو یہ یہ صاحب ملے سب سے پہلے یہ یہ صاحب</w:t>
      </w:r>
    </w:p>
    <w:p>
      <w:r>
        <w:rPr>
          <w:b/>
        </w:rPr>
        <w:t xml:space="preserve">[58:40] </w:t>
      </w:r>
      <w:r>
        <w:t>unhone kaha ke mein pass mein hi rehta hoon mein abhi aajata hoon to das pandrah minute</w:t>
      </w:r>
    </w:p>
    <w:p>
      <w:pPr>
        <w:jc w:val="right"/>
      </w:pPr>
      <w:r>
        <w:t>انہوں نے کہا کہ میں پاس میں ہی رہتا ہوں میں ابھی آجاتا ہوں تو دس پندرہ منٹ</w:t>
      </w:r>
    </w:p>
    <w:p>
      <w:r>
        <w:rPr>
          <w:b/>
        </w:rPr>
        <w:t xml:space="preserve">[58:44] </w:t>
      </w:r>
      <w:r>
        <w:t>mein hi aagaye yeh sahib yeh mutarjim hain in ka naam hai abdul ghani melara</w:t>
      </w:r>
    </w:p>
    <w:p>
      <w:pPr>
        <w:jc w:val="right"/>
      </w:pPr>
      <w:r>
        <w:t>میں ہی آگئے یہ صاحب یہ مترجم ہیں ان کا نام ہے عبدالغنی میلارا</w:t>
      </w:r>
    </w:p>
    <w:p>
      <w:r>
        <w:rPr>
          <w:b/>
        </w:rPr>
        <w:t xml:space="preserve">[58:52] </w:t>
      </w:r>
      <w:r>
        <w:t>newio in ka yeh quran hai yeh unhone aah aah tarjuma kiya tha nineteen seventy nine mein</w:t>
      </w:r>
    </w:p>
    <w:p>
      <w:pPr>
        <w:jc w:val="right"/>
      </w:pPr>
      <w:r>
        <w:t>نیویو ان کا یہ قرآن ہے یہ انہوں نے آہ آہ ترجمہ کیا تھا نائنٹین سیونٹی نائن میں</w:t>
      </w:r>
    </w:p>
    <w:p>
      <w:r>
        <w:rPr>
          <w:b/>
        </w:rPr>
        <w:t xml:space="preserve">[59:00] </w:t>
      </w:r>
      <w:r>
        <w:t>unhone bataya ke nineteen seventies mein jab aah poori duniya mein hippy waghera ban rahe the log</w:t>
      </w:r>
    </w:p>
    <w:p>
      <w:pPr>
        <w:jc w:val="right"/>
      </w:pPr>
      <w:r>
        <w:t>انہوں نے بتایا کہ نائنٹین سیونٹیز میں جب آہ پوری دنیا میں ہپی وغیرہ بن رہے تھے لوگ</w:t>
      </w:r>
    </w:p>
    <w:p>
      <w:r>
        <w:rPr>
          <w:b/>
        </w:rPr>
        <w:t xml:space="preserve">[59:06] </w:t>
      </w:r>
      <w:r>
        <w:t>to spain mein bhi kisi aah sufi</w:t>
      </w:r>
    </w:p>
    <w:p>
      <w:pPr>
        <w:jc w:val="right"/>
      </w:pPr>
      <w:r>
        <w:t>تو اسپین میں بھی کسی آہ صوفی</w:t>
      </w:r>
    </w:p>
    <w:p>
      <w:r>
        <w:rPr>
          <w:b/>
        </w:rPr>
        <w:t xml:space="preserve">[59:10] </w:t>
      </w:r>
      <w:r>
        <w:t>aah saint se mutasir ho ke bohat</w:t>
      </w:r>
    </w:p>
    <w:p>
      <w:pPr>
        <w:jc w:val="right"/>
      </w:pPr>
      <w:r>
        <w:t>آہ سینٹ سے متاثر ہو کے بہت</w:t>
      </w:r>
    </w:p>
    <w:p>
      <w:r>
        <w:rPr>
          <w:b/>
        </w:rPr>
        <w:t xml:space="preserve">[59:13] </w:t>
      </w:r>
      <w:r>
        <w:t>saare spain ke log islam le aaye the un mein se yeh bhi ek hain to unhon ne is quran tarjuma kiya aah jo quran aah aah malik fahad aah printing press se bhi chapa hai yeh in ka quran is mein thori si commentary bhi hai aur yeh sab se zyada aah maroof aur maqbool tarjuma hai spanish mein aur chaar taqreeban aur tarjume hue hain lekin yahi sab se zyada.</w:t>
      </w:r>
    </w:p>
    <w:p>
      <w:pPr>
        <w:jc w:val="right"/>
      </w:pPr>
      <w:r>
        <w:t>سارے اسپین کے لوگ اسلام لے آئے تھے ان میں سے یہ بھی ایک ہیں تو انہوں نے اس قرآن ترجمہ کیا آہ جو قرآن آہ آہ ملک فہد آہ پرنٹنگ پریس سے بھی چھپا ہے یہ ان کا قرآن اس میں تھوڑی سی کمنٹری بھی ہے اور یہ سب سے زیادہ آہ معروف اور مقبول ترجمہ ہے اسپینش میں اور چار تقریباً اور ترجمے ہوئے ہیں لیکن یہی سب سے زیادہ.</w:t>
      </w:r>
    </w:p>
    <w:p>
      <w:r>
        <w:rPr>
          <w:b/>
        </w:rPr>
        <w:t xml:space="preserve">[59:41] </w:t>
      </w:r>
      <w:r>
        <w:t>to un se aah meri baat cheet hui baat cheet maine aah maine bataya ke daoti</w:t>
      </w:r>
    </w:p>
    <w:p>
      <w:pPr>
        <w:jc w:val="right"/>
      </w:pPr>
      <w:r>
        <w:t>تو ان سے آہ میری بات چیت ہوئی بات چیت میں نے آہ میں نے بتایا کہ دعوتی</w:t>
      </w:r>
    </w:p>
    <w:p>
      <w:r>
        <w:rPr>
          <w:b/>
        </w:rPr>
        <w:t xml:space="preserve">[59:46] </w:t>
      </w:r>
      <w:r>
        <w:t>kaam hum quran ke zariye karte hain aur hum chahte hain ke aap ka jo tarjuma hai woh</w:t>
      </w:r>
    </w:p>
    <w:p>
      <w:pPr>
        <w:jc w:val="right"/>
      </w:pPr>
      <w:r>
        <w:t>کام ہم قرآن کے ذریعے کرتے ہیں اور ہم چاہتے ہیں کہ آپ کا جو ترجمہ ہے وہ</w:t>
      </w:r>
    </w:p>
    <w:p>
      <w:r>
        <w:rPr>
          <w:b/>
        </w:rPr>
        <w:t xml:space="preserve">[59:52] </w:t>
      </w:r>
      <w:r>
        <w:t>shaye karein hum to yeh unhone bohat lambi baat ki taqreeban do ghante rahe do baar aaye</w:t>
      </w:r>
    </w:p>
    <w:p>
      <w:pPr>
        <w:jc w:val="right"/>
      </w:pPr>
      <w:r>
        <w:t>شائع کریں ہم تو یہ انہوں نے بہت لمبی بات کی تقریباً دو گھنٹے رہے دو بار آئے</w:t>
      </w:r>
    </w:p>
    <w:p>
      <w:r>
        <w:rPr>
          <w:b/>
        </w:rPr>
        <w:t xml:space="preserve">[59:58] </w:t>
      </w:r>
      <w:r>
        <w:t>ek baar apna laptop le ke aaye unhone apna dikhaya mujhe quran waghera kuch cheezein bataein</w:t>
      </w:r>
    </w:p>
    <w:p>
      <w:pPr>
        <w:jc w:val="right"/>
      </w:pPr>
      <w:r>
        <w:t>ایک بار اپنا لیپ ٹاپ لے کے آئے انہوں نے اپنا دکھایا مجھے قرآن وغیرہ کچھ چیزیں بتائیں</w:t>
      </w:r>
    </w:p>
    <w:p>
      <w:r>
        <w:rPr>
          <w:b/>
        </w:rPr>
        <w:t xml:space="preserve">[1:00:03] </w:t>
      </w:r>
      <w:r>
        <w:t>technically technical cheezein lekin yeh aah tayyar nahi huye permission dene ke liye to un ka kehna yeh</w:t>
      </w:r>
    </w:p>
    <w:p>
      <w:pPr>
        <w:jc w:val="right"/>
      </w:pPr>
      <w:r>
        <w:t>ٹیکنیکلی ٹیکنیکل چیزیں لیکن یہ آہ تیار نہیں ہوئے پرمیشن دینے کے لیے تو ان کا کہنا یہ</w:t>
      </w:r>
    </w:p>
    <w:p>
      <w:r>
        <w:rPr>
          <w:b/>
        </w:rPr>
        <w:t xml:space="preserve">[1:00:12] </w:t>
      </w:r>
      <w:r>
        <w:t>hai ke quran free is tarah se taqseem nahi karna chahiye log aise phenk denge idhar rakh</w:t>
      </w:r>
    </w:p>
    <w:p>
      <w:pPr>
        <w:jc w:val="right"/>
      </w:pPr>
      <w:r>
        <w:t>ہے کہ قرآن فری اس طرح سے تقسیم نہیں کرنا چاہیے لوگ ایسے پھینک دیں گے ادھر رکھ</w:t>
      </w:r>
    </w:p>
    <w:p>
      <w:r>
        <w:rPr>
          <w:b/>
        </w:rPr>
        <w:t xml:space="preserve">[1:00:16] </w:t>
      </w:r>
      <w:r>
        <w:t>denge idhar rakh denge aur is ka unhon ne ek mujhe waqia sunaya ke aah kisi</w:t>
      </w:r>
    </w:p>
    <w:p>
      <w:pPr>
        <w:jc w:val="right"/>
      </w:pPr>
      <w:r>
        <w:t>دیں گے ادھر رکھ دیں گے اور اس کا انہوں نے ایک مجھے واقعہ سنایا کہ آہ کسی</w:t>
      </w:r>
    </w:p>
    <w:p>
      <w:r>
        <w:rPr>
          <w:b/>
        </w:rPr>
        <w:t xml:space="preserve">[1:00:24] </w:t>
      </w:r>
      <w:r>
        <w:t>ne koi kaghaz dekha us pe Allah likha hua</w:t>
      </w:r>
    </w:p>
    <w:p>
      <w:pPr>
        <w:jc w:val="right"/>
      </w:pPr>
      <w:r>
        <w:t>نے کوئی کاغذ دیکھا اس پہ اللہ لکھا ہوا</w:t>
      </w:r>
    </w:p>
    <w:p>
      <w:r>
        <w:rPr>
          <w:b/>
        </w:rPr>
        <w:t xml:space="preserve">[1:00:26] </w:t>
      </w:r>
      <w:r>
        <w:t>tha to us ne us ko saaf kiya aur aah us ko achhi tarah se perfume laga ke</w:t>
      </w:r>
    </w:p>
    <w:p>
      <w:pPr>
        <w:jc w:val="right"/>
      </w:pPr>
      <w:r>
        <w:t>تھا تو اس نے اس کو صاف کیا اور آہ اس کو اچھی طرح سے پرفیوم لگا کے</w:t>
      </w:r>
    </w:p>
    <w:p>
      <w:r>
        <w:rPr>
          <w:b/>
        </w:rPr>
        <w:t xml:space="preserve">[1:00:32] </w:t>
      </w:r>
      <w:r>
        <w:t>rakha to us ko dream aaya aah ke rasool Allah ka dream aaya aur bohat achhe dream aaye</w:t>
      </w:r>
    </w:p>
    <w:p>
      <w:pPr>
        <w:jc w:val="right"/>
      </w:pPr>
      <w:r>
        <w:t>رکھا تو اس کو ڈریم آیا آہ کہ رسول اللہ کا ڈریم آیا اور بہت اچھے ڈریم آئے</w:t>
      </w:r>
    </w:p>
    <w:p>
      <w:r>
        <w:rPr>
          <w:b/>
        </w:rPr>
        <w:t xml:space="preserve">[1:00:39] </w:t>
      </w:r>
      <w:r>
        <w:t>to main ne kaha yeh to koi waqia hadith mein kahin aata nahi hai na koi sahabi ke</w:t>
      </w:r>
    </w:p>
    <w:p>
      <w:pPr>
        <w:jc w:val="right"/>
      </w:pPr>
      <w:r>
        <w:t>تو میں نے کہا یہ تو کوئی واقعہ حدیث میں کہیں آتا نہیں ہے نہ کوئی صحابی کے</w:t>
      </w:r>
    </w:p>
    <w:p>
      <w:r>
        <w:rPr>
          <w:b/>
        </w:rPr>
        <w:t xml:space="preserve">[1:00:44] </w:t>
      </w:r>
      <w:r>
        <w:t>saath aisa koi waqia pesh aaya yeh to sab jhoote qisse hain lekin woh maane nahi phir is</w:t>
      </w:r>
    </w:p>
    <w:p>
      <w:pPr>
        <w:jc w:val="right"/>
      </w:pPr>
      <w:r>
        <w:t>ساتھ ایسا کوئی واقعہ پیش آیا یہ تو سب جھوٹے قصے ہیں لیکن وہ مانے نہیں پھر اس</w:t>
      </w:r>
    </w:p>
    <w:p>
      <w:r>
        <w:rPr>
          <w:b/>
        </w:rPr>
        <w:t xml:space="preserve">[1:00:49] </w:t>
      </w:r>
      <w:r>
        <w:t>ke ilawa jab baatein un se huin to yeh bar bar lafz kuffar istemal kar rahe the to</w:t>
      </w:r>
    </w:p>
    <w:p>
      <w:pPr>
        <w:jc w:val="right"/>
      </w:pPr>
      <w:r>
        <w:t>کے علاوہ جب باتیں ان سے ہوئیں تو یہ بار بار لفظ کفار استعمال کر رہے تھے تو</w:t>
      </w:r>
    </w:p>
    <w:p>
      <w:r>
        <w:rPr>
          <w:b/>
        </w:rPr>
        <w:t xml:space="preserve">[1:00:54] </w:t>
      </w:r>
      <w:r>
        <w:t>main ne kaha ke kuffar to lafz theek nahi hai aap jo istemal kar rahe hain saare log</w:t>
      </w:r>
    </w:p>
    <w:p>
      <w:pPr>
        <w:jc w:val="right"/>
      </w:pPr>
      <w:r>
        <w:t>میں نے کہا کہ کفار تو لفظ ٹھیک نہیں ہے آپ جو استعمال کر رہے ہیں سارے لوگ</w:t>
      </w:r>
    </w:p>
    <w:p>
      <w:r>
        <w:rPr>
          <w:b/>
        </w:rPr>
        <w:t xml:space="preserve">[1:00:58] </w:t>
      </w:r>
      <w:r>
        <w:t>hamare liye insaan hain to unhon ne kaha nahi quran mein kaha gaya hai qul ya ayuhal kafaroon</w:t>
      </w:r>
    </w:p>
    <w:p>
      <w:pPr>
        <w:jc w:val="right"/>
      </w:pPr>
      <w:r>
        <w:t>ہمارے لیے انسان ہیں تو انہوں نے کہا نہیں قرآن میں کہا گیا ہے قل یا ایہا الکافرون</w:t>
      </w:r>
    </w:p>
    <w:p>
      <w:r>
        <w:rPr>
          <w:b/>
        </w:rPr>
        <w:t xml:space="preserve">[1:01:04] </w:t>
      </w:r>
      <w:r>
        <w:t>rasool Allah se kaha gaya hai ke qaho to main ne kaha rasool Allah ne to kabhi kaha</w:t>
      </w:r>
    </w:p>
    <w:p>
      <w:pPr>
        <w:jc w:val="right"/>
      </w:pPr>
      <w:r>
        <w:t>رسول اللہ سے کہا گیا ہے کہ کہو تو میں نے کہا رسول اللہ نے تو کبھی کہا</w:t>
      </w:r>
    </w:p>
    <w:p>
      <w:r>
        <w:rPr>
          <w:b/>
        </w:rPr>
        <w:t xml:space="preserve">[1:01:08] </w:t>
      </w:r>
      <w:r>
        <w:t>nahi agar yeh matlab hota to is ka to khair</w:t>
      </w:r>
    </w:p>
    <w:p>
      <w:pPr>
        <w:jc w:val="right"/>
      </w:pPr>
      <w:r>
        <w:t>نہیں اگر یہ مطلب ہوتا تو اس کا تو خیر</w:t>
      </w:r>
    </w:p>
    <w:p>
      <w:r>
        <w:rPr>
          <w:b/>
        </w:rPr>
        <w:t xml:space="preserve">[1:01:12] </w:t>
      </w:r>
      <w:r>
        <w:t>yeh maane nahi bohat lambi baatein huin phir jo peace aur spirituality ki baatein hum hum ne keen</w:t>
      </w:r>
    </w:p>
    <w:p>
      <w:pPr>
        <w:jc w:val="right"/>
      </w:pPr>
      <w:r>
        <w:t>یہ مانے نہیں بہت لمبی باتیں ہوئیں پھر جو پیس اور سپرچویلیٹی کی باتیں ہم ہم نے کیں</w:t>
      </w:r>
    </w:p>
    <w:p>
      <w:r>
        <w:rPr>
          <w:b/>
        </w:rPr>
        <w:t xml:space="preserve">[1:01:17] </w:t>
      </w:r>
      <w:r>
        <w:t>un se woh bhi un ko samajh mein nahi aayin jihad ki baat bhi un ke samajh mein</w:t>
      </w:r>
    </w:p>
    <w:p>
      <w:pPr>
        <w:jc w:val="right"/>
      </w:pPr>
      <w:r>
        <w:t>ان سے وہ بھی ان کو سمجھ میں نہیں آئیں جہاد کی بات بھی ان کے سمجھ میں</w:t>
      </w:r>
    </w:p>
    <w:p>
      <w:r>
        <w:rPr>
          <w:b/>
        </w:rPr>
        <w:t xml:space="preserve">[1:01:22] </w:t>
      </w:r>
      <w:r>
        <w:t>nahi aayi ke jihad koi peaceful ideological</w:t>
      </w:r>
    </w:p>
    <w:p>
      <w:pPr>
        <w:jc w:val="right"/>
      </w:pPr>
      <w:r>
        <w:t>نہیں آئی کہ جہاد کوئی پیس فل آئیڈیالوجیکل</w:t>
      </w:r>
    </w:p>
    <w:p>
      <w:r>
        <w:rPr>
          <w:b/>
        </w:rPr>
        <w:t xml:space="preserve">[1:01:26] </w:t>
      </w:r>
      <w:r>
        <w:t>aah aah cheez hai to is tarah se behal kafi baat cheet ho ke hone ke baad yeh</w:t>
      </w:r>
    </w:p>
    <w:p>
      <w:pPr>
        <w:jc w:val="right"/>
      </w:pPr>
      <w:r>
        <w:t>آہ آہ چیز ہے تو اس طرح سے بہرحال کافی بات چیت ہو کے ہونے کے بعد یہ</w:t>
      </w:r>
    </w:p>
    <w:p>
      <w:r>
        <w:rPr>
          <w:b/>
        </w:rPr>
        <w:t xml:space="preserve">[1:01:31] </w:t>
      </w:r>
      <w:r>
        <w:t>natija nikla ke unhon ne tarjuma dene se inkar kar diya</w:t>
      </w:r>
    </w:p>
    <w:p>
      <w:pPr>
        <w:jc w:val="right"/>
      </w:pPr>
      <w:r>
        <w:t>نتیجہ نکلا کہ انہوں نے ترجمہ دینے سے انکار کر دیا</w:t>
      </w:r>
    </w:p>
    <w:p>
      <w:r>
        <w:rPr>
          <w:b/>
        </w:rPr>
        <w:t xml:space="preserve">[1:01:37] </w:t>
      </w:r>
      <w:r>
        <w:t>to phir is ke baad agle din main yahan gaya alhambra alhambra palace jo aah wahan sab se</w:t>
      </w:r>
    </w:p>
    <w:p>
      <w:pPr>
        <w:jc w:val="right"/>
      </w:pPr>
      <w:r>
        <w:t>تو پھر اس کے بعد اگلے دن میں یہاں گیا الحمرا الحمرا پیلس جو آہ وہاں سب سے</w:t>
      </w:r>
    </w:p>
    <w:p>
      <w:r>
        <w:rPr>
          <w:b/>
        </w:rPr>
        <w:t xml:space="preserve">[1:01:44] </w:t>
      </w:r>
      <w:r>
        <w:t>zyada tourist aate hain taqreeban</w:t>
      </w:r>
    </w:p>
    <w:p>
      <w:pPr>
        <w:jc w:val="right"/>
      </w:pPr>
      <w:r>
        <w:t>زیادہ ٹورسٹ آتے ہیں تقریباً</w:t>
      </w:r>
    </w:p>
    <w:p>
      <w:r>
        <w:rPr>
          <w:b/>
        </w:rPr>
        <w:t xml:space="preserve">[1:01:47] </w:t>
      </w:r>
      <w:r>
        <w:t>aah taqreeban bees million shayad tourist aate hain wahan saal mein bohat hi zyada achha bana hua hai</w:t>
      </w:r>
    </w:p>
    <w:p>
      <w:pPr>
        <w:jc w:val="right"/>
      </w:pPr>
      <w:r>
        <w:t>آہ تقریباً بیس ملین شاید ٹورسٹ آتے ہیں وہاں سال میں بہت ہی زیادہ اچھا بنا ہوا ہے</w:t>
      </w:r>
    </w:p>
    <w:p>
      <w:r>
        <w:rPr>
          <w:b/>
        </w:rPr>
        <w:t xml:space="preserve">[1:01:56] </w:t>
      </w:r>
      <w:r>
        <w:t>bohat hi achha</w:t>
      </w:r>
    </w:p>
    <w:p>
      <w:pPr>
        <w:jc w:val="right"/>
      </w:pPr>
      <w:r>
        <w:t>بہت ہی اچھا</w:t>
      </w:r>
    </w:p>
    <w:p>
      <w:r>
        <w:rPr>
          <w:b/>
        </w:rPr>
        <w:t xml:space="preserve">[1:01:57] </w:t>
      </w:r>
      <w:r>
        <w:t>mehfooz kiya hua hai aur yeh yeh jo aah jab muslim hukumat thi yahan spain mein to aath</w:t>
      </w:r>
    </w:p>
    <w:p>
      <w:pPr>
        <w:jc w:val="right"/>
      </w:pPr>
      <w:r>
        <w:t>محفوظ کیا ہوا ہے اور یہ یہ جو آہ جب مسلم حکومت تھی یہاں اسپین میں تو آٹھ</w:t>
      </w:r>
    </w:p>
    <w:p>
      <w:r>
        <w:rPr>
          <w:b/>
        </w:rPr>
        <w:t xml:space="preserve">[1:02:06] </w:t>
      </w:r>
      <w:r>
        <w:t>sau aat hundred eighty nine mein yeh banna shuru hua tha to million tourist twenty maine</w:t>
      </w:r>
    </w:p>
    <w:p>
      <w:pPr>
        <w:jc w:val="right"/>
      </w:pPr>
      <w:r>
        <w:t>سو آہ ایٹ ہنڈرڈ ایٹی نائن میں یہ بننا شروع ہوا تھا ٹو ملین ٹورسٹ ٹونٹی میں نے</w:t>
      </w:r>
    </w:p>
    <w:p>
      <w:r>
        <w:rPr>
          <w:b/>
        </w:rPr>
        <w:t xml:space="preserve">[1:02:14] </w:t>
      </w:r>
      <w:r>
        <w:t>keh diya tha to million tourist aate hain yahan har saal is aah aah aah monument ko dekhne</w:t>
      </w:r>
    </w:p>
    <w:p>
      <w:pPr>
        <w:jc w:val="right"/>
      </w:pPr>
      <w:r>
        <w:t>کہہ دیا تھا ٹو ملین ٹورسٹ آتے ہیں یہاں ہر سال اس آہ آہ آہ مونیومنٹ کو دیکھنے</w:t>
      </w:r>
    </w:p>
    <w:p>
      <w:r>
        <w:rPr>
          <w:b/>
        </w:rPr>
        <w:t xml:space="preserve">[1:02:20] </w:t>
      </w:r>
      <w:r>
        <w:t>ke liye aur phir yeh banta raha aur tera sau tatees mein complete hua to yeh bohat hi</w:t>
      </w:r>
    </w:p>
    <w:p>
      <w:pPr>
        <w:jc w:val="right"/>
      </w:pPr>
      <w:r>
        <w:t>کے لیے اور پھر یہ بنتا رہا اور تیرہ سو تینتیس میں کمپلیٹ ہوا تو یہ بہت ہی</w:t>
      </w:r>
    </w:p>
    <w:p>
      <w:r>
        <w:rPr>
          <w:b/>
        </w:rPr>
        <w:t xml:space="preserve">[1:02:26] </w:t>
      </w:r>
      <w:r>
        <w:t>amdah aah imarat hai bohat hi bari asal mein yeh hil hai hil ke oper hai yeh sara</w:t>
      </w:r>
    </w:p>
    <w:p>
      <w:pPr>
        <w:jc w:val="right"/>
      </w:pPr>
      <w:r>
        <w:t>عمدہ آہ عمارت ہے بہت ہی بڑی اصل میں یہ ہل ہے ہل کے اوپر ہے یہ سارا</w:t>
      </w:r>
    </w:p>
    <w:p>
      <w:r>
        <w:rPr>
          <w:b/>
        </w:rPr>
        <w:t xml:space="preserve">[1:02:31] </w:t>
      </w:r>
      <w:r>
        <w:t>grenada jo hai gharnata jise urdu mein kehte hain hum yeh hil pe hai aik hills pe hain</w:t>
      </w:r>
    </w:p>
    <w:p>
      <w:pPr>
        <w:jc w:val="right"/>
      </w:pPr>
      <w:r>
        <w:t>گریناڈا جو ہے غرناطہ جسے اردو میں کہتے ہیں ہم یہ ہل پہ ہے ایک ہلز پہ ہیں</w:t>
      </w:r>
    </w:p>
    <w:p>
      <w:r>
        <w:rPr>
          <w:b/>
        </w:rPr>
        <w:t xml:space="preserve">[1:02:37] </w:t>
      </w:r>
      <w:r>
        <w:t>hills hain bohat is mein gharnata mein to yahan yani jana bhi itna asan</w:t>
      </w:r>
    </w:p>
    <w:p>
      <w:pPr>
        <w:jc w:val="right"/>
      </w:pPr>
      <w:r>
        <w:t>ہلز ہیں بہت اس میں غرناطہ میں تو یہاں یعنی جانا بھی اتنا آسان</w:t>
      </w:r>
    </w:p>
    <w:p>
      <w:r>
        <w:rPr>
          <w:b/>
        </w:rPr>
        <w:t xml:space="preserve">[1:02:42] </w:t>
      </w:r>
      <w:r>
        <w:t>nahi hai tickets bhi bohat hi aah specific time pe milte hain aap ko internet pe agar lena</w:t>
      </w:r>
    </w:p>
    <w:p>
      <w:pPr>
        <w:jc w:val="right"/>
      </w:pPr>
      <w:r>
        <w:t>نہیں ہے ٹکٹس بھی بہت ہی آہ سپیسیفک ٹائم پہ ملتے ہیں آپ کو انٹرنیٹ پہ اگر لینا</w:t>
      </w:r>
    </w:p>
    <w:p>
      <w:r>
        <w:rPr>
          <w:b/>
        </w:rPr>
        <w:t xml:space="preserve">[1:02:47] </w:t>
      </w:r>
      <w:r>
        <w:t>ho to time batana hota hai jaise yeh ticket hai grenada ka is pe likha hua hai giyarah</w:t>
      </w:r>
    </w:p>
    <w:p>
      <w:pPr>
        <w:jc w:val="right"/>
      </w:pPr>
      <w:r>
        <w:t>ہو تو ٹائم بتانا ہوتا ہے جیسے یہ ٹکٹ ہے گریناڈا کا اس پہ لکھا ہوا ہے گیارہ</w:t>
      </w:r>
    </w:p>
    <w:p>
      <w:r>
        <w:rPr>
          <w:b/>
        </w:rPr>
        <w:t xml:space="preserve">[1:02:52] </w:t>
      </w:r>
      <w:r>
        <w:t>baje to mujhe giyarah baje unhon ne entry di mujhe thori dair wait karna para bohat hi munazzam</w:t>
      </w:r>
    </w:p>
    <w:p>
      <w:pPr>
        <w:jc w:val="right"/>
      </w:pPr>
      <w:r>
        <w:t>بجے تو مجھے گیارہ بجے انہوں نے انٹری دی مجھے تھوڑی دیر ویٹ کرنا پڑا بہت ہی منظم</w:t>
      </w:r>
    </w:p>
    <w:p>
      <w:r>
        <w:rPr>
          <w:b/>
        </w:rPr>
        <w:t xml:space="preserve">[1:02:58] </w:t>
      </w:r>
      <w:r>
        <w:t>hai aur bohat hi bara hai yani kai ghante chahiye ya pura din chahiye is ko dekhne ke</w:t>
      </w:r>
    </w:p>
    <w:p>
      <w:pPr>
        <w:jc w:val="right"/>
      </w:pPr>
      <w:r>
        <w:t>ہے اور بہت ہی بڑا ہے یعنی کئی گھنٹے چاہیے یا پورا دن چاہیے اس کو دیکھنے کے</w:t>
      </w:r>
    </w:p>
    <w:p>
      <w:r>
        <w:rPr>
          <w:b/>
        </w:rPr>
        <w:t xml:space="preserve">[1:03:04] </w:t>
      </w:r>
      <w:r>
        <w:t>liye to is mein behrahal thoray bohat log mile wahan to kuch daawti kaam hua kuch quran waghera</w:t>
      </w:r>
    </w:p>
    <w:p>
      <w:pPr>
        <w:jc w:val="right"/>
      </w:pPr>
      <w:r>
        <w:t>لیے تو اس میں بہرحال تھوڑے بہت لوگ ملے وہاں تو کچھ دعوتی کام ہوا کچھ قرآن وغیرہ</w:t>
      </w:r>
    </w:p>
    <w:p>
      <w:r>
        <w:rPr>
          <w:b/>
        </w:rPr>
        <w:t xml:space="preserve">[1:03:11] </w:t>
      </w:r>
      <w:r>
        <w:t>diye mein ne un ko to aah bohat hi acha bana hua hai yeh andar se jo is</w:t>
      </w:r>
    </w:p>
    <w:p>
      <w:pPr>
        <w:jc w:val="right"/>
      </w:pPr>
      <w:r>
        <w:t>دیے میں نے ان کو تو آہ بہت ہی اچھا بنا ہوا ہے یہ اندر سے جو اس</w:t>
      </w:r>
    </w:p>
    <w:p>
      <w:r>
        <w:rPr>
          <w:b/>
        </w:rPr>
        <w:t xml:space="preserve">[1:03:17] </w:t>
      </w:r>
      <w:r>
        <w:t>ke kaam hain bohat hi shandar</w:t>
      </w:r>
    </w:p>
    <w:p>
      <w:pPr>
        <w:jc w:val="right"/>
      </w:pPr>
      <w:r>
        <w:t>کے کام ہیں بہت ہی شاندار</w:t>
      </w:r>
    </w:p>
    <w:p>
      <w:r>
        <w:rPr>
          <w:b/>
        </w:rPr>
        <w:t xml:space="preserve">[1:03:20] </w:t>
      </w:r>
      <w:r>
        <w:t>aur lagta nahi ke yeh itna purana hai aathween sadi mein yeh bana tha lagta</w:t>
      </w:r>
    </w:p>
    <w:p>
      <w:pPr>
        <w:jc w:val="right"/>
      </w:pPr>
      <w:r>
        <w:t>اور لگتا نہیں کہ یہ اتنا پرانا ہے آٹھویں صدی میں یہ بنا تھا لگتا</w:t>
      </w:r>
    </w:p>
    <w:p>
      <w:r>
        <w:rPr>
          <w:b/>
        </w:rPr>
        <w:t xml:space="preserve">[1:03:27] </w:t>
      </w:r>
      <w:r>
        <w:t>nahi hai ke itna acha aur itna purana</w:t>
      </w:r>
    </w:p>
    <w:p>
      <w:pPr>
        <w:jc w:val="right"/>
      </w:pPr>
      <w:r>
        <w:t>نہیں ہے کہ اتنا اچھا اور اتنا پرانا</w:t>
      </w:r>
    </w:p>
    <w:p>
      <w:r>
        <w:rPr>
          <w:b/>
        </w:rPr>
        <w:t xml:space="preserve">[1:03:31] </w:t>
      </w:r>
      <w:r>
        <w:t>aur bohat hi acha mehfooz kiya hua hai gardens aur jo is ke monuments hain bohat hi well</w:t>
      </w:r>
    </w:p>
    <w:p>
      <w:pPr>
        <w:jc w:val="right"/>
      </w:pPr>
      <w:r>
        <w:t>اور بہت ہی اچھا محفوظ کیا ہوا ہے گارڈنز اور جو اس کے مونیومنٹس ہیں بہت ہی ویل</w:t>
      </w:r>
    </w:p>
    <w:p>
      <w:r>
        <w:rPr>
          <w:b/>
        </w:rPr>
        <w:t xml:space="preserve">[1:03:37] </w:t>
      </w:r>
      <w:r>
        <w:t>mehfooz hain kaha jata hai ke jo arabz jinhon ne yeh banaya tha unhon ne yeh koshish ki</w:t>
      </w:r>
    </w:p>
    <w:p>
      <w:pPr>
        <w:jc w:val="right"/>
      </w:pPr>
      <w:r>
        <w:t>محفوظ ہیں کہا جاتا ہے کہ جو عربز جنہوں نے یہ بنایا تھا انہوں نے یہ کوشش کی</w:t>
      </w:r>
    </w:p>
    <w:p>
      <w:r>
        <w:rPr>
          <w:b/>
        </w:rPr>
        <w:t xml:space="preserve">[1:03:45] </w:t>
      </w:r>
      <w:r>
        <w:t>thi ke jannat ka jo quran mein tasawwur hai ke wahan bagh hon ge aur nahrein jari hon</w:t>
      </w:r>
    </w:p>
    <w:p>
      <w:pPr>
        <w:jc w:val="right"/>
      </w:pPr>
      <w:r>
        <w:t>تھی کہ جنت کا جو قرآن میں تصور ہے کہ وہاں باغ ہوں گے اور نہریں جاری ہوں</w:t>
      </w:r>
    </w:p>
    <w:p>
      <w:r>
        <w:rPr>
          <w:b/>
        </w:rPr>
        <w:t xml:space="preserve">[1:03:54] </w:t>
      </w:r>
      <w:r>
        <w:t>gi isi ko kisi tarah se create karne ki koshish ki hai yeh ticket office mein ne</w:t>
      </w:r>
    </w:p>
    <w:p>
      <w:pPr>
        <w:jc w:val="right"/>
      </w:pPr>
      <w:r>
        <w:t>گی اسی کو کسی طرح سے کریئیٹ کرنے کی کوشش کی ہے یہ ٹکٹ آفس میں میں نے</w:t>
      </w:r>
    </w:p>
    <w:p>
      <w:r>
        <w:rPr>
          <w:b/>
        </w:rPr>
        <w:t xml:space="preserve">[1:04:02] </w:t>
      </w:r>
      <w:r>
        <w:t>kisi ko diya yeh is spanish to us ne do teen linein parhin aur bola ke i will</w:t>
      </w:r>
    </w:p>
    <w:p>
      <w:pPr>
        <w:jc w:val="right"/>
      </w:pPr>
      <w:r>
        <w:t>کسی کو دیا یہ اس اسپینش تو اس نے دو تین لائنیں پڑھیں اور بولا کہ آئی ویل</w:t>
      </w:r>
    </w:p>
    <w:p>
      <w:r>
        <w:rPr>
          <w:b/>
        </w:rPr>
        <w:t xml:space="preserve">[1:04:08] </w:t>
      </w:r>
      <w:r>
        <w:t>Read this book, it will improve my English.</w:t>
      </w:r>
    </w:p>
    <w:p>
      <w:pPr>
        <w:jc w:val="right"/>
      </w:pPr>
      <w:r>
        <w:t>ریڈ دس بک اٹ ویل امپروو مائی انگلش</w:t>
      </w:r>
    </w:p>
    <w:p>
      <w:r>
        <w:rPr>
          <w:b/>
        </w:rPr>
        <w:t xml:space="preserve">[1:04:15] </w:t>
      </w:r>
      <w:r>
        <w:t>to is ke baad phir mein wahan gaya aik islamic center hai center of islamic studies</w:t>
      </w:r>
    </w:p>
    <w:p>
      <w:pPr>
        <w:jc w:val="right"/>
      </w:pPr>
      <w:r>
        <w:t>تو اس کے بعد پھر میں وہاں گیا ایک اسلامک سینٹر ہے سینٹر آف اسلامک سٹڈیز</w:t>
      </w:r>
    </w:p>
    <w:p>
      <w:r>
        <w:rPr>
          <w:b/>
        </w:rPr>
        <w:t xml:space="preserve">[1:04:22] </w:t>
      </w:r>
      <w:r>
        <w:t>yeh sahib jo hain left pe in in in ka naam hai</w:t>
      </w:r>
    </w:p>
    <w:p>
      <w:pPr>
        <w:jc w:val="right"/>
      </w:pPr>
      <w:r>
        <w:t>یہ صاحب جو ہیں لیفٹ پہ ان ان ان کا نام ہے</w:t>
      </w:r>
    </w:p>
    <w:p>
      <w:r>
        <w:rPr>
          <w:b/>
        </w:rPr>
        <w:t xml:space="preserve">[1:04:29] </w:t>
      </w:r>
      <w:r>
        <w:t>aah mujter medinella</w:t>
      </w:r>
    </w:p>
    <w:p>
      <w:pPr>
        <w:jc w:val="right"/>
      </w:pPr>
      <w:r>
        <w:t>آہ مجتر میڈینیلا</w:t>
      </w:r>
    </w:p>
    <w:p>
      <w:r>
        <w:rPr>
          <w:b/>
        </w:rPr>
        <w:t xml:space="preserve">[1:04:32] </w:t>
      </w:r>
      <w:r>
        <w:t>yeh is ke director hain aur jo doosre hain aah court meyo court mein in ka naam hai</w:t>
      </w:r>
    </w:p>
    <w:p>
      <w:pPr>
        <w:jc w:val="right"/>
      </w:pPr>
      <w:r>
        <w:t>یہ اس کے ڈائریکٹر ہیں اور جو دوسرے ہیں آہ کورٹ میںیلو کورٹ میں ان کا نام ہے</w:t>
      </w:r>
    </w:p>
    <w:p>
      <w:r>
        <w:rPr>
          <w:b/>
        </w:rPr>
        <w:t xml:space="preserve">[1:04:38] </w:t>
      </w:r>
      <w:r>
        <w:t>ahmad gross yeh german hain yeh dono yahan ke aah aah officials hain yeh bohat acha center tha</w:t>
      </w:r>
    </w:p>
    <w:p>
      <w:pPr>
        <w:jc w:val="right"/>
      </w:pPr>
      <w:r>
        <w:t>احمد گروس یہ جرمن ہیں یہ دونوں یہاں کے آہ آہ آفیشلز ہیں یہ بہت اچھا سینٹر تھا</w:t>
      </w:r>
    </w:p>
    <w:p>
      <w:r>
        <w:rPr>
          <w:b/>
        </w:rPr>
        <w:t xml:space="preserve">[1:04:44] </w:t>
      </w:r>
      <w:r>
        <w:t>bohat hi saaf suthra bara center is mein lecture hall hai aur setting areas hain aur kai cheezein</w:t>
      </w:r>
    </w:p>
    <w:p>
      <w:pPr>
        <w:jc w:val="right"/>
      </w:pPr>
      <w:r>
        <w:t>بہت ہی صاف ستھرا بڑا سینٹر اس میں لیکچر ہال ہے اور سیٹنگ ایریاز ہیں اور کئی چیزیں</w:t>
      </w:r>
    </w:p>
    <w:p>
      <w:r>
        <w:rPr>
          <w:b/>
        </w:rPr>
        <w:t xml:space="preserve">[1:04:51] </w:t>
      </w:r>
      <w:r>
        <w:t>hain halls hain aur classes hoti hain aur log ate hain wahan islam ke baray mein daawti kaam</w:t>
      </w:r>
    </w:p>
    <w:p>
      <w:pPr>
        <w:jc w:val="right"/>
      </w:pPr>
      <w:r>
        <w:t>ہیں ہالز ہیں اور کلاسز ہوتی ہیں اور لوگ آتے ہیں وہاں اسلام کے بارے میں دعوتی کام</w:t>
      </w:r>
    </w:p>
    <w:p>
      <w:r>
        <w:rPr>
          <w:b/>
        </w:rPr>
        <w:t xml:space="preserve">[1:04:57] </w:t>
      </w:r>
      <w:r>
        <w:t>karte hain yeh log to in ko bhi mein ne apne</w:t>
      </w:r>
    </w:p>
    <w:p>
      <w:pPr>
        <w:jc w:val="right"/>
      </w:pPr>
      <w:r>
        <w:t>کرتے ہیں یہ لوگ تو ان کو بھی میں نے اپنے</w:t>
      </w:r>
    </w:p>
    <w:p>
      <w:r>
        <w:rPr>
          <w:b/>
        </w:rPr>
        <w:t xml:space="preserve">[1:05:00] </w:t>
      </w:r>
      <w:r>
        <w:t>literature dikhaya aur hum yeh le gaye the wahan is aah aah what is islam spanish translate ho gayi hai yeh yeh print kar ke le gaye the to yeh in logon ko di maine kaafi to unhon ne rakha wahan</w:t>
      </w:r>
    </w:p>
    <w:p>
      <w:pPr>
        <w:jc w:val="right"/>
      </w:pPr>
      <w:r>
        <w:t>لٹریچر دکھایا اور ہم یہ لے گئے تھے وہاں اس آہ آہ واٹ از اسلام اسپینش ٹرانسلیٹ ہو گئی ہے یہ یہ پرنٹ کر کے لے گئے تھے تو یہ ان لوگوں کو دی میں نے کافی تو انہوں نے رکھا وہاں</w:t>
      </w:r>
    </w:p>
    <w:p>
      <w:r>
        <w:rPr>
          <w:b/>
        </w:rPr>
        <w:t xml:space="preserve">[1:05:16] </w:t>
      </w:r>
      <w:r>
        <w:t>yeh us ki un ki library hai bohat achi library is mein kuch hamari kitabein bhi nazar aaein</w:t>
      </w:r>
    </w:p>
    <w:p>
      <w:pPr>
        <w:jc w:val="right"/>
      </w:pPr>
      <w:r>
        <w:t>یہ اس کی ان کی لائبریری ہے بہت اچھی لائبریری اس میں کچھ ہماری کتابیں بھی نظر آئیں</w:t>
      </w:r>
    </w:p>
    <w:p>
      <w:r>
        <w:rPr>
          <w:b/>
        </w:rPr>
        <w:t xml:space="preserve">[1:05:21] </w:t>
      </w:r>
      <w:r>
        <w:t>mujhe bata rahe the ke abhi turkey ke president yahan aaye the is is library mein kuch arse</w:t>
      </w:r>
    </w:p>
    <w:p>
      <w:pPr>
        <w:jc w:val="right"/>
      </w:pPr>
      <w:r>
        <w:t>مجھے بتا رہے تھے کہ ابھی ٹرکی کے پریزیڈنٹ یہاں آئے تھے اس اس لائبریری میں کچھ عرصے</w:t>
      </w:r>
    </w:p>
    <w:p>
      <w:r>
        <w:rPr>
          <w:b/>
        </w:rPr>
        <w:t xml:space="preserve">[1:05:29] </w:t>
      </w:r>
      <w:r>
        <w:t>pehle yeh un ka ek section hai jahan woh class waghera karte hain meditation chuna ke thora sofi sofi</w:t>
      </w:r>
    </w:p>
    <w:p>
      <w:pPr>
        <w:jc w:val="right"/>
      </w:pPr>
      <w:r>
        <w:t>پہلے یہ ان کا ایک سیکشن ہے جہاں وہ کلاس وغیرہ کرتے ہیں میڈیٹیشن چونکہ تھوڑا صوفی صوفی</w:t>
      </w:r>
    </w:p>
    <w:p>
      <w:r>
        <w:rPr>
          <w:b/>
        </w:rPr>
        <w:t xml:space="preserve">[1:05:37] </w:t>
      </w:r>
      <w:r>
        <w:t>ism se mutasir log hain yeh yeh ek doosra office hai aah wohin grenada mein aah islam hue</w:t>
      </w:r>
    </w:p>
    <w:p>
      <w:pPr>
        <w:jc w:val="right"/>
      </w:pPr>
      <w:r>
        <w:t>ازم سے متاثر لوگ ہیں یہ یہ ایک دوسرا آفس ہے آہ وہیں گریناڈا میں آہ اسلام ہوئے</w:t>
      </w:r>
    </w:p>
    <w:p>
      <w:r>
        <w:rPr>
          <w:b/>
        </w:rPr>
        <w:t xml:space="preserve">[1:05:46] </w:t>
      </w:r>
      <w:r>
        <w:t>yeh ek newspaper hai hue means hue ka matlab hai today yani islam today yeh un ke</w:t>
      </w:r>
    </w:p>
    <w:p>
      <w:pPr>
        <w:jc w:val="right"/>
      </w:pPr>
      <w:r>
        <w:t>یہ ایک نیوز پیپر ہے ہوئے مینز ہوئے کا مطلب ہے ٹوڈے یعنی اسلام ٹوڈے یہ ان کے</w:t>
      </w:r>
    </w:p>
    <w:p>
      <w:r>
        <w:rPr>
          <w:b/>
        </w:rPr>
        <w:t xml:space="preserve">[1:05:53] </w:t>
      </w:r>
      <w:r>
        <w:t>editor hain to un se bhi ja ke thori baat cheet hui lekin sare jo un ka content</w:t>
      </w:r>
    </w:p>
    <w:p>
      <w:pPr>
        <w:jc w:val="right"/>
      </w:pPr>
      <w:r>
        <w:t>ایڈیٹر ہیں تو ان سے بھی جا کے تھوڑی بات چیت ہوئی لیکن سارے جو ان کا کنٹینٹ</w:t>
      </w:r>
    </w:p>
    <w:p>
      <w:r>
        <w:rPr>
          <w:b/>
        </w:rPr>
        <w:t xml:space="preserve">[1:05:58] </w:t>
      </w:r>
      <w:r>
        <w:t>hai wohi muslim oriented hai daawa oriented</w:t>
      </w:r>
    </w:p>
    <w:p>
      <w:pPr>
        <w:jc w:val="right"/>
      </w:pPr>
      <w:r>
        <w:t>ہے وہی مسلم اورینٹڈ ہے دعویٰ اورینٹڈ</w:t>
      </w:r>
    </w:p>
    <w:p>
      <w:r>
        <w:rPr>
          <w:b/>
        </w:rPr>
        <w:t xml:space="preserve">[1:06:01] </w:t>
      </w:r>
      <w:r>
        <w:t>koi khaas baat nahi thi yeh sahib jo left mein hain in ka naam hai aah luqman nato</w:t>
      </w:r>
    </w:p>
    <w:p>
      <w:pPr>
        <w:jc w:val="right"/>
      </w:pPr>
      <w:r>
        <w:t>کوئی خاص بات نہیں تھی یہ صاحب جو لیفٹ میں ہیں ان کا نام ہے آہ لقمان نیٹو</w:t>
      </w:r>
    </w:p>
    <w:p>
      <w:r>
        <w:rPr>
          <w:b/>
        </w:rPr>
        <w:t xml:space="preserve">[1:06:08] </w:t>
      </w:r>
      <w:r>
        <w:t>yeh translator hain in ke paas bhi mein gaya aur un se kaha ke aap aah quran ka</w:t>
      </w:r>
    </w:p>
    <w:p>
      <w:pPr>
        <w:jc w:val="right"/>
      </w:pPr>
      <w:r>
        <w:t>یہ ٹرانسلیٹر ہیں ان کے پاس بھی میں گیا اور ان سے کہا کہ آپ آہ قرآن کا</w:t>
      </w:r>
    </w:p>
    <w:p>
      <w:r>
        <w:rPr>
          <w:b/>
        </w:rPr>
        <w:t xml:space="preserve">[1:06:13] </w:t>
      </w:r>
      <w:r>
        <w:t>translation english se kar dein aah spanish mein to unhone kaha ke theek hai mein dekhta hoon</w:t>
      </w:r>
    </w:p>
    <w:p>
      <w:pPr>
        <w:jc w:val="right"/>
      </w:pPr>
      <w:r>
        <w:t>ٹرانسلیشن انگلش سے کر دیں آہ اسپینش میں تو انہوں نے کہا کہ ٹھیک ہے میں دیکھتا ہوں</w:t>
      </w:r>
    </w:p>
    <w:p>
      <w:r>
        <w:rPr>
          <w:b/>
        </w:rPr>
        <w:t xml:space="preserve">[1:06:20] </w:t>
      </w:r>
      <w:r>
        <w:t>lekin phir baad mein unhone mail kiya ke yeh bohat bari responsibility hai aur mein darta hoon</w:t>
      </w:r>
    </w:p>
    <w:p>
      <w:pPr>
        <w:jc w:val="right"/>
      </w:pPr>
      <w:r>
        <w:t>لیکن پھر بعد میں انہوں نے میل کیا کہ یہ بہت بڑی ریسپانسبیلٹی ہے اور میں ڈرتا ہوں</w:t>
      </w:r>
    </w:p>
    <w:p>
      <w:r>
        <w:rPr>
          <w:b/>
        </w:rPr>
        <w:t xml:space="preserve">[1:06:25] </w:t>
      </w:r>
      <w:r>
        <w:t>ke shayad koi ghalti ho jaye to is liye mein yeh kaam nikal kar kar paunga to</w:t>
      </w:r>
    </w:p>
    <w:p>
      <w:pPr>
        <w:jc w:val="right"/>
      </w:pPr>
      <w:r>
        <w:t>کہ شاید کوئی غلطی ہو جائے تو اس لیے میں یہ کام نکل کر کر پاؤں گا تو</w:t>
      </w:r>
    </w:p>
    <w:p>
      <w:r>
        <w:rPr>
          <w:b/>
        </w:rPr>
        <w:t xml:space="preserve">[1:06:30] </w:t>
      </w:r>
      <w:r>
        <w:t>behral mein kisi aur ki talash kar raha hoon ab yeh sahib jo right mein hain in ka</w:t>
      </w:r>
    </w:p>
    <w:p>
      <w:pPr>
        <w:jc w:val="right"/>
      </w:pPr>
      <w:r>
        <w:t>بہرحال میں کسی اور کی تلاش کر رہا ہوں اب یہ صاحب جو رائٹ میں ہیں ان کا</w:t>
      </w:r>
    </w:p>
    <w:p>
      <w:r>
        <w:rPr>
          <w:b/>
        </w:rPr>
        <w:t xml:space="preserve">[1:06:34] </w:t>
      </w:r>
      <w:r>
        <w:t>naam hai idrees medina</w:t>
      </w:r>
    </w:p>
    <w:p>
      <w:pPr>
        <w:jc w:val="right"/>
      </w:pPr>
      <w:r>
        <w:t>نام ہے ادریس میلیڈینا</w:t>
      </w:r>
    </w:p>
    <w:p>
      <w:r>
        <w:rPr>
          <w:b/>
        </w:rPr>
        <w:t xml:space="preserve">[1:06:37] </w:t>
      </w:r>
      <w:r>
        <w:t>yeh woh jo mujtar medinella the un ke bete hain yeh publisher hain unhone kaha hai ke</w:t>
      </w:r>
    </w:p>
    <w:p>
      <w:pPr>
        <w:jc w:val="right"/>
      </w:pPr>
      <w:r>
        <w:t>یہ وہ جو مجتر میڈینیلا تھے ان کے بیٹے ہیں یہ پبلشر ہیں انہوں نے کہا ہے کہ</w:t>
      </w:r>
    </w:p>
    <w:p>
      <w:r>
        <w:rPr>
          <w:b/>
        </w:rPr>
        <w:t xml:space="preserve">[1:06:43] </w:t>
      </w:r>
      <w:r>
        <w:t>hum kuch cheezein aap ki publish karenge aah spanish</w:t>
      </w:r>
    </w:p>
    <w:p>
      <w:pPr>
        <w:jc w:val="right"/>
      </w:pPr>
      <w:r>
        <w:t>ہم کچھ چیزیں آپ کی پبلش کریں گے آہ اسپینش</w:t>
      </w:r>
    </w:p>
    <w:p>
      <w:r>
        <w:rPr>
          <w:b/>
        </w:rPr>
        <w:t xml:space="preserve">[1:06:47] </w:t>
      </w:r>
      <w:r>
        <w:t>mein phir is ke baad yeh wahan par ek masjid hai grenada mosque yeh bari umda masjid hai</w:t>
      </w:r>
    </w:p>
    <w:p>
      <w:pPr>
        <w:jc w:val="right"/>
      </w:pPr>
      <w:r>
        <w:t>میں پھر اس کے بعد یہ وہاں پر ایک مسجد ہے گریناڈا ماسک یہ بڑی عمدہ مسجد ہے</w:t>
      </w:r>
    </w:p>
    <w:p>
      <w:r>
        <w:rPr>
          <w:b/>
        </w:rPr>
        <w:t xml:space="preserve">[1:06:54] </w:t>
      </w:r>
      <w:r>
        <w:t>yeh nai masjid hai yani purani nahi hai taqreeban tees saal pehle yeh masjid in logon ne banai</w:t>
      </w:r>
    </w:p>
    <w:p>
      <w:pPr>
        <w:jc w:val="right"/>
      </w:pPr>
      <w:r>
        <w:t>یہ نئی مسجد ہے یعنی پرانی نہیں ہے تقریباً تیس سال پہلے یہ مسجد ان لوگوں نے بنائی</w:t>
      </w:r>
    </w:p>
    <w:p>
      <w:r>
        <w:rPr>
          <w:b/>
        </w:rPr>
        <w:t xml:space="preserve">[1:07:00] </w:t>
      </w:r>
      <w:r>
        <w:t>thi jo jinhone islam qabool kiya tha aur bohat achi masjid hai aah aur aah achi baat</w:t>
      </w:r>
    </w:p>
    <w:p>
      <w:pPr>
        <w:jc w:val="right"/>
      </w:pPr>
      <w:r>
        <w:t>تھی جو جنہوں نے اسلام قبول کیا تھا اور بہت اچھی مسجد ہے آہ اور آہ اچھی بات</w:t>
      </w:r>
    </w:p>
    <w:p>
      <w:r>
        <w:rPr>
          <w:b/>
        </w:rPr>
        <w:t xml:space="preserve">[1:07:07] </w:t>
      </w:r>
      <w:r>
        <w:t>yeh hai ke yeh yeh bhi ek hill par hai aur hill ke samne bilkul woh alhambra nazar</w:t>
      </w:r>
    </w:p>
    <w:p>
      <w:pPr>
        <w:jc w:val="right"/>
      </w:pPr>
      <w:r>
        <w:t>یہ ہے کہ یہ یہ بھی ایک ہل پر ہے اور ہل کے سامنے بالکل وہ الحمرا نظر</w:t>
      </w:r>
    </w:p>
    <w:p>
      <w:r>
        <w:rPr>
          <w:b/>
        </w:rPr>
        <w:t xml:space="preserve">[1:07:12] </w:t>
      </w:r>
      <w:r>
        <w:t>aata hai to bohat se tourist aate hain yahan kehte hain ke paanch sau tourist aate hain hamare</w:t>
      </w:r>
    </w:p>
    <w:p>
      <w:pPr>
        <w:jc w:val="right"/>
      </w:pPr>
      <w:r>
        <w:t>آتا ہے تو بہت سے ٹورسٹ آتے ہیں یہاں کہتے ہیں کہ پانچ سو ٹورسٹ آتے ہیں ہمارے</w:t>
      </w:r>
    </w:p>
    <w:p>
      <w:r>
        <w:rPr>
          <w:b/>
        </w:rPr>
        <w:t xml:space="preserve">[1:07:17] </w:t>
      </w:r>
      <w:r>
        <w:t>paas aah rozana taqreeban sirf yeh dekhne ke liye ke alhambra yahan se kaise dekhta hai to un</w:t>
      </w:r>
    </w:p>
    <w:p>
      <w:pPr>
        <w:jc w:val="right"/>
      </w:pPr>
      <w:r>
        <w:t>پاس آہ روزانہ تقریباً صرف یہ دیکھنے کے لیے کہ الحمرا یہاں سے کیسے دکھتا ہے تو ان</w:t>
      </w:r>
    </w:p>
    <w:p>
      <w:r>
        <w:rPr>
          <w:b/>
        </w:rPr>
        <w:t xml:space="preserve">[1:07:23] </w:t>
      </w:r>
      <w:r>
        <w:t>ko hum ne quran bheje the pehle to un logon ko jab aah aah quran dikhaya mein ne</w:t>
      </w:r>
    </w:p>
    <w:p>
      <w:pPr>
        <w:jc w:val="right"/>
      </w:pPr>
      <w:r>
        <w:t>کو ہم نے قرآن بھیجے تھے پہلے تو ان لوگوں کو جب آہ آہ قرآن دکھایا میں نے</w:t>
      </w:r>
    </w:p>
    <w:p>
      <w:r>
        <w:rPr>
          <w:b/>
        </w:rPr>
        <w:t xml:space="preserve">[1:07:29] </w:t>
      </w:r>
      <w:r>
        <w:t>to un ko sab yaad aa gaya aur bohat khush hue to unhone kaha</w:t>
      </w:r>
    </w:p>
    <w:p>
      <w:pPr>
        <w:jc w:val="right"/>
      </w:pPr>
      <w:r>
        <w:t>تو ان کو سب یاد آگیا اور بہت خوش ہوئے تو انہوں نے کہا</w:t>
      </w:r>
    </w:p>
    <w:p>
      <w:r>
        <w:rPr>
          <w:b/>
        </w:rPr>
        <w:t xml:space="preserve">[1:07:32] </w:t>
      </w:r>
      <w:r>
        <w:t>ke humein aur bhi bhejiye aap to inshallah hum is ko bahar ka jo hissa hai woh ek bohat hi acha garden hai yeh to masjid se bahar ka video hai</w:t>
      </w:r>
    </w:p>
    <w:p>
      <w:pPr>
        <w:jc w:val="right"/>
      </w:pPr>
      <w:r>
        <w:t>کہ ہمیں اور بھی بھیجیے آپ تو انشاءاللہ ہم اس کو باہر کا جو حصہ ہے وہ ایک بہت ہی اچھا گارڈن ہے یہ تو مسجد سے باہر کا ویڈیو ہے</w:t>
      </w:r>
    </w:p>
    <w:p>
      <w:r>
        <w:rPr>
          <w:b/>
        </w:rPr>
        <w:t xml:space="preserve">[1:07:46] </w:t>
      </w:r>
      <w:r>
        <w:t>aur yeh inside mosque hai aah aah garden hai yeh fountains lage hue hain</w:t>
      </w:r>
    </w:p>
    <w:p>
      <w:pPr>
        <w:jc w:val="right"/>
      </w:pPr>
      <w:r>
        <w:t>اور یہ انسائیڈ ماسک ہے آہ آہ گارڈن ہے یہ فاؤنٹینز لگے ہوئے ہیں</w:t>
      </w:r>
    </w:p>
    <w:p>
      <w:r>
        <w:rPr>
          <w:b/>
        </w:rPr>
        <w:t xml:space="preserve">[1:07:55] </w:t>
      </w:r>
      <w:r>
        <w:t>boht hi acha is ka aik woh</w:t>
      </w:r>
    </w:p>
    <w:p>
      <w:pPr>
        <w:jc w:val="right"/>
      </w:pPr>
      <w:r>
        <w:t>بہت ہی اچھا اس کا ایک وہ</w:t>
      </w:r>
    </w:p>
    <w:p>
      <w:r>
        <w:rPr>
          <w:b/>
        </w:rPr>
        <w:t xml:space="preserve">[1:07:59] </w:t>
      </w:r>
      <w:r>
        <w:t>mahol hai aur is ke samne bilkul agar yahan khare hon aah is jagah par to woh samne</w:t>
      </w:r>
    </w:p>
    <w:p>
      <w:pPr>
        <w:jc w:val="right"/>
      </w:pPr>
      <w:r>
        <w:t>ماحول ہے اور اس کے سامنے بالکل اگر یہاں کھڑے ہوں آہ اس جگہ پر تو وہ سامنے</w:t>
      </w:r>
    </w:p>
    <w:p>
      <w:r>
        <w:rPr>
          <w:b/>
        </w:rPr>
        <w:t xml:space="preserve">[1:08:08] </w:t>
      </w:r>
      <w:r>
        <w:t>alhambra nazar aa raha hai aur poora granada nazar aa raha hai thora onchai height par hai yeh</w:t>
      </w:r>
    </w:p>
    <w:p>
      <w:pPr>
        <w:jc w:val="right"/>
      </w:pPr>
      <w:r>
        <w:t>الحمرا نظر آ رہا ہے اور پورا گریناڈا نظر آ رہا ہے تھوڑا اونچائی ہائیٹ پر ہے یہ</w:t>
      </w:r>
    </w:p>
    <w:p>
      <w:r>
        <w:rPr>
          <w:b/>
        </w:rPr>
        <w:t xml:space="preserve">[1:08:14] </w:t>
      </w:r>
      <w:r>
        <w:t>to is lihaz se yeh boht hi umda jagah hai aur is ke pas aik church hai boht</w:t>
      </w:r>
    </w:p>
    <w:p>
      <w:pPr>
        <w:jc w:val="right"/>
      </w:pPr>
      <w:r>
        <w:t>تو اس لحاظ سے یہ بہت ہی عمدہ جگہ ہے اور اس کے پاس ایک چرچ ہے بہت</w:t>
      </w:r>
    </w:p>
    <w:p>
      <w:r>
        <w:rPr>
          <w:b/>
        </w:rPr>
        <w:t xml:space="preserve">[1:08:17] </w:t>
      </w:r>
      <w:r>
        <w:t>hi qadeem bilkul mila hua is ka naam hai church of saint nicholas to wahan bhi kafi log</w:t>
      </w:r>
    </w:p>
    <w:p>
      <w:pPr>
        <w:jc w:val="right"/>
      </w:pPr>
      <w:r>
        <w:t>ہی قدیم بالکل ملا ہوا اس کا نام ہے چرچ آف سینٹ نکولس تو وہاں بھی کافی لوگ</w:t>
      </w:r>
    </w:p>
    <w:p>
      <w:r>
        <w:rPr>
          <w:b/>
        </w:rPr>
        <w:t xml:space="preserve">[1:08:25] </w:t>
      </w:r>
      <w:r>
        <w:t>ate hain dawati kaam karte hain aur logon ko batate hain islam ke bare mein</w:t>
      </w:r>
    </w:p>
    <w:p>
      <w:pPr>
        <w:jc w:val="right"/>
      </w:pPr>
      <w:r>
        <w:t>آتے ہیں دعوتی کام کرتے ہیں اور لوگوں کو بتاتے ہیں اسلام کے بارے میں</w:t>
      </w:r>
    </w:p>
    <w:p>
      <w:r>
        <w:rPr>
          <w:b/>
        </w:rPr>
        <w:t xml:space="preserve">[1:08:30] </w:t>
      </w:r>
      <w:r>
        <w:t>aur un ki aik book shop hai jis</w:t>
      </w:r>
    </w:p>
    <w:p>
      <w:pPr>
        <w:jc w:val="right"/>
      </w:pPr>
      <w:r>
        <w:t>اور ان کی ایک بک شاپ ہے جس</w:t>
      </w:r>
    </w:p>
    <w:p>
      <w:r>
        <w:rPr>
          <w:b/>
        </w:rPr>
        <w:t xml:space="preserve">[1:08:32] </w:t>
      </w:r>
      <w:r>
        <w:t>mein quran rakha hua hai aur kai cheezein rakhi hui hain to un ke liye bhi inshallah hum kuch kaam karein ge aur bhejenge un ko yahan se allah yeh masjid ka entrance hai aur idhar right side mein yeh choti si book book store hai jis mein woh literature rakhte hain free distribution waghera ke liye</w:t>
      </w:r>
    </w:p>
    <w:p>
      <w:pPr>
        <w:jc w:val="right"/>
      </w:pPr>
      <w:r>
        <w:t>میں قرآن رکھا ہوا ہے اور کئی چیزیں رکھی ہوئی ہیں تو ان کے لیے بھی انشاءاللہ ہم کچھ کام کریں گے اور بھیجیں گے ان کو یہاں سے اللہ یہ مسجد کا انٹرنس ہے اور ادھر رائٹ سائیڈ میں یہ چھوٹی سی بک بک سٹور ہے جس میں وہ لٹریچر رکھتے ہیں فری ڈسٹریبیوشن وغیرہ کے لیے</w:t>
      </w:r>
    </w:p>
    <w:p>
      <w:r>
        <w:rPr>
          <w:b/>
        </w:rPr>
        <w:t xml:space="preserve">[1:08:59] </w:t>
      </w:r>
      <w:r>
        <w:t>yeh wahan aik aur jagah hai aah aah madrasa palace ke kisi zamane mein boht bara madrasa raha</w:t>
      </w:r>
    </w:p>
    <w:p>
      <w:pPr>
        <w:jc w:val="right"/>
      </w:pPr>
      <w:r>
        <w:t>یہ وہاں ایک اور جگہ ہے آہ آہ مدرسہ پیلس کہ کسی زمانے میں بہت بڑا مدرسہ رہا</w:t>
      </w:r>
    </w:p>
    <w:p>
      <w:r>
        <w:rPr>
          <w:b/>
        </w:rPr>
        <w:t xml:space="preserve">[1:09:07] </w:t>
      </w:r>
      <w:r>
        <w:t>hoga yeh ab woh granada university ke pas hai aur wahan pe lectures waghera hote hain to wahan</w:t>
      </w:r>
    </w:p>
    <w:p>
      <w:pPr>
        <w:jc w:val="right"/>
      </w:pPr>
      <w:r>
        <w:t>ہوگا یہ اب وہ گریناڈا یونیورسٹی کے پاس ہے اور وہاں پہ لیکچرز وغیرہ ہوتے ہیں تو وہاں</w:t>
      </w:r>
    </w:p>
    <w:p>
      <w:r>
        <w:rPr>
          <w:b/>
        </w:rPr>
        <w:t xml:space="preserve">[1:09:13] </w:t>
      </w:r>
      <w:r>
        <w:t>bhi mein gaya tha to kuch logon ko reality life waghera tourists ko di wahan granada mein aap</w:t>
      </w:r>
    </w:p>
    <w:p>
      <w:pPr>
        <w:jc w:val="right"/>
      </w:pPr>
      <w:r>
        <w:t>بھی میں گیا تھا تو کچھ لوگوں کو ریلیٹیو لائف وغیرہ ٹورسٹس کو دی وہاں گریناڈا میں آپ</w:t>
      </w:r>
    </w:p>
    <w:p>
      <w:r>
        <w:rPr>
          <w:b/>
        </w:rPr>
        <w:t xml:space="preserve">[1:09:19] </w:t>
      </w:r>
      <w:r>
        <w:t>agar chalen paidal to har taraf kuch na kuch aah nazar ata hai kuch na kuch aah imarat</w:t>
      </w:r>
    </w:p>
    <w:p>
      <w:pPr>
        <w:jc w:val="right"/>
      </w:pPr>
      <w:r>
        <w:t>اگر چلیں پیدل تو ہر طرف کچھ نہ کچھ آہ نظر آتا ہے کچھ نہ کچھ آہ عمارت</w:t>
      </w:r>
    </w:p>
    <w:p>
      <w:r>
        <w:rPr>
          <w:b/>
        </w:rPr>
        <w:t xml:space="preserve">[1:09:26] </w:t>
      </w:r>
      <w:r>
        <w:t>koi na koi aisi cheez jo is ka tareekhi aah taluq ho phir wahan se cordoba cordoba granada</w:t>
      </w:r>
    </w:p>
    <w:p>
      <w:pPr>
        <w:jc w:val="right"/>
      </w:pPr>
      <w:r>
        <w:t>کوئی نہ کوئی ایسی چیز جو اس کا تاریخی آہ تعلق ہو پھر وہاں سے کوڈوبا کوڈوبا گریناڈا</w:t>
      </w:r>
    </w:p>
    <w:p>
      <w:r>
        <w:rPr>
          <w:b/>
        </w:rPr>
        <w:t xml:space="preserve">[1:09:34] </w:t>
      </w:r>
      <w:r>
        <w:t>se taqreeban do dhai sau kilometer hai lekin boht hi fast trains hain wahan to woh aik dehr</w:t>
      </w:r>
    </w:p>
    <w:p>
      <w:pPr>
        <w:jc w:val="right"/>
      </w:pPr>
      <w:r>
        <w:t>سے تقریباً دو ڈھائی سو کلومیٹر ہے لیکن بہت ہی فاسٹ ٹرینز ہیں وہاں تو وہ ایک ڈیڑھ</w:t>
      </w:r>
    </w:p>
    <w:p>
      <w:r>
        <w:rPr>
          <w:b/>
        </w:rPr>
        <w:t xml:space="preserve">[1:09:40] </w:t>
      </w:r>
      <w:r>
        <w:t>ghante mein pohanch jati hai boht hi achi trains to yeh cordoba ki masjid hai jisay</w:t>
      </w:r>
    </w:p>
    <w:p>
      <w:pPr>
        <w:jc w:val="right"/>
      </w:pPr>
      <w:r>
        <w:t>گھنٹے میں پہنچ جاتی ہے بہت ہی اچھی ٹرینز تو یہ کوڈوبا کی مسجد ہے جسے</w:t>
      </w:r>
    </w:p>
    <w:p>
      <w:r>
        <w:rPr>
          <w:b/>
        </w:rPr>
        <w:t xml:space="preserve">[1:09:44] </w:t>
      </w:r>
      <w:r>
        <w:t>masjid qurtuba kaha jata hai aur yeh asal mein kaha jata hai ke boht pehle aik church tha</w:t>
      </w:r>
    </w:p>
    <w:p>
      <w:pPr>
        <w:jc w:val="right"/>
      </w:pPr>
      <w:r>
        <w:t>مسجد قرطبہ کہا جاتا ہے اور یہ اصل میں کہا جاتا ہے کہ بہت پہلے ایک چرچ تھا</w:t>
      </w:r>
    </w:p>
    <w:p>
      <w:r>
        <w:rPr>
          <w:b/>
        </w:rPr>
        <w:t xml:space="preserve">[1:09:51] </w:t>
      </w:r>
      <w:r>
        <w:t>to jab aah muslims aye wahan to unhon ne masjid bana di hai is ko boht hi aali</w:t>
      </w:r>
    </w:p>
    <w:p>
      <w:pPr>
        <w:jc w:val="right"/>
      </w:pPr>
      <w:r>
        <w:t>تو جب آہ مسلمز آئے وہاں تو انہوں نے مسجد بنا دی ہے اس کو بہت ہی عالی</w:t>
      </w:r>
    </w:p>
    <w:p>
      <w:r>
        <w:rPr>
          <w:b/>
        </w:rPr>
        <w:t xml:space="preserve">[1:09:56] </w:t>
      </w:r>
      <w:r>
        <w:t>shaan boht hi bari masjid hai aur phir is ko dobara jab aah muslims wahan se chale gaye</w:t>
      </w:r>
    </w:p>
    <w:p>
      <w:pPr>
        <w:jc w:val="right"/>
      </w:pPr>
      <w:r>
        <w:t>شان بہت ہی بڑی مسجد ہے اور پھر اس کو دوبارہ جب آہ مسلمز وہاں سے چلے گئے</w:t>
      </w:r>
    </w:p>
    <w:p>
      <w:r>
        <w:rPr>
          <w:b/>
        </w:rPr>
        <w:t xml:space="preserve">[1:10:01] </w:t>
      </w:r>
      <w:r>
        <w:t>to dobara is ko church mein convert kar diya gaya to us waqt is jagah ka naam jo</w:t>
      </w:r>
    </w:p>
    <w:p>
      <w:pPr>
        <w:jc w:val="right"/>
      </w:pPr>
      <w:r>
        <w:t>تو دوبارہ اس کو چرچ میں کنورٹ کر دیا گیا تو اس وقت اس جگہ کا نام جو</w:t>
      </w:r>
    </w:p>
    <w:p>
      <w:r>
        <w:rPr>
          <w:b/>
        </w:rPr>
        <w:t xml:space="preserve">[1:10:06] </w:t>
      </w:r>
      <w:r>
        <w:t>hai woh hai mosque cathedral of aah cordoba yani mosque church</w:t>
      </w:r>
    </w:p>
    <w:p>
      <w:pPr>
        <w:jc w:val="right"/>
      </w:pPr>
      <w:r>
        <w:t>ہے وہ ہے ماسک کیتھیڈرل آف آہ کوڈوبا یعنی ماسک چرچ</w:t>
      </w:r>
    </w:p>
    <w:p>
      <w:r>
        <w:rPr>
          <w:b/>
        </w:rPr>
        <w:t xml:space="preserve">[1:10:14] </w:t>
      </w:r>
      <w:r>
        <w:t>ka yeh courtyard hai jis mein phool latak rahe hain jaisay bangalore dawat meet mein hum log gaye</w:t>
      </w:r>
    </w:p>
    <w:p>
      <w:pPr>
        <w:jc w:val="right"/>
      </w:pPr>
      <w:r>
        <w:t>کا یہ کوٹیارڈ ہے جس میں پھل لٹک رہے ہیں جیسے بینگلور دعویٰ میٹ میں ہم لوگ گئے</w:t>
      </w:r>
    </w:p>
    <w:p>
      <w:r>
        <w:rPr>
          <w:b/>
        </w:rPr>
        <w:t xml:space="preserve">[1:10:20] </w:t>
      </w:r>
      <w:r>
        <w:t>the is ki yaad dahani thora sa to har taraf phool hain aah zyada tar orange ke aur</w:t>
      </w:r>
    </w:p>
    <w:p>
      <w:pPr>
        <w:jc w:val="right"/>
      </w:pPr>
      <w:r>
        <w:t>تھے اس کی یاد دہانی تھوڑا سا تو ہر طرف پھل ہیں آہ زیادہ تر اورنج کے اور</w:t>
      </w:r>
    </w:p>
    <w:p>
      <w:r>
        <w:rPr>
          <w:b/>
        </w:rPr>
        <w:t xml:space="preserve">[1:10:27] </w:t>
      </w:r>
      <w:r>
        <w:t>olive ke boht</w:t>
      </w:r>
    </w:p>
    <w:p>
      <w:pPr>
        <w:jc w:val="right"/>
      </w:pPr>
      <w:r>
        <w:t>اولیو کے بہت</w:t>
      </w:r>
    </w:p>
    <w:p>
      <w:r>
        <w:rPr>
          <w:b/>
        </w:rPr>
        <w:t xml:space="preserve">[1:10:30] </w:t>
      </w:r>
      <w:r>
        <w:t>hi bari jagah hai yeh bohat hi peaceful log baithe rehte hain kaafi tourists aate hain yeh bahar ka hissa hai yeh bhi bahar ka hissa hai</w:t>
      </w:r>
    </w:p>
    <w:p>
      <w:pPr>
        <w:jc w:val="right"/>
      </w:pPr>
      <w:r>
        <w:t>ہی بڑی جگہ ہے یہ بہت ہی پیس فل لوگ بیٹھے رہتے ہیں کافی ٹورسٹس آتے ہیں یہ باہر کا حصہ ہے یہ بھی باہر کا حصہ ہے</w:t>
      </w:r>
    </w:p>
    <w:p>
      <w:r>
        <w:rPr>
          <w:b/>
        </w:rPr>
        <w:t xml:space="preserve">[1:10:46] </w:t>
      </w:r>
      <w:r>
        <w:t>garden hai palm trees hain orange trees hain olive trees hain aur aah fountains hain pani beh raha hai</w:t>
      </w:r>
    </w:p>
    <w:p>
      <w:pPr>
        <w:jc w:val="right"/>
      </w:pPr>
      <w:r>
        <w:t>گارڈن ہے پام ٹریز ہیں اورنج ٹریز ہیں اولیو ٹریز ہیں اور آہ فاؤنٹینز ہیں پانی بہہ رہا ہے</w:t>
      </w:r>
    </w:p>
    <w:p>
      <w:r>
        <w:rPr>
          <w:b/>
        </w:rPr>
        <w:t xml:space="preserve">[1:11:07] </w:t>
      </w:r>
      <w:r>
        <w:t>yeh kuch aur imaratein hain lekin yeh bhi bahar ka hi hissa hai</w:t>
      </w:r>
    </w:p>
    <w:p>
      <w:pPr>
        <w:jc w:val="right"/>
      </w:pPr>
      <w:r>
        <w:t>یہ کچھ اور عمارتیں ہیں لیکن یہ بھی باہر کا ہی حصہ ہے</w:t>
      </w:r>
    </w:p>
    <w:p>
      <w:r>
        <w:rPr>
          <w:b/>
        </w:rPr>
        <w:t xml:space="preserve">[1:11:12] </w:t>
      </w:r>
      <w:r>
        <w:t>is mein ticket nahi hai andar jo imarat hai jo inside hai woh boht bari jagah hai is</w:t>
      </w:r>
    </w:p>
    <w:p>
      <w:pPr>
        <w:jc w:val="right"/>
      </w:pPr>
      <w:r>
        <w:t>اس میں ٹکٹ نہیں ہے اندر جو عمارت ہے جو انسائیڈ ہے وہ بہت بڑی جگہ ہے اس</w:t>
      </w:r>
    </w:p>
    <w:p>
      <w:r>
        <w:rPr>
          <w:b/>
        </w:rPr>
        <w:t xml:space="preserve">[1:11:19] </w:t>
      </w:r>
      <w:r>
        <w:t>ke liye ticket hai aur aik taraf se entry hai doosri taraf yeh inside ka view hai boht</w:t>
      </w:r>
    </w:p>
    <w:p>
      <w:pPr>
        <w:jc w:val="right"/>
      </w:pPr>
      <w:r>
        <w:t>کے لیے ٹکٹ ہے اور ایک طرف سے انٹری ہے دوسری طرف یہ انسائیڈ کا ویو ہے بہت</w:t>
      </w:r>
    </w:p>
    <w:p>
      <w:r>
        <w:rPr>
          <w:b/>
        </w:rPr>
        <w:t xml:space="preserve">[1:11:24] </w:t>
      </w:r>
      <w:r>
        <w:t>he bari jagah hai mehrab he mehrab mehrab he mehrab hain is taraf aur yeh ab church ki</w:t>
      </w:r>
    </w:p>
    <w:p>
      <w:pPr>
        <w:jc w:val="right"/>
      </w:pPr>
      <w:r>
        <w:t>ہی بڑی جگہ ہے محراب ہی محراب محراب ہی محراب ہیں اس طرف اور یہ اب چرچ کی</w:t>
      </w:r>
    </w:p>
    <w:p>
      <w:r>
        <w:rPr>
          <w:b/>
        </w:rPr>
        <w:t xml:space="preserve">[1:11:31] </w:t>
      </w:r>
      <w:r>
        <w:t>soorat hai is ki yahan par paintings lagi hui hain jesus ki aur mary ki aur doosre saints</w:t>
      </w:r>
    </w:p>
    <w:p>
      <w:pPr>
        <w:jc w:val="right"/>
      </w:pPr>
      <w:r>
        <w:t>صورت ہے اس کی یہاں پر پینٹنگز لگی ہوئی ہیں جیزس کی اور میری کی اور دوسرے سینٹس</w:t>
      </w:r>
    </w:p>
    <w:p>
      <w:r>
        <w:rPr>
          <w:b/>
        </w:rPr>
        <w:t xml:space="preserve">[1:11:38] </w:t>
      </w:r>
      <w:r>
        <w:t>ki aur statue hain aur bohat sare bilkul church hai aur functional church hai</w:t>
      </w:r>
    </w:p>
    <w:p>
      <w:pPr>
        <w:jc w:val="right"/>
      </w:pPr>
      <w:r>
        <w:t>کی اور سٹیچو ہیں اور بہت سارے بالکل چرچ ہے اور فنکشنل چرچ ہے</w:t>
      </w:r>
    </w:p>
    <w:p>
      <w:r>
        <w:rPr>
          <w:b/>
        </w:rPr>
        <w:t xml:space="preserve">[1:11:45] </w:t>
      </w:r>
      <w:r>
        <w:t>yahan par kuch logon ko kitabein dein tourist waghera ko</w:t>
      </w:r>
    </w:p>
    <w:p>
      <w:pPr>
        <w:jc w:val="right"/>
      </w:pPr>
      <w:r>
        <w:t>یہاں پر کچھ لوگوں کو کتابیں دیں ٹورسٹ وغیرہ کو</w:t>
      </w:r>
    </w:p>
    <w:p>
      <w:r>
        <w:rPr>
          <w:b/>
        </w:rPr>
        <w:t xml:space="preserve">[1:11:51] </w:t>
      </w:r>
      <w:r>
        <w:t>acha jahan mein thehra hua tha hotel</w:t>
      </w:r>
    </w:p>
    <w:p>
      <w:pPr>
        <w:jc w:val="right"/>
      </w:pPr>
      <w:r>
        <w:t>اچھا جہاں میں ٹھہرا ہوا تھا ہوٹل</w:t>
      </w:r>
    </w:p>
    <w:p>
      <w:r>
        <w:rPr>
          <w:b/>
        </w:rPr>
        <w:t xml:space="preserve">[1:11:53] </w:t>
      </w:r>
      <w:r>
        <w:t>ke paas aik yeh masjid thi lekin yeh is mein kuch kaam chal raha tha woh band thi</w:t>
      </w:r>
    </w:p>
    <w:p>
      <w:pPr>
        <w:jc w:val="right"/>
      </w:pPr>
      <w:r>
        <w:t>کے پاس ایک یہ مسجد تھی لیکن یہ اس میں کچھ کام چل رہا تھا وہ بند تھی</w:t>
      </w:r>
    </w:p>
    <w:p>
      <w:r>
        <w:rPr>
          <w:b/>
        </w:rPr>
        <w:t xml:space="preserve">[1:11:59] </w:t>
      </w:r>
      <w:r>
        <w:t>aah yeh is ka naam hai university of ibn rushd yeh koi adara hai koi institution lekin yeh</w:t>
      </w:r>
    </w:p>
    <w:p>
      <w:pPr>
        <w:jc w:val="right"/>
      </w:pPr>
      <w:r>
        <w:t>آہ یہ اس کا نام ہے یونیورسٹی آف ابن رشد یہ کوئی ادارہ ہے کوئی انسٹیٹیوشن لیکن یہ</w:t>
      </w:r>
    </w:p>
    <w:p>
      <w:r>
        <w:rPr>
          <w:b/>
        </w:rPr>
        <w:t xml:space="preserve">[1:12:07] </w:t>
      </w:r>
      <w:r>
        <w:t>band tha is waqt toh mein zyada pata nahi kar saka lekin yeh bilkul qareeb tha jahan par</w:t>
      </w:r>
    </w:p>
    <w:p>
      <w:pPr>
        <w:jc w:val="right"/>
      </w:pPr>
      <w:r>
        <w:t>بند تھا اس وقت تو میں زیادہ پتہ نہیں کر سکا لیکن یہ بالکل قریب تھا جہاں پر</w:t>
      </w:r>
    </w:p>
    <w:p>
      <w:r>
        <w:rPr>
          <w:b/>
        </w:rPr>
        <w:t xml:space="preserve">[1:12:13] </w:t>
      </w:r>
      <w:r>
        <w:t>mein ruka hua tha phir wahan aah pata kiya toh pata chala ke aik hilal aah aah halaal</w:t>
      </w:r>
    </w:p>
    <w:p>
      <w:pPr>
        <w:jc w:val="right"/>
      </w:pPr>
      <w:r>
        <w:t>میں رکا ہوا تھا پھر وہاں آہ پتہ کیا تو پتہ چلا کہ ایک ہلال آہ آہ حلال</w:t>
      </w:r>
    </w:p>
    <w:p>
      <w:r>
        <w:rPr>
          <w:b/>
        </w:rPr>
        <w:t xml:space="preserve">[1:12:20] </w:t>
      </w:r>
      <w:r>
        <w:t>institute hai jo aah cordoba mein hai toh in logon ke paas gaya toh yeh jo do aah</w:t>
      </w:r>
    </w:p>
    <w:p>
      <w:pPr>
        <w:jc w:val="right"/>
      </w:pPr>
      <w:r>
        <w:t>انسٹیٹیوٹ ہے جو آہ کوڈوبا میں ہے تو ان لوگوں کے پاس گیا تو یہ جو دو آہ</w:t>
      </w:r>
    </w:p>
    <w:p>
      <w:r>
        <w:rPr>
          <w:b/>
        </w:rPr>
        <w:t xml:space="preserve">[1:12:27] </w:t>
      </w:r>
      <w:r>
        <w:t>yeh bhai hain in ka naam hai aik ka hanif aah sk doura arebi aur doosre ka</w:t>
      </w:r>
    </w:p>
    <w:p>
      <w:pPr>
        <w:jc w:val="right"/>
      </w:pPr>
      <w:r>
        <w:t>یہ بھائی ہیں ان کا نام ہے ایک کا حنیف آہ ایس کے ڈورا عریبی اور دوسرے کا</w:t>
      </w:r>
    </w:p>
    <w:p>
      <w:r>
        <w:rPr>
          <w:b/>
        </w:rPr>
        <w:t xml:space="preserve">[1:12:35] </w:t>
      </w:r>
      <w:r>
        <w:t>naam hai muhammad sk doura yurebi toh in dono</w:t>
      </w:r>
    </w:p>
    <w:p>
      <w:pPr>
        <w:jc w:val="right"/>
      </w:pPr>
      <w:r>
        <w:t>نام ہے محمد ایس کے ڈورا یوریبی تو ان دونوں</w:t>
      </w:r>
    </w:p>
    <w:p>
      <w:r>
        <w:rPr>
          <w:b/>
        </w:rPr>
        <w:t xml:space="preserve">[1:12:38] </w:t>
      </w:r>
      <w:r>
        <w:t>ke father ne yeh institute banaya tha to yeh bohat sare kaam karte hain publishing bhi karte hain da'wati kaam bhi karte hain lekin in ka main kaam hai ke halal certificate issue karte hain restaurant waghera ko chuki aaj kal is ki zaroorat hoti hai log is ke baad.</w:t>
      </w:r>
    </w:p>
    <w:p>
      <w:pPr>
        <w:jc w:val="right"/>
      </w:pPr>
      <w:r>
        <w:t>کے فادر نے یہ انسٹیٹیوٹ بنایا تھا تو یہ بہت سارے کام کرتے ہیں پبلشنگ بھی کرتے ہیں دعوتی کام بھی کرتے ہیں لیکن ان کا مین کام ہے کہ حلال سرٹیفیکیٹ ایشو کرتے ہیں ریسٹورنٹ وغیرہ کو چونکہ آج کل اس کی ضرورت ہوتی ہے لوگ اس کے بعد.</w:t>
      </w:r>
    </w:p>
    <w:p>
      <w:r>
        <w:rPr>
          <w:b/>
        </w:rPr>
        <w:t xml:space="preserve">[1:12:53] </w:t>
      </w:r>
      <w:r>
        <w:t>kafi in ka bara staff tha kafi log thay editors aur jo log aah</w:t>
      </w:r>
    </w:p>
    <w:p>
      <w:pPr>
        <w:jc w:val="right"/>
      </w:pPr>
      <w:r>
        <w:t>کافی ان کا بڑا اسٹاف تھا کافی لوگ تھے ایڈیٹرز اور جو لوگ آہ</w:t>
      </w:r>
    </w:p>
    <w:p>
      <w:r>
        <w:rPr>
          <w:b/>
        </w:rPr>
        <w:t xml:space="preserve">[1:13:07] </w:t>
      </w:r>
      <w:r>
        <w:t>yeh in ke mostly editors waghera hain</w:t>
      </w:r>
    </w:p>
    <w:p>
      <w:pPr>
        <w:jc w:val="right"/>
      </w:pPr>
      <w:r>
        <w:t>یہ ان کے موسٹلی ایڈیٹرز وغیرہ ہیں</w:t>
      </w:r>
    </w:p>
    <w:p>
      <w:r>
        <w:rPr>
          <w:b/>
        </w:rPr>
        <w:t xml:space="preserve">[1:13:13] </w:t>
      </w:r>
      <w:r>
        <w:t>yeh in ki publications hain hamare quran bhi rakh diya tha wahan spirit of islam bhi mein ne</w:t>
      </w:r>
    </w:p>
    <w:p>
      <w:pPr>
        <w:jc w:val="right"/>
      </w:pPr>
      <w:r>
        <w:t>یہ ان کی پبلیکیشنز ہیں ہمارے قرآن بھی رکھ دیا تھا وہاں اسپرٹ آف اسلام بھی میں نے</w:t>
      </w:r>
    </w:p>
    <w:p>
      <w:r>
        <w:rPr>
          <w:b/>
        </w:rPr>
        <w:t xml:space="preserve">[1:13:17] </w:t>
      </w:r>
      <w:r>
        <w:t>pesh kiya in ko unhon ne quran shaya kiya hai yeh is taraf hai yeh muhammad asad ka</w:t>
      </w:r>
    </w:p>
    <w:p>
      <w:pPr>
        <w:jc w:val="right"/>
      </w:pPr>
      <w:r>
        <w:t>پیش کیا ان کو انہوں نے قرآن شائع کیا ہے یہ اس طرف ہے یہ محمد اسد کا</w:t>
      </w:r>
    </w:p>
    <w:p>
      <w:r>
        <w:rPr>
          <w:b/>
        </w:rPr>
        <w:t xml:space="preserve">[1:13:23] </w:t>
      </w:r>
      <w:r>
        <w:t>quran french aah spanish mein hai toh in ke paas aik hi copy thi</w:t>
      </w:r>
    </w:p>
    <w:p>
      <w:pPr>
        <w:jc w:val="right"/>
      </w:pPr>
      <w:r>
        <w:t>قرآن فرنچ آہ اسپینش میں ہے تو ان کے پاس ایک ہی کاپی تھی</w:t>
      </w:r>
    </w:p>
    <w:p>
      <w:r>
        <w:rPr>
          <w:b/>
        </w:rPr>
        <w:t xml:space="preserve">[1:13:30] </w:t>
      </w:r>
      <w:r>
        <w:t>toh mein ne in se kaha ke hamein agar quran mil jata hai toh hum aap ko bhejein</w:t>
      </w:r>
    </w:p>
    <w:p>
      <w:pPr>
        <w:jc w:val="right"/>
      </w:pPr>
      <w:r>
        <w:t>تو میں نے ان سے کہا کہ ہمیں اگر قرآن مل جاتا ہے تو ہم آپ کو بھیجیں</w:t>
      </w:r>
    </w:p>
    <w:p>
      <w:r>
        <w:rPr>
          <w:b/>
        </w:rPr>
        <w:t xml:space="preserve">[1:13:33] </w:t>
      </w:r>
      <w:r>
        <w:t>ge toh unhon ne bataya ke bohat sare aah jo chhote towns aur villages hain spain mein wahan</w:t>
      </w:r>
    </w:p>
    <w:p>
      <w:pPr>
        <w:jc w:val="right"/>
      </w:pPr>
      <w:r>
        <w:t>گے تو انہوں نے بتایا کہ بہت سارے آہ جو چھوٹے ٹاؤنز اور ولیجز ہیں اسپین میں وہاں</w:t>
      </w:r>
    </w:p>
    <w:p>
      <w:r>
        <w:rPr>
          <w:b/>
        </w:rPr>
        <w:t xml:space="preserve">[1:13:40] </w:t>
      </w:r>
      <w:r>
        <w:t>par jo log dawah ka kaam karte hain woh hum se literature le jate hain in ke paas</w:t>
      </w:r>
    </w:p>
    <w:p>
      <w:pPr>
        <w:jc w:val="right"/>
      </w:pPr>
      <w:r>
        <w:t>پر جو لوگ دعوت کا کام کرتے ہیں وہ ہم سے لٹریچر لے جاتے ہیں ان کے پاس</w:t>
      </w:r>
    </w:p>
    <w:p>
      <w:r>
        <w:rPr>
          <w:b/>
        </w:rPr>
        <w:t xml:space="preserve">[1:13:45] </w:t>
      </w:r>
      <w:r>
        <w:t>chhote chhote booklets hain hajj kaise karein prophet muhammad ke upar kitab hai aur doosri kitabein hain toh</w:t>
      </w:r>
    </w:p>
    <w:p>
      <w:pPr>
        <w:jc w:val="right"/>
      </w:pPr>
      <w:r>
        <w:t>چھوٹی چھوٹی بکلیٹس ہیں حج کیسے کریں پرافٹ محمد کے اوپر کتاب ہے اور دوسری کتابیں ہیں تو</w:t>
      </w:r>
    </w:p>
    <w:p>
      <w:r>
        <w:rPr>
          <w:b/>
        </w:rPr>
        <w:t xml:space="preserve">[1:13:51] </w:t>
      </w:r>
      <w:r>
        <w:t>unhon ne kaha ke aap hamein bhejiye hum aap ka literature inshallah is spain mein phailayein ge</w:t>
      </w:r>
    </w:p>
    <w:p>
      <w:pPr>
        <w:jc w:val="right"/>
      </w:pPr>
      <w:r>
        <w:t>انہوں نے کہا کہ آپ ہمیں بھیجیے ہم آپ کا لٹریچر انشاءاللہ اس اسپین میں پھیلائیں گے</w:t>
      </w:r>
    </w:p>
    <w:p>
      <w:r>
        <w:rPr>
          <w:b/>
        </w:rPr>
        <w:t xml:space="preserve">[1:13:59] </w:t>
      </w:r>
      <w:r>
        <w:t>phir</w:t>
      </w:r>
    </w:p>
    <w:p>
      <w:pPr>
        <w:jc w:val="right"/>
      </w:pPr>
      <w:r>
        <w:t>پھر</w:t>
      </w:r>
    </w:p>
    <w:p>
      <w:r>
        <w:rPr>
          <w:b/>
        </w:rPr>
        <w:t xml:space="preserve">[1:13:59] </w:t>
      </w:r>
      <w:r>
        <w:t>wohan se madrid aana hua madrid mein yeh aik bohat hi aali shan markaz hai bohat hi bara masjid bhi hai aur islamic center hai jo saudiz ne banaya hai yeh masjid hai is ke andar ki</w:t>
      </w:r>
    </w:p>
    <w:p>
      <w:pPr>
        <w:jc w:val="right"/>
      </w:pPr>
      <w:r>
        <w:t>وہاں سے مدرید آنا ہوا مدرید میں یہ ایک بہت ہی عالی شان مرکز ہے بہت ہی بڑا مسجد بھی ہے اور اسلامک سینٹر ہے جو سعودیز نے بنایا ہے یہ مسجد ہے اس کے اندر کی</w:t>
      </w:r>
    </w:p>
    <w:p>
      <w:r>
        <w:rPr>
          <w:b/>
        </w:rPr>
        <w:t xml:space="preserve">[1:14:19] </w:t>
      </w:r>
      <w:r>
        <w:t>asar ke</w:t>
      </w:r>
    </w:p>
    <w:p>
      <w:pPr>
        <w:jc w:val="right"/>
      </w:pPr>
      <w:r>
        <w:t>اثر کے</w:t>
      </w:r>
    </w:p>
    <w:p>
      <w:r>
        <w:rPr>
          <w:b/>
        </w:rPr>
        <w:t xml:space="preserve">[1:14:31] </w:t>
      </w:r>
      <w:r>
        <w:t>yeh zuhar ki namaz yahan parhi maine yeh bhi masjid kai</w:t>
      </w:r>
    </w:p>
    <w:p>
      <w:pPr>
        <w:jc w:val="right"/>
      </w:pPr>
      <w:r>
        <w:t>یہ ظہر کی نماز یہاں پڑھی میں نے یہ بھی مسجد کئی</w:t>
      </w:r>
    </w:p>
    <w:p>
      <w:r>
        <w:rPr>
          <w:b/>
        </w:rPr>
        <w:t xml:space="preserve">[1:14:55] </w:t>
      </w:r>
      <w:r>
        <w:t>yeh in ki library hai jo bohat hi bari library hai aah kafi kitabein nazar aayin</w:t>
      </w:r>
    </w:p>
    <w:p>
      <w:pPr>
        <w:jc w:val="right"/>
      </w:pPr>
      <w:r>
        <w:t>یہ ان کی لائبریری ہے جو بہت ہی بڑی لائبریری ہے آہ کافی کتابیں نظر آئیں</w:t>
      </w:r>
    </w:p>
    <w:p>
      <w:r>
        <w:rPr>
          <w:b/>
        </w:rPr>
        <w:t xml:space="preserve">[1:15:15] </w:t>
      </w:r>
      <w:r>
        <w:t>yeh unhon ne kuch exhibitions lagai hui hain islam ke bare mein prophet muhammad seerat waghera ke bare</w:t>
      </w:r>
    </w:p>
    <w:p>
      <w:pPr>
        <w:jc w:val="right"/>
      </w:pPr>
      <w:r>
        <w:t>یہ انہوں نے کچھ ایگزیبیشنز لگائی ہوئی ہیں اسلام کے بارے میں پرافٹ محمد سیرت وغیرہ کے بارے</w:t>
      </w:r>
    </w:p>
    <w:p>
      <w:r>
        <w:rPr>
          <w:b/>
        </w:rPr>
        <w:t xml:space="preserve">[1:15:19] </w:t>
      </w:r>
      <w:r>
        <w:t>mein science in islam science and islam waghera toh kafi log ate hain kuch tourist waghera wahan par</w:t>
      </w:r>
    </w:p>
    <w:p>
      <w:pPr>
        <w:jc w:val="right"/>
      </w:pPr>
      <w:r>
        <w:t>میں سائنس ان اسلام سائنس اینڈ اسلام وغیرہ تو کافی لوگ آتے ہیں کچھ ٹورسٹ وغیرہ وہاں پر</w:t>
      </w:r>
    </w:p>
    <w:p>
      <w:r>
        <w:rPr>
          <w:b/>
        </w:rPr>
        <w:t xml:space="preserve">[1:15:27] </w:t>
      </w:r>
      <w:r>
        <w:t>kuch log dekh rahe the toh mein ne unhein kuch kitabein bhi dein</w:t>
      </w:r>
    </w:p>
    <w:p>
      <w:pPr>
        <w:jc w:val="right"/>
      </w:pPr>
      <w:r>
        <w:t>کچھ لوگ دیکھ رہے تھے تو میں نے انہیں کچھ کتابیں بھی دیں</w:t>
      </w:r>
    </w:p>
    <w:p>
      <w:r>
        <w:rPr>
          <w:b/>
        </w:rPr>
        <w:t xml:space="preserve">[1:15:31] </w:t>
      </w:r>
      <w:r>
        <w:t>yeh center ka board hai centro cultura islamica de madrid aur yeh aik aah aik aah office hai</w:t>
      </w:r>
    </w:p>
    <w:p>
      <w:pPr>
        <w:jc w:val="right"/>
      </w:pPr>
      <w:r>
        <w:t>یہ سینٹر کا بورڈ ہے سینٹرو کلچر اسلامک ڈی مدرید اور یہ ایک آہ ایک آہ آفس ہے</w:t>
      </w:r>
    </w:p>
    <w:p>
      <w:r>
        <w:rPr>
          <w:b/>
        </w:rPr>
        <w:t xml:space="preserve">[1:15:39] </w:t>
      </w:r>
      <w:r>
        <w:t>isi center mein jis ka naam hai aah discover islam to yahan woh daawati kaam bhi karte hain</w:t>
      </w:r>
    </w:p>
    <w:p>
      <w:pPr>
        <w:jc w:val="right"/>
      </w:pPr>
      <w:r>
        <w:t>اسی سینٹر میں جس کا نام ہے آہ ڈسکور اسلام تو یہاں وہ دعوتی کام بھی کرتے ہیں</w:t>
      </w:r>
    </w:p>
    <w:p>
      <w:r>
        <w:rPr>
          <w:b/>
        </w:rPr>
        <w:t xml:space="preserve">[1:15:46] </w:t>
      </w:r>
      <w:r>
        <w:t>to main un ke aah un se mila director se oopar jo aah right side pe hain yeh</w:t>
      </w:r>
    </w:p>
    <w:p>
      <w:pPr>
        <w:jc w:val="right"/>
      </w:pPr>
      <w:r>
        <w:t>تو میں ان کے آہ ان سے ملا ڈائریکٹر سے اوپر جو آہ رائٹ سائیڈ پہ ہیں یہ</w:t>
      </w:r>
    </w:p>
    <w:p>
      <w:r>
        <w:rPr>
          <w:b/>
        </w:rPr>
        <w:t xml:space="preserve">[1:15:53] </w:t>
      </w:r>
      <w:r>
        <w:t>director hain unhon ne kitab waghera dekhi aur al islam ittihad bhi thi mere paas arabi to woh</w:t>
      </w:r>
    </w:p>
    <w:p>
      <w:pPr>
        <w:jc w:val="right"/>
      </w:pPr>
      <w:r>
        <w:t>ڈائریکٹر ہیں انہوں نے کتاب وغیرہ دیکھی اور الاسلام اتحدہ بھی تھی میرے پاس عربی تو وہ</w:t>
      </w:r>
    </w:p>
    <w:p>
      <w:r>
        <w:rPr>
          <w:b/>
        </w:rPr>
        <w:t xml:space="preserve">[1:16:00] </w:t>
      </w:r>
      <w:r>
        <w:t>main ne un ko pesh ki to bari achhi tarah se unhon ne baat cheet ki aur kaha</w:t>
      </w:r>
    </w:p>
    <w:p>
      <w:pPr>
        <w:jc w:val="right"/>
      </w:pPr>
      <w:r>
        <w:t>میں نے ان کو پیش کی تو بڑی اچھی طرح سے انہوں نے بات چیت کی اور کہا</w:t>
      </w:r>
    </w:p>
    <w:p>
      <w:r>
        <w:rPr>
          <w:b/>
        </w:rPr>
        <w:t xml:space="preserve">[1:16:03] </w:t>
      </w:r>
      <w:r>
        <w:t>ke hum aap ka literature rakhenge apne paas aap bhejiye use doosre sahab jo yeh bhi koi</w:t>
      </w:r>
    </w:p>
    <w:p>
      <w:pPr>
        <w:jc w:val="right"/>
      </w:pPr>
      <w:r>
        <w:t>کہ ہم آپ کا لٹریچر رکھیں گے اپنے پاس آپ بھیجیے اسے دوسرے صاحب جو یہ بھی کوئی</w:t>
      </w:r>
    </w:p>
    <w:p>
      <w:r>
        <w:rPr>
          <w:b/>
        </w:rPr>
        <w:t xml:space="preserve">[1:16:08] </w:t>
      </w:r>
      <w:r>
        <w:t>official hain wahan center ke</w:t>
      </w:r>
    </w:p>
    <w:p>
      <w:pPr>
        <w:jc w:val="right"/>
      </w:pPr>
      <w:r>
        <w:t>آفیشل ہیں وہاں سینٹر کے</w:t>
      </w:r>
    </w:p>
    <w:p>
      <w:r>
        <w:rPr>
          <w:b/>
        </w:rPr>
        <w:t xml:space="preserve">[1:16:11] </w:t>
      </w:r>
      <w:r>
        <w:t>phir is ke baad istanbul aana hua istanbul mein chunchke book fair thi to is liye wahan aana</w:t>
      </w:r>
    </w:p>
    <w:p>
      <w:pPr>
        <w:jc w:val="right"/>
      </w:pPr>
      <w:r>
        <w:t>پھر اس کے بعد استنبول آنا ہوا استنبول میں چونکہ بک فیئر تھی تو اس لیے وہاں آنا</w:t>
      </w:r>
    </w:p>
    <w:p>
      <w:r>
        <w:rPr>
          <w:b/>
        </w:rPr>
        <w:t xml:space="preserve">[1:16:17] </w:t>
      </w:r>
      <w:r>
        <w:t>hua yeh sahab jo left mein hain yeh hain imam ismail jo rustam pasha mosque ke imam hain</w:t>
      </w:r>
    </w:p>
    <w:p>
      <w:pPr>
        <w:jc w:val="right"/>
      </w:pPr>
      <w:r>
        <w:t>ہوا یہ صاحب جو لیفٹ میں ہیں یہ ہیں امام اسماعیل جو رستم پاشا ماسک کے امام ہیں</w:t>
      </w:r>
    </w:p>
    <w:p>
      <w:r>
        <w:rPr>
          <w:b/>
        </w:rPr>
        <w:t xml:space="preserve">[1:16:25] </w:t>
      </w:r>
      <w:r>
        <w:t>aur yeh un ki masjid hai jahan woh quran distribute kar rahe hain un se taqreeban teen chaar</w:t>
      </w:r>
    </w:p>
    <w:p>
      <w:pPr>
        <w:jc w:val="right"/>
      </w:pPr>
      <w:r>
        <w:t>اور یہ ان کی مسجد ہے جہاں وہ قرآن ڈسٹریبیوٹ کر رہے ہیں ان سے تقریباً تین چار</w:t>
      </w:r>
    </w:p>
    <w:p>
      <w:r>
        <w:rPr>
          <w:b/>
        </w:rPr>
        <w:t xml:space="preserve">[1:16:29] </w:t>
      </w:r>
      <w:r>
        <w:t>saal pehle main mila tha aur kuch quran bheje the aah teen chaar baar quran hum ne wahin</w:t>
      </w:r>
    </w:p>
    <w:p>
      <w:pPr>
        <w:jc w:val="right"/>
      </w:pPr>
      <w:r>
        <w:t>سال پہلے میں ملا تھا اور کچھ قرآن بھیجے تھے آہ تین چار بار قرآن ہم نے وہیں</w:t>
      </w:r>
    </w:p>
    <w:p>
      <w:r>
        <w:rPr>
          <w:b/>
        </w:rPr>
        <w:t xml:space="preserve">[1:16:37] </w:t>
      </w:r>
      <w:r>
        <w:t>print karwa ke bheje phir yeh khud karte rahe to main ne is baar un se poocha ke</w:t>
      </w:r>
    </w:p>
    <w:p>
      <w:pPr>
        <w:jc w:val="right"/>
      </w:pPr>
      <w:r>
        <w:t>پرنٹ کروا کے بھیجے پھر یہ خود کرتے رہے تو میں نے اس بار ان سے پوچھا کہ</w:t>
      </w:r>
    </w:p>
    <w:p>
      <w:r>
        <w:rPr>
          <w:b/>
        </w:rPr>
        <w:t xml:space="preserve">[1:16:42] </w:t>
      </w:r>
      <w:r>
        <w:t>aap ne kitna distribute kiya hai total to</w:t>
      </w:r>
    </w:p>
    <w:p>
      <w:pPr>
        <w:jc w:val="right"/>
      </w:pPr>
      <w:r>
        <w:t>آپ نے کتنا ڈسٹریبیوٹ کیا ہے ٹوٹل تو</w:t>
      </w:r>
    </w:p>
    <w:p>
      <w:r>
        <w:rPr>
          <w:b/>
        </w:rPr>
        <w:t xml:space="preserve">[1:16:45] </w:t>
      </w:r>
      <w:r>
        <w:t>انہوں نے کہا کہ آہ 180,000 تو میں سمجھا کہ شاید یہ 18,000 کہہ</w:t>
      </w:r>
    </w:p>
    <w:p>
      <w:pPr>
        <w:jc w:val="right"/>
      </w:pPr>
      <w:r>
        <w:t>انہوں نے کہا کہ آہ ون ہنڈرڈ ایٹی تھاؤزنڈ تو میں سمجھا کہ شاید یہ ایٹین تھاؤزنڈ کہہ</w:t>
      </w:r>
    </w:p>
    <w:p>
      <w:r>
        <w:rPr>
          <w:b/>
        </w:rPr>
        <w:t xml:space="preserve">[1:16:52] </w:t>
      </w:r>
      <w:r>
        <w:t>رہے ہیں اور غلط بول رہے ہیں چونکہ ان کی English بھی تھوڑی ایسی ہوتی ہے weak تو</w:t>
      </w:r>
    </w:p>
    <w:p>
      <w:pPr>
        <w:jc w:val="right"/>
      </w:pPr>
      <w:r>
        <w:t>رہے ہیں اور غلط بول رہے ہیں چونکہ ان کی انگلش بھی تھوڑی ایسی ہوتی ہے ویک تو</w:t>
      </w:r>
    </w:p>
    <w:p>
      <w:r>
        <w:rPr>
          <w:b/>
        </w:rPr>
        <w:t xml:space="preserve">[1:16:57] </w:t>
      </w:r>
      <w:r>
        <w:t>main ne baar baar un se poocha aur un se likhwaya to unhon ne bataya ke ek lakh</w:t>
      </w:r>
    </w:p>
    <w:p>
      <w:pPr>
        <w:jc w:val="right"/>
      </w:pPr>
      <w:r>
        <w:t>میں نے بار بار ان سے پوچھا اور ان سے لکھوایا تو انہوں نے بتایا کہ ایک لاکھ</w:t>
      </w:r>
    </w:p>
    <w:p>
      <w:r>
        <w:rPr>
          <w:b/>
        </w:rPr>
        <w:t xml:space="preserve">[1:17:01] </w:t>
      </w:r>
      <w:r>
        <w:t>assi hazar quran unhon ne ab tak distribute kiye hain jis mein se khud khud unhon ne wahan</w:t>
      </w:r>
    </w:p>
    <w:p>
      <w:pPr>
        <w:jc w:val="right"/>
      </w:pPr>
      <w:r>
        <w:t>اسی ہزار قرآن انہوں نے اب تک ڈسٹریبیوٹ کیے ہیں جس میں سے خود خود انہوں نے وہاں</w:t>
      </w:r>
    </w:p>
    <w:p>
      <w:r>
        <w:rPr>
          <w:b/>
        </w:rPr>
        <w:t xml:space="preserve">[1:17:06] </w:t>
      </w:r>
      <w:r>
        <w:t>jo local businessman waghera hain un se help le ke taqreeban dedh lakh quran unhon ne khud</w:t>
      </w:r>
    </w:p>
    <w:p>
      <w:pPr>
        <w:jc w:val="right"/>
      </w:pPr>
      <w:r>
        <w:t>جو لوکل بزنس مین وغیرہ ہیں ان سے ہیلپ لے کے تقریباً ڈیڑھ لاکھ قرآن انہوں نے خود</w:t>
      </w:r>
    </w:p>
    <w:p>
      <w:r>
        <w:rPr>
          <w:b/>
        </w:rPr>
        <w:t xml:space="preserve">[1:17:12] </w:t>
      </w:r>
      <w:r>
        <w:t>wahan perint karwaye hain to yahan chunchke aah jo yeh masjid hai rustam pasha mosque bohat hi tareekhi</w:t>
      </w:r>
    </w:p>
    <w:p>
      <w:pPr>
        <w:jc w:val="right"/>
      </w:pPr>
      <w:r>
        <w:t>وہاں پرنٹ کروائے ہیں تو یہاں چونکہ آہ جو یہ مسجد ہے رستم پاشا ماسک بہت ہی تاریخی</w:t>
      </w:r>
    </w:p>
    <w:p>
      <w:r>
        <w:rPr>
          <w:b/>
        </w:rPr>
        <w:t xml:space="preserve">[1:17:19] </w:t>
      </w:r>
      <w:r>
        <w:t>masjid hai aur is mein bohat tourist aate hain to yahan bohat moqa hai daawati kaam karne ka</w:t>
      </w:r>
    </w:p>
    <w:p>
      <w:pPr>
        <w:jc w:val="right"/>
      </w:pPr>
      <w:r>
        <w:t>مسجد ہے اور اس میں بہت ٹورسٹ آتے ہیں تو یہاں بہت موقع ہے دعوتی کام کرنے کا</w:t>
      </w:r>
    </w:p>
    <w:p>
      <w:r>
        <w:rPr>
          <w:b/>
        </w:rPr>
        <w:t xml:space="preserve">[1:17:27] </w:t>
      </w:r>
      <w:r>
        <w:t>yeh book fair hai</w:t>
      </w:r>
    </w:p>
    <w:p>
      <w:pPr>
        <w:jc w:val="right"/>
      </w:pPr>
      <w:r>
        <w:t>یہ بک فیئر ہے</w:t>
      </w:r>
    </w:p>
    <w:p>
      <w:r>
        <w:rPr>
          <w:b/>
        </w:rPr>
        <w:t xml:space="preserve">[1:17:32] </w:t>
      </w:r>
      <w:r>
        <w:t>bohat hi achi book fair hai aur bohat hi achi publishing hai turkey ki</w:t>
      </w:r>
    </w:p>
    <w:p>
      <w:pPr>
        <w:jc w:val="right"/>
      </w:pPr>
      <w:r>
        <w:t>بہت ہی اچھی بک فیئر ہے اور بہت ہی اچھی پبلشنگ ہے ٹرکی کی</w:t>
      </w:r>
    </w:p>
    <w:p>
      <w:r>
        <w:rPr>
          <w:b/>
        </w:rPr>
        <w:t xml:space="preserve">[1:17:41] </w:t>
      </w:r>
      <w:r>
        <w:t>bohat hi mayari european andaaz ka sara kaam hai</w:t>
      </w:r>
    </w:p>
    <w:p>
      <w:pPr>
        <w:jc w:val="right"/>
      </w:pPr>
      <w:r>
        <w:t>بہت ہی معیاری یورپین انداز کا سارا کام ہے</w:t>
      </w:r>
    </w:p>
    <w:p>
      <w:r>
        <w:rPr>
          <w:b/>
        </w:rPr>
        <w:t xml:space="preserve">[1:17:46] </w:t>
      </w:r>
      <w:r>
        <w:t>yeh yeh sahab jo right mein hain mere barabar mein jo center mein hain un ka naam hai</w:t>
      </w:r>
    </w:p>
    <w:p>
      <w:pPr>
        <w:jc w:val="right"/>
      </w:pPr>
      <w:r>
        <w:t>یہ یہ صاحب جو رائٹ میں ہیں میرے برابر میں جو سینٹر میں ہیں ان کا نام ہے</w:t>
      </w:r>
    </w:p>
    <w:p>
      <w:r>
        <w:rPr>
          <w:b/>
        </w:rPr>
        <w:t xml:space="preserve">[1:17:51] </w:t>
      </w:r>
      <w:r>
        <w:t>rashid tibbet aur un ke bete hain yeh left mein jinke paas what is islam hai to</w:t>
      </w:r>
    </w:p>
    <w:p>
      <w:pPr>
        <w:jc w:val="right"/>
      </w:pPr>
      <w:r>
        <w:t>راشد ٹیبٹ اور ان کے بیٹے ہیں یہ لیفٹ میں جن کے پاس واٹ از اسلام ہے تو</w:t>
      </w:r>
    </w:p>
    <w:p>
      <w:r>
        <w:rPr>
          <w:b/>
        </w:rPr>
        <w:t xml:space="preserve">[1:17:58] </w:t>
      </w:r>
      <w:r>
        <w:t>yeh hum hum se pehle bhi mil chuke hain to un ko jab main ne quran diya yeh</w:t>
      </w:r>
    </w:p>
    <w:p>
      <w:pPr>
        <w:jc w:val="right"/>
      </w:pPr>
      <w:r>
        <w:t>یہ ہم ہم سے پہلے بھی مل چکے ہیں تو ان کو جب میں نے قرآن دیا یہ</w:t>
      </w:r>
    </w:p>
    <w:p>
      <w:r>
        <w:rPr>
          <w:b/>
        </w:rPr>
        <w:t xml:space="preserve">[1:18:04] </w:t>
      </w:r>
      <w:r>
        <w:t>to unhon ne kaha ke aah humein bhi zaroorat hai quran turkish mein publish karne ke liye is</w:t>
      </w:r>
    </w:p>
    <w:p>
      <w:pPr>
        <w:jc w:val="right"/>
      </w:pPr>
      <w:r>
        <w:t>تو انہوں نے کہا کہ آہ ہمیں بھی ضرورت ہے قرآن ٹرکش میں پبلش کرنے کے لیے اس</w:t>
      </w:r>
    </w:p>
    <w:p>
      <w:r>
        <w:rPr>
          <w:b/>
        </w:rPr>
        <w:t xml:space="preserve">[1:18:11] </w:t>
      </w:r>
      <w:r>
        <w:t>size ki to main ne un se kaha ke yahan to sab log arabi parhte hain quran to</w:t>
      </w:r>
    </w:p>
    <w:p>
      <w:pPr>
        <w:jc w:val="right"/>
      </w:pPr>
      <w:r>
        <w:t>سائز کی تو میں نے ان سے کہا کہ یہاں تو سب لوگ عربی پڑھتے ہیں قرآن تو</w:t>
      </w:r>
    </w:p>
    <w:p>
      <w:r>
        <w:rPr>
          <w:b/>
        </w:rPr>
        <w:t xml:space="preserve">[1:18:15] </w:t>
      </w:r>
      <w:r>
        <w:t>unhon ne kaha ke hum arabi to parhte hain quran arabi mein parhte hain lekin hum samajhte nahi</w:t>
      </w:r>
    </w:p>
    <w:p>
      <w:pPr>
        <w:jc w:val="right"/>
      </w:pPr>
      <w:r>
        <w:t>انہوں نے کہا کہ ہم عربی تو پڑھتے ہیں قرآن عربی میں پڑھتے ہیں لیکن ہم سمجھتے نہیں</w:t>
      </w:r>
    </w:p>
    <w:p>
      <w:r>
        <w:rPr>
          <w:b/>
        </w:rPr>
        <w:t xml:space="preserve">[1:18:20] </w:t>
      </w:r>
      <w:r>
        <w:t>hain wahi jaisa hamare India sub continent mein hai Quran Arabi mein parh lete hain lekin is ki</w:t>
      </w:r>
    </w:p>
    <w:p>
      <w:pPr>
        <w:jc w:val="right"/>
      </w:pPr>
      <w:r>
        <w:t>ہیں وہی جیسا ہمارے انڈیا سب کانٹیننٹ میں ہے قرآن عربی میں پڑھ لیتے ہیں لیکن اس کی</w:t>
      </w:r>
    </w:p>
    <w:p>
      <w:r>
        <w:rPr>
          <w:b/>
        </w:rPr>
        <w:t xml:space="preserve">[1:18:26] </w:t>
      </w:r>
      <w:r>
        <w:t>meaning nahi samajhte</w:t>
      </w:r>
    </w:p>
    <w:p>
      <w:pPr>
        <w:jc w:val="right"/>
      </w:pPr>
      <w:r>
        <w:t>میننگ نہیں سمجھتے</w:t>
      </w:r>
    </w:p>
    <w:p>
      <w:r>
        <w:rPr>
          <w:b/>
        </w:rPr>
        <w:t xml:space="preserve">[1:18:27] </w:t>
      </w:r>
      <w:r>
        <w:t>to unhon ne kaha ke hum is quran ko translate karvayenge turkish mein aur is ko publish karenge aur is ko phailayenge yahan yeh jo neeche hain yeh yeh log yeh aik nessel publishing hai bohat bari aah.</w:t>
      </w:r>
    </w:p>
    <w:p>
      <w:pPr>
        <w:jc w:val="right"/>
      </w:pPr>
      <w:r>
        <w:t>تو انہوں نے کہا کہ ہم اس قرآن کو ٹرانسلیٹ کروائیں گے ٹرکش میں اور اس کو پبلش کریں گے اور اس کو پھیلائیں گے یہاں یہ جو نیچے ہیں یہ یہ لوگ یہ ایک نیسل پبلشنگ ہے بہت بڑی آہ.</w:t>
      </w:r>
    </w:p>
    <w:p>
      <w:r>
        <w:rPr>
          <w:b/>
        </w:rPr>
        <w:t xml:space="preserve">[1:18:40] </w:t>
      </w:r>
      <w:r>
        <w:t>mile aur un se baat cheet hui kuch publication waghera ki idhar aik aur publishing aah house hai</w:t>
      </w:r>
    </w:p>
    <w:p>
      <w:pPr>
        <w:jc w:val="right"/>
      </w:pPr>
      <w:r>
        <w:t>ملے اور ان سے بات چیت ہوئی کچھ پبلیکیشن وغیرہ کی ادھر ایک اور پبلشنگ آہ ہاؤس ہے</w:t>
      </w:r>
    </w:p>
    <w:p>
      <w:r>
        <w:rPr>
          <w:b/>
        </w:rPr>
        <w:t xml:space="preserve">[1:18:45] </w:t>
      </w:r>
      <w:r>
        <w:t>jis ka naam kainat hai bohat bara group hai aah aah Fethullah Gulen ka group hai aur</w:t>
      </w:r>
    </w:p>
    <w:p>
      <w:pPr>
        <w:jc w:val="right"/>
      </w:pPr>
      <w:r>
        <w:t>جس کا نام کائنات ہے بہت بڑا گروپ ہے آہ آہ فتح اللہ گولن کا گروپ ہے اور</w:t>
      </w:r>
    </w:p>
    <w:p>
      <w:r>
        <w:rPr>
          <w:b/>
        </w:rPr>
        <w:t xml:space="preserve">[1:18:51] </w:t>
      </w:r>
      <w:r>
        <w:t>wo sahib jo left pe hain wo aah Muhammad Bey hain Maulana un ke ghar gaye the aur</w:t>
      </w:r>
    </w:p>
    <w:p>
      <w:pPr>
        <w:jc w:val="right"/>
      </w:pPr>
      <w:r>
        <w:t>وہ صاحب جو لیفٹ پہ ہیں وہ آہ محمد بے ہیں مولانا ان کے گھر گئے تھے اور</w:t>
      </w:r>
    </w:p>
    <w:p>
      <w:r>
        <w:rPr>
          <w:b/>
        </w:rPr>
        <w:t xml:space="preserve">[1:18:58] </w:t>
      </w:r>
      <w:r>
        <w:t>un ke haan aik program bhi hua tha bohat achhe ye log ye sab publishers hain</w:t>
      </w:r>
    </w:p>
    <w:p>
      <w:pPr>
        <w:jc w:val="right"/>
      </w:pPr>
      <w:r>
        <w:t>ان کے ہاں ایک پروگرام بھی ہوا تھا بہت اچھے یہ لوگ یہ سب پبلشرز ہیں</w:t>
      </w:r>
    </w:p>
    <w:p>
      <w:r>
        <w:rPr>
          <w:b/>
        </w:rPr>
        <w:t xml:space="preserve">[1:19:05] </w:t>
      </w:r>
      <w:r>
        <w:t>phir wahan se aah Dubai aana hua</w:t>
      </w:r>
    </w:p>
    <w:p>
      <w:pPr>
        <w:jc w:val="right"/>
      </w:pPr>
      <w:r>
        <w:t>پھر وہاں سے آہ دبئی آنا ہوا</w:t>
      </w:r>
    </w:p>
    <w:p>
      <w:r>
        <w:rPr>
          <w:b/>
        </w:rPr>
        <w:t xml:space="preserve">[1:19:17] </w:t>
      </w:r>
      <w:r>
        <w:t>to mujhe bari khushi hui wahan dekh ke jo duty free hai us pe hamara Quran maujood tha</w:t>
      </w:r>
    </w:p>
    <w:p>
      <w:pPr>
        <w:jc w:val="right"/>
      </w:pPr>
      <w:r>
        <w:t>تو مجھے بڑی خوشی ہوئی وہاں دیکھ کے جو ڈیوٹی فری ہے اس پہ ہمارا قرآن موجود تھا</w:t>
      </w:r>
    </w:p>
    <w:p>
      <w:r>
        <w:rPr>
          <w:b/>
        </w:rPr>
        <w:t xml:space="preserve">[1:19:23] </w:t>
      </w:r>
      <w:r>
        <w:t>book aah book shop pe aah Quran rakha hua tha</w:t>
      </w:r>
    </w:p>
    <w:p>
      <w:pPr>
        <w:jc w:val="right"/>
      </w:pPr>
      <w:r>
        <w:t>بک آہ بک شاپ پہ آہ قرآن رکھا ہوا تھا</w:t>
      </w:r>
    </w:p>
    <w:p>
      <w:r>
        <w:rPr>
          <w:b/>
        </w:rPr>
        <w:t xml:space="preserve">[1:19:28] </w:t>
      </w:r>
      <w:r>
        <w:t>to main ne is ka video bana liya aur ye is tareeqe se rakha hua hai Quran aik</w:t>
      </w:r>
    </w:p>
    <w:p>
      <w:pPr>
        <w:jc w:val="right"/>
      </w:pPr>
      <w:r>
        <w:t>تو میں نے اس کا ویڈیو بنا لیا اور یہ اس طریقے سے رکھا ہوا ہے قرآن ایک</w:t>
      </w:r>
    </w:p>
    <w:p>
      <w:r>
        <w:rPr>
          <w:b/>
        </w:rPr>
        <w:t xml:space="preserve">[1:19:35] </w:t>
      </w:r>
      <w:r>
        <w:t>bohat achha sa case banaya hua hai unho ne is mein chunchke wahan jo distributor hain Saleem sahib</w:t>
      </w:r>
    </w:p>
    <w:p>
      <w:pPr>
        <w:jc w:val="right"/>
      </w:pPr>
      <w:r>
        <w:t>بہت اچھا سا کیس بنایا ہوا ہے انہوں نے اس میں چونکہ وہاں جو ڈسٹریبیوٹر ہیں سلیم صاحب</w:t>
      </w:r>
    </w:p>
    <w:p>
      <w:r>
        <w:rPr>
          <w:b/>
        </w:rPr>
        <w:t xml:space="preserve">[1:19:40] </w:t>
      </w:r>
      <w:r>
        <w:t>unho ne ise bohat achhi tarah distribute kiya hai aur kafi jagah aur ye upar jo Seema sahiba</w:t>
      </w:r>
    </w:p>
    <w:p>
      <w:pPr>
        <w:jc w:val="right"/>
      </w:pPr>
      <w:r>
        <w:t>انہوں نے اسے بہت اچھی طرح ڈسٹریبیوٹ کیا ہے اور کافی جگہ اور یہ اوپر جو سیما صاحبہ</w:t>
      </w:r>
    </w:p>
    <w:p>
      <w:r>
        <w:rPr>
          <w:b/>
        </w:rPr>
        <w:t xml:space="preserve">[1:19:46] </w:t>
      </w:r>
      <w:r>
        <w:t>hain Naghma sahiba ki behan unho ne bohat achha kaam kiya hai wahan aur kai jagah Quran rakhwaya</w:t>
      </w:r>
    </w:p>
    <w:p>
      <w:pPr>
        <w:jc w:val="right"/>
      </w:pPr>
      <w:r>
        <w:t>ہیں نغمہ صاحبہ کی بہن انہوں نے بہت اچھا کام کیا ہے وہاں اور کئی جگہ قرآن رکھوایا</w:t>
      </w:r>
    </w:p>
    <w:p>
      <w:r>
        <w:rPr>
          <w:b/>
        </w:rPr>
        <w:t xml:space="preserve">[1:19:52] </w:t>
      </w:r>
      <w:r>
        <w:t>hai jahan se bohat bari tadad mein Quran nikal raha hai hotels mein jaise ye neeche photo hai</w:t>
      </w:r>
    </w:p>
    <w:p>
      <w:pPr>
        <w:jc w:val="right"/>
      </w:pPr>
      <w:r>
        <w:t>ہے جہاں سے بہت بڑی تعداد میں قرآن نکل رہا ہے ہوٹلز میں جیسے یہ نیچے فوٹو ہے</w:t>
      </w:r>
    </w:p>
    <w:p>
      <w:r>
        <w:rPr>
          <w:b/>
        </w:rPr>
        <w:t xml:space="preserve">[1:19:58] </w:t>
      </w:r>
      <w:r>
        <w:t>is tarah hotels mein rooms mein rakhwaya hai taqreeban sau hotels mein aah</w:t>
      </w:r>
    </w:p>
    <w:p>
      <w:pPr>
        <w:jc w:val="right"/>
      </w:pPr>
      <w:r>
        <w:t>اس طرح ہوٹلز میں رومز میں رکھوایا ہے تقریباً سو ہوٹلز میں آہ</w:t>
      </w:r>
    </w:p>
    <w:p>
      <w:r>
        <w:rPr>
          <w:b/>
        </w:rPr>
        <w:t xml:space="preserve">[1:20:02] </w:t>
      </w:r>
      <w:r>
        <w:t>Quran reception pe rakhwaya hai aur wahan se aah log le le rahe hain aur ye jagah jahan</w:t>
      </w:r>
    </w:p>
    <w:p>
      <w:pPr>
        <w:jc w:val="right"/>
      </w:pPr>
      <w:r>
        <w:t>قرآن ریسیپشن پہ رکھوایا ہے اور وہاں سے آہ لوگ لے لے رہے ہیں اور یہ جگہ جہاں</w:t>
      </w:r>
    </w:p>
    <w:p>
      <w:r>
        <w:rPr>
          <w:b/>
        </w:rPr>
        <w:t xml:space="preserve">[1:20:09] </w:t>
      </w:r>
      <w:r>
        <w:t>mein hoon ye ye aah Dubai museum hai to unho ne kaha ke Dubai museum aajaiye aap to</w:t>
      </w:r>
    </w:p>
    <w:p>
      <w:pPr>
        <w:jc w:val="right"/>
      </w:pPr>
      <w:r>
        <w:t>میں ہوں یہ یہ آہ دبئی میوزیم ہے تو انہوں نے کہا کہ دبئی میوزیم آجائیے آپ تو</w:t>
      </w:r>
    </w:p>
    <w:p>
      <w:r>
        <w:rPr>
          <w:b/>
        </w:rPr>
        <w:t xml:space="preserve">[1:20:15] </w:t>
      </w:r>
      <w:r>
        <w:t>hum pohanche front pe to unho ne phone se bataya ke aap exit pe aajaiye peechhe ki taraf</w:t>
      </w:r>
    </w:p>
    <w:p>
      <w:pPr>
        <w:jc w:val="right"/>
      </w:pPr>
      <w:r>
        <w:t>ہم پہنچے فرنٹ پہ تو انہوں نے فون سے بتایا کہ آپ ایگزٹ پہ آجائیے پیچھے کی طرف</w:t>
      </w:r>
    </w:p>
    <w:p>
      <w:r>
        <w:rPr>
          <w:b/>
        </w:rPr>
        <w:t xml:space="preserve">[1:20:21] </w:t>
      </w:r>
      <w:r>
        <w:t>to ye exit hai jahan hum log khade hain wahan par aik aah wo hai rack jis mein</w:t>
      </w:r>
    </w:p>
    <w:p>
      <w:pPr>
        <w:jc w:val="right"/>
      </w:pPr>
      <w:r>
        <w:t>تو یہ ایگزٹ ہے جہاں ہم لوگ کھڑے ہیں وہاں پر ایک آہ وہ ہے ریک جس میں</w:t>
      </w:r>
    </w:p>
    <w:p>
      <w:r>
        <w:rPr>
          <w:b/>
        </w:rPr>
        <w:t xml:space="preserve">[1:20:26] </w:t>
      </w:r>
      <w:r>
        <w:t>Quran rakh diye jate hain aur yahan se log nikalte hain yaani aah museum ko dekh kar to</w:t>
      </w:r>
    </w:p>
    <w:p>
      <w:pPr>
        <w:jc w:val="right"/>
      </w:pPr>
      <w:r>
        <w:t>قرآن رکھ دیے جاتے ہیں اور یہاں سے لوگ نکلتے ہیں یعنی آہ میوزیم کو دیکھ کر تو</w:t>
      </w:r>
    </w:p>
    <w:p>
      <w:r>
        <w:rPr>
          <w:b/>
        </w:rPr>
        <w:t xml:space="preserve">[1:20:33] </w:t>
      </w:r>
      <w:r>
        <w:t>yahan se kafi log Quran lete hain jo guard tha jo rakhta hai Quran jo bharta hai is</w:t>
      </w:r>
    </w:p>
    <w:p>
      <w:pPr>
        <w:jc w:val="right"/>
      </w:pPr>
      <w:r>
        <w:t>یہاں سے کافی لوگ قرآن لیتے ہیں جو گارڈ تھا جو رکھتا ہے قرآن جو بھرتا ہے اس</w:t>
      </w:r>
    </w:p>
    <w:p>
      <w:r>
        <w:rPr>
          <w:b/>
        </w:rPr>
        <w:t xml:space="preserve">[1:20:39] </w:t>
      </w:r>
      <w:r>
        <w:t>mein aah fill karta hai wo kehta hai ke Quran hum jaise hi fill karte hain aik ghante</w:t>
      </w:r>
    </w:p>
    <w:p>
      <w:pPr>
        <w:jc w:val="right"/>
      </w:pPr>
      <w:r>
        <w:t>میں آہ فل کرتا ہے وہ کہتا ہے کہ قرآن ہم جیسے ہی فل کرتے ہیں ایک گھنٹے</w:t>
      </w:r>
    </w:p>
    <w:p>
      <w:r>
        <w:rPr>
          <w:b/>
        </w:rPr>
        <w:t xml:space="preserve">[1:20:43] </w:t>
      </w:r>
      <w:r>
        <w:t>mein sab khatam ho jata hai chunchke ye jo aah gadiyan</w:t>
      </w:r>
    </w:p>
    <w:p>
      <w:pPr>
        <w:jc w:val="right"/>
      </w:pPr>
      <w:r>
        <w:t>میں سب ختم ہو جاتا ہے چونکہ یہ جو آہ گاڑیاں</w:t>
      </w:r>
    </w:p>
    <w:p>
      <w:r>
        <w:rPr>
          <w:b/>
        </w:rPr>
        <w:t xml:space="preserve">[1:20:47] </w:t>
      </w:r>
      <w:r>
        <w:t>hoti hain jo buses hain jo aah Dubai tourism ke liye log aate hain to wahan rukti hain</w:t>
      </w:r>
    </w:p>
    <w:p>
      <w:pPr>
        <w:jc w:val="right"/>
      </w:pPr>
      <w:r>
        <w:t>ہوتی ہیں جو بسز ہیں جو آہ دبئی ٹورزم کے لیے لوگ آتے ہیں تو وہاں رکتی ہیں</w:t>
      </w:r>
    </w:p>
    <w:p>
      <w:r>
        <w:rPr>
          <w:b/>
        </w:rPr>
        <w:t xml:space="preserve">[1:20:54] </w:t>
      </w:r>
      <w:r>
        <w:t>aur kafi bari tadad mein log jate hain is mein museum mein aur jab wo andar dekhte hain</w:t>
      </w:r>
    </w:p>
    <w:p>
      <w:pPr>
        <w:jc w:val="right"/>
      </w:pPr>
      <w:r>
        <w:t>اور کافی بڑی تعداد میں لوگ جاتے ہیں اس میں میوزیم میں اور جب وہ اندر دیکھتے ہیں</w:t>
      </w:r>
    </w:p>
    <w:p>
      <w:r>
        <w:rPr>
          <w:b/>
        </w:rPr>
        <w:t xml:space="preserve">[1:21:00] </w:t>
      </w:r>
      <w:r>
        <w:t>islamic cheezen aur woh sab to un ke upar asar hota hai phir bahar aa ke agar unhein</w:t>
      </w:r>
    </w:p>
    <w:p>
      <w:pPr>
        <w:jc w:val="right"/>
      </w:pPr>
      <w:r>
        <w:t>اسلامک چیزیں اور وہ سب تو ان کے اوپر اثر ہوتا ہے پھر باہر آ کے اگر انہیں</w:t>
      </w:r>
    </w:p>
    <w:p>
      <w:r>
        <w:rPr>
          <w:b/>
        </w:rPr>
        <w:t xml:space="preserve">[1:21:04] </w:t>
      </w:r>
      <w:r>
        <w:t>quran mil jaye to woh bohat hi acha moqa hai to dubai mein bohat hi baray moaqay hain</w:t>
      </w:r>
    </w:p>
    <w:p>
      <w:pPr>
        <w:jc w:val="right"/>
      </w:pPr>
      <w:r>
        <w:t>قرآن مل جائے تو وہ بہت ہی اچھا موقع ہے تو دبئی میں بہت ہی بڑے مواقع ہیں</w:t>
      </w:r>
    </w:p>
    <w:p>
      <w:r>
        <w:rPr>
          <w:b/>
        </w:rPr>
        <w:t xml:space="preserve">[1:21:11] </w:t>
      </w:r>
      <w:r>
        <w:t>quran distribution ke aur da'oti kaam ke aah seema sahiba aur un ki jo team hai khaas tor</w:t>
      </w:r>
    </w:p>
    <w:p>
      <w:pPr>
        <w:jc w:val="right"/>
      </w:pPr>
      <w:r>
        <w:t>قرآن ڈسٹریبیوشن کے اور دعوتی کام کے آہ سیما صاحبہ اور ان کی جو ٹیم ہے خاص طور</w:t>
      </w:r>
    </w:p>
    <w:p>
      <w:r>
        <w:rPr>
          <w:b/>
        </w:rPr>
        <w:t xml:space="preserve">[1:21:16] </w:t>
      </w:r>
      <w:r>
        <w:t>se javed sahib awqaf ke aur saleem sahib yeh log bohat acha kaam kar rahay hain kai barhi</w:t>
      </w:r>
    </w:p>
    <w:p>
      <w:pPr>
        <w:jc w:val="right"/>
      </w:pPr>
      <w:r>
        <w:t>سے جاوید صاحب اوقاف کے اور سلیم صاحب یہ لوگ بہت اچھا کام کر رہے ہیں کئی بڑی</w:t>
      </w:r>
    </w:p>
    <w:p>
      <w:r>
        <w:rPr>
          <w:b/>
        </w:rPr>
        <w:t xml:space="preserve">[1:21:21] </w:t>
      </w:r>
      <w:r>
        <w:t>masjiden hain wahan jahan tourist atay hain jumeirah beach mosque badia mosque wahan bhi quran rakhwaya hai to</w:t>
      </w:r>
    </w:p>
    <w:p>
      <w:pPr>
        <w:jc w:val="right"/>
      </w:pPr>
      <w:r>
        <w:t>مسجدیں ہیں وہاں جہاں ٹورسٹ آتے ہیں جمیرہ بیچ ماسک بدیا ماسک وہاں بھی قرآن رکھوایا ہے تو</w:t>
      </w:r>
    </w:p>
    <w:p>
      <w:r>
        <w:rPr>
          <w:b/>
        </w:rPr>
        <w:t xml:space="preserve">[1:21:28] </w:t>
      </w:r>
      <w:r>
        <w:t>phir mein wapas aya to mere pas aik copy quran ki bachi</w:t>
      </w:r>
    </w:p>
    <w:p>
      <w:pPr>
        <w:jc w:val="right"/>
      </w:pPr>
      <w:r>
        <w:t>پھر میں واپس آیا تو میرے پاس ایک کاپی قرآن کی بچ</w:t>
      </w:r>
    </w:p>
    <w:p>
      <w:r>
        <w:rPr>
          <w:b/>
        </w:rPr>
        <w:t xml:space="preserve">[1:21:32] </w:t>
      </w:r>
      <w:r>
        <w:t>gayi thi to main ne socha kya</w:t>
      </w:r>
    </w:p>
    <w:p>
      <w:pPr>
        <w:jc w:val="right"/>
      </w:pPr>
      <w:r>
        <w:t>گئی تھی تو میں نے سوچا کیا</w:t>
      </w:r>
    </w:p>
    <w:p>
      <w:r>
        <w:rPr>
          <w:b/>
        </w:rPr>
        <w:t xml:space="preserve">[1:21:34] </w:t>
      </w:r>
      <w:r>
        <w:t>karoon to yeh jo lady hain neeche right side pe yeh mere pas baithi hui theen to un ko maine un se bat cheet ki to pata chala ke yeh american hain aur chinese origin ke to unhon ne bataya ke bohat bara group hamara aah dallas texas se aa raha hai india tourism ke liye to phir maine un ko quran bhi diya aur thora bohat islam ke bare mein bataya to is tarike se yeh safar hua to inshallah umeed hai ke</w:t>
      </w:r>
    </w:p>
    <w:p>
      <w:pPr>
        <w:jc w:val="right"/>
      </w:pPr>
      <w:r>
        <w:t>کروں تو یہ جو لیڈی ہیں نیچے رائٹ سائیڈ پہ یہ میرے پاس بیٹھی ہوئی تھیں تو ان کو میں نے ان سے بات چیت کی تو پتہ چلا کہ یہ امریکن ہیں اور چائنیز اوریجن کے تو انہوں نے بتایا کہ بہت بڑا گروپ ہمارا آہ ڈیلس ٹیکساس سے آ رہا ہے انڈیا ٹورزم کے لیے تو پھر میں نے ان کو قرآن بھی دیا اور تھوڑا بہت اسلام کے بارے میں بتایا تو اس طریقے سے یہ سفر ہوا تو انشاءاللہ امید ہے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