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Muhasibah in Islam | August 14, 2007</w:t>
      </w:r>
    </w:p>
    <w:p>
      <w:r>
        <w:t>https://www.youtube.com/watch?v=Z4mx_t4useI</w:t>
      </w:r>
    </w:p>
    <w:p>
      <w:r>
        <w:rPr>
          <w:b/>
        </w:rPr>
        <w:t xml:space="preserve">[00:10] </w:t>
      </w:r>
      <w:r>
        <w:t>bismillah rahman rahim, wasallallahu ala nabiyil karim.</w:t>
      </w:r>
    </w:p>
    <w:p>
      <w:pPr>
        <w:jc w:val="right"/>
      </w:pPr>
      <w:r>
        <w:t>بسم اللہ الرحمن الرحیم، وصلی اللہ علی النبی الکریم۔</w:t>
      </w:r>
    </w:p>
    <w:p>
      <w:r>
        <w:rPr>
          <w:b/>
        </w:rPr>
        <w:t xml:space="preserve">[00:20]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[00:30] </w:t>
      </w:r>
      <w:r>
        <w:t>The topic for this day is the concept of muh</w:t>
      </w:r>
    </w:p>
    <w:p>
      <w:pPr>
        <w:jc w:val="right"/>
      </w:pPr>
      <w:r>
        <w:t>The topic for this day is the concept of مح</w:t>
      </w:r>
    </w:p>
    <w:p>
      <w:r>
        <w:rPr>
          <w:b/>
        </w:rPr>
        <w:t xml:space="preserve">[00:40] </w:t>
      </w:r>
      <w:r>
        <w:t>asabah in Islam.</w:t>
      </w:r>
    </w:p>
    <w:p>
      <w:pPr>
        <w:jc w:val="right"/>
      </w:pPr>
      <w:r>
        <w:t>اسبہ in Islam.</w:t>
      </w:r>
    </w:p>
    <w:p>
      <w:r>
        <w:rPr>
          <w:b/>
        </w:rPr>
        <w:t xml:space="preserve">[00:50] </w:t>
      </w:r>
      <w:r>
        <w:t>Muhasabah is a very important institution in Islam, very, very important.</w:t>
      </w:r>
    </w:p>
    <w:p>
      <w:pPr>
        <w:jc w:val="right"/>
      </w:pPr>
      <w:r>
        <w:t>محاسبہ is a very important institution in Islam, very, very important.</w:t>
      </w:r>
    </w:p>
    <w:p>
      <w:r>
        <w:rPr>
          <w:b/>
        </w:rPr>
        <w:t xml:space="preserve">[01:00] </w:t>
      </w:r>
      <w:r>
        <w:t>Without muhasabah no one can stand on true faith</w:t>
      </w:r>
    </w:p>
    <w:p>
      <w:pPr>
        <w:jc w:val="right"/>
      </w:pPr>
      <w:r>
        <w:t>Without محاسبہ no one can stand on true faith</w:t>
      </w:r>
    </w:p>
    <w:p>
      <w:r>
        <w:rPr>
          <w:b/>
        </w:rPr>
        <w:t xml:space="preserve">[01:11] </w:t>
      </w:r>
      <w:r>
        <w:t>.</w:t>
      </w:r>
    </w:p>
    <w:p>
      <w:pPr>
        <w:jc w:val="right"/>
      </w:pPr>
      <w:r>
        <w:t>.</w:t>
      </w:r>
    </w:p>
    <w:p>
      <w:r>
        <w:rPr>
          <w:b/>
        </w:rPr>
        <w:t xml:space="preserve">[01:21] </w:t>
      </w:r>
      <w:r>
        <w:t>Without muhasabah no one can purify himself so that he may be selected for paradise.</w:t>
      </w:r>
    </w:p>
    <w:p>
      <w:pPr>
        <w:jc w:val="right"/>
      </w:pPr>
      <w:r>
        <w:t>Without محاسبہ no one can purify himself so that he may be selected for paradise.</w:t>
      </w:r>
    </w:p>
    <w:p>
      <w:r>
        <w:rPr>
          <w:b/>
        </w:rPr>
        <w:t xml:space="preserve">[01:31] </w:t>
      </w:r>
      <w:r>
        <w:t>So muhasabah is an integral part of imaan and Islam. Muhasabah means</w:t>
      </w:r>
    </w:p>
    <w:p>
      <w:pPr>
        <w:jc w:val="right"/>
      </w:pPr>
      <w:r>
        <w:t>So محاسبہ is an integral part of ایمان and Islam. محاسبہ means</w:t>
      </w:r>
    </w:p>
    <w:p>
      <w:r>
        <w:rPr>
          <w:b/>
        </w:rPr>
        <w:t xml:space="preserve">[01:41] </w:t>
      </w:r>
      <w:r>
        <w:t>introspection. muhasba means in urdu people say ihtisab, but in arabic it is muhasba. muhasba means introspection, that is self-analysis or observation and analysis of oneself. observation and analysis</w:t>
      </w:r>
    </w:p>
    <w:p>
      <w:pPr>
        <w:jc w:val="right"/>
      </w:pPr>
      <w:r>
        <w:t>introspection. محاسبہ means in Urdu people say احتساب, but in Arabic it is محاسبہ. محاسبہ means introspection, that is self-analysis or observation and analysis of oneself. Observation and analysis</w:t>
      </w:r>
    </w:p>
    <w:p>
      <w:r>
        <w:rPr>
          <w:b/>
        </w:rPr>
        <w:t xml:space="preserve">[02:11] </w:t>
      </w:r>
      <w:r>
        <w:t>of oneself, this is introspection and this is muhasba.</w:t>
      </w:r>
    </w:p>
    <w:p>
      <w:pPr>
        <w:jc w:val="right"/>
      </w:pPr>
      <w:r>
        <w:t>of oneself, this is introspection and this is محاسبہ.</w:t>
      </w:r>
    </w:p>
    <w:p>
      <w:r>
        <w:rPr>
          <w:b/>
        </w:rPr>
        <w:t xml:space="preserve">[02:21] </w:t>
      </w:r>
      <w:r>
        <w:t>Man is born with so many desires, so many negative things, then in the environment, in the society</w:t>
      </w:r>
    </w:p>
    <w:p>
      <w:pPr>
        <w:jc w:val="right"/>
      </w:pPr>
      <w:r>
        <w:t>Man is born with so many desires, so many negative things, then in the environment, in the society</w:t>
      </w:r>
    </w:p>
    <w:p>
      <w:r>
        <w:rPr>
          <w:b/>
        </w:rPr>
        <w:t xml:space="preserve">[02:31] </w:t>
      </w:r>
      <w:r>
        <w:t>every time there are provocations, there are bad experienc</w:t>
      </w:r>
    </w:p>
    <w:p>
      <w:pPr>
        <w:jc w:val="right"/>
      </w:pPr>
      <w:r>
        <w:t>every time there are provocations, there are bad experienc</w:t>
      </w:r>
    </w:p>
    <w:p>
      <w:r>
        <w:rPr>
          <w:b/>
        </w:rPr>
        <w:t xml:space="preserve">[02:42] </w:t>
      </w:r>
      <w:r>
        <w:t>es.</w:t>
      </w:r>
    </w:p>
    <w:p>
      <w:pPr>
        <w:jc w:val="right"/>
      </w:pPr>
      <w:r>
        <w:t>es.</w:t>
      </w:r>
    </w:p>
    <w:p>
      <w:r>
        <w:rPr>
          <w:b/>
        </w:rPr>
        <w:t xml:space="preserve">[02:49] </w:t>
      </w:r>
      <w:r>
        <w:t>So it is very important to engage yourself in muhasba, in introspection every day.</w:t>
      </w:r>
    </w:p>
    <w:p>
      <w:pPr>
        <w:jc w:val="right"/>
      </w:pPr>
      <w:r>
        <w:t>So it is very important to engage yourself in محاسبہ, in introspection every day.</w:t>
      </w:r>
    </w:p>
    <w:p>
      <w:r>
        <w:rPr>
          <w:b/>
        </w:rPr>
        <w:t xml:space="preserve">[02:57] </w:t>
      </w:r>
      <w:r>
        <w:t>It is Sunnah of the Prophet and Sunnah of the Sahaba to go introspection every day.</w:t>
      </w:r>
    </w:p>
    <w:p>
      <w:pPr>
        <w:jc w:val="right"/>
      </w:pPr>
      <w:r>
        <w:t>It is Sunnah of the Prophet and Sunnah of the Sahaba to go introspection every day.</w:t>
      </w:r>
    </w:p>
    <w:p>
      <w:r>
        <w:rPr>
          <w:b/>
        </w:rPr>
        <w:t xml:space="preserve">[03:05] </w:t>
      </w:r>
      <w:r>
        <w:t>Every day you have to introspect yourself about your actions, about your speech, even</w:t>
      </w:r>
    </w:p>
    <w:p>
      <w:pPr>
        <w:jc w:val="right"/>
      </w:pPr>
      <w:r>
        <w:t>Every day you have to introspect yourself about your actions, about your speech, even</w:t>
      </w:r>
    </w:p>
    <w:p>
      <w:r>
        <w:rPr>
          <w:b/>
        </w:rPr>
        <w:t xml:space="preserve">[03:12] </w:t>
      </w:r>
      <w:r>
        <w:t>about your intentions.</w:t>
      </w:r>
    </w:p>
    <w:p>
      <w:pPr>
        <w:jc w:val="right"/>
      </w:pPr>
      <w:r>
        <w:t>about your intentions.</w:t>
      </w:r>
    </w:p>
    <w:p>
      <w:r>
        <w:rPr>
          <w:b/>
        </w:rPr>
        <w:t xml:space="preserve">[03:23] </w:t>
      </w:r>
      <w:r>
        <w:t>This self-purification, self-correction process, it is required every day and night.</w:t>
      </w:r>
    </w:p>
    <w:p>
      <w:pPr>
        <w:jc w:val="right"/>
      </w:pPr>
      <w:r>
        <w:t>This self-purification, self-correction process, it is required every day and night.</w:t>
      </w:r>
    </w:p>
    <w:p>
      <w:r>
        <w:rPr>
          <w:b/>
        </w:rPr>
        <w:t xml:space="preserve">[03:33] </w:t>
      </w:r>
      <w:r>
        <w:t>Without muhasba no one can follow the principle of Islam in theright manner.</w:t>
      </w:r>
    </w:p>
    <w:p>
      <w:pPr>
        <w:jc w:val="right"/>
      </w:pPr>
      <w:r>
        <w:t>Without محاسبہ no one can follow the principle of Islam in theright manner.</w:t>
      </w:r>
    </w:p>
    <w:p>
      <w:r>
        <w:rPr>
          <w:b/>
        </w:rPr>
        <w:t xml:space="preserve">[03:44] </w:t>
      </w:r>
      <w:r>
        <w:t>Now according to my analysis there are two different kinds of categories of muhasba or there are two</w:t>
      </w:r>
    </w:p>
    <w:p>
      <w:pPr>
        <w:jc w:val="right"/>
      </w:pPr>
      <w:r>
        <w:t>Now according to my analysis there are two different kinds of categories of محاسبہ or there are two</w:t>
      </w:r>
    </w:p>
    <w:p>
      <w:r>
        <w:rPr>
          <w:b/>
        </w:rPr>
        <w:t xml:space="preserve">[03:55] </w:t>
      </w:r>
      <w:r>
        <w:t>different fields of muhasba.</w:t>
      </w:r>
    </w:p>
    <w:p>
      <w:pPr>
        <w:jc w:val="right"/>
      </w:pPr>
      <w:r>
        <w:t>different fields of محاسبہ.</w:t>
      </w:r>
    </w:p>
    <w:p>
      <w:r>
        <w:rPr>
          <w:b/>
        </w:rPr>
        <w:t xml:space="preserve">[04:05] </w:t>
      </w:r>
      <w:r>
        <w:t>There are some very well-known evils and some are hidden evils.</w:t>
      </w:r>
    </w:p>
    <w:p>
      <w:pPr>
        <w:jc w:val="right"/>
      </w:pPr>
      <w:r>
        <w:t>There are some very well-known evils and some are hidden evils.</w:t>
      </w:r>
    </w:p>
    <w:p>
      <w:r>
        <w:rPr>
          <w:b/>
        </w:rPr>
        <w:t xml:space="preserve">[04:16] </w:t>
      </w:r>
      <w:r>
        <w:t>If we categorize all those bad things or evils or unwanted actions we can categorize them into categories:</w:t>
      </w:r>
    </w:p>
    <w:p>
      <w:pPr>
        <w:jc w:val="right"/>
      </w:pPr>
      <w:r>
        <w:t>If we categorize all those bad things or evils or unwanted actions we can categorize them into categories:</w:t>
      </w:r>
    </w:p>
    <w:p>
      <w:r>
        <w:rPr>
          <w:b/>
        </w:rPr>
        <w:t xml:space="preserve">[04:26] </w:t>
      </w:r>
      <w:r>
        <w:t>open evil and secret evil.</w:t>
      </w:r>
    </w:p>
    <w:p>
      <w:pPr>
        <w:jc w:val="right"/>
      </w:pPr>
      <w:r>
        <w:t>open evil and secret evil.</w:t>
      </w:r>
    </w:p>
    <w:p>
      <w:r>
        <w:rPr>
          <w:b/>
        </w:rPr>
        <w:t xml:space="preserve">[04:36] </w:t>
      </w:r>
      <w:r>
        <w:t>In other words unjustified evil and justified evil.</w:t>
      </w:r>
    </w:p>
    <w:p>
      <w:pPr>
        <w:jc w:val="right"/>
      </w:pPr>
      <w:r>
        <w:t>In other words unjustified evil and justified evil.</w:t>
      </w:r>
    </w:p>
    <w:p>
      <w:r>
        <w:rPr>
          <w:b/>
        </w:rPr>
        <w:t xml:space="preserve">[04:46] </w:t>
      </w:r>
      <w:r>
        <w:t>According to my analysis there are two kinds of evils: unjustified evils and justified evils.</w:t>
      </w:r>
    </w:p>
    <w:p>
      <w:pPr>
        <w:jc w:val="right"/>
      </w:pPr>
      <w:r>
        <w:t>According to my analysis there are two kinds of evils: unjustified evils and justified evils.</w:t>
      </w:r>
    </w:p>
    <w:p>
      <w:r>
        <w:rPr>
          <w:b/>
        </w:rPr>
        <w:t xml:space="preserve">[04:56] </w:t>
      </w:r>
      <w:r>
        <w:t>I mean some evils are so clear that everyone knows.</w:t>
      </w:r>
    </w:p>
    <w:p>
      <w:pPr>
        <w:jc w:val="right"/>
      </w:pPr>
      <w:r>
        <w:t>I mean some evils are so clear that everyone knows.</w:t>
      </w:r>
    </w:p>
    <w:p>
      <w:r>
        <w:rPr>
          <w:b/>
        </w:rPr>
        <w:t xml:space="preserve">[05:06] </w:t>
      </w:r>
      <w:r>
        <w:t>For example wine or usury or</w:t>
      </w:r>
    </w:p>
    <w:p>
      <w:pPr>
        <w:jc w:val="right"/>
      </w:pPr>
      <w:r>
        <w:t>For example wine or usury or</w:t>
      </w:r>
    </w:p>
    <w:p>
      <w:r>
        <w:rPr>
          <w:b/>
        </w:rPr>
        <w:t xml:space="preserve">[05:17] </w:t>
      </w:r>
      <w:r>
        <w:t>murder or adultery or falsehood or pork.</w:t>
      </w:r>
    </w:p>
    <w:p>
      <w:pPr>
        <w:jc w:val="right"/>
      </w:pPr>
      <w:r>
        <w:t>murder or adultery or falsehood or pork.</w:t>
      </w:r>
    </w:p>
    <w:p>
      <w:r>
        <w:rPr>
          <w:b/>
        </w:rPr>
        <w:t xml:space="preserve">[05:23] </w:t>
      </w:r>
      <w:r>
        <w:t>So all these things are unjustified evils, everyone knows.</w:t>
      </w:r>
    </w:p>
    <w:p>
      <w:pPr>
        <w:jc w:val="right"/>
      </w:pPr>
      <w:r>
        <w:t>So all these things are unjustified evils, everyone knows.</w:t>
      </w:r>
    </w:p>
    <w:p>
      <w:r>
        <w:rPr>
          <w:b/>
        </w:rPr>
        <w:t xml:space="preserve">[05:29] </w:t>
      </w:r>
      <w:r>
        <w:t>So generally people try to refrain from these evils.</w:t>
      </w:r>
    </w:p>
    <w:p>
      <w:pPr>
        <w:jc w:val="right"/>
      </w:pPr>
      <w:r>
        <w:t>So generally people try to refrain from these evils.</w:t>
      </w:r>
    </w:p>
    <w:p>
      <w:r>
        <w:rPr>
          <w:b/>
        </w:rPr>
        <w:t xml:space="preserve">[05:35] </w:t>
      </w:r>
      <w:r>
        <w:t>They have no justification.</w:t>
      </w:r>
    </w:p>
    <w:p>
      <w:pPr>
        <w:jc w:val="right"/>
      </w:pPr>
      <w:r>
        <w:t>They have no justification.</w:t>
      </w:r>
    </w:p>
    <w:p>
      <w:r>
        <w:rPr>
          <w:b/>
        </w:rPr>
        <w:t xml:space="preserve">[05:41] </w:t>
      </w:r>
      <w:r>
        <w:t>They have no justific</w:t>
      </w:r>
    </w:p>
    <w:p>
      <w:pPr>
        <w:jc w:val="right"/>
      </w:pPr>
      <w:r>
        <w:t>They have no justific</w:t>
      </w:r>
    </w:p>
    <w:p>
      <w:r>
        <w:rPr>
          <w:b/>
        </w:rPr>
        <w:t xml:space="preserve">[05:48] </w:t>
      </w:r>
      <w:r>
        <w:t>ation how to refrain. they have no justification to eat pork. so people generally refrain from eating pork. so is there murder and other things. so this is unjustified evil. but i think that there are also some justif</w:t>
      </w:r>
    </w:p>
    <w:p>
      <w:pPr>
        <w:jc w:val="right"/>
      </w:pPr>
      <w:r>
        <w:t>ation how to refrain. They have no justification to eat pork. So people generally refrain from eating pork. So is there murder and other things. So this is unjustified evil. But I think that there are also some justif</w:t>
      </w:r>
    </w:p>
    <w:p>
      <w:r>
        <w:rPr>
          <w:b/>
        </w:rPr>
        <w:t xml:space="preserve">[06:18] </w:t>
      </w:r>
      <w:r>
        <w:t>ied evils and the majority of people is indulged in these unjustified evils, these justified evils.</w:t>
      </w:r>
    </w:p>
    <w:p>
      <w:pPr>
        <w:jc w:val="right"/>
      </w:pPr>
      <w:r>
        <w:t>ied evils and the majority of people is indulged in these unjustified evils, these justified evils.</w:t>
      </w:r>
    </w:p>
    <w:p>
      <w:r>
        <w:rPr>
          <w:b/>
        </w:rPr>
        <w:t xml:space="preserve">[06:28] </w:t>
      </w:r>
      <w:r>
        <w:t>The majority of people is engaged in these kinds of justified evils because they don't know it's—they don't</w:t>
      </w:r>
    </w:p>
    <w:p>
      <w:pPr>
        <w:jc w:val="right"/>
      </w:pPr>
      <w:r>
        <w:t>The majority of people is engaged in these kinds of justified evils because they don't know it's—they don't</w:t>
      </w:r>
    </w:p>
    <w:p>
      <w:r>
        <w:rPr>
          <w:b/>
        </w:rPr>
        <w:t xml:space="preserve">[06:38] </w:t>
      </w:r>
      <w:r>
        <w:t>think that it's bad</w:t>
      </w:r>
    </w:p>
    <w:p>
      <w:pPr>
        <w:jc w:val="right"/>
      </w:pPr>
      <w:r>
        <w:t>think that it's bad</w:t>
      </w:r>
    </w:p>
    <w:p>
      <w:r>
        <w:rPr>
          <w:b/>
        </w:rPr>
        <w:t xml:space="preserve">[06:48] </w:t>
      </w:r>
      <w:r>
        <w:t>consciously or unconsciously.</w:t>
      </w:r>
    </w:p>
    <w:p>
      <w:pPr>
        <w:jc w:val="right"/>
      </w:pPr>
      <w:r>
        <w:t>consciously or unconsciously.</w:t>
      </w:r>
    </w:p>
    <w:p>
      <w:r>
        <w:rPr>
          <w:b/>
        </w:rPr>
        <w:t xml:space="preserve">[06:54] </w:t>
      </w:r>
      <w:r>
        <w:t>This is mentioned in the Hadith also.</w:t>
      </w:r>
    </w:p>
    <w:p>
      <w:pPr>
        <w:jc w:val="right"/>
      </w:pPr>
      <w:r>
        <w:t>This is mentioned in the Hadith also.</w:t>
      </w:r>
    </w:p>
    <w:p>
      <w:r>
        <w:rPr>
          <w:b/>
        </w:rPr>
        <w:t xml:space="preserve">[07:00] </w:t>
      </w:r>
      <w:r>
        <w:t>There is a Hadith that the Prophet of Islam has said that in later period a group of</w:t>
      </w:r>
    </w:p>
    <w:p>
      <w:pPr>
        <w:jc w:val="right"/>
      </w:pPr>
      <w:r>
        <w:t>There is a Hadith that the Prophet of Islam has said that in later period a group of</w:t>
      </w:r>
    </w:p>
    <w:p>
      <w:r>
        <w:rPr>
          <w:b/>
        </w:rPr>
        <w:t xml:space="preserve">[07:06] </w:t>
      </w:r>
      <w:r>
        <w:t>my Ummah, a group of Muslims will take wine.</w:t>
      </w:r>
    </w:p>
    <w:p>
      <w:pPr>
        <w:jc w:val="right"/>
      </w:pPr>
      <w:r>
        <w:t>my Ummah, a group of Muslims will take wine.</w:t>
      </w:r>
    </w:p>
    <w:p>
      <w:r>
        <w:rPr>
          <w:b/>
        </w:rPr>
        <w:t xml:space="preserve">[07:12] </w:t>
      </w:r>
      <w:r>
        <w:t>You know wine is unlawful in Islam.</w:t>
      </w:r>
    </w:p>
    <w:p>
      <w:pPr>
        <w:jc w:val="right"/>
      </w:pPr>
      <w:r>
        <w:t>You know wine is unlawful in Islam.</w:t>
      </w:r>
    </w:p>
    <w:p>
      <w:r>
        <w:rPr>
          <w:b/>
        </w:rPr>
        <w:t xml:space="preserve">[07:18] </w:t>
      </w:r>
      <w:r>
        <w:t>So the Prophet of Islam said that in later period of Islamic history some people will take wine.</w:t>
      </w:r>
    </w:p>
    <w:p>
      <w:pPr>
        <w:jc w:val="right"/>
      </w:pPr>
      <w:r>
        <w:t>So the Prophet of Islam said that in later period of Islamic history some people will take wine.</w:t>
      </w:r>
    </w:p>
    <w:p>
      <w:r>
        <w:rPr>
          <w:b/>
        </w:rPr>
        <w:t xml:space="preserve">[07:26] </w:t>
      </w:r>
      <w:r>
        <w:t>So some of the opinion asked why they take wine?</w:t>
      </w:r>
    </w:p>
    <w:p>
      <w:pPr>
        <w:jc w:val="right"/>
      </w:pPr>
      <w:r>
        <w:t>So some of the opinion asked why they take wine?</w:t>
      </w:r>
    </w:p>
    <w:p>
      <w:r>
        <w:rPr>
          <w:b/>
        </w:rPr>
        <w:t xml:space="preserve">[07:33] </w:t>
      </w:r>
      <w:r>
        <w:t>Because it is very clear in Islam that wine is not lawful in Islam.</w:t>
      </w:r>
    </w:p>
    <w:p>
      <w:pPr>
        <w:jc w:val="right"/>
      </w:pPr>
      <w:r>
        <w:t>Because it is very clear in Islam that wine is not lawful in Islam.</w:t>
      </w:r>
    </w:p>
    <w:p>
      <w:r>
        <w:rPr>
          <w:b/>
        </w:rPr>
        <w:t xml:space="preserve">[07:41] </w:t>
      </w:r>
      <w:r>
        <w:t>It is well described in the Quran and Hadith.</w:t>
      </w:r>
    </w:p>
    <w:p>
      <w:pPr>
        <w:jc w:val="right"/>
      </w:pPr>
      <w:r>
        <w:t>It is well described in the Quran and Hadith.</w:t>
      </w:r>
    </w:p>
    <w:p>
      <w:r>
        <w:rPr>
          <w:b/>
        </w:rPr>
        <w:t xml:space="preserve">[07:49] </w:t>
      </w:r>
      <w:r>
        <w:t>So the Prophet of Islam said they will give a new name to the wine.</w:t>
      </w:r>
    </w:p>
    <w:p>
      <w:pPr>
        <w:jc w:val="right"/>
      </w:pPr>
      <w:r>
        <w:t>So the Prophet of Islam said they will give a new name to the wine.</w:t>
      </w:r>
    </w:p>
    <w:p>
      <w:r>
        <w:rPr>
          <w:b/>
        </w:rPr>
        <w:t xml:space="preserve">[08:04] </w:t>
      </w:r>
      <w:r>
        <w:t>They will give a new name to the wine and then they make</w:t>
      </w:r>
    </w:p>
    <w:p>
      <w:pPr>
        <w:jc w:val="right"/>
      </w:pPr>
      <w:r>
        <w:t>They will give a new name to the wine and then they make</w:t>
      </w:r>
    </w:p>
    <w:p>
      <w:r>
        <w:rPr>
          <w:b/>
        </w:rPr>
        <w:t xml:space="preserve">[08:19] </w:t>
      </w:r>
      <w:r>
        <w:t>it lawful.</w:t>
      </w:r>
    </w:p>
    <w:p>
      <w:pPr>
        <w:jc w:val="right"/>
      </w:pPr>
      <w:r>
        <w:t>it lawful.</w:t>
      </w:r>
    </w:p>
    <w:p>
      <w:r>
        <w:rPr>
          <w:b/>
        </w:rPr>
        <w:t xml:space="preserve">[08:26] </w:t>
      </w:r>
      <w:r>
        <w:t>In other words they find some justification.</w:t>
      </w:r>
    </w:p>
    <w:p>
      <w:pPr>
        <w:jc w:val="right"/>
      </w:pPr>
      <w:r>
        <w:t>In other words they find some justification.</w:t>
      </w:r>
    </w:p>
    <w:p>
      <w:r>
        <w:rPr>
          <w:b/>
        </w:rPr>
        <w:t xml:space="preserve">[08:34] </w:t>
      </w:r>
      <w:r>
        <w:t>So it is not about simply wine.</w:t>
      </w:r>
    </w:p>
    <w:p>
      <w:pPr>
        <w:jc w:val="right"/>
      </w:pPr>
      <w:r>
        <w:t>So it is not about simply wine.</w:t>
      </w:r>
    </w:p>
    <w:p>
      <w:r>
        <w:rPr>
          <w:b/>
        </w:rPr>
        <w:t xml:space="preserve">[08:42] </w:t>
      </w:r>
      <w:r>
        <w:t>You know these kinds of Hadith are—here wine is as a symbol, a symbolic nam</w:t>
      </w:r>
    </w:p>
    <w:p>
      <w:pPr>
        <w:jc w:val="right"/>
      </w:pPr>
      <w:r>
        <w:t>You know these kinds of Hadith are—here wine is as a symbol, a symbolic nam</w:t>
      </w:r>
    </w:p>
    <w:p>
      <w:r>
        <w:rPr>
          <w:b/>
        </w:rPr>
        <w:t xml:space="preserve">[08:50] </w:t>
      </w:r>
      <w:r>
        <w:t>e.</w:t>
      </w:r>
    </w:p>
    <w:p>
      <w:pPr>
        <w:jc w:val="right"/>
      </w:pPr>
      <w:r>
        <w:t>e.</w:t>
      </w:r>
    </w:p>
    <w:p>
      <w:r>
        <w:rPr>
          <w:b/>
        </w:rPr>
        <w:t xml:space="preserve">[08:55] </w:t>
      </w:r>
      <w:r>
        <w:t>The Prophet of Islam said about wine.</w:t>
      </w:r>
    </w:p>
    <w:p>
      <w:pPr>
        <w:jc w:val="right"/>
      </w:pPr>
      <w:r>
        <w:t>The Prophet of Islam said about wine.</w:t>
      </w:r>
    </w:p>
    <w:p>
      <w:r>
        <w:rPr>
          <w:b/>
        </w:rPr>
        <w:t xml:space="preserve">[09:00] </w:t>
      </w:r>
      <w:r>
        <w:t>But it is a general habit, not only wine.</w:t>
      </w:r>
    </w:p>
    <w:p>
      <w:pPr>
        <w:jc w:val="right"/>
      </w:pPr>
      <w:r>
        <w:t>But it is a general habit, not only wine.</w:t>
      </w:r>
    </w:p>
    <w:p>
      <w:r>
        <w:rPr>
          <w:b/>
        </w:rPr>
        <w:t xml:space="preserve">[09:06] </w:t>
      </w:r>
      <w:r>
        <w:t>It means that like wine they will justify wine and they will take wine after justification.</w:t>
      </w:r>
    </w:p>
    <w:p>
      <w:pPr>
        <w:jc w:val="right"/>
      </w:pPr>
      <w:r>
        <w:t>It means that like wine they will justify wine and they will take wine after justification.</w:t>
      </w:r>
    </w:p>
    <w:p>
      <w:r>
        <w:rPr>
          <w:b/>
        </w:rPr>
        <w:t xml:space="preserve">[09:11] </w:t>
      </w:r>
      <w:r>
        <w:t>So they will seek some justification as wine.</w:t>
      </w:r>
    </w:p>
    <w:p>
      <w:pPr>
        <w:jc w:val="right"/>
      </w:pPr>
      <w:r>
        <w:t>So they will seek some justification as wine.</w:t>
      </w:r>
    </w:p>
    <w:p>
      <w:r>
        <w:rPr>
          <w:b/>
        </w:rPr>
        <w:t xml:space="preserve">[09:16] </w:t>
      </w:r>
      <w:r>
        <w:t>So it means that</w:t>
      </w:r>
    </w:p>
    <w:p>
      <w:pPr>
        <w:jc w:val="right"/>
      </w:pPr>
      <w:r>
        <w:t>So it means that</w:t>
      </w:r>
    </w:p>
    <w:p>
      <w:r>
        <w:rPr>
          <w:b/>
        </w:rPr>
        <w:t xml:space="preserve">[09:22] </w:t>
      </w:r>
      <w:r>
        <w:t>in later period people will engage in some other things other than wine after justification.</w:t>
      </w:r>
    </w:p>
    <w:p>
      <w:pPr>
        <w:jc w:val="right"/>
      </w:pPr>
      <w:r>
        <w:t>in later period people will engage in some other things other than wine after justification.</w:t>
      </w:r>
    </w:p>
    <w:p>
      <w:r>
        <w:rPr>
          <w:b/>
        </w:rPr>
        <w:t xml:space="preserve">[09:32] </w:t>
      </w:r>
      <w:r>
        <w:t>So by taking this Hadith I say that there are two kinds of evil: unjustified evil and justified evil.</w:t>
      </w:r>
    </w:p>
    <w:p>
      <w:pPr>
        <w:jc w:val="right"/>
      </w:pPr>
      <w:r>
        <w:t>So by taking this Hadith I say that there are two kinds of evil: unjustified evil and justified evil.</w:t>
      </w:r>
    </w:p>
    <w:p>
      <w:r>
        <w:rPr>
          <w:b/>
        </w:rPr>
        <w:t xml:space="preserve">[09:42] </w:t>
      </w:r>
      <w:r>
        <w:t>And justified evil is very, very</w:t>
      </w:r>
    </w:p>
    <w:p>
      <w:pPr>
        <w:jc w:val="right"/>
      </w:pPr>
      <w:r>
        <w:t>And justified evil is very, very</w:t>
      </w:r>
    </w:p>
    <w:p>
      <w:r>
        <w:rPr>
          <w:b/>
        </w:rPr>
        <w:t xml:space="preserve">[09:52] </w:t>
      </w:r>
      <w:r>
        <w:t>dangerous, very, very dangerous because you do a bad thing, you are involved in a sin and at</w:t>
      </w:r>
    </w:p>
    <w:p>
      <w:pPr>
        <w:jc w:val="right"/>
      </w:pPr>
      <w:r>
        <w:t>dangerous, very, very dangerous because you do a bad thing, you are involved in a sin and at</w:t>
      </w:r>
    </w:p>
    <w:p>
      <w:r>
        <w:rPr>
          <w:b/>
        </w:rPr>
        <w:t xml:space="preserve">[09:58] </w:t>
      </w:r>
      <w:r>
        <w:t>the same time you think that it is not a bad thing, it is not a sin.</w:t>
      </w:r>
    </w:p>
    <w:p>
      <w:pPr>
        <w:jc w:val="right"/>
      </w:pPr>
      <w:r>
        <w:t>the same time you think that it is not a bad thing, it is not a sin.</w:t>
      </w:r>
    </w:p>
    <w:p>
      <w:r>
        <w:rPr>
          <w:b/>
        </w:rPr>
        <w:t xml:space="preserve">[10:04] </w:t>
      </w:r>
      <w:r>
        <w:t>So it is very, very dangerous.</w:t>
      </w:r>
    </w:p>
    <w:p>
      <w:pPr>
        <w:jc w:val="right"/>
      </w:pPr>
      <w:r>
        <w:t>So it is very, very dangerous.</w:t>
      </w:r>
    </w:p>
    <w:p>
      <w:r>
        <w:rPr>
          <w:b/>
        </w:rPr>
        <w:t xml:space="preserve">[10:10] </w:t>
      </w:r>
      <w:r>
        <w:t>You are taking poison and you think that it is the water.</w:t>
      </w:r>
    </w:p>
    <w:p>
      <w:pPr>
        <w:jc w:val="right"/>
      </w:pPr>
      <w:r>
        <w:t>You are taking poison and you think that it is the water.</w:t>
      </w:r>
    </w:p>
    <w:p>
      <w:r>
        <w:rPr>
          <w:b/>
        </w:rPr>
        <w:t xml:space="preserve">[10:16] </w:t>
      </w:r>
      <w:r>
        <w:t>But you know if you tak</w:t>
      </w:r>
    </w:p>
    <w:p>
      <w:pPr>
        <w:jc w:val="right"/>
      </w:pPr>
      <w:r>
        <w:t>But you know if you tak</w:t>
      </w:r>
    </w:p>
    <w:p>
      <w:r>
        <w:rPr>
          <w:b/>
        </w:rPr>
        <w:t xml:space="preserve">[10:22] </w:t>
      </w:r>
      <w:r>
        <w:t>e poison and you say that it is the water, it is simply a soft drink.</w:t>
      </w:r>
    </w:p>
    <w:p>
      <w:pPr>
        <w:jc w:val="right"/>
      </w:pPr>
      <w:r>
        <w:t>e poison and you say that it is the water, it is simply a soft drink.</w:t>
      </w:r>
    </w:p>
    <w:p>
      <w:r>
        <w:rPr>
          <w:b/>
        </w:rPr>
        <w:t xml:space="preserve">[10:29] </w:t>
      </w:r>
      <w:r>
        <w:t>But if you say like this you cannot save yourself from its bad effect.</w:t>
      </w:r>
    </w:p>
    <w:p>
      <w:pPr>
        <w:jc w:val="right"/>
      </w:pPr>
      <w:r>
        <w:t>But if you say like this you cannot save yourself from its bad effect.</w:t>
      </w:r>
    </w:p>
    <w:p>
      <w:r>
        <w:rPr>
          <w:b/>
        </w:rPr>
        <w:t xml:space="preserve">[10:37] </w:t>
      </w:r>
      <w:r>
        <w:t>Poison will kill you.</w:t>
      </w:r>
    </w:p>
    <w:p>
      <w:pPr>
        <w:jc w:val="right"/>
      </w:pPr>
      <w:r>
        <w:t>Poison will kill you.</w:t>
      </w:r>
    </w:p>
    <w:p>
      <w:r>
        <w:rPr>
          <w:b/>
        </w:rPr>
        <w:t xml:space="preserve">[10:45] </w:t>
      </w:r>
      <w:r>
        <w:t>It doesn't matter that you have sa</w:t>
      </w:r>
    </w:p>
    <w:p>
      <w:pPr>
        <w:jc w:val="right"/>
      </w:pPr>
      <w:r>
        <w:t>It doesn't matter that you have sa</w:t>
      </w:r>
    </w:p>
    <w:p>
      <w:r>
        <w:rPr>
          <w:b/>
        </w:rPr>
        <w:t xml:space="preserve">[10:53] </w:t>
      </w:r>
      <w:r>
        <w:t>id before drinking that i am taking water, i am taking a soft drink. if it is poison then it will kill you. no word can save you from killing. so this is the case of justified evil. if you do justified evils, if you indulge in justified evils you cannot save yourself from</w:t>
      </w:r>
    </w:p>
    <w:p>
      <w:pPr>
        <w:jc w:val="right"/>
      </w:pPr>
      <w:r>
        <w:t>id before drinking that I am taking water, I am taking a soft drink. If it is poison then it will kill you. No word can save you from killing. So this is the case of justified evil. If you do justified evils, if you indulge in justified evils you cannot save yourself from</w:t>
      </w:r>
    </w:p>
    <w:p>
      <w:r>
        <w:rPr>
          <w:b/>
        </w:rPr>
        <w:t xml:space="preserve">[11:23] </w:t>
      </w:r>
      <w:r>
        <w:t>its bad, its bad effect.</w:t>
      </w:r>
    </w:p>
    <w:p>
      <w:pPr>
        <w:jc w:val="right"/>
      </w:pPr>
      <w:r>
        <w:t>its bad, its bad effect.</w:t>
      </w:r>
    </w:p>
    <w:p>
      <w:r>
        <w:rPr>
          <w:b/>
        </w:rPr>
        <w:t xml:space="preserve">[11:33] </w:t>
      </w:r>
      <w:r>
        <w:t>Today I received a book.</w:t>
      </w:r>
    </w:p>
    <w:p>
      <w:pPr>
        <w:jc w:val="right"/>
      </w:pPr>
      <w:r>
        <w:t>Today I received a book.</w:t>
      </w:r>
    </w:p>
    <w:p>
      <w:r>
        <w:rPr>
          <w:b/>
        </w:rPr>
        <w:t xml:space="preserve">[11:43] </w:t>
      </w:r>
      <w:r>
        <w:t>This book is about a kafir. The author</w:t>
      </w:r>
    </w:p>
    <w:p>
      <w:pPr>
        <w:jc w:val="right"/>
      </w:pPr>
      <w:r>
        <w:t>This book is about a kafir. The author</w:t>
      </w:r>
    </w:p>
    <w:p>
      <w:r>
        <w:rPr>
          <w:b/>
        </w:rPr>
        <w:t xml:space="preserve">[11:53] </w:t>
      </w:r>
      <w:r>
        <w:t>tries to prove that all those people who are not Muslim they are kafir.</w:t>
      </w:r>
    </w:p>
    <w:p>
      <w:pPr>
        <w:jc w:val="right"/>
      </w:pPr>
      <w:r>
        <w:t>tries to prove that all those people who are not Muslim they are kafir.</w:t>
      </w:r>
    </w:p>
    <w:p>
      <w:r>
        <w:rPr>
          <w:b/>
        </w:rPr>
        <w:t xml:space="preserve">[12:01] </w:t>
      </w:r>
      <w:r>
        <w:t>So when by saying this, by this nomenclature he justifies the hate between Muslims and non-Muslims.</w:t>
      </w:r>
    </w:p>
    <w:p>
      <w:pPr>
        <w:jc w:val="right"/>
      </w:pPr>
      <w:r>
        <w:t>So when by saying this, by this nomenclature he justifies the hate between Muslims and non-Muslims.</w:t>
      </w:r>
    </w:p>
    <w:p>
      <w:r>
        <w:rPr>
          <w:b/>
        </w:rPr>
        <w:t xml:space="preserve">[12:08] </w:t>
      </w:r>
      <w:r>
        <w:t>You know Muslims hate non-Muslims.</w:t>
      </w:r>
    </w:p>
    <w:p>
      <w:pPr>
        <w:jc w:val="right"/>
      </w:pPr>
      <w:r>
        <w:t>You know Muslims hate non-Muslims.</w:t>
      </w:r>
    </w:p>
    <w:p>
      <w:r>
        <w:rPr>
          <w:b/>
        </w:rPr>
        <w:t xml:space="preserve">[12:16] </w:t>
      </w:r>
      <w:r>
        <w:t>So he says that they are k</w:t>
      </w:r>
    </w:p>
    <w:p>
      <w:pPr>
        <w:jc w:val="right"/>
      </w:pPr>
      <w:r>
        <w:t>So he says that they are k</w:t>
      </w:r>
    </w:p>
    <w:p>
      <w:r>
        <w:rPr>
          <w:b/>
        </w:rPr>
        <w:t xml:space="preserve">[12:23] </w:t>
      </w:r>
      <w:r>
        <w:t>afir so we are justified to hate against them.</w:t>
      </w:r>
    </w:p>
    <w:p>
      <w:pPr>
        <w:jc w:val="right"/>
      </w:pPr>
      <w:r>
        <w:t>afir so we are justified to hate against them.</w:t>
      </w:r>
    </w:p>
    <w:p>
      <w:r>
        <w:rPr>
          <w:b/>
        </w:rPr>
        <w:t xml:space="preserve">[12:27] </w:t>
      </w:r>
      <w:r>
        <w:t>Why you are saying that they are kafir?</w:t>
      </w:r>
    </w:p>
    <w:p>
      <w:pPr>
        <w:jc w:val="right"/>
      </w:pPr>
      <w:r>
        <w:t>Why you are saying that they are kafir?</w:t>
      </w:r>
    </w:p>
    <w:p>
      <w:r>
        <w:rPr>
          <w:b/>
        </w:rPr>
        <w:t xml:space="preserve">[12:30] </w:t>
      </w:r>
      <w:r>
        <w:t>They are not kafir.</w:t>
      </w:r>
    </w:p>
    <w:p>
      <w:pPr>
        <w:jc w:val="right"/>
      </w:pPr>
      <w:r>
        <w:t>They are not kafir.</w:t>
      </w:r>
    </w:p>
    <w:p>
      <w:r>
        <w:rPr>
          <w:b/>
        </w:rPr>
        <w:t xml:space="preserve">[12:33] </w:t>
      </w:r>
      <w:r>
        <w:t>They are simply insan.</w:t>
      </w:r>
    </w:p>
    <w:p>
      <w:pPr>
        <w:jc w:val="right"/>
      </w:pPr>
      <w:r>
        <w:t>They are simply insan.</w:t>
      </w:r>
    </w:p>
    <w:p>
      <w:r>
        <w:rPr>
          <w:b/>
        </w:rPr>
        <w:t xml:space="preserve">[12:37] </w:t>
      </w:r>
      <w:r>
        <w:t>They are human beings.</w:t>
      </w:r>
    </w:p>
    <w:p>
      <w:pPr>
        <w:jc w:val="right"/>
      </w:pPr>
      <w:r>
        <w:t>They are human beings.</w:t>
      </w:r>
    </w:p>
    <w:p>
      <w:r>
        <w:rPr>
          <w:b/>
        </w:rPr>
        <w:t xml:space="preserve">[12:40] </w:t>
      </w:r>
      <w:r>
        <w:t>No one is kafir.</w:t>
      </w:r>
    </w:p>
    <w:p>
      <w:pPr>
        <w:jc w:val="right"/>
      </w:pPr>
      <w:r>
        <w:t>No one is kafir.</w:t>
      </w:r>
    </w:p>
    <w:p>
      <w:r>
        <w:rPr>
          <w:b/>
        </w:rPr>
        <w:t xml:space="preserve">[12:43] </w:t>
      </w:r>
      <w:r>
        <w:t>Everyone is insan.</w:t>
      </w:r>
    </w:p>
    <w:p>
      <w:pPr>
        <w:jc w:val="right"/>
      </w:pPr>
      <w:r>
        <w:t>Everyone is insan.</w:t>
      </w:r>
    </w:p>
    <w:p>
      <w:r>
        <w:rPr>
          <w:b/>
        </w:rPr>
        <w:t xml:space="preserve">[12:47] </w:t>
      </w:r>
      <w:r>
        <w:t>Everyone is human beings.</w:t>
      </w:r>
    </w:p>
    <w:p>
      <w:pPr>
        <w:jc w:val="right"/>
      </w:pPr>
      <w:r>
        <w:t>Everyone is human beings.</w:t>
      </w:r>
    </w:p>
    <w:p>
      <w:r>
        <w:rPr>
          <w:b/>
        </w:rPr>
        <w:t xml:space="preserve">[12:50] </w:t>
      </w:r>
      <w:r>
        <w:t>So you declared them that they are kafir and then you have justified your hate, your enmity.</w:t>
      </w:r>
    </w:p>
    <w:p>
      <w:pPr>
        <w:jc w:val="right"/>
      </w:pPr>
      <w:r>
        <w:t>So you declared them that they are kafir and then you have justified your hate, your enmity.</w:t>
      </w:r>
    </w:p>
    <w:p>
      <w:r>
        <w:rPr>
          <w:b/>
        </w:rPr>
        <w:t xml:space="preserve">[12:53] </w:t>
      </w:r>
      <w:r>
        <w:t>This is justified evil.</w:t>
      </w:r>
    </w:p>
    <w:p>
      <w:pPr>
        <w:jc w:val="right"/>
      </w:pPr>
      <w:r>
        <w:t>This is justified evil.</w:t>
      </w:r>
    </w:p>
    <w:p>
      <w:r>
        <w:rPr>
          <w:b/>
        </w:rPr>
        <w:t xml:space="preserve">[12:59] </w:t>
      </w:r>
      <w:r>
        <w:t>Hate is unlawful in Islam.</w:t>
      </w:r>
    </w:p>
    <w:p>
      <w:pPr>
        <w:jc w:val="right"/>
      </w:pPr>
      <w:r>
        <w:t>Hate is unlawful in Islam.</w:t>
      </w:r>
    </w:p>
    <w:p>
      <w:r>
        <w:rPr>
          <w:b/>
        </w:rPr>
        <w:t xml:space="preserve">[13:05] </w:t>
      </w:r>
      <w:r>
        <w:t>Hate is unlawful in Islam.</w:t>
      </w:r>
    </w:p>
    <w:p>
      <w:pPr>
        <w:jc w:val="right"/>
      </w:pPr>
      <w:r>
        <w:t>Hate is unlawful in Islam.</w:t>
      </w:r>
    </w:p>
    <w:p>
      <w:r>
        <w:rPr>
          <w:b/>
        </w:rPr>
        <w:t xml:space="preserve">[13:11] </w:t>
      </w:r>
      <w:r>
        <w:t>But you have declared them that they are kafir then you have justified your hate.</w:t>
      </w:r>
    </w:p>
    <w:p>
      <w:pPr>
        <w:jc w:val="right"/>
      </w:pPr>
      <w:r>
        <w:t>But you have declared them that they are kafir then you have justified your hate.</w:t>
      </w:r>
    </w:p>
    <w:p>
      <w:r>
        <w:rPr>
          <w:b/>
        </w:rPr>
        <w:t xml:space="preserve">[13:17] </w:t>
      </w:r>
      <w:r>
        <w:t>As they are kafir then we are just—our hate is justified against them. So this</w:t>
      </w:r>
    </w:p>
    <w:p>
      <w:pPr>
        <w:jc w:val="right"/>
      </w:pPr>
      <w:r>
        <w:t>As they are kafir then we are just—our hate is justified against them. So this</w:t>
      </w:r>
    </w:p>
    <w:p>
      <w:r>
        <w:rPr>
          <w:b/>
        </w:rPr>
        <w:t xml:space="preserve">[13:23] </w:t>
      </w:r>
      <w:r>
        <w:t>is an example, this is an example of justified evil.</w:t>
      </w:r>
    </w:p>
    <w:p>
      <w:pPr>
        <w:jc w:val="right"/>
      </w:pPr>
      <w:r>
        <w:t>is an example, this is an example of justified evil.</w:t>
      </w:r>
    </w:p>
    <w:p>
      <w:r>
        <w:rPr>
          <w:b/>
        </w:rPr>
        <w:t xml:space="preserve">[13:28] </w:t>
      </w:r>
      <w:r>
        <w:t>According to my knowledge hate is unlawful.</w:t>
      </w:r>
    </w:p>
    <w:p>
      <w:pPr>
        <w:jc w:val="right"/>
      </w:pPr>
      <w:r>
        <w:t>According to my knowledge hate is unlawful.</w:t>
      </w:r>
    </w:p>
    <w:p>
      <w:r>
        <w:rPr>
          <w:b/>
        </w:rPr>
        <w:t xml:space="preserve">[13:32] </w:t>
      </w:r>
      <w:r>
        <w:t>Hate is unlawful in Islam.</w:t>
      </w:r>
    </w:p>
    <w:p>
      <w:pPr>
        <w:jc w:val="right"/>
      </w:pPr>
      <w:r>
        <w:t>Hate is unlawful in Islam.</w:t>
      </w:r>
    </w:p>
    <w:p>
      <w:r>
        <w:rPr>
          <w:b/>
        </w:rPr>
        <w:t xml:space="preserve">[13:37] </w:t>
      </w:r>
      <w:r>
        <w:t>Hate is haram in Islam.</w:t>
      </w:r>
    </w:p>
    <w:p>
      <w:pPr>
        <w:jc w:val="right"/>
      </w:pPr>
      <w:r>
        <w:t>Hate is haram in Islam.</w:t>
      </w:r>
    </w:p>
    <w:p>
      <w:r>
        <w:rPr>
          <w:b/>
        </w:rPr>
        <w:t xml:space="preserve">[13:41] </w:t>
      </w:r>
      <w:r>
        <w:t>So it is also haram to say that all these people are kafir. No.</w:t>
      </w:r>
    </w:p>
    <w:p>
      <w:pPr>
        <w:jc w:val="right"/>
      </w:pPr>
      <w:r>
        <w:t>So it is also haram to say that all these people are kafir. No.</w:t>
      </w:r>
    </w:p>
    <w:p>
      <w:r>
        <w:rPr>
          <w:b/>
        </w:rPr>
        <w:t xml:space="preserve">[13:45] </w:t>
      </w:r>
      <w:r>
        <w:t>They are insan.</w:t>
      </w:r>
    </w:p>
    <w:p>
      <w:pPr>
        <w:jc w:val="right"/>
      </w:pPr>
      <w:r>
        <w:t>They are insan.</w:t>
      </w:r>
    </w:p>
    <w:p>
      <w:r>
        <w:rPr>
          <w:b/>
        </w:rPr>
        <w:t xml:space="preserve">[13:50] </w:t>
      </w:r>
      <w:r>
        <w:t>Once the Prophet of Islam</w:t>
      </w:r>
    </w:p>
    <w:p>
      <w:pPr>
        <w:jc w:val="right"/>
      </w:pPr>
      <w:r>
        <w:t>Once the Prophet of Islam</w:t>
      </w:r>
    </w:p>
    <w:p>
      <w:r>
        <w:rPr>
          <w:b/>
        </w:rPr>
        <w:t xml:space="preserve">[13:54] </w:t>
      </w:r>
      <w:r>
        <w:t>showed respect to a Jew people said that he is a Jew.</w:t>
      </w:r>
    </w:p>
    <w:p>
      <w:pPr>
        <w:jc w:val="right"/>
      </w:pPr>
      <w:r>
        <w:t>showed respect to a Jew people said that he is a Jew.</w:t>
      </w:r>
    </w:p>
    <w:p>
      <w:r>
        <w:rPr>
          <w:b/>
        </w:rPr>
        <w:t xml:space="preserve">[13:59] </w:t>
      </w:r>
      <w:r>
        <w:t>You are paying respect.</w:t>
      </w:r>
    </w:p>
    <w:p>
      <w:pPr>
        <w:jc w:val="right"/>
      </w:pPr>
      <w:r>
        <w:t>You are paying respect.</w:t>
      </w:r>
    </w:p>
    <w:p>
      <w:r>
        <w:rPr>
          <w:b/>
        </w:rPr>
        <w:t xml:space="preserve">[14:05] </w:t>
      </w:r>
      <w:r>
        <w:t>The Prophet stood up in respect.</w:t>
      </w:r>
    </w:p>
    <w:p>
      <w:pPr>
        <w:jc w:val="right"/>
      </w:pPr>
      <w:r>
        <w:t>The Prophet stood up in respect.</w:t>
      </w:r>
    </w:p>
    <w:p>
      <w:r>
        <w:rPr>
          <w:b/>
        </w:rPr>
        <w:t xml:space="preserve">[14:10] </w:t>
      </w:r>
      <w:r>
        <w:t>So he said was he not a human being?</w:t>
      </w:r>
    </w:p>
    <w:p>
      <w:pPr>
        <w:jc w:val="right"/>
      </w:pPr>
      <w:r>
        <w:t>So he said was he not a human being?</w:t>
      </w:r>
    </w:p>
    <w:p>
      <w:r>
        <w:rPr>
          <w:b/>
        </w:rPr>
        <w:t xml:space="preserve">[14:15] </w:t>
      </w:r>
      <w:r>
        <w:t>It means that I am a human being he is a human being.</w:t>
      </w:r>
    </w:p>
    <w:p>
      <w:pPr>
        <w:jc w:val="right"/>
      </w:pPr>
      <w:r>
        <w:t>It means that I am a human being he is a human being.</w:t>
      </w:r>
    </w:p>
    <w:p>
      <w:r>
        <w:rPr>
          <w:b/>
        </w:rPr>
        <w:t xml:space="preserve">[14:20] </w:t>
      </w:r>
      <w:r>
        <w:t>So according to the Quran and according to the Hadith no one is a kafir.</w:t>
      </w:r>
    </w:p>
    <w:p>
      <w:pPr>
        <w:jc w:val="right"/>
      </w:pPr>
      <w:r>
        <w:t>So according to the Quran and according to the Hadith no one is a kafir.</w:t>
      </w:r>
    </w:p>
    <w:p>
      <w:r>
        <w:rPr>
          <w:b/>
        </w:rPr>
        <w:t xml:space="preserve">[14:26] </w:t>
      </w:r>
      <w:r>
        <w:t>Everyone is insan.</w:t>
      </w:r>
    </w:p>
    <w:p>
      <w:pPr>
        <w:jc w:val="right"/>
      </w:pPr>
      <w:r>
        <w:t>Everyone is insan.</w:t>
      </w:r>
    </w:p>
    <w:p>
      <w:r>
        <w:rPr>
          <w:b/>
        </w:rPr>
        <w:t xml:space="preserve">[14:32] </w:t>
      </w:r>
      <w:r>
        <w:t>Everyone is a human being.</w:t>
      </w:r>
    </w:p>
    <w:p>
      <w:pPr>
        <w:jc w:val="right"/>
      </w:pPr>
      <w:r>
        <w:t>Everyone is a human being.</w:t>
      </w:r>
    </w:p>
    <w:p>
      <w:r>
        <w:rPr>
          <w:b/>
        </w:rPr>
        <w:t xml:space="preserve">[14:39] </w:t>
      </w:r>
      <w:r>
        <w:t>So you have noright to hate.</w:t>
      </w:r>
    </w:p>
    <w:p>
      <w:pPr>
        <w:jc w:val="right"/>
      </w:pPr>
      <w:r>
        <w:t>So you have noright to hate.</w:t>
      </w:r>
    </w:p>
    <w:p>
      <w:r>
        <w:rPr>
          <w:b/>
        </w:rPr>
        <w:t xml:space="preserve">[14:45] </w:t>
      </w:r>
      <w:r>
        <w:t>You have to be well-wisher against all these people.</w:t>
      </w:r>
    </w:p>
    <w:p>
      <w:pPr>
        <w:jc w:val="right"/>
      </w:pPr>
      <w:r>
        <w:t>You have to be well-wisher against all these people.</w:t>
      </w:r>
    </w:p>
    <w:p>
      <w:r>
        <w:rPr>
          <w:b/>
        </w:rPr>
        <w:t xml:space="preserve">[14:51] </w:t>
      </w:r>
      <w:r>
        <w:t>Then you see there are many Muslims who are engaged in suicide bombing.</w:t>
      </w:r>
    </w:p>
    <w:p>
      <w:pPr>
        <w:jc w:val="right"/>
      </w:pPr>
      <w:r>
        <w:t>Then you see there are many Muslims who are engaged in suicide bombing.</w:t>
      </w:r>
    </w:p>
    <w:p>
      <w:r>
        <w:rPr>
          <w:b/>
        </w:rPr>
        <w:t xml:space="preserve">[14:58] </w:t>
      </w:r>
      <w:r>
        <w:t>Everywhere in the world no one except myself condemns suicide bombing is quite haram in Islam.</w:t>
      </w:r>
    </w:p>
    <w:p>
      <w:pPr>
        <w:jc w:val="right"/>
      </w:pPr>
      <w:r>
        <w:t>Everywhere in the world no one except myself condemns suicide bombing is quite haram in Islam.</w:t>
      </w:r>
    </w:p>
    <w:p>
      <w:r>
        <w:rPr>
          <w:b/>
        </w:rPr>
        <w:t xml:space="preserve">[15:04] </w:t>
      </w:r>
      <w:r>
        <w:t>There is no doubt about it.</w:t>
      </w:r>
    </w:p>
    <w:p>
      <w:pPr>
        <w:jc w:val="right"/>
      </w:pPr>
      <w:r>
        <w:t>There is no doubt about it.</w:t>
      </w:r>
    </w:p>
    <w:p>
      <w:r>
        <w:rPr>
          <w:b/>
        </w:rPr>
        <w:t xml:space="preserve">[15:10] </w:t>
      </w:r>
      <w:r>
        <w:t>But it is double haram.</w:t>
      </w:r>
    </w:p>
    <w:p>
      <w:pPr>
        <w:jc w:val="right"/>
      </w:pPr>
      <w:r>
        <w:t>But it is double haram.</w:t>
      </w:r>
    </w:p>
    <w:p>
      <w:r>
        <w:rPr>
          <w:b/>
        </w:rPr>
        <w:t xml:space="preserve">[15:16] </w:t>
      </w:r>
      <w:r>
        <w:t>Suicide bombing means killing yourself and killing innocent people.</w:t>
      </w:r>
    </w:p>
    <w:p>
      <w:pPr>
        <w:jc w:val="right"/>
      </w:pPr>
      <w:r>
        <w:t>Suicide bombing means killing yourself and killing innocent people.</w:t>
      </w:r>
    </w:p>
    <w:p>
      <w:r>
        <w:rPr>
          <w:b/>
        </w:rPr>
        <w:t xml:space="preserve">[15:22] </w:t>
      </w:r>
      <w:r>
        <w:t>What is suicide bombing?</w:t>
      </w:r>
    </w:p>
    <w:p>
      <w:pPr>
        <w:jc w:val="right"/>
      </w:pPr>
      <w:r>
        <w:t>What is suicide bombing?</w:t>
      </w:r>
    </w:p>
    <w:p>
      <w:r>
        <w:rPr>
          <w:b/>
        </w:rPr>
        <w:t xml:space="preserve">[15:28] </w:t>
      </w:r>
      <w:r>
        <w:t>Suicide bombing means first you kill yourself then you kill some innocent people. Both are haram. Self-killing is also haram and killing innocent people is also haram. So it is double haram. But no one condemns. Except myself no one throughout the Muslim</w:t>
      </w:r>
    </w:p>
    <w:p>
      <w:pPr>
        <w:jc w:val="right"/>
      </w:pPr>
      <w:r>
        <w:t>Suicide bombing means first you kill yourself then you kill some innocent people. Both are haram. Self-killing is also haram and killing innocent people is also haram. So it is double haram. But no one condemns. Except myself no one throughout the Muslim</w:t>
      </w:r>
    </w:p>
    <w:p>
      <w:r>
        <w:rPr>
          <w:b/>
        </w:rPr>
        <w:t xml:space="preserve">[15:58] </w:t>
      </w:r>
      <w:r>
        <w:t>world condemns. Why?</w:t>
      </w:r>
    </w:p>
    <w:p>
      <w:pPr>
        <w:jc w:val="right"/>
      </w:pPr>
      <w:r>
        <w:t>world condemns. Why?</w:t>
      </w:r>
    </w:p>
    <w:p>
      <w:r>
        <w:rPr>
          <w:b/>
        </w:rPr>
        <w:t xml:space="preserve">[16:03] </w:t>
      </w:r>
      <w:r>
        <w:t>It is also a justified evil.</w:t>
      </w:r>
    </w:p>
    <w:p>
      <w:pPr>
        <w:jc w:val="right"/>
      </w:pPr>
      <w:r>
        <w:t>It is also a justified evil.</w:t>
      </w:r>
    </w:p>
    <w:p>
      <w:r>
        <w:rPr>
          <w:b/>
        </w:rPr>
        <w:t xml:space="preserve">[16:08] </w:t>
      </w:r>
      <w:r>
        <w:t>Now suicide bombing has become a justified evil. How?</w:t>
      </w:r>
    </w:p>
    <w:p>
      <w:pPr>
        <w:jc w:val="right"/>
      </w:pPr>
      <w:r>
        <w:t>Now suicide bombing has become a justified evil. How?</w:t>
      </w:r>
    </w:p>
    <w:p>
      <w:r>
        <w:rPr>
          <w:b/>
        </w:rPr>
        <w:t xml:space="preserve">[16:13] </w:t>
      </w:r>
      <w:r>
        <w:t>These people have declared that these nations are enemies of Islam.</w:t>
      </w:r>
    </w:p>
    <w:p>
      <w:pPr>
        <w:jc w:val="right"/>
      </w:pPr>
      <w:r>
        <w:t>These people have declared that these nations are enemies of Islam.</w:t>
      </w:r>
    </w:p>
    <w:p>
      <w:r>
        <w:rPr>
          <w:b/>
        </w:rPr>
        <w:t xml:space="preserve">[16:18] </w:t>
      </w:r>
      <w:r>
        <w:t>America is an enemy of Islam.</w:t>
      </w:r>
    </w:p>
    <w:p>
      <w:pPr>
        <w:jc w:val="right"/>
      </w:pPr>
      <w:r>
        <w:t>America is an enemy of Islam.</w:t>
      </w:r>
    </w:p>
    <w:p>
      <w:r>
        <w:rPr>
          <w:b/>
        </w:rPr>
        <w:t xml:space="preserve">[16:23] </w:t>
      </w:r>
      <w:r>
        <w:t>Jewish people are enemies</w:t>
      </w:r>
    </w:p>
    <w:p>
      <w:pPr>
        <w:jc w:val="right"/>
      </w:pPr>
      <w:r>
        <w:t>Jewish people are enemies</w:t>
      </w:r>
    </w:p>
    <w:p>
      <w:r>
        <w:rPr>
          <w:b/>
        </w:rPr>
        <w:t xml:space="preserve">[16:28] </w:t>
      </w:r>
      <w:r>
        <w:t>of Islam.</w:t>
      </w:r>
    </w:p>
    <w:p>
      <w:pPr>
        <w:jc w:val="right"/>
      </w:pPr>
      <w:r>
        <w:t>of Islam.</w:t>
      </w:r>
    </w:p>
    <w:p>
      <w:r>
        <w:rPr>
          <w:b/>
        </w:rPr>
        <w:t xml:space="preserve">[16:32] </w:t>
      </w:r>
      <w:r>
        <w:t>This and that people are enemies of Islam.</w:t>
      </w:r>
    </w:p>
    <w:p>
      <w:pPr>
        <w:jc w:val="right"/>
      </w:pPr>
      <w:r>
        <w:t>This and that people are enemies of Islam.</w:t>
      </w:r>
    </w:p>
    <w:p>
      <w:r>
        <w:rPr>
          <w:b/>
        </w:rPr>
        <w:t xml:space="preserve">[16:37] </w:t>
      </w:r>
      <w:r>
        <w:t>So they have declared that these people are enemies of Islam.</w:t>
      </w:r>
    </w:p>
    <w:p>
      <w:pPr>
        <w:jc w:val="right"/>
      </w:pPr>
      <w:r>
        <w:t>So they have declared that these people are enemies of Islam.</w:t>
      </w:r>
    </w:p>
    <w:p>
      <w:r>
        <w:rPr>
          <w:b/>
        </w:rPr>
        <w:t xml:space="preserve">[16:41] </w:t>
      </w:r>
      <w:r>
        <w:t>Thus they have justified their suicide bombing.</w:t>
      </w:r>
    </w:p>
    <w:p>
      <w:pPr>
        <w:jc w:val="right"/>
      </w:pPr>
      <w:r>
        <w:t>Thus they have justified their suicide bombing.</w:t>
      </w:r>
    </w:p>
    <w:p>
      <w:r>
        <w:rPr>
          <w:b/>
        </w:rPr>
        <w:t xml:space="preserve">[16:45] </w:t>
      </w:r>
      <w:r>
        <w:t>As they are enemies so we will kill them.</w:t>
      </w:r>
    </w:p>
    <w:p>
      <w:pPr>
        <w:jc w:val="right"/>
      </w:pPr>
      <w:r>
        <w:t>As they are enemies so we will kill them.</w:t>
      </w:r>
    </w:p>
    <w:p>
      <w:r>
        <w:rPr>
          <w:b/>
        </w:rPr>
        <w:t xml:space="preserve">[16:50] </w:t>
      </w:r>
      <w:r>
        <w:t>But I would like to say that it is unjustified.</w:t>
      </w:r>
    </w:p>
    <w:p>
      <w:pPr>
        <w:jc w:val="right"/>
      </w:pPr>
      <w:r>
        <w:t>But I would like to say that it is unjustified.</w:t>
      </w:r>
    </w:p>
    <w:p>
      <w:r>
        <w:rPr>
          <w:b/>
        </w:rPr>
        <w:t xml:space="preserve">[16:54] </w:t>
      </w:r>
      <w:r>
        <w:t>I would like to say that</w:t>
      </w:r>
    </w:p>
    <w:p>
      <w:pPr>
        <w:jc w:val="right"/>
      </w:pPr>
      <w:r>
        <w:t>I would like to say that</w:t>
      </w:r>
    </w:p>
    <w:p>
      <w:r>
        <w:rPr>
          <w:b/>
        </w:rPr>
        <w:t xml:space="preserve">[16:58] </w:t>
      </w:r>
      <w:r>
        <w:t>this is a justified evil. Why?</w:t>
      </w:r>
    </w:p>
    <w:p>
      <w:pPr>
        <w:jc w:val="right"/>
      </w:pPr>
      <w:r>
        <w:t>this is a justified evil. Why?</w:t>
      </w:r>
    </w:p>
    <w:p>
      <w:r>
        <w:rPr>
          <w:b/>
        </w:rPr>
        <w:t xml:space="preserve">[17:07] </w:t>
      </w:r>
      <w:r>
        <w:t>Because there is no jihad against enemies.</w:t>
      </w:r>
    </w:p>
    <w:p>
      <w:pPr>
        <w:jc w:val="right"/>
      </w:pPr>
      <w:r>
        <w:t>Because there is no jihad against enemies.</w:t>
      </w:r>
    </w:p>
    <w:p>
      <w:r>
        <w:rPr>
          <w:b/>
        </w:rPr>
        <w:t xml:space="preserve">[17:15] </w:t>
      </w:r>
      <w:r>
        <w:t>Jihad is only against attackers.</w:t>
      </w:r>
    </w:p>
    <w:p>
      <w:pPr>
        <w:jc w:val="right"/>
      </w:pPr>
      <w:r>
        <w:t>Jihad is only against attackers.</w:t>
      </w:r>
    </w:p>
    <w:p>
      <w:r>
        <w:rPr>
          <w:b/>
        </w:rPr>
        <w:t xml:space="preserve">[17:24] </w:t>
      </w:r>
      <w:r>
        <w:t>It is very clear in Islam.</w:t>
      </w:r>
    </w:p>
    <w:p>
      <w:pPr>
        <w:jc w:val="right"/>
      </w:pPr>
      <w:r>
        <w:t>It is very clear in Islam.</w:t>
      </w:r>
    </w:p>
    <w:p>
      <w:r>
        <w:rPr>
          <w:b/>
        </w:rPr>
        <w:t xml:space="preserve">[17:33] </w:t>
      </w:r>
      <w:r>
        <w:t>There is a verse in the Quran that</w:t>
      </w:r>
    </w:p>
    <w:p>
      <w:pPr>
        <w:jc w:val="right"/>
      </w:pPr>
      <w:r>
        <w:t>There is a verse in the Quran that</w:t>
      </w:r>
    </w:p>
    <w:p>
      <w:r>
        <w:rPr>
          <w:b/>
        </w:rPr>
        <w:t xml:space="preserve">[17:41] </w:t>
      </w:r>
      <w:r>
        <w:t>in this Quranic verse it is very clear that if you think that this and that person is</w:t>
      </w:r>
    </w:p>
    <w:p>
      <w:pPr>
        <w:jc w:val="right"/>
      </w:pPr>
      <w:r>
        <w:t>in this Quranic verse it is very clear that if you think that this and that person is</w:t>
      </w:r>
    </w:p>
    <w:p>
      <w:r>
        <w:rPr>
          <w:b/>
        </w:rPr>
        <w:t xml:space="preserve">[17:49] </w:t>
      </w:r>
      <w:r>
        <w:t>an adu, enemy, your enemy, if you feel that Mr.</w:t>
      </w:r>
    </w:p>
    <w:p>
      <w:pPr>
        <w:jc w:val="right"/>
      </w:pPr>
      <w:r>
        <w:t>an adu, enemy, your enemy, if you feel that Mr.</w:t>
      </w:r>
    </w:p>
    <w:p>
      <w:r>
        <w:rPr>
          <w:b/>
        </w:rPr>
        <w:t xml:space="preserve">[17:56] </w:t>
      </w:r>
      <w:r>
        <w:t>A or Group A is an enemy of Islam, if it is your feeling, you have noright to kill them.</w:t>
      </w:r>
    </w:p>
    <w:p>
      <w:pPr>
        <w:jc w:val="right"/>
      </w:pPr>
      <w:r>
        <w:t>A or Group A is an enemy of Islam, if it is your feeling, you have noright to kill them.</w:t>
      </w:r>
    </w:p>
    <w:p>
      <w:r>
        <w:rPr>
          <w:b/>
        </w:rPr>
        <w:t xml:space="preserve">[18:04] </w:t>
      </w:r>
      <w:r>
        <w:t>You have noright to fight</w:t>
      </w:r>
    </w:p>
    <w:p>
      <w:pPr>
        <w:jc w:val="right"/>
      </w:pPr>
      <w:r>
        <w:t>You have noright to fight</w:t>
      </w:r>
    </w:p>
    <w:p>
      <w:r>
        <w:rPr>
          <w:b/>
        </w:rPr>
        <w:t xml:space="preserve">[18:11] </w:t>
      </w:r>
      <w:r>
        <w:t>them.</w:t>
      </w:r>
    </w:p>
    <w:p>
      <w:pPr>
        <w:jc w:val="right"/>
      </w:pPr>
      <w:r>
        <w:t>them.</w:t>
      </w:r>
    </w:p>
    <w:p>
      <w:r>
        <w:rPr>
          <w:b/>
        </w:rPr>
        <w:t xml:space="preserve">[18:20] </w:t>
      </w:r>
      <w:r>
        <w:t>Only you have to behave with them in a polite manner.</w:t>
      </w:r>
    </w:p>
    <w:p>
      <w:pPr>
        <w:jc w:val="right"/>
      </w:pPr>
      <w:r>
        <w:t>Only you have to behave with them in a polite manner.</w:t>
      </w:r>
    </w:p>
    <w:p>
      <w:r>
        <w:rPr>
          <w:b/>
        </w:rPr>
        <w:t xml:space="preserve">[18:29] </w:t>
      </w:r>
      <w:r>
        <w:t>It means that do good deed in return for bad deed.</w:t>
      </w:r>
    </w:p>
    <w:p>
      <w:pPr>
        <w:jc w:val="right"/>
      </w:pPr>
      <w:r>
        <w:t>It means that do good deed in return for bad deed.</w:t>
      </w:r>
    </w:p>
    <w:p>
      <w:r>
        <w:rPr>
          <w:b/>
        </w:rPr>
        <w:t xml:space="preserve">[18:38] </w:t>
      </w:r>
      <w:r>
        <w:t>Do good deed in return for bad deed. That is</w:t>
      </w:r>
    </w:p>
    <w:p>
      <w:pPr>
        <w:jc w:val="right"/>
      </w:pPr>
      <w:r>
        <w:t>Do good deed in return for bad deed. That is</w:t>
      </w:r>
    </w:p>
    <w:p>
      <w:r>
        <w:rPr>
          <w:b/>
        </w:rPr>
        <w:t xml:space="preserve">[18:47] </w:t>
      </w:r>
      <w:r>
        <w:t>your behavior must be friendship behavior.</w:t>
      </w:r>
    </w:p>
    <w:p>
      <w:pPr>
        <w:jc w:val="right"/>
      </w:pPr>
      <w:r>
        <w:t>your behavior must be friendship behavior.</w:t>
      </w:r>
    </w:p>
    <w:p>
      <w:r>
        <w:rPr>
          <w:b/>
        </w:rPr>
        <w:t xml:space="preserve">[18:53] </w:t>
      </w:r>
      <w:r>
        <w:t>Do good deed in return for bad deed and then you will find that your enemy has become</w:t>
      </w:r>
    </w:p>
    <w:p>
      <w:pPr>
        <w:jc w:val="right"/>
      </w:pPr>
      <w:r>
        <w:t>Do good deed in return for bad deed and then you will find that your enemy has become</w:t>
      </w:r>
    </w:p>
    <w:p>
      <w:r>
        <w:rPr>
          <w:b/>
        </w:rPr>
        <w:t xml:space="preserve">[18:59] </w:t>
      </w:r>
      <w:r>
        <w:t>your dearest friend.</w:t>
      </w:r>
    </w:p>
    <w:p>
      <w:pPr>
        <w:jc w:val="right"/>
      </w:pPr>
      <w:r>
        <w:t>your dearest friend.</w:t>
      </w:r>
    </w:p>
    <w:p>
      <w:r>
        <w:rPr>
          <w:b/>
        </w:rPr>
        <w:t xml:space="preserve">[19:05] </w:t>
      </w:r>
      <w:r>
        <w:t>This is a Quranic verse.</w:t>
      </w:r>
    </w:p>
    <w:p>
      <w:pPr>
        <w:jc w:val="right"/>
      </w:pPr>
      <w:r>
        <w:t>This is a Quranic verse.</w:t>
      </w:r>
    </w:p>
    <w:p>
      <w:r>
        <w:rPr>
          <w:b/>
        </w:rPr>
        <w:t xml:space="preserve">[19:11] </w:t>
      </w:r>
      <w:r>
        <w:t>So if there are enemies or supposed enemies or you feel that they are enemies you have no</w:t>
      </w:r>
    </w:p>
    <w:p>
      <w:pPr>
        <w:jc w:val="right"/>
      </w:pPr>
      <w:r>
        <w:t>So if there are enemies or supposed enemies or you feel that they are enemies you have no</w:t>
      </w:r>
    </w:p>
    <w:p>
      <w:r>
        <w:rPr>
          <w:b/>
        </w:rPr>
        <w:t xml:space="preserve">[19:17] </w:t>
      </w:r>
      <w:r>
        <w:t>right to wage war against those enemies. No.</w:t>
      </w:r>
    </w:p>
    <w:p>
      <w:pPr>
        <w:jc w:val="right"/>
      </w:pPr>
      <w:r>
        <w:t>right to wage war against those enemies. No.</w:t>
      </w:r>
    </w:p>
    <w:p>
      <w:r>
        <w:rPr>
          <w:b/>
        </w:rPr>
        <w:t xml:space="preserve">[19:23] </w:t>
      </w:r>
      <w:r>
        <w:t>You must love those people.</w:t>
      </w:r>
    </w:p>
    <w:p>
      <w:pPr>
        <w:jc w:val="right"/>
      </w:pPr>
      <w:r>
        <w:t>You must love those people.</w:t>
      </w:r>
    </w:p>
    <w:p>
      <w:r>
        <w:rPr>
          <w:b/>
        </w:rPr>
        <w:t xml:space="preserve">[19:30] </w:t>
      </w:r>
      <w:r>
        <w:t>You must take them as your friend.</w:t>
      </w:r>
    </w:p>
    <w:p>
      <w:pPr>
        <w:jc w:val="right"/>
      </w:pPr>
      <w:r>
        <w:t>You must take them as your friend.</w:t>
      </w:r>
    </w:p>
    <w:p>
      <w:r>
        <w:rPr>
          <w:b/>
        </w:rPr>
        <w:t xml:space="preserve">[19:36] </w:t>
      </w:r>
      <w:r>
        <w:t>You must do good deed in return for their bad deed. Why?</w:t>
      </w:r>
    </w:p>
    <w:p>
      <w:pPr>
        <w:jc w:val="right"/>
      </w:pPr>
      <w:r>
        <w:t>You must do good deed in return for their bad deed. Why?</w:t>
      </w:r>
    </w:p>
    <w:p>
      <w:r>
        <w:rPr>
          <w:b/>
        </w:rPr>
        <w:t xml:space="preserve">[19:42] </w:t>
      </w:r>
      <w:r>
        <w:t>Because according to the Quran these enemies are potentially your friends.</w:t>
      </w:r>
    </w:p>
    <w:p>
      <w:pPr>
        <w:jc w:val="right"/>
      </w:pPr>
      <w:r>
        <w:t>Because according to the Quran these enemies are potentially your friends.</w:t>
      </w:r>
    </w:p>
    <w:p>
      <w:r>
        <w:rPr>
          <w:b/>
        </w:rPr>
        <w:t xml:space="preserve">[19:48] </w:t>
      </w:r>
      <w:r>
        <w:t>So every enemy is a potential friend.</w:t>
      </w:r>
    </w:p>
    <w:p>
      <w:pPr>
        <w:jc w:val="right"/>
      </w:pPr>
      <w:r>
        <w:t>So every enemy is a potential friend.</w:t>
      </w:r>
    </w:p>
    <w:p>
      <w:r>
        <w:rPr>
          <w:b/>
        </w:rPr>
        <w:t xml:space="preserve">[19:54] </w:t>
      </w:r>
      <w:r>
        <w:t>So turn this potential into actual.</w:t>
      </w:r>
    </w:p>
    <w:p>
      <w:pPr>
        <w:jc w:val="right"/>
      </w:pPr>
      <w:r>
        <w:t>So turn this potential into actual.</w:t>
      </w:r>
    </w:p>
    <w:p>
      <w:r>
        <w:rPr>
          <w:b/>
        </w:rPr>
        <w:t xml:space="preserve">[19:59] </w:t>
      </w:r>
      <w:r>
        <w:t>Islam differentiates between enmity and attack.</w:t>
      </w:r>
    </w:p>
    <w:p>
      <w:pPr>
        <w:jc w:val="right"/>
      </w:pPr>
      <w:r>
        <w:t>Islam differentiates between enmity and attack.</w:t>
      </w:r>
    </w:p>
    <w:p>
      <w:r>
        <w:rPr>
          <w:b/>
        </w:rPr>
        <w:t xml:space="preserve">[20:04] </w:t>
      </w:r>
      <w:r>
        <w:t>It is very important.</w:t>
      </w:r>
    </w:p>
    <w:p>
      <w:pPr>
        <w:jc w:val="right"/>
      </w:pPr>
      <w:r>
        <w:t>It is very important.</w:t>
      </w:r>
    </w:p>
    <w:p>
      <w:r>
        <w:rPr>
          <w:b/>
        </w:rPr>
        <w:t xml:space="preserve">[20:09] </w:t>
      </w:r>
      <w:r>
        <w:t>Islam differentiates between enmity and attack or aggression.</w:t>
      </w:r>
    </w:p>
    <w:p>
      <w:pPr>
        <w:jc w:val="right"/>
      </w:pPr>
      <w:r>
        <w:t>Islam differentiates between enmity and attack or aggression.</w:t>
      </w:r>
    </w:p>
    <w:p>
      <w:r>
        <w:rPr>
          <w:b/>
        </w:rPr>
        <w:t xml:space="preserve">[20:14] </w:t>
      </w:r>
      <w:r>
        <w:t>If there is attack</w:t>
      </w:r>
    </w:p>
    <w:p>
      <w:pPr>
        <w:jc w:val="right"/>
      </w:pPr>
      <w:r>
        <w:t>If there is attack</w:t>
      </w:r>
    </w:p>
    <w:p>
      <w:r>
        <w:rPr>
          <w:b/>
        </w:rPr>
        <w:t xml:space="preserve">[20:19] </w:t>
      </w:r>
      <w:r>
        <w:t>, kill their attack then Muslim state, not Muslim Mosques, Muslim Mosques are not allowed to go to war.</w:t>
      </w:r>
    </w:p>
    <w:p>
      <w:pPr>
        <w:jc w:val="right"/>
      </w:pPr>
      <w:r>
        <w:t>, kill their attack then Muslim state, not Muslim Mosques, Muslim Mosques are not allowed to go to war.</w:t>
      </w:r>
    </w:p>
    <w:p>
      <w:r>
        <w:rPr>
          <w:b/>
        </w:rPr>
        <w:t xml:space="preserve">[20:29] </w:t>
      </w:r>
      <w:r>
        <w:t>So if there is attack or aggression then Muslim state is allowed to declare war against those attackers.</w:t>
      </w:r>
    </w:p>
    <w:p>
      <w:pPr>
        <w:jc w:val="right"/>
      </w:pPr>
      <w:r>
        <w:t>So if there is attack or aggression then Muslim state is allowed to declare war against those attackers.</w:t>
      </w:r>
    </w:p>
    <w:p>
      <w:r>
        <w:rPr>
          <w:b/>
        </w:rPr>
        <w:t xml:space="preserve">[20:40] </w:t>
      </w:r>
      <w:r>
        <w:t>But as far as the enmity is concerned you are not allowed to go to war against those people</w:t>
      </w:r>
    </w:p>
    <w:p>
      <w:pPr>
        <w:jc w:val="right"/>
      </w:pPr>
      <w:r>
        <w:t>But as far as the enmity is concerned you are not allowed to go to war against those people</w:t>
      </w:r>
    </w:p>
    <w:p>
      <w:r>
        <w:rPr>
          <w:b/>
        </w:rPr>
        <w:t xml:space="preserve">[20:50] </w:t>
      </w:r>
      <w:r>
        <w:t>. You must do good deed against their bad deeds. This is your behavior against your enemies. So it is very important to introspect yourself every day. There is a Hadith in this regard. The Prophet of Islam has sa</w:t>
      </w:r>
    </w:p>
    <w:p>
      <w:pPr>
        <w:jc w:val="right"/>
      </w:pPr>
      <w:r>
        <w:t>. You must do good deed against their bad deeds. This is your behavior against your enemies. So it is very important to introspect yourself every day. There is a Hadith in this regard. The Prophet of Islam has sa</w:t>
      </w:r>
    </w:p>
    <w:p>
      <w:r>
        <w:rPr>
          <w:b/>
        </w:rPr>
        <w:t xml:space="preserve">[21:20] </w:t>
      </w:r>
      <w:r>
        <w:t>id I would like to say that only through Muhasaba you can understand your weakness. Without Muhasaba you can't understand. So Muhasaba is a daily requirement of a Muslim life. Without Muh</w:t>
      </w:r>
    </w:p>
    <w:p>
      <w:pPr>
        <w:jc w:val="right"/>
      </w:pPr>
      <w:r>
        <w:t>id I would like to say that only through Muhasaba you can understand your weakness. Without Muhasaba you can't understand. So Muhasaba is a daily requirement of a Muslim life. Without Muh</w:t>
      </w:r>
    </w:p>
    <w:p>
      <w:r>
        <w:rPr>
          <w:b/>
        </w:rPr>
        <w:t xml:space="preserve">[21:50] </w:t>
      </w:r>
      <w:r>
        <w:t>asaba you are like a blind man.</w:t>
      </w:r>
    </w:p>
    <w:p>
      <w:pPr>
        <w:jc w:val="right"/>
      </w:pPr>
      <w:r>
        <w:t>asaba you are like a blind man.</w:t>
      </w:r>
    </w:p>
    <w:p>
      <w:r>
        <w:rPr>
          <w:b/>
        </w:rPr>
        <w:t xml:space="preserve">[21:57] </w:t>
      </w:r>
      <w:r>
        <w:t>Only through Muhasaba you can know your evils, your bad doings, your mistakes and your sins.</w:t>
      </w:r>
    </w:p>
    <w:p>
      <w:pPr>
        <w:jc w:val="right"/>
      </w:pPr>
      <w:r>
        <w:t>Only through Muhasaba you can know your evils, your bad doings, your mistakes and your sins.</w:t>
      </w:r>
    </w:p>
    <w:p>
      <w:r>
        <w:rPr>
          <w:b/>
        </w:rPr>
        <w:t xml:space="preserve">[22:05] </w:t>
      </w:r>
      <w:r>
        <w:t>So Muhasaba is like a mirror.</w:t>
      </w:r>
    </w:p>
    <w:p>
      <w:pPr>
        <w:jc w:val="right"/>
      </w:pPr>
      <w:r>
        <w:t>So Muhasaba is like a mirror.</w:t>
      </w:r>
    </w:p>
    <w:p>
      <w:r>
        <w:rPr>
          <w:b/>
        </w:rPr>
        <w:t xml:space="preserve">[22:13] </w:t>
      </w:r>
      <w:r>
        <w:t>Like a mirror.</w:t>
      </w:r>
    </w:p>
    <w:p>
      <w:pPr>
        <w:jc w:val="right"/>
      </w:pPr>
      <w:r>
        <w:t>Like a mirror.</w:t>
      </w:r>
    </w:p>
    <w:p>
      <w:r>
        <w:rPr>
          <w:b/>
        </w:rPr>
        <w:t xml:space="preserve">[22:20] </w:t>
      </w:r>
      <w:r>
        <w:t>In a mirror you can see your face.</w:t>
      </w:r>
    </w:p>
    <w:p>
      <w:pPr>
        <w:jc w:val="right"/>
      </w:pPr>
      <w:r>
        <w:t>In a mirror you can see your face.</w:t>
      </w:r>
    </w:p>
    <w:p>
      <w:r>
        <w:rPr>
          <w:b/>
        </w:rPr>
        <w:t xml:space="preserve">[22:25] </w:t>
      </w:r>
      <w:r>
        <w:t>If there is a spot on your face then you can see it in a mirror.</w:t>
      </w:r>
    </w:p>
    <w:p>
      <w:pPr>
        <w:jc w:val="right"/>
      </w:pPr>
      <w:r>
        <w:t>If there is a spot on your face then you can see it in a mirror.</w:t>
      </w:r>
    </w:p>
    <w:p>
      <w:r>
        <w:rPr>
          <w:b/>
        </w:rPr>
        <w:t xml:space="preserve">[22:30] </w:t>
      </w:r>
      <w:r>
        <w:t>So is the case of Muhasaba.</w:t>
      </w:r>
    </w:p>
    <w:p>
      <w:pPr>
        <w:jc w:val="right"/>
      </w:pPr>
      <w:r>
        <w:t>So is the case of Muhasaba.</w:t>
      </w:r>
    </w:p>
    <w:p>
      <w:r>
        <w:rPr>
          <w:b/>
        </w:rPr>
        <w:t xml:space="preserve">[22:35] </w:t>
      </w:r>
      <w:r>
        <w:t>Muhasaba is a psychological mirror.</w:t>
      </w:r>
    </w:p>
    <w:p>
      <w:pPr>
        <w:jc w:val="right"/>
      </w:pPr>
      <w:r>
        <w:t>Muhasaba is a psychological mirror.</w:t>
      </w:r>
    </w:p>
    <w:p>
      <w:r>
        <w:rPr>
          <w:b/>
        </w:rPr>
        <w:t xml:space="preserve">[22:41] </w:t>
      </w:r>
      <w:r>
        <w:t>Muhasaba is a psychological mirror and intellectual mirror.</w:t>
      </w:r>
    </w:p>
    <w:p>
      <w:pPr>
        <w:jc w:val="right"/>
      </w:pPr>
      <w:r>
        <w:t>Muhasaba is a psychological mirror and intellectual mirror.</w:t>
      </w:r>
    </w:p>
    <w:p>
      <w:r>
        <w:rPr>
          <w:b/>
        </w:rPr>
        <w:t xml:space="preserve">[22:46] </w:t>
      </w:r>
      <w:r>
        <w:t>Through Muhasaba you can see</w:t>
      </w:r>
    </w:p>
    <w:p>
      <w:pPr>
        <w:jc w:val="right"/>
      </w:pPr>
      <w:r>
        <w:t>Through Muhasaba you can see</w:t>
      </w:r>
    </w:p>
    <w:p>
      <w:r>
        <w:rPr>
          <w:b/>
        </w:rPr>
        <w:t xml:space="preserve">[22:51] </w:t>
      </w:r>
      <w:r>
        <w:t>your weakness, your mistakes and your wrongdoings.</w:t>
      </w:r>
    </w:p>
    <w:p>
      <w:pPr>
        <w:jc w:val="right"/>
      </w:pPr>
      <w:r>
        <w:t>your weakness, your mistakes and your wrongdoings.</w:t>
      </w:r>
    </w:p>
    <w:p>
      <w:r>
        <w:rPr>
          <w:b/>
        </w:rPr>
        <w:t xml:space="preserve">[22:57] </w:t>
      </w:r>
      <w:r>
        <w:t>Then you will try to correct yourself.</w:t>
      </w:r>
    </w:p>
    <w:p>
      <w:pPr>
        <w:jc w:val="right"/>
      </w:pPr>
      <w:r>
        <w:t>Then you will try to correct yourself.</w:t>
      </w:r>
    </w:p>
    <w:p>
      <w:r>
        <w:rPr>
          <w:b/>
        </w:rPr>
        <w:t xml:space="preserve">[23:03] </w:t>
      </w:r>
      <w:r>
        <w:t>So Muhasaba is an integral part of self-correction.</w:t>
      </w:r>
    </w:p>
    <w:p>
      <w:pPr>
        <w:jc w:val="right"/>
      </w:pPr>
      <w:r>
        <w:t>So Muhasaba is an integral part of self-correction.</w:t>
      </w:r>
    </w:p>
    <w:p>
      <w:r>
        <w:rPr>
          <w:b/>
        </w:rPr>
        <w:t xml:space="preserve">[23:09] </w:t>
      </w:r>
      <w:r>
        <w:t>Muhasaba means introspection.</w:t>
      </w:r>
    </w:p>
    <w:p>
      <w:pPr>
        <w:jc w:val="right"/>
      </w:pPr>
      <w:r>
        <w:t>Muhasaba means introspection.</w:t>
      </w:r>
    </w:p>
    <w:p>
      <w:r>
        <w:rPr>
          <w:b/>
        </w:rPr>
        <w:t xml:space="preserve">[23:15] </w:t>
      </w:r>
      <w:r>
        <w:t>In Arabic it is Muhas</w:t>
      </w:r>
    </w:p>
    <w:p>
      <w:pPr>
        <w:jc w:val="right"/>
      </w:pPr>
      <w:r>
        <w:t>In Arabic it is Muhas</w:t>
      </w:r>
    </w:p>
    <w:p>
      <w:r>
        <w:rPr>
          <w:b/>
        </w:rPr>
        <w:t xml:space="preserve">[23:21] </w:t>
      </w:r>
      <w:r>
        <w:t>aba.</w:t>
      </w:r>
    </w:p>
    <w:p>
      <w:pPr>
        <w:jc w:val="right"/>
      </w:pPr>
      <w:r>
        <w:t>aba.</w:t>
      </w:r>
    </w:p>
    <w:p>
      <w:r>
        <w:rPr>
          <w:b/>
        </w:rPr>
        <w:t xml:space="preserve">[23:27] </w:t>
      </w:r>
      <w:r>
        <w:t>In Urdu it is Ihtisab.</w:t>
      </w:r>
    </w:p>
    <w:p>
      <w:pPr>
        <w:jc w:val="right"/>
      </w:pPr>
      <w:r>
        <w:t>In Urdu it is Ihtisab.</w:t>
      </w:r>
    </w:p>
    <w:p>
      <w:r>
        <w:rPr>
          <w:b/>
        </w:rPr>
        <w:t xml:space="preserve">[23:33] </w:t>
      </w:r>
      <w:r>
        <w:t>And in English it is introspection.</w:t>
      </w:r>
    </w:p>
    <w:p>
      <w:pPr>
        <w:jc w:val="right"/>
      </w:pPr>
      <w:r>
        <w:t>And in English it is introspection.</w:t>
      </w:r>
    </w:p>
    <w:p>
      <w:r>
        <w:rPr>
          <w:b/>
        </w:rPr>
        <w:t xml:space="preserve">[23:39] </w:t>
      </w:r>
      <w:r>
        <w:t>That is observation and analysis of oneself.</w:t>
      </w:r>
    </w:p>
    <w:p>
      <w:pPr>
        <w:jc w:val="right"/>
      </w:pPr>
      <w:r>
        <w:t>That is observation and analysis of oneself.</w:t>
      </w:r>
    </w:p>
    <w:p>
      <w:r>
        <w:rPr>
          <w:b/>
        </w:rPr>
        <w:t xml:space="preserve">[23:46] </w:t>
      </w:r>
      <w:r>
        <w:t>Observation and analysis of oneself.</w:t>
      </w:r>
    </w:p>
    <w:p>
      <w:pPr>
        <w:jc w:val="right"/>
      </w:pPr>
      <w:r>
        <w:t>Observation and analysis of oneself.</w:t>
      </w:r>
    </w:p>
    <w:p>
      <w:r>
        <w:rPr>
          <w:b/>
        </w:rPr>
        <w:t xml:space="preserve">[23:52] </w:t>
      </w:r>
      <w:r>
        <w:t>So the Prophet of Islam has said</w:t>
      </w:r>
    </w:p>
    <w:p>
      <w:pPr>
        <w:jc w:val="right"/>
      </w:pPr>
      <w:r>
        <w:t>So the Prophet of Islam has said</w:t>
      </w:r>
    </w:p>
    <w:p>
      <w:r>
        <w:rPr>
          <w:b/>
        </w:rPr>
        <w:t xml:space="preserve">[23:58] </w:t>
      </w:r>
      <w:r>
        <w:t>it means that reckon yourself before being reckoned with.</w:t>
      </w:r>
    </w:p>
    <w:p>
      <w:pPr>
        <w:jc w:val="right"/>
      </w:pPr>
      <w:r>
        <w:t>it means that reckon yourself before being reckoned with.</w:t>
      </w:r>
    </w:p>
    <w:p>
      <w:r>
        <w:rPr>
          <w:b/>
        </w:rPr>
        <w:t xml:space="preserve">[24:08] </w:t>
      </w:r>
      <w:r>
        <w:t>Weigh yourself before being reckoned with.</w:t>
      </w:r>
    </w:p>
    <w:p>
      <w:pPr>
        <w:jc w:val="right"/>
      </w:pPr>
      <w:r>
        <w:t>Weigh yourself before being reckoned with.</w:t>
      </w:r>
    </w:p>
    <w:p>
      <w:r>
        <w:rPr>
          <w:b/>
        </w:rPr>
        <w:t xml:space="preserve">[24:19] </w:t>
      </w:r>
      <w:r>
        <w:t>Weigh yourself before being weighed.</w:t>
      </w:r>
    </w:p>
    <w:p>
      <w:pPr>
        <w:jc w:val="right"/>
      </w:pPr>
      <w:r>
        <w:t>Weigh yourself before being weighed.</w:t>
      </w:r>
    </w:p>
    <w:p>
      <w:r>
        <w:rPr>
          <w:b/>
        </w:rPr>
        <w:t xml:space="preserve">[24:29] </w:t>
      </w:r>
      <w:r>
        <w:t>And prepare yourself for the great appearance.</w:t>
      </w:r>
    </w:p>
    <w:p>
      <w:pPr>
        <w:jc w:val="right"/>
      </w:pPr>
      <w:r>
        <w:t>And prepare yourself for the great appearance.</w:t>
      </w:r>
    </w:p>
    <w:p>
      <w:r>
        <w:rPr>
          <w:b/>
        </w:rPr>
        <w:t xml:space="preserve">[24:37] </w:t>
      </w:r>
      <w:r>
        <w:t>apna hisab kar lo is se pehle ke tumhara hisab kiya jaye.</w:t>
      </w:r>
    </w:p>
    <w:p>
      <w:pPr>
        <w:jc w:val="right"/>
      </w:pPr>
      <w:r>
        <w:t>اپنا حساب کر لو اس سے پہلے کہ تمہارا حساب کیا جائے۔</w:t>
      </w:r>
    </w:p>
    <w:p>
      <w:r>
        <w:rPr>
          <w:b/>
        </w:rPr>
        <w:t xml:space="preserve">[24:44] </w:t>
      </w:r>
      <w:r>
        <w:t>apne aap ko tol lo is se pehle ke tum ko tola jae.</w:t>
      </w:r>
    </w:p>
    <w:p>
      <w:pPr>
        <w:jc w:val="right"/>
      </w:pPr>
      <w:r>
        <w:t>اپنے آپ کو تول لو اس سے پہلے کہ تم کو تولا جائے۔</w:t>
      </w:r>
    </w:p>
    <w:p>
      <w:r>
        <w:rPr>
          <w:b/>
        </w:rPr>
        <w:t xml:space="preserve">[24:52] </w:t>
      </w:r>
      <w:r>
        <w:t>aur apne aap ko tayyar karo</w:t>
      </w:r>
    </w:p>
    <w:p>
      <w:pPr>
        <w:jc w:val="right"/>
      </w:pPr>
      <w:r>
        <w:t>اور اپنے آپ کو تیار کرو</w:t>
      </w:r>
    </w:p>
    <w:p>
      <w:r>
        <w:rPr>
          <w:b/>
        </w:rPr>
        <w:t xml:space="preserve">[24:59] </w:t>
      </w:r>
      <w:r>
        <w:t>bari peshi ke lie yani Khuda ke samne.</w:t>
      </w:r>
    </w:p>
    <w:p>
      <w:pPr>
        <w:jc w:val="right"/>
      </w:pPr>
      <w:r>
        <w:t>بڑی پیشی کے لیے یعنی خدا کے سامنے۔</w:t>
      </w:r>
    </w:p>
    <w:p>
      <w:r>
        <w:rPr>
          <w:b/>
        </w:rPr>
        <w:t xml:space="preserve">[25:08] </w:t>
      </w:r>
      <w:r>
        <w:t>This is a very important Hadith in this regard.</w:t>
      </w:r>
    </w:p>
    <w:p>
      <w:pPr>
        <w:jc w:val="right"/>
      </w:pPr>
      <w:r>
        <w:t>This is a very important Hadith in this regard.</w:t>
      </w:r>
    </w:p>
    <w:p>
      <w:r>
        <w:rPr>
          <w:b/>
        </w:rPr>
        <w:t xml:space="preserve">[25:17] </w:t>
      </w:r>
      <w:r>
        <w:t>All philosophy and complete ideology of Muhasaba you can see in this Hadith.</w:t>
      </w:r>
    </w:p>
    <w:p>
      <w:pPr>
        <w:jc w:val="right"/>
      </w:pPr>
      <w:r>
        <w:t>All philosophy and complete ideology of Muhasaba you can see in this Hadith.</w:t>
      </w:r>
    </w:p>
    <w:p>
      <w:r>
        <w:rPr>
          <w:b/>
        </w:rPr>
        <w:t xml:space="preserve">[25:25] </w:t>
      </w:r>
      <w:r>
        <w:t>In this Hadith you can understand all the aspects of Muhasaba.</w:t>
      </w:r>
    </w:p>
    <w:p>
      <w:pPr>
        <w:jc w:val="right"/>
      </w:pPr>
      <w:r>
        <w:t>In this Hadith you can understand all the aspects of Muhasaba.</w:t>
      </w:r>
    </w:p>
    <w:p>
      <w:r>
        <w:rPr>
          <w:b/>
        </w:rPr>
        <w:t xml:space="preserve">[25:34] </w:t>
      </w:r>
      <w:r>
        <w:t>Then there is a Quranic verse it means that those people who are God-fearing, those people who are God-fearing</w:t>
      </w:r>
    </w:p>
    <w:p>
      <w:pPr>
        <w:jc w:val="right"/>
      </w:pPr>
      <w:r>
        <w:t>Then there is a Quranic verse it means that those people who are God-fearing, those people who are God-fearing</w:t>
      </w:r>
    </w:p>
    <w:p>
      <w:r>
        <w:rPr>
          <w:b/>
        </w:rPr>
        <w:t xml:space="preserve">[26:04] </w:t>
      </w:r>
      <w:r>
        <w:t>when any Satan touches them they become aware and then they repair themselves.</w:t>
      </w:r>
    </w:p>
    <w:p>
      <w:pPr>
        <w:jc w:val="right"/>
      </w:pPr>
      <w:r>
        <w:t>when any Satan touches them they become aware and then they repair themselves.</w:t>
      </w:r>
    </w:p>
    <w:p>
      <w:r>
        <w:rPr>
          <w:b/>
        </w:rPr>
        <w:t xml:space="preserve">[26:09] </w:t>
      </w:r>
      <w:r>
        <w:t>Then they correct themselves.</w:t>
      </w:r>
    </w:p>
    <w:p>
      <w:pPr>
        <w:jc w:val="right"/>
      </w:pPr>
      <w:r>
        <w:t>Then they correct themselves.</w:t>
      </w:r>
    </w:p>
    <w:p>
      <w:r>
        <w:rPr>
          <w:b/>
        </w:rPr>
        <w:t xml:space="preserve">[26:14] </w:t>
      </w:r>
      <w:r>
        <w:t>This Hadith is also very important in this regard.</w:t>
      </w:r>
    </w:p>
    <w:p>
      <w:pPr>
        <w:jc w:val="right"/>
      </w:pPr>
      <w:r>
        <w:t>This Hadith is also very important in this regard.</w:t>
      </w:r>
    </w:p>
    <w:p>
      <w:r>
        <w:rPr>
          <w:b/>
        </w:rPr>
        <w:t xml:space="preserve">[26:19] </w:t>
      </w:r>
      <w:r>
        <w:t>This Quranic verse.</w:t>
      </w:r>
    </w:p>
    <w:p>
      <w:pPr>
        <w:jc w:val="right"/>
      </w:pPr>
      <w:r>
        <w:t>This Quranic verse.</w:t>
      </w:r>
    </w:p>
    <w:p>
      <w:r>
        <w:rPr>
          <w:b/>
        </w:rPr>
        <w:t xml:space="preserve">[26:24] </w:t>
      </w:r>
      <w:r>
        <w:t>These are Quranic verses.</w:t>
      </w:r>
    </w:p>
    <w:p>
      <w:pPr>
        <w:jc w:val="right"/>
      </w:pPr>
      <w:r>
        <w:t>These are Quranic verses.</w:t>
      </w:r>
    </w:p>
    <w:p>
      <w:r>
        <w:rPr>
          <w:b/>
        </w:rPr>
        <w:t xml:space="preserve">[26:29] </w:t>
      </w:r>
      <w:r>
        <w:t>This Quranic verse is also</w:t>
      </w:r>
    </w:p>
    <w:p>
      <w:pPr>
        <w:jc w:val="right"/>
      </w:pPr>
      <w:r>
        <w:t>This Quranic verse is also</w:t>
      </w:r>
    </w:p>
    <w:p>
      <w:r>
        <w:rPr>
          <w:b/>
        </w:rPr>
        <w:t xml:space="preserve">[26:34] </w:t>
      </w:r>
      <w:r>
        <w:t>very important to understand the institution of Muhasaba.</w:t>
      </w:r>
    </w:p>
    <w:p>
      <w:pPr>
        <w:jc w:val="right"/>
      </w:pPr>
      <w:r>
        <w:t>very important to understand the institution of Muhasaba.</w:t>
      </w:r>
    </w:p>
    <w:p>
      <w:r>
        <w:rPr>
          <w:b/>
        </w:rPr>
        <w:t xml:space="preserve">[26:45] </w:t>
      </w:r>
      <w:r>
        <w:t>I think that Muhasaba is related to God-fearing nature.</w:t>
      </w:r>
    </w:p>
    <w:p>
      <w:pPr>
        <w:jc w:val="right"/>
      </w:pPr>
      <w:r>
        <w:t>I think that Muhasaba is related to God-fearing nature.</w:t>
      </w:r>
    </w:p>
    <w:p>
      <w:r>
        <w:rPr>
          <w:b/>
        </w:rPr>
        <w:t xml:space="preserve">[26:55] </w:t>
      </w:r>
      <w:r>
        <w:t>When you discover God you discover the greatest being in this world.</w:t>
      </w:r>
    </w:p>
    <w:p>
      <w:pPr>
        <w:jc w:val="right"/>
      </w:pPr>
      <w:r>
        <w:t>When you discover God you discover the greatest being in this world.</w:t>
      </w:r>
    </w:p>
    <w:p>
      <w:r>
        <w:rPr>
          <w:b/>
        </w:rPr>
        <w:t xml:space="preserve">[27:06] </w:t>
      </w:r>
      <w:r>
        <w:t>You discover God as Almighty, as Creator.</w:t>
      </w:r>
    </w:p>
    <w:p>
      <w:pPr>
        <w:jc w:val="right"/>
      </w:pPr>
      <w:r>
        <w:t>You discover God as Almighty, as Creator.</w:t>
      </w:r>
    </w:p>
    <w:p>
      <w:r>
        <w:rPr>
          <w:b/>
        </w:rPr>
        <w:t xml:space="preserve">[27:12] </w:t>
      </w:r>
      <w:r>
        <w:t>You discover God as the Lord of the Day of Judgment.</w:t>
      </w:r>
    </w:p>
    <w:p>
      <w:pPr>
        <w:jc w:val="right"/>
      </w:pPr>
      <w:r>
        <w:t>You discover God as the Lord of the Day of Judgment.</w:t>
      </w:r>
    </w:p>
    <w:p>
      <w:r>
        <w:rPr>
          <w:b/>
        </w:rPr>
        <w:t xml:space="preserve">[27:18] </w:t>
      </w:r>
      <w:r>
        <w:t>When you discover God you discover Lord of the Day of Judgment.</w:t>
      </w:r>
    </w:p>
    <w:p>
      <w:pPr>
        <w:jc w:val="right"/>
      </w:pPr>
      <w:r>
        <w:t>When you discover God you discover Lord of the Day of Judgment.</w:t>
      </w:r>
    </w:p>
    <w:p>
      <w:r>
        <w:rPr>
          <w:b/>
        </w:rPr>
        <w:t xml:space="preserve">[27:24] </w:t>
      </w:r>
      <w:r>
        <w:t>Lord of the Day of Judgment.</w:t>
      </w:r>
    </w:p>
    <w:p>
      <w:pPr>
        <w:jc w:val="right"/>
      </w:pPr>
      <w:r>
        <w:t>Lord of the Day of Judgment.</w:t>
      </w:r>
    </w:p>
    <w:p>
      <w:r>
        <w:rPr>
          <w:b/>
        </w:rPr>
        <w:t xml:space="preserve">[27:30] </w:t>
      </w:r>
      <w:r>
        <w:t>So this discovery</w:t>
      </w:r>
    </w:p>
    <w:p>
      <w:pPr>
        <w:jc w:val="right"/>
      </w:pPr>
      <w:r>
        <w:t>So this discovery</w:t>
      </w:r>
    </w:p>
    <w:p>
      <w:r>
        <w:rPr>
          <w:b/>
        </w:rPr>
        <w:t xml:space="preserve">[27:36] </w:t>
      </w:r>
      <w:r>
        <w:t>makes you very, very cautious about yourself. That sometime you will be presented before God. Then when you read Al-Quran, the Book of God you will read these verses.</w:t>
      </w:r>
    </w:p>
    <w:p>
      <w:pPr>
        <w:jc w:val="right"/>
      </w:pPr>
      <w:r>
        <w:t>makes you very, very cautious about yourself. That sometime you will be presented before God. Then when you read Al-Quran, the Book of God you will read these verses.</w:t>
      </w:r>
    </w:p>
    <w:p>
      <w:r>
        <w:rPr>
          <w:b/>
        </w:rPr>
        <w:t xml:space="preserve">[28:06] </w:t>
      </w:r>
      <w:r>
        <w:t>This is a Quranic verse this Quranic verse tells us that with every person, with every man and</w:t>
      </w:r>
    </w:p>
    <w:p>
      <w:pPr>
        <w:jc w:val="right"/>
      </w:pPr>
      <w:r>
        <w:t>This is a Quranic verse this Quranic verse tells us that with every person, with every man and</w:t>
      </w:r>
    </w:p>
    <w:p>
      <w:r>
        <w:rPr>
          <w:b/>
        </w:rPr>
        <w:t xml:space="preserve">[28:21] </w:t>
      </w:r>
      <w:r>
        <w:t>woman there are two angels, two watchers,</w:t>
      </w:r>
    </w:p>
    <w:p>
      <w:pPr>
        <w:jc w:val="right"/>
      </w:pPr>
      <w:r>
        <w:t>woman there are two angels, two watchers,</w:t>
      </w:r>
    </w:p>
    <w:p>
      <w:r>
        <w:rPr>
          <w:b/>
        </w:rPr>
        <w:t xml:space="preserve">[28:37] </w:t>
      </w:r>
      <w:r>
        <w:t>two divine watchers.</w:t>
      </w:r>
    </w:p>
    <w:p>
      <w:pPr>
        <w:jc w:val="right"/>
      </w:pPr>
      <w:r>
        <w:t>two divine watchers.</w:t>
      </w:r>
    </w:p>
    <w:p>
      <w:r>
        <w:rPr>
          <w:b/>
        </w:rPr>
        <w:t xml:space="preserve">[28:45] </w:t>
      </w:r>
      <w:r>
        <w:t>With every person, with every man and woman there are two angels as divine watchers every day, every</w:t>
      </w:r>
    </w:p>
    <w:p>
      <w:pPr>
        <w:jc w:val="right"/>
      </w:pPr>
      <w:r>
        <w:t>With every person, with every man and woman there are two angels as divine watchers every day, every</w:t>
      </w:r>
    </w:p>
    <w:p>
      <w:r>
        <w:rPr>
          <w:b/>
        </w:rPr>
        <w:t xml:space="preserve">[28:53] </w:t>
      </w:r>
      <w:r>
        <w:t>night, every moment.</w:t>
      </w:r>
    </w:p>
    <w:p>
      <w:pPr>
        <w:jc w:val="right"/>
      </w:pPr>
      <w:r>
        <w:t>night, every moment.</w:t>
      </w:r>
    </w:p>
    <w:p>
      <w:r>
        <w:rPr>
          <w:b/>
        </w:rPr>
        <w:t xml:space="preserve">[29:01] </w:t>
      </w:r>
      <w:r>
        <w:t>And these angels are busy in keeping your record.</w:t>
      </w:r>
    </w:p>
    <w:p>
      <w:pPr>
        <w:jc w:val="right"/>
      </w:pPr>
      <w:r>
        <w:t>And these angels are busy in keeping your record.</w:t>
      </w:r>
    </w:p>
    <w:p>
      <w:r>
        <w:rPr>
          <w:b/>
        </w:rPr>
        <w:t xml:space="preserve">[29:10] </w:t>
      </w:r>
      <w:r>
        <w:t>They are reporting all those events, your intention.</w:t>
      </w:r>
    </w:p>
    <w:p>
      <w:pPr>
        <w:jc w:val="right"/>
      </w:pPr>
      <w:r>
        <w:t>They are reporting all those events, your intention.</w:t>
      </w:r>
    </w:p>
    <w:p>
      <w:r>
        <w:rPr>
          <w:b/>
        </w:rPr>
        <w:t xml:space="preserve">[29:15] </w:t>
      </w:r>
      <w:r>
        <w:t>They know everything and then they record everything.</w:t>
      </w:r>
    </w:p>
    <w:p>
      <w:pPr>
        <w:jc w:val="right"/>
      </w:pPr>
      <w:r>
        <w:t>They know everything and then they record everything.</w:t>
      </w:r>
    </w:p>
    <w:p>
      <w:r>
        <w:rPr>
          <w:b/>
        </w:rPr>
        <w:t xml:space="preserve">[29:20] </w:t>
      </w:r>
      <w:r>
        <w:t>Your intention is recorded.</w:t>
      </w:r>
    </w:p>
    <w:p>
      <w:pPr>
        <w:jc w:val="right"/>
      </w:pPr>
      <w:r>
        <w:t>Your intention is recorded.</w:t>
      </w:r>
    </w:p>
    <w:p>
      <w:r>
        <w:rPr>
          <w:b/>
        </w:rPr>
        <w:t xml:space="preserve">[29:25] </w:t>
      </w:r>
      <w:r>
        <w:t>Your speech is recorded.</w:t>
      </w:r>
    </w:p>
    <w:p>
      <w:pPr>
        <w:jc w:val="right"/>
      </w:pPr>
      <w:r>
        <w:t>Your speech is recorded.</w:t>
      </w:r>
    </w:p>
    <w:p>
      <w:r>
        <w:rPr>
          <w:b/>
        </w:rPr>
        <w:t xml:space="preserve">[29:30] </w:t>
      </w:r>
      <w:r>
        <w:t>Your behavior is recorded.</w:t>
      </w:r>
    </w:p>
    <w:p>
      <w:pPr>
        <w:jc w:val="right"/>
      </w:pPr>
      <w:r>
        <w:t>Your behavior is recorded.</w:t>
      </w:r>
    </w:p>
    <w:p>
      <w:r>
        <w:rPr>
          <w:b/>
        </w:rPr>
        <w:t xml:space="preserve">[29:35] </w:t>
      </w:r>
      <w:r>
        <w:t>All your activities are recorded</w:t>
      </w:r>
    </w:p>
    <w:p>
      <w:pPr>
        <w:jc w:val="right"/>
      </w:pPr>
      <w:r>
        <w:t>All your activities are recorded</w:t>
      </w:r>
    </w:p>
    <w:p>
      <w:r>
        <w:rPr>
          <w:b/>
        </w:rPr>
        <w:t xml:space="preserve">[29:40] </w:t>
      </w:r>
      <w:r>
        <w:t>by angels.</w:t>
      </w:r>
    </w:p>
    <w:p>
      <w:pPr>
        <w:jc w:val="right"/>
      </w:pPr>
      <w:r>
        <w:t>by angels.</w:t>
      </w:r>
    </w:p>
    <w:p>
      <w:r>
        <w:rPr>
          <w:b/>
        </w:rPr>
        <w:t xml:space="preserve">[29:46] </w:t>
      </w:r>
      <w:r>
        <w:t>And this angelic report will be presented before God.</w:t>
      </w:r>
    </w:p>
    <w:p>
      <w:pPr>
        <w:jc w:val="right"/>
      </w:pPr>
      <w:r>
        <w:t>And this angelic report will be presented before God.</w:t>
      </w:r>
    </w:p>
    <w:p>
      <w:r>
        <w:rPr>
          <w:b/>
        </w:rPr>
        <w:t xml:space="preserve">[29:52] </w:t>
      </w:r>
      <w:r>
        <w:t>According to this report you will be either punished or rewarded.</w:t>
      </w:r>
    </w:p>
    <w:p>
      <w:pPr>
        <w:jc w:val="right"/>
      </w:pPr>
      <w:r>
        <w:t>According to this report you will be either punished or rewarded.</w:t>
      </w:r>
    </w:p>
    <w:p>
      <w:r>
        <w:rPr>
          <w:b/>
        </w:rPr>
        <w:t xml:space="preserve">[29:58] </w:t>
      </w:r>
      <w:r>
        <w:t>So the whole philosophy of punishment and reward is based on this angelic recording.</w:t>
      </w:r>
    </w:p>
    <w:p>
      <w:pPr>
        <w:jc w:val="right"/>
      </w:pPr>
      <w:r>
        <w:t>So the whole philosophy of punishment and reward is based on this angelic recording.</w:t>
      </w:r>
    </w:p>
    <w:p>
      <w:r>
        <w:rPr>
          <w:b/>
        </w:rPr>
        <w:t xml:space="preserve">[30:04] </w:t>
      </w:r>
      <w:r>
        <w:t>We believe that God created this world</w:t>
      </w:r>
    </w:p>
    <w:p>
      <w:pPr>
        <w:jc w:val="right"/>
      </w:pPr>
      <w:r>
        <w:t>We believe that God created this world</w:t>
      </w:r>
    </w:p>
    <w:p>
      <w:r>
        <w:rPr>
          <w:b/>
        </w:rPr>
        <w:t xml:space="preserve">[30:10] </w:t>
      </w:r>
      <w:r>
        <w:t>as a testing ground.</w:t>
      </w:r>
    </w:p>
    <w:p>
      <w:pPr>
        <w:jc w:val="right"/>
      </w:pPr>
      <w:r>
        <w:t>as a testing ground.</w:t>
      </w:r>
    </w:p>
    <w:p>
      <w:r>
        <w:rPr>
          <w:b/>
        </w:rPr>
        <w:t xml:space="preserve">[30:16] </w:t>
      </w:r>
      <w:r>
        <w:t>Everyone is put on test.</w:t>
      </w:r>
    </w:p>
    <w:p>
      <w:pPr>
        <w:jc w:val="right"/>
      </w:pPr>
      <w:r>
        <w:t>Everyone is put on test.</w:t>
      </w:r>
    </w:p>
    <w:p>
      <w:r>
        <w:rPr>
          <w:b/>
        </w:rPr>
        <w:t xml:space="preserve">[30:23] </w:t>
      </w:r>
      <w:r>
        <w:t>Everyone is on test, on trial.</w:t>
      </w:r>
    </w:p>
    <w:p>
      <w:pPr>
        <w:jc w:val="right"/>
      </w:pPr>
      <w:r>
        <w:t>Everyone is on test, on trial.</w:t>
      </w:r>
    </w:p>
    <w:p>
      <w:r>
        <w:rPr>
          <w:b/>
        </w:rPr>
        <w:t xml:space="preserve">[30:29] </w:t>
      </w:r>
      <w:r>
        <w:t>And two angels are with us as a divine watcher.</w:t>
      </w:r>
    </w:p>
    <w:p>
      <w:pPr>
        <w:jc w:val="right"/>
      </w:pPr>
      <w:r>
        <w:t>And two angels are with us as a divine watcher.</w:t>
      </w:r>
    </w:p>
    <w:p>
      <w:r>
        <w:rPr>
          <w:b/>
        </w:rPr>
        <w:t xml:space="preserve">[30:35] </w:t>
      </w:r>
      <w:r>
        <w:t>So you are very every time you are there is video recording or audio recording of our life</w:t>
      </w:r>
    </w:p>
    <w:p>
      <w:pPr>
        <w:jc w:val="right"/>
      </w:pPr>
      <w:r>
        <w:t>So you are very every time you are there is video recording or audio recording of our life</w:t>
      </w:r>
    </w:p>
    <w:p>
      <w:r>
        <w:rPr>
          <w:b/>
        </w:rPr>
        <w:t xml:space="preserve">[30:41] </w:t>
      </w:r>
      <w:r>
        <w:t>and this record will be presented before God on the Day of Judgment.</w:t>
      </w:r>
    </w:p>
    <w:p>
      <w:pPr>
        <w:jc w:val="right"/>
      </w:pPr>
      <w:r>
        <w:t>and this record will be presented before God on the Day of Judgment.</w:t>
      </w:r>
    </w:p>
    <w:p>
      <w:r>
        <w:rPr>
          <w:b/>
        </w:rPr>
        <w:t xml:space="preserve">[30:52] </w:t>
      </w:r>
      <w:r>
        <w:t>So it is this belief that it is this belief that tells you to go to Muhasaba.</w:t>
      </w:r>
    </w:p>
    <w:p>
      <w:pPr>
        <w:jc w:val="right"/>
      </w:pPr>
      <w:r>
        <w:t>So it is this belief that it is this belief that tells you to go to Muhasaba.</w:t>
      </w:r>
    </w:p>
    <w:p>
      <w:r>
        <w:rPr>
          <w:b/>
        </w:rPr>
        <w:t xml:space="preserve">[31:02] </w:t>
      </w:r>
      <w:r>
        <w:t>When you think about this syst</w:t>
      </w:r>
    </w:p>
    <w:p>
      <w:pPr>
        <w:jc w:val="right"/>
      </w:pPr>
      <w:r>
        <w:t>When you think about this syst</w:t>
      </w:r>
    </w:p>
    <w:p>
      <w:r>
        <w:rPr>
          <w:b/>
        </w:rPr>
        <w:t xml:space="preserve">[31:12] </w:t>
      </w:r>
      <w:r>
        <w:t>em, when you think about those angels, when you think about those reporting by angels you are you</w:t>
      </w:r>
    </w:p>
    <w:p>
      <w:pPr>
        <w:jc w:val="right"/>
      </w:pPr>
      <w:r>
        <w:t>em, when you think about those angels, when you think about those reporting by angels you are you</w:t>
      </w:r>
    </w:p>
    <w:p>
      <w:r>
        <w:rPr>
          <w:b/>
        </w:rPr>
        <w:t xml:space="preserve">[31:20] </w:t>
      </w:r>
      <w:r>
        <w:t>fell in fear.</w:t>
      </w:r>
    </w:p>
    <w:p>
      <w:pPr>
        <w:jc w:val="right"/>
      </w:pPr>
      <w:r>
        <w:t>fell in fear.</w:t>
      </w:r>
    </w:p>
    <w:p>
      <w:r>
        <w:rPr>
          <w:b/>
        </w:rPr>
        <w:t xml:space="preserve">[31:28] </w:t>
      </w:r>
      <w:r>
        <w:t>You are very cautious.</w:t>
      </w:r>
    </w:p>
    <w:p>
      <w:pPr>
        <w:jc w:val="right"/>
      </w:pPr>
      <w:r>
        <w:t>You are very cautious.</w:t>
      </w:r>
    </w:p>
    <w:p>
      <w:r>
        <w:rPr>
          <w:b/>
        </w:rPr>
        <w:t xml:space="preserve">[31:35] </w:t>
      </w:r>
      <w:r>
        <w:t>You say that I cannot afford two angels in evils, in deviation from the divine path</w:t>
      </w:r>
    </w:p>
    <w:p>
      <w:pPr>
        <w:jc w:val="right"/>
      </w:pPr>
      <w:r>
        <w:t>You say that I cannot afford two angels in evils, in deviation from the divine path</w:t>
      </w:r>
    </w:p>
    <w:p>
      <w:r>
        <w:rPr>
          <w:b/>
        </w:rPr>
        <w:t xml:space="preserve">[31:43] </w:t>
      </w:r>
      <w:r>
        <w:t>.</w:t>
      </w:r>
    </w:p>
    <w:p>
      <w:pPr>
        <w:jc w:val="right"/>
      </w:pPr>
      <w:r>
        <w:t>.</w:t>
      </w:r>
    </w:p>
    <w:p>
      <w:r>
        <w:rPr>
          <w:b/>
        </w:rPr>
        <w:t xml:space="preserve">[31:50] </w:t>
      </w:r>
      <w:r>
        <w:t>So this is the basic incentive towards Muhasaba.</w:t>
      </w:r>
    </w:p>
    <w:p>
      <w:pPr>
        <w:jc w:val="right"/>
      </w:pPr>
      <w:r>
        <w:t>So this is the basic incentive towards Muhasaba.</w:t>
      </w:r>
    </w:p>
    <w:p>
      <w:r>
        <w:rPr>
          <w:b/>
        </w:rPr>
        <w:t xml:space="preserve">[31:57] </w:t>
      </w:r>
      <w:r>
        <w:t>This is the basic incentive towards Muhasaba.</w:t>
      </w:r>
    </w:p>
    <w:p>
      <w:pPr>
        <w:jc w:val="right"/>
      </w:pPr>
      <w:r>
        <w:t>This is the basic incentive towards Muhasaba.</w:t>
      </w:r>
    </w:p>
    <w:p>
      <w:r>
        <w:rPr>
          <w:b/>
        </w:rPr>
        <w:t xml:space="preserve">[32:04] </w:t>
      </w:r>
      <w:r>
        <w:t>Without this belief you cannot take Muhasaba.</w:t>
      </w:r>
    </w:p>
    <w:p>
      <w:pPr>
        <w:jc w:val="right"/>
      </w:pPr>
      <w:r>
        <w:t>Without this belief you cannot take Muhasaba.</w:t>
      </w:r>
    </w:p>
    <w:p>
      <w:r>
        <w:rPr>
          <w:b/>
        </w:rPr>
        <w:t xml:space="preserve">[32:11] </w:t>
      </w:r>
      <w:r>
        <w:t>Without this you cannot do Muhasaba.</w:t>
      </w:r>
    </w:p>
    <w:p>
      <w:pPr>
        <w:jc w:val="right"/>
      </w:pPr>
      <w:r>
        <w:t>Without this you cannot do Muhasaba.</w:t>
      </w:r>
    </w:p>
    <w:p>
      <w:r>
        <w:rPr>
          <w:b/>
        </w:rPr>
        <w:t xml:space="preserve">[32:18] </w:t>
      </w:r>
      <w:r>
        <w:t>So our faith gives us this realization and this realization makes us alert.</w:t>
      </w:r>
    </w:p>
    <w:p>
      <w:pPr>
        <w:jc w:val="right"/>
      </w:pPr>
      <w:r>
        <w:t>So our faith gives us this realization and this realization makes us alert.</w:t>
      </w:r>
    </w:p>
    <w:p>
      <w:r>
        <w:rPr>
          <w:b/>
        </w:rPr>
        <w:t xml:space="preserve">[32:28] </w:t>
      </w:r>
      <w:r>
        <w:t>And then we do Muhasaba every day so that we may save ourselves from the punishment of God.</w:t>
      </w:r>
    </w:p>
    <w:p>
      <w:pPr>
        <w:jc w:val="right"/>
      </w:pPr>
      <w:r>
        <w:t>And then we do Muhasaba every day so that we may save ourselves from the punishment of God.</w:t>
      </w:r>
    </w:p>
    <w:p>
      <w:r>
        <w:rPr>
          <w:b/>
        </w:rPr>
        <w:t xml:space="preserve">[32:38] </w:t>
      </w:r>
      <w:r>
        <w:t>This is the whole philosophy of Muhas</w:t>
      </w:r>
    </w:p>
    <w:p>
      <w:pPr>
        <w:jc w:val="right"/>
      </w:pPr>
      <w:r>
        <w:t>This is the whole philosophy of Muhas</w:t>
      </w:r>
    </w:p>
    <w:p>
      <w:r>
        <w:rPr>
          <w:b/>
        </w:rPr>
        <w:t xml:space="preserve">[32:48] </w:t>
      </w:r>
      <w:r>
        <w:t>aba.</w:t>
      </w:r>
    </w:p>
    <w:p>
      <w:pPr>
        <w:jc w:val="right"/>
      </w:pPr>
      <w:r>
        <w:t>aba.</w:t>
      </w:r>
    </w:p>
    <w:p>
      <w:r>
        <w:rPr>
          <w:b/>
        </w:rPr>
        <w:t xml:space="preserve">[32:58] </w:t>
      </w:r>
      <w:r>
        <w:t>So when you realize this fact you will then I would like to say that it is said</w:t>
      </w:r>
    </w:p>
    <w:p>
      <w:pPr>
        <w:jc w:val="right"/>
      </w:pPr>
      <w:r>
        <w:t>So when you realize this fact you will then I would like to say that it is said</w:t>
      </w:r>
    </w:p>
    <w:p>
      <w:r>
        <w:rPr>
          <w:b/>
        </w:rPr>
        <w:t xml:space="preserve">[33:08] </w:t>
      </w:r>
      <w:r>
        <w:t>that to erase human I think it is a very</w:t>
      </w:r>
    </w:p>
    <w:p>
      <w:pPr>
        <w:jc w:val="right"/>
      </w:pPr>
      <w:r>
        <w:t>that to erase human I think it is a very</w:t>
      </w:r>
    </w:p>
    <w:p>
      <w:r>
        <w:rPr>
          <w:b/>
        </w:rPr>
        <w:t xml:space="preserve">[33:18] </w:t>
      </w:r>
      <w:r>
        <w:t>right saying, correct saying that to erase human.</w:t>
      </w:r>
    </w:p>
    <w:p>
      <w:pPr>
        <w:jc w:val="right"/>
      </w:pPr>
      <w:r>
        <w:t>right saying, correct saying that to erase human.</w:t>
      </w:r>
    </w:p>
    <w:p>
      <w:r>
        <w:rPr>
          <w:b/>
        </w:rPr>
        <w:t xml:space="preserve">[33:28] </w:t>
      </w:r>
      <w:r>
        <w:t>Also in Hadith so it is in human nature that you always commit mistakes.</w:t>
      </w:r>
    </w:p>
    <w:p>
      <w:pPr>
        <w:jc w:val="right"/>
      </w:pPr>
      <w:r>
        <w:t>Also in Hadith so it is in human nature that you always commit mistakes.</w:t>
      </w:r>
    </w:p>
    <w:p>
      <w:r>
        <w:rPr>
          <w:b/>
        </w:rPr>
        <w:t xml:space="preserve">[33:38] </w:t>
      </w:r>
      <w:r>
        <w:t>But if you have Muhasaba spirit in your</w:t>
      </w:r>
    </w:p>
    <w:p>
      <w:pPr>
        <w:jc w:val="right"/>
      </w:pPr>
      <w:r>
        <w:t>But if you have Muhasaba spirit in your</w:t>
      </w:r>
    </w:p>
    <w:p>
      <w:r>
        <w:rPr>
          <w:b/>
        </w:rPr>
        <w:t xml:space="preserve">[33:48] </w:t>
      </w:r>
      <w:r>
        <w:t>mind, if you have Muhasaba spirit in your mind then you will say at that time I was</w:t>
      </w:r>
    </w:p>
    <w:p>
      <w:pPr>
        <w:jc w:val="right"/>
      </w:pPr>
      <w:r>
        <w:t>mind, if you have Muhasaba spirit in your mind then you will say at that time I was</w:t>
      </w:r>
    </w:p>
    <w:p>
      <w:r>
        <w:rPr>
          <w:b/>
        </w:rPr>
        <w:t xml:space="preserve">[33:54] </w:t>
      </w:r>
      <w:r>
        <w:t>wrong, I was wrong.</w:t>
      </w:r>
    </w:p>
    <w:p>
      <w:pPr>
        <w:jc w:val="right"/>
      </w:pPr>
      <w:r>
        <w:t>wrong, I was wrong.</w:t>
      </w:r>
    </w:p>
    <w:p>
      <w:r>
        <w:rPr>
          <w:b/>
        </w:rPr>
        <w:t xml:space="preserve">[34:01] </w:t>
      </w:r>
      <w:r>
        <w:t>You will confess, you will admit.</w:t>
      </w:r>
    </w:p>
    <w:p>
      <w:pPr>
        <w:jc w:val="right"/>
      </w:pPr>
      <w:r>
        <w:t>You will confess, you will admit.</w:t>
      </w:r>
    </w:p>
    <w:p>
      <w:r>
        <w:rPr>
          <w:b/>
        </w:rPr>
        <w:t xml:space="preserve">[34:07] </w:t>
      </w:r>
      <w:r>
        <w:t>You will not go to cover up your mistakes.</w:t>
      </w:r>
    </w:p>
    <w:p>
      <w:pPr>
        <w:jc w:val="right"/>
      </w:pPr>
      <w:r>
        <w:t>You will not go to cover up your mistakes.</w:t>
      </w:r>
    </w:p>
    <w:p>
      <w:r>
        <w:rPr>
          <w:b/>
        </w:rPr>
        <w:t xml:space="preserve">[34:13] </w:t>
      </w:r>
      <w:r>
        <w:t>People generally try to cover up their mistakes.</w:t>
      </w:r>
    </w:p>
    <w:p>
      <w:pPr>
        <w:jc w:val="right"/>
      </w:pPr>
      <w:r>
        <w:t>People generally try to cover up their mistakes.</w:t>
      </w:r>
    </w:p>
    <w:p>
      <w:r>
        <w:rPr>
          <w:b/>
        </w:rPr>
        <w:t xml:space="preserve">[34:20] </w:t>
      </w:r>
      <w:r>
        <w:t>People generally try to cover up their mistakes.</w:t>
      </w:r>
    </w:p>
    <w:p>
      <w:pPr>
        <w:jc w:val="right"/>
      </w:pPr>
      <w:r>
        <w:t>People generally try to cover up their mistakes.</w:t>
      </w:r>
    </w:p>
    <w:p>
      <w:r>
        <w:rPr>
          <w:b/>
        </w:rPr>
        <w:t xml:space="preserve">[34:27] </w:t>
      </w:r>
      <w:r>
        <w:t>But those people who have inculcated the spirit of Muhasaba in their mind they cannot afford this kind of policy.</w:t>
      </w:r>
    </w:p>
    <w:p>
      <w:pPr>
        <w:jc w:val="right"/>
      </w:pPr>
      <w:r>
        <w:t>But those people who have inculcated the spirit of Muhasaba in their mind they cannot afford this kind of policy.</w:t>
      </w:r>
    </w:p>
    <w:p>
      <w:r>
        <w:rPr>
          <w:b/>
        </w:rPr>
        <w:t xml:space="preserve">[34:35] </w:t>
      </w:r>
      <w:r>
        <w:t>They cannot afford the operation cover up.</w:t>
      </w:r>
    </w:p>
    <w:p>
      <w:pPr>
        <w:jc w:val="right"/>
      </w:pPr>
      <w:r>
        <w:t>They cannot afford the operation cover up.</w:t>
      </w:r>
    </w:p>
    <w:p>
      <w:r>
        <w:rPr>
          <w:b/>
        </w:rPr>
        <w:t xml:space="preserve">[34:42] </w:t>
      </w:r>
      <w:r>
        <w:t>Everyone from individual up to</w:t>
      </w:r>
    </w:p>
    <w:p>
      <w:pPr>
        <w:jc w:val="right"/>
      </w:pPr>
      <w:r>
        <w:t>Everyone from individual up to</w:t>
      </w:r>
    </w:p>
    <w:p>
      <w:r>
        <w:rPr>
          <w:b/>
        </w:rPr>
        <w:t xml:space="preserve">[34:50] </w:t>
      </w:r>
      <w:r>
        <w:t>government are engaged in cover up policy. But a man who has the spirit of Muhasaba he cannot afford this kind of this kind of policy. He will say I was wrong, I</w:t>
      </w:r>
    </w:p>
    <w:p>
      <w:pPr>
        <w:jc w:val="right"/>
      </w:pPr>
      <w:r>
        <w:t>government are engaged in cover up policy. But a man who has the spirit of Muhasaba he cannot afford this kind of this kind of policy. He will say I was wrong, I</w:t>
      </w:r>
    </w:p>
    <w:p>
      <w:r>
        <w:rPr>
          <w:b/>
        </w:rPr>
        <w:t xml:space="preserve">[35:20] </w:t>
      </w:r>
      <w:r>
        <w:t>was wrong, I was wrong.</w:t>
      </w:r>
    </w:p>
    <w:p>
      <w:pPr>
        <w:jc w:val="right"/>
      </w:pPr>
      <w:r>
        <w:t>was wrong, I was wrong.</w:t>
      </w:r>
    </w:p>
    <w:p>
      <w:r>
        <w:rPr>
          <w:b/>
        </w:rPr>
        <w:t xml:space="preserve">[35:27] </w:t>
      </w:r>
      <w:r>
        <w:t>Because when you say I was wrong then the correction process starts.</w:t>
      </w:r>
    </w:p>
    <w:p>
      <w:pPr>
        <w:jc w:val="right"/>
      </w:pPr>
      <w:r>
        <w:t>Because when you say I was wrong then the correction process starts.</w:t>
      </w:r>
    </w:p>
    <w:p>
      <w:r>
        <w:rPr>
          <w:b/>
        </w:rPr>
        <w:t xml:space="preserve">[35:35] </w:t>
      </w:r>
      <w:r>
        <w:t>If you commit a mistake and then deny or try to cover up then you cannot correct yourself.</w:t>
      </w:r>
    </w:p>
    <w:p>
      <w:pPr>
        <w:jc w:val="right"/>
      </w:pPr>
      <w:r>
        <w:t>If you commit a mistake and then deny or try to cover up then you cannot correct yourself.</w:t>
      </w:r>
    </w:p>
    <w:p>
      <w:r>
        <w:rPr>
          <w:b/>
        </w:rPr>
        <w:t xml:space="preserve">[35:42] </w:t>
      </w:r>
      <w:r>
        <w:t>So the process of correction begins from saying I was</w:t>
      </w:r>
    </w:p>
    <w:p>
      <w:pPr>
        <w:jc w:val="right"/>
      </w:pPr>
      <w:r>
        <w:t>So the process of correction begins from saying I was</w:t>
      </w:r>
    </w:p>
    <w:p>
      <w:r>
        <w:rPr>
          <w:b/>
        </w:rPr>
        <w:t xml:space="preserve">[35:50] </w:t>
      </w:r>
      <w:r>
        <w:t>wrong, from admitting that I was wrong, from confession.</w:t>
      </w:r>
    </w:p>
    <w:p>
      <w:pPr>
        <w:jc w:val="right"/>
      </w:pPr>
      <w:r>
        <w:t>wrong, from admitting that I was wrong, from confession.</w:t>
      </w:r>
    </w:p>
    <w:p>
      <w:r>
        <w:rPr>
          <w:b/>
        </w:rPr>
        <w:t xml:space="preserve">[35:58] </w:t>
      </w:r>
      <w:r>
        <w:t>Without confession there is no self-correcting process.</w:t>
      </w:r>
    </w:p>
    <w:p>
      <w:pPr>
        <w:jc w:val="right"/>
      </w:pPr>
      <w:r>
        <w:t>Without confession there is no self-correcting process.</w:t>
      </w:r>
    </w:p>
    <w:p>
      <w:r>
        <w:rPr>
          <w:b/>
        </w:rPr>
        <w:t xml:space="preserve">[36:06] </w:t>
      </w:r>
      <w:r>
        <w:t>And this is what is called Muhasaba.</w:t>
      </w:r>
    </w:p>
    <w:p>
      <w:pPr>
        <w:jc w:val="right"/>
      </w:pPr>
      <w:r>
        <w:t>And this is what is called Muhasaba.</w:t>
      </w:r>
    </w:p>
    <w:p>
      <w:r>
        <w:rPr>
          <w:b/>
        </w:rPr>
        <w:t xml:space="preserve">[36:14] </w:t>
      </w:r>
      <w:r>
        <w:t>So according to my knowledge it is not bad to commit a mistak</w:t>
      </w:r>
    </w:p>
    <w:p>
      <w:pPr>
        <w:jc w:val="right"/>
      </w:pPr>
      <w:r>
        <w:t>So according to my knowledge it is not bad to commit a mistak</w:t>
      </w:r>
    </w:p>
    <w:p>
      <w:r>
        <w:rPr>
          <w:b/>
        </w:rPr>
        <w:t xml:space="preserve">[36:23] </w:t>
      </w:r>
      <w:r>
        <w:t>e.</w:t>
      </w:r>
    </w:p>
    <w:p>
      <w:pPr>
        <w:jc w:val="right"/>
      </w:pPr>
      <w:r>
        <w:t>e.</w:t>
      </w:r>
    </w:p>
    <w:p>
      <w:r>
        <w:rPr>
          <w:b/>
        </w:rPr>
        <w:t xml:space="preserve">[36:33] </w:t>
      </w:r>
      <w:r>
        <w:t>It is not bad to commit a mistake.</w:t>
      </w:r>
    </w:p>
    <w:p>
      <w:pPr>
        <w:jc w:val="right"/>
      </w:pPr>
      <w:r>
        <w:t>It is not bad to commit a mistake.</w:t>
      </w:r>
    </w:p>
    <w:p>
      <w:r>
        <w:rPr>
          <w:b/>
        </w:rPr>
        <w:t xml:space="preserve">[36:43] </w:t>
      </w:r>
      <w:r>
        <w:t>Because to erase human the real evil is not to admit your mistakes.</w:t>
      </w:r>
    </w:p>
    <w:p>
      <w:pPr>
        <w:jc w:val="right"/>
      </w:pPr>
      <w:r>
        <w:t>Because to erase human the real evil is not to admit your mistakes.</w:t>
      </w:r>
    </w:p>
    <w:p>
      <w:r>
        <w:rPr>
          <w:b/>
        </w:rPr>
        <w:t xml:space="preserve">[36:53] </w:t>
      </w:r>
      <w:r>
        <w:t>Try to cover up your mistakes.</w:t>
      </w:r>
    </w:p>
    <w:p>
      <w:pPr>
        <w:jc w:val="right"/>
      </w:pPr>
      <w:r>
        <w:t>Try to cover up your mistakes.</w:t>
      </w:r>
    </w:p>
    <w:p>
      <w:r>
        <w:rPr>
          <w:b/>
        </w:rPr>
        <w:t xml:space="preserve">[36:59] </w:t>
      </w:r>
      <w:r>
        <w:t>So not to admit your mistakes, not ready to confess your mistakes.</w:t>
      </w:r>
    </w:p>
    <w:p>
      <w:pPr>
        <w:jc w:val="right"/>
      </w:pPr>
      <w:r>
        <w:t>So not to admit your mistakes, not ready to confess your mistakes.</w:t>
      </w:r>
    </w:p>
    <w:p>
      <w:r>
        <w:rPr>
          <w:b/>
        </w:rPr>
        <w:t xml:space="preserve">[37:06] </w:t>
      </w:r>
      <w:r>
        <w:t>This is the real crime.</w:t>
      </w:r>
    </w:p>
    <w:p>
      <w:pPr>
        <w:jc w:val="right"/>
      </w:pPr>
      <w:r>
        <w:t>This is the real crime.</w:t>
      </w:r>
    </w:p>
    <w:p>
      <w:r>
        <w:rPr>
          <w:b/>
        </w:rPr>
        <w:t xml:space="preserve">[37:12] </w:t>
      </w:r>
      <w:r>
        <w:t>So I would like to say that a true believer is one who is ready to say I</w:t>
      </w:r>
    </w:p>
    <w:p>
      <w:pPr>
        <w:jc w:val="right"/>
      </w:pPr>
      <w:r>
        <w:t>So I would like to say that a true believer is one who is ready to say I</w:t>
      </w:r>
    </w:p>
    <w:p>
      <w:r>
        <w:rPr>
          <w:b/>
        </w:rPr>
        <w:t xml:space="preserve">[37:18] </w:t>
      </w:r>
      <w:r>
        <w:t>was wrong, I was wrong, I was wrong.</w:t>
      </w:r>
    </w:p>
    <w:p>
      <w:pPr>
        <w:jc w:val="right"/>
      </w:pPr>
      <w:r>
        <w:t>was wrong, I was wrong, I was wrong.</w:t>
      </w:r>
    </w:p>
    <w:p>
      <w:r>
        <w:rPr>
          <w:b/>
        </w:rPr>
        <w:t xml:space="preserve">[37:25] </w:t>
      </w:r>
      <w:r>
        <w:t>So it is not the definition of true believer that he has no mistake.</w:t>
      </w:r>
    </w:p>
    <w:p>
      <w:pPr>
        <w:jc w:val="right"/>
      </w:pPr>
      <w:r>
        <w:t>So it is not the definition of true believer that he has no mistake.</w:t>
      </w:r>
    </w:p>
    <w:p>
      <w:r>
        <w:rPr>
          <w:b/>
        </w:rPr>
        <w:t xml:space="preserve">[37:31] </w:t>
      </w:r>
      <w:r>
        <w:t>There is no mistake in his life.</w:t>
      </w:r>
    </w:p>
    <w:p>
      <w:pPr>
        <w:jc w:val="right"/>
      </w:pPr>
      <w:r>
        <w:t>There is no mistake in his life.</w:t>
      </w:r>
    </w:p>
    <w:p>
      <w:r>
        <w:rPr>
          <w:b/>
        </w:rPr>
        <w:t xml:space="preserve">[37:37] </w:t>
      </w:r>
      <w:r>
        <w:t>No, it is not a definition of a believer.</w:t>
      </w:r>
    </w:p>
    <w:p>
      <w:pPr>
        <w:jc w:val="right"/>
      </w:pPr>
      <w:r>
        <w:t>No, it is not a definition of a believer.</w:t>
      </w:r>
    </w:p>
    <w:p>
      <w:r>
        <w:rPr>
          <w:b/>
        </w:rPr>
        <w:t xml:space="preserve">[37:43] </w:t>
      </w:r>
      <w:r>
        <w:t>The true definition of a believer is that when he commits wrong he instantly he says I was</w:t>
      </w:r>
    </w:p>
    <w:p>
      <w:pPr>
        <w:jc w:val="right"/>
      </w:pPr>
      <w:r>
        <w:t>The true definition of a believer is that when he commits wrong he instantly he says I was</w:t>
      </w:r>
    </w:p>
    <w:p>
      <w:r>
        <w:rPr>
          <w:b/>
        </w:rPr>
        <w:t xml:space="preserve">[37:49] </w:t>
      </w:r>
      <w:r>
        <w:t>wrong, I was wrong. Then</w:t>
      </w:r>
    </w:p>
    <w:p>
      <w:pPr>
        <w:jc w:val="right"/>
      </w:pPr>
      <w:r>
        <w:t>wrong, I was wrong. Then</w:t>
      </w:r>
    </w:p>
    <w:p>
      <w:r>
        <w:rPr>
          <w:b/>
        </w:rPr>
        <w:t xml:space="preserve">[37:55] </w:t>
      </w:r>
      <w:r>
        <w:t>you may when you say I was wrong it is just like taking a bath.</w:t>
      </w:r>
    </w:p>
    <w:p>
      <w:pPr>
        <w:jc w:val="right"/>
      </w:pPr>
      <w:r>
        <w:t>you may when you say I was wrong it is just like taking a bath.</w:t>
      </w:r>
    </w:p>
    <w:p>
      <w:r>
        <w:rPr>
          <w:b/>
        </w:rPr>
        <w:t xml:space="preserve">[38:03] </w:t>
      </w:r>
      <w:r>
        <w:t>Thus you purify your soul.</w:t>
      </w:r>
    </w:p>
    <w:p>
      <w:pPr>
        <w:jc w:val="right"/>
      </w:pPr>
      <w:r>
        <w:t>Thus you purify your soul.</w:t>
      </w:r>
    </w:p>
    <w:p>
      <w:r>
        <w:rPr>
          <w:b/>
        </w:rPr>
        <w:t xml:space="preserve">[38:10] </w:t>
      </w:r>
      <w:r>
        <w:t>When you say I was wrong, when you are repentant I think that repentance is like taking a bath.</w:t>
      </w:r>
    </w:p>
    <w:p>
      <w:pPr>
        <w:jc w:val="right"/>
      </w:pPr>
      <w:r>
        <w:t>When you say I was wrong, when you are repentant I think that repentance is like taking a bath.</w:t>
      </w:r>
    </w:p>
    <w:p>
      <w:r>
        <w:rPr>
          <w:b/>
        </w:rPr>
        <w:t xml:space="preserve">[38:18] </w:t>
      </w:r>
      <w:r>
        <w:t>Repentance is a spiritual bath.</w:t>
      </w:r>
    </w:p>
    <w:p>
      <w:pPr>
        <w:jc w:val="right"/>
      </w:pPr>
      <w:r>
        <w:t>Repentance is a spiritual bath.</w:t>
      </w:r>
    </w:p>
    <w:p>
      <w:r>
        <w:rPr>
          <w:b/>
        </w:rPr>
        <w:t xml:space="preserve">[38:26] </w:t>
      </w:r>
      <w:r>
        <w:t>Repentance is like a spiritual bath. So repentance and confession and saying that I was wrong purifies your inner self, purifies your heart, purifies your mind. And this is the sign of Muhasaba. One who has the spirit of Muh</w:t>
      </w:r>
    </w:p>
    <w:p>
      <w:pPr>
        <w:jc w:val="right"/>
      </w:pPr>
      <w:r>
        <w:t>Repentance is like a spiritual bath. So repentance and confession and saying that I was wrong purifies your inner self, purifies your heart, purifies your mind. And this is the sign of Muhasaba. One who has the spirit of Muh</w:t>
      </w:r>
    </w:p>
    <w:p>
      <w:r>
        <w:rPr>
          <w:b/>
        </w:rPr>
        <w:t xml:space="preserve">[38:56] </w:t>
      </w:r>
      <w:r>
        <w:t>asaba he will do like this.</w:t>
      </w:r>
    </w:p>
    <w:p>
      <w:pPr>
        <w:jc w:val="right"/>
      </w:pPr>
      <w:r>
        <w:t>asaba he will do like this.</w:t>
      </w:r>
    </w:p>
    <w:p>
      <w:r>
        <w:rPr>
          <w:b/>
        </w:rPr>
        <w:t xml:space="preserve">[39:03] </w:t>
      </w:r>
      <w:r>
        <w:t>Then the most then the very important point is that you must know that there are two kinds</w:t>
      </w:r>
    </w:p>
    <w:p>
      <w:pPr>
        <w:jc w:val="right"/>
      </w:pPr>
      <w:r>
        <w:t>Then the most then the very important point is that you must know that there are two kinds</w:t>
      </w:r>
    </w:p>
    <w:p>
      <w:r>
        <w:rPr>
          <w:b/>
        </w:rPr>
        <w:t xml:space="preserve">[39:11] </w:t>
      </w:r>
      <w:r>
        <w:t>of evils - justified evils and unjustified evils.</w:t>
      </w:r>
    </w:p>
    <w:p>
      <w:pPr>
        <w:jc w:val="right"/>
      </w:pPr>
      <w:r>
        <w:t>of evils - justified evils and unjustified evils.</w:t>
      </w:r>
    </w:p>
    <w:p>
      <w:r>
        <w:rPr>
          <w:b/>
        </w:rPr>
        <w:t xml:space="preserve">[39:19] </w:t>
      </w:r>
      <w:r>
        <w:t>It is very, very important because people always are engaged in justified evils</w:t>
      </w:r>
    </w:p>
    <w:p>
      <w:pPr>
        <w:jc w:val="right"/>
      </w:pPr>
      <w:r>
        <w:t>It is very, very important because people always are engaged in justified evils</w:t>
      </w:r>
    </w:p>
    <w:p>
      <w:r>
        <w:rPr>
          <w:b/>
        </w:rPr>
        <w:t xml:space="preserve">[39:26] </w:t>
      </w:r>
      <w:r>
        <w:t>without knowing that it is evil.</w:t>
      </w:r>
    </w:p>
    <w:p>
      <w:pPr>
        <w:jc w:val="right"/>
      </w:pPr>
      <w:r>
        <w:t>without knowing that it is evil.</w:t>
      </w:r>
    </w:p>
    <w:p>
      <w:r>
        <w:rPr>
          <w:b/>
        </w:rPr>
        <w:t xml:space="preserve">[39:32] </w:t>
      </w:r>
      <w:r>
        <w:t>They are engaged in evil and they don't know that they are engaged in evil because those evils</w:t>
      </w:r>
    </w:p>
    <w:p>
      <w:pPr>
        <w:jc w:val="right"/>
      </w:pPr>
      <w:r>
        <w:t>They are engaged in evil and they don't know that they are engaged in evil because those evils</w:t>
      </w:r>
    </w:p>
    <w:p>
      <w:r>
        <w:rPr>
          <w:b/>
        </w:rPr>
        <w:t xml:space="preserve">[39:38] </w:t>
      </w:r>
      <w:r>
        <w:t>are justified evils in our society.</w:t>
      </w:r>
    </w:p>
    <w:p>
      <w:pPr>
        <w:jc w:val="right"/>
      </w:pPr>
      <w:r>
        <w:t>are justified evils in our society.</w:t>
      </w:r>
    </w:p>
    <w:p>
      <w:r>
        <w:rPr>
          <w:b/>
        </w:rPr>
        <w:t xml:space="preserve">[39:45] </w:t>
      </w:r>
      <w:r>
        <w:t>So you must be very, very conscious.</w:t>
      </w:r>
    </w:p>
    <w:p>
      <w:pPr>
        <w:jc w:val="right"/>
      </w:pPr>
      <w:r>
        <w:t>So you must be very, very conscious.</w:t>
      </w:r>
    </w:p>
    <w:p>
      <w:r>
        <w:rPr>
          <w:b/>
        </w:rPr>
        <w:t xml:space="preserve">[39:51] </w:t>
      </w:r>
      <w:r>
        <w:t>After a great analysis you must</w:t>
      </w:r>
    </w:p>
    <w:p>
      <w:pPr>
        <w:jc w:val="right"/>
      </w:pPr>
      <w:r>
        <w:t>After a great analysis you must</w:t>
      </w:r>
    </w:p>
    <w:p>
      <w:r>
        <w:rPr>
          <w:b/>
        </w:rPr>
        <w:t xml:space="preserve">[39:57] </w:t>
      </w:r>
      <w:r>
        <w:t>know that there are two kinds of evils - justified evils and unjustified evils.</w:t>
      </w:r>
    </w:p>
    <w:p>
      <w:pPr>
        <w:jc w:val="right"/>
      </w:pPr>
      <w:r>
        <w:t>know that there are two kinds of evils - justified evils and unjustified evils.</w:t>
      </w:r>
    </w:p>
    <w:p>
      <w:r>
        <w:rPr>
          <w:b/>
        </w:rPr>
        <w:t xml:space="preserve">[40:03] </w:t>
      </w:r>
      <w:r>
        <w:t>For example at present Muslims are engaged in Jihad.</w:t>
      </w:r>
    </w:p>
    <w:p>
      <w:pPr>
        <w:jc w:val="right"/>
      </w:pPr>
      <w:r>
        <w:t>For example at present Muslims are engaged in Jihad.</w:t>
      </w:r>
    </w:p>
    <w:p>
      <w:r>
        <w:rPr>
          <w:b/>
        </w:rPr>
        <w:t xml:space="preserve">[40:09] </w:t>
      </w:r>
      <w:r>
        <w:t>What is this?</w:t>
      </w:r>
    </w:p>
    <w:p>
      <w:pPr>
        <w:jc w:val="right"/>
      </w:pPr>
      <w:r>
        <w:t>What is this?</w:t>
      </w:r>
    </w:p>
    <w:p>
      <w:r>
        <w:rPr>
          <w:b/>
        </w:rPr>
        <w:t xml:space="preserve">[40:15] </w:t>
      </w:r>
      <w:r>
        <w:t>It is justified evil.</w:t>
      </w:r>
    </w:p>
    <w:p>
      <w:pPr>
        <w:jc w:val="right"/>
      </w:pPr>
      <w:r>
        <w:t>It is justified evil.</w:t>
      </w:r>
    </w:p>
    <w:p>
      <w:r>
        <w:rPr>
          <w:b/>
        </w:rPr>
        <w:t xml:space="preserve">[40:21] </w:t>
      </w:r>
      <w:r>
        <w:t>It is justified evil.</w:t>
      </w:r>
    </w:p>
    <w:p>
      <w:pPr>
        <w:jc w:val="right"/>
      </w:pPr>
      <w:r>
        <w:t>It is justified evil.</w:t>
      </w:r>
    </w:p>
    <w:p>
      <w:r>
        <w:rPr>
          <w:b/>
        </w:rPr>
        <w:t xml:space="preserve">[40:28] </w:t>
      </w:r>
      <w:r>
        <w:t>Why do I say like this?</w:t>
      </w:r>
    </w:p>
    <w:p>
      <w:pPr>
        <w:jc w:val="right"/>
      </w:pPr>
      <w:r>
        <w:t>Why do I say like this?</w:t>
      </w:r>
    </w:p>
    <w:p>
      <w:r>
        <w:rPr>
          <w:b/>
        </w:rPr>
        <w:t xml:space="preserve">[40:33] </w:t>
      </w:r>
      <w:r>
        <w:t>Because who is doing this Jihad?</w:t>
      </w:r>
    </w:p>
    <w:p>
      <w:pPr>
        <w:jc w:val="right"/>
      </w:pPr>
      <w:r>
        <w:t>Because who is doing this Jihad?</w:t>
      </w:r>
    </w:p>
    <w:p>
      <w:r>
        <w:rPr>
          <w:b/>
        </w:rPr>
        <w:t xml:space="preserve">[40:38] </w:t>
      </w:r>
      <w:r>
        <w:t>Who is doing this Jihad?</w:t>
      </w:r>
    </w:p>
    <w:p>
      <w:pPr>
        <w:jc w:val="right"/>
      </w:pPr>
      <w:r>
        <w:t>Who is doing this Jihad?</w:t>
      </w:r>
    </w:p>
    <w:p>
      <w:r>
        <w:rPr>
          <w:b/>
        </w:rPr>
        <w:t xml:space="preserve">[40:44] </w:t>
      </w:r>
      <w:r>
        <w:t>It is individuals or organizations and not the state.</w:t>
      </w:r>
    </w:p>
    <w:p>
      <w:pPr>
        <w:jc w:val="right"/>
      </w:pPr>
      <w:r>
        <w:t>It is individuals or organizations and not the state.</w:t>
      </w:r>
    </w:p>
    <w:p>
      <w:r>
        <w:rPr>
          <w:b/>
        </w:rPr>
        <w:t xml:space="preserve">[40:49] </w:t>
      </w:r>
      <w:r>
        <w:t>No Muslim state is engaged in these Jihads.</w:t>
      </w:r>
    </w:p>
    <w:p>
      <w:pPr>
        <w:jc w:val="right"/>
      </w:pPr>
      <w:r>
        <w:t>No Muslim state is engaged in these Jihads.</w:t>
      </w:r>
    </w:p>
    <w:p>
      <w:r>
        <w:rPr>
          <w:b/>
        </w:rPr>
        <w:t xml:space="preserve">[40:54] </w:t>
      </w:r>
      <w:r>
        <w:t>Everywhere you see Jihad - in Kashmir, in Palestine, in Philippines - everywhere, everywhere, everywhere.</w:t>
      </w:r>
    </w:p>
    <w:p>
      <w:pPr>
        <w:jc w:val="right"/>
      </w:pPr>
      <w:r>
        <w:t>Everywhere you see Jihad - in Kashmir, in Palestine, in Philippines - everywhere, everywhere, everywhere.</w:t>
      </w:r>
    </w:p>
    <w:p>
      <w:r>
        <w:rPr>
          <w:b/>
        </w:rPr>
        <w:t xml:space="preserve">[40:59] </w:t>
      </w:r>
      <w:r>
        <w:t>But who are engaged in this Jihad?</w:t>
      </w:r>
    </w:p>
    <w:p>
      <w:pPr>
        <w:jc w:val="right"/>
      </w:pPr>
      <w:r>
        <w:t>But who are engaged in this Jihad?</w:t>
      </w:r>
    </w:p>
    <w:p>
      <w:r>
        <w:rPr>
          <w:b/>
        </w:rPr>
        <w:t xml:space="preserve">[41:05] </w:t>
      </w:r>
      <w:r>
        <w:t>They are Muslims as an individual or organizations.</w:t>
      </w:r>
    </w:p>
    <w:p>
      <w:pPr>
        <w:jc w:val="right"/>
      </w:pPr>
      <w:r>
        <w:t>They are Muslims as an individual or organizations.</w:t>
      </w:r>
    </w:p>
    <w:p>
      <w:r>
        <w:rPr>
          <w:b/>
        </w:rPr>
        <w:t xml:space="preserve">[41:10] </w:t>
      </w:r>
      <w:r>
        <w:t>In other words non-governmental agencies are indulged in this Jihad.</w:t>
      </w:r>
    </w:p>
    <w:p>
      <w:pPr>
        <w:jc w:val="right"/>
      </w:pPr>
      <w:r>
        <w:t>In other words non-governmental agencies are indulged in this Jihad.</w:t>
      </w:r>
    </w:p>
    <w:p>
      <w:r>
        <w:rPr>
          <w:b/>
        </w:rPr>
        <w:t xml:space="preserve">[41:15] </w:t>
      </w:r>
      <w:r>
        <w:t>Now what is the condition of Jihad in Islam?</w:t>
      </w:r>
    </w:p>
    <w:p>
      <w:pPr>
        <w:jc w:val="right"/>
      </w:pPr>
      <w:r>
        <w:t>Now what is the condition of Jihad in Islam?</w:t>
      </w:r>
    </w:p>
    <w:p>
      <w:r>
        <w:rPr>
          <w:b/>
        </w:rPr>
        <w:t xml:space="preserve">[41:20] </w:t>
      </w:r>
      <w:r>
        <w:t>What is the condition of Jihad in Islam?</w:t>
      </w:r>
    </w:p>
    <w:p>
      <w:pPr>
        <w:jc w:val="right"/>
      </w:pPr>
      <w:r>
        <w:t>What is the condition of Jihad in Islam?</w:t>
      </w:r>
    </w:p>
    <w:p>
      <w:r>
        <w:rPr>
          <w:b/>
        </w:rPr>
        <w:t xml:space="preserve">[41:26] </w:t>
      </w:r>
      <w:r>
        <w:t>It is an accepted condition that</w:t>
      </w:r>
    </w:p>
    <w:p>
      <w:pPr>
        <w:jc w:val="right"/>
      </w:pPr>
      <w:r>
        <w:t>It is an accepted condition that</w:t>
      </w:r>
    </w:p>
    <w:p>
      <w:r>
        <w:rPr>
          <w:b/>
        </w:rPr>
        <w:t xml:space="preserve">[41:31] </w:t>
      </w:r>
      <w:r>
        <w:t>Ar-Rahilu lil-Imam.</w:t>
      </w:r>
    </w:p>
    <w:p>
      <w:pPr>
        <w:jc w:val="right"/>
      </w:pPr>
      <w:r>
        <w:t>Ar-Rahilu lil-Imam.</w:t>
      </w:r>
    </w:p>
    <w:p>
      <w:r>
        <w:rPr>
          <w:b/>
        </w:rPr>
        <w:t xml:space="preserve">[41:39] </w:t>
      </w:r>
      <w:r>
        <w:t>It is an accepted condition for Jihad.</w:t>
      </w:r>
    </w:p>
    <w:p>
      <w:pPr>
        <w:jc w:val="right"/>
      </w:pPr>
      <w:r>
        <w:t>It is an accepted condition for Jihad.</w:t>
      </w:r>
    </w:p>
    <w:p>
      <w:r>
        <w:rPr>
          <w:b/>
        </w:rPr>
        <w:t xml:space="preserve">[41:46] </w:t>
      </w:r>
      <w:r>
        <w:t>It means that to declare a war is a prerogative of established state.</w:t>
      </w:r>
    </w:p>
    <w:p>
      <w:pPr>
        <w:jc w:val="right"/>
      </w:pPr>
      <w:r>
        <w:t>It means that to declare a war is a prerogative of established state.</w:t>
      </w:r>
    </w:p>
    <w:p>
      <w:r>
        <w:rPr>
          <w:b/>
        </w:rPr>
        <w:t xml:space="preserve">[41:54] </w:t>
      </w:r>
      <w:r>
        <w:t>No agency other than a state, no agency, no organization, no individual other than a state</w:t>
      </w:r>
    </w:p>
    <w:p>
      <w:pPr>
        <w:jc w:val="right"/>
      </w:pPr>
      <w:r>
        <w:t>No agency other than a state, no agency, no organization, no individual other than a state</w:t>
      </w:r>
    </w:p>
    <w:p>
      <w:r>
        <w:rPr>
          <w:b/>
        </w:rPr>
        <w:t xml:space="preserve">[42:02] </w:t>
      </w:r>
      <w:r>
        <w:t>is allowed to go to war.</w:t>
      </w:r>
    </w:p>
    <w:p>
      <w:pPr>
        <w:jc w:val="right"/>
      </w:pPr>
      <w:r>
        <w:t>is allowed to go to war.</w:t>
      </w:r>
    </w:p>
    <w:p>
      <w:r>
        <w:rPr>
          <w:b/>
        </w:rPr>
        <w:t xml:space="preserve">[42:08] </w:t>
      </w:r>
      <w:r>
        <w:t>So all these Jihad are justified evils.</w:t>
      </w:r>
    </w:p>
    <w:p>
      <w:pPr>
        <w:jc w:val="right"/>
      </w:pPr>
      <w:r>
        <w:t>So all these Jihad are justified evils.</w:t>
      </w:r>
    </w:p>
    <w:p>
      <w:r>
        <w:rPr>
          <w:b/>
        </w:rPr>
        <w:t xml:space="preserve">[42:15] </w:t>
      </w:r>
      <w:r>
        <w:t>Justified evils because according to the conditions given in Quran and Hadith it is not Jihad.</w:t>
      </w:r>
    </w:p>
    <w:p>
      <w:pPr>
        <w:jc w:val="right"/>
      </w:pPr>
      <w:r>
        <w:t>Justified evils because according to the conditions given in Quran and Hadith it is not Jihad.</w:t>
      </w:r>
    </w:p>
    <w:p>
      <w:r>
        <w:rPr>
          <w:b/>
        </w:rPr>
        <w:t xml:space="preserve">[42:21] </w:t>
      </w:r>
      <w:r>
        <w:t>Jihad is an act of state.</w:t>
      </w:r>
    </w:p>
    <w:p>
      <w:pPr>
        <w:jc w:val="right"/>
      </w:pPr>
      <w:r>
        <w:t>Jihad is an act of state.</w:t>
      </w:r>
    </w:p>
    <w:p>
      <w:r>
        <w:rPr>
          <w:b/>
        </w:rPr>
        <w:t xml:space="preserve">[42:27] </w:t>
      </w:r>
      <w:r>
        <w:t>Jihad is not an act</w:t>
      </w:r>
    </w:p>
    <w:p>
      <w:pPr>
        <w:jc w:val="right"/>
      </w:pPr>
      <w:r>
        <w:t>Jihad is not an act</w:t>
      </w:r>
    </w:p>
    <w:p>
      <w:r>
        <w:rPr>
          <w:b/>
        </w:rPr>
        <w:t xml:space="preserve">[42:34] </w:t>
      </w:r>
      <w:r>
        <w:t>of some Muslim organizations.</w:t>
      </w:r>
    </w:p>
    <w:p>
      <w:pPr>
        <w:jc w:val="right"/>
      </w:pPr>
      <w:r>
        <w:t>of some Muslim organizations.</w:t>
      </w:r>
    </w:p>
    <w:p>
      <w:r>
        <w:rPr>
          <w:b/>
        </w:rPr>
        <w:t xml:space="preserve">[42:41] </w:t>
      </w:r>
      <w:r>
        <w:t>So it is completely unlawful. Completely unlawful.</w:t>
      </w:r>
    </w:p>
    <w:p>
      <w:pPr>
        <w:jc w:val="right"/>
      </w:pPr>
      <w:r>
        <w:t>So it is completely unlawful. Completely unlawful.</w:t>
      </w:r>
    </w:p>
    <w:p>
      <w:r>
        <w:rPr>
          <w:b/>
        </w:rPr>
        <w:t xml:space="preserve">[42:49] </w:t>
      </w:r>
      <w:r>
        <w:t>One as an individual can pray.</w:t>
      </w:r>
    </w:p>
    <w:p>
      <w:pPr>
        <w:jc w:val="right"/>
      </w:pPr>
      <w:r>
        <w:t>One as an individual can pray.</w:t>
      </w:r>
    </w:p>
    <w:p>
      <w:r>
        <w:rPr>
          <w:b/>
        </w:rPr>
        <w:t xml:space="preserve">[42:56] </w:t>
      </w:r>
      <w:r>
        <w:t>One as an individual can pray, can fast,</w:t>
      </w:r>
    </w:p>
    <w:p>
      <w:pPr>
        <w:jc w:val="right"/>
      </w:pPr>
      <w:r>
        <w:t>One as an individual can pray, can fast,</w:t>
      </w:r>
    </w:p>
    <w:p>
      <w:r>
        <w:rPr>
          <w:b/>
        </w:rPr>
        <w:t xml:space="preserve">[43:04] </w:t>
      </w:r>
      <w:r>
        <w:t>can perform Umrah.</w:t>
      </w:r>
    </w:p>
    <w:p>
      <w:pPr>
        <w:jc w:val="right"/>
      </w:pPr>
      <w:r>
        <w:t>can perform Umrah.</w:t>
      </w:r>
    </w:p>
    <w:p>
      <w:r>
        <w:rPr>
          <w:b/>
        </w:rPr>
        <w:t xml:space="preserve">[43:09] </w:t>
      </w:r>
      <w:r>
        <w:t>All these things are individual acts.</w:t>
      </w:r>
    </w:p>
    <w:p>
      <w:pPr>
        <w:jc w:val="right"/>
      </w:pPr>
      <w:r>
        <w:t>All these things are individual acts.</w:t>
      </w:r>
    </w:p>
    <w:p>
      <w:r>
        <w:rPr>
          <w:b/>
        </w:rPr>
        <w:t xml:space="preserve">[43:14] </w:t>
      </w:r>
      <w:r>
        <w:t>But Jihad is not this kind of practice.</w:t>
      </w:r>
    </w:p>
    <w:p>
      <w:pPr>
        <w:jc w:val="right"/>
      </w:pPr>
      <w:r>
        <w:t>But Jihad is not this kind of practice.</w:t>
      </w:r>
    </w:p>
    <w:p>
      <w:r>
        <w:rPr>
          <w:b/>
        </w:rPr>
        <w:t xml:space="preserve">[43:19] </w:t>
      </w:r>
      <w:r>
        <w:t>Jihad is an act of state.</w:t>
      </w:r>
    </w:p>
    <w:p>
      <w:pPr>
        <w:jc w:val="right"/>
      </w:pPr>
      <w:r>
        <w:t>Jihad is an act of state.</w:t>
      </w:r>
    </w:p>
    <w:p>
      <w:r>
        <w:rPr>
          <w:b/>
        </w:rPr>
        <w:t xml:space="preserve">[43:24] </w:t>
      </w:r>
      <w:r>
        <w:t>Jihad is not an act of individuals or act of independent organizations.</w:t>
      </w:r>
    </w:p>
    <w:p>
      <w:pPr>
        <w:jc w:val="right"/>
      </w:pPr>
      <w:r>
        <w:t>Jihad is not an act of individuals or act of independent organizations.</w:t>
      </w:r>
    </w:p>
    <w:p>
      <w:r>
        <w:rPr>
          <w:b/>
        </w:rPr>
        <w:t xml:space="preserve">[43:29] </w:t>
      </w:r>
      <w:r>
        <w:t>Jihad is completely an act of state.</w:t>
      </w:r>
    </w:p>
    <w:p>
      <w:pPr>
        <w:jc w:val="right"/>
      </w:pPr>
      <w:r>
        <w:t>Jihad is completely an act of state.</w:t>
      </w:r>
    </w:p>
    <w:p>
      <w:r>
        <w:rPr>
          <w:b/>
        </w:rPr>
        <w:t xml:space="preserve">[43:34] </w:t>
      </w:r>
      <w:r>
        <w:t>Now what is terrorism?</w:t>
      </w:r>
    </w:p>
    <w:p>
      <w:pPr>
        <w:jc w:val="right"/>
      </w:pPr>
      <w:r>
        <w:t>Now what is terrorism?</w:t>
      </w:r>
    </w:p>
    <w:p>
      <w:r>
        <w:rPr>
          <w:b/>
        </w:rPr>
        <w:t xml:space="preserve">[43:42] </w:t>
      </w:r>
      <w:r>
        <w:t>According to my study terrorism is according to my study the definition of terrorism.</w:t>
      </w:r>
    </w:p>
    <w:p>
      <w:pPr>
        <w:jc w:val="right"/>
      </w:pPr>
      <w:r>
        <w:t>According to my study terrorism is according to my study the definition of terrorism.</w:t>
      </w:r>
    </w:p>
    <w:p>
      <w:r>
        <w:rPr>
          <w:b/>
        </w:rPr>
        <w:t xml:space="preserve">[43:49] </w:t>
      </w:r>
      <w:r>
        <w:t>The definition of terrorism is that to use arms other than a state.</w:t>
      </w:r>
    </w:p>
    <w:p>
      <w:pPr>
        <w:jc w:val="right"/>
      </w:pPr>
      <w:r>
        <w:t>The definition of terrorism is that to use arms other than a state.</w:t>
      </w:r>
    </w:p>
    <w:p>
      <w:r>
        <w:rPr>
          <w:b/>
        </w:rPr>
        <w:t xml:space="preserve">[43:57] </w:t>
      </w:r>
      <w:r>
        <w:t>Every act when other than a state any</w:t>
      </w:r>
    </w:p>
    <w:p>
      <w:pPr>
        <w:jc w:val="right"/>
      </w:pPr>
      <w:r>
        <w:t>Every act when other than a state any</w:t>
      </w:r>
    </w:p>
    <w:p>
      <w:r>
        <w:rPr>
          <w:b/>
        </w:rPr>
        <w:t xml:space="preserve">[44:04] </w:t>
      </w:r>
      <w:r>
        <w:t>one or any group is using arms that is terrorism.</w:t>
      </w:r>
    </w:p>
    <w:p>
      <w:pPr>
        <w:jc w:val="right"/>
      </w:pPr>
      <w:r>
        <w:t>one or any group is using arms that is terrorism.</w:t>
      </w:r>
    </w:p>
    <w:p>
      <w:r>
        <w:rPr>
          <w:b/>
        </w:rPr>
        <w:t xml:space="preserve">[44:10] </w:t>
      </w:r>
      <w:r>
        <w:t>So all these people who are engaged in the name of Jihad that is terrorism.</w:t>
      </w:r>
    </w:p>
    <w:p>
      <w:pPr>
        <w:jc w:val="right"/>
      </w:pPr>
      <w:r>
        <w:t>So all these people who are engaged in the name of Jihad that is terrorism.</w:t>
      </w:r>
    </w:p>
    <w:p>
      <w:r>
        <w:rPr>
          <w:b/>
        </w:rPr>
        <w:t xml:space="preserve">[44:16] </w:t>
      </w:r>
      <w:r>
        <w:t>It is not Jihad.</w:t>
      </w:r>
    </w:p>
    <w:p>
      <w:pPr>
        <w:jc w:val="right"/>
      </w:pPr>
      <w:r>
        <w:t>It is not Jihad.</w:t>
      </w:r>
    </w:p>
    <w:p>
      <w:r>
        <w:rPr>
          <w:b/>
        </w:rPr>
        <w:t xml:space="preserve">[44:22] </w:t>
      </w:r>
      <w:r>
        <w:t>No one can say that states there are you know there are 57 Muslim states in our present world.</w:t>
      </w:r>
    </w:p>
    <w:p>
      <w:pPr>
        <w:jc w:val="right"/>
      </w:pPr>
      <w:r>
        <w:t>No one can say that states there are you know there are 57 Muslim states in our present world.</w:t>
      </w:r>
    </w:p>
    <w:p>
      <w:r>
        <w:rPr>
          <w:b/>
        </w:rPr>
        <w:t xml:space="preserve">[44:28] </w:t>
      </w:r>
      <w:r>
        <w:t>In our present</w:t>
      </w:r>
    </w:p>
    <w:p>
      <w:pPr>
        <w:jc w:val="right"/>
      </w:pPr>
      <w:r>
        <w:t>In our present</w:t>
      </w:r>
    </w:p>
    <w:p>
      <w:r>
        <w:rPr>
          <w:b/>
        </w:rPr>
        <w:t xml:space="preserve">[44:34] </w:t>
      </w:r>
      <w:r>
        <w:t>world there are 57 Muslim states.</w:t>
      </w:r>
    </w:p>
    <w:p>
      <w:pPr>
        <w:jc w:val="right"/>
      </w:pPr>
      <w:r>
        <w:t>world there are 57 Muslim states.</w:t>
      </w:r>
    </w:p>
    <w:p>
      <w:r>
        <w:rPr>
          <w:b/>
        </w:rPr>
        <w:t xml:space="preserve">[44:39] </w:t>
      </w:r>
      <w:r>
        <w:t>But no state is engaged in this Jihad.</w:t>
      </w:r>
    </w:p>
    <w:p>
      <w:pPr>
        <w:jc w:val="right"/>
      </w:pPr>
      <w:r>
        <w:t>But no state is engaged in this Jihad.</w:t>
      </w:r>
    </w:p>
    <w:p>
      <w:r>
        <w:rPr>
          <w:b/>
        </w:rPr>
        <w:t xml:space="preserve">[44:43] </w:t>
      </w:r>
      <w:r>
        <w:t>Only some individuals, only some independent organizations.</w:t>
      </w:r>
    </w:p>
    <w:p>
      <w:pPr>
        <w:jc w:val="right"/>
      </w:pPr>
      <w:r>
        <w:t>Only some individuals, only some independent organizations.</w:t>
      </w:r>
    </w:p>
    <w:p>
      <w:r>
        <w:rPr>
          <w:b/>
        </w:rPr>
        <w:t xml:space="preserve">[44:48] </w:t>
      </w:r>
      <w:r>
        <w:t>So it is not Jihad.</w:t>
      </w:r>
    </w:p>
    <w:p>
      <w:pPr>
        <w:jc w:val="right"/>
      </w:pPr>
      <w:r>
        <w:t>So it is not Jihad.</w:t>
      </w:r>
    </w:p>
    <w:p>
      <w:r>
        <w:rPr>
          <w:b/>
        </w:rPr>
        <w:t xml:space="preserve">[44:52] </w:t>
      </w:r>
      <w:r>
        <w:t>But they have justified it.</w:t>
      </w:r>
    </w:p>
    <w:p>
      <w:pPr>
        <w:jc w:val="right"/>
      </w:pPr>
      <w:r>
        <w:t>But they have justified it.</w:t>
      </w:r>
    </w:p>
    <w:p>
      <w:r>
        <w:rPr>
          <w:b/>
        </w:rPr>
        <w:t xml:space="preserve">[44:57] </w:t>
      </w:r>
      <w:r>
        <w:t>It is so it is justified evil.</w:t>
      </w:r>
    </w:p>
    <w:p>
      <w:pPr>
        <w:jc w:val="right"/>
      </w:pPr>
      <w:r>
        <w:t>It is so it is justified evil.</w:t>
      </w:r>
    </w:p>
    <w:p>
      <w:r>
        <w:rPr>
          <w:b/>
        </w:rPr>
        <w:t xml:space="preserve">[45:01] </w:t>
      </w:r>
      <w:r>
        <w:t>It is justified evil.</w:t>
      </w:r>
    </w:p>
    <w:p>
      <w:pPr>
        <w:jc w:val="right"/>
      </w:pPr>
      <w:r>
        <w:t>It is justified evil.</w:t>
      </w:r>
    </w:p>
    <w:p>
      <w:r>
        <w:rPr>
          <w:b/>
        </w:rPr>
        <w:t xml:space="preserve">[45:05] </w:t>
      </w:r>
      <w:r>
        <w:t>So it is very important to know the difference between justified evil and unjustified evil.</w:t>
      </w:r>
    </w:p>
    <w:p>
      <w:pPr>
        <w:jc w:val="right"/>
      </w:pPr>
      <w:r>
        <w:t>So it is very important to know the difference between justified evil and unjustified evil.</w:t>
      </w:r>
    </w:p>
    <w:p>
      <w:r>
        <w:rPr>
          <w:b/>
        </w:rPr>
        <w:t xml:space="preserve">[45:20] </w:t>
      </w:r>
      <w:r>
        <w:t>People generally know the justified evil that is wine, alcohol, and adultery and killing and telling a lie. So</w:t>
      </w:r>
    </w:p>
    <w:p>
      <w:pPr>
        <w:jc w:val="right"/>
      </w:pPr>
      <w:r>
        <w:t>People generally know the justified evil that is wine, alcohol, and adultery and killing and telling a lie. So</w:t>
      </w:r>
    </w:p>
    <w:p>
      <w:r>
        <w:rPr>
          <w:b/>
        </w:rPr>
        <w:t xml:space="preserve">[45:36] </w:t>
      </w:r>
      <w:r>
        <w:t>they try to reference from these evils.</w:t>
      </w:r>
    </w:p>
    <w:p>
      <w:pPr>
        <w:jc w:val="right"/>
      </w:pPr>
      <w:r>
        <w:t>they try to reference from these evils.</w:t>
      </w:r>
    </w:p>
    <w:p>
      <w:r>
        <w:rPr>
          <w:b/>
        </w:rPr>
        <w:t xml:space="preserve">[45:40] </w:t>
      </w:r>
      <w:r>
        <w:t>But there are so many, so many, so many other practices.</w:t>
      </w:r>
    </w:p>
    <w:p>
      <w:pPr>
        <w:jc w:val="right"/>
      </w:pPr>
      <w:r>
        <w:t>But there are so many, so many, so many other practices.</w:t>
      </w:r>
    </w:p>
    <w:p>
      <w:r>
        <w:rPr>
          <w:b/>
        </w:rPr>
        <w:t xml:space="preserve">[45:44] </w:t>
      </w:r>
      <w:r>
        <w:t>They are engaged in these practices although they are bad.</w:t>
      </w:r>
    </w:p>
    <w:p>
      <w:pPr>
        <w:jc w:val="right"/>
      </w:pPr>
      <w:r>
        <w:t>They are engaged in these practices although they are bad.</w:t>
      </w:r>
    </w:p>
    <w:p>
      <w:r>
        <w:rPr>
          <w:b/>
        </w:rPr>
        <w:t xml:space="preserve">[45:49] </w:t>
      </w:r>
      <w:r>
        <w:t>They are wrong.</w:t>
      </w:r>
    </w:p>
    <w:p>
      <w:pPr>
        <w:jc w:val="right"/>
      </w:pPr>
      <w:r>
        <w:t>They are wrong.</w:t>
      </w:r>
    </w:p>
    <w:p>
      <w:r>
        <w:rPr>
          <w:b/>
        </w:rPr>
        <w:t xml:space="preserve">[45:53] </w:t>
      </w:r>
      <w:r>
        <w:t>They are sin. Why?</w:t>
      </w:r>
    </w:p>
    <w:p>
      <w:pPr>
        <w:jc w:val="right"/>
      </w:pPr>
      <w:r>
        <w:t>They are sin. Why?</w:t>
      </w:r>
    </w:p>
    <w:p>
      <w:r>
        <w:rPr>
          <w:b/>
        </w:rPr>
        <w:t xml:space="preserve">[45:58] </w:t>
      </w:r>
      <w:r>
        <w:t>Because they have justified it.</w:t>
      </w:r>
    </w:p>
    <w:p>
      <w:pPr>
        <w:jc w:val="right"/>
      </w:pPr>
      <w:r>
        <w:t>Because they have justified it.</w:t>
      </w:r>
    </w:p>
    <w:p>
      <w:r>
        <w:rPr>
          <w:b/>
        </w:rPr>
        <w:t xml:space="preserve">[46:02] </w:t>
      </w:r>
      <w:r>
        <w:t>Or according to this Hadith</w:t>
      </w:r>
    </w:p>
    <w:p>
      <w:pPr>
        <w:jc w:val="right"/>
      </w:pPr>
      <w:r>
        <w:t>Or according to this Hadith</w:t>
      </w:r>
    </w:p>
    <w:p>
      <w:r>
        <w:rPr>
          <w:b/>
        </w:rPr>
        <w:t xml:space="preserve">[46:06] </w:t>
      </w:r>
      <w:r>
        <w:t>they will give they will change the name.</w:t>
      </w:r>
    </w:p>
    <w:p>
      <w:pPr>
        <w:jc w:val="right"/>
      </w:pPr>
      <w:r>
        <w:t>they will give they will change the name.</w:t>
      </w:r>
    </w:p>
    <w:p>
      <w:r>
        <w:rPr>
          <w:b/>
        </w:rPr>
        <w:t xml:space="preserve">[46:12] </w:t>
      </w:r>
      <w:r>
        <w:t>They will change the name of that evil.</w:t>
      </w:r>
    </w:p>
    <w:p>
      <w:pPr>
        <w:jc w:val="right"/>
      </w:pPr>
      <w:r>
        <w:t>They will change the name of that evil.</w:t>
      </w:r>
    </w:p>
    <w:p>
      <w:r>
        <w:rPr>
          <w:b/>
        </w:rPr>
        <w:t xml:space="preserve">[46:17] </w:t>
      </w:r>
      <w:r>
        <w:t>They will change the name of that evil and then make it laughable.</w:t>
      </w:r>
    </w:p>
    <w:p>
      <w:pPr>
        <w:jc w:val="right"/>
      </w:pPr>
      <w:r>
        <w:t>They will change the name of that evil and then make it laughable.</w:t>
      </w:r>
    </w:p>
    <w:p>
      <w:r>
        <w:rPr>
          <w:b/>
        </w:rPr>
        <w:t xml:space="preserve">[46:22] </w:t>
      </w:r>
      <w:r>
        <w:t>So it is justified evil.</w:t>
      </w:r>
    </w:p>
    <w:p>
      <w:pPr>
        <w:jc w:val="right"/>
      </w:pPr>
      <w:r>
        <w:t>So it is justified evil.</w:t>
      </w:r>
    </w:p>
    <w:p>
      <w:r>
        <w:rPr>
          <w:b/>
        </w:rPr>
        <w:t xml:space="preserve">[46:27] </w:t>
      </w:r>
      <w:r>
        <w:t>Here is the real Muhasaba.</w:t>
      </w:r>
    </w:p>
    <w:p>
      <w:pPr>
        <w:jc w:val="right"/>
      </w:pPr>
      <w:r>
        <w:t>Here is the real Muhasaba.</w:t>
      </w:r>
    </w:p>
    <w:p>
      <w:r>
        <w:rPr>
          <w:b/>
        </w:rPr>
        <w:t xml:space="preserve">[46:33] </w:t>
      </w:r>
      <w:r>
        <w:t>This is the real field of Muhasaba.</w:t>
      </w:r>
    </w:p>
    <w:p>
      <w:pPr>
        <w:jc w:val="right"/>
      </w:pPr>
      <w:r>
        <w:t>This is the real field of Muhasaba.</w:t>
      </w:r>
    </w:p>
    <w:p>
      <w:r>
        <w:rPr>
          <w:b/>
        </w:rPr>
        <w:t xml:space="preserve">[46:38] </w:t>
      </w:r>
      <w:r>
        <w:t>Muhasaba is not simply about those things that are unjustified.</w:t>
      </w:r>
    </w:p>
    <w:p>
      <w:pPr>
        <w:jc w:val="right"/>
      </w:pPr>
      <w:r>
        <w:t>Muhasaba is not simply about those things that are unjustified.</w:t>
      </w:r>
    </w:p>
    <w:p>
      <w:r>
        <w:rPr>
          <w:b/>
        </w:rPr>
        <w:t xml:space="preserve">[46:44] </w:t>
      </w:r>
      <w:r>
        <w:t>There is very clear Muhasaba.</w:t>
      </w:r>
    </w:p>
    <w:p>
      <w:pPr>
        <w:jc w:val="right"/>
      </w:pPr>
      <w:r>
        <w:t>There is very clear Muhasaba.</w:t>
      </w:r>
    </w:p>
    <w:p>
      <w:r>
        <w:rPr>
          <w:b/>
        </w:rPr>
        <w:t xml:space="preserve">[46:51] </w:t>
      </w:r>
      <w:r>
        <w:t>That kind of Muhasaba is very easy.</w:t>
      </w:r>
    </w:p>
    <w:p>
      <w:pPr>
        <w:jc w:val="right"/>
      </w:pPr>
      <w:r>
        <w:t>That kind of Muhasaba is very easy.</w:t>
      </w:r>
    </w:p>
    <w:p>
      <w:r>
        <w:rPr>
          <w:b/>
        </w:rPr>
        <w:t xml:space="preserve">[46:57] </w:t>
      </w:r>
      <w:r>
        <w:t>If you do Muhasaba only in those matters that are justified those matters those are unjustified evils.</w:t>
      </w:r>
    </w:p>
    <w:p>
      <w:pPr>
        <w:jc w:val="right"/>
      </w:pPr>
      <w:r>
        <w:t>If you do Muhasaba only in those matters that are justified those matters those are unjustified evils.</w:t>
      </w:r>
    </w:p>
    <w:p>
      <w:r>
        <w:rPr>
          <w:b/>
        </w:rPr>
        <w:t xml:space="preserve">[47:04] </w:t>
      </w:r>
      <w:r>
        <w:t>If you do Muhasaba only in those matters that are</w:t>
      </w:r>
    </w:p>
    <w:p>
      <w:pPr>
        <w:jc w:val="right"/>
      </w:pPr>
      <w:r>
        <w:t>If you do Muhasaba only in those matters that are</w:t>
      </w:r>
    </w:p>
    <w:p>
      <w:r>
        <w:rPr>
          <w:b/>
        </w:rPr>
        <w:t xml:space="preserve">[47:10] </w:t>
      </w:r>
      <w:r>
        <w:t>unjustified evils. So it is very easy. Very easy. But when you try to do Muhasaba in those matters that are justified evils that is very important very difficult. Here you need deconditioning of your mind. Because when</w:t>
      </w:r>
    </w:p>
    <w:p>
      <w:pPr>
        <w:jc w:val="right"/>
      </w:pPr>
      <w:r>
        <w:t>unjustified evils. So it is very easy. Very easy. But when you try to do Muhasaba in those matters that are justified evils that is very important very difficult. Here you need deconditioning of your mind. Because when</w:t>
      </w:r>
    </w:p>
    <w:p>
      <w:r>
        <w:rPr>
          <w:b/>
        </w:rPr>
        <w:t xml:space="preserve">[47:40] </w:t>
      </w:r>
      <w:r>
        <w:t>there is when people are engaged in justified evils for a period then it becomes their conditioning. Then they become conditioned in those evils. So when you try to save yourself from justified evils then you need great, great Muhasaba. H</w:t>
      </w:r>
    </w:p>
    <w:p>
      <w:pPr>
        <w:jc w:val="right"/>
      </w:pPr>
      <w:r>
        <w:t>there is when people are engaged in justified evils for a period then it becomes their conditioning. Then they become conditioned in those evils. So when you try to save yourself from justified evils then you need great, great Muhasaba. H</w:t>
      </w:r>
    </w:p>
    <w:p>
      <w:r>
        <w:rPr>
          <w:b/>
        </w:rPr>
        <w:t xml:space="preserve">[48:10] </w:t>
      </w:r>
      <w:r>
        <w:t>Here you need deconditioning your mind.</w:t>
      </w:r>
    </w:p>
    <w:p>
      <w:pPr>
        <w:jc w:val="right"/>
      </w:pPr>
      <w:r>
        <w:t>ere you need deconditioning your mind.</w:t>
      </w:r>
    </w:p>
    <w:p>
      <w:r>
        <w:rPr>
          <w:b/>
        </w:rPr>
        <w:t xml:space="preserve">[48:18] </w:t>
      </w:r>
      <w:r>
        <w:t>Here you need deconditioning your mind.</w:t>
      </w:r>
    </w:p>
    <w:p>
      <w:pPr>
        <w:jc w:val="right"/>
      </w:pPr>
      <w:r>
        <w:t>Here you need deconditioning your mind.</w:t>
      </w:r>
    </w:p>
    <w:p>
      <w:r>
        <w:rPr>
          <w:b/>
        </w:rPr>
        <w:t xml:space="preserve">[48:26] </w:t>
      </w:r>
      <w:r>
        <w:t>Here you need to yourself here you need to save yourself from biased thinking.</w:t>
      </w:r>
    </w:p>
    <w:p>
      <w:pPr>
        <w:jc w:val="right"/>
      </w:pPr>
      <w:r>
        <w:t>Here you need to yourself here you need to save yourself from biased thinking.</w:t>
      </w:r>
    </w:p>
    <w:p>
      <w:r>
        <w:rPr>
          <w:b/>
        </w:rPr>
        <w:t xml:space="preserve">[48:34] </w:t>
      </w:r>
      <w:r>
        <w:t>Here you need to introspect your inner self.</w:t>
      </w:r>
    </w:p>
    <w:p>
      <w:pPr>
        <w:jc w:val="right"/>
      </w:pPr>
      <w:r>
        <w:t>Here you need to introspect your inner self.</w:t>
      </w:r>
    </w:p>
    <w:p>
      <w:r>
        <w:rPr>
          <w:b/>
        </w:rPr>
        <w:t xml:space="preserve">[48:42] </w:t>
      </w:r>
      <w:r>
        <w:t>So when comes the issue of justified evils the matter becomes very, very difficult.</w:t>
      </w:r>
    </w:p>
    <w:p>
      <w:pPr>
        <w:jc w:val="right"/>
      </w:pPr>
      <w:r>
        <w:t>So when comes the issue of justified evils the matter becomes very, very difficult.</w:t>
      </w:r>
    </w:p>
    <w:p>
      <w:r>
        <w:rPr>
          <w:b/>
        </w:rPr>
        <w:t xml:space="preserve">[48:49] </w:t>
      </w:r>
      <w:r>
        <w:t>But it is necessary.</w:t>
      </w:r>
    </w:p>
    <w:p>
      <w:pPr>
        <w:jc w:val="right"/>
      </w:pPr>
      <w:r>
        <w:t>But it is necessary.</w:t>
      </w:r>
    </w:p>
    <w:p>
      <w:r>
        <w:rPr>
          <w:b/>
        </w:rPr>
        <w:t xml:space="preserve">[48:57] </w:t>
      </w:r>
      <w:r>
        <w:t>Without doing Muhasaba in these matters that I call justified evils you cannot be a true Mumin.</w:t>
      </w:r>
    </w:p>
    <w:p>
      <w:pPr>
        <w:jc w:val="right"/>
      </w:pPr>
      <w:r>
        <w:t>Without doing Muhasaba in these matters that I call justified evils you cannot be a true Mumin.</w:t>
      </w:r>
    </w:p>
    <w:p>
      <w:r>
        <w:rPr>
          <w:b/>
        </w:rPr>
        <w:t xml:space="preserve">[49:04] </w:t>
      </w:r>
      <w:r>
        <w:t>You cannot save yourself</w:t>
      </w:r>
    </w:p>
    <w:p>
      <w:pPr>
        <w:jc w:val="right"/>
      </w:pPr>
      <w:r>
        <w:t>You cannot save yourself</w:t>
      </w:r>
    </w:p>
    <w:p>
      <w:r>
        <w:rPr>
          <w:b/>
        </w:rPr>
        <w:t xml:space="preserve">[49:12] </w:t>
      </w:r>
      <w:r>
        <w:t>from sin. You cannot purify your soul. And you know Quran says only purified soul will go to Paradise. Only purified soul will be awarded Paradise. So it is very important to do Muhas</w:t>
      </w:r>
    </w:p>
    <w:p>
      <w:pPr>
        <w:jc w:val="right"/>
      </w:pPr>
      <w:r>
        <w:t>from sin. You cannot purify your soul. And you know Quran says only purified soul will go to Paradise. Only purified soul will be awarded Paradise. So it is very important to do Muhas</w:t>
      </w:r>
    </w:p>
    <w:p>
      <w:r>
        <w:rPr>
          <w:b/>
        </w:rPr>
        <w:t xml:space="preserve">[49:42] </w:t>
      </w:r>
      <w:r>
        <w:t>aba in matters that are justified evils.</w:t>
      </w:r>
    </w:p>
    <w:p>
      <w:pPr>
        <w:jc w:val="right"/>
      </w:pPr>
      <w:r>
        <w:t>aba in matters that are justified evils.</w:t>
      </w:r>
    </w:p>
    <w:p>
      <w:r>
        <w:rPr>
          <w:b/>
        </w:rPr>
        <w:t xml:space="preserve">[49:52] </w:t>
      </w:r>
      <w:r>
        <w:t>All those habits we have inculcated ourselves we have inculcated in ourselves that is hate against enemies, fight</w:t>
      </w:r>
    </w:p>
    <w:p>
      <w:pPr>
        <w:jc w:val="right"/>
      </w:pPr>
      <w:r>
        <w:t>All those habits we have inculcated ourselves we have inculcated in ourselves that is hate against enemies, fight</w:t>
      </w:r>
    </w:p>
    <w:p>
      <w:r>
        <w:rPr>
          <w:b/>
        </w:rPr>
        <w:t xml:space="preserve">[50:03] </w:t>
      </w:r>
      <w:r>
        <w:t>against enemies, suicide bombing against enemies, all those protests against</w:t>
      </w:r>
    </w:p>
    <w:p>
      <w:pPr>
        <w:jc w:val="right"/>
      </w:pPr>
      <w:r>
        <w:t>against enemies, suicide bombing against enemies, all those protests against</w:t>
      </w:r>
    </w:p>
    <w:p>
      <w:r>
        <w:rPr>
          <w:b/>
        </w:rPr>
        <w:t xml:space="preserve">[50:14] </w:t>
      </w:r>
      <w:r>
        <w:t>enemies, all those complaints against enemies all these things are justified evil.</w:t>
      </w:r>
    </w:p>
    <w:p>
      <w:pPr>
        <w:jc w:val="right"/>
      </w:pPr>
      <w:r>
        <w:t>enemies, all those complaints against enemies all these things are justified evil.</w:t>
      </w:r>
    </w:p>
    <w:p>
      <w:r>
        <w:rPr>
          <w:b/>
        </w:rPr>
        <w:t xml:space="preserve">[50:20] </w:t>
      </w:r>
      <w:r>
        <w:t>There is no enemy.</w:t>
      </w:r>
    </w:p>
    <w:p>
      <w:pPr>
        <w:jc w:val="right"/>
      </w:pPr>
      <w:r>
        <w:t>There is no enemy.</w:t>
      </w:r>
    </w:p>
    <w:p>
      <w:r>
        <w:rPr>
          <w:b/>
        </w:rPr>
        <w:t xml:space="preserve">[50:26] </w:t>
      </w:r>
      <w:r>
        <w:t>People generally talk in terms of atrocities, in terms of bias, in terms of conspiracy.</w:t>
      </w:r>
    </w:p>
    <w:p>
      <w:pPr>
        <w:jc w:val="right"/>
      </w:pPr>
      <w:r>
        <w:t>People generally talk in terms of atrocities, in terms of bias, in terms of conspiracy.</w:t>
      </w:r>
    </w:p>
    <w:p>
      <w:r>
        <w:rPr>
          <w:b/>
        </w:rPr>
        <w:t xml:space="preserve">[50:32] </w:t>
      </w:r>
      <w:r>
        <w:t>But it is also wrong.</w:t>
      </w:r>
    </w:p>
    <w:p>
      <w:pPr>
        <w:jc w:val="right"/>
      </w:pPr>
      <w:r>
        <w:t>But it is also wrong.</w:t>
      </w:r>
    </w:p>
    <w:p>
      <w:r>
        <w:rPr>
          <w:b/>
        </w:rPr>
        <w:t xml:space="preserve">[50:38] </w:t>
      </w:r>
      <w:r>
        <w:t>There are a number of verses in the Quran that tell us</w:t>
      </w:r>
    </w:p>
    <w:p>
      <w:pPr>
        <w:jc w:val="right"/>
      </w:pPr>
      <w:r>
        <w:t>There are a number of verses in the Quran that tell us</w:t>
      </w:r>
    </w:p>
    <w:p>
      <w:r>
        <w:rPr>
          <w:b/>
        </w:rPr>
        <w:t xml:space="preserve">[50:45] </w:t>
      </w:r>
      <w:r>
        <w:t>that there is no conspiracy.</w:t>
      </w:r>
    </w:p>
    <w:p>
      <w:pPr>
        <w:jc w:val="right"/>
      </w:pPr>
      <w:r>
        <w:t>that there is no conspiracy.</w:t>
      </w:r>
    </w:p>
    <w:p>
      <w:r>
        <w:rPr>
          <w:b/>
        </w:rPr>
        <w:t xml:space="preserve">[50:52] </w:t>
      </w:r>
      <w:r>
        <w:t>It is you who are responsible.</w:t>
      </w:r>
    </w:p>
    <w:p>
      <w:pPr>
        <w:jc w:val="right"/>
      </w:pPr>
      <w:r>
        <w:t>It is you who are responsible.</w:t>
      </w:r>
    </w:p>
    <w:p>
      <w:r>
        <w:rPr>
          <w:b/>
        </w:rPr>
        <w:t xml:space="preserve">[51:00] </w:t>
      </w:r>
      <w:r>
        <w:t>It is you you are responsible on your own not any enemy.</w:t>
      </w:r>
    </w:p>
    <w:p>
      <w:pPr>
        <w:jc w:val="right"/>
      </w:pPr>
      <w:r>
        <w:t>It is you you are responsible on your own not any enemy.</w:t>
      </w:r>
    </w:p>
    <w:p>
      <w:r>
        <w:rPr>
          <w:b/>
        </w:rPr>
        <w:t xml:space="preserve">[51:08] </w:t>
      </w:r>
      <w:r>
        <w:t>If you are suffering if you are deprived from something</w:t>
      </w:r>
    </w:p>
    <w:p>
      <w:pPr>
        <w:jc w:val="right"/>
      </w:pPr>
      <w:r>
        <w:t>If you are suffering if you are deprived from something</w:t>
      </w:r>
    </w:p>
    <w:p>
      <w:r>
        <w:rPr>
          <w:b/>
        </w:rPr>
        <w:t xml:space="preserve">[51:16] </w:t>
      </w:r>
      <w:r>
        <w:t>that is the price you are paying that is the price of your backwardness.</w:t>
      </w:r>
    </w:p>
    <w:p>
      <w:pPr>
        <w:jc w:val="right"/>
      </w:pPr>
      <w:r>
        <w:t>that is the price you are paying that is the price of your backwardness.</w:t>
      </w:r>
    </w:p>
    <w:p>
      <w:r>
        <w:rPr>
          <w:b/>
        </w:rPr>
        <w:t xml:space="preserve">[51:26] </w:t>
      </w:r>
      <w:r>
        <w:t>So we have to know that there are justified evils and people are engaged on these evils.</w:t>
      </w:r>
    </w:p>
    <w:p>
      <w:pPr>
        <w:jc w:val="right"/>
      </w:pPr>
      <w:r>
        <w:t>So we have to know that there are justified evils and people are engaged on these evils.</w:t>
      </w:r>
    </w:p>
    <w:p>
      <w:r>
        <w:rPr>
          <w:b/>
        </w:rPr>
        <w:t xml:space="preserve">[51:36] </w:t>
      </w:r>
      <w:r>
        <w:t>So you have to decondition your mind otherwise you cannot understand</w:t>
      </w:r>
    </w:p>
    <w:p>
      <w:pPr>
        <w:jc w:val="right"/>
      </w:pPr>
      <w:r>
        <w:t>So you have to decondition your mind otherwise you cannot understand</w:t>
      </w:r>
    </w:p>
    <w:p>
      <w:r>
        <w:rPr>
          <w:b/>
        </w:rPr>
        <w:t xml:space="preserve">[51:46] </w:t>
      </w:r>
      <w:r>
        <w:t>that these evils are justified evils.</w:t>
      </w:r>
    </w:p>
    <w:p>
      <w:pPr>
        <w:jc w:val="right"/>
      </w:pPr>
      <w:r>
        <w:t>that these evils are justified evils.</w:t>
      </w:r>
    </w:p>
    <w:p>
      <w:r>
        <w:rPr>
          <w:b/>
        </w:rPr>
        <w:t xml:space="preserve">[51:54] </w:t>
      </w:r>
      <w:r>
        <w:t>These evils are also evil although we have justified them.</w:t>
      </w:r>
    </w:p>
    <w:p>
      <w:pPr>
        <w:jc w:val="right"/>
      </w:pPr>
      <w:r>
        <w:t>These evils are also evil although we have justified them.</w:t>
      </w:r>
    </w:p>
    <w:p>
      <w:r>
        <w:rPr>
          <w:b/>
        </w:rPr>
        <w:t xml:space="preserve">[52:02] </w:t>
      </w:r>
      <w:r>
        <w:t>Only deconditioning will tell you that these evils are evil and we have wrongly justified them.</w:t>
      </w:r>
    </w:p>
    <w:p>
      <w:pPr>
        <w:jc w:val="right"/>
      </w:pPr>
      <w:r>
        <w:t>Only deconditioning will tell you that these evils are evil and we have wrongly justified them.</w:t>
      </w:r>
    </w:p>
    <w:p>
      <w:r>
        <w:rPr>
          <w:b/>
        </w:rPr>
        <w:t xml:space="preserve">[52:09] </w:t>
      </w:r>
      <w:r>
        <w:t>So this kind of discovery is very import</w:t>
      </w:r>
    </w:p>
    <w:p>
      <w:pPr>
        <w:jc w:val="right"/>
      </w:pPr>
      <w:r>
        <w:t>So this kind of discovery is very import</w:t>
      </w:r>
    </w:p>
    <w:p>
      <w:r>
        <w:rPr>
          <w:b/>
        </w:rPr>
        <w:t xml:space="preserve">[52:17] </w:t>
      </w:r>
      <w:r>
        <w:t>ant.</w:t>
      </w:r>
    </w:p>
    <w:p>
      <w:pPr>
        <w:jc w:val="right"/>
      </w:pPr>
      <w:r>
        <w:t>ant.</w:t>
      </w:r>
    </w:p>
    <w:p>
      <w:r>
        <w:rPr>
          <w:b/>
        </w:rPr>
        <w:t xml:space="preserve">[52:25] </w:t>
      </w:r>
      <w:r>
        <w:t>Without this discovery you cannot save yourself.</w:t>
      </w:r>
    </w:p>
    <w:p>
      <w:pPr>
        <w:jc w:val="right"/>
      </w:pPr>
      <w:r>
        <w:t>Without this discovery you cannot save yourself.</w:t>
      </w:r>
    </w:p>
    <w:p>
      <w:r>
        <w:rPr>
          <w:b/>
        </w:rPr>
        <w:t xml:space="preserve">[52:32] </w:t>
      </w:r>
      <w:r>
        <w:t>You cannot decondition yourself.</w:t>
      </w:r>
    </w:p>
    <w:p>
      <w:pPr>
        <w:jc w:val="right"/>
      </w:pPr>
      <w:r>
        <w:t>You cannot decondition yourself.</w:t>
      </w:r>
    </w:p>
    <w:p>
      <w:r>
        <w:rPr>
          <w:b/>
        </w:rPr>
        <w:t xml:space="preserve">[52:40] </w:t>
      </w:r>
      <w:r>
        <w:t>You cannot purify yourself.</w:t>
      </w:r>
    </w:p>
    <w:p>
      <w:pPr>
        <w:jc w:val="right"/>
      </w:pPr>
      <w:r>
        <w:t>You cannot purify yourself.</w:t>
      </w:r>
    </w:p>
    <w:p>
      <w:r>
        <w:rPr>
          <w:b/>
        </w:rPr>
        <w:t xml:space="preserve">[52:47] </w:t>
      </w:r>
      <w:r>
        <w:t>Then there is the Hadith</w:t>
      </w:r>
    </w:p>
    <w:p>
      <w:pPr>
        <w:jc w:val="right"/>
      </w:pPr>
      <w:r>
        <w:t>Then there is the Hadith</w:t>
      </w:r>
    </w:p>
    <w:p>
      <w:r>
        <w:rPr>
          <w:b/>
        </w:rPr>
        <w:t xml:space="preserve">[52:55] </w:t>
      </w:r>
      <w:r>
        <w:t>It means that man will not move until he gives answer of these four things.</w:t>
      </w:r>
    </w:p>
    <w:p>
      <w:pPr>
        <w:jc w:val="right"/>
      </w:pPr>
      <w:r>
        <w:t>It means that man will not move until he gives answer of these four things.</w:t>
      </w:r>
    </w:p>
    <w:p>
      <w:r>
        <w:rPr>
          <w:b/>
        </w:rPr>
        <w:t xml:space="preserve">[53:05] </w:t>
      </w:r>
      <w:r>
        <w:t>It means that when man is presented before God on the Day of Judgment he must answer to</w:t>
      </w:r>
    </w:p>
    <w:p>
      <w:pPr>
        <w:jc w:val="right"/>
      </w:pPr>
      <w:r>
        <w:t>It means that when man is presented before God on the Day of Judgment he must answer to</w:t>
      </w:r>
    </w:p>
    <w:p>
      <w:r>
        <w:rPr>
          <w:b/>
        </w:rPr>
        <w:t xml:space="preserve">[53:15] </w:t>
      </w:r>
      <w:r>
        <w:t>these four questions. First is</w:t>
      </w:r>
    </w:p>
    <w:p>
      <w:pPr>
        <w:jc w:val="right"/>
      </w:pPr>
      <w:r>
        <w:t>these four questions. First is</w:t>
      </w:r>
    </w:p>
    <w:p>
      <w:r>
        <w:rPr>
          <w:b/>
        </w:rPr>
        <w:t xml:space="preserve">[53:26] </w:t>
      </w:r>
      <w:r>
        <w:t>God gave you life.</w:t>
      </w:r>
    </w:p>
    <w:p>
      <w:pPr>
        <w:jc w:val="right"/>
      </w:pPr>
      <w:r>
        <w:t>God gave you life.</w:t>
      </w:r>
    </w:p>
    <w:p>
      <w:r>
        <w:rPr>
          <w:b/>
        </w:rPr>
        <w:t xml:space="preserve">[53:29] </w:t>
      </w:r>
      <w:r>
        <w:t>So where you spent your life?</w:t>
      </w:r>
    </w:p>
    <w:p>
      <w:pPr>
        <w:jc w:val="right"/>
      </w:pPr>
      <w:r>
        <w:t>So where you spent your life?</w:t>
      </w:r>
    </w:p>
    <w:p>
      <w:r>
        <w:rPr>
          <w:b/>
        </w:rPr>
        <w:t xml:space="preserve">[53:33] </w:t>
      </w:r>
      <w:r>
        <w:t>God gave you time.</w:t>
      </w:r>
    </w:p>
    <w:p>
      <w:pPr>
        <w:jc w:val="right"/>
      </w:pPr>
      <w:r>
        <w:t>God gave you time.</w:t>
      </w:r>
    </w:p>
    <w:p>
      <w:r>
        <w:rPr>
          <w:b/>
        </w:rPr>
        <w:t xml:space="preserve">[53:37] </w:t>
      </w:r>
      <w:r>
        <w:t>Where you spent your time?</w:t>
      </w:r>
    </w:p>
    <w:p>
      <w:pPr>
        <w:jc w:val="right"/>
      </w:pPr>
      <w:r>
        <w:t>Where you spent your time?</w:t>
      </w:r>
    </w:p>
    <w:p>
      <w:r>
        <w:rPr>
          <w:b/>
        </w:rPr>
        <w:t xml:space="preserve">[53:41] </w:t>
      </w:r>
      <w:r>
        <w:t>Then God gave you youth age.</w:t>
      </w:r>
    </w:p>
    <w:p>
      <w:pPr>
        <w:jc w:val="right"/>
      </w:pPr>
      <w:r>
        <w:t>Then God gave you youth age.</w:t>
      </w:r>
    </w:p>
    <w:p>
      <w:r>
        <w:rPr>
          <w:b/>
        </w:rPr>
        <w:t xml:space="preserve">[53:44] </w:t>
      </w:r>
      <w:r>
        <w:t>Youth age is great, great blessing.</w:t>
      </w:r>
    </w:p>
    <w:p>
      <w:pPr>
        <w:jc w:val="right"/>
      </w:pPr>
      <w:r>
        <w:t>Youth age is great, great blessing.</w:t>
      </w:r>
    </w:p>
    <w:p>
      <w:r>
        <w:rPr>
          <w:b/>
        </w:rPr>
        <w:t xml:space="preserve">[53:48] </w:t>
      </w:r>
      <w:r>
        <w:t>Youth age is great blessing for anyone.</w:t>
      </w:r>
    </w:p>
    <w:p>
      <w:pPr>
        <w:jc w:val="right"/>
      </w:pPr>
      <w:r>
        <w:t>Youth age is great blessing for anyone.</w:t>
      </w:r>
    </w:p>
    <w:p>
      <w:r>
        <w:rPr>
          <w:b/>
        </w:rPr>
        <w:t xml:space="preserve">[53:52] </w:t>
      </w:r>
      <w:r>
        <w:t>So God gave you youth age the energy. So for</w:t>
      </w:r>
    </w:p>
    <w:p>
      <w:pPr>
        <w:jc w:val="right"/>
      </w:pPr>
      <w:r>
        <w:t>So God gave you youth age the energy. So for</w:t>
      </w:r>
    </w:p>
    <w:p>
      <w:r>
        <w:rPr>
          <w:b/>
        </w:rPr>
        <w:t xml:space="preserve">[53:56] </w:t>
      </w:r>
      <w:r>
        <w:t>what purpose you spent your youth age?</w:t>
      </w:r>
    </w:p>
    <w:p>
      <w:pPr>
        <w:jc w:val="right"/>
      </w:pPr>
      <w:r>
        <w:t>what purpose you spent your youth age?</w:t>
      </w:r>
    </w:p>
    <w:p>
      <w:r>
        <w:rPr>
          <w:b/>
        </w:rPr>
        <w:t xml:space="preserve">[54:02] </w:t>
      </w:r>
      <w:r>
        <w:t>Then God gave you maal, money.</w:t>
      </w:r>
    </w:p>
    <w:p>
      <w:pPr>
        <w:jc w:val="right"/>
      </w:pPr>
      <w:r>
        <w:t>Then God gave you maal, money.</w:t>
      </w:r>
    </w:p>
    <w:p>
      <w:r>
        <w:rPr>
          <w:b/>
        </w:rPr>
        <w:t xml:space="preserve">[54:08] </w:t>
      </w:r>
      <w:r>
        <w:t>Maal is also a great blessing.</w:t>
      </w:r>
    </w:p>
    <w:p>
      <w:pPr>
        <w:jc w:val="right"/>
      </w:pPr>
      <w:r>
        <w:t>Maal is also a great blessing.</w:t>
      </w:r>
    </w:p>
    <w:p>
      <w:r>
        <w:rPr>
          <w:b/>
        </w:rPr>
        <w:t xml:space="preserve">[54:14] </w:t>
      </w:r>
      <w:r>
        <w:t>So God gave you maal, money.</w:t>
      </w:r>
    </w:p>
    <w:p>
      <w:pPr>
        <w:jc w:val="right"/>
      </w:pPr>
      <w:r>
        <w:t>So God gave you maal, money.</w:t>
      </w:r>
    </w:p>
    <w:p>
      <w:r>
        <w:rPr>
          <w:b/>
        </w:rPr>
        <w:t xml:space="preserve">[54:21] </w:t>
      </w:r>
      <w:r>
        <w:t>And where you spent this money this will be asked and you will be</w:t>
      </w:r>
    </w:p>
    <w:p>
      <w:pPr>
        <w:jc w:val="right"/>
      </w:pPr>
      <w:r>
        <w:t>And where you spent this money this will be asked and you will be</w:t>
      </w:r>
    </w:p>
    <w:p>
      <w:r>
        <w:rPr>
          <w:b/>
        </w:rPr>
        <w:t xml:space="preserve">[54:27] </w:t>
      </w:r>
      <w:r>
        <w:t>you will have to answer.</w:t>
      </w:r>
    </w:p>
    <w:p>
      <w:pPr>
        <w:jc w:val="right"/>
      </w:pPr>
      <w:r>
        <w:t>you will have to answer.</w:t>
      </w:r>
    </w:p>
    <w:p>
      <w:r>
        <w:rPr>
          <w:b/>
        </w:rPr>
        <w:t xml:space="preserve">[54:37] </w:t>
      </w:r>
      <w:r>
        <w:t>So it is very, very, very serious matter. Serious matter.</w:t>
      </w:r>
    </w:p>
    <w:p>
      <w:pPr>
        <w:jc w:val="right"/>
      </w:pPr>
      <w:r>
        <w:t>So it is very, very, very serious matter. Serious matter.</w:t>
      </w:r>
    </w:p>
    <w:p>
      <w:r>
        <w:rPr>
          <w:b/>
        </w:rPr>
        <w:t xml:space="preserve">[54:47] </w:t>
      </w:r>
      <w:r>
        <w:t>There is a Hadith It means that everyone who was</w:t>
      </w:r>
    </w:p>
    <w:p>
      <w:pPr>
        <w:jc w:val="right"/>
      </w:pPr>
      <w:r>
        <w:t>There is a Hadith It means that everyone who was</w:t>
      </w:r>
    </w:p>
    <w:p>
      <w:r>
        <w:rPr>
          <w:b/>
        </w:rPr>
        <w:t xml:space="preserve">[54:57] </w:t>
      </w:r>
      <w:r>
        <w:t>interrogated on the Day of Judgment he will be punished. He will be punished. So interrogation in the Day of Judgment is very, very, very difficult matter. So we have to pre</w:t>
      </w:r>
    </w:p>
    <w:p>
      <w:pPr>
        <w:jc w:val="right"/>
      </w:pPr>
      <w:r>
        <w:t>interrogated on the Day of Judgment he will be punished. He will be punished. So interrogation in the Day of Judgment is very, very, very difficult matter. So we have to pre</w:t>
      </w:r>
    </w:p>
    <w:p>
      <w:r>
        <w:rPr>
          <w:b/>
        </w:rPr>
        <w:t xml:space="preserve">[55:27] </w:t>
      </w:r>
      <w:r>
        <w:t>pare ourselves. So Prophet of Islam has said "Reckon yourself before being reckoned with." Before interrogation on the Day of Judgment you have to interrogate yourself so</w:t>
      </w:r>
    </w:p>
    <w:p>
      <w:pPr>
        <w:jc w:val="right"/>
      </w:pPr>
      <w:r>
        <w:t>pare ourselves. So Prophet of Islam has said "Reckon yourself before being reckoned with." Before interrogation on the Day of Judgment you have to interrogate yourself so</w:t>
      </w:r>
    </w:p>
    <w:p>
      <w:r>
        <w:rPr>
          <w:b/>
        </w:rPr>
        <w:t xml:space="preserve">[55:57] </w:t>
      </w:r>
      <w:r>
        <w:t>that you may correct yourself.</w:t>
      </w:r>
    </w:p>
    <w:p>
      <w:pPr>
        <w:jc w:val="right"/>
      </w:pPr>
      <w:r>
        <w:t>that you may correct yourself.</w:t>
      </w:r>
    </w:p>
    <w:p>
      <w:r>
        <w:rPr>
          <w:b/>
        </w:rPr>
        <w:t xml:space="preserve">[56:08] </w:t>
      </w:r>
      <w:r>
        <w:t>So present so Muhasaba in the present world saves you from the Muhasaba on the Day of Judgment.</w:t>
      </w:r>
    </w:p>
    <w:p>
      <w:pPr>
        <w:jc w:val="right"/>
      </w:pPr>
      <w:r>
        <w:t>So present so Muhasaba in the present world saves you from the Muhasaba on the Day of Judgment.</w:t>
      </w:r>
    </w:p>
    <w:p>
      <w:r>
        <w:rPr>
          <w:b/>
        </w:rPr>
        <w:t xml:space="preserve">[56:20] </w:t>
      </w:r>
      <w:r>
        <w:t>Muhasaba of the present world Muhasaba of pre-death period will save you from the Muhasaba of post-death period.</w:t>
      </w:r>
    </w:p>
    <w:p>
      <w:pPr>
        <w:jc w:val="right"/>
      </w:pPr>
      <w:r>
        <w:t>Muhasaba of the present world Muhasaba of pre-death period will save you from the Muhasaba of post-death period.</w:t>
      </w:r>
    </w:p>
    <w:p>
      <w:r>
        <w:rPr>
          <w:b/>
        </w:rPr>
        <w:t xml:space="preserve">[56:31] </w:t>
      </w:r>
      <w:r>
        <w:t>Muhasaba of pre-death period will save you the Muhasaba of post-death period.</w:t>
      </w:r>
    </w:p>
    <w:p>
      <w:pPr>
        <w:jc w:val="right"/>
      </w:pPr>
      <w:r>
        <w:t>Muhasaba of pre-death period will save you the Muhasaba of post-death period.</w:t>
      </w:r>
    </w:p>
    <w:p>
      <w:r>
        <w:rPr>
          <w:b/>
        </w:rPr>
        <w:t xml:space="preserve">[56:39] </w:t>
      </w:r>
      <w:r>
        <w:t>So Muhasaba is very important.</w:t>
      </w:r>
    </w:p>
    <w:p>
      <w:pPr>
        <w:jc w:val="right"/>
      </w:pPr>
      <w:r>
        <w:t>So Muhasaba is very important.</w:t>
      </w:r>
    </w:p>
    <w:p>
      <w:r>
        <w:rPr>
          <w:b/>
        </w:rPr>
        <w:t xml:space="preserve">[56:46] </w:t>
      </w:r>
      <w:r>
        <w:t>Muhasaba means introspection.</w:t>
      </w:r>
    </w:p>
    <w:p>
      <w:pPr>
        <w:jc w:val="right"/>
      </w:pPr>
      <w:r>
        <w:t>Muhasaba means introspection.</w:t>
      </w:r>
    </w:p>
    <w:p>
      <w:r>
        <w:rPr>
          <w:b/>
        </w:rPr>
        <w:t xml:space="preserve">[56:54] </w:t>
      </w:r>
      <w:r>
        <w:t>Introspection self-thinking to find out your own mistakes</w:t>
      </w:r>
    </w:p>
    <w:p>
      <w:pPr>
        <w:jc w:val="right"/>
      </w:pPr>
      <w:r>
        <w:t>Introspection self-thinking to find out your own mistakes</w:t>
      </w:r>
    </w:p>
    <w:p>
      <w:r>
        <w:rPr>
          <w:b/>
        </w:rPr>
        <w:t xml:space="preserve">[57:02] </w:t>
      </w:r>
      <w:r>
        <w:t>this is Muhasaba.</w:t>
      </w:r>
    </w:p>
    <w:p>
      <w:pPr>
        <w:jc w:val="right"/>
      </w:pPr>
      <w:r>
        <w:t>this is Muhasaba.</w:t>
      </w:r>
    </w:p>
    <w:p>
      <w:r>
        <w:rPr>
          <w:b/>
        </w:rPr>
        <w:t xml:space="preserve">[57:06] </w:t>
      </w:r>
      <w:r>
        <w:t>And Muhasaba is an integral part of Iman.</w:t>
      </w:r>
    </w:p>
    <w:p>
      <w:pPr>
        <w:jc w:val="right"/>
      </w:pPr>
      <w:r>
        <w:t>And Muhasaba is an integral part of Iman.</w:t>
      </w:r>
    </w:p>
    <w:p>
      <w:r>
        <w:rPr>
          <w:b/>
        </w:rPr>
        <w:t xml:space="preserve">[57:10] </w:t>
      </w:r>
      <w:r>
        <w:t>Muhasaba is an integral part of Islam.</w:t>
      </w:r>
    </w:p>
    <w:p>
      <w:pPr>
        <w:jc w:val="right"/>
      </w:pPr>
      <w:r>
        <w:t>Muhasaba is an integral part of Islam.</w:t>
      </w:r>
    </w:p>
    <w:p>
      <w:r>
        <w:rPr>
          <w:b/>
        </w:rPr>
        <w:t xml:space="preserve">[57:15] </w:t>
      </w:r>
      <w:r>
        <w:t>Muhasaba is an integral part of God consciousness.</w:t>
      </w:r>
    </w:p>
    <w:p>
      <w:pPr>
        <w:jc w:val="right"/>
      </w:pPr>
      <w:r>
        <w:t>Muhasaba is an integral part of God consciousness.</w:t>
      </w:r>
    </w:p>
    <w:p>
      <w:r>
        <w:rPr>
          <w:b/>
        </w:rPr>
        <w:t xml:space="preserve">[57:19] </w:t>
      </w:r>
      <w:r>
        <w:t>Muhasaba is an integral part of Taqwa.</w:t>
      </w:r>
    </w:p>
    <w:p>
      <w:pPr>
        <w:jc w:val="right"/>
      </w:pPr>
      <w:r>
        <w:t>Muhasaba is an integral part of Taqwa.</w:t>
      </w:r>
    </w:p>
    <w:p>
      <w:r>
        <w:rPr>
          <w:b/>
        </w:rPr>
        <w:t xml:space="preserve">[57:23] </w:t>
      </w:r>
      <w:r>
        <w:t>Without Muhasaba there is no Islam.</w:t>
      </w:r>
    </w:p>
    <w:p>
      <w:pPr>
        <w:jc w:val="right"/>
      </w:pPr>
      <w:r>
        <w:t>Without Muhasaba there is no Islam.</w:t>
      </w:r>
    </w:p>
    <w:p>
      <w:r>
        <w:rPr>
          <w:b/>
        </w:rPr>
        <w:t xml:space="preserve">[57:28] </w:t>
      </w:r>
      <w:r>
        <w:t>Without Muhasaba there is no Muslim personality.</w:t>
      </w:r>
    </w:p>
    <w:p>
      <w:pPr>
        <w:jc w:val="right"/>
      </w:pPr>
      <w:r>
        <w:t>Without Muhasaba there is no Muslim personality.</w:t>
      </w:r>
    </w:p>
    <w:p>
      <w:r>
        <w:rPr>
          <w:b/>
        </w:rPr>
        <w:t xml:space="preserve">[57:32] </w:t>
      </w:r>
      <w:r>
        <w:t>Muhasaba is a self-correcting process.</w:t>
      </w:r>
    </w:p>
    <w:p>
      <w:pPr>
        <w:jc w:val="right"/>
      </w:pPr>
      <w:r>
        <w:t>Muhasaba is a self-correcting process.</w:t>
      </w:r>
    </w:p>
    <w:p>
      <w:r>
        <w:rPr>
          <w:b/>
        </w:rPr>
        <w:t xml:space="preserve">[57:37] </w:t>
      </w:r>
      <w:r>
        <w:t>Muhasaba is a self-correcting process.</w:t>
      </w:r>
    </w:p>
    <w:p>
      <w:pPr>
        <w:jc w:val="right"/>
      </w:pPr>
      <w:r>
        <w:t>Muhasaba is a self-correcting process.</w:t>
      </w:r>
    </w:p>
    <w:p>
      <w:r>
        <w:rPr>
          <w:b/>
        </w:rPr>
        <w:t xml:space="preserve">[57:41] </w:t>
      </w:r>
      <w:r>
        <w:t>Every day you need Muhasaba.</w:t>
      </w:r>
    </w:p>
    <w:p>
      <w:pPr>
        <w:jc w:val="right"/>
      </w:pPr>
      <w:r>
        <w:t>Every day you need Muhasaba.</w:t>
      </w:r>
    </w:p>
    <w:p>
      <w:r>
        <w:rPr>
          <w:b/>
        </w:rPr>
        <w:t xml:space="preserve">[57:45] </w:t>
      </w:r>
      <w:r>
        <w:t>Every day and night.</w:t>
      </w:r>
    </w:p>
    <w:p>
      <w:pPr>
        <w:jc w:val="right"/>
      </w:pPr>
      <w:r>
        <w:t>Every day and night.</w:t>
      </w:r>
    </w:p>
    <w:p>
      <w:r>
        <w:rPr>
          <w:b/>
        </w:rPr>
        <w:t xml:space="preserve">[57:49] </w:t>
      </w:r>
      <w:r>
        <w:t>Thus you can save yourself from Satan.</w:t>
      </w:r>
    </w:p>
    <w:p>
      <w:pPr>
        <w:jc w:val="right"/>
      </w:pPr>
      <w:r>
        <w:t>Thus you can save yourself from Satan.</w:t>
      </w:r>
    </w:p>
    <w:p>
      <w:r>
        <w:rPr>
          <w:b/>
        </w:rPr>
        <w:t xml:space="preserve">[57:54] </w:t>
      </w:r>
      <w:r>
        <w:t>Through Muhasaba you can save yourself from Satan.</w:t>
      </w:r>
    </w:p>
    <w:p>
      <w:pPr>
        <w:jc w:val="right"/>
      </w:pPr>
      <w:r>
        <w:t>Through Muhasaba you can save yourself from Satan.</w:t>
      </w:r>
    </w:p>
    <w:p>
      <w:r>
        <w:rPr>
          <w:b/>
        </w:rPr>
        <w:t xml:space="preserve">[57:58] </w:t>
      </w:r>
      <w:r>
        <w:t>Through Muhasaba you can save</w:t>
      </w:r>
    </w:p>
    <w:p>
      <w:pPr>
        <w:jc w:val="right"/>
      </w:pPr>
      <w:r>
        <w:t>Through Muhasaba you can save</w:t>
      </w:r>
    </w:p>
    <w:p>
      <w:r>
        <w:rPr>
          <w:b/>
        </w:rPr>
        <w:t xml:space="preserve">[58:02] </w:t>
      </w:r>
      <w:r>
        <w:t>yourself from your temptations.</w:t>
      </w:r>
    </w:p>
    <w:p>
      <w:pPr>
        <w:jc w:val="right"/>
      </w:pPr>
      <w:r>
        <w:t>yourself from your temptations.</w:t>
      </w:r>
    </w:p>
    <w:p>
      <w:r>
        <w:rPr>
          <w:b/>
        </w:rPr>
        <w:t xml:space="preserve">[58:09] </w:t>
      </w:r>
      <w:r>
        <w:t>Through Muhasaba you can save yourself from egoism.</w:t>
      </w:r>
    </w:p>
    <w:p>
      <w:pPr>
        <w:jc w:val="right"/>
      </w:pPr>
      <w:r>
        <w:t>Through Muhasaba you can save yourself from egoism.</w:t>
      </w:r>
    </w:p>
    <w:p>
      <w:r>
        <w:rPr>
          <w:b/>
        </w:rPr>
        <w:t xml:space="preserve">[58:16] </w:t>
      </w:r>
      <w:r>
        <w:t>Through Muhasaba you can save yourself from arrogance.</w:t>
      </w:r>
    </w:p>
    <w:p>
      <w:pPr>
        <w:jc w:val="right"/>
      </w:pPr>
      <w:r>
        <w:t>Through Muhasaba you can save yourself from arrogance.</w:t>
      </w:r>
    </w:p>
    <w:p>
      <w:r>
        <w:rPr>
          <w:b/>
        </w:rPr>
        <w:t xml:space="preserve">[58:22] </w:t>
      </w:r>
      <w:r>
        <w:t>Through Muhasaba you can save yourself from bad intentions.</w:t>
      </w:r>
    </w:p>
    <w:p>
      <w:pPr>
        <w:jc w:val="right"/>
      </w:pPr>
      <w:r>
        <w:t>Through Muhasaba you can save yourself from bad intentions.</w:t>
      </w:r>
    </w:p>
    <w:p>
      <w:r>
        <w:rPr>
          <w:b/>
        </w:rPr>
        <w:t xml:space="preserve">[58:29] </w:t>
      </w:r>
      <w:r>
        <w:t>So Muhasaba Muhasaba is a self-correcting process</w:t>
      </w:r>
    </w:p>
    <w:p>
      <w:pPr>
        <w:jc w:val="right"/>
      </w:pPr>
      <w:r>
        <w:t>So Muhasaba Muhasaba is a self-correcting process</w:t>
      </w:r>
    </w:p>
    <w:p>
      <w:r>
        <w:rPr>
          <w:b/>
        </w:rPr>
        <w:t xml:space="preserve">[58:35] </w:t>
      </w:r>
      <w:r>
        <w:t>. Muhasaba is a self-correcting process in Islam. A qoolu qawli hadha wa astaghfirullaha li wa lakum ajmaeen.</w:t>
      </w:r>
    </w:p>
    <w:p>
      <w:pPr>
        <w:jc w:val="right"/>
      </w:pPr>
      <w:r>
        <w:t>. Muhasaba is a self-correcting process in Islam.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