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Last Hajj of the Prophet | November 8, 2007 | Maulana Wahiduddin Khan</w:t>
      </w:r>
    </w:p>
    <w:p>
      <w:r>
        <w:t>https://www.youtube.com/watch?v=LNizrl7CA9g</w:t>
      </w:r>
    </w:p>
    <w:p>
      <w:r>
        <w:rPr>
          <w:b/>
        </w:rPr>
        <w:t xml:space="preserve">[00:13] </w:t>
      </w:r>
      <w:r>
        <w:t>Bismillah hir rahman nir raheem. Wa salla Allahu ala an nabiyyil kareem. Rabbi ishrah li sadri, wa yassir li amri, wah lul uqdatan min lisani, yafqahu qawli. Aaj ka jo topic hai woh hai Rasool Allah ka Hajj. The last hajj</w:t>
      </w:r>
    </w:p>
    <w:p>
      <w:pPr>
        <w:jc w:val="right"/>
      </w:pPr>
      <w:r>
        <w:t>بسم اللہ الرحمن الرحیم۔ وصلی اللہ علی النبی الکریم۔ رب اشرح لی صدری، ویسر لی امری، واحل العقدۃ من لسانی، یفقہ قولی۔ آج کا جو ٹاپک ہے وہ ہے رسول اللہ کا حج۔ The last hajj</w:t>
      </w:r>
    </w:p>
    <w:p>
      <w:r>
        <w:rPr>
          <w:b/>
        </w:rPr>
        <w:t xml:space="preserve">[00:43] </w:t>
      </w:r>
      <w:r>
        <w:t>performed by the Prophet of Islam۔</w:t>
      </w:r>
    </w:p>
    <w:p>
      <w:pPr>
        <w:jc w:val="right"/>
      </w:pPr>
      <w:r>
        <w:t>performed by the Prophet of Islam۔</w:t>
      </w:r>
    </w:p>
    <w:p>
      <w:r>
        <w:rPr>
          <w:b/>
        </w:rPr>
        <w:t xml:space="preserve">[00:49] </w:t>
      </w:r>
      <w:r>
        <w:t>dekhiye, hajj jo hai, hajj ki jo ibadat hai woh rasool Allah ke zamane mein shuru nahi hui.</w:t>
      </w:r>
    </w:p>
    <w:p>
      <w:pPr>
        <w:jc w:val="right"/>
      </w:pPr>
      <w:r>
        <w:t>دیکھیے، حج جو ہے، حج کی جو عبادت ہے وہ رسول اللہ کے زمانے میں شروع نہیں ہوئی۔</w:t>
      </w:r>
    </w:p>
    <w:p>
      <w:r>
        <w:rPr>
          <w:b/>
        </w:rPr>
        <w:t xml:space="preserve">[00:55] </w:t>
      </w:r>
      <w:r>
        <w:t>woh bohat pehle Hazrat Ibrahim ke zamane mein shuru ki gayi.</w:t>
      </w:r>
    </w:p>
    <w:p>
      <w:pPr>
        <w:jc w:val="right"/>
      </w:pPr>
      <w:r>
        <w:t>وہ بہت پہلے حضرت ابراہیم کے زمانے میں شروع کی گئی۔</w:t>
      </w:r>
    </w:p>
    <w:p>
      <w:r>
        <w:rPr>
          <w:b/>
        </w:rPr>
        <w:t xml:space="preserve">[01:01] </w:t>
      </w:r>
      <w:r>
        <w:t>Hazrat Ibrahim Khuda ke paighambar thay.</w:t>
      </w:r>
    </w:p>
    <w:p>
      <w:pPr>
        <w:jc w:val="right"/>
      </w:pPr>
      <w:r>
        <w:t>حضرت ابراہیم خدا کے پیغمبر تھے۔</w:t>
      </w:r>
    </w:p>
    <w:p>
      <w:r>
        <w:rPr>
          <w:b/>
        </w:rPr>
        <w:t xml:space="preserve">[01:07] </w:t>
      </w:r>
      <w:r>
        <w:t>woh ab se chaar hazar saal pehle Iraq mein</w:t>
      </w:r>
    </w:p>
    <w:p>
      <w:pPr>
        <w:jc w:val="right"/>
      </w:pPr>
      <w:r>
        <w:t>وہ اب سے چار ہزار سال پہلے عراق میں</w:t>
      </w:r>
    </w:p>
    <w:p>
      <w:r>
        <w:rPr>
          <w:b/>
        </w:rPr>
        <w:t xml:space="preserve">[01:13] </w:t>
      </w:r>
      <w:r>
        <w:t>aaye.</w:t>
      </w:r>
    </w:p>
    <w:p>
      <w:pPr>
        <w:jc w:val="right"/>
      </w:pPr>
      <w:r>
        <w:t>آئے۔</w:t>
      </w:r>
    </w:p>
    <w:p>
      <w:r>
        <w:rPr>
          <w:b/>
        </w:rPr>
        <w:t xml:space="preserve">[01:18] </w:t>
      </w:r>
      <w:r>
        <w:t>yani paighambar Islam se taqreeban dhai hazar saal pehle.</w:t>
      </w:r>
    </w:p>
    <w:p>
      <w:pPr>
        <w:jc w:val="right"/>
      </w:pPr>
      <w:r>
        <w:t>یعنی پیغمبر اسلام سے تقریباً ڈھائی ہزار سال پہلے۔</w:t>
      </w:r>
    </w:p>
    <w:p>
      <w:r>
        <w:rPr>
          <w:b/>
        </w:rPr>
        <w:t xml:space="preserve">[01:22] </w:t>
      </w:r>
      <w:r>
        <w:t>un ko Allah Ta'ala ne hukum diya ke woh Ka'aba ki ta'ameer karein Makkah mein.</w:t>
      </w:r>
    </w:p>
    <w:p>
      <w:pPr>
        <w:jc w:val="right"/>
      </w:pPr>
      <w:r>
        <w:t>ان کو اللہ تعالیٰ نے حکم دیا کہ وہ کعبہ کی تعمیر کریں مکہ میں۔</w:t>
      </w:r>
    </w:p>
    <w:p>
      <w:r>
        <w:rPr>
          <w:b/>
        </w:rPr>
        <w:t xml:space="preserve">[01:26] </w:t>
      </w:r>
      <w:r>
        <w:t>jo us waqt desert tha.</w:t>
      </w:r>
    </w:p>
    <w:p>
      <w:pPr>
        <w:jc w:val="right"/>
      </w:pPr>
      <w:r>
        <w:t>جو اس وقت ڈیزرٹ تھا۔</w:t>
      </w:r>
    </w:p>
    <w:p>
      <w:r>
        <w:rPr>
          <w:b/>
        </w:rPr>
        <w:t xml:space="preserve">[01:31] </w:t>
      </w:r>
      <w:r>
        <w:t>yeh Ka'aba jo tha yeh tauheed ka center tha.</w:t>
      </w:r>
    </w:p>
    <w:p>
      <w:pPr>
        <w:jc w:val="right"/>
      </w:pPr>
      <w:r>
        <w:t>یہ کعبہ جو تھا یہ توحید کا سینٹر تھا۔</w:t>
      </w:r>
    </w:p>
    <w:p>
      <w:r>
        <w:rPr>
          <w:b/>
        </w:rPr>
        <w:t xml:space="preserve">[01:35] </w:t>
      </w:r>
      <w:r>
        <w:t>yeh tauheed ka markaz tha.</w:t>
      </w:r>
    </w:p>
    <w:p>
      <w:pPr>
        <w:jc w:val="right"/>
      </w:pPr>
      <w:r>
        <w:t>یہ توحید کا مرکز تھا۔</w:t>
      </w:r>
    </w:p>
    <w:p>
      <w:r>
        <w:rPr>
          <w:b/>
        </w:rPr>
        <w:t xml:space="preserve">[01:39] </w:t>
      </w:r>
      <w:r>
        <w:t>tauheed ka markaz hone ka matlab kya hai? Yani</w:t>
      </w:r>
    </w:p>
    <w:p>
      <w:pPr>
        <w:jc w:val="right"/>
      </w:pPr>
      <w:r>
        <w:t>توحید کا مرکز ہونے کا مطلب کیا ہے؟ یعنی</w:t>
      </w:r>
    </w:p>
    <w:p>
      <w:r>
        <w:rPr>
          <w:b/>
        </w:rPr>
        <w:t xml:space="preserve">[01:44] </w:t>
      </w:r>
      <w:r>
        <w:t>ek Khuda ki ibadat ka markaz aur saath saath ek Khuda ki ibadat ka paigham sari dunya ko pahunchana.</w:t>
      </w:r>
    </w:p>
    <w:p>
      <w:pPr>
        <w:jc w:val="right"/>
      </w:pPr>
      <w:r>
        <w:t>ایک خدا کی عبادت کا مرکز اور ساتھ ساتھ ایک خدا کی عبادت کا پیغام ساری دنیا کو پہنچانا۔</w:t>
      </w:r>
    </w:p>
    <w:p>
      <w:r>
        <w:rPr>
          <w:b/>
        </w:rPr>
        <w:t xml:space="preserve">[01:54] </w:t>
      </w:r>
      <w:r>
        <w:t>to goya ek aitbaar se woh ibadati markaz tha aur doosre aitbaar se woh divine mission ka center tha.</w:t>
      </w:r>
    </w:p>
    <w:p>
      <w:pPr>
        <w:jc w:val="right"/>
      </w:pPr>
      <w:r>
        <w:t>تو گویا ایک اعتبار سے وہ عبادتی مرکز تھا اور دوسرے اعتبار سے وہ ڈیوائن مشن کا سینٹر تھا۔</w:t>
      </w:r>
    </w:p>
    <w:p>
      <w:r>
        <w:rPr>
          <w:b/>
        </w:rPr>
        <w:t xml:space="preserve">[02:04] </w:t>
      </w:r>
      <w:r>
        <w:t>to yeh shuru hua Hazrat Ibrahim ke zamane mein</w:t>
      </w:r>
    </w:p>
    <w:p>
      <w:pPr>
        <w:jc w:val="right"/>
      </w:pPr>
      <w:r>
        <w:t>تو یہ شروع ہوا حضرت ابراہیم کے زمانے میں</w:t>
      </w:r>
    </w:p>
    <w:p>
      <w:r>
        <w:rPr>
          <w:b/>
        </w:rPr>
        <w:t xml:space="preserve">[02:15] </w:t>
      </w:r>
      <w:r>
        <w:t>۔</w:t>
      </w:r>
    </w:p>
    <w:p>
      <w:pPr>
        <w:jc w:val="right"/>
      </w:pPr>
      <w:r>
        <w:t>۔</w:t>
      </w:r>
    </w:p>
    <w:p>
      <w:r>
        <w:rPr>
          <w:b/>
        </w:rPr>
        <w:t xml:space="preserve">[02:19] </w:t>
      </w:r>
      <w:r>
        <w:t>phir chalta raha.</w:t>
      </w:r>
    </w:p>
    <w:p>
      <w:pPr>
        <w:jc w:val="right"/>
      </w:pPr>
      <w:r>
        <w:t>پھر چلتا رہا۔</w:t>
      </w:r>
    </w:p>
    <w:p>
      <w:r>
        <w:rPr>
          <w:b/>
        </w:rPr>
        <w:t xml:space="preserve">[02:24] </w:t>
      </w:r>
      <w:r>
        <w:t>is ke baad wahan par shirk aa gaya.</w:t>
      </w:r>
    </w:p>
    <w:p>
      <w:pPr>
        <w:jc w:val="right"/>
      </w:pPr>
      <w:r>
        <w:t>اس کے بعد وہاں پر شرک آ گیا۔</w:t>
      </w:r>
    </w:p>
    <w:p>
      <w:r>
        <w:rPr>
          <w:b/>
        </w:rPr>
        <w:t xml:space="preserve">[02:28] </w:t>
      </w:r>
      <w:r>
        <w:t>log idhar udhar se aa ke jab base wahan par Makkah mein to woh log buton ko le</w:t>
      </w:r>
    </w:p>
    <w:p>
      <w:pPr>
        <w:jc w:val="right"/>
      </w:pPr>
      <w:r>
        <w:t>لوگ ادھر ادھر سے آ کے جب بسے وہاں پر مکہ میں تو وہ لوگ بتوں کو لے</w:t>
      </w:r>
    </w:p>
    <w:p>
      <w:r>
        <w:rPr>
          <w:b/>
        </w:rPr>
        <w:t xml:space="preserve">[02:33] </w:t>
      </w:r>
      <w:r>
        <w:t>aaye aur Ka'aba mein buton ko rakh diya.</w:t>
      </w:r>
    </w:p>
    <w:p>
      <w:pPr>
        <w:jc w:val="right"/>
      </w:pPr>
      <w:r>
        <w:t>آئے اور کعبہ میں بتوں کو رکھ دیا۔</w:t>
      </w:r>
    </w:p>
    <w:p>
      <w:r>
        <w:rPr>
          <w:b/>
        </w:rPr>
        <w:t xml:space="preserve">[02:37] </w:t>
      </w:r>
      <w:r>
        <w:t>to Rasool Allah Sallallahu Alaihi Wasallam ke zamane mein, Rasool Allah Sallallahu Alaihi Wasallam paida hue</w:t>
      </w:r>
    </w:p>
    <w:p>
      <w:pPr>
        <w:jc w:val="right"/>
      </w:pPr>
      <w:r>
        <w:t>تو رسول اللہ صلی اللہ علیہ وسلم کے زمانے میں، رسول اللہ صلی اللہ علیہ وسلم پیدا ہوئے</w:t>
      </w:r>
    </w:p>
    <w:p>
      <w:r>
        <w:rPr>
          <w:b/>
        </w:rPr>
        <w:t xml:space="preserve">[02:42] </w:t>
      </w:r>
      <w:r>
        <w:t>makka mein paanch sau satar eesvi mein.</w:t>
      </w:r>
    </w:p>
    <w:p>
      <w:pPr>
        <w:jc w:val="right"/>
      </w:pPr>
      <w:r>
        <w:t>مکہ میں پانچ سو ستر عیسوی میں۔</w:t>
      </w:r>
    </w:p>
    <w:p>
      <w:r>
        <w:rPr>
          <w:b/>
        </w:rPr>
        <w:t xml:space="preserve">[02:46] </w:t>
      </w:r>
      <w:r>
        <w:t>aap ko peghambari mili chhe sau das eesvi mein.</w:t>
      </w:r>
    </w:p>
    <w:p>
      <w:pPr>
        <w:jc w:val="right"/>
      </w:pPr>
      <w:r>
        <w:t>آپ کو پیغمبری ملی چھ سو دس عیسوی میں۔</w:t>
      </w:r>
    </w:p>
    <w:p>
      <w:r>
        <w:rPr>
          <w:b/>
        </w:rPr>
        <w:t xml:space="preserve">[02:52] </w:t>
      </w:r>
      <w:r>
        <w:t>to is waqt kaba bitton ka markaz bana hua tha.</w:t>
      </w:r>
    </w:p>
    <w:p>
      <w:pPr>
        <w:jc w:val="right"/>
      </w:pPr>
      <w:r>
        <w:t>تو اس وقت کعبہ بتوں کا مرکز بنا ہوا تھا۔</w:t>
      </w:r>
    </w:p>
    <w:p>
      <w:r>
        <w:rPr>
          <w:b/>
        </w:rPr>
        <w:t xml:space="preserve">[02:59] </w:t>
      </w:r>
      <w:r>
        <w:t>kaba ki wajah se saare arab ke log wahan aate the haj karne ke liye.</w:t>
      </w:r>
    </w:p>
    <w:p>
      <w:pPr>
        <w:jc w:val="right"/>
      </w:pPr>
      <w:r>
        <w:t>کعبہ کی وجہ سے سارے عرب کے لوگ وہاں آتے تھے حج کرنے کے لیے۔</w:t>
      </w:r>
    </w:p>
    <w:p>
      <w:r>
        <w:rPr>
          <w:b/>
        </w:rPr>
        <w:t xml:space="preserve">[03:05] </w:t>
      </w:r>
      <w:r>
        <w:t>agarche is waqt ka haj jo tha is mein mushrikana rasmein shamil ho gayi thin.</w:t>
      </w:r>
    </w:p>
    <w:p>
      <w:pPr>
        <w:jc w:val="right"/>
      </w:pPr>
      <w:r>
        <w:t>اگرچہ اس وقت کا حج جو تھا اس میں مشرکانہ رسمیں شامل ہو گئی تھیں۔</w:t>
      </w:r>
    </w:p>
    <w:p>
      <w:r>
        <w:rPr>
          <w:b/>
        </w:rPr>
        <w:t xml:space="preserve">[03:11] </w:t>
      </w:r>
      <w:r>
        <w:t>lekin behal saara arab is ko samajhta tha ke yeh muhteram hai.</w:t>
      </w:r>
    </w:p>
    <w:p>
      <w:pPr>
        <w:jc w:val="right"/>
      </w:pPr>
      <w:r>
        <w:t>لیکن بہرحال سارا عرب اس کو سمجھتا تھا کہ یہ محترم ہے۔</w:t>
      </w:r>
    </w:p>
    <w:p>
      <w:r>
        <w:rPr>
          <w:b/>
        </w:rPr>
        <w:t xml:space="preserve">[03:17] </w:t>
      </w:r>
      <w:r>
        <w:t>to saare arab ka woh ibadati markaz tha.</w:t>
      </w:r>
    </w:p>
    <w:p>
      <w:pPr>
        <w:jc w:val="right"/>
      </w:pPr>
      <w:r>
        <w:t>تو سارے عرب کا وہ عبادتی مرکز تھا۔</w:t>
      </w:r>
    </w:p>
    <w:p>
      <w:r>
        <w:rPr>
          <w:b/>
        </w:rPr>
        <w:t xml:space="preserve">[03:23] </w:t>
      </w:r>
      <w:r>
        <w:t>to log wahan aate the to kafi ikhatta hote the kafi log.</w:t>
      </w:r>
    </w:p>
    <w:p>
      <w:pPr>
        <w:jc w:val="right"/>
      </w:pPr>
      <w:r>
        <w:t>تو لوگ وہاں آتے تھے تو کافی اکٹھا ہوتے تھے کافی لوگ۔</w:t>
      </w:r>
    </w:p>
    <w:p>
      <w:r>
        <w:rPr>
          <w:b/>
        </w:rPr>
        <w:t xml:space="preserve">[03:29] </w:t>
      </w:r>
      <w:r>
        <w:t>to wahan par ziyarat bhi hoti thi.</w:t>
      </w:r>
    </w:p>
    <w:p>
      <w:pPr>
        <w:jc w:val="right"/>
      </w:pPr>
      <w:r>
        <w:t>تو وہاں پر زیارت بھی ہوتی تھی۔</w:t>
      </w:r>
    </w:p>
    <w:p>
      <w:r>
        <w:rPr>
          <w:b/>
        </w:rPr>
        <w:t xml:space="preserve">[03:35] </w:t>
      </w:r>
      <w:r>
        <w:t>kahin bhi jahan log ikhatta hote hain to wahan phir ziyaratein bhi hoti hain logon ki zarooraton ke aitbar se.</w:t>
      </w:r>
    </w:p>
    <w:p>
      <w:pPr>
        <w:jc w:val="right"/>
      </w:pPr>
      <w:r>
        <w:t>کہیں بھی جہاں لوگ اکٹھا ہوتے ہیں تو وہاں پھر زیارتیں بھی ہوتی ہیں لوگوں کی ضرورتوں کے اعتبار سے۔</w:t>
      </w:r>
    </w:p>
    <w:p>
      <w:r>
        <w:rPr>
          <w:b/>
        </w:rPr>
        <w:t xml:space="preserve">[03:41] </w:t>
      </w:r>
      <w:r>
        <w:t>to goya ke haj ka mausam wahan ek tarah ka mele ka mausam bana hua tha.</w:t>
      </w:r>
    </w:p>
    <w:p>
      <w:pPr>
        <w:jc w:val="right"/>
      </w:pPr>
      <w:r>
        <w:t>تو گویا کہ حج کا موسم وہاں ایک طرح کا میلے کا موسم بنا ہوا تھا۔</w:t>
      </w:r>
    </w:p>
    <w:p>
      <w:r>
        <w:rPr>
          <w:b/>
        </w:rPr>
        <w:t xml:space="preserve">[03:47] </w:t>
      </w:r>
      <w:r>
        <w:t>to jo log makka mein sardari kar rahe the jo sardar the wahan ke to unhon ne dekha</w:t>
      </w:r>
    </w:p>
    <w:p>
      <w:pPr>
        <w:jc w:val="right"/>
      </w:pPr>
      <w:r>
        <w:t>تو جو لوگ مکہ میں سرداری کر رہے تھے جو سردار تھے وہاں کے تو انہوں نے دیکھا</w:t>
      </w:r>
    </w:p>
    <w:p>
      <w:r>
        <w:rPr>
          <w:b/>
        </w:rPr>
        <w:t xml:space="preserve">[03:52] </w:t>
      </w:r>
      <w:r>
        <w:t>ke jab haj parta hai sardi ke mahine mein to log kam aate hain.</w:t>
      </w:r>
    </w:p>
    <w:p>
      <w:pPr>
        <w:jc w:val="right"/>
      </w:pPr>
      <w:r>
        <w:t>کہ جب حج پڑتا ہے سردی کے مہینے میں تو لوگ کم آتے ہیں۔</w:t>
      </w:r>
    </w:p>
    <w:p>
      <w:r>
        <w:rPr>
          <w:b/>
        </w:rPr>
        <w:t xml:space="preserve">[03:57] </w:t>
      </w:r>
      <w:r>
        <w:t>aur doosre mausamon mein zyada aate hain.</w:t>
      </w:r>
    </w:p>
    <w:p>
      <w:pPr>
        <w:jc w:val="right"/>
      </w:pPr>
      <w:r>
        <w:t>اور دوسرے موسموں میں زیادہ آتے ہیں۔</w:t>
      </w:r>
    </w:p>
    <w:p>
      <w:r>
        <w:rPr>
          <w:b/>
        </w:rPr>
        <w:t xml:space="preserve">[04:02] </w:t>
      </w:r>
      <w:r>
        <w:t>kyun ke haj ko hazrat ibrahim ne qaim kiya tha qamri mahine ke upar.</w:t>
      </w:r>
    </w:p>
    <w:p>
      <w:pPr>
        <w:jc w:val="right"/>
      </w:pPr>
      <w:r>
        <w:t>کیونکہ حج کو حضرت ابراہیم نے قائم کیا تھا قمری مہینے کے اوپر۔</w:t>
      </w:r>
    </w:p>
    <w:p>
      <w:r>
        <w:rPr>
          <w:b/>
        </w:rPr>
        <w:t xml:space="preserve">[04:07] </w:t>
      </w:r>
      <w:r>
        <w:t>yaani lunar calendar ke upar.</w:t>
      </w:r>
    </w:p>
    <w:p>
      <w:pPr>
        <w:jc w:val="right"/>
      </w:pPr>
      <w:r>
        <w:t>یعنی لیونر کیلنڈر کے اوپر۔</w:t>
      </w:r>
    </w:p>
    <w:p>
      <w:r>
        <w:rPr>
          <w:b/>
        </w:rPr>
        <w:t xml:space="preserve">[04:12] </w:t>
      </w:r>
      <w:r>
        <w:t>aap jante hain ke lunar</w:t>
      </w:r>
    </w:p>
    <w:p>
      <w:pPr>
        <w:jc w:val="right"/>
      </w:pPr>
      <w:r>
        <w:t>آپ جانتے ہیں کہ لیونر</w:t>
      </w:r>
    </w:p>
    <w:p>
      <w:r>
        <w:rPr>
          <w:b/>
        </w:rPr>
        <w:t xml:space="preserve">[04:17] </w:t>
      </w:r>
      <w:r>
        <w:t>calendar jo hai woh shamsi calendar se, yaani solar calendar se alag hai. solar calendar jo hai woh mousamoon ke aitbaar se hota hai. misaal ke taur par May June hamesha garmi mein aayega. December January hamesha thandak ke mousam mein aayega. qamri calendar mein aisa nahi hota. badalta rehta hai. to unhon ne yeh kiya ke</w:t>
      </w:r>
    </w:p>
    <w:p>
      <w:pPr>
        <w:jc w:val="right"/>
      </w:pPr>
      <w:r>
        <w:t>کیلنڈر جو ہے وہ شمسی کیلنڈر سے، یعنی سولر کیلنڈر سے الگ ہے۔ سولر کیلنڈر جو ہے وہ موسموں کے اعتبار سے ہوتا ہے۔ مثلاً مئی جون ہمیشہ گرمی میں آئے گا۔ دسمبر جنوری ہمیشہ ٹھنڈک کے موسم میں آئے گا۔ قمری کیلنڈر میں ایسا نہیں ہوتا۔ بدلتا رہتا ہے۔ تو انہوں نے یہ کیا کہ</w:t>
      </w:r>
    </w:p>
    <w:p>
      <w:r>
        <w:rPr>
          <w:b/>
        </w:rPr>
        <w:t xml:space="preserve">[04:47] </w:t>
      </w:r>
      <w:r>
        <w:t>qamri calendar ko shamsi calendar ke barabar kar diya.</w:t>
      </w:r>
    </w:p>
    <w:p>
      <w:pPr>
        <w:jc w:val="right"/>
      </w:pPr>
      <w:r>
        <w:t>قمری کیلنڈر کو شمسی کیلنڈر کے برابر کر دیا۔</w:t>
      </w:r>
    </w:p>
    <w:p>
      <w:r>
        <w:rPr>
          <w:b/>
        </w:rPr>
        <w:t xml:space="preserve">[04:53] </w:t>
      </w:r>
      <w:r>
        <w:t>is tarah se ke har saal gyarah din kam hote hain qamri calendar mein.</w:t>
      </w:r>
    </w:p>
    <w:p>
      <w:pPr>
        <w:jc w:val="right"/>
      </w:pPr>
      <w:r>
        <w:t>اس طرح سے کہ ہر سال گیارہ دن کم ہوتے ہیں قمری کیلنڈر میں۔</w:t>
      </w:r>
    </w:p>
    <w:p>
      <w:r>
        <w:rPr>
          <w:b/>
        </w:rPr>
        <w:t xml:space="preserve">[05:00] </w:t>
      </w:r>
      <w:r>
        <w:t>yaani solar calendar ke muqable mein har saal lunar calendar mein gyarah din ki kami ho jati hai.</w:t>
      </w:r>
    </w:p>
    <w:p>
      <w:pPr>
        <w:jc w:val="right"/>
      </w:pPr>
      <w:r>
        <w:t>یعنی سولر کیلنڈر کے مقابلے میں ہر سال لیونر کیلنڈر میں گیارہ دن کی کمی ہو جاتی ہے۔</w:t>
      </w:r>
    </w:p>
    <w:p>
      <w:r>
        <w:rPr>
          <w:b/>
        </w:rPr>
        <w:t xml:space="preserve">[05:06] </w:t>
      </w:r>
      <w:r>
        <w:t>is tarah teetis saal mein poore ek saal ka farq pad jata hai.</w:t>
      </w:r>
    </w:p>
    <w:p>
      <w:pPr>
        <w:jc w:val="right"/>
      </w:pPr>
      <w:r>
        <w:t>اس طرح تینتیس سال میں پورے ایک سال کا فرق پڑ جاتا ہے۔</w:t>
      </w:r>
    </w:p>
    <w:p>
      <w:r>
        <w:rPr>
          <w:b/>
        </w:rPr>
        <w:t xml:space="preserve">[05:12] </w:t>
      </w:r>
      <w:r>
        <w:t>to unhon ne kya ke har saal gyarah din badha dete the woh.</w:t>
      </w:r>
    </w:p>
    <w:p>
      <w:pPr>
        <w:jc w:val="right"/>
      </w:pPr>
      <w:r>
        <w:t>تو انہوں نے کیا کہ ہر سال گیارہ دن بڑھا دیتے تھے وہ۔</w:t>
      </w:r>
    </w:p>
    <w:p>
      <w:r>
        <w:rPr>
          <w:b/>
        </w:rPr>
        <w:t xml:space="preserve">[05:18] </w:t>
      </w:r>
      <w:r>
        <w:t>har din qamri calendar ki tareekhon mein gyarah din aage kar ke woh shamsi calendar ke barabar kar dete the.</w:t>
      </w:r>
    </w:p>
    <w:p>
      <w:pPr>
        <w:jc w:val="right"/>
      </w:pPr>
      <w:r>
        <w:t>ہر دن قمری کیلنڈر کی تاریخوں میں گیارہ دن آگے کر کے وہ شمسی کیلنڈر کے برابر کر دیتے تھے۔</w:t>
      </w:r>
    </w:p>
    <w:p>
      <w:r>
        <w:rPr>
          <w:b/>
        </w:rPr>
        <w:t xml:space="preserve">[05:23] </w:t>
      </w:r>
      <w:r>
        <w:t>is tarah se haj hamesha parta tha yaani aise mausam mein jab ke wahan zyada garmi na ho.</w:t>
      </w:r>
    </w:p>
    <w:p>
      <w:pPr>
        <w:jc w:val="right"/>
      </w:pPr>
      <w:r>
        <w:t>اس طرح سے حج ہمیشہ پڑتا تھا یعنی ایسے موسم میں جب کہ وہاں زیادہ گرمی نہ ہو۔</w:t>
      </w:r>
    </w:p>
    <w:p>
      <w:r>
        <w:rPr>
          <w:b/>
        </w:rPr>
        <w:t xml:space="preserve">[05:27] </w:t>
      </w:r>
      <w:r>
        <w:t>yeh karte the woh.</w:t>
      </w:r>
    </w:p>
    <w:p>
      <w:pPr>
        <w:jc w:val="right"/>
      </w:pPr>
      <w:r>
        <w:t>یہ کرتے تھے وہ۔</w:t>
      </w:r>
    </w:p>
    <w:p>
      <w:r>
        <w:rPr>
          <w:b/>
        </w:rPr>
        <w:t xml:space="preserve">[05:31] </w:t>
      </w:r>
      <w:r>
        <w:t>to yeh sab un ki bid'aten theen.</w:t>
      </w:r>
    </w:p>
    <w:p>
      <w:pPr>
        <w:jc w:val="right"/>
      </w:pPr>
      <w:r>
        <w:t>تو یہ سب ان کی بدعتیں تھیں۔</w:t>
      </w:r>
    </w:p>
    <w:p>
      <w:r>
        <w:rPr>
          <w:b/>
        </w:rPr>
        <w:t xml:space="preserve">[05:35] </w:t>
      </w:r>
      <w:r>
        <w:t>hazrat ibrahim se hat gaye the woh.</w:t>
      </w:r>
    </w:p>
    <w:p>
      <w:pPr>
        <w:jc w:val="right"/>
      </w:pPr>
      <w:r>
        <w:t>حضرت ابراہیم سے ہٹ گئے تھے وہ۔</w:t>
      </w:r>
    </w:p>
    <w:p>
      <w:r>
        <w:rPr>
          <w:b/>
        </w:rPr>
        <w:t xml:space="preserve">[05:40] </w:t>
      </w:r>
      <w:r>
        <w:t>rasool Allah sal Allah alaihi wasallam ne isi liye is waqt tak hajj nahi kiya jab tak ke</w:t>
      </w:r>
    </w:p>
    <w:p>
      <w:pPr>
        <w:jc w:val="right"/>
      </w:pPr>
      <w:r>
        <w:t>رسول اللہ صلی اللہ علیہ وسلم نے اسی لیے اس وقت تک حج نہیں کیا جب تک کہ</w:t>
      </w:r>
    </w:p>
    <w:p>
      <w:r>
        <w:rPr>
          <w:b/>
        </w:rPr>
        <w:t xml:space="preserve">[05:44] </w:t>
      </w:r>
      <w:r>
        <w:t>aap ne tareekh ko badal na</w:t>
      </w:r>
    </w:p>
    <w:p>
      <w:pPr>
        <w:jc w:val="right"/>
      </w:pPr>
      <w:r>
        <w:t>آپ نے تاریخ کو بدل نہ</w:t>
      </w:r>
    </w:p>
    <w:p>
      <w:r>
        <w:rPr>
          <w:b/>
        </w:rPr>
        <w:t xml:space="preserve">[05:48] </w:t>
      </w:r>
      <w:r>
        <w:t>liya.</w:t>
      </w:r>
    </w:p>
    <w:p>
      <w:pPr>
        <w:jc w:val="right"/>
      </w:pPr>
      <w:r>
        <w:t>لیا۔</w:t>
      </w:r>
    </w:p>
    <w:p>
      <w:r>
        <w:rPr>
          <w:b/>
        </w:rPr>
        <w:t xml:space="preserve">[05:53] </w:t>
      </w:r>
      <w:r>
        <w:t>is ke bare mein main arz karunga main.</w:t>
      </w:r>
    </w:p>
    <w:p>
      <w:pPr>
        <w:jc w:val="right"/>
      </w:pPr>
      <w:r>
        <w:t>اس کے بارے میں میں عرض کروں گا میں۔</w:t>
      </w:r>
    </w:p>
    <w:p>
      <w:r>
        <w:rPr>
          <w:b/>
        </w:rPr>
        <w:t xml:space="preserve">[05:58] </w:t>
      </w:r>
      <w:r>
        <w:t>to isi liye riwayat mein bohat zyada ikhtilaf hai ke rasool Allah ne kitne hajj kiye.</w:t>
      </w:r>
    </w:p>
    <w:p>
      <w:pPr>
        <w:jc w:val="right"/>
      </w:pPr>
      <w:r>
        <w:t>تو اسی لیے روایتوں میں بہت زیادہ اختلاف ہے کہ رسول اللہ نے کتنے حج کیے۔</w:t>
      </w:r>
    </w:p>
    <w:p>
      <w:r>
        <w:rPr>
          <w:b/>
        </w:rPr>
        <w:t xml:space="preserve">[06:03] </w:t>
      </w:r>
      <w:r>
        <w:t>mislan tirmizi aur ibn majah mein hai ke rasool Allah ne hijrat se pehle do hajj kiye.</w:t>
      </w:r>
    </w:p>
    <w:p>
      <w:pPr>
        <w:jc w:val="right"/>
      </w:pPr>
      <w:r>
        <w:t>مثلاً ترمذی اور ابن ماجہ میں ہے کہ رسول اللہ نے ہجرت سے پہلے دو حج کیے۔</w:t>
      </w:r>
    </w:p>
    <w:p>
      <w:r>
        <w:rPr>
          <w:b/>
        </w:rPr>
        <w:t xml:space="preserve">[06:08] </w:t>
      </w:r>
      <w:r>
        <w:t>jab makkah se aap hijrat nahi kiya tha aap ne to aap ne do hajj kiye.</w:t>
      </w:r>
    </w:p>
    <w:p>
      <w:pPr>
        <w:jc w:val="right"/>
      </w:pPr>
      <w:r>
        <w:t>جب مکہ سے آپ ہجرت نہیں کیا تھا آپ نے تو آپ نے دو حج کیے۔</w:t>
      </w:r>
    </w:p>
    <w:p>
      <w:r>
        <w:rPr>
          <w:b/>
        </w:rPr>
        <w:t xml:space="preserve">[06:13] </w:t>
      </w:r>
      <w:r>
        <w:t>yeh hai tirmizi mein aur ibn ma</w:t>
      </w:r>
    </w:p>
    <w:p>
      <w:pPr>
        <w:jc w:val="right"/>
      </w:pPr>
      <w:r>
        <w:t>یہ ہے ترمذی میں اور ابن ما</w:t>
      </w:r>
    </w:p>
    <w:p>
      <w:r>
        <w:rPr>
          <w:b/>
        </w:rPr>
        <w:t xml:space="preserve">[06:18] </w:t>
      </w:r>
      <w:r>
        <w:t>jah mein.</w:t>
      </w:r>
    </w:p>
    <w:p>
      <w:pPr>
        <w:jc w:val="right"/>
      </w:pPr>
      <w:r>
        <w:t>جہ میں۔</w:t>
      </w:r>
    </w:p>
    <w:p>
      <w:r>
        <w:rPr>
          <w:b/>
        </w:rPr>
        <w:t xml:space="preserve">[06:24] </w:t>
      </w:r>
      <w:r>
        <w:t>isi tarah se muslim mein hai ke rasool Allah ne hijrat se pehle ek hajj kiya.</w:t>
      </w:r>
    </w:p>
    <w:p>
      <w:pPr>
        <w:jc w:val="right"/>
      </w:pPr>
      <w:r>
        <w:t>اسی طرح سے مسلم میں ہے کہ رسول اللہ نے ہجرت سے پہلے ایک حج کیا۔</w:t>
      </w:r>
    </w:p>
    <w:p>
      <w:r>
        <w:rPr>
          <w:b/>
        </w:rPr>
        <w:t xml:space="preserve">[06:29] </w:t>
      </w:r>
      <w:r>
        <w:t>hijrat se pehle ek hajj kiya.</w:t>
      </w:r>
    </w:p>
    <w:p>
      <w:pPr>
        <w:jc w:val="right"/>
      </w:pPr>
      <w:r>
        <w:t>ہجرت سے پہلے ایک حج کیا۔</w:t>
      </w:r>
    </w:p>
    <w:p>
      <w:r>
        <w:rPr>
          <w:b/>
        </w:rPr>
        <w:t xml:space="preserve">[06:34] </w:t>
      </w:r>
      <w:r>
        <w:t>aur tabqat ibn saad ki riwayat hai ke rasool Allah ne hijrat se pehle koi hajj nahi kiya.</w:t>
      </w:r>
    </w:p>
    <w:p>
      <w:pPr>
        <w:jc w:val="right"/>
      </w:pPr>
      <w:r>
        <w:t>اور طبقات ابن سعد کی روایت ہے کہ رسول اللہ نے ہجرت سے پہلے کوئی حج نہیں کیا۔</w:t>
      </w:r>
    </w:p>
    <w:p>
      <w:r>
        <w:rPr>
          <w:b/>
        </w:rPr>
        <w:t xml:space="preserve">[06:40] </w:t>
      </w:r>
      <w:r>
        <w:t>ek hi hajj kiya hai aap ne.</w:t>
      </w:r>
    </w:p>
    <w:p>
      <w:pPr>
        <w:jc w:val="right"/>
      </w:pPr>
      <w:r>
        <w:t>ایک ہی حج کیا ہے آپ نے۔</w:t>
      </w:r>
    </w:p>
    <w:p>
      <w:r>
        <w:rPr>
          <w:b/>
        </w:rPr>
        <w:t xml:space="preserve">[06:45] </w:t>
      </w:r>
      <w:r>
        <w:t>woh hai apni wafat se taqreeban do mahine pehle.</w:t>
      </w:r>
    </w:p>
    <w:p>
      <w:pPr>
        <w:jc w:val="right"/>
      </w:pPr>
      <w:r>
        <w:t>وہ ہے اپنی وفات سے تقریباً دو مہینہ پہلے۔</w:t>
      </w:r>
    </w:p>
    <w:p>
      <w:r>
        <w:rPr>
          <w:b/>
        </w:rPr>
        <w:t xml:space="preserve">[06:50] </w:t>
      </w:r>
      <w:r>
        <w:t>to main samajhta hoon ke is mamle mein tabqat ibn saad ki jo riwayat hai wohi sahih hai.</w:t>
      </w:r>
    </w:p>
    <w:p>
      <w:pPr>
        <w:jc w:val="right"/>
      </w:pPr>
      <w:r>
        <w:t>تو میں سمجھتا ہوں کہ اس معاملے میں طبقات ابن سعد کی جو روایت ہے وہی صحیح ہے۔</w:t>
      </w:r>
    </w:p>
    <w:p>
      <w:r>
        <w:rPr>
          <w:b/>
        </w:rPr>
        <w:t xml:space="preserve">[06:58] </w:t>
      </w:r>
      <w:r>
        <w:t>wohi sahih hai.</w:t>
      </w:r>
    </w:p>
    <w:p>
      <w:pPr>
        <w:jc w:val="right"/>
      </w:pPr>
      <w:r>
        <w:t>وہی صحیح ہے۔</w:t>
      </w:r>
    </w:p>
    <w:p>
      <w:r>
        <w:rPr>
          <w:b/>
        </w:rPr>
        <w:t xml:space="preserve">[07:05] </w:t>
      </w:r>
      <w:r>
        <w:t>yani rasool Allah ne sirf ek hajj kiya apne aakhri zamane mein.</w:t>
      </w:r>
    </w:p>
    <w:p>
      <w:pPr>
        <w:jc w:val="right"/>
      </w:pPr>
      <w:r>
        <w:t>یعنی رسول اللہ نے صرف ایک حج کیا اپنے آخری زمانے میں۔</w:t>
      </w:r>
    </w:p>
    <w:p>
      <w:r>
        <w:rPr>
          <w:b/>
        </w:rPr>
        <w:t xml:space="preserve">[07:13] </w:t>
      </w:r>
      <w:r>
        <w:t>is ki wajah yeh thi ke jab aap makkah mein the to zahir hai ke woh hajj moshrik</w:t>
      </w:r>
    </w:p>
    <w:p>
      <w:pPr>
        <w:jc w:val="right"/>
      </w:pPr>
      <w:r>
        <w:t>اس کی وجہ یہ تھی کہ جب آپ مکہ میں تھے تو ظاہر ہے کہ وہ حج مشر</w:t>
      </w:r>
    </w:p>
    <w:p>
      <w:r>
        <w:rPr>
          <w:b/>
        </w:rPr>
        <w:t xml:space="preserve">[07:20] </w:t>
      </w:r>
      <w:r>
        <w:t>kana rasam ke sath hua karta tha.</w:t>
      </w:r>
    </w:p>
    <w:p>
      <w:pPr>
        <w:jc w:val="right"/>
      </w:pPr>
      <w:r>
        <w:t>کانہ رسم کے ساتھ ہوا کرتا تھا۔</w:t>
      </w:r>
    </w:p>
    <w:p>
      <w:r>
        <w:rPr>
          <w:b/>
        </w:rPr>
        <w:t xml:space="preserve">[07:25] </w:t>
      </w:r>
      <w:r>
        <w:t>to aap kaise sharikat karte ho is mein? hijrat ke baad bhi jab aap madinah aa gaye tab</w:t>
      </w:r>
    </w:p>
    <w:p>
      <w:pPr>
        <w:jc w:val="right"/>
      </w:pPr>
      <w:r>
        <w:t>تو آپ کیسے شرکت کرتے ہو اس میں؟ ہجرت کے بعد بھی جب آپ مدینہ آ گئے تب</w:t>
      </w:r>
    </w:p>
    <w:p>
      <w:r>
        <w:rPr>
          <w:b/>
        </w:rPr>
        <w:t xml:space="preserve">[07:29] </w:t>
      </w:r>
      <w:r>
        <w:t>bhi arse tak isi moshrikana andaaz mein hota raha.</w:t>
      </w:r>
    </w:p>
    <w:p>
      <w:pPr>
        <w:jc w:val="right"/>
      </w:pPr>
      <w:r>
        <w:t>بھی عرصے تک اسی مشرکانہ انداز میں ہوتا رہا۔</w:t>
      </w:r>
    </w:p>
    <w:p>
      <w:r>
        <w:rPr>
          <w:b/>
        </w:rPr>
        <w:t xml:space="preserve">[07:33] </w:t>
      </w:r>
      <w:r>
        <w:t>tab bhi aap sharikat nahi kar sakte the.</w:t>
      </w:r>
    </w:p>
    <w:p>
      <w:pPr>
        <w:jc w:val="right"/>
      </w:pPr>
      <w:r>
        <w:t>تب بھی آپ شرکت نہیں کر سکتے تھے۔</w:t>
      </w:r>
    </w:p>
    <w:p>
      <w:r>
        <w:rPr>
          <w:b/>
        </w:rPr>
        <w:t xml:space="preserve">[07:37] </w:t>
      </w:r>
      <w:r>
        <w:t>paighambar hone ki hesiyat se.</w:t>
      </w:r>
    </w:p>
    <w:p>
      <w:pPr>
        <w:jc w:val="right"/>
      </w:pPr>
      <w:r>
        <w:t>پیغمبر ہونے کی حیثیت سے۔</w:t>
      </w:r>
    </w:p>
    <w:p>
      <w:r>
        <w:rPr>
          <w:b/>
        </w:rPr>
        <w:t xml:space="preserve">[07:42] </w:t>
      </w:r>
      <w:r>
        <w:t>to yeh jo ikhtilaf riwayat mein hai ke is se pehle bhi aap ne kuch hajj kiye to</w:t>
      </w:r>
    </w:p>
    <w:p>
      <w:pPr>
        <w:jc w:val="right"/>
      </w:pPr>
      <w:r>
        <w:t>تو یہ جو اختلاف روایتوں میں ہے کہ اس سے پہلے بھی آپ نے کچھ حج کیے تو</w:t>
      </w:r>
    </w:p>
    <w:p>
      <w:r>
        <w:rPr>
          <w:b/>
        </w:rPr>
        <w:t xml:space="preserve">[07:46] </w:t>
      </w:r>
      <w:r>
        <w:t>is ki wajah yeh hai ke hajj ke mauqe par</w:t>
      </w:r>
    </w:p>
    <w:p>
      <w:pPr>
        <w:jc w:val="right"/>
      </w:pPr>
      <w:r>
        <w:t>اس کی وجہ یہ ہے کہ حج کے موقع پر</w:t>
      </w:r>
    </w:p>
    <w:p>
      <w:r>
        <w:rPr>
          <w:b/>
        </w:rPr>
        <w:t xml:space="preserve">[07:50] </w:t>
      </w:r>
      <w:r>
        <w:t>Makkah mein ijtima hua karta tha. yaani ek mela. is mein aap jaate the dawat ke maqsad se. in logon ko Quran padh kar sunate. tauheed ki dawat dete. is se confusion paida hua. yaani hajj ke ijtima'at mein aap ka jana jo hai hajj ada karne ke liye nahi hota tha balkeh hota tha woh tauheed ki baat pahunchane ke liye aur jo paigh</w:t>
      </w:r>
    </w:p>
    <w:p>
      <w:pPr>
        <w:jc w:val="right"/>
      </w:pPr>
      <w:r>
        <w:t>مکہ میں اجتماع ہوا کرتا تھا۔ یعنی ایک میلہ۔ اس میں آپ جاتے تھے دعوت کے مقصد سے۔ ان لوگوں کو قرآن پڑھ کر سناتے۔ توحید کی دعوت دیتے۔ اس سے کنفیوژن پیدا ہوا۔ یعنی حج کے اجتماعات میں آپ کا جانا جو ہے حج ادا کرنے کے لیے نہیں ہوتا تھا بلکہ ہوتا تھا وہ توحید کی بات پہنچانے کے لیے اور جو پیغ</w:t>
      </w:r>
    </w:p>
    <w:p>
      <w:r>
        <w:rPr>
          <w:b/>
        </w:rPr>
        <w:t xml:space="preserve">[08:20] </w:t>
      </w:r>
      <w:r>
        <w:t>mabr ka mission hai is ko logon ko batane ke liye.</w:t>
      </w:r>
    </w:p>
    <w:p>
      <w:pPr>
        <w:jc w:val="right"/>
      </w:pPr>
      <w:r>
        <w:t>مبر کا مشن ہے اس کو لوگوں کو بتانے کے لیے۔</w:t>
      </w:r>
    </w:p>
    <w:p>
      <w:r>
        <w:rPr>
          <w:b/>
        </w:rPr>
        <w:t xml:space="preserve">[08:25] </w:t>
      </w:r>
      <w:r>
        <w:t>quran ke jo hisse is waqt utarte the, utre hue the un ko parh kar sunate the aap un ko.</w:t>
      </w:r>
    </w:p>
    <w:p>
      <w:pPr>
        <w:jc w:val="right"/>
      </w:pPr>
      <w:r>
        <w:t>قرآن کے جو حصے اس وقت اترتے تھے، اترے ہوئے تھے ان کو پڑھ کر سناتے تھے آپ ان کو۔</w:t>
      </w:r>
    </w:p>
    <w:p>
      <w:r>
        <w:rPr>
          <w:b/>
        </w:rPr>
        <w:t xml:space="preserve">[08:29] </w:t>
      </w:r>
      <w:r>
        <w:t>to is se confusion hua.</w:t>
      </w:r>
    </w:p>
    <w:p>
      <w:pPr>
        <w:jc w:val="right"/>
      </w:pPr>
      <w:r>
        <w:t>تو اس سے کنفیوژن ہوا۔</w:t>
      </w:r>
    </w:p>
    <w:p>
      <w:r>
        <w:rPr>
          <w:b/>
        </w:rPr>
        <w:t xml:space="preserve">[08:33] </w:t>
      </w:r>
      <w:r>
        <w:t>warna haqeeqat yeh hai ke poora hajj jo aap ne ada farmaya woh ek hi hajj hai jis</w:t>
      </w:r>
    </w:p>
    <w:p>
      <w:pPr>
        <w:jc w:val="right"/>
      </w:pPr>
      <w:r>
        <w:t>ورنہ حقیقت یہ ہے کہ پورا حج جو آپ نے ادا فرمایا وہ ایک ہی حج ہے جس</w:t>
      </w:r>
    </w:p>
    <w:p>
      <w:r>
        <w:rPr>
          <w:b/>
        </w:rPr>
        <w:t xml:space="preserve">[08:38] </w:t>
      </w:r>
      <w:r>
        <w:t>ko hum kehte hain Hajjat-ul-Wida.</w:t>
      </w:r>
    </w:p>
    <w:p>
      <w:pPr>
        <w:jc w:val="right"/>
      </w:pPr>
      <w:r>
        <w:t>کو ہم کہتے ہیں حجۃ الوداع۔</w:t>
      </w:r>
    </w:p>
    <w:p>
      <w:r>
        <w:rPr>
          <w:b/>
        </w:rPr>
        <w:t xml:space="preserve">[08:42] </w:t>
      </w:r>
      <w:r>
        <w:t>to Hajjat-ul-Wida ka matlab yeh nahi ke aakhri hajj.</w:t>
      </w:r>
    </w:p>
    <w:p>
      <w:pPr>
        <w:jc w:val="right"/>
      </w:pPr>
      <w:r>
        <w:t>تو حجۃ الوداع کا مطلب یہ نہیں کہ آخری حج۔</w:t>
      </w:r>
    </w:p>
    <w:p>
      <w:r>
        <w:rPr>
          <w:b/>
        </w:rPr>
        <w:t xml:space="preserve">[08:46] </w:t>
      </w:r>
      <w:r>
        <w:t>aap ne aakhri hajj mein yeh farmaya tha ke is ke baad, is saal ke baad shayad</w:t>
      </w:r>
    </w:p>
    <w:p>
      <w:pPr>
        <w:jc w:val="right"/>
      </w:pPr>
      <w:r>
        <w:t>آپ نے آخری حج میں یہ فرمایا تھا کہ اس کے بعد، اس سال کے بعد شاید</w:t>
      </w:r>
    </w:p>
    <w:p>
      <w:r>
        <w:rPr>
          <w:b/>
        </w:rPr>
        <w:t xml:space="preserve">[08:51] </w:t>
      </w:r>
      <w:r>
        <w:t>meri tumhari mulaqat na ho.</w:t>
      </w:r>
    </w:p>
    <w:p>
      <w:pPr>
        <w:jc w:val="right"/>
      </w:pPr>
      <w:r>
        <w:t>میری تمہاری ملاقات نہ ہو۔</w:t>
      </w:r>
    </w:p>
    <w:p>
      <w:r>
        <w:rPr>
          <w:b/>
        </w:rPr>
        <w:t xml:space="preserve">[08:55] </w:t>
      </w:r>
      <w:r>
        <w:t>chunancha is ke taqreeban do mahine baad aap ki wafat ho gayi.</w:t>
      </w:r>
    </w:p>
    <w:p>
      <w:pPr>
        <w:jc w:val="right"/>
      </w:pPr>
      <w:r>
        <w:t>چنانچہ اس کے تقریباً دو مہینے بعد آپ کی وفات ہو گئی۔</w:t>
      </w:r>
    </w:p>
    <w:p>
      <w:r>
        <w:rPr>
          <w:b/>
        </w:rPr>
        <w:t xml:space="preserve">[08:59] </w:t>
      </w:r>
      <w:r>
        <w:t>is liye is ko Hajjat-ul-Wida kaha kaha jata hai.</w:t>
      </w:r>
    </w:p>
    <w:p>
      <w:pPr>
        <w:jc w:val="right"/>
      </w:pPr>
      <w:r>
        <w:t>اس لیے اس کو حجۃ الوداع کہا کہا جاتا ہے۔</w:t>
      </w:r>
    </w:p>
    <w:p>
      <w:r>
        <w:rPr>
          <w:b/>
        </w:rPr>
        <w:t xml:space="preserve">[09:04] </w:t>
      </w:r>
      <w:r>
        <w:t>yani rukhsat ka hajj.</w:t>
      </w:r>
    </w:p>
    <w:p>
      <w:pPr>
        <w:jc w:val="right"/>
      </w:pPr>
      <w:r>
        <w:t>یعنی رخصت کا حج۔</w:t>
      </w:r>
    </w:p>
    <w:p>
      <w:r>
        <w:rPr>
          <w:b/>
        </w:rPr>
        <w:t xml:space="preserve">[09:08] </w:t>
      </w:r>
      <w:r>
        <w:t>Hajjat-ul-Wida ka matlab aakhri hajj nahi hai balke is ka matlab hai rukhsat ka hajj.</w:t>
      </w:r>
    </w:p>
    <w:p>
      <w:pPr>
        <w:jc w:val="right"/>
      </w:pPr>
      <w:r>
        <w:t>حجۃ الوداع کا مطلب آخری حج نہیں ہے بلکہ اس کا مطلب ہے رخصت کا حج۔</w:t>
      </w:r>
    </w:p>
    <w:p>
      <w:r>
        <w:rPr>
          <w:b/>
        </w:rPr>
        <w:t xml:space="preserve">[09:12] </w:t>
      </w:r>
      <w:r>
        <w:t>to Rasool Allah s.a.w. teshra saal tak makka mein rahe pehle.</w:t>
      </w:r>
    </w:p>
    <w:p>
      <w:pPr>
        <w:jc w:val="right"/>
      </w:pPr>
      <w:r>
        <w:t>تو رسول اللہ صلی اللہ علیہ وسلم تیرہ سال تک مکہ میں رہے پہلے۔</w:t>
      </w:r>
    </w:p>
    <w:p>
      <w:r>
        <w:rPr>
          <w:b/>
        </w:rPr>
        <w:t xml:space="preserve">[09:17] </w:t>
      </w:r>
      <w:r>
        <w:t>phir hijrat hui aur das saal madine mein rahe aap.</w:t>
      </w:r>
    </w:p>
    <w:p>
      <w:pPr>
        <w:jc w:val="right"/>
      </w:pPr>
      <w:r>
        <w:t>پھر ہجرت ہوئی اور دس سال مدینے میں رہے آپ۔</w:t>
      </w:r>
    </w:p>
    <w:p>
      <w:r>
        <w:rPr>
          <w:b/>
        </w:rPr>
        <w:t xml:space="preserve">[09:21] </w:t>
      </w:r>
      <w:r>
        <w:t>aur chhhe sau battis isvi mein aap ki wafat hui madine mein.</w:t>
      </w:r>
    </w:p>
    <w:p>
      <w:pPr>
        <w:jc w:val="right"/>
      </w:pPr>
      <w:r>
        <w:t>اور چھ سو بتیس عیسوی میں آپ کی وفات ہوئی مدینہ میں۔</w:t>
      </w:r>
    </w:p>
    <w:p>
      <w:r>
        <w:rPr>
          <w:b/>
        </w:rPr>
        <w:t xml:space="preserve">[09:27] </w:t>
      </w:r>
      <w:r>
        <w:t>to wafat se taqreeban do mahine pehle hajj zulhijja parha.</w:t>
      </w:r>
    </w:p>
    <w:p>
      <w:pPr>
        <w:jc w:val="right"/>
      </w:pPr>
      <w:r>
        <w:t>تو وفات سے تقریباً دو مہینہ پہلے حج ذوالحجہ پڑھا۔</w:t>
      </w:r>
    </w:p>
    <w:p>
      <w:r>
        <w:rPr>
          <w:b/>
        </w:rPr>
        <w:t xml:space="preserve">[09:33] </w:t>
      </w:r>
      <w:r>
        <w:t>is mein aap ne hajj farmaya aur aap ke sath kafi log gaye madine se makka.</w:t>
      </w:r>
    </w:p>
    <w:p>
      <w:pPr>
        <w:jc w:val="right"/>
      </w:pPr>
      <w:r>
        <w:t>اس میں آپ نے حج فرمایا اور آپ کے ساتھ کافی لوگ گئے مدینہ سے مکہ۔</w:t>
      </w:r>
    </w:p>
    <w:p>
      <w:r>
        <w:rPr>
          <w:b/>
        </w:rPr>
        <w:t xml:space="preserve">[09:39] </w:t>
      </w:r>
      <w:r>
        <w:t>to riwayat se kafi tafseel milti hai.</w:t>
      </w:r>
    </w:p>
    <w:p>
      <w:pPr>
        <w:jc w:val="right"/>
      </w:pPr>
      <w:r>
        <w:t>تو روایات سے کافی تفصیل ملتی ہے۔</w:t>
      </w:r>
    </w:p>
    <w:p>
      <w:r>
        <w:rPr>
          <w:b/>
        </w:rPr>
        <w:t xml:space="preserve">[09:45] </w:t>
      </w:r>
      <w:r>
        <w:t>yani aap ka jo hajj jo tha jis ko hum Hajjat-ul-Wida kehte hain</w:t>
      </w:r>
    </w:p>
    <w:p>
      <w:pPr>
        <w:jc w:val="right"/>
      </w:pPr>
      <w:r>
        <w:t>یعنی آپ کا جو حج جو تھا جس کو ہم حجۃ الوداع کہتے ہیں</w:t>
      </w:r>
    </w:p>
    <w:p>
      <w:r>
        <w:rPr>
          <w:b/>
        </w:rPr>
        <w:t xml:space="preserve">[09:51] </w:t>
      </w:r>
      <w:r>
        <w:t>us ki kafi tafseel hai kitabon mein. hadith ki kitabon mein. taqreeban saare ajza jo hain riwayaton mein aa gaye hain. to main kuch baatein kitabon se le kar ke arz karunga Rasool Allah ke is hajj ke bare mein. pehli baat yeh maloom hoti hai ke aap ki jo rawangi hui Madinah se Makkah ke liye woh hui thi 25 Zil Qa'dah ko. Ya</w:t>
      </w:r>
    </w:p>
    <w:p>
      <w:pPr>
        <w:jc w:val="right"/>
      </w:pPr>
      <w:r>
        <w:t>اس کی کافی تفصیل ہے کتابوں میں۔ حدیث کی کتابوں میں۔ تقریباً سارے اجزاء جو ہیں روایات میں آ گئے ہیں۔ تو میں کچھ باتیں کتابوں سے لے کر کے عرض کروں گا رسول اللہ کے اس حج کے بارے میں۔ پہلی بات یہ معلوم ہوتی ہے کہ آپ کی جو روانگی ہوئی مدینہ سے مکہ کے لیے وہ ہوئی تھی پچیس ذیقعدہ کو۔ یع</w:t>
      </w:r>
    </w:p>
    <w:p>
      <w:r>
        <w:rPr>
          <w:b/>
        </w:rPr>
        <w:t xml:space="preserve">[10:21] </w:t>
      </w:r>
      <w:r>
        <w:t>ani Zul Hajjah se Zul Hajjah ke mahine se pehle Zil Qa'dah ki pachees tareekh ko aap Madinah se Makkah ke liye rawana hue. riwayaton se maloom hota hai ke us waqt aap ke sath yaani Madinah se jab nikle aap to taqreeban ek lakh aadmi the us waqt. aur jab aap Makkah pahunche to aur log aa kar mil gaye aur tadad jo hai sa</w:t>
      </w:r>
    </w:p>
    <w:p>
      <w:pPr>
        <w:jc w:val="right"/>
      </w:pPr>
      <w:r>
        <w:t>نی ذوالحجہ سے ذوالحجہ کے مہینے سے پہلے ذیقعدہ کی پچیس تاریخ کو آپ مدینہ سے مکہ کے لیے روانہ ہوئے۔ روایات سے معلوم ہوتا ہے کہ اس وقت آپ کے ساتھ یعنی مدینہ سے جب نکلے آپ تو تقریباً ایک لاکھ آدمی تھے اس وقت۔ اور جب آپ مکہ پہنچے تو اور لوگ آ کر مل گئے اور تعداد جو ہے س</w:t>
      </w:r>
    </w:p>
    <w:p>
      <w:r>
        <w:rPr>
          <w:b/>
        </w:rPr>
        <w:t xml:space="preserve">[10:51] </w:t>
      </w:r>
      <w:r>
        <w:t>wa lakh ho gayi.</w:t>
      </w:r>
    </w:p>
    <w:p>
      <w:pPr>
        <w:jc w:val="right"/>
      </w:pPr>
      <w:r>
        <w:t>وا لاکھ ہو گئی۔</w:t>
      </w:r>
    </w:p>
    <w:p>
      <w:r>
        <w:rPr>
          <w:b/>
        </w:rPr>
        <w:t xml:space="preserve">[10:56] </w:t>
      </w:r>
      <w:r>
        <w:t>sawa lakh se zyada.</w:t>
      </w:r>
    </w:p>
    <w:p>
      <w:pPr>
        <w:jc w:val="right"/>
      </w:pPr>
      <w:r>
        <w:t>سوا لاکھ سے زیادہ۔</w:t>
      </w:r>
    </w:p>
    <w:p>
      <w:r>
        <w:rPr>
          <w:b/>
        </w:rPr>
        <w:t xml:space="preserve">[11:00] </w:t>
      </w:r>
      <w:r>
        <w:t>is tarah se aap ne hajj farmaya.</w:t>
      </w:r>
    </w:p>
    <w:p>
      <w:pPr>
        <w:jc w:val="right"/>
      </w:pPr>
      <w:r>
        <w:t>اس طرح سے آپ نے حج فرمایا۔</w:t>
      </w:r>
    </w:p>
    <w:p>
      <w:r>
        <w:rPr>
          <w:b/>
        </w:rPr>
        <w:t xml:space="preserve">[11:04] </w:t>
      </w:r>
      <w:r>
        <w:t>to madine se aap ne safar farmaya jab pachis ziqada ko to safar se pehle aap ne asr</w:t>
      </w:r>
    </w:p>
    <w:p>
      <w:pPr>
        <w:jc w:val="right"/>
      </w:pPr>
      <w:r>
        <w:t>تو مدینہ سے آپ نے سفر فرمایا جب پچیس ذیقعدہ کو تو سفر سے پہلے آپ نے عصر</w:t>
      </w:r>
    </w:p>
    <w:p>
      <w:r>
        <w:rPr>
          <w:b/>
        </w:rPr>
        <w:t xml:space="preserve">[11:08] </w:t>
      </w:r>
      <w:r>
        <w:t>ki namaz ada ki.</w:t>
      </w:r>
    </w:p>
    <w:p>
      <w:pPr>
        <w:jc w:val="right"/>
      </w:pPr>
      <w:r>
        <w:t>کی نماز ادا کی۔</w:t>
      </w:r>
    </w:p>
    <w:p>
      <w:r>
        <w:rPr>
          <w:b/>
        </w:rPr>
        <w:t xml:space="preserve">[11:13] </w:t>
      </w:r>
      <w:r>
        <w:t>nahi zohar ki namaz.</w:t>
      </w:r>
    </w:p>
    <w:p>
      <w:pPr>
        <w:jc w:val="right"/>
      </w:pPr>
      <w:r>
        <w:t>نہیں ظہر کی نماز۔</w:t>
      </w:r>
    </w:p>
    <w:p>
      <w:r>
        <w:rPr>
          <w:b/>
        </w:rPr>
        <w:t xml:space="preserve">[11:17] </w:t>
      </w:r>
      <w:r>
        <w:t>safar se pehle aap ne zohar ki namaz ada ki madine mein. apne sath</w:t>
      </w:r>
    </w:p>
    <w:p>
      <w:pPr>
        <w:jc w:val="right"/>
      </w:pPr>
      <w:r>
        <w:t>سفر سے پہلے آپ نے ظہر کی نماز ادا کی مدینہ میں۔ اپنے ساتھ</w:t>
      </w:r>
    </w:p>
    <w:p>
      <w:r>
        <w:rPr>
          <w:b/>
        </w:rPr>
        <w:t xml:space="preserve">[11:21] </w:t>
      </w:r>
      <w:r>
        <w:t>iyon ke hamrah. yaani 25 Zil Qa'dah ko aap rawana hue is tarah se ke zuhr ki namaz aap ne Madinah mein ada farmayi aur us ke baad aap ki rawangi hui. zuhr ki namaz ke baad aap ne ek taqreer ki aur us mein hajj ki ahmiyat logon ko batai. yaani Madinah se rawangi se pehle aap ne hajj ke bare mein is majme ke samne taqreer</w:t>
      </w:r>
    </w:p>
    <w:p>
      <w:pPr>
        <w:jc w:val="right"/>
      </w:pPr>
      <w:r>
        <w:t>یوں کے ہمراہ۔ یعنی پچیس ذیقعدہ کو آپ روانہ ہوئے اس طرح سے کہ ظہر کی نماز آپ نے مدینے میں ادا فرمائی اور اس کے بعد آپ کی روانگی ہوئی۔ ظہر کی نماز کے بعد آپ نے ایک تقریر کی اور اس میں حج کی اہمیت لوگوں کو بتائی۔ یعنی مدینے سے روانگی سے پہلے آپ نے حج کے بارے میں اس مجمعے کے سامنے تقری</w:t>
      </w:r>
    </w:p>
    <w:p>
      <w:r>
        <w:rPr>
          <w:b/>
        </w:rPr>
        <w:t xml:space="preserve">[11:51] </w:t>
      </w:r>
      <w:r>
        <w:t>r farmayi jo bari tadad mein madine mein akhatta ho gaya tha aur aap ke sath madine se</w:t>
      </w:r>
    </w:p>
    <w:p>
      <w:pPr>
        <w:jc w:val="right"/>
      </w:pPr>
      <w:r>
        <w:t>ر فرمائی جو بڑی تعداد میں مدینے میں اکٹھا ہو گیا تھا اور آپ کے ساتھ مدینے سے</w:t>
      </w:r>
    </w:p>
    <w:p>
      <w:r>
        <w:rPr>
          <w:b/>
        </w:rPr>
        <w:t xml:space="preserve">[11:56] </w:t>
      </w:r>
      <w:r>
        <w:t>rawana hua tha.</w:t>
      </w:r>
    </w:p>
    <w:p>
      <w:pPr>
        <w:jc w:val="right"/>
      </w:pPr>
      <w:r>
        <w:t>روانہ ہوا تھا۔</w:t>
      </w:r>
    </w:p>
    <w:p>
      <w:r>
        <w:rPr>
          <w:b/>
        </w:rPr>
        <w:t xml:space="preserve">[12:01] </w:t>
      </w:r>
      <w:r>
        <w:t>phir madine se rawana ho kar aap puhnche ek maqam hai jis ko kehte hain zool hulaifa.</w:t>
      </w:r>
    </w:p>
    <w:p>
      <w:pPr>
        <w:jc w:val="right"/>
      </w:pPr>
      <w:r>
        <w:t>پھر مدینے سے روانہ ہو کر آپ پہنچے ایک مقام ہے جس کو کہتے ہیں ذوالحلیفہ۔</w:t>
      </w:r>
    </w:p>
    <w:p>
      <w:r>
        <w:rPr>
          <w:b/>
        </w:rPr>
        <w:t xml:space="preserve">[12:06] </w:t>
      </w:r>
      <w:r>
        <w:t>wahan raat ke waqt puhnche aap.</w:t>
      </w:r>
    </w:p>
    <w:p>
      <w:pPr>
        <w:jc w:val="right"/>
      </w:pPr>
      <w:r>
        <w:t>وہاں رات کے وقت پہنچے آپ۔</w:t>
      </w:r>
    </w:p>
    <w:p>
      <w:r>
        <w:rPr>
          <w:b/>
        </w:rPr>
        <w:t xml:space="preserve">[12:11] </w:t>
      </w:r>
      <w:r>
        <w:t>to zool hulaifa jo hai wahi ahle madina ke miqat hain.</w:t>
      </w:r>
    </w:p>
    <w:p>
      <w:pPr>
        <w:jc w:val="right"/>
      </w:pPr>
      <w:r>
        <w:t>تو ذوالحلیفہ جو ہے وہی اہل مدینہ کے میقات ہیں۔</w:t>
      </w:r>
    </w:p>
    <w:p>
      <w:r>
        <w:rPr>
          <w:b/>
        </w:rPr>
        <w:t xml:space="preserve">[12:16] </w:t>
      </w:r>
      <w:r>
        <w:t>miqat ka matlab yeh hai ke makka ke charon taraf kuch maqam</w:t>
      </w:r>
    </w:p>
    <w:p>
      <w:pPr>
        <w:jc w:val="right"/>
      </w:pPr>
      <w:r>
        <w:t>میقات کا مطلب یہ ہے کہ مکہ کے چاروں طرف کچھ مقام</w:t>
      </w:r>
    </w:p>
    <w:p>
      <w:r>
        <w:rPr>
          <w:b/>
        </w:rPr>
        <w:t xml:space="preserve">[12:21] </w:t>
      </w:r>
      <w:r>
        <w:t>at muqarrar kar diye gaye hain ke wahan pahunch kar haji ehraam bandhta hai. jaise India se jo log jaate hain un ki miqat hai Yalamlam. Yalamlam ke maqam se woh bandhte hain ehraam. aur Madinah se jo log chale the Makkah ke liye un ki miqat thi Zul Hulaifah. to Zul Hulaifah mein aap ne raat guzari aur wahan se aap ne ehraam bandha. aur phir aag</w:t>
      </w:r>
    </w:p>
    <w:p>
      <w:pPr>
        <w:jc w:val="right"/>
      </w:pPr>
      <w:r>
        <w:t>ات مقرر کر دیے گئے ہیں کہ وہاں پہنچ کر حاجی احرام باندھتا ہے۔ جیسے انڈیا سے جو لوگ جاتے ہیں ان کی میقات ہےیلملم۔یلملم کے مقام سے وہ باندھتے ہیں احرام۔ اور مدینہ سے جو لوگ چلے تھے مکہ کے لیے ان کی میقات تھی ذوالحلیفہ۔ تو ذوالحلیفہ میں آپ نے رات گزاری اور وہاں سے آپ نے احرام باندھا۔ اور پھر آگ</w:t>
      </w:r>
    </w:p>
    <w:p>
      <w:r>
        <w:rPr>
          <w:b/>
        </w:rPr>
        <w:t xml:space="preserve">[12:51] </w:t>
      </w:r>
      <w:r>
        <w:t>e barhe.</w:t>
      </w:r>
    </w:p>
    <w:p>
      <w:pPr>
        <w:jc w:val="right"/>
      </w:pPr>
      <w:r>
        <w:t>ے بڑھے۔</w:t>
      </w:r>
    </w:p>
    <w:p>
      <w:r>
        <w:rPr>
          <w:b/>
        </w:rPr>
        <w:t xml:space="preserve">[12:57] </w:t>
      </w:r>
      <w:r>
        <w:t>to zool hulaifa jo hai madina walon ki miqat hai yani wahan se ehram bandh kar woh makka ki</w:t>
      </w:r>
    </w:p>
    <w:p>
      <w:pPr>
        <w:jc w:val="right"/>
      </w:pPr>
      <w:r>
        <w:t>تو ذوالحلیفہ جو ہے مدینہ والوں کی میقات ہے یعنی وہاں سے احرام باندھ کر وہ مکہ کی</w:t>
      </w:r>
    </w:p>
    <w:p>
      <w:r>
        <w:rPr>
          <w:b/>
        </w:rPr>
        <w:t xml:space="preserve">[13:03] </w:t>
      </w:r>
      <w:r>
        <w:t>taraf rawana hote hain.</w:t>
      </w:r>
    </w:p>
    <w:p>
      <w:pPr>
        <w:jc w:val="right"/>
      </w:pPr>
      <w:r>
        <w:t>طرف روانہ ہوتے ہیں۔</w:t>
      </w:r>
    </w:p>
    <w:p>
      <w:r>
        <w:rPr>
          <w:b/>
        </w:rPr>
        <w:t xml:space="preserve">[13:09] </w:t>
      </w:r>
      <w:r>
        <w:t>yeh jagah yani hulaifa jo hai, zool hulaifa jo hai woh madine se panch meel ke fasle par hai.</w:t>
      </w:r>
    </w:p>
    <w:p>
      <w:pPr>
        <w:jc w:val="right"/>
      </w:pPr>
      <w:r>
        <w:t>یہ جگہ یعنی حلیفہ جو ہے، ذوالحلیفہ جو ہے وہ مدینے سے پانچ میل کے فاصلے پر ہے۔</w:t>
      </w:r>
    </w:p>
    <w:p>
      <w:r>
        <w:rPr>
          <w:b/>
        </w:rPr>
        <w:t xml:space="preserve">[13:16] </w:t>
      </w:r>
      <w:r>
        <w:t>madine se panch meel ke fasle par hai woh maqam jis ko zool hulaifa kaha</w:t>
      </w:r>
    </w:p>
    <w:p>
      <w:pPr>
        <w:jc w:val="right"/>
      </w:pPr>
      <w:r>
        <w:t>مدینہ سے پانچ میل کے فاصلے پر ہے وہ مقام جس کو ذوالحلیفہ کہا</w:t>
      </w:r>
    </w:p>
    <w:p>
      <w:r>
        <w:rPr>
          <w:b/>
        </w:rPr>
        <w:t xml:space="preserve">[13:22] </w:t>
      </w:r>
      <w:r>
        <w:t>jata hai aur jahan se madine wale ehram bandhte hain.</w:t>
      </w:r>
    </w:p>
    <w:p>
      <w:pPr>
        <w:jc w:val="right"/>
      </w:pPr>
      <w:r>
        <w:t>جاتا ہے اور جہاں سے مدینے والے احرام باندھتے ہیں۔</w:t>
      </w:r>
    </w:p>
    <w:p>
      <w:r>
        <w:rPr>
          <w:b/>
        </w:rPr>
        <w:t xml:space="preserve">[13:27] </w:t>
      </w:r>
      <w:r>
        <w:t>phir zool hulaifa se bhi aap ne zohar ke baad ehram bandh kar bandha.</w:t>
      </w:r>
    </w:p>
    <w:p>
      <w:pPr>
        <w:jc w:val="right"/>
      </w:pPr>
      <w:r>
        <w:t>پھر ذوالحلیفہ سے بھی آپ نے ظہر کے بعد احرام باندھ کر باندھا۔</w:t>
      </w:r>
    </w:p>
    <w:p>
      <w:r>
        <w:rPr>
          <w:b/>
        </w:rPr>
        <w:t xml:space="preserve">[13:32] </w:t>
      </w:r>
      <w:r>
        <w:t>yani madi, yani zool hulaifa mein aap ne zohar ki namaz padhi aur wahan par aap ne ehram bandha</w:t>
      </w:r>
    </w:p>
    <w:p>
      <w:pPr>
        <w:jc w:val="right"/>
      </w:pPr>
      <w:r>
        <w:t>یعنی مدی، یعنی ذوالحلیفہ میں آپ نے ظہر کی نماز پڑھی اور وہاں پر آپ نے احرام باندھا</w:t>
      </w:r>
    </w:p>
    <w:p>
      <w:r>
        <w:rPr>
          <w:b/>
        </w:rPr>
        <w:t xml:space="preserve">[13:37] </w:t>
      </w:r>
      <w:r>
        <w:t>aur phir wahan se aap rawana hue makka ki taraf.</w:t>
      </w:r>
    </w:p>
    <w:p>
      <w:pPr>
        <w:jc w:val="right"/>
      </w:pPr>
      <w:r>
        <w:t>اور پھر وہاں سے آپ روانہ ہوئے مکہ کی طرف۔</w:t>
      </w:r>
    </w:p>
    <w:p>
      <w:r>
        <w:rPr>
          <w:b/>
        </w:rPr>
        <w:t xml:space="preserve">[13:42] </w:t>
      </w:r>
      <w:r>
        <w:t>rastay mein aap talbiya karte jate the.</w:t>
      </w:r>
    </w:p>
    <w:p>
      <w:pPr>
        <w:jc w:val="right"/>
      </w:pPr>
      <w:r>
        <w:t>راستے میں آپ تلبیہ کرتے جاتے تھے۔</w:t>
      </w:r>
    </w:p>
    <w:p>
      <w:r>
        <w:rPr>
          <w:b/>
        </w:rPr>
        <w:t xml:space="preserve">[13:47] </w:t>
      </w:r>
      <w:r>
        <w:t>talbiya kehte hain</w:t>
      </w:r>
    </w:p>
    <w:p>
      <w:pPr>
        <w:jc w:val="right"/>
      </w:pPr>
      <w:r>
        <w:t>تلبیہ کہتے ہیں</w:t>
      </w:r>
    </w:p>
    <w:p>
      <w:r>
        <w:rPr>
          <w:b/>
        </w:rPr>
        <w:t xml:space="preserve">[13:52] </w:t>
      </w:r>
      <w:r>
        <w:t>Labbaik Allahumma Labbaik kehne ko. Aye Khuda main hazir hoon, Aye Khuda main hazir hoon. yeh jo rawangi thi Madinah se Makkah ki taraf woh is is jazbe ke sath, is spirit ke sath thi ke yeh hum Khuda ki taraf ja rahe hain. Khuda ke mission ki taraf ja rahe hain. Khuda ki ijtima'i ibadat ke liye ja rahe hain. kyunke Makkah, Ka'bah jo hai ya Makkah jo hai wahan par sari duniya ke log aate hain. to wahan</w:t>
      </w:r>
    </w:p>
    <w:p>
      <w:pPr>
        <w:jc w:val="right"/>
      </w:pPr>
      <w:r>
        <w:t>لبیک اللہم لبیک کہنے کو۔ اے خدا میں حاضر ہوں، اے خدا میں حاضر ہوں۔ یہ جو روانگی تھی مدینہ سے مکہ کی طرف وہ اس اس جذبے کے ساتھ، اس اسپرٹ کے ساتھ تھی کہ یہ ہم خدا کی طرف جا رہے ہیں۔ خدا کے مشن کی طرف جا رہے ہیں۔ خدا کی اجتماعی عبادت کے لیے جا رہے ہیں۔ کیونکہ مکہ، کعبہ جو ہے یا مکہ جو ہے وہاں پر ساری دنیا کے لوگ آتے ہیں۔ تو وہاں</w:t>
      </w:r>
    </w:p>
    <w:p>
      <w:r>
        <w:rPr>
          <w:b/>
        </w:rPr>
        <w:t xml:space="preserve">[14:22] </w:t>
      </w:r>
      <w:r>
        <w:t>par ek lehaz se ek almi ibadat hoti hai.</w:t>
      </w:r>
    </w:p>
    <w:p>
      <w:pPr>
        <w:jc w:val="right"/>
      </w:pPr>
      <w:r>
        <w:t>پر ایک لحاظ سے ایک عالمی عبادت ہوتی ہے۔</w:t>
      </w:r>
    </w:p>
    <w:p>
      <w:r>
        <w:rPr>
          <w:b/>
        </w:rPr>
        <w:t xml:space="preserve">[14:27] </w:t>
      </w:r>
      <w:r>
        <w:t>hajj ke zaman mein.</w:t>
      </w:r>
    </w:p>
    <w:p>
      <w:pPr>
        <w:jc w:val="right"/>
      </w:pPr>
      <w:r>
        <w:t>حج کے زمانے میں۔</w:t>
      </w:r>
    </w:p>
    <w:p>
      <w:r>
        <w:rPr>
          <w:b/>
        </w:rPr>
        <w:t xml:space="preserve">[14:32] </w:t>
      </w:r>
      <w:r>
        <w:t>aaj kal hajj ke zaman mein pachees lakh aur tees lakh admi wahan akhatta ho ho jate hain.</w:t>
      </w:r>
    </w:p>
    <w:p>
      <w:pPr>
        <w:jc w:val="right"/>
      </w:pPr>
      <w:r>
        <w:t>آج کل حج کے زمانے میں پچیس لاکھ اور تیس لاکھ آدمی وہاں اکٹھا ہو ہو جاتے ہیں۔</w:t>
      </w:r>
    </w:p>
    <w:p>
      <w:r>
        <w:rPr>
          <w:b/>
        </w:rPr>
        <w:t xml:space="preserve">[14:37] </w:t>
      </w:r>
      <w:r>
        <w:t>rasool Allah ke zaman mein kul tadad jo batayi jati hai woh thi ek lakh chalish hazar us waqt.</w:t>
      </w:r>
    </w:p>
    <w:p>
      <w:pPr>
        <w:jc w:val="right"/>
      </w:pPr>
      <w:r>
        <w:t>رسول اللہ کے زمانے میں کل تعداد جو بتائی جاتی ہے وہ تھی ایک لاکھ چالیس ہزار اس وقت۔</w:t>
      </w:r>
    </w:p>
    <w:p>
      <w:r>
        <w:rPr>
          <w:b/>
        </w:rPr>
        <w:t xml:space="preserve">[14:42] </w:t>
      </w:r>
      <w:r>
        <w:t>ab wahan pachees lakh aur tees lakh admi akhatta ho jate hain.</w:t>
      </w:r>
    </w:p>
    <w:p>
      <w:pPr>
        <w:jc w:val="right"/>
      </w:pPr>
      <w:r>
        <w:t>اب وہاں پچیس لاکھ اور تیس لاکھ آدمی اکٹھا ہو جاتے ہیں۔</w:t>
      </w:r>
    </w:p>
    <w:p>
      <w:r>
        <w:rPr>
          <w:b/>
        </w:rPr>
        <w:t xml:space="preserve">[14:47] </w:t>
      </w:r>
      <w:r>
        <w:t>to yeh jab madine se rawana hue to yeh kehte hue rastay mein ke labbaik allahumma</w:t>
      </w:r>
    </w:p>
    <w:p>
      <w:pPr>
        <w:jc w:val="right"/>
      </w:pPr>
      <w:r>
        <w:t>تو یہ جب مدینے سے روانہ ہوئے تو یہ کہتے ہوئے راستے میں کہ لبیک اللہم</w:t>
      </w:r>
    </w:p>
    <w:p>
      <w:r>
        <w:rPr>
          <w:b/>
        </w:rPr>
        <w:t xml:space="preserve">[14:52] </w:t>
      </w:r>
      <w:r>
        <w:t>Labbaik. Aye Khuda main hazir hoon, Aye Khuda main hazir hoon. to asal spirit jo hai hajj ki woh yahi hai ke Khuda ki pukar par hazir ho jana. Khuda ki pukar par daud padna. Khuda ke liye apne aap ko dedicate kar dena. yahi asal spirit hai hajj ki. phir dekhiye riwayaton mein aata hai ke raaste mein jahan koi teela aata, koi oonchi jagah to us par aap charh</w:t>
      </w:r>
    </w:p>
    <w:p>
      <w:pPr>
        <w:jc w:val="right"/>
      </w:pPr>
      <w:r>
        <w:t>لبیک۔ اے خدا میں حاضر ہوں، اے خدا میں حاضر ہوں۔ تو اصل اسپرٹ جو ہے حج کی وہ یہی ہے کہ خدا کی پکار پر حاضر ہو جانا۔ خدا کی پکار پر دوڑ پڑنا۔ خدا کے لیے اپنے آپ کو ڈیڈیکیٹ کر دینا۔ یہی اصل اسپرٹ ہے حج کی۔ پھر دیکھیے روایات میں آتا ہے کہ راستے میں جہاں کوئی ٹیلہ آتا، کوئی اونچی جگہ تو اس پر آپ چڑھ جات</w:t>
      </w:r>
    </w:p>
    <w:p>
      <w:r>
        <w:rPr>
          <w:b/>
        </w:rPr>
        <w:t xml:space="preserve">[15:22] </w:t>
      </w:r>
      <w:r>
        <w:t>e.</w:t>
      </w:r>
    </w:p>
    <w:p>
      <w:pPr>
        <w:jc w:val="right"/>
      </w:pPr>
      <w:r>
        <w:t>ے۔</w:t>
      </w:r>
    </w:p>
    <w:p>
      <w:r>
        <w:rPr>
          <w:b/>
        </w:rPr>
        <w:t xml:space="preserve">[15:26] </w:t>
      </w:r>
      <w:r>
        <w:t>aur wahan par charh kar farmate hain allah o akbar, allah o akbar.</w:t>
      </w:r>
    </w:p>
    <w:p>
      <w:pPr>
        <w:jc w:val="right"/>
      </w:pPr>
      <w:r>
        <w:t>اور وہاں پر چڑھ کر فرماتے ہیں اللہ اکبر، اللہ اکبر۔</w:t>
      </w:r>
    </w:p>
    <w:p>
      <w:r>
        <w:rPr>
          <w:b/>
        </w:rPr>
        <w:t xml:space="preserve">[15:29] </w:t>
      </w:r>
      <w:r>
        <w:t>yani bulandi ki jagah koi milti hai rastay mein jaisay tile hotay hain is wahan par to wahan</w:t>
      </w:r>
    </w:p>
    <w:p>
      <w:pPr>
        <w:jc w:val="right"/>
      </w:pPr>
      <w:r>
        <w:t>یعنی بلندی کی جگہ کوئی ملتی ہے راستے میں جیسے ٹیلے ہوتے ہیں اس وہاں پر تو وہاں</w:t>
      </w:r>
    </w:p>
    <w:p>
      <w:r>
        <w:rPr>
          <w:b/>
        </w:rPr>
        <w:t xml:space="preserve">[15:33] </w:t>
      </w:r>
      <w:r>
        <w:t>par charh kar aap kehte thay allah o akbar, allah o akbar.</w:t>
      </w:r>
    </w:p>
    <w:p>
      <w:pPr>
        <w:jc w:val="right"/>
      </w:pPr>
      <w:r>
        <w:t>پر چڑھ کر آپ کہتے تھے اللہ اکبر، اللہ اکبر۔</w:t>
      </w:r>
    </w:p>
    <w:p>
      <w:r>
        <w:rPr>
          <w:b/>
        </w:rPr>
        <w:t xml:space="preserve">[15:37] </w:t>
      </w:r>
      <w:r>
        <w:t>khuda sab se bara hai.</w:t>
      </w:r>
    </w:p>
    <w:p>
      <w:pPr>
        <w:jc w:val="right"/>
      </w:pPr>
      <w:r>
        <w:t>خدا سب سے بڑا ہے۔</w:t>
      </w:r>
    </w:p>
    <w:p>
      <w:r>
        <w:rPr>
          <w:b/>
        </w:rPr>
        <w:t xml:space="preserve">[15:41] </w:t>
      </w:r>
      <w:r>
        <w:t>God is great, God is great.</w:t>
      </w:r>
    </w:p>
    <w:p>
      <w:pPr>
        <w:jc w:val="right"/>
      </w:pPr>
      <w:r>
        <w:t>God is great, God is great۔</w:t>
      </w:r>
    </w:p>
    <w:p>
      <w:r>
        <w:rPr>
          <w:b/>
        </w:rPr>
        <w:t xml:space="preserve">[15:45] </w:t>
      </w:r>
      <w:r>
        <w:t>to yeh sab se bara jo ailan hai woh yahi hai jis ko hum kehte hain tauheed ka</w:t>
      </w:r>
    </w:p>
    <w:p>
      <w:pPr>
        <w:jc w:val="right"/>
      </w:pPr>
      <w:r>
        <w:t>تو یہ سب سے بڑا جو اعلان ہے وہ یہی ہے جس کو ہم کہتے ہیں توحید کا</w:t>
      </w:r>
    </w:p>
    <w:p>
      <w:r>
        <w:rPr>
          <w:b/>
        </w:rPr>
        <w:t xml:space="preserve">[15:48] </w:t>
      </w:r>
      <w:r>
        <w:t>mission woh kya hai?</w:t>
      </w:r>
    </w:p>
    <w:p>
      <w:pPr>
        <w:jc w:val="right"/>
      </w:pPr>
      <w:r>
        <w:t>مشن وہ کیا ہے؟</w:t>
      </w:r>
    </w:p>
    <w:p>
      <w:r>
        <w:rPr>
          <w:b/>
        </w:rPr>
        <w:t xml:space="preserve">[15:52] </w:t>
      </w:r>
      <w:r>
        <w:t>woh hai khuda ki barhai ka ailan.</w:t>
      </w:r>
    </w:p>
    <w:p>
      <w:pPr>
        <w:jc w:val="right"/>
      </w:pPr>
      <w:r>
        <w:t>وہ ہے خدا کی بڑائی کا اعلان۔</w:t>
      </w:r>
    </w:p>
    <w:p>
      <w:r>
        <w:rPr>
          <w:b/>
        </w:rPr>
        <w:t xml:space="preserve">[15:55] </w:t>
      </w:r>
      <w:r>
        <w:t>khuda ki glory ka ailan.</w:t>
      </w:r>
    </w:p>
    <w:p>
      <w:pPr>
        <w:jc w:val="right"/>
      </w:pPr>
      <w:r>
        <w:t>خدا کی گلوری کا اعلان۔</w:t>
      </w:r>
    </w:p>
    <w:p>
      <w:r>
        <w:rPr>
          <w:b/>
        </w:rPr>
        <w:t xml:space="preserve">[15:59] </w:t>
      </w:r>
      <w:r>
        <w:t>ke yeh universe jo hai yeh khuda ne banai hai.</w:t>
      </w:r>
    </w:p>
    <w:p>
      <w:pPr>
        <w:jc w:val="right"/>
      </w:pPr>
      <w:r>
        <w:t>کہ یہ یونیورس جو ہے یہ خدا نے بنائی ہے۔</w:t>
      </w:r>
    </w:p>
    <w:p>
      <w:r>
        <w:rPr>
          <w:b/>
        </w:rPr>
        <w:t xml:space="preserve">[16:02] </w:t>
      </w:r>
      <w:r>
        <w:t>wohi is ka lord hai, wohi is ka day of judgment ka malik hai.</w:t>
      </w:r>
    </w:p>
    <w:p>
      <w:pPr>
        <w:jc w:val="right"/>
      </w:pPr>
      <w:r>
        <w:t>وہی اس کا لارڈ ہے، وہی اس کا ڈے آف ججمنٹ کا مالک ہے۔</w:t>
      </w:r>
    </w:p>
    <w:p>
      <w:r>
        <w:rPr>
          <w:b/>
        </w:rPr>
        <w:t xml:space="preserve">[16:06] </w:t>
      </w:r>
      <w:r>
        <w:t>isi ka hai sab kuch.</w:t>
      </w:r>
    </w:p>
    <w:p>
      <w:pPr>
        <w:jc w:val="right"/>
      </w:pPr>
      <w:r>
        <w:t>اسی کا ہے سب کچھ۔</w:t>
      </w:r>
    </w:p>
    <w:p>
      <w:r>
        <w:rPr>
          <w:b/>
        </w:rPr>
        <w:t xml:space="preserve">[16:09] </w:t>
      </w:r>
      <w:r>
        <w:t>wohi creator hai, wohi sustainer hai.</w:t>
      </w:r>
    </w:p>
    <w:p>
      <w:pPr>
        <w:jc w:val="right"/>
      </w:pPr>
      <w:r>
        <w:t>وہی کریٹر ہے، وہی سسٹینر ہے۔</w:t>
      </w:r>
    </w:p>
    <w:p>
      <w:r>
        <w:rPr>
          <w:b/>
        </w:rPr>
        <w:t xml:space="preserve">[16:12] </w:t>
      </w:r>
      <w:r>
        <w:t>yeh sab baatein allah o akbar mein shamil hain.</w:t>
      </w:r>
    </w:p>
    <w:p>
      <w:pPr>
        <w:jc w:val="right"/>
      </w:pPr>
      <w:r>
        <w:t>یہ سب باتیں اللہ اکبر میں شامل ہیں۔</w:t>
      </w:r>
    </w:p>
    <w:p>
      <w:r>
        <w:rPr>
          <w:b/>
        </w:rPr>
        <w:t xml:space="preserve">[16:16] </w:t>
      </w:r>
      <w:r>
        <w:t>to is tarah se aap har maqam par goya ke kharay ho kar sari dunya ko yeh paigham</w:t>
      </w:r>
    </w:p>
    <w:p>
      <w:pPr>
        <w:jc w:val="right"/>
      </w:pPr>
      <w:r>
        <w:t>تو اس طرح سے آپ ہر مقام پر گویا کہ کھڑے ہو کر ساری دنیا کو یہ پیغام</w:t>
      </w:r>
    </w:p>
    <w:p>
      <w:r>
        <w:rPr>
          <w:b/>
        </w:rPr>
        <w:t xml:space="preserve">[16:19] </w:t>
      </w:r>
      <w:r>
        <w:t>detay thay ke</w:t>
      </w:r>
    </w:p>
    <w:p>
      <w:pPr>
        <w:jc w:val="right"/>
      </w:pPr>
      <w:r>
        <w:t>دیتے تھے کہ</w:t>
      </w:r>
    </w:p>
    <w:p>
      <w:r>
        <w:rPr>
          <w:b/>
        </w:rPr>
        <w:t xml:space="preserve">[16:22] </w:t>
      </w:r>
      <w:r>
        <w:t>sun lo aye logon ke barai sirf Khuda ke liye hai. azmat sirf Khuda ke liye hai. yahi hai goya ke crux of the mission ke Khuda ki barai ko logon tak pahunchana yahi tauheed ke mission ki asal hai. is tarah se aap chalte rahe, chalte rahe yahan tak ke 4 Zul Hajjah ko aap Makkah mein dakhil hue. Zul Hajjah jis mein, jis mahine mein</w:t>
      </w:r>
    </w:p>
    <w:p>
      <w:pPr>
        <w:jc w:val="right"/>
      </w:pPr>
      <w:r>
        <w:t>سن لو اے لوگوں کہ بڑائی صرف خدا کے لیے ہے۔ عظمت صرف خدا کے لیے ہے۔ یہی ہے گویا کریکس آف دا مشن کہ خدا کی بڑائی کو لوگوں تک پہنچانا یہی توحید کے مشن کی اصل ہے۔ اس طرح سے آپ چلتے رہے، چلتے رہے یہاں تک کہ چار ذوالحجہ کو آپ مکہ میں داخل ہوئے۔ ذوالحجہ جس میں، جس مہینے میں</w:t>
      </w:r>
    </w:p>
    <w:p>
      <w:r>
        <w:rPr>
          <w:b/>
        </w:rPr>
        <w:t xml:space="preserve">[16:52] </w:t>
      </w:r>
      <w:r>
        <w:t>ke ibadat ki jati hai hajj ki.</w:t>
      </w:r>
    </w:p>
    <w:p>
      <w:pPr>
        <w:jc w:val="right"/>
      </w:pPr>
      <w:r>
        <w:t>کہ عبادت کی جاتی ہے حج کی۔</w:t>
      </w:r>
    </w:p>
    <w:p>
      <w:r>
        <w:rPr>
          <w:b/>
        </w:rPr>
        <w:t xml:space="preserve">[16:57] </w:t>
      </w:r>
      <w:r>
        <w:t>hajj ki ibadat aap jantay hain ke qamri calendar ka jo aakhri mahina hai zulhijja is mein ibadat</w:t>
      </w:r>
    </w:p>
    <w:p>
      <w:pPr>
        <w:jc w:val="right"/>
      </w:pPr>
      <w:r>
        <w:t>حج کی عبادت آپ جانتے ہیں کہ قمری کیلنڈر کا جو آخری مہینہ ہے ذوالحجہ اس میں عبادت</w:t>
      </w:r>
    </w:p>
    <w:p>
      <w:r>
        <w:rPr>
          <w:b/>
        </w:rPr>
        <w:t xml:space="preserve">[17:01] </w:t>
      </w:r>
      <w:r>
        <w:t>ki jati hai hajj ki.</w:t>
      </w:r>
    </w:p>
    <w:p>
      <w:pPr>
        <w:jc w:val="right"/>
      </w:pPr>
      <w:r>
        <w:t>کی جاتی ہے حج کی۔</w:t>
      </w:r>
    </w:p>
    <w:p>
      <w:r>
        <w:rPr>
          <w:b/>
        </w:rPr>
        <w:t xml:space="preserve">[17:06] </w:t>
      </w:r>
      <w:r>
        <w:t>to char zulhijja ko aap makkah pohanchay.</w:t>
      </w:r>
    </w:p>
    <w:p>
      <w:pPr>
        <w:jc w:val="right"/>
      </w:pPr>
      <w:r>
        <w:t>تو چار ذوالحجہ کو آپ مکہ پہنچے۔</w:t>
      </w:r>
    </w:p>
    <w:p>
      <w:r>
        <w:rPr>
          <w:b/>
        </w:rPr>
        <w:t xml:space="preserve">[17:10] </w:t>
      </w:r>
      <w:r>
        <w:t>aur yeh safar no din mein poora hua.</w:t>
      </w:r>
    </w:p>
    <w:p>
      <w:pPr>
        <w:jc w:val="right"/>
      </w:pPr>
      <w:r>
        <w:t>اور یہ سفر نو دن میں پورا ہوا۔</w:t>
      </w:r>
    </w:p>
    <w:p>
      <w:r>
        <w:rPr>
          <w:b/>
        </w:rPr>
        <w:t xml:space="preserve">[17:15] </w:t>
      </w:r>
      <w:r>
        <w:t>yani madina se makkah pohanchne ka jo yeh safar tha yeh no din mein poora hua.</w:t>
      </w:r>
    </w:p>
    <w:p>
      <w:pPr>
        <w:jc w:val="right"/>
      </w:pPr>
      <w:r>
        <w:t>یعنی مدینہ سے مکہ پہنچنے کا جو یہ سفر تھا یہ نو دن میں پورا ہوا۔</w:t>
      </w:r>
    </w:p>
    <w:p>
      <w:r>
        <w:rPr>
          <w:b/>
        </w:rPr>
        <w:t xml:space="preserve">[17:19] </w:t>
      </w:r>
      <w:r>
        <w:t>no din ka safar karne ke baad aap</w:t>
      </w:r>
    </w:p>
    <w:p>
      <w:pPr>
        <w:jc w:val="right"/>
      </w:pPr>
      <w:r>
        <w:t>نو دن کا سفر کرنے کے بعد آپ</w:t>
      </w:r>
    </w:p>
    <w:p>
      <w:r>
        <w:rPr>
          <w:b/>
        </w:rPr>
        <w:t xml:space="preserve">[17:23] </w:t>
      </w:r>
      <w:r>
        <w:t>Makkah pohanchay. jab aap Makkah mein dakhil hue to sab se pehle aap Kaba gaye. Kaba ke paas gaye aur Kaba mein aap ne jis ko kehte hain tawaf e qudoom. jab koi aadmi pohanchta hai chahe umrah kare ya hajj kare to sab se pehle woh Kaba ka tawaf karta hai. to us ko kaha jata hai tawaf e qudoom. to jab</w:t>
      </w:r>
    </w:p>
    <w:p>
      <w:pPr>
        <w:jc w:val="right"/>
      </w:pPr>
      <w:r>
        <w:t>مکہ پہنچے۔ جب آپ مکہ میں داخل ہوئے تو سب سے پہلے آپ کعبہ گئے۔ کعبہ کے پاس گئے اور کعبہ میں آپ نے جس کو کہتے ہیں طواف قدوم۔ جب کوئی آدمی پہنچتا ہے چاہے عمرہ کرے یا حج کرے تو سب سے پہلے وہ کعبہ کا طواف کرتا ہے۔ تو اس کو کہا جاتا ہے طواف قدوم۔ تو جب</w:t>
      </w:r>
    </w:p>
    <w:p>
      <w:r>
        <w:rPr>
          <w:b/>
        </w:rPr>
        <w:t xml:space="preserve">[17:53] </w:t>
      </w:r>
      <w:r>
        <w:t>aap wahan dakhil hue to sab se pehle aap kaba pohnche.</w:t>
      </w:r>
    </w:p>
    <w:p>
      <w:pPr>
        <w:jc w:val="right"/>
      </w:pPr>
      <w:r>
        <w:t>آپ وہاں داخل ہوئے تو سب سے پہلے آپ کعبہ پہنچے۔</w:t>
      </w:r>
    </w:p>
    <w:p>
      <w:r>
        <w:rPr>
          <w:b/>
        </w:rPr>
        <w:t xml:space="preserve">[18:00] </w:t>
      </w:r>
      <w:r>
        <w:t>kaba pohnch kar aap ne kaba tawaf qudoom kiya.</w:t>
      </w:r>
    </w:p>
    <w:p>
      <w:pPr>
        <w:jc w:val="right"/>
      </w:pPr>
      <w:r>
        <w:t>کعبہ پہنچ کر آپ نے کعبہ طواف قدوم کیا۔</w:t>
      </w:r>
    </w:p>
    <w:p>
      <w:r>
        <w:rPr>
          <w:b/>
        </w:rPr>
        <w:t xml:space="preserve">[18:06] </w:t>
      </w:r>
      <w:r>
        <w:t>to kaba ko dekh kar ke aap ne ek bohat hi aham baat yeh hai ke kaba ko</w:t>
      </w:r>
    </w:p>
    <w:p>
      <w:pPr>
        <w:jc w:val="right"/>
      </w:pPr>
      <w:r>
        <w:t>تو کعبہ کو دیکھ کر کے آپ نے ایک بہت ہی اہم بات یہ ہے کہ کعبہ کو</w:t>
      </w:r>
    </w:p>
    <w:p>
      <w:r>
        <w:rPr>
          <w:b/>
        </w:rPr>
        <w:t xml:space="preserve">[18:13] </w:t>
      </w:r>
      <w:r>
        <w:t>dekh kar jab kaba dekha aap ne to aap ki zuban se kia alfaaz nikle? aap ne farmaya</w:t>
      </w:r>
    </w:p>
    <w:p>
      <w:pPr>
        <w:jc w:val="right"/>
      </w:pPr>
      <w:r>
        <w:t>دیکھ کر جب کعبہ دیکھا آپ نے تو آپ کی زبان سے کیا الفاظ نکلے؟ آپ نے فرمایا</w:t>
      </w:r>
    </w:p>
    <w:p>
      <w:r>
        <w:rPr>
          <w:b/>
        </w:rPr>
        <w:t xml:space="preserve">[18:19] </w:t>
      </w:r>
      <w:r>
        <w:t>allahum ant assalam</w:t>
      </w:r>
    </w:p>
    <w:p>
      <w:pPr>
        <w:jc w:val="right"/>
      </w:pPr>
      <w:r>
        <w:t>اللہم انت السلام</w:t>
      </w:r>
    </w:p>
    <w:p>
      <w:r>
        <w:rPr>
          <w:b/>
        </w:rPr>
        <w:t xml:space="preserve">[18:26] </w:t>
      </w:r>
      <w:r>
        <w:t>. Allahumma antas salam wa minkas salam. hayana rabbana bis salam. yeh bohat hi ahem baat hai keh Kaba ko dekh kar kya yaad aata hai aap ko? Kaba ko dekh kar aap ko kya cheez yaad aayi? to jab aap chalte chalte wahan pohanchte hain jahan Kaba samne hota hai to aap ki zuban se niklta hai Allahumma antas salam wa minkas salam ha</w:t>
      </w:r>
    </w:p>
    <w:p>
      <w:pPr>
        <w:jc w:val="right"/>
      </w:pPr>
      <w:r>
        <w:t>۔ اللہم انت السلام ومنک السلام۔ حینا ربنا بالسلام۔ یہ بہت ہی اہم بات ہے کہ کعبہ کو دیکھ کر کیا یاد آتا ہے آپ کو؟ کعبہ کو دیکھ کر آپ کو کیا چیز یاد آئی؟ تو جب آپ چلتے چلتے وہاں پہنچتے ہیں جہاں کعبہ سامنے ہوتا ہے تو آپ کی زبان سے نکلتا ہے اللہم انت السلام ومنک السلام ح</w:t>
      </w:r>
    </w:p>
    <w:p>
      <w:r>
        <w:rPr>
          <w:b/>
        </w:rPr>
        <w:t xml:space="preserve">[18:56] </w:t>
      </w:r>
      <w:r>
        <w:t>yena rabana bissalam.</w:t>
      </w:r>
    </w:p>
    <w:p>
      <w:pPr>
        <w:jc w:val="right"/>
      </w:pPr>
      <w:r>
        <w:t>ینا ربنا بالسلام۔</w:t>
      </w:r>
    </w:p>
    <w:p>
      <w:r>
        <w:rPr>
          <w:b/>
        </w:rPr>
        <w:t xml:space="preserve">[18:59] </w:t>
      </w:r>
      <w:r>
        <w:t>ae khuda tu salamti hai. پیس hai.</w:t>
      </w:r>
    </w:p>
    <w:p>
      <w:pPr>
        <w:jc w:val="right"/>
      </w:pPr>
      <w:r>
        <w:t>اے خدا تو سلامتی ہے۔ پیس ہے۔</w:t>
      </w:r>
    </w:p>
    <w:p>
      <w:r>
        <w:rPr>
          <w:b/>
        </w:rPr>
        <w:t xml:space="preserve">[19:03] </w:t>
      </w:r>
      <w:r>
        <w:t>ae khuda tu پیس hai.</w:t>
      </w:r>
    </w:p>
    <w:p>
      <w:pPr>
        <w:jc w:val="right"/>
      </w:pPr>
      <w:r>
        <w:t>اے خدا تو پیس ہے۔</w:t>
      </w:r>
    </w:p>
    <w:p>
      <w:r>
        <w:rPr>
          <w:b/>
        </w:rPr>
        <w:t xml:space="preserve">[19:06] </w:t>
      </w:r>
      <w:r>
        <w:t>source of پیس hai.</w:t>
      </w:r>
    </w:p>
    <w:p>
      <w:pPr>
        <w:jc w:val="right"/>
      </w:pPr>
      <w:r>
        <w:t>سورس آف پیس ہے۔</w:t>
      </w:r>
    </w:p>
    <w:p>
      <w:r>
        <w:rPr>
          <w:b/>
        </w:rPr>
        <w:t xml:space="preserve">[19:10] </w:t>
      </w:r>
      <w:r>
        <w:t>tujh se پیس hai.</w:t>
      </w:r>
    </w:p>
    <w:p>
      <w:pPr>
        <w:jc w:val="right"/>
      </w:pPr>
      <w:r>
        <w:t>تجھ سے پیس ہے۔</w:t>
      </w:r>
    </w:p>
    <w:p>
      <w:r>
        <w:rPr>
          <w:b/>
        </w:rPr>
        <w:t xml:space="preserve">[19:14] </w:t>
      </w:r>
      <w:r>
        <w:t>hum ko پیس par zinda rakh.</w:t>
      </w:r>
    </w:p>
    <w:p>
      <w:pPr>
        <w:jc w:val="right"/>
      </w:pPr>
      <w:r>
        <w:t>ہم کو پیس پر زندہ رکھ۔</w:t>
      </w:r>
    </w:p>
    <w:p>
      <w:r>
        <w:rPr>
          <w:b/>
        </w:rPr>
        <w:t xml:space="preserve">[19:17] </w:t>
      </w:r>
      <w:r>
        <w:t>o god you are پیس.</w:t>
      </w:r>
    </w:p>
    <w:p>
      <w:pPr>
        <w:jc w:val="right"/>
      </w:pPr>
      <w:r>
        <w:t>او گاڈ یو آر پیس۔</w:t>
      </w:r>
    </w:p>
    <w:p>
      <w:r>
        <w:rPr>
          <w:b/>
        </w:rPr>
        <w:t xml:space="preserve">[19:21] </w:t>
      </w:r>
      <w:r>
        <w:t>پیس is from you.</w:t>
      </w:r>
    </w:p>
    <w:p>
      <w:pPr>
        <w:jc w:val="right"/>
      </w:pPr>
      <w:r>
        <w:t>پیس از فرام یو۔</w:t>
      </w:r>
    </w:p>
    <w:p>
      <w:r>
        <w:rPr>
          <w:b/>
        </w:rPr>
        <w:t xml:space="preserve">[19:24] </w:t>
      </w:r>
      <w:r>
        <w:t>پیس comes from you.</w:t>
      </w:r>
    </w:p>
    <w:p>
      <w:pPr>
        <w:jc w:val="right"/>
      </w:pPr>
      <w:r>
        <w:t>پیس کمز فرام یو۔</w:t>
      </w:r>
    </w:p>
    <w:p>
      <w:r>
        <w:rPr>
          <w:b/>
        </w:rPr>
        <w:t xml:space="preserve">[19:28] </w:t>
      </w:r>
      <w:r>
        <w:t>let us live in peace. hum peace par zinda rahein, peace par qaim rahein. yeh kitni ahem baat hai. kitni ahem baat hai yeh. yaani Kaba alamat hai peace ka. Kaba alamat hai peace ka. aap jante hain keh wahan par jo log jatay hain hajj ke liye to wahan kisi bhi qism ka aggressive act wahan jaiz nahi hai. mislan chirya</w:t>
      </w:r>
    </w:p>
    <w:p>
      <w:pPr>
        <w:jc w:val="right"/>
      </w:pPr>
      <w:r>
        <w:t>لیٹ اس لیو ان پیس۔ ہم پیس پر زندہ رہیں، پیس پر قائم رہیں۔ یہ کتنی اہم بات ہے۔ کتنی اہم بات ہے یہ۔ یعنی کعبہ علامت ہے پیس کا۔ کعبہ علامت ہے پیس کا۔ آپ جانتے ہیں کہ وہاں پر جو لوگ جاتے ہیں حج کے لیے تو وہاں کسی بھی قسم کا ایگریسو ایکٹ وہاں جائز نہیں ہے۔ مثلاً چڑیا</w:t>
      </w:r>
    </w:p>
    <w:p>
      <w:r>
        <w:rPr>
          <w:b/>
        </w:rPr>
        <w:t xml:space="preserve">[19:58] </w:t>
      </w:r>
      <w:r>
        <w:t>aap nahi maar sakte.</w:t>
      </w:r>
    </w:p>
    <w:p>
      <w:pPr>
        <w:jc w:val="right"/>
      </w:pPr>
      <w:r>
        <w:t>آپ نہیں مار سکتے۔</w:t>
      </w:r>
    </w:p>
    <w:p>
      <w:r>
        <w:rPr>
          <w:b/>
        </w:rPr>
        <w:t xml:space="preserve">[20:01] </w:t>
      </w:r>
      <w:r>
        <w:t>koi bhi janwar nahi maar sakte aap.</w:t>
      </w:r>
    </w:p>
    <w:p>
      <w:pPr>
        <w:jc w:val="right"/>
      </w:pPr>
      <w:r>
        <w:t>کوئی بھی جانور نہیں مار سکتے آپ۔</w:t>
      </w:r>
    </w:p>
    <w:p>
      <w:r>
        <w:rPr>
          <w:b/>
        </w:rPr>
        <w:t xml:space="preserve">[20:04] </w:t>
      </w:r>
      <w:r>
        <w:t>insan ko marna to bohat door ki baat hai.</w:t>
      </w:r>
    </w:p>
    <w:p>
      <w:pPr>
        <w:jc w:val="right"/>
      </w:pPr>
      <w:r>
        <w:t>انسان کو مارنا تو بہت دور کی بات ہے۔</w:t>
      </w:r>
    </w:p>
    <w:p>
      <w:r>
        <w:rPr>
          <w:b/>
        </w:rPr>
        <w:t xml:space="preserve">[20:07] </w:t>
      </w:r>
      <w:r>
        <w:t>janwar ko bhi nahi maar sakte aap.</w:t>
      </w:r>
    </w:p>
    <w:p>
      <w:pPr>
        <w:jc w:val="right"/>
      </w:pPr>
      <w:r>
        <w:t>جانور کو بھی نہیں مار سکتے آپ۔</w:t>
      </w:r>
    </w:p>
    <w:p>
      <w:r>
        <w:rPr>
          <w:b/>
        </w:rPr>
        <w:t xml:space="preserve">[20:10] </w:t>
      </w:r>
      <w:r>
        <w:t>is liye is ko haram kaha jata hai.</w:t>
      </w:r>
    </w:p>
    <w:p>
      <w:pPr>
        <w:jc w:val="right"/>
      </w:pPr>
      <w:r>
        <w:t>اس لیے اس کو حرام کہا جاتا ہے۔</w:t>
      </w:r>
    </w:p>
    <w:p>
      <w:r>
        <w:rPr>
          <w:b/>
        </w:rPr>
        <w:t xml:space="preserve">[20:13] </w:t>
      </w:r>
      <w:r>
        <w:t>masjid haram kaha jata hai.</w:t>
      </w:r>
    </w:p>
    <w:p>
      <w:pPr>
        <w:jc w:val="right"/>
      </w:pPr>
      <w:r>
        <w:t>مسجد حرام کہا جاتا ہے۔</w:t>
      </w:r>
    </w:p>
    <w:p>
      <w:r>
        <w:rPr>
          <w:b/>
        </w:rPr>
        <w:t xml:space="preserve">[20:16] </w:t>
      </w:r>
      <w:r>
        <w:t>yani wahan maar haram hai.</w:t>
      </w:r>
    </w:p>
    <w:p>
      <w:pPr>
        <w:jc w:val="right"/>
      </w:pPr>
      <w:r>
        <w:t>یعنی وہاں مار حرام ہے۔</w:t>
      </w:r>
    </w:p>
    <w:p>
      <w:r>
        <w:rPr>
          <w:b/>
        </w:rPr>
        <w:t xml:space="preserve">[20:19] </w:t>
      </w:r>
      <w:r>
        <w:t>yani khoon bahana.</w:t>
      </w:r>
    </w:p>
    <w:p>
      <w:pPr>
        <w:jc w:val="right"/>
      </w:pPr>
      <w:r>
        <w:t>یعنی خون بہانا۔</w:t>
      </w:r>
    </w:p>
    <w:p>
      <w:r>
        <w:rPr>
          <w:b/>
        </w:rPr>
        <w:t xml:space="preserve">[20:22] </w:t>
      </w:r>
      <w:r>
        <w:t>khoon bahana haram hai.</w:t>
      </w:r>
    </w:p>
    <w:p>
      <w:pPr>
        <w:jc w:val="right"/>
      </w:pPr>
      <w:r>
        <w:t>خون بہانا حرام ہے۔</w:t>
      </w:r>
    </w:p>
    <w:p>
      <w:r>
        <w:rPr>
          <w:b/>
        </w:rPr>
        <w:t xml:space="preserve">[20:25] </w:t>
      </w:r>
      <w:r>
        <w:t>to kaba ko allah taala ne ek</w:t>
      </w:r>
    </w:p>
    <w:p>
      <w:pPr>
        <w:jc w:val="right"/>
      </w:pPr>
      <w:r>
        <w:t>تو کعبہ کو اللہ تعالیٰ نے ایک</w:t>
      </w:r>
    </w:p>
    <w:p>
      <w:r>
        <w:rPr>
          <w:b/>
        </w:rPr>
        <w:t xml:space="preserve">[20:28] </w:t>
      </w:r>
      <w:r>
        <w:t>center of پیس banaya.</w:t>
      </w:r>
    </w:p>
    <w:p>
      <w:pPr>
        <w:jc w:val="right"/>
      </w:pPr>
      <w:r>
        <w:t>سینٹر آف پیس بنایا۔</w:t>
      </w:r>
    </w:p>
    <w:p>
      <w:r>
        <w:rPr>
          <w:b/>
        </w:rPr>
        <w:t xml:space="preserve">[20:32] </w:t>
      </w:r>
      <w:r>
        <w:t>har aitbar se peaceful environment wahan par qaim kiya.</w:t>
      </w:r>
    </w:p>
    <w:p>
      <w:pPr>
        <w:jc w:val="right"/>
      </w:pPr>
      <w:r>
        <w:t>ہر اعتبار سے پیس فل انوائرمنٹ وہاں پر قائم کیا۔</w:t>
      </w:r>
    </w:p>
    <w:p>
      <w:r>
        <w:rPr>
          <w:b/>
        </w:rPr>
        <w:t xml:space="preserve">[20:36] </w:t>
      </w:r>
      <w:r>
        <w:t>is se andaza kya hota hai? is se andaza hota hai ke peace jo hai wo islam mein</w:t>
      </w:r>
    </w:p>
    <w:p>
      <w:pPr>
        <w:jc w:val="right"/>
      </w:pPr>
      <w:r>
        <w:t>اس سے اندازہ کیا ہوتا ہے؟ اس سے اندازہ ہوتا ہے کہ پیس جو ہے وہ اسلام میں</w:t>
      </w:r>
    </w:p>
    <w:p>
      <w:r>
        <w:rPr>
          <w:b/>
        </w:rPr>
        <w:t xml:space="preserve">[20:39] </w:t>
      </w:r>
      <w:r>
        <w:t>summum bonum hai.</w:t>
      </w:r>
    </w:p>
    <w:p>
      <w:pPr>
        <w:jc w:val="right"/>
      </w:pPr>
      <w:r>
        <w:t>سمم بونم ہے۔</w:t>
      </w:r>
    </w:p>
    <w:p>
      <w:r>
        <w:rPr>
          <w:b/>
        </w:rPr>
        <w:t xml:space="preserve">[20:43] </w:t>
      </w:r>
      <w:r>
        <w:t>peace is the summum bonum in islam.</w:t>
      </w:r>
    </w:p>
    <w:p>
      <w:pPr>
        <w:jc w:val="right"/>
      </w:pPr>
      <w:r>
        <w:t>پیس از دا سمم بونم ان اسلام۔</w:t>
      </w:r>
    </w:p>
    <w:p>
      <w:r>
        <w:rPr>
          <w:b/>
        </w:rPr>
        <w:t xml:space="preserve">[20:47] </w:t>
      </w:r>
      <w:r>
        <w:t>main samajhta hoon ke tauheed aur peace do cheezein islam mein bohat important hain.</w:t>
      </w:r>
    </w:p>
    <w:p>
      <w:pPr>
        <w:jc w:val="right"/>
      </w:pPr>
      <w:r>
        <w:t>میں سمجھتا ہوں کہ توحید اور پیس دو چیزیں اسلام میں بہت امپورٹنٹ ہیں۔</w:t>
      </w:r>
    </w:p>
    <w:p>
      <w:r>
        <w:rPr>
          <w:b/>
        </w:rPr>
        <w:t xml:space="preserve">[20:51] </w:t>
      </w:r>
      <w:r>
        <w:t>tauheed aur peace.</w:t>
      </w:r>
    </w:p>
    <w:p>
      <w:pPr>
        <w:jc w:val="right"/>
      </w:pPr>
      <w:r>
        <w:t>توحید اور پیس۔</w:t>
      </w:r>
    </w:p>
    <w:p>
      <w:r>
        <w:rPr>
          <w:b/>
        </w:rPr>
        <w:t xml:space="preserve">[20:54] </w:t>
      </w:r>
      <w:r>
        <w:t>kyun? asal to tauheed hai. jo</w:t>
      </w:r>
    </w:p>
    <w:p>
      <w:pPr>
        <w:jc w:val="right"/>
      </w:pPr>
      <w:r>
        <w:t>کیوں؟ اصل تو توحید ہے۔ جو</w:t>
      </w:r>
    </w:p>
    <w:p>
      <w:r>
        <w:rPr>
          <w:b/>
        </w:rPr>
        <w:t xml:space="preserve">[20:58] </w:t>
      </w:r>
      <w:r>
        <w:t>ideology hai woh tauheed par base karti hai. lekin is dunya mein jab keh hum insano ke sath rehte hain to without peace you cannot do anything. nothing is possible without peace. chahe ibadat karna ho, chahe dua o work karna ho, ya mal o aaloos par chalna ho, kuch bhi, kuch bhi, kuch bhi. nothing is possible without peace. to ideology</w:t>
      </w:r>
    </w:p>
    <w:p>
      <w:pPr>
        <w:jc w:val="right"/>
      </w:pPr>
      <w:r>
        <w:t>آئیڈیالوجی ہے وہ توحید پر بیس کرتی ہے۔ لیکن اس دنیا میں جب کہ ہم انسانوں کے ساتھ رہتے ہیں تو ودا آؤٹ پیس یو کین ناٹ ڈو اینی تھنگ۔ نتھنگ از پاسیبل ودا آؤٹ پیس۔ چاہے عبادت کرنا ہو، چاہے دعا و ورک کرنا ہو، یا مال و علوس پر چلنا ہو، کچھ بھی، کچھ بھی، کچھ بھی۔ نتھنگ از پاسیبل ودا آؤٹ پیس۔ تو آئیڈیالوجی</w:t>
      </w:r>
    </w:p>
    <w:p>
      <w:r>
        <w:rPr>
          <w:b/>
        </w:rPr>
        <w:t xml:space="preserve">[21:28] </w:t>
      </w:r>
      <w:r>
        <w:t>jo hai Islam ki woh base karti hai tauheed par. lekin tauheed par qaim hone ke liye aap abstract tor par tauheed par qaim nahi ho sakte. tauheed par qaim hone ke liye aap aik samaj chahiye, peaceful environment chahiye, normal situation chahiye, warna kuch bhi nahi hoga. to Kaba ko jo aap ne dekha to yeh bohat hi important baat hai keh aap ki</w:t>
      </w:r>
    </w:p>
    <w:p>
      <w:pPr>
        <w:jc w:val="right"/>
      </w:pPr>
      <w:r>
        <w:t>جو ہے اسلام کی وہ بیس کرتی ہے توحید پر۔ لیکن توحید پر قائم ہونے کے لیے آپ ابسٹریکٹ طور پر توحید پر قائم نہیں ہو سکتے۔ توحید پر قائم ہونے کے لیے آپ ایک سماج چاہیے، پیس فل انوائرمنٹ چاہیے، نارمل سچویشن چاہیے، ورنہ کچھ بھی نہیں ہوگا۔ تو کعبہ کو جو آپ نے دیکھا تو یہ بہت ہی امپورٹنٹ بات ہے کہ آپ کی</w:t>
      </w:r>
    </w:p>
    <w:p>
      <w:r>
        <w:rPr>
          <w:b/>
        </w:rPr>
        <w:t xml:space="preserve">[21:58] </w:t>
      </w:r>
      <w:r>
        <w:t>zaban se jo nikli jo baat hui thi ke Allahumma antas salam wa minkas salam hayina rabbana bis salam.</w:t>
      </w:r>
    </w:p>
    <w:p>
      <w:pPr>
        <w:jc w:val="right"/>
      </w:pPr>
      <w:r>
        <w:t>زبان سے جو نکلی جو بات ہوئی تھی کہ اللہم انت السلام ومنک السلام حینا ربنا بالسلام۔</w:t>
      </w:r>
    </w:p>
    <w:p>
      <w:r>
        <w:rPr>
          <w:b/>
        </w:rPr>
        <w:t xml:space="preserve">[22:03] </w:t>
      </w:r>
      <w:r>
        <w:t>hum ko peace ke sath rehne ki tofeeq de.</w:t>
      </w:r>
    </w:p>
    <w:p>
      <w:pPr>
        <w:jc w:val="right"/>
      </w:pPr>
      <w:r>
        <w:t>ہم کو پیس کے ساتھ رہنے کی توفیق دے۔</w:t>
      </w:r>
    </w:p>
    <w:p>
      <w:r>
        <w:rPr>
          <w:b/>
        </w:rPr>
        <w:t xml:space="preserve">[22:08] </w:t>
      </w:r>
      <w:r>
        <w:t>hum ko peaceful tareeqay par rehne ki tofeeq de.</w:t>
      </w:r>
    </w:p>
    <w:p>
      <w:pPr>
        <w:jc w:val="right"/>
      </w:pPr>
      <w:r>
        <w:t>ہم کو پیس فل طریقے پر رہنے کی توفیق دے۔</w:t>
      </w:r>
    </w:p>
    <w:p>
      <w:r>
        <w:rPr>
          <w:b/>
        </w:rPr>
        <w:t xml:space="preserve">[22:13] </w:t>
      </w:r>
      <w:r>
        <w:t>yeh kitni bari baat hai.</w:t>
      </w:r>
    </w:p>
    <w:p>
      <w:pPr>
        <w:jc w:val="right"/>
      </w:pPr>
      <w:r>
        <w:t>یہ کتنی بڑی بات ہے۔</w:t>
      </w:r>
    </w:p>
    <w:p>
      <w:r>
        <w:rPr>
          <w:b/>
        </w:rPr>
        <w:t xml:space="preserve">[22:18] </w:t>
      </w:r>
      <w:r>
        <w:t>ke absolute cheez hai islam mein peace.</w:t>
      </w:r>
    </w:p>
    <w:p>
      <w:pPr>
        <w:jc w:val="right"/>
      </w:pPr>
      <w:r>
        <w:t>کہ ایبسولیوٹ چیز ہے اسلام میں پیس۔</w:t>
      </w:r>
    </w:p>
    <w:p>
      <w:r>
        <w:rPr>
          <w:b/>
        </w:rPr>
        <w:t xml:space="preserve">[22:23] </w:t>
      </w:r>
      <w:r>
        <w:t>aur peace kaise mumkin hoti hai? doosri tamam cheezon ko avoid karna, doosre tamam nuqsan ko bardasht</w:t>
      </w:r>
    </w:p>
    <w:p>
      <w:pPr>
        <w:jc w:val="right"/>
      </w:pPr>
      <w:r>
        <w:t>اور پیس کیسے ممکن ہوتی ہے؟ دوسری تمام چیزوں کو اوائڈ کرنا، دوسرے تمام نقصان کو برداشت</w:t>
      </w:r>
    </w:p>
    <w:p>
      <w:r>
        <w:rPr>
          <w:b/>
        </w:rPr>
        <w:t xml:space="preserve">[22:28] </w:t>
      </w:r>
      <w:r>
        <w:t>karna.</w:t>
      </w:r>
    </w:p>
    <w:p>
      <w:pPr>
        <w:jc w:val="right"/>
      </w:pPr>
      <w:r>
        <w:t>کرنا۔</w:t>
      </w:r>
    </w:p>
    <w:p>
      <w:r>
        <w:rPr>
          <w:b/>
        </w:rPr>
        <w:t xml:space="preserve">[22:33] </w:t>
      </w:r>
      <w:r>
        <w:t>yeh impossible hai ke aap chahein ke aap ko koi nuqsan na ho, aap ko koi provoke na</w:t>
      </w:r>
    </w:p>
    <w:p>
      <w:pPr>
        <w:jc w:val="right"/>
      </w:pPr>
      <w:r>
        <w:t>یہ امپاسیبل ہے کہ آپ چاہیں کہ آپ کو کوئی نقصان نہ ہو، آپ کو کوئی پرووک نہ</w:t>
      </w:r>
    </w:p>
    <w:p>
      <w:r>
        <w:rPr>
          <w:b/>
        </w:rPr>
        <w:t xml:space="preserve">[22:37] </w:t>
      </w:r>
      <w:r>
        <w:t>kare, aap ko koi bhi takleef na pohanchay aur aap peaceful rahein.</w:t>
      </w:r>
    </w:p>
    <w:p>
      <w:pPr>
        <w:jc w:val="right"/>
      </w:pPr>
      <w:r>
        <w:t>کرے، آپ کو کوئی بھی تکلیف نہ پہنچے اور آپ پیس فل رہیں۔</w:t>
      </w:r>
    </w:p>
    <w:p>
      <w:r>
        <w:rPr>
          <w:b/>
        </w:rPr>
        <w:t xml:space="preserve">[22:42] </w:t>
      </w:r>
      <w:r>
        <w:t>aisa peace to sirf qabristan mein hota hai.</w:t>
      </w:r>
    </w:p>
    <w:p>
      <w:pPr>
        <w:jc w:val="right"/>
      </w:pPr>
      <w:r>
        <w:t>ایسا پیس تو صرف قبرستان میں ہوتا ہے۔</w:t>
      </w:r>
    </w:p>
    <w:p>
      <w:r>
        <w:rPr>
          <w:b/>
        </w:rPr>
        <w:t xml:space="preserve">[22:46] </w:t>
      </w:r>
      <w:r>
        <w:t>insani zindagi mein nahi hota.</w:t>
      </w:r>
    </w:p>
    <w:p>
      <w:pPr>
        <w:jc w:val="right"/>
      </w:pPr>
      <w:r>
        <w:t>انسانی زندگی میں نہیں ہوتا۔</w:t>
      </w:r>
    </w:p>
    <w:p>
      <w:r>
        <w:rPr>
          <w:b/>
        </w:rPr>
        <w:t xml:space="preserve">[22:51] </w:t>
      </w:r>
      <w:r>
        <w:t>to jagah jagah jo aaj log lad ghad rahe hain wo hajj ki spirit ke bilkul khilaf hai.</w:t>
      </w:r>
    </w:p>
    <w:p>
      <w:pPr>
        <w:jc w:val="right"/>
      </w:pPr>
      <w:r>
        <w:t>تو جگہ جگہ جو آج لوگ لڑ گھڑ رہے ہیں وہ حج کی اسپرٹ کے بالکل خلاف ہے۔</w:t>
      </w:r>
    </w:p>
    <w:p>
      <w:r>
        <w:rPr>
          <w:b/>
        </w:rPr>
        <w:t xml:space="preserve">[22:55] </w:t>
      </w:r>
      <w:r>
        <w:t>kaba ke spirit ke khilaf hai.</w:t>
      </w:r>
    </w:p>
    <w:p>
      <w:pPr>
        <w:jc w:val="right"/>
      </w:pPr>
      <w:r>
        <w:t>کعبہ کے اسپرٹ کے خلاف ہے۔</w:t>
      </w:r>
    </w:p>
    <w:p>
      <w:r>
        <w:rPr>
          <w:b/>
        </w:rPr>
        <w:t xml:space="preserve">[23:00] </w:t>
      </w:r>
      <w:r>
        <w:t>ایٹ اینی کاسٹ آپ کو you have to establish peace at any cost.</w:t>
      </w:r>
    </w:p>
    <w:p>
      <w:pPr>
        <w:jc w:val="right"/>
      </w:pPr>
      <w:r>
        <w:t>ایٹ اینی کاسٹ آپ کو یو ہیو ٹو اسٹیبلش پیس ایٹ اینی کاسٹ۔</w:t>
      </w:r>
    </w:p>
    <w:p>
      <w:r>
        <w:rPr>
          <w:b/>
        </w:rPr>
        <w:t xml:space="preserve">[23:06] </w:t>
      </w:r>
      <w:r>
        <w:t>because peace is absolute.</w:t>
      </w:r>
    </w:p>
    <w:p>
      <w:pPr>
        <w:jc w:val="right"/>
      </w:pPr>
      <w:r>
        <w:t>بیکاز پیس از ایبسولیوٹ۔</w:t>
      </w:r>
    </w:p>
    <w:p>
      <w:r>
        <w:rPr>
          <w:b/>
        </w:rPr>
        <w:t xml:space="preserve">[23:12] </w:t>
      </w:r>
      <w:r>
        <w:t>You have to establish peace at any cost.</w:t>
      </w:r>
    </w:p>
    <w:p>
      <w:pPr>
        <w:jc w:val="right"/>
      </w:pPr>
      <w:r>
        <w:t>یو ہیو ٹو اسٹیبلش پیس ایٹ اینی کاسٹ۔</w:t>
      </w:r>
    </w:p>
    <w:p>
      <w:r>
        <w:rPr>
          <w:b/>
        </w:rPr>
        <w:t xml:space="preserve">[23:18] </w:t>
      </w:r>
      <w:r>
        <w:t>yeh hai message jo rasool Allah salallahu alaihi wasallam aap pohanchay hain aur kaba ke samnay aur</w:t>
      </w:r>
    </w:p>
    <w:p>
      <w:pPr>
        <w:jc w:val="right"/>
      </w:pPr>
      <w:r>
        <w:t>یہ ہے میسج جو رسول اللہ صلی اللہ علیہ وسلم آپ پہنچے ہیں اور کعبہ کے سامنے اور</w:t>
      </w:r>
    </w:p>
    <w:p>
      <w:r>
        <w:rPr>
          <w:b/>
        </w:rPr>
        <w:t xml:space="preserve">[23:24] </w:t>
      </w:r>
      <w:r>
        <w:t>aaj aap jo aap kalmat aap ne farmaye hain to main samajhta hoon ke is ka yeh aur phir aap</w:t>
      </w:r>
    </w:p>
    <w:p>
      <w:pPr>
        <w:jc w:val="right"/>
      </w:pPr>
      <w:r>
        <w:t>آج آپ جو آپ کلمات آپ نے فرمائے ہیں تو میں سمجھتا ہوں کہ اس کا یہ اور پھر آپ</w:t>
      </w:r>
    </w:p>
    <w:p>
      <w:r>
        <w:rPr>
          <w:b/>
        </w:rPr>
        <w:t xml:space="preserve">[23:30] </w:t>
      </w:r>
      <w:r>
        <w:t>ko yeh goya ke wo tareekh aap ko yaad aa gayi.</w:t>
      </w:r>
    </w:p>
    <w:p>
      <w:pPr>
        <w:jc w:val="right"/>
      </w:pPr>
      <w:r>
        <w:t>کو یہ گویا کہ وہ تاریخ آپ کو یاد آ گئی۔</w:t>
      </w:r>
    </w:p>
    <w:p>
      <w:r>
        <w:rPr>
          <w:b/>
        </w:rPr>
        <w:t xml:space="preserve">[23:35] </w:t>
      </w:r>
      <w:r>
        <w:t>hazrat ibrahim se aap ke zamanay tak ki.</w:t>
      </w:r>
    </w:p>
    <w:p>
      <w:pPr>
        <w:jc w:val="right"/>
      </w:pPr>
      <w:r>
        <w:t>حضرت ابراہیم سے آپ کے زمانے تک کی۔</w:t>
      </w:r>
    </w:p>
    <w:p>
      <w:r>
        <w:rPr>
          <w:b/>
        </w:rPr>
        <w:t xml:space="preserve">[23:40] </w:t>
      </w:r>
      <w:r>
        <w:t>sari tareekh hi yahi hai ke toheed ka paigham do aur peace qaim karo.</w:t>
      </w:r>
    </w:p>
    <w:p>
      <w:pPr>
        <w:jc w:val="right"/>
      </w:pPr>
      <w:r>
        <w:t>ساری تاریخ ہی یہی ہے کہ توحید کا پیغام دو اور پیس قائم کرو۔</w:t>
      </w:r>
    </w:p>
    <w:p>
      <w:r>
        <w:rPr>
          <w:b/>
        </w:rPr>
        <w:t xml:space="preserve">[23:45] </w:t>
      </w:r>
      <w:r>
        <w:t>unilaterl basis par peace qaim karo.</w:t>
      </w:r>
    </w:p>
    <w:p>
      <w:pPr>
        <w:jc w:val="right"/>
      </w:pPr>
      <w:r>
        <w:t>یونلریٹل بیسز پر پیس قائم کرو۔</w:t>
      </w:r>
    </w:p>
    <w:p>
      <w:r>
        <w:rPr>
          <w:b/>
        </w:rPr>
        <w:t xml:space="preserve">[23:50] </w:t>
      </w:r>
      <w:r>
        <w:t>yahi, yahi, yahi two point formula hai.</w:t>
      </w:r>
    </w:p>
    <w:p>
      <w:pPr>
        <w:jc w:val="right"/>
      </w:pPr>
      <w:r>
        <w:t>یہی، یہی، یہی ٹو پوائنٹ فارمولا ہے۔</w:t>
      </w:r>
    </w:p>
    <w:p>
      <w:r>
        <w:rPr>
          <w:b/>
        </w:rPr>
        <w:t xml:space="preserve">[23:55] </w:t>
      </w:r>
      <w:r>
        <w:t>کہ توحید کی ideology دنیا کے سامنے پیش کرو اور اور sacrifice کر کے کوئی بھی price دے کر کے</w:t>
      </w:r>
    </w:p>
    <w:p>
      <w:pPr>
        <w:jc w:val="right"/>
      </w:pPr>
      <w:r>
        <w:t>کہ توحید کی آئیڈیالوجی دنیا کے سامنے پیش کرو اور اور سیکریفائس کر کے کوئی بھی پرائس دے کر کے</w:t>
      </w:r>
    </w:p>
    <w:p>
      <w:r>
        <w:rPr>
          <w:b/>
        </w:rPr>
        <w:t xml:space="preserve">[24:00] </w:t>
      </w:r>
      <w:r>
        <w:t>peace qaim karte raho hamesha.</w:t>
      </w:r>
    </w:p>
    <w:p>
      <w:pPr>
        <w:jc w:val="right"/>
      </w:pPr>
      <w:r>
        <w:t>پیس قائم کرتے رہو ہمیشہ۔</w:t>
      </w:r>
    </w:p>
    <w:p>
      <w:r>
        <w:rPr>
          <w:b/>
        </w:rPr>
        <w:t xml:space="preserve">[24:05] </w:t>
      </w:r>
      <w:r>
        <w:t>kyunke peace dekhiye is dunya mein hamesha kuch na kuch nuqsan hoga, kuch na kuch zulm hoga.</w:t>
      </w:r>
    </w:p>
    <w:p>
      <w:pPr>
        <w:jc w:val="right"/>
      </w:pPr>
      <w:r>
        <w:t>کیونکہ پیس دیکھیے اس دنیا میں ہمیشہ کچھ نہ کچھ نقصان ہوگا، کچھ نہ کچھ ظلم ہوگا۔</w:t>
      </w:r>
    </w:p>
    <w:p>
      <w:r>
        <w:rPr>
          <w:b/>
        </w:rPr>
        <w:t xml:space="preserve">[24:10] </w:t>
      </w:r>
      <w:r>
        <w:t>yani jo aap jis ko aap zulm kehte hain woh hoga.</w:t>
      </w:r>
    </w:p>
    <w:p>
      <w:pPr>
        <w:jc w:val="right"/>
      </w:pPr>
      <w:r>
        <w:t>یعنی جو آپ جس کو آپ ظلم کہتے ہیں وہ ہوگا۔</w:t>
      </w:r>
    </w:p>
    <w:p>
      <w:r>
        <w:rPr>
          <w:b/>
        </w:rPr>
        <w:t xml:space="preserve">[24:15] </w:t>
      </w:r>
      <w:r>
        <w:t>kyunke yeh dunya challenge ki jagah hai, competition ki jagah hai, interest ka clash yahan hota hai, yeh</w:t>
      </w:r>
    </w:p>
    <w:p>
      <w:pPr>
        <w:jc w:val="right"/>
      </w:pPr>
      <w:r>
        <w:t>کیونکہ یہ دنیا چیلنج کی جگہ ہے، کمپیٹیشن کی جگہ ہے، انٹرسٹ کا کلیش یہاں ہوتا ہے، یہ</w:t>
      </w:r>
    </w:p>
    <w:p>
      <w:r>
        <w:rPr>
          <w:b/>
        </w:rPr>
        <w:t xml:space="preserve">[24:21] </w:t>
      </w:r>
      <w:r>
        <w:t>sab baatein hain.</w:t>
      </w:r>
    </w:p>
    <w:p>
      <w:pPr>
        <w:jc w:val="right"/>
      </w:pPr>
      <w:r>
        <w:t>سب باتیں ہیں۔</w:t>
      </w:r>
    </w:p>
    <w:p>
      <w:r>
        <w:rPr>
          <w:b/>
        </w:rPr>
        <w:t xml:space="preserve">[24:26] </w:t>
      </w:r>
      <w:r>
        <w:t>to zaroor aisa hai ke koi aap ko sataye, koi aap ke koi cheez chheene, yeh sab hoga.</w:t>
      </w:r>
    </w:p>
    <w:p>
      <w:pPr>
        <w:jc w:val="right"/>
      </w:pPr>
      <w:r>
        <w:t>تو ضرور ایسا ہے کہ کوئی آپ کو ستائے، کوئی آپ کے کوئی چیز چھینے، یہ سب ہوگا۔</w:t>
      </w:r>
    </w:p>
    <w:p>
      <w:r>
        <w:rPr>
          <w:b/>
        </w:rPr>
        <w:t xml:space="preserve">[24:31] </w:t>
      </w:r>
      <w:r>
        <w:t>But you have to establish it at any cost.</w:t>
      </w:r>
    </w:p>
    <w:p>
      <w:pPr>
        <w:jc w:val="right"/>
      </w:pPr>
      <w:r>
        <w:t>بٹ یو ہیو ٹو اسٹیبلش ایٹ اینی کاسٹ۔</w:t>
      </w:r>
    </w:p>
    <w:p>
      <w:r>
        <w:rPr>
          <w:b/>
        </w:rPr>
        <w:t xml:space="preserve">[24:36] </w:t>
      </w:r>
      <w:r>
        <w:t>کیونکہ you have to establish peace at any cost.</w:t>
      </w:r>
    </w:p>
    <w:p>
      <w:pPr>
        <w:jc w:val="right"/>
      </w:pPr>
      <w:r>
        <w:t>کیونکہ یو ہیو ٹو اسٹیبلش پیس ایٹ اینی کاسٹ۔</w:t>
      </w:r>
    </w:p>
    <w:p>
      <w:r>
        <w:rPr>
          <w:b/>
        </w:rPr>
        <w:t xml:space="preserve">[24:41] </w:t>
      </w:r>
      <w:r>
        <w:t>in sab cheezon ke bawajood aap ko peace qaim karna hai.</w:t>
      </w:r>
    </w:p>
    <w:p>
      <w:pPr>
        <w:jc w:val="right"/>
      </w:pPr>
      <w:r>
        <w:t>ان سب چیزوں کے باوجود آپ کو پیس قائم کرنا ہے۔</w:t>
      </w:r>
    </w:p>
    <w:p>
      <w:r>
        <w:rPr>
          <w:b/>
        </w:rPr>
        <w:t xml:space="preserve">[24:46] </w:t>
      </w:r>
      <w:r>
        <w:t>kyunke peace nahi to koi kaam hi nahi ho sakta.</w:t>
      </w:r>
    </w:p>
    <w:p>
      <w:pPr>
        <w:jc w:val="right"/>
      </w:pPr>
      <w:r>
        <w:t>کیونکہ پیس نہیں تو کوئی کام ہی نہیں ہو سکتا۔</w:t>
      </w:r>
    </w:p>
    <w:p>
      <w:r>
        <w:rPr>
          <w:b/>
        </w:rPr>
        <w:t xml:space="preserve">[24:51] </w:t>
      </w:r>
      <w:r>
        <w:t>na dua ibadat hogi, na dua work hoga, na kuch bhi hoga.</w:t>
      </w:r>
    </w:p>
    <w:p>
      <w:pPr>
        <w:jc w:val="right"/>
      </w:pPr>
      <w:r>
        <w:t>نہ دعا عبادت ہوگی، نہ دعا و ورک ہوگا، نہ کچھ بھی ہوگا۔</w:t>
      </w:r>
    </w:p>
    <w:p>
      <w:r>
        <w:rPr>
          <w:b/>
        </w:rPr>
        <w:t xml:space="preserve">[24:56] </w:t>
      </w:r>
      <w:r>
        <w:t>to yahi do cheezein hain jo Hazrat Ibrahim se le kar Rasool Allah tak jaari rahi hain.</w:t>
      </w:r>
    </w:p>
    <w:p>
      <w:pPr>
        <w:jc w:val="right"/>
      </w:pPr>
      <w:r>
        <w:t>تو یہی دو چیزیں ہیں جو حضرت ابراہیم سے لے کر رسول اللہ تک جاری رہی ہیں۔</w:t>
      </w:r>
    </w:p>
    <w:p>
      <w:r>
        <w:rPr>
          <w:b/>
        </w:rPr>
        <w:t xml:space="preserve">[25:01] </w:t>
      </w:r>
      <w:r>
        <w:t>کہ توحید کا میسج دینا لوگوں کو اور at any cost peace کا ماحول دنیا میں قائم رکھنا۔</w:t>
      </w:r>
    </w:p>
    <w:p>
      <w:pPr>
        <w:jc w:val="right"/>
      </w:pPr>
      <w:r>
        <w:t>کہ توحید کا میسج دینا لوگوں کو اور ایٹ اینی کاسٹ پیس کا ماحول دنیا میں قائم رکھنا۔</w:t>
      </w:r>
    </w:p>
    <w:p>
      <w:r>
        <w:rPr>
          <w:b/>
        </w:rPr>
        <w:t xml:space="preserve">[25:07] </w:t>
      </w:r>
      <w:r>
        <w:t>Rasool Allah sal Allah alaihi wasallam ne wahan pohnch kar kaba ka tawaf kiya.</w:t>
      </w:r>
    </w:p>
    <w:p>
      <w:pPr>
        <w:jc w:val="right"/>
      </w:pPr>
      <w:r>
        <w:t>رسول اللہ صلی اللہ علیہ وسلم نے وہاں پہنچ کر کعبہ کا طواف کیا۔</w:t>
      </w:r>
    </w:p>
    <w:p>
      <w:r>
        <w:rPr>
          <w:b/>
        </w:rPr>
        <w:t xml:space="preserve">[25:13] </w:t>
      </w:r>
      <w:r>
        <w:t>yani saat bar us ke ghere kiye.</w:t>
      </w:r>
    </w:p>
    <w:p>
      <w:pPr>
        <w:jc w:val="right"/>
      </w:pPr>
      <w:r>
        <w:t>یعنی سات بار اس کے گھیرے کیے۔</w:t>
      </w:r>
    </w:p>
    <w:p>
      <w:r>
        <w:rPr>
          <w:b/>
        </w:rPr>
        <w:t xml:space="preserve">[25:19] </w:t>
      </w:r>
      <w:r>
        <w:t>to tawaf aap ne is tarah kiya ke dahni taraf se yani aap ke baein taraf kaba tha</w:t>
      </w:r>
    </w:p>
    <w:p>
      <w:pPr>
        <w:jc w:val="right"/>
      </w:pPr>
      <w:r>
        <w:t>تو طواف آپ نے اس طرح کیا کہ داہنی طرف سے یعنی آپ کے بائیں طرف کعبہ تھا</w:t>
      </w:r>
    </w:p>
    <w:p>
      <w:r>
        <w:rPr>
          <w:b/>
        </w:rPr>
        <w:t xml:space="preserve">[25:25] </w:t>
      </w:r>
      <w:r>
        <w:t>aur dahna hissa aap ka idhar tha kaba</w:t>
      </w:r>
    </w:p>
    <w:p>
      <w:pPr>
        <w:jc w:val="right"/>
      </w:pPr>
      <w:r>
        <w:t>اور داہنا حصہ آپ کا ادھر تھا کعبہ</w:t>
      </w:r>
    </w:p>
    <w:p>
      <w:r>
        <w:rPr>
          <w:b/>
        </w:rPr>
        <w:t xml:space="preserve">[25:31] </w:t>
      </w:r>
      <w:r>
        <w:t>ke idhar. yaani wahan par tawaf karte hue aap ke aap aap ke bayen taraf Kaba tha. is tarah se aap ne tawaf kiya saat bar aur istilam kar ke kiya. istilam kehte hain keh Hajar e Aswad ko chhoona ya ishara karna us ko istilam kehte hain. to is point par jahan ka Hajar e Aswad nasb hai Kaba mein wahan aap kabhi hath</w:t>
      </w:r>
    </w:p>
    <w:p>
      <w:pPr>
        <w:jc w:val="right"/>
      </w:pPr>
      <w:r>
        <w:t>کے ادھر۔ یعنی وہاں پر طواف کرتے ہوئے آپ کے آپ آپ کے بائیں طرف کعبہ تھا۔ اس طرح سے آپ نے طواف کیا سات بار اور استلام کر کے کیا۔ استلام کہتے ہیں کہ حجر اسود کو چھونا یا اشارہ کرنا اس کو استلام کہتے ہیں۔ تو اس پوائنٹ پر جہاں کا حجر اسود نصب ہے کعبہ میں وہاں آپ کبھی ہاتھ</w:t>
      </w:r>
    </w:p>
    <w:p>
      <w:r>
        <w:rPr>
          <w:b/>
        </w:rPr>
        <w:t xml:space="preserve">[26:01] </w:t>
      </w:r>
      <w:r>
        <w:t>se ishara kiya aap ne, kabhi apni chhari se ishara kiya aap ne.</w:t>
      </w:r>
    </w:p>
    <w:p>
      <w:pPr>
        <w:jc w:val="right"/>
      </w:pPr>
      <w:r>
        <w:t>سے اشارہ کیا آپ نے، کبھی اپنی چھڑی سے اشارہ کیا آپ نے۔</w:t>
      </w:r>
    </w:p>
    <w:p>
      <w:r>
        <w:rPr>
          <w:b/>
        </w:rPr>
        <w:t xml:space="preserve">[26:06] </w:t>
      </w:r>
      <w:r>
        <w:t>ishara kar ke phir aap ne jab poora ek chakar poora hua to is tarah us ki taraf</w:t>
      </w:r>
    </w:p>
    <w:p>
      <w:pPr>
        <w:jc w:val="right"/>
      </w:pPr>
      <w:r>
        <w:t>اشارہ کر کے پھر آپ نے جب پورا ایک چکر پورا ہوا تو اس طرح اس کی طرف</w:t>
      </w:r>
    </w:p>
    <w:p>
      <w:r>
        <w:rPr>
          <w:b/>
        </w:rPr>
        <w:t xml:space="preserve">[26:11] </w:t>
      </w:r>
      <w:r>
        <w:t>ishara kar ke aap ek, do, teen, char, paanch, chhe, saat chakar poora kiya aap ne. Saat bar.</w:t>
      </w:r>
    </w:p>
    <w:p>
      <w:pPr>
        <w:jc w:val="right"/>
      </w:pPr>
      <w:r>
        <w:t>اشارہ کر کے آپ ایک، دو، تین، چار، پانچ، چھ، سات چکر پورا کیا آپ نے۔ سات بار۔</w:t>
      </w:r>
    </w:p>
    <w:p>
      <w:r>
        <w:rPr>
          <w:b/>
        </w:rPr>
        <w:t xml:space="preserve">[26:16] </w:t>
      </w:r>
      <w:r>
        <w:t>to us ko kehte hain istilam.</w:t>
      </w:r>
    </w:p>
    <w:p>
      <w:pPr>
        <w:jc w:val="right"/>
      </w:pPr>
      <w:r>
        <w:t>تو اس کو کہتے ہیں استلام۔</w:t>
      </w:r>
    </w:p>
    <w:p>
      <w:r>
        <w:rPr>
          <w:b/>
        </w:rPr>
        <w:t xml:space="preserve">[26:21] </w:t>
      </w:r>
      <w:r>
        <w:t>istilam karte hue aap ne kaba ka tawaf kiya.</w:t>
      </w:r>
    </w:p>
    <w:p>
      <w:pPr>
        <w:jc w:val="right"/>
      </w:pPr>
      <w:r>
        <w:t>استلام کرتے ہوئے آپ نے کعبہ کا طواف کیا۔</w:t>
      </w:r>
    </w:p>
    <w:p>
      <w:r>
        <w:rPr>
          <w:b/>
        </w:rPr>
        <w:t xml:space="preserve">[26:26] </w:t>
      </w:r>
      <w:r>
        <w:t>aur us waqt jo hai yeh kaha jata hai ke aap</w:t>
      </w:r>
    </w:p>
    <w:p>
      <w:pPr>
        <w:jc w:val="right"/>
      </w:pPr>
      <w:r>
        <w:t>اور اس وقت جو ہے یہ کہا جاتا ہے کہ آپ</w:t>
      </w:r>
    </w:p>
    <w:p>
      <w:r>
        <w:rPr>
          <w:b/>
        </w:rPr>
        <w:t xml:space="preserve">[26:31] </w:t>
      </w:r>
      <w:r>
        <w:t>jo chadar orhe hue the kyunke sila hua kapra tha nahi, ehram tha jis mein bana sila kapra</w:t>
      </w:r>
    </w:p>
    <w:p>
      <w:pPr>
        <w:jc w:val="right"/>
      </w:pPr>
      <w:r>
        <w:t>جو چادر اوڑھے ہوئے تھے کیونکہ سلا ہوا کپڑا تھا نہیں، احرام تھا جس میں بنا سلا کپڑا</w:t>
      </w:r>
    </w:p>
    <w:p>
      <w:r>
        <w:rPr>
          <w:b/>
        </w:rPr>
        <w:t xml:space="preserve">[26:35] </w:t>
      </w:r>
      <w:r>
        <w:t>ek neeche hai, bana sila kapra ek upar hai.</w:t>
      </w:r>
    </w:p>
    <w:p>
      <w:pPr>
        <w:jc w:val="right"/>
      </w:pPr>
      <w:r>
        <w:t>ایک نیچے ہے، بنا سلا کپڑا ایک اوپر ہے۔</w:t>
      </w:r>
    </w:p>
    <w:p>
      <w:r>
        <w:rPr>
          <w:b/>
        </w:rPr>
        <w:t xml:space="preserve">[26:39] </w:t>
      </w:r>
      <w:r>
        <w:t>to is ko kehte hain istiba'.</w:t>
      </w:r>
    </w:p>
    <w:p>
      <w:pPr>
        <w:jc w:val="right"/>
      </w:pPr>
      <w:r>
        <w:t>تو اس کو کہتے ہیں استباع۔</w:t>
      </w:r>
    </w:p>
    <w:p>
      <w:r>
        <w:rPr>
          <w:b/>
        </w:rPr>
        <w:t xml:space="preserve">[26:43] </w:t>
      </w:r>
      <w:r>
        <w:t>yani chadar ko is tarah lapetna, yeh khula rahe aur yeh dhaka rahe.</w:t>
      </w:r>
    </w:p>
    <w:p>
      <w:pPr>
        <w:jc w:val="right"/>
      </w:pPr>
      <w:r>
        <w:t>یعنی چادر کو اس طرح لپیٹنا، یہ کھلا رہے اور یہ ڈھکا رہے۔</w:t>
      </w:r>
    </w:p>
    <w:p>
      <w:r>
        <w:rPr>
          <w:b/>
        </w:rPr>
        <w:t xml:space="preserve">[26:47] </w:t>
      </w:r>
      <w:r>
        <w:t>is tarah se chadar dalna.</w:t>
      </w:r>
    </w:p>
    <w:p>
      <w:pPr>
        <w:jc w:val="right"/>
      </w:pPr>
      <w:r>
        <w:t>اس طرح سے چادر ڈالنا۔</w:t>
      </w:r>
    </w:p>
    <w:p>
      <w:r>
        <w:rPr>
          <w:b/>
        </w:rPr>
        <w:t xml:space="preserve">[26:50] </w:t>
      </w:r>
      <w:r>
        <w:t>is ko istiba' kehte hain.</w:t>
      </w:r>
    </w:p>
    <w:p>
      <w:pPr>
        <w:jc w:val="right"/>
      </w:pPr>
      <w:r>
        <w:t>اس کو استباع کہتے ہیں۔</w:t>
      </w:r>
    </w:p>
    <w:p>
      <w:r>
        <w:rPr>
          <w:b/>
        </w:rPr>
        <w:t xml:space="preserve">[26:54] </w:t>
      </w:r>
      <w:r>
        <w:t>to aap ne is waqt jab aap tawaaf kar rahe the is waqt aap ki jo chadar thi</w:t>
      </w:r>
    </w:p>
    <w:p>
      <w:pPr>
        <w:jc w:val="right"/>
      </w:pPr>
      <w:r>
        <w:t>تو آپ نے اس وقت جب آپ طواف کر رہے تھے اس وقت آپ کی جو چادر تھی</w:t>
      </w:r>
    </w:p>
    <w:p>
      <w:r>
        <w:rPr>
          <w:b/>
        </w:rPr>
        <w:t xml:space="preserve">[26:58] </w:t>
      </w:r>
      <w:r>
        <w:t>woh is tareeqe se</w:t>
      </w:r>
    </w:p>
    <w:p>
      <w:pPr>
        <w:jc w:val="right"/>
      </w:pPr>
      <w:r>
        <w:t>وہ اس طریقے سے</w:t>
      </w:r>
    </w:p>
    <w:p>
      <w:r>
        <w:rPr>
          <w:b/>
        </w:rPr>
        <w:t xml:space="preserve">[27:02] </w:t>
      </w:r>
      <w:r>
        <w:t>thi.</w:t>
      </w:r>
    </w:p>
    <w:p>
      <w:pPr>
        <w:jc w:val="right"/>
      </w:pPr>
      <w:r>
        <w:t>تھی۔</w:t>
      </w:r>
    </w:p>
    <w:p>
      <w:r>
        <w:rPr>
          <w:b/>
        </w:rPr>
        <w:t xml:space="preserve">[27:08] </w:t>
      </w:r>
      <w:r>
        <w:t>yeh hissa khula hua, yeh is par chadar tiki hui.</w:t>
      </w:r>
    </w:p>
    <w:p>
      <w:pPr>
        <w:jc w:val="right"/>
      </w:pPr>
      <w:r>
        <w:t>یہ حصہ کھلا ہوا، یہ اس پر چادر ٹکی ہوئی۔</w:t>
      </w:r>
    </w:p>
    <w:p>
      <w:r>
        <w:rPr>
          <w:b/>
        </w:rPr>
        <w:t xml:space="preserve">[27:14] </w:t>
      </w:r>
      <w:r>
        <w:t>to istiba' ke andaaz mein aap ne tawaaf kiya.</w:t>
      </w:r>
    </w:p>
    <w:p>
      <w:pPr>
        <w:jc w:val="right"/>
      </w:pPr>
      <w:r>
        <w:t>تو استباع کے انداز میں آپ نے طواف کیا۔</w:t>
      </w:r>
    </w:p>
    <w:p>
      <w:r>
        <w:rPr>
          <w:b/>
        </w:rPr>
        <w:t xml:space="preserve">[27:20] </w:t>
      </w:r>
      <w:r>
        <w:t>yani dahina shaana khula hua, baayan shaana chadar se dhaka hua.</w:t>
      </w:r>
    </w:p>
    <w:p>
      <w:pPr>
        <w:jc w:val="right"/>
      </w:pPr>
      <w:r>
        <w:t>یعنی داہنا شانہ کھلا ہوا، بایاں شانہ چادر سے ڈھکا ہوا۔</w:t>
      </w:r>
    </w:p>
    <w:p>
      <w:r>
        <w:rPr>
          <w:b/>
        </w:rPr>
        <w:t xml:space="preserve">[27:26] </w:t>
      </w:r>
      <w:r>
        <w:t>to aap ne kuch waqt aisa tha ke istilaam kiya aap ne</w:t>
      </w:r>
    </w:p>
    <w:p>
      <w:pPr>
        <w:jc w:val="right"/>
      </w:pPr>
      <w:r>
        <w:t>تو آپ نے کچھ وقت ایسا تھا کہ استلام کیا آپ نے</w:t>
      </w:r>
    </w:p>
    <w:p>
      <w:r>
        <w:rPr>
          <w:b/>
        </w:rPr>
        <w:t xml:space="preserve">[27:32] </w:t>
      </w:r>
      <w:r>
        <w:t>haath ke ishaare se, phir aap ne chadi ke ishaare se bhi woh kiya kyunke wahan bheed thi,</w:t>
      </w:r>
    </w:p>
    <w:p>
      <w:pPr>
        <w:jc w:val="right"/>
      </w:pPr>
      <w:r>
        <w:t>ہاتھ کے اشارے سے، پھر آپ نے چھڑی کے اشارے سے بھی وہ کیا کیونکہ وہاں بھیڑ تھی،</w:t>
      </w:r>
    </w:p>
    <w:p>
      <w:r>
        <w:rPr>
          <w:b/>
        </w:rPr>
        <w:t xml:space="preserve">[27:37] </w:t>
      </w:r>
      <w:r>
        <w:t>kaafi log the.</w:t>
      </w:r>
    </w:p>
    <w:p>
      <w:pPr>
        <w:jc w:val="right"/>
      </w:pPr>
      <w:r>
        <w:t>کافی لوگ تھے۔</w:t>
      </w:r>
    </w:p>
    <w:p>
      <w:r>
        <w:rPr>
          <w:b/>
        </w:rPr>
        <w:t xml:space="preserve">[27:42] </w:t>
      </w:r>
      <w:r>
        <w:t>to aap chadi se ishaara karte hajar alaswad ki taraf aur phir ek tawaaf poora karte is ka.</w:t>
      </w:r>
    </w:p>
    <w:p>
      <w:pPr>
        <w:jc w:val="right"/>
      </w:pPr>
      <w:r>
        <w:t>تو آپ چھڑی سے اشارہ کرتے حجر اسود کی طرف اور پھر ایک طواف پورا کرتے اس کا۔</w:t>
      </w:r>
    </w:p>
    <w:p>
      <w:r>
        <w:rPr>
          <w:b/>
        </w:rPr>
        <w:t xml:space="preserve">[27:47] </w:t>
      </w:r>
      <w:r>
        <w:t>wahan par ek jagah hai jis ko kehte hain maqam ibrahim.</w:t>
      </w:r>
    </w:p>
    <w:p>
      <w:pPr>
        <w:jc w:val="right"/>
      </w:pPr>
      <w:r>
        <w:t>وہاں پر ایک جگہ ہے جس کو کہتے ہیں مقام ابراہیم۔</w:t>
      </w:r>
    </w:p>
    <w:p>
      <w:r>
        <w:rPr>
          <w:b/>
        </w:rPr>
        <w:t xml:space="preserve">[27:52] </w:t>
      </w:r>
      <w:r>
        <w:t>to maqam ibrahim par aap ne namaz padhi.</w:t>
      </w:r>
    </w:p>
    <w:p>
      <w:pPr>
        <w:jc w:val="right"/>
      </w:pPr>
      <w:r>
        <w:t>تو مقام ابراہیم پر آپ نے نماز پڑھی۔</w:t>
      </w:r>
    </w:p>
    <w:p>
      <w:r>
        <w:rPr>
          <w:b/>
        </w:rPr>
        <w:t xml:space="preserve">[27:58] </w:t>
      </w:r>
      <w:r>
        <w:t>do rak'at namaz.</w:t>
      </w:r>
    </w:p>
    <w:p>
      <w:pPr>
        <w:jc w:val="right"/>
      </w:pPr>
      <w:r>
        <w:t>دو رکعت نماز۔</w:t>
      </w:r>
    </w:p>
    <w:p>
      <w:r>
        <w:rPr>
          <w:b/>
        </w:rPr>
        <w:t xml:space="preserve">[28:03] </w:t>
      </w:r>
      <w:r>
        <w:t>kaba ke paas ek jagah hai jis ko maqam ibrahim kehte hain.</w:t>
      </w:r>
    </w:p>
    <w:p>
      <w:pPr>
        <w:jc w:val="right"/>
      </w:pPr>
      <w:r>
        <w:t>کعبہ کے پاس ایک جگہ ہے جس کو مقام ابراہیم کہتے ہیں۔</w:t>
      </w:r>
    </w:p>
    <w:p>
      <w:r>
        <w:rPr>
          <w:b/>
        </w:rPr>
        <w:t xml:space="preserve">[28:08] </w:t>
      </w:r>
      <w:r>
        <w:t>yani hazrat ibrahim ke khare hone ki jagah.</w:t>
      </w:r>
    </w:p>
    <w:p>
      <w:pPr>
        <w:jc w:val="right"/>
      </w:pPr>
      <w:r>
        <w:t>یعنی حضرت ابراہیم کے کھڑے ہونے کی جگہ۔</w:t>
      </w:r>
    </w:p>
    <w:p>
      <w:r>
        <w:rPr>
          <w:b/>
        </w:rPr>
        <w:t xml:space="preserve">[28:13] </w:t>
      </w:r>
      <w:r>
        <w:t>to kaha jata hai ke wahan khare ho kar aap ne kaba ko ki taameer ki thi.</w:t>
      </w:r>
    </w:p>
    <w:p>
      <w:pPr>
        <w:jc w:val="right"/>
      </w:pPr>
      <w:r>
        <w:t>تو کہا جاتا ہے کہ وہاں کھڑے ہو کر آپ نے کعبہ کو کی تعمیر کی تھی۔</w:t>
      </w:r>
    </w:p>
    <w:p>
      <w:r>
        <w:rPr>
          <w:b/>
        </w:rPr>
        <w:t xml:space="preserve">[28:18] </w:t>
      </w:r>
      <w:r>
        <w:t>kaba ko banaya tha.</w:t>
      </w:r>
    </w:p>
    <w:p>
      <w:pPr>
        <w:jc w:val="right"/>
      </w:pPr>
      <w:r>
        <w:t>کعبہ کو بنایا تھا۔</w:t>
      </w:r>
    </w:p>
    <w:p>
      <w:r>
        <w:rPr>
          <w:b/>
        </w:rPr>
        <w:t xml:space="preserve">[28:23] </w:t>
      </w:r>
      <w:r>
        <w:t>to maqam ibrahim par khare ho kar aap ne do rak'at namaz padhi.</w:t>
      </w:r>
    </w:p>
    <w:p>
      <w:pPr>
        <w:jc w:val="right"/>
      </w:pPr>
      <w:r>
        <w:t>تو مقام ابراہیم پر کھڑے ہو کر آپ نے دو رکعت نماز پڑھی۔</w:t>
      </w:r>
    </w:p>
    <w:p>
      <w:r>
        <w:rPr>
          <w:b/>
        </w:rPr>
        <w:t xml:space="preserve">[28:28] </w:t>
      </w:r>
      <w:r>
        <w:t>do rak'at namaz mein zaahir hai ke aap ne wohi duaen keen jo is</w:t>
      </w:r>
    </w:p>
    <w:p>
      <w:pPr>
        <w:jc w:val="right"/>
      </w:pPr>
      <w:r>
        <w:t>دو رکعت نماز میں ظاہر ہے کہ آپ نے وہی دعائیں کیں جو اس</w:t>
      </w:r>
    </w:p>
    <w:p>
      <w:r>
        <w:rPr>
          <w:b/>
        </w:rPr>
        <w:t xml:space="preserve">[28:33] </w:t>
      </w:r>
      <w:r>
        <w:t>mauqa ke liye munasib theen.</w:t>
      </w:r>
    </w:p>
    <w:p>
      <w:pPr>
        <w:jc w:val="right"/>
      </w:pPr>
      <w:r>
        <w:t>موقع کے لیے مناسب تھیں۔</w:t>
      </w:r>
    </w:p>
    <w:p>
      <w:r>
        <w:rPr>
          <w:b/>
        </w:rPr>
        <w:t xml:space="preserve">[28:37] </w:t>
      </w:r>
      <w:r>
        <w:t>yani khuda ya log tere maanne wale banein.</w:t>
      </w:r>
    </w:p>
    <w:p>
      <w:pPr>
        <w:jc w:val="right"/>
      </w:pPr>
      <w:r>
        <w:t>یعنی خدایا لوگ تیرے ماننے والے بنیں۔</w:t>
      </w:r>
    </w:p>
    <w:p>
      <w:r>
        <w:rPr>
          <w:b/>
        </w:rPr>
        <w:t xml:space="preserve">[28:41] </w:t>
      </w:r>
      <w:r>
        <w:t>khudaya logon ko tofeeq de ke woh peaceful tareeqay se rahen.</w:t>
      </w:r>
    </w:p>
    <w:p>
      <w:pPr>
        <w:jc w:val="right"/>
      </w:pPr>
      <w:r>
        <w:t>خدایا لوگوں کو توفیق دے کہ وہ پیس فل طریقے سے رہیں۔</w:t>
      </w:r>
    </w:p>
    <w:p>
      <w:r>
        <w:rPr>
          <w:b/>
        </w:rPr>
        <w:t xml:space="preserve">[28:46] </w:t>
      </w:r>
      <w:r>
        <w:t>taake deen ke mutabiq dunya mein zindagi guzarna mumkin ho sake.</w:t>
      </w:r>
    </w:p>
    <w:p>
      <w:pPr>
        <w:jc w:val="right"/>
      </w:pPr>
      <w:r>
        <w:t>تاکہ دین کے مطابق دنیا میں زندگی گزارنا ممکن ہو سکے۔</w:t>
      </w:r>
    </w:p>
    <w:p>
      <w:r>
        <w:rPr>
          <w:b/>
        </w:rPr>
        <w:t xml:space="preserve">[28:50] </w:t>
      </w:r>
      <w:r>
        <w:t>yeh sab cheezen.</w:t>
      </w:r>
    </w:p>
    <w:p>
      <w:pPr>
        <w:jc w:val="right"/>
      </w:pPr>
      <w:r>
        <w:t>یہ سب چیزیں۔</w:t>
      </w:r>
    </w:p>
    <w:p>
      <w:r>
        <w:rPr>
          <w:b/>
        </w:rPr>
        <w:t xml:space="preserve">[28:54] </w:t>
      </w:r>
      <w:r>
        <w:t>phir wahan se aap kaba se thore faaslay par safa aur marwa hai.</w:t>
      </w:r>
    </w:p>
    <w:p>
      <w:pPr>
        <w:jc w:val="right"/>
      </w:pPr>
      <w:r>
        <w:t>پھر وہاں سے آپ کعبہ سے تھوڑے فاصلے پر صفا اور مروہ ہے۔</w:t>
      </w:r>
    </w:p>
    <w:p>
      <w:r>
        <w:rPr>
          <w:b/>
        </w:rPr>
        <w:t xml:space="preserve">[28:59] </w:t>
      </w:r>
      <w:r>
        <w:t>to aap ne wahan par saat bar safa aur marwa</w:t>
      </w:r>
    </w:p>
    <w:p>
      <w:pPr>
        <w:jc w:val="right"/>
      </w:pPr>
      <w:r>
        <w:t>تو آپ نے وہاں پر سات بار صفا اور مروہ</w:t>
      </w:r>
    </w:p>
    <w:p>
      <w:r>
        <w:rPr>
          <w:b/>
        </w:rPr>
        <w:t xml:space="preserve">[29:03] </w:t>
      </w:r>
      <w:r>
        <w:t>ke darmiyan saat bar sa'ee ki. aap ne aaghaz kiya Safa ki taraf se. aur farmaya keh keh main is se shuru karta hoon jis se Quran ne shuru kiya hai. yaani Quran mein ayat aayi hai inna as-safa wal marwata min sha'airillah. to yahan par aap dekhen jo order hai Safa ko pehle kaha hai, Marwa ko baad ko kaha hai. inna as-safa wal marwata min sha'airillah. to</w:t>
      </w:r>
    </w:p>
    <w:p>
      <w:pPr>
        <w:jc w:val="right"/>
      </w:pPr>
      <w:r>
        <w:t>کے درمیان سات بار سعی کی۔ آپ نے آغاز کیا صفا کی طرف سے۔ اور فرمایا کہ کہ میں اس سے شروع کرتا ہوں جس سے قرآن نے شروع کیا ہے۔ یعنی قرآن میں آیت آئی ہے ان الصفا والمروۃ من شعار اللہ۔ تو یہاں پر آپ دیکھیں جو آرڈر ہے صفا کو پہلے کہا ہے، مروہ کو بعد کو کہا ہے۔ ان الصفا والمروۃ من شعار اللہ۔ تو</w:t>
      </w:r>
    </w:p>
    <w:p>
      <w:r>
        <w:rPr>
          <w:b/>
        </w:rPr>
        <w:t xml:space="preserve">[29:33] </w:t>
      </w:r>
      <w:r>
        <w:t>is ayat ko parha aap ne aur isi tarteeb se aap ne kiya. yani shuru kiya safa se. safa se shuru kar ke marwa pohnche, phir marwa se laut kar safa ki taraf aye. is tarah se aap ne sa'i ki. sa'i ke mani hain tez chalna. to yeh jo chalaya jata hai is mein thoda tez chalaya jata hai. yani safa aur marwa ke darmiyan jo chalaya jata hai, jo sa'i ki ati hai, is mein thoda t</w:t>
      </w:r>
    </w:p>
    <w:p>
      <w:pPr>
        <w:jc w:val="right"/>
      </w:pPr>
      <w:r>
        <w:t>اس آیت کو پڑھا آپ نے اور اسی ترتیب سے آپ نے کیا۔ یعنی شروع کیا صفا سے۔ صفا سے شروع کر کے مروہ پہنچے، پھر مروہ سے لوٹ کر صفا کی طرف آئے۔ اس طرح سے آپ نے سعی کی۔ سعی کے معنی ہیں تیز چلنا۔ تو یہ جو چلایا جاتا ہے اس میں تھوڑا تیز چلایا جاتا ہے۔ یعنی صفا اور مروہ کے درمیان جو چلایا جاتا ہے، جو سعی کی آتی ہے، اس میں تھوڑا ت</w:t>
      </w:r>
    </w:p>
    <w:p>
      <w:r>
        <w:rPr>
          <w:b/>
        </w:rPr>
        <w:t xml:space="preserve">[30:03] </w:t>
      </w:r>
      <w:r>
        <w:t>tez tez chalaya jata hai.</w:t>
      </w:r>
    </w:p>
    <w:p>
      <w:pPr>
        <w:jc w:val="right"/>
      </w:pPr>
      <w:r>
        <w:t>یز تیز چلایا جاتا ہے۔</w:t>
      </w:r>
    </w:p>
    <w:p>
      <w:r>
        <w:rPr>
          <w:b/>
        </w:rPr>
        <w:t xml:space="preserve">[30:07] </w:t>
      </w:r>
      <w:r>
        <w:t>is liye is ko sa'i kehte hain.</w:t>
      </w:r>
    </w:p>
    <w:p>
      <w:pPr>
        <w:jc w:val="right"/>
      </w:pPr>
      <w:r>
        <w:t>اس لیے اس کو سعی کہتے ہیں۔</w:t>
      </w:r>
    </w:p>
    <w:p>
      <w:r>
        <w:rPr>
          <w:b/>
        </w:rPr>
        <w:t xml:space="preserve">[30:12] </w:t>
      </w:r>
      <w:r>
        <w:t>to aap ne inna al-safa wal-marwata min shi'ar Allah ki ayat parh kar ke shuru kiya aur saat</w:t>
      </w:r>
    </w:p>
    <w:p>
      <w:pPr>
        <w:jc w:val="right"/>
      </w:pPr>
      <w:r>
        <w:t>تو آپ نے ان الصفا والمروۃ من شعار اللہ کی آیت پڑھ کر کے شروع کیا اور سات</w:t>
      </w:r>
    </w:p>
    <w:p>
      <w:r>
        <w:rPr>
          <w:b/>
        </w:rPr>
        <w:t xml:space="preserve">[30:16] </w:t>
      </w:r>
      <w:r>
        <w:t>bar aap ne sa'i kiya safa aur marwa ka.</w:t>
      </w:r>
    </w:p>
    <w:p>
      <w:pPr>
        <w:jc w:val="right"/>
      </w:pPr>
      <w:r>
        <w:t>بار آپ نے سعی کیا صفا اور مروہ کا۔</w:t>
      </w:r>
    </w:p>
    <w:p>
      <w:r>
        <w:rPr>
          <w:b/>
        </w:rPr>
        <w:t xml:space="preserve">[30:20] </w:t>
      </w:r>
      <w:r>
        <w:t>wahan par aap ne farmaya ke abdu bima bada'a Allah.</w:t>
      </w:r>
    </w:p>
    <w:p>
      <w:pPr>
        <w:jc w:val="right"/>
      </w:pPr>
      <w:r>
        <w:t>وہاں پر آپ نے فرمایا کہ عبدو بما بدع اللہ۔</w:t>
      </w:r>
    </w:p>
    <w:p>
      <w:r>
        <w:rPr>
          <w:b/>
        </w:rPr>
        <w:t xml:space="preserve">[30:25] </w:t>
      </w:r>
      <w:r>
        <w:t>yani Allah ne jo ayat utari Quran majeed mein is mein shuru kiya tha Allah taala ne safa se.</w:t>
      </w:r>
    </w:p>
    <w:p>
      <w:pPr>
        <w:jc w:val="right"/>
      </w:pPr>
      <w:r>
        <w:t>یعنی اللہ نے جو آیت اتاری قرآن مجید میں اس میں شروع کیا تھا اللہ تعالیٰ نے صفا سے۔</w:t>
      </w:r>
    </w:p>
    <w:p>
      <w:r>
        <w:rPr>
          <w:b/>
        </w:rPr>
        <w:t xml:space="preserve">[30:29] </w:t>
      </w:r>
      <w:r>
        <w:t>inna al-safa wal-marwata min shi'ar Allah.</w:t>
      </w:r>
    </w:p>
    <w:p>
      <w:pPr>
        <w:jc w:val="right"/>
      </w:pPr>
      <w:r>
        <w:t>ان الصفا والمروۃ من شعار اللہ۔</w:t>
      </w:r>
    </w:p>
    <w:p>
      <w:r>
        <w:rPr>
          <w:b/>
        </w:rPr>
        <w:t xml:space="preserve">[30:34] </w:t>
      </w:r>
      <w:r>
        <w:t>to isi tarteeb se aap ne sa'i ki. to wahan par aap jab aap safa par thay to wahan aap kaba ki taraf dekh kar aap ne takbeer kahi. takbeer aur tahmeed yani Allahu Akbar, Alhamdulillah. jab aap safa par pohnche aur wahan se ja rahe hain marwa ki taraf to wahan par bhi aap ne yeh</w:t>
      </w:r>
    </w:p>
    <w:p>
      <w:pPr>
        <w:jc w:val="right"/>
      </w:pPr>
      <w:r>
        <w:t>تو اسی ترتیب سے آپ نے سعی کی۔ تو وہاں پر آپ جب آپ صفا پر تھے تو وہاں آپ کعبہ کی طرف دیکھ کر آپ نے تکبیر کہی۔ تکبیر اور تحمید یعنی اللہ اکبر، الحمدللہ۔ جب آپ صفا پر پہنچے اور وہاں سے جا رہے ہیں مروہ کی طرف تو وہاں پر بھی آپ نے یہ</w:t>
      </w:r>
    </w:p>
    <w:p>
      <w:r>
        <w:rPr>
          <w:b/>
        </w:rPr>
        <w:t xml:space="preserve">[31:04] </w:t>
      </w:r>
      <w:r>
        <w:t>kiya jo is se pehle bhi karte thay aap ke Allah o Akbar, Allah o Akbar, Alhamdulillah, Alhamdulillah.</w:t>
      </w:r>
    </w:p>
    <w:p>
      <w:pPr>
        <w:jc w:val="right"/>
      </w:pPr>
      <w:r>
        <w:t>ی کیا جو اس سے پہلے بھی کرتے تھے آپ کہ اللہ اکبر، اللہ اکبر، الحمدللہ، الحمدللہ۔</w:t>
      </w:r>
    </w:p>
    <w:p>
      <w:r>
        <w:rPr>
          <w:b/>
        </w:rPr>
        <w:t xml:space="preserve">[31:09] </w:t>
      </w:r>
      <w:r>
        <w:t>yani is is is oonchai par safa aik aik aik teela hai, oonchi jagah hai.</w:t>
      </w:r>
    </w:p>
    <w:p>
      <w:pPr>
        <w:jc w:val="right"/>
      </w:pPr>
      <w:r>
        <w:t>یعنی اس اس اس اونچائی پر صفا ایک ایک ایک ٹیلہ ہے، اونچی جگہ ہے۔</w:t>
      </w:r>
    </w:p>
    <w:p>
      <w:r>
        <w:rPr>
          <w:b/>
        </w:rPr>
        <w:t xml:space="preserve">[31:14] </w:t>
      </w:r>
      <w:r>
        <w:t>woh goya aik tarah ka stage hai.</w:t>
      </w:r>
    </w:p>
    <w:p>
      <w:pPr>
        <w:jc w:val="right"/>
      </w:pPr>
      <w:r>
        <w:t>وہ گویا ایک طرح کا اسٹیج ہے۔</w:t>
      </w:r>
    </w:p>
    <w:p>
      <w:r>
        <w:rPr>
          <w:b/>
        </w:rPr>
        <w:t xml:space="preserve">[31:19] </w:t>
      </w:r>
      <w:r>
        <w:t>aap keh sakte hain ke woh aik stage hai.</w:t>
      </w:r>
    </w:p>
    <w:p>
      <w:pPr>
        <w:jc w:val="right"/>
      </w:pPr>
      <w:r>
        <w:t>آپ کہہ سکتے ہیں کہ وہ ایک اسٹیج ہے۔</w:t>
      </w:r>
    </w:p>
    <w:p>
      <w:r>
        <w:rPr>
          <w:b/>
        </w:rPr>
        <w:t xml:space="preserve">[31:24] </w:t>
      </w:r>
      <w:r>
        <w:t>aur pehle zamanay mein arab mein log is ko stage ke taur par istemal bhi karte thay.</w:t>
      </w:r>
    </w:p>
    <w:p>
      <w:pPr>
        <w:jc w:val="right"/>
      </w:pPr>
      <w:r>
        <w:t>اور پہلے زمانے میں عرب میں لوگ اس کو اسٹیج کے طور پر استعمال بھی کرتے تھے۔</w:t>
      </w:r>
    </w:p>
    <w:p>
      <w:r>
        <w:rPr>
          <w:b/>
        </w:rPr>
        <w:t xml:space="preserve">[31:29] </w:t>
      </w:r>
      <w:r>
        <w:t>yani wahan khare ho kar taqreer karte thay aur wahan par audience ikhatta hota</w:t>
      </w:r>
    </w:p>
    <w:p>
      <w:pPr>
        <w:jc w:val="right"/>
      </w:pPr>
      <w:r>
        <w:t>یعنی وہاں کھڑے ہو کر تقریر کرتے تھے اور وہاں پر آڈینس اکٹھا ہوتا</w:t>
      </w:r>
    </w:p>
    <w:p>
      <w:r>
        <w:rPr>
          <w:b/>
        </w:rPr>
        <w:t xml:space="preserve">[31:34] </w:t>
      </w:r>
      <w:r>
        <w:t>tha, log suntay thay.</w:t>
      </w:r>
    </w:p>
    <w:p>
      <w:pPr>
        <w:jc w:val="right"/>
      </w:pPr>
      <w:r>
        <w:t>تھا، لوگ سنتے تھے۔</w:t>
      </w:r>
    </w:p>
    <w:p>
      <w:r>
        <w:rPr>
          <w:b/>
        </w:rPr>
        <w:t xml:space="preserve">[31:38] </w:t>
      </w:r>
      <w:r>
        <w:t>to is ke oopar khare ho kar aap ne kaha Alhamdulillah, Allah o Akbar.</w:t>
      </w:r>
    </w:p>
    <w:p>
      <w:pPr>
        <w:jc w:val="right"/>
      </w:pPr>
      <w:r>
        <w:t>تو اس کے اوپر کھڑے ہو کر آپ نے کہا الحمدللہ، اللہ اکبر۔</w:t>
      </w:r>
    </w:p>
    <w:p>
      <w:r>
        <w:rPr>
          <w:b/>
        </w:rPr>
        <w:t xml:space="preserve">[31:42] </w:t>
      </w:r>
      <w:r>
        <w:t>yani khudaya, khudaya tu hi sab se bara hai.</w:t>
      </w:r>
    </w:p>
    <w:p>
      <w:pPr>
        <w:jc w:val="right"/>
      </w:pPr>
      <w:r>
        <w:t>یعنی خدایا، خدایا تو ہی سب سے بڑا ہے۔</w:t>
      </w:r>
    </w:p>
    <w:p>
      <w:r>
        <w:rPr>
          <w:b/>
        </w:rPr>
        <w:t xml:space="preserve">[31:45] </w:t>
      </w:r>
      <w:r>
        <w:t>tere siwa kisi ki barai nahin.</w:t>
      </w:r>
    </w:p>
    <w:p>
      <w:pPr>
        <w:jc w:val="right"/>
      </w:pPr>
      <w:r>
        <w:t>تیرے سوا کسی کی بڑائی نہیں۔</w:t>
      </w:r>
    </w:p>
    <w:p>
      <w:r>
        <w:rPr>
          <w:b/>
        </w:rPr>
        <w:t xml:space="preserve">[31:49] </w:t>
      </w:r>
      <w:r>
        <w:t>tu hi qabil shukr hai.</w:t>
      </w:r>
    </w:p>
    <w:p>
      <w:pPr>
        <w:jc w:val="right"/>
      </w:pPr>
      <w:r>
        <w:t>تو ہی قابل شکر ہے۔</w:t>
      </w:r>
    </w:p>
    <w:p>
      <w:r>
        <w:rPr>
          <w:b/>
        </w:rPr>
        <w:t xml:space="preserve">[31:53] </w:t>
      </w:r>
      <w:r>
        <w:t>tere siwa koi koi qabil shukr nahin.</w:t>
      </w:r>
    </w:p>
    <w:p>
      <w:pPr>
        <w:jc w:val="right"/>
      </w:pPr>
      <w:r>
        <w:t>تیرے سوا کوئی کوئی قابل شکر نہیں۔</w:t>
      </w:r>
    </w:p>
    <w:p>
      <w:r>
        <w:rPr>
          <w:b/>
        </w:rPr>
        <w:t xml:space="preserve">[31:57] </w:t>
      </w:r>
      <w:r>
        <w:t>to yeh baaten wahan se aap ne ailan kiya.</w:t>
      </w:r>
    </w:p>
    <w:p>
      <w:pPr>
        <w:jc w:val="right"/>
      </w:pPr>
      <w:r>
        <w:t>تو یہ باتیں وہاں سے آپ نے اعلان کیا۔</w:t>
      </w:r>
    </w:p>
    <w:p>
      <w:r>
        <w:rPr>
          <w:b/>
        </w:rPr>
        <w:t xml:space="preserve">[32:01] </w:t>
      </w:r>
      <w:r>
        <w:t>phir safa par yaani yeh yeh jo safa aur marwah ki saaye hai, is se farigh ho kar aap</w:t>
      </w:r>
    </w:p>
    <w:p>
      <w:pPr>
        <w:jc w:val="right"/>
      </w:pPr>
      <w:r>
        <w:t>پھر صفا پر یعنی یہ یہ جو صفا اور مروہ کی سائے ہے، اس سے فارغ ہو کر آپ</w:t>
      </w:r>
    </w:p>
    <w:p>
      <w:r>
        <w:rPr>
          <w:b/>
        </w:rPr>
        <w:t xml:space="preserve">[32:05] </w:t>
      </w:r>
      <w:r>
        <w:t>rawanah hue aagay ke liye.</w:t>
      </w:r>
    </w:p>
    <w:p>
      <w:pPr>
        <w:jc w:val="right"/>
      </w:pPr>
      <w:r>
        <w:t>روانہ ہوئے آگے کے لیے۔</w:t>
      </w:r>
    </w:p>
    <w:p>
      <w:r>
        <w:rPr>
          <w:b/>
        </w:rPr>
        <w:t xml:space="preserve">[32:12] </w:t>
      </w:r>
      <w:r>
        <w:t>aur baar baar aap takbeer aur dua aur tahmeed karte jaate thay.</w:t>
      </w:r>
    </w:p>
    <w:p>
      <w:pPr>
        <w:jc w:val="right"/>
      </w:pPr>
      <w:r>
        <w:t>اور بار بار آپ تکبیر اور دعا اور تحمید کرتے جاتے تھے۔</w:t>
      </w:r>
    </w:p>
    <w:p>
      <w:r>
        <w:rPr>
          <w:b/>
        </w:rPr>
        <w:t xml:space="preserve">[32:18] </w:t>
      </w:r>
      <w:r>
        <w:t>yaani poora yeh jo haj ka jo safar hai, woh poora safar hi yaad e khuda ka hai.</w:t>
      </w:r>
    </w:p>
    <w:p>
      <w:pPr>
        <w:jc w:val="right"/>
      </w:pPr>
      <w:r>
        <w:t>یعنی پورا یہ جو حج کا جو سفر ہے، وہ پورا سفر ہی یاد خدا کا ہے۔</w:t>
      </w:r>
    </w:p>
    <w:p>
      <w:r>
        <w:rPr>
          <w:b/>
        </w:rPr>
        <w:t xml:space="preserve">[32:24] </w:t>
      </w:r>
      <w:r>
        <w:t>yeh poora safar jo hai yaad e khuda ka safar hai.</w:t>
      </w:r>
    </w:p>
    <w:p>
      <w:pPr>
        <w:jc w:val="right"/>
      </w:pPr>
      <w:r>
        <w:t>یہ پورا سفر جو ہے یاد خدا کا سفر ہے۔</w:t>
      </w:r>
    </w:p>
    <w:p>
      <w:r>
        <w:rPr>
          <w:b/>
        </w:rPr>
        <w:t xml:space="preserve">[32:30] </w:t>
      </w:r>
      <w:r>
        <w:t>yaani khuda ki barhai ko yaad karna.</w:t>
      </w:r>
    </w:p>
    <w:p>
      <w:pPr>
        <w:jc w:val="right"/>
      </w:pPr>
      <w:r>
        <w:t>یعنی خدا کی بڑائی کو یاد کرنا۔</w:t>
      </w:r>
    </w:p>
    <w:p>
      <w:r>
        <w:rPr>
          <w:b/>
        </w:rPr>
        <w:t xml:space="preserve">[32:36] </w:t>
      </w:r>
      <w:r>
        <w:t>khuda ki barhai ko yaad karna, khuda ki azmat ko yaad karna aur khuda ka shukr ada karna.</w:t>
      </w:r>
    </w:p>
    <w:p>
      <w:pPr>
        <w:jc w:val="right"/>
      </w:pPr>
      <w:r>
        <w:t>خدا کی بڑائی کو یاد کرنا، خدا کی عظمت کو یاد کرنا اور خدا کا شکر ادا کرنا۔</w:t>
      </w:r>
    </w:p>
    <w:p>
      <w:r>
        <w:rPr>
          <w:b/>
        </w:rPr>
        <w:t xml:space="preserve">[32:41] </w:t>
      </w:r>
      <w:r>
        <w:t>shukr kya hai? shukr darasal naam hai wahi cheez jis ko hum kehte hain acknowledgement.</w:t>
      </w:r>
    </w:p>
    <w:p>
      <w:pPr>
        <w:jc w:val="right"/>
      </w:pPr>
      <w:r>
        <w:t>شکر کیا ہے؟ شکر دراصل نام ہے وہی چیز جس کو ہم کہتے ہیں اکنالجمنٹ۔</w:t>
      </w:r>
    </w:p>
    <w:p>
      <w:r>
        <w:rPr>
          <w:b/>
        </w:rPr>
        <w:t xml:space="preserve">[32:45] </w:t>
      </w:r>
      <w:r>
        <w:t>یعنی خدا کی blessings کو acknowledge کرنا۔</w:t>
      </w:r>
    </w:p>
    <w:p>
      <w:pPr>
        <w:jc w:val="right"/>
      </w:pPr>
      <w:r>
        <w:t>یعنی خدا کی بریسنگ کو اکنالج کرنا۔</w:t>
      </w:r>
    </w:p>
    <w:p>
      <w:r>
        <w:rPr>
          <w:b/>
        </w:rPr>
        <w:t xml:space="preserve">[32:49] </w:t>
      </w:r>
      <w:r>
        <w:t>خدا کی جو boundaries ہیں اس کو acknowledge کرنا۔</w:t>
      </w:r>
    </w:p>
    <w:p>
      <w:pPr>
        <w:jc w:val="right"/>
      </w:pPr>
      <w:r>
        <w:t>خدا کی جو باؤنڈریز ہیں اس کو اکنالج کرنا۔</w:t>
      </w:r>
    </w:p>
    <w:p>
      <w:r>
        <w:rPr>
          <w:b/>
        </w:rPr>
        <w:t xml:space="preserve">[32:54] </w:t>
      </w:r>
      <w:r>
        <w:t>isi ka naam hai shukr.</w:t>
      </w:r>
    </w:p>
    <w:p>
      <w:pPr>
        <w:jc w:val="right"/>
      </w:pPr>
      <w:r>
        <w:t>اسی کا نام ہے شکر۔</w:t>
      </w:r>
    </w:p>
    <w:p>
      <w:r>
        <w:rPr>
          <w:b/>
        </w:rPr>
        <w:t xml:space="preserve">[32:58] </w:t>
      </w:r>
      <w:r>
        <w:t>to is tarah se aap ne saat baar safa aur marwah ke darmiyan sa'i ki aur is sa'i</w:t>
      </w:r>
    </w:p>
    <w:p>
      <w:pPr>
        <w:jc w:val="right"/>
      </w:pPr>
      <w:r>
        <w:t>تو اس طرح سے آپ نے سات بار صفا اور مروہ کے درمیان سعی کی اور اس سعی</w:t>
      </w:r>
    </w:p>
    <w:p>
      <w:r>
        <w:rPr>
          <w:b/>
        </w:rPr>
        <w:t xml:space="preserve">[33:02] </w:t>
      </w:r>
      <w:r>
        <w:t>ke darmiyan barabar</w:t>
      </w:r>
    </w:p>
    <w:p>
      <w:pPr>
        <w:jc w:val="right"/>
      </w:pPr>
      <w:r>
        <w:t>کے درمیان برابر</w:t>
      </w:r>
    </w:p>
    <w:p>
      <w:r>
        <w:rPr>
          <w:b/>
        </w:rPr>
        <w:t xml:space="preserve">[33:07] </w:t>
      </w:r>
      <w:r>
        <w:t>dua mein mashgool rahay.</w:t>
      </w:r>
    </w:p>
    <w:p>
      <w:pPr>
        <w:jc w:val="right"/>
      </w:pPr>
      <w:r>
        <w:t>دعا میں مشغول رہے۔</w:t>
      </w:r>
    </w:p>
    <w:p>
      <w:r>
        <w:rPr>
          <w:b/>
        </w:rPr>
        <w:t xml:space="preserve">[33:13] </w:t>
      </w:r>
      <w:r>
        <w:t>to saatwan phera jo hai aap ka woh is woh marwah par khatam hua.</w:t>
      </w:r>
    </w:p>
    <w:p>
      <w:pPr>
        <w:jc w:val="right"/>
      </w:pPr>
      <w:r>
        <w:t>تو ساتواں پھیرا جو ہے آپ کا وہ اس وہ مروہ پر ختم ہوا۔</w:t>
      </w:r>
    </w:p>
    <w:p>
      <w:r>
        <w:rPr>
          <w:b/>
        </w:rPr>
        <w:t xml:space="preserve">[33:19] </w:t>
      </w:r>
      <w:r>
        <w:t>yaani aaghaz kiya aap ne safa se aur saatwan jo phera tha woh khatam hua marwah par.</w:t>
      </w:r>
    </w:p>
    <w:p>
      <w:pPr>
        <w:jc w:val="right"/>
      </w:pPr>
      <w:r>
        <w:t>یعنی آغاز کیا آپ نے صفا سے اور ساتواں جو پھیرا تھا وہ ختم ہوا مروہ پر۔</w:t>
      </w:r>
    </w:p>
    <w:p>
      <w:r>
        <w:rPr>
          <w:b/>
        </w:rPr>
        <w:t xml:space="preserve">[33:25] </w:t>
      </w:r>
      <w:r>
        <w:t>is tarah se aap chaar zilhajjah se aath zilhajjah tak makka mein muqeem rahay.</w:t>
      </w:r>
    </w:p>
    <w:p>
      <w:pPr>
        <w:jc w:val="right"/>
      </w:pPr>
      <w:r>
        <w:t>اس طرح سے آپ چار ذوالحجہ سے اٹھ ذوالحجہ تک مکہ میں مقیم رہے۔</w:t>
      </w:r>
    </w:p>
    <w:p>
      <w:r>
        <w:rPr>
          <w:b/>
        </w:rPr>
        <w:t xml:space="preserve">[33:31] </w:t>
      </w:r>
      <w:r>
        <w:t>yaani aap pohanchay thay wahan chaar zilhajjah ko aur</w:t>
      </w:r>
    </w:p>
    <w:p>
      <w:pPr>
        <w:jc w:val="right"/>
      </w:pPr>
      <w:r>
        <w:t>یعنی آپ پہنچے تھے وہاں چار ذوالحجہ کو اور</w:t>
      </w:r>
    </w:p>
    <w:p>
      <w:r>
        <w:rPr>
          <w:b/>
        </w:rPr>
        <w:t xml:space="preserve">[33:38] </w:t>
      </w:r>
      <w:r>
        <w:t>aath zilhajjah tak aap makka mein rahay aur is tarah ki ibadaten karte rahay wahan par aap.</w:t>
      </w:r>
    </w:p>
    <w:p>
      <w:pPr>
        <w:jc w:val="right"/>
      </w:pPr>
      <w:r>
        <w:t>اٹھ ذوالحجہ تک آپ مکہ میں رہے اور اس طرح کی عبادتیں کرتے رہے وہاں پر آپ۔</w:t>
      </w:r>
    </w:p>
    <w:p>
      <w:r>
        <w:rPr>
          <w:b/>
        </w:rPr>
        <w:t xml:space="preserve">[33:45] </w:t>
      </w:r>
      <w:r>
        <w:t>namaz parhna, tawaf karna, sa'i karna yeh sab mila kar ke chaar zilhajjah se aath zilhajjah tak aap</w:t>
      </w:r>
    </w:p>
    <w:p>
      <w:pPr>
        <w:jc w:val="right"/>
      </w:pPr>
      <w:r>
        <w:t>نماز پڑھنا، طواف کرنا، سائے کرنا یہ سب ملا کر کے چار ذوالحجہ سے اٹھ ذوالحجہ تک آپ</w:t>
      </w:r>
    </w:p>
    <w:p>
      <w:r>
        <w:rPr>
          <w:b/>
        </w:rPr>
        <w:t xml:space="preserve">[33:53] </w:t>
      </w:r>
      <w:r>
        <w:t>makka mein muqeem rahay.</w:t>
      </w:r>
    </w:p>
    <w:p>
      <w:pPr>
        <w:jc w:val="right"/>
      </w:pPr>
      <w:r>
        <w:t>مکہ میں مقیم رہے۔</w:t>
      </w:r>
    </w:p>
    <w:p>
      <w:r>
        <w:rPr>
          <w:b/>
        </w:rPr>
        <w:t xml:space="preserve">[34:01] </w:t>
      </w:r>
      <w:r>
        <w:t>phir aath ki aath zilhajjah ke subah ko wahan se aap rawanah hue mina ke liye.</w:t>
      </w:r>
    </w:p>
    <w:p>
      <w:pPr>
        <w:jc w:val="right"/>
      </w:pPr>
      <w:r>
        <w:t>پھر اٹھ کی اٹھ ذوالحجہ کے صبح کو وہاں سے آپ روانہ ہوئے منی کے لیے۔</w:t>
      </w:r>
    </w:p>
    <w:p>
      <w:r>
        <w:rPr>
          <w:b/>
        </w:rPr>
        <w:t xml:space="preserve">[34:08] </w:t>
      </w:r>
      <w:r>
        <w:t>yaani aath zilhajjah ke subah ko aap makka se rawanah hue mina ke liye.</w:t>
      </w:r>
    </w:p>
    <w:p>
      <w:pPr>
        <w:jc w:val="right"/>
      </w:pPr>
      <w:r>
        <w:t>یعنی اٹھ ذوالحجہ کے صبح کو آپ مکہ سے روانہ ہوئے منی کے لیے۔</w:t>
      </w:r>
    </w:p>
    <w:p>
      <w:r>
        <w:rPr>
          <w:b/>
        </w:rPr>
        <w:t xml:space="preserve">[34:15] </w:t>
      </w:r>
      <w:r>
        <w:t>to yeh poora aik safar hota hai.</w:t>
      </w:r>
    </w:p>
    <w:p>
      <w:pPr>
        <w:jc w:val="right"/>
      </w:pPr>
      <w:r>
        <w:t>تو یہ پورا ایک سفر ہوتا ہے۔</w:t>
      </w:r>
    </w:p>
    <w:p>
      <w:r>
        <w:rPr>
          <w:b/>
        </w:rPr>
        <w:t xml:space="preserve">[34:21] </w:t>
      </w:r>
      <w:r>
        <w:t>haj ke liye jo log jatay hain woh jantay hain ke musalsal aik safar ka marhala hota hai.</w:t>
      </w:r>
    </w:p>
    <w:p>
      <w:pPr>
        <w:jc w:val="right"/>
      </w:pPr>
      <w:r>
        <w:t>حج کے لیے جو لوگ جاتے ہیں وہ جانتے ہیں کہ مسلسل ایک سفر کا مرحلہ ہوتا ہے۔</w:t>
      </w:r>
    </w:p>
    <w:p>
      <w:r>
        <w:rPr>
          <w:b/>
        </w:rPr>
        <w:t xml:space="preserve">[34:27] </w:t>
      </w:r>
      <w:r>
        <w:t>yaani hazrat ibrahim ne jo asfar kiye yaani dawat ke liye, khuda ki yaad ke liye isi ko</w:t>
      </w:r>
    </w:p>
    <w:p>
      <w:pPr>
        <w:jc w:val="right"/>
      </w:pPr>
      <w:r>
        <w:t>یعنی حضرت ابراہیم نے جو اسفار کیے یعنی دعوت کے لیے، خدا کی یاد کے لیے اسی کو</w:t>
      </w:r>
    </w:p>
    <w:p>
      <w:r>
        <w:rPr>
          <w:b/>
        </w:rPr>
        <w:t xml:space="preserve">[34:34] </w:t>
      </w:r>
      <w:r>
        <w:t>dohraya jata hai.</w:t>
      </w:r>
    </w:p>
    <w:p>
      <w:pPr>
        <w:jc w:val="right"/>
      </w:pPr>
      <w:r>
        <w:t>دہرایا جاتا ہے۔</w:t>
      </w:r>
    </w:p>
    <w:p>
      <w:r>
        <w:rPr>
          <w:b/>
        </w:rPr>
        <w:t xml:space="preserve">[34:40] </w:t>
      </w:r>
      <w:r>
        <w:t>to uthth zilhijjah ko phir pohnchte hain mini mein.</w:t>
      </w:r>
    </w:p>
    <w:p>
      <w:pPr>
        <w:jc w:val="right"/>
      </w:pPr>
      <w:r>
        <w:t>تو اٹھ ذوالحجہ کو پھر پہنچتے ہیں منی میں۔</w:t>
      </w:r>
    </w:p>
    <w:p>
      <w:r>
        <w:rPr>
          <w:b/>
        </w:rPr>
        <w:t xml:space="preserve">[34:45] </w:t>
      </w:r>
      <w:r>
        <w:t>rasool Allah sal Allah alaihi wasallam uthth zilhijjah ko makkah se rawana ho kar ke mini pohnchte hain.</w:t>
      </w:r>
    </w:p>
    <w:p>
      <w:pPr>
        <w:jc w:val="right"/>
      </w:pPr>
      <w:r>
        <w:t>رسول اللہ صلی اللہ علیہ وسلم اٹھ ذوالحجہ کو مکہ سے روانہ ہو کر کے منی پہنچتے ہیں۔</w:t>
      </w:r>
    </w:p>
    <w:p>
      <w:r>
        <w:rPr>
          <w:b/>
        </w:rPr>
        <w:t xml:space="preserve">[34:49] </w:t>
      </w:r>
      <w:r>
        <w:t>mini ka makkah se qareebi jagah hai.</w:t>
      </w:r>
    </w:p>
    <w:p>
      <w:pPr>
        <w:jc w:val="right"/>
      </w:pPr>
      <w:r>
        <w:t>منی کا مکہ سے قریبی جگہ ہے۔</w:t>
      </w:r>
    </w:p>
    <w:p>
      <w:r>
        <w:rPr>
          <w:b/>
        </w:rPr>
        <w:t xml:space="preserve">[34:54] </w:t>
      </w:r>
      <w:r>
        <w:t>to mini mein aap ne zuhr ki namaz padhi, asr ki namaz padhi, maghrib ki namaz padhi, isha</w:t>
      </w:r>
    </w:p>
    <w:p>
      <w:pPr>
        <w:jc w:val="right"/>
      </w:pPr>
      <w:r>
        <w:t>تو منی میں آپ نے ظہر کی نماز پڑھی، عصر کی نماز پڑھی، مغرب کی نماز پڑھی، عشاء</w:t>
      </w:r>
    </w:p>
    <w:p>
      <w:r>
        <w:rPr>
          <w:b/>
        </w:rPr>
        <w:t xml:space="preserve">[34:58] </w:t>
      </w:r>
      <w:r>
        <w:t>ki namaz padhi.</w:t>
      </w:r>
    </w:p>
    <w:p>
      <w:pPr>
        <w:jc w:val="right"/>
      </w:pPr>
      <w:r>
        <w:t>کی نماز پڑھی۔</w:t>
      </w:r>
    </w:p>
    <w:p>
      <w:r>
        <w:rPr>
          <w:b/>
        </w:rPr>
        <w:t xml:space="preserve">[35:03] </w:t>
      </w:r>
      <w:r>
        <w:t>yeh sari namazen aap ne mini mein padhin apne sathiyon ke sath.</w:t>
      </w:r>
    </w:p>
    <w:p>
      <w:pPr>
        <w:jc w:val="right"/>
      </w:pPr>
      <w:r>
        <w:t>یہ ساری نمازیں آپ نے منی میں پڑھیں اپنے ساتھیوں کے ساتھ۔</w:t>
      </w:r>
    </w:p>
    <w:p>
      <w:r>
        <w:rPr>
          <w:b/>
        </w:rPr>
        <w:t xml:space="preserve">[35:08] </w:t>
      </w:r>
      <w:r>
        <w:t>yeh sare sathi bhi aap ke the.</w:t>
      </w:r>
    </w:p>
    <w:p>
      <w:pPr>
        <w:jc w:val="right"/>
      </w:pPr>
      <w:r>
        <w:t>یہ سارے ساتھی بھی آپ کے تھے۔</w:t>
      </w:r>
    </w:p>
    <w:p>
      <w:r>
        <w:rPr>
          <w:b/>
        </w:rPr>
        <w:t xml:space="preserve">[35:12] </w:t>
      </w:r>
      <w:r>
        <w:t>to jamaat ke sath namazen padhin aap ne.</w:t>
      </w:r>
    </w:p>
    <w:p>
      <w:pPr>
        <w:jc w:val="right"/>
      </w:pPr>
      <w:r>
        <w:t>تو جماعت کے ساتھ نمازیں پڑھیں آپ نے۔</w:t>
      </w:r>
    </w:p>
    <w:p>
      <w:r>
        <w:rPr>
          <w:b/>
        </w:rPr>
        <w:t xml:space="preserve">[35:18] </w:t>
      </w:r>
      <w:r>
        <w:t>to mini mein zuhr ki namaz, asr ki namaz, maghrib ki namaz, isha ki namaz sab aap ne</w:t>
      </w:r>
    </w:p>
    <w:p>
      <w:pPr>
        <w:jc w:val="right"/>
      </w:pPr>
      <w:r>
        <w:t>تو منی میں ظہر کی نماز، عصر کی نماز، مغرب کی نماز، عشاء کی نماز سب آپ نے</w:t>
      </w:r>
    </w:p>
    <w:p>
      <w:r>
        <w:rPr>
          <w:b/>
        </w:rPr>
        <w:t xml:space="preserve">[35:23] </w:t>
      </w:r>
      <w:r>
        <w:t>mini mein padhi logon ke sath.</w:t>
      </w:r>
    </w:p>
    <w:p>
      <w:pPr>
        <w:jc w:val="right"/>
      </w:pPr>
      <w:r>
        <w:t>منی میں پڑھی لوگوں کے ساتھ۔</w:t>
      </w:r>
    </w:p>
    <w:p>
      <w:r>
        <w:rPr>
          <w:b/>
        </w:rPr>
        <w:t xml:space="preserve">[35:28] </w:t>
      </w:r>
      <w:r>
        <w:t>aur mini mein aap ne raat mein qiyam kiya.</w:t>
      </w:r>
    </w:p>
    <w:p>
      <w:pPr>
        <w:jc w:val="right"/>
      </w:pPr>
      <w:r>
        <w:t>اور منی میں آپ نے رات میں قیام کیا۔</w:t>
      </w:r>
    </w:p>
    <w:p>
      <w:r>
        <w:rPr>
          <w:b/>
        </w:rPr>
        <w:t xml:space="preserve">[35:33] </w:t>
      </w:r>
      <w:r>
        <w:t>namazen padhne ke baad mini hi mein aap ne mini hi mein raat ko aap thehre.</w:t>
      </w:r>
    </w:p>
    <w:p>
      <w:pPr>
        <w:jc w:val="right"/>
      </w:pPr>
      <w:r>
        <w:t>نمازیں پڑھنے کے بعد منی ہی میں آپ نے منی ہی میں رات کو آپ ٹھہرے۔</w:t>
      </w:r>
    </w:p>
    <w:p>
      <w:r>
        <w:rPr>
          <w:b/>
        </w:rPr>
        <w:t xml:space="preserve">[35:39] </w:t>
      </w:r>
      <w:r>
        <w:t>phir is ke baad nau zilhijjah ke subah ko</w:t>
      </w:r>
    </w:p>
    <w:p>
      <w:pPr>
        <w:jc w:val="right"/>
      </w:pPr>
      <w:r>
        <w:t>پھر اس کے بعد نو ذوالحجہ کے صبح کو</w:t>
      </w:r>
    </w:p>
    <w:p>
      <w:r>
        <w:rPr>
          <w:b/>
        </w:rPr>
        <w:t xml:space="preserve">[35:44] </w:t>
      </w:r>
      <w:r>
        <w:t>jab suraj talu hota hai yani fajar ki namaz padhne ke baad to nau zilhijjah ke subah ko</w:t>
      </w:r>
    </w:p>
    <w:p>
      <w:pPr>
        <w:jc w:val="right"/>
      </w:pPr>
      <w:r>
        <w:t>جب سورج طلوع ہوتا ہے یعنی فجر کی نماز پڑھنے کے بعد تو نو ذوالحجہ کے صبح کو</w:t>
      </w:r>
    </w:p>
    <w:p>
      <w:r>
        <w:rPr>
          <w:b/>
        </w:rPr>
        <w:t xml:space="preserve">[35:49] </w:t>
      </w:r>
      <w:r>
        <w:t>talu aftab ke baad aap arafat ki taraf rawana hue.</w:t>
      </w:r>
    </w:p>
    <w:p>
      <w:pPr>
        <w:jc w:val="right"/>
      </w:pPr>
      <w:r>
        <w:t>طلوع آفتاب کے بعد آپ عرفات کی طرف روانہ ہوئے۔</w:t>
      </w:r>
    </w:p>
    <w:p>
      <w:r>
        <w:rPr>
          <w:b/>
        </w:rPr>
        <w:t xml:space="preserve">[35:53] </w:t>
      </w:r>
      <w:r>
        <w:t>arafat bhi ek pahaad ka naam hai aur arafat pahaad ke samne ek bohat bada maidan hai.</w:t>
      </w:r>
    </w:p>
    <w:p>
      <w:pPr>
        <w:jc w:val="right"/>
      </w:pPr>
      <w:r>
        <w:t>عرفات بھی ایک پہاڑ کا نام ہے اور عرفات پہاڑ کے سامنے ایک بہت بڑا میدان ہے۔</w:t>
      </w:r>
    </w:p>
    <w:p>
      <w:r>
        <w:rPr>
          <w:b/>
        </w:rPr>
        <w:t xml:space="preserve">[35:57] </w:t>
      </w:r>
      <w:r>
        <w:t>wadi keh lijiye.</w:t>
      </w:r>
    </w:p>
    <w:p>
      <w:pPr>
        <w:jc w:val="right"/>
      </w:pPr>
      <w:r>
        <w:t>وادی کہہ لیجئے۔</w:t>
      </w:r>
    </w:p>
    <w:p>
      <w:r>
        <w:rPr>
          <w:b/>
        </w:rPr>
        <w:t xml:space="preserve">[36:02] </w:t>
      </w:r>
      <w:r>
        <w:t>to arafat asal mein naam hai pahaad ka.</w:t>
      </w:r>
    </w:p>
    <w:p>
      <w:pPr>
        <w:jc w:val="right"/>
      </w:pPr>
      <w:r>
        <w:t>تو عرفات اصل میں نام ہے پہاڑ کا۔</w:t>
      </w:r>
    </w:p>
    <w:p>
      <w:r>
        <w:rPr>
          <w:b/>
        </w:rPr>
        <w:t xml:space="preserve">[36:06] </w:t>
      </w:r>
      <w:r>
        <w:t>is pahaad se mila hua bohat bada maidan hai.</w:t>
      </w:r>
    </w:p>
    <w:p>
      <w:pPr>
        <w:jc w:val="right"/>
      </w:pPr>
      <w:r>
        <w:t>اس پہاڑ سے ملا ہوا بہت بڑا میدان ہے۔</w:t>
      </w:r>
    </w:p>
    <w:p>
      <w:r>
        <w:rPr>
          <w:b/>
        </w:rPr>
        <w:t xml:space="preserve">[36:11] </w:t>
      </w:r>
      <w:r>
        <w:t>to wahan par haji log jate hain.</w:t>
      </w:r>
    </w:p>
    <w:p>
      <w:pPr>
        <w:jc w:val="right"/>
      </w:pPr>
      <w:r>
        <w:t>تو وہاں پر حاجی لوگ جاتے ہیں۔</w:t>
      </w:r>
    </w:p>
    <w:p>
      <w:r>
        <w:rPr>
          <w:b/>
        </w:rPr>
        <w:t xml:space="preserve">[36:15] </w:t>
      </w:r>
      <w:r>
        <w:t>to nau zilhijjah ke subah ko aap suraj nikalne ke baad arafat ki taraf rawana hue.</w:t>
      </w:r>
    </w:p>
    <w:p>
      <w:pPr>
        <w:jc w:val="right"/>
      </w:pPr>
      <w:r>
        <w:t>تو نو ذوالحجہ کے صبح کو آپ سورج نکلنے کے بعد عرفات کی طرف روانہ ہوئے۔</w:t>
      </w:r>
    </w:p>
    <w:p>
      <w:r>
        <w:rPr>
          <w:b/>
        </w:rPr>
        <w:t xml:space="preserve">[36:21] </w:t>
      </w:r>
      <w:r>
        <w:t>to arafat mein aap ne pohnch kar ke aap ne wahan numberah mein qiyam kiya.</w:t>
      </w:r>
    </w:p>
    <w:p>
      <w:pPr>
        <w:jc w:val="right"/>
      </w:pPr>
      <w:r>
        <w:t>تو عرفات میں آپ نے پہنچ کر کے آپ نے وہاں نمبرہ میں قیام کیا۔</w:t>
      </w:r>
    </w:p>
    <w:p>
      <w:r>
        <w:rPr>
          <w:b/>
        </w:rPr>
        <w:t xml:space="preserve">[36:27] </w:t>
      </w:r>
      <w:r>
        <w:t>numberah mein aap ka khaymah lagaya gaya, tent.</w:t>
      </w:r>
    </w:p>
    <w:p>
      <w:pPr>
        <w:jc w:val="right"/>
      </w:pPr>
      <w:r>
        <w:t>نمبرہ میں آپ کا خیمہ لگایا گیا، ٹینٹ۔</w:t>
      </w:r>
    </w:p>
    <w:p>
      <w:r>
        <w:rPr>
          <w:b/>
        </w:rPr>
        <w:t xml:space="preserve">[36:34] </w:t>
      </w:r>
      <w:r>
        <w:t>wahan par aap ne qiyam kiya.</w:t>
      </w:r>
    </w:p>
    <w:p>
      <w:pPr>
        <w:jc w:val="right"/>
      </w:pPr>
      <w:r>
        <w:t>وہاں پر آپ نے قیام کیا۔</w:t>
      </w:r>
    </w:p>
    <w:p>
      <w:r>
        <w:rPr>
          <w:b/>
        </w:rPr>
        <w:t xml:space="preserve">[36:40] </w:t>
      </w:r>
      <w:r>
        <w:t>wahan par aap</w:t>
      </w:r>
    </w:p>
    <w:p>
      <w:pPr>
        <w:jc w:val="right"/>
      </w:pPr>
      <w:r>
        <w:t>وہاں پر آپ</w:t>
      </w:r>
    </w:p>
    <w:p>
      <w:r>
        <w:rPr>
          <w:b/>
        </w:rPr>
        <w:t xml:space="preserve">[36:46] </w:t>
      </w:r>
      <w:r>
        <w:t>zawaal ke waqt tak wahan par rahe aur wahan par aap ne arfa maidan arfaat mein ek taqreer</w:t>
      </w:r>
    </w:p>
    <w:p>
      <w:pPr>
        <w:jc w:val="right"/>
      </w:pPr>
      <w:r>
        <w:t>زوال کے وقت تک وہاں پر رہے اور وہاں پر آپ نے عرفہ میدان عرفات میں ایک تقریر</w:t>
      </w:r>
    </w:p>
    <w:p>
      <w:r>
        <w:rPr>
          <w:b/>
        </w:rPr>
        <w:t xml:space="preserve">[36:52] </w:t>
      </w:r>
      <w:r>
        <w:t>ki yaani khutba diya ek.</w:t>
      </w:r>
    </w:p>
    <w:p>
      <w:pPr>
        <w:jc w:val="right"/>
      </w:pPr>
      <w:r>
        <w:t>کی یعنی خطبہ دیا ایک۔</w:t>
      </w:r>
    </w:p>
    <w:p>
      <w:r>
        <w:rPr>
          <w:b/>
        </w:rPr>
        <w:t xml:space="preserve">[36:58] </w:t>
      </w:r>
      <w:r>
        <w:t>is mein aap ne jo aap ke jo aap ka mission tha tauheed ka mission is ki baatein</w:t>
      </w:r>
    </w:p>
    <w:p>
      <w:pPr>
        <w:jc w:val="right"/>
      </w:pPr>
      <w:r>
        <w:t>اس میں آپ نے جو آپ کے جو آپ کا مشن تھا توحید کا مشن اس کی باتیں</w:t>
      </w:r>
    </w:p>
    <w:p>
      <w:r>
        <w:rPr>
          <w:b/>
        </w:rPr>
        <w:t xml:space="preserve">[37:04] </w:t>
      </w:r>
      <w:r>
        <w:t>bataein aap ne.</w:t>
      </w:r>
    </w:p>
    <w:p>
      <w:pPr>
        <w:jc w:val="right"/>
      </w:pPr>
      <w:r>
        <w:t>بتائیں آپ نے۔</w:t>
      </w:r>
    </w:p>
    <w:p>
      <w:r>
        <w:rPr>
          <w:b/>
        </w:rPr>
        <w:t xml:space="preserve">[37:10] </w:t>
      </w:r>
      <w:r>
        <w:t>khuda ki azmat aur insaan ki abdiat yeh saari cheez</w:t>
      </w:r>
    </w:p>
    <w:p>
      <w:pPr>
        <w:jc w:val="right"/>
      </w:pPr>
      <w:r>
        <w:t>خدا کی عظمت اور انسان کی عبدیت یہ ساری چیز</w:t>
      </w:r>
    </w:p>
    <w:p>
      <w:r>
        <w:rPr>
          <w:b/>
        </w:rPr>
        <w:t xml:space="preserve">[37:16] </w:t>
      </w:r>
      <w:r>
        <w:t>ein.</w:t>
      </w:r>
    </w:p>
    <w:p>
      <w:pPr>
        <w:jc w:val="right"/>
      </w:pPr>
      <w:r>
        <w:t>یں۔</w:t>
      </w:r>
    </w:p>
    <w:p>
      <w:r>
        <w:rPr>
          <w:b/>
        </w:rPr>
        <w:t xml:space="preserve">[37:21] </w:t>
      </w:r>
      <w:r>
        <w:t>is waqt aap ne farmaya tha ke shayad is ke baad mein tum se na miloon.</w:t>
      </w:r>
    </w:p>
    <w:p>
      <w:pPr>
        <w:jc w:val="right"/>
      </w:pPr>
      <w:r>
        <w:t>اس وقت آپ نے فرمایا تھا کہ شاید اس کے بعد میں تم سے نہ ملوں۔</w:t>
      </w:r>
    </w:p>
    <w:p>
      <w:r>
        <w:rPr>
          <w:b/>
        </w:rPr>
        <w:t xml:space="preserve">[37:25] </w:t>
      </w:r>
      <w:r>
        <w:t>wahan par aap ne farmaya tha.</w:t>
      </w:r>
    </w:p>
    <w:p>
      <w:pPr>
        <w:jc w:val="right"/>
      </w:pPr>
      <w:r>
        <w:t>وہاں پر آپ نے فرمایا تھا۔</w:t>
      </w:r>
    </w:p>
    <w:p>
      <w:r>
        <w:rPr>
          <w:b/>
        </w:rPr>
        <w:t xml:space="preserve">[37:29] </w:t>
      </w:r>
      <w:r>
        <w:t>to isi se is ka naam Hajjat-ul-Wida pad gaya.</w:t>
      </w:r>
    </w:p>
    <w:p>
      <w:pPr>
        <w:jc w:val="right"/>
      </w:pPr>
      <w:r>
        <w:t>تو اسی سے اس کا نام حجۃ الوداع پڑ گیا۔</w:t>
      </w:r>
    </w:p>
    <w:p>
      <w:r>
        <w:rPr>
          <w:b/>
        </w:rPr>
        <w:t xml:space="preserve">[37:34] </w:t>
      </w:r>
      <w:r>
        <w:t>yaani rukhsat ka hajj.</w:t>
      </w:r>
    </w:p>
    <w:p>
      <w:pPr>
        <w:jc w:val="right"/>
      </w:pPr>
      <w:r>
        <w:t>یعنی رخصت کا حج۔</w:t>
      </w:r>
    </w:p>
    <w:p>
      <w:r>
        <w:rPr>
          <w:b/>
        </w:rPr>
        <w:t xml:space="preserve">[37:38] </w:t>
      </w:r>
      <w:r>
        <w:t>yaani isi arfaat ke maidan mein jo aap the to wohin par aap ne yeh farmaya tha ke</w:t>
      </w:r>
    </w:p>
    <w:p>
      <w:pPr>
        <w:jc w:val="right"/>
      </w:pPr>
      <w:r>
        <w:t>یعنی اسی عرفات کے میدان میں جو آپ تھے تو وہیں پر آپ نے یہ فرمایا تھا کہ</w:t>
      </w:r>
    </w:p>
    <w:p>
      <w:r>
        <w:rPr>
          <w:b/>
        </w:rPr>
        <w:t xml:space="preserve">[37:43] </w:t>
      </w:r>
      <w:r>
        <w:t>shayad mein aaj ke baad tum se na miloon. to</w:t>
      </w:r>
    </w:p>
    <w:p>
      <w:pPr>
        <w:jc w:val="right"/>
      </w:pPr>
      <w:r>
        <w:t>شاید میں آج کے بعد تم سے نہ ملوں۔ تو</w:t>
      </w:r>
    </w:p>
    <w:p>
      <w:r>
        <w:rPr>
          <w:b/>
        </w:rPr>
        <w:t xml:space="preserve">[37:47] </w:t>
      </w:r>
      <w:r>
        <w:t>isi bana par is ko Hajjat-ul-Wida kaha jata hai.</w:t>
      </w:r>
    </w:p>
    <w:p>
      <w:pPr>
        <w:jc w:val="right"/>
      </w:pPr>
      <w:r>
        <w:t>اسی بنا پر اس کو حجۃ الوداع کہا جاتا ہے۔</w:t>
      </w:r>
    </w:p>
    <w:p>
      <w:r>
        <w:rPr>
          <w:b/>
        </w:rPr>
        <w:t xml:space="preserve">[37:52] </w:t>
      </w:r>
      <w:r>
        <w:t>Hajjat-ul-Wida ka matlab aakhri hajj nahi hai balkeh rukhsat ka hajj hai.</w:t>
      </w:r>
    </w:p>
    <w:p>
      <w:pPr>
        <w:jc w:val="right"/>
      </w:pPr>
      <w:r>
        <w:t>حجۃ الوداع کا مطلب آخری حج نہیں ہے بلکہ رخصت کا حج ہے۔</w:t>
      </w:r>
    </w:p>
    <w:p>
      <w:r>
        <w:rPr>
          <w:b/>
        </w:rPr>
        <w:t xml:space="preserve">[37:58] </w:t>
      </w:r>
      <w:r>
        <w:t>to arfaat ke maidan mein yeh sab cheezein hui hain.</w:t>
      </w:r>
    </w:p>
    <w:p>
      <w:pPr>
        <w:jc w:val="right"/>
      </w:pPr>
      <w:r>
        <w:t>تو عرفات کے میدان میں یہ سب چیزیں ہوئی ہیں۔</w:t>
      </w:r>
    </w:p>
    <w:p>
      <w:r>
        <w:rPr>
          <w:b/>
        </w:rPr>
        <w:t xml:space="preserve">[38:03] </w:t>
      </w:r>
      <w:r>
        <w:t>wahan namaz padhi, wahan aap ne khutba diya.</w:t>
      </w:r>
    </w:p>
    <w:p>
      <w:pPr>
        <w:jc w:val="right"/>
      </w:pPr>
      <w:r>
        <w:t>وہاں نماز پڑھی، وہاں آپ نے خطبہ دیا۔</w:t>
      </w:r>
    </w:p>
    <w:p>
      <w:r>
        <w:rPr>
          <w:b/>
        </w:rPr>
        <w:t xml:space="preserve">[38:08] </w:t>
      </w:r>
      <w:r>
        <w:t>yeh waqt hai aap ke wafaat se taqreeban do mahine pehle ka.</w:t>
      </w:r>
    </w:p>
    <w:p>
      <w:pPr>
        <w:jc w:val="right"/>
      </w:pPr>
      <w:r>
        <w:t>یہ وقت ہے آپ کے وفات سے تقریباً دو مہینے پہلے کا۔</w:t>
      </w:r>
    </w:p>
    <w:p>
      <w:r>
        <w:rPr>
          <w:b/>
        </w:rPr>
        <w:t xml:space="preserve">[38:13] </w:t>
      </w:r>
      <w:r>
        <w:t>is waqt jo baatein aap ne kahein isi se logon ne</w:t>
      </w:r>
    </w:p>
    <w:p>
      <w:pPr>
        <w:jc w:val="right"/>
      </w:pPr>
      <w:r>
        <w:t>اس وقت جو باتیں آپ نے کہیں اسی سے لوگوں نے</w:t>
      </w:r>
    </w:p>
    <w:p>
      <w:r>
        <w:rPr>
          <w:b/>
        </w:rPr>
        <w:t xml:space="preserve">[38:18] </w:t>
      </w:r>
      <w:r>
        <w:t>yeh samajh liya ke ab yeh aakhri taur par aap hum se mil rahay hain. is ke baad hum dobara haj ki shakal mein aap se na mil sakain gay. to is khutbe mein jo wahan diya tha aap ne is mein wahi baatein thi ke Allah ki azmat, Allah ki barai aur insani masawat. main samajhta</w:t>
      </w:r>
    </w:p>
    <w:p>
      <w:pPr>
        <w:jc w:val="right"/>
      </w:pPr>
      <w:r>
        <w:t>یہ سمجھ لیا کہ اب یہ آخری طور پر آپ ہم سے مل رہے ہیں۔ اس کے بعد ہم دوبارہ حج کی شکل میں آپ سے نہ مل سکیں گے۔ تو اس خطبے میں جو وہاں دیا تھا آپ نے اس میں وہی باتیں تھیں کہ اللہ کی عظمت، اللہ کی بڑائی اور انسانی مساوات۔ میں سمجھتا</w:t>
      </w:r>
    </w:p>
    <w:p>
      <w:r>
        <w:rPr>
          <w:b/>
        </w:rPr>
        <w:t xml:space="preserve">[38:48] </w:t>
      </w:r>
      <w:r>
        <w:t>hoon ke do baatein khusoosiyat se farmaein aap ne.</w:t>
      </w:r>
    </w:p>
    <w:p>
      <w:pPr>
        <w:jc w:val="right"/>
      </w:pPr>
      <w:r>
        <w:t>ہوں کہ دو باتیں خصوصیت سے فرمائیں آپ نے۔</w:t>
      </w:r>
    </w:p>
    <w:p>
      <w:r>
        <w:rPr>
          <w:b/>
        </w:rPr>
        <w:t xml:space="preserve">[38:53] </w:t>
      </w:r>
      <w:r>
        <w:t>ek ke Allah ki azmat aur doosre insani equality, masawaat.</w:t>
      </w:r>
    </w:p>
    <w:p>
      <w:pPr>
        <w:jc w:val="right"/>
      </w:pPr>
      <w:r>
        <w:t>ایک کہ اللہ کی عظمت اور دوسرے انسانی ایکولٹی، مساوات۔</w:t>
      </w:r>
    </w:p>
    <w:p>
      <w:r>
        <w:rPr>
          <w:b/>
        </w:rPr>
        <w:t xml:space="preserve">[38:58] </w:t>
      </w:r>
      <w:r>
        <w:t>yaani khuda barhai size se khuda ke liye hai.</w:t>
      </w:r>
    </w:p>
    <w:p>
      <w:pPr>
        <w:jc w:val="right"/>
      </w:pPr>
      <w:r>
        <w:t>یعنی خدا بڑائی سائز سے خدا کے لیے ہے۔</w:t>
      </w:r>
    </w:p>
    <w:p>
      <w:r>
        <w:rPr>
          <w:b/>
        </w:rPr>
        <w:t xml:space="preserve">[39:04] </w:t>
      </w:r>
      <w:r>
        <w:t>dekhein insaanon mein jo in equality aati hai woh kyun aati hai? insaanon mein bhi maan liya jata</w:t>
      </w:r>
    </w:p>
    <w:p>
      <w:pPr>
        <w:jc w:val="right"/>
      </w:pPr>
      <w:r>
        <w:t>دیکھیں انسانوں میں جو ان ایکولٹی آتی ہے وہ کیوں آتی ہے؟ انسانوں میں بھی مان لیا جاتا</w:t>
      </w:r>
    </w:p>
    <w:p>
      <w:r>
        <w:rPr>
          <w:b/>
        </w:rPr>
        <w:t xml:space="preserve">[39:09] </w:t>
      </w:r>
      <w:r>
        <w:t>hai ke koi superior hai, koi inferior hai.</w:t>
      </w:r>
    </w:p>
    <w:p>
      <w:pPr>
        <w:jc w:val="right"/>
      </w:pPr>
      <w:r>
        <w:t>ہے کہ کوئی سپیریر ہے، کوئی انفیریر ہے۔</w:t>
      </w:r>
    </w:p>
    <w:p>
      <w:r>
        <w:rPr>
          <w:b/>
        </w:rPr>
        <w:t xml:space="preserve">[39:14] </w:t>
      </w:r>
      <w:r>
        <w:t>yaani black and white ka farq</w:t>
      </w:r>
    </w:p>
    <w:p>
      <w:pPr>
        <w:jc w:val="right"/>
      </w:pPr>
      <w:r>
        <w:t>یعنی بلیک اینڈ وائٹ کا فرق</w:t>
      </w:r>
    </w:p>
    <w:p>
      <w:r>
        <w:rPr>
          <w:b/>
        </w:rPr>
        <w:t xml:space="preserve">[39:19] </w:t>
      </w:r>
      <w:r>
        <w:t>aur inferior race, superior race farq.</w:t>
      </w:r>
    </w:p>
    <w:p>
      <w:pPr>
        <w:jc w:val="right"/>
      </w:pPr>
      <w:r>
        <w:t>اور انفیریر ریس، سپیریر ریس فرق۔</w:t>
      </w:r>
    </w:p>
    <w:p>
      <w:r>
        <w:rPr>
          <w:b/>
        </w:rPr>
        <w:t xml:space="preserve">[39:22] </w:t>
      </w:r>
      <w:r>
        <w:t>inferior race aur superior race ka farq waghera.</w:t>
      </w:r>
    </w:p>
    <w:p>
      <w:pPr>
        <w:jc w:val="right"/>
      </w:pPr>
      <w:r>
        <w:t>انفیریر ریس اور سپیریر ریس کا فرق وغیرہ۔</w:t>
      </w:r>
    </w:p>
    <w:p>
      <w:r>
        <w:rPr>
          <w:b/>
        </w:rPr>
        <w:t xml:space="preserve">[39:26] </w:t>
      </w:r>
      <w:r>
        <w:t>aur ameer aur ghareeb.</w:t>
      </w:r>
    </w:p>
    <w:p>
      <w:pPr>
        <w:jc w:val="right"/>
      </w:pPr>
      <w:r>
        <w:t>اور امیر اور غریب۔</w:t>
      </w:r>
    </w:p>
    <w:p>
      <w:r>
        <w:rPr>
          <w:b/>
        </w:rPr>
        <w:t xml:space="preserve">[39:29] </w:t>
      </w:r>
      <w:r>
        <w:t>to mukhtalif qism ke differences hote hain insano ke darmiyan.</w:t>
      </w:r>
    </w:p>
    <w:p>
      <w:pPr>
        <w:jc w:val="right"/>
      </w:pPr>
      <w:r>
        <w:t>تو مختلف قسم کے ڈیفرنسز ہوتے ہیں انسانوں کے درمیان۔</w:t>
      </w:r>
    </w:p>
    <w:p>
      <w:r>
        <w:rPr>
          <w:b/>
        </w:rPr>
        <w:t xml:space="preserve">[39:32] </w:t>
      </w:r>
      <w:r>
        <w:t>differences insano ke beech mein hamesha hote hain.</w:t>
      </w:r>
    </w:p>
    <w:p>
      <w:pPr>
        <w:jc w:val="right"/>
      </w:pPr>
      <w:r>
        <w:t>ڈیفرنسز انسانوں کے بیچ میں ہمیشہ ہوتے ہیں۔</w:t>
      </w:r>
    </w:p>
    <w:p>
      <w:r>
        <w:rPr>
          <w:b/>
        </w:rPr>
        <w:t xml:space="preserve">[39:36] </w:t>
      </w:r>
      <w:r>
        <w:t>in differences ki wajah se in difference ko le kar ke maan liya jata hai ke yeh chota</w:t>
      </w:r>
    </w:p>
    <w:p>
      <w:pPr>
        <w:jc w:val="right"/>
      </w:pPr>
      <w:r>
        <w:t>ان ڈیفرنسز کی وجہ سے ان ڈیفرنس کو لے کر کے مان لیا جاتا ہے کہ یہ چھوٹا</w:t>
      </w:r>
    </w:p>
    <w:p>
      <w:r>
        <w:rPr>
          <w:b/>
        </w:rPr>
        <w:t xml:space="preserve">[39:39] </w:t>
      </w:r>
      <w:r>
        <w:t>hai, woh bara hai.</w:t>
      </w:r>
    </w:p>
    <w:p>
      <w:pPr>
        <w:jc w:val="right"/>
      </w:pPr>
      <w:r>
        <w:t>ہے، وہ بڑا ہے۔</w:t>
      </w:r>
    </w:p>
    <w:p>
      <w:r>
        <w:rPr>
          <w:b/>
        </w:rPr>
        <w:t xml:space="preserve">[39:43] </w:t>
      </w:r>
      <w:r>
        <w:t>inferior hai ya woh superior hai.</w:t>
      </w:r>
    </w:p>
    <w:p>
      <w:pPr>
        <w:jc w:val="right"/>
      </w:pPr>
      <w:r>
        <w:t>انفیریر ہے یا وہ سپیریر ہے۔</w:t>
      </w:r>
    </w:p>
    <w:p>
      <w:r>
        <w:rPr>
          <w:b/>
        </w:rPr>
        <w:t xml:space="preserve">[39:46] </w:t>
      </w:r>
      <w:r>
        <w:t>to Rasool Allah</w:t>
      </w:r>
    </w:p>
    <w:p>
      <w:pPr>
        <w:jc w:val="right"/>
      </w:pPr>
      <w:r>
        <w:t>تو رسول اللہ</w:t>
      </w:r>
    </w:p>
    <w:p>
      <w:r>
        <w:rPr>
          <w:b/>
        </w:rPr>
        <w:t xml:space="preserve">[39:49] </w:t>
      </w:r>
      <w:r>
        <w:t>Sallallahu Alaihi Wasallam ne wahan par jo ailaan kiya ke bara sirf Khuda hai.</w:t>
      </w:r>
    </w:p>
    <w:p>
      <w:pPr>
        <w:jc w:val="right"/>
      </w:pPr>
      <w:r>
        <w:t>صلی اللہ علیہ وسلم نے وہاں پر جو اعلان کیا کہ بڑا صرف خدا ہے۔</w:t>
      </w:r>
    </w:p>
    <w:p>
      <w:r>
        <w:rPr>
          <w:b/>
        </w:rPr>
        <w:t xml:space="preserve">[39:55] </w:t>
      </w:r>
      <w:r>
        <w:t>baqi sab log barabar hain.</w:t>
      </w:r>
    </w:p>
    <w:p>
      <w:pPr>
        <w:jc w:val="right"/>
      </w:pPr>
      <w:r>
        <w:t>باقی سب لوگ برابر ہیں۔</w:t>
      </w:r>
    </w:p>
    <w:p>
      <w:r>
        <w:rPr>
          <w:b/>
        </w:rPr>
        <w:t xml:space="preserve">[40:01] </w:t>
      </w:r>
      <w:r>
        <w:t>yeh do khaas point the jo aap ne apne is khutbe mein jis ka izhaar farmaya, ailaan farmaya.</w:t>
      </w:r>
    </w:p>
    <w:p>
      <w:pPr>
        <w:jc w:val="right"/>
      </w:pPr>
      <w:r>
        <w:t>یہ دو خاص پوائنٹ تھے جو آپ نے اپنے اس خطبہ میں جس کا اظہار فرمایا، اعلان فرمایا۔</w:t>
      </w:r>
    </w:p>
    <w:p>
      <w:r>
        <w:rPr>
          <w:b/>
        </w:rPr>
        <w:t xml:space="preserve">[40:08] </w:t>
      </w:r>
      <w:r>
        <w:t>do khaas cheezein theen ke bara sirf Khuda hai aur baqi saare log jo hain barabar hain.</w:t>
      </w:r>
    </w:p>
    <w:p>
      <w:pPr>
        <w:jc w:val="right"/>
      </w:pPr>
      <w:r>
        <w:t>دو خاص چیزیں تھیں کہ بڑا صرف خدا ہے اور باقی سارے لوگ جو ہیں برابر ہیں۔</w:t>
      </w:r>
    </w:p>
    <w:p>
      <w:r>
        <w:rPr>
          <w:b/>
        </w:rPr>
        <w:t xml:space="preserve">[40:14] </w:t>
      </w:r>
      <w:r>
        <w:t>la fazla li arbiina ala ajamiina</w:t>
      </w:r>
    </w:p>
    <w:p>
      <w:pPr>
        <w:jc w:val="right"/>
      </w:pPr>
      <w:r>
        <w:t>لا فضل لعربین علی عجمین</w:t>
      </w:r>
    </w:p>
    <w:p>
      <w:r>
        <w:rPr>
          <w:b/>
        </w:rPr>
        <w:t xml:space="preserve">[40:20] </w:t>
      </w:r>
      <w:r>
        <w:t>wala aswada ala imra illa bil taqwa.</w:t>
      </w:r>
    </w:p>
    <w:p>
      <w:pPr>
        <w:jc w:val="right"/>
      </w:pPr>
      <w:r>
        <w:t>ولا اسود علی امرا الا بالتقوی۔</w:t>
      </w:r>
    </w:p>
    <w:p>
      <w:r>
        <w:rPr>
          <w:b/>
        </w:rPr>
        <w:t xml:space="preserve">[40:24] </w:t>
      </w:r>
      <w:r>
        <w:t>yani Arab ko Ajam par fazilat nahin.</w:t>
      </w:r>
    </w:p>
    <w:p>
      <w:pPr>
        <w:jc w:val="right"/>
      </w:pPr>
      <w:r>
        <w:t>یعنی عرب کو عجم پر فضیلت نہیں۔</w:t>
      </w:r>
    </w:p>
    <w:p>
      <w:r>
        <w:rPr>
          <w:b/>
        </w:rPr>
        <w:t xml:space="preserve">[40:29] </w:t>
      </w:r>
      <w:r>
        <w:t>Ajam ko Arab par fazilat nahin.</w:t>
      </w:r>
    </w:p>
    <w:p>
      <w:pPr>
        <w:jc w:val="right"/>
      </w:pPr>
      <w:r>
        <w:t>عجم کو عرب پر فضیلت نہیں۔</w:t>
      </w:r>
    </w:p>
    <w:p>
      <w:r>
        <w:rPr>
          <w:b/>
        </w:rPr>
        <w:t xml:space="preserve">[40:33] </w:t>
      </w:r>
      <w:r>
        <w:t>black ko white par fazilat nahin.</w:t>
      </w:r>
    </w:p>
    <w:p>
      <w:pPr>
        <w:jc w:val="right"/>
      </w:pPr>
      <w:r>
        <w:t>بلیک کو وائٹ پر فضیلت نہیں۔</w:t>
      </w:r>
    </w:p>
    <w:p>
      <w:r>
        <w:rPr>
          <w:b/>
        </w:rPr>
        <w:t xml:space="preserve">[40:37] </w:t>
      </w:r>
      <w:r>
        <w:t>white ko black par fazilat nahin.</w:t>
      </w:r>
    </w:p>
    <w:p>
      <w:pPr>
        <w:jc w:val="right"/>
      </w:pPr>
      <w:r>
        <w:t>وائٹ کو بلیک پر فضیلت نہیں۔</w:t>
      </w:r>
    </w:p>
    <w:p>
      <w:r>
        <w:rPr>
          <w:b/>
        </w:rPr>
        <w:t xml:space="preserve">[40:41] </w:t>
      </w:r>
      <w:r>
        <w:t>jo fazilat hai woh hai sirf taqwa ki buniyad par.</w:t>
      </w:r>
    </w:p>
    <w:p>
      <w:pPr>
        <w:jc w:val="right"/>
      </w:pPr>
      <w:r>
        <w:t>جو فضیلت ہے وہ ہے صرف تقوی کی بنیاد پر۔</w:t>
      </w:r>
    </w:p>
    <w:p>
      <w:r>
        <w:rPr>
          <w:b/>
        </w:rPr>
        <w:t xml:space="preserve">[40:46] </w:t>
      </w:r>
      <w:r>
        <w:t>aur aap ne farmaya ke ala la tazalmu salu tum ek</w:t>
      </w:r>
    </w:p>
    <w:p>
      <w:pPr>
        <w:jc w:val="right"/>
      </w:pPr>
      <w:r>
        <w:t>اور آپ نے فرمایا کہ الا لا تظلمو صلو تم ایک</w:t>
      </w:r>
    </w:p>
    <w:p>
      <w:r>
        <w:rPr>
          <w:b/>
        </w:rPr>
        <w:t xml:space="preserve">[40:50] </w:t>
      </w:r>
      <w:r>
        <w:t>doosray par zulm na karna. aik insan ko yeh haq nahin hai ke doosray insan par zulm kare. woh yeh Islam mein bohat ziyada sakht gunah mana gaya hai ke aik insan doosray gunah par zulm kare. zulm kya hai? exploitation. kisi doosray ki property le laina. kisi doosray ka paisa haraap kar laina. kisi doosray ko physical harm pohnchana. kisi</w:t>
      </w:r>
    </w:p>
    <w:p>
      <w:pPr>
        <w:jc w:val="right"/>
      </w:pPr>
      <w:r>
        <w:t>دوسرے پر ظلم نہ کرنا۔ ایک انسان کو یہ حق نہیں ہے کہ دوسرے انسان پر ظلم کرے۔ وہ یہ اسلام میں بہت زیادہ سخت گناہ مانا گیا ہے کہ ایک انسان دوسرے گناہ پر ظلم کرے۔ ظلم کیا ہے؟ ایکسپلائٹیشن۔ کسی دوسرے کی پراپرٹی لے لینا۔ کسی دوسرے کا پیسہ ہڑپ کر لینا۔ کسی دوسرے کو فزیکل ہارن پہنچانا۔ کسی</w:t>
      </w:r>
    </w:p>
    <w:p>
      <w:r>
        <w:rPr>
          <w:b/>
        </w:rPr>
        <w:t xml:space="preserve">[41:20] </w:t>
      </w:r>
      <w:r>
        <w:t>doosre ko nuqsan pahunchana.</w:t>
      </w:r>
    </w:p>
    <w:p>
      <w:pPr>
        <w:jc w:val="right"/>
      </w:pPr>
      <w:r>
        <w:t>دوسرے کو نقصان پہنچانا۔</w:t>
      </w:r>
    </w:p>
    <w:p>
      <w:r>
        <w:rPr>
          <w:b/>
        </w:rPr>
        <w:t xml:space="preserve">[41:24] </w:t>
      </w:r>
      <w:r>
        <w:t>yeh saari cheezein zulm hain.</w:t>
      </w:r>
    </w:p>
    <w:p>
      <w:pPr>
        <w:jc w:val="right"/>
      </w:pPr>
      <w:r>
        <w:t>یہ ساری چیزیں ظلم ہیں۔</w:t>
      </w:r>
    </w:p>
    <w:p>
      <w:r>
        <w:rPr>
          <w:b/>
        </w:rPr>
        <w:t xml:space="preserve">[41:27] </w:t>
      </w:r>
      <w:r>
        <w:t>to is par bohat zyada zor diya gaya hai Islam mein.</w:t>
      </w:r>
    </w:p>
    <w:p>
      <w:pPr>
        <w:jc w:val="right"/>
      </w:pPr>
      <w:r>
        <w:t>تو اس پر بہت زیادہ زور دیا گیا ہے اسلام میں۔</w:t>
      </w:r>
    </w:p>
    <w:p>
      <w:r>
        <w:rPr>
          <w:b/>
        </w:rPr>
        <w:t xml:space="preserve">[41:30] </w:t>
      </w:r>
      <w:r>
        <w:t>yeh sab bohat bara gunah hai.</w:t>
      </w:r>
    </w:p>
    <w:p>
      <w:pPr>
        <w:jc w:val="right"/>
      </w:pPr>
      <w:r>
        <w:t>یہ سب بہت بڑا گناہ ہے۔</w:t>
      </w:r>
    </w:p>
    <w:p>
      <w:r>
        <w:rPr>
          <w:b/>
        </w:rPr>
        <w:t xml:space="preserve">[41:34] </w:t>
      </w:r>
      <w:r>
        <w:t>yeh maafi ka qabil nahin.</w:t>
      </w:r>
    </w:p>
    <w:p>
      <w:pPr>
        <w:jc w:val="right"/>
      </w:pPr>
      <w:r>
        <w:t>یہ معافی کا قابل نہیں۔</w:t>
      </w:r>
    </w:p>
    <w:p>
      <w:r>
        <w:rPr>
          <w:b/>
        </w:rPr>
        <w:t xml:space="preserve">[41:37] </w:t>
      </w:r>
      <w:r>
        <w:t>yeh maafii ke qabil nahin.</w:t>
      </w:r>
    </w:p>
    <w:p>
      <w:pPr>
        <w:jc w:val="right"/>
      </w:pPr>
      <w:r>
        <w:t>یہ معافی کے قابل نہیں۔</w:t>
      </w:r>
    </w:p>
    <w:p>
      <w:r>
        <w:rPr>
          <w:b/>
        </w:rPr>
        <w:t xml:space="preserve">[41:41] </w:t>
      </w:r>
      <w:r>
        <w:t>aur wahan aap ne farmaya ke ittaqullah fi nisaa.</w:t>
      </w:r>
    </w:p>
    <w:p>
      <w:pPr>
        <w:jc w:val="right"/>
      </w:pPr>
      <w:r>
        <w:t>اور وہاں آپ نے فرمایا کہ اتقوا اللہ فی النساء۔</w:t>
      </w:r>
    </w:p>
    <w:p>
      <w:r>
        <w:rPr>
          <w:b/>
        </w:rPr>
        <w:t xml:space="preserve">[41:44] </w:t>
      </w:r>
      <w:r>
        <w:t>auraton ke bare mein Allah se daro.</w:t>
      </w:r>
    </w:p>
    <w:p>
      <w:pPr>
        <w:jc w:val="right"/>
      </w:pPr>
      <w:r>
        <w:t>عورتوں کے بارے میں اللہ سے ڈرو۔</w:t>
      </w:r>
    </w:p>
    <w:p>
      <w:r>
        <w:rPr>
          <w:b/>
        </w:rPr>
        <w:t xml:space="preserve">[41:48] </w:t>
      </w:r>
      <w:r>
        <w:t>kyunke aam taur par yeh hota hai ke auraton ko yaani</w:t>
      </w:r>
    </w:p>
    <w:p>
      <w:pPr>
        <w:jc w:val="right"/>
      </w:pPr>
      <w:r>
        <w:t>کیونکہ عام طور پر یہ ہوتا ہے کہ عورتوں کو یعنی</w:t>
      </w:r>
    </w:p>
    <w:p>
      <w:r>
        <w:rPr>
          <w:b/>
        </w:rPr>
        <w:t xml:space="preserve">[41:51] </w:t>
      </w:r>
      <w:r>
        <w:t>yeh samajh liya jata hai ke woh hamare matahat hain, hamare subject hain.</w:t>
      </w:r>
    </w:p>
    <w:p>
      <w:pPr>
        <w:jc w:val="right"/>
      </w:pPr>
      <w:r>
        <w:t>یہ سمجھ لیا جاتا ہے کہ وہ ہمارے ماتحت ہیں، ہمارے سبجیکٹ ہیں۔</w:t>
      </w:r>
    </w:p>
    <w:p>
      <w:r>
        <w:rPr>
          <w:b/>
        </w:rPr>
        <w:t xml:space="preserve">[41:59] </w:t>
      </w:r>
      <w:r>
        <w:t>to un par log beja zulm karte hain.</w:t>
      </w:r>
    </w:p>
    <w:p>
      <w:pPr>
        <w:jc w:val="right"/>
      </w:pPr>
      <w:r>
        <w:t>تو ان پر لوگ بے جا ظلم کرتے ہیں۔</w:t>
      </w:r>
    </w:p>
    <w:p>
      <w:r>
        <w:rPr>
          <w:b/>
        </w:rPr>
        <w:t xml:space="preserve">[42:06] </w:t>
      </w:r>
      <w:r>
        <w:t>to aap ne bohat zyada farmaya ke tum se poocha jayega is ke bare mein.</w:t>
      </w:r>
    </w:p>
    <w:p>
      <w:pPr>
        <w:jc w:val="right"/>
      </w:pPr>
      <w:r>
        <w:t>تو آپ نے بہت زیادہ فرمایا کہ تم سے پوچھا جائے گا اس کے بارے میں۔</w:t>
      </w:r>
    </w:p>
    <w:p>
      <w:r>
        <w:rPr>
          <w:b/>
        </w:rPr>
        <w:t xml:space="preserve">[42:14] </w:t>
      </w:r>
      <w:r>
        <w:t>dekhen yahin par ek waqea hua tha jo main</w:t>
      </w:r>
    </w:p>
    <w:p>
      <w:pPr>
        <w:jc w:val="right"/>
      </w:pPr>
      <w:r>
        <w:t>دیکھیں یہیں پر ایک واقعہ ہوا تھا جو میں</w:t>
      </w:r>
    </w:p>
    <w:p>
      <w:r>
        <w:rPr>
          <w:b/>
        </w:rPr>
        <w:t xml:space="preserve">[42:22] </w:t>
      </w:r>
      <w:r>
        <w:t>arz karunga ke rasool Allah salallaho alaihi wasallam ne farmaya tha ke khuzoo ani manasikum. mujh ko dekho aur mere tareeqe se haj karo. kyunke wahan par jo hai aisa tha ke baad ke zamaney mein mushrikeen ne apni rasmein mila di theen. yani hazrat ibrahim ne jis dh</w:t>
      </w:r>
    </w:p>
    <w:p>
      <w:pPr>
        <w:jc w:val="right"/>
      </w:pPr>
      <w:r>
        <w:t>عرض کروں گا کہ رسول اللہ صلی اللہ علیہ وسلم نے فرمایا تھا کہ خذو انی مناسککم۔ مجھ کو دیکھو اور میرے طریقے سے حج کرو۔ کیونکہ وہاں پر جو ہے ایسا تھا کہ بعد کے زمانے میں مشرکین نے اپنی رسمیں ملا دی تھیں۔ یعنی حضرت ابراہیم نے جس ڈھ</w:t>
      </w:r>
    </w:p>
    <w:p>
      <w:r>
        <w:rPr>
          <w:b/>
        </w:rPr>
        <w:t xml:space="preserve">[42:52] </w:t>
      </w:r>
      <w:r>
        <w:t>ang par qaim kiya tha haj ko woh bigad gaya tha. is mein aur cheezein shamil kar di theen. to rasool Allah salallaho alaihi wasallam ne farmaya ke khuzoo ani manasikum. dekho mujh ko aur isi tareeqe se haj tum karte rehna. to isi liye aap ne haj kiya tha oont par baith kar ke. yani rasool Allah salallaho alaihi wasallam ne jo haj kiya tha to us waqt aap oont par baithe hue thay. is ki maslehat yahi thi ke ab majma phail</w:t>
      </w:r>
    </w:p>
    <w:p>
      <w:pPr>
        <w:jc w:val="right"/>
      </w:pPr>
      <w:r>
        <w:t>نگ پر قائم کیا تھا حج کو وہ بگڑ گیا تھا۔ اس میں اور چیزیں شامل کر دی تھیں۔ تو رسول اللہ صلی اللہ علیہ وسلم نے فرمایا کہ خذو انی مناسککم۔ دیکھو مجھ کو اور اسی طریقے سے حج تم کرتے رہنا۔ تو اسی لیے آپ نے حج کیا تھا اونٹ پر بیٹھ کر کے۔ یعنی رسول اللہ صلی اللہ علیہ وسلم نے جو حج کیا تھا تو اس وقت آپ اونٹ پر بیٹھے ہوئے تھے۔ اس کی مصلحت یہی تھی کہ اب مجمع پھیل</w:t>
      </w:r>
    </w:p>
    <w:p>
      <w:r>
        <w:rPr>
          <w:b/>
        </w:rPr>
        <w:t xml:space="preserve">[43:22] </w:t>
      </w:r>
      <w:r>
        <w:t>a hua tha door door tak.</w:t>
      </w:r>
    </w:p>
    <w:p>
      <w:pPr>
        <w:jc w:val="right"/>
      </w:pPr>
      <w:r>
        <w:t>ا ہوا تھا دور دور تک۔</w:t>
      </w:r>
    </w:p>
    <w:p>
      <w:r>
        <w:rPr>
          <w:b/>
        </w:rPr>
        <w:t xml:space="preserve">[43:26] </w:t>
      </w:r>
      <w:r>
        <w:t>to log dekhen aap ko kaise ho sakta tha ke dekhen.</w:t>
      </w:r>
    </w:p>
    <w:p>
      <w:pPr>
        <w:jc w:val="right"/>
      </w:pPr>
      <w:r>
        <w:t>تو لوگ دیکھیں آپ کو کیسے ہو سکتا تھا کہ دیکھیں۔</w:t>
      </w:r>
    </w:p>
    <w:p>
      <w:r>
        <w:rPr>
          <w:b/>
        </w:rPr>
        <w:t xml:space="preserve">[43:30] </w:t>
      </w:r>
      <w:r>
        <w:t>isi liye aap oont par baithe rehte the.</w:t>
      </w:r>
    </w:p>
    <w:p>
      <w:pPr>
        <w:jc w:val="right"/>
      </w:pPr>
      <w:r>
        <w:t>اسی لیے آپ اونٹ پر بیٹھے رہتے تھے۔</w:t>
      </w:r>
    </w:p>
    <w:p>
      <w:r>
        <w:rPr>
          <w:b/>
        </w:rPr>
        <w:t xml:space="preserve">[43:33] </w:t>
      </w:r>
      <w:r>
        <w:t>baqi log zameen par the.</w:t>
      </w:r>
    </w:p>
    <w:p>
      <w:pPr>
        <w:jc w:val="right"/>
      </w:pPr>
      <w:r>
        <w:t>باقی لوگ زمین پر تھے۔</w:t>
      </w:r>
    </w:p>
    <w:p>
      <w:r>
        <w:rPr>
          <w:b/>
        </w:rPr>
        <w:t xml:space="preserve">[43:37] </w:t>
      </w:r>
      <w:r>
        <w:t>bheed phaili hui thi bohat door tak.</w:t>
      </w:r>
    </w:p>
    <w:p>
      <w:pPr>
        <w:jc w:val="right"/>
      </w:pPr>
      <w:r>
        <w:t>بھیڑ پھیلی ہوئی تھی بہت دور تک۔</w:t>
      </w:r>
    </w:p>
    <w:p>
      <w:r>
        <w:rPr>
          <w:b/>
        </w:rPr>
        <w:t xml:space="preserve">[43:41] </w:t>
      </w:r>
      <w:r>
        <w:t>to woh dekh saken aap ko aur aap ke kis kis kis tareeqe se aap haj kar rahe</w:t>
      </w:r>
    </w:p>
    <w:p>
      <w:pPr>
        <w:jc w:val="right"/>
      </w:pPr>
      <w:r>
        <w:t>تو وہ دیکھ سکیں آپ کو اور آپ کے کس کس کس طریقے سے آپ حج کر رہے</w:t>
      </w:r>
    </w:p>
    <w:p>
      <w:r>
        <w:rPr>
          <w:b/>
        </w:rPr>
        <w:t xml:space="preserve">[43:45] </w:t>
      </w:r>
      <w:r>
        <w:t>hain woh sab jaan saken.</w:t>
      </w:r>
    </w:p>
    <w:p>
      <w:pPr>
        <w:jc w:val="right"/>
      </w:pPr>
      <w:r>
        <w:t>ہیں وہ سب جان سکیں۔</w:t>
      </w:r>
    </w:p>
    <w:p>
      <w:r>
        <w:rPr>
          <w:b/>
        </w:rPr>
        <w:t xml:space="preserve">[43:48] </w:t>
      </w:r>
      <w:r>
        <w:t>is ke liye aap ne oont par baith kar haj</w:t>
      </w:r>
    </w:p>
    <w:p>
      <w:pPr>
        <w:jc w:val="right"/>
      </w:pPr>
      <w:r>
        <w:t>اس کے لیے آپ نے اونٹ پر بیٹھ کر حج</w:t>
      </w:r>
    </w:p>
    <w:p>
      <w:r>
        <w:rPr>
          <w:b/>
        </w:rPr>
        <w:t xml:space="preserve">[43:52] </w:t>
      </w:r>
      <w:r>
        <w:t>ada farmaya. to aap ne farmaya tha ke sun lo ke sab se ziyada buri cheez kya hai? dekhein wahan par kuch log atay thay aur aap se poochte thay masla. misaal ke taur par yeh ke ab woh chunchke kafi log thay, kafi bheed thi to kai baar aisa hua ke log jo hain haj ada karne</w:t>
      </w:r>
    </w:p>
    <w:p>
      <w:pPr>
        <w:jc w:val="right"/>
      </w:pPr>
      <w:r>
        <w:t>ادا فرمایا۔ تو آپ نے فرمایا تھا کہ سن لو کہ سب سے زیادہ بری چیز کیا ہے؟ دیکھیں وہاں پر کچھ لوگ آتے تھے اور آپ سے پوچھتے تھے مسئلہ۔ مثلاً یہ کہ اب وہ چونکہ کافی لوگ تھے، کافی بھیڑ تھی تو کئی بار ایسا ہوا کہ لوگ جو ہیں حج ادا کرنے</w:t>
      </w:r>
    </w:p>
    <w:p>
      <w:r>
        <w:rPr>
          <w:b/>
        </w:rPr>
        <w:t xml:space="preserve">[44:22] </w:t>
      </w:r>
      <w:r>
        <w:t>mein kuch aage peeche ho gaya.</w:t>
      </w:r>
    </w:p>
    <w:p>
      <w:pPr>
        <w:jc w:val="right"/>
      </w:pPr>
      <w:r>
        <w:t>میں کچھ آگے پیچھے ہو گیا۔</w:t>
      </w:r>
    </w:p>
    <w:p>
      <w:r>
        <w:rPr>
          <w:b/>
        </w:rPr>
        <w:t xml:space="preserve">[44:26] </w:t>
      </w:r>
      <w:r>
        <w:t>taqdeer o taakhir ho gayi.</w:t>
      </w:r>
    </w:p>
    <w:p>
      <w:pPr>
        <w:jc w:val="right"/>
      </w:pPr>
      <w:r>
        <w:t>تقدیر و تاخیر ہو گئی۔</w:t>
      </w:r>
    </w:p>
    <w:p>
      <w:r>
        <w:rPr>
          <w:b/>
        </w:rPr>
        <w:t xml:space="preserve">[44:30] </w:t>
      </w:r>
      <w:r>
        <w:t>اتنے سارے لوگ جب ہوں تو اس میں ایسا ہونا بالکل it is but natural۔</w:t>
      </w:r>
    </w:p>
    <w:p>
      <w:pPr>
        <w:jc w:val="right"/>
      </w:pPr>
      <w:r>
        <w:t>اتنے سارے لوگ جب ہوں تو اس میں ایسا ہونا بالکل اٹ از بٹ نیچرل۔</w:t>
      </w:r>
    </w:p>
    <w:p>
      <w:r>
        <w:rPr>
          <w:b/>
        </w:rPr>
        <w:t xml:space="preserve">[44:34] </w:t>
      </w:r>
      <w:r>
        <w:t>to kya hua ke log poochte the ke hum ne saaye pehle kar li, tawaf baad ko kiya,</w:t>
      </w:r>
    </w:p>
    <w:p>
      <w:pPr>
        <w:jc w:val="right"/>
      </w:pPr>
      <w:r>
        <w:t>تو کیا ہوا کہ لوگ پوچھتے تھے کہ ہم نے سائے پہلے کر لی، طواف بعد کو کیا،</w:t>
      </w:r>
    </w:p>
    <w:p>
      <w:r>
        <w:rPr>
          <w:b/>
        </w:rPr>
        <w:t xml:space="preserve">[44:37] </w:t>
      </w:r>
      <w:r>
        <w:t>falan kaam pehle kar liya, falan kaam baad ko kiya.</w:t>
      </w:r>
    </w:p>
    <w:p>
      <w:pPr>
        <w:jc w:val="right"/>
      </w:pPr>
      <w:r>
        <w:t>فلاں کام پہلے کر لیا، فلاں کام بعد کو کیا۔</w:t>
      </w:r>
    </w:p>
    <w:p>
      <w:r>
        <w:rPr>
          <w:b/>
        </w:rPr>
        <w:t xml:space="preserve">[44:41] </w:t>
      </w:r>
      <w:r>
        <w:t>yeh jo order hai, jo tarteeb hai is mein kuch farq ho gaya tha.</w:t>
      </w:r>
    </w:p>
    <w:p>
      <w:pPr>
        <w:jc w:val="right"/>
      </w:pPr>
      <w:r>
        <w:t>یہ جو آرڈر ہے، جو ترتیب ہے اس میں کچھ فرق ہو گیا تھا۔</w:t>
      </w:r>
    </w:p>
    <w:p>
      <w:r>
        <w:rPr>
          <w:b/>
        </w:rPr>
        <w:t xml:space="preserve">[44:45] </w:t>
      </w:r>
      <w:r>
        <w:t>is tarah ki cheezen.</w:t>
      </w:r>
    </w:p>
    <w:p>
      <w:pPr>
        <w:jc w:val="right"/>
      </w:pPr>
      <w:r>
        <w:t>اس طرح کی چیزیں۔</w:t>
      </w:r>
    </w:p>
    <w:p>
      <w:r>
        <w:rPr>
          <w:b/>
        </w:rPr>
        <w:t xml:space="preserve">[44:49] </w:t>
      </w:r>
      <w:r>
        <w:t>to aap farmate the har ek se</w:t>
      </w:r>
    </w:p>
    <w:p>
      <w:pPr>
        <w:jc w:val="right"/>
      </w:pPr>
      <w:r>
        <w:t>تو آپ فرماتے تھے ہر ایک سے</w:t>
      </w:r>
    </w:p>
    <w:p>
      <w:r>
        <w:rPr>
          <w:b/>
        </w:rPr>
        <w:t xml:space="preserve">[44:52] </w:t>
      </w:r>
      <w:r>
        <w:t>ke afal wa la haraj.</w:t>
      </w:r>
    </w:p>
    <w:p>
      <w:pPr>
        <w:jc w:val="right"/>
      </w:pPr>
      <w:r>
        <w:t>کہ افعل ولا حرج۔</w:t>
      </w:r>
    </w:p>
    <w:p>
      <w:r>
        <w:rPr>
          <w:b/>
        </w:rPr>
        <w:t xml:space="preserve">[44:56] </w:t>
      </w:r>
      <w:r>
        <w:t>afal wa la haraj.</w:t>
      </w:r>
    </w:p>
    <w:p>
      <w:pPr>
        <w:jc w:val="right"/>
      </w:pPr>
      <w:r>
        <w:t>افعل ولا حرج۔</w:t>
      </w:r>
    </w:p>
    <w:p>
      <w:r>
        <w:rPr>
          <w:b/>
        </w:rPr>
        <w:t xml:space="preserve">[45:00] </w:t>
      </w:r>
      <w:r>
        <w:t>kar lo, is mein koi harj nahin hai.</w:t>
      </w:r>
    </w:p>
    <w:p>
      <w:pPr>
        <w:jc w:val="right"/>
      </w:pPr>
      <w:r>
        <w:t>کر لو، اس میں کوئی حرج نہیں۔</w:t>
      </w:r>
    </w:p>
    <w:p>
      <w:r>
        <w:rPr>
          <w:b/>
        </w:rPr>
        <w:t xml:space="preserve">[45:04] </w:t>
      </w:r>
      <w:r>
        <w:t>kar lo, is mein koi harj nahin hai.</w:t>
      </w:r>
    </w:p>
    <w:p>
      <w:pPr>
        <w:jc w:val="right"/>
      </w:pPr>
      <w:r>
        <w:t>کر لو، اس میں کوئی حرج نہیں۔</w:t>
      </w:r>
    </w:p>
    <w:p>
      <w:r>
        <w:rPr>
          <w:b/>
        </w:rPr>
        <w:t xml:space="preserve">[45:08] </w:t>
      </w:r>
      <w:r>
        <w:t>yani tum ne jo hajj ada kiya aur jis mein kuch taqdeer o taakhir ho gayi, aage peeche</w:t>
      </w:r>
    </w:p>
    <w:p>
      <w:pPr>
        <w:jc w:val="right"/>
      </w:pPr>
      <w:r>
        <w:t>یعنی تم نے جو حج ادا کیا اور جس میں کچھ تقدیر و تاخیر ہو گئی، آگے پیچھے</w:t>
      </w:r>
    </w:p>
    <w:p>
      <w:r>
        <w:rPr>
          <w:b/>
        </w:rPr>
        <w:t xml:space="preserve">[45:11] </w:t>
      </w:r>
      <w:r>
        <w:t>ho gaya to is mein koi harj nahin hai.</w:t>
      </w:r>
    </w:p>
    <w:p>
      <w:pPr>
        <w:jc w:val="right"/>
      </w:pPr>
      <w:r>
        <w:t>ہو گیا تو اس میں کوئی حرج نہیں ہے۔</w:t>
      </w:r>
    </w:p>
    <w:p>
      <w:r>
        <w:rPr>
          <w:b/>
        </w:rPr>
        <w:t xml:space="preserve">[45:15] </w:t>
      </w:r>
      <w:r>
        <w:t>phir bhi tumhara hajj ada ho gaya.</w:t>
      </w:r>
    </w:p>
    <w:p>
      <w:pPr>
        <w:jc w:val="right"/>
      </w:pPr>
      <w:r>
        <w:t>پھر بھی تمہارا حج ادا ہو گیا۔</w:t>
      </w:r>
    </w:p>
    <w:p>
      <w:r>
        <w:rPr>
          <w:b/>
        </w:rPr>
        <w:t xml:space="preserve">[45:19] </w:t>
      </w:r>
      <w:r>
        <w:t>harj kya hai? harj yeh hai ke tum apne keh</w:t>
      </w:r>
    </w:p>
    <w:p>
      <w:pPr>
        <w:jc w:val="right"/>
      </w:pPr>
      <w:r>
        <w:t>حرج کیا ہے؟ حرج یہ ہے کہ تم اپنے کہ</w:t>
      </w:r>
    </w:p>
    <w:p>
      <w:r>
        <w:rPr>
          <w:b/>
        </w:rPr>
        <w:t xml:space="preserve">[45:23] </w:t>
      </w:r>
      <w:r>
        <w:t>tum kisi insaan ki arz ko haraam, tum kisi insaan ki arz arz ko apne liye hilaal kar lo.</w:t>
      </w:r>
    </w:p>
    <w:p>
      <w:pPr>
        <w:jc w:val="right"/>
      </w:pPr>
      <w:r>
        <w:t>تم کسی انسان کی عرض کو حرام، تم کسی انسان کی عرض عرض کو اپنے لیے حلال کر لو۔</w:t>
      </w:r>
    </w:p>
    <w:p>
      <w:r>
        <w:rPr>
          <w:b/>
        </w:rPr>
        <w:t xml:space="preserve">[45:26] </w:t>
      </w:r>
      <w:r>
        <w:t>arz kehte hain izzat.</w:t>
      </w:r>
    </w:p>
    <w:p>
      <w:pPr>
        <w:jc w:val="right"/>
      </w:pPr>
      <w:r>
        <w:t>عرض کہتے ہیں عزت۔</w:t>
      </w:r>
    </w:p>
    <w:p>
      <w:r>
        <w:rPr>
          <w:b/>
        </w:rPr>
        <w:t xml:space="preserve">[45:30] </w:t>
      </w:r>
      <w:r>
        <w:t>yani kisi ki izzat ko tum apne liye hilaal kar lo.</w:t>
      </w:r>
    </w:p>
    <w:p>
      <w:pPr>
        <w:jc w:val="right"/>
      </w:pPr>
      <w:r>
        <w:t>یعنی کسی کی عزت کو تم اپنے لیے حلال کر لو۔</w:t>
      </w:r>
    </w:p>
    <w:p>
      <w:r>
        <w:rPr>
          <w:b/>
        </w:rPr>
        <w:t xml:space="preserve">[45:34] </w:t>
      </w:r>
      <w:r>
        <w:t>izzat haraam hai.</w:t>
      </w:r>
    </w:p>
    <w:p>
      <w:pPr>
        <w:jc w:val="right"/>
      </w:pPr>
      <w:r>
        <w:t>عزت حرام ہے۔</w:t>
      </w:r>
    </w:p>
    <w:p>
      <w:r>
        <w:rPr>
          <w:b/>
        </w:rPr>
        <w:t xml:space="preserve">[45:38] </w:t>
      </w:r>
      <w:r>
        <w:t>aap ne farmaya ke arz jo hai yani izzat haraam hai.</w:t>
      </w:r>
    </w:p>
    <w:p>
      <w:pPr>
        <w:jc w:val="right"/>
      </w:pPr>
      <w:r>
        <w:t>آپ نے فرمایا کہ عرض جو ہے یعنی عزت حرام ہے۔</w:t>
      </w:r>
    </w:p>
    <w:p>
      <w:r>
        <w:rPr>
          <w:b/>
        </w:rPr>
        <w:t xml:space="preserve">[45:41] </w:t>
      </w:r>
      <w:r>
        <w:t>kisi ki izzat ko tumhein aakhri had tak is ka lihaaz karna hai.</w:t>
      </w:r>
    </w:p>
    <w:p>
      <w:pPr>
        <w:jc w:val="right"/>
      </w:pPr>
      <w:r>
        <w:t>کسی کی عزت کو تمہیں آخری حد تک اس کا لحاظ کرنا ہے۔</w:t>
      </w:r>
    </w:p>
    <w:p>
      <w:r>
        <w:rPr>
          <w:b/>
        </w:rPr>
        <w:t xml:space="preserve">[45:45] </w:t>
      </w:r>
      <w:r>
        <w:t>kisi insaan ko tum be izzat nahin kar sakte.</w:t>
      </w:r>
    </w:p>
    <w:p>
      <w:pPr>
        <w:jc w:val="right"/>
      </w:pPr>
      <w:r>
        <w:t>کسی انسان کو تم بے عزت نہیں کر سکتے۔</w:t>
      </w:r>
    </w:p>
    <w:p>
      <w:r>
        <w:rPr>
          <w:b/>
        </w:rPr>
        <w:t xml:space="preserve">[45:49] </w:t>
      </w:r>
      <w:r>
        <w:t>kisi ke insaan ki</w:t>
      </w:r>
    </w:p>
    <w:p>
      <w:pPr>
        <w:jc w:val="right"/>
      </w:pPr>
      <w:r>
        <w:t>کسی کے انسان کی</w:t>
      </w:r>
    </w:p>
    <w:p>
      <w:r>
        <w:rPr>
          <w:b/>
        </w:rPr>
        <w:t xml:space="preserve">[45:53] </w:t>
      </w:r>
      <w:r>
        <w:t>izzat par tum hamla nahin kar sakte.</w:t>
      </w:r>
    </w:p>
    <w:p>
      <w:pPr>
        <w:jc w:val="right"/>
      </w:pPr>
      <w:r>
        <w:t>عزت پر تم حملہ نہیں کر سکتے۔</w:t>
      </w:r>
    </w:p>
    <w:p>
      <w:r>
        <w:rPr>
          <w:b/>
        </w:rPr>
        <w:t xml:space="preserve">[45:57] </w:t>
      </w:r>
      <w:r>
        <w:t>jis ko kehte hain respect.</w:t>
      </w:r>
    </w:p>
    <w:p>
      <w:pPr>
        <w:jc w:val="right"/>
      </w:pPr>
      <w:r>
        <w:t>جس کو کہتے ہیں ریسپیکٹ۔</w:t>
      </w:r>
    </w:p>
    <w:p>
      <w:r>
        <w:rPr>
          <w:b/>
        </w:rPr>
        <w:t xml:space="preserve">[46:01] </w:t>
      </w:r>
      <w:r>
        <w:t>yani har aadmi respectful hai.</w:t>
      </w:r>
    </w:p>
    <w:p>
      <w:pPr>
        <w:jc w:val="right"/>
      </w:pPr>
      <w:r>
        <w:t>یعنی ہر آدمی ریسپیکٹ فل ہے۔</w:t>
      </w:r>
    </w:p>
    <w:p>
      <w:r>
        <w:rPr>
          <w:b/>
        </w:rPr>
        <w:t xml:space="preserve">[46:05] </w:t>
      </w:r>
      <w:r>
        <w:t>ہر آدمی کی respect اقساط طور پر ضروری ہے۔</w:t>
      </w:r>
    </w:p>
    <w:p>
      <w:pPr>
        <w:jc w:val="right"/>
      </w:pPr>
      <w:r>
        <w:t>ہر آدمی کی ریسپیکٹ اقساط طور پر ضروری ہے۔</w:t>
      </w:r>
    </w:p>
    <w:p>
      <w:r>
        <w:rPr>
          <w:b/>
        </w:rPr>
        <w:t xml:space="preserve">[46:10] </w:t>
      </w:r>
      <w:r>
        <w:t>to aap ne farmaya ke hajj ke maraasim ada karne mein agar taqdeer o taakhir ho gayi tab</w:t>
      </w:r>
    </w:p>
    <w:p>
      <w:pPr>
        <w:jc w:val="right"/>
      </w:pPr>
      <w:r>
        <w:t>تو آپ نے فرمایا کہ حج کے مراسم ادا کرنے میں اگر تقدیر و تاخیر ہو گئی تب</w:t>
      </w:r>
    </w:p>
    <w:p>
      <w:r>
        <w:rPr>
          <w:b/>
        </w:rPr>
        <w:t xml:space="preserve">[46:14] </w:t>
      </w:r>
      <w:r>
        <w:t>bhi tumhara hajj ada ho gaya.</w:t>
      </w:r>
    </w:p>
    <w:p>
      <w:pPr>
        <w:jc w:val="right"/>
      </w:pPr>
      <w:r>
        <w:t>بھی تمہارا حج ادا ہو گیا۔</w:t>
      </w:r>
    </w:p>
    <w:p>
      <w:r>
        <w:rPr>
          <w:b/>
        </w:rPr>
        <w:t xml:space="preserve">[46:18] </w:t>
      </w:r>
      <w:r>
        <w:t>lekin is se asal gunaah ki baat yeh hai ke tum kisi insaan ko haqeer samjho.</w:t>
      </w:r>
    </w:p>
    <w:p>
      <w:pPr>
        <w:jc w:val="right"/>
      </w:pPr>
      <w:r>
        <w:t>لیکن اس سے اصل گناہ کی بات یہ ہے کہ تم کسی انسان کو حقیر سمجھو۔</w:t>
      </w:r>
    </w:p>
    <w:p>
      <w:r>
        <w:rPr>
          <w:b/>
        </w:rPr>
        <w:t xml:space="preserve">[46:23] </w:t>
      </w:r>
      <w:r>
        <w:t>kyun ke aap jaante hain ke jab aadmi kisi ko be izzat karta hai to us ko haqeer samajhta hai.</w:t>
      </w:r>
    </w:p>
    <w:p>
      <w:pPr>
        <w:jc w:val="right"/>
      </w:pPr>
      <w:r>
        <w:t>کیونکہ آپ جانتے ہیں کہ جب آدمی کسی کو بے عزت کرتا ہے تو اس کو حقیر سمجھتا ہے۔</w:t>
      </w:r>
    </w:p>
    <w:p>
      <w:r>
        <w:rPr>
          <w:b/>
        </w:rPr>
        <w:t xml:space="preserve">[46:27] </w:t>
      </w:r>
      <w:r>
        <w:t>yani apne ko bada, us ko chhota samajh leta hai.</w:t>
      </w:r>
    </w:p>
    <w:p>
      <w:pPr>
        <w:jc w:val="right"/>
      </w:pPr>
      <w:r>
        <w:t>یعنی اپنے کو بڑا، اس کو چھوٹا سمجھ لیتا ہے۔</w:t>
      </w:r>
    </w:p>
    <w:p>
      <w:r>
        <w:rPr>
          <w:b/>
        </w:rPr>
        <w:t xml:space="preserve">[46:32] </w:t>
      </w:r>
      <w:r>
        <w:t>apne ko taaqatwar, us ko kamzor samajh leta hai.</w:t>
      </w:r>
    </w:p>
    <w:p>
      <w:pPr>
        <w:jc w:val="right"/>
      </w:pPr>
      <w:r>
        <w:t>اپنے کو طاقتور، اس کو کمزور سمجھ لیتا ہے۔</w:t>
      </w:r>
    </w:p>
    <w:p>
      <w:r>
        <w:rPr>
          <w:b/>
        </w:rPr>
        <w:t xml:space="preserve">[46:36] </w:t>
      </w:r>
      <w:r>
        <w:t>tab us ki himmat padti hai ke kisi ko woh be izzat kare.</w:t>
      </w:r>
    </w:p>
    <w:p>
      <w:pPr>
        <w:jc w:val="right"/>
      </w:pPr>
      <w:r>
        <w:t>تب اس کی ہمت پڑتی ہے کہ کسی کو وہ بے عزت کرے۔</w:t>
      </w:r>
    </w:p>
    <w:p>
      <w:r>
        <w:rPr>
          <w:b/>
        </w:rPr>
        <w:t xml:space="preserve">[46:41] </w:t>
      </w:r>
      <w:r>
        <w:t>kisi ki izzat par hamla kare.</w:t>
      </w:r>
    </w:p>
    <w:p>
      <w:pPr>
        <w:jc w:val="right"/>
      </w:pPr>
      <w:r>
        <w:t>کسی کی عزت پر حملہ کرے۔</w:t>
      </w:r>
    </w:p>
    <w:p>
      <w:r>
        <w:rPr>
          <w:b/>
        </w:rPr>
        <w:t xml:space="preserve">[46:45] </w:t>
      </w:r>
      <w:r>
        <w:t>to aap ne farmaya ke sab se buri cheez yeh hai ke tum kisi insaan ko kam samjho</w:t>
      </w:r>
    </w:p>
    <w:p>
      <w:pPr>
        <w:jc w:val="right"/>
      </w:pPr>
      <w:r>
        <w:t>تو آپ نے فرمایا کہ سب سے بری چیز یہ ہے کہ تم کسی انسان کو کم سمجھ</w:t>
      </w:r>
    </w:p>
    <w:p>
      <w:r>
        <w:rPr>
          <w:b/>
        </w:rPr>
        <w:t xml:space="preserve">[46:50] </w:t>
      </w:r>
      <w:r>
        <w:t>lo, haqeer samajh lo.</w:t>
      </w:r>
    </w:p>
    <w:p>
      <w:pPr>
        <w:jc w:val="right"/>
      </w:pPr>
      <w:r>
        <w:t>لو، حقیر سمجھ لو۔</w:t>
      </w:r>
    </w:p>
    <w:p>
      <w:r>
        <w:rPr>
          <w:b/>
        </w:rPr>
        <w:t xml:space="preserve">[46:54] </w:t>
      </w:r>
      <w:r>
        <w:t>is ki izzat par hamla karne lago.</w:t>
      </w:r>
    </w:p>
    <w:p>
      <w:pPr>
        <w:jc w:val="right"/>
      </w:pPr>
      <w:r>
        <w:t>اس کی عزت پر حملہ کرنے لگو۔</w:t>
      </w:r>
    </w:p>
    <w:p>
      <w:r>
        <w:rPr>
          <w:b/>
        </w:rPr>
        <w:t xml:space="preserve">[46:59] </w:t>
      </w:r>
      <w:r>
        <w:t>sab se buri cheez yeh hai.</w:t>
      </w:r>
    </w:p>
    <w:p>
      <w:pPr>
        <w:jc w:val="right"/>
      </w:pPr>
      <w:r>
        <w:t>سب سے بری چیز یہ ہے۔</w:t>
      </w:r>
    </w:p>
    <w:p>
      <w:r>
        <w:rPr>
          <w:b/>
        </w:rPr>
        <w:t xml:space="preserve">[47:03] </w:t>
      </w:r>
      <w:r>
        <w:t>yani Khuda us ko maaf kar de ga.</w:t>
      </w:r>
    </w:p>
    <w:p>
      <w:pPr>
        <w:jc w:val="right"/>
      </w:pPr>
      <w:r>
        <w:t>یعنی خدا اس کو معاف کر دے گا۔</w:t>
      </w:r>
    </w:p>
    <w:p>
      <w:r>
        <w:rPr>
          <w:b/>
        </w:rPr>
        <w:t xml:space="preserve">[47:08] </w:t>
      </w:r>
      <w:r>
        <w:t>yani manasik ki adaiygi mein jo taqdeer o taakhir ho jaye us ko Khuda maaf kar de ga.</w:t>
      </w:r>
    </w:p>
    <w:p>
      <w:pPr>
        <w:jc w:val="right"/>
      </w:pPr>
      <w:r>
        <w:t>یعنی مناسک کی ادائیگی میں جو تقدیر و تاخیر ہو جائے اس کو خدا معاف کر دے گا۔</w:t>
      </w:r>
    </w:p>
    <w:p>
      <w:r>
        <w:rPr>
          <w:b/>
        </w:rPr>
        <w:t xml:space="preserve">[47:12] </w:t>
      </w:r>
      <w:r>
        <w:t>lekin us ko maaf nahi kare ga ke tum kisi insaan ko be izzat karo.</w:t>
      </w:r>
    </w:p>
    <w:p>
      <w:pPr>
        <w:jc w:val="right"/>
      </w:pPr>
      <w:r>
        <w:t>لیکن اس کو معاف نہیں کرے گا کہ تم کسی انسان کو بے عزت کرو۔</w:t>
      </w:r>
    </w:p>
    <w:p>
      <w:r>
        <w:rPr>
          <w:b/>
        </w:rPr>
        <w:t xml:space="preserve">[47:16] </w:t>
      </w:r>
      <w:r>
        <w:t>kisi kisi insaan ko tum haqeer samjho.</w:t>
      </w:r>
    </w:p>
    <w:p>
      <w:pPr>
        <w:jc w:val="right"/>
      </w:pPr>
      <w:r>
        <w:t>کسی کسی انسان کو تم حقیر سمجھو۔</w:t>
      </w:r>
    </w:p>
    <w:p>
      <w:r>
        <w:rPr>
          <w:b/>
        </w:rPr>
        <w:t xml:space="preserve">[47:21] </w:t>
      </w:r>
      <w:r>
        <w:t>kisi insaan ko tum</w:t>
      </w:r>
    </w:p>
    <w:p>
      <w:pPr>
        <w:jc w:val="right"/>
      </w:pPr>
      <w:r>
        <w:t>کسی انسان کو تم</w:t>
      </w:r>
    </w:p>
    <w:p>
      <w:r>
        <w:rPr>
          <w:b/>
        </w:rPr>
        <w:t xml:space="preserve">[47:25] </w:t>
      </w:r>
      <w:r>
        <w:t>be ja nuqsan pounchao.</w:t>
      </w:r>
    </w:p>
    <w:p>
      <w:pPr>
        <w:jc w:val="right"/>
      </w:pPr>
      <w:r>
        <w:t>بے جا نقصان پہنچاؤ۔</w:t>
      </w:r>
    </w:p>
    <w:p>
      <w:r>
        <w:rPr>
          <w:b/>
        </w:rPr>
        <w:t xml:space="preserve">[47:31] </w:t>
      </w:r>
      <w:r>
        <w:t>wahan aap ne ek aur bohat hi important baat kahi ke la tarjoo ba'di kuffar yadhrib ba'dhukum riqab ba'dh.</w:t>
      </w:r>
    </w:p>
    <w:p>
      <w:pPr>
        <w:jc w:val="right"/>
      </w:pPr>
      <w:r>
        <w:t>وہاں آپ نے ایک اور بہت ہی امپورٹنٹ بات کہی کہ لا ترجعوا بعدی کفار یضرب بعضکم رقاب بعض۔</w:t>
      </w:r>
    </w:p>
    <w:p>
      <w:r>
        <w:rPr>
          <w:b/>
        </w:rPr>
        <w:t xml:space="preserve">[47:37] </w:t>
      </w:r>
      <w:r>
        <w:t>hajj ke mauqe par farmaya tha aap ne.</w:t>
      </w:r>
    </w:p>
    <w:p>
      <w:pPr>
        <w:jc w:val="right"/>
      </w:pPr>
      <w:r>
        <w:t>حج کے موقع پر فرمایا تھا آپ نے۔</w:t>
      </w:r>
    </w:p>
    <w:p>
      <w:r>
        <w:rPr>
          <w:b/>
        </w:rPr>
        <w:t xml:space="preserve">[47:43] </w:t>
      </w:r>
      <w:r>
        <w:t>yani mukhtalif mauqe par aap yeh baatein farmate the aur woh sab kitabon mein jama kar di gayi hain.</w:t>
      </w:r>
    </w:p>
    <w:p>
      <w:pPr>
        <w:jc w:val="right"/>
      </w:pPr>
      <w:r>
        <w:t>یعنی مختلف مواقع پر آپ یہ باتیں فرماتے تھے اور وہ سب کتابوں میں جمع کر دی گئی ہیں۔</w:t>
      </w:r>
    </w:p>
    <w:p>
      <w:r>
        <w:rPr>
          <w:b/>
        </w:rPr>
        <w:t xml:space="preserve">[47:49] </w:t>
      </w:r>
      <w:r>
        <w:t>to ek baat aap ne yeh farmayi thi ke la tarjoo ba'di kuffar yadhrib</w:t>
      </w:r>
    </w:p>
    <w:p>
      <w:pPr>
        <w:jc w:val="right"/>
      </w:pPr>
      <w:r>
        <w:t>تو ایک بات آپ نے یہ فرمائی تھی کہ لا ترجعوا بعدی کفار یضرب</w:t>
      </w:r>
    </w:p>
    <w:p>
      <w:r>
        <w:rPr>
          <w:b/>
        </w:rPr>
        <w:t xml:space="preserve">[47:55] </w:t>
      </w:r>
      <w:r>
        <w:t>ba'dhukum riqab ba'dh.</w:t>
      </w:r>
    </w:p>
    <w:p>
      <w:pPr>
        <w:jc w:val="right"/>
      </w:pPr>
      <w:r>
        <w:t>بعضکم رقاب بعض۔</w:t>
      </w:r>
    </w:p>
    <w:p>
      <w:r>
        <w:rPr>
          <w:b/>
        </w:rPr>
        <w:t xml:space="preserve">[48:00] </w:t>
      </w:r>
      <w:r>
        <w:t>yani us waqt jo aap ke sath the woh musalman the, sab ke sab.</w:t>
      </w:r>
    </w:p>
    <w:p>
      <w:pPr>
        <w:jc w:val="right"/>
      </w:pPr>
      <w:r>
        <w:t>یعنی اس وقت جو آپ کے ساتھ تھے وہ مسلمان تھے، سب کے سب۔</w:t>
      </w:r>
    </w:p>
    <w:p>
      <w:r>
        <w:rPr>
          <w:b/>
        </w:rPr>
        <w:t xml:space="preserve">[48:05] </w:t>
      </w:r>
      <w:r>
        <w:t>musalmanon ko khitab kar ke farmaya aap ne ke mere baad tum log kafir na ho jana.</w:t>
      </w:r>
    </w:p>
    <w:p>
      <w:pPr>
        <w:jc w:val="right"/>
      </w:pPr>
      <w:r>
        <w:t>مسلمانوں کو خطاب کر کے فرمایا آپ نے کہ میرے بعد تم لوگ کافر نہ ہو جانا۔</w:t>
      </w:r>
    </w:p>
    <w:p>
      <w:r>
        <w:rPr>
          <w:b/>
        </w:rPr>
        <w:t xml:space="preserve">[48:10] </w:t>
      </w:r>
      <w:r>
        <w:t>ke ek doosre ki gardanein tum maarne lago.</w:t>
      </w:r>
    </w:p>
    <w:p>
      <w:pPr>
        <w:jc w:val="right"/>
      </w:pPr>
      <w:r>
        <w:t>کہ ایک دوسرے کی گردنیں تم مارنے لگو۔</w:t>
      </w:r>
    </w:p>
    <w:p>
      <w:r>
        <w:rPr>
          <w:b/>
        </w:rPr>
        <w:t xml:space="preserve">[48:15] </w:t>
      </w:r>
      <w:r>
        <w:t>la tarjoo ba'di kuffar yadhrib ba'dhukum riqab ba'dh.</w:t>
      </w:r>
    </w:p>
    <w:p>
      <w:pPr>
        <w:jc w:val="right"/>
      </w:pPr>
      <w:r>
        <w:t>لا ترجعوا بعدی کفار یضرب بعضکم رقاب بعض۔</w:t>
      </w:r>
    </w:p>
    <w:p>
      <w:r>
        <w:rPr>
          <w:b/>
        </w:rPr>
        <w:t xml:space="preserve">[48:20] </w:t>
      </w:r>
      <w:r>
        <w:t>mere baad tum log kafir na ho jana ke tum ek doosre ki gardanein</w:t>
      </w:r>
    </w:p>
    <w:p>
      <w:pPr>
        <w:jc w:val="right"/>
      </w:pPr>
      <w:r>
        <w:t>میرے بعد تم لوگ کافر نہ ہو جانا کہ تم ایک دوسرے کی گردنیں</w:t>
      </w:r>
    </w:p>
    <w:p>
      <w:r>
        <w:rPr>
          <w:b/>
        </w:rPr>
        <w:t xml:space="preserve">[48:25] </w:t>
      </w:r>
      <w:r>
        <w:t>maar ne lago.</w:t>
      </w:r>
    </w:p>
    <w:p>
      <w:pPr>
        <w:jc w:val="right"/>
      </w:pPr>
      <w:r>
        <w:t>مارنے لگو۔</w:t>
      </w:r>
    </w:p>
    <w:p>
      <w:r>
        <w:rPr>
          <w:b/>
        </w:rPr>
        <w:t xml:space="preserve">[48:29] </w:t>
      </w:r>
      <w:r>
        <w:t>ab dekhein is mein kya baat hai? yani jo is ke mani hain ke maar kaat ka culture</w:t>
      </w:r>
    </w:p>
    <w:p>
      <w:pPr>
        <w:jc w:val="right"/>
      </w:pPr>
      <w:r>
        <w:t>اب دیکھیں اس میں کیا بات ہے؟ یعنی جو اس کے معنی ہیں کہ مار کاٹ کا کلچر</w:t>
      </w:r>
    </w:p>
    <w:p>
      <w:r>
        <w:rPr>
          <w:b/>
        </w:rPr>
        <w:t xml:space="preserve">[48:33] </w:t>
      </w:r>
      <w:r>
        <w:t>jo hai haram culture hai.</w:t>
      </w:r>
    </w:p>
    <w:p>
      <w:pPr>
        <w:jc w:val="right"/>
      </w:pPr>
      <w:r>
        <w:t>جو ہے حرام کلچر ہے۔</w:t>
      </w:r>
    </w:p>
    <w:p>
      <w:r>
        <w:rPr>
          <w:b/>
        </w:rPr>
        <w:t xml:space="preserve">[48:37] </w:t>
      </w:r>
      <w:r>
        <w:t>woh kufr ka culture hai.</w:t>
      </w:r>
    </w:p>
    <w:p>
      <w:pPr>
        <w:jc w:val="right"/>
      </w:pPr>
      <w:r>
        <w:t>وہ کفر کا کلچر ہے۔</w:t>
      </w:r>
    </w:p>
    <w:p>
      <w:r>
        <w:rPr>
          <w:b/>
        </w:rPr>
        <w:t xml:space="preserve">[48:40] </w:t>
      </w:r>
      <w:r>
        <w:t>yeh farz hai ke aap kisi ko na marein.</w:t>
      </w:r>
    </w:p>
    <w:p>
      <w:pPr>
        <w:jc w:val="right"/>
      </w:pPr>
      <w:r>
        <w:t>یہ فرض ہے کہ آپ کسی کو نہ ماریں۔</w:t>
      </w:r>
    </w:p>
    <w:p>
      <w:r>
        <w:rPr>
          <w:b/>
        </w:rPr>
        <w:t xml:space="preserve">[48:44] </w:t>
      </w:r>
      <w:r>
        <w:t>agar aap marte hain kisi ko aap, jaise aaj kal dekhen aap gun culture chal raha hai.</w:t>
      </w:r>
    </w:p>
    <w:p>
      <w:pPr>
        <w:jc w:val="right"/>
      </w:pPr>
      <w:r>
        <w:t>اگر آپ مارتے ہیں کسی کو آپ، جیسے آج کل دیکھیں آپ گن کلچر چل رہا ہے۔</w:t>
      </w:r>
    </w:p>
    <w:p>
      <w:r>
        <w:rPr>
          <w:b/>
        </w:rPr>
        <w:t xml:space="preserve">[48:48] </w:t>
      </w:r>
      <w:r>
        <w:t>bam culture chal raha hai.</w:t>
      </w:r>
    </w:p>
    <w:p>
      <w:pPr>
        <w:jc w:val="right"/>
      </w:pPr>
      <w:r>
        <w:t>بم کلچر چل رہا ہے۔</w:t>
      </w:r>
    </w:p>
    <w:p>
      <w:r>
        <w:rPr>
          <w:b/>
        </w:rPr>
        <w:t xml:space="preserve">[48:52] </w:t>
      </w:r>
      <w:r>
        <w:t>suicide bombing ho rahi hai.</w:t>
      </w:r>
    </w:p>
    <w:p>
      <w:pPr>
        <w:jc w:val="right"/>
      </w:pPr>
      <w:r>
        <w:t>سوسائیڈ بمبنگ ہو رہی ہے۔</w:t>
      </w:r>
    </w:p>
    <w:p>
      <w:r>
        <w:rPr>
          <w:b/>
        </w:rPr>
        <w:t xml:space="preserve">[48:56] </w:t>
      </w:r>
      <w:r>
        <w:t>mines bichaye jate hain.</w:t>
      </w:r>
    </w:p>
    <w:p>
      <w:pPr>
        <w:jc w:val="right"/>
      </w:pPr>
      <w:r>
        <w:t>مائنز بچھائے جاتے ہیں۔</w:t>
      </w:r>
    </w:p>
    <w:p>
      <w:r>
        <w:rPr>
          <w:b/>
        </w:rPr>
        <w:t xml:space="preserve">[49:00] </w:t>
      </w:r>
      <w:r>
        <w:t>ab bataiye ke mines bacha dein kitna bara musibat hai ke mines bacha diye aap ne, koi bhi</w:t>
      </w:r>
    </w:p>
    <w:p>
      <w:pPr>
        <w:jc w:val="right"/>
      </w:pPr>
      <w:r>
        <w:t>اب بتائیے کہ مائنز بچھا دیں کتنا بڑا مصیبت ہے کہ مائنز بچھا دیے آپ نے، کوئی بھی</w:t>
      </w:r>
    </w:p>
    <w:p>
      <w:r>
        <w:rPr>
          <w:b/>
        </w:rPr>
        <w:t xml:space="preserve">[49:05] </w:t>
      </w:r>
      <w:r>
        <w:t>aadmi wahan gaya achank woh mar jata hai.</w:t>
      </w:r>
    </w:p>
    <w:p>
      <w:pPr>
        <w:jc w:val="right"/>
      </w:pPr>
      <w:r>
        <w:t>آدمی وہاں گیا اچانک وہ مر جاتا ہے۔</w:t>
      </w:r>
    </w:p>
    <w:p>
      <w:r>
        <w:rPr>
          <w:b/>
        </w:rPr>
        <w:t xml:space="preserve">[49:09] </w:t>
      </w:r>
      <w:r>
        <w:t>to yeh sab jo hai gun culture, bam culture, mines ko bichana aur suicide bombing karna yeh sab</w:t>
      </w:r>
    </w:p>
    <w:p>
      <w:pPr>
        <w:jc w:val="right"/>
      </w:pPr>
      <w:r>
        <w:t>تو یہ سب جو ہے گن کلچر، بم کلچر، مائنز کو بچھانا اور سوسائیڈ بمبنگ کرنا یہ سب</w:t>
      </w:r>
    </w:p>
    <w:p>
      <w:r>
        <w:rPr>
          <w:b/>
        </w:rPr>
        <w:t xml:space="preserve">[49:13] </w:t>
      </w:r>
      <w:r>
        <w:t>bilkul haram hai, haram hai, haram hai.</w:t>
      </w:r>
    </w:p>
    <w:p>
      <w:pPr>
        <w:jc w:val="right"/>
      </w:pPr>
      <w:r>
        <w:t>بالکل حرام ہے، حرام ہے، حرام ہے۔</w:t>
      </w:r>
    </w:p>
    <w:p>
      <w:r>
        <w:rPr>
          <w:b/>
        </w:rPr>
        <w:t xml:space="preserve">[49:18] </w:t>
      </w:r>
      <w:r>
        <w:t>yeh kufr ki taraf lotna hai.</w:t>
      </w:r>
    </w:p>
    <w:p>
      <w:pPr>
        <w:jc w:val="right"/>
      </w:pPr>
      <w:r>
        <w:t>یہ کفر کی طرف لوٹنا ہے۔</w:t>
      </w:r>
    </w:p>
    <w:p>
      <w:r>
        <w:rPr>
          <w:b/>
        </w:rPr>
        <w:t xml:space="preserve">[49:22] </w:t>
      </w:r>
      <w:r>
        <w:t>la tarjau ba'di kuffar yadhrib ba'dukum riqaba ba'd.</w:t>
      </w:r>
    </w:p>
    <w:p>
      <w:pPr>
        <w:jc w:val="right"/>
      </w:pPr>
      <w:r>
        <w:t>لا ترجعوا بعدی کفار یضرب بعضکم رقاب بعض۔</w:t>
      </w:r>
    </w:p>
    <w:p>
      <w:r>
        <w:rPr>
          <w:b/>
        </w:rPr>
        <w:t xml:space="preserve">[49:27] </w:t>
      </w:r>
      <w:r>
        <w:t>kaisi ajib baat hai ke log hajj bhi karte hain aur woh kaam bhi karte hain jis ko</w:t>
      </w:r>
    </w:p>
    <w:p>
      <w:pPr>
        <w:jc w:val="right"/>
      </w:pPr>
      <w:r>
        <w:t>کیسی عجیب بات ہے کہ لوگ حج بھی کرتے ہیں اور وہ کام بھی کرتے ہیں جس کو</w:t>
      </w:r>
    </w:p>
    <w:p>
      <w:r>
        <w:rPr>
          <w:b/>
        </w:rPr>
        <w:t xml:space="preserve">[49:33] </w:t>
      </w:r>
      <w:r>
        <w:t>Allah taala ne farmaya ke yeh to kufr hai.</w:t>
      </w:r>
    </w:p>
    <w:p>
      <w:pPr>
        <w:jc w:val="right"/>
      </w:pPr>
      <w:r>
        <w:t>اللہ تعالی نے فرمایا کہ یہ تو کفر ہے۔</w:t>
      </w:r>
    </w:p>
    <w:p>
      <w:r>
        <w:rPr>
          <w:b/>
        </w:rPr>
        <w:t xml:space="preserve">[49:40] </w:t>
      </w:r>
      <w:r>
        <w:t>to bohat zyada is sochne ki baat hai.</w:t>
      </w:r>
    </w:p>
    <w:p>
      <w:pPr>
        <w:jc w:val="right"/>
      </w:pPr>
      <w:r>
        <w:t>تو بہت زیادہ اس سوچنے کی بات ہے۔</w:t>
      </w:r>
    </w:p>
    <w:p>
      <w:r>
        <w:rPr>
          <w:b/>
        </w:rPr>
        <w:t xml:space="preserve">[49:46] </w:t>
      </w:r>
      <w:r>
        <w:t>bohat zyada sochne ki baat hai.</w:t>
      </w:r>
    </w:p>
    <w:p>
      <w:pPr>
        <w:jc w:val="right"/>
      </w:pPr>
      <w:r>
        <w:t>بہت زیادہ سوچنے کی بات ہے۔</w:t>
      </w:r>
    </w:p>
    <w:p>
      <w:r>
        <w:rPr>
          <w:b/>
        </w:rPr>
        <w:t xml:space="preserve">[49:53] </w:t>
      </w:r>
      <w:r>
        <w:t>ek aur bohat aham baat aap ne farmayi</w:t>
      </w:r>
    </w:p>
    <w:p>
      <w:pPr>
        <w:jc w:val="right"/>
      </w:pPr>
      <w:r>
        <w:t>ایک اور بہت اہم بات آپ نے فرمائی</w:t>
      </w:r>
    </w:p>
    <w:p>
      <w:r>
        <w:rPr>
          <w:b/>
        </w:rPr>
        <w:t xml:space="preserve">[50:00] </w:t>
      </w:r>
      <w:r>
        <w:t>ke ab jo dekhen isi mauqe par yeh ayat utri thi Quran ki jo aakhri ayat kahi jati</w:t>
      </w:r>
    </w:p>
    <w:p>
      <w:pPr>
        <w:jc w:val="right"/>
      </w:pPr>
      <w:r>
        <w:t>کہ اب جو دیکھیں اسی موقع پر یہ آیت اتری تھی قرآن کی جو آخری آیت کہی جاتی</w:t>
      </w:r>
    </w:p>
    <w:p>
      <w:r>
        <w:rPr>
          <w:b/>
        </w:rPr>
        <w:t xml:space="preserve">[50:05] </w:t>
      </w:r>
      <w:r>
        <w:t>hai ke alyawm akmaltu lakum deenakum.</w:t>
      </w:r>
    </w:p>
    <w:p>
      <w:pPr>
        <w:jc w:val="right"/>
      </w:pPr>
      <w:r>
        <w:t>ہے کہ اليوم اکملت لکم دینکم۔</w:t>
      </w:r>
    </w:p>
    <w:p>
      <w:r>
        <w:rPr>
          <w:b/>
        </w:rPr>
        <w:t xml:space="preserve">[50:10] </w:t>
      </w:r>
      <w:r>
        <w:t>aaj mein ne tumhare liye tumhare deen ko poora kar diya.</w:t>
      </w:r>
    </w:p>
    <w:p>
      <w:pPr>
        <w:jc w:val="right"/>
      </w:pPr>
      <w:r>
        <w:t>آج میں نے تمہارے لیے تمہارے دین کو پورا کر دیا۔</w:t>
      </w:r>
    </w:p>
    <w:p>
      <w:r>
        <w:rPr>
          <w:b/>
        </w:rPr>
        <w:t xml:space="preserve">[50:15] </w:t>
      </w:r>
      <w:r>
        <w:t>yani Quran jitna utarna tha woh sab utar gaya.</w:t>
      </w:r>
    </w:p>
    <w:p>
      <w:pPr>
        <w:jc w:val="right"/>
      </w:pPr>
      <w:r>
        <w:t>یعنی قرآن جتنا اترنا تھا وہ سب اتر گیا۔</w:t>
      </w:r>
    </w:p>
    <w:p>
      <w:r>
        <w:rPr>
          <w:b/>
        </w:rPr>
        <w:t xml:space="preserve">[50:20] </w:t>
      </w:r>
      <w:r>
        <w:t>aap jante hain Quran akhathe ek book ke form mein nahi utra tha.</w:t>
      </w:r>
    </w:p>
    <w:p>
      <w:pPr>
        <w:jc w:val="right"/>
      </w:pPr>
      <w:r>
        <w:t>آپ جانتے ہیں قرآن اکٹھے ایک بک کے فارم میں نہیں اترا تھا۔</w:t>
      </w:r>
    </w:p>
    <w:p>
      <w:r>
        <w:rPr>
          <w:b/>
        </w:rPr>
        <w:t xml:space="preserve">[50:25] </w:t>
      </w:r>
      <w:r>
        <w:t>akhathe ek kitab aaye</w:t>
      </w:r>
    </w:p>
    <w:p>
      <w:pPr>
        <w:jc w:val="right"/>
      </w:pPr>
      <w:r>
        <w:t>اکٹھے ایک کتاب آئے</w:t>
      </w:r>
    </w:p>
    <w:p>
      <w:r>
        <w:rPr>
          <w:b/>
        </w:rPr>
        <w:t xml:space="preserve">[50:30] </w:t>
      </w:r>
      <w:r>
        <w:t>aur aap ko de di jaye. Nahi.</w:t>
      </w:r>
    </w:p>
    <w:p>
      <w:pPr>
        <w:jc w:val="right"/>
      </w:pPr>
      <w:r>
        <w:t>اور آپ کو دے دی جائے۔ نہیں۔</w:t>
      </w:r>
    </w:p>
    <w:p>
      <w:r>
        <w:rPr>
          <w:b/>
        </w:rPr>
        <w:t xml:space="preserve">[50:35] </w:t>
      </w:r>
      <w:r>
        <w:t>23 saal ke duration mein periodical taur par is ke mukhtalif ajza utarte rahe.</w:t>
      </w:r>
    </w:p>
    <w:p>
      <w:pPr>
        <w:jc w:val="right"/>
      </w:pPr>
      <w:r>
        <w:t>23 سال کے ڈیوریشن میں پیریڈیکل طور پر اس کے مختلف اجزاء اترتے رہے۔</w:t>
      </w:r>
    </w:p>
    <w:p>
      <w:r>
        <w:rPr>
          <w:b/>
        </w:rPr>
        <w:t xml:space="preserve">[50:40] </w:t>
      </w:r>
      <w:r>
        <w:t>to aakhri ayat jo thi jo Quran ki aakhri ayat hai is ke baad yeh elan kar diya</w:t>
      </w:r>
    </w:p>
    <w:p>
      <w:pPr>
        <w:jc w:val="right"/>
      </w:pPr>
      <w:r>
        <w:t>تو آخری آیت جو تھی جو قرآن کی آخری آیت ہے اس کے بعد یہ اعلان کر دیا</w:t>
      </w:r>
    </w:p>
    <w:p>
      <w:r>
        <w:rPr>
          <w:b/>
        </w:rPr>
        <w:t xml:space="preserve">[50:45] </w:t>
      </w:r>
      <w:r>
        <w:t>ke ab Quran mein koi aur ayat aane wali nahi hai.</w:t>
      </w:r>
    </w:p>
    <w:p>
      <w:pPr>
        <w:jc w:val="right"/>
      </w:pPr>
      <w:r>
        <w:t>کہ اب قرآن میں کوئی اور آیت آنے والی نہیں ہے۔</w:t>
      </w:r>
    </w:p>
    <w:p>
      <w:r>
        <w:rPr>
          <w:b/>
        </w:rPr>
        <w:t xml:space="preserve">[50:50] </w:t>
      </w:r>
      <w:r>
        <w:t>aur yeh hua wahi rasool Allah sal Allah aleh wasalam ki wafat ke do mahina pehle.</w:t>
      </w:r>
    </w:p>
    <w:p>
      <w:pPr>
        <w:jc w:val="right"/>
      </w:pPr>
      <w:r>
        <w:t>اور یہ ہوا وہی رسول اللہ صلی اللہ علیہ وسلم کی وفات کے دو مہینہ پہلے۔</w:t>
      </w:r>
    </w:p>
    <w:p>
      <w:r>
        <w:rPr>
          <w:b/>
        </w:rPr>
        <w:t xml:space="preserve">[50:55] </w:t>
      </w:r>
      <w:r>
        <w:t>to is mein yeh ayat utri ke al youm akmalt lakum deenakum</w:t>
      </w:r>
    </w:p>
    <w:p>
      <w:pPr>
        <w:jc w:val="right"/>
      </w:pPr>
      <w:r>
        <w:t>تو اس میں یہ آیت اتری کہ اليوم اکملت لکم دینکم</w:t>
      </w:r>
    </w:p>
    <w:p>
      <w:r>
        <w:rPr>
          <w:b/>
        </w:rPr>
        <w:t xml:space="preserve">[51:00] </w:t>
      </w:r>
      <w:r>
        <w:t>۔ aaj Quran ki aakhri ayat utar gayi. to is ke mauqe par phir isi liye aap ne hajja tul wida ke mauqe par jo wade farmaye thay us mein se ek baat yeh thi ke in al shaytan qad aasa minkum. shaytan tumhare baray mein ab mayoos ho chuka hai. yani shaytan tum ko dobara shirk mein mubtala nahin kare ga. yeh nahin kare ga ke tum dobara khinzir kh</w:t>
      </w:r>
    </w:p>
    <w:p>
      <w:pPr>
        <w:jc w:val="right"/>
      </w:pPr>
      <w:r>
        <w:t>۔ آج قرآن کی آخری آیت اتر گئی۔ تو اس کے موقع پر پھر اسی لیے آپ نے حجۃ الوداع کے موقع پر جو وعدے فرمائے تھے اس میں سے ایک بات یہ تھی کہ ان الشیطان قد ایسا منکم۔ شیطان تمہارے بارے میں اب مایوس ہو چکا ہے۔ یعنی شیطان تم کو دوبارہ شرک میں مبتلا نہیں کرے گا۔ یہ نہیں کرے گا کہ تم دوبارہ خنزیر کھ</w:t>
      </w:r>
    </w:p>
    <w:p>
      <w:r>
        <w:rPr>
          <w:b/>
        </w:rPr>
        <w:t xml:space="preserve">[51:30] </w:t>
      </w:r>
      <w:r>
        <w:t>ane lagoo.</w:t>
      </w:r>
    </w:p>
    <w:p>
      <w:pPr>
        <w:jc w:val="right"/>
      </w:pPr>
      <w:r>
        <w:t>انے لگو۔</w:t>
      </w:r>
    </w:p>
    <w:p>
      <w:r>
        <w:rPr>
          <w:b/>
        </w:rPr>
        <w:t xml:space="preserve">[51:33] </w:t>
      </w:r>
      <w:r>
        <w:t>yeh nahi karega ke tum dobara sharab peene lagoo.</w:t>
      </w:r>
    </w:p>
    <w:p>
      <w:pPr>
        <w:jc w:val="right"/>
      </w:pPr>
      <w:r>
        <w:t>یہ نہیں کرے گا کہ تم دوبارہ شراب پینے لگو۔</w:t>
      </w:r>
    </w:p>
    <w:p>
      <w:r>
        <w:rPr>
          <w:b/>
        </w:rPr>
        <w:t xml:space="preserve">[51:37] </w:t>
      </w:r>
      <w:r>
        <w:t>yeh nahi karega ke tum tum kaba ke bajaye kisi aur taraf rukh kar ke namaz padhne lagoo.</w:t>
      </w:r>
    </w:p>
    <w:p>
      <w:pPr>
        <w:jc w:val="right"/>
      </w:pPr>
      <w:r>
        <w:t>یہ نہیں کرے گا کہ تم تم کعبہ کے بجائے کسی اور طرف رخ کر کے نماز پڑھنے لگو۔</w:t>
      </w:r>
    </w:p>
    <w:p>
      <w:r>
        <w:rPr>
          <w:b/>
        </w:rPr>
        <w:t xml:space="preserve">[51:40] </w:t>
      </w:r>
      <w:r>
        <w:t>yeh sab nahi hone wala hai.</w:t>
      </w:r>
    </w:p>
    <w:p>
      <w:pPr>
        <w:jc w:val="right"/>
      </w:pPr>
      <w:r>
        <w:t>یہ سب نہیں ہونے والا ہے۔</w:t>
      </w:r>
    </w:p>
    <w:p>
      <w:r>
        <w:rPr>
          <w:b/>
        </w:rPr>
        <w:t xml:space="preserve">[51:44] </w:t>
      </w:r>
      <w:r>
        <w:t>in mamlaat mein shaitan tumhare bare mein mayous ho chuka hai.</w:t>
      </w:r>
    </w:p>
    <w:p>
      <w:pPr>
        <w:jc w:val="right"/>
      </w:pPr>
      <w:r>
        <w:t>ان معاملات میں شیطان تمہارے بارے میں مایوس ہو چکا ہے۔</w:t>
      </w:r>
    </w:p>
    <w:p>
      <w:r>
        <w:rPr>
          <w:b/>
        </w:rPr>
        <w:t xml:space="preserve">[51:47] </w:t>
      </w:r>
      <w:r>
        <w:t>lekin walakin fi al tahrir bainakum.</w:t>
      </w:r>
    </w:p>
    <w:p>
      <w:pPr>
        <w:jc w:val="right"/>
      </w:pPr>
      <w:r>
        <w:t>لیکن ولكن فی التحریر بینکم۔</w:t>
      </w:r>
    </w:p>
    <w:p>
      <w:r>
        <w:rPr>
          <w:b/>
        </w:rPr>
        <w:t xml:space="preserve">[51:51] </w:t>
      </w:r>
      <w:r>
        <w:t>yeh bohat ahem baat hai.</w:t>
      </w:r>
    </w:p>
    <w:p>
      <w:pPr>
        <w:jc w:val="right"/>
      </w:pPr>
      <w:r>
        <w:t>یہ بہت اہم بات ہے۔</w:t>
      </w:r>
    </w:p>
    <w:p>
      <w:r>
        <w:rPr>
          <w:b/>
        </w:rPr>
        <w:t xml:space="preserve">[51:54] </w:t>
      </w:r>
      <w:r>
        <w:t>lekin ek cheez ke bare mein woh mayous nahi hua hai.</w:t>
      </w:r>
    </w:p>
    <w:p>
      <w:pPr>
        <w:jc w:val="right"/>
      </w:pPr>
      <w:r>
        <w:t>لیکن ایک چیز کے بارے میں وہ مایوس نہیں ہوا ہے۔</w:t>
      </w:r>
    </w:p>
    <w:p>
      <w:r>
        <w:rPr>
          <w:b/>
        </w:rPr>
        <w:t xml:space="preserve">[51:58] </w:t>
      </w:r>
      <w:r>
        <w:t>woh hai tumhare aapas mein jhagda khara karna.</w:t>
      </w:r>
    </w:p>
    <w:p>
      <w:pPr>
        <w:jc w:val="right"/>
      </w:pPr>
      <w:r>
        <w:t>وہ ہے تمہارے آپس میں جھگڑا کھڑا کرنا۔</w:t>
      </w:r>
    </w:p>
    <w:p>
      <w:r>
        <w:rPr>
          <w:b/>
        </w:rPr>
        <w:t xml:space="preserve">[52:01] </w:t>
      </w:r>
      <w:r>
        <w:t>yani ab shaitan ke liye tumhare andar jo jo vulnerable point hai, vulnerable point hai woh yeh nahi</w:t>
      </w:r>
    </w:p>
    <w:p>
      <w:pPr>
        <w:jc w:val="right"/>
      </w:pPr>
      <w:r>
        <w:t>یعنی اب شیطان کے لیے تمہارے اندر جو جو ولربل پوائنٹ ہے، ولربل پوائنٹ ہے وہ یہ نہیں</w:t>
      </w:r>
    </w:p>
    <w:p>
      <w:r>
        <w:rPr>
          <w:b/>
        </w:rPr>
        <w:t xml:space="preserve">[52:05] </w:t>
      </w:r>
      <w:r>
        <w:t>ke tum yeh kaho ke Khuda do hai, Khuda das hai.</w:t>
      </w:r>
    </w:p>
    <w:p>
      <w:pPr>
        <w:jc w:val="right"/>
      </w:pPr>
      <w:r>
        <w:t>کہ تم یہ کہو کہ خدا دو ہے، خدا دس ہے۔</w:t>
      </w:r>
    </w:p>
    <w:p>
      <w:r>
        <w:rPr>
          <w:b/>
        </w:rPr>
        <w:t xml:space="preserve">[52:09] </w:t>
      </w:r>
      <w:r>
        <w:t>yahan nahi hai.</w:t>
      </w:r>
    </w:p>
    <w:p>
      <w:pPr>
        <w:jc w:val="right"/>
      </w:pPr>
      <w:r>
        <w:t>یہاں نہیں ہے۔</w:t>
      </w:r>
    </w:p>
    <w:p>
      <w:r>
        <w:rPr>
          <w:b/>
        </w:rPr>
        <w:t xml:space="preserve">[52:13] </w:t>
      </w:r>
      <w:r>
        <w:t>yehi kaho ke Muhammad jo the aakhri rasool nahi the, ab aur bhi nabi aate rahenge.</w:t>
      </w:r>
    </w:p>
    <w:p>
      <w:pPr>
        <w:jc w:val="right"/>
      </w:pPr>
      <w:r>
        <w:t>یہی کہو کہ محمد جو تھے آخری رسول نہیں تھے، اب اور بھی نبی آتے رہیں گے۔</w:t>
      </w:r>
    </w:p>
    <w:p>
      <w:r>
        <w:rPr>
          <w:b/>
        </w:rPr>
        <w:t xml:space="preserve">[52:17] </w:t>
      </w:r>
      <w:r>
        <w:t>ya kahein ke sahib khinzir to jaiz hai.</w:t>
      </w:r>
    </w:p>
    <w:p>
      <w:pPr>
        <w:jc w:val="right"/>
      </w:pPr>
      <w:r>
        <w:t>یا کہیں کہ صاحب خنزیر تو جائز ہے۔</w:t>
      </w:r>
    </w:p>
    <w:p>
      <w:r>
        <w:rPr>
          <w:b/>
        </w:rPr>
        <w:t xml:space="preserve">[52:20] </w:t>
      </w:r>
      <w:r>
        <w:t>ya namaz jo hai panch waqt ki nahi hai, ek hi waqt ki hai.</w:t>
      </w:r>
    </w:p>
    <w:p>
      <w:pPr>
        <w:jc w:val="right"/>
      </w:pPr>
      <w:r>
        <w:t>یا نماز جو ہے پانچ وقت کی نہیں ہے، ایک ہی وقت کی ہے۔</w:t>
      </w:r>
    </w:p>
    <w:p>
      <w:r>
        <w:rPr>
          <w:b/>
        </w:rPr>
        <w:t xml:space="preserve">[52:24] </w:t>
      </w:r>
      <w:r>
        <w:t>is tarah ki cheezein tum nahi karoge.</w:t>
      </w:r>
    </w:p>
    <w:p>
      <w:pPr>
        <w:jc w:val="right"/>
      </w:pPr>
      <w:r>
        <w:t>اس طرح کی چیزیں تم نہیں کرو گے۔</w:t>
      </w:r>
    </w:p>
    <w:p>
      <w:r>
        <w:rPr>
          <w:b/>
        </w:rPr>
        <w:t xml:space="preserve">[52:28] </w:t>
      </w:r>
      <w:r>
        <w:t>yahan par shaitan jo hai tumse m</w:t>
      </w:r>
    </w:p>
    <w:p>
      <w:pPr>
        <w:jc w:val="right"/>
      </w:pPr>
      <w:r>
        <w:t>یہاں پر شیطان جو ہے تم سے م</w:t>
      </w:r>
    </w:p>
    <w:p>
      <w:r>
        <w:rPr>
          <w:b/>
        </w:rPr>
        <w:t xml:space="preserve">[52:32] </w:t>
      </w:r>
      <w:r>
        <w:t>yoos hai. yahan par shaytan ko tumhare baray mein vulnerable point nahin milne wala hai. lekin ek aur jagah vulnerable point hai tumhare liye. woh kya hai? tahreesh. tahreesh kehte hain aapas mein jhagda karna, aapas mein lad jana. differences ko le kar ke ladne jhagde, rai jhagde shuru kar dena. yahan par shaytan ke liye abhi bhi tumhare liye vulnerable point hai aur baqi rahe ga qayamat tak. is ka matlab</w:t>
      </w:r>
    </w:p>
    <w:p>
      <w:pPr>
        <w:jc w:val="right"/>
      </w:pPr>
      <w:r>
        <w:t>ایوس ہے۔ یہاں پر شیطان کو تمہارے بارے میں ولربل پوائنٹ نہیں ملنے والا ہے۔ لیکن ایک اور جگہ ولربل پوائنٹ ہے تمہارے لیے۔ وہ کیا ہے؟ تحریش۔ تحریش کہتے ہیں آپس میں جھگڑا کرنا، آپس میں لڑ جانا۔ ڈیفرنسز کو لے کر کے لڑنے جھگڑے، رائے جھگڑے شروع کر دینا۔ یہاں پر شیطان کے لیے ابھی بھی تمہارے لیے ونریبل پوائنٹ ہے اور باقی رہے گا قیامت تک۔ اس کا مط</w:t>
      </w:r>
    </w:p>
    <w:p>
      <w:r>
        <w:rPr>
          <w:b/>
        </w:rPr>
        <w:t xml:space="preserve">[53:02] </w:t>
      </w:r>
      <w:r>
        <w:t>lab kiya hai? ke sab se zyada hamein sensitive hona chahiye us waqt jab ke hamare darmiyan mein</w:t>
      </w:r>
    </w:p>
    <w:p>
      <w:pPr>
        <w:jc w:val="right"/>
      </w:pPr>
      <w:r>
        <w:t>لب کیا ہے؟ کہ سب سے زیادہ ہمیں سینسٹیو ہونا چاہیے اس وقت جب کہ ہمارے درمیان میں</w:t>
      </w:r>
    </w:p>
    <w:p>
      <w:r>
        <w:rPr>
          <w:b/>
        </w:rPr>
        <w:t xml:space="preserve">[53:05] </w:t>
      </w:r>
      <w:r>
        <w:t>ikhtilafat barpa hon.</w:t>
      </w:r>
    </w:p>
    <w:p>
      <w:pPr>
        <w:jc w:val="right"/>
      </w:pPr>
      <w:r>
        <w:t>اختلافات برپا ہوں۔</w:t>
      </w:r>
    </w:p>
    <w:p>
      <w:r>
        <w:rPr>
          <w:b/>
        </w:rPr>
        <w:t xml:space="preserve">[53:09] </w:t>
      </w:r>
      <w:r>
        <w:t>differences barpa hon.</w:t>
      </w:r>
    </w:p>
    <w:p>
      <w:pPr>
        <w:jc w:val="right"/>
      </w:pPr>
      <w:r>
        <w:t>ڈیفرنسز برپا ہوں۔</w:t>
      </w:r>
    </w:p>
    <w:p>
      <w:r>
        <w:rPr>
          <w:b/>
        </w:rPr>
        <w:t xml:space="preserve">[53:13] </w:t>
      </w:r>
      <w:r>
        <w:t>کیونکہ وہیں پر شیطان آپ کو activate کرے گا۔</w:t>
      </w:r>
    </w:p>
    <w:p>
      <w:pPr>
        <w:jc w:val="right"/>
      </w:pPr>
      <w:r>
        <w:t>کیونکہ وہیں پر شیطان آپ کو ایکٹیویٹ کرے گا۔</w:t>
      </w:r>
    </w:p>
    <w:p>
      <w:r>
        <w:rPr>
          <w:b/>
        </w:rPr>
        <w:t xml:space="preserve">[53:17] </w:t>
      </w:r>
      <w:r>
        <w:t>وہیں پر شیطان آپ کو excite کرے گا۔</w:t>
      </w:r>
    </w:p>
    <w:p>
      <w:pPr>
        <w:jc w:val="right"/>
      </w:pPr>
      <w:r>
        <w:t>وہیں پر شیطان آپ کو ایکسائٹ کرے گا۔</w:t>
      </w:r>
    </w:p>
    <w:p>
      <w:r>
        <w:rPr>
          <w:b/>
        </w:rPr>
        <w:t xml:space="preserve">[53:21] </w:t>
      </w:r>
      <w:r>
        <w:t>جہاں کوئی difference آیا تو شیطان اس کو بڑھائے گا۔</w:t>
      </w:r>
    </w:p>
    <w:p>
      <w:pPr>
        <w:jc w:val="right"/>
      </w:pPr>
      <w:r>
        <w:t>جہاں کوئی ڈیفرنس آیا تو شیطان اس کو بڑھائے گا۔</w:t>
      </w:r>
    </w:p>
    <w:p>
      <w:r>
        <w:rPr>
          <w:b/>
        </w:rPr>
        <w:t xml:space="preserve">[53:24] </w:t>
      </w:r>
      <w:r>
        <w:t>31 ahem baat hai yeh jo Hajjat al Wida ke mauqe par aap ne farmayi.</w:t>
      </w:r>
    </w:p>
    <w:p>
      <w:pPr>
        <w:jc w:val="right"/>
      </w:pPr>
      <w:r>
        <w:t>31 اہم بات ہے یہ جو حجۃ الوداع کے موقع پر آپ نے فرمائی۔</w:t>
      </w:r>
    </w:p>
    <w:p>
      <w:r>
        <w:rPr>
          <w:b/>
        </w:rPr>
        <w:t xml:space="preserve">[53:28] </w:t>
      </w:r>
      <w:r>
        <w:t>ke ab deen mukammal ho gaya hai,</w:t>
      </w:r>
    </w:p>
    <w:p>
      <w:pPr>
        <w:jc w:val="right"/>
      </w:pPr>
      <w:r>
        <w:t>کہ اب دین مکمل ہو گیا ہے،</w:t>
      </w:r>
    </w:p>
    <w:p>
      <w:r>
        <w:rPr>
          <w:b/>
        </w:rPr>
        <w:t xml:space="preserve">[53:32] </w:t>
      </w:r>
      <w:r>
        <w:t>quran mukammal ho gaya hai, sunnat rasool mukammal ho gayi hai to ab jo cheez khatre ki hai</w:t>
      </w:r>
    </w:p>
    <w:p>
      <w:pPr>
        <w:jc w:val="right"/>
      </w:pPr>
      <w:r>
        <w:t>قرآن مکمل ہو گیا ہے، سنت رسول مکمل ہو گئی ہے تو اب جو چیز خطرے کی ہے</w:t>
      </w:r>
    </w:p>
    <w:p>
      <w:r>
        <w:rPr>
          <w:b/>
        </w:rPr>
        <w:t xml:space="preserve">[53:38] </w:t>
      </w:r>
      <w:r>
        <w:t>woh kya hai? yeh nahi hai ke khatre ki baat ke tum hajj jo hai bajaye kaba ke</w:t>
      </w:r>
    </w:p>
    <w:p>
      <w:pPr>
        <w:jc w:val="right"/>
      </w:pPr>
      <w:r>
        <w:t>وہ کیا ہے؟ یہ نہیں ہے کہ خطرے کی بات کہ تم حج جو ہے بجائے کعبہ کے</w:t>
      </w:r>
    </w:p>
    <w:p>
      <w:r>
        <w:rPr>
          <w:b/>
        </w:rPr>
        <w:t xml:space="preserve">[53:44] </w:t>
      </w:r>
      <w:r>
        <w:t>tum kahin aur hajj karne lago ja kar ke.</w:t>
      </w:r>
    </w:p>
    <w:p>
      <w:pPr>
        <w:jc w:val="right"/>
      </w:pPr>
      <w:r>
        <w:t>تم کہیں اور حج کرنے لگو جا کر کے۔</w:t>
      </w:r>
    </w:p>
    <w:p>
      <w:r>
        <w:rPr>
          <w:b/>
        </w:rPr>
        <w:t xml:space="preserve">[53:50] </w:t>
      </w:r>
      <w:r>
        <w:t>yani aisa nahi hone wala hai.</w:t>
      </w:r>
    </w:p>
    <w:p>
      <w:pPr>
        <w:jc w:val="right"/>
      </w:pPr>
      <w:r>
        <w:t>یعنی ایسا نہیں ہونے والا ہے۔</w:t>
      </w:r>
    </w:p>
    <w:p>
      <w:r>
        <w:rPr>
          <w:b/>
        </w:rPr>
        <w:t xml:space="preserve">[53:56] </w:t>
      </w:r>
      <w:r>
        <w:t>is tarah ki aur jo cheezen hain wahan par ab mauqa nahi hai shaitan ke liye ke tum ko bahkaye.</w:t>
      </w:r>
    </w:p>
    <w:p>
      <w:pPr>
        <w:jc w:val="right"/>
      </w:pPr>
      <w:r>
        <w:t>اس طرح کی اور جو چیزیں ہیں وہاں پر اب موقع نہیں ہے شیطان کے لیے کہ تم کو بہکائے۔</w:t>
      </w:r>
    </w:p>
    <w:p>
      <w:r>
        <w:rPr>
          <w:b/>
        </w:rPr>
        <w:t xml:space="preserve">[54:02] </w:t>
      </w:r>
      <w:r>
        <w:t>lekin ek aur mauqa hai wahan bahkane ka.</w:t>
      </w:r>
    </w:p>
    <w:p>
      <w:pPr>
        <w:jc w:val="right"/>
      </w:pPr>
      <w:r>
        <w:t>لیکن ایک اور موقع ہے وہاں بہکانے کا۔</w:t>
      </w:r>
    </w:p>
    <w:p>
      <w:r>
        <w:rPr>
          <w:b/>
        </w:rPr>
        <w:t xml:space="preserve">[54:06] </w:t>
      </w:r>
      <w:r>
        <w:t>وہ کہاں؟ جب بھی تم اکٹھے رہو گے تو differences آئیں گے۔</w:t>
      </w:r>
    </w:p>
    <w:p>
      <w:pPr>
        <w:jc w:val="right"/>
      </w:pPr>
      <w:r>
        <w:t>وہ کہاں؟ جب بھی تم اکٹھے رہو گے تو ڈیفرنسز آئیں گے۔</w:t>
      </w:r>
    </w:p>
    <w:p>
      <w:r>
        <w:rPr>
          <w:b/>
        </w:rPr>
        <w:t xml:space="preserve">[54:09] </w:t>
      </w:r>
      <w:r>
        <w:t>اس difference کو لے کر کے بڑھائے چڑھائے گا وہ۔</w:t>
      </w:r>
    </w:p>
    <w:p>
      <w:pPr>
        <w:jc w:val="right"/>
      </w:pPr>
      <w:r>
        <w:t>اس ڈیفرنس کو لے کر کے بڑھائے چڑھائے گا وہ۔</w:t>
      </w:r>
    </w:p>
    <w:p>
      <w:r>
        <w:rPr>
          <w:b/>
        </w:rPr>
        <w:t xml:space="preserve">[54:12] </w:t>
      </w:r>
      <w:r>
        <w:t>اتنا بڑھائے گا، اتنا بڑھائے گا کہ تم لوگ آپس میں ایک دوسرے کے لیے gun لے کے</w:t>
      </w:r>
    </w:p>
    <w:p>
      <w:pPr>
        <w:jc w:val="right"/>
      </w:pPr>
      <w:r>
        <w:t>اتنا بڑھائے گا، اتنا بڑھائے گا کہ تم لوگ آپس میں ایک دوسرے کے لیے گن لے کے</w:t>
      </w:r>
    </w:p>
    <w:p>
      <w:r>
        <w:rPr>
          <w:b/>
        </w:rPr>
        <w:t xml:space="preserve">[54:16] </w:t>
      </w:r>
      <w:r>
        <w:t>khare ho jao. ladne lago.</w:t>
      </w:r>
    </w:p>
    <w:p>
      <w:pPr>
        <w:jc w:val="right"/>
      </w:pPr>
      <w:r>
        <w:t>کھڑے ہو جاؤ۔ لڑنے لگو۔</w:t>
      </w:r>
    </w:p>
    <w:p>
      <w:r>
        <w:rPr>
          <w:b/>
        </w:rPr>
        <w:t xml:space="preserve">[54:19] </w:t>
      </w:r>
      <w:r>
        <w:t>to farmaya ke walakin al-tahreesh bainakum.</w:t>
      </w:r>
    </w:p>
    <w:p>
      <w:pPr>
        <w:jc w:val="right"/>
      </w:pPr>
      <w:r>
        <w:t>تو فرمایا کہ ولكن التحریش بینکم۔</w:t>
      </w:r>
    </w:p>
    <w:p>
      <w:r>
        <w:rPr>
          <w:b/>
        </w:rPr>
        <w:t xml:space="preserve">[54:22] </w:t>
      </w:r>
      <w:r>
        <w:t>yahan par shaitan mayous nahi hua hai.</w:t>
      </w:r>
    </w:p>
    <w:p>
      <w:pPr>
        <w:jc w:val="right"/>
      </w:pPr>
      <w:r>
        <w:t>یہاں پر شیطان مایوس نہیں ہوا ہے۔</w:t>
      </w:r>
    </w:p>
    <w:p>
      <w:r>
        <w:rPr>
          <w:b/>
        </w:rPr>
        <w:t xml:space="preserve">[54:26] </w:t>
      </w:r>
      <w:r>
        <w:t>wo samajhta hai ke aapas mein ikhtilafat honge.</w:t>
      </w:r>
    </w:p>
    <w:p>
      <w:pPr>
        <w:jc w:val="right"/>
      </w:pPr>
      <w:r>
        <w:t>وہ سمجھتا ہے کہ آپس میں اختلافات ہوں گے۔</w:t>
      </w:r>
    </w:p>
    <w:p>
      <w:r>
        <w:rPr>
          <w:b/>
        </w:rPr>
        <w:t xml:space="preserve">[54:29] </w:t>
      </w:r>
      <w:r>
        <w:t>wahan par in ko mein</w:t>
      </w:r>
    </w:p>
    <w:p>
      <w:pPr>
        <w:jc w:val="right"/>
      </w:pPr>
      <w:r>
        <w:t>وہاں پر ان کو میں</w:t>
      </w:r>
    </w:p>
    <w:p>
      <w:r>
        <w:rPr>
          <w:b/>
        </w:rPr>
        <w:t xml:space="preserve">[54:33] </w:t>
      </w:r>
      <w:r>
        <w:t>activate kar ke aapas mein lada doonga.</w:t>
      </w:r>
    </w:p>
    <w:p>
      <w:pPr>
        <w:jc w:val="right"/>
      </w:pPr>
      <w:r>
        <w:t>ایکٹیویٹ کر کے آپس میں لڑا دوں گا۔</w:t>
      </w:r>
    </w:p>
    <w:p>
      <w:r>
        <w:rPr>
          <w:b/>
        </w:rPr>
        <w:t xml:space="preserve">[54:39] </w:t>
      </w:r>
      <w:r>
        <w:t>aur phir yeh kufr ki taraf lot jayenge.</w:t>
      </w:r>
    </w:p>
    <w:p>
      <w:pPr>
        <w:jc w:val="right"/>
      </w:pPr>
      <w:r>
        <w:t>اور پھر یہ کفر کی طرف لوٹ جائیں گے۔</w:t>
      </w:r>
    </w:p>
    <w:p>
      <w:r>
        <w:rPr>
          <w:b/>
        </w:rPr>
        <w:t xml:space="preserve">[54:45] </w:t>
      </w:r>
      <w:r>
        <w:t>yeh sab batane ke baad aap ne farmaya ke falyuballigh al-shahid al-ghaib.</w:t>
      </w:r>
    </w:p>
    <w:p>
      <w:pPr>
        <w:jc w:val="right"/>
      </w:pPr>
      <w:r>
        <w:t>یہ سب بتانے کے بعد آپ نے فرمایا کہ فلیغل فلیبلغ الشاہد الغائب۔</w:t>
      </w:r>
    </w:p>
    <w:p>
      <w:r>
        <w:rPr>
          <w:b/>
        </w:rPr>
        <w:t xml:space="preserve">[54:51] </w:t>
      </w:r>
      <w:r>
        <w:t>yani jo aaj sun rahe hain meri baat yahan wo un logon ko pahuncha dein jo nahi sun rahe hain.</w:t>
      </w:r>
    </w:p>
    <w:p>
      <w:pPr>
        <w:jc w:val="right"/>
      </w:pPr>
      <w:r>
        <w:t>یعنی جو آج سن رہے ہیں میری بات یہاں وہ ان لوگوں کو پہنچا دیں جو نہیں سن رہے ہیں۔</w:t>
      </w:r>
    </w:p>
    <w:p>
      <w:r>
        <w:rPr>
          <w:b/>
        </w:rPr>
        <w:t xml:space="preserve">[54:57] </w:t>
      </w:r>
      <w:r>
        <w:t>yani qayamat tak ke liye.</w:t>
      </w:r>
    </w:p>
    <w:p>
      <w:pPr>
        <w:jc w:val="right"/>
      </w:pPr>
      <w:r>
        <w:t>یعنی قیامت تک کے لیے۔</w:t>
      </w:r>
    </w:p>
    <w:p>
      <w:r>
        <w:rPr>
          <w:b/>
        </w:rPr>
        <w:t xml:space="preserve">[55:03] </w:t>
      </w:r>
      <w:r>
        <w:t>qayamat tak log yeh baat logon ko to pahunchate rahen.</w:t>
      </w:r>
    </w:p>
    <w:p>
      <w:pPr>
        <w:jc w:val="right"/>
      </w:pPr>
      <w:r>
        <w:t>قیامت تک لوگ یہ بات لوگوں کو تو پہنچاتے رہیں۔</w:t>
      </w:r>
    </w:p>
    <w:p>
      <w:r>
        <w:rPr>
          <w:b/>
        </w:rPr>
        <w:t xml:space="preserve">[55:08] </w:t>
      </w:r>
      <w:r>
        <w:t>yani aaj bhi hamein pahunchana hai in baaton ko logon tak.</w:t>
      </w:r>
    </w:p>
    <w:p>
      <w:pPr>
        <w:jc w:val="right"/>
      </w:pPr>
      <w:r>
        <w:t>یعنی آج بھی ہمیں پہنچانا ہے ان باتوں کو لوگوں تک۔</w:t>
      </w:r>
    </w:p>
    <w:p>
      <w:r>
        <w:rPr>
          <w:b/>
        </w:rPr>
        <w:t xml:space="preserve">[55:12] </w:t>
      </w:r>
      <w:r>
        <w:t>aaj jo log differences ko le kar lad rahe hain.</w:t>
      </w:r>
    </w:p>
    <w:p>
      <w:pPr>
        <w:jc w:val="right"/>
      </w:pPr>
      <w:r>
        <w:t>آج جو لوگ ڈیفرنسز کو لے کر لڑ رہے ہیں۔</w:t>
      </w:r>
    </w:p>
    <w:p>
      <w:r>
        <w:rPr>
          <w:b/>
        </w:rPr>
        <w:t xml:space="preserve">[55:17] </w:t>
      </w:r>
      <w:r>
        <w:t>differences ko le kar ke gun aur bomb chala rahe hain.</w:t>
      </w:r>
    </w:p>
    <w:p>
      <w:pPr>
        <w:jc w:val="right"/>
      </w:pPr>
      <w:r>
        <w:t>ڈیفرنسز کو لے کر کے گن اور بم چلا رہے ہیں۔</w:t>
      </w:r>
    </w:p>
    <w:p>
      <w:r>
        <w:rPr>
          <w:b/>
        </w:rPr>
        <w:t xml:space="preserve">[55:21] </w:t>
      </w:r>
      <w:r>
        <w:t>differences ko le kar ke suicide bombing kar rahe hain.</w:t>
      </w:r>
    </w:p>
    <w:p>
      <w:pPr>
        <w:jc w:val="right"/>
      </w:pPr>
      <w:r>
        <w:t>ڈیفرنسز کو لے کر کے سوسائیڈ بمبنگ کر رہے ہیں۔</w:t>
      </w:r>
    </w:p>
    <w:p>
      <w:r>
        <w:rPr>
          <w:b/>
        </w:rPr>
        <w:t xml:space="preserve">[55:26] </w:t>
      </w:r>
      <w:r>
        <w:t>un sab ko yeh awaaz hamein pahunchana hai.</w:t>
      </w:r>
    </w:p>
    <w:p>
      <w:pPr>
        <w:jc w:val="right"/>
      </w:pPr>
      <w:r>
        <w:t>ان سب کو یہ آواز ہمیں پہنچانا ہے۔</w:t>
      </w:r>
    </w:p>
    <w:p>
      <w:r>
        <w:rPr>
          <w:b/>
        </w:rPr>
        <w:t xml:space="preserve">[55:30] </w:t>
      </w:r>
      <w:r>
        <w:t>jo rasool Allah salallahu alaihi wasallam ne 632 isvi mein hajj ke mauqe par farmayi thi.</w:t>
      </w:r>
    </w:p>
    <w:p>
      <w:pPr>
        <w:jc w:val="right"/>
      </w:pPr>
      <w:r>
        <w:t>جو رسول اللہ صلی اللہ علیہ وسلم نے 632 عیسوی میں حج کے موقع پر فرمائی تھی۔</w:t>
      </w:r>
    </w:p>
    <w:p>
      <w:r>
        <w:rPr>
          <w:b/>
        </w:rPr>
        <w:t xml:space="preserve">[55:35] </w:t>
      </w:r>
      <w:r>
        <w:t>falyuballigh al-shahid al-ghaib.</w:t>
      </w:r>
    </w:p>
    <w:p>
      <w:pPr>
        <w:jc w:val="right"/>
      </w:pPr>
      <w:r>
        <w:t>فلیبلغ الشاہد الغائب۔</w:t>
      </w:r>
    </w:p>
    <w:p>
      <w:r>
        <w:rPr>
          <w:b/>
        </w:rPr>
        <w:t xml:space="preserve">[55:39] </w:t>
      </w:r>
      <w:r>
        <w:t>falyuballigh al-shahid al-ghaib.</w:t>
      </w:r>
    </w:p>
    <w:p>
      <w:pPr>
        <w:jc w:val="right"/>
      </w:pPr>
      <w:r>
        <w:t>فلیبلغ الشاہد الغائب۔</w:t>
      </w:r>
    </w:p>
    <w:p>
      <w:r>
        <w:rPr>
          <w:b/>
        </w:rPr>
        <w:t xml:space="preserve">[55:43] </w:t>
      </w:r>
      <w:r>
        <w:t>jo hai yahan par maujood wo in logon ko pahuncha de jo yahan maujood nahi hain.</w:t>
      </w:r>
    </w:p>
    <w:p>
      <w:pPr>
        <w:jc w:val="right"/>
      </w:pPr>
      <w:r>
        <w:t>جو ہے یہاں پر موجود وہ ان لوگوں کو پہنچا دے جو یہاں موجود نہیں ہیں۔</w:t>
      </w:r>
    </w:p>
    <w:p>
      <w:r>
        <w:rPr>
          <w:b/>
        </w:rPr>
        <w:t xml:space="preserve">[55:48] </w:t>
      </w:r>
      <w:r>
        <w:t>falyuballigh al-shahid al-ghaib.</w:t>
      </w:r>
    </w:p>
    <w:p>
      <w:pPr>
        <w:jc w:val="right"/>
      </w:pPr>
      <w:r>
        <w:t>فلیبلغ الشاہد الغائب۔</w:t>
      </w:r>
    </w:p>
    <w:p>
      <w:r>
        <w:rPr>
          <w:b/>
        </w:rPr>
        <w:t xml:space="preserve">[55:52] </w:t>
      </w:r>
      <w:r>
        <w:t>tu aaj tak yeh awaz goya ke ek tareekh mein musalsal goonj rahi hai aur har ek tak</w:t>
      </w:r>
    </w:p>
    <w:p>
      <w:pPr>
        <w:jc w:val="right"/>
      </w:pPr>
      <w:r>
        <w:t>تو آج تک یہ آواز گویا کہ ایک تاریخ میں مسلسل گونج رہی ہے اور ہر ایک تک</w:t>
      </w:r>
    </w:p>
    <w:p>
      <w:r>
        <w:rPr>
          <w:b/>
        </w:rPr>
        <w:t xml:space="preserve">[55:56] </w:t>
      </w:r>
      <w:r>
        <w:t>is ko hamein pahunchana hai.</w:t>
      </w:r>
    </w:p>
    <w:p>
      <w:pPr>
        <w:jc w:val="right"/>
      </w:pPr>
      <w:r>
        <w:t>اس کو ہمیں پہنچانا ہے۔</w:t>
      </w:r>
    </w:p>
    <w:p>
      <w:r>
        <w:rPr>
          <w:b/>
        </w:rPr>
        <w:t xml:space="preserve">[56:01] </w:t>
      </w:r>
      <w:r>
        <w:t>is zamane ke logon ko to bohat zyada pahunchana hai.</w:t>
      </w:r>
    </w:p>
    <w:p>
      <w:pPr>
        <w:jc w:val="right"/>
      </w:pPr>
      <w:r>
        <w:t>اس زمانے کے لوگوں کو تو بہت زیادہ پہنچانا ہے۔</w:t>
      </w:r>
    </w:p>
    <w:p>
      <w:r>
        <w:rPr>
          <w:b/>
        </w:rPr>
        <w:t xml:space="preserve">[56:05] </w:t>
      </w:r>
      <w:r>
        <w:t>ke aap dekhen tahrish ko le kar ke aaj kitna khoon beh raha hai.</w:t>
      </w:r>
    </w:p>
    <w:p>
      <w:pPr>
        <w:jc w:val="right"/>
      </w:pPr>
      <w:r>
        <w:t>کہ آپ دیکھیں تحریش کو لے کر کے آج کتنا خون بہہ رہا ہے۔</w:t>
      </w:r>
    </w:p>
    <w:p>
      <w:r>
        <w:rPr>
          <w:b/>
        </w:rPr>
        <w:t xml:space="preserve">[56:09] </w:t>
      </w:r>
      <w:r>
        <w:t>kyun ke dekhen is ka matlab yeh hai ke is mein yeh cheez understood hai ke differences zaroor tumhare</w:t>
      </w:r>
    </w:p>
    <w:p>
      <w:pPr>
        <w:jc w:val="right"/>
      </w:pPr>
      <w:r>
        <w:t>کیونکہ دیکھیں اس کا مطلب یہ ہے کہ اس میں یہ چیز انڈرسٹڈ ہے کہ ڈیفرنسز ضرور تمہارے</w:t>
      </w:r>
    </w:p>
    <w:p>
      <w:r>
        <w:rPr>
          <w:b/>
        </w:rPr>
        <w:t xml:space="preserve">[56:14] </w:t>
      </w:r>
      <w:r>
        <w:t>andar aayenge.</w:t>
      </w:r>
    </w:p>
    <w:p>
      <w:pPr>
        <w:jc w:val="right"/>
      </w:pPr>
      <w:r>
        <w:t>اندر آئیں گے۔</w:t>
      </w:r>
    </w:p>
    <w:p>
      <w:r>
        <w:rPr>
          <w:b/>
        </w:rPr>
        <w:t xml:space="preserve">[56:18] </w:t>
      </w:r>
      <w:r>
        <w:t>differences kabhi khatam nahi honge.</w:t>
      </w:r>
    </w:p>
    <w:p>
      <w:pPr>
        <w:jc w:val="right"/>
      </w:pPr>
      <w:r>
        <w:t>ڈیفرنس کبھی ختم نہیں ہوں گے۔</w:t>
      </w:r>
    </w:p>
    <w:p>
      <w:r>
        <w:rPr>
          <w:b/>
        </w:rPr>
        <w:t xml:space="preserve">[56:22] </w:t>
      </w:r>
      <w:r>
        <w:t>to differences ko le kar ke tum khoon bahane lago yeh tumhare liye jaiz nahi hoga.</w:t>
      </w:r>
    </w:p>
    <w:p>
      <w:pPr>
        <w:jc w:val="right"/>
      </w:pPr>
      <w:r>
        <w:t>تو ڈیفرنس کو لے کر کے تم خون بہانے لگو یہ تمہارے لیے جائز نہیں ہوگا۔</w:t>
      </w:r>
    </w:p>
    <w:p>
      <w:r>
        <w:rPr>
          <w:b/>
        </w:rPr>
        <w:t xml:space="preserve">[56:26] </w:t>
      </w:r>
      <w:r>
        <w:t>tum ko differences ko avoid karna hai.</w:t>
      </w:r>
    </w:p>
    <w:p>
      <w:pPr>
        <w:jc w:val="right"/>
      </w:pPr>
      <w:r>
        <w:t>تم کو ڈیفرنس کو اوائڈ کرنا ہے۔</w:t>
      </w:r>
    </w:p>
    <w:p>
      <w:r>
        <w:rPr>
          <w:b/>
        </w:rPr>
        <w:t xml:space="preserve">[56:31] </w:t>
      </w:r>
      <w:r>
        <w:t>differences ko discuss, disc</w:t>
      </w:r>
    </w:p>
    <w:p>
      <w:pPr>
        <w:jc w:val="right"/>
      </w:pPr>
      <w:r>
        <w:t>ڈیفرنس کو ڈسکس، ڈسک</w:t>
      </w:r>
    </w:p>
    <w:p>
      <w:r>
        <w:rPr>
          <w:b/>
        </w:rPr>
        <w:t xml:space="preserve">[56:35] </w:t>
      </w:r>
      <w:r>
        <w:t>ussion karna hai.</w:t>
      </w:r>
    </w:p>
    <w:p>
      <w:pPr>
        <w:jc w:val="right"/>
      </w:pPr>
      <w:r>
        <w:t>شن کرنا ہے۔</w:t>
      </w:r>
    </w:p>
    <w:p>
      <w:r>
        <w:rPr>
          <w:b/>
        </w:rPr>
        <w:t xml:space="preserve">[56:40] </w:t>
      </w:r>
      <w:r>
        <w:t>difference hai to aap baat cheet kar ke is ko khatam karna hai.</w:t>
      </w:r>
    </w:p>
    <w:p>
      <w:pPr>
        <w:jc w:val="right"/>
      </w:pPr>
      <w:r>
        <w:t>ڈیفرنس ہے تو آپ بات چیت کر کے اس کو ختم کرنا ہے۔</w:t>
      </w:r>
    </w:p>
    <w:p>
      <w:r>
        <w:rPr>
          <w:b/>
        </w:rPr>
        <w:t xml:space="preserve">[56:45] </w:t>
      </w:r>
      <w:r>
        <w:t>peaceful tareeqe se tum ko differences ko dissolve karna hai.</w:t>
      </w:r>
    </w:p>
    <w:p>
      <w:pPr>
        <w:jc w:val="right"/>
      </w:pPr>
      <w:r>
        <w:t>پیس فل طریقے سے تم کو ڈیفرنسز کو ڈیزالو کرنا ہے۔</w:t>
      </w:r>
    </w:p>
    <w:p>
      <w:r>
        <w:rPr>
          <w:b/>
        </w:rPr>
        <w:t xml:space="preserve">[56:50] </w:t>
      </w:r>
      <w:r>
        <w:t>baqi yeh hai ke tum ladne lago differences ko le kar ke to yeh tumhare liye shaitani kaam hoga.</w:t>
      </w:r>
    </w:p>
    <w:p>
      <w:pPr>
        <w:jc w:val="right"/>
      </w:pPr>
      <w:r>
        <w:t>باقی یہ ہے کہ تم لڑنے لگو ڈیفرنس کو لے کر کے تو یہ تمہارے لیے شیطانی کام ہوگا۔</w:t>
      </w:r>
    </w:p>
    <w:p>
      <w:r>
        <w:rPr>
          <w:b/>
        </w:rPr>
        <w:t xml:space="preserve">[56:55] </w:t>
      </w:r>
      <w:r>
        <w:t>shaitani kaam hoga.</w:t>
      </w:r>
    </w:p>
    <w:p>
      <w:pPr>
        <w:jc w:val="right"/>
      </w:pPr>
      <w:r>
        <w:t>شیطانی کام ہوگا۔</w:t>
      </w:r>
    </w:p>
    <w:p>
      <w:r>
        <w:rPr>
          <w:b/>
        </w:rPr>
        <w:t xml:space="preserve">[57:00] </w:t>
      </w:r>
      <w:r>
        <w:t>yani haram kaam hoga.</w:t>
      </w:r>
    </w:p>
    <w:p>
      <w:pPr>
        <w:jc w:val="right"/>
      </w:pPr>
      <w:r>
        <w:t>یعنی حرام کام ہوگا۔</w:t>
      </w:r>
    </w:p>
    <w:p>
      <w:r>
        <w:rPr>
          <w:b/>
        </w:rPr>
        <w:t xml:space="preserve">[57:05] </w:t>
      </w:r>
      <w:r>
        <w:t>phir wahan juma ke din aap ne</w:t>
      </w:r>
    </w:p>
    <w:p>
      <w:pPr>
        <w:jc w:val="right"/>
      </w:pPr>
      <w:r>
        <w:t>پھر وہاں جمعہ کے دن آپ نے</w:t>
      </w:r>
    </w:p>
    <w:p>
      <w:r>
        <w:rPr>
          <w:b/>
        </w:rPr>
        <w:t xml:space="preserve">[57:10] </w:t>
      </w:r>
      <w:r>
        <w:t>zuhr ki namaz padhi aur asr ki namaz padhi.</w:t>
      </w:r>
    </w:p>
    <w:p>
      <w:pPr>
        <w:jc w:val="right"/>
      </w:pPr>
      <w:r>
        <w:t>ظہر کی نماز پڑھی اور عصر کی نماز پڑھی۔</w:t>
      </w:r>
    </w:p>
    <w:p>
      <w:r>
        <w:rPr>
          <w:b/>
        </w:rPr>
        <w:t xml:space="preserve">[57:16] </w:t>
      </w:r>
      <w:r>
        <w:t>is ke baad aap gharoob tak thehre dua karte hue aur gharoob ke baad aap wahan se rawana</w:t>
      </w:r>
    </w:p>
    <w:p>
      <w:pPr>
        <w:jc w:val="right"/>
      </w:pPr>
      <w:r>
        <w:t>اس کے بعد آپ غروب تک ٹھہرے دعا کرتے ہوئے اور غروب کے بعد آپ وہاں سے روانہ</w:t>
      </w:r>
    </w:p>
    <w:p>
      <w:r>
        <w:rPr>
          <w:b/>
        </w:rPr>
        <w:t xml:space="preserve">[57:22] </w:t>
      </w:r>
      <w:r>
        <w:t>hue aage ke liye.</w:t>
      </w:r>
    </w:p>
    <w:p>
      <w:pPr>
        <w:jc w:val="right"/>
      </w:pPr>
      <w:r>
        <w:t>ہوئے آگے کے لیے۔</w:t>
      </w:r>
    </w:p>
    <w:p>
      <w:r>
        <w:rPr>
          <w:b/>
        </w:rPr>
        <w:t xml:space="preserve">[57:28] </w:t>
      </w:r>
      <w:r>
        <w:t>yehin par aap se ek sawal kiya gaya tha to aap ne farmaya tha ke al hajj arafa.</w:t>
      </w:r>
    </w:p>
    <w:p>
      <w:pPr>
        <w:jc w:val="right"/>
      </w:pPr>
      <w:r>
        <w:t>یہیں پر آپ سے ایک سوال کیا گیا تھا تو آپ نے فرمایا تھا کہ الحج عرفہ۔</w:t>
      </w:r>
    </w:p>
    <w:p>
      <w:r>
        <w:rPr>
          <w:b/>
        </w:rPr>
        <w:t xml:space="preserve">[57:34] </w:t>
      </w:r>
      <w:r>
        <w:t>yani arafa ke maidan mein jo aa kar ke theher gaya hajj ke</w:t>
      </w:r>
    </w:p>
    <w:p>
      <w:pPr>
        <w:jc w:val="right"/>
      </w:pPr>
      <w:r>
        <w:t>یعنی عرفہ کے میدان میں جو آ کر کے ٹھہر گیا حج کے</w:t>
      </w:r>
    </w:p>
    <w:p>
      <w:r>
        <w:rPr>
          <w:b/>
        </w:rPr>
        <w:t xml:space="preserve">[57:41] </w:t>
      </w:r>
      <w:r>
        <w:t>dinon mein to woh is ka hajj poora ho gaya. yani hajj ka sab se ahem hissa jo arafa hai. kyunke wahan saare log ikhatta hote hain bilkul maidan hajj ka manzar hota hai. arafa ka maidan aap ko hajj ke maidan ka scene dikhata hai. saare log ikhatta hain. aur Khuda ke samne isi tarah saare log ikhatta honge. to gharoob aftab tak aap wahan rahe phir wahan se muzdalifa ke liye rawana hue. jab aap muzdalifa ke liye rawana hue to log bohat tez tez chal rahe</w:t>
      </w:r>
    </w:p>
    <w:p>
      <w:pPr>
        <w:jc w:val="right"/>
      </w:pPr>
      <w:r>
        <w:t>دنوں میں تو وہ اس کا حج پورا ہو گیا۔ یعنی حج کا سب سے اہم حصہ جو عرفہ ہے۔ کیونکہ وہاں سارے لوگ اکٹھا ہوتے ہیں بالکل میدان حج کا منظر ہوتا ہے۔ عرفہ کا میدان آپ کو حج کے میدان کا سین دکھاتا ہے۔ سارے لوگ اکٹھا ہیں۔ اور خدا کے سامنے اسی طرح سارے لوگ اکٹھا ہوں گے۔ تو غروب آفتاب تک آپ وہاں رہے پھر وہاں سے مزدلفہ کے لیے روانہ ہوئے۔ جب آپ مزدلفہ کے لیے روانہ ہوئے تو لوگ بہت تیز تیز چل رہ</w:t>
      </w:r>
    </w:p>
    <w:p>
      <w:r>
        <w:rPr>
          <w:b/>
        </w:rPr>
        <w:t xml:space="preserve">[58:11] </w:t>
      </w:r>
      <w:r>
        <w:t>the. aap ne farmaya ke istakeenu ayuh al nas. aye logon aahista chalo. jaldi chalna koi acha kaam nahi hai. jaldi chalna koi acha kaam nahi hai. is tarah se aap ne hajj ada farmaya. aur bhi hajj ke kuch marasim aap ne ada farmaye woh mein kisi aur majlis mein bayan karunga. aaj itna arz kiya hai maine. yeh tha ras</w:t>
      </w:r>
    </w:p>
    <w:p>
      <w:pPr>
        <w:jc w:val="right"/>
      </w:pPr>
      <w:r>
        <w:t>ے تھے۔ آپ نے فرمایا کہ استقین ایہا الناس۔ اے لوگوں آہستہ چلو۔ جلدی چلنا کوئی اچھا کام نہیں ہے۔ جلدی چلنا کوئی اچھا کام نہیں ہے۔ اس طرح سے آپ نے حج ادا فرمایا۔ اور بھی حج کے کچھ مراسم آپ نے ادا فرمائے وہ میں کسی اور مجلس میں بیان کروں گا۔ آج اتنا عرض کیا ہے میں نے۔ یہ تھا رس</w:t>
      </w:r>
    </w:p>
    <w:p>
      <w:r>
        <w:rPr>
          <w:b/>
        </w:rPr>
        <w:t xml:space="preserve">[58:41] </w:t>
      </w:r>
      <w:r>
        <w:t>ool Allah sal Allah alih wasallam ka hajj. aqool qawli haza wa astaghfirullaha li wa lakum ajmaeen.</w:t>
      </w:r>
    </w:p>
    <w:p>
      <w:pPr>
        <w:jc w:val="right"/>
      </w:pPr>
      <w:r>
        <w:t>ول اللہ صلی اللہ علیہ وسلم کا حج۔ اقول قولیھذا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