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Case of Present Day Muslims February 14, 2010</w:t>
      </w:r>
    </w:p>
    <w:p>
      <w:r>
        <w:t>https://youtu.be/OspAyZSFN6I</w:t>
      </w:r>
    </w:p>
    <w:p>
      <w:r>
        <w:rPr>
          <w:b/>
        </w:rPr>
        <w:t xml:space="preserve">[00:14] </w:t>
      </w:r>
      <w:r>
        <w:t>bismillah hir rahman nir rahim, wasalli allah ala 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[00:36] </w:t>
      </w:r>
      <w:r>
        <w:t>aaj ka topic hai:</w:t>
      </w:r>
    </w:p>
    <w:p>
      <w:pPr>
        <w:jc w:val="right"/>
      </w:pPr>
      <w:r>
        <w:t>آج کا ٹاپک ہے:</w:t>
      </w:r>
    </w:p>
    <w:p>
      <w:r>
        <w:rPr>
          <w:b/>
        </w:rPr>
        <w:t xml:space="preserve">[00:42] </w:t>
      </w:r>
      <w:r>
        <w:t>"da case of present muslims". maujooda zamanay ke musalmanon ka case.</w:t>
      </w:r>
    </w:p>
    <w:p>
      <w:pPr>
        <w:jc w:val="right"/>
      </w:pPr>
      <w:r>
        <w:t>"دا کیس آف پریزنٹ مسلمز"۔ موجودہ زمانے کے مسلمانوں کا کیس۔</w:t>
      </w:r>
    </w:p>
    <w:p>
      <w:r>
        <w:rPr>
          <w:b/>
        </w:rPr>
        <w:t xml:space="preserve">[00:52] </w:t>
      </w:r>
      <w:r>
        <w:t>yeh sari dunya mein ek sawal hai jo sab log ek mind, jis ko kehtay hain mind baffling sawal, ke musalman kya hain.</w:t>
      </w:r>
    </w:p>
    <w:p>
      <w:pPr>
        <w:jc w:val="right"/>
      </w:pPr>
      <w:r>
        <w:t>یہ ساری دنیا میں ایک سوال ہے جو سب لوگ ایک مائنڈ، جس کو کہتے ہیں مائنڈ باگلنگ سوال، کہ مسلمان کیا ہیں۔</w:t>
      </w:r>
    </w:p>
    <w:p>
      <w:r>
        <w:rPr>
          <w:b/>
        </w:rPr>
        <w:t xml:space="preserve">[01:12] </w:t>
      </w:r>
      <w:r>
        <w:t>yeh theme mere zehn mein aaj hi ke paper ko dekh kar aayi.</w:t>
      </w:r>
    </w:p>
    <w:p>
      <w:pPr>
        <w:jc w:val="right"/>
      </w:pPr>
      <w:r>
        <w:t>یہ تھیم میرے ذہن میں آج ہی کے پیپر کو دیکھ کر آئی۔</w:t>
      </w:r>
    </w:p>
    <w:p>
      <w:r>
        <w:rPr>
          <w:b/>
        </w:rPr>
        <w:t xml:space="preserve">[01:17] </w:t>
      </w:r>
      <w:r>
        <w:t>aaj ke paper mein ek news hai, norway ki.</w:t>
      </w:r>
    </w:p>
    <w:p>
      <w:pPr>
        <w:jc w:val="right"/>
      </w:pPr>
      <w:r>
        <w:t>آج کے پیپر میں ایک نیوز ہے، ناروے کی۔</w:t>
      </w:r>
    </w:p>
    <w:p>
      <w:r>
        <w:rPr>
          <w:b/>
        </w:rPr>
        <w:t xml:space="preserve">[01:25] </w:t>
      </w:r>
      <w:r>
        <w:t>norway ek peaceful country hai, wahan se logon ko east nobel prize diya jata hai. to aaj ke paper mein yeh hai ke musalmanon ne wahan ki jo rajdhani hai, oslo,</w:t>
      </w:r>
    </w:p>
    <w:p>
      <w:pPr>
        <w:jc w:val="right"/>
      </w:pPr>
      <w:r>
        <w:t>ناروے ایک پیس فل کنٹری ہے، وہاں سے لوگوں کو ایسٹ کارنوبل پرائز دیا جاتا ہے۔ تو آج کے پیپر میں یہ ہے کہ مسلمانوں نے وہاں کی جو راجدھانی ہے، اوسلو،</w:t>
      </w:r>
    </w:p>
    <w:p>
      <w:r>
        <w:rPr>
          <w:b/>
        </w:rPr>
        <w:t xml:space="preserve">[01:41] </w:t>
      </w:r>
      <w:r>
        <w:t>wahan ki sarkon par bohat zabardast demonstration kiya.</w:t>
      </w:r>
    </w:p>
    <w:p>
      <w:pPr>
        <w:jc w:val="right"/>
      </w:pPr>
      <w:r>
        <w:t>وہاں کی سڑکوں پر بہت زبردست ڈیمونسٹریشن کیا۔</w:t>
      </w:r>
    </w:p>
    <w:p>
      <w:r>
        <w:rPr>
          <w:b/>
        </w:rPr>
        <w:t xml:space="preserve">[01:45] </w:t>
      </w:r>
      <w:r>
        <w:t>kyun? norway ke ek paper mein ek cartoon chhap gaya tha rasool allah ke khilaf.</w:t>
      </w:r>
    </w:p>
    <w:p>
      <w:pPr>
        <w:jc w:val="right"/>
      </w:pPr>
      <w:r>
        <w:t>کیوں؟ ناروے کے ایک پیپر میں ایک کارٹون چھپ گیا تھا رسول اللہ کے خلاف۔</w:t>
      </w:r>
    </w:p>
    <w:p>
      <w:r>
        <w:rPr>
          <w:b/>
        </w:rPr>
        <w:t xml:space="preserve">[01:54] </w:t>
      </w:r>
      <w:r>
        <w:t>khilaf ke hamaray musalmanon ko nazar aaye ke woh khilaf hai. cartoon to ek light item hota hai kisi paper ka. cartoon ka koi negative aspect nahi hota, un ka positive aspect hota hai.</w:t>
      </w:r>
    </w:p>
    <w:p>
      <w:pPr>
        <w:jc w:val="right"/>
      </w:pPr>
      <w:r>
        <w:t>خلاف کہ ہمارے مسلمانوں کو نظر آئے کہ وہ خلاف ہے۔ کارٹون تو ایک لائٹ آئٹم ہوتا ہے کسی پیپر کا۔ کارٹون کا کوئی نیگیٹیو ایسپیکٹ نہیں ہوتا، ان کا پازیٹیو ایسپیکٹ ہوتا ہے۔</w:t>
      </w:r>
    </w:p>
    <w:p>
      <w:r>
        <w:rPr>
          <w:b/>
        </w:rPr>
        <w:t xml:space="preserve">[02:08] </w:t>
      </w:r>
      <w:r>
        <w:t>na koi plus point hai, na negative point.</w:t>
      </w:r>
    </w:p>
    <w:p>
      <w:pPr>
        <w:jc w:val="right"/>
      </w:pPr>
      <w:r>
        <w:t>نہ کوئی پلس پوائنٹ ہے، نہ نیگیٹیو پوائنٹ۔</w:t>
      </w:r>
    </w:p>
    <w:p>
      <w:r>
        <w:rPr>
          <w:b/>
        </w:rPr>
        <w:t xml:space="preserve">[02:12] </w:t>
      </w:r>
      <w:r>
        <w:t>bas woh ek lighter item hai papers ka, parh kar ke hans dena. lekin musalmanon ne is ko seriously le liya, aur wahan par bara demonstration hua norway mein.</w:t>
      </w:r>
    </w:p>
    <w:p>
      <w:pPr>
        <w:jc w:val="right"/>
      </w:pPr>
      <w:r>
        <w:t>بس وہ ایک لائٹر آئٹم ہے پیپرز کا، پڑھ کر کے ہنس دینا۔ لیکن مسلمانوں نے اس کو سیریسلی لے لیا، اور وہاں پر بڑا ڈیمونسٹریشن ہوا ناروے میں۔</w:t>
      </w:r>
    </w:p>
    <w:p>
      <w:r>
        <w:rPr>
          <w:b/>
        </w:rPr>
        <w:t xml:space="preserve">[02:24] </w:t>
      </w:r>
      <w:r>
        <w:t>to aaj ke news paper mein yeh khabar aap dekhen gay. to kisi ne mujh se poocha ke aakhir yeh kya baat hai?</w:t>
      </w:r>
    </w:p>
    <w:p>
      <w:pPr>
        <w:jc w:val="right"/>
      </w:pPr>
      <w:r>
        <w:t>تو آج کے نیوز پیپر میں یہ خبر آپ دیکھیں گے۔ تو کسی نے مجھ سے پوچھا کہ آخر یہ کیا بات ہے؟</w:t>
      </w:r>
    </w:p>
    <w:p>
      <w:r>
        <w:rPr>
          <w:b/>
        </w:rPr>
        <w:t xml:space="preserve">[02:40] </w:t>
      </w:r>
      <w:r>
        <w:t>kyun musalman highly inflammable ho gaye hain?</w:t>
      </w:r>
    </w:p>
    <w:p>
      <w:pPr>
        <w:jc w:val="right"/>
      </w:pPr>
      <w:r>
        <w:t>کیوں مسلمان ہائیلی انفلیمیبل ہو گئے ہیں؟</w:t>
      </w:r>
    </w:p>
    <w:p>
      <w:r>
        <w:rPr>
          <w:b/>
        </w:rPr>
        <w:t xml:space="preserve">[02:47] </w:t>
      </w:r>
      <w:r>
        <w:t>yeh kya baat hai? yeh musalmanon ka jo image ban gayi hai ke woh highly inflammable community hain, jaldi se bhark janay walay.</w:t>
      </w:r>
    </w:p>
    <w:p>
      <w:pPr>
        <w:jc w:val="right"/>
      </w:pPr>
      <w:r>
        <w:t>یہ کیا بات ہے؟ یہ مسلمانوں کا جو امیج بن گئی ہے کہ وہ ہائیلی انفلیمیبل کمیونٹی ہیں، جلدی سے بھڑک جانے والے۔</w:t>
      </w:r>
    </w:p>
    <w:p>
      <w:r>
        <w:rPr>
          <w:b/>
        </w:rPr>
        <w:t xml:space="preserve">[02:59] </w:t>
      </w:r>
      <w:r>
        <w:t>jaise petrol jo hota hai, to us ko kehtay hain highly inflammable item, jaldi se bhark janay wala.</w:t>
      </w:r>
    </w:p>
    <w:p>
      <w:pPr>
        <w:jc w:val="right"/>
      </w:pPr>
      <w:r>
        <w:t>جیسے پیٹرول جو ہوتا ہے، تو اس کو کہتے ہیں ہائیلی انفلیمیبل آئٹم، جلدی سے بھڑک جانے والا۔</w:t>
      </w:r>
    </w:p>
    <w:p>
      <w:r>
        <w:rPr>
          <w:b/>
        </w:rPr>
        <w:t xml:space="preserve">[03:07] </w:t>
      </w:r>
      <w:r>
        <w:t>to musalman aise kyun ho gaye hain ke ek aadmi jis ko switch dekh kar hans de aur aage barh jaye, us par bhark uthte hain aur phir demonstration karte hain, yahan tak ke jalate phoonkte hain?</w:t>
      </w:r>
    </w:p>
    <w:p>
      <w:pPr>
        <w:jc w:val="right"/>
      </w:pPr>
      <w:r>
        <w:t>تو مسلمان ایسے کیوں ہو گئے ہیں کہ ایک آدمی جس کو سوئچ دیکھ کر ہنس دے اور آگے بڑھ جائے، اس پر بھڑک اٹھتے ہیں اور پھر ڈیمونسٹریشن کرتے ہیں، یہاں تک کہ جلاتے پھونکتے ہیں؟</w:t>
      </w:r>
    </w:p>
    <w:p>
      <w:r>
        <w:rPr>
          <w:b/>
        </w:rPr>
        <w:t xml:space="preserve">[03:24] </w:t>
      </w:r>
      <w:r>
        <w:t>to why they are so inflammable? itna bharkili qaum kyun ban gaye hain woh?</w:t>
      </w:r>
    </w:p>
    <w:p>
      <w:pPr>
        <w:jc w:val="right"/>
      </w:pPr>
      <w:r>
        <w:t>تو وائی دے آر سو انفلیمیبل؟ اتنا بھڑکیلی قوم کیوں بن گئے ہیں وہ؟</w:t>
      </w:r>
    </w:p>
    <w:p>
      <w:r>
        <w:rPr>
          <w:b/>
        </w:rPr>
        <w:t xml:space="preserve">[03:34] </w:t>
      </w:r>
      <w:r>
        <w:t>yeh sawal sari dunya ke musalmanon ko sata raha hai.</w:t>
      </w:r>
    </w:p>
    <w:p>
      <w:pPr>
        <w:jc w:val="right"/>
      </w:pPr>
      <w:r>
        <w:t>یہ سوال ساری دنیا کے مسلمانوں کو ستا رہا ہے۔</w:t>
      </w:r>
    </w:p>
    <w:p>
      <w:r>
        <w:rPr>
          <w:b/>
        </w:rPr>
        <w:t xml:space="preserve">[03:42] </w:t>
      </w:r>
      <w:r>
        <w:t>log samajhte hain ke musalman aise hi hote hain.</w:t>
      </w:r>
    </w:p>
    <w:p>
      <w:pPr>
        <w:jc w:val="right"/>
      </w:pPr>
      <w:r>
        <w:t>لوگ سمجھتے ہیں کہ مسلمان ایسے ہی ہوتے ہیں۔</w:t>
      </w:r>
    </w:p>
    <w:p>
      <w:r>
        <w:rPr>
          <w:b/>
        </w:rPr>
        <w:t xml:space="preserve">[03:50] </w:t>
      </w:r>
      <w:r>
        <w:t>sab se bari misunderstanding yeh hai ke samajhte hain ke musalman aise hi hote hain. dekhen, musalman kaise hote hain? to model kya hai? model yeh hai early period.</w:t>
      </w:r>
    </w:p>
    <w:p>
      <w:pPr>
        <w:jc w:val="right"/>
      </w:pPr>
      <w:r>
        <w:t>سب سے بڑی مس انڈرسٹینڈنگ یہ ہے کہ سمجھتے ہیں کہ مسلمان ایسے ہی ہوتے ہیں۔ دیکھیں، مسلمان کیسے ہوتے ہیں؟ تو ماڈل کیا ہے؟ ماڈل یہ ہے ارلی پیریڈ۔</w:t>
      </w:r>
    </w:p>
    <w:p>
      <w:r>
        <w:rPr>
          <w:b/>
        </w:rPr>
        <w:t xml:space="preserve">[04:02] </w:t>
      </w:r>
      <w:r>
        <w:t>rasool Allah ka aur sahaba ka jo zamana tha, that is model. hamesha ke liye model jo hai rasool Allah ka zamana hai.</w:t>
      </w:r>
    </w:p>
    <w:p>
      <w:pPr>
        <w:jc w:val="right"/>
      </w:pPr>
      <w:r>
        <w:t>رسول اللہ کا اور صحابہ کا جو زمانہ تھا، دیٹ از ماڈل۔ ہمیشہ کے لیے ماڈل جو ہے رسول اللہ کا زمانہ ہے۔</w:t>
      </w:r>
    </w:p>
    <w:p>
      <w:r>
        <w:rPr>
          <w:b/>
        </w:rPr>
        <w:t xml:space="preserve">[04:12] </w:t>
      </w:r>
      <w:r>
        <w:t>to aap wahan se napiye. agar woh log bhi aise hi the, tab samjhiye ke aise hi musalman hote hain. nahin to aap yeh kahein ke aaj ke musalman aise ho gaye hain.</w:t>
      </w:r>
    </w:p>
    <w:p>
      <w:pPr>
        <w:jc w:val="right"/>
      </w:pPr>
      <w:r>
        <w:t>تو آپ وہاں سے ناپیے۔ اگر وہ لوگ بھی ایسے ہی تھے، تب سمجھیے کہ ایسے ہی مسلمان ہوتے ہیں۔ نہیں تو آپ یہ کہیں کہ آج کے مسلمان ایسے ہو گئے ہیں۔</w:t>
      </w:r>
    </w:p>
    <w:p>
      <w:r>
        <w:rPr>
          <w:b/>
        </w:rPr>
        <w:t xml:space="preserve">[04:26] </w:t>
      </w:r>
      <w:r>
        <w:t>yeh mat kahein ke aise musalman aise hote hain.</w:t>
      </w:r>
    </w:p>
    <w:p>
      <w:pPr>
        <w:jc w:val="right"/>
      </w:pPr>
      <w:r>
        <w:t>یہ مت کہیں کہ ایسے مسلمان ایسے ہوتے ہیں۔</w:t>
      </w:r>
    </w:p>
    <w:p>
      <w:r>
        <w:rPr>
          <w:b/>
        </w:rPr>
        <w:t xml:space="preserve">[04:29] </w:t>
      </w:r>
      <w:r>
        <w:t>in mein difference hai. in mein difference hai. abhi kya log samajhte hain ke musalman to aise hote hain ke bhark jayein?</w:t>
      </w:r>
    </w:p>
    <w:p>
      <w:pPr>
        <w:jc w:val="right"/>
      </w:pPr>
      <w:r>
        <w:t>ان میں ڈفرنس ہے۔ ان میں ڈفرنس ہے۔ ابھی کیا لوگ سمجھتے ہیں کہ مسلمان تو ایسے ہوتے ہیں کہ بھڑک جائیں؟</w:t>
      </w:r>
    </w:p>
    <w:p>
      <w:r>
        <w:rPr>
          <w:b/>
        </w:rPr>
        <w:t xml:space="preserve">[04:40] </w:t>
      </w:r>
      <w:r>
        <w:t>nahin, yeh na kahiye. kahiye ke musalman aise ho gaye hain. kyun? rasool Allah ke zamane mein is se bhi bade bade waqiat hue.</w:t>
      </w:r>
    </w:p>
    <w:p>
      <w:pPr>
        <w:jc w:val="right"/>
      </w:pPr>
      <w:r>
        <w:t>نہیں، یہ نہ کہیے۔ کہیے کہ مسلمان ایسے ہو گئے ہیں۔ کیوں؟ رسول اللہ کے زمانے میں اس سے بھی بڑے بڑے واقعات ہوئے۔</w:t>
      </w:r>
    </w:p>
    <w:p>
      <w:r>
        <w:rPr>
          <w:b/>
        </w:rPr>
        <w:t xml:space="preserve">[04:49] </w:t>
      </w:r>
      <w:r>
        <w:t>koi bharka nahin? koi nahin bharka? jaise main batata hoon aap ko, yeh aaj surah kauthar mein hai.</w:t>
      </w:r>
    </w:p>
    <w:p>
      <w:pPr>
        <w:jc w:val="right"/>
      </w:pPr>
      <w:r>
        <w:t>کوئی بھڑکا نہیں؟ کوئی نہیں بھڑکا؟ جیسے میں بتاتا ہوں آپ کو، یہ آج سورۃ کوثر میں ہے۔</w:t>
      </w:r>
    </w:p>
    <w:p>
      <w:r>
        <w:rPr>
          <w:b/>
        </w:rPr>
        <w:t xml:space="preserve">[04:57] </w:t>
      </w:r>
      <w:r>
        <w:t>inna atanaka al kauthar fasalli rabbika wanhar inna shaniaka huwal abtar yeh hai surah kauthar. to yeh is ko aap padhiye ke is ka shan e nuzool, is ayat ka.</w:t>
      </w:r>
    </w:p>
    <w:p>
      <w:pPr>
        <w:jc w:val="right"/>
      </w:pPr>
      <w:r>
        <w:t>إنا آتناك الكوثر فصل لربك ونهر إن شانك هو الأبطر یہ ہے سورۃ کوثر۔ تو یہ اس کو آپ پڑھیے کہ اس کا شان نزول، اس آیت کا۔</w:t>
      </w:r>
    </w:p>
    <w:p>
      <w:r>
        <w:rPr>
          <w:b/>
        </w:rPr>
        <w:t xml:space="preserve">[05:13] </w:t>
      </w:r>
      <w:r>
        <w:t>to qissa yeh tha ke rasool Allah ke yahan ek achha, koi nayi nayi aulad nahin thi, rasool Allah ke bete nahin the.</w:t>
      </w:r>
    </w:p>
    <w:p>
      <w:pPr>
        <w:jc w:val="right"/>
      </w:pPr>
      <w:r>
        <w:t>تو قصہ یہ تھا کہ رسول اللہ کے یہاں ایک اچھا، کوئی نئی نئی اولاد نہیں تھی، رسول اللہ کے بیٹے نہیں تھے۔</w:t>
      </w:r>
    </w:p>
    <w:p>
      <w:r>
        <w:rPr>
          <w:b/>
        </w:rPr>
        <w:t xml:space="preserve">[05:22] </w:t>
      </w:r>
      <w:r>
        <w:t>ek beta paida hua to mar gaye woh.</w:t>
      </w:r>
    </w:p>
    <w:p>
      <w:pPr>
        <w:jc w:val="right"/>
      </w:pPr>
      <w:r>
        <w:t>ایک بیٹا پیدا ہوا تو مر گئے وہ۔</w:t>
      </w:r>
    </w:p>
    <w:p>
      <w:r>
        <w:rPr>
          <w:b/>
        </w:rPr>
        <w:t xml:space="preserve">[05:25] </w:t>
      </w:r>
      <w:r>
        <w:t>kaha jata hai ke aur bhi koi paida hua tha beta, lekin ek to pata hai ke Ibrahim the, mar gaye woh dhai saal ki umar mein. to woh kehte the ke Muhammad to abtar hain,</w:t>
      </w:r>
    </w:p>
    <w:p>
      <w:pPr>
        <w:jc w:val="right"/>
      </w:pPr>
      <w:r>
        <w:t>کہا جاتا ہے کہ اور بھی کوئی پیدا ہوا تھا بیٹا، لیکن ایک تو پتہ ہے کہ ابراہیم تھے، مر گئے وہ ڈھائی سال کی عمر میں۔ تو وہ کہتے تھے کہ محمد تو ابتر ہیں،</w:t>
      </w:r>
    </w:p>
    <w:p>
      <w:r>
        <w:rPr>
          <w:b/>
        </w:rPr>
        <w:t xml:space="preserve">[05:40] </w:t>
      </w:r>
      <w:r>
        <w:t>but Muhammad. abtar ke maani hote hain ke las. lekin istilaha mein is ka mafhoom hota hai ke be aulad.</w:t>
      </w:r>
    </w:p>
    <w:p>
      <w:pPr>
        <w:jc w:val="right"/>
      </w:pPr>
      <w:r>
        <w:t>بت محمد۔ ابتر کے معنی ہوتے ہیں کہ لس۔ لیکن اصطلاح میں اس کا مفہوم ہوتا ہے کہ بے اولاد۔</w:t>
      </w:r>
    </w:p>
    <w:p>
      <w:r>
        <w:rPr>
          <w:b/>
        </w:rPr>
        <w:t xml:space="preserve">[05:51] </w:t>
      </w:r>
      <w:r>
        <w:t>kyun ke pehle zamane mein yeh samjha jata tha ke aulad hai to aadmi ka charcha hoga, aulad hai to aadmi ki success banegi.</w:t>
      </w:r>
    </w:p>
    <w:p>
      <w:pPr>
        <w:jc w:val="right"/>
      </w:pPr>
      <w:r>
        <w:t>کیونکہ پہلے زمانے میں یہ سمجھا جاتا تھا کہ اولاد ہے تو آدمی کا چرچہ ہوگا، اولاد ہے تو آدمی کی سکسر بنے گی۔</w:t>
      </w:r>
    </w:p>
    <w:p>
      <w:r>
        <w:rPr>
          <w:b/>
        </w:rPr>
        <w:t xml:space="preserve">[06:03] </w:t>
      </w:r>
      <w:r>
        <w:t>to aulad nahin to goya aadmi khatam ho gaya, dum is ki dum kat gayi. to woh kehte the chunke rasool Allah ki aulad nahin hai, yani koi beta nahin hai,</w:t>
      </w:r>
    </w:p>
    <w:p>
      <w:pPr>
        <w:jc w:val="right"/>
      </w:pPr>
      <w:r>
        <w:t>تو اولاد نہیں تو گویا آدمی ختم ہو گیا، دم اس کی دم کٹ گئی۔ تو وہ کہتے تھے چونکہ رسول اللہ کی اولاد نہیں ہے، یعنی کوئی بیٹا نہیں ہے،</w:t>
      </w:r>
    </w:p>
    <w:p>
      <w:r>
        <w:rPr>
          <w:b/>
        </w:rPr>
        <w:t xml:space="preserve">[06:17] </w:t>
      </w:r>
      <w:r>
        <w:t>yeh to abtar hain, in ka kya hai?</w:t>
      </w:r>
    </w:p>
    <w:p>
      <w:pPr>
        <w:jc w:val="right"/>
      </w:pPr>
      <w:r>
        <w:t>یہ تو ابتر ہیں، ان کا کیا ہے؟</w:t>
      </w:r>
    </w:p>
    <w:p>
      <w:r>
        <w:rPr>
          <w:b/>
        </w:rPr>
        <w:t xml:space="preserve">[06:22] </w:t>
      </w:r>
      <w:r>
        <w:t>to itni bari baat kehte the ke Muhammad abtar hain. koi bharka nahin? wahan to koi nahin bharka.</w:t>
      </w:r>
    </w:p>
    <w:p>
      <w:pPr>
        <w:jc w:val="right"/>
      </w:pPr>
      <w:r>
        <w:t>تو اتنی بڑی بات کہتے تھے کہ محمد ابتر ہیں۔ کوئی بھڑکا نہیں؟ وہاں تو کوئی نہیں بھڑکا۔</w:t>
      </w:r>
    </w:p>
    <w:p>
      <w:r>
        <w:rPr>
          <w:b/>
        </w:rPr>
        <w:t xml:space="preserve">[06:32] </w:t>
      </w:r>
      <w:r>
        <w:t>aisi kaise? kalinnaka al majnoon aye Muhammad, tum to deewane ho. koi bharka nahin? koi bhi nahin bharka.</w:t>
      </w:r>
    </w:p>
    <w:p>
      <w:pPr>
        <w:jc w:val="right"/>
      </w:pPr>
      <w:r>
        <w:t>ایسی کیسے؟ کلنک المجنون اے محمد، تم تو دیوانے ہو۔ کوئی بھڑکا نہیں؟ کوئی بھی نہیں بھڑکا۔</w:t>
      </w:r>
    </w:p>
    <w:p>
      <w:r>
        <w:rPr>
          <w:b/>
        </w:rPr>
        <w:t xml:space="preserve">[06:43] </w:t>
      </w:r>
      <w:r>
        <w:t>aise hi woh kehte the ke mudh'am. yeh mudh'am hai, Muhammad jo hain mudh</w:t>
      </w:r>
    </w:p>
    <w:p>
      <w:pPr>
        <w:jc w:val="right"/>
      </w:pPr>
      <w:r>
        <w:t>ایسے ہی وہ کہتے تھے کہ مذمم۔ یہ مذمم ہے، محمد جو ہیں مذ</w:t>
      </w:r>
    </w:p>
    <w:p>
      <w:r>
        <w:rPr>
          <w:b/>
        </w:rPr>
        <w:t xml:space="preserve">[06:50] </w:t>
      </w:r>
      <w:r>
        <w:t>mam hain. mudh'am matlab condemned. is qabil hain ke condemn kiya jaye in ko. condemnable. to be name ko bharka?</w:t>
      </w:r>
    </w:p>
    <w:p>
      <w:pPr>
        <w:jc w:val="right"/>
      </w:pPr>
      <w:r>
        <w:t>مم ہیں۔ مذمم مطلب کنڈیمڈ۔ اس قابل ہیں کہ کنڈیم کیا جائے ان کو۔ کنڈیم نیبل۔ تو بے نیم کو بھڑکا؟</w:t>
      </w:r>
    </w:p>
    <w:p>
      <w:r>
        <w:rPr>
          <w:b/>
        </w:rPr>
        <w:t xml:space="preserve">[07:00] </w:t>
      </w:r>
      <w:r>
        <w:t>woh kehte the ke yeh jo aap kehte hain, wahi waghera, yeh wahi waghera kuch nahin hai, kuch kuch hain, in ko sikha dete hain, is ko ja ke dohrate hain yeh.</w:t>
      </w:r>
    </w:p>
    <w:p>
      <w:pPr>
        <w:jc w:val="right"/>
      </w:pPr>
      <w:r>
        <w:t>وہ کہتے تھے کہ یہ جو آپ کہتے ہیں، وحی وغیرہ، یہ وحی وغیرہ کچھ نہیں ہے، کچھ کچھ ہیں، ان کو سکھا دیتے ہیں، اس کو جا کے دہراتے ہیں یہ۔</w:t>
      </w:r>
    </w:p>
    <w:p>
      <w:r>
        <w:rPr>
          <w:b/>
        </w:rPr>
        <w:t xml:space="preserve">[07:10] </w:t>
      </w:r>
      <w:r>
        <w:t>aisi aisi badi badi baatein kehte the. koi bharka nahin? na rasool Allah bharke, na sahaba bharke.</w:t>
      </w:r>
    </w:p>
    <w:p>
      <w:pPr>
        <w:jc w:val="right"/>
      </w:pPr>
      <w:r>
        <w:t>ایسی ایسی بڑی بڑی باتیں کہتے تھے۔ کوئی بھڑکا نہیں؟ نہ رسول اللہ بھڑکے، نہ صحابہ بھڑکے۔</w:t>
      </w:r>
    </w:p>
    <w:p>
      <w:r>
        <w:rPr>
          <w:b/>
        </w:rPr>
        <w:t xml:space="preserve">[07:19] </w:t>
      </w:r>
      <w:r>
        <w:t>balkay unhon nay kiya kiya? is ko, is ka unhon nay rational way mein jawab diya.</w:t>
      </w:r>
    </w:p>
    <w:p>
      <w:pPr>
        <w:jc w:val="right"/>
      </w:pPr>
      <w:r>
        <w:t>بلکہ انہوں نے کیا کیا؟ اس کو، اس کا انہوں نے ریشنل وے میں جواب دیا۔</w:t>
      </w:r>
    </w:p>
    <w:p>
      <w:r>
        <w:rPr>
          <w:b/>
        </w:rPr>
        <w:t xml:space="preserve">[07:29] </w:t>
      </w:r>
      <w:r>
        <w:t>rational way mein jawab diya. misaal kay tor par abtar kay baray mein bataya gaya aik aur surah mein kay Muhammad ka aik mission hai.</w:t>
      </w:r>
    </w:p>
    <w:p>
      <w:pPr>
        <w:jc w:val="right"/>
      </w:pPr>
      <w:r>
        <w:t>ریشنل وے میں جواب دیا۔ مثلاً ابتر کے بارے میں بتایا گیا ایک اور سورہ میں کہ محمد کا ایک مشن ہے۔</w:t>
      </w:r>
    </w:p>
    <w:p>
      <w:r>
        <w:rPr>
          <w:b/>
        </w:rPr>
        <w:t xml:space="preserve">[07:36] </w:t>
      </w:r>
      <w:r>
        <w:t>un ko tum, un ko bohat kam samajh rahay ho, underestimate kar rahay ho. kay beta nahi to khatam. in ka mission hai, hazaron lakhon karoron log in ka saath denay aaye hain.</w:t>
      </w:r>
    </w:p>
    <w:p>
      <w:pPr>
        <w:jc w:val="right"/>
      </w:pPr>
      <w:r>
        <w:t>ان کو تم، ان کو بہت کم سمجھ رہے ہو، انڈر ایسٹیمیٹ کر رہے ہو۔ کہ بیٹا نہیں تو ختم۔ ان کا مشن ہے، ہزاروں لاکھوں کروڑوں لوگ ان کا ساتھ دینے آئے ہیں۔</w:t>
      </w:r>
    </w:p>
    <w:p>
      <w:r>
        <w:rPr>
          <w:b/>
        </w:rPr>
        <w:t xml:space="preserve">[07:47] </w:t>
      </w:r>
      <w:r>
        <w:t>woh saray in ki jannatain hain.</w:t>
      </w:r>
    </w:p>
    <w:p>
      <w:pPr>
        <w:jc w:val="right"/>
      </w:pPr>
      <w:r>
        <w:t>وہ سارے ان کی جنتان ہیں۔</w:t>
      </w:r>
    </w:p>
    <w:p>
      <w:r>
        <w:rPr>
          <w:b/>
        </w:rPr>
        <w:t xml:space="preserve">[07:52] </w:t>
      </w:r>
      <w:r>
        <w:t>yani bajaye is kay kay ghussa ho kar is ko maray pakar kar, jis nay abtar kaha tha, yeh kaha gaya kay tum underestimate kar rahay ho maslay ko.</w:t>
      </w:r>
    </w:p>
    <w:p>
      <w:pPr>
        <w:jc w:val="right"/>
      </w:pPr>
      <w:r>
        <w:t>یعنی بجائے اس کے کہ غصہ ہو کر اس کو مارے پکڑ کر، جس نے ابتر کہا تھا، یہ کہا گیا کہ تم انڈر ایسٹیمیٹ کر رہے ہو مسئلے کو۔</w:t>
      </w:r>
    </w:p>
    <w:p>
      <w:r>
        <w:rPr>
          <w:b/>
        </w:rPr>
        <w:t xml:space="preserve">[08:04] </w:t>
      </w:r>
      <w:r>
        <w:t>kay woh insan hai jo aik mission lay kay utha hai. mission phailay ga. log is ka saath den gay.</w:t>
      </w:r>
    </w:p>
    <w:p>
      <w:pPr>
        <w:jc w:val="right"/>
      </w:pPr>
      <w:r>
        <w:t>کہ وہ انسان ہے جو ایک مشن لے کے اٹھا ہے۔ مشن پھیلے گا۔ لوگ اس کا ساتھ دیں گے۔</w:t>
      </w:r>
    </w:p>
    <w:p>
      <w:r>
        <w:rPr>
          <w:b/>
        </w:rPr>
        <w:t xml:space="preserve">[08:13] </w:t>
      </w:r>
      <w:r>
        <w:t>aik history banay gi. aur kiya hoga, kiya hoga? to tum underestimate kar rahay ho Muhammad ko.</w:t>
      </w:r>
    </w:p>
    <w:p>
      <w:pPr>
        <w:jc w:val="right"/>
      </w:pPr>
      <w:r>
        <w:t>ایک ہسٹری بنے گی۔ اور کیا ہوگا، کیا ہوگا؟ تو تم انڈر ایسٹیمیٹ کر رہے ہو محمد کو۔</w:t>
      </w:r>
    </w:p>
    <w:p>
      <w:r>
        <w:rPr>
          <w:b/>
        </w:rPr>
        <w:t xml:space="preserve">[08:22] </w:t>
      </w:r>
      <w:r>
        <w:t>to aap dekhiye kay aaj jin baton par musalman bharkatay hain, is say bari bari batain huin. indirect tor par khud rasool Allah kay samnay</w:t>
      </w:r>
    </w:p>
    <w:p>
      <w:pPr>
        <w:jc w:val="right"/>
      </w:pPr>
      <w:r>
        <w:t>تو آپ دیکھیے کہ آج جن باتوں پر مسلمان بھڑکتے ہیں، اس سے بڑی بڑی باتیں ہوئیں۔ ان ڈائریکٹ طور پر خود رسول اللہ کے سامنے</w:t>
      </w:r>
    </w:p>
    <w:p>
      <w:r>
        <w:rPr>
          <w:b/>
        </w:rPr>
        <w:t xml:space="preserve">[08:31] </w:t>
      </w:r>
      <w:r>
        <w:t>. ab to kisi paper chhap gaya, aur paper kiya hai? aik din ki cheez hota hai. paper ko kehtay hain, journalism ko kehtay hain, instant history.</w:t>
      </w:r>
    </w:p>
    <w:p>
      <w:pPr>
        <w:jc w:val="right"/>
      </w:pPr>
      <w:r>
        <w:t>۔ اب تو کسی پیپر چھپ گیا، اور پیپر کیا ہے؟ ایک دن کی چیز ہوتا ہے۔ پیپر کو کہتے ہیں، جرنلزم کو کہتے ہیں، انسٹنٹ ہسٹری۔</w:t>
      </w:r>
    </w:p>
    <w:p>
      <w:r>
        <w:rPr>
          <w:b/>
        </w:rPr>
        <w:t xml:space="preserve">[08:42] </w:t>
      </w:r>
      <w:r>
        <w:t>yani aaj ki tareekh. aaj hai, sham ko ja kar hadiya bik jaye ga woh. qissa khatam. to paper to instant history hai.</w:t>
      </w:r>
    </w:p>
    <w:p>
      <w:pPr>
        <w:jc w:val="right"/>
      </w:pPr>
      <w:r>
        <w:t>یعنی آج کی تاریخ۔ آج ہے، شام کو جا کر ہدیہ بک جائے گا وہ۔ قصہ ختم۔ تو پیپر تو انسٹنٹ ہسٹری ہے۔</w:t>
      </w:r>
    </w:p>
    <w:p>
      <w:r>
        <w:rPr>
          <w:b/>
        </w:rPr>
        <w:t xml:space="preserve">[08:53] </w:t>
      </w:r>
      <w:r>
        <w:t>wahan to khud direct Muhammad rasool Allah sal Allah alayhi wasallam jab zinda thay, tab ja kar kehtay thay, tum abtar ho, tum majnoon ho, tum mudamim ho. koi bharka nahi?</w:t>
      </w:r>
    </w:p>
    <w:p>
      <w:pPr>
        <w:jc w:val="right"/>
      </w:pPr>
      <w:r>
        <w:t>وہاں تو خود ڈائریکٹ محمد رسول اللہ صلی اللہ علیہ وسلم جب زندہ تھے، تب جا کر کہتے تھے، تم ابتر ہو، تم مجنون ہو، تم مذمم ہو۔ کوئی بھڑکا نہیں؟</w:t>
      </w:r>
    </w:p>
    <w:p>
      <w:r>
        <w:rPr>
          <w:b/>
        </w:rPr>
        <w:t xml:space="preserve">[09:06] </w:t>
      </w:r>
      <w:r>
        <w:t>to aaj kay musalman kyun bharkatay hain? yeh sab say bara sawal hai is zamanay ka. jis ko janna chahiye.</w:t>
      </w:r>
    </w:p>
    <w:p>
      <w:pPr>
        <w:jc w:val="right"/>
      </w:pPr>
      <w:r>
        <w:t>تو آج کے مسلمان کیوں بھڑکتے ہیں؟ یہ سب سے بڑا سوال ہے اس زمانے کا۔ جس کو جاننا چاہیے۔</w:t>
      </w:r>
    </w:p>
    <w:p>
      <w:r>
        <w:rPr>
          <w:b/>
        </w:rPr>
        <w:t xml:space="preserve">[09:18] </w:t>
      </w:r>
      <w:r>
        <w:t>yani Why Muslims became so inflamable?</w:t>
      </w:r>
    </w:p>
    <w:p>
      <w:pPr>
        <w:jc w:val="right"/>
      </w:pPr>
      <w:r>
        <w:t>یعنی Why Muslims became so inflamable?</w:t>
      </w:r>
    </w:p>
    <w:p>
      <w:r>
        <w:rPr>
          <w:b/>
        </w:rPr>
        <w:t xml:space="preserve">[09:27] </w:t>
      </w:r>
      <w:r>
        <w:t>jabkay jin kay naam par woh yeh sab kartay hain, woh to kabhi bharka nahi? yeh Muhammad to kabhi bharkay nahi? sahaba to kabhi bharkay nahi?</w:t>
      </w:r>
    </w:p>
    <w:p>
      <w:pPr>
        <w:jc w:val="right"/>
      </w:pPr>
      <w:r>
        <w:t>جبکہ جن کے نام پر وہ یہ سب کرتے ہیں، وہ تو کبھی بھڑکا نہیں؟ یہ محمد تو کبھی بھڑکے نہیں؟ صحابہ تو کبھی بھڑکے نہیں؟</w:t>
      </w:r>
    </w:p>
    <w:p>
      <w:r>
        <w:rPr>
          <w:b/>
        </w:rPr>
        <w:t xml:space="preserve">[09:39] </w:t>
      </w:r>
      <w:r>
        <w:t>to Why Muslims, why present Muslims became so inflamable? dekhiye, yeh saada baat nahi hai.</w:t>
      </w:r>
    </w:p>
    <w:p>
      <w:pPr>
        <w:jc w:val="right"/>
      </w:pPr>
      <w:r>
        <w:t>تو Why Muslims, why present Muslims became so inflamable? دیکھیے، یہ سادہ بات نہیں ہے۔</w:t>
      </w:r>
    </w:p>
    <w:p>
      <w:r>
        <w:rPr>
          <w:b/>
        </w:rPr>
        <w:t xml:space="preserve">[09:48] </w:t>
      </w:r>
      <w:r>
        <w:t>jab aap bharkain gay na to kiya hoga? tab koi kaam nahi karnay qabil rahengay aap.</w:t>
      </w:r>
    </w:p>
    <w:p>
      <w:pPr>
        <w:jc w:val="right"/>
      </w:pPr>
      <w:r>
        <w:t>جب آپ بھڑکیں گے نا تو کیا ہوگا؟ تب کوئی کام نہیں کرنے قابل رہیں گے آپ۔</w:t>
      </w:r>
    </w:p>
    <w:p>
      <w:r>
        <w:rPr>
          <w:b/>
        </w:rPr>
        <w:t xml:space="preserve">[09:58] </w:t>
      </w:r>
      <w:r>
        <w:t>yani koi, koi, yani koi positive kaam karnay qabil nahi rahengay aap. main aap ko aik apna aik tajurba batata hoon, experience apnay.</w:t>
      </w:r>
    </w:p>
    <w:p>
      <w:pPr>
        <w:jc w:val="right"/>
      </w:pPr>
      <w:r>
        <w:t>یعنی کوئی، کوئی، یعنی کوئی پازیٹیو کام کرنے قابل نہیں رہیں گے آپ۔ میں آپ کو ایک اپنا ایک تجربہ بتاتا ہوں، ایکسپیرینس اپنے۔</w:t>
      </w:r>
    </w:p>
    <w:p>
      <w:r>
        <w:rPr>
          <w:b/>
        </w:rPr>
        <w:t xml:space="preserve">[10:11] </w:t>
      </w:r>
      <w:r>
        <w:t>jahan main rehta tha, jahan paida hua, UP mein. UP mein main jis town mein paida hua, us ka qissa batata hoon aap ko. wahan par do aadmi thay, do muslim.</w:t>
      </w:r>
    </w:p>
    <w:p>
      <w:pPr>
        <w:jc w:val="right"/>
      </w:pPr>
      <w:r>
        <w:t>جہاں میں رہتا تھا، جہاں پیدا ہوا، یو پی میں۔ یو پی میں میں جس ٹاؤن میں پیدا ہوا، اس کا قصہ بتاتا ہوں آپ کو۔ وہاں پر دو آدمی تھے، دو مسلم۔</w:t>
      </w:r>
    </w:p>
    <w:p>
      <w:r>
        <w:rPr>
          <w:b/>
        </w:rPr>
        <w:t xml:space="preserve">[10:24] </w:t>
      </w:r>
      <w:r>
        <w:t>yeh baat hai aap say bohat pehlay ki, yani 80 baras pehlay ki baat hai.</w:t>
      </w:r>
    </w:p>
    <w:p>
      <w:pPr>
        <w:jc w:val="right"/>
      </w:pPr>
      <w:r>
        <w:t>یہ بات ہے آپ سے بہت پہلے کی، یعنی 80 برس پہلے کی بات ہے۔</w:t>
      </w:r>
    </w:p>
    <w:p>
      <w:r>
        <w:rPr>
          <w:b/>
        </w:rPr>
        <w:t xml:space="preserve">[10:29] </w:t>
      </w:r>
      <w:r>
        <w:t>to kiya hua? kay aik aadmi jo thay, daadhi walay thay. doosray walay thay, woh daadhi nahi rakhtay thay, woh bay daadhi walay thay.</w:t>
      </w:r>
    </w:p>
    <w:p>
      <w:pPr>
        <w:jc w:val="right"/>
      </w:pPr>
      <w:r>
        <w:t>تو کیا ہوا؟ کہ ایک آدمی جو تھے، داڑھی والے تھے۔ دوسرے والے تھے، وہ داڑھی نہیں رکھتے تھے، وہ بے داڑھی والے تھے۔</w:t>
      </w:r>
    </w:p>
    <w:p>
      <w:r>
        <w:rPr>
          <w:b/>
        </w:rPr>
        <w:t xml:space="preserve">[10:42] </w:t>
      </w:r>
      <w:r>
        <w:t>woh to bay daadhi walay jo thay, unhon nay koi, koi mauqa tha, un ko gaon mein pehlay banta jata tha, woh gift, jis ko kehtay hain bina, kehtay thay, ya us ko wahan bina kehtay hain, bina, yani gift.</w:t>
      </w:r>
    </w:p>
    <w:p>
      <w:pPr>
        <w:jc w:val="right"/>
      </w:pPr>
      <w:r>
        <w:t>وہ تو بے داڑھی والے جو تھے، انہوں نے کوئی، کوئی موقع تھا، ان کو گاؤں میں پہلے بانٹا جاتا تھا، وہ گفٹ، جس کو کہتے ہیں بینہ، کہتے تھے، یا اس کو وہاں بینہ کہتے ہیں، بینہ، یعنی گفٹ۔</w:t>
      </w:r>
    </w:p>
    <w:p>
      <w:r>
        <w:rPr>
          <w:b/>
        </w:rPr>
        <w:t xml:space="preserve">[10:57] </w:t>
      </w:r>
      <w:r>
        <w:t>to gaon chhota sa gaon tha woh, to unhon nay ghar ghar kuch gift bhijwaya, koi mithai waghera thi woh. to koi khushi ki baat hui thi un kay yahan, to us ko kehtay thay bina,</w:t>
      </w:r>
    </w:p>
    <w:p>
      <w:pPr>
        <w:jc w:val="right"/>
      </w:pPr>
      <w:r>
        <w:t>تو گاؤں چھوٹا سا گاؤں تھا وہ، تو انہوں نے گھر گھر کچھ گفٹ بھجوایا، کوئی مٹھائی وغیرہ تھی وہ۔ تو کوئی خوشی کی بات ہوئی تھی ان کے یہاں، تو اس کو کہتے تھے بینہ،</w:t>
      </w:r>
    </w:p>
    <w:p>
      <w:r>
        <w:rPr>
          <w:b/>
        </w:rPr>
        <w:t xml:space="preserve">[11:11] </w:t>
      </w:r>
      <w:r>
        <w:t>ya aap English mein kahain gay gift. to jo daadhi walay thay, jab un kay ghar woh gaya lay kar kay, to unhon nay usay lota diya. unhon nay kaha kay main daadhi munday ka gift qabool nahi karta.</w:t>
      </w:r>
    </w:p>
    <w:p>
      <w:pPr>
        <w:jc w:val="right"/>
      </w:pPr>
      <w:r>
        <w:t>یا آپ انگلش میں کہیں گے گفٹ۔ تو جو داڑھی والے تھے، جب ان کے گھر وہ گیا لے کر کے، تو انہوں نے اسے لوٹا دیا۔ انہوں نے کہا کہ میں داڑھی منڈے کا گفٹ قبول نہیں کرتا۔</w:t>
      </w:r>
    </w:p>
    <w:p>
      <w:r>
        <w:rPr>
          <w:b/>
        </w:rPr>
        <w:t xml:space="preserve">[11:27] </w:t>
      </w:r>
      <w:r>
        <w:t>main daadhi munday ka bina qabool nahi karta. ab is par itna jhagda barha, 25 saal tak dono family marti rahi.</w:t>
      </w:r>
    </w:p>
    <w:p>
      <w:pPr>
        <w:jc w:val="right"/>
      </w:pPr>
      <w:r>
        <w:t>میں داڑھی منڈے کا بینہ قبول نہیں کرتا۔ اب اس پر اتنا جھگڑا بڑھا، 25 سال تک دونوں فیملی لڑتی رہی۔</w:t>
      </w:r>
    </w:p>
    <w:p>
      <w:r>
        <w:rPr>
          <w:b/>
        </w:rPr>
        <w:t xml:space="preserve">[11:37] </w:t>
      </w:r>
      <w:r>
        <w:t>yeh meri aankhon kay samnay ki baat hai, khud main nay dekha apni aankh say. yani qatal hua, khet katay gaye, aur poora bakad bazi hui 25 saal tak.</w:t>
      </w:r>
    </w:p>
    <w:p>
      <w:pPr>
        <w:jc w:val="right"/>
      </w:pPr>
      <w:r>
        <w:t>یہ میری آنکھوں کے سامنے کی بات ہے، خود میں نے دیکھا اپنی آنکھ سے۔ یعنی قتل ہوا، کھیت کاٹے گئے، اور پورا بکد بازی ہوئی 25 سال تک۔</w:t>
      </w:r>
    </w:p>
    <w:p>
      <w:r>
        <w:rPr>
          <w:b/>
        </w:rPr>
        <w:t xml:space="preserve">[11:52] </w:t>
      </w:r>
      <w:r>
        <w:t>ab wahi family dono khoob taraqqi kar rahi hai, tab tak behtar, tab tak to hai ghar ka zevar tak bik gaya. aap bas ki ladaai mein ghar ka zevar tak bik gaya, koi taraqqi nahi kar sake woh log.</w:t>
      </w:r>
    </w:p>
    <w:p>
      <w:pPr>
        <w:jc w:val="right"/>
      </w:pPr>
      <w:r>
        <w:t>اب وہی فیملی دونوں خوب ترقی کر رہی ہے، تب تک بہتر، تب تک تو ہے گھر کا زیور تک بک گیا۔ آپ بس کی لڑائی میں گھر کا زیور تک بک گیا، کوئی ترقی نہیں کر سکے وہ لوگ۔</w:t>
      </w:r>
    </w:p>
    <w:p>
      <w:r>
        <w:rPr>
          <w:b/>
        </w:rPr>
        <w:t xml:space="preserve">[12:04] </w:t>
      </w:r>
      <w:r>
        <w:t>ab wahi family khoob taraqqi kar rahi hai, kaise? woh generation, woh generation khatm ho gayi jiska woh problem tha. ab, ab inke pote hain, ab jo hain woh dono ke pote hain,</w:t>
      </w:r>
    </w:p>
    <w:p>
      <w:pPr>
        <w:jc w:val="right"/>
      </w:pPr>
      <w:r>
        <w:t>اب وہی فیملی خوب ترقی کر رہی ہے، کیسے؟ وہ جنریشن، وہ جنریشن ختم ہوگئی جس کا وہ پرابلم تھا۔ اب، اب ان کے پوتے ہیں، اب جو ہیں وہ دونوں کے پوتے ہیں،</w:t>
      </w:r>
    </w:p>
    <w:p>
      <w:r>
        <w:rPr>
          <w:b/>
        </w:rPr>
        <w:t xml:space="preserve">[12:17] </w:t>
      </w:r>
      <w:r>
        <w:t>khoob taraqqi kar rahe hain. kyunke unhone, unko pata nahi tha ke naye zamane mein taraqqi, opportunities khuli hain un logon ko.</w:t>
      </w:r>
    </w:p>
    <w:p>
      <w:pPr>
        <w:jc w:val="right"/>
      </w:pPr>
      <w:r>
        <w:t>خوب ترقی کر رہے ہیں۔ کیونکہ انہوں نے، ان کو پتہ نہیں تھا کہ نئے زمانے میں ترقی، اپرچونیٹیز کھلی ہیں ان لوگوں کو۔</w:t>
      </w:r>
    </w:p>
    <w:p>
      <w:r>
        <w:rPr>
          <w:b/>
        </w:rPr>
        <w:t xml:space="preserve">[12:28] </w:t>
      </w:r>
      <w:r>
        <w:t>ab poton ko khabar ho gayi, ab unhone khoob kaam kar rahe hain, woh education le rahe hain, aur koi dubai ja raha hai, koi kahan ja raha hai,</w:t>
      </w:r>
    </w:p>
    <w:p>
      <w:pPr>
        <w:jc w:val="right"/>
      </w:pPr>
      <w:r>
        <w:t>اب پوتوں کو خبر ہوگئی، اب انہوں نے خوب کام کر رہے ہیں، وہ ایجوکیشن لے رہے ہیں، اور کوئی دبئی جا رہا ہے، کوئی کہاں جا رہا ہے،</w:t>
      </w:r>
    </w:p>
    <w:p>
      <w:r>
        <w:rPr>
          <w:b/>
        </w:rPr>
        <w:t xml:space="preserve">[12:42] </w:t>
      </w:r>
      <w:r>
        <w:t>ghar achha bana rahe hain, har lehaz se taraqqi kar rahe hain,</w:t>
      </w:r>
    </w:p>
    <w:p>
      <w:pPr>
        <w:jc w:val="right"/>
      </w:pPr>
      <w:r>
        <w:t>گھر اچھا بنا رہے ہیں، ہر لحاظ سے ترقی کر رہے ہیں،</w:t>
      </w:r>
    </w:p>
    <w:p>
      <w:r>
        <w:rPr>
          <w:b/>
        </w:rPr>
        <w:t xml:space="preserve">[12:46] </w:t>
      </w:r>
      <w:r>
        <w:t>gaadi khareed rahe hain. kyunke opportunities ko jaan liya unhone, aur woh jo the, unhone opportunity ko nahi jaana. woh to jaante the ke daadhi mandi koi hai, koi be daadhi wala hai, yeh to jaante the, is se aage nahi jaante the kuch.</w:t>
      </w:r>
    </w:p>
    <w:p>
      <w:pPr>
        <w:jc w:val="right"/>
      </w:pPr>
      <w:r>
        <w:t>گاڑی خرید رہے ہیں۔ کیونکہ اپرچونیٹیز کو جان لیا انہوں نے، اور وہ جو تھے، انہوں نے اپرچونیٹی کو نہیں جانا۔ وہ تو جانتے تھے کہ داڑھی منڈی کوئی ہے، کوئی بے داڑھی والا ہے، یہ تو جانتے تھے، اس سے آگے نہیں جانتے تھے کچھ۔</w:t>
      </w:r>
    </w:p>
    <w:p>
      <w:r>
        <w:rPr>
          <w:b/>
        </w:rPr>
        <w:t xml:space="preserve">[13:00] </w:t>
      </w:r>
      <w:r>
        <w:t>isi ko aap badha kar samjhein to yahi musalmanon ka case hai.</w:t>
      </w:r>
    </w:p>
    <w:p>
      <w:pPr>
        <w:jc w:val="right"/>
      </w:pPr>
      <w:r>
        <w:t>اسی کو آپ بڑھا کر سمجھیں تو یہی مسلمانوں کا کیس ہے۔</w:t>
      </w:r>
    </w:p>
    <w:p>
      <w:r>
        <w:rPr>
          <w:b/>
        </w:rPr>
        <w:t xml:space="preserve">[13:06] </w:t>
      </w:r>
      <w:r>
        <w:t>isi ko aap expand karein to yeh musalmanon ka case hai. woh kaise?</w:t>
      </w:r>
    </w:p>
    <w:p>
      <w:pPr>
        <w:jc w:val="right"/>
      </w:pPr>
      <w:r>
        <w:t>اسی کو آپ ایکسپینڈ کریں تو یہ مسلمانوں کا کیس ہے۔ وہ کیسے؟</w:t>
      </w:r>
    </w:p>
    <w:p>
      <w:r>
        <w:rPr>
          <w:b/>
        </w:rPr>
        <w:t xml:space="preserve">[13:13] </w:t>
      </w:r>
      <w:r>
        <w:t>musalmanon ka jo naya shuru hua hai, decline, is ko kaha jata hai ke 1799 mein shuru hua, 1799.</w:t>
      </w:r>
    </w:p>
    <w:p>
      <w:pPr>
        <w:jc w:val="right"/>
      </w:pPr>
      <w:r>
        <w:t>مسلمانوں کا جو نیا شروع ہوا ہے، ڈیکلائن، اس کو کہا جاتا ہے کہ 1799 میں شروع ہوا، 1799۔</w:t>
      </w:r>
    </w:p>
    <w:p>
      <w:r>
        <w:rPr>
          <w:b/>
        </w:rPr>
        <w:t xml:space="preserve">[13:25] </w:t>
      </w:r>
      <w:r>
        <w:t>1799 mein, ya aap yeh keh sakte hain ke atharveen sadi ke aakhir mein. atharveen sadi ke aakhir mein shuru hota hai inka naya qissa.</w:t>
      </w:r>
    </w:p>
    <w:p>
      <w:pPr>
        <w:jc w:val="right"/>
      </w:pPr>
      <w:r>
        <w:t>1799 میں، یا آپ یہ کہہ سکتے ہیں کہ اٹھارویں صدی کے آخر میں۔ اٹھارویں صدی کے آخر میں شروع ہوتا ہے ان کا نیا قصہ۔</w:t>
      </w:r>
    </w:p>
    <w:p>
      <w:r>
        <w:rPr>
          <w:b/>
        </w:rPr>
        <w:t xml:space="preserve">[13:36] </w:t>
      </w:r>
      <w:r>
        <w:t>is mein do bade waqeye hue.</w:t>
      </w:r>
    </w:p>
    <w:p>
      <w:pPr>
        <w:jc w:val="right"/>
      </w:pPr>
      <w:r>
        <w:t>اس میں دو بڑے واقعے ہوئے۔</w:t>
      </w:r>
    </w:p>
    <w:p>
      <w:r>
        <w:rPr>
          <w:b/>
        </w:rPr>
        <w:t xml:space="preserve">[13:39] </w:t>
      </w:r>
      <w:r>
        <w:t>ek to Tipu ko angrezon ne maar dala, aur unka state khatm ho gaya. doosri taraf turkon ka jo bahut bada woh tha, naval beeda tha, woh jo,</w:t>
      </w:r>
    </w:p>
    <w:p>
      <w:pPr>
        <w:jc w:val="right"/>
      </w:pPr>
      <w:r>
        <w:t>ایک تو ٹیپو کو انگریزوں نے مار ڈالا، اور ان کا اسٹیٹ ختم ہوگیا۔ دوسری طرف ترکوں کا جو بہت بڑا وہ تھا، نیول بیڑا تھا، وہ جو،</w:t>
      </w:r>
    </w:p>
    <w:p>
      <w:r>
        <w:rPr>
          <w:b/>
        </w:rPr>
        <w:t xml:space="preserve">[13:56] </w:t>
      </w:r>
      <w:r>
        <w:t>woh unko unhone gharaq kar diya.</w:t>
      </w:r>
    </w:p>
    <w:p>
      <w:pPr>
        <w:jc w:val="right"/>
      </w:pPr>
      <w:r>
        <w:t>وہ ان کو انہوں نے غرق کر دیا۔</w:t>
      </w:r>
    </w:p>
    <w:p>
      <w:r>
        <w:rPr>
          <w:b/>
        </w:rPr>
        <w:t xml:space="preserve">[14:00] </w:t>
      </w:r>
      <w:r>
        <w:t>to idhar west mein, idhar east mein, musalmanon ka zor, political jo hai, unki jo glory thi, us ko unhone tod diya.</w:t>
      </w:r>
    </w:p>
    <w:p>
      <w:pPr>
        <w:jc w:val="right"/>
      </w:pPr>
      <w:r>
        <w:t>تو ادھر ویسٹ میں، ادھر ایسٹ میں، مسلمانوں کا زور، پولیٹیکل جو ہے، ان کی جو گلوری تھی، اس کو انہوں نے توڑ دیا۔</w:t>
      </w:r>
    </w:p>
    <w:p>
      <w:r>
        <w:rPr>
          <w:b/>
        </w:rPr>
        <w:t xml:space="preserve">[14:11] </w:t>
      </w:r>
      <w:r>
        <w:t>to yahan se yeh process tha, yahan se process aage badha to Mughal saltanat khatm ho gayi, Ottoman empire khatm ho gaya.</w:t>
      </w:r>
    </w:p>
    <w:p>
      <w:pPr>
        <w:jc w:val="right"/>
      </w:pPr>
      <w:r>
        <w:t>تو یہاں سے یہ پروسیس تھا، یہاں سے پروسیس آگے بڑھا تو مغل سلطنت ختم ہوگئی، آٹومان ایمپائر ختم ہوگیا۔</w:t>
      </w:r>
    </w:p>
    <w:p>
      <w:r>
        <w:rPr>
          <w:b/>
        </w:rPr>
        <w:t xml:space="preserve">[14:21] </w:t>
      </w:r>
      <w:r>
        <w:t>sab jo political empire tha musalmanon ka, woh khatm ho gaya. ab sari duniya ke</w:t>
      </w:r>
    </w:p>
    <w:p>
      <w:pPr>
        <w:jc w:val="right"/>
      </w:pPr>
      <w:r>
        <w:t>سب جو پولیٹیکل ایمپائر تھا مسلمانوں کا، وہ ختم ہوگیا۔ اب ساری دنیا کے</w:t>
      </w:r>
    </w:p>
    <w:p>
      <w:r>
        <w:rPr>
          <w:b/>
        </w:rPr>
        <w:t xml:space="preserve">[14:27] </w:t>
      </w:r>
      <w:r>
        <w:t>musalman bhadak uthe, musalman se murad hai leader log, aur woh is political group ko regain karne ke liye bas ladne lage.</w:t>
      </w:r>
    </w:p>
    <w:p>
      <w:pPr>
        <w:jc w:val="right"/>
      </w:pPr>
      <w:r>
        <w:t>مسلمان بھڑک اٹھے، مسلمان سے مراد ہے لیڈر لوگ، اور وہ اس پولیٹیکل گروپ کو ری گین کرنے کے لیے بس لڑنے لگے۔</w:t>
      </w:r>
    </w:p>
    <w:p>
      <w:r>
        <w:rPr>
          <w:b/>
        </w:rPr>
        <w:t xml:space="preserve">[14:35] </w:t>
      </w:r>
      <w:r>
        <w:t>woh yani de do exception Arab ke log, aur aur non Arab, Arab non Arab, east mein sab jitne musalman the, one to all, bas ladne lage.</w:t>
      </w:r>
    </w:p>
    <w:p>
      <w:pPr>
        <w:jc w:val="right"/>
      </w:pPr>
      <w:r>
        <w:t>وہ یعنی دے دو ایکسیپشن عرب کے لوگ، اور اور نان عرب، عرب نان عرب، ایسٹ میں سب جتنے مسلمان تھے، ون ٹو آل، بس لڑنے لگے۔</w:t>
      </w:r>
    </w:p>
    <w:p>
      <w:r>
        <w:rPr>
          <w:b/>
        </w:rPr>
        <w:t xml:space="preserve">[14:50] </w:t>
      </w:r>
      <w:r>
        <w:t>un western quomon se, colonial powers se.</w:t>
      </w:r>
    </w:p>
    <w:p>
      <w:pPr>
        <w:jc w:val="right"/>
      </w:pPr>
      <w:r>
        <w:t>ان ویسٹرن قوموں سے، کلونیل پاورز سے۔</w:t>
      </w:r>
    </w:p>
    <w:p>
      <w:r>
        <w:rPr>
          <w:b/>
        </w:rPr>
        <w:t xml:space="preserve">[14:57] </w:t>
      </w:r>
      <w:r>
        <w:t>mujhe ek bhi exception nahi maloom hai, chahe Mr ho ya Molvi ho, ya mazhabi ho ya leader type ka ho, jitne Muslim uthe is zamane mein, nineteen century mein, twenty century mein, jitne hain, sab ke sab ladna.</w:t>
      </w:r>
    </w:p>
    <w:p>
      <w:pPr>
        <w:jc w:val="right"/>
      </w:pPr>
      <w:r>
        <w:t>مجھے ایک بھی ایکسیپشن نہیں معلوم ہے، چاہے مسٹر ہو یا مولوی ہو، یا مذہبی ہو یا لیڈر ٹائپ کا ہو، جتنے مسلم اٹھے اس زمانے میں، نائنٹین سینچری میں، ٹونٹی سنچری میں، جتنے ہیں، سب کے سب لڑنا۔</w:t>
      </w:r>
    </w:p>
    <w:p>
      <w:r>
        <w:rPr>
          <w:b/>
        </w:rPr>
        <w:t xml:space="preserve">[15:14] </w:t>
      </w:r>
      <w:r>
        <w:t>kis se ladna? yeh western power se ladna, colonial power se ladna. ab isi wahi, isi ka ah succession hai ke ab America se lad rahe hain.</w:t>
      </w:r>
    </w:p>
    <w:p>
      <w:pPr>
        <w:jc w:val="right"/>
      </w:pPr>
      <w:r>
        <w:t>کس سے لڑنا؟ یہ ویسٹرن پاور سے لڑنا، کلونیل پاور سے لڑنا۔ اب اسی وہی، اسی کا اہ سکسیشن ہے کہ اب امریکہ سے لڑ رہے ہیں۔</w:t>
      </w:r>
    </w:p>
    <w:p>
      <w:r>
        <w:rPr>
          <w:b/>
        </w:rPr>
        <w:t xml:space="preserve">[15:27] </w:t>
      </w:r>
      <w:r>
        <w:t>to yeh yeh kyun aisa hua? is liye ke these people were opportunity blind, abhi bhi hain.</w:t>
      </w:r>
    </w:p>
    <w:p>
      <w:pPr>
        <w:jc w:val="right"/>
      </w:pPr>
      <w:r>
        <w:t>تو یہ یہ کیوں ایسا ہوا؟ اس لیے کہ دیز پیپل ویئر اپرچونیٹی بلائنڈ، ابھی بھی ہیں۔</w:t>
      </w:r>
    </w:p>
    <w:p>
      <w:r>
        <w:rPr>
          <w:b/>
        </w:rPr>
        <w:t xml:space="preserve">[15:39] </w:t>
      </w:r>
      <w:r>
        <w:t>zaati aitbar se kuch khate kamate hain musalman, lekin abhi bhi opportunity blind hain</w:t>
      </w:r>
    </w:p>
    <w:p>
      <w:pPr>
        <w:jc w:val="right"/>
      </w:pPr>
      <w:r>
        <w:t>ذاتی اعتبار سے کچھ کھاتے کماتے ہیں مسلمان، لیکن ابھی بھی اپرچونیٹی بلائنڈ ہیں</w:t>
      </w:r>
    </w:p>
    <w:p>
      <w:r>
        <w:rPr>
          <w:b/>
        </w:rPr>
        <w:t xml:space="preserve">[15:44] </w:t>
      </w:r>
      <w:r>
        <w:t>musalman. jaise mere jahan mein qissa bataya aap ko, mera jo watan tha, wahan do families aapas mein ladte rahe, kyunke woh opportunity blind the.</w:t>
      </w:r>
    </w:p>
    <w:p>
      <w:pPr>
        <w:jc w:val="right"/>
      </w:pPr>
      <w:r>
        <w:t>مسلمان۔ جیسے میرے جہاں میں قصہ بتایا آپ کو، میرا جو وطن تھا، وہاں دو فیملیز آپس میں لڑتے رہے، کیونکہ وہ اپرچونیٹی بلائنڈ تھے۔</w:t>
      </w:r>
    </w:p>
    <w:p>
      <w:r>
        <w:rPr>
          <w:b/>
        </w:rPr>
        <w:t xml:space="preserve">[15:54] </w:t>
      </w:r>
      <w:r>
        <w:t>woh ab inhi ke pote jo hain, unhone dekh liya ke nahi, yeh to itni taraqqi ke mauqe ko chhoden, ladai bhadai. to yeh yeh log jo the, Quran padhte the, lekin Quran ko kuch bhi nahi jaana.</w:t>
      </w:r>
    </w:p>
    <w:p>
      <w:pPr>
        <w:jc w:val="right"/>
      </w:pPr>
      <w:r>
        <w:t>وہ اب انہی کے پوتے جو ہیں، انہوں نے دیکھ لیا کہ نہیں، یہ تو اتنی ترقی کے موقع کو چھوڑیں، لڑائی بھڑائی۔ تو یہ یہ لوگ جو تھے، قرآن پڑھتے تھے، لیکن قرآن کو کچھ بھی نہیں جانا۔</w:t>
      </w:r>
    </w:p>
    <w:p>
      <w:r>
        <w:rPr>
          <w:b/>
        </w:rPr>
        <w:t xml:space="preserve">[16:07] </w:t>
      </w:r>
      <w:r>
        <w:t>in logon ne hazrat aisha ne kaha tha kuch logon ke bare mein, yeh raat din quran parhte thay, lahili ka arabi un ki zaban thi. tab bhi hazrat aisha ne kaha ke olaika qarao wahum lam yaqraoo</w:t>
      </w:r>
    </w:p>
    <w:p>
      <w:pPr>
        <w:jc w:val="right"/>
      </w:pPr>
      <w:r>
        <w:t>ان لوگوں نے حضرت عائشہ نے کہا تھا کچھ لوگوں کے بارے میں، یہ رات دن قرآن پڑھتے تھے، لاہلی کا عربی ان کی زبان تھی۔ تب بھی حضرت عائشہ نے کہا کہ اولئك قروا وهم لم یقروا</w:t>
      </w:r>
    </w:p>
    <w:p>
      <w:r>
        <w:rPr>
          <w:b/>
        </w:rPr>
        <w:t xml:space="preserve">[16:20] </w:t>
      </w:r>
      <w:r>
        <w:t>unhon ne quran ko parha, magar us ko samjha nahin.</w:t>
      </w:r>
    </w:p>
    <w:p>
      <w:pPr>
        <w:jc w:val="right"/>
      </w:pPr>
      <w:r>
        <w:t>انہوں نے قرآن کو پڑھا، مگر اس کو سمجھا نہیں۔</w:t>
      </w:r>
    </w:p>
    <w:p>
      <w:r>
        <w:rPr>
          <w:b/>
        </w:rPr>
        <w:t xml:space="preserve">[16:26] </w:t>
      </w:r>
      <w:r>
        <w:t>yani is zamane mein, jab ke in logon ki baat hai jo arabi zaban jante thay, un ki mother tongue arabi zaban thi, un ke bare mein hazrat aisha ne kaha:</w:t>
      </w:r>
    </w:p>
    <w:p>
      <w:pPr>
        <w:jc w:val="right"/>
      </w:pPr>
      <w:r>
        <w:t>یعنی اس زمانے میں، جب کہ ان لوگوں کی بات ہے جو عربی زبان جانتے تھے، ان کی مدر ٹنگ عربی زبان تھی، ان کے بارے میں حضرت عائشہ نے کہا:</w:t>
      </w:r>
    </w:p>
    <w:p>
      <w:r>
        <w:rPr>
          <w:b/>
        </w:rPr>
        <w:t xml:space="preserve">[16:37] </w:t>
      </w:r>
      <w:r>
        <w:t>wo tilawat karte thay, bas ghor o fikr nahin karte thay, us ki gehrai bhi nahin jante thay, us ki meaning ko daryaft nahin karte thay.</w:t>
      </w:r>
    </w:p>
    <w:p>
      <w:pPr>
        <w:jc w:val="right"/>
      </w:pPr>
      <w:r>
        <w:t>وہ تلاوت کرتے تھے، بس غور و فکر نہیں کرتے تھے، اس کی گہرائی بھی نہیں جانتے تھے، اس کی میننگ کو دریافت نہیں کرتے تھے۔</w:t>
      </w:r>
    </w:p>
    <w:p>
      <w:r>
        <w:rPr>
          <w:b/>
        </w:rPr>
        <w:t xml:space="preserve">[16:48] </w:t>
      </w:r>
      <w:r>
        <w:t>farmaya ke olaika qarao wahum lam yaqraoo in logon ne quran ko parha, magar us ko samjha nahin. yahi is zamane ke sare leaderon ka haal hua hai.</w:t>
      </w:r>
    </w:p>
    <w:p>
      <w:pPr>
        <w:jc w:val="right"/>
      </w:pPr>
      <w:r>
        <w:t>فرمایا کہ اولئك قروا وهم لم یقروا ان لوگوں نے قرآن کو پڑھا، مگر اس کو سمجھا نہیں۔ یہی اس زمانے کے سارے لیڈروں کا حال ہوا ہے۔</w:t>
      </w:r>
    </w:p>
    <w:p>
      <w:r>
        <w:rPr>
          <w:b/>
        </w:rPr>
        <w:t xml:space="preserve">[16:59] </w:t>
      </w:r>
      <w:r>
        <w:t>yani without did no exception at all chahe dadi wale log hon ya be dadi wale log hon, jis ko mein kaha karta hoon ke barish qaidat aur be rash qaidat, sab ka haal hua hai.</w:t>
      </w:r>
    </w:p>
    <w:p>
      <w:pPr>
        <w:jc w:val="right"/>
      </w:pPr>
      <w:r>
        <w:t>یعنی without did no exception at all چاہے داڑھی والے لوگ ہوں یا بے داڑھی والے لوگ ہوں، جس کو میں کہا کرتا ہوں کہ بارش قاعدت اور بے رش قاعدت، سب کا حال ہوا ہے۔</w:t>
      </w:r>
    </w:p>
    <w:p>
      <w:r>
        <w:rPr>
          <w:b/>
        </w:rPr>
        <w:t xml:space="preserve">[17:13] </w:t>
      </w:r>
      <w:r>
        <w:t>wo haal kya hai?</w:t>
      </w:r>
    </w:p>
    <w:p>
      <w:pPr>
        <w:jc w:val="right"/>
      </w:pPr>
      <w:r>
        <w:t>وہ حال کیا ہے؟</w:t>
      </w:r>
    </w:p>
    <w:p>
      <w:r>
        <w:rPr>
          <w:b/>
        </w:rPr>
        <w:t xml:space="preserve">[17:17] </w:t>
      </w:r>
      <w:r>
        <w:t>quran mein ek bohat hi bari ayat hai, jis ko har log namaz mein parhte hain, lekin samjhta koi bhi nahin. wo hai inna ma'al usri yusra inna ma'al usri yusra is ka matlab ek usr, ek</w:t>
      </w:r>
    </w:p>
    <w:p>
      <w:pPr>
        <w:jc w:val="right"/>
      </w:pPr>
      <w:r>
        <w:t>قرآن میں ایک بہت ہی بڑی آیت ہے، جس کو ہر لوگ نماز میں پڑھتے ہیں، لیکن سمجھتا کوئی بھی نہیں۔ وہ ہے انا مال عسر یسرا انا مال عسر یسرا اس کا مطلب ایک عسر، ایک</w:t>
      </w:r>
    </w:p>
    <w:p>
      <w:r>
        <w:rPr>
          <w:b/>
        </w:rPr>
        <w:t xml:space="preserve">[17:36] </w:t>
      </w:r>
      <w:r>
        <w:t>yusr. usr kehte hain, yani is ka literal translation to yeh hai ke mushkil ke sath aasani hai, yani difficulties ke sath ease hai.</w:t>
      </w:r>
    </w:p>
    <w:p>
      <w:pPr>
        <w:jc w:val="right"/>
      </w:pPr>
      <w:r>
        <w:t>یسر۔ عسر کہتے ہیں، یعنی اس کا لٹرل ٹرانسلیشن تو یہ ہے کہ مشکل کے ساتھ آسانی ہے، یعنی ڈیفیکلٹیز کے ساتھ ایز ہے۔</w:t>
      </w:r>
    </w:p>
    <w:p>
      <w:r>
        <w:rPr>
          <w:b/>
        </w:rPr>
        <w:t xml:space="preserve">[17:50] </w:t>
      </w:r>
      <w:r>
        <w:t>lekin is ka matlab kya hai? problem ke sath opportunity hai.</w:t>
      </w:r>
    </w:p>
    <w:p>
      <w:pPr>
        <w:jc w:val="right"/>
      </w:pPr>
      <w:r>
        <w:t>لیکن اس کا مطلب کیا ہے؟ پرابلم کے ساتھ اپرچونیٹی ہے۔</w:t>
      </w:r>
    </w:p>
    <w:p>
      <w:r>
        <w:rPr>
          <w:b/>
        </w:rPr>
        <w:t xml:space="preserve">[17:57] </w:t>
      </w:r>
      <w:r>
        <w:t>yani usr ka matlab hai problem, yusr ka matlab hai opportunity.</w:t>
      </w:r>
    </w:p>
    <w:p>
      <w:pPr>
        <w:jc w:val="right"/>
      </w:pPr>
      <w:r>
        <w:t>یعنی عسر کا مطلب ہے پرابلم، یسر کا مطلب ہے اپرچونیٹی۔</w:t>
      </w:r>
    </w:p>
    <w:p>
      <w:r>
        <w:rPr>
          <w:b/>
        </w:rPr>
        <w:t xml:space="preserve">[18:03] </w:t>
      </w:r>
      <w:r>
        <w:t>to with every problem there is there is opportunity. yani jab koi problem aata hai to ek nai opportunity le kar aata hai.</w:t>
      </w:r>
    </w:p>
    <w:p>
      <w:pPr>
        <w:jc w:val="right"/>
      </w:pPr>
      <w:r>
        <w:t>تو with every problem there is there is اپرچونیٹی۔ یعنی جب کوئی پرابلم آتا ہے تو ایک نئی اپرچونیٹی لے کر آتا ہے۔</w:t>
      </w:r>
    </w:p>
    <w:p>
      <w:r>
        <w:rPr>
          <w:b/>
        </w:rPr>
        <w:t xml:space="preserve">[18:13] </w:t>
      </w:r>
      <w:r>
        <w:t>ek la, ek la, ek universal law is mein bataya gaya hai. universal law, yeh ek universal law hai is ke andar ke jab bhi koi problem aayega to wo apne sath ek opportunity layega.</w:t>
      </w:r>
    </w:p>
    <w:p>
      <w:pPr>
        <w:jc w:val="right"/>
      </w:pPr>
      <w:r>
        <w:t>ایک لا، ایک لا، ایک یونیورسل لا اس میں بتایا گیا ہے۔ یونیورسل لا، یہ ایک یونیورسل لا ہے اس کے اندر کہ جب بھی کوئی پرابلم آئے گا تو وہ اپنے ساتھ ایک اپرچونیٹی لائے گا۔</w:t>
      </w:r>
    </w:p>
    <w:p>
      <w:r>
        <w:rPr>
          <w:b/>
        </w:rPr>
        <w:t xml:space="preserve">[18:33] </w:t>
      </w:r>
      <w:r>
        <w:t>to opportunity kya thi? ek ek lafz mein agar mein kahoon ke age of politics chala gaya aur age of communication aa gaya.</w:t>
      </w:r>
    </w:p>
    <w:p>
      <w:pPr>
        <w:jc w:val="right"/>
      </w:pPr>
      <w:r>
        <w:t>تو اپرچونیٹی کیا تھی؟ ایک ایک لفظ میں اگر میں کہوں کہ ایج آف پولیٹکس چلا گیا اور ایج آف کمیونیکیشن آ گیا۔</w:t>
      </w:r>
    </w:p>
    <w:p>
      <w:r>
        <w:rPr>
          <w:b/>
        </w:rPr>
        <w:t xml:space="preserve">[18:47] </w:t>
      </w:r>
      <w:r>
        <w:t>ab zara ghor kijiye, yani age of sort chala gaya, age of ideology aa gaya.</w:t>
      </w:r>
    </w:p>
    <w:p>
      <w:pPr>
        <w:jc w:val="right"/>
      </w:pPr>
      <w:r>
        <w:t>اب ذرا غور کیجئے، یعنی ایج آف سورٹ چلا گیا، ایج آف آئیڈیلوجی آ گیا۔</w:t>
      </w:r>
    </w:p>
    <w:p>
      <w:r>
        <w:rPr>
          <w:b/>
        </w:rPr>
        <w:t xml:space="preserve">[18:56] </w:t>
      </w:r>
      <w:r>
        <w:t>yeh tha kyunke jo colonial powers thi, jo aa kar ke jinhon ne mughal saltanat toda tha, ottoman empire ko toda tha, wo kaun log thay?</w:t>
      </w:r>
    </w:p>
    <w:p>
      <w:pPr>
        <w:jc w:val="right"/>
      </w:pPr>
      <w:r>
        <w:t>یہ تھا کیونکہ جو کلونیل پاورز تھیں، جو آ کر کے جنہوں نے مغل سلطنت توڑا تھا، آٹومان ایمپائر کو توڑا تھا، وہ کون لوگ تھے؟</w:t>
      </w:r>
    </w:p>
    <w:p>
      <w:r>
        <w:rPr>
          <w:b/>
        </w:rPr>
        <w:t xml:space="preserve">[19:06] </w:t>
      </w:r>
      <w:r>
        <w:t>wahi thay jinhon ne scientific discoveries ki thi, jinhon ne machine banai thi, jinhon ne naye naye raste khole thay. inhi logon ne democracy lai, kingship khatam kar ke democracy laye thay.</w:t>
      </w:r>
    </w:p>
    <w:p>
      <w:pPr>
        <w:jc w:val="right"/>
      </w:pPr>
      <w:r>
        <w:t>وہی تھے جنہوں نے سائنٹیفک ڈسکوریز کی تھیں، جنہوں نے مشینیں بنائی تھیں، جنہوں نے نئے نئے راستے کھولے تھے۔ انہی لوگوں نے ڈیموکریسی لائی، کنگ شپ ختم کر کے ڈیموکریسی لائے تھے۔</w:t>
      </w:r>
    </w:p>
    <w:p>
      <w:r>
        <w:rPr>
          <w:b/>
        </w:rPr>
        <w:t xml:space="preserve">[19:21] </w:t>
      </w:r>
      <w:r>
        <w:t>democracy ka mani kya hai? decentralization of politics.</w:t>
      </w:r>
    </w:p>
    <w:p>
      <w:pPr>
        <w:jc w:val="right"/>
      </w:pPr>
      <w:r>
        <w:t>ڈیموکریسی کا معنی کیا ہے؟ ڈی سینٹرلائزیشن آف پولیٹکس۔</w:t>
      </w:r>
    </w:p>
    <w:p>
      <w:r>
        <w:rPr>
          <w:b/>
        </w:rPr>
        <w:t xml:space="preserve">[19:27] </w:t>
      </w:r>
      <w:r>
        <w:t>pehle ek king jo hai, uska qabza hota tha sab kuch. democracy ka mani hai ke khol diya gaya. decentralization, sari opportunity har ek ke liye ho gayi.</w:t>
      </w:r>
    </w:p>
    <w:p>
      <w:pPr>
        <w:jc w:val="right"/>
      </w:pPr>
      <w:r>
        <w:t>پہلے ایک کنگ جو ہے، اس کا قبضہ ہوتا تھا سب کچھ۔ ڈیموکریسی کا معنی ہے کہ کھول دیا گیا۔ ڈی سینٹرلائزیشن، ساری اپرچونیٹی ہر ایک کے لیے ہو گئی۔</w:t>
      </w:r>
    </w:p>
    <w:p>
      <w:r>
        <w:rPr>
          <w:b/>
        </w:rPr>
        <w:t xml:space="preserve">[19:42] </w:t>
      </w:r>
      <w:r>
        <w:t>yani jo cheez sirf ek king ke pas hua karti thi, ab sab ke pas ho gayi. that was democracy. to yeh log jo aaye, jo colonial powers aayi thi, apne sath kya kya layi thi?</w:t>
      </w:r>
    </w:p>
    <w:p>
      <w:pPr>
        <w:jc w:val="right"/>
      </w:pPr>
      <w:r>
        <w:t>یعنی جو چیز صرف ایک کنگ کے پاس ہوا کرتی تھی، اب سب کے پاس ہو گئی۔ دیٹ واز ڈیموکریسی۔ تو یہ لوگ جو آئے، جو کلونیل پاورز آئی تھیں، اپنے ساتھ کیا کیا لائی تھیں؟</w:t>
      </w:r>
    </w:p>
    <w:p>
      <w:r>
        <w:rPr>
          <w:b/>
        </w:rPr>
        <w:t xml:space="preserve">[19:56] </w:t>
      </w:r>
      <w:r>
        <w:t>modern science, industry, democracy, communication, religious freedom, interaction.</w:t>
      </w:r>
    </w:p>
    <w:p>
      <w:pPr>
        <w:jc w:val="right"/>
      </w:pPr>
      <w:r>
        <w:t>ماڈرن سائنس، انڈسٹری، ڈیموکریسی، کمیونیکیشن، ریلیجس فریڈم، انٹریکشن۔</w:t>
      </w:r>
    </w:p>
    <w:p>
      <w:r>
        <w:rPr>
          <w:b/>
        </w:rPr>
        <w:t xml:space="preserve">[20:08] </w:t>
      </w:r>
      <w:r>
        <w:t>itni sari cheezein laye thay wo log. yeh super opportunity thi. yani mughal empire aur ottoman empire ke zamane mein yeh sab thi hi nahin.</w:t>
      </w:r>
    </w:p>
    <w:p>
      <w:pPr>
        <w:jc w:val="right"/>
      </w:pPr>
      <w:r>
        <w:t>اتنی ساری چیزیں لائے تھے وہ لوگ۔ یہ سپر اپرچونیٹی تھی۔ یعنی مغل ایمپائر اور آٹومان ایمپائر کے زمانے میں یہ سب تھی ہی نہیں۔</w:t>
      </w:r>
    </w:p>
    <w:p>
      <w:r>
        <w:rPr>
          <w:b/>
        </w:rPr>
        <w:t xml:space="preserve">[20:16] </w:t>
      </w:r>
      <w:r>
        <w:t>yeh sab cheezein, yeh sab thi hi nahin.</w:t>
      </w:r>
    </w:p>
    <w:p>
      <w:pPr>
        <w:jc w:val="right"/>
      </w:pPr>
      <w:r>
        <w:t>یہ سب چیزیں، یہ سب تھی ہی نہیں۔</w:t>
      </w:r>
    </w:p>
    <w:p>
      <w:r>
        <w:rPr>
          <w:b/>
        </w:rPr>
        <w:t xml:space="preserve">[20:20] </w:t>
      </w:r>
      <w:r>
        <w:t>tab na telephone tha, tab na rail tha, na mobile tha, na hawai jahaz tha, na yeh printed media aur electronic media tha.</w:t>
      </w:r>
    </w:p>
    <w:p>
      <w:pPr>
        <w:jc w:val="right"/>
      </w:pPr>
      <w:r>
        <w:t>تب نہ ٹیلی فون تھا، تب نہ ریل تھا، نہ موبائل تھا، نہ ہوائی جہاز تھا، نہ یہ پرنٹڈ میڈیا اور الیکٹرانک میڈیا تھا۔</w:t>
      </w:r>
    </w:p>
    <w:p>
      <w:r>
        <w:rPr>
          <w:b/>
        </w:rPr>
        <w:t xml:space="preserve">[20:31] </w:t>
      </w:r>
      <w:r>
        <w:t>kuch bhi nahin tha, kuch bhi nahin tha. to aap bohat hi limited dayre mein rehte thay, bohat hi limited dayre.</w:t>
      </w:r>
    </w:p>
    <w:p>
      <w:pPr>
        <w:jc w:val="right"/>
      </w:pPr>
      <w:r>
        <w:t>کچھ بھی نہیں تھا، کچھ بھی نہیں تھا۔ تو آپ بہت ہی لمیٹڈ دائرے میں رہتے تھے، بہت ہی لمیٹڈ دائرے۔</w:t>
      </w:r>
    </w:p>
    <w:p>
      <w:r>
        <w:rPr>
          <w:b/>
        </w:rPr>
        <w:t xml:space="preserve">[20:43] </w:t>
      </w:r>
      <w:r>
        <w:t>aap ka jo daira tha, bohat hi limited tha.</w:t>
      </w:r>
    </w:p>
    <w:p>
      <w:pPr>
        <w:jc w:val="right"/>
      </w:pPr>
      <w:r>
        <w:t>آپ کا جو دائرہ تھا، بہت ہی لمیٹڈ تھا۔</w:t>
      </w:r>
    </w:p>
    <w:p>
      <w:r>
        <w:rPr>
          <w:b/>
        </w:rPr>
        <w:t xml:space="preserve">[20:47] </w:t>
      </w:r>
      <w:r>
        <w:t>tab jahan tak, jahan tak aap ki talwar pohnchti thi, bas wohin tak aap ki taqat thi. to talwar the, woh is waqt itni bari thi.</w:t>
      </w:r>
    </w:p>
    <w:p>
      <w:pPr>
        <w:jc w:val="right"/>
      </w:pPr>
      <w:r>
        <w:t>تب جہاں تک، جہاں تک آپ کی تلوار پہنچتی تھی، بس وہیں تک آپ کی طاقت تھی۔ تو تلوار تھے، وہ اس وقت اتنی بڑی تھی۔</w:t>
      </w:r>
    </w:p>
    <w:p>
      <w:r>
        <w:rPr>
          <w:b/>
        </w:rPr>
        <w:t xml:space="preserve">[20:57] </w:t>
      </w:r>
      <w:r>
        <w:t>jahan talwar pohnchti thi, taqat thi aap ki. ab to communication ke zariye se aap sari dunya mein pohnch sakte hain. jahan tak aap ghoda daur sakta tha, wahi tha, wahi tak aap ki daur thi.</w:t>
      </w:r>
    </w:p>
    <w:p>
      <w:pPr>
        <w:jc w:val="right"/>
      </w:pPr>
      <w:r>
        <w:t>جہاں تلوار پہنچتی تھی، طاقت تھی آپ کی۔ اب تو کمیونیکیشن کے ذریعے سے آپ ساری دنیا میں پہنچ سکتے ہیں۔ جہاں تک آپ گھوڑا دوڑ سکتا تھا، وہی تھا، وہی تک آپ کی دوڑ تھی۔</w:t>
      </w:r>
    </w:p>
    <w:p>
      <w:r>
        <w:rPr>
          <w:b/>
        </w:rPr>
        <w:t xml:space="preserve">[21:08] </w:t>
      </w:r>
      <w:r>
        <w:t>ab to hawai jahaz aap ko sari dunya mein ghuma raha hai.</w:t>
      </w:r>
    </w:p>
    <w:p>
      <w:pPr>
        <w:jc w:val="right"/>
      </w:pPr>
      <w:r>
        <w:t>اب تو ہوائی جہاز آپ کو ساری دنیا میں گھما رہا ہے۔</w:t>
      </w:r>
    </w:p>
    <w:p>
      <w:r>
        <w:rPr>
          <w:b/>
        </w:rPr>
        <w:t xml:space="preserve">[21:15] </w:t>
      </w:r>
      <w:r>
        <w:t>to age of political power chala gaya tha, lekin is se bari cheez aa gayi thi. is se bari cheez, age of communication ke sari dunya mein rule karo, ideological rule, ideological superpower banao.</w:t>
      </w:r>
    </w:p>
    <w:p>
      <w:pPr>
        <w:jc w:val="right"/>
      </w:pPr>
      <w:r>
        <w:t>تو ایج آف پولیٹیکل پاور چلا گیا تھا، لیکن اس سے بڑی چیز آ گئی تھی۔ اس سے بڑی چیز، ایج آف کمیونیکیشن کہ ساری دنیا میں رول کرو، آئیڈیلوجیکل رول، آئیڈیلوجیکل سپر پاور بناؤ۔</w:t>
      </w:r>
    </w:p>
    <w:p>
      <w:r>
        <w:rPr>
          <w:b/>
        </w:rPr>
        <w:t xml:space="preserve">[21:30] </w:t>
      </w:r>
      <w:r>
        <w:t>yani political sense mein agar aap ke paas mauqa nahi khatam ho gaya tha, to ideological sense mein to sara opportunities khul gayeen aap ki.</w:t>
      </w:r>
    </w:p>
    <w:p>
      <w:pPr>
        <w:jc w:val="right"/>
      </w:pPr>
      <w:r>
        <w:t>یعنی پولیٹیکل سینس میں اگر آپ کے پاس موقع نہیں ختم ہو گیا تھا، تو آئیڈیلوجیکل سینس میں تو سارا اپرچونیٹیز کھل گئیں آپ کی۔</w:t>
      </w:r>
    </w:p>
    <w:p>
      <w:r>
        <w:rPr>
          <w:b/>
        </w:rPr>
        <w:t xml:space="preserve">[21:41] </w:t>
      </w:r>
      <w:r>
        <w:t>to aap jo hai, rote rahe kis par? political empire par. jab kab? jab ke ek naya opportunity khul gayi thi ideological empire banane ki.</w:t>
      </w:r>
    </w:p>
    <w:p>
      <w:pPr>
        <w:jc w:val="right"/>
      </w:pPr>
      <w:r>
        <w:t>تو آپ جو ہے، روتے رہے کس پر؟ پولیٹیکل ایمپائر پر۔ جب کب؟ جب کہ ایک نیا اپرچونیٹی کھل گئی تھی آئیڈیلوجیکل ایمپائر بنانے کی۔</w:t>
      </w:r>
    </w:p>
    <w:p>
      <w:r>
        <w:rPr>
          <w:b/>
        </w:rPr>
        <w:t xml:space="preserve">[21:53] </w:t>
      </w:r>
      <w:r>
        <w:t>to is se kya hota hai? yeh mamooli baat nahi hai. dekhiye, jab tak aadmi ke andar hawas yeh na ho ke woh koi opportunity is ko dikhai na de, tab tak kis mein rehta hai?</w:t>
      </w:r>
    </w:p>
    <w:p>
      <w:pPr>
        <w:jc w:val="right"/>
      </w:pPr>
      <w:r>
        <w:t>تو اس سے کیا ہوتا ہے؟ یہ معمولی بات نہیں ہے۔ دیکھیے، جب تک آدمی کے اندر ہوسٹ یہ نہ ہو کہ وہ کوئی اپرچونیٹی اس کو دکھائی نہ دے، تب تک کس میں رہتا ہے؟</w:t>
      </w:r>
    </w:p>
    <w:p>
      <w:r>
        <w:rPr>
          <w:b/>
        </w:rPr>
        <w:t xml:space="preserve">[22:03] </w:t>
      </w:r>
      <w:r>
        <w:t>woh negativity mein rehta hai, frustration mein rehta hai, kuch ladne bhadne mein rehta hai, chirchirahat mein rehta hai.</w:t>
      </w:r>
    </w:p>
    <w:p>
      <w:pPr>
        <w:jc w:val="right"/>
      </w:pPr>
      <w:r>
        <w:t>وہ نیگیٹیوٹی میں رہتا ہے، فرسٹریشن میں رہتا ہے، کچھ لڑنے بھڑنے میں رہتا ہے، چڑچڑاہٹ میں رہتا ہے۔</w:t>
      </w:r>
    </w:p>
    <w:p>
      <w:r>
        <w:rPr>
          <w:b/>
        </w:rPr>
        <w:t xml:space="preserve">[22:09] </w:t>
      </w:r>
      <w:r>
        <w:t>is ko opportunity dikha dijiye, wohi aadmi jo hero ban jayega. yahi purani Dilli mein ek qissa, ek sahab ne bataya.</w:t>
      </w:r>
    </w:p>
    <w:p>
      <w:pPr>
        <w:jc w:val="right"/>
      </w:pPr>
      <w:r>
        <w:t>اس کو اپرچونیٹی دکھا دیجئے، وہی آدمی جو ہیرو بن جائے گا۔ یہی پرانی دلی میں ایک قصہ، ایک صاحب نے بتایا۔</w:t>
      </w:r>
    </w:p>
    <w:p>
      <w:r>
        <w:rPr>
          <w:b/>
        </w:rPr>
        <w:t xml:space="preserve">[22:17] </w:t>
      </w:r>
      <w:r>
        <w:t>ek aadmi dadagiri karta tha, us ke paas koi income nahi thi, to logon ko dra dhamka kar kuch paisa wasool karta tha.</w:t>
      </w:r>
    </w:p>
    <w:p>
      <w:pPr>
        <w:jc w:val="right"/>
      </w:pPr>
      <w:r>
        <w:t>ایک آدمی دادا گیری کرتا تھا، اس کے پاس کوئی انکم نہیں تھی، تو لوگوں کو ڈرا دھمکا کر کچھ پیسہ وصول کرتا تھا۔</w:t>
      </w:r>
    </w:p>
    <w:p>
      <w:r>
        <w:rPr>
          <w:b/>
        </w:rPr>
        <w:t xml:space="preserve">[22:27] </w:t>
      </w:r>
      <w:r>
        <w:t>to ek samajhdar aadmi the, unhon ne kaha bhai, is ko dukan kara do.</w:t>
      </w:r>
    </w:p>
    <w:p>
      <w:pPr>
        <w:jc w:val="right"/>
      </w:pPr>
      <w:r>
        <w:t>تو ایک سمجھدار آدمی تھے، انہوں نے کہا بھئی، اس کو دکان کرا دو۔</w:t>
      </w:r>
    </w:p>
    <w:p>
      <w:r>
        <w:rPr>
          <w:b/>
        </w:rPr>
        <w:t xml:space="preserve">[22:33] </w:t>
      </w:r>
      <w:r>
        <w:t>to kuch ek dukan liya, ek kuch paisa lagaya, aur ek dukan khol kar wahan baitha diya us ko. ghaliban lohe ki dukan thi, yani dukan de di aur paisa laga kar saman rakh diya bechne ke liye.</w:t>
      </w:r>
    </w:p>
    <w:p>
      <w:pPr>
        <w:jc w:val="right"/>
      </w:pPr>
      <w:r>
        <w:t>تو کچھ ایک دکان لیا، ایک کچھ پیسہ لگایا، اور ایک دکان کھول کر وہاں بٹھا دیا اس کو۔ غالباً لوہے کی دکان تھی، یعنی دکان دے دی اور پیسہ لگا کر سامان رکھ دیا بیچنے کے لیے۔</w:t>
      </w:r>
    </w:p>
    <w:p>
      <w:r>
        <w:rPr>
          <w:b/>
        </w:rPr>
        <w:t xml:space="preserve">[22:47] </w:t>
      </w:r>
      <w:r>
        <w:t>ab wahan baitha diya us ko. us ki sari dadagiri khatam ho gayi, us aadmi ki dadagiri khatam ho gayi. kyun? ab paisa aa raha hai, baithe bithaye log gahaak aa rahe hain, saman khareed rahe hain.</w:t>
      </w:r>
    </w:p>
    <w:p>
      <w:pPr>
        <w:jc w:val="right"/>
      </w:pPr>
      <w:r>
        <w:t>اب وہاں بٹھا دیا اس کو۔ اس کی ساری دادا گیری ختم ہوگئی، اس آدمی کی دادا گیری ختم ہوگئی۔ کیوں؟ اب پیسہ آ رہا ہے، بیٹھے بٹھائے لوگ گاہک آ رہے ہیں، سامان خرید رہے ہیں۔</w:t>
      </w:r>
    </w:p>
    <w:p>
      <w:r>
        <w:rPr>
          <w:b/>
        </w:rPr>
        <w:t xml:space="preserve">[23:05] </w:t>
      </w:r>
      <w:r>
        <w:t>to musalmanon ka haal yeh hua ke hamare is zamane ke leader jo the, woh woh opportunity blind ho gaye. opportunity blind, bhai, har qism ki opportunity.</w:t>
      </w:r>
    </w:p>
    <w:p>
      <w:pPr>
        <w:jc w:val="right"/>
      </w:pPr>
      <w:r>
        <w:t>تو مسلمانوں کا حال یہ ہوا کہ ہمارے اس زمانے کے لیڈر جو تھے، وہ وہ اپرچونیٹی بلائنڈ ہو گئے۔ اپرچونیٹی بلائنڈ، بھئی، ہر قسم کی اپرچونیٹی۔</w:t>
      </w:r>
    </w:p>
    <w:p>
      <w:r>
        <w:rPr>
          <w:b/>
        </w:rPr>
        <w:t xml:space="preserve">[23:18] </w:t>
      </w:r>
      <w:r>
        <w:t>education ki, aaj subah ek sahab ne bari achi baat kahi, aaj hi subah ki baat hai ke maujooda zamane mein ek bohat bari opportunity khuli thi ke degree.</w:t>
      </w:r>
    </w:p>
    <w:p>
      <w:pPr>
        <w:jc w:val="right"/>
      </w:pPr>
      <w:r>
        <w:t>ایجوکیشن کی، آج صبح ایک صاحب نے بڑی اچھی بات کہی، آج ہی صبح کی بات ہے کہ موجودہ زمانے میں ایک بہت بڑی اپرچونیٹی کھلی تھی کہ ڈگری۔</w:t>
      </w:r>
    </w:p>
    <w:p>
      <w:r>
        <w:rPr>
          <w:b/>
        </w:rPr>
        <w:t xml:space="preserve">[23:31] </w:t>
      </w:r>
      <w:r>
        <w:t>degree pehle zamane mein degree ka concept nahi tha,</w:t>
      </w:r>
    </w:p>
    <w:p>
      <w:pPr>
        <w:jc w:val="right"/>
      </w:pPr>
      <w:r>
        <w:t>ڈگری پہلے زمانے میں ڈگری کا کانسیپٹ نہیں تھا،</w:t>
      </w:r>
    </w:p>
    <w:p>
      <w:r>
        <w:rPr>
          <w:b/>
        </w:rPr>
        <w:t xml:space="preserve">[23:35] </w:t>
      </w:r>
      <w:r>
        <w:t>merit ki base par koi le aata tha. merit ki base par ab degree le lo aur job dunya bhar mein tum ko job milta rahega.</w:t>
      </w:r>
    </w:p>
    <w:p>
      <w:pPr>
        <w:jc w:val="right"/>
      </w:pPr>
      <w:r>
        <w:t>میرٹ کی بیس پر کوئی لے آتا تھا۔ میرٹ کی بیس پر اب ڈگری لے لو اور جاب دنیا بھر میں تم کو جاب ملتا رہے گا۔</w:t>
      </w:r>
    </w:p>
    <w:p>
      <w:r>
        <w:rPr>
          <w:b/>
        </w:rPr>
        <w:t xml:space="preserve">[23:46] </w:t>
      </w:r>
      <w:r>
        <w:t>to degree based education pehle thi nahi, is ko musalman ne jana. degree lo aur dunya bhar mein ja kar job karo, khoob taraqqi karo.</w:t>
      </w:r>
    </w:p>
    <w:p>
      <w:pPr>
        <w:jc w:val="right"/>
      </w:pPr>
      <w:r>
        <w:t>تو ڈگری بیسڈ ایجوکیشن پہلے تھی نہیں، اس کو مسلمان نے جانا۔ ڈگری لو اور دنیا بھر میں جا کر جاب کرو، خوب ترقی کرو۔</w:t>
      </w:r>
    </w:p>
    <w:p>
      <w:r>
        <w:rPr>
          <w:b/>
        </w:rPr>
        <w:t xml:space="preserve">[23:56] </w:t>
      </w:r>
      <w:r>
        <w:t>yeh bohat bari baat kahi subah hi aaj hi ke degree based education to pehle thi hi nahi.</w:t>
      </w:r>
    </w:p>
    <w:p>
      <w:pPr>
        <w:jc w:val="right"/>
      </w:pPr>
      <w:r>
        <w:t>یہ بہت بڑی بات کہی صبح ہی آج ہی کہ ڈگری بیسڈ ایجوکیشن تو پہلے تھی ہی نہیں۔</w:t>
      </w:r>
    </w:p>
    <w:p>
      <w:r>
        <w:rPr>
          <w:b/>
        </w:rPr>
        <w:t xml:space="preserve">[24:01] </w:t>
      </w:r>
      <w:r>
        <w:t>aadmi bohat mehnat kar ke qabiliyat lata tha, bohat hi, bohat hi zyada. jab deserve karta tha, tab kisi ko dikhai deta tha. woh ab to degree hai, to har aadmi dekha hai ke bhai, mere paas degree hai.</w:t>
      </w:r>
    </w:p>
    <w:p>
      <w:pPr>
        <w:jc w:val="right"/>
      </w:pPr>
      <w:r>
        <w:t>آدمی بہت محنت کر کے قابلیت لاتا تھا، بہت ہی، بہت ہی زیادہ۔ جب ڈیزرو کرتا تھا، تب کسی کو دکھائی دیتا تھا۔ وہ اب تو ڈگری ہے، تو ہر آدمی دیکھا ہے کہ بھئی، میرے پاس ڈگری ہے۔</w:t>
      </w:r>
    </w:p>
    <w:p>
      <w:r>
        <w:rPr>
          <w:b/>
        </w:rPr>
        <w:t xml:space="preserve">[24:14] </w:t>
      </w:r>
      <w:r>
        <w:t>yeh bhi nahi bataya gaya musalmanon ko. kisi ek bhi muslim ne, chahe woh mister ho ya molvi, musalmanon ko bataya hi nahi.</w:t>
      </w:r>
    </w:p>
    <w:p>
      <w:pPr>
        <w:jc w:val="right"/>
      </w:pPr>
      <w:r>
        <w:t>یہ بھی نہیں بتایا گیا مسلمانوں کو۔ کسی ایک بھی مسلم نے، چاہے وہ مسٹر ہو یا مولوی، مسلمانوں کو بتایا ہی نہیں۔</w:t>
      </w:r>
    </w:p>
    <w:p>
      <w:r>
        <w:rPr>
          <w:b/>
        </w:rPr>
        <w:t xml:space="preserve">[24:24] </w:t>
      </w:r>
      <w:r>
        <w:t>to sab ke sab ban gaye opportunity blind.</w:t>
      </w:r>
    </w:p>
    <w:p>
      <w:pPr>
        <w:jc w:val="right"/>
      </w:pPr>
      <w:r>
        <w:t>تو سب کے سب بن گئے اپرچونیٹی بلائنڈ۔</w:t>
      </w:r>
    </w:p>
    <w:p>
      <w:r>
        <w:rPr>
          <w:b/>
        </w:rPr>
        <w:t xml:space="preserve">[24:29] </w:t>
      </w:r>
      <w:r>
        <w:t>to jahan yeh hoga ke logon ko opportunity nahi dikhai degi, to ladai phadenge aapas mein. ladai phadenge.</w:t>
      </w:r>
    </w:p>
    <w:p>
      <w:pPr>
        <w:jc w:val="right"/>
      </w:pPr>
      <w:r>
        <w:t>تو جہاں یہ ہوگا کہ لوگوں کو اپرچونیٹی نہیں دکھائی دے گی، تو لڑائی پھڑیں گے آپس میں۔ لڑائی پھڑیں گے۔</w:t>
      </w:r>
    </w:p>
    <w:p>
      <w:r>
        <w:rPr>
          <w:b/>
        </w:rPr>
        <w:t xml:space="preserve">[24:37] </w:t>
      </w:r>
      <w:r>
        <w:t>to poori poori qaum, poori poori community ko logon ne bana diya aisa ke koi in ko dikhai nahi, in ko ke yeh opportunity hai, is ko avail karo. matlab, education lo, industry lagao, da work karo,</w:t>
      </w:r>
    </w:p>
    <w:p>
      <w:pPr>
        <w:jc w:val="right"/>
      </w:pPr>
      <w:r>
        <w:t>تو پوری پوری قوم، پوری پوری کمیونٹی کو لوگوں نے بنا دیا ایسا کہ کوئی ان کو دکھائی نہیں، ان کو کہ یہ اپرچونیٹی ہے، اس کو اویل کرو۔ مطلب، ایجوکیشن لو، انڈسٹری لگاؤ، دا ورک کرو،</w:t>
      </w:r>
    </w:p>
    <w:p>
      <w:r>
        <w:rPr>
          <w:b/>
        </w:rPr>
        <w:t xml:space="preserve">[24:51] </w:t>
      </w:r>
      <w:r>
        <w:t>quran ko phailao, yeh sab kuch. to bas kya hai? lar rahe hain, bam maar rahe hain,</w:t>
      </w:r>
    </w:p>
    <w:p>
      <w:pPr>
        <w:jc w:val="right"/>
      </w:pPr>
      <w:r>
        <w:t>قرآن کو پھیلاؤ، یہ سب کچھ۔ تو بس کیا ہے؟ لڑ رہے ہیں، بم مار رہے ہیں،</w:t>
      </w:r>
    </w:p>
    <w:p>
      <w:r>
        <w:rPr>
          <w:b/>
        </w:rPr>
        <w:t xml:space="preserve">[24:59] </w:t>
      </w:r>
      <w:r>
        <w:t>jhajhlahat mein bam maar rahe hain. aaj kal jo suicide bombing hoti hai, woh kya hoti hai? woh jhajhlahat ka, ka woh, woh hai manifestation.</w:t>
      </w:r>
    </w:p>
    <w:p>
      <w:pPr>
        <w:jc w:val="right"/>
      </w:pPr>
      <w:r>
        <w:t>جھجلاہٹ میں بم مار رہے ہیں۔ آج کل جو سوسائیڈ بمبنگ ہوتی ہے، وہ کیا ہوتی ہے؟ وہ جھجلاہٹ کا، کا وہ، وہ ہے مینیفیسٹیشن۔</w:t>
      </w:r>
    </w:p>
    <w:p>
      <w:r>
        <w:rPr>
          <w:b/>
        </w:rPr>
        <w:t xml:space="preserve">[25:12] </w:t>
      </w:r>
      <w:r>
        <w:t>hate hai, jhajhlahat hai, revenge hai. to is ko kya karte hain? pehle chalaya unhon ne gun culture, chalaya, woh fail ho gaya.</w:t>
      </w:r>
    </w:p>
    <w:p>
      <w:pPr>
        <w:jc w:val="right"/>
      </w:pPr>
      <w:r>
        <w:t>ہیٹ ہے، جھجلاہٹ ہے، ریونج ہے۔ تو اس کو کیا کرتے ہیں؟ پہلے چلایا انہوں نے گن کلچر، چلایا، وہ فیل ہو گیا۔</w:t>
      </w:r>
    </w:p>
    <w:p>
      <w:r>
        <w:rPr>
          <w:b/>
        </w:rPr>
        <w:t xml:space="preserve">[25:21] </w:t>
      </w:r>
      <w:r>
        <w:t>tab suicide bombing chala rahe hain, apne hi ko maar rahe hain. yeh doosron ko na maar sake to apne hi ko maar rahe hain.</w:t>
      </w:r>
    </w:p>
    <w:p>
      <w:pPr>
        <w:jc w:val="right"/>
      </w:pPr>
      <w:r>
        <w:t>تب سوسائیڈ بمبنگ چلا رہے ہیں، اپنے ہی کو مار رہے ہیں۔ یہ دوسروں کو نہ مار سکے تو اپنے ہی کو مار رہے ہیں۔</w:t>
      </w:r>
    </w:p>
    <w:p>
      <w:r>
        <w:rPr>
          <w:b/>
        </w:rPr>
        <w:t xml:space="preserve">[25:29] </w:t>
      </w:r>
      <w:r>
        <w:t>yeh kyun hai? hamare leaderon ne poori poori community ko opportunity blind bana diya. opportunity blind, yeh hai qissa.</w:t>
      </w:r>
    </w:p>
    <w:p>
      <w:pPr>
        <w:jc w:val="right"/>
      </w:pPr>
      <w:r>
        <w:t>یہ کیوں ہے؟ ہمارے لیڈروں نے پوری پوری کمیونٹی کو اپرچونیٹی بلائنڈ بنا دیا۔ اپرچونیٹی بلائنڈ، یہ ہے قصہ۔</w:t>
      </w:r>
    </w:p>
    <w:p>
      <w:r>
        <w:rPr>
          <w:b/>
        </w:rPr>
        <w:t xml:space="preserve">[25:42] </w:t>
      </w:r>
      <w:r>
        <w:t>to rasool Allah, rasool Allah, sahaba ke zamane mein yeh sab baatein hoti theen. ab badh gaye nahin? kyun? is ke peeche bohat raaz hain, is ke. kyunke agar woh log bhadakte to koi kaam na hota,</w:t>
      </w:r>
    </w:p>
    <w:p>
      <w:pPr>
        <w:jc w:val="right"/>
      </w:pPr>
      <w:r>
        <w:t>تو رسول اللہ، رسول اللہ، صحابہ کے زمانے میں یہ سب باتیں ہوتی تھیں۔ اب بڑھ گئے نہیں۔ کیوں؟ اس کے پیچھے بہت راز ہیں، اس کے۔ کیونکہ اگر وہ لوگ بھڑکتے تو کوئی کام نہ ہوتا،</w:t>
      </w:r>
    </w:p>
    <w:p>
      <w:r>
        <w:rPr>
          <w:b/>
        </w:rPr>
        <w:t xml:space="preserve">[25:56] </w:t>
      </w:r>
      <w:r>
        <w:t>koi kaam na hota.</w:t>
      </w:r>
    </w:p>
    <w:p>
      <w:pPr>
        <w:jc w:val="right"/>
      </w:pPr>
      <w:r>
        <w:t>کوئی کام نہ ہوتا۔</w:t>
      </w:r>
    </w:p>
    <w:p>
      <w:r>
        <w:rPr>
          <w:b/>
        </w:rPr>
        <w:t xml:space="preserve">[25:58] </w:t>
      </w:r>
      <w:r>
        <w:t>rasool Allah ke liye ayat utari Allah taala ne ke inna maal usra yusra. tum usr ko mat dekho, yusr ko dekho. yaani problem ko bare dekho, opportunity ko dekho.</w:t>
      </w:r>
    </w:p>
    <w:p>
      <w:pPr>
        <w:jc w:val="right"/>
      </w:pPr>
      <w:r>
        <w:t>رسول اللہ کے لیے آیت اتاری اللہ تعالی نے کہ انا مال عسر یسرا۔ تم عسر کو مت دیکھو، یسر کو دیکھو۔ یعنی پرابلم کو بڑے دیکھو، اپرچونیٹی کو دیکھو۔</w:t>
      </w:r>
    </w:p>
    <w:p>
      <w:r>
        <w:rPr>
          <w:b/>
        </w:rPr>
        <w:t xml:space="preserve">[26:08] </w:t>
      </w:r>
      <w:r>
        <w:t>chhoro is ko, ignore karo. to jis cheez ko rasool ne, ashaab rasool ne ignore kiya tha, usi ko hamare logon ne apna goal bana liya hai.</w:t>
      </w:r>
    </w:p>
    <w:p>
      <w:pPr>
        <w:jc w:val="right"/>
      </w:pPr>
      <w:r>
        <w:t>چھوڑو اس کو، اگنور کرو۔ تو جس چیز کو رسول نے، اصحاب رسول نے اگنور کیا تھا، اسی کو ہمارے لوگوں نے اپنا گول بنا لیا ہے۔</w:t>
      </w:r>
    </w:p>
    <w:p>
      <w:r>
        <w:rPr>
          <w:b/>
        </w:rPr>
        <w:t xml:space="preserve">[26:20] </w:t>
      </w:r>
      <w:r>
        <w:t>hangama karna, democracy karna, maarna, kaatna, gun culture chalana, suicide bombing karna</w:t>
      </w:r>
    </w:p>
    <w:p>
      <w:pPr>
        <w:jc w:val="right"/>
      </w:pPr>
      <w:r>
        <w:t>ہنگامہ کرنا، ڈیموکریسی کرنا، مارنا، کاٹنا، گن کلچر چلانا، سوسائیڈ بمبنگ کرنا</w:t>
      </w:r>
    </w:p>
    <w:p>
      <w:r>
        <w:rPr>
          <w:b/>
        </w:rPr>
        <w:t xml:space="preserve">[26:26] </w:t>
      </w:r>
      <w:r>
        <w:t>. to yeh to ignore karna tha.</w:t>
      </w:r>
    </w:p>
    <w:p>
      <w:pPr>
        <w:jc w:val="right"/>
      </w:pPr>
      <w:r>
        <w:t>۔ تو یہ تو اگنور کرنا تھا۔</w:t>
      </w:r>
    </w:p>
    <w:p>
      <w:r>
        <w:rPr>
          <w:b/>
        </w:rPr>
        <w:t xml:space="preserve">[26:31] </w:t>
      </w:r>
      <w:r>
        <w:t>jin baaton par aap bhadak rahe hain, is ko ignore karne ka item the. woh to bhadakne ki kya baat hai? is par</w:t>
      </w:r>
    </w:p>
    <w:p>
      <w:pPr>
        <w:jc w:val="right"/>
      </w:pPr>
      <w:r>
        <w:t>جن باتوں پر آپ بھڑک رہے ہیں، اس کو اگنور کرنے کا آئٹم تھے۔ وہ تو بھڑکنے کی کیا بات ہے؟ اس پر</w:t>
      </w:r>
    </w:p>
    <w:p>
      <w:r>
        <w:rPr>
          <w:b/>
        </w:rPr>
        <w:t xml:space="preserve">[26:40] </w:t>
      </w:r>
      <w:r>
        <w:t>rasool Allah jab makkah mein the to wahan par ek ek shaira thi. wahan par sab shair hua karte the is zamane mein. baat koi shairi khatam ho gayi thi.</w:t>
      </w:r>
    </w:p>
    <w:p>
      <w:pPr>
        <w:jc w:val="right"/>
      </w:pPr>
      <w:r>
        <w:t>رسول اللہ جب مکہ میں تھے تو وہاں پر ایک ایک شاعرہ تھی۔ وہاں پر سب شاعر ہوا کرتے تھے اس زمانے میں۔ بات کوئی شاعری ختم ہوگئی تھی۔</w:t>
      </w:r>
    </w:p>
    <w:p>
      <w:r>
        <w:rPr>
          <w:b/>
        </w:rPr>
        <w:t xml:space="preserve">[26:50] </w:t>
      </w:r>
      <w:r>
        <w:t>to rasool Allah ke saamne aa kar kehti hai ke mudamm abina amrah qulna deen hussain saamne aa kar ke yeh mudamm hain, hum ko condemn karte hain in ko.</w:t>
      </w:r>
    </w:p>
    <w:p>
      <w:pPr>
        <w:jc w:val="right"/>
      </w:pPr>
      <w:r>
        <w:t>تو رسول اللہ کے سامنے آ کر کہتی ہے کہ مذمم ابینا امرہ قلنا دین حسین سامنے آ کر کے یہ مذمم ہیں، ہم کو کنڈم کرتے ہیں ان کو۔</w:t>
      </w:r>
    </w:p>
    <w:p>
      <w:r>
        <w:rPr>
          <w:b/>
        </w:rPr>
        <w:t xml:space="preserve">[27:04] </w:t>
      </w:r>
      <w:r>
        <w:t>to rasool Allah jo the, kuch bole nahin, bilkul thande tareeqe se sunte rahe. to hazrat abubakar the, unhon ne kaha ke aise aise kalmaat bol rahi hain, aap kuch, aap ko kuch,</w:t>
      </w:r>
    </w:p>
    <w:p>
      <w:pPr>
        <w:jc w:val="right"/>
      </w:pPr>
      <w:r>
        <w:t>تو رسول اللہ جو تھے، کچھ بولے نہیں، بالکل ٹھنڈے طریقے سے سنتے رہے۔ تو حضرت ابوبکر تھے، انہوں نے کہا کہ ایسے ایسے کلمات بول رہی ہیں، آپ کچھ، آپ کو کچھ،</w:t>
      </w:r>
    </w:p>
    <w:p>
      <w:r>
        <w:rPr>
          <w:b/>
        </w:rPr>
        <w:t xml:space="preserve">[27:17] </w:t>
      </w:r>
      <w:r>
        <w:t>aap kuch react nahin kar rahe.</w:t>
      </w:r>
    </w:p>
    <w:p>
      <w:pPr>
        <w:jc w:val="right"/>
      </w:pPr>
      <w:r>
        <w:t>آپ کچھ ری ایکٹ نہیں کر رہے۔</w:t>
      </w:r>
    </w:p>
    <w:p>
      <w:r>
        <w:rPr>
          <w:b/>
        </w:rPr>
        <w:t xml:space="preserve">[27:21] </w:t>
      </w:r>
      <w:r>
        <w:t>yeh saamne aa kar keh rahi hai ke mudamm abina</w:t>
      </w:r>
    </w:p>
    <w:p>
      <w:pPr>
        <w:jc w:val="right"/>
      </w:pPr>
      <w:r>
        <w:t>یہ سامنے آ کر کہہ رہی ہے کہ مذمم ابینا</w:t>
      </w:r>
    </w:p>
    <w:p>
      <w:r>
        <w:rPr>
          <w:b/>
        </w:rPr>
        <w:t xml:space="preserve">[27:27] </w:t>
      </w:r>
      <w:r>
        <w:t>. to rasool Allah ne ek kaisi ajeeb baat kahi, aap padh lijiyey is ko, is waqe ko. sayyid ibn sham mein, sayyid ibn shan ka tarjuma english mein bhi chhap chuka hai. to aap ne farmaya ke main to, yaani rasool Allah ka naam makkah wale mudamm rakh diya tha is zamane mein</w:t>
      </w:r>
    </w:p>
    <w:p>
      <w:pPr>
        <w:jc w:val="right"/>
      </w:pPr>
      <w:r>
        <w:t>تو رسول اللہ نے ایک کیسی عجیب بات کہی، آپ پڑھ لیجئے اس کو، اس واقعے کو۔ سید ابن شام میں، سید ابن شان کا ترجمہ انگلش میں بھی چھپ چکا ہے۔ تو آپ نے فرمایا کہ میں تو، یعنی رسول اللہ کا نام مکے والے محمد مذمم رکھ دیا تھا اس زمانے میں</w:t>
      </w:r>
    </w:p>
    <w:p>
      <w:r>
        <w:rPr>
          <w:b/>
        </w:rPr>
        <w:t xml:space="preserve">[27:47] </w:t>
      </w:r>
      <w:r>
        <w:t>. muhammad ka naam mudamm, yaani aap ke dada jo the, abdul mutallib, unhon ne aap ka naam rakha tha muhammad. muhammad maani hain, yaani parhezgardi, tareef ke qabil.</w:t>
      </w:r>
    </w:p>
    <w:p>
      <w:pPr>
        <w:jc w:val="right"/>
      </w:pPr>
      <w:r>
        <w:t>۔ محمد کا نام مذمم، یعنی آپ کے دادا جو تھے، عبدالمطلب، انہوں نے آپ کا نام رکھا تھا محمد۔ محمد معنی ہیں، یعنی پرہیزوردی، تعریف کے قابل۔</w:t>
      </w:r>
    </w:p>
    <w:p>
      <w:r>
        <w:rPr>
          <w:b/>
        </w:rPr>
        <w:t xml:space="preserve">[28:00] </w:t>
      </w:r>
      <w:r>
        <w:t>to unhon ne rakh diya tha ulta mudamm, yaani condemn karne ke qabil, condemnable. to aap ka naam jo jo family ne rakha tha, woh to muhammad tha.</w:t>
      </w:r>
    </w:p>
    <w:p>
      <w:pPr>
        <w:jc w:val="right"/>
      </w:pPr>
      <w:r>
        <w:t>تو انہوں نے رکھ دیا تھا الٹا مذمم، یعنی کنڈم کرنے کے قابل، کنڈمنیبل۔ تو آپ کا نام جو جو فیملی نے رکھا تھا، وہ تو محمد تھا۔</w:t>
      </w:r>
    </w:p>
    <w:p>
      <w:r>
        <w:rPr>
          <w:b/>
        </w:rPr>
        <w:t xml:space="preserve">[28:12] </w:t>
      </w:r>
      <w:r>
        <w:t>in logon ne rakh diya tha mudamm.</w:t>
      </w:r>
    </w:p>
    <w:p>
      <w:pPr>
        <w:jc w:val="right"/>
      </w:pPr>
      <w:r>
        <w:t>ان لوگوں نے رکھ دیا تھا مذمم۔</w:t>
      </w:r>
    </w:p>
    <w:p>
      <w:r>
        <w:rPr>
          <w:b/>
        </w:rPr>
        <w:t xml:space="preserve">[28:14] </w:t>
      </w:r>
      <w:r>
        <w:t>to unhon ne kaha tha ke mudamm ko hum condemn karte hain. to rasool Allah ne farmaya ke jis ko, jis ka naam mudamm hoga, us par padega is ka, main to muhammad hoon.</w:t>
      </w:r>
    </w:p>
    <w:p>
      <w:pPr>
        <w:jc w:val="right"/>
      </w:pPr>
      <w:r>
        <w:t>تو انہوں نے کہا تھا کہ مذمم کو ہم کنڈم کرتے ہیں۔ تو رسول اللہ نے فرمایا کہ جس کو، جس کا نام مذمم ہوگا، اس پر پڑے گا اس کا، میں تو محمد ہوں۔</w:t>
      </w:r>
    </w:p>
    <w:p>
      <w:r>
        <w:rPr>
          <w:b/>
        </w:rPr>
        <w:t xml:space="preserve">[28:26] </w:t>
      </w:r>
      <w:r>
        <w:t>yeh kehti hai, ajeeb baat hai yeh, kaisi ajeeb baat hai yeh. yaani simple sa aap ne diffuse kar diya is ko, itne simple tareeqe se diffuse kar diya ke jis jis ko woh bura bhala keh rahi hai, woh woh kisi kisi mudamm ko bura bhala keh rahi hai.</w:t>
      </w:r>
    </w:p>
    <w:p>
      <w:pPr>
        <w:jc w:val="right"/>
      </w:pPr>
      <w:r>
        <w:t>یہ کہتی ہے، عجیب بات ہے یہ، کیسی عجیب بات ہے یہ۔ یعنی سمپل سا آپ نے ڈیفیوز کر دیا اس کو، اتنے سمپل طریقے سے ڈیفیوز کر دیا کہ جس جس کو وہ برا بھلا کہہ رہی ہے، وہ وہ کسی کسی مذمم کو برا بھلا کہہ رہی ہے۔</w:t>
      </w:r>
    </w:p>
    <w:p>
      <w:r>
        <w:rPr>
          <w:b/>
        </w:rPr>
        <w:t xml:space="preserve">[28:42] </w:t>
      </w:r>
      <w:r>
        <w:t>woh</w:t>
      </w:r>
    </w:p>
    <w:p>
      <w:pPr>
        <w:jc w:val="right"/>
      </w:pPr>
      <w:r>
        <w:t>وہ</w:t>
      </w:r>
    </w:p>
    <w:p>
      <w:r>
        <w:rPr>
          <w:b/>
        </w:rPr>
        <w:t xml:space="preserve">[28:43] </w:t>
      </w:r>
      <w:r>
        <w:t>to main naam to mudamm hai nahin, main to muhammad hoon. mere mere par to is ki baat padegi nahin. itne simple tareeqe se diffuse kar diya aap ne.</w:t>
      </w:r>
    </w:p>
    <w:p>
      <w:pPr>
        <w:jc w:val="right"/>
      </w:pPr>
      <w:r>
        <w:t>تو میں نام تو مذمم ہے نہیں، میں تو محمد ہوں۔ میرے میرے پر تو اس کی بات پڑے گی نہیں۔ اتنے سمپل طریقے سے ڈیفیوز کر دیا آپ نے۔</w:t>
      </w:r>
    </w:p>
    <w:p>
      <w:r>
        <w:rPr>
          <w:b/>
        </w:rPr>
        <w:t xml:space="preserve">[28:52] </w:t>
      </w:r>
      <w:r>
        <w:t>aaj kal ke musalman diffuse nahi kar paate. ek kehte hain norway ke log, arey bhai, paper mein chhapa hai, ek hi din ki to kahani hai.</w:t>
      </w:r>
    </w:p>
    <w:p>
      <w:pPr>
        <w:jc w:val="right"/>
      </w:pPr>
      <w:r>
        <w:t>آج کل کے مسلمان ڈیفیوز نہیں کر پاتے۔ ایک کہتے ہیں ناروے کے لوگ، ارے بھئی، پیپر میں چھپا ہے، ایک ہی دن کی تو کہانی ہے۔</w:t>
      </w:r>
    </w:p>
    <w:p>
      <w:r>
        <w:rPr>
          <w:b/>
        </w:rPr>
        <w:t xml:space="preserve">[29:03] </w:t>
      </w:r>
      <w:r>
        <w:t>shaam ko to jayega woh raddi khane mein, bhadakne ki kya baat hai? woh</w:t>
      </w:r>
    </w:p>
    <w:p>
      <w:pPr>
        <w:jc w:val="right"/>
      </w:pPr>
      <w:r>
        <w:t>شام کو تو جائے گا وہ ردی خانے میں، بھڑکنے کی کیا بات ہے؟ وہ</w:t>
      </w:r>
    </w:p>
    <w:p>
      <w:r>
        <w:rPr>
          <w:b/>
        </w:rPr>
        <w:t xml:space="preserve">[29:08] </w:t>
      </w:r>
      <w:r>
        <w:t>yaani subah chhapa aur shaam ko ghar, is mein letter bin mein, yeh to bhadakne ki kya baat hai? lekin koi yeh nahi kar saka, na koi bister kar saka, na koi bol bhi kar saka.</w:t>
      </w:r>
    </w:p>
    <w:p>
      <w:pPr>
        <w:jc w:val="right"/>
      </w:pPr>
      <w:r>
        <w:t>یعنی صبح چھپا اور شام کو گھر، اس میں لیٹر بن میں، یہ تو بھڑکنے کی کیا بات ہے؟ لیکن کوئی یہ نہیں کر سکا، نہ کوئی بستر کر سکا، نہ کوئی بول بھی کر سکا۔</w:t>
      </w:r>
    </w:p>
    <w:p>
      <w:r>
        <w:rPr>
          <w:b/>
        </w:rPr>
        <w:t xml:space="preserve">[29:23] </w:t>
      </w:r>
      <w:r>
        <w:t>woh bhadak rahe hain, bhadak rahe hain, bhadak rahe hain.</w:t>
      </w:r>
    </w:p>
    <w:p>
      <w:pPr>
        <w:jc w:val="right"/>
      </w:pPr>
      <w:r>
        <w:t>وہ بھڑک رہے ہیں، بھڑک رہے ہیں، بھڑک رہے ہیں۔</w:t>
      </w:r>
    </w:p>
    <w:p>
      <w:r>
        <w:rPr>
          <w:b/>
        </w:rPr>
        <w:t xml:space="preserve">[29:28] </w:t>
      </w:r>
      <w:r>
        <w:t>to yeh simple baat nahi hai. chuki der is failure of leadership,</w:t>
      </w:r>
    </w:p>
    <w:p>
      <w:pPr>
        <w:jc w:val="right"/>
      </w:pPr>
      <w:r>
        <w:t>تو یہ سمپل بات نہیں ہے۔ چونکہ دیر از فیلیر آف لیڈرشپ،</w:t>
      </w:r>
    </w:p>
    <w:p>
      <w:r>
        <w:rPr>
          <w:b/>
        </w:rPr>
        <w:t xml:space="preserve">[29:37] </w:t>
      </w:r>
      <w:r>
        <w:t>it is outcome of failure of our leadership. leadership ne logon ko dikhaya nahi ke opportunity hai, taraqqi ke raaste khule hue hain.</w:t>
      </w:r>
    </w:p>
    <w:p>
      <w:pPr>
        <w:jc w:val="right"/>
      </w:pPr>
      <w:r>
        <w:t>اٹ از آؤٹ کم آف فیلیر آف اور لیڈرشپ۔ لیڈرشپ نے لوگوں کو دکھایا نہیں کہ اپرچونیٹی ہے، ترقی کے راستے کھلے ہوئے ہیں۔</w:t>
      </w:r>
    </w:p>
    <w:p>
      <w:r>
        <w:rPr>
          <w:b/>
        </w:rPr>
        <w:t xml:space="preserve">[29:48] </w:t>
      </w:r>
      <w:r>
        <w:t>to jab bhi aap kisi family ko dekh lijiye, kisi family ko, jaise maine dekha hai, family ko jo bataya misaal aap ko, aaj bhi dekh lijiye, jis family ke saamne koi goal na ho, koi target na ho, koi opportunity na dikhai deti ho un ko, to yahi karenge woh.</w:t>
      </w:r>
    </w:p>
    <w:p>
      <w:pPr>
        <w:jc w:val="right"/>
      </w:pPr>
      <w:r>
        <w:t>تو جب بھی آپ کسی فیملی کو دیکھ لیجئے، کسی فیملی کو، جیسے میں نے دیکھا ہے، فیملی کو جو بتایا مثال آپ کو، آج بھی دیکھ لیجئے، جس فیملی کے سامنے کوئی گول نہ ہو، کوئی ٹارگٹ نہ ہو، کوئی اپرچونیٹی نہ دکھائی دیتی ہو ان کو، تو یہی کریں گے وہ۔</w:t>
      </w:r>
    </w:p>
    <w:p>
      <w:r>
        <w:rPr>
          <w:b/>
        </w:rPr>
        <w:t xml:space="preserve">[30:08] </w:t>
      </w:r>
      <w:r>
        <w:t>misalan jaldi ki baat hai, ek sahab, woh woh ho gaye, yaani bilkul galat galat raaste par pad gaye.</w:t>
      </w:r>
    </w:p>
    <w:p>
      <w:pPr>
        <w:jc w:val="right"/>
      </w:pPr>
      <w:r>
        <w:t>مثلاً جلدی کی بات ہے، ایک صاحب، وہ وہ ہو گئے، یعنی بالکل غلط غلط راستے پر پڑ گئے۔</w:t>
      </w:r>
    </w:p>
    <w:p>
      <w:r>
        <w:rPr>
          <w:b/>
        </w:rPr>
        <w:t xml:space="preserve">[30:20] </w:t>
      </w:r>
      <w:r>
        <w:t>woh to un se kisi ne poocha ke bhai, tum yeh sab kyun kaam karte ho? kaha bhai, koi education to hui nahi meri, ab kya karoon main?</w:t>
      </w:r>
    </w:p>
    <w:p>
      <w:pPr>
        <w:jc w:val="right"/>
      </w:pPr>
      <w:r>
        <w:t>وہ تو ان سے کسی نے پوچھا کہ بھئی، تم یہ سب کیوں کام کرتے ہو؟ کہا بھئی، کوئی ایجوکیشن تو ہوئی نہیں میری، اب کیا کروں میں؟</w:t>
      </w:r>
    </w:p>
    <w:p>
      <w:r>
        <w:rPr>
          <w:b/>
        </w:rPr>
        <w:t xml:space="preserve">[30:30] </w:t>
      </w:r>
      <w:r>
        <w:t>kahin kahin kahin woh bekar bekar kaam mein phans gaye. woh</w:t>
      </w:r>
    </w:p>
    <w:p>
      <w:pPr>
        <w:jc w:val="right"/>
      </w:pPr>
      <w:r>
        <w:t>کہیں کہیں کہیں وہ بیکار بیکار کام میں پھنس گئے۔ وہ</w:t>
      </w:r>
    </w:p>
    <w:p>
      <w:r>
        <w:rPr>
          <w:b/>
        </w:rPr>
        <w:t xml:space="preserve">[30:35] </w:t>
      </w:r>
      <w:r>
        <w:t>to education nahi hui, to unhein nazar nahi aaya ke main koi kuch kaam kar sakta hoon, main kahin apply kar sakta hoon, kahin koi job kar sakta hoon. to jab unhein koi goal nahi dikhai diya, to galat kaam mein pad gaye woh.</w:t>
      </w:r>
    </w:p>
    <w:p>
      <w:pPr>
        <w:jc w:val="right"/>
      </w:pPr>
      <w:r>
        <w:t>تو ایجوکیشن نہیں ہوئی، تو انہیں نظر نہیں آیا کہ میں کوئی کچھ کام کر سکتا ہوں، میں کہیں اپلائی کر سکتا ہوں، کہیں کوئی جاب کر سکتا ہوں۔ تو جب انہیں کوئی گول نہیں دکھائی دیا، تو غلط کام میں پڑ گئے وہ۔</w:t>
      </w:r>
    </w:p>
    <w:p>
      <w:r>
        <w:rPr>
          <w:b/>
        </w:rPr>
        <w:t xml:space="preserve">[30:49] </w:t>
      </w:r>
      <w:r>
        <w:t>to poore musalmanon ki jo psyche hai, is zamane ki psyche, woh yahi hai ke woh opportunity blind ban gaye hain. itna bada mauqa hai dawat ka, woh bhi unhein dikhai nahi deta.</w:t>
      </w:r>
    </w:p>
    <w:p>
      <w:pPr>
        <w:jc w:val="right"/>
      </w:pPr>
      <w:r>
        <w:t>تو پورے مسلمانوں کی جو سائیکی ہے، اس زمانے کی سائیکی، وہ یہی ہے کہ وہ اپرچونیٹی بلائنڈ بن گئے ہیں۔ اتنا بڑا موقع ہے دعوت کا، وہ بھی انہیں دکھائی نہیں دیتا۔</w:t>
      </w:r>
    </w:p>
    <w:p>
      <w:r>
        <w:rPr>
          <w:b/>
        </w:rPr>
        <w:t xml:space="preserve">[31:05] </w:t>
      </w:r>
      <w:r>
        <w:t>abhi mere ek saathi gaye jalandhar, parson telephone aaya tha un ka. to woh ek hindu lady hai jo english mein lecturer hai kisi college mein.</w:t>
      </w:r>
    </w:p>
    <w:p>
      <w:pPr>
        <w:jc w:val="right"/>
      </w:pPr>
      <w:r>
        <w:t>ابھی میرے ایک ساتھی گئے جالندھر، پرسوں ٹیلی فون آیا تھا ان کا۔ تو وہ ایک ہندو لیڈی ہے جو انگلش میں لیکچرر ہے کسی کالج میں۔</w:t>
      </w:r>
    </w:p>
    <w:p>
      <w:r>
        <w:rPr>
          <w:b/>
        </w:rPr>
        <w:t xml:space="preserve">[31:16] </w:t>
      </w:r>
      <w:r>
        <w:t>us se mile, us se pehle hi mulaqat un ki hui thi, woh srinagar mein. mile, us ko quran diya, kuch literature diya islami.</w:t>
      </w:r>
    </w:p>
    <w:p>
      <w:pPr>
        <w:jc w:val="right"/>
      </w:pPr>
      <w:r>
        <w:t>اس سے ملے، اس سے پہلے ہی ملاقات ان کی ہوئی تھی، وہ سری نگر میں۔ ملے، اس کو قرآن دیا، کچھ لٹریچر دیا اسلامی۔</w:t>
      </w:r>
    </w:p>
    <w:p>
      <w:r>
        <w:rPr>
          <w:b/>
        </w:rPr>
        <w:t xml:space="preserve">[31:27] </w:t>
      </w:r>
      <w:r>
        <w:t>to telephone bataya unhone ke hum log, yeh do aadmi the, yeh log, to un ke ghar mein hum namaz padhne lage.</w:t>
      </w:r>
    </w:p>
    <w:p>
      <w:pPr>
        <w:jc w:val="right"/>
      </w:pPr>
      <w:r>
        <w:t>تو ٹیلی فون بتایا انہوں نے کہ ہم لوگ، یہ دو آدمی تھے، یہ لوگ، تو ان کے گھر میں ہم نماز پڑھنے لگے۔</w:t>
      </w:r>
    </w:p>
    <w:p>
      <w:r>
        <w:rPr>
          <w:b/>
        </w:rPr>
        <w:t xml:space="preserve">[31:38] </w:t>
      </w:r>
      <w:r>
        <w:t>to us ne kaha ke bhai, main bhi namaz padhungi. us us lady ne kaha, jo english literature se hum ne kiye hue hain, aur namaz padha us ne.</w:t>
      </w:r>
    </w:p>
    <w:p>
      <w:pPr>
        <w:jc w:val="right"/>
      </w:pPr>
      <w:r>
        <w:t>تو اس نے کہا کہ بھئی، میں بھی نماز پڑھوں گی۔ اس اس لیڈی نے کہا، جو انگلش لٹریچر سے ہم نے کیے ہوئے ہیں، اور نماز پڑھا اس نے۔</w:t>
      </w:r>
    </w:p>
    <w:p>
      <w:r>
        <w:rPr>
          <w:b/>
        </w:rPr>
        <w:t xml:space="preserve">[31:49] </w:t>
      </w:r>
      <w:r>
        <w:t>phir us ne kaha ke mujhe maula se baat karao. mujh se baat ki is lady ne, us ne kaha ke main aap ki literature padh ke bohat khushi hui hoon, aur main aap se kisi ko duaon, dili aaungi to milungi aap se.</w:t>
      </w:r>
    </w:p>
    <w:p>
      <w:pPr>
        <w:jc w:val="right"/>
      </w:pPr>
      <w:r>
        <w:t>پھر اس نے کہا کہ مجھے مولا سے بات کراؤ۔ مجھ سے بات کی اس لیڈی نے، اس نے کہا کہ میں آپ کی لٹریچر پڑھ کے بہت خوشی ہوئی ہوں، اور میں آپ سے کسی کو دعاؤں، دلی آؤں گی تو ملوں گی آپ سے۔</w:t>
      </w:r>
    </w:p>
    <w:p>
      <w:r>
        <w:rPr>
          <w:b/>
        </w:rPr>
        <w:t xml:space="preserve">[32:01] </w:t>
      </w:r>
      <w:r>
        <w:t>ab kya kya dekhen, dawah opportunities ko dekhen.</w:t>
      </w:r>
    </w:p>
    <w:p>
      <w:pPr>
        <w:jc w:val="right"/>
      </w:pPr>
      <w:r>
        <w:t>اب کیا کیا دیکھیں، دعویٰ اپرچونیٹیز کو دیکھیں۔</w:t>
      </w:r>
    </w:p>
    <w:p>
      <w:r>
        <w:rPr>
          <w:b/>
        </w:rPr>
        <w:t xml:space="preserve">[32:07] </w:t>
      </w:r>
      <w:r>
        <w:t>phir ek kitaab diya un ko, aur us ne kaha ke main namaz padhungi. yeh hai age ki baat, yeh hai zamane ki baat.</w:t>
      </w:r>
    </w:p>
    <w:p>
      <w:pPr>
        <w:jc w:val="right"/>
      </w:pPr>
      <w:r>
        <w:t>پھر ایک کتاب دیا ان کو، اور اس نے کہا کہ میں نماز پڑھوں گی۔ یہ ہے ایج کی بات، یہ ہے زمانے کی بات۔</w:t>
      </w:r>
    </w:p>
    <w:p>
      <w:r>
        <w:rPr>
          <w:b/>
        </w:rPr>
        <w:t xml:space="preserve">[32:18] </w:t>
      </w:r>
      <w:r>
        <w:t>pichla zamana jo tha, woh religious persecution ka zamana tha, religious producers ka zamana tha, religious hate ka zamana tha.</w:t>
      </w:r>
    </w:p>
    <w:p>
      <w:pPr>
        <w:jc w:val="right"/>
      </w:pPr>
      <w:r>
        <w:t>پچھلا زمانہ جو تھا، وہ ریلیجس پرسیکیوشن کا زمانہ تھا، ریلیجس پروڈیوسز کا زمانہ تھا، ریلیجس ہیٹ کا زمانہ تھا۔</w:t>
      </w:r>
    </w:p>
    <w:p>
      <w:r>
        <w:rPr>
          <w:b/>
        </w:rPr>
        <w:t xml:space="preserve">[32:28] </w:t>
      </w:r>
      <w:r>
        <w:t>ab zamana religious freedom hai,</w:t>
      </w:r>
    </w:p>
    <w:p>
      <w:pPr>
        <w:jc w:val="right"/>
      </w:pPr>
      <w:r>
        <w:t>اب زمانہ ریلیجس فریڈم ہے،</w:t>
      </w:r>
    </w:p>
    <w:p>
      <w:r>
        <w:rPr>
          <w:b/>
        </w:rPr>
        <w:t xml:space="preserve">[32:35] </w:t>
      </w:r>
      <w:r>
        <w:t>freedom hai. ab aadmi chahta hai ke mujhe bilkul poori freedom hui ho,</w:t>
      </w:r>
    </w:p>
    <w:p>
      <w:pPr>
        <w:jc w:val="right"/>
      </w:pPr>
      <w:r>
        <w:t>فریڈم ہے۔ اب آدمی چاہتا ہے کہ مجھے بالکل پوری فریڈم ہوئی ہو،</w:t>
      </w:r>
    </w:p>
    <w:p>
      <w:r>
        <w:rPr>
          <w:b/>
        </w:rPr>
        <w:t xml:space="preserve">[32:39] </w:t>
      </w:r>
      <w:r>
        <w:t>jaise abhi jo kal parson bombay mein jo hua hai, mine abs khan wale jo qissa ke wahan ki ek extremist group ne kaha ke hum yahan show nahi, us ko nahi dikhane denge bombay mein, aur wahan khoob dhoom dekhi ja rahi hai.</w:t>
      </w:r>
    </w:p>
    <w:p>
      <w:pPr>
        <w:jc w:val="right"/>
      </w:pPr>
      <w:r>
        <w:t>جیسے ابھی جو کل پرسوں بمبے میں جو ہوا ہے، مائن ایبس خان والے جو قصہ کہ وہاں کی ایک ایکسٹریمسٹ گروپ نے کہا کہ ہم یہاں شو نہیں، اس کو نہیں دکھانے دیں گے بمبے میں، اور وہاں خوب دھوم دیکھی جا رہی ہے۔</w:t>
      </w:r>
    </w:p>
    <w:p>
      <w:r>
        <w:rPr>
          <w:b/>
        </w:rPr>
        <w:t xml:space="preserve">[32:53] </w:t>
      </w:r>
      <w:r>
        <w:t>to maine telephone, woh us mein padha paper mein ke wahan ke logon ne kaha ke hum is se matlab nahi ke woh jo nawaz gaya tha, unhone pakistani team ke bare mein, woh sahi hai.</w:t>
      </w:r>
    </w:p>
    <w:p>
      <w:pPr>
        <w:jc w:val="right"/>
      </w:pPr>
      <w:r>
        <w:t>تو میں نے ٹیلی فون، وہ اس میں پڑھا پیپر میں کہ وہاں کے لوگوں نے کہا کہ ہم اس سے مطلب نہیں کہ وہ جو نواز گیا تھا، انہوں نے پاکستانی ٹیم کے بارے میں، وہ صحیح ہے۔</w:t>
      </w:r>
    </w:p>
    <w:p>
      <w:r>
        <w:rPr>
          <w:b/>
        </w:rPr>
        <w:t xml:space="preserve">[33:07] </w:t>
      </w:r>
      <w:r>
        <w:t>hum yeh matlab nahi ke hum us ko sahi mante hain, un ke nawaz ko, lekin</w:t>
      </w:r>
    </w:p>
    <w:p>
      <w:pPr>
        <w:jc w:val="right"/>
      </w:pPr>
      <w:r>
        <w:t>ہم یہ مطلب نہیں کہ ہم اس کو صحیح مانتے ہیں، ان کے نواز کو، لیکن</w:t>
      </w:r>
    </w:p>
    <w:p>
      <w:r>
        <w:rPr>
          <w:b/>
        </w:rPr>
        <w:t xml:space="preserve">[33:14] </w:t>
      </w:r>
      <w:r>
        <w:t>meri freedom ke upar kaise tum log rok laga sakte ho?</w:t>
      </w:r>
    </w:p>
    <w:p>
      <w:pPr>
        <w:jc w:val="right"/>
      </w:pPr>
      <w:r>
        <w:t>میری فریڈم کے اوپر کیسے تم لوگ روک لگا سکتے ہو؟</w:t>
      </w:r>
    </w:p>
    <w:p>
      <w:r>
        <w:rPr>
          <w:b/>
        </w:rPr>
        <w:t xml:space="preserve">[33:21] </w:t>
      </w:r>
      <w:r>
        <w:t>meri freedom hai ke main is film ko dekhun ya na dekhun, tum kaun hote ho rok lagane wale? is liye thom se gaye log dekhne ke liye. is ko yeh hai age of freedom, age of religious freedom, age of yani is is zamane mein woh sari cheezein khatam ho gayi hain jo superstition tha.</w:t>
      </w:r>
    </w:p>
    <w:p>
      <w:pPr>
        <w:jc w:val="right"/>
      </w:pPr>
      <w:r>
        <w:t>میری فریڈم ہے کہ میں اس فلم کو دیکھوں یا نہ دیکھوں، تم کون ہوتے ہو روک لگانے والے؟ اس لیے تھوم سے گئے لوگ دیکھنے کے لیے۔ اس کو یہ ہے ایج آف فریڈم، ایج آف ریلیجس فریڈم، ایج آف یعنی اس اس زمانے میں وہ ساری چیزیں ختم ہو گئی ہیں جو سپریسٹیشن تھا۔</w:t>
      </w:r>
    </w:p>
    <w:p>
      <w:r>
        <w:rPr>
          <w:b/>
        </w:rPr>
        <w:t xml:space="preserve">[33:41] </w:t>
      </w:r>
      <w:r>
        <w:t>pehlay jo bosses hua karte thay, sab khatam ho gaya hai. openness aaya hai, openness.</w:t>
      </w:r>
    </w:p>
    <w:p>
      <w:pPr>
        <w:jc w:val="right"/>
      </w:pPr>
      <w:r>
        <w:t>پہلے جو باسز ہوا کرتے تھے، سب ختم ہو گیا ہے۔ اوپننس آیا ہے، اوپننس۔</w:t>
      </w:r>
    </w:p>
    <w:p>
      <w:r>
        <w:rPr>
          <w:b/>
        </w:rPr>
        <w:t xml:space="preserve">[33:50] </w:t>
      </w:r>
      <w:r>
        <w:t>is openness ko avail kijiye aap. ab hum log jahan bhi jatay hain, log bohat hi shauq se letay hain islami literature ko, quran ko aur kitabon ko.</w:t>
      </w:r>
    </w:p>
    <w:p>
      <w:pPr>
        <w:jc w:val="right"/>
      </w:pPr>
      <w:r>
        <w:t>اس اوپننس کو اویل کیجئے آپ۔ اب ہم لوگ جہاں بھی جاتے ہیں، لوگ بہت ہی شوق سے لیتے ہیں اسلامی لٹریچر کو، قرآن کو اور کتابوں کو۔</w:t>
      </w:r>
    </w:p>
    <w:p>
      <w:r>
        <w:rPr>
          <w:b/>
        </w:rPr>
        <w:t xml:space="preserve">[34:01] </w:t>
      </w:r>
      <w:r>
        <w:t>koi koi rukawat hi nahi, kuch koi kuch rukawat. sari duniya mein hum jatay hain, koi rukawat nahi.</w:t>
      </w:r>
    </w:p>
    <w:p>
      <w:pPr>
        <w:jc w:val="right"/>
      </w:pPr>
      <w:r>
        <w:t>کوئی کوئی رکاوٹ ہی نہیں، کچھ کوئی کچھ رکاوٹ۔ ساری دنیا میں ہم جاتے ہیں، کوئی رکاوٹ نہیں۔</w:t>
      </w:r>
    </w:p>
    <w:p>
      <w:r>
        <w:rPr>
          <w:b/>
        </w:rPr>
        <w:t xml:space="preserve">[34:11] </w:t>
      </w:r>
      <w:r>
        <w:t>to har qism ki opportunity khuli hui thi</w:t>
      </w:r>
    </w:p>
    <w:p>
      <w:pPr>
        <w:jc w:val="right"/>
      </w:pPr>
      <w:r>
        <w:t>تو ہر قسم کی اپرچونیٹی کھلی ہوئی تھی</w:t>
      </w:r>
    </w:p>
    <w:p>
      <w:r>
        <w:rPr>
          <w:b/>
        </w:rPr>
        <w:t xml:space="preserve">[34:13] </w:t>
      </w:r>
      <w:r>
        <w:t>education, in terms of education, in terms of industry, in terms of scientific development, aur phir in terms of the work.</w:t>
      </w:r>
    </w:p>
    <w:p>
      <w:pPr>
        <w:jc w:val="right"/>
      </w:pPr>
      <w:r>
        <w:t>ایجوکیشن، ان ٹرمز آف ایجوکیشن، ان ٹرمز آف انڈسٹری، ان ٹرمز آف سائنٹیفک ڈیولپمنٹ، اور پھر ان ٹرمز آف دا ورک۔</w:t>
      </w:r>
    </w:p>
    <w:p>
      <w:r>
        <w:rPr>
          <w:b/>
        </w:rPr>
        <w:t xml:space="preserve">[34:24] </w:t>
      </w:r>
      <w:r>
        <w:t>lekin yeh baat musalmanon ko batai nahi gayi, to woh ho gaye dawah blind, ho gaye opportunity blind.</w:t>
      </w:r>
    </w:p>
    <w:p>
      <w:pPr>
        <w:jc w:val="right"/>
      </w:pPr>
      <w:r>
        <w:t>لیکن یہ بات مسلمانوں کو بتائی نہیں گئی، تو وہ ہو گئے دعویٰ بلائنڈ، ہو گئے اپرچونیٹی بلائنڈ۔</w:t>
      </w:r>
    </w:p>
    <w:p>
      <w:r>
        <w:rPr>
          <w:b/>
        </w:rPr>
        <w:t xml:space="preserve">[34:36] </w:t>
      </w:r>
      <w:r>
        <w:t>kuch cheez dikhai nahi parta in ko, siwaye is ke ke laday paray, maray kaatay.</w:t>
      </w:r>
    </w:p>
    <w:p>
      <w:pPr>
        <w:jc w:val="right"/>
      </w:pPr>
      <w:r>
        <w:t>کچھ چیز دکھائی نہیں پڑتا ان کو، سوائے اس کے کہ لڑے پڑے، مارے کاٹے۔</w:t>
      </w:r>
    </w:p>
    <w:p>
      <w:r>
        <w:rPr>
          <w:b/>
        </w:rPr>
        <w:t xml:space="preserve">[34:41] </w:t>
      </w:r>
      <w:r>
        <w:t>main aksar sochta hoon ke ek sahib ne mujh se poocha ke yeh musalmanon ko kya hoga ke suicide bombing karte hain? yani apnay ko mar dalte hain, aur line lagi hui hai suicide bomb baras ki.</w:t>
      </w:r>
    </w:p>
    <w:p>
      <w:pPr>
        <w:jc w:val="right"/>
      </w:pPr>
      <w:r>
        <w:t>میں اکثر سوچتا ہوں کہ ایک صاحب نے مجھ سے پوچھا کہ یہ مسلمانوں کو کیا ہوگا کہ سوسائیڈ بمبنگ کرتے ہیں؟ یعنی اپنے کو مار ڈالتے ہیں، اور لائن لگی ہوئی ہے سوسائیڈ بمب برس کی۔</w:t>
      </w:r>
    </w:p>
    <w:p>
      <w:r>
        <w:rPr>
          <w:b/>
        </w:rPr>
        <w:t xml:space="preserve">[34:52] </w:t>
      </w:r>
      <w:r>
        <w:t>aap ne paper mein dekha hoga ke ek journalist gaya tha wahan par, us ne kaha ke aap ek hi baat karte hain, dekhen line lagi hui hai. log kehtay hain ke humein kaho, hum kahan suicide bombing karen?</w:t>
      </w:r>
    </w:p>
    <w:p>
      <w:pPr>
        <w:jc w:val="right"/>
      </w:pPr>
      <w:r>
        <w:t>آپ نے پیپر میں دیکھا ہوگا کہ ایک جرنلسٹ گیا تھا وہاں پر، اس نے کہا کہ آپ ایک ہی بات کرتے ہیں، دیکھیں لائن لگی ہوئی ہے۔ لوگ کہتے ہیں کہ ہمیں کہو، ہم کہاں سوسائیڈ بمبنگ کریں؟</w:t>
      </w:r>
    </w:p>
    <w:p>
      <w:r>
        <w:rPr>
          <w:b/>
        </w:rPr>
        <w:t xml:space="preserve">[35:06] </w:t>
      </w:r>
      <w:r>
        <w:t>to us ne poocha ke bhai, kya yeh kya cheez hai?</w:t>
      </w:r>
    </w:p>
    <w:p>
      <w:pPr>
        <w:jc w:val="right"/>
      </w:pPr>
      <w:r>
        <w:t>تو اس نے پوچھا کہ بھئی، کیا یہ کیا چیز ہے؟</w:t>
      </w:r>
    </w:p>
    <w:p>
      <w:r>
        <w:rPr>
          <w:b/>
        </w:rPr>
        <w:t xml:space="preserve">[35:09] </w:t>
      </w:r>
      <w:r>
        <w:t>kyun musalman suicide bomber ho gaye? to yahi baat maine kahi ke in musalmanon ko bataya nahi gaya ke koi karne ka kaam hai, to opportunity khuli hui hai tumharay liye.</w:t>
      </w:r>
    </w:p>
    <w:p>
      <w:pPr>
        <w:jc w:val="right"/>
      </w:pPr>
      <w:r>
        <w:t>کیوں مسلمان سوسائیڈ بمبر ہو گئے؟ تو یہی بات میں نے کہی کہ ان مسلمانوں کو بتایا نہیں گیا کہ کوئی کرنے کا کام ہے، تو اپرچونیٹی کھلی ہوئی ہے تمہارے لیے۔</w:t>
      </w:r>
    </w:p>
    <w:p>
      <w:r>
        <w:rPr>
          <w:b/>
        </w:rPr>
        <w:t xml:space="preserve">[35:23] </w:t>
      </w:r>
      <w:r>
        <w:t>yani itni yani universal opportunities, enormous opportunities hain, lekin batayi nahi gayi, logon ko khabar nahi.</w:t>
      </w:r>
    </w:p>
    <w:p>
      <w:pPr>
        <w:jc w:val="right"/>
      </w:pPr>
      <w:r>
        <w:t>یعنی اتنی یعنی یونیورسل اپرچونیٹیز، انارمس اپرچونیٹیز ہیں، لیکن بتایا نہیں گیا، لوگوں کو خبر نہیں۔</w:t>
      </w:r>
    </w:p>
    <w:p>
      <w:r>
        <w:rPr>
          <w:b/>
        </w:rPr>
        <w:t xml:space="preserve">[35:34] </w:t>
      </w:r>
      <w:r>
        <w:t>to sari sari muslim community opportunity blind bani hui hai.</w:t>
      </w:r>
    </w:p>
    <w:p>
      <w:pPr>
        <w:jc w:val="right"/>
      </w:pPr>
      <w:r>
        <w:t>تو ساری ساری مسلم کمیونٹی اپرچونیٹی بلائنڈ بنی ہوئی ہے۔</w:t>
      </w:r>
    </w:p>
    <w:p>
      <w:r>
        <w:rPr>
          <w:b/>
        </w:rPr>
        <w:t xml:space="preserve">[35:40] </w:t>
      </w:r>
      <w:r>
        <w:t>andar ka person kuch khate kamatay hain, kuch woh kyunke unhein khane ka kuch paisa to chahiye, beta beti ke liye zindagi guzarne ke liye. to andar ka person apni kuch kamatay kamatay hain, lekin jahan tak soch ki baat hai, soch mein sirf soch ki baat kar raha hoon,</w:t>
      </w:r>
    </w:p>
    <w:p>
      <w:pPr>
        <w:jc w:val="right"/>
      </w:pPr>
      <w:r>
        <w:t>انڈر کا پرسن کچھ کھاتے کماتے ہیں، کچھ وہ کیونکہ انہیں کھانے کا کچھ پیسہ تو چاہیے، بیٹا بیٹی کے لیے زندگی گزارنے کے لیے۔ تو انڈر کا پرسن اپنی کچھ کماتے کماتے ہیں، لیکن جہاں تک سوچ کی بات ہے، سوچ میں صرف سوچ کی بات کر رہا ہوں،</w:t>
      </w:r>
    </w:p>
    <w:p>
      <w:r>
        <w:rPr>
          <w:b/>
        </w:rPr>
        <w:t xml:space="preserve">[36:00] </w:t>
      </w:r>
      <w:r>
        <w:t>soch ki baat kar raha hoon. logon ki jo soch hai, jo mindset hai, us mein without any except har aadmi isi mein mubtala hai ke opportunity is</w:t>
      </w:r>
    </w:p>
    <w:p>
      <w:pPr>
        <w:jc w:val="right"/>
      </w:pPr>
      <w:r>
        <w:t>سوچ کی بات کر رہا ہوں۔ لوگوں کی جو سوچ ہے، جو مائنڈ سیٹ ہے، اس میں ودا آؤٹ اینی ایکسیپٹ ہر آدمی اسی میں مبتلا ہے کہ اپرچونیٹی اس</w:t>
      </w:r>
    </w:p>
    <w:p>
      <w:r>
        <w:rPr>
          <w:b/>
        </w:rPr>
        <w:t xml:space="preserve">[36:09] </w:t>
      </w:r>
      <w:r>
        <w:t>ko dikhai nahi deti. to hamara mission jo hai, isi isi jise kehtay hain ke break the ice, ke is is is is barf ko torney ke liye hai, is is stagnation ko torney ke liye,</w:t>
      </w:r>
    </w:p>
    <w:p>
      <w:pPr>
        <w:jc w:val="right"/>
      </w:pPr>
      <w:r>
        <w:t>کو دکھائی نہیں دیتی۔ تو ہمارا مشن جو ہے، اسی اسی جسے کہتے ہیں کہ بریک دا آئس، کہ اس اس اس اس برف کو توڑنے کے لیے ہے، اس اس سٹیگنیشن کو توڑنے کے لیے،</w:t>
      </w:r>
    </w:p>
    <w:p>
      <w:r>
        <w:rPr>
          <w:b/>
        </w:rPr>
        <w:t xml:space="preserve">[36:23] </w:t>
      </w:r>
      <w:r>
        <w:t>is yeh mental block hai, is ko torney ke liye.</w:t>
      </w:r>
    </w:p>
    <w:p>
      <w:pPr>
        <w:jc w:val="right"/>
      </w:pPr>
      <w:r>
        <w:t>اس یہ مینٹل بلاک ہے، اس کو توڑنے کے لیے۔</w:t>
      </w:r>
    </w:p>
    <w:p>
      <w:r>
        <w:rPr>
          <w:b/>
        </w:rPr>
        <w:t xml:space="preserve">[36:30] </w:t>
      </w:r>
      <w:r>
        <w:t>ek kitab meri hai, is ka naam hai "woh Islam dor hadid al-khalq", woh english mein bhi chhapi hai.</w:t>
      </w:r>
    </w:p>
    <w:p>
      <w:pPr>
        <w:jc w:val="right"/>
      </w:pPr>
      <w:r>
        <w:t>ایک کتاب میری ہے، اس کا نام ہے "وہ اسلام دور حدید الخالق"، وہ انگلش میں بھی چھپی ہے۔</w:t>
      </w:r>
    </w:p>
    <w:p>
      <w:r>
        <w:rPr>
          <w:b/>
        </w:rPr>
        <w:t xml:space="preserve">[36:38] </w:t>
      </w:r>
      <w:r>
        <w:t>is mein maine likha hai ke shirk jo tha, shirk woh ek mental block ban gaya tha, yani nature ko explore karne ke liye.</w:t>
      </w:r>
    </w:p>
    <w:p>
      <w:pPr>
        <w:jc w:val="right"/>
      </w:pPr>
      <w:r>
        <w:t>اس میں میں نے لکھا ہے کہ شرک جو تھا، شرک وہ ایک مینٹل بلاک بن گیا تھا، یعنی نیچر کو ایکسپلور کرنے کے لیے۔</w:t>
      </w:r>
    </w:p>
    <w:p>
      <w:r>
        <w:rPr>
          <w:b/>
        </w:rPr>
        <w:t xml:space="preserve">[36:48] </w:t>
      </w:r>
      <w:r>
        <w:t>kyunke duniya jo thi, nature ko worship karne lagi thi. shirk kya hai? shirk naam nature worship ka, yani suraj ko poojna, chand ko poojna, aur yeh samundar ko poojna, paharon ko poojna,</w:t>
      </w:r>
    </w:p>
    <w:p>
      <w:pPr>
        <w:jc w:val="right"/>
      </w:pPr>
      <w:r>
        <w:t>کیونکہ دنیا جو تھی، نیچر کو ورشپ کرنے لگی تھی۔ شرک کیا ہے؟ شرک نام نیچر ورشپ کا، یعنی سورج کو پوجنا، چاند کو پوجنا، اور یہ سمندر کو پوجنا، پہاڑوں کو پوجنا،</w:t>
      </w:r>
    </w:p>
    <w:p>
      <w:r>
        <w:rPr>
          <w:b/>
        </w:rPr>
        <w:t xml:space="preserve">[37:05] </w:t>
      </w:r>
      <w:r>
        <w:t>yeh to yeh to shirk hai.</w:t>
      </w:r>
    </w:p>
    <w:p>
      <w:pPr>
        <w:jc w:val="right"/>
      </w:pPr>
      <w:r>
        <w:t>یہ تو یہ تو شرک ہے۔</w:t>
      </w:r>
    </w:p>
    <w:p>
      <w:r>
        <w:rPr>
          <w:b/>
        </w:rPr>
        <w:t xml:space="preserve">[37:07] </w:t>
      </w:r>
      <w:r>
        <w:t>to shirk jo hai, woh kya hai? nature worship hai. maine is mein likha tha ke nature worship jo hai, woh mental block ban gayi.</w:t>
      </w:r>
    </w:p>
    <w:p>
      <w:pPr>
        <w:jc w:val="right"/>
      </w:pPr>
      <w:r>
        <w:t>تو شرک جو ہے، وہ کیا ہے؟ نیچر ورشپ ہے۔ میں نے اس میں لکھا تھا کہ نیچر ورشپ جو ہے، وہ مینٹل بلاک بن گئی۔</w:t>
      </w:r>
    </w:p>
    <w:p>
      <w:r>
        <w:rPr>
          <w:b/>
        </w:rPr>
        <w:t xml:space="preserve">[37:16] </w:t>
      </w:r>
      <w:r>
        <w:t>kyunke jab jis cheez ko aap poojengay, us ko aap explore nahi kar saktay. yani object of worship ek cheez hai, wohi cheez object of investigation nahi ban sakti.</w:t>
      </w:r>
    </w:p>
    <w:p>
      <w:pPr>
        <w:jc w:val="right"/>
      </w:pPr>
      <w:r>
        <w:t>کیونکہ جب جس چیز کو آپ پوجیں گے، اس کو آپ ایکسپلور نہیں کر سکتے۔ یعنی ابجیکٹ آف ورشپ ایک چیز ہے، وہی چیز ابجیکٹ آف انویسٹیگیشن نہیں بن سکتی۔</w:t>
      </w:r>
    </w:p>
    <w:p>
      <w:r>
        <w:rPr>
          <w:b/>
        </w:rPr>
        <w:t xml:space="preserve">[37:30] </w:t>
      </w:r>
      <w:r>
        <w:t>jis cheez ko aap ne bana liya, woh object of worship, usi ko aap object of investigation nahi bana sakte.</w:t>
      </w:r>
    </w:p>
    <w:p>
      <w:pPr>
        <w:jc w:val="right"/>
      </w:pPr>
      <w:r>
        <w:t>جس چیز کو آپ نے بنا لیا، وہ ابجیکٹ آف ورشپ، اسی کو آپ ابجیکٹ آف انویسٹیگیشن نہیں بنا سکتے۔</w:t>
      </w:r>
    </w:p>
    <w:p>
      <w:r>
        <w:rPr>
          <w:b/>
        </w:rPr>
        <w:t xml:space="preserve">[37:37] </w:t>
      </w:r>
      <w:r>
        <w:t>yeh tha mental block. toh jab shirk khatam hua, shirk ka domination khatam hua, domination Islam ke zariye se, tab yeh shuru hua nature ko explore karna.</w:t>
      </w:r>
    </w:p>
    <w:p>
      <w:pPr>
        <w:jc w:val="right"/>
      </w:pPr>
      <w:r>
        <w:t>یہ تھا مینٹل بلاک۔ تو جب شرک ختم ہوا، شرک کا ڈومینیشن ختم ہوا، ڈومینیشن اسلام کے ذریعے سے، تب یہ شروع ہوا نیچر کو ایکسپلور کرنا۔</w:t>
      </w:r>
    </w:p>
    <w:p>
      <w:r>
        <w:rPr>
          <w:b/>
        </w:rPr>
        <w:t xml:space="preserve">[37:50] </w:t>
      </w:r>
      <w:r>
        <w:t>aur phir yeh modern solution aayi, modern industry aayi, modern science aayi. aise hi mental block mein musalman phanse hue hain. musalman jo hain, isi tarah ke mental block mein phanse hue hain.</w:t>
      </w:r>
    </w:p>
    <w:p>
      <w:pPr>
        <w:jc w:val="right"/>
      </w:pPr>
      <w:r>
        <w:t>اور پھر یہ ماڈرن سولیشن آئی، ماڈرن انڈسٹری آئی، ماڈرن سائنس آئی۔ ایسے ہی مینٹل بلاک میں مسلمان پھنسے ہوئے ہیں۔ مسلمان جو ہیں، اسی طرح کے مینٹل بلاک میں پھنسے ہوئے ہیں۔</w:t>
      </w:r>
    </w:p>
    <w:p>
      <w:r>
        <w:rPr>
          <w:b/>
        </w:rPr>
        <w:t xml:space="preserve">[38:05] </w:t>
      </w:r>
      <w:r>
        <w:t>unhein pata hi nahi ke aaj ki duniya jo opportunity ki duniya hai, har koi heet karta hai.</w:t>
      </w:r>
    </w:p>
    <w:p>
      <w:pPr>
        <w:jc w:val="right"/>
      </w:pPr>
      <w:r>
        <w:t>انہیں پتہ ہی نہیں کہ آج کی دنیا جو اپرچونیٹی کی دنیا ہے، ہر کوئی ہیٹ کرتا ہے۔</w:t>
      </w:r>
    </w:p>
    <w:p>
      <w:r>
        <w:rPr>
          <w:b/>
        </w:rPr>
        <w:t xml:space="preserve">[38:12] </w:t>
      </w:r>
      <w:r>
        <w:t>yeh log jo hain, mobile liye hain, ghadi bandhe hain, car mein safar kar rahe hain, unhein pata nahi ke kaise hua yeh sab, yeh sab kaise hua.</w:t>
      </w:r>
    </w:p>
    <w:p>
      <w:pPr>
        <w:jc w:val="right"/>
      </w:pPr>
      <w:r>
        <w:t>یہ لوگ جو ہیں، موبائل لیے ہیں، گھڑی باندھے ہیں، کار میں سفر کر رہے ہیں، انہیں پتہ نہیں کہ کیسے ہوا یہ سب، یہ سب کیسے ہوا۔</w:t>
      </w:r>
    </w:p>
    <w:p>
      <w:r>
        <w:rPr>
          <w:b/>
        </w:rPr>
        <w:t xml:space="preserve">[38:27] </w:t>
      </w:r>
      <w:r>
        <w:t>toh apne personal interest ke tehat ja ke car khareed liya unhone, ja ke mobile khareed liya. lekin consciously unhone nahi jaana ke ek naye, ek naya zamana aa gaya hai.</w:t>
      </w:r>
    </w:p>
    <w:p>
      <w:pPr>
        <w:jc w:val="right"/>
      </w:pPr>
      <w:r>
        <w:t>تو اپنے پرسنل انٹرسٹ کے تحت جا کے کار خرید لیا انہوں نے، جا کے موبائل خرید لیا۔ لیکن کانشیسلی انہوں نے نہیں جانا کہ ایک نئے، ایک نیا زمانہ آ گیا ہے۔</w:t>
      </w:r>
    </w:p>
    <w:p>
      <w:r>
        <w:rPr>
          <w:b/>
        </w:rPr>
        <w:t xml:space="preserve">[38:41] </w:t>
      </w:r>
      <w:r>
        <w:t>yaani yeh cheezein jo hain, inka, yaani inka, inko aap ne, unhone consciously discover nahi kiya, consciously bas kahin se paisa idhar udhar se kama liya, ja ke khareed liya.</w:t>
      </w:r>
    </w:p>
    <w:p>
      <w:pPr>
        <w:jc w:val="right"/>
      </w:pPr>
      <w:r>
        <w:t>یعنی یہ چیزیں جو ہیں، ان کا، یعنی ان کا، ان کو آپ نے، انہوں نے کانشیسلی ڈسکور نہیں کیا، کانشیسلی بس کہیں سے پیسہ ادھر ادھر سے کما لیا، جا کے خرید لیا۔</w:t>
      </w:r>
    </w:p>
    <w:p>
      <w:r>
        <w:rPr>
          <w:b/>
        </w:rPr>
        <w:t xml:space="preserve">[38:55] </w:t>
      </w:r>
      <w:r>
        <w:t>bas itna hi jaante hain woh.</w:t>
      </w:r>
    </w:p>
    <w:p>
      <w:pPr>
        <w:jc w:val="right"/>
      </w:pPr>
      <w:r>
        <w:t>بس اتنا ہی جانتے ہیں وہ۔</w:t>
      </w:r>
    </w:p>
    <w:p>
      <w:r>
        <w:rPr>
          <w:b/>
        </w:rPr>
        <w:t xml:space="preserve">[38:58] </w:t>
      </w:r>
      <w:r>
        <w:t>yeh nahi jaana unhone ke ek ek age jo tha, gaya doosra age aa gaya, is se bada age, yaani political role ka jo zamana tha, woh woh choti cheez thi.</w:t>
      </w:r>
    </w:p>
    <w:p>
      <w:pPr>
        <w:jc w:val="right"/>
      </w:pPr>
      <w:r>
        <w:t>یہ نہیں جانا انہوں نے کہ ایک ایک ایج جو تھا، گیا دوسرا ایج آ گیا، اس سے بڑا ایج، یعنی پولیٹیکل رول کا جو زمانہ تھا، وہ وہ چھوٹی چیز تھی۔</w:t>
      </w:r>
    </w:p>
    <w:p>
      <w:r>
        <w:rPr>
          <w:b/>
        </w:rPr>
        <w:t xml:space="preserve">[39:10] </w:t>
      </w:r>
      <w:r>
        <w:t>woh kisi kisi jagah aap ka political role ho, woh kya hai? choti si cheez hai. abhi bhi musalman political role hai.</w:t>
      </w:r>
    </w:p>
    <w:p>
      <w:pPr>
        <w:jc w:val="right"/>
      </w:pPr>
      <w:r>
        <w:t>وہ کسی کسی جگہ آپ کا پولیٹیکل رول ہو، وہ کیا ہے؟ چھوٹی سی چیز ہے۔ ابھی بھی مسلمان پولیٹیکل رول ہے۔</w:t>
      </w:r>
    </w:p>
    <w:p>
      <w:r>
        <w:rPr>
          <w:b/>
        </w:rPr>
        <w:t xml:space="preserve">[39:20] </w:t>
      </w:r>
      <w:r>
        <w:t>57 muslim countries mein aaj bhi musalmanon ka political role hai. phir lekin duniya ke map mein kuch bhi nahi hai. woh</w:t>
      </w:r>
    </w:p>
    <w:p>
      <w:pPr>
        <w:jc w:val="right"/>
      </w:pPr>
      <w:r>
        <w:t>57 مسلم کنٹریز میں آج بھی مسلمانوں کا پولیٹیکل رول ہے۔ پھر لیکن دنیا کے میپ میں کچھ بھی نہیں ہے۔ وہ</w:t>
      </w:r>
    </w:p>
    <w:p>
      <w:r>
        <w:rPr>
          <w:b/>
        </w:rPr>
        <w:t xml:space="preserve">[39:30] </w:t>
      </w:r>
      <w:r>
        <w:t>abhi bhi 57 muslim countries mein musalmanon ki hukumat hai, unka role hai. lekin agar aap dekhein universal plane par toh koi unki jagah nahi, koi unko stay nahi, koi unka weight nahi.</w:t>
      </w:r>
    </w:p>
    <w:p>
      <w:pPr>
        <w:jc w:val="right"/>
      </w:pPr>
      <w:r>
        <w:t>ابھی بھی 57 مسلم کنٹریز میں مسلمانوں کی حکومت ہے، ان کا رول ہے۔ لیکن اگر آپ دیکھیں یونیورسل پلین پر تو کوئی ان کی جگہ نہیں، کوئی ان کو سٹے نہیں، کوئی ان کا ویٹ نہیں۔</w:t>
      </w:r>
    </w:p>
    <w:p>
      <w:r>
        <w:rPr>
          <w:b/>
        </w:rPr>
        <w:t xml:space="preserve">[39:46] </w:t>
      </w:r>
      <w:r>
        <w:t>kyun? jo cheez weight wali thi, us mein wahan unka koi jagah nahi hai. yaani modern jo development hai, us mein unki koi jagah nahi.</w:t>
      </w:r>
    </w:p>
    <w:p>
      <w:pPr>
        <w:jc w:val="right"/>
      </w:pPr>
      <w:r>
        <w:t>کیوں؟ جو چیز ویٹ والی تھی، اس میں وہاں ان کا کوئی جگہ نہیں ہے۔ یعنی ماڈرن جو ڈیولپمنٹ ہے، اس میں ان کی کوئی جگہ نہیں۔</w:t>
      </w:r>
    </w:p>
    <w:p>
      <w:r>
        <w:rPr>
          <w:b/>
        </w:rPr>
        <w:t xml:space="preserve">[39:57] </w:t>
      </w:r>
      <w:r>
        <w:t>ek sahib ne likha hai, bar bar Dr. Abdus Salam ne ke jab main jata hoon kisi hospital mein, wahan operation theatre ko dekhta hoon, toh operation theatre mein sochta hoon ke is mein koi cheez hai jo musalmanon ne ki di hui ho.</w:t>
      </w:r>
    </w:p>
    <w:p>
      <w:pPr>
        <w:jc w:val="right"/>
      </w:pPr>
      <w:r>
        <w:t>ایک صاحب نے لکھا ہے، بار بار ڈاکٹر عبدالسلام نے کہ جب میں جاتا ہوں کسی ہاسپٹل میں، وہاں آپریشن تھیٹر کو دیکھتا ہوں، تو آپریشن تھیٹر میں سوچتا ہوں کہ اس میں کوئی چیز ہے جو مسلمانوں نے کی دی ہوئی ہو۔</w:t>
      </w:r>
    </w:p>
    <w:p>
      <w:r>
        <w:rPr>
          <w:b/>
        </w:rPr>
        <w:t xml:space="preserve">[40:15] </w:t>
      </w:r>
      <w:r>
        <w:t>toh ek cheez bhi nazar nahi aati musalmanon ki di hui. yaani itni badi cheez hai surgery. is se pehle kabhi insaan nahi jaanta tha ke surgery bhi ho sakti hai.</w:t>
      </w:r>
    </w:p>
    <w:p>
      <w:pPr>
        <w:jc w:val="right"/>
      </w:pPr>
      <w:r>
        <w:t>تو ایک چیز بھی نظر نہیں آتی مسلمانوں کی دی ہوئی۔ یعنی اتنی بڑی چیز ہے سرجری۔ اس سے پہلے کبھی انسان نہیں جانتا تھا کہ سرجری بھی ہو سکتی ہے۔</w:t>
      </w:r>
    </w:p>
    <w:p>
      <w:r>
        <w:rPr>
          <w:b/>
        </w:rPr>
        <w:t xml:space="preserve">[40:27] </w:t>
      </w:r>
      <w:r>
        <w:t>log surgery karne ke liye jo aalat jo chahiye hain, toh is is se barh kar ke woh chahiye us ko. yaani jo behosh karte hain, jo anesthesia aayega, ji woh ghareeb ek nature ka ek boon hai, boon ke ek insaan ko cheir phaar kar rahe hain aur woh aaram se so raha hai.</w:t>
      </w:r>
    </w:p>
    <w:p>
      <w:pPr>
        <w:jc w:val="right"/>
      </w:pPr>
      <w:r>
        <w:t>لوگ سرجری کرنے کے لیے جو آلات جو چاہیے ہیں، تو اس اس سے بڑھ کر کے وہ چاہیے اس کو۔ یعنی جو بے ہوش کرتے ہیں، جو اینستھیزیا آئے گا، جی وہ غریب ایک نیچر کا ایک بون ہے، بون کہ ایک انسان کو چیر پھاڑ کر رہے ہیں اور وہ آرام سے سو رہا ہے۔</w:t>
      </w:r>
    </w:p>
    <w:p>
      <w:r>
        <w:rPr>
          <w:b/>
        </w:rPr>
        <w:t xml:space="preserve">[40:47] </w:t>
      </w:r>
      <w:r>
        <w:t>aap ghor kijiye ke agar aap ko ek sui bhi chupa diya toh tarp tarpne lagenge aap. aur doctor aap ko cheir phaar kar raha hai,</w:t>
      </w:r>
    </w:p>
    <w:p>
      <w:pPr>
        <w:jc w:val="right"/>
      </w:pPr>
      <w:r>
        <w:t>آپ غور کیجئے کہ اگر آپ کو ایک سوئی بھی چھپا دیا تو تڑپ تڑپنے لگیں گے آپ۔ اور ڈاکٹر آپ کو چیر پھاڑ کر رہا ہے،</w:t>
      </w:r>
    </w:p>
    <w:p>
      <w:r>
        <w:rPr>
          <w:b/>
        </w:rPr>
        <w:t xml:space="preserve">[40:56] </w:t>
      </w:r>
      <w:r>
        <w:t>aap chup chap soye hue hain. toh kitni ajeeb cheez hai yeh jo west ne di hai aap ko. west ne yeh west ne di hai yeh.</w:t>
      </w:r>
    </w:p>
    <w:p>
      <w:pPr>
        <w:jc w:val="right"/>
      </w:pPr>
      <w:r>
        <w:t>آپ چپ چاپ سوئے ہوئے ہیں۔ تو کتنی عجیب چیز ہے یہ جو ویسٹ نے دی ہے آپ کو۔ ویسٹ نے یہ ویسٹ نے دی ہے یہ۔</w:t>
      </w:r>
    </w:p>
    <w:p>
      <w:r>
        <w:rPr>
          <w:b/>
        </w:rPr>
        <w:t xml:space="preserve">[41:06] </w:t>
      </w:r>
      <w:r>
        <w:t>toh yaani political role toh kuch bhi nahi hai is ke maq</w:t>
      </w:r>
    </w:p>
    <w:p>
      <w:pPr>
        <w:jc w:val="right"/>
      </w:pPr>
      <w:r>
        <w:t>تو یعنی پولیٹیکل رول تو کچھ بھی نہیں ہے اس کے مق</w:t>
      </w:r>
    </w:p>
    <w:p>
      <w:r>
        <w:rPr>
          <w:b/>
        </w:rPr>
        <w:t xml:space="preserve">[41:11] </w:t>
      </w:r>
      <w:r>
        <w:t>able mein. he nahi yeh jo nayi cheezein hain, yeh modern medicine, modern surgery, modern communication, modern education, modern technology, modern science,</w:t>
      </w:r>
    </w:p>
    <w:p>
      <w:pPr>
        <w:jc w:val="right"/>
      </w:pPr>
      <w:r>
        <w:t>ابلے میں۔ ہی نہیں یہ جو نئی چیزیں ہیں، یہ ماڈرن میڈیسن، ماڈرن سرجری، ماڈرن کمیونیکیشن، ماڈرن ایجوکیشن، ماڈرن ٹیکنالوجی، ماڈرن سائنس،</w:t>
      </w:r>
    </w:p>
    <w:p>
      <w:r>
        <w:rPr>
          <w:b/>
        </w:rPr>
        <w:t xml:space="preserve">[41:24] </w:t>
      </w:r>
      <w:r>
        <w:t>modern aviation, yeh is se toh billion time zyada badi hain. yeh sab cheezein toh isi mein phanse hue hain.</w:t>
      </w:r>
    </w:p>
    <w:p>
      <w:pPr>
        <w:jc w:val="right"/>
      </w:pPr>
      <w:r>
        <w:t>ماڈرن ایوی ایشن، یہ اس سے تو بلین ٹائم زیادہ بڑی ہیں۔ یہ سب چیزیں تو اسی میں پھنسے ہوئے ہیں۔</w:t>
      </w:r>
    </w:p>
    <w:p>
      <w:r>
        <w:rPr>
          <w:b/>
        </w:rPr>
        <w:t xml:space="preserve">[41:35] </w:t>
      </w:r>
      <w:r>
        <w:t>ek professor, ek professor hain America ke, why India,</w:t>
      </w:r>
    </w:p>
    <w:p>
      <w:pPr>
        <w:jc w:val="right"/>
      </w:pPr>
      <w:r>
        <w:t>ایک پروفیسر، ایک پروفیسر ہیں امریکہ کے، وائی انڈیا،</w:t>
      </w:r>
    </w:p>
    <w:p>
      <w:r>
        <w:rPr>
          <w:b/>
        </w:rPr>
        <w:t xml:space="preserve">[41:41] </w:t>
      </w:r>
      <w:r>
        <w:t>toh mujh se mile the. woh apni biwi ke sath aaye the, woh America ke the, woh professor right apni biwi ke sath aaye the. toh mujh se mile the, woh hum ne un ko kitaab di thi, woh Indian Muslims Positive Outlook.</w:t>
      </w:r>
    </w:p>
    <w:p>
      <w:pPr>
        <w:jc w:val="right"/>
      </w:pPr>
      <w:r>
        <w:t>تو مجھ سے ملے تھے۔ وہ اپنی بیوی کے ساتھ آئے تھے، وہ امریکہ کے تھے، وہ پروفیسر رائٹ اپنی بیوی کے ساتھ آئے تھے۔ تو مجھ سے ملے تھے، وہ ہم نے ان کو کتاب دی تھی، وہ انڈین مسلمز پازیٹیو آؤٹ لوک۔</w:t>
      </w:r>
    </w:p>
    <w:p>
      <w:r>
        <w:rPr>
          <w:b/>
        </w:rPr>
        <w:t xml:space="preserve">[41:56] </w:t>
      </w:r>
      <w:r>
        <w:t>toh unhone kaha ke main Lal Qila dekhne gaya Red Fort. toh jab main dekh raha tha toh apni biwi se kaha ke dekho, yeh jhagde ki jar hai,</w:t>
      </w:r>
    </w:p>
    <w:p>
      <w:pPr>
        <w:jc w:val="right"/>
      </w:pPr>
      <w:r>
        <w:t>تو انہوں نے کہا کہ میں لال قلعہ دیکھنے گیا ریڈ فورڈ۔ تو جب میں دیکھ رہا تھا تو اپنی بیوی سے کہا کہ دیکھو، یہ جھگڑے کی جڑ ہے،</w:t>
      </w:r>
    </w:p>
    <w:p>
      <w:r>
        <w:rPr>
          <w:b/>
        </w:rPr>
        <w:t xml:space="preserve">[42:06] </w:t>
      </w:r>
      <w:r>
        <w:t>yeh jhagde ki jar hai Red Fort. kyunke ab Muslim jab yahan aata hai toh dekhta hai toh us ko apni past glory yaad aati hai.</w:t>
      </w:r>
    </w:p>
    <w:p>
      <w:pPr>
        <w:jc w:val="right"/>
      </w:pPr>
      <w:r>
        <w:t>یہ جھگڑے کی جڑ ہے ریڈ فورڈ۔ کیونکہ اب مسلم جب یہاں آتا ہے تو دیکھتا ہے تو اس کو اپنی پاسٹ گلوری یاد آتی ہے۔</w:t>
      </w:r>
    </w:p>
    <w:p>
      <w:r>
        <w:rPr>
          <w:b/>
        </w:rPr>
        <w:t xml:space="preserve">[42:18] </w:t>
      </w:r>
      <w:r>
        <w:t>past glory keh is zamane mein hum red fort tha, hamara yahan se shah jahan hukumat karta tha. to unhon ne kaha ke musalmanon ko yeh lal qila na hota to zyada acha tha un ke liye.</w:t>
      </w:r>
    </w:p>
    <w:p>
      <w:pPr>
        <w:jc w:val="right"/>
      </w:pPr>
      <w:r>
        <w:t>پاسٹ گلوری کہ اس زمانے میں ہم ریڈ فورڈ تھا، ہمارا یہاں سے شاہ جہاں حکومت کرتا تھا۔ تو انہوں نے کہا کہ مسلمانوں کو یہ لال قلعہ نہ ہوتا تو زیادہ اچھا تھا ان کے لیے۔</w:t>
      </w:r>
    </w:p>
    <w:p>
      <w:r>
        <w:rPr>
          <w:b/>
        </w:rPr>
        <w:t xml:space="preserve">[42:31] </w:t>
      </w:r>
      <w:r>
        <w:t>kyun keh past glory pe jeete hain aur aaj ka pata hi nahi inhein. yani aaj ka pata hi nahi hai in ko.</w:t>
      </w:r>
    </w:p>
    <w:p>
      <w:pPr>
        <w:jc w:val="right"/>
      </w:pPr>
      <w:r>
        <w:t>کیونکہ پاسٹ گلوری پہ جیتے ہیں اور آج کا پتہ ہی نہیں انہیں۔ یعنی آج کا پتہ ہی نہیں ہے ان کو۔</w:t>
      </w:r>
    </w:p>
    <w:p>
      <w:r>
        <w:rPr>
          <w:b/>
        </w:rPr>
        <w:t xml:space="preserve">[42:41] </w:t>
      </w:r>
      <w:r>
        <w:t>yani aaj is mulk mein itna bara inqilab aya hai keh aik tani minority sikh, un ka aadmi prime minister bana hua hai. yeh kabhi ho sakta tha aisa?</w:t>
      </w:r>
    </w:p>
    <w:p>
      <w:pPr>
        <w:jc w:val="right"/>
      </w:pPr>
      <w:r>
        <w:t>یعنی آج اس ملک میں اتنا بڑا انقلاب آیا ہے کہ ایک تانی مائنارٹیاں سکھ، ان کا آدمی پرائم منسٹر بنا ہوا ہے۔ یہ کبھی ہو سکتا تھا ایسا؟</w:t>
      </w:r>
    </w:p>
    <w:p>
      <w:r>
        <w:rPr>
          <w:b/>
        </w:rPr>
        <w:t xml:space="preserve">[42:53] </w:t>
      </w:r>
      <w:r>
        <w:t>that is break of democracy.</w:t>
      </w:r>
    </w:p>
    <w:p>
      <w:pPr>
        <w:jc w:val="right"/>
      </w:pPr>
      <w:r>
        <w:t>دیٹ از بریکل آف ڈیموکریسی۔</w:t>
      </w:r>
    </w:p>
    <w:p>
      <w:r>
        <w:rPr>
          <w:b/>
        </w:rPr>
        <w:t xml:space="preserve">[42:56] </w:t>
      </w:r>
      <w:r>
        <w:t>india ki bohat choti minority hai sikh aur is ka aik aadmi aaj india ka prime minister bana hua hai. yeh hai that is miracle of democracy.</w:t>
      </w:r>
    </w:p>
    <w:p>
      <w:pPr>
        <w:jc w:val="right"/>
      </w:pPr>
      <w:r>
        <w:t>انڈیا کی بہت چھوٹی مائنارٹی ہے سکھ اور اس کا ایک آدمی آج انڈیا کا پرائم منسٹر بنا ہوا ہے۔ یہ ہے دیٹ از میریکل آف ڈیموکریسی۔</w:t>
      </w:r>
    </w:p>
    <w:p>
      <w:r>
        <w:rPr>
          <w:b/>
        </w:rPr>
        <w:t xml:space="preserve">[43:09] </w:t>
      </w:r>
      <w:r>
        <w:t>to yeh sab baatein hamein dikhai nahi deti. kyun? hum to lal qila ki deewaron mein atke hue hain, isi mein phanse hue hain. hum past mein</w:t>
      </w:r>
    </w:p>
    <w:p>
      <w:pPr>
        <w:jc w:val="right"/>
      </w:pPr>
      <w:r>
        <w:t>تو یہ سب باتیں ہمیں دکھائی نہیں دیتی۔ کیوں؟ ہم تو لال قلعہ کی دیواروں میں اٹکے ہوئے ہیں، اسی میں پھنسے ہوئے ہیں۔ ہم پاسٹ میں</w:t>
      </w:r>
    </w:p>
    <w:p>
      <w:r>
        <w:rPr>
          <w:b/>
        </w:rPr>
        <w:t xml:space="preserve">[43:21] </w:t>
      </w:r>
      <w:r>
        <w:t>is ko kehte hain english mein anachronism.</w:t>
      </w:r>
    </w:p>
    <w:p>
      <w:pPr>
        <w:jc w:val="right"/>
      </w:pPr>
      <w:r>
        <w:t>اس کو کہتے ہیں انگلش میں اینکرونزم۔</w:t>
      </w:r>
    </w:p>
    <w:p>
      <w:r>
        <w:rPr>
          <w:b/>
        </w:rPr>
        <w:t xml:space="preserve">[43:24] </w:t>
      </w:r>
      <w:r>
        <w:t>musalmanon ka case jo hai anachronism ka case hai, is ko angrezi english mein aik bohat acha lafz hai paranoia. hamare pas aik aadmi ate the pehle america ke,</w:t>
      </w:r>
    </w:p>
    <w:p>
      <w:pPr>
        <w:jc w:val="right"/>
      </w:pPr>
      <w:r>
        <w:t>مسلمانوں کا کیس جو ہے اینکرونزم کا کیس ہے، اس کو انگریزی انگلش میں ایک بہت اچھا لفظ ہے پارانویا۔ ہمارے پاس ایک آدمی آتے تھے پہلے امریکہ کے،</w:t>
      </w:r>
    </w:p>
    <w:p>
      <w:r>
        <w:rPr>
          <w:b/>
        </w:rPr>
        <w:t xml:space="preserve">[43:38] </w:t>
      </w:r>
      <w:r>
        <w:t>woh no-muslim the, woh un ka naam tha steve sklar. phir naam rakha tha unhon ne mustafa. to unhon ne kaha keh geyarah saal tak muslim countries mein mein ne ghuma, mein</w:t>
      </w:r>
    </w:p>
    <w:p>
      <w:pPr>
        <w:jc w:val="right"/>
      </w:pPr>
      <w:r>
        <w:t>وہ نو مسلم تھے، وہ ان کا نام تھا اسٹیو اسکیلر۔ پھر نام رکھا تھا انہوں نے مصطفی۔ تو انہوں نے کہا کہ گیارہ سال تک مسلم کنٹریز میں میں نے گھوما، میں</w:t>
      </w:r>
    </w:p>
    <w:p>
      <w:r>
        <w:rPr>
          <w:b/>
        </w:rPr>
        <w:t xml:space="preserve">[43:53] </w:t>
      </w:r>
      <w:r>
        <w:t>giyarah saal tak ghूमta raha aur har jagah ke musalmanon ko mein ne parha. to unhon ne kaha keh aaj ka aik musalmanon ka jo case hai, woh kya hai?</w:t>
      </w:r>
    </w:p>
    <w:p>
      <w:pPr>
        <w:jc w:val="right"/>
      </w:pPr>
      <w:r>
        <w:t>گیارہ سال تک گھومتا رہا اور ہر جگہ کے مسلمانوں کو میں نے پڑھا۔ تو انہوں نے کہا کہ آج کا ایک مسلمانوں کا جو کیس ہے، وہ کیا ہے؟</w:t>
      </w:r>
    </w:p>
    <w:p>
      <w:r>
        <w:rPr>
          <w:b/>
        </w:rPr>
        <w:t xml:space="preserve">[44:02] </w:t>
      </w:r>
      <w:r>
        <w:t>paranoia. paranoiac character ban gaye hain musalman. paranoia kya hota hai? is ko to jis ko parship kehte hain persian mein.</w:t>
      </w:r>
    </w:p>
    <w:p>
      <w:pPr>
        <w:jc w:val="right"/>
      </w:pPr>
      <w:r>
        <w:t>پارانویا۔ پارانوئی کریکٹر بن گئے ہیں مسلمان۔ پارانویا کیا ہوتا ہے؟ اس کو تو جس کو پارشپ کہتے ہیں پرشین میں۔</w:t>
      </w:r>
    </w:p>
    <w:p>
      <w:r>
        <w:rPr>
          <w:b/>
        </w:rPr>
        <w:t xml:space="preserve">[44:11] </w:t>
      </w:r>
      <w:r>
        <w:t>pateram sultan bood, mera baap badshah tha. to sare musalman jo hain, pateram sultan bood ki nafsiyat mein jeete hain, paranoia ki nafsiyat mein jeete hain.</w:t>
      </w:r>
    </w:p>
    <w:p>
      <w:pPr>
        <w:jc w:val="right"/>
      </w:pPr>
      <w:r>
        <w:t>پدرم سلطان بود، میرا باپ بادشاہ تھا۔ تو سارے مسلمان جو ہیں، پدرم سلطان بود کی نفسیات میں جیتے ہیں، پارانویا کی نفسیات میں جیتے ہیں۔</w:t>
      </w:r>
    </w:p>
    <w:p>
      <w:r>
        <w:rPr>
          <w:b/>
        </w:rPr>
        <w:t xml:space="preserve">[44:22] </w:t>
      </w:r>
      <w:r>
        <w:t>bilkul sahi baat kahi thi us ne. bas lal qila dikhaya tha un ko. arey bhai, aaj ko dekho, aaj aaj aik mobile jo tumhari jeb mein hai, woh lal qila se billion time zyada bari cheez hai.</w:t>
      </w:r>
    </w:p>
    <w:p>
      <w:pPr>
        <w:jc w:val="right"/>
      </w:pPr>
      <w:r>
        <w:t>بالکل صحیح بات کہی تھی اس نے۔ بس لال قلعہ دکھایا تھا ان کو۔ ارے بھئی، آج کو دیکھو، آج آج ایک موبائل جو تمہاری جیب میں ہے، وہ لال قلعہ سے بلین ٹائم زیادہ بڑی چیز ہے۔</w:t>
      </w:r>
    </w:p>
    <w:p>
      <w:r>
        <w:rPr>
          <w:b/>
        </w:rPr>
        <w:t xml:space="preserve">[44:35] </w:t>
      </w:r>
      <w:r>
        <w:t>shah jahan ke pas kahan mobile tha? shah jahan ke pas kahan ghari thi? shah jahan ke pas kahan car tha? shah jahan kahan hawai jahaz urr sakta tha?</w:t>
      </w:r>
    </w:p>
    <w:p>
      <w:pPr>
        <w:jc w:val="right"/>
      </w:pPr>
      <w:r>
        <w:t>شاہجہاں کے پاس کہاں موبائل تھا؟ شاہجہاں کے پاس کہاں گھڑی تھی؟ شاہجہاں کے پاس کہاں کار تھا؟ شاہجہاں کہاں ہوائی جہاز اڑ سکتا تھا؟</w:t>
      </w:r>
    </w:p>
    <w:p>
      <w:r>
        <w:rPr>
          <w:b/>
        </w:rPr>
        <w:t xml:space="preserve">[44:45] </w:t>
      </w:r>
      <w:r>
        <w:t>shah jahan kahan export business chala sakta tha? woh jo aaj chalate hain, aap kuch bhi nahi tha us ke pas. to lal qile ki deewaren dikhai deti hain logon ko aur aaj ki jo opportunities hain, woh dikhai deti hain.</w:t>
      </w:r>
    </w:p>
    <w:p>
      <w:pPr>
        <w:jc w:val="right"/>
      </w:pPr>
      <w:r>
        <w:t>شاہجہاں کہاں ایکسپورٹ بزنس چلا سکتا تھا؟ وہ جو آج چلاتے ہیں، آپ کچھ بھی نہیں تھا اس کے پاس۔ تو لال قلعے کی دیواریں دکھائی دیتی ہیں لوگوں کو اور آج کی جو اپرچونیٹیز ہیں، وہ دکھائی دیتی ہیں۔</w:t>
      </w:r>
    </w:p>
    <w:p>
      <w:r>
        <w:rPr>
          <w:b/>
        </w:rPr>
        <w:t xml:space="preserve">[45:00] </w:t>
      </w:r>
      <w:r>
        <w:t>lal qila, woh shah jahan ke zamane mein kahan interaction itna hota tha? us zamane mein kahan itna opportunities dawaye work karne ke liye itna communication kahan tha?</w:t>
      </w:r>
    </w:p>
    <w:p>
      <w:pPr>
        <w:jc w:val="right"/>
      </w:pPr>
      <w:r>
        <w:t>لال قلعہ، وہ شاہجہاں کے زمانے میں کہاں انٹریکشن اتنا ہوتا تھا؟ اس زمانے میں کہاں اتنا اپرچونیٹیز دعویٰ ورک کرنے کے لیے اتنا کمیونیکیشن کہاں تھا؟</w:t>
      </w:r>
    </w:p>
    <w:p>
      <w:r>
        <w:rPr>
          <w:b/>
        </w:rPr>
        <w:t xml:space="preserve">[45:10] </w:t>
      </w:r>
      <w:r>
        <w:t>us zamane mein</w:t>
      </w:r>
    </w:p>
    <w:p>
      <w:pPr>
        <w:jc w:val="right"/>
      </w:pPr>
      <w:r>
        <w:t>اس زمانے میں</w:t>
      </w:r>
    </w:p>
    <w:p>
      <w:r>
        <w:rPr>
          <w:b/>
        </w:rPr>
        <w:t xml:space="preserve">[45:16] </w:t>
      </w:r>
      <w:r>
        <w:t>yeh hai jar musalmanon ke case ki. this is the case of present muslims. there is the tragedy of present muslims.</w:t>
      </w:r>
    </w:p>
    <w:p>
      <w:pPr>
        <w:jc w:val="right"/>
      </w:pPr>
      <w:r>
        <w:t>یہ ہے جڑ مسلمانوں کے کیس کی۔ دس از دا کیس آف پریزنٹ مسلمز۔ دیر از دا ٹریجڈی آف پریزنٹ مسلمز۔</w:t>
      </w:r>
    </w:p>
    <w:p>
      <w:r>
        <w:rPr>
          <w:b/>
        </w:rPr>
        <w:t xml:space="preserve">[45:27] </w:t>
      </w:r>
      <w:r>
        <w:t>there is the psyche of present muslims.</w:t>
      </w:r>
    </w:p>
    <w:p>
      <w:pPr>
        <w:jc w:val="right"/>
      </w:pPr>
      <w:r>
        <w:t>دیر از دا سائیکی آف پریزنٹ مسلمز۔</w:t>
      </w:r>
    </w:p>
    <w:p>
      <w:r>
        <w:rPr>
          <w:b/>
        </w:rPr>
        <w:t xml:space="preserve">[45:32] </w:t>
      </w:r>
      <w:r>
        <w:t>aur is ke zimmedar kaun hain? zimmedar hain leader log, religious leader aur secular leader dono. yani dono mein koi farq nahi.</w:t>
      </w:r>
    </w:p>
    <w:p>
      <w:pPr>
        <w:jc w:val="right"/>
      </w:pPr>
      <w:r>
        <w:t>اور اس کے ذمہ دار کون ہیں؟ ذمہ دار ہیں لیڈر لوگ، ریلیجس لیڈر اور سیکولر لیڈر دونوں۔ یعنی دونوں میں کوئی فرق نہیں۔</w:t>
      </w:r>
    </w:p>
    <w:p>
      <w:r>
        <w:rPr>
          <w:b/>
        </w:rPr>
        <w:t xml:space="preserve">[45:41] </w:t>
      </w:r>
      <w:r>
        <w:t>is mani mein so called jo secular leader hai, woh bhi aur so called jo religious leader hai, woh bhi. jis ko mein kaha karta hoon bearish leader aur bullish leader, unhon ne musalmanon ko tabah kiya hai.</w:t>
      </w:r>
    </w:p>
    <w:p>
      <w:pPr>
        <w:jc w:val="right"/>
      </w:pPr>
      <w:r>
        <w:t>اس معنی میں سو کالڈ جو سیکولر لیڈر ہے، وہ بھی اور سو کالڈ جو ریلیجس لیڈر ہے، وہ بھی۔ جس کو میں کہا کرتا ہوں بیرش لیڈر اور بارش لیڈر، انہوں نے مسلمانوں کو تباہ کیا ہے۔</w:t>
      </w:r>
    </w:p>
    <w:p>
      <w:r>
        <w:rPr>
          <w:b/>
        </w:rPr>
        <w:t xml:space="preserve">[45:56] </w:t>
      </w:r>
      <w:r>
        <w:t>aur bhi aik shayar ne kaha tha, aik aik sher keh: "idha kan al-ghurab ra'is qawmin sihi mala dar al-bawari." idha kan al-ghurab ra'is qawmin sihi mala dar al-bawari.</w:t>
      </w:r>
    </w:p>
    <w:p>
      <w:pPr>
        <w:jc w:val="right"/>
      </w:pPr>
      <w:r>
        <w:t>اور بھی ایک شاعر نے کہا تھا، ایک ایک شعر کہ: "اذا کان الغراب رئیس قوم سیہی ملا دار البواری۔" اذا کان الغراب رئیس قوم سیہی ملا دار البواری۔</w:t>
      </w:r>
    </w:p>
    <w:p>
      <w:r>
        <w:rPr>
          <w:b/>
        </w:rPr>
        <w:t xml:space="preserve">[46:11] </w:t>
      </w:r>
      <w:r>
        <w:t>is ka is ka translation yeh hai keh agar kisi qaum ka sardar kauwa ho jaye to ja ke woh garhe bhi girayega. woh</w:t>
      </w:r>
    </w:p>
    <w:p>
      <w:pPr>
        <w:jc w:val="right"/>
      </w:pPr>
      <w:r>
        <w:t>اس کا اس کا ٹرانزیکشن یہ ہے کہ اگر کسی قوم کا سردار کوا ہو جائے تو جا کے وہ گڑھے بھی گرائے گا۔ وہ</w:t>
      </w:r>
    </w:p>
    <w:p>
      <w:r>
        <w:rPr>
          <w:b/>
        </w:rPr>
        <w:t xml:space="preserve">[46:22] </w:t>
      </w:r>
      <w:r>
        <w:t>to mein kauwa yahan aik aik symbolic word hai.</w:t>
      </w:r>
    </w:p>
    <w:p>
      <w:pPr>
        <w:jc w:val="right"/>
      </w:pPr>
      <w:r>
        <w:t>تو میں کوا یہاں ایک ایک سمبلک ورڈ ہے۔</w:t>
      </w:r>
    </w:p>
    <w:p>
      <w:r>
        <w:rPr>
          <w:b/>
        </w:rPr>
        <w:t xml:space="preserve">[46:26] </w:t>
      </w:r>
      <w:r>
        <w:t>ka matlab yeh hai keh yeh jin aise log leader ban jayein jin ke pas reason nahi hai, jis ke pas vision nahi hai, sab pe cheez vision hoti hai.</w:t>
      </w:r>
    </w:p>
    <w:p>
      <w:pPr>
        <w:jc w:val="right"/>
      </w:pPr>
      <w:r>
        <w:t>کا مطلب یہ ہے کہ یہ جن ایسے لوگ لیڈر بن جائیں جن کے پاس ریزن نہیں ہے، جس کے پاس ویژن نہیں ہے، سب پہ چیز ویژن ہوتی ہے۔</w:t>
      </w:r>
    </w:p>
    <w:p>
      <w:r>
        <w:rPr>
          <w:b/>
        </w:rPr>
        <w:t xml:space="preserve">[46:35] </w:t>
      </w:r>
      <w:r>
        <w:t>vision is ka matlab yeh hai ke aisay log leader ban jayen kisi qaum ke, jis ka chunke vision nahi hai, jis ke paas to woh garhe garhe bhi girayen ge.</w:t>
      </w:r>
    </w:p>
    <w:p>
      <w:pPr>
        <w:jc w:val="right"/>
      </w:pPr>
      <w:r>
        <w:t>ویژن اس کا مطلب یہ ہے کہ ایسے لوگ لیڈر بن جائیں کسی قوم کے، جس کا چونکہ ویژن نہیں ہے، جس کے پاس تو وہ گڑھے گڑھے بھی گرائیں گے۔</w:t>
      </w:r>
    </w:p>
    <w:p>
      <w:r>
        <w:rPr>
          <w:b/>
        </w:rPr>
        <w:t xml:space="preserve">[46:46] </w:t>
      </w:r>
      <w:r>
        <w:t>woh</w:t>
      </w:r>
    </w:p>
    <w:p>
      <w:pPr>
        <w:jc w:val="right"/>
      </w:pPr>
      <w:r>
        <w:t>وہ</w:t>
      </w:r>
    </w:p>
    <w:p>
      <w:r>
        <w:rPr>
          <w:b/>
        </w:rPr>
        <w:t xml:space="preserve">[46:51] </w:t>
      </w:r>
      <w:r>
        <w:t>to yeh hamara jo mission hai, hum chahte hain ke musalman is se niklen, is is dal dal se niklen. Doosron ko blame dene dena jo hai, woh jo jis jo culture ban gaya hai hamara, har aadmi doosron ko blame de raha hai.</w:t>
      </w:r>
    </w:p>
    <w:p>
      <w:pPr>
        <w:jc w:val="right"/>
      </w:pPr>
      <w:r>
        <w:t>تو یہ ہمارا جو مشن ہے، ہم چاہتے ہیں کہ مسلمان اس سے نکلیں، اس اس دلدل سے نکلیں۔ دوسروں کو بلیم دینے دینا جو ہے، وہ جو جس جو کلچر بن گیا ہے ہمارا، ہر آدمی دوسروں کو بلیم دے رہا ہے۔</w:t>
      </w:r>
    </w:p>
    <w:p>
      <w:r>
        <w:rPr>
          <w:b/>
        </w:rPr>
        <w:t xml:space="preserve">[47:07] </w:t>
      </w:r>
      <w:r>
        <w:t>musalmanon ki ke majlis mein baithiye, musalmanon ke jalsay mein jaiye, musalmanon ke magazine parhiye, musalmanon ke paper parhiye, majlis madrassa kahin bhi jaiye, kahin bhi jaiye, kahin bhi jaiye, har jagah negative baaten ho rahi</w:t>
      </w:r>
    </w:p>
    <w:p>
      <w:pPr>
        <w:jc w:val="right"/>
      </w:pPr>
      <w:r>
        <w:t>مسلمانوں کی کہ مجلس میں بیٹھیے، مسلمانوں کے جلسے میں جائیے، مسلمانوں کے میگزین پڑھیے، مسلمانوں کے پیپر پڑھیے، مجلس مدرسہ کہیں بھی جائیے، کہیں بھی جائیے، کہیں بھی جائیے، ہر جگہ نیگیٹیو باتیں ہو رہی</w:t>
      </w:r>
    </w:p>
    <w:p>
      <w:r>
        <w:rPr>
          <w:b/>
        </w:rPr>
        <w:t xml:space="preserve">[47:20] </w:t>
      </w:r>
      <w:r>
        <w:t>hain, doosron ko blame diya ja raha hai ke hamare khilaf conspiracy ho rahi hai, sazish ho rahi hai, musalman sab log dushman ban gaye hain hamare.</w:t>
      </w:r>
    </w:p>
    <w:p>
      <w:pPr>
        <w:jc w:val="right"/>
      </w:pPr>
      <w:r>
        <w:t>ہیں، دوسروں کو بلیم دیا جا رہا ہے کہ ہمارے خلاف کانسپریسی ہو رہی ہے، سازش ہو رہی ہے، مسلمان سب لوگ دشمن بن گئے ہیں ہمارے۔</w:t>
      </w:r>
    </w:p>
    <w:p>
      <w:r>
        <w:rPr>
          <w:b/>
        </w:rPr>
        <w:t xml:space="preserve">[47:31] </w:t>
      </w:r>
      <w:r>
        <w:t>aur yeh hai, woh hai, yahi baat hai sab. To jab tak aap musalmanon ko yeh na batayen ge, yeh zamana to is se hazar guna behtar hai jis ko tum mughal period aur ottoman period kehte ho.</w:t>
      </w:r>
    </w:p>
    <w:p>
      <w:pPr>
        <w:jc w:val="right"/>
      </w:pPr>
      <w:r>
        <w:t>اور یہ ہے، وہ ہے، یہی بات ہے سب۔ تو جب تک آپ مسلمانوں کو یہ نہ بتائیں گے، یہ زمانہ تو اس سے ہزار گنا بہتر ہے جس کو تم مغل پیریڈ اور اوٹمان پیریڈ کہتے ہو۔</w:t>
      </w:r>
    </w:p>
    <w:p>
      <w:r>
        <w:rPr>
          <w:b/>
        </w:rPr>
        <w:t xml:space="preserve">[47:48] </w:t>
      </w:r>
      <w:r>
        <w:t>is se hazar guna behtar hai yeh zamana jo opportunity aaj tumhare liye hai, woh pehle kahan thi? Pehle kahan thi? Pehle to kuch bhi nahi tha.</w:t>
      </w:r>
    </w:p>
    <w:p>
      <w:pPr>
        <w:jc w:val="right"/>
      </w:pPr>
      <w:r>
        <w:t>اس سے ہزار گنا بہتر ہے یہ زمانہ جو اپرچونیٹی آج تمہارے لیے ہے، وہ پہلے کہاں تھی؟ پہلے کہاں تھی؟ پہلے تو کچھ بھی نہیں تھا۔</w:t>
      </w:r>
    </w:p>
    <w:p>
      <w:r>
        <w:rPr>
          <w:b/>
        </w:rPr>
        <w:t xml:space="preserve">[48:01] </w:t>
      </w:r>
      <w:r>
        <w:t>kitni bari nemat hai yeh communication, modern communication, modern opportunities, religious freedom, democracy, bohat hi bari nemat hai.</w:t>
      </w:r>
    </w:p>
    <w:p>
      <w:pPr>
        <w:jc w:val="right"/>
      </w:pPr>
      <w:r>
        <w:t>کتنی بڑی نعمت ہے یہ کمیونیکیشن، ماڈرن کمیونیکیشن، ماڈرن اپرچونیٹیز، ریلیجس فریڈم، ڈیموکریسی، بہت ہی بڑی نعمت ہے۔</w:t>
      </w:r>
    </w:p>
    <w:p>
      <w:r>
        <w:rPr>
          <w:b/>
        </w:rPr>
        <w:t xml:space="preserve">[48:14] </w:t>
      </w:r>
      <w:r>
        <w:t>lekin musalman be khabar hain is se.</w:t>
      </w:r>
    </w:p>
    <w:p>
      <w:pPr>
        <w:jc w:val="right"/>
      </w:pPr>
      <w:r>
        <w:t>لیکن مسلمان بے خبر ہیں اس سے۔</w:t>
      </w:r>
    </w:p>
    <w:p>
      <w:r>
        <w:rPr>
          <w:b/>
        </w:rPr>
        <w:t xml:space="preserve">[48:17] </w:t>
      </w:r>
      <w:r>
        <w:t>to Mr. Wright ne sahi kaha tha ke lal qila ke ke lal qila jo khara hua hai, Red Fort, yeh musalmanon ki sab se bara gumrah karne wali cheez hai.</w:t>
      </w:r>
    </w:p>
    <w:p>
      <w:pPr>
        <w:jc w:val="right"/>
      </w:pPr>
      <w:r>
        <w:t>تو مسٹر رائٹ نے صحیح کہا تھا کہ لال قلعہ کے کہ لال قلعہ جو کھڑا ہوا ہے، ریڈ فورڈ، یہ مسلمانوں کی سب سے بڑا گمراہ کرنے والی چیز ہے۔</w:t>
      </w:r>
    </w:p>
    <w:p>
      <w:r>
        <w:rPr>
          <w:b/>
        </w:rPr>
        <w:t xml:space="preserve">[48:30] </w:t>
      </w:r>
      <w:r>
        <w:t>yahan tak ke arbon ka bhi yeh haal hai. Arab jatay hain Spain to jise haan musalmanon ko lal qila yaad dilata hai na, un ke mazi ki woh wahi un ko yaad dilata hai.</w:t>
      </w:r>
    </w:p>
    <w:p>
      <w:pPr>
        <w:jc w:val="right"/>
      </w:pPr>
      <w:r>
        <w:t>یہاں تک کہ عربوں کا بھی یہ حال ہے۔ عرب جاتے ہیں اسپین تو جسے ہاں مسلمانوں کو لال قلعہ یاد دلاتا ہے نا، ان کے ماضی کی وہ وہی ان کو یاد دلاتا ہے۔</w:t>
      </w:r>
    </w:p>
    <w:p>
      <w:r>
        <w:rPr>
          <w:b/>
        </w:rPr>
        <w:t xml:space="preserve">[48:42] </w:t>
      </w:r>
      <w:r>
        <w:t>yeh maine parha tha aik aik aik magazine, arabi magazine mein to aik mashhoor khatoon arab ki, arab log bohat jatay hain Spain kyunke wahan un ko apni glory dikhai deti hai.</w:t>
      </w:r>
    </w:p>
    <w:p>
      <w:pPr>
        <w:jc w:val="right"/>
      </w:pPr>
      <w:r>
        <w:t>یہ میں نے پڑھا تھا ایک ایک ایک میگزین، عربی میگزین میں تو ایک مشہور خاتون عرب کی، عرب لوگ بہت جاتے ہیں اسپین کیونکہ وہاں ان کو اپنی گلوری دکھائی دیتی ہے۔</w:t>
      </w:r>
    </w:p>
    <w:p>
      <w:r>
        <w:rPr>
          <w:b/>
        </w:rPr>
        <w:t xml:space="preserve">[48:54] </w:t>
      </w:r>
      <w:r>
        <w:t>jaisay Indian subcontinent ke log jo hain, woh atay hain yahan dekhne ke liye kyunke yahan un ko glory dikhai deti hai. Arab log Spain jatay hain, wahan ke buildingen, wahan ke pehle zamanay ke khandar.</w:t>
      </w:r>
    </w:p>
    <w:p>
      <w:pPr>
        <w:jc w:val="right"/>
      </w:pPr>
      <w:r>
        <w:t>جیسے انڈین سب کانٹیننٹ کے لوگ جو ہیں، وہ آتے ہیں یہاں دیکھنے کے لیے کیونکہ یہاں ان کو گلوری دکھائی دیتی ہے۔ عرب لوگ اسپین جاتے ہیں، وہاں کے بلڈنگیں، وہاں کے پہلے زمانے کے کھنڈر۔</w:t>
      </w:r>
    </w:p>
    <w:p>
      <w:r>
        <w:rPr>
          <w:b/>
        </w:rPr>
        <w:t xml:space="preserve">[49:06] </w:t>
      </w:r>
      <w:r>
        <w:t>to us ne kaha tha: "alamat al arabi,</w:t>
      </w:r>
    </w:p>
    <w:p>
      <w:pPr>
        <w:jc w:val="right"/>
      </w:pPr>
      <w:r>
        <w:t>تو اس نے کہا تھا: "علامتہ عربی،</w:t>
      </w:r>
    </w:p>
    <w:p>
      <w:r>
        <w:rPr>
          <w:b/>
        </w:rPr>
        <w:t xml:space="preserve">[49:10] </w:t>
      </w:r>
      <w:r>
        <w:t>arbon ki raat kab tak chalegi? Abhi yeh andhera kab tak rahega?" Yani arab ka jo andhera hai, woh kab tak rahega? Halankeh ujala hai. Yeh petrol jo zahir hua, modern technology zahir hui to us ne arbon ko itna diya, itna diya, itna diya ke kisi shahanshah ko bhi nahi mila tha.</w:t>
      </w:r>
    </w:p>
    <w:p>
      <w:pPr>
        <w:jc w:val="right"/>
      </w:pPr>
      <w:r>
        <w:t>عربوں کی رات کب تک چلے گی؟ ابھی یہ اندھیرا کب تک رہے گا؟" یعنی عرب کا جو اندھیرا ہے، وہ کب تک رہے گا؟ حالانکہ اجالا ہے۔ یہ پیٹرول جو ظاہر ہوا، ماڈرن ٹیکنالوجی ظاہر ہوئی تو اس نے عربوں کو اتنا دیا، اتنا دیا، اتنا دیا کہ کسی شاہنشاہ کو بھی نہیں ملا تھا۔</w:t>
      </w:r>
    </w:p>
    <w:p>
      <w:r>
        <w:rPr>
          <w:b/>
        </w:rPr>
        <w:t xml:space="preserve">[49:27] </w:t>
      </w:r>
      <w:r>
        <w:t>woh aaj ka jo arab hai, woh pichlay zamanay ke muslim shahanshah se bhi zyada achi halat mein rehta hai. Shandar carain, zaati hawai jahaz, yani private plane.</w:t>
      </w:r>
    </w:p>
    <w:p>
      <w:pPr>
        <w:jc w:val="right"/>
      </w:pPr>
      <w:r>
        <w:t>وہ آج کا جو عرب ہے، وہ پچھلے زمانے کے مسلم شہنشاہ سے بھی زیادہ اچھی حالت میں رہتا ہے۔ شاندار کاریں، ذاتی ہوائی جہاز، یعنی پرائیویٹ پلین۔</w:t>
      </w:r>
    </w:p>
    <w:p>
      <w:r>
        <w:rPr>
          <w:b/>
        </w:rPr>
        <w:t xml:space="preserve">[49:42] </w:t>
      </w:r>
      <w:r>
        <w:t>mein arab mein aik sath milne gaya aik ameer se to mere sath Dr. Abdul Wais thay. Kaha ke jantay hain, is ka private plane hai,</w:t>
      </w:r>
    </w:p>
    <w:p>
      <w:pPr>
        <w:jc w:val="right"/>
      </w:pPr>
      <w:r>
        <w:t>میں عرب میں ایک ساتھ ملنے گیا ایک امیر سے تو میرے ساتھ ڈاکٹر عبدالویس تھے۔ کہا کہ جانتے ہیں، اس کا پرائیویٹ پلین ہے،</w:t>
      </w:r>
    </w:p>
    <w:p>
      <w:r>
        <w:rPr>
          <w:b/>
        </w:rPr>
        <w:t xml:space="preserve">[49:55] </w:t>
      </w:r>
      <w:r>
        <w:t>yani zaati jahaz, caron ke qafilay, shandar makanat kis ke paas thay? Mujhe pata nahi kis shahanshah ke paas thay. Lekin woh ja ke khatoon kya kehti hai ke arab dunya par jo andhera chhaya hua hai, yeh kab tak baqi rahega?</w:t>
      </w:r>
    </w:p>
    <w:p>
      <w:pPr>
        <w:jc w:val="right"/>
      </w:pPr>
      <w:r>
        <w:t>یعنی ذاتی جہاز، کاروں کے قافلے، شاندار مکانات کس کے پاس تھے؟ مجھے پتہ نہیں کس شہنشاہ کے پاس تھے۔ لیکن وہ جا کے خاتون کیا کہتی ہے کہ عرب دنیا پر جو اندھیرا چھایا ہوا ہے، یہ کب تک باقی رہے گا؟</w:t>
      </w:r>
    </w:p>
    <w:p>
      <w:r>
        <w:rPr>
          <w:b/>
        </w:rPr>
        <w:t xml:space="preserve">[50:11] </w:t>
      </w:r>
      <w:r>
        <w:t>kyunke woh naye zamanon ko pehchana nahi. Us ne us ko sirf wahi zamana yaad hai ke jab Spain mein musalman hukumat karte thay. Ab to aik aik aadmi is se bari hasil kar chuka hai.</w:t>
      </w:r>
    </w:p>
    <w:p>
      <w:pPr>
        <w:jc w:val="right"/>
      </w:pPr>
      <w:r>
        <w:t>کیونکہ وہ نئے زمانوں کو پہچانا نہیں۔ اس نے اس کو صرف وہی زمانہ یاد ہے کہ جب اسپین میں مسلمان حکومت کرتے تھے۔ اب تو ایک ایک آدمی اس سے بڑی حاصل کر چکا ہے۔</w:t>
      </w:r>
    </w:p>
    <w:p>
      <w:r>
        <w:rPr>
          <w:b/>
        </w:rPr>
        <w:t xml:space="preserve">[50:28] </w:t>
      </w:r>
      <w:r>
        <w:t>ab aik aik aadmi is se jo bari cheez hasil kar chuka hai. Aaj kal ke makanat, aaj kal jo makanat bante hain, woh jo wahan to jo qasr bane thay, qasr is se qasr bohat zyada achay hotay hain.</w:t>
      </w:r>
    </w:p>
    <w:p>
      <w:pPr>
        <w:jc w:val="right"/>
      </w:pPr>
      <w:r>
        <w:t>اب ایک ایک آدمی اس سے جو بڑی چیز حاصل کر چکا ہے۔ آج کل کے مکانات، آج کل جو مکانات بنتے ہیں، وہ جو وہاں تو جو قصر بنے تھے، قصر اس سے قصر بہت زیادہ اچھے ہوتے ہیں۔</w:t>
      </w:r>
    </w:p>
    <w:p>
      <w:r>
        <w:rPr>
          <w:b/>
        </w:rPr>
        <w:t xml:space="preserve">[50:41] </w:t>
      </w:r>
      <w:r>
        <w:t>aap ja ke qasr ko dekhiye, qasr matlab palace. Spain mein jo palace hain, us se kahin zyada achay hain aaj kal ke makanat.</w:t>
      </w:r>
    </w:p>
    <w:p>
      <w:pPr>
        <w:jc w:val="right"/>
      </w:pPr>
      <w:r>
        <w:t>آپ جا کے قصر کو دیکھیے، قصر مطلب پیلس۔ اسپین میں جو پیلس ہیں، اس سے کہیں زیادہ اچھے ہیں آج کل کے مکانات۔</w:t>
      </w:r>
    </w:p>
    <w:p>
      <w:r>
        <w:rPr>
          <w:b/>
        </w:rPr>
        <w:t xml:space="preserve">[50:55] </w:t>
      </w:r>
      <w:r>
        <w:t>aaj kal jo jo makanat ka jo modern technique hoti hai, jo modern planning hoti hai, woh us se bohat behtar hai, bohat oonchi hai. Us se</w:t>
      </w:r>
    </w:p>
    <w:p>
      <w:pPr>
        <w:jc w:val="right"/>
      </w:pPr>
      <w:r>
        <w:t>آج کل جو جو مکانات کا جو ماڈرن ٹیکنیک ہوتی ہے، جو ماڈرن پلاننگ ہوتی ہے، وہ اس سے بہت بہتر ہے، بہت اونچی ہے۔ اس سے</w:t>
      </w:r>
    </w:p>
    <w:p>
      <w:r>
        <w:rPr>
          <w:b/>
        </w:rPr>
        <w:t xml:space="preserve">[51:03] </w:t>
      </w:r>
      <w:r>
        <w:t>to aaj ke jo arab hain, us se behtar achay ghar mein rehtay hain, us se achi sari gari par sawari karte hain, hawai jahaz mein urte hain, un ke haan us se acha furniture hota hai.</w:t>
      </w:r>
    </w:p>
    <w:p>
      <w:pPr>
        <w:jc w:val="right"/>
      </w:pPr>
      <w:r>
        <w:t>تو آج کے جو عرب ہیں، اس سے بہتر اچھے گھر میں رہتے ہیں، اس سے اچھی ساری گاڑی پر سواری کرتے ہیں، ہوا جہاز میں اڑتے ہیں، ان کے ہاں اس سے اچھا فرنیچر ہوتا ہے۔</w:t>
      </w:r>
    </w:p>
    <w:p>
      <w:r>
        <w:rPr>
          <w:b/>
        </w:rPr>
        <w:t xml:space="preserve">[51:15] </w:t>
      </w:r>
      <w:r>
        <w:t>har aitbar se un se better hain. Lekin kehti hai kya khatoon? Woh woh adib, woh khatoon adib hai, writer hai ke arbon par jo andhera chhaya hua hai, to kab tak baqi rahega?</w:t>
      </w:r>
    </w:p>
    <w:p>
      <w:pPr>
        <w:jc w:val="right"/>
      </w:pPr>
      <w:r>
        <w:t>ہر اعتبار سے ان سے بیٹر ہیں۔ لیکن کہتی ہے کیا خاتون؟ وہ وہ عدیب، وہ خاتون عدیب ہے، رائٹر ہے کہ عربوں پر جو اندھیرا چھایا ہوا ہے، تو کب تک باقی رہے گا؟</w:t>
      </w:r>
    </w:p>
    <w:p>
      <w:r>
        <w:rPr>
          <w:b/>
        </w:rPr>
        <w:t xml:space="preserve">[51:29] </w:t>
      </w:r>
      <w:r>
        <w:t>ala mata sayastabro al arabi.</w:t>
      </w:r>
    </w:p>
    <w:p>
      <w:pPr>
        <w:jc w:val="right"/>
      </w:pPr>
      <w:r>
        <w:t>الا متا سیسٹبرو العربی۔</w:t>
      </w:r>
    </w:p>
    <w:p>
      <w:r>
        <w:rPr>
          <w:b/>
        </w:rPr>
        <w:t xml:space="preserve">[51:32] </w:t>
      </w:r>
      <w:r>
        <w:t>bhai, ab to ujala ho gaya, super ujala ho gaya. to sab ka yahi haal hai. amreeka mein bar bar gaya hoon, kam az kam 13 bar.</w:t>
      </w:r>
    </w:p>
    <w:p>
      <w:pPr>
        <w:jc w:val="right"/>
      </w:pPr>
      <w:r>
        <w:t>بھئی، اب تو اجالا ہو گیا، سپر اجالا ہو گیا۔ تو سب کا یہی حال ہے۔ امریکہ میں بار بار گیا ہوں، کم از کم 13 بار۔</w:t>
      </w:r>
    </w:p>
    <w:p>
      <w:r>
        <w:rPr>
          <w:b/>
        </w:rPr>
        <w:t xml:space="preserve">[51:42] </w:t>
      </w:r>
      <w:r>
        <w:t>har aadmi negative boli bolta hai, haalankeh wahan bhi achhe gharon mein rehte hain, achhi caron mein baithte hain, un ki betiyan achhi education le rahi hain.</w:t>
      </w:r>
    </w:p>
    <w:p>
      <w:pPr>
        <w:jc w:val="right"/>
      </w:pPr>
      <w:r>
        <w:t>ہر آدمی نیگیٹیو بولی بولتا ہے، حالانکہ وہاں بھی اچھے گھروں میں رہتے ہیں، اچھی کاروں میں بیٹھتے ہیں، ان کی بیٹیاں اچھی ایجوکیشن لے رہی ہیں۔</w:t>
      </w:r>
    </w:p>
    <w:p>
      <w:r>
        <w:rPr>
          <w:b/>
        </w:rPr>
        <w:t xml:space="preserve">[51:51] </w:t>
      </w:r>
      <w:r>
        <w:t>kyunkeh saiki nahin badli, thinking nahin badli, soch nahin badli. naye daur ko discover nahin kiya unhon ne.</w:t>
      </w:r>
    </w:p>
    <w:p>
      <w:pPr>
        <w:jc w:val="right"/>
      </w:pPr>
      <w:r>
        <w:t>کیونکہ سائیکی نہیں بدلی، تھنکنگ نہیں بدلی، سوچ نہیں بدلی۔ نئے دور کو ڈسکور نہیں کیا انہوں نے۔</w:t>
      </w:r>
    </w:p>
    <w:p>
      <w:r>
        <w:rPr>
          <w:b/>
        </w:rPr>
        <w:t xml:space="preserve">[52:01] </w:t>
      </w:r>
      <w:r>
        <w:t>ya wahi jee rahe hain jahan hamare gaon ke log jeete the, ab se 80 baras pehle. kyunkeh unhein khabar nahin thi modern opportunities ki, to lad rahe hain, lad rahe hain, lad rahe hain.</w:t>
      </w:r>
    </w:p>
    <w:p>
      <w:pPr>
        <w:jc w:val="right"/>
      </w:pPr>
      <w:r>
        <w:t>یا وہی جی رہے ہیں جہاں ہمارے گاؤں کے لوگ جیتے تھے، اب سے 80 برس پہلے۔ کیونکہ انہیں خبر نہیں تھی ماڈرن اپرچونیٹیز کی، تو لڑ رہے ہیں، لڑ رہے ہیں، لڑ رہے ہیں۔</w:t>
      </w:r>
    </w:p>
    <w:p>
      <w:r>
        <w:rPr>
          <w:b/>
        </w:rPr>
        <w:t xml:space="preserve">[52:13] </w:t>
      </w:r>
      <w:r>
        <w:t>bahut baat ko teesri teesri dassement, third generation mein ja kar ke unhon ne discover kiya to jump kiya unhon ne education mein.</w:t>
      </w:r>
    </w:p>
    <w:p>
      <w:pPr>
        <w:jc w:val="right"/>
      </w:pPr>
      <w:r>
        <w:t>بہت بات کو تیسری تیسری ڈیسیمنٹ، تھرڈ جنریشن میں جا کر کے انہوں نے ڈسکور کیا تو جمپ کیا انہوں نے ایجوکیشن میں۔</w:t>
      </w:r>
    </w:p>
    <w:p>
      <w:r>
        <w:rPr>
          <w:b/>
        </w:rPr>
        <w:t xml:space="preserve">[52:25] </w:t>
      </w:r>
      <w:r>
        <w:t>ab woh taraqqi kar rahe hain, woh log.</w:t>
      </w:r>
    </w:p>
    <w:p>
      <w:pPr>
        <w:jc w:val="right"/>
      </w:pPr>
      <w:r>
        <w:t>اب وہ ترقی کر رہے ہیں، وہ لوگ۔</w:t>
      </w:r>
    </w:p>
    <w:p>
      <w:r>
        <w:rPr>
          <w:b/>
        </w:rPr>
        <w:t xml:space="preserve">[52:30] </w:t>
      </w:r>
      <w:r>
        <w:t>yeh saada muamla nahin hai. yaad rakhiye, kisi ko blame de dein, kisi ko aap enemy declare kar dein to bas baat explain ho gayi. yeh saada muamla nahin hai.</w:t>
      </w:r>
    </w:p>
    <w:p>
      <w:pPr>
        <w:jc w:val="right"/>
      </w:pPr>
      <w:r>
        <w:t>یہ سادہ معاملہ نہیں ہے۔ یاد رکھیے، کسی کو بلیم دے دیں، کسی کو آپ انیمی ڈیکلیئر کر دیں تو بس بات ایکسپلین ہو گئی۔ یہ سادہ معاملہ نہیں ہے۔</w:t>
      </w:r>
    </w:p>
    <w:p>
      <w:r>
        <w:rPr>
          <w:b/>
        </w:rPr>
        <w:t xml:space="preserve">[52:41] </w:t>
      </w:r>
      <w:r>
        <w:t>it is failure to our, it is failure to our Muslim leadership. it is failure of Muslim leadership.</w:t>
      </w:r>
    </w:p>
    <w:p>
      <w:pPr>
        <w:jc w:val="right"/>
      </w:pPr>
      <w:r>
        <w:t>اٹ از فیلیر ٹو اور، اٹ از فیلیر ٹو اور مسلم لیڈرشپ۔ اٹ از فیلیر آف مسلم لیڈرشپ۔</w:t>
      </w:r>
    </w:p>
    <w:p>
      <w:r>
        <w:rPr>
          <w:b/>
        </w:rPr>
        <w:t xml:space="preserve">[52:53] </w:t>
      </w:r>
      <w:r>
        <w:t>muslim leadership fail ho gayi. one to all,</w:t>
      </w:r>
    </w:p>
    <w:p>
      <w:pPr>
        <w:jc w:val="right"/>
      </w:pPr>
      <w:r>
        <w:t>مسلم لیڈرشپ فیل ہو گئی۔ ون ٹو ال،</w:t>
      </w:r>
    </w:p>
    <w:p>
      <w:r>
        <w:rPr>
          <w:b/>
        </w:rPr>
        <w:t xml:space="preserve">[52:57] </w:t>
      </w:r>
      <w:r>
        <w:t>agar aap ko is mein shakk ho to mujhe kisi ka naam bata dijiye, is ka kisi ek leader ka naam bata dijiye, ya mister ho ya molvi ho.</w:t>
      </w:r>
    </w:p>
    <w:p>
      <w:pPr>
        <w:jc w:val="right"/>
      </w:pPr>
      <w:r>
        <w:t>اگر آپ کو اس میں شک ہو تو مجھے کسی کا نام بتا دیجئے، اس کا کسی ایک لیڈر کا نام بتا دیجئے، یا مسٹر ہو یا مولوی ہو۔</w:t>
      </w:r>
    </w:p>
    <w:p>
      <w:r>
        <w:rPr>
          <w:b/>
        </w:rPr>
        <w:t xml:space="preserve">[53:09] </w:t>
      </w:r>
      <w:r>
        <w:t>nine, do sadiyon ka keh raha hoon aap ko, 19 sadi aur 20 sadi. do sau saal mein itne saare musalman uthe, bade bade dhoom machai unhon ne,</w:t>
      </w:r>
    </w:p>
    <w:p>
      <w:pPr>
        <w:jc w:val="right"/>
      </w:pPr>
      <w:r>
        <w:t>نائن، دو صدیوں کا کہہ رہا ہوں آپ کو، 19 صدی اور 20 صدی۔ دو سو سال میں اتنے سارے مسلمان اٹھے، بڑے بڑے دھوم مچائی انہوں نے،</w:t>
      </w:r>
    </w:p>
    <w:p>
      <w:r>
        <w:rPr>
          <w:b/>
        </w:rPr>
        <w:t xml:space="preserve">[53:21] </w:t>
      </w:r>
      <w:r>
        <w:t>bade bade jalse, bade bade juloos, bade bade un ke dhoom dhaam. kuch dene diya, kuch nahin. lekin jab main kehta hoon kuch nahin to is ka main, is ka mere paas proof hai, is ka mere paas hai.</w:t>
      </w:r>
    </w:p>
    <w:p>
      <w:pPr>
        <w:jc w:val="right"/>
      </w:pPr>
      <w:r>
        <w:t>بڑے بڑے جلسے، بڑے بڑے جلوس، بڑے بڑے ان کے دھوم دھام۔ کچھ دینے دیا، کچھ نہیں۔ لیکن جب میں کہتا ہوں کچھ نہیں تو اس کا میں، اس کا میرے پاس پروف ہے، اس کا میرے پاس ہے۔</w:t>
      </w:r>
    </w:p>
    <w:p>
      <w:r>
        <w:rPr>
          <w:b/>
        </w:rPr>
        <w:t xml:space="preserve">[53:34] </w:t>
      </w:r>
      <w:r>
        <w:t>kya wajah hai keh saare musalman negativity mein jeete hain, frustration system mein jeete hain, despair mein jeete hain? kyun? agar yeh leaderon ne diya hota hai in ko to to positive thinking in ke andar hoti.</w:t>
      </w:r>
    </w:p>
    <w:p>
      <w:pPr>
        <w:jc w:val="right"/>
      </w:pPr>
      <w:r>
        <w:t>کیا وجہ ہے کہ سارے مسلمان نیگیٹیوٹی میں جیتے ہیں، فریسٹ سسٹم میں جیتے ہیں، ڈسپیئر میں جیتے ہیں؟ کیوں؟ اگر یہ لیڈروں نے دیا ہوتا ہے ان کو تو تو پازیٹیو تھنکنگ ان کے اندر ہوتی۔</w:t>
      </w:r>
    </w:p>
    <w:p>
      <w:r>
        <w:rPr>
          <w:b/>
        </w:rPr>
        <w:t xml:space="preserve">[53:49] </w:t>
      </w:r>
      <w:r>
        <w:t>aap ghaur kijiye, present muslim generation ko agar un ke leaderon ne diya hota, do sau saal ke jo hungame kiye, is se un ko kuch mila hota in ko to aaj ka musalman positive thinking mein jeeta, negative thinking mein thodi jeeta ja sakta tha.</w:t>
      </w:r>
    </w:p>
    <w:p>
      <w:pPr>
        <w:jc w:val="right"/>
      </w:pPr>
      <w:r>
        <w:t>آپ غور کیجئے، پریزنٹ مسلم جنریشن کو اگر ان کے لیڈروں نے دیا ہوتا، دو سو سال کے جو ہنگامے کیے، اس سے ان کو کچھ ملا ہوتا ان کو تو آج کا مسلمان پازیٹیو تھنکنگ میں جیتا، نیگیٹیو تھنکنگ میں تھوڑی جیتا جا سکتا تھا۔</w:t>
      </w:r>
    </w:p>
    <w:p>
      <w:r>
        <w:rPr>
          <w:b/>
        </w:rPr>
        <w:t xml:space="preserve">[54:04] </w:t>
      </w:r>
      <w:r>
        <w:t>woh</w:t>
      </w:r>
    </w:p>
    <w:p>
      <w:pPr>
        <w:jc w:val="right"/>
      </w:pPr>
      <w:r>
        <w:t>وہ</w:t>
      </w:r>
    </w:p>
    <w:p>
      <w:r>
        <w:rPr>
          <w:b/>
        </w:rPr>
        <w:t xml:space="preserve">[54:07] </w:t>
      </w:r>
      <w:r>
        <w:t>yani khula hua saboot hai yeh saare saare musalman kyun un ke andar hate hai, nafrat hai, manfi soch hai, mayoosi hai, sab ko dushman samajhte hain.</w:t>
      </w:r>
    </w:p>
    <w:p>
      <w:pPr>
        <w:jc w:val="right"/>
      </w:pPr>
      <w:r>
        <w:t>یعنی کھلا ہوا ثبوت ہے یہ سارے سارے مسلمان کیوں ان کے اندر ہیٹ ہے، نفرت ہے، منفی سوچ ہے، مایوسی ہے، سب کو دشمن سمجھتے ہیں۔</w:t>
      </w:r>
    </w:p>
    <w:p>
      <w:r>
        <w:rPr>
          <w:b/>
        </w:rPr>
        <w:t xml:space="preserve">[54:19] </w:t>
      </w:r>
      <w:r>
        <w:t>yeh is se bada kya saboot aap ko chahiye?</w:t>
      </w:r>
    </w:p>
    <w:p>
      <w:pPr>
        <w:jc w:val="right"/>
      </w:pPr>
      <w:r>
        <w:t>یہ اس سے بڑا کیا ثبوت آپ کو چاہیے؟</w:t>
      </w:r>
    </w:p>
    <w:p>
      <w:r>
        <w:rPr>
          <w:b/>
        </w:rPr>
        <w:t xml:space="preserve">[54:24] </w:t>
      </w:r>
      <w:r>
        <w:t>is se bada kya saboot chahiye aap ko?</w:t>
      </w:r>
    </w:p>
    <w:p>
      <w:pPr>
        <w:jc w:val="right"/>
      </w:pPr>
      <w:r>
        <w:t>اس سے بڑا کیا ثبوت چاہیے آپ کو؟</w:t>
      </w:r>
    </w:p>
    <w:p>
      <w:r>
        <w:rPr>
          <w:b/>
        </w:rPr>
        <w:t xml:space="preserve">[54:28] </w:t>
      </w:r>
      <w:r>
        <w:t>kyunkeh pichhli leadership ne kuch diya nahin in ko to apne ko deprived community maante hain. woh to why they feel themself as a deprived, deprived community, mehroom community kaun samajhte hain?</w:t>
      </w:r>
    </w:p>
    <w:p>
      <w:pPr>
        <w:jc w:val="right"/>
      </w:pPr>
      <w:r>
        <w:t>کیونکہ پچھلی لیڈرشپ نے کچھ دیا نہیں ان کو تو اپنے کو ڈیپرائیوڈ کمیونٹی مانتے ہیں۔ وہ تو وائی دے فیل دیم سیلف ایز اے ڈیپرائیوڈ، ڈیپرائیوڈ کمیونٹی، محروم کمیونٹی کون سمجھتے ہیں؟</w:t>
      </w:r>
    </w:p>
    <w:p>
      <w:r>
        <w:rPr>
          <w:b/>
        </w:rPr>
        <w:t xml:space="preserve">[54:43] </w:t>
      </w:r>
      <w:r>
        <w:t>woh is ko agar agar leaderon ne diya hai in ko to mehroom community kaise hain? woh</w:t>
      </w:r>
    </w:p>
    <w:p>
      <w:pPr>
        <w:jc w:val="right"/>
      </w:pPr>
      <w:r>
        <w:t>وہ اس کو اگر اگر لیڈروں نے دیا ہے ان کو تو محروم کمیونٹی کیسے ہیں؟ وہ</w:t>
      </w:r>
    </w:p>
    <w:p>
      <w:r>
        <w:rPr>
          <w:b/>
        </w:rPr>
        <w:t xml:space="preserve">[54:49] </w:t>
      </w:r>
      <w:r>
        <w:t>to do sau saal mein itne saare leader paida hue, itne hungame khade hue, ek se ek badh kar leader, bade bade, aur badi dhoom machi in ki.</w:t>
      </w:r>
    </w:p>
    <w:p>
      <w:pPr>
        <w:jc w:val="right"/>
      </w:pPr>
      <w:r>
        <w:t>تو دو سو سال میں اتنے سارے لیڈر پیدا ہوئے، اتنے ہنگامے کھڑے ہوئے، ایک سے ایک بڑھ کر لیڈر، بڑے بڑے، اور بڑی دھوم مچی ان کی۔</w:t>
      </w:r>
    </w:p>
    <w:p>
      <w:r>
        <w:rPr>
          <w:b/>
        </w:rPr>
        <w:t xml:space="preserve">[55:03] </w:t>
      </w:r>
      <w:r>
        <w:t>to sawal yeh hai keh agar unhon ne diya hai musalmanon ko to aaj ke jo generation hai, aaj ke jo musalman hain,</w:t>
      </w:r>
    </w:p>
    <w:p>
      <w:pPr>
        <w:jc w:val="right"/>
      </w:pPr>
      <w:r>
        <w:t>تو سوال یہ ہے کہ اگر انہوں نے دیا ہے مسلمانوں کو تو آج کے جو جنریشن ہے، آج کے جو مسلمان ہیں،</w:t>
      </w:r>
    </w:p>
    <w:p>
      <w:r>
        <w:rPr>
          <w:b/>
        </w:rPr>
        <w:t xml:space="preserve">[55:11] </w:t>
      </w:r>
      <w:r>
        <w:t>why they are living in frustration? in ke andar hausla hona chahiye, positive thinking honi chahiye.</w:t>
      </w:r>
    </w:p>
    <w:p>
      <w:pPr>
        <w:jc w:val="right"/>
      </w:pPr>
      <w:r>
        <w:t>وائی دے آر لیونگ ان فرسٹریشن؟ ان کے اندر حوصلہ ہونا چاہیے، پازیٹیو تھنکنگ ہونی چاہیے۔</w:t>
      </w:r>
    </w:p>
    <w:p>
      <w:r>
        <w:rPr>
          <w:b/>
        </w:rPr>
        <w:t xml:space="preserve">[55:20] </w:t>
      </w:r>
      <w:r>
        <w:t>yeh kyun nahin? phir is mein kuch diya nahin inhon ne. aap jaiye Kashmir mein jaiye, aap Palestine mein jaiye, Afghanistan mein jaiye, Pakistan mein jaiye, Iraq mein jaiye, jahan jahan bhi jaiye, aap har jagah log mayoosi hain, mayoosi, mayoosi.</w:t>
      </w:r>
    </w:p>
    <w:p>
      <w:pPr>
        <w:jc w:val="right"/>
      </w:pPr>
      <w:r>
        <w:t>یہ کیوں نہیں؟ پھر اس میں کچھ دیا نہیں انہوں نے۔ آپ جائیے کشمیر میں جائیے، آپ فلسطین میں جائیے، افغانستان میں جائیے، پاکستان میں جائیے، عراق میں جائیے، جہاں جہاں بھی جائیے، آپ ہر جگہ لوگ مایوسی ہیں، مایوسی، مایوسی۔</w:t>
      </w:r>
    </w:p>
    <w:p>
      <w:r>
        <w:rPr>
          <w:b/>
        </w:rPr>
        <w:t xml:space="preserve">[55:37] </w:t>
      </w:r>
      <w:r>
        <w:t>to agar un ke leaderon ne in ko diya hua hai kuch to mayoosi kyun? kuch diya hi nahin hai,</w:t>
      </w:r>
    </w:p>
    <w:p>
      <w:pPr>
        <w:jc w:val="right"/>
      </w:pPr>
      <w:r>
        <w:t>تو اگر ان کے لیڈروں نے ان کو دیا ہوا ہے کچھ تو مایوسی کیوں؟ کچھ دیا ہی نہیں ہے،</w:t>
      </w:r>
    </w:p>
    <w:p>
      <w:r>
        <w:rPr>
          <w:b/>
        </w:rPr>
        <w:t xml:space="preserve">[55:48] </w:t>
      </w:r>
      <w:r>
        <w:t>ise tabahi mein thikela in ko. to is ka aap ko aap ko re assessment karna pare ga, revise karna pare ga, phir sochna pare ga.</w:t>
      </w:r>
    </w:p>
    <w:p>
      <w:pPr>
        <w:jc w:val="right"/>
      </w:pPr>
      <w:r>
        <w:t>اسے تباہی میں ٹھکیلا ان کو۔ تو اس کا آپ کو آپ کو ری اسیسمنٹ کرنا پڑے گا، ریوائز کرنا پڑے گا، پھر سوچنا پڑے گا۔</w:t>
      </w:r>
    </w:p>
    <w:p>
      <w:r>
        <w:rPr>
          <w:b/>
        </w:rPr>
        <w:t xml:space="preserve">[56:00] </w:t>
      </w:r>
      <w:r>
        <w:t>to main ne bohat socha, bohat soch ke main yahin pohncha hoon ke woh jo woh jo point tha, yani atharween sadi ka khatma, unnisween sadi ka aaghaz, yeh yeh jo tha,</w:t>
      </w:r>
    </w:p>
    <w:p>
      <w:pPr>
        <w:jc w:val="right"/>
      </w:pPr>
      <w:r>
        <w:t>تو میں نے بہت سوچا، بہت سوچ کے میں یہیں پہنچا ہوں کہ وہ جو وہ جو پوائنٹ تھا، یعنی اٹھارویں صدی کا خاتمہ، انیسویں صدی کا آغاز، یہ یہ جو تھا،</w:t>
      </w:r>
    </w:p>
    <w:p>
      <w:r>
        <w:rPr>
          <w:b/>
        </w:rPr>
        <w:t xml:space="preserve">[56:14] </w:t>
      </w:r>
      <w:r>
        <w:t>us waqt yeh log fail ho gaye hain</w:t>
      </w:r>
    </w:p>
    <w:p>
      <w:pPr>
        <w:jc w:val="right"/>
      </w:pPr>
      <w:r>
        <w:t>اس وقت یہ لوگ فیل ہو گئے ہیں</w:t>
      </w:r>
    </w:p>
    <w:p>
      <w:r>
        <w:rPr>
          <w:b/>
        </w:rPr>
        <w:t xml:space="preserve">[56:17] </w:t>
      </w:r>
      <w:r>
        <w:t>musalmanon ko, yani woh sense of direction dene mein. yani atharween sadi ka khatma aur unnisween sadi ka aaghaz, isi ke jo beech mein jo jo jo history ka aik bohat hi bara lamha aaya tha,</w:t>
      </w:r>
    </w:p>
    <w:p>
      <w:pPr>
        <w:jc w:val="right"/>
      </w:pPr>
      <w:r>
        <w:t>مسلمانوں کو، یعنی وہ سینس آف ڈائریکشن دینے میں۔ یعنی اٹھارویں صدی کا خاتمہ اور انیسویں صدی کا آغاز، اسی کے جو بیچ میں جو جو جو ہسٹری کا ایک بہت ہی بڑا لمحہ آیا تھا،</w:t>
      </w:r>
    </w:p>
    <w:p>
      <w:r>
        <w:rPr>
          <w:b/>
        </w:rPr>
        <w:t xml:space="preserve">[56:37] </w:t>
      </w:r>
      <w:r>
        <w:t>us waqt musalmanon ko aik aik lead dena tha, lead un ko aik aik sense of direction dena tha. to musalman koi dair hi</w:t>
      </w:r>
    </w:p>
    <w:p>
      <w:pPr>
        <w:jc w:val="right"/>
      </w:pPr>
      <w:r>
        <w:t>اس وقت مسلمانوں کو ایک ایک لیڈ دینا تھا، لیڈ ان کو ایک ایک سینس آف ڈائریکشن دینا تھا۔ تو مسلمان کوئی دیر ہی</w:t>
      </w:r>
    </w:p>
    <w:p>
      <w:r>
        <w:rPr>
          <w:b/>
        </w:rPr>
        <w:t xml:space="preserve">[56:46] </w:t>
      </w:r>
      <w:r>
        <w:t>sake, woh to musalman direction ko direction less qom bani hui hai, unhein pata hi nahi ke kya hai duniya.</w:t>
      </w:r>
    </w:p>
    <w:p>
      <w:pPr>
        <w:jc w:val="right"/>
      </w:pPr>
      <w:r>
        <w:t>سکے، وہ تو مسلمان ڈائریکشن کو ڈائریکشن لیس قوم بنی ہوئی ہے، انہیں پتہ ہی نہیں کہ کیا ہے دنیا۔</w:t>
      </w:r>
    </w:p>
    <w:p>
      <w:r>
        <w:rPr>
          <w:b/>
        </w:rPr>
        <w:t xml:space="preserve">[56:57] </w:t>
      </w:r>
      <w:r>
        <w:t>to is par jahan tak main ne ghor kiya, asal raaz yahi hai ke Allah taala ke qanoon ko nahi jana in logon ne. is mein arabi janne wale bhi thay, angrezi janne wale bhi thay, farsi janne wale bhi thay.</w:t>
      </w:r>
    </w:p>
    <w:p>
      <w:pPr>
        <w:jc w:val="right"/>
      </w:pPr>
      <w:r>
        <w:t>تو اس پر جہاں تک میں نے غور کیا، اصل راز یہی ہے کہ اللہ تعالی کے قانون کو نہیں جانا ان لوگوں نے۔ اس میں عربی جاننے والے بھی تھے، انگریزی جاننے والے بھی تھے، فارسی جاننے والے بھی تھے۔</w:t>
      </w:r>
    </w:p>
    <w:p>
      <w:r>
        <w:rPr>
          <w:b/>
        </w:rPr>
        <w:t xml:space="preserve">[57:11] </w:t>
      </w:r>
      <w:r>
        <w:t>aik se aik barh kar aalim un ke aage lambe lambeلقب likhe atay hain un ke naam ke sath</w:t>
      </w:r>
    </w:p>
    <w:p>
      <w:pPr>
        <w:jc w:val="right"/>
      </w:pPr>
      <w:r>
        <w:t>ایک سے ایک بڑھ کر عالم ان کے آگے لمبے لمبے لقب لکھے آتے ہیں ان کے نام کے ساتھ</w:t>
      </w:r>
    </w:p>
    <w:p>
      <w:r>
        <w:rPr>
          <w:b/>
        </w:rPr>
        <w:t xml:space="preserve">[57:16] </w:t>
      </w:r>
      <w:r>
        <w:t>, lekin aik aik aik divine law ko nahi jana unhon ne. woh divine law kya hai? ke aik aik aik zamana badalta hai, doosra behtar zamana aata hai,</w:t>
      </w:r>
    </w:p>
    <w:p>
      <w:pPr>
        <w:jc w:val="right"/>
      </w:pPr>
      <w:r>
        <w:t>، لیکن ایک ایک ایک ڈیوائن لا کو نہیں جانا انہوں نے۔ وہ ڈیوائن لا کیا ہے؟ کہ ایک ایک ایک زمانہ بدلتا ہے، دوسرا بہتر زمانہ آتا ہے،</w:t>
      </w:r>
    </w:p>
    <w:p>
      <w:r>
        <w:rPr>
          <w:b/>
        </w:rPr>
        <w:t xml:space="preserve">[57:34] </w:t>
      </w:r>
      <w:r>
        <w:t>aik problem aata hai to us ke sath opportunity sath sath aa jati hai.</w:t>
      </w:r>
    </w:p>
    <w:p>
      <w:pPr>
        <w:jc w:val="right"/>
      </w:pPr>
      <w:r>
        <w:t>ایک پرابلم آتا ہے تو اس کے ساتھ اپرچونیٹی ساتھ ساتھ آ جاتی ہے۔</w:t>
      </w:r>
    </w:p>
    <w:p>
      <w:r>
        <w:rPr>
          <w:b/>
        </w:rPr>
        <w:t xml:space="preserve">[57:39] </w:t>
      </w:r>
      <w:r>
        <w:t>to colonial, colonial powers aain maghrib ki, unhon ne Ottoman Empire ko zair kiya, Mughal Empire ko zair kiya. to aik problem tha, political problem, lekin us ke sath aik aur cheez aai, aai woh communication tha,</w:t>
      </w:r>
    </w:p>
    <w:p>
      <w:pPr>
        <w:jc w:val="right"/>
      </w:pPr>
      <w:r>
        <w:t>تو کلینلز، کلونیل پاورز آئیں مغرب کی، انہوں نے اوٹمان ایمپائر کو زیر کیا، مغل ایمپائر کو زیر کیا۔ تو ایک پرابلم تھا، پولیٹیکل پرابلم، لیکن اس کے ساتھ ایک اور چیز آئی، آئی وہ کمیونیکیشن تھا،</w:t>
      </w:r>
    </w:p>
    <w:p>
      <w:r>
        <w:rPr>
          <w:b/>
        </w:rPr>
        <w:t xml:space="preserve">[57:53] </w:t>
      </w:r>
      <w:r>
        <w:t>woh democracy thi, woh freedom tha, opportunities theen, sath sath aain. in malusra to jaldi se avail kijiye is ko.</w:t>
      </w:r>
    </w:p>
    <w:p>
      <w:pPr>
        <w:jc w:val="right"/>
      </w:pPr>
      <w:r>
        <w:t>وہ ڈیموکریسی تھی، وہ فریڈم تھا، اپرچونیٹیز تھیں، ساتھ ساتھ آئیں۔ ان مالوسرا تو جلدی سے اویل کیجئے اس کو۔</w:t>
      </w:r>
    </w:p>
    <w:p>
      <w:r>
        <w:rPr>
          <w:b/>
        </w:rPr>
        <w:t xml:space="preserve">[58:07] </w:t>
      </w:r>
      <w:r>
        <w:t>kya rona dhona</w:t>
      </w:r>
    </w:p>
    <w:p>
      <w:pPr>
        <w:jc w:val="right"/>
      </w:pPr>
      <w:r>
        <w:t>کیا رونا دھونا</w:t>
      </w:r>
    </w:p>
    <w:p>
      <w:r>
        <w:rPr>
          <w:b/>
        </w:rPr>
        <w:t xml:space="preserve">[58:08] </w:t>
      </w:r>
      <w:r>
        <w:t>kya hai? gala gala karna kya hai? shikayat kis ki baat kis liye? protest kis liye? nai opportunity ko avail kijiye. to aik hi lafz mein yeh hai ke nai opportunities jo aai theen, un se bekhabar ho gaye musalman, us ko avail nahi kar sake.</w:t>
      </w:r>
    </w:p>
    <w:p>
      <w:pPr>
        <w:jc w:val="right"/>
      </w:pPr>
      <w:r>
        <w:t>کیا ہے؟ گلا گلا کرنا کیا ہے؟ شکایت کس کی بات کس لیے؟ پروٹیسٹ کس لیے؟ نئی اپرچونیٹی کو اویل کیجئے۔ تو ایک ہی لفظ میں یہ ہے کہ نئی اپرچونیٹیز جو آئی تھیں، ان سے بے خبر ہو گئے مسلمان، اس کو اویل نہیں کر سکے۔</w:t>
      </w:r>
    </w:p>
    <w:p>
      <w:r>
        <w:rPr>
          <w:b/>
        </w:rPr>
        <w:t xml:space="preserve">[58:24] </w:t>
      </w:r>
      <w:r>
        <w:t>abhi tak wohi silsila jari hai. hamara mission aik hi exception hai, yani poori do so saal ki tareekh mein main kehta hoon, koi aik bhi mission nahi bata sakte aap CPS ke s</w:t>
      </w:r>
    </w:p>
    <w:p>
      <w:pPr>
        <w:jc w:val="right"/>
      </w:pPr>
      <w:r>
        <w:t>ابھی تک وہی سلسلہ جاری ہے۔ ہمارا مشن ایک ہی ایکسیپشن ہے، یعنی پوری دو سو سال کی تاریخ میں میں کہتا ہوں، کوئی ایک بھی مشن نہیں بتا سکتے آپ سی پی ایس کے س</w:t>
      </w:r>
    </w:p>
    <w:p>
      <w:r>
        <w:rPr>
          <w:b/>
        </w:rPr>
        <w:t xml:space="preserve">[58:35] </w:t>
      </w:r>
      <w:r>
        <w:t>wa jo musalmanon ko yeh, yani yeh, yeh, yeh, yeh, yeh lead de raha ho, koi bhi nahi. agar hai to mujhe naam bataiye is ka, abhi main is ko analyze kar doon ga.</w:t>
      </w:r>
    </w:p>
    <w:p>
      <w:pPr>
        <w:jc w:val="right"/>
      </w:pPr>
      <w:r>
        <w:t>وا جو مسلمانوں کو یہ، یعنی یہ، یہ، یہ، یہ، یہ لیڈ دے رہا ہو، کوئی بھی نہیں۔ اگر ہے تو مجھے نام بتائیے اس کا، ابھی میں اس کو اینالائز کر دوں گا۔</w:t>
      </w:r>
    </w:p>
    <w:p>
      <w:r>
        <w:rPr>
          <w:b/>
        </w:rPr>
        <w:t xml:space="preserve">[58:47] </w:t>
      </w:r>
      <w:r>
        <w:t>do so saal mein pehla mission yeh hai CPS ka mission, jis ko inkar ho, woh mujhe naam bataye. main bhi inshallah baithe baithe is ko analyze kar doon ga.</w:t>
      </w:r>
    </w:p>
    <w:p>
      <w:pPr>
        <w:jc w:val="right"/>
      </w:pPr>
      <w:r>
        <w:t>دو سو سال میں پہلا مشن یہ ہے سی پی ایس کا مشن، جس کو انکار ہو، وہ مجھے نام بتائے۔ میں بھی انشاءاللہ بیٹھے بیٹھے اس کو اینالائز کر دوں گا۔</w:t>
      </w:r>
    </w:p>
    <w:p>
      <w:r>
        <w:rPr>
          <w:b/>
        </w:rPr>
        <w:t xml:space="preserve">[59:00] </w:t>
      </w:r>
      <w:r>
        <w:t>kuch bhi nahi hai,</w:t>
      </w:r>
    </w:p>
    <w:p>
      <w:pPr>
        <w:jc w:val="right"/>
      </w:pPr>
      <w:r>
        <w:t>کچھ بھی نہیں ہے،</w:t>
      </w:r>
    </w:p>
    <w:p>
      <w:r>
        <w:rPr>
          <w:b/>
        </w:rPr>
        <w:t xml:space="preserve">[59:02] </w:t>
      </w:r>
      <w:r>
        <w:t>sirf darkness phailaya logon ne, darkness logon ka darkness ujala confusion mein dala, andhere mein dala. to beharhal aap ka zimmedari hai hamare sathiyon ki, hamare CPS ke logon ki ke woh logon ko andhere se nikalein,</w:t>
      </w:r>
    </w:p>
    <w:p>
      <w:pPr>
        <w:jc w:val="right"/>
      </w:pPr>
      <w:r>
        <w:t>صرف ڈارکنس پھیلایا لوگوں نے، ڈارکنس لوگوں کا ڈارکنس اجالا کنفیوژن میں ڈالا، اندھیرے میں ڈالا۔ تو بہرحال آپ کا ذمہ داری ہے ہمارے ساتھیوں کی، ہمارے سی پی ایس کے لوگوں کی کہ وہ لوگوں کو اندھیرے سے نکالیں،</w:t>
      </w:r>
    </w:p>
    <w:p>
      <w:r>
        <w:rPr>
          <w:b/>
        </w:rPr>
        <w:t xml:space="preserve">[59:21] </w:t>
      </w:r>
      <w:r>
        <w:t>un ko direction dein, un ko opportunities dikhayein taake un ka to shukr ki zaat mein paida ho,</w:t>
      </w:r>
    </w:p>
    <w:p>
      <w:pPr>
        <w:jc w:val="right"/>
      </w:pPr>
      <w:r>
        <w:t>ان کو ڈائریکشن دیں، ان کو اپرچونیٹیز دکھائیں تاکہ ان کا تو شکر کی ذات میں پیدا ہو،</w:t>
      </w:r>
    </w:p>
    <w:p>
      <w:r>
        <w:rPr>
          <w:b/>
        </w:rPr>
        <w:t xml:space="preserve">[59:28] </w:t>
      </w:r>
      <w:r>
        <w:t>Allah ka shukr karne wale banein aur Allah ki rehmaton mein unhein hissa milay. aqool qooli haza wastaghfirullah li walakum ajmaeen.</w:t>
      </w:r>
    </w:p>
    <w:p>
      <w:pPr>
        <w:jc w:val="right"/>
      </w:pPr>
      <w:r>
        <w:t>اللہ کا شکر کرنے والے بنیں اور اللہ کی رحمتوں میں انہیں حصہ ملے۔ اقول قولیھذا واستغفراللہ لی ولکم اجمعین۔</w:t>
      </w:r>
    </w:p>
    <w:p>
      <w:r>
        <w:rPr>
          <w:b/>
        </w:rPr>
        <w:t xml:space="preserve">[59:53] </w:t>
      </w:r>
      <w:r>
        <w:t>okay, we are starting the question answer session now.</w:t>
      </w:r>
    </w:p>
    <w:p>
      <w:pPr>
        <w:jc w:val="right"/>
      </w:pPr>
      <w:r>
        <w:t>اوکے، وی آر سٹارٹنگ دی کوئسچن انسر سیشن ناو۔</w:t>
      </w:r>
    </w:p>
    <w:p>
      <w:r>
        <w:rPr>
          <w:b/>
        </w:rPr>
        <w:t xml:space="preserve">[59:57] </w:t>
      </w:r>
      <w:r>
        <w:t>this question is from doctor farida khanoom from new delhi. verse number 100, chapter 10 of the quran says: "no one can find the right path except with gods permission." kindly explain this.</w:t>
      </w:r>
    </w:p>
    <w:p>
      <w:pPr>
        <w:jc w:val="right"/>
      </w:pPr>
      <w:r>
        <w:t>دس کوئسچن از فرام ڈاکٹر فریدہ خانم فرام نیو دہلی۔ ورس نمبر 100، چیپٹر 10 اف دی قرآن سیز: "نو ون کین فائنڈ دا رائٹ پاتھ ایکسیپٹ ود گاڈز پرمیشن۔" کائنڈلی ایکسپلین دس۔</w:t>
      </w:r>
    </w:p>
    <w:p>
      <w:r>
        <w:rPr>
          <w:b/>
        </w:rPr>
        <w:t xml:space="preserve">[1:00:19] </w:t>
      </w:r>
      <w:r>
        <w:t>dekhein, permission ka matlab hai without following the law of nature, without following the divine law. yani Allah taala ne jo jo law bana banaya hai, jo process banaya hai, process is process ko follow kar ke hi aap sachai tak pohnchen ge.</w:t>
      </w:r>
    </w:p>
    <w:p>
      <w:pPr>
        <w:jc w:val="right"/>
      </w:pPr>
      <w:r>
        <w:t>دیکھیں، پرمیشن کا مطلب ہے ودا آؤٹ فالونگ دا لا اف نیچر، ودا آؤٹ فالونگ دا ڈیوائن لا۔ یعنی اللہ تعالی نے جو جو لا بنا بنایا ہے، جو پراسیس بنایا ہے، پراسیس اس پراسیس کو فالو کر کے ہی آپ سچائی تک پہنچیں گے۔</w:t>
      </w:r>
    </w:p>
    <w:p>
      <w:r>
        <w:rPr>
          <w:b/>
        </w:rPr>
        <w:t xml:space="preserve">[1:00:43] </w:t>
      </w:r>
      <w:r>
        <w:t>us ko follow na karein to nahi pohnch sakte, yeh matlab hai.</w:t>
      </w:r>
    </w:p>
    <w:p>
      <w:pPr>
        <w:jc w:val="right"/>
      </w:pPr>
      <w:r>
        <w:t>اس کو فالو نہ کریں تو نہیں پہنچ سکتے، یہ مطلب ہے۔</w:t>
      </w:r>
    </w:p>
    <w:p>
      <w:r>
        <w:rPr>
          <w:b/>
        </w:rPr>
        <w:t xml:space="preserve">[1:00:48] </w:t>
      </w:r>
      <w:r>
        <w:t>isi ayat mein likha hai ke rizq hai, jo follow nahi karte, un ko khuda rizq daal deta hai. rizq ka matlab kya hai? confusion mein pad jaana.</w:t>
      </w:r>
    </w:p>
    <w:p>
      <w:pPr>
        <w:jc w:val="right"/>
      </w:pPr>
      <w:r>
        <w:t>اسی آیت میں لکھا ہے کہ رزق ہے، جو فالو نہیں کرتے، ان کو خدا رزق ڈال دیتا ہے۔ رزق کا مطلب کیا ہے؟ کنفیوژن میں پڑ جانا۔</w:t>
      </w:r>
    </w:p>
    <w:p>
      <w:r>
        <w:rPr>
          <w:b/>
        </w:rPr>
        <w:t xml:space="preserve">[1:01:00] </w:t>
      </w:r>
      <w:r>
        <w:t>yani Allah taala ne jo banaya hai qanoon, woh kya hai? apni aql ko istemal kijiye, aap cheezon ko analysis kijiye,</w:t>
      </w:r>
    </w:p>
    <w:p>
      <w:pPr>
        <w:jc w:val="right"/>
      </w:pPr>
      <w:r>
        <w:t>یعنی اللہ تعالی نے جو بنایا ہے قانون، وہ کیا ہے؟ اپنی عقل کو استعمال کیجئے، آپ چیزوں کو انالیسز کیجئے،</w:t>
      </w:r>
    </w:p>
    <w:p>
      <w:r>
        <w:rPr>
          <w:b/>
        </w:rPr>
        <w:t xml:space="preserve">[1:01:09] </w:t>
      </w:r>
      <w:r>
        <w:t>aap yani white item aur black item ko alag kijiye, sort out kijiye, aur phir bhi ek element of doubt rahega.</w:t>
      </w:r>
    </w:p>
    <w:p>
      <w:pPr>
        <w:jc w:val="right"/>
      </w:pPr>
      <w:r>
        <w:t>آپ یعنی وائٹ آئٹم اور بلیک آئٹم کو الگ کیجئے، سورٹ آؤٹ کیجئے، اور پھر بھی ایک ایلیمنٹ آف ڈاؤٹ رہے گا۔</w:t>
      </w:r>
    </w:p>
    <w:p>
      <w:r>
        <w:rPr>
          <w:b/>
        </w:rPr>
        <w:t xml:space="preserve">[1:01:21] </w:t>
      </w:r>
      <w:r>
        <w:t>yeh bhi is mein samajh lijiye, Allah ka yeh qanoon hai ke kabhi bhi koi bhi cheez aisi nahi ho sakti jis mein element of doubt na ho. toh element of doubt ko bhi aap ko us ke usi ke peeche nahi daudna hai.</w:t>
      </w:r>
    </w:p>
    <w:p>
      <w:pPr>
        <w:jc w:val="right"/>
      </w:pPr>
      <w:r>
        <w:t>یہ بھی اس میں سمجھ لیجئے، اللہ کا یہ قانون ہے کہ کبھی بھی کوئی بھی چیز ایسی نہیں ہو سکتی جس میں ایلیمنٹ آف ڈاؤٹ نہ ہو۔ تو ایلیمنٹ آف ڈاؤٹ کو بھی آپ کو اس کے اسی کے پیچھے نہیں دوڑنا ہے۔</w:t>
      </w:r>
    </w:p>
    <w:p>
      <w:r>
        <w:rPr>
          <w:b/>
        </w:rPr>
        <w:t xml:space="preserve">[1:01:38] </w:t>
      </w:r>
      <w:r>
        <w:t>element of doubt jo hai, us ko bhi aap ko uncover karna hai, us ko bhi khol kholna hai. yeh sab kar ke aap sachai tak pohnchenge.</w:t>
      </w:r>
    </w:p>
    <w:p>
      <w:pPr>
        <w:jc w:val="right"/>
      </w:pPr>
      <w:r>
        <w:t>ایلیمنٹ آف ڈاؤٹ جو ہے، اس کو بھی آپ کو ان کور کرنا ہے، اس کو بھی کھول کھولنا ہے۔ یہ سب کر کے آپ سچائی تک پہنچیں گے۔</w:t>
      </w:r>
    </w:p>
    <w:p>
      <w:r>
        <w:rPr>
          <w:b/>
        </w:rPr>
        <w:t xml:space="preserve">[1:01:48] </w:t>
      </w:r>
      <w:r>
        <w:t>agar aap chahein ke kuch na karein, kuch na karein, aur sachai mil jaye toh sachai milne wale nahi hain. matlab hai is</w:t>
      </w:r>
    </w:p>
    <w:p>
      <w:pPr>
        <w:jc w:val="right"/>
      </w:pPr>
      <w:r>
        <w:t>اگر آپ چاہیں کہ کچھ نہ کریں، کچھ نہ کریں، اور سچائی مل جائے تو سچائی ملنے والے نہیں ہیں۔ مطلب ہے اس</w:t>
      </w:r>
    </w:p>
    <w:p>
      <w:r>
        <w:rPr>
          <w:b/>
        </w:rPr>
        <w:t xml:space="preserve">[1:01:55] </w:t>
      </w:r>
      <w:r>
        <w:t>ayat ka, yeh ayat Surah Yunus ki hai, aur is mein bohat zabardast baat hai ke jin ke andar rizq hota hai, theek hai, jo confusion mein jo pad jaate hain, woh hamesha mehroom rehte hain sachai se.</w:t>
      </w:r>
    </w:p>
    <w:p>
      <w:pPr>
        <w:jc w:val="right"/>
      </w:pPr>
      <w:r>
        <w:t>آیت کا، یہ آیت سورہ یونس کی ہے، اور اس میں بہت زبردست بات ہے کہ جن کے اندر رزق ہوتا ہے، ٹھیک ہے، جو کنفیوژن میں جو پڑ جاتے ہیں، وہ ہمیشہ محروم رہتے ہیں سچائی سے۔</w:t>
      </w:r>
    </w:p>
    <w:p>
      <w:r>
        <w:rPr>
          <w:b/>
        </w:rPr>
        <w:t xml:space="preserve">[1:02:10] </w:t>
      </w:r>
      <w:r>
        <w:t>aur is confusion kaun dalta hai? Shaitan dalta hai. jhoote shubhat, jhoote doubts kar ke aadmi ko phansa deta hai, usi ko jhoote shoshe kar ke.</w:t>
      </w:r>
    </w:p>
    <w:p>
      <w:pPr>
        <w:jc w:val="right"/>
      </w:pPr>
      <w:r>
        <w:t>اور اس کنفیوژن کون ڈالتا ہے؟ شیطان ڈالتا ہے۔ جھوٹے شبہات، جھوٹے ڈاؤٹس کر کے آدمی کو پھنسا دیتا ہے، اسی کو جھوٹے شوشے کر کے۔</w:t>
      </w:r>
    </w:p>
    <w:p>
      <w:r>
        <w:rPr>
          <w:b/>
        </w:rPr>
        <w:t xml:space="preserve">[1:02:19] </w:t>
      </w:r>
      <w:r>
        <w:t>toh aap ko is ko in ko khatam karna padega,</w:t>
      </w:r>
    </w:p>
    <w:p>
      <w:pPr>
        <w:jc w:val="right"/>
      </w:pPr>
      <w:r>
        <w:t>تو آپ کو اس کو ان کو ختم کرنا پڑے گا،</w:t>
      </w:r>
    </w:p>
    <w:p>
      <w:r>
        <w:rPr>
          <w:b/>
        </w:rPr>
        <w:t xml:space="preserve">[1:02:24] </w:t>
      </w:r>
      <w:r>
        <w:t>confusion se bahar aana padega. yeh matlab hai is ayat ka.</w:t>
      </w:r>
    </w:p>
    <w:p>
      <w:pPr>
        <w:jc w:val="right"/>
      </w:pPr>
      <w:r>
        <w:t>کنفیوژن سے باہر آنا پڑے گا۔ یہ مطلب ہے اس آیت کا۔</w:t>
      </w:r>
    </w:p>
    <w:p>
      <w:r>
        <w:rPr>
          <w:b/>
        </w:rPr>
        <w:t xml:space="preserve">[1:02:34] </w:t>
      </w:r>
      <w:r>
        <w:t>das question is from Mr. Khwaja Kaleemuddin from Pennsylvania. Maulana, according to one internal report of an intelligence agency in New York City,</w:t>
      </w:r>
    </w:p>
    <w:p>
      <w:pPr>
        <w:jc w:val="right"/>
      </w:pPr>
      <w:r>
        <w:t>دس کوئسچن از فرام مسٹر خواجہ کلیم الدین فرام پینسلوینیا۔ مولانا، اکارڈنگ ٹو ون انٹرنل رپورٹ اف این انٹیلیجنس ایجنسی ان نیویارک سٹی،</w:t>
      </w:r>
    </w:p>
    <w:p>
      <w:r>
        <w:rPr>
          <w:b/>
        </w:rPr>
        <w:t xml:space="preserve">[1:02:47] </w:t>
      </w:r>
      <w:r>
        <w:t>it says that there is a radicalization of Muslim youth which is occurring.</w:t>
      </w:r>
    </w:p>
    <w:p>
      <w:pPr>
        <w:jc w:val="right"/>
      </w:pPr>
      <w:r>
        <w:t>اٹ سیز دیٹ دیر از ا ریڈیکلائزیشن اف مسلم یوتھ وچ از اکرنگ۔</w:t>
      </w:r>
    </w:p>
    <w:p>
      <w:r>
        <w:rPr>
          <w:b/>
        </w:rPr>
        <w:t xml:space="preserve">[1:02:54] </w:t>
      </w:r>
      <w:r>
        <w:t>the signs of this this radicalization is that the Muslims grow beards, give up alcohol and drugs, and so on.</w:t>
      </w:r>
    </w:p>
    <w:p>
      <w:pPr>
        <w:jc w:val="right"/>
      </w:pPr>
      <w:r>
        <w:t>دا سائنز اف دس دس ریڈیکلائزیشن از دیٹ دا مسلمز گرو بیئرز، گیو اپ الکوحل اینڈ ڈرگز، اینڈ سو ان۔</w:t>
      </w:r>
    </w:p>
    <w:p>
      <w:r>
        <w:rPr>
          <w:b/>
        </w:rPr>
        <w:t xml:space="preserve">[1:03:05] </w:t>
      </w:r>
      <w:r>
        <w:t>Maulana sahib, my question to you is that why the above type of changes which we consider to be positive signs in Muslims has become a sign of radicalization?</w:t>
      </w:r>
    </w:p>
    <w:p>
      <w:pPr>
        <w:jc w:val="right"/>
      </w:pPr>
      <w:r>
        <w:t>مولانا صاحب، مائی کوئسچن ٹو یو از دیٹ وائی دی ابو ٹائپ اف چینجز وچ وی کنسیڈر ٹو بی پوزیٹیو سائنز ان مسلمز ہیز بیکم ا سائن اف ریڈیکلائزیشن؟</w:t>
      </w:r>
    </w:p>
    <w:p>
      <w:r>
        <w:rPr>
          <w:b/>
        </w:rPr>
        <w:t xml:space="preserve">[1:03:19] </w:t>
      </w:r>
      <w:r>
        <w:t>kindly comment. main is ko positive nahi samajhta,</w:t>
      </w:r>
    </w:p>
    <w:p>
      <w:pPr>
        <w:jc w:val="right"/>
      </w:pPr>
      <w:r>
        <w:t>کائنڈلی کمنٹ۔ میں اس کو پازیٹیو نہیں سمجھتا،</w:t>
      </w:r>
    </w:p>
    <w:p>
      <w:r>
        <w:rPr>
          <w:b/>
        </w:rPr>
        <w:t xml:space="preserve">[1:03:23] </w:t>
      </w:r>
      <w:r>
        <w:t>yeh positive nahi samajhta. main is ko yeh toh culture hai ke aaj aaj ke log bohat Musalmanon ko Musalman ko bara samajhte hain.</w:t>
      </w:r>
    </w:p>
    <w:p>
      <w:pPr>
        <w:jc w:val="right"/>
      </w:pPr>
      <w:r>
        <w:t>یہ پازیٹیو نہیں سمجھتا۔ میں اس کو یہ تو کلچر ہے کہ آج آج کے لوگ بہت مسلمانوں کو مسلمان کو بڑا سمجھتے ہیں۔</w:t>
      </w:r>
    </w:p>
    <w:p>
      <w:r>
        <w:rPr>
          <w:b/>
        </w:rPr>
        <w:t xml:space="preserve">[1:03:33] </w:t>
      </w:r>
      <w:r>
        <w:t>aaj logon ne daadhi rakh li, kya positive sign tha woh? yeh toh apni identity banane ke liye aisa karte hain. log identity jo hai, dekhein, jo jo immediate koi baat ho, usi ko identity banaya jata hai.</w:t>
      </w:r>
    </w:p>
    <w:p>
      <w:pPr>
        <w:jc w:val="right"/>
      </w:pPr>
      <w:r>
        <w:t>آج لوگوں نے داڑھی رکھ لی، کیا پازیٹیو سائن تھا وہ؟ یہ تو اپنی آئیڈینٹیٹی بنانے کے لیے ایسا کرتے ہیں۔ لوگ آئیڈینٹیٹی جو ہے، دیکھیں، جو جو امیڈیٹ کوئی بات ہو، اسی کو آئیڈینٹیٹی بنایا جاتا ہے۔</w:t>
      </w:r>
    </w:p>
    <w:p>
      <w:r>
        <w:rPr>
          <w:b/>
        </w:rPr>
        <w:t xml:space="preserve">[1:03:45] </w:t>
      </w:r>
      <w:r>
        <w:t>toh Musalmanon mein ki jo history hai, is mein kuch cheezein woh le lenge, woh auratein burqa pehengi, woh daadhi rakhenge</w:t>
      </w:r>
    </w:p>
    <w:p>
      <w:pPr>
        <w:jc w:val="right"/>
      </w:pPr>
      <w:r>
        <w:t>تو مسلمانوں میں کی جو ہسٹری ہے، اس میں کچھ چیزیں وہ لے لیں گے، وہ عورتیں برقعہ پہنیں گی، وہ داڑھی رکھیں گے</w:t>
      </w:r>
    </w:p>
    <w:p>
      <w:r>
        <w:rPr>
          <w:b/>
        </w:rPr>
        <w:t xml:space="preserve">[1:03:52] </w:t>
      </w:r>
      <w:r>
        <w:t>apni identity ko establish karne ke liye. by koi change nahi hai, koi positive change nahi hai, kuch bhi nahi. in se aap baatein karein toh wohi negative, negative boli bolenge.</w:t>
      </w:r>
    </w:p>
    <w:p>
      <w:pPr>
        <w:jc w:val="right"/>
      </w:pPr>
      <w:r>
        <w:t>اپنی آئیڈینٹیٹی کو اسٹیبلش کرنے کے لیے۔ بائے کوئی چینج نہیں ہے، کوئی پازیٹیو چینج نہیں ہے، کچھ بھی نہیں۔ ان سے آپ باتیں کریں تو وہی نیگیٹیو، نیگیٹیو بولی بولیں گے۔</w:t>
      </w:r>
    </w:p>
    <w:p>
      <w:r>
        <w:rPr>
          <w:b/>
        </w:rPr>
        <w:t xml:space="preserve">[1:04:01] </w:t>
      </w:r>
      <w:r>
        <w:t>wohi jitne jo terrorist hain, sab daadhi hoti hai, sab ke paas daadhi hoti hai, aur marte hain insaan ko. zahir hai ke daadhi jo hai, un ko rokti ke nahi ke insaan ko na marein.</w:t>
      </w:r>
    </w:p>
    <w:p>
      <w:pPr>
        <w:jc w:val="right"/>
      </w:pPr>
      <w:r>
        <w:t>وہی جتنے جو ٹیررسٹ ہیں، سب داڑھی ہوتی ہے، سب کے پاس داڑھی ہوتی ہے، اور مارتے ہیں انسان کو۔ ظاہر ہے کہ داڑھی جو ہے، ان کو روکتی کہ نہیں کہ انسان کو نہ ماریں۔</w:t>
      </w:r>
    </w:p>
    <w:p>
      <w:r>
        <w:rPr>
          <w:b/>
        </w:rPr>
        <w:t xml:space="preserve">[1:04:10] </w:t>
      </w:r>
      <w:r>
        <w:t>woh innocent insaan ko marna kitni buri cheez hai, aur Musalman ko marna toh bohat hi buri cheez hai. Quran Majeed mein likha hua hai</w:t>
      </w:r>
    </w:p>
    <w:p>
      <w:pPr>
        <w:jc w:val="right"/>
      </w:pPr>
      <w:r>
        <w:t>وہ انوسنٹ انسان کو مارنا کتنی بری چیز ہے، اور مسلمان کو مارنا تو بہت ہی بری چیز ہے۔ قرآن مجید میں لکھا ہوا ہے</w:t>
      </w:r>
    </w:p>
    <w:p>
      <w:r>
        <w:rPr>
          <w:b/>
        </w:rPr>
        <w:t xml:space="preserve">[1:04:19] </w:t>
      </w:r>
      <w:r>
        <w:t>toh namaz padhte hain, aur namaz ke baad foran ghar uthate hain. toh yeh positive change nahi kaha jayega is ko, is ko kaha jayega ke apni ek identity, identity banane ke liye aisa kiya unhone?</w:t>
      </w:r>
    </w:p>
    <w:p>
      <w:pPr>
        <w:jc w:val="right"/>
      </w:pPr>
      <w:r>
        <w:t>تو نماز پڑھتے ہیں، اور نماز کے بعد فوراً گھر اٹھاتے ہیں۔ تو یہ پازیٹیو چینج نہیں کہا جائے گا اس کو، اس کو کہا جائے گا کہ اپنی ایک آئیڈینٹی، آئیڈینٹی بنانے کے لیے ایسا کیا انہوں نے؟</w:t>
      </w:r>
    </w:p>
    <w:p>
      <w:r>
        <w:rPr>
          <w:b/>
        </w:rPr>
        <w:t xml:space="preserve">[1:04:31] </w:t>
      </w:r>
      <w:r>
        <w:t>identity toh auratein, auratein burqa pehen rahi hain, mard jo hain, daadhi rakh rahe hain.</w:t>
      </w:r>
    </w:p>
    <w:p>
      <w:pPr>
        <w:jc w:val="right"/>
      </w:pPr>
      <w:r>
        <w:t>آئیڈینٹیٹی تو عورتیں، عورتیں برقعہ پہن رہی ہیں، مرد جو ہیں، داڑھی رکھ رہے ہیں۔</w:t>
      </w:r>
    </w:p>
    <w:p>
      <w:r>
        <w:rPr>
          <w:b/>
        </w:rPr>
        <w:t xml:space="preserve">[1:04:39] </w:t>
      </w:r>
      <w:r>
        <w:t>main is ko sirf samajhta hoon ke apni identity ko banane ke liye aisa kiya in logon ne, baqi koi positive change nahi hai.</w:t>
      </w:r>
    </w:p>
    <w:p>
      <w:pPr>
        <w:jc w:val="right"/>
      </w:pPr>
      <w:r>
        <w:t>میں اس کو صرف سمجھتا ہوں کہ اپنی آئیڈینٹیٹی کو بنانے کے لیے ایسا کیا ان لوگوں نے، باقی کوئی پازیٹیو چینج نہیں ہے۔</w:t>
      </w:r>
    </w:p>
    <w:p>
      <w:r>
        <w:rPr>
          <w:b/>
        </w:rPr>
        <w:t xml:space="preserve">[1:04:51] </w:t>
      </w:r>
      <w:r>
        <w:t>das question is from Mr. Owais Siddiqui from New Delhi. Maulana, what is the difference between the dua we do while walking, sitting, standing, or lying in the bed,</w:t>
      </w:r>
    </w:p>
    <w:p>
      <w:pPr>
        <w:jc w:val="right"/>
      </w:pPr>
      <w:r>
        <w:t>دس کوئسچن از فرام مسٹر اویس صدیقی فرام نیو دہلی۔ مولانا، واٹ از دا ڈیفرنس بٹوین دا دعا وی ڈو وائل واکنگ، سٹنگ، سٹینڈنگ، اور لائنگ ان دا بیڈ،</w:t>
      </w:r>
    </w:p>
    <w:p>
      <w:r>
        <w:rPr>
          <w:b/>
        </w:rPr>
        <w:t xml:space="preserve">[1:05:06] </w:t>
      </w:r>
      <w:r>
        <w:t>and da dua dat we do after two units of salat?</w:t>
      </w:r>
    </w:p>
    <w:p>
      <w:pPr>
        <w:jc w:val="right"/>
      </w:pPr>
      <w:r>
        <w:t>اینڈ دا دعا دیٹ وی ڈو افٹر ٹو یونٹس اف صلاۃ؟</w:t>
      </w:r>
    </w:p>
    <w:p>
      <w:r>
        <w:rPr>
          <w:b/>
        </w:rPr>
        <w:t xml:space="preserve">[1:05:13] </w:t>
      </w:r>
      <w:r>
        <w:t>yeh bohat acha sawal hai</w:t>
      </w:r>
    </w:p>
    <w:p>
      <w:pPr>
        <w:jc w:val="right"/>
      </w:pPr>
      <w:r>
        <w:t>یہ بہت اچھا سوال ہے</w:t>
      </w:r>
    </w:p>
    <w:p>
      <w:r>
        <w:rPr>
          <w:b/>
        </w:rPr>
        <w:t xml:space="preserve">[1:05:18] </w:t>
      </w:r>
      <w:r>
        <w:t>keh dua ka aik to aik specified form hai, yeh namaz parhi, namaz parhne ke baad logon ne hath uthai aur dua kiya. Agarche har fiqah tamam aima ka aisa nahi hai,</w:t>
      </w:r>
    </w:p>
    <w:p>
      <w:pPr>
        <w:jc w:val="right"/>
      </w:pPr>
      <w:r>
        <w:t>کہ دعا کا ایک تو ایک اسپیسیفائیڈ فارم ہے، یہ نماز پڑھی، نماز پڑھنے کے بعد لوگوں نے ہاتھ اٹھائی اور دعا کیا۔ اگرچہ ہر فقہ تمام ائمہ کا ایسا نہیں ہے،</w:t>
      </w:r>
    </w:p>
    <w:p>
      <w:r>
        <w:rPr>
          <w:b/>
        </w:rPr>
        <w:t xml:space="preserve">[1:05:34] </w:t>
      </w:r>
      <w:r>
        <w:t>kuch log mante hain keh hath utha ke dua karni chahiye, kuch baghair hath uthaye karna chahiye. To beharhal is ka aik form hai keh aap ne hath uthaya, kuch is kuch words hain, is ko boley aap: "Rabbana atina fid dunya hasanah, fid akhirati hasanah, wa qina azab an-nar</w:t>
      </w:r>
    </w:p>
    <w:p>
      <w:pPr>
        <w:jc w:val="right"/>
      </w:pPr>
      <w:r>
        <w:t>کچھ لوگ مانتے ہیں کہ ہاتھ اٹھا کے دعا کرنی چاہیے، کچھ بغیر ہاتھ اٹھائے کرنا چاہیے۔ تو بہرحال اس کا ایک فارم ہے کہ آپ نے ہاتھ اٹھایا، کچھ اس کچھ ورڈز ہیں، اس کو بولے آپ: "ربنا آتنا فی الدنیا حسنہ، فی الاخرت حسنہ، وقنا عذاب النار</w:t>
      </w:r>
    </w:p>
    <w:p>
      <w:r>
        <w:rPr>
          <w:b/>
        </w:rPr>
        <w:t xml:space="preserve">[1:05:48] </w:t>
      </w:r>
      <w:r>
        <w:t>". Aik hai keh dua ki spirit aap ke andar jaag pare,</w:t>
      </w:r>
    </w:p>
    <w:p>
      <w:pPr>
        <w:jc w:val="right"/>
      </w:pPr>
      <w:r>
        <w:t>"۔ ایک ہے کہ دعا کی اسپرٹ آپ کے اندر جاگ پڑے،</w:t>
      </w:r>
    </w:p>
    <w:p>
      <w:r>
        <w:rPr>
          <w:b/>
        </w:rPr>
        <w:t xml:space="preserve">[1:05:54] </w:t>
      </w:r>
      <w:r>
        <w:t>yani dua by routine aik hai, aur aik dua woh hai jo spirit paida ho jaye to har waqt ublegi aap ke andar se. As a routine jo dua ban hai, woh to bhai namaz parhi aap ne to hath utha ke dua kar lenge aap.</w:t>
      </w:r>
    </w:p>
    <w:p>
      <w:pPr>
        <w:jc w:val="right"/>
      </w:pPr>
      <w:r>
        <w:t>یعنی دعا بائی روٹین ایک ہے، اور ایک دعا وہ ہے جو اسپرٹ پیدا ہو جائے تو ہر وقت ابلے گی آپ کے اندر سے۔ ایز اے روٹین جو دعا بن ہے، وہ تو بھئی نماز پڑھی آپ نے تو ہاتھ اٹھا کے دعا کر لیں گے آپ۔</w:t>
      </w:r>
    </w:p>
    <w:p>
      <w:r>
        <w:rPr>
          <w:b/>
        </w:rPr>
        <w:t xml:space="preserve">[1:06:10] </w:t>
      </w:r>
      <w:r>
        <w:t>woh dua jo thi, woh aik routine thi, woh</w:t>
      </w:r>
    </w:p>
    <w:p>
      <w:pPr>
        <w:jc w:val="right"/>
      </w:pPr>
      <w:r>
        <w:t>وہ دعا جو تھی، وہ ایک روٹین تھی، وہ</w:t>
      </w:r>
    </w:p>
    <w:p>
      <w:r>
        <w:rPr>
          <w:b/>
        </w:rPr>
        <w:t xml:space="preserve">[1:06:15] </w:t>
      </w:r>
      <w:r>
        <w:t>lekin aap ke andar agar jaag pare dua ki spirit, yani Allah se dar, Allah ke aage accountable hona, Allah se mohabbat karna, Allah se khauf karna, jannat yaad karna, dozakh yaad karna, yeh sab aap ke andar paida ho jaye to phir har waqt dua hi dua hogi aap ki.</w:t>
      </w:r>
    </w:p>
    <w:p>
      <w:pPr>
        <w:jc w:val="right"/>
      </w:pPr>
      <w:r>
        <w:t>لیکن آپ کے اندر اگر جاگ پڑے دعا کی اسپرٹ، یعنی اللہ سے ڈر، اللہ کے آگے اکاؤنٹیبل ہونا، اللہ سے محبت کرنا، اللہ سے خوف کرنا، جنت یاد کرنا، دوزخ یاد کرنا، یہ سب آپ کے اندر پیدا ہو جائے تو پھر ہر وقت دعا ہی دعا ہوگی آپ کی۔</w:t>
      </w:r>
    </w:p>
    <w:p>
      <w:r>
        <w:rPr>
          <w:b/>
        </w:rPr>
        <w:t xml:space="preserve">[1:06:33] </w:t>
      </w:r>
      <w:r>
        <w:t>uthte, baithte, sote, jaagte, raat din aap aap dua mein jeene lagenge.</w:t>
      </w:r>
    </w:p>
    <w:p>
      <w:pPr>
        <w:jc w:val="right"/>
      </w:pPr>
      <w:r>
        <w:t>اٹھتے، بیٹھتے، سوتے، جاگتے، رات دن آپ آپ دعا میں جینے لگیں گے۔</w:t>
      </w:r>
    </w:p>
    <w:p>
      <w:r>
        <w:rPr>
          <w:b/>
        </w:rPr>
        <w:t xml:space="preserve">[1:06:39] </w:t>
      </w:r>
      <w:r>
        <w:t>to aik hai routine ki dua, aik hai woh dua jo spirit jaagne ke baad hoti hai, to woh har waqt hoti rehti hai.</w:t>
      </w:r>
    </w:p>
    <w:p>
      <w:pPr>
        <w:jc w:val="right"/>
      </w:pPr>
      <w:r>
        <w:t>تو ایک ہے روٹین کی دعا، ایک ہے وہ دعا جو اسپرٹ جاگنے کے بعد ہوتی ہے، تو وہ ہر وقت ہوتی رہتی ہے۔</w:t>
      </w:r>
    </w:p>
    <w:p>
      <w:r>
        <w:rPr>
          <w:b/>
        </w:rPr>
        <w:t xml:space="preserve">[1:06:52] </w:t>
      </w:r>
      <w:r>
        <w:t>das question is from Mr. Abdul Basit from Qatar. Hadith mein hai keh prophet ko jab koi pareshani hoti, woh Hazrat Bilal se kehte keh namaz ke zariye mujh ko sukoon do.</w:t>
      </w:r>
    </w:p>
    <w:p>
      <w:pPr>
        <w:jc w:val="right"/>
      </w:pPr>
      <w:r>
        <w:t>دس کوئسچن از فرام مسٹر عبدالباسط فرام قطر۔ حدیث میں ہے کہ پرافٹ کو جب کوئی پریشانی ہوتی، وہ حضرت بلال سے کہتے کہ نماز کے ذریعے مجھ کو سکون دو۔</w:t>
      </w:r>
    </w:p>
    <w:p>
      <w:r>
        <w:rPr>
          <w:b/>
        </w:rPr>
        <w:t xml:space="preserve">[1:07:08] </w:t>
      </w:r>
      <w:r>
        <w:t>doosri hadith aise hai: "Jallat qurrati fil salat". Maulana, is ko explain kijiye keh namaz kis tarah aik momin ke liye us ki aankhon ki thandak ban jati hai.</w:t>
      </w:r>
    </w:p>
    <w:p>
      <w:pPr>
        <w:jc w:val="right"/>
      </w:pPr>
      <w:r>
        <w:t>دوسری حدیث ایسے ہے: "جلت کرتو عینی فی الصلاۃ"۔ مولانا، اس کو ایکسپلین کیجئے کہ نماز کس طرح ایک مومن کے لیے اس کی آنکھوں کی ٹھنڈک بن جاتی ہے۔</w:t>
      </w:r>
    </w:p>
    <w:p>
      <w:r>
        <w:rPr>
          <w:b/>
        </w:rPr>
        <w:t xml:space="preserve">[1:07:23] </w:t>
      </w:r>
      <w:r>
        <w:t>dekhein, is mein aik mere khayal se confusion hai, jahan tak mujhe yaad hai, yeh aasan nahi hai keh pareshani ke waqt kehte the keh azan do. To irhana ya Bilal aata hai, woh namaz ka waqt ho gaya</w:t>
      </w:r>
    </w:p>
    <w:p>
      <w:pPr>
        <w:jc w:val="right"/>
      </w:pPr>
      <w:r>
        <w:t>دیکھیں، اس میں ایک میرے خیال سے کنفیوژن ہے، جہاں تک مجھے یاد ہے، یہ آسان نہیں ہے کہ پریشانی کے وقت کہتے تھے کہ اذان دو۔ تو ارہنا یا بلال آتا ہے، وہ نماز کا وقت ہو گیا</w:t>
      </w:r>
    </w:p>
    <w:p>
      <w:r>
        <w:rPr>
          <w:b/>
        </w:rPr>
        <w:t xml:space="preserve">[1:07:37] </w:t>
      </w:r>
      <w:r>
        <w:t>to yeh kehne ke liye keh aye Bilal, time ho gaya, azan de do. Unho ne kehte the keh irhana ya Bilal, aye Bilal, hamein rahat do. To namaz ke waqt namaz dene ke liye woh hadith hai, jahan tak mein yaad aata hoon, mujhe.</w:t>
      </w:r>
    </w:p>
    <w:p>
      <w:pPr>
        <w:jc w:val="right"/>
      </w:pPr>
      <w:r>
        <w:t>تو یہ کہنے کے لیے کہ اے بلال، ٹائم ہو گیا، اذان دے دو۔ انہوں نے کہتے تھے کہ ارہنا یا بلال، اے بلال، ہمیں راحت دو۔ تو نماز کے وقت نماز دینے کے لیے وہ حدیث ہے، جہاں تک میں یاد آتا ہے، مجھے۔</w:t>
      </w:r>
    </w:p>
    <w:p>
      <w:r>
        <w:rPr>
          <w:b/>
        </w:rPr>
        <w:t xml:space="preserve">[1:07:49] </w:t>
      </w:r>
      <w:r>
        <w:t>acha, woh alag baat hai keh "Idha hadhab amr fasallahu", woh aik alag hadith hai keh "Idha hadhab amr fasallahu" keh koi masla pesh aata tha to aap namaz parhte the.</w:t>
      </w:r>
    </w:p>
    <w:p>
      <w:pPr>
        <w:jc w:val="right"/>
      </w:pPr>
      <w:r>
        <w:t>اچھا، وہ الگ بات ہے کہ اذا حضب امر فصلہ، وہ ایک الگ حدیث ہے کہ اذا حضب امر فصلہ کہ کوئی مسئلہ پیش آتا تھا تو آپ نماز پڑھتے تھے۔</w:t>
      </w:r>
    </w:p>
    <w:p>
      <w:r>
        <w:rPr>
          <w:b/>
        </w:rPr>
        <w:t xml:space="preserve">[1:08:01] </w:t>
      </w:r>
      <w:r>
        <w:t>to yeh aik momin ke, yeh momin ka character hai, kyunke momin har waqt momin ka aqeedah kya hota hai? God is all powerful, Allah hi ke paas sab kuch hai,</w:t>
      </w:r>
    </w:p>
    <w:p>
      <w:pPr>
        <w:jc w:val="right"/>
      </w:pPr>
      <w:r>
        <w:t>تو یہ ایک مومن کے، یہ مومن کا کریکٹر ہے، کیونکہ مومن ہر وقت مومن کا عقیدہ کیا ہوتا ہے؟ گاڈ از ال پاور فل، اللہ ہی کے پاس سب کچھ ہے،</w:t>
      </w:r>
    </w:p>
    <w:p>
      <w:r>
        <w:rPr>
          <w:b/>
        </w:rPr>
        <w:t xml:space="preserve">[1:08:15] </w:t>
      </w:r>
      <w:r>
        <w:t>Allah hi jo hai poori universe ko manage kar raha hai, Allah hi poori universe ko control kar raha hai, Allah hi dene wala hai, usi ke dene se milta hai.</w:t>
      </w:r>
    </w:p>
    <w:p>
      <w:pPr>
        <w:jc w:val="right"/>
      </w:pPr>
      <w:r>
        <w:t>اللہ ہی جو ہے پوری یونس کو مینج کر رہا ہے، اللہ ہی پوری یونس کو کنٹرول کر رہا ہے، اللہ ہی دینے والا ہے، اسی کے دینے سے ملتا ہے۔</w:t>
      </w:r>
    </w:p>
    <w:p>
      <w:r>
        <w:rPr>
          <w:b/>
        </w:rPr>
        <w:t xml:space="preserve">[1:08:24] </w:t>
      </w:r>
      <w:r>
        <w:t>to bilkul fitri baat hai keh aap Allah ki taraf rujoo karein aur umeed rakhein keh Allah halaat ko is tarah manage karega keh aap ke kaam ban jayega.</w:t>
      </w:r>
    </w:p>
    <w:p>
      <w:pPr>
        <w:jc w:val="right"/>
      </w:pPr>
      <w:r>
        <w:t>تو بالکل فطری بات ہے کہ آپ اللہ کی طرف رجوع کریں اور امید رکھیں کہ اللہ حالات کو اس طرح مینج کرے گا کہ آپ کے کام بن جائے گا۔</w:t>
      </w:r>
    </w:p>
    <w:p>
      <w:r>
        <w:rPr>
          <w:b/>
        </w:rPr>
        <w:t xml:space="preserve">[1:08:35] </w:t>
      </w:r>
      <w:r>
        <w:t>to lekin mein is mein aik baat aur arz karunga keh is ka matlab nahi keh aap ka koi problem solve ho jaye foran ke foran, yeh matlab is ka nahi hai. Yeh izhar-e-ubudiyat hai, yani aap apne abd hone ka izhar karte hain jab namaz ke liye khade hote hain to aur dua karte hain.</w:t>
      </w:r>
    </w:p>
    <w:p>
      <w:pPr>
        <w:jc w:val="right"/>
      </w:pPr>
      <w:r>
        <w:t>تو لیکن میں اس میں ایک بات اور عرض کروں گا کہ اس کا مطلب نہیں کہ آپ کا کوئی پرابلم سالو ہو جائے فوراً کے فوراً، یہ مطلب اس کا نہیں ہے۔ یہ اظہار عبودیت ہے، یعنی آپ اپنے عبد ہونے کا اظہار کرتے ہیں جب نماز کے لیے کھڑے ہوتے ہیں تو اور دعا کرتے ہیں۔</w:t>
      </w:r>
    </w:p>
    <w:p>
      <w:r>
        <w:rPr>
          <w:b/>
        </w:rPr>
        <w:t xml:space="preserve">[1:08:52] </w:t>
      </w:r>
      <w:r>
        <w:t>to ho sakta hai keh Allah taala isi waqt is masle ko hal kar de, ho sakta hai keh na bhi hal ho is waqt, woh woh pending mein rahe, woh. Lekin aap ka yeh, aap ka yeh aqeedah keh sab kuch Allah ke hath mein hai, sara ikhtiyar Allah ke paas hai,</w:t>
      </w:r>
    </w:p>
    <w:p>
      <w:pPr>
        <w:jc w:val="right"/>
      </w:pPr>
      <w:r>
        <w:t>تو ہو سکتا ہے کہ اللہ تعالی اسی وقت اس مسئلے کو حل کر دے، ہو سکتا ہے کہ نہ بھی حل ہو اس وقت، وہ وہ پینڈنگ میں رہے، وہ۔ لیکن آپ کا یہ، آپ کا یہ عقیدہ کہ سب کچھ اللہ کے ہاتھ میں ہے، سارا اختیار اللہ کے پاس ہے،</w:t>
      </w:r>
    </w:p>
    <w:p>
      <w:r>
        <w:rPr>
          <w:b/>
        </w:rPr>
        <w:t xml:space="preserve">[1:09:10] </w:t>
      </w:r>
      <w:r>
        <w:t>Allah Rabbul Alameen hai, aap ka yeh aqeedah aap ko majboor karta hai keh aap jab bhi koi baat ho to aap Allah ke rujoo karein,</w:t>
      </w:r>
    </w:p>
    <w:p>
      <w:pPr>
        <w:jc w:val="right"/>
      </w:pPr>
      <w:r>
        <w:t>اللہ رب العالمین ہے، آپ کا یہ عقیدہ آپ کو مجبور کرتا ہے کہ آپ جب بھی کوئی بات ہو تو آپ اللہ کے رجوع کریں،</w:t>
      </w:r>
    </w:p>
    <w:p>
      <w:r>
        <w:rPr>
          <w:b/>
        </w:rPr>
        <w:t xml:space="preserve">[1:09:17] </w:t>
      </w:r>
      <w:r>
        <w:t>Allah ki taraf aap aap ka dhyan jaye, usi ko, usi ko le kar sochein. Aap to woh aik expression, aap expression of iman hai, woh mein samajhta hoon keh yeh cheez expression of iman hai.</w:t>
      </w:r>
    </w:p>
    <w:p>
      <w:pPr>
        <w:jc w:val="right"/>
      </w:pPr>
      <w:r>
        <w:t>اللہ کی طرف آپ آپ کا دھیان جائے، اسی کو، اسی کو لے کر سوچیں۔ آپ تو وہ ایک ایکسپریشن، آپ ایکسپریشن آف ایمان ہے، وہ میں سمجھتا ہوں کہ یہ چیز ایکسپریشن آف ایمان ہے۔</w:t>
      </w:r>
    </w:p>
    <w:p>
      <w:r>
        <w:rPr>
          <w:b/>
        </w:rPr>
        <w:t xml:space="preserve">[1:09:32] </w:t>
      </w:r>
      <w:r>
        <w:t>baqi yeh, yeh is ka matlab yeh nahi keh masla zaroor hal ho jayega, yeh matlab nahi hai. Jaise bachcha jo hai, koi baat hoti hai, daudta hai maa ki taraf.</w:t>
      </w:r>
    </w:p>
    <w:p>
      <w:pPr>
        <w:jc w:val="right"/>
      </w:pPr>
      <w:r>
        <w:t>باقی یہ، یہ اس کا مطلب یہ نہیں کہ مسئلہ ضرور حل ہو جائے گا، یہ مطلب نہیں ہے۔ جیسے بچہ جو ہے، کوئی بات ہوتی ہے، دوڑتا ہے ماں کی طرف۔</w:t>
      </w:r>
    </w:p>
    <w:p>
      <w:r>
        <w:rPr>
          <w:b/>
        </w:rPr>
        <w:t xml:space="preserve">[1:09:43] </w:t>
      </w:r>
      <w:r>
        <w:t>aap ne dekha hoga keh agar koi, koi bhi, koi, koi, koi awaz aa jaye, koi khatkhat ho, koi, koi masla paida ho jaye to bachcha, chhota bachcha, maa ki taraf daudega.</w:t>
      </w:r>
    </w:p>
    <w:p>
      <w:pPr>
        <w:jc w:val="right"/>
      </w:pPr>
      <w:r>
        <w:t>آپ نے دیکھا ہوگا کہ اگر کوئی، کوئی بھی، کوئی، کوئی، کوئی آواز آ جائے، کوئی کھٹکھٹ ہو، کوئی، کوئی مسئلہ پیدا ہو جائے تو بچہ، چھوٹا بچہ، ماں کی طرف دوڑے گا۔</w:t>
      </w:r>
    </w:p>
    <w:p>
      <w:r>
        <w:rPr>
          <w:b/>
        </w:rPr>
        <w:t xml:space="preserve">[1:09:56] </w:t>
      </w:r>
      <w:r>
        <w:t>to momin jo hai, Allah ki taraf daudta hai. To there is expression of iman, expression of faith. Das question is from Mr. Munjib Akbar from Chennai.</w:t>
      </w:r>
    </w:p>
    <w:p>
      <w:pPr>
        <w:jc w:val="right"/>
      </w:pPr>
      <w:r>
        <w:t>تو مومن جو ہے، اللہ کی طرف دوڑتا ہے۔ تو دیر از ایکسپریشن آف ایمان، ایکسپریشن آف فیتھ۔ دس کوئسچن از فرام مسٹر منتجیب اکبر فرام چنئی۔</w:t>
      </w:r>
    </w:p>
    <w:p>
      <w:r>
        <w:rPr>
          <w:b/>
        </w:rPr>
        <w:t xml:space="preserve">[1:10:10] </w:t>
      </w:r>
      <w:r>
        <w:t>maulana, in today talk, you mention that with every opportunity, with every difficulty, there is an opportunity. kindly tell me if there is any guidelines to follow to find opportunities when one faces with problems.</w:t>
      </w:r>
    </w:p>
    <w:p>
      <w:pPr>
        <w:jc w:val="right"/>
      </w:pPr>
      <w:r>
        <w:t>مولانا، ان ٹوڈے ٹاک، یو مینشن دیٹ ود ایوری اپرچونیٹی، ود ایوری ڈیفیکلٹی، دیر از این اپرچونیٹی۔ کائنڈلی ٹیل می اف دیر از اینی گائیڈ لائنز ٹو فالو ٹو فائنڈ اپرچونیٹیز وین ون فیسز ود پرابلمز۔</w:t>
      </w:r>
    </w:p>
    <w:p>
      <w:r>
        <w:rPr>
          <w:b/>
        </w:rPr>
        <w:t xml:space="preserve">[1:10:32] </w:t>
      </w:r>
      <w:r>
        <w:t>dekhen, ek sab se aham baat hai ke reaction se apne ko bachaiye.</w:t>
      </w:r>
    </w:p>
    <w:p>
      <w:pPr>
        <w:jc w:val="right"/>
      </w:pPr>
      <w:r>
        <w:t>دیکھیں، ایک سب سے اہم بات ہے کہ ری ایکشن سے اپنے کو بچائیے۔</w:t>
      </w:r>
    </w:p>
    <w:p>
      <w:r>
        <w:rPr>
          <w:b/>
        </w:rPr>
        <w:t xml:space="preserve">[1:10:40] </w:t>
      </w:r>
      <w:r>
        <w:t>sab se aham baat yeh hai ke aap apne ko reaction se bachaiye. bas reaction mein pade to woh dikhai nahi degi, opportunity dikhai nahi degi. mujhe bar bar aisa hua hai mere saath khud ke koi cheez hui, koi problem aaya to agar main main ne react kiya to opportunity mujhe dikhai nahi degi, main us ko kho doonga.</w:t>
      </w:r>
    </w:p>
    <w:p>
      <w:pPr>
        <w:jc w:val="right"/>
      </w:pPr>
      <w:r>
        <w:t>سب سے اہم بات یہ ہے کہ آپ اپنے کو ری ایکشن سے بچائیں۔ بس ری ایکشن میں پڑے تو وہ دکھائی نہیں دے گی، اپرچونیٹی دکھائی نہیں دے گی۔ مجھے بار بار ایسا ہوا ہے میرے ساتھ خود کہ کوئی چیز ہوئی، کوئی پرابلم آیا تو اگر میں میں نے ری ایکٹ کیا تو اپرچونیٹی مجھے دکھائی نہیں دے گی، میں اس کو کھو دوں گا۔</w:t>
      </w:r>
    </w:p>
    <w:p>
      <w:r>
        <w:rPr>
          <w:b/>
        </w:rPr>
        <w:t xml:space="preserve">[1:11:06] </w:t>
      </w:r>
      <w:r>
        <w:t>lekin main react na karoon, ja ke sochoon, namaz parhoon, dua karoon to khul jata hai ke bhai yeh mauqa hai to koi karo, is ko avel karo. to ek hi cheez hai jo key word hai is mein ke save yourself from reaction.</w:t>
      </w:r>
    </w:p>
    <w:p>
      <w:pPr>
        <w:jc w:val="right"/>
      </w:pPr>
      <w:r>
        <w:t>لیکن میں ری ایکٹ نہ کروں، جا کے سوچوں، نماز پڑھوں، دعا کروں تو کھل جاتا ہے کہ بھئی یہ موقع ہے تو کوئی کرو، اس کو اویل کرو۔ تو ایک ہی چیز ہے جو کی ورڈ ہے اس میں کہ سیو یور سیلف فرام ری ایکشن۔</w:t>
      </w:r>
    </w:p>
    <w:p>
      <w:r>
        <w:rPr>
          <w:b/>
        </w:rPr>
        <w:t xml:space="preserve">[1:11:23] </w:t>
      </w:r>
      <w:r>
        <w:t>save yourself from reaction, yaani instant reaction. yaani foran aadmi bhadak kar ke react karta hai, us se bachiye apne aap ko aur soch, soch ki taraf chale jaiye,</w:t>
      </w:r>
    </w:p>
    <w:p>
      <w:pPr>
        <w:jc w:val="right"/>
      </w:pPr>
      <w:r>
        <w:t>سیو یور سیلف فرام ری ایکشن، یعنی انسٹنٹ ری ایکشن۔ یعنی فوراً آدمی بھڑک کر کے ری ایکٹ کرتا ہے، اس سے بچیے اپنے آپ کو اور سوچ، سوچ کی طرف چلے جائیے،</w:t>
      </w:r>
    </w:p>
    <w:p>
      <w:r>
        <w:rPr>
          <w:b/>
        </w:rPr>
        <w:t xml:space="preserve">[1:11:37] </w:t>
      </w:r>
      <w:r>
        <w:t>soch ki taraf chale jaiye. bombay ke ek sahib jo wahan principal thay ek school mein, un ka hamare paas telephone aaya.</w:t>
      </w:r>
    </w:p>
    <w:p>
      <w:pPr>
        <w:jc w:val="right"/>
      </w:pPr>
      <w:r>
        <w:t>سوچ کی طرف چلے جائیے۔ بمبئی کے ایک صاحب جو وہاں پرنسپل تھے ایک اسکول میں، ان کا ہمارے پاس ٹیلی فون آیا۔</w:t>
      </w:r>
    </w:p>
    <w:p>
      <w:r>
        <w:rPr>
          <w:b/>
        </w:rPr>
        <w:t xml:space="preserve">[1:11:46] </w:t>
      </w:r>
      <w:r>
        <w:t>hamare wahan ke un ko principal ke ka koi masla paida hua un ka aur woh jhagda ho gaya management se.</w:t>
      </w:r>
    </w:p>
    <w:p>
      <w:pPr>
        <w:jc w:val="right"/>
      </w:pPr>
      <w:r>
        <w:t>ہمارے وہاں کے ان کو پرنسپل کے کا کوئی مسئلہ پیدا ہوا ان کا اور وہ جھگڑا ہو گیا مینجمنٹ سے۔</w:t>
      </w:r>
    </w:p>
    <w:p>
      <w:r>
        <w:rPr>
          <w:b/>
        </w:rPr>
        <w:t xml:space="preserve">[1:11:57] </w:t>
      </w:r>
      <w:r>
        <w:t>aur us ke baad woh office jana chhod diya unhon ne. unhon ne kaha ke main kya karoon? main ne kaha kya kar ke? woh, wohi, wohi na kiye jo aap ne kiya.</w:t>
      </w:r>
    </w:p>
    <w:p>
      <w:pPr>
        <w:jc w:val="right"/>
      </w:pPr>
      <w:r>
        <w:t>اور اس کے بعد وہ افس جانا چھوڑ دیا انہوں نے۔ انہوں نے کہا کہ میں کیا کروں؟ میں نے کہا کیا کر کے؟ وہ، وہی، وہی نہ کیے جو آپ نے کیا۔</w:t>
      </w:r>
    </w:p>
    <w:p>
      <w:r>
        <w:rPr>
          <w:b/>
        </w:rPr>
        <w:t xml:space="preserve">[1:12:07] </w:t>
      </w:r>
      <w:r>
        <w:t>jo aap ne kiya, usi ko na kijiye. ab jhagda kyun kiya aap ne? ab nafrat kyun ki un se? ghussa kyun hue aap? ek baat thi us waqt aap kehte thay bhai meri ghalti hui.</w:t>
      </w:r>
    </w:p>
    <w:p>
      <w:pPr>
        <w:jc w:val="right"/>
      </w:pPr>
      <w:r>
        <w:t>جو آپ نے کیا، اسی کو نہ کیجئے۔ اب جھگڑا کیوں کیا آپ نے؟ اب نفرت کیوں کی ان سے؟ غصہ کیوں ہوئے آپ؟ ایک بات تھی اس وقت آپ کہتے تھے بھئی میری غلطی ہوئی۔</w:t>
      </w:r>
    </w:p>
    <w:p>
      <w:r>
        <w:rPr>
          <w:b/>
        </w:rPr>
        <w:t xml:space="preserve">[1:12:18] </w:t>
      </w:r>
      <w:r>
        <w:t>bas baat khatam ho jati hai wahin par jo baat thi ek. to aap keh dete hain ek management se ke bhai yeh meri ghalti thi. to baat wahin ke wahin khatam ho jati hai.</w:t>
      </w:r>
    </w:p>
    <w:p>
      <w:pPr>
        <w:jc w:val="right"/>
      </w:pPr>
      <w:r>
        <w:t>بس بات ختم ہو جاتی ہے وہیں پر جو بات تھی ایک۔ تو آپ کہہ دیتے ہیں ایک مینجمنٹ سے کہ بھئی یہ میری غلطی تھی۔ تو بات وہیں کے وہیں ختم ہو جاتی ہے۔</w:t>
      </w:r>
    </w:p>
    <w:p>
      <w:r>
        <w:rPr>
          <w:b/>
        </w:rPr>
        <w:t xml:space="preserve">[1:12:27] </w:t>
      </w:r>
      <w:r>
        <w:t>ab aap ne jhagda kiya, aap ne ladai bhadai ki, aap ghussa hue</w:t>
      </w:r>
    </w:p>
    <w:p>
      <w:pPr>
        <w:jc w:val="right"/>
      </w:pPr>
      <w:r>
        <w:t>اب آپ نے جھگڑا کیا، آپ نے لڑائی بھڑائی کی، آپ غصہ ہوئے</w:t>
      </w:r>
    </w:p>
    <w:p>
      <w:r>
        <w:rPr>
          <w:b/>
        </w:rPr>
        <w:t xml:space="preserve">[1:12:32] </w:t>
      </w:r>
      <w:r>
        <w:t>to unhon ne maana. unhon ne ja ke dobara se kaha ke main ne kaha ke aap ja ke sorry kahiye, maafi mangiye. ja ke woh maafi mangi, unhon ne sab baat khatam ho gayi, sab baat khatam.</w:t>
      </w:r>
    </w:p>
    <w:p>
      <w:pPr>
        <w:jc w:val="right"/>
      </w:pPr>
      <w:r>
        <w:t>تو انہوں نے مانا۔ انہوں نے جا کے دوبارہ سے کہا کہ میں نے کہا کہ آپ جا کے سوری کہیے، معافی مانگیے۔ جا کے وہ معافی مانگی، انہوں نے سب بات ختم ہو گئی، سب بات ختم۔</w:t>
      </w:r>
    </w:p>
    <w:p>
      <w:r>
        <w:rPr>
          <w:b/>
        </w:rPr>
        <w:t xml:space="preserve">[1:12:45] </w:t>
      </w:r>
      <w:r>
        <w:t>to jab bhi koi aisa mamla pesh aaye to bas ek hi kaam kijiye, instant reaction se bachaiye apne aap ko aur chale jaiye us mein sochne mein.</w:t>
      </w:r>
    </w:p>
    <w:p>
      <w:pPr>
        <w:jc w:val="right"/>
      </w:pPr>
      <w:r>
        <w:t>تو جب بھی کوئی ایسا معاملہ پیش آئے تو بس ایک ہی کام کیجئے، انسٹنٹ ری ایکشن سے بچائیے اپنے آپ کو اور چلے جائیے اس میں سوچنے میں۔</w:t>
      </w:r>
    </w:p>
    <w:p>
      <w:r>
        <w:rPr>
          <w:b/>
        </w:rPr>
        <w:t xml:space="preserve">[1:12:58] </w:t>
      </w:r>
      <w:r>
        <w:t>chale jaiye,</w:t>
      </w:r>
    </w:p>
    <w:p>
      <w:pPr>
        <w:jc w:val="right"/>
      </w:pPr>
      <w:r>
        <w:t>چلے جائیے،</w:t>
      </w:r>
    </w:p>
    <w:p>
      <w:r>
        <w:rPr>
          <w:b/>
        </w:rPr>
        <w:t xml:space="preserve">[1:12:59] </w:t>
      </w:r>
      <w:r>
        <w:t>sochiye, sochiye, sochiye, sochiye aur yaani hundred percent mein keh sakta hoon aap ko ke aap ko opportunity samne aa jayegi jo us se better hogi aap ke liye.</w:t>
      </w:r>
    </w:p>
    <w:p>
      <w:pPr>
        <w:jc w:val="right"/>
      </w:pPr>
      <w:r>
        <w:t>سوچیے، سوچیے، سوچیے، سوچیے اور یعنی ہنڈرڈ پرسنٹ میں کہہ سکتا ہوں آپ کو کہ آپ کو اپرچونیٹی سامنے آ جائے گی جو اس سے بیٹر ہوگی آپ کے لیے۔</w:t>
      </w:r>
    </w:p>
    <w:p>
      <w:r>
        <w:rPr>
          <w:b/>
        </w:rPr>
        <w:t xml:space="preserve">[1:13:12] </w:t>
      </w:r>
      <w:r>
        <w:t>this question is from mr idrees from raipur.</w:t>
      </w:r>
    </w:p>
    <w:p>
      <w:pPr>
        <w:jc w:val="right"/>
      </w:pPr>
      <w:r>
        <w:t>دس کوئسچن از فرام مسٹر ادریس فرام رائے پور۔</w:t>
      </w:r>
    </w:p>
    <w:p>
      <w:r>
        <w:rPr>
          <w:b/>
        </w:rPr>
        <w:t xml:space="preserve">[1:13:17] </w:t>
      </w:r>
      <w:r>
        <w:t>maulana, kindly explain the words number one of chapter 87 of quran which says: "glorify the name of your lord the most high".</w:t>
      </w:r>
    </w:p>
    <w:p>
      <w:pPr>
        <w:jc w:val="right"/>
      </w:pPr>
      <w:r>
        <w:t>مولانا، کائنڈلی ایکسپلین دی ورڈز نمبر ون آف چیپٹر 87 آف قرآن وچ سیز: "گلوریفائی دا نیم آف یور لارڈ دا موسٹ ہائی"۔</w:t>
      </w:r>
    </w:p>
    <w:p>
      <w:r>
        <w:rPr>
          <w:b/>
        </w:rPr>
        <w:t xml:space="preserve">[1:13:30] </w:t>
      </w:r>
      <w:r>
        <w:t>ab main to samajhta hoon ke simple si baat hai, question mere samajh mein nahi aaya ke Allah ki azmat ko yaad karo. tasbeeh gawane, tasbeeh gaana ginna nahi hai ke tasbeeh le ke baith jao, ginna shuru kar do.</w:t>
      </w:r>
    </w:p>
    <w:p>
      <w:pPr>
        <w:jc w:val="right"/>
      </w:pPr>
      <w:r>
        <w:t>اب میں تو سمجھتا ہوں کہ سمپل سی بات ہے، کوئسچن میرے سمجھ میں نہیں آیا کہ اللہ کی عظمت کو یاد کرو۔ تسبیح گوانے، تسبیح گانا گننا نہیں ہے کہ تسبیح لے کے بیٹھ جاؤ، گننا شروع کر دو۔</w:t>
      </w:r>
    </w:p>
    <w:p>
      <w:r>
        <w:rPr>
          <w:b/>
        </w:rPr>
        <w:t xml:space="preserve">[1:13:43] </w:t>
      </w:r>
      <w:r>
        <w:t>yeh matlab nahi hai.</w:t>
      </w:r>
    </w:p>
    <w:p>
      <w:pPr>
        <w:jc w:val="right"/>
      </w:pPr>
      <w:r>
        <w:t>یہ مطلب نہیں ہے۔</w:t>
      </w:r>
    </w:p>
    <w:p>
      <w:r>
        <w:rPr>
          <w:b/>
        </w:rPr>
        <w:t xml:space="preserve">[1:13:45] </w:t>
      </w:r>
      <w:r>
        <w:t>yaani Allah ki azmat ko yaad karo, Allah ki azmat ka charcha karo aur us ki azmat ke aage apne aap ko surrender kar do.</w:t>
      </w:r>
    </w:p>
    <w:p>
      <w:pPr>
        <w:jc w:val="right"/>
      </w:pPr>
      <w:r>
        <w:t>یعنی اللہ کی عظمت کو یاد کرو، اللہ کی عظمت کا چرچا کرو اور اس کی عظمت کے آگے اپنے آپ کو سرینڈر کر دو۔</w:t>
      </w:r>
    </w:p>
    <w:p>
      <w:r>
        <w:rPr>
          <w:b/>
        </w:rPr>
        <w:t xml:space="preserve">[1:13:57] </w:t>
      </w:r>
      <w:r>
        <w:t>us ka hamd, us ki hamd karo, us ka bayan karo, apne apne sine ko use roshan karo. yeh matlab hai is ka. baqi agar koi aur is mein question hai to main samajh nahi paya is ko.</w:t>
      </w:r>
    </w:p>
    <w:p>
      <w:pPr>
        <w:jc w:val="right"/>
      </w:pPr>
      <w:r>
        <w:t>اس کا حمد، اس کی حمد کرو، اس کا بیان کرو، اپنے اپنے سینے کو اسے روشن کرو۔ یہ مطلب ہے اس کا۔ باقی اگر کوئی اور اس میں کوئسچن ہے تو میں سمجھ نہیں پایا اس کو۔</w:t>
      </w:r>
    </w:p>
    <w:p>
      <w:r>
        <w:rPr>
          <w:b/>
        </w:rPr>
        <w:t xml:space="preserve">[1:14:10] </w:t>
      </w:r>
      <w:r>
        <w:t>okay, we'll take next question.</w:t>
      </w:r>
    </w:p>
    <w:p>
      <w:pPr>
        <w:jc w:val="right"/>
      </w:pPr>
      <w:r>
        <w:t>اوکے، ویل ٹیک نیکسٹ کوئسچن۔</w:t>
      </w:r>
    </w:p>
    <w:p>
      <w:r>
        <w:rPr>
          <w:b/>
        </w:rPr>
        <w:t xml:space="preserve">[1:14:12] </w:t>
      </w:r>
      <w:r>
        <w:t>this is from mr ghulam maieuddin from mehr from sheri nagar. musalmanon ke andar jo galat nazariyat paida hue hain jin mein kuch molviyon ki tasnifat ne zyada role ada kiya hai,</w:t>
      </w:r>
    </w:p>
    <w:p>
      <w:pPr>
        <w:jc w:val="right"/>
      </w:pPr>
      <w:r>
        <w:t>دس از فرام مسٹر غلام معی الدین فرام مس فرام شیری نگر۔ مسلمانوں کے اندر جو غلط نظریات پیدا ہوئے ہیں جن میں کچھ مولویوں کی تصنیفات نے زیادہ رول ادا کیا ہے،</w:t>
      </w:r>
    </w:p>
    <w:p>
      <w:r>
        <w:rPr>
          <w:b/>
        </w:rPr>
        <w:t xml:space="preserve">[1:14:30] </w:t>
      </w:r>
      <w:r>
        <w:t>un ko maujooda muslim insan kaise door kar sakta hai? aur jin musannifon ne logon ko gumrah kiya hai, us ke bare mein Islam ka kya hukum hai?</w:t>
      </w:r>
    </w:p>
    <w:p>
      <w:pPr>
        <w:jc w:val="right"/>
      </w:pPr>
      <w:r>
        <w:t>ان کو موجودہ مسلم انسان کیسے دور کر سکتا ہے؟ اور جن مصنفوں نے لوگوں کو گمراہ کیا ہے، اس کے بارے میں اسلام کا کیا حکم ہے؟</w:t>
      </w:r>
    </w:p>
    <w:p>
      <w:r>
        <w:rPr>
          <w:b/>
        </w:rPr>
        <w:t xml:space="preserve">[1:14:44] </w:t>
      </w:r>
      <w:r>
        <w:t>dekhen, aap molviyon ko kyun kehte hain?</w:t>
      </w:r>
    </w:p>
    <w:p>
      <w:pPr>
        <w:jc w:val="right"/>
      </w:pPr>
      <w:r>
        <w:t>دیکھیں، آپ مولویوں کو کیوں کہتے ہیں؟</w:t>
      </w:r>
    </w:p>
    <w:p>
      <w:r>
        <w:rPr>
          <w:b/>
        </w:rPr>
        <w:t xml:space="preserve">[1:14:47] </w:t>
      </w:r>
      <w:r>
        <w:t>yani molvi aur minister both are equally responsible. kon se minister is mein exception hai? mujhe bata diay is ka naam. koi aik bhi minister bataiyay, muslim minister jo is mein exception ho.</w:t>
      </w:r>
    </w:p>
    <w:p>
      <w:pPr>
        <w:jc w:val="right"/>
      </w:pPr>
      <w:r>
        <w:t>یعنی مولوی اور منسٹر بوتھ آر ایکولی ریسپانسبل۔ کون سے منسٹر اس میں ایکسیپشن ہے؟ مجھے بتا دیے اس کا نام۔ کوئی ایک بھی منسٹر بتائیے، مسلم منسٹر جو اس میں ایکسیپشن ہو۔</w:t>
      </w:r>
    </w:p>
    <w:p>
      <w:r>
        <w:rPr>
          <w:b/>
        </w:rPr>
        <w:t xml:space="preserve">[1:15:01] </w:t>
      </w:r>
      <w:r>
        <w:t>So, Maulvi and minister both are equally responsible for this situation of chaos. Unhonay mislead kiya, unhonay mislead kiya,</w:t>
      </w:r>
    </w:p>
    <w:p>
      <w:pPr>
        <w:jc w:val="right"/>
      </w:pPr>
      <w:r>
        <w:t>سو، مولوی اور منسٹر بوتھ آر ایکولی ریسپانسبل فار دس سچویشن آف قیاس۔ انہوں نے مس لیڈ کیا، انہوں نے مس لیڈ کیا،</w:t>
      </w:r>
    </w:p>
    <w:p>
      <w:r>
        <w:rPr>
          <w:b/>
        </w:rPr>
        <w:t xml:space="preserve">[1:15:15] </w:t>
      </w:r>
      <w:r>
        <w:t>donon nay mis lead kiya.</w:t>
      </w:r>
    </w:p>
    <w:p>
      <w:pPr>
        <w:jc w:val="right"/>
      </w:pPr>
      <w:r>
        <w:t>دونوں نے مس لیڈ کیا۔</w:t>
      </w:r>
    </w:p>
    <w:p>
      <w:r>
        <w:rPr>
          <w:b/>
        </w:rPr>
        <w:t xml:space="preserve">[1:15:17] </w:t>
      </w:r>
      <w:r>
        <w:t>to meray nazdeek is ka jawab sirf yeh hai: dekhiay keh is mein koi shakk hi nahi keh unhonay ghalti ki, ghalt lead kiya unhonay.</w:t>
      </w:r>
    </w:p>
    <w:p>
      <w:pPr>
        <w:jc w:val="right"/>
      </w:pPr>
      <w:r>
        <w:t>تو میرے نزدیک اس کا جواب صرف یہ ہے: دیکھیے کہ اس میں کوئی شک ہی نہیں کہ انہوں نے غلطی کی، غلط لیڈ کیا انہوں نے۔</w:t>
      </w:r>
    </w:p>
    <w:p>
      <w:r>
        <w:rPr>
          <w:b/>
        </w:rPr>
        <w:t xml:space="preserve">[1:15:26] </w:t>
      </w:r>
      <w:r>
        <w:t>is mein to koi shakk nahi. ab masla sirf yeh hai keh Allah kay nazdeek in ka hukm kya hai? yani do baatein huien. aik baat yeh hai keh hum yeh manain keh unhonay mis lead kiya, mis lead kar kay qaum ko ghalt rastay pe dorhaya.</w:t>
      </w:r>
    </w:p>
    <w:p>
      <w:pPr>
        <w:jc w:val="right"/>
      </w:pPr>
      <w:r>
        <w:t>اس میں تو کوئی شک نہیں۔ اب مسئلہ صرف یہ ہے کہ اللہ کے نزدیک ان کا حکم کیا ہے؟ یعنی دو باتیں ہوئیں۔ ایک بات یہ ہے کہ ہم یہ مانیں کہ انہوں نے مس لیڈ کیا، مس لیڈ کر کے قوم کو غلط راستے پہ دوڑایا۔</w:t>
      </w:r>
    </w:p>
    <w:p>
      <w:r>
        <w:rPr>
          <w:b/>
        </w:rPr>
        <w:t xml:space="preserve">[1:15:40] </w:t>
      </w:r>
      <w:r>
        <w:t>unhonay is mein to meray nazdeek koi shakk nahi hai.</w:t>
      </w:r>
    </w:p>
    <w:p>
      <w:pPr>
        <w:jc w:val="right"/>
      </w:pPr>
      <w:r>
        <w:t>انہوں نے اس میں تو میرے نزدیک کوئی شک نہیں ہے۔</w:t>
      </w:r>
    </w:p>
    <w:p>
      <w:r>
        <w:rPr>
          <w:b/>
        </w:rPr>
        <w:t xml:space="preserve">[1:15:45] </w:t>
      </w:r>
      <w:r>
        <w:t>ab doosri baat yeh hai keh Allah kay nazdeek in ka hukm kya hai? to is mein aik aalim nay bohat sahih kaha tha aisay logon kay baray mein keh agar un ki niyat achhi thi to un ka Allah ka anjam bhi achha hoga.</w:t>
      </w:r>
    </w:p>
    <w:p>
      <w:pPr>
        <w:jc w:val="right"/>
      </w:pPr>
      <w:r>
        <w:t>اب دوسری بات یہ ہے کہ اللہ کے نزدیک ان کا حکم کیا ہے؟ تو اس میں ایک عالم نے بہت صحیح کہا تھا ایسے لوگوں کے بارے میں کہ اگر ان کی نیت اچھی تھی تو ان کا اللہ کا انجام بھی اچھا ہوگا۔</w:t>
      </w:r>
    </w:p>
    <w:p>
      <w:r>
        <w:rPr>
          <w:b/>
        </w:rPr>
        <w:t xml:space="preserve">[1:15:59] </w:t>
      </w:r>
      <w:r>
        <w:t>niyat buri thi to Allah kay haan pakray jayengay. woh inma al-a'maal bil-niyat ko lay kar unhonay aisa kaha. to everything depends on intention.</w:t>
      </w:r>
    </w:p>
    <w:p>
      <w:pPr>
        <w:jc w:val="right"/>
      </w:pPr>
      <w:r>
        <w:t>نیت بری تھی تو اللہ کے ہاں پکڑے جائیں گے۔ وہ انما الاعمال بالنیات کو لے کر انہوں نے ایسا کہا۔ تو ایوری تھنگ ڈیپینڈز ان انٹینشن۔</w:t>
      </w:r>
    </w:p>
    <w:p>
      <w:r>
        <w:rPr>
          <w:b/>
        </w:rPr>
        <w:t xml:space="preserve">[1:16:10] </w:t>
      </w:r>
      <w:r>
        <w:t>to dunya kay aitbar say to mis lead kiya unhonay khuli hui baat hai.</w:t>
      </w:r>
    </w:p>
    <w:p>
      <w:pPr>
        <w:jc w:val="right"/>
      </w:pPr>
      <w:r>
        <w:t>تو دنیا کے اعتبار سے تو مس لیڈ کیا انہوں نے کھلی ہوئی بات ہے۔</w:t>
      </w:r>
    </w:p>
    <w:p>
      <w:r>
        <w:rPr>
          <w:b/>
        </w:rPr>
        <w:t xml:space="preserve">[1:16:15] </w:t>
      </w:r>
      <w:r>
        <w:t>Allah kay lihaaz say kya hai? woh un ki intention pe, par yani depend karta hai. Allah taala isi ko pakartay hain jis ki bad intention ho, baqi is ko forgive kar detay hain, chhod detay hain.</w:t>
      </w:r>
    </w:p>
    <w:p>
      <w:pPr>
        <w:jc w:val="right"/>
      </w:pPr>
      <w:r>
        <w:t>اللہ کے لحاظ سے کیا ہے؟ وہ ان کی انٹینشن پہ، پر یعنی ڈیپینڈ کرتا ہے۔ اللہ تعالی اسی کو پکڑتے ہیں جس کی بیڈ انٹینشن ہو، باقی اس کو فارگیو کر دیتے ہیں، چھوڑ دیتے ہیں۔</w:t>
      </w:r>
    </w:p>
    <w:p>
      <w:r>
        <w:rPr>
          <w:b/>
        </w:rPr>
        <w:t xml:space="preserve">[1:16:27] </w:t>
      </w:r>
      <w:r>
        <w:t>is ko agar good intention say koi aadmi ghalti kar jaye. kal mein kisi say baat kar raha tha to mein nay kaha keh dekhiay, ikhlas harghiz kafi nahi hai.</w:t>
      </w:r>
    </w:p>
    <w:p>
      <w:pPr>
        <w:jc w:val="right"/>
      </w:pPr>
      <w:r>
        <w:t>اس کو اگر گڈ انٹینشن سے کوئی آدمی غلطی کر جائے۔ کل میں کسی سے بات کر رہا تھا تو میں نے کہا کہ دیکھیے، اخلاص ہرگز کافی نہیں ہے۔</w:t>
      </w:r>
    </w:p>
    <w:p>
      <w:r>
        <w:rPr>
          <w:b/>
        </w:rPr>
        <w:t xml:space="preserve">[1:16:37] </w:t>
      </w:r>
      <w:r>
        <w:t>wisdom asal cheez hai. kal hi is pe baat ho rahi thi aik sahib say. ikhlas ka matlab hai sincerity.</w:t>
      </w:r>
    </w:p>
    <w:p>
      <w:pPr>
        <w:jc w:val="right"/>
      </w:pPr>
      <w:r>
        <w:t>وزڈم اصل چیز ہے۔ کل ہی اس پہ بات ہو رہی تھی ایک صاحب سے۔ اخلاص کا مطلب ہے سنسیرٹی۔</w:t>
      </w:r>
    </w:p>
    <w:p>
      <w:r>
        <w:rPr>
          <w:b/>
        </w:rPr>
        <w:t xml:space="preserve">[1:16:45] </w:t>
      </w:r>
      <w:r>
        <w:t>koi kitna hi mukhlis ho, kitna hi sincere ho, woh us ki zaat kay liye, apnay liye. yani ikhlas is a personal quality.</w:t>
      </w:r>
    </w:p>
    <w:p>
      <w:pPr>
        <w:jc w:val="right"/>
      </w:pPr>
      <w:r>
        <w:t>کوئی کتنا ہی مخلص ہو، کتنا ہی سنسیئر ہو، وہ اس کی ذات کے لیے، اپنے لیے۔ یعنی اخلاص از اے پرسنل کوالٹی۔</w:t>
      </w:r>
    </w:p>
    <w:p>
      <w:r>
        <w:rPr>
          <w:b/>
        </w:rPr>
        <w:t xml:space="preserve">[1:16:55] </w:t>
      </w:r>
      <w:r>
        <w:t>aap agar bohat mukhlis hain, bohat namazi hain, bohat roye daar hain, bohat hi aap paisa kharch kartay hain, kuch bhi kartay hain, aap mukhlis hain, bohat to aap ka personal woh quality hai.</w:t>
      </w:r>
    </w:p>
    <w:p>
      <w:pPr>
        <w:jc w:val="right"/>
      </w:pPr>
      <w:r>
        <w:t>آپ اگر بہت مخلص ہیں، بہت نمازی ہیں، بہت روئے دار ہیں، بہت ہی آپ پیسہ خرچ کرتے ہیں، کچھ بھی کرتے ہیں، آپ مخلص ہیں، بہت تو آپ کا پرسنل وہ کوالٹی ہے۔</w:t>
      </w:r>
    </w:p>
    <w:p>
      <w:r>
        <w:rPr>
          <w:b/>
        </w:rPr>
        <w:t xml:space="preserve">[1:17:06] </w:t>
      </w:r>
      <w:r>
        <w:t>woh is ka matlab nahi keh aap qaum kay liye kood parain. aap is kay that requires wisdom, vision, wisdom, baseerat.</w:t>
      </w:r>
    </w:p>
    <w:p>
      <w:pPr>
        <w:jc w:val="right"/>
      </w:pPr>
      <w:r>
        <w:t>وہ اس کا مطلب نہیں کہ آپ قوم کے لیے کود پڑیں۔ آپ اس کے دیٹ ریکوائرڈز وزڈم، ویژن، وزڈم، بصیرت۔</w:t>
      </w:r>
    </w:p>
    <w:p>
      <w:r>
        <w:rPr>
          <w:b/>
        </w:rPr>
        <w:t xml:space="preserve">[1:17:16] </w:t>
      </w:r>
      <w:r>
        <w:t>to ikhlas aik zaati quality hai, bohat achhi hai zaat kay liye. lekin agar aap qaum ko lead dena chahtay hain to aap kay paas wisdom hona chahiye, aap kay paas vision hona chahiye, aap kay paas bohat ilm hona chahiye,</w:t>
      </w:r>
    </w:p>
    <w:p>
      <w:pPr>
        <w:jc w:val="right"/>
      </w:pPr>
      <w:r>
        <w:t>تو اخلاص ایک ذاتی کوالٹی ہے، بہت اچھی ہے ذات کے لیے۔ لیکن اگر آپ قوم کو لیڈ دینا چاہتے ہیں تو آپ کے پاس وزڈم ہونا چاہیے، آپ کے پاس ویژن ہونا چاہیے، آپ کے پاس بہت علم ہونا چاہیے،</w:t>
      </w:r>
    </w:p>
    <w:p>
      <w:r>
        <w:rPr>
          <w:b/>
        </w:rPr>
        <w:t xml:space="preserve">[1:17:31] </w:t>
      </w:r>
      <w:r>
        <w:t>aur aap ko unbiased hona chahiye. reaction say bilkul pak hona chahiye, negative thinking say bilkul pak hona chahiye. warna ghar mein baithiyay, masjid mein baithiyay.</w:t>
      </w:r>
    </w:p>
    <w:p>
      <w:pPr>
        <w:jc w:val="right"/>
      </w:pPr>
      <w:r>
        <w:t>اور آپ کو ان بائس ہونا چاہیے۔ ری ایکشن سے بالکل پاک ہونا چاہیے، نیگیٹیو تھنکنگ سے بالکل پاک ہونا چاہیے۔ ورنہ گھر میں بیٹھیے، مسجد میں بیٹھیے۔</w:t>
      </w:r>
    </w:p>
    <w:p>
      <w:r>
        <w:rPr>
          <w:b/>
        </w:rPr>
        <w:t xml:space="preserve">[1:17:42] </w:t>
      </w:r>
      <w:r>
        <w:t>to mein nay kaha keh dekhiay, you are differentiate between wisdom and ikhlas. ikhlas ka matlab yeh nahi keh aadmi ko aap leader bana lain.</w:t>
      </w:r>
    </w:p>
    <w:p>
      <w:pPr>
        <w:jc w:val="right"/>
      </w:pPr>
      <w:r>
        <w:t>تو میں نے کہا کہ دیکھیے، یو آر ڈیفریشیٹ بٹوین وزڈم اینڈ اخلاص۔ اخلاص کا مطلب یہ نہیں کہ آدمی کو آپ لیڈر بنا لیں۔</w:t>
      </w:r>
    </w:p>
    <w:p>
      <w:r>
        <w:rPr>
          <w:b/>
        </w:rPr>
        <w:t xml:space="preserve">[1:17:53] </w:t>
      </w:r>
      <w:r>
        <w:t>isko ikhlas hai to theek hai, us ka zaati aitbar say bohat achha hai. woh is ka matlab to nahi keh woh leader ban jaye. woh</w:t>
      </w:r>
    </w:p>
    <w:p>
      <w:pPr>
        <w:jc w:val="right"/>
      </w:pPr>
      <w:r>
        <w:t>اس کو اخلاص ہے تو ٹھیک ہے، اس کا ذاتی اعتبار سے بہت اچھا ہے۔ وہ اس کا مطلب تو نہیں کہ وہ لیڈر بن جائے۔ وہ</w:t>
      </w:r>
    </w:p>
    <w:p>
      <w:r>
        <w:rPr>
          <w:b/>
        </w:rPr>
        <w:t xml:space="preserve">[1:18:04] </w:t>
      </w:r>
      <w:r>
        <w:t>to leadership kay liye wisdom chahiye, vision chahiye.</w:t>
      </w:r>
    </w:p>
    <w:p>
      <w:pPr>
        <w:jc w:val="right"/>
      </w:pPr>
      <w:r>
        <w:t>تو لیڈرشپ کے لیے وزڈم چاہیے، ویژن چاہیے۔</w:t>
      </w:r>
    </w:p>
    <w:p>
      <w:r>
        <w:rPr>
          <w:b/>
        </w:rPr>
        <w:t xml:space="preserve">[1:18:09] </w:t>
      </w:r>
      <w:r>
        <w:t>zaati aitbar say kafi hai keh aadmi mukhlis ho to bas achha hai, woh bohat achha hai.</w:t>
      </w:r>
    </w:p>
    <w:p>
      <w:pPr>
        <w:jc w:val="right"/>
      </w:pPr>
      <w:r>
        <w:t>ذاتی اعتبار سے کافی ہے کہ آدمی مخلص ہو تو بس اچھا ہے، وہ بہت اچھا ہے۔</w:t>
      </w:r>
    </w:p>
    <w:p>
      <w:r>
        <w:rPr>
          <w:b/>
        </w:rPr>
        <w:t xml:space="preserve">[1:18:18] </w:t>
      </w:r>
      <w:r>
        <w:t>this question is from doctor Fareeda Khanam from New Delhi. owing to Muslims backwardness in education, they are not able to avail the opportunities as much as the other communities.</w:t>
      </w:r>
    </w:p>
    <w:p>
      <w:pPr>
        <w:jc w:val="right"/>
      </w:pPr>
      <w:r>
        <w:t>دس کوئسچن از فرام ڈاکٹر فریدہ خانم فرام نیو دہلی۔ اوئنگ ٹو مسلمز بیکورڈنس ان ایجوکیشن، دے آر ناٹ ایبل ٹو اویل دا اپرچونیٹیز ایز مچ ایز دی ادر کمیونٹیز۔</w:t>
      </w:r>
    </w:p>
    <w:p>
      <w:r>
        <w:rPr>
          <w:b/>
        </w:rPr>
        <w:t xml:space="preserve">[1:18:34] </w:t>
      </w:r>
      <w:r>
        <w:t>this is one of the reasons for their negativity.</w:t>
      </w:r>
    </w:p>
    <w:p>
      <w:pPr>
        <w:jc w:val="right"/>
      </w:pPr>
      <w:r>
        <w:t>دس از ون اف دا ریزنز فار دیر نیگیٹیوٹی۔</w:t>
      </w:r>
    </w:p>
    <w:p>
      <w:r>
        <w:rPr>
          <w:b/>
        </w:rPr>
        <w:t xml:space="preserve">[1:18:38] </w:t>
      </w:r>
      <w:r>
        <w:t>how can we make them understand that they can find a share in this world according to their striving?</w:t>
      </w:r>
    </w:p>
    <w:p>
      <w:pPr>
        <w:jc w:val="right"/>
      </w:pPr>
      <w:r>
        <w:t>ہاؤ کین وی میک دیم انڈرسٹینڈ دیٹ دے کین فائنڈ ا شیئر ان دس ورلڈ اکارڈنگ ٹو دیر سٹرائیونگ؟</w:t>
      </w:r>
    </w:p>
    <w:p>
      <w:r>
        <w:rPr>
          <w:b/>
        </w:rPr>
        <w:t xml:space="preserve">[1:18:47] </w:t>
      </w:r>
      <w:r>
        <w:t>nothing more, nothing less.</w:t>
      </w:r>
    </w:p>
    <w:p>
      <w:pPr>
        <w:jc w:val="right"/>
      </w:pPr>
      <w:r>
        <w:t>نتھنگ مور، نتھنگ لیس۔</w:t>
      </w:r>
    </w:p>
    <w:p>
      <w:r>
        <w:rPr>
          <w:b/>
        </w:rPr>
        <w:t xml:space="preserve">[1:18:52] </w:t>
      </w:r>
      <w:r>
        <w:t>matlab is talk mein yeh ke jo education parhai jaye, yani ke education dono qism ki education, yani formal education aur informal education, dono qism ki parhai jaye.</w:t>
      </w:r>
    </w:p>
    <w:p>
      <w:pPr>
        <w:jc w:val="right"/>
      </w:pPr>
      <w:r>
        <w:t>مطلب اس ٹاک میں یہ کہ جو ایجوکیشن پڑھائی جائے، یعنی کہ ایجوکیشن دونوں قسم کی ایجوکیشن، یعنی فارمل ایجوکیشن اور ان فارمل ایجوکیشن، دونوں قسم کی پڑھائی جائے۔</w:t>
      </w:r>
    </w:p>
    <w:p>
      <w:r>
        <w:rPr>
          <w:b/>
        </w:rPr>
        <w:t xml:space="preserve">[1:19:06] </w:t>
      </w:r>
      <w:r>
        <w:t>formal education bhi ho, infor</w:t>
      </w:r>
    </w:p>
    <w:p>
      <w:pPr>
        <w:jc w:val="right"/>
      </w:pPr>
      <w:r>
        <w:t>فارمل ایجوکیشن بھی ہو، ان فارمل ای</w:t>
      </w:r>
    </w:p>
    <w:p>
      <w:r>
        <w:rPr>
          <w:b/>
        </w:rPr>
        <w:t xml:space="preserve">[1:19:08] </w:t>
      </w:r>
      <w:r>
        <w:t>mal education. formal education ka matlab hai ke school, college, university ki jo education hai, woh formal education hai, woh parhai jaye. aur informal education jo hamara kaam jo hai, hamare jo mission informal education hai.</w:t>
      </w:r>
    </w:p>
    <w:p>
      <w:pPr>
        <w:jc w:val="right"/>
      </w:pPr>
      <w:r>
        <w:t>جوکیشن۔ فارمل ایجوکیشن کا مطلب ہے کہ اسکول، کالج، یونیورسٹی کی جو ایجوکیشن ہے، وہ فارمل ایجوکیشن ہے، وہ پڑھائی جائے۔ اور ان فارمل ایجوکیشن جو ہمارا کام جو ہے، ہمارے جو مشن ان فارمل ایجوکیشن ہے۔</w:t>
      </w:r>
    </w:p>
    <w:p>
      <w:r>
        <w:rPr>
          <w:b/>
        </w:rPr>
        <w:t xml:space="preserve">[1:19:22] </w:t>
      </w:r>
      <w:r>
        <w:t>yeh lekin aik baat mein arz karunga ke aaj kal jo reservation ki baat hui, reservation, mein isko galat samajhta hoon.</w:t>
      </w:r>
    </w:p>
    <w:p>
      <w:pPr>
        <w:jc w:val="right"/>
      </w:pPr>
      <w:r>
        <w:t>یہ لیکن ایک بات میں عرض کروں گا کہ آج کل جو ریزرویشن کی بات ہوئی، ریزرویشن، میں اس کو کلر سمجھتا ہوں۔</w:t>
      </w:r>
    </w:p>
    <w:p>
      <w:r>
        <w:rPr>
          <w:b/>
        </w:rPr>
        <w:t xml:space="preserve">[1:19:30] </w:t>
      </w:r>
      <w:r>
        <w:t>galat reservation ke zariye musalman taraqqi nahi karenge, kabhi bhi nahi.</w:t>
      </w:r>
    </w:p>
    <w:p>
      <w:pPr>
        <w:jc w:val="right"/>
      </w:pPr>
      <w:r>
        <w:t>کلر ریزرویشن کے ذریعے مسلمان ترقی نہیں کریں گے، کبھی بھی نہیں۔</w:t>
      </w:r>
    </w:p>
    <w:p>
      <w:r>
        <w:rPr>
          <w:b/>
        </w:rPr>
        <w:t xml:space="preserve">[1:19:36] </w:t>
      </w:r>
      <w:r>
        <w:t>unhein merit pana parega. merit par mein, mein, mein iska dushman hoon is concept ka ke musalmanon ko reservation do.</w:t>
      </w:r>
    </w:p>
    <w:p>
      <w:pPr>
        <w:jc w:val="right"/>
      </w:pPr>
      <w:r>
        <w:t>انہیں میریٹ پانا پڑے گا۔ میریٹ پر میں، میں، میں اس کا دشمن ہوں اس کانسیپٹ کا کہ مسلمانوں کو ریزرویشن دو۔</w:t>
      </w:r>
    </w:p>
    <w:p>
      <w:r>
        <w:rPr>
          <w:b/>
        </w:rPr>
        <w:t xml:space="preserve">[1:19:46] </w:t>
      </w:r>
      <w:r>
        <w:t>kuch nahi, compete and perish unko theekay liye halaat mein challenge ko samna karein, woh tab taraqqi karega.</w:t>
      </w:r>
    </w:p>
    <w:p>
      <w:pPr>
        <w:jc w:val="right"/>
      </w:pPr>
      <w:r>
        <w:t>کچھ نہیں، کمپیٹ اینڈ پیرش ان کو ٹھکے لیے حالات میں چیلنج کو سامنا کریں، وہ تب ترقی کریں گے۔</w:t>
      </w:r>
    </w:p>
    <w:p>
      <w:r>
        <w:rPr>
          <w:b/>
        </w:rPr>
        <w:t xml:space="preserve">[1:19:57] </w:t>
      </w:r>
      <w:r>
        <w:t>is liye mein bilkul is ko galat samajhta hoon. jo log reservation ki baat karte hain, wohi musalmanon ke dushman hain. sab se barhe</w:t>
      </w:r>
    </w:p>
    <w:p>
      <w:pPr>
        <w:jc w:val="right"/>
      </w:pPr>
      <w:r>
        <w:t>اس لیے میں بالکل اس کو غلط سمجھتا ہوں۔ جو لوگ ریزرویشن کی بات کرتے ہیں، وہی مسلمانوں کے دشمن ہیں۔ سب سے بڑے</w:t>
      </w:r>
    </w:p>
    <w:p>
      <w:r>
        <w:rPr>
          <w:b/>
        </w:rPr>
        <w:t xml:space="preserve">[1:20:05] </w:t>
      </w:r>
      <w:r>
        <w:t>musalmanon ko halaat mein theekay liye, musalmanon ko challenge ka samna karne ke qabil banaiye, tab woh taraqqi karenge. yeh taraqqi nahi kar sake, kabhi nahi kar sakte, kabhi taraqqi.</w:t>
      </w:r>
    </w:p>
    <w:p>
      <w:pPr>
        <w:jc w:val="right"/>
      </w:pPr>
      <w:r>
        <w:t>مسلمانوں کو حالات میں ٹھکے لیے، مسلمانوں کو چیلنج کا سامنا کرنے کے قابل بنائیے، تب وہ ترقی کریں گے۔ یہ ترقی نہیں کر سکے، کبھی نہیں کر سکتے، کبھی ترقی۔</w:t>
      </w:r>
    </w:p>
    <w:p>
      <w:r>
        <w:rPr>
          <w:b/>
        </w:rPr>
        <w:t xml:space="preserve">[1:20:18] </w:t>
      </w:r>
      <w:r>
        <w:t>yeh question is from Mr. Syed Mohsin Bilal.</w:t>
      </w:r>
    </w:p>
    <w:p>
      <w:pPr>
        <w:jc w:val="right"/>
      </w:pPr>
      <w:r>
        <w:t>دس کوئسچن از فرام مسٹر سید محسن بلال۔</w:t>
      </w:r>
    </w:p>
    <w:p>
      <w:r>
        <w:rPr>
          <w:b/>
        </w:rPr>
        <w:t xml:space="preserve">[1:20:22] </w:t>
      </w:r>
      <w:r>
        <w:t>why do intelligent Muslims, scholars and leaders in all firqa not understand the real Islam?</w:t>
      </w:r>
    </w:p>
    <w:p>
      <w:pPr>
        <w:jc w:val="right"/>
      </w:pPr>
      <w:r>
        <w:t>وائی ڈو انٹیلیجنٹ مسلمز، سکالرز اینڈ لیڈرز ان ال فرقہ ناٹ انڈرسٹینڈ دا ریئل اسلام؟</w:t>
      </w:r>
    </w:p>
    <w:p>
      <w:r>
        <w:rPr>
          <w:b/>
        </w:rPr>
        <w:t xml:space="preserve">[1:20:31] </w:t>
      </w:r>
      <w:r>
        <w:t>and why do all the jamaat not come together to do dawah work? woh toh mein ne arz kar diya ke bohat hi critical moment aya tha musalmanon ki history mein,</w:t>
      </w:r>
    </w:p>
    <w:p>
      <w:pPr>
        <w:jc w:val="right"/>
      </w:pPr>
      <w:r>
        <w:t>اینڈ وائی ڈو ال دا جماعت ناٹ کم ٹوگیدر ٹو ڈو دعویٰ ورک؟ وہ تو میں نے عرض کر دیا کہ بہت ہی کریٹیکل مومنٹ آیا تھا مسلمانوں کی ہسٹری میں،</w:t>
      </w:r>
    </w:p>
    <w:p>
      <w:r>
        <w:rPr>
          <w:b/>
        </w:rPr>
        <w:t xml:space="preserve">[1:20:47] </w:t>
      </w:r>
      <w:r>
        <w:t>jo atharveen sadi ke aakhir mein, unneesveen sadi ke shuru mein ke musalmanon ka political empire khatam ho gaya. that was a was a critical junction.</w:t>
      </w:r>
    </w:p>
    <w:p>
      <w:pPr>
        <w:jc w:val="right"/>
      </w:pPr>
      <w:r>
        <w:t>جو اٹھارویں صدی کے آخر میں، انیسویں صدی کے شروع میں کہ مسلمانوں کا پولیٹیکل ایمپائر ختم ہو گیا۔ دیٹ واز اے واز اے کریٹیکل جنکشن۔</w:t>
      </w:r>
    </w:p>
    <w:p>
      <w:r>
        <w:rPr>
          <w:b/>
        </w:rPr>
        <w:t xml:space="preserve">[1:20:59] </w:t>
      </w:r>
      <w:r>
        <w:t>toh wohin par ghalti hui hai jo kisi farsi shair ka sher hai ke "khisht-e-awal chu gardad kham, ta sar-e-burj-e-mehraab-e-kuj shud ham".</w:t>
      </w:r>
    </w:p>
    <w:p>
      <w:pPr>
        <w:jc w:val="right"/>
      </w:pPr>
      <w:r>
        <w:t>تو وہیں پر غلطی ہوئی ہے جو کسی فارسی شاعر کا شعر ہے کہ "خشت اول کو نہایت معمار کج تا سریہ میرو دیوار کج"۔</w:t>
      </w:r>
    </w:p>
    <w:p>
      <w:r>
        <w:rPr>
          <w:b/>
        </w:rPr>
        <w:t xml:space="preserve">[1:21:09] </w:t>
      </w:r>
      <w:r>
        <w:t>yani base agar tedhi ho jaye toh upar toh tedha sari deewar rahegi.</w:t>
      </w:r>
    </w:p>
    <w:p>
      <w:pPr>
        <w:jc w:val="right"/>
      </w:pPr>
      <w:r>
        <w:t>یعنی بیس اگر ٹیڑھی ہو جائے تو اوپر تو ٹیڑھا ساری دیوار رہے گی۔</w:t>
      </w:r>
    </w:p>
    <w:p>
      <w:r>
        <w:rPr>
          <w:b/>
        </w:rPr>
        <w:t xml:space="preserve">[1:21:13] </w:t>
      </w:r>
      <w:r>
        <w:t>toh wahan par logon ko jo karna tha, kya ke yeh rona le ke nahi baith jate? woh ke "sahib, dekho yeh western powers hain, inhon ne hamari hukumat ko khatam kar diya".</w:t>
      </w:r>
    </w:p>
    <w:p>
      <w:pPr>
        <w:jc w:val="right"/>
      </w:pPr>
      <w:r>
        <w:t>تو وہاں پر لوگوں کو جو کرنا تھا، کیا کہ یہ رونا لے کے نہیں بیٹھ جاتے؟ وہ کہ "صاحب، دیکھو یہ ویسٹرن پاورز ہیں، انہوں نے ہماری حکومت کو ختم کر دیا"۔</w:t>
      </w:r>
    </w:p>
    <w:p>
      <w:r>
        <w:rPr>
          <w:b/>
        </w:rPr>
        <w:t xml:space="preserve">[1:21:24] </w:t>
      </w:r>
      <w:r>
        <w:t>nahi, western powers jo layein opportunities, in ko discover karo, in ko avail karo. toh sare ke sare musalman, one to all, arab, non-arab, jitne bhi hain, isi mein hate hate mein lag gaye</w:t>
      </w:r>
    </w:p>
    <w:p>
      <w:pPr>
        <w:jc w:val="right"/>
      </w:pPr>
      <w:r>
        <w:t>نہیں، ویسٹرن پاورز جو لائیں اپرچونیٹیز، ان کو ڈسکور کرو، ان کو اویل کرو۔ تو سارے کے سارے مسلمان، ون ٹو آل، عرب، نان عرب، جتنے بھی ہیں، اسی میں ہیٹ ہیٹ میں لگ گئے</w:t>
      </w:r>
    </w:p>
    <w:p>
      <w:r>
        <w:rPr>
          <w:b/>
        </w:rPr>
        <w:t xml:space="preserve">[1:21:41] </w:t>
      </w:r>
      <w:r>
        <w:t>aur khud apne Muslim leaders se bhi ladne lage ke yeh in ke agent banenge. aap dekhein, mukhtalif Muslim countries mein apne musalman leaders se kyun lad rahe hain?</w:t>
      </w:r>
    </w:p>
    <w:p>
      <w:pPr>
        <w:jc w:val="right"/>
      </w:pPr>
      <w:r>
        <w:t>اور خود اپنے مسلم لیڈرز سے بھی لڑنے لگے کہ یہ ان کے ایجنٹ بنیں گے۔ آپ دیکھیں، مختلف مسلم کنٹریز میں اپنے مسلمان لیڈرز سے کیوں لڑ رہے ہیں؟</w:t>
      </w:r>
    </w:p>
    <w:p>
      <w:r>
        <w:rPr>
          <w:b/>
        </w:rPr>
        <w:t xml:space="preserve">[1:21:51] </w:t>
      </w:r>
      <w:r>
        <w:t>log jis jis Muslim country mein dekhiye ke wahan ke jo Islamists hain, woh apne Muslim hukumat, yani hukumat se lad rahe hain.</w:t>
      </w:r>
    </w:p>
    <w:p>
      <w:pPr>
        <w:jc w:val="right"/>
      </w:pPr>
      <w:r>
        <w:t>لوگ جس جس مسلم کنٹری میں دیکھیے کہ وہاں کے جو اسلامسٹ ہیں، وہ اپنے مسلم حکومت، یعنی حکومت سے لڑ رہے ہیں۔</w:t>
      </w:r>
    </w:p>
    <w:p>
      <w:r>
        <w:rPr>
          <w:b/>
        </w:rPr>
        <w:t xml:space="preserve">[1:22:00] </w:t>
      </w:r>
      <w:r>
        <w:t>zahir hai ke western, western, yani west ke agent hain yeh.</w:t>
      </w:r>
    </w:p>
    <w:p>
      <w:pPr>
        <w:jc w:val="right"/>
      </w:pPr>
      <w:r>
        <w:t>ظاہر ہے کہ ویسٹرن، ویسٹرن، یعنی ویسٹ کے ایجنٹ ہیں یہ۔</w:t>
      </w:r>
    </w:p>
    <w:p>
      <w:r>
        <w:rPr>
          <w:b/>
        </w:rPr>
        <w:t xml:space="preserve">[1:22:08] </w:t>
      </w:r>
      <w:r>
        <w:t>toh yeh yeh wohin se mamla bigra hai ke yani opportunity based thinking ke bajaye in ke paas grohi ko soch kar ke isi par negative ho gaye.</w:t>
      </w:r>
    </w:p>
    <w:p>
      <w:pPr>
        <w:jc w:val="right"/>
      </w:pPr>
      <w:r>
        <w:t>تو یہ یہ وہیں سے معاملہ بگڑا ہے کہ یعنی اپرچونیٹی بیسڈ تھنکنگ کے بجائے ان کے پاس گروہی کو سوچ کر کے اسی پر نیگیٹیو ہو گئے۔</w:t>
      </w:r>
    </w:p>
    <w:p>
      <w:r>
        <w:rPr>
          <w:b/>
        </w:rPr>
        <w:t xml:space="preserve">[1:22:19] </w:t>
      </w:r>
      <w:r>
        <w:t>woh abhi tak wohi hain, woh abhi tak wohi hain. abhi tak musalmanon mein koi hamare mashriq ke sath koi nahi hai jo batata ho musalmanon ko ke tum kyun past mein jee rahe ho?</w:t>
      </w:r>
    </w:p>
    <w:p>
      <w:pPr>
        <w:jc w:val="right"/>
      </w:pPr>
      <w:r>
        <w:t>وہ ابھی تک وہی ہیں، وہ ابھی تک وہی ہیں۔ ابھی تک مسلمانوں میں کوئی ہمارے مشرق کے ساتھ کوئی نہیں ہے جو بتاتا ہو مسلمانوں کو کہ تم کیوں پاسٹ میں جی رہے ہو؟</w:t>
      </w:r>
    </w:p>
    <w:p>
      <w:r>
        <w:rPr>
          <w:b/>
        </w:rPr>
        <w:t xml:space="preserve">[1:22:29] </w:t>
      </w:r>
      <w:r>
        <w:t>ab haal toh is se bohat zyada acha hai, present is se bohat zyada acha hai.</w:t>
      </w:r>
    </w:p>
    <w:p>
      <w:pPr>
        <w:jc w:val="right"/>
      </w:pPr>
      <w:r>
        <w:t>اب حال تو اس سے بہت زیادہ اچھا ہے، پریزنٹ اس سے بہت زیادہ اچھا ہے۔</w:t>
      </w:r>
    </w:p>
    <w:p>
      <w:r>
        <w:rPr>
          <w:b/>
        </w:rPr>
        <w:t xml:space="preserve">[1:22:34] </w:t>
      </w:r>
      <w:r>
        <w:t>present mein jo musalmanon ko mil raha hai, woh toh is se billion time zyada hai. tum kyun past ko le kar baithe hue ho? koi aik aadmi nahi mere ilm mein, hamari is is CPS ke bahar koi hai toh mujhe naam bataiye is ka.</w:t>
      </w:r>
    </w:p>
    <w:p>
      <w:pPr>
        <w:jc w:val="right"/>
      </w:pPr>
      <w:r>
        <w:t>پریزنٹ میں جو مسلمانوں کو مل رہا ہے، وہ تو اس سے بلین ٹائم زیادہ ہے۔ تم کیوں پاسٹ کو لے کر بیٹھے ہوئے ہو؟ کوئی ایک آدمی نہیں میرے علم میں، ہماری اس اس سی پی ایس کے باہر کوئی ہے تو مجھے نام بتائیے اس کا۔</w:t>
      </w:r>
    </w:p>
    <w:p>
      <w:r>
        <w:rPr>
          <w:b/>
        </w:rPr>
        <w:t xml:space="preserve">[1:22:50] </w:t>
      </w:r>
      <w:r>
        <w:t>log kehte hain ke aap logon par kyun tanqeed karte hain? toh naam batao un ka, woh naam batao un ka. mein tumhare nazdeek koi hai aisa duniya mein?</w:t>
      </w:r>
    </w:p>
    <w:p>
      <w:pPr>
        <w:jc w:val="right"/>
      </w:pPr>
      <w:r>
        <w:t>لوگ کہتے ہیں کہ آپ لوگوں پر کیوں تنقید کرتے ہیں؟ تو نام بتاؤ ان کا، وہ نام بتاؤ ان کا۔ میں تمہارے نزدیک کوئی ہے ایسا دنیا میں؟</w:t>
      </w:r>
    </w:p>
    <w:p>
      <w:r>
        <w:rPr>
          <w:b/>
        </w:rPr>
        <w:t xml:space="preserve">[1:23:00] </w:t>
      </w:r>
      <w:r>
        <w:t>koi hai hi nahin.</w:t>
      </w:r>
    </w:p>
    <w:p>
      <w:pPr>
        <w:jc w:val="right"/>
      </w:pPr>
      <w:r>
        <w:t>کوئی ہے ہی نہیں۔</w:t>
      </w:r>
    </w:p>
    <w:p>
      <w:r>
        <w:rPr>
          <w:b/>
        </w:rPr>
        <w:t xml:space="preserve">[1:23:01] </w:t>
      </w:r>
      <w:r>
        <w:t>to basic baat yeh hai ke log abhi abhi is, yani is is jo gayi hui, yani jo glory thi pehle, past glory, us se bahar nahin nikal paye hain aur present mein jo un ke liye opportunities hain, us ko dekh nahin paye.</w:t>
      </w:r>
    </w:p>
    <w:p>
      <w:pPr>
        <w:jc w:val="right"/>
      </w:pPr>
      <w:r>
        <w:t>تو بیسک بات یہ ہے کہ لوگ ابھی ابھی اس، یعنی اس اس جو گئی ہوئی، یعنی جو گلوری تھی پہلے، پاسٹ گلوری، اس سے باہر نہیں نکل پائے ہیں اور پریزنٹ میں جو ان کے لیے اپرچونیٹیز ہیں، اس کو دیکھ نہیں پائے۔</w:t>
      </w:r>
    </w:p>
    <w:p>
      <w:r>
        <w:rPr>
          <w:b/>
        </w:rPr>
        <w:t xml:space="preserve">[1:23:18] </w:t>
      </w:r>
      <w:r>
        <w:t>sirf self interest ke tehat koi kuch khate kamate hain. bas un ka jo shaoor hai, un ka jo, un ka jo soch hai, un ki jo thinking level hai, wohi ka wohi hai.</w:t>
      </w:r>
    </w:p>
    <w:p>
      <w:pPr>
        <w:jc w:val="right"/>
      </w:pPr>
      <w:r>
        <w:t>صرف سیلف انٹرسٹ کے تحت کوئی کچھ کھاتے کماتے ہیں۔ بس ان کا جو شعور ہے، ان کا جو، ان کا جو سوچ ہے، ان کی جو تھنکنگ لیول ہے، وہ وہی کا وہی ہے۔</w:t>
      </w:r>
    </w:p>
    <w:p>
      <w:r>
        <w:rPr>
          <w:b/>
        </w:rPr>
        <w:t xml:space="preserve">[1:23:28] </w:t>
      </w:r>
      <w:r>
        <w:t>thinking level mein koi difference nahin.</w:t>
      </w:r>
    </w:p>
    <w:p>
      <w:pPr>
        <w:jc w:val="right"/>
      </w:pPr>
      <w:r>
        <w:t>تھنکنگ لیول میں کوئی ڈیفرنس نہیں۔</w:t>
      </w:r>
    </w:p>
    <w:p>
      <w:r>
        <w:rPr>
          <w:b/>
        </w:rPr>
        <w:t xml:space="preserve">[1:23:33] </w:t>
      </w:r>
      <w:r>
        <w:t>das question is from mr. slish malhotra from singapore. maulana, i recently met some of my old friends and found out that few of them have got divorced.</w:t>
      </w:r>
    </w:p>
    <w:p>
      <w:pPr>
        <w:jc w:val="right"/>
      </w:pPr>
      <w:r>
        <w:t>دس کوئسچن از فرام مسٹر سلیش ملوترا فرام سنگاپور۔ مولانا، ائی ریسنٹلی میٹ سم اف مائی اولڈ فرینڈز اینڈ فاؤنڈ آؤٹ دیٹ فیو اف دیم ہیو گاٹ ڈیورسڈ۔</w:t>
      </w:r>
    </w:p>
    <w:p>
      <w:r>
        <w:rPr>
          <w:b/>
        </w:rPr>
        <w:t xml:space="preserve">[1:23:48] </w:t>
      </w:r>
      <w:r>
        <w:t>when i listen to their problems, i realize that their issues were very trivial. maulana, what is your advice for all couples?</w:t>
      </w:r>
    </w:p>
    <w:p>
      <w:pPr>
        <w:jc w:val="right"/>
      </w:pPr>
      <w:r>
        <w:t>وین ائی لسن ٹو دیر پرابلمز، ائی ریلائز دیٹ دیر ایشوز وار ویری ٹریول۔ مولانا، واٹ از یور ایڈوائس فار ال کپلز؟</w:t>
      </w:r>
    </w:p>
    <w:p>
      <w:r>
        <w:rPr>
          <w:b/>
        </w:rPr>
        <w:t xml:space="preserve">[1:23:58] </w:t>
      </w:r>
      <w:r>
        <w:t>how should they resolve their differences to avoid a situation of divorce? dekhiye, maine ek kitaab likhi hai is par, us ko aap padh sakte hain.</w:t>
      </w:r>
    </w:p>
    <w:p>
      <w:pPr>
        <w:jc w:val="right"/>
      </w:pPr>
      <w:r>
        <w:t>ہاؤ شوڈ دے ریزولو دیر ڈیفرنسز ٹو اوائڈ ا سچویشن اف ڈیورس؟ دیکھیے، میں نے ایک کتاب لکھی ہے اس پر، اس کو آپ پڑھ سکتے ہیں۔</w:t>
      </w:r>
    </w:p>
    <w:p>
      <w:r>
        <w:rPr>
          <w:b/>
        </w:rPr>
        <w:t xml:space="preserve">[1:24:12] </w:t>
      </w:r>
      <w:r>
        <w:t>ek hi reason hai, bas aur koi reason nahin hai. do reason nahin hain. youth age ka phenomenon yeh hai. youth age jo hai, romantic age hota hai.</w:t>
      </w:r>
    </w:p>
    <w:p>
      <w:pPr>
        <w:jc w:val="right"/>
      </w:pPr>
      <w:r>
        <w:t>ایک ہی ریزن ہے، بس اور کوئی ریزن نہیں ہے۔ دو ریزن نہیں ہیں۔ یوتھ ایج کا فیناومینا یہ ہے۔ یوتھ ایج جو ہے، رومینٹک ایج ہوتا ہے۔</w:t>
      </w:r>
    </w:p>
    <w:p>
      <w:r>
        <w:rPr>
          <w:b/>
        </w:rPr>
        <w:t xml:space="preserve">[1:24:24] </w:t>
      </w:r>
      <w:r>
        <w:t>har aadmi, har aadmi ka youth age romantic age hota hai. mera bhi youth age romantic age tha. allah taala ne mujhe bachaya is se.</w:t>
      </w:r>
    </w:p>
    <w:p>
      <w:pPr>
        <w:jc w:val="right"/>
      </w:pPr>
      <w:r>
        <w:t>ہر آدمی، ہر آدمی کا یوتھ ایج رومینٹک ایج ہوتا ہے۔ میرا بھی یوتھ ایج رومینٹک ایج تھا۔ اللہ تعالی نے مجھے بچایا اس سے۔</w:t>
      </w:r>
    </w:p>
    <w:p>
      <w:r>
        <w:rPr>
          <w:b/>
        </w:rPr>
        <w:t xml:space="preserve">[1:24:33] </w:t>
      </w:r>
      <w:r>
        <w:t>main bhi isi dil dal mein phansa hua tha. is age mein har ladki samajhti hai ke main ek ideal husband mujhe chahiye. har ladka chahta hai ke mujhe ek ideal wife chahiye.</w:t>
      </w:r>
    </w:p>
    <w:p>
      <w:pPr>
        <w:jc w:val="right"/>
      </w:pPr>
      <w:r>
        <w:t>میں بھی اسی دلدل میں پھنسا ہوا تھا۔ اس ایج میں ہر لڑکی سمجھتی ہے کہ میں ایک ائیڈیل ہسبینڈ مجھے چاہیے۔ ہر لڑکا چاہتا ہے کہ مجھے ایک ائیڈیل وائف چاہیے۔</w:t>
      </w:r>
    </w:p>
    <w:p>
      <w:r>
        <w:rPr>
          <w:b/>
        </w:rPr>
        <w:t xml:space="preserve">[1:24:46] </w:t>
      </w:r>
      <w:r>
        <w:t>aur yeh jo novels hain, yeh jo cinema hain, yeh sab batate hain ke aisa exist kar raha hai. aisa</w:t>
      </w:r>
    </w:p>
    <w:p>
      <w:pPr>
        <w:jc w:val="right"/>
      </w:pPr>
      <w:r>
        <w:t>اور یہ جو ناول ہیں، یہ جو سینما ہیں، یہ سب بتاتے ہیں کہ ایسا ایگزسٹ کر رہا ہے۔ ایسا</w:t>
      </w:r>
    </w:p>
    <w:p>
      <w:r>
        <w:rPr>
          <w:b/>
        </w:rPr>
        <w:t xml:space="preserve">[1:24:53] </w:t>
      </w:r>
      <w:r>
        <w:t>yeh jhootha, yani false, un ko knowledge dete hain. false, aisa na koi ideal husband hai, na koi ideal wife hai, na koi ideal ladki hai, na koi ideal ladka hai.</w:t>
      </w:r>
    </w:p>
    <w:p>
      <w:pPr>
        <w:jc w:val="right"/>
      </w:pPr>
      <w:r>
        <w:t>یہ جھوٹا، یعنی فالس، ان کو نالج دیتے ہیں۔ فالس، ایسا نہ کوئی ائیڈیل ہسبینڈ ہے، نہ کوئی ائیڈیل وائف ہے، نہ کوئی ائیڈیل لڑکی ہے، نہ کوئی ائیڈیل لڑکا ہے۔</w:t>
      </w:r>
    </w:p>
    <w:p>
      <w:r>
        <w:rPr>
          <w:b/>
        </w:rPr>
        <w:t xml:space="preserve">[1:25:04] </w:t>
      </w:r>
      <w:r>
        <w:t>lekin novel padh kar ke, movie dekh kar ke, aur tv dekh kar ke logon ke zehan mein consciously, unconsciously aata hai ke koi aisa ho sakta hai, koi aisi ladki, aisa ladka.</w:t>
      </w:r>
    </w:p>
    <w:p>
      <w:pPr>
        <w:jc w:val="right"/>
      </w:pPr>
      <w:r>
        <w:t>لیکن ناول پڑھ کر کے، مووی دیکھ کر کے، اور ٹی وی دیکھ کر کے لوگوں کے ذہن میں کانشیسلی، ان کانشیسلی آتا ہے کہ کوئی ایسا ہو سکتا ہے، کوئی ایسی لڑکی، ایسا لڑکا۔</w:t>
      </w:r>
    </w:p>
    <w:p>
      <w:r>
        <w:rPr>
          <w:b/>
        </w:rPr>
        <w:t xml:space="preserve">[1:25:17] </w:t>
      </w:r>
      <w:r>
        <w:t>to woh love, ab love affair kisi se hua un ko to is mein o mil gaya. mujhe</w:t>
      </w:r>
    </w:p>
    <w:p>
      <w:pPr>
        <w:jc w:val="right"/>
      </w:pPr>
      <w:r>
        <w:t>تو وہ لو، اب لو افیئر کسی سے ہوا ان کو تو اس میں او مل گیا۔ مجھے</w:t>
      </w:r>
    </w:p>
    <w:p>
      <w:r>
        <w:rPr>
          <w:b/>
        </w:rPr>
        <w:t xml:space="preserve">[1:25:23] </w:t>
      </w:r>
      <w:r>
        <w:t>love affair jab hota hai to is mein haan mil gaya. mujhe woh ideal pair mil gaya, lekin woh ideal pair tha nahin. woh to jab real life mein aate hain jab to pata chalta hai o yeh to yeh to ideal, ideal pair hai hi nahin.</w:t>
      </w:r>
    </w:p>
    <w:p>
      <w:pPr>
        <w:jc w:val="right"/>
      </w:pPr>
      <w:r>
        <w:t>لو افیئر جب ہوتا ہے تو اس میں ہاں مل گیا۔ مجھے وہ ائیڈیل پیئر مل گیا، لیکن وہ ائیڈیل پیئر تھا نہیں۔ وہ تو جب ریئل لائف میں آتے ہیں جب تو پتہ چلتا ہے او یہ تو یہ تو ائیڈیل، ائیڈیل پیئر ہے ہی نہیں۔</w:t>
      </w:r>
    </w:p>
    <w:p>
      <w:r>
        <w:rPr>
          <w:b/>
        </w:rPr>
        <w:t xml:space="preserve">[1:25:36] </w:t>
      </w:r>
      <w:r>
        <w:t>yeh to woh mere mind mein jo basa hua tha, woh to hai hi nahin. yeh to saare log isi mein mubtala hain. one to all, one to all sab mubtala hain.</w:t>
      </w:r>
    </w:p>
    <w:p>
      <w:pPr>
        <w:jc w:val="right"/>
      </w:pPr>
      <w:r>
        <w:t>یہ تو وہ میرے مائنڈ میں جو بسا ہوا تھا، وہ تو ہے ہی نہیں۔ یہ تو سارے لوگ اسی میں مبتلا ہیں۔ ون ٹو آل، ون ٹو آل سب مبتلا ہیں۔</w:t>
      </w:r>
    </w:p>
    <w:p>
      <w:r>
        <w:rPr>
          <w:b/>
        </w:rPr>
        <w:t xml:space="preserve">[1:25:48] </w:t>
      </w:r>
      <w:r>
        <w:t>is mein koi exception nahin hai.</w:t>
      </w:r>
    </w:p>
    <w:p>
      <w:pPr>
        <w:jc w:val="right"/>
      </w:pPr>
      <w:r>
        <w:t>اس میں کوئی ایکسیپشن نہیں ہے۔</w:t>
      </w:r>
    </w:p>
    <w:p>
      <w:r>
        <w:rPr>
          <w:b/>
        </w:rPr>
        <w:t xml:space="preserve">[1:25:51] </w:t>
      </w:r>
      <w:r>
        <w:t>is simple baat ko daryaft nahin kar kar sake ke ideal cannot be achieved. koi ladka ideal nahin, koi ladki ideal nahin. to yeh to bas ek marriage kya hai?</w:t>
      </w:r>
    </w:p>
    <w:p>
      <w:pPr>
        <w:jc w:val="right"/>
      </w:pPr>
      <w:r>
        <w:t>اس سمپل بات کو دریافت نہیں کر کر سکے کہ ائیڈیل کنارڈ بی اچیوڈ۔ کوئی لڑکا ائیڈیل نہیں، کوئی لڑکی ائیڈیل نہیں۔ تو یہ تو بس ایک میرج کیا ہے؟</w:t>
      </w:r>
    </w:p>
    <w:p>
      <w:r>
        <w:rPr>
          <w:b/>
        </w:rPr>
        <w:t xml:space="preserve">[1:26:04] </w:t>
      </w:r>
      <w:r>
        <w:t>marriage to ek adjustment karne ke liye hoti hai. bas to yeh to pehle jaanna chahiye humein ke differences honge.</w:t>
      </w:r>
    </w:p>
    <w:p>
      <w:pPr>
        <w:jc w:val="right"/>
      </w:pPr>
      <w:r>
        <w:t>میرج تو ایک ایڈجسٹمنٹ کرنے کے لیے ہوتی ہے۔ بس تو یہ تو پہلے جاننا چاہیے ہمیں کہ ڈیفرنس ہوں گے۔</w:t>
      </w:r>
    </w:p>
    <w:p>
      <w:r>
        <w:rPr>
          <w:b/>
        </w:rPr>
        <w:t xml:space="preserve">[1:26:13] </w:t>
      </w:r>
      <w:r>
        <w:t>pata jaanna chahiye ke woh less than ideal hoga. yeh shaadi se pehle jaanna chahiye aap ko. nahin, koi batane wala nahin.</w:t>
      </w:r>
    </w:p>
    <w:p>
      <w:pPr>
        <w:jc w:val="right"/>
      </w:pPr>
      <w:r>
        <w:t>پتہ جاننا چاہیے کہ وہ لیس دین ائیڈیل ہوگا۔ یہ شادی سے پہلے جاننا چاہیے آپ کو۔ نہیں، کوئی بتانے والا نہیں۔</w:t>
      </w:r>
    </w:p>
    <w:p>
      <w:r>
        <w:rPr>
          <w:b/>
        </w:rPr>
        <w:t xml:space="preserve">[1:26:20] </w:t>
      </w:r>
      <w:r>
        <w:t>yeh bhi meri discovery hai. yeh bhi meri discovery hai. koi bata paye, but arsal bhi nahin jaata tha. us ko mujhe bhi ek se zyada shadiyan kar dali aur starting metro mein bhi nahin jaate the.</w:t>
      </w:r>
    </w:p>
    <w:p>
      <w:pPr>
        <w:jc w:val="right"/>
      </w:pPr>
      <w:r>
        <w:t>یہ بھی میری ڈسکوری ہے۔ یہ بھی میری ڈسکوری ہے۔ کوئی بتا پائے، بٹ ارسل بھی نہیں جاتا تھا۔ اس کو مجھے بھی ایک سے زیادہ شادیاں کر ڈالی اور اسٹارٹنگ لاک میٹرو میں بھی نہیں جاتے تھے۔</w:t>
      </w:r>
    </w:p>
    <w:p>
      <w:r>
        <w:rPr>
          <w:b/>
        </w:rPr>
        <w:t xml:space="preserve">[1:26:32] </w:t>
      </w:r>
      <w:r>
        <w:t>unhon ne bhi shaadi kar dali ek se zyada. to koi jaanta nahin tha ke ideal husband aur ideal, ideal wife ka koi wajood hi nahin hai.</w:t>
      </w:r>
    </w:p>
    <w:p>
      <w:pPr>
        <w:jc w:val="right"/>
      </w:pPr>
      <w:r>
        <w:t>انہوں نے بھی شادی کر ڈالی ایک سے زیادہ۔ تو کوئی جانتا نہیں تھا کہ ائیڈیل ہسبینڈ اور ائیڈیل، ائیڈیل وائف کا کوئی وجود ہی نہیں ہے۔</w:t>
      </w:r>
    </w:p>
    <w:p>
      <w:r>
        <w:rPr>
          <w:b/>
        </w:rPr>
        <w:t xml:space="preserve">[1:26:42] </w:t>
      </w:r>
      <w:r>
        <w:t>koi</w:t>
      </w:r>
    </w:p>
    <w:p>
      <w:pPr>
        <w:jc w:val="right"/>
      </w:pPr>
      <w:r>
        <w:t>کوئی</w:t>
      </w:r>
    </w:p>
    <w:p>
      <w:r>
        <w:rPr>
          <w:b/>
        </w:rPr>
        <w:t xml:space="preserve">[1:26:43] </w:t>
      </w:r>
      <w:r>
        <w:t>to log jo jeete hain romances mein, navel padhte hain, movie dekhte hain, tv dekhte hain to yeh unconsciousli un ke mind mein baith jata hai ke aisa koi hai.</w:t>
      </w:r>
    </w:p>
    <w:p>
      <w:pPr>
        <w:jc w:val="right"/>
      </w:pPr>
      <w:r>
        <w:t>تو لوگ جو جیتے ہیں رومینٹسز میں، ناولیں پڑھتے ہیں، مووی دیکھتے ہیں، ٹی وی دیکھتے ہیں تو یہ ان کانشیسلی ان کے مائنڈ میں بیٹھ جاتا ہے کہ ایسا کوئی ہے۔</w:t>
      </w:r>
    </w:p>
    <w:p>
      <w:r>
        <w:rPr>
          <w:b/>
        </w:rPr>
        <w:t xml:space="preserve">[1:26:54] </w:t>
      </w:r>
      <w:r>
        <w:t>aur jab woh laate hain apne ghar mein pata chalta hai ke nahin, yeh to woh hai nahin. to pehle se agar pata ho un ko pehle se ke jo milega woh less than ideal hi hoga to khoob achhe tarike se un ka guzara ho jaye.</w:t>
      </w:r>
    </w:p>
    <w:p>
      <w:pPr>
        <w:jc w:val="right"/>
      </w:pPr>
      <w:r>
        <w:t>اور جب وہ لاتے ہیں اپنے گھر میں پتہ چلتا ہے کہ نہیں، یہ تو وہ ہے نہیں۔ تو پہلے سے اگر پتہ ہو ان کو پہلے سے کہ جو ملے گا وہ لیس دین ائیڈیل ہی ہوگا تو خوب اچھے طریقے سے ان کا گزارا ہو جائے۔</w:t>
      </w:r>
    </w:p>
    <w:p>
      <w:r>
        <w:rPr>
          <w:b/>
        </w:rPr>
        <w:t xml:space="preserve">[1:27:07] </w:t>
      </w:r>
      <w:r>
        <w:t>khoob achhe se guzara ho jaye.</w:t>
      </w:r>
    </w:p>
    <w:p>
      <w:pPr>
        <w:jc w:val="right"/>
      </w:pPr>
      <w:r>
        <w:t>خوب اچھے سے گزارا ہو جائے۔</w:t>
      </w:r>
    </w:p>
    <w:p>
      <w:r>
        <w:rPr>
          <w:b/>
        </w:rPr>
        <w:t xml:space="preserve">[1:27:12] </w:t>
      </w:r>
      <w:r>
        <w:t>yeh basic baat yehi hai.</w:t>
      </w:r>
    </w:p>
    <w:p>
      <w:pPr>
        <w:jc w:val="right"/>
      </w:pPr>
      <w:r>
        <w:t>یہ بیسک بات یہی ہے۔</w:t>
      </w:r>
    </w:p>
    <w:p>
      <w:r>
        <w:rPr>
          <w:b/>
        </w:rPr>
        <w:t xml:space="preserve">[1:27:20] </w:t>
      </w:r>
      <w:r>
        <w:t>das question is from mr nafees shiraaz from delhi. aaj ke zamane mein zyada tar musalman apni aulaadon ki wajah se kaafi pareshan rehte hain.</w:t>
      </w:r>
    </w:p>
    <w:p>
      <w:pPr>
        <w:jc w:val="right"/>
      </w:pPr>
      <w:r>
        <w:t>دس کوئسچن از فرام مسٹر نفیس شیراز فرام دہلی۔ آج کے زمانے میں زیادہ تر مسلمان اپنی اولادوں کی وجہ سے کافی پریشان رہتے ہیں۔</w:t>
      </w:r>
    </w:p>
    <w:p>
      <w:r>
        <w:rPr>
          <w:b/>
        </w:rPr>
        <w:t xml:space="preserve">[1:27:33] </w:t>
      </w:r>
      <w:r>
        <w:t>yani unki aulaadein nalaiq bhi hain aur naafarmaan bhi. iski kya wajah hai?</w:t>
      </w:r>
    </w:p>
    <w:p>
      <w:pPr>
        <w:jc w:val="right"/>
      </w:pPr>
      <w:r>
        <w:t>یعنی ان کی اولادیں نالائق بھی ہیں اور نافرمان بھی۔ اس کی کیا وجہ ہے؟</w:t>
      </w:r>
    </w:p>
    <w:p>
      <w:r>
        <w:rPr>
          <w:b/>
        </w:rPr>
        <w:t xml:space="preserve">[1:27:41] </w:t>
      </w:r>
      <w:r>
        <w:t>sirf ek wajah hai pampering. saari zimmedari maa baap par hai. har maa baap pampering kar ke apne bachhon ko kharab karte hain.</w:t>
      </w:r>
    </w:p>
    <w:p>
      <w:pPr>
        <w:jc w:val="right"/>
      </w:pPr>
      <w:r>
        <w:t>صرف ایک وجہ ہے پیمپرنگ۔ ساری ذمہ داری ماں باپ پر ہے۔ ہر ماں باپ پیمپرنگ کر کے اپنے بچوں کو خراب کرتے ہیں۔</w:t>
      </w:r>
    </w:p>
    <w:p>
      <w:r>
        <w:rPr>
          <w:b/>
        </w:rPr>
        <w:t xml:space="preserve">[1:27:56] </w:t>
      </w:r>
      <w:r>
        <w:t>bas aur koi wajah hi nahi doosri. apne bachhon ko easy money denge, easy car denge, easy luxury denge.</w:t>
      </w:r>
    </w:p>
    <w:p>
      <w:pPr>
        <w:jc w:val="right"/>
      </w:pPr>
      <w:r>
        <w:t>بس اور کوئی وجہ ہی نہیں دوسری۔ اپنے بچوں کو ایزی منی دیں گے، ایزی کار دیں گے، ایزی لگزری دیں گے۔</w:t>
      </w:r>
    </w:p>
    <w:p>
      <w:r>
        <w:rPr>
          <w:b/>
        </w:rPr>
        <w:t xml:space="preserve">[1:28:05] </w:t>
      </w:r>
      <w:r>
        <w:t>matlab unhein mehnat nahi karni padi aur free mein baap ne de diya.</w:t>
      </w:r>
    </w:p>
    <w:p>
      <w:pPr>
        <w:jc w:val="right"/>
      </w:pPr>
      <w:r>
        <w:t>مطلب انہیں محنت نہیں کرنی پڑی اور فری میں باپ نے دے دیا۔</w:t>
      </w:r>
    </w:p>
    <w:p>
      <w:r>
        <w:rPr>
          <w:b/>
        </w:rPr>
        <w:t xml:space="preserve">[1:28:10] </w:t>
      </w:r>
      <w:r>
        <w:t>toh sabse buri cheez jo hai pampering. bachhon ke andar realistic approach nahi aa pata. haq haqeeqat nahi samajh paate.</w:t>
      </w:r>
    </w:p>
    <w:p>
      <w:pPr>
        <w:jc w:val="right"/>
      </w:pPr>
      <w:r>
        <w:t>تو سب سے بری چیز جو ہے پیمپرنگ۔ بچوں کے اندر ریلسٹک اپروچ نہیں آ پاتا۔ حق حقیقت نہیں سمجھ پاتے۔</w:t>
      </w:r>
    </w:p>
    <w:p>
      <w:r>
        <w:rPr>
          <w:b/>
        </w:rPr>
        <w:t xml:space="preserve">[1:28:20] </w:t>
      </w:r>
      <w:r>
        <w:t>wo bana kamaye mil gaya, bana pasina bahaye mil gaya. kuch bhi nahi kiya aur sab kuch mil gayi toh bigadenge.</w:t>
      </w:r>
    </w:p>
    <w:p>
      <w:pPr>
        <w:jc w:val="right"/>
      </w:pPr>
      <w:r>
        <w:t>وہ بنا کمائے مل گیا، بنا پسینہ بہائے مل گیا۔ کچھ بھی نہیں کیا اور سب کچھ مل گئی تو بگڑیں گے۔</w:t>
      </w:r>
    </w:p>
    <w:p>
      <w:r>
        <w:rPr>
          <w:b/>
        </w:rPr>
        <w:t xml:space="preserve">[1:28:28] </w:t>
      </w:r>
      <w:r>
        <w:t>wo toh bigadenge. ab koi maa baap iske liye tayyar nahi ke main pampering karta hoon. main jis se baap se baat karta hoon na, ae hum toh kuch nahi karte, hum kya karte hain?</w:t>
      </w:r>
    </w:p>
    <w:p>
      <w:pPr>
        <w:jc w:val="right"/>
      </w:pPr>
      <w:r>
        <w:t>وہ تو بگڑیں گے۔ اب کوئی ماں باپ اس کے لیے تیار نہیں کہ میں پیمپرنگ کرتا ہوں۔ میں جس سے باپ سے بات کرتا ہوں نا، اے ہم تو کچھ نہیں کرتے، ہم کیا کرتے ہیں؟</w:t>
      </w:r>
    </w:p>
    <w:p>
      <w:r>
        <w:rPr>
          <w:b/>
        </w:rPr>
        <w:t xml:space="preserve">[1:28:40] </w:t>
      </w:r>
      <w:r>
        <w:t>wajah kya hai? yeh woh samajhte hain ke humein toh isko dena chahiye hawai jahaz. toh humein toh ek ek cycle de di hai. humein toh dena chahiye ek mahal.</w:t>
      </w:r>
    </w:p>
    <w:p>
      <w:pPr>
        <w:jc w:val="right"/>
      </w:pPr>
      <w:r>
        <w:t>وجہ کیا ہے؟ یہ وہ سمجھتے ہیں کہ ہمیں تو اس کو دینا چاہیے ہوائی جہاز۔ تو ہمیں تو ایک ایک سائیکل دے دی ہے۔ ہمیں تو دینا چاہیے ایک محل۔</w:t>
      </w:r>
    </w:p>
    <w:p>
      <w:r>
        <w:rPr>
          <w:b/>
        </w:rPr>
        <w:t xml:space="preserve">[1:28:50] </w:t>
      </w:r>
      <w:r>
        <w:t>humein toh ek flat de diya hai. toh koi maa baap isko pakad nahi paate ke ke ah ke yani asal asal baat kya hai.</w:t>
      </w:r>
    </w:p>
    <w:p>
      <w:pPr>
        <w:jc w:val="right"/>
      </w:pPr>
      <w:r>
        <w:t>ہمیں تو ایک فلیٹ دے دیا ہے۔ تو کوئی ماں باپ اس کو پکڑ نہیں پاتے کہ کہ اہ کہ یعنی اصل اصل بات کیا ہے۔</w:t>
      </w:r>
    </w:p>
    <w:p>
      <w:r>
        <w:rPr>
          <w:b/>
        </w:rPr>
        <w:t xml:space="preserve">[1:29:06] </w:t>
      </w:r>
      <w:r>
        <w:t>toh jab tak maa baap pampering ko nahi chhodenge tab tak bachhe bigadte hi rahenge. bachhon ka bigadna khatm nahi hoga. wo age jo ke hoti hai jis ko kehte hain yani preparatory period.</w:t>
      </w:r>
    </w:p>
    <w:p>
      <w:pPr>
        <w:jc w:val="right"/>
      </w:pPr>
      <w:r>
        <w:t>تو جب تک ماں باپ پیمپرنگ کو نہیں چھوڑیں گے تب تک بچے بگڑتے ہی رہیں گے۔ بچوں کا بگڑنا ختم نہیں ہوگا۔ وہ ایج جو کہ ہوتی ہے جس کو کہتے ہیں یعنی پریپریٹری پیریڈ۔</w:t>
      </w:r>
    </w:p>
    <w:p>
      <w:r>
        <w:rPr>
          <w:b/>
        </w:rPr>
        <w:t xml:space="preserve">[1:29:19] </w:t>
      </w:r>
      <w:r>
        <w:t>bachhon ka jo preparatory period hai usi mein inko pampering mil rahi hai.</w:t>
      </w:r>
    </w:p>
    <w:p>
      <w:pPr>
        <w:jc w:val="right"/>
      </w:pPr>
      <w:r>
        <w:t>بچوں کا جو پریپریٹری پیریڈ ہے اسی میں ان کو پیمپرنگ مل رہی ہے۔</w:t>
      </w:r>
    </w:p>
    <w:p>
      <w:r>
        <w:rPr>
          <w:b/>
        </w:rPr>
        <w:t xml:space="preserve">[1:29:27] </w:t>
      </w:r>
      <w:r>
        <w:t>toh bahal main isko samajhta hoon ke</w:t>
      </w:r>
    </w:p>
    <w:p>
      <w:pPr>
        <w:jc w:val="right"/>
      </w:pPr>
      <w:r>
        <w:t>تو بہرحال میں اس کو سمجھتا ہوں کہ</w:t>
      </w:r>
    </w:p>
    <w:p>
      <w:r>
        <w:rPr>
          <w:b/>
        </w:rPr>
        <w:t xml:space="preserve">[1:29:31] </w:t>
      </w:r>
      <w:r>
        <w:t>hadees mein aata hai ke apne bachhon ko namaz padhna sikhao. jo das saal ke ho jaye toh toh unhein maaro.</w:t>
      </w:r>
    </w:p>
    <w:p>
      <w:pPr>
        <w:jc w:val="right"/>
      </w:pPr>
      <w:r>
        <w:t>حدیث میں آتا ہے کہ اپنے بچوں کو نماز پڑھنا سکھاؤ۔ جو دس سال کے ہو جائیں تو تو انہیں مارو۔</w:t>
      </w:r>
    </w:p>
    <w:p>
      <w:r>
        <w:rPr>
          <w:b/>
        </w:rPr>
        <w:t xml:space="preserve">[1:29:42] </w:t>
      </w:r>
      <w:r>
        <w:t>fa darbah bilu asharah. yeh hai toh fazrabha bilu asharah. toh log samajhte hain ke yeh maarna maarna nahi hai. hammering karo in ki.</w:t>
      </w:r>
    </w:p>
    <w:p>
      <w:pPr>
        <w:jc w:val="right"/>
      </w:pPr>
      <w:r>
        <w:t>فضربہ بلو عشرہ۔ یہ ہے تو فضربہ بلو عشرہ۔ تو لوگ سمجھتے ہیں کہ یہ مارنا مارنا نہیں ہے۔ ہیمرنگ کرو ان کی۔</w:t>
      </w:r>
    </w:p>
    <w:p>
      <w:r>
        <w:rPr>
          <w:b/>
        </w:rPr>
        <w:t xml:space="preserve">[1:29:52] </w:t>
      </w:r>
      <w:r>
        <w:t>yeh matlab nahi ke danda le ke maaro in ko.</w:t>
      </w:r>
    </w:p>
    <w:p>
      <w:pPr>
        <w:jc w:val="right"/>
      </w:pPr>
      <w:r>
        <w:t>یہ مطلب نہیں کہ ڈنڈا لے کے مارو ان کو۔</w:t>
      </w:r>
    </w:p>
    <w:p>
      <w:r>
        <w:rPr>
          <w:b/>
        </w:rPr>
        <w:t xml:space="preserve">[1:29:55] </w:t>
      </w:r>
      <w:r>
        <w:t>yeh namaz ki baat nahi hai. yani language of pampering mat istemal karo. language of hammering istemal karo. yeh matlab hai is ka. log jo hain apne bachhon ke saath language of language of pampering istemal karte hain.</w:t>
      </w:r>
    </w:p>
    <w:p>
      <w:pPr>
        <w:jc w:val="right"/>
      </w:pPr>
      <w:r>
        <w:t>یہ نماز کی بات نہیں ہے۔ یعنی لینگویج آف پیمپرنگ مت استعمال کرو۔ لینگویج آف ہمرنگ استعمال کرو۔ یہ مطلب ہے اس کا۔ لوگ جو ہیں اپنے بچوں کے ساتھ لینگویج آف لینگویج آف پیمپرنگ استعمال کرتے ہیں۔</w:t>
      </w:r>
    </w:p>
    <w:p>
      <w:r>
        <w:rPr>
          <w:b/>
        </w:rPr>
        <w:t xml:space="preserve">[1:30:11] </w:t>
      </w:r>
      <w:r>
        <w:t>is hadees ka matlab yeh hai ke nahi, ladke bigad jayenge. is se tum un se language of hammering istemal karo. yeh matlab nahi ke sach much beat beat karo in ki.</w:t>
      </w:r>
    </w:p>
    <w:p>
      <w:pPr>
        <w:jc w:val="right"/>
      </w:pPr>
      <w:r>
        <w:t>اس حدیث کا مطلب یہ ہے کہ نہیں، لڑکے بگڑ جائیں گے۔ اس سے تم ان سے لینگویج آف ہیمرنگ استعمال کرو۔ یہ مطلب نہیں کہ سچ مچ بیٹ بیٹ کرو ان کی۔</w:t>
      </w:r>
    </w:p>
    <w:p>
      <w:r>
        <w:rPr>
          <w:b/>
        </w:rPr>
        <w:t xml:space="preserve">[1:30:21] </w:t>
      </w:r>
      <w:r>
        <w:t>toh aap ya toh yeh kijiye, nahi kijiye toh phir bhagti hai is ki. price dijiye is ki. agar aap pampering nahi chhodna chahte toh phir price is ki dijiye.</w:t>
      </w:r>
    </w:p>
    <w:p>
      <w:pPr>
        <w:jc w:val="right"/>
      </w:pPr>
      <w:r>
        <w:t>تو آپ یا تو یہ کیجیے، نہیں کیجیے تو پھر بھگتی ہے اس کی۔ پرائس دیجیے اس کی۔ اگر آپ پیمپرنگ نہیں چھوڑنا چاہتے تو پھر پرائس اس کی دیجیے۔</w:t>
      </w:r>
    </w:p>
    <w:p>
      <w:r>
        <w:rPr>
          <w:b/>
        </w:rPr>
        <w:t xml:space="preserve">[1:30:31] </w:t>
      </w:r>
      <w:r>
        <w:t>is ki ladke bigadenge. bigadna hi bigadna hai in ko. bigadna hi bigadna hai in ko.</w:t>
      </w:r>
    </w:p>
    <w:p>
      <w:pPr>
        <w:jc w:val="right"/>
      </w:pPr>
      <w:r>
        <w:t>اس کی لڑکے بگڑیں گے۔ بگڑنا ہی بگڑنا ہے ان کو۔ بگڑنا ہی بگڑنا ہے ان کو۔</w:t>
      </w:r>
    </w:p>
    <w:p>
      <w:r>
        <w:rPr>
          <w:b/>
        </w:rPr>
        <w:t xml:space="preserve">[1:30:44] </w:t>
      </w:r>
      <w:r>
        <w:t>is ke bahut bade qisse hain. main chahu toh qissa bayan karne ke liye bahut se qisse bayan karu ke kaise kaise log pampering kar ke bigad rakha hai apne bachhon ko. logon ne in principle mein kehta hoon ke saare maa baap zimmedar hain is situation se.</w:t>
      </w:r>
    </w:p>
    <w:p>
      <w:pPr>
        <w:jc w:val="right"/>
      </w:pPr>
      <w:r>
        <w:t>اس کے بہت بڑے قصے ہیں۔ میں چاہوں تو قصہ بیان کرنے کے لیے بہت سے قصے بیان کروں کہ کیسے کیسے لوگ پیمپرنگ کر کے بگاڑ رکھا ہے اپنے بچوں کو۔ لوگوں نے ان پرنسپل میں کہتا ہوں کہ سارے ماں باپ ذمہ دار ہیں اس سچوئیشن سے۔</w:t>
      </w:r>
    </w:p>
    <w:p>
      <w:r>
        <w:rPr>
          <w:b/>
        </w:rPr>
        <w:t xml:space="preserve">[1:30:58] </w:t>
      </w:r>
      <w:r>
        <w:t>khud shikayat karte hain aulaad ki. zimmedar woh khud hain. shikayat doosre log karte hain. zimmedar woh khud hain kyunke woh pampering kar ke kharab kar diya unho ne is ko.</w:t>
      </w:r>
    </w:p>
    <w:p>
      <w:pPr>
        <w:jc w:val="right"/>
      </w:pPr>
      <w:r>
        <w:t>خود شکایت کرتے ہیں اولاد کی۔ ذمہ دار وہ خود ہیں۔ شکایت دوسرے لوگ کرتے ہیں۔ ذمہ دار وہ خود ہیں کیونکہ وہ پیمپرنگ کر کے خراب کر دیا انہوں نے اس کو۔</w:t>
      </w:r>
    </w:p>
    <w:p>
      <w:r>
        <w:rPr>
          <w:b/>
        </w:rPr>
        <w:t xml:space="preserve">[1:31:17] </w:t>
      </w:r>
      <w:r>
        <w:t>das question is from mr khwaja kaleemuddin from pennsylvania. maulana sahib, is it necessary to learn what part of ar ibadat is farz or sunnat or nafil?</w:t>
      </w:r>
    </w:p>
    <w:p>
      <w:pPr>
        <w:jc w:val="right"/>
      </w:pPr>
      <w:r>
        <w:t>دس کوئسچن از فرام مسٹر خواجہ کلیم الدین فرام پینسلوینیا۔ مولانا صاحب، از اٹ نیسیسری ٹو لرن واٹ پارٹ اف ار عبادت از فرض اور سنت اور نفیل؟</w:t>
      </w:r>
    </w:p>
    <w:p>
      <w:r>
        <w:rPr>
          <w:b/>
        </w:rPr>
        <w:t xml:space="preserve">[1:31:35] </w:t>
      </w:r>
      <w:r>
        <w:t>dekhen, yeh sab taqseemát jo hain yeh yeh hadith mein nahin hain na quran mein hain. yeh fuqaha ne banai hain. yeh sab</w:t>
      </w:r>
    </w:p>
    <w:p>
      <w:pPr>
        <w:jc w:val="right"/>
      </w:pPr>
      <w:r>
        <w:t>دیکھیں، یہ سب تقسیمات جو ہیں یہ یہ حدیث میں نہیں ہیں نہ قرآن میں ہیں۔ یہ فقہاء نے بنائی ہیں۔ یہ سب</w:t>
      </w:r>
    </w:p>
    <w:p>
      <w:r>
        <w:rPr>
          <w:b/>
        </w:rPr>
        <w:t xml:space="preserve">[1:31:44] </w:t>
      </w:r>
      <w:r>
        <w:t>yeh samajh lijiye aap is ko</w:t>
      </w:r>
    </w:p>
    <w:p>
      <w:pPr>
        <w:jc w:val="right"/>
      </w:pPr>
      <w:r>
        <w:t>یہ سمجھ لیجئے آپ اس کو</w:t>
      </w:r>
    </w:p>
    <w:p>
      <w:r>
        <w:rPr>
          <w:b/>
        </w:rPr>
        <w:t xml:space="preserve">[1:31:46] </w:t>
      </w:r>
      <w:r>
        <w:t>keh namaz to bas namaz hai. bas sunnat-e-mukaddah, sunnat-e-ghair mukaddah. aur yeh kahan kahan hadith mein hai? yeh sab hai kahan hai?</w:t>
      </w:r>
    </w:p>
    <w:p>
      <w:pPr>
        <w:jc w:val="right"/>
      </w:pPr>
      <w:r>
        <w:t>کہ نماز تو بس نماز ہے۔ بس سنت موکدہ، سنت غیر موکدہ۔ اور یہ کہاں کہاں حدیث میں ہے؟ یہ سب ہے کہاں ہے؟</w:t>
      </w:r>
    </w:p>
    <w:p>
      <w:r>
        <w:rPr>
          <w:b/>
        </w:rPr>
        <w:t xml:space="preserve">[1:31:54] </w:t>
      </w:r>
      <w:r>
        <w:t>mujhe bataiye. bas namaz namaz hai. yeh is taqseem ko le kar namaz parhenge aap to kabhi namaz nahin ada kar payenge.</w:t>
      </w:r>
    </w:p>
    <w:p>
      <w:pPr>
        <w:jc w:val="right"/>
      </w:pPr>
      <w:r>
        <w:t>مجھے بتائیے۔ بس نماز نماز ہے۔ یہ اس تقسیم کو لے کر نماز پڑھیں گے آپ تو کبھی نماز نہیں ادا کر پائیں گے۔</w:t>
      </w:r>
    </w:p>
    <w:p>
      <w:r>
        <w:rPr>
          <w:b/>
        </w:rPr>
        <w:t xml:space="preserve">[1:32:04] </w:t>
      </w:r>
      <w:r>
        <w:t>aap</w:t>
      </w:r>
    </w:p>
    <w:p>
      <w:pPr>
        <w:jc w:val="right"/>
      </w:pPr>
      <w:r>
        <w:t>آپ</w:t>
      </w:r>
    </w:p>
    <w:p>
      <w:r>
        <w:rPr>
          <w:b/>
        </w:rPr>
        <w:t xml:space="preserve">[1:32:08] </w:t>
      </w:r>
      <w:r>
        <w:t>yeh taqseem agar aap ke zehn mein hai keh yeh sunnat hai, yeh nafl hai, yeh farz hai, yeh yeh mukaddah hai, yeh ghair mukaddah hai, falan falan. yeh to yeh to woh hai yani technical, technical woh hai yani definition.</w:t>
      </w:r>
    </w:p>
    <w:p>
      <w:pPr>
        <w:jc w:val="right"/>
      </w:pPr>
      <w:r>
        <w:t>یہ تقسیم اگر آپ کے ذہن میں ہے کہ یہ سنت ہے، یہ نفل ہے، یہ فرض ہے، یہ یہ موکدہ ہے، یہ غیر موکدہ ہے، فلاں فلاں۔ یہ تو یہ تو وہ ہے یعنی ٹیکنیکل، ٹیکنیکل وہ ہے یعنی ڈیفینیشن۔</w:t>
      </w:r>
    </w:p>
    <w:p>
      <w:r>
        <w:rPr>
          <w:b/>
        </w:rPr>
        <w:t xml:space="preserve">[1:32:26] </w:t>
      </w:r>
      <w:r>
        <w:t>agar technical definition le kar aap namaz parhte hain to aap technical namaz padhenge. technical namaz yeh technical namaz hai. yeh</w:t>
      </w:r>
    </w:p>
    <w:p>
      <w:pPr>
        <w:jc w:val="right"/>
      </w:pPr>
      <w:r>
        <w:t>اگر ٹیکنیکل ڈیفینیشن لے کر آپ نماز پڑھتے ہیں تو آپ ٹیکنیکل نماز پڑھیں گے۔ ٹیکنیکل نماز یہ ٹیکنیکل نماز ہے۔ یہ</w:t>
      </w:r>
    </w:p>
    <w:p>
      <w:r>
        <w:rPr>
          <w:b/>
        </w:rPr>
        <w:t xml:space="preserve">[1:32:35] </w:t>
      </w:r>
      <w:r>
        <w:t>namaz to ek yaad-e-khudawandi ka ek ek samandar hai jo aap namaz aap sine mein ulta hai. to aap yeh yaad rahega keh main farz kar raha hoon, sunnat padh raha hoon.</w:t>
      </w:r>
    </w:p>
    <w:p>
      <w:pPr>
        <w:jc w:val="right"/>
      </w:pPr>
      <w:r>
        <w:t>نماز تو ایک یاد خداوندی کا ایک ایک سمندر ہے جو آپ نماز آپ سینے میں الٹتا ہے۔ تو آپ یہ یاد رہے گا کہ میں فرض کر پڑھ رہا ہوں، سنت پڑھ رہا ہوں۔</w:t>
      </w:r>
    </w:p>
    <w:p>
      <w:r>
        <w:rPr>
          <w:b/>
        </w:rPr>
        <w:t xml:space="preserve">[1:32:47] </w:t>
      </w:r>
      <w:r>
        <w:t>yeh sab kuch nahin. namaz ki spirit apne andar jagaiye. spirit namaz ki jo spirit hai woh kya hai?</w:t>
      </w:r>
    </w:p>
    <w:p>
      <w:pPr>
        <w:jc w:val="right"/>
      </w:pPr>
      <w:r>
        <w:t>یہ سب کچھ نہیں۔ نماز کی سپرٹ اپنے اندر جگائیے۔ سپرٹ نماز کی جو سپرٹ ہے وہ کیا ہے؟</w:t>
      </w:r>
    </w:p>
    <w:p>
      <w:r>
        <w:rPr>
          <w:b/>
        </w:rPr>
        <w:t xml:space="preserve">[1:32:57] </w:t>
      </w:r>
      <w:r>
        <w:t>qad aflaha al mominun allazina hum fi salatihim khashi'un. yani khushu jo hai woh spirit hai namaz ki. Allah se ta'alluq, Allah ki yaad, Allah se mohabbat, Allah ka khauf.</w:t>
      </w:r>
    </w:p>
    <w:p>
      <w:pPr>
        <w:jc w:val="right"/>
      </w:pPr>
      <w:r>
        <w:t>قطع المومنون الذین فی صراط خاشعون۔ یعنی خشوع جو ہے وہ سپرٹ ہے نماز کی۔ اللہ سے تعلق، اللہ کی یاد، اللہ سے محبت، اللہ کا خوف۔</w:t>
      </w:r>
    </w:p>
    <w:p>
      <w:r>
        <w:rPr>
          <w:b/>
        </w:rPr>
        <w:t xml:space="preserve">[1:33:10] </w:t>
      </w:r>
      <w:r>
        <w:t>yeh sab baaten hain. to phir yeh sab boundaries toot jati hain. yeh sunnat hum padh rahe hain aur farz hum padh rahe hain.</w:t>
      </w:r>
    </w:p>
    <w:p>
      <w:pPr>
        <w:jc w:val="right"/>
      </w:pPr>
      <w:r>
        <w:t>یہ سب باتیں ہیں۔ تو پھر یہ سب باؤنڈریز ٹوٹ جاتی ہیں۔ یہ سنت ہم پڑھ رہے ہیں اور فرض ہم پڑھ رہے ہیں۔</w:t>
      </w:r>
    </w:p>
    <w:p>
      <w:r>
        <w:rPr>
          <w:b/>
        </w:rPr>
        <w:t xml:space="preserve">[1:33:16] </w:t>
      </w:r>
      <w:r>
        <w:t>yeh farz to to to ek routine ko qaim rakhne ke liye hai. yeh yeh farz jo hai yeh routine ko qaim karne ke liye hai. yeh panch routine bata diye gaye.</w:t>
      </w:r>
    </w:p>
    <w:p>
      <w:pPr>
        <w:jc w:val="right"/>
      </w:pPr>
      <w:r>
        <w:t>یہ فرض تو تو تو ایک روٹین کو قائم رکھنے کے لیے ہے۔ یہ یہ فرض جو ہے یہ روٹین کو قائم کرنے کے لیے ہے۔ یہ پانچ روٹین بتا دیے گئے۔</w:t>
      </w:r>
    </w:p>
    <w:p>
      <w:r>
        <w:rPr>
          <w:b/>
        </w:rPr>
        <w:t xml:space="preserve">[1:33:27] </w:t>
      </w:r>
      <w:r>
        <w:t>baqi namaz is se aala hai, is se upar hai.</w:t>
      </w:r>
    </w:p>
    <w:p>
      <w:pPr>
        <w:jc w:val="right"/>
      </w:pPr>
      <w:r>
        <w:t>باقی نماز اس سے اعلیٰ ہے، اس سے اوپر ہے۔</w:t>
      </w:r>
    </w:p>
    <w:p>
      <w:r>
        <w:rPr>
          <w:b/>
        </w:rPr>
        <w:t xml:space="preserve">[1:33:32] </w:t>
      </w:r>
      <w:r>
        <w:t>aur yeh paida hogi namaz. aap ko bohat ziyada study karen, aap quran ki bohat ziyada study karen, aap hadith ki bohat ziyada. Allah taala ke yani jo science hain, nature mein is ko socha bohat ziyada.</w:t>
      </w:r>
    </w:p>
    <w:p>
      <w:pPr>
        <w:jc w:val="right"/>
      </w:pPr>
      <w:r>
        <w:t>اور یہ پیدا ہوگی نماز۔ آپ کو بہت زیادہ اسٹڈی کریں، آپ قرآن کی بہت زیادہ اسٹڈی کریں، آپ حدیث کی بہت زیادہ۔ اللہ تعالی کے یعنی جو سائنس ہیں، نیچر میں اس کو سوچا بہت زیادہ۔</w:t>
      </w:r>
    </w:p>
    <w:p>
      <w:r>
        <w:rPr>
          <w:b/>
        </w:rPr>
        <w:t xml:space="preserve">[1:33:45] </w:t>
      </w:r>
      <w:r>
        <w:t>is se woh namaz paida hogi.</w:t>
      </w:r>
    </w:p>
    <w:p>
      <w:pPr>
        <w:jc w:val="right"/>
      </w:pPr>
      <w:r>
        <w:t>اس سے وہ نماز پیدا ہوگی۔</w:t>
      </w:r>
    </w:p>
    <w:p>
      <w:r>
        <w:rPr>
          <w:b/>
        </w:rPr>
        <w:t xml:space="preserve">[1:33:50] </w:t>
      </w:r>
      <w:r>
        <w:t>das question is from Mr Shafiq Ahmed from Saharanpur</w:t>
      </w:r>
    </w:p>
    <w:p>
      <w:pPr>
        <w:jc w:val="right"/>
      </w:pPr>
      <w:r>
        <w:t>دس کوئسچن از فرام مسٹر شفیق احمد فرام سہرن پور</w:t>
      </w:r>
    </w:p>
    <w:p>
      <w:r>
        <w:rPr>
          <w:b/>
        </w:rPr>
        <w:t xml:space="preserve">[1:33:57] </w:t>
      </w:r>
      <w:r>
        <w:t>. it is difficult to teach a general Muslim, but it is extra difficult to teach a Muslim scholar. if Muslim scholars are not changed, how can Muslims be changed?</w:t>
      </w:r>
    </w:p>
    <w:p>
      <w:pPr>
        <w:jc w:val="right"/>
      </w:pPr>
      <w:r>
        <w:t>۔ اٹ از ڈیفیکلٹ ٹو ٹیچ ا جنرل مسلم، بٹ اٹ از ایکسٹرا ڈیفیکلٹ ٹو ٹیچ ا مسلم سکالر۔ اف مسلم سکالرز ار ناٹ چینجڈ، ہاؤ کین مسلمز بی چینجڈ؟</w:t>
      </w:r>
    </w:p>
    <w:p>
      <w:r>
        <w:rPr>
          <w:b/>
        </w:rPr>
        <w:t xml:space="preserve">[1:34:11] </w:t>
      </w:r>
      <w:r>
        <w:t>nahin, nahin, koi difficulty nahin hai. difficulty hai keh aap chahen keh har aadmi jis se aap ne da'wa kiya woh badal jaye.</w:t>
      </w:r>
    </w:p>
    <w:p>
      <w:pPr>
        <w:jc w:val="right"/>
      </w:pPr>
      <w:r>
        <w:t>نہیں، نہیں، کوئی ڈیفیکلٹی نہیں ہے۔ ڈیفیکلٹی ہے کہ آپ چاہیں کہ ہر آدمی جس سے آپ نے دعویٰ ور کیا وہ بدل جائے۔</w:t>
      </w:r>
    </w:p>
    <w:p>
      <w:r>
        <w:rPr>
          <w:b/>
        </w:rPr>
        <w:t xml:space="preserve">[1:34:21] </w:t>
      </w:r>
      <w:r>
        <w:t>yeh hai difficulty. kyun badal jayega? har aadmi kyun badal jayega? seekhne wala badalta hai. seekhne wala</w:t>
      </w:r>
    </w:p>
    <w:p>
      <w:pPr>
        <w:jc w:val="right"/>
      </w:pPr>
      <w:r>
        <w:t>یہ ہے ڈیفیکلٹی۔ کیوں بدل جائے گا؟ ہر آدمی کیوں بدل جائے گا؟ سیکھر بدلتا ہے۔ سیکھر</w:t>
      </w:r>
    </w:p>
    <w:p>
      <w:r>
        <w:rPr>
          <w:b/>
        </w:rPr>
        <w:t xml:space="preserve">[1:34:27] </w:t>
      </w:r>
      <w:r>
        <w:t>scholar ho ya non-scholar ho, agar woh seekhne wala hai to badal jayega. woh jaise main ne qissa bataya aap ko Jalandhar ka, ek lady jo English literature ka subject hai, uska college mein English padhati hai.</w:t>
      </w:r>
    </w:p>
    <w:p>
      <w:pPr>
        <w:jc w:val="right"/>
      </w:pPr>
      <w:r>
        <w:t>اسکالر ہو یا نان اسکالر ہو، اگر وہ سیکھر ہے تو بدل جائے گا۔ وہ جیسے میں نے قصہ بتایا آپ کو جلندھر کا، ایک لیڈی جو انگلش لٹریچر سے کا سبجیکٹ ہے، اس کا کالج میں انگلش پڑھاتی ہے۔</w:t>
      </w:r>
    </w:p>
    <w:p>
      <w:r>
        <w:rPr>
          <w:b/>
        </w:rPr>
        <w:t xml:space="preserve">[1:34:42] </w:t>
      </w:r>
      <w:r>
        <w:t>bohat achhi English uski hai. lekin ek do kitab padh kar ke uska yeh haal hua keh us ne kaha keh main aap par namaz padhungi. to to bohat bari scholar thi woh.</w:t>
      </w:r>
    </w:p>
    <w:p>
      <w:pPr>
        <w:jc w:val="right"/>
      </w:pPr>
      <w:r>
        <w:t>بہت اچھی انگلش اس کی ہے۔ لیکن ایک دو کتاب پڑھ کر کے اس کا یہ حال ہوا کہ اس نے کہا کہ میں آپ پر نماز پڑھوں گی۔ تو تو بہت بڑی سکالر تھی وہ۔</w:t>
      </w:r>
    </w:p>
    <w:p>
      <w:r>
        <w:rPr>
          <w:b/>
        </w:rPr>
        <w:t xml:space="preserve">[1:34:52] </w:t>
      </w:r>
      <w:r>
        <w:t>to asal cheez yeh nahin hai keh scholar kaun hai, kaun non-scholar kaun hai. is ke andar seekhne ki spirit kitni hai.</w:t>
      </w:r>
    </w:p>
    <w:p>
      <w:pPr>
        <w:jc w:val="right"/>
      </w:pPr>
      <w:r>
        <w:t>تو اصل چیز یہ نہیں ہے کہ اسکالر کون ہے، کون نان اسکالر کون ہے۔ اس کے اندر سیکھنے کی سپرٹ کتنی ہے۔</w:t>
      </w:r>
    </w:p>
    <w:p>
      <w:r>
        <w:rPr>
          <w:b/>
        </w:rPr>
        <w:t xml:space="preserve">[1:35:03] </w:t>
      </w:r>
      <w:r>
        <w:t>jab jo seekhne wala hoga, wahi aap ki baat ko samjhega. to zalifada, zal ka matlab hai seekhne wala. to aap yeh yeh ek hunting ka process hai.</w:t>
      </w:r>
    </w:p>
    <w:p>
      <w:pPr>
        <w:jc w:val="right"/>
      </w:pPr>
      <w:r>
        <w:t>جب جو سیکھر ہوگا، وہی آپ کی بات کو سمجھے گا۔ تو ویدہ کا ذال الفہادہ، ذال کا معنی ہے سیکھر۔ تو آپ یہ یہ ایک ہنٹنگ کا پروسیس ہے۔</w:t>
      </w:r>
    </w:p>
    <w:p>
      <w:r>
        <w:rPr>
          <w:b/>
        </w:rPr>
        <w:t xml:space="preserve">[1:35:16] </w:t>
      </w:r>
      <w:r>
        <w:t>hunting process yani seekhne wale ko talash karna.</w:t>
      </w:r>
    </w:p>
    <w:p>
      <w:pPr>
        <w:jc w:val="right"/>
      </w:pPr>
      <w:r>
        <w:t>ہنٹنگ پروسیس یعنی سیکھر کو تلاش کرنا۔</w:t>
      </w:r>
    </w:p>
    <w:p>
      <w:r>
        <w:rPr>
          <w:b/>
        </w:rPr>
        <w:t xml:space="preserve">[1:35:20] </w:t>
      </w:r>
      <w:r>
        <w:t>aap jo da'wa kar rahe hain to is yeh samajh ke na kijiye keh 100 fisad sab log aap ki baat man lenge. nahin, that is hunting process. seekhne wala kaun kaun hai, us ko dhoondh rahe hain aap.</w:t>
      </w:r>
    </w:p>
    <w:p>
      <w:pPr>
        <w:jc w:val="right"/>
      </w:pPr>
      <w:r>
        <w:t>آپ جو دعویٰ ور کر رہے ہیں تو اس یہ سمجھ کے نہ کیجیے کہ 100 فیصد سب لوگ آپ کی بات مان لیں گے۔ نہیں، دیٹ از ہنٹنگ پروسیس۔ سیکھر کون کون ہے، اس کو ڈھونڈ رہے ہیں آپ۔</w:t>
      </w:r>
    </w:p>
    <w:p>
      <w:r>
        <w:rPr>
          <w:b/>
        </w:rPr>
        <w:t xml:space="preserve">[1:35:31] </w:t>
      </w:r>
      <w:r>
        <w:t>jahan aap sikhar pa jayen ge, woh foran aap ko positive response de ga. is pe aur zyada mehnat kijiye. fazl nafs, is pe zyada mehnat kijiye.</w:t>
      </w:r>
    </w:p>
    <w:p>
      <w:pPr>
        <w:jc w:val="right"/>
      </w:pPr>
      <w:r>
        <w:t>جہاں آپ سیکھر پا جائیں گے، وہ فوراً آپ کو پوزیٹیو رسپانس دے گا۔ اس پہ اور زیادہ محنت کیجیے۔ فضل نفس، اس پہ زیادہ محنت کیجیے۔</w:t>
      </w:r>
    </w:p>
    <w:p>
      <w:r>
        <w:rPr>
          <w:b/>
        </w:rPr>
        <w:t xml:space="preserve">[1:35:41] </w:t>
      </w:r>
      <w:r>
        <w:t>aa jayen aap kisi sikhar ko. aap yeh hai sahi process.</w:t>
      </w:r>
    </w:p>
    <w:p>
      <w:pPr>
        <w:jc w:val="right"/>
      </w:pPr>
      <w:r>
        <w:t>آ جائیں آپ کسی سیکھر کو۔ آپ یہ ہے صحیح پروسیس۔</w:t>
      </w:r>
    </w:p>
    <w:p>
      <w:r>
        <w:rPr>
          <w:b/>
        </w:rPr>
        <w:t xml:space="preserve">[1:35:46] </w:t>
      </w:r>
      <w:r>
        <w:t>das question is from Mr Noman Rasheed from New Delhi. Hazrat Umar ne ek aadmi ko dekha ke woh sharab peeta hai.</w:t>
      </w:r>
    </w:p>
    <w:p>
      <w:pPr>
        <w:jc w:val="right"/>
      </w:pPr>
      <w:r>
        <w:t>دس کوئسچن از فرام مسٹر نومن رشید فرام نیو دہلی۔ حضرت عمر نے ایک آدمی کو دیکھا کہ وہ شراب پیتا ہے۔</w:t>
      </w:r>
    </w:p>
    <w:p>
      <w:r>
        <w:rPr>
          <w:b/>
        </w:rPr>
        <w:t xml:space="preserve">[1:35:58] </w:t>
      </w:r>
      <w:r>
        <w:t>aap ne is aadmi ko naseehat ki aur apne sathiyon se kaha ke is ke liye dua karo. is ke baad is aadmi ne sharab chhod di.</w:t>
      </w:r>
    </w:p>
    <w:p>
      <w:pPr>
        <w:jc w:val="right"/>
      </w:pPr>
      <w:r>
        <w:t>آپ نے اس آدمی کو نصیحت کی اور اپنے ساتھیوں سے کہا کہ اس کے لیے دعا کرو۔ اس کے بعد اس آدمی نے شراب چھوڑ دی۔</w:t>
      </w:r>
    </w:p>
    <w:p>
      <w:r>
        <w:rPr>
          <w:b/>
        </w:rPr>
        <w:t xml:space="preserve">[1:36:10] </w:t>
      </w:r>
      <w:r>
        <w:t>is ke baad Hazrat Umar ne apne sathiyon se kaha ke jab tum apne bhaiyon ko kisi burai se dekho to is ki khair khwahi karo aur is ke bare mein shaitan ke madadgar na bano.</w:t>
      </w:r>
    </w:p>
    <w:p>
      <w:pPr>
        <w:jc w:val="right"/>
      </w:pPr>
      <w:r>
        <w:t>اس کے بعد حضرت عمر نے اپنے ساتھیوں سے کہا کہ جب تم اپنے بھائیوں کو کسی برائی سے دیکھو تو اس کی خیر خواہی کرو اور اس کے بارے میں شیطان کے مددگار نہ بنو۔</w:t>
      </w:r>
    </w:p>
    <w:p>
      <w:r>
        <w:rPr>
          <w:b/>
        </w:rPr>
        <w:t xml:space="preserve">[1:36:25] </w:t>
      </w:r>
      <w:r>
        <w:t>wala takunu lilshaitani awana. Maulana, is waqeye ko explain kijiye. is ke last part ka matlab kya hai?</w:t>
      </w:r>
    </w:p>
    <w:p>
      <w:pPr>
        <w:jc w:val="right"/>
      </w:pPr>
      <w:r>
        <w:t>ولا تكونوا للشیطانی اوانا۔ مولانا، اس واقعے کو ایکسپلین کیجئے۔ اس کے لاسٹ پارٹ کا مطلب کیا ہے؟</w:t>
      </w:r>
    </w:p>
    <w:p>
      <w:r>
        <w:rPr>
          <w:b/>
        </w:rPr>
        <w:t xml:space="preserve">[1:36:37] </w:t>
      </w:r>
      <w:r>
        <w:t>hmm, is ka matlab yeh hai ke shaitan ke yani is ke mamle mein to shaitan ka role na ada karo.</w:t>
      </w:r>
    </w:p>
    <w:p>
      <w:pPr>
        <w:jc w:val="right"/>
      </w:pPr>
      <w:r>
        <w:t>ہمم، اس کا مطلب یہ ہے کہ شیطان کے یعنی اس کے معاملے میں تو شیطان کا رول نہ ادا کرو۔</w:t>
      </w:r>
    </w:p>
    <w:p>
      <w:r>
        <w:rPr>
          <w:b/>
        </w:rPr>
        <w:t xml:space="preserve">[1:36:47] </w:t>
      </w:r>
      <w:r>
        <w:t>yani is ke andar jo ego baitha hua hai, us ko mat jagao. agar aap narmi se kahein to is ka consciousness jaage ga. ego jo hai, woh represent karta hai shaitan ko aur consciousness ego represent karta hai malaika ko</w:t>
      </w:r>
    </w:p>
    <w:p>
      <w:pPr>
        <w:jc w:val="right"/>
      </w:pPr>
      <w:r>
        <w:t>یعنی اس کے اندر جو ایگو بیٹھا ہوا ہے، اس کو مت جگاؤ۔ اگر آپ نرمی سے کہیں تو اس کا کانشیس جاگے گا۔ ایگو جو ہے، وہ ریپریزنٹ کرتا ہے شیطان کو اور کانشیس ایگو ریپریزنٹ کرتا ہے ملائکہ کو</w:t>
      </w:r>
    </w:p>
    <w:p>
      <w:r>
        <w:rPr>
          <w:b/>
        </w:rPr>
        <w:t xml:space="preserve">[1:37:03] </w:t>
      </w:r>
      <w:r>
        <w:t>. har har aadmi ke dil mein, dil mein har aadmi ke seene mein ek consciousness hai, ek ego hai. to agar aap narmi se samjhayein, is ke liye dua karein to is ka consciousness jaage ga.</w:t>
      </w:r>
    </w:p>
    <w:p>
      <w:pPr>
        <w:jc w:val="right"/>
      </w:pPr>
      <w:r>
        <w:t>۔ ہر ہر آدمی کے دل میں، دل میں ہر آدمی کے سینے میں ایک کانشیس ہے، ایک ایگو ہے۔ تو اگر آپ نرمی سے سمجھائیں، اس کے لیے دعا کریں تو اس کا کانشیس جاگے گا۔</w:t>
      </w:r>
    </w:p>
    <w:p>
      <w:r>
        <w:rPr>
          <w:b/>
        </w:rPr>
        <w:t xml:space="preserve">[1:37:16] </w:t>
      </w:r>
      <w:r>
        <w:t>is kaam ko chhod de ga woh. lekin agar lage bura bhala kehne, us ko laanat taan karne to ego jaag pare ga. to ego ko mat jagao.</w:t>
      </w:r>
    </w:p>
    <w:p>
      <w:pPr>
        <w:jc w:val="right"/>
      </w:pPr>
      <w:r>
        <w:t>اس کام کو چھوڑ دے گا وہ۔ لیکن اگر لگے برا بھلا کہنے، اس کو لعنت طعن کرنے تو ایگو جاگ پڑے گا۔ تو ایگو کو مت جگاؤ۔</w:t>
      </w:r>
    </w:p>
    <w:p>
      <w:r>
        <w:rPr>
          <w:b/>
        </w:rPr>
        <w:t xml:space="preserve">[1:37:26] </w:t>
      </w:r>
      <w:r>
        <w:t>is ka matlab yeh hai doosra agar lafz badal dein aap to aap ne farmaya ke is ke consciousness ko jagao. is ke ego ko mat jagao. consciousness ko jagao ge to baat ko maan le ga.</w:t>
      </w:r>
    </w:p>
    <w:p>
      <w:pPr>
        <w:jc w:val="right"/>
      </w:pPr>
      <w:r>
        <w:t>اس کا مطلب یہ ہے دوسرا اگر لفظ بدل دیں آپ تو آپ نے فرمایا کہ اس کے کانشیس کو جگاؤ۔ اس کے ایگو کو مت جگاؤ۔ کانشیس کو جگاؤ گے تو بات کو مان لے گا۔</w:t>
      </w:r>
    </w:p>
    <w:p>
      <w:r>
        <w:rPr>
          <w:b/>
        </w:rPr>
        <w:t xml:space="preserve">[1:37:35] </w:t>
      </w:r>
      <w:r>
        <w:t>ego ko jagao ge to woh to bhadkaye ga, ladai chhod de ga. to aap is ke lafz badal dein to matlab is ka yahi hai ke kisi ko burai mein dekho to is ke consciousness ko jagao.</w:t>
      </w:r>
    </w:p>
    <w:p>
      <w:pPr>
        <w:jc w:val="right"/>
      </w:pPr>
      <w:r>
        <w:t>ایگو کو جگاؤ گے تو وہ تو بھڑکائے گا، لڑائی چھوڑ دے گا۔ تو آپ اس کے لفظ بدل دیں تو مطلب اس کا یہی ہے کہ کسی کو برائی میں دیکھو تو اس کے کانشیس کو جگاؤ۔</w:t>
      </w:r>
    </w:p>
    <w:p>
      <w:r>
        <w:rPr>
          <w:b/>
        </w:rPr>
        <w:t xml:space="preserve">[1:37:47] </w:t>
      </w:r>
      <w:r>
        <w:t>is ke ego ko mat jagao har giz. tumhara galat ravaiyya, tumhara galat andaaz baat kehne ka,</w:t>
      </w:r>
    </w:p>
    <w:p>
      <w:pPr>
        <w:jc w:val="right"/>
      </w:pPr>
      <w:r>
        <w:t>اس کے ایگو کو مت جگاؤ ہرگز۔ تمہارا غلط رویہ، تمہارا غلط انداز بات کہنے کا،</w:t>
      </w:r>
    </w:p>
    <w:p>
      <w:r>
        <w:rPr>
          <w:b/>
        </w:rPr>
        <w:t xml:space="preserve">[1:37:55] </w:t>
      </w:r>
      <w:r>
        <w:t>is ke ego ko bhadka de ga. to phir to to aur door ho jaye ga. yeh matlab hai is ka.</w:t>
      </w:r>
    </w:p>
    <w:p>
      <w:pPr>
        <w:jc w:val="right"/>
      </w:pPr>
      <w:r>
        <w:t>اس کے ایگو کو بھڑکا دے گا۔ تو پھر تو تو اور دور ہو جائے گا۔ یہ مطلب ہے اس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