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Dars-e-Quran, Chapter 2, Verse 61 February 11, 2018</w:t>
      </w:r>
    </w:p>
    <w:p>
      <w:r>
        <w:t>https://www.youtube.com/watch?v=rgoE0nvFJJI</w:t>
      </w:r>
    </w:p>
    <w:p>
      <w:r>
        <w:rPr>
          <w:b/>
        </w:rPr>
        <w:t xml:space="preserve">[00:10] </w:t>
      </w:r>
      <w:r>
        <w:t>bismillah al rahman al rahim, wa salla Allahu ala al nabiy al kareem. rab ishrah li sadri, wa yassir li amri, wa ahlu al uqdatan min lisani,</w:t>
      </w:r>
    </w:p>
    <w:p>
      <w:pPr>
        <w:jc w:val="right"/>
      </w:pPr>
      <w:r>
        <w:t>بسم اللہ الرحمن الرحیم، وصلی اللہ علی النبی الکریم۔ رب اشرح لی صدری، ویسر لی امری، واحل العقدۃ من لسانی،</w:t>
      </w:r>
    </w:p>
    <w:p>
      <w:r>
        <w:rPr>
          <w:b/>
        </w:rPr>
        <w:t xml:space="preserve">[00:25] </w:t>
      </w:r>
      <w:r>
        <w:t>yaf qahu qawli.</w:t>
      </w:r>
    </w:p>
    <w:p>
      <w:pPr>
        <w:jc w:val="right"/>
      </w:pPr>
      <w:r>
        <w:t>یفقہ قولی۔</w:t>
      </w:r>
    </w:p>
    <w:p>
      <w:r>
        <w:rPr>
          <w:b/>
        </w:rPr>
        <w:t xml:space="preserve">[00:32] </w:t>
      </w:r>
      <w:r>
        <w:t>gyarah february do hazar atharah.</w:t>
      </w:r>
    </w:p>
    <w:p>
      <w:pPr>
        <w:jc w:val="right"/>
      </w:pPr>
      <w:r>
        <w:t>گیارہ فروری دو ہزار اٹھارہ۔</w:t>
      </w:r>
    </w:p>
    <w:p>
      <w:r>
        <w:rPr>
          <w:b/>
        </w:rPr>
        <w:t xml:space="preserve">[00:40] </w:t>
      </w:r>
      <w:r>
        <w:t>jaisa ke aap jante hain, dars e quran mein is waqt surah al baqarah jaari hai.</w:t>
      </w:r>
    </w:p>
    <w:p>
      <w:pPr>
        <w:jc w:val="right"/>
      </w:pPr>
      <w:r>
        <w:t>جیسا کہ آپ جانتے ہیں، درس قرآن میں اس وقت سورہ البقرہ جاری ہے۔</w:t>
      </w:r>
    </w:p>
    <w:p>
      <w:r>
        <w:rPr>
          <w:b/>
        </w:rPr>
        <w:t xml:space="preserve">[00:51] </w:t>
      </w:r>
      <w:r>
        <w:t>aur is ka jo hissa zer e dars hai, woh pehle padha jayega, phir is ka tarjuma kiya jayega, phir is ki sharah.</w:t>
      </w:r>
    </w:p>
    <w:p>
      <w:pPr>
        <w:jc w:val="right"/>
      </w:pPr>
      <w:r>
        <w:t>اور اس کا جو حصہ زیرِ درس ہے، وہ پہلے پڑھا جائے گا، پھر اس کا ترجمہ کیا جائے گا، پھر اس کی شرح۔</w:t>
      </w:r>
    </w:p>
    <w:p>
      <w:r>
        <w:rPr>
          <w:b/>
        </w:rPr>
        <w:t xml:space="preserve">[01:06] </w:t>
      </w:r>
      <w:r>
        <w:t>bismillah al rahman al rahim. wa iz qultum ya musa lan nasbir ala ta'am wahed fad'u lana rabbaka yukhrij lana mimma tunbit al ard min baqliha wa qiththa'iha wa fawmiha wa adasiha wa basalih.</w:t>
      </w:r>
    </w:p>
    <w:p>
      <w:pPr>
        <w:jc w:val="right"/>
      </w:pPr>
      <w:r>
        <w:t>بسم اللہ الرحمن الرحیم۔ واذ قلتم یا موسی لن نصبر علی طعام واحد فادع لنا ربک یخرج لنا مما تنبت الارض من بقلہا وقثائہ وفومہا وعدسہ وبصلہ۔</w:t>
      </w:r>
    </w:p>
    <w:p>
      <w:r>
        <w:rPr>
          <w:b/>
        </w:rPr>
        <w:t xml:space="preserve">[01:23] </w:t>
      </w:r>
      <w:r>
        <w:t>qala: "atastabdilun alladhi huwa adna billadhi huwa khair?" ihtabu misran fa inna lakum ma sa'altum.</w:t>
      </w:r>
    </w:p>
    <w:p>
      <w:pPr>
        <w:jc w:val="right"/>
      </w:pPr>
      <w:r>
        <w:t>قال: "اتستبدلون الذیھو ادنی بالذیھو خیر؟" اہبتو مصرا، فان لکم ما سألتم۔</w:t>
      </w:r>
    </w:p>
    <w:p>
      <w:r>
        <w:rPr>
          <w:b/>
        </w:rPr>
        <w:t xml:space="preserve">[01:32] </w:t>
      </w:r>
      <w:r>
        <w:t>wa duribat alayhim al dhillatu wal maskanah, wa ba'u bi ghadabin min Allah. dhalika bi annahum kano yakfuruna bi ayati Allah, wa yaqtuluna al nabiyyin bi ghair al haqq.</w:t>
      </w:r>
    </w:p>
    <w:p>
      <w:pPr>
        <w:jc w:val="right"/>
      </w:pPr>
      <w:r>
        <w:t>وضربت علیہم الذلت والمسکنہ، وباؤ بغضب من اللہ۔ ذالک بانہم کانو یکفرون بایات اللہ، ويقتلون النبیین بغیر الحق۔</w:t>
      </w:r>
    </w:p>
    <w:p>
      <w:r>
        <w:rPr>
          <w:b/>
        </w:rPr>
        <w:t xml:space="preserve">[01:45] </w:t>
      </w:r>
      <w:r>
        <w:t>dhalika bima asaw kano ya'tadun. surah al baqarah ayat number 61, chapter two, verse number 61.</w:t>
      </w:r>
    </w:p>
    <w:p>
      <w:pPr>
        <w:jc w:val="right"/>
      </w:pPr>
      <w:r>
        <w:t>ذالک بما عسو کانو یعتدون۔ سورہ البقرہ آیت نمبر 61، چیپٹر ٹو، ورس نمبر 61۔</w:t>
      </w:r>
    </w:p>
    <w:p>
      <w:r>
        <w:rPr>
          <w:b/>
        </w:rPr>
        <w:t xml:space="preserve">[01:56] </w:t>
      </w:r>
      <w:r>
        <w:t>aur jab tum ne kaha:</w:t>
      </w:r>
    </w:p>
    <w:p>
      <w:pPr>
        <w:jc w:val="right"/>
      </w:pPr>
      <w:r>
        <w:t>اور جب تم نے کہا:</w:t>
      </w:r>
    </w:p>
    <w:p>
      <w:r>
        <w:rPr>
          <w:b/>
        </w:rPr>
        <w:t xml:space="preserve">[01:59] </w:t>
      </w:r>
      <w:r>
        <w:t>"aye musa! hum ek hi qism ke khane par hargiz sabr nahi kar sakte. apne rab ko hamare liye pukaaro ke woh nikale hum ko jo ugta hai zameen mein:</w:t>
      </w:r>
    </w:p>
    <w:p>
      <w:pPr>
        <w:jc w:val="right"/>
      </w:pPr>
      <w:r>
        <w:t>"اے موسی! ہم ایک ہی قسم کے کھانے پر ہرگز صبر نہیں کر سکتے۔" اپنے رب کو ہمارے لیے پکارو کہ وہ نکالے ہم کو جو اگتا ہے زمین میں:</w:t>
      </w:r>
    </w:p>
    <w:p>
      <w:r>
        <w:rPr>
          <w:b/>
        </w:rPr>
        <w:t xml:space="preserve">[02:14] </w:t>
      </w:r>
      <w:r>
        <w:t>saag aur kookri aur gehoon aur masoor aur pyaaz. musa ne kaha: "kya tum ek behtar cheez ke badle ek itni cheez ko apnana chahte ho?" kisi shehar mein utro to tum ko milegi woh cheez jo tum mangte ho.</w:t>
      </w:r>
    </w:p>
    <w:p>
      <w:pPr>
        <w:jc w:val="right"/>
      </w:pPr>
      <w:r>
        <w:t>ساگ اور ککڑی اور گیہوں اور مسور اور پیاز۔ موسی نے کہا: "کیا تم ایک بہتر چیز کے بدلے ایک اتنی چیز کو اپنانا چاہتے ہو؟" کسی شہر میں اترو تو تم کو ملے گی وہ چیز جو تم مانگتے ہو۔</w:t>
      </w:r>
    </w:p>
    <w:p>
      <w:r>
        <w:rPr>
          <w:b/>
        </w:rPr>
        <w:t xml:space="preserve">[02:31] </w:t>
      </w:r>
      <w:r>
        <w:t>aur daal di gayi un par zillat aur muhtaji, aur woh ghazab ilahi ke mustahiq ho gaye. yeh is wajah se hua ke woh Allah ki nishaniyon ka inkar karte the aur nabiyon ko nahak qatal karte the.</w:t>
      </w:r>
    </w:p>
    <w:p>
      <w:pPr>
        <w:jc w:val="right"/>
      </w:pPr>
      <w:r>
        <w:t>اور ڈال دی گئی ان پر ذلت اور محتاجی، اور وہ غضب الہی کے مستحق ہو گئے۔ یہ اس وجہ سے ہوا کہ وہ اللہ کی نشانیوں کا انکار کرتے تھے اور نبیوں کو ناحق قتل کرتے تھے۔</w:t>
      </w:r>
    </w:p>
    <w:p>
      <w:r>
        <w:rPr>
          <w:b/>
        </w:rPr>
        <w:t xml:space="preserve">[02:46] </w:t>
      </w:r>
      <w:r>
        <w:t>yeh is wajah se ke unhon ne nafarmani ki aur woh had par na rehte the.</w:t>
      </w:r>
    </w:p>
    <w:p>
      <w:pPr>
        <w:jc w:val="right"/>
      </w:pPr>
      <w:r>
        <w:t>یہ اس وجہ سے کہ انہوں نے نافرمانی کی اور وہ حد پر نہ رہتے تھے۔</w:t>
      </w:r>
    </w:p>
    <w:p>
      <w:r>
        <w:rPr>
          <w:b/>
        </w:rPr>
        <w:t xml:space="preserve">[02:55] </w:t>
      </w:r>
      <w:r>
        <w:t>dekhiye, yahan par bani israel yani yahood ka tazkira hai. lekin yeh quran ka maqsad yahood ki tareekh batana nahi hai.</w:t>
      </w:r>
    </w:p>
    <w:p>
      <w:pPr>
        <w:jc w:val="right"/>
      </w:pPr>
      <w:r>
        <w:t>دیکھیے، یہاں پر بنی اسرائیل یعنی یہود کا تذکرہ ہے۔ لیکن یہ قرآن کا مقصد یہود کی تاریخ بتانا نہیں ہے۔</w:t>
      </w:r>
    </w:p>
    <w:p>
      <w:r>
        <w:rPr>
          <w:b/>
        </w:rPr>
        <w:t xml:space="preserve">[03:12] </w:t>
      </w:r>
      <w:r>
        <w:t>balkeh yahood ke hawale se ek aam sabak dena hai.</w:t>
      </w:r>
    </w:p>
    <w:p>
      <w:pPr>
        <w:jc w:val="right"/>
      </w:pPr>
      <w:r>
        <w:t>بلکہ یہود کے حوالے سے ایک عام سبق دینا ہے۔</w:t>
      </w:r>
    </w:p>
    <w:p>
      <w:r>
        <w:rPr>
          <w:b/>
        </w:rPr>
        <w:t xml:space="preserve">[03:23] </w:t>
      </w:r>
      <w:r>
        <w:t>yahood qadeem zamane mein</w:t>
      </w:r>
    </w:p>
    <w:p>
      <w:pPr>
        <w:jc w:val="right"/>
      </w:pPr>
      <w:r>
        <w:t>یہود قدیم زمانے میں</w:t>
      </w:r>
    </w:p>
    <w:p>
      <w:r>
        <w:rPr>
          <w:b/>
        </w:rPr>
        <w:t xml:space="preserve">[03:28] </w:t>
      </w:r>
      <w:r>
        <w:t>is is maqsad ke liye in ko batain kiya gaya tha ke woh Allah ke deen ko tamam qaumon tak pohnchain.</w:t>
      </w:r>
    </w:p>
    <w:p>
      <w:pPr>
        <w:jc w:val="right"/>
      </w:pPr>
      <w:r>
        <w:t>اس اس مقصد کے لیے ان کو بتین کیا گیا تھا کہ وہ اللہ کے دین کو تمام قوموں تک پہنچائیں۔</w:t>
      </w:r>
    </w:p>
    <w:p>
      <w:r>
        <w:rPr>
          <w:b/>
        </w:rPr>
        <w:t xml:space="preserve">[03:41] </w:t>
      </w:r>
      <w:r>
        <w:t>is ke baad un ki yeh hesiyat mansookh ho gayi. aur Rasool Allah Sal Allah Alaihi Wasallam ke zahoor ke baad yeh hesiyat ummat e Muhammadi ki qarar paai.</w:t>
      </w:r>
    </w:p>
    <w:p>
      <w:pPr>
        <w:jc w:val="right"/>
      </w:pPr>
      <w:r>
        <w:t>اس کے بعد ان کی یہ حیثیت منسوخ ہو گئی۔ اور رسول اللہ صلی اللہ علیہ وسلم کے ظہور کے بعد یہ حیثیت امت محمدی کی قرار پائی۔</w:t>
      </w:r>
    </w:p>
    <w:p>
      <w:r>
        <w:rPr>
          <w:b/>
        </w:rPr>
        <w:t xml:space="preserve">[03:55] </w:t>
      </w:r>
      <w:r>
        <w:t>to aaj ke lehaz se dekha jaye to yeh aayatein ummat e muslema ke liye sabaq ki hesiyat rakhti hain.</w:t>
      </w:r>
    </w:p>
    <w:p>
      <w:pPr>
        <w:jc w:val="right"/>
      </w:pPr>
      <w:r>
        <w:t>تو آج کے لحاظ سے دیکھا جائے تو یہ آیتیں امت مسلمہ کے لیے سبق کی حیثیت رکھتی ہیں۔</w:t>
      </w:r>
    </w:p>
    <w:p>
      <w:r>
        <w:rPr>
          <w:b/>
        </w:rPr>
        <w:t xml:space="preserve">[04:06] </w:t>
      </w:r>
      <w:r>
        <w:t>is par aap ghore kijiye to is mein Allah taala ka aik qanoon bataya gaya hai.</w:t>
      </w:r>
    </w:p>
    <w:p>
      <w:pPr>
        <w:jc w:val="right"/>
      </w:pPr>
      <w:r>
        <w:t>اس پر آپ غور کیجیے تو اس میں اللہ تعالی کا ایک قانون بتایا گیا ہے۔</w:t>
      </w:r>
    </w:p>
    <w:p>
      <w:r>
        <w:rPr>
          <w:b/>
        </w:rPr>
        <w:t xml:space="preserve">[04:16] </w:t>
      </w:r>
      <w:r>
        <w:t>woh yeh hai ke Yahood ko Hazrat Musa ke zamanay mein</w:t>
      </w:r>
    </w:p>
    <w:p>
      <w:pPr>
        <w:jc w:val="right"/>
      </w:pPr>
      <w:r>
        <w:t>وہ یہ ہے کہ یہود کو حضرت موسی کے زمانے میں</w:t>
      </w:r>
    </w:p>
    <w:p>
      <w:r>
        <w:rPr>
          <w:b/>
        </w:rPr>
        <w:t xml:space="preserve">[04:26] </w:t>
      </w:r>
      <w:r>
        <w:t>yeh kaha gaya ke tum ko man salwa utray ga. yaani tum Allah ke deen ka kaam karo, dawat ka kaam karo.</w:t>
      </w:r>
    </w:p>
    <w:p>
      <w:pPr>
        <w:jc w:val="right"/>
      </w:pPr>
      <w:r>
        <w:t>یہ کہا گیا کہ تم کو من سلوٰی اترے گا۔ یعنی تم اللہ کے دین کا کام کرو، دعوت کا کام کرو۔</w:t>
      </w:r>
    </w:p>
    <w:p>
      <w:r>
        <w:rPr>
          <w:b/>
        </w:rPr>
        <w:t xml:space="preserve">[04:40] </w:t>
      </w:r>
      <w:r>
        <w:t>aur tumhara rizq aasmani, tumhare rizq ke liye aik aasmani supply ka intezam hoga.</w:t>
      </w:r>
    </w:p>
    <w:p>
      <w:pPr>
        <w:jc w:val="right"/>
      </w:pPr>
      <w:r>
        <w:t>اور تمہارا رزق آسمانی، تمہارے رزق کے لیے ایک آسمانی سپلائی کا انتظام ہوگا۔</w:t>
      </w:r>
    </w:p>
    <w:p>
      <w:r>
        <w:rPr>
          <w:b/>
        </w:rPr>
        <w:t xml:space="preserve">[04:49] </w:t>
      </w:r>
      <w:r>
        <w:t>bohat ajeeb baat hai. man aik</w:t>
      </w:r>
    </w:p>
    <w:p>
      <w:pPr>
        <w:jc w:val="right"/>
      </w:pPr>
      <w:r>
        <w:t>بہت عجیب بات ہے۔ من ایک</w:t>
      </w:r>
    </w:p>
    <w:p>
      <w:r>
        <w:rPr>
          <w:b/>
        </w:rPr>
        <w:t xml:space="preserve">[04:59] </w:t>
      </w:r>
      <w:r>
        <w:t>shabnam jaisi aik cheez hoti thi. aur salwa se murad bater. to yeh aata to ooper se aur aasani se is ko le lete thay Yahood.</w:t>
      </w:r>
    </w:p>
    <w:p>
      <w:pPr>
        <w:jc w:val="right"/>
      </w:pPr>
      <w:r>
        <w:t>شبنم جیسی ایک چیز ہوتی تھی۔ اور سلوٰی سے مراد بٹیر۔ تو یہ آتا تو اوپر سے اور آسانی سے اس کو لے لیتے تھے یہود۔</w:t>
      </w:r>
    </w:p>
    <w:p>
      <w:r>
        <w:rPr>
          <w:b/>
        </w:rPr>
        <w:t xml:space="preserve">[05:12] </w:t>
      </w:r>
      <w:r>
        <w:t>jab woh gaye sehraaye Seena ke maidan mein. to is ka matlab kya hai?</w:t>
      </w:r>
    </w:p>
    <w:p>
      <w:pPr>
        <w:jc w:val="right"/>
      </w:pPr>
      <w:r>
        <w:t>جب وہ گئے صحرائے سینا کے میدان میں۔ تو اس کا مطلب کیا ہے؟</w:t>
      </w:r>
    </w:p>
    <w:p>
      <w:r>
        <w:rPr>
          <w:b/>
        </w:rPr>
        <w:t xml:space="preserve">[05:21] </w:t>
      </w:r>
      <w:r>
        <w:t>is ka matlab yeh hai ke Allah taala jis ko jis ke ooper dawat ki zimmedari daalte hain, dawat Allah ki zimmedari,</w:t>
      </w:r>
    </w:p>
    <w:p>
      <w:pPr>
        <w:jc w:val="right"/>
      </w:pPr>
      <w:r>
        <w:t>اس کا مطلب یہ ہے کہ اللہ تعالی جس کو جس کے اوپر دعوت کی ذمہ داری ڈالتے ہیں، دعوت اللہ کی ذمہ داری،</w:t>
      </w:r>
    </w:p>
    <w:p>
      <w:r>
        <w:rPr>
          <w:b/>
        </w:rPr>
        <w:t xml:space="preserve">[05:35] </w:t>
      </w:r>
      <w:r>
        <w:t>to us ke rizq ka intezam Allah ki taraf se kiya aata hai? rizq ka intezam. yaani tum deen e KhudaWandi ko phailanay ka kaam karo aur tumhara rizq Allah ki taraf se tum ko phochta rahe ga.</w:t>
      </w:r>
    </w:p>
    <w:p>
      <w:pPr>
        <w:jc w:val="right"/>
      </w:pPr>
      <w:r>
        <w:t>تو اس کے رزق کا انتظام اللہ کی طرف سے کیا آتا ہے؟ رزق کا انتظام۔ یعنی تم دین خداوندی کو پھیلانے کا کام کرو اور تمہارا رزق اللہ کی طرف سے تم کو پہنچتا رہے گا۔</w:t>
      </w:r>
    </w:p>
    <w:p>
      <w:r>
        <w:rPr>
          <w:b/>
        </w:rPr>
        <w:t xml:space="preserve">[05:53] </w:t>
      </w:r>
      <w:r>
        <w:t>isi ka naam tha man salwa. to qadeem zamanay mein yeh rizq aasmani rizq ke taur par un ke paas aata tha.</w:t>
      </w:r>
    </w:p>
    <w:p>
      <w:pPr>
        <w:jc w:val="right"/>
      </w:pPr>
      <w:r>
        <w:t>اسی کا نام تھا من سلوٰی۔ تو قدیم زمانے میں یہ رزق آسمانی رزق کے طور پر ان کے پاس آتا تھا۔</w:t>
      </w:r>
    </w:p>
    <w:p>
      <w:r>
        <w:rPr>
          <w:b/>
        </w:rPr>
        <w:t xml:space="preserve">[06:05] </w:t>
      </w:r>
      <w:r>
        <w:t>aasmani rizq. yahi aaj bhi nizam qaim hai. aik farq hai magar.</w:t>
      </w:r>
    </w:p>
    <w:p>
      <w:pPr>
        <w:jc w:val="right"/>
      </w:pPr>
      <w:r>
        <w:t>آسمانی رزق۔ یہی آج بھی نظام قائم ہے۔ ایک فرق ہے مگر۔</w:t>
      </w:r>
    </w:p>
    <w:p>
      <w:r>
        <w:rPr>
          <w:b/>
        </w:rPr>
        <w:t xml:space="preserve">[06:15] </w:t>
      </w:r>
      <w:r>
        <w:t>qadeem zamanay mein yaani qadeem zamanay se murad hai ziraati daur mein, agricultural period mein, yeh rizq aata tha aasmani nizam ke tehat.</w:t>
      </w:r>
    </w:p>
    <w:p>
      <w:pPr>
        <w:jc w:val="right"/>
      </w:pPr>
      <w:r>
        <w:t>قدیم زمانے میں یعنی قدیم زمانے سے مراد ہے زراعتی دور میں، ایگریکلچرل پیریڈ میں، یہ رزق آتا تھا آسمانی نظام کے تحت۔</w:t>
      </w:r>
    </w:p>
    <w:p>
      <w:r>
        <w:rPr>
          <w:b/>
        </w:rPr>
        <w:t xml:space="preserve">[06:27] </w:t>
      </w:r>
      <w:r>
        <w:t>yaani aasmani rizq. ab mein samajhta hoon ke ziyada bara intezam kiya hai Allah taala ne. woh hai economy ka explosion.</w:t>
      </w:r>
    </w:p>
    <w:p>
      <w:pPr>
        <w:jc w:val="right"/>
      </w:pPr>
      <w:r>
        <w:t>یعنی آسمانی رزق۔ اب میں سمجھتا ہوں کہ زیادہ بڑا انتظام کیا ہے اللہ تعالی نے۔ وہ ہے اکانومی کا ایکسپلوژن۔</w:t>
      </w:r>
    </w:p>
    <w:p>
      <w:r>
        <w:rPr>
          <w:b/>
        </w:rPr>
        <w:t xml:space="preserve">[06:39] </w:t>
      </w:r>
      <w:r>
        <w:t>industrial age ke nateejay mein. pehle insaan ke liye rizq hasil karne ka zariya sirf ziraat hua karti thi.</w:t>
      </w:r>
    </w:p>
    <w:p>
      <w:pPr>
        <w:jc w:val="right"/>
      </w:pPr>
      <w:r>
        <w:t>انڈسٹریل ایج کے نتیجے میں۔ پہلے انسان کے لیے رزق حاصل کرنے کا ذریعہ صرف زراعت ہوا کرتی تھی۔</w:t>
      </w:r>
    </w:p>
    <w:p>
      <w:r>
        <w:rPr>
          <w:b/>
        </w:rPr>
        <w:t xml:space="preserve">[06:51] </w:t>
      </w:r>
      <w:r>
        <w:t>ab industrial age mein beshumar naye sooraten paida ho gayi hain. aap ba aasani apna rizq hasil kar sakte hain.</w:t>
      </w:r>
    </w:p>
    <w:p>
      <w:pPr>
        <w:jc w:val="right"/>
      </w:pPr>
      <w:r>
        <w:t>اب انڈسٹریل ایج میں بے شمار نئے صورتیں پیدا ہو گئی ہیں۔ آپ باآسانی اپنا رزق حاصل کر سکتے ہیں۔</w:t>
      </w:r>
    </w:p>
    <w:p>
      <w:r>
        <w:rPr>
          <w:b/>
        </w:rPr>
        <w:t xml:space="preserve">[07:02] </w:t>
      </w:r>
      <w:r>
        <w:t>to Allah ke intezam ke tehat rizq hasil kijiye aur dawat ka kaam karte rahiye.</w:t>
      </w:r>
    </w:p>
    <w:p>
      <w:pPr>
        <w:jc w:val="right"/>
      </w:pPr>
      <w:r>
        <w:t>تو اللہ کے انتظام کے تحت رزق حاصل کیجیے اور دعوت کا کام کرتے رہیے۔</w:t>
      </w:r>
    </w:p>
    <w:p>
      <w:r>
        <w:rPr>
          <w:b/>
        </w:rPr>
        <w:t xml:space="preserve">[07:14] </w:t>
      </w:r>
      <w:r>
        <w:t>lekin is mein aik shart hai.</w:t>
      </w:r>
    </w:p>
    <w:p>
      <w:pPr>
        <w:jc w:val="right"/>
      </w:pPr>
      <w:r>
        <w:t>لیکن اس میں ایک شرط ہے۔</w:t>
      </w:r>
    </w:p>
    <w:p>
      <w:r>
        <w:rPr>
          <w:b/>
        </w:rPr>
        <w:t xml:space="preserve">[07:19] </w:t>
      </w:r>
      <w:r>
        <w:t>dawat is mein shart yeh hai ke aap ko baqadr need mile ga.</w:t>
      </w:r>
    </w:p>
    <w:p>
      <w:pPr>
        <w:jc w:val="right"/>
      </w:pPr>
      <w:r>
        <w:t>دعوت اس میں شرط یہ ہے کہ آپ کو بقدر نیڈ ملے گا۔</w:t>
      </w:r>
    </w:p>
    <w:p>
      <w:r>
        <w:rPr>
          <w:b/>
        </w:rPr>
        <w:t xml:space="preserve">[07:30] </w:t>
      </w:r>
      <w:r>
        <w:t>baqadr khwahish nahi mile ga.</w:t>
      </w:r>
    </w:p>
    <w:p>
      <w:pPr>
        <w:jc w:val="right"/>
      </w:pPr>
      <w:r>
        <w:t>بقدر خواہش نہیں ملے گا۔</w:t>
      </w:r>
    </w:p>
    <w:p>
      <w:r>
        <w:rPr>
          <w:b/>
        </w:rPr>
        <w:t xml:space="preserve">[07:38] </w:t>
      </w:r>
      <w:r>
        <w:t>need ke jo zaroorat hai aap ki woh to bharpoor poori hogi. lekin aap khwahishein chahain to woh poora hone wala nahi hai.</w:t>
      </w:r>
    </w:p>
    <w:p>
      <w:pPr>
        <w:jc w:val="right"/>
      </w:pPr>
      <w:r>
        <w:t>نیڈ کے جو ضرورت ہے آپ کی وہ تو بھرپور پوری ہوگی۔ لیکن آپ خواہشیں چاہیں تو وہ پورا ہونے والا نہیں ہے۔</w:t>
      </w:r>
    </w:p>
    <w:p>
      <w:r>
        <w:rPr>
          <w:b/>
        </w:rPr>
        <w:t xml:space="preserve">[07:49] </w:t>
      </w:r>
      <w:r>
        <w:t>is tarah ke yeh aayat jo parhi gayi is mein aap dekha aap ne. kyunke man salwa to mila tha barabar. kyunke unhon ne kaha ke humein aur bhi chahiye, aur bhi chahiye, aur bhi chahiye.</w:t>
      </w:r>
    </w:p>
    <w:p>
      <w:pPr>
        <w:jc w:val="right"/>
      </w:pPr>
      <w:r>
        <w:t>اس طرح کہ یہ آیت جو پڑھی گئی اس میں آپ دیکھا آپ نے۔ کیونکہ من سلوٰی تو ملا تھا برابر۔ کیونکہ انہوں نے کہا کہ ہمیں اور بھی چاہیے، اور بھی چاہیے، اور بھی چاہیے۔</w:t>
      </w:r>
    </w:p>
    <w:p>
      <w:r>
        <w:rPr>
          <w:b/>
        </w:rPr>
        <w:t xml:space="preserve">[08:02] </w:t>
      </w:r>
      <w:r>
        <w:t>yeh moor aur moor ka jo zehan hai yeh daai ka zehan nahi hai.</w:t>
      </w:r>
    </w:p>
    <w:p>
      <w:pPr>
        <w:jc w:val="right"/>
      </w:pPr>
      <w:r>
        <w:t>یہ مور اور مور کا جو ذہن ہے یہ داعی کا ذہن نہیں ہے۔</w:t>
      </w:r>
    </w:p>
    <w:p>
      <w:r>
        <w:rPr>
          <w:b/>
        </w:rPr>
        <w:t xml:space="preserve">[08:08] </w:t>
      </w:r>
      <w:r>
        <w:t>humein yeh janna chahiye ke jab dunya mein agricultural period tha, ziraat ka daur tha, tab Allah ne yahood ke liye ya bani israel ke liye yeh intezam kiya ke aasmani rizq ka intezam kiya.</w:t>
      </w:r>
    </w:p>
    <w:p>
      <w:pPr>
        <w:jc w:val="right"/>
      </w:pPr>
      <w:r>
        <w:t>ہمیں یہ جاننا چاہیے کہ جب دنیا میں ایگریکلچرل پیریڈ تھا، زراعت کا دور تھا، تب اللہ نے یہود کے لیے یا بنی اسرائیل کے لیے یہ انتظام کیا کہ آسمانی رزق کا انتظام کیا۔</w:t>
      </w:r>
    </w:p>
    <w:p>
      <w:r>
        <w:rPr>
          <w:b/>
        </w:rPr>
        <w:t xml:space="preserve">[08:31] </w:t>
      </w:r>
      <w:r>
        <w:t>un par ba-aasani man o salwa pohanchta tha un ko. ab is se bhi bara intezam hai. ab to economic explosion ka zamana hai.</w:t>
      </w:r>
    </w:p>
    <w:p>
      <w:pPr>
        <w:jc w:val="right"/>
      </w:pPr>
      <w:r>
        <w:t>ان پر باآسانی من سلوٰی پہنچتا تھا ان کو۔ اب اس سے بھی بڑا انتظام ہے۔ اب تو اکانومک ایکسپلوژن کا زمانہ ہے۔</w:t>
      </w:r>
    </w:p>
    <w:p>
      <w:r>
        <w:rPr>
          <w:b/>
        </w:rPr>
        <w:t xml:space="preserve">[08:44] </w:t>
      </w:r>
      <w:r>
        <w:t>industrial explosion ka zamana hai. ab itne zyada rozgar paida ho gaye hain. itna zyada rizq ke saman muhaiya ho gaye hain.</w:t>
      </w:r>
    </w:p>
    <w:p>
      <w:pPr>
        <w:jc w:val="right"/>
      </w:pPr>
      <w:r>
        <w:t>انڈسٹریل ایکسپلوژن کا زمانہ ہے۔ اب اتنے زیادہ روزگار پیدا ہو گئے ہیں۔ اتنا زیادہ رزق کے سامان مہیا ہو گئے ہیں۔</w:t>
      </w:r>
    </w:p>
    <w:p>
      <w:r>
        <w:rPr>
          <w:b/>
        </w:rPr>
        <w:t xml:space="preserve">[08:55] </w:t>
      </w:r>
      <w:r>
        <w:t>itni zyada economy barh gayi hai ke aap kahin bhi jahan bhi hon need ke baqadr apne liye aap ba-aasani hasil kar sakte hain apna apni apni zaroorat.</w:t>
      </w:r>
    </w:p>
    <w:p>
      <w:pPr>
        <w:jc w:val="right"/>
      </w:pPr>
      <w:r>
        <w:t>اتنی زیادہ اکانومی بڑھ گئی ہے کہ آپ کہیں بھی جہاں بھی ہوں نیڈ کے بقدر اپنے لیے آپ باآسانی حاصل کر سکتے ہیں اپنا اپنی اپنی ضرورت۔</w:t>
      </w:r>
    </w:p>
    <w:p>
      <w:r>
        <w:rPr>
          <w:b/>
        </w:rPr>
        <w:t xml:space="preserve">[09:16] </w:t>
      </w:r>
      <w:r>
        <w:t>is ke baad aap ko sara waqt aap ko hasil hai ke aap dawat e Allah ka kaam karen.</w:t>
      </w:r>
    </w:p>
    <w:p>
      <w:pPr>
        <w:jc w:val="right"/>
      </w:pPr>
      <w:r>
        <w:t>اس کے بعد آپ کو سارا وقت آپ کو حاصل ہے کہ آپ دعوت اللہ کا کام کریں۔</w:t>
      </w:r>
    </w:p>
    <w:p>
      <w:r>
        <w:rPr>
          <w:b/>
        </w:rPr>
        <w:t xml:space="preserve">[09:27] </w:t>
      </w:r>
      <w:r>
        <w:t>to lekin is Allah taala ne jo rizq ka intezam kiya tha bani israel ke liye to unhein adna laga adna khair nahi laga.</w:t>
      </w:r>
    </w:p>
    <w:p>
      <w:pPr>
        <w:jc w:val="right"/>
      </w:pPr>
      <w:r>
        <w:t>تو لیکن اس اللہ تعالی نے جو رزق کا انتظام کیا تھا بنی اسرائیل کے لیے تو انہیں ادنی لگا ادنی خیر نہیں لگا۔</w:t>
      </w:r>
    </w:p>
    <w:p>
      <w:r>
        <w:rPr>
          <w:b/>
        </w:rPr>
        <w:t xml:space="preserve">[09:40] </w:t>
      </w:r>
      <w:r>
        <w:t>to Allah ne farmaya ke tum khair ki shakal mein jo intezam kiya gaya tumhare liye us ko chhod kar do. adna chahte ho?</w:t>
      </w:r>
    </w:p>
    <w:p>
      <w:pPr>
        <w:jc w:val="right"/>
      </w:pPr>
      <w:r>
        <w:t>تو اللہ نے فرمایا کہ تم خیر کی شکل میں جو انتظام کیا گیا تمہارے لیے اس کو چھوڑ کر دو۔ ادنی چاہتے ہو؟</w:t>
      </w:r>
    </w:p>
    <w:p>
      <w:r>
        <w:rPr>
          <w:b/>
        </w:rPr>
        <w:t xml:space="preserve">[09:50] </w:t>
      </w:r>
      <w:r>
        <w:t>adna. to jo aisa kare chahe bani israel karen ya ummat e Muhammadi kare ke woh dawat ke kaam ke liye us ko jo intezam kiya gaya hai us ko woh kam samjhe.</w:t>
      </w:r>
    </w:p>
    <w:p>
      <w:pPr>
        <w:jc w:val="right"/>
      </w:pPr>
      <w:r>
        <w:t>ادنی۔ تو جو ایسا کرے چاہے بنی اسرائیل کریں یا امت محمدی کرے کہ وہ دعوت کے کام کے لیے اس کو جو انتظام کیا گیا ہے اس کو وہ کم سمجھے۔</w:t>
      </w:r>
    </w:p>
    <w:p>
      <w:r>
        <w:rPr>
          <w:b/>
        </w:rPr>
        <w:t xml:space="preserve">[10:15] </w:t>
      </w:r>
      <w:r>
        <w:t>yeh baqadr need us ko intezam kiya gaya hai us ko woh kam samjhe. woh chahe ke us ki khwahishen poori hon.</w:t>
      </w:r>
    </w:p>
    <w:p>
      <w:pPr>
        <w:jc w:val="right"/>
      </w:pPr>
      <w:r>
        <w:t>یہ بقدر نیڈ اس کو انتظام کیا گیا ہے اس کو وہ کم سمجھے۔ وہ چاہے کہ اس کی خواہشیں پوری ہوں۔</w:t>
      </w:r>
    </w:p>
    <w:p>
      <w:r>
        <w:rPr>
          <w:b/>
        </w:rPr>
        <w:t xml:space="preserve">[10:24] </w:t>
      </w:r>
      <w:r>
        <w:t>to Allah taala ko yeh pasand nahi. jo log aisa chahenge to un ko zillat mein mubtala kar diya jayega. miskeenat.</w:t>
      </w:r>
    </w:p>
    <w:p>
      <w:pPr>
        <w:jc w:val="right"/>
      </w:pPr>
      <w:r>
        <w:t>تو اللہ تعالی کو یہ پسند نہیں۔ جو لوگ ایسا چاہیں گے تو ان کو ذلت میں مبتلا کر دیا جائے گا۔ مسکنت۔</w:t>
      </w:r>
    </w:p>
    <w:p>
      <w:r>
        <w:rPr>
          <w:b/>
        </w:rPr>
        <w:t xml:space="preserve">[10:33] </w:t>
      </w:r>
      <w:r>
        <w:t>miskeenat mein mubtala kar diya jayega. miskeenat ka matlab yeh nahi ke woh faqeer faqeer ho jayenge. faqeer nahi. adam mein aasudgi.</w:t>
      </w:r>
    </w:p>
    <w:p>
      <w:pPr>
        <w:jc w:val="right"/>
      </w:pPr>
      <w:r>
        <w:t>مسکنت میں مبتلا کر دیا جائے گا۔ مسکنت کا مطلب یہ نہیں کہ وہ فقیر فقیر ہو جائیں گے۔ فقیر نہیں۔ عدم میں آسودگی۔</w:t>
      </w:r>
    </w:p>
    <w:p>
      <w:r>
        <w:rPr>
          <w:b/>
        </w:rPr>
        <w:t xml:space="preserve">[10:44] </w:t>
      </w:r>
      <w:r>
        <w:t>yani dissatisfaction. kitna hi mile un ko itminan nahi hoga.</w:t>
      </w:r>
    </w:p>
    <w:p>
      <w:pPr>
        <w:jc w:val="right"/>
      </w:pPr>
      <w:r>
        <w:t>یعنی ڈس ریسٹرکشن۔ کتنا ہی ملے ان کو اطمینان نہیں ہوگا۔</w:t>
      </w:r>
    </w:p>
    <w:p>
      <w:r>
        <w:rPr>
          <w:b/>
        </w:rPr>
        <w:t xml:space="preserve">[10:53] </w:t>
      </w:r>
      <w:r>
        <w:t>yaad rakhiye yeh yeh Allah taala ka nizam hai. pehle yeh yehood ke liye tha ab jo ummat e Muhammadi ke liye hai. aap ko jo intezam Allah ki taraf se kiya gaya tha kiya gaya hai ke industrial explosion ke nateeje mein aap har jagah har jagah apni zaroorat ke waqt pa sakte hain apna rizq.</w:t>
      </w:r>
    </w:p>
    <w:p>
      <w:pPr>
        <w:jc w:val="right"/>
      </w:pPr>
      <w:r>
        <w:t>یاد رکھیے یہ یہ اللہ تعالی کا نظام ہے۔ پہلے یہ یہود کے لیے تھا اب جو امت محمدی کے لیے ہے۔ آپ کو جو انتظام اللہ کی طرف سے کیا گیا تھا کیا گیا ہے کہ انڈسٹریل ایکسپلوژن کے نتیجے میں آپ ہر جگہ ہر جگہ اپنی ضرورت کے وقت پا سکتے ہیں اپنا رزق۔</w:t>
      </w:r>
    </w:p>
    <w:p>
      <w:r>
        <w:rPr>
          <w:b/>
        </w:rPr>
        <w:t xml:space="preserve">[11:19] </w:t>
      </w:r>
      <w:r>
        <w:t>lekin aap us ko kam samjhen aur chahen ke aap ko bohat mile. aap ki khwahishen poori hon. to Allah ki taraf se yeh faisla hai ke aap zyada chahenge woh har zyada aap ko miskeenat mein izafa karega.</w:t>
      </w:r>
    </w:p>
    <w:p>
      <w:pPr>
        <w:jc w:val="right"/>
      </w:pPr>
      <w:r>
        <w:t>لیکن آپ اس کو کم سمجھیں اور چاہیں کہ آپ کو بہت ملے۔ آپ کی خواہشیں پوری ہوں۔ تو اللہ کی طرف سے یہ فیصلہ ہے کہ آپ زیادہ چاہیں گے وہ ہر زیادہ آپ کو مسکنت میں اضافہ کرے گا۔</w:t>
      </w:r>
    </w:p>
    <w:p>
      <w:r>
        <w:rPr>
          <w:b/>
        </w:rPr>
        <w:t xml:space="preserve">[11:39] </w:t>
      </w:r>
      <w:r>
        <w:t>woh aaj kal dekhiye aam hai. kitna hi kamate hain log lekin unhein lagta hai ke ab aur aur ki jo un ka dust hai woh khatam nahi hota.</w:t>
      </w:r>
    </w:p>
    <w:p>
      <w:pPr>
        <w:jc w:val="right"/>
      </w:pPr>
      <w:r>
        <w:t>وہ آج کل دیکھیے عام ہے۔ کتنا ہی کماتے ہیں لوگ لیکن انہیں لگتا ہے کہ ابھی اب بور اور بور کی جو ان کا ڈسٹ ہے وہ ختم نہیں ہوتا۔</w:t>
      </w:r>
    </w:p>
    <w:p>
      <w:r>
        <w:rPr>
          <w:b/>
        </w:rPr>
        <w:t xml:space="preserve">[11:51] </w:t>
      </w:r>
      <w:r>
        <w:t>kitni hi zyada kamayen kitni hi zyada kamayen lekin aur aur ka dust baqi rehta hai. to dekhiye</w:t>
      </w:r>
    </w:p>
    <w:p>
      <w:pPr>
        <w:jc w:val="right"/>
      </w:pPr>
      <w:r>
        <w:t>کتنی ہی زیادہ کمائیں کتنی ہی زیادہ کمائیں لیکن بور اور بور کا ڈسٹ باقی رہتا ہے۔ تو دیکھیے</w:t>
      </w:r>
    </w:p>
    <w:p>
      <w:r>
        <w:rPr>
          <w:b/>
        </w:rPr>
        <w:t xml:space="preserve">[12:04] </w:t>
      </w:r>
      <w:r>
        <w:t>is dunya ke liye Allah taala ka ek intezam hai. humein is intezam ko samajhna padega. is intezam ke liye aasman se awaz nahi ayegi.</w:t>
      </w:r>
    </w:p>
    <w:p>
      <w:pPr>
        <w:jc w:val="right"/>
      </w:pPr>
      <w:r>
        <w:t>اس دنیا کے لیے اللہ تعالی کا ایک انتظام ہے۔ ہمیں اس انتظام کو سمجھنا پڑے گا۔ اس انتظام کے لیے آسمان سے آواز نہیں آئے گی۔</w:t>
      </w:r>
    </w:p>
    <w:p>
      <w:r>
        <w:rPr>
          <w:b/>
        </w:rPr>
        <w:t xml:space="preserve">[12:16] </w:t>
      </w:r>
      <w:r>
        <w:t>jaise barish hoti hai to yeh awaz nahi aati ke aye kisanon utho. kisan ko khud janna padta hai ke barish ho gayi to ab uthna hai.</w:t>
      </w:r>
    </w:p>
    <w:p>
      <w:pPr>
        <w:jc w:val="right"/>
      </w:pPr>
      <w:r>
        <w:t>جیسے بارش ہوتی ہے تو یہ آواز نہیں آتی کہ اے کسانوں اٹھو۔ کسان کو خود جاننا پڑتا ہے کہ بارش ہو گئی تو اب اٹھنا ہے۔</w:t>
      </w:r>
    </w:p>
    <w:p>
      <w:r>
        <w:rPr>
          <w:b/>
        </w:rPr>
        <w:t xml:space="preserve">[12:31] </w:t>
      </w:r>
      <w:r>
        <w:t>barish apne aap mein ailan hai. baghair awaz ke. aise hi muamla dawat e Allah ka bhi hai. ke jab aap ko intezam ho gaya ke baqadr zaroorat aap kahin bhi hon aasani se hasil kar sakte hain apna rizq to bas us par qail ho jaiye.</w:t>
      </w:r>
    </w:p>
    <w:p>
      <w:pPr>
        <w:jc w:val="right"/>
      </w:pPr>
      <w:r>
        <w:t>بارش اپنے آپ میں اعلان ہے۔ بغیر آواز کے۔ ایسے ہی معاملہ دعوت اللہ کا بھی ہے۔ کہ جب آپ کو انتظام ہو گیا کہ بقدر ضرورت آپ کہیں بھی ہوں آسانی سے حاصل کر سکتے ہیں اپنا رزق تو بس اس پر قائل ہو جائیے۔</w:t>
      </w:r>
    </w:p>
    <w:p>
      <w:r>
        <w:rPr>
          <w:b/>
        </w:rPr>
        <w:t xml:space="preserve">[12:58] </w:t>
      </w:r>
      <w:r>
        <w:t>us par aap ko satisfaction ho jaye. to aap ko do cheezen milengi. ek hai peace of mind.</w:t>
      </w:r>
    </w:p>
    <w:p>
      <w:pPr>
        <w:jc w:val="right"/>
      </w:pPr>
      <w:r>
        <w:t>اس پر آپ کو سیٹسفیکشن ہو جائے۔ تو آپ کو دو چیزیں ملیں گی۔ ایک ہے پیس آف مائنڈ۔</w:t>
      </w:r>
    </w:p>
    <w:p>
      <w:r>
        <w:rPr>
          <w:b/>
        </w:rPr>
        <w:t xml:space="preserve">[13:10] </w:t>
      </w:r>
      <w:r>
        <w:t>jab aap Allah ke diye hue rizq par razi ho jayenge aur dawat e Allah ke kaam mein lag jayenge to aap ko peace of mind milega.</w:t>
      </w:r>
    </w:p>
    <w:p>
      <w:pPr>
        <w:jc w:val="right"/>
      </w:pPr>
      <w:r>
        <w:t>جب آپ اللہ کے دیے ہوئے رزق پر راضی ہو جائیں گے اور دعوت اللہ کے کام میں لگ جائیں گے تو آپ کو پیس آف مائنڈ ملے گا۔</w:t>
      </w:r>
    </w:p>
    <w:p>
      <w:r>
        <w:rPr>
          <w:b/>
        </w:rPr>
        <w:t xml:space="preserve">[13:27] </w:t>
      </w:r>
      <w:r>
        <w:t>lekin agar aap khwahish ke peeche dauren baqadr need par aap razi na hon balkeh khwahish ke waqt agar aap chahen to aap ko abadi taur par dissatisfaction mein jeena padega.</w:t>
      </w:r>
    </w:p>
    <w:p>
      <w:pPr>
        <w:jc w:val="right"/>
      </w:pPr>
      <w:r>
        <w:t>لیکن اگر آپ خواہش کے پیچھے دوڑیں بقدر نیڈ پر آپ راضی نہ ہوں بلکہ خواہش کے وقت اگر آپ چاہیں تو آپ کو ابدی طور پر ڈس سیٹسفیکشن میں جینا پڑے گا۔</w:t>
      </w:r>
    </w:p>
    <w:p>
      <w:r>
        <w:rPr>
          <w:b/>
        </w:rPr>
        <w:t xml:space="preserve">[13:50] </w:t>
      </w:r>
      <w:r>
        <w:t>kitna hi zyada mil jaye aap ka</w:t>
      </w:r>
    </w:p>
    <w:p>
      <w:pPr>
        <w:jc w:val="right"/>
      </w:pPr>
      <w:r>
        <w:t>کتنا ہی زیادہ مل جائے آپ کا</w:t>
      </w:r>
    </w:p>
    <w:p>
      <w:r>
        <w:rPr>
          <w:b/>
        </w:rPr>
        <w:t xml:space="preserve">[13:55] </w:t>
      </w:r>
      <w:r>
        <w:t>aur aur ka jo aap ki khwahish hai woh poori nahi hogi. to peace of mind chhin jayega. to yeh intezam hai Allah taala ka jis ko humein janna hai.</w:t>
      </w:r>
    </w:p>
    <w:p>
      <w:pPr>
        <w:jc w:val="right"/>
      </w:pPr>
      <w:r>
        <w:t>بور اور بور کا جو آپ کی خواہش ہے وہ پوری نہیں ہوگی۔ تو پیس آف مائنڈ چھن جائے گا۔ تو یہ انتظام ہے اللہ تعالی کا جس کو ہمیں جاننا ہے۔</w:t>
      </w:r>
    </w:p>
    <w:p>
      <w:r>
        <w:rPr>
          <w:b/>
        </w:rPr>
        <w:t xml:space="preserve">[14:17] </w:t>
      </w:r>
      <w:r>
        <w:t>yani Allah taala ne jab ummat e Muhammadi ko aur is se pehle ummat e Yahood ko is mazhab par muqarrar kiya ke woh dawat e Allah ka kaam karen.</w:t>
      </w:r>
    </w:p>
    <w:p>
      <w:pPr>
        <w:jc w:val="right"/>
      </w:pPr>
      <w:r>
        <w:t>یعنی اللہ تعالی نے جب امت محمدی کو اور اس سے پہلے امت یہود کو اس مذہب پر مقرر کیا کہ وہ دعوت اللہ کا کام کریں۔</w:t>
      </w:r>
    </w:p>
    <w:p>
      <w:r>
        <w:rPr>
          <w:b/>
        </w:rPr>
        <w:t xml:space="preserve">[14:32] </w:t>
      </w:r>
      <w:r>
        <w:t>Ummat ummat yehud ke liye quran mein yeh ayat aayi hai. Woh ayat padhiye jo.</w:t>
      </w:r>
    </w:p>
    <w:p>
      <w:pPr>
        <w:jc w:val="right"/>
      </w:pPr>
      <w:r>
        <w:t>امت امت یہود کے لیے قرآن میں یہ آیت آئی ہے۔ وہ آیت پڑھیے جو۔</w:t>
      </w:r>
    </w:p>
    <w:p>
      <w:r>
        <w:rPr>
          <w:b/>
        </w:rPr>
        <w:t xml:space="preserve">[14:52] </w:t>
      </w:r>
      <w:r>
        <w:t>Surah Aal-e-Imran ayat number 187. Aur jab Allah ne ahl-e-kitab se ahad liya ke tum Khuda ki kitab ko poori tarah logon ke liye zahir karoge aur us ko nahi chhupaaoge magar unhon ne is ko pas pusht daal diya aur us ko thodi qeemat par bech dala. Kaisi buri cheez hai jis ko woh khareed rahe hain.</w:t>
      </w:r>
    </w:p>
    <w:p>
      <w:pPr>
        <w:jc w:val="right"/>
      </w:pPr>
      <w:r>
        <w:t>سورہ آل عمران آیت نمبر 187۔ اور جب اللہ نے اہل کتاب سے عہد لیا کہ تم خدا کی کتاب کو پوری طرح لوگوں کے لیے ظاہر کرو گے اور اس کو نہیں چھپاؤ گے مگر انہوں نے اس کو پس پشت ڈال دیا اور اس کو تھوڑی قیمت پر بیچ ڈالا کیسی بری چیز ہے جس کو وہ خرید رہے ہیں۔</w:t>
      </w:r>
    </w:p>
    <w:p>
      <w:r>
        <w:rPr>
          <w:b/>
        </w:rPr>
        <w:t xml:space="preserve">[15:15] </w:t>
      </w:r>
      <w:r>
        <w:t>Yeh chhupane ka matlab yeh nahi hai ke Allah ki kitab ko koi sach much chhupa kar rakh diya ho. Nahi. Ka matlab us ko us ko dawat ka mauzu na banana.</w:t>
      </w:r>
    </w:p>
    <w:p>
      <w:pPr>
        <w:jc w:val="right"/>
      </w:pPr>
      <w:r>
        <w:t>یہ چھپانے کا مطلب یہ نہیں ہے کہ اللہ کی کتاب کو کوئی سچ مچ چھپا کر رکھ دیا۔ نہیں۔ کا مطلب اس کو اس کو دعوت کا موضوع نہ بنانا۔</w:t>
      </w:r>
    </w:p>
    <w:p>
      <w:r>
        <w:rPr>
          <w:b/>
        </w:rPr>
        <w:t xml:space="preserve">[15:33] </w:t>
      </w:r>
      <w:r>
        <w:t>Us ko tableegh ka mauzu na banana. Us ko logon tak na pahunchana. To yeh shiddat izhaar ke liye aisa hota hai ke Allah ne kaha chhupana.</w:t>
      </w:r>
    </w:p>
    <w:p>
      <w:pPr>
        <w:jc w:val="right"/>
      </w:pPr>
      <w:r>
        <w:t>اس کو تبلیغ کا موضوع نہ بنانا۔ اس کو لوگوں تک نہ پہنچانا۔ تو یہ شدت اظہار کے لیے ایسا ہوتا ہے کہ اللہ نے کہا چھپانا۔</w:t>
      </w:r>
    </w:p>
    <w:p>
      <w:r>
        <w:rPr>
          <w:b/>
        </w:rPr>
        <w:t xml:space="preserve">[15:46] </w:t>
      </w:r>
      <w:r>
        <w:t>Aisi koi tareekh nahi hai yehud ki ke unhon ne kuch chhupa kar rakh diya tha. Bas yeh tha ke woh padhte padhate the apne apne apne gaon mein lekin woh is ko dawat ka mauzu nahi banate the.</w:t>
      </w:r>
    </w:p>
    <w:p>
      <w:pPr>
        <w:jc w:val="right"/>
      </w:pPr>
      <w:r>
        <w:t>ایسی کوئی تاریخ نہیں ہے یہود کی کہ انہوں نے کچھ چھپا کر رکھ دیا تھا۔ بس یہ تھا کہ وہ پڑھتے پڑھاتے تھے اپنے اپنے اپنے گاؤں میں لیکن وہ اس کو دعوت کا موضوع نہیں بناتے تھے۔</w:t>
      </w:r>
    </w:p>
    <w:p>
      <w:r>
        <w:rPr>
          <w:b/>
        </w:rPr>
        <w:t xml:space="preserve">[16:03] </w:t>
      </w:r>
      <w:r>
        <w:t>Yahi tha chhupana. To yehud se kaha gaya tha ke ke tum ko kitab di gayi thi.</w:t>
      </w:r>
    </w:p>
    <w:p>
      <w:pPr>
        <w:jc w:val="right"/>
      </w:pPr>
      <w:r>
        <w:t>یہی تھا چھپانا۔ تو یہود سے کہا گیا تھا کہ کہ تم کو کتاب دی گئی تھی۔</w:t>
      </w:r>
    </w:p>
    <w:p>
      <w:r>
        <w:rPr>
          <w:b/>
        </w:rPr>
        <w:t xml:space="preserve">[16:12] </w:t>
      </w:r>
      <w:r>
        <w:t>Allah ka kalam diya gaya tha. Lekin yeh nahi aur yeh yeh wada kiya gaya tha ke tum ko use logon tak pahunchana hai. Logon tak pahunchana hai.</w:t>
      </w:r>
    </w:p>
    <w:p>
      <w:pPr>
        <w:jc w:val="right"/>
      </w:pPr>
      <w:r>
        <w:t>اللہ کا کلام دیا گیا تھا۔ لیکن یہ نہیں اور یہ یہ وعدہ کیا گیا تھا کہ تم کو اسے لوگوں تک پہنچانا ہے۔ لوگوں تک پہنچانا ہے۔</w:t>
      </w:r>
    </w:p>
    <w:p>
      <w:r>
        <w:rPr>
          <w:b/>
        </w:rPr>
        <w:t xml:space="preserve">[16:23] </w:t>
      </w:r>
      <w:r>
        <w:t>Lekin tum ne pahunchane ka kaam nahi kiya. Balke dunya mein mashgool ho gaye.</w:t>
      </w:r>
    </w:p>
    <w:p>
      <w:pPr>
        <w:jc w:val="right"/>
      </w:pPr>
      <w:r>
        <w:t>لیکن تم نے پہنچانے کا کام نہیں کیا۔ بلکہ دنیا میں مشغول ہو گئے۔</w:t>
      </w:r>
    </w:p>
    <w:p>
      <w:r>
        <w:rPr>
          <w:b/>
        </w:rPr>
        <w:t xml:space="preserve">[16:33] </w:t>
      </w:r>
      <w:r>
        <w:t>Yaani man wa salwa par raazi nahi hue balke bor aur bor aur bor par daud pade tum. To theek wahi halat ab ummat-e-Muhammadi ki hai.</w:t>
      </w:r>
    </w:p>
    <w:p>
      <w:pPr>
        <w:jc w:val="right"/>
      </w:pPr>
      <w:r>
        <w:t>یعنی من سلوٰی پر راضی نہیں ہوئے بلکہ بور اور بور اور بور پر دوڑ پڑے تم۔ تو ٹھیک وہی حالت اب امت محمدی کی ہے۔</w:t>
      </w:r>
    </w:p>
    <w:p>
      <w:r>
        <w:rPr>
          <w:b/>
        </w:rPr>
        <w:t xml:space="preserve">[16:46] </w:t>
      </w:r>
      <w:r>
        <w:t>Aaj aaj aaj jo soorat-e-haal hai ke Quran un ko diya gaya tha pahunchane ke liye.</w:t>
      </w:r>
    </w:p>
    <w:p>
      <w:pPr>
        <w:jc w:val="right"/>
      </w:pPr>
      <w:r>
        <w:t>آج آج آج جو صورتحال ہے کہ قرآن ان کو دیا گیا تھا پہنچانے کے لیے۔</w:t>
      </w:r>
    </w:p>
    <w:p>
      <w:r>
        <w:rPr>
          <w:b/>
        </w:rPr>
        <w:t xml:space="preserve">[16:55] </w:t>
      </w:r>
      <w:r>
        <w:t>Quran isi tareeqe se saara alam tak pahunchayein. Woh ayat padhiye. Tabarakallazi nazzal furqana ala abdhi li yakuna lil alameen nazeera.</w:t>
      </w:r>
    </w:p>
    <w:p>
      <w:pPr>
        <w:jc w:val="right"/>
      </w:pPr>
      <w:r>
        <w:t>قرآن اسی طریقے سے سارا عالم تک پہنچائیں۔ وہ آیت پڑھیے۔ تبارک الذین نزل الفرقان علی عبدہ لیکون للعالمین نذیرا۔</w:t>
      </w:r>
    </w:p>
    <w:p>
      <w:r>
        <w:rPr>
          <w:b/>
        </w:rPr>
        <w:t xml:space="preserve">[17:07] </w:t>
      </w:r>
      <w:r>
        <w:t>Al-Furqan ayat number ek. Babarkat hai jis ne Quran Furqan ko nazil kiya apne bande par taake ho woh dunya walon ke liye darane wala.</w:t>
      </w:r>
    </w:p>
    <w:p>
      <w:pPr>
        <w:jc w:val="right"/>
      </w:pPr>
      <w:r>
        <w:t>الفرقان آیت نمبر ایک۔ بابرکت ہے جس نے قرآن فرقان کو نازل کیا اپنے بندے پر تاکہ ہو وہ دنیا والوں کے لیے ڈرانے والا۔</w:t>
      </w:r>
    </w:p>
    <w:p>
      <w:r>
        <w:rPr>
          <w:b/>
        </w:rPr>
        <w:t xml:space="preserve">[17:21] </w:t>
      </w:r>
      <w:r>
        <w:t>Ab dekhiye Quran utra hai is liye ke saara alam ke liye ba-khabari ka zariya bane.</w:t>
      </w:r>
    </w:p>
    <w:p>
      <w:pPr>
        <w:jc w:val="right"/>
      </w:pPr>
      <w:r>
        <w:t>اب دیکھیے قرآن اترا ہے اس لیے کہ سارا عالم کے لیے باخبری کا ذریعہ بنے۔</w:t>
      </w:r>
    </w:p>
    <w:p>
      <w:r>
        <w:rPr>
          <w:b/>
        </w:rPr>
        <w:t xml:space="preserve">[17:33] </w:t>
      </w:r>
      <w:r>
        <w:t>Quran yaani Allah ki kitab is liye utri hai ke sare alam ke liye woh ba-khabari ka zariya bane.</w:t>
      </w:r>
    </w:p>
    <w:p>
      <w:pPr>
        <w:jc w:val="right"/>
      </w:pPr>
      <w:r>
        <w:t>قرآن یعنی اللہ کی کتاب اس لیے اتری ہے کہ سارے عالم کے لیے وہ باخبری کا ذریعہ بنے۔</w:t>
      </w:r>
    </w:p>
    <w:p>
      <w:r>
        <w:rPr>
          <w:b/>
        </w:rPr>
        <w:t xml:space="preserve">[17:42] </w:t>
      </w:r>
      <w:r>
        <w:t>To Quran khud nahi bolega ya Quran khud chal kar nahi pahunchega. Yeh ummat-e-Muhammadi ko karna hai.</w:t>
      </w:r>
    </w:p>
    <w:p>
      <w:pPr>
        <w:jc w:val="right"/>
      </w:pPr>
      <w:r>
        <w:t>تو قرآن خود نہیں بولے گا یا قرآن خود چل کر نہیں پہنچے گا۔ یہ امت محمدی کو کرنا ہے۔</w:t>
      </w:r>
    </w:p>
    <w:p>
      <w:r>
        <w:rPr>
          <w:b/>
        </w:rPr>
        <w:t xml:space="preserve">[17:52] </w:t>
      </w:r>
      <w:r>
        <w:t>Sare alam ke liye is ko nazeer banana yeh ummat-e-Muhammadi ka kaam hua hai. To Allah taala ne yeh zimma le liya hai ummat-e-Muhammadi ka is ko is ka rizq zaroor pahunchega.</w:t>
      </w:r>
    </w:p>
    <w:p>
      <w:pPr>
        <w:jc w:val="right"/>
      </w:pPr>
      <w:r>
        <w:t>سارے عالم کے لیے اس کو نذیر بنانا یہ امت محمدی کا کام ہوا ہے۔ تو اللہ تعالی نے یہ ذمہ لے لیا ہے امت محمدی کا اس کو اس کا رزق ضرور پہنچے گا۔</w:t>
      </w:r>
    </w:p>
    <w:p>
      <w:r>
        <w:rPr>
          <w:b/>
        </w:rPr>
        <w:t xml:space="preserve">[18:10] </w:t>
      </w:r>
      <w:r>
        <w:t>Agar woh is mission mein apne kaam ko lagaye. Aur jaisa ke maine is se pehle arz kiya tha ke yahan par Allah taala ne double intezam kiya hai.</w:t>
      </w:r>
    </w:p>
    <w:p>
      <w:pPr>
        <w:jc w:val="right"/>
      </w:pPr>
      <w:r>
        <w:t>اگر وہ اس مشن میں اپنے کام کو لگائے۔ اور جیسا کہ میں نے اس سے پہلے عرض کیا تھا کہ یہاں پر اللہ تعالی نے ڈبل انتظام کیا ہے۔</w:t>
      </w:r>
    </w:p>
    <w:p>
      <w:r>
        <w:rPr>
          <w:b/>
        </w:rPr>
        <w:t xml:space="preserve">[18:24] </w:t>
      </w:r>
      <w:r>
        <w:t>Ek to hai jo general distribution hai. Yaani industrial explosion jo hua us ke tehat sare insanon ke liye rizq ka husool aasan ho gaya.</w:t>
      </w:r>
    </w:p>
    <w:p>
      <w:pPr>
        <w:jc w:val="right"/>
      </w:pPr>
      <w:r>
        <w:t>ایک تو ہے جو جنرل ڈسٹریبیوشن ہے۔ یعنی انڈسٹریل ایکسپلوژن جو ہوا اس کے تحت سارے انسانوں کے لیے رزق کا حصول آسان ہو گیا۔</w:t>
      </w:r>
    </w:p>
    <w:p>
      <w:r>
        <w:rPr>
          <w:b/>
        </w:rPr>
        <w:t xml:space="preserve">[18:40] </w:t>
      </w:r>
      <w:r>
        <w:t>Pehle sirf agriculture se rizq lena padta tha.</w:t>
      </w:r>
    </w:p>
    <w:p>
      <w:pPr>
        <w:jc w:val="right"/>
      </w:pPr>
      <w:r>
        <w:t>پہلے صرف ایگریکلچر سے رزق لینا پڑتا تھا۔</w:t>
      </w:r>
    </w:p>
    <w:p>
      <w:r>
        <w:rPr>
          <w:b/>
        </w:rPr>
        <w:t xml:space="preserve">[18:48] </w:t>
      </w:r>
      <w:r>
        <w:t>Yaani rizq ka matlab hai livelihood. To pehle livelihood ke liye ek hi source tha. Aur woh tha ziraat agriculture.</w:t>
      </w:r>
    </w:p>
    <w:p>
      <w:pPr>
        <w:jc w:val="right"/>
      </w:pPr>
      <w:r>
        <w:t>یعنی رزق کا مطلب ہے لائیولی ہڈ۔ تو پہلے لائیولی ہڈ کے لیے ایک ہی سورس تھا۔ اور وہ تھا زراعت ایگریکلچر۔</w:t>
      </w:r>
    </w:p>
    <w:p>
      <w:r>
        <w:rPr>
          <w:b/>
        </w:rPr>
        <w:t xml:space="preserve">[18:59] </w:t>
      </w:r>
      <w:r>
        <w:t>To woh jis tarah doosron ke liye us tarah ummat-e-Muhammadi ke liye bhi hai. Sab ke liye. Lekin jaisa ke maine arz kiya tha pichhle hafte ke Allah ne ummat-e-Muhammadi ke qadmon ke neeche tel ka samandar baha diya.</w:t>
      </w:r>
    </w:p>
    <w:p>
      <w:pPr>
        <w:jc w:val="right"/>
      </w:pPr>
      <w:r>
        <w:t>تو وہ جس طرح دوسروں کے لیے اس طرح امت محمدی کے لیے بھی ہے۔ سب کے لیے۔ لیکن جیسا کہ میں نے عرض کیا تھا پچھلے ہفتے کہ اللہ نے امت محمدی کے قدموں کے نیچے تیل کا سمندر بہا دیا۔</w:t>
      </w:r>
    </w:p>
    <w:p>
      <w:r>
        <w:rPr>
          <w:b/>
        </w:rPr>
        <w:t xml:space="preserve">[19:21] </w:t>
      </w:r>
      <w:r>
        <w:t>Jis ke liye hadith mein pesh ki bataya gaya tha ke ke tumhare ilaqe mein liquid gold niklega.</w:t>
      </w:r>
    </w:p>
    <w:p>
      <w:pPr>
        <w:jc w:val="right"/>
      </w:pPr>
      <w:r>
        <w:t>جس کے لیے حدیث میں پیش کی بتایا گیا تھا کہ کہ تمہارے علاقے میں لیکوڈ گولڈ نکلے گا۔</w:t>
      </w:r>
    </w:p>
    <w:p>
      <w:r>
        <w:rPr>
          <w:b/>
        </w:rPr>
        <w:t xml:space="preserve">[19:33] </w:t>
      </w:r>
      <w:r>
        <w:t>To yeh yeh mazeed intezam hai ke jitna bhi tum ko zaroorat ho dawat ke kaam ke liye us ko ada karo ada karo ada karo.</w:t>
      </w:r>
    </w:p>
    <w:p>
      <w:pPr>
        <w:jc w:val="right"/>
      </w:pPr>
      <w:r>
        <w:t>تو یہ یہ مزید انتظام ہے کہ جتنا بھی تم کو ضرورت ہو دعوت کے کام کے لیے اس کو ادا کرو ادا کرو ادا کرو۔</w:t>
      </w:r>
    </w:p>
    <w:p>
      <w:r>
        <w:rPr>
          <w:b/>
        </w:rPr>
        <w:t xml:space="preserve">[19:42] </w:t>
      </w:r>
      <w:r>
        <w:t>Aur is ka bill Allah ki taraf se ada kiya jayega. Kal maine pichhle bar maine kaha tha ke tel ki daulat ke bare mein yeh kehna ke woh tumhari zaat ke liye nahi hai to phir kis liye hai woh dawat Allah ke liye hai.</w:t>
      </w:r>
    </w:p>
    <w:p>
      <w:pPr>
        <w:jc w:val="right"/>
      </w:pPr>
      <w:r>
        <w:t>اور اس کا بل اللہ کی طرف سے ایک کیا جائے گا۔ کل میں نے پچھلے بار میں نے کہا تھا کہ تیل کی دولت کے بارے میں یہ کہنا کہ وہ تمہاری ذات کے لیے نہیں ہے تو پھر کس لیے ہے وہ دعوت اللہ کے لیے ہے۔</w:t>
      </w:r>
    </w:p>
    <w:p>
      <w:r>
        <w:rPr>
          <w:b/>
        </w:rPr>
        <w:t xml:space="preserve">[20:01] </w:t>
      </w:r>
      <w:r>
        <w:t>To dawat Allah ki planning karo. Aalmi planning. Sari dunya par Quran ko pahunchane ki planning karo.</w:t>
      </w:r>
    </w:p>
    <w:p>
      <w:pPr>
        <w:jc w:val="right"/>
      </w:pPr>
      <w:r>
        <w:t>تو دعوت اللہ کی پلاننگ کرو۔ عالمی پلاننگ۔ ساری دنیا پر قرآن کو پہنچانے کی پلاننگ کرو۔</w:t>
      </w:r>
    </w:p>
    <w:p>
      <w:r>
        <w:rPr>
          <w:b/>
        </w:rPr>
        <w:t xml:space="preserve">[20:11] </w:t>
      </w:r>
      <w:r>
        <w:t>aur jitna bhi is mein kharcha aayega woh sab Allah ki taraf se ada kiya jayega. matlab tail ke tail ke zariye.</w:t>
      </w:r>
    </w:p>
    <w:p>
      <w:pPr>
        <w:jc w:val="right"/>
      </w:pPr>
      <w:r>
        <w:t>اور جتنا بھی اس میں خرچہ آئے گا وہ سب اللہ کی طرف سے ادا کیا جائے گا۔ مطلب تیل کے تیل کے ذریعے۔</w:t>
      </w:r>
    </w:p>
    <w:p>
      <w:r>
        <w:rPr>
          <w:b/>
        </w:rPr>
        <w:t xml:space="preserve">[20:21] </w:t>
      </w:r>
      <w:r>
        <w:t>yeh matlab tha is ka. toh yeh Allah taala ka yeh qanoon paray bhi tha ab bhi hai. yani yahood ke zamane mein bhi tha ab ummat e Muhammadi ke zamane mein bhi hai.</w:t>
      </w:r>
    </w:p>
    <w:p>
      <w:pPr>
        <w:jc w:val="right"/>
      </w:pPr>
      <w:r>
        <w:t>یہ مطلب تھا اس کا۔ تو یہ اللہ تعالی کا یہ قانون پرے بھی تھا اب بھی ہے۔ یعنی یہود کے زمانے میں بھی تھا اب امت محمدی کے زمانے میں بھی ہے۔</w:t>
      </w:r>
    </w:p>
    <w:p>
      <w:r>
        <w:rPr>
          <w:b/>
        </w:rPr>
        <w:t xml:space="preserve">[20:35] </w:t>
      </w:r>
      <w:r>
        <w:t>ke aap ko apna maqsad yani Allah ka jo maqsad hai muqarrar kiya hua woh toh yahi hai ke is quran ko aap</w:t>
      </w:r>
    </w:p>
    <w:p>
      <w:pPr>
        <w:jc w:val="right"/>
      </w:pPr>
      <w:r>
        <w:t>کہ آپ کو اپنا مقصد یعنی اللہ کا جو مقصد ہے مقرر کیا ہوا وہ تو یہی ہے کہ اس قرآن کو آپ</w:t>
      </w:r>
    </w:p>
    <w:p>
      <w:r>
        <w:rPr>
          <w:b/>
        </w:rPr>
        <w:t xml:space="preserve">[20:50] </w:t>
      </w:r>
      <w:r>
        <w:t>har zaban mein insaan ki jitni bhi understandable language hai us mein sari dunya tak pahunchayen. jitna bhi kharcha ho hone dijiye.</w:t>
      </w:r>
    </w:p>
    <w:p>
      <w:pPr>
        <w:jc w:val="right"/>
      </w:pPr>
      <w:r>
        <w:t>ہر زبان میں انسان کی جتنی بھی انڈرسٹینڈ ایبل لینگویج ہے اس میں ساری دنیا تک پہنچائیں۔ جتنا بھی خرچہ ہو ہونے دیجیے۔</w:t>
      </w:r>
    </w:p>
    <w:p>
      <w:r>
        <w:rPr>
          <w:b/>
        </w:rPr>
        <w:t xml:space="preserve">[21:01] </w:t>
      </w:r>
      <w:r>
        <w:t>is is aalami nishani ke liye jitna bhi kharcha hone dijiye is ka bill Allah ki taraf se ada kiya jayega.</w:t>
      </w:r>
    </w:p>
    <w:p>
      <w:pPr>
        <w:jc w:val="right"/>
      </w:pPr>
      <w:r>
        <w:t>اس اس عالمی نشانی کے لیے جتنا بھی خرچہ ہونے دیجیے اس کا بل اللہ کی طرف سے ادا کیا جائے گا۔</w:t>
      </w:r>
    </w:p>
    <w:p>
      <w:r>
        <w:rPr>
          <w:b/>
        </w:rPr>
        <w:t xml:space="preserve">[21:13] </w:t>
      </w:r>
      <w:r>
        <w:t>bashart ke aap apne aap ko yani aish o ishrat mein na phansen. saada zindagi ikhtiyar karen.</w:t>
      </w:r>
    </w:p>
    <w:p>
      <w:pPr>
        <w:jc w:val="right"/>
      </w:pPr>
      <w:r>
        <w:t>بشرط کہ آپ اپنے آپ کو یعنی عیش و عشرت میں نہ پھنسائیں۔ سادہ زندگی اختیار کریں۔</w:t>
      </w:r>
    </w:p>
    <w:p>
      <w:r>
        <w:rPr>
          <w:b/>
        </w:rPr>
        <w:t xml:space="preserve">[21:26] </w:t>
      </w:r>
      <w:r>
        <w:t>aish o ishrat ke liye nahi Allah ka jo Allah ki taraf se jo aayega woh aish o ishrat ke liye nahi hoga woh aap ki zaroorat ke liye hoga.</w:t>
      </w:r>
    </w:p>
    <w:p>
      <w:pPr>
        <w:jc w:val="right"/>
      </w:pPr>
      <w:r>
        <w:t>عیش و عشرت کے لیے نہیں اللہ کا جو اللہ کی طرف سے جو آئے گا وہ عیش و عشرت کے لیے نہیں ہوگا وہ آپ کی ضرورت کے لیے ہوگا۔</w:t>
      </w:r>
    </w:p>
    <w:p>
      <w:r>
        <w:rPr>
          <w:b/>
        </w:rPr>
        <w:t xml:space="preserve">[21:41] </w:t>
      </w:r>
      <w:r>
        <w:t>toh quran ki ayaton se wa ahadees se maloom hota hai ke ummat e Muhammadi par yeh farz hai farz ke woh dawat e Allah ki aalami planning kare.</w:t>
      </w:r>
    </w:p>
    <w:p>
      <w:pPr>
        <w:jc w:val="right"/>
      </w:pPr>
      <w:r>
        <w:t>تو قرآن کی آیتوں سے و احادیث سے معلوم ہوتا ہے کہ امت محمدی پر یہ فرض ہے فرض کہ وہ دعوت اللہ کی عالمی پلاننگ کرے۔</w:t>
      </w:r>
    </w:p>
    <w:p>
      <w:r>
        <w:rPr>
          <w:b/>
        </w:rPr>
        <w:t xml:space="preserve">[21:58] </w:t>
      </w:r>
      <w:r>
        <w:t>aalmi planning. pehle planning pehle planning ki maqsood thi yani chal kar ke aap chal ke yahan jaiye wahan jaiye.</w:t>
      </w:r>
    </w:p>
    <w:p>
      <w:pPr>
        <w:jc w:val="right"/>
      </w:pPr>
      <w:r>
        <w:t>عالمی پلاننگ۔ پہلے پلاننگ پہلے پلاننگ کی مقصود تھی یعنی چل کر کے آپ چل کے یہاں جائیے وہاں جائیے۔</w:t>
      </w:r>
    </w:p>
    <w:p>
      <w:r>
        <w:rPr>
          <w:b/>
        </w:rPr>
        <w:t xml:space="preserve">[22:11] </w:t>
      </w:r>
      <w:r>
        <w:t>phir printing press ka zamana aaya toh chhaap chhaap kar aap sare aalam ke liye pahunchaiye. phir dawat aayega be waqt zamana aa gaya.</w:t>
      </w:r>
    </w:p>
    <w:p>
      <w:pPr>
        <w:jc w:val="right"/>
      </w:pPr>
      <w:r>
        <w:t>پھر پرنٹنگ پریس کا زمانہ آیا تو چھاپ چھاپ کر آپ سارے عالم کے لیے پہنچائیے۔ پھر دعوت آئے گا بے وقت زمانہ آگیا۔</w:t>
      </w:r>
    </w:p>
    <w:p>
      <w:r>
        <w:rPr>
          <w:b/>
        </w:rPr>
        <w:t xml:space="preserve">[22:23] </w:t>
      </w:r>
      <w:r>
        <w:t>communication ka computer ka electronic zamana aa gaya. toh mazeed aap ko mauqa mil gaya ke aap aalami satah par universal level par global level par Allah ke kalam ko pahunchayen.</w:t>
      </w:r>
    </w:p>
    <w:p>
      <w:pPr>
        <w:jc w:val="right"/>
      </w:pPr>
      <w:r>
        <w:t>کمیونیکیشن کا کمپیوٹر کا الیکٹرانک زمانہ آگیا۔ تو مزید آپ کو موقع مل گیا کہ آپ عالمی سطح پر یونیورسل لیول پر گلوبل لیول پر اللہ کے کلام کو پہنچائیں۔</w:t>
      </w:r>
    </w:p>
    <w:p>
      <w:r>
        <w:rPr>
          <w:b/>
        </w:rPr>
        <w:t xml:space="preserve">[22:41] </w:t>
      </w:r>
      <w:r>
        <w:t>inka inka tarjuma tayyar karen. aur inki logon ke understandable language mein. aur is par jitna bhi kharch ho hone dijiye kharch.</w:t>
      </w:r>
    </w:p>
    <w:p>
      <w:pPr>
        <w:jc w:val="right"/>
      </w:pPr>
      <w:r>
        <w:t>ان کا ان کا ترجمہ تیار کریں۔ اور ان کی لوگوں کے انڈرسٹینڈ ایبل لینگویج میں۔ اور اس پر جتنا بھی خرچ ہو ہونے دیجیے خرچ۔</w:t>
      </w:r>
    </w:p>
    <w:p>
      <w:r>
        <w:rPr>
          <w:b/>
        </w:rPr>
        <w:t xml:space="preserve">[22:52] </w:t>
      </w:r>
      <w:r>
        <w:t>kyunke sara kharch ki adaigi Allah ki taraf se hogi. lekin yeh jo adaigi hogi woh aap ke aish o ishrat ke liye nahi hogi. woh dawat ki planning ke liye hogi.</w:t>
      </w:r>
    </w:p>
    <w:p>
      <w:pPr>
        <w:jc w:val="right"/>
      </w:pPr>
      <w:r>
        <w:t>کیونکہ سارا خرچ کی ادائیگی اللہ کی طرف سے ہوگی۔ لیکن یہ جو ادائیگی ہوگی وہ آپ کے عیش و عشرت کے لیے نہیں ہوگی۔ وہ دعوت کی پلاننگ کے لیے ہوگی۔</w:t>
      </w:r>
    </w:p>
    <w:p>
      <w:r>
        <w:rPr>
          <w:b/>
        </w:rPr>
        <w:t xml:space="preserve">[23:06] </w:t>
      </w:r>
      <w:r>
        <w:t>toh yeh kitni badi khushkhabri hai. ek martaba mein ne parha tha ke government jab kisi insaan ko forester bana deti.</w:t>
      </w:r>
    </w:p>
    <w:p>
      <w:pPr>
        <w:jc w:val="right"/>
      </w:pPr>
      <w:r>
        <w:t>تو یہ کتنی بڑی خوشخبری ہے۔ ایک مرتبہ میں نے پڑھا تھا کہ گورنمنٹ جب کسی انسان کو فارسٹر بنا دیتی۔</w:t>
      </w:r>
    </w:p>
    <w:p>
      <w:r>
        <w:rPr>
          <w:b/>
        </w:rPr>
        <w:t xml:space="preserve">[23:23] </w:t>
      </w:r>
      <w:r>
        <w:t>kyunke mulkon mein aap jante hain ke janglat ke ilaqay hotay hain. wahan forester bheje jatay hain. forester.</w:t>
      </w:r>
    </w:p>
    <w:p>
      <w:pPr>
        <w:jc w:val="right"/>
      </w:pPr>
      <w:r>
        <w:t>کیونکہ ملکوں میں آپ جانتے ہیں کہ جنگل کے علاقے ہوتے ہیں۔ وہاں فارسٹر بھیجے جاتے ہیں۔ فارسٹر۔</w:t>
      </w:r>
    </w:p>
    <w:p>
      <w:r>
        <w:rPr>
          <w:b/>
        </w:rPr>
        <w:t xml:space="preserve">[23:33] </w:t>
      </w:r>
      <w:r>
        <w:t>toh government in ko jo kuch deti hai usi ke sath in ko gun bhi deti hai. gun. kyunke janglat mein toh aap jante hain ke khoonkhar animal ho sakte hain.</w:t>
      </w:r>
    </w:p>
    <w:p>
      <w:pPr>
        <w:jc w:val="right"/>
      </w:pPr>
      <w:r>
        <w:t>تو گورنمنٹ ان کو جو کچھ دیتی ہے اسی کے ساتھ ان کو گن بھی دیتی ہے۔ گن۔ کیونکہ جنگل میں تو آپ جانتے ہیں کہ خونخوار اینیمل ہو سکتے ہیں۔</w:t>
      </w:r>
    </w:p>
    <w:p>
      <w:r>
        <w:rPr>
          <w:b/>
        </w:rPr>
        <w:t xml:space="preserve">[23:47] </w:t>
      </w:r>
      <w:r>
        <w:t>bhediya ho sakta hai sher ho sakta hai. toh forester jis ko banaya jata hai us ko gun di jati hai. gun.</w:t>
      </w:r>
    </w:p>
    <w:p>
      <w:pPr>
        <w:jc w:val="right"/>
      </w:pPr>
      <w:r>
        <w:t>بھیڑیا ہو سکتا ہے شیر ہو سکتا ہے۔ تو فارسٹر جس کو بنایا جاتا ہے اس کو گن دی جاتی ہے۔ گن۔</w:t>
      </w:r>
    </w:p>
    <w:p>
      <w:r>
        <w:rPr>
          <w:b/>
        </w:rPr>
        <w:t xml:space="preserve">[23:58] </w:t>
      </w:r>
      <w:r>
        <w:t>jis ka mani hai ke uhda ke zaroorat ke mutabiq asbab dena. uhda ke zaroorat ke mutabiq us ko equip karna.</w:t>
      </w:r>
    </w:p>
    <w:p>
      <w:pPr>
        <w:jc w:val="right"/>
      </w:pPr>
      <w:r>
        <w:t>جس کا معنی ہے کہ عہدے کے ضرورت کے مطابق اسباب دینا۔ عہدے کے ضرورت کے مطابق اس کو ایکوپ کرنا۔</w:t>
      </w:r>
    </w:p>
    <w:p>
      <w:r>
        <w:rPr>
          <w:b/>
        </w:rPr>
        <w:t xml:space="preserve">[24:11] </w:t>
      </w:r>
      <w:r>
        <w:t>equip kar ke bhejna. toh yeh forester ke liye tha. lekin Allah taala ne jab aap ko ummat e Muhammadi ko dawat e Allah ke liye muqarrar kiya hai ke sare aalam ke liye sari qomon ke liye Allah ka paigham un ki understandable language mein pahunchayen.</w:t>
      </w:r>
    </w:p>
    <w:p>
      <w:pPr>
        <w:jc w:val="right"/>
      </w:pPr>
      <w:r>
        <w:t>ایکوپ کر کے بھیجنا۔ تو یہ فارسٹر کے لیے تھا۔ لیکن اللہ تعالی نے جب آپ کو امت محمدی کو دعوت اللہ کے لیے مقرر کیا ہے کہ سارے عالم کے لیے ساری قوموں کے لیے اللہ کا پیغام ان کی انڈرسٹینڈ ایبل لینگویج میں پہنچائیں۔</w:t>
      </w:r>
    </w:p>
    <w:p>
      <w:r>
        <w:rPr>
          <w:b/>
        </w:rPr>
        <w:t xml:space="preserve">[24:36] </w:t>
      </w:r>
      <w:r>
        <w:t>toh yahan bhi aap ko jo zaroorat thi woh diya gaya. is ke liye gun ki zaroorat nahi hai. bomb ki zaroorat nahi hai.</w:t>
      </w:r>
    </w:p>
    <w:p>
      <w:pPr>
        <w:jc w:val="right"/>
      </w:pPr>
      <w:r>
        <w:t>تو یہاں بھی آپ کو جو ضرورت تھی وہ دیا گیا۔ اس کے لیے گن کی ضرورت نہیں ہے۔ بم کی ضرورت نہیں ہے۔</w:t>
      </w:r>
    </w:p>
    <w:p>
      <w:r>
        <w:rPr>
          <w:b/>
        </w:rPr>
        <w:t xml:space="preserve">[24:46] </w:t>
      </w:r>
      <w:r>
        <w:t>is ki zaroorat hai mal ki. kyunke chahe printing press ke zamana ho ya electronic ke zamana ho ya communication ke zamana ho jab aap planning karenge toh is mein aap ko kharch karna padega.</w:t>
      </w:r>
    </w:p>
    <w:p>
      <w:pPr>
        <w:jc w:val="right"/>
      </w:pPr>
      <w:r>
        <w:t>اس کی ضرورت ہے مال کی۔ کیونکہ چاہے پرنٹنگ پریس کے زمانہ ہو یا الیکٹرانک کے زمانہ ہو یا کمیونیکیشن کے زمانہ ہو جب آپ پلاننگ کریں گے تو اس میں آپ کو خرچ کرنا پڑے گا۔</w:t>
      </w:r>
    </w:p>
    <w:p>
      <w:r>
        <w:rPr>
          <w:b/>
        </w:rPr>
        <w:t xml:space="preserve">[25:08] </w:t>
      </w:r>
      <w:r>
        <w:t>toh yeh sara kharcha jo hai ek Allah ki taraf se ada hoga. isi ki isi maqsad ke liye Allah taala ne ummat e Muhammadi ki zaban zameen ke neeche tail ka samandar baha diya jis ko kehte hain liquid gold.</w:t>
      </w:r>
    </w:p>
    <w:p>
      <w:pPr>
        <w:jc w:val="right"/>
      </w:pPr>
      <w:r>
        <w:t>تو یہ سارا خرچہ جو ہے ایک اللہ کی طرف سے ادا ہوگا۔ اسی کی اسی مقصد کے لیے اللہ تعالی نے امت محمدی کی زبان زمین کے نیچے تیل کا سمندر بہا دیا جس کو کہتے ہیں لیکوڈ گولڈ۔</w:t>
      </w:r>
    </w:p>
    <w:p>
      <w:r>
        <w:rPr>
          <w:b/>
        </w:rPr>
        <w:t xml:space="preserve">[25:29] </w:t>
      </w:r>
      <w:r>
        <w:t>toh yeh jo surah al baqarah ki ayaten hain yeh yahood ki tareekh ki shakal mein ummat e Muhammadi ki zimmedari ko bata rahi hain.</w:t>
      </w:r>
    </w:p>
    <w:p>
      <w:pPr>
        <w:jc w:val="right"/>
      </w:pPr>
      <w:r>
        <w:t>تو یہ جو سورہ البقرہ کی آیتیں ہیں یہ یہود کی تاریخ کی شکل میں امت محمدی کی ذمہ داری کو بتا رہی ہیں۔</w:t>
      </w:r>
    </w:p>
    <w:p>
      <w:r>
        <w:rPr>
          <w:b/>
        </w:rPr>
        <w:t xml:space="preserve">[25:42] </w:t>
      </w:r>
      <w:r>
        <w:t>surah al baqarah ki yeh ayaten yahood ki tareekh ki surat mein ummat e Muhammadi ki zimmedari ko bata rahi hain.</w:t>
      </w:r>
    </w:p>
    <w:p>
      <w:pPr>
        <w:jc w:val="right"/>
      </w:pPr>
      <w:r>
        <w:t>سورہ البقرہ کی یہ آیتیں یہود کی تاریخ کی صورت میں امت محمدی کی ذمہ داری کو بتا رہی ہیں۔</w:t>
      </w:r>
    </w:p>
    <w:p>
      <w:r>
        <w:rPr>
          <w:b/>
        </w:rPr>
        <w:t xml:space="preserve">[25:53] </w:t>
      </w:r>
      <w:r>
        <w:t>yani ummat ummat ummat yehood jo thi ya ummat e Musa jo thi us ko Allah taala ne man salwa ka aasmani rizq pahunchaya.</w:t>
      </w:r>
    </w:p>
    <w:p>
      <w:pPr>
        <w:jc w:val="right"/>
      </w:pPr>
      <w:r>
        <w:t>یعنی امت امت امت یہود جو تھی یا امت موسی جو تھی اس کو اللہ تعالی نے من سلوٰی کا آسمانی رزق پہنچایا۔</w:t>
      </w:r>
    </w:p>
    <w:p>
      <w:r>
        <w:rPr>
          <w:b/>
        </w:rPr>
        <w:t xml:space="preserve">[26:05] </w:t>
      </w:r>
      <w:r>
        <w:t>aasmani rizq. isi liye tha woh ke tum Allah ke deen ka paigham pohnchao.</w:t>
      </w:r>
    </w:p>
    <w:p>
      <w:pPr>
        <w:jc w:val="right"/>
      </w:pPr>
      <w:r>
        <w:t>آسمانی رزق۔ اسی لیے تھا وہ کہ تم اللہ کے دین کا پیغام پہنچاؤ۔</w:t>
      </w:r>
    </w:p>
    <w:p>
      <w:r>
        <w:rPr>
          <w:b/>
        </w:rPr>
        <w:t xml:space="preserve">[26:16] </w:t>
      </w:r>
      <w:r>
        <w:t>aur is aasmani rizq tum ko pohnchta rahe ga. to is par raazi nahi hue hua ke nahi in ko to baqadr khwahish chahiye.</w:t>
      </w:r>
    </w:p>
    <w:p>
      <w:pPr>
        <w:jc w:val="right"/>
      </w:pPr>
      <w:r>
        <w:t>اور اس آسمانی رزق تم کو پہنچتا رہے گا۔ تو اس پر راضی نہیں ہوئے ہوا کہ نہیں ان کو تو بقدر خواہش چاہیے۔</w:t>
      </w:r>
    </w:p>
    <w:p>
      <w:r>
        <w:rPr>
          <w:b/>
        </w:rPr>
        <w:t xml:space="preserve">[26:28] </w:t>
      </w:r>
      <w:r>
        <w:t>woh tha baqadr neend baqadr zaroorat. to unhon ne kaha ke hum ko to baqadr khwahish chahiye. to Allah taala ne kaha ke theek hai jao tum ko zillat aur masnad de di gayi.</w:t>
      </w:r>
    </w:p>
    <w:p>
      <w:pPr>
        <w:jc w:val="right"/>
      </w:pPr>
      <w:r>
        <w:t>وہ تھا بقدر نیند بقدر ضرورت۔ تو انہوں نے کہا کہ ہم کو تو بقدر خواہش چاہیے۔ تو اللہ تعالی نے کہا کہ ٹھیک ہے جاؤ تم کو ذلت اور مسند دے دی گئی۔</w:t>
      </w:r>
    </w:p>
    <w:p>
      <w:r>
        <w:rPr>
          <w:b/>
        </w:rPr>
        <w:t xml:space="preserve">[26:45] </w:t>
      </w:r>
      <w:r>
        <w:t>yani chahe jitna bhi tum ko mile tum hamesha be cheeni mein raho ge. bas phir se point khatam ho jaye ga.</w:t>
      </w:r>
    </w:p>
    <w:p>
      <w:pPr>
        <w:jc w:val="right"/>
      </w:pPr>
      <w:r>
        <w:t>یعنی چاہے جتنا بھی تم کو ملے تم ہمیشہ بے چینی میں رہو گے۔ بس پھر سے پوائنٹ ختم ہو جائے گا۔</w:t>
      </w:r>
    </w:p>
    <w:p>
      <w:r>
        <w:rPr>
          <w:b/>
        </w:rPr>
        <w:t xml:space="preserve">[26:57] </w:t>
      </w:r>
      <w:r>
        <w:t>tumhari zindagi se sukoon khatam ho jaye ga. to wohi hua. to is se yeh sabaq milta hai ke agar ummat e Muhammadi yeh jaane ke is ka mission dawat e Allah hai.</w:t>
      </w:r>
    </w:p>
    <w:p>
      <w:pPr>
        <w:jc w:val="right"/>
      </w:pPr>
      <w:r>
        <w:t>تمہاری زندگی سے سکون ختم ہو جائے گا۔ تو وہی ہوا۔ تو اس سے یہ سبق ملتا ہے کہ اگر امت محمدی یہ جانے کہ اس کا مشن دعوت اللہ ہے۔</w:t>
      </w:r>
    </w:p>
    <w:p>
      <w:r>
        <w:rPr>
          <w:b/>
        </w:rPr>
        <w:t xml:space="preserve">[27:13] </w:t>
      </w:r>
      <w:r>
        <w:t>aur dawat e Allah ke liye dil se uthe is ki planning kare is ka naqsha banaye saare alam ke liye to is ko Allah ki taraf se baqadr neend diya jaye ga.</w:t>
      </w:r>
    </w:p>
    <w:p>
      <w:pPr>
        <w:jc w:val="right"/>
      </w:pPr>
      <w:r>
        <w:t>اور دعوت اللہ کے لیے دل سے اٹھے اس کی پلاننگ کرے اس کا نقشہ بنائے سارے عالم کے لیے تو اس کو اللہ کی طرف سے بقدر نیند دیا جائے گا۔</w:t>
      </w:r>
    </w:p>
    <w:p>
      <w:r>
        <w:rPr>
          <w:b/>
        </w:rPr>
        <w:t xml:space="preserve">[27:30] </w:t>
      </w:r>
      <w:r>
        <w:t>ab moza zamane mein to explosion ho chuka hai. moza zamana economic explosion ka zamana hai. aap jahan bhi hon aap diaries khaasi kar sakte hain.</w:t>
      </w:r>
    </w:p>
    <w:p>
      <w:pPr>
        <w:jc w:val="right"/>
      </w:pPr>
      <w:r>
        <w:t>اب موزہ زمانے میں تو ایکسپلوژن ہو چکا ہے۔ موزہ زمانہ اکانومک ایکسپلوژن کا زمانہ ہے۔ آپ جہاں بھی ہوں آپ ڈائریس خاصی کر سکتے ہیں۔</w:t>
      </w:r>
    </w:p>
    <w:p>
      <w:r>
        <w:rPr>
          <w:b/>
        </w:rPr>
        <w:t xml:space="preserve">[27:43] </w:t>
      </w:r>
      <w:r>
        <w:t>bashart ke aap baqadr neend par raazi hon. baqadr zaroorat par raazi hon. agar aap raazi nahi hon ge aur aap ka zehan hoga aur and and more and more pohncha jaye ga to aap ko paisa maan chhin jaye ga aap se.</w:t>
      </w:r>
    </w:p>
    <w:p>
      <w:pPr>
        <w:jc w:val="right"/>
      </w:pPr>
      <w:r>
        <w:t>بشرط کہ آپ بقدر نیند پر راضی ہوں۔ بقدر ضرورت پر راضی ہوں۔ اگر آپ راضی نہیں ہوں گے اور آپ کا ذہن ہوگا اور اور اور بور اینڈ بور پہنچا جائے گا تو آپ کو پیسہ مان چھن جائے گا آپ سے۔</w:t>
      </w:r>
    </w:p>
    <w:p>
      <w:r>
        <w:rPr>
          <w:b/>
        </w:rPr>
        <w:t xml:space="preserve">[28:06] </w:t>
      </w:r>
      <w:r>
        <w:t>paisa maan chhin jaye ga. phir aap ka zehan yeh banega ke bicycle hai to motor ki pareshani.</w:t>
      </w:r>
    </w:p>
    <w:p>
      <w:pPr>
        <w:jc w:val="right"/>
      </w:pPr>
      <w:r>
        <w:t>پیسہ مان چھن جائے گا۔ پھر آپ کا ذہن یہ بنے گا کہ باسکل ہے تو موٹر کی پریشانی۔</w:t>
      </w:r>
    </w:p>
    <w:p>
      <w:r>
        <w:rPr>
          <w:b/>
        </w:rPr>
        <w:t xml:space="preserve">[28:16] </w:t>
      </w:r>
      <w:r>
        <w:t>motor hai to do ke liye pareshani. do hai to teen ke liye pareshani. yani har waqt bore har waqt bore ki liye be cheeni.</w:t>
      </w:r>
    </w:p>
    <w:p>
      <w:pPr>
        <w:jc w:val="right"/>
      </w:pPr>
      <w:r>
        <w:t>موٹر ہے تو دو کے لیے پریشانی۔ دو ہے تو تین کے لیے پریشانی۔ یعنی ہر وقت بور ہر وقت بور کی لیے بے چینی۔</w:t>
      </w:r>
    </w:p>
    <w:p>
      <w:r>
        <w:rPr>
          <w:b/>
        </w:rPr>
        <w:t xml:space="preserve">[28:28] </w:t>
      </w:r>
      <w:r>
        <w:t>yeh isi ko kaha gaya miskeenat zillat aur miskeenat. to wohi wohi is waqt logon ka haal hai. yani</w:t>
      </w:r>
    </w:p>
    <w:p>
      <w:pPr>
        <w:jc w:val="right"/>
      </w:pPr>
      <w:r>
        <w:t>یہ اسی کو کہا گیا مسکنت ذلت اور مسکنت۔ تو وہی وہی اس وقت لوگوں کا حال ہے۔ یعنی</w:t>
      </w:r>
    </w:p>
    <w:p>
      <w:r>
        <w:rPr>
          <w:b/>
        </w:rPr>
        <w:t xml:space="preserve">[28:40] </w:t>
      </w:r>
      <w:r>
        <w:t>baqadr neend to mil chuka tha ab raazi nahi hue aur bore and bore chaha to ab kya hai be cheeni hasil hasil hui.</w:t>
      </w:r>
    </w:p>
    <w:p>
      <w:pPr>
        <w:jc w:val="right"/>
      </w:pPr>
      <w:r>
        <w:t>بقدر نیند تو مل چکا تھا اب راضی نہیں ہوئے اور بور اینڈ بور چاہا تو اب کیا ہے بے چینی حاصل حاصل ہوئی۔</w:t>
      </w:r>
    </w:p>
    <w:p>
      <w:r>
        <w:rPr>
          <w:b/>
        </w:rPr>
        <w:t xml:space="preserve">[28:56] </w:t>
      </w:r>
      <w:r>
        <w:t>paisa maan khatam ho gaya. to main sochta hoon ke yeh bohat bara sabaq hai jo is surah mein hum ko diya gaya hai.</w:t>
      </w:r>
    </w:p>
    <w:p>
      <w:pPr>
        <w:jc w:val="right"/>
      </w:pPr>
      <w:r>
        <w:t>پیسہ مان ختم ہو گیا۔ تو میں سوچتا ہوں کہ یہ بہت بڑا سبق ہے جو اس سورہ میں ہم کو دیا گیا ہے۔</w:t>
      </w:r>
    </w:p>
    <w:p>
      <w:r>
        <w:rPr>
          <w:b/>
        </w:rPr>
        <w:t xml:space="preserve">[29:10] </w:t>
      </w:r>
      <w:r>
        <w:t>dekhen yahan par jo yahood ka zikr hai woh yahood ka zikr is liye nahi ke un ke liye laanat ka ailaan kiya jaye. un ke un ke liye azab azab ka intezam kiya jaye.</w:t>
      </w:r>
    </w:p>
    <w:p>
      <w:pPr>
        <w:jc w:val="right"/>
      </w:pPr>
      <w:r>
        <w:t>دیکھیں یہاں پر جو یہود کا ذکر ہے وہ یہود کا ذکر اس لیے نہیں کہ ان کے لیے لعنت کا اعلان کیا جائے۔ ان کے ان کے لیے عذاب عذاب کا انتظام کیا جائے۔</w:t>
      </w:r>
    </w:p>
    <w:p>
      <w:r>
        <w:rPr>
          <w:b/>
        </w:rPr>
        <w:t xml:space="preserve">[29:24] </w:t>
      </w:r>
      <w:r>
        <w:t>un ke liye yani saza ka ailaan kiya jaye. yeh sab nahi hai. yeh sab bilkul nahi hai.</w:t>
      </w:r>
    </w:p>
    <w:p>
      <w:pPr>
        <w:jc w:val="right"/>
      </w:pPr>
      <w:r>
        <w:t>ان کے لیے یعنی سزا کا اعلان کیا جائے۔ یہ سب نہیں ہے۔ یہ سب بالکل نہیں ہے۔</w:t>
      </w:r>
    </w:p>
    <w:p>
      <w:r>
        <w:rPr>
          <w:b/>
        </w:rPr>
        <w:t xml:space="preserve">[29:32] </w:t>
      </w:r>
      <w:r>
        <w:t>ummat e yahood ke hawale se yahan ummat e Muhammadi ko sabaq dena maqsood hai. yahan jo yahood ka tazkira hai woh is liye nahi ke woh un ke mabghood hone ka ailaan kiya jaye.</w:t>
      </w:r>
    </w:p>
    <w:p>
      <w:pPr>
        <w:jc w:val="right"/>
      </w:pPr>
      <w:r>
        <w:t>امت یہود کے حوالے سے یہاں امت محمدی کو سبق دینا مقصود ہے۔ یہاں جو یہود کا تذکرہ ہے وہ اس لیے نہیں کہ وہ ان کے مبغوض ہونے کا اعلان کیا جائے۔</w:t>
      </w:r>
    </w:p>
    <w:p>
      <w:r>
        <w:rPr>
          <w:b/>
        </w:rPr>
        <w:t xml:space="preserve">[29:51] </w:t>
      </w:r>
      <w:r>
        <w:t>nahi yahood ka tazkira hai ke tareekh ke hawale se haal yeh past ke hawale se present ke liye sabaq.</w:t>
      </w:r>
    </w:p>
    <w:p>
      <w:pPr>
        <w:jc w:val="right"/>
      </w:pPr>
      <w:r>
        <w:t>نہیں یہود کا تذکرہ ہے کہ تاریخ کے حوالے سے حال یہ پاسٹ کے حوالے سے پریزنٹ کے لیے سبق۔</w:t>
      </w:r>
    </w:p>
    <w:p>
      <w:r>
        <w:rPr>
          <w:b/>
        </w:rPr>
        <w:t xml:space="preserve">[30:05] </w:t>
      </w:r>
      <w:r>
        <w:t>is ka maqsad hai past ke hawale se present ke liye sabaq. yani ummat ummat e yahood ke hawale se ummat e Muhammadi ke liye sabaq.</w:t>
      </w:r>
    </w:p>
    <w:p>
      <w:pPr>
        <w:jc w:val="right"/>
      </w:pPr>
      <w:r>
        <w:t>اس کا مقصد ہے پاسٹ کے حوالے سے پریزنٹ کے لیے سبق۔ یعنی امت امت یہود کے حوالے سے امت محمدی کے لیے سبق۔</w:t>
      </w:r>
    </w:p>
    <w:p>
      <w:r>
        <w:rPr>
          <w:b/>
        </w:rPr>
        <w:t xml:space="preserve">[30:20] </w:t>
      </w:r>
      <w:r>
        <w:t>aur sabaq yahi hai ke yeh yaad dilana ke tumhara asal maqsad dawat hai.</w:t>
      </w:r>
    </w:p>
    <w:p>
      <w:pPr>
        <w:jc w:val="right"/>
      </w:pPr>
      <w:r>
        <w:t>اور سبق یہی ہے کہ یہ یاد دلانا کہ تمہارا اصل مقصد دعوت ہے۔</w:t>
      </w:r>
    </w:p>
    <w:p>
      <w:r>
        <w:rPr>
          <w:b/>
        </w:rPr>
        <w:t xml:space="preserve">[30:31] </w:t>
      </w:r>
      <w:r>
        <w:t>asal maqsad tumhara hai Allah ke paigham ko phailana. aur asal maqsad hai Allah ki kitab ko jo kitab Allah utri hai tumhare upar us ko saare alam tak ke liye available karna yeh hai.</w:t>
      </w:r>
    </w:p>
    <w:p>
      <w:pPr>
        <w:jc w:val="right"/>
      </w:pPr>
      <w:r>
        <w:t>اصل مقصد تمہارا ہے اللہ کے پیغام کو پھیلانا۔ اور اصل مقصد ہے اللہ کی کتاب کو جو کتاب اللہ اتری ہے تمہارے اوپر اس کو سارے عالم تک کے لیے اویلیبل کرنا یہ ہے۔</w:t>
      </w:r>
    </w:p>
    <w:p>
      <w:r>
        <w:rPr>
          <w:b/>
        </w:rPr>
        <w:t xml:space="preserve">[30:49] </w:t>
      </w:r>
      <w:r>
        <w:t>aur is zamane mein yeh hai ke aap is ka translation har zaban mein tayar karen. aur behtareen chhapayi ke sath us ko logon tak pohnchayen.</w:t>
      </w:r>
    </w:p>
    <w:p>
      <w:pPr>
        <w:jc w:val="right"/>
      </w:pPr>
      <w:r>
        <w:t>اور اس زمانے میں یہ ہے کہ آپ اس کا ٹرانسلیشن ہر زبان میں تیار کریں۔ اور بہترین چھپائی کے ساتھ اس کو لوگوں تک پہنچائیں۔</w:t>
      </w:r>
    </w:p>
    <w:p>
      <w:r>
        <w:rPr>
          <w:b/>
        </w:rPr>
        <w:t xml:space="preserve">[31:04] </w:t>
      </w:r>
      <w:r>
        <w:t>aur is ke liye jo ummat e Muhammadi ka jo jo maashi zaroorat hai us ka jo</w:t>
      </w:r>
    </w:p>
    <w:p>
      <w:pPr>
        <w:jc w:val="right"/>
      </w:pPr>
      <w:r>
        <w:t>اور اس کے لیے جو امت محمدی کا جو جو معاشی ضرورت ہے اس کا جو</w:t>
      </w:r>
    </w:p>
    <w:p>
      <w:r>
        <w:rPr>
          <w:b/>
        </w:rPr>
        <w:t xml:space="preserve">[31:20] </w:t>
      </w:r>
      <w:r>
        <w:t>is ka ailaan hai yahood ke hawale se ke woh Allah ke zimme hain. jis tarah un ko man salwa aaya tha aasman se tum ko bhi man salwa aaye ga.</w:t>
      </w:r>
    </w:p>
    <w:p>
      <w:pPr>
        <w:jc w:val="right"/>
      </w:pPr>
      <w:r>
        <w:t>اس کا اعلان ہے یہود کے حوالے سے کہ وہ اللہ کے ذمے ہیں۔ جس طرح ان کو من سلوٰی آیا تھا آسمان سے تم کو بھی من سلوٰی آئے گا۔</w:t>
      </w:r>
    </w:p>
    <w:p>
      <w:r>
        <w:rPr>
          <w:b/>
        </w:rPr>
        <w:t xml:space="preserve">[31:34] </w:t>
      </w:r>
      <w:r>
        <w:t>aur aa chuka hai. lekin aaj ka man salwa industrial age ka man salwa hua. yahood ko jo man salwa mila tha woh industrial age se pehle ka tha.</w:t>
      </w:r>
    </w:p>
    <w:p>
      <w:pPr>
        <w:jc w:val="right"/>
      </w:pPr>
      <w:r>
        <w:t>اور آ چکا ہے۔ لیکن آج کا من سلوٰی انڈسٹریل ایج کا من سلوٰی ہوا۔ یہود کو جو من سلوٰی ملا تھا وہ انڈسٹریل ایج سے پہلے کا تھا۔</w:t>
      </w:r>
    </w:p>
    <w:p>
      <w:r>
        <w:rPr>
          <w:b/>
        </w:rPr>
        <w:t xml:space="preserve">[31:47] </w:t>
      </w:r>
      <w:r>
        <w:t>ab hamein jo mile ga woh industrial age ke ke mutabiq mile ga. aur woh mil raha hai. industrial explosion aur liquid gold yeh sab kya hai?</w:t>
      </w:r>
    </w:p>
    <w:p>
      <w:pPr>
        <w:jc w:val="right"/>
      </w:pPr>
      <w:r>
        <w:t>اب ہمیں جو ملے گا وہ انڈسٹریل ایج کے کے مطابق ملے گا۔ اور وہ مل رہا ہے۔ انڈسٹریل ایکسپلوژن اور لیکوڈ گولڈ یہ سب کیا ہے؟</w:t>
      </w:r>
    </w:p>
    <w:p>
      <w:r>
        <w:rPr>
          <w:b/>
        </w:rPr>
        <w:t xml:space="preserve">[32:01] </w:t>
      </w:r>
      <w:r>
        <w:t>yeh daur jadeed ka man salwa hai. Moza zamane mein jo industrial opportunities bari hain.</w:t>
      </w:r>
    </w:p>
    <w:p>
      <w:pPr>
        <w:jc w:val="right"/>
      </w:pPr>
      <w:r>
        <w:t>یہ دور جدید کا من سلوٰی ہے۔ موزہ زمانے میں جو انڈسٹریل اپرچونیٹیز بڑی ہیں۔</w:t>
      </w:r>
    </w:p>
    <w:p>
      <w:r>
        <w:rPr>
          <w:b/>
        </w:rPr>
        <w:t xml:space="preserve">[32:12] </w:t>
      </w:r>
      <w:r>
        <w:t>Employment ki opportunities bari hain. Industrial explosion jo taza ho gaya hai. Aur economic explosion jo taza ho gaya hai.</w:t>
      </w:r>
    </w:p>
    <w:p>
      <w:pPr>
        <w:jc w:val="right"/>
      </w:pPr>
      <w:r>
        <w:t>ایمپلائمنٹ کی اپرچونیٹیز بڑی ہیں۔ انڈسٹریل ایکسپلوژن جو تازہ ہو گیا ہے۔ اور اکانومک ایکسپلوژن جو تازہ ہو گیا ہے۔</w:t>
      </w:r>
    </w:p>
    <w:p>
      <w:r>
        <w:rPr>
          <w:b/>
        </w:rPr>
        <w:t xml:space="preserve">[32:26] </w:t>
      </w:r>
      <w:r>
        <w:t>Woh daur jadeed ka man salwa hai. Woh ummat e mohammadi ka daur ka man salwa hai. To is ke zariye ummat e mohammadi ke liye itna zyada intezam kar diya gaya hai ke woh apni zaroorat bhi poori karein aur dawat ka kaam bhi karein.</w:t>
      </w:r>
    </w:p>
    <w:p>
      <w:pPr>
        <w:jc w:val="right"/>
      </w:pPr>
      <w:r>
        <w:t>وہ دور جدید کا من سلوٰی ہے۔ وہ امت محمدی کا دور کا من سلوٰی ہے۔ تو اس کے ذریعے امت محمدی کے لیے اتنا زیادہ انتظام کر دیا گیا ہے کہ وہ اپنی ضرورت بھی پوری کریں اور دعوت کا کام بھی کریں۔</w:t>
      </w:r>
    </w:p>
    <w:p>
      <w:r>
        <w:rPr>
          <w:b/>
        </w:rPr>
        <w:t xml:space="preserve">[32:49] </w:t>
      </w:r>
      <w:r>
        <w:t>Kahin record na ho.</w:t>
      </w:r>
    </w:p>
    <w:p>
      <w:pPr>
        <w:jc w:val="right"/>
      </w:pPr>
      <w:r>
        <w:t>کہیں ریکارڈ نہ ہو۔</w:t>
      </w:r>
    </w:p>
    <w:p>
      <w:r>
        <w:rPr>
          <w:b/>
        </w:rPr>
        <w:t xml:space="preserve">[32:54] </w:t>
      </w:r>
      <w:r>
        <w:t>To is ka matlab yeh hai kya hai? Is ka matlab yeh hai ke is zamane mein koi ladne ki zaroorat nahin. Qital ki zaroorat nahin. Talwar uthane ki zaroorat nahin.</w:t>
      </w:r>
    </w:p>
    <w:p>
      <w:pPr>
        <w:jc w:val="right"/>
      </w:pPr>
      <w:r>
        <w:t>تو اس کا معنی یہ ہے کیا ہے؟ اس کا معنی یہ ہے کہ اس زمانے میں کوئی لڑنے کی ضرورت نہیں۔ قتال کی ضرورت نہیں۔ تلوار اٹھانے کی ضرورت نہیں۔</w:t>
      </w:r>
    </w:p>
    <w:p>
      <w:r>
        <w:rPr>
          <w:b/>
        </w:rPr>
        <w:t xml:space="preserve">[33:06] </w:t>
      </w:r>
      <w:r>
        <w:t>Gun uthane ki zaroorat nahin. Bomb marne ki zaroorat nahin. Kuch nahin. Jab sab kuch mil chuka to kis liye?</w:t>
      </w:r>
    </w:p>
    <w:p>
      <w:pPr>
        <w:jc w:val="right"/>
      </w:pPr>
      <w:r>
        <w:t>گن اٹھانے کی ضرورت نہیں۔ بم مارنے کی ضرورت نہیں۔ کچھ نہیں۔ جب سب کچھ مل چکا تو کس لیے؟</w:t>
      </w:r>
    </w:p>
    <w:p>
      <w:r>
        <w:rPr>
          <w:b/>
        </w:rPr>
        <w:t xml:space="preserve">[33:16] </w:t>
      </w:r>
      <w:r>
        <w:t>Sab kuch mil chuka to kis liye?</w:t>
      </w:r>
    </w:p>
    <w:p>
      <w:pPr>
        <w:jc w:val="right"/>
      </w:pPr>
      <w:r>
        <w:t>سب کچھ مل چکا تو کس لیے؟</w:t>
      </w:r>
    </w:p>
    <w:p>
      <w:r>
        <w:rPr>
          <w:b/>
        </w:rPr>
        <w:t xml:space="preserve">[33:22] </w:t>
      </w:r>
      <w:r>
        <w:t>Jab peace ka zamana aa jaye to gun ka role khatam ho jata hai.</w:t>
      </w:r>
    </w:p>
    <w:p>
      <w:pPr>
        <w:jc w:val="right"/>
      </w:pPr>
      <w:r>
        <w:t>جب پیس کا زمانہ آجائے تو گن کا رول ختم ہو جاتا ہے۔</w:t>
      </w:r>
    </w:p>
    <w:p>
      <w:r>
        <w:rPr>
          <w:b/>
        </w:rPr>
        <w:t xml:space="preserve">[33:30] </w:t>
      </w:r>
      <w:r>
        <w:t>Jab peaceful method ke zariye sab kuch hasil karna mumkin ho jaye ga to gun ka bomb ka zamana khatam ho jata hai.</w:t>
      </w:r>
    </w:p>
    <w:p>
      <w:pPr>
        <w:jc w:val="right"/>
      </w:pPr>
      <w:r>
        <w:t>جب پیس فل میتھڈ کے ذریعے سب کچھ حاصل کرنا ممکن ہو جائے گا تو گن کا بم کا زمانہ ختم ہو جاتا ہے۔</w:t>
      </w:r>
    </w:p>
    <w:p>
      <w:r>
        <w:rPr>
          <w:b/>
        </w:rPr>
        <w:t xml:space="preserve">[33:46] </w:t>
      </w:r>
      <w:r>
        <w:t>To aaj musalmanon ko poori tarah peaceful rehna hai. Unhein hathiyar se bomb se gun se woh poori tarah bachna hai.</w:t>
      </w:r>
    </w:p>
    <w:p>
      <w:pPr>
        <w:jc w:val="right"/>
      </w:pPr>
      <w:r>
        <w:t>تو آج مسلمانوں کو پوری طرح پیس فل رہنا ہے۔ انہیں ہتھیار سے بم سے گن سے وہ پوری طرح بچنا ہے۔</w:t>
      </w:r>
    </w:p>
    <w:p>
      <w:r>
        <w:rPr>
          <w:b/>
        </w:rPr>
        <w:t xml:space="preserve">[33:59] </w:t>
      </w:r>
      <w:r>
        <w:t>Kyunke is se to ulta ho jaye ga. Yani Allah ne mawaqe khole hain dawat ke aur aap uthate hain gun aur marte hain bomb to to sab kuch sab kuch sara mamla bigad jaye ga.</w:t>
      </w:r>
    </w:p>
    <w:p>
      <w:pPr>
        <w:jc w:val="right"/>
      </w:pPr>
      <w:r>
        <w:t>کیونکہ اس سے تو الٹا ہو جائے گا۔ یعنی اللہ نے مواقع کھولے ہیں دعوت کے اور آپ اٹھاتے ہیں گن اور مارتے ہیں بم تو تو سب کچھ سب کچھ سارا معاملہ بگڑ جائے گا۔</w:t>
      </w:r>
    </w:p>
    <w:p>
      <w:r>
        <w:rPr>
          <w:b/>
        </w:rPr>
        <w:t xml:space="preserve">[34:21] </w:t>
      </w:r>
      <w:r>
        <w:t>Bajaye muaddal mahol ke yani normal halaat ke bajaye har taraf afra tafri ladai khoon nafrat paida ho jaye gi.</w:t>
      </w:r>
    </w:p>
    <w:p>
      <w:pPr>
        <w:jc w:val="right"/>
      </w:pPr>
      <w:r>
        <w:t>بجائے معدل ماحول کے یعنی نارمل حالات کے بجائے ہر طرف افرا تفری لڑائی خون نفرت پیدا ہو جائے گی۔</w:t>
      </w:r>
    </w:p>
    <w:p>
      <w:r>
        <w:rPr>
          <w:b/>
        </w:rPr>
        <w:t xml:space="preserve">[34:36] </w:t>
      </w:r>
      <w:r>
        <w:t>to jab sare moaqay khul gaye</w:t>
      </w:r>
    </w:p>
    <w:p>
      <w:pPr>
        <w:jc w:val="right"/>
      </w:pPr>
      <w:r>
        <w:t>تو جب سارے مواقع کھل گئے</w:t>
      </w:r>
    </w:p>
    <w:p>
      <w:r>
        <w:rPr>
          <w:b/>
        </w:rPr>
        <w:t xml:space="preserve">[34:40] </w:t>
      </w:r>
      <w:r>
        <w:t>jab koi rasta band nahi raha</w:t>
      </w:r>
    </w:p>
    <w:p>
      <w:pPr>
        <w:jc w:val="right"/>
      </w:pPr>
      <w:r>
        <w:t>جب کوئی راستہ بند نہیں رہا</w:t>
      </w:r>
    </w:p>
    <w:p>
      <w:r>
        <w:rPr>
          <w:b/>
        </w:rPr>
        <w:t xml:space="preserve">[34:43] </w:t>
      </w:r>
      <w:r>
        <w:t>jab koi dor band nahi raha to aap violence ka tareeqa ikhtiyar karna</w:t>
      </w:r>
    </w:p>
    <w:p>
      <w:pPr>
        <w:jc w:val="right"/>
      </w:pPr>
      <w:r>
        <w:t>جب کوئی ڈور بند نہیں رہا تو آپ وائلنس کا طریقہ اختیار کرنا</w:t>
      </w:r>
    </w:p>
    <w:p>
      <w:r>
        <w:rPr>
          <w:b/>
        </w:rPr>
        <w:t xml:space="preserve">[34:53] </w:t>
      </w:r>
      <w:r>
        <w:t>yeh ulta yeh ulta hai yani aik kaam ko rokna hai halaat ko bigarna hai da'wat ke kaam</w:t>
      </w:r>
    </w:p>
    <w:p>
      <w:pPr>
        <w:jc w:val="right"/>
      </w:pPr>
      <w:r>
        <w:t>یہ الٹا یہ الٹا ہے یعنی ایک کام کو روکنا ہے حالات کو بگاڑنا ہے دعوت کے کام</w:t>
      </w:r>
    </w:p>
    <w:p>
      <w:r>
        <w:rPr>
          <w:b/>
        </w:rPr>
        <w:t xml:space="preserve">[35:03] </w:t>
      </w:r>
      <w:r>
        <w:t>ko mein rukawatein dalna hai</w:t>
      </w:r>
    </w:p>
    <w:p>
      <w:pPr>
        <w:jc w:val="right"/>
      </w:pPr>
      <w:r>
        <w:t>کو میں رکاوٹیں ڈالنا ہے</w:t>
      </w:r>
    </w:p>
    <w:p>
      <w:r>
        <w:rPr>
          <w:b/>
        </w:rPr>
        <w:t xml:space="preserve">[35:08] </w:t>
      </w:r>
      <w:r>
        <w:t>to is zamanay ki sab se barhi zaroorat hai is ko ummat e muhammadi ko janna chahiye woh yahi</w:t>
      </w:r>
    </w:p>
    <w:p>
      <w:pPr>
        <w:jc w:val="right"/>
      </w:pPr>
      <w:r>
        <w:t>تو اس زمانے کی سب سے بڑی ضرورت ہے اس کو امت محمدی کو جاننا چاہیے وہ یہی</w:t>
      </w:r>
    </w:p>
    <w:p>
      <w:r>
        <w:rPr>
          <w:b/>
        </w:rPr>
        <w:t xml:space="preserve">[35:15] </w:t>
      </w:r>
      <w:r>
        <w:t>hai</w:t>
      </w:r>
    </w:p>
    <w:p>
      <w:pPr>
        <w:jc w:val="right"/>
      </w:pPr>
      <w:r>
        <w:t>ہے</w:t>
      </w:r>
    </w:p>
    <w:p>
      <w:r>
        <w:rPr>
          <w:b/>
        </w:rPr>
        <w:t xml:space="preserve">[35:18] </w:t>
      </w:r>
      <w:r>
        <w:t>Ke ab woh daur hi khatam ho gaya muhtaji ka daur khatam ladai ka daur khatam gun aur bomb ka daur khatam</w:t>
      </w:r>
    </w:p>
    <w:p>
      <w:pPr>
        <w:jc w:val="right"/>
      </w:pPr>
      <w:r>
        <w:t>کہ اب وہ دور ہی ختم ہو گیا محتاجی کا دور ختم لڑائی کا دور ختم گن اور بم کا دور ختم</w:t>
      </w:r>
    </w:p>
    <w:p>
      <w:r>
        <w:rPr>
          <w:b/>
        </w:rPr>
        <w:t xml:space="preserve">[35:33] </w:t>
      </w:r>
      <w:r>
        <w:t>Woh sab ka daur khatam ab to yeh hai ke Allah ne jo rizq ke mawaqe khol diye hain un se faida uthaiye aur sath sath dawat e Allah ka kaam barabar karte rahiye</w:t>
      </w:r>
    </w:p>
    <w:p>
      <w:pPr>
        <w:jc w:val="right"/>
      </w:pPr>
      <w:r>
        <w:t>وہ سب کا دور ختم اب تو یہ ہے کہ اللہ نے جو رزق کے مواقع کھول دیے ہیں ان سے فائدہ اٹھائیے اور ساتھ ساتھ دعوت اللہ کا کام برابر کرتے رہیے</w:t>
      </w:r>
    </w:p>
    <w:p>
      <w:r>
        <w:rPr>
          <w:b/>
        </w:rPr>
        <w:t xml:space="preserve">[35:55] </w:t>
      </w:r>
      <w:r>
        <w:t>To yeh sab se bari baat hai jis ko humein janna hai kyunke agar nahin janenge hum to hum hamari planning galat ho jaye gi.</w:t>
      </w:r>
    </w:p>
    <w:p>
      <w:pPr>
        <w:jc w:val="right"/>
      </w:pPr>
      <w:r>
        <w:t>تو یہ سب سے بڑی بات ہے جس کو ہمیں جاننا ہے کیونکہ اگر نہیں جانیں گے ہم تو ہم ہماری پلاننگ غلط ہو جائے گی۔</w:t>
      </w:r>
    </w:p>
    <w:p>
      <w:r>
        <w:rPr>
          <w:b/>
        </w:rPr>
        <w:t xml:space="preserve">[36:11] </w:t>
      </w:r>
      <w:r>
        <w:t>Agar nahin janenge to planning galat ho jaye gi. Main aik misaal deta hoon aap ko. Aik misaal deta hoon aap ko ke</w:t>
      </w:r>
    </w:p>
    <w:p>
      <w:pPr>
        <w:jc w:val="right"/>
      </w:pPr>
      <w:r>
        <w:t>اگر نہیں جانیں گے تو پلاننگ غلط ہو جائے گی۔ میں ایک مثال دیتا ہوں آپ کو۔ ایک مثال دیتا ہوں آپ کو کہ</w:t>
      </w:r>
    </w:p>
    <w:p>
      <w:r>
        <w:rPr>
          <w:b/>
        </w:rPr>
        <w:t xml:space="preserve">[36:25] </w:t>
      </w:r>
      <w:r>
        <w:t>western qomon ne</w:t>
      </w:r>
    </w:p>
    <w:p>
      <w:pPr>
        <w:jc w:val="right"/>
      </w:pPr>
      <w:r>
        <w:t>ویسٹرن قوموں نے</w:t>
      </w:r>
    </w:p>
    <w:p>
      <w:r>
        <w:rPr>
          <w:b/>
        </w:rPr>
        <w:t xml:space="preserve">[36:27] </w:t>
      </w:r>
      <w:r>
        <w:t>pehle clodiel jis ko kehte hain clodiel period</w:t>
      </w:r>
    </w:p>
    <w:p>
      <w:pPr>
        <w:jc w:val="right"/>
      </w:pPr>
      <w:r>
        <w:t>پہلے کلوڈیل جس کو کہتے ہیں کلوڈیل پیریڈ</w:t>
      </w:r>
    </w:p>
    <w:p>
      <w:r>
        <w:rPr>
          <w:b/>
        </w:rPr>
        <w:t xml:space="preserve">[36:38] </w:t>
      </w:r>
      <w:r>
        <w:t>clodiel method ke zariye se unhon ne chaha ke asia aur africa mein</w:t>
      </w:r>
    </w:p>
    <w:p>
      <w:pPr>
        <w:jc w:val="right"/>
      </w:pPr>
      <w:r>
        <w:t>کلوڈیل میتھڈ کے ذریعے سے انہوں نے چاہا کہ ایشیا اور افریقہ میں</w:t>
      </w:r>
    </w:p>
    <w:p>
      <w:r>
        <w:rPr>
          <w:b/>
        </w:rPr>
        <w:t xml:space="preserve">[36:44] </w:t>
      </w:r>
      <w:r>
        <w:t>apna hold barhayen</w:t>
      </w:r>
    </w:p>
    <w:p>
      <w:pPr>
        <w:jc w:val="right"/>
      </w:pPr>
      <w:r>
        <w:t>اپنا ہول بڑھائیں</w:t>
      </w:r>
    </w:p>
    <w:p>
      <w:r>
        <w:rPr>
          <w:b/>
        </w:rPr>
        <w:t xml:space="preserve">[36:48] </w:t>
      </w:r>
      <w:r>
        <w:t>yahan se siyahati maqsad hasil karen</w:t>
      </w:r>
    </w:p>
    <w:p>
      <w:pPr>
        <w:jc w:val="right"/>
      </w:pPr>
      <w:r>
        <w:t>یہاں سے سیاحتی مقصد حاصل کریں</w:t>
      </w:r>
    </w:p>
    <w:p>
      <w:r>
        <w:rPr>
          <w:b/>
        </w:rPr>
        <w:t xml:space="preserve">[36:53] </w:t>
      </w:r>
      <w:r>
        <w:t>to us waqt chounkay qadar zaman chala aata tha fouj aur hathiyar ka tareeqa phir us zamanay mein</w:t>
      </w:r>
    </w:p>
    <w:p>
      <w:pPr>
        <w:jc w:val="right"/>
      </w:pPr>
      <w:r>
        <w:t>تو اس وقت چونکہ قادر زمانہ چلا آتا تھا فوج اور ہتھیار کا طریقہ پھر اس زمانے میں</w:t>
      </w:r>
    </w:p>
    <w:p>
      <w:r>
        <w:rPr>
          <w:b/>
        </w:rPr>
        <w:t xml:space="preserve">[37:02] </w:t>
      </w:r>
      <w:r>
        <w:t>jo bhi chahta tha koi maqsad hasil karna to woh hathiyar uthata tha fouj banata tha to unhon</w:t>
      </w:r>
    </w:p>
    <w:p>
      <w:pPr>
        <w:jc w:val="right"/>
      </w:pPr>
      <w:r>
        <w:t>جو بھی چاہتا تھا کوئی مقصد حاصل کرنا تو وہ ہتھیار اٹھاتا تھا فوج بناتا تھا تو انہوں</w:t>
      </w:r>
    </w:p>
    <w:p>
      <w:r>
        <w:rPr>
          <w:b/>
        </w:rPr>
        <w:t xml:space="preserve">[37:09] </w:t>
      </w:r>
      <w:r>
        <w:t>ne bhi fouj banai</w:t>
      </w:r>
    </w:p>
    <w:p>
      <w:pPr>
        <w:jc w:val="right"/>
      </w:pPr>
      <w:r>
        <w:t>نے بھی فوج بنائی</w:t>
      </w:r>
    </w:p>
    <w:p>
      <w:r>
        <w:rPr>
          <w:b/>
        </w:rPr>
        <w:t xml:space="preserve">[37:11] </w:t>
      </w:r>
      <w:r>
        <w:t>yani clodiel jo qomen theen yani france aur britania</w:t>
      </w:r>
    </w:p>
    <w:p>
      <w:pPr>
        <w:jc w:val="right"/>
      </w:pPr>
      <w:r>
        <w:t>یعنی کلوڈیل جو قومیں تھیں یعنی فرانس اور برطانیہ</w:t>
      </w:r>
    </w:p>
    <w:p>
      <w:r>
        <w:rPr>
          <w:b/>
        </w:rPr>
        <w:t xml:space="preserve">[37:17] </w:t>
      </w:r>
      <w:r>
        <w:t>aap jantay hain ke france jo hai dakhil hua africa mein aur</w:t>
      </w:r>
    </w:p>
    <w:p>
      <w:pPr>
        <w:jc w:val="right"/>
      </w:pPr>
      <w:r>
        <w:t>آپ جانتے ہیں کہ فرانس جو ہے داخل ہوا افریقہ میں اور</w:t>
      </w:r>
    </w:p>
    <w:p>
      <w:r>
        <w:rPr>
          <w:b/>
        </w:rPr>
        <w:t xml:space="preserve">[37:24] </w:t>
      </w:r>
      <w:r>
        <w:t>british dakhil hue asia mein aur dono ne fouj banai france ne bhi fouj banai wahan france se</w:t>
      </w:r>
    </w:p>
    <w:p>
      <w:pPr>
        <w:jc w:val="right"/>
      </w:pPr>
      <w:r>
        <w:t>برٹش داخل ہوئے ایشیا میں اور دونوں نے فوج بنائی فرانس نے بھی فوج بنائی وہاں فرانس سے</w:t>
      </w:r>
    </w:p>
    <w:p>
      <w:r>
        <w:rPr>
          <w:b/>
        </w:rPr>
        <w:t xml:space="preserve">[37:34] </w:t>
      </w:r>
      <w:r>
        <w:t>bhi fouj le kar dakhil hua africa mein idhar british fouj le kar dakhil hui asia mein</w:t>
      </w:r>
    </w:p>
    <w:p>
      <w:pPr>
        <w:jc w:val="right"/>
      </w:pPr>
      <w:r>
        <w:t>بھی فوج لے کر داخل ہوا افریقہ میں ادھر برٹش فوج لے کر داخل ہوئی ایشیا میں</w:t>
      </w:r>
    </w:p>
    <w:p>
      <w:r>
        <w:rPr>
          <w:b/>
        </w:rPr>
        <w:t xml:space="preserve">[37:44] </w:t>
      </w:r>
      <w:r>
        <w:t>aur laraiyan huin munbaha</w:t>
      </w:r>
    </w:p>
    <w:p>
      <w:pPr>
        <w:jc w:val="right"/>
      </w:pPr>
      <w:r>
        <w:t>اور لڑائیاں ہوئیں منبہا</w:t>
      </w:r>
    </w:p>
    <w:p>
      <w:r>
        <w:rPr>
          <w:b/>
        </w:rPr>
        <w:t xml:space="preserve">[37:48] </w:t>
      </w:r>
      <w:r>
        <w:t>jisko aap jante hain lekin unhein baat ko yeh daryaft hui ke ab daur badal gaya</w:t>
      </w:r>
    </w:p>
    <w:p>
      <w:pPr>
        <w:jc w:val="right"/>
      </w:pPr>
      <w:r>
        <w:t>جس کو آپ جانتے ہیں لیکن انہیں بات کو یہ دریافت ہوئی کہ اب دور بدل گیا</w:t>
      </w:r>
    </w:p>
    <w:p>
      <w:r>
        <w:rPr>
          <w:b/>
        </w:rPr>
        <w:t xml:space="preserve">[37:58] </w:t>
      </w:r>
      <w:r>
        <w:t>yani first waloar ke baad daur badal gaya</w:t>
      </w:r>
    </w:p>
    <w:p>
      <w:pPr>
        <w:jc w:val="right"/>
      </w:pPr>
      <w:r>
        <w:t>یعنی فرسٹ ولوار کے بعد دور بدل گیا</w:t>
      </w:r>
    </w:p>
    <w:p>
      <w:r>
        <w:rPr>
          <w:b/>
        </w:rPr>
        <w:t xml:space="preserve">[38:05] </w:t>
      </w:r>
      <w:r>
        <w:t>aur second waloar ke baad to bilkul hi badal gaya</w:t>
      </w:r>
    </w:p>
    <w:p>
      <w:pPr>
        <w:jc w:val="right"/>
      </w:pPr>
      <w:r>
        <w:t>اور سیکنڈ ولوار کے بعد تو بالکل ہی بدل گیا</w:t>
      </w:r>
    </w:p>
    <w:p>
      <w:r>
        <w:rPr>
          <w:b/>
        </w:rPr>
        <w:t xml:space="preserve">[38:09] </w:t>
      </w:r>
      <w:r>
        <w:t>ab yeh mumkin ho gaya ke aap out sourcing karen ab mumkin ho gaya ke aap gun aur</w:t>
      </w:r>
    </w:p>
    <w:p>
      <w:pPr>
        <w:jc w:val="right"/>
      </w:pPr>
      <w:r>
        <w:t>اب یہ ممکن ہو گیا کہ آپ آؤٹ سورسنگ کریں اب ممکن ہو گیا کہ آپ گن اور</w:t>
      </w:r>
    </w:p>
    <w:p>
      <w:r>
        <w:rPr>
          <w:b/>
        </w:rPr>
        <w:t xml:space="preserve">[38:15] </w:t>
      </w:r>
      <w:r>
        <w:t>bam ke zariye peaceful planning karen ab mumkin ho gaya ke aap</w:t>
      </w:r>
    </w:p>
    <w:p>
      <w:pPr>
        <w:jc w:val="right"/>
      </w:pPr>
      <w:r>
        <w:t>بم کے ذریعے پیس فل پلاننگ کریں اب ممکن ہو گیا کہ آپ</w:t>
      </w:r>
    </w:p>
    <w:p>
      <w:r>
        <w:rPr>
          <w:b/>
        </w:rPr>
        <w:t xml:space="preserve">[38:22] </w:t>
      </w:r>
      <w:r>
        <w:t>logon ko mulkon mein ja kar wahan apne factory kholain industrial</w:t>
      </w:r>
    </w:p>
    <w:p>
      <w:pPr>
        <w:jc w:val="right"/>
      </w:pPr>
      <w:r>
        <w:t>لوگوں کو ملکوں میں جا کر وہاں اپنے فیکٹری کھولیں انڈسٹریل</w:t>
      </w:r>
    </w:p>
    <w:p>
      <w:r>
        <w:rPr>
          <w:b/>
        </w:rPr>
        <w:t xml:space="preserve">[38:30] </w:t>
      </w:r>
      <w:r>
        <w:t>Bade bade idare banayein peaceful tareeqe se chahe jo unhon ne chhod diya France ne bhi chhod diya aur British ne bhi chhod diya gun aur bomb ka tareeqa khatam kar diya unhon ne aaj bhi woh log wahi faide utha rahe hain jo pehle uthate thay aaj bhi lekin aaj peaceful tareeqe se</w:t>
      </w:r>
    </w:p>
    <w:p>
      <w:pPr>
        <w:jc w:val="right"/>
      </w:pPr>
      <w:r>
        <w:t>بڑے بڑے ادارے بنائیں پیس فل طریقے سے چاہے جو انہوں نے چھوڑ دیا فرانس نے بھی چھوڑ دیا اور برٹش نے بھی چھوڑ دیا گن اور بم کا طریقہ ختم کر دیا انہوں نے آج بھی وہ لوگ وہی فائدے اٹھا رہے ہیں جو پہلے اٹھاتے تھے آج بھی لیکن آج پیس فل طریقے سے</w:t>
      </w:r>
    </w:p>
    <w:p>
      <w:r>
        <w:rPr>
          <w:b/>
        </w:rPr>
        <w:t xml:space="preserve">[39:00] </w:t>
      </w:r>
      <w:r>
        <w:t>Misal ke tor par aap dekhiye</w:t>
      </w:r>
    </w:p>
    <w:p>
      <w:pPr>
        <w:jc w:val="right"/>
      </w:pPr>
      <w:r>
        <w:t>مثال کے طور پر آپ دیکھیے</w:t>
      </w:r>
    </w:p>
    <w:p>
      <w:r>
        <w:rPr>
          <w:b/>
        </w:rPr>
        <w:t xml:space="preserve">[39:05] </w:t>
      </w:r>
      <w:r>
        <w:t>british jo hai aaj bhi dunya mein</w:t>
      </w:r>
    </w:p>
    <w:p>
      <w:pPr>
        <w:jc w:val="right"/>
      </w:pPr>
      <w:r>
        <w:t>برٹش جو ہے آج بھی دنیا میں</w:t>
      </w:r>
    </w:p>
    <w:p>
      <w:r>
        <w:rPr>
          <w:b/>
        </w:rPr>
        <w:t xml:space="preserve">[39:10] </w:t>
      </w:r>
      <w:r>
        <w:t>unki jo air bus hai sari dunya mein isi ko kharidte hain log</w:t>
      </w:r>
    </w:p>
    <w:p>
      <w:pPr>
        <w:jc w:val="right"/>
      </w:pPr>
      <w:r>
        <w:t>ان کی جو ایئر بس ہے ساری دنیا میں اسی کو خریدتے ہیں لوگ</w:t>
      </w:r>
    </w:p>
    <w:p>
      <w:r>
        <w:rPr>
          <w:b/>
        </w:rPr>
        <w:t xml:space="preserve">[39:16] </w:t>
      </w:r>
      <w:r>
        <w:t>ya to america se boeing kharidte hain ya</w:t>
      </w:r>
    </w:p>
    <w:p>
      <w:pPr>
        <w:jc w:val="right"/>
      </w:pPr>
      <w:r>
        <w:t>یا تو امریکہ سے بوئنگ خریدتے ہیں یا</w:t>
      </w:r>
    </w:p>
    <w:p>
      <w:r>
        <w:rPr>
          <w:b/>
        </w:rPr>
        <w:t xml:space="preserve">[39:22] </w:t>
      </w:r>
      <w:r>
        <w:t>britan se air bos kharidte hain</w:t>
      </w:r>
    </w:p>
    <w:p>
      <w:pPr>
        <w:jc w:val="right"/>
      </w:pPr>
      <w:r>
        <w:t>برٹن سے ایئر بوس خریدتے ہیں</w:t>
      </w:r>
    </w:p>
    <w:p>
      <w:r>
        <w:rPr>
          <w:b/>
        </w:rPr>
        <w:t xml:space="preserve">[39:26] </w:t>
      </w:r>
      <w:r>
        <w:t>woh is se bhi zyada faida utha rahe hain jitna ke pehle zamane mein clodiel tareeqe se uthaya</w:t>
      </w:r>
    </w:p>
    <w:p>
      <w:pPr>
        <w:jc w:val="right"/>
      </w:pPr>
      <w:r>
        <w:t>وہ اس سے بھی زیادہ فائدہ اٹھا رہے ہیں جتنا کہ پہلے زمانے میں کلوڈیل طریقے سے اٹھایا</w:t>
      </w:r>
    </w:p>
    <w:p>
      <w:r>
        <w:rPr>
          <w:b/>
        </w:rPr>
        <w:t xml:space="preserve">[39:33] </w:t>
      </w:r>
      <w:r>
        <w:t>tha unhon ne lekin aaj na koi fauj hai na koi hathiyar hai kuch nahi</w:t>
      </w:r>
    </w:p>
    <w:p>
      <w:pPr>
        <w:jc w:val="right"/>
      </w:pPr>
      <w:r>
        <w:t>تھا انہوں نے لیکن آج نہ کوئی فوج ہے نہ کوئی ہتھیار ہے کچھ نہیں</w:t>
      </w:r>
    </w:p>
    <w:p>
      <w:r>
        <w:rPr>
          <w:b/>
        </w:rPr>
        <w:t xml:space="preserve">[39:40] </w:t>
      </w:r>
      <w:r>
        <w:t>toh apni industry ke zariye aaj woh sab kuch utha rahe hain peaceful industry</w:t>
      </w:r>
    </w:p>
    <w:p>
      <w:pPr>
        <w:jc w:val="right"/>
      </w:pPr>
      <w:r>
        <w:t>تو اپنی انڈسٹری کے ذریعے آج وہ سب کچھ اٹھا رہے ہیں پیس فل انڈسٹری</w:t>
      </w:r>
    </w:p>
    <w:p>
      <w:r>
        <w:rPr>
          <w:b/>
        </w:rPr>
        <w:t xml:space="preserve">[39:47] </w:t>
      </w:r>
      <w:r>
        <w:t>peaceful activities industry ki field</w:t>
      </w:r>
    </w:p>
    <w:p>
      <w:pPr>
        <w:jc w:val="right"/>
      </w:pPr>
      <w:r>
        <w:t>پیس فل ایکٹیویٹیز انڈسٹری کی فیلڈ</w:t>
      </w:r>
    </w:p>
    <w:p>
      <w:r>
        <w:rPr>
          <w:b/>
        </w:rPr>
        <w:t xml:space="preserve">[39:51] </w:t>
      </w:r>
      <w:r>
        <w:t>Mein to zamana badal gaya pehle zamane mein unhon ne hathiyar uthaya tha ghar uthaya tha ladaiyan ki theen ab wahi log ladai kahan karte hain wahi log faida sab utha rahe hain yahan woh lekin baghair ladai ke</w:t>
      </w:r>
    </w:p>
    <w:p>
      <w:pPr>
        <w:jc w:val="right"/>
      </w:pPr>
      <w:r>
        <w:t>میں تو زمانہ بدل گیا پہلے زمانے میں انہوں نے ہتھیار اٹھایا تھا گھر اٹھایا تھا لڑائیاں کی تھیں اب وہی لوگ لڑائی کہاں کرتے ہیں وہی لوگ فائدہ سب اٹھا رہے ہیں یہاں وہ لیکن بغیر لڑائی کے</w:t>
      </w:r>
    </w:p>
    <w:p>
      <w:r>
        <w:rPr>
          <w:b/>
        </w:rPr>
        <w:t xml:space="preserve">[40:12] </w:t>
      </w:r>
      <w:r>
        <w:t>ya ab bhi bhi france woh sare faide utha raha hai ab bhi bhi</w:t>
      </w:r>
    </w:p>
    <w:p>
      <w:pPr>
        <w:jc w:val="right"/>
      </w:pPr>
      <w:r>
        <w:t>یا اب بھی بھی فرانس وہ سارے فائدے اٹھا رہا ہے اب بھی بھی</w:t>
      </w:r>
    </w:p>
    <w:p>
      <w:r>
        <w:rPr>
          <w:b/>
        </w:rPr>
        <w:t xml:space="preserve">[40:19] </w:t>
      </w:r>
      <w:r>
        <w:t>british wohi faide sare faide utha rahe hain lekin ab kya hai science ke zariye ab science ke</w:t>
      </w:r>
    </w:p>
    <w:p>
      <w:pPr>
        <w:jc w:val="right"/>
      </w:pPr>
      <w:r>
        <w:t>برٹش وہی فائدے سارے فائدے اٹھا رہے ہیں لیکن اب کیا ہے سائنس کے ذریعے اب سائنس کے</w:t>
      </w:r>
    </w:p>
    <w:p>
      <w:r>
        <w:rPr>
          <w:b/>
        </w:rPr>
        <w:t xml:space="preserve">[40:26] </w:t>
      </w:r>
      <w:r>
        <w:t>zariye technology ke zariye out sourcing ke zariye planning ke zariye</w:t>
      </w:r>
    </w:p>
    <w:p>
      <w:pPr>
        <w:jc w:val="right"/>
      </w:pPr>
      <w:r>
        <w:t>ذریعے ٹیکنالوجی کے ذریعے آؤٹ سورسنگ کے ذریعے پلاننگ کے ذریعے</w:t>
      </w:r>
    </w:p>
    <w:p>
      <w:r>
        <w:rPr>
          <w:b/>
        </w:rPr>
        <w:t xml:space="preserve">[40:34] </w:t>
      </w:r>
      <w:r>
        <w:t>toh ummat e muhammadi ko bhi yahi karna hai</w:t>
      </w:r>
    </w:p>
    <w:p>
      <w:pPr>
        <w:jc w:val="right"/>
      </w:pPr>
      <w:r>
        <w:t>تو امت محمدی کو بھی یہی کرنا ہے</w:t>
      </w:r>
    </w:p>
    <w:p>
      <w:r>
        <w:rPr>
          <w:b/>
        </w:rPr>
        <w:t xml:space="preserve">[40:40] </w:t>
      </w:r>
      <w:r>
        <w:t>ke unhein dawat ka kaam karna hai</w:t>
      </w:r>
    </w:p>
    <w:p>
      <w:pPr>
        <w:jc w:val="right"/>
      </w:pPr>
      <w:r>
        <w:t>کہ انہیں دعوت کا کام کرنا ہے</w:t>
      </w:r>
    </w:p>
    <w:p>
      <w:r>
        <w:rPr>
          <w:b/>
        </w:rPr>
        <w:t xml:space="preserve">[40:43] </w:t>
      </w:r>
      <w:r>
        <w:t>lekin larai ke zariye nahi peace ke zariye se</w:t>
      </w:r>
    </w:p>
    <w:p>
      <w:pPr>
        <w:jc w:val="right"/>
      </w:pPr>
      <w:r>
        <w:t>لیکن لڑائی کے ذریعے نہیں پیس کے ذریعے سے</w:t>
      </w:r>
    </w:p>
    <w:p>
      <w:r>
        <w:rPr>
          <w:b/>
        </w:rPr>
        <w:t xml:space="preserve">[40:51] </w:t>
      </w:r>
      <w:r>
        <w:t>ek hadith hai hazrat aisha farmati hain rasool allah ke bare mein ke rasool allah sallay allaho alayhe wasallam</w:t>
      </w:r>
    </w:p>
    <w:p>
      <w:pPr>
        <w:jc w:val="right"/>
      </w:pPr>
      <w:r>
        <w:t>ایک حدیث ہے حضرت عائشہ فرماتی ہیں رسول اللہ کے بارے میں کہ رسول اللہ صلی اللہ علیہ وسلم</w:t>
      </w:r>
    </w:p>
    <w:p>
      <w:r>
        <w:rPr>
          <w:b/>
        </w:rPr>
        <w:t xml:space="preserve">[41:05] </w:t>
      </w:r>
      <w:r>
        <w:t>yani rasool allah sallay allaho alayhe wasallam ko jab do mein se ek ka choice lena hota tha yani peace ka aur violence ka to aap jab peace ka choice lete the to aaj ummat muhammadi ke liye peace ka choice mumkin ho gaya hai ab aap ko ladne ki zarurat nahi bum marne ki zarurat nahi</w:t>
      </w:r>
    </w:p>
    <w:p>
      <w:pPr>
        <w:jc w:val="right"/>
      </w:pPr>
      <w:r>
        <w:t>یعنی رسول اللہ صلی اللہ علیہ وسلم کو جب دو میں سے ایک کا چوائس لینا ہوتا تھا یعنی پیس کا اور وائلنس کا تو آپ جب پیس کا چوائس لیتے تھے تو آج امت محمدی کے لیے پیس کا چوائس ممکن ہو گیا ہے اب آپ کو لڑنے کی ضرورت نہیں بم مارنے کی ضرورت نہیں</w:t>
      </w:r>
    </w:p>
    <w:p>
      <w:r>
        <w:rPr>
          <w:b/>
        </w:rPr>
        <w:t xml:space="preserve">[41:31] </w:t>
      </w:r>
      <w:r>
        <w:t>kuch karna nahi hai aap ko sirf peaceful planning to mein sunaoon ke sari dunya mein aaj peaceful planning ki zarurat hai chahe wo kashmir ho chahe falasteen ho chahe asia ho chahe africa ho peaceful planning ke zariye se quran ko sare logon tak pahunchana yahi kaam hamein karna hai</w:t>
      </w:r>
    </w:p>
    <w:p>
      <w:pPr>
        <w:jc w:val="right"/>
      </w:pPr>
      <w:r>
        <w:t>کچھ کرنا نہیں ہے آپ کو صرف پیس فل پلاننگ تو میں سناؤں کہ ساری دنیا میں آج پیس فل پلاننگ کی ضرورت ہے چاہے وہ کشمیر ہو چاہے فلسطین ہو چاہے ایشیا ہو چاہے افریقہ ہو پیس فل پلاننگ کے ذریعے سے قرآن کو سارے لوگوں تک پہنچانا یہی کام ہمیں کرنا ہے</w:t>
      </w:r>
    </w:p>
    <w:p>
      <w:r>
        <w:rPr>
          <w:b/>
        </w:rPr>
        <w:t xml:space="preserve">[41:59] </w:t>
      </w:r>
      <w:r>
        <w:t>to yeh zamane ki yeh zamane ko pehchanne ki baat hai hadith mein aata hai ke</w:t>
      </w:r>
    </w:p>
    <w:p>
      <w:pPr>
        <w:jc w:val="right"/>
      </w:pPr>
      <w:r>
        <w:t>تو یہ زمانے کی یہ زمانے کو پہچاننے کی بات ہے حدیث میں آتا ہے کہ</w:t>
      </w:r>
    </w:p>
    <w:p>
      <w:r>
        <w:rPr>
          <w:b/>
        </w:rPr>
        <w:t xml:space="preserve">[42:11] </w:t>
      </w:r>
      <w:r>
        <w:t>baseerat be zamani</w:t>
      </w:r>
    </w:p>
    <w:p>
      <w:pPr>
        <w:jc w:val="right"/>
      </w:pPr>
      <w:r>
        <w:t>بصیرت بے زمانی</w:t>
      </w:r>
    </w:p>
    <w:p>
      <w:r>
        <w:rPr>
          <w:b/>
        </w:rPr>
        <w:t xml:space="preserve">[42:19] </w:t>
      </w:r>
      <w:r>
        <w:t>yani aql par</w:t>
      </w:r>
    </w:p>
    <w:p>
      <w:pPr>
        <w:jc w:val="right"/>
      </w:pPr>
      <w:r>
        <w:t>یعنی عقل پر</w:t>
      </w:r>
    </w:p>
    <w:p>
      <w:r>
        <w:rPr>
          <w:b/>
        </w:rPr>
        <w:t xml:space="preserve">[42:22] </w:t>
      </w:r>
      <w:r>
        <w:t>yani momin aql par</w:t>
      </w:r>
    </w:p>
    <w:p>
      <w:pPr>
        <w:jc w:val="right"/>
      </w:pPr>
      <w:r>
        <w:t>یعنی مومن عقل پر</w:t>
      </w:r>
    </w:p>
    <w:p>
      <w:r>
        <w:rPr>
          <w:b/>
        </w:rPr>
        <w:t xml:space="preserve">[42:24] </w:t>
      </w:r>
      <w:r>
        <w:t>yeh zaroori hai ke woh zamane ko pehchane</w:t>
      </w:r>
    </w:p>
    <w:p>
      <w:pPr>
        <w:jc w:val="right"/>
      </w:pPr>
      <w:r>
        <w:t>یہ ضروری ہے کہ وہ زمانے کو پہچانے</w:t>
      </w:r>
    </w:p>
    <w:p>
      <w:r>
        <w:rPr>
          <w:b/>
        </w:rPr>
        <w:t xml:space="preserve">[42:29] </w:t>
      </w:r>
      <w:r>
        <w:t>zamane ko pehchane</w:t>
      </w:r>
    </w:p>
    <w:p>
      <w:pPr>
        <w:jc w:val="right"/>
      </w:pPr>
      <w:r>
        <w:t>زمانے کو پہچانے</w:t>
      </w:r>
    </w:p>
    <w:p>
      <w:r>
        <w:rPr>
          <w:b/>
        </w:rPr>
        <w:t xml:space="preserve">[42:32] </w:t>
      </w:r>
      <w:r>
        <w:t>kal mere paas ek sahib aaye jo ek madrase ke aadmi the</w:t>
      </w:r>
    </w:p>
    <w:p>
      <w:pPr>
        <w:jc w:val="right"/>
      </w:pPr>
      <w:r>
        <w:t>کل میرے پاس ایک صاحب آئے جو ایک مدرسے کے آدمی تھے</w:t>
      </w:r>
    </w:p>
    <w:p>
      <w:r>
        <w:rPr>
          <w:b/>
        </w:rPr>
        <w:t xml:space="preserve">[42:39] </w:t>
      </w:r>
      <w:r>
        <w:t>ek bade madrase ke</w:t>
      </w:r>
    </w:p>
    <w:p>
      <w:pPr>
        <w:jc w:val="right"/>
      </w:pPr>
      <w:r>
        <w:t>ایک بڑے مدرسے کے</w:t>
      </w:r>
    </w:p>
    <w:p>
      <w:r>
        <w:rPr>
          <w:b/>
        </w:rPr>
        <w:t xml:space="preserve">[42:42] </w:t>
      </w:r>
      <w:r>
        <w:t>to unhon ne mujh se poocha ke koi naseehat kijiye</w:t>
      </w:r>
    </w:p>
    <w:p>
      <w:pPr>
        <w:jc w:val="right"/>
      </w:pPr>
      <w:r>
        <w:t>تو انہوں نے مجھ سے پوچھا کہ کوئی نصیحت کیجئے</w:t>
      </w:r>
    </w:p>
    <w:p>
      <w:r>
        <w:rPr>
          <w:b/>
        </w:rPr>
        <w:t xml:space="preserve">[42:47] </w:t>
      </w:r>
      <w:r>
        <w:t>to main ne yahi naseehat yahi hadith sunai un ko ke</w:t>
      </w:r>
    </w:p>
    <w:p>
      <w:pPr>
        <w:jc w:val="right"/>
      </w:pPr>
      <w:r>
        <w:t>تو میں نے یہی نصیحت یہی حدیث سنائی ان کو کہ</w:t>
      </w:r>
    </w:p>
    <w:p>
      <w:r>
        <w:rPr>
          <w:b/>
        </w:rPr>
        <w:t xml:space="preserve">[42:52] </w:t>
      </w:r>
      <w:r>
        <w:t>baseerat be zamani</w:t>
      </w:r>
    </w:p>
    <w:p>
      <w:pPr>
        <w:jc w:val="right"/>
      </w:pPr>
      <w:r>
        <w:t>بصیرت بے زمانی</w:t>
      </w:r>
    </w:p>
    <w:p>
      <w:r>
        <w:rPr>
          <w:b/>
        </w:rPr>
        <w:t xml:space="preserve">[42:55] </w:t>
      </w:r>
      <w:r>
        <w:t>main ne kaha ke dekhiye aap apne madrase se</w:t>
      </w:r>
    </w:p>
    <w:p>
      <w:pPr>
        <w:jc w:val="right"/>
      </w:pPr>
      <w:r>
        <w:t>میں نے کہا کہ دیکھیے آپ اپنے مدرسے سے</w:t>
      </w:r>
    </w:p>
    <w:p>
      <w:r>
        <w:rPr>
          <w:b/>
        </w:rPr>
        <w:t xml:space="preserve">[43:00] </w:t>
      </w:r>
      <w:r>
        <w:t>aap ne deen seekha</w:t>
      </w:r>
    </w:p>
    <w:p>
      <w:pPr>
        <w:jc w:val="right"/>
      </w:pPr>
      <w:r>
        <w:t>آپ نے دین سیکھا</w:t>
      </w:r>
    </w:p>
    <w:p>
      <w:r>
        <w:rPr>
          <w:b/>
        </w:rPr>
        <w:t xml:space="preserve">[43:04] </w:t>
      </w:r>
      <w:r>
        <w:t>aap</w:t>
      </w:r>
    </w:p>
    <w:p>
      <w:pPr>
        <w:jc w:val="right"/>
      </w:pPr>
      <w:r>
        <w:t>آپ</w:t>
      </w:r>
    </w:p>
    <w:p>
      <w:r>
        <w:rPr>
          <w:b/>
        </w:rPr>
        <w:t xml:space="preserve">[43:04] </w:t>
      </w:r>
      <w:r>
        <w:t>ne hum madarse ki taleem se deen seekha doosri cheez jo aap ko seekhni hai woh hai marifat e zamana to maine kaha ke hum jo kaam kar rahe hain woh yahi hai</w:t>
      </w:r>
    </w:p>
    <w:p>
      <w:pPr>
        <w:jc w:val="right"/>
      </w:pPr>
      <w:r>
        <w:t>نے ہم مدرسے کی تعلیم سے دین سیکھا دوسری چیز جو آپ کو سیکھنی ہے وہ ہے معرفت زمانہ تو میں نے کہا کہ ہم جو کام کر رہے ہیں وہ یہی ہے</w:t>
      </w:r>
    </w:p>
    <w:p>
      <w:r>
        <w:rPr>
          <w:b/>
        </w:rPr>
        <w:t xml:space="preserve">[43:22] </w:t>
      </w:r>
      <w:r>
        <w:t>yeh madarse ka supplement hai hamara jo mission hai woh madarse ka supplement hai yani madarse mein jo kaam nahi ho raha hai yahan hum isko faraham kar rahe hain supply kar rahe hain</w:t>
      </w:r>
    </w:p>
    <w:p>
      <w:pPr>
        <w:jc w:val="right"/>
      </w:pPr>
      <w:r>
        <w:t>یہ مدرسے کا سپلیمنٹ ہے ہمارا جو مشن ہے وہ مدرسے کا سپلیمنٹ ہے یعنی مدرسے میں جو کام نہیں ہو رہا ہے یہاں ہم اس کو فراہم کر رہے ہیں سپلائی کر رہے ہیں</w:t>
      </w:r>
    </w:p>
    <w:p>
      <w:r>
        <w:rPr>
          <w:b/>
        </w:rPr>
        <w:t xml:space="preserve">[43:41] </w:t>
      </w:r>
      <w:r>
        <w:t>to is ko janne ki zaroorat hai</w:t>
      </w:r>
    </w:p>
    <w:p>
      <w:pPr>
        <w:jc w:val="right"/>
      </w:pPr>
      <w:r>
        <w:t>تو اس کو جاننے کی ضرورت ہے</w:t>
      </w:r>
    </w:p>
    <w:p>
      <w:r>
        <w:rPr>
          <w:b/>
        </w:rPr>
        <w:t xml:space="preserve">[43:45] </w:t>
      </w:r>
      <w:r>
        <w:t>jis tarah se kloudel qomon ne jaan liya tha ke ab zamana badal gaya</w:t>
      </w:r>
    </w:p>
    <w:p>
      <w:pPr>
        <w:jc w:val="right"/>
      </w:pPr>
      <w:r>
        <w:t>جس طرح سے کلوڈیل قوموں نے جان لیا تھا کہ اب زمانہ بدل گیا</w:t>
      </w:r>
    </w:p>
    <w:p>
      <w:r>
        <w:rPr>
          <w:b/>
        </w:rPr>
        <w:t xml:space="preserve">[43:51] </w:t>
      </w:r>
      <w:r>
        <w:t>britainia ne aur france ne yeh jaan liya ab zamana badal gaya to unhon ne hathiyar utha ke</w:t>
      </w:r>
    </w:p>
    <w:p>
      <w:pPr>
        <w:jc w:val="right"/>
      </w:pPr>
      <w:r>
        <w:t>برطانیہ نے اور فرانس نے یہ جان لیا اب زمانہ بدل گیا تو انہوں نے ہتھیار اٹھا کے</w:t>
      </w:r>
    </w:p>
    <w:p>
      <w:r>
        <w:rPr>
          <w:b/>
        </w:rPr>
        <w:t xml:space="preserve">[43:58] </w:t>
      </w:r>
      <w:r>
        <w:t>band kar di violence chhod diya</w:t>
      </w:r>
    </w:p>
    <w:p>
      <w:pPr>
        <w:jc w:val="right"/>
      </w:pPr>
      <w:r>
        <w:t>بند کر دی وائلنس چھوڑ دیا</w:t>
      </w:r>
    </w:p>
    <w:p>
      <w:r>
        <w:rPr>
          <w:b/>
        </w:rPr>
        <w:t xml:space="preserve">[44:02] </w:t>
      </w:r>
      <w:r>
        <w:t>aur planning ke zariye outsourcing ke zariye</w:t>
      </w:r>
    </w:p>
    <w:p>
      <w:pPr>
        <w:jc w:val="right"/>
      </w:pPr>
      <w:r>
        <w:t>اور پلاننگ کے ذریعے آؤٹ سورسنگ کے ذریعے</w:t>
      </w:r>
    </w:p>
    <w:p>
      <w:r>
        <w:rPr>
          <w:b/>
        </w:rPr>
        <w:t xml:space="preserve">[44:08] </w:t>
      </w:r>
      <w:r>
        <w:t>peaceful method ke zariye</w:t>
      </w:r>
    </w:p>
    <w:p>
      <w:pPr>
        <w:jc w:val="right"/>
      </w:pPr>
      <w:r>
        <w:t>پیس فل میتھڈ کے ذریعے</w:t>
      </w:r>
    </w:p>
    <w:p>
      <w:r>
        <w:rPr>
          <w:b/>
        </w:rPr>
        <w:t xml:space="preserve">[44:10] </w:t>
      </w:r>
      <w:r>
        <w:t>wohi maqsad hasil kiya unhon ne jo pehle woh fauj ke zariye karte the</w:t>
      </w:r>
    </w:p>
    <w:p>
      <w:pPr>
        <w:jc w:val="right"/>
      </w:pPr>
      <w:r>
        <w:t>وہی مقصد حاصل کیا انہوں نے جو پہلے وہ فوج کے ذریعے کرتے تھے</w:t>
      </w:r>
    </w:p>
    <w:p>
      <w:r>
        <w:rPr>
          <w:b/>
        </w:rPr>
        <w:t xml:space="preserve">[44:19] </w:t>
      </w:r>
      <w:r>
        <w:t>to meri dua hai ke Allah taala hum sab ko tofeeq de ke hum</w:t>
      </w:r>
    </w:p>
    <w:p>
      <w:pPr>
        <w:jc w:val="right"/>
      </w:pPr>
      <w:r>
        <w:t>تو میری دعا ہے کہ اللہ تعالی ہم سب کو توفیق دے کہ ہم</w:t>
      </w:r>
    </w:p>
    <w:p>
      <w:r>
        <w:rPr>
          <w:b/>
        </w:rPr>
        <w:t xml:space="preserve">[44:27] </w:t>
      </w:r>
      <w:r>
        <w:t>Allah</w:t>
      </w:r>
    </w:p>
    <w:p>
      <w:pPr>
        <w:jc w:val="right"/>
      </w:pPr>
      <w:r>
        <w:t>اللہ</w:t>
      </w:r>
    </w:p>
    <w:p>
      <w:r>
        <w:rPr>
          <w:b/>
        </w:rPr>
        <w:t xml:space="preserve">[44:28] </w:t>
      </w:r>
      <w:r>
        <w:t>ke is naqshe ko jaanen</w:t>
      </w:r>
    </w:p>
    <w:p>
      <w:pPr>
        <w:jc w:val="right"/>
      </w:pPr>
      <w:r>
        <w:t>کے اس نقشے کو جانیں</w:t>
      </w:r>
    </w:p>
    <w:p>
      <w:r>
        <w:rPr>
          <w:b/>
        </w:rPr>
        <w:t xml:space="preserve">[44:32] </w:t>
      </w:r>
      <w:r>
        <w:t>aur hum naye imkan ko bharpoor taur par istemal karen</w:t>
      </w:r>
    </w:p>
    <w:p>
      <w:pPr>
        <w:jc w:val="right"/>
      </w:pPr>
      <w:r>
        <w:t>اور ہم نئے امکان کو بھرپور طور پر استعمال کریں</w:t>
      </w:r>
    </w:p>
    <w:p>
      <w:r>
        <w:rPr>
          <w:b/>
        </w:rPr>
        <w:t xml:space="preserve">[44:39] </w:t>
      </w:r>
      <w:r>
        <w:t>taake Allah ke haan hum</w:t>
      </w:r>
    </w:p>
    <w:p>
      <w:pPr>
        <w:jc w:val="right"/>
      </w:pPr>
      <w:r>
        <w:t>تاکہ اللہ کے ہاں ہم</w:t>
      </w:r>
    </w:p>
    <w:p>
      <w:r>
        <w:rPr>
          <w:b/>
        </w:rPr>
        <w:t xml:space="preserve">[44:42] </w:t>
      </w:r>
      <w:r>
        <w:t>ko yeh is ka reward mile hum ko jannat mile</w:t>
      </w:r>
    </w:p>
    <w:p>
      <w:pPr>
        <w:jc w:val="right"/>
      </w:pPr>
      <w:r>
        <w:t>کو یہ اس کا ریوارڈ ملے ہم کو جنت ملے</w:t>
      </w:r>
    </w:p>
    <w:p>
      <w:r>
        <w:rPr>
          <w:b/>
        </w:rPr>
        <w:t xml:space="preserve">[44:48] </w:t>
      </w:r>
      <w:r>
        <w:t>to main dua karta hoon ke Allah taala hum ko is ki tofeeq de assalam o alaikum wa rehmatullah</w:t>
      </w:r>
    </w:p>
    <w:p>
      <w:pPr>
        <w:jc w:val="right"/>
      </w:pPr>
      <w:r>
        <w:t>تو میں دعا کرتا ہوں کہ اللہ تعالی ہم کو اس کی توفیق دے السلام علیکم ورحمۃ اللہ</w:t>
      </w:r>
    </w:p>
    <w:p>
      <w:r>
        <w:rPr>
          <w:b/>
        </w:rPr>
        <w:t xml:space="preserve">[45:03] </w:t>
      </w:r>
      <w:r>
        <w:t>Okay, so we will start with the question-answer session. I will first take the comments and then</w:t>
      </w:r>
    </w:p>
    <w:p>
      <w:pPr>
        <w:jc w:val="right"/>
      </w:pPr>
      <w:r>
        <w:t>اوکے سو وی ویل سٹارٹ ود دی کوئسچن انسر سیشن ائی ویل فرسٹ ٹیک دی کمنٹس اینڈ دین</w:t>
      </w:r>
    </w:p>
    <w:p>
      <w:r>
        <w:rPr>
          <w:b/>
        </w:rPr>
        <w:t xml:space="preserve">[45:09] </w:t>
      </w:r>
      <w:r>
        <w:t>The questions I would request all the online viewers to mention their location when they send in</w:t>
      </w:r>
    </w:p>
    <w:p>
      <w:pPr>
        <w:jc w:val="right"/>
      </w:pPr>
      <w:r>
        <w:t>دی کوئسچنز ائی وڈ ریکویسٹ ال دی ان لائن ویوورز ٹو مینشن دیر لوکیشن وین دے سینڈ ان</w:t>
      </w:r>
    </w:p>
    <w:p>
      <w:r>
        <w:rPr>
          <w:b/>
        </w:rPr>
        <w:t xml:space="preserve">[45:15] </w:t>
      </w:r>
      <w:r>
        <w:t>dear comments and questions</w:t>
      </w:r>
    </w:p>
    <w:p>
      <w:pPr>
        <w:jc w:val="right"/>
      </w:pPr>
      <w:r>
        <w:t>دیر کمنٹس اینڈ کوئسچن</w:t>
      </w:r>
    </w:p>
    <w:p>
      <w:r>
        <w:rPr>
          <w:b/>
        </w:rPr>
        <w:t xml:space="preserve">[45:18] </w:t>
      </w:r>
      <w:r>
        <w:t>maulana sab se pehle comments padhna chahenge</w:t>
      </w:r>
    </w:p>
    <w:p>
      <w:pPr>
        <w:jc w:val="right"/>
      </w:pPr>
      <w:r>
        <w:t>مولانا سب سے پہلے کمنٹس پڑھنا چاہیں گے</w:t>
      </w:r>
    </w:p>
    <w:p>
      <w:r>
        <w:rPr>
          <w:b/>
        </w:rPr>
        <w:t xml:space="preserve">[45:23] </w:t>
      </w:r>
      <w:r>
        <w:t>mahboob mahboob mahboob sahib ne mumbai se comment bheja hai</w:t>
      </w:r>
    </w:p>
    <w:p>
      <w:pPr>
        <w:jc w:val="right"/>
      </w:pPr>
      <w:r>
        <w:t>محبوب محبوب محبوب صاحب نے ممبئی سے کمنٹ بھیجا ہے</w:t>
      </w:r>
    </w:p>
    <w:p>
      <w:r>
        <w:rPr>
          <w:b/>
        </w:rPr>
        <w:t xml:space="preserve">[45:29] </w:t>
      </w:r>
      <w:r>
        <w:t>انہوں نے لکھا ہے مولانا In your last Sunday talk you have given me great incentive</w:t>
      </w:r>
    </w:p>
    <w:p>
      <w:pPr>
        <w:jc w:val="right"/>
      </w:pPr>
      <w:r>
        <w:t>انہوں نے لکھا ہے مولانا ان یور لاسٹ سنڈے ٹاک یو ہیو گیون می گریٹ انسنٹیو</w:t>
      </w:r>
    </w:p>
    <w:p>
      <w:r>
        <w:rPr>
          <w:b/>
        </w:rPr>
        <w:t xml:space="preserve">[45:37] </w:t>
      </w:r>
      <w:r>
        <w:t>giving the example of Hyderabad let Babu Bhai and liquid gold in Arab countries</w:t>
      </w:r>
    </w:p>
    <w:p>
      <w:pPr>
        <w:jc w:val="right"/>
      </w:pPr>
      <w:r>
        <w:t>گیونگ دی ایگزیمپل اف حیدراباد لیٹ بابو بھائی اینڈ لیکوڈ گولڈ ان عرب کنٹریز</w:t>
      </w:r>
    </w:p>
    <w:p>
      <w:r>
        <w:rPr>
          <w:b/>
        </w:rPr>
        <w:t xml:space="preserve">[45:44] </w:t>
      </w:r>
      <w:r>
        <w:t>Although it's learning from Arab side who missed and</w:t>
      </w:r>
    </w:p>
    <w:p>
      <w:pPr>
        <w:jc w:val="right"/>
      </w:pPr>
      <w:r>
        <w:t>الدو اٹس لرننگ فرام عرب سائیڈ ہو مسڈ اینڈ</w:t>
      </w:r>
    </w:p>
    <w:p>
      <w:r>
        <w:rPr>
          <w:b/>
        </w:rPr>
        <w:t xml:space="preserve">[45:49] </w:t>
      </w:r>
      <w:r>
        <w:t>and were unable to read the divine intervention but Babu Bhai discovered the secret and said an</w:t>
      </w:r>
    </w:p>
    <w:p>
      <w:pPr>
        <w:jc w:val="right"/>
      </w:pPr>
      <w:r>
        <w:t>اینڈ ویر ان ایبل ٹو ریڈ دا ڈیوائن انٹروینشن بٹ بابو بھائی ڈسکورڈ دا سیکرٹ اینڈ سیٹ این</w:t>
      </w:r>
    </w:p>
    <w:p>
      <w:r>
        <w:rPr>
          <w:b/>
        </w:rPr>
        <w:t xml:space="preserve">[45:56] </w:t>
      </w:r>
      <w:r>
        <w:t>Live example definitely this lecture boosted my level of conviction towards you. Jazakallah Maulana Sahab.</w:t>
      </w:r>
    </w:p>
    <w:p>
      <w:pPr>
        <w:jc w:val="right"/>
      </w:pPr>
      <w:r>
        <w:t>لائیو ایگزیمپل ڈیفینیٹلی دس لیکچر بوسٹڈ مائی لیول اف کنوکشن ٹورڈز یو جزاک اللہ مولانا صاحب</w:t>
      </w:r>
    </w:p>
    <w:p>
      <w:r>
        <w:rPr>
          <w:b/>
        </w:rPr>
        <w:t xml:space="preserve">[46:07] </w:t>
      </w:r>
      <w:r>
        <w:t>naseer sanah sahib ne ranga rangam peeta andhra pradesh se likha hai mun salwa ka sahi mani aaj</w:t>
      </w:r>
    </w:p>
    <w:p>
      <w:pPr>
        <w:jc w:val="right"/>
      </w:pPr>
      <w:r>
        <w:t>نصیر سنہ صاحب نے رنگا رنگم پیٹا اندھرا پردیش سے لکھا ہے من سلوہ کا صحیح معنی آج</w:t>
      </w:r>
    </w:p>
    <w:p>
      <w:r>
        <w:rPr>
          <w:b/>
        </w:rPr>
        <w:t xml:space="preserve">[46:14] </w:t>
      </w:r>
      <w:r>
        <w:t>humein samajh mein aaya allah o akbar mun mun o mun o salwa haan mun o salwa</w:t>
      </w:r>
    </w:p>
    <w:p>
      <w:pPr>
        <w:jc w:val="right"/>
      </w:pPr>
      <w:r>
        <w:t>ہمیں سمجھ میں آیا اللہ اکبر من من و من و سلوہ ہاں من و سلوہ</w:t>
      </w:r>
    </w:p>
    <w:p>
      <w:r>
        <w:rPr>
          <w:b/>
        </w:rPr>
        <w:t xml:space="preserve">[46:25] </w:t>
      </w:r>
      <w:r>
        <w:t>rashid ansari sahib ne meerut se likha hai beshak allah bill pay karta hai baqi yeh hamara</w:t>
      </w:r>
    </w:p>
    <w:p>
      <w:pPr>
        <w:jc w:val="right"/>
      </w:pPr>
      <w:r>
        <w:t>راشد انصاری صاحب نے میرٹ سے لکھا ہے بے شک اللہ بل پے کرتا ہے باقی یہ ہمارا</w:t>
      </w:r>
    </w:p>
    <w:p>
      <w:r>
        <w:rPr>
          <w:b/>
        </w:rPr>
        <w:t xml:space="preserve">[46:33] </w:t>
      </w:r>
      <w:r>
        <w:t>tajurba hai ke allah</w:t>
      </w:r>
    </w:p>
    <w:p>
      <w:pPr>
        <w:jc w:val="right"/>
      </w:pPr>
      <w:r>
        <w:t>تجربہ ہے کہ اللہ</w:t>
      </w:r>
    </w:p>
    <w:p>
      <w:r>
        <w:rPr>
          <w:b/>
        </w:rPr>
        <w:t xml:space="preserve">[46:35] </w:t>
      </w:r>
      <w:r>
        <w:t>to bill aane se pehle hi bill ko ada kar deta hai rizwan saleem sahab ne pakistan se likha hai</w:t>
      </w:r>
    </w:p>
    <w:p>
      <w:pPr>
        <w:jc w:val="right"/>
      </w:pPr>
      <w:r>
        <w:t>تو بل آنے سے پہلے ہی بل کو ادا کر دیتا ہے رضوان سلیم صاحب نے پاکستان سے لکھا ہے</w:t>
      </w:r>
    </w:p>
    <w:p>
      <w:r>
        <w:rPr>
          <w:b/>
        </w:rPr>
        <w:t xml:space="preserve">[46:47] </w:t>
      </w:r>
      <w:r>
        <w:t>The way Maulana has understood and presented the message of God, it has become very easy to follow.</w:t>
      </w:r>
    </w:p>
    <w:p>
      <w:pPr>
        <w:jc w:val="right"/>
      </w:pPr>
      <w:r>
        <w:t>دا وے مولانا ہیز انڈرسٹوڈ اینڈ پریزنٹڈ دی میسج اف گاڈ اٹ ہیز بیکم ویری ایزی ٹو فالو</w:t>
      </w:r>
    </w:p>
    <w:p>
      <w:r>
        <w:rPr>
          <w:b/>
        </w:rPr>
        <w:t xml:space="preserve">[46:56] </w:t>
      </w:r>
      <w:r>
        <w:t>فار ال مہتاب احمد صاحب نے لکھا ہے مولانا صاحب without contentment no one can get peace</w:t>
      </w:r>
    </w:p>
    <w:p>
      <w:pPr>
        <w:jc w:val="right"/>
      </w:pPr>
      <w:r>
        <w:t>فار ال مہتاب احمد صاحب نے لکھا ہے مولانا صاحب ودا آؤٹ کنٹینمنٹ نو ون کین گیٹ پیس</w:t>
      </w:r>
    </w:p>
    <w:p>
      <w:r>
        <w:rPr>
          <w:b/>
        </w:rPr>
        <w:t xml:space="preserve">[47:03] </w:t>
      </w:r>
      <w:r>
        <w:t>af mind jazak allah for today talk</w:t>
      </w:r>
    </w:p>
    <w:p>
      <w:pPr>
        <w:jc w:val="right"/>
      </w:pPr>
      <w:r>
        <w:t>اف مائنڈ جزاک اللہ فار ٹوڈے ٹاک</w:t>
      </w:r>
    </w:p>
    <w:p>
      <w:r>
        <w:rPr>
          <w:b/>
        </w:rPr>
        <w:t xml:space="preserve">[47:09] </w:t>
      </w:r>
      <w:r>
        <w:t>iqbal umri sahib maulana iqbal umri ne chennai se comment aur sawal bheja hai inka comment hai</w:t>
      </w:r>
    </w:p>
    <w:p>
      <w:pPr>
        <w:jc w:val="right"/>
      </w:pPr>
      <w:r>
        <w:t>اقبال عمری صاحب مولانا اقبال عمری نے چنئی سے کمنٹ اور سوال بھیجا ہے ان کا کمنٹ ہے</w:t>
      </w:r>
    </w:p>
    <w:p>
      <w:r>
        <w:rPr>
          <w:b/>
        </w:rPr>
        <w:t xml:space="preserve">[47:18] </w:t>
      </w:r>
      <w:r>
        <w:t>mun o salwa ke bare mein aisa tasawwur tha ke woh ek qadeem waqea tha magar aaj ka</w:t>
      </w:r>
    </w:p>
    <w:p>
      <w:pPr>
        <w:jc w:val="right"/>
      </w:pPr>
      <w:r>
        <w:t>من و سلوہ کے بارے میں ایسا تصور تھا کہ وہ ایک قدیم واقعہ تھا مگر آج کا</w:t>
      </w:r>
    </w:p>
    <w:p>
      <w:r>
        <w:rPr>
          <w:b/>
        </w:rPr>
        <w:t xml:space="preserve">[47:28] </w:t>
      </w:r>
      <w:r>
        <w:t>mun o salwa is se bada mila hua hai ise is ka ehsas</w:t>
      </w:r>
    </w:p>
    <w:p>
      <w:pPr>
        <w:jc w:val="right"/>
      </w:pPr>
      <w:r>
        <w:t>من و سلوہ اس سے بڑا ملا ہوا ہے اسے اس کا احساس</w:t>
      </w:r>
    </w:p>
    <w:p>
      <w:r>
        <w:rPr>
          <w:b/>
        </w:rPr>
        <w:t xml:space="preserve">[47:33] </w:t>
      </w:r>
      <w:r>
        <w:t>aaj hi hua jazaak allah maulana mera sawal yeh hai ke aksar log khuda ki blessing ko dawat se jod kar kyun nahi dekhte is ke bare mein bataein</w:t>
      </w:r>
    </w:p>
    <w:p>
      <w:pPr>
        <w:jc w:val="right"/>
      </w:pPr>
      <w:r>
        <w:t>آج ہی ہوا جزاک اللہ مولانا میرا سوال یہ ہے کہ اکثر لوگ خدا کی بلیسنگ کو دعوت سے جوڑ کر کیوں نہیں دیکھتے اس کے بارے میں بتائیں</w:t>
      </w:r>
    </w:p>
    <w:p>
      <w:r>
        <w:rPr>
          <w:b/>
        </w:rPr>
        <w:t xml:space="preserve">[47:53] </w:t>
      </w:r>
      <w:r>
        <w:t>asal mein is zamane ke jo musalman hain un par defensive</w:t>
      </w:r>
    </w:p>
    <w:p>
      <w:pPr>
        <w:jc w:val="right"/>
      </w:pPr>
      <w:r>
        <w:t>اصل میں اس زمانے کے جو مسلمان ہیں ان پر ڈیفنسو</w:t>
      </w:r>
    </w:p>
    <w:p>
      <w:r>
        <w:rPr>
          <w:b/>
        </w:rPr>
        <w:t xml:space="preserve">[48:05] </w:t>
      </w:r>
      <w:r>
        <w:t>yani defensive mode mein hain woh, woh samajhte hain ke you are under siege, you are under attack.</w:t>
      </w:r>
    </w:p>
    <w:p>
      <w:pPr>
        <w:jc w:val="right"/>
      </w:pPr>
      <w:r>
        <w:t>یعنی ڈیفنسو موڈ میں ہیں وہ وہ سمجھتے ہیں کہ یو آر انڈر سیز یو آر انڈر اٹیک</w:t>
      </w:r>
    </w:p>
    <w:p>
      <w:r>
        <w:rPr>
          <w:b/>
        </w:rPr>
        <w:t xml:space="preserve">[48:13] </w:t>
      </w:r>
      <w:r>
        <w:t>تو ہمیں defense کرنا ہے ان سے لڑنا ہے</w:t>
      </w:r>
    </w:p>
    <w:p>
      <w:pPr>
        <w:jc w:val="right"/>
      </w:pPr>
      <w:r>
        <w:t>تو ہمیں ڈیفنس کرنا ہے ان سے لڑنا ہے</w:t>
      </w:r>
    </w:p>
    <w:p>
      <w:r>
        <w:rPr>
          <w:b/>
        </w:rPr>
        <w:t xml:space="preserve">[48:19] </w:t>
      </w:r>
      <w:r>
        <w:t>sare musalmanon mein yeh mizaj agaya hai</w:t>
      </w:r>
    </w:p>
    <w:p>
      <w:pPr>
        <w:jc w:val="right"/>
      </w:pPr>
      <w:r>
        <w:t>سارے مسلمانوں میں یہ مزاج اگیا ہے</w:t>
      </w:r>
    </w:p>
    <w:p>
      <w:r>
        <w:rPr>
          <w:b/>
        </w:rPr>
        <w:t xml:space="preserve">[48:23] </w:t>
      </w:r>
      <w:r>
        <w:t>hamare rehnamaon ki ghalati se</w:t>
      </w:r>
    </w:p>
    <w:p>
      <w:pPr>
        <w:jc w:val="right"/>
      </w:pPr>
      <w:r>
        <w:t>ہمارے رہنماؤں کی غلطی سے</w:t>
      </w:r>
    </w:p>
    <w:p>
      <w:r>
        <w:rPr>
          <w:b/>
        </w:rPr>
        <w:t xml:space="preserve">[48:29] </w:t>
      </w:r>
      <w:r>
        <w:t>ke unhon ne maujooda zamane ko</w:t>
      </w:r>
    </w:p>
    <w:p>
      <w:pPr>
        <w:jc w:val="right"/>
      </w:pPr>
      <w:r>
        <w:t>کہ انہوں نے موجودہ زمانے کو</w:t>
      </w:r>
    </w:p>
    <w:p>
      <w:r>
        <w:rPr>
          <w:b/>
        </w:rPr>
        <w:t xml:space="preserve">[48:32] </w:t>
      </w:r>
      <w:r>
        <w:t>yeh bana diya ke qaumein hum hamare upar attack kar rahi hain hamein in se ladna hai halanke</w:t>
      </w:r>
    </w:p>
    <w:p>
      <w:pPr>
        <w:jc w:val="right"/>
      </w:pPr>
      <w:r>
        <w:t>یہ بنا دیا کہ قومیں ہم ہمارے اوپر اٹیک کر رہی ہیں ہمیں ان سے لڑنا ہے حالانکہ</w:t>
      </w:r>
    </w:p>
    <w:p>
      <w:r>
        <w:rPr>
          <w:b/>
        </w:rPr>
        <w:t xml:space="preserve">[48:40] </w:t>
      </w:r>
      <w:r>
        <w:t>asal baat yeh thi ke woh jante</w:t>
      </w:r>
    </w:p>
    <w:p>
      <w:pPr>
        <w:jc w:val="right"/>
      </w:pPr>
      <w:r>
        <w:t>اصل بات یہ تھی کہ وہ جانتے</w:t>
      </w:r>
    </w:p>
    <w:p>
      <w:r>
        <w:rPr>
          <w:b/>
        </w:rPr>
        <w:t xml:space="preserve">[48:43] </w:t>
      </w:r>
      <w:r>
        <w:t>ke qaumon ne yeh modern</w:t>
      </w:r>
    </w:p>
    <w:p>
      <w:pPr>
        <w:jc w:val="right"/>
      </w:pPr>
      <w:r>
        <w:t>کہ قوموں نے یہ ماڈرن</w:t>
      </w:r>
    </w:p>
    <w:p>
      <w:r>
        <w:rPr>
          <w:b/>
        </w:rPr>
        <w:t xml:space="preserve">[48:46] </w:t>
      </w:r>
      <w:r>
        <w:t>age ne dawat ki possibility</w:t>
      </w:r>
    </w:p>
    <w:p>
      <w:pPr>
        <w:jc w:val="right"/>
      </w:pPr>
      <w:r>
        <w:t>ایج نے دعوت کی پوسیبلیٹی</w:t>
      </w:r>
    </w:p>
    <w:p>
      <w:r>
        <w:rPr>
          <w:b/>
        </w:rPr>
        <w:t xml:space="preserve">[48:50] </w:t>
      </w:r>
      <w:r>
        <w:t>khol di hai dawat ke mawaqe khol diye hain</w:t>
      </w:r>
    </w:p>
    <w:p>
      <w:pPr>
        <w:jc w:val="right"/>
      </w:pPr>
      <w:r>
        <w:t>کھول دی ہے دعوت کے مواقع کھول دیے ہیں</w:t>
      </w:r>
    </w:p>
    <w:p>
      <w:r>
        <w:rPr>
          <w:b/>
        </w:rPr>
        <w:t xml:space="preserve">[48:55] </w:t>
      </w:r>
      <w:r>
        <w:t>humein is ko avail karna hai</w:t>
      </w:r>
    </w:p>
    <w:p>
      <w:pPr>
        <w:jc w:val="right"/>
      </w:pPr>
      <w:r>
        <w:t>ہمیں اس کو اویل کرنا ہے</w:t>
      </w:r>
    </w:p>
    <w:p>
      <w:r>
        <w:rPr>
          <w:b/>
        </w:rPr>
        <w:t xml:space="preserve">[48:57] </w:t>
      </w:r>
      <w:r>
        <w:t>ulta ulti guidance diya logon ne ke qaumein hamare upar attack kar rahi hain hamein in se ladna</w:t>
      </w:r>
    </w:p>
    <w:p>
      <w:pPr>
        <w:jc w:val="right"/>
      </w:pPr>
      <w:r>
        <w:t>الٹا الٹی گائیڈنس دیا لوگوں نے کہ قومیں ہمارے اوپر اٹیک کر رہی ہیں ہمیں ان سے لڑنا</w:t>
      </w:r>
    </w:p>
    <w:p>
      <w:r>
        <w:rPr>
          <w:b/>
        </w:rPr>
        <w:t xml:space="preserve">[49:06] </w:t>
      </w:r>
      <w:r>
        <w:t>hai yeh tha hi nahi</w:t>
      </w:r>
    </w:p>
    <w:p>
      <w:pPr>
        <w:jc w:val="right"/>
      </w:pPr>
      <w:r>
        <w:t>ہے یہ تھا ہی نہیں</w:t>
      </w:r>
    </w:p>
    <w:p>
      <w:r>
        <w:rPr>
          <w:b/>
        </w:rPr>
        <w:t xml:space="preserve">[49:09] </w:t>
      </w:r>
      <w:r>
        <w:t>balkeh qaumein hamare liye dawat ki opportunity khol rahi thin dawat ke mawaqe khol rahi thin hamein in</w:t>
      </w:r>
    </w:p>
    <w:p>
      <w:pPr>
        <w:jc w:val="right"/>
      </w:pPr>
      <w:r>
        <w:t>بلکہ قومیں ہمارے لیے دعوت کی اپرچونیٹی کھول رہی تھیں دعوت کے مواقع کھول رہی تھیں ہمیں ان</w:t>
      </w:r>
    </w:p>
    <w:p>
      <w:r>
        <w:rPr>
          <w:b/>
        </w:rPr>
        <w:t xml:space="preserve">[49:18] </w:t>
      </w:r>
      <w:r>
        <w:t>ke mutabiq planning karna tha aur is ko avail karna tha</w:t>
      </w:r>
    </w:p>
    <w:p>
      <w:pPr>
        <w:jc w:val="right"/>
      </w:pPr>
      <w:r>
        <w:t>کے مطابق پلاننگ کرنا تھا اور اس کو اویل کرنا تھا</w:t>
      </w:r>
    </w:p>
    <w:p>
      <w:r>
        <w:rPr>
          <w:b/>
        </w:rPr>
        <w:t xml:space="preserve">[49:23] </w:t>
      </w:r>
      <w:r>
        <w:t>yahan par ghalati hui</w:t>
      </w:r>
    </w:p>
    <w:p>
      <w:pPr>
        <w:jc w:val="right"/>
      </w:pPr>
      <w:r>
        <w:t>یہاں پر غلطی ہوئی</w:t>
      </w:r>
    </w:p>
    <w:p>
      <w:r>
        <w:rPr>
          <w:b/>
        </w:rPr>
        <w:t xml:space="preserve">[49:25] </w:t>
      </w:r>
      <w:r>
        <w:t>aur yeh ghalati sab se zyada hamare rehnamaon ki hum ulama ki ghalati thi</w:t>
      </w:r>
    </w:p>
    <w:p>
      <w:pPr>
        <w:jc w:val="right"/>
      </w:pPr>
      <w:r>
        <w:t>اور یہ غلطی سب سے زیادہ ہمارے رہنماؤں کی ہم علماء کی غلطی تھی</w:t>
      </w:r>
    </w:p>
    <w:p>
      <w:r>
        <w:rPr>
          <w:b/>
        </w:rPr>
        <w:t xml:space="preserve">[49:35] </w:t>
      </w:r>
      <w:r>
        <w:t>maulana agla comment bheja hai doctor naghma siddiqui ne delhi se unhon ne likha hai my biggest learning</w:t>
      </w:r>
    </w:p>
    <w:p>
      <w:pPr>
        <w:jc w:val="right"/>
      </w:pPr>
      <w:r>
        <w:t>مولانا اگلا کمنٹ بھیجا ہے ڈاکٹر نغمہ صدیقی نے دلی سے انہوں نے لکھا ہے مائی بگسٹ لرننگ</w:t>
      </w:r>
    </w:p>
    <w:p>
      <w:r>
        <w:rPr>
          <w:b/>
        </w:rPr>
        <w:t xml:space="preserve">[49:42] </w:t>
      </w:r>
      <w:r>
        <w:t>from today lecture was that if we limit our self to need based we will obtain peace of</w:t>
      </w:r>
    </w:p>
    <w:p>
      <w:pPr>
        <w:jc w:val="right"/>
      </w:pPr>
      <w:r>
        <w:t>فرام ٹوڈے لیکچر واز دیٹ اف وی لمٹ اور سیلف ٹو نیڈ بیسڈ وی ویل ابٹین پیس اف</w:t>
      </w:r>
    </w:p>
    <w:p>
      <w:r>
        <w:rPr>
          <w:b/>
        </w:rPr>
        <w:t xml:space="preserve">[49:50] </w:t>
      </w:r>
      <w:r>
        <w:t>mind but if we desire more and more than our peace of mind will be taken away this</w:t>
      </w:r>
    </w:p>
    <w:p>
      <w:pPr>
        <w:jc w:val="right"/>
      </w:pPr>
      <w:r>
        <w:t>مائنڈ بٹ اف وی ڈیزائر مور اینڈ مور دین اور پیس اف مائنڈ ول بی ٹیکن اوے دس</w:t>
      </w:r>
    </w:p>
    <w:p>
      <w:r>
        <w:rPr>
          <w:b/>
        </w:rPr>
        <w:t xml:space="preserve">[49:58] </w:t>
      </w:r>
      <w:r>
        <w:t>was a totally this was a totally interpretation in this quranic verse jazak Allah Maulana for giving us</w:t>
      </w:r>
    </w:p>
    <w:p>
      <w:pPr>
        <w:jc w:val="right"/>
      </w:pPr>
      <w:r>
        <w:t>واز ا ٹوٹلی دس واز ا ٹوٹلی انٹرپریٹیشن ان دس قرانک ورس جزاک اللہ مولانا فار گیونگ اس</w:t>
      </w:r>
    </w:p>
    <w:p>
      <w:r>
        <w:rPr>
          <w:b/>
        </w:rPr>
        <w:t xml:space="preserve">[50:06] </w:t>
      </w:r>
      <w:r>
        <w:t>this lesson inshallah i will limit myself to need based</w:t>
      </w:r>
    </w:p>
    <w:p>
      <w:pPr>
        <w:jc w:val="right"/>
      </w:pPr>
      <w:r>
        <w:t>دس لیسن انشاءاللہ ائی ویل لمٹ مائی سیلف ٹو نیڈ بیسڈ</w:t>
      </w:r>
    </w:p>
    <w:p>
      <w:r>
        <w:rPr>
          <w:b/>
        </w:rPr>
        <w:t xml:space="preserve">[50:14] </w:t>
      </w:r>
      <w:r>
        <w:t>doctor safina tabassum ne saharanpur se likha hai aaj ke zamane ka man o salwa aaj bohat</w:t>
      </w:r>
    </w:p>
    <w:p>
      <w:pPr>
        <w:jc w:val="right"/>
      </w:pPr>
      <w:r>
        <w:t>ڈاکٹر سفینہ تبسم نے سہارن پور سے لکھا ہے اج کے زمانے کا من و سلوہ اج بہت</w:t>
      </w:r>
    </w:p>
    <w:p>
      <w:r>
        <w:rPr>
          <w:b/>
        </w:rPr>
        <w:t xml:space="preserve">[50:23] </w:t>
      </w:r>
      <w:r>
        <w:t>he nai cheez samajh mein aai Maulana sahib jis ayat ko hum sirf yahood ke liye samajhte the</w:t>
      </w:r>
    </w:p>
    <w:p>
      <w:pPr>
        <w:jc w:val="right"/>
      </w:pPr>
      <w:r>
        <w:t>ہی نئی چیز سمجھ میں ائی مولانا صاحب جس ایت کو ہم صرف یہود کے لیے سمجھتے تھے</w:t>
      </w:r>
    </w:p>
    <w:p>
      <w:r>
        <w:rPr>
          <w:b/>
        </w:rPr>
        <w:t xml:space="preserve">[50:31] </w:t>
      </w:r>
      <w:r>
        <w:t>woh toh ain ummat e muhammadi ke liye hai hamein more and more culture mein nahi jeena hai dawah</w:t>
      </w:r>
    </w:p>
    <w:p>
      <w:pPr>
        <w:jc w:val="right"/>
      </w:pPr>
      <w:r>
        <w:t>وہ تو عین امت محمدی کے لیے ہے ہمیں مور اینڈ مور کلچر میں نہیں جینا ہے دعوت</w:t>
      </w:r>
    </w:p>
    <w:p>
      <w:r>
        <w:rPr>
          <w:b/>
        </w:rPr>
        <w:t xml:space="preserve">[50:38] </w:t>
      </w:r>
      <w:r>
        <w:t>ko hi aim of life banana hai mashallah mashallah miss shabina ali ne kolkata se likha hai today</w:t>
      </w:r>
    </w:p>
    <w:p>
      <w:pPr>
        <w:jc w:val="right"/>
      </w:pPr>
      <w:r>
        <w:t>کو ہی ایم اف لائف بنانا ہے ماشاءاللہ ماشاءاللہ مس شبینہ علی نے کلکتہ سے لکھا ہے ٹوڈے</w:t>
      </w:r>
    </w:p>
    <w:p>
      <w:r>
        <w:rPr>
          <w:b/>
        </w:rPr>
        <w:t xml:space="preserve">[50:49] </w:t>
      </w:r>
      <w:r>
        <w:t>is today age is a global age economic explosion and hence it is pro islam</w:t>
      </w:r>
    </w:p>
    <w:p>
      <w:pPr>
        <w:jc w:val="right"/>
      </w:pPr>
      <w:r>
        <w:t>از ٹوڈے ایج از ا گلوبل ایج اکنامک ایکسپلوژن اینڈ ہینس اٹ از پرو اسلام</w:t>
      </w:r>
    </w:p>
    <w:p>
      <w:r>
        <w:rPr>
          <w:b/>
        </w:rPr>
        <w:t xml:space="preserve">[50:56] </w:t>
      </w:r>
      <w:r>
        <w:t>democracy printing press freedom</w:t>
      </w:r>
    </w:p>
    <w:p>
      <w:pPr>
        <w:jc w:val="right"/>
      </w:pPr>
      <w:r>
        <w:t>ڈیموکریسی پرنٹنگ پریس فریڈم</w:t>
      </w:r>
    </w:p>
    <w:p>
      <w:r>
        <w:rPr>
          <w:b/>
        </w:rPr>
        <w:t xml:space="preserve">[50:59] </w:t>
      </w:r>
      <w:r>
        <w:t>of expression are all favorable conditions where dawah work can flourish and survive</w:t>
      </w:r>
    </w:p>
    <w:p>
      <w:pPr>
        <w:jc w:val="right"/>
      </w:pPr>
      <w:r>
        <w:t>اف ایکسپریشن ار ال فیوریبل کنڈیشنز ویر دعوی ورک کین فلرش اینڈ سروائیو</w:t>
      </w:r>
    </w:p>
    <w:p>
      <w:r>
        <w:rPr>
          <w:b/>
        </w:rPr>
        <w:t xml:space="preserve">[51:07] </w:t>
      </w:r>
      <w:r>
        <w:t>it is high time ummat e muslema become need based and devote the entire resources to spread the words</w:t>
      </w:r>
    </w:p>
    <w:p>
      <w:pPr>
        <w:jc w:val="right"/>
      </w:pPr>
      <w:r>
        <w:t>اٹ از ہائی ٹائم امت مسلمہ بیکم نیڈ بیسڈ اینڈ ڈیووٹ دی انٹائر ریسورسز ٹو سپریڈ دا ورڈز</w:t>
      </w:r>
    </w:p>
    <w:p>
      <w:r>
        <w:rPr>
          <w:b/>
        </w:rPr>
        <w:t xml:space="preserve">[51:15] </w:t>
      </w:r>
      <w:r>
        <w:t>of god to entire mankind and not resort resort to hatred violence and bombing jazak Allah Maulana</w:t>
      </w:r>
    </w:p>
    <w:p>
      <w:pPr>
        <w:jc w:val="right"/>
      </w:pPr>
      <w:r>
        <w:t>اف گاڈ ٹو انٹائر مین کائنڈ اینڈ ناٹ ریسورٹ ریسورٹ ٹو ہیٹریڈ وائلنس اینڈ بمبنگ جزاک اللہ مولانا</w:t>
      </w:r>
    </w:p>
    <w:p>
      <w:r>
        <w:rPr>
          <w:b/>
        </w:rPr>
        <w:t xml:space="preserve">[51:25] </w:t>
      </w:r>
      <w:r>
        <w:t>for making us realize the importance of dawah work</w:t>
      </w:r>
    </w:p>
    <w:p>
      <w:pPr>
        <w:jc w:val="right"/>
      </w:pPr>
      <w:r>
        <w:t>فار میکنگ اس ریلائز دی امپورٹنس اف دعوی ورک</w:t>
      </w:r>
    </w:p>
    <w:p>
      <w:r>
        <w:rPr>
          <w:b/>
        </w:rPr>
        <w:t xml:space="preserve">[51:33] </w:t>
      </w:r>
      <w:r>
        <w:t>Maulana agla sawal bheja hai aamir mori sahib ne kashmir se unhone likha hai</w:t>
      </w:r>
    </w:p>
    <w:p>
      <w:pPr>
        <w:jc w:val="right"/>
      </w:pPr>
      <w:r>
        <w:t>مولانا اگلا سوال بھیجا ہے عامر موری صاحب نے کشمیر سے انہوں نے لکھا ہے</w:t>
      </w:r>
    </w:p>
    <w:p>
      <w:r>
        <w:rPr>
          <w:b/>
        </w:rPr>
        <w:t xml:space="preserve">[51:44] </w:t>
      </w:r>
      <w:r>
        <w:t>normally people these days want to earn more and more money they work day and night and save</w:t>
      </w:r>
    </w:p>
    <w:p>
      <w:pPr>
        <w:jc w:val="right"/>
      </w:pPr>
      <w:r>
        <w:t>نارملی پیپل دیز ڈیز وانٹ ٹو ارن مور اینڈ مور منی دے ورک ڈے اینڈ نائٹ اینڈ سیو</w:t>
      </w:r>
    </w:p>
    <w:p>
      <w:r>
        <w:rPr>
          <w:b/>
        </w:rPr>
        <w:t xml:space="preserve">[51:53] </w:t>
      </w:r>
      <w:r>
        <w:t>money for their future</w:t>
      </w:r>
    </w:p>
    <w:p>
      <w:pPr>
        <w:jc w:val="right"/>
      </w:pPr>
      <w:r>
        <w:t>منی فار دیر فیوچر</w:t>
      </w:r>
    </w:p>
    <w:p>
      <w:r>
        <w:rPr>
          <w:b/>
        </w:rPr>
        <w:t xml:space="preserve">[51:55] </w:t>
      </w:r>
      <w:r>
        <w:t>and hence refrain themselves from getting involved in dawah mission</w:t>
      </w:r>
    </w:p>
    <w:p>
      <w:pPr>
        <w:jc w:val="right"/>
      </w:pPr>
      <w:r>
        <w:t>اینڈ ہینس ریفرین دیم سیلف فرام گیٹنگ انوالوڈ ان دعوی مشن</w:t>
      </w:r>
    </w:p>
    <w:p>
      <w:r>
        <w:rPr>
          <w:b/>
        </w:rPr>
        <w:t xml:space="preserve">[52:02] </w:t>
      </w:r>
      <w:r>
        <w:t>Maulana sahib how we can tackle this problem kindly through some light on this</w:t>
      </w:r>
    </w:p>
    <w:p>
      <w:pPr>
        <w:jc w:val="right"/>
      </w:pPr>
      <w:r>
        <w:t>مولانا صاحب ہاؤ وی کین ٹیکل دس پرابلم کائنڈلی تھرو سم لائٹ ان دس</w:t>
      </w:r>
    </w:p>
    <w:p>
      <w:r>
        <w:rPr>
          <w:b/>
        </w:rPr>
        <w:t xml:space="preserve">[52:11] </w:t>
      </w:r>
      <w:r>
        <w:t>dekhein yeh jo culture aaj kal chal raha hai yeh</w:t>
      </w:r>
    </w:p>
    <w:p>
      <w:pPr>
        <w:jc w:val="right"/>
      </w:pPr>
      <w:r>
        <w:t>دیکھیں یہ جو کلچر اج کل چل رہا ہے یہ</w:t>
      </w:r>
    </w:p>
    <w:p>
      <w:r>
        <w:rPr>
          <w:b/>
        </w:rPr>
        <w:t xml:space="preserve">[52:20] </w:t>
      </w:r>
      <w:r>
        <w:t>god ka jo creation plan hai uske khilaf hai</w:t>
      </w:r>
    </w:p>
    <w:p>
      <w:pPr>
        <w:jc w:val="right"/>
      </w:pPr>
      <w:r>
        <w:t>گارڈ کا جو کرشن پلان ہے اس کے خلاف ہے</w:t>
      </w:r>
    </w:p>
    <w:p>
      <w:r>
        <w:rPr>
          <w:b/>
        </w:rPr>
        <w:t xml:space="preserve">[52:25] </w:t>
      </w:r>
      <w:r>
        <w:t>aur jab bhi aap god ke creation plan ke khilaf chalenge toh aap ko aap ka jo</w:t>
      </w:r>
    </w:p>
    <w:p>
      <w:pPr>
        <w:jc w:val="right"/>
      </w:pPr>
      <w:r>
        <w:t>اور جب بھی اپ گارڈ کے کرشن پلان کے خلاف چلیں گے تو اپ کو اپ کا جو</w:t>
      </w:r>
    </w:p>
    <w:p>
      <w:r>
        <w:rPr>
          <w:b/>
        </w:rPr>
        <w:t xml:space="preserve">[52:33] </w:t>
      </w:r>
      <w:r>
        <w:t>goal hai woh milne wala nahi hai wahi aap dekh lijiye goal jo hai logon ka woh sirf</w:t>
      </w:r>
    </w:p>
    <w:p>
      <w:pPr>
        <w:jc w:val="right"/>
      </w:pPr>
      <w:r>
        <w:t>گول ہے وہ ملنے والا نہیں ہے وہی اپ دیکھ لیجئے گول جو ہے لوگوں کا وہ صرف</w:t>
      </w:r>
    </w:p>
    <w:p>
      <w:r>
        <w:rPr>
          <w:b/>
        </w:rPr>
        <w:t xml:space="preserve">[52:40] </w:t>
      </w:r>
      <w:r>
        <w:t>money nahi hai woh hai peace of mind</w:t>
      </w:r>
    </w:p>
    <w:p>
      <w:pPr>
        <w:jc w:val="right"/>
      </w:pPr>
      <w:r>
        <w:t>منی نہیں ہے وہ ہے پیس اف مائنڈ</w:t>
      </w:r>
    </w:p>
    <w:p>
      <w:r>
        <w:rPr>
          <w:b/>
        </w:rPr>
        <w:t xml:space="preserve">[52:45] </w:t>
      </w:r>
      <w:r>
        <w:t>toh peace of mind kahan hai</w:t>
      </w:r>
    </w:p>
    <w:p>
      <w:pPr>
        <w:jc w:val="right"/>
      </w:pPr>
      <w:r>
        <w:t>تو پیس اف مائنڈ کہاں ہے</w:t>
      </w:r>
    </w:p>
    <w:p>
      <w:r>
        <w:rPr>
          <w:b/>
        </w:rPr>
        <w:t xml:space="preserve">[52:49] </w:t>
      </w:r>
      <w:r>
        <w:t>yani peace of mind jab na mile toh more and more money ke kya faida</w:t>
      </w:r>
    </w:p>
    <w:p>
      <w:pPr>
        <w:jc w:val="right"/>
      </w:pPr>
      <w:r>
        <w:t>یعنی پیس اف مائنڈ جب نہ ملے تو مور اینڈ مور منی کے کہ کیا فائدہ</w:t>
      </w:r>
    </w:p>
    <w:p>
      <w:r>
        <w:rPr>
          <w:b/>
        </w:rPr>
        <w:t xml:space="preserve">[52:56] </w:t>
      </w:r>
      <w:r>
        <w:t>kya hai is ka</w:t>
      </w:r>
    </w:p>
    <w:p>
      <w:pPr>
        <w:jc w:val="right"/>
      </w:pPr>
      <w:r>
        <w:t>کیا ہے اس کا</w:t>
      </w:r>
    </w:p>
    <w:p>
      <w:r>
        <w:rPr>
          <w:b/>
        </w:rPr>
        <w:t xml:space="preserve">[52:58] </w:t>
      </w:r>
      <w:r>
        <w:t>kyun is liye ke log jo hain jo krishan plan of god hai us ko samjhe baghair kood</w:t>
      </w:r>
    </w:p>
    <w:p>
      <w:pPr>
        <w:jc w:val="right"/>
      </w:pPr>
      <w:r>
        <w:t>کیوں اس لیے کہ لوگ جو ہیں جو کرشن پلان اف گاڈ ہے اس کو سمجھے بغیر کود</w:t>
      </w:r>
    </w:p>
    <w:p>
      <w:r>
        <w:rPr>
          <w:b/>
        </w:rPr>
        <w:t xml:space="preserve">[53:05] </w:t>
      </w:r>
      <w:r>
        <w:t>pade hain to we have to rediscover the krishan plan of god</w:t>
      </w:r>
    </w:p>
    <w:p>
      <w:pPr>
        <w:jc w:val="right"/>
      </w:pPr>
      <w:r>
        <w:t>پڑے ہیں تو وی ہیو ٹو ری ڈسکور دا کرشن پلان اف گاڈ</w:t>
      </w:r>
    </w:p>
    <w:p>
      <w:r>
        <w:rPr>
          <w:b/>
        </w:rPr>
        <w:t xml:space="preserve">[53:13] </w:t>
      </w:r>
      <w:r>
        <w:t>here is the solution</w:t>
      </w:r>
    </w:p>
    <w:p>
      <w:pPr>
        <w:jc w:val="right"/>
      </w:pPr>
      <w:r>
        <w:t>ہیر از دا سلویوشن</w:t>
      </w:r>
    </w:p>
    <w:p>
      <w:r>
        <w:rPr>
          <w:b/>
        </w:rPr>
        <w:t xml:space="preserve">[53:16] </w:t>
      </w:r>
      <w:r>
        <w:t>we have to rediscover the</w:t>
      </w:r>
    </w:p>
    <w:p>
      <w:pPr>
        <w:jc w:val="right"/>
      </w:pPr>
      <w:r>
        <w:t>وی ہیو ٹو ری ڈسکور دا</w:t>
      </w:r>
    </w:p>
    <w:p>
      <w:r>
        <w:rPr>
          <w:b/>
        </w:rPr>
        <w:t xml:space="preserve">[53:21] </w:t>
      </w:r>
      <w:r>
        <w:t>krishan plan of god here is the</w:t>
      </w:r>
    </w:p>
    <w:p>
      <w:pPr>
        <w:jc w:val="right"/>
      </w:pPr>
      <w:r>
        <w:t>کرشن پلان اف گاڈ ہیر از دا</w:t>
      </w:r>
    </w:p>
    <w:p>
      <w:r>
        <w:rPr>
          <w:b/>
        </w:rPr>
        <w:t xml:space="preserve">[53:26] </w:t>
      </w:r>
      <w:r>
        <w:t>answer of this question</w:t>
      </w:r>
    </w:p>
    <w:p>
      <w:pPr>
        <w:jc w:val="right"/>
      </w:pPr>
      <w:r>
        <w:t>انسر اف دس کوئسچن</w:t>
      </w:r>
    </w:p>
    <w:p>
      <w:r>
        <w:rPr>
          <w:b/>
        </w:rPr>
        <w:t xml:space="preserve">[53:32] </w:t>
      </w:r>
      <w:r>
        <w:t>maulana agla comment bheja hai dr waqar alam sahab ne new york se unhone likha hai maulana sahib you very intelligently related this quranic story of bani israel to our present situation and made it very clear to cps team workers that how allah's help will come for us while doing the dawah work</w:t>
      </w:r>
    </w:p>
    <w:p>
      <w:pPr>
        <w:jc w:val="right"/>
      </w:pPr>
      <w:r>
        <w:t>مولانا اگلا کمنٹ بھیجا ہے ڈاکٹر وقار عالم صاحب نے نیویارک سے انہوں نے لکھا ہے مولانا صاحب یو ویری انٹیلیجنٹلی ریلیٹڈ دس قرانک سٹوری اف بنی اسرائیل ٹو اور پریزنٹ سچویشن اینڈ میڈ اٹ ویری کلیئر ٹو سی پی ایس ٹیم ورکرز دیٹ ہاؤ اللہز ہیلپ ول کم فار اس وائل ڈوئنگ دا دعوی ورک</w:t>
      </w:r>
    </w:p>
    <w:p>
      <w:r>
        <w:rPr>
          <w:b/>
        </w:rPr>
        <w:t xml:space="preserve">[54:01] </w:t>
      </w:r>
      <w:r>
        <w:t>mashallah molana miss shabana ansari ne pakistan se sawal bheja hai unho ne likha hai molana does it</w:t>
      </w:r>
    </w:p>
    <w:p>
      <w:pPr>
        <w:jc w:val="right"/>
      </w:pPr>
      <w:r>
        <w:t>ماشاءاللہ مولانا مس شبانہ انصاری نے پاکستان سے سوال بھیجا ہے انہوں نے لکھا ہے مولانا ڈز اٹ</w:t>
      </w:r>
    </w:p>
    <w:p>
      <w:r>
        <w:rPr>
          <w:b/>
        </w:rPr>
        <w:t xml:space="preserve">[54:11] </w:t>
      </w:r>
      <w:r>
        <w:t>mean that we should use these resources as need based on personal level and spend all in dawah</w:t>
      </w:r>
    </w:p>
    <w:p>
      <w:pPr>
        <w:jc w:val="right"/>
      </w:pPr>
      <w:r>
        <w:t>مین دیٹ وی شوڈ یوز دیز ریسورسز ایز نیڈ بیسڈ ان پرسنل لیول اینڈ سپینڈ ال ان دعوی</w:t>
      </w:r>
    </w:p>
    <w:p>
      <w:r>
        <w:rPr>
          <w:b/>
        </w:rPr>
        <w:t xml:space="preserve">[54:20] </w:t>
      </w:r>
      <w:r>
        <w:t>work am i right in this yehi baat bilkul sahi hai aap ka soch hai yehi yani this</w:t>
      </w:r>
    </w:p>
    <w:p>
      <w:pPr>
        <w:jc w:val="right"/>
      </w:pPr>
      <w:r>
        <w:t>ورک ایم ائی رائٹ ان دس یہی بات بالکل صحیح ہے اپ کا سوچ ہے یہی یعنی دس</w:t>
      </w:r>
    </w:p>
    <w:p>
      <w:r>
        <w:rPr>
          <w:b/>
        </w:rPr>
        <w:t xml:space="preserve">[54:31] </w:t>
      </w:r>
      <w:r>
        <w:t>is the this is the kind to the krishan of god</w:t>
      </w:r>
    </w:p>
    <w:p>
      <w:pPr>
        <w:jc w:val="right"/>
      </w:pPr>
      <w:r>
        <w:t>از دا دس از دا کائنڈ ٹو دا کرشن اف گاڈ</w:t>
      </w:r>
    </w:p>
    <w:p>
      <w:r>
        <w:rPr>
          <w:b/>
        </w:rPr>
        <w:t xml:space="preserve">[54:36] </w:t>
      </w:r>
      <w:r>
        <w:t>allah rabb ul alameen ka jo planning hai wo ye is ke mutabiq hai</w:t>
      </w:r>
    </w:p>
    <w:p>
      <w:pPr>
        <w:jc w:val="right"/>
      </w:pPr>
      <w:r>
        <w:t>اللہ رب العالمین کا جو پلاننگ ہے وہ یہ اس کے مطابق ہے</w:t>
      </w:r>
    </w:p>
    <w:p>
      <w:r>
        <w:rPr>
          <w:b/>
        </w:rPr>
        <w:t xml:space="preserve">[54:44] </w:t>
      </w:r>
      <w:r>
        <w:t>ji molana agla sawal bheja hai hyderabad se ashq kamal qadri sahab ne</w:t>
      </w:r>
    </w:p>
    <w:p>
      <w:pPr>
        <w:jc w:val="right"/>
      </w:pPr>
      <w:r>
        <w:t>جی مولانا اگلا سوال بھیجا ہے حیدراباد سے عشاق کمال قادری صاحب نے</w:t>
      </w:r>
    </w:p>
    <w:p>
      <w:r>
        <w:rPr>
          <w:b/>
        </w:rPr>
        <w:t xml:space="preserve">[54:54] </w:t>
      </w:r>
      <w:r>
        <w:t>unho ne aap se poocha hai molana how much ilm and wisdom should we need to do dawah</w:t>
      </w:r>
    </w:p>
    <w:p>
      <w:pPr>
        <w:jc w:val="right"/>
      </w:pPr>
      <w:r>
        <w:t>انہوں نے اپ سے پوچھا ہے مولانا ہاؤ مچ علم اینڈ وزڈم شوڈ وی نیڈ ٹو ڈو دعوی</w:t>
      </w:r>
    </w:p>
    <w:p>
      <w:r>
        <w:rPr>
          <w:b/>
        </w:rPr>
        <w:t xml:space="preserve">[55:02] </w:t>
      </w:r>
      <w:r>
        <w:t>work dekhen ilm aur wisdom ki to koi had nahi hai jitna seekhe jitna seekhe</w:t>
      </w:r>
    </w:p>
    <w:p>
      <w:pPr>
        <w:jc w:val="right"/>
      </w:pPr>
      <w:r>
        <w:t>ورک دیکھیں علم اور وزڈم کی تو کوئی حد نہیں ہے جتنا سیکھے جتنا سیکھے</w:t>
      </w:r>
    </w:p>
    <w:p>
      <w:r>
        <w:rPr>
          <w:b/>
        </w:rPr>
        <w:t xml:space="preserve">[55:14] </w:t>
      </w:r>
      <w:r>
        <w:t>wo nakafi rehta hai to ilam o vizdam to seekhna hi hai ap ko sari umar aur is ko apply karna hai dawat allah ke kam par yah khoob zyada ilam seekhiye khoob zyada vizdam seekhiye aur sath sath is ko apply kijiye</w:t>
      </w:r>
    </w:p>
    <w:p>
      <w:pPr>
        <w:jc w:val="right"/>
      </w:pPr>
      <w:r>
        <w:t>وہ ناکافی رہتا ہے تو علم و وزڈم تو سیکھنا ہی ہے اپ کو ساری عمر اور اس کو اپلائی کرنا ہے دعوت اللہ کے کام پر یہ خوب زیادہ علم سیکھیے خوب زیادہ وزڈم سیکھیے اور ساتھ ساتھ اس کو اپلائی کیجئے</w:t>
      </w:r>
    </w:p>
    <w:p>
      <w:r>
        <w:rPr>
          <w:b/>
        </w:rPr>
        <w:t xml:space="preserve">[55:37] </w:t>
      </w:r>
      <w:r>
        <w:t>dawat allah ke kam mein</w:t>
      </w:r>
    </w:p>
    <w:p>
      <w:pPr>
        <w:jc w:val="right"/>
      </w:pPr>
      <w:r>
        <w:t>دعوت اللہ کے کام میں</w:t>
      </w:r>
    </w:p>
    <w:p>
      <w:r>
        <w:rPr>
          <w:b/>
        </w:rPr>
        <w:t xml:space="preserve">[55:45] </w:t>
      </w:r>
      <w:r>
        <w:t>molana agla comment bheja hai</w:t>
      </w:r>
    </w:p>
    <w:p>
      <w:pPr>
        <w:jc w:val="right"/>
      </w:pPr>
      <w:r>
        <w:t>مولانا اگلا کمنٹ بھیجا ہے</w:t>
      </w:r>
    </w:p>
    <w:p>
      <w:r>
        <w:rPr>
          <w:b/>
        </w:rPr>
        <w:t xml:space="preserve">[55:49] </w:t>
      </w:r>
      <w:r>
        <w:t>shahid hussain sahab ne kashmir se unho ne likha hai i had never comprehend the eternal lesson of</w:t>
      </w:r>
    </w:p>
    <w:p>
      <w:pPr>
        <w:jc w:val="right"/>
      </w:pPr>
      <w:r>
        <w:t>شاہد حسین صاحب نے کشمیر سے انہوں نے لکھا ہے ائی ہیڈ نیور کمپرینڈ دا ایٹرنل لیسن اف</w:t>
      </w:r>
    </w:p>
    <w:p>
      <w:r>
        <w:rPr>
          <w:b/>
        </w:rPr>
        <w:t xml:space="preserve">[55:55] </w:t>
      </w:r>
      <w:r>
        <w:t>the incident of man o salwa in jewish history molana sahab is rightly highlighted its relevance for</w:t>
      </w:r>
    </w:p>
    <w:p>
      <w:pPr>
        <w:jc w:val="right"/>
      </w:pPr>
      <w:r>
        <w:t>دی انسیڈنٹ اف من و سلوہ ان جوئش ہسٹری مولانا صاحب از رائٹلی ہائی لائٹڈ اٹس ریلیونس فار</w:t>
      </w:r>
    </w:p>
    <w:p>
      <w:r>
        <w:rPr>
          <w:b/>
        </w:rPr>
        <w:t xml:space="preserve">[56:04] </w:t>
      </w:r>
      <w:r>
        <w:t>those who rise for divine cause let us rise to the occasion god will come to our rescue</w:t>
      </w:r>
    </w:p>
    <w:p>
      <w:pPr>
        <w:jc w:val="right"/>
      </w:pPr>
      <w:r>
        <w:t>دوز ہو رائز فار ڈیوائن کاز لیٹ اس رائز ٹو دی اوکیژن گاڈ ول کم ٹو اور ریسکیو</w:t>
      </w:r>
    </w:p>
    <w:p>
      <w:r>
        <w:rPr>
          <w:b/>
        </w:rPr>
        <w:t xml:space="preserve">[56:19] </w:t>
      </w:r>
      <w:r>
        <w:t>molana agla sawal lete hain jo bilal mir sahab ne bheja hai gwahati se</w:t>
      </w:r>
    </w:p>
    <w:p>
      <w:pPr>
        <w:jc w:val="right"/>
      </w:pPr>
      <w:r>
        <w:t>مولانا اگلا سوال لیتے ہیں جو بلال میر صاحب نے بھیجا ہے گھواٹی سے</w:t>
      </w:r>
    </w:p>
    <w:p>
      <w:r>
        <w:rPr>
          <w:b/>
        </w:rPr>
        <w:t xml:space="preserve">[56:27] </w:t>
      </w:r>
      <w:r>
        <w:t>unho ne aap se poocha hai molana sahab what is the difference between worrying and thinking thinking</w:t>
      </w:r>
    </w:p>
    <w:p>
      <w:pPr>
        <w:jc w:val="right"/>
      </w:pPr>
      <w:r>
        <w:t>انہوں نے اپ سے پوچھا ہے مولانا صاحب واٹ از دا ڈیفرنس بٹوین ورنگ اینڈ تھنکنگ تھنکنگ</w:t>
      </w:r>
    </w:p>
    <w:p>
      <w:r>
        <w:rPr>
          <w:b/>
        </w:rPr>
        <w:t xml:space="preserve">[56:36] </w:t>
      </w:r>
      <w:r>
        <w:t>matlab sochna worrying matlab pareshan hona to is ko kaise wo equate kar rahe hain mere samajh nahi</w:t>
      </w:r>
    </w:p>
    <w:p>
      <w:pPr>
        <w:jc w:val="right"/>
      </w:pPr>
      <w:r>
        <w:t>مطلب سوچنا ورک مطلب پریشان ہونا تو اس کو کیسے وہ ایکویٹ کر رہے ہیں میرے سمجھ نہیں</w:t>
      </w:r>
    </w:p>
    <w:p>
      <w:r>
        <w:rPr>
          <w:b/>
        </w:rPr>
        <w:t xml:space="preserve">[56:44] </w:t>
      </w:r>
      <w:r>
        <w:t>aaya</w:t>
      </w:r>
    </w:p>
    <w:p>
      <w:pPr>
        <w:jc w:val="right"/>
      </w:pPr>
      <w:r>
        <w:t>ایا</w:t>
      </w:r>
    </w:p>
    <w:p>
      <w:r>
        <w:rPr>
          <w:b/>
        </w:rPr>
        <w:t xml:space="preserve">[56:50] </w:t>
      </w:r>
      <w:r>
        <w:t>dil dil karni ki kitab hai is ka nam hai Stop Worrying and Start Living pareshan hona band karo aur kam karna sikho to yah equate kaisay kiya unhon ne mere samajh nahi aya ji wo to pareshan honay ka worry ka matlab hota hai pareshan hona aur thinking ke mani ik peaceful phenomena hai thinking</w:t>
      </w:r>
    </w:p>
    <w:p>
      <w:pPr>
        <w:jc w:val="right"/>
      </w:pPr>
      <w:r>
        <w:t>ڈیل ڈیل کارنیگی کی کتاب ہے اس کا نام ہے اسٹاپ ورنگ اینڈ اسٹارٹ لیونگ پریشان ہونا بند کرو اور کام کرنا سیکھو تو یہ ایکویٹ کیسے کیا انہوں نے میرے سمجھ نہیں ایا جی وہ تو پریشان ہونے کا وری کا مطلب ہوتا ہے پریشان ہونا اور تھنکنگ کے معنی ایک پیس فل فیناومینا ہے تھنکنگ</w:t>
      </w:r>
    </w:p>
    <w:p>
      <w:r>
        <w:rPr>
          <w:b/>
        </w:rPr>
        <w:t xml:space="preserve">[57:20] </w:t>
      </w:r>
      <w:r>
        <w:t>phenomena, yani thinking, ek physical phenomena hai aur free jo hai wo to yani ulta ulta hai</w:t>
      </w:r>
    </w:p>
    <w:p>
      <w:pPr>
        <w:jc w:val="right"/>
      </w:pPr>
      <w:r>
        <w:t>فیناومینا یعنی تھنکنگ ایک پیس فل فیناومینا ہے اور وری جو ہے وہ تو یعنی الٹا الٹا ہے</w:t>
      </w:r>
    </w:p>
    <w:p>
      <w:r>
        <w:rPr>
          <w:b/>
        </w:rPr>
        <w:t xml:space="preserve">[57:34] </w:t>
      </w:r>
      <w:r>
        <w:t>to agle sunday mein apna yeh sawal dobara kar sakte hain wo ji</w:t>
      </w:r>
    </w:p>
    <w:p>
      <w:pPr>
        <w:jc w:val="right"/>
      </w:pPr>
      <w:r>
        <w:t>تو اگلے سنڈے میں اپنا یہ سوال دوبارہ کر سکتے ہیں وہ جی</w:t>
      </w:r>
    </w:p>
    <w:p>
      <w:r>
        <w:rPr>
          <w:b/>
        </w:rPr>
        <w:t xml:space="preserve">[57:41] </w:t>
      </w:r>
      <w:r>
        <w:t>molana agla sawal lete hain jo abdul rauf khateeb sahab ne bheja hai chiplun se</w:t>
      </w:r>
    </w:p>
    <w:p>
      <w:pPr>
        <w:jc w:val="right"/>
      </w:pPr>
      <w:r>
        <w:t>مولانا اگلا سوال لیتے ہیں جو عبدالرؤف خطیب صاحب نے بھیجا ہے چپلون سے</w:t>
      </w:r>
    </w:p>
    <w:p>
      <w:r>
        <w:rPr>
          <w:b/>
        </w:rPr>
        <w:t xml:space="preserve">[57:49] </w:t>
      </w:r>
      <w:r>
        <w:t>unho ne likha hai molana aj kal musalmanon ki taraf se ittehad ul muslimeen par bharpoor zor diya jata</w:t>
      </w:r>
    </w:p>
    <w:p>
      <w:pPr>
        <w:jc w:val="right"/>
      </w:pPr>
      <w:r>
        <w:t>انہوں نے لکھا ہے مولانا اج کل مسلمانوں کی طرف سے اتحاد المسلمین پر بھرپور زور دیا جاتا</w:t>
      </w:r>
    </w:p>
    <w:p>
      <w:r>
        <w:rPr>
          <w:b/>
        </w:rPr>
        <w:t xml:space="preserve">[57:57] </w:t>
      </w:r>
      <w:r>
        <w:t>hai lekin sab ka maqsad is ittehad ke peechay sirf aik hi hai aur woh hai musalmanon ka</w:t>
      </w:r>
    </w:p>
    <w:p>
      <w:pPr>
        <w:jc w:val="right"/>
      </w:pPr>
      <w:r>
        <w:t>ہے لیکن سب کا مقصد اس اتحاد کے پیچھے صرف ایک ہی ہے اور وہ ہے مسلمانوں کا</w:t>
      </w:r>
    </w:p>
    <w:p>
      <w:r>
        <w:rPr>
          <w:b/>
        </w:rPr>
        <w:t xml:space="preserve">[58:05] </w:t>
      </w:r>
      <w:r>
        <w:t>un ka khoya hua shandar maazi aur maqam wapas dila diya jana dawat e islam ittehad ul muslimeen ka maqsad</w:t>
      </w:r>
    </w:p>
    <w:p>
      <w:pPr>
        <w:jc w:val="right"/>
      </w:pPr>
      <w:r>
        <w:t>ان کا کھویا ہوا شاندار ماضی اور مقام واپس دلا دیا جانا دعوت اسلام اتحاد المسلمین کا مقصد</w:t>
      </w:r>
    </w:p>
    <w:p>
      <w:r>
        <w:rPr>
          <w:b/>
        </w:rPr>
        <w:t xml:space="preserve">[58:16] </w:t>
      </w:r>
      <w:r>
        <w:t>nahi hai molana is ke baray mein kuch farmayein</w:t>
      </w:r>
    </w:p>
    <w:p>
      <w:pPr>
        <w:jc w:val="right"/>
      </w:pPr>
      <w:r>
        <w:t>نہیں ہے مولانا اس کے بارے میں کچھ فرمائیں</w:t>
      </w:r>
    </w:p>
    <w:p>
      <w:r>
        <w:rPr>
          <w:b/>
        </w:rPr>
        <w:t xml:space="preserve">[58:23] </w:t>
      </w:r>
      <w:r>
        <w:t>dekhein bas yeh kahoon ga ke yeh</w:t>
      </w:r>
    </w:p>
    <w:p>
      <w:pPr>
        <w:jc w:val="right"/>
      </w:pPr>
      <w:r>
        <w:t>دیکھیں بس یہ کہوں گا کہ یہ</w:t>
      </w:r>
    </w:p>
    <w:p>
      <w:r>
        <w:rPr>
          <w:b/>
        </w:rPr>
        <w:t xml:space="preserve">[58:29] </w:t>
      </w:r>
      <w:r>
        <w:t>it is due to an awareness</w:t>
      </w:r>
    </w:p>
    <w:p>
      <w:pPr>
        <w:jc w:val="right"/>
      </w:pPr>
      <w:r>
        <w:t>اٹ از ڈیو ٹو ان اویرنس</w:t>
      </w:r>
    </w:p>
    <w:p>
      <w:r>
        <w:rPr>
          <w:b/>
        </w:rPr>
        <w:t xml:space="preserve">[58:33] </w:t>
      </w:r>
      <w:r>
        <w:t>be khabari ka musalman jo jee rahe hain shandar maazi to haal to is se bhi shandar hai</w:t>
      </w:r>
    </w:p>
    <w:p>
      <w:pPr>
        <w:jc w:val="right"/>
      </w:pPr>
      <w:r>
        <w:t>بے خبری کا مسلمان جو جی رہے ہیں شاندار ماضی تو حال تو اس سے بھی شاندار ہے</w:t>
      </w:r>
    </w:p>
    <w:p>
      <w:r>
        <w:rPr>
          <w:b/>
        </w:rPr>
        <w:t xml:space="preserve">[58:44] </w:t>
      </w:r>
      <w:r>
        <w:t>bas bas musalmanon ka jo haal hai is se bhi shandar hai faraz sahib aik aik hadees dikha</w:t>
      </w:r>
    </w:p>
    <w:p>
      <w:pPr>
        <w:jc w:val="right"/>
      </w:pPr>
      <w:r>
        <w:t>بس بس مسلمانوں کا جو حال ہے اس سے بھی شاندار ہے فراز صاحب ایک ایک حدیث دکھا</w:t>
      </w:r>
    </w:p>
    <w:p>
      <w:r>
        <w:rPr>
          <w:b/>
        </w:rPr>
        <w:t xml:space="preserve">[58:50] </w:t>
      </w:r>
      <w:r>
        <w:t>dijiye jo aik aik aurat chalay gi</w:t>
      </w:r>
    </w:p>
    <w:p>
      <w:pPr>
        <w:jc w:val="right"/>
      </w:pPr>
      <w:r>
        <w:t>دیجئے جو ایک ایک عورت چلے گی</w:t>
      </w:r>
    </w:p>
    <w:p>
      <w:r>
        <w:rPr>
          <w:b/>
        </w:rPr>
        <w:t xml:space="preserve">[58:54] </w:t>
      </w:r>
      <w:r>
        <w:t>woh oont se kahan se kahan jab aur koi is ko dar rahe hon ge kisi ka woh</w:t>
      </w:r>
    </w:p>
    <w:p>
      <w:pPr>
        <w:jc w:val="right"/>
      </w:pPr>
      <w:r>
        <w:t>وہ اونٹ سے کہاں سے کہاں جب اور کوئی اس کو ڈر رہے ہوں گے کسی کا وہ</w:t>
      </w:r>
    </w:p>
    <w:p>
      <w:r>
        <w:rPr>
          <w:b/>
        </w:rPr>
        <w:t xml:space="preserve">[58:59] </w:t>
      </w:r>
      <w:r>
        <w:t>ayat dikha di to woh hadees</w:t>
      </w:r>
    </w:p>
    <w:p>
      <w:pPr>
        <w:jc w:val="right"/>
      </w:pPr>
      <w:r>
        <w:t>ایت دکھا دی تو وہ حدیث</w:t>
      </w:r>
    </w:p>
    <w:p>
      <w:r>
        <w:rPr>
          <w:b/>
        </w:rPr>
        <w:t xml:space="preserve">[59:04] </w:t>
      </w:r>
      <w:r>
        <w:t>main aik misal deta hoon ap ko bohat hi yani intresting misal hai musalmanon ki be khabari ka musalmanon ki be khabari ka</w:t>
      </w:r>
    </w:p>
    <w:p>
      <w:pPr>
        <w:jc w:val="right"/>
      </w:pPr>
      <w:r>
        <w:t>میں ایک مثال دیتا ہوں اپ کو بہت ہی یعنی انٹرسٹنگ مثال ہے مسلمانوں کی بے خبری کا مسلمانوں کی بے خبری کا</w:t>
      </w:r>
    </w:p>
    <w:p>
      <w:r>
        <w:rPr>
          <w:b/>
        </w:rPr>
        <w:t xml:space="preserve">[59:20] </w:t>
      </w:r>
      <w:r>
        <w:t>shandar mazi shandar mazi yani shandar hal ko janay hon shandar hal ko diskavar karo wo to kuch bhi nahi tha jis ko ap shandar mazi samajhtay hain wo to nathing tha wo aj ke hal ke muqablay mein</w:t>
      </w:r>
    </w:p>
    <w:p>
      <w:pPr>
        <w:jc w:val="right"/>
      </w:pPr>
      <w:r>
        <w:t>شاندار ماضی شاندار ماضی یعنی شاندار حال کو جانے ہوں شاندار حال کو ڈسکور کرو وہ تو کچھ بھی نہیں تھا جس کو اپ شاندار ماضی سمجھتے ہیں وہ تو نتھنگ تھا وہ اج کے حال کے مقابلے میں</w:t>
      </w:r>
    </w:p>
    <w:p>
      <w:r>
        <w:rPr>
          <w:b/>
        </w:rPr>
        <w:t xml:space="preserve">[59:37] </w:t>
      </w:r>
      <w:r>
        <w:t>is hadees ko parhiye aur tarjuma kijiye is ka.</w:t>
      </w:r>
    </w:p>
    <w:p>
      <w:pPr>
        <w:jc w:val="right"/>
      </w:pPr>
      <w:r>
        <w:t>اس حدیث کو پڑھیے اور ترجمہ کیجئے اس کا.</w:t>
      </w:r>
    </w:p>
    <w:p>
      <w:r>
        <w:rPr>
          <w:b/>
        </w:rPr>
        <w:t xml:space="preserve">[59:41] </w:t>
      </w:r>
      <w:r>
        <w:t>an khubab ibn al arrad qala shukuna ila rasool Allah sallallahu alaihi wasallam wa huwa mutawassit burdah fi dhil</w:t>
      </w:r>
    </w:p>
    <w:p>
      <w:pPr>
        <w:jc w:val="right"/>
      </w:pPr>
      <w:r>
        <w:t>عن خباب ابن العرض قال شكون الی رسول اللہ صلی اللہ علیہ وسلم وھو متوسط بردۃ فی ذل</w:t>
      </w:r>
    </w:p>
    <w:p>
      <w:r>
        <w:rPr>
          <w:b/>
        </w:rPr>
        <w:t xml:space="preserve">[59:49] </w:t>
      </w:r>
      <w:r>
        <w:t>al kaabah qulna lahu ala tastansir lana ala tad'u Allah lana qala kana al rajul fi man qablakum</w:t>
      </w:r>
    </w:p>
    <w:p>
      <w:pPr>
        <w:jc w:val="right"/>
      </w:pPr>
      <w:r>
        <w:t>الکعبہ قلنا لہ الا تستنصر لنا الا تدعو اللہ لنا قال کان الرجل فی من قبلکم</w:t>
      </w:r>
    </w:p>
    <w:p>
      <w:r>
        <w:rPr>
          <w:b/>
        </w:rPr>
        <w:t xml:space="preserve">[1:00:00] </w:t>
      </w:r>
      <w:r>
        <w:t>fi fi fi</w:t>
      </w:r>
    </w:p>
    <w:p>
      <w:pPr>
        <w:jc w:val="right"/>
      </w:pPr>
      <w:r>
        <w:t>فی فی فی</w:t>
      </w:r>
    </w:p>
    <w:p>
      <w:r>
        <w:rPr>
          <w:b/>
        </w:rPr>
        <w:t xml:space="preserve">[1:00:35] </w:t>
      </w:r>
      <w:r>
        <w:t>sahih al-bukhari hadis number 3612</w:t>
      </w:r>
    </w:p>
    <w:p>
      <w:pPr>
        <w:jc w:val="right"/>
      </w:pPr>
      <w:r>
        <w:t>صحیح البخاری حدیث نمبر 3612</w:t>
      </w:r>
    </w:p>
    <w:p>
      <w:r>
        <w:rPr>
          <w:b/>
        </w:rPr>
        <w:t xml:space="preserve">[1:00:39] </w:t>
      </w:r>
      <w:r>
        <w:t>khabab bin arad se riwayat hai wo kehtay hain ke hum ne rasul allah sal allah alayhi wa sallam se shikayat ki us waqt wo ka·ba ke saye mein apni chadar ko takiya banaye hue letay thay hum ne kaha kya ap hamaray liye madad nahi mangtay kya ap hamaray liye allah ta·ala se dua nahi kartay ap ne kaha ap say pehlay admi thay</w:t>
      </w:r>
    </w:p>
    <w:p>
      <w:pPr>
        <w:jc w:val="right"/>
      </w:pPr>
      <w:r>
        <w:t>خباب بن عرض سے روایت ہے وہ کہتے ہیں کہ ہم نے رسول اللہ صلی اللہ علیہ وسلم سے شکایت کی اس وقت وہ کعبہ کے سائے میں اپنی چادر کو تکیہ بنائے ہوئے لیٹے تھے ہم نے کہا کیا اپ ہمارے لیے مدد نہیں مانگتے کیا اپ ہمارے لیے اللہ تعالی سے دعا نہیں کرتے اپ نے کہا اپ سے پہلے ادمی تھے</w:t>
      </w:r>
    </w:p>
    <w:p>
      <w:r>
        <w:rPr>
          <w:b/>
        </w:rPr>
        <w:t xml:space="preserve">[1:01:07] </w:t>
      </w:r>
      <w:r>
        <w:t>un ke liye zameen khodi jati</w:t>
      </w:r>
    </w:p>
    <w:p>
      <w:pPr>
        <w:jc w:val="right"/>
      </w:pPr>
      <w:r>
        <w:t>ان کے لیے زمین کھودی جاتی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