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44-46, January 28, 2018</w:t>
      </w:r>
    </w:p>
    <w:p>
      <w:r>
        <w:t>https://www.youtube.com/watch?v=3Kd5InuBtFA</w:t>
      </w:r>
    </w:p>
    <w:p>
      <w:r>
        <w:rPr>
          <w:b/>
        </w:rPr>
        <w:t xml:space="preserve">[00:10] </w:t>
      </w:r>
      <w:r>
        <w:t>bismillah rahman rahim, wa salla Allahu ala nabiyyil karim.</w:t>
      </w:r>
    </w:p>
    <w:p>
      <w:pPr>
        <w:jc w:val="right"/>
      </w:pPr>
      <w:r>
        <w:t>بسم اللہ الرحمن الرحیم، وصلی اللہ علی 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28 January 2018. aaj</w:t>
      </w:r>
    </w:p>
    <w:p>
      <w:pPr>
        <w:jc w:val="right"/>
      </w:pPr>
      <w:r>
        <w:t>28 جنوری 2018۔ آج</w:t>
      </w:r>
    </w:p>
    <w:p>
      <w:r>
        <w:rPr>
          <w:b/>
        </w:rPr>
        <w:t xml:space="preserve">[00:41] </w:t>
      </w:r>
      <w:r>
        <w:t>surah albara ki kuch ayaten zir-e-dars hain.</w:t>
      </w:r>
    </w:p>
    <w:p>
      <w:pPr>
        <w:jc w:val="right"/>
      </w:pPr>
      <w:r>
        <w:t>سورہ البقرہ کی کچھ آیتیں زیرِ درس ہیں۔</w:t>
      </w:r>
    </w:p>
    <w:p>
      <w:r>
        <w:rPr>
          <w:b/>
        </w:rPr>
        <w:t xml:space="preserve">[00:48] </w:t>
      </w:r>
      <w:r>
        <w:t>pehlay yeh ayaten parhi jayen gi, phir un ka tarjuma.</w:t>
      </w:r>
    </w:p>
    <w:p>
      <w:pPr>
        <w:jc w:val="right"/>
      </w:pPr>
      <w:r>
        <w:t>پہلے یہ آیتیں پڑھی جائیں گی، پھر ان کا ترجمہ۔</w:t>
      </w:r>
    </w:p>
    <w:p>
      <w:r>
        <w:rPr>
          <w:b/>
        </w:rPr>
        <w:t xml:space="preserve">[00:56] </w:t>
      </w:r>
      <w:r>
        <w:t>english mein aur urdu mein.</w:t>
      </w:r>
    </w:p>
    <w:p>
      <w:pPr>
        <w:jc w:val="right"/>
      </w:pPr>
      <w:r>
        <w:t>انگلش میں اور اردو میں۔</w:t>
      </w:r>
    </w:p>
    <w:p>
      <w:r>
        <w:rPr>
          <w:b/>
        </w:rPr>
        <w:t xml:space="preserve">[01:03] </w:t>
      </w:r>
      <w:r>
        <w:t>phir in sha Allah is ki expression mein kuch baat kahi jayegi.</w:t>
      </w:r>
    </w:p>
    <w:p>
      <w:pPr>
        <w:jc w:val="right"/>
      </w:pPr>
      <w:r>
        <w:t>پھر ان شاء اللہ اس کی ایکسپریشن میں کچھ بات کہی جائے گی۔</w:t>
      </w:r>
    </w:p>
    <w:p>
      <w:r>
        <w:rPr>
          <w:b/>
        </w:rPr>
        <w:t xml:space="preserve">[01:11] </w:t>
      </w:r>
      <w:r>
        <w:t>bismillah al-rahman al-rahim. ata·murun al-nasa bil-birri wa tansawoona anfusakum wa antum tatloona al-kitab afala taqiloon? wasta·eenu bil-sabri wal-salati wa innaha lakabiratun illa ala al-khashi·yeen alladheena yadhunnoona annahum mulaqo rabbihim wa annahum ilayhi raji·oon. surah al-baqarah, surah number 2, ayat number 44 ta 46.</w:t>
      </w:r>
    </w:p>
    <w:p>
      <w:pPr>
        <w:jc w:val="right"/>
      </w:pPr>
      <w:r>
        <w:t>بسم اللہ الرحمن الرحیم۔ اتأمرون الناس بالبر وتنسون أنفسكم وأنتم تتلون الكتاب أفلا تعقلون؟ واستعینوا بالصبر والصلاة وإنها لكبيرة إلا على الخاشعين الذين يظنون أنهم ملاقو ربهم وأنهم إليه راجعون۔ سورہ البقرہ، سورہ نمبر 2، آیت نمبر 44 تا 46۔</w:t>
      </w:r>
    </w:p>
    <w:p>
      <w:r>
        <w:rPr>
          <w:b/>
        </w:rPr>
        <w:t xml:space="preserve">[01:41] </w:t>
      </w:r>
      <w:r>
        <w:t>tum logon se naik kaam karne ko kehte ho aur apnay aap ko bhool jatay ho, halankay tum</w:t>
      </w:r>
    </w:p>
    <w:p>
      <w:pPr>
        <w:jc w:val="right"/>
      </w:pPr>
      <w:r>
        <w:t>تم لوگوں سے نیک کام کرنے کو کہتے ہو اور اپنے آپ کو بھول جاتے ہو، حالانکہ تم</w:t>
      </w:r>
    </w:p>
    <w:p>
      <w:r>
        <w:rPr>
          <w:b/>
        </w:rPr>
        <w:t xml:space="preserve">[01:47] </w:t>
      </w:r>
      <w:r>
        <w:t>kitab ko parhtay ho.</w:t>
      </w:r>
    </w:p>
    <w:p>
      <w:pPr>
        <w:jc w:val="right"/>
      </w:pPr>
      <w:r>
        <w:t>کتاب کو پڑھتے ہو۔</w:t>
      </w:r>
    </w:p>
    <w:p>
      <w:r>
        <w:rPr>
          <w:b/>
        </w:rPr>
        <w:t xml:space="preserve">[01:53] </w:t>
      </w:r>
      <w:r>
        <w:t>kya tum samajhtay nahi? aur madad chaho sabr aur namaz se, aur beshak woh bhari hai magar</w:t>
      </w:r>
    </w:p>
    <w:p>
      <w:pPr>
        <w:jc w:val="right"/>
      </w:pPr>
      <w:r>
        <w:t>کیا تم سمجھتے نہیں؟ اور مدد چاہو صبر اور نماز سے، اور بے شک وہ بھاری ہے مگر</w:t>
      </w:r>
    </w:p>
    <w:p>
      <w:r>
        <w:rPr>
          <w:b/>
        </w:rPr>
        <w:t xml:space="preserve">[01:59] </w:t>
      </w:r>
      <w:r>
        <w:t>un logon par nahi jo darne walay hain, jo guman rakhtay hain ke un ko apnay rab se</w:t>
      </w:r>
    </w:p>
    <w:p>
      <w:pPr>
        <w:jc w:val="right"/>
      </w:pPr>
      <w:r>
        <w:t>ان لوگوں پر نہیں جو ڈرنے والے ہیں، جو گمان رکھتے ہیں کہ ان کو اپنے رب سے</w:t>
      </w:r>
    </w:p>
    <w:p>
      <w:r>
        <w:rPr>
          <w:b/>
        </w:rPr>
        <w:t xml:space="preserve">[02:05] </w:t>
      </w:r>
      <w:r>
        <w:t>milna hai aur woh usi ki taraf lotnay walay hain.</w:t>
      </w:r>
    </w:p>
    <w:p>
      <w:pPr>
        <w:jc w:val="right"/>
      </w:pPr>
      <w:r>
        <w:t>ملنا ہے اور وہ اسی کی طرف لوٹنے والے ہیں۔</w:t>
      </w:r>
    </w:p>
    <w:p>
      <w:r>
        <w:rPr>
          <w:b/>
        </w:rPr>
        <w:t xml:space="preserve">[02:12] </w:t>
      </w:r>
      <w:r>
        <w:t>Do you admonish others to do good and forget this yourselves? Yet you read the Book.</w:t>
      </w:r>
    </w:p>
    <w:p>
      <w:pPr>
        <w:jc w:val="right"/>
      </w:pPr>
      <w:r>
        <w:t>ڈو یو ایڈمنش ادرز ٹو ڈو گڈ اینڈ فارگیٹ دس یور سیلفس؟ یٹ یو ریڈ دا بک۔</w:t>
      </w:r>
    </w:p>
    <w:p>
      <w:r>
        <w:rPr>
          <w:b/>
        </w:rPr>
        <w:t xml:space="preserve">[02:19] </w:t>
      </w:r>
      <w:r>
        <w:t>Will you not then understand? Seek help with patience and prayer.</w:t>
      </w:r>
    </w:p>
    <w:p>
      <w:pPr>
        <w:jc w:val="right"/>
      </w:pPr>
      <w:r>
        <w:t>ول یو ناٹ دین انڈرسٹینڈ؟ سیک ہیلپ ود پیشنس اینڈ پریئر۔</w:t>
      </w:r>
    </w:p>
    <w:p>
      <w:r>
        <w:rPr>
          <w:b/>
        </w:rPr>
        <w:t xml:space="preserve">[02:27] </w:t>
      </w:r>
      <w:r>
        <w:t>This is indeed an exacting discipline, but not to the humble who know for certain that they will</w:t>
      </w:r>
    </w:p>
    <w:p>
      <w:pPr>
        <w:jc w:val="right"/>
      </w:pPr>
      <w:r>
        <w:t>دس از انڈیڈ این ایگزیکٹنگ ڈسپلین، بٹ ناٹ ٹو دا ہمبل ہو نو فار سرٹین دیٹ دے ول</w:t>
      </w:r>
    </w:p>
    <w:p>
      <w:r>
        <w:rPr>
          <w:b/>
        </w:rPr>
        <w:t xml:space="preserve">[02:35] </w:t>
      </w:r>
      <w:r>
        <w:t>meet the lord</w:t>
      </w:r>
    </w:p>
    <w:p>
      <w:pPr>
        <w:jc w:val="right"/>
      </w:pPr>
      <w:r>
        <w:t>میٹ دیر لارڈ</w:t>
      </w:r>
    </w:p>
    <w:p>
      <w:r>
        <w:rPr>
          <w:b/>
        </w:rPr>
        <w:t xml:space="preserve">[02:42] </w:t>
      </w:r>
      <w:r>
        <w:t>and dat de vil ritarn to ham. dekhiye, yah al-baqarah ki yah jo ayaten hain, yah utri hain hijrat ke baad. to in ayaton mein zyada tar sabr ki bat</w:t>
      </w:r>
    </w:p>
    <w:p>
      <w:pPr>
        <w:jc w:val="right"/>
      </w:pPr>
      <w:r>
        <w:t>اینڈ دیٹ دے ول ریٹرن ٹو ہم۔ دیکھیے، یہ البقرہ کی یہ جو آیتیں ہیں، یہ اتری ہیں ہجرت کے بعد۔ تو ان آیتوں میں زیادہ تر صبر کی بات</w:t>
      </w:r>
    </w:p>
    <w:p>
      <w:r>
        <w:rPr>
          <w:b/>
        </w:rPr>
        <w:t xml:space="preserve">[03:12] </w:t>
      </w:r>
      <w:r>
        <w:t>dawa ki bat, allah se madad mangnay ki bat, musibaton ko jhelnay ki bat kahi gayi hai. to is ka matlab kya hai? dekhiye, quran ko samajhnay ke liye jo shan-e-nazool ki riwayatain hoti hain</w:t>
      </w:r>
    </w:p>
    <w:p>
      <w:pPr>
        <w:jc w:val="right"/>
      </w:pPr>
      <w:r>
        <w:t>، دعا کی بات، اللہ سے مدد مانگنے کی بات، مصیبتوں کو جھیلنے کی بات کہی گئی ہے۔ تو اس کا مطلب کیا ہے؟ دیکھیے، قرآن کو سمجھنے کے لیے جو شان نزول کی روایتیں ہوتی ہیں</w:t>
      </w:r>
    </w:p>
    <w:p>
      <w:r>
        <w:rPr>
          <w:b/>
        </w:rPr>
        <w:t xml:space="preserve">[03:42] </w:t>
      </w:r>
      <w:r>
        <w:t>, is ka aik part yeh hota hai ke jab yeh ayaten utrin, us waqt rasool aur sahaba</w:t>
      </w:r>
    </w:p>
    <w:p>
      <w:pPr>
        <w:jc w:val="right"/>
      </w:pPr>
      <w:r>
        <w:t>، اس کا ایک پارٹ یہ ہوتا ہے کہ جب یہ آیتیں اتریں، اس وقت رسول اور صحابہ</w:t>
      </w:r>
    </w:p>
    <w:p>
      <w:r>
        <w:rPr>
          <w:b/>
        </w:rPr>
        <w:t xml:space="preserve">[03:53] </w:t>
      </w:r>
      <w:r>
        <w:t>rasool ke halaat kya thay? to halaat aap jantay hain ke makkah aur madinah dono jagah mushkil halaat</w:t>
      </w:r>
    </w:p>
    <w:p>
      <w:pPr>
        <w:jc w:val="right"/>
      </w:pPr>
      <w:r>
        <w:t>رسول کے حالات کیا تھے؟ تو حالات آپ جانتے ہیں کہ مکہ اور مدینہ دونوں جگہ مشکل حالات</w:t>
      </w:r>
    </w:p>
    <w:p>
      <w:r>
        <w:rPr>
          <w:b/>
        </w:rPr>
        <w:t xml:space="preserve">[04:03] </w:t>
      </w:r>
      <w:r>
        <w:t>thay, mukhalifat ke halaat thay,</w:t>
      </w:r>
    </w:p>
    <w:p>
      <w:pPr>
        <w:jc w:val="right"/>
      </w:pPr>
      <w:r>
        <w:t>تھے، مخالفت کے حالات تھے،</w:t>
      </w:r>
    </w:p>
    <w:p>
      <w:r>
        <w:rPr>
          <w:b/>
        </w:rPr>
        <w:t xml:space="preserve">[04:13] </w:t>
      </w:r>
      <w:r>
        <w:t>tashaddud ke halaat thay.</w:t>
      </w:r>
    </w:p>
    <w:p>
      <w:pPr>
        <w:jc w:val="right"/>
      </w:pPr>
      <w:r>
        <w:t>تشدد کے حالات تھے۔</w:t>
      </w:r>
    </w:p>
    <w:p>
      <w:r>
        <w:rPr>
          <w:b/>
        </w:rPr>
        <w:t xml:space="preserve">[04:19] </w:t>
      </w:r>
      <w:r>
        <w:t>to yeh sab kyun ho raha tha? rasool aur sahaba rasool ko yeh mushkilat kyun paish aa rahi</w:t>
      </w:r>
    </w:p>
    <w:p>
      <w:pPr>
        <w:jc w:val="right"/>
      </w:pPr>
      <w:r>
        <w:t>تو یہ سب کیوں ہو رہا تھا؟ رسول اور صحابہ رسول کو یہ مشکلات کیوں پیش آ رہی</w:t>
      </w:r>
    </w:p>
    <w:p>
      <w:r>
        <w:rPr>
          <w:b/>
        </w:rPr>
        <w:t xml:space="preserve">[04:25] </w:t>
      </w:r>
      <w:r>
        <w:t>theen? dawat-e-allah ke rastay mein.</w:t>
      </w:r>
    </w:p>
    <w:p>
      <w:pPr>
        <w:jc w:val="right"/>
      </w:pPr>
      <w:r>
        <w:t>تھیں؟ دعوت اللہ کے راستے میں۔</w:t>
      </w:r>
    </w:p>
    <w:p>
      <w:r>
        <w:rPr>
          <w:b/>
        </w:rPr>
        <w:t xml:space="preserve">[04:31] </w:t>
      </w:r>
      <w:r>
        <w:t>makkah aur madinah ka farq kisi aur aitbar se jo bhi ho, lekin asal jo hai ke dono</w:t>
      </w:r>
    </w:p>
    <w:p>
      <w:pPr>
        <w:jc w:val="right"/>
      </w:pPr>
      <w:r>
        <w:t>مکہ اور مدینہ کا فرق کسی اور اعتبار سے جو بھی ہو، لیکن اصل جو ہے کہ دونوں</w:t>
      </w:r>
    </w:p>
    <w:p>
      <w:r>
        <w:rPr>
          <w:b/>
        </w:rPr>
        <w:t xml:space="preserve">[04:37] </w:t>
      </w:r>
      <w:r>
        <w:t>jagah aik hi</w:t>
      </w:r>
    </w:p>
    <w:p>
      <w:pPr>
        <w:jc w:val="right"/>
      </w:pPr>
      <w:r>
        <w:t>جگہ ایک ہی</w:t>
      </w:r>
    </w:p>
    <w:p>
      <w:r>
        <w:rPr>
          <w:b/>
        </w:rPr>
        <w:t xml:space="preserve">[04:43] </w:t>
      </w:r>
      <w:r>
        <w:t>baat thi, woh dawat-e-allah ke liye museebaton ka paish aana.</w:t>
      </w:r>
    </w:p>
    <w:p>
      <w:pPr>
        <w:jc w:val="right"/>
      </w:pPr>
      <w:r>
        <w:t>بات تھی، وہ دعوت اللہ کے لیے مصیبتوں کا پیش آنا۔</w:t>
      </w:r>
    </w:p>
    <w:p>
      <w:r>
        <w:rPr>
          <w:b/>
        </w:rPr>
        <w:t xml:space="preserve">[04:54] </w:t>
      </w:r>
      <w:r>
        <w:t>chahay woh aam mukhalifat ho ya tashaddud ho ya jang ki soorat-e-haal ho.</w:t>
      </w:r>
    </w:p>
    <w:p>
      <w:pPr>
        <w:jc w:val="right"/>
      </w:pPr>
      <w:r>
        <w:t>چاہے وہ عام مخالفت ہو یا تشدد ہو یا جنگ کی صورتحال ہو۔</w:t>
      </w:r>
    </w:p>
    <w:p>
      <w:r>
        <w:rPr>
          <w:b/>
        </w:rPr>
        <w:t xml:space="preserve">[05:05] </w:t>
      </w:r>
      <w:r>
        <w:t>to apni haqeeqat ke aitbar se yeh ayaten yeh batati hain ke dawat ka jo kaam hai,</w:t>
      </w:r>
    </w:p>
    <w:p>
      <w:pPr>
        <w:jc w:val="right"/>
      </w:pPr>
      <w:r>
        <w:t>تو اپنی حقیقت کے اعتبار سے یہ آیتیں یہ بتاتی ہیں کہ دعوت کا جو کام ہے،</w:t>
      </w:r>
    </w:p>
    <w:p>
      <w:r>
        <w:rPr>
          <w:b/>
        </w:rPr>
        <w:t xml:space="preserve">[05:15] </w:t>
      </w:r>
      <w:r>
        <w:t>yani allah ke message ko logon tak pohnchanay ka jo kaam hai, woh mushkilat ke rastay se guzray ga.</w:t>
      </w:r>
    </w:p>
    <w:p>
      <w:pPr>
        <w:jc w:val="right"/>
      </w:pPr>
      <w:r>
        <w:t>یعنی اللہ کے میسج کو لوگوں تک پہنچانے کا جو کام ہے، وہ مشکلات کے راستے سے گزرے گا۔</w:t>
      </w:r>
    </w:p>
    <w:p>
      <w:r>
        <w:rPr>
          <w:b/>
        </w:rPr>
        <w:t xml:space="preserve">[05:24] </w:t>
      </w:r>
      <w:r>
        <w:t>kyun ke jis waqt ayaten yeh mat samjhiye ke aaj bhi yahi hai.</w:t>
      </w:r>
    </w:p>
    <w:p>
      <w:pPr>
        <w:jc w:val="right"/>
      </w:pPr>
      <w:r>
        <w:t>کیونکہ جس وقت آیتیں یہ مت سمجھئے کہ آج بھی یہی ہے۔</w:t>
      </w:r>
    </w:p>
    <w:p>
      <w:r>
        <w:rPr>
          <w:b/>
        </w:rPr>
        <w:t xml:space="preserve">[05:32] </w:t>
      </w:r>
      <w:r>
        <w:t>aaj bhi dawat-e-allah ke rastay mein mushkilat hon, aisa nahi hai.</w:t>
      </w:r>
    </w:p>
    <w:p>
      <w:pPr>
        <w:jc w:val="right"/>
      </w:pPr>
      <w:r>
        <w:t>آج بھی دعوت اللہ کے راستے میں مشکلات ہوں، ایسا نہیں ہے۔</w:t>
      </w:r>
    </w:p>
    <w:p>
      <w:r>
        <w:rPr>
          <w:b/>
        </w:rPr>
        <w:t xml:space="preserve">[05:41] </w:t>
      </w:r>
      <w:r>
        <w:t>yeh bohat zaroori hai samajhna, bohat zaroori hai samajhna.</w:t>
      </w:r>
    </w:p>
    <w:p>
      <w:pPr>
        <w:jc w:val="right"/>
      </w:pPr>
      <w:r>
        <w:t>یہ بہت ضروری ہے سمجھنا، بہت ضروری ہے سمجھنا۔</w:t>
      </w:r>
    </w:p>
    <w:p>
      <w:r>
        <w:rPr>
          <w:b/>
        </w:rPr>
        <w:t xml:space="preserve">[05:49] </w:t>
      </w:r>
      <w:r>
        <w:t>keh yeh aayatain utri hain is zamanay mein jab keh dunya mein shirk ka ghalba tha, shirk ka</w:t>
      </w:r>
    </w:p>
    <w:p>
      <w:pPr>
        <w:jc w:val="right"/>
      </w:pPr>
      <w:r>
        <w:t>کہ یہ آیتیں اتری ہیں اس زمانے میں جب کہ دنیا میں شرک کا غلبہ تھا، شرک کا</w:t>
      </w:r>
    </w:p>
    <w:p>
      <w:r>
        <w:rPr>
          <w:b/>
        </w:rPr>
        <w:t xml:space="preserve">[05:57] </w:t>
      </w:r>
      <w:r>
        <w:t>dabdaba tha, shirk ke oopar hukoomatain qaim theen.</w:t>
      </w:r>
    </w:p>
    <w:p>
      <w:pPr>
        <w:jc w:val="right"/>
      </w:pPr>
      <w:r>
        <w:t>دبدبہ تھا، شرک کے اوپر حکومتیں قائم تھیں۔</w:t>
      </w:r>
    </w:p>
    <w:p>
      <w:r>
        <w:rPr>
          <w:b/>
        </w:rPr>
        <w:t xml:space="preserve">[06:05] </w:t>
      </w:r>
      <w:r>
        <w:t>to museebatain is liye paish aaeen.</w:t>
      </w:r>
    </w:p>
    <w:p>
      <w:pPr>
        <w:jc w:val="right"/>
      </w:pPr>
      <w:r>
        <w:t>تو مصیبتیں اس لیے پیش آئیں۔</w:t>
      </w:r>
    </w:p>
    <w:p>
      <w:r>
        <w:rPr>
          <w:b/>
        </w:rPr>
        <w:t xml:space="preserve">[06:13] </w:t>
      </w:r>
      <w:r>
        <w:t>aaj subah mein soch raha tha aik aayat ko le kar keh</w:t>
      </w:r>
    </w:p>
    <w:p>
      <w:pPr>
        <w:jc w:val="right"/>
      </w:pPr>
      <w:r>
        <w:t>آج صبح میں سوچ رہا تھا ایک آیت کو لے کر کہ</w:t>
      </w:r>
    </w:p>
    <w:p>
      <w:r>
        <w:rPr>
          <w:b/>
        </w:rPr>
        <w:t xml:space="preserve">[06:21] </w:t>
      </w:r>
      <w:r>
        <w:t>woh aayat parhi to is ka tarjuma bhi.</w:t>
      </w:r>
    </w:p>
    <w:p>
      <w:pPr>
        <w:jc w:val="right"/>
      </w:pPr>
      <w:r>
        <w:t>وہ آیت پڑھی تو اس کا ترجمہ بھی۔</w:t>
      </w:r>
    </w:p>
    <w:p>
      <w:r>
        <w:rPr>
          <w:b/>
        </w:rPr>
        <w:t xml:space="preserve">[06:25] </w:t>
      </w:r>
      <w:r>
        <w:t>yuhidul lazeena yuqatiloon fi sabeeli safa.</w:t>
      </w:r>
    </w:p>
    <w:p>
      <w:pPr>
        <w:jc w:val="right"/>
      </w:pPr>
      <w:r>
        <w:t>یحب الذین یقاتلون فی سبیل صفا۔</w:t>
      </w:r>
    </w:p>
    <w:p>
      <w:r>
        <w:rPr>
          <w:b/>
        </w:rPr>
        <w:t xml:space="preserve">[06:29] </w:t>
      </w:r>
      <w:r>
        <w:t>innallaha yuqatiloon fi sabeeli safa kaannahum bunyanun marsus.</w:t>
      </w:r>
    </w:p>
    <w:p>
      <w:pPr>
        <w:jc w:val="right"/>
      </w:pPr>
      <w:r>
        <w:t>ان اللہ یحب الذین یقاتلون فی سبیل صفا کانہم بنیان مرسوس۔</w:t>
      </w:r>
    </w:p>
    <w:p>
      <w:r>
        <w:rPr>
          <w:b/>
        </w:rPr>
        <w:t xml:space="preserve">[06:32] </w:t>
      </w:r>
      <w:r>
        <w:t>haan, is ka tarjuma kijiye.</w:t>
      </w:r>
    </w:p>
    <w:p>
      <w:pPr>
        <w:jc w:val="right"/>
      </w:pPr>
      <w:r>
        <w:t>ہاں، اس کا ترجمہ کیجئے۔</w:t>
      </w:r>
    </w:p>
    <w:p>
      <w:r>
        <w:rPr>
          <w:b/>
        </w:rPr>
        <w:t xml:space="preserve">[06:36] </w:t>
      </w:r>
      <w:r>
        <w:t>soorah saff, soorah number 61, aayat number chaar. four.</w:t>
      </w:r>
    </w:p>
    <w:p>
      <w:pPr>
        <w:jc w:val="right"/>
      </w:pPr>
      <w:r>
        <w:t>سورہ الصف، سورہ نمبر 61، آیت نمبر چار۔ فور۔</w:t>
      </w:r>
    </w:p>
    <w:p>
      <w:r>
        <w:rPr>
          <w:b/>
        </w:rPr>
        <w:t xml:space="preserve">[06:40] </w:t>
      </w:r>
      <w:r>
        <w:t>aur Allah to un logon ko pasand karta hai jo us ke raaste mein is.</w:t>
      </w:r>
    </w:p>
    <w:p>
      <w:pPr>
        <w:jc w:val="right"/>
      </w:pPr>
      <w:r>
        <w:t>اور اللہ تو ان لوگوں کو پسند کرتا ہے جو اس کے راستے میں اس۔</w:t>
      </w:r>
    </w:p>
    <w:p>
      <w:r>
        <w:rPr>
          <w:b/>
        </w:rPr>
        <w:t xml:space="preserve">[06:44] </w:t>
      </w:r>
      <w:r>
        <w:t>nahin, lafzi tarjuma kijiye.</w:t>
      </w:r>
    </w:p>
    <w:p>
      <w:pPr>
        <w:jc w:val="right"/>
      </w:pPr>
      <w:r>
        <w:t>نہیں، لفظی ترجمہ کیجئے۔</w:t>
      </w:r>
    </w:p>
    <w:p>
      <w:r>
        <w:rPr>
          <w:b/>
        </w:rPr>
        <w:t xml:space="preserve">[06:47] </w:t>
      </w:r>
      <w:r>
        <w:t>aur Allah un logon se mohabbat karta hai jo us ke raaste mein is</w:t>
      </w:r>
    </w:p>
    <w:p>
      <w:pPr>
        <w:jc w:val="right"/>
      </w:pPr>
      <w:r>
        <w:t>اور اللہ ان لوگوں سے محبت کرتا ہے جو اس کے راستے میں اس</w:t>
      </w:r>
    </w:p>
    <w:p>
      <w:r>
        <w:rPr>
          <w:b/>
        </w:rPr>
        <w:t xml:space="preserve">[06:51] </w:t>
      </w:r>
      <w:r>
        <w:t>tarah mil kar ladte hain, goya woh aik sheesha pilai hui deewar hain.</w:t>
      </w:r>
    </w:p>
    <w:p>
      <w:pPr>
        <w:jc w:val="right"/>
      </w:pPr>
      <w:r>
        <w:t>طرح مل کر لڑتے ہیں، گویا وہ ایک شیشہ پلائی ہوئی دیوار ہیں۔</w:t>
      </w:r>
    </w:p>
    <w:p>
      <w:r>
        <w:rPr>
          <w:b/>
        </w:rPr>
        <w:t xml:space="preserve">[06:57] </w:t>
      </w:r>
      <w:r>
        <w:t>mein soch raha tha keh yahan par yeh hai keh Allah mohabbat karta hai.</w:t>
      </w:r>
    </w:p>
    <w:p>
      <w:pPr>
        <w:jc w:val="right"/>
      </w:pPr>
      <w:r>
        <w:t>میں سوچ رہا تھا کہ یہاں پر یہ ہے کہ اللہ محبت کرتا ہے۔</w:t>
      </w:r>
    </w:p>
    <w:p>
      <w:r>
        <w:rPr>
          <w:b/>
        </w:rPr>
        <w:t xml:space="preserve">[07:04] </w:t>
      </w:r>
      <w:r>
        <w:t>innallaha yuqatiloon.</w:t>
      </w:r>
    </w:p>
    <w:p>
      <w:pPr>
        <w:jc w:val="right"/>
      </w:pPr>
      <w:r>
        <w:t>ان اللہ یحب الذین۔</w:t>
      </w:r>
    </w:p>
    <w:p>
      <w:r>
        <w:rPr>
          <w:b/>
        </w:rPr>
        <w:t xml:space="preserve">[07:10] </w:t>
      </w:r>
      <w:r>
        <w:t>kis se? jo ladte hain mil kar ke, mutahid ho kar ke.</w:t>
      </w:r>
    </w:p>
    <w:p>
      <w:pPr>
        <w:jc w:val="right"/>
      </w:pPr>
      <w:r>
        <w:t>کس سے؟ جو لڑتے ہیں مل کر کے، متحد ہو کر کے۔</w:t>
      </w:r>
    </w:p>
    <w:p>
      <w:r>
        <w:rPr>
          <w:b/>
        </w:rPr>
        <w:t xml:space="preserve">[07:16] </w:t>
      </w:r>
      <w:r>
        <w:t>to mein soch raha tha</w:t>
      </w:r>
    </w:p>
    <w:p>
      <w:pPr>
        <w:jc w:val="right"/>
      </w:pPr>
      <w:r>
        <w:t>تو میں سوچ رہا تھا</w:t>
      </w:r>
    </w:p>
    <w:p>
      <w:r>
        <w:rPr>
          <w:b/>
        </w:rPr>
        <w:t xml:space="preserve">[07:22] </w:t>
      </w:r>
      <w:r>
        <w:t>keh kya Allah ko sirf mujh se mohabbat hai jo ladain? bohat ajeeb baat hogi.</w:t>
      </w:r>
    </w:p>
    <w:p>
      <w:pPr>
        <w:jc w:val="right"/>
      </w:pPr>
      <w:r>
        <w:t>کہ کیا اللہ کو صرف مجھ سے محبت ہے جو لڑیں؟ بہت عجیب بات ہوگی۔</w:t>
      </w:r>
    </w:p>
    <w:p>
      <w:r>
        <w:rPr>
          <w:b/>
        </w:rPr>
        <w:t xml:space="preserve">[07:32] </w:t>
      </w:r>
      <w:r>
        <w:t>Allah jo arhamur raahimeen hai, jis ko har insaan se yaksaan mohabbat hai, yaksaan.</w:t>
      </w:r>
    </w:p>
    <w:p>
      <w:pPr>
        <w:jc w:val="right"/>
      </w:pPr>
      <w:r>
        <w:t>اللہ جو ارحم الراحمین ہے، جس کو ہر انسان سے یکساں محبت ہے، یکساں۔</w:t>
      </w:r>
    </w:p>
    <w:p>
      <w:r>
        <w:rPr>
          <w:b/>
        </w:rPr>
        <w:t xml:space="preserve">[07:42] </w:t>
      </w:r>
      <w:r>
        <w:t>to kya woh mujh se mohabbat kare ga sirf jo ladte hon?</w:t>
      </w:r>
    </w:p>
    <w:p>
      <w:pPr>
        <w:jc w:val="right"/>
      </w:pPr>
      <w:r>
        <w:t>تو کیا وہ مجھ سے محبت کرے گا صرف جو لڑتے ہوں؟</w:t>
      </w:r>
    </w:p>
    <w:p>
      <w:r>
        <w:rPr>
          <w:b/>
        </w:rPr>
        <w:t xml:space="preserve">[07:52] </w:t>
      </w:r>
      <w:r>
        <w:t>dekhiye, yeh aayat absolute sense mein nahin hai.</w:t>
      </w:r>
    </w:p>
    <w:p>
      <w:pPr>
        <w:jc w:val="right"/>
      </w:pPr>
      <w:r>
        <w:t>دیکھیے، یہ آیت ایبسولیوٹ سینس میں نہیں ہے۔</w:t>
      </w:r>
    </w:p>
    <w:p>
      <w:r>
        <w:rPr>
          <w:b/>
        </w:rPr>
        <w:t xml:space="preserve">[08:00] </w:t>
      </w:r>
      <w:r>
        <w:t>absolute sense mein nahin hai.</w:t>
      </w:r>
    </w:p>
    <w:p>
      <w:pPr>
        <w:jc w:val="right"/>
      </w:pPr>
      <w:r>
        <w:t>ایبسولیوٹ سینس میں نہیں ہے۔</w:t>
      </w:r>
    </w:p>
    <w:p>
      <w:r>
        <w:rPr>
          <w:b/>
        </w:rPr>
        <w:t xml:space="preserve">[08:08] </w:t>
      </w:r>
      <w:r>
        <w:t>aap ko is aayat ka zamanah le kar sochna pare ga keh is zamanay mein kya ho raha tha.</w:t>
      </w:r>
    </w:p>
    <w:p>
      <w:pPr>
        <w:jc w:val="right"/>
      </w:pPr>
      <w:r>
        <w:t>آپ کو اس آیت کا زمانہ لے کر سوچنا پڑے گا کہ اس زمانے میں کیا ہو رہا تھا۔</w:t>
      </w:r>
    </w:p>
    <w:p>
      <w:r>
        <w:rPr>
          <w:b/>
        </w:rPr>
        <w:t xml:space="preserve">[08:15] </w:t>
      </w:r>
      <w:r>
        <w:t>to yahan ladna sirf talwaar maarne ke maani mein nahin hai,</w:t>
      </w:r>
    </w:p>
    <w:p>
      <w:pPr>
        <w:jc w:val="right"/>
      </w:pPr>
      <w:r>
        <w:t>تو یہاں لڑنا صرف تلوار مارنے کے معنی میں نہیں ہے،</w:t>
      </w:r>
    </w:p>
    <w:p>
      <w:r>
        <w:rPr>
          <w:b/>
        </w:rPr>
        <w:t xml:space="preserve">[08:23] </w:t>
      </w:r>
      <w:r>
        <w:t>mujahidoon ke maani mein hai.</w:t>
      </w:r>
    </w:p>
    <w:p>
      <w:pPr>
        <w:jc w:val="right"/>
      </w:pPr>
      <w:r>
        <w:t>مجاہدون کے معنی میں ہے۔</w:t>
      </w:r>
    </w:p>
    <w:p>
      <w:r>
        <w:rPr>
          <w:b/>
        </w:rPr>
        <w:t xml:space="preserve">[08:29] </w:t>
      </w:r>
      <w:r>
        <w:t>yani kyunke dawat e Allah poora makki badni period dono dawat ka period hai.</w:t>
      </w:r>
    </w:p>
    <w:p>
      <w:pPr>
        <w:jc w:val="right"/>
      </w:pPr>
      <w:r>
        <w:t>یعنی کیونکہ دعوت اللہ پورا مکی بدنی پیریڈ دونوں دعوت کا پیریڈ ہے۔</w:t>
      </w:r>
    </w:p>
    <w:p>
      <w:r>
        <w:rPr>
          <w:b/>
        </w:rPr>
        <w:t xml:space="preserve">[08:35] </w:t>
      </w:r>
      <w:r>
        <w:t>log is ko taqseem karte hain makki period, badni period.</w:t>
      </w:r>
    </w:p>
    <w:p>
      <w:pPr>
        <w:jc w:val="right"/>
      </w:pPr>
      <w:r>
        <w:t>لوگ اس کو تقسیم کرتے ہیں مکی پیریڈ، بدنی پیریڈ۔</w:t>
      </w:r>
    </w:p>
    <w:p>
      <w:r>
        <w:rPr>
          <w:b/>
        </w:rPr>
        <w:t xml:space="preserve">[08:41] </w:t>
      </w:r>
      <w:r>
        <w:t>halanke dono ke dono dawah period hain.</w:t>
      </w:r>
    </w:p>
    <w:p>
      <w:pPr>
        <w:jc w:val="right"/>
      </w:pPr>
      <w:r>
        <w:t>حالانکہ دونوں کے دونوں دعویٰ پیریڈ ہیں۔</w:t>
      </w:r>
    </w:p>
    <w:p>
      <w:r>
        <w:rPr>
          <w:b/>
        </w:rPr>
        <w:t xml:space="preserve">[08:47] </w:t>
      </w:r>
      <w:r>
        <w:t>aam taur par taqseem ki jati hai</w:t>
      </w:r>
    </w:p>
    <w:p>
      <w:pPr>
        <w:jc w:val="right"/>
      </w:pPr>
      <w:r>
        <w:t>عام طور پر تقسیم کی جاتی ہے</w:t>
      </w:r>
    </w:p>
    <w:p>
      <w:r>
        <w:rPr>
          <w:b/>
        </w:rPr>
        <w:t xml:space="preserve">[08:53] </w:t>
      </w:r>
      <w:r>
        <w:t>makki daur, badni daur.</w:t>
      </w:r>
    </w:p>
    <w:p>
      <w:pPr>
        <w:jc w:val="right"/>
      </w:pPr>
      <w:r>
        <w:t>مکی دور، بدنی دور۔</w:t>
      </w:r>
    </w:p>
    <w:p>
      <w:r>
        <w:rPr>
          <w:b/>
        </w:rPr>
        <w:t xml:space="preserve">[08:59] </w:t>
      </w:r>
      <w:r>
        <w:t>mein samajhta hoon ke ek hi daur hai dono, woh hai dawat ka daur.</w:t>
      </w:r>
    </w:p>
    <w:p>
      <w:pPr>
        <w:jc w:val="right"/>
      </w:pPr>
      <w:r>
        <w:t>میں سمجھتا ہوں کہ ایک ہی دور ہے دونوں، وہ ہے دعوت کا دور۔</w:t>
      </w:r>
    </w:p>
    <w:p>
      <w:r>
        <w:rPr>
          <w:b/>
        </w:rPr>
        <w:t xml:space="preserve">[09:05] </w:t>
      </w:r>
      <w:r>
        <w:t>dawat e Allah ka daur.</w:t>
      </w:r>
    </w:p>
    <w:p>
      <w:pPr>
        <w:jc w:val="right"/>
      </w:pPr>
      <w:r>
        <w:t>دعوت اللہ کا دور۔</w:t>
      </w:r>
    </w:p>
    <w:p>
      <w:r>
        <w:rPr>
          <w:b/>
        </w:rPr>
        <w:t xml:space="preserve">[09:11] </w:t>
      </w:r>
      <w:r>
        <w:t>to dawat ke rastay mein jo bhi paish aaye, woh sab is mein shamil hai.</w:t>
      </w:r>
    </w:p>
    <w:p>
      <w:pPr>
        <w:jc w:val="right"/>
      </w:pPr>
      <w:r>
        <w:t>تو دعوت کے راستے میں جو بھی پیش آئے، وہ سب اس میں شامل ہے۔</w:t>
      </w:r>
    </w:p>
    <w:p>
      <w:r>
        <w:rPr>
          <w:b/>
        </w:rPr>
        <w:t xml:space="preserve">[09:17] </w:t>
      </w:r>
      <w:r>
        <w:t>to bilashuba kuch waqeat hue jangon ke bhi, lekin is ke siwa zyada tar to ghair jangi waqeat hue.</w:t>
      </w:r>
    </w:p>
    <w:p>
      <w:pPr>
        <w:jc w:val="right"/>
      </w:pPr>
      <w:r>
        <w:t>تو بلاشبہ کچھ واقعات ہوئے جنگوں کے بھی، لیکن اس کے سوا زیادہ تر تو غیر جنگی واقعات ہوئے۔</w:t>
      </w:r>
    </w:p>
    <w:p>
      <w:r>
        <w:rPr>
          <w:b/>
        </w:rPr>
        <w:t xml:space="preserve">[09:24] </w:t>
      </w:r>
      <w:r>
        <w:t>kyunke dawat ke rastay mein kya hota hai? Aadmi zyada ahmiyat deta hai dawat ke kaam par.</w:t>
      </w:r>
    </w:p>
    <w:p>
      <w:pPr>
        <w:jc w:val="right"/>
      </w:pPr>
      <w:r>
        <w:t>کیونکہ دعوت کے راستے میں کیا ہوتا ہے؟ آدمی زیادہ اہمیت دیتا ہے دعوت کے کام پر۔</w:t>
      </w:r>
    </w:p>
    <w:p>
      <w:r>
        <w:rPr>
          <w:b/>
        </w:rPr>
        <w:t xml:space="preserve">[09:31] </w:t>
      </w:r>
      <w:r>
        <w:t>aur zaati jo business hai, zaati paisa kamana hai, zaati aitbar se ghar banana hai, is par is</w:t>
      </w:r>
    </w:p>
    <w:p>
      <w:pPr>
        <w:jc w:val="right"/>
      </w:pPr>
      <w:r>
        <w:t>اور ذاتی جو بزنس ہے، ذاتی پیسہ کمانا ہے، ذاتی اعتبار سے گھر بنانا ہے، اس پر اس</w:t>
      </w:r>
    </w:p>
    <w:p>
      <w:r>
        <w:rPr>
          <w:b/>
        </w:rPr>
        <w:t xml:space="preserve">[09:39] </w:t>
      </w:r>
      <w:r>
        <w:t>ka concern ghat jata hai.</w:t>
      </w:r>
    </w:p>
    <w:p>
      <w:pPr>
        <w:jc w:val="right"/>
      </w:pPr>
      <w:r>
        <w:t>کا کنسرن گھٹ جاتا ہے۔</w:t>
      </w:r>
    </w:p>
    <w:p>
      <w:r>
        <w:rPr>
          <w:b/>
        </w:rPr>
        <w:t xml:space="preserve">[09:46] </w:t>
      </w:r>
      <w:r>
        <w:t>zyada ahmiyat deta hai dawat ke issue par.</w:t>
      </w:r>
    </w:p>
    <w:p>
      <w:pPr>
        <w:jc w:val="right"/>
      </w:pPr>
      <w:r>
        <w:t>زیادہ اہمیت دیتا ہے دعوت کے ایشو پر۔</w:t>
      </w:r>
    </w:p>
    <w:p>
      <w:r>
        <w:rPr>
          <w:b/>
        </w:rPr>
        <w:t xml:space="preserve">[09:54] </w:t>
      </w:r>
      <w:r>
        <w:t>Aur kam ahmiyat ho jaata hai uska duniya ke ma'amlaat mein. Is ki wajah se bohat se masail paida hote hain. Apni family ke liye le kar ke bhi, society ko le kar bhi. To is par jamay rehna, yeh ma'amla hai. Is ko Allah mohabbat karta hai.</w:t>
      </w:r>
    </w:p>
    <w:p>
      <w:pPr>
        <w:jc w:val="right"/>
      </w:pPr>
      <w:r>
        <w:t>اور کم اہمیت ہو جاتا ہے اس کا دنیا کے معاملات میں۔ اس کی وجہ سے بہت سے مسائل پیدا ہوتے ہیں۔ اپنی فیملی کے لیے لے کر کے بھی، سوسائٹی کو لے کر بھی۔ تو اس پر جمے رہنا، یہ معاملہ ہے۔ اس کو اللہ محبت کرتا ہے۔</w:t>
      </w:r>
    </w:p>
    <w:p>
      <w:r>
        <w:rPr>
          <w:b/>
        </w:rPr>
        <w:t xml:space="preserve">[10:24] </w:t>
      </w:r>
      <w:r>
        <w:t>ka kehna yeh hai ke woh log jo Allah Rabbul Alameen ko discover karein, us ke mission ko discover karein.</w:t>
      </w:r>
    </w:p>
    <w:p>
      <w:pPr>
        <w:jc w:val="right"/>
      </w:pPr>
      <w:r>
        <w:t>کا کہنا یہ ہے کہ وہ لوگ جو اللہ رب العالمین کو ڈسکور کریں، اس کے مشن کو ڈسکور کریں۔</w:t>
      </w:r>
    </w:p>
    <w:p>
      <w:r>
        <w:rPr>
          <w:b/>
        </w:rPr>
        <w:t xml:space="preserve">[10:31] </w:t>
      </w:r>
      <w:r>
        <w:t>jo dawat e Allah ke mission ko discover karein.</w:t>
      </w:r>
    </w:p>
    <w:p>
      <w:pPr>
        <w:jc w:val="right"/>
      </w:pPr>
      <w:r>
        <w:t>جو دعوت اللہ کے مشن کو ڈسکور کریں۔</w:t>
      </w:r>
    </w:p>
    <w:p>
      <w:r>
        <w:rPr>
          <w:b/>
        </w:rPr>
        <w:t xml:space="preserve">[10:39] </w:t>
      </w:r>
      <w:r>
        <w:t>jo insaan jo yeh discover karein ke insaan ki rehnumai ke liye sab se bara kaam yeh hai</w:t>
      </w:r>
    </w:p>
    <w:p>
      <w:pPr>
        <w:jc w:val="right"/>
      </w:pPr>
      <w:r>
        <w:t>جو انسان جو یہ ڈسکور کریں کہ انسان کی رہنمائی کے لیے سب سے بڑا کام یہ ہے</w:t>
      </w:r>
    </w:p>
    <w:p>
      <w:r>
        <w:rPr>
          <w:b/>
        </w:rPr>
        <w:t xml:space="preserve">[10:47] </w:t>
      </w:r>
      <w:r>
        <w:t>ke is ko Khuda aur aakhirat ki pehchan karai jaye.</w:t>
      </w:r>
    </w:p>
    <w:p>
      <w:pPr>
        <w:jc w:val="right"/>
      </w:pPr>
      <w:r>
        <w:t>کہ اس کو خدا اور آخرت کی پہچان کرائی جائے۔</w:t>
      </w:r>
    </w:p>
    <w:p>
      <w:r>
        <w:rPr>
          <w:b/>
        </w:rPr>
        <w:t xml:space="preserve">[10:54] </w:t>
      </w:r>
      <w:r>
        <w:t>jisko hum kehte hain dawat e Allah.</w:t>
      </w:r>
    </w:p>
    <w:p>
      <w:pPr>
        <w:jc w:val="right"/>
      </w:pPr>
      <w:r>
        <w:t>جس کو ہم کہتے ہیں دعوت اللہ۔</w:t>
      </w:r>
    </w:p>
    <w:p>
      <w:r>
        <w:rPr>
          <w:b/>
        </w:rPr>
        <w:t xml:space="preserve">[11:00] </w:t>
      </w:r>
      <w:r>
        <w:t>to yeh kaam hamesha is tarah hota hai ke aadmi khud apne zaati interest par zyada ahmiyat nahi de pata.</w:t>
      </w:r>
    </w:p>
    <w:p>
      <w:pPr>
        <w:jc w:val="right"/>
      </w:pPr>
      <w:r>
        <w:t>تو یہ کام ہمیشہ اس طرح ہوتا ہے کہ آدمی خود اپنے ذاتی انٹرسٹ پر زیادہ اہمیت نہیں دے پاتا۔</w:t>
      </w:r>
    </w:p>
    <w:p>
      <w:r>
        <w:rPr>
          <w:b/>
        </w:rPr>
        <w:t xml:space="preserve">[11:06] </w:t>
      </w:r>
      <w:r>
        <w:t>personal interest par is ka focus ghat jata hai.</w:t>
      </w:r>
    </w:p>
    <w:p>
      <w:pPr>
        <w:jc w:val="right"/>
      </w:pPr>
      <w:r>
        <w:t>پرسنل انٹرسٹ پر اس کا فوکس گھٹ جاتا ہے۔</w:t>
      </w:r>
    </w:p>
    <w:p>
      <w:r>
        <w:rPr>
          <w:b/>
        </w:rPr>
        <w:t xml:space="preserve">[11:12] </w:t>
      </w:r>
      <w:r>
        <w:t>is ki wajah se bohat si mushkilat, bohat si museebatein paida hoti hain.</w:t>
      </w:r>
    </w:p>
    <w:p>
      <w:pPr>
        <w:jc w:val="right"/>
      </w:pPr>
      <w:r>
        <w:t>اس کی وجہ سے بہت سی مشکلات، بہت سی مصیبتیں پیدا ہوتی ہیں۔</w:t>
      </w:r>
    </w:p>
    <w:p>
      <w:r>
        <w:rPr>
          <w:b/>
        </w:rPr>
        <w:t xml:space="preserve">[11:18] </w:t>
      </w:r>
      <w:r>
        <w:t>yeh jahad, yeh strugg</w:t>
      </w:r>
    </w:p>
    <w:p>
      <w:pPr>
        <w:jc w:val="right"/>
      </w:pPr>
      <w:r>
        <w:t>یہ جدوجہد، یہ سٹرگ</w:t>
      </w:r>
    </w:p>
    <w:p>
      <w:r>
        <w:rPr>
          <w:b/>
        </w:rPr>
        <w:t xml:space="preserve">[11:24] </w:t>
      </w:r>
      <w:r>
        <w:t>le murad hai.</w:t>
      </w:r>
    </w:p>
    <w:p>
      <w:pPr>
        <w:jc w:val="right"/>
      </w:pPr>
      <w:r>
        <w:t>ل مراد ہے۔</w:t>
      </w:r>
    </w:p>
    <w:p>
      <w:r>
        <w:rPr>
          <w:b/>
        </w:rPr>
        <w:t xml:space="preserve">[11:31] </w:t>
      </w:r>
      <w:r>
        <w:t>to jo log is struggle mein apne aap ko laga dein, Allah un se mohabbat karta hai.</w:t>
      </w:r>
    </w:p>
    <w:p>
      <w:pPr>
        <w:jc w:val="right"/>
      </w:pPr>
      <w:r>
        <w:t>تو جو لوگ اس سٹرگل میں اپنے آپ کو لگا دیں، اللہ ان سے محبت کرتا ہے۔</w:t>
      </w:r>
    </w:p>
    <w:p>
      <w:r>
        <w:rPr>
          <w:b/>
        </w:rPr>
        <w:t xml:space="preserve">[11:37] </w:t>
      </w:r>
      <w:r>
        <w:t>Allah un se mohabbat karta hai.</w:t>
      </w:r>
    </w:p>
    <w:p>
      <w:pPr>
        <w:jc w:val="right"/>
      </w:pPr>
      <w:r>
        <w:t>اللہ ان سے محبت کرتا ہے۔</w:t>
      </w:r>
    </w:p>
    <w:p>
      <w:r>
        <w:rPr>
          <w:b/>
        </w:rPr>
        <w:t xml:space="preserve">[11:43] </w:t>
      </w:r>
      <w:r>
        <w:t>to surah baqarah ki in ayaton mein bhi tujhe kaha ke sabr se aur namaz se madad lo.</w:t>
      </w:r>
    </w:p>
    <w:p>
      <w:pPr>
        <w:jc w:val="right"/>
      </w:pPr>
      <w:r>
        <w:t>تو سورہ بقرہ کی ان آیتوں میں بھی تجھے کہا کہ صبر سے اور نماز سے مدد لو۔</w:t>
      </w:r>
    </w:p>
    <w:p>
      <w:r>
        <w:rPr>
          <w:b/>
        </w:rPr>
        <w:t xml:space="preserve">[11:49] </w:t>
      </w:r>
      <w:r>
        <w:t>ka matlab kya hai? Sabr ke ma'ani is struggle</w:t>
      </w:r>
    </w:p>
    <w:p>
      <w:pPr>
        <w:jc w:val="right"/>
      </w:pPr>
      <w:r>
        <w:t>کا مطلب کیا ہے؟ صبر کے معنی اس سٹرگل</w:t>
      </w:r>
    </w:p>
    <w:p>
      <w:r>
        <w:rPr>
          <w:b/>
        </w:rPr>
        <w:t xml:space="preserve">[11:55] </w:t>
      </w:r>
      <w:r>
        <w:t>par jame rehna.</w:t>
      </w:r>
    </w:p>
    <w:p>
      <w:pPr>
        <w:jc w:val="right"/>
      </w:pPr>
      <w:r>
        <w:t>پر جمے رہنا۔</w:t>
      </w:r>
    </w:p>
    <w:p>
      <w:r>
        <w:rPr>
          <w:b/>
        </w:rPr>
        <w:t xml:space="preserve">[12:06] </w:t>
      </w:r>
      <w:r>
        <w:t>yani is ke liye jo is ke liye jo amal darkar hai, us par jame rehna.</w:t>
      </w:r>
    </w:p>
    <w:p>
      <w:pPr>
        <w:jc w:val="right"/>
      </w:pPr>
      <w:r>
        <w:t>یعنی اس کے لیے جو اس کے لیے جو عمل درکار ہے، اس پر جمے رہنا۔</w:t>
      </w:r>
    </w:p>
    <w:p>
      <w:r>
        <w:rPr>
          <w:b/>
        </w:rPr>
        <w:t xml:space="preserve">[12:16] </w:t>
      </w:r>
      <w:r>
        <w:t>aur dekhiye, sab se bara sabr jo karna parta hai, woh hai ke aap ka</w:t>
      </w:r>
    </w:p>
    <w:p>
      <w:pPr>
        <w:jc w:val="right"/>
      </w:pPr>
      <w:r>
        <w:t>اور دیکھیے، سب سے بڑا صبر جو کرنا پڑتا ہے، وہ ہے کہ آپ کا</w:t>
      </w:r>
    </w:p>
    <w:p>
      <w:r>
        <w:rPr>
          <w:b/>
        </w:rPr>
        <w:t xml:space="preserve">[12:26] </w:t>
      </w:r>
      <w:r>
        <w:t>mahol aap ko kisi aur taraf bulata hai.</w:t>
      </w:r>
    </w:p>
    <w:p>
      <w:pPr>
        <w:jc w:val="right"/>
      </w:pPr>
      <w:r>
        <w:t>ماحول آپ کو کسی اور طرف بلاتا ہے۔</w:t>
      </w:r>
    </w:p>
    <w:p>
      <w:r>
        <w:rPr>
          <w:b/>
        </w:rPr>
        <w:t xml:space="preserve">[12:32] </w:t>
      </w:r>
      <w:r>
        <w:t>aur aap kisi aur taraf jate hain.</w:t>
      </w:r>
    </w:p>
    <w:p>
      <w:pPr>
        <w:jc w:val="right"/>
      </w:pPr>
      <w:r>
        <w:t>اور آپ کسی اور طرف جاتے ہیں۔</w:t>
      </w:r>
    </w:p>
    <w:p>
      <w:r>
        <w:rPr>
          <w:b/>
        </w:rPr>
        <w:t xml:space="preserve">[12:38] </w:t>
      </w:r>
      <w:r>
        <w:t>misalan dekhiye, qaumi mafad, zamani mafad, qabaili mafad, khandani mafad.</w:t>
      </w:r>
    </w:p>
    <w:p>
      <w:pPr>
        <w:jc w:val="right"/>
      </w:pPr>
      <w:r>
        <w:t>مثلاً دیکھیے، قومی مفاد، زمانی مفاد، قبائلی مفاد، خاندانی مفاد۔</w:t>
      </w:r>
    </w:p>
    <w:p>
      <w:r>
        <w:rPr>
          <w:b/>
        </w:rPr>
        <w:t xml:space="preserve">[12:44] </w:t>
      </w:r>
      <w:r>
        <w:t>یہ سارا جو interest ہوتا ہے، interest، اس کے برابر لوگوں کی سوچ چلتی ہے۔</w:t>
      </w:r>
    </w:p>
    <w:p>
      <w:pPr>
        <w:jc w:val="right"/>
      </w:pPr>
      <w:r>
        <w:t>یہ سارا جو انٹرسٹ ہوتا ہے، انٹرسٹ، اس کے برابر لوگوں کی سوچ چلتی ہے۔</w:t>
      </w:r>
    </w:p>
    <w:p>
      <w:r>
        <w:rPr>
          <w:b/>
        </w:rPr>
        <w:t xml:space="preserve">[12:50] </w:t>
      </w:r>
      <w:r>
        <w:t>aur daai is soch ke</w:t>
      </w:r>
    </w:p>
    <w:p>
      <w:pPr>
        <w:jc w:val="right"/>
      </w:pPr>
      <w:r>
        <w:t>اور داعی اس سوچ کے</w:t>
      </w:r>
    </w:p>
    <w:p>
      <w:r>
        <w:rPr>
          <w:b/>
        </w:rPr>
        <w:t xml:space="preserve">[12:56] </w:t>
      </w:r>
      <w:r>
        <w:t>ilawa doosre raste pe chalta rehta hai.</w:t>
      </w:r>
    </w:p>
    <w:p>
      <w:pPr>
        <w:jc w:val="right"/>
      </w:pPr>
      <w:r>
        <w:t>علاوہ دوسرے راستے پہ چلتا رہتا ہے۔</w:t>
      </w:r>
    </w:p>
    <w:p>
      <w:r>
        <w:rPr>
          <w:b/>
        </w:rPr>
        <w:t xml:space="preserve">[13:02] </w:t>
      </w:r>
      <w:r>
        <w:t>to yeh jo difference hai, line of thinking ke, is se bare masail paida hote hain.</w:t>
      </w:r>
    </w:p>
    <w:p>
      <w:pPr>
        <w:jc w:val="right"/>
      </w:pPr>
      <w:r>
        <w:t>تو یہ جو ڈیفرنس ہے، لائن آف تھنکنگ کے، اس سے بڑے مسائل پیدا ہوتے ہیں۔</w:t>
      </w:r>
    </w:p>
    <w:p>
      <w:r>
        <w:rPr>
          <w:b/>
        </w:rPr>
        <w:t xml:space="preserve">[13:08] </w:t>
      </w:r>
      <w:r>
        <w:t>to is pe is pe jang jang nahi karna hai.</w:t>
      </w:r>
    </w:p>
    <w:p>
      <w:pPr>
        <w:jc w:val="right"/>
      </w:pPr>
      <w:r>
        <w:t>تو اس پہ اس پہ جنگ جنگ نہیں کرنا ہے۔</w:t>
      </w:r>
    </w:p>
    <w:p>
      <w:r>
        <w:rPr>
          <w:b/>
        </w:rPr>
        <w:t xml:space="preserve">[13:14] </w:t>
      </w:r>
      <w:r>
        <w:t>yeh matlab nahi ke har har ek se ladte phiro.</w:t>
      </w:r>
    </w:p>
    <w:p>
      <w:pPr>
        <w:jc w:val="right"/>
      </w:pPr>
      <w:r>
        <w:t>یہ مطلب نہیں کہ ہر ہر ایک سے لڑتے پھرو۔</w:t>
      </w:r>
    </w:p>
    <w:p>
      <w:r>
        <w:rPr>
          <w:b/>
        </w:rPr>
        <w:t xml:space="preserve">[13:21] </w:t>
      </w:r>
      <w:r>
        <w:t>nahi, is ki wajah se jo zindagi mein</w:t>
      </w:r>
    </w:p>
    <w:p>
      <w:pPr>
        <w:jc w:val="right"/>
      </w:pPr>
      <w:r>
        <w:t>نہیں، اس کی وجہ سے جو زندگی میں</w:t>
      </w:r>
    </w:p>
    <w:p>
      <w:r>
        <w:rPr>
          <w:b/>
        </w:rPr>
        <w:t xml:space="preserve">[13:27] </w:t>
      </w:r>
      <w:r>
        <w:t>aur society mein aur form by memory mein jo dusre taqaze apni taraf khinche hain, uski wajah se,</w:t>
      </w:r>
    </w:p>
    <w:p>
      <w:pPr>
        <w:jc w:val="right"/>
      </w:pPr>
      <w:r>
        <w:t>اور سوسائٹی میں اور فارم بائمبری میں جو دوسرے تقاضے اپنی طرف کھینچے ہیں، اس کی وجہ سے،</w:t>
      </w:r>
    </w:p>
    <w:p>
      <w:r>
        <w:rPr>
          <w:b/>
        </w:rPr>
        <w:t xml:space="preserve">[13:37] </w:t>
      </w:r>
      <w:r>
        <w:t>اس کی وجہ سے جو پرابلم پیدا ہو، اس پر یہ steadfast رہنا، یعنی deviate نہ کرنا۔</w:t>
      </w:r>
    </w:p>
    <w:p>
      <w:pPr>
        <w:jc w:val="right"/>
      </w:pPr>
      <w:r>
        <w:t>اس کی وجہ سے جو پرابلم پیدا ہو، اس پر یہ سٹریٹ فاسٹ رہنا، یعنی ڈیویٹ نہ کرنا۔</w:t>
      </w:r>
    </w:p>
    <w:p>
      <w:r>
        <w:rPr>
          <w:b/>
        </w:rPr>
        <w:t xml:space="preserve">[13:48] </w:t>
      </w:r>
      <w:r>
        <w:t>بیسیکلی اس میں deviation سے روکا گیا ہے۔</w:t>
      </w:r>
    </w:p>
    <w:p>
      <w:pPr>
        <w:jc w:val="right"/>
      </w:pPr>
      <w:r>
        <w:t>بیسیکلی اس میں ڈیوی ایشن سے روکا گیا ہے۔</w:t>
      </w:r>
    </w:p>
    <w:p>
      <w:r>
        <w:rPr>
          <w:b/>
        </w:rPr>
        <w:t xml:space="preserve">[13:58] </w:t>
      </w:r>
      <w:r>
        <w:t>dawat se deviate karne se roka gaya hai. Yaani dawat se hatna nahi. To yeh Makka mein bhi tha, Madine mein bhi tha. Dekhiye, jahan tak jang ki ta'alluq hai, jang. Ab jang ka daur khatam ho chuka hai. Ab da'i ko jang karne ki zaroorat nahi hai.</w:t>
      </w:r>
    </w:p>
    <w:p>
      <w:pPr>
        <w:jc w:val="right"/>
      </w:pPr>
      <w:r>
        <w:t>دعوت سے ڈیویٹ کرنے سے روکا گیا ہے۔ یعنی دعوت سے ہٹنا نہیں۔ تو یہ مکہ میں بھی تھا، مدینے میں بھی تھا۔ دیکھیے، جہاں تک جنگ کی تعلق ہے، جنگ۔ اب جنگ کا دور ختم ہو چکا ہے۔ اب داعی کو جنگ کرنے کی ضرورت نہیں ہے۔</w:t>
      </w:r>
    </w:p>
    <w:p>
      <w:r>
        <w:rPr>
          <w:b/>
        </w:rPr>
        <w:t xml:space="preserve">[14:28] </w:t>
      </w:r>
      <w:r>
        <w:t>ab to maadoom khud hi aata hai ke ab batao hum ko sachai kya hai.</w:t>
      </w:r>
    </w:p>
    <w:p>
      <w:pPr>
        <w:jc w:val="right"/>
      </w:pPr>
      <w:r>
        <w:t>اب تو معدوم خود ہی آتا ہے کہ اب بتاؤ ہم کو سچائی کیا ہے۔</w:t>
      </w:r>
    </w:p>
    <w:p>
      <w:r>
        <w:rPr>
          <w:b/>
        </w:rPr>
        <w:t xml:space="preserve">[14:34] </w:t>
      </w:r>
      <w:r>
        <w:t>ab dekhiye, kal hamare saathi, kal hamare kuch saathi gaye the, woh Jaipur.</w:t>
      </w:r>
    </w:p>
    <w:p>
      <w:pPr>
        <w:jc w:val="right"/>
      </w:pPr>
      <w:r>
        <w:t>اب دیکھیے، کل ہمارے ساتھی، کل ہمارے کچھ ساتھی گئے تھے، وہ جیپور۔</w:t>
      </w:r>
    </w:p>
    <w:p>
      <w:r>
        <w:rPr>
          <w:b/>
        </w:rPr>
        <w:t xml:space="preserve">[14:40] </w:t>
      </w:r>
      <w:r>
        <w:t>Jaipur mein har saal ek festival hota hai jis mein dunya bhar ke log aate hain.</w:t>
      </w:r>
    </w:p>
    <w:p>
      <w:pPr>
        <w:jc w:val="right"/>
      </w:pPr>
      <w:r>
        <w:t>جیپور میں ہر سال ایک فیسٹیول ہوتا ہے جس میں دنیا بھر کے لوگ آتے ہیں۔</w:t>
      </w:r>
    </w:p>
    <w:p>
      <w:r>
        <w:rPr>
          <w:b/>
        </w:rPr>
        <w:t xml:space="preserve">[14:46] </w:t>
      </w:r>
      <w:r>
        <w:t>zyada tar pehle khare hote hain.</w:t>
      </w:r>
    </w:p>
    <w:p>
      <w:pPr>
        <w:jc w:val="right"/>
      </w:pPr>
      <w:r>
        <w:t>زیادہ تر پہلے کھڑے ہوتے ہیں۔</w:t>
      </w:r>
    </w:p>
    <w:p>
      <w:r>
        <w:rPr>
          <w:b/>
        </w:rPr>
        <w:t xml:space="preserve">[14:52] </w:t>
      </w:r>
      <w:r>
        <w:t>to hamare saathi kal gaye</w:t>
      </w:r>
    </w:p>
    <w:p>
      <w:pPr>
        <w:jc w:val="right"/>
      </w:pPr>
      <w:r>
        <w:t>تو ہمارے ساتھی کل گئے</w:t>
      </w:r>
    </w:p>
    <w:p>
      <w:r>
        <w:rPr>
          <w:b/>
        </w:rPr>
        <w:t xml:space="preserve">[14:58] </w:t>
      </w:r>
      <w:r>
        <w:t>the wahan par, quran aur literature le kar.</w:t>
      </w:r>
    </w:p>
    <w:p>
      <w:pPr>
        <w:jc w:val="right"/>
      </w:pPr>
      <w:r>
        <w:t>تھے وہاں پر، قرآن اور لٹریچر لے کر۔</w:t>
      </w:r>
    </w:p>
    <w:p>
      <w:r>
        <w:rPr>
          <w:b/>
        </w:rPr>
        <w:t xml:space="preserve">[15:04] </w:t>
      </w:r>
      <w:r>
        <w:t>wahan par un ko zabardast welcome mila.</w:t>
      </w:r>
    </w:p>
    <w:p>
      <w:pPr>
        <w:jc w:val="right"/>
      </w:pPr>
      <w:r>
        <w:t>وہاں پر ان کو زبردست ویلکم ملا۔</w:t>
      </w:r>
    </w:p>
    <w:p>
      <w:r>
        <w:rPr>
          <w:b/>
        </w:rPr>
        <w:t xml:space="preserve">[15:10] </w:t>
      </w:r>
      <w:r>
        <w:t>koi mukhalifat nahi.</w:t>
      </w:r>
    </w:p>
    <w:p>
      <w:pPr>
        <w:jc w:val="right"/>
      </w:pPr>
      <w:r>
        <w:t>کوئی مخالفت نہیں۔</w:t>
      </w:r>
    </w:p>
    <w:p>
      <w:r>
        <w:rPr>
          <w:b/>
        </w:rPr>
        <w:t xml:space="preserve">[15:16] </w:t>
      </w:r>
      <w:r>
        <w:t>yani woh ijtima karte hain, secular log.</w:t>
      </w:r>
    </w:p>
    <w:p>
      <w:pPr>
        <w:jc w:val="right"/>
      </w:pPr>
      <w:r>
        <w:t>یعنی وہ اجتماع کرتے ہیں، سیکولر لوگ۔</w:t>
      </w:r>
    </w:p>
    <w:p>
      <w:r>
        <w:rPr>
          <w:b/>
        </w:rPr>
        <w:t xml:space="preserve">[15:22] </w:t>
      </w:r>
      <w:r>
        <w:t>aaj ke zamane mein badamaten hain ke yeh conference hoti hain, seminar hote hain, tarah tarah ke gathering hoti</w:t>
      </w:r>
    </w:p>
    <w:p>
      <w:pPr>
        <w:jc w:val="right"/>
      </w:pPr>
      <w:r>
        <w:t>آج کے زمانے میں بدعامتیں ہیں کہ یہ کانفرنسیں ہوتی ہیں، سیمینار ہوتے ہیں، طرح طرح کے گیدرنگ ہوتی</w:t>
      </w:r>
    </w:p>
    <w:p>
      <w:r>
        <w:rPr>
          <w:b/>
        </w:rPr>
        <w:t xml:space="preserve">[15:28] </w:t>
      </w:r>
      <w:r>
        <w:t>hain.</w:t>
      </w:r>
    </w:p>
    <w:p>
      <w:pPr>
        <w:jc w:val="right"/>
      </w:pPr>
      <w:r>
        <w:t>ہیں۔</w:t>
      </w:r>
    </w:p>
    <w:p>
      <w:r>
        <w:rPr>
          <w:b/>
        </w:rPr>
        <w:t xml:space="preserve">[15:35] </w:t>
      </w:r>
      <w:r>
        <w:t>yeh gathering jo hai, woh secular maqsad se hoti hai, har jagah.</w:t>
      </w:r>
    </w:p>
    <w:p>
      <w:pPr>
        <w:jc w:val="right"/>
      </w:pPr>
      <w:r>
        <w:t>یہ گیدرنگ جو ہے، وہ سیکولر مقصد سے ہوتی ہے، ہر جگہ۔</w:t>
      </w:r>
    </w:p>
    <w:p>
      <w:r>
        <w:rPr>
          <w:b/>
        </w:rPr>
        <w:t xml:space="preserve">[15:41] </w:t>
      </w:r>
      <w:r>
        <w:t>lekin yeh daur hai azaadi ka daur.</w:t>
      </w:r>
    </w:p>
    <w:p>
      <w:pPr>
        <w:jc w:val="right"/>
      </w:pPr>
      <w:r>
        <w:t>لیکن یہ دور ہے آزادی کا دور۔</w:t>
      </w:r>
    </w:p>
    <w:p>
      <w:r>
        <w:rPr>
          <w:b/>
        </w:rPr>
        <w:t xml:space="preserve">[15:48] </w:t>
      </w:r>
      <w:r>
        <w:t>is daur mein khatm ho chuka hai woh zamana jabke mazhab ki buniyad par logon ki mukhalifatein hoti theen.</w:t>
      </w:r>
    </w:p>
    <w:p>
      <w:pPr>
        <w:jc w:val="right"/>
      </w:pPr>
      <w:r>
        <w:t>اس دور میں ختم ہو چکا ہے وہ زمانہ جبکہ مذہب کی بنیاد پر لوگوں کی مخالفتیں ہوتی تھیں۔</w:t>
      </w:r>
    </w:p>
    <w:p>
      <w:r>
        <w:rPr>
          <w:b/>
        </w:rPr>
        <w:t xml:space="preserve">[15:54] </w:t>
      </w:r>
      <w:r>
        <w:t>mazhab ki buniyad par mukhalifat ka daur bilkul khatm ho chuka hai.</w:t>
      </w:r>
    </w:p>
    <w:p>
      <w:pPr>
        <w:jc w:val="right"/>
      </w:pPr>
      <w:r>
        <w:t>مذہب کی بنیاد پر مخالفت کا دور بالکل ختم ہو چکا ہے۔</w:t>
      </w:r>
    </w:p>
    <w:p>
      <w:r>
        <w:rPr>
          <w:b/>
        </w:rPr>
        <w:t xml:space="preserve">[16:00] </w:t>
      </w:r>
      <w:r>
        <w:t>To aap qismat tareeqe se kijiye, koi rukawat nahi. Jaise hamare saathi wahan gaye the, to koi rukawat nahi. Haalanke woh mazhabi issue ke liye gaye the. Yaani Quran logon ko dena, Qurani literature logon ko dena. To ab jang ka sawal hi nahi hai. Jang ka daur to khatam ho chuka hai. Lekin</w:t>
      </w:r>
    </w:p>
    <w:p>
      <w:pPr>
        <w:jc w:val="right"/>
      </w:pPr>
      <w:r>
        <w:t>تو آپ قسمت طریقے سے کیجیے، کوئی رکاوٹ نہیں۔ جیسے ہمارے ساتھی وہاں گئے تھے، تو کوئی رکاوٹ نہیں۔ حالانکہ وہ مذہبی ایشو کے لیے گئے تھے۔ یعنی قرآن لوگوں کو دینا، قرآنی لٹریچر لوگوں کو دینا۔ تو اب جنگ کا سوال ہی نہیں ہے۔ جنگ کا دور تو ختم ہو چکا ہے۔ لیکن</w:t>
      </w:r>
    </w:p>
    <w:p>
      <w:r>
        <w:rPr>
          <w:b/>
        </w:rPr>
        <w:t xml:space="preserve">[16:30] </w:t>
      </w:r>
      <w:r>
        <w:t>aap galat, khud apne, khud apni ghalti ki wajah se agar aap doosron ko kharab kar lein to</w:t>
      </w:r>
    </w:p>
    <w:p>
      <w:pPr>
        <w:jc w:val="right"/>
      </w:pPr>
      <w:r>
        <w:t>آپ غلط، خود اپنے، خود اپنی غلطی کی وجہ سے اگر آپ دوسروں کو خراب کر لیں تو</w:t>
      </w:r>
    </w:p>
    <w:p>
      <w:r>
        <w:rPr>
          <w:b/>
        </w:rPr>
        <w:t xml:space="preserve">[16:38] </w:t>
      </w:r>
      <w:r>
        <w:t>woh alag baat hai.</w:t>
      </w:r>
    </w:p>
    <w:p>
      <w:pPr>
        <w:jc w:val="right"/>
      </w:pPr>
      <w:r>
        <w:t>وہ الگ بات ہے۔</w:t>
      </w:r>
    </w:p>
    <w:p>
      <w:r>
        <w:rPr>
          <w:b/>
        </w:rPr>
        <w:t xml:space="preserve">[16:45] </w:t>
      </w:r>
      <w:r>
        <w:t>misalan dekhiye, aap rasta chal rahe hain.</w:t>
      </w:r>
    </w:p>
    <w:p>
      <w:pPr>
        <w:jc w:val="right"/>
      </w:pPr>
      <w:r>
        <w:t>مثلاً دیکھیے، آپ راستہ چل رہے ہیں۔</w:t>
      </w:r>
    </w:p>
    <w:p>
      <w:r>
        <w:rPr>
          <w:b/>
        </w:rPr>
        <w:t xml:space="preserve">[16:53] </w:t>
      </w:r>
      <w:r>
        <w:t>rastay mein ek animal road ke kinare khara hua</w:t>
      </w:r>
    </w:p>
    <w:p>
      <w:pPr>
        <w:jc w:val="right"/>
      </w:pPr>
      <w:r>
        <w:t>راستے میں ایک اینیمل روڈ کے کنارے کھڑا ہوا</w:t>
      </w:r>
    </w:p>
    <w:p>
      <w:r>
        <w:rPr>
          <w:b/>
        </w:rPr>
        <w:t xml:space="preserve">[17:00] </w:t>
      </w:r>
      <w:r>
        <w:t>hai. Is animal ko aap se kuch lena dena nahi hai. Woh khada hua hai, woh apni duniya mein hai. Woh lekin agar aap is animal ko kankri maarein to aap ko daudega, aap ko seeng maarne ke liye. Aap kankri maarein ge, woh seeng maarega. To yeh yeh zamana aisa hi hai ke agar aap kankri na maarein to koi bhi aap ko sen</w:t>
      </w:r>
    </w:p>
    <w:p>
      <w:pPr>
        <w:jc w:val="right"/>
      </w:pPr>
      <w:r>
        <w:t>ہے۔ اس اینیمل کو آپ سے کچھ لینا دینا نہیں ہے۔ وہ کھڑا ہوا ہے، وہ اپنی دنیا میں ہے۔ وہ لیکن اگر آپ اس اینیمل کو کنکری ماریں تو آپ کو دوڑے گا، آپ کو سینگ مارنے کے لیے۔ آپ کنکری ماریں گے، وہ سینگ مارے گا۔ تو یہ یہ زمانہ ایسا ہی ہے کہ اگر آپ کنکری نہ ماریں تو کوئی بھی آپ کو سین</w:t>
      </w:r>
    </w:p>
    <w:p>
      <w:r>
        <w:rPr>
          <w:b/>
        </w:rPr>
        <w:t xml:space="preserve">[17:30] </w:t>
      </w:r>
      <w:r>
        <w:t>g maarne wala nahi hai.</w:t>
      </w:r>
    </w:p>
    <w:p>
      <w:pPr>
        <w:jc w:val="right"/>
      </w:pPr>
      <w:r>
        <w:t>گ مارنے والا نہیں ہے۔</w:t>
      </w:r>
    </w:p>
    <w:p>
      <w:r>
        <w:rPr>
          <w:b/>
        </w:rPr>
        <w:t xml:space="preserve">[17:37] </w:t>
      </w:r>
      <w:r>
        <w:t>agar aap doosron par kankri na maarein to koi bhi aap ko seeng maarne wala nahi hai.</w:t>
      </w:r>
    </w:p>
    <w:p>
      <w:pPr>
        <w:jc w:val="right"/>
      </w:pPr>
      <w:r>
        <w:t>اگر آپ دوسروں پر کنکری نہ ماریں تو کوئی بھی آپ کو سینگ مارنے والا نہیں ہے۔</w:t>
      </w:r>
    </w:p>
    <w:p>
      <w:r>
        <w:rPr>
          <w:b/>
        </w:rPr>
        <w:t xml:space="preserve">[17:43] </w:t>
      </w:r>
      <w:r>
        <w:t>na kahein, na kahein goli aayegi, na bam aayega, na aap se koi ladai karega, kuch nahi.</w:t>
      </w:r>
    </w:p>
    <w:p>
      <w:pPr>
        <w:jc w:val="right"/>
      </w:pPr>
      <w:r>
        <w:t>نہ کہیں، نہ کہیں گولی آئے گی، نہ بم آئے گا، نہ آپ سے کوئی لڑائی کرے گا، کچھ نہیں۔</w:t>
      </w:r>
    </w:p>
    <w:p>
      <w:r>
        <w:rPr>
          <w:b/>
        </w:rPr>
        <w:t xml:space="preserve">[17:49] </w:t>
      </w:r>
      <w:r>
        <w:t>kyun? mazhabi azaadi ka zamana hai yeh.</w:t>
      </w:r>
    </w:p>
    <w:p>
      <w:pPr>
        <w:jc w:val="right"/>
      </w:pPr>
      <w:r>
        <w:t>کیوں؟ مذہبی آزادی کا زمانہ ہے یہ۔</w:t>
      </w:r>
    </w:p>
    <w:p>
      <w:r>
        <w:rPr>
          <w:b/>
        </w:rPr>
        <w:t xml:space="preserve">[17:55] </w:t>
      </w:r>
      <w:r>
        <w:t>aaj universal level par saari qaumon ne</w:t>
      </w:r>
    </w:p>
    <w:p>
      <w:pPr>
        <w:jc w:val="right"/>
      </w:pPr>
      <w:r>
        <w:t>آج یونیورسل لیول پر ساری قوموں نے</w:t>
      </w:r>
    </w:p>
    <w:p>
      <w:r>
        <w:rPr>
          <w:b/>
        </w:rPr>
        <w:t xml:space="preserve">[18:01] </w:t>
      </w:r>
      <w:r>
        <w:t>uno ke charter par sign kiya hai. aur yeh wada kiya hai ke ke hamare area mein koi mazhab ki buniyad par kisi ko koi roka nahi jayega. to yeh jo ayat hai ya aur jo aayatein hain jin mein jang ka reference hai, woh waqt</w:t>
      </w:r>
    </w:p>
    <w:p>
      <w:pPr>
        <w:jc w:val="right"/>
      </w:pPr>
      <w:r>
        <w:t>یو این او کے چارٹر پر سائن کیا ہے۔ اور یہ وعدہ کیا ہے کہ کہ ہمارے ایریا میں کوئی مذہب کی بنیاد پر کسی کو کوئی روکا نہیں جائے گا۔ تو یہ جو آیت ہے یا اور جو آیتیں ہیں جن میں جنگ کا ریفرنس ہے، وہ وق</w:t>
      </w:r>
    </w:p>
    <w:p>
      <w:r>
        <w:rPr>
          <w:b/>
        </w:rPr>
        <w:t xml:space="preserve">[18:31] </w:t>
      </w:r>
      <w:r>
        <w:t>ti hai, woh waqti hai, eternal nahi hai.</w:t>
      </w:r>
    </w:p>
    <w:p>
      <w:pPr>
        <w:jc w:val="right"/>
      </w:pPr>
      <w:r>
        <w:t>تی ہے، وہ وقتی ہے، ایٹرنل نہیں ہے۔</w:t>
      </w:r>
    </w:p>
    <w:p>
      <w:r>
        <w:rPr>
          <w:b/>
        </w:rPr>
        <w:t xml:space="preserve">[18:38] </w:t>
      </w:r>
      <w:r>
        <w:t>woh agar farz ki jiye dobara woh soorat paida ho jaye, yaani regis prosecution ka daur duniya mein aa</w:t>
      </w:r>
    </w:p>
    <w:p>
      <w:pPr>
        <w:jc w:val="right"/>
      </w:pPr>
      <w:r>
        <w:t>وہ اگر فرض کیجیے دوبارہ وہ صورت پیدا ہو جائے، یعنی رجس پرسیکیوشن کا دور دنیا میں آ</w:t>
      </w:r>
    </w:p>
    <w:p>
      <w:r>
        <w:rPr>
          <w:b/>
        </w:rPr>
        <w:t xml:space="preserve">[18:44] </w:t>
      </w:r>
      <w:r>
        <w:t>jaye, ab to regis prosecution khatm ho chuka hai.</w:t>
      </w:r>
    </w:p>
    <w:p>
      <w:pPr>
        <w:jc w:val="right"/>
      </w:pPr>
      <w:r>
        <w:t>جائے، اب تو رجس پرسیکیوشن ختم ہو چکا ہے۔</w:t>
      </w:r>
    </w:p>
    <w:p>
      <w:r>
        <w:rPr>
          <w:b/>
        </w:rPr>
        <w:t xml:space="preserve">[18:50] </w:t>
      </w:r>
      <w:r>
        <w:t>agar dobara duniya mein regis prosecution ka daur aa jaye to beshak aap us ko, us ko</w:t>
      </w:r>
    </w:p>
    <w:p>
      <w:pPr>
        <w:jc w:val="right"/>
      </w:pPr>
      <w:r>
        <w:t>اگر دوبارہ دنیا میں رجس پرسیکیوشن کا دور آ جائے تو بے شک آپ اس کو، اس کو</w:t>
      </w:r>
    </w:p>
    <w:p>
      <w:r>
        <w:rPr>
          <w:b/>
        </w:rPr>
        <w:t xml:space="preserve">[18:56] </w:t>
      </w:r>
      <w:r>
        <w:t>phir se istemal kar sakte hain,</w:t>
      </w:r>
    </w:p>
    <w:p>
      <w:pPr>
        <w:jc w:val="right"/>
      </w:pPr>
      <w:r>
        <w:t>پھر سے استعمال کر سکتے ہیں،</w:t>
      </w:r>
    </w:p>
    <w:p>
      <w:r>
        <w:rPr>
          <w:b/>
        </w:rPr>
        <w:t xml:space="preserve">[19:02] </w:t>
      </w:r>
      <w:r>
        <w:t>is ganjaiysh ko, is ijazat ko.</w:t>
      </w:r>
    </w:p>
    <w:p>
      <w:pPr>
        <w:jc w:val="right"/>
      </w:pPr>
      <w:r>
        <w:t>اس گنجائش کو، اس اجازت کو۔</w:t>
      </w:r>
    </w:p>
    <w:p>
      <w:r>
        <w:rPr>
          <w:b/>
        </w:rPr>
        <w:t xml:space="preserve">[19:12] </w:t>
      </w:r>
      <w:r>
        <w:t>warna aam halaat mein aap ko kisi qism ki violence ki zaroorat nahi hai.</w:t>
      </w:r>
    </w:p>
    <w:p>
      <w:pPr>
        <w:jc w:val="right"/>
      </w:pPr>
      <w:r>
        <w:t>ورنہ عام حالات میں آپ کو کسی قسم کی وائلنس کی ضرورت نہیں ہے۔</w:t>
      </w:r>
    </w:p>
    <w:p>
      <w:r>
        <w:rPr>
          <w:b/>
        </w:rPr>
        <w:t xml:space="preserve">[19:22] </w:t>
      </w:r>
      <w:r>
        <w:t>maine ek qissa aap logon ko kai baar sunaya hai ke America ko jab azaadi mili to ek American</w:t>
      </w:r>
    </w:p>
    <w:p>
      <w:pPr>
        <w:jc w:val="right"/>
      </w:pPr>
      <w:r>
        <w:t>میں نے ایک قصہ آپ لوگوں کو کئی بار سنایا ہے کہ امریکہ کو جب آزادی ملی تو ایک امریکن</w:t>
      </w:r>
    </w:p>
    <w:p>
      <w:r>
        <w:rPr>
          <w:b/>
        </w:rPr>
        <w:t xml:space="preserve">[19:32] </w:t>
      </w:r>
      <w:r>
        <w:t>apne ghar se nikla aur road par woh chal raha tha, apna hath aise aise karte hue.</w:t>
      </w:r>
    </w:p>
    <w:p>
      <w:pPr>
        <w:jc w:val="right"/>
      </w:pPr>
      <w:r>
        <w:t>اپنے گھر سے نکلا اور روڈ پر وہ چل رہا تھا، اپنا ہاتھ ایسے ایسے کرتے ہوئے۔</w:t>
      </w:r>
    </w:p>
    <w:p>
      <w:r>
        <w:rPr>
          <w:b/>
        </w:rPr>
        <w:t xml:space="preserve">[19:40] </w:t>
      </w:r>
      <w:r>
        <w:t>kisi ne kaha ke tum yeh sab kyun kar rahe ho? us ne aisa karte karte use kisi</w:t>
      </w:r>
    </w:p>
    <w:p>
      <w:pPr>
        <w:jc w:val="right"/>
      </w:pPr>
      <w:r>
        <w:t>کسی نے کہا کہ تم یہ سب کیوں کر رہے ہو؟ اس نے ایسا کرتے کرتے اسے کسی</w:t>
      </w:r>
    </w:p>
    <w:p>
      <w:r>
        <w:rPr>
          <w:b/>
        </w:rPr>
        <w:t xml:space="preserve">[19:47] </w:t>
      </w:r>
      <w:r>
        <w:t>ki naak par hit kar diya kar diya tha.</w:t>
      </w:r>
    </w:p>
    <w:p>
      <w:pPr>
        <w:jc w:val="right"/>
      </w:pPr>
      <w:r>
        <w:t>کی ناک پر ہٹ کر دیا کر دیا تھا۔</w:t>
      </w:r>
    </w:p>
    <w:p>
      <w:r>
        <w:rPr>
          <w:b/>
        </w:rPr>
        <w:t xml:space="preserve">[19:55] </w:t>
      </w:r>
      <w:r>
        <w:t>koi road par chalne wala aadmi, yaani password bhai, guzra to us ki note is hit hit ho gayi.</w:t>
      </w:r>
    </w:p>
    <w:p>
      <w:pPr>
        <w:jc w:val="right"/>
      </w:pPr>
      <w:r>
        <w:t>کوئی روڈ پر چلنے والا آدمی، یعنی پاسور بھائی، گزرا تو اس کی نوٹ اس ہٹ ہٹ ہو گئی۔</w:t>
      </w:r>
    </w:p>
    <w:p>
      <w:r>
        <w:rPr>
          <w:b/>
        </w:rPr>
        <w:t xml:space="preserve">[20:03] </w:t>
      </w:r>
      <w:r>
        <w:t>تو اس نے کہا کہ تم نے کیوں میری ناک پر مارا؟ What is this nonsense? تو</w:t>
      </w:r>
    </w:p>
    <w:p>
      <w:pPr>
        <w:jc w:val="right"/>
      </w:pPr>
      <w:r>
        <w:t>تو اس نے کہا کہ تم نے کیوں میری ناک پر مارا؟ واٹ دس نان نان سن؟ تو</w:t>
      </w:r>
    </w:p>
    <w:p>
      <w:r>
        <w:rPr>
          <w:b/>
        </w:rPr>
        <w:t xml:space="preserve">[20:11] </w:t>
      </w:r>
      <w:r>
        <w:t>us ne kaha ke aaj aaj mein free hoon, America azaad hai.</w:t>
      </w:r>
    </w:p>
    <w:p>
      <w:pPr>
        <w:jc w:val="right"/>
      </w:pPr>
      <w:r>
        <w:t>اس نے کہا کہ آج آج میں فری ہوں، امریکہ آزاد ہے۔</w:t>
      </w:r>
    </w:p>
    <w:p>
      <w:r>
        <w:rPr>
          <w:b/>
        </w:rPr>
        <w:t xml:space="preserve">[20:18] </w:t>
      </w:r>
      <w:r>
        <w:t>to mein apni azadi ko celebrate kar raha hoon.</w:t>
      </w:r>
    </w:p>
    <w:p>
      <w:pPr>
        <w:jc w:val="right"/>
      </w:pPr>
      <w:r>
        <w:t>تو میں اپنی آزادی کو سیلیبریٹ کر رہا ہوں۔</w:t>
      </w:r>
    </w:p>
    <w:p>
      <w:r>
        <w:rPr>
          <w:b/>
        </w:rPr>
        <w:t xml:space="preserve">[20:26] </w:t>
      </w:r>
      <w:r>
        <w:t>is aadmi ne politely kaha, "as yaar free, but</w:t>
      </w:r>
    </w:p>
    <w:p>
      <w:pPr>
        <w:jc w:val="right"/>
      </w:pPr>
      <w:r>
        <w:t>اس آدمی نے پلائٹلی کہا، "ایس یار فری، بٹ</w:t>
      </w:r>
    </w:p>
    <w:p>
      <w:r>
        <w:rPr>
          <w:b/>
        </w:rPr>
        <w:t xml:space="preserve">[20:34] </w:t>
      </w:r>
      <w:r>
        <w:t>"Your freedom ends where my nose begins." بس یہی شرط ہے آج کی دنیا کی۔</w:t>
      </w:r>
    </w:p>
    <w:p>
      <w:pPr>
        <w:jc w:val="right"/>
      </w:pPr>
      <w:r>
        <w:t>یور فریڈم اینڈز ویر مائی نوز بگنز۔" بس یہی شرط ہے آج کی دنیا کی۔</w:t>
      </w:r>
    </w:p>
    <w:p>
      <w:r>
        <w:rPr>
          <w:b/>
        </w:rPr>
        <w:t xml:space="preserve">[20:41] </w:t>
      </w:r>
      <w:r>
        <w:t>best yeh illustration hai ke aaj ki duniya kya hai.</w:t>
      </w:r>
    </w:p>
    <w:p>
      <w:pPr>
        <w:jc w:val="right"/>
      </w:pPr>
      <w:r>
        <w:t>بیسٹ یہ السٹریشن ہے کہ آج کی دنیا کیا ہے۔</w:t>
      </w:r>
    </w:p>
    <w:p>
      <w:r>
        <w:rPr>
          <w:b/>
        </w:rPr>
        <w:t xml:space="preserve">[20:49] </w:t>
      </w:r>
      <w:r>
        <w:t>aap kisi ki nose ko hit na kijiye to aap ko total freedom hai.</w:t>
      </w:r>
    </w:p>
    <w:p>
      <w:pPr>
        <w:jc w:val="right"/>
      </w:pPr>
      <w:r>
        <w:t>آپ کسی کی نوز کو ہٹ نہ کیجیے تو آپ کو ٹوٹل فریڈم ہے۔</w:t>
      </w:r>
    </w:p>
    <w:p>
      <w:r>
        <w:rPr>
          <w:b/>
        </w:rPr>
        <w:t xml:space="preserve">[20:56] </w:t>
      </w:r>
      <w:r>
        <w:t>jis tarah musalman shikayat karte hain ke america ne gulf war kyun ki, kyun musalmanon ko</w:t>
      </w:r>
    </w:p>
    <w:p>
      <w:pPr>
        <w:jc w:val="right"/>
      </w:pPr>
      <w:r>
        <w:t>جس طرح مسلمان شکایت کرتے ہیں کہ امریکہ نے گلف وار کیوں کی، کیوں مسلمانوں کو</w:t>
      </w:r>
    </w:p>
    <w:p>
      <w:r>
        <w:rPr>
          <w:b/>
        </w:rPr>
        <w:t xml:space="preserve">[21:04] </w:t>
      </w:r>
      <w:r>
        <w:t>pakad dhakad ki.</w:t>
      </w:r>
    </w:p>
    <w:p>
      <w:pPr>
        <w:jc w:val="right"/>
      </w:pPr>
      <w:r>
        <w:t>پکڑ دھکڑ کی۔</w:t>
      </w:r>
    </w:p>
    <w:p>
      <w:r>
        <w:rPr>
          <w:b/>
        </w:rPr>
        <w:t xml:space="preserve">[21:12] </w:t>
      </w:r>
      <w:r>
        <w:t>یہ بھول جاتے ہیں کہ اس وقت ہوا جب کہ مسلمانوں نے امریکہ کی industrial nerves کو ہٹ کیا تھا۔</w:t>
      </w:r>
    </w:p>
    <w:p>
      <w:pPr>
        <w:jc w:val="right"/>
      </w:pPr>
      <w:r>
        <w:t>یہ بھول جاتے ہیں کہ اس وقت ہوا جب کہ مسلمانوں نے امریکہ کی انڈسٹریل نوز کو ہٹ کیا تھا۔</w:t>
      </w:r>
    </w:p>
    <w:p>
      <w:r>
        <w:rPr>
          <w:b/>
        </w:rPr>
        <w:t xml:space="preserve">[21:19] </w:t>
      </w:r>
      <w:r>
        <w:t>911 kya tha? 911 kya tha? woh tha america ki industrial nose ko hit karna.</w:t>
      </w:r>
    </w:p>
    <w:p>
      <w:pPr>
        <w:jc w:val="right"/>
      </w:pPr>
      <w:r>
        <w:t>911 کیا تھا؟ 911 کیا تھا؟ وہ تھا امریکہ کی انڈسٹریل نوز کو ہٹ کرنا۔</w:t>
      </w:r>
    </w:p>
    <w:p>
      <w:r>
        <w:rPr>
          <w:b/>
        </w:rPr>
        <w:t xml:space="preserve">[21:27] </w:t>
      </w:r>
      <w:r>
        <w:t>new york ka jo tower tha, ut</w:t>
      </w:r>
    </w:p>
    <w:p>
      <w:pPr>
        <w:jc w:val="right"/>
      </w:pPr>
      <w:r>
        <w:t>نیویارک کا جو ٹاور تھا، ات</w:t>
      </w:r>
    </w:p>
    <w:p>
      <w:r>
        <w:rPr>
          <w:b/>
        </w:rPr>
        <w:t xml:space="preserve">[21:34] </w:t>
      </w:r>
      <w:r>
        <w:t>na ooncha, mein us par charha hoon.</w:t>
      </w:r>
    </w:p>
    <w:p>
      <w:pPr>
        <w:jc w:val="right"/>
      </w:pPr>
      <w:r>
        <w:t>نا اونچا، میں اس پر چڑھا ہوں۔</w:t>
      </w:r>
    </w:p>
    <w:p>
      <w:r>
        <w:rPr>
          <w:b/>
        </w:rPr>
        <w:t xml:space="preserve">[21:42] </w:t>
      </w:r>
      <w:r>
        <w:t>bohat oonchai par tha woh, shayad 110 manzilein theen us ki.</w:t>
      </w:r>
    </w:p>
    <w:p>
      <w:pPr>
        <w:jc w:val="right"/>
      </w:pPr>
      <w:r>
        <w:t>بہت اونچائی پر تھا وہ، شاید 110 منزلیں تھیں اس کی۔</w:t>
      </w:r>
    </w:p>
    <w:p>
      <w:r>
        <w:rPr>
          <w:b/>
        </w:rPr>
        <w:t xml:space="preserve">[21:49] </w:t>
      </w:r>
      <w:r>
        <w:t>جب میں اس کے اوپر چڑھاؤ پر تو انسان dwarf دکھائی دے دے رہے تھے۔</w:t>
      </w:r>
    </w:p>
    <w:p>
      <w:pPr>
        <w:jc w:val="right"/>
      </w:pPr>
      <w:r>
        <w:t>جب میں اس کے اوپر چڑھاؤ پر تو انسان ڈوار دکھائی دے دے رہے تھے۔</w:t>
      </w:r>
    </w:p>
    <w:p>
      <w:r>
        <w:rPr>
          <w:b/>
        </w:rPr>
        <w:t xml:space="preserve">[21:57] </w:t>
      </w:r>
      <w:r>
        <w:t>Dwar, so that was America's industrial news, NOS.</w:t>
      </w:r>
    </w:p>
    <w:p>
      <w:pPr>
        <w:jc w:val="right"/>
      </w:pPr>
      <w:r>
        <w:t>ڈوار تو دیٹ واز امریکاز انڈسٹریل نیوز، نوز این او ایس سی</w:t>
      </w:r>
    </w:p>
    <w:p>
      <w:r>
        <w:rPr>
          <w:b/>
        </w:rPr>
        <w:t xml:space="preserve">[22:04] </w:t>
      </w:r>
      <w:r>
        <w:t>e. to kuch musalmanon ne america ki industrial nose ko hit kiya. aap kahenge ke woh hum to the nahi, woh to kuch aur log the. yeh galat hai. saari duniya ke musalmanon ne is ko condemn nahi kiya, endorse kiya. ittefaq se is ke baad main</w:t>
      </w:r>
    </w:p>
    <w:p>
      <w:pPr>
        <w:jc w:val="right"/>
      </w:pPr>
      <w:r>
        <w:t>۔ تو کچھ مسلمانوں نے امریکہ کی انڈسٹریل نوز کو ہٹ کیا۔ آپ کہیں گے کہ وہ ہم تو تھے نہیں، وہ تو کچھ اور لوگ تھے۔ یہ غلط ہے۔ ساری دنیا کے مسلمانوں نے اس کو کنڈم نہیں کیا، انڈورس کیا۔ اتفاق سے اس کے بعد میں</w:t>
      </w:r>
    </w:p>
    <w:p>
      <w:r>
        <w:rPr>
          <w:b/>
        </w:rPr>
        <w:t xml:space="preserve">[22:34] </w:t>
      </w:r>
      <w:r>
        <w:t>bohat se mulkon mein gaya tha.</w:t>
      </w:r>
    </w:p>
    <w:p>
      <w:pPr>
        <w:jc w:val="right"/>
      </w:pPr>
      <w:r>
        <w:t>بہت سے ملکوں میں گیا تھا۔</w:t>
      </w:r>
    </w:p>
    <w:p>
      <w:r>
        <w:rPr>
          <w:b/>
        </w:rPr>
        <w:t xml:space="preserve">[22:39] </w:t>
      </w:r>
      <w:r>
        <w:t>har jagah ke musalman is ko, yaani is ko pasand kar rahe the ke america ko acha kiya,</w:t>
      </w:r>
    </w:p>
    <w:p>
      <w:pPr>
        <w:jc w:val="right"/>
      </w:pPr>
      <w:r>
        <w:t>ہر جگہ کے مسلمان اس کو، یعنی اس کو پسند کر رہے تھے کہ امریکہ کو اچھا کیا،</w:t>
      </w:r>
    </w:p>
    <w:p>
      <w:r>
        <w:rPr>
          <w:b/>
        </w:rPr>
        <w:t xml:space="preserve">[22:44] </w:t>
      </w:r>
      <w:r>
        <w:t>sabak sabak sikhaya.</w:t>
      </w:r>
    </w:p>
    <w:p>
      <w:pPr>
        <w:jc w:val="right"/>
      </w:pPr>
      <w:r>
        <w:t>سبق سبق سکھایا۔</w:t>
      </w:r>
    </w:p>
    <w:p>
      <w:r>
        <w:rPr>
          <w:b/>
        </w:rPr>
        <w:t xml:space="preserve">[22:49] </w:t>
      </w:r>
      <w:r>
        <w:t>yaani un musalmanon ko yeh keh rahe the ke hum america ko koi sabak sikhaya.</w:t>
      </w:r>
    </w:p>
    <w:p>
      <w:pPr>
        <w:jc w:val="right"/>
      </w:pPr>
      <w:r>
        <w:t>یعنی ان مسلمانوں کو یہ کہہ رہے تھے کہ ہم امریکہ کو کوئی سبق سکھایا۔</w:t>
      </w:r>
    </w:p>
    <w:p>
      <w:r>
        <w:rPr>
          <w:b/>
        </w:rPr>
        <w:t xml:space="preserve">[22:54] </w:t>
      </w:r>
      <w:r>
        <w:t>unhon ne koi mujhe condemn karne wala nahi mila, na india mein, na bahar.</w:t>
      </w:r>
    </w:p>
    <w:p>
      <w:pPr>
        <w:jc w:val="right"/>
      </w:pPr>
      <w:r>
        <w:t>انہوں نے کوئی مجھے کنڈم کرنے والا نہیں ملا، نہ انڈیا میں، نہ باہر۔</w:t>
      </w:r>
    </w:p>
    <w:p>
      <w:r>
        <w:rPr>
          <w:b/>
        </w:rPr>
        <w:t xml:space="preserve">[22:59] </w:t>
      </w:r>
      <w:r>
        <w:t>تو اس کے معنی ہیں کہ سارے ہی مسلمانوں نے مل کر کے امریکہ کی industrial woes کو ہٹ کیا۔</w:t>
      </w:r>
    </w:p>
    <w:p>
      <w:pPr>
        <w:jc w:val="right"/>
      </w:pPr>
      <w:r>
        <w:t>تو اس کے معنی ہیں کہ سارے ہی مسلمانوں نے مل کر کے امریکہ کی انڈسٹریل نوز کو ہٹ کیا۔</w:t>
      </w:r>
    </w:p>
    <w:p>
      <w:r>
        <w:rPr>
          <w:b/>
        </w:rPr>
        <w:t xml:space="preserve">[23:04] </w:t>
      </w:r>
      <w:r>
        <w:t>to woh woh woh retaliate karega.</w:t>
      </w:r>
    </w:p>
    <w:p>
      <w:pPr>
        <w:jc w:val="right"/>
      </w:pPr>
      <w:r>
        <w:t>تو وہ وہ وہ ریٹیلیٹ کرے گا۔</w:t>
      </w:r>
    </w:p>
    <w:p>
      <w:r>
        <w:rPr>
          <w:b/>
        </w:rPr>
        <w:t xml:space="preserve">[23:12] </w:t>
      </w:r>
      <w:r>
        <w:t>jitni musalmanon ki so called jangain hain, woh sab retaliation hain.</w:t>
      </w:r>
    </w:p>
    <w:p>
      <w:pPr>
        <w:jc w:val="right"/>
      </w:pPr>
      <w:r>
        <w:t>جتنی مسلمانوں کی سو کالڈ جنگیں ہیں، وہ سب ریٹیلیشن ہیں۔</w:t>
      </w:r>
    </w:p>
    <w:p>
      <w:r>
        <w:rPr>
          <w:b/>
        </w:rPr>
        <w:t xml:space="preserve">[23:20] </w:t>
      </w:r>
      <w:r>
        <w:t>retaliation, yaani pehle musalman pathar maarte hain, idhar se bomb aata hai.</w:t>
      </w:r>
    </w:p>
    <w:p>
      <w:pPr>
        <w:jc w:val="right"/>
      </w:pPr>
      <w:r>
        <w:t>ریٹیلیشن، یعنی پہلے مسلمان پتھر مارتے ہیں، ادھر سے بم آتا ہے۔</w:t>
      </w:r>
    </w:p>
    <w:p>
      <w:r>
        <w:rPr>
          <w:b/>
        </w:rPr>
        <w:t xml:space="preserve">[23:28] </w:t>
      </w:r>
      <w:r>
        <w:t>pehle musalman dasti bomb maarte hain, to idhar se industrial bomb aata hai.</w:t>
      </w:r>
    </w:p>
    <w:p>
      <w:pPr>
        <w:jc w:val="right"/>
      </w:pPr>
      <w:r>
        <w:t>پہلے مسلمان دستی بم مارتے ہیں، تو ادھر سے انڈسٹریل بم آتا ہے۔</w:t>
      </w:r>
    </w:p>
    <w:p>
      <w:r>
        <w:rPr>
          <w:b/>
        </w:rPr>
        <w:t xml:space="preserve">[23:36] </w:t>
      </w:r>
      <w:r>
        <w:t>to yeh jo is ayat mein kaha gaya hai, is ka matlab yeh hai ke tum jis daur</w:t>
      </w:r>
    </w:p>
    <w:p>
      <w:pPr>
        <w:jc w:val="right"/>
      </w:pPr>
      <w:r>
        <w:t>تو یہ جو اس آیت میں کہا گیا ہے، اس کا مطلب یہ ہے کہ تم جس دور</w:t>
      </w:r>
    </w:p>
    <w:p>
      <w:r>
        <w:rPr>
          <w:b/>
        </w:rPr>
        <w:t xml:space="preserve">[23:42] </w:t>
      </w:r>
      <w:r>
        <w:t>mein paida hue ho, woh daur hai regis persecution ka daur.</w:t>
      </w:r>
    </w:p>
    <w:p>
      <w:pPr>
        <w:jc w:val="right"/>
      </w:pPr>
      <w:r>
        <w:t>میں پیدا ہوئے ہو، وہ دور ہے ریجس پرسیکیوشن کا دور۔</w:t>
      </w:r>
    </w:p>
    <w:p>
      <w:r>
        <w:rPr>
          <w:b/>
        </w:rPr>
        <w:t xml:space="preserve">[23:47] </w:t>
      </w:r>
      <w:r>
        <w:t>aur doosri hadithon mein aur khud ayaton mein aisa hai ke yeh daur temporary hai, yeh khatam</w:t>
      </w:r>
    </w:p>
    <w:p>
      <w:pPr>
        <w:jc w:val="right"/>
      </w:pPr>
      <w:r>
        <w:t>اور دوسری حدیثوں میں اور خود آیتوں میں ایسا ہے کہ یہ دور ہر ٹیمپریری ہے، یہ ختم</w:t>
      </w:r>
    </w:p>
    <w:p>
      <w:r>
        <w:rPr>
          <w:b/>
        </w:rPr>
        <w:t xml:space="preserve">[23:53] </w:t>
      </w:r>
      <w:r>
        <w:t>hone wala hai.</w:t>
      </w:r>
    </w:p>
    <w:p>
      <w:pPr>
        <w:jc w:val="right"/>
      </w:pPr>
      <w:r>
        <w:t>ہونے والا ہے۔</w:t>
      </w:r>
    </w:p>
    <w:p>
      <w:r>
        <w:rPr>
          <w:b/>
        </w:rPr>
        <w:t xml:space="preserve">[23:58] </w:t>
      </w:r>
      <w:r>
        <w:t>yeh daur khatam ho jayega, is ke baad azadi, azadi.</w:t>
      </w:r>
    </w:p>
    <w:p>
      <w:pPr>
        <w:jc w:val="right"/>
      </w:pPr>
      <w:r>
        <w:t>یہ دور ختم ہو جائے گا، اس کے بعد آزادی، آزادی۔</w:t>
      </w:r>
    </w:p>
    <w:p>
      <w:r>
        <w:rPr>
          <w:b/>
        </w:rPr>
        <w:t xml:space="preserve">[24:04] </w:t>
      </w:r>
      <w:r>
        <w:t>yeh bhi hai quran o hadith mein</w:t>
      </w:r>
    </w:p>
    <w:p>
      <w:pPr>
        <w:jc w:val="right"/>
      </w:pPr>
      <w:r>
        <w:t>یہ بھی ہے قرآن و حدیث میں</w:t>
      </w:r>
    </w:p>
    <w:p>
      <w:r>
        <w:rPr>
          <w:b/>
        </w:rPr>
        <w:t xml:space="preserve">[24:09] </w:t>
      </w:r>
      <w:r>
        <w:t>keh yeh daur khatm hoga aur bilkul peaceful halaat mein dawat ka kaam ho sakega.</w:t>
      </w:r>
    </w:p>
    <w:p>
      <w:pPr>
        <w:jc w:val="right"/>
      </w:pPr>
      <w:r>
        <w:t>کہ یہ دور ختم ہوگا اور بالکل پیس فل حالات میں دعوت کا کام ہو سکے گا۔</w:t>
      </w:r>
    </w:p>
    <w:p>
      <w:r>
        <w:rPr>
          <w:b/>
        </w:rPr>
        <w:t xml:space="preserve">[24:17] </w:t>
      </w:r>
      <w:r>
        <w:t>aik riwayat mein to yeh hai keh rasool Allah ne farmaya keh tum jaldi karte ho, intezar karo, intezar karo.</w:t>
      </w:r>
    </w:p>
    <w:p>
      <w:pPr>
        <w:jc w:val="right"/>
      </w:pPr>
      <w:r>
        <w:t>ایک روایت میں تو یہ ہے کہ رسول اللہ نے فرمایا کہ تم جلدی کرتے ہو، انتظار کرو، انتظار کرو۔</w:t>
      </w:r>
    </w:p>
    <w:p>
      <w:r>
        <w:rPr>
          <w:b/>
        </w:rPr>
        <w:t xml:space="preserve">[24:25] </w:t>
      </w:r>
      <w:r>
        <w:t>woh waqt aanay wala hai keh aik aurat ya aik mard tanha oont par safar karega, aik</w:t>
      </w:r>
    </w:p>
    <w:p>
      <w:pPr>
        <w:jc w:val="right"/>
      </w:pPr>
      <w:r>
        <w:t>وہ وقت آنے والا ہے کہ ایک عورت یا ایک مرد تنہا اونٹ پر سفر کرے گا، ایک</w:t>
      </w:r>
    </w:p>
    <w:p>
      <w:r>
        <w:rPr>
          <w:b/>
        </w:rPr>
        <w:t xml:space="preserve">[24:33] </w:t>
      </w:r>
      <w:r>
        <w:t>area se doosre area tak, aur us ko koi dar dar nahi hoga.</w:t>
      </w:r>
    </w:p>
    <w:p>
      <w:pPr>
        <w:jc w:val="right"/>
      </w:pPr>
      <w:r>
        <w:t>ایریا سے دوسرے ایریا تک، اور اس کو کوئی ڈر ڈر نہیں ہوگا۔</w:t>
      </w:r>
    </w:p>
    <w:p>
      <w:r>
        <w:rPr>
          <w:b/>
        </w:rPr>
        <w:t xml:space="preserve">[24:42] </w:t>
      </w:r>
      <w:r>
        <w:t>yeh dawti safar, is se murad hai dawti safar.</w:t>
      </w:r>
    </w:p>
    <w:p>
      <w:pPr>
        <w:jc w:val="right"/>
      </w:pPr>
      <w:r>
        <w:t>یہ دعوتی سفر، اس سے مراد ہے دعوتی سفر۔</w:t>
      </w:r>
    </w:p>
    <w:p>
      <w:r>
        <w:rPr>
          <w:b/>
        </w:rPr>
        <w:t xml:space="preserve">[24:49] </w:t>
      </w:r>
      <w:r>
        <w:t>to is ayat mein jo kaha gaya hai keh sabr se madad lo, sabr se madad lo, ka</w:t>
      </w:r>
    </w:p>
    <w:p>
      <w:pPr>
        <w:jc w:val="right"/>
      </w:pPr>
      <w:r>
        <w:t>تو اس آیت میں جو کہا گیا ہے کہ صبر سے مدد لو، صبر سے مدد لو، کا</w:t>
      </w:r>
    </w:p>
    <w:p>
      <w:r>
        <w:rPr>
          <w:b/>
        </w:rPr>
        <w:t xml:space="preserve">[24:57] </w:t>
      </w:r>
      <w:r>
        <w:t>matlab kya hai? bohat anokhi baat hai keh sabr se madad lo.</w:t>
      </w:r>
    </w:p>
    <w:p>
      <w:pPr>
        <w:jc w:val="right"/>
      </w:pPr>
      <w:r>
        <w:t>مطلب کیا ہے؟ بہت انوکھی بات ہے کہ صبر سے مدد لو۔</w:t>
      </w:r>
    </w:p>
    <w:p>
      <w:r>
        <w:rPr>
          <w:b/>
        </w:rPr>
        <w:t xml:space="preserve">[25:04] </w:t>
      </w:r>
      <w:r>
        <w:t>is time mein bhi sabr o salat, sabr se madad lo.</w:t>
      </w:r>
    </w:p>
    <w:p>
      <w:pPr>
        <w:jc w:val="right"/>
      </w:pPr>
      <w:r>
        <w:t>اس ٹائم میں بھی صبر والصلاۃ، صبر سے مدد لو۔</w:t>
      </w:r>
    </w:p>
    <w:p>
      <w:r>
        <w:rPr>
          <w:b/>
        </w:rPr>
        <w:t xml:space="preserve">[25:12] </w:t>
      </w:r>
      <w:r>
        <w:t>صبر سے مدد لو کا مطلب یہ ہے کہ non-confrontational approach.</w:t>
      </w:r>
    </w:p>
    <w:p>
      <w:pPr>
        <w:jc w:val="right"/>
      </w:pPr>
      <w:r>
        <w:t>صبر سے مدد لو کا مطلب یہ ہے کہ نان کانفronٹیشنل اپروچ۔</w:t>
      </w:r>
    </w:p>
    <w:p>
      <w:r>
        <w:rPr>
          <w:b/>
        </w:rPr>
        <w:t xml:space="preserve">[25:20] </w:t>
      </w:r>
      <w:r>
        <w:t>صبر کا مطلب ہے non-confrontational approach.</w:t>
      </w:r>
    </w:p>
    <w:p>
      <w:pPr>
        <w:jc w:val="right"/>
      </w:pPr>
      <w:r>
        <w:t>صبر کا مطلب ہے نان کانفronٹیشنل اپروچ۔</w:t>
      </w:r>
    </w:p>
    <w:p>
      <w:r>
        <w:rPr>
          <w:b/>
        </w:rPr>
        <w:t xml:space="preserve">[25:27] </w:t>
      </w:r>
      <w:r>
        <w:t>یعنی تم اگر ٹکراؤ کرو گے تو تم کو retaliation پیش آئے گا۔</w:t>
      </w:r>
    </w:p>
    <w:p>
      <w:pPr>
        <w:jc w:val="right"/>
      </w:pPr>
      <w:r>
        <w:t>یعنی تم اگر ٹکراؤ کرو گے تو تم کو ریٹیلیشن پیش آئے گا۔</w:t>
      </w:r>
    </w:p>
    <w:p>
      <w:r>
        <w:rPr>
          <w:b/>
        </w:rPr>
        <w:t xml:space="preserve">[25:35] </w:t>
      </w:r>
      <w:r>
        <w:t>lekin agar tum takrao na karo,</w:t>
      </w:r>
    </w:p>
    <w:p>
      <w:pPr>
        <w:jc w:val="right"/>
      </w:pPr>
      <w:r>
        <w:t>لیکن اگر تم ٹکراؤ نہ کرو،</w:t>
      </w:r>
    </w:p>
    <w:p>
      <w:r>
        <w:rPr>
          <w:b/>
        </w:rPr>
        <w:t xml:space="preserve">[25:43] </w:t>
      </w:r>
      <w:r>
        <w:t>tum target karo, tum avoid karo, tum peaceful tareeqa ikhtiyar karo, to tum is se bach jao</w:t>
      </w:r>
    </w:p>
    <w:p>
      <w:pPr>
        <w:jc w:val="right"/>
      </w:pPr>
      <w:r>
        <w:t>تم ٹارگٹ کرو، تم اوائڈ کرو، تم پیس فل طریقہ اختیار کرو، تو تم اس سے بچ جاؤ</w:t>
      </w:r>
    </w:p>
    <w:p>
      <w:r>
        <w:rPr>
          <w:b/>
        </w:rPr>
        <w:t xml:space="preserve">[25:51] </w:t>
      </w:r>
      <w:r>
        <w:t>گے کہ بڑی آسانی جو ہے retaliate کرے۔</w:t>
      </w:r>
    </w:p>
    <w:p>
      <w:pPr>
        <w:jc w:val="right"/>
      </w:pPr>
      <w:r>
        <w:t>گے کہ بڑی آسانی جو ہے ریٹیلیٹ کرے۔</w:t>
      </w:r>
    </w:p>
    <w:p>
      <w:r>
        <w:rPr>
          <w:b/>
        </w:rPr>
        <w:t xml:space="preserve">[25:59] </w:t>
      </w:r>
      <w:r>
        <w:t>aur ab to woh zamana bhi khatm ho gaya.</w:t>
      </w:r>
    </w:p>
    <w:p>
      <w:pPr>
        <w:jc w:val="right"/>
      </w:pPr>
      <w:r>
        <w:t>اور اب تو وہ زمانہ بھی ختم ہو گیا۔</w:t>
      </w:r>
    </w:p>
    <w:p>
      <w:r>
        <w:rPr>
          <w:b/>
        </w:rPr>
        <w:t xml:space="preserve">[26:06] </w:t>
      </w:r>
      <w:r>
        <w:t>تو صبر سے مدد لو ke maani hain ke sabirana method ikhtiyar kar ke madad lo is se.</w:t>
      </w:r>
    </w:p>
    <w:p>
      <w:pPr>
        <w:jc w:val="right"/>
      </w:pPr>
      <w:r>
        <w:t>تو صبر سے مدد لو کے معنی ہیں کہ صابرانہ method اختیار کر کے مدد لو اس سے۔</w:t>
      </w:r>
    </w:p>
    <w:p>
      <w:r>
        <w:rPr>
          <w:b/>
        </w:rPr>
        <w:t xml:space="preserve">[26:14] </w:t>
      </w:r>
      <w:r>
        <w:t>jaise misaal ke tor par dekhiye, makkah mein kaaba tha.</w:t>
      </w:r>
    </w:p>
    <w:p>
      <w:pPr>
        <w:jc w:val="right"/>
      </w:pPr>
      <w:r>
        <w:t>جیسے مثال کے طور پر دیکھیے، مکہ میں کعبہ تھا۔</w:t>
      </w:r>
    </w:p>
    <w:p>
      <w:r>
        <w:rPr>
          <w:b/>
        </w:rPr>
        <w:t xml:space="preserve">[26:22] </w:t>
      </w:r>
      <w:r>
        <w:t>kaaba mein sainkaron but rakhe, unhon ne rakh diye thay muqaddas kaaba mein.</w:t>
      </w:r>
    </w:p>
    <w:p>
      <w:pPr>
        <w:jc w:val="right"/>
      </w:pPr>
      <w:r>
        <w:t>کعبہ میں سینکڑوں بت رکھے، انہوں نے رکھ دیے تھے مقدس کعبہ میں۔</w:t>
      </w:r>
    </w:p>
    <w:p>
      <w:r>
        <w:rPr>
          <w:b/>
        </w:rPr>
        <w:t xml:space="preserve">[26:30] </w:t>
      </w:r>
      <w:r>
        <w:t>ab rasool Allah wahan ghuste aur patharon ko todte, tod phod ke phenkte.</w:t>
      </w:r>
    </w:p>
    <w:p>
      <w:pPr>
        <w:jc w:val="right"/>
      </w:pPr>
      <w:r>
        <w:t>اب رسول اللہ وہاں گھستے اور پتھروں کو توڑتے، توڑ پھوڑ کے پھینکتے۔</w:t>
      </w:r>
    </w:p>
    <w:p>
      <w:r>
        <w:rPr>
          <w:b/>
        </w:rPr>
        <w:t xml:space="preserve">[26:37] </w:t>
      </w:r>
      <w:r>
        <w:t>buton ke khilaf woh, yaani todna, pathar marna, yeh sab shuru karte.</w:t>
      </w:r>
    </w:p>
    <w:p>
      <w:pPr>
        <w:jc w:val="right"/>
      </w:pPr>
      <w:r>
        <w:t>بتوں کے خلاف وہ، یعنی توڑنا، پتھر مارنا، یہ سب شروع کرتے۔</w:t>
      </w:r>
    </w:p>
    <w:p>
      <w:r>
        <w:rPr>
          <w:b/>
        </w:rPr>
        <w:t xml:space="preserve">[26:45] </w:t>
      </w:r>
      <w:r>
        <w:t>to un ki taraf se retaliation hota. phir ladai chhadti. kuch log idhar maare jaate, kuch log idhar maare jaate. to sabr se madad ka matlab hai avoid karo, avoid kar ke madad, avoid karo, avoid kar ke tumhe, tum ko nayi taqat milegi. aur</w:t>
      </w:r>
    </w:p>
    <w:p>
      <w:pPr>
        <w:jc w:val="right"/>
      </w:pPr>
      <w:r>
        <w:t>تو ان کی طرف سے ریٹیلیشن ہوتا۔ پھر لڑائی چھڑتی۔ کچھ لوگ ادھر مارے جاتے، کچھ لوگ ادھر مارے جاتے۔ تو صبر سے مدد کا مطلب ہے اوائڈ کرو، اوائڈ کر کے مدد، اوائڈ کرو، اوائڈ کر کے تمہیں، تم کو نئی طاقت ملے گی۔ اور</w:t>
      </w:r>
    </w:p>
    <w:p>
      <w:r>
        <w:rPr>
          <w:b/>
        </w:rPr>
        <w:t xml:space="preserve">[27:15] </w:t>
      </w:r>
      <w:r>
        <w:t>namaz ka matlab kya hai? Allah par bharosa karo, Allah par bharosa karo, Allah se dua karo.</w:t>
      </w:r>
    </w:p>
    <w:p>
      <w:pPr>
        <w:jc w:val="right"/>
      </w:pPr>
      <w:r>
        <w:t>نماز کا مطلب کیا ہے؟ اللہ پر بھروسہ کرو، اللہ پر بھروسہ کرو، اللہ سے دعا کرو۔</w:t>
      </w:r>
    </w:p>
    <w:p>
      <w:r>
        <w:rPr>
          <w:b/>
        </w:rPr>
        <w:t xml:space="preserve">[27:23] </w:t>
      </w:r>
      <w:r>
        <w:t>to yeh is is ayat ko is time mein bhi sabr o salat aap masjid ke mahol ko le</w:t>
      </w:r>
    </w:p>
    <w:p>
      <w:pPr>
        <w:jc w:val="right"/>
      </w:pPr>
      <w:r>
        <w:t>تو یہ اس اس آیت کو اس ٹائم میں بھی صبر والصلاۃ آپ مسجد کے ماحول کو لے</w:t>
      </w:r>
    </w:p>
    <w:p>
      <w:r>
        <w:rPr>
          <w:b/>
        </w:rPr>
        <w:t xml:space="preserve">[27:30] </w:t>
      </w:r>
      <w:r>
        <w:t>kar samajhna chahenge to nahi samjhenge.</w:t>
      </w:r>
    </w:p>
    <w:p>
      <w:pPr>
        <w:jc w:val="right"/>
      </w:pPr>
      <w:r>
        <w:t>کر سمجھنا چاہیں گے تو نہیں سمجھیں گے۔</w:t>
      </w:r>
    </w:p>
    <w:p>
      <w:r>
        <w:rPr>
          <w:b/>
        </w:rPr>
        <w:t xml:space="preserve">[27:38] </w:t>
      </w:r>
      <w:r>
        <w:t>aaj jo aaj jo masjidon ka mahol hai,</w:t>
      </w:r>
    </w:p>
    <w:p>
      <w:pPr>
        <w:jc w:val="right"/>
      </w:pPr>
      <w:r>
        <w:t>آج جو آج جو مسجدوں کا ماحول ہے،</w:t>
      </w:r>
    </w:p>
    <w:p>
      <w:r>
        <w:rPr>
          <w:b/>
        </w:rPr>
        <w:t xml:space="preserve">[27:46] </w:t>
      </w:r>
      <w:r>
        <w:t>wahan ke mahol ko le kar samajhna chahein aap to nahi samajh sakte.</w:t>
      </w:r>
    </w:p>
    <w:p>
      <w:pPr>
        <w:jc w:val="right"/>
      </w:pPr>
      <w:r>
        <w:t>وہاں کے ماحول کو لے کر سمجھنا چاہیں آپ تو نہیں سمجھ سکتے۔</w:t>
      </w:r>
    </w:p>
    <w:p>
      <w:r>
        <w:rPr>
          <w:b/>
        </w:rPr>
        <w:t xml:space="preserve">[27:53] </w:t>
      </w:r>
      <w:r>
        <w:t>aap wahan jo mahol tha makkah madine mein, saatvi sadi eesvi mein, us ko le kar sochiye, tab</w:t>
      </w:r>
    </w:p>
    <w:p>
      <w:pPr>
        <w:jc w:val="right"/>
      </w:pPr>
      <w:r>
        <w:t>آپ وہاں جو ماحول تھا مکہ مدینے میں، ساتویں صدی عیسوی میں، اس کو لے کر سوچیے، تب</w:t>
      </w:r>
    </w:p>
    <w:p>
      <w:r>
        <w:rPr>
          <w:b/>
        </w:rPr>
        <w:t xml:space="preserve">[28:01] </w:t>
      </w:r>
      <w:r>
        <w:t>samajh payenge aap keh kya matlab hai sabr ka, kya matlab hai namaz ka.</w:t>
      </w:r>
    </w:p>
    <w:p>
      <w:pPr>
        <w:jc w:val="right"/>
      </w:pPr>
      <w:r>
        <w:t>سمجھ پائیں گے آپ کہ کیا مطلب ہے صبر کا، کیا مطلب ہے نماز کا۔</w:t>
      </w:r>
    </w:p>
    <w:p>
      <w:r>
        <w:rPr>
          <w:b/>
        </w:rPr>
        <w:t xml:space="preserve">[28:08] </w:t>
      </w:r>
      <w:r>
        <w:t>is ka matlab yeh hai keh dawat</w:t>
      </w:r>
    </w:p>
    <w:p>
      <w:pPr>
        <w:jc w:val="right"/>
      </w:pPr>
      <w:r>
        <w:t>اس کا مطلب یہ ہے کہ دعوت</w:t>
      </w:r>
    </w:p>
    <w:p>
      <w:r>
        <w:rPr>
          <w:b/>
        </w:rPr>
        <w:t xml:space="preserve">[28:16] </w:t>
      </w:r>
      <w:r>
        <w:t>Allah ka kaam karo, jo tumhara mission hai.</w:t>
      </w:r>
    </w:p>
    <w:p>
      <w:pPr>
        <w:jc w:val="right"/>
      </w:pPr>
      <w:r>
        <w:t>اللہ کا کام کرو، جو تمہارا مشن ہے۔</w:t>
      </w:r>
    </w:p>
    <w:p>
      <w:r>
        <w:rPr>
          <w:b/>
        </w:rPr>
        <w:t xml:space="preserve">[28:22] </w:t>
      </w:r>
      <w:r>
        <w:t>yaad rakhiye, dawat Allah ka kaam isi tarah farz hai jis tarah namaz is tarah farz hai, is</w:t>
      </w:r>
    </w:p>
    <w:p>
      <w:pPr>
        <w:jc w:val="right"/>
      </w:pPr>
      <w:r>
        <w:t>یاد رکھیے، دعوت اللہ کا کام اسی طرح فرض ہے جس طرح نماز اس طرح فرض ہے، اس</w:t>
      </w:r>
    </w:p>
    <w:p>
      <w:r>
        <w:rPr>
          <w:b/>
        </w:rPr>
        <w:t xml:space="preserve">[28:28] </w:t>
      </w:r>
      <w:r>
        <w:t>mein koi shak nahi hai.</w:t>
      </w:r>
    </w:p>
    <w:p>
      <w:pPr>
        <w:jc w:val="right"/>
      </w:pPr>
      <w:r>
        <w:t>میں کوئی شک نہیں ہے۔</w:t>
      </w:r>
    </w:p>
    <w:p>
      <w:r>
        <w:rPr>
          <w:b/>
        </w:rPr>
        <w:t xml:space="preserve">[28:34] </w:t>
      </w:r>
      <w:r>
        <w:t>kyunke yeh to, yaani ummat e muhammadi ka yeh mansab hai.</w:t>
      </w:r>
    </w:p>
    <w:p>
      <w:pPr>
        <w:jc w:val="right"/>
      </w:pPr>
      <w:r>
        <w:t>کیونکہ یہ تو، یعنی امت محمدی کا یہ منصب ہے۔</w:t>
      </w:r>
    </w:p>
    <w:p>
      <w:r>
        <w:rPr>
          <w:b/>
        </w:rPr>
        <w:t xml:space="preserve">[28:41] </w:t>
      </w:r>
      <w:r>
        <w:t>rasool Allah dunya se chale gaye,</w:t>
      </w:r>
    </w:p>
    <w:p>
      <w:pPr>
        <w:jc w:val="right"/>
      </w:pPr>
      <w:r>
        <w:t>رسول اللہ دنیا سے چلے گئے،</w:t>
      </w:r>
    </w:p>
    <w:p>
      <w:r>
        <w:rPr>
          <w:b/>
        </w:rPr>
        <w:t xml:space="preserve">[28:47] </w:t>
      </w:r>
      <w:r>
        <w:t>lekin unka jo mission hai, woh woh jaari hai.</w:t>
      </w:r>
    </w:p>
    <w:p>
      <w:pPr>
        <w:jc w:val="right"/>
      </w:pPr>
      <w:r>
        <w:t>لیکن ان کا جو مشن ہے، وہ وہ جاری ہے۔</w:t>
      </w:r>
    </w:p>
    <w:p>
      <w:r>
        <w:rPr>
          <w:b/>
        </w:rPr>
        <w:t xml:space="preserve">[28:54] </w:t>
      </w:r>
      <w:r>
        <w:t>is mission ko jaari rakhna, yeh yeh dawat hai Allah.</w:t>
      </w:r>
    </w:p>
    <w:p>
      <w:pPr>
        <w:jc w:val="right"/>
      </w:pPr>
      <w:r>
        <w:t>اس مشن کو جاری رکھنا، یہ یہ دعوت ہے اللہ۔</w:t>
      </w:r>
    </w:p>
    <w:p>
      <w:r>
        <w:rPr>
          <w:b/>
        </w:rPr>
        <w:t xml:space="preserve">[29:02] </w:t>
      </w:r>
      <w:r>
        <w:t>تو اس کام میں ہمیں کیا کرنا ہے؟ یعنی literal طور پر صبر۔</w:t>
      </w:r>
    </w:p>
    <w:p>
      <w:pPr>
        <w:jc w:val="right"/>
      </w:pPr>
      <w:r>
        <w:t>تو اس کام میں ہمیں کیا کرنا ہے؟ یعنی لیٹرل طور پر صبر۔</w:t>
      </w:r>
    </w:p>
    <w:p>
      <w:r>
        <w:rPr>
          <w:b/>
        </w:rPr>
        <w:t xml:space="preserve">[29:10] </w:t>
      </w:r>
      <w:r>
        <w:t>sabr ka matlab yeh hai naan ka matlab yeh hai ke naan</w:t>
      </w:r>
    </w:p>
    <w:p>
      <w:pPr>
        <w:jc w:val="right"/>
      </w:pPr>
      <w:r>
        <w:t>صبر کا مطلب یہ ہے نان کا مطلب یہ ہے کہ نان</w:t>
      </w:r>
    </w:p>
    <w:p>
      <w:r>
        <w:rPr>
          <w:b/>
        </w:rPr>
        <w:t xml:space="preserve">[29:17] </w:t>
      </w:r>
      <w:r>
        <w:t>confrontational approach. to yeh bataya aaj ke zamane mein yeh ayat is tarah se apni qabool hai ke hum apni taraf se har giz kisi ki naak ko hit na karein, apni taraf se kisi ko pathar na maarein, apni taraf se ko</w:t>
      </w:r>
    </w:p>
    <w:p>
      <w:pPr>
        <w:jc w:val="right"/>
      </w:pPr>
      <w:r>
        <w:t>کانفronٹیشنل اپروچ۔ تو یہ بتایا آج کے زمانے میں یہ آیت اس طرح سے اپنی قبول ہے کہ ہم اپنی طرف سے ہرگز کسی کی ناک کو ہٹ نہ کریں، اپنی طرف سے کسی کو پتھر نہ ماریں، اپنی طرف سے کو</w:t>
      </w:r>
    </w:p>
    <w:p>
      <w:r>
        <w:rPr>
          <w:b/>
        </w:rPr>
        <w:t xml:space="preserve">[29:47] </w:t>
      </w:r>
      <w:r>
        <w:t>i koi takrao na chhoden.</w:t>
      </w:r>
    </w:p>
    <w:p>
      <w:pPr>
        <w:jc w:val="right"/>
      </w:pPr>
      <w:r>
        <w:t>ئی کوئی ٹکراؤ نہ چھوڑیں۔</w:t>
      </w:r>
    </w:p>
    <w:p>
      <w:r>
        <w:rPr>
          <w:b/>
        </w:rPr>
        <w:t xml:space="preserve">[29:55] </w:t>
      </w:r>
      <w:r>
        <w:t>to sab paise paise hain, sab opportunity opportunity hai.</w:t>
      </w:r>
    </w:p>
    <w:p>
      <w:pPr>
        <w:jc w:val="right"/>
      </w:pPr>
      <w:r>
        <w:t>تو سب پیسے پیسے ہیں، سب اپرچونیٹی اپرچونیٹی ہے۔</w:t>
      </w:r>
    </w:p>
    <w:p>
      <w:r>
        <w:rPr>
          <w:b/>
        </w:rPr>
        <w:t xml:space="preserve">[30:03] </w:t>
      </w:r>
      <w:r>
        <w:t>yeh matlab hai iska.</w:t>
      </w:r>
    </w:p>
    <w:p>
      <w:pPr>
        <w:jc w:val="right"/>
      </w:pPr>
      <w:r>
        <w:t>یہ مطلب ہے اس کا۔</w:t>
      </w:r>
    </w:p>
    <w:p>
      <w:r>
        <w:rPr>
          <w:b/>
        </w:rPr>
        <w:t xml:space="preserve">[30:10] </w:t>
      </w:r>
      <w:r>
        <w:t>to yaad rakhiye, yeh aayatein jo hain saatwein sadi isvi ke yahood ke bare mein nahi hain.</w:t>
      </w:r>
    </w:p>
    <w:p>
      <w:pPr>
        <w:jc w:val="right"/>
      </w:pPr>
      <w:r>
        <w:t>تو یاد رکھیے، یہ آیتیں جو ہیں ساتویں صدی عیسوی کے یہود کے بارے میں نہیں ہیں۔</w:t>
      </w:r>
    </w:p>
    <w:p>
      <w:r>
        <w:rPr>
          <w:b/>
        </w:rPr>
        <w:t xml:space="preserve">[30:18] </w:t>
      </w:r>
      <w:r>
        <w:t>yeh bhi bohat bari ghalati hai, ghalat fehmi hai.</w:t>
      </w:r>
    </w:p>
    <w:p>
      <w:pPr>
        <w:jc w:val="right"/>
      </w:pPr>
      <w:r>
        <w:t>یہ بھی بہت بڑی غلطی ہے، غلط فہمی ہے۔</w:t>
      </w:r>
    </w:p>
    <w:p>
      <w:r>
        <w:rPr>
          <w:b/>
        </w:rPr>
        <w:t xml:space="preserve">[30:26] </w:t>
      </w:r>
      <w:r>
        <w:t>yahood ka zikr aata hai bashor e waqti reference ke, waqti reference ke.</w:t>
      </w:r>
    </w:p>
    <w:p>
      <w:pPr>
        <w:jc w:val="right"/>
      </w:pPr>
      <w:r>
        <w:t>یہود کا ذکر آتا ہے بطور وقتی ریفرنس کے، وقتی ریفرنس کے۔</w:t>
      </w:r>
    </w:p>
    <w:p>
      <w:r>
        <w:rPr>
          <w:b/>
        </w:rPr>
        <w:t xml:space="preserve">[30:33] </w:t>
      </w:r>
      <w:r>
        <w:t>asal hote hain musalman, iska mukhataab.</w:t>
      </w:r>
    </w:p>
    <w:p>
      <w:pPr>
        <w:jc w:val="right"/>
      </w:pPr>
      <w:r>
        <w:t>اصل ہوتے ہیں مسلمان، اس کا مخاطب۔</w:t>
      </w:r>
    </w:p>
    <w:p>
      <w:r>
        <w:rPr>
          <w:b/>
        </w:rPr>
        <w:t xml:space="preserve">[30:41] </w:t>
      </w:r>
      <w:r>
        <w:t>yaani musalmanon ko yahood ki misaal se bataya gaya hai</w:t>
      </w:r>
    </w:p>
    <w:p>
      <w:pPr>
        <w:jc w:val="right"/>
      </w:pPr>
      <w:r>
        <w:t>یعنی مسلمانوں کو یہود کی مثال سے بتایا گیا ہے</w:t>
      </w:r>
    </w:p>
    <w:p>
      <w:r>
        <w:rPr>
          <w:b/>
        </w:rPr>
        <w:t xml:space="preserve">[30:49] </w:t>
      </w:r>
      <w:r>
        <w:t>keh yahood apnay daur-e-zawaal mein, yeh bhi yaad rakhiye keh jis yahood ka zikr hota hai quran mein, woh daur-e-zawaal ke yahood ka zikr hota hai, aaj ke yahood ka nahi hota. Yeh bohat bari ghalt fehmi hai. Jab bhi quran mein kahin zikr aaye yahood ka, is se muraad hotay hain yahood saatvi sadi</w:t>
      </w:r>
    </w:p>
    <w:p>
      <w:pPr>
        <w:jc w:val="right"/>
      </w:pPr>
      <w:r>
        <w:t>کہ یہود اپنے دور زوال میں، یہ بھی یاد رکھیے کہ جس یہود کا ذکر ہوتا ہے قرآن میں، وہ دور زوال کے یہود کا ذکر ہوتا ہے، آج کے یہود کا نہیں ہوتا۔ یہ بہت بڑی غلط فہمی ہے۔ جب بھی قرآن میں کہیں ذکر آئے یہود کا، اس سے مراد ہوتے ہیں یہود ساتویں صدی</w:t>
      </w:r>
    </w:p>
    <w:p>
      <w:r>
        <w:rPr>
          <w:b/>
        </w:rPr>
        <w:t xml:space="preserve">[31:19] </w:t>
      </w:r>
      <w:r>
        <w:t>wale, aaj ke yahood nahi.</w:t>
      </w:r>
    </w:p>
    <w:p>
      <w:pPr>
        <w:jc w:val="right"/>
      </w:pPr>
      <w:r>
        <w:t>والے، آج کے یہود نہیں۔</w:t>
      </w:r>
    </w:p>
    <w:p>
      <w:r>
        <w:rPr>
          <w:b/>
        </w:rPr>
        <w:t xml:space="preserve">[31:29] </w:t>
      </w:r>
      <w:r>
        <w:t>aaj ka jo yahood hai, to tareekh batati hai ke rasool Allah ke baad ke zamane mein, kuch</w:t>
      </w:r>
    </w:p>
    <w:p>
      <w:pPr>
        <w:jc w:val="right"/>
      </w:pPr>
      <w:r>
        <w:t>آج کا جو یہود ہے، تو تاریخ بتاتی ہے کہ رسول اللہ کے بعد کے زمانے میں، کچھ</w:t>
      </w:r>
    </w:p>
    <w:p>
      <w:r>
        <w:rPr>
          <w:b/>
        </w:rPr>
        <w:t xml:space="preserve">[31:39] </w:t>
      </w:r>
      <w:r>
        <w:t>pehle bhi, do badshahon ne, yaani irani badshah aur babal ka badshah, ne falasteen par attack kiya</w:t>
      </w:r>
    </w:p>
    <w:p>
      <w:pPr>
        <w:jc w:val="right"/>
      </w:pPr>
      <w:r>
        <w:t>پہلے بھی، دو بادشاہوں نے، یعنی ایرانی بادشاہ اور بابل کا بادشاہ، نے فلسطین پر اٹیک کیا</w:t>
      </w:r>
    </w:p>
    <w:p>
      <w:r>
        <w:rPr>
          <w:b/>
        </w:rPr>
        <w:t xml:space="preserve">[31:49] </w:t>
      </w:r>
      <w:r>
        <w:t>aur unko mara peeta.</w:t>
      </w:r>
    </w:p>
    <w:p>
      <w:pPr>
        <w:jc w:val="right"/>
      </w:pPr>
      <w:r>
        <w:t>اور ان کو مارا پیٹا۔</w:t>
      </w:r>
    </w:p>
    <w:p>
      <w:r>
        <w:rPr>
          <w:b/>
        </w:rPr>
        <w:t xml:space="preserve">[31:57] </w:t>
      </w:r>
      <w:r>
        <w:t>to yahoodi bhag kar ke chale gaye Europe aur phir phir baad ke zamane mein, baad ke zamane</w:t>
      </w:r>
    </w:p>
    <w:p>
      <w:pPr>
        <w:jc w:val="right"/>
      </w:pPr>
      <w:r>
        <w:t>تو یہودی بھاگ کر کے چلے گئے یورپ اور پھر پھر بعد کے زمانے میں، بعد کے زمانے</w:t>
      </w:r>
    </w:p>
    <w:p>
      <w:r>
        <w:rPr>
          <w:b/>
        </w:rPr>
        <w:t xml:space="preserve">[32:05] </w:t>
      </w:r>
      <w:r>
        <w:t>mein woh gaye America.</w:t>
      </w:r>
    </w:p>
    <w:p>
      <w:pPr>
        <w:jc w:val="right"/>
      </w:pPr>
      <w:r>
        <w:t>میں وہ گئے امریکہ۔</w:t>
      </w:r>
    </w:p>
    <w:p>
      <w:r>
        <w:rPr>
          <w:b/>
        </w:rPr>
        <w:t xml:space="preserve">[32:14] </w:t>
      </w:r>
      <w:r>
        <w:t>to aaj ka jo yahood hai, woh qadeem madina ka production nahi hai, woh Europe aur America ka production hai.</w:t>
      </w:r>
    </w:p>
    <w:p>
      <w:pPr>
        <w:jc w:val="right"/>
      </w:pPr>
      <w:r>
        <w:t>تو آج کا جو یہود ہے، وہ قدیم مدینہ کا پروڈکشن نہیں ہے، وہ یورپ اور امریکہ کا پروڈکشن ہے۔</w:t>
      </w:r>
    </w:p>
    <w:p>
      <w:r>
        <w:rPr>
          <w:b/>
        </w:rPr>
        <w:t xml:space="preserve">[32:22] </w:t>
      </w:r>
      <w:r>
        <w:t>rasool Allah ke zamane mein jo yahood the, woh qadeem falasteen ka product tha.</w:t>
      </w:r>
    </w:p>
    <w:p>
      <w:pPr>
        <w:jc w:val="right"/>
      </w:pPr>
      <w:r>
        <w:t>رسول اللہ کے زمانے میں جو یہود تھے، وہ قدیم فلسطین کا پروڈکٹ تھا۔</w:t>
      </w:r>
    </w:p>
    <w:p>
      <w:r>
        <w:rPr>
          <w:b/>
        </w:rPr>
        <w:t xml:space="preserve">[32:32] </w:t>
      </w:r>
      <w:r>
        <w:t>yeh bhi yaad rakhiye, rasool Allah ke zamane mein jo yahood tha, woh qadeem falasteen ka production tha.</w:t>
      </w:r>
    </w:p>
    <w:p>
      <w:pPr>
        <w:jc w:val="right"/>
      </w:pPr>
      <w:r>
        <w:t>یہ بھی یاد رکھیے، رسول اللہ کے زمانے میں جو یہود تھا، وہ قدیم فلسطین کا پروڈکشن تھا۔</w:t>
      </w:r>
    </w:p>
    <w:p>
      <w:r>
        <w:rPr>
          <w:b/>
        </w:rPr>
        <w:t xml:space="preserve">[32:42] </w:t>
      </w:r>
      <w:r>
        <w:t>aaj jo yahoodi hai Israel mein, woh baad ke zamane mein jo diaspora hua, woh diaspora ka production hai.</w:t>
      </w:r>
    </w:p>
    <w:p>
      <w:pPr>
        <w:jc w:val="right"/>
      </w:pPr>
      <w:r>
        <w:t>آج جو یہودی ہے اسرائیل میں، وہ بعد کے زمانے میں جو ڈائسپورا ہوا، وہ ڈائسپورا کا پروڈکشن ہے۔</w:t>
      </w:r>
    </w:p>
    <w:p>
      <w:r>
        <w:rPr>
          <w:b/>
        </w:rPr>
        <w:t xml:space="preserve">[32:53] </w:t>
      </w:r>
      <w:r>
        <w:t>yeh bohat important point hai, isko jaanna chahiye.</w:t>
      </w:r>
    </w:p>
    <w:p>
      <w:pPr>
        <w:jc w:val="right"/>
      </w:pPr>
      <w:r>
        <w:t>یہ بہت امپورٹنٹ پوائنٹ ہے، اس کو جاننا چاہیے۔</w:t>
      </w:r>
    </w:p>
    <w:p>
      <w:r>
        <w:rPr>
          <w:b/>
        </w:rPr>
        <w:t xml:space="preserve">[33:00] </w:t>
      </w:r>
      <w:r>
        <w:t>rasool Allah ke zamane ka jo yahudiyat tha, woh qadeem falasteen ka production tha.</w:t>
      </w:r>
    </w:p>
    <w:p>
      <w:pPr>
        <w:jc w:val="right"/>
      </w:pPr>
      <w:r>
        <w:t>رسول اللہ کے زمانے کا جو یہودیت تھا، وہ قدیم فلسطین کا پروڈکشن تھا۔</w:t>
      </w:r>
    </w:p>
    <w:p>
      <w:r>
        <w:rPr>
          <w:b/>
        </w:rPr>
        <w:t xml:space="preserve">[33:08] </w:t>
      </w:r>
      <w:r>
        <w:t>aaj ka jo yahudi hai israel mein, woh diaspora ka production hai.</w:t>
      </w:r>
    </w:p>
    <w:p>
      <w:pPr>
        <w:jc w:val="right"/>
      </w:pPr>
      <w:r>
        <w:t>آج کا جو یہودی ہے اسرائیل میں، وہ ڈائسپورا کا پروڈکشن ہے۔</w:t>
      </w:r>
    </w:p>
    <w:p>
      <w:r>
        <w:rPr>
          <w:b/>
        </w:rPr>
        <w:t xml:space="preserve">[33:15] </w:t>
      </w:r>
      <w:r>
        <w:t>woh taleem yafta hai, woh science janta hai, woh daur jadeed ko janta hai.</w:t>
      </w:r>
    </w:p>
    <w:p>
      <w:pPr>
        <w:jc w:val="right"/>
      </w:pPr>
      <w:r>
        <w:t>وہ تعلیم یافتہ ہے، وہ سائنس جانتا ہے، وہ دور جدید کو جانتا ہے۔</w:t>
      </w:r>
    </w:p>
    <w:p>
      <w:r>
        <w:rPr>
          <w:b/>
        </w:rPr>
        <w:t xml:space="preserve">[33:23] </w:t>
      </w:r>
      <w:r>
        <w:t>Bohat ziyada mukhtalif hai aaj ka yahoodi woh zamanay ke yahoodi se. Agar aap yeh karein keh jo qadeem picture thi yahood ki, samjhein keh aaj bhi wohi yahood hai aur is ko right chhod dein, to is se ziyada nadani ki baat aur koi nahi hogi. Is se ziyada nadani ki baat aur koi nahi hogi. To su</w:t>
      </w:r>
    </w:p>
    <w:p>
      <w:pPr>
        <w:jc w:val="right"/>
      </w:pPr>
      <w:r>
        <w:t>بہت زیادہ مختلف ہے آج کا یہودی وہ زمانے کے یہودی سے۔ اگر آپ یہ کریں کہ جو قدیم پکچر تھی یہود کی، سمجھیں کہ آج بھی وہی یہود ہے اور اس کو رائی چھوڑ دیں، تو اس سے زیادہ نادانی کی بات اور کوئی نہیں ہوگی۔ اس سے زیادہ نادانی کی بات اور کوئی نہیں ہوگی۔ تو س</w:t>
      </w:r>
    </w:p>
    <w:p>
      <w:r>
        <w:rPr>
          <w:b/>
        </w:rPr>
        <w:t xml:space="preserve">[33:53] </w:t>
      </w:r>
      <w:r>
        <w:t>rah-e-baqarah mein jis yahood ka zikr hai, woh woh yahood hai, yani pre-diaspora, pre-diaspora, pre-diaspora ka yahoodi. Yahood ka do period hain, do do zamanay hain. Aik hai pre-diaspora, aik post-diaspora. Yeh bohat ziyada zaroori hai jaanna keh jin ko aap yeh</w:t>
      </w:r>
    </w:p>
    <w:p>
      <w:pPr>
        <w:jc w:val="right"/>
      </w:pPr>
      <w:r>
        <w:t>ورہ البقرہ میں جس یہود کا ذکر ہے، وہ وہ یہود ہے، یعنی پری ڈائس، پری ڈائس، پری ڈائسپورا کا یہودی۔ یہود کا دو پیریڈ ہیں، دو دو زمانے ہیں۔ ایک ہے پری ڈائسپورا، ایک پوسٹ ڈائسپورا۔ یہ بہت زیادہ ضروری ہے جاننا کہ جن کو آپ یہ</w:t>
      </w:r>
    </w:p>
    <w:p>
      <w:r>
        <w:rPr>
          <w:b/>
        </w:rPr>
        <w:t xml:space="preserve">[34:23] </w:t>
      </w:r>
      <w:r>
        <w:t>waidi kehte hain, woh do qism ke hain.</w:t>
      </w:r>
    </w:p>
    <w:p>
      <w:pPr>
        <w:jc w:val="right"/>
      </w:pPr>
      <w:r>
        <w:t>ودی کہتے ہیں، وہ دو قسم کے ہیں۔</w:t>
      </w:r>
    </w:p>
    <w:p>
      <w:r>
        <w:rPr>
          <w:b/>
        </w:rPr>
        <w:t xml:space="preserve">[34:30] </w:t>
      </w:r>
      <w:r>
        <w:t>ek hai pre diaspora aur doosra hai post diaspora.</w:t>
      </w:r>
    </w:p>
    <w:p>
      <w:pPr>
        <w:jc w:val="right"/>
      </w:pPr>
      <w:r>
        <w:t>ایک ہے پری ڈائسپورا اور دوسرا ہے پوسٹ ڈائسپورا۔</w:t>
      </w:r>
    </w:p>
    <w:p>
      <w:r>
        <w:rPr>
          <w:b/>
        </w:rPr>
        <w:t xml:space="preserve">[34:38] </w:t>
      </w:r>
      <w:r>
        <w:t>toh rasool Allah ke zamane mein pre diaspora yahudi the, rasool Allah ke zamane mein pre diaspora yahudi the.</w:t>
      </w:r>
    </w:p>
    <w:p>
      <w:pPr>
        <w:jc w:val="right"/>
      </w:pPr>
      <w:r>
        <w:t>تو رسول اللہ کے زمانے میں پری ڈائسپورا یہودی تھے، رسول اللہ کے زمانے میں پری ڈائسپورا یہودی تھے۔</w:t>
      </w:r>
    </w:p>
    <w:p>
      <w:r>
        <w:rPr>
          <w:b/>
        </w:rPr>
        <w:t xml:space="preserve">[34:46] </w:t>
      </w:r>
      <w:r>
        <w:t>aaj nahi hai aisa, aaj post diaspora ke yahudi hain.</w:t>
      </w:r>
    </w:p>
    <w:p>
      <w:pPr>
        <w:jc w:val="right"/>
      </w:pPr>
      <w:r>
        <w:t>آج نہیں ہے ایسا، آج پوسٹ ڈائسپورا کے یہودی ہیں۔</w:t>
      </w:r>
    </w:p>
    <w:p>
      <w:r>
        <w:rPr>
          <w:b/>
        </w:rPr>
        <w:t xml:space="preserve">[34:53] </w:t>
      </w:r>
      <w:r>
        <w:t>post diaspora.</w:t>
      </w:r>
    </w:p>
    <w:p>
      <w:pPr>
        <w:jc w:val="right"/>
      </w:pPr>
      <w:r>
        <w:t>پوسٹ ڈائسپورا۔</w:t>
      </w:r>
    </w:p>
    <w:p>
      <w:r>
        <w:rPr>
          <w:b/>
        </w:rPr>
        <w:t xml:space="preserve">[35:01] </w:t>
      </w:r>
      <w:r>
        <w:t>mein mein wahan gaya falasteen aur israel toh wahan maine dekha ke ke marja aqsa khadi hui</w:t>
      </w:r>
    </w:p>
    <w:p>
      <w:pPr>
        <w:jc w:val="right"/>
      </w:pPr>
      <w:r>
        <w:t>میں میں وہاں گیا فلسطین اور اسرائیل تو وہاں میں نے دیکھا کہ کہ مرجع اقصیٰ کھڑی ہوئی</w:t>
      </w:r>
    </w:p>
    <w:p>
      <w:r>
        <w:rPr>
          <w:b/>
        </w:rPr>
        <w:t xml:space="preserve">[35:08] </w:t>
      </w:r>
      <w:r>
        <w:t>hai isi isi shaan ke saath.</w:t>
      </w:r>
    </w:p>
    <w:p>
      <w:pPr>
        <w:jc w:val="right"/>
      </w:pPr>
      <w:r>
        <w:t>ہے اسی اسی شان کے ساتھ۔</w:t>
      </w:r>
    </w:p>
    <w:p>
      <w:r>
        <w:rPr>
          <w:b/>
        </w:rPr>
        <w:t xml:space="preserve">[35:16] </w:t>
      </w:r>
      <w:r>
        <w:t>toh mere zehen mein ek sawal aaya ke</w:t>
      </w:r>
    </w:p>
    <w:p>
      <w:pPr>
        <w:jc w:val="right"/>
      </w:pPr>
      <w:r>
        <w:t>تو میرے ذہن میں ایک سوال آیا کہ</w:t>
      </w:r>
    </w:p>
    <w:p>
      <w:r>
        <w:rPr>
          <w:b/>
        </w:rPr>
        <w:t xml:space="preserve">[35:23] </w:t>
      </w:r>
      <w:r>
        <w:t>musalman jo hain sari duniya mein yeh keh rahe hain ke yahud yahudi sazish batate hain ke yahudi</w:t>
      </w:r>
    </w:p>
    <w:p>
      <w:pPr>
        <w:jc w:val="right"/>
      </w:pPr>
      <w:r>
        <w:t>مسلمان جو ہیں ساری دنیا میں یہ کہہ رہے ہیں کہ یہود یہودی سازش بتاتے ہیں کہ یہودی</w:t>
      </w:r>
    </w:p>
    <w:p>
      <w:r>
        <w:rPr>
          <w:b/>
        </w:rPr>
        <w:t xml:space="preserve">[35:33] </w:t>
      </w:r>
      <w:r>
        <w:t>chahta hai ke marja aqsa ko dhaye aur uski jagah woh haikal sulaimani ki taameer kare.</w:t>
      </w:r>
    </w:p>
    <w:p>
      <w:pPr>
        <w:jc w:val="right"/>
      </w:pPr>
      <w:r>
        <w:t>چاہتا ہے کہ مرجع اقصیٰ کو ڈھائے اور اس کی جگہ وہ ہیکل سلیمانی کی تعمیر کرے۔</w:t>
      </w:r>
    </w:p>
    <w:p>
      <w:r>
        <w:rPr>
          <w:b/>
        </w:rPr>
        <w:t xml:space="preserve">[35:43] </w:t>
      </w:r>
      <w:r>
        <w:t>yeh bahut duniya bhar mein kyun musalman aise kehte hain ke israel jo hai, jo yahudiyon ka mul</w:t>
      </w:r>
    </w:p>
    <w:p>
      <w:pPr>
        <w:jc w:val="right"/>
      </w:pPr>
      <w:r>
        <w:t>یہ بہت دنیا بھر میں کیوں مسلمان ایسے کہتے ہیں کہ اسرائیل جو ہے، جو یہودیوں کا مل</w:t>
      </w:r>
    </w:p>
    <w:p>
      <w:r>
        <w:rPr>
          <w:b/>
        </w:rPr>
        <w:t xml:space="preserve">[35:53] </w:t>
      </w:r>
      <w:r>
        <w:t>k hai, woh sazish kar raha hai ke masjid aqsa ko utha kar ke wahan haikal sulaimani banaye?</w:t>
      </w:r>
    </w:p>
    <w:p>
      <w:pPr>
        <w:jc w:val="right"/>
      </w:pPr>
      <w:r>
        <w:t>ک ہے، وہ سازش کر رہا ہے کہ مسجد اقصیٰ کو اٹھا کر کے وہاں ہیکل سلیمانی بنائے؟</w:t>
      </w:r>
    </w:p>
    <w:p>
      <w:r>
        <w:rPr>
          <w:b/>
        </w:rPr>
        <w:t xml:space="preserve">[36:01] </w:t>
      </w:r>
      <w:r>
        <w:t>toh wahan mein idhar udhar ghuma, masjid aqsa mein teen baar gaya, mein mujhe kuch dikhai nahi diya,</w:t>
      </w:r>
    </w:p>
    <w:p>
      <w:pPr>
        <w:jc w:val="right"/>
      </w:pPr>
      <w:r>
        <w:t>تو وہاں میں ادھر ادھر گھوما، مسجد اقصیٰ میں تین بار گیا، میں مجھے کچھ دکھائی نہیں دیا،</w:t>
      </w:r>
    </w:p>
    <w:p>
      <w:r>
        <w:rPr>
          <w:b/>
        </w:rPr>
        <w:t xml:space="preserve">[36:09] </w:t>
      </w:r>
      <w:r>
        <w:t>wahan kuch bhi nahi tha, zara bhi koi uska.</w:t>
      </w:r>
    </w:p>
    <w:p>
      <w:pPr>
        <w:jc w:val="right"/>
      </w:pPr>
      <w:r>
        <w:t>وہاں کچھ بھی نہیں تھا، ذرا بھی کوئی اس کا۔</w:t>
      </w:r>
    </w:p>
    <w:p>
      <w:r>
        <w:rPr>
          <w:b/>
        </w:rPr>
        <w:t xml:space="preserve">[36:17] </w:t>
      </w:r>
      <w:r>
        <w:t>yaani woh aaj bhi in iqtidaar qaim hai wahan par jo israel ka.</w:t>
      </w:r>
    </w:p>
    <w:p>
      <w:pPr>
        <w:jc w:val="right"/>
      </w:pPr>
      <w:r>
        <w:t>یعنی وہ آج بھی ان اقتدار قائم ہے وہاں پر جو اسرائیل کا۔</w:t>
      </w:r>
    </w:p>
    <w:p>
      <w:r>
        <w:rPr>
          <w:b/>
        </w:rPr>
        <w:t xml:space="preserve">[36:24] </w:t>
      </w:r>
      <w:r>
        <w:t>aap jayein masjid aqsa mein jab dakhil honge toh wahan israeli soldier khada hua hoga, woh aap</w:t>
      </w:r>
    </w:p>
    <w:p>
      <w:pPr>
        <w:jc w:val="right"/>
      </w:pPr>
      <w:r>
        <w:t>آپ جائیں مسجد اقصیٰ میں جب داخل ہوں گے تو وہاں اسرائیلی سولجر کھڑا ہوا ہوگا، وہ آپ</w:t>
      </w:r>
    </w:p>
    <w:p>
      <w:r>
        <w:rPr>
          <w:b/>
        </w:rPr>
        <w:t xml:space="preserve">[36:32] </w:t>
      </w:r>
      <w:r>
        <w:t>ko permit karega toh aap jayenge.</w:t>
      </w:r>
    </w:p>
    <w:p>
      <w:pPr>
        <w:jc w:val="right"/>
      </w:pPr>
      <w:r>
        <w:t>کو پرمٹ کرے گا تو آپ جائیں گے۔</w:t>
      </w:r>
    </w:p>
    <w:p>
      <w:r>
        <w:rPr>
          <w:b/>
        </w:rPr>
        <w:t xml:space="preserve">[36:39] </w:t>
      </w:r>
      <w:r>
        <w:t>toh maine socha ke aakhir jab yahudiyon ka koi power mila hua hai toh kyun nahi banate</w:t>
      </w:r>
    </w:p>
    <w:p>
      <w:pPr>
        <w:jc w:val="right"/>
      </w:pPr>
      <w:r>
        <w:t>تو میں نے سوچا کہ آخر جب یہودیوں کا کوئی پاور ملا ہوا ہے تو کیوں نہیں بناتے</w:t>
      </w:r>
    </w:p>
    <w:p>
      <w:r>
        <w:rPr>
          <w:b/>
        </w:rPr>
        <w:t xml:space="preserve">[36:47] </w:t>
      </w:r>
      <w:r>
        <w:t>woh? toh ek yahudi se maine poocha, us yahudi ne kaha hum nahi chahte ke yahan par</w:t>
      </w:r>
    </w:p>
    <w:p>
      <w:pPr>
        <w:jc w:val="right"/>
      </w:pPr>
      <w:r>
        <w:t>وہ؟ تو ایک یہودی سے میں نے پوچھا، اس یہودی نے کہا ہم نہیں چاہتے کہ یہاں پر</w:t>
      </w:r>
    </w:p>
    <w:p>
      <w:r>
        <w:rPr>
          <w:b/>
        </w:rPr>
        <w:t xml:space="preserve">[36:54] </w:t>
      </w:r>
      <w:r>
        <w:t>haikal sulaimani bane, hum bilkul nahi chahte.</w:t>
      </w:r>
    </w:p>
    <w:p>
      <w:pPr>
        <w:jc w:val="right"/>
      </w:pPr>
      <w:r>
        <w:t>ہیکل سلیمانی بنے، ہم بالکل نہیں چاہتے۔</w:t>
      </w:r>
    </w:p>
    <w:p>
      <w:r>
        <w:rPr>
          <w:b/>
        </w:rPr>
        <w:t xml:space="preserve">[37:05] </w:t>
      </w:r>
      <w:r>
        <w:t>toh maine kaha kyun? maine kaha haikal sulaimani agar bana banayein hum toh woh jo riwayati</w:t>
      </w:r>
    </w:p>
    <w:p>
      <w:pPr>
        <w:jc w:val="right"/>
      </w:pPr>
      <w:r>
        <w:t>تو میں نے کہا کیوں؟ میں نے کہا ہیکل سلیمانی اگر بنا بنائیں ہم تو وہ جو روایتی</w:t>
      </w:r>
    </w:p>
    <w:p>
      <w:r>
        <w:rPr>
          <w:b/>
        </w:rPr>
        <w:t xml:space="preserve">[37:15] </w:t>
      </w:r>
      <w:r>
        <w:t>yahudi hai, pehle wala, yaani pre diaspora yahudi, usko boost milega, boost</w:t>
      </w:r>
    </w:p>
    <w:p>
      <w:pPr>
        <w:jc w:val="right"/>
      </w:pPr>
      <w:r>
        <w:t>یہودی ہے، پہلے والا، یعنی پری ڈائسپورا یہودی، اس کو بوسٹ ملے گا، بوسٹ</w:t>
      </w:r>
    </w:p>
    <w:p>
      <w:r>
        <w:rPr>
          <w:b/>
        </w:rPr>
        <w:t xml:space="preserve">[37:25] </w:t>
      </w:r>
      <w:r>
        <w:t>aur hamari sari taraqqiyon ko jeptize kar dega woh, kyunke woh woh jeeta hai isi daur mein</w:t>
      </w:r>
    </w:p>
    <w:p>
      <w:pPr>
        <w:jc w:val="right"/>
      </w:pPr>
      <w:r>
        <w:t>اور ہماری ساری ترقیوں کو جیپٹائز کر دے گا وہ، کیونکہ وہ وہ جیتا ہے اسی دور میں</w:t>
      </w:r>
    </w:p>
    <w:p>
      <w:r>
        <w:rPr>
          <w:b/>
        </w:rPr>
        <w:t xml:space="preserve">[37:32] </w:t>
      </w:r>
      <w:r>
        <w:t>jab haikal sulaimani bana tha.</w:t>
      </w:r>
    </w:p>
    <w:p>
      <w:pPr>
        <w:jc w:val="right"/>
      </w:pPr>
      <w:r>
        <w:t>جب ہیکل سلیمانی بنا تھا۔</w:t>
      </w:r>
    </w:p>
    <w:p>
      <w:r>
        <w:rPr>
          <w:b/>
        </w:rPr>
        <w:t xml:space="preserve">[37:40] </w:t>
      </w:r>
      <w:r>
        <w:t>to hamari history ko peechay le jaye ga, peechay hamari history ko peechay le jaye ga.</w:t>
      </w:r>
    </w:p>
    <w:p>
      <w:pPr>
        <w:jc w:val="right"/>
      </w:pPr>
      <w:r>
        <w:t>تو ہماری ہسٹری کو پیچھے لے جائے گا، پیچھے ہماری ہسٹری کو پیچھے لے جائے گا۔</w:t>
      </w:r>
    </w:p>
    <w:p>
      <w:r>
        <w:rPr>
          <w:b/>
        </w:rPr>
        <w:t xml:space="preserve">[37:48] </w:t>
      </w:r>
      <w:r>
        <w:t>is liye hum chahtay hi nahi ke yahan par haikal sulaimani banay kyunke hamari taraqqiyan ruk jayengi.</w:t>
      </w:r>
    </w:p>
    <w:p>
      <w:pPr>
        <w:jc w:val="right"/>
      </w:pPr>
      <w:r>
        <w:t>اس لیے ہم چاہتے ہی نہیں کہ یہاں پر ہیکل سلیمانی بنے کیونکہ ہماری ترقیاں رک جائیں گی۔</w:t>
      </w:r>
    </w:p>
    <w:p>
      <w:r>
        <w:rPr>
          <w:b/>
        </w:rPr>
        <w:t xml:space="preserve">[37:55] </w:t>
      </w:r>
      <w:r>
        <w:t>Modern age ki taraf hamara safar jo hai woh woh ruk jaye ga. Hum to chahtay hain Israel ko modern zamanay ka aik aik developed country aur yeh log jo hain peechay ki taraf le ja rahay hain. Yeh kitni bari soch hai, yeh musalman jantay hi nahi. Khwamkhwah idhar udhar propaganda kartay hain keh Israel jo hai woh chahta hai keh</w:t>
      </w:r>
    </w:p>
    <w:p>
      <w:pPr>
        <w:jc w:val="right"/>
      </w:pPr>
      <w:r>
        <w:t>ماڈرن ایج کی طرف ہمارا سفر جو ہے وہ وہ رک جائے گا۔ ہم تو چاہتے ہیں اسرائیل کو ماڈرن زمانے کا ایک ایک ڈیولپ کنٹری اور یہ لوگ جو ہیں پیچھے کی طرف لے جا رہے ہیں۔ یہ کتنی بڑی سوچ ہے، یہ مسلمان جانتے ہی نہیں۔ خوامخواہ ادھر ادھر پروپیگنڈا کرتے ہیں کہ اسرائیل جو ہے وہ چاہتا ہے کہ</w:t>
      </w:r>
    </w:p>
    <w:p>
      <w:r>
        <w:rPr>
          <w:b/>
        </w:rPr>
        <w:t xml:space="preserve">[38:25] </w:t>
      </w:r>
      <w:r>
        <w:t>masjid aqsa ko uthaye aur wahan par haikal sulaimani banaye.</w:t>
      </w:r>
    </w:p>
    <w:p>
      <w:pPr>
        <w:jc w:val="right"/>
      </w:pPr>
      <w:r>
        <w:t>مسجد اقصیٰ کو اٹھائے اور وہاں پر ہیکل سلیمانی بنائے۔</w:t>
      </w:r>
    </w:p>
    <w:p>
      <w:r>
        <w:rPr>
          <w:b/>
        </w:rPr>
        <w:t xml:space="preserve">[38:31] </w:t>
      </w:r>
      <w:r>
        <w:t>yeh in ka mind hi nahi, yeh in ki soch nahi hai.</w:t>
      </w:r>
    </w:p>
    <w:p>
      <w:pPr>
        <w:jc w:val="right"/>
      </w:pPr>
      <w:r>
        <w:t>یہ ان کا مائنڈ ہی نہیں، یہ ان کی سوچ نہیں ہے۔</w:t>
      </w:r>
    </w:p>
    <w:p>
      <w:r>
        <w:rPr>
          <w:b/>
        </w:rPr>
        <w:t xml:space="preserve">[38:37] </w:t>
      </w:r>
      <w:r>
        <w:t>woh samajhtay hain ke israel ko modern world ka taraqqi yafta mulk banana hai, woh un ka kisan</w:t>
      </w:r>
    </w:p>
    <w:p>
      <w:pPr>
        <w:jc w:val="right"/>
      </w:pPr>
      <w:r>
        <w:t>وہ سمجھتے ہیں کہ اسرائیل کو ماڈرن ورلڈ کا ترقی یافتہ ملک بنانا ہے، وہ ان کا کسان</w:t>
      </w:r>
    </w:p>
    <w:p>
      <w:r>
        <w:rPr>
          <w:b/>
        </w:rPr>
        <w:t xml:space="preserve">[38:44] </w:t>
      </w:r>
      <w:r>
        <w:t>hi nahi hai.</w:t>
      </w:r>
    </w:p>
    <w:p>
      <w:pPr>
        <w:jc w:val="right"/>
      </w:pPr>
      <w:r>
        <w:t>ہی نہیں ہے۔</w:t>
      </w:r>
    </w:p>
    <w:p>
      <w:r>
        <w:rPr>
          <w:b/>
        </w:rPr>
        <w:t xml:space="preserve">[38:50] </w:t>
      </w:r>
      <w:r>
        <w:t>woh to bohat bara farq hai, yaad rakhiye, pre diaspora yahoodi mein aur post diaspora yahoodi mein bohat</w:t>
      </w:r>
    </w:p>
    <w:p>
      <w:pPr>
        <w:jc w:val="right"/>
      </w:pPr>
      <w:r>
        <w:t>وہ تو بہت بڑا فرق ہے، یاد رکھیے، پری ڈائسپورا یہودی میں اور پوسٹ ڈائسپورا یہودی میں بہت</w:t>
      </w:r>
    </w:p>
    <w:p>
      <w:r>
        <w:rPr>
          <w:b/>
        </w:rPr>
        <w:t xml:space="preserve">[38:56] </w:t>
      </w:r>
      <w:r>
        <w:t>bara farq hai.</w:t>
      </w:r>
    </w:p>
    <w:p>
      <w:pPr>
        <w:jc w:val="right"/>
      </w:pPr>
      <w:r>
        <w:t>بڑا فرق ہے۔</w:t>
      </w:r>
    </w:p>
    <w:p>
      <w:r>
        <w:rPr>
          <w:b/>
        </w:rPr>
        <w:t xml:space="preserve">[39:02] </w:t>
      </w:r>
      <w:r>
        <w:t>to quran mein aap jantay hain ke surah al-baqarah mein bohat ziyada zikr hai yahoodi ka, lekin yeh</w:t>
      </w:r>
    </w:p>
    <w:p>
      <w:pPr>
        <w:jc w:val="right"/>
      </w:pPr>
      <w:r>
        <w:t>تو قرآن میں آپ جانتے ہیں کہ سورہ البقرہ میں بہت زیادہ ذکر ہے یہودی کا، لیکن یہ</w:t>
      </w:r>
    </w:p>
    <w:p>
      <w:r>
        <w:rPr>
          <w:b/>
        </w:rPr>
        <w:t xml:space="preserve">[39:08] </w:t>
      </w:r>
      <w:r>
        <w:t>yahoodi pre diaspora yahoodi tha.</w:t>
      </w:r>
    </w:p>
    <w:p>
      <w:pPr>
        <w:jc w:val="right"/>
      </w:pPr>
      <w:r>
        <w:t>یہودی پری ڈائسپورا یہودی تھا۔</w:t>
      </w:r>
    </w:p>
    <w:p>
      <w:r>
        <w:rPr>
          <w:b/>
        </w:rPr>
        <w:t xml:space="preserve">[39:14] </w:t>
      </w:r>
      <w:r>
        <w:t>post diaspora yahoodi jo hai, us ko janna ho to aap israel jaiye.</w:t>
      </w:r>
    </w:p>
    <w:p>
      <w:pPr>
        <w:jc w:val="right"/>
      </w:pPr>
      <w:r>
        <w:t>پوسٹ ڈائسپورا یہودی جو ہے، اس کو جاننا ہو تو آپ اسرائیل جائیے۔</w:t>
      </w:r>
    </w:p>
    <w:p>
      <w:r>
        <w:rPr>
          <w:b/>
        </w:rPr>
        <w:t xml:space="preserve">[39:20] </w:t>
      </w:r>
      <w:r>
        <w:t>agar aap ko janna ho ke post diaspora yahoodi kya</w:t>
      </w:r>
    </w:p>
    <w:p>
      <w:pPr>
        <w:jc w:val="right"/>
      </w:pPr>
      <w:r>
        <w:t>اگر آپ کو جاننا ہو کہ پوسٹ ڈائسپورا یہودی کیا</w:t>
      </w:r>
    </w:p>
    <w:p>
      <w:r>
        <w:rPr>
          <w:b/>
        </w:rPr>
        <w:t xml:space="preserve">[39:26] </w:t>
      </w:r>
      <w:r>
        <w:t>hai, aaj ka yahoodi kya hai, to us ke liye aap ko jana paray ga israel.</w:t>
      </w:r>
    </w:p>
    <w:p>
      <w:pPr>
        <w:jc w:val="right"/>
      </w:pPr>
      <w:r>
        <w:t>ہے، آج کا یہودی کیا ہے، تو اس کے لیے آپ کو جانا پڑے گا اسرائیل۔</w:t>
      </w:r>
    </w:p>
    <w:p>
      <w:r>
        <w:rPr>
          <w:b/>
        </w:rPr>
        <w:t xml:space="preserve">[39:32] </w:t>
      </w:r>
      <w:r>
        <w:t>lekin musalman jatay nahi.</w:t>
      </w:r>
    </w:p>
    <w:p>
      <w:pPr>
        <w:jc w:val="right"/>
      </w:pPr>
      <w:r>
        <w:t>لیکن مسلمان جاتے نہیں۔</w:t>
      </w:r>
    </w:p>
    <w:p>
      <w:r>
        <w:rPr>
          <w:b/>
        </w:rPr>
        <w:t xml:space="preserve">[39:39] </w:t>
      </w:r>
      <w:r>
        <w:t>mein jab gaya falasteen to wahan par morocco ka aik musalman aya hua tha, morocco ka, to woh</w:t>
      </w:r>
    </w:p>
    <w:p>
      <w:pPr>
        <w:jc w:val="right"/>
      </w:pPr>
      <w:r>
        <w:t>میں جب گیا فلسطین تو وہاں پر مراکش کا ایک مسلمان آیا ہوا تھا، مراکش کا، تو وہ</w:t>
      </w:r>
    </w:p>
    <w:p>
      <w:r>
        <w:rPr>
          <w:b/>
        </w:rPr>
        <w:t xml:space="preserve">[39:45] </w:t>
      </w:r>
      <w:r>
        <w:t>bohat pareshan rehta tha.</w:t>
      </w:r>
    </w:p>
    <w:p>
      <w:pPr>
        <w:jc w:val="right"/>
      </w:pPr>
      <w:r>
        <w:t>بہت پریشان رہتا تھا۔</w:t>
      </w:r>
    </w:p>
    <w:p>
      <w:r>
        <w:rPr>
          <w:b/>
        </w:rPr>
        <w:t xml:space="preserve">[39:51] </w:t>
      </w:r>
      <w:r>
        <w:t>to mein ne poocha ke aap kyun pareshan rehtay hain?</w:t>
      </w:r>
    </w:p>
    <w:p>
      <w:pPr>
        <w:jc w:val="right"/>
      </w:pPr>
      <w:r>
        <w:t>تو میں نے پوچھا کہ آپ کیوں پریشان رہتے ہیں؟</w:t>
      </w:r>
    </w:p>
    <w:p>
      <w:r>
        <w:rPr>
          <w:b/>
        </w:rPr>
        <w:t xml:space="preserve">[39:57] </w:t>
      </w:r>
      <w:r>
        <w:t>to unhon ne kaha ke mein chahta hoon ke mein aqsa mein jaon, wahan namaz parhon.</w:t>
      </w:r>
    </w:p>
    <w:p>
      <w:pPr>
        <w:jc w:val="right"/>
      </w:pPr>
      <w:r>
        <w:t>تو انہوں نے کہا کہ میں چاہتا ہوں کہ میں اقصیٰ میں جاؤں، وہاں نماز پڑھوں۔</w:t>
      </w:r>
    </w:p>
    <w:p>
      <w:r>
        <w:rPr>
          <w:b/>
        </w:rPr>
        <w:t xml:space="preserve">[40:03] </w:t>
      </w:r>
      <w:r>
        <w:t>aik ulama ne fatwa de rakha hai ke wahan par namaz parhna jaiz hi nahi, jab tak ke</w:t>
      </w:r>
    </w:p>
    <w:p>
      <w:pPr>
        <w:jc w:val="right"/>
      </w:pPr>
      <w:r>
        <w:t>ایک علماء نے فتویٰ دے رکھا ہے کہ وہاں پر نماز پڑھنا جائز ہی نہیں، جب تک کہ</w:t>
      </w:r>
    </w:p>
    <w:p>
      <w:r>
        <w:rPr>
          <w:b/>
        </w:rPr>
        <w:t xml:space="preserve">[40:08] </w:t>
      </w:r>
      <w:r>
        <w:t>yahudion ka kufr se khatam na ho, tab tak wahan ja kar namaz parhna jaiz nahi.</w:t>
      </w:r>
    </w:p>
    <w:p>
      <w:pPr>
        <w:jc w:val="right"/>
      </w:pPr>
      <w:r>
        <w:t>یہودیوں کا کفر سے ختم نہ ہو، تب تک وہاں جا کر نماز پڑھنا جائز نہیں۔</w:t>
      </w:r>
    </w:p>
    <w:p>
      <w:r>
        <w:rPr>
          <w:b/>
        </w:rPr>
        <w:t xml:space="preserve">[40:13] </w:t>
      </w:r>
      <w:r>
        <w:t>is liye mein bohat pareshan hoon.</w:t>
      </w:r>
    </w:p>
    <w:p>
      <w:pPr>
        <w:jc w:val="right"/>
      </w:pPr>
      <w:r>
        <w:t>اس لیے میں بہت پریشان ہوں۔</w:t>
      </w:r>
    </w:p>
    <w:p>
      <w:r>
        <w:rPr>
          <w:b/>
        </w:rPr>
        <w:t xml:space="preserve">[40:18] </w:t>
      </w:r>
      <w:r>
        <w:t>to mein ne un se poocha aik sawal, rasool Allah salallahu alaihi wasallam jab aaye thay hamaray</w:t>
      </w:r>
    </w:p>
    <w:p>
      <w:pPr>
        <w:jc w:val="right"/>
      </w:pPr>
      <w:r>
        <w:t>تو میں نے ان سے پوچھا ایک سوال، رسول اللہ صلی اللہ علیہ وسلم جب آئے تھے ہمارے</w:t>
      </w:r>
    </w:p>
    <w:p>
      <w:r>
        <w:rPr>
          <w:b/>
        </w:rPr>
        <w:t xml:space="preserve">[40:24] </w:t>
      </w:r>
      <w:r>
        <w:t>aqeeday ke mutabiq</w:t>
      </w:r>
    </w:p>
    <w:p>
      <w:pPr>
        <w:jc w:val="right"/>
      </w:pPr>
      <w:r>
        <w:t>عقیدے کے مطابق</w:t>
      </w:r>
    </w:p>
    <w:p>
      <w:r>
        <w:rPr>
          <w:b/>
        </w:rPr>
        <w:t xml:space="preserve">[40:29] </w:t>
      </w:r>
      <w:r>
        <w:t>falasteen aur yahan unhon ne namaz padhi thi jahan masjid aqsa hai, to us waqt yahan kis ka</w:t>
      </w:r>
    </w:p>
    <w:p>
      <w:pPr>
        <w:jc w:val="right"/>
      </w:pPr>
      <w:r>
        <w:t>فلسطین اور یہاں انہوں نے نماز پڑھی تھی جہاں مسجد اقصیٰ ہے، تو اس وقت یہاں کس کا</w:t>
      </w:r>
    </w:p>
    <w:p>
      <w:r>
        <w:rPr>
          <w:b/>
        </w:rPr>
        <w:t xml:space="preserve">[40:39] </w:t>
      </w:r>
      <w:r>
        <w:t>occupation tha? musalmanon ka tha? romiyon ka tha? rasool Allah jab aaye hamare aqeeday ke mutabiq masjid aqsa</w:t>
      </w:r>
    </w:p>
    <w:p>
      <w:pPr>
        <w:jc w:val="right"/>
      </w:pPr>
      <w:r>
        <w:t>اکوپیشن تھا؟ مسلمانوں کا تھا؟ رومیوں کا تھا؟ رسول اللہ جب آئے ہمارے عقیدے کے مطابق مسجد اقصیٰ</w:t>
      </w:r>
    </w:p>
    <w:p>
      <w:r>
        <w:rPr>
          <w:b/>
        </w:rPr>
        <w:t xml:space="preserve">[40:49] </w:t>
      </w:r>
      <w:r>
        <w:t>ke ilaqay mein quds mein aur wahan aap ne masjid</w:t>
      </w:r>
    </w:p>
    <w:p>
      <w:pPr>
        <w:jc w:val="right"/>
      </w:pPr>
      <w:r>
        <w:t>کے علاقے میں قدس میں اور وہاں آپ نے مسجد</w:t>
      </w:r>
    </w:p>
    <w:p>
      <w:r>
        <w:rPr>
          <w:b/>
        </w:rPr>
        <w:t xml:space="preserve">[40:59] </w:t>
      </w:r>
      <w:r>
        <w:t>al-aqsa mein nabiyon ke saath namaz parhi to mein ne poocha keh us waqt wahan kis ka power tha? Kis ka kis ka ikhtiyar tha? To mein ne kaha keh dekhen, us waqt romiyon ka tha, yahan romiyon, romi yahan hukoomat kartay thay. To romiyon ke ikhtiyar ke tehat unhon ne namaz parhi. Romiyon ke ikhtiyar ke tehat unhon</w:t>
      </w:r>
    </w:p>
    <w:p>
      <w:pPr>
        <w:jc w:val="right"/>
      </w:pPr>
      <w:r>
        <w:t>اقصیٰ میں نبیوں کے ساتھ نماز پڑھی تو میں نے پوچھا کہ اس وقت وہاں کس کا پاور تھا؟ کس کا کس کا اقتدار تھا؟ تو میں نے کہا کہ دیکھیں، اس وقت رومیوں کا تھا، یہاں رومیوں، رومی یہاں حکومت کرتے تھے۔ تو رومیوں کے اقتدار کے تحت انہوں نے نماز پڑھی۔ رومیوں کے اقتدار کے تحت انہوں</w:t>
      </w:r>
    </w:p>
    <w:p>
      <w:r>
        <w:rPr>
          <w:b/>
        </w:rPr>
        <w:t xml:space="preserve">[41:29] </w:t>
      </w:r>
      <w:r>
        <w:t>ne namaz padhi masjid aqsa mein.</w:t>
      </w:r>
    </w:p>
    <w:p>
      <w:pPr>
        <w:jc w:val="right"/>
      </w:pPr>
      <w:r>
        <w:t>نے نماز پڑھی مسجد اقصیٰ میں۔</w:t>
      </w:r>
    </w:p>
    <w:p>
      <w:r>
        <w:rPr>
          <w:b/>
        </w:rPr>
        <w:t xml:space="preserve">[41:34] </w:t>
      </w:r>
      <w:r>
        <w:t>to aaj agar farz ki jiye keイスラエル ka ikhtedar hai to aap ko koi kya rukawat hai? aap</w:t>
      </w:r>
    </w:p>
    <w:p>
      <w:pPr>
        <w:jc w:val="right"/>
      </w:pPr>
      <w:r>
        <w:t>تو آج اگر فرض کیجئے کہ اسرائیل کا اقتدار ہے تو آپ کو کوئی کیا رکاوٹ ہے؟ آپ</w:t>
      </w:r>
    </w:p>
    <w:p>
      <w:r>
        <w:rPr>
          <w:b/>
        </w:rPr>
        <w:t xml:space="preserve">[41:39] </w:t>
      </w:r>
      <w:r>
        <w:t>ko aap jaiye, namaz padhiye.</w:t>
      </w:r>
    </w:p>
    <w:p>
      <w:pPr>
        <w:jc w:val="right"/>
      </w:pPr>
      <w:r>
        <w:t>کو آپ جائیے، نماز پڑھیے۔</w:t>
      </w:r>
    </w:p>
    <w:p>
      <w:r>
        <w:rPr>
          <w:b/>
        </w:rPr>
        <w:t xml:space="preserve">[41:45] </w:t>
      </w:r>
      <w:r>
        <w:t>jab rasool Allah padhte the namaz romiyon ke ikhtedar mein to aap israiliyon ke ikhtedar mein namaz padh sakte hain.</w:t>
      </w:r>
    </w:p>
    <w:p>
      <w:pPr>
        <w:jc w:val="right"/>
      </w:pPr>
      <w:r>
        <w:t>جب رسول اللہ پڑھتے تھے نماز رومیوں کے اقتدار میں تو آپ اسرائیلیوں کے اقتدار میں نماز پڑھ سکتے ہیں۔</w:t>
      </w:r>
    </w:p>
    <w:p>
      <w:r>
        <w:rPr>
          <w:b/>
        </w:rPr>
        <w:t xml:space="preserve">[41:50] </w:t>
      </w:r>
      <w:r>
        <w:t>to ek dam woh hansne hansne lage ke aaj to mere dimagh ki girah khul gayi.</w:t>
      </w:r>
    </w:p>
    <w:p>
      <w:pPr>
        <w:jc w:val="right"/>
      </w:pPr>
      <w:r>
        <w:t>تو ایک دم وہ ہنسنے ہنسنے لگے کہ آج تو میرے دماغ کی گرہ کھل گئی۔</w:t>
      </w:r>
    </w:p>
    <w:p>
      <w:r>
        <w:rPr>
          <w:b/>
        </w:rPr>
        <w:t xml:space="preserve">[41:55] </w:t>
      </w:r>
      <w:r>
        <w:t>aur isi waqt ja kar phir unhon ne namaz padhi masjid aqsa mein.</w:t>
      </w:r>
    </w:p>
    <w:p>
      <w:pPr>
        <w:jc w:val="right"/>
      </w:pPr>
      <w:r>
        <w:t>اور اسی وقت جا کر پھر انہوں نے نماز پڑھی مسجد اقصیٰ میں۔</w:t>
      </w:r>
    </w:p>
    <w:p>
      <w:r>
        <w:rPr>
          <w:b/>
        </w:rPr>
        <w:t xml:space="preserve">[42:00] </w:t>
      </w:r>
      <w:r>
        <w:t>to musalmanon ki jo soch hai woh Quran par base nahi karti, khud hi khud bana bana rakha</w:t>
      </w:r>
    </w:p>
    <w:p>
      <w:pPr>
        <w:jc w:val="right"/>
      </w:pPr>
      <w:r>
        <w:t>تو مسلمانوں کی جو سوچ ہے وہ قرآن پر بیس نہیں کرتی، خود ہی خود بنا بنا رکھا</w:t>
      </w:r>
    </w:p>
    <w:p>
      <w:r>
        <w:rPr>
          <w:b/>
        </w:rPr>
        <w:t xml:space="preserve">[42:08] </w:t>
      </w:r>
      <w:r>
        <w:t>hai ek soch aur kehte hain ke yeh Qurani soch hai.</w:t>
      </w:r>
    </w:p>
    <w:p>
      <w:pPr>
        <w:jc w:val="right"/>
      </w:pPr>
      <w:r>
        <w:t>ہے ایک سوچ اور کہتے ہیں کہ یہ قرآنی سوچ ہے۔</w:t>
      </w:r>
    </w:p>
    <w:p>
      <w:r>
        <w:rPr>
          <w:b/>
        </w:rPr>
        <w:t xml:space="preserve">[42:16] </w:t>
      </w:r>
      <w:r>
        <w:t>yeh bohat bara masla hai ke musalmanon ne khud hi khud ek soch banayi hai, ek soch banayi</w:t>
      </w:r>
    </w:p>
    <w:p>
      <w:pPr>
        <w:jc w:val="right"/>
      </w:pPr>
      <w:r>
        <w:t>یہ بہت بڑا مسئلہ ہے کہ مسلمانوں نے خود ہی خود ایک سوچ بنائی ہے، ایک سوچ بنائی</w:t>
      </w:r>
    </w:p>
    <w:p>
      <w:r>
        <w:rPr>
          <w:b/>
        </w:rPr>
        <w:t xml:space="preserve">[42:23] </w:t>
      </w:r>
      <w:r>
        <w:t>hai aur is ko kehte hain ke yeh Quran ki soch hai.</w:t>
      </w:r>
    </w:p>
    <w:p>
      <w:pPr>
        <w:jc w:val="right"/>
      </w:pPr>
      <w:r>
        <w:t>ہے اور اس کو کہتے ہیں کہ یہ قرآن کی سوچ ہے۔</w:t>
      </w:r>
    </w:p>
    <w:p>
      <w:r>
        <w:rPr>
          <w:b/>
        </w:rPr>
        <w:t xml:space="preserve">[42:31] </w:t>
      </w:r>
      <w:r>
        <w:t>to yahan jo aayaten hain Surah Baqarah mein, un aayaton mein jin jin cheezon ka zikr hai, un</w:t>
      </w:r>
    </w:p>
    <w:p>
      <w:pPr>
        <w:jc w:val="right"/>
      </w:pPr>
      <w:r>
        <w:t>تو یہاں جو آیتیں ہیں سورہ بقرہ میں، ان آیتوں میں جن جن چیزوں کا ذکر ہے، ان</w:t>
      </w:r>
    </w:p>
    <w:p>
      <w:r>
        <w:rPr>
          <w:b/>
        </w:rPr>
        <w:t xml:space="preserve">[42:37] </w:t>
      </w:r>
      <w:r>
        <w:t>ka taluq hai dawat Allah ke rastay mein jo mushkilें pesh aati hain aur kuch nahi.</w:t>
      </w:r>
    </w:p>
    <w:p>
      <w:pPr>
        <w:jc w:val="right"/>
      </w:pPr>
      <w:r>
        <w:t>کا تعلق ہے دعوت اللہ کے راستے میں جو مشکلیں پیش آتی ہیں اور کچھ نہیں۔</w:t>
      </w:r>
    </w:p>
    <w:p>
      <w:r>
        <w:rPr>
          <w:b/>
        </w:rPr>
        <w:t xml:space="preserve">[42:43] </w:t>
      </w:r>
      <w:r>
        <w:t>yeh nahi ke aap bimar ho to kya karein? bimar hone ki mushkilat ka yahan zikr nahi hai.</w:t>
      </w:r>
    </w:p>
    <w:p>
      <w:pPr>
        <w:jc w:val="right"/>
      </w:pPr>
      <w:r>
        <w:t>یہ نہیں کہ آپ بیمار ہو تو کیا کریں؟ بیمار ہونے کی مشکلات کا یہاں ذکر نہیں ہے۔</w:t>
      </w:r>
    </w:p>
    <w:p>
      <w:r>
        <w:rPr>
          <w:b/>
        </w:rPr>
        <w:t xml:space="preserve">[42:49] </w:t>
      </w:r>
      <w:r>
        <w:t>yani yahan jo kaha gaya ke mushkilat ko mein sabr karo, is ka matlab nahi ke jab bimar</w:t>
      </w:r>
    </w:p>
    <w:p>
      <w:pPr>
        <w:jc w:val="right"/>
      </w:pPr>
      <w:r>
        <w:t>یعنی یہاں جو کہا گیا کہ مشکلات کو میں صبر کرو، اس کا مطلب نہیں کہ جب بیمار</w:t>
      </w:r>
    </w:p>
    <w:p>
      <w:r>
        <w:rPr>
          <w:b/>
        </w:rPr>
        <w:t xml:space="preserve">[42:55] </w:t>
      </w:r>
      <w:r>
        <w:t>ho to bimari ki museebat ko sabr ke sath saho</w:t>
      </w:r>
    </w:p>
    <w:p>
      <w:pPr>
        <w:jc w:val="right"/>
      </w:pPr>
      <w:r>
        <w:t>ہو تو بیماری کی مصیبت کو صبر کے ساتھ سہو</w:t>
      </w:r>
    </w:p>
    <w:p>
      <w:r>
        <w:rPr>
          <w:b/>
        </w:rPr>
        <w:t xml:space="preserve">[43:01] </w:t>
      </w:r>
      <w:r>
        <w:t>ya phir woh boorhay ho jao to barhapay ki museebat ko sabr ke sath saho.</w:t>
      </w:r>
    </w:p>
    <w:p>
      <w:pPr>
        <w:jc w:val="right"/>
      </w:pPr>
      <w:r>
        <w:t>یا پھر وہ بوڑھے ہو جاؤ تو بڑھاپے کی مصیبت کو صبر کے ساتھ سہو۔</w:t>
      </w:r>
    </w:p>
    <w:p>
      <w:r>
        <w:rPr>
          <w:b/>
        </w:rPr>
        <w:t xml:space="preserve">[43:09] </w:t>
      </w:r>
      <w:r>
        <w:t>yeh matlab nahi hai is ka.</w:t>
      </w:r>
    </w:p>
    <w:p>
      <w:pPr>
        <w:jc w:val="right"/>
      </w:pPr>
      <w:r>
        <w:t>یہ مطلب نہیں ہے اس کا۔</w:t>
      </w:r>
    </w:p>
    <w:p>
      <w:r>
        <w:rPr>
          <w:b/>
        </w:rPr>
        <w:t xml:space="preserve">[43:16] </w:t>
      </w:r>
      <w:r>
        <w:t>wa't'aeenu bis sabri was salati mein jis cheez par sabr karna hai, woh dawat ke museebat par, dawat ke masail</w:t>
      </w:r>
    </w:p>
    <w:p>
      <w:pPr>
        <w:jc w:val="right"/>
      </w:pPr>
      <w:r>
        <w:t>وَاسْتَعِينُوا بِالصَّبْرِ وَالصَّلَاةِ میں جس چیز پر صبر کرنا ہے، وہ دعوت کے مصیبت پر، دعوت کے مسائل</w:t>
      </w:r>
    </w:p>
    <w:p>
      <w:r>
        <w:rPr>
          <w:b/>
        </w:rPr>
        <w:t xml:space="preserve">[43:24] </w:t>
      </w:r>
      <w:r>
        <w:t>par, dawat Allah ke mamlaat par.</w:t>
      </w:r>
    </w:p>
    <w:p>
      <w:pPr>
        <w:jc w:val="right"/>
      </w:pPr>
      <w:r>
        <w:t>پر، دعوت اللہ کے معاملات پر۔</w:t>
      </w:r>
    </w:p>
    <w:p>
      <w:r>
        <w:rPr>
          <w:b/>
        </w:rPr>
        <w:t xml:space="preserve">[43:32] </w:t>
      </w:r>
      <w:r>
        <w:t>yaani sabr karna hai aap ko jab aap daai ban kar kharay hoon, dawat ko mission le kar kharay hoon, dawat ka paigham le kar kharay hoon to aap usay jor dein ke woh barhapay mein jo museebat paish aati hai, us ke muqablay mein sabr karna, bimari mein aaye to us ke muqablay mein sabr karna. to aap ne quran mein gustakhana tor par aik naya nazariya dakhil kiya.</w:t>
      </w:r>
    </w:p>
    <w:p>
      <w:pPr>
        <w:jc w:val="right"/>
      </w:pPr>
      <w:r>
        <w:t>یعنی صبر کرنا ہے آپ کو جب آپ داعی بن کر کھڑے ہوں، دعوت کو مشن لے کر کھڑے ہوں، دعوت کا پیغام لے کر کھڑے ہوں تو آپ اسے جوڑ دیں کہ وہ بڑھاپے میں جو مصیبت پیش آتی ہے، اس کے مقابلے میں صبر کرنا، بیماری میں آئے تو اس کے مقابلے میں صبر کرنا۔ تو آپ نے قرآن میں گستاخانہ طور پر ایک نیا نظریہ داخل کیا۔</w:t>
      </w:r>
    </w:p>
    <w:p>
      <w:r>
        <w:rPr>
          <w:b/>
        </w:rPr>
        <w:t xml:space="preserve">[44:02] </w:t>
      </w:r>
      <w:r>
        <w:t>to jahan tak mein samajhta hoon ke musalmanon ko jo masail paish aa rahay hain, is ke liye zaroorat hai ke woh quran ko re discover karein. yaani quran ko parhnay ka masla nahi hai, aaj quran ko re discover karnay ka masla hai. aaj jo musalmanon ko masail paish aa rahay</w:t>
      </w:r>
    </w:p>
    <w:p>
      <w:pPr>
        <w:jc w:val="right"/>
      </w:pPr>
      <w:r>
        <w:t>تو جہاں تک میں سمجھتا ہوں کہ مسلمانوں کو جو مسائل پیش آ رہے ہیں، اس کے لیے ضرورت ہے کہ وہ قرآن کو ری ڈسکور کریں۔ یعنی قرآن کو پڑھنے کا مسئلہ نہیں ہے، آج قرآن کو ری ڈسکور کرنے کا مسئلہ ہے۔ آج جو مسلمانوں کو مسائل پیش آ رہے</w:t>
      </w:r>
    </w:p>
    <w:p>
      <w:r>
        <w:rPr>
          <w:b/>
        </w:rPr>
        <w:t xml:space="preserve">[44:32] </w:t>
      </w:r>
      <w:r>
        <w:t>hain, woh quran se bekhabri ke barabar nahi hai. aaj zaroorat hai ke musalman quran ko re discover karein, phir se us ko janiye, tab un ke masail khatam hon gay. to mein dua karta hoon ke Allah taala hum ko aur aap ko tofeeq de ke hum sachai ko janiye</w:t>
      </w:r>
    </w:p>
    <w:p>
      <w:pPr>
        <w:jc w:val="right"/>
      </w:pPr>
      <w:r>
        <w:t>ہیں، وہ قرآن سے بے خبری کے برابر نہیں ہے۔ آج ضرورت ہے کہ مسلمان قرآن کو ری ڈسکور کریں، پھر سے اس کو جانیں، تب ان کے مسائل ختم ہوں گے۔ تو میں دعا کرتا ہوں کہ اللہ تعالیٰ ہم کو اور آپ کو توفیق دے کہ ہم سچائی کو جانیں</w:t>
      </w:r>
    </w:p>
    <w:p>
      <w:r>
        <w:rPr>
          <w:b/>
        </w:rPr>
        <w:t xml:space="preserve">[45:02] </w:t>
      </w:r>
      <w:r>
        <w:t>, sirat e mustaqeem ko janiye, Quran ko rediscover karein.</w:t>
      </w:r>
    </w:p>
    <w:p>
      <w:pPr>
        <w:jc w:val="right"/>
      </w:pPr>
      <w:r>
        <w:t>، صراط مستقیم کو جانیں، قرآن کو ری ڈسکور کریں۔</w:t>
      </w:r>
    </w:p>
    <w:p>
      <w:r>
        <w:rPr>
          <w:b/>
        </w:rPr>
        <w:t xml:space="preserve">[45:09] </w:t>
      </w:r>
      <w:r>
        <w:t>khulasa yeh hai ke Allah taala hamein tofeeq de ke hum Quran ko rediscover karein, tab ja</w:t>
      </w:r>
    </w:p>
    <w:p>
      <w:pPr>
        <w:jc w:val="right"/>
      </w:pPr>
      <w:r>
        <w:t>خلاصہ یہ ہے کہ اللہ تعالیٰ ہمیں توفیق دے کہ ہم قرآن کو ری ڈسکور کریں، تب جا</w:t>
      </w:r>
    </w:p>
    <w:p>
      <w:r>
        <w:rPr>
          <w:b/>
        </w:rPr>
        <w:t xml:space="preserve">[45:17] </w:t>
      </w:r>
      <w:r>
        <w:t>kar Quran hamari rehnuma banay ga aur Quran hamare sirat e mustaqeem dikhayega.</w:t>
      </w:r>
    </w:p>
    <w:p>
      <w:pPr>
        <w:jc w:val="right"/>
      </w:pPr>
      <w:r>
        <w:t>کر قرآن ہماری رہنما بنے گا اور قرآن ہمارے صراط مستقیم دکھائے گا۔</w:t>
      </w:r>
    </w:p>
    <w:p>
      <w:r>
        <w:rPr>
          <w:b/>
        </w:rPr>
        <w:t xml:space="preserve">[45:24] </w:t>
      </w:r>
      <w:r>
        <w:t>misal ke taur par yeh jo misal di maine aap ko ke israel ka jo parha likha aadmi hai, jo</w:t>
      </w:r>
    </w:p>
    <w:p>
      <w:pPr>
        <w:jc w:val="right"/>
      </w:pPr>
      <w:r>
        <w:t>مثلاً یہ جو مثال دی میں نے آپ کو کہ اسرائیل کا جو پڑھا لکھا آدمی ہے، جو</w:t>
      </w:r>
    </w:p>
    <w:p>
      <w:r>
        <w:rPr>
          <w:b/>
        </w:rPr>
        <w:t xml:space="preserve">[45:32] </w:t>
      </w:r>
      <w:r>
        <w:t>wahan rule kar raha hai, wahan jo leader committee hai, woh chahta hi nahin ke wahan par haikal</w:t>
      </w:r>
    </w:p>
    <w:p>
      <w:pPr>
        <w:jc w:val="right"/>
      </w:pPr>
      <w:r>
        <w:t>وہاں رول کر رہا ہے، وہاں جو لیڈر کمیٹی ہے، وہ چاہتا ہی نہیں کہ وہاں پر ہیکل</w:t>
      </w:r>
    </w:p>
    <w:p>
      <w:r>
        <w:rPr>
          <w:b/>
        </w:rPr>
        <w:t xml:space="preserve">[45:42] </w:t>
      </w:r>
      <w:r>
        <w:t>sulemani bane kyunke is ko falasteen ko aage le jaana hai, modern age mein dakhil karna hai.</w:t>
      </w:r>
    </w:p>
    <w:p>
      <w:pPr>
        <w:jc w:val="right"/>
      </w:pPr>
      <w:r>
        <w:t>سلیمانی بنے کیونکہ اس کو فلسطین کو آگے لے جانا ہے، ماڈرن ایج میں داخل کرنا ہے۔</w:t>
      </w:r>
    </w:p>
    <w:p>
      <w:r>
        <w:rPr>
          <w:b/>
        </w:rPr>
        <w:t xml:space="preserve">[45:53] </w:t>
      </w:r>
      <w:r>
        <w:t>aur agar aisa woh kare to kufar aayenge woh log, yaani qadamat parast israeli, qadamat parast israeli,</w:t>
      </w:r>
    </w:p>
    <w:p>
      <w:pPr>
        <w:jc w:val="right"/>
      </w:pPr>
      <w:r>
        <w:t>اور اگر ایسا وہ کرے تو کفر آئیں گے وہ لوگ، یعنی قدامت پرست اسرائیلی، قدامت پرست اسرائیلی،</w:t>
      </w:r>
    </w:p>
    <w:p>
      <w:r>
        <w:rPr>
          <w:b/>
        </w:rPr>
        <w:t xml:space="preserve">[46:04] </w:t>
      </w:r>
      <w:r>
        <w:t>fanatic israeli, wahan bhi aisay log hain, kuch hain. to un ko agar ubharein gay woh to modern age ki taraf un ka safar ruk jaye ga. isi liye rasool Allah ne yeh sunnat qaim ki ke roos, room, yeh bhi rasool Allah ki sunnat hai, yeh bhi rasool Allah ki sunnat hai ke roomiyon ke iqt</w:t>
      </w:r>
    </w:p>
    <w:p>
      <w:pPr>
        <w:jc w:val="right"/>
      </w:pPr>
      <w:r>
        <w:t>فینٹک اسرائیلی، وہاں بھی ایسے لوگ ہیں، کچھ ہیں۔ تو ان کو اگر ابھار دیں گے وہ تو ماڈرن ایج کی طرف ان کا سفر رک جائے گا۔ اسی لیے رسول اللہ نے یہ سنت قائم کی کہ روس، روم، یہ بھی رسول اللہ کی سنت ہے، یہ بھی رسول اللہ کی سنت ہے کہ رومیوں کے اقت</w:t>
      </w:r>
    </w:p>
    <w:p>
      <w:r>
        <w:rPr>
          <w:b/>
        </w:rPr>
        <w:t xml:space="preserve">[46:34] </w:t>
      </w:r>
      <w:r>
        <w:t>daar ke bawajood aap gaye masjid e aqsa mein aur namaz parhi. aaj bhi aap ko israiliyon, israel ke iqtdaar ke bawajood masjid e aqsa mein jana hai aur peaceful tareeqay se namaz parhein. yeh nahi karna wahan ke aap israiliyon bhago yahan se. yeh sunnat e rasool hai. to Allah taala hum ko, aap ko tofeeq de ke hum siraat e mustaqeem ko janiye</w:t>
      </w:r>
    </w:p>
    <w:p>
      <w:pPr>
        <w:jc w:val="right"/>
      </w:pPr>
      <w:r>
        <w:t>دار کے باوجود آپ گئے مسجد اقصیٰ میں اور نماز پڑھی۔ آج بھی آپ کو اسرائیلیوں، اسرائیل کے اقتدار کے باوجود مسجد اقصیٰ میں جانا ہے اور پیس فل طریقے سے نماز پڑھیں۔ یہ نہیں کرنا وہاں کہ آپ اسرائیلیوں بھاگو یہاں سے۔ یہ سنت رسول ہے۔ تو اللہ تعالیٰ ہم کو، آپ کو توفیق دے کہ ہم صراط مستقیم کو جانیں</w:t>
      </w:r>
    </w:p>
    <w:p>
      <w:r>
        <w:rPr>
          <w:b/>
        </w:rPr>
        <w:t xml:space="preserve">[47:04] </w:t>
      </w:r>
      <w:r>
        <w:t>aur hamein Allah ki badal mile, Allah ki tofeeq mile, hamein dunya mein kamyabi hasil ho aur jannat</w:t>
      </w:r>
    </w:p>
    <w:p>
      <w:pPr>
        <w:jc w:val="right"/>
      </w:pPr>
      <w:r>
        <w:t>اور ہمیں اللہ کی بدل ملے، اللہ کی توفیق ملے، ہمیں دنیا میں کامیابی حاصل ہو اور جنت</w:t>
      </w:r>
    </w:p>
    <w:p>
      <w:r>
        <w:rPr>
          <w:b/>
        </w:rPr>
        <w:t xml:space="preserve">[47:11] </w:t>
      </w:r>
      <w:r>
        <w:t>mein hamein Allah taala dakhil farmaye.</w:t>
      </w:r>
    </w:p>
    <w:p>
      <w:pPr>
        <w:jc w:val="right"/>
      </w:pPr>
      <w:r>
        <w:t>میں ہمیں اللہ تعالیٰ داخل فرمائے۔</w:t>
      </w:r>
    </w:p>
    <w:p>
      <w:r>
        <w:rPr>
          <w:b/>
        </w:rPr>
        <w:t xml:space="preserve">[47:19] </w:t>
      </w:r>
      <w:r>
        <w:t>assalam o alaikum wa rehmatullah.</w:t>
      </w:r>
    </w:p>
    <w:p>
      <w:pPr>
        <w:jc w:val="right"/>
      </w:pPr>
      <w:r>
        <w:t>السلام علیکم ورحمۃ اللہ۔</w:t>
      </w:r>
    </w:p>
    <w:p>
      <w:r>
        <w:rPr>
          <w:b/>
        </w:rPr>
        <w:t xml:space="preserve">[47:26] </w:t>
      </w:r>
      <w:r>
        <w:t>okay, before we get into the question answer session, there is an announcement</w:t>
      </w:r>
    </w:p>
    <w:p>
      <w:pPr>
        <w:jc w:val="right"/>
      </w:pPr>
      <w:r>
        <w:t>اوکے، بیفور وی گیٹ انٹو دا کوئسچن انسر سیشن، دیر از این اناؤنسمنٹ</w:t>
      </w:r>
    </w:p>
    <w:p>
      <w:r>
        <w:rPr>
          <w:b/>
        </w:rPr>
        <w:t xml:space="preserve">[47:34] </w:t>
      </w:r>
      <w:r>
        <w:t>to make.</w:t>
      </w:r>
    </w:p>
    <w:p>
      <w:pPr>
        <w:jc w:val="right"/>
      </w:pPr>
      <w:r>
        <w:t>ٹو میک۔</w:t>
      </w:r>
    </w:p>
    <w:p>
      <w:r>
        <w:rPr>
          <w:b/>
        </w:rPr>
        <w:t xml:space="preserve">[47:40] </w:t>
      </w:r>
      <w:r>
        <w:t>as you all are aware, that about two years ago, Maulana Wahiduddin Khan Peace Foundation was launched.</w:t>
      </w:r>
    </w:p>
    <w:p>
      <w:pPr>
        <w:jc w:val="right"/>
      </w:pPr>
      <w:r>
        <w:t>ایز یو ال ار اویئر، دیٹ اباؤٹ ٹو ایئرز ایگو، مولانا وحید الدین خان پیس فاؤنڈیشن واز لانچڈ۔</w:t>
      </w:r>
    </w:p>
    <w:p>
      <w:r>
        <w:rPr>
          <w:b/>
        </w:rPr>
        <w:t xml:space="preserve">[47:46] </w:t>
      </w:r>
      <w:r>
        <w:t>among other peace initiatives, one of the main target of Maulana Wahiduddin Khan Peace Foundation was to</w:t>
      </w:r>
    </w:p>
    <w:p>
      <w:pPr>
        <w:jc w:val="right"/>
      </w:pPr>
      <w:r>
        <w:t>امنگ ادر پیس انیشیٹیوز، ون اف دا مین ٹارگٹ اف مولانا وحید الدین خان پیس فاؤنڈیشن واز ٹو</w:t>
      </w:r>
    </w:p>
    <w:p>
      <w:r>
        <w:rPr>
          <w:b/>
        </w:rPr>
        <w:t xml:space="preserve">[47:52] </w:t>
      </w:r>
      <w:r>
        <w:t>develop educational courses.</w:t>
      </w:r>
    </w:p>
    <w:p>
      <w:pPr>
        <w:jc w:val="right"/>
      </w:pPr>
      <w:r>
        <w:t>ڈیویلپ ایجوکیشنل کورسز۔</w:t>
      </w:r>
    </w:p>
    <w:p>
      <w:r>
        <w:rPr>
          <w:b/>
        </w:rPr>
        <w:t xml:space="preserve">[47:58] </w:t>
      </w:r>
      <w:r>
        <w:t>there were primarily four courses to be developed, namely countering extremism, culture of peace, Islam and peace, and conflict resolution</w:t>
      </w:r>
    </w:p>
    <w:p>
      <w:pPr>
        <w:jc w:val="right"/>
      </w:pPr>
      <w:r>
        <w:t>دیر وار پرائمریلی فور کورسز ٹو بی ڈیویلپڈ، نیملی کاؤنٹرنگ ایکسٹریمزم، کلچر اف پیس، اسلام اینڈ پیس، اینڈ کانفلکٹ ریزولیوشن</w:t>
      </w:r>
    </w:p>
    <w:p>
      <w:r>
        <w:rPr>
          <w:b/>
        </w:rPr>
        <w:t xml:space="preserve">[48:04] </w:t>
      </w:r>
      <w:r>
        <w:t>peace building. we are pleased to share with all of you that the first course, which is the culture of peace, is ready and will be launched in February first 2018 in Delhi University. the target of culture of peace is to re engineer the minds of people. the course will enable an individual to become, to form positive relationships at work,</w:t>
      </w:r>
    </w:p>
    <w:p>
      <w:pPr>
        <w:jc w:val="right"/>
      </w:pPr>
      <w:r>
        <w:t>، اینڈ پیس بلڈنگ۔ وی ار پلیز ٹو شیئر ود ال اف یو دیٹ دا فرسٹ کورس، وچ از دی کلچر اف پیس، از ریڈی اینڈ ول بی لانچڈ ان فروری فرسٹ 2018 ان دہلی یونیورسٹی۔ دی ٹارگٹ اف کلچر اف پیس از ٹو ری انجینئر دی مائنڈز اف پیپل۔ دا کورس ول انیبل اینڈ انڈیویجول ٹو بیکم، ٹو فارم پوزیٹیو ریلیشن شپس ایٹ ورک،</w:t>
      </w:r>
    </w:p>
    <w:p>
      <w:r>
        <w:rPr>
          <w:b/>
        </w:rPr>
        <w:t xml:space="preserve">[48:34] </w:t>
      </w:r>
      <w:r>
        <w:t>home, and society at large. person who does this course will also become a super achiever in his or her domain area. the course will enable a person to build principles of life management and help manage stress and challenges. it will also help a person in applying spirituality in daily life. it will also help to achieve happiness and convert failures into</w:t>
      </w:r>
    </w:p>
    <w:p>
      <w:pPr>
        <w:jc w:val="right"/>
      </w:pPr>
      <w:r>
        <w:t>ہوم، اینڈ سوسائٹی ایٹ لارج۔ پرسن ہو ڈز دس کورس ول السو بیکم ا سپر اچیور ان ہز اور ہر ڈومین ایریا۔ دی کورس ول انیبل ا پرسن ٹو بلڈ پرنسپلز اف لائف مینجمنٹ اینڈ ہیلپ مینج سٹریس اینڈ چیلنجز۔ اٹ ول السو ہیلپ ا پرسن ان اپلائنگ سپرچویلٹی ان ڈیلی لائف۔ اٹ ول السو ہیلپ ٹو اچیو ہیپینس اینڈ کنورٹ فیلیئرز انٹو</w:t>
      </w:r>
    </w:p>
    <w:p>
      <w:r>
        <w:rPr>
          <w:b/>
        </w:rPr>
        <w:t xml:space="preserve">[49:04] </w:t>
      </w:r>
      <w:r>
        <w:t>success and help in building a successful leader and a contributing citizen.</w:t>
      </w:r>
    </w:p>
    <w:p>
      <w:pPr>
        <w:jc w:val="right"/>
      </w:pPr>
      <w:r>
        <w:t>سکسیس اینڈ ہیلپ ان بلڈنگ ا سکسیس فل لیڈر اینڈ ا کنٹریبیوٹنگ سٹیزن۔</w:t>
      </w:r>
    </w:p>
    <w:p>
      <w:r>
        <w:rPr>
          <w:b/>
        </w:rPr>
        <w:t xml:space="preserve">[49:14] </w:t>
      </w:r>
      <w:r>
        <w:t>so, I would request Maulana sahib to launch the first course, culture of peace.</w:t>
      </w:r>
    </w:p>
    <w:p>
      <w:pPr>
        <w:jc w:val="right"/>
      </w:pPr>
      <w:r>
        <w:t>سو، ائی وڈ ریکویسٹ مولانا صاحب ٹو لانچ دا فرسٹ کورس، کلچر اف پیس۔</w:t>
      </w:r>
    </w:p>
    <w:p>
      <w:r>
        <w:rPr>
          <w:b/>
        </w:rPr>
        <w:t xml:space="preserve">[49:24] </w:t>
      </w:r>
      <w:r>
        <w:t>bhai, main dua karta hoon ke Allah taala is initiative ko, Allah taala is initiative ko</w:t>
      </w:r>
    </w:p>
    <w:p>
      <w:pPr>
        <w:jc w:val="right"/>
      </w:pPr>
      <w:r>
        <w:t>بھئی، میں دعا کرتا ہوں کہ اللہ تعالیٰ اس انیشیٹیو کو، اللہ تعالیٰ اس انیشیٹیو کو</w:t>
      </w:r>
    </w:p>
    <w:p>
      <w:r>
        <w:rPr>
          <w:b/>
        </w:rPr>
        <w:t xml:space="preserve">[49:34] </w:t>
      </w:r>
      <w:r>
        <w:t>kamyabi ata farmaye.</w:t>
      </w:r>
    </w:p>
    <w:p>
      <w:pPr>
        <w:jc w:val="right"/>
      </w:pPr>
      <w:r>
        <w:t>کامیابی عطا فرمائے۔</w:t>
      </w:r>
    </w:p>
    <w:p>
      <w:r>
        <w:rPr>
          <w:b/>
        </w:rPr>
        <w:t xml:space="preserve">[49:41] </w:t>
      </w:r>
      <w:r>
        <w:t>jo log is kaam mein koshish kar rahe hain, Allah taala un ki khushiyon madad farmaye aur logon</w:t>
      </w:r>
    </w:p>
    <w:p>
      <w:pPr>
        <w:jc w:val="right"/>
      </w:pPr>
      <w:r>
        <w:t>جو لوگ اس کام میں کوشش کر رہے ہیں، اللہ تعالیٰ ان کی خوشیوں مدد فرمائے اور لوگوں</w:t>
      </w:r>
    </w:p>
    <w:p>
      <w:r>
        <w:rPr>
          <w:b/>
        </w:rPr>
        <w:t xml:space="preserve">[49:47] </w:t>
      </w:r>
      <w:r>
        <w:t>ko is se poora poora faida mile aur zindagi ka jo positive aspect hai, is se woh ba khabar</w:t>
      </w:r>
    </w:p>
    <w:p>
      <w:pPr>
        <w:jc w:val="right"/>
      </w:pPr>
      <w:r>
        <w:t>کو اس سے پورا پورا فائدہ ملے اور زندگی کا جو پوزیٹیو ایسپیکٹ ہے، اس سے وہ باخبر</w:t>
      </w:r>
    </w:p>
    <w:p>
      <w:r>
        <w:rPr>
          <w:b/>
        </w:rPr>
        <w:t xml:space="preserve">[49:53] </w:t>
      </w:r>
      <w:r>
        <w:t>hon aur zindagi mein kamyab rahen.</w:t>
      </w:r>
    </w:p>
    <w:p>
      <w:pPr>
        <w:jc w:val="right"/>
      </w:pPr>
      <w:r>
        <w:t>ہوں اور زندگی میں کامیاب رہیں۔</w:t>
      </w:r>
    </w:p>
    <w:p>
      <w:r>
        <w:rPr>
          <w:b/>
        </w:rPr>
        <w:t xml:space="preserve">[49:59] </w:t>
      </w:r>
      <w:r>
        <w:t>woh to hum is ke liye dua karte hain,</w:t>
      </w:r>
    </w:p>
    <w:p>
      <w:pPr>
        <w:jc w:val="right"/>
      </w:pPr>
      <w:r>
        <w:t>وہ تو ہم اس کے لیے دعا کرتے ہیں،</w:t>
      </w:r>
    </w:p>
    <w:p>
      <w:r>
        <w:rPr>
          <w:b/>
        </w:rPr>
        <w:t xml:space="preserve">[50:05] </w:t>
      </w:r>
      <w:r>
        <w:t>Allah taala madad farmaye.</w:t>
      </w:r>
    </w:p>
    <w:p>
      <w:pPr>
        <w:jc w:val="right"/>
      </w:pPr>
      <w:r>
        <w:t>اللہ تعالیٰ مدد فرمائے۔</w:t>
      </w:r>
    </w:p>
    <w:p>
      <w:r>
        <w:rPr>
          <w:b/>
        </w:rPr>
        <w:t xml:space="preserve">[50:11] </w:t>
      </w:r>
      <w:r>
        <w:t>okay, with this launch, we would like to say that if you are an institute, college or a</w:t>
      </w:r>
    </w:p>
    <w:p>
      <w:pPr>
        <w:jc w:val="right"/>
      </w:pPr>
      <w:r>
        <w:t>اوکے، ود دس لانچ، وی وڈ لائک ٹو سے دیٹ اف یو ار این انسٹیٹیوٹ، کالج اور ا</w:t>
      </w:r>
    </w:p>
    <w:p>
      <w:r>
        <w:rPr>
          <w:b/>
        </w:rPr>
        <w:t xml:space="preserve">[50:17] </w:t>
      </w:r>
      <w:r>
        <w:t>university and you want to conduct these courses for your students or you want to partner with us</w:t>
      </w:r>
    </w:p>
    <w:p>
      <w:pPr>
        <w:jc w:val="right"/>
      </w:pPr>
      <w:r>
        <w:t>یونیورسٹی اینڈ یو وانٹ ٹو کنڈکٹ دیز کورسز فار یور سٹوڈنٹس اور یو وانٹ ٹو پارٹنر ود اس</w:t>
      </w:r>
    </w:p>
    <w:p>
      <w:r>
        <w:rPr>
          <w:b/>
        </w:rPr>
        <w:t xml:space="preserve">[50:23] </w:t>
      </w:r>
      <w:r>
        <w:t>in taking these courses forward, then write to us at education@cpsglobal.org.</w:t>
      </w:r>
    </w:p>
    <w:p>
      <w:pPr>
        <w:jc w:val="right"/>
      </w:pPr>
      <w:r>
        <w:t>ان ٹیکنگ دیز کورسز فارورڈ، دین رائٹ ٹو اس ان ایڈیو ایٹ سی پی ایس گلوبل ڈاٹ او آر جی۔</w:t>
      </w:r>
    </w:p>
    <w:p>
      <w:r>
        <w:rPr>
          <w:b/>
        </w:rPr>
        <w:t xml:space="preserve">[50:29] </w:t>
      </w:r>
      <w:r>
        <w:t>i repeat, edu8cps global dot</w:t>
      </w:r>
    </w:p>
    <w:p>
      <w:pPr>
        <w:jc w:val="right"/>
      </w:pPr>
      <w:r>
        <w:t>ائی ریپیٹ، ای ڈی یو ایٹ سی پی ایس گلوبل ڈاٹ</w:t>
      </w:r>
    </w:p>
    <w:p>
      <w:r>
        <w:rPr>
          <w:b/>
        </w:rPr>
        <w:t xml:space="preserve">[50:35] </w:t>
      </w:r>
      <w:r>
        <w:t>org.</w:t>
      </w:r>
    </w:p>
    <w:p>
      <w:pPr>
        <w:jc w:val="right"/>
      </w:pPr>
      <w:r>
        <w:t>او آر جی۔</w:t>
      </w:r>
    </w:p>
    <w:p>
      <w:r>
        <w:rPr>
          <w:b/>
        </w:rPr>
        <w:t xml:space="preserve">[50:41] </w:t>
      </w:r>
      <w:r>
        <w:t>so, we will now begin with the questions and comment session, comment section for today session of Maulana sahib.</w:t>
      </w:r>
    </w:p>
    <w:p>
      <w:pPr>
        <w:jc w:val="right"/>
      </w:pPr>
      <w:r>
        <w:t>سو، وی ویل ناو بگن ود دا کوئسچنز اینڈ کمنٹ سیشن، کمنٹ سیکشن فار ٹوڈے سیشن اف مولانا صاحب۔</w:t>
      </w:r>
    </w:p>
    <w:p>
      <w:r>
        <w:rPr>
          <w:b/>
        </w:rPr>
        <w:t xml:space="preserve">[50:47] </w:t>
      </w:r>
      <w:r>
        <w:t>Maulana sab se pehle comments lena chaheinge.</w:t>
      </w:r>
    </w:p>
    <w:p>
      <w:pPr>
        <w:jc w:val="right"/>
      </w:pPr>
      <w:r>
        <w:t>مولانا سب سے پہلے کمنٹس لینا چاہیں گے۔</w:t>
      </w:r>
    </w:p>
    <w:p>
      <w:r>
        <w:rPr>
          <w:b/>
        </w:rPr>
        <w:t xml:space="preserve">[50:53] </w:t>
      </w:r>
      <w:r>
        <w:t>Maulana, Maulana Iqbal Umri ne Chennai se comment bheje hain, unhone likha hai: "Maulana Surah Saff ki</w:t>
      </w:r>
    </w:p>
    <w:p>
      <w:pPr>
        <w:jc w:val="right"/>
      </w:pPr>
      <w:r>
        <w:t>مولانا، مولانا اقبال عمری نے چنئی سے کمنٹ بھیجے ہیں، انہوں نے لکھا ہے: "مولانا سورہ صف کی</w:t>
      </w:r>
    </w:p>
    <w:p>
      <w:r>
        <w:rPr>
          <w:b/>
        </w:rPr>
        <w:t xml:space="preserve">[50:59] </w:t>
      </w:r>
      <w:r>
        <w:t>aayat aaj wazeh hui, yahan dawat murad hai na ke</w:t>
      </w:r>
    </w:p>
    <w:p>
      <w:pPr>
        <w:jc w:val="right"/>
      </w:pPr>
      <w:r>
        <w:t>آیت آج واضح ہوئی، یہاں دعوت مراد ہے نہ کہ</w:t>
      </w:r>
    </w:p>
    <w:p>
      <w:r>
        <w:rPr>
          <w:b/>
        </w:rPr>
        <w:t xml:space="preserve">[51:05] </w:t>
      </w:r>
      <w:r>
        <w:t>jang.</w:t>
      </w:r>
    </w:p>
    <w:p>
      <w:pPr>
        <w:jc w:val="right"/>
      </w:pPr>
      <w:r>
        <w:t>جنگ۔</w:t>
      </w:r>
    </w:p>
    <w:p>
      <w:r>
        <w:rPr>
          <w:b/>
        </w:rPr>
        <w:t xml:space="preserve">[51:11] </w:t>
      </w:r>
      <w:r>
        <w:t>yaqatiloo ka matlab yajahidun bilkul sahi hai." unhone phir likha hai: "sabr aur namaz ka matlab bhi</w:t>
      </w:r>
    </w:p>
    <w:p>
      <w:pPr>
        <w:jc w:val="right"/>
      </w:pPr>
      <w:r>
        <w:t>یقاتلو کا مطلب یجاہدون بالکل صحیح ہے۔" انہوں نے پھر لکھا ہے: "صبر اور نماز کا مطلب بھی</w:t>
      </w:r>
    </w:p>
    <w:p>
      <w:r>
        <w:rPr>
          <w:b/>
        </w:rPr>
        <w:t xml:space="preserve">[51:17] </w:t>
      </w:r>
      <w:r>
        <w:t>wazeh hua, is ko masjid ke mahol se hat kar makkah aur madinah ke mahol mein ja kar</w:t>
      </w:r>
    </w:p>
    <w:p>
      <w:pPr>
        <w:jc w:val="right"/>
      </w:pPr>
      <w:r>
        <w:t>واضح ہوا، اس کو مسجد کے ماحول سے ہٹ کر مکے اور مدینے کے ماحول میں جا کر</w:t>
      </w:r>
    </w:p>
    <w:p>
      <w:r>
        <w:rPr>
          <w:b/>
        </w:rPr>
        <w:t xml:space="preserve">[51:23] </w:t>
      </w:r>
      <w:r>
        <w:t>samajhne ki zaroorat hai.</w:t>
      </w:r>
    </w:p>
    <w:p>
      <w:pPr>
        <w:jc w:val="right"/>
      </w:pPr>
      <w:r>
        <w:t>سمجھنے کی ضرورت ہے۔</w:t>
      </w:r>
    </w:p>
    <w:p>
      <w:r>
        <w:rPr>
          <w:b/>
        </w:rPr>
        <w:t xml:space="preserve">[51:30] </w:t>
      </w:r>
      <w:r>
        <w:t>Jazak Allah Maulana."</w:t>
      </w:r>
    </w:p>
    <w:p>
      <w:pPr>
        <w:jc w:val="right"/>
      </w:pPr>
      <w:r>
        <w:t>جزاک اللہ مولانا۔" مولانا فرہاد عمری نے دلی سے لکھا ہے: "ان اسلام وار از ٹیمپرری اینڈ دعویٰ از</w:t>
      </w:r>
    </w:p>
    <w:p>
      <w:r>
        <w:rPr>
          <w:b/>
        </w:rPr>
        <w:t xml:space="preserve">[51:36] </w:t>
      </w:r>
      <w:r>
        <w:t>Maulana Farhad Umri ne Delhi se likha hai: "in Islam war is temporary and da'wah is</w:t>
      </w:r>
    </w:p>
    <w:p>
      <w:pPr>
        <w:jc w:val="right"/>
      </w:pPr>
      <w:r>
        <w:t>پرماننٹ۔</w:t>
      </w:r>
    </w:p>
    <w:p>
      <w:r>
        <w:rPr>
          <w:b/>
        </w:rPr>
        <w:t xml:space="preserve">[51:41] </w:t>
      </w:r>
      <w:r>
        <w:t>Da'wah was in Mecca and in Medina.</w:t>
      </w:r>
    </w:p>
    <w:p>
      <w:pPr>
        <w:jc w:val="right"/>
      </w:pPr>
      <w:r>
        <w:t>دعویٰ واز ان مکہ اینڈ ان مدینہ۔</w:t>
      </w:r>
    </w:p>
    <w:p>
      <w:r>
        <w:rPr>
          <w:b/>
        </w:rPr>
        <w:t xml:space="preserve">[51:46] </w:t>
      </w:r>
      <w:r>
        <w:t>On the other hand, war was meant only for a specific situation, not meant for always." Ms. Shabana</w:t>
      </w:r>
    </w:p>
    <w:p>
      <w:pPr>
        <w:jc w:val="right"/>
      </w:pPr>
      <w:r>
        <w:t>ان دی ادر ہینڈ، وار واز مینٹ اونلی فار ا سپیسیفک سچویشن، ناٹ مینٹ فار الویز۔" مس شبانہ</w:t>
      </w:r>
    </w:p>
    <w:p>
      <w:r>
        <w:rPr>
          <w:b/>
        </w:rPr>
        <w:t xml:space="preserve">[51:51] </w:t>
      </w:r>
      <w:r>
        <w:t>permanent.</w:t>
      </w:r>
    </w:p>
    <w:p>
      <w:pPr>
        <w:jc w:val="right"/>
      </w:pPr>
      <w:r>
        <w:t>انصاری نے پاکستان سے لکھا ہے: "نماز مینز فل ٹرسٹ ان اللہ اینڈ صبر مینز پیس فل دعویٰ</w:t>
      </w:r>
    </w:p>
    <w:p>
      <w:r>
        <w:rPr>
          <w:b/>
        </w:rPr>
        <w:t xml:space="preserve">[51:56] </w:t>
      </w:r>
      <w:r>
        <w:t>Ansari ne Pakistan se likha hai: "namaz means full trust in Allah and sabr means peaceful da'wah</w:t>
      </w:r>
    </w:p>
    <w:p>
      <w:pPr>
        <w:jc w:val="right"/>
      </w:pPr>
      <w:r>
        <w:t>میتھڈ ود نان کانفرنٹیشنل اپروچ۔</w:t>
      </w:r>
    </w:p>
    <w:p>
      <w:r>
        <w:rPr>
          <w:b/>
        </w:rPr>
        <w:t xml:space="preserve">[52:01] </w:t>
      </w:r>
      <w:r>
        <w:t>method with non confrontational approach.</w:t>
      </w:r>
    </w:p>
    <w:p>
      <w:pPr>
        <w:jc w:val="right"/>
      </w:pPr>
      <w:r>
        <w:t>جزاک اللہ مولانا صاحب۔ ٹوڈے ائی</w:t>
      </w:r>
    </w:p>
    <w:p>
      <w:r>
        <w:rPr>
          <w:b/>
        </w:rPr>
        <w:t xml:space="preserve">[52:06] </w:t>
      </w:r>
      <w:r>
        <w:t>Jazak Allah Maulana sahib. Today I</w:t>
      </w:r>
    </w:p>
    <w:p>
      <w:pPr>
        <w:jc w:val="right"/>
      </w:pPr>
      <w:r>
        <w:t>ہیو انڈرسٹوڈ اٹ ویری کلیئرلی۔" مہتاب احمد صاحب نے دھامپور سے لکھا ہے: "ایبسولیوٹلی رائٹ۔ جزاک اللہ۔</w:t>
      </w:r>
    </w:p>
    <w:p>
      <w:r>
        <w:rPr>
          <w:b/>
        </w:rPr>
        <w:t xml:space="preserve">[52:12] </w:t>
      </w:r>
      <w:r>
        <w:t>have understood it very clearly." Mehtab Ahmed sahib ne Dhampur se likha hai: "Absolutely right. Jazak Allah.</w:t>
      </w:r>
    </w:p>
    <w:p>
      <w:pPr>
        <w:jc w:val="right"/>
      </w:pPr>
      <w:r>
        <w:t>اٹس ا نائس گائیڈنس بائی یو مولانا صاحب فار ایوری ون۔" محمد عرفان رشیدی صاحب نے ناکپور سے</w:t>
      </w:r>
    </w:p>
    <w:p>
      <w:r>
        <w:rPr>
          <w:b/>
        </w:rPr>
        <w:t xml:space="preserve">[52:18] </w:t>
      </w:r>
      <w:r>
        <w:t>It's a nice guidance by you Maulana sahib for everyone." Muhammad Irfan Rasheed sahib ne Nagpur se</w:t>
      </w:r>
    </w:p>
    <w:p>
      <w:pPr>
        <w:jc w:val="right"/>
      </w:pPr>
      <w:r>
        <w:t>لکھا ہے: "مولانا صاحب، یو ار رائٹ۔</w:t>
      </w:r>
    </w:p>
    <w:p>
      <w:r>
        <w:rPr>
          <w:b/>
        </w:rPr>
        <w:t xml:space="preserve">[52:24] </w:t>
      </w:r>
      <w:r>
        <w:t>likha hai: "Maulana sahib, you are right.</w:t>
      </w:r>
    </w:p>
    <w:p>
      <w:pPr>
        <w:jc w:val="right"/>
      </w:pPr>
      <w:r>
        <w:t>ائی ہیو سو مینی ایکسپیرینسز اف گیٹنگ ہیلپ فرام مدو۔</w:t>
      </w:r>
    </w:p>
    <w:p>
      <w:r>
        <w:rPr>
          <w:b/>
        </w:rPr>
        <w:t xml:space="preserve">[52:30] </w:t>
      </w:r>
      <w:r>
        <w:t>I have so many experiences of getting help from madu.</w:t>
      </w:r>
    </w:p>
    <w:p>
      <w:pPr>
        <w:jc w:val="right"/>
      </w:pPr>
      <w:r>
        <w:t>الحمدللہ، ریسنٹلی وی سکسیس فلی ارگنائز</w:t>
      </w:r>
    </w:p>
    <w:p>
      <w:r>
        <w:rPr>
          <w:b/>
        </w:rPr>
        <w:t xml:space="preserve">[52:36] </w:t>
      </w:r>
      <w:r>
        <w:t>Alhamdulillah, recently we successfully organize</w:t>
      </w:r>
    </w:p>
    <w:p>
      <w:pPr>
        <w:jc w:val="right"/>
      </w:pPr>
      <w:r>
        <w:t>ناکپور دعویٰ میٹ فرام 23 ٹو 25 دسمبر 2017 ایٹ ڈیپ لکشمی سیلیبریشن، وچ از اون بائے ا سیکولر مین۔</w:t>
      </w:r>
    </w:p>
    <w:p>
      <w:r>
        <w:rPr>
          <w:b/>
        </w:rPr>
        <w:t xml:space="preserve">[52:43] </w:t>
      </w:r>
      <w:r>
        <w:t>Nagpur da'wah meet from 23 to 25 December 2017 at Deep Lakshmi celebration, which is owned by a secular man.</w:t>
      </w:r>
    </w:p>
    <w:p>
      <w:pPr>
        <w:jc w:val="right"/>
      </w:pPr>
      <w:r>
        <w:t>ہی رینٹڈ اس ہز ہال اینڈ لان ایٹ ویری نومینل چارجز اینڈ ہیلپڈ اس ان ایوری وے۔</w:t>
      </w:r>
    </w:p>
    <w:p>
      <w:r>
        <w:rPr>
          <w:b/>
        </w:rPr>
        <w:t xml:space="preserve">[52:51] </w:t>
      </w:r>
      <w:r>
        <w:t>He rented us his hall and lawn at very nominal charges and helped us in every way.</w:t>
      </w:r>
    </w:p>
    <w:p>
      <w:pPr>
        <w:jc w:val="right"/>
      </w:pPr>
      <w:r>
        <w:t>ہی واز پرسنلی پریزنٹ ان ال دی سیشنز۔</w:t>
      </w:r>
    </w:p>
    <w:p>
      <w:r>
        <w:rPr>
          <w:b/>
        </w:rPr>
        <w:t xml:space="preserve">[52:58] </w:t>
      </w:r>
      <w:r>
        <w:t>He was personally present in all the sessions.</w:t>
      </w:r>
    </w:p>
    <w:p>
      <w:pPr>
        <w:jc w:val="right"/>
      </w:pPr>
      <w:r>
        <w:t>وی کین سے دیٹ دس از دا ایج ویئر مدو از ا پوٹینش</w:t>
      </w:r>
    </w:p>
    <w:p>
      <w:r>
        <w:rPr>
          <w:b/>
        </w:rPr>
        <w:t xml:space="preserve">[53:06] </w:t>
      </w:r>
      <w:r>
        <w:t>We can say that this is the age where madu is a potential</w:t>
      </w:r>
    </w:p>
    <w:p>
      <w:pPr>
        <w:jc w:val="right"/>
      </w:pPr>
      <w:r>
        <w:t>ل دائی۔" مولانا اب سوال لیتے ہیں۔</w:t>
      </w:r>
    </w:p>
    <w:p>
      <w:r>
        <w:rPr>
          <w:b/>
        </w:rPr>
        <w:t xml:space="preserve">[53:16] </w:t>
      </w:r>
      <w:r>
        <w:t>doctor safeena tabassum ne saharanpur se sawal bheja hai, unhon ne likha hai: "maulana, maulana sahib, wai</w:t>
      </w:r>
    </w:p>
    <w:p>
      <w:pPr>
        <w:jc w:val="right"/>
      </w:pPr>
      <w:r>
        <w:t>ڈاکٹر سفینہ تبسم نے سہارن پور سے سوال بھیجا ہے، انہوں نے لکھا ہے: "مولانا، مولانا صاحب، وائی</w:t>
      </w:r>
    </w:p>
    <w:p>
      <w:r>
        <w:rPr>
          <w:b/>
        </w:rPr>
        <w:t xml:space="preserve">[53:26] </w:t>
      </w:r>
      <w:r>
        <w:t>do you say that truth and violence cant exist together? is ko elaborate karen." dekhiye</w:t>
      </w:r>
    </w:p>
    <w:p>
      <w:pPr>
        <w:jc w:val="right"/>
      </w:pPr>
      <w:r>
        <w:t>ڈو یو سے دیٹ ٹروتھ اینڈ وائلنس کانٹ ایگزسٹ ٹوگیدر؟ اس کو الیبوریٹ کریں۔" دیکھیے</w:t>
      </w:r>
    </w:p>
    <w:p>
      <w:r>
        <w:rPr>
          <w:b/>
        </w:rPr>
        <w:t xml:space="preserve">[53:36] </w:t>
      </w:r>
      <w:r>
        <w:t>, is tarah ke jo waqiat bataye jate hain, un ko main ne detail ke sath samajhne ki koshish ki.</w:t>
      </w:r>
    </w:p>
    <w:p>
      <w:pPr>
        <w:jc w:val="right"/>
      </w:pPr>
      <w:r>
        <w:t>، اس طرح کے جو واقعات بتائے جاتے ہیں، ان کو میں نے ڈیٹیل کے ساتھ سمجھنے کی کوشش کی۔</w:t>
      </w:r>
    </w:p>
    <w:p>
      <w:r>
        <w:rPr>
          <w:b/>
        </w:rPr>
        <w:t xml:space="preserve">[53:43] </w:t>
      </w:r>
      <w:r>
        <w:t>yeh sare waqiat without any exception retaliation ke waqiat hain.</w:t>
      </w:r>
    </w:p>
    <w:p>
      <w:pPr>
        <w:jc w:val="right"/>
      </w:pPr>
      <w:r>
        <w:t>یہ سارے واقعات ودا آؤٹ اینی ایکسیپشن ریٹیلیشن کے واقعات ہیں۔</w:t>
      </w:r>
    </w:p>
    <w:p>
      <w:r>
        <w:rPr>
          <w:b/>
        </w:rPr>
        <w:t xml:space="preserve">[53:51] </w:t>
      </w:r>
      <w:r>
        <w:t>musalman kehte hain ke hamare upar zulm ho raha hai, zulm nahin.</w:t>
      </w:r>
    </w:p>
    <w:p>
      <w:pPr>
        <w:jc w:val="right"/>
      </w:pPr>
      <w:r>
        <w:t>مسلمان کہتے ہیں کہ ہمارے اوپر ظلم ہو رہا ہے، ظلم نہیں۔</w:t>
      </w:r>
    </w:p>
    <w:p>
      <w:r>
        <w:rPr>
          <w:b/>
        </w:rPr>
        <w:t xml:space="preserve">[53:59] </w:t>
      </w:r>
      <w:r>
        <w:t>yeh kehna chah</w:t>
      </w:r>
    </w:p>
    <w:p>
      <w:pPr>
        <w:jc w:val="right"/>
      </w:pPr>
      <w:r>
        <w:t>یہ کہنا چاہ</w:t>
      </w:r>
    </w:p>
    <w:p>
      <w:r>
        <w:rPr>
          <w:b/>
        </w:rPr>
        <w:t xml:space="preserve">[54:06] </w:t>
      </w:r>
      <w:r>
        <w:t>ye ke hamari ghalat policy ke nateejay mein pakistan hi hamare upar retaliate kar raha hai.</w:t>
      </w:r>
    </w:p>
    <w:p>
      <w:pPr>
        <w:jc w:val="right"/>
      </w:pPr>
      <w:r>
        <w:t>یے کہ ہماری غلط پالیسی کے نتیجے میں پاکستان ہی ہمارے اوپر ریٹیلیٹ کر رہا ہے۔</w:t>
      </w:r>
    </w:p>
    <w:p>
      <w:r>
        <w:rPr>
          <w:b/>
        </w:rPr>
        <w:t xml:space="preserve">[54:12] </w:t>
      </w:r>
      <w:r>
        <w:t>jawab-i-iqdam to agar is ko maan liya jaye aur is ko follow kiya jaye, yani doosre ki</w:t>
      </w:r>
    </w:p>
    <w:p>
      <w:pPr>
        <w:jc w:val="right"/>
      </w:pPr>
      <w:r>
        <w:t>جوابی اقدام تو اگر اس کو مان لیا جائے اور اس کو فالو کیا جائے، یعنی دوسرے کی</w:t>
      </w:r>
    </w:p>
    <w:p>
      <w:r>
        <w:rPr>
          <w:b/>
        </w:rPr>
        <w:t xml:space="preserve">[54:18] </w:t>
      </w:r>
      <w:r>
        <w:t>nose ko up hat na karen to kuch bhi nahin, kuch bhi nahin, kuch nahin.</w:t>
      </w:r>
    </w:p>
    <w:p>
      <w:pPr>
        <w:jc w:val="right"/>
      </w:pPr>
      <w:r>
        <w:t>نوز کو اپ ہٹ نہ کریں تو کچھ بھی نہیں، کچھ بھی نہیں، کچھ نہیں۔</w:t>
      </w:r>
    </w:p>
    <w:p>
      <w:r>
        <w:rPr>
          <w:b/>
        </w:rPr>
        <w:t xml:space="preserve">[54:24] </w:t>
      </w:r>
      <w:r>
        <w:t>jo aadmi is ko na maane, is ko kar ke dekhe.</w:t>
      </w:r>
    </w:p>
    <w:p>
      <w:pPr>
        <w:jc w:val="right"/>
      </w:pPr>
      <w:r>
        <w:t>جو آدمی اس کو نہ مانے، اس کو کر کے دیکھے۔</w:t>
      </w:r>
    </w:p>
    <w:p>
      <w:r>
        <w:rPr>
          <w:b/>
        </w:rPr>
        <w:t xml:space="preserve">[54:30] </w:t>
      </w:r>
      <w:r>
        <w:t>jo aadmi is ko na maane,</w:t>
      </w:r>
    </w:p>
    <w:p>
      <w:pPr>
        <w:jc w:val="right"/>
      </w:pPr>
      <w:r>
        <w:t>جو آدمی اس کو نہ مانے،</w:t>
      </w:r>
    </w:p>
    <w:p>
      <w:r>
        <w:rPr>
          <w:b/>
        </w:rPr>
        <w:t xml:space="preserve">[54:36] </w:t>
      </w:r>
      <w:r>
        <w:t>is ko kar ke dekhe.</w:t>
      </w:r>
    </w:p>
    <w:p>
      <w:pPr>
        <w:jc w:val="right"/>
      </w:pPr>
      <w:r>
        <w:t>اس کو کر کے دیکھے۔</w:t>
      </w:r>
    </w:p>
    <w:p>
      <w:r>
        <w:rPr>
          <w:b/>
        </w:rPr>
        <w:t xml:space="preserve">[54:41] </w:t>
      </w:r>
      <w:r>
        <w:t>pehle is par practice kare, phir mujhe bataye.</w:t>
      </w:r>
    </w:p>
    <w:p>
      <w:pPr>
        <w:jc w:val="right"/>
      </w:pPr>
      <w:r>
        <w:t>پہلے اس پر پریکٹس کرے، پھر مجھے بتائے۔</w:t>
      </w:r>
    </w:p>
    <w:p>
      <w:r>
        <w:rPr>
          <w:b/>
        </w:rPr>
        <w:t xml:space="preserve">[54:46] </w:t>
      </w:r>
      <w:r>
        <w:t>misalan kashmir mein, falasteen mein, aap apni taraf se na pathar marien, na bomb marien.</w:t>
      </w:r>
    </w:p>
    <w:p>
      <w:pPr>
        <w:jc w:val="right"/>
      </w:pPr>
      <w:r>
        <w:t>مثلاً کشمیر میں، فلسطین میں، آپ اپنی طرف سے نہ پتھر ماریں، نہ بم ماریں۔</w:t>
      </w:r>
    </w:p>
    <w:p>
      <w:r>
        <w:rPr>
          <w:b/>
        </w:rPr>
        <w:t xml:space="preserve">[54:51] </w:t>
      </w:r>
      <w:r>
        <w:t>is ke baad mujhe bataiye ke phir kya hua? 60 saal aap ne pathar marne ka tajurba kiya</w:t>
      </w:r>
    </w:p>
    <w:p>
      <w:pPr>
        <w:jc w:val="right"/>
      </w:pPr>
      <w:r>
        <w:t>اس کے بعد مجھے بتائیے کہ پھر کیا ہوا؟ 60 سال آپ نے پتھر مارنے کا تجربہ کیا</w:t>
      </w:r>
    </w:p>
    <w:p>
      <w:r>
        <w:rPr>
          <w:b/>
        </w:rPr>
        <w:t xml:space="preserve">[54:56] </w:t>
      </w:r>
      <w:r>
        <w:t>hai, bomb marne ka.</w:t>
      </w:r>
    </w:p>
    <w:p>
      <w:pPr>
        <w:jc w:val="right"/>
      </w:pPr>
      <w:r>
        <w:t>ہے، بم مارنے کا۔</w:t>
      </w:r>
    </w:p>
    <w:p>
      <w:r>
        <w:rPr>
          <w:b/>
        </w:rPr>
        <w:t xml:space="preserve">[55:01] </w:t>
      </w:r>
      <w:r>
        <w:t>ab aap sirf ek mahina is ka tajurba kar lijiye jo main</w:t>
      </w:r>
    </w:p>
    <w:p>
      <w:pPr>
        <w:jc w:val="right"/>
      </w:pPr>
      <w:r>
        <w:t>اب آپ صرف ایک مہینہ اس کا تجربہ کر لیجئے جو میں</w:t>
      </w:r>
    </w:p>
    <w:p>
      <w:r>
        <w:rPr>
          <w:b/>
        </w:rPr>
        <w:t xml:space="preserve">[55:06] </w:t>
      </w:r>
      <w:r>
        <w:t>kehta hoon.</w:t>
      </w:r>
    </w:p>
    <w:p>
      <w:pPr>
        <w:jc w:val="right"/>
      </w:pPr>
      <w:r>
        <w:t>کہتا ہوں۔</w:t>
      </w:r>
    </w:p>
    <w:p>
      <w:r>
        <w:rPr>
          <w:b/>
        </w:rPr>
        <w:t xml:space="preserve">[55:11] </w:t>
      </w:r>
      <w:r>
        <w:t>main kehta hoon yahi yeh islam hai.</w:t>
      </w:r>
    </w:p>
    <w:p>
      <w:pPr>
        <w:jc w:val="right"/>
      </w:pPr>
      <w:r>
        <w:t>میں کہتا ہوں یہی یہ اسلام ہے۔</w:t>
      </w:r>
    </w:p>
    <w:p>
      <w:r>
        <w:rPr>
          <w:b/>
        </w:rPr>
        <w:t xml:space="preserve">[55:16] </w:t>
      </w:r>
      <w:r>
        <w:t>sabr ka matlab hai non violent struggle.</w:t>
      </w:r>
    </w:p>
    <w:p>
      <w:pPr>
        <w:jc w:val="right"/>
      </w:pPr>
      <w:r>
        <w:t>صبر کا مطلب ہے نان وائلنٹ سٹرگل۔</w:t>
      </w:r>
    </w:p>
    <w:p>
      <w:r>
        <w:rPr>
          <w:b/>
        </w:rPr>
        <w:t xml:space="preserve">[55:21] </w:t>
      </w:r>
      <w:r>
        <w:t>sabr ka matlab hai non violent struggle.</w:t>
      </w:r>
    </w:p>
    <w:p>
      <w:pPr>
        <w:jc w:val="right"/>
      </w:pPr>
      <w:r>
        <w:t>صبر کا مطلب ہے نان وائلنٹ سٹرگل۔</w:t>
      </w:r>
    </w:p>
    <w:p>
      <w:r>
        <w:rPr>
          <w:b/>
        </w:rPr>
        <w:t xml:space="preserve">[55:26] </w:t>
      </w:r>
      <w:r>
        <w:t>aap kar ke dekhiye is ko.</w:t>
      </w:r>
    </w:p>
    <w:p>
      <w:pPr>
        <w:jc w:val="right"/>
      </w:pPr>
      <w:r>
        <w:t>آپ کر کے دیکھیے اس کو۔</w:t>
      </w:r>
    </w:p>
    <w:p>
      <w:r>
        <w:rPr>
          <w:b/>
        </w:rPr>
        <w:t xml:space="preserve">[55:31] </w:t>
      </w:r>
      <w:r>
        <w:t>abhi aap violent struggle kar rahe hain, ab non violent struggle kar ke dekhiye. wahi hoga</w:t>
      </w:r>
    </w:p>
    <w:p>
      <w:pPr>
        <w:jc w:val="right"/>
      </w:pPr>
      <w:r>
        <w:t>ابھی آپ وائلنٹ سٹرگل کر رہے ہیں، اب نان وائلنٹ سٹرگل کر کے دیکھیے۔ وہی ہوگا</w:t>
      </w:r>
    </w:p>
    <w:p>
      <w:r>
        <w:rPr>
          <w:b/>
        </w:rPr>
        <w:t xml:space="preserve">[55:36] </w:t>
      </w:r>
      <w:r>
        <w:t>jo gandhi ke sath hua.</w:t>
      </w:r>
    </w:p>
    <w:p>
      <w:pPr>
        <w:jc w:val="right"/>
      </w:pPr>
      <w:r>
        <w:t>جو گاندھی کے ساتھ ہوا۔</w:t>
      </w:r>
    </w:p>
    <w:p>
      <w:r>
        <w:rPr>
          <w:b/>
        </w:rPr>
        <w:t xml:space="preserve">[55:42] </w:t>
      </w:r>
      <w:r>
        <w:t>aap jante hain ke india mein pehle azadi wale log agar un ko koi goli marte the, pathar</w:t>
      </w:r>
    </w:p>
    <w:p>
      <w:pPr>
        <w:jc w:val="right"/>
      </w:pPr>
      <w:r>
        <w:t>آپ جانتے ہیں کہ انڈیا میں پہلے آزادی والے لوگ اگر ان کو کوئی گولی مارتے تھے، پتھر</w:t>
      </w:r>
    </w:p>
    <w:p>
      <w:r>
        <w:rPr>
          <w:b/>
        </w:rPr>
        <w:t xml:space="preserve">[55:48] </w:t>
      </w:r>
      <w:r>
        <w:t>marte the to woh bhi karta tha.</w:t>
      </w:r>
    </w:p>
    <w:p>
      <w:pPr>
        <w:jc w:val="right"/>
      </w:pPr>
      <w:r>
        <w:t>مارتے تھے تو وہ بھی کرتا تھا۔</w:t>
      </w:r>
    </w:p>
    <w:p>
      <w:r>
        <w:rPr>
          <w:b/>
        </w:rPr>
        <w:t xml:space="preserve">[55:54] </w:t>
      </w:r>
      <w:r>
        <w:t>jab gandhi ne ya yeh kiya, kapra bhi utar diya aur totally non violent ban gaye.</w:t>
      </w:r>
    </w:p>
    <w:p>
      <w:pPr>
        <w:jc w:val="right"/>
      </w:pPr>
      <w:r>
        <w:t>جب گاندھی نے یا یہ کیا، کپڑا بھی اتار دیا اور ٹوٹلی نان وائلنٹ بن گئے۔</w:t>
      </w:r>
    </w:p>
    <w:p>
      <w:r>
        <w:rPr>
          <w:b/>
        </w:rPr>
        <w:t xml:space="preserve">[56:00] </w:t>
      </w:r>
      <w:r>
        <w:t>totally un ke hath mein sawal ek lutiya ke sath kuch bhi nahi</w:t>
      </w:r>
    </w:p>
    <w:p>
      <w:pPr>
        <w:jc w:val="right"/>
      </w:pPr>
      <w:r>
        <w:t>ٹوٹلی ان کے ہاتھ میں سوال ایک لٹیا کے ساتھ کچھ بھی نہیں</w:t>
      </w:r>
    </w:p>
    <w:p>
      <w:r>
        <w:rPr>
          <w:b/>
        </w:rPr>
        <w:t xml:space="preserve">[56:06] </w:t>
      </w:r>
      <w:r>
        <w:t>tha.</w:t>
      </w:r>
    </w:p>
    <w:p>
      <w:pPr>
        <w:jc w:val="right"/>
      </w:pPr>
      <w:r>
        <w:t>تھا۔</w:t>
      </w:r>
    </w:p>
    <w:p>
      <w:r>
        <w:rPr>
          <w:b/>
        </w:rPr>
        <w:t xml:space="preserve">[56:16] </w:t>
      </w:r>
      <w:r>
        <w:t>to us zamane ka ek latifa hai ke up ke area mein ek angrez character tha, to</w:t>
      </w:r>
    </w:p>
    <w:p>
      <w:pPr>
        <w:jc w:val="right"/>
      </w:pPr>
      <w:r>
        <w:t>تو اس زمانے کا ایک لطیفہ ہے کہ یو پی کے ایریا میں ایک انگریز کریکٹر تھا، تو</w:t>
      </w:r>
    </w:p>
    <w:p>
      <w:r>
        <w:rPr>
          <w:b/>
        </w:rPr>
        <w:t xml:space="preserve">[56:26] </w:t>
      </w:r>
      <w:r>
        <w:t>us ne kaha ke jab us ne socha ke jab gandhi ne kapra</w:t>
      </w:r>
    </w:p>
    <w:p>
      <w:pPr>
        <w:jc w:val="right"/>
      </w:pPr>
      <w:r>
        <w:t>اس نے کہا کہ جب اس نے سوچا کہ جب گاندھی نے کپڑا</w:t>
      </w:r>
    </w:p>
    <w:p>
      <w:r>
        <w:rPr>
          <w:b/>
        </w:rPr>
        <w:t xml:space="preserve">[56:36] </w:t>
      </w:r>
      <w:r>
        <w:t>tak chhod utar diya aur us ke hath mein na koi pathar hai na bomb hai, to main</w:t>
      </w:r>
    </w:p>
    <w:p>
      <w:pPr>
        <w:jc w:val="right"/>
      </w:pPr>
      <w:r>
        <w:t>تک چھوڑ اتار دیا اور اس کے ہاتھ میں نہ کوئی پتھر ہے نہ بم ہے، تو میں</w:t>
      </w:r>
    </w:p>
    <w:p>
      <w:r>
        <w:rPr>
          <w:b/>
        </w:rPr>
        <w:t xml:space="preserve">[56:42] </w:t>
      </w:r>
      <w:r>
        <w:t>kaise marun us ko? to us ne ek us zamane mein telegraph hua karta tha, to us</w:t>
      </w:r>
    </w:p>
    <w:p>
      <w:pPr>
        <w:jc w:val="right"/>
      </w:pPr>
      <w:r>
        <w:t>کیسے ماروں اس کو؟ تو اس نے ایک اس زمانے میں ٹیلی گراف ہوا کرتا تھا، تو اس</w:t>
      </w:r>
    </w:p>
    <w:p>
      <w:r>
        <w:rPr>
          <w:b/>
        </w:rPr>
        <w:t xml:space="preserve">[56:48] </w:t>
      </w:r>
      <w:r>
        <w:t>ne apne secretariat ko card bheja.</w:t>
      </w:r>
    </w:p>
    <w:p>
      <w:pPr>
        <w:jc w:val="right"/>
      </w:pPr>
      <w:r>
        <w:t>نے اپنے سیکرٹریٹ کو کارڈ بھیجا۔</w:t>
      </w:r>
    </w:p>
    <w:p>
      <w:r>
        <w:rPr>
          <w:b/>
        </w:rPr>
        <w:t xml:space="preserve">[56:54] </w:t>
      </w:r>
      <w:r>
        <w:t>اس میں یہ لکھا اس نے کہ "Kindly, kindly, wire instructions how to kill a tiger non-violently."</w:t>
      </w:r>
    </w:p>
    <w:p>
      <w:pPr>
        <w:jc w:val="right"/>
      </w:pPr>
      <w:r>
        <w:t>اس میں یہ لکھا اس نے کہ "کائنڈلی، کائنڈلی وائر انسٹرکشنز ہاؤ ٹو کل ا ٹائیگر نان وائلنٹلی"</w:t>
      </w:r>
    </w:p>
    <w:p>
      <w:r>
        <w:rPr>
          <w:b/>
        </w:rPr>
        <w:t xml:space="preserve">[57:00] </w:t>
      </w:r>
      <w:r>
        <w:t>ke "baraye kar</w:t>
      </w:r>
    </w:p>
    <w:p>
      <w:pPr>
        <w:jc w:val="right"/>
      </w:pPr>
      <w:r>
        <w:t>کہ "برائے کر</w:t>
      </w:r>
    </w:p>
    <w:p>
      <w:r>
        <w:rPr>
          <w:b/>
        </w:rPr>
        <w:t xml:space="preserve">[57:06] </w:t>
      </w:r>
      <w:r>
        <w:t>م ہمیں بتائیے کہ ہم ایک شیر کو بغیر تشدد کے کیسے ماریں؟" "Kindly, your instructions, how to</w:t>
      </w:r>
    </w:p>
    <w:p>
      <w:pPr>
        <w:jc w:val="right"/>
      </w:pPr>
      <w:r>
        <w:t>م ہمیں بتائیے کہ ہم ایک شیر کو بغیر تشدد کے کیسے ماریں؟" "کائنڈلی وائر انسٹرکشنز ہاؤ ٹو</w:t>
      </w:r>
    </w:p>
    <w:p>
      <w:r>
        <w:rPr>
          <w:b/>
        </w:rPr>
        <w:t xml:space="preserve">[57:17] </w:t>
      </w:r>
      <w:r>
        <w:t>kal a tiger non violently" to musalman kar ke to dekhen, har aadmi bolta hai us ke khilaf.</w:t>
      </w:r>
    </w:p>
    <w:p>
      <w:pPr>
        <w:jc w:val="right"/>
      </w:pPr>
      <w:r>
        <w:t>کل ا ٹائیگر نان وائلنٹلی" تو مسلمان کر کے تو دیکھیں، ہر آدمی بولتا ہے اس کے خلاف۔</w:t>
      </w:r>
    </w:p>
    <w:p>
      <w:r>
        <w:rPr>
          <w:b/>
        </w:rPr>
        <w:t xml:space="preserve">[57:27] </w:t>
      </w:r>
      <w:r>
        <w:t>lekin koi kisi ne aaj tak kar ke nahi dikhaya,</w:t>
      </w:r>
    </w:p>
    <w:p>
      <w:pPr>
        <w:jc w:val="right"/>
      </w:pPr>
      <w:r>
        <w:t>لیکن کوئی کسی نے آج تک کر کے نہیں دکھایا،</w:t>
      </w:r>
    </w:p>
    <w:p>
      <w:r>
        <w:rPr>
          <w:b/>
        </w:rPr>
        <w:t xml:space="preserve">[57:37] </w:t>
      </w:r>
      <w:r>
        <w:t>kisi ne aaj tak kar ke nahi dikhaya.</w:t>
      </w:r>
    </w:p>
    <w:p>
      <w:pPr>
        <w:jc w:val="right"/>
      </w:pPr>
      <w:r>
        <w:t>کسی نے آج تک کر کے نہیں دکھایا۔</w:t>
      </w:r>
    </w:p>
    <w:p>
      <w:r>
        <w:rPr>
          <w:b/>
        </w:rPr>
        <w:t xml:space="preserve">[57:43] </w:t>
      </w:r>
      <w:r>
        <w:t>to koi kar ke dikhaye, phir bataye.</w:t>
      </w:r>
    </w:p>
    <w:p>
      <w:pPr>
        <w:jc w:val="right"/>
      </w:pPr>
      <w:r>
        <w:t>تو کوئی کر کے دکھائے، پھر بتائے۔</w:t>
      </w:r>
    </w:p>
    <w:p>
      <w:r>
        <w:rPr>
          <w:b/>
        </w:rPr>
        <w:t xml:space="preserve">[57:49] </w:t>
      </w:r>
      <w:r>
        <w:t>maulana, agla sawal bheja hai farooq ishraq sahib ne kashmir se.</w:t>
      </w:r>
    </w:p>
    <w:p>
      <w:pPr>
        <w:jc w:val="right"/>
      </w:pPr>
      <w:r>
        <w:t>مولانا، اگلا سوال بھیجا ہے فاروق اشراق صاحب نے کشمیر سے۔</w:t>
      </w:r>
    </w:p>
    <w:p>
      <w:r>
        <w:rPr>
          <w:b/>
        </w:rPr>
        <w:t xml:space="preserve">[57:55] </w:t>
      </w:r>
      <w:r>
        <w:t>unhon ne likha hai: "az jerusalem a place appointed for jews? are there any references with in the</w:t>
      </w:r>
    </w:p>
    <w:p>
      <w:pPr>
        <w:jc w:val="right"/>
      </w:pPr>
      <w:r>
        <w:t>انہوں نے لکھا ہے: "از جیروسلم ا پلیس اپوائنٹڈ فار جیوز؟ ار دیر اینی ریفرنسز ود ان دا</w:t>
      </w:r>
    </w:p>
    <w:p>
      <w:r>
        <w:rPr>
          <w:b/>
        </w:rPr>
        <w:t xml:space="preserve">[58:01] </w:t>
      </w:r>
      <w:r>
        <w:t>holy quran? please tell us</w:t>
      </w:r>
    </w:p>
    <w:p>
      <w:pPr>
        <w:jc w:val="right"/>
      </w:pPr>
      <w:r>
        <w:t>ہولی قرآن؟ پلیز ٹیل اس</w:t>
      </w:r>
    </w:p>
    <w:p>
      <w:r>
        <w:rPr>
          <w:b/>
        </w:rPr>
        <w:t xml:space="preserve">[58:07] </w:t>
      </w:r>
      <w:r>
        <w:t>." bilkul hi quran mein ayat maujood hai.</w:t>
      </w:r>
    </w:p>
    <w:p>
      <w:pPr>
        <w:jc w:val="right"/>
      </w:pPr>
      <w:r>
        <w:t>۔" بالکل ہی قرآن میں آیت موجود ہے۔</w:t>
      </w:r>
    </w:p>
    <w:p>
      <w:r>
        <w:rPr>
          <w:b/>
        </w:rPr>
        <w:t xml:space="preserve">[58:17] </w:t>
      </w:r>
      <w:r>
        <w:t>wo ayat padhiye: "aur allah ayat padhiye aur tarjuma padhiye." ya qaum!</w:t>
      </w:r>
    </w:p>
    <w:p>
      <w:pPr>
        <w:jc w:val="right"/>
      </w:pPr>
      <w:r>
        <w:t>وہ آیت پڑھیے: "اور اللہ آیت پڑھیے اور ترجمہ پڑھیے۔" یا قوم!</w:t>
      </w:r>
    </w:p>
    <w:p>
      <w:r>
        <w:rPr>
          <w:b/>
        </w:rPr>
        <w:t xml:space="preserve">[58:27] </w:t>
      </w:r>
      <w:r>
        <w:t>surah al maidah ayat number 21: "aur</w:t>
      </w:r>
    </w:p>
    <w:p>
      <w:pPr>
        <w:jc w:val="right"/>
      </w:pPr>
      <w:r>
        <w:t>سورہ المائدہ آیت نمبر 21: "اور</w:t>
      </w:r>
    </w:p>
    <w:p>
      <w:r>
        <w:rPr>
          <w:b/>
        </w:rPr>
        <w:t xml:space="preserve">[58:37] </w:t>
      </w:r>
      <w:r>
        <w:t>musa ne kaha: aye qaum!</w:t>
      </w:r>
    </w:p>
    <w:p>
      <w:pPr>
        <w:jc w:val="right"/>
      </w:pPr>
      <w:r>
        <w:t>موسی نے کہا: اے قوم!</w:t>
      </w:r>
    </w:p>
    <w:p>
      <w:r>
        <w:rPr>
          <w:b/>
        </w:rPr>
        <w:t xml:space="preserve">[58:42] </w:t>
      </w:r>
      <w:r>
        <w:t>arz muqaddasa mein dakhil ho jao jis ko allah ne tumhare liye likh diya hai aur tum peechhe</w:t>
      </w:r>
    </w:p>
    <w:p>
      <w:pPr>
        <w:jc w:val="right"/>
      </w:pPr>
      <w:r>
        <w:t>عرض مقدسہ میں داخل ہو جاؤ جس کو اللہ نے تمہارے لیے لکھ دیا ہے اور تم پیچھے</w:t>
      </w:r>
    </w:p>
    <w:p>
      <w:r>
        <w:rPr>
          <w:b/>
        </w:rPr>
        <w:t xml:space="preserve">[58:46] </w:t>
      </w:r>
      <w:r>
        <w:t>na hato taake tum nakam ho jao." ji ji!</w:t>
      </w:r>
    </w:p>
    <w:p>
      <w:pPr>
        <w:jc w:val="right"/>
      </w:pPr>
      <w:r>
        <w:t>نہ ہٹو تاکہ تم ناکام ہو جاؤ۔" جی جی!</w:t>
      </w:r>
    </w:p>
    <w:p>
      <w:r>
        <w:rPr>
          <w:b/>
        </w:rPr>
        <w:t xml:space="preserve">[58:50] </w:t>
      </w:r>
      <w:r>
        <w:t>maulana, agla sawal lene se pehle do comments padhna chahenge.</w:t>
      </w:r>
    </w:p>
    <w:p>
      <w:pPr>
        <w:jc w:val="right"/>
      </w:pPr>
      <w:r>
        <w:t>مولانا، اگلا سوال لینے سے پہلے دو کمنٹس پڑھنا چاہیں گے۔</w:t>
      </w:r>
    </w:p>
    <w:p>
      <w:r>
        <w:rPr>
          <w:b/>
        </w:rPr>
        <w:t xml:space="preserve">[58:55] </w:t>
      </w:r>
      <w:r>
        <w:t>pehla comment bheja hai doctor naghma siddiqui ne.</w:t>
      </w:r>
    </w:p>
    <w:p>
      <w:pPr>
        <w:jc w:val="right"/>
      </w:pPr>
      <w:r>
        <w:t>پہلا کمنٹ بھیجا ہے ڈاکٹر نغمہ صدیقی نے۔</w:t>
      </w:r>
    </w:p>
    <w:p>
      <w:r>
        <w:rPr>
          <w:b/>
        </w:rPr>
        <w:t xml:space="preserve">[58:59] </w:t>
      </w:r>
      <w:r>
        <w:t>انہوں نے لکھا ہے: "Today I understood that dawat.</w:t>
      </w:r>
    </w:p>
    <w:p>
      <w:pPr>
        <w:jc w:val="right"/>
      </w:pPr>
      <w:r>
        <w:t>انہوں نے لکھا ہے: "ٹوڈے ائی انڈرسٹوڈ دیٹ دعوت۔</w:t>
      </w:r>
    </w:p>
    <w:p>
      <w:r>
        <w:rPr>
          <w:b/>
        </w:rPr>
        <w:t xml:space="preserve">[59:03] </w:t>
      </w:r>
      <w:r>
        <w:t>Today I understood that Dawah ilallah is the permanent</w:t>
      </w:r>
    </w:p>
    <w:p>
      <w:pPr>
        <w:jc w:val="right"/>
      </w:pPr>
      <w:r>
        <w:t>ٹوڈے ائی انڈرسٹوڈ دیٹ دعویٰ الا اللہ از دی پرمان</w:t>
      </w:r>
    </w:p>
    <w:p>
      <w:r>
        <w:rPr>
          <w:b/>
        </w:rPr>
        <w:t xml:space="preserve">[59:07] </w:t>
      </w:r>
      <w:r>
        <w:t>nt model of prophet muhammad.</w:t>
      </w:r>
    </w:p>
    <w:p>
      <w:pPr>
        <w:jc w:val="right"/>
      </w:pPr>
      <w:r>
        <w:t>نٹ ماڈل اف پرافٹ محمد۔</w:t>
      </w:r>
    </w:p>
    <w:p>
      <w:r>
        <w:rPr>
          <w:b/>
        </w:rPr>
        <w:t xml:space="preserve">[59:12] </w:t>
      </w:r>
      <w:r>
        <w:t>We have to emulate this model today.</w:t>
      </w:r>
    </w:p>
    <w:p>
      <w:pPr>
        <w:jc w:val="right"/>
      </w:pPr>
      <w:r>
        <w:t>وی ہیو ٹو ایمولیٹ دس ماڈل ٹوڈے۔</w:t>
      </w:r>
    </w:p>
    <w:p>
      <w:r>
        <w:rPr>
          <w:b/>
        </w:rPr>
        <w:t xml:space="preserve">[59:16] </w:t>
      </w:r>
      <w:r>
        <w:t>jazak allah maulana sahib. dusra comment bheja hai maulana abdul salam umri ne haiderabad se.</w:t>
      </w:r>
    </w:p>
    <w:p>
      <w:pPr>
        <w:jc w:val="right"/>
      </w:pPr>
      <w:r>
        <w:t>جزاک اللہ مولانا صاحب۔" دوسرا کمنٹ بھیجا ہے مولانا عبدالسلام عمری نے حیدرآباد سے۔</w:t>
      </w:r>
    </w:p>
    <w:p>
      <w:r>
        <w:rPr>
          <w:b/>
        </w:rPr>
        <w:t xml:space="preserve">[59:20] </w:t>
      </w:r>
      <w:r>
        <w:t>unhon ne likha hai: maulana!</w:t>
      </w:r>
    </w:p>
    <w:p>
      <w:pPr>
        <w:jc w:val="right"/>
      </w:pPr>
      <w:r>
        <w:t>انہوں نے لکھا ہے: "مولانا!</w:t>
      </w:r>
    </w:p>
    <w:p>
      <w:r>
        <w:rPr>
          <w:b/>
        </w:rPr>
        <w:t xml:space="preserve">[59:25] </w:t>
      </w:r>
      <w:r>
        <w:t>aaj ka talk mere liye brain ko hila dene wala tha.</w:t>
      </w:r>
    </w:p>
    <w:p>
      <w:pPr>
        <w:jc w:val="right"/>
      </w:pPr>
      <w:r>
        <w:t>آج کا ٹاک میرے لیے برین کو ہلا دینے والا تھا۔</w:t>
      </w:r>
    </w:p>
    <w:p>
      <w:r>
        <w:rPr>
          <w:b/>
        </w:rPr>
        <w:t xml:space="preserve">[59:29] </w:t>
      </w:r>
      <w:r>
        <w:t>main sabr aur namaz ko masjid ke mahol mein sochta tha.</w:t>
      </w:r>
    </w:p>
    <w:p>
      <w:pPr>
        <w:jc w:val="right"/>
      </w:pPr>
      <w:r>
        <w:t>میں صبر اور نماز کو مسجد کے ماحول میں سوچتا تھا۔</w:t>
      </w:r>
    </w:p>
    <w:p>
      <w:r>
        <w:rPr>
          <w:b/>
        </w:rPr>
        <w:t xml:space="preserve">[59:33] </w:t>
      </w:r>
      <w:r>
        <w:t>aaj hi maloom hua ke sabr aur n</w:t>
      </w:r>
    </w:p>
    <w:p>
      <w:pPr>
        <w:jc w:val="right"/>
      </w:pPr>
      <w:r>
        <w:t>آج ہی معلوم ہوا کہ صبر اور ن</w:t>
      </w:r>
    </w:p>
    <w:p>
      <w:r>
        <w:rPr>
          <w:b/>
        </w:rPr>
        <w:t xml:space="preserve">[59:38] </w:t>
      </w:r>
      <w:r>
        <w:t>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p>
    <w:p>
      <w:pPr>
        <w:jc w:val="right"/>
      </w:pPr>
      <w:r>
        <w:t>ماز کو مکہ اور مدینے کے دعویٰ دعوتی ماحول میں سمجھنا ہے۔ جزاک اللہ۔" مولانا، اگلا سوال لیتے ہیں جو ڈاکٹر ارسلن نے بھیجا ہے لکھنؤ سے۔ انہوں نے لکھا ہے: "مولانا صاحب! مائی سن از ففٹین ایئرز اولڈ اینڈ ا ویری شارٹ ٹیمپرڈ بوئے۔ ایون دو ائی ٹرائی مائی بیسٹ ٹو ٹیچ ہم ٹو بی پیشنٹ، ب</w:t>
      </w:r>
    </w:p>
    <w:p>
      <w:r>
        <w:rPr>
          <w:b/>
        </w:rPr>
        <w:t xml:space="preserve">[1:00:08] </w:t>
      </w:r>
      <w:r>
        <w:t>t hi does not listen.</w:t>
      </w:r>
    </w:p>
    <w:p>
      <w:pPr>
        <w:jc w:val="right"/>
      </w:pPr>
      <w:r>
        <w:t>ٹ ہی ڈز ناٹ لسن۔</w:t>
      </w:r>
    </w:p>
    <w:p>
      <w:r>
        <w:rPr>
          <w:b/>
        </w:rPr>
        <w:t xml:space="preserve">[1:00:13] </w:t>
      </w:r>
      <w:r>
        <w:t>I want your advice as to how to convey him that keeping patience is like inviting God's help.</w:t>
      </w:r>
    </w:p>
    <w:p>
      <w:pPr>
        <w:jc w:val="right"/>
      </w:pPr>
      <w:r>
        <w:t>ائی وانٹ یور ایڈوائس ایز ٹو ہاؤ ٹو کنوے ہم دیٹ کیپنگ پیشنس از لائک انوائٹنگ گاڈز ہیلپ۔</w:t>
      </w:r>
    </w:p>
    <w:p>
      <w:r>
        <w:rPr>
          <w:b/>
        </w:rPr>
        <w:t xml:space="preserve">[1:00:18] </w:t>
      </w:r>
      <w:r>
        <w:t>how can he be changed? dekhiye, is ko change nahi karna hai.</w:t>
      </w:r>
    </w:p>
    <w:p>
      <w:pPr>
        <w:jc w:val="right"/>
      </w:pPr>
      <w:r>
        <w:t>ہاؤ کین ہی بی چینجڈ؟" دیکھیے، اس کو چینج نہیں کرنا ہے۔</w:t>
      </w:r>
    </w:p>
    <w:p>
      <w:r>
        <w:rPr>
          <w:b/>
        </w:rPr>
        <w:t xml:space="preserve">[1:00:23] </w:t>
      </w:r>
      <w:r>
        <w:t>aap log apne aap ko change kijiye.</w:t>
      </w:r>
    </w:p>
    <w:p>
      <w:pPr>
        <w:jc w:val="right"/>
      </w:pPr>
      <w:r>
        <w:t>آپ لوگ اپنے آپ کو چینج کیجئے۔</w:t>
      </w:r>
    </w:p>
    <w:p>
      <w:r>
        <w:rPr>
          <w:b/>
        </w:rPr>
        <w:t xml:space="preserve">[1:00:28] </w:t>
      </w:r>
      <w:r>
        <w:t>jittne aise bachche hote hain, woh maa baap ki pampering se bante hain.</w:t>
      </w:r>
    </w:p>
    <w:p>
      <w:pPr>
        <w:jc w:val="right"/>
      </w:pPr>
      <w:r>
        <w:t>جتنے ایسے بچے ہوتے ہیں، وہ ماں باپ کی پیمپرنگ سے بنتے ہیں۔</w:t>
      </w:r>
    </w:p>
    <w:p>
      <w:r>
        <w:rPr>
          <w:b/>
        </w:rPr>
        <w:t xml:space="preserve">[1:00:33] </w:t>
      </w:r>
      <w:r>
        <w:t>woh aap aur aap ki</w:t>
      </w:r>
    </w:p>
    <w:p>
      <w:pPr>
        <w:jc w:val="right"/>
      </w:pPr>
      <w:r>
        <w:t>وہ آپ اور آپ کی</w:t>
      </w:r>
    </w:p>
    <w:p>
      <w:r>
        <w:rPr>
          <w:b/>
        </w:rPr>
        <w:t xml:space="preserve">[1:00:38] </w:t>
      </w:r>
      <w:r>
        <w:t>aliya apni pampering ko khatm kijiye.</w:t>
      </w:r>
    </w:p>
    <w:p>
      <w:pPr>
        <w:jc w:val="right"/>
      </w:pPr>
      <w:r>
        <w:t>عالیہ اپنی پیمپرنگ کو ختم کیجئے۔</w:t>
      </w:r>
    </w:p>
    <w:p>
      <w:r>
        <w:rPr>
          <w:b/>
        </w:rPr>
        <w:t xml:space="preserve">[1:00:44] </w:t>
      </w:r>
      <w:r>
        <w:t>ghalti aap ki taraf hai aur is ko aap lagate hain beti ki taraf.</w:t>
      </w:r>
    </w:p>
    <w:p>
      <w:pPr>
        <w:jc w:val="right"/>
      </w:pPr>
      <w:r>
        <w:t>غلطی آپ کی طرف ہے اور اس کو آپ لگاتے ہیں بیٹی کی طرف۔</w:t>
      </w:r>
    </w:p>
    <w:p>
      <w:r>
        <w:rPr>
          <w:b/>
        </w:rPr>
        <w:t xml:space="preserve">[1:00:49] </w:t>
      </w:r>
      <w:r>
        <w:t>is mein koi shaq nahi, koi shaq nahi ke aap aur aap ki biwi ki pampering ne bachchon</w:t>
      </w:r>
    </w:p>
    <w:p>
      <w:pPr>
        <w:jc w:val="right"/>
      </w:pPr>
      <w:r>
        <w:t>اس میں کوئی شک نہیں، کوئی شک نہیں کہ آپ اور آپ کی بیوی کی پیمپرنگ نے بچوں</w:t>
      </w:r>
    </w:p>
    <w:p>
      <w:r>
        <w:rPr>
          <w:b/>
        </w:rPr>
        <w:t xml:space="preserve">[1:00:54] </w:t>
      </w:r>
      <w:r>
        <w:t>ko aisa banaya hai.</w:t>
      </w:r>
    </w:p>
    <w:p>
      <w:pPr>
        <w:jc w:val="right"/>
      </w:pPr>
      <w:r>
        <w:t>کو ایسا بنایا ہے۔</w:t>
      </w:r>
    </w:p>
    <w:p>
      <w:r>
        <w:rPr>
          <w:b/>
        </w:rPr>
        <w:t xml:space="preserve">[1:01:00] </w:t>
      </w:r>
      <w:r>
        <w:t>is mein mein yeh add karunga ke maa baap ko nazar hi nahi aata.</w:t>
      </w:r>
    </w:p>
    <w:p>
      <w:pPr>
        <w:jc w:val="right"/>
      </w:pPr>
      <w:r>
        <w:t>اس میں میں یہ ایڈ کروں گا کہ ماں باپ کو نظر ہی نہیں آتا۔</w:t>
      </w:r>
    </w:p>
    <w:p>
      <w:r>
        <w:rPr>
          <w:b/>
        </w:rPr>
        <w:t xml:space="preserve">[1:01:05] </w:t>
      </w:r>
      <w:r>
        <w:t>mein aise maa baap ko jaanta hoon</w:t>
      </w:r>
    </w:p>
    <w:p>
      <w:pPr>
        <w:jc w:val="right"/>
      </w:pPr>
      <w:r>
        <w:t>میں ایسے ماں باپ کو جانتا ہوں</w:t>
      </w:r>
    </w:p>
    <w:p>
      <w:r>
        <w:rPr>
          <w:b/>
        </w:rPr>
        <w:t xml:space="preserve">[1:01:10] </w:t>
      </w:r>
      <w:r>
        <w:t>jo apne bachchon ki pampering karte the aur jab un ko toka gaya to kaha: nahi, mein to</w:t>
      </w:r>
    </w:p>
    <w:p>
      <w:pPr>
        <w:jc w:val="right"/>
      </w:pPr>
      <w:r>
        <w:t>جو اپنے بچوں کی پیمپرنگ کرتے تھے اور جب ان کو ٹوکا گیا تو کہا: "نہیں، میں تو</w:t>
      </w:r>
    </w:p>
    <w:p>
      <w:r>
        <w:rPr>
          <w:b/>
        </w:rPr>
        <w:t xml:space="preserve">[1:01:18] </w:t>
      </w:r>
      <w:r>
        <w:t>kuch nahi karta. khud ba khud mere baap, mere jo baap the, meri pampering karte the.</w:t>
      </w:r>
    </w:p>
    <w:p>
      <w:pPr>
        <w:jc w:val="right"/>
      </w:pPr>
      <w:r>
        <w:t>کچھ نہیں کرتا۔" خود بخود میرے باپ، میرے جو باپ تھے، میری پیمپرنگ کرتے تھے۔</w:t>
      </w:r>
    </w:p>
    <w:p>
      <w:r>
        <w:rPr>
          <w:b/>
        </w:rPr>
        <w:t xml:space="preserve">[1:01:26] </w:t>
      </w:r>
      <w:r>
        <w:t>khud mere baap mere phupha ko rokte the to woh samajhte the ke mein to kuch nahi karta.</w:t>
      </w:r>
    </w:p>
    <w:p>
      <w:pPr>
        <w:jc w:val="right"/>
      </w:pPr>
      <w:r>
        <w:t>خود میرے باپ میرے پھوپھا کو روکتے تھے تو وہ سمجھتے تھے کہ میں تو کچھ نہیں کرتا۔</w:t>
      </w:r>
    </w:p>
    <w:p>
      <w:r>
        <w:rPr>
          <w:b/>
        </w:rPr>
        <w:t xml:space="preserve">[1:01:33] </w:t>
      </w:r>
      <w:r>
        <w:t>mere baap ki death ho gayi jab mein</w:t>
      </w:r>
    </w:p>
    <w:p>
      <w:pPr>
        <w:jc w:val="right"/>
      </w:pPr>
      <w:r>
        <w:t>میرے باپ کی ڈیتھ ہو گئی جب میں</w:t>
      </w:r>
    </w:p>
    <w:p>
      <w:r>
        <w:rPr>
          <w:b/>
        </w:rPr>
        <w:t xml:space="preserve">[1:01:41] </w:t>
      </w:r>
      <w:r>
        <w:t>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jc w:val="right"/>
      </w:pPr>
      <w:r>
        <w:t>چھ سال کا تھا۔ اب بالکل پیمپرڈ باپ بنا ہوا تھا۔ میں میں خود پیمپرڈ باپ بنا ہوا تھا۔ تو میرے باپ کی ڈیتھ ہو گئی، تب میرے اندر نئی زندگی شروع ہوئی۔ آپ غلطی آپ کرتے ہیں، اب ڈالتے ہیں بچے کے اوپر: "یور بوائے از پیمپرڈ بوئے۔ اس کو ختم کیجئے، پھر سب کچھ ٹھیک</w:t>
      </w:r>
    </w:p>
    <w:p>
      <w:r>
        <w:rPr>
          <w:b/>
        </w:rPr>
        <w:t xml:space="preserve">[1:02:11] </w:t>
      </w:r>
      <w:r>
        <w:t>ho jayega. maulana, agla sawal kashmir se bheja hai riyaz bhat sahib ne.</w:t>
      </w:r>
    </w:p>
    <w:p>
      <w:pPr>
        <w:jc w:val="right"/>
      </w:pPr>
      <w:r>
        <w:t>ہو جائے گا۔" مولانا، اگلا سوال کشمیر سے بھیجا ہے ریاض بھٹ صاحب نے۔</w:t>
      </w:r>
    </w:p>
    <w:p>
      <w:r>
        <w:rPr>
          <w:b/>
        </w:rPr>
        <w:t xml:space="preserve">[1:02:17] </w:t>
      </w:r>
      <w:r>
        <w:t>unhon ne likha hai: maulana sahib!</w:t>
      </w:r>
    </w:p>
    <w:p>
      <w:pPr>
        <w:jc w:val="right"/>
      </w:pPr>
      <w:r>
        <w:t>انہوں نے لکھا ہے: "مولانا صاحب!</w:t>
      </w:r>
    </w:p>
    <w:p>
      <w:r>
        <w:rPr>
          <w:b/>
        </w:rPr>
        <w:t xml:space="preserve">[1:02:23] </w:t>
      </w:r>
      <w:r>
        <w:t>The understanding that we have received from today's lecture is that we ourselves have misinterpreted the definition</w:t>
      </w:r>
    </w:p>
    <w:p>
      <w:pPr>
        <w:jc w:val="right"/>
      </w:pPr>
      <w:r>
        <w:t>دی انڈرسٹینڈنگ دیٹ وی ہیو ریسیوڈ فرام ٹوڈے لیکچر از دیٹ وی اور سیلوز ہیو مس انٹرپریٹڈ ڈیفینیشن</w:t>
      </w:r>
    </w:p>
    <w:p>
      <w:r>
        <w:rPr>
          <w:b/>
        </w:rPr>
        <w:t xml:space="preserve">[1:02:29] </w:t>
      </w:r>
      <w:r>
        <w:t>of Quranic classification of communities.</w:t>
      </w:r>
    </w:p>
    <w:p>
      <w:pPr>
        <w:jc w:val="right"/>
      </w:pPr>
      <w:r>
        <w:t>اف قرآنک کلاسیفیکیشن اف کمیونٹیز۔</w:t>
      </w:r>
    </w:p>
    <w:p>
      <w:r>
        <w:rPr>
          <w:b/>
        </w:rPr>
        <w:t xml:space="preserve">[1:02:35] </w:t>
      </w:r>
      <w:r>
        <w:t>Should we not then encourage opening of communication</w:t>
      </w:r>
    </w:p>
    <w:p>
      <w:pPr>
        <w:jc w:val="right"/>
      </w:pPr>
      <w:r>
        <w:t>شوڈ وی ناٹ دین انکریج اوپننگ اف کمیونیکیشن</w:t>
      </w:r>
    </w:p>
    <w:p>
      <w:r>
        <w:rPr>
          <w:b/>
        </w:rPr>
        <w:t xml:space="preserve">[1:02:41] </w:t>
      </w:r>
      <w:r>
        <w:t>channels with other communities to exploit full potential of the modern age?" bilkul ka question to clear nahi hua. ye to repeat kiya hai meri baat ko. ji, question kya banta hai? aap bataiye. maulana, actually ah ah jawab to isi mein hai. wo basically yahi janna chah rahe hain ke ah hum hum logon ne hi quran ki jo ayaton ko misinter</w:t>
      </w:r>
    </w:p>
    <w:p>
      <w:pPr>
        <w:jc w:val="right"/>
      </w:pPr>
      <w:r>
        <w:t>چینلز ود ادر کمیونٹیز ٹو ایکسپلائٹ فل پوٹینشل اف دا ماڈرن ایج؟" بالکل کا کوئسچن تو کلیئر نہیں ہوا۔ یہ تو ریپیٹ کیا ہے میری بات کو۔ جی، کوئسچن کیا بنتا ہے؟ آپ بتائیے۔ مولانا، ایکچولی اہ اہ جواب تو اسی میں ہے۔ وہ بیسکلی یہی جاننا چاہ رہے ہیں کہ اہ ہم ہم لوگوں نے ہی قرآن کی جو آیتوں کو مس انٹر</w:t>
      </w:r>
    </w:p>
    <w:p>
      <w:r>
        <w:rPr>
          <w:b/>
        </w:rPr>
        <w:t xml:space="preserve">[1:03:11] </w:t>
      </w:r>
      <w:r>
        <w:t>pret kiya hai, to kya hum hi logon ko ah ek communication channel, matlab dialogue, ah shuru kar dena chahiye doosri communities ke sath? kyunke aaj jo hai modern age hai, to kya humein is bhai is mein koi shaq ki baat nahi? ye to ji shuru karna kya? ye to karna hi karna hai. ji, sari zindagi humein ye karna hai. musalmanon mein gateway mentality isi liye aa gayi hai ke kam az kam channel khatm ho gaya. alag reh rahe hain, wo alag reh rahe hain. chan</w:t>
      </w:r>
    </w:p>
    <w:p>
      <w:pPr>
        <w:jc w:val="right"/>
      </w:pPr>
      <w:r>
        <w:t>پریٹ کیا ہے، تو کیا ہم ہی لوگوں کو اہ ایک کمیونیکیشن چینل، مطلب ڈائیلاگ، اہ شروع کر دینا چاہیے دوسری کمیونٹیز کے ساتھ؟ کیونکہ آج جو ہے ماڈرن ایج ہے، تو کیا ہمیں اس بھائی اس میں کوئی شک کی بات نہیں؟ یہ تو جی شروع کرنا کیا؟ یہ تو کرنا ہی کرنا ہے۔ جی، ساری زندگی ہمیں یہ کرنا ہے۔ مسلمانوں میں گیٹ وے مینٹیلٹی اسی لیے آ گئی ہے کہ کم از کم چینل ختم ہو گیا۔ الگ رہ رہے ہیں، وہ الگ رہ رہے ہیں۔ چین</w:t>
      </w:r>
    </w:p>
    <w:p>
      <w:r>
        <w:rPr>
          <w:b/>
        </w:rPr>
        <w:t xml:space="preserve">[1:03:41] </w:t>
      </w:r>
      <w:r>
        <w:t>l khatm ho gaya, yeh islam nahi hai.</w:t>
      </w:r>
    </w:p>
    <w:p>
      <w:pPr>
        <w:jc w:val="right"/>
      </w:pPr>
      <w:r>
        <w:t>ل ختم ہو گیا، یہ اسلام نہیں ہے۔</w:t>
      </w:r>
    </w:p>
    <w:p>
      <w:r>
        <w:rPr>
          <w:b/>
        </w:rPr>
        <w:t xml:space="preserve">[1:03:47] </w:t>
      </w:r>
      <w:r>
        <w:t>yeh yeh hai jo woh hai, yaani pata nahi kya hoga, lekin islam to hai nahi.</w:t>
      </w:r>
    </w:p>
    <w:p>
      <w:pPr>
        <w:jc w:val="right"/>
      </w:pPr>
      <w:r>
        <w:t>یہ یہ ہے جو وہ ہے، یعنی پتہ نہیں کیا ہوگا، لیکن اسلام تو ہے نہیں۔</w:t>
      </w:r>
    </w:p>
    <w:p>
      <w:r>
        <w:rPr>
          <w:b/>
        </w:rPr>
        <w:t xml:space="preserve">[1:03:53] </w:t>
      </w:r>
      <w:r>
        <w:t>yeh secular university, secular country hona chahiye, tabhi aap taraqqi karenge.</w:t>
      </w:r>
    </w:p>
    <w:p>
      <w:pPr>
        <w:jc w:val="right"/>
      </w:pPr>
      <w:r>
        <w:t>یہ سیکولر یونیورسٹی، سیکولر کنٹری ہونا چاہیے، تبھی آپ ترقی کریں گے۔</w:t>
      </w:r>
    </w:p>
    <w:p>
      <w:r>
        <w:rPr>
          <w:b/>
        </w:rPr>
        <w:t xml:space="preserve">[1:03:59] </w:t>
      </w:r>
      <w:r>
        <w:t>nahi, taraqqi nahi kar sakte.</w:t>
      </w:r>
    </w:p>
    <w:p>
      <w:pPr>
        <w:jc w:val="right"/>
      </w:pPr>
      <w:r>
        <w:t>نہیں، ترقی نہیں کر سکتے۔</w:t>
      </w:r>
    </w:p>
    <w:p>
      <w:r>
        <w:rPr>
          <w:b/>
        </w:rPr>
        <w:t xml:space="preserve">[1:04:05] </w:t>
      </w:r>
      <w:r>
        <w:t>ji, is zamane mein yaad rakhiye, chahe edu</w:t>
      </w:r>
    </w:p>
    <w:p>
      <w:pPr>
        <w:jc w:val="right"/>
      </w:pPr>
      <w:r>
        <w:t>جی، اس زمانے میں یاد رکھیے، چاہے ایجو</w:t>
      </w:r>
    </w:p>
    <w:p>
      <w:r>
        <w:rPr>
          <w:b/>
        </w:rPr>
        <w:t xml:space="preserve">[1:04:11] </w:t>
      </w:r>
      <w:r>
        <w:t>cation ho, chahe state ho, sab ka sab secularism ka issue hai, mazhab ka issue nahi hai.</w:t>
      </w:r>
    </w:p>
    <w:p>
      <w:pPr>
        <w:jc w:val="right"/>
      </w:pPr>
      <w:r>
        <w:t>کیشن ہو، چاہے اسٹیٹ ہو، سب کا سب سیکولرزم کا ایشو ہے، مذہب کا ایشو نہیں ہے۔</w:t>
      </w:r>
    </w:p>
    <w:p>
      <w:r>
        <w:rPr>
          <w:b/>
        </w:rPr>
        <w:t xml:space="preserve">[1:04:26] </w:t>
      </w:r>
      <w:r>
        <w:t>wo Maulana, agla Rasool Allah jab Makka mein gaye, Makka se Madina to Madine mein jo log the, ya ad</w:t>
      </w:r>
    </w:p>
    <w:p>
      <w:pPr>
        <w:jc w:val="right"/>
      </w:pPr>
      <w:r>
        <w:t>وہ مولانا، اگلا رسول اللہ جب مکہ میں گئے، مکہ سے مدینہ تو مدینے میں جو لوگ تھے، یا اد</w:t>
      </w:r>
    </w:p>
    <w:p>
      <w:r>
        <w:rPr>
          <w:b/>
        </w:rPr>
        <w:t xml:space="preserve">[1:04:41] </w:t>
      </w:r>
      <w:r>
        <w:t>hi abadi wahan yahood ki thi, jo ghalib the, wahan ghalib to wahan qibla ke ma'ne the Quds,</w:t>
      </w:r>
    </w:p>
    <w:p>
      <w:pPr>
        <w:jc w:val="right"/>
      </w:pPr>
      <w:r>
        <w:t>ھی آبادی وہاں یہود کی تھی، جو غالب تھے، وہاں غالب تو وہاں قبلہ کے معنی تھے قدس،</w:t>
      </w:r>
    </w:p>
    <w:p>
      <w:r>
        <w:rPr>
          <w:b/>
        </w:rPr>
        <w:t xml:space="preserve">[1:04:47] </w:t>
      </w:r>
      <w:r>
        <w:t>qibla ke ma'ne Kaba nahi the.</w:t>
      </w:r>
    </w:p>
    <w:p>
      <w:pPr>
        <w:jc w:val="right"/>
      </w:pPr>
      <w:r>
        <w:t>قبلہ کے معنی کعبہ نہیں تھے۔</w:t>
      </w:r>
    </w:p>
    <w:p>
      <w:r>
        <w:rPr>
          <w:b/>
        </w:rPr>
        <w:t xml:space="preserve">[1:04:53] </w:t>
      </w:r>
      <w:r>
        <w:t>aap ne mujh se aap apna liya to aaj education ke ma'ne secular education, state ke ma'ne secular</w:t>
      </w:r>
    </w:p>
    <w:p>
      <w:pPr>
        <w:jc w:val="right"/>
      </w:pPr>
      <w:r>
        <w:t>آپ نے مجھ سے آپ اپنا لیا تو آج ایجوکیشن کے معنی سیکولر ایجوکیشن، اسٹیٹ کے معنی سیکولر</w:t>
      </w:r>
    </w:p>
    <w:p>
      <w:r>
        <w:rPr>
          <w:b/>
        </w:rPr>
        <w:t xml:space="preserve">[1:04:59] </w:t>
      </w:r>
      <w:r>
        <w:t>state, aap kyun nahi mante? is ko yeh bhi sunnat-e-Rasool hai.</w:t>
      </w:r>
    </w:p>
    <w:p>
      <w:pPr>
        <w:jc w:val="right"/>
      </w:pPr>
      <w:r>
        <w:t>اسٹیٹ، آپ کیوں نہیں مانتے؟ اس کو یہ بھی سنت رسول ہے۔</w:t>
      </w:r>
    </w:p>
    <w:p>
      <w:r>
        <w:rPr>
          <w:b/>
        </w:rPr>
        <w:t xml:space="preserve">[1:05:05] </w:t>
      </w:r>
      <w:r>
        <w:t>qibla ka jo matlab tha Madine mein us waqt,</w:t>
      </w:r>
    </w:p>
    <w:p>
      <w:pPr>
        <w:jc w:val="right"/>
      </w:pPr>
      <w:r>
        <w:t>قبلہ کا جو مطلب تھا مدینے میں اس وقت،</w:t>
      </w:r>
    </w:p>
    <w:p>
      <w:r>
        <w:rPr>
          <w:b/>
        </w:rPr>
        <w:t xml:space="preserve">[1:05:11] </w:t>
      </w:r>
      <w:r>
        <w:t>is ko Rasool Allah ne apna liya.</w:t>
      </w:r>
    </w:p>
    <w:p>
      <w:pPr>
        <w:jc w:val="right"/>
      </w:pPr>
      <w:r>
        <w:t>اس کو رسول اللہ نے اپنا لیا۔</w:t>
      </w:r>
    </w:p>
    <w:p>
      <w:r>
        <w:rPr>
          <w:b/>
        </w:rPr>
        <w:t xml:space="preserve">[1:05:17] </w:t>
      </w:r>
      <w:r>
        <w:t>aise hi is zamane mein education ka aur state ka jo matlab hai, is ko aap apna lijie.</w:t>
      </w:r>
    </w:p>
    <w:p>
      <w:pPr>
        <w:jc w:val="right"/>
      </w:pPr>
      <w:r>
        <w:t>ایسے ہی اس زمانے میں ایجوکیشن کا اور اسٹیٹ کا جو مطلب ہے، اس کو آپ اپنا لیجئے۔</w:t>
      </w:r>
    </w:p>
    <w:p>
      <w:r>
        <w:rPr>
          <w:b/>
        </w:rPr>
        <w:t xml:space="preserve">[1:05:23] </w:t>
      </w:r>
      <w:r>
        <w:t>us waqt tak apnaaye rahen jab tak zamana badal na jaye.</w:t>
      </w:r>
    </w:p>
    <w:p>
      <w:pPr>
        <w:jc w:val="right"/>
      </w:pPr>
      <w:r>
        <w:t>اس وقت تک اپنائے رہیں جب تک زمانہ بدل نہ جائے۔</w:t>
      </w:r>
    </w:p>
    <w:p>
      <w:r>
        <w:rPr>
          <w:b/>
        </w:rPr>
        <w:t xml:space="preserve">[1:05:29] </w:t>
      </w:r>
      <w:r>
        <w:t>jab zamana badal jaye, tab aap aap bhi mazhab badlie.</w:t>
      </w:r>
    </w:p>
    <w:p>
      <w:pPr>
        <w:jc w:val="right"/>
      </w:pPr>
      <w:r>
        <w:t>جب زمانہ بدل جائے، تب آپ آپ بھی مذہب بدلیے۔</w:t>
      </w:r>
    </w:p>
    <w:p>
      <w:r>
        <w:rPr>
          <w:b/>
        </w:rPr>
        <w:t xml:space="preserve">[1:05:34] </w:t>
      </w:r>
      <w:r>
        <w:t>abhi to abhi to badlenge to aap is ki price denge.</w:t>
      </w:r>
    </w:p>
    <w:p>
      <w:pPr>
        <w:jc w:val="right"/>
      </w:pPr>
      <w:r>
        <w:t>ابھی تو ابھی تو بدلیں گے تو آپ اس کی پرائز دیں گے۔</w:t>
      </w:r>
    </w:p>
    <w:p>
      <w:r>
        <w:rPr>
          <w:b/>
        </w:rPr>
        <w:t xml:space="preserve">[1:05:40] </w:t>
      </w:r>
      <w:r>
        <w:t>backward shumar honge, aap aap ki taraqqi ruki rahegi.</w:t>
      </w:r>
    </w:p>
    <w:p>
      <w:pPr>
        <w:jc w:val="right"/>
      </w:pPr>
      <w:r>
        <w:t>بیکورڈ شمار ہوں گے، آپ آپ کی ترقی رکی رہے گی۔</w:t>
      </w:r>
    </w:p>
    <w:p>
      <w:r>
        <w:rPr>
          <w:b/>
        </w:rPr>
        <w:t xml:space="preserve">[1:05:46] </w:t>
      </w:r>
      <w:r>
        <w:t>Maulana, agla ek comment aur sawal aaya hai Tariq Badar sahib ka Lahore se, Pakistan se.</w:t>
      </w:r>
    </w:p>
    <w:p>
      <w:pPr>
        <w:jc w:val="right"/>
      </w:pPr>
      <w:r>
        <w:t>مولانا، اگلا ایک کمنٹ اور سوال آیا ہے طارق بدر صاحب کا لاہور سے، پاکستان سے۔</w:t>
      </w:r>
    </w:p>
    <w:p>
      <w:r>
        <w:rPr>
          <w:b/>
        </w:rPr>
        <w:t xml:space="preserve">[1:05:52] </w:t>
      </w:r>
      <w:r>
        <w:t>unhon ne likha hai: "Maulana sahib!</w:t>
      </w:r>
    </w:p>
    <w:p>
      <w:pPr>
        <w:jc w:val="right"/>
      </w:pPr>
      <w:r>
        <w:t>انہوں نے لکھا ہے: "مولانا صاحب!</w:t>
      </w:r>
    </w:p>
    <w:p>
      <w:r>
        <w:rPr>
          <w:b/>
        </w:rPr>
        <w:t xml:space="preserve">[1:05:58] </w:t>
      </w:r>
      <w:r>
        <w:t>We have learned today the difference between pre-Diaspora and post-Diaspora Jewish.</w:t>
      </w:r>
    </w:p>
    <w:p>
      <w:pPr>
        <w:jc w:val="right"/>
      </w:pPr>
      <w:r>
        <w:t>وی ہیو لرن ٹوڈے ڈفرنس بٹوین پری ڈائیسپورا اینڈ پوسٹ ڈائیسپورا جیوش۔</w:t>
      </w:r>
    </w:p>
    <w:p>
      <w:r>
        <w:rPr>
          <w:b/>
        </w:rPr>
        <w:t xml:space="preserve">[1:06:04] </w:t>
      </w:r>
      <w:r>
        <w:t>Jews, I understand learning process is combined with unlearning.</w:t>
      </w:r>
    </w:p>
    <w:p>
      <w:pPr>
        <w:jc w:val="right"/>
      </w:pPr>
      <w:r>
        <w:t>جیوز، آئی انڈرسٹینڈ لرننگ پروسیس از کمبائنڈ ود ان لرننگ۔</w:t>
      </w:r>
    </w:p>
    <w:p>
      <w:r>
        <w:rPr>
          <w:b/>
        </w:rPr>
        <w:t xml:space="preserve">[1:06:10] </w:t>
      </w:r>
      <w:r>
        <w:t>Also, in general, we don't unlearn, rather develop a learning in what we know.</w:t>
      </w:r>
    </w:p>
    <w:p>
      <w:pPr>
        <w:jc w:val="right"/>
      </w:pPr>
      <w:r>
        <w:t>السو، ان جنرل، وی ڈونٹ ان لرن، رادر ڈویلپ ا لرننگ ان واٹ وی نو</w:t>
      </w:r>
    </w:p>
    <w:p>
      <w:r>
        <w:rPr>
          <w:b/>
        </w:rPr>
        <w:t xml:space="preserve">[1:06:16] </w:t>
      </w:r>
      <w:r>
        <w:t>already, and this is one of the reason we don't understand the true meaning.</w:t>
      </w:r>
    </w:p>
    <w:p>
      <w:pPr>
        <w:jc w:val="right"/>
      </w:pPr>
      <w:r>
        <w:t>الریڈی، اینڈ دس از ون اف دا ریزن وی ڈونٹ انڈرسٹینڈ دا ٹرو میننگ۔</w:t>
      </w:r>
    </w:p>
    <w:p>
      <w:r>
        <w:rPr>
          <w:b/>
        </w:rPr>
        <w:t xml:space="preserve">[1:06:21] </w:t>
      </w:r>
      <w:r>
        <w:t>I learned that unlearning is more difficult than learning.</w:t>
      </w:r>
    </w:p>
    <w:p>
      <w:pPr>
        <w:jc w:val="right"/>
      </w:pPr>
      <w:r>
        <w:t>آئی لرنڈ دیٹ ان لرننگ از مور ڈیفیکلٹ دین لرننگ۔</w:t>
      </w:r>
    </w:p>
    <w:p>
      <w:r>
        <w:rPr>
          <w:b/>
        </w:rPr>
        <w:t xml:space="preserve">[1:06:26] </w:t>
      </w:r>
      <w:r>
        <w:t>مولانا صاحب، "What is your opinion?" بہت صحیح کہا آپ نے، بہت ہی صحیح کہا آپ نے۔</w:t>
      </w:r>
    </w:p>
    <w:p>
      <w:pPr>
        <w:jc w:val="right"/>
      </w:pPr>
      <w:r>
        <w:t>مولانا صاحب، واٹ از یور اوپینین؟" بہت صحیح کہا آپ نے، بہت ہی صحیح کہا آپ نے۔</w:t>
      </w:r>
    </w:p>
    <w:p>
      <w:r>
        <w:rPr>
          <w:b/>
        </w:rPr>
        <w:t xml:space="preserve">[1:06:31] </w:t>
      </w:r>
      <w:r>
        <w:t>main is se ittefaq karta hoon.</w:t>
      </w:r>
    </w:p>
    <w:p>
      <w:pPr>
        <w:jc w:val="right"/>
      </w:pPr>
      <w:r>
        <w:t>میں اس سے اتفاق کرتا ہوں۔</w:t>
      </w:r>
    </w:p>
    <w:p>
      <w:r>
        <w:rPr>
          <w:b/>
        </w:rPr>
        <w:t xml:space="preserve">[1:06:36] </w:t>
      </w:r>
      <w:r>
        <w:t>yeh unlearning ki zaroorat hai.</w:t>
      </w:r>
    </w:p>
    <w:p>
      <w:pPr>
        <w:jc w:val="right"/>
      </w:pPr>
      <w:r>
        <w:t>یہ ان لرننگ کی ضرورت ہے۔</w:t>
      </w:r>
    </w:p>
    <w:p>
      <w:r>
        <w:rPr>
          <w:b/>
        </w:rPr>
        <w:t xml:space="preserve">[1:06:41] </w:t>
      </w:r>
      <w:r>
        <w:t>is zamane mein unlearning ki</w:t>
      </w:r>
    </w:p>
    <w:p>
      <w:pPr>
        <w:jc w:val="right"/>
      </w:pPr>
      <w:r>
        <w:t>اس زمانے میں ان لرننگ کی</w:t>
      </w:r>
    </w:p>
    <w:p>
      <w:r>
        <w:rPr>
          <w:b/>
        </w:rPr>
        <w:t xml:space="preserve">[1:06:46] </w:t>
      </w:r>
      <w:r>
        <w:t>zaroorat hai, tabhi to beginning ho gayi.</w:t>
      </w:r>
    </w:p>
    <w:p>
      <w:pPr>
        <w:jc w:val="right"/>
      </w:pPr>
      <w:r>
        <w:t>ضرورت ہے، تبھی تو بگننگ ہو گئی۔</w:t>
      </w:r>
    </w:p>
    <w:p>
      <w:r>
        <w:rPr>
          <w:b/>
        </w:rPr>
        <w:t xml:space="preserve">[1:06:52] </w:t>
      </w:r>
      <w:r>
        <w:t>abhi to beginning ka time nahi aaya.</w:t>
      </w:r>
    </w:p>
    <w:p>
      <w:pPr>
        <w:jc w:val="right"/>
      </w:pPr>
      <w:r>
        <w:t>ابھی تو بگننگ کا ٹائم نہیں آیا۔</w:t>
      </w:r>
    </w:p>
    <w:p>
      <w:r>
        <w:rPr>
          <w:b/>
        </w:rPr>
        <w:t xml:space="preserve">[1:06:58] </w:t>
      </w:r>
      <w:r>
        <w:t>Maulana, agla ek comment padhna chahenge jo Muhammad Yaqoob Umri sahib ne bheja hai Delhi se.</w:t>
      </w:r>
    </w:p>
    <w:p>
      <w:pPr>
        <w:jc w:val="right"/>
      </w:pPr>
      <w:r>
        <w:t>مولانا، اگلا ایک کمنٹ پڑھنا چاہیں گے جو محمد یعقوب عمری صاحب نے بھیجا ہے دلی سے۔</w:t>
      </w:r>
    </w:p>
    <w:p>
      <w:r>
        <w:rPr>
          <w:b/>
        </w:rPr>
        <w:t xml:space="preserve">[1:07:04] </w:t>
      </w:r>
      <w:r>
        <w:t>unhon ne likha hai: "Maulana!</w:t>
      </w:r>
    </w:p>
    <w:p>
      <w:pPr>
        <w:jc w:val="right"/>
      </w:pPr>
      <w:r>
        <w:t>انہوں نے لکھا ہے: "مولانا!</w:t>
      </w:r>
    </w:p>
    <w:p>
      <w:r>
        <w:rPr>
          <w:b/>
        </w:rPr>
        <w:t xml:space="preserve">[1:07:11] </w:t>
      </w:r>
      <w:r>
        <w:t>It is very important question that you raised</w:t>
      </w:r>
    </w:p>
    <w:p>
      <w:pPr>
        <w:jc w:val="right"/>
      </w:pPr>
      <w:r>
        <w:t>اٹ از ویری امپورٹنٹ کوئسچن دیٹ یو ریزڈ</w:t>
      </w:r>
    </w:p>
    <w:p>
      <w:r>
        <w:rPr>
          <w:b/>
        </w:rPr>
        <w:t xml:space="preserve">[1:07:17] </w:t>
      </w:r>
      <w:r>
        <w:t>How Allah can love those who fight human beings.</w:t>
      </w:r>
    </w:p>
    <w:p>
      <w:pPr>
        <w:jc w:val="right"/>
      </w:pPr>
      <w:r>
        <w:t>ان ہاؤ اللہ کین لو دوز ہو فائٹ ہیومن بینگ۔</w:t>
      </w:r>
    </w:p>
    <w:p>
      <w:r>
        <w:rPr>
          <w:b/>
        </w:rPr>
        <w:t xml:space="preserve">[1:07:24] </w:t>
      </w:r>
      <w:r>
        <w:t>Really, this question helps to understand the real meaning of the words of Chapter As-Saff.</w:t>
      </w:r>
    </w:p>
    <w:p>
      <w:pPr>
        <w:jc w:val="right"/>
      </w:pPr>
      <w:r>
        <w:t>ریلی، دس کوئسچن ہیلپ ٹو انڈرسٹینڈ دا ریئل میننگ اف دا ورڈز اف چیپٹر الصف۔</w:t>
      </w:r>
    </w:p>
    <w:p>
      <w:r>
        <w:rPr>
          <w:b/>
        </w:rPr>
        <w:t xml:space="preserve">[1:07:32] </w:t>
      </w:r>
      <w:r>
        <w:t>"Qital is a situational word which is actually meant as 'da'wah struggle'." Dekhiye, yeh jo Quran mein hai</w:t>
      </w:r>
    </w:p>
    <w:p>
      <w:pPr>
        <w:jc w:val="right"/>
      </w:pPr>
      <w:r>
        <w:t>قتال از ا سچویشنل ورڈ وچ از ایکچولی مینٹ ایز دعوی سٹرگل۔" دیکھیے، یہ جو قرآن میں ہے</w:t>
      </w:r>
    </w:p>
    <w:p>
      <w:r>
        <w:rPr>
          <w:b/>
        </w:rPr>
        <w:t xml:space="preserve">[1:07:40] </w:t>
      </w:r>
      <w:r>
        <w:t>keh Allah in se muhabbat karta hai jo Allah ke raste mein larte hain,</w:t>
      </w:r>
    </w:p>
    <w:p>
      <w:pPr>
        <w:jc w:val="right"/>
      </w:pPr>
      <w:r>
        <w:t>کہ اللہ ان سے محبت کرتا ہے جو اللہ کے راستے میں لڑتے ہیں،</w:t>
      </w:r>
    </w:p>
    <w:p>
      <w:r>
        <w:rPr>
          <w:b/>
        </w:rPr>
        <w:t xml:space="preserve">[1:07:48] </w:t>
      </w:r>
      <w:r>
        <w:t>to main sochta tha ke jo log Allah ke raste mein Rasool Allah ke sath de rahe the,</w:t>
      </w:r>
    </w:p>
    <w:p>
      <w:pPr>
        <w:jc w:val="right"/>
      </w:pPr>
      <w:r>
        <w:t>تو میں سوچتا تھا کہ جو لوگ اللہ کے راستے میں رسول اللہ کے ساتھ دے رہے تھے،</w:t>
      </w:r>
    </w:p>
    <w:p>
      <w:r>
        <w:rPr>
          <w:b/>
        </w:rPr>
        <w:t xml:space="preserve">[1:07:56] </w:t>
      </w:r>
      <w:r>
        <w:t>jo log unhon ne kitna lare, wo to yaqeen kijiye ke 13 saal ki muddat mein nahi, 23 saal.</w:t>
      </w:r>
    </w:p>
    <w:p>
      <w:pPr>
        <w:jc w:val="right"/>
      </w:pPr>
      <w:r>
        <w:t>جو لوگ انہوں نے کتنا لڑے، وہ تو یقین کیجئے کہ 13 سال کی مدت میں نہیں، 23 سال۔</w:t>
      </w:r>
    </w:p>
    <w:p>
      <w:r>
        <w:rPr>
          <w:b/>
        </w:rPr>
        <w:t xml:space="preserve">[1:08:04] </w:t>
      </w:r>
      <w:r>
        <w:t>23 saal ki muddat mein sirf dedh, dedh din, dedh din, bas adha din Badr mein, adha din</w:t>
      </w:r>
    </w:p>
    <w:p>
      <w:pPr>
        <w:jc w:val="right"/>
      </w:pPr>
      <w:r>
        <w:t>23 سال کی مدت میں صرف ڈیڑھ، ڈیڑھ دن، ڈیڑھ دن، بس ادھا دن بدر میں، ادھا دن</w:t>
      </w:r>
    </w:p>
    <w:p>
      <w:r>
        <w:rPr>
          <w:b/>
        </w:rPr>
        <w:t xml:space="preserve">[1:08:13] </w:t>
      </w:r>
      <w:r>
        <w:t>Hunain mein, aur adha din ek kaun si jang thi.</w:t>
      </w:r>
    </w:p>
    <w:p>
      <w:pPr>
        <w:jc w:val="right"/>
      </w:pPr>
      <w:r>
        <w:t>حنین میں، اور ادھا دن ایک کون سی جنگ تھی۔</w:t>
      </w:r>
    </w:p>
    <w:p>
      <w:r>
        <w:rPr>
          <w:b/>
        </w:rPr>
        <w:t xml:space="preserve">[1:08:21] </w:t>
      </w:r>
      <w:r>
        <w:t>kal dedh din, aur dictionary batati hai ke ladai wo hai jo chhe din chale.</w:t>
      </w:r>
    </w:p>
    <w:p>
      <w:pPr>
        <w:jc w:val="right"/>
      </w:pPr>
      <w:r>
        <w:t>کل ڈیڑھ دن، اور ڈکشنری بتاتی ہے کہ لڑائی وہ ہے جو چھ دن چلے۔</w:t>
      </w:r>
    </w:p>
    <w:p>
      <w:r>
        <w:rPr>
          <w:b/>
        </w:rPr>
        <w:t xml:space="preserve">[1:08:28] </w:t>
      </w:r>
      <w:r>
        <w:t>yani chhe din ki jo ladai ho, to wo ladai hai, wo wo ladai hai hi nahi, wo</w:t>
      </w:r>
    </w:p>
    <w:p>
      <w:pPr>
        <w:jc w:val="right"/>
      </w:pPr>
      <w:r>
        <w:t>یعنی چھ دن کی جو لڑائی ہو، تو وہ لڑائی ہے، وہ وہ لڑائی ہے ہی نہیں، وہ</w:t>
      </w:r>
    </w:p>
    <w:p>
      <w:r>
        <w:rPr>
          <w:b/>
        </w:rPr>
        <w:t xml:space="preserve">[1:08:36] </w:t>
      </w:r>
      <w:r>
        <w:t>is ka musalsal hai.</w:t>
      </w:r>
    </w:p>
    <w:p>
      <w:pPr>
        <w:jc w:val="right"/>
      </w:pPr>
      <w:r>
        <w:t>اس کا مسلسل ہے۔</w:t>
      </w:r>
    </w:p>
    <w:p>
      <w:r>
        <w:rPr>
          <w:b/>
        </w:rPr>
        <w:t xml:space="preserve">[1:08:44] </w:t>
      </w:r>
      <w:r>
        <w:t>yeh dictionary ki meaning hai: jo ladai chhe din na chale, wo is is ka musalsal hai. to</w:t>
      </w:r>
    </w:p>
    <w:p>
      <w:pPr>
        <w:jc w:val="right"/>
      </w:pPr>
      <w:r>
        <w:t>یہ ڈکشنری کی میننگ ہے: جو لڑائی چھ دن نہ چلے، وہ اس اس کا مسلسل ہے۔ تو</w:t>
      </w:r>
    </w:p>
    <w:p>
      <w:r>
        <w:rPr>
          <w:b/>
        </w:rPr>
        <w:t xml:space="preserve">[1:08:51] </w:t>
      </w:r>
      <w:r>
        <w:t>sach poochhen to Rasool Allah ke Sahaba jo the, wo ladai hi nahi.</w:t>
      </w:r>
    </w:p>
    <w:p>
      <w:pPr>
        <w:jc w:val="right"/>
      </w:pPr>
      <w:r>
        <w:t>سچ پوچھیں تو رسول اللہ کے صحابہ جو تھے، وہ لڑائی ہی نہیں۔</w:t>
      </w:r>
    </w:p>
    <w:p>
      <w:r>
        <w:rPr>
          <w:b/>
        </w:rPr>
        <w:t xml:space="preserve">[1:08:57] </w:t>
      </w:r>
      <w:r>
        <w:t>to is mein Allah ne un se muhabbat hi nahi ki.</w:t>
      </w:r>
    </w:p>
    <w:p>
      <w:pPr>
        <w:jc w:val="right"/>
      </w:pPr>
      <w:r>
        <w:t>تو اس میں اللہ نے ان سے محبت ہی نہیں کی۔</w:t>
      </w:r>
    </w:p>
    <w:p>
      <w:r>
        <w:rPr>
          <w:b/>
        </w:rPr>
        <w:t xml:space="preserve">[1:09:03] </w:t>
      </w:r>
      <w:r>
        <w:t>jab ladai hi nahi, to muhabbat kahan? yaad rakhiye, wo jo ayat hai ke "ya qatiloon fi sabil</w:t>
      </w:r>
    </w:p>
    <w:p>
      <w:pPr>
        <w:jc w:val="right"/>
      </w:pPr>
      <w:r>
        <w:t>جب لڑائی ہی نہیں، تو محبت کہاں؟ یاد رکھیے، وہ جو آیت ہے کہ "یا قاتلون فی سبیل</w:t>
      </w:r>
    </w:p>
    <w:p>
      <w:r>
        <w:rPr>
          <w:b/>
        </w:rPr>
        <w:t xml:space="preserve">[1:09:09] </w:t>
      </w:r>
      <w:r>
        <w:t>sufan", yeh samajh rahe hain? ji, "ya qatiloon fi sabil" sirf Badr mein adha din hua tha, aur</w:t>
      </w:r>
    </w:p>
    <w:p>
      <w:pPr>
        <w:jc w:val="right"/>
      </w:pPr>
      <w:r>
        <w:t>صفن"، یہ سمجھ رہے ہیں؟ جی، "یا قاتلون فی سبیل" صرف بدر میں ادھا دن ہوا تھا، اور</w:t>
      </w:r>
    </w:p>
    <w:p>
      <w:r>
        <w:rPr>
          <w:b/>
        </w:rPr>
        <w:t xml:space="preserve">[1:09:15] </w:t>
      </w:r>
      <w:r>
        <w:t>kabhi aisi ladai hui nahi.</w:t>
      </w:r>
    </w:p>
    <w:p>
      <w:pPr>
        <w:jc w:val="right"/>
      </w:pPr>
      <w:r>
        <w:t>کبھی ایسی لڑائی ہوئی نہیں۔</w:t>
      </w:r>
    </w:p>
    <w:p>
      <w:r>
        <w:rPr>
          <w:b/>
        </w:rPr>
        <w:t xml:space="preserve">[1:09:21] </w:t>
      </w:r>
      <w:r>
        <w:t>"یا قاتلون فی سبیل صفن" jo jo farmaya hai, sirf Badr mein adha din hua tha.</w:t>
      </w:r>
    </w:p>
    <w:p>
      <w:pPr>
        <w:jc w:val="right"/>
      </w:pPr>
      <w:r>
        <w:t>"یا قاتلون فی سبیل صفن" جو جو فرمایا ہے، صرف بدر میں ادھا دن ہوا تھا۔</w:t>
      </w:r>
    </w:p>
    <w:p>
      <w:r>
        <w:rPr>
          <w:b/>
        </w:rPr>
        <w:t xml:space="preserve">[1:09:29] </w:t>
      </w:r>
      <w:r>
        <w:t>bas to kya adha din jis ne yeh kiya, us ko Allah muhabbat karta hai? aur baqi log</w:t>
      </w:r>
    </w:p>
    <w:p>
      <w:pPr>
        <w:jc w:val="right"/>
      </w:pPr>
      <w:r>
        <w:t>بس تو کیا ادھا دن جس نے یہ کیا، اس کو اللہ محبت کرتا ہے؟ اور باقی لوگ</w:t>
      </w:r>
    </w:p>
    <w:p>
      <w:r>
        <w:rPr>
          <w:b/>
        </w:rPr>
        <w:t xml:space="preserve">[1:09:36] </w:t>
      </w:r>
      <w:r>
        <w:t>Allah ke muhabbat se kharij hain? aur mujhe bataiye ke kaun nabi nabi tha jo lada hai? itne</w:t>
      </w:r>
    </w:p>
    <w:p>
      <w:pPr>
        <w:jc w:val="right"/>
      </w:pPr>
      <w:r>
        <w:t>اللہ کے محبت سے خارج ہیں؟ اور مجھے بتائیے کہ کون نبی نبی تھا جو لڑا ہے؟ اتنے</w:t>
      </w:r>
    </w:p>
    <w:p>
      <w:r>
        <w:rPr>
          <w:b/>
        </w:rPr>
        <w:t xml:space="preserve">[1:09:44] </w:t>
      </w:r>
      <w:r>
        <w:t>saare nabi aaye, koi ladai nahi, is muhabbat se kharij hain? Masha Allah! to haan,</w:t>
      </w:r>
    </w:p>
    <w:p>
      <w:pPr>
        <w:jc w:val="right"/>
      </w:pPr>
      <w:r>
        <w:t>سارے نبی آئے، کوئی لڑائی نہیں، اس محبت سے خارج ہیں؟ ماشاءاللہ! تو ہاں،</w:t>
      </w:r>
    </w:p>
    <w:p>
      <w:r>
        <w:rPr>
          <w:b/>
        </w:rPr>
        <w:t xml:space="preserve">[1:09:51] </w:t>
      </w:r>
      <w:r>
        <w:t>to aap ko jo waqea hua nabi'on ki zindagi mein, Sahaba ki zindagi mein jo waqea hua, wo</w:t>
      </w:r>
    </w:p>
    <w:p>
      <w:pPr>
        <w:jc w:val="right"/>
      </w:pPr>
      <w:r>
        <w:t>تو آپ کو جو واقعہ ہوا نبیوں کی زندگی میں، صحابہ کی زندگی میں جو واقعہ ہوا، وہ</w:t>
      </w:r>
    </w:p>
    <w:p>
      <w:r>
        <w:rPr>
          <w:b/>
        </w:rPr>
        <w:t xml:space="preserve">[1:09:59] </w:t>
      </w:r>
      <w:r>
        <w:t>hai wo log jin se Allah muhabbat karta hai.</w:t>
      </w:r>
    </w:p>
    <w:p>
      <w:pPr>
        <w:jc w:val="right"/>
      </w:pPr>
      <w:r>
        <w:t>ہے وہ لوگ جن سے اللہ محبت کرتا ہے۔</w:t>
      </w:r>
    </w:p>
    <w:p>
      <w:r>
        <w:rPr>
          <w:b/>
        </w:rPr>
        <w:t xml:space="preserve">[1:10:07] </w:t>
      </w:r>
      <w:r>
        <w:t>to Sahaba to Rasool Allah ke Saathi, wo to dedh din lare.</w:t>
      </w:r>
    </w:p>
    <w:p>
      <w:pPr>
        <w:jc w:val="right"/>
      </w:pPr>
      <w:r>
        <w:t>تو صحابہ تو رسول اللہ کے ساتھی، وہ تو ڈیڑھ دن لڑے۔</w:t>
      </w:r>
    </w:p>
    <w:p>
      <w:r>
        <w:rPr>
          <w:b/>
        </w:rPr>
        <w:t xml:space="preserve">[1:10:14] </w:t>
      </w:r>
      <w:r>
        <w:t>bas to bahut saare log jinhon ne dawat Allah ke liye struggle kiya, dawat</w:t>
      </w:r>
    </w:p>
    <w:p>
      <w:pPr>
        <w:jc w:val="right"/>
      </w:pPr>
      <w:r>
        <w:t>بس تو بہت سارے لوگ جنہوں نے دعوت اللہ کے لیے اسٹرگل کیا، دعوت</w:t>
      </w:r>
    </w:p>
    <w:p>
      <w:r>
        <w:rPr>
          <w:b/>
        </w:rPr>
        <w:t xml:space="preserve">[1:10:22] </w:t>
      </w:r>
      <w:r>
        <w:t>,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p>
    <w:p>
      <w:pPr>
        <w:jc w:val="right"/>
      </w:pPr>
      <w:r>
        <w:t>، دعوت یعنی دعوت مشن میں جنہوں نے اسٹرگل کیا، وہ اللہ کی محبت سے خارج ہیں۔ تب میں نے سمجھا کہ یہاں یہ مراد لڑائی ہے ہی نہیں، اس اسٹرگل مراد ہے۔ اسٹرگل کوشش۔ مولانا، اگلا سوال گوالیئر سے ہے عرفان علی صاحب کا۔ انہوں نے لکھا ہے: "مولانا صاحب! از دیر ا لمٹ ٹو</w:t>
      </w:r>
    </w:p>
    <w:p>
      <w:r>
        <w:rPr>
          <w:b/>
        </w:rPr>
        <w:t xml:space="preserve">[1:10:52] </w:t>
      </w:r>
      <w:r>
        <w:t>Patience? What if some community takes advantage of your situation just because we are being patient? Till when?</w:t>
      </w:r>
    </w:p>
    <w:p>
      <w:pPr>
        <w:jc w:val="right"/>
      </w:pPr>
      <w:r>
        <w:t>پیشنس؟ واٹ اف سم کمیونٹی ٹیکس ایڈوانٹیج اف یور سچویشن جسٹ بیکاز وی آر بینگ پیشنٹ؟ ٹل وین</w:t>
      </w:r>
    </w:p>
    <w:p>
      <w:r>
        <w:rPr>
          <w:b/>
        </w:rPr>
        <w:t xml:space="preserve">[1:11:00] </w:t>
      </w:r>
      <w:r>
        <w:t>should we not retaliate?" bhai, patience to ibadat hai.</w:t>
      </w:r>
    </w:p>
    <w:p>
      <w:pPr>
        <w:jc w:val="right"/>
      </w:pPr>
      <w:r>
        <w:t>شوڈ وی ناٹ ریٹیلیٹ؟" بھئی، پیشنس تو عبادت ہے۔</w:t>
      </w:r>
    </w:p>
    <w:p>
      <w:r>
        <w:rPr>
          <w:b/>
        </w:rPr>
        <w:t xml:space="preserve">[1:11:08] </w:t>
      </w:r>
      <w:r>
        <w:t>limit kis liye? aap kahenge Khuda ki yaad ke liye limit hai? kaise ajeeb ghareeb log hain</w:t>
      </w:r>
    </w:p>
    <w:p>
      <w:pPr>
        <w:jc w:val="right"/>
      </w:pPr>
      <w:r>
        <w:t>لمٹ کس لیے؟ آپ کہیں گے خدا کی یاد کے لیے لمٹ ہے؟ کیسے عجیب غریب لوگ ہیں</w:t>
      </w:r>
    </w:p>
    <w:p>
      <w:r>
        <w:rPr>
          <w:b/>
        </w:rPr>
        <w:t xml:space="preserve">[1:11:16] </w:t>
      </w:r>
      <w:r>
        <w:t>jo jante nahi ke sabr ko Quran mein sab se bari bataya gaya hai? ibadat,</w:t>
      </w:r>
    </w:p>
    <w:p>
      <w:pPr>
        <w:jc w:val="right"/>
      </w:pPr>
      <w:r>
        <w:t>جو جانتے نہیں کہ صبر کو قرآن میں سب سے بڑی بتایا گیا ہے؟ عبادت،</w:t>
      </w:r>
    </w:p>
    <w:p>
      <w:r>
        <w:rPr>
          <w:b/>
        </w:rPr>
        <w:t xml:space="preserve">[1:11:24] </w:t>
      </w:r>
      <w:r>
        <w:t>sab se bari ibadat, us ki bhi limit rahe gi? patience ki limit hi nahi koi hai. woh to sari zindagi ke liye "inma sabir ujru" baghair hisab. yeh Quran ki ayat hai. sab se bari bekhabri yeh hai ke log jante hi nahi ke sabr, sabr amal hai. yeh yaad</w:t>
      </w:r>
    </w:p>
    <w:p>
      <w:pPr>
        <w:jc w:val="right"/>
      </w:pPr>
      <w:r>
        <w:t>سب سے بڑی عبادت، اس کی بھی لمٹ رہے گی؟ پیشنس کی لمٹ ہی نہیں کوئی ہے۔ وہ تو ساری زندگی کے لیے "انما صابر اجرو" بغیر حساب۔ یہ قرآن کی آیت ہے۔ سب سے بڑی بے خبری یہ ہے کہ لوگ جانتے ہی نہیں کہ صبر، صبر عمل ہے۔ یہ یاد</w:t>
      </w:r>
    </w:p>
    <w:p>
      <w:r>
        <w:rPr>
          <w:b/>
        </w:rPr>
        <w:t xml:space="preserve">[1:11:54] </w:t>
      </w:r>
      <w:r>
        <w:t>rakhein, yeh jo lafz hai ke baghair hisab, yani roze ke liye, namaz ke liye, na Umrah ke</w:t>
      </w:r>
    </w:p>
    <w:p>
      <w:pPr>
        <w:jc w:val="right"/>
      </w:pPr>
      <w:r>
        <w:t>رکھیں، یہ جو لفظ ہے کہ بغیر حساب، یعنی روزے کے لیے، نماز کے لیے، نہ عمرہ کے</w:t>
      </w:r>
    </w:p>
    <w:p>
      <w:r>
        <w:rPr>
          <w:b/>
        </w:rPr>
        <w:t xml:space="preserve">[1:12:00] </w:t>
      </w:r>
      <w:r>
        <w:t>liye, na haj ke liye, sirf sabr ke liye hai.</w:t>
      </w:r>
    </w:p>
    <w:p>
      <w:pPr>
        <w:jc w:val="right"/>
      </w:pPr>
      <w:r>
        <w:t>لیے، نہ حج کے لیے، صرف صبر کے لیے ہے۔</w:t>
      </w:r>
    </w:p>
    <w:p>
      <w:r>
        <w:rPr>
          <w:b/>
        </w:rPr>
        <w:t xml:space="preserve">[1:12:06] </w:t>
      </w:r>
      <w:r>
        <w:t>log umra ke liye toot pade hain.</w:t>
      </w:r>
    </w:p>
    <w:p>
      <w:pPr>
        <w:jc w:val="right"/>
      </w:pPr>
      <w:r>
        <w:t>لوگ عمرہ کے لیے ٹوٹ پڑے ہیں۔</w:t>
      </w:r>
    </w:p>
    <w:p>
      <w:r>
        <w:rPr>
          <w:b/>
        </w:rPr>
        <w:t xml:space="preserve">[1:12:12] </w:t>
      </w:r>
      <w:r>
        <w:t>makka mein jayen to sare sir saal wahan bheed rehti hai.</w:t>
      </w:r>
    </w:p>
    <w:p>
      <w:pPr>
        <w:jc w:val="right"/>
      </w:pPr>
      <w:r>
        <w:t>مکہ میں جائیں تو سارے سر سال وہاں بھیڑ رہتی ہے۔</w:t>
      </w:r>
    </w:p>
    <w:p>
      <w:r>
        <w:rPr>
          <w:b/>
        </w:rPr>
        <w:t xml:space="preserve">[1:12:18] </w:t>
      </w:r>
      <w:r>
        <w:t>to kahan quran mein likha hua hai ke jo umra karenge, unko bila hisab kitab haj mile</w:t>
      </w:r>
    </w:p>
    <w:p>
      <w:pPr>
        <w:jc w:val="right"/>
      </w:pPr>
      <w:r>
        <w:t>تو کہاں قرآن میں لکھا ہوا ہے کہ جو عمرہ کریں گے، ان کو بلا حساب کتاب حج ملے</w:t>
      </w:r>
    </w:p>
    <w:p>
      <w:r>
        <w:rPr>
          <w:b/>
        </w:rPr>
        <w:t xml:space="preserve">[1:12:24] </w:t>
      </w:r>
      <w:r>
        <w:t>ga? kahan likha hai? kahan likha hai? sab se bada sabr quran mein bataya gaya hai patience ke liye.</w:t>
      </w:r>
    </w:p>
    <w:p>
      <w:pPr>
        <w:jc w:val="right"/>
      </w:pPr>
      <w:r>
        <w:t>گا؟ کہاں لکھا ہے؟ کہاں لکھا ہے؟ سب سے بڑا صبر قرآن میں بتایا گیا ہے پیشنس کے لیے۔</w:t>
      </w:r>
    </w:p>
    <w:p>
      <w:r>
        <w:rPr>
          <w:b/>
        </w:rPr>
        <w:t xml:space="preserve">[1:12:34] </w:t>
      </w:r>
      <w:r>
        <w:t>to sirf had kya hai? koi had hi nahi is ki.</w:t>
      </w:r>
    </w:p>
    <w:p>
      <w:pPr>
        <w:jc w:val="right"/>
      </w:pPr>
      <w:r>
        <w:t>تو صرف حد کیا ہے؟ کوئی حد ہی نہیں اس کی۔</w:t>
      </w:r>
    </w:p>
    <w:p>
      <w:r>
        <w:rPr>
          <w:b/>
        </w:rPr>
        <w:t xml:space="preserve">[1:12:44] </w:t>
      </w:r>
      <w:r>
        <w:t>دیکھیے، اصل بات کیا ہے؟ لوگوں کا معیار یعنی criterion بدل گیا ہے۔ patience</w:t>
      </w:r>
    </w:p>
    <w:p>
      <w:pPr>
        <w:jc w:val="right"/>
      </w:pPr>
      <w:r>
        <w:t>دیکھیے، اصل بات کیا ہے؟ لوگوں کا معیار یعنی کرائٹیرین بدل گیا ہے۔ پیشنس</w:t>
      </w:r>
    </w:p>
    <w:p>
      <w:r>
        <w:rPr>
          <w:b/>
        </w:rPr>
        <w:t xml:space="preserve">[1:12:55] </w:t>
      </w:r>
      <w:r>
        <w:t>ka matlab hai process, process of personality development.</w:t>
      </w:r>
    </w:p>
    <w:p>
      <w:pPr>
        <w:jc w:val="right"/>
      </w:pPr>
      <w:r>
        <w:t>کا مطلب ہے پروسیس، پروسیس اف پرسنیلٹی ڈیویلپمنٹ۔</w:t>
      </w:r>
    </w:p>
    <w:p>
      <w:r>
        <w:rPr>
          <w:b/>
        </w:rPr>
        <w:t xml:space="preserve">[1:13:02] </w:t>
      </w:r>
      <w:r>
        <w:t>پیشنس کا مطلب ہے process of personality development.</w:t>
      </w:r>
    </w:p>
    <w:p>
      <w:pPr>
        <w:jc w:val="right"/>
      </w:pPr>
      <w:r>
        <w:t>پیشنس کا مطلب ہے پروسیس اف پرسنیلٹی ڈیویلپمنٹ۔</w:t>
      </w:r>
    </w:p>
    <w:p>
      <w:r>
        <w:rPr>
          <w:b/>
        </w:rPr>
        <w:t xml:space="preserve">[1:13:10] </w:t>
      </w:r>
      <w:r>
        <w:t>to shakhsi irtiqaa, wo to hamesha jaari rahega, hamesha jaari rahega.</w:t>
      </w:r>
    </w:p>
    <w:p>
      <w:pPr>
        <w:jc w:val="right"/>
      </w:pPr>
      <w:r>
        <w:t>تو شخصی ارتقاء، وہ تو ہمیشہ جاری رہے گا، ہمیشہ جاری رہے گا۔</w:t>
      </w:r>
    </w:p>
    <w:p>
      <w:r>
        <w:rPr>
          <w:b/>
        </w:rPr>
        <w:t xml:space="preserve">[1:13:17] </w:t>
      </w:r>
      <w:r>
        <w:t>تو یاد رکھیے، patience جو ہے، یا صبر جو ہے، کوئی علیحدہ چ</w:t>
      </w:r>
    </w:p>
    <w:p>
      <w:pPr>
        <w:jc w:val="right"/>
      </w:pPr>
      <w:r>
        <w:t>تو یاد رکھیے، پیشنس جو ہے، یا صبر جو ہے، کوئی علیحدہ چ</w:t>
      </w:r>
    </w:p>
    <w:p>
      <w:r>
        <w:rPr>
          <w:b/>
        </w:rPr>
        <w:t xml:space="preserve">[1:13:25] </w:t>
      </w:r>
      <w:r>
        <w:t>yaz nahi hai, hamari zindagi ka part hai.</w:t>
      </w:r>
    </w:p>
    <w:p>
      <w:pPr>
        <w:jc w:val="right"/>
      </w:pPr>
      <w:r>
        <w:t>یز نہیں ہے، ہماری زندگی کا پارٹ ہے۔</w:t>
      </w:r>
    </w:p>
    <w:p>
      <w:r>
        <w:rPr>
          <w:b/>
        </w:rPr>
        <w:t xml:space="preserve">[1:13:33] </w:t>
      </w:r>
      <w:r>
        <w:t>اور اس کا مطلب ہے process of intellectual development, جو process of personality development, اس کی کوئی حد</w:t>
      </w:r>
    </w:p>
    <w:p>
      <w:pPr>
        <w:jc w:val="right"/>
      </w:pPr>
      <w:r>
        <w:t>اور اس کا مطلب ہے پروسیس اف انٹلیکچول ڈیویلپمنٹ، جو پروسیس اف پرسنیلٹی ڈیویلپمنٹ، اس کی کوئی حد</w:t>
      </w:r>
    </w:p>
    <w:p>
      <w:r>
        <w:rPr>
          <w:b/>
        </w:rPr>
        <w:t xml:space="preserve">[1:13:41] </w:t>
      </w:r>
      <w:r>
        <w:t>hi nahi hai.</w:t>
      </w:r>
    </w:p>
    <w:p>
      <w:pPr>
        <w:jc w:val="right"/>
      </w:pPr>
      <w:r>
        <w:t>ہی نہیں ہے۔</w:t>
      </w:r>
    </w:p>
    <w:p>
      <w:r>
        <w:rPr>
          <w:b/>
        </w:rPr>
        <w:t xml:space="preserve">[1:13:49] </w:t>
      </w:r>
      <w:r>
        <w:t>wo to karna hi karna hai apni, kyunke personality development ka kaam to sari sari zindagi jaari rahega.</w:t>
      </w:r>
    </w:p>
    <w:p>
      <w:pPr>
        <w:jc w:val="right"/>
      </w:pPr>
      <w:r>
        <w:t>وہ تو کرنا ہی کرنا ہے اپنی، کیونکہ پرسنیلٹی ڈیویلپمنٹ کا کام تو ساری ساری زندگی جاری رہے گا۔</w:t>
      </w:r>
    </w:p>
    <w:p>
      <w:r>
        <w:rPr>
          <w:b/>
        </w:rPr>
        <w:t xml:space="preserve">[1:13:57] </w:t>
      </w:r>
      <w:r>
        <w:t>maulana, agla sawal ahmedabad se bheja hai shariq khan sahab ne, aur unhone aapse poocha</w:t>
      </w:r>
    </w:p>
    <w:p>
      <w:pPr>
        <w:jc w:val="right"/>
      </w:pPr>
      <w:r>
        <w:t>مولانا، اگلا سوال احمد آباد سے بھیجا ہے شارق خان صاحب نے، اور انہوں نے آپ سے پوچھا</w:t>
      </w:r>
    </w:p>
    <w:p>
      <w:r>
        <w:rPr>
          <w:b/>
        </w:rPr>
        <w:t xml:space="preserve">[1:14:03] </w:t>
      </w:r>
      <w:r>
        <w:t>ہے کہ مولانا صاحب، please tell me how to build confidence in oneself.</w:t>
      </w:r>
    </w:p>
    <w:p>
      <w:pPr>
        <w:jc w:val="right"/>
      </w:pPr>
      <w:r>
        <w:t>ہے کہ مولانا صاحب، پلیز ٹیل می ہاؤ ٹو بلڈ کانفیڈنس ان ون سیلف۔</w:t>
      </w:r>
    </w:p>
    <w:p>
      <w:r>
        <w:rPr>
          <w:b/>
        </w:rPr>
        <w:t xml:space="preserve">[1:14:10] </w:t>
      </w:r>
      <w:r>
        <w:t>dekhiye, asal cheez hai ke ye by product hai.</w:t>
      </w:r>
    </w:p>
    <w:p>
      <w:pPr>
        <w:jc w:val="right"/>
      </w:pPr>
      <w:r>
        <w:t>دیکھیے، اصل چیز ہے کہ یہ بائی پروڈکٹ ہے۔</w:t>
      </w:r>
    </w:p>
    <w:p>
      <w:r>
        <w:rPr>
          <w:b/>
        </w:rPr>
        <w:t xml:space="preserve">[1:14:16] </w:t>
      </w:r>
      <w:r>
        <w:t>self confidence by product hai.</w:t>
      </w:r>
    </w:p>
    <w:p>
      <w:pPr>
        <w:jc w:val="right"/>
      </w:pPr>
      <w:r>
        <w:t>سیلف کانفیڈنس بائی پروڈکٹ ہے۔</w:t>
      </w:r>
    </w:p>
    <w:p>
      <w:r>
        <w:rPr>
          <w:b/>
        </w:rPr>
        <w:t xml:space="preserve">[1:14:22] </w:t>
      </w:r>
      <w:r>
        <w:t>pehle aap ko</w:t>
      </w:r>
    </w:p>
    <w:p>
      <w:pPr>
        <w:jc w:val="right"/>
      </w:pPr>
      <w:r>
        <w:t>پہلے آپ کو</w:t>
      </w:r>
    </w:p>
    <w:p>
      <w:r>
        <w:rPr>
          <w:b/>
        </w:rPr>
        <w:t xml:space="preserve">[1:14:28] </w:t>
      </w:r>
      <w:r>
        <w:t>karna padega confidence allah par, to is ke nateeje ke taur par apne aap par confidence aayega.</w:t>
      </w:r>
    </w:p>
    <w:p>
      <w:pPr>
        <w:jc w:val="right"/>
      </w:pPr>
      <w:r>
        <w:t>کرنا پڑے گا کانفیڈنس اللہ پر، تو اس کے نتیجے کے طور پر اپنے آپ پر کانفیڈنس آئے گا۔</w:t>
      </w:r>
    </w:p>
    <w:p>
      <w:r>
        <w:rPr>
          <w:b/>
        </w:rPr>
        <w:t xml:space="preserve">[1:14:34] </w:t>
      </w:r>
      <w:r>
        <w:t>یہ تو آپ جو بول رہے ہیں، وہ تو "put it the cart before the horse" ہے۔</w:t>
      </w:r>
    </w:p>
    <w:p>
      <w:pPr>
        <w:jc w:val="right"/>
      </w:pPr>
      <w:r>
        <w:t>یہ تو آپ جو بول رہے ہیں، وہ تو "پٹ اٹ دا کارڈ بیفور دی ہارس" ہے۔</w:t>
      </w:r>
    </w:p>
    <w:p>
      <w:r>
        <w:rPr>
          <w:b/>
        </w:rPr>
        <w:t xml:space="preserve">[1:14:40] </w:t>
      </w:r>
      <w:r>
        <w:t>"Put it the cart before the horse" hai.</w:t>
      </w:r>
    </w:p>
    <w:p>
      <w:pPr>
        <w:jc w:val="right"/>
      </w:pPr>
      <w:r>
        <w:t>"پٹ اٹ دا کارڈ بیفور دی ہارس" ہے۔</w:t>
      </w:r>
    </w:p>
    <w:p>
      <w:r>
        <w:rPr>
          <w:b/>
        </w:rPr>
        <w:t xml:space="preserve">[1:14:46] </w:t>
      </w:r>
      <w:r>
        <w:t>to self confidence product hai, by product hai allah par confidence ka.</w:t>
      </w:r>
    </w:p>
    <w:p>
      <w:pPr>
        <w:jc w:val="right"/>
      </w:pPr>
      <w:r>
        <w:t>تو سیلف کانفیڈنس پروڈکٹ ہے، بائی پروڈکٹ ہے اللہ پر کانفیڈنس کا۔</w:t>
      </w:r>
    </w:p>
    <w:p>
      <w:r>
        <w:rPr>
          <w:b/>
        </w:rPr>
        <w:t xml:space="preserve">[1:14:52] </w:t>
      </w:r>
      <w:r>
        <w:t>agar aap chahen ke allah ko ha</w:t>
      </w:r>
    </w:p>
    <w:p>
      <w:pPr>
        <w:jc w:val="right"/>
      </w:pPr>
      <w:r>
        <w:t>اگر آپ چاہیں کہ اللہ کو ح</w:t>
      </w:r>
    </w:p>
    <w:p>
      <w:r>
        <w:rPr>
          <w:b/>
        </w:rPr>
        <w:t xml:space="preserve">[1:14:58] </w:t>
      </w:r>
      <w:r>
        <w:t>zaf kar ke self confidence develop karen, to woh "put it the cart before the horse" ke mani hoga. okay, so we will end today session. thank you.</w:t>
      </w:r>
    </w:p>
    <w:p>
      <w:pPr>
        <w:jc w:val="right"/>
      </w:pPr>
      <w:r>
        <w:t>ذف کر کے سیلف کانفیڈنس ڈیویلپ کریں، تو وہ "پٹ اٹ دا کارڈ بیفور دی ہارس" کے معنی ہوگا۔ اوکے، سو وی ویل اینڈ ٹوڈے سیشن۔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