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 Risala Dec, 2017</w:t>
      </w:r>
    </w:p>
    <w:p>
      <w:r>
        <w:t>https://www.youtube.com/watch?v=-bHsd7QNspw</w:t>
      </w:r>
    </w:p>
    <w:p>
      <w:r>
        <w:rPr>
          <w:b/>
        </w:rPr>
        <w:t xml:space="preserve">[00:04] </w:t>
      </w:r>
      <w:r>
        <w:t>Al-Risala, December 2017. zawj ya hebitel? Quran mein ek ayat in alfaaz mein aayi hai: "wa min kulli shai'in khalaqna zawjain la'allakum tazakkaroon", yani "aur hum ne har cheez se jore jore banaye ta ke tum naseehat hasil karo".</w:t>
      </w:r>
    </w:p>
    <w:p>
      <w:pPr>
        <w:jc w:val="right"/>
      </w:pPr>
      <w:r>
        <w:t>الرسالہ، دسمبر 2017۔ زوج یا ہیبٹل؟ قرآن میں ایک آیت ان الفاظ میں آئی ہے: "ومن کل شیء خلقنا زوجین لعلكم تذکرون"، یعنی "اور ہم نے ہر چیز سے جوڑے جوڑے بنائے تاکہ تم نصیحت حاصل کرو"۔</w:t>
      </w:r>
    </w:p>
    <w:p>
      <w:r>
        <w:rPr>
          <w:b/>
        </w:rPr>
        <w:t xml:space="preserve">[00:27] </w:t>
      </w:r>
      <w:r>
        <w:t>"we have created everything in pairs, so that perhaps you may take heed". Quran ki is ayat ka khitab un logon se hai jo tazakkur ki salahiyat rakhte hain, yani ghor o fikar karna aur naseehat lena.</w:t>
      </w:r>
    </w:p>
    <w:p>
      <w:pPr>
        <w:jc w:val="right"/>
      </w:pPr>
      <w:r>
        <w:t>"وی ہیو کریٹڈ ایوری تھنگ ان پیئرز، سو دیٹ پر ہیپس یو می ٹیک ہیڈ"۔ قرآن کی اس آیت کا خطاب ان لوگوں سے ہے جو تذکر کی صلاحیت رکھتے ہیں، یعنی غور و فکر کرنا اور نصیحت لینا۔</w:t>
      </w:r>
    </w:p>
    <w:p>
      <w:r>
        <w:rPr>
          <w:b/>
        </w:rPr>
        <w:t xml:space="preserve">[00:44] </w:t>
      </w:r>
      <w:r>
        <w:t>is se wazeh hai ke is ayat ka khitab insan se hai. woh insan se keh rahi hai ke tum takhleeq par ghor karo aur is se naseehat hasil karo.</w:t>
      </w:r>
    </w:p>
    <w:p>
      <w:pPr>
        <w:jc w:val="right"/>
      </w:pPr>
      <w:r>
        <w:t>اس سے واضح ہے کہ اس آیت کا خطاب انسان سے ہے۔ وہ انسان سے کہہ رہی ہے کہ تم تخلیق پر غور کرو اور اس سے نصیحت حاصل کرو۔</w:t>
      </w:r>
    </w:p>
    <w:p>
      <w:r>
        <w:rPr>
          <w:b/>
        </w:rPr>
        <w:t xml:space="preserve">[00:56] </w:t>
      </w:r>
      <w:r>
        <w:t>mazeed ghor karne se maloom hota hai ke yahan zawj se murad wohi cheez hai jis ko hebitel kaha jata hai. is dunya mein jitni cheezein hain, sab ke liye yahan un ka muwafiq hebitel maujood hai,</w:t>
      </w:r>
    </w:p>
    <w:p>
      <w:pPr>
        <w:jc w:val="right"/>
      </w:pPr>
      <w:r>
        <w:t>مزید غور کرنے سے معلوم ہوتا ہے کہ یہاں زوج سے مراد وہی چیز ہے جس کو ہیبٹل کہا جاتا ہے۔ اس دنیا میں جتنی چیزیں ہیں، سب کے لیے یہاں ان کا موافق ہیبٹل موجود ہے،</w:t>
      </w:r>
    </w:p>
    <w:p>
      <w:r>
        <w:rPr>
          <w:b/>
        </w:rPr>
        <w:t xml:space="preserve">[01:11] </w:t>
      </w:r>
      <w:r>
        <w:t>misalan gardish karte hue sitaron ke liye wasee khala ya vast space, nabatat ke liye muwafiq zameen ya soil, haiwanat ke liye jangla, machhli ke liye pani waghera.</w:t>
      </w:r>
    </w:p>
    <w:p>
      <w:pPr>
        <w:jc w:val="right"/>
      </w:pPr>
      <w:r>
        <w:t>مثلاً گردش کرتے ہوئے ستاروں کے لیے وسیع خلا یا واسٹ سپیس، نباتات کے لیے موافق زمین یا سوائل، حیوانات کے لیے جنگل، مچھلی کے لیے پانی وغیرہ۔</w:t>
      </w:r>
    </w:p>
    <w:p>
      <w:r>
        <w:rPr>
          <w:b/>
        </w:rPr>
        <w:t xml:space="preserve">[01:25] </w:t>
      </w:r>
      <w:r>
        <w:t>is tarah kainat mein maujood har makhlooq ke liye us ka muwafiq hebitel maujood hai, magar yahan sirf insan ek aisi makhlooq hai jis ko us ka matloob hebitel hasil nahi.</w:t>
      </w:r>
    </w:p>
    <w:p>
      <w:pPr>
        <w:jc w:val="right"/>
      </w:pPr>
      <w:r>
        <w:t>اس طرح کائنات میں موجود ہر مخلوق کے لیے اس کا موافق ہیبٹل موجود ہے، مگر یہاں صرف انسان ایک ایسی مخلوق ہے جس کو اس کا مطلوب ہیبٹل حاصل نہیں۔</w:t>
      </w:r>
    </w:p>
    <w:p>
      <w:r>
        <w:rPr>
          <w:b/>
        </w:rPr>
        <w:t xml:space="preserve">[01:40] </w:t>
      </w:r>
      <w:r>
        <w:t>insan ko aisi dunya mili hai jahan woh zinda reh sake, lekin insan ko aisi dunya hasil nahi jahan us ke liye har aitbar se fulfillment ka saman maujood ho.</w:t>
      </w:r>
    </w:p>
    <w:p>
      <w:pPr>
        <w:jc w:val="right"/>
      </w:pPr>
      <w:r>
        <w:t>انسان کو ایسی دنیا ملی ہے جہاں وہ زندہ رہ سکے، لیکن انسان کو ایسی دنیا حاصل نہیں جہاں اس کے لیے ہر اعتبار سے فلفلمنٹ کا سامان موجود ہو۔</w:t>
      </w:r>
    </w:p>
    <w:p>
      <w:r>
        <w:rPr>
          <w:b/>
        </w:rPr>
        <w:t xml:space="preserve">[01:54] </w:t>
      </w:r>
      <w:r>
        <w:t>yahi wajah hai ke insan is dunya mein is tarah rehta hai ke woh hamesha mahi-e-be-aab, fish without water ki tarah tadapta rehta hai.</w:t>
      </w:r>
    </w:p>
    <w:p>
      <w:pPr>
        <w:jc w:val="right"/>
      </w:pPr>
      <w:r>
        <w:t>یہی وجہ ہے کہ انسان اس دنیا میں اس طرح رہتا ہے کہ وہ ہمیشہ ماہیِ بے آب، فش وِد آؤٹ واٹر کی طرح تڑپتا رہتا ہے۔</w:t>
      </w:r>
    </w:p>
    <w:p>
      <w:r>
        <w:rPr>
          <w:b/>
        </w:rPr>
        <w:t xml:space="preserve">[02:05] </w:t>
      </w:r>
      <w:r>
        <w:t>us ko kabhi apne wajood ka zawj ya hebitel hasil nahi hota. insan is farq par ghor kare to woh jannat ko daryaft kare ga aur apni zindagi ki mansooba bandi is tarah kare ga jo us ko jannat ki manzil tak pounchaney wala ho.</w:t>
      </w:r>
    </w:p>
    <w:p>
      <w:pPr>
        <w:jc w:val="right"/>
      </w:pPr>
      <w:r>
        <w:t>اس کو کبھی اپنے وجود کا زوج یا ہیبٹل حاصل نہیں ہوتا۔ انسان اس فرق پر غور کرے تو وہ جنت کو دریافت کرے گا اور اپنی زندگی کی منصوبہ بندی اس طرح کرے گا جو اس کو جنت کی منزل تک پہنچانے والا ہو۔</w:t>
      </w:r>
    </w:p>
    <w:p>
      <w:r>
        <w:rPr>
          <w:b/>
        </w:rPr>
        <w:t xml:space="preserve">[02:24] </w:t>
      </w:r>
      <w:r>
        <w:t>jannat ki daryaft takhleeq ki hikmat ki daryaft hai. yahi matlab hai Quran ki ayat ka ke "fafirroo ilal Allah", yani daudo Allah ki taraf.</w:t>
      </w:r>
    </w:p>
    <w:p>
      <w:pPr>
        <w:jc w:val="right"/>
      </w:pPr>
      <w:r>
        <w:t>جنت کی دریافت تخلیق کی حکمت کی دریافت ہے۔ یہی مطلب ہے قرآن کی آیت کا کہ "فَفِرْ رُوءُ إِلَى اللَّهِ"، یعنی دوڑو اللہ کی طرف۔</w:t>
      </w:r>
    </w:p>
    <w:p>
      <w:r>
        <w:rPr>
          <w:b/>
        </w:rPr>
        <w:t xml:space="preserve">[02:41] </w:t>
      </w:r>
      <w:r>
        <w:t>umeed ka sarchashma. Quran o Hadees mein kai aisi aayatein aur hadeesein hain jo bondon ke liye umeed ka sarchashma hain.</w:t>
      </w:r>
    </w:p>
    <w:p>
      <w:pPr>
        <w:jc w:val="right"/>
      </w:pPr>
      <w:r>
        <w:t>امید کا سرچشمہ۔ قرآن و حدیث میں کئی ایسی آیتیں اور حدیثیں ہیں جو بندوں کے لیے امید کا سرچشمہ ہیں۔</w:t>
      </w:r>
    </w:p>
    <w:p>
      <w:r>
        <w:rPr>
          <w:b/>
        </w:rPr>
        <w:t xml:space="preserve">[02:52] </w:t>
      </w:r>
      <w:r>
        <w:t>in mein se chand hawale yeh hain: is qism ki aik ayat quran mein yeh hai: "qul ya ibadiyal lazina asrafu ala anfusihim la taqnato min rahmatillah innallaha yaghfiruz zunuba jami'an innahu huwal ghafurur rahim".</w:t>
      </w:r>
    </w:p>
    <w:p>
      <w:pPr>
        <w:jc w:val="right"/>
      </w:pPr>
      <w:r>
        <w:t>ان میں سے چند حوالے یہ ہیں: اس قسم کی ایک آیت قرآن میں یہ ہے: "قُلْ يَا عِبَادِيَ الَّذِينَ أَسْرَفُوا عَلَى أَنْفُسِهِمْ لَا تَقْنَطُوا مِنْ رَحْمَةِ اللَّهِ إِنَّ اللَّهَ يَغْفِرُ الْذُنُوبَ جَمِيعًا إِنَّهُ هُوَ الْغَفُورُ الْرَّحِيمُ"۔</w:t>
      </w:r>
    </w:p>
    <w:p>
      <w:r>
        <w:rPr>
          <w:b/>
        </w:rPr>
        <w:t xml:space="preserve">[03:12] </w:t>
      </w:r>
      <w:r>
        <w:t>yani keho ke aye mere bando jinho ne apni janon par ziyadati ki hai, Allah ki rehmat se mayous na ho.</w:t>
      </w:r>
    </w:p>
    <w:p>
      <w:pPr>
        <w:jc w:val="right"/>
      </w:pPr>
      <w:r>
        <w:t>یعنی کہو کہ اے میرے بندوں جنہوں نے اپنی جانوں پر زیادتی کی ہے، اللہ کی رحمت سے مایوس نہ ہو۔</w:t>
      </w:r>
    </w:p>
    <w:p>
      <w:r>
        <w:rPr>
          <w:b/>
        </w:rPr>
        <w:t xml:space="preserve">[03:21] </w:t>
      </w:r>
      <w:r>
        <w:t>beshak Allah tamam gunahon ko maaf kar deta hai, woh bara bakhshne wala, meharban hai. is ayat ke bare mein Ali Ibn Abi Talib kehte hain: "ma fil qurani ayatul awsa min hazihil ayat", yani quran mein is se zyada ganjish wala koi aur ayat nahin.</w:t>
      </w:r>
    </w:p>
    <w:p>
      <w:pPr>
        <w:jc w:val="right"/>
      </w:pPr>
      <w:r>
        <w:t>بے شک اللہ تمام گناہوں کو معاف کر دیتا ہے، وہ بڑا بخشنے والا، مہربان ہے۔ اس آیت کے بارے میں علی ابن ابی طالب کہتے ہیں: "مَا فِي الْقُرْآنِ آَيَةٌ أَوْصَى مِنْ هٰذِهِ الْآيَةِ"، یعنی قرآن میں اس سے زیادہ گنجائش والی کوئی اور آیت نہیں۔</w:t>
      </w:r>
    </w:p>
    <w:p>
      <w:r>
        <w:rPr>
          <w:b/>
        </w:rPr>
        <w:t xml:space="preserve">[03:43] </w:t>
      </w:r>
      <w:r>
        <w:t>Abdullah bin Umar kehte hain: "hazih arja ayat fil quran", yani yeh quran ki sab se zyada umeed wali ayat hai.</w:t>
      </w:r>
    </w:p>
    <w:p>
      <w:pPr>
        <w:jc w:val="right"/>
      </w:pPr>
      <w:r>
        <w:t>عبداللہ بن عمر کہتے ہیں: "هٰذِهِ أَرْجَى آَيَةٌ فِي الْقُرْآنِ"، یعنی یہ قرآن کی سب سے زیادہ امید والی آیت ہے۔</w:t>
      </w:r>
    </w:p>
    <w:p>
      <w:r>
        <w:rPr>
          <w:b/>
        </w:rPr>
        <w:t xml:space="preserve">[03:53] </w:t>
      </w:r>
      <w:r>
        <w:t>Abdullah Ibn Abbas aik aur ayat ke bare mein kehte hain ke woh quran mein sab se zyada umeed wali ayat "arja ayat fil quran" hai.</w:t>
      </w:r>
    </w:p>
    <w:p>
      <w:pPr>
        <w:jc w:val="right"/>
      </w:pPr>
      <w:r>
        <w:t>عبداللہ ابن عباس ایک اور آیت کے بارے میں کہتے ہیں کہ وہ قرآن میں سب سے زیادہ امید والی آیت "أَرْجَى آَيَةٌ فِي الْقُرْآنِ" ہے۔</w:t>
      </w:r>
    </w:p>
    <w:p>
      <w:r>
        <w:rPr>
          <w:b/>
        </w:rPr>
        <w:t xml:space="preserve">[04:03] </w:t>
      </w:r>
      <w:r>
        <w:t>woh ayat yeh hai: "wa inna rabbaka lazum maghfiratin lin nasi ala zulmihim", yani tumhara rab logon ke zulm ke bawajood un ko maaf karne wala hai.</w:t>
      </w:r>
    </w:p>
    <w:p>
      <w:pPr>
        <w:jc w:val="right"/>
      </w:pPr>
      <w:r>
        <w:t>وہ آیت یہ ہے: "وَإِنَّ رَبَّكَ لَزُو مَغْفِرَةٍ لِلنَّاسِ عَلَى ظُلْمِهِمْ"، یعنی تمہارا رب لوگوں کے ظلم کے باوجود ان کو معاف کرنے والا ہے۔</w:t>
      </w:r>
    </w:p>
    <w:p>
      <w:r>
        <w:rPr>
          <w:b/>
        </w:rPr>
        <w:t xml:space="preserve">[04:17] </w:t>
      </w:r>
      <w:r>
        <w:t>is mazmoon ki aik hadith in alfaz mein aai hai: "an abi hurairata r.a. qala rasulullahi s.a.w.: lamma qada Allahul khalqa kataba fi kitabihi fa huwa indahu fawqal arshi inna rahmatighalabat ghadabi".</w:t>
      </w:r>
    </w:p>
    <w:p>
      <w:pPr>
        <w:jc w:val="right"/>
      </w:pPr>
      <w:r>
        <w:t>اس مضمون کی ایک حدیث ان الفاظ میں آئی ہے: "عَنْ أَبِي هُرَيْرَةَ رَضِيَ اللَّهُ عَنْهُ قَالَ رَسُولُ اللَّهِ صَلَّى اللَّهُ عَلَيْهِ وَسَلَّمَ: لَمَّا قَضَى اللَّهُ الْخَلْقَ كَتَبَ فِي كِتَابِهِ فَهُوَ عِنْدَهُ فَوْقَ الْعَرْشِ إِنَّ رَحْمَتِي غَلَبَتْ غَضَبِي"۔</w:t>
      </w:r>
    </w:p>
    <w:p>
      <w:r>
        <w:rPr>
          <w:b/>
        </w:rPr>
        <w:t xml:space="preserve">[04:37] </w:t>
      </w:r>
      <w:r>
        <w:t>sahih bukhari. yani Hazrat Abu Huraira rawiyat karte hain ke Rasool Allah s.a.w. ne farmaya: "Allah ne jab makhlooq ko paida karne ka faisla kiya, us ne apni kitab mein likha: yeh kitab Allah ke pas arsh ke upar hai, is mein Allah ne yeh likha hai: meri rehmat mere ghazab par ghalib hai".</w:t>
      </w:r>
    </w:p>
    <w:p>
      <w:pPr>
        <w:jc w:val="right"/>
      </w:pPr>
      <w:r>
        <w:t>صحیح بخاری۔ یعنی حضرت ابوہریرہ روایت کرتے ہیں کہ رسول اللہ صلی اللہ علیہ وسلم نے فرمایا: "اللہ نے جب مخلوق کو پیدا کرنے کا فیصلہ کیا، اس نے اپنی کتاب میں لکھا: یہ کتاب اللہ کے پاس عرش کے اوپر ہے، اس میں اللہ نے یہ لکھا ہے: میری رحمت میرے غضب پر غالب ہے"۔</w:t>
      </w:r>
    </w:p>
    <w:p>
      <w:r>
        <w:rPr>
          <w:b/>
        </w:rPr>
        <w:t xml:space="preserve">[05:01] </w:t>
      </w:r>
      <w:r>
        <w:t>is tarah ki bohat si ayaten aur hadisen hain jin se barah e rast ya bal wasta taur par maloom hota hai ke Allah apne bando ke sath nihayat reham o dorguzar ka mamla karne wala hai.</w:t>
      </w:r>
    </w:p>
    <w:p>
      <w:pPr>
        <w:jc w:val="right"/>
      </w:pPr>
      <w:r>
        <w:t>اس طرح کی بہت سی آیتیں اور حدیثیں ہیں جن سے براہِ راست یا بالواسطہ طور پر معلوم ہوتا ہے کہ اللہ اپنے بندوں کے ساتھ نہایت رحم و درگزر کا معاملہ کرنے والا ہے۔</w:t>
      </w:r>
    </w:p>
    <w:p>
      <w:r>
        <w:rPr>
          <w:b/>
        </w:rPr>
        <w:t xml:space="preserve">[05:14] </w:t>
      </w:r>
      <w:r>
        <w:t>yeh baat Allah rab alalameen ki shan ke mutabiq hai. Allah rab alalameen ne insan ko azad makhlooq ki hesiyat se paida kiya, is liye Allah ki shan e rehmat ka taqaza tha ke insan ke sath woh zyada se zyada afw o dorguzar ka mamla kare.</w:t>
      </w:r>
    </w:p>
    <w:p>
      <w:pPr>
        <w:jc w:val="right"/>
      </w:pPr>
      <w:r>
        <w:t>یہ بات اللہ رب العالمین کی شان کے مطابق ہے۔ اللہ رب العالمین نے انسان کو آزاد مخلوق کی حیثیت سے پیدا کیا، اس لیے اللہ کی شانِ رحمت کا تقاضا تھا کہ انسان کے ساتھ وہ زیادہ سے زیادہ عفو و درگزر کا معاملہ کرے۔</w:t>
      </w:r>
    </w:p>
    <w:p>
      <w:r>
        <w:rPr>
          <w:b/>
        </w:rPr>
        <w:t xml:space="preserve">[05:34] </w:t>
      </w:r>
      <w:r>
        <w:t>haqiqat yeh hai ke Allah ke nazdeek jo cheez sab se zyada na qabil e maaf hai, woh sarkashi hai. yahi woh cheez hai jo hadith mein in alfaz mein aai hai: "la yadkhulul jannata man kana fi qalbihi mithqalu zarratin min kibrin".</w:t>
      </w:r>
    </w:p>
    <w:p>
      <w:pPr>
        <w:jc w:val="right"/>
      </w:pPr>
      <w:r>
        <w:t>حقیقت یہ ہے کہ اللہ کے نزدیک جو چیز سب سے زیادہ ناقابلِ معافی ہے، وہ سرکشی ہے۔ یہی وہ چیز ہے جو حدیث میں ان الفاظ میں آئی ہے: "لَا يَدْخُلُ الْجَنَّةَ مَنْ كَانَ فِي قَلْبِهِ مِثْقَالَ ذَرَّةٍ مِنْ كِبْرٍ"۔</w:t>
      </w:r>
    </w:p>
    <w:p>
      <w:r>
        <w:rPr>
          <w:b/>
        </w:rPr>
        <w:t xml:space="preserve">[05:53] </w:t>
      </w:r>
      <w:r>
        <w:t>sahih muslim. woh shakhs jannat mein dakhil na hoga jis ke andar rai ke dane ke barabar bhi takabbur ho. is ke muqable mein jo aadmi adl ka suboot de, jo apne aap ko aik ananiyat ya ego se khali insan banaye, us ke bare mein Allah se qawi umeed hai ke Allah rab alalameen is ke sath rehmat aur maghfirat ka mamla karega.</w:t>
      </w:r>
    </w:p>
    <w:p>
      <w:pPr>
        <w:jc w:val="right"/>
      </w:pPr>
      <w:r>
        <w:t>صحیح مسلم۔ وہ شخص جنت میں داخل نہ ہوگا جس کے اندر رائی کے دانے کے برابر بھی تکبر ہو۔ اس کے مقابلے میں جو آدمی عِدْس کا ثبوت دے، جو اپنے آپ کو ایک انانیت یا ایگو سے خالی انسان بنائے، اس کے بارے میں اللہ سے قوی امید ہے کہ اللہ رب العالمین اس کے ساتھ رحمت اور مغفرت کا معاملہ کرے گا۔</w:t>
      </w:r>
    </w:p>
    <w:p>
      <w:r>
        <w:rPr>
          <w:b/>
        </w:rPr>
        <w:t xml:space="preserve">[06:19] </w:t>
      </w:r>
      <w:r>
        <w:t>asal yeh hai ke jab aik shakhs ke andar tawazu yani modesty pai jaye to ghalati karne ke baad woh tarp uthta hai, woh adl se bhari hui duain karne lagta hai, us ke qaul aur amal mein inkesari ki kaifiyat paida ho jati hai,</w:t>
      </w:r>
    </w:p>
    <w:p>
      <w:pPr>
        <w:jc w:val="right"/>
      </w:pPr>
      <w:r>
        <w:t>اصل یہ ہے کہ جب ایک شخص کے اندر تواضع یعنی ماڈیسٹی پائی جائے تو غلطی کرنے کے بعد وہ تڑپ اٹھتا ہے، وہ عِدْس سے بھری ہوئی دعائیں کرنے لگتا ہے، اس کے قول اور عمل میں انکساری کی کیفیت پیدا ہو جاتی ہے،</w:t>
      </w:r>
    </w:p>
    <w:p>
      <w:r>
        <w:rPr>
          <w:b/>
        </w:rPr>
        <w:t xml:space="preserve">[06:36] </w:t>
      </w:r>
      <w:r>
        <w:t>woh bartari ke jazbe se mukammal taur par khali ho jata hai. is ke nateejay mein yeh hota hai ke aik nai shakhsiyat us ke andar paida ho jati hai, woh pure maano mein aik muzakka insan ban jata hai.</w:t>
      </w:r>
    </w:p>
    <w:p>
      <w:pPr>
        <w:jc w:val="right"/>
      </w:pPr>
      <w:r>
        <w:t>وہ برتری کے جذبے سے مکمل طور پر خالی ہو جاتا ہے۔ اس کے نتیجے میں یہ ہوتا ہے کہ ایک نئی شخصیت اس کے اندر پیدا ہو جاتی ہے، وہ پورے معنوں میں ایک مزکا انسان بن جاتا ہے۔</w:t>
      </w:r>
    </w:p>
    <w:p>
      <w:r>
        <w:rPr>
          <w:b/>
        </w:rPr>
        <w:t xml:space="preserve">[06:52] </w:t>
      </w:r>
      <w:r>
        <w:t>yeh tabdeeli jo us ki shakhsiyat ke andar paida hoti hai, yahi darasal woh cheez hai jo us ko is qabil bana deti hai ke us se afw o dorguzar ka mamla karte hue us ko jannat mein dakhila diya jaye.</w:t>
      </w:r>
    </w:p>
    <w:p>
      <w:pPr>
        <w:jc w:val="right"/>
      </w:pPr>
      <w:r>
        <w:t>یہ تبدیلی جو اس کی شخصیت کے اندر پیدا ہوتی ہے، یہی دراصل وہ چیز ہے جو اس کو اس قابل بنا دیتی ہے کہ اس سے عفو و درگزر کا معاملہ کرتے ہوئے اس کو جنت میں داخلہ دیا جائے۔</w:t>
      </w:r>
    </w:p>
    <w:p>
      <w:r>
        <w:rPr>
          <w:b/>
        </w:rPr>
        <w:t xml:space="preserve">[07:07] </w:t>
      </w:r>
      <w:r>
        <w:t>jannat is ke liye hai jo jannati kirdaar wali shakhsiyat le kar akhirat mein pohanche. jannat se mahroomi aur jannat ka milna dono ka taalluq kirdaar ya character se hai.</w:t>
      </w:r>
    </w:p>
    <w:p>
      <w:pPr>
        <w:jc w:val="right"/>
      </w:pPr>
      <w:r>
        <w:t>جنت اس کے لیے ہے جو جنتی کردار والی شخصیت لے کر آخرت میں پہنچے۔ جنت سے محرومی اور جنت کا ملنا دونوں کا تعلق کردار یا کریکٹر سے ہے۔</w:t>
      </w:r>
    </w:p>
    <w:p>
      <w:r>
        <w:rPr>
          <w:b/>
        </w:rPr>
        <w:t xml:space="preserve">[07:21] </w:t>
      </w:r>
      <w:r>
        <w:t>yahi woh asal cheez hai jo kisi insan ke liye akhirat mein kamyabi ya nakami ka sabab hai. jannat se mahroomi bhi maloom asbab ki bina par hogi aur jannat ka pana bhi maloom asbab ki bina par hai.</w:t>
      </w:r>
    </w:p>
    <w:p>
      <w:pPr>
        <w:jc w:val="right"/>
      </w:pPr>
      <w:r>
        <w:t>یہی وہ اصل چیز ہے جو کسی انسان کے لیے آخرت میں کامیابی یا ناکامی کا سبب ہے۔ جنت سے محرومی بھی معلوم اسباب کی بنا پر ہوگی اور جنت کا پانا بھی معلوم اسباب کی بنا پر ہے۔</w:t>
      </w:r>
    </w:p>
    <w:p>
      <w:r>
        <w:rPr>
          <w:b/>
        </w:rPr>
        <w:t xml:space="preserve">[07:43] </w:t>
      </w:r>
      <w:r>
        <w:t>aik hadith, aik rawiyat sunan abi daud, kitab al jihad, aur musnad imam ahmad mein aai hai.</w:t>
      </w:r>
    </w:p>
    <w:p>
      <w:pPr>
        <w:jc w:val="right"/>
      </w:pPr>
      <w:r>
        <w:t>ایک حدیث، ایک روایت سنن ابی داؤد، کتاب الجہاد، اور مسند امام احمد میں آئی ہے۔</w:t>
      </w:r>
    </w:p>
    <w:p>
      <w:r>
        <w:rPr>
          <w:b/>
        </w:rPr>
        <w:t xml:space="preserve">[07:52] </w:t>
      </w:r>
      <w:r>
        <w:t>al bukhari ke alfaz yeh hain: "ajaballahu qawman yadkhulunal jannata fis salasil" yani Allah un par mutaajjab hota hai jo jannat mein zanjeeron mein bandhe hue dakhil honge.</w:t>
      </w:r>
    </w:p>
    <w:p>
      <w:pPr>
        <w:jc w:val="right"/>
      </w:pPr>
      <w:r>
        <w:t>البخاری کے الفاظ یہ ہیں: "أَجِبَ اللَّهُ مِنْ قَوْمٍ يَدْخُلُونَ الْجَنَّةَ فِي السَّلاَسِلِ" یعنی اللہ ان پر متعجب ہوتا ہے جو جنت میں زنجیروں میں بندھے ہوئے داخل ہوں گے۔</w:t>
      </w:r>
    </w:p>
    <w:p>
      <w:r>
        <w:rPr>
          <w:b/>
        </w:rPr>
        <w:t xml:space="preserve">[08:06] </w:t>
      </w:r>
      <w:r>
        <w:t>baaz doosri rawiyaton mein "yuqaduna" aur "yusaquna" ke alfaz aaye hain, yani woh kheenchate hue aur haankte hue le jaye jayenge.</w:t>
      </w:r>
    </w:p>
    <w:p>
      <w:pPr>
        <w:jc w:val="right"/>
      </w:pPr>
      <w:r>
        <w:t>بعض دوسری روایتوں میں "یُقَادُونَ" اور "یُسَاقُونَ" کے الفاظ آئے ہیں، یعنی وہ کھینچتے ہوئے اور ہانکتے ہوئے لے جائے جائیں گے۔</w:t>
      </w:r>
    </w:p>
    <w:p>
      <w:r>
        <w:rPr>
          <w:b/>
        </w:rPr>
        <w:t xml:space="preserve">[08:16] </w:t>
      </w:r>
      <w:r>
        <w:t>is hadith mein kuch ahle iman ke sath jis mamle ka zikr hai, woh akhirat mein paish aane wala mamla nahin hai balke akhirat se pehle isi dunya mein paish aane wala mamla hai.</w:t>
      </w:r>
    </w:p>
    <w:p>
      <w:pPr>
        <w:jc w:val="right"/>
      </w:pPr>
      <w:r>
        <w:t>اس حدیث میں کچھ اہلِ ایمان کے ساتھ جس معاملے کا ذکر ہے، وہ آخرت میں پیش آنے والا معاملہ نہیں ہے بلکہ آخرت سے پہلے اسی دنیا میں پیش آنے والا معاملہ ہے۔</w:t>
      </w:r>
    </w:p>
    <w:p>
      <w:r>
        <w:rPr>
          <w:b/>
        </w:rPr>
        <w:t xml:space="preserve">[08:29] </w:t>
      </w:r>
      <w:r>
        <w:t>yahan zanjeer ka lafz darasal majboor kun halaat yani compulsive situation ki taabeer hai. is ka matlab yeh hai ke kuch logon ke sath aise majboorana halaat paish aayenge ke un ke liye is ke siwa koi rasta baqi na rahega ke woh khuda parasti aur akhirat parasti ki zindagi ikhtiyar karein, aur is tarah goya bandhe bandhe jannat mein pahunch jayein.</w:t>
      </w:r>
    </w:p>
    <w:p>
      <w:pPr>
        <w:jc w:val="right"/>
      </w:pPr>
      <w:r>
        <w:t>یہاں زنجیر کا لفظ دراصل مجبور کن حالات یعنی کمپلسو سچویشن کی تعبیر ہے۔ اس کا مطلب یہ ہے کہ کچھ لوگوں کے ساتھ ایسے مجبورانہ حالات پیش آئیں گے کہ ان کے لیے اس کے سوا کوئی راستہ باقی نہ رہے گا کہ وہ خدا پرستی اور آخرت پسندی کی زندگی اختیار کریں، اور اس طرح گویا بندھے بندھے جنت میں پہنچ جائیں۔</w:t>
      </w:r>
    </w:p>
    <w:p>
      <w:r>
        <w:rPr>
          <w:b/>
        </w:rPr>
        <w:t xml:space="preserve">[08:55] </w:t>
      </w:r>
      <w:r>
        <w:t>yeh khush qismati un afraad ke hissay mein aayegi jin ke dil mein ikhlas aur husn niyat ki chingari maujood ho.</w:t>
      </w:r>
    </w:p>
    <w:p>
      <w:pPr>
        <w:jc w:val="right"/>
      </w:pPr>
      <w:r>
        <w:t>یہ خوش قسمتی ان افراد کے حصے میں آئے گی جن کے دل میں اخلاص اور حسن نیت کی چنگاری موجود ہو۔</w:t>
      </w:r>
    </w:p>
    <w:p>
      <w:r>
        <w:rPr>
          <w:b/>
        </w:rPr>
        <w:t xml:space="preserve">[09:04] </w:t>
      </w:r>
      <w:r>
        <w:t>Allah taala jin logon ke dil mein is qism ki isti'dad dekhega, un ki qadr afzai is tarah karega ke un ke liye aise halaat paida kar dega jo unhein to'an wa karhan khuda parastana aamal ki taraf le janey wale honge.</w:t>
      </w:r>
    </w:p>
    <w:p>
      <w:pPr>
        <w:jc w:val="right"/>
      </w:pPr>
      <w:r>
        <w:t>اللہ تعالیٰ جن لوگوں کے دل میں اس قسم کی استعداد دیکھے گا، ان کی قدر افزائی اس طرح کرے گا کہ ان کے لیے ایسے حالات پیدا کر دے گا جو انہیں طوعاً و کرہاً خدا پرستانہ اعمال کی طرف لے جانے والے ہوں۔</w:t>
      </w:r>
    </w:p>
    <w:p>
      <w:r>
        <w:rPr>
          <w:b/>
        </w:rPr>
        <w:t xml:space="preserve">[09:21] </w:t>
      </w:r>
      <w:r>
        <w:t>musibat ka jannati zanjeer ban jana is shakhs ke hissay mein aata hai jis ke andar yeh salahiyat ho ke woh musibat ke waqt Allah ki taraf rujoo kare.</w:t>
      </w:r>
    </w:p>
    <w:p>
      <w:pPr>
        <w:jc w:val="right"/>
      </w:pPr>
      <w:r>
        <w:t>مصیبت کا جنتی زنجیر بن جانا اس شخص کے حصے میں آتا ہے جس کے اندر یہ صلاحیت ہو کہ وہ مصیبت کے وقت اللہ کی طرف رجوع کرے۔</w:t>
      </w:r>
    </w:p>
    <w:p>
      <w:r>
        <w:rPr>
          <w:b/>
        </w:rPr>
        <w:t xml:space="preserve">[09:32] </w:t>
      </w:r>
      <w:r>
        <w:t>musibat jis ke dil ko is tarah narm kare ke woh Allah ki yaad karne wala ban jae. musibat agar logon ke andar faryad aur shikayat ka zehn banaye to musibat sirf tabahi hai, aur agar musibat logon ke andar muhasiba-e-khwish ka zehn paida kare to woh un ke liye rehmat ka sabab ban jae gi.</w:t>
      </w:r>
    </w:p>
    <w:p>
      <w:pPr>
        <w:jc w:val="right"/>
      </w:pPr>
      <w:r>
        <w:t>مصیبت جس کے دل کو اس طرح نرم کرے کہ وہ اللہ کی یاد کرنے والا بن جائے۔ مصیبت اگر لوگوں کے اندر فریاد اور شکایت کا ذہن بنائے تو مصیبت صرف تباہی ہے، اور اگر مصیبت لوگوں کے اندر محاسبہ خویش کا ذہن پیدا کرے تو وہ ان کے لیے رحمت کا سبب بن جائے گی۔</w:t>
      </w:r>
    </w:p>
    <w:p>
      <w:r>
        <w:rPr>
          <w:b/>
        </w:rPr>
        <w:t xml:space="preserve">[10:00] </w:t>
      </w:r>
      <w:r>
        <w:t>aali shan masjidain.</w:t>
      </w:r>
    </w:p>
    <w:p>
      <w:pPr>
        <w:jc w:val="right"/>
      </w:pPr>
      <w:r>
        <w:t>عالی شان مسجدیں۔</w:t>
      </w:r>
    </w:p>
    <w:p>
      <w:r>
        <w:rPr>
          <w:b/>
        </w:rPr>
        <w:t xml:space="preserve">[10:04] </w:t>
      </w:r>
      <w:r>
        <w:t>paighambar-e-Islam Salallaho Alaihe Wasallam ki hadith ek in alfaaz mein aai hai: "MA AMIRTU BITASHYIDIL MASAJID QAAL BIN ABBAS: LATUZAKHRIFUNUHA KAMA ZAKHRAFATIL YAHUDU WAN NASARA".</w:t>
      </w:r>
    </w:p>
    <w:p>
      <w:pPr>
        <w:jc w:val="right"/>
      </w:pPr>
      <w:r>
        <w:t>پیغمبر اسلام صلی اللہ علیہ وسلم کی حدیث ایک ان الفاظ میں آئی ہے: "مَا أُمِرْتُ بِتَشْيِيدِ الْمَسَاجِدِ قَالَ بْنُ عَبَّاسٍ: لَتُزَخْرِفُنَّهَا كَمَا زَخْرَفَتِ الْيَهُودُ وَالنَّصَارَى"۔</w:t>
      </w:r>
    </w:p>
    <w:p>
      <w:r>
        <w:rPr>
          <w:b/>
        </w:rPr>
        <w:t xml:space="preserve">[10:22] </w:t>
      </w:r>
      <w:r>
        <w:t>sunan abi daud. rasool Allah Salallaho Alaihe Wasallam ne farmaya ke mujhe buland o bala masjidain banane ka hukum nahi diya gaya hai.</w:t>
      </w:r>
    </w:p>
    <w:p>
      <w:pPr>
        <w:jc w:val="right"/>
      </w:pPr>
      <w:r>
        <w:t>سنن ابی داؤد۔ رسول اللہ صلی اللہ علیہ وسلم نے فرمایا کہ مجھے بلند و بالا مسجدیں بنانے کا حکم نہیں دیا گیا ہے۔</w:t>
      </w:r>
    </w:p>
    <w:p>
      <w:r>
        <w:rPr>
          <w:b/>
        </w:rPr>
        <w:t xml:space="preserve">[10:31] </w:t>
      </w:r>
      <w:r>
        <w:t>is hadith ko bayan karne ke baad Abdullah bin Abbas ne kaha ke tum log zaroor masjidon ko mazeen karoge, jis tarah yahood aur nasara ne apni ibadatgahon ko mazeen kiya.</w:t>
      </w:r>
    </w:p>
    <w:p>
      <w:pPr>
        <w:jc w:val="right"/>
      </w:pPr>
      <w:r>
        <w:t>اس حدیث کو بیان کرنے کے بعد عبداللہ بن عباس نے کہا کہ تم لوگ ضرور مسجدوں کو مزین کرو گے، جس طرح یہود اور نصاریٰ نے اپنی عبادت گاہوں کو مزین کیا۔</w:t>
      </w:r>
    </w:p>
    <w:p>
      <w:r>
        <w:rPr>
          <w:b/>
        </w:rPr>
        <w:t xml:space="preserve">[10:45] </w:t>
      </w:r>
      <w:r>
        <w:t>ek aur riwayat mein hai ke rasool Allah ne kaha: "jab bhi kisi qaum ka amal bigar jae to woh apni masjidon ko mazeen karna shuru kar deti hain: MA SA'A AMALU QAUMIN QAT ILLA ZAKHRAFU MASAJIDUHUM".</w:t>
      </w:r>
    </w:p>
    <w:p>
      <w:pPr>
        <w:jc w:val="right"/>
      </w:pPr>
      <w:r>
        <w:t>ایک اور روایت میں ہے کہ رسول اللہ نے کہا: "جب بھی کسی قوم کا عمل بگڑ جائے تو وہ اپنی مسجدوں کو مزین کرنا شروع کر دیتی ہیں: مَا سَاءَ عَمَلَ قَوْمٍ قَطْ إِلَّا زَخْرَفُوا مَسَاجِدُهُمْ"۔</w:t>
      </w:r>
    </w:p>
    <w:p>
      <w:r>
        <w:rPr>
          <w:b/>
        </w:rPr>
        <w:t xml:space="preserve">[11:02] </w:t>
      </w:r>
      <w:r>
        <w:t>sunan ibn majah. yeh peshangoi maujooda zamane mein ek waqea ban chuki hai, aur har mulk mein is ke manazir dekhe ja sakte hain.</w:t>
      </w:r>
    </w:p>
    <w:p>
      <w:pPr>
        <w:jc w:val="right"/>
      </w:pPr>
      <w:r>
        <w:t>سنن ابن ماجہ۔ یہ پیشنگوئی موجودہ زمانے میں ایک واقعہ بن چکی ہے، اور ہر ملک میں اس کے مناظر دیکھے جا سکتے ہیں۔</w:t>
      </w:r>
    </w:p>
    <w:p>
      <w:r>
        <w:rPr>
          <w:b/>
        </w:rPr>
        <w:t xml:space="preserve">[11:12] </w:t>
      </w:r>
      <w:r>
        <w:t>jahan bhi kuch musalman abad hain, wahan aali shan masjidain banai ja rahi hain, kahin qasr numa, kahin qila numa, aur kahin taj mahal numa.</w:t>
      </w:r>
    </w:p>
    <w:p>
      <w:pPr>
        <w:jc w:val="right"/>
      </w:pPr>
      <w:r>
        <w:t>جہاں بھی کچھ مسلمان آباد ہیں، وہاں عالی شان مسجدیں بنائی جا رہی ہیں، کہیں قصر نما، کہیں قلعہ نما، اور کہیں تاج محل نما۔</w:t>
      </w:r>
    </w:p>
    <w:p>
      <w:r>
        <w:rPr>
          <w:b/>
        </w:rPr>
        <w:t xml:space="preserve">[11:24] </w:t>
      </w:r>
      <w:r>
        <w:t>shandar masjidain taameer karne ka yeh kaam America aur Europe mein mazeed izafe ke sath ho raha hai, kyunke is silsile mein wahan zyada behtar technique sahoolat hasil hain.</w:t>
      </w:r>
    </w:p>
    <w:p>
      <w:pPr>
        <w:jc w:val="right"/>
      </w:pPr>
      <w:r>
        <w:t>شاندار مساجد تعمیر کرنے کا یہ کام امریکہ اور یورپ میں مزید اضافے کے ساتھ ہو رہا ہے، کیونکہ اس سلسلے میں وہاں زیادہ بہتر ٹیکنیکی سہولتیں حاصل ہیں۔</w:t>
      </w:r>
    </w:p>
    <w:p>
      <w:r>
        <w:rPr>
          <w:b/>
        </w:rPr>
        <w:t xml:space="preserve">[11:36] </w:t>
      </w:r>
      <w:r>
        <w:t>yahan yeh sawal hai ke aali shan masjidain banane ko Islam mein kyun napasand kiya gaya hai? is ka sabab yeh hai ke masjidon ki aali shan taameerat ummat ke rohani zawal ki alamat hain, kyunke jab rooh ya spirit khatam hoti hai to us ki talafi ke liye mazahir mein izafa ho jata hai.</w:t>
      </w:r>
    </w:p>
    <w:p>
      <w:pPr>
        <w:jc w:val="right"/>
      </w:pPr>
      <w:r>
        <w:t>یہاں یہ سوال ہے کہ عالی شان مسجدیں بنانے کو اسلام میں کیوں ناپسند کیا گیا ہے؟ اس کا سبب یہ ہے کہ مسجدوں کی عالی شان تعمیرات امت کے روحانی زوال کی علامت ہیں، کیونکہ جب روح یا اسپرٹ ختم ہوتی ہے تو اس کی تلافی کے لیے مظاہر میں اضافہ ہو جاتا ہے۔</w:t>
      </w:r>
    </w:p>
    <w:p>
      <w:r>
        <w:rPr>
          <w:b/>
        </w:rPr>
        <w:t xml:space="preserve">[11:58] </w:t>
      </w:r>
      <w:r>
        <w:t>aali shan masjidon ka ek aur pehlu yeh hai ke woh numood o numaaish wali dindari ki alamat hain. shandar imaraton mein numood o numaaish ke jazbe ko behad taskeen milti hai.</w:t>
      </w:r>
    </w:p>
    <w:p>
      <w:pPr>
        <w:jc w:val="right"/>
      </w:pPr>
      <w:r>
        <w:t>عالی شان مسجدوں کا ایک اور پہلو یہ ہے کہ وہ نمود و نمائش والی دینداری کی علامت ہیں۔ شاندار عمارتوں میں نمود و نمائش کے جذبے کو بے حد تسکین ملتی ہے۔</w:t>
      </w:r>
    </w:p>
    <w:p>
      <w:r>
        <w:rPr>
          <w:b/>
        </w:rPr>
        <w:t xml:space="preserve">[12:10] </w:t>
      </w:r>
      <w:r>
        <w:t>woh shikast khurda nafsiyat ke liye azmat o fakhr ki taskeen ka saman hai. maujooda zamane ke musalmanon ki aam nafsiyat yeh hai ke unhon ne political glory ko kho diya hai.</w:t>
      </w:r>
    </w:p>
    <w:p>
      <w:pPr>
        <w:jc w:val="right"/>
      </w:pPr>
      <w:r>
        <w:t>وہ شکست خوردہ نفسیات کے لیے عظمت و فخر کی تسکین کا سامان ہے۔ موجودہ زمانے کے مسلمانوں کی عام نفسیات یہ ہے کہ انہوں نے پولیٹیکل گلوری کو کھو دیا ہے۔</w:t>
      </w:r>
    </w:p>
    <w:p>
      <w:r>
        <w:rPr>
          <w:b/>
        </w:rPr>
        <w:t xml:space="preserve">[12:24] </w:t>
      </w:r>
      <w:r>
        <w:t>aisi halat mein dar o deewar ki azmat unhein yeh farzi taskeen deti hai ke ab bhi unhon ne zameen par apni azmat ka nishan qaim kar rakha hai.</w:t>
      </w:r>
    </w:p>
    <w:p>
      <w:pPr>
        <w:jc w:val="right"/>
      </w:pPr>
      <w:r>
        <w:t>ایسی حالت میں در و دیوار کی عظمت انہیں یہ فرضی تسکین دیتی ہے کہ اب بھی انہوں نے زمین پر اپنی عظمت کا نشان قائم کر رکھا ہے۔</w:t>
      </w:r>
    </w:p>
    <w:p>
      <w:r>
        <w:rPr>
          <w:b/>
        </w:rPr>
        <w:t xml:space="preserve">[12:39] </w:t>
      </w:r>
      <w:r>
        <w:t>har haal mein khair. hadith mein aaya hai ke rasool Allah Salallaho Alaihe Wasallam ne farmaya: "AJABAN LI AMRIL MOMIN: INNA AMRAHU KULLAHU KHAIRUN WA LAISA DHALIKA LI AHADIN ILLA LIL MOMIN IN ASABATHO SARRA'UN SHAKARAN FAKANA KHAIRAN LAHU WA IN ASABATHO DARRA'UN SABARAN FAKANA KHAIRAN LAHU".</w:t>
      </w:r>
    </w:p>
    <w:p>
      <w:pPr>
        <w:jc w:val="right"/>
      </w:pPr>
      <w:r>
        <w:t>ہر حال میں خیر۔ حدیث میں آیا ہے کہ رسول اللہ صلی اللہ علیہ وسلم نے فرمایا: "عَجَبًا لِأَمْرِ الْمُؤْمِنِ: إِنَّ أَمْرَهُ كُلَّهُ خَيْرٌ وَلَيْسَ ذَاكَ لِأَحَدٍ إِلَّا لِلْمُؤْمِنِ إِنْ أَصَابَتْهُ سَرَّاءٌ شَكَرًا فَكَانَ خَيْرًا لَهُ وَإِنْ أَصَابَتْهُ ذَرَّاءٌ صَبَرًا فَكَانَ خَيْرًا لَهُ"۔</w:t>
      </w:r>
    </w:p>
    <w:p>
      <w:r>
        <w:rPr>
          <w:b/>
        </w:rPr>
        <w:t xml:space="preserve">[13:09] </w:t>
      </w:r>
      <w:r>
        <w:t>sahih Muslim. yani momin ka mamla ajab hai, us ke liye us ke har mamle mein bhalai hai, aur yeh momin ke siwa kisi aur ke liye nahi.</w:t>
      </w:r>
    </w:p>
    <w:p>
      <w:pPr>
        <w:jc w:val="right"/>
      </w:pPr>
      <w:r>
        <w:t>صحیح مسلم۔ یعنی مومن کا معاملہ عجیب ہے، اس کے لیے اس کے ہر معاملے میں بھلائی ہے، اور یہ مومن کے سوا کسی اور کے لیے نہیں۔</w:t>
      </w:r>
    </w:p>
    <w:p>
      <w:r>
        <w:rPr>
          <w:b/>
        </w:rPr>
        <w:t xml:space="preserve">[13:19] </w:t>
      </w:r>
      <w:r>
        <w:t>agar us ko koi khushi milti hai to woh shukr karta hai, to woh us ke liye bhalai ban jata hai, aur agar us ko koi takleef pahunchti hai, woh sabr karta hai, to woh us ke liye bhalai ban jata hai.</w:t>
      </w:r>
    </w:p>
    <w:p>
      <w:pPr>
        <w:jc w:val="right"/>
      </w:pPr>
      <w:r>
        <w:t>اگر اس کو کوئی خوشی ملتی ہے تو وہ شکر کرتا ہے، تو وہ اس کے لیے بھلائی بن جاتا ہے، اور اگر اس کو کوئی تکلیف پہنچتی ہے، وہ صبر کرتا ہے، تو وہ اس کے لیے بھلائی بن جاتا ہے۔</w:t>
      </w:r>
    </w:p>
    <w:p>
      <w:r>
        <w:rPr>
          <w:b/>
        </w:rPr>
        <w:t xml:space="preserve">[13:32] </w:t>
      </w:r>
      <w:r>
        <w:t>mominana rawish yeh hai ke aadmi ko khushi mile to us ka seena shukr ke jazbe se bhar jae, aur agar us ko takleef ka tajruba ho to woh us ko Allah ka faisla samajh kar us par razi rahe.</w:t>
      </w:r>
    </w:p>
    <w:p>
      <w:pPr>
        <w:jc w:val="right"/>
      </w:pPr>
      <w:r>
        <w:t>مومنانہ روش یہ ہے کہ آدمی کو خوشی ملے تو اس کا سینہ شکر کے جذبے سے بھر جائے، اور اگر اس کو تکلیف کا تجربہ ہو تو وہ اس کو اللہ کا فیصلہ سمجھ کر اس پر راضی رہے۔</w:t>
      </w:r>
    </w:p>
    <w:p>
      <w:r>
        <w:rPr>
          <w:b/>
        </w:rPr>
        <w:t xml:space="preserve">[13:47] </w:t>
      </w:r>
      <w:r>
        <w:t>is ke bar aks ghair mominana rawish yeh hai ke agar kisi aadmi ko khushi mile to woh us par fakhr kare, aur agar us ko takleef pahunche to woh mayoosi ka shikar ho jae.</w:t>
      </w:r>
    </w:p>
    <w:p>
      <w:pPr>
        <w:jc w:val="right"/>
      </w:pPr>
      <w:r>
        <w:t>اس کے برعکس غیر مومنانہ روش یہ ہے کہ اگر کسی آدمی کو خوشی ملے تو وہ اس پر فخر کرے، اور اگر اس کو تکلیف پہنچے تو وہ مایوسی کا شکار ہو جائے۔</w:t>
      </w:r>
    </w:p>
    <w:p>
      <w:r>
        <w:rPr>
          <w:b/>
        </w:rPr>
        <w:t xml:space="preserve">[14:01] </w:t>
      </w:r>
      <w:r>
        <w:t>yeh matloob rawish nahi hai. yahi woh cheez hai jis ki taraf Quran mein is tarah tanbih ki gayi hai. pas insaan ka haal yeh hai ke jab uska rab us ko azmata hai aur us ko izzat aur nemat deta hai to woh kehta hai ke mere rab ne mujh ko izzat di, aur jab woh us ko azmata hai aur uska rizq us par tang kar deta hai to woh kehta hai ke mere rab ne mujh ko zaleel kar diya.</w:t>
      </w:r>
    </w:p>
    <w:p>
      <w:pPr>
        <w:jc w:val="right"/>
      </w:pPr>
      <w:r>
        <w:t>یہ مطلوب روش نہیں ہے۔ یہی وہ چیز ہے جس کی طرف قرآن میں اس طرح تنبیہ کی گئی ہے۔ پس انسان کا حال یہ ہے کہ جب اس کا رب اس کو آزماتا ہے اور اس کو عزت اور نعمت دیتا ہے تو وہ کہتا ہے کہ میرے رب نے مجھ کو عزت دی، اور جب وہ اس کو آزماتا ہے اور اس کا رزق اس پر تنگ کر دیتا ہے تو وہ کہتا ہے کہ میرے رب نے مجھ کو ذلیل کر دیا۔</w:t>
      </w:r>
    </w:p>
    <w:p>
      <w:r>
        <w:rPr>
          <w:b/>
        </w:rPr>
        <w:t xml:space="preserve">[14:30] </w:t>
      </w:r>
      <w:r>
        <w:t>al fajr. maujooda duniya mein asal ahmiyat yeh nahi hai ke aadmi ne bazahir kis haal mein zindagi guzari, achhe haal mein ya bure haal mein.</w:t>
      </w:r>
    </w:p>
    <w:p>
      <w:pPr>
        <w:jc w:val="right"/>
      </w:pPr>
      <w:r>
        <w:t>الفجر۔ موجودہ دنیا میں اصل اہمیت یہ نہیں ہے کہ آدمی نے بظاہر کس حال میں زندگی گزاری، اچھے حال میں یا برے حال میں۔</w:t>
      </w:r>
    </w:p>
    <w:p>
      <w:r>
        <w:rPr>
          <w:b/>
        </w:rPr>
        <w:t xml:space="preserve">[14:41] </w:t>
      </w:r>
      <w:r>
        <w:t>asal ahmiyat ki baat yeh hai ke aadmi jis haal mein bhi ho, us se woh taluq billah ki ghiza le sake. zindagi ka har tajruba us ko Allah se qareeb karne wala sabit ho.</w:t>
      </w:r>
    </w:p>
    <w:p>
      <w:pPr>
        <w:jc w:val="right"/>
      </w:pPr>
      <w:r>
        <w:t>اصل اہمیت کی بات یہ ہے کہ آدمی جس حال میں بھی ہو، اس سے وہ تعلق باللہ کی غذا لے سکے۔ زندگی کا ہر تجربہ اس کو اللہ سے قریب کرنے والا ثابت ہو۔</w:t>
      </w:r>
    </w:p>
    <w:p>
      <w:r>
        <w:rPr>
          <w:b/>
        </w:rPr>
        <w:t xml:space="preserve">[14:55] </w:t>
      </w:r>
      <w:r>
        <w:t>uski rooh har soorat-e-haal se rabbani ghiza leti rahe. kainat ke har mushahde mein woh Allah ka jalwa dekh sake.</w:t>
      </w:r>
    </w:p>
    <w:p>
      <w:pPr>
        <w:jc w:val="right"/>
      </w:pPr>
      <w:r>
        <w:t>اس کی روح ہر صورتحال سے ربانی غذا لیتی رہے۔ کائنات کے ہر مشاہدے میں وہ اللہ کا جلوہ دیکھ سکے۔</w:t>
      </w:r>
    </w:p>
    <w:p>
      <w:r>
        <w:rPr>
          <w:b/>
        </w:rPr>
        <w:t xml:space="preserve">[15:05] </w:t>
      </w:r>
      <w:r>
        <w:t>zindagi ka har khushgawar tajruba us ko Allah ki rehmat ki yaad dilaye, aur zindagi ka har talkh tajruba us ke liye taqwa ka sabab banta rahe.</w:t>
      </w:r>
    </w:p>
    <w:p>
      <w:pPr>
        <w:jc w:val="right"/>
      </w:pPr>
      <w:r>
        <w:t>زندگی کا ہر خوشگوار تجربہ اس کو اللہ کی رحمت کی یاد دلائے، اور زندگی کا ہر تلخ تجربہ اس کے لیے تقویٰ کا سبب بنتا رہے۔</w:t>
      </w:r>
    </w:p>
    <w:p>
      <w:r>
        <w:rPr>
          <w:b/>
        </w:rPr>
        <w:t xml:space="preserve">[15:18] </w:t>
      </w:r>
      <w:r>
        <w:t>nakami bhi us ko Khuda ki yaad dilaye, aur kamyabi bhi us ko Khuda se qareeb kar de.</w:t>
      </w:r>
    </w:p>
    <w:p>
      <w:pPr>
        <w:jc w:val="right"/>
      </w:pPr>
      <w:r>
        <w:t>ناکامی بھی اس کو خدا کی یاد دلائے، اور کامیابی بھی اس کو خدا سے قریب کر دے۔</w:t>
      </w:r>
    </w:p>
    <w:p>
      <w:r>
        <w:rPr>
          <w:b/>
        </w:rPr>
        <w:t xml:space="preserve">[15:30] </w:t>
      </w:r>
      <w:r>
        <w:t>imania kaifiyat. ek riwayat ke mutabiq rasool Allah Salallaho Alaihe Wasallam ne farmaya: "ARADA ALAYYA RABBI LIYAJ'ALA LI BAT HAA MAKKATA ZAHABAN, QULTU:\</w:t>
      </w:r>
    </w:p>
    <w:p>
      <w:pPr>
        <w:jc w:val="right"/>
      </w:pPr>
      <w:r>
        <w:t>ایمانی کیفیات۔ ایک روایت کے مطابق رسول اللہ صلی اللہ علیہ وسلم نے فرمایا: "أرادَ عليَّ رَبِّي لِيَجْعَلَ لِي بَطْحَاءَ مَكَّةَ ذَهَبًا، قُلْتُ:</w:t>
      </w:r>
    </w:p>
    <w:p>
      <w:r>
        <w:rPr>
          <w:b/>
        </w:rPr>
        <w:t xml:space="preserve">[15:47] </w:t>
      </w:r>
      <w:r>
        <w:t>la ya rabbi, walakin ashba'u yawman wa ajoo'u yawman aw nahwa thalik, fa itha joo'tu tadar'ratu ilayka wa thakartuk, wa itha shabi'tu hamidtuk wa shakartuk</w:t>
      </w:r>
    </w:p>
    <w:p>
      <w:pPr>
        <w:jc w:val="right"/>
      </w:pPr>
      <w:r>
        <w:t>لا يا رَبِّي، ولكن أشبعُ يومًا وأجوعُ يومًا أو نحوَ ذَلِكَ، فإذا جُعْتُ تدرَّعتُ إليك وذكرتُك، وإذا شَبِعْتُ حَمِدْتُك وشَكَرْتُك"۔</w:t>
      </w:r>
    </w:p>
    <w:p>
      <w:r>
        <w:rPr>
          <w:b/>
        </w:rPr>
        <w:t xml:space="preserve">[16:03] </w:t>
      </w:r>
      <w:r>
        <w:t>musnad ahmad. yani allah ne mujhe yeh peshkash ki ke tumhare liye makkah ki wadi ko sona bana diya jaye. maine kaha ke aye mere rab, nahi, balke main chahta hoon ke main ek din sair ho kar khaoon aur ek din bhooka rahoon.</w:t>
      </w:r>
    </w:p>
    <w:p>
      <w:pPr>
        <w:jc w:val="right"/>
      </w:pPr>
      <w:r>
        <w:t>مسند احمد۔ یعنی اللہ نے مجھے یہ پیشکش کی کہ تمہارے لیے مکہ کی وادی کو سونا بنا دیا جائے۔ میں نے کہا کہ اے میرے رب، نہیں، بلکہ میں چاہتا ہوں کہ میں ایک دن سیر ہو کر کھاؤں اور ایک دن بھوکا رہوں۔</w:t>
      </w:r>
    </w:p>
    <w:p>
      <w:r>
        <w:rPr>
          <w:b/>
        </w:rPr>
        <w:t xml:space="preserve">[16:19] </w:t>
      </w:r>
      <w:r>
        <w:t>phir jab mujhe bhook lage to main tujh se tazru karoon aur tujh ko yaad karoon, aur jab mujhe sahari hasil ho to main teri hamd karoon aur tera shukr karoon.</w:t>
      </w:r>
    </w:p>
    <w:p>
      <w:pPr>
        <w:jc w:val="right"/>
      </w:pPr>
      <w:r>
        <w:t>پھر جب مجھے بھوک لگے تو میں تجھ سے تضرع کروں اور تجھ کو یاد کروں، اور جب مجھے سحری حاصل ہو تو میں تیری حمد کروں اور تیرا شکر کروں۔</w:t>
      </w:r>
    </w:p>
    <w:p>
      <w:r>
        <w:rPr>
          <w:b/>
        </w:rPr>
        <w:t xml:space="preserve">[16:30] </w:t>
      </w:r>
      <w:r>
        <w:t>imani kaifiyat ka talluq barah-e-rast taur par halaat se hai. zindagi mein jab bhi koi soorat-e-haal pesh aati hai to us ke lihaz se momin ke liye imani kaifiyat ka سرمایہ maujood rehta hai.</w:t>
      </w:r>
    </w:p>
    <w:p>
      <w:pPr>
        <w:jc w:val="right"/>
      </w:pPr>
      <w:r>
        <w:t>ایمانی کیفیات کا تعلق براہِ راست طور پر حالات سے ہے۔ زندگی میں جب بھی کوئی صورتحال پیش آتی ہے تو اس کے لحاظ سے مومن کے لیے ایمانی کیفیات کا سرمایہ موجود رہتا ہے۔</w:t>
      </w:r>
    </w:p>
    <w:p>
      <w:r>
        <w:rPr>
          <w:b/>
        </w:rPr>
        <w:t xml:space="preserve">[16:45] </w:t>
      </w:r>
      <w:r>
        <w:t>jis tarah ahwal ki bohat si qismein hain, usi tarah imani kaifiyat ki bhi bohat si qismein hain, aur har qism mein us ke mutabiq aadmi ke andar imani kaifiyat paida hoti hain.</w:t>
      </w:r>
    </w:p>
    <w:p>
      <w:pPr>
        <w:jc w:val="right"/>
      </w:pPr>
      <w:r>
        <w:t>جس طرح احوال کی بہت سی قسمیں ہیں، اسی طرح ایمانی کیفیات کی بھی بہت سی قسمیں ہیں، اور ہر قسم میں اس کے مطابق آدمی کے اندر ایمانی کیفیات پیدا ہوتی ہیں۔</w:t>
      </w:r>
    </w:p>
    <w:p>
      <w:r>
        <w:rPr>
          <w:b/>
        </w:rPr>
        <w:t xml:space="preserve">[17:00] </w:t>
      </w:r>
      <w:r>
        <w:t>maujooda dunya mein aadmi ko imtihan ke liye rakha gaya hai, is liye yahan har aurat aur har mard ke sath tarah tarah ke ahwal pesh aate hain.</w:t>
      </w:r>
    </w:p>
    <w:p>
      <w:pPr>
        <w:jc w:val="right"/>
      </w:pPr>
      <w:r>
        <w:t>موجودہ دنیا میں آدمی کو امتحان کے لیے رکھا گیا ہے، اس لیے یہاں ہر عورت اور ہر مرد کے ساتھ طرح طرح کے احوال پیش آتے ہیں۔</w:t>
      </w:r>
    </w:p>
    <w:p>
      <w:r>
        <w:rPr>
          <w:b/>
        </w:rPr>
        <w:t xml:space="preserve">[17:11] </w:t>
      </w:r>
      <w:r>
        <w:t>aisa isi liye hota hai taake yeh dekha jaye ke kaun apni jaanch par poora utra aur kaun is mein nakaam ho gaya.</w:t>
      </w:r>
    </w:p>
    <w:p>
      <w:pPr>
        <w:jc w:val="right"/>
      </w:pPr>
      <w:r>
        <w:t>ایسا اسی لیے ہوتا ہے تاکہ یہ دیکھا جائے کہ کون اپنی جانچ پر پورا اترا اور کون اس میں ناکام ہو گیا۔</w:t>
      </w:r>
    </w:p>
    <w:p>
      <w:r>
        <w:rPr>
          <w:b/>
        </w:rPr>
        <w:t xml:space="preserve">[17:20] </w:t>
      </w:r>
      <w:r>
        <w:t>aaram ki halat ho ya takleef ki halat ho, dono halatein azafi hain. dono halaton mein asal ahmiyat yeh hai ke us waqt kisi aurat ya mard se jo matloob ravaiyya darkar tha, us ka saboot us ne diya ya nahi diya.</w:t>
      </w:r>
    </w:p>
    <w:p>
      <w:pPr>
        <w:jc w:val="right"/>
      </w:pPr>
      <w:r>
        <w:t>آرام کی حالت ہو یا تکلیف کی حالت ہو، دونوں حالتیں اضافی ہیں۔ دونوں حالتوں میں اصل اہمیت یہ ہے کہ اس وقت کسی عورت یا مرد سے جو مطلوب رویہ درکار تھا، اس کا ثبوت اس نے دیا یا نہیں دیا۔</w:t>
      </w:r>
    </w:p>
    <w:p>
      <w:r>
        <w:rPr>
          <w:b/>
        </w:rPr>
        <w:t xml:space="preserve">[17:38] </w:t>
      </w:r>
      <w:r>
        <w:t>asal ahmiyat halaat ke muqable mein radd-e-amal ki hai, na ke khud halaat ki. yeh haqeeqat jis aurat aur mard par wazeh ho jaye, uska hal yeh ho jayega ke us ki nazar aaram aur takleef par na hogi, balke us baat par hogi ke mile hue halaat mein us ne kis qism ke radd-e-amal ka saboot diya.</w:t>
      </w:r>
    </w:p>
    <w:p>
      <w:pPr>
        <w:jc w:val="right"/>
      </w:pPr>
      <w:r>
        <w:t>اصل اہمیت حالات کے مقابلے میں ردِ عمل کی ہے، نہ کہ خود حالات کی۔ یہ حقیقت جس عورت اور مرد پر واضح ہو جائے، اس کا حال یہ ہو جائے گا کہ اس کی نظر آرام اور تکلیف پر نہ ہوگی، بلکہ اس بات پر ہوگی کہ ملے ہوئے حالات میں اس نے کس قسم کے ردِ عمل کا ثبوت دیا۔</w:t>
      </w:r>
    </w:p>
    <w:p>
      <w:r>
        <w:rPr>
          <w:b/>
        </w:rPr>
        <w:t xml:space="preserve">[18:03] </w:t>
      </w:r>
      <w:r>
        <w:t>shukr ka ya nakri ka, sabr ka ya be sabri ka. aise log har hal mein apna ehtisab karenge, na ke kharji halaat ka shikwa karte rahen.</w:t>
      </w:r>
    </w:p>
    <w:p>
      <w:pPr>
        <w:jc w:val="right"/>
      </w:pPr>
      <w:r>
        <w:t>شکر کا یا ناشکری کا، صبر کا یا بے صبری کا۔ ایسے لوگ ہر حال میں اپنا احتساب کریں گے، نہ کہ خارجی حالات کا شکوہ کرتے رہیں۔</w:t>
      </w:r>
    </w:p>
    <w:p>
      <w:r>
        <w:rPr>
          <w:b/>
        </w:rPr>
        <w:t xml:space="preserve">[18:22] </w:t>
      </w:r>
      <w:r>
        <w:t>misal-e-quran. ek lambi riwayat hadith ki mukhtalif kitabon mein aayi hai. uska ek hissa yeh hai: "ala inni ootiytul kitaba wa mithlahu ma'ahu,</w:t>
      </w:r>
    </w:p>
    <w:p>
      <w:pPr>
        <w:jc w:val="right"/>
      </w:pPr>
      <w:r>
        <w:t>مثلِ قرآن۔ ایک لمبی روایت حدیث کی مختلف کتابوں میں آئی ہے۔ اس کا ایک حصہ یہ ہے: "أَلَا إِنِّي أُوتِيتُ الْكِتَابَ وَمِثْلَهُ مَعَهُ،</w:t>
      </w:r>
    </w:p>
    <w:p>
      <w:r>
        <w:rPr>
          <w:b/>
        </w:rPr>
        <w:t xml:space="preserve">[18:36] </w:t>
      </w:r>
      <w:r>
        <w:t>ala inni ootiytul qur'ana wa mithlahu ma'ahu, ala yushiku rajulun yanthani shab'anan ala areeqatihi</w:t>
      </w:r>
    </w:p>
    <w:p>
      <w:pPr>
        <w:jc w:val="right"/>
      </w:pPr>
      <w:r>
        <w:t>أَلَا إِنِّي أُوتِيتُ الْقُرْآنَ وَمِثْلَهُ مَعَهُ، أَلَا يُوْشِكُ رَجُلٌ يَنْثَنِي شَبْعَانًا عَلَى أَرِيقَتِهِ"۔</w:t>
      </w:r>
    </w:p>
    <w:p>
      <w:r>
        <w:rPr>
          <w:b/>
        </w:rPr>
        <w:t xml:space="preserve">[18:47] </w:t>
      </w:r>
      <w:r>
        <w:t>yaqool: "alaykum bil qur'an, fa ma wajadtum fihi min halalin fa ahillooh, wa ma wajadtum fihi min haramin fa harremooh</w:t>
      </w:r>
    </w:p>
    <w:p>
      <w:pPr>
        <w:jc w:val="right"/>
      </w:pPr>
      <w:r>
        <w:t>یقول: "علیکم بالقرآن، فما وجدتم فیہ من حلال فأحلوہ، وما وجدتم فیہ من حرام فحرموہ"۔</w:t>
      </w:r>
    </w:p>
    <w:p>
      <w:r>
        <w:rPr>
          <w:b/>
        </w:rPr>
        <w:t xml:space="preserve">[19:00] </w:t>
      </w:r>
      <w:r>
        <w:t>yani sun lo, beshak mujhe kitab di gayi hai, aur isi ke sath is ke misl. beshak mujhe quran diya gaya hai, aur isi ke sath is ke misl.</w:t>
      </w:r>
    </w:p>
    <w:p>
      <w:pPr>
        <w:jc w:val="right"/>
      </w:pPr>
      <w:r>
        <w:t>یعنی سن لو، بے شک مجھے کتاب دی گئی ہے، اور اسی کے ساتھ اس کے مثل۔ بے شک مجھے قرآن دیا گیا ہے، اور اسی کے ساتھ اس کے مثل۔</w:t>
      </w:r>
    </w:p>
    <w:p>
      <w:r>
        <w:rPr>
          <w:b/>
        </w:rPr>
        <w:t xml:space="preserve">[19:11] </w:t>
      </w:r>
      <w:r>
        <w:t>sun lo, qareeb hai ke ek asooda aadmi apne takiye se teka lagaye baitha, kahega ke tumhare liye quran kafi hai, pas tum is mein jo halaal pao to use halaal samjho, aur jo is mein tum haraam pao to use haraam samjho.</w:t>
      </w:r>
    </w:p>
    <w:p>
      <w:pPr>
        <w:jc w:val="right"/>
      </w:pPr>
      <w:r>
        <w:t>سن لو، قریب ہے کہ ایک آسودہ آدمی اپنے تکیے سے ٹیک لگائے بیٹھا، کہے گا کہ تمہارے لیے قرآن کافی ہے، پس تم اس میں جو حلال پاؤ تو اسے حلال سمجھو، اور جو اس میں تم حرام پاؤ تو اسے حرام سمجھو۔</w:t>
      </w:r>
    </w:p>
    <w:p>
      <w:r>
        <w:rPr>
          <w:b/>
        </w:rPr>
        <w:t xml:space="preserve">[19:27] </w:t>
      </w:r>
      <w:r>
        <w:t>is hadith mein misl se kya murad hai? is se murad wohi cheez hai jis ko quran mein hikmat kaha gaya hai, yani quran aur hikmat-e-quran.</w:t>
      </w:r>
    </w:p>
    <w:p>
      <w:pPr>
        <w:jc w:val="right"/>
      </w:pPr>
      <w:r>
        <w:t>اس حدیث میں مثل سے کیا مراد ہے؟ اس سے مراد وہی چیز ہے جس کو قرآن میں حکمت کہا گیا ہے، یعنی قرآن اور حکمتِ قرآن۔</w:t>
      </w:r>
    </w:p>
    <w:p>
      <w:r>
        <w:rPr>
          <w:b/>
        </w:rPr>
        <w:t xml:space="preserve">[19:38] </w:t>
      </w:r>
      <w:r>
        <w:t>hikmat se murad wisdom hai. quran ka ibtidai mafhoom is ke matan, yani text, ko parh kar samajh mein aata hai, aur jahan tak hikmat ka taluq hai, woh tadabbur ke zariye maloom hota hai.</w:t>
      </w:r>
    </w:p>
    <w:p>
      <w:pPr>
        <w:jc w:val="right"/>
      </w:pPr>
      <w:r>
        <w:t>حکمت سے مراد وزڈم ہے۔ قرآن کا ابتدائی مفہوم اس کے متن، یعنی ٹیکسٹ، کو پڑھ کر سمجھ میں آتا ہے، اور جہاں تک حکمت کا تعلق ہے، وہ تدبر کے ذریعے معلوم ہوتا ہے۔</w:t>
      </w:r>
    </w:p>
    <w:p>
      <w:r>
        <w:rPr>
          <w:b/>
        </w:rPr>
        <w:t xml:space="preserve">[19:51] </w:t>
      </w:r>
      <w:r>
        <w:t>ek riwayat mein rasool allah sallallahu alaihi wasallam ke bare mein hai: "mutawasila al-ahzani da'im al-fiqrata, laysat lahu rahatuun taweel al-saqt, la yatakallamu fi ghairi hajatin</w:t>
      </w:r>
    </w:p>
    <w:p>
      <w:pPr>
        <w:jc w:val="right"/>
      </w:pPr>
      <w:r>
        <w:t>ایک روایت میں رسول اللہ صلی اللہ علیہ وسلم کے بارے میں ہے: "مُتَوَاصِلَ الأَحْزَانِ دَائِمَ الْفِقْرَةَ، لَيْسَتْ لَهُ رَاحَةٌ طَوِيلَ السَّقْتِ، لَا يَتَكَلَّمُ فِي غَيْرِ حَاجَةٍ"۔</w:t>
      </w:r>
    </w:p>
    <w:p>
      <w:r>
        <w:rPr>
          <w:b/>
        </w:rPr>
        <w:t xml:space="preserve">[20:06] </w:t>
      </w:r>
      <w:r>
        <w:t>sharah al-sunnah lil baghawi. yani rasool allah sallallahu alaihi wasallam musalsal husn mein rehte the, woh barabar soch mein rehte.</w:t>
      </w:r>
    </w:p>
    <w:p>
      <w:pPr>
        <w:jc w:val="right"/>
      </w:pPr>
      <w:r>
        <w:t>شرح السنہ للبغوی۔ یعنی رسول اللہ صلی اللہ علیہ وسلم مسلسل حسن میں رہتے تھے، وہ برابر سوچ میں رہتے۔</w:t>
      </w:r>
    </w:p>
    <w:p>
      <w:r>
        <w:rPr>
          <w:b/>
        </w:rPr>
        <w:t xml:space="preserve">[20:16] </w:t>
      </w:r>
      <w:r>
        <w:t>aap ke liye koi rahat nahi hoti thi, aap der tak chup rehte, zaroorat ke siwa kisi aur cheez ke liye aap na bolte.</w:t>
      </w:r>
    </w:p>
    <w:p>
      <w:pPr>
        <w:jc w:val="right"/>
      </w:pPr>
      <w:r>
        <w:t>آپ کے لیے کوئی راحت نہیں ہوتی تھی، آپ دیر تک چپ رہتے، ضرورت کے سوا کسی اور چیز کے لیے آپ نہ بولتے۔</w:t>
      </w:r>
    </w:p>
    <w:p>
      <w:r>
        <w:rPr>
          <w:b/>
        </w:rPr>
        <w:t xml:space="preserve">[20:25] </w:t>
      </w:r>
      <w:r>
        <w:t>muzakara riwayat mein paanch alfaaz istemal hue hain. yeh paanchon alfaaz ek hi haqeeqat ke mukhtalif pehlu hain. in sab ka khulasa yeh hai ke rasool allah sallallahu alaihi wasallam musalsal taur par tadabbur aur tafakkur mein rehte the.</w:t>
      </w:r>
    </w:p>
    <w:p>
      <w:pPr>
        <w:jc w:val="right"/>
      </w:pPr>
      <w:r>
        <w:t>مذکورہ روایت میں پانچ الفاظ استعمال ہوئے ہیں۔ یہ پانچوں الفاظ ایک ہی حقیقت کے مختلف پہلو ہیں۔ ان سب کا خلاصہ یہ ہے کہ رسول اللہ مسلسل طور پر تدبر اور تفکر میں رہتے تھے۔</w:t>
      </w:r>
    </w:p>
    <w:p>
      <w:r>
        <w:rPr>
          <w:b/>
        </w:rPr>
        <w:t xml:space="preserve">[20:41] </w:t>
      </w:r>
      <w:r>
        <w:t>husn se murad gham nahi hai, balke is se murad kamil sanjeedgi, total seriousness hai, yani har waqt intehai sanjeedgi ke sath sochte rehna.</w:t>
      </w:r>
    </w:p>
    <w:p>
      <w:pPr>
        <w:jc w:val="right"/>
      </w:pPr>
      <w:r>
        <w:t>حسن سے مراد غم نہیں ہے، بلکہ اس سے مراد کامل سنجیدگی، ٹوٹل سیریسنس ہے، یعنی ہر وقت انتہائی سنجیدگی کے ساتھ سوچتے رہنا۔</w:t>
      </w:r>
    </w:p>
    <w:p>
      <w:r>
        <w:rPr>
          <w:b/>
        </w:rPr>
        <w:t xml:space="preserve">[20:53] </w:t>
      </w:r>
      <w:r>
        <w:t>misalan quran ki 29 suraton ke aghaz mein woh huroof aaye hain jin ko huroof muqatta'at kaha jata hai. yeh huroof alag alag parhe jate hain, is liye in ko huroof muqatta'at, yani disjoined letters aur disconnected letters kaha jata hai.</w:t>
      </w:r>
    </w:p>
    <w:p>
      <w:pPr>
        <w:jc w:val="right"/>
      </w:pPr>
      <w:r>
        <w:t>مثلاً قرآن کی 29 سورتوں کے آغاز میں وہ حروف آئے ہیں جن کو حروف مقطعات کہا جاتا ہے۔ یہ حروف الگ الگ پڑھے جاتے ہیں، اس لیے ان کو حروف مقطعات، یعنی ڈس جوائنٹڈ لیٹرز اور ڈس کنیکٹڈ لیٹرز کہا جاتا ہے۔</w:t>
      </w:r>
    </w:p>
    <w:p>
      <w:r>
        <w:rPr>
          <w:b/>
        </w:rPr>
        <w:t xml:space="preserve">[21:10] </w:t>
      </w:r>
      <w:r>
        <w:t>huroof muqatta'at arabi zaban ke huroof-e-tahajji ya alphabets par mushtamil hain. is se murad ghaleban yeh hai ke quran agarche bazahir insani zaban mein utra hai, is aitbar se is ka ek matlab woh hai jo sutoor mein hai, lekin is ka doosra matlab woh hai jo tadabbur ke zariye maloom hota hai.</w:t>
      </w:r>
    </w:p>
    <w:p>
      <w:pPr>
        <w:jc w:val="right"/>
      </w:pPr>
      <w:r>
        <w:t>حروف مقطعات عربی زبان کے حروف تہجی یا الفابیٹس پر مشتمل ہیں۔ اس سے مراد غالباً یہ ہے کہ قرآن اگرچہ بظاہر انسانی زبان میں اترا ہے، اس اعتبار سے اس کا ایک مطلب وہ ہے جو ستور میں ہے، لیکن اس کا دوسرا مطلب وہ ہے جو تدبر کے ذریعے معلوم ہوتا ہے۔</w:t>
      </w:r>
    </w:p>
    <w:p>
      <w:r>
        <w:rPr>
          <w:b/>
        </w:rPr>
        <w:t xml:space="preserve">[21:32] </w:t>
      </w:r>
      <w:r>
        <w:t>isi liye quran mein aaya hai: "kitabun anzalnahu ilayka mubarakun liyaddabbaru ayatihi wa liyatadhakkara ulu al-albab</w:t>
      </w:r>
    </w:p>
    <w:p>
      <w:pPr>
        <w:jc w:val="right"/>
      </w:pPr>
      <w:r>
        <w:t>اسی لیے قرآن میں آیا ہے: "کتابٌ أنزلناه إليك مبارکٌ لِيَدَّبَّرُوا آیاتِهِ وَلِيَتَذَكَّرَوا أُلُو الْأَلْبَابِ"۔</w:t>
      </w:r>
    </w:p>
    <w:p>
      <w:r>
        <w:rPr>
          <w:b/>
        </w:rPr>
        <w:t xml:space="preserve">[21:46] </w:t>
      </w:r>
      <w:r>
        <w:t>yani yeh aik babarkat kitaab hai jo hum ne tumhari taraf utari hai taake log is ki aayaton par ghaur karen aur taake aql wale is se naseehat haasil karen.</w:t>
      </w:r>
    </w:p>
    <w:p>
      <w:pPr>
        <w:jc w:val="right"/>
      </w:pPr>
      <w:r>
        <w:t>یعنی یہ ایک بابرکت کتاب ہے جو ہم نے تمہاری طرف اتاری ہے تاکہ لوگ اس کی آیتوں پر غور کریں اور تاکہ عقل والے اس سے نصیحت حاصل کریں۔</w:t>
      </w:r>
    </w:p>
    <w:p>
      <w:r>
        <w:rPr>
          <w:b/>
        </w:rPr>
        <w:t xml:space="preserve">[21:57] </w:t>
      </w:r>
      <w:r>
        <w:t>ghaur karne se maloom hota hai ke insaan agar arabi zabaan se bakhubi waqif ho aur woh quran ko parhe to quran ke matan ke sutoor, yani lines mein jo baat hai, us ko woh jaan lega, lekin jo quran ke ameeq maani hain, woh matan ke bain-us-sutoor ya between the lines hain.</w:t>
      </w:r>
    </w:p>
    <w:p>
      <w:pPr>
        <w:jc w:val="right"/>
      </w:pPr>
      <w:r>
        <w:t>غور کرنے سے معلوم ہوتا ہے کہ انسان اگر عربی زبان سے بخوبی واقف ہو اور وہ قرآن کو پڑھے تو قرآن کے متن کے ستور، یعنی لائنز میں جو بات ہے، اس کو وہ جان لے گا، لیکن جو قرآن کے عمیق معنی ہیں، وہ متن کے بین السطور یا بٹوین دا لائنز ہیں۔</w:t>
      </w:r>
    </w:p>
    <w:p>
      <w:r>
        <w:rPr>
          <w:b/>
        </w:rPr>
        <w:t xml:space="preserve">[22:16] </w:t>
      </w:r>
      <w:r>
        <w:t>in ameeq maani ko janne ka zariya sirf tadabbur hai. agar aadmi haqeeqi maanon mein sanjeeda aur hidayat ka talib hote hue quran mein ghaur o fikr kare to woh quran ke gehre maani ko daryaft kar lega.</w:t>
      </w:r>
    </w:p>
    <w:p>
      <w:pPr>
        <w:jc w:val="right"/>
      </w:pPr>
      <w:r>
        <w:t>ان عمیق معنی کو جاننے کا ذریعہ صرف تدبر ہے۔ اگر آدمی حقیقی معنوں میں سنجیدہ اور ہدایت کا طالب ہوتے ہوئے قرآن میں غور و فکر کرے تو وہ قرآن کے گہرے معنی کو دریافت کر لے گا۔</w:t>
      </w:r>
    </w:p>
    <w:p>
      <w:r>
        <w:rPr>
          <w:b/>
        </w:rPr>
        <w:t xml:space="preserve">[22:31] </w:t>
      </w:r>
      <w:r>
        <w:t>woh matan quran ke andar chupi hui hikmat ki daryaft tak pahunch jayega. mislan quran mein bataya gaya hai ke rasool Allah ko mission ke maamle mein sirat-e-mustaqeem ki hidayat mili.</w:t>
      </w:r>
    </w:p>
    <w:p>
      <w:pPr>
        <w:jc w:val="right"/>
      </w:pPr>
      <w:r>
        <w:t>وہ متن قرآن کے اندر چھپی ہوئی حکمت کی دریافت تک پہنچ جائے گا۔ مثلاً قرآن میں بتایا گیا ہے کہ رسول اللہ کو مشن کے معاملے میں صراط مستقیم کی ہدایت ملی۔</w:t>
      </w:r>
    </w:p>
    <w:p>
      <w:r>
        <w:rPr>
          <w:b/>
        </w:rPr>
        <w:t xml:space="preserve">[22:45] </w:t>
      </w:r>
      <w:r>
        <w:t>quran ka mutala kiya jaye to muzkurah hidayat kahin alfaaz-e-wahy-e-matlu ki soorat mein nahi milegi. phir rasool Allah ko is hidayat ki marifat kaise hui?</w:t>
      </w:r>
    </w:p>
    <w:p>
      <w:pPr>
        <w:jc w:val="right"/>
      </w:pPr>
      <w:r>
        <w:t>قرآن کا مطالعہ کیا جائے تو مذکورہ ہدایت کہیں الفاظ وحی مطلوع کی صورت میں نہیں ملے گی۔ پھر رسول اللہ کو اس ہدایت کی معرفت کیسے ہوئی؟</w:t>
      </w:r>
    </w:p>
    <w:p>
      <w:r>
        <w:rPr>
          <w:b/>
        </w:rPr>
        <w:t xml:space="preserve">[22:55] </w:t>
      </w:r>
      <w:r>
        <w:t>is ka jawab yeh hai ke yeh marifat aap ko tadabbur ke zariye haasil hui. mazeed ghaur karne se maloom hota hai ke woh hidayat yeh thi: victimize community ke jazbaat, yani sentiments, ko le kar apni planning na karna, balkeh waseeh tar duniya mein jo mawaqe ya opportunities hain, un ko le kar apne amal ka plan banana.</w:t>
      </w:r>
    </w:p>
    <w:p>
      <w:pPr>
        <w:jc w:val="right"/>
      </w:pPr>
      <w:r>
        <w:t>اس کا جواب یہ ہے کہ یہ معرفت آپ کو تدبر کے ذریعے حاصل ہوئی۔ مزید غور کرنے سے معلوم ہوتا ہے کہ وہ ہدایت یہ تھی: وکٹمائز کمیونٹی کے جذبات، یعنی سینٹیمنٹس، کو لے کر اپنی پلاننگ نہ کرنا، بلکہ وسیع تر دنیا میں جو مواقع یا اپرچونیٹیز ہیں، ان کو لے کر اپنے عمل کا پلان بنانا۔</w:t>
      </w:r>
    </w:p>
    <w:p>
      <w:r>
        <w:rPr>
          <w:b/>
        </w:rPr>
        <w:t xml:space="preserve">[23:22] </w:t>
      </w:r>
      <w:r>
        <w:t>nature worship. tauheed kya hai? is ka zikr quran ki aik aayat mein in alfaaz mein kiya gaya hai: "wa min ayatihi al-laylu wa al-naharu wa al-shamsu wa al-qamaru, la tasjudu lil-shamsi wa la lil-qamari, wasjudu li-llahi alladhi khalaqahunna in kuntum iyyahu ta'budun".</w:t>
      </w:r>
    </w:p>
    <w:p>
      <w:pPr>
        <w:jc w:val="right"/>
      </w:pPr>
      <w:r>
        <w:t>نیچر ورشپ۔ توحید کیا ہے؟ اس کا ذکر قرآن کی ایک آیت میں ان الفاظ میں کیا گیا ہے: "ومن آیاتہ اللیل والنہار والشمس والقمر، لا تسجدوا للشمس ولا للقمر، واسجدوا لله الذی خلقہن إن كنتم إياه تعبدون"۔</w:t>
      </w:r>
    </w:p>
    <w:p>
      <w:r>
        <w:rPr>
          <w:b/>
        </w:rPr>
        <w:t xml:space="preserve">[23:48] </w:t>
      </w:r>
      <w:r>
        <w:t>yani aur us ki nishaniyon mein se hai raat aur din, aur suraj aur chand. tum suraj aur chand ko sajda na karo, balkeh us Allah ko sajda karo jis ne in sab ko paida kiya.</w:t>
      </w:r>
    </w:p>
    <w:p>
      <w:pPr>
        <w:jc w:val="right"/>
      </w:pPr>
      <w:r>
        <w:t>یعنی اور اس کی نشانیوں میں سے ہے رات اور دن، اور سورج اور چاند۔ تم سورج اور چاند کو سجدہ نہ کرو، بلکہ اس اللہ کو سجدہ کرو جس نے ان سب کو پیدا کیا۔</w:t>
      </w:r>
    </w:p>
    <w:p>
      <w:r>
        <w:rPr>
          <w:b/>
        </w:rPr>
        <w:t xml:space="preserve">[24:02] </w:t>
      </w:r>
      <w:r>
        <w:t>agar tum usi ki ibaadat karne wale ho. qadeem zamane mein nature worship ka riwaj chhaya hua tha. nature worship ke culture mein qadeem insaan itna zyada mashhoor ho gaya tha ke woh paighambaron ki lambi koshish ke bawajood is ke sahar se na nikal saka.</w:t>
      </w:r>
    </w:p>
    <w:p>
      <w:pPr>
        <w:jc w:val="right"/>
      </w:pPr>
      <w:r>
        <w:t>اگر تم اسی کی عبادت کرنے والے ہو۔ قدیم زمانے میں نیچر ورشپ کا رواج چھایا ہوا تھا۔ نیچر ورشپ کے کلچر میں قدیم انسان اتنا زیادہ مشہور ہو گیا تھا کہ وہ پیغمبروں کی لمبی کوشش کے باوجود اس کے سحر سے نہ نکل سکا۔</w:t>
      </w:r>
    </w:p>
    <w:p>
      <w:r>
        <w:rPr>
          <w:b/>
        </w:rPr>
        <w:t xml:space="preserve">[24:22] </w:t>
      </w:r>
      <w:r>
        <w:t>is manfi tajrube ke baad Allah ke hukum ke mutabiq paighambar Ibrahim (AS) ne aik naya mansooba banaya.</w:t>
      </w:r>
    </w:p>
    <w:p>
      <w:pPr>
        <w:jc w:val="right"/>
      </w:pPr>
      <w:r>
        <w:t>اس منفی تجربے کے بعد اللہ کے حکم کے مطابق پیغمبر ابراہیم علیہ السلام نے ایک نیا منصوبہ بنایا۔</w:t>
      </w:r>
    </w:p>
    <w:p>
      <w:r>
        <w:rPr>
          <w:b/>
        </w:rPr>
        <w:t xml:space="preserve">[24:31] </w:t>
      </w:r>
      <w:r>
        <w:t>woh mansooba yeh tha ke khusoosi tarbiyat ke zariye aik nayi qaum banai jaye jo apni fitrat par qaim ho.</w:t>
      </w:r>
    </w:p>
    <w:p>
      <w:pPr>
        <w:jc w:val="right"/>
      </w:pPr>
      <w:r>
        <w:t>وہ منصوبہ یہ تھا کہ خصوصی تربیت کے ذریعے ایک نئی قوم بنائی جائے جو اپنی فطرت پر قائم ہو۔</w:t>
      </w:r>
    </w:p>
    <w:p>
      <w:r>
        <w:rPr>
          <w:b/>
        </w:rPr>
        <w:t xml:space="preserve">[24:40] </w:t>
      </w:r>
      <w:r>
        <w:t>woh mansooba yeh tha ke Hazrat Ibrahim Iraq ko chhod kar is sehrai maqam par jayen jahan ab Makkah aabad hai, aur yahan apne bete Ismail aur apni biwi Hajra ko aabad karen.</w:t>
      </w:r>
    </w:p>
    <w:p>
      <w:pPr>
        <w:jc w:val="right"/>
      </w:pPr>
      <w:r>
        <w:t>وہ منصوبہ یہ تھا کہ حضرت ابراہیم عراق کو چھوڑ کر اس صحرائی مقام پر جائیں جہاں اب مکہ آباد ہے، اور یہاں اپنے بیٹے اسماعیل اور اپنی بیوی ہاجرہ کو آباد کریں۔</w:t>
      </w:r>
    </w:p>
    <w:p>
      <w:r>
        <w:rPr>
          <w:b/>
        </w:rPr>
        <w:t xml:space="preserve">[24:54] </w:t>
      </w:r>
      <w:r>
        <w:t>yeh maqam us zamane mein nature worship ke mahaul se bohat door tha. is haqeeqat ka zikr paighambar Ibrahim (AS) ki dua mein in alfaaz mein milta hai: "rabbij'al al-balada aaminan wa anjibni wa baniyya an na'bud al-asnama rabbi innahunna adlalna kathiran min al-nas".</w:t>
      </w:r>
    </w:p>
    <w:p>
      <w:pPr>
        <w:jc w:val="right"/>
      </w:pPr>
      <w:r>
        <w:t>یہ مقام اس زمانے میں نیچر ورشپ کے ماحول سے بہت دور تھا۔ اس حقیقت کا ذکر پیغمبر ابراہیم علیہ السلام کی دعا میں ان الفاظ میں ملتا ہے: "رب اجعل البلد آمن واجنبنی وبنیہ أن نعبد الاسنام ربی إنهن أضللنا كثيرا من الناس"۔</w:t>
      </w:r>
    </w:p>
    <w:p>
      <w:r>
        <w:rPr>
          <w:b/>
        </w:rPr>
        <w:t xml:space="preserve">[25:19] </w:t>
      </w:r>
      <w:r>
        <w:t>yani aye mere rab, is shehar ko aman wala bana aur mujh ko aur meri aulaad ko is se door rakh ke hum buton ki ibaadat karen.</w:t>
      </w:r>
    </w:p>
    <w:p>
      <w:pPr>
        <w:jc w:val="right"/>
      </w:pPr>
      <w:r>
        <w:t>یعنی اے میرے رب، اس شہر کو امن والا بنا اور مجھ کو اور میری اولاد کو اس سے دور رکھ کہ ہم بتوں کی عبادت کریں۔</w:t>
      </w:r>
    </w:p>
    <w:p>
      <w:r>
        <w:rPr>
          <w:b/>
        </w:rPr>
        <w:t xml:space="preserve">[25:29] </w:t>
      </w:r>
      <w:r>
        <w:t>aye mere rab, in buton ne bohat logon ko gumrah kar diya. yeh nature worship us waqt poori tarah khatm ho gayi jabke science ki tehqiqat ne yeh sabit kiya ke nature aamil nahi hai, balkeh woh ma'mool hai.</w:t>
      </w:r>
    </w:p>
    <w:p>
      <w:pPr>
        <w:jc w:val="right"/>
      </w:pPr>
      <w:r>
        <w:t>اے میرے رب، ان بتوں نے بہت لوگوں کو گمراہ کر دیا۔ یہ نیچر ورشپ اس وقت پوری طرح ختم ہوگئی جبکہ سائنس کی تحقیقات نے یہ ثابت کیا کہ نیچر عامل نہیں ہے، بلکہ وہ معمول ہے۔</w:t>
      </w:r>
    </w:p>
    <w:p>
      <w:r>
        <w:rPr>
          <w:b/>
        </w:rPr>
        <w:t xml:space="preserve">[25:44] </w:t>
      </w:r>
      <w:r>
        <w:t>yani nature ya fitrat kisi badi taqat ke control mein hai, us ki apni koi taqat nahi. is tehqiq ne nature ko ma'budiyat ke maqam se abadi taur par hata diya.</w:t>
      </w:r>
    </w:p>
    <w:p>
      <w:pPr>
        <w:jc w:val="right"/>
      </w:pPr>
      <w:r>
        <w:t>یعنی نیچر یا فطرت کسی بڑی طاقت کے کنٹرول میں ہے، اس کی اپنی کوئی طاقت نہیں۔ اس تحقیق نے نیچر کو معبودیت کے مقام سے ابدی طور پر ہٹا دیا۔</w:t>
      </w:r>
    </w:p>
    <w:p>
      <w:r>
        <w:rPr>
          <w:b/>
        </w:rPr>
        <w:t xml:space="preserve">[26:04] </w:t>
      </w:r>
      <w:r>
        <w:t>aik sunnat-e-rasool. san chheh hijri mein paighambar-e-Islam (SAW) fareeq-e-mukhalif se aman ka muahida karna chahte the.</w:t>
      </w:r>
    </w:p>
    <w:p>
      <w:pPr>
        <w:jc w:val="right"/>
      </w:pPr>
      <w:r>
        <w:t>ایک سنت رسول۔ سن چھ ہجری میں پیغمبر اسلام صلی اللہ علیہ وسلم فریق مخالف سے امن کا معاہدہ کرنا چاہتے تھے۔</w:t>
      </w:r>
    </w:p>
    <w:p>
      <w:r>
        <w:rPr>
          <w:b/>
        </w:rPr>
        <w:t xml:space="preserve">[26:17] </w:t>
      </w:r>
      <w:r>
        <w:t>taweel guft-o-shuneed ke baad jab muahide ki dafaat tay ho gayin aur un ko kaghaz par likha jane laga to paighambar-e-Islam (SAW) ne muahide ko likhate hue kaha: "uktub ya Ali, hadha ma salaha 'alayhi Muhammadun rasulullahi sallallahu 'alayhi wa sallam".</w:t>
      </w:r>
    </w:p>
    <w:p>
      <w:pPr>
        <w:jc w:val="right"/>
      </w:pPr>
      <w:r>
        <w:t>طویل گفت و شنید کے بعد جب معاہدے کی دفعات طے ہوگئیں اور ان کو کاغذ پر لکھا جانے لگا تو پیغمبر اسلام صلی اللہ علیہ وسلم نے معاہدے کو لکھاتے ہوئے کہا: "اکتب یا علی، هذا ما صالح علیہ محمد رسول اللہ صلی اللہ علیہ وسلم"۔</w:t>
      </w:r>
    </w:p>
    <w:p>
      <w:r>
        <w:rPr>
          <w:b/>
        </w:rPr>
        <w:t xml:space="preserve">[26:40] </w:t>
      </w:r>
      <w:r>
        <w:t>fareeq-e-thani ke leader ne foran etiraz karte hue kaha ke hum aap ko rasool Allah nahi mante, aap Muhammad rasool Allah ke bajaye Muhammad bin Abdullah likhiye jo ke hamare aur aap ke darmiyan mushtarak hai.</w:t>
      </w:r>
    </w:p>
    <w:p>
      <w:pPr>
        <w:jc w:val="right"/>
      </w:pPr>
      <w:r>
        <w:t>فریق ثانی کے لیڈر نے فوراً اعتراض کرتے ہوئے کہا کہ ہم آپ کو رسول اللہ نہیں مانتے، آپ محمد رسول اللہ کے بجائے محمد بن عبداللہ لکھیے جو کہ ہمارے اور آپ کے درمیان مشترک ہے۔</w:t>
      </w:r>
    </w:p>
    <w:p>
      <w:r>
        <w:rPr>
          <w:b/>
        </w:rPr>
        <w:t xml:space="preserve">[26:55] </w:t>
      </w:r>
      <w:r>
        <w:t>aap ne bila bahs kaha: "umhu ya Ali, Allahumma innaka ta'lamu anni rasuluka, umhu ya Ali, wa-ktub hadha ma salaha 'alayhi Muhammadun ibn 'Abdillah".</w:t>
      </w:r>
    </w:p>
    <w:p>
      <w:pPr>
        <w:jc w:val="right"/>
      </w:pPr>
      <w:r>
        <w:t>آپ نے بلا بحث کہا: "امہ یا علی، اللہم إنک تعلم أنی رسولک، امہ یا علی، وکتب هذا ما صالح علیہ محمد ابن عبداللہ"۔</w:t>
      </w:r>
    </w:p>
    <w:p>
      <w:r>
        <w:rPr>
          <w:b/>
        </w:rPr>
        <w:t xml:space="preserve">[27:11] </w:t>
      </w:r>
      <w:r>
        <w:t>musnad ahmad. yani aye Ali, is ko mita do. aye Allah, tu janta hai ke main tera rasool hoon. aye Ali, mita do aur likho.</w:t>
      </w:r>
    </w:p>
    <w:p>
      <w:pPr>
        <w:jc w:val="right"/>
      </w:pPr>
      <w:r>
        <w:t>مسند احمد۔ یعنی اے علی، اس کو مٹا دو۔ اے اللہ، تو جانتا ہے کہ میں تیرا رسول ہوں۔ اے علی، مٹا دو اور لکھو۔</w:t>
      </w:r>
    </w:p>
    <w:p>
      <w:r>
        <w:rPr>
          <w:b/>
        </w:rPr>
        <w:t xml:space="preserve">[27:22] </w:t>
      </w:r>
      <w:r>
        <w:t>yeh woh dafaat hain jin par Muhammad bin Abdullah ne sulah ki. is ke baad sulah ka muahida tay pa gaya aur aap apne ashaab ke hamrah Madinah wapas aagaye.</w:t>
      </w:r>
    </w:p>
    <w:p>
      <w:pPr>
        <w:jc w:val="right"/>
      </w:pPr>
      <w:r>
        <w:t>یہ وہ دفعات ہیں جن پر محمد بن عبداللہ نے صلح کی۔ اس کے بعد صلح کا معاہدہ طے پا گیا اور آپ اپنے اصحاب کے ہمراہ مدینہ واپس آگئے۔</w:t>
      </w:r>
    </w:p>
    <w:p>
      <w:r>
        <w:rPr>
          <w:b/>
        </w:rPr>
        <w:t xml:space="preserve">[27:34] </w:t>
      </w:r>
      <w:r>
        <w:t>rasool Allah (SAW) ka yeh maamla bilashuba Allah ki rehnumai ke mutabiq tha. Allah ki rehnumai ke baghair aap aisa nahi kar sakte the.</w:t>
      </w:r>
    </w:p>
    <w:p>
      <w:pPr>
        <w:jc w:val="right"/>
      </w:pPr>
      <w:r>
        <w:t>رسول اللہ صلی اللہ علیہ وسلم کا یہ معاملہ بلاشبہ اللہ کی رہنمائی کے مطابق تھا۔ اللہ کی رہنمائی کے بغیر آپ ایسا نہیں کر سکتے تھے۔</w:t>
      </w:r>
    </w:p>
    <w:p>
      <w:r>
        <w:rPr>
          <w:b/>
        </w:rPr>
        <w:t xml:space="preserve">[27:47] </w:t>
      </w:r>
      <w:r>
        <w:t>surah al-Fath mein is ki babat yeh alfaaz aaye hain: "wa yahdika siratan mustaqiman". aap ka yeh amal bilashuba sirat-e-mustaqeem ka aik juz tha.</w:t>
      </w:r>
    </w:p>
    <w:p>
      <w:pPr>
        <w:jc w:val="right"/>
      </w:pPr>
      <w:r>
        <w:t>سورہ الفتح میں اس کی بابت یہ الفاظ آئے ہیں: "ویحدی کا صراط مستقیم"۔ آپ کا یہ عمل بلاشبہ صراط مستقیم کا ایک جز تھا۔</w:t>
      </w:r>
    </w:p>
    <w:p>
      <w:r>
        <w:rPr>
          <w:b/>
        </w:rPr>
        <w:t xml:space="preserve">[27:58] </w:t>
      </w:r>
      <w:r>
        <w:t>is lihaaz se yeh tamam dunya ke musalmanon ke liye aik abadi usool hai. jis tarah daur-e-awwal mein usool ko ikhtiyar karne ke nateeje mein fath-e-mubeen haasil hui, baad ke daur mein bhi fath-e-mubeen ko haasil karne ka tareeqa yahi hai.</w:t>
      </w:r>
    </w:p>
    <w:p>
      <w:pPr>
        <w:jc w:val="right"/>
      </w:pPr>
      <w:r>
        <w:t>اس لحاظ سے یہ تمام دنیا کے مسلمانوں کے لیے ایک ابدی اصول ہے۔ جس طرح دور اول میں اصول کو اختیار کرنے کے نتیجے میں فتح مبین حاصل ہوئی، بعد کے دور میں بھی فتح مبین کو حاصل کرنے کا طریقہ یہی ہے۔</w:t>
      </w:r>
    </w:p>
    <w:p>
      <w:r>
        <w:rPr>
          <w:b/>
        </w:rPr>
        <w:t xml:space="preserve">[28:17] </w:t>
      </w:r>
      <w:r>
        <w:t>is ke siwa koi dosra tareeqa musalmanon ko fatah mobeen tak pohnchanay wala nahin. mansoobah bandi ka yeh tareeqa hamesha dunya mein baqi rehta hai.</w:t>
      </w:r>
    </w:p>
    <w:p>
      <w:pPr>
        <w:jc w:val="right"/>
      </w:pPr>
      <w:r>
        <w:t>اس کے سوا کوئی دوسرا طریقہ مسلمانوں کو فتح مبین تک پہنچانے والا نہیں۔ منصوبہ بندی کا یہ طریقہ ہمیشہ دنیا میں باقی رہتا ہے۔</w:t>
      </w:r>
    </w:p>
    <w:p>
      <w:r>
        <w:rPr>
          <w:b/>
        </w:rPr>
        <w:t xml:space="preserve">[28:29] </w:t>
      </w:r>
      <w:r>
        <w:t>misalan maujoodah zamanay mein ehle imaan yeh chahtay hain ke un ko yeh azaadi ho ke woh quran ka paigham sari dunya mein khulay taur par pohnchain, lekin bar bar aik rukawat paish aati hai.</w:t>
      </w:r>
    </w:p>
    <w:p>
      <w:pPr>
        <w:jc w:val="right"/>
      </w:pPr>
      <w:r>
        <w:t>مثلاً موجودہ زمانے میں اہل ایمان یہ چاہتے ہیں کہ ان کو یہ آزادی ہو کہ وہ قرآن کا پیغام ساری دنیا میں کھلے طور پر پہنچائیں، لیکن بار بار ایک رکاوٹ پیش آتی ہے۔</w:t>
      </w:r>
    </w:p>
    <w:p>
      <w:r>
        <w:rPr>
          <w:b/>
        </w:rPr>
        <w:t xml:space="preserve">[28:45] </w:t>
      </w:r>
      <w:r>
        <w:t>woh yeh ke aaj ka insaan izhar-e-ray ki azaadi, yaani freedom of expression, ko insaan ka aik mutlaq haq ya absolute right samajhta hai aur us ko woh istemal karna chahta hai.</w:t>
      </w:r>
    </w:p>
    <w:p>
      <w:pPr>
        <w:jc w:val="right"/>
      </w:pPr>
      <w:r>
        <w:t>وہ یہ کہ آج کا انسان اظہار رائے کی آزادی، یعنی فریڈم آف ایکسپریشن، کو انسان کا ایک مطلق حق یا ایبسولیوٹ رائٹ سمجھتا ہے اور اس کو وہ استعمال کرنا چاہتا ہے۔</w:t>
      </w:r>
    </w:p>
    <w:p>
      <w:r>
        <w:rPr>
          <w:b/>
        </w:rPr>
        <w:t xml:space="preserve">[28:59] </w:t>
      </w:r>
      <w:r>
        <w:t>haq ke is istemal ka daira kabhi peghambar-e-islam sal-lal-lahu alaihi wasallam tak pohnch jata hai. woh peghambar-e-islam ke baray mein azadana izhar-e-khayal karta hai aur us ko apna na qabil-e-tansikh haq samajhta hai.</w:t>
      </w:r>
    </w:p>
    <w:p>
      <w:pPr>
        <w:jc w:val="right"/>
      </w:pPr>
      <w:r>
        <w:t>حق کے اس استعمال کا دائرہ کبھی پیغمبر اسلام صلی اللہ علیہ وسلم تک پہنچ جاتا ہے۔ وہ پیغمبر اسلام کے بارے میں آزادانہ اظہار خیال کرتا ہے اور اس کو اپنا ناقابل تنسیخ حق سمجھتا ہے۔</w:t>
      </w:r>
    </w:p>
    <w:p>
      <w:r>
        <w:rPr>
          <w:b/>
        </w:rPr>
        <w:t xml:space="preserve">[29:16] </w:t>
      </w:r>
      <w:r>
        <w:t>musalman is tarah ke waqeat par mushtael ho jatay hain. woh us ko shat-e-rasool ya blasphemy qarar de kar chahtay hain ke shaatim ko qatal kar dain.</w:t>
      </w:r>
    </w:p>
    <w:p>
      <w:pPr>
        <w:jc w:val="right"/>
      </w:pPr>
      <w:r>
        <w:t>مسلمان اس طرح کے واقعات پر مشتعل ہو جاتے ہیں۔ وہ اس کو شتم رسول یا بلیس فیمی قرار دے کر چاہتے ہیں کہ شاتم کو قتل کر دیں۔</w:t>
      </w:r>
    </w:p>
    <w:p>
      <w:r>
        <w:rPr>
          <w:b/>
        </w:rPr>
        <w:t xml:space="preserve">[29:27] </w:t>
      </w:r>
      <w:r>
        <w:t>aaj ke logon ke liye musalmanon ki yeh rawaish qabil-e-qubool nahin. chunancha is par sakht nazaa shuru ho jati hai aur dawat-e-islam ka kaam jeopardized ho jata hai.</w:t>
      </w:r>
    </w:p>
    <w:p>
      <w:pPr>
        <w:jc w:val="right"/>
      </w:pPr>
      <w:r>
        <w:t>آج کے لوگوں کے لیے مسلمانوں کی یہ روش قابل قبول نہیں۔ چنانچہ اس پر سخت نزع شروع ہو جاتی ہے اور دعوت اسلام کا کام جیپرٹائز ہو جاتا ہے۔</w:t>
      </w:r>
    </w:p>
    <w:p>
      <w:r>
        <w:rPr>
          <w:b/>
        </w:rPr>
        <w:t xml:space="preserve">[29:39] </w:t>
      </w:r>
      <w:r>
        <w:t>shat-e-rasool ya blasphemy par hungama karna ya shaatim ko qatal karne ki koshish karna usoolan islam ke khilaf hai.</w:t>
      </w:r>
    </w:p>
    <w:p>
      <w:pPr>
        <w:jc w:val="right"/>
      </w:pPr>
      <w:r>
        <w:t>شتم رسول یا بلیس فیمی پر ہنگامہ کرنا یا شاتم کو قتل کرنے کی کوشش کرنا اصولاً اسلام کے خلاف ہے۔</w:t>
      </w:r>
    </w:p>
    <w:p>
      <w:r>
        <w:rPr>
          <w:b/>
        </w:rPr>
        <w:t xml:space="preserve">[29:49] </w:t>
      </w:r>
      <w:r>
        <w:t>quran ki kisi ayat ya rasool Allah ke kisi qoul mein yeh hukum maujood nahin. taham bil farz agar kisi ka israr ho ke yeh islam ka aik hukum hai, tab bhi zaroori hai ke musalman is tarah ke waqay par mushtael hona mukammal taur par chhod dain ta ke dawat-e-islam ka kaam kisi rukawat ke baghair jari rahay.</w:t>
      </w:r>
    </w:p>
    <w:p>
      <w:pPr>
        <w:jc w:val="right"/>
      </w:pPr>
      <w:r>
        <w:t>قرآن کی کسی آیت یا رسول اللہ کے کسی قول میں یہ حکم موجود نہیں۔ تاہم بالفرض اگر کسی کا اصرار ہو کہ یہ اسلام کا ایک حکم ہے، تب بھی ضروری ہے کہ مسلمان اس طرح کے واقعے پر مشتعل ہونا مکمل طور پر چھوڑ دیں تاکہ دعوت اسلام کا کام کسی رکاوٹ کے بغیر جاری رہے۔</w:t>
      </w:r>
    </w:p>
    <w:p>
      <w:r>
        <w:rPr>
          <w:b/>
        </w:rPr>
        <w:t xml:space="preserve">[30:15] </w:t>
      </w:r>
      <w:r>
        <w:t>rasool ka rasool hona bilashuba islam ka aik musallama aqeedah hai. phir bhi rasool aur ashaab-e-rasool ne rasool Allah ke lafz ko kaghaz se mita diya.</w:t>
      </w:r>
    </w:p>
    <w:p>
      <w:pPr>
        <w:jc w:val="right"/>
      </w:pPr>
      <w:r>
        <w:t>رسول کا رسول ہونا بلاشبہ اسلام کا ایک مسلمہ عقیدہ ہے۔ پھر بھی رسول اور اصحاب رسول نے رسول اللہ کے لفظ کو کاغذ سے مٹا دیا۔</w:t>
      </w:r>
    </w:p>
    <w:p>
      <w:r>
        <w:rPr>
          <w:b/>
        </w:rPr>
        <w:t xml:space="preserve">[30:29] </w:t>
      </w:r>
      <w:r>
        <w:t>isi sunnat par musalmanon ko bhi amal karna hai. un ko chahiye ke woh apni rawaish ko badal dain ta ke islam ka pur aman mission kisi rukawat ke baghair musalsal taur par jari rahay.</w:t>
      </w:r>
    </w:p>
    <w:p>
      <w:pPr>
        <w:jc w:val="right"/>
      </w:pPr>
      <w:r>
        <w:t>اسی سنت پر مسلمانوں کو بھی عمل کرنا ہے۔ ان کو چاہیے کہ وہ اپنی روش کو بدل دیں تاکہ اسلام کا پرامن مشن کسی رکاوٹ کے بغیر مسلسل طور پر جاری رہے۔</w:t>
      </w:r>
    </w:p>
    <w:p>
      <w:r>
        <w:rPr>
          <w:b/>
        </w:rPr>
        <w:t xml:space="preserve">[30:43] </w:t>
      </w:r>
      <w:r>
        <w:t>isi rawaish ka naam hikmat ya wisdom hai. hikmat islam ka aik lazmi usool hai. hikmat ke baghair islam ka mission kamyabi ke sath jari nahin reh sakta.</w:t>
      </w:r>
    </w:p>
    <w:p>
      <w:pPr>
        <w:jc w:val="right"/>
      </w:pPr>
      <w:r>
        <w:t>اسی روش کا نام حکمت یا وزڈم ہے۔ حکمت اسلام کا ایک لازمی اصول ہے۔ حکمت کے بغیر اسلام کا مشن کامیابی کے ساتھ جاری نہیں رہ سکتا۔</w:t>
      </w:r>
    </w:p>
    <w:p>
      <w:r>
        <w:rPr>
          <w:b/>
        </w:rPr>
        <w:t xml:space="preserve">[31:02] </w:t>
      </w:r>
      <w:r>
        <w:t>jami ta'beer tareekh. british murekh Arnold Toynbee ne barah jildon mein aik kitab tayyar ki hai jo dunya ki unnis tahzibon ya nineteen world civilizations ka mutala hai.</w:t>
      </w:r>
    </w:p>
    <w:p>
      <w:pPr>
        <w:jc w:val="right"/>
      </w:pPr>
      <w:r>
        <w:t>جامع تعبیر تاریخ۔ برٹش مورخ ارنلڈ ٹوائن بی نے بارہ جلدوں میں ایک کتاب تیار کی ہے جو دنیا کی انیس تہذیبوں یا نائنٹین ورلڈ سویلائزیشنز کا مطالعہ ہے۔</w:t>
      </w:r>
    </w:p>
    <w:p>
      <w:r>
        <w:rPr>
          <w:b/>
        </w:rPr>
        <w:t xml:space="preserve">[31:19] </w:t>
      </w:r>
      <w:r>
        <w:t>iski aakhri jild 1961 mein chapi. taham yeh kitab insani tareekh ka juzwi mutala hai. aik aisi kitab ki zaroorat baqi hai jo insani tareekh ki jami ta'beer ya comprehensive interpretation of history pesh karay.</w:t>
      </w:r>
    </w:p>
    <w:p>
      <w:pPr>
        <w:jc w:val="right"/>
      </w:pPr>
      <w:r>
        <w:t>اس کی آخری جلد 1961 میں چھپی۔ تاہم یہ کتاب انسانی تاریخ کا جزئی مطالعہ ہے۔ ایک ایسی کتاب کی ضرورت باقی ہے جو انسانی تاریخ کی جامع تعبیر یا کمپرہینسو انٹرپریٹیشن آف ہسٹری پیش کرے۔</w:t>
      </w:r>
    </w:p>
    <w:p>
      <w:r>
        <w:rPr>
          <w:b/>
        </w:rPr>
        <w:t xml:space="preserve">[31:41] </w:t>
      </w:r>
      <w:r>
        <w:t>main ne is mozu ka mutala kiya hai. mere mutalay ke mutabiq yeh mozu aik mushkil mozu hai kyun ke Toynbee jaisay murekhon ko sirf yeh karna tha ke woh tareekh ke maloom record ki buniyad par tareekh ki aik mozu'ati tasweer pesh karain.</w:t>
      </w:r>
    </w:p>
    <w:p>
      <w:pPr>
        <w:jc w:val="right"/>
      </w:pPr>
      <w:r>
        <w:t>میں نے اس موضوع کا مطالعہ کیا ہے۔ میرے مطالعے کے مطابق یہ موضوع ایک مشکل موضوع ہے کیونکہ ٹوائن بی جیسے مورخین کو صرف یہ کرنا تھا کہ وہ تاریخ کے معلوم ریکارڈ کی بنیاد پر تاریخ کی ایک موضوعی تصویر پیش کریں۔</w:t>
      </w:r>
    </w:p>
    <w:p>
      <w:r>
        <w:rPr>
          <w:b/>
        </w:rPr>
        <w:t xml:space="preserve">[32:00] </w:t>
      </w:r>
      <w:r>
        <w:t>lekin ta'beer ya interpretation ka mamla is se mukhtalif hai kyun ke yeh mozu tajziyati mutala ya analytical study ka mozu hai.</w:t>
      </w:r>
    </w:p>
    <w:p>
      <w:pPr>
        <w:jc w:val="right"/>
      </w:pPr>
      <w:r>
        <w:t>لیکن تعبیر یا انٹرپریٹیشن کا معاملہ اس سے مختلف ہے کیونکہ یہ موضوع تجزیاتی مطالعہ یا اینلیٹیکل اسٹڈی کا موضوع ہے۔</w:t>
      </w:r>
    </w:p>
    <w:p>
      <w:r>
        <w:rPr>
          <w:b/>
        </w:rPr>
        <w:t xml:space="preserve">[32:11] </w:t>
      </w:r>
      <w:r>
        <w:t>is mein sab se ziyada ahmiyat is baat ki hoti hai ke musannif tareekhi maloomat ko sort out kar ke us ki ba-ma'ni ta'beer pesh karay.</w:t>
      </w:r>
    </w:p>
    <w:p>
      <w:pPr>
        <w:jc w:val="right"/>
      </w:pPr>
      <w:r>
        <w:t>اس میں سب سے زیادہ اہمیت اس بات کی ہوتی ہے کہ مصنف تاریخی معلومات کو سورٹ آؤٹ کر کے اس کی بامعنی تعبیر پیش کرے۔</w:t>
      </w:r>
    </w:p>
    <w:p>
      <w:r>
        <w:rPr>
          <w:b/>
        </w:rPr>
        <w:t xml:space="preserve">[32:22] </w:t>
      </w:r>
      <w:r>
        <w:t>mere mutalay ke mutabiq maloom tareekh chhay adwaar ya periods mein taqseem hoti hai. number aik: madi dunya, material world, big bang se le kar ab tak.</w:t>
      </w:r>
    </w:p>
    <w:p>
      <w:pPr>
        <w:jc w:val="right"/>
      </w:pPr>
      <w:r>
        <w:t>میرے مطالعے کے مطابق معلوم تاریخ چھ ادوار یا پیریڈز میں تقسیم ہوتی ہے۔ نمبر ایک: مادی دنیا، مٹیریل ورلڈ، بگ بینگ سے لے کر اب تک۔</w:t>
      </w:r>
    </w:p>
    <w:p>
      <w:r>
        <w:rPr>
          <w:b/>
        </w:rPr>
        <w:t xml:space="preserve">[32:36] </w:t>
      </w:r>
      <w:r>
        <w:t>number do: shamsi nizaam, solar system, jis ke andar aakhir kar insani dunya bani. number teen: insani tareekh ya human history.</w:t>
      </w:r>
    </w:p>
    <w:p>
      <w:pPr>
        <w:jc w:val="right"/>
      </w:pPr>
      <w:r>
        <w:t>نمبر دو: شمسی نظام، سولر سسٹم، جس کے اندر آخر کار انسانی دنیا بنی۔ نمبر تین: انسانی تاریخ یا ہیومن ہسٹری۔</w:t>
      </w:r>
    </w:p>
    <w:p>
      <w:r>
        <w:rPr>
          <w:b/>
        </w:rPr>
        <w:t xml:space="preserve">[32:49] </w:t>
      </w:r>
      <w:r>
        <w:t>number char: peghambarana mission, prophetic mission. number panch: tahzibi ta'eed, civilizational support.</w:t>
      </w:r>
    </w:p>
    <w:p>
      <w:pPr>
        <w:jc w:val="right"/>
      </w:pPr>
      <w:r>
        <w:t>نمبر چار: پیغمبرانہ مشن، پرافٹک مشن۔ نمبر پانچ: تہذیبی تائید، سویلائزیشنل سپورٹ۔</w:t>
      </w:r>
    </w:p>
    <w:p>
      <w:r>
        <w:rPr>
          <w:b/>
        </w:rPr>
        <w:t xml:space="preserve">[32:59] </w:t>
      </w:r>
      <w:r>
        <w:t>number chhay: aakhri elaan, final call, yaani insaan ke aik daur-e-hayat ka khatmah aur us ke doosray daur-e-hayat ka aghaz.</w:t>
      </w:r>
    </w:p>
    <w:p>
      <w:pPr>
        <w:jc w:val="right"/>
      </w:pPr>
      <w:r>
        <w:t>نمبر چھ: آخری اعلان، فائنل کال، یعنی انسان کے ایک دور حیات کا خاتمہ اور اس کے دوسرے دور حیات کا آغاز۔</w:t>
      </w:r>
    </w:p>
    <w:p>
      <w:r>
        <w:rPr>
          <w:b/>
        </w:rPr>
        <w:t xml:space="preserve">[33:09] </w:t>
      </w:r>
      <w:r>
        <w:t>rab-ul-alameen ne taqreeban terah billion saal pehle maujoodah kainaat ki takhleeq ka aghaz kiya. sab se pehle us ne particles, yaani ajza-e-kainaat ki takhleeq ki.</w:t>
      </w:r>
    </w:p>
    <w:p>
      <w:pPr>
        <w:jc w:val="right"/>
      </w:pPr>
      <w:r>
        <w:t>رب العالمین نے تقریباً تیرہ بلین سال پہلے موجودہ کائنات کی تخلیق کا آغاز کیا۔ سب سے پہلے اس نے پارٹیکلز، یعنی اجزائے کائنات کی تخلیق کی۔</w:t>
      </w:r>
    </w:p>
    <w:p>
      <w:r>
        <w:rPr>
          <w:b/>
        </w:rPr>
        <w:t xml:space="preserve">[33:24] </w:t>
      </w:r>
      <w:r>
        <w:t>particles ka yeh majmooa ibtida mein aik azeem cosmic ball ki soorat mein khala mein zahir hua. phir is cosmic ball mein infijar ya explosion hua.</w:t>
      </w:r>
    </w:p>
    <w:p>
      <w:pPr>
        <w:jc w:val="right"/>
      </w:pPr>
      <w:r>
        <w:t>پارٹیکلز کا یہ مجموعہ ابتداء میں ایک عظیم کاسمک بال کی صورت میں خلا میں ظاہر ہوا۔ پھر اس کاسمک بال میں انفجار یا ایکسپلوژن ہوا۔</w:t>
      </w:r>
    </w:p>
    <w:p>
      <w:r>
        <w:rPr>
          <w:b/>
        </w:rPr>
        <w:t xml:space="preserve">[33:37] </w:t>
      </w:r>
      <w:r>
        <w:t>is ke baad tamam sitaray aur kahkashan, galaxies, wajood mein aain. doosray marhalay mein shamsi nizaam bana.</w:t>
      </w:r>
    </w:p>
    <w:p>
      <w:pPr>
        <w:jc w:val="right"/>
      </w:pPr>
      <w:r>
        <w:t>اس کے بعد تمام ستارے اور کہکشائیں، گیلیکسیز، وجود میں آئیں۔ دوسرے مرحلے میں شمسی نظام بنا۔</w:t>
      </w:r>
    </w:p>
    <w:p>
      <w:r>
        <w:rPr>
          <w:b/>
        </w:rPr>
        <w:t xml:space="preserve">[33:47] </w:t>
      </w:r>
      <w:r>
        <w:t>phir shamsi nizaam ka aik sayarah zameen, yaani planet earth, apni maujoodah shakal mein wajood mein aaya. is sayarah zameen par pani, nabatat, aur haiwanat wajood mein aaye.</w:t>
      </w:r>
    </w:p>
    <w:p>
      <w:pPr>
        <w:jc w:val="right"/>
      </w:pPr>
      <w:r>
        <w:t>پھر شمسی نظام کا ایک سیارہ زمین، یعنی پلینٹ ارتھ، اپنی موجودہ شکل میں وجود میں آیا۔ اس سیارہ زمین پر پانی، نباتات، اور حیوانات وجود میں آئے۔</w:t>
      </w:r>
    </w:p>
    <w:p>
      <w:r>
        <w:rPr>
          <w:b/>
        </w:rPr>
        <w:t xml:space="preserve">[34:01] </w:t>
      </w:r>
      <w:r>
        <w:t>insaan is zameen par abad hua. phir insanon ke darmiyan aisay rabani afraad paida hue jinhon ne Khuda ki khusoosi rehnumai mein dunya mein peghambarana mission jari kiya.</w:t>
      </w:r>
    </w:p>
    <w:p>
      <w:pPr>
        <w:jc w:val="right"/>
      </w:pPr>
      <w:r>
        <w:t>انسان اس زمین پر آباد ہوا۔ پھر انسانوں کے درمیان ایسے ربانی افراد پیدا ہوئے جنہوں نے خدا کی خصوصی رہنمائی میں دنیا میں پیغمبرانہ مشن جاری کیا۔</w:t>
      </w:r>
    </w:p>
    <w:p>
      <w:r>
        <w:rPr>
          <w:b/>
        </w:rPr>
        <w:t xml:space="preserve">[34:16] </w:t>
      </w:r>
      <w:r>
        <w:t>khatm-e-nabuwwat ke baad tareekh ka agla daur aaya. is daur mein salibi jangon ka silsila chala. is darmiyan aise halaat paida hue jis ke tehat sainsi tarqqiyan shuru huin, yahan tak ke jadeed tehzeeb ya modern civilization wajood mein aai.</w:t>
      </w:r>
    </w:p>
    <w:p>
      <w:pPr>
        <w:jc w:val="right"/>
      </w:pPr>
      <w:r>
        <w:t>ختم نبوت کے بعد تاریخ کا اگلا دور آیا۔ اس دور میں صلیبی جنگوں کا سلسلہ چلا۔ اس درمیان ایسے حالات پیدا ہوئے جس کے تحت سائنسی ترقیاں شروع ہوئیں، یہاں تک کہ جدید تہذیب یا ماڈرن سویلائزیشن وجود میں آئی۔</w:t>
      </w:r>
    </w:p>
    <w:p>
      <w:r>
        <w:rPr>
          <w:b/>
        </w:rPr>
        <w:t xml:space="preserve">[34:36] </w:t>
      </w:r>
      <w:r>
        <w:t>is tehzeeb ne insaan ke upar taraqqi ke woh darwaze khole jo agarche bil-quwwa taur par hamesha se maujood the, lekin bil-fi'l taur par woh band pade hue the.</w:t>
      </w:r>
    </w:p>
    <w:p>
      <w:pPr>
        <w:jc w:val="right"/>
      </w:pPr>
      <w:r>
        <w:t>اس تہذیب نے انسان کے اوپر ترقی کے وہ دروازے کھولے جو اگرچہ بالقوہ طور پر ہمیشہ سے موجود تھے، لیکن بالفعل طور پر وہ بند پڑے ہوئے تھے۔</w:t>
      </w:r>
    </w:p>
    <w:p>
      <w:r>
        <w:rPr>
          <w:b/>
        </w:rPr>
        <w:t xml:space="preserve">[34:50] </w:t>
      </w:r>
      <w:r>
        <w:t>yeh tehzeeb bazahir ek secular tehzeeb thi, lekin amalan woh paighambari mission ke muwafiq, yaani pro-prophetic mission, tehzeeb ki hesiyat rakhti thi.</w:t>
      </w:r>
    </w:p>
    <w:p>
      <w:pPr>
        <w:jc w:val="right"/>
      </w:pPr>
      <w:r>
        <w:t>یہ تہذیب بظاہر ایک سیکولر تہذیب تھی، لیکن عملاً وہ پیغمبرانہ مشن کے موافق، یعنی پرو پرافٹک مشن، تہذیب کی حیثیت رکھتی تھی۔</w:t>
      </w:r>
    </w:p>
    <w:p>
      <w:r>
        <w:rPr>
          <w:b/>
        </w:rPr>
        <w:t xml:space="preserve">[35:03] </w:t>
      </w:r>
      <w:r>
        <w:t>is tehzeeb ne fitrat ke jo raaz daryaft kiye, un ko quran mein afaaq o anfus ka izhaar kaha gaya hai. yeh tehzeeb apni haqeeqat ke aitbaar se paighambar ke mission ke liye ek madadgaar tehzeeb thi.</w:t>
      </w:r>
    </w:p>
    <w:p>
      <w:pPr>
        <w:jc w:val="right"/>
      </w:pPr>
      <w:r>
        <w:t>اس تہذیب نے فطرت کے جو راز دریافت کیے، ان کو قرآن میں آفاق و انفس کا اظہار کہا گیا ہے۔ یہ تہذیب اپنی حقیقت کے اعتبار سے پیغمبر کے مشن کے لیے ایک مددگار تہذیب تھی۔</w:t>
      </w:r>
    </w:p>
    <w:p>
      <w:r>
        <w:rPr>
          <w:b/>
        </w:rPr>
        <w:t xml:space="preserve">[35:20] </w:t>
      </w:r>
      <w:r>
        <w:t>yahi woh tareekhi waqea hai jis ko hadees mein taeed-e-deen ke alfaaz mein bayan kiya gaya hai. jis khuda ne kainat ki takhleeq ki, usi khuda ne apni kitab quran ko insaan ke paas bheja hai.</w:t>
      </w:r>
    </w:p>
    <w:p>
      <w:pPr>
        <w:jc w:val="right"/>
      </w:pPr>
      <w:r>
        <w:t>یہی وہ تاریخی واقعہ ہے جس کو حدیث میں تائید دین کے الفاظ میں بیان کیا گیا ہے۔ جس خدا نے کائنات کی تخلیق کی، اسی خدا نے اپنی کتاب قرآن کو انسان کے پاس بھیجا ہے۔</w:t>
      </w:r>
    </w:p>
    <w:p>
      <w:r>
        <w:rPr>
          <w:b/>
        </w:rPr>
        <w:t xml:space="preserve">[35:38] </w:t>
      </w:r>
      <w:r>
        <w:t>is kitab ka mutalea batata hai ke takhleeq ke bare mein khaliq ka mansooba kya hai. is mansoobe ke mutabiq maujooda duniya is liye banai gai hai ke yahan insaan azadana taur par apna amal kare.</w:t>
      </w:r>
    </w:p>
    <w:p>
      <w:pPr>
        <w:jc w:val="right"/>
      </w:pPr>
      <w:r>
        <w:t>اس کتاب کا مطالعہ بتاتا ہے کہ تخلیق کے بارے میں خالق کا منصوبہ کیا ہے۔ اس منصوبے کے مطابق موجودہ دنیا اس لیے بنائی گئی ہے کہ یہاں انسان آزادانہ طور پر اپنا عمل کرے۔</w:t>
      </w:r>
    </w:p>
    <w:p>
      <w:r>
        <w:rPr>
          <w:b/>
        </w:rPr>
        <w:t xml:space="preserve">[35:53] </w:t>
      </w:r>
      <w:r>
        <w:t>insaan apne aap ko rabbani shakhsiyat, yaani rabbani personality, ki soorat mein develop kare. insani tareekh ki ba-ma'ni ta'beer ya meaningful interpretation mein sirf ek cheez logon ke liye rukawat banti hai, woh yeh ke aksar log apne khud-sakhta mi'yar, yaani self-styled criterion, se insani tareekh ko jantey hain.</w:t>
      </w:r>
    </w:p>
    <w:p>
      <w:pPr>
        <w:jc w:val="right"/>
      </w:pPr>
      <w:r>
        <w:t>انسان اپنے آپ کو ربانی شخصیت، یعنی ربانی پرسنیلٹی، کی صورت میں ڈیویلپ کرے۔ انسانی تاریخ کی بامعنی تعبیر یا میننگ فل انٹرپریٹیشن میں صرف ایک چیز لوگوں کے لیے رکاوٹ بنتی ہے، وہ یہ کہ اکثر لوگ اپنے خود ساختہ معیار، یعنی سیلف سٹائلڈ کرائٹیرین، سے انسانی تاریخ کو جانچتے ہیں۔</w:t>
      </w:r>
    </w:p>
    <w:p>
      <w:r>
        <w:rPr>
          <w:b/>
        </w:rPr>
        <w:t xml:space="preserve">[36:21] </w:t>
      </w:r>
      <w:r>
        <w:t>saheeh yeh hai ke insani tareekh ko khaliq ke muqarrar kardah mi'yar ki roshni mein dekha jaye. aisa karne ki soorat mein poori tareekh ek ba-ma'ni tareekh ban jayegi.</w:t>
      </w:r>
    </w:p>
    <w:p>
      <w:pPr>
        <w:jc w:val="right"/>
      </w:pPr>
      <w:r>
        <w:t>صحیح یہ ہے کہ انسانی تاریخ کو خالق کے مقرر کردہ معیار کی روشنی میں دیکھا جائے۔ ایسا کرنے کی صورت میں پوری تاریخ ایک بامعنی تاریخ بن جائے گی۔</w:t>
      </w:r>
    </w:p>
    <w:p>
      <w:r>
        <w:rPr>
          <w:b/>
        </w:rPr>
        <w:t xml:space="preserve">[36:35] </w:t>
      </w:r>
      <w:r>
        <w:t>asal yeh hai ke insani duniya aur maadi duniya mein ek bunyadi farq hai. maadi duniya fitrat ke lazmi qawaneen ke tehat chal rahi hai, is liye fitrat ko samajhne ka ek ma'loom hatmi mi'yar maujood hai.</w:t>
      </w:r>
    </w:p>
    <w:p>
      <w:pPr>
        <w:jc w:val="right"/>
      </w:pPr>
      <w:r>
        <w:t>اصل یہ ہے کہ انسانی دنیا اور مادی دنیا میں ایک بنیادی فرق ہے۔ مادی دنیا فطرت کے لازمی قوانین کے تحت چل رہی ہے، اس لیے فطرت کو سمجھنے کا ایک معلوم حتمی معیار موجود ہے۔</w:t>
      </w:r>
    </w:p>
    <w:p>
      <w:r>
        <w:rPr>
          <w:b/>
        </w:rPr>
        <w:t xml:space="preserve">[36:52] </w:t>
      </w:r>
      <w:r>
        <w:t>is mi'yar ko baratani scientist newton ne fitrat ke mutale par kamyabi ke sath mantiq kiya. is ka intibaaq ya application durust sabit hua, lekin inhi qawaneen ko communism ke bani karl marx ne insani tareekh par mantiq karna chaha to woh mukammal taur par nakaam ho gaya.</w:t>
      </w:r>
    </w:p>
    <w:p>
      <w:pPr>
        <w:jc w:val="right"/>
      </w:pPr>
      <w:r>
        <w:t>اس معیار کو برطانوی سائنسدان نیوٹن نے فطرت کے مطالعے پر کامیابی کے ساتھ منطبق کیا۔ اس کا انطباق یا ایپلیکیشن درست ثابت ہوا، لیکن انہی قوانین کو کمیونزم کے بانی کارل مارکس نے انسانی تاریخ پر منطبق کرنا چاہا تو وہ مکمل طور پر ناکام ہو گیا۔</w:t>
      </w:r>
    </w:p>
    <w:p>
      <w:r>
        <w:rPr>
          <w:b/>
        </w:rPr>
        <w:t xml:space="preserve">[37:15] </w:t>
      </w:r>
      <w:r>
        <w:t>khaliq ne insaan ko istithna'i taur par sochne aur amal karne ki azadi ata ki hai. is bina par insani tareekh ka wahid ghair-mutaghayyar naqsha nahi ban sakta.</w:t>
      </w:r>
    </w:p>
    <w:p>
      <w:pPr>
        <w:jc w:val="right"/>
      </w:pPr>
      <w:r>
        <w:t>خالق نے انسان کو استثنائی طور پر سوچنے اور عمل کرنے کی آزادی عطا کی ہے۔ اس بنا پر انسانی تاریخ کا واحد غیر متغیر نقشہ نہیں بن سکتا۔</w:t>
      </w:r>
    </w:p>
    <w:p>
      <w:r>
        <w:rPr>
          <w:b/>
        </w:rPr>
        <w:t xml:space="preserve">[37:31] </w:t>
      </w:r>
      <w:r>
        <w:t>insani tareekh ke mutale mein yeh karna hoga ke is ke mutaliq hisse, yaani relevant part, ko ghair-mutaliq hisse ya irrelevant part se alag kiya jaye.</w:t>
      </w:r>
    </w:p>
    <w:p>
      <w:pPr>
        <w:jc w:val="right"/>
      </w:pPr>
      <w:r>
        <w:t>انسانی تاریخ کے مطالعے میں یہ کرنا ہوگا کہ اس کے متعلق حصے، یعنی ریلیونٹ پارٹ، کو غیر متعلق حصے یا ار ریلیونٹ پارٹ سے الگ کیا جائے۔</w:t>
      </w:r>
    </w:p>
    <w:p>
      <w:r>
        <w:rPr>
          <w:b/>
        </w:rPr>
        <w:t xml:space="preserve">[37:43] </w:t>
      </w:r>
      <w:r>
        <w:t>yaani tareekh ke mukhtalif ajza ko sort out kar ke dekha jaye. ghair-mutaliq ajza ko alag kar ke mutaliq ajza ki roshni mein insani tareekh ki tasweer banai jaye.</w:t>
      </w:r>
    </w:p>
    <w:p>
      <w:pPr>
        <w:jc w:val="right"/>
      </w:pPr>
      <w:r>
        <w:t>یعنی تاریخ کے مختلف اجزاء کو سورٹ آؤٹ کر کے دیکھا جائے۔ غیر متعلق اجزاء کو الگ کر کے متعلق اجزاء کی روشنی میں انسانی تاریخ کی تصویر بنائی جائے۔</w:t>
      </w:r>
    </w:p>
    <w:p>
      <w:r>
        <w:rPr>
          <w:b/>
        </w:rPr>
        <w:t xml:space="preserve">[37:57] </w:t>
      </w:r>
      <w:r>
        <w:t>is amal ke baghair tareekh ki ba-ma'ni ta'beer nahi ki ja sakti. quran ke mutale se yeh baat samajh mein aati hai ke maujooda duniya is liye banai gai taake insaan fitrat ke qawaneen ka mutalea kare aur ek tehzeeb wajood mein laye.</w:t>
      </w:r>
    </w:p>
    <w:p>
      <w:pPr>
        <w:jc w:val="right"/>
      </w:pPr>
      <w:r>
        <w:t>اس عمل کے بغیر تاریخ کی بامعنی تعبیر نہیں کی جا سکتی۔ قرآن کے مطالعے سے یہ بات سمجھ میں آتی ہے کہ موجودہ دنیا اس لیے بنائی گئی تاکہ انسان فطرت کے قوانین کا مطالعہ کرے اور ایک تہذیب وجود میں لائے۔</w:t>
      </w:r>
    </w:p>
    <w:p>
      <w:r>
        <w:rPr>
          <w:b/>
        </w:rPr>
        <w:t xml:space="preserve">[38:16] </w:t>
      </w:r>
      <w:r>
        <w:t>yeh kaam ikkiswin sadi mein apni takmeel tak pahunch chuka. ab doosra kaam yeh hai ke aala Allah par mabni ek bartar rabbani tehzeeb ki tashkeel di jaye.</w:t>
      </w:r>
    </w:p>
    <w:p>
      <w:pPr>
        <w:jc w:val="right"/>
      </w:pPr>
      <w:r>
        <w:t>یہ کام اکیسویں صدی میں اپنی تکمیل تک پہنچ چکا۔ اب دوسرا کام یہ ہے کہ اعلیٰ اللہ پر مبنی ایک برتر ربانی تہذیب کی تشکیل دی جائے۔</w:t>
      </w:r>
    </w:p>
    <w:p>
      <w:r>
        <w:rPr>
          <w:b/>
        </w:rPr>
        <w:t xml:space="preserve">[38:29] </w:t>
      </w:r>
      <w:r>
        <w:t>is bartar tehzeeb ko woh log wajood mein la sakte hain jinhon ne maujooda duniya mein is ke liye apne aap ko tayyar kiya ho.</w:t>
      </w:r>
    </w:p>
    <w:p>
      <w:pPr>
        <w:jc w:val="right"/>
      </w:pPr>
      <w:r>
        <w:t>اس برتر تہذیب کو وہ لوگ وجود میں لا سکتے ہیں جنہوں نے موجودہ دنیا میں اس کے لیے اپنے آپ کو تیار کیا ہو۔</w:t>
      </w:r>
    </w:p>
    <w:p>
      <w:r>
        <w:rPr>
          <w:b/>
        </w:rPr>
        <w:t xml:space="preserve">[38:40] </w:t>
      </w:r>
      <w:r>
        <w:t>aaqirat ki duniya mein poori tareekh se aise tayyar shuda ashqaas ya prepared personalities ko muntakhib kar ke jannat ki azeem duniya mein jama kar diya jayega taake woh agli bartar tehzeeb mein zindagi guzaarein.</w:t>
      </w:r>
    </w:p>
    <w:p>
      <w:pPr>
        <w:jc w:val="right"/>
      </w:pPr>
      <w:r>
        <w:t>آخرت کی دنیا میں پوری تاریخ سے ایسے تیار شدہ اشخاص یا پریپیئرڈ پرسنیلٹیز کو منتخب کر کے جنت کی عظیم دنیا میں جمع کر دیا جائے گا تاکہ وہ اگلی برتر تہذیب میں زندگی گزاریں۔</w:t>
      </w:r>
    </w:p>
    <w:p>
      <w:r>
        <w:rPr>
          <w:b/>
        </w:rPr>
        <w:t xml:space="preserve">[39:03] </w:t>
      </w:r>
      <w:r>
        <w:t>mansookh mauqoof.</w:t>
      </w:r>
    </w:p>
    <w:p>
      <w:pPr>
        <w:jc w:val="right"/>
      </w:pPr>
      <w:r>
        <w:t>منسوخ موقوف۔</w:t>
      </w:r>
    </w:p>
    <w:p>
      <w:r>
        <w:rPr>
          <w:b/>
        </w:rPr>
        <w:t xml:space="preserve">[39:09] </w:t>
      </w:r>
      <w:r>
        <w:t>deen ke ahkam mumkin taur par do qism ke ho sakte hain: ek woh jo qabil-e-tansikh hon aur doosra woh jin ko mansookh to na kiya ja sakta ho, lekin un ko waqti taur par mauqoof karna durust ho.</w:t>
      </w:r>
    </w:p>
    <w:p>
      <w:pPr>
        <w:jc w:val="right"/>
      </w:pPr>
      <w:r>
        <w:t>دین کے احکام ممکن طور پر دو قسم کے ہو سکتے ہیں: ایک وہ جو قابل تنسیخ ہوں اور دوسرا وہ جن کو منسوخ تو نہ کیا جا سکتا ہو، لیکن ان کو وقتی طور پر موقوف کرنا درست ہو۔</w:t>
      </w:r>
    </w:p>
    <w:p>
      <w:r>
        <w:rPr>
          <w:b/>
        </w:rPr>
        <w:t xml:space="preserve">[39:26] </w:t>
      </w:r>
      <w:r>
        <w:t>kisi shar'i hukum ko mansookh ya abrogate karna ek usooli maamla hai, aur usooli maamle mein taghayyur ka haq sirf shari' ko hai.</w:t>
      </w:r>
    </w:p>
    <w:p>
      <w:pPr>
        <w:jc w:val="right"/>
      </w:pPr>
      <w:r>
        <w:t>کسی شرعی حکم کو منسوخ یا ایبروگیٹ کرنا ایک اصولی معاملہ ہے، اور اصولی معاملے میں تغیر کا حق صرف شارع کو ہے۔</w:t>
      </w:r>
    </w:p>
    <w:p>
      <w:r>
        <w:rPr>
          <w:b/>
        </w:rPr>
        <w:t xml:space="preserve">[39:38] </w:t>
      </w:r>
      <w:r>
        <w:t>aur jahan tak mauqoof ya suspend karne ka maamla hai, woh ek ijtihadi maamla hai, aur ummat ke ulama dalail-e-shar'iya ke zariye ba-taur-e-ijtihad aisa kar sakte hain.</w:t>
      </w:r>
    </w:p>
    <w:p>
      <w:pPr>
        <w:jc w:val="right"/>
      </w:pPr>
      <w:r>
        <w:t>اور جہاں تک موقوف یا سسپینڈ کرنے کا معاملہ ہے، وہ ایک اجتہادی معاملہ ہے، اور امت کے علماء دلائل شریعہ کے ذریعے بطور اجتہاد ایسا کر سکتے ہیں۔</w:t>
      </w:r>
    </w:p>
    <w:p>
      <w:r>
        <w:rPr>
          <w:b/>
        </w:rPr>
        <w:t xml:space="preserve">[39:51] </w:t>
      </w:r>
      <w:r>
        <w:t>hijrat ke baad waqti taur par qibla-e-yahood ko qibla-e-muslimin qarar de diya gaya, lekin baad ko yeh hukum matrook ho gaya, aur ka'ba abadi taur par ahle islam ka qibla qarar paya.</w:t>
      </w:r>
    </w:p>
    <w:p>
      <w:pPr>
        <w:jc w:val="right"/>
      </w:pPr>
      <w:r>
        <w:t>ہجرت کے بعد وقتی طور پر قبلہ یہود کو قبلہ مسلمین قرار دے دیا گیا، لیکن بعد کو یہ حکم متروک ہو گیا، اور کعبہ ابدی طور پر اہل اسلام کا قبلہ قرار پایا۔</w:t>
      </w:r>
    </w:p>
    <w:p>
      <w:r>
        <w:rPr>
          <w:b/>
        </w:rPr>
        <w:t xml:space="preserve">[40:09] </w:t>
      </w:r>
      <w:r>
        <w:t>ab kisi ko yeh haq nahi ke woh is hukum mein taghayyur kare. kisi hukum ko mauqoof qarar dene ka maamla ek ijtihadi maamla hai.</w:t>
      </w:r>
    </w:p>
    <w:p>
      <w:pPr>
        <w:jc w:val="right"/>
      </w:pPr>
      <w:r>
        <w:t>اب کسی کو یہ حق نہیں کہ وہ اس حکم میں تغیر کرے۔ کسی حکم کو موقوف قرار دینے کا معاملہ ایک اجتہادی معاملہ ہے۔</w:t>
      </w:r>
    </w:p>
    <w:p>
      <w:r>
        <w:rPr>
          <w:b/>
        </w:rPr>
        <w:t xml:space="preserve">[40:20] </w:t>
      </w:r>
      <w:r>
        <w:t>misalan adad-e-quwwat ke bare mein hadees mein aaya hai ke is se murad teer andazi hai. rasool Allah sallallahu alaihi wasallam ne quran ki ayat padhi: "wa a'iddu lahum ma istata'tum min quwwatin" aur teen martaba kaha: "ala innal quwwata ar-ramyu".</w:t>
      </w:r>
    </w:p>
    <w:p>
      <w:pPr>
        <w:jc w:val="right"/>
      </w:pPr>
      <w:r>
        <w:t>مثلاً اعداد قوت کے بارے میں حدیث میں آیا ہے کہ اس سے مراد تیر اندازی ہے۔ رسول اللہ صلی اللہ علیہ وسلم نے قرآن کی آیت پڑھی: "وَأَعِدُّوا لَهُمْ مَا اسْتَطَعْتُمْ مِنْ قُوَّةٍ" اور تین مرتبہ کہا: "أَلَا إِنَّ الْقُوَّةَ أَلْرَمْيُ"۔</w:t>
      </w:r>
    </w:p>
    <w:p>
      <w:r>
        <w:rPr>
          <w:b/>
        </w:rPr>
        <w:t xml:space="preserve">[40:42] </w:t>
      </w:r>
      <w:r>
        <w:t>saheeh muslim. maujooda zamane mein is hukum ki hesiyat ek mauqoof hukum ki hai, lekin agar kisi waqt halaat ka taqaza ho ke ramy, yaani teer andazi ke tareeqe ko dobara ikhtiyar kiya jaye to is tareeqe ko ikhtiyar kiya ja sakta hai.</w:t>
      </w:r>
    </w:p>
    <w:p>
      <w:pPr>
        <w:jc w:val="right"/>
      </w:pPr>
      <w:r>
        <w:t>صحیح مسلم۔ موجودہ زمانے میں اس حکم کی حیثیت ایک موقوف حکم کی ہے، لیکن اگر کسی وقت حالات کا تقاضا ہو کہ رمی، یعنی تیر اندازی کے طریقے کو دوبارہ اختیار کیا جائے تو اس طریقے کو اختیار کیا جا سکتا ہے۔</w:t>
      </w:r>
    </w:p>
    <w:p>
      <w:r>
        <w:rPr>
          <w:b/>
        </w:rPr>
        <w:t xml:space="preserve">[41:03] </w:t>
      </w:r>
      <w:r>
        <w:t>goya ke kisi hukum ka mauqoof hona hamesha mashroot ma'ni mein hota hai. kisi hukum ko mansookh qarar dene ka ikhtiyar sirf shari' ko hai, ya'ni Allah aur Allah ke rasool ko.</w:t>
      </w:r>
    </w:p>
    <w:p>
      <w:pPr>
        <w:jc w:val="right"/>
      </w:pPr>
      <w:r>
        <w:t>گویا کہ کسی حکم کا موقوف ہونا ہمیشہ مشروط معنی میں ہوتا ہے۔ کسی حکم کو منسوخ قرار دینے کا اختیار صرف شارع کو ہے، یعنی اللہ اور اللہ کے رسول کو۔</w:t>
      </w:r>
    </w:p>
    <w:p>
      <w:r>
        <w:rPr>
          <w:b/>
        </w:rPr>
        <w:t xml:space="preserve">[41:19] </w:t>
      </w:r>
      <w:r>
        <w:t>is ke bar aks, jahan tak mauqoof qarar dene ka ma'mla hai, yeh ek ijtihadi fel hai. Ummat ke ulama ko yeh haq hai ke woh qanoon zarurat ya la of necessity ke tehat kisi hukum ko waqti taur par mauqoof qarar de dein.</w:t>
      </w:r>
    </w:p>
    <w:p>
      <w:pPr>
        <w:jc w:val="right"/>
      </w:pPr>
      <w:r>
        <w:t>اس کے برعکس، جہاں تک موقوف قرار دینے کا معاملہ ہے، یہ ایک اجتہادی فعل ہے۔ امت کے علماء کو یہ حق ہے کہ وہ قانون ضرورت یا لا آف نیسیسٹی کے تحت کسی حکم کو وقتی طور پر موقوف قرار دے دیں۔</w:t>
      </w:r>
    </w:p>
    <w:p>
      <w:r>
        <w:rPr>
          <w:b/>
        </w:rPr>
        <w:t xml:space="preserve">[41:38] </w:t>
      </w:r>
      <w:r>
        <w:t>is ki ek misal yeh hai ke ashabe rasool ke zamane mein ahl-e-fitna se qital ka hukum diya gaya tha. Yeh hukum chunke shariyat ke matn mein maujood hai, is liye koi shakhs is ko mansookh nahi qarar de sakta.</w:t>
      </w:r>
    </w:p>
    <w:p>
      <w:pPr>
        <w:jc w:val="right"/>
      </w:pPr>
      <w:r>
        <w:t>اس کی ایک مثال یہ ہے کہ اصحاب رسول کے زمانے میں اہل فتنہ سے قتال کا حکم دیا گیا تھا۔ یہ حکم چونکہ شریعت کے متن میں موجود ہے، اس لیے کوئی شخص اس کو منسوخ نہیں قرار دے سکتا۔</w:t>
      </w:r>
    </w:p>
    <w:p>
      <w:r>
        <w:rPr>
          <w:b/>
        </w:rPr>
        <w:t xml:space="preserve">[41:55] </w:t>
      </w:r>
      <w:r>
        <w:t>albata zarurat-e-shariya ke tehat ba taur-e-ijtihad is hukum ko mauqoof qarar diya ja sakta hai.</w:t>
      </w:r>
    </w:p>
    <w:p>
      <w:pPr>
        <w:jc w:val="right"/>
      </w:pPr>
      <w:r>
        <w:t>البتہ ضرورت شریعہ کے تحت بطور اجتہاد اس حکم کو موقوف قرار دیا جا سکتا ہے۔</w:t>
      </w:r>
    </w:p>
    <w:p>
      <w:r>
        <w:rPr>
          <w:b/>
        </w:rPr>
        <w:t xml:space="preserve">[42:09] </w:t>
      </w:r>
      <w:r>
        <w:t>rasool, sahabi, kafir.</w:t>
      </w:r>
    </w:p>
    <w:p>
      <w:pPr>
        <w:jc w:val="right"/>
      </w:pPr>
      <w:r>
        <w:t>رسول، صحابی، کافر۔</w:t>
      </w:r>
    </w:p>
    <w:p>
      <w:r>
        <w:rPr>
          <w:b/>
        </w:rPr>
        <w:t xml:space="preserve">[42:15] </w:t>
      </w:r>
      <w:r>
        <w:t>kisi lafz ka ek lughwi mafhoom hota hai aur ek is ka istilahi mafhoom. Jab ek lafz ek makhsoos istilahi, ya'ni term, ke ma'ni mein bola jaane lage to is lafz ko is ke makhsoos istilahi mafhoom mein istemal kiya jayega.</w:t>
      </w:r>
    </w:p>
    <w:p>
      <w:pPr>
        <w:jc w:val="right"/>
      </w:pPr>
      <w:r>
        <w:t>کسی لفظ کا ایک لغوی مفہوم ہوتا ہے اور ایک اس کا اصطلاحی مفہوم۔ جب ایک لفظ ایک مخصوص اصطلاح، یعنی ٹرم، کے معنی میں بولا جانے لگے تو اس لفظ کو اس کے مخصوص اصطلاحی مفہوم میں استعمال کیا جائے گا۔</w:t>
      </w:r>
    </w:p>
    <w:p>
      <w:r>
        <w:rPr>
          <w:b/>
        </w:rPr>
        <w:t xml:space="preserve">[42:36] </w:t>
      </w:r>
      <w:r>
        <w:t>to is lafz ko is ke makhsoos istilahi mafhoom hi mein istemal kiya jayega. Kisi aur ma'ni mein is ko istemal karna durust na hoga.</w:t>
      </w:r>
    </w:p>
    <w:p>
      <w:pPr>
        <w:jc w:val="right"/>
      </w:pPr>
      <w:r>
        <w:t>تو اس لفظ کو اس کے مخصوص اصطلاحی مفہوم ہی میں استعمال کیا جائے گا۔ کسی اور معنی میں اس کو استعمال کرنا درست نہ ہوگا۔</w:t>
      </w:r>
    </w:p>
    <w:p>
      <w:r>
        <w:rPr>
          <w:b/>
        </w:rPr>
        <w:t xml:space="preserve">[42:49] </w:t>
      </w:r>
      <w:r>
        <w:t>yeh usool mazhab ke shubon mein bhi hai aur secular shubon mein bhi. Islam mein rasool aur sahabi aur kafir ke alfaz istilahi alfaz ki hesiyat rakhte hain.</w:t>
      </w:r>
    </w:p>
    <w:p>
      <w:pPr>
        <w:jc w:val="right"/>
      </w:pPr>
      <w:r>
        <w:t>یہ اصول مذہب کے شعبوں میں بھی ہے اور سیکولر شعبوں میں بھی۔ اسلام میں رسول اور صحابی اور کافر کے الفاظ اصطلاحی الفاظ کی حیثیت رکھتے ہیں۔</w:t>
      </w:r>
    </w:p>
    <w:p>
      <w:r>
        <w:rPr>
          <w:b/>
        </w:rPr>
        <w:t xml:space="preserve">[43:05] </w:t>
      </w:r>
      <w:r>
        <w:t>ab in ko in alfaz ke istilahi ma'ni hi mein istemal kiya jayega. Kisi aur ma'ni mein in ka istemal durust na hoga.</w:t>
      </w:r>
    </w:p>
    <w:p>
      <w:pPr>
        <w:jc w:val="right"/>
      </w:pPr>
      <w:r>
        <w:t>اب ان کو ان الفاظ کے اصطلاحی معنی ہی میں استعمال کیا جائے گا۔ کسی اور معنی میں ان کا استعمال درست نہ ہوگا۔</w:t>
      </w:r>
    </w:p>
    <w:p>
      <w:r>
        <w:rPr>
          <w:b/>
        </w:rPr>
        <w:t xml:space="preserve">[43:17] </w:t>
      </w:r>
      <w:r>
        <w:t>Islam mein rasool ek istilahi lafz hai. Istilah ke aitbar se is ka mafhoom hai firistada-e-khuda ya messenger of god.</w:t>
      </w:r>
    </w:p>
    <w:p>
      <w:pPr>
        <w:jc w:val="right"/>
      </w:pPr>
      <w:r>
        <w:t>اسلام میں رسول ایک اصطلاحی لفظ ہے۔ اصطلاح کے اعتبار سے اس کا مفہوم ہے فرستادہ خدا یا میسنجر آف گاڈ۔</w:t>
      </w:r>
    </w:p>
    <w:p>
      <w:r>
        <w:rPr>
          <w:b/>
        </w:rPr>
        <w:t xml:space="preserve">[43:29] </w:t>
      </w:r>
      <w:r>
        <w:t>sahaba se murad rasool Allah ka woh mu'assir insan hai jis ne barah-e-rast aap se deen ko paya ho aur is ko ikhlas ke sath apna liya.</w:t>
      </w:r>
    </w:p>
    <w:p>
      <w:pPr>
        <w:jc w:val="right"/>
      </w:pPr>
      <w:r>
        <w:t>صحابہ سے مراد رسول اللہ کا وہ مؤثر انسان ہے جس نے براہِ راست آپ سے دین کو پایا ہو اور اس کو اخلاص کے ساتھ اپنا لیا۔</w:t>
      </w:r>
    </w:p>
    <w:p>
      <w:r>
        <w:rPr>
          <w:b/>
        </w:rPr>
        <w:t xml:space="preserve">[43:44] </w:t>
      </w:r>
      <w:r>
        <w:t>isi tarah Islam mein kafir bhi ek istilahi lafz hai. Kafir ka lughwi mafhoom hai inkar karne wala, magar istilahi aitbar se is ka matlab hai munkir-e-rasool.</w:t>
      </w:r>
    </w:p>
    <w:p>
      <w:pPr>
        <w:jc w:val="right"/>
      </w:pPr>
      <w:r>
        <w:t>اسی طرح اسلام میں کافر بھی ایک اصطلاحی لفظ ہے۔ کافر کا لغوی مفہوم ہے انکار کرنے والا، مگر اصطلاحی اعتبار سے اس کا مطلب ہے منکر رسول۔</w:t>
      </w:r>
    </w:p>
    <w:p>
      <w:r>
        <w:rPr>
          <w:b/>
        </w:rPr>
        <w:t xml:space="preserve">[43:58] </w:t>
      </w:r>
      <w:r>
        <w:t>ya'ni rasool Allah ka woh mu'assir insan jis ne barah-e-rast rasool se deen ko paya, lekin is ne is ka itraf nahi kiya, balke woh is ka munkir ban gaya.</w:t>
      </w:r>
    </w:p>
    <w:p>
      <w:pPr>
        <w:jc w:val="right"/>
      </w:pPr>
      <w:r>
        <w:t>یعنی رسول اللہ کا وہ مؤثر انسان جس نے براہِ راست رسول سے دین کو پایا، لیکن اس نے اس کا اعتراف نہیں کیا، بلکہ وہ اس کا منکر بن گیا۔</w:t>
      </w:r>
    </w:p>
    <w:p>
      <w:r>
        <w:rPr>
          <w:b/>
        </w:rPr>
        <w:t xml:space="preserve">[44:12] </w:t>
      </w:r>
      <w:r>
        <w:t>is aitbar se Islam mein kafir ka matlab hai mu'assir munkir-e-rasool. Kafir koi qaumi laqab nahi.</w:t>
      </w:r>
    </w:p>
    <w:p>
      <w:pPr>
        <w:jc w:val="right"/>
      </w:pPr>
      <w:r>
        <w:t>اس اعتبار سے اسلام میں کافر کا مطلب ہے مؤثر منکر رسول۔ کافر کوئی قومی لقب نہیں۔</w:t>
      </w:r>
    </w:p>
    <w:p>
      <w:r>
        <w:rPr>
          <w:b/>
        </w:rPr>
        <w:t xml:space="preserve">[44:22] </w:t>
      </w:r>
      <w:r>
        <w:t>is ka matlab yeh nahi hai ke jo musalman na ho woh kafir hai. Haqiqat yeh hai ke asal mein har aadmi ek insan hai.</w:t>
      </w:r>
    </w:p>
    <w:p>
      <w:pPr>
        <w:jc w:val="right"/>
      </w:pPr>
      <w:r>
        <w:t>اس کا مطلب یہ نہیں ہے کہ جو مسلمان نہ ہو وہ کافر ہے۔ حقیقت یہ ہے کہ اصلًا ہر آدمی ایک انسان ہے۔</w:t>
      </w:r>
    </w:p>
    <w:p>
      <w:r>
        <w:rPr>
          <w:b/>
        </w:rPr>
        <w:t xml:space="preserve">[44:33] </w:t>
      </w:r>
      <w:r>
        <w:t>dunyavi ta'alluqat ke aitbar se ek insan aur doosre insan mein koi farq nahi. Farq ka ta'alluq Allah Rabb-ul-Alameen se hai.</w:t>
      </w:r>
    </w:p>
    <w:p>
      <w:pPr>
        <w:jc w:val="right"/>
      </w:pPr>
      <w:r>
        <w:t>دنیاوی تعلقات کے اعتبار سے ایک انسان اور دوسرے انسان میں کوئی فرق نہیں۔ فرق کا تعلق اللہ رب العالمین سے ہے۔</w:t>
      </w:r>
    </w:p>
    <w:p>
      <w:r>
        <w:rPr>
          <w:b/>
        </w:rPr>
        <w:t xml:space="preserve">[44:45] </w:t>
      </w:r>
      <w:r>
        <w:t>qayamat mein Allah Rabb-ul-Alameen kisi insan ko jo darja de, wohi is ka darja hai. Dunya ki zindagi mein kisi ko yeh haq nahi ke woh ba taur-e-khud kisi ko ghair qaum ya kafir qaum kahe.</w:t>
      </w:r>
    </w:p>
    <w:p>
      <w:pPr>
        <w:jc w:val="right"/>
      </w:pPr>
      <w:r>
        <w:t>قیامت میں اللہ رب العالمین کسی انسان کو جو درجہ دے، وہی اس کا درجہ ہے۔ دنیا کی زندگی میں کسی کو یہ حق نہیں کہ وہ بطور خود کسی کو غیر قوم یا کافر قوم کہے۔</w:t>
      </w:r>
    </w:p>
    <w:p>
      <w:r>
        <w:rPr>
          <w:b/>
        </w:rPr>
        <w:t xml:space="preserve">[45:03] </w:t>
      </w:r>
      <w:r>
        <w:t>kafir ke lafz ka rawaji istemal hum aur ghair, we and they ka tasawwur paida karta hai. Halanke Islam ke mutabiq sahih ta'alluq woh hai jo hum aur hum, we and we ke tasawwur par qaim ho.</w:t>
      </w:r>
    </w:p>
    <w:p>
      <w:pPr>
        <w:jc w:val="right"/>
      </w:pPr>
      <w:r>
        <w:t>کافر کے لفظ کا رواجی استعمال ہم اور غیر، وی اینڈ دے کا تصور پیدا کرتا ہے۔ حالانکہ اسلام کے مطابق صحیح تعلق وہ ہے جو ہم اور ہم، وی اینڈ وی کے تصور پر قائم ہو۔</w:t>
      </w:r>
    </w:p>
    <w:p>
      <w:r>
        <w:rPr>
          <w:b/>
        </w:rPr>
        <w:t xml:space="preserve">[45:27] </w:t>
      </w:r>
      <w:r>
        <w:t>rasool Allah ka kar nama.</w:t>
      </w:r>
    </w:p>
    <w:p>
      <w:pPr>
        <w:jc w:val="right"/>
      </w:pPr>
      <w:r>
        <w:t>رسول اللہ کا کارنامہ۔</w:t>
      </w:r>
    </w:p>
    <w:p>
      <w:r>
        <w:rPr>
          <w:b/>
        </w:rPr>
        <w:t xml:space="preserve">[45:32] </w:t>
      </w:r>
      <w:r>
        <w:t>jadeed taleem yafta tabqa aksar yeh sawal karta hai ke insani tareekh ke liye peghambar-e-Islam ki deen, ya'ni contribution kya hai?</w:t>
      </w:r>
    </w:p>
    <w:p>
      <w:pPr>
        <w:jc w:val="right"/>
      </w:pPr>
      <w:r>
        <w:t>جدید تعلیم یافتہ طبقہ اکثر یہ سوال کرتا ہے کہ انسانی تاریخ کے لیے پیغمبر اسلام کی دین، یعنی کنٹریبیوشن کیا ہے؟</w:t>
      </w:r>
    </w:p>
    <w:p>
      <w:r>
        <w:rPr>
          <w:b/>
        </w:rPr>
        <w:t xml:space="preserve">[45:44] </w:t>
      </w:r>
      <w:r>
        <w:t>main kahunga ke aap ki deen makhsoos taur par do cheezein hain: muwahidana tasawwur-e-khuda, ya'ni monotheistic concept of god; amali idealism, practical idealism.</w:t>
      </w:r>
    </w:p>
    <w:p>
      <w:pPr>
        <w:jc w:val="right"/>
      </w:pPr>
      <w:r>
        <w:t>میں کہوں گا کہ آپ کی دین خاص طور پر دو چیزیں ہیں: موحدانہ تصور خدا، یعنی مونو تھیسٹک کانسیپٹ آف گاڈ؛ عملی آئیڈیلزم، پریکٹیکل آئیڈیلزم۔</w:t>
      </w:r>
    </w:p>
    <w:p>
      <w:r>
        <w:rPr>
          <w:b/>
        </w:rPr>
        <w:t xml:space="preserve">[45:59] </w:t>
      </w:r>
      <w:r>
        <w:t>yeh dono cheezein insani taraqqi ke liye buniyad ki hesiyat rakhti hain, magar tareekh mein yeh dono cheezein mafqood rahin.</w:t>
      </w:r>
    </w:p>
    <w:p>
      <w:pPr>
        <w:jc w:val="right"/>
      </w:pPr>
      <w:r>
        <w:t>یہ دونوں چیزیں انسانی ترقی کے لیے بنیاد کی حیثیت رکھتی ہیں، مگر تاریخ میں یہ دونوں چیزیں مفقود رہیں۔</w:t>
      </w:r>
    </w:p>
    <w:p>
      <w:r>
        <w:rPr>
          <w:b/>
        </w:rPr>
        <w:t xml:space="preserve">[46:09] </w:t>
      </w:r>
      <w:r>
        <w:t>insan hamesha se Khuda ko manta tha, magar woh Khuda ke sath mushrikana tasawwurat ko milaye hue tha. Woh khalis tauheed par qaim na tha.</w:t>
      </w:r>
    </w:p>
    <w:p>
      <w:pPr>
        <w:jc w:val="right"/>
      </w:pPr>
      <w:r>
        <w:t>انسان ہمیشہ سے خدا کو مانتا تھا، لیکن وہ خدا کے ساتھ مشرکانہ تصورات کو ملائے ہوئے تھا۔ وہ خالص توحید پر قائم نہ تھا۔</w:t>
      </w:r>
    </w:p>
    <w:p>
      <w:r>
        <w:rPr>
          <w:b/>
        </w:rPr>
        <w:t xml:space="preserve">[46:21] </w:t>
      </w:r>
      <w:r>
        <w:t>peghambar-e-Islam ne insan ko be-amez tauheed par qaim kiya. Yeh bilashuba insan ke liye peghambar-e-Islam ka sab se bada nazariyati tohfa tha,</w:t>
      </w:r>
    </w:p>
    <w:p>
      <w:pPr>
        <w:jc w:val="right"/>
      </w:pPr>
      <w:r>
        <w:t>پیغمبر اسلام نے انسان کو بے آمیز توحید پر قائم کیا۔ یہ بلاشبہ انسان کے لیے پیغمبر اسلام کا سب سے بڑا نظریاتی تحفہ تھا،</w:t>
      </w:r>
    </w:p>
    <w:p>
      <w:r>
        <w:rPr>
          <w:b/>
        </w:rPr>
        <w:t xml:space="preserve">[46:35] </w:t>
      </w:r>
      <w:r>
        <w:t>kyunke yeh sirf khalis tauheed hai jis ke zariye Khuda ka tasawwur sahih buniyad par qaim hota hai. Doosri cheez amali idealism, ya'ni practical idealism hai.</w:t>
      </w:r>
    </w:p>
    <w:p>
      <w:pPr>
        <w:jc w:val="right"/>
      </w:pPr>
      <w:r>
        <w:t>کیونکہ یہ صرف خالص توحید ہے جس کے ذریعے خدا کا تصور صحیح بنیاد پر قائم ہوتا ہے۔ دوسری چیز عملی آئیڈیلزم، یعنی پریکٹیکل آئیڈیلزم ہے۔</w:t>
      </w:r>
    </w:p>
    <w:p>
      <w:r>
        <w:rPr>
          <w:b/>
        </w:rPr>
        <w:t xml:space="preserve">[46:48] </w:t>
      </w:r>
      <w:r>
        <w:t>tareekh batati hai ke insaan hamesha idealism ko chahne wala bana raha, lekin idealism amli taur par kabhi insaan ko haasil na ho saki.</w:t>
      </w:r>
    </w:p>
    <w:p>
      <w:pPr>
        <w:jc w:val="right"/>
      </w:pPr>
      <w:r>
        <w:t>تاریخ بتاتی ہے کہ انسان ہمیشہ آئیڈیلزم کو چاہنے والا بنا رہا، لیکن آئیڈیلزم عملی طور پر کبھی انسان کو حاصل نہ ہو سکی۔</w:t>
      </w:r>
    </w:p>
    <w:p>
      <w:r>
        <w:rPr>
          <w:b/>
        </w:rPr>
        <w:t xml:space="preserve">[47:01] </w:t>
      </w:r>
      <w:r>
        <w:t>is ka sabab yeh hai ke insaan ne is raaz ko nahi jaana ke agarchay woh paidaishi taur par miyar pasand hai, lekin mukhtalif asbab se is dunya mein amlan idealism ka husool mumkin nahi hota.</w:t>
      </w:r>
    </w:p>
    <w:p>
      <w:pPr>
        <w:jc w:val="right"/>
      </w:pPr>
      <w:r>
        <w:t>اس کا سبب یہ ہے کہ انسان نے اس راز کو نہیں جانا کہ اگرچہ وہ پیدائشی طور پر معیار پسند ہے، لیکن مختلف اسباب سے اس دنیا میں عملاً آئیڈیلزم کا حصول ممکن نہیں ہوتا۔</w:t>
      </w:r>
    </w:p>
    <w:p>
      <w:r>
        <w:rPr>
          <w:b/>
        </w:rPr>
        <w:t xml:space="preserve">[47:18] </w:t>
      </w:r>
      <w:r>
        <w:t>insaan khud apnay ko miyar pasand, yaani idealist bana sakta hai, lekin ijtimai zindagi mein is qism ke miyar ka husool mumkin nahi.</w:t>
      </w:r>
    </w:p>
    <w:p>
      <w:pPr>
        <w:jc w:val="right"/>
      </w:pPr>
      <w:r>
        <w:t>انسان خود اپنے کو معیار پسند، یعنی آئیڈیلسٹ بنا سکتا ہے، لیکن اجتماعی زندگی میں اس قسم کے معیار کا حصول ممکن نہیں۔</w:t>
      </w:r>
    </w:p>
    <w:p>
      <w:r>
        <w:rPr>
          <w:b/>
        </w:rPr>
        <w:t xml:space="preserve">[47:29] </w:t>
      </w:r>
      <w:r>
        <w:t>is liye ijtimai zindagi mein kamyabi ka raaz yeh hai ke aadmi amli idealism par raazi ho jaye.</w:t>
      </w:r>
    </w:p>
    <w:p>
      <w:pPr>
        <w:jc w:val="right"/>
      </w:pPr>
      <w:r>
        <w:t>اس لیے اجتماعی زندگی میں کامیابی کا راز یہ ہے کہ آدمی عملی آئیڈیلزم پر راضی ہو جائے۔</w:t>
      </w:r>
    </w:p>
    <w:p>
      <w:r>
        <w:rPr>
          <w:b/>
        </w:rPr>
        <w:t xml:space="preserve">[47:38] </w:t>
      </w:r>
      <w:r>
        <w:t>paighambar-e-Islam Sal Allahu Alaihi Wa Sallam ne is usool ko na sirf bataya, balkay apni amli zindagi mein is ka kamil namoona bhi qaim kar diya.</w:t>
      </w:r>
    </w:p>
    <w:p>
      <w:pPr>
        <w:jc w:val="right"/>
      </w:pPr>
      <w:r>
        <w:t>پیغمبر اسلام صلی اللہ علیہ وسلم نے اس اصول کو نہ صرف بتایا، بلکہ اپنی عملی زندگی میں اس کا کامل نمونہ بھی قائم کر دیا۔</w:t>
      </w:r>
    </w:p>
    <w:p>
      <w:r>
        <w:rPr>
          <w:b/>
        </w:rPr>
        <w:t xml:space="preserve">[47:50] </w:t>
      </w:r>
      <w:r>
        <w:t>paighambar-e-Islam ki poori zindagi is usool ka amli namoona hai. is ki aik misaal yeh hai ke agarchay aap ko kamil yaqeen tha ke mein Allah ka rasool hoon, lekin muahida Hudaibiyah ke waqt jab fareeq mukhalif ne israr kiya ke muahiday ke matan se Muhammad Rasool Allah ka lafz nikaal diya jaye aur is ki jagah Muhammad bin Abdullah likha jaye, to aap foran is par raazi ho gaye.</w:t>
      </w:r>
    </w:p>
    <w:p>
      <w:pPr>
        <w:jc w:val="right"/>
      </w:pPr>
      <w:r>
        <w:t>پیغمبر اسلام کی پوری زندگی اس اصول کا عملی نمونہ ہے۔ اس کی ایک مثال یہ ہے کہ اگرچہ آپ کو کامل یقین تھا کہ میں اللہ کا رسول ہوں، لیکن معاہدہ حدیبیہ کے وقت جب فریق مخالف نے اصرار کیا کہ معاہدے کے متن سے محمد رسول اللہ کا لفظ نکال دیا جائے اور اس کی جگہ محمد بن عبداللہ لکھا جائے، تو آپ فوراً اس پر راضی ہو گئے۔</w:t>
      </w:r>
    </w:p>
    <w:p>
      <w:r>
        <w:rPr>
          <w:b/>
        </w:rPr>
        <w:t xml:space="preserve">[48:20] </w:t>
      </w:r>
      <w:r>
        <w:t>aap ki yeh razamandi amli idealism ki buniyad par thi, na ke khalis idealism ki buniyad par.</w:t>
      </w:r>
    </w:p>
    <w:p>
      <w:pPr>
        <w:jc w:val="right"/>
      </w:pPr>
      <w:r>
        <w:t>آپ کی یہ رضامندی عملی آئیڈیلزم کی بنیاد پر تھی، نہ کہ خالص آئیڈیلزم کی بنیاد پر۔</w:t>
      </w:r>
    </w:p>
    <w:p>
      <w:r>
        <w:rPr>
          <w:b/>
        </w:rPr>
        <w:t xml:space="preserve">[48:33] </w:t>
      </w:r>
      <w:r>
        <w:t>ray of hope. takhleeq ke qanoon ke mutabiq maut har aurat aur har mard par aati hai.</w:t>
      </w:r>
    </w:p>
    <w:p>
      <w:pPr>
        <w:jc w:val="right"/>
      </w:pPr>
      <w:r>
        <w:t>رے آف ہوپ۔ تخلیق کے قانون کے مطابق موت ہر عورت اور ہر مرد پر آتی ہے۔</w:t>
      </w:r>
    </w:p>
    <w:p>
      <w:r>
        <w:rPr>
          <w:b/>
        </w:rPr>
        <w:t xml:space="preserve">[48:43] </w:t>
      </w:r>
      <w:r>
        <w:t>maut kya hai? maut yeh hai ke aadmi maujooda dunya se mukammal taur par juda ho jaye aur is dunya mein pohnch jaye jis ko akhirat kaha jata hai.</w:t>
      </w:r>
    </w:p>
    <w:p>
      <w:pPr>
        <w:jc w:val="right"/>
      </w:pPr>
      <w:r>
        <w:t>موت کیا ہے؟ موت یہ ہے کہ آدمی موجودہ دنیا سے مکمل طور پر جدا ہو جائے اور اس دنیا میں پہنچ جائے جس کو آخرت کہا جاتا ہے۔</w:t>
      </w:r>
    </w:p>
    <w:p>
      <w:r>
        <w:rPr>
          <w:b/>
        </w:rPr>
        <w:t xml:space="preserve">[48:57] </w:t>
      </w:r>
      <w:r>
        <w:t>yeh akhirat ki dunya kya hai? yeh Allah Rabb-ul-Alameen ki dunya hai. wahan "wal amru yawma'idhin lillah" ka usool raaij hai.</w:t>
      </w:r>
    </w:p>
    <w:p>
      <w:pPr>
        <w:jc w:val="right"/>
      </w:pPr>
      <w:r>
        <w:t>یہ آخرت کی دنیا کیا ہے؟ یہ اللہ رب العالمین کی دنیا ہے۔ وہاں "والامر یومئذ للہ الانفطار" کا اصول رائج ہے۔</w:t>
      </w:r>
    </w:p>
    <w:p>
      <w:r>
        <w:rPr>
          <w:b/>
        </w:rPr>
        <w:t xml:space="preserve">[49:09] </w:t>
      </w:r>
      <w:r>
        <w:t>maujooda dunya bhi Allah ke hukum ke tehat hai, lekin yahan sab kuch ghayab mein ho raha hai. akhirat woh jagah hai jahan Allah ki hasti aik mashhood hasti ban jaye gi,</w:t>
      </w:r>
    </w:p>
    <w:p>
      <w:pPr>
        <w:jc w:val="right"/>
      </w:pPr>
      <w:r>
        <w:t>موجودہ دنیا بھی اللہ کے حکم کے تحت ہے، لیکن یہاں سب کچھ غیب میں ہو رہا ہے۔ آخرت وہ جگہ ہے جہاں اللہ کی ہستی ایک مشہود ہستی بن جائے گی،</w:t>
      </w:r>
    </w:p>
    <w:p>
      <w:r>
        <w:rPr>
          <w:b/>
        </w:rPr>
        <w:t xml:space="preserve">[49:25] </w:t>
      </w:r>
      <w:r>
        <w:t>jahan banda barah-e-raast taur par apnay Rab ke samnay apnay aap ko paye ga. Allah ka tasawwur yeh hai ke woh Arham-ur-Rahimeen hai.</w:t>
      </w:r>
    </w:p>
    <w:p>
      <w:pPr>
        <w:jc w:val="right"/>
      </w:pPr>
      <w:r>
        <w:t>جہاں بندہ براہِ راست طور پر اپنے رب کے سامنے اپنے آپ کو پائے گا۔ اللہ کا تصور یہ ہے کہ وہ ارحم الراحمین ہے۔</w:t>
      </w:r>
    </w:p>
    <w:p>
      <w:r>
        <w:rPr>
          <w:b/>
        </w:rPr>
        <w:t xml:space="preserve">[49:36] </w:t>
      </w:r>
      <w:r>
        <w:t>woh tamam meharbanon se ziyada meharban hai. is ka matlab yeh hai ke insaan par jab maut aati hai to us ke liye yeh aik aisay safar ki taraf jana hota hai jahan us ki mulaqat Allah Rabb-ul-Alameen se honay wali hai,</w:t>
      </w:r>
    </w:p>
    <w:p>
      <w:pPr>
        <w:jc w:val="right"/>
      </w:pPr>
      <w:r>
        <w:t>وہ تمام مہربانوں سے زیادہ مہربان ہے۔ اس کا مطلب یہ ہے کہ انسان پر جب موت آتی ہے تو اس کے لیے یہ ایک ایسے سفر کی طرف جانا ہوتا ہے جہاں اس کی ملاقات اللہ رب العالمین سے ہونے والی ہے،</w:t>
      </w:r>
    </w:p>
    <w:p>
      <w:r>
        <w:rPr>
          <w:b/>
        </w:rPr>
        <w:t xml:space="preserve">[49:55] </w:t>
      </w:r>
      <w:r>
        <w:t>jahan banda apnay ko maabood ke samnay khara hua paye ga. jab maabood Rehman o Raheem hai to is ka matlab yeh hai ke banda aur Rab ki yeh mulaqat yaqeenan aik pur-umeed mulaqat hogi.</w:t>
      </w:r>
    </w:p>
    <w:p>
      <w:pPr>
        <w:jc w:val="right"/>
      </w:pPr>
      <w:r>
        <w:t>جہاں بندہ اپنے کو معبود کے سامنے کھڑا ہوا پائے گا۔ جب معبود رحمان و رحیم ہے تو اس کا مطلب یہ ہے کہ بندہ اور رب کی یہ ملاقات یقیناً ایک پرامید ملاقات ہوگی۔</w:t>
      </w:r>
    </w:p>
    <w:p>
      <w:r>
        <w:rPr>
          <w:b/>
        </w:rPr>
        <w:t xml:space="preserve">[50:13] </w:t>
      </w:r>
      <w:r>
        <w:t>yahan banda apnay Rab ki taraf se woh cheez paye ga jis ki umeed woh aik meharban Rab se kiye hue tha. aik hadith qudsi mein aaya hai: "Ana 'inda zhanni 'abdi bi".</w:t>
      </w:r>
    </w:p>
    <w:p>
      <w:pPr>
        <w:jc w:val="right"/>
      </w:pPr>
      <w:r>
        <w:t>یہاں بندہ اپنے رب کی طرف سے وہ چیز پائے گا جس کی امید وہ ایک مہربان رب سے کیے ہوئے تھا۔ ایک حدیث قدسی میں آیا ہے: "أنا عند ظني عبدي بي"۔</w:t>
      </w:r>
    </w:p>
    <w:p>
      <w:r>
        <w:rPr>
          <w:b/>
        </w:rPr>
        <w:t xml:space="preserve">[50:27] </w:t>
      </w:r>
      <w:r>
        <w:t>Musnad Ahmad. yaani mein bande ke gumaan ke sath hoon. jo insaan yeh yaqeen rakhta ho ke Rab-ul-Alameen aik Raheem o Kareem Rab hai, us ki meharbaniyan har makhlooq ka ahata kiye hue hain,</w:t>
      </w:r>
    </w:p>
    <w:p>
      <w:pPr>
        <w:jc w:val="right"/>
      </w:pPr>
      <w:r>
        <w:t>مسند احمد۔ یعنی میں بندے کے گمان کے ساتھ ہوں۔ جو انسان یہ یقین رکھتا ہو کہ رب العالمین ایک رحیم و کریم رب ہے، اس کی مہربانیاں ہر مخلوق کا احاطہ کیے ہوئے ہیں،</w:t>
      </w:r>
    </w:p>
    <w:p>
      <w:r>
        <w:rPr>
          <w:b/>
        </w:rPr>
        <w:t xml:space="preserve">[50:44] </w:t>
      </w:r>
      <w:r>
        <w:t>aisa insaan zaroor yeh bhi manay ga ke jab us ki mulaqat Allah se hogi to woh apnay aap ko aik aisay Rab ke samnay khara hua paye ga jo tamam meharbanon se ziyada meharban hai.</w:t>
      </w:r>
    </w:p>
    <w:p>
      <w:pPr>
        <w:jc w:val="right"/>
      </w:pPr>
      <w:r>
        <w:t>ایسا انسان ضرور یہ بھی مانے گا کہ جب اس کی ملاقات اللہ سے ہوگی تو وہ اپنے آپ کو ایک ایسے رب کے سامنے کھڑا ہوا پائے گا جو تمام مہربانوں سے زیادہ مہربان ہے۔</w:t>
      </w:r>
    </w:p>
    <w:p>
      <w:r>
        <w:rPr>
          <w:b/>
        </w:rPr>
        <w:t xml:space="preserve">[51:00] </w:t>
      </w:r>
      <w:r>
        <w:t>banday ka yeh ehsas us ko zaroor yeh yaqeen day ga ke mera Rab aik meharban Rab hai, woh zaroor meray sath meharbani ka muamla kare ga.</w:t>
      </w:r>
    </w:p>
    <w:p>
      <w:pPr>
        <w:jc w:val="right"/>
      </w:pPr>
      <w:r>
        <w:t>بندے کا یہ احساس اس کو ضرور یہ یقین دے گا کہ میرا رب ایک مہربان رب ہے، وہ ضرور میرے ساتھ مہربانی کا معاملہ کرے گا۔</w:t>
      </w:r>
    </w:p>
    <w:p>
      <w:r>
        <w:rPr>
          <w:b/>
        </w:rPr>
        <w:t xml:space="preserve">[51:11] </w:t>
      </w:r>
      <w:r>
        <w:t>yeh yaqeen kisi banday ke liye us ki maut ko aik misbat maut bana deta hai.</w:t>
      </w:r>
    </w:p>
    <w:p>
      <w:pPr>
        <w:jc w:val="right"/>
      </w:pPr>
      <w:r>
        <w:t>یہ یقین کسی بندے کے لیے اس کی موت کو ایک مثبت موت بنا دیتا ہے۔</w:t>
      </w:r>
    </w:p>
    <w:p>
      <w:r>
        <w:rPr>
          <w:b/>
        </w:rPr>
        <w:t xml:space="preserve">[51:25] </w:t>
      </w:r>
      <w:r>
        <w:t>sabr ki azmat. aik hadith Rasool Sahih Bukhari aur Sahih Muslim mein aayi hai. Sahih Bukhari ke alfaaz yeh hain: "An Abi Sa'eed al-Khudri (Razi Allahu Anhu): Inna na'asaman min al-Ansari sa'aloo Rasool Allah (Sal Allahu Alaihi Wa Sallam),</w:t>
      </w:r>
    </w:p>
    <w:p>
      <w:pPr>
        <w:jc w:val="right"/>
      </w:pPr>
      <w:r>
        <w:t>صبر کی عظمت۔ ایک حدیث رسول صحیح بخاری اور صحیح مسلم میں آئی ہے۔ صحیح بخاری کے الفاظ یہ ہیں: "عن ابی سعید الخدری رضی اللہ عنہ: إنا نأسم من الأنصار سألوا رسول الله صلی اللہ علیہ وسلم،</w:t>
      </w:r>
    </w:p>
    <w:p>
      <w:r>
        <w:rPr>
          <w:b/>
        </w:rPr>
        <w:t xml:space="preserve">[51:46] </w:t>
      </w:r>
      <w:r>
        <w:t>fa a'taahum, thumma sa'aloohu, fa a'taahum, thumma sa'aloohu, fa a'taahum, hatta nafada ma 'indahu.</w:t>
      </w:r>
    </w:p>
    <w:p>
      <w:pPr>
        <w:jc w:val="right"/>
      </w:pPr>
      <w:r>
        <w:t>فأعطاهم، ثم سألوه، فأعطاهم، ثم سألوه، فأعطاهم، حتى نفد ما عنده.</w:t>
      </w:r>
    </w:p>
    <w:p>
      <w:r>
        <w:rPr>
          <w:b/>
        </w:rPr>
        <w:t xml:space="preserve">[51:56] </w:t>
      </w:r>
      <w:r>
        <w:t>fa qaal: ma yakoonu 'indi min khairin faln adkhirhu 'ankum. wa man yasta'fif yu'iffuhullah, wa man yastaghni yughnihi Allah,</w:t>
      </w:r>
    </w:p>
    <w:p>
      <w:pPr>
        <w:jc w:val="right"/>
      </w:pPr>
      <w:r>
        <w:t>فقال: ما يكون عندي من خير فلن أدخره عنكم. ومن يستعفف یعفه اللہ، ومن یستغنی یغنیه اللہ،</w:t>
      </w:r>
    </w:p>
    <w:p>
      <w:r>
        <w:rPr>
          <w:b/>
        </w:rPr>
        <w:t xml:space="preserve">[52:09] </w:t>
      </w:r>
      <w:r>
        <w:t>wa man yatasabbar yusabbirhullah.</w:t>
      </w:r>
    </w:p>
    <w:p>
      <w:pPr>
        <w:jc w:val="right"/>
      </w:pPr>
      <w:r>
        <w:t>ومن يتصبر یصبره اللہ.</w:t>
      </w:r>
    </w:p>
    <w:p>
      <w:r>
        <w:rPr>
          <w:b/>
        </w:rPr>
        <w:t xml:space="preserve">[52:14] </w:t>
      </w:r>
      <w:r>
        <w:t>wa ma u'tiya ahadun 'ataa' khayrun wa awsa'u min as-sabr." yaani Ansar ke kuch logon ne Rasool Allah (Sal Allahu Alaihi Wa Sallam) se kuch manga, aap ne un ko de diya.</w:t>
      </w:r>
    </w:p>
    <w:p>
      <w:pPr>
        <w:jc w:val="right"/>
      </w:pPr>
      <w:r>
        <w:t>وما أعطي أحد عطاء خيرا وأوسع من الصبر." یعنی انصار کے کچھ لوگوں نے رسول اللہ صلی اللہ علیہ وسلم سے کچھ مانگا، آپ نے ان کو دے دیا۔</w:t>
      </w:r>
    </w:p>
    <w:p>
      <w:r>
        <w:rPr>
          <w:b/>
        </w:rPr>
        <w:t xml:space="preserve">[52:28] </w:t>
      </w:r>
      <w:r>
        <w:t>unhon ne phir manga, aap ne phir de diya. unhon ne phir manga, aap ne phir de diya. yahan tak ke jo kuch tha aap ke paas woh khatam ho gaya.</w:t>
      </w:r>
    </w:p>
    <w:p>
      <w:pPr>
        <w:jc w:val="right"/>
      </w:pPr>
      <w:r>
        <w:t>انہوں نے پھر مانگا، آپ نے پھر دے دیا۔ انہوں نے پھر مانگا، آپ نے پھر دے دیا۔ یہاں تک کہ جو کچھ تھا آپ کے پاس وہ ختم ہو گیا۔</w:t>
      </w:r>
    </w:p>
    <w:p>
      <w:r>
        <w:rPr>
          <w:b/>
        </w:rPr>
        <w:t xml:space="preserve">[52:39] </w:t>
      </w:r>
      <w:r>
        <w:t>to aap ne farmaya: "mere paas jo kuch bhi maal hoga, mein tum se bacha kar nahi rakhun ga." aur jo shakhs sawal se bachna chahe to Allah use bacha leta hai.</w:t>
      </w:r>
    </w:p>
    <w:p>
      <w:pPr>
        <w:jc w:val="right"/>
      </w:pPr>
      <w:r>
        <w:t>تو آپ نے فرمایا: "میرے پاس جو کچھ بھی مال ہوگا، میں تم سے بچا کر نہیں رکھوں گا۔" اور جو شخص سوال سے بچنا چاہے تو اللہ اسے بچا لیتا ہے۔</w:t>
      </w:r>
    </w:p>
    <w:p>
      <w:r>
        <w:rPr>
          <w:b/>
        </w:rPr>
        <w:t xml:space="preserve">[52:49] </w:t>
      </w:r>
      <w:r>
        <w:t>aur jo shakhs ghina ka tareeqa ikhtiyar kare to Allah taala is ke ghina mein izafa kare ga. aur jo shakhs sabr kare ga, Allah taala use sabr ata kare ga.</w:t>
      </w:r>
    </w:p>
    <w:p>
      <w:pPr>
        <w:jc w:val="right"/>
      </w:pPr>
      <w:r>
        <w:t>اور جو شخص غنا کا طریقہ اختیار کرے تو اللہ تعالیٰ اس کے غنا میں اضافہ کرے گا۔ اور جو شخص صبر کرے گا، اللہ تعالیٰ اسے صبر عطا کرے گا۔</w:t>
      </w:r>
    </w:p>
    <w:p>
      <w:r>
        <w:rPr>
          <w:b/>
        </w:rPr>
        <w:t xml:space="preserve">[53:03] </w:t>
      </w:r>
      <w:r>
        <w:t>aur kisi shakhs ko sabr se behtar aur kushada nemat nahi mili. is ka matlab yeh hai ke paane ka ek tareeqa yeh hai ke aadmi doosre se maang kar hasil kar le.</w:t>
      </w:r>
    </w:p>
    <w:p>
      <w:pPr>
        <w:jc w:val="right"/>
      </w:pPr>
      <w:r>
        <w:t>اور کسی شخص کو صبر سے بہتر اور کشادہ نعمت نہیں ملی۔ اس کا مطلب یہ ہے کہ پانے کا ایک طریقہ یہ ہے کہ آدمی دوسرے سے مانگ کر حاصل کر لے۔</w:t>
      </w:r>
    </w:p>
    <w:p>
      <w:r>
        <w:rPr>
          <w:b/>
        </w:rPr>
        <w:t xml:space="preserve">[53:16] </w:t>
      </w:r>
      <w:r>
        <w:t>lekin is se zyada aala tareeqa yeh hai ke aadmi mehnat kare aur khud apni mehnat ke zariye hasil kar e. is dunya mein mehnat ke zariye paane ke mawaqe har ek ke liye khule hue hain.</w:t>
      </w:r>
    </w:p>
    <w:p>
      <w:pPr>
        <w:jc w:val="right"/>
      </w:pPr>
      <w:r>
        <w:t>لیکن اس سے زیادہ اعلیٰ طریقہ یہ ہے کہ آدمی محنت کرے اور خود اپنی محنت کے ذریعے حاصل کرے۔ اس دنیا میں محنت کے ذریعے پانے کے مواقع ہر ایک کے لیے کھلے ہوئے ہیں۔</w:t>
      </w:r>
    </w:p>
    <w:p>
      <w:r>
        <w:rPr>
          <w:b/>
        </w:rPr>
        <w:t xml:space="preserve">[53:30] </w:t>
      </w:r>
      <w:r>
        <w:t>har aadmi ke liye yeh mumkin hai ke woh jo kuch chahta hai, us ko woh apni mehnat ke zariye hasil kar e. mehnat ke zariye hasil karna koi saada baat nahi.</w:t>
      </w:r>
    </w:p>
    <w:p>
      <w:pPr>
        <w:jc w:val="right"/>
      </w:pPr>
      <w:r>
        <w:t>ہر آدمی کے لیے یہ ممکن ہے کہ وہ جو کچھ چاہتا ہے، اس کو وہ اپنی محنت کے ذریعے حاصل کرے۔ محنت کے ذریعے حاصل کرنا کوئی سادہ بات نہیں۔</w:t>
      </w:r>
    </w:p>
    <w:p>
      <w:r>
        <w:rPr>
          <w:b/>
        </w:rPr>
        <w:t xml:space="preserve">[53:41] </w:t>
      </w:r>
      <w:r>
        <w:t>yeh bohat se mazeed fawaid ka zariya hai. aadmi jab zaati mehnat se hasil karna chahta hai to woh apni soch mein izafa karta hai.</w:t>
      </w:r>
    </w:p>
    <w:p>
      <w:pPr>
        <w:jc w:val="right"/>
      </w:pPr>
      <w:r>
        <w:t>یہ بہت سے مزید فوائد کا ذریعہ ہے۔ آدمی جب ذاتی محنت سے حاصل کرنا چاہتا ہے تو وہ اپنی سوچ میں اضافہ کرتا ہے۔</w:t>
      </w:r>
    </w:p>
    <w:p>
      <w:r>
        <w:rPr>
          <w:b/>
        </w:rPr>
        <w:t xml:space="preserve">[53:50] </w:t>
      </w:r>
      <w:r>
        <w:t>woh mansooba bandi ka tareeqa daryaft karta hai. woh apne aap ko zyada sanjeeda banata hai. woh apne shukr ke jazbat mein izafa karta hai.</w:t>
      </w:r>
    </w:p>
    <w:p>
      <w:pPr>
        <w:jc w:val="right"/>
      </w:pPr>
      <w:r>
        <w:t>وہ منصوبہ بندی کا طریقہ دریافت کرتا ہے۔ وہ اپنے آپ کو زیادہ سنجیدہ بناتا ہے۔ وہ اپنے شکر کے جذبات میں اضافہ کرتا ہے۔</w:t>
      </w:r>
    </w:p>
    <w:p>
      <w:r>
        <w:rPr>
          <w:b/>
        </w:rPr>
        <w:t xml:space="preserve">[54:01] </w:t>
      </w:r>
      <w:r>
        <w:t>woh apne andar zehni irtqa ke amal ko jari karta hai waghera.</w:t>
      </w:r>
    </w:p>
    <w:p>
      <w:pPr>
        <w:jc w:val="right"/>
      </w:pPr>
      <w:r>
        <w:t>وہ اپنے اندر ذہنی ارتقاء کے عمل کو جاری کرتا ہے وغیرہ۔</w:t>
      </w:r>
    </w:p>
    <w:p>
      <w:r>
        <w:rPr>
          <w:b/>
        </w:rPr>
        <w:t xml:space="preserve">[54:11] </w:t>
      </w:r>
      <w:r>
        <w:t>ijtihad ka fuqdan. ummat ke daur zawal ke bare mein ek peshangoi hadith ki kitabon mein aayi hai.</w:t>
      </w:r>
    </w:p>
    <w:p>
      <w:pPr>
        <w:jc w:val="right"/>
      </w:pPr>
      <w:r>
        <w:t>اجتہاد کا فقدان۔ امت کے دور زوال کے بارے میں ایک پیشنگوئی حدیث کی کتابوں میں آئی ہے۔</w:t>
      </w:r>
    </w:p>
    <w:p>
      <w:r>
        <w:rPr>
          <w:b/>
        </w:rPr>
        <w:t xml:space="preserve">[54:21] </w:t>
      </w:r>
      <w:r>
        <w:t>alfaaz yeh hain: "tanz'a usuqul akthar dhalik az-zaman wa yakhlafu lahu habaa'un min an-naasi la usuqul lahum." sunan ibn majah.</w:t>
      </w:r>
    </w:p>
    <w:p>
      <w:pPr>
        <w:jc w:val="right"/>
      </w:pPr>
      <w:r>
        <w:t>الفاظ یہ ہیں: "تنزع عقول اکثر ذالک الزمان ويخلف له ہباء من الناس لا عقول لہم." سنن ابن ماجہ۔</w:t>
      </w:r>
    </w:p>
    <w:p>
      <w:r>
        <w:rPr>
          <w:b/>
        </w:rPr>
        <w:t xml:space="preserve">[54:33] </w:t>
      </w:r>
      <w:r>
        <w:t>yani is zamane ke aksar logon ki aqlein chhin jayengi aur zaron ki tarah log baqi reh jayenge jin ke paas aqlein na hongi.</w:t>
      </w:r>
    </w:p>
    <w:p>
      <w:pPr>
        <w:jc w:val="right"/>
      </w:pPr>
      <w:r>
        <w:t>یعنی اس زمانے کے اکثر لوگوں کی عقلیں چھن جائیں گی اور ذروں کی طرح لوگ باقی رہ جائیں گے جن کے پاس عقلیں نہ ہوں گی۔</w:t>
      </w:r>
    </w:p>
    <w:p>
      <w:r>
        <w:rPr>
          <w:b/>
        </w:rPr>
        <w:t xml:space="preserve">[54:44] </w:t>
      </w:r>
      <w:r>
        <w:t>aql ya reason to fitrat ka ek atiya hai. aql ke mamle mein aisa nahi ho sakta ke ibtidai naslon mein aql rahe aur baad ki naslon mein woh chhin jaye.</w:t>
      </w:r>
    </w:p>
    <w:p>
      <w:pPr>
        <w:jc w:val="right"/>
      </w:pPr>
      <w:r>
        <w:t>عقل یا ریزن تو فطرت کا ایک عطیہ ہے۔ عقل کے معاملے میں ایسا نہیں ہو سکتا کہ ابتدائی نسلوں میں عقل رہے اور بعد کی نسلوں میں وہ چھن جائے۔</w:t>
      </w:r>
    </w:p>
    <w:p>
      <w:r>
        <w:rPr>
          <w:b/>
        </w:rPr>
        <w:t xml:space="preserve">[54:56] </w:t>
      </w:r>
      <w:r>
        <w:t>haqeeqat yeh hai ke aql ka chhinna is ziyaati ma'ne mein nahi hai balke woh samajh ya understanding ke ma'ne mein hai. yani aql to maujood hogi lekin samajhdari maujood na hogi.</w:t>
      </w:r>
    </w:p>
    <w:p>
      <w:pPr>
        <w:jc w:val="right"/>
      </w:pPr>
      <w:r>
        <w:t>حقیقت یہ ہے کہ عقل کا چھننا اس ضیاطی معنی میں نہیں ہے بلکہ وہ سمجھ یا انڈرسٹینڈنگ کے معنی میں ہے۔ یعنی عقل تو موجود ہوگی لیکن سمجھداری موجود نہ ہوگی۔</w:t>
      </w:r>
    </w:p>
    <w:p>
      <w:r>
        <w:rPr>
          <w:b/>
        </w:rPr>
        <w:t xml:space="preserve">[55:10] </w:t>
      </w:r>
      <w:r>
        <w:t>mazeed ghor o fikr se yeh maloom hota hai ke baad ki naslon mein ijtihadi salahiyat khatm ho jayegi. is liye woh is qabil na rahenge ke halaat ke mutabiq shariyat ki tatbeeq nau' yani re-application kar ke apne halaat ke aitbar se is ki pairwi karen.</w:t>
      </w:r>
    </w:p>
    <w:p>
      <w:pPr>
        <w:jc w:val="right"/>
      </w:pPr>
      <w:r>
        <w:t>مزید غور و فکر سے یہ معلوم ہوتا ہے کہ بعد کی نسلوں میں اجتہادی صلاحیت ختم ہو جائے گی۔ اس لیے وہ اس قابل نہ رہیں گے کہ حالات کے مطابق شریعت کی تطبیق نوع یعنی ری ایپلیکیشن کر کے اپنے حالات کے اعتبار سے اس کی پیروی کریں۔</w:t>
      </w:r>
    </w:p>
    <w:p>
      <w:r>
        <w:rPr>
          <w:b/>
        </w:rPr>
        <w:t xml:space="preserve">[55:30] </w:t>
      </w:r>
      <w:r>
        <w:t>mazeed ghor karne se maloom hota hai ke salahiyat ijtihad ka khatma kulli taur par na hoga. woh is ma'ne mein hoga ke jahan majboori ya compulsion ki soorat ho, wahan to woh ijtihad par amal karenge lekin jahan majboori ki soorat-e-haal na hogi, wahan woh apne rawayati zehn par qaim rahenge aur ijtihad na kar sakenge.</w:t>
      </w:r>
    </w:p>
    <w:p>
      <w:pPr>
        <w:jc w:val="right"/>
      </w:pPr>
      <w:r>
        <w:t>مزید غور کرنے سے معلوم ہوتا ہے کہ صلاحیت اجتہاد کا خاتمہ کلی طور پر نہ ہوگا۔ وہ اس معنی میں ہوگا کہ جہاں مجبوری یا کمپلشن کی صورت ہو، وہاں تو وہ اجتہاد پر عمل کریں گے لیکن جہاں مجبوری کی صورتحال نہ ہوگی، وہاں وہ اپنے روایتی ذہن پر قائم رہیں گے اور اجتہاد نہ کر سکیں گے۔</w:t>
      </w:r>
    </w:p>
    <w:p>
      <w:r>
        <w:rPr>
          <w:b/>
        </w:rPr>
        <w:t xml:space="preserve">[55:54] </w:t>
      </w:r>
      <w:r>
        <w:t>is ki ek misaal yeh hai ke Quran mein hajj ke bare mein yeh ayat aayi hai: "wa azzin fi an-naasi bil haj ya'tuka rijaalan wa 'ala kulli ghamirin ya'teena min kulli fajjin 'ameeq." yani aur logon mein hajj ka ailan kar do.</w:t>
      </w:r>
    </w:p>
    <w:p>
      <w:pPr>
        <w:jc w:val="right"/>
      </w:pPr>
      <w:r>
        <w:t>اس کی ایک مثال یہ ہے کہ قرآن میں حج کے بارے میں یہ آیت آئی ہے: "وأذن في الناس بالحج یأتوك رجالا وعلی کل غامر یأتین من کل فج عميق." یعنی اور لوگوں میں حج کا اعلان کر دو۔</w:t>
      </w:r>
    </w:p>
    <w:p>
      <w:r>
        <w:rPr>
          <w:b/>
        </w:rPr>
        <w:t xml:space="preserve">[56:13] </w:t>
      </w:r>
      <w:r>
        <w:t>woh tumhare paas aayenge pairon par chal kar aur dabley oonton par sawaar ho kar door daraaz raston se aayenge. is ayat se bazahir yeh maloom hota hai ke hajiyon ko chahiye ke woh apne maqamat se oont par safar kar ke Makkah pohanchein.</w:t>
      </w:r>
    </w:p>
    <w:p>
      <w:pPr>
        <w:jc w:val="right"/>
      </w:pPr>
      <w:r>
        <w:t>وہ تمہارے پاس آئیں گے پیروں پر چل کر اور دبلے اونٹوں پر سوار ہو کر دور دراز راستوں سے آئیں گے۔ اس آیت سے بظاہر یہ معلوم ہوتا ہے کہ حاجیوں کو چاہیے کہ وہ اپنے مقامات سے اونٹ پر سفر کر کے مکہ پہنچیں۔</w:t>
      </w:r>
    </w:p>
    <w:p>
      <w:r>
        <w:rPr>
          <w:b/>
        </w:rPr>
        <w:t xml:space="preserve">[56:30] </w:t>
      </w:r>
      <w:r>
        <w:t>qadeem zamane mein aisa hi hota tha magar maujooda zamane mein jab mashini sawari ka daur aaya to ab koi haji aisa nahi karta ke woh ab bhi sawari ke liye oont ka istemal kare aur is tarah maqamat e hajj tak pohanche.</w:t>
      </w:r>
    </w:p>
    <w:p>
      <w:pPr>
        <w:jc w:val="right"/>
      </w:pPr>
      <w:r>
        <w:t>قدیم زمانے میں ایسا ہی ہوتا تھا مگر موجودہ زمانے میں جب مشینی سواری کا دور آیا تو اب کوئی حاجی ایسا نہیں کرتا کہ وہ اب بھی سواری کے لیے اونٹ کا استعمال کرے اور اس طرح مقامات حج تک پہنچے۔</w:t>
      </w:r>
    </w:p>
    <w:p>
      <w:r>
        <w:rPr>
          <w:b/>
        </w:rPr>
        <w:t xml:space="preserve">[56:46] </w:t>
      </w:r>
      <w:r>
        <w:t>balke ab tamam haji yahi karte hain ke door ke maqamat se woh hawai jahaz par safar karte hain aur qareeb ke maqamat se caron aur buson par.</w:t>
      </w:r>
    </w:p>
    <w:p>
      <w:pPr>
        <w:jc w:val="right"/>
      </w:pPr>
      <w:r>
        <w:t>بلکہ اب تمام حاجی یہی کرتے ہیں کہ دور کے مقامات سے وہ ہوائی جہاز پر سفر کرتے ہیں اور قریب کے مقامات سے کاروں اور بسوں پر۔</w:t>
      </w:r>
    </w:p>
    <w:p>
      <w:r>
        <w:rPr>
          <w:b/>
        </w:rPr>
        <w:t xml:space="preserve">[56:57] </w:t>
      </w:r>
      <w:r>
        <w:t>halankeh is maamle mein aisa nahi hua ke ulma ne jama ho kar yeh fatwa diya ho ke ab zamana badal gaya hai. is liye logon ko chahiye ke woh haiwani sawari ke bajaye mashini sawari par safar kar ke maqam e hajj tak pohanchein.</w:t>
      </w:r>
    </w:p>
    <w:p>
      <w:pPr>
        <w:jc w:val="right"/>
      </w:pPr>
      <w:r>
        <w:t>حالانکہ اس معاملے میں ایسا نہیں ہوا کہ علماء نے جمع ہو کر یہ فتویٰ دیا ہو کہ اب زمانہ بدل گیا ہے۔ اس لیے لوگوں کو چاہیے کہ وہ حیوانی سواری کے بجائے مشینی سواری پر سفر کر کے مقام حج تک پہنچیں۔</w:t>
      </w:r>
    </w:p>
    <w:p>
      <w:r>
        <w:rPr>
          <w:b/>
        </w:rPr>
        <w:t xml:space="preserve">[57:13] </w:t>
      </w:r>
      <w:r>
        <w:t>waqiat batate hain ke zamane ke halaat mein aur bohat si tabdiliyan hu'een. taham ummat ke awam ya ulma is maamle mein aisa na kar sake ke woh ijtihad karen aur qadeem tareeqe ko chhod kar naye tareeqe par amal karen.</w:t>
      </w:r>
    </w:p>
    <w:p>
      <w:pPr>
        <w:jc w:val="right"/>
      </w:pPr>
      <w:r>
        <w:t>واقعات بتاتے ہیں کہ زمانے کے حالات میں اور بہت سی تبدیلیاں ہوئیں۔ تاہم امت کے عوام یا علماء اس معاملے میں ایسا نہ کر سکے کہ وہ اجتہاد کریں اور قدیم طریقے کو چھوڑ کر نئے طریقے پر عمل کریں۔</w:t>
      </w:r>
    </w:p>
    <w:p>
      <w:r>
        <w:rPr>
          <w:b/>
        </w:rPr>
        <w:t xml:space="preserve">[57:30] </w:t>
      </w:r>
      <w:r>
        <w:t>is ki ek misaal yeh hai ke maujooda zamane mein jad o jahad ka tareeqa badal gaya hai. qadeem zamane mein kisi maqsad ke hasool ke liye mutashaddidana jad o jahad ya violent struggle ka tareeqa raaij tha.</w:t>
      </w:r>
    </w:p>
    <w:p>
      <w:pPr>
        <w:jc w:val="right"/>
      </w:pPr>
      <w:r>
        <w:t>اس کی ایک مثال یہ ہے کہ موجودہ زمانے میں جدوجہد کا طریقہ بدل گیا ہے۔ قدیم زمانے میں کسی مقصد کے حصول کے لیے متشددانہ جدوجہد یا وائلنٹ سٹرگل کا طریقہ رائج تھا۔</w:t>
      </w:r>
    </w:p>
    <w:p>
      <w:r>
        <w:rPr>
          <w:b/>
        </w:rPr>
        <w:t xml:space="preserve">[57:45] </w:t>
      </w:r>
      <w:r>
        <w:t>magar maujooda zamane mein aisi tabdiliyan hu'een ke ab mutashaddidana jad o jahad ka tareeqa ghair mu'assir ban gaya. ab yeh mumkin ho gaya ke pur aman jad o jahad ya peaceful struggle ke zariye har qism ke maqasid hasil kiye ja saken.</w:t>
      </w:r>
    </w:p>
    <w:p>
      <w:pPr>
        <w:jc w:val="right"/>
      </w:pPr>
      <w:r>
        <w:t>مگر موجودہ زمانے میں ایسی تبدیلیاں ہوئیں کہ اب متشددانہ جدوجہد کا طریقہ غیر موثر بن گیا۔ اب یہ ممکن ہو گیا کہ پرامن جدوجہد یا پیس فل سٹرگل کے ذریعے ہر قسم کے مقاصد حاصل کیے جا سکیں۔</w:t>
      </w:r>
    </w:p>
    <w:p>
      <w:r>
        <w:rPr>
          <w:b/>
        </w:rPr>
        <w:t xml:space="preserve">[58:03] </w:t>
      </w:r>
      <w:r>
        <w:t>aisi halat mein ijtihad ka taqaza tha ke maujooda zamane ke musalman tashaddud ke tareeqe ko mukammal taur par chhod den aur aman ke tareeqe ko poori tarah ikhtiyar kar len.</w:t>
      </w:r>
    </w:p>
    <w:p>
      <w:pPr>
        <w:jc w:val="right"/>
      </w:pPr>
      <w:r>
        <w:t>ایسی حالت میں اجتہاد کا تقاضا تھا کہ موجودہ زمانے کے مسلمان تشدد کے طریقے کو مکمل طور پر چھوڑ دیں اور امن کے طریقے کو پوری طرح اختیار کر لیں۔</w:t>
      </w:r>
    </w:p>
    <w:p>
      <w:r>
        <w:rPr>
          <w:b/>
        </w:rPr>
        <w:t xml:space="preserve">[58:17] </w:t>
      </w:r>
      <w:r>
        <w:t>magar maujooda zamane ke musalman aisa na kar sake. halankeh is maamle mein hadith e rasool mein peshagi taur par rehnumai maujood thi.</w:t>
      </w:r>
    </w:p>
    <w:p>
      <w:pPr>
        <w:jc w:val="right"/>
      </w:pPr>
      <w:r>
        <w:t>مگر موجودہ زمانے کے مسلمان ایسا نہ کر سکے۔ حالانکہ اس معاملے میں حدیث رسول میں پیشگی طور پر رہنمائی موجود تھی۔</w:t>
      </w:r>
    </w:p>
    <w:p>
      <w:r>
        <w:rPr>
          <w:b/>
        </w:rPr>
        <w:t xml:space="preserve">[58:27] </w:t>
      </w:r>
      <w:r>
        <w:t>hazrat aisha razi allahu taala rasool allah salallahu alaihi wasallam ke bare mein batati hain: "ma khaira rasool allah salallahu alaihi wasallam bain amrain ahaduhuma yusr min al-akhar ila ikhtar yusr-huma." sahih.</w:t>
      </w:r>
    </w:p>
    <w:p>
      <w:pPr>
        <w:jc w:val="right"/>
      </w:pPr>
      <w:r>
        <w:t>حضرت عائشہ رضی اللہ تعالیٰ رسول اللہ صلی اللہ علیہ وسلم کے بارے میں بتاتی ہیں: "ما خیرا رسول اللہ صلی اللہ علیہ وسلم بین امرین احدہما ایسرو من الاخر الا اختار ایسرہما." صحیح۔</w:t>
      </w:r>
    </w:p>
    <w:p>
      <w:r>
        <w:rPr>
          <w:b/>
        </w:rPr>
        <w:t xml:space="preserve">[58:46] </w:t>
      </w:r>
      <w:r>
        <w:t>sahih muslim. yani aap ko jab bhi do kamon mein ek ikhtiyar karna hota jin mein se ek dusre se aasan hota to aap un donon mein se aasan kam ko ikhtiyar farmate.</w:t>
      </w:r>
    </w:p>
    <w:p>
      <w:pPr>
        <w:jc w:val="right"/>
      </w:pPr>
      <w:r>
        <w:t>صحیح مسلم۔ یعنی آپ کو جب بھی دو کاموں میں ایک اختیار کرنا ہوتا جن میں سے ایک دوسرے سے آسان ہوتا تو آپ ان دونوں میں سے آسان کام کو اختیار فرماتے۔</w:t>
      </w:r>
    </w:p>
    <w:p>
      <w:r>
        <w:rPr>
          <w:b/>
        </w:rPr>
        <w:t xml:space="preserve">[58:59] </w:t>
      </w:r>
      <w:r>
        <w:t>yeh zahir hai ke mutashaddidana tareeqa-e-kar ke muqable mein pur-aman tareeqa-e-kar aasan hai. aisi halat mein hadith-e-rasool ke mutabiq musalmanon par farz hai ke woh mutashaddidana tareeqa-e-kar ko mukammal taur par chhod den aur apne maqsad ke husool ke liye sirf pur-aman tareeqa-e-kar par amal karen.</w:t>
      </w:r>
    </w:p>
    <w:p>
      <w:pPr>
        <w:jc w:val="right"/>
      </w:pPr>
      <w:r>
        <w:t>یہ ظاہر ہے کہ متشددانہ طریقہ کار کے مقابلے میں پرامن طریقہ کار آسان ہے۔ ایسی حالت میں حدیث رسول کے مطابق مسلمانوں پر فرض ہے کہ وہ متشددانہ طریقہ کار کو مکمل طور پر چھوڑ دیں اور اپنے مقصد کے حصول کے لیے صرف پرامن طریقہ کار پر عمل کریں۔</w:t>
      </w:r>
    </w:p>
    <w:p>
      <w:r>
        <w:rPr>
          <w:b/>
        </w:rPr>
        <w:t xml:space="preserve">[59:20] </w:t>
      </w:r>
      <w:r>
        <w:t>magar ijtihad ke fuqdan ki bina par maujooda zamane ke musalman aisa na kar saken.</w:t>
      </w:r>
    </w:p>
    <w:p>
      <w:pPr>
        <w:jc w:val="right"/>
      </w:pPr>
      <w:r>
        <w:t>مگر اجتہاد کے فقدان کی بنا پر موجودہ زمانے کے مسلمان ایسا نہ کر سکیں۔</w:t>
      </w:r>
    </w:p>
    <w:p>
      <w:r>
        <w:rPr>
          <w:b/>
        </w:rPr>
        <w:t xml:space="preserve">[59:32] </w:t>
      </w:r>
      <w:r>
        <w:t>rasool aur ashaab-e-rasool. tamam paighambaron ke aakhir mein allah taala ne muhammad salallahu alaihi wasallam ko mab-oos kiya.</w:t>
      </w:r>
    </w:p>
    <w:p>
      <w:pPr>
        <w:jc w:val="right"/>
      </w:pPr>
      <w:r>
        <w:t>رسول اور اصحاب رسول۔ تمام پیغمبروں کے آخر میں اللہ تعالیٰ نے محمد صلی اللہ علیہ وسلم کو مبعوث کیا۔</w:t>
      </w:r>
    </w:p>
    <w:p>
      <w:r>
        <w:rPr>
          <w:b/>
        </w:rPr>
        <w:t xml:space="preserve">[59:44] </w:t>
      </w:r>
      <w:r>
        <w:t>hazrat ali rasool allah ke bare mein farmate hain ke jo bhi aap ko pehli bar dekhta mar-oob ho jata. jo saath baithta woh aap se mohabbat karne lagta.</w:t>
      </w:r>
    </w:p>
    <w:p>
      <w:pPr>
        <w:jc w:val="right"/>
      </w:pPr>
      <w:r>
        <w:t>حضرت علی رسول اللہ کے بارے میں فرماتے ہیں کہ جو بھی آپ کو پہلی بار دیکھتا مرعوب ہو جاتا۔ جو ساتھ بیٹھتا وہ آپ سے محبت کرنے لگتا۔</w:t>
      </w:r>
    </w:p>
    <w:p>
      <w:r>
        <w:rPr>
          <w:b/>
        </w:rPr>
        <w:t xml:space="preserve">[59:56] </w:t>
      </w:r>
      <w:r>
        <w:t>sunan at-tirmidhi. ek hadith jami al-usool mein hai. rasool allah farmate hain ke mere rab ne mujhe nau baaton ka hukum diya hai.</w:t>
      </w:r>
    </w:p>
    <w:p>
      <w:pPr>
        <w:jc w:val="right"/>
      </w:pPr>
      <w:r>
        <w:t>سنن الترمذی۔ ایک حدیث جامع الاصول میں ہے۔ رسول اللہ فرماتے ہیں کہ میرے رب نے مجھے نو باتوں کا حکم دیا ہے۔</w:t>
      </w:r>
    </w:p>
    <w:p>
      <w:r>
        <w:rPr>
          <w:b/>
        </w:rPr>
        <w:t xml:space="preserve">[1:00:07] </w:t>
      </w:r>
      <w:r>
        <w:t>number ek: khule aur chhupe har haal mein allah se darta rahoon. number do: ghusse mein hoon ya khushi mein hamesha insaaf ki baat kahoon.</w:t>
      </w:r>
    </w:p>
    <w:p>
      <w:pPr>
        <w:jc w:val="right"/>
      </w:pPr>
      <w:r>
        <w:t>نمبر ایک: کھلے اور چھپے ہر حال میں اللہ سے ڈرتا رہوں۔ نمبر دو: غصے میں ہوں یا خوشی میں ہمیشہ انصاف کی بات کہوں۔</w:t>
      </w:r>
    </w:p>
    <w:p>
      <w:r>
        <w:rPr>
          <w:b/>
        </w:rPr>
        <w:t xml:space="preserve">[1:00:18] </w:t>
      </w:r>
      <w:r>
        <w:t>number teen: muhtaji aur amiri mein donon halaton mein etidal par qaim rahoon. number char: jo mujh se kate main us se judoon.</w:t>
      </w:r>
    </w:p>
    <w:p>
      <w:pPr>
        <w:jc w:val="right"/>
      </w:pPr>
      <w:r>
        <w:t>نمبر تین: محتاجی اور امیری میں دونوں حالتوں میں اعتدال پر قائم رہوں۔ نمبر چار: جو مجھ سے کٹے میں اس سے جڑوں۔</w:t>
      </w:r>
    </w:p>
    <w:p>
      <w:r>
        <w:rPr>
          <w:b/>
        </w:rPr>
        <w:t xml:space="preserve">[1:00:29] </w:t>
      </w:r>
      <w:r>
        <w:t>number panch: jo mujhe mehroom kare main us ko doon. number chheh: jo mujh par zulm kare main us ko maaf kar doon.</w:t>
      </w:r>
    </w:p>
    <w:p>
      <w:pPr>
        <w:jc w:val="right"/>
      </w:pPr>
      <w:r>
        <w:t>نمبر پانچ: جو مجھے محروم کرے میں اس کو دوں۔ نمبر چھ: جو مجھ پر ظلم کرے میں اس کو معاف کر دوں۔</w:t>
      </w:r>
    </w:p>
    <w:p>
      <w:r>
        <w:rPr>
          <w:b/>
        </w:rPr>
        <w:t xml:space="preserve">[1:00:39] </w:t>
      </w:r>
      <w:r>
        <w:t>number saat: aur meri khamoshi ghawr-o-fikr ki khamoshi ho. number aath: mera bolna yaad-e-ilahi ka bolna ho.</w:t>
      </w:r>
    </w:p>
    <w:p>
      <w:pPr>
        <w:jc w:val="right"/>
      </w:pPr>
      <w:r>
        <w:t>نمبر سات: اور میری خاموشی غور و فکر کی خاموشی ہو۔ نمبر آٹھ: میرا بولنا یاد الہی کا بولنا ہو۔</w:t>
      </w:r>
    </w:p>
    <w:p>
      <w:r>
        <w:rPr>
          <w:b/>
        </w:rPr>
        <w:t xml:space="preserve">[1:00:48] </w:t>
      </w:r>
      <w:r>
        <w:t>number nau: mera dekhna ibret ka dekhna ho. rasool allah salallahu alaihi wasallam ne farmaya ke aqalmand shakhs ke liye laazim hai ke us par kuch ghariyan guzren.</w:t>
      </w:r>
    </w:p>
    <w:p>
      <w:pPr>
        <w:jc w:val="right"/>
      </w:pPr>
      <w:r>
        <w:t>نمبر نو: میرا دیکھنا عبرت کا دیکھنا ہو۔ رسول اللہ صلی اللہ علیہ وسلم نے فرمایا کہ عقلمند شخص کے لیے لازم ہے کہ اس پر کچھ گھڑیاں گزریں۔</w:t>
      </w:r>
    </w:p>
    <w:p>
      <w:r>
        <w:rPr>
          <w:b/>
        </w:rPr>
        <w:t xml:space="preserve">[1:01:02] </w:t>
      </w:r>
      <w:r>
        <w:t>aisi ghari jab ke woh apne rab se baatein kare. aisi ghari jab ke woh apni zaat ka muhasiba kare. aisi ghari jab ke woh khuda ki takhleeq mein ghawr kar raha ho.</w:t>
      </w:r>
    </w:p>
    <w:p>
      <w:pPr>
        <w:jc w:val="right"/>
      </w:pPr>
      <w:r>
        <w:t>ایسی گھڑی جب کہ وہ اپنے رب سے باتیں کرے۔ ایسی گھڑی جب کہ وہ اپنی ذات کا محاسبہ کرے۔ ایسی گھڑی جب کہ وہ خدا کی تخلیق میں غور کر رہا ہو۔</w:t>
      </w:r>
    </w:p>
    <w:p>
      <w:r>
        <w:rPr>
          <w:b/>
        </w:rPr>
        <w:t xml:space="preserve">[1:01:17] </w:t>
      </w:r>
      <w:r>
        <w:t>aur aisi ghari jab ke woh khane peene ki zarooriyat ke liye waqt nikale. hazrat umm salama bayan karti hain ke rasool allah un ke ghar mein the.</w:t>
      </w:r>
    </w:p>
    <w:p>
      <w:pPr>
        <w:jc w:val="right"/>
      </w:pPr>
      <w:r>
        <w:t>اور ایسی گھڑی جب کہ وہ کھانے پینے کی ضرورتوں کے لیے وقت نکالے۔ حضرت ام سلمہ بیان کرتی ہیں کہ رسول اللہ ان کے گھر میں تھے۔</w:t>
      </w:r>
    </w:p>
    <w:p>
      <w:r>
        <w:rPr>
          <w:b/>
        </w:rPr>
        <w:t xml:space="preserve">[1:01:27] </w:t>
      </w:r>
      <w:r>
        <w:t>aap ne khadima ko bulaya. us ne aane mein der kar di. aap ke chehre par ghussa zahir ho gaya. umm salama ne parde ke peeche ja kar dekha to khadima ko khelte hue paya.</w:t>
      </w:r>
    </w:p>
    <w:p>
      <w:pPr>
        <w:jc w:val="right"/>
      </w:pPr>
      <w:r>
        <w:t>آپ نے خادمہ کو بلایا۔ اس نے آنے میں دیر کر دی۔ آپ کے چہرے پر غصہ ظاہر ہو گیا۔ ام سلمہ نے پردے کے پیچھے جا کر دیکھا تو خادمہ کو کھیلتے ہوئے پایا۔</w:t>
      </w:r>
    </w:p>
    <w:p>
      <w:r>
        <w:rPr>
          <w:b/>
        </w:rPr>
        <w:t xml:space="preserve">[1:01:39] </w:t>
      </w:r>
      <w:r>
        <w:t>us waqt aap ke haath mein miswak thi. aap ne khadima ko mukhatib karte hue farmaya: "agar qayamat ke din mujhe badle ka dar na hota to main tujh ko is miswak se marta." lula khashiyat al-qawm yawm al-qiyamah la-ajatuka bi-hadha al-siwak.</w:t>
      </w:r>
    </w:p>
    <w:p>
      <w:pPr>
        <w:jc w:val="right"/>
      </w:pPr>
      <w:r>
        <w:t>اس وقت آپ کے ہاتھ میں مسواک تھی۔ آپ نے خادمہ کو مخاطب کرتے ہوئے فرمایا: "اگر قیامت کے دن مجھے بدلے کا ڈر نہ ہوتا تو میں تجھ کو اس مسواک سے مارتا۔" لولا خشیت القو یوم القیامت لاجاتک بہذا السواک۔</w:t>
      </w:r>
    </w:p>
    <w:p>
      <w:r>
        <w:rPr>
          <w:b/>
        </w:rPr>
        <w:t xml:space="preserve">[1:01:58] </w:t>
      </w:r>
      <w:r>
        <w:t>al-adab al-mufrad li al-bukhari. badr ki jang do hijri mein hui. jo log qaid ban kar aaye woh rasool allah ke badtareen dushman the.</w:t>
      </w:r>
    </w:p>
    <w:p>
      <w:pPr>
        <w:jc w:val="right"/>
      </w:pPr>
      <w:r>
        <w:t>الادب المفرد للبخاری۔ بدر کی جنگ دو ہجری میں ہوئی۔ جو لوگ قیدی بن کر آئے وہ رسول اللہ کے بدترین دشمن تھے۔</w:t>
      </w:r>
    </w:p>
    <w:p>
      <w:r>
        <w:rPr>
          <w:b/>
        </w:rPr>
        <w:t xml:space="preserve">[1:02:07] </w:t>
      </w:r>
      <w:r>
        <w:t>magar aap ne un ke sath behtareen sulook kiya. un qaidiyon mein ek shakhs suhail bin amr tha. woh apni shayari se rasool allah ke bare mein gustakhana taqreer karta tha.</w:t>
      </w:r>
    </w:p>
    <w:p>
      <w:pPr>
        <w:jc w:val="right"/>
      </w:pPr>
      <w:r>
        <w:t>مگر آپ نے ان کے ساتھ بہترین سلوک کیا۔ ان قیدیوں میں ایک شخص سہیل بن عمرو تھا۔ وہ اپنی شاعری سے رسول اللہ کے بارے میں گستاخانہ تقریر کرتا تھا۔</w:t>
      </w:r>
    </w:p>
    <w:p>
      <w:r>
        <w:rPr>
          <w:b/>
        </w:rPr>
        <w:t xml:space="preserve">[1:02:21] </w:t>
      </w:r>
      <w:r>
        <w:t>hazrat umar ne mashwara diya ke us ke samne wale daant tod diye jayen taake aindah yeh taqreer na kar sake. lekin aap ne farmaya: "agar main aisa karoon to khuda mera chehra bigaad dega.</w:t>
      </w:r>
    </w:p>
    <w:p>
      <w:pPr>
        <w:jc w:val="right"/>
      </w:pPr>
      <w:r>
        <w:t>حضرت عمر نے مشورہ دیا کہ اس کے سامنے والے دانت توڑ دیے جائیں تاکہ آئندہ یہ تقریر نہ کر سکے۔ لیکن آپ نے فرمایا: "اگر میں ایسا کروں تو خدا میرا چہرہ بگاڑ دے گا۔</w:t>
      </w:r>
    </w:p>
    <w:p>
      <w:r>
        <w:rPr>
          <w:b/>
        </w:rPr>
        <w:t xml:space="preserve">[1:02:34] </w:t>
      </w:r>
      <w:r>
        <w:t>agarche main khuda ka rasool hoon." la-amthil bihi fa-yusallit allahu alay-ya wa in kuntu nabiyyan. hasan basri tabi ne ek bar apne zamane ke logon se kaha ke maine satar badri sahabi ko dekha hai.</w:t>
      </w:r>
    </w:p>
    <w:p>
      <w:pPr>
        <w:jc w:val="right"/>
      </w:pPr>
      <w:r>
        <w:t>اگرچہ میں خدا کا رسول ہوں۔" لا امثل بہ فیصل اللہ بی وان کنت نبی۔ حسن بصری تابعی نے ایک بار اپنے زمانے کے لوگوں سے کہا کہ میں نے ستر بدری صحابیوں کو دیکھا ہے۔</w:t>
      </w:r>
    </w:p>
    <w:p>
      <w:r>
        <w:rPr>
          <w:b/>
        </w:rPr>
        <w:t xml:space="preserve">[1:02:49] </w:t>
      </w:r>
      <w:r>
        <w:t>un ka libaas zyada tar soof ka hota tha. agar tum un ko dekhte to kehte ke yeh majnoon hain. aur agar woh tum ko dekhte to kehte ke un ka deen mein koi hissa nahi hai.</w:t>
      </w:r>
    </w:p>
    <w:p>
      <w:pPr>
        <w:jc w:val="right"/>
      </w:pPr>
      <w:r>
        <w:t>ان کا لباس زیادہ تر صوف کا ہوتا تھا۔ اگر تم ان کو دیکھتے تو کہتے کہ یہ مجنون ہیں۔ اور اگر وہ تم کو دیکھتے تو کہتے کہ ان کا دین میں کوئی حصہ نہیں ہے۔</w:t>
      </w:r>
    </w:p>
    <w:p>
      <w:r>
        <w:rPr>
          <w:b/>
        </w:rPr>
        <w:t xml:space="preserve">[1:03:01] </w:t>
      </w:r>
      <w:r>
        <w:t>ma li-ha min khalaq. aur agar woh tumhare buron ko dekhte to kehte ke yeh log hisab ke din par yaqeen nahi rakhte.</w:t>
      </w:r>
    </w:p>
    <w:p>
      <w:pPr>
        <w:jc w:val="right"/>
      </w:pPr>
      <w:r>
        <w:t>ما لیہا من خلاق۔ اور اگر وہ تمہارے بروں کو دیکھتے تو کہتے کہ یہ لوگ حساب کے دن پر یقین نہیں رکھتے۔</w:t>
      </w:r>
    </w:p>
    <w:p>
      <w:r>
        <w:rPr>
          <w:b/>
        </w:rPr>
        <w:t xml:space="preserve">[1:03:10] </w:t>
      </w:r>
      <w:r>
        <w:t>ma yawm al-hisab. hilyat al-awliya wa tabaqat al-asfiya. abdullah bin masood kehte hain ke ashaab-e-rasool is ummat ke behtareen log the.</w:t>
      </w:r>
    </w:p>
    <w:p>
      <w:pPr>
        <w:jc w:val="right"/>
      </w:pPr>
      <w:r>
        <w:t>ما یوم الحساب۔ حلیۃ الاولیاء وطبقات الاصفیاء۔ عبداللہ بن مسعود کہتے ہیں کہ اصحاب رسول اس امت کے بہترین لوگ تھے۔</w:t>
      </w:r>
    </w:p>
    <w:p>
      <w:r>
        <w:rPr>
          <w:b/>
        </w:rPr>
        <w:t xml:space="preserve">[1:03:23] </w:t>
      </w:r>
      <w:r>
        <w:t>woh bohat achhe dil wale, bohat gehre ilm wale aur takallufat se door the. rasool aur ashaab-e-rasool ki yeh zindagi ikhtiyari zindagi thi.</w:t>
      </w:r>
    </w:p>
    <w:p>
      <w:pPr>
        <w:jc w:val="right"/>
      </w:pPr>
      <w:r>
        <w:t>وہ بہت اچھے دل والے، بہت گہرے علم والے اور تکلفات سے دور تھے۔ رسول اور اصحاب رسول کی یہ زندگی اختیاری زندگی تھی۔</w:t>
      </w:r>
    </w:p>
    <w:p>
      <w:r>
        <w:rPr>
          <w:b/>
        </w:rPr>
        <w:t xml:space="preserve">[1:03:34] </w:t>
      </w:r>
      <w:r>
        <w:t>woh kisi majboori ki bina par na thi. yahi tareeqa baad ke logon ke liye bhi namoona hai.</w:t>
      </w:r>
    </w:p>
    <w:p>
      <w:pPr>
        <w:jc w:val="right"/>
      </w:pPr>
      <w:r>
        <w:t>وہ کسی مجبوری کی بنا پر نہ تھی۔ یہی طریقہ بعد کے لوگوں کے لیے بھی نمونہ ہے۔</w:t>
      </w:r>
    </w:p>
    <w:p>
      <w:r>
        <w:rPr>
          <w:b/>
        </w:rPr>
        <w:t xml:space="preserve">[1:03:47] </w:t>
      </w:r>
      <w:r>
        <w:t>muawin-e-islam tehzeeb. tehzeeb ya civilization kya hai? tehzeeb aik jadeed istilaah hai. is se muraad social taraqqi ka woh stage hai jo zindagi ke tamam pehluon ko samete hue ho.</w:t>
      </w:r>
    </w:p>
    <w:p>
      <w:pPr>
        <w:jc w:val="right"/>
      </w:pPr>
      <w:r>
        <w:t>معاون اسلام تہذیب۔ تہذیب یا سویلائزیشن کیا ہے؟ تہذیب ایک جدید اصطلاح ہے۔ اس سے مراد سوشل ترقی کا وہ اسٹیج ہے جو زندگی کے تمام پہلوؤں کو سمیٹے ہوئے ہو۔</w:t>
      </w:r>
    </w:p>
    <w:p>
      <w:r>
        <w:rPr>
          <w:b/>
        </w:rPr>
        <w:t xml:space="preserve">[1:04:03] </w:t>
      </w:r>
      <w:r>
        <w:t>civilization is an advanced stage of human society. where people live with a reasonable degree of organization and comfort and can think about things like art and education.</w:t>
      </w:r>
    </w:p>
    <w:p>
      <w:pPr>
        <w:jc w:val="right"/>
      </w:pPr>
      <w:r>
        <w:t>سویلائزیشن از این ایڈوانس سٹیج آف ہیومن سوسائٹی۔ ویئر پیپل لیو ودا ریزنیبل ڈگری آف آرگنائزیشن اینڈ کمفرٹ اینڈ کین تھنک اباؤٹ تھنگز لائک آرٹ اینڈ ایجوکیشن۔</w:t>
      </w:r>
    </w:p>
    <w:p>
      <w:r>
        <w:rPr>
          <w:b/>
        </w:rPr>
        <w:t xml:space="preserve">[1:04:16] </w:t>
      </w:r>
      <w:r>
        <w:t>culture aik qaumi zahira hai. is ke muqable mein tehzeeb aik aam insani zahira. tareekh mein bohat si tehzeeben shumaar ki jati hain.</w:t>
      </w:r>
    </w:p>
    <w:p>
      <w:pPr>
        <w:jc w:val="right"/>
      </w:pPr>
      <w:r>
        <w:t>کلچر ایک قومی ظاہرہ ہے۔ اس کے مقابلے میں تہذیب ایک عمومی انسانی ظاہرہ۔ تاریخ میں بہت سی تہذیبیں شمار کی جاتی ہیں۔</w:t>
      </w:r>
    </w:p>
    <w:p>
      <w:r>
        <w:rPr>
          <w:b/>
        </w:rPr>
        <w:t xml:space="preserve">[1:04:26] </w:t>
      </w:r>
      <w:r>
        <w:t>lekin mabni bar fitrat zahire ke aitbar se aik hi waqea hai jis ko tehzeeb kaha ja sakta hai. aur woh maghribi tehzeeb ya western civilization hai.</w:t>
      </w:r>
    </w:p>
    <w:p>
      <w:pPr>
        <w:jc w:val="right"/>
      </w:pPr>
      <w:r>
        <w:t>لیکن مبنی بر فطرت ظاہرے کے اعتبار سے ایک ہی واقعہ ہے جس کو تہذیب کہا جا سکتا ہے۔ اور وہ مغربی تہذیب یا ویسٹرن سویلائزیشن ہے۔</w:t>
      </w:r>
    </w:p>
    <w:p>
      <w:r>
        <w:rPr>
          <w:b/>
        </w:rPr>
        <w:t xml:space="preserve">[1:04:37] </w:t>
      </w:r>
      <w:r>
        <w:t>doosri tehzeeben apni haqeeqat ke aitbar se qaumi culture theen, na ke kamil maanon mein tehzeeb. is silsile mein amriki musannif ki kitaab bohat mashhoor hui.</w:t>
      </w:r>
    </w:p>
    <w:p>
      <w:pPr>
        <w:jc w:val="right"/>
      </w:pPr>
      <w:r>
        <w:t>دوسری تہذیبیں اپنی حقیقت کے اعتبار سے قومی کلچر تھیں، نہ کہ کامل معنوں میں تہذیب۔ اس سلسلے میں امریکی مصنف کی کتاب بہت مشہور ہوئی۔</w:t>
      </w:r>
    </w:p>
    <w:p>
      <w:r>
        <w:rPr>
          <w:b/>
        </w:rPr>
        <w:t xml:space="preserve">[1:04:50] </w:t>
      </w:r>
      <w:r>
        <w:t>samuel p. huntington ne "the clash of civilizations and the remaking of world order" 1996. is kitaab ka title mere nazdeek confusion paida karta hai.</w:t>
      </w:r>
    </w:p>
    <w:p>
      <w:pPr>
        <w:jc w:val="right"/>
      </w:pPr>
      <w:r>
        <w:t>سیموئل پی ہنٹنگٹن نے "دا کلیش آف سویلائزیشنز اینڈ دا ریمیکنگ آف ورلڈ آرڈر" 1996۔ اس کتاب کا ٹائٹل میرے نزدیک کنفیوژن پیدا کرتا ہے۔</w:t>
      </w:r>
    </w:p>
    <w:p>
      <w:r>
        <w:rPr>
          <w:b/>
        </w:rPr>
        <w:t xml:space="preserve">[1:05:04] </w:t>
      </w:r>
      <w:r>
        <w:t>musannif ne kitaab ka title "tehzeebon ka takraav" banaya hai. magar kitaab ka mutala'a batata hai ke is ka mozu apni haqeeqat ke aitbar se qaumi interest hai, na ke tehzeebon ka takraav.</w:t>
      </w:r>
    </w:p>
    <w:p>
      <w:pPr>
        <w:jc w:val="right"/>
      </w:pPr>
      <w:r>
        <w:t>مصنف نے کتاب کا ٹائٹل "تہذیبوں کا تصادم" بنایا ہے۔ مگر کتاب کا مطالعہ بتاتا ہے کہ اس کا موضوع اپنی حقیقت کے اعتبار سے قومی انٹرسٹ ہے، نہ کہ تہذیبوں کا تصادم۔</w:t>
      </w:r>
    </w:p>
    <w:p>
      <w:r>
        <w:rPr>
          <w:b/>
        </w:rPr>
        <w:t xml:space="preserve">[1:05:18] </w:t>
      </w:r>
      <w:r>
        <w:t>maghribi tehzeeb apni haqeeqat ke aitbar se maghribi tehzeeb nahi hai, balke woh aik mabni bar fitrat tehzeeb hai. is aitbar se woh poori insaniyat ka mushtarak سرمایہ hai.</w:t>
      </w:r>
    </w:p>
    <w:p>
      <w:pPr>
        <w:jc w:val="right"/>
      </w:pPr>
      <w:r>
        <w:t>مغربی تہذیب اپنی حقیقت کے اعتبار سے مغربی تہذیب نہیں ہے، بلکہ وہ ایک مبنی بر فطرت تہذیب ہے۔ اس اعتبار سے وہ پوری انسانیت کا مشترک سرمایہ ہے۔</w:t>
      </w:r>
    </w:p>
    <w:p>
      <w:r>
        <w:rPr>
          <w:b/>
        </w:rPr>
        <w:t xml:space="preserve">[1:05:32] </w:t>
      </w:r>
      <w:r>
        <w:t>kuch maqami asraat ki bina par is ko maghribi tehzeeb kaha jata hai, lekin maqami asraat ko hadaf kar ke dekha jaye to woh bilashuba aik insani tehzeeb hai.</w:t>
      </w:r>
    </w:p>
    <w:p>
      <w:pPr>
        <w:jc w:val="right"/>
      </w:pPr>
      <w:r>
        <w:t>کچھ مقامی اثرات کی بنا پر اس کو مغربی تہذیب کہا جاتا ہے، لیکن مقامی اثرات کو حذف کر کے دیکھا جائے تو وہ بلاشبہ ایک انسانی تہذیب ہے۔</w:t>
      </w:r>
    </w:p>
    <w:p>
      <w:r>
        <w:rPr>
          <w:b/>
        </w:rPr>
        <w:t xml:space="preserve">[1:05:45] </w:t>
      </w:r>
      <w:r>
        <w:t>har groh is mein barabar ka hissadaar hai. hatta ke muslim groh mein izafi pehluon ko nazar andaaz kar diya jaye to maghribi tehzeeb ko islami tehzeeb kehna baja taur par durust hoga.</w:t>
      </w:r>
    </w:p>
    <w:p>
      <w:pPr>
        <w:jc w:val="right"/>
      </w:pPr>
      <w:r>
        <w:t>ہر گروہ اس میں برابر کا حصہ دار ہے۔ حتیٰ کہ مسلم گروہ میں اضافی پہلوؤں کو نظر انداز کر دیا جائے تو مغربی تہذیب کو اسلامی تہذیب کہنا بجا طور پر درست ہوگا۔</w:t>
      </w:r>
    </w:p>
    <w:p>
      <w:r>
        <w:rPr>
          <w:b/>
        </w:rPr>
        <w:t xml:space="preserve">[1:06:00] </w:t>
      </w:r>
      <w:r>
        <w:t>doosri tehzeeben political iqtidaar ke tehat bani. is ke bar aks maghribi tehzeeb buniyadi taur par us waqt bani jabke gher political science-daanon ne kainat ke fitri qanoon yani laws of nature ko daryaft kiya.</w:t>
      </w:r>
    </w:p>
    <w:p>
      <w:pPr>
        <w:jc w:val="right"/>
      </w:pPr>
      <w:r>
        <w:t>دوسری تہذیبیں پولیٹیکل اقتدار کے تحت بنی۔ اس کے برعکس مغربی تہذیب بنیادی طور پر اس وقت بنی جبکہ غیر پولیٹیکل سائنسدانوں نے کائنات کے فطری قوانین یعنی لاز آف نیچر کو دریافت کیا۔</w:t>
      </w:r>
    </w:p>
    <w:p>
      <w:r>
        <w:rPr>
          <w:b/>
        </w:rPr>
        <w:t xml:space="preserve">[1:06:17] </w:t>
      </w:r>
      <w:r>
        <w:t>quran ki aik mutaliq aayat in alfaaz mein aayi hai: "wa sakhkharakum ma fis samawati wa ma fil ardi jamee'an minh. inna fi zalika la ayatin li qaumin yatafakkaroon" aur us ne aasmanon aur zameen ki tamam cheezon ko tumhare liye musakhkhar kar diya, sab ko apni taraf se.</w:t>
      </w:r>
    </w:p>
    <w:p>
      <w:pPr>
        <w:jc w:val="right"/>
      </w:pPr>
      <w:r>
        <w:t>قرآن کی ایک متعلق آیت ان الفاظ میں آئی ہے: "وسخرکم ما فی السماوات وما فی الارض جمیعا منہ ان فی ذالک لایات القومی یتفکرون" اور اس نے آسمانوں اور زمین کی تمام چیزوں کو تمہارے لیے مسخر کر دیا، سب کو اپنی طرف سے۔</w:t>
      </w:r>
    </w:p>
    <w:p>
      <w:r>
        <w:rPr>
          <w:b/>
        </w:rPr>
        <w:t xml:space="preserve">[1:06:40] </w:t>
      </w:r>
      <w:r>
        <w:t>beshak is mein nishaniyan hain un logon ke liye jo ghoor karte hain. tas-heer ka matlab hai tabe' banana, to subject. tabe' ka matlab yeh hai ke insaan ke liye yeh mumkin hai ke woh dunya ki cheezon ko jis tarah chahe apni khidmat ke liye istemal kare.</w:t>
      </w:r>
    </w:p>
    <w:p>
      <w:pPr>
        <w:jc w:val="right"/>
      </w:pPr>
      <w:r>
        <w:t>بے شک اس میں نشانیاں ہیں ان لوگوں کے لیے جو غور کرتے ہیں۔ تسخیر کا مطلب ہے تابع بنانا، ٹو سبجیکٹ۔ تابع کا مطلب یہ ہے کہ انسان کے لیے یہ ممکن ہے کہ وہ دنیا کی چیزوں کو جس طرح چاہے اپنی خدمت کے لیے استعمال کرے۔</w:t>
      </w:r>
    </w:p>
    <w:p>
      <w:r>
        <w:rPr>
          <w:b/>
        </w:rPr>
        <w:t xml:space="preserve">[1:06:57] </w:t>
      </w:r>
      <w:r>
        <w:t>misal ke taur par ghoda aur bail mein pedaishi taur par yeh sift hai ke insaan jab un ko apna tabe' bana kar koi khidmat lena chahe to woh ba aasani insaan ki khidmat mein lag jate hain.</w:t>
      </w:r>
    </w:p>
    <w:p>
      <w:pPr>
        <w:jc w:val="right"/>
      </w:pPr>
      <w:r>
        <w:t>مثلاً گھوڑا اور بیل میں پیدائشی طور پر یہ صفت ہے کہ انسان جب ان کو اپنا تابع بنا کر کوئی خدمت لینا چاہے تو وہ با آسانی انسان کی خدمت میں لگ جاتے ہیں۔</w:t>
      </w:r>
    </w:p>
    <w:p>
      <w:r>
        <w:rPr>
          <w:b/>
        </w:rPr>
        <w:t xml:space="preserve">[1:07:10] </w:t>
      </w:r>
      <w:r>
        <w:t>yahi haal tamam un cheezon ka hai jo hamare aas paas is dunya mein pai jati hain. is ki doosri misal technology hai. technology ghode ki tarah khariji dunya mein peshgi taur par maujood na thi.</w:t>
      </w:r>
    </w:p>
    <w:p>
      <w:pPr>
        <w:jc w:val="right"/>
      </w:pPr>
      <w:r>
        <w:t>یہی حال تمام ان چیزوں کا ہے جو ہمارے آس پاس اس دنیا میں پائی جاتی ہیں۔ اس کی دوسری مثال ٹیکنالوجی ہے۔ ٹیکنالوجی گھوڑے کی طرح خارجی دنیا میں پیشگی طور پر موجود نہ تھی۔</w:t>
      </w:r>
    </w:p>
    <w:p>
      <w:r>
        <w:rPr>
          <w:b/>
        </w:rPr>
        <w:t xml:space="preserve">[1:07:24] </w:t>
      </w:r>
      <w:r>
        <w:t>woh insaan ke liye aik aisi cheez thi jis ko woh daryaft kare. is ke baad hi woh insaan ke liye qabil-e-istemal banti hai.</w:t>
      </w:r>
    </w:p>
    <w:p>
      <w:pPr>
        <w:jc w:val="right"/>
      </w:pPr>
      <w:r>
        <w:t>وہ انسان کے لیے ایک ایسی چیز تھی جس کو وہ دریافت کرے۔ اس کے بعد ہی وہ انسان کے لیے قابل استعمال بنتی ہے۔</w:t>
      </w:r>
    </w:p>
    <w:p>
      <w:r>
        <w:rPr>
          <w:b/>
        </w:rPr>
        <w:t xml:space="preserve">[1:07:34] </w:t>
      </w:r>
      <w:r>
        <w:t>insaan ne apni aql ko istemal kar ke yeh doosra kaam kiya. us ne technology ki mukhtalif sooraton ko daryaft kiya aur phir tajrube ke zariye un ko apne liye qabil-e-istemal banaya.</w:t>
      </w:r>
    </w:p>
    <w:p>
      <w:pPr>
        <w:jc w:val="right"/>
      </w:pPr>
      <w:r>
        <w:t>انسان نے اپنی عقل کو استعمال کر کے یہ دوسرا کام کیا۔ اس نے ٹیکنالوجی کی مختلف صورتوں کو دریافت کیا اور پھر تجربے کے ذریعے ان کو اپنے لیے قابل استعمال بنایا۔</w:t>
      </w:r>
    </w:p>
    <w:p>
      <w:r>
        <w:rPr>
          <w:b/>
        </w:rPr>
        <w:t xml:space="preserve">[1:07:46] </w:t>
      </w:r>
      <w:r>
        <w:t>is aitbar se poori kainat insaan ke liye aik musakhkhar kainat hai. kuch cheezen barah-e-rast taur par insaan ke qabza qudrat mein hain, misal ke taur par ghoda, aur kuch cheezen bil-wasta taur par insaan ke liye qabil-e-istemal hain, misal ke taur par motor car aur hawai jahaz waghera.</w:t>
      </w:r>
    </w:p>
    <w:p>
      <w:pPr>
        <w:jc w:val="right"/>
      </w:pPr>
      <w:r>
        <w:t>اس اعتبار سے پوری کائنات انسان کے لیے ایک مسخر کائنات ہے۔ کچھ چیزیں براہ راست طور پر انسان کے قبضہ قدرت میں ہیں، مثلاً گھوڑا، اور کچھ چیزیں بالواسطہ طور پر انسان کے لیے قابل استعمال ہیں، مثلاً موٹر کار اور ہوائی جہاز وغیرہ۔</w:t>
      </w:r>
    </w:p>
    <w:p>
      <w:r>
        <w:rPr>
          <w:b/>
        </w:rPr>
        <w:t xml:space="preserve">[1:08:06] </w:t>
      </w:r>
      <w:r>
        <w:t>is aitbar se poori dunya ko muawin insaan dunya kaha ja sakta hai.</w:t>
      </w:r>
    </w:p>
    <w:p>
      <w:pPr>
        <w:jc w:val="right"/>
      </w:pPr>
      <w:r>
        <w:t>اس اعتبار سے پوری دنیا کو معاون انسان دنیا کہا جا سکتا ہے۔</w:t>
      </w:r>
    </w:p>
    <w:p>
      <w:r>
        <w:rPr>
          <w:b/>
        </w:rPr>
        <w:t xml:space="preserve">[1:08:18] </w:t>
      </w:r>
      <w:r>
        <w:t>tardeedi literature. quran ki aik taleem yeh hai ke dawat-e-haq ka kaam misbat andaaz mein kiya jaye, manfi andaaz mein nahi.</w:t>
      </w:r>
    </w:p>
    <w:p>
      <w:pPr>
        <w:jc w:val="right"/>
      </w:pPr>
      <w:r>
        <w:t>تردیدی لٹریچر۔ قرآن کی ایک تعلیم یہ ہے کہ دعوت حق کا کام مثبت انداز میں کیا جائے، منفی انداز میں نہیں۔</w:t>
      </w:r>
    </w:p>
    <w:p>
      <w:r>
        <w:rPr>
          <w:b/>
        </w:rPr>
        <w:t xml:space="preserve">[1:08:30] </w:t>
      </w:r>
      <w:r>
        <w:t>is silsile mein quran ki mazkoora aayat ka mutala'a kijiye: "wa la tasubbu allazeena yad'oona min dooni Allahi fa yasubbu Allaha 'adwan bi ghayri 'ilmin" yani aur Allah ke siwa jin ko yeh log pukarte hain un ko gaali na do, warna yeh log had se guzar kar jahalat ki bina par Allah ko gaali dene lagenge.</w:t>
      </w:r>
    </w:p>
    <w:p>
      <w:pPr>
        <w:jc w:val="right"/>
      </w:pPr>
      <w:r>
        <w:t>اس سلسلے میں قرآن کی مدرجہ ذیل آیت کا مطالعہ کیجئے: "ولا تسب الذینیدعون من دون اللہ فیسب اللہ ادوم بغیر علم" یعنی اور اللہ کے سوا جن کو یہ لوگ پکارتے ہیں ان کو گالی نہ دو، ورنہ یہ لوگ حد سے گزر کر جہالت کی بنا پر اللہ کو گالی دینے لگیں گے۔</w:t>
      </w:r>
    </w:p>
    <w:p>
      <w:r>
        <w:rPr>
          <w:b/>
        </w:rPr>
        <w:t xml:space="preserve">[1:08:55] </w:t>
      </w:r>
      <w:r>
        <w:t>quran ki yeh aayat jab utri to awalan is ka khitab ashaab-e-rasool se tha. hadith o seerat ke zakhire se yeh sabit nahi hota ke sahaba is zamane ke ghair muslimon se sab o shat'm ki zaban bolte the.</w:t>
      </w:r>
    </w:p>
    <w:p>
      <w:pPr>
        <w:jc w:val="right"/>
      </w:pPr>
      <w:r>
        <w:t>قرآن کی یہ آیت جب اتری تو اولا اس کا خطاب اصحاب رسول سے تھا۔ حدیث و سیرت کے ذخیرے سے یہ ثابت نہیں ہوتا کہ صحابہ اس زمانے کے غیر مسلموں سے سب و شتم کی زبان بولتے تھے۔</w:t>
      </w:r>
    </w:p>
    <w:p>
      <w:r>
        <w:rPr>
          <w:b/>
        </w:rPr>
        <w:t xml:space="preserve">[1:09:11] </w:t>
      </w:r>
      <w:r>
        <w:t>sab o shat'm ka lafz yahan shana'at ke aitbar se aaya hai, na ke waqea ke aitbar se. asal mein jo waqea hua tha woh yeh ke baaz sahabi ne ghair ahsan mujadala ki zaban mein baaz yahud se guftagu ki.</w:t>
      </w:r>
    </w:p>
    <w:p>
      <w:pPr>
        <w:jc w:val="right"/>
      </w:pPr>
      <w:r>
        <w:t>سب و شتم کا لفظ یہاں شناعت کے اعتبار سے آیا ہے، نہ کہ واقعہ کے اعتبار سے۔ اصل میں جو واقعہ ہوا تھا وہ یہ کہ بعض صحابی نے غیر احسن مجادلہ کی زبان میں بعض یہود سے گفتگو کی۔</w:t>
      </w:r>
    </w:p>
    <w:p>
      <w:r>
        <w:rPr>
          <w:b/>
        </w:rPr>
        <w:t xml:space="preserve">[1:09:27] </w:t>
      </w:r>
      <w:r>
        <w:t>misal ke taur par aik yahudi ne kaha ke Moosa tamam aalam se afzal hain. us ko sun kar aik sahabi ne kaha ke Muhammad tamam ahle aalam se afzal hain.</w:t>
      </w:r>
    </w:p>
    <w:p>
      <w:pPr>
        <w:jc w:val="right"/>
      </w:pPr>
      <w:r>
        <w:t>مثلاً ایک یہودی نے کہا کہ موسیٰ تمام عالم سے افضل ہیں۔ اس کو سن کر ایک صحابی نے کہا کہ محمد تمام اہل عالم سے افضل ہیں۔</w:t>
      </w:r>
    </w:p>
    <w:p>
      <w:r>
        <w:rPr>
          <w:b/>
        </w:rPr>
        <w:t xml:space="preserve">[1:09:40] </w:t>
      </w:r>
      <w:r>
        <w:t>yeh baat barhi yahan tak ke sahabi ne yahudi ko maar diya. mazkoora aayat mein ahle iman ko isi qism ke ghair ahsan mujadala se roka gaya hai.</w:t>
      </w:r>
    </w:p>
    <w:p>
      <w:pPr>
        <w:jc w:val="right"/>
      </w:pPr>
      <w:r>
        <w:t>یہ بات بڑھی یہاں تک کہ صحابی نے یہودی کو مار دیا۔ مذکورہ آیت میں اہل ایمان کو اسی قسم کے غیر احسن مجادلے سے روکا گیا ہے۔</w:t>
      </w:r>
    </w:p>
    <w:p>
      <w:r>
        <w:rPr>
          <w:b/>
        </w:rPr>
        <w:t xml:space="preserve">[1:09:51] </w:t>
      </w:r>
      <w:r>
        <w:t>kyunke jab bhi ghair ahsan andaaz mein mujadala kiya jayega to is ka radd-e-amal yaani reaction hoga. is usool ki roshni mein tardidi andaaz dawat yaqeenan ghair islami andaaz dawat hai.</w:t>
      </w:r>
    </w:p>
    <w:p>
      <w:pPr>
        <w:jc w:val="right"/>
      </w:pPr>
      <w:r>
        <w:t>کیونکہ جب بھی غیر احسن انداز میں مجادلہ کیا جائے گا تو اس کا ردعمل یعنی ری ایکشن ہوگا۔ اس اصول کی روشنی میں تردیدی انداز دعوت یقینی طور پر غیر اسلامی انداز دعوت ہے۔</w:t>
      </w:r>
    </w:p>
    <w:p>
      <w:r>
        <w:rPr>
          <w:b/>
        </w:rPr>
        <w:t xml:space="preserve">[1:10:07] </w:t>
      </w:r>
      <w:r>
        <w:t>kyunke agar aap radd-e-isaiyat aur radd-e-yahudiyat ke usloob mein kitaben likhenge to doosra fareeq bhi radd-e-islam ke andaaz mein kitaben likhega.</w:t>
      </w:r>
    </w:p>
    <w:p>
      <w:pPr>
        <w:jc w:val="right"/>
      </w:pPr>
      <w:r>
        <w:t>کیونکہ اگر آپ ردعیسائیت اور رد یہودیت کے اسلوب میں کتابیں لکھیں گے تو دوسرا فریق بھی رد اسلام کے انداز میں کتابیں لکھے گا۔</w:t>
      </w:r>
    </w:p>
    <w:p>
      <w:r>
        <w:rPr>
          <w:b/>
        </w:rPr>
        <w:t xml:space="preserve">[1:10:20] </w:t>
      </w:r>
      <w:r>
        <w:t>tardidi usloob ka radd-e-amal hamesha tardidi usloob ki surat mein zahir hota hai. tardidi usloob ki koi had nahi.</w:t>
      </w:r>
    </w:p>
    <w:p>
      <w:pPr>
        <w:jc w:val="right"/>
      </w:pPr>
      <w:r>
        <w:t>تردیدی اسلوب کا ردعمل ہمیشہ تردیدی اسلوب کی صورت میں ظاہر ہوتا ہے۔ تردیدی اسلوب کی کوئی حد نہیں۔</w:t>
      </w:r>
    </w:p>
    <w:p>
      <w:r>
        <w:rPr>
          <w:b/>
        </w:rPr>
        <w:t xml:space="preserve">[1:10:29] </w:t>
      </w:r>
      <w:r>
        <w:t>tardidi usloob jis tarah doosre mazahib ke khilaf mumkin hai, theek isi tarah woh islam ke khilaf bhi mumkin hai.</w:t>
      </w:r>
    </w:p>
    <w:p>
      <w:pPr>
        <w:jc w:val="right"/>
      </w:pPr>
      <w:r>
        <w:t>تردیدی اسلوب جس طرح دوسرے مذاہب کے خلاف ممکن ہے، ٹھیک اسی طرح وہ اسلام کے خلاف بھی ممکن ہے۔</w:t>
      </w:r>
    </w:p>
    <w:p>
      <w:r>
        <w:rPr>
          <w:b/>
        </w:rPr>
        <w:t xml:space="preserve">[1:10:39] </w:t>
      </w:r>
      <w:r>
        <w:t>yeh usloob ki baat hai, na ke haq o nahak ki baat. maujooda zamane mein munazra yaani debate ka tareeqa nateeje ke aitbar se isi sab o shatm ka tareeqa hai.</w:t>
      </w:r>
    </w:p>
    <w:p>
      <w:pPr>
        <w:jc w:val="right"/>
      </w:pPr>
      <w:r>
        <w:t>یہ اسلوب کی بات ہے، نہ کہ حق و ناحق کی بات۔ موجودہ زمانے میں مناظرہ یعنی ڈیبیٹ کا طریقہ نتیجے کے اعتبار سے اسی سب و شتم کا طریقہ ہے۔</w:t>
      </w:r>
    </w:p>
    <w:p>
      <w:r>
        <w:rPr>
          <w:b/>
        </w:rPr>
        <w:t xml:space="preserve">[1:10:53] </w:t>
      </w:r>
      <w:r>
        <w:t>dawat ka moassar usloob sirf misbat usloob hai, tardidi usloob harghiz nahi.</w:t>
      </w:r>
    </w:p>
    <w:p>
      <w:pPr>
        <w:jc w:val="right"/>
      </w:pPr>
      <w:r>
        <w:t>دعوت کا موثر اسلوب صرف مثبت اسلوب ہے، تردیدی اسلوب ہرگز نہیں۔</w:t>
      </w:r>
    </w:p>
    <w:p>
      <w:r>
        <w:rPr>
          <w:b/>
        </w:rPr>
        <w:t xml:space="preserve">[1:11:07] </w:t>
      </w:r>
      <w:r>
        <w:t>dunya ki takhleeq.</w:t>
      </w:r>
    </w:p>
    <w:p>
      <w:pPr>
        <w:jc w:val="right"/>
      </w:pPr>
      <w:r>
        <w:t>دنیا کی تخلیق۔</w:t>
      </w:r>
    </w:p>
    <w:p>
      <w:r>
        <w:rPr>
          <w:b/>
        </w:rPr>
        <w:t xml:space="preserve">[1:11:12] </w:t>
      </w:r>
      <w:r>
        <w:t>scientific daryaft ke mutabiq taqreeban 13 billion saal pehle khala yaani space mein ek dhamaka hua. is ko big bang kaha jata hai.</w:t>
      </w:r>
    </w:p>
    <w:p>
      <w:pPr>
        <w:jc w:val="right"/>
      </w:pPr>
      <w:r>
        <w:t>سائنسی دریافت کے مطابق تقریباً 13 بلین سال پہلے خلا یعنی سپیس میں ایک دھماکہ ہوا۔ اس کو بگ بینگ کہا جاتا ہے۔</w:t>
      </w:r>
    </w:p>
    <w:p>
      <w:r>
        <w:rPr>
          <w:b/>
        </w:rPr>
        <w:t xml:space="preserve">[1:11:23] </w:t>
      </w:r>
      <w:r>
        <w:t>is dhamake ke baad hamari dunya ka aaghaz hua. is ke baad ek mansooba band process yaani well calculated planning ke tehat poori kainat wajood mein aayi.</w:t>
      </w:r>
    </w:p>
    <w:p>
      <w:pPr>
        <w:jc w:val="right"/>
      </w:pPr>
      <w:r>
        <w:t>اس دھماکے کے بعد ہماری دنیا کا آغاز ہوا۔ اس کے بعد ایک منصوبہ بند پروسیس یعنی ویل کیلکولیٹڈ پلاننگ کے تحت پوری کائنات وجود میں آئی۔</w:t>
      </w:r>
    </w:p>
    <w:p>
      <w:r>
        <w:rPr>
          <w:b/>
        </w:rPr>
        <w:t xml:space="preserve">[1:11:35] </w:t>
      </w:r>
      <w:r>
        <w:t>kahkashan, galaxy wajood mein aayin. shamsi nizam, solar system bana. sayara arz ki takhleeq hui.</w:t>
      </w:r>
    </w:p>
    <w:p>
      <w:pPr>
        <w:jc w:val="right"/>
      </w:pPr>
      <w:r>
        <w:t>کہکشائیں، گیلیکسی وجود میں آئیں۔ شمسی نظام، سولر سسٹم بنا۔ سیارہ ارض کی تخلیق ہوئی۔</w:t>
      </w:r>
    </w:p>
    <w:p>
      <w:r>
        <w:rPr>
          <w:b/>
        </w:rPr>
        <w:t xml:space="preserve">[1:11:44] </w:t>
      </w:r>
      <w:r>
        <w:t>pani, hawa, sabza aur haiwanat wajood mein aaye. aakhir mein insaan ki abadi shuru hui. yahan tak ke maujooda abad dunya wajood mein aayi.</w:t>
      </w:r>
    </w:p>
    <w:p>
      <w:pPr>
        <w:jc w:val="right"/>
      </w:pPr>
      <w:r>
        <w:t>پانی، ہوا، سبزہ اور حیوانات وجود میں آئے۔ آخر میں انسان کی آبادی شروع ہوئی۔ یہاں تک کہ موجودہ آباد دنیا وجود میں آئی۔</w:t>
      </w:r>
    </w:p>
    <w:p>
      <w:r>
        <w:rPr>
          <w:b/>
        </w:rPr>
        <w:t xml:space="preserve">[1:11:55] </w:t>
      </w:r>
      <w:r>
        <w:t>dunya mein paish aane wale in waqeat ka mutala kiya jaye to yeh haqeeqat samne aati hai ke dunya ki takhleeq ek mansooba band andaaz mein hui.</w:t>
      </w:r>
    </w:p>
    <w:p>
      <w:pPr>
        <w:jc w:val="right"/>
      </w:pPr>
      <w:r>
        <w:t>دنیا میں پیش آنے والے ان واقعات کا مطالعہ کیا جائے تو یہ حقیقت سامنے آتی ہے کہ دنیا کی تخلیق ایک منصوبہ بند انداز میں ہوئی۔</w:t>
      </w:r>
    </w:p>
    <w:p>
      <w:r>
        <w:rPr>
          <w:b/>
        </w:rPr>
        <w:t xml:space="preserve">[1:12:07] </w:t>
      </w:r>
      <w:r>
        <w:t>dunya ke aaghaz se le kar ab tak jo baaten paish aa rahi hain woh sab isi mansooba band takhleeq ki taeed karti hain.</w:t>
      </w:r>
    </w:p>
    <w:p>
      <w:pPr>
        <w:jc w:val="right"/>
      </w:pPr>
      <w:r>
        <w:t>دنیا کے آغاز سے لے کر اب تک جو باتیں پیش آ رہی ہیں وہ سب اسی منصوبہ بند تخلیق کی تائید کرتی ہیں۔</w:t>
      </w:r>
    </w:p>
    <w:p>
      <w:r>
        <w:rPr>
          <w:b/>
        </w:rPr>
        <w:t xml:space="preserve">[1:12:17] </w:t>
      </w:r>
      <w:r>
        <w:t>is ke siwa is zahire ki koi aur tojeeh nahi ki ja sakti. ab sawal yeh hai ke mustaqbil ke aitbar se dunya ka anjam kya hai?</w:t>
      </w:r>
    </w:p>
    <w:p>
      <w:pPr>
        <w:jc w:val="right"/>
      </w:pPr>
      <w:r>
        <w:t>اس کے سوا اس ظاہرے کی کوئی اور توجیح نہیں کی جا سکتی۔ اب سوال یہ ہے کہ مستقبل کے اعتبار سے دنیا کا انجام کیا ہے؟</w:t>
      </w:r>
    </w:p>
    <w:p>
      <w:r>
        <w:rPr>
          <w:b/>
        </w:rPr>
        <w:t xml:space="preserve">[1:12:28] </w:t>
      </w:r>
      <w:r>
        <w:t>quran is waqe ko janne ka mustanad zariya hai. quran se maloom hota hai ke Allah ne insaan ko ibtila ke liye paida kiya.</w:t>
      </w:r>
    </w:p>
    <w:p>
      <w:pPr>
        <w:jc w:val="right"/>
      </w:pPr>
      <w:r>
        <w:t>قرآن اس واقعے کو جاننے کا مستند ذریعہ ہے۔ قرآن سے معلوم ہوتا ہے کہ اللہ نے انسان کو ابتلا کے لیے پیدا کیا۔</w:t>
      </w:r>
    </w:p>
    <w:p>
      <w:r>
        <w:rPr>
          <w:b/>
        </w:rPr>
        <w:t xml:space="preserve">[1:12:39] </w:t>
      </w:r>
      <w:r>
        <w:t>yaani ek tarteebi course se guzar kar aise logon ko janna jo qabil-e-intikhab hon. aakhir mein Allah rabb-ul-alameen aise logon ke record ki buniyad par un ko muntakhib karega aur un ko akhirat ki abadi jannat mein dakhil karega.</w:t>
      </w:r>
    </w:p>
    <w:p>
      <w:pPr>
        <w:jc w:val="right"/>
      </w:pPr>
      <w:r>
        <w:t>یعنی ایک تربیتی کورس سے گزار کر ایسے لوگوں کو جاننا جو قابل انتخاب ہوں۔ آخر میں اللہ رب العالمین ایسے لوگوں کے ریکارڈ کی بنیاد پر ان کو منتخب کرے گا اور ان کو آخرت کی ابدی جنت میں داخل کرے گا۔</w:t>
      </w:r>
    </w:p>
    <w:p>
      <w:r>
        <w:rPr>
          <w:b/>
        </w:rPr>
        <w:t xml:space="preserve">[1:12:58] </w:t>
      </w:r>
      <w:r>
        <w:t>jannat mein dakhla kisi aur buniyad par nahi hoga balke sirf is buniyad par hoga ke aadmi ne apni azadi ka ghalat istemal kiya ya sahi istemal kiya.</w:t>
      </w:r>
    </w:p>
    <w:p>
      <w:pPr>
        <w:jc w:val="right"/>
      </w:pPr>
      <w:r>
        <w:t>جنت میں داخلہ کسی اور بنیاد پر نہیں ہوگا بلکہ صرف اس بنیاد پر ہوگا کہ آدمی نے اپنی آزادی کا غلط استعمال کیا یا صحیح استعمال کیا۔</w:t>
      </w:r>
    </w:p>
    <w:p>
      <w:r>
        <w:rPr>
          <w:b/>
        </w:rPr>
        <w:t xml:space="preserve">[1:13:11] </w:t>
      </w:r>
      <w:r>
        <w:t>us ne apne qaul o amal se apne andar jo shakhsiyat taameer ki woh jannat mein rehne ke qabil hai ya us mein rehne ke qabil nahi hai.</w:t>
      </w:r>
    </w:p>
    <w:p>
      <w:pPr>
        <w:jc w:val="right"/>
      </w:pPr>
      <w:r>
        <w:t>اس نے اپنے قول و عمل سے اپنے اندر جو شخصیت تعمیر کی وہ جنت میں رہنے کے قابل ہے یا اس میں رہنے کے قابل نہیں ہے۔</w:t>
      </w:r>
    </w:p>
    <w:p>
      <w:r>
        <w:rPr>
          <w:b/>
        </w:rPr>
        <w:t xml:space="preserve">[1:13:21] </w:t>
      </w:r>
      <w:r>
        <w:t>woh apne parosiyon ke liye problem person bane ya woh logon ke darmiyan pur-aman taur par rahe. isi haqeeqat ko hadith mein in alfaaz mein bayan kiya gaya hai: "یدخل الجنت اقوام افعیدتہم مثل افعیدت الطیر" sahih muslim.</w:t>
      </w:r>
    </w:p>
    <w:p>
      <w:pPr>
        <w:jc w:val="right"/>
      </w:pPr>
      <w:r>
        <w:t>وہ اپنے پڑوسیوں کے لیے پرابلم پرسن بنے یا وہ لوگوں کے درمیان پرامن طور پر رہے۔ اسی حقیقت کو حدیث میں ان الفاظ میں بیان کیا گیا ہے: "یدخل الجنت اقوام افعیدتہم مثل افعیدت الطیر" صحیح مسلم۔</w:t>
      </w:r>
    </w:p>
    <w:p>
      <w:r>
        <w:rPr>
          <w:b/>
        </w:rPr>
        <w:t xml:space="preserve">[1:13:41] </w:t>
      </w:r>
      <w:r>
        <w:t>yaani jannat mein woh log dakhil honge jin ke dil chidiyon ke dil ki manind hon.</w:t>
      </w:r>
    </w:p>
    <w:p>
      <w:pPr>
        <w:jc w:val="right"/>
      </w:pPr>
      <w:r>
        <w:t>یعنی جنت میں وہ لوگ داخل ہوں گے جن کے دل چڑیوں کے دل کی مانند ہوں۔</w:t>
      </w:r>
    </w:p>
    <w:p>
      <w:r>
        <w:rPr>
          <w:b/>
        </w:rPr>
        <w:t xml:space="preserve">[1:13:51] </w:t>
      </w:r>
      <w:r>
        <w:t>tareekh ka safar.</w:t>
      </w:r>
    </w:p>
    <w:p>
      <w:pPr>
        <w:jc w:val="right"/>
      </w:pPr>
      <w:r>
        <w:t>تاریخ کا سفر۔</w:t>
      </w:r>
    </w:p>
    <w:p>
      <w:r>
        <w:rPr>
          <w:b/>
        </w:rPr>
        <w:t xml:space="preserve">[1:13:57] </w:t>
      </w:r>
      <w:r>
        <w:t>Allah ki sab se bari sifat yeh hai ke woh rabb-ul-alameen hai. raba yarbu ka matlab arabi zaban mein hota hai: "انشاء الشیئی حالا فحالا الی حد التمام" al-mufradat fi gharib al-quran lil-raghib al-isfahani.</w:t>
      </w:r>
    </w:p>
    <w:p>
      <w:pPr>
        <w:jc w:val="right"/>
      </w:pPr>
      <w:r>
        <w:t>اللہ کی سب سے بڑی صفت یہ ہے کہ وہ رب العالمین ہے۔ ربا یربو کا مطلب عربی زبان میں ہوتا ہے: "انشاء الشیئی حالا فحالا الی حد التمام" المفردات فی غریب القرآن للراقب الاصفہانی۔</w:t>
      </w:r>
    </w:p>
    <w:p>
      <w:r>
        <w:rPr>
          <w:b/>
        </w:rPr>
        <w:t xml:space="preserve">[1:14:16] </w:t>
      </w:r>
      <w:r>
        <w:t>yaani kisi cheez ko darja ba darja taraqqi de kar us ko kamal tak pahunchana. rabb-ul-alameen ki is sifat ka izhaar madi kainat mein bhi hua hai aur insani tareekh mein bhi.</w:t>
      </w:r>
    </w:p>
    <w:p>
      <w:pPr>
        <w:jc w:val="right"/>
      </w:pPr>
      <w:r>
        <w:t>یعنی کسی چیز کو درجہ بدرجہ ترقی دے کر اس کو کمال تک پہنچانا۔ رب العالمین کی اس صفت کا اظہار مادی کائنات میں بھی ہوا ہے اور انسانی تاریخ میں بھی۔</w:t>
      </w:r>
    </w:p>
    <w:p>
      <w:r>
        <w:rPr>
          <w:b/>
        </w:rPr>
        <w:t xml:space="preserve">[1:14:29] </w:t>
      </w:r>
      <w:r>
        <w:t>quran mein saat bar yeh baat kahi gayi hai ke Allah ne zameen o aasman ko chhe dinon, satah ayyam mein paida kiya.</w:t>
      </w:r>
    </w:p>
    <w:p>
      <w:pPr>
        <w:jc w:val="right"/>
      </w:pPr>
      <w:r>
        <w:t>قرآن میں سات بار یہ بات کہی گئی ہے کہ اللہ نے زمین و آسمان کو چھ دنوں، ستہ ایام میں پیدا کیا۔</w:t>
      </w:r>
    </w:p>
    <w:p>
      <w:r>
        <w:rPr>
          <w:b/>
        </w:rPr>
        <w:t xml:space="preserve">[1:14:39] </w:t>
      </w:r>
      <w:r>
        <w:t>chhe dinon se murad chhe adwaar ya six periods hain. quran se ya science se wazeh taur par yeh maloom nahi hota ke chhe adwaar se murad kya hai.</w:t>
      </w:r>
    </w:p>
    <w:p>
      <w:pPr>
        <w:jc w:val="right"/>
      </w:pPr>
      <w:r>
        <w:t>چھ دنوں سے مراد چھ ادوار یا سکس پیریڈز ہیں۔ قرآن سے یا سائنس سے واضح طور پر یہ معلوم نہیں ہوتا کہ چھ ادوار سے مراد کیا ہے۔</w:t>
      </w:r>
    </w:p>
    <w:p>
      <w:r>
        <w:rPr>
          <w:b/>
        </w:rPr>
        <w:t xml:space="preserve">[1:14:52] </w:t>
      </w:r>
      <w:r>
        <w:t>lekin qiyasi tor par is ka aik naqsha bayan kiya ja sakta hai. number aik: maadi kainat ka ghaliban pehla daur woh hai jis ko quran mein isharatan "ratq" aur "fatq" ke alfaaz mein bayan kiya gaya hai.</w:t>
      </w:r>
    </w:p>
    <w:p>
      <w:pPr>
        <w:jc w:val="right"/>
      </w:pPr>
      <w:r>
        <w:t>لیکن قیاسی طور پر اس کا ایک نقشہ بیان کیا جا سکتا ہے۔ نمبر ایک: مادی کائنات کا غالباً پہلا دور وہ ہے جس کو قرآن میں اشارتاً "رتق" اور "فتق" کے الفاظ میں بیان کیا گیا ہے۔</w:t>
      </w:r>
    </w:p>
    <w:p>
      <w:r>
        <w:rPr>
          <w:b/>
        </w:rPr>
        <w:t xml:space="preserve">[1:15:08] </w:t>
      </w:r>
      <w:r>
        <w:t>beesveen sadi ke aaghaz mein daryaft hone wale is azeem kainaati waqeye ko fred hoyle ne big bang ka naam diya hai.</w:t>
      </w:r>
    </w:p>
    <w:p>
      <w:pPr>
        <w:jc w:val="right"/>
      </w:pPr>
      <w:r>
        <w:t>بیسویں صدی کے آغاز میں دریافت ہونے والے اس عظیم کائناتی واقعے کو فریڈ ہائل نے بگ بینگ کا نام دیا ہے۔</w:t>
      </w:r>
    </w:p>
    <w:p>
      <w:r>
        <w:rPr>
          <w:b/>
        </w:rPr>
        <w:t xml:space="preserve">[1:15:17] </w:t>
      </w:r>
      <w:r>
        <w:t>is ke mutabiq kainat apne aghaz mein aik bohat bade atom yaani super atom ki shakal mein khala mein paida hua.</w:t>
      </w:r>
    </w:p>
    <w:p>
      <w:pPr>
        <w:jc w:val="right"/>
      </w:pPr>
      <w:r>
        <w:t>اس کے مطابق کائنات اپنے آغاز میں ایک بہت بڑے ایٹم یعنی سپر ایٹم کی شکل میں خلا میں پیدا ہوا۔</w:t>
      </w:r>
    </w:p>
    <w:p>
      <w:r>
        <w:rPr>
          <w:b/>
        </w:rPr>
        <w:t xml:space="preserve">[1:15:27] </w:t>
      </w:r>
      <w:r>
        <w:t>phir is gole mein aik dhamaka hua jis ke baad is gole ke tamam particle wasee khala mein phail gaye aur dheere dheere maujooda kainat bani.</w:t>
      </w:r>
    </w:p>
    <w:p>
      <w:pPr>
        <w:jc w:val="right"/>
      </w:pPr>
      <w:r>
        <w:t>پھر اس گولے میں ایک دھماکہ ہوا جس کے بعد اس گولے کے تمام پارٹیکل وسیع خلا میں پھیل گئے اور دھیرے دھیرے موجودہ کائنات بنی۔</w:t>
      </w:r>
    </w:p>
    <w:p>
      <w:r>
        <w:rPr>
          <w:b/>
        </w:rPr>
        <w:t xml:space="preserve">[1:15:39] </w:t>
      </w:r>
      <w:r>
        <w:t>number do: doosra daur ghaliban woh hai jis ko amriki scientist allen boos ne "little bang" ka naam diya hai.</w:t>
      </w:r>
    </w:p>
    <w:p>
      <w:pPr>
        <w:jc w:val="right"/>
      </w:pPr>
      <w:r>
        <w:t>نمبر دو: دوسرا دور غالباً وہ ہے جس کو امریکی سائنسدان ایلن بوس نے "لٹل بینگ" کا نام دیا ہے۔</w:t>
      </w:r>
    </w:p>
    <w:p>
      <w:r>
        <w:rPr>
          <w:b/>
        </w:rPr>
        <w:t xml:space="preserve">[1:15:47] </w:t>
      </w:r>
      <w:r>
        <w:t>yeh daur woh hai jo shamsi nizam yaani solar system se shuru hua. yeh shamsi nizam hamari qareebi galaksi milky way ke aik kinare par waqe hai.</w:t>
      </w:r>
    </w:p>
    <w:p>
      <w:pPr>
        <w:jc w:val="right"/>
      </w:pPr>
      <w:r>
        <w:t>یہ دور وہ ہے جو شمسی نظام یعنی سولر سسٹم سے شروع ہوا۔ یہ شمسی نظام ہماری قریبی کہکشاں ملکی وے کے ایک کنارے پر واقع ہے۔</w:t>
      </w:r>
    </w:p>
    <w:p>
      <w:r>
        <w:rPr>
          <w:b/>
        </w:rPr>
        <w:t xml:space="preserve">[1:15:59] </w:t>
      </w:r>
      <w:r>
        <w:t>is se murad woh poori duniya hai jis ko shamsi nizam kaha jata hai. isi nizam ke andar hamari zameen yaani planet earth waqe hai.</w:t>
      </w:r>
    </w:p>
    <w:p>
      <w:pPr>
        <w:jc w:val="right"/>
      </w:pPr>
      <w:r>
        <w:t>اس سے مراد وہ پوری دنیا ہے جس کو شمسی نظام کہا جاتا ہے۔ اسی نظام کے اندر ہماری زمین یعنی پلینٹ ارتھ واقع ہے۔</w:t>
      </w:r>
    </w:p>
    <w:p>
      <w:r>
        <w:rPr>
          <w:b/>
        </w:rPr>
        <w:t xml:space="preserve">[1:16:10] </w:t>
      </w:r>
      <w:r>
        <w:t>number teen: maadi duniya mein ghaliban paish aane wala teesra bara waqea woh hai jis ko water bang kaha ja sakta hai.</w:t>
      </w:r>
    </w:p>
    <w:p>
      <w:pPr>
        <w:jc w:val="right"/>
      </w:pPr>
      <w:r>
        <w:t>نمبر تین: مادی دنیا میں غالباً پیش آنے والا تیسرا بڑا واقعہ وہ ہے جس کو واٹر بینگ کہا جا سکتا ہے۔</w:t>
      </w:r>
    </w:p>
    <w:p>
      <w:r>
        <w:rPr>
          <w:b/>
        </w:rPr>
        <w:t xml:space="preserve">[1:16:19] </w:t>
      </w:r>
      <w:r>
        <w:t>zameen ki fiza mein pai jane wali do gaison ki tarkib se seyal pani wajood mein aaya jo zindagi ke tamam aqsam ki asal hai.</w:t>
      </w:r>
    </w:p>
    <w:p>
      <w:pPr>
        <w:jc w:val="right"/>
      </w:pPr>
      <w:r>
        <w:t>زمین کی فضا میں پائی جانے والی دو گیسوں کی ترکیب سے سیال پانی وجود میں آیا جو زندگی کے تمام اقسام کی اصل ہے۔</w:t>
      </w:r>
    </w:p>
    <w:p>
      <w:r>
        <w:rPr>
          <w:b/>
        </w:rPr>
        <w:t xml:space="preserve">[1:16:30] </w:t>
      </w:r>
      <w:r>
        <w:t>number char: maadi kainat ka chautha waqea woh hai jis ko plant bang kaha ja sakta hai. is ke baad zameen ki satah par har qism ki haryali wajood mein aai aur zameen ka khushk kara har qism ki haryali ke wajood mein aane se sar sabz o shadab ho gaya.</w:t>
      </w:r>
    </w:p>
    <w:p>
      <w:pPr>
        <w:jc w:val="right"/>
      </w:pPr>
      <w:r>
        <w:t>نمبر چار: مادی کائنات کا چوتھا واقعہ وہ ہے جس کو پلانٹ بینگ کہا جا سکتا ہے۔ اس کے بعد زمین کی سطح پر ہر قسم کی ہریالی وجود میں آئی اور زمین کا خشک کرہ ہر قسم کی ہریالی کے وجود میں آنے سے سرسبز و شاداب ہو گیا۔</w:t>
      </w:r>
    </w:p>
    <w:p>
      <w:r>
        <w:rPr>
          <w:b/>
        </w:rPr>
        <w:t xml:space="preserve">[1:16:50] </w:t>
      </w:r>
      <w:r>
        <w:t>number paanch: is ke baad zameen par woh waqea wajood mein aaya jis ko animal bang kaha ja sakta hai. is ke baad zameen par har qism ke haiwanat wajood mein aaye maslan machhli, chidiya, har qism ke chopaye aur keere makore waghera.</w:t>
      </w:r>
    </w:p>
    <w:p>
      <w:pPr>
        <w:jc w:val="right"/>
      </w:pPr>
      <w:r>
        <w:t>نمبر پانچ: اس کے بعد زمین پر وہ واقعہ وجود میں آیا جس کو اینیمل بینگ کہا جا سکتا ہے۔ اس کے بعد زمین پر ہر قسم کے حیوانات وجود میں آئے مثلاً مچھلی، چڑیا، ہر قسم کے چوپائے اور کیڑے مکوڑے وغیرہ۔</w:t>
      </w:r>
    </w:p>
    <w:p>
      <w:r>
        <w:rPr>
          <w:b/>
        </w:rPr>
        <w:t xml:space="preserve">[1:17:09] </w:t>
      </w:r>
      <w:r>
        <w:t>aik andaze ke mutabiq zameen par zinda anwa ki taqreeban 8.</w:t>
      </w:r>
    </w:p>
    <w:p>
      <w:pPr>
        <w:jc w:val="right"/>
      </w:pPr>
      <w:r>
        <w:t>ایک اندازے کے مطابق زمین پر زندہ انواع کی تقریباً 8.</w:t>
      </w:r>
    </w:p>
    <w:p>
      <w:r>
        <w:rPr>
          <w:b/>
        </w:rPr>
        <w:t xml:space="preserve">[1:17:15] </w:t>
      </w:r>
      <w:r>
        <w:t>7 million qismein hain. number chhe: is silsile mein woh aakhri waqea paish aaya jis ko human bang kaha ja sakta hai.</w:t>
      </w:r>
    </w:p>
    <w:p>
      <w:pPr>
        <w:jc w:val="right"/>
      </w:pPr>
      <w:r>
        <w:t>7 ملین قسمیں ہیں۔ نمبر چھ: اس سلسلے میں وہ آخری واقعہ پیش آیا جس کو ہیومن بینگ کہا جا سکتا ہے۔</w:t>
      </w:r>
    </w:p>
    <w:p>
      <w:r>
        <w:rPr>
          <w:b/>
        </w:rPr>
        <w:t xml:space="preserve">[1:17:24] </w:t>
      </w:r>
      <w:r>
        <w:t>yaani insan ka paida hona aur insani naslon ka zameen ke upar abad hona. insani daur zameen ka aakhri daur hai.</w:t>
      </w:r>
    </w:p>
    <w:p>
      <w:pPr>
        <w:jc w:val="right"/>
      </w:pPr>
      <w:r>
        <w:t>یعنی انسان کا پیدا ہونا اور انسانی نسلوں کا زمین کے اوپر آباد ہونا۔ انسانی دور زمین کا آخری دور ہے۔</w:t>
      </w:r>
    </w:p>
    <w:p>
      <w:r>
        <w:rPr>
          <w:b/>
        </w:rPr>
        <w:t xml:space="preserve">[1:17:35] </w:t>
      </w:r>
      <w:r>
        <w:t>is ke baad jo daur aayega woh akhirat ka abadi daur hoga. insani tareekh. yahi muamla insan ke sath paish aaya.</w:t>
      </w:r>
    </w:p>
    <w:p>
      <w:pPr>
        <w:jc w:val="right"/>
      </w:pPr>
      <w:r>
        <w:t>اس کے بعد جو دور آئے گا وہ آخرت کا ابدی دور ہوگا۔ انسانی تاریخ۔ یہی معاملہ انسان کے ساتھ پیش آیا۔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