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January, 2018</w:t>
      </w:r>
    </w:p>
    <w:p>
      <w:r>
        <w:t>https://www.youtube.com/watch?v=3rTdjPuZXyE</w:t>
      </w:r>
    </w:p>
    <w:p>
      <w:r>
        <w:rPr>
          <w:b/>
        </w:rPr>
        <w:t xml:space="preserve">[00:14] </w:t>
      </w:r>
      <w:r>
        <w:t>arsala, jannori 2018, khusoosi shumarah: peghambrana hikmat.</w:t>
      </w:r>
    </w:p>
    <w:p>
      <w:pPr>
        <w:jc w:val="right"/>
      </w:pPr>
      <w:r>
        <w:t>ارسالہ، جنوری 2018، خصوصی شمارہ: پیغمبرانہ حکمت۔</w:t>
      </w:r>
    </w:p>
    <w:p>
      <w:r>
        <w:rPr>
          <w:b/>
        </w:rPr>
        <w:t xml:space="preserve">[00:25] </w:t>
      </w:r>
      <w:r>
        <w:t>peghambrana hikmat, prophetic wisdom. quran mein 5 maqamat par aaya hai ke peghambr ka kaam logon ko hikmat ki taleem dena hai.</w:t>
      </w:r>
    </w:p>
    <w:p>
      <w:pPr>
        <w:jc w:val="right"/>
      </w:pPr>
      <w:r>
        <w:t>پیغمبرانہ حکمت، پرافیٹک وزڈم۔ قرآن میں 5 مقامات پر آیا ہے کہ پیغمبر کا کام لوگوں کو حکمت کی تعلیم دینا ہے۔</w:t>
      </w:r>
    </w:p>
    <w:p>
      <w:r>
        <w:rPr>
          <w:b/>
        </w:rPr>
        <w:t xml:space="preserve">[00:38] </w:t>
      </w:r>
      <w:r>
        <w:t>hikmat ke liye angrezi zaban mein wisdom ka lafz istemal hota hai. dictionary mein talash kiya jaye ke wisdom ka mutayyan tor par matlab kya hai to dictionary mein is ki koi wazeh tareef ya definition nahi milegi.</w:t>
      </w:r>
    </w:p>
    <w:p>
      <w:pPr>
        <w:jc w:val="right"/>
      </w:pPr>
      <w:r>
        <w:t>حکمت کے لیے انگریزی زبان میں وزڈم کا لفظ استعمال ہوتا ہے۔ ڈکشنری میں تلاش کیا جائے کہ وزڈم کا متعین طور پر مطلب کیا ہے تو ڈکشنری میں اس کی کوئی واضح تعریف یا ڈیفینیشن نہیں ملے گی۔</w:t>
      </w:r>
    </w:p>
    <w:p>
      <w:r>
        <w:rPr>
          <w:b/>
        </w:rPr>
        <w:t xml:space="preserve">[00:56] </w:t>
      </w:r>
      <w:r>
        <w:t>maslan dictionary yeh batayegi ke wisdom ka matlab hai acha faisla lene ki salahiyat, the quality of having good judgment.</w:t>
      </w:r>
    </w:p>
    <w:p>
      <w:pPr>
        <w:jc w:val="right"/>
      </w:pPr>
      <w:r>
        <w:t>مثلاً ڈکشنری یہ بتائے گی کہ وزڈم کا مطلب ہے اچھا فیصلہ لینے کی صلاحیت، the quality of having good judgment۔</w:t>
      </w:r>
    </w:p>
    <w:p>
      <w:r>
        <w:rPr>
          <w:b/>
        </w:rPr>
        <w:t xml:space="preserve">[01:07] </w:t>
      </w:r>
      <w:r>
        <w:t>magar khud kisi aadmi ke andar acha faisla lene ki yeh salahiyat kaise paida hoti hai, is ka koi wazeh jawab dictionary mein nahi milta.</w:t>
      </w:r>
    </w:p>
    <w:p>
      <w:pPr>
        <w:jc w:val="right"/>
      </w:pPr>
      <w:r>
        <w:t>مگر خود کسی آدمی کے اندر اچھا فیصلہ لینے کی یہ صلاحیت کیسے پیدا ہوتی ہے، اس کا کوئی واضح جواب ڈکشنری میں نہیں ملتا۔</w:t>
      </w:r>
    </w:p>
    <w:p>
      <w:r>
        <w:rPr>
          <w:b/>
        </w:rPr>
        <w:t xml:space="preserve">[01:20] </w:t>
      </w:r>
      <w:r>
        <w:t>yahan tak ke baaz scholar ne yeh keh diya ke wisdom un salahiyaton mein se aik hai jin ki ilmi tareef karna mushkil hai.</w:t>
      </w:r>
    </w:p>
    <w:p>
      <w:pPr>
        <w:jc w:val="right"/>
      </w:pPr>
      <w:r>
        <w:t>یہاں تک کہ بعض سکالر نے یہ کہہ دیا کہ وزڈم ان صلاحیتوں میں سے ایک ہے جن کی علمی تعریف کرنا مشکل ہے۔</w:t>
      </w:r>
    </w:p>
    <w:p>
      <w:r>
        <w:rPr>
          <w:b/>
        </w:rPr>
        <w:t xml:space="preserve">[01:34] </w:t>
      </w:r>
      <w:r>
        <w:t>wisdom is one of those qualities difficult to define. hikmat agarche peghambr islam ki sifat hai, lekin raqim ul huroof ne hadith mein hikmat ki qouli tareef talash ki to mujhe kamyabi nahi mili.</w:t>
      </w:r>
    </w:p>
    <w:p>
      <w:pPr>
        <w:jc w:val="right"/>
      </w:pPr>
      <w:r>
        <w:t>وزڈم is one of those qualities difficult to define۔ حکمت اگرچہ پیغمبر اسلام کی صفت ہے، لیکن راقم الحروف نے حدیث میں حکمت کی قولی تعریف تلاش کی تو مجھے کامیابی نہیں ملی۔</w:t>
      </w:r>
    </w:p>
    <w:p>
      <w:r>
        <w:rPr>
          <w:b/>
        </w:rPr>
        <w:t xml:space="preserve">[01:51] </w:t>
      </w:r>
      <w:r>
        <w:t>phir main ne aik aur tareeqa ikhtiyar kiya, main ne socha ke jab peghambr islam aik ba hikmat insan the to un ke amal ya practice mein zaroor is ki misal milegi.</w:t>
      </w:r>
    </w:p>
    <w:p>
      <w:pPr>
        <w:jc w:val="right"/>
      </w:pPr>
      <w:r>
        <w:t>پھر میں نے ایک اور طریقہ اختیار کیا، میں نے سوچا کہ جب پیغمبر اسلام ایک باحکمت انسان تھے تو ان کے عمل یا پریکٹس میں ضرور اس کی مثال ملے گی۔</w:t>
      </w:r>
    </w:p>
    <w:p>
      <w:r>
        <w:rPr>
          <w:b/>
        </w:rPr>
        <w:t xml:space="preserve">[02:06] </w:t>
      </w:r>
      <w:r>
        <w:t>yeh tareeqa kamyab raha. mujhe peghambr ke amli uswa ya namune se mutayyan tor par yeh daryaft hui ke wisdom ki ilmi tareef kya hai.</w:t>
      </w:r>
    </w:p>
    <w:p>
      <w:pPr>
        <w:jc w:val="right"/>
      </w:pPr>
      <w:r>
        <w:t>یہ طریقہ کامیاب رہا۔ مجھے پیغمبر کے عملی اسوہ یا نمونے سے متعین طور پر یہ دریافت ہوئی کہ وزڈم کی علمی تعریف کیا ہے۔</w:t>
      </w:r>
    </w:p>
    <w:p>
      <w:r>
        <w:rPr>
          <w:b/>
        </w:rPr>
        <w:t xml:space="preserve">[02:17] </w:t>
      </w:r>
      <w:r>
        <w:t>meri daryaft ke mutabiq woh ilmi tareef yeh hai: wisdom is salahiyat ka naam hai ke aadmi ghair mutaliq pehluon ko alag kar ke mutaliq pehlu ko daryaft kar sake.</w:t>
      </w:r>
    </w:p>
    <w:p>
      <w:pPr>
        <w:jc w:val="right"/>
      </w:pPr>
      <w:r>
        <w:t>میری دریافت کے مطابق وہ علمی تعریف یہ ہے: وزڈم اس صلاحیت کا نام ہے کہ آدمی غیر متعلق پہلوؤں کو الگ کر کے متعلق پہلو کو دریافت کر سکے۔</w:t>
      </w:r>
    </w:p>
    <w:p>
      <w:r>
        <w:rPr>
          <w:b/>
        </w:rPr>
        <w:t xml:space="preserve">[02:33] </w:t>
      </w:r>
      <w:r>
        <w:t>wisdom is the ability to discover the relevant by sorting out the irrelevant. paighambar-e-islam ki zindagi is aitbaar se wisdom ka kamil namuna hai.</w:t>
      </w:r>
    </w:p>
    <w:p>
      <w:pPr>
        <w:jc w:val="right"/>
      </w:pPr>
      <w:r>
        <w:t>وزڈم is the ability to discover the relevant by sorting out the irrelevant۔ پیغمبر اسلام کی زندگی اس اعتبار سے وزڈم کا کامل نمونہ ہے۔</w:t>
      </w:r>
    </w:p>
    <w:p>
      <w:r>
        <w:rPr>
          <w:b/>
        </w:rPr>
        <w:t xml:space="preserve">[02:47] </w:t>
      </w:r>
      <w:r>
        <w:t>aap ne apni 23 saala paighambari hayat mein isi wisdom ko istemal kiya, aur yahi wisdom aap ki aala kamyabi ka khaas sabab tha.</w:t>
      </w:r>
    </w:p>
    <w:p>
      <w:pPr>
        <w:jc w:val="right"/>
      </w:pPr>
      <w:r>
        <w:t>آپ نے اپنی 23 سالہ پیغمبرانہ حیات میں اسی وزڈم کو استعمال کیا، اور یہی وزڈم آپ کی اعلیٰ کامیابی کا خاص سبب تھا۔</w:t>
      </w:r>
    </w:p>
    <w:p>
      <w:r>
        <w:rPr>
          <w:b/>
        </w:rPr>
        <w:t xml:space="preserve">[03:00] </w:t>
      </w:r>
      <w:r>
        <w:t>paighambar-e-islam paighambar-e-fazilat na thay, balkay paighambar-e-wisdom thay. paighambar-e-fazilat doosron ke liye qabil-e-taqleed nahi hota, lekin paighambar-e-wisdom honay ki wajah se aisa hua ke aap ka namuna har insaan ke liye qabil-e-fakhar banne ke bajaye qabil-e-taqleed bana.</w:t>
      </w:r>
    </w:p>
    <w:p>
      <w:pPr>
        <w:jc w:val="right"/>
      </w:pPr>
      <w:r>
        <w:t>پیغمبر اسلام پیغمبر فضیلت نہ تھے، بلکہ پیغمبر وزڈم تھے۔ پیغمبر فضیلت دوسروں کے لیے قابلِ تقلید نہیں ہوتا، لیکن پیغمبر وزڈم ہونے کی وجہ سے ایسا ہوا کہ آپ کا نمونہ ہر انسان کے لیے قابلِ فخر بننے کے بجائے قابلِ تقلید بن گیا۔</w:t>
      </w:r>
    </w:p>
    <w:p>
      <w:r>
        <w:rPr>
          <w:b/>
        </w:rPr>
        <w:t xml:space="preserve">[03:23] </w:t>
      </w:r>
      <w:r>
        <w:t>mustaqbil par nazar: paighambar-e-islam par pehli wahi 610 isvi mein aayi hai. us waqt aap makka se 2 mil ke faasley par tanha ghare hira mein thay.</w:t>
      </w:r>
    </w:p>
    <w:p>
      <w:pPr>
        <w:jc w:val="right"/>
      </w:pPr>
      <w:r>
        <w:t>مستقبل پر نظر: پیغمبر اسلام پر پہلی وحی 610 عیسوی میں آئی ہے۔ اس وقت آپ مکہ سے 2 میل کے فاصلے پر تنہا غار حرا میں تھے۔</w:t>
      </w:r>
    </w:p>
    <w:p>
      <w:r>
        <w:rPr>
          <w:b/>
        </w:rPr>
        <w:t xml:space="preserve">[03:37] </w:t>
      </w:r>
      <w:r>
        <w:t>us waqt Allah ki taraf se farishta jibril aap ke paas aaya. farishtay ne paighambar-e-islam se kaha ke iqra, aye muhammad parho.</w:t>
      </w:r>
    </w:p>
    <w:p>
      <w:pPr>
        <w:jc w:val="right"/>
      </w:pPr>
      <w:r>
        <w:t>اس وقت اللہ کی طرف سے فرشتہ جبرائیل آپ کے پاس آیا۔ فرشتے نے پیغمبر اسلام سے کہا کہ اقراء، اے محمد پڑھو۔</w:t>
      </w:r>
    </w:p>
    <w:p>
      <w:r>
        <w:rPr>
          <w:b/>
        </w:rPr>
        <w:t xml:space="preserve">[03:47] </w:t>
      </w:r>
      <w:r>
        <w:t>aap ne is ke jawab mein kaha: ma ana bi qari, main parhna nahi jaanta. is ke baad jibril ne aap ko pakda aur zor se apne seenay se lagaya.</w:t>
      </w:r>
    </w:p>
    <w:p>
      <w:pPr>
        <w:jc w:val="right"/>
      </w:pPr>
      <w:r>
        <w:t>آپ نے اس کے جواب میں کہا: ما انا بقاری، میں پڑھنا نہیں جانتا۔ اس کے بعد جبرائیل نے آپ کو پکڑا اور زور سے اپنے سینے سے لگایا۔</w:t>
      </w:r>
    </w:p>
    <w:p>
      <w:r>
        <w:rPr>
          <w:b/>
        </w:rPr>
        <w:t xml:space="preserve">[03:59] </w:t>
      </w:r>
      <w:r>
        <w:t>jibril ne dobara parhne ke liye kaha. paighambar-e-islam ne dobara wahi jawab diya. yeh amal 3 baar hua.</w:t>
      </w:r>
    </w:p>
    <w:p>
      <w:pPr>
        <w:jc w:val="right"/>
      </w:pPr>
      <w:r>
        <w:t>جبرائیل نے دوبارہ پڑھنے کے لیے کہا۔ پیغمبر اسلام نے دوبارہ وہی جواب دیا۔ یہ عمل 3 بار ہوا۔</w:t>
      </w:r>
    </w:p>
    <w:p>
      <w:r>
        <w:rPr>
          <w:b/>
        </w:rPr>
        <w:t xml:space="preserve">[04:08] </w:t>
      </w:r>
      <w:r>
        <w:t>is ke baad jibril ne aap ko surah al-alaq ki ibtidaai 5 ayatein parhayin, aur aap ne jibril ke bolay hue kalam ko dohrata.</w:t>
      </w:r>
    </w:p>
    <w:p>
      <w:pPr>
        <w:jc w:val="right"/>
      </w:pPr>
      <w:r>
        <w:t>اس کے بعد جبرائیل نے آپ کو سورہ اللق کی ابتدائی 5 آیتیں پڑھائیں، اور آپ نے جبرائیل کے بولے ہوئے کلام کو دہرایا۔</w:t>
      </w:r>
    </w:p>
    <w:p>
      <w:r>
        <w:rPr>
          <w:b/>
        </w:rPr>
        <w:t xml:space="preserve">[04:17] </w:t>
      </w:r>
      <w:r>
        <w:t>sahih bukhari. is waqey par ghor karne se maloom hota hai ke nubuwwat ke is pehlay tajribay mein aap ko aik azeem sabak diya gaya, woh yeh ke apne safar mein haal ko na dekho balkay mustaqbil ko dekho.</w:t>
      </w:r>
    </w:p>
    <w:p>
      <w:pPr>
        <w:jc w:val="right"/>
      </w:pPr>
      <w:r>
        <w:t>صحیح بخاری۔ اس واقعے پر غور کرنے سے معلوم ہوتا ہے کہ نبوت کے اس پہلے تجربے میں آپ کو ایک عظیم سبق دیا گیا، وہ یہ کہ اپنے سفر میں حال کو نہ دیکھو بلکہ مستقبل کو دیکھو۔</w:t>
      </w:r>
    </w:p>
    <w:p>
      <w:r>
        <w:rPr>
          <w:b/>
        </w:rPr>
        <w:t xml:space="preserve">[04:34] </w:t>
      </w:r>
      <w:r>
        <w:t>apne bil-fi'l yaani actual ko na dekho balkay apne bil-quwwa ya potential ko dekho. zindagi mein yeh na dekho ke kya hai balkay yeh dekho ke kya ho sakta hai.</w:t>
      </w:r>
    </w:p>
    <w:p>
      <w:pPr>
        <w:jc w:val="right"/>
      </w:pPr>
      <w:r>
        <w:t>اپنے بالفعل یعنی actual کو نہ دیکھو بلکہ اپنے بالقوہ یا potential کو دیکھو۔ زندگی میں یہ نہ دیکھو کہ کیا ہے بلکہ یہ دیکھو کہ کیا ہو سکتا ہے۔</w:t>
      </w:r>
    </w:p>
    <w:p>
      <w:r>
        <w:rPr>
          <w:b/>
        </w:rPr>
        <w:t xml:space="preserve">[04:49] </w:t>
      </w:r>
      <w:r>
        <w:t>zindagi mein kabhi yeh na samjho ke full stop aa gaya, balkay hamesha yeh yaqeen rakho ke zindagi mein kabhi comma khatam nahi hoga.</w:t>
      </w:r>
    </w:p>
    <w:p>
      <w:pPr>
        <w:jc w:val="right"/>
      </w:pPr>
      <w:r>
        <w:t>زندگی میں کبھی یہ نہ سمجھو کہ فل اسٹاپ آ گیا، بلکہ ہمیشہ یہ یقین رکھو کہ زندگی میں کبھی کوما ختم نہیں ہوگا۔</w:t>
      </w:r>
    </w:p>
    <w:p>
      <w:r>
        <w:rPr>
          <w:b/>
        </w:rPr>
        <w:t xml:space="preserve">[05:00] </w:t>
      </w:r>
      <w:r>
        <w:t>zindagi mein kabhi mayoos na ho, balkay hamesha apne aap ko pur-umeed banaye raho. paighambar-e-islam ki zindagi ka gehrai ke sath mutala kiya jaye to iqra ka yeh pehla tajurba aap ki poori zindagi mein karfarma dikhai dega.</w:t>
      </w:r>
    </w:p>
    <w:p>
      <w:pPr>
        <w:jc w:val="right"/>
      </w:pPr>
      <w:r>
        <w:t>زندگی میں کبھی مایوس نہ ہو، بلکہ ہمیشہ اپنے آپ کو پرامید بنائے رہو۔ پیغمبر اسلام کی زندگی کا گہرائی کے ساتھ مطالعہ کیا جائے تو اقراء کا یہ پہلا تجربہ آپ کی پوری زندگی میں کارفرما دکھائی دے گا۔</w:t>
      </w:r>
    </w:p>
    <w:p>
      <w:r>
        <w:rPr>
          <w:b/>
        </w:rPr>
        <w:t xml:space="preserve">[05:22] </w:t>
      </w:r>
      <w:r>
        <w:t>har mazhab ka ehtiram: paighambar-e-islam jab 40 saal ke huay to aap par pehli wahi utri.</w:t>
      </w:r>
    </w:p>
    <w:p>
      <w:pPr>
        <w:jc w:val="right"/>
      </w:pPr>
      <w:r>
        <w:t>ہر مذہب کا احترام: پیغمبر اسلام جب 40 سال کے ہوئے تو آپ پر پہلی وحی اتری۔</w:t>
      </w:r>
    </w:p>
    <w:p>
      <w:r>
        <w:rPr>
          <w:b/>
        </w:rPr>
        <w:t xml:space="preserve">[05:32] </w:t>
      </w:r>
      <w:r>
        <w:t>yeh tajurba aap ke liye nihayat shadeed tha. is silsilay mein jo waqeyat riwayat ki kitabon mein aaye hain, un mein se aik yeh hai ke Hazrat Khadija ne aap se kaha ke chaliye main aap ko Warqa bin Naufal ke paas le chalti hoon, dekhiye woh kya kehte hain.</w:t>
      </w:r>
    </w:p>
    <w:p>
      <w:pPr>
        <w:jc w:val="right"/>
      </w:pPr>
      <w:r>
        <w:t>یہ تجربہ آپ کے لیے نہایت شدید تھا۔ اس سلسلے میں جو واقعات روایت کی کتابوں میں آئے ہیں، ان میں سے ایک یہ ہے کہ حضرت خدیجہ نے آپ سے کہا کہ چلیے میں آپ کو ورقہ بن نوفل کے پاس لے چلتی ہوں، دیکھیے وہ کیا کہتے ہیں۔</w:t>
      </w:r>
    </w:p>
    <w:p>
      <w:r>
        <w:rPr>
          <w:b/>
        </w:rPr>
        <w:t xml:space="preserve">[05:52] </w:t>
      </w:r>
      <w:r>
        <w:t>Warqa bin Naufal makka ke bashinday thay, un ki umar 90 saal ho chuki thi. woh makka ke un logon mein se thay jin ko hanifa kaha jata tha.</w:t>
      </w:r>
    </w:p>
    <w:p>
      <w:pPr>
        <w:jc w:val="right"/>
      </w:pPr>
      <w:r>
        <w:t>ورقہ بن نوفل مکہ کے باشندے تھے، ان کی عمر 90 سال ہو چکی تھی۔ وہ مکہ کے ان لوگوں میں سے تھے جن کو حنفہ کہا جاتا تھا۔</w:t>
      </w:r>
    </w:p>
    <w:p>
      <w:r>
        <w:rPr>
          <w:b/>
        </w:rPr>
        <w:t xml:space="preserve">[06:04] </w:t>
      </w:r>
      <w:r>
        <w:t>unhon ne ibrani zaban seekhi thi aur torah o injeel ka mutala kiya tha, chunancha woh nasrani ho gaye thay. Warqa ne jab aap ki baat suni to unhon ne kaha: yahi woh namoos hai jo Allah taala ne Musa par nazil kiya tha.</w:t>
      </w:r>
    </w:p>
    <w:p>
      <w:pPr>
        <w:jc w:val="right"/>
      </w:pPr>
      <w:r>
        <w:t>انہوں نے عبرانی زبان سیکھی تھی اور تورات و انجیل کا مطالعہ کیا تھا، چنانچہ وہ نصرانی ہو گئے تھے۔ ورقہ نے جب آپ کی بات سنی تو انہوں نے کہا: یہی وہ ناموس ہے جو اللہ تعالیٰ نے موسیٰ پر نازل کیا تھا۔</w:t>
      </w:r>
    </w:p>
    <w:p>
      <w:r>
        <w:rPr>
          <w:b/>
        </w:rPr>
        <w:t xml:space="preserve">[06:21] </w:t>
      </w:r>
      <w:r>
        <w:t>kaash main naujawan hota, kaash main us waqt tak zinda rehta jab tumhari qaum tumhein nikaal degi. to Rasool Allah sal-lal-lahu alaihi wa-sallam ne farmaya: kya woh mujhe nikaal dein gay?</w:t>
      </w:r>
    </w:p>
    <w:p>
      <w:pPr>
        <w:jc w:val="right"/>
      </w:pPr>
      <w:r>
        <w:t>کاش میں نوجوان ہوتا، کاش میں اس وقت تک زندہ رہتا جب تمہاری قوم تمہیں نکال دے گی۔ تو رسول اللہ صلی اللہ علیہ وسلم نے فرمایا: کیا وہ مجھے نکال دیں گے؟</w:t>
      </w:r>
    </w:p>
    <w:p>
      <w:r>
        <w:rPr>
          <w:b/>
        </w:rPr>
        <w:t xml:space="preserve">[06:35] </w:t>
      </w:r>
      <w:r>
        <w:t>Warqa ne jawab diya: haan, jo cheez tum le kar aaye ho, us tarah ki cheez jo bhi le kar aaya us se dushmani ki gayi.</w:t>
      </w:r>
    </w:p>
    <w:p>
      <w:pPr>
        <w:jc w:val="right"/>
      </w:pPr>
      <w:r>
        <w:t>ورقہ نے جواب دیا: ہاں، جو چیز تم لے کر آئے ہو، اس طرح کی چیز جو بھی لے کر آیا اس سے دشمنی کی گئی۔</w:t>
      </w:r>
    </w:p>
    <w:p>
      <w:r>
        <w:rPr>
          <w:b/>
        </w:rPr>
        <w:t xml:space="preserve">[06:45] </w:t>
      </w:r>
      <w:r>
        <w:t>agar main tera zamana paoon to main teri poori madad karunga. sahih bukhari. is waqey se andaza hota hai ke paighambar-e-islam ke laye hue deen mein mazhabi munafarat ya religious hatred ke liye koi jagah nahi thi.</w:t>
      </w:r>
    </w:p>
    <w:p>
      <w:pPr>
        <w:jc w:val="right"/>
      </w:pPr>
      <w:r>
        <w:t>اگر میں تیرا زمانہ پاؤں تو میں تیری پوری مدد کروں گا۔ صحیح بخاری۔ اس واقعے سے اندازہ ہوتا ہے کہ پیغمبر اسلام کے لائے ہوئے دین میں مذہبی منافرت یا religious hatred کے لیے کوئی جگہ نہیں تھی۔</w:t>
      </w:r>
    </w:p>
    <w:p>
      <w:r>
        <w:rPr>
          <w:b/>
        </w:rPr>
        <w:t xml:space="preserve">[07:01] </w:t>
      </w:r>
      <w:r>
        <w:t>aap ka laya hua deen har mazhab ke logon ke liye yaksaan khair khwahi par mabni tha. mazeed yeh ke yeh waqea sirf akhlaqi waqea nahi, woh aala darjay ki danishmandi hai.</w:t>
      </w:r>
    </w:p>
    <w:p>
      <w:pPr>
        <w:jc w:val="right"/>
      </w:pPr>
      <w:r>
        <w:t>آپ کا لایا ہوا دین ہر مذہب کے لوگوں کے لیے یکساں خیر خواہی پر مبنی تھا۔ مزید یہ کہ یہ واقعہ صرف اخلاقی واقعہ نہیں، وہ اعلیٰ درجے کی دانشمندی ہے۔</w:t>
      </w:r>
    </w:p>
    <w:p>
      <w:r>
        <w:rPr>
          <w:b/>
        </w:rPr>
        <w:t xml:space="preserve">[07:17] </w:t>
      </w:r>
      <w:r>
        <w:t>is waqey se maloom hota hai ke paighambar-e-islam ke mission mein mutual learning ki bohat ziyada ahmiyat hai. is mulaqat se aap ki pareshani khatam ho gayi.</w:t>
      </w:r>
    </w:p>
    <w:p>
      <w:pPr>
        <w:jc w:val="right"/>
      </w:pPr>
      <w:r>
        <w:t>اس واقعے سے معلوم ہوتا ہے کہ پیغمبر اسلام کے مشن میں mutual learning کی بہت زیادہ اہمیت ہے۔ اس ملاقات سے آپ کی پریشانی ختم ہو گئی۔</w:t>
      </w:r>
    </w:p>
    <w:p>
      <w:r>
        <w:rPr>
          <w:b/>
        </w:rPr>
        <w:t xml:space="preserve">[07:29] </w:t>
      </w:r>
      <w:r>
        <w:t>Warqa bin Naufal ki baaton se aap ko apne mission ke baray mein aik naya yaqeen hasil hua. baaz seerat nigaron ke nazdeek Warqa bin Naufal pehlay shakhs thay jo aap par iman laye.</w:t>
      </w:r>
    </w:p>
    <w:p>
      <w:pPr>
        <w:jc w:val="right"/>
      </w:pPr>
      <w:r>
        <w:t>ورقہ بن نوفل کی باتوں سے آپ کو اپنے مشن کے بارے میں ایک نیا یقین حاصل ہوا۔ بعض سیرت نگاروں کے نزدیک ورقہ بن نوفل پہلے شخص تھے جو آپ کے اوپر ایمان لائے۔</w:t>
      </w:r>
    </w:p>
    <w:p>
      <w:r>
        <w:rPr>
          <w:b/>
        </w:rPr>
        <w:t xml:space="preserve">[07:45] </w:t>
      </w:r>
      <w:r>
        <w:t>tauheed ka mission: batoon se araz. paighambar-e-islam ka mission tauheed ka mission tha. is mamlay mein muqaddas kaba ki tahir apne aap shamil thi, jis ki imarat mein us zamanay ke mushrik logon ne taqreeban 360 but rakh diye thay.</w:t>
      </w:r>
    </w:p>
    <w:p>
      <w:pPr>
        <w:jc w:val="right"/>
      </w:pPr>
      <w:r>
        <w:t>توحید کا مشن: بتوں سے اعراض۔ پیغمبر اسلام کا مشن توحید کا مشن تھا۔ اس معاملے میں مقدس کعبہ کی تطہیر اپنے آپ شامل تھی، جس کی عمارت میں اس زمانے کے مشرک لوگوں نے تقریباً 360 بت رکھ دیے تھے۔</w:t>
      </w:r>
    </w:p>
    <w:p>
      <w:r>
        <w:rPr>
          <w:b/>
        </w:rPr>
        <w:t xml:space="preserve">[08:05] </w:t>
      </w:r>
      <w:r>
        <w:t>magar yeh be had ahem baat hai ke paighambar-e-islam ne jab qadeem makka mein apne mission ka aaghaz kiya to aap ne kaba mein batoon ki mojoodgi ko mukammal tor par nazar andaaz karte hue apna mission chalaya.</w:t>
      </w:r>
    </w:p>
    <w:p>
      <w:pPr>
        <w:jc w:val="right"/>
      </w:pPr>
      <w:r>
        <w:t>مگر یہ بے حد اہم بات ہے کہ پیغمبر اسلام نے جب قدیم مکہ میں اپنے مشن کا آغاز کیا تو آپ نے کعبہ میں بتوں کی موجودگی کو مکمل طور پر نظر انداز کرتے ہوئے اپنا مشن چلایا۔</w:t>
      </w:r>
    </w:p>
    <w:p>
      <w:r>
        <w:rPr>
          <w:b/>
        </w:rPr>
        <w:t xml:space="preserve">[08:22] </w:t>
      </w:r>
      <w:r>
        <w:t>aap ne yeh policy ikhtiyar ki ke batoon ki wajah se kaba ke paas jo zayreen ya visitors jama hotay thay, un ko ba taur audience istemal karen.</w:t>
      </w:r>
    </w:p>
    <w:p>
      <w:pPr>
        <w:jc w:val="right"/>
      </w:pPr>
      <w:r>
        <w:t>آپ نے یہ پالیسی اختیار کی کہ بتوں کی وجہ سے کعبہ کے پاس جو زائرین یا visitors جمع ہوتے تھے، ان کو بطور audience استعمال کریں۔</w:t>
      </w:r>
    </w:p>
    <w:p>
      <w:r>
        <w:rPr>
          <w:b/>
        </w:rPr>
        <w:t xml:space="preserve">[08:34] </w:t>
      </w:r>
      <w:r>
        <w:t>chunanche aap ne yahi kiya ke rozana aap kaba ke maqam ko jatay aur wahan bulton ke maslay se araz karte hue maujood hazreen ko por aman tor par tawheed ka paigham sunatay, jo ke rozana sare arab se wahan apne bulton ki ziyarat ke liye aya karte thay.</w:t>
      </w:r>
    </w:p>
    <w:p>
      <w:pPr>
        <w:jc w:val="right"/>
      </w:pPr>
      <w:r>
        <w:t>چنانچہ آپ نے یہی کیا کہ روزانہ آپ کعبہ کے مقام کو جاتے اور وہاں بتوں کے مسئلے سے اعراض کرتے ہوئے موجود حاضرین کو پرامن طور پر توحید کا پیغام سناتے، جو کہ روزانہ سارے عرب سے وہاں اپنے بتوں کی زیارت کے لیے آیا کرتے تھے۔</w:t>
      </w:r>
    </w:p>
    <w:p>
      <w:r>
        <w:rPr>
          <w:b/>
        </w:rPr>
        <w:t xml:space="preserve">[08:55] </w:t>
      </w:r>
      <w:r>
        <w:t>yahi tareeqa aap ka makkah ke qiyam ke aakhir zaman tak jari raha. peghambar e islam ka yeh amal is baat ka aik namona hai ke aap ne is mamlay mein wisdom ke mazkoora usool ko istemal kiya.</w:t>
      </w:r>
    </w:p>
    <w:p>
      <w:pPr>
        <w:jc w:val="right"/>
      </w:pPr>
      <w:r>
        <w:t>یہی طریقہ آپ کا مکہ کے قیام کے آخر زمانے تک جاری رہا۔ پیغمبر اسلام کا یہ عمل اس بات کا ایک نمونہ ہے کہ آپ نے اس معاملے میں wisdom کے مذکورہ اصول کو استعمال کیا۔</w:t>
      </w:r>
    </w:p>
    <w:p>
      <w:r>
        <w:rPr>
          <w:b/>
        </w:rPr>
        <w:t xml:space="preserve">[09:10] </w:t>
      </w:r>
      <w:r>
        <w:t>aap ka mission dawat ka mission tha. is lihaaz se kaba mein bulton ki maujoodgi amli aitbar se aik ghair mutalliq issue tha.</w:t>
      </w:r>
    </w:p>
    <w:p>
      <w:pPr>
        <w:jc w:val="right"/>
      </w:pPr>
      <w:r>
        <w:t>آپ کا مشن دعوت کا مشن تھا۔ اس لحاظ سے کعبہ میں بتوں کی موجودگی عملی اعتبار سے ایک غیر متعلق issue تھا۔</w:t>
      </w:r>
    </w:p>
    <w:p>
      <w:r>
        <w:rPr>
          <w:b/>
        </w:rPr>
        <w:t xml:space="preserve">[09:21] </w:t>
      </w:r>
      <w:r>
        <w:t>is ke muqablay mein qabail ke zaireen ka ijtima aik mutalliq pehlu ki hesiyat rakhta tha. chunanche aap ne ghair mutalliq pehlu ko waqti tor par nazar andaaz karte hue is ke mutalliq pehlu ko por aman tor par istemal kiya.</w:t>
      </w:r>
    </w:p>
    <w:p>
      <w:pPr>
        <w:jc w:val="right"/>
      </w:pPr>
      <w:r>
        <w:t>اس کے مقابلے میں قبائل کے زائرین کا اجتماع ایک متعلق پہلو کی حیثیت رکھتا تھا۔ چنانچہ آپ نے غیر متعلق پہلو کو وقتی طور پر نظر انداز کرتے ہوئے اس کے متعلق پہلو کو پرامن طور پر استعمال کیا۔</w:t>
      </w:r>
    </w:p>
    <w:p>
      <w:r>
        <w:rPr>
          <w:b/>
        </w:rPr>
        <w:t xml:space="preserve">[09:42] </w:t>
      </w:r>
      <w:r>
        <w:t>agli nasal tak se umeed rakhna: peghambar e islam ki aik guftagu apni ahliya aisha raziallah ke sath un alfaaz mein aayi hai.</w:t>
      </w:r>
    </w:p>
    <w:p>
      <w:pPr>
        <w:jc w:val="right"/>
      </w:pPr>
      <w:r>
        <w:t>اگلی نسل تک سے امید رکھنا: پیغمبر اسلام کی ایک گفتگو اپنی اہلیہ عائشہ رضی اللہ کے ساتھ ان الفاظ میں آئی ہے۔</w:t>
      </w:r>
    </w:p>
    <w:p>
      <w:r>
        <w:rPr>
          <w:b/>
        </w:rPr>
        <w:t xml:space="preserve">[09:53] </w:t>
      </w:r>
      <w:r>
        <w:t>hazrat aisha se riwayat hai: unhon ne peghambar e islam se kaha ke kya yom e uhad se bhi sakht din aap par aaya hai? aap ne kaha ke main ne tumhari qom ki jo jo takleefein uthayi hain, woh uthayi hain, aur sab se ziyada takleef jo main ne uthayi, woh uqba ke din taif ke safar mein thi.</w:t>
      </w:r>
    </w:p>
    <w:p>
      <w:pPr>
        <w:jc w:val="right"/>
      </w:pPr>
      <w:r>
        <w:t>حضرت عائشہ سے روایت ہے: انہوں نے پیغمبر اسلام سے کہا کہ کیا یوم احد سے بھی سخت دن آپ پر آیا ہے؟ آپ نے کہا کہ میں نے تمہاری قوم کی جو جو تکلیفیں اٹھائی ہیں، وہ اٹھائی ہیں، اور سب سے زیادہ تکلیف جو میں نے اٹھائی، وہ عقبہ کے دن طائف کے سفر میں تھی۔</w:t>
      </w:r>
    </w:p>
    <w:p>
      <w:r>
        <w:rPr>
          <w:b/>
        </w:rPr>
        <w:t xml:space="preserve">[10:14] </w:t>
      </w:r>
      <w:r>
        <w:t>jab main ne apne aap ko ibn ab ya lail bin ab kulal ke samne pesh kiya to us ne mere sath woh nahi kiya jo main ne chaha.</w:t>
      </w:r>
    </w:p>
    <w:p>
      <w:pPr>
        <w:jc w:val="right"/>
      </w:pPr>
      <w:r>
        <w:t>جب میں نے اپنے آپ کو ابن عب یا لیل بن عب کلال کے سامنے پیش کیا تو اس نے میرے ساتھ وہ نہیں کیا جو میں نے چاہا۔</w:t>
      </w:r>
    </w:p>
    <w:p>
      <w:r>
        <w:rPr>
          <w:b/>
        </w:rPr>
        <w:t xml:space="preserve">[10:24] </w:t>
      </w:r>
      <w:r>
        <w:t>main ranjeeda ho kar seedha chala. abhi main hosh mein na aaya tha ke qarn al tha'alib mein pahunch kar main ne apna sir uthaya to badal ke aik tukray ko apne upar saya fagan paya.</w:t>
      </w:r>
    </w:p>
    <w:p>
      <w:pPr>
        <w:jc w:val="right"/>
      </w:pPr>
      <w:r>
        <w:t>میں رنجیدہ ہو کر سیدھا چلا۔ ابھی میں ہوش میں نہ آیا تھا کہ قرن الثعالب میں پہنچ کر میں نے اپنا سر اٹھایا تو بادل کے ایک ٹکڑے کو اپنے اوپر سایہ فگن پایا۔</w:t>
      </w:r>
    </w:p>
    <w:p>
      <w:r>
        <w:rPr>
          <w:b/>
        </w:rPr>
        <w:t xml:space="preserve">[10:37] </w:t>
      </w:r>
      <w:r>
        <w:t>main ne dekha ke us mein jibril thay. unhon ne mujhe awaz di aur kaha ke allah ta'ala ne aap se aap ki qom ki guftagu aur un ka jawab sun liya hai.</w:t>
      </w:r>
    </w:p>
    <w:p>
      <w:pPr>
        <w:jc w:val="right"/>
      </w:pPr>
      <w:r>
        <w:t>میں نے دیکھا کہ اس میں جبرائیل تھے۔ انہوں نے مجھے آواز دی اور کہا کہ اللہ تعالیٰ نے آپ سے آپ کی قوم کی گفتگو اور ان کا جواب سن لیا ہے۔</w:t>
      </w:r>
    </w:p>
    <w:p>
      <w:r>
        <w:rPr>
          <w:b/>
        </w:rPr>
        <w:t xml:space="preserve">[10:49] </w:t>
      </w:r>
      <w:r>
        <w:t>ab paharon ke farishtay ko aap ke pas bheja hai taake aap aisay munkiron ke baray mein jo chahain hukum dein. phir mujhe paharon ke farishtay ne awaz di aur salam kiya, phir kaha ke aye muhammad, yeh sab kuch aap ki marzi hai.</w:t>
      </w:r>
    </w:p>
    <w:p>
      <w:pPr>
        <w:jc w:val="right"/>
      </w:pPr>
      <w:r>
        <w:t>اب پہاڑوں کے فرشتے کو آپ کے پاس بھیجا ہے تاکہ آپ ایسے منکروں کے بارے میں جو چاہیں حکم دیں۔ پھر مجھے پہاڑوں کے فرشتے نے آواز دی اور سلام کیا، پھر کہا کہ اے محمد، یہ سب کچھ آپ کی مرضی ہے۔</w:t>
      </w:r>
    </w:p>
    <w:p>
      <w:r>
        <w:rPr>
          <w:b/>
        </w:rPr>
        <w:t xml:space="preserve">[11:06] </w:t>
      </w:r>
      <w:r>
        <w:t>agar aap chahain to main akhshabeen nami do paharon ko in munkiron par la kar rakh doon. to peghambar e islam ne farmaya: nahi, balkay mujhe umeed hai ke allah ta'ala in munkiron ki nasal se aisay log paida karega jo sirf usi ki ibadat karenge aur us ke sath bilkul shirk na karenge.</w:t>
      </w:r>
    </w:p>
    <w:p>
      <w:pPr>
        <w:jc w:val="right"/>
      </w:pPr>
      <w:r>
        <w:t>اگر آپ چاہیں تو میں اخشبین نامی دو پہاڑوں کو ان منکروں پر لا کر رکھ دوں۔ تو پیغمبر اسلام نے فرمایا: نہیں، بلکہ مجھے امید ہے کہ اللہ تعالیٰ ان منکروں کی نسل سے ایسے لوگ پیدا کرے گا جو صرف اسی کی عبادت کریں گے اور اس کے ساتھ بالکل شرک نہ کریں گے۔</w:t>
      </w:r>
    </w:p>
    <w:p>
      <w:r>
        <w:rPr>
          <w:b/>
        </w:rPr>
        <w:t xml:space="preserve">[11:27] </w:t>
      </w:r>
      <w:r>
        <w:t>sahih bukhari. is ka matlab yeh tha ke paighambar e islam ka mission insaan ki khair khwahi ka mission</w:t>
      </w:r>
    </w:p>
    <w:p>
      <w:pPr>
        <w:jc w:val="right"/>
      </w:pPr>
      <w:r>
        <w:t>صحیح بخاری۔ اس کا مطلب یہ تھا کہ پیغمبر اسلام کا مشن انسان کی خیر خواہی کا مشن</w:t>
      </w:r>
    </w:p>
    <w:p>
      <w:r>
        <w:rPr>
          <w:b/>
        </w:rPr>
        <w:t xml:space="preserve">[11:34] </w:t>
      </w:r>
      <w:r>
        <w:t>tha. insaan ke sath aap ki khair khwahi itni ziyada barhi hui thi ke agar pehli nasal aap</w:t>
      </w:r>
    </w:p>
    <w:p>
      <w:pPr>
        <w:jc w:val="right"/>
      </w:pPr>
      <w:r>
        <w:t>تھا۔ انسان کے ساتھ آپ کی خیر خواہی اتنی زیادہ بڑھی ہوئی تھی کہ اگر پہلی نسل آپ</w:t>
      </w:r>
    </w:p>
    <w:p>
      <w:r>
        <w:rPr>
          <w:b/>
        </w:rPr>
        <w:t xml:space="preserve">[11:42] </w:t>
      </w:r>
      <w:r>
        <w:t>ke paigham ko na sune to aap is ke liye tayyar thay ke un ki agli naslein un</w:t>
      </w:r>
    </w:p>
    <w:p>
      <w:pPr>
        <w:jc w:val="right"/>
      </w:pPr>
      <w:r>
        <w:t>کے پیغام کو نہ سنے تو آپ اس کے لیے تیار تھے کہ ان کی اگلی نسلیں ان</w:t>
      </w:r>
    </w:p>
    <w:p>
      <w:r>
        <w:rPr>
          <w:b/>
        </w:rPr>
        <w:t xml:space="preserve">[11:48] </w:t>
      </w:r>
      <w:r>
        <w:t>se mukhtalif sabit hongi aur aap ke paigham ko qabool karengi aur aap ke mission mein</w:t>
      </w:r>
    </w:p>
    <w:p>
      <w:pPr>
        <w:jc w:val="right"/>
      </w:pPr>
      <w:r>
        <w:t>سے مختلف ثابت ہوں گی اور آپ کے پیغام کو قبول کریں گی اور آپ کے مشن میں</w:t>
      </w:r>
    </w:p>
    <w:p>
      <w:r>
        <w:rPr>
          <w:b/>
        </w:rPr>
        <w:t xml:space="preserve">[11:54] </w:t>
      </w:r>
      <w:r>
        <w:t>aap ki saathi ban jayengi.</w:t>
      </w:r>
    </w:p>
    <w:p>
      <w:pPr>
        <w:jc w:val="right"/>
      </w:pPr>
      <w:r>
        <w:t>آپ کی ساتھی بن جائیں گی۔</w:t>
      </w:r>
    </w:p>
    <w:p>
      <w:r>
        <w:rPr>
          <w:b/>
        </w:rPr>
        <w:t xml:space="preserve">[11:58] </w:t>
      </w:r>
      <w:r>
        <w:t>halat se oopar uth kar sochna: maki daur mein peghambar e islam ke sath wahi sulook kiya jata tha jo sulook dosray peghambaron ke sath kiya gaya, yani istihza.</w:t>
      </w:r>
    </w:p>
    <w:p>
      <w:pPr>
        <w:jc w:val="right"/>
      </w:pPr>
      <w:r>
        <w:t>حالات سے اوپر اٹھ کر سوچنا: مکی دور میں پیغمبر اسلام کے ساتھ وہی سلوک کیا جاتا تھا جو سلوک دوسرے پیغمبروں کے ساتھ کیا گیا، یعنی استہزاء۔</w:t>
      </w:r>
    </w:p>
    <w:p>
      <w:r>
        <w:rPr>
          <w:b/>
        </w:rPr>
        <w:t xml:space="preserve">[12:12] </w:t>
      </w:r>
      <w:r>
        <w:t>magar peghambar e islam ka tareeqa yeh tha ke woh hamesha manfi waqiat ka jawab misbat andaaz mein detay thay. is silsilay mein aik riwayat hadith ki kitabon mein is tarah aayi hai:</w:t>
      </w:r>
    </w:p>
    <w:p>
      <w:pPr>
        <w:jc w:val="right"/>
      </w:pPr>
      <w:r>
        <w:t>مگر پیغمبر اسلام کا طریقہ یہ تھا کہ وہ ہمیشہ منفی واقعات کا جواب مثبت انداز میں دیتے تھے۔ اس سلسلے میں ایک روایت حدیث کی کتابوں میں اس طرح آئی ہے:</w:t>
      </w:r>
    </w:p>
    <w:p>
      <w:r>
        <w:rPr>
          <w:b/>
        </w:rPr>
        <w:t xml:space="preserve">[12:25] </w:t>
      </w:r>
      <w:r>
        <w:t>peghambar e islam ne kaha: ألا تعجبون كيف يصرف الله عني شتم قريش ولعنه يشتمون مزمما ویلعنون مزمما وانا محمد صحیح بخاری۔</w:t>
      </w:r>
    </w:p>
    <w:p>
      <w:pPr>
        <w:jc w:val="right"/>
      </w:pPr>
      <w:r>
        <w:t>پیغمبر اسلام نے کہا: ألا تعجبون كيف يصرف الله عني شتم قريش ولعنه يشتمون مزمما ویلعنون مزمما وانا محمد صحیح بخاری۔</w:t>
      </w:r>
    </w:p>
    <w:p>
      <w:r>
        <w:rPr>
          <w:b/>
        </w:rPr>
        <w:t xml:space="preserve">[12:44] </w:t>
      </w:r>
      <w:r>
        <w:t>yani kya tum ko yeh baat ajeeb nahi maloom hoti ke allah mujh se quraish ke sab o shatam aur lanat ko kis tarah door kar raha hai?</w:t>
      </w:r>
    </w:p>
    <w:p>
      <w:pPr>
        <w:jc w:val="right"/>
      </w:pPr>
      <w:r>
        <w:t>یعنی کیا تم کو یہ بات عجیب نہیں معلوم ہوتی کہ اللہ مجھ سے قریش کے سب و شتم اور لعنت کو کس طرح دور کر رہا ہے؟</w:t>
      </w:r>
    </w:p>
    <w:p>
      <w:r>
        <w:rPr>
          <w:b/>
        </w:rPr>
        <w:t xml:space="preserve">[12:53] </w:t>
      </w:r>
      <w:r>
        <w:t>mujhe woh muzammam keh kar shatam karte hain, muzammam keh kar woh mujh par lanat bhejte hain, halankay main to muhammad hoon.</w:t>
      </w:r>
    </w:p>
    <w:p>
      <w:pPr>
        <w:jc w:val="right"/>
      </w:pPr>
      <w:r>
        <w:t>مجھے وہ مزمم کہہ کر شتم کرتے ہیں، مزمم کہہ کر وہ مجھ پر لعنت بھیجتے ہیں، حالانکہ میں تو محمد ہوں۔</w:t>
      </w:r>
    </w:p>
    <w:p>
      <w:r>
        <w:rPr>
          <w:b/>
        </w:rPr>
        <w:t xml:space="preserve">[13:03] </w:t>
      </w:r>
      <w:r>
        <w:t>is ka matlab yeh hai ke quraish ke log apni barhi hui mukhalifat ki bina par is ko pasand nahi karte ke woh mera asal naam bolen aur mere khilaf jo kehna chahte hain woh mera naam le kar kahein.</w:t>
      </w:r>
    </w:p>
    <w:p>
      <w:pPr>
        <w:jc w:val="right"/>
      </w:pPr>
      <w:r>
        <w:t>اس کا مطلب یہ ہے کہ قریش کے لوگ اپنی بڑھی ہوئی مخالفت کی بنا پر اس کو پسند نہیں کرتے کہ وہ میرا اصل نام بولیں اور میرے خلاف جو کہنا چاہتے ہیں وہ میرا نام لے کر کہیں۔</w:t>
      </w:r>
    </w:p>
    <w:p>
      <w:r>
        <w:rPr>
          <w:b/>
        </w:rPr>
        <w:t xml:space="preserve">[13:16] </w:t>
      </w:r>
      <w:r>
        <w:t>unhon ne mukhalifat ke josh mein ba-taur khud mera naam muhammad ke bajaye muzammam rakh diya aur woh muzammam ka naam bol kar mera sab o shatam karte hain.</w:t>
      </w:r>
    </w:p>
    <w:p>
      <w:pPr>
        <w:jc w:val="right"/>
      </w:pPr>
      <w:r>
        <w:t>انہوں نے مخالفت کے جوش میں بطور خود میرا نام محمد کے بجائے مزمم رکھ دیا اور وہ مزمم کا نام بول کر میرا سب و شتم کرتے ہیں۔</w:t>
      </w:r>
    </w:p>
    <w:p>
      <w:r>
        <w:rPr>
          <w:b/>
        </w:rPr>
        <w:t xml:space="preserve">[13:28] </w:t>
      </w:r>
      <w:r>
        <w:t>yani woh sab o shatam to karte hain, lekin jis shakhs ki, lekin jis shakhs ki woh sab o shatam karte hain, us ka naam unhon ne ba-taur khud muzammam rakh diya hai.</w:t>
      </w:r>
    </w:p>
    <w:p>
      <w:pPr>
        <w:jc w:val="right"/>
      </w:pPr>
      <w:r>
        <w:t>یعنی وہ سب و شتم تو کرتے ہیں، لیکن جس شخص کی، لیکن جس شخص کی وہ سب و شتم کرتے ہیں، اس کا نام انہوں نے بطور خود مزمم رکھ دیا ہے۔</w:t>
      </w:r>
    </w:p>
    <w:p>
      <w:r>
        <w:rPr>
          <w:b/>
        </w:rPr>
        <w:t xml:space="preserve">[13:39] </w:t>
      </w:r>
      <w:r>
        <w:t>is tarah un ke apne kehne ke mutabiq un ki baat kisi aisay shakhs par parti hai jis ka naam muzammam ho. woh shakhs jis ka naam muhammad hai, us par un ki baat parti hi nahi.</w:t>
      </w:r>
    </w:p>
    <w:p>
      <w:pPr>
        <w:jc w:val="right"/>
      </w:pPr>
      <w:r>
        <w:t>اس طرح ان کے اپنے کہنے کے مطابق ان کی بات کسی ایسے شخص پر پڑتی ہے جس کا نام مزمم ہو۔ وہ شخص جس کا نام محمد ہے، اس پر ان کی بات پڑتی ہی نہیں۔</w:t>
      </w:r>
    </w:p>
    <w:p>
      <w:r>
        <w:rPr>
          <w:b/>
        </w:rPr>
        <w:t xml:space="preserve">[13:52] </w:t>
      </w:r>
      <w:r>
        <w:t>yeh aala soch ki aik anokhi misaal hai. peghambar e islam chunkay mukammal tor par misbat soch par qaim thay, is liye unhon ne aik lateef usloob mein quraish ke sab o shatam ko be-haqeeqat kar diya.</w:t>
      </w:r>
    </w:p>
    <w:p>
      <w:pPr>
        <w:jc w:val="right"/>
      </w:pPr>
      <w:r>
        <w:t>یہ اعلیٰ سوچ کی ایک انوکھی مثال ہے۔ پیغمبر اسلام چونکہ مکمل طور پر مثبت سوچ پر قائم تھے، اس لیے انہوں نے ایک لطیف اسلوب میں قریش کے سب و شتم کو بے حقیقت کر دیا۔</w:t>
      </w:r>
    </w:p>
    <w:p>
      <w:r>
        <w:rPr>
          <w:b/>
        </w:rPr>
        <w:t xml:space="preserve">[14:08] </w:t>
      </w:r>
      <w:r>
        <w:t>unhon ne kaha ke jab woh mera asal naam le kar mujhe kuch nahi kehte to woh khud hi apne sab o shatam ko kisi aur ke upar daal rahay hain, yani kisi mafrooha muzammam par, na ke us shakhs par jis ka naam us ke maa baap ne muhammad rakha hai.</w:t>
      </w:r>
    </w:p>
    <w:p>
      <w:pPr>
        <w:jc w:val="right"/>
      </w:pPr>
      <w:r>
        <w:t>انہوں نے کہا کہ جب وہ میرا اصل نام لے کر مجھے کچھ نہیں کہتے تو وہ خود ہی اپنے سب و شتم کو کسی اور کے اوپر ڈال رہے ہیں، یعنی کسی مفروضہ مزمم پر، نہ کہ اس شخص پر جس کا نام اس کے ماں باپ نے محمد رکھا ہے۔</w:t>
      </w:r>
    </w:p>
    <w:p>
      <w:r>
        <w:rPr>
          <w:b/>
        </w:rPr>
        <w:t xml:space="preserve">[14:28] </w:t>
      </w:r>
      <w:r>
        <w:t>is se maloom hua ke uswa e muhammadi mein sab o shatam par mushtael hona nahi hai aur na shaitan ko qatal karne ki koshish karna hai, balkay is se lateef pairaye mein araz karna hai.</w:t>
      </w:r>
    </w:p>
    <w:p>
      <w:pPr>
        <w:jc w:val="right"/>
      </w:pPr>
      <w:r>
        <w:t>اس سے معلوم ہوا کہ اسوہ محمدی میں سب و شتم پر مشتعل ہونا نہیں ہے اور نہ شاطن کو قتل کرنے کی کوشش کرنا ہے، بلکہ اس سے لطیف پیرائے میں اعراض کرنا ہے۔</w:t>
      </w:r>
    </w:p>
    <w:p>
      <w:r>
        <w:rPr>
          <w:b/>
        </w:rPr>
        <w:t xml:space="preserve">[14:43] </w:t>
      </w:r>
      <w:r>
        <w:t>yeh buland ikhlaqi ka mamla hai, na ke qanooni saza ka mamla.</w:t>
      </w:r>
    </w:p>
    <w:p>
      <w:pPr>
        <w:jc w:val="right"/>
      </w:pPr>
      <w:r>
        <w:t>یہ بلند اخلاقی کا معاملہ ہے، نہ کہ قانونی سزا کا معاملہ۔</w:t>
      </w:r>
    </w:p>
    <w:p>
      <w:r>
        <w:rPr>
          <w:b/>
        </w:rPr>
        <w:t xml:space="preserve">[14:52] </w:t>
      </w:r>
      <w:r>
        <w:t>mishn ki nai planning: peghambar e islam ne apna mishn qadeem makka mein shuru kiya. is waqt qadeem makka shirk ka markaz bana hua tha, is liye wahan aap ki shadeed mukhalifat hui, yahan tak ke unhon ne aap ko ultimatum de diya ke aap makka ko chhod dein warna hum aap ko qatl kar dein ge.</w:t>
      </w:r>
    </w:p>
    <w:p>
      <w:pPr>
        <w:jc w:val="right"/>
      </w:pPr>
      <w:r>
        <w:t>مشن کی نئی پلاننگ: پیغمبر اسلام نے اپنا مشن قدیم مکہ میں شروع کیا۔ اس وقت قدیم مکہ شرک کا مرکز بنا ہوا تھا، اس لیے وہاں آپ کی شدید مخالفت ہوئی، یہاں تک کہ انہوں نے آپ کو الٹی میٹم دے دیا کہ آپ مکہ کو چھوڑ دیں ورنہ ہم آپ کو قتل کر دیں گے۔</w:t>
      </w:r>
    </w:p>
    <w:p>
      <w:r>
        <w:rPr>
          <w:b/>
        </w:rPr>
        <w:t xml:space="preserve">[15:17] </w:t>
      </w:r>
      <w:r>
        <w:t>in halaat mein aap sallallaho alaihi wasallam ne makka ko chhod diya aur khamoshi ke sath madina aa kar wahan rihaish ikhtiyar kar li.</w:t>
      </w:r>
    </w:p>
    <w:p>
      <w:pPr>
        <w:jc w:val="right"/>
      </w:pPr>
      <w:r>
        <w:t>ان حالات میں آپ صلی اللہ علیہ وسلم نے مکہ کو چھوڑ دیا اور خاموشی کے ساتھ مدینہ آ کر وہاں رہائش اختیار کر لی۔</w:t>
      </w:r>
    </w:p>
    <w:p>
      <w:r>
        <w:rPr>
          <w:b/>
        </w:rPr>
        <w:t xml:space="preserve">[15:28] </w:t>
      </w:r>
      <w:r>
        <w:t>hijrat se kuch pehle aap ne apne ashaab se kaha tha: amirt bi qaryatin taakulul quraa yaqulun yuslim wa hiya al madina sahih bukhari.</w:t>
      </w:r>
    </w:p>
    <w:p>
      <w:pPr>
        <w:jc w:val="right"/>
      </w:pPr>
      <w:r>
        <w:t>ہجرت سے کچھ پہلے آپ نے اپنے اصحاب سے کہا تھا: أمرت بقريت تأكل القرى يقولون يسلم وهي المدينة صحیح بخاری۔</w:t>
      </w:r>
    </w:p>
    <w:p>
      <w:r>
        <w:rPr>
          <w:b/>
        </w:rPr>
        <w:t xml:space="preserve">[15:40] </w:t>
      </w:r>
      <w:r>
        <w:t>aam riwaj ke mutabiq koi shakhs aasani se apna watan nahin chhodta, balke is faisle ko badalwane ki har koshish shuru kar deta hai.</w:t>
      </w:r>
    </w:p>
    <w:p>
      <w:pPr>
        <w:jc w:val="right"/>
      </w:pPr>
      <w:r>
        <w:t>عام رواج کے مطابق کوئی شخص آسانی سے اپنا وطن نہیں چھوڑتا، بلکہ اس فیصلے کو بدلوانے کی ہر کوشش شروع کر دیتا ہے۔</w:t>
      </w:r>
    </w:p>
    <w:p>
      <w:r>
        <w:rPr>
          <w:b/>
        </w:rPr>
        <w:t xml:space="preserve">[15:51] </w:t>
      </w:r>
      <w:r>
        <w:t>magar peghambar e islam ne qadeem makka ke sardaron ke is faisle ko qabool kar liya aur khamoshi se madina aa kar abad ho gaye.</w:t>
      </w:r>
    </w:p>
    <w:p>
      <w:pPr>
        <w:jc w:val="right"/>
      </w:pPr>
      <w:r>
        <w:t>مگر پیغمبر اسلام نے قدیم مکہ کے سرداروں کے اس فیصلے کو قبول کر لیا اور خاموشی سے مدینہ آ کر آباد ہو گئے۔</w:t>
      </w:r>
    </w:p>
    <w:p>
      <w:r>
        <w:rPr>
          <w:b/>
        </w:rPr>
        <w:t xml:space="preserve">[16:01] </w:t>
      </w:r>
      <w:r>
        <w:t>apne nateeje ke aitbar se dekhiye to yeh ek nihayat hakimana amal tha. yani agar pehla mansooba work na kare to low profile ka tareeqa ikhtiyar karte hue khamoshi ke sath apne amal ka doosra mansooba banana.</w:t>
      </w:r>
    </w:p>
    <w:p>
      <w:pPr>
        <w:jc w:val="right"/>
      </w:pPr>
      <w:r>
        <w:t>اپنے نتیجے کے اعتبار سے دیکھیے تو یہ ایک نہایت حکیمانہ عمل تھا۔ یعنی اگر پہلا منصوبہ ورک نہ کرے تو لو پروفائل کا طریقہ اختیار کرتے ہوئے خاموشی کے ساتھ اپنے عمل کا دوسرا منصوبہ بنانا۔</w:t>
      </w:r>
    </w:p>
    <w:p>
      <w:r>
        <w:rPr>
          <w:b/>
        </w:rPr>
        <w:t xml:space="preserve">[16:19] </w:t>
      </w:r>
      <w:r>
        <w:t>aap ne aisa hi kiya aur aap ne pur aman taur par madina aa kar yahan az sar nau apne mishn ka mansooba banaya.</w:t>
      </w:r>
    </w:p>
    <w:p>
      <w:pPr>
        <w:jc w:val="right"/>
      </w:pPr>
      <w:r>
        <w:t>آپ نے ایسا ہی کیا اور آپ نے پرامن طور پر مدینہ آ کر یہاں از سر نو اپنے مشن کا منصوبہ بنایا۔</w:t>
      </w:r>
    </w:p>
    <w:p>
      <w:r>
        <w:rPr>
          <w:b/>
        </w:rPr>
        <w:t xml:space="preserve">[16:29] </w:t>
      </w:r>
      <w:r>
        <w:t>aap ka yeh tareeqa itna kamyab hua ke sirf das saal ke andar pehle makka aur phir sara arab aap ke daire mein aa gaya.</w:t>
      </w:r>
    </w:p>
    <w:p>
      <w:pPr>
        <w:jc w:val="right"/>
      </w:pPr>
      <w:r>
        <w:t>آپ کا یہ طریقہ اتنا کامیاب ہوا کہ صرف دس سال کے اندر پہلے مکہ اور پھر سارا عرب آپ کے دائرے میں آ گیا۔</w:t>
      </w:r>
    </w:p>
    <w:p>
      <w:r>
        <w:rPr>
          <w:b/>
        </w:rPr>
        <w:t xml:space="preserve">[16:40] </w:t>
      </w:r>
      <w:r>
        <w:t>aise halaat mein aam taur par log jawabi zehan ke tehat sochte hain aur takrao ka tareeqa ikhtiyar karte hain, lekin peghambar e islam ne takrao ke bajaye re planning ka tareeqa ikhtiyar kiya aur tajruba batata hai ke aap ka mansooba mukammal taur par kamyab raha.</w:t>
      </w:r>
    </w:p>
    <w:p>
      <w:pPr>
        <w:jc w:val="right"/>
      </w:pPr>
      <w:r>
        <w:t>ایسے حالات میں عام طور پر لوگ جوابی ذہن کے تحت سوچتے ہیں اور ٹکراؤ کا طریقہ اختیار کرتے ہیں، لیکن پیغمبر اسلام نے ٹکراؤ کے بجائے ری پلاننگ کا طریقہ اختیار کیا اور تجربہ بتاتا ہے کہ آپ کا منصوبہ مکمل طور پر کامیاب رہا۔</w:t>
      </w:r>
    </w:p>
    <w:p>
      <w:r>
        <w:rPr>
          <w:b/>
        </w:rPr>
        <w:t xml:space="preserve">[17:07] </w:t>
      </w:r>
      <w:r>
        <w:t>har haal mein musbat tarz e fikr: peghambar e islam ne qadeem makka mein apna mishn 610 isvi mein shuru kiya.</w:t>
      </w:r>
    </w:p>
    <w:p>
      <w:pPr>
        <w:jc w:val="right"/>
      </w:pPr>
      <w:r>
        <w:t>ہر حال میں مثبت طرز فکر: پیغمبر اسلام نے قدیم مکہ میں اپنا مشن 610 عیسوی میں شروع کیا۔</w:t>
      </w:r>
    </w:p>
    <w:p>
      <w:r>
        <w:rPr>
          <w:b/>
        </w:rPr>
        <w:t xml:space="preserve">[17:18] </w:t>
      </w:r>
      <w:r>
        <w:t>is waqt makka mein qabaili culture yani tribal culture shiddat ke sath maujood tha. wahan ke logon ne aap ke sath har qism ka bura suluk kiya, yahan tak ke tera saal baad aap ne majboor ho kar apne watan ko chhod diya aur makka se taqreeban paanch sau kilometer ke faasle par maujood madina mein apne sathiyon ke sath muqeem ho gaye.</w:t>
      </w:r>
    </w:p>
    <w:p>
      <w:pPr>
        <w:jc w:val="right"/>
      </w:pPr>
      <w:r>
        <w:t>اس وقت مکہ میں قبائلی کلچر یعنی ٹرائبل کلچر شدت کے ساتھ موجود تھا۔ وہاں کے لوگوں نے آپ کے ساتھ ہر قسم کا برا سلوک کیا، یہاں تک کہ تیرہ سال بعد آپ نے مجبور ہو کر اپنے وطن کو چھوڑ دیا اور مکہ سے تقریباً پانچ سو کلومیٹر کے فاصلے پر موجود مدینہ میں اپنے ساتھیوں کے ساتھ مقیم ہو گئے۔</w:t>
      </w:r>
    </w:p>
    <w:p>
      <w:r>
        <w:rPr>
          <w:b/>
        </w:rPr>
        <w:t xml:space="preserve">[17:44] </w:t>
      </w:r>
      <w:r>
        <w:t>yeh shiddat tareen maanon mein jala watni ka case tha. aam riwaj yeh hai ke aise log apne naye watan mein ja kar sirf ek kaam karte hain aur woh apne saabiq ham watanon ki buraiyan bayan karna.</w:t>
      </w:r>
    </w:p>
    <w:p>
      <w:pPr>
        <w:jc w:val="right"/>
      </w:pPr>
      <w:r>
        <w:t>یہ شدید ترین معنوں میں جلا وطنی کا کیس تھا۔ عام رواج یہ ہے کہ ایسے لوگ اپنے نئے وطن میں جا کر صرف ایک کام کرتے ہیں اور وہ اپنے سابق ہم وطنوں کی برائیاں بیان کرنا۔</w:t>
      </w:r>
    </w:p>
    <w:p>
      <w:r>
        <w:rPr>
          <w:b/>
        </w:rPr>
        <w:t xml:space="preserve">[18:00] </w:t>
      </w:r>
      <w:r>
        <w:t>lekin peghambar e islam ne is se alag ek intehai taur par mukhtalif tareeqa ikhtiyar kiya. woh yeh ke aap madina ja kar is tarah rehne lage jaisa ke makka mein aap ke sath kuch bhi na hua ho.</w:t>
      </w:r>
    </w:p>
    <w:p>
      <w:pPr>
        <w:jc w:val="right"/>
      </w:pPr>
      <w:r>
        <w:t>لیکن پیغمبر اسلام نے اس سے الگ ایک انتہائی طور پر مختلف طریقہ اختیار کیا۔ وہ یہ کہ آپ مدینہ جا کر اس طرح رہنے لگے جیسا کہ مکہ میں آپ کے ساتھ کچھ بھی نہ ہوا ہو۔</w:t>
      </w:r>
    </w:p>
    <w:p>
      <w:r>
        <w:rPr>
          <w:b/>
        </w:rPr>
        <w:t xml:space="preserve">[18:17] </w:t>
      </w:r>
      <w:r>
        <w:t>seerat ibn e hisham mein hijrat ke baad ke waqeaat ka zikr hai. is ke tehat peghambar e islam ke pehle khutbe ka zikr hai.</w:t>
      </w:r>
    </w:p>
    <w:p>
      <w:pPr>
        <w:jc w:val="right"/>
      </w:pPr>
      <w:r>
        <w:t>سیرت ابن ہشام میں ہجرت کے بعد کے واقعات کا ذکر ہے۔ اس کے تحت پیغمبر اسلام کے پہلے خطبے کا ذکر ہے۔</w:t>
      </w:r>
    </w:p>
    <w:p>
      <w:r>
        <w:rPr>
          <w:b/>
        </w:rPr>
        <w:t xml:space="preserve">[18:27] </w:t>
      </w:r>
      <w:r>
        <w:t>is bab ka pehla paragraph un alfaaz mein aaya hai: awwal khutbah khutabaha rasool allah sallallaho alaihi wasallam yani pehla khutbah jo aap ne madina mein diya.</w:t>
      </w:r>
    </w:p>
    <w:p>
      <w:pPr>
        <w:jc w:val="right"/>
      </w:pPr>
      <w:r>
        <w:t>اس باب کا پہلا پیراگراف ان الفاظ میں آیا ہے: أول خطبة خطبها رسول الله صلى الله عليه وسلم یعنی پہلا خطبہ جو آپ نے مدینہ میں دیا۔</w:t>
      </w:r>
    </w:p>
    <w:p>
      <w:r>
        <w:rPr>
          <w:b/>
        </w:rPr>
        <w:t xml:space="preserve">[18:41] </w:t>
      </w:r>
      <w:r>
        <w:t>is khutbe ko jo padhe woh hairat angez taur par paye ga ke is khutbe mein un logon ke khilaf koi shikayat ki baat nahin hai jinhon ne aap ko apne watan se nikal diya tha.</w:t>
      </w:r>
    </w:p>
    <w:p>
      <w:pPr>
        <w:jc w:val="right"/>
      </w:pPr>
      <w:r>
        <w:t>اس خطبے کو جو پڑھے وہ حیرت انگیز طور پر پائے گا کہ اس خطبے میں ان لوگوں کے خلاف کوئی شکایت کی بات نہیں ہے جنہوں نے آپ کو اپنے وطن سے نکال دیا تھا۔</w:t>
      </w:r>
    </w:p>
    <w:p>
      <w:r>
        <w:rPr>
          <w:b/>
        </w:rPr>
        <w:t xml:space="preserve">[18:55] </w:t>
      </w:r>
      <w:r>
        <w:t>aam riwaj yeh hai ke aise mauqe par jala watan afraad apne naye watani logon ko ubharte hain taake woh un ke sath apne qadeem ham watanon ke khilaf jawabi karrawai karen.</w:t>
      </w:r>
    </w:p>
    <w:p>
      <w:pPr>
        <w:jc w:val="right"/>
      </w:pPr>
      <w:r>
        <w:t>عام رواج یہ ہے کہ ایسے موقع پر جلا وطن افراد اپنے نئے وطنی لوگوں کو ابھارتے ہیں تاکہ وہ ان کے ساتھ اپنے قدیم ہم وطنوں کے خلاف جوابی کارروائی کریں۔</w:t>
      </w:r>
    </w:p>
    <w:p>
      <w:r>
        <w:rPr>
          <w:b/>
        </w:rPr>
        <w:t xml:space="preserve">[19:08] </w:t>
      </w:r>
      <w:r>
        <w:t>magar peghambar e islam ne is qism ki koi baat isharay ki zaban mein bhi nahin ki. is khutbe ka khulasa yeh tha: fa man is tataa'a an yaqi wajhahu min an naari walaw bi shaqqin min tamratin fal yaf'al, wa man lam yajid fa bi kalimatin tayyibatin khutbe ke mazkoorah alfaaz par ghaur kijiye.</w:t>
      </w:r>
    </w:p>
    <w:p>
      <w:pPr>
        <w:jc w:val="right"/>
      </w:pPr>
      <w:r>
        <w:t>مگر پیغمبر اسلام نے اس قسم کی کوئی بات اشارے کی زبان میں بھی نہیں کی۔ اس خطبے کا خلاصہ یہ تھا: فمن استطاع أن يقي وجهه من النار ولو بشق من تمرة فليفعل، ومن لم يجد فبكلمة طيبة خطبے کے مذکورہ الفاظ پر غور کیجیے۔</w:t>
      </w:r>
    </w:p>
    <w:p>
      <w:r>
        <w:rPr>
          <w:b/>
        </w:rPr>
        <w:t xml:space="preserve">[19:33] </w:t>
      </w:r>
      <w:r>
        <w:t>iska khulasa doosre lafzon mein yeh hai: doosre log aap ko aag mein dhakelne ki koshish kar rahe hain, lekin aap ka dil un ki hamdardi se bhara hua ho.</w:t>
      </w:r>
    </w:p>
    <w:p>
      <w:pPr>
        <w:jc w:val="right"/>
      </w:pPr>
      <w:r>
        <w:t>اس کا خلاصہ دوسرے لفظوں میں یہ ہے: دوسرے لوگ آپ کو آگ میں دھکیلنے کی کوشش کر رہے ہیں، لیکن آپ کا دل ان کی ہمدردی سے بھرا ہوا ہو۔</w:t>
      </w:r>
    </w:p>
    <w:p>
      <w:r>
        <w:rPr>
          <w:b/>
        </w:rPr>
        <w:t xml:space="preserve">[19:45] </w:t>
      </w:r>
      <w:r>
        <w:t>aap un ko yeh paigham dete hain ke apne aap ko allah ki pakad se bachao. yeh hai peghambarana hikmat. is ka khulasa yeh hai ke jo log aap ke dushman banen, aap un ke khair khwah ban jayen.</w:t>
      </w:r>
    </w:p>
    <w:p>
      <w:pPr>
        <w:jc w:val="right"/>
      </w:pPr>
      <w:r>
        <w:t>آپ ان کو یہ پیغام دیتے ہیں کہ اپنے آپ کو اللہ کی پکڑ سے بچاؤ۔ یہ ہے پیغمبرانہ حکمت۔ اس کا خلاصہ یہ ہے کہ جو لوگ آپ کے دشمن بنیں، آپ ان کے خیر خواہ بن جائیں۔</w:t>
      </w:r>
    </w:p>
    <w:p>
      <w:r>
        <w:rPr>
          <w:b/>
        </w:rPr>
        <w:t xml:space="preserve">[20:00] </w:t>
      </w:r>
      <w:r>
        <w:t>jo log aap par zulm karen, aap allah se un ke liye achhe ajr ke talib ban jayen. jo log aap ko na den, aap un ke liye dene wale ya giver ban jayen aur un ke liye daai ban kar un ke sath friendly rawish ikhtiyar karen.</w:t>
      </w:r>
    </w:p>
    <w:p>
      <w:pPr>
        <w:jc w:val="right"/>
      </w:pPr>
      <w:r>
        <w:t>جو لوگ آپ پر ظلم کریں، آپ اللہ سے ان کے لیے اچھے اجر کے طالب بن جائیں۔ جو لوگ آپ کو نہ دیں، آپ ان کے لیے دینے والے یا گیور بن جائیں اور ان کے لیے داعی بن کر ان کے ساتھ مدعو فرینڈلی روش اختیار کریں۔</w:t>
      </w:r>
    </w:p>
    <w:p>
      <w:r>
        <w:rPr>
          <w:b/>
        </w:rPr>
        <w:t xml:space="preserve">[20:19] </w:t>
      </w:r>
      <w:r>
        <w:t>peghambar e islam ki yeh rawish sirf ek akhlaqi rawish nahin hai, balke woh aala darje ki danishmandi ka maamla hai.</w:t>
      </w:r>
    </w:p>
    <w:p>
      <w:pPr>
        <w:jc w:val="right"/>
      </w:pPr>
      <w:r>
        <w:t>پیغمبر اسلام کی یہ روش صرف ایک اخلاقی روش نہیں ہے، بلکہ وہ اعلیٰ درجے کی دانشمندی کا معاملہ ہے۔</w:t>
      </w:r>
    </w:p>
    <w:p>
      <w:r>
        <w:rPr>
          <w:b/>
        </w:rPr>
        <w:t xml:space="preserve">[20:31] </w:t>
      </w:r>
      <w:r>
        <w:t>takrao se kamil parhez: peghambar e islam jab madina aaye to wahan doosre qabail ke sath yahood ke qabail bhi abad the.</w:t>
      </w:r>
    </w:p>
    <w:p>
      <w:pPr>
        <w:jc w:val="right"/>
      </w:pPr>
      <w:r>
        <w:t>ٹکراؤ سے کامل پرہیز: پیغمبر اسلام جب مدینہ آئے تو وہاں دوسرے قبائل کے ساتھ یہود کے قبائل بھی آباد تھے۔</w:t>
      </w:r>
    </w:p>
    <w:p>
      <w:r>
        <w:rPr>
          <w:b/>
        </w:rPr>
        <w:t xml:space="preserve">[20:43] </w:t>
      </w:r>
      <w:r>
        <w:t>is waqt madina ki abadi mein yahood taqreeban aadha hissa the. woh madina ki maashiyat mein ghalib hesiyat rakhte the.</w:t>
      </w:r>
    </w:p>
    <w:p>
      <w:pPr>
        <w:jc w:val="right"/>
      </w:pPr>
      <w:r>
        <w:t>اس وقت مدینہ کی آبادی میں یہود تقریباً نصف حصہ تھے۔ وہ مدینہ کی معاشیات میں غالب حیثیت رکھتے تھے۔</w:t>
      </w:r>
    </w:p>
    <w:p>
      <w:r>
        <w:rPr>
          <w:b/>
        </w:rPr>
        <w:t xml:space="preserve">[20:53] </w:t>
      </w:r>
      <w:r>
        <w:t>aisi halat mein yahood se takrao ka tareeqa aap ke mishn ki raah mein mustaqil masla ban sakta tha. is maamle ke hal ke liye aap ne woh usool ikhtiyar kiya jis ko quran mein talif e qalb kaha gaya hai, yani yahood ke sath friendly behavior ka tareeqa.</w:t>
      </w:r>
    </w:p>
    <w:p>
      <w:pPr>
        <w:jc w:val="right"/>
      </w:pPr>
      <w:r>
        <w:t>ایسی حالت میں یہود سے ٹکراؤ کا طریقہ آپ کے مشن کی راہ میں مستقل مسئلہ بن سکتا تھا۔ اس معاملے کے حل کے لیے آپ نے وہ اصول اختیار کیا جس کو قرآن میں تالیف قلب کہا گیا ہے، یعنی یہود کے ساتھ فرینڈلی بیہیویئر کا طریقہ۔</w:t>
      </w:r>
    </w:p>
    <w:p>
      <w:r>
        <w:rPr>
          <w:b/>
        </w:rPr>
        <w:t xml:space="preserve">[21:12] </w:t>
      </w:r>
      <w:r>
        <w:t>is maqsad ke liye aap aakhri had tak gaye. jaisa ke maloom hai, yahood ke liye ibaadat ka ek qibla tha aur woh qibla bait-ul-maqdis tha.</w:t>
      </w:r>
    </w:p>
    <w:p>
      <w:pPr>
        <w:jc w:val="right"/>
      </w:pPr>
      <w:r>
        <w:t>اس مقصد کے لیے آپ آخری حد تک گئے۔ جیسا کہ معلوم ہے، یہود کے لیے عبادت کا ایک قبلہ تھا اور وہ قبلہ بیت المقدس تھا۔</w:t>
      </w:r>
    </w:p>
    <w:p>
      <w:r>
        <w:rPr>
          <w:b/>
        </w:rPr>
        <w:t xml:space="preserve">[21:25] </w:t>
      </w:r>
      <w:r>
        <w:t>paighambar-e-islam jab makka mein thay to aap ka qibla kaaba tha, magar madina pohnche to aap ne bait-ul-maqdis ko apne aur apne ashaab ki ibaadat ka qibla bana liya.</w:t>
      </w:r>
    </w:p>
    <w:p>
      <w:pPr>
        <w:jc w:val="right"/>
      </w:pPr>
      <w:r>
        <w:t>پیغمبر اسلام جب مکہ میں تھے تو آپ کا قبلہ کعبہ تھا، مگر مدینہ پہنچے تو آپ نے بیت المقدس کو اپنے اور اپنے اصحاب کی عبادت کا قبلہ بنا لیا۔</w:t>
      </w:r>
    </w:p>
    <w:p>
      <w:r>
        <w:rPr>
          <w:b/>
        </w:rPr>
        <w:t xml:space="preserve">[21:39] </w:t>
      </w:r>
      <w:r>
        <w:t>aisa aap ne yahood ki taaleef-e-qalb ke liye kiya. jaisa ke quran ki surah baqarah ki ayat 143 ke tehat mukhtalif mufassireen ne likha hai ke yeh yahood ki taaleef-e-qalb ke liye tha, mislan tafseer-ur-razi o tafseer-un-nasafi waghera.</w:t>
      </w:r>
    </w:p>
    <w:p>
      <w:pPr>
        <w:jc w:val="right"/>
      </w:pPr>
      <w:r>
        <w:t>ایسا آپ نے یہود کی تالیف قلب کے لیے کیا۔ جیسا کہ قرآن کی سورہ بقرہ کی آیت 143 کے تحت مختلف مفسرین نے لکھا ہے کہ یہ یہود کی تالیف قلب کے لیے تھا، مثلاً تفسیر الراضی و تفسیر النصفی وغیرہ۔</w:t>
      </w:r>
    </w:p>
    <w:p>
      <w:r>
        <w:rPr>
          <w:b/>
        </w:rPr>
        <w:t xml:space="preserve">[21:59] </w:t>
      </w:r>
      <w:r>
        <w:t>taaleef-e-qalb ka matlab hai dil ko naram karna. doosre lafzon mein yeh ke madina ke yahood se qareebi taalluq jorte hue apna kaam karna.</w:t>
      </w:r>
    </w:p>
    <w:p>
      <w:pPr>
        <w:jc w:val="right"/>
      </w:pPr>
      <w:r>
        <w:t>تالیف قلب کا مطلب ہے دل کو نرم کرنا۔ دوسرے لفظوں میں یہ کہ مدینہ کے یہود سے قریبی تعلق جوڑتے ہوئے اپنا کام کرنا۔</w:t>
      </w:r>
    </w:p>
    <w:p>
      <w:r>
        <w:rPr>
          <w:b/>
        </w:rPr>
        <w:t xml:space="preserve">[22:11] </w:t>
      </w:r>
      <w:r>
        <w:t>yeh sirf yahood ka maamla nahin. aap ne apne mission mein kabhi takrao ka tareeqa ikhtiyar nahin kiya. aap ne hamesha yeh kiya ke apne parosi se mo'tadil taalluqat rakhte hue apne mission ka kaam kiya.</w:t>
      </w:r>
    </w:p>
    <w:p>
      <w:pPr>
        <w:jc w:val="right"/>
      </w:pPr>
      <w:r>
        <w:t>یہ صرف یہود کا معاملہ نہیں۔ آپ نے اپنے مشن میں کبھی ٹکراؤ کا طریقہ اختیار نہیں کیا۔ آپ نے ہمیشہ یہ کیا کہ اپنے پڑوسی سے معتدل تعلقات رکھتے ہوئے اپنے مشن کا کام کیا۔</w:t>
      </w:r>
    </w:p>
    <w:p>
      <w:r>
        <w:rPr>
          <w:b/>
        </w:rPr>
        <w:t xml:space="preserve">[22:26] </w:t>
      </w:r>
      <w:r>
        <w:t>aap ka yeh tareeqa sirf arab ke mushrikeen ke saath nahin tha, balkeh arab ki sarhad se bahar bhi jo log aabad thay, un ke saath bhi aap ne yahi tareeqa ikhtiyar kiya, yaani parosi qabail aur parosi mulkon ko wufood bhejina.</w:t>
      </w:r>
    </w:p>
    <w:p>
      <w:pPr>
        <w:jc w:val="right"/>
      </w:pPr>
      <w:r>
        <w:t>آپ کا یہ طریقہ صرف عرب کے مشرکین کے ساتھ نہیں تھا، بلکہ عرب کی سرحد سے باہر بھی جو لوگ آباد تھے، ان کے ساتھ بھی آپ نے یہی طریقہ اختیار کیا، یعنی پڑوسی قبائل اور پڑوسی ملکوں کو وفود بھیجنا۔</w:t>
      </w:r>
    </w:p>
    <w:p>
      <w:r>
        <w:rPr>
          <w:b/>
        </w:rPr>
        <w:t xml:space="preserve">[22:45] </w:t>
      </w:r>
      <w:r>
        <w:t>wufood bhejina aaj kal ki istilaah mein good will mission ki hesiyat rakhta hai.</w:t>
      </w:r>
    </w:p>
    <w:p>
      <w:pPr>
        <w:jc w:val="right"/>
      </w:pPr>
      <w:r>
        <w:t>وفود بھیجنا آج کل کی اصطلاح میں گڈ ول مشن کی حیثیت رکھتا ہے۔</w:t>
      </w:r>
    </w:p>
    <w:p>
      <w:r>
        <w:rPr>
          <w:b/>
        </w:rPr>
        <w:t xml:space="preserve">[22:53] </w:t>
      </w:r>
      <w:r>
        <w:t>pur-aman taalluqat: paighambar-e-islam jab makka se hijrat kar ke madina pohnche, us waqt madine mein islam kaafi phail chuka tha.</w:t>
      </w:r>
    </w:p>
    <w:p>
      <w:pPr>
        <w:jc w:val="right"/>
      </w:pPr>
      <w:r>
        <w:t>پرامن تعلقات: پیغمبر اسلام جب مکہ سے ہجرت کر کے مدینہ پہنچے، اس وقت مدینے میں اسلام کافی پھیل چکا تھا۔</w:t>
      </w:r>
    </w:p>
    <w:p>
      <w:r>
        <w:rPr>
          <w:b/>
        </w:rPr>
        <w:t xml:space="preserve">[23:05] </w:t>
      </w:r>
      <w:r>
        <w:t>us waqt aap apne rafeeq abubakr siddiq ke saath madine mein dakhil hue thay. chunancha madine walon ne aap dono ka istiqbal yeh keh kar kiya ke aaminina muta'ina musnad ahmad, yaani aap dono yahan ma'moon hain aur hamare sardar hain.</w:t>
      </w:r>
    </w:p>
    <w:p>
      <w:pPr>
        <w:jc w:val="right"/>
      </w:pPr>
      <w:r>
        <w:t>اس وقت آپ اپنے رفیق ابوبکر صدیق کے ساتھ مدینہ میں داخل ہوئے تھے۔ چنانچہ مدینے والوں نے آپ دونوں کا استقبال یہ کہہ کر کیا کہ آمِنِينَا مُطَاعِينَا مسند احمد، یعنی آپ دونوں یہاں مامون ہیں اور ہمارے سردار ہیں۔</w:t>
      </w:r>
    </w:p>
    <w:p>
      <w:r>
        <w:rPr>
          <w:b/>
        </w:rPr>
        <w:t xml:space="preserve">[23:26] </w:t>
      </w:r>
      <w:r>
        <w:t>magar paighambar-e-islam ne madine mein apni hukoomat qaim nahin ki, balkeh aap ne ek saheefa ya madina declaration jari kiya jis mein yeh darj tha ke lil yahood deenohum wa lil muslimeen deenohum seerat ibn-e-hisham, yaani yahood ke liye yahood ka deen hai aur musalmanon ke liye musalmanon ka deen.</w:t>
      </w:r>
    </w:p>
    <w:p>
      <w:pPr>
        <w:jc w:val="right"/>
      </w:pPr>
      <w:r>
        <w:t>مگر پیغمبر اسلام نے مدینہ میں اپنی حکومت قائم نہیں کی، بلکہ آپ نے ایک صحیفہ یا مدینہ ڈیکلریشن جاری کیا جس میں یہ درج تھا کہ لليهود دينهم وللمسلمين دينهم سیرت ابن ہشام، یعنی یہود کے لیے یہود کا دین ہے اور مسلمانوں کے لیے مسلمانوں کا دین۔</w:t>
      </w:r>
    </w:p>
    <w:p>
      <w:r>
        <w:rPr>
          <w:b/>
        </w:rPr>
        <w:t xml:space="preserve">[23:51] </w:t>
      </w:r>
      <w:r>
        <w:t>aaj kal ki zabaan mein is ko pur-aman baqa-e-ba-ham ya peaceful co-existence kaha ja sakta hai. haqeeqat yeh hai ke paighambar-e-islam ki policy har soorat-e-haal mein aman-pasandi ki policy hoti thi.</w:t>
      </w:r>
    </w:p>
    <w:p>
      <w:pPr>
        <w:jc w:val="right"/>
      </w:pPr>
      <w:r>
        <w:t>آج کل کی زبان میں اس کو پرامن بقائے باہم یا پیس فل کو ایگزسٹنس کہا جا سکتا ہے۔ حقیقت یہ ہے کہ پیغمبر اسلام کی پالیسی ہر صورتحال میں امن پسندی کی پالیسی ہوتی تھی۔</w:t>
      </w:r>
    </w:p>
    <w:p>
      <w:r>
        <w:rPr>
          <w:b/>
        </w:rPr>
        <w:t xml:space="preserve">[24:07] </w:t>
      </w:r>
      <w:r>
        <w:t>aap ne kabhi is ke khilaf amal nahin kiya. tajruba batata hai ke pur-aman baqa-e-ba-ham insani taalluqat mein sab se behtar usool ki hesiyat rakhta hai.</w:t>
      </w:r>
    </w:p>
    <w:p>
      <w:pPr>
        <w:jc w:val="right"/>
      </w:pPr>
      <w:r>
        <w:t>آپ نے کبھی اس کے خلاف عمل نہیں کیا۔ تجربہ بتاتا ہے کہ پرامن بقائے باہم انسانی تعلقات میں سب سے بہتر اصول کی حیثیت رکھتا ہے۔</w:t>
      </w:r>
    </w:p>
    <w:p>
      <w:r>
        <w:rPr>
          <w:b/>
        </w:rPr>
        <w:t xml:space="preserve">[24:21] </w:t>
      </w:r>
      <w:r>
        <w:t>is usool ko ikhtiyar karne ka nateeja yeh hota hai ke har fareeq ko masawi taur par aazadi haasil ho jati hai.</w:t>
      </w:r>
    </w:p>
    <w:p>
      <w:pPr>
        <w:jc w:val="right"/>
      </w:pPr>
      <w:r>
        <w:t>اس اصول کو اختیار کرنے کا نتیجہ یہ ہوتا ہے کہ ہر فریق کو مساوی طور پر آزادی حاصل ہو جاتی ہے۔</w:t>
      </w:r>
    </w:p>
    <w:p>
      <w:r>
        <w:rPr>
          <w:b/>
        </w:rPr>
        <w:t xml:space="preserve">[24:30] </w:t>
      </w:r>
      <w:r>
        <w:t>har fareeq ko yeh mauqa hota hai ke woh pur-aman daire mein apni zindagi ki taameer kare, ghair zaroori takrao se bachte hue har ek apna safar-e-hayat tay kare.</w:t>
      </w:r>
    </w:p>
    <w:p>
      <w:pPr>
        <w:jc w:val="right"/>
      </w:pPr>
      <w:r>
        <w:t>ہر فریق کو یہ موقع ہوتا ہے کہ وہ پرامن دائرے میں اپنی زندگی کی تعمیر کرے، غیر ضروری ٹکراؤ سے بچتے ہوئے ہر ایک اپنا سفر حیات طے کرے۔</w:t>
      </w:r>
    </w:p>
    <w:p>
      <w:r>
        <w:rPr>
          <w:b/>
        </w:rPr>
        <w:t xml:space="preserve">[24:47] </w:t>
      </w:r>
      <w:r>
        <w:t>mukhalif pehlu ko muwafiq pehlu banana: paighambar-e-islam ki nabuwwat ke terah saal baad hijrat ka waqea pesh aaya, yaani paighambar-e-islam sallallahu alaihi wasallam ne apna watan makka chhod diya aur makka se taqreeban paanch sau kilometer door madine mein apne ashaab ke saath aa kar aabad ho gaye.</w:t>
      </w:r>
    </w:p>
    <w:p>
      <w:pPr>
        <w:jc w:val="right"/>
      </w:pPr>
      <w:r>
        <w:t>مخالف پہلو کو موافق پہلو بنانا: پیغمبر اسلام کی نبوت کے تیرہ سال بعد ہجرت کا واقعہ پیش آیا، یعنی پیغمبر اسلام صلی اللہ علیہ وسلم نے اپنا وطن مکہ چھوڑ دیا اور مکہ سے تقریباً پانچ سو کلومیٹر دور مدینہ میں اپنے اصحاب کے ساتھ آ کر آباد ہو گئے۔</w:t>
      </w:r>
    </w:p>
    <w:p>
      <w:r>
        <w:rPr>
          <w:b/>
        </w:rPr>
        <w:t xml:space="preserve">[25:11] </w:t>
      </w:r>
      <w:r>
        <w:t>aap ki hijrat mazeed takrao ke liye nahin thi, magar qadeem makka ke quraish khamosh nahin hue.</w:t>
      </w:r>
    </w:p>
    <w:p>
      <w:pPr>
        <w:jc w:val="right"/>
      </w:pPr>
      <w:r>
        <w:t>آپ کی ہجرت مزید ٹکراؤ کے لیے نہیں تھی، مگر قدیم مکہ کے قریش خاموش نہیں ہوئے۔</w:t>
      </w:r>
    </w:p>
    <w:p>
      <w:r>
        <w:rPr>
          <w:b/>
        </w:rPr>
        <w:t xml:space="preserve">[25:21] </w:t>
      </w:r>
      <w:r>
        <w:t>unhon ne faisla kiya ke yak-tarfa taur par aap ke khilaf iqdaam kar ke aap ke mission ka kulli taur par khatma kar dein.</w:t>
      </w:r>
    </w:p>
    <w:p>
      <w:pPr>
        <w:jc w:val="right"/>
      </w:pPr>
      <w:r>
        <w:t>انہوں نے فیصلہ کیا کہ یکطرفہ طور پر آپ کے خلاف اقدام کر کے آپ کے مشن کا کلی طور پر خاتمہ کر دیں۔</w:t>
      </w:r>
    </w:p>
    <w:p>
      <w:r>
        <w:rPr>
          <w:b/>
        </w:rPr>
        <w:t xml:space="preserve">[25:31] </w:t>
      </w:r>
      <w:r>
        <w:t>is maqsad ke liye unhon ne makka ke tamam qabail ki madad se ek bada mansooba banaya taake woh paighambar-e-islam ke mission ko jar se khatam kar saken.</w:t>
      </w:r>
    </w:p>
    <w:p>
      <w:pPr>
        <w:jc w:val="right"/>
      </w:pPr>
      <w:r>
        <w:t>اس مقصد کے لیے انہوں نے مکہ کے تمام قبائل کی مدد سے ایک بڑا منصوبہ بنایا تاکہ وہ پیغمبر اسلام کے مشن کو جڑ سے ختم کر سکیں۔</w:t>
      </w:r>
    </w:p>
    <w:p>
      <w:r>
        <w:rPr>
          <w:b/>
        </w:rPr>
        <w:t xml:space="preserve">[25:44] </w:t>
      </w:r>
      <w:r>
        <w:t>phir ek hazar مسلح afraad ke saath makka se madine par hamla karne ke liye rawana hue. is ke baad raaste mein badr ke maqam par do hijri mein dono fareeqain ke darmiyan mheet bheet hui.</w:t>
      </w:r>
    </w:p>
    <w:p>
      <w:pPr>
        <w:jc w:val="right"/>
      </w:pPr>
      <w:r>
        <w:t>پھر ایک ہزار مسلح افراد کے ساتھ مکہ سے مدینہ پر حملہ کرنے کے لیے روانہ ہوئے۔ اس کے بعد راستے میں بدر کے مقام پر دو ہجری میں دونوں فریقین کے درمیان مٹ بھیڑ ہوئی۔</w:t>
      </w:r>
    </w:p>
    <w:p>
      <w:r>
        <w:rPr>
          <w:b/>
        </w:rPr>
        <w:t xml:space="preserve">[26:00] </w:t>
      </w:r>
      <w:r>
        <w:t>us waqt ahl-e-imaan ko kamyabi haasil hui aur un ke haath taqreeban 70 mushrikeen qaid ho gaye. un ki rehai ka yeh fidya muqarrar kiya gaya ke woh madine ke bachchon ko likhna sikha dein.</w:t>
      </w:r>
    </w:p>
    <w:p>
      <w:pPr>
        <w:jc w:val="right"/>
      </w:pPr>
      <w:r>
        <w:t>اس وقت اہل ایمان کو کامیابی حاصل ہوئی اور ان کے ہاتھ تقریباً ستر مشرکین قید ہو گئے۔ ان کی رہائی کا یہ فدیہ مقرر کیا گیا کہ وہ مدینہ کے بچوں کو لکھنا سکھا دیں۔</w:t>
      </w:r>
    </w:p>
    <w:p>
      <w:r>
        <w:rPr>
          <w:b/>
        </w:rPr>
        <w:t xml:space="preserve">[26:15] </w:t>
      </w:r>
      <w:r>
        <w:t>fidāʼan an yuʿlimū awlāda l-anṣāri l-kitābah musnad ahmad. badr mein qaid kiye hue makka ke yeh log jang-i-istilaah mein jang-i-qadi ya prisoners of war thay.</w:t>
      </w:r>
    </w:p>
    <w:p>
      <w:pPr>
        <w:jc w:val="right"/>
      </w:pPr>
      <w:r>
        <w:t>فداءً أن يعلموا أولاد الأنصار الكتابة مسند احمد۔ بدر میں قید کیے ہوئے مکہ کے یہ لوگ جنگی اصطلاح میں جنگی قیدی یا پریزنرز آف وار تھے۔</w:t>
      </w:r>
    </w:p>
    <w:p>
      <w:r>
        <w:rPr>
          <w:b/>
        </w:rPr>
        <w:t xml:space="preserve">[26:31] </w:t>
      </w:r>
      <w:r>
        <w:t>us zamane ke aam riwaj ke mutabiq paighambar-e-islam yeh kar sakte thay ke un ko qatl karwa dete, lekin aap ne inteqaam se oopar uth kar socha.</w:t>
      </w:r>
    </w:p>
    <w:p>
      <w:pPr>
        <w:jc w:val="right"/>
      </w:pPr>
      <w:r>
        <w:t>اس زمانے کے عام رواج کے مطابق پیغمبر اسلام یہ کر سکتے تھے کہ ان کو قتل کروا دیتے، لیکن آپ نے انتقام سے اوپر اٹھ کر سوچا۔</w:t>
      </w:r>
    </w:p>
    <w:p>
      <w:r>
        <w:rPr>
          <w:b/>
        </w:rPr>
        <w:t xml:space="preserve">[26:44] </w:t>
      </w:r>
      <w:r>
        <w:t>is tarah aap ke liye mumkin hua ke yahan apne ek minus ko plus mein badal dein. jo log bazahir aap ke dushman thay, un ko apne muawin ke taur par istemal kiya, yaani dushman ko apne bachchon ke liye teacher ke taur par istemal kiya.</w:t>
      </w:r>
    </w:p>
    <w:p>
      <w:pPr>
        <w:jc w:val="right"/>
      </w:pPr>
      <w:r>
        <w:t>اس طرح آپ کے لیے ممکن ہوا کہ یہاں اپنے ایک مائنس کو پلس میں بدل دیں۔ جو لوگ بظاہر آپ کے دشمن تھے، ان کو اپنے معاون کے طور پر استعمال کیا، یعنی دشمن کو اپنے بچوں کے لیے ٹیچر کے طور پر استعمال کیا۔</w:t>
      </w:r>
    </w:p>
    <w:p>
      <w:r>
        <w:rPr>
          <w:b/>
        </w:rPr>
        <w:t xml:space="preserve">[27:03] </w:t>
      </w:r>
      <w:r>
        <w:t>aap ki is policy ke tehat madine mein pehla school qaim hua jis ke teacher sab ke sab aap ke dushman groh se talluq rakhte thay.</w:t>
      </w:r>
    </w:p>
    <w:p>
      <w:pPr>
        <w:jc w:val="right"/>
      </w:pPr>
      <w:r>
        <w:t>آپ کی اس پالیسی کے تحت مدینہ میں پہلا اسکول قائم ہوا جس کے ٹیچر سب کے سب آپ کے دشمن گروہ سے تعلق رکھتے تھے۔</w:t>
      </w:r>
    </w:p>
    <w:p>
      <w:r>
        <w:rPr>
          <w:b/>
        </w:rPr>
        <w:t xml:space="preserve">[27:17] </w:t>
      </w:r>
      <w:r>
        <w:t>rasta badalna: isi tarah ka ek aur waqea yeh hai ke paighambar-e-islam ek martaba apne saathi'on ke saath safar mein thay.</w:t>
      </w:r>
    </w:p>
    <w:p>
      <w:pPr>
        <w:jc w:val="right"/>
      </w:pPr>
      <w:r>
        <w:t>راستہ بدلنا: اسی طرح کا ایک اور واقعہ یہ ہے کہ پیغمبر اسلام ایک مرتبہ اپنے ساتھیوں کے ساتھ سفر میں تھے۔</w:t>
      </w:r>
    </w:p>
    <w:p>
      <w:r>
        <w:rPr>
          <w:b/>
        </w:rPr>
        <w:t xml:space="preserve">[27:28] </w:t>
      </w:r>
      <w:r>
        <w:t>aap ko yeh khabar mili ke rastay mein doosri taraf se makkah ke khalid bin waleed aap se muqabla karne ke iraday se aik مسلح dasta le kar aa rahay hain.</w:t>
      </w:r>
    </w:p>
    <w:p>
      <w:pPr>
        <w:jc w:val="right"/>
      </w:pPr>
      <w:r>
        <w:t>آپ کو یہ خبر ملی کہ راستے میں دوسری طرف سے مکہ کے خالد بن ولید آپ سے مقابلہ کرنے کے ارادے سے ایک مسلح دستہ لے کر آ رہے ہیں۔</w:t>
      </w:r>
    </w:p>
    <w:p>
      <w:r>
        <w:rPr>
          <w:b/>
        </w:rPr>
        <w:t xml:space="preserve">[27:39] </w:t>
      </w:r>
      <w:r>
        <w:t>is waqt aap ne apne sathiyon se kaha ke tum mein se kaun hai jo mujhe khalid ke rastay ke siwa koi aur rastay se le jaye؟</w:t>
      </w:r>
    </w:p>
    <w:p>
      <w:pPr>
        <w:jc w:val="right"/>
      </w:pPr>
      <w:r>
        <w:t>اس وقت آپ نے اپنے ساتھیوں سے کہا کہ تم میں سے کون ہے جو مجھے خالد کے راستے کے سوا کوئی اور راستے سے لے جائے؟</w:t>
      </w:r>
    </w:p>
    <w:p>
      <w:r>
        <w:rPr>
          <w:b/>
        </w:rPr>
        <w:t xml:space="preserve">[27:47] </w:t>
      </w:r>
      <w:r>
        <w:t>man rajul yakhruj bina ala tareeq ghair tareeqihim alladheena biha seerat ibn hisham. aik aadmi ne kaha ke mein.</w:t>
      </w:r>
    </w:p>
    <w:p>
      <w:pPr>
        <w:jc w:val="right"/>
      </w:pPr>
      <w:r>
        <w:t>من رجل يخرج بنا على طريق غير طريقهم الذين بها سیرت ابن ہشام۔ ایک آدمی نے کہا کہ میں۔</w:t>
      </w:r>
    </w:p>
    <w:p>
      <w:r>
        <w:rPr>
          <w:b/>
        </w:rPr>
        <w:t xml:space="preserve">[27:58] </w:t>
      </w:r>
      <w:r>
        <w:t>chanaanche aap ne is waqt apne safar ka rasta badal diya. is ki wajah se aap ke sathiyon aur khalid ke sathiyon mein mat bheet nahi hui.</w:t>
      </w:r>
    </w:p>
    <w:p>
      <w:pPr>
        <w:jc w:val="right"/>
      </w:pPr>
      <w:r>
        <w:t>چنانچہ آپ نے اس وقت اپنے سفر کا راستہ بدل دیا۔ اس کی وجہ سے آپ کے ساتھیوں اور خالد کے ساتھیوں میں مٹ بھیڑ نہیں ہوئی۔</w:t>
      </w:r>
    </w:p>
    <w:p>
      <w:r>
        <w:rPr>
          <w:b/>
        </w:rPr>
        <w:t xml:space="preserve">[28:10] </w:t>
      </w:r>
      <w:r>
        <w:t>yeh isi peghamabara hikmat ki aik misaal hai. aam tareeqay ke mutabiq aap ko yeh karna chahiye tha ke aap apne sathiyon ko le kar isi rastay par aagay barhein aur khalid se takraao ka rasta ikhtiyar karein, magar aap ne is maamlay mein takraao ka tareeqa chhod diya aur aaraaz ka tareeqa ikhtiyar kiya.</w:t>
      </w:r>
    </w:p>
    <w:p>
      <w:pPr>
        <w:jc w:val="right"/>
      </w:pPr>
      <w:r>
        <w:t>یہ اسی پیغمبرانہ حکمت کی ایک مثال ہے۔ عام طریقے کے مطابق آپ کو یہ کرنا چاہیے تھا کہ آپ اپنے ساتھیوں کو لے کر اسی راستے پر آگے بڑھیں اور خالد سے ٹکراؤ کا راستہ اختیار کریں، مگر آپ نے اس معاملے میں ٹکراؤ کا طریقہ چھوڑ دیا اور اعراض کا طریقہ اختیار کیا۔</w:t>
      </w:r>
    </w:p>
    <w:p>
      <w:r>
        <w:rPr>
          <w:b/>
        </w:rPr>
        <w:t xml:space="preserve">[28:33] </w:t>
      </w:r>
      <w:r>
        <w:t>is tareeqay ko aik lafz mein practical wisdom keh sakte hain. aap ki zindagi ke waqiat kehte hain ke aap ne hamesha aisa kiya ke aap ne ideal wisdom ko chhodha aur practical wisdom ko ikhtiyar kiya.</w:t>
      </w:r>
    </w:p>
    <w:p>
      <w:pPr>
        <w:jc w:val="right"/>
      </w:pPr>
      <w:r>
        <w:t>اس طریقے کو ایک لفظ میں پریکٹیکل وزڈم کہہ سکتے ہیں۔ آپ کی زندگی کے واقعات کہتے ہیں کہ آپ نے ہمیشہ ایسا کیا کہ آپ نے آئیڈیل وزڈم کو چھوڑا اور پریکٹیکل وزڈم کو اختیار کیا۔</w:t>
      </w:r>
    </w:p>
    <w:p>
      <w:r>
        <w:rPr>
          <w:b/>
        </w:rPr>
        <w:t xml:space="preserve">[28:49] </w:t>
      </w:r>
      <w:r>
        <w:t>aap ko apne mission mein jo ghair maamooli kamyabi haasil hui, us ka sabab yaqeeni taur par yahi practical wisdom hai.</w:t>
      </w:r>
    </w:p>
    <w:p>
      <w:pPr>
        <w:jc w:val="right"/>
      </w:pPr>
      <w:r>
        <w:t>آپ کو اپنے مشن میں جو غیر معمولی کامیابی حاصل ہوئی، اس کا سبب یقینی طور پر یہی پریکٹیکل وزڈم ہے۔</w:t>
      </w:r>
    </w:p>
    <w:p>
      <w:r>
        <w:rPr>
          <w:b/>
        </w:rPr>
        <w:t xml:space="preserve">[28:59] </w:t>
      </w:r>
      <w:r>
        <w:t>tajurba batata hai ke ideal wisdom nateeje ke aitbar se befaida takraao ki taraf le jata hai. is ke bar aks, practical wisdom ghair zaroori nuqsan se bacha kar kamyabi ki manzil tak pohncha deti hai.</w:t>
      </w:r>
    </w:p>
    <w:p>
      <w:pPr>
        <w:jc w:val="right"/>
      </w:pPr>
      <w:r>
        <w:t>تجربہ بتاتا ہے کہ آئیڈیل وزڈم نتیجے کے اعتبار سے بے فائدہ ٹکراؤ کی طرف لے جاتا ہے۔ اس کے برعکس، پریکٹیکل وزڈم غیر ضروری نقصان سے بچا کر کامیابی کی منزل تک پہنچا دیتی ہے۔</w:t>
      </w:r>
    </w:p>
    <w:p>
      <w:r>
        <w:rPr>
          <w:b/>
        </w:rPr>
        <w:t xml:space="preserve">[29:15] </w:t>
      </w:r>
      <w:r>
        <w:t>peghamabar e islam salallaho alaihe wasallam ka tareeqa aap ki poori zindagi mein isi wisdom ke mutabiq tha. aap hamesha har maamlay mein practical wisdom par chalay, aur yahi aap ki aala kamyabi ka raaz tha.</w:t>
      </w:r>
    </w:p>
    <w:p>
      <w:pPr>
        <w:jc w:val="right"/>
      </w:pPr>
      <w:r>
        <w:t>پیغمبر اسلام صلی اللہ علیہ وسلم کا طریقہ آپ کی پوری زندگی میں اسی وزڈم کے مطابق تھا۔ آپ ہمیشہ ہر معاملے میں پریکٹیکل وزڈم پر چلے، اور یہی آپ کی اعلیٰ کامیابی کا راز تھا۔</w:t>
      </w:r>
    </w:p>
    <w:p>
      <w:r>
        <w:rPr>
          <w:b/>
        </w:rPr>
        <w:t xml:space="preserve">[29:37] </w:t>
      </w:r>
      <w:r>
        <w:t>anjaam ko dekhna: peghamabar e islam ka yahi hakeemana tareeqa aap ke poore tera saala maki daur mein jaari raha.</w:t>
      </w:r>
    </w:p>
    <w:p>
      <w:pPr>
        <w:jc w:val="right"/>
      </w:pPr>
      <w:r>
        <w:t>انجام کو دیکھنا: پیغمبر اسلام کا یہی حکیمانہ طریقہ آپ کے پورے تیرہ سالہ مکی دور میں جاری رہا۔</w:t>
      </w:r>
    </w:p>
    <w:p>
      <w:r>
        <w:rPr>
          <w:b/>
        </w:rPr>
        <w:t xml:space="preserve">[29:48] </w:t>
      </w:r>
      <w:r>
        <w:t>is maamlay ki aik aur misaal yeh hai ke aap ki nabuwat ke unneeswein saal taweel guft o shuneed ke baad qadeem makkah ke leaderon ke sath yeh tay hua ke dono fareeqon ke darmiyan das saal ke liye aman ka muahida ya treaty of peace ho jaye.</w:t>
      </w:r>
    </w:p>
    <w:p>
      <w:pPr>
        <w:jc w:val="right"/>
      </w:pPr>
      <w:r>
        <w:t>اس معاملے کی ایک اور مثال یہ ہے کہ آپ کی نبوت کے انیسویں سال طویل گفت و شنید کے بعد قدیم مکہ کے لیڈروں کے ساتھ یہ طے ہوا کہ دونوں فریقوں کے درمیان دس سال کے لیے امن کا معاہدہ یا ٹریٹی آف پیس ہو جائے۔</w:t>
      </w:r>
    </w:p>
    <w:p>
      <w:r>
        <w:rPr>
          <w:b/>
        </w:rPr>
        <w:t xml:space="preserve">[30:08] </w:t>
      </w:r>
      <w:r>
        <w:t>hudaybiya ke maqam par yeh guft o shuneed ho rahi thi. jab muahida likhne ka waqt aaya to aap ne is muahiday ke aaghaz mein likhwaya: "a</w:t>
      </w:r>
    </w:p>
    <w:p>
      <w:pPr>
        <w:jc w:val="right"/>
      </w:pPr>
      <w:r>
        <w:t>حدیبیہ کے مقام پر یہ گفت و شنید ہو رہی تھی۔ جب معاہدہ لکھنے کا وقت آیا تو آپ نے اس معاہدے کے آغاز میں لکھوایا: "ا</w:t>
      </w:r>
    </w:p>
    <w:p>
      <w:r>
        <w:rPr>
          <w:b/>
        </w:rPr>
        <w:t xml:space="preserve">[30:18] </w:t>
      </w:r>
      <w:r>
        <w:t>e ali! likho: bismillah rehman rehim. " to makkah ke numainda leader suhail bin umar ne kaha: "hum is ko nahi jante, aap likhein: bismik allahum. " aap ne aisa hi kiya.</w:t>
      </w:r>
    </w:p>
    <w:p>
      <w:pPr>
        <w:jc w:val="right"/>
      </w:pPr>
      <w:r>
        <w:t>ے علی! لکھو: بسم اللہ الرحمن الرحیم۔" تو مکہ کے نمائندہ لیڈر سہیل بن عمر نے کہا: "ہم اس کو نہیں جانتے، آپ لکھیں: بسمک اللہم۔" آپ نے ایسا ہی کیا۔</w:t>
      </w:r>
    </w:p>
    <w:p>
      <w:r>
        <w:rPr>
          <w:b/>
        </w:rPr>
        <w:t xml:space="preserve">[30:32] </w:t>
      </w:r>
      <w:r>
        <w:t>phir aap ne kaha ke likho: "yeh woh dafaat hain jin par Muhammad rasool Allah ne Suhail bin</w:t>
      </w:r>
    </w:p>
    <w:p>
      <w:pPr>
        <w:jc w:val="right"/>
      </w:pPr>
      <w:r>
        <w:t>پھر آپ نے کہا کہ لکھو: "یہ وہ دفعات ہیں جن پر محمد رسول اللہ نے سہیل بن</w:t>
      </w:r>
    </w:p>
    <w:p>
      <w:r>
        <w:rPr>
          <w:b/>
        </w:rPr>
        <w:t xml:space="preserve">[30:39] </w:t>
      </w:r>
      <w:r>
        <w:t>Umar se sulah ki."</w:t>
      </w:r>
    </w:p>
    <w:p>
      <w:pPr>
        <w:jc w:val="right"/>
      </w:pPr>
      <w:r>
        <w:t>عمر سے صلح کی۔"</w:t>
      </w:r>
    </w:p>
    <w:p>
      <w:r>
        <w:rPr>
          <w:b/>
        </w:rPr>
        <w:t xml:space="preserve">[30:40] </w:t>
      </w:r>
      <w:r>
        <w:t>to Suhail bin Umar ne dobara kaha: "agar mein manta ke aap Allah ke rasool hain to mein</w:t>
      </w:r>
    </w:p>
    <w:p>
      <w:pPr>
        <w:jc w:val="right"/>
      </w:pPr>
      <w:r>
        <w:t>تو سہیل بن عمر نے دوبارہ کہا: "اگر میں مانتا کہ آپ اللہ کے رسول ہیں تو میں</w:t>
      </w:r>
    </w:p>
    <w:p>
      <w:r>
        <w:rPr>
          <w:b/>
        </w:rPr>
        <w:t xml:space="preserve">[30:46] </w:t>
      </w:r>
      <w:r>
        <w:t>aap se jang nahi karta, yani aap rasool Allah ka lafz mita dein."</w:t>
      </w:r>
    </w:p>
    <w:p>
      <w:pPr>
        <w:jc w:val="right"/>
      </w:pPr>
      <w:r>
        <w:t>آپ سے جنگ نہیں کرتا، یعنی آپ رسول اللہ کا لفظ مٹائیں۔"</w:t>
      </w:r>
    </w:p>
    <w:p>
      <w:r>
        <w:rPr>
          <w:b/>
        </w:rPr>
        <w:t xml:space="preserve">[30:51] </w:t>
      </w:r>
      <w:r>
        <w:t>aap ne aisa hi kiya aur kaha: "likho: yeh woh dafaat hain jin par Muhammad bin Abdullah ne</w:t>
      </w:r>
    </w:p>
    <w:p>
      <w:pPr>
        <w:jc w:val="right"/>
      </w:pPr>
      <w:r>
        <w:t>آپ نے ایسا ہی کیا اور کہا: "لکھو: یہ وہ دفعات ہیں جن پر محمد بن عبداللہ نے</w:t>
      </w:r>
    </w:p>
    <w:p>
      <w:r>
        <w:rPr>
          <w:b/>
        </w:rPr>
        <w:t xml:space="preserve">[30:57] </w:t>
      </w:r>
      <w:r>
        <w:t>suhail bin umar se sulah ki ke das saal tak jang nahi hogi.</w:t>
      </w:r>
    </w:p>
    <w:p>
      <w:pPr>
        <w:jc w:val="right"/>
      </w:pPr>
      <w:r>
        <w:t>سہیل بن عمر سے صلح کی کہ دس سال تک جنگ نہیں ہوگی۔</w:t>
      </w:r>
    </w:p>
    <w:p>
      <w:r>
        <w:rPr>
          <w:b/>
        </w:rPr>
        <w:t xml:space="preserve">[31:03] </w:t>
      </w:r>
      <w:r>
        <w:t>is mein log aman se rahenge. " musnad ahmad. is muahiday ke maamlay mein mutaliq pehlu yeh tha ke kisi bhi tareeqay se dono fareeq ke darmiyan aman qaim ho jaye.</w:t>
      </w:r>
    </w:p>
    <w:p>
      <w:pPr>
        <w:jc w:val="right"/>
      </w:pPr>
      <w:r>
        <w:t>اس میں لوگ امن سے رہیں گے۔" مسند احمد۔ اس معاہدے کے معاملے میں متعلق پہلو یہ تھا کہ کسی بھی طریقے سے دونوں فریق کے درمیان امن قائم ہو جائے۔</w:t>
      </w:r>
    </w:p>
    <w:p>
      <w:r>
        <w:rPr>
          <w:b/>
        </w:rPr>
        <w:t xml:space="preserve">[31:15] </w:t>
      </w:r>
      <w:r>
        <w:t>is maamlay mein yeh ghair mutaliq pehlu tha ke muahiday mein kis qism ke alfaaz likhe jayein. chunancha rasool allah ne yeh hakeemana tareeqa ikhtiyar kiya ke mutaliq pehlu ko liya aur ghair mutaliq pehlu ko nazar andaaz kar diya.</w:t>
      </w:r>
    </w:p>
    <w:p>
      <w:pPr>
        <w:jc w:val="right"/>
      </w:pPr>
      <w:r>
        <w:t>اس معاملے میں یہ غیر متعلق پہلو تھا کہ معاہدے میں کس قسم کے الفاظ لکھے جائیں۔ چنانچہ رسول اللہ نے یہ حکیمانہ طریقہ اختیار کیا کہ متعلق پہلو کو لیا اور غیر متعلق پہلو کو نظر انداز کر دیا۔</w:t>
      </w:r>
    </w:p>
    <w:p>
      <w:r>
        <w:rPr>
          <w:b/>
        </w:rPr>
        <w:t xml:space="preserve">[31:32] </w:t>
      </w:r>
      <w:r>
        <w:t>is tarah yeh muahida aman kisi mazeed rukawat ke baghair mu'tadil tor par amal mein aa gaya.</w:t>
      </w:r>
    </w:p>
    <w:p>
      <w:pPr>
        <w:jc w:val="right"/>
      </w:pPr>
      <w:r>
        <w:t>اس طرح یہ معاہدہ امن کسی مزید رکاوٹ کے بغیر معتدل طور پر عمل میں آ گیا۔</w:t>
      </w:r>
    </w:p>
    <w:p>
      <w:r>
        <w:rPr>
          <w:b/>
        </w:rPr>
        <w:t xml:space="preserve">[31:43] </w:t>
      </w:r>
      <w:r>
        <w:t>waqar ka masla na banana: quran mein ahl e hikmat insanon ki sifat batayi gayi hai ke woh kisi maslay ko waqar ka masla nahi banate hain.</w:t>
      </w:r>
    </w:p>
    <w:p>
      <w:pPr>
        <w:jc w:val="right"/>
      </w:pPr>
      <w:r>
        <w:t>وقار کا مسئلہ نہ بنانا: قرآن میں اہل حکمت انسانوں کی صفت بتائی گئی ہے کہ وہ کسی مسئلے کو وقار کا مسئلہ نہیں بناتے ہیں۔</w:t>
      </w:r>
    </w:p>
    <w:p>
      <w:r>
        <w:rPr>
          <w:b/>
        </w:rPr>
        <w:t xml:space="preserve">[31:54] </w:t>
      </w:r>
      <w:r>
        <w:t>quran ki woh ayat us waqt nazil hui thi jab ke hudaybiya ka muahida tay ho raha tha.</w:t>
      </w:r>
    </w:p>
    <w:p>
      <w:pPr>
        <w:jc w:val="right"/>
      </w:pPr>
      <w:r>
        <w:t>قرآن کی وہ آیت اس وقت نازل ہوئی تھی جب کہ حدیبیہ کا معاہدہ طے ہو رہا تھا۔</w:t>
      </w:r>
    </w:p>
    <w:p>
      <w:r>
        <w:rPr>
          <w:b/>
        </w:rPr>
        <w:t xml:space="preserve">[32:01] </w:t>
      </w:r>
      <w:r>
        <w:t>us waqt ashaab-e-rasool ka haal kya tha, us ko quran mein un alfaaz mein bataya gaya hai:</w:t>
      </w:r>
    </w:p>
    <w:p>
      <w:pPr>
        <w:jc w:val="right"/>
      </w:pPr>
      <w:r>
        <w:t>اس وقت اصحاب رسول کا حال کیا تھا، اس کو قرآن میں ان الفاظ میں بتایا گیا ہے:</w:t>
      </w:r>
    </w:p>
    <w:p>
      <w:r>
        <w:rPr>
          <w:b/>
        </w:rPr>
        <w:t xml:space="preserve">[32:07] </w:t>
      </w:r>
      <w:r>
        <w:t>az ja'ala alladhina kafaroo fi quloobihim al-hamiyata hamiyata al-jahiliyyati fa anzala allahu sakeenata 'ala rasoolihi wa 'ala al-mu'mineena wa alzamahum kalimata</w:t>
      </w:r>
    </w:p>
    <w:p>
      <w:pPr>
        <w:jc w:val="right"/>
      </w:pPr>
      <w:r>
        <w:t>اذ جعل الذین کفرو فی قلوبہم الحمیہ حمیۃ الجاہلیہ فانزل اللہ سکینۃ علی رسولہ وعلی المومنین والزمہم کلمۃ</w:t>
      </w:r>
    </w:p>
    <w:p>
      <w:r>
        <w:rPr>
          <w:b/>
        </w:rPr>
        <w:t xml:space="preserve">[32:21] </w:t>
      </w:r>
      <w:r>
        <w:t>al-taqwa wa kanoo ahhaqqahu wa ahlih</w:t>
      </w:r>
    </w:p>
    <w:p>
      <w:pPr>
        <w:jc w:val="right"/>
      </w:pPr>
      <w:r>
        <w:t>التقوی وکانوا احقہ واہلہ</w:t>
      </w:r>
    </w:p>
    <w:p>
      <w:r>
        <w:rPr>
          <w:b/>
        </w:rPr>
        <w:t xml:space="preserve">[32:25] </w:t>
      </w:r>
      <w:r>
        <w:t>wa kanallahu bikulli shay'in 'aleeman ya'ni jab inkaar karne walon ne apne dil mein hamiyat paida ki, jahiliyat</w:t>
      </w:r>
    </w:p>
    <w:p>
      <w:pPr>
        <w:jc w:val="right"/>
      </w:pPr>
      <w:r>
        <w:t>وکان اللہ بکل شی علیما یعنی جب انکار کرنے والوں نے اپنے دلوں میں حمیت پیدا کی، جاہلیت</w:t>
      </w:r>
    </w:p>
    <w:p>
      <w:r>
        <w:rPr>
          <w:b/>
        </w:rPr>
        <w:t xml:space="preserve">[32:35] </w:t>
      </w:r>
      <w:r>
        <w:t>ki hamiyat, phir Allah ne apni taraf se sakeenat nazil farmai</w:t>
      </w:r>
    </w:p>
    <w:p>
      <w:pPr>
        <w:jc w:val="right"/>
      </w:pPr>
      <w:r>
        <w:t>کی حمیت، پھر اللہ نے اپنی طرف سے سکینت نازل فرمائی</w:t>
      </w:r>
    </w:p>
    <w:p>
      <w:r>
        <w:rPr>
          <w:b/>
        </w:rPr>
        <w:t xml:space="preserve">[32:40] </w:t>
      </w:r>
      <w:r>
        <w:t>apne rasool par aur imaan walon par, aur allah ne un ko taqwa ki baat par jamaye rakha, aur woh is ke ziyada haqdar aur is ke ahal thay, aur allah har cheez ka janne wala hai.</w:t>
      </w:r>
    </w:p>
    <w:p>
      <w:pPr>
        <w:jc w:val="right"/>
      </w:pPr>
      <w:r>
        <w:t>اپنے رسول پر اور ایمان والوں پر، اور اللہ نے ان کو تقوی کی بات پر جمائے رکھا، اور وہ اس کے زیادہ حقدار اور اس کے اہل تھے، اور اللہ ہر چیز کا جاننے والا ہے۔</w:t>
      </w:r>
    </w:p>
    <w:p>
      <w:r>
        <w:rPr>
          <w:b/>
        </w:rPr>
        <w:t xml:space="preserve">[32:55] </w:t>
      </w:r>
      <w:r>
        <w:t>jab kisi ikhtilafi maamlay mein do girohon ke darmiyan baat ho rahi ho to aam taur par aisa hota hai ke jo fareeq qoumi hamiyat mein mubtala ho, woh cheezon ko waqar ka masla ya prestige issue bana leta hai.</w:t>
      </w:r>
    </w:p>
    <w:p>
      <w:pPr>
        <w:jc w:val="right"/>
      </w:pPr>
      <w:r>
        <w:t>جب کسی اختلافی معاملے میں دو گروہوں کے درمیان بات ہو رہی ہو تو عام طور پر ایسا ہوتا ہے کہ جو فریق قومی حمیت میں مبتلا ہو، وہ چیزوں کو وقار کا مسئلہ یا پریسٹیج ایشو بنا لیتا ہے۔</w:t>
      </w:r>
    </w:p>
    <w:p>
      <w:r>
        <w:rPr>
          <w:b/>
        </w:rPr>
        <w:t xml:space="preserve">[33:10] </w:t>
      </w:r>
      <w:r>
        <w:t>is bana par aise mauqe par pur aman muahida amalan sakht mushkil ban jata hai. aise mauqe par danishmand giroh woh hai jo cheezon ko waqar ka masla na banaye, woh aala akhlaq ka tareeqa ikhtiyar karte hue yak tarafah tor par sulah aur aman ka tareeqa ikhtiyar karne ke liye raazi ho jaye.</w:t>
      </w:r>
    </w:p>
    <w:p>
      <w:pPr>
        <w:jc w:val="right"/>
      </w:pPr>
      <w:r>
        <w:t>اس بنا پر ایسے موقع پر پرامن معاہدہ عملاً سخت مشکل بن جاتا ہے۔ ایسے موقع پر دانشمند گروہ وہ ہے جو چیزوں کو وقار کا مسئلہ نہ بنائے، وہ اعلیٰ اخلاق کا طریقہ اختیار کرتے ہوئے یکطرفہ طور پر صلح اور امن کا طریقہ اختیار کرنے کے لیے راضی ہو جائے۔</w:t>
      </w:r>
    </w:p>
    <w:p>
      <w:r>
        <w:rPr>
          <w:b/>
        </w:rPr>
        <w:t xml:space="preserve">[33:33] </w:t>
      </w:r>
      <w:r>
        <w:t>yeh log danishmand log hain, aur aise hi log zindagi mein aala kamyabi haasil karte hain.</w:t>
      </w:r>
    </w:p>
    <w:p>
      <w:pPr>
        <w:jc w:val="right"/>
      </w:pPr>
      <w:r>
        <w:t>یہ لوگ دانشمند لوگ ہیں، اور ایسے ہی لوگ زندگی میں اعلیٰ کامیابی حاصل کرتے ہیں۔</w:t>
      </w:r>
    </w:p>
    <w:p>
      <w:r>
        <w:rPr>
          <w:b/>
        </w:rPr>
        <w:t xml:space="preserve">[33:43] </w:t>
      </w:r>
      <w:r>
        <w:t>shikayat ke bajaye tadbeer: peghamabar e islam ki zindagi ka aik waqia yeh hai ke aath hijri mein makkah fateh hua.</w:t>
      </w:r>
    </w:p>
    <w:p>
      <w:pPr>
        <w:jc w:val="right"/>
      </w:pPr>
      <w:r>
        <w:t>شکایت کے بجائے تدبیر: پیغمبر اسلام کی زندگی کا ایک واقعہ یہ ہے کہ آٹھ ہجری میں مکہ فتح ہوا۔</w:t>
      </w:r>
    </w:p>
    <w:p>
      <w:r>
        <w:rPr>
          <w:b/>
        </w:rPr>
        <w:t xml:space="preserve">[33:54] </w:t>
      </w:r>
      <w:r>
        <w:t>us ke baad aap salallaho alaihe wasallam makkah se taif ke liye rawana hue. us waqt aap ke sath taqreeban barah hazar afraad thay.</w:t>
      </w:r>
    </w:p>
    <w:p>
      <w:pPr>
        <w:jc w:val="right"/>
      </w:pPr>
      <w:r>
        <w:t>اس کے بعد آپ صلی اللہ علیہ وسلم مکہ سے طائف کے لیے روانہ ہوئے۔ اس وقت آپ کے ساتھ تقریباً بارہ ہزار افراد تھے۔</w:t>
      </w:r>
    </w:p>
    <w:p>
      <w:r>
        <w:rPr>
          <w:b/>
        </w:rPr>
        <w:t xml:space="preserve">[34:04] </w:t>
      </w:r>
      <w:r>
        <w:t>darmiyan mein aik rasta aaya jis ko tang honay ki wajah se alziqah kaha jata tha. aap ne kaha: masmu hatha al-tariq fa qeel lahu al-ziqah fa qaal bal hiya al-yusra sirat ibn hisham.</w:t>
      </w:r>
    </w:p>
    <w:p>
      <w:pPr>
        <w:jc w:val="right"/>
      </w:pPr>
      <w:r>
        <w:t>درمیان میں ایک راستہ آیا جس کو تنگ ہونے کی وجہ سے الضیقہ کہا جاتا تھا۔ آپ نے کہا: مسمو هذا الطريق فقیل لہ الضیقہ فقال بل هي اليسرى سیرت ابن ہشام۔</w:t>
      </w:r>
    </w:p>
    <w:p>
      <w:r>
        <w:rPr>
          <w:b/>
        </w:rPr>
        <w:t xml:space="preserve">[34:20] </w:t>
      </w:r>
      <w:r>
        <w:t>yani is raste ka naam kya hai? logon ne kaha: ziqah, yani tang. aap ne kaha: nahin, balkeh yeh yusra, aasan hai.</w:t>
      </w:r>
    </w:p>
    <w:p>
      <w:pPr>
        <w:jc w:val="right"/>
      </w:pPr>
      <w:r>
        <w:t>یعنی اس راستے کا نام کیا ہے؟ لوگوں نے کہا: ضیقہ، یعنی تنگ۔ آپ نے کہا: نہیں، بلکہ یہ یسرا، آسان ہے۔</w:t>
      </w:r>
    </w:p>
    <w:p>
      <w:r>
        <w:rPr>
          <w:b/>
        </w:rPr>
        <w:t xml:space="preserve">[34:30] </w:t>
      </w:r>
      <w:r>
        <w:t>is ke baad ghaliban aap ne aisa kaha ke is waqt tum log afqi dairey ya horizontal way mein phailay hue ho. tum aisa karo ke umoodi tareeqa ya vertical way mein ho jao, yani qatar bana kar guzro.</w:t>
      </w:r>
    </w:p>
    <w:p>
      <w:pPr>
        <w:jc w:val="right"/>
      </w:pPr>
      <w:r>
        <w:t>اس کے بعد غالباً آپ نے ایسا کہا کہ اس وقت تم لوگ افقی دائرے یا ہوریزونٹل وے میں پھیلے ہوئے ہو۔ تم ایسا کرو کہ عمودی طریقہ یا ورٹیکل وے میں ہو جاؤ، یعنی قطار بنا کر گزرو۔</w:t>
      </w:r>
    </w:p>
    <w:p>
      <w:r>
        <w:rPr>
          <w:b/>
        </w:rPr>
        <w:t xml:space="preserve">[34:45] </w:t>
      </w:r>
      <w:r>
        <w:t>logon ne aisa hi kiya, aur nihayat aasani se woh rasta paar ho gaye. yeh aap ki peghambarana hikmat ki misaal hai.</w:t>
      </w:r>
    </w:p>
    <w:p>
      <w:pPr>
        <w:jc w:val="right"/>
      </w:pPr>
      <w:r>
        <w:t>لوگوں نے ایسا ہی کیا، اور نہایت آسانی سے وہ راستہ پار ہو گئے۔ یہ آپ کی پیغمبرانہ حکمت کی مثال ہے۔</w:t>
      </w:r>
    </w:p>
    <w:p>
      <w:r>
        <w:rPr>
          <w:b/>
        </w:rPr>
        <w:t xml:space="preserve">[34:55] </w:t>
      </w:r>
      <w:r>
        <w:t>yani jab koi mushkil ka samna pesh aaye to shikaayat ka tareeqa ikhtiyar mat karo, balkeh tadbeer ka tareeqa ikhtiyar karo.</w:t>
      </w:r>
    </w:p>
    <w:p>
      <w:pPr>
        <w:jc w:val="right"/>
      </w:pPr>
      <w:r>
        <w:t>یعنی جب کوئی مشکل کا سامنا پیش آئے تو شکایت کا طریقہ اختیار مت کرو، بلکہ تدبیر کا طریقہ اختیار کرو۔</w:t>
      </w:r>
    </w:p>
    <w:p>
      <w:r>
        <w:rPr>
          <w:b/>
        </w:rPr>
        <w:t xml:space="preserve">[35:05] </w:t>
      </w:r>
      <w:r>
        <w:t>agar tum aisa karoge to bohat jald tum ko aik tadbeer daryaft ho jayegi, aur tum is tadbeer ko ikhtiyar kar ke aasani ke sath apna rasta tay kar loge.</w:t>
      </w:r>
    </w:p>
    <w:p>
      <w:pPr>
        <w:jc w:val="right"/>
      </w:pPr>
      <w:r>
        <w:t>اگر تم ایسا کرو گے تو بہت جلد تم کو ایک تدبیر دریافت ہو جائے گی، اور تم اس تدبیر کو اختیار کر کے آسانی کے ساتھ اپنا راستہ طے کر لو گے۔</w:t>
      </w:r>
    </w:p>
    <w:p>
      <w:r>
        <w:rPr>
          <w:b/>
        </w:rPr>
        <w:t xml:space="preserve">[35:17] </w:t>
      </w:r>
      <w:r>
        <w:t>aam taur par logon ka yeh tareeqa hai ke woh cheezon ko un ke face value par lete hain. yeh tareeqa wisdom ke khilaf hai. aadmi ko chahiye ke woh cheezon ko un ki asal haqeeqat ke aitbar se laye.</w:t>
      </w:r>
    </w:p>
    <w:p>
      <w:pPr>
        <w:jc w:val="right"/>
      </w:pPr>
      <w:r>
        <w:t>عام طور پر لوگوں کا یہ طریقہ ہے کہ وہ چیزوں کو ان کے فیس ویلیو پر لیتے ہیں۔ یہ طریقہ وزڈم کے خلاف ہے۔ آدمی کو چاہیے کہ وہ چیزوں کو ان کی اصل حقیقت کے اعتبار سے لے۔</w:t>
      </w:r>
    </w:p>
    <w:p>
      <w:r>
        <w:rPr>
          <w:b/>
        </w:rPr>
        <w:t xml:space="preserve">[35:31] </w:t>
      </w:r>
      <w:r>
        <w:t>is tarah masla koi mazeed dushwari ke baghair ba aasani hal ho jayega.</w:t>
      </w:r>
    </w:p>
    <w:p>
      <w:pPr>
        <w:jc w:val="right"/>
      </w:pPr>
      <w:r>
        <w:t>اس طرح مسئلہ کوئی مزید دشواری کے بغیر با آسانی حل ہو جائے گا۔</w:t>
      </w:r>
    </w:p>
    <w:p>
      <w:r>
        <w:rPr>
          <w:b/>
        </w:rPr>
        <w:t xml:space="preserve">[35:40] </w:t>
      </w:r>
      <w:r>
        <w:t>chain reaction se bachna: peghambar-e-islam sallallahu alaihi wasallam ne aath hijri mein makkah fateh kiya.</w:t>
      </w:r>
    </w:p>
    <w:p>
      <w:pPr>
        <w:jc w:val="right"/>
      </w:pPr>
      <w:r>
        <w:t>چین ری ایکشن سے بچنا: پیغمبر اسلام صلی اللہ علیہ وسلم نے آٹھ ہجری میں مکہ فتح کیا۔</w:t>
      </w:r>
    </w:p>
    <w:p>
      <w:r>
        <w:rPr>
          <w:b/>
        </w:rPr>
        <w:t xml:space="preserve">[35:50] </w:t>
      </w:r>
      <w:r>
        <w:t>is waqt aap ne ailan karwaya ke jo apne gharon mein chala jaye, woh aman mein hai. jo hathiyar daal de, woh mamoon hai.</w:t>
      </w:r>
    </w:p>
    <w:p>
      <w:pPr>
        <w:jc w:val="right"/>
      </w:pPr>
      <w:r>
        <w:t>اس وقت آپ نے اعلان کروایا کہ جو اپنے گھروں میں چلا جائے، وہ امن میں ہے۔ جو ہتھیار ڈال دے، وہ مامون ہے۔</w:t>
      </w:r>
    </w:p>
    <w:p>
      <w:r>
        <w:rPr>
          <w:b/>
        </w:rPr>
        <w:t xml:space="preserve">[36:00] </w:t>
      </w:r>
      <w:r>
        <w:t>is ke baad qadeem makkah ke log kaaba ke sahn mein ikhatta hue. is waqt aap ne un se poocha: tum log kya kehte ho, aur tumhara kya guman hai?</w:t>
      </w:r>
    </w:p>
    <w:p>
      <w:pPr>
        <w:jc w:val="right"/>
      </w:pPr>
      <w:r>
        <w:t>اس کے بعد قدیم مکہ کے لوگ کعبہ کے صحن میں اکٹھا ہوئے۔ اس وقت آپ نے ان سے پوچھا: تم لوگ کیا کہتے ہو، اور تمہارا کیا گمان ہے؟</w:t>
      </w:r>
    </w:p>
    <w:p>
      <w:r>
        <w:rPr>
          <w:b/>
        </w:rPr>
        <w:t xml:space="preserve">[36:11] </w:t>
      </w:r>
      <w:r>
        <w:t>unhone jawab diya: hum aap ko apna bhatija aur apne chacha ka shareef aur meharban beta samajhte hain. aap ne kaha: main wohi kehta hoon jo yusuf ne kaha tha.</w:t>
      </w:r>
    </w:p>
    <w:p>
      <w:pPr>
        <w:jc w:val="right"/>
      </w:pPr>
      <w:r>
        <w:t>انہوں نے جواب دیا: ہم آپ کو اپنا بھتیجہ اور اپنے چچا کا شریف اور مہربان بیٹا سمجھتے ہیں۔ آپ نے کہا: میں وہی کہتا ہوں جو یوسف نے کہا تھا۔</w:t>
      </w:r>
    </w:p>
    <w:p>
      <w:r>
        <w:rPr>
          <w:b/>
        </w:rPr>
        <w:t xml:space="preserve">[36:23] </w:t>
      </w:r>
      <w:r>
        <w:t>aaj tum par koi ilzam nahin. Allah tum ko maaf kare, aur woh sab meharbanon se zyada meharban hai.</w:t>
      </w:r>
    </w:p>
    <w:p>
      <w:pPr>
        <w:jc w:val="right"/>
      </w:pPr>
      <w:r>
        <w:t>آج تم پر کوئی الزام نہیں۔ اللہ تم کو معاف کرے، اور وہ سب مہربانوں سے زیادہ مہربان ہے۔</w:t>
      </w:r>
    </w:p>
    <w:p>
      <w:r>
        <w:rPr>
          <w:b/>
        </w:rPr>
        <w:t xml:space="preserve">[36:33] </w:t>
      </w:r>
      <w:r>
        <w:t>to woh log nikle, goya ke woh qabron se nikle hon, aur phir woh islam mein dakhil ho gaye. fa kharajoo kaanama nushira min al-quboor fa dakhloo fi al-islam al-sunan al-kubra lil-baihaqi. yeh woh log the jinhone peghambar-e-islam ko apne watan se nikala tha, aur aap ke khilaf bar bar ladaaiyan chhedi thin.</w:t>
      </w:r>
    </w:p>
    <w:p>
      <w:pPr>
        <w:jc w:val="right"/>
      </w:pPr>
      <w:r>
        <w:t>تو وہ لوگ نکلے، گویا کہ وہ قبروں سے نکلے ہوں، اور پھر وہ اسلام میں داخل ہو گئے۔ فخرجوا كانما نشر من القبور فدخلوا فی الاسلام السنن الکبری للبیحقی یہ وہ لوگ تھے جنہوں نے پیغمبر اسلام کو اپنے وطن سے نکالا تھا، اور آپ کے خلاف بار بار لڑائیاں چھیڑی تھیں۔</w:t>
      </w:r>
    </w:p>
    <w:p>
      <w:r>
        <w:rPr>
          <w:b/>
        </w:rPr>
        <w:t xml:space="preserve">[37:01] </w:t>
      </w:r>
      <w:r>
        <w:t>aam riwaj ke mutabiq bilashuba woh log jang-i-mujrim ya prisoners of war the, lekin jab peghambar-e-islam ne un ke khilaf koi intiqami karwai nahin ki, balkeh un ko poore tor par azaad kar diya,</w:t>
      </w:r>
    </w:p>
    <w:p>
      <w:pPr>
        <w:jc w:val="right"/>
      </w:pPr>
      <w:r>
        <w:t>عام رواج کے مطابق بلاشبہ وہ لوگ جنگی مجرم یا پریزنرز آف وار تھے، لیکن جب پیغمبر اسلام نے ان کے خلاف کوئی انتقامی کارروائی نہیں کی، بلکہ ان کو پورے طور پر آزاد کر دیا،</w:t>
      </w:r>
    </w:p>
    <w:p>
      <w:r>
        <w:rPr>
          <w:b/>
        </w:rPr>
        <w:t xml:space="preserve">[37:18] </w:t>
      </w:r>
      <w:r>
        <w:t>yeh koi saada baat na thi. aisa kar ke aap ne qadeem makkah ke un logon ko dobara jawabi intiqam se bacha liya.</w:t>
      </w:r>
    </w:p>
    <w:p>
      <w:pPr>
        <w:jc w:val="right"/>
      </w:pPr>
      <w:r>
        <w:t>یہ کوئی سادہ بات نہ تھی۔ ایسا کر کے آپ نے قدیم مکہ کے ان لوگوں کو دوبارہ جوابی انتقام سے بچا لیا۔</w:t>
      </w:r>
    </w:p>
    <w:p>
      <w:r>
        <w:rPr>
          <w:b/>
        </w:rPr>
        <w:t xml:space="preserve">[37:29] </w:t>
      </w:r>
      <w:r>
        <w:t>agar aap aisa na karte to qabaili culture ke mutabiq wahan chain reaction shuru ho jata, jo phir kabhi khatam na hota, jaisa ke qadeem zamane mein aam taur par hua karta tha.</w:t>
      </w:r>
    </w:p>
    <w:p>
      <w:pPr>
        <w:jc w:val="right"/>
      </w:pPr>
      <w:r>
        <w:t>اگر آپ ایسا نہ کرتے تو قبائلی کلچر کے مطابق وہاں چین ری ایکشن شروع ہو جاتا، جو پھر کبھی ختم نہ ہوتا، جیسا کہ قدیم زمانے میں عام طور پر ہوا کرتا تھا۔</w:t>
      </w:r>
    </w:p>
    <w:p>
      <w:r>
        <w:rPr>
          <w:b/>
        </w:rPr>
        <w:t xml:space="preserve">[37:45] </w:t>
      </w:r>
      <w:r>
        <w:t>huqooq talbi ki siyasat nahin: san aath hijri mein makkah fateh hua, aur peghambar-e-islam ke saathi dobara apne qadeem watan makkah mein dakhil hue.</w:t>
      </w:r>
    </w:p>
    <w:p>
      <w:pPr>
        <w:jc w:val="right"/>
      </w:pPr>
      <w:r>
        <w:t>حقوق طلبی کی سیاست نہیں: سن آٹھ ہجری میں مکہ فتح ہوا، اور پیغمبر اسلام کے ساتھی دوبارہ اپنے قدیم وطن مکہ میں داخل ہوئے۔</w:t>
      </w:r>
    </w:p>
    <w:p>
      <w:r>
        <w:rPr>
          <w:b/>
        </w:rPr>
        <w:t xml:space="preserve">[37:59] </w:t>
      </w:r>
      <w:r>
        <w:t>hijrat ke baad makkah mein aisa hua tha ke kuch ashaab ke ghar aur jaaydad ko ahl-e-makkah ne qabza kar liya tha. ab kuch ashaab-e-rasool chahte the ke woh apne ghar aur jaaydad ko logon ke qabze se nikalen, aur is par dobara apna qabza qaim karen, magar peghambar-e-islam ne apne ashaab ko is ki ijazat na di.</w:t>
      </w:r>
    </w:p>
    <w:p>
      <w:pPr>
        <w:jc w:val="right"/>
      </w:pPr>
      <w:r>
        <w:t>ہجرت کے بعد مکہ میں ایسا ہوا تھا کہ کچھ اصحاب کے گھر اور جائیداد کو اہل مکہ نے قبضہ کر لیا تھا۔ اب کچھ اصحاب رسول چاہتے تھے کہ وہ اپنے گھر اور جائیداد کو لوگوں کے قبضے سے نکالیں، اور اس پر دوبارہ اپنا قبضہ قائم کریں، مگر پیغمبر اسلام نے اپنے اصحاب کو اس کی اجازت نہ دی۔</w:t>
      </w:r>
    </w:p>
    <w:p>
      <w:r>
        <w:rPr>
          <w:b/>
        </w:rPr>
        <w:t xml:space="preserve">[38:23] </w:t>
      </w:r>
      <w:r>
        <w:t>is silsile mein aik waqea yeh hai ke fateh-e-makkah ke mauqe par abu ahmad bin jahsh aap ke paas aaye, aur kaha ke un ke aabaai ghar par abu sufyan ne qabza kar ke us ko farokht kar diya hai.</w:t>
      </w:r>
    </w:p>
    <w:p>
      <w:pPr>
        <w:jc w:val="right"/>
      </w:pPr>
      <w:r>
        <w:t>اس سلسلے میں ایک واقعہ یہ ہے کہ فتح مکہ کے موقع پر ابو احمد بن جہش آپ کے پاس آئے، اور کہا کہ ان کے آبائی گھر پر ابو سفیان نے قبضہ کر کے اس کو فروخت کر دیا ہے۔</w:t>
      </w:r>
    </w:p>
    <w:p>
      <w:r>
        <w:rPr>
          <w:b/>
        </w:rPr>
        <w:t xml:space="preserve">[38:38] </w:t>
      </w:r>
      <w:r>
        <w:t>peghambar-e-islam ne un se kaha: in sabr-ta kaan khairr lak wa kaanat lak biha daar fi al-jannah. agar tum sabr karoge to yeh tumhare liye behtar hai, aur is ke badle mein tumhare liye jannat ka aik ghar hai.</w:t>
      </w:r>
    </w:p>
    <w:p>
      <w:pPr>
        <w:jc w:val="right"/>
      </w:pPr>
      <w:r>
        <w:t>پیغمبر اسلام نے ان سے کہا: ان صبرت کان خیر لک وکانت لک بہا دار فی الجنہ اگر تم صبر کرو گے تو یہ تمہارے لیے بہتر ہے، اور اس کے بدلے میں تمہارے لیے جنت کا ایک گھر ہے۔</w:t>
      </w:r>
    </w:p>
    <w:p>
      <w:r>
        <w:rPr>
          <w:b/>
        </w:rPr>
        <w:t xml:space="preserve">[38:54] </w:t>
      </w:r>
      <w:r>
        <w:t>abu ahmad ne kaha ke main sabr karunga, ana asbir. chunache unhone is ka khayal chhod diya. akhbar-e-makkah wa ma ja fiha min al-athar lil-azraqi. is tarah ke waqeyat se andaza hota hai ke peghambar-e-islam ke tareeqe mein woh tareeqa shamil nahin jis ko huqooq talbi ki siyasat kaha jata hai.</w:t>
      </w:r>
    </w:p>
    <w:p>
      <w:pPr>
        <w:jc w:val="right"/>
      </w:pPr>
      <w:r>
        <w:t>ابو احمد نے کہا کہ میں صبر کروں گا، انا اصبر چنانچہ انہوں نے اس کا خیال چھوڑ دیا۔ اخبار مکہ وما جا فیہا من الاثار للازرقی اس طرح کے واقعات سے اندازہ ہوتا ہے کہ پیغمبر اسلام کے طریقے میں وہ طریقہ شامل نہیں جس کو حقوق طلبی کی سیاست کہا جاتا ہے۔</w:t>
      </w:r>
    </w:p>
    <w:p>
      <w:r>
        <w:rPr>
          <w:b/>
        </w:rPr>
        <w:t xml:space="preserve">[39:17] </w:t>
      </w:r>
      <w:r>
        <w:t>huqooq talbi ki siyasat ka nateeja yeh hota hai ke do fareeqon ke darmiyan aise jhagde khade ho jate hain jo kabhi khatam nahin hote.</w:t>
      </w:r>
    </w:p>
    <w:p>
      <w:pPr>
        <w:jc w:val="right"/>
      </w:pPr>
      <w:r>
        <w:t>حقوق طلبی کی سیاست کا نتیجہ یہ ہوتا ہے کہ دو فریقوں کے درمیان ایسے جھگڑے کھڑے ہو جاتے ہیں جو کبھی ختم نہیں ہوتے۔</w:t>
      </w:r>
    </w:p>
    <w:p>
      <w:r>
        <w:rPr>
          <w:b/>
        </w:rPr>
        <w:t xml:space="preserve">[39:27] </w:t>
      </w:r>
      <w:r>
        <w:t>is qism ki siyasat se logon ko milta to kuch bhi nahin, lekin woh is imkan ko kho dete hain ke naye mawaqe ko istemal kar ke apne liye badi badi taraqqiyan hasil karen.</w:t>
      </w:r>
    </w:p>
    <w:p>
      <w:pPr>
        <w:jc w:val="right"/>
      </w:pPr>
      <w:r>
        <w:t>اس قسم کی سیاست سے لوگوں کو ملتا تو کچھ بھی نہیں، لیکن وہ اس امکان کو کھو دیتے ہیں کہ نئے مواقع کو استعمال کر کے اپنے لیے بڑی بڑی ترقیاں حاصل کریں۔</w:t>
      </w:r>
    </w:p>
    <w:p>
      <w:r>
        <w:rPr>
          <w:b/>
        </w:rPr>
        <w:t xml:space="preserve">[39:39] </w:t>
      </w:r>
      <w:r>
        <w:t>peghambar-e-islam agar makkah mein fateh hasil hone ke baad wahan huqooq talbi ki siyasat chalate to is ka nateeja yeh hota ke logon ki tarjeeh-at ya priorities badal jatin.</w:t>
      </w:r>
    </w:p>
    <w:p>
      <w:pPr>
        <w:jc w:val="right"/>
      </w:pPr>
      <w:r>
        <w:t>پیغمبر اسلام اگر مکہ میں فتح حاصل ہونے کے بعد وہاں حقوق طلبی کی سیاست چلاتے تو اس کا نتیجہ یہ ہوتا کہ لوگوں کی ترجیحات یا پرائرٹیز بدل جاتیں۔</w:t>
      </w:r>
    </w:p>
    <w:p>
      <w:r>
        <w:rPr>
          <w:b/>
        </w:rPr>
        <w:t xml:space="preserve">[39:53] </w:t>
      </w:r>
      <w:r>
        <w:t>fatah makkah ke baad ab asal kaam yeh tha ke makkah ke logon mein tauheed ki isha'at ki jaye, shirk ke daur ko khatm kar ke tauheed ka daur laya jaye, ka'bah ko us ki ibrahimi riwayat par qaim kiya jaye jis ka 'amalan khatmah ho gaya tha.</w:t>
      </w:r>
    </w:p>
    <w:p>
      <w:pPr>
        <w:jc w:val="right"/>
      </w:pPr>
      <w:r>
        <w:t>فتح مکہ کے بعد اب اصل کام یہ تھا کہ مکہ کے لوگوں میں توحید کی اشاعت کی جائے، شرک کے دور کو ختم کر کے توحید کا دور لایا جائے، کعبہ کو اس کی ابراہیمی روایت پر قائم کیا جائے جس کا عملاً خاتمہ ہو گیا تھا۔</w:t>
      </w:r>
    </w:p>
    <w:p>
      <w:r>
        <w:rPr>
          <w:b/>
        </w:rPr>
        <w:t xml:space="preserve">[40:12] </w:t>
      </w:r>
      <w:r>
        <w:t>agar makkah mein huqooq talbi ki siyasat chalai jati to yeh saare kaam mu'attal ho jate, aur woh target hi badal jata jis ke liye peghambar-e-islam sal-lal-lahu 'alaihi wa-sallam ne wahan apna mission jari kiya tha.</w:t>
      </w:r>
    </w:p>
    <w:p>
      <w:pPr>
        <w:jc w:val="right"/>
      </w:pPr>
      <w:r>
        <w:t>اگر مکہ میں حقوق طلبی کی سیاست چلائی جاتی تو یہ سارے کام معطل ہو جاتے، اور وہ ٹارگٹ ہی بدل جاتا جس کے لیے پیغمبر اسلام صلی اللہ علیہ وسلم نے وہاں اپنا مشن جاری کیا تھا۔</w:t>
      </w:r>
    </w:p>
    <w:p>
      <w:r>
        <w:rPr>
          <w:b/>
        </w:rPr>
        <w:t xml:space="preserve">[40:31] </w:t>
      </w:r>
      <w:r>
        <w:t>jis se a'iraz karo: peghambar-e-islam ne jab qadeem makkah mein apna mission shuru kiya to quran mein aap ko ek naseehat in alfaaz mein ki gayi ke: "ae peghambar!</w:t>
      </w:r>
    </w:p>
    <w:p>
      <w:pPr>
        <w:jc w:val="right"/>
      </w:pPr>
      <w:r>
        <w:t>رجس سے اعراض کرو: پیغمبر اسلام نے جب قدیم مکہ میں اپنا مشن شروع کیا تو قرآن میں آپ کو ایک نصیحت ان الفاظ میں کی گئی کہ: "اے پیغمبر!</w:t>
      </w:r>
    </w:p>
    <w:p>
      <w:r>
        <w:rPr>
          <w:b/>
        </w:rPr>
        <w:t xml:space="preserve">[40:45] </w:t>
      </w:r>
      <w:r>
        <w:t>logon ko allah ki taraf bulao aur rajas ko chhod do." al-muddathir: rajas ka lafzi matlab gandagi ya dirt hai.</w:t>
      </w:r>
    </w:p>
    <w:p>
      <w:pPr>
        <w:jc w:val="right"/>
      </w:pPr>
      <w:r>
        <w:t>لوگوں کو اللہ کی طرف بلاؤ اور رجس کو چھوڑ دو۔" المدثر: رجس کا لفظی مطلب گندگی یا ڈرٹ ہے۔</w:t>
      </w:r>
    </w:p>
    <w:p>
      <w:r>
        <w:rPr>
          <w:b/>
        </w:rPr>
        <w:t xml:space="preserve">[40:54] </w:t>
      </w:r>
      <w:r>
        <w:t>yeh gandagi kaun si thi jise aap ko chhodne ka hukum diya gaya? is ko yahan lafzon mein nahin bataya gaya hai, is liye is ka matlab aap ke 'amal ko dekh kar muta'ayyan karna hoga.</w:t>
      </w:r>
    </w:p>
    <w:p>
      <w:pPr>
        <w:jc w:val="right"/>
      </w:pPr>
      <w:r>
        <w:t>یہ گندگی کون سی تھی جسے آپ کو چھوڑنے کا حکم دیا گیا؟ اس کو یہاں لفظوں میں نہیں بتایا گیا ہے، اس لیے اس کا مطلب آپ کے عمل کو دیکھ کر متعین کرنا ہوگا۔</w:t>
      </w:r>
    </w:p>
    <w:p>
      <w:r>
        <w:rPr>
          <w:b/>
        </w:rPr>
        <w:t xml:space="preserve">[41:08] </w:t>
      </w:r>
      <w:r>
        <w:t>ya'ni aap ne apni 'amali zindagi mein kis cheez ko chhodha, wohi woh gandagi hai jis se aap ko a'iraz karne ka hukum diya gaya.</w:t>
      </w:r>
    </w:p>
    <w:p>
      <w:pPr>
        <w:jc w:val="right"/>
      </w:pPr>
      <w:r>
        <w:t>یعنی آپ نے اپنی عملی زندگی میں کس چیز کو چھوڑا، وہی وہ گندگی ہے جس سے آپ کو اعراض کرنے کا حکم دیا گیا۔</w:t>
      </w:r>
    </w:p>
    <w:p>
      <w:r>
        <w:rPr>
          <w:b/>
        </w:rPr>
        <w:t xml:space="preserve">[41:18] </w:t>
      </w:r>
      <w:r>
        <w:t>ab dekhiye ke aap ne jab qadeem makkah mein apna mission shuru kiya to aap ne kis cheez se a'iraz karte hue apna mission jari kiya?</w:t>
      </w:r>
    </w:p>
    <w:p>
      <w:pPr>
        <w:jc w:val="right"/>
      </w:pPr>
      <w:r>
        <w:t>اب دیکھیے کہ آپ نے جب قدیم مکہ میں اپنا مشن شروع کیا تو آپ نے کس چیز سے اعراض کرتے ہوئے اپنا مشن جاری کیا؟</w:t>
      </w:r>
    </w:p>
    <w:p>
      <w:r>
        <w:rPr>
          <w:b/>
        </w:rPr>
        <w:t xml:space="preserve">[41:28] </w:t>
      </w:r>
      <w:r>
        <w:t>woh cheezein woh thin jo us waqt aap ki halat ke aitbar se natija khez nahin thin. mislan qadeem makkah mein bohat si buraiyan phaili hui thin, jaise sharab waghera.</w:t>
      </w:r>
    </w:p>
    <w:p>
      <w:pPr>
        <w:jc w:val="right"/>
      </w:pPr>
      <w:r>
        <w:t>وہ چیزیں وہ تھیں جو اس وقت آپ کی حالت کے اعتبار سے نتیجہ خیز نہیں تھیں۔ مثلاً قدیم مکہ میں بہت سی برائیاں پھیلی ہوئی تھیں، جیسے شراب وغیرہ۔</w:t>
      </w:r>
    </w:p>
    <w:p>
      <w:r>
        <w:rPr>
          <w:b/>
        </w:rPr>
        <w:t xml:space="preserve">[41:41] </w:t>
      </w:r>
      <w:r>
        <w:t>ab agar shuru mein logon ko is se rokte to is ka koi natija nikalne wala na tha. isi tarah qadeem makkah mein ka'bah mein bohat se but rakhe hue the.</w:t>
      </w:r>
    </w:p>
    <w:p>
      <w:pPr>
        <w:jc w:val="right"/>
      </w:pPr>
      <w:r>
        <w:t>اب اگر شروع میں لوگوں کو اس سے روکتے تو اس کا کوئی نتیجہ نکلنے والا نہ تھا۔ اسی طرح قدیم مکہ میں کعبہ میں بہت سے بت رکھے ہوئے تھے۔</w:t>
      </w:r>
    </w:p>
    <w:p>
      <w:r>
        <w:rPr>
          <w:b/>
        </w:rPr>
        <w:t xml:space="preserve">[41:53] </w:t>
      </w:r>
      <w:r>
        <w:t>agar aap in beton ko ka'bah se nikalne ki muhim chalate to yaqeen tha ke aap ki muhim kamyab na hoti. is liye aap ne natija khez iqdam aur be natija iqdam mein farq kiya, aur waqti aitbar se be natija kaam mein apne aap ko uljhaye baghair is kaam mein mehnat ki jis mein mehnat se mufeed natija nikalne wala tha.</w:t>
      </w:r>
    </w:p>
    <w:p>
      <w:pPr>
        <w:jc w:val="right"/>
      </w:pPr>
      <w:r>
        <w:t>اگر آپ ان بتوں کو کعبہ سے نکالنے کی مہم چلاتے تو یقینی تھا کہ آپ کی مہم کامیاب نہ ہوتی۔ اس لیے آپ نے نتیجہ خیز اقدام اور بے نتیجہ اقدام میں فرق کیا، اور وقتی اعتبار سے بے نتیجہ کام میں اپنے آپ کو الجھائے بغیر اس کام میں محنت کی جس میں محنت سے مفید نتیجہ نکلنے والا تھا۔</w:t>
      </w:r>
    </w:p>
    <w:p>
      <w:r>
        <w:rPr>
          <w:b/>
        </w:rPr>
        <w:t xml:space="preserve">[42:18] </w:t>
      </w:r>
      <w:r>
        <w:t>aap ki yeh policy hadith mein is tarah aayi hai: innama nazala awwalu ma nazala minhu sooratum min</w:t>
      </w:r>
    </w:p>
    <w:p>
      <w:pPr>
        <w:jc w:val="right"/>
      </w:pPr>
      <w:r>
        <w:t>آپ کی یہ پالیسی حدیث میں اس طرح آئی ہے: إنما نزل أول ما نزل منه سورة من</w:t>
      </w:r>
    </w:p>
    <w:p>
      <w:r>
        <w:rPr>
          <w:b/>
        </w:rPr>
        <w:t xml:space="preserve">[42:28] </w:t>
      </w:r>
      <w:r>
        <w:t>al-mufassali feeha dhikr al-jannati wa al-naari hatta idha thaaba al-naasu ila al-islaami nazala al-halalu wa al-haraamu wa law nazala awwalu shay'in</w:t>
      </w:r>
    </w:p>
    <w:p>
      <w:pPr>
        <w:jc w:val="right"/>
      </w:pPr>
      <w:r>
        <w:t>المفصل فیہا ذکر الجنة والنار حتى إذا ثاب الناس إلى الإسلام نزل الحلال والحرام ولو نزل أول شیء</w:t>
      </w:r>
    </w:p>
    <w:p>
      <w:r>
        <w:rPr>
          <w:b/>
        </w:rPr>
        <w:t xml:space="preserve">[42:42] </w:t>
      </w:r>
      <w:r>
        <w:t>la tashraboo al-khamra laqaaloo la nad'u al-khamra abadan wa law nazala la taznoo laqaaloo la nad'u al-zina abadan saheeh</w:t>
      </w:r>
    </w:p>
    <w:p>
      <w:pPr>
        <w:jc w:val="right"/>
      </w:pPr>
      <w:r>
        <w:t>لا تشربوا الخمر لقالوا لا ندع الخمر أبداً ولو نزل لا تزنوا لقالوا لا ندع الزنا أبداً صحیح</w:t>
      </w:r>
    </w:p>
    <w:p>
      <w:r>
        <w:rPr>
          <w:b/>
        </w:rPr>
        <w:t xml:space="preserve">[42:55] </w:t>
      </w:r>
      <w:r>
        <w:t>bukhari:</w:t>
      </w:r>
    </w:p>
    <w:p>
      <w:pPr>
        <w:jc w:val="right"/>
      </w:pPr>
      <w:r>
        <w:t>بخاری:</w:t>
      </w:r>
    </w:p>
    <w:p>
      <w:r>
        <w:rPr>
          <w:b/>
        </w:rPr>
        <w:t xml:space="preserve">[42:57] </w:t>
      </w:r>
      <w:r>
        <w:t>ya'ni pehle jo cheez nazil hui woh mufassal ki surat thi jis mein jannat o dozakh ka zikr hai. yahan tak ke jab logon ka dil islam ki taraf rujū' ho gaya tab halaal o haraam ke ahkam utre.</w:t>
      </w:r>
    </w:p>
    <w:p>
      <w:pPr>
        <w:jc w:val="right"/>
      </w:pPr>
      <w:r>
        <w:t>یعنی پہلے جو چیز نازل ہوئی وہ مفصل کی صورت تھی جس میں جنت و دوزخ کا ذکر ہے۔ یہاں تک کہ جب لوگوں کا دل اسلام کی طرف رجوع ہو گیا تب حلال و حرام کے احکام اترے۔</w:t>
      </w:r>
    </w:p>
    <w:p>
      <w:r>
        <w:rPr>
          <w:b/>
        </w:rPr>
        <w:t xml:space="preserve">[43:11] </w:t>
      </w:r>
      <w:r>
        <w:t>agar shuru hi mein yeh utarta ke sharab na piyo to log zaroor kehte: hum to kabhi sharab peena nahin chhodenge. agar shuru hi mein yeh utarta ke zina na karo to log zaroor kehte: ke hum to zina nahin chhodenge.</w:t>
      </w:r>
    </w:p>
    <w:p>
      <w:pPr>
        <w:jc w:val="right"/>
      </w:pPr>
      <w:r>
        <w:t>اگر شروع ہی میں یہ اترتا کہ شراب نہ پیو تو لوگ ضرور کہتے: ہم تو کبھی شراب پینا نہیں چھوڑیں گے۔ اگر شروع ہی میں یہ اترتا کہ زنا نہ کرو تو لوگ ضرور کہتے: کہ ہم تو زنا نہیں چھوڑیں گے۔</w:t>
      </w:r>
    </w:p>
    <w:p>
      <w:r>
        <w:rPr>
          <w:b/>
        </w:rPr>
        <w:t xml:space="preserve">[43:25] </w:t>
      </w:r>
      <w:r>
        <w:t>is tareeqa-e-'amal ko ek lafz mein yeh keh sakte hain ke hakeemana tarteeb ke sath kaam karna. jo kaam anjam ke aitbar se mumkin ho us ko karna, aur jis kaam mein bar waqt natija nikalne wala na ho us ko mustaqbil par chhod dena.</w:t>
      </w:r>
    </w:p>
    <w:p>
      <w:pPr>
        <w:jc w:val="right"/>
      </w:pPr>
      <w:r>
        <w:t>اس طریقہ عمل کو ایک لفظ میں یہ کہہ سکتے ہیں کہ حکیمانہ ترتیب کے ساتھ کام کرنا۔ جو کام انجام کے اعتبار سے ممکن ہو اس کو کرنا، اور جس کام میں بروقت نتیجہ نکلنے والا نہ ہو اس کو مستقبل پر چھوڑ دینا۔</w:t>
      </w:r>
    </w:p>
    <w:p>
      <w:r>
        <w:rPr>
          <w:b/>
        </w:rPr>
        <w:t xml:space="preserve">[43:44] </w:t>
      </w:r>
      <w:r>
        <w:t>yahi peghambar ka tareeqa hai, aur yahi danishmandi ka tareeqa. high profile ka tareeqa nahin: peghambar-e-islam ne jab makkah mein apna mission shuru kiya to teen saal tak aap ne is ka aam a'lan nahin kiya, balke sirf kuch afraad se khususi mulaqaton mein apni baat kehte the.</w:t>
      </w:r>
    </w:p>
    <w:p>
      <w:pPr>
        <w:jc w:val="right"/>
      </w:pPr>
      <w:r>
        <w:t>یہی پیغمبر کا طریقہ ہے، اور یہی دانشمندی کا طریقہ۔ ہائی پروفائل کا طریقہ نہیں: پیغمبر اسلام نے جب مکہ میں اپنا مشن شروع کیا تو تین سال تک آپ نے اس کا عام اعلان نہیں کیا، بلکہ صرف کچھ افراد سے خصوصی ملاقاتوں میں اپنی بات کہتے تھے۔</w:t>
      </w:r>
    </w:p>
    <w:p>
      <w:r>
        <w:rPr>
          <w:b/>
        </w:rPr>
        <w:t xml:space="preserve">[44:08] </w:t>
      </w:r>
      <w:r>
        <w:t>yeh silsila teen saal tak jaari raha. is ke baad aap ne a'lan-e-aam kiya. sirat ibn hisham: isi tarah ghazwa-e-khyber mein aap apne ashaab ke sath ja rahe the to logon ne ek jagah naara buland karna shuru kar diya.</w:t>
      </w:r>
    </w:p>
    <w:p>
      <w:pPr>
        <w:jc w:val="right"/>
      </w:pPr>
      <w:r>
        <w:t>یہ سلسلہ تین سال تک جاری رہا۔ اس کے بعد آپ نے اعلان عام کیا۔ سیرت ابن ہشام: اسی طرح غزوہ خیبر میں آپ اپنے اصحاب کے ساتھ جا رہے تھے تو لوگوں نے ایک جگہ نعرہ بلند کرنا شروع کر دیا۔</w:t>
      </w:r>
    </w:p>
    <w:p>
      <w:r>
        <w:rPr>
          <w:b/>
        </w:rPr>
        <w:t xml:space="preserve">[44:26] </w:t>
      </w:r>
      <w:r>
        <w:t>to aap ne kaha: innakum lā tad'ūna aṣamman wa-lā ghā'iban innamā tad'ūna samī'an qarīban wa-huwa ma'akum sahih bukhari: ya'ni tum log kisi behre ya ghayeb ko nahin pukaar rahe ho, balke us ko pukaar rahe ho jo sunne wala, qareeb, aur tumhare sath hai.</w:t>
      </w:r>
    </w:p>
    <w:p>
      <w:pPr>
        <w:jc w:val="right"/>
      </w:pPr>
      <w:r>
        <w:t>تو آپ نے کہا: إنكم لا تدعون أصمًا ولا غائبًا إنما تدعون سمیعًا قريبًا وهو معكم صحیح بخاری: یعنی تم لوگ کسی بہرے یا غائب کو نہیں پکار رہے ہو، بلکہ اس کو پکار رہے ہو جو سننے والا، قریب، اور تمہارے ساتھ ہے۔</w:t>
      </w:r>
    </w:p>
    <w:p>
      <w:r>
        <w:rPr>
          <w:b/>
        </w:rPr>
        <w:t xml:space="preserve">[44:49] </w:t>
      </w:r>
      <w:r>
        <w:t>is se maloom hua ke apne mission ke silsile mein peghambar-e-islam ka tareeqa low profile mein kaam karne ka tareeqa tha. high profile mein kaam karna peghambar-e-islam ka tareeqa nahin.</w:t>
      </w:r>
    </w:p>
    <w:p>
      <w:pPr>
        <w:jc w:val="right"/>
      </w:pPr>
      <w:r>
        <w:t>اس سے معلوم ہوا کہ اپنے مشن کے سلسلے میں پیغمبر اسلام کا طریقہ لو پروفائل میں کام کرنے کا طریقہ تھا۔ ہائی پروفائل میں کام کرنا پیغمبر اسلام کا طریقہ نہیں۔</w:t>
      </w:r>
    </w:p>
    <w:p>
      <w:r>
        <w:rPr>
          <w:b/>
        </w:rPr>
        <w:t xml:space="preserve">[45:02] </w:t>
      </w:r>
      <w:r>
        <w:t>yeh bohat ahem baat hai. high profile mein kaam karna hamesha mukhalifeen ke andar ishta'al paida karta hai. woh ibtedai daur hi mein mission ki mukhalifat mein khade ho jate hain, aur har mumkin koshish karte hain ke mission aage na badhne paaye.</w:t>
      </w:r>
    </w:p>
    <w:p>
      <w:pPr>
        <w:jc w:val="right"/>
      </w:pPr>
      <w:r>
        <w:t>یہ بہت اہم بات ہے۔ ہائی پروفائل میں کام کرنا ہمیشہ مخالفین کے اندر اشتعال پیدا کرتا ہے۔ وہ ابتدائی دور ہی میں مشن کی مخالفت میں کھڑے ہو جاتے ہیں، اور ہر ممکن کوشش کرتے ہیں کہ مشن آگے نہ بڑھنے پائے۔</w:t>
      </w:r>
    </w:p>
    <w:p>
      <w:r>
        <w:rPr>
          <w:b/>
        </w:rPr>
        <w:t xml:space="preserve">[45:19] </w:t>
      </w:r>
      <w:r>
        <w:t>is ke bar'aks low profile mein sahib-e-mission ko yeh mauqa milta hai ke woh tamam mumkin mawaqe ko istemal kar ke apne kaam karta rahe.</w:t>
      </w:r>
    </w:p>
    <w:p>
      <w:pPr>
        <w:jc w:val="right"/>
      </w:pPr>
      <w:r>
        <w:t>اس کے برعکس لو پروفائل میں صاحب مشن کو یہ موقع ملتا ہے کہ وہ تمام ممکن مواقع کو استعمال کر کے اپنے کام کرتا رہے۔</w:t>
      </w:r>
    </w:p>
    <w:p>
      <w:r>
        <w:rPr>
          <w:b/>
        </w:rPr>
        <w:t xml:space="preserve">[45:29] </w:t>
      </w:r>
      <w:r>
        <w:t>yahan tak ke is ke mukhalifeen sirf us waqt is ka notice lein jabke mission itna mustahkam ho chuka ho ke kisi mukhalif ki mukhalifat us ko rokne wali sabit na ho sake.</w:t>
      </w:r>
    </w:p>
    <w:p>
      <w:pPr>
        <w:jc w:val="right"/>
      </w:pPr>
      <w:r>
        <w:t>یہاں تک کہ اس کے مخالفین صرف اس وقت اس کا نوٹس لیں جبکہ مشن اتنا مستحکم ہو چکا ہو کہ کسی مخالف کی مخالفت اس کو روکنے والی ثابت نہ ہو سکے۔</w:t>
      </w:r>
    </w:p>
    <w:p>
      <w:r>
        <w:rPr>
          <w:b/>
        </w:rPr>
        <w:t xml:space="preserve">[45:42] </w:t>
      </w:r>
      <w:r>
        <w:t>paighambar-e-islam ne apne mission ke poore daur mein khamosh amal ka yahi tareeqa ikhtiyar kiya.</w:t>
      </w:r>
    </w:p>
    <w:p>
      <w:pPr>
        <w:jc w:val="right"/>
      </w:pPr>
      <w:r>
        <w:t>پیغمبر اسلام نے اپنے مشن کے پورے دور میں خاموش عمل کا یہی طریقہ اختیار کیا۔</w:t>
      </w:r>
    </w:p>
    <w:p>
      <w:r>
        <w:rPr>
          <w:b/>
        </w:rPr>
        <w:t xml:space="preserve">[45:51] </w:t>
      </w:r>
      <w:r>
        <w:t>fitne ko na bharkana:</w:t>
      </w:r>
    </w:p>
    <w:p>
      <w:pPr>
        <w:jc w:val="right"/>
      </w:pPr>
      <w:r>
        <w:t>فتنے کو نہ بھڑکانا:</w:t>
      </w:r>
    </w:p>
    <w:p>
      <w:r>
        <w:rPr>
          <w:b/>
        </w:rPr>
        <w:t xml:space="preserve">[45:55] </w:t>
      </w:r>
      <w:r>
        <w:t>ek hikmat ki baat hadith mein un alfaaz mein aayi hai: al-fitnatu na'matun la'ana allahu man ayqazaha al-tadween</w:t>
      </w:r>
    </w:p>
    <w:p>
      <w:pPr>
        <w:jc w:val="right"/>
      </w:pPr>
      <w:r>
        <w:t>ایک حکمت کی بات حدیث میں ان الفاظ میں آئی ہے: الفتنة نعمة لعن الله من أيقظها التدوين</w:t>
      </w:r>
    </w:p>
    <w:p>
      <w:r>
        <w:rPr>
          <w:b/>
        </w:rPr>
        <w:t xml:space="preserve">[46:05] </w:t>
      </w:r>
      <w:r>
        <w:t>fi akhbari qazwayni abu al-qasimi al-raafi'i: fitna soya hua hai, Allah ne is par laanat kiya hai jo</w:t>
      </w:r>
    </w:p>
    <w:p>
      <w:pPr>
        <w:jc w:val="right"/>
      </w:pPr>
      <w:r>
        <w:t>فی أخبار قزوینی ابو القاسم الرافعی: فتنہ سویا ہوا ہے، اللہ نے اس پر لعنت کیا ہے جو</w:t>
      </w:r>
    </w:p>
    <w:p>
      <w:r>
        <w:rPr>
          <w:b/>
        </w:rPr>
        <w:t xml:space="preserve">[46:12] </w:t>
      </w:r>
      <w:r>
        <w:t>is ko jagaye.</w:t>
      </w:r>
    </w:p>
    <w:p>
      <w:pPr>
        <w:jc w:val="right"/>
      </w:pPr>
      <w:r>
        <w:t>اس کو جگائے۔</w:t>
      </w:r>
    </w:p>
    <w:p>
      <w:r>
        <w:rPr>
          <w:b/>
        </w:rPr>
        <w:t xml:space="preserve">[46:14] </w:t>
      </w:r>
      <w:r>
        <w:t>yeh hadith-e-rasool batati hai ke ijtimai zindagi ko pur sakoon banane ke liye danishmandana usool kya hai? woh hai soye hue fitne ko na jagana.</w:t>
      </w:r>
    </w:p>
    <w:p>
      <w:pPr>
        <w:jc w:val="right"/>
      </w:pPr>
      <w:r>
        <w:t>یہ حدیث رسول بتاتی ہے کہ اجتماعی زندگی کو پرسکون بنانے کے لیے دانشمندانہ اصول کیا ہے؟ وہ ہے سوئے ہوئے فتنے کو نہ جگانا۔</w:t>
      </w:r>
    </w:p>
    <w:p>
      <w:r>
        <w:rPr>
          <w:b/>
        </w:rPr>
        <w:t xml:space="preserve">[46:26] </w:t>
      </w:r>
      <w:r>
        <w:t>yahan fitne se murad insaan ki ana ya ego hai. ego ek soya hua fitna hai, us ko chhod diya jaye to woh soya rahega, aur agar us ko chhed diya jaye to woh ek shadeed mas'ala ban jayega.</w:t>
      </w:r>
    </w:p>
    <w:p>
      <w:pPr>
        <w:jc w:val="right"/>
      </w:pPr>
      <w:r>
        <w:t>یہاں فتنے سے مراد انسان کی انا یا ایگو ہے۔ ایگو ایک سویا ہوا فتنہ ہے، اس کو چھوڑ دیا جائے تو وہ سویا رہے گا، اور اگر اس کو چھیڑ دیا جائے تو وہ ایک شدید مسئلہ بن جائے گا۔</w:t>
      </w:r>
    </w:p>
    <w:p>
      <w:r>
        <w:rPr>
          <w:b/>
        </w:rPr>
        <w:t xml:space="preserve">[46:41] </w:t>
      </w:r>
      <w:r>
        <w:t>ego ek potential fitna hai. woh waqea us waqt waqe' banta hai jabke us ko chhed kar jaga diya jaye.</w:t>
      </w:r>
    </w:p>
    <w:p>
      <w:pPr>
        <w:jc w:val="right"/>
      </w:pPr>
      <w:r>
        <w:t>ایگو ایک پوٹینشل فتنہ ہے۔ وہ واقعہ اس وقت واقع بنتا ہے جبکہ اس کو چھیڑ کر جگا دیا جائے۔</w:t>
      </w:r>
    </w:p>
    <w:p>
      <w:r>
        <w:rPr>
          <w:b/>
        </w:rPr>
        <w:t xml:space="preserve">[46:52] </w:t>
      </w:r>
      <w:r>
        <w:t>insan ki ana ya ego mein nafrat aur ghussa bhara hua hai, lekin aam halat mein woh sirf bator imkan hota hai.</w:t>
      </w:r>
    </w:p>
    <w:p>
      <w:pPr>
        <w:jc w:val="right"/>
      </w:pPr>
      <w:r>
        <w:t>انسان کی انا یا ایگو میں نفرت اور غصہ بھرا ہوا ہے، لیکن عام حالت میں وہ صرف بطور امکان ہوتا ہے۔</w:t>
      </w:r>
    </w:p>
    <w:p>
      <w:r>
        <w:rPr>
          <w:b/>
        </w:rPr>
        <w:t xml:space="preserve">[47:01] </w:t>
      </w:r>
      <w:r>
        <w:t>is imkan ko waqea banana khud sahib ego ki taraf se nahi hota, balkeh woh doosre ki taraf se hota hai. Doosra aadmi chahe to is imkan ko soya hua rehne de ya us ko jaga kar apne liye masla bana le.</w:t>
      </w:r>
    </w:p>
    <w:p>
      <w:pPr>
        <w:jc w:val="right"/>
      </w:pPr>
      <w:r>
        <w:t>اس امکان کو واقعہ بنانا خود صاحب ایگو کی طرف سے نہیں ہوتا، بلکہ وہ دوسرے کی طرف سے ہوتا ہے۔ دوسرا آدمی چاہے تو اس امکان کو سویا ہوا رہنے دے یا اس کو جگا کر اپنے لیے مسئلہ بنا لے۔</w:t>
      </w:r>
    </w:p>
    <w:p>
      <w:r>
        <w:rPr>
          <w:b/>
        </w:rPr>
        <w:t xml:space="preserve">[47:16] </w:t>
      </w:r>
      <w:r>
        <w:t>isi liye kaha gaya hai: When one's ego is touched, it turns into superego, and the result is bre</w:t>
      </w:r>
    </w:p>
    <w:p>
      <w:pPr>
        <w:jc w:val="right"/>
      </w:pPr>
      <w:r>
        <w:t>اسی لیے کہا گیا ہے: When one's ego is touched, it turns into superego, and the result is bre</w:t>
      </w:r>
    </w:p>
    <w:p>
      <w:r>
        <w:rPr>
          <w:b/>
        </w:rPr>
        <w:t xml:space="preserve">[47:24] </w:t>
      </w:r>
      <w:r>
        <w:t>akdown. Ijtamai zindagi mein hamesha aisa hota hai ke ek shakhs ki baat doosre ke liye napasand ban jati hai. Yahi lamha hai jabke aadmi ka ego bhark uthta hai.</w:t>
      </w:r>
    </w:p>
    <w:p>
      <w:pPr>
        <w:jc w:val="right"/>
      </w:pPr>
      <w:r>
        <w:t>akdown. اجتماعی زندگی میں ہمیشہ ایسا ہوتا ہے کہ ایک شخص کی بات دوسرے کے لیے ناپسند بن جاتی ہے۔ یہی لمحہ ہے جبکہ آدمی کا ایگو بھڑک اٹھتا ہے۔</w:t>
      </w:r>
    </w:p>
    <w:p>
      <w:r>
        <w:rPr>
          <w:b/>
        </w:rPr>
        <w:t xml:space="preserve">[47:36] </w:t>
      </w:r>
      <w:r>
        <w:t>lekin pehla aadmi agar khamoshi ikhtiyar kar le to doosre aadmi ka ego bhark kar reh jayega, woh barh kar khatarnak masla nahi banega.</w:t>
      </w:r>
    </w:p>
    <w:p>
      <w:pPr>
        <w:jc w:val="right"/>
      </w:pPr>
      <w:r>
        <w:t>لیکن پہلا آدمی اگر خاموشی اختیار کر لے تو دوسرے آدمی کا ایگو بھڑک کر رہ جائے گا، وہ بڑھ کر خطرناک مسئلہ نہیں بنے گا۔</w:t>
      </w:r>
    </w:p>
    <w:p>
      <w:r>
        <w:rPr>
          <w:b/>
        </w:rPr>
        <w:t xml:space="preserve">[47:47] </w:t>
      </w:r>
      <w:r>
        <w:t>kamyab zindagi ki hikmat yeh hai ke aadmi kisi shakhs ke ego ko bharkne na de, woh soye hue ego ko soya rehne de.</w:t>
      </w:r>
    </w:p>
    <w:p>
      <w:pPr>
        <w:jc w:val="right"/>
      </w:pPr>
      <w:r>
        <w:t>کامیاب زندگی کی حکمت یہ ہے کہ آدمی کسی شخص کے ایگو کو بھڑکنے نہ دے، وہ سوئے ہوئے ایگو کو سویا رہنے دے۔</w:t>
      </w:r>
    </w:p>
    <w:p>
      <w:r>
        <w:rPr>
          <w:b/>
        </w:rPr>
        <w:t xml:space="preserve">[47:59] </w:t>
      </w:r>
      <w:r>
        <w:t>koi dushman nahi: Paighambar e Islam ko ek danishmandana tareeqa Quran mein in alfaaz mein bataya gaya: ولا تستوی الحسنة ولا السيئة ادفع بالتي هي أحسن فإذا الذي بينك وبينه عداوة كأنه ولي حمين yani aur bhalai aur burai dono barabar nahi.</w:t>
      </w:r>
    </w:p>
    <w:p>
      <w:pPr>
        <w:jc w:val="right"/>
      </w:pPr>
      <w:r>
        <w:t>کوئی دشمن نہیں: پیغمبر اسلام کو ایک دانشمندانہ طریقہ قرآن میں ان الفاظ میں بتایا گیا: ولا تستوی الحسنة ولا السيئة ادفع بالتی هي أحسن فإذا الذي بينك وبينه عداوة كأنه ولي حمين یعنی اور بھلائی اور برائی دونوں برابر نہیں۔</w:t>
      </w:r>
    </w:p>
    <w:p>
      <w:r>
        <w:rPr>
          <w:b/>
        </w:rPr>
        <w:t xml:space="preserve">[48:27] </w:t>
      </w:r>
      <w:r>
        <w:t>tum jawab mein woh kaho jo is se behtar ho, phir tum dekhoge ke tum mein aur jis mein dushmani thi, woh aisa ho gaya jaise koi dost qareeb wala.</w:t>
      </w:r>
    </w:p>
    <w:p>
      <w:pPr>
        <w:jc w:val="right"/>
      </w:pPr>
      <w:r>
        <w:t>تم جواب میں وہ کہو جو اس سے بہتر ہو، پھر تم دیکھو گے کہ تم میں اور جس میں دشمنی تھی، وہ ایسا ہو گیا جیسے کوئی دوست قرابت والا۔</w:t>
      </w:r>
    </w:p>
    <w:p>
      <w:r>
        <w:rPr>
          <w:b/>
        </w:rPr>
        <w:t xml:space="preserve">[48:38] </w:t>
      </w:r>
      <w:r>
        <w:t>Quran ki is ayat ke mutabiq insano mein jo taqseem hai, woh dost aur dushman ki nahi, balkeh dost aur bil qawa dosti ya potential friend ki hai.</w:t>
      </w:r>
    </w:p>
    <w:p>
      <w:pPr>
        <w:jc w:val="right"/>
      </w:pPr>
      <w:r>
        <w:t>قرآن کی اس آیت کے مطابق انسانوں میں جو تقسیم ہے، وہ دوست اور دشمن کی نہیں، بلکہ دوست اور بالقوہ دوست یا پوٹینشل فرینڈ کی ہے۔</w:t>
      </w:r>
    </w:p>
    <w:p>
      <w:r>
        <w:rPr>
          <w:b/>
        </w:rPr>
        <w:t xml:space="preserve">[48:51] </w:t>
      </w:r>
      <w:r>
        <w:t>yani danishmand insan woh hai jo dost aur dushman ki buniyad par apna mansooba na banaye, balkeh uska mansooba is soch ke tehat hona chahiye ke kuch log agar bazahir dost hain to doosre log bil qawa dost ya potential friend hain.</w:t>
      </w:r>
    </w:p>
    <w:p>
      <w:pPr>
        <w:jc w:val="right"/>
      </w:pPr>
      <w:r>
        <w:t>یعنی دانشمند انسان وہ ہے جو دوست اور دشمن کی بنیاد پر اپنا منصوبہ نہ بنائے، بلکہ اس کا منصوبہ اس سوچ کے تحت ہونا چاہیے کہ کچھ لوگ اگر بظاہر دوست ہیں تو دوسرے لوگ بالقوہ دوست یا پوٹینشل فرینڈ ہیں۔</w:t>
      </w:r>
    </w:p>
    <w:p>
      <w:r>
        <w:rPr>
          <w:b/>
        </w:rPr>
        <w:t xml:space="preserve">[49:10] </w:t>
      </w:r>
      <w:r>
        <w:t>is liye danishmand insan ki koshish yeh honi chahiye ke misbat mansooba bandi ya positive planning ke zariye woh bil qawa dost ko bhi apna dost bana kar un ko apne sathiyon mein shareek kar le.</w:t>
      </w:r>
    </w:p>
    <w:p>
      <w:pPr>
        <w:jc w:val="right"/>
      </w:pPr>
      <w:r>
        <w:t>اس لیے دانشمند انسان کی کوشش یہ ہونی چاہیے کہ مثبت منصوبہ بندی یا پوزیٹیو پلاننگ کے ذریعے وہ بالقوہ دوست کو بھی اپنا دوست بنا کر ان کو اپنے ساتھیوں میں شریک کر لے۔</w:t>
      </w:r>
    </w:p>
    <w:p>
      <w:r>
        <w:rPr>
          <w:b/>
        </w:rPr>
        <w:t xml:space="preserve">[49:27] </w:t>
      </w:r>
      <w:r>
        <w:t>apne zamane ko janna: Ek hadith Rasool in alfaaz mein aayi hai: وعلى العاقل أن يكون بصيرًا بزمانه sahih ibn hibban: yani aqalmand woh hai jo apne zamane se ba khabar ho.</w:t>
      </w:r>
    </w:p>
    <w:p>
      <w:pPr>
        <w:jc w:val="right"/>
      </w:pPr>
      <w:r>
        <w:t>اپنے زمانے کو جاننا: ایک حدیث رسول ان الفاظ میں آئی ہے: وعلى العاقل أن يكون بصيرًا بزمانه صحیح ابن حبان: یعنی عقلمند وہ ہے جو اپنے زمانے سے باخبر ہو۔</w:t>
      </w:r>
    </w:p>
    <w:p>
      <w:r>
        <w:rPr>
          <w:b/>
        </w:rPr>
        <w:t xml:space="preserve">[49:44] </w:t>
      </w:r>
      <w:r>
        <w:t>yahan zamane se murad kharji halaat hain. Aam taur par aadmi apne aap mein jeeta hai, apne se bahar ke halaat ki us ko khabar nahi hoti hai.</w:t>
      </w:r>
    </w:p>
    <w:p>
      <w:pPr>
        <w:jc w:val="right"/>
      </w:pPr>
      <w:r>
        <w:t>یہاں زمانے سے مراد خارجی حالات ہیں۔ عام طور پر آدمی اپنے آپ میں جیتا ہے، اپنے سے باہر کے حالات کی اس کو خبر نہیں ہوتی ہے۔</w:t>
      </w:r>
    </w:p>
    <w:p>
      <w:r>
        <w:rPr>
          <w:b/>
        </w:rPr>
        <w:t xml:space="preserve">[49:55] </w:t>
      </w:r>
      <w:r>
        <w:t>aise aadmi ka mansooba halaat se takrayega, woh apne mansoobe ko kamyabi tak pohnchaney wala na ban sakega.</w:t>
      </w:r>
    </w:p>
    <w:p>
      <w:pPr>
        <w:jc w:val="right"/>
      </w:pPr>
      <w:r>
        <w:t>ایسے آدمی کا منصوبہ حالات سے ٹکرا جائے گا، وہ اپنے منصوبے کو کامیابی تک پہنچانے والا نہ بن سکے گا۔</w:t>
      </w:r>
    </w:p>
    <w:p>
      <w:r>
        <w:rPr>
          <w:b/>
        </w:rPr>
        <w:t xml:space="preserve">[50:04] </w:t>
      </w:r>
      <w:r>
        <w:t>is duniya mein aadmi hamesha kuch halaat ke darmiyan hota hai. Yeh halaat woh khud nahi banata, balkeh kharij ka jo mahaul hai, woh in halaat ki tashkeel karta hai.</w:t>
      </w:r>
    </w:p>
    <w:p>
      <w:pPr>
        <w:jc w:val="right"/>
      </w:pPr>
      <w:r>
        <w:t>اس دنیا میں آدمی ہمیشہ کچھ حالات کے درمیان ہوتا ہے۔ یہ حالات وہ خود نہیں بناتا، بلکہ خارج کا جو ماحول ہے، وہ ان حالات کی تشکیل کرتا ہے۔</w:t>
      </w:r>
    </w:p>
    <w:p>
      <w:r>
        <w:rPr>
          <w:b/>
        </w:rPr>
        <w:t xml:space="preserve">[50:17] </w:t>
      </w:r>
      <w:r>
        <w:t>yeh halaat itne taqatwar hote hain ke aadmi un ko badalne par qadir nahi hota hai. Agar aadmi apne halaat se takra jaye to woh khud toot jayega, lekin halaat jaise the waise hi rahenge.</w:t>
      </w:r>
    </w:p>
    <w:p>
      <w:pPr>
        <w:jc w:val="right"/>
      </w:pPr>
      <w:r>
        <w:t>یہ حالات اتنے طاقتور ہوتے ہیں کہ آدمی ان کو بدلنے پر قادر نہیں ہوتا ہے۔ اگر آدمی اپنے حالات سے ٹکرا جائے تو وہ خود ٹوٹ جائے گا، لیکن حالات جیسے تھے ویسے ہی رہیں گے۔</w:t>
      </w:r>
    </w:p>
    <w:p>
      <w:r>
        <w:rPr>
          <w:b/>
        </w:rPr>
        <w:t xml:space="preserve">[50:32] </w:t>
      </w:r>
      <w:r>
        <w:t>aisi soorat e haal mein danishmandi yeh hai ke aadmi apne sath doosron ko bhi jaane. Woh apni zaati khwahishon ke sath kharji halaat ke taqazon se ba khabri hasil kare.</w:t>
      </w:r>
    </w:p>
    <w:p>
      <w:pPr>
        <w:jc w:val="right"/>
      </w:pPr>
      <w:r>
        <w:t>ایسی صورتحال میں دانشمندی یہ ہے کہ آدمی اپنے ساتھ دوسروں کو بھی جانے۔ وہ اپنی ذاتی خواہشوں کے ساتھ خارجی حالات کے تقاضوں سے باخبری حاصل کرے۔</w:t>
      </w:r>
    </w:p>
    <w:p>
      <w:r>
        <w:rPr>
          <w:b/>
        </w:rPr>
        <w:t xml:space="preserve">[50:46] </w:t>
      </w:r>
      <w:r>
        <w:t>aise aadmi ke liye mumkin hoga ke woh apna mansooba sahi usoolon ki buniyad par banaye. Woh halaat e zamana ki riayat karte hue apna safar hayat kamyabi ke sath tay kare.</w:t>
      </w:r>
    </w:p>
    <w:p>
      <w:pPr>
        <w:jc w:val="right"/>
      </w:pPr>
      <w:r>
        <w:t>ایسے آدمی کے لیے ممکن ہوگا کہ وہ اپنا منصوبہ صحیح اصولوں کی بنیاد پر بنائے۔ وہ حالات زمانہ کی رعایت کرتے ہوئے اپنا سفر حیات کامیابی کے ساتھ طے کرے۔</w:t>
      </w:r>
    </w:p>
    <w:p>
      <w:r>
        <w:rPr>
          <w:b/>
        </w:rPr>
        <w:t xml:space="preserve">[50:59] </w:t>
      </w:r>
      <w:r>
        <w:t>is qism ki haqeeqat pasandana mansooba bandi ya realistic planning kamyabi ka wahid yaqini raaz hai.</w:t>
      </w:r>
    </w:p>
    <w:p>
      <w:pPr>
        <w:jc w:val="right"/>
      </w:pPr>
      <w:r>
        <w:t>اس قسم کی حقیقت پسندانہ منصوبہ بندی یا ریلسٹک پلاننگ کامیابی کا واحد یقینی راز ہے۔</w:t>
      </w:r>
    </w:p>
    <w:p>
      <w:r>
        <w:rPr>
          <w:b/>
        </w:rPr>
        <w:t xml:space="preserve">[51:09] </w:t>
      </w:r>
      <w:r>
        <w:t>ghusse se bacho:</w:t>
      </w:r>
    </w:p>
    <w:p>
      <w:pPr>
        <w:jc w:val="right"/>
      </w:pPr>
      <w:r>
        <w:t>غصے سے بچو:</w:t>
      </w:r>
    </w:p>
    <w:p>
      <w:r>
        <w:rPr>
          <w:b/>
        </w:rPr>
        <w:t xml:space="preserve">[51:13] </w:t>
      </w:r>
      <w:r>
        <w:t>ek aadmi paighambar-e-islam (sallallahu alaihi wasallam) ke paas aaya.</w:t>
      </w:r>
    </w:p>
    <w:p>
      <w:pPr>
        <w:jc w:val="right"/>
      </w:pPr>
      <w:r>
        <w:t>ایک آدمی پیغمبر اسلام صلی اللہ علیہ وسلم کے پاس آیا۔</w:t>
      </w:r>
    </w:p>
    <w:p>
      <w:r>
        <w:rPr>
          <w:b/>
        </w:rPr>
        <w:t xml:space="preserve">[51:18] </w:t>
      </w:r>
      <w:r>
        <w:t>us ne kaha: akhbirni bi kalimatin</w:t>
      </w:r>
    </w:p>
    <w:p>
      <w:pPr>
        <w:jc w:val="right"/>
      </w:pPr>
      <w:r>
        <w:t>اس نے کہا: أخبرني بكلمات</w:t>
      </w:r>
    </w:p>
    <w:p>
      <w:r>
        <w:rPr>
          <w:b/>
        </w:rPr>
        <w:t xml:space="preserve">[51:22] </w:t>
      </w:r>
      <w:r>
        <w:t>a'eeshu bihinna wa la tukthir 'alayya faansaala qala: ijtannib al-ghadaba thumma a'aada 'alayhi faqala: ijtannib al-ghadaba musnadi ahmad: ya'ni</w:t>
      </w:r>
    </w:p>
    <w:p>
      <w:pPr>
        <w:jc w:val="right"/>
      </w:pPr>
      <w:r>
        <w:t>أعيش بهن ولا تكثر علي فانسى قال: اجتنب الغضب ثم أعاد عليه فقال: اجتنب الغضب مسند احمد: یعنی</w:t>
      </w:r>
    </w:p>
    <w:p>
      <w:r>
        <w:rPr>
          <w:b/>
        </w:rPr>
        <w:t xml:space="preserve">[51:36] </w:t>
      </w:r>
      <w:r>
        <w:t>mujhe aisi baat bataiye jis mein main jiyoon aur baat mukhtasar ho taake main us ko bhool na</w:t>
      </w:r>
    </w:p>
    <w:p>
      <w:pPr>
        <w:jc w:val="right"/>
      </w:pPr>
      <w:r>
        <w:t>مجھے ایسی بات بتائیے جس میں میں جیوں اور بات مختصر ہو تاکہ میں اس کو بھول نہ</w:t>
      </w:r>
    </w:p>
    <w:p>
      <w:r>
        <w:rPr>
          <w:b/>
        </w:rPr>
        <w:t xml:space="preserve">[51:43] </w:t>
      </w:r>
      <w:r>
        <w:t>jaoon.</w:t>
      </w:r>
    </w:p>
    <w:p>
      <w:pPr>
        <w:jc w:val="right"/>
      </w:pPr>
      <w:r>
        <w:t>جاؤں۔</w:t>
      </w:r>
    </w:p>
    <w:p>
      <w:r>
        <w:rPr>
          <w:b/>
        </w:rPr>
        <w:t xml:space="preserve">[51:44] </w:t>
      </w:r>
      <w:r>
        <w:t>aap ne kaha: ghusse se bacho. Us ne apni baat ko dohraya. Aap ne dobara kaha: ghusse se bacho. Is hadith par ghaur kijiye to maloom hoga ke ghussa tamam buraiyon ki jar hai.</w:t>
      </w:r>
    </w:p>
    <w:p>
      <w:pPr>
        <w:jc w:val="right"/>
      </w:pPr>
      <w:r>
        <w:t>آپ نے کہا: غصے سے بچو۔ اس نے اپنی بات کو دہرایا۔ آپ نے دوبارہ کہا: غصے سے بچو۔ اس حدیث پر غور کیجیے تو معلوم ہوگا کہ غصہ تمام برائیوں کی جڑ ہے۔</w:t>
      </w:r>
    </w:p>
    <w:p>
      <w:r>
        <w:rPr>
          <w:b/>
        </w:rPr>
        <w:t xml:space="preserve">[51:58] </w:t>
      </w:r>
      <w:r>
        <w:t>ghussa koi aadmi doosre ke khilaf karta hai, lekin ghusse ka nuksan aadmi ko khud bhugatna padta hai. Ghussa aadmi ki soch ko galat rukh par mor deta hai.</w:t>
      </w:r>
    </w:p>
    <w:p>
      <w:pPr>
        <w:jc w:val="right"/>
      </w:pPr>
      <w:r>
        <w:t>غصہ کوئی آدمی دوسرے کے خلاف کرتا ہے، لیکن غصے کا نقصان آدمی کو خود بھگتنا پڑتا ہے۔ غصہ آدمی کی سوچ کو غلط رخ پر موڑ دیتا ہے۔</w:t>
      </w:r>
    </w:p>
    <w:p>
      <w:r>
        <w:rPr>
          <w:b/>
        </w:rPr>
        <w:t xml:space="preserve">[52:12] </w:t>
      </w:r>
      <w:r>
        <w:t>aam halat mein aadmi misbat andaaz mein sochta hai, woh mo'tadil andaaz mein rai qaim karta hai, lekin ghussa aate hi us ki soch ghair mo'tadil ho jati hai.</w:t>
      </w:r>
    </w:p>
    <w:p>
      <w:pPr>
        <w:jc w:val="right"/>
      </w:pPr>
      <w:r>
        <w:t>عام حالت میں آدمی مثبت انداز میں سوچتا ہے، وہ معتدل انداز میں رائے قائم کرتا ہے، لیکن غصہ آتے ہی اس کی سوچ غیر معتدل ہو جاتی ہے۔</w:t>
      </w:r>
    </w:p>
    <w:p>
      <w:r>
        <w:rPr>
          <w:b/>
        </w:rPr>
        <w:t xml:space="preserve">[52:24] </w:t>
      </w:r>
      <w:r>
        <w:t>woh haqeeqat pasandana andaaz mein sochne ke qabil nahi rehta. Jo aadmi ghusse mein mubtala ho jaye, woh jazbat ke tehat aise faisle karta hai jo jazbat se khali aadmi kabhi nahi sochega.</w:t>
      </w:r>
    </w:p>
    <w:p>
      <w:pPr>
        <w:jc w:val="right"/>
      </w:pPr>
      <w:r>
        <w:t>وہ حقیقت پسندانہ انداز میں سوچنے کے قابل نہیں رہتا۔ جو آدمی غصے میں مبتلا ہو جائے، وہ جذبات کے تحت ایسے فیصلے کرتا ہے جو جذبات سے خالی آدمی کبھی نہیں سوچے گا۔</w:t>
      </w:r>
    </w:p>
    <w:p>
      <w:r>
        <w:rPr>
          <w:b/>
        </w:rPr>
        <w:t xml:space="preserve">[52:41] </w:t>
      </w:r>
      <w:r>
        <w:t>ghusse ka sab se zyada tabah kun anjam yeh hai ke ghussa hamesha do tarafah ban jata hai. Aap ghussa ho kar doosre shakhs ko bhi gha zab nak bana dete hain.</w:t>
      </w:r>
    </w:p>
    <w:p>
      <w:pPr>
        <w:jc w:val="right"/>
      </w:pPr>
      <w:r>
        <w:t>غصے کا سب سے زیادہ تباہ کن انجام یہ ہے کہ غصہ ہمیشہ دو طرفہ بن جاتا ہے۔ آپ غصہ ہو کر دوسرے شخص کو بھی غضب ناک بنا دیتے ہیں۔</w:t>
      </w:r>
    </w:p>
    <w:p>
      <w:r>
        <w:rPr>
          <w:b/>
        </w:rPr>
        <w:t xml:space="preserve">[52:52] </w:t>
      </w:r>
      <w:r>
        <w:t>ghussa doosre shakhs ko jawabi ghusse mein mubtala kar deta hai. is tarah ghussa apne nateejay ke aitbar se rad-e-amal ya reaction ka sabab banta hai.</w:t>
      </w:r>
    </w:p>
    <w:p>
      <w:pPr>
        <w:jc w:val="right"/>
      </w:pPr>
      <w:r>
        <w:t>غصہ دوسرے شخص کو جوابی غصے میں مبتلا کر دیتا ہے۔ اس طرح غصہ اپنے نتیجے کے اعتبار سے ردعمل یا ری ایکشن کا سبب بنتا ہے۔</w:t>
      </w:r>
    </w:p>
    <w:p>
      <w:r>
        <w:rPr>
          <w:b/>
        </w:rPr>
        <w:t xml:space="preserve">[53:04] </w:t>
      </w:r>
      <w:r>
        <w:t>aap ek rad-e-amal zahir karte hain, is ke baad doosra aadmi mushtael ho kar rad-e-amal ka tareeqa ikhtiyar kar leta hai.</w:t>
      </w:r>
    </w:p>
    <w:p>
      <w:pPr>
        <w:jc w:val="right"/>
      </w:pPr>
      <w:r>
        <w:t>آپ ایک ردعمل ظاہر کرتے ہیں، اس کے بعد دوسرا آدمی مشتعل ہو کر ردعمل کا طریقہ اختیار کر لیتا ہے۔</w:t>
      </w:r>
    </w:p>
    <w:p>
      <w:r>
        <w:rPr>
          <w:b/>
        </w:rPr>
        <w:t xml:space="preserve">[53:13] </w:t>
      </w:r>
      <w:r>
        <w:t>yeh amal aur rad-e-amal bar bar hota hai, yahan tak ke rad-e-amal ek chain reaction ban jata hai. aur jab koi cheez chain reaction ban jaye to phir is ka khatma aakhri halakat se pehle nahi hota.</w:t>
      </w:r>
    </w:p>
    <w:p>
      <w:pPr>
        <w:jc w:val="right"/>
      </w:pPr>
      <w:r>
        <w:t>یہ عمل اور ردعمل بار بار ہوتا ہے، یہاں تک کہ ردعمل ایک چین ری ایکشن بن جاتا ہے۔ اور جب کوئی چیز چین ری ایکشن بن جائے تو پھر اس کا خاتمہ آخری ہلاکت سے پہلے نہیں ہوتا۔</w:t>
      </w:r>
    </w:p>
    <w:p>
      <w:r>
        <w:rPr>
          <w:b/>
        </w:rPr>
        <w:t xml:space="preserve">[53:29] </w:t>
      </w:r>
      <w:r>
        <w:t>is liye ghusse ke baad aadmi ke liye jo sahih ravaiyya hai, woh sirf ek hai: woh hai ghusse ko yak-tarfa taur par khatam kar dena.</w:t>
      </w:r>
    </w:p>
    <w:p>
      <w:pPr>
        <w:jc w:val="right"/>
      </w:pPr>
      <w:r>
        <w:t>اس لیے غصے کے بعد آدمی کے لیے جو صحیح رویہ ہے، وہ صرف ایک ہے: وہ ہے غصے کو یکطرفہ طور پر ختم کر دینا۔</w:t>
      </w:r>
    </w:p>
    <w:p>
      <w:r>
        <w:rPr>
          <w:b/>
        </w:rPr>
        <w:t xml:space="preserve">[53:39] </w:t>
      </w:r>
      <w:r>
        <w:t>yahi baat quran mein in alfaaz mein kahi gayi hai: wa idha ma ghabu wa idha ma ghabu hum yaghfuroon yani jab un ko ghussa aata hai to woh maaf kar dete hain.</w:t>
      </w:r>
    </w:p>
    <w:p>
      <w:pPr>
        <w:jc w:val="right"/>
      </w:pPr>
      <w:r>
        <w:t>یہی بات قرآن میں ان الفاظ میں کہی گئی ہے: وإذا ما غضبوا وإذا ما غضبوا هم يغفرون یعنی جب ان کو غصہ آتا ہے تو وہ معاف کر دیتے ہیں۔</w:t>
      </w:r>
    </w:p>
    <w:p>
      <w:r>
        <w:rPr>
          <w:b/>
        </w:rPr>
        <w:t xml:space="preserve">[53:55] </w:t>
      </w:r>
      <w:r>
        <w:t>ghusse ke nuqsan se bachne ke liye yak-tarfa sabr ke siwa koi aur rasta nahi.</w:t>
      </w:r>
    </w:p>
    <w:p>
      <w:pPr>
        <w:jc w:val="right"/>
      </w:pPr>
      <w:r>
        <w:t>غصے کے نقصان سے بچنے کے لیے یکطرفہ صبر کے سوا کوئی اور راستہ نہیں۔</w:t>
      </w:r>
    </w:p>
    <w:p>
      <w:r>
        <w:rPr>
          <w:b/>
        </w:rPr>
        <w:t xml:space="preserve">[54:05] </w:t>
      </w:r>
      <w:r>
        <w:t>aasan ka intekhab: peghambar-e-islam ki zindagi ke ek mamool ko peghambar-e-islam ki zawja hazrat ayesha in alfaaz mein bayan karti hain:</w:t>
      </w:r>
    </w:p>
    <w:p>
      <w:pPr>
        <w:jc w:val="right"/>
      </w:pPr>
      <w:r>
        <w:t>آسان کا انتخاب: پیغمبر اسلام کی زندگی کے ایک معمول کو پیغمبر اسلام کی زوجہ حضرت عائشہ ان الفاظ میں بیان کرتی ہیں:</w:t>
      </w:r>
    </w:p>
    <w:p>
      <w:r>
        <w:rPr>
          <w:b/>
        </w:rPr>
        <w:t xml:space="preserve">[54:21] </w:t>
      </w:r>
      <w:r>
        <w:t>ma khair rasool Allah sallallahu alaihi wasallam fi amrain illa ikhtar aysarahuma yani jab bhi peghambar-e-islam ko do sooraton mein ek ka intekhab karna hota to aap hamesha aasan ka intekhab karte.</w:t>
      </w:r>
    </w:p>
    <w:p>
      <w:pPr>
        <w:jc w:val="right"/>
      </w:pPr>
      <w:r>
        <w:t>ما خير رسول الله صلی اللہ علیہ وسلم فی امرین الا اختار ايسرہما یعنی جب بھی پیغمبر اسلام کو دو صورتوں میں ایک کا انتخاب کرنا ہوتا تو آپ ہمیشہ آسان کا انتخاب کرتے۔</w:t>
      </w:r>
    </w:p>
    <w:p>
      <w:r>
        <w:rPr>
          <w:b/>
        </w:rPr>
        <w:t xml:space="preserve">[54:38] </w:t>
      </w:r>
      <w:r>
        <w:t>is se maloom hota hai ke mamlaat mein peghambar-e-islam ki aam policy kya thi. woh thi mushkil ke muqable mein aasan ka intekhab karna.</w:t>
      </w:r>
    </w:p>
    <w:p>
      <w:pPr>
        <w:jc w:val="right"/>
      </w:pPr>
      <w:r>
        <w:t>اس سے معلوم ہوتا ہے کہ معاملات میں پیغمبر اسلام کی عام پالیسی کیا تھی۔ وہ تھی مشکل کے مقابلے میں آسان کا انتخاب کرنا۔</w:t>
      </w:r>
    </w:p>
    <w:p>
      <w:r>
        <w:rPr>
          <w:b/>
        </w:rPr>
        <w:t xml:space="preserve">[54:49] </w:t>
      </w:r>
      <w:r>
        <w:t>har soorat-e-haal mein aadmi ke samne do qism ki cheezen hoti hain: ek masail yaani problem aur doosra mauqa ya opportunities.</w:t>
      </w:r>
    </w:p>
    <w:p>
      <w:pPr>
        <w:jc w:val="right"/>
      </w:pPr>
      <w:r>
        <w:t>ہر صورتحال میں آدمی کے سامنے دو قسم کی چیزیں ہوتی ہیں: ایک مسائل یعنی پرابلم اور دوسرا موقع یا اپرچونیٹیز۔</w:t>
      </w:r>
    </w:p>
    <w:p>
      <w:r>
        <w:rPr>
          <w:b/>
        </w:rPr>
        <w:t xml:space="preserve">[54:59] </w:t>
      </w:r>
      <w:r>
        <w:t>is waqt aadmi ke liye yeh mumkin hota hai ke dono mein se kisi ek ka intekhab kare. peghambar-e-islam ka tareeqa yeh tha ke aap hamesha mauqe ko avail karne ka intekhab karte the,</w:t>
      </w:r>
    </w:p>
    <w:p>
      <w:pPr>
        <w:jc w:val="right"/>
      </w:pPr>
      <w:r>
        <w:t>اس وقت آدمی کے لیے یہ ممکن ہوتا ہے کہ دونوں میں سے کسی ایک کا انتخاب کرے۔ پیغمبر اسلام کا طریقہ یہ تھا کہ آپ ہمیشہ مواقع کو اویل کرنے کا انتخاب کرتے تھے،</w:t>
      </w:r>
    </w:p>
    <w:p>
      <w:r>
        <w:rPr>
          <w:b/>
        </w:rPr>
        <w:t xml:space="preserve">[55:12] </w:t>
      </w:r>
      <w:r>
        <w:t>na ke masail se takrao karna. yahan aasan ka lafz aur mushkil ka lafz apne zahiri maani mein nahi hai, balke woh apne nateejay ke aitbar se hai.</w:t>
      </w:r>
    </w:p>
    <w:p>
      <w:pPr>
        <w:jc w:val="right"/>
      </w:pPr>
      <w:r>
        <w:t>نہ کہ مسائل سے ٹکراؤ کرنا۔ یہاں آسان کا لفظ اور مشکل کا لفظ اپنے ظاہری معنی میں نہیں ہے، بلکہ وہ اپنے نتیجے کے اعتبار سے ہے۔</w:t>
      </w:r>
    </w:p>
    <w:p>
      <w:r>
        <w:rPr>
          <w:b/>
        </w:rPr>
        <w:t xml:space="preserve">[55:23] </w:t>
      </w:r>
      <w:r>
        <w:t>is ka matlab yeh hai ke mamlaat mein peghambar-e-islam ki policy yeh thi ke mamlaat mein aise tareeqay ko ikhtiyar kiya jaye jo qabil-e-amal ya workable ho, jis par koi naya masla paida kiye baghair amal karna mumkin ho.</w:t>
      </w:r>
    </w:p>
    <w:p>
      <w:pPr>
        <w:jc w:val="right"/>
      </w:pPr>
      <w:r>
        <w:t>اس کا مطلب یہ ہے کہ معاملات میں پیغمبر اسلام کی پالیسی یہ تھی کہ معاملات میں ایسے طریقے کو اختیار کیا جائے جو قابل عمل یا ورک ایبل ہو، جس پر کوئی نیا مسئلہ پیدا کیے بغیر عمل کرنا ممکن ہو۔</w:t>
      </w:r>
    </w:p>
    <w:p>
      <w:r>
        <w:rPr>
          <w:b/>
        </w:rPr>
        <w:t xml:space="preserve">[55:40] </w:t>
      </w:r>
      <w:r>
        <w:t>yahan aasani ka lafz qabil-e-amal yaani workable ke maani mein hai, yaani aisa tareeqa jis ko ikhtiyar karne se koi naya masla paida na ho.</w:t>
      </w:r>
    </w:p>
    <w:p>
      <w:pPr>
        <w:jc w:val="right"/>
      </w:pPr>
      <w:r>
        <w:t>یہاں آسانی کا لفظ قابل عمل یعنی ورک ایبل کے معنی میں ہے، یعنی ایسا طریقہ جس کو اختیار کرنے سے کوئی نیا مسئلہ پیدا نہ ہو۔</w:t>
      </w:r>
    </w:p>
    <w:p>
      <w:r>
        <w:rPr>
          <w:b/>
        </w:rPr>
        <w:t xml:space="preserve">[55:51] </w:t>
      </w:r>
      <w:r>
        <w:t>koi naya masla paida kiye baghair is par amal kiya ja sake. is ke muqable mein ek tareeqa woh hai jis par amal karne se masle mein izafa hota ho.</w:t>
      </w:r>
    </w:p>
    <w:p>
      <w:pPr>
        <w:jc w:val="right"/>
      </w:pPr>
      <w:r>
        <w:t>کوئی نیا مسئلہ پیدا کیے بغیر اس پر عمل کیا جا سکے۔ اس کے مقابلے میں ایک طریقہ وہ ہے جس پر عمل کرنے سے مسئلے میں اضافہ ہوتا ہو۔</w:t>
      </w:r>
    </w:p>
    <w:p>
      <w:r>
        <w:rPr>
          <w:b/>
        </w:rPr>
        <w:t xml:space="preserve">[56:03] </w:t>
      </w:r>
      <w:r>
        <w:t>aisa tareeqa aap kabhi ikhtiyar nahi karte the. misaal ke taur par agar ek maamle mein pur-aman tareeqa ikhtiyar karna mumkin ho to aap kabhi tashaddud ka tareeqa ikhtiyar nahi karte the, kyun ke pur-aman tareeqa masle mein izafa kiye baghair qabil-e-amal hota hai,</w:t>
      </w:r>
    </w:p>
    <w:p>
      <w:pPr>
        <w:jc w:val="right"/>
      </w:pPr>
      <w:r>
        <w:t>ایسا طریقہ آپ کبھی اختیار نہیں کرتے تھے۔ مثلاً اگر ایک معاملے میں پرامن طریقہ اختیار کرنا ممکن ہو تو آپ کبھی تشدد کا طریقہ اختیار نہیں کرتے تھے، کیونکہ پرامن طریقہ مسئلے میں اضافہ کیے بغیر قابل عمل ہوتا ہے،</w:t>
      </w:r>
    </w:p>
    <w:p>
      <w:r>
        <w:rPr>
          <w:b/>
        </w:rPr>
        <w:t xml:space="preserve">[56:23] </w:t>
      </w:r>
      <w:r>
        <w:t>jab ke tashaddud ka tareeqa hamesha masle mein izafa karta hai. misaal ke taur par pur-tashaddud tareeqay mein tashaddud par nafrat ka izafa hota hai waghera.</w:t>
      </w:r>
    </w:p>
    <w:p>
      <w:pPr>
        <w:jc w:val="right"/>
      </w:pPr>
      <w:r>
        <w:t>جبکہ تشدد کا طریقہ ہمیشہ مسئلے میں اضافہ کرتا ہے۔ مثلاً پرتشدد طریقے میں تشدد پر نفرت کا اضافہ ہوتا ہے وغیرہ۔</w:t>
      </w:r>
    </w:p>
    <w:p>
      <w:r>
        <w:rPr>
          <w:b/>
        </w:rPr>
        <w:t xml:space="preserve">[56:34] </w:t>
      </w:r>
      <w:r>
        <w:t>agar aap masail se apna amal shuru karen to foran hi aap ka doosron se takrao ho jayega. naam-lum muddat tak aap masail se takrane mein lage rahenge, aur yeh amal mushtabah rahega ke aap ke liye mauqe ko avail karne ka waqt aata hai ya nahi.</w:t>
      </w:r>
    </w:p>
    <w:p>
      <w:pPr>
        <w:jc w:val="right"/>
      </w:pPr>
      <w:r>
        <w:t>اگر آپ مسائل سے اپنا عمل شروع کریں تو فوراً ہی آپ کا دوسروں سے ٹکراؤ ہو جائے گا۔ نامعلوم مدت تک آپ مسائل سے ٹکرانے میں لگے رہیں گے، اور یہ عمل مشتبہ رہے گا کہ آپ کے لیے مواقع کو اویل کرنے کا وقت آتا ہے یا نہیں۔</w:t>
      </w:r>
    </w:p>
    <w:p>
      <w:r>
        <w:rPr>
          <w:b/>
        </w:rPr>
        <w:t xml:space="preserve">[56:53] </w:t>
      </w:r>
      <w:r>
        <w:t>is ke bar aks agar aap masail se araz karen aur mauqe ko avail karne se apna amal shuru karen to pehle din aap ko apne amal ka aaghaz mil jayega.</w:t>
      </w:r>
    </w:p>
    <w:p>
      <w:pPr>
        <w:jc w:val="right"/>
      </w:pPr>
      <w:r>
        <w:t>اس کے برعکس اگر آپ مسائل سے اعراض کریں اور مواقع کو اویل کرنے سے اپنا عمل شروع کریں تو پہلے دن آپ کو اپنے عمل کا آغاز مل جائے گا۔</w:t>
      </w:r>
    </w:p>
    <w:p>
      <w:r>
        <w:rPr>
          <w:b/>
        </w:rPr>
        <w:t xml:space="preserve">[57:05] </w:t>
      </w:r>
      <w:r>
        <w:t>aap pehle din se mauqe ko avail karna shuru kar denge. aap ka har qadam aage ki taraf jane ke hum maani hoga.</w:t>
      </w:r>
    </w:p>
    <w:p>
      <w:pPr>
        <w:jc w:val="right"/>
      </w:pPr>
      <w:r>
        <w:t>آپ پہلے دن سے مواقع کو اویل کرنا شروع کر دیں گے۔ آپ کا ہر قدم آگے کی طرف جانے کے ہم معنی ہوگا۔</w:t>
      </w:r>
    </w:p>
    <w:p>
      <w:r>
        <w:rPr>
          <w:b/>
        </w:rPr>
        <w:t xml:space="preserve">[57:15] </w:t>
      </w:r>
      <w:r>
        <w:t>isi ka naam mansooba band amal hai. mansooba band amal hamesha kamyab hota hai. is ke bar aks ghair mansooba band amal ke bare mein kuch nahi maloom ke is ka anjam kya hoga.</w:t>
      </w:r>
    </w:p>
    <w:p>
      <w:pPr>
        <w:jc w:val="right"/>
      </w:pPr>
      <w:r>
        <w:t>اسی کا نام منصوبہ بند عمل ہے۔ منصوبہ بند عمل ہمیشہ کامیاب ہوتا ہے۔ اس کے برعکس غیر منصوبہ بند عمل کے بارے میں کچھ نہیں معلوم کہ اس کا انجام کیا ہوگا۔</w:t>
      </w:r>
    </w:p>
    <w:p>
      <w:r>
        <w:rPr>
          <w:b/>
        </w:rPr>
        <w:t xml:space="preserve">[57:32] </w:t>
      </w:r>
      <w:r>
        <w:t>insan rukhi tarz-e-fikr: peghambar-e-islam ka ek waqea hadith ki kitabon mein in alfaaz mein aaya hai:</w:t>
      </w:r>
    </w:p>
    <w:p>
      <w:pPr>
        <w:jc w:val="right"/>
      </w:pPr>
      <w:r>
        <w:t>انسان رخی طرز فکر: پیغمبر اسلام کا ایک واقعہ حدیث کی کتابوں میں ان الفاظ میں آیا ہے:</w:t>
      </w:r>
    </w:p>
    <w:p>
      <w:r>
        <w:rPr>
          <w:b/>
        </w:rPr>
        <w:t xml:space="preserve">[57:45] </w:t>
      </w:r>
      <w:r>
        <w:t>kan sahl ibn hanif wa qais ibn sa'd qa'idain bil qadisiyyah famarru alaihim bi janazah faqama faqila lahuma innaha min ahlil ard ay min ahlil zimmah.</w:t>
      </w:r>
    </w:p>
    <w:p>
      <w:pPr>
        <w:jc w:val="right"/>
      </w:pPr>
      <w:r>
        <w:t>کان سہل ابن حنیف وقیص ابن سعد قائدین بالقادسیہ فمرو علیہما بجنازہ فقاما فقیل لهما انہا من اہل الارض اے من اہل ذمہ۔</w:t>
      </w:r>
    </w:p>
    <w:p>
      <w:r>
        <w:rPr>
          <w:b/>
        </w:rPr>
        <w:t xml:space="preserve">[58:03] </w:t>
      </w:r>
      <w:r>
        <w:t>faqala inna al-nabiyya sallallahu alaihi wasallam marra bihi janazah faqama faqila lahu innaha janazatu yahudiyyin faqala alaysat nafsan?</w:t>
      </w:r>
    </w:p>
    <w:p>
      <w:pPr>
        <w:jc w:val="right"/>
      </w:pPr>
      <w:r>
        <w:t>فقال ان النبی صلی اللہ علیہ وسلم مرت بہ جنازۃ فقاما فقیل له انہا جنازۃ یہودی فقال علیست نفسا؟</w:t>
      </w:r>
    </w:p>
    <w:p>
      <w:r>
        <w:rPr>
          <w:b/>
        </w:rPr>
        <w:t xml:space="preserve">[58:17] </w:t>
      </w:r>
      <w:r>
        <w:t>sahih bukhari: yaani sahl bin hanif aur qais bin sa'd radiallahu anhuma qadisiyyah mein ek jagah baithe hue the.</w:t>
      </w:r>
    </w:p>
    <w:p>
      <w:pPr>
        <w:jc w:val="right"/>
      </w:pPr>
      <w:r>
        <w:t>صحیح بخاری: یعنی سہل بن حنیف اور قیس بن سعد رضی اللہ عنہما قادسیہ میں ایک جگہ بیٹھے ہوئے تھے۔</w:t>
      </w:r>
    </w:p>
    <w:p>
      <w:r>
        <w:rPr>
          <w:b/>
        </w:rPr>
        <w:t xml:space="preserve">[58:26] </w:t>
      </w:r>
      <w:r>
        <w:t>itne mein kuch log idhar se ek janaza le kar guzre to yeh dono khare ho gae. logon ne kaha ke janaza to zimmiyon ka hai jo ghair muslim hain.</w:t>
      </w:r>
    </w:p>
    <w:p>
      <w:pPr>
        <w:jc w:val="right"/>
      </w:pPr>
      <w:r>
        <w:t>اتنے میں کچھ لوگ ادھر سے ایک جنازہ لے کر گزرے تو یہ دونوں کھڑے ہوگئے۔ لوگوں نے کہا کہ جنازہ تو ذمیوں کا ہے جو غیر مسلم ہیں۔</w:t>
      </w:r>
    </w:p>
    <w:p>
      <w:r>
        <w:rPr>
          <w:b/>
        </w:rPr>
        <w:t xml:space="preserve">[58:37] </w:t>
      </w:r>
      <w:r>
        <w:t>is par unhon ne farmaya ke nabi kareem sallallahu alaihi wasallam ke paas se isi tarah se ek janaza guzra tha. aap us ke liye khare ho gae.</w:t>
      </w:r>
    </w:p>
    <w:p>
      <w:pPr>
        <w:jc w:val="right"/>
      </w:pPr>
      <w:r>
        <w:t>اس پر انہوں نے فرمایا کہ نبی کریم صلی اللہ علیہ وسلم کے پاس سے اسی طرح سے ایک جنازہ گزرا تھا۔ آپ اس کے لیے کھڑے ہوگئے۔</w:t>
      </w:r>
    </w:p>
    <w:p>
      <w:r>
        <w:rPr>
          <w:b/>
        </w:rPr>
        <w:t xml:space="preserve">[58:47] </w:t>
      </w:r>
      <w:r>
        <w:t>phir aap se kaha gaya ke yeh to yahoodi ka janaza tha. aap ne farmaya: kya woh insaan nahi? is hadith se ek aham baat maloom hoti hai, aur woh samajhi danishmandi ya social wisdom hai.</w:t>
      </w:r>
    </w:p>
    <w:p>
      <w:pPr>
        <w:jc w:val="right"/>
      </w:pPr>
      <w:r>
        <w:t>پھر آپ سے کہا گیا کہ یہ تو یہودی کا جنازہ تھا۔ آپ نے فرمایا: کیا وہ انسان نہیں؟ اس حدیث سے ایک اہم بات معلوم ہوتی ہے، اور وہ سماجی دانشمندی یا سوشل وزڈم ہے۔</w:t>
      </w:r>
    </w:p>
    <w:p>
      <w:r>
        <w:rPr>
          <w:b/>
        </w:rPr>
        <w:t xml:space="preserve">[59:02] </w:t>
      </w:r>
      <w:r>
        <w:t>samaj ya insani ijtima hamesha mukhtalif qism ke insanon ka majmooa hota hai. is bina par yeh mumkin hota hai ke logon mein ikhtilafat paida ho jaen.</w:t>
      </w:r>
    </w:p>
    <w:p>
      <w:pPr>
        <w:jc w:val="right"/>
      </w:pPr>
      <w:r>
        <w:t>سماج یا انسانی اجتماع ہمیشہ مختلف قسم کے انسانوں کا مجموعہ ہوتا ہے۔ اس بنا پر یہ ممکن ہوتا ہے کہ لوگوں میں اختلافات پیدا ہو جائیں۔</w:t>
      </w:r>
    </w:p>
    <w:p>
      <w:r>
        <w:rPr>
          <w:b/>
        </w:rPr>
        <w:t xml:space="preserve">[59:13] </w:t>
      </w:r>
      <w:r>
        <w:t>log kisi ko apna dushman samjhen aur kisi ko dost. log kisi ko apna samjhen aur kisi ko ghair. kisi ke baray mein woh musbat hon aur kisi ke baray mein manfi.</w:t>
      </w:r>
    </w:p>
    <w:p>
      <w:pPr>
        <w:jc w:val="right"/>
      </w:pPr>
      <w:r>
        <w:t>لوگ کسی کو اپنا دشمن سمجھیں اور کسی کو دوست۔ لوگ کسی کو اپنا سمجھیں اور کسی کو غیر۔ کسی کے بارے میں وہ مثبت ہوں اور کسی کے بارے میں منفی۔</w:t>
      </w:r>
    </w:p>
    <w:p>
      <w:r>
        <w:rPr>
          <w:b/>
        </w:rPr>
        <w:t xml:space="preserve">[59:26] </w:t>
      </w:r>
      <w:r>
        <w:t>yeh culture poore samaj ko abadi tor par ghair mutadil samaj bana deta hai. is liye is tarah ki soorat-e-haal ka behtareen hal yeh hai ke har insaan ko insaan samjha jae.</w:t>
      </w:r>
    </w:p>
    <w:p>
      <w:pPr>
        <w:jc w:val="right"/>
      </w:pPr>
      <w:r>
        <w:t>یہ کلچر پورے سماج کو ابدی طور پر غیر معتدل سماج بنا دیتا ہے۔ اس لیے اس طرح کی صورتحال کا بہترین حل یہ ہے کہ ہر انسان کو انسان سمجھا جائے۔</w:t>
      </w:r>
    </w:p>
    <w:p>
      <w:r>
        <w:rPr>
          <w:b/>
        </w:rPr>
        <w:t xml:space="preserve">[59:40] </w:t>
      </w:r>
      <w:r>
        <w:t>har insaan ke baray mein insaan rukhi ravaiya ya human friendly behaviour ikhtiyar kiya jae. har insaan ko apne jaisa insaan samjha jae.</w:t>
      </w:r>
    </w:p>
    <w:p>
      <w:pPr>
        <w:jc w:val="right"/>
      </w:pPr>
      <w:r>
        <w:t>ہر انسان کے بارے میں انسان رخی رویہ یا ہیومن فرینڈلی بیہیویئر اختیار کیا جائے۔ ہر انسان کو اپنے جیسا انسان سمجھا جائے۔</w:t>
      </w:r>
    </w:p>
    <w:p>
      <w:r>
        <w:rPr>
          <w:b/>
        </w:rPr>
        <w:t xml:space="preserve">[59:52] </w:t>
      </w:r>
      <w:r>
        <w:t>ikhtilaf ke bawajood ek doosre ki izzat ya mutual respect ka tareeqa ikhtiyar kiya jae. paighambar-e-islam ne khud apne amal se is ka namoona qaim kiya.</w:t>
      </w:r>
    </w:p>
    <w:p>
      <w:pPr>
        <w:jc w:val="right"/>
      </w:pPr>
      <w:r>
        <w:t>اختلاف کے باوجود ایک دوسرے کی عزت یا میوچول ریسپیکٹ کا طریقہ اختیار کیا جائے۔ پیغمبر اسلام نے خود اپنے عمل سے اس کا نمونہ قائم کیا۔</w:t>
      </w:r>
    </w:p>
    <w:p>
      <w:r>
        <w:rPr>
          <w:b/>
        </w:rPr>
        <w:t xml:space="preserve">[1:00:03] </w:t>
      </w:r>
      <w:r>
        <w:t>jaisa ke maloom hai, madina ek mukhtalif mazahib ka moashra tha. paighambar-e-islam ne apne amal se yeh model qaim kiya ke har ek insaan ke sath yaksaan tor par izzat ka mamla karna.</w:t>
      </w:r>
    </w:p>
    <w:p>
      <w:pPr>
        <w:jc w:val="right"/>
      </w:pPr>
      <w:r>
        <w:t>جیسا کہ معلوم ہے، مدینہ ایک مختلف مذاہب کا معاشرہ تھا۔ پیغمبر اسلام نے اپنے عمل سے یہ ماڈل قائم کیا کہ ہر ایک انسان کے ساتھ یکساں طور پر عزت کا معاملہ کرنا۔</w:t>
      </w:r>
    </w:p>
    <w:p>
      <w:r>
        <w:rPr>
          <w:b/>
        </w:rPr>
        <w:t xml:space="preserve">[1:00:18] </w:t>
      </w:r>
      <w:r>
        <w:t>har insaan ko yaksaan tor par ek hi khalq ka paida kiya hua insaan samajhna. yaksaan tor par har ek se ba-izzat sulook ka mamla sirf akhlaqi baat nahi, is ka taluq barah-e-rast taur par insaan ki taraqqi se hai.</w:t>
      </w:r>
    </w:p>
    <w:p>
      <w:pPr>
        <w:jc w:val="right"/>
      </w:pPr>
      <w:r>
        <w:t>ہر انسان کو یکساں طور پر ایک ہی خالق کا پیدا کیا ہوا انسان سمجھنا۔ یکساں طور پر ہر ایک سے باعزت سلوک کا معاملہ صرف اخلاقی بات نہیں، اس کا تعلق براہ راست طور پر انسان کی ترقی سے ہے۔</w:t>
      </w:r>
    </w:p>
    <w:p>
      <w:r>
        <w:rPr>
          <w:b/>
        </w:rPr>
        <w:t xml:space="preserve">[1:00:34] </w:t>
      </w:r>
      <w:r>
        <w:t>aise mahol mein samaj ka har fard ek doosre ka khair khwah hoga. har insaan qabil-e-peshangoi kirdar ya predictable character ka malik hoga.</w:t>
      </w:r>
    </w:p>
    <w:p>
      <w:pPr>
        <w:jc w:val="right"/>
      </w:pPr>
      <w:r>
        <w:t>ایسے ماحول میں سماج کا ہر فرد ایک دوسرے کا خیر خواہ ہوگا۔ ہر انسان قابل پیشنگوئی کردار یا پریڈکٹیبل کریکٹر کا مالک ہوگا۔</w:t>
      </w:r>
    </w:p>
    <w:p>
      <w:r>
        <w:rPr>
          <w:b/>
        </w:rPr>
        <w:t xml:space="preserve">[1:00:45] </w:t>
      </w:r>
      <w:r>
        <w:t>har insaan ko yeh moqa hoga ke woh khud bhi taraqqi kare aur doosron ko bhi taraqqi ka moqa de. is ke baraks agar log is ehsas mein jeen ke falan shakhs un ka apna hai aur falan shakhs un ka ghair, to aise samaj ka har fard apni soch ke aitbar se ghair mutadil ho jaega.</w:t>
      </w:r>
    </w:p>
    <w:p>
      <w:pPr>
        <w:jc w:val="right"/>
      </w:pPr>
      <w:r>
        <w:t>ہر انسان کو یہ موقع ہوگا کہ وہ خود بھی ترقی کرے اور دوسروں کو بھی ترقی کا موقع دے۔ اس کے برعکس اگر لوگ اس احساس میں جئیں کہ فلاں شخص ان کا اپنا ہے اور فلاں شخص ان کا غیر، تو ایسے سماج کا ہر فرد اپنی سوچ کے اعتبار سے غیر معتدل ہو جائے گا۔</w:t>
      </w:r>
    </w:p>
    <w:p>
      <w:r>
        <w:rPr>
          <w:b/>
        </w:rPr>
        <w:t xml:space="preserve">[1:01:06] </w:t>
      </w:r>
      <w:r>
        <w:t>woh khud bhi samaj ka ek problem member bana rahega aur doosron ko bhi bila ailan yeh dawat dega ke tum bhi samaj ke problem member ban jao.</w:t>
      </w:r>
    </w:p>
    <w:p>
      <w:pPr>
        <w:jc w:val="right"/>
      </w:pPr>
      <w:r>
        <w:t>وہ خود بھی سماج کا ایک پرابلم ممبر بنا رہے گا اور دوسروں کو بھی بلا اعلان یہ دعوت دے گا کہ تم بھی سماج کے پرابلم ممبر بن جاؤ۔</w:t>
      </w:r>
    </w:p>
    <w:p>
      <w:r>
        <w:rPr>
          <w:b/>
        </w:rPr>
        <w:t xml:space="preserve">[1:01:19] </w:t>
      </w:r>
      <w:r>
        <w:t>qana'at wahid hal hai.</w:t>
      </w:r>
    </w:p>
    <w:p>
      <w:pPr>
        <w:jc w:val="right"/>
      </w:pPr>
      <w:r>
        <w:t>قناعت واحد حل ہے۔</w:t>
      </w:r>
    </w:p>
    <w:p>
      <w:r>
        <w:rPr>
          <w:b/>
        </w:rPr>
        <w:t xml:space="preserve">[1:01:22] </w:t>
      </w:r>
      <w:r>
        <w:t>ek hadith-e-rasool un alfaaz mein aayi hai: law kaana li-ibni aadam wadiyani min maalin la-ibtagaa thalithan wa la yamla'u</w:t>
      </w:r>
    </w:p>
    <w:p>
      <w:pPr>
        <w:jc w:val="right"/>
      </w:pPr>
      <w:r>
        <w:t>ایک حدیث رسول ان الفاظ میں آئی ہے: لو کان لابن آدم وادیانی من مال لبتغا ثالثا ولایملع</w:t>
      </w:r>
    </w:p>
    <w:p>
      <w:r>
        <w:rPr>
          <w:b/>
        </w:rPr>
        <w:t xml:space="preserve">[1:01:32] </w:t>
      </w:r>
      <w:r>
        <w:t>jaufu ibni aadam illaa al-turaabu wa yatubu allahu 'ala man taaba saheeh bukhari: ya'ni agar insaan ke paas maal</w:t>
      </w:r>
    </w:p>
    <w:p>
      <w:pPr>
        <w:jc w:val="right"/>
      </w:pPr>
      <w:r>
        <w:t>جوف ابن آدم الا التراب ویتوب اللہ علی من تاب صحیح بخاری: یعنی اگر انسان کے پاس مال</w:t>
      </w:r>
    </w:p>
    <w:p>
      <w:r>
        <w:rPr>
          <w:b/>
        </w:rPr>
        <w:t xml:space="preserve">[1:01:41] </w:t>
      </w:r>
      <w:r>
        <w:t>ki do wadiyan hon to woh teesri ka khwahishmand hoga, aur insan ka pait mitti ke siwa aur</w:t>
      </w:r>
    </w:p>
    <w:p>
      <w:pPr>
        <w:jc w:val="right"/>
      </w:pPr>
      <w:r>
        <w:t>کی دو وادیاں ہوں تو وہ تیسری کا خواہشمند ہوگا، اور انسان کا پیٹ مٹی کے سوا اور</w:t>
      </w:r>
    </w:p>
    <w:p>
      <w:r>
        <w:rPr>
          <w:b/>
        </w:rPr>
        <w:t xml:space="preserve">[1:01:48] </w:t>
      </w:r>
      <w:r>
        <w:t>koi cheez nahi bhar sakti, aur Allah is shakhs ki toba qabool karta hai jo toba kare.</w:t>
      </w:r>
    </w:p>
    <w:p>
      <w:pPr>
        <w:jc w:val="right"/>
      </w:pPr>
      <w:r>
        <w:t>کوئی چیز نہیں بھر سکتی، اور اللہ اس شخص کی توبہ قبول کرتا ہے جو توبہ کرے۔</w:t>
      </w:r>
    </w:p>
    <w:p>
      <w:r>
        <w:rPr>
          <w:b/>
        </w:rPr>
        <w:t xml:space="preserve">[1:01:55] </w:t>
      </w:r>
      <w:r>
        <w:t>insaan paidaish tor par la-mahdood ka talib hai. koi mahdood cheez khwah bazahir kitni hi bari dikhai de, woh kabhi insaan ko mutmaen karne wali nahi.</w:t>
      </w:r>
    </w:p>
    <w:p>
      <w:pPr>
        <w:jc w:val="right"/>
      </w:pPr>
      <w:r>
        <w:t>انسان پیدائشی طور پر لامحدود کا طالب ہے۔ کوئی محدود چیز خواہ بظاہر کتنی ہی بڑی دکھائی دے، وہ کبھی انسان کو مطمئن کرنے والی نہیں۔</w:t>
      </w:r>
    </w:p>
    <w:p>
      <w:r>
        <w:rPr>
          <w:b/>
        </w:rPr>
        <w:t xml:space="preserve">[1:02:07] </w:t>
      </w:r>
      <w:r>
        <w:t>insaan ko is dunya mein amalan jo kuch milta hai, woh hamesha mahdood hota hai. talab aur matloob mein yahi tazad hai jo hamesha insaan ko ghair mutmaen rakhta hai.</w:t>
      </w:r>
    </w:p>
    <w:p>
      <w:pPr>
        <w:jc w:val="right"/>
      </w:pPr>
      <w:r>
        <w:t>انسان کو اس دنیا میں عملاً جو کچھ ملتا ہے، وہ ہمیشہ محدود ہوتا ہے۔ طلب اور مطلوب میں یہی تضاد ہے جو ہمیشہ انسان کو غیر مطمئن رکھتا ہے۔</w:t>
      </w:r>
    </w:p>
    <w:p>
      <w:r>
        <w:rPr>
          <w:b/>
        </w:rPr>
        <w:t xml:space="preserve">[1:02:20] </w:t>
      </w:r>
      <w:r>
        <w:t>insaan ka yeh adam itminan ya discontentment be-faida nahi, is ke peechay ek aham takhleeqi hikmat hai. woh hikmat yeh hai ke insaan apna matloob akhirat ko banaye, na ke dunya ko.</w:t>
      </w:r>
    </w:p>
    <w:p>
      <w:pPr>
        <w:jc w:val="right"/>
      </w:pPr>
      <w:r>
        <w:t>انسان کا یہ عدم اطمینان یا ڈسکنٹینٹمنٹ بے فائدہ نہیں، اس کے پیچھے ایک اہم تخلیقی حکمت ہے۔ وہ حکمت یہ ہے کہ انسان اپنا مطلوب آخرت کو بنائے، نہ کہ دنیا کو۔</w:t>
      </w:r>
    </w:p>
    <w:p>
      <w:r>
        <w:rPr>
          <w:b/>
        </w:rPr>
        <w:t xml:space="preserve">[1:02:36] </w:t>
      </w:r>
      <w:r>
        <w:t>insaan ko paidaish tor par miyar ka talib ya ideal seeking banaya gaya hai, jab ke dunya mein is ke liye jo qabil-e-husool cheezen hain, woh is ki talab se bohat kam hain.</w:t>
      </w:r>
    </w:p>
    <w:p>
      <w:pPr>
        <w:jc w:val="right"/>
      </w:pPr>
      <w:r>
        <w:t>انسان کو پیدائشی طور پر معیار کا طالب یا آئیڈیل سیکھنگ بنایا گیا ہے، جبکہ دنیا میں اس کے لیے جو قابل حصول چیزیں ہیں، وہ اس کی طلب سے بہت کم ہیں۔</w:t>
      </w:r>
    </w:p>
    <w:p>
      <w:r>
        <w:rPr>
          <w:b/>
        </w:rPr>
        <w:t xml:space="preserve">[1:02:49] </w:t>
      </w:r>
      <w:r>
        <w:t>aadmi bohat chahta hai magar hamesha is ko kam milta hai. aadmi hamesha bohat ziyada ka mansooba banata hai, lekin apne mansoobe ki takmeel se pehle insaan is dunya se chala jata hai.</w:t>
      </w:r>
    </w:p>
    <w:p>
      <w:pPr>
        <w:jc w:val="right"/>
      </w:pPr>
      <w:r>
        <w:t>آدمی بہت چاہتا ہے مگر ہمیشہ اس کو کم ملتا ہے۔ آدمی ہمیشہ بہت زیادہ کا منصوبہ بناتا ہے، لیکن اپنے منصوبے کی تکمیل سے پہلے انسان اس دنیا سے چلا جاتا ہے۔</w:t>
      </w:r>
    </w:p>
    <w:p>
      <w:r>
        <w:rPr>
          <w:b/>
        </w:rPr>
        <w:t xml:space="preserve">[1:03:03] </w:t>
      </w:r>
      <w:r>
        <w:t>talib aur matloob mein yeh farq is liye nahi hai ke aadmi ghair mutmaen bana rahe, balke woh is liye hai ke insaan ghaur-o-fikr ke zariye yeh daryaft kare ke is ki talab ka matloob kahan hai.</w:t>
      </w:r>
    </w:p>
    <w:p>
      <w:pPr>
        <w:jc w:val="right"/>
      </w:pPr>
      <w:r>
        <w:t>طالب اور مطلوب میں یہ فرق اس لیے نہیں ہے کہ آدمی غیر مطمئن بنا رہے، بلکہ وہ اس لیے ہے کہ انسان غور و فکر کے ذریعے یہ دریافت کرے کہ اس کی طلب کا مطلوب کہاں ہے۔</w:t>
      </w:r>
    </w:p>
    <w:p>
      <w:r>
        <w:rPr>
          <w:b/>
        </w:rPr>
        <w:t xml:space="preserve">[1:03:18] </w:t>
      </w:r>
      <w:r>
        <w:t>jo aadmi is tarah soche, woh danishmandana soch ka hamil banega. woh apni zindagi ki sahi manzil ko jaan lega.</w:t>
      </w:r>
    </w:p>
    <w:p>
      <w:pPr>
        <w:jc w:val="right"/>
      </w:pPr>
      <w:r>
        <w:t>جو آدمی اس طرح سوچے، وہ دانشمندانہ سوچ کا حامل بنے گا۔ وہ اپنی زندگی کی صحیح منزل کو جان لے گا۔</w:t>
      </w:r>
    </w:p>
    <w:p>
      <w:r>
        <w:rPr>
          <w:b/>
        </w:rPr>
        <w:t xml:space="preserve">[1:03:27] </w:t>
      </w:r>
      <w:r>
        <w:t>woh jaan lega ke is ke matloob ka na milna ek hikmat ke sabab se hai. woh is liye hai ke is ka zehn hamesha mutharrik rahe.</w:t>
      </w:r>
    </w:p>
    <w:p>
      <w:pPr>
        <w:jc w:val="right"/>
      </w:pPr>
      <w:r>
        <w:t>وہ جان لے گا کہ اس کے مطلوب کا نہ ملنا ایک حکمت کے سبب سے ہے۔ وہ اس لیے ہے کہ اس کا ذہن ہمیشہ متحرک رہے۔</w:t>
      </w:r>
    </w:p>
    <w:p>
      <w:r>
        <w:rPr>
          <w:b/>
        </w:rPr>
        <w:t xml:space="preserve">[1:03:37] </w:t>
      </w:r>
      <w:r>
        <w:t>woh kabhi jumood ka shikar na hone pae. dunya mein insaan ka yeh adam itminan is ko abadi jannat ka talib banata hai.</w:t>
      </w:r>
    </w:p>
    <w:p>
      <w:pPr>
        <w:jc w:val="right"/>
      </w:pPr>
      <w:r>
        <w:t>وہ کبھی جمود کا شکار نہ ہونے پائے۔ دنیا میں انسان کا یہ عدم اطمینان اس کو ابدی جنت کا طالب بناتا ہے۔</w:t>
      </w:r>
    </w:p>
    <w:p>
      <w:r>
        <w:rPr>
          <w:b/>
        </w:rPr>
        <w:t xml:space="preserve">[1:03:47] </w:t>
      </w:r>
      <w:r>
        <w:t>woh is par ghaur-o-fikr kar ke apne maqsad-e-asli ko jaan leta hai. woh yeh jaan leta hai ke is ko kis tarah sachcha talib ya true seeker banna chahiye.</w:t>
      </w:r>
    </w:p>
    <w:p>
      <w:pPr>
        <w:jc w:val="right"/>
      </w:pPr>
      <w:r>
        <w:t>وہ اس پر غور و فکر کر کے اپنے مقصد اصلی کو جان لیتا ہے۔ وہ یہ جان لیتا ہے کہ اس کو کس طرح سچا طالب یا ٹرو سیکھر بننا چاہیے۔</w:t>
      </w:r>
    </w:p>
    <w:p>
      <w:r>
        <w:rPr>
          <w:b/>
        </w:rPr>
        <w:t xml:space="preserve">[1:03:59] </w:t>
      </w:r>
      <w:r>
        <w:t>yeh cheez aadmi ko bhatakne se bacha kar sahi rukh par sochne wala bana deti hai. jo aadmi is tarah soche, woh kabhi manfi soch ka shikar na hoga.</w:t>
      </w:r>
    </w:p>
    <w:p>
      <w:pPr>
        <w:jc w:val="right"/>
      </w:pPr>
      <w:r>
        <w:t>یہ چیز آدمی کو بھٹکنے سے بچا کر صحیح رخ پر سوچنے والا بنا دیتی ہے۔ جو آدمی اس طرح سوچے، وہ کبھی منفی سوچ کا شکار نہ ہوگا۔</w:t>
      </w:r>
    </w:p>
    <w:p>
      <w:r>
        <w:rPr>
          <w:b/>
        </w:rPr>
        <w:t xml:space="preserve">[1:04:10] </w:t>
      </w:r>
      <w:r>
        <w:t>woh hamesha musbat soch ka hamil bana rahega, aur is dunya mein sab se bari soch musbat soch hai.</w:t>
      </w:r>
    </w:p>
    <w:p>
      <w:pPr>
        <w:jc w:val="right"/>
      </w:pPr>
      <w:r>
        <w:t>وہ ہمیشہ مثبت سوچ کا حامل بنا رہے گا، اور اس دنیا میں سب سے بڑی سوچ مثبت سوچ ہے۔</w:t>
      </w:r>
    </w:p>
    <w:p>
      <w:r>
        <w:rPr>
          <w:b/>
        </w:rPr>
        <w:t xml:space="preserve">[1:04:21] </w:t>
      </w:r>
      <w:r>
        <w:t>Har ek ke liye khair.</w:t>
      </w:r>
    </w:p>
    <w:p>
      <w:pPr>
        <w:jc w:val="right"/>
      </w:pPr>
      <w:r>
        <w:t>ہر ایک کے لیے خیر۔</w:t>
      </w:r>
    </w:p>
    <w:p>
      <w:r>
        <w:rPr>
          <w:b/>
        </w:rPr>
        <w:t xml:space="preserve">[1:04:25] </w:t>
      </w:r>
      <w:r>
        <w:t>Ek hadith rasool in alfaz mein aayi hai:</w:t>
      </w:r>
    </w:p>
    <w:p>
      <w:pPr>
        <w:jc w:val="right"/>
      </w:pPr>
      <w:r>
        <w:t>ایک حدیث رسول ان الفاظ میں آئی ہے:</w:t>
      </w:r>
    </w:p>
    <w:p>
      <w:r>
        <w:rPr>
          <w:b/>
        </w:rPr>
        <w:t xml:space="preserve">[1:04:29] </w:t>
      </w:r>
      <w:r>
        <w:t>Al mominul qawi khairun wa ahabbu ilallahi minal mominid daif, wa fi kullin khair. Ihriz ala ma yanfa'uk</w:t>
      </w:r>
    </w:p>
    <w:p>
      <w:pPr>
        <w:jc w:val="right"/>
      </w:pPr>
      <w:r>
        <w:t>المؤمن القوی خیر واحب الی اللہ من المؤمن الضعیف ففی کل خیر احرس علی ماینفعک</w:t>
      </w:r>
    </w:p>
    <w:p>
      <w:r>
        <w:rPr>
          <w:b/>
        </w:rPr>
        <w:t xml:space="preserve">[1:04:41] </w:t>
      </w:r>
      <w:r>
        <w:t>Wasta'in billahi wa la ta'jaz. Wa in asabaka shay'un fala taqul: law annani fa'altu kadha wa kadha, walakin qul: qadar</w:t>
      </w:r>
    </w:p>
    <w:p>
      <w:pPr>
        <w:jc w:val="right"/>
      </w:pPr>
      <w:r>
        <w:t>واستعن باللہ ولا تعجز وان اصابک شی فلا تقل لو انی فعلت کان کذا وكذا ولكن قل قدر</w:t>
      </w:r>
    </w:p>
    <w:p>
      <w:r>
        <w:rPr>
          <w:b/>
        </w:rPr>
        <w:t xml:space="preserve">[1:04:53] </w:t>
      </w:r>
      <w:r>
        <w:t>Allahi wa ma sha'a fa'al. Fa inna law taftahu 'amalush shaytan. Sahih Muslim: Yani za'eef momin ke muqable mein qawi</w:t>
      </w:r>
    </w:p>
    <w:p>
      <w:pPr>
        <w:jc w:val="right"/>
      </w:pPr>
      <w:r>
        <w:t>اللہ وما شاء فعل فانا لو تفتح عمل الشیطان صحیح مسلم: یعنی ضعیف مومن کے مقابلے میں قوی</w:t>
      </w:r>
    </w:p>
    <w:p>
      <w:r>
        <w:rPr>
          <w:b/>
        </w:rPr>
        <w:t xml:space="preserve">[1:05:04] </w:t>
      </w:r>
      <w:r>
        <w:t>momin ke liye khair.</w:t>
      </w:r>
    </w:p>
    <w:p>
      <w:pPr>
        <w:jc w:val="right"/>
      </w:pPr>
      <w:r>
        <w:t>مومن کے لیے خیر</w:t>
      </w:r>
    </w:p>
    <w:p>
      <w:r>
        <w:rPr>
          <w:b/>
        </w:rPr>
        <w:t xml:space="preserve">[1:05:05] </w:t>
      </w:r>
      <w:r>
        <w:t>hai, aur woh Allah ke nazdeek zyada mehboob hai. lekin har ek mein khair hai. haris karo us ki jo tum ko faida pohanchaye.</w:t>
      </w:r>
    </w:p>
    <w:p>
      <w:pPr>
        <w:jc w:val="right"/>
      </w:pPr>
      <w:r>
        <w:t>ہے، اور وہ اللہ کے نزدیک زیادہ محبوب ہے۔ لیکن ہر ایک میں خیر ہے۔ حرص کرو اس کی جو تم کو فائدہ پہنچائے۔</w:t>
      </w:r>
    </w:p>
    <w:p>
      <w:r>
        <w:rPr>
          <w:b/>
        </w:rPr>
        <w:t xml:space="preserve">[1:05:15] </w:t>
      </w:r>
      <w:r>
        <w:t>Allah se madad mango. kamzori na dikhao. agar tum ko nuqsan pohanche to yeh na kaho ke agar mein ne aisa kiya hota to aisa hota, lekin kaho Allah ne muqaddar kiya tha aur us ne jo chaha wahi hua,</w:t>
      </w:r>
    </w:p>
    <w:p>
      <w:pPr>
        <w:jc w:val="right"/>
      </w:pPr>
      <w:r>
        <w:t>اللہ سے مدد مانگو۔ کمزوری نہ دکھاؤ۔ اگر تم کو نقصان پہنچے تو یہ نہ کہو کہ اگر میں نے ایسا کیا ہوتا تو ایسا ہوتا، لیکن کہو اللہ نے مقدر کیا تھا اور اس نے جو چاہا وہی ہوا،</w:t>
      </w:r>
    </w:p>
    <w:p>
      <w:r>
        <w:rPr>
          <w:b/>
        </w:rPr>
        <w:t xml:space="preserve">[1:05:33] </w:t>
      </w:r>
      <w:r>
        <w:t>kyun ke agar shaitan ka darwaza kholta hai. is hadith se takhleeq ki ek hikmat maloom hoti hai. woh yeh ke bazahir koi shakhs kamzor dikhai de to yeh kamzori ek aitbar se hogi, har aitbar se nahi.</w:t>
      </w:r>
    </w:p>
    <w:p>
      <w:pPr>
        <w:jc w:val="right"/>
      </w:pPr>
      <w:r>
        <w:t>کیونکہ اگر شیطان کا دروازہ کھولتا ہے۔ اس حدیث سے تخلیق کی ایک حکمت معلوم ہوتی ہے۔ وہ یہ کہ بظاہر کوئی شخص کمزور دکھائی دے تو یہ کمزوری ایک اعتبار سے ہوگی، ہر اعتبار سے نہیں۔</w:t>
      </w:r>
    </w:p>
    <w:p>
      <w:r>
        <w:rPr>
          <w:b/>
        </w:rPr>
        <w:t xml:space="preserve">[1:05:49] </w:t>
      </w:r>
      <w:r>
        <w:t>yeh takhleeq ka usool hai ke agar aadmi ek aitbar se kamtar hota hai to kisi doosre aitbar se use bartar salahiyat hasil hoti hai.</w:t>
      </w:r>
    </w:p>
    <w:p>
      <w:pPr>
        <w:jc w:val="right"/>
      </w:pPr>
      <w:r>
        <w:t>یہ تخلیق کا اصول ہے کہ اگر آدمی ایک اعتبار سے کمتر ہوتا ہے تو کسی دوسرے اعتبار سے اسے برتر صلاحیت حاصل ہوتی ہے۔</w:t>
      </w:r>
    </w:p>
    <w:p>
      <w:r>
        <w:rPr>
          <w:b/>
        </w:rPr>
        <w:t xml:space="preserve">[1:06:00] </w:t>
      </w:r>
      <w:r>
        <w:t>misalan koi shakhs jismani aitbar se za'if ho to woh dimagh ke aitbar se qawi hoga. koi shakhs yaad ya memory ke aitbar se kam ho to woh tajziye ya analysis ke aitbar se zyada hoga.</w:t>
      </w:r>
    </w:p>
    <w:p>
      <w:pPr>
        <w:jc w:val="right"/>
      </w:pPr>
      <w:r>
        <w:t>مثلاً کوئی شخص جسمانی اعتبار سے ضعیف ہو تو وہ دماغ کے اعتبار سے قوی ہوگا۔ کوئی شخص یاد یا میموری کے اعتبار سے کم ہو تو وہ تجزیے یا انالیسز کے اعتبار سے زیادہ ہوگا۔</w:t>
      </w:r>
    </w:p>
    <w:p>
      <w:r>
        <w:rPr>
          <w:b/>
        </w:rPr>
        <w:t xml:space="preserve">[1:06:16] </w:t>
      </w:r>
      <w:r>
        <w:t>koi shakhs business ke aitbar se kam ho to woh ilm ke aitbar se zyada hoga waghera. maujooda zamane mein yeh baat research se sabit ho gayi hai ke koi shakhs mutlaq ma'non mein qawi ya za'if nahi hota.</w:t>
      </w:r>
    </w:p>
    <w:p>
      <w:pPr>
        <w:jc w:val="right"/>
      </w:pPr>
      <w:r>
        <w:t>کوئی شخص بزنس کے اعتبار سے کم ہو تو وہ علم کے اعتبار سے زیادہ ہوگا وغیرہ۔ موجودہ زمانے میں یہ بات ریسرچ سے ثابت ہوگئی ہے کہ کوئی شخص مطلق معنوں میں قوی یا ضعیف نہیں ہوتا۔</w:t>
      </w:r>
    </w:p>
    <w:p>
      <w:r>
        <w:rPr>
          <w:b/>
        </w:rPr>
        <w:t xml:space="preserve">[1:06:31] </w:t>
      </w:r>
      <w:r>
        <w:t>chunanche pehle ma'zor ke liye disabled ka lafz bola jata tha, magar ab yeh lafz mutrooq ho gaya hai. ab aise afraad ko differently-abled kaha jata hai.</w:t>
      </w:r>
    </w:p>
    <w:p>
      <w:pPr>
        <w:jc w:val="right"/>
      </w:pPr>
      <w:r>
        <w:t>چنانچہ پہلے معذور کے لیے ڈس ایبلڈ کا لفظ بولا جاتا تھا، مگر اب یہ لفظ متروک ہو گیا ہے۔ اب ایسے افراد کو ڈفرنٹلی ایبلڈ کہا جاتا ہے۔</w:t>
      </w:r>
    </w:p>
    <w:p>
      <w:r>
        <w:rPr>
          <w:b/>
        </w:rPr>
        <w:t xml:space="preserve">[1:06:43] </w:t>
      </w:r>
      <w:r>
        <w:t>yani ek aitbar se ma'zor aur doosre aitbar se taqatwar. takhleeq ke is nizam ka taqaza hai ke aadmi ko kisi bhi haal mein mayoos nahi hona chahiye.</w:t>
      </w:r>
    </w:p>
    <w:p>
      <w:pPr>
        <w:jc w:val="right"/>
      </w:pPr>
      <w:r>
        <w:t>یعنی ایک اعتبار سے معذور اور دوسرے اعتبار سے طاقتور۔ تخلیق کے اس نظام کا تقاضا ہے کہ آدمی کو کسی بھی حال میں مایوس نہیں ہونا چاہیے۔</w:t>
      </w:r>
    </w:p>
    <w:p>
      <w:r>
        <w:rPr>
          <w:b/>
        </w:rPr>
        <w:t xml:space="preserve">[1:06:55] </w:t>
      </w:r>
      <w:r>
        <w:t>aadmi ko chahiye ke woh apne zahir par rai qaim na kare, balkeh woh zyada gehrai ke sath apne mamle par soche.</w:t>
      </w:r>
    </w:p>
    <w:p>
      <w:pPr>
        <w:jc w:val="right"/>
      </w:pPr>
      <w:r>
        <w:t>آدمی کو چاہیے کہ وہ اپنے ظاہر پر رائے قائم نہ کرے، بلکہ وہ زیادہ گہرائی کے ساتھ اپنے معاملے پر سوچے۔</w:t>
      </w:r>
    </w:p>
    <w:p>
      <w:r>
        <w:rPr>
          <w:b/>
        </w:rPr>
        <w:t xml:space="preserve">[1:07:05] </w:t>
      </w:r>
      <w:r>
        <w:t>aadmi ko chahiye ke woh apne aap ko daryaft ya discover kare. woh apne andar chhupe hue insaan ko jaane aur us ke mutabiq apni zindagi ki mansooba bandi kare.</w:t>
      </w:r>
    </w:p>
    <w:p>
      <w:pPr>
        <w:jc w:val="right"/>
      </w:pPr>
      <w:r>
        <w:t>آدمی کو چاہیے کہ وہ اپنے آپ کو دریافت یا ڈسکور کرے۔ وہ اپنے اندر چھپے ہوئے انسان کو جانے اور اس کے مطابق اپنی زندگی کی منصوبہ بندی کرے۔</w:t>
      </w:r>
    </w:p>
    <w:p>
      <w:r>
        <w:rPr>
          <w:b/>
        </w:rPr>
        <w:t xml:space="preserve">[1:07:19] </w:t>
      </w:r>
      <w:r>
        <w:t>bashaoor insaan ka mamla: ek hadith rasool in alfaz mein aayi hai: ajab amr al-mu'min, in amrahu kulluhu khair, wa laysa dhalika li ahadin illa lil-mu'min. in asabathu surra'u shakara fa kana khair Allah. wa in asabathu darra'u sabara fa kana khair Allah. Sahih Muslim:</w:t>
      </w:r>
    </w:p>
    <w:p>
      <w:pPr>
        <w:jc w:val="right"/>
      </w:pPr>
      <w:r>
        <w:t>باشعور انسان کا معاملہ: ایک حدیث رسول ان الفاظ میں آئی ہے: اجبا لامر المؤمن ان امره کلہ لہ خیر ولیس ذاک لاحد الا للمؤمن ان اصابتہ سراء شکر فکان خیر اللہ وان اصابتہ ذراء صبر فکان خیر اللہ صحیح مسلم:</w:t>
      </w:r>
    </w:p>
    <w:p>
      <w:r>
        <w:rPr>
          <w:b/>
        </w:rPr>
        <w:t xml:space="preserve">[1:07:47] </w:t>
      </w:r>
      <w:r>
        <w:t>is hadith mein momin se murad ma'roof ma'non mein sahib-e-aqeeda insaan nahi hai, balkeh is se murad bashaoor insaan hai.</w:t>
      </w:r>
    </w:p>
    <w:p>
      <w:pPr>
        <w:jc w:val="right"/>
      </w:pPr>
      <w:r>
        <w:t>اس حدیث میں مومن سے مراد معروف معنوں میں صاحب عقیدہ انسان نہیں ہے، بلکہ اس سے مراد باشعور انسان ہے۔</w:t>
      </w:r>
    </w:p>
    <w:p>
      <w:r>
        <w:rPr>
          <w:b/>
        </w:rPr>
        <w:t xml:space="preserve">[1:07:56] </w:t>
      </w:r>
      <w:r>
        <w:t>is se murad woh insaan hai jo sahib-e-ma'rifat insaan ho, jo tadabbur aur tafakkur ki sifat ka hamil ho, jis ne mutala'a aur ghaur-o-fikr ke zariye apne aap ko ek tayyar zehn ya prepared mind banaya ho.</w:t>
      </w:r>
    </w:p>
    <w:p>
      <w:pPr>
        <w:jc w:val="right"/>
      </w:pPr>
      <w:r>
        <w:t>اس سے مراد وہ انسان ہے جو صاحب معرفت انسان ہو، جو تدبر اور تفکر کی صفت کا حامل ہو، جس نے مطالعہ اور غور و فکر کے ذریعے اپنے آپ کو ایک تیار ذہن یا پریپیرڈ مائنڈ بنایا ہو۔</w:t>
      </w:r>
    </w:p>
    <w:p>
      <w:r>
        <w:rPr>
          <w:b/>
        </w:rPr>
        <w:t xml:space="preserve">[1:08:13] </w:t>
      </w:r>
      <w:r>
        <w:t>aisa insaan har cheez mein us ke andar chhupe hue takhleeqi hikmat ko daryaft kar leta hai. woh jaan leta hai ke us ke sath jo mamla pesh aaya hai, us ke andar yaqeenan koi gehri hikmat maujood hai.</w:t>
      </w:r>
    </w:p>
    <w:p>
      <w:pPr>
        <w:jc w:val="right"/>
      </w:pPr>
      <w:r>
        <w:t>ایسا انسان ہر چیز میں اس کے اندر چھپی ہوئی تخلیقی حکمت کو دریافت کر لیتا ہے۔ وہ جان لیتا ہے کہ اس کے ساتھ جو معاملہ پیش آیا ہے، اس کے اندر یقیناً کوئی گہری حکمت موجود ہے۔</w:t>
      </w:r>
    </w:p>
    <w:p>
      <w:r>
        <w:rPr>
          <w:b/>
        </w:rPr>
        <w:t xml:space="preserve">[1:08:28] </w:t>
      </w:r>
      <w:r>
        <w:t>woh cheezon ko zaati nigah se nahi dekhta, balkeh takhleeq ki hikmat ke aitbar se dekhta hai. is rabbani tarz-e-fikr ka yeh natija hota hai ke woh manfi mein musbat ko dekhne wala ban jata hai.</w:t>
      </w:r>
    </w:p>
    <w:p>
      <w:pPr>
        <w:jc w:val="right"/>
      </w:pPr>
      <w:r>
        <w:t>وہ چیزوں کو ذاتی نگاہ سے نہیں دیکھتا، بلکہ تخلیق کی حکمت کے اعتبار سے دیکھتا ہے۔ اس ربانی طرز فکر کا یہ نتیجہ ہوتا ہے کہ وہ منفی میں مثبت کو دیکھنے والا بن جاتا ہے۔</w:t>
      </w:r>
    </w:p>
    <w:p>
      <w:r>
        <w:rPr>
          <w:b/>
        </w:rPr>
        <w:t xml:space="preserve">[1:08:43] </w:t>
      </w:r>
      <w:r>
        <w:t>woh apne minus point mein apne plus point ko daryaft kar leta hai. woh bazahir na-umidi mein umeed ke pehlu ko jaan leta hai.</w:t>
      </w:r>
    </w:p>
    <w:p>
      <w:pPr>
        <w:jc w:val="right"/>
      </w:pPr>
      <w:r>
        <w:t>وہ اپنے مائنس پوائنٹ میں اپنے پلس پوائنٹ کو دریافت کر لیتا ہے۔ وہ بظاہر نا امیدی میں امید کے پہلو کو جان لیتا ہے۔</w:t>
      </w:r>
    </w:p>
    <w:p>
      <w:r>
        <w:rPr>
          <w:b/>
        </w:rPr>
        <w:t xml:space="preserve">[1:08:54] </w:t>
      </w:r>
      <w:r>
        <w:t>woh maut mein zindagi ka سرمایہ daryaft kar leta hai. woh apni shaoori bulandi ki bina par shikast mein fatah ka raaz daryaft kar leta hai.</w:t>
      </w:r>
    </w:p>
    <w:p>
      <w:pPr>
        <w:jc w:val="right"/>
      </w:pPr>
      <w:r>
        <w:t>وہ موت میں زندگی کا سرمایہ دریافت کر لیتا ہے۔ وہ اپنی شعوری بلندی کی بنا پر شکست میں فتح کا راز دریافت کر لیتا ہے۔</w:t>
      </w:r>
    </w:p>
    <w:p>
      <w:r>
        <w:rPr>
          <w:b/>
        </w:rPr>
        <w:t xml:space="preserve">[1:09:07] </w:t>
      </w:r>
      <w:r>
        <w:t>cheezon ko be-amez soorat mein dekhna: paighambar-e-Islam ki duaon mein se ek dua yeh thi: Allahumma arina al-haqqa haqqan wa-rzquna ittiba'ahu. wa arina al-batila batilan wa-rzquna ijtinabahu. wa la taj'alhu multabisan 'alayna fa nazilla. waj'alna lil-muttaqeena imama. Tafsir Ibn Kathir: yani aye Allah!</w:t>
      </w:r>
    </w:p>
    <w:p>
      <w:pPr>
        <w:jc w:val="right"/>
      </w:pPr>
      <w:r>
        <w:t>چیزوں کو بے آمیز صورت میں دیکھنا: پیغمبر اسلام کی دعاؤں میں سے ایک دعا یہ تھی: اللہم ارنا الحق حقا وارزقنا اتباعه وارنا الباطل باطلا وارزقنا اجتنابا ولا تجعله ملتبسا علینا فنزل وجعلنا للمتقین اماما تفسیر ابن کثیر: یعنی اے اللہ!</w:t>
      </w:r>
    </w:p>
    <w:p>
      <w:r>
        <w:rPr>
          <w:b/>
        </w:rPr>
        <w:t xml:space="preserve">[1:09:35] </w:t>
      </w:r>
      <w:r>
        <w:t>humein haq ko haq ki soorat mein dikha aur us ke ittaba' ki tofeeq de, aur batil ko batil ki soorat mein dikha aur us se bachne ki tofeeq de, aur us ko hamare upar multabis na kar ke hum gumrah ho jayen, aur hamein muttaqeen ka imam bana.</w:t>
      </w:r>
    </w:p>
    <w:p>
      <w:pPr>
        <w:jc w:val="right"/>
      </w:pPr>
      <w:r>
        <w:t>ہمیں حق کو حق کی صورت میں دکھا اور اس کے اتباع کی توفیق دے، اور باطل کو باطل کی صورت میں دکھا اور اس سے بچنے کی توفیق دے، اور اس کو ہمارے اوپر ملتبس نہ کر کہ ہم گمراہ ہو جائیں، اور ہمیں متقیوں کا امام بنا۔</w:t>
      </w:r>
    </w:p>
    <w:p>
      <w:r>
        <w:rPr>
          <w:b/>
        </w:rPr>
        <w:t xml:space="preserve">[1:09:54] </w:t>
      </w:r>
      <w:r>
        <w:t>ek aur dua in alfaz mein aayi hai: Allahumma arina al-ashya'a kama hi. Tafsir al-Razi: yani aye Allah!</w:t>
      </w:r>
    </w:p>
    <w:p>
      <w:pPr>
        <w:jc w:val="right"/>
      </w:pPr>
      <w:r>
        <w:t>ایک اور دعا ان الفاظ میں آئی ہے: اللہم ارنا الاشیاء کما هي تفسیر الرازی: یعنی اے اللہ!</w:t>
      </w:r>
    </w:p>
    <w:p>
      <w:r>
        <w:rPr>
          <w:b/>
        </w:rPr>
        <w:t xml:space="preserve">[1:10:04] </w:t>
      </w:r>
      <w:r>
        <w:t>humein cheezon ko waisa hi dikha jaisa ke woh hain. in dono duaon ka khulasa yeh hai ke insaan ke andar yeh sifat paida ho ke woh be-amez andaaz mein soche.</w:t>
      </w:r>
    </w:p>
    <w:p>
      <w:pPr>
        <w:jc w:val="right"/>
      </w:pPr>
      <w:r>
        <w:t>ہمیں چیزوں کو ویسا ہی دکھا جیسا کہ وہ ہیں۔ ان دونوں دعاؤں کا خلاصہ یہ ہے کہ انسان کے اندر یہ صفت پیدا ہو کہ وہ بے آمیز انداز میں سوچے۔</w:t>
      </w:r>
    </w:p>
    <w:p>
      <w:r>
        <w:rPr>
          <w:b/>
        </w:rPr>
        <w:t xml:space="preserve">[1:10:17] </w:t>
      </w:r>
      <w:r>
        <w:t>be-amez ka matlab yeh hai ke aadmi zehni aitbar se itna zyada tarraqi yafta ho ke woh haq ko haq ki soorat mein dekh sake aur batil ko batil ki soorat mein dekhe.</w:t>
      </w:r>
    </w:p>
    <w:p>
      <w:pPr>
        <w:jc w:val="right"/>
      </w:pPr>
      <w:r>
        <w:t>بے آمیز کا مطلب یہ ہے کہ آدمی ذہنی اعتبار سے اتنا زیادہ ترقی یافتہ ہو کہ وہ حق کو حق کی صورت میں دیکھ سکے اور باطل کو باطل کی صورت میں دیکھے۔</w:t>
      </w:r>
    </w:p>
    <w:p>
      <w:r>
        <w:rPr>
          <w:b/>
        </w:rPr>
        <w:t xml:space="preserve">[1:10:31] </w:t>
      </w:r>
      <w:r>
        <w:t>woh cheezon ko waisa hi dekhe jaisa ke woh fi waqe' hain. yeh wahi soch hai jis ko mawzu'i soch ya objective thinking kaha jata hai.</w:t>
      </w:r>
    </w:p>
    <w:p>
      <w:pPr>
        <w:jc w:val="right"/>
      </w:pPr>
      <w:r>
        <w:t>وہ چیزوں کو ویسا ہی دیکھے جیسا کہ وہ فی الواقع ہیں۔ یہ وہی سوچ ہے جس کو موضوعی سوچ یا ابجیکٹو تھنکنگ کہا جاتا ہے۔</w:t>
      </w:r>
    </w:p>
    <w:p>
      <w:r>
        <w:rPr>
          <w:b/>
        </w:rPr>
        <w:t xml:space="preserve">[1:10:41] </w:t>
      </w:r>
      <w:r>
        <w:t>yani as it is thinking. aadmi ka mamla yeh hai ke woh hamesha kisi mahol mein rehta hai. mahol ke asar se is ke andar mukhtalif qism ke jazbat paida ho jate hain.</w:t>
      </w:r>
    </w:p>
    <w:p>
      <w:pPr>
        <w:jc w:val="right"/>
      </w:pPr>
      <w:r>
        <w:t>یعنی ایز اٹ از تھنکنگ۔ آدمی کا معاملہ یہ ہے کہ وہ ہمیشہ کسی ماحول میں رہتا ہے۔ ماحول کے اثر سے اس کے اندر مختلف قسم کے جذبات پیدا ہو جاتے ہیں۔</w:t>
      </w:r>
    </w:p>
    <w:p>
      <w:r>
        <w:rPr>
          <w:b/>
        </w:rPr>
        <w:t xml:space="preserve">[1:10:54] </w:t>
      </w:r>
      <w:r>
        <w:t>woh apne mutasir zehan ke tehat cheezon ke baray mein rai qaim karne lagta hai. yahi tamam kharabiyon ki jar hai. isi se aadmi ke andar yeh kamzori aa jati hai ke woh cheezon ko un ki haqeeqat ke aitbar se nahi dekh pata, balkay apne mutasir zehan ke mutabiq aik khud sakhta rai banata hai.</w:t>
      </w:r>
    </w:p>
    <w:p>
      <w:pPr>
        <w:jc w:val="right"/>
      </w:pPr>
      <w:r>
        <w:t>وہ اپنے متاثر ذہن کے تحت چیزوں کے بارے میں رائے قائم کرنے لگتا ہے۔ یہی تمام خرابیوں کی جڑ ہے۔ اسی سے آدمی کے اندر یہ کمزوری آ جاتی ہے کہ وہ چیزوں کو ان کی حقیقت کے اعتبار سے نہیں دیکھ پاتا، بلکہ اپنے متاثر ذہن کے مطابق ایک خود ساختہ رائے بناتا ہے۔</w:t>
      </w:r>
    </w:p>
    <w:p>
      <w:r>
        <w:rPr>
          <w:b/>
        </w:rPr>
        <w:t xml:space="preserve">[1:11:16] </w:t>
      </w:r>
      <w:r>
        <w:t>jis insaan ke andar as it is thinking ki sifat ho, woh is qabil ho jata hai ke mabni bar haqeeqat soche, mabni bar haqeeqat rai qaim kare, mabni bar haqeeqat mansooba banaye.</w:t>
      </w:r>
    </w:p>
    <w:p>
      <w:pPr>
        <w:jc w:val="right"/>
      </w:pPr>
      <w:r>
        <w:t>جس انسان کے اندر ایز اٹ از تھنکنگ کی صفت ہو، وہ اس قابل ہو جاتا ہے کہ مبنی بر حقیقت سوچے، مبنی بر حقیقت رائے قائم کرے، مبنی بر حقیقت منصوبہ بنائے۔</w:t>
      </w:r>
    </w:p>
    <w:p>
      <w:r>
        <w:rPr>
          <w:b/>
        </w:rPr>
        <w:t xml:space="preserve">[1:11:30] </w:t>
      </w:r>
      <w:r>
        <w:t>yeh sifat kisi aadmi ko hakeem ya man of wisdom banati hai, aur jo aadmi is mani mein hakeem ya wise ho, wohi woh insaan hai jis ko superman kaha jata hai.</w:t>
      </w:r>
    </w:p>
    <w:p>
      <w:pPr>
        <w:jc w:val="right"/>
      </w:pPr>
      <w:r>
        <w:t>یہ صفت کسی آدمی کو حکیم یا مین آف وزڈم بناتی ہے، اور جو آدمی اس معنی میں حکیم یا وائز ہو، وہی وہ انسان ہے جس کو سپر مین کہا جاتا ہے۔</w:t>
      </w:r>
    </w:p>
    <w:p>
      <w:r>
        <w:rPr>
          <w:b/>
        </w:rPr>
        <w:t xml:space="preserve">[1:11:46] </w:t>
      </w:r>
      <w:r>
        <w:t>naz'a ka tareeqa nahi: peghambar-e-islam ko quran mein apne mission ke silsilay mein jo tareeqa bataya gaya, woh yeh tha ke kisi bhi haal mein naz'a ka tareeqa ikhtiyar na karo, balkay yak-tarfa danishmandi ke zariye ghair-naz'i tareeqa ikhtiyar karo.</w:t>
      </w:r>
    </w:p>
    <w:p>
      <w:pPr>
        <w:jc w:val="right"/>
      </w:pPr>
      <w:r>
        <w:t>نزع کا طریقہ نہیں: پیغمبر اسلام کو قرآن میں اپنے مشن کے سلسلے میں جو طریقہ بتایا گیا، وہ یہ تھا کہ کسی بھی حال میں نزع کا طریقہ اختیار نہ کرو، بلکہ یکطرفہ دانشمندی کے ذریعے غیر نزعی طریقہ اختیار کرو۔</w:t>
      </w:r>
    </w:p>
    <w:p>
      <w:r>
        <w:rPr>
          <w:b/>
        </w:rPr>
        <w:t xml:space="preserve">[1:12:06] </w:t>
      </w:r>
      <w:r>
        <w:t>Is silsile mein Quran ki hidayat in lafzon mein di gayi hai: Likulli ummatin ja'alna mansakan hum nasikuhu</w:t>
      </w:r>
    </w:p>
    <w:p>
      <w:pPr>
        <w:jc w:val="right"/>
      </w:pPr>
      <w:r>
        <w:t>اس سلسلے میں قرآن کی ہدایت ان لفظوں میں دی گئی ہے: لکل امت جعلنا منسکا هم ناسکو</w:t>
      </w:r>
    </w:p>
    <w:p>
      <w:r>
        <w:rPr>
          <w:b/>
        </w:rPr>
        <w:t xml:space="preserve">[1:12:16] </w:t>
      </w:r>
      <w:r>
        <w:t>Falayunazi'uka fil amri wad' ila rabbika innaka la'ala hudan mustaqim.</w:t>
      </w:r>
    </w:p>
    <w:p>
      <w:pPr>
        <w:jc w:val="right"/>
      </w:pPr>
      <w:r>
        <w:t>فلاینازعنک فی الامری ودع الی ربک انک لعلی مستقیم</w:t>
      </w:r>
    </w:p>
    <w:p>
      <w:r>
        <w:rPr>
          <w:b/>
        </w:rPr>
        <w:t xml:space="preserve">[1:12:27] </w:t>
      </w:r>
      <w:r>
        <w:t>Yani aur hum ne har ummat ke liye ek tareeqa muqarrar kiya ke woh us ki pairwi karte</w:t>
      </w:r>
    </w:p>
    <w:p>
      <w:pPr>
        <w:jc w:val="right"/>
      </w:pPr>
      <w:r>
        <w:t>یعنی اور ہم نے ہر امت کے لیے ایک طریقہ مقرر کیا کہ وہ اس کی پیروی کرتے</w:t>
      </w:r>
    </w:p>
    <w:p>
      <w:r>
        <w:rPr>
          <w:b/>
        </w:rPr>
        <w:t xml:space="preserve">[1:12:33] </w:t>
      </w:r>
      <w:r>
        <w:t>the, pas woh is mamle mein tum se jhagra na karein aur tum apne Rab ki taraf bulao.</w:t>
      </w:r>
    </w:p>
    <w:p>
      <w:pPr>
        <w:jc w:val="right"/>
      </w:pPr>
      <w:r>
        <w:t>تھے، پس وہ اس معاملے میں تم سے جھگڑا نہ کریں اور تم اپنے رب کی طرف بلاؤ۔</w:t>
      </w:r>
    </w:p>
    <w:p>
      <w:r>
        <w:rPr>
          <w:b/>
        </w:rPr>
        <w:t xml:space="preserve">[1:12:40] </w:t>
      </w:r>
      <w:r>
        <w:t>yaqeenan tum seedhay rastay par ho. is ka matlab yeh hai ke log apni apni conditioning ki bina par alag alag tareeqa ikhtiyar kiye hue hotay hain.</w:t>
      </w:r>
    </w:p>
    <w:p>
      <w:pPr>
        <w:jc w:val="right"/>
      </w:pPr>
      <w:r>
        <w:t>یقیناً تم سیدھے راستے پر ہو۔ اس کا مطلب یہ ہے کہ لوگ اپنی اپنی کنڈیشننگ کی بنا پر الگ الگ طریقہ اختیار کیے ہوئے ہوتے ہیں۔</w:t>
      </w:r>
    </w:p>
    <w:p>
      <w:r>
        <w:rPr>
          <w:b/>
        </w:rPr>
        <w:t xml:space="preserve">[1:12:50] </w:t>
      </w:r>
      <w:r>
        <w:t>tum un ki conditioning ko todo. is tarah log apni halat-e-fitri par qaim ho jayenge, aur yeh mumkin ho jayega ke ikhtilaf ke bajaye ittifaq ki buniyad par un se mamla kiya jaye.</w:t>
      </w:r>
    </w:p>
    <w:p>
      <w:pPr>
        <w:jc w:val="right"/>
      </w:pPr>
      <w:r>
        <w:t>تم ان کی کنڈیشننگ کو توڑو۔ اس طرح لوگ اپنی حالت فطری پر قائم ہو جائیں گے، اور یہ ممکن ہو جائے گا کہ اختلاف کے بجائے اتفاق کی بنیاد پر ان سے معاملہ کیا جائے۔</w:t>
      </w:r>
    </w:p>
    <w:p>
      <w:r>
        <w:rPr>
          <w:b/>
        </w:rPr>
        <w:t xml:space="preserve">[1:13:07] </w:t>
      </w:r>
      <w:r>
        <w:t>anjaam dekh kar amal karna: peghambar-e-islam ka aik waqia hadith mein in alfaaz mein aaya hai: jaa'a rajulun ila an-nabiyyi sallallahu 'alayhi wa sallam fa qala barakallahu lil muslimeena feeka fa khassni minka bi khassati khayrin qala mustahsinun anta?</w:t>
      </w:r>
    </w:p>
    <w:p>
      <w:pPr>
        <w:jc w:val="right"/>
      </w:pPr>
      <w:r>
        <w:t>انجام دیکھ کر عمل کرنا: پیغمبر اسلام کا ایک واقعہ حدیث میں ان الفاظ میں آیا ہے: جاء رجل إلى النبي صلى الله عليه وسلم فقال بارک اللہ للمسلمین فیک فخصنی منک بخاصت خیر قال مستحسن انت؟</w:t>
      </w:r>
    </w:p>
    <w:p>
      <w:r>
        <w:rPr>
          <w:b/>
        </w:rPr>
        <w:t xml:space="preserve">[1:13:28] </w:t>
      </w:r>
      <w:r>
        <w:t>Ara'a qala thalathan? Qala nam.</w:t>
      </w:r>
    </w:p>
    <w:p>
      <w:pPr>
        <w:jc w:val="right"/>
      </w:pPr>
      <w:r>
        <w:t>اراہ قال ثلاثا؟ قال نام۔</w:t>
      </w:r>
    </w:p>
    <w:p>
      <w:r>
        <w:rPr>
          <w:b/>
        </w:rPr>
        <w:t xml:space="preserve">[1:13:32] </w:t>
      </w:r>
      <w:r>
        <w:t>Qala ijlis. Iza aradta amran fatadabbar</w:t>
      </w:r>
    </w:p>
    <w:p>
      <w:pPr>
        <w:jc w:val="right"/>
      </w:pPr>
      <w:r>
        <w:t>قال اجلس اذا اردت امرا فتدبر</w:t>
      </w:r>
    </w:p>
    <w:p>
      <w:r>
        <w:rPr>
          <w:b/>
        </w:rPr>
        <w:t xml:space="preserve">[1:13:39] </w:t>
      </w:r>
      <w:r>
        <w:t>aqibatahu. Fa in kana khairan famdihi wa in kana sharran fantahi. Az Zuhd wa al Raqa'iq li Ibn al Mubarak. Ek shakhs Nabi sallallahu</w:t>
      </w:r>
    </w:p>
    <w:p>
      <w:pPr>
        <w:jc w:val="right"/>
      </w:pPr>
      <w:r>
        <w:t>عاقبته فان کان خیرا فامضہ وان کان شرا فانتہی الزہد والرقائق لابن المبارک ایک شخص نبی صلی اللہ</w:t>
      </w:r>
    </w:p>
    <w:p>
      <w:r>
        <w:rPr>
          <w:b/>
        </w:rPr>
        <w:t xml:space="preserve">[1:13:50] </w:t>
      </w:r>
      <w:r>
        <w:t>alayhi wasallam ke paas aaya aur us ne kaha: Aap ke zariye Allah musalmanon ko barkat de, aap</w:t>
      </w:r>
    </w:p>
    <w:p>
      <w:pPr>
        <w:jc w:val="right"/>
      </w:pPr>
      <w:r>
        <w:t>علیہ وسلم کے پاس آیا اور اس نے کہا: آپ کے ذریعے اللہ مسلمانوں کو برکت دے، آپ</w:t>
      </w:r>
    </w:p>
    <w:p>
      <w:r>
        <w:rPr>
          <w:b/>
        </w:rPr>
        <w:t xml:space="preserve">[1:13:57] </w:t>
      </w:r>
      <w:r>
        <w:t>mujhe apni taraf se kisi khaas khair ki naseehat kijiye.</w:t>
      </w:r>
    </w:p>
    <w:p>
      <w:pPr>
        <w:jc w:val="right"/>
      </w:pPr>
      <w:r>
        <w:t>مجھ کو اپنی طرف سے کسی خاص خیر کی نصیحت کیجئے۔</w:t>
      </w:r>
    </w:p>
    <w:p>
      <w:r>
        <w:rPr>
          <w:b/>
        </w:rPr>
        <w:t xml:space="preserve">[1:14:01] </w:t>
      </w:r>
      <w:r>
        <w:t>aap ne kaha: kya tum naseehat chahte ho? aap ne yeh baat ghaliban teen bar kahi. aadmi ne kaha: haan. aap ne kaha: baith jao.</w:t>
      </w:r>
    </w:p>
    <w:p>
      <w:pPr>
        <w:jc w:val="right"/>
      </w:pPr>
      <w:r>
        <w:t>آپ نے کہا: کیا تم نصیحت چاہتے ہو؟ آپ نے یہ بات غالباً تین بار کہی۔ آدمی نے کہا: ہاں۔ آپ نے کہا: بیٹھ جاؤ۔</w:t>
      </w:r>
    </w:p>
    <w:p>
      <w:r>
        <w:rPr>
          <w:b/>
        </w:rPr>
        <w:t xml:space="preserve">[1:14:11] </w:t>
      </w:r>
      <w:r>
        <w:t>jab tum koi kaam karna chaho to tum us ke nateejay par ghaur karo. agar us mein khair ho to us ko karo, aur agar woh bura hai to us se ruk jao.</w:t>
      </w:r>
    </w:p>
    <w:p>
      <w:pPr>
        <w:jc w:val="right"/>
      </w:pPr>
      <w:r>
        <w:t>جب تم کوئی کام کرنا چاہو تو تم اس کے نتیجے پر غور کرو۔ اگر اس میں خیر ہو تو اس کو کرو، اور اگر وہ برا ہے تو اس سے رک جاؤ۔</w:t>
      </w:r>
    </w:p>
    <w:p>
      <w:r>
        <w:rPr>
          <w:b/>
        </w:rPr>
        <w:t xml:space="preserve">[1:14:21] </w:t>
      </w:r>
      <w:r>
        <w:t>is hadith ka matlab yeh hai ke tum jo kaam karo, khoob soch samajh kar karo. pehle us ke har pehlu par ghaur karo.</w:t>
      </w:r>
    </w:p>
    <w:p>
      <w:pPr>
        <w:jc w:val="right"/>
      </w:pPr>
      <w:r>
        <w:t>اس حدیث کا مطلب یہ ہے کہ تم جو کام کرو، خوب سوچ سمجھ کر کرو۔ پہلے اس کے ہر پہلو پر غور کرو۔</w:t>
      </w:r>
    </w:p>
    <w:p>
      <w:r>
        <w:rPr>
          <w:b/>
        </w:rPr>
        <w:t xml:space="preserve">[1:14:30] </w:t>
      </w:r>
      <w:r>
        <w:t>be-laag andaaz mein ghaur kar ke yeh samjho ke woh kaam tumhare liye ba-aitbar-e-anjaam achha hai ya bura.</w:t>
      </w:r>
    </w:p>
    <w:p>
      <w:pPr>
        <w:jc w:val="right"/>
      </w:pPr>
      <w:r>
        <w:t>بے لاگ انداز میں غور کر کے یہ سمجھو کہ وہ کام تمہارے لیے باعتبار انجام اچھا ہے یا برا۔</w:t>
      </w:r>
    </w:p>
    <w:p>
      <w:r>
        <w:rPr>
          <w:b/>
        </w:rPr>
        <w:t xml:space="preserve">[1:14:39] </w:t>
      </w:r>
      <w:r>
        <w:t>sirf jazbat ke tehat koi kaam shuru na karo, balkay apne iqdam ke tamam pehluon par ghaur-o-fikr karne ke baad us ki taraf aagay barho.</w:t>
      </w:r>
    </w:p>
    <w:p>
      <w:pPr>
        <w:jc w:val="right"/>
      </w:pPr>
      <w:r>
        <w:t>صرف جذبات کے تحت کوئی کام شروع نہ کرو، بلکہ اپنے اقدام کے تمام پہلوؤں پر غور و فکر کرنے کے بعد اس کی طرف آگے بڑھو۔</w:t>
      </w:r>
    </w:p>
    <w:p>
      <w:r>
        <w:rPr>
          <w:b/>
        </w:rPr>
        <w:t xml:space="preserve">[1:14:51] </w:t>
      </w:r>
      <w:r>
        <w:t>tumhara har kaam gehri soch ka nateejah ho, na ke mahaz jazbat ka nateejah. kaam karne ke is tareeqay ko mansooba band kaam kaha jata hai.</w:t>
      </w:r>
    </w:p>
    <w:p>
      <w:pPr>
        <w:jc w:val="right"/>
      </w:pPr>
      <w:r>
        <w:t>تمہارا ہر کام گہری سوچ کا نتیجہ ہو، نہ کہ محض جذبات کا نتیجہ۔ کام کرنے کے اس طریقے کو منصوبہ بند کام کہا جاتا ہے۔</w:t>
      </w:r>
    </w:p>
    <w:p>
      <w:r>
        <w:rPr>
          <w:b/>
        </w:rPr>
        <w:t xml:space="preserve">[1:15:03] </w:t>
      </w:r>
      <w:r>
        <w:t>mansooba band kaam ka usool yeh hai ke pehle sochna aur phir karna. jo aadmi karne ke baad soche, woh aik ghair-danishmand aadmi hai, aur jo aadmi karne se pehle soche, woh aik danishmand aadmi.</w:t>
      </w:r>
    </w:p>
    <w:p>
      <w:pPr>
        <w:jc w:val="right"/>
      </w:pPr>
      <w:r>
        <w:t>منصوبہ بند کام کا اصول یہ ہے کہ پہلے سوچنا اور پھر کرنا۔ جو آدمی کرنے کے بعد سوچے، وہ ایک غیر دانشمند آدمی ہے، اور جو آدمی کرنے سے پہلے سوچے، وہ ایک دانشمند آدمی۔</w:t>
      </w:r>
    </w:p>
    <w:p>
      <w:r>
        <w:rPr>
          <w:b/>
        </w:rPr>
        <w:t xml:space="preserve">[1:15:18] </w:t>
      </w:r>
      <w:r>
        <w:t>yahi durust iqdam ka danishmandana usool hai. aadmi agar zaati zindagi guzar raha ho to us ko ziyada masla pesh nahi aayega, lekin jab aadmi koi amli iqdam kare to us ko bohat se kharji masail pesh aate hain.</w:t>
      </w:r>
    </w:p>
    <w:p>
      <w:pPr>
        <w:jc w:val="right"/>
      </w:pPr>
      <w:r>
        <w:t>یہی درست اقدام کا دانشمندانہ اصول ہے۔ آدمی اگر ذاتی زندگی گزار رہا ہو تو اس کو زیادہ مسئلہ پیش نہیں آئے گا، لیکن جب آدمی کوئی عملی اقدام کرے تو اس کو بہت سے خارجی مسائل پیش آتے ہیں۔</w:t>
      </w:r>
    </w:p>
    <w:p>
      <w:r>
        <w:rPr>
          <w:b/>
        </w:rPr>
        <w:t xml:space="preserve">[1:15:35] </w:t>
      </w:r>
      <w:r>
        <w:t>in kharji masail ka peshgi andaza karna bohat zaroori hai. jo aadmi kharji masail ka peshgi andaza kiye baghair amli iqdam kare, woh apne iqdam se kuch payega nahi, balkay apne nuqsan mein sirf izafa karne ka sabab banega.</w:t>
      </w:r>
    </w:p>
    <w:p>
      <w:pPr>
        <w:jc w:val="right"/>
      </w:pPr>
      <w:r>
        <w:t>ان خارجی مسائل کا پیشگی اندازہ کرنا بہت ضروری ہے۔ جو آدمی خارجی مسائل کا پیشگی اندازہ کیے بغیر عملی اقدام کرے، وہ اپنے اقدام سے کچھ پائے گا نہیں، بلکہ اپنے نقصان میں صرف اضافہ کرنے کا سبب بنے گا۔</w:t>
      </w:r>
    </w:p>
    <w:p>
      <w:r>
        <w:rPr>
          <w:b/>
        </w:rPr>
        <w:t xml:space="preserve">[1:15:57] </w:t>
      </w:r>
      <w:r>
        <w:t>ibtedai mansoobay par nazar saani: maujooda dunya mein koi aadmi peshgi tor par bilkul durust mansooba nahi bana sakta.</w:t>
      </w:r>
    </w:p>
    <w:p>
      <w:pPr>
        <w:jc w:val="right"/>
      </w:pPr>
      <w:r>
        <w:t>ابتدائی منصوبے پر نظر ثانی: موجودہ دنیا میں کوئی آدمی پیشگی طور پر بالکل درست منصوبہ نہیں بنا سکتا۔</w:t>
      </w:r>
    </w:p>
    <w:p>
      <w:r>
        <w:rPr>
          <w:b/>
        </w:rPr>
        <w:t xml:space="preserve">[1:16:07] </w:t>
      </w:r>
      <w:r>
        <w:t>jab aadmi kisi amal ko shuru karta hai to baad ko aisay halaat pesh aate hain jo taqaza karte hain ke apne amal ko nateejah khez banane ke liye apne amal ki re-planning ki jaye.</w:t>
      </w:r>
    </w:p>
    <w:p>
      <w:pPr>
        <w:jc w:val="right"/>
      </w:pPr>
      <w:r>
        <w:t>جب آدمی کسی عمل کو شروع کرتا ہے تو بعد کو ایسے حالات پیش آتے ہیں جو تقاضا کرتے ہیں کہ اپنے عمل کو نتیجہ خیز بنانے کے لیے اپنے عمل کی ری پلاننگ کی جائے۔</w:t>
      </w:r>
    </w:p>
    <w:p>
      <w:r>
        <w:rPr>
          <w:b/>
        </w:rPr>
        <w:t xml:space="preserve">[1:16:20] </w:t>
      </w:r>
      <w:r>
        <w:t>peghambar-e-islam ke hakeemana tareeqay ka aik juz yeh bhi tha: aap hamesha is ke liye tayyar rehte thay ke agar ibtedai mansoobay mein koi kami nazar aaye to dobara ziyada qabil-e-amal andaaz mein naya mansooba banaya jaye.</w:t>
      </w:r>
    </w:p>
    <w:p>
      <w:pPr>
        <w:jc w:val="right"/>
      </w:pPr>
      <w:r>
        <w:t>پیغمبر اسلام کے حکیمانہ طریقے کا ایک جز یہ بھی تھا: آپ ہمیشہ اس کے لیے تیار رہتے تھے کہ اگر ابتدائی منصوبے میں کوئی کمی نظر آئے تو دوبارہ زیادہ قابل عمل انداز میں نیا منصوبہ بنایا جائے۔</w:t>
      </w:r>
    </w:p>
    <w:p>
      <w:r>
        <w:rPr>
          <w:b/>
        </w:rPr>
        <w:t xml:space="preserve">[1:16:37] </w:t>
      </w:r>
      <w:r>
        <w:t>is ki aik misaal yeh hai ke peghambar-e-islam ne makkah mein 610 eesvi mein apna mission shuru kiya. us waqt ke makkah mein aap ke mission ke liye muwafiq mahol maujood na tha, chunachay wahan ke logon ki aksariyat aap ke khilaf ho gayi.</w:t>
      </w:r>
    </w:p>
    <w:p>
      <w:pPr>
        <w:jc w:val="right"/>
      </w:pPr>
      <w:r>
        <w:t>اس کی ایک مثال یہ ہے کہ پیغمبر اسلام نے مکہ میں 610 عیسوی میں اپنا مشن شروع کیا۔ اس وقت کے مکہ میں آپ کے مشن کے لیے موافق ماحول موجود نہ تھا، چنانچہ وہاں کے لوگوں کی اکثریت آپ کے خلاف ہو گئی۔</w:t>
      </w:r>
    </w:p>
    <w:p>
      <w:r>
        <w:rPr>
          <w:b/>
        </w:rPr>
        <w:t xml:space="preserve">[1:16:55] </w:t>
      </w:r>
      <w:r>
        <w:t>aap ke rastay mein tarah tarah ki rukawatein daalne lagay. us waqt aap ne apne do saathioun ko madinah bheja taake woh andaza karein ke kya madinah ke halaat makkah ke muqablay mein aap ke liye ziyada muwafiq hain.</w:t>
      </w:r>
    </w:p>
    <w:p>
      <w:pPr>
        <w:jc w:val="right"/>
      </w:pPr>
      <w:r>
        <w:t>آپ کے راستے میں طرح طرح کی رکاوٹیں ڈالنے لگے۔ اس وقت آپ نے اپنے دو ساتھیوں کو مدینہ بھیجا تاکہ وہ اندازہ کریں کہ کیا مدینہ کے حالات مکہ کے مقابلے میں آپ کے لیے زیادہ موافق ہیں۔</w:t>
      </w:r>
    </w:p>
    <w:p>
      <w:r>
        <w:rPr>
          <w:b/>
        </w:rPr>
        <w:t xml:space="preserve">[1:17:12] </w:t>
      </w:r>
      <w:r>
        <w:t>yeh dono sahiban madinah ja kar logon ko quran parh kar sunate thay, is liye un ko muqri kaha jata tha. madinah ke log bar aks tor par kisi rukawat ke baghair islam qabool karne lagay.</w:t>
      </w:r>
    </w:p>
    <w:p>
      <w:pPr>
        <w:jc w:val="right"/>
      </w:pPr>
      <w:r>
        <w:t>یہ دونوں صاحبان مدینہ جا کر لوگوں کو قرآن پڑھ کر سناتے تھے، اس لیے ان کو مقری کہا جاتا تھا۔ مدینہ کے لوگ برعکس طور پر کسی رکاوٹ کے بغیر اسلام قبول کرنے لگے۔</w:t>
      </w:r>
    </w:p>
    <w:p>
      <w:r>
        <w:rPr>
          <w:b/>
        </w:rPr>
        <w:t xml:space="preserve">[1:17:28] </w:t>
      </w:r>
      <w:r>
        <w:t>bait aqaba awli aur bait aqaba thania ka waqia isi zamane mein paish aya. madina ke bare mein is misbat tajrube ke baad nabuwat ke terhwein saal aap ne yeh faisla kiya ke aap makka chhod kar madina chale jayen aur az sar nau apne mission ka aaghaz karen.</w:t>
      </w:r>
    </w:p>
    <w:p>
      <w:pPr>
        <w:jc w:val="right"/>
      </w:pPr>
      <w:r>
        <w:t>بیت عقبہ اولی اور بیت عقبہ ثانیہ کا واقعہ اسی زمانے میں پیش آیا۔ مدینہ کے بارے میں اس مثبت تجربے کے بعد نبوت کے تیرہویں سال آپ نے یہ فیصلہ کیا کہ آپ مکہ چھوڑ کر مدینہ چلے جائیں اور از سر نو اپنے مشن کا آغاز کریں۔</w:t>
      </w:r>
    </w:p>
    <w:p>
      <w:r>
        <w:rPr>
          <w:b/>
        </w:rPr>
        <w:t xml:space="preserve">[1:17:47] </w:t>
      </w:r>
      <w:r>
        <w:t>isi ka naam re planning hai, aur re planning peghambar-e-islam ke tareeq-e-kar ka aik ahem juz hai. peghambar-e-islam ka yeh tareeqa na tha ke apne amal ka koi nateeja nikle ya na nikle, badastoor apne amal ko jari rakhen, aur jo log be-nateja kaam mein mare jayen, un ko shaheed ka laqab de kar is be-nateja kaam ko glorify karen.</w:t>
      </w:r>
    </w:p>
    <w:p>
      <w:pPr>
        <w:jc w:val="right"/>
      </w:pPr>
      <w:r>
        <w:t>اسی کا نام ری پلاننگ ہے، اور ری پلاننگ پیغمبر اسلام کے طریقہ کار کا ایک اہم جز ہے۔ پیغمبر اسلام کا یہ طریقہ نہ تھا کہ اپنے عمل کا کوئی نتیجہ نکلے یا نہ نکلے، بدستور اپنے عمل کو جاری رکھیں، اور جو لوگ بے نتیجہ کام میں مارے جائیں، ان کو شہید کا لقب دے کر اس بے نتیجہ کام کو گلوریفائی کریں۔</w:t>
      </w:r>
    </w:p>
    <w:p>
      <w:r>
        <w:rPr>
          <w:b/>
        </w:rPr>
        <w:t xml:space="preserve">[1:18:16] </w:t>
      </w:r>
      <w:r>
        <w:t>peghambar-e-islam ki aik sunnat re planning hai. pehla mansooba agar be-nateja sabit ho to is ke baad bhi is mansoobe ko badastoor jari rakhna, woh mukammal taur par peghambar-e-islam ki policy ke khilaf tha.</w:t>
      </w:r>
    </w:p>
    <w:p>
      <w:pPr>
        <w:jc w:val="right"/>
      </w:pPr>
      <w:r>
        <w:t>پیغمبر اسلام کی ایک سنت ری پلاننگ ہے۔ پہلا منصوبہ اگر بے نتیجہ ثابت ہو تو اس کے بعد بھی اس منصوبے کو بدستور جاری رکھنا، وہ مکمل طور پر پیغمبر اسلام کی پالیسی کے خلاف تھا۔</w:t>
      </w:r>
    </w:p>
    <w:p>
      <w:r>
        <w:rPr>
          <w:b/>
        </w:rPr>
        <w:t xml:space="preserve">[1:18:34] </w:t>
      </w:r>
      <w:r>
        <w:t>Tajrube se sabak lena:</w:t>
      </w:r>
    </w:p>
    <w:p>
      <w:pPr>
        <w:jc w:val="right"/>
      </w:pPr>
      <w:r>
        <w:t>تجربے سے سبق لینا:</w:t>
      </w:r>
    </w:p>
    <w:p>
      <w:r>
        <w:rPr>
          <w:b/>
        </w:rPr>
        <w:t xml:space="preserve">[1:18:38] </w:t>
      </w:r>
      <w:r>
        <w:t>Rasool Allah ki Makki zindagi ka ek waqia hadith ki kitabon mein is tarah aata hai: In Talha</w:t>
      </w:r>
    </w:p>
    <w:p>
      <w:pPr>
        <w:jc w:val="right"/>
      </w:pPr>
      <w:r>
        <w:t>رسول اللہ کی مکی زندگی کا ایک واقعہ حدیث کی کتابوں میں اس طرح آتا ہے: ان طلحہ</w:t>
      </w:r>
    </w:p>
    <w:p>
      <w:r>
        <w:rPr>
          <w:b/>
        </w:rPr>
        <w:t xml:space="preserve">[1:18:45] </w:t>
      </w:r>
      <w:r>
        <w:t>bin Ubaydillah qala marartu ma'a Rasoolillah sallallahu alayhi wasallam fi nakhlin far'a qawmin yulqqih</w:t>
      </w:r>
    </w:p>
    <w:p>
      <w:pPr>
        <w:jc w:val="right"/>
      </w:pPr>
      <w:r>
        <w:t>بن عبید اللہ قال مررت مع رسول اللہ صلی اللہ علیہ وسلم فی نخل فرا قومایلقیہ</w:t>
      </w:r>
    </w:p>
    <w:p>
      <w:r>
        <w:rPr>
          <w:b/>
        </w:rPr>
        <w:t xml:space="preserve">[1:18:55] </w:t>
      </w:r>
      <w:r>
        <w:t>an nakhla. Fa qala: Ma yusnni ha'ula'i? Qalu: Yakhdhuna min adh dhakari fa yaj'aluna fil untha. Qala: Ma azunnu dhalika yughni shay'an.</w:t>
      </w:r>
    </w:p>
    <w:p>
      <w:pPr>
        <w:jc w:val="right"/>
      </w:pPr>
      <w:r>
        <w:t>النخل فقال ما یسنی ہاؤلاء قالو یخذون من الذکر فیجعلون فی الانثی قال ما اظن ذالک یغنی شیئا</w:t>
      </w:r>
    </w:p>
    <w:p>
      <w:r>
        <w:rPr>
          <w:b/>
        </w:rPr>
        <w:t xml:space="preserve">[1:19:08] </w:t>
      </w:r>
      <w:r>
        <w:t>Fa balaghahum fa tarakoohu fa nazalu 'anha. Fa balagha an Nabiyya sallallahu alayhi wasallam fa qala: Innama huwa zannun. In kana yughni</w:t>
      </w:r>
    </w:p>
    <w:p>
      <w:pPr>
        <w:jc w:val="right"/>
      </w:pPr>
      <w:r>
        <w:t>فبلغہم فترکوہ فنزلوا عنہا فبلغ النبی صلی اللہ علیہ وسلم فقال انماھو ظن ان کان یغنی</w:t>
      </w:r>
    </w:p>
    <w:p>
      <w:r>
        <w:rPr>
          <w:b/>
        </w:rPr>
        <w:t xml:space="preserve">[1:19:20] </w:t>
      </w:r>
      <w:r>
        <w:t>shay'an fa-asna'oohu fa-innama ana basharun mithlukum wa inna zannun yukhti'u wa yuseebu wa lakin ma qultu lakum qaal Allah fa-lan akdhuba ala Allah</w:t>
      </w:r>
    </w:p>
    <w:p>
      <w:pPr>
        <w:jc w:val="right"/>
      </w:pPr>
      <w:r>
        <w:t>شیئا فاسنعوہ فانما انا بشر مثلكم وان ظنا یخطئ ویصیب ولكن ما قلت لکم قال اللہ فلن اکذب علی اللہ</w:t>
      </w:r>
    </w:p>
    <w:p>
      <w:r>
        <w:rPr>
          <w:b/>
        </w:rPr>
        <w:t xml:space="preserve">[1:19:35] </w:t>
      </w:r>
      <w:r>
        <w:t>ibn majah ya'ni talha bin ubaidullah kehte hain ke main rasool Allah sal-lal-lahu alaihi wa-sallam ke sath aik bagh mein se guzra, wahan aap ne dekha ke kuch log khajoor ko pevand laga rahe hain.</w:t>
      </w:r>
    </w:p>
    <w:p>
      <w:pPr>
        <w:jc w:val="right"/>
      </w:pPr>
      <w:r>
        <w:t>ابن ماجہ یعنی طلحہ بن عبید اللہ کہتے ہیں کہ میں رسول اللہ صلی اللہ علیہ وسلم کے ساتھ ایک باغ میں سے گزرا، وہاں آپ نے دیکھا کہ کچھ لوگ کھجور کو پیوند لگا رہے ہیں۔</w:t>
      </w:r>
    </w:p>
    <w:p>
      <w:r>
        <w:rPr>
          <w:b/>
        </w:rPr>
        <w:t xml:space="preserve">[1:19:49] </w:t>
      </w:r>
      <w:r>
        <w:t>aap ne poocha ke yeh log kya kar rahe hain? logon ne kaha ke nar ka gaba le kar mada mein milate hain. aap ne kaha: "mere khayal se is ka koi faida nahi hota." logon ko aap ki yeh baat maloom hui to unhon ne pevand kari ya pollination tark kar di, lekin is bar phal kam hua.</w:t>
      </w:r>
    </w:p>
    <w:p>
      <w:pPr>
        <w:jc w:val="right"/>
      </w:pPr>
      <w:r>
        <w:t>آپ نے پوچھا کہ یہ لوگ کیا کر رہے ہیں؟ لوگوں نے کہا کہ نر کا گابہ لے کر مادہ میں ملاتے ہیں۔ آپ نے کہا: "میرے خیال سے اس کا کوئی فائدہ نہیں ہوتا۔" لوگوں کو آپ کی یہ بات معلوم ہوئی تو انہوں نے پیوند کاری یا پولینیشن ترک کر دی، لیکن اس بار پھل کم ہوا۔</w:t>
      </w:r>
    </w:p>
    <w:p>
      <w:r>
        <w:rPr>
          <w:b/>
        </w:rPr>
        <w:t xml:space="preserve">[1:20:09] </w:t>
      </w:r>
      <w:r>
        <w:t>aap ko jab is ka ilm hua to farmaya: "woh to mera khayal tha, agar is mein kuch faida hai to kar liya karo. main bhi tumhari manind insan hoon, aur khayal kabhi galat hota hai, kabhi sahi.</w:t>
      </w:r>
    </w:p>
    <w:p>
      <w:pPr>
        <w:jc w:val="right"/>
      </w:pPr>
      <w:r>
        <w:t>آپ کو جب اس کا علم ہوا تو فرمایا: "وہ تو میرا خیال تھا، اگر اس میں کچھ فائدہ ہے تو کر لیا کرو۔ میں بھی تمہاری مانند انسان ہوں، اور خیال کبھی غلط ہوتا ہے، کبھی صحیح۔</w:t>
      </w:r>
    </w:p>
    <w:p>
      <w:r>
        <w:rPr>
          <w:b/>
        </w:rPr>
        <w:t xml:space="preserve">[1:20:22] </w:t>
      </w:r>
      <w:r>
        <w:t>lekin agar main tumhein kahoon ke Allah ne farmaya to hargiz main Allah par jhoot na bolunga." is hadith se maloom hota hai ke tajrube se sabaq seekhna bhi danishmandi ke husool ka aik durust zariya hai.</w:t>
      </w:r>
    </w:p>
    <w:p>
      <w:pPr>
        <w:jc w:val="right"/>
      </w:pPr>
      <w:r>
        <w:t>لیکن اگر میں تمہیں کہوں کہ اللہ نے فرمایا تو ہرگز میں اللہ پر جھوٹ نہ بولوں گا۔" اس حدیث سے معلوم ہوتا ہے کہ تجربے سے سبق سیکھنا بھی دانشمندی کے حصول کا ایک درست ذریعہ ہے۔</w:t>
      </w:r>
    </w:p>
    <w:p>
      <w:r>
        <w:rPr>
          <w:b/>
        </w:rPr>
        <w:t xml:space="preserve">[1:20:38] </w:t>
      </w:r>
      <w:r>
        <w:t>tajruba koi ghair mutalliq cheez nahi, tajruba apni haqeeqat ke aitbar se fitrat ke aik qanoon ki daryaft hai.</w:t>
      </w:r>
    </w:p>
    <w:p>
      <w:pPr>
        <w:jc w:val="right"/>
      </w:pPr>
      <w:r>
        <w:t>تجربہ کوئی غیر متعلق چیز نہیں، تجربہ اپنی حقیقت کے اعتبار سے فطرت کے ایک قانون کی دریافت ہے۔</w:t>
      </w:r>
    </w:p>
    <w:p>
      <w:r>
        <w:rPr>
          <w:b/>
        </w:rPr>
        <w:t xml:space="preserve">[1:20:47] </w:t>
      </w:r>
      <w:r>
        <w:t>jab insan ko koi naya mufeed tareeqa daryaft ho to us ko chahiye ke woh use fitrat ke qanoon ka aik hissa samjhe aur us ko foran apne mansoobe mein shamil kar le.</w:t>
      </w:r>
    </w:p>
    <w:p>
      <w:pPr>
        <w:jc w:val="right"/>
      </w:pPr>
      <w:r>
        <w:t>جب انسان کو کوئی نیا مفید طریقہ دریافت ہو تو اس کو چاہیے کہ وہ اسے فطرت کے قانون کا ایک حصہ سمجھے اور اس کو فوراً اپنے منصوبے میں شامل کر لے۔</w:t>
      </w:r>
    </w:p>
    <w:p>
      <w:r>
        <w:rPr>
          <w:b/>
        </w:rPr>
        <w:t xml:space="preserve">[1:21:00] </w:t>
      </w:r>
      <w:r>
        <w:t>yahi woh haqeeqat hai jis ko hadith-e-rasool mein in alfaaz mein bayan kiya gaya hai: al-kalimatu al-hikmatu dalatu al-mu'mini fa-haythu wajadahu fa-huwa ahqqu biha sunan al-tirmidhi ya'ni hikmat ki baat momin ka gumshuda maal hai, woh us ko jahan paye to wahi is ka zyada haqdar hai.</w:t>
      </w:r>
    </w:p>
    <w:p>
      <w:pPr>
        <w:jc w:val="right"/>
      </w:pPr>
      <w:r>
        <w:t>یہی وہ حقیقت ہے جس کو حدیث رسول میں ان الفاظ میں بیان کیا گیا ہے: الکلمۃ الحکمت دولت المومن فحیث وجدہ فھو احق بہا سنن الترمذی یعنی حکمت کی بات مومن کا گمشدہ مال ہے، وہ اس کو جہاں پائے تو وہی اس کا زیادہ حقدار ہے۔</w:t>
      </w:r>
    </w:p>
    <w:p>
      <w:r>
        <w:rPr>
          <w:b/>
        </w:rPr>
        <w:t xml:space="preserve">[1:21:23] </w:t>
      </w:r>
      <w:r>
        <w:t>tajrube ke mamle mein aadmi ko yeh nahi dekhna chahiye ke woh apne logon ka tajruba hai ya aghyar ka tajruba. har tajruba fitrat ka aik qanoon hai.</w:t>
      </w:r>
    </w:p>
    <w:p>
      <w:pPr>
        <w:jc w:val="right"/>
      </w:pPr>
      <w:r>
        <w:t>تجربے کے معاملے میں آدمی کو یہ نہیں دیکھنا چاہیے کہ وہ اپنے لوگوں کا تجربہ ہے یا اغیار کا تجربہ۔ ہر تجربہ فطرت کا ایک قانون ہے۔</w:t>
      </w:r>
    </w:p>
    <w:p>
      <w:r>
        <w:rPr>
          <w:b/>
        </w:rPr>
        <w:t xml:space="preserve">[1:21:34] </w:t>
      </w:r>
      <w:r>
        <w:t>tajrube ke mamle mein apne aur ghair ki koi taqseem nahi.</w:t>
      </w:r>
    </w:p>
    <w:p>
      <w:pPr>
        <w:jc w:val="right"/>
      </w:pPr>
      <w:r>
        <w:t>تجربے کے معاملے میں اپنے اور غیر کی کوئی تقسیم نہیں۔</w:t>
      </w:r>
    </w:p>
    <w:p>
      <w:r>
        <w:rPr>
          <w:b/>
        </w:rPr>
        <w:t xml:space="preserve">[1:21:41] </w:t>
      </w:r>
      <w:r>
        <w:t>haqeeqat pasandana mizaj: peghambar-e-islam ne apni ummat ko aik hikmat ki baat in alfaaz mein batai: la tutrooni kama atrat al-nasara ibn maryam fa-innama ana abduhu fa-qooloo abd Allah wa rasooluhu saheeh bukhari.</w:t>
      </w:r>
    </w:p>
    <w:p>
      <w:pPr>
        <w:jc w:val="right"/>
      </w:pPr>
      <w:r>
        <w:t>حقیقت پسندانہ مزاج: پیغمبر اسلام نے اپنی امت کو ایک حکمت کی بات ان الفاظ میں بتائی: لا تطرونی کما اطرت النصارى ابن مریم فانما انا عبدہ فقولو عبداللہ ورسولہ صحیح بخاری۔</w:t>
      </w:r>
    </w:p>
    <w:p>
      <w:r>
        <w:rPr>
          <w:b/>
        </w:rPr>
        <w:t xml:space="preserve">[1:22:04] </w:t>
      </w:r>
      <w:r>
        <w:t>ya'ni mera bayan badha chadhha kar na karo, jaise nasara ne isa ibn maryam ka bayan kiya: "main to sirf us ka banda hoon", is liye yahi kaha karo ke "main Allah ka banda aur uska rasool hoon".</w:t>
      </w:r>
    </w:p>
    <w:p>
      <w:pPr>
        <w:jc w:val="right"/>
      </w:pPr>
      <w:r>
        <w:t>یعنی میرا بیان بڑھا چڑھا کر نہ کرو، جیسے نصاری نے عیسیٰ ابن مریم کا بیان کیا: "میں تو صرف اس کا بندہ ہوں"، اس لیے یہی کہا کرو کہ "میں اللہ کا بندہ اور اس کا رسول ہوں"۔</w:t>
      </w:r>
    </w:p>
    <w:p>
      <w:r>
        <w:rPr>
          <w:b/>
        </w:rPr>
        <w:t xml:space="preserve">[1:22:17] </w:t>
      </w:r>
      <w:r>
        <w:t>kisi ka zikr badha chadhha kar karna, yeh aik halakat khayz culture hai. yeh culture pehle peghambar se shuru hota hai, is ke baad woh aik aam usloob ban jata hai.</w:t>
      </w:r>
    </w:p>
    <w:p>
      <w:pPr>
        <w:jc w:val="right"/>
      </w:pPr>
      <w:r>
        <w:t>کسی کا ذکر بڑھا چڑھا کر کرنا، یہ ایک ہلاکت خیز کلچر ہے۔ یہ کلچر پہلے پیغمبر سے شروع ہوتا ہے، اس کے بعد وہ ایک عام اسلوب بن جاتا ہے۔</w:t>
      </w:r>
    </w:p>
    <w:p>
      <w:r>
        <w:rPr>
          <w:b/>
        </w:rPr>
        <w:t xml:space="preserve">[1:22:29] </w:t>
      </w:r>
      <w:r>
        <w:t>is se qaumon mein haqeeqat pasandana soch ka mizaj khatm ho jata hai. logon ki soch, logon ki mansooba bandi, har cheez ghair haqeeqat pasandana ho kar reh jati hai.</w:t>
      </w:r>
    </w:p>
    <w:p>
      <w:pPr>
        <w:jc w:val="right"/>
      </w:pPr>
      <w:r>
        <w:t>اس سے قوموں میں حقیقت پسندانہ سوچ کا مزاج ختم ہو جاتا ہے۔ لوگوں کی سوچ، لوگوں کی منصوبہ بندی، ہر چیز غیر حقیقت پسندانہ ہو کر رہ جاتی ہے۔</w:t>
      </w:r>
    </w:p>
    <w:p>
      <w:r>
        <w:rPr>
          <w:b/>
        </w:rPr>
        <w:t xml:space="preserve">[1:22:42] </w:t>
      </w:r>
      <w:r>
        <w:t>Is liye Paygambar e Islam sallallahu alayhi wasallam ne is culture se apni ummat ko shiddat ke sath</w:t>
      </w:r>
    </w:p>
    <w:p>
      <w:pPr>
        <w:jc w:val="right"/>
      </w:pPr>
      <w:r>
        <w:t>اس لیے پیغمبر اسلام صلی اللہ علیہ وسلم نے اس کلچر سے اپنی امت کو شدت کے ساتھ</w:t>
      </w:r>
    </w:p>
    <w:p>
      <w:r>
        <w:rPr>
          <w:b/>
        </w:rPr>
        <w:t xml:space="preserve">[1:22:49] </w:t>
      </w:r>
      <w:r>
        <w:t>roka. Yeh culture is tarah aata hai ke log pehle apne Paygambar ko shehanshah e kainat aur sarwar e do</w:t>
      </w:r>
    </w:p>
    <w:p>
      <w:pPr>
        <w:jc w:val="right"/>
      </w:pPr>
      <w:r>
        <w:t>روکا۔ یہ کلچر اس طرح آتا ہے کہ لوگ پہلے اپنے پیغمبر کو شہنشاہ کونین اور سرور دو</w:t>
      </w:r>
    </w:p>
    <w:p>
      <w:r>
        <w:rPr>
          <w:b/>
        </w:rPr>
        <w:t xml:space="preserve">[1:22:57] </w:t>
      </w:r>
      <w:r>
        <w:t>jahan jaise mubalgha aamez andaaz mein zikr karte hain, phir yeh culture aam ho kar doosre mafroozah baron</w:t>
      </w:r>
    </w:p>
    <w:p>
      <w:pPr>
        <w:jc w:val="right"/>
      </w:pPr>
      <w:r>
        <w:t>عالم جیسے مبالغہ آمیز انداز میں ذکر کرتے ہیں، پھر یہ کلچر عام ہو کر دوسرے مفروضہ بڑوں</w:t>
      </w:r>
    </w:p>
    <w:p>
      <w:r>
        <w:rPr>
          <w:b/>
        </w:rPr>
        <w:t xml:space="preserve">[1:23:04] </w:t>
      </w:r>
      <w:r>
        <w:t>ke liye bola jaane lagta hai, mislan imam, akabir, sheikh ul aalam, aur qaim uz zaman syed ul milt waghera.</w:t>
      </w:r>
    </w:p>
    <w:p>
      <w:pPr>
        <w:jc w:val="right"/>
      </w:pPr>
      <w:r>
        <w:t>کے لیے بولا جانے لگتا ہے، مثلاً امام، اکابر، شیخ العالم، اور قائم الزماں سید الملت وغیرہ۔</w:t>
      </w:r>
    </w:p>
    <w:p>
      <w:r>
        <w:rPr>
          <w:b/>
        </w:rPr>
        <w:t xml:space="preserve">[1:23:15] </w:t>
      </w:r>
      <w:r>
        <w:t>yeh sab qasida khwani ki zaban hai, aur qasida khwani ki zaban hamesha logon ke andar takhleeqi fikr ya creative thinking ka amal rok deti hai.</w:t>
      </w:r>
    </w:p>
    <w:p>
      <w:pPr>
        <w:jc w:val="right"/>
      </w:pPr>
      <w:r>
        <w:t>یہ سب قصیدہ خوانی کی زبان ہے، اور قصیدہ خوانی کی زبان ہمیشہ لوگوں کے اندر تخلیقی فکر یا کریٹیو تھنکنگ کا عمل روک دیتی ہے۔</w:t>
      </w:r>
    </w:p>
    <w:p>
      <w:r>
        <w:rPr>
          <w:b/>
        </w:rPr>
        <w:t xml:space="preserve">[1:23:26] </w:t>
      </w:r>
      <w:r>
        <w:t>log ijtihad ke bajaye taqleed ka tareeqa ikhtiyar kar lete hain. aise logon ke andar mazi par fakhr aur haal par qana'at ka mizaj chha jata hai.</w:t>
      </w:r>
    </w:p>
    <w:p>
      <w:pPr>
        <w:jc w:val="right"/>
      </w:pPr>
      <w:r>
        <w:t>لوگ اجتہاد کے بجائے تقلید کا طریقہ اختیار کر لیتے ہیں۔ ایسے لوگوں کے اندر ماضی پر فخر اور حال پر قناعت کا مزاج چھا جاتا ہے۔</w:t>
      </w:r>
    </w:p>
    <w:p>
      <w:r>
        <w:rPr>
          <w:b/>
        </w:rPr>
        <w:t xml:space="preserve">[1:23:37] </w:t>
      </w:r>
      <w:r>
        <w:t>aise log dobara koi bada kaam karne ke qabil nahi rehte. un ka mizaj wahi ban jata hai jis ko shayar ne in alfaaz mein bayan kiya tha: "kya qadeem shura ne pevand ke barabar koi jagah chhori hai?" hal ghadara al-shu'ara'u min mutarddim.</w:t>
      </w:r>
    </w:p>
    <w:p>
      <w:pPr>
        <w:jc w:val="right"/>
      </w:pPr>
      <w:r>
        <w:t>ایسے لوگ دوبارہ کوئی بڑا کام کرنے کے قابل نہیں رہتے۔ ان کا مزاج وہی بن جاتا ہے جس کو شاعر نے ان الفاظ میں بیان کیا تھا: "کیا قدیم شعراء نے پیوند کے برابر کوئی جگہ چھوڑی ہے؟" هل غادر الشعراء من متردم ۔</w:t>
      </w:r>
    </w:p>
    <w:p>
      <w:r>
        <w:rPr>
          <w:b/>
        </w:rPr>
        <w:t xml:space="preserve">[1:23:59] </w:t>
      </w:r>
      <w:r>
        <w:t>nateja khayz tareeqa: qadeem makka mein aap ke mukhalifeen ka zulm bohat zyada badh gaya tha, to aap ke ashaab mein is ke khilaf jawabi amal ka zehn paida hua.</w:t>
      </w:r>
    </w:p>
    <w:p>
      <w:pPr>
        <w:jc w:val="right"/>
      </w:pPr>
      <w:r>
        <w:t>نتیجہ خیز طریقہ: قدیم مکہ میں آپ کے مخالفین کا ظلم بہت زیادہ بڑھ گیا تھا، تو آپ کے اصحاب میں اس کے خلاف جوابی عمل کا ذہن پیدا ہوا۔</w:t>
      </w:r>
    </w:p>
    <w:p>
      <w:r>
        <w:rPr>
          <w:b/>
        </w:rPr>
        <w:t xml:space="preserve">[1:24:14] </w:t>
      </w:r>
      <w:r>
        <w:t>lekin is ke jawab mein peghambar ne jo tareeqa ikhtiyar kiya, us ka andaza is waqea se hota hai: qaal umar: ya rasool Allah, ala ma nakhfi deenana, wa nahnu ala al-haqq, wa yuzhiru deenahum wa hum ala al-batil.</w:t>
      </w:r>
    </w:p>
    <w:p>
      <w:pPr>
        <w:jc w:val="right"/>
      </w:pPr>
      <w:r>
        <w:t>لیکن اس کے جواب میں پیغمبر نے جو طریقہ اختیار کیا، اس کا اندازہ اس واقعے سے ہوتا ہے: قال عمر: یا رسول اللہ، علی ما نخفی دیننا، ونحن علی الحق، ويظهر دینهم وهم علی الباطل ۔</w:t>
      </w:r>
    </w:p>
    <w:p>
      <w:r>
        <w:rPr>
          <w:b/>
        </w:rPr>
        <w:t xml:space="preserve">[1:24:32] </w:t>
      </w:r>
      <w:r>
        <w:t>qaal: ya umar, inna qaleel qad ra'ait ma laqeena.</w:t>
      </w:r>
    </w:p>
    <w:p>
      <w:pPr>
        <w:jc w:val="right"/>
      </w:pPr>
      <w:r>
        <w:t>قال: یا عمر، انا قلیل قد رأیت ما لقینا ۔</w:t>
      </w:r>
    </w:p>
    <w:p>
      <w:r>
        <w:rPr>
          <w:b/>
        </w:rPr>
        <w:t xml:space="preserve">[1:24:38] </w:t>
      </w:r>
      <w:r>
        <w:t>yani umar farooq ne kaha ke: "ae allah ke rasool, hum kyun apne deen ko chupayen halankay hum</w:t>
      </w:r>
    </w:p>
    <w:p>
      <w:pPr>
        <w:jc w:val="right"/>
      </w:pPr>
      <w:r>
        <w:t>یعنی عمر فاروق نے کہا کہ: "اے اللہ کے رسول، ہم کیوں اپنے دین کو چھپائیں حالانکہ ہم</w:t>
      </w:r>
    </w:p>
    <w:p>
      <w:r>
        <w:rPr>
          <w:b/>
        </w:rPr>
        <w:t xml:space="preserve">[1:24:45] </w:t>
      </w:r>
      <w:r>
        <w:t>haq par hain, aur woh apne deen ko zahir karen halankay woh batil par hain?" aap ne kaha:</w:t>
      </w:r>
    </w:p>
    <w:p>
      <w:pPr>
        <w:jc w:val="right"/>
      </w:pPr>
      <w:r>
        <w:t>حق پر ہیں، اور وہ اپنے دین کو ظاہر کریں حالانکہ وہ باطل پر ہیں؟" آپ نے کہا:</w:t>
      </w:r>
    </w:p>
    <w:p>
      <w:r>
        <w:rPr>
          <w:b/>
        </w:rPr>
        <w:t xml:space="preserve">[1:24:52] </w:t>
      </w:r>
      <w:r>
        <w:t>"ae umar, hum thore hain, aur tum ne dekha hai jo hamare sath ho raha hai."</w:t>
      </w:r>
    </w:p>
    <w:p>
      <w:pPr>
        <w:jc w:val="right"/>
      </w:pPr>
      <w:r>
        <w:t>"اے عمر، ہم تھوڑے ہیں، اور تم نے دیکھا ہے جو ہمارے ساتھ ہو رہا ہے۔"</w:t>
      </w:r>
    </w:p>
    <w:p>
      <w:r>
        <w:rPr>
          <w:b/>
        </w:rPr>
        <w:t xml:space="preserve">[1:24:57] </w:t>
      </w:r>
      <w:r>
        <w:t>is moamle ki asal yeh hai ke paighambar e islam qadeem makkah mein apna mission is andaaz mein chala</w:t>
      </w:r>
    </w:p>
    <w:p>
      <w:pPr>
        <w:jc w:val="right"/>
      </w:pPr>
      <w:r>
        <w:t>اس معاملے کی اصل یہ ہے کہ پیغمبر اسلام قدیم مکہ میں اپنا مشن اس انداز میں چلا</w:t>
      </w:r>
    </w:p>
    <w:p>
      <w:r>
        <w:rPr>
          <w:b/>
        </w:rPr>
        <w:t xml:space="preserve">[1:25:05] </w:t>
      </w:r>
      <w:r>
        <w:t>rahe thay jis ko low profile mein kaam karna kaha jata hai.</w:t>
      </w:r>
    </w:p>
    <w:p>
      <w:pPr>
        <w:jc w:val="right"/>
      </w:pPr>
      <w:r>
        <w:t>رہے تھے جس کو لو پروفائل میں کام کرنا کہا جاتا ہے۔</w:t>
      </w:r>
    </w:p>
    <w:p>
      <w:r>
        <w:rPr>
          <w:b/>
        </w:rPr>
        <w:t xml:space="preserve">[1:25:11] </w:t>
      </w:r>
      <w:r>
        <w:t>qadeem mizaj ke tehat arab ke log is tareeqe se manoos na thay. woh is ko dab kar kaam karna samajhte thay. un ki soch yeh thi ke: "hum jab haq par hain to hum logon se kyun dab kar kaam karen?" is ke jawab mein peghambar-e-islam ne kaha ke: "hum thore hain".</w:t>
      </w:r>
    </w:p>
    <w:p>
      <w:pPr>
        <w:jc w:val="right"/>
      </w:pPr>
      <w:r>
        <w:t>قدیم مزاج کے تحت عرب کے لوگ اس طریقے سے مانوس نہ تھے۔ وہ اس کو دب کر کام کرنا سمجھتے تھے۔ ان کی سوچ یہ تھی کہ: "ہم جب حق پر ہیں تو ہم لوگوں سے کیوں دب کر کام کریں؟" اس کے جواب میں پیغمبر اسلام نے کہا کہ: "ہم تھوڑے ہیں"۔</w:t>
      </w:r>
    </w:p>
    <w:p>
      <w:r>
        <w:rPr>
          <w:b/>
        </w:rPr>
        <w:t xml:space="preserve">[1:25:30] </w:t>
      </w:r>
      <w:r>
        <w:t>is ka matlab yeh tha ke kaam karne ka natija khez tareeqa woh hai jabke apni taqat ke mutabiq kaam kiya jaye. josh o kharosh ke tehat bare bare iqdamaat karna danishmand aadmi ka tareeqa nahin.</w:t>
      </w:r>
    </w:p>
    <w:p>
      <w:pPr>
        <w:jc w:val="right"/>
      </w:pPr>
      <w:r>
        <w:t>اس کا مطلب یہ تھا کہ کام کرنے کا نتیجہ خیز طریقہ وہ ہے جبکہ اپنی طاقت کے مطابق کام کیا جائے۔ جوش و خروش کے تحت بڑے بڑے اقدام کرنا دانشمند آدمی کا طریقہ نہیں۔</w:t>
      </w:r>
    </w:p>
    <w:p>
      <w:r>
        <w:rPr>
          <w:b/>
        </w:rPr>
        <w:t xml:space="preserve">[1:25:46] </w:t>
      </w:r>
      <w:r>
        <w:t>ek danishmandana usool: peghambar-e-islam ki wafat 632 eesvi mein hui. aap ke baad islam ki tareekh mein khilafat ka daur aaya.</w:t>
      </w:r>
    </w:p>
    <w:p>
      <w:pPr>
        <w:jc w:val="right"/>
      </w:pPr>
      <w:r>
        <w:t>ایک دانشمندانہ اصول: پیغمبر اسلام کی وفات 632 عیسوی میں ہوئی۔ آپ کے بعد اسلام کی تاریخ میں خلافت کا دور آیا۔</w:t>
      </w:r>
    </w:p>
    <w:p>
      <w:r>
        <w:rPr>
          <w:b/>
        </w:rPr>
        <w:t xml:space="preserve">[1:26:00] </w:t>
      </w:r>
      <w:r>
        <w:t>yeh daur taqreeban 33 saal chala. aakhri zamanay mein musalmanon mein bahami qital shuru ho gaya. is mein log bari tadad mein maare gaye.</w:t>
      </w:r>
    </w:p>
    <w:p>
      <w:pPr>
        <w:jc w:val="right"/>
      </w:pPr>
      <w:r>
        <w:t>یہ دور تقریباً 33 سال چلا۔ آخری زمانے میں مسلمانوں میں باہمی قتال شروع ہو گیا۔ اس میں لوگ بڑی تعداد میں مارے گئے۔</w:t>
      </w:r>
    </w:p>
    <w:p>
      <w:r>
        <w:rPr>
          <w:b/>
        </w:rPr>
        <w:t xml:space="preserve">[1:26:10] </w:t>
      </w:r>
      <w:r>
        <w:t>is ke baad ameer muawiya ka daur shuru hua, jo khilafat par mabni na tha balkeh khandani hukoomat ya dynasty ke tareeqe par mabni tha.</w:t>
      </w:r>
    </w:p>
    <w:p>
      <w:pPr>
        <w:jc w:val="right"/>
      </w:pPr>
      <w:r>
        <w:t>اس کے بعد امیر معاویہ کا دور شروع ہوا، جو خلافت پر مبنی نہ تھا بلکہ خاندانی حکومت یا ڈائنسٹی کے طریقے پر مبنی تھا۔</w:t>
      </w:r>
    </w:p>
    <w:p>
      <w:r>
        <w:rPr>
          <w:b/>
        </w:rPr>
        <w:t xml:space="preserve">[1:26:20] </w:t>
      </w:r>
      <w:r>
        <w:t>khilafat ka tareeqa quran ki ayat وَأَمْرُهُمْ شُورًا بَيْنَهُمْ ke usool par qaim tha. yaani logon ke mashware par sahib-e-amr ka intekhab.</w:t>
      </w:r>
    </w:p>
    <w:p>
      <w:pPr>
        <w:jc w:val="right"/>
      </w:pPr>
      <w:r>
        <w:t>خلافت کا طریقہ قرآن کی آیت وَأَمْرُهُمْ شُورًا بَيْنَهُمْ کے اصول پر قائم تھا۔ یعنی لوگوں کے مشورے پر صاحبِ امر کا انتخاب۔</w:t>
      </w:r>
    </w:p>
    <w:p>
      <w:r>
        <w:rPr>
          <w:b/>
        </w:rPr>
        <w:t xml:space="preserve">[1:26:31] </w:t>
      </w:r>
      <w:r>
        <w:t>yeh amalan wohi tareeqa tha jis ko maujooda zamanay mein jamhooriyat ya democracy kaha jata hai. ameer muawiya khud bhi ek sahabi-e-rasool thay.</w:t>
      </w:r>
    </w:p>
    <w:p>
      <w:pPr>
        <w:jc w:val="right"/>
      </w:pPr>
      <w:r>
        <w:t>یہ عملاً وہی طریقہ تھا جس کو موجودہ زمانے میں جمہوریت یا ڈیموکریسی کہا جاتا ہے۔ امیر معاویہ خود بھی ایک صحابی رسول تھے۔</w:t>
      </w:r>
    </w:p>
    <w:p>
      <w:r>
        <w:rPr>
          <w:b/>
        </w:rPr>
        <w:t xml:space="preserve">[1:26:41] </w:t>
      </w:r>
      <w:r>
        <w:t>is ke ilawa is zamanay mein bari tadad mein ashaab-e-rasool mojood thay, lekin tamam sahaba is tabdeeli par raazi ho gaye.</w:t>
      </w:r>
    </w:p>
    <w:p>
      <w:pPr>
        <w:jc w:val="right"/>
      </w:pPr>
      <w:r>
        <w:t>اس کے علاوہ اس زمانے میں بڑی تعداد میں اصحابِ رسول موجود تھے، لیکن تمام صحابہ اس تبدیلی پر راضی ہو گئے۔</w:t>
      </w:r>
    </w:p>
    <w:p>
      <w:r>
        <w:rPr>
          <w:b/>
        </w:rPr>
        <w:t xml:space="preserve">[1:26:51] </w:t>
      </w:r>
      <w:r>
        <w:t>sahaba aur tabieen ke pure daur mein is ke khilaf baghawat ya revolt nahin hui. hukoomat ke nizam mein yeh tabdeeli is waqt hui jabke peghambar-e-islam ke tarbiyat yafta ashaab aur ashaab ke tarbiyat yafta tabieen bari tadad mein mojood thay.</w:t>
      </w:r>
    </w:p>
    <w:p>
      <w:pPr>
        <w:jc w:val="right"/>
      </w:pPr>
      <w:r>
        <w:t>صحابہ اور تابعین کے پورے دور میں اس کے خلاف بغاوت یا ریوالٹ نہیں ہوئی۔ حکومت کے نظام میں یہ تبدیلی اس وقت ہوئی جبکہ پیغمبر اسلام کے تربیت یافتہ اصحاب اور اصحاب کے تربیت یافتہ تابعین بڑی تعداد میں موجود تھے۔</w:t>
      </w:r>
    </w:p>
    <w:p>
      <w:r>
        <w:rPr>
          <w:b/>
        </w:rPr>
        <w:t xml:space="preserve">[1:27:10] </w:t>
      </w:r>
      <w:r>
        <w:t>nizam-e-hukoomat mein is tabdeeli par koi mukhalifat nahin hui. mazeed yeh ke daur-e-sahaba ke baad jo adwaar aaye, mislan muhaddiseen ka daur, fuqaha ka daur, ulama ka daur, un sab ne is tabdeeli ko amalan qabool kar liya.</w:t>
      </w:r>
    </w:p>
    <w:p>
      <w:pPr>
        <w:jc w:val="right"/>
      </w:pPr>
      <w:r>
        <w:t>نظام حکومت میں اس تبدیلی پر کوئی مخالفت نہیں ہوئی۔ مزید یہ کہ دورِ صحابہ کے بعد جو ادوار آئے، مثلاً محدثین کا دور، فقہاء کا دور، علماء کا دور، ان سب نے اس تبدیلی کو عملاً قبول کر لیا۔</w:t>
      </w:r>
    </w:p>
    <w:p>
      <w:r>
        <w:rPr>
          <w:b/>
        </w:rPr>
        <w:t xml:space="preserve">[1:27:30] </w:t>
      </w:r>
      <w:r>
        <w:t>yeh tabdeeli peghambar-e-islam ki taleemat se inhiraf ka nateeja na thi balkeh woh peghambar ki taleemat ke ain mutabiq thi.</w:t>
      </w:r>
    </w:p>
    <w:p>
      <w:pPr>
        <w:jc w:val="right"/>
      </w:pPr>
      <w:r>
        <w:t>یہ تبدیلی پیغمبر اسلام کی تعلیمات سے انحراف کا نتیجہ نہ تھی بلکہ وہ پیغمبر کی تعلیمات کے عین مطابق تھی۔</w:t>
      </w:r>
    </w:p>
    <w:p>
      <w:r>
        <w:rPr>
          <w:b/>
        </w:rPr>
        <w:t xml:space="preserve">[1:27:41] </w:t>
      </w:r>
      <w:r>
        <w:t>peghambar ki seerat ke mutaleay se maloom hota hai ke aap ke usoolon mein se ek usool yeh tha ke jab nazari hukoomat ya theoretical wisdom qabil-e-amal na ho to us waqt amli hikmat ya practical wisdom ko ikhtiyar kar liya jaye, kyunke is tarah ke mamle mein asal matloob cheez istahkam ya stability hai.</w:t>
      </w:r>
    </w:p>
    <w:p>
      <w:pPr>
        <w:jc w:val="right"/>
      </w:pPr>
      <w:r>
        <w:t>پیغمبر کی سیرت کے مطالعے سے معلوم ہوتا ہے کہ آپ کے اصولوں میں سے ایک اصول یہ تھا کہ جب نظری حکومت یا تھیوریٹیکل وزڈم قابلِ عمل نہ ہو تو اس وقت عملی حکمت یا پریکٹیکل وزڈم کو اختیار کر لیا جائے، کیونکہ اس طرح کے معاملے میں اصل مطلوب چیز استحکام یا سٹیبلٹی ہے۔</w:t>
      </w:r>
    </w:p>
    <w:p>
      <w:r>
        <w:rPr>
          <w:b/>
        </w:rPr>
        <w:t xml:space="preserve">[1:28:04] </w:t>
      </w:r>
      <w:r>
        <w:t>peghambar-e-islam ke baad jab logon ne dekha ke khilafat ke tehat siyasi istahkam ya political stability hasil nahin hua, jabke khandani hukoomat ke tehat siyasi istahkam halaat ke aitbar se qabil-e-amal ya workable tareeqa hai, to unhon ne yeh kiya ke is mamle mein pehle option yani first option ke bajaye doosre option ko ikhtiyar kar liya.</w:t>
      </w:r>
    </w:p>
    <w:p>
      <w:pPr>
        <w:jc w:val="right"/>
      </w:pPr>
      <w:r>
        <w:t>پیغمبر اسلام کے بعد جب لوگوں نے دیکھا کہ خلافت کے تحت سیاسی استحکام یا پولیٹیکل سٹیبلٹی حاصل نہیں ہوا، جبکہ خاندانی حکومت کے تحت سیاسی استحکام حالات کے اعتبار سے قابلِ عمل یا ورک ایبل طریقہ ہے، تو انہوں نے یہ کیا کہ اس معاملے میں پہلے آپشن یعنی فرسٹ آپشن کے بجائے دوسرے آپشن کو اختیار کر لیا۔</w:t>
      </w:r>
    </w:p>
    <w:p>
      <w:r>
        <w:rPr>
          <w:b/>
        </w:rPr>
        <w:t xml:space="preserve">[1:28:30] </w:t>
      </w:r>
      <w:r>
        <w:t>isi danishmandi ka yeh nateeja tha ke islam ki tareekh is ke baad mustahkam andaaz mein badastoor taqreeban hazar saal tak chalti rahi.</w:t>
      </w:r>
    </w:p>
    <w:p>
      <w:pPr>
        <w:jc w:val="right"/>
      </w:pPr>
      <w:r>
        <w:t>اسی دانشمندی کا یہ نتیجہ تھا کہ اسلام کی تاریخ اس کے بعد مستحکم انداز میں بدستور تقریباً ہزار سال تک چلتی رہی۔</w:t>
      </w:r>
    </w:p>
    <w:p>
      <w:r>
        <w:rPr>
          <w:b/>
        </w:rPr>
        <w:t xml:space="preserve">[1:28:41] </w:t>
      </w:r>
      <w:r>
        <w:t>jaisa ke maloom hai, baad ke zamanay mein ummat ke ulama ne is usool par ittefaq kar liya ke qaim shuda hukoomat ke khilaf khurooj karna haram hai.</w:t>
      </w:r>
    </w:p>
    <w:p>
      <w:pPr>
        <w:jc w:val="right"/>
      </w:pPr>
      <w:r>
        <w:t>جیسا کہ معلوم ہے، بعد کے زمانے میں امت کے علماء نے اس اصول پر اتفاق کر لیا کہ قائم شدہ حکومت کے خلاف خروج کرنا حرام ہے۔</w:t>
      </w:r>
    </w:p>
    <w:p>
      <w:r>
        <w:rPr>
          <w:b/>
        </w:rPr>
        <w:t xml:space="preserve">[1:28:52] </w:t>
      </w:r>
      <w:r>
        <w:t>jaisa ke imam nawawi ke alfaaz hain: "أما الخروج عليهم وقتالهم فحرام باجماع المسلمين وإن كانوا فسقة ظالمين" ۔</w:t>
      </w:r>
    </w:p>
    <w:p>
      <w:pPr>
        <w:jc w:val="right"/>
      </w:pPr>
      <w:r>
        <w:t>جیسا کہ امام النووی کے الفاظ ہیں: "أما الخروج عليهم وقتالهم فحرام باجماع المسلمين وإن كانوا فسقة ظالمين" ۔</w:t>
      </w:r>
    </w:p>
    <w:p>
      <w:r>
        <w:rPr>
          <w:b/>
        </w:rPr>
        <w:t xml:space="preserve">[1:29:05] </w:t>
      </w:r>
      <w:r>
        <w:t>is maslay mein ulama-e-ummat ka yeh ijma bilashuba nazari hikmat ki buniyad par na tha balkeh woh amli hikmat ya practical wisdom ki buniyad par tha.</w:t>
      </w:r>
    </w:p>
    <w:p>
      <w:pPr>
        <w:jc w:val="right"/>
      </w:pPr>
      <w:r>
        <w:t>اس مسئلے میں علمائے امت کا یہ اجماع بلاشبہ نظری حکمت کی بنیاد پر نہ تھا بلکہ وہ عملی حکمت یا پریکٹیکل وزڈم کی بنیاد پر تھا۔</w:t>
      </w:r>
    </w:p>
    <w:p>
      <w:r>
        <w:rPr>
          <w:b/>
        </w:rPr>
        <w:t xml:space="preserve">[1:29:19] </w:t>
      </w:r>
      <w:r>
        <w:t>aik ijtamai hikmat:</w:t>
      </w:r>
    </w:p>
    <w:p>
      <w:pPr>
        <w:jc w:val="right"/>
      </w:pPr>
      <w:r>
        <w:t>ایک اجتماعی حکمت:</w:t>
      </w:r>
    </w:p>
    <w:p>
      <w:r>
        <w:rPr>
          <w:b/>
        </w:rPr>
        <w:t xml:space="preserve">[1:29:22] </w:t>
      </w:r>
      <w:r>
        <w:t>hadees ki kitabon mein rasool allah ke zamanay ka aik waqia naqal kiya jata hai.</w:t>
      </w:r>
    </w:p>
    <w:p>
      <w:pPr>
        <w:jc w:val="right"/>
      </w:pPr>
      <w:r>
        <w:t>حدیث کی کتابوں میں رسول اللہ کے زمانے کا ایک واقعہ نقل کیا جاتا ہے۔</w:t>
      </w:r>
    </w:p>
    <w:p>
      <w:r>
        <w:rPr>
          <w:b/>
        </w:rPr>
        <w:t xml:space="preserve">[1:29:28] </w:t>
      </w:r>
      <w:r>
        <w:t>sahih bukhari ke alfaaz yeh hain:</w:t>
      </w:r>
    </w:p>
    <w:p>
      <w:pPr>
        <w:jc w:val="right"/>
      </w:pPr>
      <w:r>
        <w:t>صحیح بخاری کے الفاظ یہ ہیں:</w:t>
      </w:r>
    </w:p>
    <w:p>
      <w:r>
        <w:rPr>
          <w:b/>
        </w:rPr>
        <w:t xml:space="preserve">[1:29:31] </w:t>
      </w:r>
      <w:r>
        <w:t>"an arabiyyin baala fil masjidi fasara ilaihin naasu li yaqa'oo bihi fa qaal lahum rasoolullahi sallallahu alaihi wa sallam</w:t>
      </w:r>
    </w:p>
    <w:p>
      <w:pPr>
        <w:jc w:val="right"/>
      </w:pPr>
      <w:r>
        <w:t>"أن عربيا بالا فی المسجد فسار الیہ الناس ليقعوا به فقال لهم رسول اللہ صلی اللہ علیہ وسلم</w:t>
      </w:r>
    </w:p>
    <w:p>
      <w:r>
        <w:rPr>
          <w:b/>
        </w:rPr>
        <w:t xml:space="preserve">[1:29:43] </w:t>
      </w:r>
      <w:r>
        <w:t>da'ooh wa arriq 'ala boleehi dhunuban mimma un aw sajalan mimma un</w:t>
      </w:r>
    </w:p>
    <w:p>
      <w:pPr>
        <w:jc w:val="right"/>
      </w:pPr>
      <w:r>
        <w:t>دعوہ واحرق علی بولہ ذنوبا مما ان او سجلا مما ان</w:t>
      </w:r>
    </w:p>
    <w:p>
      <w:r>
        <w:rPr>
          <w:b/>
        </w:rPr>
        <w:t xml:space="preserve">[1:29:50] </w:t>
      </w:r>
      <w:r>
        <w:t>fa innama bu'istum muyassireen wa lam tub'athoo mu'assireen" .</w:t>
      </w:r>
    </w:p>
    <w:p>
      <w:pPr>
        <w:jc w:val="right"/>
      </w:pPr>
      <w:r>
        <w:t>فانما بعثتم میسرین ولم تبعثوا معصرین" ۔</w:t>
      </w:r>
    </w:p>
    <w:p>
      <w:r>
        <w:rPr>
          <w:b/>
        </w:rPr>
        <w:t xml:space="preserve">[1:29:57] </w:t>
      </w:r>
      <w:r>
        <w:t>sahih bukhari: yaani ek dehati ne madine ki masjid mein peshab kar diya. log is ki taraf ghusse ho kar is ko pakarnay ke liye barhe, lekin rasool Allah salallaho alaihi wasallam ne kaha: "ise chhod do aur jahan is ne peshab kiya hai, us jagah par pani bhara hua ek dol baha do, kyunke tum aasani karne walay bana kar bheje gaye ho, tangi karne walay bana kar nahin bheje gaye".</w:t>
      </w:r>
    </w:p>
    <w:p>
      <w:pPr>
        <w:jc w:val="right"/>
      </w:pPr>
      <w:r>
        <w:t>صحیح بخاری: یعنی ایک دیہاتی نے مدینے کی مسجد میں پیشاب کر دیا۔ لوگ اس کی طرف غصے ہو کر اس کو پکڑنے کے لیے بڑھے، لیکن رسول اللہ صلی اللہ علیہ وسلم نے کہا: "اسے چھوڑ دو اور جہاں اس نے پیشاب کیا ہے، اس جگہ پر پانی بھرا ہوا ایک ڈول بہا دو، کیونکہ تم آسانی کرنے والے بنا کر بھیجے گئے ہو، تنگی کرنے والے بنا کر نہیں بھیجے گئے"۔</w:t>
      </w:r>
    </w:p>
    <w:p>
      <w:r>
        <w:rPr>
          <w:b/>
        </w:rPr>
        <w:t xml:space="preserve">[1:30:24] </w:t>
      </w:r>
      <w:r>
        <w:t>is waqey se yeh maloom hota hai ke ijtamai mamle mein peghambar-e-islam ka usool kya tha. woh usool riayat par mabni tha.</w:t>
      </w:r>
    </w:p>
    <w:p>
      <w:pPr>
        <w:jc w:val="right"/>
      </w:pPr>
      <w:r>
        <w:t>اس واقعے سے یہ معلوم ہوتا ہے کہ اجتماعی معاملے میں پیغمبر اسلام کا اصول کیا تھا۔ وہ اصول رعایت پر مبنی تھا۔</w:t>
      </w:r>
    </w:p>
    <w:p>
      <w:r>
        <w:rPr>
          <w:b/>
        </w:rPr>
        <w:t xml:space="preserve">[1:30:34] </w:t>
      </w:r>
      <w:r>
        <w:t>yaani logon ke sath sakht giri ka mamla na karna balkeh narmi aur riayat ka mamla karna. mazeed is waqey se maloom hota hai ke ijtamai zindagi mein agar koi naghwar waqea paish aaye to us ko wahin ka wahin khatm kar diya jaye.</w:t>
      </w:r>
    </w:p>
    <w:p>
      <w:pPr>
        <w:jc w:val="right"/>
      </w:pPr>
      <w:r>
        <w:t>یعنی لوگوں کے ساتھ سخت گیری کا معاملہ نہ کرنا بلکہ نرمی اور رعایت کا معاملہ کرنا۔ مزید اس واقعے سے معلوم ہوتا ہے کہ اجتماعی زندگی میں اگر کوئی ناخوشگوار واقعہ پیش آئے تو اس کو وہیں کا وہیں ختم کر دیا جائے۔</w:t>
      </w:r>
    </w:p>
    <w:p>
      <w:r>
        <w:rPr>
          <w:b/>
        </w:rPr>
        <w:t xml:space="preserve">[1:30:53] </w:t>
      </w:r>
      <w:r>
        <w:t>is ko mazeed barhnay ka mauqa na diya jaye. is tarah ke waqey mein aisa hota hai ke ibtidai ghalti hamesha ek choti si ghalti hoti hai, lekin agar is waqey par shadeed radd-e-amal zahir kiya jaye to ek chhota waqea barh kar ek bada waqea ban jayega.</w:t>
      </w:r>
    </w:p>
    <w:p>
      <w:pPr>
        <w:jc w:val="right"/>
      </w:pPr>
      <w:r>
        <w:t>اس کو مزید بڑھنے کا موقع نہ دیا جائے۔ اس طرح کے واقعے میں ایسا ہوتا ہے کہ ابتدائی غلطی ہمیشہ ایک چھوٹی سی غلطی ہوتی ہے، لیکن اگر اس واقعے پر شدید ردعمل ظاہر کیا جائے تو ایک چھوٹا واقعہ بڑھ کر ایک بڑا واقعہ بن جائے گا۔</w:t>
      </w:r>
    </w:p>
    <w:p>
      <w:r>
        <w:rPr>
          <w:b/>
        </w:rPr>
        <w:t xml:space="preserve">[1:31:13] </w:t>
      </w:r>
      <w:r>
        <w:t>hata ke aisa bhi ho sakta hai ke ek chhota waqea barhte barhte bade fasad ki soorat ikhtiyar kar le. ijtamai mamlaat mein islam ka tareeqa taseer ka tareeqa hai, na ke taaseer ka tareeqa.</w:t>
      </w:r>
    </w:p>
    <w:p>
      <w:pPr>
        <w:jc w:val="right"/>
      </w:pPr>
      <w:r>
        <w:t>حتیٰ کہ ایسا بھی ہو سکتا ہے کہ ایک چھوٹا واقعہ بڑھتے بڑھتے بڑے فساد کی صورت اختیار کر لے۔ اجتماعی معاملات میں اسلام کا طریقہ تیثیر کا طریقہ ہے، نہ کہ تاثیر کا طریقہ۔</w:t>
      </w:r>
    </w:p>
    <w:p>
      <w:r>
        <w:rPr>
          <w:b/>
        </w:rPr>
        <w:t xml:space="preserve">[1:31:32] </w:t>
      </w:r>
      <w:r>
        <w:t>peghambar-e-islam: peghambar-e-hikmat: quran mein peghambar-e-islam ke baray mein mutadad ayaton mein yeh baat kahi gayi hai ke aap ka ek kaam yeh tha ke aap insaan ko Khuda ki kitab pohanchayen.</w:t>
      </w:r>
    </w:p>
    <w:p>
      <w:pPr>
        <w:jc w:val="right"/>
      </w:pPr>
      <w:r>
        <w:t>پیغمبر اسلام: پیغمبر حکمت: قرآن میں پیغمبر اسلام کے بارے میں متعدد آیتوں میں یہ بات کہی گئی ہے کہ آپ کا ایک کام یہ تھا کہ آپ انسان کو خدا کی کتاب پہنچائیں۔</w:t>
      </w:r>
    </w:p>
    <w:p>
      <w:r>
        <w:rPr>
          <w:b/>
        </w:rPr>
        <w:t xml:space="preserve">[1:31:48] </w:t>
      </w:r>
      <w:r>
        <w:t>aap ka doosra kaam yeh tha ke aap logon ko hikmat ki taleem den. yeh dono kaam ek doosre se alag bhi thay aur ek doosre se mutaliq bhi.</w:t>
      </w:r>
    </w:p>
    <w:p>
      <w:pPr>
        <w:jc w:val="right"/>
      </w:pPr>
      <w:r>
        <w:t>آپ کا دوسرا کام یہ تھا کہ آپ لوگوں کو حکمت کی تعلیم دیں۔ یہ دونوں کام ایک دوسرے سے الگ بھی تھے اور ایک دوسرے سے متعلق بھی۔</w:t>
      </w:r>
    </w:p>
    <w:p>
      <w:r>
        <w:rPr>
          <w:b/>
        </w:rPr>
        <w:t xml:space="preserve">[1:31:59] </w:t>
      </w:r>
      <w:r>
        <w:t>hikmat ka lafzi matlab hai wisdom. zindagi ke mamlaat ko durust tor par anjam dene ke liye sab se zyada ahmiyat jis cheez ki hai woh wisdom hai.</w:t>
      </w:r>
    </w:p>
    <w:p>
      <w:pPr>
        <w:jc w:val="right"/>
      </w:pPr>
      <w:r>
        <w:t>حکمت کا لفظی مطلب ہے وزڈم۔ زندگی کے معاملات کو درست طور پر انجام دینے کے لیے سب سے زیادہ اہمیت جس چیز کی ہے وہ وزڈم ہے۔</w:t>
      </w:r>
    </w:p>
    <w:p>
      <w:r>
        <w:rPr>
          <w:b/>
        </w:rPr>
        <w:t xml:space="preserve">[1:32:11] </w:t>
      </w:r>
      <w:r>
        <w:t>wisdom ho to aadmi is qabil hota hai ke woh durust mansooba banaye, aur wisdom na ho to woh galat mansooba banayega jo masle ko badhane wala hoga, na ke masle ko hal karne wala.</w:t>
      </w:r>
    </w:p>
    <w:p>
      <w:pPr>
        <w:jc w:val="right"/>
      </w:pPr>
      <w:r>
        <w:t>وزڈم ہو تو آدمی اس قابل ہوتا ہے کہ وہ درست منصوبہ بنائے، اور وزڈم نہ ہو تو وہ غلط منصوبہ بنائے گا جو مسئلے کو بڑھانے والا ہوگا، نہ کہ مسئلے کو حل کرنے والا۔</w:t>
      </w:r>
    </w:p>
    <w:p>
      <w:r>
        <w:rPr>
          <w:b/>
        </w:rPr>
        <w:t xml:space="preserve">[1:32:25] </w:t>
      </w:r>
      <w:r>
        <w:t>insan apni kamzori ki wajah se aksar halaat ka shikar ho jata hai. woh mutasir zehn se sochne ki bina par sahi faisla nahi le pata.</w:t>
      </w:r>
    </w:p>
    <w:p>
      <w:pPr>
        <w:jc w:val="right"/>
      </w:pPr>
      <w:r>
        <w:t>انسان اپنی کمزوری کی وجہ سے اکثر حالات کا شکار ہو جاتا ہے۔ وہ متاثر ذہن سے سوچنے کی بنا پر صحیح فیصلہ نہیں لے پاتا۔</w:t>
      </w:r>
    </w:p>
    <w:p>
      <w:r>
        <w:rPr>
          <w:b/>
        </w:rPr>
        <w:t xml:space="preserve">[1:32:37] </w:t>
      </w:r>
      <w:r>
        <w:t>jahan intezar ki policy ikhtiyar karni chahiye, wahan woh jald bazi ka tareeqa ikhtiyar karta hai. jahan puraman tadbeer ke zareeye masla hal karna chahiye, wahan woh tashaddud ka tareeqa ikhtiyar kar leta hai.</w:t>
      </w:r>
    </w:p>
    <w:p>
      <w:pPr>
        <w:jc w:val="right"/>
      </w:pPr>
      <w:r>
        <w:t>جہاں انتظار کی پالیسی اختیار کرنی چاہیے، وہاں وہ جلد بازی کا طریقہ اختیار کرتا ہے۔ جہاں پرامن تدبیر کے ذریعے مسئلہ حل کرنا چاہیے، وہاں وہ تشدد کا طریقہ اختیار کر لیتا ہے۔</w:t>
      </w:r>
    </w:p>
    <w:p>
      <w:r>
        <w:rPr>
          <w:b/>
        </w:rPr>
        <w:t xml:space="preserve">[1:32:52] </w:t>
      </w:r>
      <w:r>
        <w:t>jahan rad-e-amal ya reaction se bach kar apna mansooba banana chahiye, wahan woh rad-e-amal ya reaction ka shikar ho kar aisa mansooba banata hai jo masail mein sirf izafe ka sabab ban jata hai.</w:t>
      </w:r>
    </w:p>
    <w:p>
      <w:pPr>
        <w:jc w:val="right"/>
      </w:pPr>
      <w:r>
        <w:t>جہاں ردعمل یا ری ایکشن سے بچ کر اپنا منصوبہ بنانا چاہیے، وہاں وہ ردعمل یا ری ایکشن کا شکار ہو کر ایسا منصوبہ بناتا ہے جو مسائل میں صرف اضافے کا سبب بن جاتا ہے۔</w:t>
      </w:r>
    </w:p>
    <w:p>
      <w:r>
        <w:rPr>
          <w:b/>
        </w:rPr>
        <w:t xml:space="preserve">[1:33:08] </w:t>
      </w:r>
      <w:r>
        <w:t>is tarah ke awaaq par zaroorat hoti hai ke aadmi ke paas danishmandi ka usool ho. us ke paas ek aisa rehnuma usool ho jo us ko har mauqa par durust rastay ki taraf rehnumai karta rahe.</w:t>
      </w:r>
    </w:p>
    <w:p>
      <w:pPr>
        <w:jc w:val="right"/>
      </w:pPr>
      <w:r>
        <w:t>اس طرح کے مواقع پر ضرورت ہوتی ہے کہ آدمی کے پاس دانشمندی کا اصول ہو۔ اس کے پاس ایک ایسا رہنما اصول ہو جو اس کو ہر موقع پر درست راستے کی طرف رہنمائی کرتا رہے۔</w:t>
      </w:r>
    </w:p>
    <w:p>
      <w:r>
        <w:rPr>
          <w:b/>
        </w:rPr>
        <w:t xml:space="preserve">[1:33:24] </w:t>
      </w:r>
      <w:r>
        <w:t>isi ka naam hikmat ya wisdom hai, aur isi hikmat ke usool ko batana peghambar ka sab se zyada aham kaam hai.</w:t>
      </w:r>
    </w:p>
    <w:p>
      <w:pPr>
        <w:jc w:val="right"/>
      </w:pPr>
      <w:r>
        <w:t>اسی کا نام حکمت یا وزڈم ہے، اور اسی حکمت کے اصول کو بتانا پیغمبر کا سب سے زیادہ اہم کام ہے۔</w:t>
      </w:r>
    </w:p>
    <w:p>
      <w:r>
        <w:rPr>
          <w:b/>
        </w:rPr>
        <w:t xml:space="preserve">[1:33:36] </w:t>
      </w:r>
      <w:r>
        <w:t>farishtay ki himayat:</w:t>
      </w:r>
    </w:p>
    <w:p>
      <w:pPr>
        <w:jc w:val="right"/>
      </w:pPr>
      <w:r>
        <w:t>فرشتے کی حمایت:</w:t>
      </w:r>
    </w:p>
    <w:p>
      <w:r>
        <w:rPr>
          <w:b/>
        </w:rPr>
        <w:t xml:space="preserve">[1:33:39] </w:t>
      </w:r>
      <w:r>
        <w:t>aik hadees rasool in alfaaz mein aayi hai: "baynama rasoolullahi sallallahu alaihi wa sallam jaalisun wa ma'ahu ashaabuhu</w:t>
      </w:r>
    </w:p>
    <w:p>
      <w:pPr>
        <w:jc w:val="right"/>
      </w:pPr>
      <w:r>
        <w:t>ایک حدیث رسول ان الفاظ میں آئی ہے: "بَيْنَمَا رَسُولُ اللَّهِ صَلَّى اللَّهُ عَلَيْهِ وَسَلَّمَ جَالِسٌ وَمَعَهُ أَصْحَابُهُ</w:t>
      </w:r>
    </w:p>
    <w:p>
      <w:r>
        <w:rPr>
          <w:b/>
        </w:rPr>
        <w:t xml:space="preserve">[1:33:49] </w:t>
      </w:r>
      <w:r>
        <w:t>wa qa'a rajulun bi abi bakrin fa azaahu fa samata 'anhu abu bakrin thumma azaahu ath thaniyata fa samata 'anhu abu bakrin thumma azaahu</w:t>
      </w:r>
    </w:p>
    <w:p>
      <w:pPr>
        <w:jc w:val="right"/>
      </w:pPr>
      <w:r>
        <w:t>وَقَعَ رَجُلٌ بِأَبِي بَكْرٍ فَأَذَاهُ فَسَمَتَ عَنْهُ أَبُو بَكْرٍ ثُمَّ أَذَاهُ الثَّانِيَةَ فَسَمَتَ عَنْهُ أَبُو بَكْرٍ ثُمَّ أَذَاهُ</w:t>
      </w:r>
    </w:p>
    <w:p>
      <w:r>
        <w:rPr>
          <w:b/>
        </w:rPr>
        <w:t xml:space="preserve">[1:34:01] </w:t>
      </w:r>
      <w:r>
        <w:t>ath thalithata fantasara minhu abu bakrin fa qama</w:t>
      </w:r>
    </w:p>
    <w:p>
      <w:pPr>
        <w:jc w:val="right"/>
      </w:pPr>
      <w:r>
        <w:t>الثَّالِثَةَ فَانْتَصَرَ مِنْهُ أَبُو بَكْرٍ فَقَامَ</w:t>
      </w:r>
    </w:p>
    <w:p>
      <w:r>
        <w:rPr>
          <w:b/>
        </w:rPr>
        <w:t xml:space="preserve">[1:34:06] </w:t>
      </w:r>
      <w:r>
        <w:t>rasoolullahi hina intasara abu bakrin fa qaal abu bakrin awajadta 'alayya ya rasoolallah?</w:t>
      </w:r>
    </w:p>
    <w:p>
      <w:pPr>
        <w:jc w:val="right"/>
      </w:pPr>
      <w:r>
        <w:t>رَسُولُ اللَّهِ حِينَ انتَصَرَ أَبُو بَكْرٍ فَقَالَ أَبُو بَكْرٍ أَوَجَدْتَ عَلَيَّ يَا رَسُولَ اللَّهِ؟</w:t>
      </w:r>
    </w:p>
    <w:p>
      <w:r>
        <w:rPr>
          <w:b/>
        </w:rPr>
        <w:t xml:space="preserve">[1:34:13] </w:t>
      </w:r>
      <w:r>
        <w:t>fa qala rasool ullah sallallahu alaihi wasallam: nazala malakun min al sama'i yukazzibuhu bima qala laka falamma intasarta waqa al shaitan falam akul ajlis idha waqa al shaitan sunan abu dawood:</w:t>
      </w:r>
    </w:p>
    <w:p>
      <w:pPr>
        <w:jc w:val="right"/>
      </w:pPr>
      <w:r>
        <w:t>فَقَالَ رَسُولُ اللَّهِ صَلَّى اللَّهُ عَلَيْهِ وَسَلَّمَ: نَزَلَ مَلَكٌ مِنَ السَّمَاءِ يُكَذِّبُهُ بِمَا قَالَ لَكَ فَلَمَّا انتَصَرْتَ وَقَعَ الشَّيْطَانُ فَلَمْ أَكُلِّ أَجْلِسَ إِذَا وَقَعَ الشَّيْطَانُ سنن ابو داؤد:</w:t>
      </w:r>
    </w:p>
    <w:p>
      <w:r>
        <w:rPr>
          <w:b/>
        </w:rPr>
        <w:t xml:space="preserve">[1:34:30] </w:t>
      </w:r>
      <w:r>
        <w:t>yani rasool Allah ek baar apne ashaab ke sath thay ke ek shakhs ne Hazrat Abu Bakr Siddiq ko bura bhala kaha aur un ko takleef pohanchai.</w:t>
      </w:r>
    </w:p>
    <w:p>
      <w:pPr>
        <w:jc w:val="right"/>
      </w:pPr>
      <w:r>
        <w:t>یعنی رسول اللہ ایک بار اپنے اصحاب کے ساتھ تھے کہ ایک شخص نے حضرت ابوبکر صدیق کو برا بھلا کہا اور ان کو تکلیف پہنچائی۔</w:t>
      </w:r>
    </w:p>
    <w:p>
      <w:r>
        <w:rPr>
          <w:b/>
        </w:rPr>
        <w:t xml:space="preserve">[1:34:39] </w:t>
      </w:r>
      <w:r>
        <w:t>Abu Bakr Siddiq khamosh rahe. us ne phir doosri baar Abu Bakr Siddiq ko isi tarah takleef di. Hazrat Abu Bakr Siddiq phir bhi un ke baray mein khamosh rahe.</w:t>
      </w:r>
    </w:p>
    <w:p>
      <w:pPr>
        <w:jc w:val="right"/>
      </w:pPr>
      <w:r>
        <w:t>ابوبکر صدیق خاموش رہے۔ اس نے پھر دوسری بار ابوبکر صدیق کو اسی طرح تکلیف دی۔ حضرت ابوبکر صدیق پھر بھی ان کے بارے میں خاموش رہے۔</w:t>
      </w:r>
    </w:p>
    <w:p>
      <w:r>
        <w:rPr>
          <w:b/>
        </w:rPr>
        <w:t xml:space="preserve">[1:34:49] </w:t>
      </w:r>
      <w:r>
        <w:t>us ne teesri baar bhi takleef pohanchai to Hazrat Abu Bakr Siddiq ne use jawab mein kuch keh diya. Hazrat Abu Bakr Siddiq ne jawab diya to Rasool Allah uth khare hue.</w:t>
      </w:r>
    </w:p>
    <w:p>
      <w:pPr>
        <w:jc w:val="right"/>
      </w:pPr>
      <w:r>
        <w:t>اس نے تیسری بار بھی تکلیف پہنچائی تو حضرت ابوبکر صدیق نے اسے جواب میں کچھ کہہ دیا۔ حضرت ابوبکر صدیق نے جواب دیا تو رسول اللہ اٹھ کھڑے ہوئے۔</w:t>
      </w:r>
    </w:p>
    <w:p>
      <w:r>
        <w:rPr>
          <w:b/>
        </w:rPr>
        <w:t xml:space="preserve">[1:35:01] </w:t>
      </w:r>
      <w:r>
        <w:t>yeh dekh kar Abu Bakr Siddiq ne kaha: "ya Rasool Allah!</w:t>
      </w:r>
    </w:p>
    <w:p>
      <w:pPr>
        <w:jc w:val="right"/>
      </w:pPr>
      <w:r>
        <w:t>یہ دیکھ کر ابوبکر صدیق نے کہا: "یا رسول اللہ!</w:t>
      </w:r>
    </w:p>
    <w:p>
      <w:r>
        <w:rPr>
          <w:b/>
        </w:rPr>
        <w:t xml:space="preserve">[1:35:05] </w:t>
      </w:r>
      <w:r>
        <w:t>kya aap mujh par naraz hain?" Rasool Allah ne kaha ke aasman se ek farishta nazil hua. woh is takleef pohanchane wale ki takzeeb karta raha, lekin jab tum ne use jawab de diya to shaitan aa gaya, aur jab shaitan aa jaye to main baithne wala nahi.</w:t>
      </w:r>
    </w:p>
    <w:p>
      <w:pPr>
        <w:jc w:val="right"/>
      </w:pPr>
      <w:r>
        <w:t>کیا آپ مجھ پر ناراض ہیں؟" رسول اللہ نے کہا کہ آسمان سے ایک فرشتہ نازل ہوا۔ وہ اس تکلیف پہنچانے والے کی تکذیب کرتا رہا، لیکن جب تم نے اسے جواب دے دیا تو شیطان آ گیا، اور جب شیطان آ جائے تو میں بیٹھنے والا نہیں۔</w:t>
      </w:r>
    </w:p>
    <w:p>
      <w:r>
        <w:rPr>
          <w:b/>
        </w:rPr>
        <w:t xml:space="preserve">[1:35:22] </w:t>
      </w:r>
      <w:r>
        <w:t>is hadith mein bazahir ek fard ka waqia bayan hua hai, lekin apni haqeeqat ke aitbar se woh ek aam waqia hai. is ka taluq infiradi mamlaat se bhi hai aur ijtima</w:t>
      </w:r>
    </w:p>
    <w:p>
      <w:pPr>
        <w:jc w:val="right"/>
      </w:pPr>
      <w:r>
        <w:t>اس حدیث میں بظاہر ایک فرد کا واقعہ بیان ہوا ہے، لیکن اپنی حقیقت کے اعتبار سے وہ ایک عام واقعہ ہے۔ اس کا تعلق انفرادی معاملات سے بھی ہے اور اجتماع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