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Al-RISALA NOV, 2017</w:t>
      </w:r>
    </w:p>
    <w:p>
      <w:r>
        <w:t>https://www.youtube.com/watch?v=PvVV-FJAYDg</w:t>
      </w:r>
    </w:p>
    <w:p>
      <w:r>
        <w:rPr>
          <w:b/>
        </w:rPr>
        <w:t xml:space="preserve">[00:05] </w:t>
      </w:r>
      <w:r>
        <w:t>arsala, November 2017. safarnama culture. musalmanon ke jarayed mein aksar safarnama ka column hota hai.</w:t>
      </w:r>
    </w:p>
    <w:p>
      <w:pPr>
        <w:jc w:val="right"/>
      </w:pPr>
      <w:r>
        <w:t>ارسالہ، نومبر 2017۔ سفرنامہ کلچر۔ مسلمانوں کے جرائد میں اکثر سفرنامے کا کالم ہوتا ہے۔</w:t>
      </w:r>
    </w:p>
    <w:p>
      <w:r>
        <w:rPr>
          <w:b/>
        </w:rPr>
        <w:t xml:space="preserve">[00:19] </w:t>
      </w:r>
      <w:r>
        <w:t>is column mein koi shakhs apne safar ke waqiat ko bayan karta hai. safarnama ka yeh column qareen ke liye ek dilchaspi ka safha hota hai, woh shoq ke sath is ko parhte hain, balkeh aksar auqaat jareede ke is safhe ko sab se pehle parhte hain jis mein koi safarnama shaya hua ho.</w:t>
      </w:r>
    </w:p>
    <w:p>
      <w:pPr>
        <w:jc w:val="right"/>
      </w:pPr>
      <w:r>
        <w:t>اس کالم میں کوئی شخص اپنے سفر کے واقعات کو بیان کرتا ہے۔ سفرنامے کا یہ کالم قارئین کے لیے ایک دلچسپی کا صفحہ ہوتا ہے، وہ شوق کے ساتھ اس کو پڑھتے ہیں، بلکہ اکثر اوقات جریدے کے اس صفحے کو سب سے پہلے پڑھتے ہیں جس میں کوئی سفرنامہ شائع ہوا ہو۔</w:t>
      </w:r>
    </w:p>
    <w:p>
      <w:r>
        <w:rPr>
          <w:b/>
        </w:rPr>
        <w:t xml:space="preserve">[00:41] </w:t>
      </w:r>
      <w:r>
        <w:t>magar ajib baat hai ke yeh safarnamay taqreeban sab ke sab Quran ki is ayat ke misdaq hote hain: "wa ayyimum min ayatin fis samawati wal ardi yamurrun alaiha wa hum anha mu'ridun".</w:t>
      </w:r>
    </w:p>
    <w:p>
      <w:pPr>
        <w:jc w:val="right"/>
      </w:pPr>
      <w:r>
        <w:t>مگر عجیب بات ہے کہ یہ سفرنامے تقریباً سب کے سب قرآن کی اس آیت کے مصداق ہوتے ہیں: "وکأيّم من آيةٍ في السماوات والأرض يمرّون عليها وهم عنها معرضون"۔</w:t>
      </w:r>
    </w:p>
    <w:p>
      <w:r>
        <w:rPr>
          <w:b/>
        </w:rPr>
        <w:t xml:space="preserve">[00:58] </w:t>
      </w:r>
      <w:r>
        <w:t>yani aasmanon aur zameen mein kitni hi nishaniyan hain jin par un ka guzar hota hai aur woh un par dhyan nahi karte.</w:t>
      </w:r>
    </w:p>
    <w:p>
      <w:pPr>
        <w:jc w:val="right"/>
      </w:pPr>
      <w:r>
        <w:t>یعنی آسمانوں اور زمین میں کتنی ہی نشانیاں ہیں جن پر ان کا گزر ہوتا ہے اور وہ ان پر دھیان نہیں کرتے۔</w:t>
      </w:r>
    </w:p>
    <w:p>
      <w:r>
        <w:rPr>
          <w:b/>
        </w:rPr>
        <w:t xml:space="preserve">[01:08] </w:t>
      </w:r>
      <w:r>
        <w:t>Aayat se i'raad ka matlab yeh hai ke safar ke dauran musafir ko mukhtalif qism ke mushahadat aur tajrubaat pesh atay hain.</w:t>
      </w:r>
    </w:p>
    <w:p>
      <w:pPr>
        <w:jc w:val="right"/>
      </w:pPr>
      <w:r>
        <w:t>آیات سے اعراض کا مطلب یہ ہے کہ سفر کے دوران مسافر کو مختلف قسم کے مشاہدات اور تجربات پیش آتے ہیں۔</w:t>
      </w:r>
    </w:p>
    <w:p>
      <w:r>
        <w:rPr>
          <w:b/>
        </w:rPr>
        <w:t xml:space="preserve">[01:18] </w:t>
      </w:r>
      <w:r>
        <w:t>in mushahadat aur tajrubaat mein koi na koi sabak ka pehlu hota hai, is mein koi na koi nishani hoti hai jo Khuda aur aakhirat ko yaad dilati hai.</w:t>
      </w:r>
    </w:p>
    <w:p>
      <w:pPr>
        <w:jc w:val="right"/>
      </w:pPr>
      <w:r>
        <w:t>ان مشاہدات اور تجربات میں کوئی نہ کوئی سبق کا پہلو ہوتا ہے، اس میں کوئی نہ کوئی نشانی ہوتی ہے جو خدا اور آخرت کو یاد دلاتی ہے۔</w:t>
      </w:r>
    </w:p>
    <w:p>
      <w:r>
        <w:rPr>
          <w:b/>
        </w:rPr>
        <w:t xml:space="preserve">[01:29] </w:t>
      </w:r>
      <w:r>
        <w:t>koi na koi aisi baat hoti hai jo musafir ke andar deeni tadap jaga de. magar yeh safarnamay is qism ke item se taqreeban khali hote hain.</w:t>
      </w:r>
    </w:p>
    <w:p>
      <w:pPr>
        <w:jc w:val="right"/>
      </w:pPr>
      <w:r>
        <w:t>کوئی نہ کوئی ایسی بات ہوتی ہے جو مسافر کے اندر دینی تڑپ جگا دے۔ مگر یہ سفرنامے اس قسم کے آئٹم سے تقریباً خالی ہوتے ہیں۔</w:t>
      </w:r>
    </w:p>
    <w:p>
      <w:r>
        <w:rPr>
          <w:b/>
        </w:rPr>
        <w:t xml:space="preserve">[01:40] </w:t>
      </w:r>
      <w:r>
        <w:t>is silsile mein Quran ki ek aur mutaliq ayat yeh hai: "qul seru fil ardi fanzuru kaifa bada'a al khalqa thumma Allahu yuns'i al nasha'ata al akhirata inna Allaha ala kulli shai'in qadeer".</w:t>
      </w:r>
    </w:p>
    <w:p>
      <w:pPr>
        <w:jc w:val="right"/>
      </w:pPr>
      <w:r>
        <w:t>اس سلسلے میں قرآن کی ایک اور متعلق آیت یہ ہے: "قل سیرو فی الأرض فانظروا کیف بدأ الخلق ثم الله ينشئ النشأة الآخرة إن الله على كل شيء قدير"۔</w:t>
      </w:r>
    </w:p>
    <w:p>
      <w:r>
        <w:rPr>
          <w:b/>
        </w:rPr>
        <w:t xml:space="preserve">[01:58] </w:t>
      </w:r>
      <w:r>
        <w:t>yani kaho ke zameen mein chalo phiro, phir dekho ke Allah ne kis tarah khalq ko shuru kiya, phir woh us ko dobara uthayega.</w:t>
      </w:r>
    </w:p>
    <w:p>
      <w:pPr>
        <w:jc w:val="right"/>
      </w:pPr>
      <w:r>
        <w:t>یعنی کہو کہ زمین میں چلو پھرو، پھر دیکھو کہ اللہ نے کس طرح خلق کو شروع کیا، پھر وہ اس کو دوبارہ اٹھائے گا۔</w:t>
      </w:r>
    </w:p>
    <w:p>
      <w:r>
        <w:rPr>
          <w:b/>
        </w:rPr>
        <w:t xml:space="preserve">[02:08] </w:t>
      </w:r>
      <w:r>
        <w:t>beshak Allah har cheez par qadir hai. chalo phiro ka matlab yeh hai ke jab zameen mein tumhara chalna phirna ho to tum safar ke dauran fitrat ke manazir se sabak lo, tum tareekh ke waqiat se ibret hasil karo.</w:t>
      </w:r>
    </w:p>
    <w:p>
      <w:pPr>
        <w:jc w:val="right"/>
      </w:pPr>
      <w:r>
        <w:t>بے شک اللہ ہر چیز پر قادر ہے۔ چلو پھرو کا مطلب یہ ہے کہ جب زمین میں تمہارا چلنا پھرنا ہو تو تم سفر کے دوران فطرت کے مناظر سے سبق لو، تم تاریخ کے واقعات سے عبرت حاصل کرو۔</w:t>
      </w:r>
    </w:p>
    <w:p>
      <w:r>
        <w:rPr>
          <w:b/>
        </w:rPr>
        <w:t xml:space="preserve">[02:23] </w:t>
      </w:r>
      <w:r>
        <w:t>safar momin ke liye uski deeni zindagi ka imtadad, yaani extension hai. haqeeqi safarnama woh hai jo qari ke liye sabaq nama ban jaye, na ke sirf aamad o raft nama.</w:t>
      </w:r>
    </w:p>
    <w:p>
      <w:pPr>
        <w:jc w:val="right"/>
      </w:pPr>
      <w:r>
        <w:t>سفر مومن کے لیے اس کی دینی زندگی کا امتداد، یعنی ایکسٹینشن ہے۔ حقیقی سفرنامہ وہ ہے جو قاری کے لیے سبق نامہ بن جائے، نہ کہ صرف آمدورفت نامہ۔</w:t>
      </w:r>
    </w:p>
    <w:p>
      <w:r>
        <w:rPr>
          <w:b/>
        </w:rPr>
        <w:t xml:space="preserve">[02:41] </w:t>
      </w:r>
      <w:r>
        <w:t>saari zameen masjid. masjid ke hawale se ek riwayat hadees ki mukhtalif kitabon mein aayi hai. ek riwayat ke alfaaz yeh hain: "jalahal ardh kulluha li wa ummati masjidan wa tahooran".</w:t>
      </w:r>
    </w:p>
    <w:p>
      <w:pPr>
        <w:jc w:val="right"/>
      </w:pPr>
      <w:r>
        <w:t>ساری زمین مسجد۔ مسجد کے حوالے سے ایک روایت حدیث کی مختلف کتابوں میں آئی ہے۔ ایک روایت کے الفاظ یہ ہیں: "جعلۃ الأرض كلها لي ولامتی مسجداً وطہوراً"۔</w:t>
      </w:r>
    </w:p>
    <w:p>
      <w:r>
        <w:rPr>
          <w:b/>
        </w:rPr>
        <w:t xml:space="preserve">[02:59] </w:t>
      </w:r>
      <w:r>
        <w:t>musnad ahmad. yaani poori zameen mere liye aur meri ummat ke liye masjid aur paaki bana di gayi. is hadees mein masjid ka lafz ilamati mani mein hai.</w:t>
      </w:r>
    </w:p>
    <w:p>
      <w:pPr>
        <w:jc w:val="right"/>
      </w:pPr>
      <w:r>
        <w:t>مسند احمد۔ یعنی پوری زمین میرے لیے اور میری امت کے لیے مسجد اور پاکی بنا دی گئی۔ اس حدیث میں مسجد کا لفظ علامتی معنی میں ہے۔</w:t>
      </w:r>
    </w:p>
    <w:p>
      <w:r>
        <w:rPr>
          <w:b/>
        </w:rPr>
        <w:t xml:space="preserve">[03:10] </w:t>
      </w:r>
      <w:r>
        <w:t>iska matlab yeh hai ke mere baad tareekh mein ek aisa daur aanay wala hai jo ke kamil mazhabi azadi ka daur hoga.</w:t>
      </w:r>
    </w:p>
    <w:p>
      <w:pPr>
        <w:jc w:val="right"/>
      </w:pPr>
      <w:r>
        <w:t>اس کا مطلب یہ ہے کہ میرے بعد تاریخ میں ایک ایسا دور آنے والا ہے جو کہ کامل مذہبی آزادی کا دور ہوگا۔</w:t>
      </w:r>
    </w:p>
    <w:p>
      <w:r>
        <w:rPr>
          <w:b/>
        </w:rPr>
        <w:t xml:space="preserve">[03:19] </w:t>
      </w:r>
      <w:r>
        <w:t>ahl-e-imaan azaad honge ke woh zameen ke jis hissay mein chahein deeni sargharmi jaari kar sakein, khwah woh ibadat ki sargharmi ho ya dawat ki sargharmi.</w:t>
      </w:r>
    </w:p>
    <w:p>
      <w:pPr>
        <w:jc w:val="right"/>
      </w:pPr>
      <w:r>
        <w:t>اہل ایمان آزاد ہوں گے کہ وہ زمین کے جس حصے میں چاہیں دینی سرگرمی جاری کر سکیں، خواہ وہ عبادت کی سرگرمی ہو یا دعوت کی سرگرمی۔</w:t>
      </w:r>
    </w:p>
    <w:p>
      <w:r>
        <w:rPr>
          <w:b/>
        </w:rPr>
        <w:t xml:space="preserve">[03:32] </w:t>
      </w:r>
      <w:r>
        <w:t>maujooda daur mein peghambar-e-islam ki yeh peshangoi poori tarah waqe ban chuki hai. aaj ki duniya mein ahl-e-imaan har deeni sargharmi ke liye azaad hain.</w:t>
      </w:r>
    </w:p>
    <w:p>
      <w:pPr>
        <w:jc w:val="right"/>
      </w:pPr>
      <w:r>
        <w:t>موجودہ دور میں پیغمبر اسلام کی یہ پیشنگوئی پوری طرح واقعہ بن چکی ہے۔ آج کی دنیا میں اہل ایمان ہر دینی سرگرمی کے لیے آزاد ہیں۔</w:t>
      </w:r>
    </w:p>
    <w:p>
      <w:r>
        <w:rPr>
          <w:b/>
        </w:rPr>
        <w:t xml:space="preserve">[03:45] </w:t>
      </w:r>
      <w:r>
        <w:t>ab sirf ek sargharmi mamnoo hai, aur woh hai mazhab ke naam par tashaddud. tashaddud ki bari soorat jang hai, aur tashaddud ki choti soorat yeh hai ke aap doosron ke liye masla, yaani problem ban jayein.</w:t>
      </w:r>
    </w:p>
    <w:p>
      <w:pPr>
        <w:jc w:val="right"/>
      </w:pPr>
      <w:r>
        <w:t>اب صرف ایک سرگرمی ممنوع ہے، اور وہ ہے مذہب کے نام پر تشدد۔ تشدد کی بڑی صورت جنگ ہے، اور تشدد کی چھوٹی صورت یہ ہے کہ آپ دوسروں کے لیے مسئلہ، یعنی پرابلم بن جائیں۔</w:t>
      </w:r>
    </w:p>
    <w:p>
      <w:r>
        <w:rPr>
          <w:b/>
        </w:rPr>
        <w:t xml:space="preserve">[04:00] </w:t>
      </w:r>
      <w:r>
        <w:t>saari zameen masjid ho jayegi. iska matlab yeh hai ke saari zameen aur zameen par basnay walay tamam log amalan deen ke muwafiq, yaani supporter ban jayenge.</w:t>
      </w:r>
    </w:p>
    <w:p>
      <w:pPr>
        <w:jc w:val="right"/>
      </w:pPr>
      <w:r>
        <w:t>ساری زمین مسجد ہو جائے گی۔ اس کا مطلب یہ ہے کہ ساری زمین اور زمین پر بسنے والے تمام لوگ عملاً دین کے موافق، یعنی سپورٹر بن جائیں گے۔</w:t>
      </w:r>
    </w:p>
    <w:p>
      <w:r>
        <w:rPr>
          <w:b/>
        </w:rPr>
        <w:t xml:space="preserve">[04:13] </w:t>
      </w:r>
      <w:r>
        <w:t>duniya ki tamam qaumein ya toh deen ki ma'iyat, yaani supporter ban jayengi, ya kam az kam na-tardar, yaani indifferent.</w:t>
      </w:r>
    </w:p>
    <w:p>
      <w:pPr>
        <w:jc w:val="right"/>
      </w:pPr>
      <w:r>
        <w:t>دنیا کی تمام قومیں یا تو دین کی معیت، یعنی سپورٹر بن جائیں گی، یا کم از کم ناطرفدار، یعنی انڈیفرنٹ۔</w:t>
      </w:r>
    </w:p>
    <w:p>
      <w:r>
        <w:rPr>
          <w:b/>
        </w:rPr>
        <w:t xml:space="preserve">[04:22] </w:t>
      </w:r>
      <w:r>
        <w:t>ikkisween sadi amalan isi qism ki sadi hai. maujooda zamane mein jo log nafrat aur tashaddud mein jee rahe hain, woh is baat ka ailan kar rahe hain ke woh har aitbar se be-khabar hain, halaat-e-zamana se bhi aur khud apne peghambar ki batai hui baaton se bhi.</w:t>
      </w:r>
    </w:p>
    <w:p>
      <w:pPr>
        <w:jc w:val="right"/>
      </w:pPr>
      <w:r>
        <w:t>اکیسویں صدی عملاً اسی قسم کی صدی ہے۔ موجودہ زمانے میں جو لوگ نفرت اور تشدد میں جی رہے ہیں، وہ اس بات کا اعلان کر رہے ہیں کہ وہ ہر اعتبار سے بے خبر ہیں، حالات زمانہ سے بھی اور خود اپنے پیغمبر کی بتائی ہوئی باتوں سے بھی۔</w:t>
      </w:r>
    </w:p>
    <w:p>
      <w:r>
        <w:rPr>
          <w:b/>
        </w:rPr>
        <w:t xml:space="preserve">[04:43] </w:t>
      </w:r>
      <w:r>
        <w:t>hadees mein masjid ke ilawa doosra lafz tahoor, yaani paaki aaya hai. paaki ka ek matlab yeh hai ke duniya poori ki poori bator-e-usool aman duniya, yaani peaceful world ban jayegi.</w:t>
      </w:r>
    </w:p>
    <w:p>
      <w:pPr>
        <w:jc w:val="right"/>
      </w:pPr>
      <w:r>
        <w:t>حدیث میں مسجد کے علاوہ دوسرا لفظ طہور، یعنی پاکی آیا ہے۔ پاکی کا ایک مطلب یہ ہے کہ دنیا پوری کی پوری بطور اصول پرامن دنیا، یعنی پیس فل ورلڈ بن جائے گی۔</w:t>
      </w:r>
    </w:p>
    <w:p>
      <w:r>
        <w:rPr>
          <w:b/>
        </w:rPr>
        <w:t xml:space="preserve">[04:58] </w:t>
      </w:r>
      <w:r>
        <w:t>us waqt aman ki hesiyat umoom, yaani rule ki hogi, aur tashaddud ki hesiyat sirf istasna, yaani exception ki.</w:t>
      </w:r>
    </w:p>
    <w:p>
      <w:pPr>
        <w:jc w:val="right"/>
      </w:pPr>
      <w:r>
        <w:t>اس وقت امن کی حیثیت عموم، یعنی رول کی ہوگی، اور تشدد کی حیثیت صرف استثنیٰ، یعنی ایکسیپشن کی۔</w:t>
      </w:r>
    </w:p>
    <w:p>
      <w:r>
        <w:rPr>
          <w:b/>
        </w:rPr>
        <w:t xml:space="preserve">[05:10] </w:t>
      </w:r>
      <w:r>
        <w:t>aman ka mamla. duniya ka qanoon yeh hai ke yahan har cheez aap ko potential ki soorat mein milti hai. aap ko yeh karna padta hai ke aap is potential ko daryaft karein, aur potential ko zaati amal se apne liye actual banayein.</w:t>
      </w:r>
    </w:p>
    <w:p>
      <w:pPr>
        <w:jc w:val="right"/>
      </w:pPr>
      <w:r>
        <w:t>امن کا معاملہ۔ دنیا کا قانون یہ ہے کہ یہاں ہر چیز آپ کو پوٹینشل کی صورت میں ملتی ہے۔ آپ کو یہ کرنا پڑتا ہے کہ آپ اس پوٹینشل کو دریافت کریں، اور پوٹینشل کو ذاتی عمل سے اپنے لیے ایکچوئل بنائیں۔</w:t>
      </w:r>
    </w:p>
    <w:p>
      <w:r>
        <w:rPr>
          <w:b/>
        </w:rPr>
        <w:t xml:space="preserve">[05:30] </w:t>
      </w:r>
      <w:r>
        <w:t>misal ke taur par darakht ka phal aap ko khud se haasil nahi hota, balke aap ko yeh karna padta hai ke zarkhez zameen, yaani soil mein ek poda lagayein, uski nigahdasht karte hue usko ugna shuru karein.</w:t>
      </w:r>
    </w:p>
    <w:p>
      <w:pPr>
        <w:jc w:val="right"/>
      </w:pPr>
      <w:r>
        <w:t>مثلاً درخت کا پھل آپ کو خود سے حاصل نہیں ہوتا، بلکہ آپ کو یہ کرنا پڑتا ہے کہ زرخیز زمین، یعنی سوائل میں ایک پودا لگائیں، اس کی نگہداشت کرتے ہوئے اس کو اگانا شروع کریں۔</w:t>
      </w:r>
    </w:p>
    <w:p>
      <w:r>
        <w:rPr>
          <w:b/>
        </w:rPr>
        <w:t xml:space="preserve">[05:45] </w:t>
      </w:r>
      <w:r>
        <w:t>is tarah woh waqt aata hai jab ke darakht ek mukammal darakht ban jaye aur apna phal aap ko dena shuru kar de. yahi mamla aman ka bhi hai.</w:t>
      </w:r>
    </w:p>
    <w:p>
      <w:pPr>
        <w:jc w:val="right"/>
      </w:pPr>
      <w:r>
        <w:t>اس طرح وہ وقت آتا ہے جب کہ درخت ایک مکمل درخت بن جائے اور اپنا پھل آپ کو دینا شروع کرے۔ یہی معاملہ امن کا بھی ہے۔</w:t>
      </w:r>
    </w:p>
    <w:p>
      <w:r>
        <w:rPr>
          <w:b/>
        </w:rPr>
        <w:t xml:space="preserve">[05:55] </w:t>
      </w:r>
      <w:r>
        <w:t>aaj hum age of peace mein jee rahe hain. iska matlab yeh hai ke aman ek zinda imkan ke taur par har jagah maujood hai.</w:t>
      </w:r>
    </w:p>
    <w:p>
      <w:pPr>
        <w:jc w:val="right"/>
      </w:pPr>
      <w:r>
        <w:t>آج ہم ایج آف پیس میں جی رہے ہیں۔ اس کا مطلب یہ ہے کہ امن ایک زندہ امکان کے طور پر ہر جگہ موجود ہے۔</w:t>
      </w:r>
    </w:p>
    <w:p>
      <w:r>
        <w:rPr>
          <w:b/>
        </w:rPr>
        <w:t xml:space="preserve">[06:06] </w:t>
      </w:r>
      <w:r>
        <w:t>ab aap ka kaam yeh hai ke aman ko spirit of the age ki hesiyat se daryaft karein, aur phir uske mutabiq apne amal ki mansooba bandi kar ke kamyabi haasil karein.</w:t>
      </w:r>
    </w:p>
    <w:p>
      <w:pPr>
        <w:jc w:val="right"/>
      </w:pPr>
      <w:r>
        <w:t>اب آپ کا کام یہ ہے کہ امن کو سپرٹ آف دی ایج کی حیثیت سے دریافت کریں، اور پھر اس کے مطابق اپنے عمل کی منصوبہ بندی کر کے کامیابی حاصل کریں۔</w:t>
      </w:r>
    </w:p>
    <w:p>
      <w:r>
        <w:rPr>
          <w:b/>
        </w:rPr>
        <w:t xml:space="preserve">[06:20] </w:t>
      </w:r>
      <w:r>
        <w:t>kamyabi ke liye do cheezon ki zaroorat hai: ideology aur method. qadeem zamane mein insaan ke paas agar ideology maujood ho tab bhi kamyabi ka husool sakht mushkil hota tha.</w:t>
      </w:r>
    </w:p>
    <w:p>
      <w:pPr>
        <w:jc w:val="right"/>
      </w:pPr>
      <w:r>
        <w:t>کامیابی کے لیے دو چیزوں کی ضرورت ہے: آئیڈیالوجی اور میتھڈ۔ قدیم زمانے میں انسان کے پاس اگر آئیڈیالوجی موجود ہو تب بھی کامیابی کا حصول سخت مشکل ہوتا تھا۔</w:t>
      </w:r>
    </w:p>
    <w:p>
      <w:r>
        <w:rPr>
          <w:b/>
        </w:rPr>
        <w:t xml:space="preserve">[06:34] </w:t>
      </w:r>
      <w:r>
        <w:t>iska sabab yeh tha ke qadeem zamane mein sirf pur-tashaddud tareeqa kar, yaani violent method hi qabil-e-husool tha.</w:t>
      </w:r>
    </w:p>
    <w:p>
      <w:pPr>
        <w:jc w:val="right"/>
      </w:pPr>
      <w:r>
        <w:t>اس کا سبب یہ تھا کہ قدیم زمانے میں صرف پرتشدد طریقہ کار، یعنی وائلنٹ میتھڈ ہی قابل حصول تھا۔</w:t>
      </w:r>
    </w:p>
    <w:p>
      <w:r>
        <w:rPr>
          <w:b/>
        </w:rPr>
        <w:t xml:space="preserve">[06:44] </w:t>
      </w:r>
      <w:r>
        <w:t>pur-aman tareeqa kar qadeem zamane mein qabil-e-amal hi na tha. maujooda zamane mein aman har insaan ka ek haq, yaani right ban chuka hai.</w:t>
      </w:r>
    </w:p>
    <w:p>
      <w:pPr>
        <w:jc w:val="right"/>
      </w:pPr>
      <w:r>
        <w:t>پرامن طریقہ کار قدیم زمانے میں قابل عمل ہی نہ تھا۔ موجودہ زمانے میں امن ہر انسان کا ایک حق، یعنی رائٹ بن چکا ہے۔</w:t>
      </w:r>
    </w:p>
    <w:p>
      <w:r>
        <w:rPr>
          <w:b/>
        </w:rPr>
        <w:t xml:space="preserve">[06:54] </w:t>
      </w:r>
      <w:r>
        <w:t>agar aadmi apni taraf se kisi ko tashaddud ka jawaz, yaani justification faraham na kare toh yaqeenan woh tashaddud se mehfooz reh sakta hai.</w:t>
      </w:r>
    </w:p>
    <w:p>
      <w:pPr>
        <w:jc w:val="right"/>
      </w:pPr>
      <w:r>
        <w:t>اگر آدمی اپنی طرف سے کسی کو تشدد کا جواز، یعنی جسٹیفیکیشن فراہم نہ کرے تو یقینی طور پر وہ تشدد سے محفوظ رہ سکتا ہے۔</w:t>
      </w:r>
    </w:p>
    <w:p>
      <w:r>
        <w:rPr>
          <w:b/>
        </w:rPr>
        <w:t xml:space="preserve">[07:06] </w:t>
      </w:r>
      <w:r>
        <w:t>aadmi sirf pur-aman tareeqa kar ke zariye hi apne maqsad ko poori tarah haasil kar sakta hai. maujooda zamane mein sab se bari hikmat yeh hai ke aadmi aa bel mujhe maar ki ghalti na kare.</w:t>
      </w:r>
    </w:p>
    <w:p>
      <w:pPr>
        <w:jc w:val="right"/>
      </w:pPr>
      <w:r>
        <w:t>آدمی صرف پرامن طریقہ کار کے ذریعے ہی اپنے مقصد کو پوری طرح حاصل کر سکتا ہے۔ موجودہ زمانے میں سب سے بڑی حکمت یہ ہے کہ آدمی آ بیل مجھے مار کی غلطی نہ کرے۔</w:t>
      </w:r>
    </w:p>
    <w:p>
      <w:r>
        <w:rPr>
          <w:b/>
        </w:rPr>
        <w:t xml:space="preserve">[07:22] </w:t>
      </w:r>
      <w:r>
        <w:t>agar insaan aisa kar sake toh bilashuba woh aman ko apne liye yaqeen bana sakta hai. doosre lafzon mein yeh ke aadmi agar apne aap ko ishtial angizi, provocation se bachaye toh yaqeenan woh doosron ke zulm se mehfooz rahega.</w:t>
      </w:r>
    </w:p>
    <w:p>
      <w:pPr>
        <w:jc w:val="right"/>
      </w:pPr>
      <w:r>
        <w:t>اگر انسان ایسا کر سکے تو بلاشبہ وہ امن کو اپنے لیے یقینی بنا سکتا ہے۔ دوسرے لفظوں میں یہ کہ آدمی اگر اپنے آپ کو اشتعال انگیزی، پرووکیشن سے بچائے تو یقینی طور پر وہ دوسروں کے ظلم سے محفوظ رہے گا۔</w:t>
      </w:r>
    </w:p>
    <w:p>
      <w:r>
        <w:rPr>
          <w:b/>
        </w:rPr>
        <w:t xml:space="preserve">[07:46] </w:t>
      </w:r>
      <w:r>
        <w:t>Allah ki ma'rifat. Allah ne insaan ko paida kiya, usi ke saath khaliq ne yeh kiya ke insaan ke jism mein har cell ke andar apna shaoor pevast kar diya.</w:t>
      </w:r>
    </w:p>
    <w:p>
      <w:pPr>
        <w:jc w:val="right"/>
      </w:pPr>
      <w:r>
        <w:t>اللہ کی معرفت۔ اللہ نے انسان کو پیدا کیا، اسی کے ساتھ خالق نے یہ کیا کہ انسان کے جسم میں ہر سیل کے اندر اپنا شعور پیوست کر دیا۔</w:t>
      </w:r>
    </w:p>
    <w:p>
      <w:r>
        <w:rPr>
          <w:b/>
        </w:rPr>
        <w:t xml:space="preserve">[07:59] </w:t>
      </w:r>
      <w:r>
        <w:t>scientific daryaft ne bataya hai ke insaan ke jism mein kai trillion, yaani 37.</w:t>
      </w:r>
    </w:p>
    <w:p>
      <w:pPr>
        <w:jc w:val="right"/>
      </w:pPr>
      <w:r>
        <w:t>سائنسی دریافت نے بتایا ہے کہ انسان کے جسم میں کئی ٹریلین، یعنی 37.</w:t>
      </w:r>
    </w:p>
    <w:p>
      <w:r>
        <w:rPr>
          <w:b/>
        </w:rPr>
        <w:t xml:space="preserve">[08:07] </w:t>
      </w:r>
      <w:r>
        <w:t>2 trillion cell maujood hain. bil qawa mauq par har cell ke andar khaliq ki marifat maujood hai.</w:t>
      </w:r>
    </w:p>
    <w:p>
      <w:pPr>
        <w:jc w:val="right"/>
      </w:pPr>
      <w:r>
        <w:t>2 ٹریلین سیل موجود ہیں۔ بالقوہ طور پر ہر سیل کے اندر خالق کی معرفت موجود ہے۔</w:t>
      </w:r>
    </w:p>
    <w:p>
      <w:r>
        <w:rPr>
          <w:b/>
        </w:rPr>
        <w:t xml:space="preserve">[08:15] </w:t>
      </w:r>
      <w:r>
        <w:t>is lihaz se dekhiye to Allah ki marifat hasil hone ka matlab yeh hai ke insan ke andar beshumar satah par Allah ka shaoor jaag uthe.</w:t>
      </w:r>
    </w:p>
    <w:p>
      <w:pPr>
        <w:jc w:val="right"/>
      </w:pPr>
      <w:r>
        <w:t>اس لحاظ سے دیکھئے تو اللہ کی معرفت حاصل ہونے کا مطلب یہ ہے کہ انسان کے اندر بے شمار سطح پر اللہ کا شعور جاگ اٹھے۔</w:t>
      </w:r>
    </w:p>
    <w:p>
      <w:r>
        <w:rPr>
          <w:b/>
        </w:rPr>
        <w:t xml:space="preserve">[08:27] </w:t>
      </w:r>
      <w:r>
        <w:t>insan ke andar marifat e rabb ki ek kainat wajood mein aa jaye. insan ki takhleeq ka maqsad yeh hai ke woh apne khaliq ki marifat hasil kare.</w:t>
      </w:r>
    </w:p>
    <w:p>
      <w:pPr>
        <w:jc w:val="right"/>
      </w:pPr>
      <w:r>
        <w:t>انسان کے اندر معرفت رب کی ایک کائنات وجود میں آجائے۔ انسان کی تخلیق کا مقصد یہ ہے کہ وہ اپنے خالق کی معرفت حاصل کرے۔</w:t>
      </w:r>
    </w:p>
    <w:p>
      <w:r>
        <w:rPr>
          <w:b/>
        </w:rPr>
        <w:t xml:space="preserve">[08:40] </w:t>
      </w:r>
      <w:r>
        <w:t>cell ki takhleeq ko le kar socha jaye to marifat hasil karne ka matlab hai insani shakhsiyat ke andar maujood imkan ko waqea banana.</w:t>
      </w:r>
    </w:p>
    <w:p>
      <w:pPr>
        <w:jc w:val="right"/>
      </w:pPr>
      <w:r>
        <w:t>سیل کی تخلیق کو لے کر سوچا جائے تو معرفت حاصل کرنے کا مطلب ہے انسانی شخصیت کے اندر موجود امکان کو واقعہ بنانا۔</w:t>
      </w:r>
    </w:p>
    <w:p>
      <w:r>
        <w:rPr>
          <w:b/>
        </w:rPr>
        <w:t xml:space="preserve">[08:52] </w:t>
      </w:r>
      <w:r>
        <w:t>yeh marifat potential ke taur par har insan ke andar maujood hai. insan ka kaam yeh hai ke tadabbur aur ghaur o fikr ke zariye woh is potential ko actual banaye.</w:t>
      </w:r>
    </w:p>
    <w:p>
      <w:pPr>
        <w:jc w:val="right"/>
      </w:pPr>
      <w:r>
        <w:t>یہ معرفت پوٹینشل کے طور پر ہر انسان کے اندر موجود ہے۔ انسان کا کام یہ ہے کہ تدبر اور غور و فکر کے ذریعے وہ اس پوٹینشل کو ایکچوئل بنائے۔</w:t>
      </w:r>
    </w:p>
    <w:p>
      <w:r>
        <w:rPr>
          <w:b/>
        </w:rPr>
        <w:t xml:space="preserve">[09:05] </w:t>
      </w:r>
      <w:r>
        <w:t>woh apne bil qawa عارف hone ko daryaft kare aur fikri jahad ke zariye is bil qawa ko bil feal bana le.</w:t>
      </w:r>
    </w:p>
    <w:p>
      <w:pPr>
        <w:jc w:val="right"/>
      </w:pPr>
      <w:r>
        <w:t>وہ اپنے بالقوہ عارف ہونے کو دریافت کرے اور فکری جدوجہد کے ذریعے اس بالقوہ کو بالفعل بنا لے۔</w:t>
      </w:r>
    </w:p>
    <w:p>
      <w:r>
        <w:rPr>
          <w:b/>
        </w:rPr>
        <w:t xml:space="preserve">[09:14] </w:t>
      </w:r>
      <w:r>
        <w:t>Allah ki marifat khaliq e kainat ki marifat hai. khaliq e kainat ki marifat sare uloom ka khazana hai.</w:t>
      </w:r>
    </w:p>
    <w:p>
      <w:pPr>
        <w:jc w:val="right"/>
      </w:pPr>
      <w:r>
        <w:t>اللہ کی معرفت خالق کائنات کی معرفت ہے۔ خالق کائنات کی معرفت سارے علوم کا خزانہ ہے۔</w:t>
      </w:r>
    </w:p>
    <w:p>
      <w:r>
        <w:rPr>
          <w:b/>
        </w:rPr>
        <w:t xml:space="preserve">[09:24] </w:t>
      </w:r>
      <w:r>
        <w:t>jisko khaliq ki marifat hasil ho gayi, usko tamam cheezon ki marifat hasil ho gayi. jisko khaliq ki marifat hasil nahi hui, woh uloom ke sar chashme se be bahra rahega.</w:t>
      </w:r>
    </w:p>
    <w:p>
      <w:pPr>
        <w:jc w:val="right"/>
      </w:pPr>
      <w:r>
        <w:t>جس کو خالق کی معرفت حاصل ہوگئی، اس کو تمام چیزوں کی معرفت حاصل ہوگئی۔ جس کو خالق کی معرفت حاصل نہیں ہوئی، وہ علوم کے سرچشمے سے بے بہرہ رہے گا۔</w:t>
      </w:r>
    </w:p>
    <w:p>
      <w:r>
        <w:rPr>
          <w:b/>
        </w:rPr>
        <w:t xml:space="preserve">[09:36] </w:t>
      </w:r>
      <w:r>
        <w:t>ek aalim ne madaris ke talba ko khitab karte hue kaha ke uloom ke siray pakriye, yeh ek mubham baat hai. sahi baat yeh hai ke khaliq ki marifat hasil kijiye aur phir aap tamam uloom ke عارف ban jayenge.</w:t>
      </w:r>
    </w:p>
    <w:p>
      <w:pPr>
        <w:jc w:val="right"/>
      </w:pPr>
      <w:r>
        <w:t>ایک عالم نے مدارس کے طلبہ کو خطاب کرتے ہوئے کہا کہ علوم کے سرے پکڑیئے، یہ ایک مبہم بات ہے۔ صحیح بات یہ ہے کہ خالق کی معرفت حاصل کیجئے اور پھر آپ تمام علوم کے عارف بن جائیں گے۔</w:t>
      </w:r>
    </w:p>
    <w:p>
      <w:r>
        <w:rPr>
          <w:b/>
        </w:rPr>
        <w:t xml:space="preserve">[09:54] </w:t>
      </w:r>
      <w:r>
        <w:t>is ke baad tamam uloom ke siray aap ki pakar mein aajayenge. aap ko woh furqan mil jayega jo aap ke andar sahi aur galat ki tameez paida kar dega.</w:t>
      </w:r>
    </w:p>
    <w:p>
      <w:pPr>
        <w:jc w:val="right"/>
      </w:pPr>
      <w:r>
        <w:t>اس کے بعد تمام علوم کے سرے آپ کی پکڑ میں آجائیں گے۔ آپ کو وہ فرقان مل جائے گا جو آپ کے اندر صحیح اور غلط کی تمیز پیدا کر دے گا۔</w:t>
      </w:r>
    </w:p>
    <w:p>
      <w:r>
        <w:rPr>
          <w:b/>
        </w:rPr>
        <w:t xml:space="preserve">[10:06] </w:t>
      </w:r>
      <w:r>
        <w:t>isi haqeeqat ko Quran ki ek ayat mein is tarah bayan kiya gaya hai: "wattaqullah wayualimukumullah wallahu bikulli shay'in aleem".</w:t>
      </w:r>
    </w:p>
    <w:p>
      <w:pPr>
        <w:jc w:val="right"/>
      </w:pPr>
      <w:r>
        <w:t>اسی حقیقت کو قرآن کی ایک آیت میں اس طرح بیان کیا گیا ہے: "واتقوا اللہ ويعلمکم اللہ واللہ بکل شیء علیم"۔</w:t>
      </w:r>
    </w:p>
    <w:p>
      <w:r>
        <w:rPr>
          <w:b/>
        </w:rPr>
        <w:t xml:space="preserve">[10:17] </w:t>
      </w:r>
      <w:r>
        <w:t>yani Allah se daro, Allah tum ko sikhata hai aur Allah har cheez ka janne wala hai.</w:t>
      </w:r>
    </w:p>
    <w:p>
      <w:pPr>
        <w:jc w:val="right"/>
      </w:pPr>
      <w:r>
        <w:t>یعنی اللہ سے ڈرو، اللہ تم کو سکھاتا ہے اور اللہ ہر چیز کا جاننے والا ہے۔</w:t>
      </w:r>
    </w:p>
    <w:p>
      <w:r>
        <w:rPr>
          <w:b/>
        </w:rPr>
        <w:t xml:space="preserve">[10:28] </w:t>
      </w:r>
      <w:r>
        <w:t>Allah ki toufeeq. Islam ki taleemat mein se ek taleem woh hai jis ko toufeeq ilahi kaha jata hai.</w:t>
      </w:r>
    </w:p>
    <w:p>
      <w:pPr>
        <w:jc w:val="right"/>
      </w:pPr>
      <w:r>
        <w:t>اللہ کی توفیق۔ اسلام کی تعلیمات میں سے ایک تعلیم وہ ہے جس کو توفیق الہی کہا جاتا ہے۔</w:t>
      </w:r>
    </w:p>
    <w:p>
      <w:r>
        <w:rPr>
          <w:b/>
        </w:rPr>
        <w:t xml:space="preserve">[10:38] </w:t>
      </w:r>
      <w:r>
        <w:t>yani insan is dunya mein jab bhi koi kaam karta hai to woh Allah ki toufeeq se karta hai. yani Allah jab kisi insan ke andar isti'dad dekhta hai to woh us ko toufeeq ata karta hai.</w:t>
      </w:r>
    </w:p>
    <w:p>
      <w:pPr>
        <w:jc w:val="right"/>
      </w:pPr>
      <w:r>
        <w:t>یعنی انسان اس دنیا میں جب بھی کوئی کام کرتا ہے تو وہ اللہ کی توفیق سے کرتا ہے۔ یعنی اللہ جب کسی انسان کے اندر استعداد دیکھتا ہے تو وہ اس کو توفیق عطا کرتا ہے۔</w:t>
      </w:r>
    </w:p>
    <w:p>
      <w:r>
        <w:rPr>
          <w:b/>
        </w:rPr>
        <w:t xml:space="preserve">[10:53] </w:t>
      </w:r>
      <w:r>
        <w:t>phir woh Allah ki toufeeq se apne maqsad mein kamyab ho jata hai. yeh log agar aqalliyat mein hon tab bhi woh apni khusoosi mansooba bandi se kamyab hote hain kyunke un ke halaat un ke zehan ke band darwaze kholte hain.</w:t>
      </w:r>
    </w:p>
    <w:p>
      <w:pPr>
        <w:jc w:val="right"/>
      </w:pPr>
      <w:r>
        <w:t>پھر وہ اللہ کی توفیق سے اپنے مقصد میں کامیاب ہو جاتا ہے۔ یہ لوگ اگر اقلیت میں ہوں تب بھی وہ اپنی خصوصی منصوبہ بندی سے کامیاب ہوتے ہیں کیونکہ ان کے حالات ان کے ذہن کے بند دروازے کھولتے ہیں۔</w:t>
      </w:r>
    </w:p>
    <w:p>
      <w:r>
        <w:rPr>
          <w:b/>
        </w:rPr>
        <w:t xml:space="preserve">[11:10] </w:t>
      </w:r>
      <w:r>
        <w:t>woh apne ghair mamooli halaat mein bhi aisi baat daryaft kar lete hain jo log aam halaat mein daryaft nahi kar paate.</w:t>
      </w:r>
    </w:p>
    <w:p>
      <w:pPr>
        <w:jc w:val="right"/>
      </w:pPr>
      <w:r>
        <w:t>وہ اپنے غیر معمولی حالات میں بھی ایسی بات دریافت کر لیتے ہیں جو لوگ عام حالات میں دریافت نہیں کر پاتے۔</w:t>
      </w:r>
    </w:p>
    <w:p>
      <w:r>
        <w:rPr>
          <w:b/>
        </w:rPr>
        <w:t xml:space="preserve">[11:20] </w:t>
      </w:r>
      <w:r>
        <w:t>insan ko is dunya mein kamil azadi mili hai. woh jis tarah chahe amal kare, jis tarah chahe na kare. lekin jis dunya mein insan ko amal karna hai, woh dunya Allah ki banai hui dunya hai.</w:t>
      </w:r>
    </w:p>
    <w:p>
      <w:pPr>
        <w:jc w:val="right"/>
      </w:pPr>
      <w:r>
        <w:t>انسان کو اس دنیا میں کامل آزادی ملی ہے۔ وہ جس طرح چاہے عمل کرے، جس طرح چاہے نہ کرے۔ لیکن جس دنیا میں انسان کو عمل کرنا ہے، وہ دنیا اللہ کی بنائی ہوئی دنیا ہے۔</w:t>
      </w:r>
    </w:p>
    <w:p>
      <w:r>
        <w:rPr>
          <w:b/>
        </w:rPr>
        <w:t xml:space="preserve">[11:36] </w:t>
      </w:r>
      <w:r>
        <w:t>insan ke bahar ki poori dunya kamil taur par Allah ki takhleeq hai. is liye zaroori hai ke insan jab kuch karna chahe to kharji dunya is ke sath musa'adat, yani support kare.</w:t>
      </w:r>
    </w:p>
    <w:p>
      <w:pPr>
        <w:jc w:val="right"/>
      </w:pPr>
      <w:r>
        <w:t>انسان کے باہر کی پوری دنیا کامل طور پر اللہ کی تخلیق ہے۔ اس لیے ضروری ہے کہ انسان جب کچھ کرنا چاہے تو خارجی دنیا اس کے ساتھ مساعدت، یعنی سپورٹ کرے۔</w:t>
      </w:r>
    </w:p>
    <w:p>
      <w:r>
        <w:rPr>
          <w:b/>
        </w:rPr>
        <w:t xml:space="preserve">[11:50] </w:t>
      </w:r>
      <w:r>
        <w:t>is se maloom hua ke insan agarche apne amal ke liye azad hai lekin woh koi amal us waqt kar pata hai jab ke Allah ka nizam is ke sath musa'adat kare.</w:t>
      </w:r>
    </w:p>
    <w:p>
      <w:pPr>
        <w:jc w:val="right"/>
      </w:pPr>
      <w:r>
        <w:t>اس سے معلوم ہوا کہ انسان اگرچہ اپنے عمل کے لیے آزاد ہے لیکن وہ کوئی عمل اس وقت کر پاتا ہے جب کہ اللہ کا نظام اس کے ساتھ مساعدت کرے۔</w:t>
      </w:r>
    </w:p>
    <w:p>
      <w:r>
        <w:rPr>
          <w:b/>
        </w:rPr>
        <w:t xml:space="preserve">[12:04] </w:t>
      </w:r>
      <w:r>
        <w:t>isi liye insan ko hamesha Allah se madad ki dua karna chahiye kyunke is dunya mein woh koi kaam is waqt kar sakta hai jab ke us ko Allah ki madad milti rahe.</w:t>
      </w:r>
    </w:p>
    <w:p>
      <w:pPr>
        <w:jc w:val="right"/>
      </w:pPr>
      <w:r>
        <w:t>اسی لیے انسان کو ہمیشہ اللہ سے مدد کی دعا کرنا چاہیے کیونکہ اس دنیا میں وہ کوئی کام اس وقت کر سکتا ہے جب کہ اس کو اللہ کی مدد ملتی رہے۔</w:t>
      </w:r>
    </w:p>
    <w:p>
      <w:r>
        <w:rPr>
          <w:b/>
        </w:rPr>
        <w:t xml:space="preserve">[12:17] </w:t>
      </w:r>
      <w:r>
        <w:t>yahi woh haqeeqat hai jis ko tamseel ki zaban mein hadith mein is tarah bayan kiya gaya hai: "inna qulooba bani adama la baina isba'een min asabi'ir rahmani kalbi wahidin yusarrufuhu haithu yasha".</w:t>
      </w:r>
    </w:p>
    <w:p>
      <w:pPr>
        <w:jc w:val="right"/>
      </w:pPr>
      <w:r>
        <w:t>یہی وہ حقیقت ہے جس کو تمثیل کی زبان میں حدیث میں اس طرح بیان کیا گیا ہے: "انا قلوب بنی آدم کل بین اسبعین من اصابع الرحمن کقلب واحد یصرفہ حیث یشا"۔</w:t>
      </w:r>
    </w:p>
    <w:p>
      <w:r>
        <w:rPr>
          <w:b/>
        </w:rPr>
        <w:t xml:space="preserve">[12:36] </w:t>
      </w:r>
      <w:r>
        <w:t>thumma qala: "Allah musarrif al-quloob, sarraf quloobana ala ta'atik". sahih Muslim. yani tamam aulad e Adam ka dil Khuda e Rehman ki ungliyon mein se do ungli ke darmiyan hai.</w:t>
      </w:r>
    </w:p>
    <w:p>
      <w:pPr>
        <w:jc w:val="right"/>
      </w:pPr>
      <w:r>
        <w:t>ثم قال: "اللہ مصرف القلوب صرف قلوبنا علی طاعتک"۔ صحیح مسلم۔ یعنی تمام اولاد آدم کا دل خدائے رحمان کی انگلیوں میں سے دو انگلی کے درمیان ہے۔</w:t>
      </w:r>
    </w:p>
    <w:p>
      <w:r>
        <w:rPr>
          <w:b/>
        </w:rPr>
        <w:t xml:space="preserve">[12:52] </w:t>
      </w:r>
      <w:r>
        <w:t>ek dil ki tarah woh jaise chahta hai is mein tasarrruf karta hai. phir aap ne dua ki: "ae dilon mein tasarrruf karne wale, hamare dilon ko apni it'at ki taraf pher".</w:t>
      </w:r>
    </w:p>
    <w:p>
      <w:pPr>
        <w:jc w:val="right"/>
      </w:pPr>
      <w:r>
        <w:t>ایک دل کی طرح وہ جیسے چاہتا ہے اس میں تصرف کرتا ہے۔ پھر آپ نے دعا کی: "اے دلوں میں تصرف کرنے والے، ہمارے دلوں کو اپنی اطاعت کی طرف پھیر"۔</w:t>
      </w:r>
    </w:p>
    <w:p>
      <w:r>
        <w:rPr>
          <w:b/>
        </w:rPr>
        <w:t xml:space="preserve">[13:04] </w:t>
      </w:r>
      <w:r>
        <w:t>is liye aadmi ko chahiye ke woh hamesha Allah se dua karta rahe.</w:t>
      </w:r>
    </w:p>
    <w:p>
      <w:pPr>
        <w:jc w:val="right"/>
      </w:pPr>
      <w:r>
        <w:t>اس لیے آدمی کو چاہیے کہ وہ ہمیشہ اللہ سے دعا کرتا رہے۔</w:t>
      </w:r>
    </w:p>
    <w:p>
      <w:r>
        <w:rPr>
          <w:b/>
        </w:rPr>
        <w:t xml:space="preserve">[13:13] </w:t>
      </w:r>
      <w:r>
        <w:t>daudo jannat ki taraf. kisi insan ko agar sachai ki marifat ho jaye to woh bohat zyada is baat ka talib ban jayega ke uska khaliq us se razi ho jaye aur woh us ko abadi jannat mein dakhil kare.</w:t>
      </w:r>
    </w:p>
    <w:p>
      <w:pPr>
        <w:jc w:val="right"/>
      </w:pPr>
      <w:r>
        <w:t>دوڑو جنت کی طرف۔ کسی انسان کو اگر سچائی کی معرفت ہو جائے تو وہ بہت زیادہ اس بات کا طالب بن جائے گا کہ اس کا خالق اس سے راضی ہو جائے اور وہ اس کو ابدی جنت میں داخل کرے۔</w:t>
      </w:r>
    </w:p>
    <w:p>
      <w:r>
        <w:rPr>
          <w:b/>
        </w:rPr>
        <w:t xml:space="preserve">[13:31] </w:t>
      </w:r>
      <w:r>
        <w:t>is haqeeqat ko quran mein mukhtalif alfaaz mein bayan kiya gaya hai. is silsile ki ek aayat yeh hai: "wasare'u ila maghfiratin min rabbikum wajannatin 'arduhas samawatu wal'ardu 'uiddat lilmuttaqin".</w:t>
      </w:r>
    </w:p>
    <w:p>
      <w:pPr>
        <w:jc w:val="right"/>
      </w:pPr>
      <w:r>
        <w:t>اس حقیقت کو قرآن میں مختلف الفاظ میں بیان کیا گیا ہے۔ اس سلسلے کی ایک آیت یہ ہے: "وسارعوا الی مغفرۃ من ربکم وجنت ارضہ السماوات والارض وعدت للمتقین"۔</w:t>
      </w:r>
    </w:p>
    <w:p>
      <w:r>
        <w:rPr>
          <w:b/>
        </w:rPr>
        <w:t xml:space="preserve">[13:49] </w:t>
      </w:r>
      <w:r>
        <w:t>yani aur daudo apne rab ki bakhshish ki taraf aur us jannat ki taraf jis ki wus'at aasmanon aur zameen ke barabar hai.</w:t>
      </w:r>
    </w:p>
    <w:p>
      <w:pPr>
        <w:jc w:val="right"/>
      </w:pPr>
      <w:r>
        <w:t>یعنی اور دوڑو اپنے رب کی بخشش کی طرف اور اس جنت کی طرف جس کی وسعت آسمانوں اور زمین کے برابر ہے۔</w:t>
      </w:r>
    </w:p>
    <w:p>
      <w:r>
        <w:rPr>
          <w:b/>
        </w:rPr>
        <w:t xml:space="preserve">[13:58] </w:t>
      </w:r>
      <w:r>
        <w:t>wo tayyar ki gayi hai allah se darne walon ke liye. quran ki is aayat mein jo baat kahi gayi hai wo bator nateeja har us insaan ke andar paida hoti hai jo sachai ka mutalashi ho.</w:t>
      </w:r>
    </w:p>
    <w:p>
      <w:pPr>
        <w:jc w:val="right"/>
      </w:pPr>
      <w:r>
        <w:t>وہ تیار کی گئی ہے اللہ سے ڈرنے والوں کے لیے۔ قرآن کی اس آیت میں جو بات کہی گئی ہے وہ بطور نتیجہ ہر اس انسان کے اندر پیدا ہوتی ہے جو سچائی کا متلاشی ہو۔</w:t>
      </w:r>
    </w:p>
    <w:p>
      <w:r>
        <w:rPr>
          <w:b/>
        </w:rPr>
        <w:t xml:space="preserve">[14:12] </w:t>
      </w:r>
      <w:r>
        <w:t>phir wo allah rabbul alameen ko daryaft, yani discovery ke darje mein paye. jo allah ke takhleeqi naqshe, yani creation plan of god ki daryaft ke nateeje mein yeh jaan le ke is takhleeqi mansoobe ke mutabiq insaan ki kamyabi yeh hai ke wo duniya mein jannati shakhsiyat ko banaye aur maut ke baad aane wali duniya mein abadi jannat mein dakhil kiya jaye.</w:t>
      </w:r>
    </w:p>
    <w:p>
      <w:pPr>
        <w:jc w:val="right"/>
      </w:pPr>
      <w:r>
        <w:t>پھر وہ اللہ رب العالمین کو دریافت، یعنی ڈسکوری کے درجے میں پائے۔ جو اللہ کے تخلیقی نقشے، یعنی کریشن پلان آف گاڈ کی دریافت کے نتیجے میں یہ جان لے کہ اس تخلیقی منصوبے کے مطابق انسان کی کامیابی یہ ہے کہ وہ دنیا میں جنتی شخصیت کو بنائے اور موت کے بعد آنے والی دنیا میں ابدی جنت میں داخل کیا جائے۔</w:t>
      </w:r>
    </w:p>
    <w:p>
      <w:r>
        <w:rPr>
          <w:b/>
        </w:rPr>
        <w:t xml:space="preserve">[14:39] </w:t>
      </w:r>
      <w:r>
        <w:t>allah ko daryaft karna, yeh discovery darasal qadir mutlaq ke muqable mein aajiz mutlaq ki daryaft hai.</w:t>
      </w:r>
    </w:p>
    <w:p>
      <w:pPr>
        <w:jc w:val="right"/>
      </w:pPr>
      <w:r>
        <w:t>اللہ کو دریافت کرنا، یہ ڈسکوری دراصل قادر مطلق کے مقابلے میں عاجز مطلق کی دریافت ہے۔</w:t>
      </w:r>
    </w:p>
    <w:p>
      <w:r>
        <w:rPr>
          <w:b/>
        </w:rPr>
        <w:t xml:space="preserve">[14:47] </w:t>
      </w:r>
      <w:r>
        <w:t>koi aadmi apne aur allah ke muqable mein is nisbat ko daryaft kare, wo apne pure wajood ke sath is baat ka khwahishmand ban jayega ke allah us se raazi ho jaye.</w:t>
      </w:r>
    </w:p>
    <w:p>
      <w:pPr>
        <w:jc w:val="right"/>
      </w:pPr>
      <w:r>
        <w:t>کوئی آدمی اپنے اور اللہ کے مقابلے میں اس نسبت کو دریافت کرے، وہ اپنے پورے وجود کے ساتھ اس بات کا خواہش مند بن جائے گا کہ اللہ اس سے راضی ہو جائے۔</w:t>
      </w:r>
    </w:p>
    <w:p>
      <w:r>
        <w:rPr>
          <w:b/>
        </w:rPr>
        <w:t xml:space="preserve">[15:01] </w:t>
      </w:r>
      <w:r>
        <w:t>wo kisi haal mein us ko apni rehmat se mehroom na kare. isi ka naam maghfirat hai. isi tarah jis shakhs ko jannat ki daryaft ho jaye, wo dil o jaan se uska hareess ban jayega ke uska khaliq us ko abadi jannat mein dakhil kare.</w:t>
      </w:r>
    </w:p>
    <w:p>
      <w:pPr>
        <w:jc w:val="right"/>
      </w:pPr>
      <w:r>
        <w:t>وہ کسی حال میں اس کو اپنی رحمت سے محروم نہ کرے۔ اسی کا نام مغفرت ہے۔ اسی طرح جس شخص کو جنت کی دریافت ہو جائے، وہ دل و جان سے اس کا حریص بن جائے گا کہ اس کا خالق اس کو ابدی جنت میں داخل کرے۔</w:t>
      </w:r>
    </w:p>
    <w:p>
      <w:r>
        <w:rPr>
          <w:b/>
        </w:rPr>
        <w:t xml:space="preserve">[15:18] </w:t>
      </w:r>
      <w:r>
        <w:t>allah kisi haal mein us ko jannat se mehroom na kare. jannat ki taraf daudna yeh hai ke aadmi aakhri had tak jannat ka hareess ban jaye.</w:t>
      </w:r>
    </w:p>
    <w:p>
      <w:pPr>
        <w:jc w:val="right"/>
      </w:pPr>
      <w:r>
        <w:t>اللہ کسی حال میں اس کو جنت سے محروم نہ کرے۔ جنت کی طرف دوڑنا یہ ہے کہ آدمی آخری حد تک جنت کا حریص بن جائے۔</w:t>
      </w:r>
    </w:p>
    <w:p>
      <w:r>
        <w:rPr>
          <w:b/>
        </w:rPr>
        <w:t xml:space="preserve">[15:28] </w:t>
      </w:r>
      <w:r>
        <w:t>wo kisi haal mein jannat ki yaad se ghaflat mein mubtala na ho. wo jannat ko har haal mein apna aakhri maqsood bana le.</w:t>
      </w:r>
    </w:p>
    <w:p>
      <w:pPr>
        <w:jc w:val="right"/>
      </w:pPr>
      <w:r>
        <w:t>وہ کسی حال میں جنت کی یاد سے غفلت میں مبتلا نہ ہو۔ وہ جنت کو ہر حال میں اپنا آخری مقصود بنا لے۔</w:t>
      </w:r>
    </w:p>
    <w:p>
      <w:r>
        <w:rPr>
          <w:b/>
        </w:rPr>
        <w:t xml:space="preserve">[15:42] </w:t>
      </w:r>
      <w:r>
        <w:t>da'i ki spirit. surah al an'am ek makki surah hai. makki daur mein peghambar e islam sallallahu alaihi wasallam ko sakht mushkilat ka samna karna pada.</w:t>
      </w:r>
    </w:p>
    <w:p>
      <w:pPr>
        <w:jc w:val="right"/>
      </w:pPr>
      <w:r>
        <w:t>داعی کی سپرٹ۔ سورہ الانعام ایک مکی سورہ ہے۔ مکی دور میں پیغمبر اسلام صلی اللہ علیہ وسلم کو سخت مشکلات کا سامنا کرنا پڑا۔</w:t>
      </w:r>
    </w:p>
    <w:p>
      <w:r>
        <w:rPr>
          <w:b/>
        </w:rPr>
        <w:t xml:space="preserve">[15:54] </w:t>
      </w:r>
      <w:r>
        <w:t>us waqt makke ke log mushrikana mazhab par thay aur peghambar e islam ka mazhab tauheed par mabni tha. is bina par wo log aap ke dushman ban gaye.</w:t>
      </w:r>
    </w:p>
    <w:p>
      <w:pPr>
        <w:jc w:val="right"/>
      </w:pPr>
      <w:r>
        <w:t>اس وقت مکہ کے لوگ مشرکانہ مذہب پر تھے اور پیغمبر اسلام کا مذہب توحید پر مبنی تھا۔ اس بنا پر وہ لوگ آپ کے دشمن بن گئے۔</w:t>
      </w:r>
    </w:p>
    <w:p>
      <w:r>
        <w:rPr>
          <w:b/>
        </w:rPr>
        <w:t xml:space="preserve">[16:06] </w:t>
      </w:r>
      <w:r>
        <w:t>un halaat mein quran ki yeh aayat utri: "qul aghairallahi attakhidhu waliyyan fatiris samawati wal'ardi wahuwa yut'imu wala yut'amu qul inni umirtu an akuna awwala man aslam".</w:t>
      </w:r>
    </w:p>
    <w:p>
      <w:pPr>
        <w:jc w:val="right"/>
      </w:pPr>
      <w:r>
        <w:t>ان حالات میں قرآن کی یہ آیت اتری: "قل اغیر اللہ اتخذ ولی فاطر السماوات والارض وھو یطعم ولا یطعم قل انی امرت ان اكون اول من اسلم"۔</w:t>
      </w:r>
    </w:p>
    <w:p>
      <w:r>
        <w:rPr>
          <w:b/>
        </w:rPr>
        <w:t xml:space="preserve">[16:23] </w:t>
      </w:r>
      <w:r>
        <w:t>yani keho: kya main allah ke siwa kisi aur ko madadgar banaun jo ke wajood mein lane wala hai aasmanon aur zameen ka aur wo sab ko khilata hai aur us ko koi nahi khilata?</w:t>
      </w:r>
    </w:p>
    <w:p>
      <w:pPr>
        <w:jc w:val="right"/>
      </w:pPr>
      <w:r>
        <w:t>یعنی کہو: کیا میں اللہ کے سوا کسی اور کو مددگار بناؤں جو کہ وجود میں لانے والا ہے آسمانوں اور زمین کا اور وہ سب کو کھلاتا ہے اور اس کو کوئی نہیں کھلاتا؟</w:t>
      </w:r>
    </w:p>
    <w:p>
      <w:r>
        <w:rPr>
          <w:b/>
        </w:rPr>
        <w:t xml:space="preserve">[16:37] </w:t>
      </w:r>
      <w:r>
        <w:t>keho: mujh ko hukum mila hai ke main sab se pehle islam laney wala banun. quran ki yeh aayat man of mission ki spirit ko bata rahi hai.</w:t>
      </w:r>
    </w:p>
    <w:p>
      <w:pPr>
        <w:jc w:val="right"/>
      </w:pPr>
      <w:r>
        <w:t>کہو: مجھ کو حکم ملا ہے کہ میں سب سے پہلے اسلام لانے والا بنوں۔ قرآن کی یہ آیت مین آف مشن کی سپرٹ کو بتا رہی ہے۔</w:t>
      </w:r>
    </w:p>
    <w:p>
      <w:r>
        <w:rPr>
          <w:b/>
        </w:rPr>
        <w:t xml:space="preserve">[16:48] </w:t>
      </w:r>
      <w:r>
        <w:t>man of mission ki spirit hoti hai: "i will do it". doosre lafzon mein is aayat ka matlab tha: koi tauheed par na chale to main us par chalunga.</w:t>
      </w:r>
    </w:p>
    <w:p>
      <w:pPr>
        <w:jc w:val="right"/>
      </w:pPr>
      <w:r>
        <w:t>مین آف مشن کی سپرٹ ہوتی ہے: "آئی ویل ڈو اٹ"۔ دوسرے لفظوں میں اس آیت کا مطلب تھا: کوئی توحید پر نہ چلے تو میں اس پر چلوں گا۔</w:t>
      </w:r>
    </w:p>
    <w:p>
      <w:r>
        <w:rPr>
          <w:b/>
        </w:rPr>
        <w:t xml:space="preserve">[17:00] </w:t>
      </w:r>
      <w:r>
        <w:t>koi tauheed ko na apnaye to main us ko apnunga. koi tauheed parast na bane to main akela tauheed parast banunga.</w:t>
      </w:r>
    </w:p>
    <w:p>
      <w:pPr>
        <w:jc w:val="right"/>
      </w:pPr>
      <w:r>
        <w:t>کوئی توحید کو نہ اپنائے تو میں اس کو اپناؤں گا۔ کوئی توحید پرست نہ بنے تو میں اکیلا توحید پرست بنوں گا۔</w:t>
      </w:r>
    </w:p>
    <w:p>
      <w:r>
        <w:rPr>
          <w:b/>
        </w:rPr>
        <w:t xml:space="preserve">[17:09] </w:t>
      </w:r>
      <w:r>
        <w:t>koi is mission ke liye na uthe to main us ke liye uthunga. da'i us insaan ka naam hai jo nateeje ko na dekhe balke sirf apni zimmedariyon ko dekhe.</w:t>
      </w:r>
    </w:p>
    <w:p>
      <w:pPr>
        <w:jc w:val="right"/>
      </w:pPr>
      <w:r>
        <w:t>کوئی اس مشن کے لیے نہ اٹھے تو میں اس کے لیے اٹھوں گا۔ داعی اس انسان کا نام ہے جو نتیجے کو نہ دیکھے بلکہ صرف اپنی ذمہ داریوں کو دیکھے۔</w:t>
      </w:r>
    </w:p>
    <w:p>
      <w:r>
        <w:rPr>
          <w:b/>
        </w:rPr>
        <w:t xml:space="preserve">[17:21] </w:t>
      </w:r>
      <w:r>
        <w:t>jo is spirit ke sath kaam kare ke duniya mein mera koi haq nahi, yahan meri sirf zimmedariyan hi zimmedariyan hain. da'i us insaan ka naam hai jisko apne amal ka nateeja mile tab bhi wo sar'garm rahe.</w:t>
      </w:r>
    </w:p>
    <w:p>
      <w:pPr>
        <w:jc w:val="right"/>
      </w:pPr>
      <w:r>
        <w:t>جو اس سپرٹ کے ساتھ کام کرے کہ دنیا میں میرا کوئی حق نہیں، یہاں میری صرف ذمہ داریاں ہی ذمہ داریاں ہیں۔ داعی اس انسان کا نام ہے جس کو اپنے عمل کا نتیجہ ملے تب بھی وہ سرگرم رہے۔</w:t>
      </w:r>
    </w:p>
    <w:p>
      <w:r>
        <w:rPr>
          <w:b/>
        </w:rPr>
        <w:t xml:space="preserve">[17:36] </w:t>
      </w:r>
      <w:r>
        <w:t>aur agar us ko apne amal ka nateeja na mile tab bhi us ki sar'garmian isi spirit ke sath jaari rahen. da'i ki kamyabi yeh hai ke uska rab us se raazi ho jaye.</w:t>
      </w:r>
    </w:p>
    <w:p>
      <w:pPr>
        <w:jc w:val="right"/>
      </w:pPr>
      <w:r>
        <w:t>اور اگر اس کو اپنے عمل کا نتیجہ نہ ملے تب بھی اس کی سرگرمیاں اسی سپرٹ کے ساتھ جاری رہیں۔ داعی کی کامیابی یہ ہے کہ اس کا رب اس سے راضی ہو جائے۔</w:t>
      </w:r>
    </w:p>
    <w:p>
      <w:r>
        <w:rPr>
          <w:b/>
        </w:rPr>
        <w:t xml:space="preserve">[17:49] </w:t>
      </w:r>
      <w:r>
        <w:t>da'i ki kamyabi yeh hai ke us ke dil se insaan ki khair khwahi kabhi khatm na ho. da'i ka safar duniya se shuru hota hai aur wo sirf wahan khatm hota hai jahan se akhirat ki abadi duniya shuru ho jati hai.</w:t>
      </w:r>
    </w:p>
    <w:p>
      <w:pPr>
        <w:jc w:val="right"/>
      </w:pPr>
      <w:r>
        <w:t>داعی کی کامیابی یہ ہے کہ اس کے دل سے انسان کی خیر خواہی کبھی ختم نہ ہو۔ داعی کا سفر دنیا سے شروع ہوتا ہے اور وہ صرف وہاں ختم ہوتا ہے جہاں سے آخرت کی ابدی دنیا شروع ہو جاتی ہے۔</w:t>
      </w:r>
    </w:p>
    <w:p>
      <w:r>
        <w:rPr>
          <w:b/>
        </w:rPr>
        <w:t xml:space="preserve">[18:11] </w:t>
      </w:r>
      <w:r>
        <w:t>rijz se a'iraz. makke ke ibtedai daur mein peghambar e islam sallallahu alaihi wasallam par yeh hukum utra ke logon ke darmiyan inzar ka kaam karo.</w:t>
      </w:r>
    </w:p>
    <w:p>
      <w:pPr>
        <w:jc w:val="right"/>
      </w:pPr>
      <w:r>
        <w:t>رج سے اعراض۔ مکہ کے ابتدائی دور میں پیغمبر اسلام صلی اللہ علیہ وسلم پر یہ حکم اترا کہ لوگوں کے درمیان انظار کا کام کرو۔</w:t>
      </w:r>
    </w:p>
    <w:p>
      <w:r>
        <w:rPr>
          <w:b/>
        </w:rPr>
        <w:t xml:space="preserve">[18:25] </w:t>
      </w:r>
      <w:r>
        <w:t>is silsile mein ek mazeed hukum diya gaya: "warjuz fahjur". yani rijz ko chhod do. rijz ko chhodne ka matlab yeh hai ke rijz se a'iraz karte hue apne mission ka kaam misbat tor par jaari rakho.</w:t>
      </w:r>
    </w:p>
    <w:p>
      <w:pPr>
        <w:jc w:val="right"/>
      </w:pPr>
      <w:r>
        <w:t>اس سلسلے میں ایک مزید حکم دیا گیا: "ورج فحجر"۔ یعنی رجس کو چھوڑ دو۔ رجس کو چھوڑنے کا مطلب یہ ہے کہ رجس سے اعراض کرتے ہوئے اپنے مشن کا کام مثبت طور پر جاری رکھو۔</w:t>
      </w:r>
    </w:p>
    <w:p>
      <w:r>
        <w:rPr>
          <w:b/>
        </w:rPr>
        <w:t xml:space="preserve">[18:43] </w:t>
      </w:r>
      <w:r>
        <w:t>rijz ka lafzi matlab hai gandagi, yani dirt. mazeed ghaur karne se maloom hota hai ke is ka matlab yeh hai ke rukawat wali cheezon se na ulajhte hue apna kaam jaari rakho.</w:t>
      </w:r>
    </w:p>
    <w:p>
      <w:pPr>
        <w:jc w:val="right"/>
      </w:pPr>
      <w:r>
        <w:t>رجس کا لفظی مطلب ہے گندگی، یعنی ڈرٹ۔ مزید غور کرنے سے معلوم ہوتا ہے کہ اس کا مطلب یہ ہے کہ رکاوٹ والی چیزوں سے نہ الجھتے ہوئے اپنا کام جاری رکھو۔</w:t>
      </w:r>
    </w:p>
    <w:p>
      <w:r>
        <w:rPr>
          <w:b/>
        </w:rPr>
        <w:t xml:space="preserve">[18:56] </w:t>
      </w:r>
      <w:r>
        <w:t>authority se takrao na karte hue apna mission mumkin hudood mein pur'aman tor par jaari rakho. be'nateja amal se door rehte hue nateeja khez sar'garmion mein apni koshish sirf karo.</w:t>
      </w:r>
    </w:p>
    <w:p>
      <w:pPr>
        <w:jc w:val="right"/>
      </w:pPr>
      <w:r>
        <w:t>اتھارٹی سے ٹکراؤ نہ کرتے ہوئے اپنا مشن ممکن حدود میں پرامن طور پر جاری رکھو۔ بے نتیجہ عمل سے دور رہتے ہوئے نتیجہ خیز سرگرمیوں میں اپنی کوشش صرف کرو۔</w:t>
      </w:r>
    </w:p>
    <w:p>
      <w:r>
        <w:rPr>
          <w:b/>
        </w:rPr>
        <w:t xml:space="preserve">[19:12] </w:t>
      </w:r>
      <w:r>
        <w:t>aam taur par dekha gaya hai ke log jab kisi maqsad ke liye uthte hain to sab se pehle rukawaton se ladna shuru kar dete hain. wo authority se takrao ko apne amal ka aaghaz samajh lete hain.</w:t>
      </w:r>
    </w:p>
    <w:p>
      <w:pPr>
        <w:jc w:val="right"/>
      </w:pPr>
      <w:r>
        <w:t>عام طور پر دیکھا گیا ہے کہ لوگ جب کسی مقصد کے لیے اٹھتے ہیں تو سب سے پہلے رکاوٹوں سے لڑنا شروع کر دیتے ہیں۔ وہ اتھارٹی سے ٹکراؤ کو اپنے عمل کا آغاز سمجھ لیتے ہیں۔</w:t>
      </w:r>
    </w:p>
    <w:p>
      <w:r>
        <w:rPr>
          <w:b/>
        </w:rPr>
        <w:t xml:space="preserve">[19:25] </w:t>
      </w:r>
      <w:r>
        <w:t>is tarah logon ki taqaten zaya hoti hain. nafrat aur tashaddud barhta hai. manfi sar'garmion ko farogh pati hain.</w:t>
      </w:r>
    </w:p>
    <w:p>
      <w:pPr>
        <w:jc w:val="right"/>
      </w:pPr>
      <w:r>
        <w:t>اس طرح لوگوں کی طاقتیں ضائع ہوتی ہیں۔ نفرت اور تشدد بڑھتا ہے۔ منفی سرگرمیاں فروغ پاتی ہیں۔</w:t>
      </w:r>
    </w:p>
    <w:p>
      <w:r>
        <w:rPr>
          <w:b/>
        </w:rPr>
        <w:t xml:space="preserve">[19:34] </w:t>
      </w:r>
      <w:r>
        <w:t>lekin musbat sar'garmion ko farogh panay ka moqa nahi milta. jo milnay wali cheez hai us ko hasil karnay ki koshish nahi ki jati.</w:t>
      </w:r>
    </w:p>
    <w:p>
      <w:pPr>
        <w:jc w:val="right"/>
      </w:pPr>
      <w:r>
        <w:t>لیکن مثبت سرگرمیوں کو فروغ پانے کا موقع نہیں ملتا۔ جو ملنے والی چیز ہے اس کو حاصل کرنے کی کوشش نہیں کی جاتی۔</w:t>
      </w:r>
    </w:p>
    <w:p>
      <w:r>
        <w:rPr>
          <w:b/>
        </w:rPr>
        <w:t xml:space="preserve">[19:44] </w:t>
      </w:r>
      <w:r>
        <w:t>albata jo cheez milnay wali nahi us par sari taqat kharch kar di jati hai. yeh bilashuba ghair hakimana tareeqa hai.</w:t>
      </w:r>
    </w:p>
    <w:p>
      <w:pPr>
        <w:jc w:val="right"/>
      </w:pPr>
      <w:r>
        <w:t>البتہ جو چیز ملنے والی نہیں اس پر ساری طاقت خرچ کر دی جاتی ہے۔ یہ بلاشبہ غیر حکیمانہ طریقہ ہے۔</w:t>
      </w:r>
    </w:p>
    <w:p>
      <w:r>
        <w:rPr>
          <w:b/>
        </w:rPr>
        <w:t xml:space="preserve">[19:53] </w:t>
      </w:r>
      <w:r>
        <w:t>lekin poori tareekh mein log isi tareeqay par amal karte rahe hain. asal yeh hai ke har soorat'haal mein moqay, yaani opportunities, mojood rehte hain.</w:t>
      </w:r>
    </w:p>
    <w:p>
      <w:pPr>
        <w:jc w:val="right"/>
      </w:pPr>
      <w:r>
        <w:t>لیکن پوری تاریخ میں لوگ اسی طریقے پر عمل کرتے رہے ہیں۔ اصل یہ ہے کہ ہر صورتحال میں مواقع، یعنی اپرچونیٹیز، موجود رہتے ہیں۔</w:t>
      </w:r>
    </w:p>
    <w:p>
      <w:r>
        <w:rPr>
          <w:b/>
        </w:rPr>
        <w:t xml:space="preserve">[20:05] </w:t>
      </w:r>
      <w:r>
        <w:t>moqay ko istemal kar ke foran hi natija khez amal shuru kiya ja sakta hai. lekin ghair danishmandana soch ki bina par logon ka dhiyan foran masail, yaani problems, ki taraf chala jata hai.</w:t>
      </w:r>
    </w:p>
    <w:p>
      <w:pPr>
        <w:jc w:val="right"/>
      </w:pPr>
      <w:r>
        <w:t>مواقع کو استعمال کر کے فوراً ہی نتیجہ خیز عمل شروع کیا جا سکتا ہے۔ لیکن غیر دانشمندانہ سوچ کی بنا پر لوگوں کا دھیان فوراً مسائل، یعنی پرابلمز، کی طرف چلا جاتا ہے۔</w:t>
      </w:r>
    </w:p>
    <w:p>
      <w:r>
        <w:rPr>
          <w:b/>
        </w:rPr>
        <w:t xml:space="preserve">[20:20] </w:t>
      </w:r>
      <w:r>
        <w:t>is mamlay mein quran ne aik aisi rehnumai di jo sirtasar danishmandi par qaim hai. yaani masail aur moqay ko aik doosray se delink karna.</w:t>
      </w:r>
    </w:p>
    <w:p>
      <w:pPr>
        <w:jc w:val="right"/>
      </w:pPr>
      <w:r>
        <w:t>اس معاملے میں قرآن نے ایک ایسی رہنمائی دی جو سرتاسر دانشمندی پر قائم ہے۔ یعنی مسائل اور مواقع کو ایک دوسرے سے ڈی لنک کرنا۔</w:t>
      </w:r>
    </w:p>
    <w:p>
      <w:r>
        <w:rPr>
          <w:b/>
        </w:rPr>
        <w:t xml:space="preserve">[20:32] </w:t>
      </w:r>
      <w:r>
        <w:t>masail ko nazar andaaz karte hue moqay ko istemal karna. ignore da problem, avail da opportunity.</w:t>
      </w:r>
    </w:p>
    <w:p>
      <w:pPr>
        <w:jc w:val="right"/>
      </w:pPr>
      <w:r>
        <w:t>مسائل کو نظر انداز کرتے ہوئے مواقع کو استعمال کرنا۔ اگنور دا پرابلم، اویل دا اپرچونیٹی۔</w:t>
      </w:r>
    </w:p>
    <w:p>
      <w:r>
        <w:rPr>
          <w:b/>
        </w:rPr>
        <w:t xml:space="preserve">[20:44] </w:t>
      </w:r>
      <w:r>
        <w:t>sajda dour akhir mein. aakhri zamanay ke baray mein peghambar-e-islam sallallahu alaihi wasallam ki aik peshangoi hadees mein in alfaaz mein aai hai: "la taqoomu al-sa'atu hatta takuna al-sajdatu al-wahidatu khayran min al-dunya wa ma fiha mawared al-zamaan".</w:t>
      </w:r>
    </w:p>
    <w:p>
      <w:pPr>
        <w:jc w:val="right"/>
      </w:pPr>
      <w:r>
        <w:t>سجدہ دور آخر میں۔ آخری زمانے کے بارے میں پیغمبر اسلام صلی اللہ علیہ وسلم کی ایک پیشنگوئی حدیث میں ان الفاظ میں آئی ہے: "لا تقوم الساعت حتیٰ تکون السجدۃ الواحدة خیرا من الدنیا وما فیہا موارد الظمآن"۔</w:t>
      </w:r>
    </w:p>
    <w:p>
      <w:r>
        <w:rPr>
          <w:b/>
        </w:rPr>
        <w:t xml:space="preserve">[21:06] </w:t>
      </w:r>
      <w:r>
        <w:t>yaani qyamat is waqt tak qaim nahi hogi jab tak yeh haal na ho jaye ke aik sajda dunya aur us ki tamam cheezon se behtar ban jaye.</w:t>
      </w:r>
    </w:p>
    <w:p>
      <w:pPr>
        <w:jc w:val="right"/>
      </w:pPr>
      <w:r>
        <w:t>یعنی قیامت اس وقت تک قائم نہیں ہوگی جب تک یہ حال نہ ہو جائے کہ ایک سجدہ دنیا اور اس کی تمام چیزوں سے بہتر بن جائے۔</w:t>
      </w:r>
    </w:p>
    <w:p>
      <w:r>
        <w:rPr>
          <w:b/>
        </w:rPr>
        <w:t xml:space="preserve">[21:16] </w:t>
      </w:r>
      <w:r>
        <w:t>is hadees mein sajda apnay lafzi mani mein nahi hai balkay woh haqeeqi sajda ke mani mein hai. aik aur hadees mein aaya hai ke aakhri zamanay mein masjidain namaziyon se bhari hongi jabkay woh hidayat se khali hongi.</w:t>
      </w:r>
    </w:p>
    <w:p>
      <w:pPr>
        <w:jc w:val="right"/>
      </w:pPr>
      <w:r>
        <w:t>اس حدیث میں سجدہ اپنے لفظی معنی میں نہیں ہے بلکہ وہ حقیقی سجدہ کے معنی میں ہے۔ ایک اور حدیث میں آیا ہے کہ آخری زمانے میں مسجدیں نمازیوں سے بھری ہوں گی جبکہ وہ ہدایت سے خالی ہوں گی۔</w:t>
      </w:r>
    </w:p>
    <w:p>
      <w:r>
        <w:rPr>
          <w:b/>
        </w:rPr>
        <w:t xml:space="preserve">[21:32] </w:t>
      </w:r>
      <w:r>
        <w:t>is liye mazkoora hadees mein sajda lafzi mani mein nahi ho sakta balkay yahan sajday ka lafz apnay haqeeqi mani ke aitbar se hai.</w:t>
      </w:r>
    </w:p>
    <w:p>
      <w:pPr>
        <w:jc w:val="right"/>
      </w:pPr>
      <w:r>
        <w:t>اس لیے مذکورہ حدیث میں سجدہ لفظی معنی میں نہیں ہو سکتا بلکہ یہاں سجدے کا لفظ اپنے حقیقی معنی کے اعتبار سے ہے۔</w:t>
      </w:r>
    </w:p>
    <w:p>
      <w:r>
        <w:rPr>
          <w:b/>
        </w:rPr>
        <w:t xml:space="preserve">[21:41] </w:t>
      </w:r>
      <w:r>
        <w:t>haqeeqi sajda woh hai jo sajday ki spirit se bhara hua ho. is mein aadmi apnay aap ko khuda ke qareeb mehsoos karne lagay.</w:t>
      </w:r>
    </w:p>
    <w:p>
      <w:pPr>
        <w:jc w:val="right"/>
      </w:pPr>
      <w:r>
        <w:t>حقیقی سجدہ وہ ہے جو سجدے کی سپرٹ سے بھرا ہوا ہو۔ اس میں آدمی اپنے آپ کو خدا کے قریب محسوس کرنے لگے۔</w:t>
      </w:r>
    </w:p>
    <w:p>
      <w:r>
        <w:rPr>
          <w:b/>
        </w:rPr>
        <w:t xml:space="preserve">[21:50] </w:t>
      </w:r>
      <w:r>
        <w:t>aakhri zamanay mein log is qism ke sajday se mehroom ho jayenge. is ka sabab yeh hoga ke us waqt logon ka sab se bara concern sajda nahi rahega balkay madi interest un ka sab se bara concern ban jayega.</w:t>
      </w:r>
    </w:p>
    <w:p>
      <w:pPr>
        <w:jc w:val="right"/>
      </w:pPr>
      <w:r>
        <w:t>آخری زمانے میں لوگ اس قسم کے سجدے سے محروم ہو جائیں گے۔ اس کا سبب یہ ہوگا کہ اس وقت لوگوں کا سب سے بڑا کنسرن سجدہ نہیں رہے گا بلکہ مادی انٹرسٹ ان کا سب سے بڑا کنسرن بن جائے گا۔</w:t>
      </w:r>
    </w:p>
    <w:p>
      <w:r>
        <w:rPr>
          <w:b/>
        </w:rPr>
        <w:t xml:space="preserve">[22:06] </w:t>
      </w:r>
      <w:r>
        <w:t>woh rasmi tor par bazahir sajda karenge lekin un ka dil Allah ke ilawa kahin aur atka hua hoga. bazahir zameen par woh apna sar rakhenge lekin un ke dil mein na Allah ki mohabbat hogi aur na Allah ka khauf hoga.</w:t>
      </w:r>
    </w:p>
    <w:p>
      <w:pPr>
        <w:jc w:val="right"/>
      </w:pPr>
      <w:r>
        <w:t>وہ رسمی طور پر بظاہر سجدہ کریں گے لیکن ان کا دل اللہ کے علاوہ کہیں اور اٹکا ہوا ہوگا۔ بظاہر زمین پر وہ اپنا سر رکھیں گے لیکن ان کے دل میں نہ اللہ کی محبت ہوگی اور نہ اللہ کا خوف ہوگا۔</w:t>
      </w:r>
    </w:p>
    <w:p>
      <w:r>
        <w:rPr>
          <w:b/>
        </w:rPr>
        <w:t xml:space="preserve">[22:25] </w:t>
      </w:r>
      <w:r>
        <w:t>yeh zamana azeem fitnay ka zamana hoga. aisi halat mein sachaa sajda sirf us shakhs ko hasil hoga jo apni soch ke aitbar se apnay aap ko zamanay se oopar uthaye.</w:t>
      </w:r>
    </w:p>
    <w:p>
      <w:pPr>
        <w:jc w:val="right"/>
      </w:pPr>
      <w:r>
        <w:t>یہ زمانہ عظیم فتنے کا زمانہ ہوگا۔ ایسی حالت میں سچا سجدہ صرف اس شخص کو حاصل ہوگا جو اپنی سوچ کے اعتبار سے اپنے آپ کو زمانے سے اوپر اٹھائے۔</w:t>
      </w:r>
    </w:p>
    <w:p>
      <w:r>
        <w:rPr>
          <w:b/>
        </w:rPr>
        <w:t xml:space="preserve">[22:40] </w:t>
      </w:r>
      <w:r>
        <w:t>jo bhulanay wali cheezon se alag ho kar Allah ko yaad kar sakay. jo dajali tazeenat ka parda phaar kar Allah ko daryaft karay.</w:t>
      </w:r>
    </w:p>
    <w:p>
      <w:pPr>
        <w:jc w:val="right"/>
      </w:pPr>
      <w:r>
        <w:t>جو بھلانے والی چیزوں سے الگ ہو کر اللہ کو یاد کر سکے۔ جو دجالی تزئینات کا پردہ پھاڑ کر اللہ کو دریافت کرے۔</w:t>
      </w:r>
    </w:p>
    <w:p>
      <w:r>
        <w:rPr>
          <w:b/>
        </w:rPr>
        <w:t xml:space="preserve">[22:51] </w:t>
      </w:r>
      <w:r>
        <w:t>jo apnay aap ko is qabil banaye ke is ka sajda rasmi sajda na ho balkay woh aik aarifana sajda ban jaye.</w:t>
      </w:r>
    </w:p>
    <w:p>
      <w:pPr>
        <w:jc w:val="right"/>
      </w:pPr>
      <w:r>
        <w:t>جو اپنے آپ کو اس قابل بنائے کہ اس کا سجدہ رسمی سجدہ نہ ہو بلکہ وہ ایک عارفانہ سجدہ بن جائے۔</w:t>
      </w:r>
    </w:p>
    <w:p>
      <w:r>
        <w:rPr>
          <w:b/>
        </w:rPr>
        <w:t xml:space="preserve">[23:00] </w:t>
      </w:r>
      <w:r>
        <w:t>aisay halaat mein jo shakhs sachaa sajda karay us ka sajda bilashuba us ke liye sab se baray khair ka sabab ban jayega.</w:t>
      </w:r>
    </w:p>
    <w:p>
      <w:pPr>
        <w:jc w:val="right"/>
      </w:pPr>
      <w:r>
        <w:t>ایسے حالات میں جو شخص سچا سجدہ کرے اس کا سجدہ بلاشبہ اس کے لیے سب سے بڑے خیر کا سبب بن جائے گا۔</w:t>
      </w:r>
    </w:p>
    <w:p>
      <w:r>
        <w:rPr>
          <w:b/>
        </w:rPr>
        <w:t xml:space="preserve">[23:14] </w:t>
      </w:r>
      <w:r>
        <w:t>dil ki bemari. quran mein aik nafsiyati haqeeqat ka elaan in alfaaz mein kiya gaya hai: "fi quloobihim maradun fadadahumu Allahu maradun wa lahum 'adhabun aleemun bima kanu yakdhiboon".</w:t>
      </w:r>
    </w:p>
    <w:p>
      <w:pPr>
        <w:jc w:val="right"/>
      </w:pPr>
      <w:r>
        <w:t>دل کی بیماری۔ قرآن میں ایک نفسیاتی حقیقت کا اعلان ان الفاظ میں کیا گیا ہے: "فی قلوبہم مرض فضادہ اللہ مرض ولہم عذاب علیم بما کان یقدمون"۔</w:t>
      </w:r>
    </w:p>
    <w:p>
      <w:r>
        <w:rPr>
          <w:b/>
        </w:rPr>
        <w:t xml:space="preserve">[23:31] </w:t>
      </w:r>
      <w:r>
        <w:t>yaani un ke dilon mein rog hai to Allah ne un ke rog ko barha diya. aur un ke liye dardnak azab hai. is wajah se ke woh jhoot kehte thay.</w:t>
      </w:r>
    </w:p>
    <w:p>
      <w:pPr>
        <w:jc w:val="right"/>
      </w:pPr>
      <w:r>
        <w:t>یعنی ان کے دلوں میں روگ ہے تو اللہ نے ان کے روگ کو بڑھا دیا۔ اور ان کے لیے دردناک عذاب ہے۔ اس وجہ سے کہ وہ جھوٹ کہتے تھے۔</w:t>
      </w:r>
    </w:p>
    <w:p>
      <w:r>
        <w:rPr>
          <w:b/>
        </w:rPr>
        <w:t xml:space="preserve">[23:42] </w:t>
      </w:r>
      <w:r>
        <w:t>is aayat mein qulbi marz se murad nifaq hai. nifaq koi pur'asrar cheez nahi. woh fitrat ka aik zahira hai jo hamesha aur har ummat mein paida hota hai.</w:t>
      </w:r>
    </w:p>
    <w:p>
      <w:pPr>
        <w:jc w:val="right"/>
      </w:pPr>
      <w:r>
        <w:t>اس آیت میں قلبی مرض سے مراد نفاق ہے۔ نفاق کوئی پراسرار چیز نہیں۔ وہ فطرت کا ایک ظاہرہ ہے جو ہمیشہ اور ہر امت میں پیدا ہوتا ہے۔</w:t>
      </w:r>
    </w:p>
    <w:p>
      <w:r>
        <w:rPr>
          <w:b/>
        </w:rPr>
        <w:t xml:space="preserve">[23:54] </w:t>
      </w:r>
      <w:r>
        <w:t>nifaq kisi makhsoos qom ki ijara'dari nahi. asal yeh hai ke kisi ummat ki pehli nasal ikhlas par khari hoti hai.</w:t>
      </w:r>
    </w:p>
    <w:p>
      <w:pPr>
        <w:jc w:val="right"/>
      </w:pPr>
      <w:r>
        <w:t>نفاق کسی مخصوص قوم کی اجارہ داری نہیں۔ اصل یہ ہے کہ کسی امت کی پہلی نسل اخلاص پر کھڑی ہوتی ہے۔</w:t>
      </w:r>
    </w:p>
    <w:p>
      <w:r>
        <w:rPr>
          <w:b/>
        </w:rPr>
        <w:t xml:space="preserve">[24:03] </w:t>
      </w:r>
      <w:r>
        <w:t>lekin ummat ki baad ki naslon mein dheere dheere ikhlas kamzor ya khatam ho jata hai. ab ummat ke liye un ka deen tareekhi barhai, yaani historical glory ki cheez ban jata hai.</w:t>
      </w:r>
    </w:p>
    <w:p>
      <w:pPr>
        <w:jc w:val="right"/>
      </w:pPr>
      <w:r>
        <w:t>لیکن امت کی بعد کی نسلوں میں دھیرے دھیرے اخلاص کمزور یا ختم ہو جاتا ہے۔ اب امت کے لیے ان کا دین تاریخی بڑائی، یعنی ہسٹوریکل گلوری کی چیز بن جاتا ہے۔</w:t>
      </w:r>
    </w:p>
    <w:p>
      <w:r>
        <w:rPr>
          <w:b/>
        </w:rPr>
        <w:t xml:space="preserve">[24:17] </w:t>
      </w:r>
      <w:r>
        <w:t>woh deen ko apnay liye fakhr ka unwan bana lete hain. ummat ke afraad ki yeh nafsiyat is mein manay hoti hai ke woh apni kamzori ka etiraf karen.</w:t>
      </w:r>
    </w:p>
    <w:p>
      <w:pPr>
        <w:jc w:val="right"/>
      </w:pPr>
      <w:r>
        <w:t>وہ دین کو اپنے لیے فخر کا عنوان بنا لیتے ہیں۔ امت کے افراد کی یہ نفسیات اس میں مانع ہوتی ہے کہ وہ اپنی کمزوری کا اعتراف کریں۔</w:t>
      </w:r>
    </w:p>
    <w:p>
      <w:r>
        <w:rPr>
          <w:b/>
        </w:rPr>
        <w:t xml:space="preserve">[24:28] </w:t>
      </w:r>
      <w:r>
        <w:t>woh apni qulbi kamzori ko khoobsurat alfaaz ke zariye chhipanay ki koshish karte hain. isi halat ka naam nifaq hai. nifaq ka asal mafhoom chhipana hai.</w:t>
      </w:r>
    </w:p>
    <w:p>
      <w:pPr>
        <w:jc w:val="right"/>
      </w:pPr>
      <w:r>
        <w:t>وہ اپنی قلبی کمزوری کو خوبصورت الفاظ کے ذریعے چھپانے کی کوشش کرتے ہیں۔ اسی حالت کا نام نفاق ہے۔ نفاق کا اصل مفہوم چھپانا ہے۔</w:t>
      </w:r>
    </w:p>
    <w:p>
      <w:r>
        <w:rPr>
          <w:b/>
        </w:rPr>
        <w:t xml:space="preserve">[24:39] </w:t>
      </w:r>
      <w:r>
        <w:t>isi liye surang ko nafq kehte hain. yeh lafz jangli chuhe ke liye bhi istemal hota hai jo khatre ke waqt apne aap ko bil mein chhupa leta hai.</w:t>
      </w:r>
    </w:p>
    <w:p>
      <w:pPr>
        <w:jc w:val="right"/>
      </w:pPr>
      <w:r>
        <w:t>اسی لیے سرنگ کو نفق کہتے ہیں۔ یہ لفظ جنگلی چوہے کے لیے بھی استعمال ہوتا ہے جو خطرے کے وقت اپنے آپ کو بل میں چھپا لیتا ہے۔</w:t>
      </w:r>
    </w:p>
    <w:p>
      <w:r>
        <w:rPr>
          <w:b/>
        </w:rPr>
        <w:t xml:space="preserve">[24:50] </w:t>
      </w:r>
      <w:r>
        <w:t>insan ki nisbat se jab yeh lafz bola jaye to is se murad dohra kirdaar ya double standard hai. yani aisa insan jo haqeeqat ke aitbar se deen se door ho gaya ho lekin khoobsurat alfaaz ke zariye apne aap ko deendar bataye.</w:t>
      </w:r>
    </w:p>
    <w:p>
      <w:pPr>
        <w:jc w:val="right"/>
      </w:pPr>
      <w:r>
        <w:t>انسان کی نسبت سے جب یہ لفظ بولا جائے تو اس سے مراد دہرا کردار یا ڈبل سٹینڈرڈ ہے۔ یعنی ایسا انسان جو حقیقت کے اعتبار سے دین سے دور ہو گیا ہو لیکن خوبصورت الفاظ کے ذریعے اپنے آپ کو دین دار بتائے۔</w:t>
      </w:r>
    </w:p>
    <w:p>
      <w:r>
        <w:rPr>
          <w:b/>
        </w:rPr>
        <w:t xml:space="preserve">[25:08] </w:t>
      </w:r>
      <w:r>
        <w:t>doosre alfaaz mein haqeeqat ke fuqdan ki talafi khoobsurat alfaaz ke zariye karna. munafiqat ka mizaj kisi insan ke andar kyun paida hota hai?</w:t>
      </w:r>
    </w:p>
    <w:p>
      <w:pPr>
        <w:jc w:val="right"/>
      </w:pPr>
      <w:r>
        <w:t>دوسرے الفاظ میں حقیقت کے فقدان کی تلافی خوبصورت الفاظ کے ذریعے کرنا۔ منافقت کا مزاج کسی انسان کے اندر کیوں پیدا ہوتا ہے؟</w:t>
      </w:r>
    </w:p>
    <w:p>
      <w:r>
        <w:rPr>
          <w:b/>
        </w:rPr>
        <w:t xml:space="preserve">[25:20] </w:t>
      </w:r>
      <w:r>
        <w:t>woh is waqt paida hota hai jabke is ke andar Islam ki spirit baqi na ho. lekin zahiri noiyat ke kuch aamal ka izhaar kar ke woh is baat ki koshish kare ke woh poore maanon mein Islam par qaim hai.</w:t>
      </w:r>
    </w:p>
    <w:p>
      <w:pPr>
        <w:jc w:val="right"/>
      </w:pPr>
      <w:r>
        <w:t>وہ اس وقت پیدا ہوتا ہے جبکہ اس کے اندر اسلام کی سپرٹ باقی نہ ہو۔ لیکن ظاہری نوعیت کے کچھ اعمال کا اظہار کر کے وہ اس بات کی کوشش کرے کہ وہ پورے معنوں میں اسلام پر قائم ہے۔</w:t>
      </w:r>
    </w:p>
    <w:p>
      <w:r>
        <w:rPr>
          <w:b/>
        </w:rPr>
        <w:t xml:space="preserve">[25:41] </w:t>
      </w:r>
      <w:r>
        <w:t>deen aik shariat mukhtalif.</w:t>
      </w:r>
    </w:p>
    <w:p>
      <w:pPr>
        <w:jc w:val="right"/>
      </w:pPr>
      <w:r>
        <w:t>دین ایک شریعت مختلف۔</w:t>
      </w:r>
    </w:p>
    <w:p>
      <w:r>
        <w:rPr>
          <w:b/>
        </w:rPr>
        <w:t xml:space="preserve">[25:46] </w:t>
      </w:r>
      <w:r>
        <w:t>Allah Rabb-ul-Aalameen ne insan ki hidayat ke liye har zamane mein peghambar bheje. aik riwayat ke mutabiq in peghambaron ki tadad aik lakh chobis hazar hai.</w:t>
      </w:r>
    </w:p>
    <w:p>
      <w:pPr>
        <w:jc w:val="right"/>
      </w:pPr>
      <w:r>
        <w:t>اللہ رب العالمین نے انسان کی ہدایت کے لیے ہر زمانے میں پیغمبر بھیجے۔ ایک روایت کے مطابق ان پیغمبروں کی تعداد ایک لاکھ چوبیس ہزار ہے۔</w:t>
      </w:r>
    </w:p>
    <w:p>
      <w:r>
        <w:rPr>
          <w:b/>
        </w:rPr>
        <w:t xml:space="preserve">[25:59] </w:t>
      </w:r>
      <w:r>
        <w:t>Saheeh Ibn Hibban. Quran mein bataya gaya hai ke in tamam anbiya ka deen aik tha. albattah un ki shariyatein mukhtalif theen.</w:t>
      </w:r>
    </w:p>
    <w:p>
      <w:pPr>
        <w:jc w:val="right"/>
      </w:pPr>
      <w:r>
        <w:t>صحیح ابن حبان۔ قرآن میں بتایا گیا ہے کہ ان تمام انبیاء کا دین ایک تھا۔ البتہ ان کی شریعتیں مختلف تھیں۔</w:t>
      </w:r>
    </w:p>
    <w:p>
      <w:r>
        <w:rPr>
          <w:b/>
        </w:rPr>
        <w:t xml:space="preserve">[26:09] </w:t>
      </w:r>
      <w:r>
        <w:t>is silsile mein Quran ke alfaaz yeh hain: "likallin ja'alna minkum shir'atan wa minhajan".</w:t>
      </w:r>
    </w:p>
    <w:p>
      <w:pPr>
        <w:jc w:val="right"/>
      </w:pPr>
      <w:r>
        <w:t>اس سلسلے میں قرآن کے الفاظ یہ ہیں: "لکلن جعلنا منکم شرعۃ ومنہاج"۔</w:t>
      </w:r>
    </w:p>
    <w:p>
      <w:r>
        <w:rPr>
          <w:b/>
        </w:rPr>
        <w:t xml:space="preserve">[26:18] </w:t>
      </w:r>
      <w:r>
        <w:t>yani hum ne tum mein se har aik ke liye aik shariat aur aik tareeqa thehraya. tamam peghambaron ka deen aik tha aur woh deen deen-e-tauheed tha.</w:t>
      </w:r>
    </w:p>
    <w:p>
      <w:pPr>
        <w:jc w:val="right"/>
      </w:pPr>
      <w:r>
        <w:t>یعنی ہم نے تم میں سے ہر ایک کے لیے ایک شریعت اور ایک طریقہ ٹھہرایا۔ تمام پیغمبروں کا دین ایک تھا اور وہ دین دین توحید تھا۔</w:t>
      </w:r>
    </w:p>
    <w:p>
      <w:r>
        <w:rPr>
          <w:b/>
        </w:rPr>
        <w:t xml:space="preserve">[26:29] </w:t>
      </w:r>
      <w:r>
        <w:t>yahan deen se murad deen-e-tauheed hai. yani mabni par tauheed ideology. tauheed ki hesiyat aik abadi nazariya, yani eternal ideology ki hai.</w:t>
      </w:r>
    </w:p>
    <w:p>
      <w:pPr>
        <w:jc w:val="right"/>
      </w:pPr>
      <w:r>
        <w:t>یہاں دین سے مراد دین توحید ہے۔ یعنی مبنی پر توحید آئیڈیالوجی۔ توحید کی حیثیت ایک ابدی نظریہ، یعنی ایٹرنل آئیڈیالوجی کی ہے۔</w:t>
      </w:r>
    </w:p>
    <w:p>
      <w:r>
        <w:rPr>
          <w:b/>
        </w:rPr>
        <w:t xml:space="preserve">[26:42] </w:t>
      </w:r>
      <w:r>
        <w:t>yeh deen ka woh pehlu hai jo sila-ul-abd bi-rabbih se talluq rakhta hai. yani banda aur Khuda ke darmiyan talluq ka maamla.</w:t>
      </w:r>
    </w:p>
    <w:p>
      <w:pPr>
        <w:jc w:val="right"/>
      </w:pPr>
      <w:r>
        <w:t>یہ دین کا وہ پہلو ہے جو صلہ العبد بربیہ سے تعلق رکھتا ہے۔ یعنی بندہ اور خدا کے درمیان تعلق کا معاملہ۔</w:t>
      </w:r>
    </w:p>
    <w:p>
      <w:r>
        <w:rPr>
          <w:b/>
        </w:rPr>
        <w:t xml:space="preserve">[26:52] </w:t>
      </w:r>
      <w:r>
        <w:t>yeh hamesha aik raha hai aur hamesha aik rahega. jahan tak shariat ka maamla hai to woh banda aur doosre insano ke darmiyan talluq se qaim hota hai.</w:t>
      </w:r>
    </w:p>
    <w:p>
      <w:pPr>
        <w:jc w:val="right"/>
      </w:pPr>
      <w:r>
        <w:t>یہ ہمیشہ ایک رہا ہے اور ہمیشہ ایک رہے گا۔ جہاں تک شریعت کا معاملہ ہے تو وہ بندہ اور دوسرے انسانوں کے درمیان تعلق سے قائم ہوتا ہے۔</w:t>
      </w:r>
    </w:p>
    <w:p>
      <w:r>
        <w:rPr>
          <w:b/>
        </w:rPr>
        <w:t xml:space="preserve">[27:02] </w:t>
      </w:r>
      <w:r>
        <w:t>bande aur bande ke maamle mein talluq ki noiyat hamesha badalti rehti hai. misaal ke taur par kabhi hakim aur mahkoom ka rishta aur kabhi insan aur insan ka rishta waghera.</w:t>
      </w:r>
    </w:p>
    <w:p>
      <w:pPr>
        <w:jc w:val="right"/>
      </w:pPr>
      <w:r>
        <w:t>بندے اور بندے کے معاملے میں تعلق کی نوعیت ہمیشہ بدلتی رہتی ہے۔ مثلاً کبھی حاکم اور محکوم کا رشتہ اور کبھی انسان اور انسان کا رشتہ وغیرہ۔</w:t>
      </w:r>
    </w:p>
    <w:p>
      <w:r>
        <w:rPr>
          <w:b/>
        </w:rPr>
        <w:t xml:space="preserve">[27:15] </w:t>
      </w:r>
      <w:r>
        <w:t>is liye is doosre maamle mein qanoon ka dhancha hamesha aik nahi ho sakta. woh halaat ke aitbar se badalta rahega. mukhtalif anbiya ke darmiyan sharai' ka ikhtilaf isi buniyad par hai.</w:t>
      </w:r>
    </w:p>
    <w:p>
      <w:pPr>
        <w:jc w:val="right"/>
      </w:pPr>
      <w:r>
        <w:t>اس لیے اس دوسرے معاملے میں قانون کا ڈھانچہ ہمیشہ ایک نہیں ہو سکتا۔ وہ حالات کے اعتبار سے بدلتا رہے گا۔ مختلف انبیاء کے درمیان شرائع کا اختلاف اسی بنیاد پر ہے۔</w:t>
      </w:r>
    </w:p>
    <w:p>
      <w:r>
        <w:rPr>
          <w:b/>
        </w:rPr>
        <w:t xml:space="preserve">[27:29] </w:t>
      </w:r>
      <w:r>
        <w:t>is ka matlab yeh nahi hai ke pichhle zamane mein anbiya ke darmiyan shariat ka ikhtilaf hota tha aur ab peghambar-e-akhr-uz-zaman ke zamane mein shariat hamesha aik rahegi.</w:t>
      </w:r>
    </w:p>
    <w:p>
      <w:pPr>
        <w:jc w:val="right"/>
      </w:pPr>
      <w:r>
        <w:t>اس کا مطلب یہ نہیں ہے کہ پچھلے زمانے میں انبیاء کے درمیان شریعت کا اختلاف ہوتا تھا اور اب پیغمبر آخر الزماں کے زمانے میں شریعت ہمیشہ ایک رہے گی۔</w:t>
      </w:r>
    </w:p>
    <w:p>
      <w:r>
        <w:rPr>
          <w:b/>
        </w:rPr>
        <w:t xml:space="preserve">[27:41] </w:t>
      </w:r>
      <w:r>
        <w:t>yani saatveen sadi isvi se le kar qayamat tak. asal yeh hai ke peghambar-e-akhr-uz-zaman ke zamane mein bhi shariat ka maamla wahi rahega jo is se pehle pichhle anbiya ke zamane mein tha.</w:t>
      </w:r>
    </w:p>
    <w:p>
      <w:pPr>
        <w:jc w:val="right"/>
      </w:pPr>
      <w:r>
        <w:t>یعنی ساتویں صدی عیسوی سے لے کر قیامت تک۔ اصل یہ ہے کہ پیغمبر آخر الزماں کے زمانے میں بھی شریعت کا معاملہ وہی رہے گا جو اس سے پہلے پچھلے انبیاء کے زمانے میں تھا۔</w:t>
      </w:r>
    </w:p>
    <w:p>
      <w:r>
        <w:rPr>
          <w:b/>
        </w:rPr>
        <w:t xml:space="preserve">[27:57] </w:t>
      </w:r>
      <w:r>
        <w:t>peghambar-e-akhr-uz-zaman ke zamane mein bhi jab halaat badlenge to zaroorat hogi ke ijtihad kar ke shariat-e-muhammadi ki nai tatbeeq, yani new application, daryaft ki jaye.</w:t>
      </w:r>
    </w:p>
    <w:p>
      <w:pPr>
        <w:jc w:val="right"/>
      </w:pPr>
      <w:r>
        <w:t>پیغمبر آخر الزماں کے زمانے میں بھی جب حالات بدلیں گے تو ضرورت ہوگی کہ اجتہاد کر کے شریعت محمدی کی نئی تطبیق، یعنی نیو ایپلیکیشن، دریافت کی جائے۔</w:t>
      </w:r>
    </w:p>
    <w:p>
      <w:r>
        <w:rPr>
          <w:b/>
        </w:rPr>
        <w:t xml:space="preserve">[28:15] </w:t>
      </w:r>
      <w:r>
        <w:t>akarr ki chaal. Quran mein aik naseehat in alfaaz mein aayi hai: "wa la tamshi fil ardi marahan innaka lan takhriqal arda wa lan tablughal jibala tulan".</w:t>
      </w:r>
    </w:p>
    <w:p>
      <w:pPr>
        <w:jc w:val="right"/>
      </w:pPr>
      <w:r>
        <w:t>اکڑ کی چال۔ قرآن میں ایک نصیحت ان الفاظ میں آئی ہے: "ولا تمشی فی الارض مراحا انک لا تخرق الارض ولن تبلغ الجبال طولا"۔</w:t>
      </w:r>
    </w:p>
    <w:p>
      <w:r>
        <w:rPr>
          <w:b/>
        </w:rPr>
        <w:t xml:space="preserve">[28:31] </w:t>
      </w:r>
      <w:r>
        <w:t>yani zameen mein akarr kar na chalo. tum zameen ko phaar nahi sakte aur na tum paharon ki lambai ko pahunch sakte ho.</w:t>
      </w:r>
    </w:p>
    <w:p>
      <w:pPr>
        <w:jc w:val="right"/>
      </w:pPr>
      <w:r>
        <w:t>یعنی زمین میں اکڑ کر نہ چلو۔ تم زمین کو پھاڑ نہیں سکتے اور نہ تم پہاڑوں کی لمبائی کو پہنچ سکتے ہو۔</w:t>
      </w:r>
    </w:p>
    <w:p>
      <w:r>
        <w:rPr>
          <w:b/>
        </w:rPr>
        <w:t xml:space="preserve">[28:40] </w:t>
      </w:r>
      <w:r>
        <w:t>is aayat mein mashy, yani chalna, sirf chalne ke maani mein nahi hai balkeh is ka talluq poore tareeqa-e- zindagi se hai.</w:t>
      </w:r>
    </w:p>
    <w:p>
      <w:pPr>
        <w:jc w:val="right"/>
      </w:pPr>
      <w:r>
        <w:t>اس آیت میں مشع، یعنی چلنا، صرف چلنے کے معنی میں نہیں ہے بلکہ اس کا تعلق پورے طریقہ زندگی سے ہے۔</w:t>
      </w:r>
    </w:p>
    <w:p>
      <w:r>
        <w:rPr>
          <w:b/>
        </w:rPr>
        <w:t xml:space="preserve">[28:50] </w:t>
      </w:r>
      <w:r>
        <w:t>yahan chaal se murad insan ka poora ikhlaqi ravaiyya hai. insan ke andar aik sifat hai. yeh sifat insan ka sab se bara plus point hai.</w:t>
      </w:r>
    </w:p>
    <w:p>
      <w:pPr>
        <w:jc w:val="right"/>
      </w:pPr>
      <w:r>
        <w:t>یہاں چال سے مراد انسان کا پورا اخلاقی رویہ ہے۔ انسان کے اندر ایک صفت ہے۔ یہ صفت انسان کا سب سے بڑا پلس پوائنٹ ہے۔</w:t>
      </w:r>
    </w:p>
    <w:p>
      <w:r>
        <w:rPr>
          <w:b/>
        </w:rPr>
        <w:t xml:space="preserve">[29:02] </w:t>
      </w:r>
      <w:r>
        <w:t>aur yahi insan ka sab se bara minus point hai. yeh sifat wahi hai jis ko ana, yani ego, kaha jata hai. aik lafz mein is sifat ka plus point yeh hai ke aadmi ke andar tawazu, yani modesty, pai jaye.</w:t>
      </w:r>
    </w:p>
    <w:p>
      <w:pPr>
        <w:jc w:val="right"/>
      </w:pPr>
      <w:r>
        <w:t>اور یہی انسان کا سب سے بڑا مائنس پوائنٹ ہے۔ یہ صفت وہی ہے جس کو انا، یعنی ایگو، کہا جاتا ہے۔ ایک لفظ میں اس صفت کا پلس پوائنٹ یہ ہے کہ آدمی کے اندر تواضع، یعنی ماڈیسٹی، پائی جائے۔</w:t>
      </w:r>
    </w:p>
    <w:p>
      <w:r>
        <w:rPr>
          <w:b/>
        </w:rPr>
        <w:t xml:space="preserve">[29:18] </w:t>
      </w:r>
      <w:r>
        <w:t>is sifat ka minus point yeh hai ke aadmi ke andar fakhr, yani pride, ka jazba paida ho jaye. Iblees ne insan se apna taqabul karte hue kaha tha: "ana khayrun minhu khalqtani min naarin wa khalqtahu min deenin".</w:t>
      </w:r>
    </w:p>
    <w:p>
      <w:pPr>
        <w:jc w:val="right"/>
      </w:pPr>
      <w:r>
        <w:t>اس صفت کا مائنس پوائنٹ یہ ہے کہ آدمی کے اندر فخر، یعنی پرائیڈ، کا جذبہ پیدا ہو جائے۔ ابلیس نے انسان سے اپنا تقابل کرتے ہوئے کہا تھا: "انا خیر منہ خلقتنی من نار وخلقتہ من دین"۔</w:t>
      </w:r>
    </w:p>
    <w:p>
      <w:r>
        <w:rPr>
          <w:b/>
        </w:rPr>
        <w:t xml:space="preserve">[29:34] </w:t>
      </w:r>
      <w:r>
        <w:t>yani main is se behtar hoon. tune mujh ko aag se banaya hai aur Adam ko mitti se. is se maloom hota hai ke Iblees ghalat taqabul, yani wrong comparison, ka shikar hua.</w:t>
      </w:r>
    </w:p>
    <w:p>
      <w:pPr>
        <w:jc w:val="right"/>
      </w:pPr>
      <w:r>
        <w:t>یعنی میں اس سے بہتر ہوں۔ تو نے مجھ کو آگ سے بنایا ہے اور آدم کو مٹی سے۔ اس سے معلوم ہوتا ہے کہ ابلیس غلط تقابل، یعنی رونگ کمپیریزن، کا شکار ہوا۔</w:t>
      </w:r>
    </w:p>
    <w:p>
      <w:r>
        <w:rPr>
          <w:b/>
        </w:rPr>
        <w:t xml:space="preserve">[29:48] </w:t>
      </w:r>
      <w:r>
        <w:t>apne khayal ke mutabiq is ko apna plus point nazar aaya aur Adam ka minus point dikhai diya. yahi insan ki aam ghalti hai.</w:t>
      </w:r>
    </w:p>
    <w:p>
      <w:pPr>
        <w:jc w:val="right"/>
      </w:pPr>
      <w:r>
        <w:t>اپنے خیال کے مطابق اس کو اپنا پلس پوائنٹ نظر آیا اور آدم کا مائنس پوائنٹ دکھائی دیا۔ یہی انسان کی عام غلطی ہے۔</w:t>
      </w:r>
    </w:p>
    <w:p>
      <w:r>
        <w:rPr>
          <w:b/>
        </w:rPr>
        <w:t xml:space="preserve">[29:57] </w:t>
      </w:r>
      <w:r>
        <w:t>insan apne khayal ke mutabiq hamesha galat taqabul ka shikar hota hai. woh apne plus point ko dekhta hai aur doosre ke minus point ko.</w:t>
      </w:r>
    </w:p>
    <w:p>
      <w:pPr>
        <w:jc w:val="right"/>
      </w:pPr>
      <w:r>
        <w:t>انسان اپنے خیال کے مطابق ہمیشہ غلط تقابل کا شکار ہوتا ہے۔ وہ اپنے پلس پوائنٹ کو دیکھتا ہے اور دوسرے کے مائنس پوائنٹ کو۔</w:t>
      </w:r>
    </w:p>
    <w:p>
      <w:r>
        <w:rPr>
          <w:b/>
        </w:rPr>
        <w:t xml:space="preserve">[30:07] </w:t>
      </w:r>
      <w:r>
        <w:t>is ka nateeja yeh hota hai ke woh doosre ko kam aur apne ko zyada samajh leta hai. is taqabul ka nateeja yeh hota hai ke woh ghair waqai tor par apne aap ko bara aur doosre ko chota samajh leta hai aur phir us ke andar fakhr aur gharoor ki nafsiyat paida ho jati hai.</w:t>
      </w:r>
    </w:p>
    <w:p>
      <w:pPr>
        <w:jc w:val="right"/>
      </w:pPr>
      <w:r>
        <w:t>اس کا نتیجہ یہ ہوتا ہے کہ وہ دوسرے کو کم اور اپنے کو زیادہ سمجھ لیتا ہے۔ اس تقابل کا نتیجہ یہ ہوتا ہے کہ وہ غیر واقعی طور پر اپنے آپ کو بڑا اور دوسرے کو چھوٹا سمجھ لیتا ہے اور پھر اس کے اندر فخر اور غرور کی نفسیات پیدا ہو جاتی ہے۔</w:t>
      </w:r>
    </w:p>
    <w:p>
      <w:r>
        <w:rPr>
          <w:b/>
        </w:rPr>
        <w:t xml:space="preserve">[30:28] </w:t>
      </w:r>
      <w:r>
        <w:t>aadmi ke andar wahi sifat ghayab ho jati hai jo insan ki asal sifat hai. aur woh hai tawazu, yani modesty.</w:t>
      </w:r>
    </w:p>
    <w:p>
      <w:pPr>
        <w:jc w:val="right"/>
      </w:pPr>
      <w:r>
        <w:t>آدمی کے اندر وہی صفت غائب ہو جاتی ہے جو انسان کی اصل صفت ہے۔ اور وہ ہے تواضع، یعنی ماڈیسٹی۔</w:t>
      </w:r>
    </w:p>
    <w:p>
      <w:r>
        <w:rPr>
          <w:b/>
        </w:rPr>
        <w:t xml:space="preserve">[30:37] </w:t>
      </w:r>
      <w:r>
        <w:t>koi cheez apne anjam ke aitbar se pehchani jati hai. jo tarz-e-fikr insan ke andar tawazu paida kare woh sahi tarz-e-fikr hai.</w:t>
      </w:r>
    </w:p>
    <w:p>
      <w:pPr>
        <w:jc w:val="right"/>
      </w:pPr>
      <w:r>
        <w:t>کوئی چیز اپنے انجام کے اعتبار سے پہچانی جاتی ہے۔ جو طرز فکر آدمی کے اندر تواضع پیدا کرے وہ صحیح طرز فکر ہے۔</w:t>
      </w:r>
    </w:p>
    <w:p>
      <w:r>
        <w:rPr>
          <w:b/>
        </w:rPr>
        <w:t xml:space="preserve">[30:48] </w:t>
      </w:r>
      <w:r>
        <w:t>aur jo tarz-e-fikr insan ke andar bartari ka jazba paida kare woh bilashuba galat tarz-e-fikr hai.</w:t>
      </w:r>
    </w:p>
    <w:p>
      <w:pPr>
        <w:jc w:val="right"/>
      </w:pPr>
      <w:r>
        <w:t>اور جو طرز فکر آدمی کے اندر برتری کا جذبہ پیدا کرے وہ بلاشبہ غلط طرز فکر ہے۔</w:t>
      </w:r>
    </w:p>
    <w:p>
      <w:r>
        <w:rPr>
          <w:b/>
        </w:rPr>
        <w:t xml:space="preserve">[31:00] </w:t>
      </w:r>
      <w:r>
        <w:t>momin ki sifat. momin ki misal aise narm paudhe ki si hai jis ke pate saya-daar hote hain.</w:t>
      </w:r>
    </w:p>
    <w:p>
      <w:pPr>
        <w:jc w:val="right"/>
      </w:pPr>
      <w:r>
        <w:t>مومن کی صفت۔ مومن کی مثال ایسے نرم پودے کی سی ہے جس کے پتے سایہ دار ہوتے ہیں۔</w:t>
      </w:r>
    </w:p>
    <w:p>
      <w:r>
        <w:rPr>
          <w:b/>
        </w:rPr>
        <w:t xml:space="preserve">[31:10] </w:t>
      </w:r>
      <w:r>
        <w:t>jis simt se bhi hawa chalti hai woh us ko jhuka deti hai. jab hawa rukti hai to woh seedha ho jata hai. yahi haal momin ka hai jo musalsal azmaishon ke baar se daba rehta hai.</w:t>
      </w:r>
    </w:p>
    <w:p>
      <w:pPr>
        <w:jc w:val="right"/>
      </w:pPr>
      <w:r>
        <w:t>جس سمت سے بھی ہوا چلتی ہے وہ اس کو جھکا دیتی ہے۔ جب ہوا رکتی ہے تو وہ سیدھا ہو جاتا ہے۔ یہی حال مومن کا ہے جو مسلسل آزمائشوں کے بار سے دبا رہتا ہے۔</w:t>
      </w:r>
    </w:p>
    <w:p>
      <w:r>
        <w:rPr>
          <w:b/>
        </w:rPr>
        <w:t xml:space="preserve">[31:25] </w:t>
      </w:r>
      <w:r>
        <w:t>aur kafir ki misal sakht darakht ki tarah hai jo ek halat mein khada rehta hai. yahan tak ke Allah use jab chahta hai ukhaar kar phenk deta hai.</w:t>
      </w:r>
    </w:p>
    <w:p>
      <w:pPr>
        <w:jc w:val="right"/>
      </w:pPr>
      <w:r>
        <w:t>اور کافر کی مثال سخت درخت کی طرح ہے جو ایک حالت میں کھڑا رہتا ہے۔ یہاں تک کہ اللہ اسے جب چاہتا ہے اکھاڑ کر پھینک دیتا ہے۔</w:t>
      </w:r>
    </w:p>
    <w:p>
      <w:r>
        <w:rPr>
          <w:b/>
        </w:rPr>
        <w:t xml:space="preserve">[31:35] </w:t>
      </w:r>
      <w:r>
        <w:t>sahih bukhari. is hadith mein paudhe ki misal ke zariye momin ki sifat tawazu ko bataya gaya hai. tawazu momin ki ek khaas sifat hai.</w:t>
      </w:r>
    </w:p>
    <w:p>
      <w:pPr>
        <w:jc w:val="right"/>
      </w:pPr>
      <w:r>
        <w:t>صحیح بخاری۔ اس حدیث میں پودے کی مثال کے ذریعے مومن کی صفت تواضع کو بتایا گیا ہے۔ تواضع مومن کی ایک خاص صفت ہے۔</w:t>
      </w:r>
    </w:p>
    <w:p>
      <w:r>
        <w:rPr>
          <w:b/>
        </w:rPr>
        <w:t xml:space="preserve">[31:48] </w:t>
      </w:r>
      <w:r>
        <w:t>jis insan ke andar imani kaifiyat hogi us ke andar tawazu bhi zaroor hogi. yeh dono cheezein kabhi ek doosre se juda nahi ho sakti.</w:t>
      </w:r>
    </w:p>
    <w:p>
      <w:pPr>
        <w:jc w:val="right"/>
      </w:pPr>
      <w:r>
        <w:t>جس انسان کے اندر ایمانی کیفیت ہوگی اس کے اندر تواضع بھی ضرور ہوگی۔ یہ دونوں چیزیں کبھی ایک دوسرے سے جدا نہیں ہو سکتیں۔</w:t>
      </w:r>
    </w:p>
    <w:p>
      <w:r>
        <w:rPr>
          <w:b/>
        </w:rPr>
        <w:t xml:space="preserve">[31:59] </w:t>
      </w:r>
      <w:r>
        <w:t>momin ke andar sokhi lakdi ki tarah akad nahi hoti balke narm paudhe ki tarah lachak hoti hai. is se koi kotahi ho jaye to foran hi woh apni ghalti ka etraf kar leta hai.</w:t>
      </w:r>
    </w:p>
    <w:p>
      <w:pPr>
        <w:jc w:val="right"/>
      </w:pPr>
      <w:r>
        <w:t>مومن کے اندر سوکھی لکڑی کی طرح اکڑ نہیں ہوتی بلکہ نرم پودے کی طرح لچک ہوتی ہے۔ اس سے کوئی کوتاہی ہو جائے تو فوراً ہی وہ اپنی غلطی کا اعتراف کر لیتا ہے۔</w:t>
      </w:r>
    </w:p>
    <w:p>
      <w:r>
        <w:rPr>
          <w:b/>
        </w:rPr>
        <w:t xml:space="preserve">[32:13] </w:t>
      </w:r>
      <w:r>
        <w:t>kisi se muamla pade to woh hamesha us ke sath narm rawi ka tareeqa ikhtiyar karta hai. niza ke mauqe par woh yak-tarfa taur par musalehat ke liye tayyar rehta hai.</w:t>
      </w:r>
    </w:p>
    <w:p>
      <w:pPr>
        <w:jc w:val="right"/>
      </w:pPr>
      <w:r>
        <w:t>کسی سے معاملہ پڑے تو وہ ہمیشہ اس کے ساتھ نرم روی کا طریقہ اختیار کرتا ہے۔ نزاع کے موقع پر وہ یکطرفہ طور پر مصالحت کے لیے تیار رہتا ہے۔</w:t>
      </w:r>
    </w:p>
    <w:p>
      <w:r>
        <w:rPr>
          <w:b/>
        </w:rPr>
        <w:t xml:space="preserve">[32:26] </w:t>
      </w:r>
      <w:r>
        <w:t>huqooq ke jhagde mein woh apna haq doosre ko dene par razi ho jata hai taake mamla shiddat ke marhale tak na pahunche.</w:t>
      </w:r>
    </w:p>
    <w:p>
      <w:pPr>
        <w:jc w:val="right"/>
      </w:pPr>
      <w:r>
        <w:t>حقوق کے جھگڑے میں وہ اپنا حق دوسرے کو دینے پر راضی ہو جاتا ہے تاکہ معاملہ شدت کے مرحلے تک نہ پہنچے۔</w:t>
      </w:r>
    </w:p>
    <w:p>
      <w:r>
        <w:rPr>
          <w:b/>
        </w:rPr>
        <w:t xml:space="preserve">[32:36] </w:t>
      </w:r>
      <w:r>
        <w:t>ek insan jab doosre insan ke sath shiddat ka mamla karta hai to is ki wajah yeh hoti hai ke woh us ko apne jaisay ek insan ka mamla samajhta hai.</w:t>
      </w:r>
    </w:p>
    <w:p>
      <w:pPr>
        <w:jc w:val="right"/>
      </w:pPr>
      <w:r>
        <w:t>ایک انسان جب دوسرے انسان کے ساتھ شدت کا معاملہ کرتا ہے تو اس کی وجہ یہ ہوتی ہے کہ وہ اس کو اپنے جیسے ایک انسان کا معاملہ سمجھتا ہے۔</w:t>
      </w:r>
    </w:p>
    <w:p>
      <w:r>
        <w:rPr>
          <w:b/>
        </w:rPr>
        <w:t xml:space="preserve">[32:48] </w:t>
      </w:r>
      <w:r>
        <w:t>yahi nafsiyat insan ko shadeed banati hai. magar momin is ke baraks har mamle ko Khuda ka mamla samajhta hai.</w:t>
      </w:r>
    </w:p>
    <w:p>
      <w:pPr>
        <w:jc w:val="right"/>
      </w:pPr>
      <w:r>
        <w:t>یہی نفسیات آدمی کو شدید بناتی ہے۔ مگر مومن اس کے برعکس ہر معاملے کو خدا کا معاملہ سمجھتا ہے۔</w:t>
      </w:r>
    </w:p>
    <w:p>
      <w:r>
        <w:rPr>
          <w:b/>
        </w:rPr>
        <w:t xml:space="preserve">[32:57] </w:t>
      </w:r>
      <w:r>
        <w:t>yeh nafsiyat us ke andar shiddat ka khatma kar deti hai. ek insan doosre insan ke muqable mein bara ho sakta hai magar Khuda ke muqable mein koi bhi insan na bara hai aur na taqatwar.</w:t>
      </w:r>
    </w:p>
    <w:p>
      <w:pPr>
        <w:jc w:val="right"/>
      </w:pPr>
      <w:r>
        <w:t>یہ نفسیات اس کے اندر شدت کا خاتمہ کر دیتی ہے۔ ایک انسان دوسرے انسان کے مقابلے میں بڑا ہو سکتا ہے مگر خدا کے مقابلے میں کوئی بھی انسان نہ بڑا ہے اور نہ طاقتور۔</w:t>
      </w:r>
    </w:p>
    <w:p>
      <w:r>
        <w:rPr>
          <w:b/>
        </w:rPr>
        <w:t xml:space="preserve">[33:13] </w:t>
      </w:r>
      <w:r>
        <w:t>isi farq ka yeh nateeja hai ke insan aur insan ka mamla ho to un mein se koi chota nazar aata hai aur koi bara. magar jab insan aur Khuda ka mamla ho to tamam insan yaksaan hesiyat ikhtiyar kar letay hain.</w:t>
      </w:r>
    </w:p>
    <w:p>
      <w:pPr>
        <w:jc w:val="right"/>
      </w:pPr>
      <w:r>
        <w:t>اسی فرق کا یہ نتیجہ ہے کہ انسان اور انسان کا معاملہ ہو تو ان میں سے کوئی چھوٹا نظر آتا ہے اور کوئی بڑا۔ مگر جب انسان اور خدا کا معاملہ ہو تو تمام انسان یکساں حیثیت اختیار کر لیتے ہیں۔</w:t>
      </w:r>
    </w:p>
    <w:p>
      <w:r>
        <w:rPr>
          <w:b/>
        </w:rPr>
        <w:t xml:space="preserve">[33:30] </w:t>
      </w:r>
      <w:r>
        <w:t>ab bara sirf ek Khuda hota hai aur baqi tamam insan us ke muqable mein chote.</w:t>
      </w:r>
    </w:p>
    <w:p>
      <w:pPr>
        <w:jc w:val="right"/>
      </w:pPr>
      <w:r>
        <w:t>اب بڑا صرف ایک خدا ہوتا ہے اور بقیہ تمام انسان اس کے مقابلے میں چھوٹے۔</w:t>
      </w:r>
    </w:p>
    <w:p>
      <w:r>
        <w:rPr>
          <w:b/>
        </w:rPr>
        <w:t xml:space="preserve">[33:43] </w:t>
      </w:r>
      <w:r>
        <w:t>shatm-e-rasool. shatm-e-rasool ya blasphemy ka tasawwur Islam mein ajnabi hai. Quran aur hadith mein kahin bhi is ka hukum maujood nahi.</w:t>
      </w:r>
    </w:p>
    <w:p>
      <w:pPr>
        <w:jc w:val="right"/>
      </w:pPr>
      <w:r>
        <w:t>شتم رسول۔ شتم رسول یا بلیس فیمی کا تصور اسلام میں اجنبی ہے۔ قرآن اور حدیث میں کہیں بھی اس کا حکم موجود نہیں۔</w:t>
      </w:r>
    </w:p>
    <w:p>
      <w:r>
        <w:rPr>
          <w:b/>
        </w:rPr>
        <w:t xml:space="preserve">[33:57] </w:t>
      </w:r>
      <w:r>
        <w:t>baad ke daur mein kuch ulama ne ba-taur-e-khud yeh tasawwur waza kiya aur us ko Islam ka qanooni hissa bana diya.</w:t>
      </w:r>
    </w:p>
    <w:p>
      <w:pPr>
        <w:jc w:val="right"/>
      </w:pPr>
      <w:r>
        <w:t>بعد کے دور میں کچھ علماء نے بطور خود یہ تصور وضع کیا اور اس کو اسلام کا قانونی حصہ بنا دیا۔</w:t>
      </w:r>
    </w:p>
    <w:p>
      <w:r>
        <w:rPr>
          <w:b/>
        </w:rPr>
        <w:t xml:space="preserve">[34:06] </w:t>
      </w:r>
      <w:r>
        <w:t>paighambar-e-Islam ko dawat-e-ilallah ka hukum diya gaya tha. yani Khuda ke paigham se logon ko ba-khabar karna.</w:t>
      </w:r>
    </w:p>
    <w:p>
      <w:pPr>
        <w:jc w:val="right"/>
      </w:pPr>
      <w:r>
        <w:t>پیغمبر اسلام کو دعوت الی اللہ کا حکم دیا گیا تھا۔ یعنی خدا کے پیغام سے لوگوں کو باخبر کرنا۔</w:t>
      </w:r>
    </w:p>
    <w:p>
      <w:r>
        <w:rPr>
          <w:b/>
        </w:rPr>
        <w:t xml:space="preserve">[34:15] </w:t>
      </w:r>
      <w:r>
        <w:t>Quran mein paighambar ke bare mein yeh alfaaz aaye hain: "fazakkir innama anta muzakkir lasta 'alaihim bimusaytir".</w:t>
      </w:r>
    </w:p>
    <w:p>
      <w:pPr>
        <w:jc w:val="right"/>
      </w:pPr>
      <w:r>
        <w:t>قرآن میں پیغمبر کے بارے میں یہ الفاظ آئے ہیں: "فذکر انما انت مذکر لست علیہم بمسطر"۔</w:t>
      </w:r>
    </w:p>
    <w:p>
      <w:r>
        <w:rPr>
          <w:b/>
        </w:rPr>
        <w:t xml:space="preserve">[34:26] </w:t>
      </w:r>
      <w:r>
        <w:t>yani tum yaad-dehani karo. tum sirf yaad-dehani karne wale ho. tum logon ke upar darogha nahi ho. yahi zimmedari ummat-e-Muhammadi ki hai.</w:t>
      </w:r>
    </w:p>
    <w:p>
      <w:pPr>
        <w:jc w:val="right"/>
      </w:pPr>
      <w:r>
        <w:t>یعنی تم یاد دہانی کرو۔ تم صرف یاد دہانی کرنے والے ہو۔ تم لوگوں کے اوپر داروغہ نہیں ہو۔ یہی ذمہ داری امت محمدی کی ہے۔</w:t>
      </w:r>
    </w:p>
    <w:p>
      <w:r>
        <w:rPr>
          <w:b/>
        </w:rPr>
        <w:t xml:space="preserve">[34:38] </w:t>
      </w:r>
      <w:r>
        <w:t>zindagi ke Islami naqshe mein is tasawwur ke liye koi jagah nahi ke jo shakhs mafroozah shatm ka irtikab kare us ko maar dalo.</w:t>
      </w:r>
    </w:p>
    <w:p>
      <w:pPr>
        <w:jc w:val="right"/>
      </w:pPr>
      <w:r>
        <w:t>زندگی کے اسلامی نقشے میں اس تصور کے لیے کوئی جگہ نہیں کہ جو شخص مفروضہ شتم کا ارتکاب کرے اس کو مار ڈالو۔</w:t>
      </w:r>
    </w:p>
    <w:p>
      <w:r>
        <w:rPr>
          <w:b/>
        </w:rPr>
        <w:t xml:space="preserve">[34:50] </w:t>
      </w:r>
      <w:r>
        <w:t>shatm ki asal haqeeqat ikhtilaf-e-raye, yani difference of opinion hai. insani azadi ki bina par duniya mein ikhtilaf-e-raye ka mamla pesh aata hai.</w:t>
      </w:r>
    </w:p>
    <w:p>
      <w:pPr>
        <w:jc w:val="right"/>
      </w:pPr>
      <w:r>
        <w:t>شتم کی اصل حقیقت اختلاف رائے، یعنی ڈفرنس آف اوپینین ہے۔ انسانی آزادی کی بنا پر دنیا میں اختلاف رائے کا معاملہ پیش آتا ہے۔</w:t>
      </w:r>
    </w:p>
    <w:p>
      <w:r>
        <w:rPr>
          <w:b/>
        </w:rPr>
        <w:t xml:space="preserve">[35:02] </w:t>
      </w:r>
      <w:r>
        <w:t>aisi halat mein woh shakhs jis ko musalman bator khud shaatim kehte hain woh apni haqeeqat ke aitbar se ikhtilafi rai rakhne ka case hai na ke shatm ka case.</w:t>
      </w:r>
    </w:p>
    <w:p>
      <w:pPr>
        <w:jc w:val="right"/>
      </w:pPr>
      <w:r>
        <w:t>ایسی حالت میں وہ شخص جس کو مسلمان بطور خود شاتم کہتے ہیں وہ اپنی حقیقت کے اعتبار سے اختلافی رائے رکھنے کا کیس ہے نہ کہ شتم کا کیس۔</w:t>
      </w:r>
    </w:p>
    <w:p>
      <w:r>
        <w:rPr>
          <w:b/>
        </w:rPr>
        <w:t xml:space="preserve">[35:16] </w:t>
      </w:r>
      <w:r>
        <w:t>aise insaan ko daleel ki zaban mein samjhane ki koshish ki jayegi. agar koi shakhs aap ko mukhtalif rai rakhne wala mile to aap ko us se peaceful discussion ka haq hai na ke us ko maarne ka haq.</w:t>
      </w:r>
    </w:p>
    <w:p>
      <w:pPr>
        <w:jc w:val="right"/>
      </w:pPr>
      <w:r>
        <w:t>ایسے انسان کو دلیل کی زبان میں سمجھانے کی کوشش کی جائے گی۔ اگر کوئی شخص آپ کو مختلف رائے رکھنے والا ملے تو آپ کو اس سے پیس فل ڈسکشن کا حق ہے نہ کہ اس کو مارنے کا حق۔</w:t>
      </w:r>
    </w:p>
    <w:p>
      <w:r>
        <w:rPr>
          <w:b/>
        </w:rPr>
        <w:t xml:space="preserve">[35:31] </w:t>
      </w:r>
      <w:r>
        <w:t>aisa insaan mujrim ya criminal nahi hai. woh Khuda ki di hui azadi ke ghalat istemal, yaani misuse of freedom ka case hai.</w:t>
      </w:r>
    </w:p>
    <w:p>
      <w:pPr>
        <w:jc w:val="right"/>
      </w:pPr>
      <w:r>
        <w:t>ایسا انسان مجرم یا کریمینل نہیں ہے۔ وہ خدا کی دی ہوئی آزادی کے غلط استعمال، یعنی مس یوز آف فریڈم کا کیس ہے۔</w:t>
      </w:r>
    </w:p>
    <w:p>
      <w:r>
        <w:rPr>
          <w:b/>
        </w:rPr>
        <w:t xml:space="preserve">[35:42] </w:t>
      </w:r>
      <w:r>
        <w:t>jo log aise insaan ko qatl karne ka ailaan karein woh khud ghalat kar hain na ke mafroza shaatim. ummat-e-muhammadi ka mission aman pasand mission hai.</w:t>
      </w:r>
    </w:p>
    <w:p>
      <w:pPr>
        <w:jc w:val="right"/>
      </w:pPr>
      <w:r>
        <w:t>جو لوگ ایسے انسان کو قتل کرنے کا اعلان کریں وہ خود غلط کار ہیں نہ کہ مفروضہ شاتم۔ امت محمدی کا مشن پرامن مشن ہے۔</w:t>
      </w:r>
    </w:p>
    <w:p>
      <w:r>
        <w:rPr>
          <w:b/>
        </w:rPr>
        <w:t xml:space="preserve">[35:54] </w:t>
      </w:r>
      <w:r>
        <w:t>agar koi shakhs apni azadi ka ghalat istemal karta hai to yeh Allah Rabb-ul-Aalameen ke daira ka case hai. woh kisi insaan ke daira ka case nahi.</w:t>
      </w:r>
    </w:p>
    <w:p>
      <w:pPr>
        <w:jc w:val="right"/>
      </w:pPr>
      <w:r>
        <w:t>اگر کوئی شخص اپنی آزادی کا غلط استعمال کرتا ہے تو یہ اللہ رب العالمین کے دائرے کا کیس ہے۔ وہ کسی انسان کے دائرے کا کیس نہیں۔</w:t>
      </w:r>
    </w:p>
    <w:p>
      <w:r>
        <w:rPr>
          <w:b/>
        </w:rPr>
        <w:t xml:space="preserve">[36:04] </w:t>
      </w:r>
      <w:r>
        <w:t>jo log aise insaan ko shaatim-e-rasool keh kar us ko qatl karna chahein woh khud insani daira se nikal kar Allah ke daira mein dakhil hone ki koshish kar rahe hain na ke mafroza shaatim-e-rasool.</w:t>
      </w:r>
    </w:p>
    <w:p>
      <w:pPr>
        <w:jc w:val="right"/>
      </w:pPr>
      <w:r>
        <w:t>جو لوگ ایسے انسان کو شاتم رسول کہہ کر اس کو قتل کرنا چاہیں وہ خود انسانی دائرے سے نکل کر اللہ کے دائرے میں داخل ہونے کی کوشش کر رہے ہیں نہ کہ مفروضہ شاتم رسول۔</w:t>
      </w:r>
    </w:p>
    <w:p>
      <w:r>
        <w:rPr>
          <w:b/>
        </w:rPr>
        <w:t xml:space="preserve">[36:23] </w:t>
      </w:r>
      <w:r>
        <w:t>aql ka fuqdan. ummat ke baad ke daur ke bare mein paighambar-e-Islam sallallahu alaihi wasallam ki ek peshangoi in alfaaz mein aayi hai: "zakar rasool Allah har jumb bainidi al-sa'ati hatta yaqtul al-rajul jaraahu wa akhahu wa ibn umi q</w:t>
      </w:r>
    </w:p>
    <w:p>
      <w:pPr>
        <w:jc w:val="right"/>
      </w:pPr>
      <w:r>
        <w:t>عقل کا فقدان۔ امت کے بعد کے دور کے بارے میں پیغمبر اسلام صلی اللہ علیہ وسلم کی ایک پیشنگوئی ان الفاظ میں آئی ہے: "ذکر رسول اللہ ہر جنب بینیدی الساعتی حتی یقتل الرجل جارہ واخاہ وابن امی ق</w:t>
      </w:r>
    </w:p>
    <w:p>
      <w:r>
        <w:rPr>
          <w:b/>
        </w:rPr>
        <w:t xml:space="preserve">[36:48] </w:t>
      </w:r>
      <w:r>
        <w:t>aluhu. wa ma'ani uqooluna yuman qala tunza'u uqoolu akthar ahl dhalik al-zaman wa yukallafu laha min al-nas yuhasibu ahaduhum annahu ala shay'in wa laysa ala shay'in".</w:t>
      </w:r>
    </w:p>
    <w:p>
      <w:pPr>
        <w:jc w:val="right"/>
      </w:pPr>
      <w:r>
        <w:t>الو۔ وماعنی عقولنا یومن قال تنزع عقول اکثر اہل ذالک الزمان ویکلف لہا من الناس یحسب احدھم انہ علی شی ولیس علی شی"۔</w:t>
      </w:r>
    </w:p>
    <w:p>
      <w:r>
        <w:rPr>
          <w:b/>
        </w:rPr>
        <w:t xml:space="preserve">[37:06] </w:t>
      </w:r>
      <w:r>
        <w:t>yaani Rasool Allah ne qayamat se pehle paish aane wale harj, yaani fitne ka zikr kiya aur kaha ke yahan tak ke aadmi qatl karega apne padosi ko aur apne bhai aur apne chacha ke bete ko.</w:t>
      </w:r>
    </w:p>
    <w:p>
      <w:pPr>
        <w:jc w:val="right"/>
      </w:pPr>
      <w:r>
        <w:t>یعنی رسول اللہ نے قیامت سے پہلے پیش آنے والے حرج، یعنی فتنے کا ذکر کیا اور کہا کہ یہاں تک کہ آدمی قتل کرے گا اپنے پڑوسی کو اور اپنے بھائی اور اپنے چچا کے بیٹے کو۔</w:t>
      </w:r>
    </w:p>
    <w:p>
      <w:r>
        <w:rPr>
          <w:b/>
        </w:rPr>
        <w:t xml:space="preserve">[37:22] </w:t>
      </w:r>
      <w:r>
        <w:t>logon ne poocha: "kya un dino hamare paas aql hogi?" aap ne kaha: "is zamane mein aksar logon ki aqlain chhin jayengi aur diwanon ki maanind log bachenge.</w:t>
      </w:r>
    </w:p>
    <w:p>
      <w:pPr>
        <w:jc w:val="right"/>
      </w:pPr>
      <w:r>
        <w:t>لوگوں نے پوچھا: "کیا ان دنوں ہمارے پاس عقل ہوگی؟" آپ نے کہا: "اس زمانے میں اکثر لوگوں کی عقلیں چھن جائیں گی اور دیوانوں کی مانند لوگ بچیں گے۔</w:t>
      </w:r>
    </w:p>
    <w:p>
      <w:r>
        <w:rPr>
          <w:b/>
        </w:rPr>
        <w:t xml:space="preserve">[37:35] </w:t>
      </w:r>
      <w:r>
        <w:t>un mein se koi shakhs yeh samjhega ke woh kisi cheez par hai halan ke woh kisi cheez par na hoga". is hadith par ghaur karne se samajh mein aata hai ke ummat ke daur-e-zawaal mein yeh zahira is bina par paida hoga ke ummat-e-muslima apne pehle daur mein siyasi urooj par pahunch jayegi.</w:t>
      </w:r>
    </w:p>
    <w:p>
      <w:pPr>
        <w:jc w:val="right"/>
      </w:pPr>
      <w:r>
        <w:t>ان میں سے کوئی شخص یہ سمجھے گا کہ وہ کسی چیز پر ہے حالانکہ وہ کسی چیز پر نہ ہوگا"۔ اس حدیث پر غور کرنے سے سمجھ میں آتا ہے کہ امت کے دور زوال میں یہ ظاہرہ اس بنا پر پیدا ہوگا کہ امت مسلمہ اپنے پہلے دور میں سیاسی عروج پر پہنچ جائے گی۔</w:t>
      </w:r>
    </w:p>
    <w:p>
      <w:r>
        <w:rPr>
          <w:b/>
        </w:rPr>
        <w:t xml:space="preserve">[37:55] </w:t>
      </w:r>
      <w:r>
        <w:t>is ke baad qanoon-e-fitrat ke tehat is ka iqtidaar is se chhin jayega. doosri qaumein is ki jagah ghalbe ka maqam hasil kar lengi.</w:t>
      </w:r>
    </w:p>
    <w:p>
      <w:pPr>
        <w:jc w:val="right"/>
      </w:pPr>
      <w:r>
        <w:t>اس کے بعد قانون فطرت کے تحت اس کا اقتدار اس سے چھن جائے گا۔ دوسری قومیں اس کی جگہ غلبے کا مقام حاصل کر لیں گی۔</w:t>
      </w:r>
    </w:p>
    <w:p>
      <w:r>
        <w:rPr>
          <w:b/>
        </w:rPr>
        <w:t xml:space="preserve">[38:05] </w:t>
      </w:r>
      <w:r>
        <w:t>is daur mein ummat ke andar woh zahira paida hoga jis ko azmat-e-rafta ka junoon, yaani paranoia kaha jata hai. yeh ehsas ummat ke afraad ke andar sakht qism ki intiqami diwangi paida kar dega.</w:t>
      </w:r>
    </w:p>
    <w:p>
      <w:pPr>
        <w:jc w:val="right"/>
      </w:pPr>
      <w:r>
        <w:t>اس دور میں امت کے اندر وہ ظاہرہ پیدا ہوگا جس کو عظمت رفتہ کا جنون، یعنی پیرانویا کہا جاتا ہے۔ یہ احساس امت کے افراد کے اندر سخت قسم کی انتقامی دیوانگی پیدا کر دے گا۔</w:t>
      </w:r>
    </w:p>
    <w:p>
      <w:r>
        <w:rPr>
          <w:b/>
        </w:rPr>
        <w:t xml:space="preserve">[38:21] </w:t>
      </w:r>
      <w:r>
        <w:t>ummat ke afraad doosri qaumon se nafrat karne lagenge. woh har ek ko apna dushman samajh lenge. woh intiqami nafsiyaat ke tehat chahenge ke apne mafroza dushmanon ko mita dalen.</w:t>
      </w:r>
    </w:p>
    <w:p>
      <w:pPr>
        <w:jc w:val="right"/>
      </w:pPr>
      <w:r>
        <w:t>امت کے افراد دوسری قوموں سے نفرت کرنے لگیں گے۔ وہ ہر ایک کو اپنا دشمن سمجھ لیں گے۔ وہ انتقامی نفسیات کے تحت چاہیں گے کہ اپنے مفروضہ دشمنوں کو مٹا ڈالیں۔</w:t>
      </w:r>
    </w:p>
    <w:p>
      <w:r>
        <w:rPr>
          <w:b/>
        </w:rPr>
        <w:t xml:space="preserve">[38:35] </w:t>
      </w:r>
      <w:r>
        <w:t>yahan tak ke woh khud apne logon ke dushman ho jayenge kyunke woh un ko yeh samajhne lagenge ke woh un ke dushmanon ke agent hain. yeh ummat ke liye aql ke fuqdan ka waqt hoga.</w:t>
      </w:r>
    </w:p>
    <w:p>
      <w:pPr>
        <w:jc w:val="right"/>
      </w:pPr>
      <w:r>
        <w:t>یہاں تک کہ وہ خود اپنے لوگوں کے دشمن ہو جائیں گے کیونکہ وہ ان کو یہ سمجھنے لگیں گے کہ وہ ان کے دشمنوں کے ایجنٹ ہیں۔ یہ امت کے لیے عقل کے فقدان کا وقت ہوگا۔</w:t>
      </w:r>
    </w:p>
    <w:p>
      <w:r>
        <w:rPr>
          <w:b/>
        </w:rPr>
        <w:t xml:space="preserve">[38:47] </w:t>
      </w:r>
      <w:r>
        <w:t>woh aise kaam karenge jin ka taluq aql-o-danish se na hoga lekin woh bator khud yeh samjhenge ke woh aql par bhi hain aur Islam par bhi.</w:t>
      </w:r>
    </w:p>
    <w:p>
      <w:pPr>
        <w:jc w:val="right"/>
      </w:pPr>
      <w:r>
        <w:t>وہ ایسے کام کریں گے جن کا تعلق عقل و دانش سے نہ ہوگا لیکن وہ بطور خود یہ سمجھیں گے کہ وہ عقل پر بھی ہیں اور اسلام پر بھی۔</w:t>
      </w:r>
    </w:p>
    <w:p>
      <w:r>
        <w:rPr>
          <w:b/>
        </w:rPr>
        <w:t xml:space="preserve">[39:02] </w:t>
      </w:r>
      <w:r>
        <w:t>darjaat ki bulandi. Quran mein ek naseehat in alfaaz mein aayi hai: "ya ayyuha alladhina amanu idha qila lakum tafassahu fi al-majalis fafassahu yufisih Allah lakum wa idha qila inshazuu fa-inshazuu yarfa' Allah alladhina amanu minkum walladhina utu al-'ilma darajatin wallahu bima ta'maluna khabir".</w:t>
      </w:r>
    </w:p>
    <w:p>
      <w:pPr>
        <w:jc w:val="right"/>
      </w:pPr>
      <w:r>
        <w:t>درجات کی بلندی۔ قرآن میں ایک نصیحت ان الفاظ میں آئی ہے: "یا ایہا الذین آمنوا اذا قیل لکم تفصحوا فی المجالس ففصحوا یفصح اللہ لکم واذا قیل انشزوا فانشزوایرفع اللہ الذین آمنوا منکم والذین اوتوا العلم درجات واللہ بما تعملون خبیر"۔</w:t>
      </w:r>
    </w:p>
    <w:p>
      <w:r>
        <w:rPr>
          <w:b/>
        </w:rPr>
        <w:t xml:space="preserve">[39:30] </w:t>
      </w:r>
      <w:r>
        <w:t>yaani aey imaan walo!</w:t>
      </w:r>
    </w:p>
    <w:p>
      <w:pPr>
        <w:jc w:val="right"/>
      </w:pPr>
      <w:r>
        <w:t>یعنی اے ایمان والو!</w:t>
      </w:r>
    </w:p>
    <w:p>
      <w:r>
        <w:rPr>
          <w:b/>
        </w:rPr>
        <w:t xml:space="preserve">[39:32] </w:t>
      </w:r>
      <w:r>
        <w:t>jab tum ko kaha jaye ke majlison mein khul kar baitho to tum khul kar baitho. Allah tum ko kushadgi dega. aur jab kaha jaye ke uth jao to tum uth jao.</w:t>
      </w:r>
    </w:p>
    <w:p>
      <w:pPr>
        <w:jc w:val="right"/>
      </w:pPr>
      <w:r>
        <w:t>جب تم کو کہا جائے کہ مجلسوں میں کھل کر بیٹھو تو تم کھل کر بیٹھو۔ اللہ تم کو کشادگی دے گا۔ اور جب کہا جائے کہ اٹھ جاؤ تو تم اٹھ جاؤ۔</w:t>
      </w:r>
    </w:p>
    <w:p>
      <w:r>
        <w:rPr>
          <w:b/>
        </w:rPr>
        <w:t xml:space="preserve">[39:44] </w:t>
      </w:r>
      <w:r>
        <w:t>tum mein se jo log imaan wale hain aur jin ko ilm diya gaya hai Allah un ke darje buland karega. aur jo kuch tum karte ho Allah us se ba-khabar hai.</w:t>
      </w:r>
    </w:p>
    <w:p>
      <w:pPr>
        <w:jc w:val="right"/>
      </w:pPr>
      <w:r>
        <w:t>تم میں سے جو لوگ ایمان والے ہیں اور جن کو علم دیا گیا ہے اللہ ان کے درجے بلند کرے گا۔ اور جو کچھ تم کرتے ہو اللہ اس سے باخبر ہے۔</w:t>
      </w:r>
    </w:p>
    <w:p>
      <w:r>
        <w:rPr>
          <w:b/>
        </w:rPr>
        <w:t xml:space="preserve">[39:55] </w:t>
      </w:r>
      <w:r>
        <w:t>ijtima'i zindagi mein aksar aise waqiat paish aate hain jo bazahir mamooli hote hain lekin kuch log is par offend ho jate hain.</w:t>
      </w:r>
    </w:p>
    <w:p>
      <w:pPr>
        <w:jc w:val="right"/>
      </w:pPr>
      <w:r>
        <w:t>اجتماعی زندگی میں اکثر ایسے واقعات پیش آتے ہیں جو بظاہر معمولی ہوتے ہیں لیکن کچھ لوگ اس پر افینڈ ہو جاتے ہیں۔</w:t>
      </w:r>
    </w:p>
    <w:p>
      <w:r>
        <w:rPr>
          <w:b/>
        </w:rPr>
        <w:t xml:space="preserve">[40:05] </w:t>
      </w:r>
      <w:r>
        <w:t>woh yeh samajh lete hain ke mere sath imtiyazi sulook, yaani discrimination ka mamla kiya gaya. mere upar tanqeed ki gayi.</w:t>
      </w:r>
    </w:p>
    <w:p>
      <w:pPr>
        <w:jc w:val="right"/>
      </w:pPr>
      <w:r>
        <w:t>وہ یہ سمجھ لیتے ہیں کہ میرے ساتھ امتیازی سلوک، یعنی ڈسکریمینیشن کا معاملہ کیا گیا۔ میرے اوپر تنقید کی گئی۔</w:t>
      </w:r>
    </w:p>
    <w:p>
      <w:r>
        <w:rPr>
          <w:b/>
        </w:rPr>
        <w:t xml:space="preserve">[40:14] </w:t>
      </w:r>
      <w:r>
        <w:t>mere kaam ka etraf nahi kiya gaya. mujhe neecha dikhane ke liye mere khilaf sazish ki gayi. main taraqqi ka mustahiq hoon lekin log mujh ko taraqqi dena nahi chahte.</w:t>
      </w:r>
    </w:p>
    <w:p>
      <w:pPr>
        <w:jc w:val="right"/>
      </w:pPr>
      <w:r>
        <w:t>میرے کام کا اعتراف نہیں کیا گیا۔ مجھے نیچا دکھانے کے لیے میرے خلاف سازش کی گئی۔ میں ترقی کا مستحق ہوں لیکن لوگ مجھ کو ترقی دینا نہیں چاہتے۔</w:t>
      </w:r>
    </w:p>
    <w:p>
      <w:r>
        <w:rPr>
          <w:b/>
        </w:rPr>
        <w:t xml:space="preserve">[40:27] </w:t>
      </w:r>
      <w:r>
        <w:t>main ne kaam zyada kiya tha lekin mujhe is ka muawza kam mila. log mere hasid ban gaye hain is liye mujhe aage badhte hue dekhna un ko gawara nahi.</w:t>
      </w:r>
    </w:p>
    <w:p>
      <w:pPr>
        <w:jc w:val="right"/>
      </w:pPr>
      <w:r>
        <w:t>میں نے کام زیادہ کیا تھا لیکن مجھے اس کا معاوضہ کم ملا۔ لوگ میرے حاسد بن گئے ہیں اس لیے مجھے آگے بڑھتے ہوئے دیکھنا ان کو گوارا نہیں۔</w:t>
      </w:r>
    </w:p>
    <w:p>
      <w:r>
        <w:rPr>
          <w:b/>
        </w:rPr>
        <w:t xml:space="preserve">[40:38] </w:t>
      </w:r>
      <w:r>
        <w:t>jis darje ka main mustahiq tha woh darja mujhe nahi diya gaya waghera. is qism ki baatein hamesha ghalat fehmi ka nateeja hoti hain.</w:t>
      </w:r>
    </w:p>
    <w:p>
      <w:pPr>
        <w:jc w:val="right"/>
      </w:pPr>
      <w:r>
        <w:t>جس درجے کا میں مستحق تھا وہ درجہ مجھے نہیں دیا گیا وغیرہ۔ اس قسم کی باتیں ہمیشہ غلط فہمی کا نتیجہ ہوتی ہیں۔</w:t>
      </w:r>
    </w:p>
    <w:p>
      <w:r>
        <w:rPr>
          <w:b/>
        </w:rPr>
        <w:t xml:space="preserve">[40:47] </w:t>
      </w:r>
      <w:r>
        <w:t>jin logon ke andar sochne ki salahiyat na ho woh log is qism ki baaton se mutasir ho jate hain lekin jin ke andar danishmandi, yani wisdom pai jati hai woh is qism ki tamam baaton ko ya to nazar andaaz kar dete hain ya un ka musbat andaaz mein tanzeeya kar ke apne aap ko bigaad se bacha lete hain.</w:t>
      </w:r>
    </w:p>
    <w:p>
      <w:pPr>
        <w:jc w:val="right"/>
      </w:pPr>
      <w:r>
        <w:t>جن لوگوں کے اندر سوچنے کی صلاحیت نہ ہو وہ لوگ اس قسم کی باتوں سے متاثر ہو جاتے ہیں لیکن جن کے اندر دانشمندی، یعنی وزڈم پائی جاتی ہے وہ اس قسم کی تمام باتوں کو یا تو نظر انداز کر دیتے ہیں یا ان کا مثبت انداز میں تجزیہ کر کے اپنے آپ کو بگاڑ سے بچا لیتے ہیں۔</w:t>
      </w:r>
    </w:p>
    <w:p>
      <w:r>
        <w:rPr>
          <w:b/>
        </w:rPr>
        <w:t xml:space="preserve">[41:08] </w:t>
      </w:r>
      <w:r>
        <w:t>jo log is tarah ke mawaqe par apne aap ko manfi taassur se bachayein woh Allah ki khususi nusrat ke mustahiq ban jate hain.</w:t>
      </w:r>
    </w:p>
    <w:p>
      <w:pPr>
        <w:jc w:val="right"/>
      </w:pPr>
      <w:r>
        <w:t>جو لوگ اس طرح کے مواقع پر اپنے آپ کو منفی تاثر سے بچائیں وہ اللہ کی خصوصی نصرت کے مستحق بن جاتے ہیں۔</w:t>
      </w:r>
    </w:p>
    <w:p>
      <w:r>
        <w:rPr>
          <w:b/>
        </w:rPr>
        <w:t xml:space="preserve">[41:17] </w:t>
      </w:r>
      <w:r>
        <w:t>is ke baad un ke andar mazeed fikri taraqqi hoti hai jo un ke darjaat ko badhane wali sabit hoti hai.</w:t>
      </w:r>
    </w:p>
    <w:p>
      <w:pPr>
        <w:jc w:val="right"/>
      </w:pPr>
      <w:r>
        <w:t>اس کے بعد ان کے اندر مزید فکری ترقی ہوتی ہے جو ان کے درجات کو بڑھانے والی ثابت ہوتی ہے۔</w:t>
      </w:r>
    </w:p>
    <w:p>
      <w:r>
        <w:rPr>
          <w:b/>
        </w:rPr>
        <w:t xml:space="preserve">[41:29] </w:t>
      </w:r>
      <w:r>
        <w:t>ikhtilaf ke bawajood itiraf. Sahaba un logon ko kaha jata hai jinhon ne peghambar e Islam sallallahu alaihi wasallam se barah e raast tarbiyat pai ho.</w:t>
      </w:r>
    </w:p>
    <w:p>
      <w:pPr>
        <w:jc w:val="right"/>
      </w:pPr>
      <w:r>
        <w:t>اختلاف کے باوجود اعتراف۔ صحابہ ان لوگوں کو کہا جاتا ہے جنہوں نے پیغمبر اسلام صلی اللہ علیہ وسلم سے براہ راست تربیت پائی ہو۔</w:t>
      </w:r>
    </w:p>
    <w:p>
      <w:r>
        <w:rPr>
          <w:b/>
        </w:rPr>
        <w:t xml:space="preserve">[41:43] </w:t>
      </w:r>
      <w:r>
        <w:t>Sahaba ka har qaul aur har amal peghambar e Islam ki tarbiyat ka nateeja tha. Is aitbaar se yeh kehna sahi hoga ke Sahaba peghambaraana akhlaqiyat ka tosee'i namoona, yani extended example the.</w:t>
      </w:r>
    </w:p>
    <w:p>
      <w:pPr>
        <w:jc w:val="right"/>
      </w:pPr>
      <w:r>
        <w:t>صحابہ کا ہر قول اور ہر عمل پیغمبر اسلام کی تربیت کا نتیجہ تھا۔ اس اعتبار سے یہ کہنا صحیح ہوگا کہ صحابہ پیغمبرانہ اخلاقیات کا توسیعی نمونہ، یعنی ایکسٹینڈڈ ایگزیمپل تھے۔</w:t>
      </w:r>
    </w:p>
    <w:p>
      <w:r>
        <w:rPr>
          <w:b/>
        </w:rPr>
        <w:t xml:space="preserve">[41:59] </w:t>
      </w:r>
      <w:r>
        <w:t>Sahaba ke do giroh the: Ansar aur Muhajireen. Muhajir Sahaba mein se do ke naam yeh hain: Saad bin Abi Waqas faut 55 hijri, Khalid bin Waleed faut 21 hijri.</w:t>
      </w:r>
    </w:p>
    <w:p>
      <w:pPr>
        <w:jc w:val="right"/>
      </w:pPr>
      <w:r>
        <w:t>صحابہ کے دو گروہ تھے: انصار اور مہاجرین۔ مہاجر صحابہ میں سے دو کے نام یہ ہیں: سعد بن ابی وقاص وفات 55 ہجری، خالد بن ولید وفات 21 ہجری۔</w:t>
      </w:r>
    </w:p>
    <w:p>
      <w:r>
        <w:rPr>
          <w:b/>
        </w:rPr>
        <w:t xml:space="preserve">[42:13] </w:t>
      </w:r>
      <w:r>
        <w:t>in dono ke ta'alluq se ek riwayat Hadees ki kitabon mein aayi hai. Riwayat yeh hai: "Kan bayna Khalid wa Saad kalam fa zahaba rajulun yauqu fi Khalid inda Saad fa qala ma innam baynana lam yablugh deenana".</w:t>
      </w:r>
    </w:p>
    <w:p>
      <w:pPr>
        <w:jc w:val="right"/>
      </w:pPr>
      <w:r>
        <w:t>ان دونوں کے تعلق سے ایک روایت حدیث کی کتابوں میں آئی ہے۔ روایت یہ ہے: "کان بین خالد وسعد کلام فذہب رجل یقع فی خالد عند سعد فقال ما انما بیننا لم یبلغ دیننا"۔</w:t>
      </w:r>
    </w:p>
    <w:p>
      <w:r>
        <w:rPr>
          <w:b/>
        </w:rPr>
        <w:t xml:space="preserve">[42:32] </w:t>
      </w:r>
      <w:r>
        <w:t>yani Khalid bin Waleed aur Saad ke darmiyan kisi niza'i maamle par takrar ho gayi. Rawi kehte hain ke is ke baad ek shakhs ne Saad se Khalid ki burai bayan ki to Saad ne kaha: "door ho!</w:t>
      </w:r>
    </w:p>
    <w:p>
      <w:pPr>
        <w:jc w:val="right"/>
      </w:pPr>
      <w:r>
        <w:t>یعنی خالد بن ولید اور سعد کے درمیان کسی نزاعی معاملے پر تکرار ہو گئی۔ راوی کہتے ہیں کہ اس کے بعد ایک شخص نے سعد سے خالد کی برائی بیان کی تو سعد نے کہا: "دور ہو!</w:t>
      </w:r>
    </w:p>
    <w:p>
      <w:r>
        <w:rPr>
          <w:b/>
        </w:rPr>
        <w:t xml:space="preserve">[42:47] </w:t>
      </w:r>
      <w:r>
        <w:t>hum dono ke darmiyan jo maamla hai woh hamare deen tak nahi pahunchega". Is riwayat se maloom hota hai ke do Sahabi, Saad bin Abi Waqas aur Khalid bin Waleed ke darmiyan koi zaati niza' paida ho gayi.</w:t>
      </w:r>
    </w:p>
    <w:p>
      <w:pPr>
        <w:jc w:val="right"/>
      </w:pPr>
      <w:r>
        <w:t>ہم دونوں کے درمیان جو معاملہ ہے وہ ہمارے دین تک نہیں پہنچے گا"۔ اس روایت سے معلوم ہوتا ہے کہ دو صحابی، سعد بن ابی وقاص اور خالد بن ولید کے درمیان کوئی ذاتی نزاع پیدا ہوگئی۔</w:t>
      </w:r>
    </w:p>
    <w:p>
      <w:r>
        <w:rPr>
          <w:b/>
        </w:rPr>
        <w:t xml:space="preserve">[43:00] </w:t>
      </w:r>
      <w:r>
        <w:t>kisi maamle par baat karte hue dono ke darmiyan takrar ho gayi. Is baat ko le kar ek shakhs ne Saad bin Abi Waqas se Khalid bin Waleed ki burai bayan ki lekin Saad ek aala akhlaq wale aadmi the.</w:t>
      </w:r>
    </w:p>
    <w:p>
      <w:pPr>
        <w:jc w:val="right"/>
      </w:pPr>
      <w:r>
        <w:t>کسی معاملے پر بات کرتے ہوئے دونوں کے درمیان تکرار ہوگئی۔ اس بات کو لے کر ایک شخص نے سعد بن ابی وقاص سے خالد بن ولید کی برائی بیان کی لیکن سعد ایک اعلیٰ اخلاق والے آدمی تھے۔</w:t>
      </w:r>
    </w:p>
    <w:p>
      <w:r>
        <w:rPr>
          <w:b/>
        </w:rPr>
        <w:t xml:space="preserve">[43:16] </w:t>
      </w:r>
      <w:r>
        <w:t>unhon ne foran kaha ke hamare aur Khalid ke darmiyan jo ikhtilaf hai woh ek zaati nawiyat ka ikhtilaf hai. Is ikhtilaf ko hum zaati had tak rakhenge.</w:t>
      </w:r>
    </w:p>
    <w:p>
      <w:pPr>
        <w:jc w:val="right"/>
      </w:pPr>
      <w:r>
        <w:t>انہوں نے فوراً کہا کہ ہمارے اور خالد کے درمیان جو اختلاف ہے وہ ایک ذاتی نوعیت کا اختلاف ہے۔ اس اختلاف کو ہم ذاتی حد تک رکھیں گے۔</w:t>
      </w:r>
    </w:p>
    <w:p>
      <w:r>
        <w:rPr>
          <w:b/>
        </w:rPr>
        <w:t xml:space="preserve">[43:28] </w:t>
      </w:r>
      <w:r>
        <w:t>aisa nahi ho sakta ke is ki bina par hum ek doosre ko deen ke aitbaar se bura samajhne lagein. Ijtima'i zindagi mein bahami niza' ka paida hona ek aam baat hai lekin ahl e iman ko chahiye ke woh zaati maamle ko deen se alag rakhein.</w:t>
      </w:r>
    </w:p>
    <w:p>
      <w:pPr>
        <w:jc w:val="right"/>
      </w:pPr>
      <w:r>
        <w:t>ایسا نہیں ہو سکتا کہ اس کی بنا پر ہم ایک دوسرے کو دین کے اعتبار سے برا سمجھنے لگیں۔ اجتماعی زندگی میں باہمی نزاع کا پیدا ہونا ایک عام بات ہے لیکن اہل ایمان کو چاہیے کہ وہ ذاتی معاملے کو دین سے الگ رکھیں۔</w:t>
      </w:r>
    </w:p>
    <w:p>
      <w:r>
        <w:rPr>
          <w:b/>
        </w:rPr>
        <w:t xml:space="preserve">[43:47] </w:t>
      </w:r>
      <w:r>
        <w:t>zaati shikayat ko woh ek doosre ke deen tak na le jayein. Zaati ikhtilaf ke bawajood woh deeni aitbaar se ek doosre ke itiraf mein kami na aaney dein.</w:t>
      </w:r>
    </w:p>
    <w:p>
      <w:pPr>
        <w:jc w:val="right"/>
      </w:pPr>
      <w:r>
        <w:t>ذاتی شکایت کو وہ ایک دوسرے کے دین تک نہ لے جائیں۔ ذاتی اختلاف کے باوجود وہ دینی اعتبار سے ایک دوسرے کے اعتراف میں کمی نہ آنے دیں۔</w:t>
      </w:r>
    </w:p>
    <w:p>
      <w:r>
        <w:rPr>
          <w:b/>
        </w:rPr>
        <w:t xml:space="preserve">[44:05] </w:t>
      </w:r>
      <w:r>
        <w:t>dawat aur zulm. Bahut se musalman hain jo yeh kehte hain ke hum ko ghair musalmanon mein dawat ka kaam karna hai.</w:t>
      </w:r>
    </w:p>
    <w:p>
      <w:pPr>
        <w:jc w:val="right"/>
      </w:pPr>
      <w:r>
        <w:t>دعوت اور ظلم۔ بہت سے مسلمان ہیں جو یہ کہتے ہیں کہ ہم کو غیر مسلموں میں دعوت کا کام کرنا ہے۔</w:t>
      </w:r>
    </w:p>
    <w:p>
      <w:r>
        <w:rPr>
          <w:b/>
        </w:rPr>
        <w:t xml:space="preserve">[44:15] </w:t>
      </w:r>
      <w:r>
        <w:t>isi ke sath woh kehte hain ke agar hum yeh dekhein ke musalmanon ke khilaf zulm ho raha hai to hamein zulm ke khilaf ladai bhi karni hai.</w:t>
      </w:r>
    </w:p>
    <w:p>
      <w:pPr>
        <w:jc w:val="right"/>
      </w:pPr>
      <w:r>
        <w:t>اسی کے ساتھ وہ کہتے ہیں کہ اگر ہم یہ دیکھیں کہ مسلمانوں کے خلاف ظلم ہو رہا ہے تو ہمیں ظلم کے خلاف لڑائی بھی کرنی ہے۔</w:t>
      </w:r>
    </w:p>
    <w:p>
      <w:r>
        <w:rPr>
          <w:b/>
        </w:rPr>
        <w:t xml:space="preserve">[44:25] </w:t>
      </w:r>
      <w:r>
        <w:t>hum ko dono kaam karna hai. Hum ko dawat ka kaam bhi karna hai aur isi ke sath hum ko zulm ke khilaf ladna bhi hai. Yeh Quran ki zaban nahi hai balke woh qaumi leader ki zaban hai.</w:t>
      </w:r>
    </w:p>
    <w:p>
      <w:pPr>
        <w:jc w:val="right"/>
      </w:pPr>
      <w:r>
        <w:t>ہم کو دونوں کام کرنا ہے۔ ہم کو دعوت کا کام بھی کرنا ہے اور اسی کے ساتھ ہم کو ظلم کے خلاف لڑنا بھی ہے۔ یہ قرآن کی زبان نہیں ہے بلکہ وہ قومی لیڈر کی زبان ہے۔</w:t>
      </w:r>
    </w:p>
    <w:p>
      <w:r>
        <w:rPr>
          <w:b/>
        </w:rPr>
        <w:t xml:space="preserve">[44:38] </w:t>
      </w:r>
      <w:r>
        <w:t>Quran ke mutabiq dawat ka kaam karne ki pehli shart yeh hai ke da'i apne mad'u ka naseeh, yani khair khwah bane.</w:t>
      </w:r>
    </w:p>
    <w:p>
      <w:pPr>
        <w:jc w:val="right"/>
      </w:pPr>
      <w:r>
        <w:t>قرآن کے مطابق دعوت کا کام کرنے کی پہلی شرط یہ ہے کہ داعی اپنے مدعو کا ناصح، یعنی خیر خواہ بنے۔</w:t>
      </w:r>
    </w:p>
    <w:p>
      <w:r>
        <w:rPr>
          <w:b/>
        </w:rPr>
        <w:t xml:space="preserve">[44:47] </w:t>
      </w:r>
      <w:r>
        <w:t>agar khair khwahi nahi to dawat bhi nahi. Is silsile mein Quran ki ek aayat yeh hai: "Falanuza'uka fi al-amri wad'u ila rabbika".</w:t>
      </w:r>
    </w:p>
    <w:p>
      <w:pPr>
        <w:jc w:val="right"/>
      </w:pPr>
      <w:r>
        <w:t>اگر خیر خواہی نہیں تو دعوت بھی نہیں۔ اس سلسلے میں قرآن کی ایک آیت یہ ہے: "فلاینازعنک فی الامری ودعو الی ربک"۔</w:t>
      </w:r>
    </w:p>
    <w:p>
      <w:r>
        <w:rPr>
          <w:b/>
        </w:rPr>
        <w:t xml:space="preserve">[45:01] </w:t>
      </w:r>
      <w:r>
        <w:t>pas is maamle mein woh tum se hargiz niza' na karein aur tum apne Rab ki taraf bulao. Woh tum se hargiz niza' na karein yeh ek arabi usloob hai.</w:t>
      </w:r>
    </w:p>
    <w:p>
      <w:pPr>
        <w:jc w:val="right"/>
      </w:pPr>
      <w:r>
        <w:t>پس اس معاملے میں وہ تم سے ہرگز نزاع نہ کریں اور تم اپنے رب کی طرف بلاؤ۔ وہ تم سے ہرگز نزاع نہ کریں یہ ایک عربی اسلوب ہے۔</w:t>
      </w:r>
    </w:p>
    <w:p>
      <w:r>
        <w:rPr>
          <w:b/>
        </w:rPr>
        <w:t xml:space="preserve">[45:12] </w:t>
      </w:r>
      <w:r>
        <w:t>arabi mein kaha jata hai ke "la yadribanka Zaid". Is jumle ka lafzi tarjuma yeh hai ke Zaid hargiz tum ko na maare magar haqeeqat ke aitbaar se is ka matlab yeh hai ke Zaid ko hargiz maarne ka mauqa na do.</w:t>
      </w:r>
    </w:p>
    <w:p>
      <w:pPr>
        <w:jc w:val="right"/>
      </w:pPr>
      <w:r>
        <w:t>عربی میں کہا جاتا ہے کہ "لا یضربن کا زید"۔ اس جملے کا لفظی ترجمہ یہ ہے کہ زید ہرگز تم کو نہ مارے مگر حقیقت کے اعتبار سے اس کا مطلب یہ ہے کہ زید کو ہرگز مارنے کا موقع نہ دو۔</w:t>
      </w:r>
    </w:p>
    <w:p>
      <w:r>
        <w:rPr>
          <w:b/>
        </w:rPr>
        <w:t xml:space="preserve">[45:30] </w:t>
      </w:r>
      <w:r>
        <w:t>Quran ki is aayat ke mutabiq da'i ko zulm ke muqable mein sabr karna hai na ke ladai karna. Da'i ko apne mad'u se kisi haal mein ladna nahi hai.</w:t>
      </w:r>
    </w:p>
    <w:p>
      <w:pPr>
        <w:jc w:val="right"/>
      </w:pPr>
      <w:r>
        <w:t>قرآن کی اس آیت کے مطابق داعی کو ظلم کے مقابلے میں صبر کرنا ہے نہ کہ لڑائی کرنا۔ داعی کو اپنے مدعو سے کسی حال میں لڑنا نہیں ہے۔</w:t>
      </w:r>
    </w:p>
    <w:p>
      <w:r>
        <w:rPr>
          <w:b/>
        </w:rPr>
        <w:t xml:space="preserve">[45:42] </w:t>
      </w:r>
      <w:r>
        <w:t>agarche bayaan yeh dikhai de ke mad'u zulm kar raha hai tab bhi da'i ko chahiye ke woh zulm ko manage kare na ke zulm ke naam par mad'u se ladai kare.</w:t>
      </w:r>
    </w:p>
    <w:p>
      <w:pPr>
        <w:jc w:val="right"/>
      </w:pPr>
      <w:r>
        <w:t>اگرچہ بظاہر یہ دکھائی دے کہ مدعو ظلم کر رہا ہے تب بھی داعی کو چاہیے کہ وہ ظلم کو مینج کرے نہ کہ ظلم کے نام پر مدعو سے لڑائی کرے۔</w:t>
      </w:r>
    </w:p>
    <w:p>
      <w:r>
        <w:rPr>
          <w:b/>
        </w:rPr>
        <w:t xml:space="preserve">[45:53] </w:t>
      </w:r>
      <w:r>
        <w:t>dawat ilallah ka kaam ek khalis akhrawi kaam hai. Is kaam ko Quran mein inzar o tushir ka kaam kaha gaya hai.</w:t>
      </w:r>
    </w:p>
    <w:p>
      <w:pPr>
        <w:jc w:val="right"/>
      </w:pPr>
      <w:r>
        <w:t>دعوت الی اللہ کا کام ایک خالص اخروی کام ہے۔ اس کام کو قرآن میں انظار و تبشیر کا کام کہا گیا ہے۔</w:t>
      </w:r>
    </w:p>
    <w:p>
      <w:r>
        <w:rPr>
          <w:b/>
        </w:rPr>
        <w:t xml:space="preserve">[46:03] </w:t>
      </w:r>
      <w:r>
        <w:t>dawat ka kaam yeh hai ke insaan ko yeh bataya jaye ke Allah Rabbul Alameen ka takhleeqi mansooba, yani creation plan kya hai.</w:t>
      </w:r>
    </w:p>
    <w:p>
      <w:pPr>
        <w:jc w:val="right"/>
      </w:pPr>
      <w:r>
        <w:t>دعوت کا کام یہ ہے کہ انسان کو یہ بتایا جائے کہ اللہ رب العالمین کا تخلیقی منصوبہ، یعنی کریشن پلان کیا ہے۔</w:t>
      </w:r>
    </w:p>
    <w:p>
      <w:r>
        <w:rPr>
          <w:b/>
        </w:rPr>
        <w:t xml:space="preserve">[46:12] </w:t>
      </w:r>
      <w:r>
        <w:t>insaan ka asal kaam yeh hai ke woh apne aap ko aise muttaqi insaan ki hesiyat se develop kare ke akhirat mein us ko abadi jannat mein dakhila diya jaye.</w:t>
      </w:r>
    </w:p>
    <w:p>
      <w:pPr>
        <w:jc w:val="right"/>
      </w:pPr>
      <w:r>
        <w:t>انسان کا اصل کام یہ ہے کہ وہ اپنے آپ کو ایسے متقی انسان کی حیثیت سے ڈیویلپ کرے کہ آخرت میں اس کو ابدی جنت میں داخلہ دیا جائے۔</w:t>
      </w:r>
    </w:p>
    <w:p>
      <w:r>
        <w:rPr>
          <w:b/>
        </w:rPr>
        <w:t xml:space="preserve">[46:24] </w:t>
      </w:r>
      <w:r>
        <w:t>dawat ek aisa kaam hai jo ghair qaumi bhi hai aur ghair siyasi bhi. Islam mein sirf difai jang hai.</w:t>
      </w:r>
    </w:p>
    <w:p>
      <w:pPr>
        <w:jc w:val="right"/>
      </w:pPr>
      <w:r>
        <w:t>دعوت ایک ایسا کام ہے جو غیر قومی بھی ہے اور غیر سیاسی بھی۔ اسلام میں صرف دفاعی جنگ ہے۔</w:t>
      </w:r>
    </w:p>
    <w:p>
      <w:r>
        <w:rPr>
          <w:b/>
        </w:rPr>
        <w:t xml:space="preserve">[46:33] </w:t>
      </w:r>
      <w:r>
        <w:t>difai jang hakim ka mamla hai. daai ka is mamle se koi talluq nahin.</w:t>
      </w:r>
    </w:p>
    <w:p>
      <w:pPr>
        <w:jc w:val="right"/>
      </w:pPr>
      <w:r>
        <w:t>دفاعی جنگ حاکم کا معاملہ ہے۔ داعی کا اس معاملے سے کوئی تعلق نہیں۔</w:t>
      </w:r>
    </w:p>
    <w:p>
      <w:r>
        <w:rPr>
          <w:b/>
        </w:rPr>
        <w:t xml:space="preserve">[46:43] </w:t>
      </w:r>
      <w:r>
        <w:t>roshan hidayaat. deen Islam har aitbaar se ek wazeh deen hai. hadith mein aaya hai ke Rasool Allah Sal Allah Alaihi Wasallam ne farmaya: "قد تركتکم البیداء لیلہا کا نہاریہا لا یزیغ عنہا بعدی الا حالک".</w:t>
      </w:r>
    </w:p>
    <w:p>
      <w:pPr>
        <w:jc w:val="right"/>
      </w:pPr>
      <w:r>
        <w:t>روشن ہدایت۔ دین اسلام ہر اعتبار سے ایک واضح دین ہے۔ حدیث میں آیا ہے کہ رسول اللہ صلی اللہ علیہ وسلم نے فرمایا: "قد تركتکم البیداء لیلہا کا نہاریہا لا یزیغ عنہا بعدی الا حالک"۔</w:t>
      </w:r>
    </w:p>
    <w:p>
      <w:r>
        <w:rPr>
          <w:b/>
        </w:rPr>
        <w:t xml:space="preserve">[47:06] </w:t>
      </w:r>
      <w:r>
        <w:t>sunan Ibn Majah. yaani main tumhare paas ek roshan deen chhod raha hoon. iski raatein bhi iske din ki tarah hain. mere baad koi is se door nahin hoga siwaye is aadmi ke jo halak hone wala hai.</w:t>
      </w:r>
    </w:p>
    <w:p>
      <w:pPr>
        <w:jc w:val="right"/>
      </w:pPr>
      <w:r>
        <w:t>سنن ابن ماجہ۔ یعنی میں تمہارے پاس ایک روشن دین چھوڑ رہا ہوں۔ اس کی راتیں بھی اس کے دن کی طرح ہیں۔ میرے بعد کوئی اس سے دور نہیں ہوگا سوائے اس آدمی کے جو ہلاک ہونے والا ہے۔</w:t>
      </w:r>
    </w:p>
    <w:p>
      <w:r>
        <w:rPr>
          <w:b/>
        </w:rPr>
        <w:t xml:space="preserve">[47:21] </w:t>
      </w:r>
      <w:r>
        <w:t>yahan yeh sawal hai ke jab deen itna wazeh hai to is mein ikhtilafat kyun? Quran ki tafseer mein ikhtilaf, hadith ki sharah mein ikhtilaf, fiqhi masail mein ikhtilaf waghera.</w:t>
      </w:r>
    </w:p>
    <w:p>
      <w:pPr>
        <w:jc w:val="right"/>
      </w:pPr>
      <w:r>
        <w:t>یہاں یہ سوال ہے کہ جب دین اتنا واضح ہے تو اس میں اختلافات کیوں؟ قرآن کی تفسیر میں اختلاف، حدیث کی شرح میں اختلاف، فقہی مسائل میں اختلاف وغیرہ۔</w:t>
      </w:r>
    </w:p>
    <w:p>
      <w:r>
        <w:rPr>
          <w:b/>
        </w:rPr>
        <w:t xml:space="preserve">[47:34] </w:t>
      </w:r>
      <w:r>
        <w:t>Rasool Allah ne farmaya tha ke tum is tarah namaz padho jis tarah mujh ko namaz padhte hue dekhte ho. lekin aap ke baad namaz ke masail mein itne ikhtilafat hue ke Musalmanon ke darmiyan kai mustaqil fiqhi school ban gaye waghera.</w:t>
      </w:r>
    </w:p>
    <w:p>
      <w:pPr>
        <w:jc w:val="right"/>
      </w:pPr>
      <w:r>
        <w:t>رسول اللہ نے فرمایا تھا کہ تم اس طرح نماز پڑھو جس طرح مجھ کو نماز پڑھتے ہوئے دیکھتے ہو۔ لیکن آپ کے بعد نماز کے مسائل میں اتنے اختلافات ہوئے کہ مسلمانوں کے درمیان کئی مستقل فقہی اسکول بن گئے وغیرہ۔</w:t>
      </w:r>
    </w:p>
    <w:p>
      <w:r>
        <w:rPr>
          <w:b/>
        </w:rPr>
        <w:t xml:space="preserve">[47:53] </w:t>
      </w:r>
      <w:r>
        <w:t>yeh ikhtilaf ek matloob ikhtilaf hai. yeh ikhtilaf is liye hai taake log is par tadabbur karein. log khud apne zehan ko istemal karein.</w:t>
      </w:r>
    </w:p>
    <w:p>
      <w:pPr>
        <w:jc w:val="right"/>
      </w:pPr>
      <w:r>
        <w:t>یہ اختلاف ایک مطلوب اختلاف ہے۔ یہ اختلاف اس لیے ہے تاکہ لوگ اس پر تدبر کریں۔ لوگ خود اپنے ذہن کو استعمال کریں۔</w:t>
      </w:r>
    </w:p>
    <w:p>
      <w:r>
        <w:rPr>
          <w:b/>
        </w:rPr>
        <w:t xml:space="preserve">[48:04] </w:t>
      </w:r>
      <w:r>
        <w:t>yahan tak ke har shakhs deen ko re-discover kare. har aadmi khud daryaft kardah sachai, yaani self-discovered truth par khada ho.</w:t>
      </w:r>
    </w:p>
    <w:p>
      <w:pPr>
        <w:jc w:val="right"/>
      </w:pPr>
      <w:r>
        <w:t>یہاں تک کہ ہر شخص دین کو ری ڈسکور کرے۔ ہر آدمی خود دریافت کردہ سچائی، یعنی سیلف ڈسکورڈ ٹروتھ پر کھڑا ہو۔</w:t>
      </w:r>
    </w:p>
    <w:p>
      <w:r>
        <w:rPr>
          <w:b/>
        </w:rPr>
        <w:t xml:space="preserve">[48:17] </w:t>
      </w:r>
      <w:r>
        <w:t>Najran ke kuch haq ke mutalashi log Madinah aaye taake woh Rasool Allah Sal Allah Alaihi Wasallam se sachai ko daryaft karein.</w:t>
      </w:r>
    </w:p>
    <w:p>
      <w:pPr>
        <w:jc w:val="right"/>
      </w:pPr>
      <w:r>
        <w:t>نجران کے کچھ حق کے متلاشی لوگ مدینہ آئے تاکہ وہ رسول اللہ صلی اللہ علیہ وسلم سے سچائی کو دریافت کریں۔</w:t>
      </w:r>
    </w:p>
    <w:p>
      <w:r>
        <w:rPr>
          <w:b/>
        </w:rPr>
        <w:t xml:space="preserve">[48:28] </w:t>
      </w:r>
      <w:r>
        <w:t>yeh qissa Quran mein in alfaaz mein bayan hua hai: "وَإِذَا سَمِعُوا مَا أُنْزِلَ إِلَى الرَّسُولِ تَرَىٰ عَيُونَهُمْ تَفِيضُ مِنَ الدَّمْعِ مِمَّا عَرَفُوا مِنَ الْحَقِّ".</w:t>
      </w:r>
    </w:p>
    <w:p>
      <w:pPr>
        <w:jc w:val="right"/>
      </w:pPr>
      <w:r>
        <w:t>یہ قصہ قرآن میں ان الفاظ میں بیان ہوا ہے: "وَإِذَا سَمِعُوا مَا أُنْزِلَ إِلَى الرَّسُولِ تَرَى عَيُونَهُمْ تَفِيدُ مِنَ الْدَمْعِ مِمَّا عَرَفُوا مِنَ الْحَقِّ"۔</w:t>
      </w:r>
    </w:p>
    <w:p>
      <w:r>
        <w:rPr>
          <w:b/>
        </w:rPr>
        <w:t xml:space="preserve">[48:42] </w:t>
      </w:r>
      <w:r>
        <w:t>yaani aur jab unhone is kalam ko suna jo Rasool par utara gaya hai to tum dekhoge ke unki aankhon se aansu jari hain is sabab se ke unhone haq ki marifat hasil kar li.</w:t>
      </w:r>
    </w:p>
    <w:p>
      <w:pPr>
        <w:jc w:val="right"/>
      </w:pPr>
      <w:r>
        <w:t>یعنی اور جب انہوں نے اس کلام کو سنا جو رسول پر اتارا گیا ہے تو تم دیکھو گے کہ ان کی آنکھوں سے آنسو جاری ہیں اس سبب سے کہ انہوں نے حق کی معرفت حاصل کر لی۔</w:t>
      </w:r>
    </w:p>
    <w:p>
      <w:r>
        <w:rPr>
          <w:b/>
        </w:rPr>
        <w:t xml:space="preserve">[48:55] </w:t>
      </w:r>
      <w:r>
        <w:t>ayat mein "وَإِذَا سَمِعُوا" ke baad bazahir "عَلِيمُوا" yaani unhone jaan liya aana chahiye tha magar yahan "عَرَفُوا" ka lafz aaya hai.</w:t>
      </w:r>
    </w:p>
    <w:p>
      <w:pPr>
        <w:jc w:val="right"/>
      </w:pPr>
      <w:r>
        <w:t>آیت میں "وَإِذَا سَمِعُوا" کے بعد بظاہر "عَلِيمُوا" یعنی انہوں نے جان لیا آنا چاہیے تھا مگر یہاں "عَرَفُوا" کا لفظ آیا ہے۔</w:t>
      </w:r>
    </w:p>
    <w:p>
      <w:r>
        <w:rPr>
          <w:b/>
        </w:rPr>
        <w:t xml:space="preserve">[49:06] </w:t>
      </w:r>
      <w:r>
        <w:t>iska matlab yeh hai ke sunne ke baad ibtidaai taur par unhone sachai ko sirf jaana tha magar apni taraf se tadabbur ka izafa karke unhone apne janne ko marifat, yaani self-discovery banaya.</w:t>
      </w:r>
    </w:p>
    <w:p>
      <w:pPr>
        <w:jc w:val="right"/>
      </w:pPr>
      <w:r>
        <w:t>اس کا مطلب یہ ہے کہ سننے کے بعد ابتدائی طور پر انہوں نے سچائی کو صرف جانا تھا مگر اپنی طرف سے تدبر کا اضافہ کر کے انہوں نے اپنے جاننے کو معرفت، یعنی سیلف ڈسکوری بنایا۔</w:t>
      </w:r>
    </w:p>
    <w:p>
      <w:r>
        <w:rPr>
          <w:b/>
        </w:rPr>
        <w:t xml:space="preserve">[49:23] </w:t>
      </w:r>
      <w:r>
        <w:t>aisa is liye hua taake woh khud daryaft kardah marifat par khade hone ki sa'adat hasil kar sakein. insaan ko iske khaliq ne sahi fitrat par paida kiya hai.</w:t>
      </w:r>
    </w:p>
    <w:p>
      <w:pPr>
        <w:jc w:val="right"/>
      </w:pPr>
      <w:r>
        <w:t>ایسا اس لیے ہوا تاکہ وہ خود دریافت کردہ معرفت پر کھڑے ہونے کی سعادت حاصل کر سکیں۔ انسان کو اس کے خالق نے صحیح فطرت پر پیدا کیا ہے۔</w:t>
      </w:r>
    </w:p>
    <w:p>
      <w:r>
        <w:rPr>
          <w:b/>
        </w:rPr>
        <w:t xml:space="preserve">[49:35] </w:t>
      </w:r>
      <w:r>
        <w:t>jaisa ke Quran mein aaya hai: "فَأَلْهَمَهَا فُجُورَهَا وَتَقْوَاهَا" . insaan ke aas paas jo duniya hai jisko Quran Majeed mein zameen o aasman ke alfaaz mein taabeer kiya gaya hai.</w:t>
      </w:r>
    </w:p>
    <w:p>
      <w:pPr>
        <w:jc w:val="right"/>
      </w:pPr>
      <w:r>
        <w:t>جیسا کہ قرآن میں آیا ہے: "فَأَلْهَمَهَا فُجُورَهَا وَتَقْوَاهَا"۔ انسان کے آس پاس جو دنیا ہے جس کو قرآن مجید میں زمین و آسمان کے الفاظ میں تعبیر کیا گیا ہے۔</w:t>
      </w:r>
    </w:p>
    <w:p>
      <w:r>
        <w:rPr>
          <w:b/>
        </w:rPr>
        <w:t xml:space="preserve">[49:50] </w:t>
      </w:r>
      <w:r>
        <w:t>is mein aisi ayat, yaani signs hain jo khamosh zaban mein sachai ka ailan kar rahi hain. tareekh ke tamam waqeyat deen-e-KhudaWandi ki sadaqat ke gawah hain.</w:t>
      </w:r>
    </w:p>
    <w:p>
      <w:pPr>
        <w:jc w:val="right"/>
      </w:pPr>
      <w:r>
        <w:t>اس میں ایسی آیات، یعنی سائنز ہیں جو خاموش زبان میں سچائی کا اعلان کر رہے ہیں۔ تاریخ کے تمام واقعات دین خداوندی کی صداقت کے گواہ ہیں۔</w:t>
      </w:r>
    </w:p>
    <w:p>
      <w:r>
        <w:rPr>
          <w:b/>
        </w:rPr>
        <w:t xml:space="preserve">[50:03] </w:t>
      </w:r>
      <w:r>
        <w:t>neez yeh ke paighambar ke zariye Quran o Sunnat ki soorat mein hidayat ka poora saman insaan ke liye mehya kar diya gaya hai waghera.</w:t>
      </w:r>
    </w:p>
    <w:p>
      <w:pPr>
        <w:jc w:val="right"/>
      </w:pPr>
      <w:r>
        <w:t>نیز یہ کہ پیغمبر کے ذریعے قرآن و سنت کی صورت میں ہدایت کا پورا سامان انسان کے لیے مہیا کر دیا گیا ہے وغیرہ۔</w:t>
      </w:r>
    </w:p>
    <w:p>
      <w:r>
        <w:rPr>
          <w:b/>
        </w:rPr>
        <w:t xml:space="preserve">[50:14] </w:t>
      </w:r>
      <w:r>
        <w:t>iske bawajood qanoon-e-fitrat ke mutabiq duniya ki tamam cheezon ke sath hamesha ek shubah ka anasar, yaani element of doubt maujood rehta hai.</w:t>
      </w:r>
    </w:p>
    <w:p>
      <w:pPr>
        <w:jc w:val="right"/>
      </w:pPr>
      <w:r>
        <w:t>اس کے باوجود قانون فطرت کے مطابق دنیا کی تمام چیزوں کے ساتھ ہمیشہ ایک شبہ کا عنصر، یعنی ایلیمنٹ آف ڈاؤٹ موجود رہتا ہے۔</w:t>
      </w:r>
    </w:p>
    <w:p>
      <w:r>
        <w:rPr>
          <w:b/>
        </w:rPr>
        <w:t xml:space="preserve">[50:26] </w:t>
      </w:r>
      <w:r>
        <w:t>is haqeeqat ko Quran mein in alfaaz mein bayan kiya gaya hai: "وَقَالُوا لَوْلَا أُنْزِلَ عَلَيْهِ مَلَكٌ وَلَوْ أَنْزَلْنَا مَلَكًا لَقُضِيَ الْأَمْرُ ثُمَّ لَا يُنْظَرُونَ وَلَوْ جَعَلْنَاهُ مَلَكًا لَجَعَلْنَاهُ رَجُلًا وَلَلَبَسْنَا عَلَيْهِمْ مَا يَلْبِسُونَ".</w:t>
      </w:r>
    </w:p>
    <w:p>
      <w:pPr>
        <w:jc w:val="right"/>
      </w:pPr>
      <w:r>
        <w:t>اس حقیقت کو قرآن میں ان الفاظ میں بیان کیا گیا ہے: "وَقَالُوا لَوْلَا أُنْزِلَ عَلَيْهِ مَلَكٌ وَلَوْ أَنْزَلْنَا مَلَكًا لَقُضِيَ الْأَمْرُ ثُمَّ لَا يُنْزَرُونَ وَلَوْ جَعَلْنَاهُ مَلَكًا لَجَعَلْنَاهُ رَجُلًا وَلَلَبَسْنَا عَلَيْهِمْ مَا يَلْبِسُونَ"۔</w:t>
      </w:r>
    </w:p>
    <w:p>
      <w:r>
        <w:rPr>
          <w:b/>
        </w:rPr>
        <w:t xml:space="preserve">[50:48] </w:t>
      </w:r>
      <w:r>
        <w:t>yaani aur woh kehte hain ke is par koi farishta kyun nahin utara gaya? aur agar hum koi farishta utarte to mamle ka faisla ho jata, phir unhein koi mohlat na milti.</w:t>
      </w:r>
    </w:p>
    <w:p>
      <w:pPr>
        <w:jc w:val="right"/>
      </w:pPr>
      <w:r>
        <w:t>یعنی اور وہ کہتے ہیں کہ اس پر کوئی فرشتہ کیوں نہیں اتارا گیا؟ اور اگر ہم کوئی فرشتہ اتارتے تو معاملے کا فیصلہ ہو جاتا، پھر انہیں کوئی مہلت نہ ملتی۔</w:t>
      </w:r>
    </w:p>
    <w:p>
      <w:r>
        <w:rPr>
          <w:b/>
        </w:rPr>
        <w:t xml:space="preserve">[51:00] </w:t>
      </w:r>
      <w:r>
        <w:t>aur agar hum kisi farishte ko rasool bana kar bhejte to us ko bhi aadmi banate aur un ko usi shubah mein daal dete jis mein woh ab pade hue hain.</w:t>
      </w:r>
    </w:p>
    <w:p>
      <w:pPr>
        <w:jc w:val="right"/>
      </w:pPr>
      <w:r>
        <w:t>اور اگر ہم کسی فرشتے کو رسول بنا کر بھیجتے تو اس کو بھی آدمی بناتے اور ان کو اسی شبہ میں ڈال دیتے جس میں وہ اب پڑے ہوئے ہیں۔</w:t>
      </w:r>
    </w:p>
    <w:p>
      <w:r>
        <w:rPr>
          <w:b/>
        </w:rPr>
        <w:t xml:space="preserve">[51:11] </w:t>
      </w:r>
      <w:r>
        <w:t>sachai ki hidayat agarche insaan ko Allah Rabbul Alameen ki taraf se di gayi hai lekin Allah ko yeh manzoor hai ke woh apne hidayat yaab bondon ko is baat ka credit de ke unhone apni aqal ko istemal karke zaati taur par sachai ko daryaft kiya.</w:t>
      </w:r>
    </w:p>
    <w:p>
      <w:pPr>
        <w:jc w:val="right"/>
      </w:pPr>
      <w:r>
        <w:t>سچائی کی ہدایت اگرچہ انسان کو اللہ رب العالمین کی طرف سے دی گئی ہے لیکن اللہ کو یہ منظور ہے کہ وہ اپنے ہدایت یاب بندوں کو اس بات کا کریڈٹ دے کہ انہوں نے اپنی عقل کو استعمال کر کے ذاتی طور پر سچائی کو دریافت کیا۔</w:t>
      </w:r>
    </w:p>
    <w:p>
      <w:r>
        <w:rPr>
          <w:b/>
        </w:rPr>
        <w:t xml:space="preserve">[51:34] </w:t>
      </w:r>
      <w:r>
        <w:t>ikhtilafat ke jangall mein woh khud daryaft kardah sachai, yaani self-discovered truth par khade hon. yeh Allah Rabbul Alameen ki taraf se insaan ke liye ek mazeed inayat ka mamla hai.</w:t>
      </w:r>
    </w:p>
    <w:p>
      <w:pPr>
        <w:jc w:val="right"/>
      </w:pPr>
      <w:r>
        <w:t>اختلافات کے جنگل میں وہ خود دریافت کردہ سچائی، یعنی سیلف ڈسکورڈ ٹروتھ پر کھڑے ہوں۔ یہ اللہ رب العالمین کی طرف سے انسان کے لیے ایک مزید عنایت کا معاملہ ہے۔</w:t>
      </w:r>
    </w:p>
    <w:p>
      <w:r>
        <w:rPr>
          <w:b/>
        </w:rPr>
        <w:t xml:space="preserve">[51:53] </w:t>
      </w:r>
      <w:r>
        <w:t>haqeeqi ahmiyat. paighambar-e-Islam Sal Allah Alaihi Wasallam ke tareeqe ka ek pehlu yeh tha ke aap ki nazar hamesha haqaaeq par hoti thi na ke zawahir par.</w:t>
      </w:r>
    </w:p>
    <w:p>
      <w:pPr>
        <w:jc w:val="right"/>
      </w:pPr>
      <w:r>
        <w:t>حقیقی اہمیت۔ پیغمبر اسلام صلی اللہ علیہ وسلم کے طریقے کا ایک پہلو یہ تھا کہ آپ کی نظر ہمیشہ حقائق پر ہوتی تھی نہ کہ ظواہر پر۔</w:t>
      </w:r>
    </w:p>
    <w:p>
      <w:r>
        <w:rPr>
          <w:b/>
        </w:rPr>
        <w:t xml:space="preserve">[52:08] </w:t>
      </w:r>
      <w:r>
        <w:t>zawahir mein agar bekhabri ki bina par koi farq ho jaye to us ko aap na qabil-e-lehaz samajhte the. albatta haqeeqi ahmiyat wali baaton ke bare mein aap ka rawaiyya hamesha bohat sakht hota tha.</w:t>
      </w:r>
    </w:p>
    <w:p>
      <w:pPr>
        <w:jc w:val="right"/>
      </w:pPr>
      <w:r>
        <w:t>ظواہر میں اگر بے خبری کی بنا پر کوئی فرق ہو جائے تو اس کو آپ ناقابلِ لحاظ سمجھتے تھے۔ البتہ حقیقی اہمیت والی باتوں کے بارے میں آپ کا رویہ ہمیشہ بہت سخت ہوتا تھا۔</w:t>
      </w:r>
    </w:p>
    <w:p>
      <w:r>
        <w:rPr>
          <w:b/>
        </w:rPr>
        <w:t xml:space="preserve">[52:23] </w:t>
      </w:r>
      <w:r>
        <w:t>paighambr-e-islam ke aakhri haj ka ek waqia hadith ki mukhtalif kitabon mein thode thode lafzi farq ke sath aaya hai.</w:t>
      </w:r>
    </w:p>
    <w:p>
      <w:pPr>
        <w:jc w:val="right"/>
      </w:pPr>
      <w:r>
        <w:t>پیغمبر اسلام کے آخری حج کا ایک واقعہ حدیث کی مختلف کتابوں میں تھوڑے تھوڑے لفظی فرق کے ساتھ آیا ہے۔</w:t>
      </w:r>
    </w:p>
    <w:p>
      <w:r>
        <w:rPr>
          <w:b/>
        </w:rPr>
        <w:t xml:space="preserve">[52:31] </w:t>
      </w:r>
      <w:r>
        <w:t>yeh aap ki zindagi ka aakhri saal tha. aap haj ka fariza ada karne ke baad mini mein baithe hue thay. log aap ke paas aate aur haj ke masail daryaft karte.</w:t>
      </w:r>
    </w:p>
    <w:p>
      <w:pPr>
        <w:jc w:val="right"/>
      </w:pPr>
      <w:r>
        <w:t>یہ آپ کی زندگی کا آخری سال تھا۔ آپ حج کا فریضہ ادا کرنے کے بعد منی میں بیٹھے ہوئے تھے۔ لوگ آپ کے پاس آتے اور حج کے مسائل دریافت کرتے۔</w:t>
      </w:r>
    </w:p>
    <w:p>
      <w:r>
        <w:rPr>
          <w:b/>
        </w:rPr>
        <w:t xml:space="preserve">[52:44] </w:t>
      </w:r>
      <w:r>
        <w:t>koi kehta ke mujhe masla maloom na tha chunancha mein ne zabah karne se pehle baal mundwa liye. koi kehta ke mein ne rami se pehle nahar, yani qurbani kar li.</w:t>
      </w:r>
    </w:p>
    <w:p>
      <w:pPr>
        <w:jc w:val="right"/>
      </w:pPr>
      <w:r>
        <w:t>کوئی کہتا کہ مجھے مسئلہ معلوم نہ تھا چنانچہ میں نے ذبح کرنے سے پہلے بال منڈوا لیے۔ کوئی کہتا کہ میں نے رمی سے پہلے نہر، یعنی قربانی کر لی۔</w:t>
      </w:r>
    </w:p>
    <w:p>
      <w:r>
        <w:rPr>
          <w:b/>
        </w:rPr>
        <w:t xml:space="preserve">[52:58] </w:t>
      </w:r>
      <w:r>
        <w:t>aap har ek se kehte ke kar lo, koi harj nahin. isi tarah bar bar log aate rahe aur taqdeem aur taakhir ki babat sawal karte rahe.</w:t>
      </w:r>
    </w:p>
    <w:p>
      <w:pPr>
        <w:jc w:val="right"/>
      </w:pPr>
      <w:r>
        <w:t>آپ ہر ایک سے کہتے کہ کر لو، کوئی حرج نہیں۔ اسی طرح بار بار لوگ آتے رہے اور تقدیم اور تاخیر کی بابت سوال کرتے رہے۔</w:t>
      </w:r>
    </w:p>
    <w:p>
      <w:r>
        <w:rPr>
          <w:b/>
        </w:rPr>
        <w:t xml:space="preserve">[53:09] </w:t>
      </w:r>
      <w:r>
        <w:t>aap har ek se yahi kehte: kar lo, koi harj nahin. ifal wa la harj. abu daud ki riwayat mein mazeed in alfaz ka izafa hai: koi harj nahin, koi harj nahin.</w:t>
      </w:r>
    </w:p>
    <w:p>
      <w:pPr>
        <w:jc w:val="right"/>
      </w:pPr>
      <w:r>
        <w:t>آپ ہر ایک سے یہی کہتے: کر لو، کوئی حرج نہیں۔ اِفْعَلْ وَلَا حَرْجٌ۔ ابو داؤد کی روایت میں مزید ان الفاظ کا اضافہ ہے: کوئی حرج نہیں، کوئی حرج نہیں۔</w:t>
      </w:r>
    </w:p>
    <w:p>
      <w:r>
        <w:rPr>
          <w:b/>
        </w:rPr>
        <w:t xml:space="preserve">[53:23] </w:t>
      </w:r>
      <w:r>
        <w:t>harj to is shakhs ke liye hai jo ek musalman ko be-iz zat kare. aisa hi shakhs zalim hai. yahi woh shakhs hai jis ne harj kiya aur halak hua.</w:t>
      </w:r>
    </w:p>
    <w:p>
      <w:pPr>
        <w:jc w:val="right"/>
      </w:pPr>
      <w:r>
        <w:t>حرج تو اس شخص کے لیے ہے جو ایک مسلمان کو بے عزت کرے۔ ایسا ہی شخص ظالم ہے۔ یہی وہ شخص ہے جس نے حرج کیا اور ہلاک ہوا۔</w:t>
      </w:r>
    </w:p>
    <w:p>
      <w:r>
        <w:rPr>
          <w:b/>
        </w:rPr>
        <w:t xml:space="preserve">[53:35] </w:t>
      </w:r>
      <w:r>
        <w:t>sunan abi daud. deen mein asal ahmiyat mani ki hai na ke zahir ki. ek shakhs zahiri cheezon ka zabardast ehtimam kare magar ma'navi pehlu ke muamle mein woh ghafil ho to aisa shakhs islam ki nazar mein be-qeemat ho jayega.</w:t>
      </w:r>
    </w:p>
    <w:p>
      <w:pPr>
        <w:jc w:val="right"/>
      </w:pPr>
      <w:r>
        <w:t>سنن ابی داؤد۔ دین میں اصل اہمیت معنی کی ہے نہ کہ ظواہر کی۔ ایک شخص ظاہری چیزوں کا زبردست اہتمام کرے مگر معنوی پہلو کے معاملے میں وہ غافل ہو تو ایسا شخص اسلام کی نظر میں بے قیمت ہو جائے گا۔</w:t>
      </w:r>
    </w:p>
    <w:p>
      <w:r>
        <w:rPr>
          <w:b/>
        </w:rPr>
        <w:t xml:space="preserve">[53:58] </w:t>
      </w:r>
      <w:r>
        <w:t>allah hamesha aadmi ki niyat ko dekhta hai. niyat agar achhi hai to zahiri cheezon mein kami ya farq ko nazar andaaz kar diya jata hai.</w:t>
      </w:r>
    </w:p>
    <w:p>
      <w:pPr>
        <w:jc w:val="right"/>
      </w:pPr>
      <w:r>
        <w:t>اللہ ہمیشہ آدمی کی نیت کو دیکھتا ہے۔ نیت اگر اچھی ہے تو ظاہری چیزوں میں کمی یا فرق کو نظر انداز کر دیا جاتا ہے۔</w:t>
      </w:r>
    </w:p>
    <w:p>
      <w:r>
        <w:rPr>
          <w:b/>
        </w:rPr>
        <w:t xml:space="preserve">[54:08] </w:t>
      </w:r>
      <w:r>
        <w:t>lekin agar aadmi ki niyat achhi na ho to allah ki nazar mein is ki koi qeemat nahin, khwah is ne zahir ke muamle mein kitna hi zyada ehtimam kar rakha ho.</w:t>
      </w:r>
    </w:p>
    <w:p>
      <w:pPr>
        <w:jc w:val="right"/>
      </w:pPr>
      <w:r>
        <w:t>لیکن اگر آدمی کی نیت اچھی نہ ہو تو اللہ کی نظر میں اس کی کوئی قیمت نہیں، خواہ اس نے ظواہر کے معاملے میں کتنا ہی زیادہ اہتمام کر رکھا ہو۔</w:t>
      </w:r>
    </w:p>
    <w:p>
      <w:r>
        <w:rPr>
          <w:b/>
        </w:rPr>
        <w:t xml:space="preserve">[54:21] </w:t>
      </w:r>
      <w:r>
        <w:t>zahiri khushnumai se insan fareb mein aa sakta hai magar zahiri khushnumai ki khuda ke nazdeek koi waqt nahin.</w:t>
      </w:r>
    </w:p>
    <w:p>
      <w:pPr>
        <w:jc w:val="right"/>
      </w:pPr>
      <w:r>
        <w:t>ظاہری خوشنمائی سے انسان فریب میں آ سکتا ہے مگر ظاہری خوشنمائی کی خدا کے نزدیک کوئی وقت نہیں۔</w:t>
      </w:r>
    </w:p>
    <w:p>
      <w:r>
        <w:rPr>
          <w:b/>
        </w:rPr>
        <w:t xml:space="preserve">[54:35] </w:t>
      </w:r>
      <w:r>
        <w:t>samaji aadab. ek riwayat mein aaya hai ke ek sahabi wabisa al-asadi paighambr-e-islam sallallahu alaihi wasallam ke paas aaye.</w:t>
      </w:r>
    </w:p>
    <w:p>
      <w:pPr>
        <w:jc w:val="right"/>
      </w:pPr>
      <w:r>
        <w:t>سماجی آداب۔ ایک روایت میں آیا ہے کہ ایک صحابی وابثہ الاسدی پیغمبر اسلام صلی اللہ علیہ وسلم کے پاس آئے۔</w:t>
      </w:r>
    </w:p>
    <w:p>
      <w:r>
        <w:rPr>
          <w:b/>
        </w:rPr>
        <w:t xml:space="preserve">[54:45] </w:t>
      </w:r>
      <w:r>
        <w:t>wo neki aur badi ke tamam sawalat aap se poochna chahte thay. la adaa'a shay'an min al-birr wal-ism illa sa'altuhu anh.</w:t>
      </w:r>
    </w:p>
    <w:p>
      <w:pPr>
        <w:jc w:val="right"/>
      </w:pPr>
      <w:r>
        <w:t>وہ نیکی اور بدی کے تمام سوالات آپ سے پوچھنا چاہتے تھے۔ لا أَدَعَ شَيْئًا مِنَ الْبِرِّ وَالْإِسْمِ إِلَّا سَأَلْتُهُ عَنْهُ۔</w:t>
      </w:r>
    </w:p>
    <w:p>
      <w:r>
        <w:rPr>
          <w:b/>
        </w:rPr>
        <w:t xml:space="preserve">[54:56] </w:t>
      </w:r>
      <w:r>
        <w:t>rasool allah ne un ke sawalat ka jawab nahin diya balke yeh farmaya: ya wabisa, istafti qalbaka wastafti nafsaka thalath mar</w:t>
      </w:r>
    </w:p>
    <w:p>
      <w:pPr>
        <w:jc w:val="right"/>
      </w:pPr>
      <w:r>
        <w:t>رسول اللہ نے ان کے سوالات کا جواب نہیں دیا بلکہ یہ فرمایا: یا وابثہ، استفتی قلبک واستفتی نفسک ثلاث مر</w:t>
      </w:r>
    </w:p>
    <w:p>
      <w:r>
        <w:rPr>
          <w:b/>
        </w:rPr>
        <w:t xml:space="preserve">[55:06] </w:t>
      </w:r>
      <w:r>
        <w:t>rat. al-birr mutma'inn ilayhi an-nafs, wal-ism ma hak fi an-nafs, wa taraddud fi as-sadr, wa in afatak an-nas wa afatook.</w:t>
      </w:r>
    </w:p>
    <w:p>
      <w:pPr>
        <w:jc w:val="right"/>
      </w:pPr>
      <w:r>
        <w:t>ات۔ البر مطمئنت إليه النفس، والاسم ما حاك فی النفس، وتردد فی الصدر، وإن أفطاك الناس وأفطوك۔</w:t>
      </w:r>
    </w:p>
    <w:p>
      <w:r>
        <w:rPr>
          <w:b/>
        </w:rPr>
        <w:t xml:space="preserve">[55:18] </w:t>
      </w:r>
      <w:r>
        <w:t>musnad ahmad. yani aye wabisa, apne dil se fatwa poocho aur apne jee se fatwa poocho. yeh baat aap ne teen bar kahi.</w:t>
      </w:r>
    </w:p>
    <w:p>
      <w:pPr>
        <w:jc w:val="right"/>
      </w:pPr>
      <w:r>
        <w:t>مسند احمد۔ یعنی اے وابثہ، اپنے دل سے فتویٰ پوچھو اور اپنے جی سے فتویٰ پوچھو۔ یہ بات آپ نے تین بار کہی۔</w:t>
      </w:r>
    </w:p>
    <w:p>
      <w:r>
        <w:rPr>
          <w:b/>
        </w:rPr>
        <w:t xml:space="preserve">[55:27] </w:t>
      </w:r>
      <w:r>
        <w:t>us ke baad farmaya: neki woh hai jis par tumhara dil mutma'inn ho, aur badi woh hai jo tumhare dil mein khatke aur tumhare dil mein taraddud paida ho, chahe log kuch bhi fatwa dete hon.</w:t>
      </w:r>
    </w:p>
    <w:p>
      <w:pPr>
        <w:jc w:val="right"/>
      </w:pPr>
      <w:r>
        <w:t>اس کے بعد فرمایا: نیکی وہ ہے جس پر تمہارا دل مطمئن ہو، اور بدی وہ ہے جو تمہارے دل میں کھٹکے اور تمہارے دل میں تردد پیدا ہو، چاہے لوگ کچھ بھی فتویٰ دیتے ہوں۔</w:t>
      </w:r>
    </w:p>
    <w:p>
      <w:r>
        <w:rPr>
          <w:b/>
        </w:rPr>
        <w:t xml:space="preserve">[55:40] </w:t>
      </w:r>
      <w:r>
        <w:t>is hadith ka matlab yeh nahin hai ke har aadmi har muamle mein apna mufti khud ban jaye, balke is ka matlab yeh hai ke har masle ko shar'i masla na banao.</w:t>
      </w:r>
    </w:p>
    <w:p>
      <w:pPr>
        <w:jc w:val="right"/>
      </w:pPr>
      <w:r>
        <w:t>اس حدیث کا مطلب یہ نہیں ہے کہ ہر آدمی ہر معاملے میں اپنا مفتی خود بن جائے، بلکہ اس کا مطلب یہ ہے کہ ہر مسئلے کو شرعی مسئلہ نہ بناؤ۔</w:t>
      </w:r>
    </w:p>
    <w:p>
      <w:r>
        <w:rPr>
          <w:b/>
        </w:rPr>
        <w:t xml:space="preserve">[55:52] </w:t>
      </w:r>
      <w:r>
        <w:t>khuli mamnu'at ke siwa jo cheezen hain un mein common sense par amal karo. mislan india mein mulaqat ke waqt paon chhoone ka riwaj hai.</w:t>
      </w:r>
    </w:p>
    <w:p>
      <w:pPr>
        <w:jc w:val="right"/>
      </w:pPr>
      <w:r>
        <w:t>کھلی ممنوعات کے سوا جو چیزیں ہیں ان میں کامن سینس پر عمل کرو۔ مثلاً انڈیا میں ملاقات کے وقت پاؤں چھونے کا رواج ہے۔</w:t>
      </w:r>
    </w:p>
    <w:p>
      <w:r>
        <w:rPr>
          <w:b/>
        </w:rPr>
        <w:t xml:space="preserve">[56:02] </w:t>
      </w:r>
      <w:r>
        <w:t>yeh amal koi mazhabi amal nahin hai balke woh ba taur ehtiram, as a mark of respect hota hai. mulaqat ke waqt ehtiram ki mukhtalif sooraten hain, mislan sar ko ya hath ko bosa, yani kiss karna, ya rukoo ki manind jhuk jana waghera.</w:t>
      </w:r>
    </w:p>
    <w:p>
      <w:pPr>
        <w:jc w:val="right"/>
      </w:pPr>
      <w:r>
        <w:t>یہ عمل کوئی مذہبی عمل نہیں ہے بلکہ وہ بطور احترام، as a mark of respect ہوتا ہے۔ ملاقات کے وقت احترام کی مختلف صورتیں ہیں، مثلاً سر کو یا ہاتھ کو بوسہ، یعنی کس کرنا، یا رکوع کی مانند جھک جانا وغیرہ۔</w:t>
      </w:r>
    </w:p>
    <w:p>
      <w:r>
        <w:rPr>
          <w:b/>
        </w:rPr>
        <w:t xml:space="preserve">[56:20] </w:t>
      </w:r>
      <w:r>
        <w:t>jis tarah se yeh alamati tareeqe jaiz hain, usi tarah alamati taur par paon ka chhoona bhi jaiz hai. quran ke mutabiq hazrat yusuf ke bhaiyon ne hazrat yusuf ke samne boqt mulaqat ek fe'l kiya tha jis ke liye quran mein yeh alfaz aaye hain: wa kharru lahu sujjadan.</w:t>
      </w:r>
    </w:p>
    <w:p>
      <w:pPr>
        <w:jc w:val="right"/>
      </w:pPr>
      <w:r>
        <w:t>جس طرح سے یہ علامتی طریقے جائز ہیں، اسی طرح علامتی طور پر پاؤں کا چھونا بھی جائز ہے۔ قرآن کے مطابق حضرت یوسف کے بھائیوں نے حضرت یوسف کے سامنے بوقت ملاقات ایک فعل کیا تھا جس کے لیے قرآن میں یہ الفاظ آئے ہیں: وَخَرُّوا لَهُ سُجَّدًا۔</w:t>
      </w:r>
    </w:p>
    <w:p>
      <w:r>
        <w:rPr>
          <w:b/>
        </w:rPr>
        <w:t xml:space="preserve">[56:42] </w:t>
      </w:r>
      <w:r>
        <w:t>is aayat mein ma'roof sajda murad nahin hai balke is se murad ba taur ta'zeem jhuk jana hai. is ka taluq aadab-e-hayat se hai na ke shar'i ibadat se.</w:t>
      </w:r>
    </w:p>
    <w:p>
      <w:pPr>
        <w:jc w:val="right"/>
      </w:pPr>
      <w:r>
        <w:t>اس آیت میں معروف سجدہ مراد نہیں ہے بلکہ اس سے مراد بطور تعظیم جھک جانا ہے۔ اس کا تعلق آداب حیات سے ہے نہ کہ شرعی عبادت سے۔</w:t>
      </w:r>
    </w:p>
    <w:p>
      <w:r>
        <w:rPr>
          <w:b/>
        </w:rPr>
        <w:t xml:space="preserve">[57:00] </w:t>
      </w:r>
      <w:r>
        <w:t>deen mein aql ka istemal. deen mein aql ka istemal bilashuba ain durust hai. khud quran mein ul, yani aql ke istemal ki targheeb di gayi hai.</w:t>
      </w:r>
    </w:p>
    <w:p>
      <w:pPr>
        <w:jc w:val="right"/>
      </w:pPr>
      <w:r>
        <w:t>دین میں عقل کا استعمال۔ دین میں عقل کا استعمال بلاشبہ عین درست ہے۔ خود قرآن میں لب، یعنی عقل کے استعمال کی ترغیب دی گئی ہے۔</w:t>
      </w:r>
    </w:p>
    <w:p>
      <w:r>
        <w:rPr>
          <w:b/>
        </w:rPr>
        <w:t xml:space="preserve">[57:14] </w:t>
      </w:r>
      <w:r>
        <w:t>magar is ka matlab yeh nahin hai ke aadmi yunani kalamiyat ke model par islam ko janchne ki koshish kare, jaisa ke razi aur juwayni jaise logon ne kiya.</w:t>
      </w:r>
    </w:p>
    <w:p>
      <w:pPr>
        <w:jc w:val="right"/>
      </w:pPr>
      <w:r>
        <w:t>مگر اس کا مطلب یہ نہیں ہے کہ آدمی یونانی کلامیات کے ماڈل پر اسلام کو جانچنے کی کوشش کرے، جیسا کہ الراضی اور الجوینی جیسے لوگوں نے کیا۔</w:t>
      </w:r>
    </w:p>
    <w:p>
      <w:r>
        <w:rPr>
          <w:b/>
        </w:rPr>
        <w:t xml:space="preserve">[57:27] </w:t>
      </w:r>
      <w:r>
        <w:t>qadeem zamane mein muslim mutakallimeen ne deen mein aql ko istemal kiya to is par ulama ne sakht nakeer ki.</w:t>
      </w:r>
    </w:p>
    <w:p>
      <w:pPr>
        <w:jc w:val="right"/>
      </w:pPr>
      <w:r>
        <w:t>قدیم زمانے میں مسلم متکلمین نے دین میں عقل کو استعمال کیا تو اس پر علماء نے سخت نکیر کی۔</w:t>
      </w:r>
    </w:p>
    <w:p>
      <w:r>
        <w:rPr>
          <w:b/>
        </w:rPr>
        <w:t xml:space="preserve">[57:36] </w:t>
      </w:r>
      <w:r>
        <w:t>misalan imam malik ibn ans aur imam abu yusuf ne kaha tha: man talab ad-deena bil-kalami tazandaq, zamm al-kalami wa ahluhu lil-hurri, al-madinah al-munawwarah.</w:t>
      </w:r>
    </w:p>
    <w:p>
      <w:pPr>
        <w:jc w:val="right"/>
      </w:pPr>
      <w:r>
        <w:t>مثلاً امام مالک ابن انس اور امام ابو یوسف نے کہا تھا: من طلب الدین بالکلامی تزندق، ذم الکلامی واہلہ للہروی، المدینہ المنورہ۔</w:t>
      </w:r>
    </w:p>
    <w:p>
      <w:r>
        <w:rPr>
          <w:b/>
        </w:rPr>
        <w:t xml:space="preserve">[57:50] </w:t>
      </w:r>
      <w:r>
        <w:t>yani jis ne deen ko kalam ke zariye hasil karna chaha woh zindiq ho gaya. yeh qaul bajaye khud bilashuba durust hai lekin woh khud aql ke aitbar se nahi hai balkeh aql ke ek galat istemal ke aitbar se hai,</w:t>
      </w:r>
    </w:p>
    <w:p>
      <w:pPr>
        <w:jc w:val="right"/>
      </w:pPr>
      <w:r>
        <w:t>یعنی جس نے دین کو کلام کے ذریعے حاصل کرنا چاہا وہ زندیق ہو گیا۔ یہ قول بجائے خود بلاشبہ درست ہے لیکن وہ خود عقل کے اعتبار سے نہیں ہے بلکہ عقل کے ایک غلط استعمال کے اعتبار سے ہے،</w:t>
      </w:r>
    </w:p>
    <w:p>
      <w:r>
        <w:rPr>
          <w:b/>
        </w:rPr>
        <w:t xml:space="preserve">[58:08] </w:t>
      </w:r>
      <w:r>
        <w:t>jo ke haqeeqat mein lafzi moshgaafi tha na ke haqeeqi maano mein aql. haqeeqat yeh hai ke aql ka irtaqa sahi maano mein is waqt se hua jabke dunya mein aqli science, yani scientific reasoning, wajood mein aayi.</w:t>
      </w:r>
    </w:p>
    <w:p>
      <w:pPr>
        <w:jc w:val="right"/>
      </w:pPr>
      <w:r>
        <w:t>جو کہ حقیقت میں لفظی موشگافی تھا نہ کہ حقیقی معنوں میں عقل۔ حقیقت یہ ہے کہ عقل کا ارتقاء صحیح معنوں میں اس وقت سے ہوا جبکہ دنیا میں عقلی سائنس، یعنی سائنٹیفک ریزننگ، وجود میں آئی۔</w:t>
      </w:r>
    </w:p>
    <w:p>
      <w:r>
        <w:rPr>
          <w:b/>
        </w:rPr>
        <w:t xml:space="preserve">[58:25] </w:t>
      </w:r>
      <w:r>
        <w:t>deen mein aql ke istemal ka matlab hai ke deeni masail ke maamle mein aqli itminan hasil karna taake insaan jab is dunya se jaye to qalb-e-saleem ke saath jaye.</w:t>
      </w:r>
    </w:p>
    <w:p>
      <w:pPr>
        <w:jc w:val="right"/>
      </w:pPr>
      <w:r>
        <w:t>دین میں عقل کے استعمال کا مطلب ہے کہ دینی مسائل کے معاملے میں عقلی اطمینان حاصل کرنا تاکہ انسان جب اس دنیا سے جائے تو قلب سلیم کے ساتھ جائے۔</w:t>
      </w:r>
    </w:p>
    <w:p>
      <w:r>
        <w:rPr>
          <w:b/>
        </w:rPr>
        <w:t xml:space="preserve">[58:39] </w:t>
      </w:r>
      <w:r>
        <w:t>is ki ek misaal quran ki ek aayat hai jis ka tarjuma yeh hai: tauba jis ko qubool karna Allah ke zimme hai woh un logon ki hai jo buri harkat nadani se kar bethte hain, phir jald hi tauba kar lete hain.</w:t>
      </w:r>
    </w:p>
    <w:p>
      <w:pPr>
        <w:jc w:val="right"/>
      </w:pPr>
      <w:r>
        <w:t>اس کی ایک مثال قرآن کی ایک آیت ہے جس کا ترجمہ یہ ہے: توبہ جس کو قبول کرنا اللہ کے ذمے ہے وہ ان لوگوں کی ہے جو بری حرکت نادانی سے کر بیٹھتے ہیں، پھر جلد ہی توبہ کر لیتے ہیں۔</w:t>
      </w:r>
    </w:p>
    <w:p>
      <w:r>
        <w:rPr>
          <w:b/>
        </w:rPr>
        <w:t xml:space="preserve">[58:55] </w:t>
      </w:r>
      <w:r>
        <w:t>wohi hain jin ki tauba Allah qubool karta hai aur Allah janne wala, hikmat wala hai. quran ki is aayat mein tauba qareeb, yani speedy repentance ka lafz kyun aaya hai?</w:t>
      </w:r>
    </w:p>
    <w:p>
      <w:pPr>
        <w:jc w:val="right"/>
      </w:pPr>
      <w:r>
        <w:t>وہی ہیں جن کی توبہ اللہ قبول کرتا ہے اور اللہ جاننے والا، حکمت والا ہے۔ قرآن کی اس آیت میں توبہ قریب، یعنی سپیڈی ریپنٹنس کا لفظ کیوں آیا ہے؟</w:t>
      </w:r>
    </w:p>
    <w:p>
      <w:r>
        <w:rPr>
          <w:b/>
        </w:rPr>
        <w:t xml:space="preserve">[59:09] </w:t>
      </w:r>
      <w:r>
        <w:t>is ka jawab ilm-un-nafs ke mutale se maloom hota hai. insani nafsiyat ka mutala batata hai ke insaan ke dimagh ke teen hisse hain: shaoor, yani conscious mind; tahat-ush-shaoor, yani subconscious mind; aur la-shaoor, yani unconscious mind.</w:t>
      </w:r>
    </w:p>
    <w:p>
      <w:pPr>
        <w:jc w:val="right"/>
      </w:pPr>
      <w:r>
        <w:t>اس کا جواب علم النفس کے مطالعے سے معلوم ہوتا ہے۔ انسانی نفسیات کا مطالعہ بتاتا ہے کہ انسان کے دماغ کے تین حصے ہیں: شعور، یعنی کانشیس مائنڈ؛ تحت الشعور، یعنی سب کانشیس مائنڈ؛ اور لاشعور، یعنی ان کانشیس مائنڈ۔</w:t>
      </w:r>
    </w:p>
    <w:p>
      <w:r>
        <w:rPr>
          <w:b/>
        </w:rPr>
        <w:t xml:space="preserve">[59:30] </w:t>
      </w:r>
      <w:r>
        <w:t>yeh farq insaan ki fitri saakht ke mutabiq hai. jab aadmi ghalti karta hai to ibtidaan ghalti ka shaoor is ke zinda hifze, yani living memory, mein hota hai.</w:t>
      </w:r>
    </w:p>
    <w:p>
      <w:pPr>
        <w:jc w:val="right"/>
      </w:pPr>
      <w:r>
        <w:t>یہ فرق انسان کی فطری ساخت کے مطابق ہے۔ جب آدمی غلطی کرتا ہے تو ابتداءً غلطی کا شعور اس کے زندہ حافظے، یعنی لیونگ میموری، میں ہوتا ہے۔</w:t>
      </w:r>
    </w:p>
    <w:p>
      <w:r>
        <w:rPr>
          <w:b/>
        </w:rPr>
        <w:t xml:space="preserve">[59:43] </w:t>
      </w:r>
      <w:r>
        <w:t>is waqt aadmi agar apna muhasba, yani introspection, kare to ibtidai marhale mein aadmi apni ghalti ko shiddat ke saath mehsoos karega aur jald hi woh apni ghalti ki islaah kar lega.</w:t>
      </w:r>
    </w:p>
    <w:p>
      <w:pPr>
        <w:jc w:val="right"/>
      </w:pPr>
      <w:r>
        <w:t>اس وقت آدمی اگر اپنا محاسبہ، یعنی انٹروسپیکشن، کرے تو ابتدائی مرحلے میں آدمی اپنی غلطی کو شدت کے ساتھ محسوس کرے گا اور جلد ہی وہ اپنی غلطی کی اصلاح کر لے گا۔</w:t>
      </w:r>
    </w:p>
    <w:p>
      <w:r>
        <w:rPr>
          <w:b/>
        </w:rPr>
        <w:t xml:space="preserve">[59:59] </w:t>
      </w:r>
      <w:r>
        <w:t>lekin agar aadmi muhasbe mein der kare to is ke baad ghalti ka ehsas is ke zinda shaoor se guzar kar is ke dimagh ke us hisse mein chala jayega jis ko tahat-ush-shaoor kaha jata hai.</w:t>
      </w:r>
    </w:p>
    <w:p>
      <w:pPr>
        <w:jc w:val="right"/>
      </w:pPr>
      <w:r>
        <w:t>لیکن اگر آدمی محاسبے میں دیر کرے تو اس کے بعد غلطی کا احساس اس کے زندہ شعور سے گزر کر اس کے دماغ کے اس حصے میں چلا جائے گا جس کو تحت الشعور کہا جاتا ہے۔</w:t>
      </w:r>
    </w:p>
    <w:p>
      <w:r>
        <w:rPr>
          <w:b/>
        </w:rPr>
        <w:t xml:space="preserve">[1:00:13] </w:t>
      </w:r>
      <w:r>
        <w:t>ab ghalti ke bare mein is ke andar hassasiyat bohat kam ho jati hai. aadmi ne agar ab bhi apna muhasba nahi kiya to is ke baad teesra darja yeh aata hai ke ghalti ka ehsas aadmi ke la-shaoor mein chala jata hai.</w:t>
      </w:r>
    </w:p>
    <w:p>
      <w:pPr>
        <w:jc w:val="right"/>
      </w:pPr>
      <w:r>
        <w:t>اب غلطی کے بارے میں اس کے اندر حساسیت بہت کم ہو جاتی ہے۔ آدمی نے اگر اب بھی اپنا محاسبہ نہیں کیا تو اس کے بعد تیسرا درجہ یہ آتا ہے کہ غلطی کا احساس آدمی کے لاشعور میں چلا جاتا ہے۔</w:t>
      </w:r>
    </w:p>
    <w:p>
      <w:r>
        <w:rPr>
          <w:b/>
        </w:rPr>
        <w:t xml:space="preserve">[1:00:31] </w:t>
      </w:r>
      <w:r>
        <w:t>is teesre darje ko pohnchne ke baad aadmi ke andar ghalti ke bare mein kamil ghaflat ka daura jata hai. isi ko quran mein tul-ul-amr se qasaawat ka paida hona bataya gaya hai.</w:t>
      </w:r>
    </w:p>
    <w:p>
      <w:pPr>
        <w:jc w:val="right"/>
      </w:pPr>
      <w:r>
        <w:t>اس تیسرے درجے کو پہنچنے کے بعد آدمی کے اندر غلطی کے بارے میں کامل غفلت کا دورہ جاتا ہے۔ اسی کو قرآن میں طولِ عمد سے قساوت کا پیدا ہونا بتایا گیا ہے۔</w:t>
      </w:r>
    </w:p>
    <w:p>
      <w:r>
        <w:rPr>
          <w:b/>
        </w:rPr>
        <w:t xml:space="preserve">[1:00:46] </w:t>
      </w:r>
      <w:r>
        <w:t>isi nafsiyati tajziye ka doosra naam deen ke maamle mein aql ka istemal karna hai. is maamle ko samajhne ke liye ek aur aayat-e-qurani ka mutala kijiye.</w:t>
      </w:r>
    </w:p>
    <w:p>
      <w:pPr>
        <w:jc w:val="right"/>
      </w:pPr>
      <w:r>
        <w:t>اسی نفسیاتی تجزیے کا دوسرا نام دین کے معاملے میں عقل کا استعمال کرنا ہے۔ اس معاملے کو سمجھنے کے لیے ایک اور آیت قرآنی کا مطالعہ کیجیے۔</w:t>
      </w:r>
    </w:p>
    <w:p>
      <w:r>
        <w:rPr>
          <w:b/>
        </w:rPr>
        <w:t xml:space="preserve">[1:00:58] </w:t>
      </w:r>
      <w:r>
        <w:t>is aayat ka tarjuma yeh hai: aye iman walon</w:t>
      </w:r>
    </w:p>
    <w:p>
      <w:pPr>
        <w:jc w:val="right"/>
      </w:pPr>
      <w:r>
        <w:t>اس آیت کا ترجمہ یہ ہے: اے ایمان وال</w:t>
      </w:r>
    </w:p>
    <w:p>
      <w:r>
        <w:rPr>
          <w:b/>
        </w:rPr>
        <w:t xml:space="preserve">[1:01:01] </w:t>
      </w:r>
      <w:r>
        <w:t>tum apni awazen paighambar ki awaz se upar mat karo aur na us ko is tarah awaz de kar pukaro jis tarah tum aapas mein ek doosre ko pukarte ho.</w:t>
      </w:r>
    </w:p>
    <w:p>
      <w:pPr>
        <w:jc w:val="right"/>
      </w:pPr>
      <w:r>
        <w:t>و! تم اپنی آوازیں پیغمبر کی آواز سے اوپر مت کرو اور نہ اس کو اس طرح آواز دے کر پکارو جس طرح تم آپس میں ایک دوسرے کو پکارتے ہو۔</w:t>
      </w:r>
    </w:p>
    <w:p>
      <w:r>
        <w:rPr>
          <w:b/>
        </w:rPr>
        <w:t xml:space="preserve">[1:01:13] </w:t>
      </w:r>
      <w:r>
        <w:t>kahin aisa na ho ke tumhare aamal barbad ho jayen aur tum ko khabar bhi na ho. is aayat mein jo baat kahi gayi hai woh sirf paighambar ki fazilat ya paighambar ke maamle mein adab ke aitbar se nahi hai balkeh asal an woh deen-e-khudawandi ke aitbar se hai.</w:t>
      </w:r>
    </w:p>
    <w:p>
      <w:pPr>
        <w:jc w:val="right"/>
      </w:pPr>
      <w:r>
        <w:t>کہیں ایسا نہ ہو کہ تمہارے اعمال برباد ہو جائیں اور تم کو خبر بھی نہ ہو۔ اس آیت میں جو بات کہی گئی ہے وہ صرف پیغمبر کی فضیلت یا پیغمبر کے معاملے میں ادب کے اعتبار سے نہیں ہے بلکہ اصلًا وہ دینِ خداوندی کے اعتبار سے ہے۔</w:t>
      </w:r>
    </w:p>
    <w:p>
      <w:r>
        <w:rPr>
          <w:b/>
        </w:rPr>
        <w:t xml:space="preserve">[1:01:32] </w:t>
      </w:r>
      <w:r>
        <w:t>habat-e-aamal ka yeh waqea paighambar ki majlis mein bhi paish aa sakta hai aur paighambar ki majlis ke bahar bhi. asal yeh hai ke jab deen-e-khudawandi ki koi baat ho to insaan ko chahiye ke nihayat sanjeedgi ke saath woh us ko sune.</w:t>
      </w:r>
    </w:p>
    <w:p>
      <w:pPr>
        <w:jc w:val="right"/>
      </w:pPr>
      <w:r>
        <w:t>ہبطِ اعمال کا یہ واقعہ پیغمبر کی مجلس میں بھی پیش آ سکتا ہے اور پیغمبر کی مجلس کے باہر بھی۔ اصل یہ ہے کہ جب دینِ خداوندی کی کوئی بات ہو تو انسان کو چاہیے کہ نہایت سنجیدگی کے ساتھ وہ اس کو سنے۔</w:t>
      </w:r>
    </w:p>
    <w:p>
      <w:r>
        <w:rPr>
          <w:b/>
        </w:rPr>
        <w:t xml:space="preserve">[1:01:51] </w:t>
      </w:r>
      <w:r>
        <w:t>agar woh us ko ek ghair aham baat ki tarah sune ga to dheere dheere woh is maamle mein qasaawat ka shikar ho jayega aur phir be-shaoori ke us darje par pohnch jayega jabke us ke liye apni islaah karna hi mumkin na rahega.</w:t>
      </w:r>
    </w:p>
    <w:p>
      <w:pPr>
        <w:jc w:val="right"/>
      </w:pPr>
      <w:r>
        <w:t>اگر وہ اس کو ایک غیر اہم بات کی طرح سنے گا تو دھیرے دھیرے وہ اس معاملے میں قساوت کا شکار ہو جائے گا اور پھر بے شعوری کے اس درجے پر پہنچ جائے گا جبکہ اس کے لیے اپنی اصلاح کرنا ہی ممکن نہ رہے گا۔</w:t>
      </w:r>
    </w:p>
    <w:p>
      <w:r>
        <w:rPr>
          <w:b/>
        </w:rPr>
        <w:t xml:space="preserve">[1:02:08] </w:t>
      </w:r>
      <w:r>
        <w:t>aise aadmi ka yeh anjam is liye hoga ke us ne qanoon-e-fitrat ke mutabiq pehle marhale mein apna muhasba nahi kiya.</w:t>
      </w:r>
    </w:p>
    <w:p>
      <w:pPr>
        <w:jc w:val="right"/>
      </w:pPr>
      <w:r>
        <w:t>ایسے آدمی کا یہ انجام اس لیے ہوگا کہ اس نے قانونِ فطرت کے مطابق پہلے مرحلے میں اپنا محاسبہ نہیں کیا۔</w:t>
      </w:r>
    </w:p>
    <w:p>
      <w:r>
        <w:rPr>
          <w:b/>
        </w:rPr>
        <w:t xml:space="preserve">[1:02:23] </w:t>
      </w:r>
      <w:r>
        <w:t>madah, tanqeed.</w:t>
      </w:r>
    </w:p>
    <w:p>
      <w:pPr>
        <w:jc w:val="right"/>
      </w:pPr>
      <w:r>
        <w:t>مدح، تنقید۔</w:t>
      </w:r>
    </w:p>
    <w:p>
      <w:r>
        <w:rPr>
          <w:b/>
        </w:rPr>
        <w:t xml:space="preserve">[1:02:28] </w:t>
      </w:r>
      <w:r>
        <w:t>ahadees mein kasrat se yeh talqeen ki gayi hai ke tum kisi ki madah na karo. mislan rasool Allah sal Allah alaih-e-wasallam ne farmaya: idha ra'aytum al-maddahin fa-husoo fi wujoohihim al-turab.</w:t>
      </w:r>
    </w:p>
    <w:p>
      <w:pPr>
        <w:jc w:val="right"/>
      </w:pPr>
      <w:r>
        <w:t>احادیث میں کثرت سے یہ تلقین کی گئی ہے کہ تم کسی کی مدح نہ کرو۔ مثلاً رسول اللہ صلی اللہ علیہ وسلم نے فرمایا: اذا رأيتم المداحين فاحصوا فی وجوههم التراب۔</w:t>
      </w:r>
    </w:p>
    <w:p>
      <w:r>
        <w:rPr>
          <w:b/>
        </w:rPr>
        <w:t xml:space="preserve">[1:02:44] </w:t>
      </w:r>
      <w:r>
        <w:t>yani jab tum madah karne walon ko dekho to un ke munh par mitti daal do. isi tarah ek riwayat mein aaya hai: sami'a al-nabi sal Allah alaih-e-wasallam rajulan yuthni ala rajul wa yutrih fi al-madh fa-qal: laqad ahlaktum aw qata'tum zahr al-rajul.</w:t>
      </w:r>
    </w:p>
    <w:p>
      <w:pPr>
        <w:jc w:val="right"/>
      </w:pPr>
      <w:r>
        <w:t>یعنی جب تم مدح کرنے والوں کو دیکھو تو ان کے منہ پر مٹی ڈال دو۔ اسی طرح ایک روایت میں آیا ہے: سمع النبی صلی اللہ علیہ وسلم رجلًا یثنی علی رجل ويطریہ فی المدح فقال: لقد أهلکتم أو قطعتم ظهر الرجل۔</w:t>
      </w:r>
    </w:p>
    <w:p>
      <w:r>
        <w:rPr>
          <w:b/>
        </w:rPr>
        <w:t xml:space="preserve">[1:03:07] </w:t>
      </w:r>
      <w:r>
        <w:t>yani rasool Allah sal Allah alaih-e-wasallam ne suna ke ek shakhs doosre shakhs ki tareef kar raha hai aur us ki tareef mein woh mubalgha kar raha hai.</w:t>
      </w:r>
    </w:p>
    <w:p>
      <w:pPr>
        <w:jc w:val="right"/>
      </w:pPr>
      <w:r>
        <w:t>یعنی رسول اللہ صلی اللہ علیہ وسلم نے سنا کہ ایک شخص دوسرے شخص کی تعریف کر رہا ہے اور اس کی تعریف میں وہ مبالغہ کر رہا ہے۔</w:t>
      </w:r>
    </w:p>
    <w:p>
      <w:r>
        <w:rPr>
          <w:b/>
        </w:rPr>
        <w:t xml:space="preserve">[1:03:18] </w:t>
      </w:r>
      <w:r>
        <w:t>aap ne farmaya ke tum ne is shakhs ko halak kar diya ya yeh farmaya ke tum ne is ki kamar tod di. isi tarah khaleefa-e-sani Umar Farooq r.a. ke bare mein ek riwayat mein aaya hai ke unhon ne kaha:</w:t>
      </w:r>
    </w:p>
    <w:p>
      <w:pPr>
        <w:jc w:val="right"/>
      </w:pPr>
      <w:r>
        <w:t>آپ نے فرمایا کہ تم نے اس شخص کو ہلاک کر دیا یا یہ فرمایا کہ تم نے اس کی کمر توڑ دی۔ اسی طرح خلیفہ ثانی عمر فاروق رضی اللہ عنہ کے بارے میں ایک روایت میں آیا ہے کہ انہوں نے کہا:</w:t>
      </w:r>
    </w:p>
    <w:p>
      <w:r>
        <w:rPr>
          <w:b/>
        </w:rPr>
        <w:t xml:space="preserve">[1:03:36] </w:t>
      </w:r>
      <w:r>
        <w:t>al-madh, al-dhabh. yani madah karna aadmi ko dhabh karna hai. isi tarah ek riwayat mein aaya hai ke Hazrat Umar ne ek shakhs ko doosre shakhs ki tareef karte hue suna to unhon ne kaha: aqarrta al-rajul aqarraka Allah.</w:t>
      </w:r>
    </w:p>
    <w:p>
      <w:pPr>
        <w:jc w:val="right"/>
      </w:pPr>
      <w:r>
        <w:t>المدح، الذبح۔ یعنی مدح کرنا آدمی کو ذبح کرنا ہے۔ اسی طرح ایک روایت میں آیا ہے کہ حضرت عمر نے ایک شخص کو دوسرے شخص کی تعریف کرتے ہوئے سنا تو انہوں نے کہا: أقرت الرجل أقرک الله۔</w:t>
      </w:r>
    </w:p>
    <w:p>
      <w:r>
        <w:rPr>
          <w:b/>
        </w:rPr>
        <w:t xml:space="preserve">[1:03:55] </w:t>
      </w:r>
      <w:r>
        <w:t>yani tum ne is shakhs ko dhabh kar diya. Allah tumhare saath bhi aisa hi kare. hadees aur aasar ki kitabon mein is tarah ki bohat si riwayat aayi hain.</w:t>
      </w:r>
    </w:p>
    <w:p>
      <w:pPr>
        <w:jc w:val="right"/>
      </w:pPr>
      <w:r>
        <w:t>یعنی تم نے اس شخص کو ذبح کر دیا۔ اللہ تمہارے ساتھ بھی ایسا ہی کرے۔ حدیث اور آثار کی کتابوں میں اس طرح کی بہت سی روایتیں آئی ہیں۔</w:t>
      </w:r>
    </w:p>
    <w:p>
      <w:r>
        <w:rPr>
          <w:b/>
        </w:rPr>
        <w:t xml:space="preserve">[1:04:06] </w:t>
      </w:r>
      <w:r>
        <w:t>in se maloom hota hai ke madah ka tareeqa deeni mizaj ke khilaf hai. baaz auqat etiraf-e-waqea ya aur kisi maslehat se kisi ki tareef ki ja sakti hai magar mamooli taur par islam mein is cheez ko sakht napasand kiya gaya hai jis ko madah khwani ya qaseeda goi kaha jata hai.</w:t>
      </w:r>
    </w:p>
    <w:p>
      <w:pPr>
        <w:jc w:val="right"/>
      </w:pPr>
      <w:r>
        <w:t>ان سے معلوم ہوتا ہے کہ مدح کا طریقہ دینی مزاج کے خلاف ہے۔ بعض اوقات اعترافِ واقعہ یا اور کسی مصلحت سے کسی کی تعریف کی جا سکتی ہے مگر عمومی طور پر اسلام میں اس چیز کو سخت ناپسند کیا گیا ہے جس کو مدح خوانی یا قصیدہ گوئی کہا جاتا ہے۔</w:t>
      </w:r>
    </w:p>
    <w:p>
      <w:r>
        <w:rPr>
          <w:b/>
        </w:rPr>
        <w:t xml:space="preserve">[1:04:30] </w:t>
      </w:r>
      <w:r>
        <w:t>is qism ki tareef madah ke liye maslehat parasti hai aur mamdoh ke liye is ko ajab ki ghiza dena hai. is liye yeh feal madah aur mamdoh dono ke liye halakat khayz hai.</w:t>
      </w:r>
    </w:p>
    <w:p>
      <w:pPr>
        <w:jc w:val="right"/>
      </w:pPr>
      <w:r>
        <w:t>اس قسم کی تعریف مادح کے لیے مصلحت پرستی ہے اور ممدوح کے لیے اس کو عجب کی غذا دینا ہے۔ اس لیے یہ فعل مادح اور ممدوح دونوں کے لیے ہلاکت خیز ہے۔</w:t>
      </w:r>
    </w:p>
    <w:p>
      <w:r>
        <w:rPr>
          <w:b/>
        </w:rPr>
        <w:t xml:space="preserve">[1:04:45] </w:t>
      </w:r>
      <w:r>
        <w:t>tahum yeh baat qabil-e-ghor hai ke ahadees mein tareef ki to mazammat ki gayi hai magar tanqeed ki mazammat nahi ki gayi. ghaleban koi bhi sahih hadith aisi nahi jis mein tanqeed ke feal ko is tarah mutlaq taur par mazmum qarar diya gaya ho jis tarah madah ko mazmum qarar diya gaya hai.</w:t>
      </w:r>
    </w:p>
    <w:p>
      <w:pPr>
        <w:jc w:val="right"/>
      </w:pPr>
      <w:r>
        <w:t>تاہم یہ بات قابلِ غور ہے کہ احادیث میں تعریف کی تو مذمت کی گئی ہے مگر تنقید کی مذمت نہیں کی گئی۔ غالباً کوئی بھی صحیح حدیث ایسی نہیں جس میں تنقید کے فعل کو اس طرح مطلق طور پر مضموم قرار دیا گیا ہو جس طرح مدح کو مضموم قرار دیا گیا ہے۔</w:t>
      </w:r>
    </w:p>
    <w:p>
      <w:r>
        <w:rPr>
          <w:b/>
        </w:rPr>
        <w:t xml:space="preserve">[1:05:07] </w:t>
      </w:r>
      <w:r>
        <w:t>balkeh is ke bar aks tanqeed ki hosla afzai ki gayi hai. mislan bohat si hadithon mein lisan ke zareeye nahi anil munkar ka hukum aaya hai aur is ko imaan ki lazmi alamat bataya gaya hai.</w:t>
      </w:r>
    </w:p>
    <w:p>
      <w:pPr>
        <w:jc w:val="right"/>
      </w:pPr>
      <w:r>
        <w:t>بلکہ اس کے برعکس تنقید کی حوصلہ افزائی کی گئی ہے۔ مثلاً بہت سی حدیثوں میں لسان کے ذریعے نہی عن المنکر کا حکم آیا ہے اور اس کو ایمان کی لازمی علامت بتایا گیا ہے۔</w:t>
      </w:r>
    </w:p>
    <w:p>
      <w:r>
        <w:rPr>
          <w:b/>
        </w:rPr>
        <w:t xml:space="preserve">[1:05:24] </w:t>
      </w:r>
      <w:r>
        <w:t>isi tarah hadith mein bataya gaya hai ke sultan ke samne kalma-e-haq kehna aik afzal jihad hai waghera. zahir hai ke is qism ka kaam tanqeed hi ki zaban mein hoga na ke tareef ki zaban mein.</w:t>
      </w:r>
    </w:p>
    <w:p>
      <w:pPr>
        <w:jc w:val="right"/>
      </w:pPr>
      <w:r>
        <w:t>اسی طرح حدیث میں بتایا گیا ہے کہ سلطان کے سامنے کلمہ حق کہنا ایک افضل جہاد ہے وغیرہ۔ ظاہر ہے کہ اس قسم کا کام تنقید ہی کی زبان میں ہوگا نہ کہ تعریف کی زبان میں۔</w:t>
      </w:r>
    </w:p>
    <w:p>
      <w:r>
        <w:rPr>
          <w:b/>
        </w:rPr>
        <w:t xml:space="preserve">[1:05:39] </w:t>
      </w:r>
      <w:r>
        <w:t>jab bhi aik shakhs kisi burai ko dekhe, khwah burai karne wala koi aam aadmi ho ya khas aadmi, aur phir woh is ke khilaf lisani jihad kare to yeh lisani jihad ain wohi feal hoga jis ko tanqeed kaha jata hai.</w:t>
      </w:r>
    </w:p>
    <w:p>
      <w:pPr>
        <w:jc w:val="right"/>
      </w:pPr>
      <w:r>
        <w:t>جب بھی ایک شخص کسی برائی کو دیکھے، خواہ برائی کرنے والا کوئی عام آدمی ہو یا خاص آدمی، اور پھر وہ اس کے خلاف لسانی جہاد کرے تو یہ لسانی جہاد عین وہی فعل ہوگا جس کو تنقید کہا جاتا ہے۔</w:t>
      </w:r>
    </w:p>
    <w:p>
      <w:r>
        <w:rPr>
          <w:b/>
        </w:rPr>
        <w:t xml:space="preserve">[1:05:56] </w:t>
      </w:r>
      <w:r>
        <w:t>naqd ya tanqeed darasal lisani jihad ka hi doosra naam hai. ab sawal yeh hai ke shariyat mein madah aur tanqeed ke darmiyan yeh farq kyun kiya gaya hai?</w:t>
      </w:r>
    </w:p>
    <w:p>
      <w:pPr>
        <w:jc w:val="right"/>
      </w:pPr>
      <w:r>
        <w:t>نقد یا تنقید دراصل لسانی جہاد کا ہی دوسرا نام ہے۔ اب سوال یہ ہے کہ شریعت میں مدح اور تنقید کے درمیان یہ فرق کیوں کیا گیا ہے؟</w:t>
      </w:r>
    </w:p>
    <w:p>
      <w:r>
        <w:rPr>
          <w:b/>
        </w:rPr>
        <w:t xml:space="preserve">[1:06:10] </w:t>
      </w:r>
      <w:r>
        <w:t>is farq ka sabab yeh hai ke madah aik akhlaqi burai hai jabkeh tanqeed aik aala darje ki ilmi aur akhlaqi khobi hai.</w:t>
      </w:r>
    </w:p>
    <w:p>
      <w:pPr>
        <w:jc w:val="right"/>
      </w:pPr>
      <w:r>
        <w:t>اس فرق کا سبب یہ ہے کہ مدح ایک اخلاقی برائی ہے جبکہ تنقید ایک اعلیٰ درجے کی علمی اور اخلاقی خوبی ہے۔</w:t>
      </w:r>
    </w:p>
    <w:p>
      <w:r>
        <w:rPr>
          <w:b/>
        </w:rPr>
        <w:t xml:space="preserve">[1:06:21] </w:t>
      </w:r>
      <w:r>
        <w:t>kisi moashre mein madah ka riwaj poore moashre ko munafiqat ka moashra bana deta hai. is ke muqable mein jis samaj mein tanqeed aur ikhtilaf ko sunne ka mizaj ho woh moashra zehni aur fikri taraqqi ki taraf rawan dawan rehta hai.</w:t>
      </w:r>
    </w:p>
    <w:p>
      <w:pPr>
        <w:jc w:val="right"/>
      </w:pPr>
      <w:r>
        <w:t>کسی معاشرے میں مدح کا رواج پورے معاشرے کو منافقت کا معاشرہ بنا دیتا ہے۔ اس کے مقابلے میں جس سماج میں تنقید اور اختلاف کو سننے کا مزاج ہو وہ معاشرہ ذہنی اور فکری ترقی کی طرف رواں دواں رہتا ہے۔</w:t>
      </w:r>
    </w:p>
    <w:p>
      <w:r>
        <w:rPr>
          <w:b/>
        </w:rPr>
        <w:t xml:space="preserve">[1:06:40] </w:t>
      </w:r>
      <w:r>
        <w:t>tanqeed aik musalsal etisab ka amal hai. tanqeed zinda moashre ki alamat hai. kisi moashre mein tanqeed ka amal na hona ya tanqeed ko bura samajhna sirf is waqt hota hai jabkeh moashra zawal ka shikar ho gaya ho, woh zindagi ki hararat kho baitha ho,</w:t>
      </w:r>
    </w:p>
    <w:p>
      <w:pPr>
        <w:jc w:val="right"/>
      </w:pPr>
      <w:r>
        <w:t>تنقید ایک مسلسل احتساب کا عمل ہے۔ تنقید زندہ معاشرے کی علامت ہے۔ کسی معاشرے میں تنقید کا عمل نہ ہونا یا تنقید کو برا سمجھنا صرف اس وقت ہوتا ہے جبکہ معاشرہ زوال کا شکار ہو گیا ہو، وہ زندگی کی حرارت کھو بیٹھا ہو،</w:t>
      </w:r>
    </w:p>
    <w:p>
      <w:r>
        <w:rPr>
          <w:b/>
        </w:rPr>
        <w:t xml:space="preserve">[1:07:03] </w:t>
      </w:r>
      <w:r>
        <w:t>khule zehn ke sath sochne ki salahiyat is ke andar baqi na rahi ho. tanqeed ki hesiyat aik ilmi aur fikri challenge ki hai.</w:t>
      </w:r>
    </w:p>
    <w:p>
      <w:pPr>
        <w:jc w:val="right"/>
      </w:pPr>
      <w:r>
        <w:t>کھلے ذہن کے ساتھ سوچنے کی صلاحیت اس کے اندر باقی نہ رہی ہو۔ تنقید کی حیثیت ایک علمی اور فکری چیلنج کی ہے۔</w:t>
      </w:r>
    </w:p>
    <w:p>
      <w:r>
        <w:rPr>
          <w:b/>
        </w:rPr>
        <w:t xml:space="preserve">[1:07:15] </w:t>
      </w:r>
      <w:r>
        <w:t>challenge har qism ki taraqqi ki wahid zamanat hai. jis moashre mein challenge na ho woh moashra kabhi taraqqi nahi kar sakta.</w:t>
      </w:r>
    </w:p>
    <w:p>
      <w:pPr>
        <w:jc w:val="right"/>
      </w:pPr>
      <w:r>
        <w:t>چیلنج ہر قسم کی ترقی کی واحد ضمانت ہے۔ جس معاشرے میں چیلنج نہ ہو وہ معاشرہ کبھی ترقی نہیں کر سکتا۔</w:t>
      </w:r>
    </w:p>
    <w:p>
      <w:r>
        <w:rPr>
          <w:b/>
        </w:rPr>
        <w:t xml:space="preserve">[1:07:25] </w:t>
      </w:r>
      <w:r>
        <w:t>isi tarah jo moashra tanqeed se mahroom ho jaye woh ilmi aur fikri taraqqi se bhi mahroom ho jayega. is mamle ki tafseel maine apni kitab deen-e-insaniyat ke bab hurriyat-e-fikr mein bayan ki hai aur islam ke daur-e-awwal ki misalon se is ko wazeh kiya hai.</w:t>
      </w:r>
    </w:p>
    <w:p>
      <w:pPr>
        <w:jc w:val="right"/>
      </w:pPr>
      <w:r>
        <w:t>اسی طرح جو معاشرہ تنقید سے محروم ہو جائے وہ علمی اور فکری ترقی سے بھی محروم ہو جائے گا۔ اس معاملے کی تفصیل میں نے اپنی کتاب دینِ انسانیت کے باب حریتِ فکر میں بیان کی ہے اور اسلام کے دورِ اول کی مثالوں سے اس کو واضح کیا ہے۔</w:t>
      </w:r>
    </w:p>
    <w:p>
      <w:r>
        <w:rPr>
          <w:b/>
        </w:rPr>
        <w:t xml:space="preserve">[1:07:46] </w:t>
      </w:r>
      <w:r>
        <w:t>tahum tanqeed aur tanqees mein bohat zyada farq hai. yahan tak ke yeh kehna durust hoga ke tanqeed mukammal taur par jaiz hai aur tanqees mukammal taur par najais.</w:t>
      </w:r>
    </w:p>
    <w:p>
      <w:pPr>
        <w:jc w:val="right"/>
      </w:pPr>
      <w:r>
        <w:t>تاہم تنقید اور تنقیص میں بہت زیادہ فرق ہے۔ یہاں تک کہ یہ کہنا درست ہوگا کہ تنقید مکمل طور پر جائز ہے اور تنقیص مکمل طور پر ناجائز۔</w:t>
      </w:r>
    </w:p>
    <w:p>
      <w:r>
        <w:rPr>
          <w:b/>
        </w:rPr>
        <w:t xml:space="preserve">[1:07:59] </w:t>
      </w:r>
      <w:r>
        <w:t>tanqeed bilashuba aik matloob cheez hai aur tanqees bilashuba aik ghair matloob cheez. tanqeed darasal ilmi ikhtilaf ka doosra naam hai.</w:t>
      </w:r>
    </w:p>
    <w:p>
      <w:pPr>
        <w:jc w:val="right"/>
      </w:pPr>
      <w:r>
        <w:t>تنقید بلاشبہ ایک مطلوب چیز ہے اور تنقیص بلاشبہ ایک غیر مطلوب چیز۔ تنقید دراصل علمی اختلاف کا دوسرا نام ہے۔</w:t>
      </w:r>
    </w:p>
    <w:p>
      <w:r>
        <w:rPr>
          <w:b/>
        </w:rPr>
        <w:t xml:space="preserve">[1:08:11] </w:t>
      </w:r>
      <w:r>
        <w:t>haqaiq o waqeat ki roshni mein khalis mawzuati andaaz mein kisi mamle ka tajziya karna woh cheez hai jis ko tanqeed kaha jata hai.</w:t>
      </w:r>
    </w:p>
    <w:p>
      <w:pPr>
        <w:jc w:val="right"/>
      </w:pPr>
      <w:r>
        <w:t>حقائق و واقعات کی روشنی میں خالص موضوعی انداز میں کسی معاملے کا تجزیہ کرنا وہ چیز ہے جس کو تنقید کہا جاتا ہے۔</w:t>
      </w:r>
    </w:p>
    <w:p>
      <w:r>
        <w:rPr>
          <w:b/>
        </w:rPr>
        <w:t xml:space="preserve">[1:08:21] </w:t>
      </w:r>
      <w:r>
        <w:t>tanqeed khwah bazahir kisi shakhs ke afkar o aara ke hawale se ho magar apni haqeeqat ke aitbar se woh mamle ki usooli wazahat hoti hai.</w:t>
      </w:r>
    </w:p>
    <w:p>
      <w:pPr>
        <w:jc w:val="right"/>
      </w:pPr>
      <w:r>
        <w:t>تنقید خواہ بظاہر کسی شخص کے افکار و آراء کے حوالے سے ہو مگر اپنی حقیقت کے اعتبار سے وہ معاملے کی اصولی وضاحت ہوتی ہے۔</w:t>
      </w:r>
    </w:p>
    <w:p>
      <w:r>
        <w:rPr>
          <w:b/>
        </w:rPr>
        <w:t xml:space="preserve">[1:08:33] </w:t>
      </w:r>
      <w:r>
        <w:t>is mein ghalat aur sahih ke darmiyan taqabul hota hai na ke aik shakhs aur doosre shakhs ke darmiyan. is ke bar aks tanqees aik shakhsi aib joi hai.</w:t>
      </w:r>
    </w:p>
    <w:p>
      <w:pPr>
        <w:jc w:val="right"/>
      </w:pPr>
      <w:r>
        <w:t>اس میں غلط اور صحیح کے درمیان تقابل ہوتا ہے نہ کہ ایک شخص اور دوسرے شخص کے درمیان۔ اس کے برعکس تنقیص ایک شخصی عیب جوئی ہے۔</w:t>
      </w:r>
    </w:p>
    <w:p>
      <w:r>
        <w:rPr>
          <w:b/>
        </w:rPr>
        <w:t xml:space="preserve">[1:08:47] </w:t>
      </w:r>
      <w:r>
        <w:t>tanqeed karne wale ke samne asal mein kisi amr-e-haq ki wazahat nahi hoti balkeh aik shakhs ki tazleel aur tahqeer hoti hai jis ko us ne kisi wajah se apna mukhalif samajh liya hai.</w:t>
      </w:r>
    </w:p>
    <w:p>
      <w:pPr>
        <w:jc w:val="right"/>
      </w:pPr>
      <w:r>
        <w:t>تنقید کرنے والے کے سامنے اصلًا کسی امرِ حق کی وضاحت نہیں ہوتی بلکہ ایک شخص کی تذلیل اور تحقیر ہوتی ہے جس کو اس نے کسی وجہ سے اپنا مخالف سمجھ لیا ہے۔</w:t>
      </w:r>
    </w:p>
    <w:p>
      <w:r>
        <w:rPr>
          <w:b/>
        </w:rPr>
        <w:t xml:space="preserve">[1:09:03] </w:t>
      </w:r>
      <w:r>
        <w:t>tanqeed sirf aik ghair akhlaqi feal hai. woh kisi darje mein bhi koi ilmi waqea nahi. tanqeed ka amal agar ilmi usool ki buniyad par hota hai to tanqeed ka amal kisi shakhs ke khilaf zaati sab o shatm ki buniyad par.</w:t>
      </w:r>
    </w:p>
    <w:p>
      <w:pPr>
        <w:jc w:val="right"/>
      </w:pPr>
      <w:r>
        <w:t>تنقید صرف ایک غیر اخلاقی فعل ہے۔ وہ کسی درجے میں بھی کوئی علمی واقعہ نہیں۔ تنقید کا عمل اگر علمی اصول کی بنیاد پر ہوتا ہے تو تنقید کا عمل کسی شخص کے خلاف ذاتی سب و شتم کی بنیاد پر۔</w:t>
      </w:r>
    </w:p>
    <w:p>
      <w:r>
        <w:rPr>
          <w:b/>
        </w:rPr>
        <w:t xml:space="preserve">[1:09:25] </w:t>
      </w:r>
      <w:r>
        <w:t>alqaab culture. insan fitri taur par azmat pasand hai. is bina par aisa hota hai ke agar insan ke pas haqeeqi azmat na ho to woh azmat ke alfaaz bol kar apne is jazbe ki taskeen hasil karta hai.</w:t>
      </w:r>
    </w:p>
    <w:p>
      <w:pPr>
        <w:jc w:val="right"/>
      </w:pPr>
      <w:r>
        <w:t>القاب کلچر۔ انسان فطری طور پر عظمت پسند ہے۔ اس بنا پر ایسا ہوتا ہے کہ اگر انسان کے پاس حقیقی عظمت نہ ہو تو وہ عظمت کے الفاظ بول کر اپنے اس جذبے کی تسکین حاصل کرتا ہے۔</w:t>
      </w:r>
    </w:p>
    <w:p>
      <w:r>
        <w:rPr>
          <w:b/>
        </w:rPr>
        <w:t xml:space="preserve">[1:09:43] </w:t>
      </w:r>
      <w:r>
        <w:t>yahi woh log hain jin ke andar alqaab culture taraqqi karta hai. mislan apni pasand ke afraad ko bare bare alqaab dena, jaise great leader, great thinker, great mind waghera.</w:t>
      </w:r>
    </w:p>
    <w:p>
      <w:pPr>
        <w:jc w:val="right"/>
      </w:pPr>
      <w:r>
        <w:t>یہی وہ لوگ ہیں جن کے اندر القاب کلچر ترقی کرتا ہے۔ مثلاً اپنی پسند کے افراد کو بڑے بڑے القاب دینا، جیسے گریٹ لیڈر، گریٹ تھنکر، گریٹ مائنڈ وغیرہ۔</w:t>
      </w:r>
    </w:p>
    <w:p>
      <w:r>
        <w:rPr>
          <w:b/>
        </w:rPr>
        <w:t xml:space="preserve">[1:09:58] </w:t>
      </w:r>
      <w:r>
        <w:t>is qism ka alqaab culture islam mein pasand nahi kiya gaya hai. chunanche sahaba hamesha saada alfaaz bolte thay. bare alfaaz ke sath kisi ka zikr karna un ke haan raaij na tha.</w:t>
      </w:r>
    </w:p>
    <w:p>
      <w:pPr>
        <w:jc w:val="right"/>
      </w:pPr>
      <w:r>
        <w:t>اس قسم کا القاب کلچر اسلام میں پسند نہیں کیا گیا ہے۔ چنانچہ صحابہ ہمیشہ سادہ الفاظ بولتے تھے۔ بڑے الفاظ کے ساتھ کسی کا ذکر کرنا ان کے ہاں رائج نہ تھا۔</w:t>
      </w:r>
    </w:p>
    <w:p>
      <w:r>
        <w:rPr>
          <w:b/>
        </w:rPr>
        <w:t xml:space="preserve">[1:10:13] </w:t>
      </w:r>
      <w:r>
        <w:t>is ka sabab yeh hai ke alqaab hamesha mubalgha aamez hote hain. islam ki spirit yeh hai ke aadmi ko us ki waqai hesiyat ke mutabiq pukara jaye.</w:t>
      </w:r>
    </w:p>
    <w:p>
      <w:pPr>
        <w:jc w:val="right"/>
      </w:pPr>
      <w:r>
        <w:t>اس کا سبب یہ ہے کہ القاب ہمیشہ مبالغہ آمیز ہوتے ہیں۔ اسلام کی سپرٹ یہ ہے کہ آدمی کو اس کی واقعی حیثیت کے مطابق پکارا جائے۔</w:t>
      </w:r>
    </w:p>
    <w:p>
      <w:r>
        <w:rPr>
          <w:b/>
        </w:rPr>
        <w:t xml:space="preserve">[1:10:25] </w:t>
      </w:r>
      <w:r>
        <w:t>mislan hazrat umar ne apne liye amir-ul-momineen ka laqab ikhtiyar kiya kyunke ba-taur-e-waqea woh amir-ul-momineen hi thay.</w:t>
      </w:r>
    </w:p>
    <w:p>
      <w:pPr>
        <w:jc w:val="right"/>
      </w:pPr>
      <w:r>
        <w:t>مثلاً حضرت عمر نے اپنے لیے امیرالمومنین کا لقب اختیار کیا کیونکہ بطورِ واقعہ وہ امیرالمومنین ہی تھے۔</w:t>
      </w:r>
    </w:p>
    <w:p>
      <w:r>
        <w:rPr>
          <w:b/>
        </w:rPr>
        <w:t xml:space="preserve">[1:10:36] </w:t>
      </w:r>
      <w:r>
        <w:t>in alfaaz mein kisi qism ka mubalgha shaamil na tha. is ke baraks shakhsi saltanat ke zamanay mein hukmaranon ko shehanshah jaisay alfaaz bolna, yaani badshahon ka badshah waghera, yeh lafz aik mubalghay ka lafz hai.</w:t>
      </w:r>
    </w:p>
    <w:p>
      <w:pPr>
        <w:jc w:val="right"/>
      </w:pPr>
      <w:r>
        <w:t>ان الفاظ میں کسی قسم کا مبالغہ شامل نہ تھا۔ اس کے برعکس شخصی سلطنت کے زمانے میں حکمرانوں کو شہنشاہ جیسے الفاظ بولنا، یعنی بادشاہوں کا بادشاہ وغیرہ، یہ لفظ ایک مبالغے کا لفظ ہے۔</w:t>
      </w:r>
    </w:p>
    <w:p>
      <w:r>
        <w:rPr>
          <w:b/>
        </w:rPr>
        <w:t xml:space="preserve">[1:10:53] </w:t>
      </w:r>
      <w:r>
        <w:t>koi bhi shakhs haqeeqat mein badshahon ka badshah nahi hota. lekin aisay alfaaz bol kar farzi tor par yeh zahir kiya jata hai ke muzkurra shakhs badshahon ka badshah hai.</w:t>
      </w:r>
    </w:p>
    <w:p>
      <w:pPr>
        <w:jc w:val="right"/>
      </w:pPr>
      <w:r>
        <w:t>کوئی بھی شخص حقیقت میں بادشاہوں کا بادشاہ نہیں ہوتا۔ لیکن ایسے الفاظ بول کر فرضی طور پر یہ ظاہر کیا جاتا ہے کہ مذکورہ شخص بادشاہوں کا بادشاہ ہے۔</w:t>
      </w:r>
    </w:p>
    <w:p>
      <w:r>
        <w:rPr>
          <w:b/>
        </w:rPr>
        <w:t xml:space="preserve">[1:11:07] </w:t>
      </w:r>
      <w:r>
        <w:t>magar is ka nuqsan yeh hota hai ke jin logon ke andar ilaqaab culture raaij ho jaye, un ke andar laazman aik cheez khatam ho jati hai.</w:t>
      </w:r>
    </w:p>
    <w:p>
      <w:pPr>
        <w:jc w:val="right"/>
      </w:pPr>
      <w:r>
        <w:t>مگر اس کا نقصان یہ ہوتا ہے کہ جن لوگوں کے اندر القاب کلچر رائج ہو جائے، ان کے اندر لازماً ایک چیز ختم ہو جاتی ہے۔</w:t>
      </w:r>
    </w:p>
    <w:p>
      <w:r>
        <w:rPr>
          <w:b/>
        </w:rPr>
        <w:t xml:space="preserve">[1:11:19] </w:t>
      </w:r>
      <w:r>
        <w:t>woh hai haqeeqat pasandana soch, yaani realistic thinking, ya as it is soch. as it is thinking, isi ko scientific temper kaha jata hai.</w:t>
      </w:r>
    </w:p>
    <w:p>
      <w:pPr>
        <w:jc w:val="right"/>
      </w:pPr>
      <w:r>
        <w:t>وہ ہے حقیقت پسندانہ سوچ، یعنی ریلسٹک تھنکنگ، یا ایز اٹ از سوچ۔ ایز اٹ از تھنکنگ، اسی کو سائنٹیفک ٹیمپر کہا جاتا ہے۔</w:t>
      </w:r>
    </w:p>
    <w:p>
      <w:r>
        <w:rPr>
          <w:b/>
        </w:rPr>
        <w:t xml:space="preserve">[1:11:31] </w:t>
      </w:r>
      <w:r>
        <w:t>ilaqaab culture haqeeqat pasandana soch ka qatil hai. isi haqeeqat ko aik hadees mein dua ke alfaaz ke tor par is tarah kaha gaya hai: aye Allah!</w:t>
      </w:r>
    </w:p>
    <w:p>
      <w:pPr>
        <w:jc w:val="right"/>
      </w:pPr>
      <w:r>
        <w:t>القاب کلچر حقیقت پسندانہ سوچ کا قاتل ہے۔ اسی حقیقت کو ایک حدیث میں دعا کے الفاظ کے طور پر اس طرح کہا گیا ہے: اے اللہ!</w:t>
      </w:r>
    </w:p>
    <w:p>
      <w:r>
        <w:rPr>
          <w:b/>
        </w:rPr>
        <w:t xml:space="preserve">[1:11:44] </w:t>
      </w:r>
      <w:r>
        <w:t>mujhe cheezon ko waisa hi dikha jaisa ke woh hain. Allahumma arna al-ashyaa' kama hi. ilaqaab culture ghair haqeeqat pasandana mizaj paida karta hai.</w:t>
      </w:r>
    </w:p>
    <w:p>
      <w:pPr>
        <w:jc w:val="right"/>
      </w:pPr>
      <w:r>
        <w:t>مجھے چیزوں کو ویسا ہی دکھا جیسا کہ وہ ہیں۔ اللہم ارنا الاشیاء کما ہی۔ القاب کلچر غیر حقیقت پسندانہ مزاج پیدا کرتا ہے۔</w:t>
      </w:r>
    </w:p>
    <w:p>
      <w:r>
        <w:rPr>
          <w:b/>
        </w:rPr>
        <w:t xml:space="preserve">[1:11:57] </w:t>
      </w:r>
      <w:r>
        <w:t>jo log is mizaj ka shikar ho jayen, woh kabhi koi bara kar-nama anjaam nahi de saktay.</w:t>
      </w:r>
    </w:p>
    <w:p>
      <w:pPr>
        <w:jc w:val="right"/>
      </w:pPr>
      <w:r>
        <w:t>جو لوگ اس مزاج کا شکار ہو جائیں، وہ کبھی کوئی بڑا کارنامہ انجام نہیں دے سکتے۔</w:t>
      </w:r>
    </w:p>
    <w:p>
      <w:r>
        <w:rPr>
          <w:b/>
        </w:rPr>
        <w:t xml:space="preserve">[1:12:09] </w:t>
      </w:r>
      <w:r>
        <w:t>al-aimmat al-mizalloon.</w:t>
      </w:r>
    </w:p>
    <w:p>
      <w:pPr>
        <w:jc w:val="right"/>
      </w:pPr>
      <w:r>
        <w:t>الائمۃ المذلون۔</w:t>
      </w:r>
    </w:p>
    <w:p>
      <w:r>
        <w:rPr>
          <w:b/>
        </w:rPr>
        <w:t xml:space="preserve">[1:12:14] </w:t>
      </w:r>
      <w:r>
        <w:t>aik riwayat hadees ki mukhtalif kitabon mein aayi hai. is riwayat ke mutabiq Rasool Allah Sal Allah Alaihi Wasallam ne farmaya: ana akhwafu ma akhafu ala ummati al-aimmat al-mizalloon.</w:t>
      </w:r>
    </w:p>
    <w:p>
      <w:pPr>
        <w:jc w:val="right"/>
      </w:pPr>
      <w:r>
        <w:t>ایک روایت حدیث کی مختلف کتابوں میں آئی ہے۔ اس روایت کے مطابق رسول اللہ صلی اللہ علیہ وسلم نے فرمایا: انا اخوف ما اخاف علی امتی الائمۃ المذلون۔</w:t>
      </w:r>
    </w:p>
    <w:p>
      <w:r>
        <w:rPr>
          <w:b/>
        </w:rPr>
        <w:t xml:space="preserve">[1:12:29] </w:t>
      </w:r>
      <w:r>
        <w:t>musnad ahmad. yaani mein apni ummat ke baray mein sab se ziyada jis cheez se darta hoon, woh gumrah karne walay leader hain.</w:t>
      </w:r>
    </w:p>
    <w:p>
      <w:pPr>
        <w:jc w:val="right"/>
      </w:pPr>
      <w:r>
        <w:t>مسند احمد۔ یعنی میں اپنی امت کے بارے میں سب سے زیادہ جس چیز سے ڈرتا ہوں، وہ گمراہ کرنے والے لیڈر ہیں۔</w:t>
      </w:r>
    </w:p>
    <w:p>
      <w:r>
        <w:rPr>
          <w:b/>
        </w:rPr>
        <w:t xml:space="preserve">[1:12:38] </w:t>
      </w:r>
      <w:r>
        <w:t>is hadees mein baat ko aanay walay jis zamanay ka zikr hai, us se murad ghaliban sanati inqilab ka zamanah hai. yeh waqia baat ke zamanay mein zahoor mein aanay wala tha, jabkay ummat-e-muslima wahid hamil-e-deen ki hesiyat se dunya mein baqi rahe gi.</w:t>
      </w:r>
    </w:p>
    <w:p>
      <w:pPr>
        <w:jc w:val="right"/>
      </w:pPr>
      <w:r>
        <w:t>اس حدیث میں بات کو آنے والے جس زمانے کا ذکر ہے، اس سے مراد غالباً صنعتی انقلاب کا زمانہ ہے۔ یہ واقعہ بات کے زمانے میں ظہور میں آنے والا تھا، جبکہ امت مسلمہ واحد حاملِ دین کی حیثیت سے دنیا میں باقی رہے گی۔</w:t>
      </w:r>
    </w:p>
    <w:p>
      <w:r>
        <w:rPr>
          <w:b/>
        </w:rPr>
        <w:t xml:space="preserve">[1:12:58] </w:t>
      </w:r>
      <w:r>
        <w:t>is liye aap ne is mamlay ko apni ummat ki taraf mansoob farmaya. wazeh ho ke doosri riwayatton mein alaikum ke bajaye ala ummati ke alfaaz aaye hain.</w:t>
      </w:r>
    </w:p>
    <w:p>
      <w:pPr>
        <w:jc w:val="right"/>
      </w:pPr>
      <w:r>
        <w:t>اس لیے آپ نے اس معاملے کو اپنی امت کی طرف منسوب فرمایا۔ واضح ہو کہ دوسری روایتوں میں علیکم کے بجائے علی امتی کے الفاظ آئے ہیں۔</w:t>
      </w:r>
    </w:p>
    <w:p>
      <w:r>
        <w:rPr>
          <w:b/>
        </w:rPr>
        <w:t xml:space="preserve">[1:13:10] </w:t>
      </w:r>
      <w:r>
        <w:t>qadeem zamanah badshahat ka zamanah tha. is zamanay mein gumrah kun leader ke zahoor ke mawaqe maujood na thay. maujoodah zamanay mein azadi, communication, media, aur loudspeaker aur stage ne aisay mawaqe paida kiye jin mein gumrah karne walay leader ubhray aur poori ummat ko sirat-e-mustaqeem se bhatka dein.</w:t>
      </w:r>
    </w:p>
    <w:p>
      <w:pPr>
        <w:jc w:val="right"/>
      </w:pPr>
      <w:r>
        <w:t>قدیم زمانہ بادشاہت کا زمانہ تھا۔ اس زمانے میں گمراہ کن لیڈر کے ظہور کے مواقع موجود نہ تھے۔ موجودہ زمانے میں آزادی، کمیونیکیشن، میڈیا، اور لاؤڈ اسپیکر اور اسٹیج نے ایسے مواقع پیدا کیے جن میں گمراہ کرنے والے لیڈر ابھرے اور پوری امت کو صراطِ مستقیم سے بھٹکا دے۔</w:t>
      </w:r>
    </w:p>
    <w:p>
      <w:r>
        <w:rPr>
          <w:b/>
        </w:rPr>
        <w:t xml:space="preserve">[1:13:36] </w:t>
      </w:r>
      <w:r>
        <w:t>yeh jadeed qiyadati mawaqe aisay waqt mein zahoor mein ayen gay jabkay ummat tul-e-umr ke nateejay mein zawal ka shikar ho chuki hogi.</w:t>
      </w:r>
    </w:p>
    <w:p>
      <w:pPr>
        <w:jc w:val="right"/>
      </w:pPr>
      <w:r>
        <w:t>یہ جدید قیادتی مواقع ایسے وقت میں ظہور میں آئیں گے جبکہ امت طولِ عمد کے نتیجے میں زوال کا شکار ہو چکی ہوگی۔</w:t>
      </w:r>
    </w:p>
    <w:p>
      <w:r>
        <w:rPr>
          <w:b/>
        </w:rPr>
        <w:t xml:space="preserve">[1:13:47] </w:t>
      </w:r>
      <w:r>
        <w:t>aisay halat mein karnay ka asal kaam yeh hoga ke jadeed mawaqe ko istemal kar ke ummat ko phir se zinda karne ki koshish ki jaye.</w:t>
      </w:r>
    </w:p>
    <w:p>
      <w:pPr>
        <w:jc w:val="right"/>
      </w:pPr>
      <w:r>
        <w:t>ایسی حالت میں کرنے کا اصل کام یہ ہوگا کہ جدید مواقع کو استعمال کر کے امت کو پھر سے زندہ کرنے کی کوشش کی جائے۔</w:t>
      </w:r>
    </w:p>
    <w:p>
      <w:r>
        <w:rPr>
          <w:b/>
        </w:rPr>
        <w:t xml:space="preserve">[1:13:57] </w:t>
      </w:r>
      <w:r>
        <w:t>magar yeh aik behad mushkil kaam hoga. is ke muqablay mein aasan kaam yeh hoga ke ummat ki zawal-yafta nafsiyat ko istemal kar ke is ke oopar apni qiyadat ki buniyad rakh di jaye.</w:t>
      </w:r>
    </w:p>
    <w:p>
      <w:pPr>
        <w:jc w:val="right"/>
      </w:pPr>
      <w:r>
        <w:t>مگر یہ ایک بے حد مشکل کام ہوگا۔ اس کے مقابلے میں آسان کام یہ ہوگا کہ امت کی زوال یافتہ نفسیات کو استعمال کر کے اس کے اوپر اپنی قیادت کی بنیاد رکھ دی جائے۔</w:t>
      </w:r>
    </w:p>
    <w:p>
      <w:r>
        <w:rPr>
          <w:b/>
        </w:rPr>
        <w:t xml:space="preserve">[1:14:12] </w:t>
      </w:r>
      <w:r>
        <w:t>yaani ummat jahan hai, wahin se is ka safar shuru kar diya jaye. yeh gumrah karne walay leader yahi doosra kaam karein gay. woh ummat ko fazail ki purasrar kahaniyan suna kar khush fehmi mein mubtala karein gay.</w:t>
      </w:r>
    </w:p>
    <w:p>
      <w:pPr>
        <w:jc w:val="right"/>
      </w:pPr>
      <w:r>
        <w:t>یعنی امت جہاں ہے، وہیں سے اس کا سفر شروع کر دیا جائے۔ یہ گمراہ کرنے والے لیڈر یہی دوسرا کام کریں گے۔ وہ امت کو فضائل کی پراسرار کہانیاں سنا کر خوش فہمی میں مبتلا کریں گے۔</w:t>
      </w:r>
    </w:p>
    <w:p>
      <w:r>
        <w:rPr>
          <w:b/>
        </w:rPr>
        <w:t xml:space="preserve">[1:14:27] </w:t>
      </w:r>
      <w:r>
        <w:t>woh mazi ke tareekhi kar-namay bata kar unhein fakhr ki ghiza dein gay. woh siyasat-i-taqreerein kar ke un ke josh ko ubharein gay.</w:t>
      </w:r>
    </w:p>
    <w:p>
      <w:pPr>
        <w:jc w:val="right"/>
      </w:pPr>
      <w:r>
        <w:t>وہ ماضی کے تاریخی کارنامے بتا کر انہیں فخر کی غذا دیں گے۔ وہ سیاسی تقریریں کر کے ان کے جوش کو ابھاریں گے۔</w:t>
      </w:r>
    </w:p>
    <w:p>
      <w:r>
        <w:rPr>
          <w:b/>
        </w:rPr>
        <w:t xml:space="preserve">[1:14:36] </w:t>
      </w:r>
      <w:r>
        <w:t>woh adab aur khatabat ke alfaaz mein unhein gum karein gay. woh ummat ki pasmandagi ka ilzam doosron ko de kar jhooti nazaa' khari karein gay.</w:t>
      </w:r>
    </w:p>
    <w:p>
      <w:pPr>
        <w:jc w:val="right"/>
      </w:pPr>
      <w:r>
        <w:t>وہ ادب اور خطابت کے الفاظ میں انہیں گم کریں گے۔ وہ امت کی پسماندگی کا الزام دوسروں کو دے کر جھوٹی نزع کھڑی کریں گے۔</w:t>
      </w:r>
    </w:p>
    <w:p>
      <w:r>
        <w:rPr>
          <w:b/>
        </w:rPr>
        <w:t xml:space="preserve">[1:14:47] </w:t>
      </w:r>
      <w:r>
        <w:t>bible ke alfaaz mein woh ummat ko loriyaan sunayen gay aur is tarah woh ummat ko is ke zawal par aur pakhta kar dein gay, na yeh ke us ko zawal ki halat se nikalein.</w:t>
      </w:r>
    </w:p>
    <w:p>
      <w:pPr>
        <w:jc w:val="right"/>
      </w:pPr>
      <w:r>
        <w:t>بائبل کے الفاظ میں وہ امت کو لوریاں سنائیں گے اور اس طرح وہ امت کو اس کے زوال پر اور پختہ کر دیں گے، نہ یہ کہ اس کو زوال کی حالت سے نکالیں۔</w:t>
      </w:r>
    </w:p>
    <w:p>
      <w:r>
        <w:rPr>
          <w:b/>
        </w:rPr>
        <w:t xml:space="preserve">[1:15:00] </w:t>
      </w:r>
      <w:r>
        <w:t>yeh wohi tareeqa hai jis ko istihsal ya exploitation kaha jata hai. logon ka haal yeh hoga ke aaghaz se safar karna unhein aik behad lamba safar maloom hoga.</w:t>
      </w:r>
    </w:p>
    <w:p>
      <w:pPr>
        <w:jc w:val="right"/>
      </w:pPr>
      <w:r>
        <w:t>یہ وہی طریقہ ہے جس کو استحصال یا ایکسپلائٹیشن کہا جاتا ہے۔ لوگوں کا حال یہ ہوگا کہ آغاز سے سفر کرنا انہیں ایک بے حد لمبا سفر معلوم ہوگا۔</w:t>
      </w:r>
    </w:p>
    <w:p>
      <w:r>
        <w:rPr>
          <w:b/>
        </w:rPr>
        <w:t xml:space="preserve">[1:15:13] </w:t>
      </w:r>
      <w:r>
        <w:t>woh is qism ki qurbani ke liye tayyar na hon gay. is liye woh aaghaz se safar karne ki bajaye ikhtitam se apne safar ki chhalang laga dein gay aur phir khud bhi halak hon gay aur apni qaum ko bhi halak karein gay.</w:t>
      </w:r>
    </w:p>
    <w:p>
      <w:pPr>
        <w:jc w:val="right"/>
      </w:pPr>
      <w:r>
        <w:t>وہ اس قسم کی قربانی کے لیے تیار نہ ہوں گے۔ اس لیے وہ آغاز سے سفر کرنے کی بجائے اختتام سے اپنے سفر کی چھلانگ لگا دیں گے اور پھر خود بھی ہلاک ہوں گے اور اپنی قوم کو بھی ہلاک کریں گے۔</w:t>
      </w:r>
    </w:p>
    <w:p>
      <w:r>
        <w:rPr>
          <w:b/>
        </w:rPr>
        <w:t xml:space="preserve">[1:15:28] </w:t>
      </w:r>
      <w:r>
        <w:t>gumrah karne wala leader hamesha yeh karta hai ke woh aisay baatein bolta hai jo logon ko pasand hon. woh logon ke andar chhupe hue manfi jazbat ko bharkata hai.</w:t>
      </w:r>
    </w:p>
    <w:p>
      <w:pPr>
        <w:jc w:val="right"/>
      </w:pPr>
      <w:r>
        <w:t>گمراہ کرنے والا لیڈر ہمیشہ یہ کرتا ہے کہ وہ ایسی باتیں بولتا ہے جو لوگوں کو پسند ہوں۔ وہ لوگوں کے اندر چھپے ہوئے منفی جذبات کو بھڑکاتا ہے۔</w:t>
      </w:r>
    </w:p>
    <w:p>
      <w:r>
        <w:rPr>
          <w:b/>
        </w:rPr>
        <w:t xml:space="preserve">[1:15:40] </w:t>
      </w:r>
      <w:r>
        <w:t>woh logon ki jhooti shikayaton ko sacha bana kar dikhata hai. is tarah woh logon ko apni taraf khinchta hai. is ki zaban se apni dil pasand boli sun kar log is ke gird ikhatta ho jatay hain.</w:t>
      </w:r>
    </w:p>
    <w:p>
      <w:pPr>
        <w:jc w:val="right"/>
      </w:pPr>
      <w:r>
        <w:t>وہ لوگوں کی جھوٹی شکایتوں کو سچا بنا کر دکھاتا ہے۔ اس طرح وہ لوگوں کو اپنی طرف کھینچتا ہے۔ اس کی زبان سے اپنی دل پسند بولی سن کر لوگ اس کے گرد اکٹھا ہو جاتے ہیں۔</w:t>
      </w:r>
    </w:p>
    <w:p>
      <w:r>
        <w:rPr>
          <w:b/>
        </w:rPr>
        <w:t xml:space="preserve">[1:15:55] </w:t>
      </w:r>
      <w:r>
        <w:t>gumrah leader hamesha yahi karte rahay hain. woh jantay hain ke agar logon se yeh kaha jaye ke tum apni islaah karo to bohat kam log hon gay jo is pukar ki taraf mutawajjah ho saken.</w:t>
      </w:r>
    </w:p>
    <w:p>
      <w:pPr>
        <w:jc w:val="right"/>
      </w:pPr>
      <w:r>
        <w:t>گمراہ لیڈر ہمیشہ یہی کرتے رہے ہیں۔ وہ جانتے ہیں کہ اگر لوگوں سے یہ کہا جائے کہ تم اپنی اصلاح کرو تو بہت کم لوگ ہوں گے جو اس پکار کی طرف متوجہ ہو سکیں۔</w:t>
      </w:r>
    </w:p>
    <w:p>
      <w:r>
        <w:rPr>
          <w:b/>
        </w:rPr>
        <w:t xml:space="preserve">[1:16:09] </w:t>
      </w:r>
      <w:r>
        <w:t>is liye gumrah leader yeh karte hain ke woh apni qom ki dakhli kamzoriyon ki bina par paish aane wali nakami ka zimmedar doosron ko thehrate hain.</w:t>
      </w:r>
    </w:p>
    <w:p>
      <w:pPr>
        <w:jc w:val="right"/>
      </w:pPr>
      <w:r>
        <w:t>اس لیے گمراہ لیڈر یہ کرتے ہیں کہ وہ اپنی قوم کی داخلی کمزوریوں کی بنا پر پیش آنے والی ناکامی کا ذمہ دار دوسروں کو ٹھہراتے ہیں۔</w:t>
      </w:r>
    </w:p>
    <w:p>
      <w:r>
        <w:rPr>
          <w:b/>
        </w:rPr>
        <w:t xml:space="preserve">[1:16:21] </w:t>
      </w:r>
      <w:r>
        <w:t>woh apni qom ko be qusoor batate hain aur doosri qom ko qusoorwar. yeh cheez in ko apni qom ke andar maqbool bana deti hai.</w:t>
      </w:r>
    </w:p>
    <w:p>
      <w:pPr>
        <w:jc w:val="right"/>
      </w:pPr>
      <w:r>
        <w:t>وہ اپنی قوم کو بے قصور بتاتے ہیں اور دوسری قوم کو قصوروار۔ یہ چیز ان کو اپنی قوم کے اندر مقبول بنا دیتی ہے۔</w:t>
      </w:r>
    </w:p>
    <w:p>
      <w:r>
        <w:rPr>
          <w:b/>
        </w:rPr>
        <w:t xml:space="preserve">[1:16:31] </w:t>
      </w:r>
      <w:r>
        <w:t>jadeed sanati daur mein naye zarea ki bina par is qism ke leaderon ke liye mumkin ho gaya hai ke woh har zamane se zyada bare paimane par logon ko gumrah kar saken.</w:t>
      </w:r>
    </w:p>
    <w:p>
      <w:pPr>
        <w:jc w:val="right"/>
      </w:pPr>
      <w:r>
        <w:t>جدید صنعتی دور میں نئے ذرائع کی بنا پر اس قسم کے لیڈروں کے لیے ممکن ہو گیا ہے کہ وہ ہر زمانے سے زیادہ بڑے پیمانے پر لوگوں کو گمراہ کر سکیں۔</w:t>
      </w:r>
    </w:p>
    <w:p>
      <w:r>
        <w:rPr>
          <w:b/>
        </w:rPr>
        <w:t xml:space="preserve">[1:16:43] </w:t>
      </w:r>
      <w:r>
        <w:t>is surat e haal ka taqaza hai ke qom ke log aaj har zamane se zyada muhtat rahen taake woh gumrah karne wale leaderon ki gumrahi ka shikar na ho saken.</w:t>
      </w:r>
    </w:p>
    <w:p>
      <w:pPr>
        <w:jc w:val="right"/>
      </w:pPr>
      <w:r>
        <w:t>اس صورتِ حال کا تقاضا ہے کہ قوم کے لوگ آج ہر زمانے سے زیادہ محتاط رہیں تاکہ وہ گمراہ کرنے والے لیڈروں کی گمراہی کا شکار نہ ہو سکیں۔</w:t>
      </w:r>
    </w:p>
    <w:p>
      <w:r>
        <w:rPr>
          <w:b/>
        </w:rPr>
        <w:t xml:space="preserve">[1:16:56] </w:t>
      </w:r>
      <w:r>
        <w:t>yeh surat e haal sirf leader ke liye hi khatarnak nahi hai balke woh khud qom ke liye bhi aik azeem khatre ki hesiyat rakhti hai.</w:t>
      </w:r>
    </w:p>
    <w:p>
      <w:pPr>
        <w:jc w:val="right"/>
      </w:pPr>
      <w:r>
        <w:t>یہ صورتِ حال صرف لیڈر کے لیے ہی خطرناک نہیں ہے بلکہ وہ خود قوم کے لیے بھی ایک عظیم خطرے کی حیثیت رکھتی ہے۔</w:t>
      </w:r>
    </w:p>
    <w:p>
      <w:r>
        <w:rPr>
          <w:b/>
        </w:rPr>
        <w:t xml:space="preserve">[1:17:10] </w:t>
      </w:r>
      <w:r>
        <w:t xml:space="preserve"> Naseehat paziri.</w:t>
      </w:r>
    </w:p>
    <w:p>
      <w:pPr>
        <w:jc w:val="right"/>
      </w:pPr>
      <w:r>
        <w:t>نصیحت پذیری۔</w:t>
      </w:r>
    </w:p>
    <w:p>
      <w:r>
        <w:rPr>
          <w:b/>
        </w:rPr>
        <w:t xml:space="preserve">[1:17:14] </w:t>
      </w:r>
      <w:r>
        <w:t>kisi insan ko jab haq ki maarfat hasil hoti hai aur us ki soch imani soch ban jati hai to fitri tor par aisa hota hai ke woh aik sanjeeda insan ban jata hai.</w:t>
      </w:r>
    </w:p>
    <w:p>
      <w:pPr>
        <w:jc w:val="right"/>
      </w:pPr>
      <w:r>
        <w:t>کسی انسان کو جب حق کی معرفت حاصل ہوتی ہے اور اس کی سوچ ایمانی سوچ بن جاتی ہے تو فطری طور پر ایسا ہوتا ہے کہ وہ ایک سنجیدہ انسان بن جاتا ہے۔</w:t>
      </w:r>
    </w:p>
    <w:p>
      <w:r>
        <w:rPr>
          <w:b/>
        </w:rPr>
        <w:t xml:space="preserve">[1:17:28] </w:t>
      </w:r>
      <w:r>
        <w:t>isi imani sanjedgi ka aik pehlu woh hai jis ko naseehat paziri kaha ja sakta hai. quran mein is ke liye mukhtalif alfaaz aaye hain, maslan tazkir, aitbar, tausim waghera.</w:t>
      </w:r>
    </w:p>
    <w:p>
      <w:pPr>
        <w:jc w:val="right"/>
      </w:pPr>
      <w:r>
        <w:t>اسی ایمانی سنجیدگی کا ایک پہلو وہ ہے جس کو نصیحت پذیری کہا جا سکتا ہے۔ قرآن میں اس کے لیے مختلف الفاظ آئے ہیں، مثلاً تذکر، اعتبار، توسم وغیرہ۔</w:t>
      </w:r>
    </w:p>
    <w:p>
      <w:r>
        <w:rPr>
          <w:b/>
        </w:rPr>
        <w:t xml:space="preserve">[1:17:43] </w:t>
      </w:r>
      <w:r>
        <w:t>isi tarah hadith mein bhi isi qism ke alfaaz warid hue hain, maslan wasmati fikran aw nazari eibartan.</w:t>
      </w:r>
    </w:p>
    <w:p>
      <w:pPr>
        <w:jc w:val="right"/>
      </w:pPr>
      <w:r>
        <w:t>اسی طرح حدیث میں بھی اسی قسم کے الفاظ وارد ہوئے ہیں، مثلاً وسمتی فکراً أو نظری عبرتاً۔</w:t>
      </w:r>
    </w:p>
    <w:p>
      <w:r>
        <w:rPr>
          <w:b/>
        </w:rPr>
        <w:t xml:space="preserve">[1:17:53] </w:t>
      </w:r>
      <w:r>
        <w:t>musnad al-shahab al-qada'i. yaani meri khamoshi soch ki khamoshi ho aur mera dekhna ebrat ka dekhna ho.</w:t>
      </w:r>
    </w:p>
    <w:p>
      <w:pPr>
        <w:jc w:val="right"/>
      </w:pPr>
      <w:r>
        <w:t>مسند الشہاب القضائی۔ یعنی میری خاموشی سوچ کی خاموشی ہو اور میرا دیکھنا عبرت کا دیکھنا ہو۔</w:t>
      </w:r>
    </w:p>
    <w:p>
      <w:r>
        <w:rPr>
          <w:b/>
        </w:rPr>
        <w:t xml:space="preserve">[1:18:03] </w:t>
      </w:r>
      <w:r>
        <w:t>imaan ya haq ki maarfat bhi bazat e khud isi nawiyat ki aik cheez hai. imani maarfat kya hai?</w:t>
      </w:r>
    </w:p>
    <w:p>
      <w:pPr>
        <w:jc w:val="right"/>
      </w:pPr>
      <w:r>
        <w:t>ایمان یا حق کی معرفت بھی بذاتِ خود اسی نوعیت کی ایک چیز ہے۔ ایمانی معرفت کیا ہے؟</w:t>
      </w:r>
    </w:p>
    <w:p>
      <w:r>
        <w:rPr>
          <w:b/>
        </w:rPr>
        <w:t xml:space="preserve">[1:18:13] </w:t>
      </w:r>
      <w:r>
        <w:t>woh yeh hai ke aadmi makhlooqat par ghor kar ke khaliq ko daryaft kare. woh dekhne wali dunya ke andar ghayb ki dunya ko pa le.</w:t>
      </w:r>
    </w:p>
    <w:p>
      <w:pPr>
        <w:jc w:val="right"/>
      </w:pPr>
      <w:r>
        <w:t>وہ یہ ہے کہ آدمی مخلوقات پر غور کر کے خالق کو دریافت کرے۔ وہ دیکھنے والی دنیا کے اندر غیب کی دنیا کو پا لے۔</w:t>
      </w:r>
    </w:p>
    <w:p>
      <w:r>
        <w:rPr>
          <w:b/>
        </w:rPr>
        <w:t xml:space="preserve">[1:18:24] </w:t>
      </w:r>
      <w:r>
        <w:t>quran ke alfaaz mein woh ayat, yaani kharji nishaniyon ke zariye dakhli haqiqaton ko jaan le. woh basarat ke sath baseerat ki istidad hasil kar le.</w:t>
      </w:r>
    </w:p>
    <w:p>
      <w:pPr>
        <w:jc w:val="right"/>
      </w:pPr>
      <w:r>
        <w:t>قرآن کے الفاظ میں وہ آیات، یعنی خارجی نشانیوں کے ذریعے داخلی حقیقتوں کو جان لے۔ وہ بصارت کے ساتھ بصیرت کی استعداد حاصل کر لے۔</w:t>
      </w:r>
    </w:p>
    <w:p>
      <w:r>
        <w:rPr>
          <w:b/>
        </w:rPr>
        <w:t xml:space="preserve">[1:18:38] </w:t>
      </w:r>
      <w:r>
        <w:t>tadabbur o tafakkur momin ka aam mizaj hota hai. is ka yeh mizaj hamesha aur har jagah qaim rehta hai. yeh mizaj is ko daimi tor par Allah ki yaad karne wala bana deta hai.</w:t>
      </w:r>
    </w:p>
    <w:p>
      <w:pPr>
        <w:jc w:val="right"/>
      </w:pPr>
      <w:r>
        <w:t>تدبر و تفکر مومن کا عام مزاج ہوتا ہے۔ اس کا یہ مزاج ہمیشہ اور ہر جگہ قائم رہتا ہے۔ یہ مزاج اس کو دائمی طور پر اللہ کی یاد کرنے والا بنا دیتا ہے۔</w:t>
      </w:r>
    </w:p>
    <w:p>
      <w:r>
        <w:rPr>
          <w:b/>
        </w:rPr>
        <w:t xml:space="preserve">[1:18:53] </w:t>
      </w:r>
      <w:r>
        <w:t>woh har din aisi baaten daryaft karta rehta hai jo is ke iman o yaqeen mein izafa karne wali hon. doosre log sirf zahir ko dekhte hain magar momin apne is mizaj ki bina par zahir mein haqaiq ko daryaft kar leta hai.</w:t>
      </w:r>
    </w:p>
    <w:p>
      <w:pPr>
        <w:jc w:val="right"/>
      </w:pPr>
      <w:r>
        <w:t>وہ ہر دن ایسی باتیں دریافت کرتا رہتا ہے جو اس کے ایمان و یقین میں اضافہ کرنے والی ہوں۔ دوسرے لوگ صرف ظواہر کو دیکھتے ہیں مگر مومن اپنے اس مزاج کی بنا پر ظواہر میں حقائق کو دریافت کر لیتا ہے۔</w:t>
      </w:r>
    </w:p>
    <w:p>
      <w:r>
        <w:rPr>
          <w:b/>
        </w:rPr>
        <w:t xml:space="preserve">[1:19:13] </w:t>
      </w:r>
      <w:r>
        <w:t>tadabbur aur tafakkur ke is amal ke liye kisi tanhai ya makhsoos maqam ki zarorat nahi. yeh amal momin ke dimagh mein har lamha jari rehta hai.</w:t>
      </w:r>
    </w:p>
    <w:p>
      <w:pPr>
        <w:jc w:val="right"/>
      </w:pPr>
      <w:r>
        <w:t>تدبر اور تفکر کے اس عمل کے لیے کسی تنہائی یا مخصوص مقام کی ضرورت نہیں۔ یہ عمل مومن کے دماغ میں ہر لمحہ جاری رہتا ہے۔</w:t>
      </w:r>
    </w:p>
    <w:p>
      <w:r>
        <w:rPr>
          <w:b/>
        </w:rPr>
        <w:t xml:space="preserve">[1:19:25] </w:t>
      </w:r>
      <w:r>
        <w:t>hata ke dunya ke bhare hue hangamon mein bhi woh is se munqata nahi hota. naseehat paziri momin ki rohani khurak hai.</w:t>
      </w:r>
    </w:p>
    <w:p>
      <w:pPr>
        <w:jc w:val="right"/>
      </w:pPr>
      <w:r>
        <w:t>حتیٰ کہ دنیا کے بھرے ہوئے ہنگاموں میں بھی وہ اس سے منقطع نہیں ہوتا۔ نصیحت پذیری مومن کی روحانی خوراک ہے۔</w:t>
      </w:r>
    </w:p>
    <w:p>
      <w:r>
        <w:rPr>
          <w:b/>
        </w:rPr>
        <w:t xml:space="preserve">[1:19:36] </w:t>
      </w:r>
      <w:r>
        <w:t>momin ke liye madi ghiza agar jismani taqviyat ka zariya hai to ebrat o naseehat is ke liye rohani ghiza ki hesiyat rakhti hai.</w:t>
      </w:r>
    </w:p>
    <w:p>
      <w:pPr>
        <w:jc w:val="right"/>
      </w:pPr>
      <w:r>
        <w:t>مومن کے لیے مادی غذا اگر جسمانی تقویت کا ذریعہ ہے تو عبرت و نصیحت اس کے لیے روحانی غذا کی حیثیت رکھتی ہے۔</w:t>
      </w:r>
    </w:p>
    <w:p>
      <w:r>
        <w:rPr>
          <w:b/>
        </w:rPr>
        <w:t xml:space="preserve">[1:19:47] </w:t>
      </w:r>
      <w:r>
        <w:t>madi ghiza ke baghair jism sehatmand nahi reh sakta. isi tarah fikri ghiza ke baghair ruhaniyat ka irtaqa mumkin nahi.</w:t>
      </w:r>
    </w:p>
    <w:p>
      <w:pPr>
        <w:jc w:val="right"/>
      </w:pPr>
      <w:r>
        <w:t>مادی غذا کے بغیر جسم صحت مند نہیں رہ سکتا۔ اسی طرح فکری غذا کے بغیر روحانیت کا ارتقاء ممکن نہیں۔</w:t>
      </w:r>
    </w:p>
    <w:p>
      <w:r>
        <w:rPr>
          <w:b/>
        </w:rPr>
        <w:t xml:space="preserve">[1:20:01] </w:t>
      </w:r>
      <w:r>
        <w:t>kamyab zindagi. paighambar e islam sallallahu alaihi wasallam ke pas aik shakhs aya. us ne kaha ke aap mujhe koi aisi baat bataiye jis ke sath mein jiyoon aur woh lambi na ho ke main use bhool jaon.</w:t>
      </w:r>
    </w:p>
    <w:p>
      <w:pPr>
        <w:jc w:val="right"/>
      </w:pPr>
      <w:r>
        <w:t>کامیاب زندگی۔ پیغمبر اسلام صلی اللہ علیہ وسلم کے پاس ایک شخص آیا۔ اس نے کہا کہ آپ مجھے کوئی ایسی بات بتائیے جس کے ساتھ میں جیوں اور وہ لمبی نہ ہو کہ میں اسے بھول جاؤں۔</w:t>
      </w:r>
    </w:p>
    <w:p>
      <w:r>
        <w:rPr>
          <w:b/>
        </w:rPr>
        <w:t xml:space="preserve">[1:20:19] </w:t>
      </w:r>
      <w:r>
        <w:t>aap ne kaha: la taghzab. musnad ahmad. yaani tum ghussa na karo. yeh maujooda dunya mein kamyab zindagi hasil karne ka sab se zyada yaqini usool hai.</w:t>
      </w:r>
    </w:p>
    <w:p>
      <w:pPr>
        <w:jc w:val="right"/>
      </w:pPr>
      <w:r>
        <w:t>آپ نے کہا: لا تغضب۔ مسند احمد۔ یعنی تم غصہ نہ کرو۔ یہ موجودہ دنیا میں کامیاب زندگی حاصل کرنے کا سب سے زیادہ یقینی اصول ہے۔</w:t>
      </w:r>
    </w:p>
    <w:p>
      <w:r>
        <w:rPr>
          <w:b/>
        </w:rPr>
        <w:t xml:space="preserve">[1:20:32] </w:t>
      </w:r>
      <w:r>
        <w:t>aik fard ke liye bhi aur poori qom ke liye bhi. ghussa kya hai? ghussa darasal napasandeeda surat e haal ka manfi radd e amal, yaani negative reaction hai.</w:t>
      </w:r>
    </w:p>
    <w:p>
      <w:pPr>
        <w:jc w:val="right"/>
      </w:pPr>
      <w:r>
        <w:t>ایک فرد کے لیے بھی اور پوری قوم کے لیے بھی۔ غصہ کیا ہے؟ غصہ دراصل ناپسندیدہ صورتِ حال کا منفی ردِ عمل، یعنی نیگیٹیو ری ایکشن ہے۔</w:t>
      </w:r>
    </w:p>
    <w:p>
      <w:r>
        <w:rPr>
          <w:b/>
        </w:rPr>
        <w:t xml:space="preserve">[1:20:47] </w:t>
      </w:r>
      <w:r>
        <w:t>maujooda dunya mein mukhtalif asbab se har lamha kisi na kisi napasandeeda surat e haal se sabaqa paish aata rehta hai.</w:t>
      </w:r>
    </w:p>
    <w:p>
      <w:pPr>
        <w:jc w:val="right"/>
      </w:pPr>
      <w:r>
        <w:t>موجودہ دنیا میں مختلف اسباب سے ہر لمحہ کسی نہ کسی ناپسندیدہ صورتِ حال سے سابقہ پیش آتا رہتا ہے۔</w:t>
      </w:r>
    </w:p>
    <w:p>
      <w:r>
        <w:rPr>
          <w:b/>
        </w:rPr>
        <w:t xml:space="preserve">[1:20:57] </w:t>
      </w:r>
      <w:r>
        <w:t>kabhi koi aisi baat paish aa jati hai jis se aap ki ana, yaani ego, bhark uthti hai. kabhi kisi ki aik rosh se aap ke andar intiqam ka jazba paida ho jata hai.</w:t>
      </w:r>
    </w:p>
    <w:p>
      <w:pPr>
        <w:jc w:val="right"/>
      </w:pPr>
      <w:r>
        <w:t>کبھی کوئی ایسی بات پیش آ جاتی ہے جس سے آپ کی انا، یعنی ایگو، بھڑک اٹھتی ہے۔ کبھی کسی کی ایک روش سے آپ کے اندر انتقام کا جذبہ پیدا ہو جاتا ہے۔</w:t>
      </w:r>
    </w:p>
    <w:p>
      <w:r>
        <w:rPr>
          <w:b/>
        </w:rPr>
        <w:t xml:space="preserve">[1:21:11] </w:t>
      </w:r>
      <w:r>
        <w:t>kabhi mafad ka takrao aap ke andar mukhalifana jazbat ko jaga deta hai. kabhi aisa hota hai ke kisi se aap ki ummeeden poori nahi hotin aur aap ke andar us ke khilaf nafrat ke jazbat bhark uthte hain.</w:t>
      </w:r>
    </w:p>
    <w:p>
      <w:pPr>
        <w:jc w:val="right"/>
      </w:pPr>
      <w:r>
        <w:t>کبھی مفاد کا ٹکراؤ آپ کے اندر مخالفانہ جذبات کو جگا دیتا ہے۔ کبھی ایسا ہوتا ہے کہ کسی سے آپ کی امیدیں پوری نہیں ہوتیں اور آپ کے اندر اس کے خلاف نفرت کے جذبات بھڑک اٹھتے ہیں۔</w:t>
      </w:r>
    </w:p>
    <w:p>
      <w:r>
        <w:rPr>
          <w:b/>
        </w:rPr>
        <w:t xml:space="preserve">[1:21:30] </w:t>
      </w:r>
      <w:r>
        <w:t>yahi sab woh cheezein hain jin ko insani zaban mein ghussa kaha jata hai. yeh ghussa aadmi ke liye behad mohlik hai.</w:t>
      </w:r>
    </w:p>
    <w:p>
      <w:pPr>
        <w:jc w:val="right"/>
      </w:pPr>
      <w:r>
        <w:t>یہی سب وہ چیزیں ہیں جن کو انسانی زبان میں غصہ کہا جاتا ہے۔ یہ غصہ آدمی کے لیے بے حد مہلک ہے۔</w:t>
      </w:r>
    </w:p>
    <w:p>
      <w:r>
        <w:rPr>
          <w:b/>
        </w:rPr>
        <w:t xml:space="preserve">[1:21:39] </w:t>
      </w:r>
      <w:r>
        <w:t>woh aadmi se us ki sochne ki salahiyat ko cheen leta hai. woh aadmi ko is qabil nahi rakhta ke woh haqeeqat pasandana andaaz mein apne amal ka naqsha banaye.</w:t>
      </w:r>
    </w:p>
    <w:p>
      <w:pPr>
        <w:jc w:val="right"/>
      </w:pPr>
      <w:r>
        <w:t>وہ آدمی سے اس کی سوچنے کی صلاحیت کو چھین لیتا ہے۔ وہ آدمی کو اس قابل نہیں رکھتا کہ وہ حقیقت پسندانہ انداز میں اپنے عمل کا نقشہ بنائے۔</w:t>
      </w:r>
    </w:p>
    <w:p>
      <w:r>
        <w:rPr>
          <w:b/>
        </w:rPr>
        <w:t xml:space="preserve">[1:21:53] </w:t>
      </w:r>
      <w:r>
        <w:t>woh is ko taameer ke bajaye takhreeb ke rastay par daal deta hai. aadmi doosre ke khilaaf ghussa karta hai magar apni haqeeqat ke aitbaar se woh hamesha aadmi ke apne nuqsan ka baais banta hai.</w:t>
      </w:r>
    </w:p>
    <w:p>
      <w:pPr>
        <w:jc w:val="right"/>
      </w:pPr>
      <w:r>
        <w:t>وہ اس کو تعمیر کے بجائے تخریب کے راستے پر ڈال دیتا ہے۔ آدمی دوسرے کے خلاف غصہ کرتا ہے مگر اپنی حقیقت کے اعتبار سے وہ ہمیشہ آدمی کے اپنے نقصان کا باعث بنتا ہے۔</w:t>
      </w:r>
    </w:p>
    <w:p>
      <w:r>
        <w:rPr>
          <w:b/>
        </w:rPr>
        <w:t xml:space="preserve">[1:22:09] </w:t>
      </w:r>
      <w:r>
        <w:t>maujooda dunya azmaish ki dunya hai. yahan har ek ke sath aisay waqiaat paish atay hain jo is ko mushtael kar dein, jo is ke andar manfi nafsiyat ko jaga dein.</w:t>
      </w:r>
    </w:p>
    <w:p>
      <w:pPr>
        <w:jc w:val="right"/>
      </w:pPr>
      <w:r>
        <w:t>موجودہ دنیا آزمائش کی دنیا ہے۔ یہاں ہر ایک کے ساتھ ایسے واقعات پیش آتے ہیں جو اس کو مشتعل کر دیں، جو اس کے اندر منفی نفسیات کو جگا دیں۔</w:t>
      </w:r>
    </w:p>
    <w:p>
      <w:r>
        <w:rPr>
          <w:b/>
        </w:rPr>
        <w:t xml:space="preserve">[1:22:22] </w:t>
      </w:r>
      <w:r>
        <w:t>is soorat e haal ko badalna kisi ke liye mumkin nahi. aisi halat mein kamyab zindagi ki taameer ka tareeqa sirf yeh hai ke aadmi sabr o tahammul ki rawish ikhtiyar kare.</w:t>
      </w:r>
    </w:p>
    <w:p>
      <w:pPr>
        <w:jc w:val="right"/>
      </w:pPr>
      <w:r>
        <w:t>اس صورتِ حال کو بدلنا کسی کے لیے ممکن نہیں۔ ایسی حالت میں کامیاب زندگی کی تعمیر کا طریقہ صرف یہ ہے کہ آدمی صبر و تحمل کی روش اختیار کرے۔</w:t>
      </w:r>
    </w:p>
    <w:p>
      <w:r>
        <w:rPr>
          <w:b/>
        </w:rPr>
        <w:t xml:space="preserve">[1:22:36] </w:t>
      </w:r>
      <w:r>
        <w:t>woh ishtia'al ke bawajood mushtael na hone ka art seekh le. woh in halaat ke sath adjust kar ke reh sake jin ko badalne ki qudrat is ko hasil nahi.</w:t>
      </w:r>
    </w:p>
    <w:p>
      <w:pPr>
        <w:jc w:val="right"/>
      </w:pPr>
      <w:r>
        <w:t>وہ اشتعال کے باوجود مشتعل نہ ہونے کا آرٹ سیکھ لے۔ وہ ان حالات کے ساتھ ایڈجسٹ کر کے رہ سکے جن کو بدلنے کی قدرت اس کو حاصل نہیں۔</w:t>
      </w:r>
    </w:p>
    <w:p>
      <w:r>
        <w:rPr>
          <w:b/>
        </w:rPr>
        <w:t xml:space="preserve">[1:22:53] </w:t>
      </w:r>
      <w:r>
        <w:t>zawal kya hai? quran mein bataya gaya hai ke yahood o nasara ko jo aasmani taleem di gayi thi, is ka bara hissa unhon ne bhula diya.</w:t>
      </w:r>
    </w:p>
    <w:p>
      <w:pPr>
        <w:jc w:val="right"/>
      </w:pPr>
      <w:r>
        <w:t>زوال کیا ہے؟ قرآن میں بتایا گیا ہے کہ یہود و نصاریٰ کو جو آسمانی تعلیم دی گئی تھی، اس کا بڑا حصہ انہوں نے بھلا دیا۔</w:t>
      </w:r>
    </w:p>
    <w:p>
      <w:r>
        <w:rPr>
          <w:b/>
        </w:rPr>
        <w:t xml:space="preserve">[1:23:05] </w:t>
      </w:r>
      <w:r>
        <w:t>ونسوہ الذم مما ذکرو بہ۔ فنسوہ الذم مما ذکرو بہ۔ is bhulanay ka matlab yeh nahi hai ke yahood o nasara ne koi conference kar ke is mein baqayda yeh tay kiya ho ke aaj se hum falan chand baatein yaad rakhein ge aur baqi baaton ko bhula dein ge.</w:t>
      </w:r>
    </w:p>
    <w:p>
      <w:pPr>
        <w:jc w:val="right"/>
      </w:pPr>
      <w:r>
        <w:t>ونسوہ الذم مما ذکرو بہ۔ فنسوہ الذم مما ذکرو بہ۔ اس بھلانے کا مطلب یہ نہیں ہے کہ یہود و نصاریٰ نے کوئی کانفرنس کر کے اس میں باقاعدہ یہ طے کیا ہو کہ آج سے ہم فلاں چند باتیں یاد رکھیں گے اور بقیہ باتوں کو بھلا دیں گے۔</w:t>
      </w:r>
    </w:p>
    <w:p>
      <w:r>
        <w:rPr>
          <w:b/>
        </w:rPr>
        <w:t xml:space="preserve">[1:23:25] </w:t>
      </w:r>
      <w:r>
        <w:t>aisa kabhi nahi hota. is qism ka bhoolna hamesha tareekhi aur nafsiyati asbab ke tehat hota hai. tareekhi tor par dheere dheere yeh soorat e haal paida hoti hai ke kuch cheezein logon ke zinda hafze mein baqi rehti hain aur doosri cheezein un ke zinda hafze se nikal jati hain.</w:t>
      </w:r>
    </w:p>
    <w:p>
      <w:pPr>
        <w:jc w:val="right"/>
      </w:pPr>
      <w:r>
        <w:t>ایسا کبھی نہیں ہوتا۔ اس قسم کا بھولنا ہمیشہ تاریخی اور نفسیاتی اسباب کے تحت ہوتا ہے۔ تاریخی طور پر دھیرے دھیرے یہ صورتِ حال پیدا ہوتی ہے کہ کچھ چیزیں لوگوں کے زندہ حافظے میں باقی رہتی ہیں اور دوسری چیزیں ان کے زندہ حافظے سے نکل جاتی ہیں۔</w:t>
      </w:r>
    </w:p>
    <w:p>
      <w:r>
        <w:rPr>
          <w:b/>
        </w:rPr>
        <w:t xml:space="preserve">[1:23:49] </w:t>
      </w:r>
      <w:r>
        <w:t>kuch cheezon ki ahmiyat unhein yaad rehti hai aur kuch cheezon ki ahmiyat se woh bekhabar ho jatay hain. hadees mein hai ke yahood o nasara ne bigaad paida hone ke baad jo kuch kiya wohi sab musalman bhi baap ke zamanay mein karein ge.</w:t>
      </w:r>
    </w:p>
    <w:p>
      <w:pPr>
        <w:jc w:val="right"/>
      </w:pPr>
      <w:r>
        <w:t>کچھ چیزوں کی اہمیت انہیں یاد رہتی ہے اور کچھ چیزوں کی اہمیت سے وہ بے خبر ہو جاتے ہیں۔ حدیث میں ہے کہ یہود و نصاریٰ نے بگاڑ پیدا ہونے کے بعد جو کچھ کیا وہی سب مسلمان بھی باپ کے زمانے میں کریں گے۔</w:t>
      </w:r>
    </w:p>
    <w:p>
      <w:r>
        <w:rPr>
          <w:b/>
        </w:rPr>
        <w:t xml:space="preserve">[1:24:07] </w:t>
      </w:r>
      <w:r>
        <w:t>لتتبعن سنن من کان قبلکم۔ sahih bukhari. is hadees se maloom hota hai ke ummat e muhammadi par bhi aisa waqt aa sakta hai.</w:t>
      </w:r>
    </w:p>
    <w:p>
      <w:pPr>
        <w:jc w:val="right"/>
      </w:pPr>
      <w:r>
        <w:t>لتتبعن سنن من کان قبلکم۔ صحیح بخاری۔ اس حدیث سے معلوم ہوتا ہے کہ امت محمدی پر بھی ایسا وقت آ سکتا ہے۔</w:t>
      </w:r>
    </w:p>
    <w:p>
      <w:r>
        <w:rPr>
          <w:b/>
        </w:rPr>
        <w:t xml:space="preserve">[1:24:19] </w:t>
      </w:r>
      <w:r>
        <w:t>aisa ho sakta hai ke log deen ke aik hissay se waqif hon aur unhein deen ke doosre hissay ki khabar na rahe. deen ke baaz hisson ki un ke haan dhoom ho aur doosre ziyada baray hissay ko unhon ne is tarah chhor rakha ho jaise ke woh jantay hi nahi ke yeh bhi is deen ka hissa hai jis ko Allah taala ne peghambar ke zariye un ke paas bheja tha.</w:t>
      </w:r>
    </w:p>
    <w:p>
      <w:pPr>
        <w:jc w:val="right"/>
      </w:pPr>
      <w:r>
        <w:t>ایسا ہو سکتا ہے کہ لوگ دین کے ایک حصے سے واقف ہوں اور انہیں دین کے دوسرے حصے کی خبر نہ رہے۔ دین کے بعض حصوں کی ان کے ہاں دھوم ہو اور دوسرے زیادہ بڑے حصے کو انہوں نے اس طرح چھوڑ رکھا ہو جیسے کہ وہ جانتے ہی نہیں کہ یہ بھی اس دین کا حصہ ہے جس کو اللہ تعالیٰ نے پیغمبر کے ذریعے ان کے پاس بھیجا تھا۔</w:t>
      </w:r>
    </w:p>
    <w:p>
      <w:r>
        <w:rPr>
          <w:b/>
        </w:rPr>
        <w:t xml:space="preserve">[1:24:45] </w:t>
      </w:r>
      <w:r>
        <w:t>kisi qaum par jab bhi yeh halat aati hai to woh mizaj mein bigaad ki bina par aati hai. sab se pehle qaumon ka mizaj bigadta hai.</w:t>
      </w:r>
    </w:p>
    <w:p>
      <w:pPr>
        <w:jc w:val="right"/>
      </w:pPr>
      <w:r>
        <w:t>کسی قوم پر جب بھی یہ حالت آتی ہے تو وہ مزاج میں بگاڑ کی بنا پر آتی ہے۔ سب سے پہلے قوموں کا مزاج بگڑتا ہے۔</w:t>
      </w:r>
    </w:p>
    <w:p>
      <w:r>
        <w:rPr>
          <w:b/>
        </w:rPr>
        <w:t xml:space="preserve">[1:24:55] </w:t>
      </w:r>
      <w:r>
        <w:t>phir is ke nateejay ke tor par un ka akhlaq o kirdaar bhi badalta chala jata hai. misaal ke tor par mukhtalif asbab ke tehat zawahir ko rooh ka badal samajh lena.</w:t>
      </w:r>
    </w:p>
    <w:p>
      <w:pPr>
        <w:jc w:val="right"/>
      </w:pPr>
      <w:r>
        <w:t>پھر اس کے نتیجے کے طور پر ان کا اخلاق و کردار بھی بدلتا چلا جاتا ہے۔ مثلاً مختلف اسباب کے تحت ظواہر کو روح کا بدل سمجھ لینا۔</w:t>
      </w:r>
    </w:p>
    <w:p>
      <w:r>
        <w:rPr>
          <w:b/>
        </w:rPr>
        <w:t xml:space="preserve">[1:25:09] </w:t>
      </w:r>
      <w:r>
        <w:t>ab aisa hota hai ke deen ki asal rooh ko janne aur apnanay ki fikr nahi hoti balkay is ke kharji mazahir hi ko sab kuch samajh liya jata hai.</w:t>
      </w:r>
    </w:p>
    <w:p>
      <w:pPr>
        <w:jc w:val="right"/>
      </w:pPr>
      <w:r>
        <w:t>اب ایسا ہوتا ہے کہ دین کی اصل روح کو جاننے اور اپنانے کی فکر نہیں ہوتی بلکہ اس کے خارجی مظاہر ہی کو سب کچھ سمجھ لیا جاتا ہے۔</w:t>
      </w:r>
    </w:p>
    <w:p>
      <w:r>
        <w:rPr>
          <w:b/>
        </w:rPr>
        <w:t xml:space="preserve">[1:25:21] </w:t>
      </w:r>
      <w:r>
        <w:t>yeh zawal ki alamat hai aur yeh zawal har ummat ke sath bahar haal paish aata hai.</w:t>
      </w:r>
    </w:p>
    <w:p>
      <w:pPr>
        <w:jc w:val="right"/>
      </w:pPr>
      <w:r>
        <w:t>یہ زوال کی علامت ہے اور یہ زوال ہر امت کے ساتھ بہرحال پیش آتا ہے۔</w:t>
      </w:r>
    </w:p>
    <w:p>
      <w:r>
        <w:rPr>
          <w:b/>
        </w:rPr>
        <w:t xml:space="preserve">[1:25:32] </w:t>
      </w:r>
      <w:r>
        <w:t>aurat ka darja. islam mein aurat ka darja kya hai, is ka andaza aik hadees se hota hai.</w:t>
      </w:r>
    </w:p>
    <w:p>
      <w:pPr>
        <w:jc w:val="right"/>
      </w:pPr>
      <w:r>
        <w:t>عورت کا درجہ۔ اسلام میں عورت کا درجہ کیا ہے، اس کا اندازہ ایک حدیث سے ہوتا ہے۔</w:t>
      </w:r>
    </w:p>
    <w:p>
      <w:r>
        <w:rPr>
          <w:b/>
        </w:rPr>
        <w:t xml:space="preserve">[1:25:42] </w:t>
      </w:r>
      <w:r>
        <w:t>imam bukhari ne hazrat abdullah bin abbas se yeh riwayat naqal ki hai. hazrat bureira ke shohar aik ghulam thay jinka naam mughais tha.</w:t>
      </w:r>
    </w:p>
    <w:p>
      <w:pPr>
        <w:jc w:val="right"/>
      </w:pPr>
      <w:r>
        <w:t>امام بخاری نے حضرت عبداللہ بن عباس سے یہ روایت نقل کی ہے۔ حضرت بریرہ کے شوہر ایک غلام تھے جن کا نام مغیث تھا۔</w:t>
      </w:r>
    </w:p>
    <w:p>
      <w:r>
        <w:rPr>
          <w:b/>
        </w:rPr>
        <w:t xml:space="preserve">[1:25:53] </w:t>
      </w:r>
      <w:r>
        <w:t>goya ke mein dekh raha hoon ke mughais apni biwi ke peechay chal rahe hain aur un ki aankhon se aansu jari hain. rasool Allah Sal Allah o Alih e Wasallam ne farmaya ke aye abbas</w:t>
      </w:r>
    </w:p>
    <w:p>
      <w:pPr>
        <w:jc w:val="right"/>
      </w:pPr>
      <w:r>
        <w:t>گویا کہ میں دیکھ رہا ہوں کہ مغیث اپنی بیوی کے پیچھے چل رہے ہیں اور ان کی آنکھوں سے آنسو جاری ہیں۔ رسول اللہ صلی اللہ علیہ وسلم نے فرمایا کہ اے عباس</w:t>
      </w:r>
    </w:p>
    <w:p>
      <w:r>
        <w:rPr>
          <w:b/>
        </w:rPr>
        <w:t xml:space="preserve">[1:26:06] </w:t>
      </w:r>
      <w:r>
        <w:t>! kya tum ko is par taajjub nahi ke mughais ko kitni ziyada mohabbat hai bureira se aur bureira ko kitna ziyada bughz hai mughais se?</w:t>
      </w:r>
    </w:p>
    <w:p>
      <w:pPr>
        <w:jc w:val="right"/>
      </w:pPr>
      <w:r>
        <w:t>! کیا تم کو اس پر تعجب نہیں کہ مغیث کو کتنی زیادہ محبت ہے بریرہ سے اور بریرہ کو کتنا زیادہ بغض ہے مغیث سے؟</w:t>
      </w:r>
    </w:p>
    <w:p>
      <w:r>
        <w:rPr>
          <w:b/>
        </w:rPr>
        <w:t xml:space="preserve">[1:26:16] </w:t>
      </w:r>
      <w:r>
        <w:t>rasool Allah Sal Allah o Alih e Wasallam ne bureira se farmaya ke kya hi acha ho ke tum mughais ki taraf rujoo kar lo.</w:t>
      </w:r>
    </w:p>
    <w:p>
      <w:pPr>
        <w:jc w:val="right"/>
      </w:pPr>
      <w:r>
        <w:t>رسول اللہ صلی اللہ علیہ وسلم نے بریرہ سے فرمایا کہ کیا ہی اچھا ہو کہ تم مغیث کی طرف رجوع کر لو۔</w:t>
      </w:r>
    </w:p>
    <w:p>
      <w:r>
        <w:rPr>
          <w:b/>
        </w:rPr>
        <w:t xml:space="preserve">[1:26:25] </w:t>
      </w:r>
      <w:r>
        <w:t>bureira ne kaha ke aye Khuda ke Rasool</w:t>
      </w:r>
    </w:p>
    <w:p>
      <w:pPr>
        <w:jc w:val="right"/>
      </w:pPr>
      <w:r>
        <w:t>بریرہ نے کہا کہ اے خدا کے رس</w:t>
      </w:r>
    </w:p>
    <w:p>
      <w:r>
        <w:rPr>
          <w:b/>
        </w:rPr>
        <w:t xml:space="preserve">[1:26:28] </w:t>
      </w:r>
      <w:r>
        <w:t>! kya aap mujhe is ka hukum dete hain? aap ne farmaya ke mein sirf sifarish kar raha hoon. bureira ne jawab diya to mujhe is ki zaroorat nahi.</w:t>
      </w:r>
    </w:p>
    <w:p>
      <w:pPr>
        <w:jc w:val="right"/>
      </w:pPr>
      <w:r>
        <w:t>ول! کیا آپ مجھے اس کا حکم دیتے ہیں؟ آپ نے فرمایا کہ میں صرف سفارش کر رہا ہوں۔ بریرہ نے جواب دیا تو مجھے اس کی ضرورت نہیں۔</w:t>
      </w:r>
    </w:p>
    <w:p>
      <w:r>
        <w:rPr>
          <w:b/>
        </w:rPr>
        <w:t xml:space="preserve">[1:26:39] </w:t>
      </w:r>
      <w:r>
        <w:t>la hajata li fi. sahih bukhari. bureira ne apne shohar mughais se tafreeq kara li thi. rasool Allah ne bureira ko mashwara diya ke tum rujoo kar lo aur mughais ke sath zindagi guzaaro.</w:t>
      </w:r>
    </w:p>
    <w:p>
      <w:pPr>
        <w:jc w:val="right"/>
      </w:pPr>
      <w:r>
        <w:t>لا حاجۃ لی فی۔ صحیح بخاری۔ بریرہ نے اپنے شوہر مغیث سے تفریق کرا لی تھی۔ رسول اللہ نے بریرہ کو مشورہ دیا کہ تم رجوع کر لو اور مغیث کے ساتھ زندگی گزارو۔</w:t>
      </w:r>
    </w:p>
    <w:p>
      <w:r>
        <w:rPr>
          <w:b/>
        </w:rPr>
        <w:t xml:space="preserve">[1:26:53] </w:t>
      </w:r>
      <w:r>
        <w:t>magar bureira ne aap ke is mashwaray ko qabool nahi kiya aur mughais se rujoo par raazi nahi huien. is waqie se andaza hota hai ke islam mein aurat ko kitni ziyada azadi hasil hai.</w:t>
      </w:r>
    </w:p>
    <w:p>
      <w:pPr>
        <w:jc w:val="right"/>
      </w:pPr>
      <w:r>
        <w:t>مگر بریرہ نے آپ کے اس مشورے کو قبول نہیں کیا اور مغیث سے رجوع پر راضی نہیں ہوئیں۔ اس واقعے سے اندازہ ہوتا ہے کہ اسلام میں عورت کو کتنی زیادہ آزادی حاصل ہے۔</w:t>
      </w:r>
    </w:p>
    <w:p>
      <w:r>
        <w:rPr>
          <w:b/>
        </w:rPr>
        <w:t xml:space="preserve">[1:27:07] </w:t>
      </w:r>
      <w:r>
        <w:t>is hadith ke mutabiq aurat na sirf mard ke barabar hai balke is ko yeh haq bhi hasil hai ke khud paighambar agar wahi ki buniyad par koi mutalba kare to woh is ko mannay par majboor hai.</w:t>
      </w:r>
    </w:p>
    <w:p>
      <w:pPr>
        <w:jc w:val="right"/>
      </w:pPr>
      <w:r>
        <w:t>اس حدیث کے مطابق عورت نہ صرف مرد کے برابر ہے بلکہ اس کو یہ حق بھی حاصل ہے کہ خود پیغمبر اگر وحی کی بنیاد پر کوئی مطالبہ کرے تو وہ اس کو ماننے پر مجبور ہے۔</w:t>
      </w:r>
    </w:p>
    <w:p>
      <w:r>
        <w:rPr>
          <w:b/>
        </w:rPr>
        <w:t xml:space="preserve">[1:27:22] </w:t>
      </w:r>
      <w:r>
        <w:t>lekin paighambar ke zaati mashware ko manna is ke liye zaroori nahi. haqeeqat yeh hai ke islam mein is aitbar se aurat aur mard ke darmiyan koi farq nahi.</w:t>
      </w:r>
    </w:p>
    <w:p>
      <w:pPr>
        <w:jc w:val="right"/>
      </w:pPr>
      <w:r>
        <w:t>لیکن پیغمبر کے ذاتی مشورے کو ماننا اس کے لیے ضروری نہیں۔ حقیقت یہ ہے کہ اسلام میں اس اعتبار سے عورت اور مرد کے درمیان کوئی فرق نہیں۔</w:t>
      </w:r>
    </w:p>
    <w:p>
      <w:r>
        <w:rPr>
          <w:b/>
        </w:rPr>
        <w:t xml:space="preserve">[1:27:36] </w:t>
      </w:r>
      <w:r>
        <w:t>jo huqooq o farayez mard ke hain woh huqooq o farayez aurat ke bhi hain. agar koi farq hai to woh fitri sabab ki bina par hai na ke dono jinsoun mein tafrqeek ki bina par.</w:t>
      </w:r>
    </w:p>
    <w:p>
      <w:pPr>
        <w:jc w:val="right"/>
      </w:pPr>
      <w:r>
        <w:t>جو حقوق و فرائض مرد کے ہیں وہ حقوق و فرائض عورت کے بھی ہیں۔ اگر کوئی فرق ہے تو وہ فطری سبب کی بنا پر ہے نہ کہ دونوں جنسوں میں تفریق کی بنا پر۔</w:t>
      </w:r>
    </w:p>
    <w:p>
      <w:r>
        <w:rPr>
          <w:b/>
        </w:rPr>
        <w:t xml:space="preserve">[1:27:49] </w:t>
      </w:r>
      <w:r>
        <w:t>is qism ka fitri farq jis tarah aurat aur mard ke darmiyan hai usi tarah woh khud mard aur mard ke darmiyan bhi hamesha maujood rehta hai.</w:t>
      </w:r>
    </w:p>
    <w:p>
      <w:pPr>
        <w:jc w:val="right"/>
      </w:pPr>
      <w:r>
        <w:t>اس قسم کا فطری فرق جس طرح عورت اور مرد کے درمیان ہے اسی طرح وہ خود مرد اور مرد کے درمیان بھی ہمیشہ موجود رہتا ہے۔</w:t>
      </w:r>
    </w:p>
    <w:p>
      <w:r>
        <w:rPr>
          <w:b/>
        </w:rPr>
        <w:t xml:space="preserve">[1:27:59] </w:t>
      </w:r>
      <w:r>
        <w:t>yeh fitrat ka mamla hai na ke farq ka mamla.</w:t>
      </w:r>
    </w:p>
    <w:p>
      <w:pPr>
        <w:jc w:val="right"/>
      </w:pPr>
      <w:r>
        <w:t>یہ فطرت کا معاملہ ہے نہ کہ فرق کا معاملہ۔</w:t>
      </w:r>
    </w:p>
    <w:p>
      <w:r>
        <w:rPr>
          <w:b/>
        </w:rPr>
        <w:t xml:space="preserve">[1:28:07] </w:t>
      </w:r>
      <w:r>
        <w:t>islami inqalab mein aam tayeed.</w:t>
      </w:r>
    </w:p>
    <w:p>
      <w:pPr>
        <w:jc w:val="right"/>
      </w:pPr>
      <w:r>
        <w:t>اسلامی انقلاب میں عمومی تائید۔</w:t>
      </w:r>
    </w:p>
    <w:p>
      <w:r>
        <w:rPr>
          <w:b/>
        </w:rPr>
        <w:t xml:space="preserve">[1:28:14] </w:t>
      </w:r>
      <w:r>
        <w:t>paighambar e islam sallallahu alaihi wasallam ke zamane ka ek waqea hadith ki mukhtalif kitabon mein aaya hai. ek ghazwa, yani jang mein ek shakhs ne hissa liya aur zabardast jangi karname anjam de kar jang ko jeetne mein madad di.</w:t>
      </w:r>
    </w:p>
    <w:p>
      <w:pPr>
        <w:jc w:val="right"/>
      </w:pPr>
      <w:r>
        <w:t>پیغمبر اسلام صلی اللہ علیہ وسلم کے زمانے کا ایک واقعہ حدیث کی مختلف کتابوں میں آیا ہے۔ ایک غزوہ، یعنی جنگ میں ایک شخص نے حصہ لیا اور زبردست جنگی کارنامہ انجام دے کر جنگ کو جیتنے میں مدد دی۔</w:t>
      </w:r>
    </w:p>
    <w:p>
      <w:r>
        <w:rPr>
          <w:b/>
        </w:rPr>
        <w:t xml:space="preserve">[1:28:33] </w:t>
      </w:r>
      <w:r>
        <w:t>lekin jang ke aakhir mein paighambar e islam sallallahu alaihi wasallam ne elan farmaya ke yeh shakhs ahl e jannat mein se nahi hai balke ahl e nar mein se hai.</w:t>
      </w:r>
    </w:p>
    <w:p>
      <w:pPr>
        <w:jc w:val="right"/>
      </w:pPr>
      <w:r>
        <w:t>لیکن جنگ کے آخر میں پیغمبر اسلام صلی اللہ علیہ وسلم نے اعلان فرمایا کہ یہ شخص اہل جنت میں سے نہیں ہے بلکہ اہل نار میں سے ہے۔</w:t>
      </w:r>
    </w:p>
    <w:p>
      <w:r>
        <w:rPr>
          <w:b/>
        </w:rPr>
        <w:t xml:space="preserve">[1:28:45] </w:t>
      </w:r>
      <w:r>
        <w:t>jin logon ne is jang mein is ke bahadurana karname dekhe the unhein aap ke is irshad par taajjub hua magar jab tehqeeq ki gayi to maloom hua ke is aadmi ne bahadurana qital to zaroor kiya tha magar aakhir mein is ne khud apni talwar se apne aap ko halak kar liya.</w:t>
      </w:r>
    </w:p>
    <w:p>
      <w:pPr>
        <w:jc w:val="right"/>
      </w:pPr>
      <w:r>
        <w:t>جن لوگوں نے اس جنگ میں اس کے بہادرانہ کارنامے دیکھے تھے انہیں آپ کے اس ارشاد پر تعجب ہوا مگر جب تحقیق کی گئی تو معلوم ہوا کہ اس آدمی نے بہادرانہ قتال تو ضرور کیا تھا مگر آخر میں اس نے خود اپنی تلوار سے اپنے آپ کو ہلاک کر لیا۔</w:t>
      </w:r>
    </w:p>
    <w:p>
      <w:r>
        <w:rPr>
          <w:b/>
        </w:rPr>
        <w:t xml:space="preserve">[1:29:06] </w:t>
      </w:r>
      <w:r>
        <w:t>goya ke is ka mamla khudkushi ka mamla tha na ke shahadat ka mamla. is waqea ke baad paighambar e islam ne hazrat bilal se kaha ke</w:t>
      </w:r>
    </w:p>
    <w:p>
      <w:pPr>
        <w:jc w:val="right"/>
      </w:pPr>
      <w:r>
        <w:t>گویا کہ اس کا معاملہ خودکشی کا معاملہ تھا نہ کہ شہادت کا معاملہ۔ اس واقعے کے بعد پیغمبر اسلام نے حضرت بلال سے کہا کہ</w:t>
      </w:r>
    </w:p>
    <w:p>
      <w:r>
        <w:rPr>
          <w:b/>
        </w:rPr>
        <w:t xml:space="preserve">[1:29:17] </w:t>
      </w:r>
      <w:r>
        <w:t>ae bilal! utho aur yeh elan kar do ke jannat mein sirf wohi shakhs jayega jo momin ho aur Allah be shak is deen ki madad fajar aadmi se bhi karega.</w:t>
      </w:r>
    </w:p>
    <w:p>
      <w:pPr>
        <w:jc w:val="right"/>
      </w:pPr>
      <w:r>
        <w:t>اے بلال! اٹھو اور یہ اعلان کر دو کہ جنت میں صرف وہی شخص جائے گا جو مومن ہو اور اللہ بے شک اس دین کی مدد فاجر آدمی سے بھی کرے گا۔</w:t>
      </w:r>
    </w:p>
    <w:p>
      <w:r>
        <w:rPr>
          <w:b/>
        </w:rPr>
        <w:t xml:space="preserve">[1:29:29] </w:t>
      </w:r>
      <w:r>
        <w:t>la yadkhul al jannat illa momin. in allaha yu ayyid hadha ad deen bil rajul al fajar.</w:t>
      </w:r>
    </w:p>
    <w:p>
      <w:pPr>
        <w:jc w:val="right"/>
      </w:pPr>
      <w:r>
        <w:t>لایدخل الجنت الا مومن۔ ان اللہ یؤیدھذا الدین بالرجل الفاجر۔</w:t>
      </w:r>
    </w:p>
    <w:p>
      <w:r>
        <w:rPr>
          <w:b/>
        </w:rPr>
        <w:t xml:space="preserve">[1:29:39] </w:t>
      </w:r>
      <w:r>
        <w:t>sahih bukhari. is hadith se ek aham usool maloom hota hai. woh yeh</w:t>
      </w:r>
    </w:p>
    <w:p>
      <w:pPr>
        <w:jc w:val="right"/>
      </w:pPr>
      <w:r>
        <w:t>صحیح بخاری۔ اس حدیث سے ایک اہم اصول معلوم ہوتا ہے۔ وہ یہ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