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Al-RISALA OCT, 2017</w:t>
      </w:r>
    </w:p>
    <w:p>
      <w:r>
        <w:t>https://www.youtube.com/watch?v=miVEmmbCoWA</w:t>
      </w:r>
    </w:p>
    <w:p>
      <w:r>
        <w:rPr>
          <w:b/>
        </w:rPr>
        <w:t xml:space="preserve">[00:03] </w:t>
      </w:r>
      <w:r>
        <w:t>arsala, october 2017.</w:t>
      </w:r>
    </w:p>
    <w:p>
      <w:pPr>
        <w:jc w:val="right"/>
      </w:pPr>
      <w:r>
        <w:t>ارسالہ، اکتوبر 2017۔</w:t>
      </w:r>
    </w:p>
    <w:p>
      <w:r>
        <w:rPr>
          <w:b/>
        </w:rPr>
        <w:t xml:space="preserve">[00:11] </w:t>
      </w:r>
      <w:r>
        <w:t>hajj ki ijtamai ahmiyat. hajj islam ki ek nihayat aham salana ibadat hai, woh qamri calendar ke aakhri mah, zilhajj mein ada kiya jata hai.</w:t>
      </w:r>
    </w:p>
    <w:p>
      <w:pPr>
        <w:jc w:val="right"/>
      </w:pPr>
      <w:r>
        <w:t>حج کی اجتماعی اہمیت۔ حج اسلام کی ایک نہایت اہم سالانہ عبادت ہے، وہ قمری کیلنڈر کے آخری ماہ، ذوالحجہ میں ادا کیا جاتا ہے۔</w:t>
      </w:r>
    </w:p>
    <w:p>
      <w:r>
        <w:rPr>
          <w:b/>
        </w:rPr>
        <w:t xml:space="preserve">[00:25] </w:t>
      </w:r>
      <w:r>
        <w:t>hajj ki ibadat ke rasoom baitullah mein ya is ke aas pas ke maqamat par ada kiye jate hain, jo arab mein waqe hai.</w:t>
      </w:r>
    </w:p>
    <w:p>
      <w:pPr>
        <w:jc w:val="right"/>
      </w:pPr>
      <w:r>
        <w:t>حج کی عبادت کے مراسم بیت اللہ میں یا اس کے آس پاس کے مقامات پر ادا کیے جاتے ہیں، جو عرب میں واقع ہے۔</w:t>
      </w:r>
    </w:p>
    <w:p>
      <w:r>
        <w:rPr>
          <w:b/>
        </w:rPr>
        <w:t xml:space="preserve">[00:34] </w:t>
      </w:r>
      <w:r>
        <w:t>is ibadat ko tamam ibadat ka jamia kaha jata hai, chunache is mein har qism ke ibadati pehlu paye jate hain.</w:t>
      </w:r>
    </w:p>
    <w:p>
      <w:pPr>
        <w:jc w:val="right"/>
      </w:pPr>
      <w:r>
        <w:t>اس عبادت کو تمام عبادت کا جامع کہا جاتا ہے، چنانچہ اس میں ہر قسم کے عبادتی پہلو پائے جاتے ہیں۔</w:t>
      </w:r>
    </w:p>
    <w:p>
      <w:r>
        <w:rPr>
          <w:b/>
        </w:rPr>
        <w:t xml:space="preserve">[00:45] </w:t>
      </w:r>
      <w:r>
        <w:t>inhi mein se ek ijtamai pehlu bhi hai. hajj ki ibadat mein ijtimaiyat ka pehlu bohat numayan tor par maujood hai.</w:t>
      </w:r>
    </w:p>
    <w:p>
      <w:pPr>
        <w:jc w:val="right"/>
      </w:pPr>
      <w:r>
        <w:t>انہی میں سے ایک اجتماعی پہلو بھی ہے۔ حج کی عبادت میں اجتماعیت کا پہلو بہت نمایاں طور پر موجود ہے۔</w:t>
      </w:r>
    </w:p>
    <w:p>
      <w:r>
        <w:rPr>
          <w:b/>
        </w:rPr>
        <w:t xml:space="preserve">[00:54] </w:t>
      </w:r>
      <w:r>
        <w:t>encyclopedia britannica mein hajj ki tafseel detay hue yeh jumla likha gaya hai: "About 2 million persons perform</w:t>
      </w:r>
    </w:p>
    <w:p>
      <w:pPr>
        <w:jc w:val="right"/>
      </w:pPr>
      <w:r>
        <w:t>انسائیکلوپیڈیا برٹینیکا میں حج کی تفصیل دیتے ہوئے یہ جملہ لکھا گیا ہے: "About 2 million persons perform</w:t>
      </w:r>
    </w:p>
    <w:p>
      <w:r>
        <w:rPr>
          <w:b/>
        </w:rPr>
        <w:t xml:space="preserve">[01:04] </w:t>
      </w:r>
      <w:r>
        <w:t>the Hajj each year, and the Rite serves as a unifying force in Islam by bringing followers of</w:t>
      </w:r>
    </w:p>
    <w:p>
      <w:pPr>
        <w:jc w:val="right"/>
      </w:pPr>
      <w:r>
        <w:t>the Hajj each year, and the Rite serves as a unifying force in Islam by bringing followers of</w:t>
      </w:r>
    </w:p>
    <w:p>
      <w:r>
        <w:rPr>
          <w:b/>
        </w:rPr>
        <w:t xml:space="preserve">[01:12] </w:t>
      </w:r>
      <w:r>
        <w:t>diverse backgrounds together in religious celebration."</w:t>
      </w:r>
    </w:p>
    <w:p>
      <w:pPr>
        <w:jc w:val="right"/>
      </w:pPr>
      <w:r>
        <w:t>diverse backgrounds together in religious celebration."</w:t>
      </w:r>
    </w:p>
    <w:p>
      <w:r>
        <w:rPr>
          <w:b/>
        </w:rPr>
        <w:t xml:space="preserve">[01:16] </w:t>
      </w:r>
      <w:r>
        <w:t>taqreeban 2 million aadmi har saal hajj karte hain, aur yeh ibadat mukhtalif mulkon ke musalmanon ko aik</w:t>
      </w:r>
    </w:p>
    <w:p>
      <w:pPr>
        <w:jc w:val="right"/>
      </w:pPr>
      <w:r>
        <w:t>تقریباً 2 ملین آدمی ہر سال حج کرتے ہیں، اور یہ عبادت مختلف ملکوں کے مسلمانوں کو ایک</w:t>
      </w:r>
    </w:p>
    <w:p>
      <w:r>
        <w:rPr>
          <w:b/>
        </w:rPr>
        <w:t xml:space="preserve">[01:24] </w:t>
      </w:r>
      <w:r>
        <w:t>mazhabi taqreeb mein yakja kar ke islam mein itihadi taqat ka kaam karti hai.</w:t>
      </w:r>
    </w:p>
    <w:p>
      <w:pPr>
        <w:jc w:val="right"/>
      </w:pPr>
      <w:r>
        <w:t>مذہبی تقریب میں یکجا کر کے اسلام میں اتحادی طاقت کا کام کرتی ہے۔</w:t>
      </w:r>
    </w:p>
    <w:p>
      <w:r>
        <w:rPr>
          <w:b/>
        </w:rPr>
        <w:t xml:space="preserve">[01:31] </w:t>
      </w:r>
      <w:r>
        <w:t>quran mein hajj ka hukum dete hue yeh alfaaz aaye hain: "wa iz ja alna al baita masabatan lil nas wa amnan" yani Khuda ne baitullah ko logon ke liye masaba banaya aur is ko aman ki jagah banaya.</w:t>
      </w:r>
    </w:p>
    <w:p>
      <w:pPr>
        <w:jc w:val="right"/>
      </w:pPr>
      <w:r>
        <w:t>قرآن میں حج کا حکم دیتے ہوئے یہ الفاظ آئے ہیں: "وَاِذْ جَعَلْنَا الْبَيْتَ مَثَابَةً لِلنَّاسِ وَأَمْنًا" یعنی خدا نے بیت اللہ کو لوگوں کے لیے مصابہ بنایا اور اس کو امن کی جگہ بنا دیا۔</w:t>
      </w:r>
    </w:p>
    <w:p>
      <w:r>
        <w:rPr>
          <w:b/>
        </w:rPr>
        <w:t xml:space="preserve">[01:50] </w:t>
      </w:r>
      <w:r>
        <w:t>masaba ke mani arabi zaban mein taqreeban wohi hain jis ko aaj kal ki zaban mein markaz kaha jata hai, yani woh jagah jahan log jama hon, jis ki taraf sab log rujoo karen, jo sab ka mushtarik marja aur shiraza ho.</w:t>
      </w:r>
    </w:p>
    <w:p>
      <w:pPr>
        <w:jc w:val="right"/>
      </w:pPr>
      <w:r>
        <w:t>مصابہ کے معنی عربی زبان میں تقریباً وہی ہیں جس کو آج کل کی زبان میں مرکز کہا جاتا ہے، یعنی وہ جگہ جہاں لوگ جمع ہوں، جس کی طرف سب لوگ رجوع کریں، جو سب کا مشترک مرجع اور شیرازہ ہو۔</w:t>
      </w:r>
    </w:p>
    <w:p>
      <w:r>
        <w:rPr>
          <w:b/>
        </w:rPr>
        <w:t xml:space="preserve">[02:09] </w:t>
      </w:r>
      <w:r>
        <w:t>hajj ki ibadat ke liye sari dunya ke musalman aate hain, un ki tadad salana taqreeban 2 million ho jati hai.</w:t>
      </w:r>
    </w:p>
    <w:p>
      <w:pPr>
        <w:jc w:val="right"/>
      </w:pPr>
      <w:r>
        <w:t>حج کی عبادت کے لیے ساری دنیا کے مسلمان آتے ہیں، ان کی تعداد سالانہ تقریباً 2 ملین ہو جاتی ہے۔</w:t>
      </w:r>
    </w:p>
    <w:p>
      <w:r>
        <w:rPr>
          <w:b/>
        </w:rPr>
        <w:t xml:space="preserve">[02:20] </w:t>
      </w:r>
      <w:r>
        <w:t>hajj ke mousam mein makkah aur is ke aas pas har taraf aadmi hi aadmi dikhai dene lagte hain. yeh log mukhtalif zabanen bolte hain, un ke haliye alag alag hote hain, magar yahan aanay ke baad sab ki soch ek ho jati hai, sab ek Allah ki ibadat karte hain.</w:t>
      </w:r>
    </w:p>
    <w:p>
      <w:pPr>
        <w:jc w:val="right"/>
      </w:pPr>
      <w:r>
        <w:t>حج کے موسم میں مکہ اور اس کے آس پاس ہر طرف آدمی ہی آدمی دکھائی دینے لگتے ہیں۔ یہ لوگ مختلف زبانیں بولتے ہیں، ان کے حلیے الگ الگ ہوتے ہیں، مگر یہاں آنے کے بعد سب کی سوچ ایک ہو جاتی ہے، سب ایک اللہ کی عبادت کرتے ہیں۔</w:t>
      </w:r>
    </w:p>
    <w:p>
      <w:r>
        <w:rPr>
          <w:b/>
        </w:rPr>
        <w:t xml:space="preserve">[02:42] </w:t>
      </w:r>
      <w:r>
        <w:t>hajj ke douran woh un ki tamam tawajjah ka markaz bana rehta hai. is tarah hajj ek aisi ibadat ban jata hai jo apne tamam aamal aur taqreebat ke sath insan ko ijtimaiyat aur markaziyat ka sabak de raha hai.</w:t>
      </w:r>
    </w:p>
    <w:p>
      <w:pPr>
        <w:jc w:val="right"/>
      </w:pPr>
      <w:r>
        <w:t>حج کے دوران وہ ان کی تمام توجہ کا مرکز بنا رہتا ہے۔ اس طرح حج ایک ایسی عبادت بن جاتا ہے جو اپنے تمام اعمال اور تقریبات کے ساتھ انسان کو اجتماعیت اور مرکزیت کا سبق دے رہا ہے۔</w:t>
      </w:r>
    </w:p>
    <w:p>
      <w:r>
        <w:rPr>
          <w:b/>
        </w:rPr>
        <w:t xml:space="preserve">[03:01] </w:t>
      </w:r>
      <w:r>
        <w:t>hajj ki tareekh hazrat ibrahim alaihissalam aur hazrat ismail alaihissalam ki zindagi se wabasta hai. yeh dono hastiyan woh hain jin ko na sirf musalman Khuda ka paighambar mante hain balke doosre bade mazahib ke log bhi in ko azeem paighambar tasleem karte hain.</w:t>
      </w:r>
    </w:p>
    <w:p>
      <w:pPr>
        <w:jc w:val="right"/>
      </w:pPr>
      <w:r>
        <w:t>حج کی تاریخ حضرت ابراہیم علیہ السلام اور حضرت اسماعیل علیہ السلام کی زندگی سے وابستہ ہے۔ یہ دونوں ہستیاں وہ ہیں جن کو نہ صرف مسلمان خدا کا پیغمبر مانتے ہیں بلکہ دوسرے بڑے مذاہب کے لوگ بھی ان کو عظیم پیغمبر تسلیم کرتے ہیں۔</w:t>
      </w:r>
    </w:p>
    <w:p>
      <w:r>
        <w:rPr>
          <w:b/>
        </w:rPr>
        <w:t xml:space="preserve">[03:21] </w:t>
      </w:r>
      <w:r>
        <w:t>is tarah haj ke amal ko tarikhi tor par taqaddus aur azmat ka woh darja mil gaya hai jo dunya mein kisi doosre amal ko hasil nahin.</w:t>
      </w:r>
    </w:p>
    <w:p>
      <w:pPr>
        <w:jc w:val="right"/>
      </w:pPr>
      <w:r>
        <w:t>اس طرح حج کے عمل کو تاریخی طور پر تقدس اور عظمت کا وہ درجہ مل گیا ہے جو دنیا میں کسی دوسرے عمل کو حاصل نہیں۔</w:t>
      </w:r>
    </w:p>
    <w:p>
      <w:r>
        <w:rPr>
          <w:b/>
        </w:rPr>
        <w:t xml:space="preserve">[03:32] </w:t>
      </w:r>
      <w:r>
        <w:t>hazrat ibrahim qadeem iraq mein paida hue, hazrat ismail un ke sahibzade the. is waqt iraq ek shandar tamaddun ka mulk tha.</w:t>
      </w:r>
    </w:p>
    <w:p>
      <w:pPr>
        <w:jc w:val="right"/>
      </w:pPr>
      <w:r>
        <w:t>حضرت ابراہیم قدیم عراق میں پیدا ہوئے، حضرت اسماعیل ان کے صاحبزادے تھے۔ اس وقت عراق ایک شاندار تمدن کا ملک تھا۔</w:t>
      </w:r>
    </w:p>
    <w:p>
      <w:r>
        <w:rPr>
          <w:b/>
        </w:rPr>
        <w:t xml:space="preserve">[03:44] </w:t>
      </w:r>
      <w:r>
        <w:t>aazar hazrat ibrahim alaihissalam ke walid aur hazrat ismail ke dada the. in ko iraq ke sarkari nizam mein aala ohdedar ki hesiyat hasil thi.</w:t>
      </w:r>
    </w:p>
    <w:p>
      <w:pPr>
        <w:jc w:val="right"/>
      </w:pPr>
      <w:r>
        <w:t>آزر حضرت ابراہیم علیہ السلام کے والد اور حضرت اسماعیل کے دادا تھے۔ ان کو عراق کے سرکاری نظام میں اعلیٰ عہدے دار کی حیثیت حاصل تھی۔</w:t>
      </w:r>
    </w:p>
    <w:p>
      <w:r>
        <w:rPr>
          <w:b/>
        </w:rPr>
        <w:t xml:space="preserve">[03:56] </w:t>
      </w:r>
      <w:r>
        <w:t>hazrat ibrahim aur hazrat ismail ke liye iraq mein shandar taraqqi ke aala mawaqe khule hue the, magar iraq ke mushrikana nizam se woh muafqat na kar sake.</w:t>
      </w:r>
    </w:p>
    <w:p>
      <w:pPr>
        <w:jc w:val="right"/>
      </w:pPr>
      <w:r>
        <w:t>حضرت ابراہیم اور حضرت اسماعیل کے لیے عراق میں شاندار ترقی کے اعلیٰ مواقع کھلے ہوئے تھے، مگر عراق کے مشرکانہ نظام سے وہ موافقت نہ کر سکے۔</w:t>
      </w:r>
    </w:p>
    <w:p>
      <w:r>
        <w:rPr>
          <w:b/>
        </w:rPr>
        <w:t xml:space="preserve">[04:09] </w:t>
      </w:r>
      <w:r>
        <w:t>ek khuda ki parastish ki khatir unhon ne is ilaqe ko chhod diya jo kai khudayon ki parastish ka markaz bana hua tha.</w:t>
      </w:r>
    </w:p>
    <w:p>
      <w:pPr>
        <w:jc w:val="right"/>
      </w:pPr>
      <w:r>
        <w:t>ایک خدا کی پرستش کی خاطر انہوں نے اس علاقے کو چھوڑ دیا جو کئی خداؤں کی پرستش کا مرکز بنا ہوا تھا۔</w:t>
      </w:r>
    </w:p>
    <w:p>
      <w:r>
        <w:rPr>
          <w:b/>
        </w:rPr>
        <w:t xml:space="preserve">[04:18] </w:t>
      </w:r>
      <w:r>
        <w:t>woh iraq ke sar sabz mulk ko chhod kar arab ke khushk sehra mein chale gaye, jahan ki sunsan dunya mein khaliq aur makhluq ke darmiyan koi aur cheez hail na thi.</w:t>
      </w:r>
    </w:p>
    <w:p>
      <w:pPr>
        <w:jc w:val="right"/>
      </w:pPr>
      <w:r>
        <w:t>وہ عراق کے سرسبز ملک کو چھوڑ کر عرب کے خشک صحرا میں چلے گئے، جہاں کی سنسان دنیا میں خالق اور مخلوق کے درمیان کوئی اور چیز حائل نہ تھی۔</w:t>
      </w:r>
    </w:p>
    <w:p>
      <w:r>
        <w:rPr>
          <w:b/>
        </w:rPr>
        <w:t xml:space="preserve">[04:32] </w:t>
      </w:r>
      <w:r>
        <w:t>yahan unhon ne ek khuda ke ghar ki taameer ki. hazrat ibrahim alaihissalam aur hazrat ismail ke is amal ko doosre lafzon mein is tarah bayan kiya ja sakta hai ke unhon ne kai khudayon ko apna marja banane ke bajaye ek khuda ko apna marja banaya, aur is maqsad ke liye baitullah yani kaaba ki taameer ki, jo khuda-e-wahid ki ibadat ka aalmi markaz hai.</w:t>
      </w:r>
    </w:p>
    <w:p>
      <w:pPr>
        <w:jc w:val="right"/>
      </w:pPr>
      <w:r>
        <w:t>یہاں انہوں نے ایک خدا کے گھر کی تعمیر کی۔ حضرت ابراہیم علیہ السلام اور حضرت اسماعیل کے اس عمل کو دوسرے لفظوں میں اس طرح بیان کیا جا سکتا ہے کہ انہوں نے کئی خداؤں کو اپنا مرجع بنانے کے بجائے ایک خدا کو اپنا مرجع بنایا، اور اس مقصد کے لیے بیت اللہ یعنی کعبہ کی تعمیر کی، جو خدائے واحد کی عبادت کا عالمی مرکز ہے۔</w:t>
      </w:r>
    </w:p>
    <w:p>
      <w:r>
        <w:rPr>
          <w:b/>
        </w:rPr>
        <w:t xml:space="preserve">[05:02] </w:t>
      </w:r>
      <w:r>
        <w:t>yahi markaz tauheed haj ke marasim ki adaiyegi ka markaz bhi hai. haj ki ibadat mein jo marasim ada kiye jate hain, un ke baz pehluon ko dekhiye.</w:t>
      </w:r>
    </w:p>
    <w:p>
      <w:pPr>
        <w:jc w:val="right"/>
      </w:pPr>
      <w:r>
        <w:t>یہی مرکز توحید حج کے مراسم کی ادائیگی کا مرکز بھی ہے۔ حج کی عبادت میں جو مراسم ادا کیے جاتے ہیں، ان کے بعض پہلوؤں کو دیکھیے۔</w:t>
      </w:r>
    </w:p>
    <w:p>
      <w:r>
        <w:rPr>
          <w:b/>
        </w:rPr>
        <w:t xml:space="preserve">[05:14] </w:t>
      </w:r>
      <w:r>
        <w:t>haj ke dauran haji sab se zyada jo kalma bolta hai woh yeh hai: "labaik allahumma labbaik, labbaik la sharika lak labbaik, innal hamda wan-ni'mata lak wal-mulka la sharika lak." hazir hoon khudaya, main hazir hoon, hazir hoon, tera koi sharik nahin, main hazir hoon.</w:t>
      </w:r>
    </w:p>
    <w:p>
      <w:pPr>
        <w:jc w:val="right"/>
      </w:pPr>
      <w:r>
        <w:t>حج کے دوران حاجی سب سے زیادہ جو کلمہ بولتا ہے وہ یہ ہے: "لبیک اللہم لبیک، لبیک لا شریک لک لبیک، ان الحمد والنعمت لک والملک لا شریک لک۔" حاضر ہوں خدایا، میں حاضر ہوں، حاضر ہوں، تیرا کوئی شریک نہیں، میں حاضر ہوں۔</w:t>
      </w:r>
    </w:p>
    <w:p>
      <w:r>
        <w:rPr>
          <w:b/>
        </w:rPr>
        <w:t xml:space="preserve">[05:39] </w:t>
      </w:r>
      <w:r>
        <w:t>tareef aur nemat tere hi liye hai, aur badshahi bhi, tera koi sharik nahin. haji ki zuban se bar bar yeh alfaaz kahalwa kar tamam logon ke andar yeh nafsiyat paida ki jati hai ke badai sirf ek allah ki hai.</w:t>
      </w:r>
    </w:p>
    <w:p>
      <w:pPr>
        <w:jc w:val="right"/>
      </w:pPr>
      <w:r>
        <w:t>تعریف اور نعمت تیرے ہی لیے ہے، اور بادشاہی بھی، تیرا کوئی شریک نہیں۔ حاجی کی زبان سے بار بار یہ الفاظ کہلوا کر تمام لوگوں کے اندر یہ نفسیات پیدا کی جاتی ہے کہ بڑائی صرف ایک اللہ کی ہے۔</w:t>
      </w:r>
    </w:p>
    <w:p>
      <w:r>
        <w:rPr>
          <w:b/>
        </w:rPr>
        <w:t xml:space="preserve">[05:58] </w:t>
      </w:r>
      <w:r>
        <w:t>is ke siwa jitni badaiyan hain, sab is liye hain ke woh sab usi ek azeem tar badai mein gum ho jayen.</w:t>
      </w:r>
    </w:p>
    <w:p>
      <w:pPr>
        <w:jc w:val="right"/>
      </w:pPr>
      <w:r>
        <w:t>اس کے سوا جتنی بڑائیاں ہیں، سب اس لیے ہیں کہ وہ سب اسی ایک عظیم تر بڑائی میں گم ہو جائیں۔</w:t>
      </w:r>
    </w:p>
    <w:p>
      <w:r>
        <w:rPr>
          <w:b/>
        </w:rPr>
        <w:t xml:space="preserve">[06:07] </w:t>
      </w:r>
      <w:r>
        <w:t>yeh ehsas ijtimaiyat ka sab se bada raaz hai. ijtimaiyat aur ittehad hamesha wahan nahin hota jahan har aadmi apne ko bada samjhe le.</w:t>
      </w:r>
    </w:p>
    <w:p>
      <w:pPr>
        <w:jc w:val="right"/>
      </w:pPr>
      <w:r>
        <w:t>یہ احساس اجتماعیت کا سب سے بڑا راز ہے۔ اجتماعیت اور اتحاد ہمیشہ وہاں نہیں ہوتا جہاں ہر آدمی اپنے کو بڑا سمجھ لے۔</w:t>
      </w:r>
    </w:p>
    <w:p>
      <w:r>
        <w:rPr>
          <w:b/>
        </w:rPr>
        <w:t xml:space="preserve">[06:21] </w:t>
      </w:r>
      <w:r>
        <w:t>is ke baraks, jahan tamam log kisi ek ke haq mein apni infiradi badai se dastbardar ho jayen, wahan ittehad aur ijtimaiyat ke siwa koi aur cheez pai nahin jati.</w:t>
      </w:r>
    </w:p>
    <w:p>
      <w:pPr>
        <w:jc w:val="right"/>
      </w:pPr>
      <w:r>
        <w:t>اس کے برعکس، جہاں تمام لوگ کسی ایک کے حق میں اپنی انفرادی بڑائی سے دستبردار ہو جائیں، وہاں اتحاد اور اجتماعیت کے سوا کوئی اور چیز پائی نہیں جاتی۔</w:t>
      </w:r>
    </w:p>
    <w:p>
      <w:r>
        <w:rPr>
          <w:b/>
        </w:rPr>
        <w:t xml:space="preserve">[06:37] </w:t>
      </w:r>
      <w:r>
        <w:t>be-ittehadi badaiyon ki taqseem ka naam hai, aur ittehad badaiyon ki wahdat ka. isi tarah haj ka ek ahem رکن tawaaf hai.</w:t>
      </w:r>
    </w:p>
    <w:p>
      <w:pPr>
        <w:jc w:val="right"/>
      </w:pPr>
      <w:r>
        <w:t>بے اتحادی بڑائیوں کی تقسیم کا نام ہے، اور اتحاد بڑائیوں کی وحدت کا۔ اسی طرح حج کا ایک اہم رکن طواف ہے۔</w:t>
      </w:r>
    </w:p>
    <w:p>
      <w:r>
        <w:rPr>
          <w:b/>
        </w:rPr>
        <w:t xml:space="preserve">[06:49] </w:t>
      </w:r>
      <w:r>
        <w:t>dunya bhar ke log jo haj ke mausam mein makkah mein jama hote hain, woh sab se pehle kaaba ka tawaaf karte hain.</w:t>
      </w:r>
    </w:p>
    <w:p>
      <w:pPr>
        <w:jc w:val="right"/>
      </w:pPr>
      <w:r>
        <w:t>دنیا بھر کے لوگ جو حج کے موسم میں مکہ میں جمع ہوتے ہیں، وہ سب سے پہلے کعبہ کا طواف کرتے ہیں۔</w:t>
      </w:r>
    </w:p>
    <w:p>
      <w:r>
        <w:rPr>
          <w:b/>
        </w:rPr>
        <w:t xml:space="preserve">[06:59] </w:t>
      </w:r>
      <w:r>
        <w:t>yeh is baat ka amli iqrar hai ke aadmi apni koshishon ka markaz o mahwar sirf ek nuqte ko banayega, woh ek hi daire mein harkat karega.</w:t>
      </w:r>
    </w:p>
    <w:p>
      <w:pPr>
        <w:jc w:val="right"/>
      </w:pPr>
      <w:r>
        <w:t>یہ اس بات کا عملی اقرار ہے کہ آدمی اپنی کوششوں کا مرکز و محور صرف ایک نقطے کو بنائے گا، وہ ایک ہی دائرے میں حرکت کرے گا۔</w:t>
      </w:r>
    </w:p>
    <w:p>
      <w:r>
        <w:rPr>
          <w:b/>
        </w:rPr>
        <w:t xml:space="preserve">[07:11] </w:t>
      </w:r>
      <w:r>
        <w:t>yeh aeen wahi markaziyat hai jo madi satah par nizam shamsi mein nazar aati hai. nizam shamsi ke tamam sayyare ek hi suraj ko markazi nuqta bana kar us ke gird ghoomte hain.</w:t>
      </w:r>
    </w:p>
    <w:p>
      <w:pPr>
        <w:jc w:val="right"/>
      </w:pPr>
      <w:r>
        <w:t>یہ عین وہی مرکزیت ہے جو مادی سطح پر نظام شمسی میں نظر آتی ہے۔ نظام شمسی کے تمام سیارے ایک ہی سورج کو مرکزی نقطہ بنا کر اس کے گرد گھومتے ہیں۔</w:t>
      </w:r>
    </w:p>
    <w:p>
      <w:r>
        <w:rPr>
          <w:b/>
        </w:rPr>
        <w:t xml:space="preserve">[07:26] </w:t>
      </w:r>
      <w:r>
        <w:t>isi tarah haj yeh sabaq deta hai ke insaan ek khuda ko apna marja bana kar us ke daire mein ghoome.</w:t>
      </w:r>
    </w:p>
    <w:p>
      <w:pPr>
        <w:jc w:val="right"/>
      </w:pPr>
      <w:r>
        <w:t>اسی طرح حج یہ سبق دیتا ہے کہ انسان ایک خدا کو اپنا مرجع بنا کر اس کے دائرے میں گھومے۔</w:t>
      </w:r>
    </w:p>
    <w:p>
      <w:r>
        <w:rPr>
          <w:b/>
        </w:rPr>
        <w:t xml:space="preserve">[07:36] </w:t>
      </w:r>
      <w:r>
        <w:t>is ke baad haji safa aur marwah ke darmiyan sa'i karta hai. woh safa se marwah ki taraf jata hai, aur phir marwah se safa ki taraf lot'ta hai.</w:t>
      </w:r>
    </w:p>
    <w:p>
      <w:pPr>
        <w:jc w:val="right"/>
      </w:pPr>
      <w:r>
        <w:t>اس کے بعد حاجی صفا اور مروہ کے درمیان سعی کرتا ہے۔ وہ صفا سے مروہ کی طرف جاتا ہے، اور پھر مروہ سے صفا کی طرف لوٹتا ہے۔</w:t>
      </w:r>
    </w:p>
    <w:p>
      <w:r>
        <w:rPr>
          <w:b/>
        </w:rPr>
        <w:t xml:space="preserve">[07:48] </w:t>
      </w:r>
      <w:r>
        <w:t>is tarah woh saat chakar lagata hai. yeh amal ki zuban mein is baat ka sabaq hai ke aadmi ki daud dhop ek had ke andar bandhi hui honi chahiye.</w:t>
      </w:r>
    </w:p>
    <w:p>
      <w:pPr>
        <w:jc w:val="right"/>
      </w:pPr>
      <w:r>
        <w:t>اس طرح وہ سات چکر لگاتا ہے۔ یہ عمل کی زبان میں اس بات کا سبق ہے کہ آدمی کی دوڑ دھوپ ایک حد کے اندر بندھی ہوئی ہونی چاہیے۔</w:t>
      </w:r>
    </w:p>
    <w:p>
      <w:r>
        <w:rPr>
          <w:b/>
        </w:rPr>
        <w:t xml:space="preserve">[08:01] </w:t>
      </w:r>
      <w:r>
        <w:t>agar aadmi ki daud dhop ki koi had na ho to koi ek taraf bhaag kar nikal jayega, aur koi doosri taraf.</w:t>
      </w:r>
    </w:p>
    <w:p>
      <w:pPr>
        <w:jc w:val="right"/>
      </w:pPr>
      <w:r>
        <w:t>اگر آدمی کی دوڑ دھوپ کی کوئی حد نہ ہو تو کوئی ایک طرف بھاگ کر نکل جائے گا، اور کوئی دوسری طرف۔</w:t>
      </w:r>
    </w:p>
    <w:p>
      <w:r>
        <w:rPr>
          <w:b/>
        </w:rPr>
        <w:t xml:space="preserve">[08:10] </w:t>
      </w:r>
      <w:r>
        <w:t>magar jahan daud dhop ki had bandi kar di gayi ho, wahan har aadmi bandha rehta hai. woh bar bar wahin lot kar aata hai jahan us ke doosre bhai apni sargarmiyan jari kiye hon.</w:t>
      </w:r>
    </w:p>
    <w:p>
      <w:pPr>
        <w:jc w:val="right"/>
      </w:pPr>
      <w:r>
        <w:t>مگر جہاں دوڑ دھوپ کی حد بندی کر دی گئی ہو، وہاں ہر آدمی بندھا رہتا ہے۔ وہ بار بار وہیں لوٹ کر آتا ہے جہاں اس کے دوسرے بھائی اپنی سرگرمیاں جاری کیے ہوں۔</w:t>
      </w:r>
    </w:p>
    <w:p>
      <w:r>
        <w:rPr>
          <w:b/>
        </w:rPr>
        <w:t xml:space="preserve">[08:27] </w:t>
      </w:r>
      <w:r>
        <w:t>yahi haj ke doosre tamam marasim ka haal hai. haj ke tamam marasim mukhtalif pehluon se ek hi nishane par chalte hue nazar aate hain.</w:t>
      </w:r>
    </w:p>
    <w:p>
      <w:pPr>
        <w:jc w:val="right"/>
      </w:pPr>
      <w:r>
        <w:t>یہی حج کے دوسرے تمام مراسم کا حال ہے۔ حج کے تمام مراسم مختلف پہلوؤں سے ایک ہی نشانے پر چلتے ہوئے نظر آتے ہیں۔</w:t>
      </w:r>
    </w:p>
    <w:p>
      <w:r>
        <w:rPr>
          <w:b/>
        </w:rPr>
        <w:t xml:space="preserve">[08:39] </w:t>
      </w:r>
      <w:r>
        <w:t>aisa maloom hota hai jaise koi rabbani magnet hai jo lohe ke tamam tukdon ko ek nuqte par kheenchate chala ja raha hai.</w:t>
      </w:r>
    </w:p>
    <w:p>
      <w:pPr>
        <w:jc w:val="right"/>
      </w:pPr>
      <w:r>
        <w:t>ایسا معلوم ہوتا ہے جیسے کوئی ربانی مقناطیس ہے جو لوہے کے تمام ٹکڑوں کو ایک نقطے پر کھینچتے چلا جا رہا ہے۔</w:t>
      </w:r>
    </w:p>
    <w:p>
      <w:r>
        <w:rPr>
          <w:b/>
        </w:rPr>
        <w:t xml:space="preserve">[08:50] </w:t>
      </w:r>
      <w:r>
        <w:t>mukhtalif mulkon ke yeh log jab maqam haj ke qareeb pohnchte hain to sab ke sab apna qaumi libas utar dete hain, aur sab ke sab ek hi mushtarak libas pehan lete hain jis ko ehram kaha jata hai.</w:t>
      </w:r>
    </w:p>
    <w:p>
      <w:pPr>
        <w:jc w:val="right"/>
      </w:pPr>
      <w:r>
        <w:t>مختلف ملکوں کے یہ لوگ جب مقام حج کے قریب پہنچتے ہیں تو سب کے سب اپنا قومی لباس اتار دیتے ہیں، اور سب کے سب ایک ہی مشترک لباس پہن لیتے ہیں جس کو احرام کہا جاتا ہے۔</w:t>
      </w:r>
    </w:p>
    <w:p>
      <w:r>
        <w:rPr>
          <w:b/>
        </w:rPr>
        <w:t xml:space="preserve">[09:07] </w:t>
      </w:r>
      <w:r>
        <w:t>ehraam baandhne ka matlab yeh hai ke baghair sili hui ek safed chadar neeche tahammat ki tarah pehan li jaye, aur isi tarah ek safed chadar oopar se jism par daal li jaye.</w:t>
      </w:r>
    </w:p>
    <w:p>
      <w:pPr>
        <w:jc w:val="right"/>
      </w:pPr>
      <w:r>
        <w:t>احرام باندھنے کا مطلب یہ ہے کہ بغیر سلی ہوئی ایک سفید چادر نیچے تہمت کی طرح پہن لی جائے، اور اسی طرح ایک سفید چادر اوپر سے جسم پر ڈال لی جائے۔</w:t>
      </w:r>
    </w:p>
    <w:p>
      <w:r>
        <w:rPr>
          <w:b/>
        </w:rPr>
        <w:t xml:space="preserve">[09:21] </w:t>
      </w:r>
      <w:r>
        <w:t>is tarah laakhon insaan ek hi waza' aur ek hi rang ke libaas mein malboos ho jate hain. yeh saare log mukhtalif marasim ada karte hue aakhirkar arfaat ke wasee' maidan mein ikattha hote hain.</w:t>
      </w:r>
    </w:p>
    <w:p>
      <w:pPr>
        <w:jc w:val="right"/>
      </w:pPr>
      <w:r>
        <w:t>اس طرح لاکھوں انسان ایک ہی وضع اور ایک ہی رنگ کے لباس میں ملبوس ہو جاتے ہیں۔ یہ سارے لوگ مختلف مراسم ادا کرتے ہوئے بالآخر عرفات کے وسیع میدان میں اکٹھا ہوتے ہیں۔</w:t>
      </w:r>
    </w:p>
    <w:p>
      <w:r>
        <w:rPr>
          <w:b/>
        </w:rPr>
        <w:t xml:space="preserve">[09:39] </w:t>
      </w:r>
      <w:r>
        <w:t>is waqt ek ajeeb manzar hota hai. aisa maloom hota hai jaise insaanon ke tamam faraq achanak mit gaye hon.</w:t>
      </w:r>
    </w:p>
    <w:p>
      <w:pPr>
        <w:jc w:val="right"/>
      </w:pPr>
      <w:r>
        <w:t>اس وقت ایک عجیب منظر ہوتا ہے۔ ایسا معلوم ہوتا ہے جیسے انسانوں کے تمام فرق اچانک مٹ گئے ہوں۔</w:t>
      </w:r>
    </w:p>
    <w:p>
      <w:r>
        <w:rPr>
          <w:b/>
        </w:rPr>
        <w:t xml:space="preserve">[09:48] </w:t>
      </w:r>
      <w:r>
        <w:t>insaan apne tamam ikhtilafat ko kho kar khudaai wahdat mein gum ho gaye hain. tamam insaan ek ho gaye hain, jaise un ka Khuda ek hai.</w:t>
      </w:r>
    </w:p>
    <w:p>
      <w:pPr>
        <w:jc w:val="right"/>
      </w:pPr>
      <w:r>
        <w:t>انسان اپنے تمام اختلافات کو کھو کر خدائی وحدت میں گم ہو گئے ہیں۔ تمام انسان ایک ہو گئے ہیں، جیسے ان کا خدا ایک ہے۔</w:t>
      </w:r>
    </w:p>
    <w:p>
      <w:r>
        <w:rPr>
          <w:b/>
        </w:rPr>
        <w:t xml:space="preserve">[10:01] </w:t>
      </w:r>
      <w:r>
        <w:t>arfaat ke wasee' maidan mein jab ehraam baandhe hue tamam haji jama' hote hain, is waqt kisi bulandi se dekha jaye to aisa nazar aaye ga ke zabaan, rang, hasiyat, jinsiyat ke farq ke bawajood sab ke sab insaan bilkul ek ho gaye hain.</w:t>
      </w:r>
    </w:p>
    <w:p>
      <w:pPr>
        <w:jc w:val="right"/>
      </w:pPr>
      <w:r>
        <w:t>عرفات کے وسیع میدان میں جب احرام باندھے ہوئے تمام حاجی جمع ہوتے ہیں، اس وقت کسی بلندی سے دیکھا جائے تو ایسا نظر آئے گا کہ زبان، رنگ، حیثیت، جنسیت کے فرق کے باوجود سب کے سب انسان بالکل ایک ہو گئے ہیں۔</w:t>
      </w:r>
    </w:p>
    <w:p>
      <w:r>
        <w:rPr>
          <w:b/>
        </w:rPr>
        <w:t xml:space="preserve">[10:22] </w:t>
      </w:r>
      <w:r>
        <w:t>is waqt mukhtalif qaumiyatein ek hi bari qaumiyat mein zam hoti hui nazar aati hain. haqeeqat yeh hai ke hajj ijtimaiyat ka itna bara muzahira hai ke is ki koi doosri misaal ghaleban dunya mein kahin aur nahi mile gi.</w:t>
      </w:r>
    </w:p>
    <w:p>
      <w:pPr>
        <w:jc w:val="right"/>
      </w:pPr>
      <w:r>
        <w:t>اس وقت مختلف قومیتیں ایک ہی بڑی قومیت میں ضم ہوتی ہوئی نظر آتی ہیں۔ حقیقت یہ ہے کہ حج اجتماعیت کا اتنا بڑا مظاہرہ ہے کہ اس کی کوئی دوسری مثال غالباً دنیا میں کہیں اور نہیں ملے گی۔</w:t>
      </w:r>
    </w:p>
    <w:p>
      <w:r>
        <w:rPr>
          <w:b/>
        </w:rPr>
        <w:t xml:space="preserve">[10:41] </w:t>
      </w:r>
      <w:r>
        <w:t>kaba musalmanon ka qibla ibaadat hai. musalman har roz panch waqt is ki taraf rukh kar ke namaz parhte hain, goya saari dunya ke musalmanon ka ibadati qibla ek hi hai.</w:t>
      </w:r>
    </w:p>
    <w:p>
      <w:pPr>
        <w:jc w:val="right"/>
      </w:pPr>
      <w:r>
        <w:t>کعبہ مسلمانوں کا قبلہ عبادت ہے۔ مسلمان ہر روز پانچ وقت اس کی طرف رخ کر کے نماز پڑھتے ہیں، گویا ساری دنیا کے مسلمانوں کا عبادتی قبلہ ایک ہی ہے۔</w:t>
      </w:r>
    </w:p>
    <w:p>
      <w:r>
        <w:rPr>
          <w:b/>
        </w:rPr>
        <w:t xml:space="preserve">[10:57] </w:t>
      </w:r>
      <w:r>
        <w:t>aam halat mein woh ek tasawwurati haqeeqat hota hai, magar hajj ke dinon mein makkah pahunch kar woh ek aankhon dekhi haqeeqat ban jata hai.</w:t>
      </w:r>
    </w:p>
    <w:p>
      <w:pPr>
        <w:jc w:val="right"/>
      </w:pPr>
      <w:r>
        <w:t>عام حالت میں وہ ایک تصوراتی حقیقت ہوتا ہے، مگر حج کے دنوں میں مکہ پہنچ کر وہ ایک آنکھوں دیکھی حقیقت بن جاتا ہے۔</w:t>
      </w:r>
    </w:p>
    <w:p>
      <w:r>
        <w:rPr>
          <w:b/>
        </w:rPr>
        <w:t xml:space="preserve">[11:08] </w:t>
      </w:r>
      <w:r>
        <w:t>saari dunya ke musalman yahan pahunch kar jab is ki taraf rukh kar ke namaz ada karte hain to mehsoos taur par dikhai dene lagta hai ke tamam dunya ke musalmanon ka mushtarik qibla ek hi hai.</w:t>
      </w:r>
    </w:p>
    <w:p>
      <w:pPr>
        <w:jc w:val="right"/>
      </w:pPr>
      <w:r>
        <w:t>ساری دنیا کے مسلمان یہاں پہنچ کر جب اس کی طرف رخ کر کے نماز ادا کرتے ہیں تو محسوس طور پر دکھائی دینے لگتا ہے کہ تمام دنیا کے مسلمانوں کا مشترک قبلہ ایک ہی ہے۔</w:t>
      </w:r>
    </w:p>
    <w:p>
      <w:r>
        <w:rPr>
          <w:b/>
        </w:rPr>
        <w:t xml:space="preserve">[11:23] </w:t>
      </w:r>
      <w:r>
        <w:t>kaba ek chokor qism ki imarat hai. is imarat ke charon taraf gol dayre mein saare log ghoomte hain jis ko tawaf kaha jata hai.</w:t>
      </w:r>
    </w:p>
    <w:p>
      <w:pPr>
        <w:jc w:val="right"/>
      </w:pPr>
      <w:r>
        <w:t>کعبہ ایک چوکور قسم کی عمارت ہے۔ اس عمارت کے چاروں طرف گول دائرے میں سارے لوگ گھومتے ہیں جس کو طواف کہا جاتا ہے۔</w:t>
      </w:r>
    </w:p>
    <w:p>
      <w:r>
        <w:rPr>
          <w:b/>
        </w:rPr>
        <w:t xml:space="preserve">[11:34] </w:t>
      </w:r>
      <w:r>
        <w:t>woh saff ba saff ho kar is ke gird gol dayre mein logon ko ek hone aur mil kar kaam karne ka sabak dete hain.</w:t>
      </w:r>
    </w:p>
    <w:p>
      <w:pPr>
        <w:jc w:val="right"/>
      </w:pPr>
      <w:r>
        <w:t>وہ صف بصف ہو کر اس کے گرد گول دائرے میں لوگوں کو ایک ہونے اور مل کر کام کرنے کا سبق دیتے ہیں۔</w:t>
      </w:r>
    </w:p>
    <w:p>
      <w:r>
        <w:rPr>
          <w:b/>
        </w:rPr>
        <w:t xml:space="preserve">[11:43] </w:t>
      </w:r>
      <w:r>
        <w:t>woh ek awaaz par harkat karne ka amli muzahira hain. ekta ke is azeem tarteebi nizaam hi ka yeh bhi ek zahiri pehlu hai ke tamam logon se un ke infiradi libaas utarwa kar sab ko ek hi saada libaas pehna diya jata hai.</w:t>
      </w:r>
    </w:p>
    <w:p>
      <w:pPr>
        <w:jc w:val="right"/>
      </w:pPr>
      <w:r>
        <w:t>وہ ایک آواز پر حرکت کرنے کا عملی مظاہرہ ہیں۔ ایکتا کے اس عظیم تربیتی نظام ہی کا یہ بھی ایک ظاہری پہلو ہے کہ تمام لوگوں سے ان کے انفرادی لباس اتروا کر سب کو ایک ہی سادہ لباس پہنا دیا جاتا ہے۔</w:t>
      </w:r>
    </w:p>
    <w:p>
      <w:r>
        <w:rPr>
          <w:b/>
        </w:rPr>
        <w:t xml:space="preserve">[12:05] </w:t>
      </w:r>
      <w:r>
        <w:t>yahan badshah aur riaya ka farq mit jata hai. yahan mashriqi libaas aur maghribi libaas ke imtiyazat faza mein gum ho jate hain.</w:t>
      </w:r>
    </w:p>
    <w:p>
      <w:pPr>
        <w:jc w:val="right"/>
      </w:pPr>
      <w:r>
        <w:t>یہاں بادشاہ اور رعایہ کا فرق مٹ جاتا ہے۔ یہاں مشرقی لباس اور مغربی لباس کے امتیازات فضا میں گم ہو جاتے ہیں۔</w:t>
      </w:r>
    </w:p>
    <w:p>
      <w:r>
        <w:rPr>
          <w:b/>
        </w:rPr>
        <w:t xml:space="preserve">[12:16] </w:t>
      </w:r>
      <w:r>
        <w:t>ehraam ke mushtarik libaas mein tamam log is tarah nazar aate hain ke jaise ke tamam logon ki sirf ek hasiyat hai.</w:t>
      </w:r>
    </w:p>
    <w:p>
      <w:pPr>
        <w:jc w:val="right"/>
      </w:pPr>
      <w:r>
        <w:t>احرام کے مشترک لباس میں تمام لوگ اس طرح نظر آتے ہیں کہ جیسے کہ تمام لوگوں کی صرف ایک حیثیت ہے۔</w:t>
      </w:r>
    </w:p>
    <w:p>
      <w:r>
        <w:rPr>
          <w:b/>
        </w:rPr>
        <w:t xml:space="preserve">[12:26] </w:t>
      </w:r>
      <w:r>
        <w:t>tamam log sirf ek Khuda ke bande hain. is ke siwa kisi ko koi aur hasiyat hasil nahi. hajj ke muqarrara marasim agarche makkah mein khatm ho jate hain, magar beshtar haji hajj se farigh ho kar madinah bhi jate hain.</w:t>
      </w:r>
    </w:p>
    <w:p>
      <w:pPr>
        <w:jc w:val="right"/>
      </w:pPr>
      <w:r>
        <w:t>تمام لوگ صرف ایک خدا کے بندے ہیں۔ اس کے سوا کسی کو کوئی اور حیثیت حاصل نہیں۔ حج کے مقررہ مراسم اگرچہ مکہ میں ختم ہو جاتے ہیں، مگر بیشتر حاجی حج سے فارغ ہو کر مدینہ بھی جاتے ہیں۔</w:t>
      </w:r>
    </w:p>
    <w:p>
      <w:r>
        <w:rPr>
          <w:b/>
        </w:rPr>
        <w:t xml:space="preserve">[12:44] </w:t>
      </w:r>
      <w:r>
        <w:t>madinah ka qadeem naam yasrab tha, magar peghambar-e-Islam ne apni zindagi ke aakhri zamane mein is ko apna markaz banaya.</w:t>
      </w:r>
    </w:p>
    <w:p>
      <w:pPr>
        <w:jc w:val="right"/>
      </w:pPr>
      <w:r>
        <w:t>مدینے کا قدیم نام یسرب تھا، مگر پیغمبر اسلام نے اپنی زندگی کے آخری زمانے میں اس کو اپنا مرکز بنایا۔</w:t>
      </w:r>
    </w:p>
    <w:p>
      <w:r>
        <w:rPr>
          <w:b/>
        </w:rPr>
        <w:t xml:space="preserve">[12:55] </w:t>
      </w:r>
      <w:r>
        <w:t>is waqt se is ka naam madinat un nabi yani nabi ka shehar par gaya. madinah isi ka ikhtisar hai. madinah mein rasool Allah sal Allah alaihi wasallam ki banai hui masjid hai.</w:t>
      </w:r>
    </w:p>
    <w:p>
      <w:pPr>
        <w:jc w:val="right"/>
      </w:pPr>
      <w:r>
        <w:t>اس وقت سے اس کا نام مدینۃ النبی یعنی نبی کا شہر پڑ گیا۔ مدینہ اسی کا اختصار ہے۔ مدینہ میں رسول اللہ صلی اللہ علیہ وسلم کی بنائی ہوئی مسجد ہے۔</w:t>
      </w:r>
    </w:p>
    <w:p>
      <w:r>
        <w:rPr>
          <w:b/>
        </w:rPr>
        <w:t xml:space="preserve">[13:09] </w:t>
      </w:r>
      <w:r>
        <w:t>yahan aap ki qabr hai. yahan aap ki peghambarana zindagi ke nishanat bikhre hue hain. in halaat mein haji jab madinah pahunchte hain to yeh un ke liye mazeed ittehad aur ijtimaiyat ka azeem sabak ban jata hai.</w:t>
      </w:r>
    </w:p>
    <w:p>
      <w:pPr>
        <w:jc w:val="right"/>
      </w:pPr>
      <w:r>
        <w:t>یہاں آپ کی قبر ہے۔ یہاں آپ کی پیغمبرانہ زندگی کے نشانات بکھرے ہوئے ہیں۔ ان حالات میں حاجی جب مدینہ پہنچتے ہیں تو یہ ان کے لیے مزید اتحاد اور اجتماعیت کا عظیم سبق بن جاتا ہے۔</w:t>
      </w:r>
    </w:p>
    <w:p>
      <w:r>
        <w:rPr>
          <w:b/>
        </w:rPr>
        <w:t xml:space="preserve">[13:28] </w:t>
      </w:r>
      <w:r>
        <w:t>yahan ki masjid-e-nabwi mein woh is yaad ko taza karte hain ke un ka rehnuma sirf ek hai. woh yahan se yeh ehsas le kar lauttte hain ke un ke andar khwah kitne hi jighrafi aur qaumi farq paaye jate hon, unhein ek hi peghambar ke bataye hue raaste par chalna hai.</w:t>
      </w:r>
    </w:p>
    <w:p>
      <w:pPr>
        <w:jc w:val="right"/>
      </w:pPr>
      <w:r>
        <w:t>یہاں کی مسجد نبوی میں وہ اس یاد کو تازہ کرتے ہیں کہ ان کا رہنما صرف ایک ہے۔ وہ یہاں سے یہ احساس لے کر لوٹتے ہیں کہ ان کے اندر خواہ کتنے ہی جغرافی اور قومی فرق پائے جاتے ہوں، انہیں ایک ہی پیغمبر کے بتائے ہوئے راستے پر چلنا ہے۔</w:t>
      </w:r>
    </w:p>
    <w:p>
      <w:r>
        <w:rPr>
          <w:b/>
        </w:rPr>
        <w:t xml:space="preserve">[13:49] </w:t>
      </w:r>
      <w:r>
        <w:t>unhein ek muqaddas hasti ko apni zindagi ka rehnuma banana hai. woh khwah kitne hi zyada aur kitne hi mukhtalif hon, magar un ka Khuda bhi ek hai aur un ka peghambar bhi ek.</w:t>
      </w:r>
    </w:p>
    <w:p>
      <w:pPr>
        <w:jc w:val="right"/>
      </w:pPr>
      <w:r>
        <w:t>انہیں ایک مقدس ہستی کو اپنی زندگی کا رہنما بنانا ہے۔ وہ خواہ کتنے ہی زیادہ اور کتنے ہی مختلف ہوں، مگر ان کا خدا بھی ایک ہے اور ان کا پیغمبر بھی ایک۔</w:t>
      </w:r>
    </w:p>
    <w:p>
      <w:r>
        <w:rPr>
          <w:b/>
        </w:rPr>
        <w:t xml:space="preserve">[14:14] </w:t>
      </w:r>
      <w:r>
        <w:t>hijr jameel quran ki surah muzammil mein ek hukum in alfaaz mein aaya hai: wa asbir ala ma yaqooloona wahjuruhum hajran jameela. urdu mutarjimeen ne is aayat ke jo tarajim kiye hain, un mein se chand yahan naqal kiye jate hain.</w:t>
      </w:r>
    </w:p>
    <w:p>
      <w:pPr>
        <w:jc w:val="right"/>
      </w:pPr>
      <w:r>
        <w:t>ہجر جمیل قرآن کی سورہ مزمل میں ایک حکم ان الفاظ میں آیا ہے: وَاصْبِرْ عَلَى مَا يَقُولُونَ وَاهْجُرْهُمْ حَجْرًا جَمِيلًا اردو مترجمین نے اس آیت کے جو ترجمے کیے ہیں، ان میں سے چند یہاں نقل کیے جاتے ہیں۔</w:t>
      </w:r>
    </w:p>
    <w:p>
      <w:r>
        <w:rPr>
          <w:b/>
        </w:rPr>
        <w:t xml:space="preserve">[14:37] </w:t>
      </w:r>
      <w:r>
        <w:t>shah abdul qadir is ka tarjuma is tarah karte hain: "aur sehta reh jo kehte rahen, aur chhod un</w:t>
      </w:r>
    </w:p>
    <w:p>
      <w:pPr>
        <w:jc w:val="right"/>
      </w:pPr>
      <w:r>
        <w:t>شاہ عبدالقادر اس کا ترجمہ اس طرح کرتے ہیں: "اور سہتا رہ جو کہتے رہیں، اور چھوڑ ان</w:t>
      </w:r>
    </w:p>
    <w:p>
      <w:r>
        <w:rPr>
          <w:b/>
        </w:rPr>
        <w:t xml:space="preserve">[14:45] </w:t>
      </w:r>
      <w:r>
        <w:t>ko bhali tarah ka chhodna."</w:t>
      </w:r>
    </w:p>
    <w:p>
      <w:pPr>
        <w:jc w:val="right"/>
      </w:pPr>
      <w:r>
        <w:t>کو بھلی طرح کا چھوڑنا۔"</w:t>
      </w:r>
    </w:p>
    <w:p>
      <w:r>
        <w:rPr>
          <w:b/>
        </w:rPr>
        <w:t xml:space="preserve">[14:48] </w:t>
      </w:r>
      <w:r>
        <w:t>ashraf ali thanvi ne is ka tarjuma is tarah kiya hai: "aur yeh log jo baatein karte hain,</w:t>
      </w:r>
    </w:p>
    <w:p>
      <w:pPr>
        <w:jc w:val="right"/>
      </w:pPr>
      <w:r>
        <w:t>اشرف علی تھانوی نے اس کا ترجمہ اس طرح کیا ہے: "اور یہ لوگ جو باتیں کرتے ہیں،</w:t>
      </w:r>
    </w:p>
    <w:p>
      <w:r>
        <w:rPr>
          <w:b/>
        </w:rPr>
        <w:t xml:space="preserve">[14:54] </w:t>
      </w:r>
      <w:r>
        <w:t>un par sabr karo, aur khoobsurti ke sath un se alag ho jao."</w:t>
      </w:r>
    </w:p>
    <w:p>
      <w:pPr>
        <w:jc w:val="right"/>
      </w:pPr>
      <w:r>
        <w:t>ان پر صبر کرو، اور خوبصورتی کے ساتھ ان سے الگ ہو جاؤ۔"</w:t>
      </w:r>
    </w:p>
    <w:p>
      <w:r>
        <w:rPr>
          <w:b/>
        </w:rPr>
        <w:t xml:space="preserve">[14:59] </w:t>
      </w:r>
      <w:r>
        <w:t>mahmood hasan deobandi ne is ka tarjuma is tarah kiya: "aur sehta reh jo kuch woh kehte rahen,</w:t>
      </w:r>
    </w:p>
    <w:p>
      <w:pPr>
        <w:jc w:val="right"/>
      </w:pPr>
      <w:r>
        <w:t>محمود حسن دیوبندی نے اس کا ترجمہ اس طرح کیا: "اور سہتا رہ جو کچھ وہ کہتے رہیں،</w:t>
      </w:r>
    </w:p>
    <w:p>
      <w:r>
        <w:rPr>
          <w:b/>
        </w:rPr>
        <w:t xml:space="preserve">[15:06] </w:t>
      </w:r>
      <w:r>
        <w:t>aur chhod de un ko bhali tarah ka chhodna."</w:t>
      </w:r>
    </w:p>
    <w:p>
      <w:pPr>
        <w:jc w:val="right"/>
      </w:pPr>
      <w:r>
        <w:t>اور چھوڑ دے ان کو بھلی طرح کا چھوڑنا۔"</w:t>
      </w:r>
    </w:p>
    <w:p>
      <w:r>
        <w:rPr>
          <w:b/>
        </w:rPr>
        <w:t xml:space="preserve">[15:10] </w:t>
      </w:r>
      <w:r>
        <w:t>ameen ahsan islahi ne is ka tarjuma aise kiya: "aur yeh log jo kuch kehte hain, is par</w:t>
      </w:r>
    </w:p>
    <w:p>
      <w:pPr>
        <w:jc w:val="right"/>
      </w:pPr>
      <w:r>
        <w:t>امین احسن اصلاحی نے اس کا ترجمہ ایسے کیا: "اور یہ لوگ جو کچھ کہتے ہیں، اس پر</w:t>
      </w:r>
    </w:p>
    <w:p>
      <w:r>
        <w:rPr>
          <w:b/>
        </w:rPr>
        <w:t xml:space="preserve">[15:15] </w:t>
      </w:r>
      <w:r>
        <w:t>sabr kar, aur un ko khoobsurti se nazar andaaz kar."</w:t>
      </w:r>
    </w:p>
    <w:p>
      <w:pPr>
        <w:jc w:val="right"/>
      </w:pPr>
      <w:r>
        <w:t>صبر کر، اور ان کو خوبصورتی سے نظر انداز کر۔"</w:t>
      </w:r>
    </w:p>
    <w:p>
      <w:r>
        <w:rPr>
          <w:b/>
        </w:rPr>
        <w:t xml:space="preserve">[15:19] </w:t>
      </w:r>
      <w:r>
        <w:t>ashiq ilahi ne is ka tarjuma is tarah</w:t>
      </w:r>
    </w:p>
    <w:p>
      <w:pPr>
        <w:jc w:val="right"/>
      </w:pPr>
      <w:r>
        <w:t>عاشق الہی نے اس کا ترجمہ اس طرح</w:t>
      </w:r>
    </w:p>
    <w:p>
      <w:r>
        <w:rPr>
          <w:b/>
        </w:rPr>
        <w:t xml:space="preserve">[15:21] </w:t>
      </w:r>
      <w:r>
        <w:t>kiya: "aur yeh log jo kuch kehte hain, us par sabr kijiye, aur khoobsurti ke sath un se alaihdagi ikhtiyar kijiye." abdul majeed daryabadi ka tarjuma kuch is tarah hai: "aur in baaton par sabr kiye rahiye jo yeh log kehte hain, aur un se khoobsurti ke sath alag ho jaiye." soofi abdul hameed swati ne is ka tarjuma is tarah kiya: "aur aye</w:t>
      </w:r>
    </w:p>
    <w:p>
      <w:pPr>
        <w:jc w:val="right"/>
      </w:pPr>
      <w:r>
        <w:t>کیا: "اور یہ لوگ جو کچھ کہتے ہیں، اس پر صبر کیجیے، اور خوبصورتی کے ساتھ ان سے علیحدگی اختیار کیجیے۔" عبدالماجد دریا آبادی کا ترجمہ کچھ اس طرح ہے: "اور ان باتوں پر صبر کیے رہیے جو یہ لوگ کہتے ہیں، اور ان سے خوبصورتی کے ساتھ الگ ہو جائیے۔" صوفی عبدالحمید سواتی نے اس کا ترجمہ اس طرح کیا: "اور اے</w:t>
      </w:r>
    </w:p>
    <w:p>
      <w:r>
        <w:rPr>
          <w:b/>
        </w:rPr>
        <w:t xml:space="preserve">[15:47] </w:t>
      </w:r>
      <w:r>
        <w:t>pehghambar! aap sabr karen in baaton par jo mukhalifeen kehte hain, aur aap khush usloobi ke sath un se kinara kash ho jayen." is aayat ka angrezi zaban mein tarjuma kiya jaye to woh is tarah hoga: "Endure patiently whatever they say, and avoid them in a decent manner." quran ki yeh aayat makki daur mein utri.</w:t>
      </w:r>
    </w:p>
    <w:p>
      <w:pPr>
        <w:jc w:val="right"/>
      </w:pPr>
      <w:r>
        <w:t>پیغمبر! آپ صبر کریں ان باتوں پر جو مخالفین کہتے ہیں، اور آپ خوش اسلوبی کے ساتھ ان سے کنارہ کش ہو جائیں۔" اس آیت کا انگریزی زبان میں ترجمہ کیا جائے تو وہ اس طرح ہوگا: "Endure patiently whatever they say, and avoid them in a decent manner." قرآن کی یہ آیت مکی دور میں اتری۔</w:t>
      </w:r>
    </w:p>
    <w:p>
      <w:r>
        <w:rPr>
          <w:b/>
        </w:rPr>
        <w:t xml:space="preserve">[16:13] </w:t>
      </w:r>
      <w:r>
        <w:t>is waqt makkah mein mushrikeen ka ghalba tha. yeh log samajhte the ke rasool aur ashaab-e-rasool ne un ke aabaai deen se un ka inhiraf kiya hai.</w:t>
      </w:r>
    </w:p>
    <w:p>
      <w:pPr>
        <w:jc w:val="right"/>
      </w:pPr>
      <w:r>
        <w:t>اس وقت مکہ میں مشرکین کا غلبہ تھا۔ یہ لوگ سمجھتے تھے کہ رسول اور اصحاب رسول نے ان کے آبائی دین سے انحراف کیا ہے۔</w:t>
      </w:r>
    </w:p>
    <w:p>
      <w:r>
        <w:rPr>
          <w:b/>
        </w:rPr>
        <w:t xml:space="preserve">[16:25] </w:t>
      </w:r>
      <w:r>
        <w:t>is bana par woh log rasool aur ashaab-e-rasool ko satane lagay. unhon nay aap ko aur aap kay sathiyon ko har qism ki takleefain pohanchain.</w:t>
      </w:r>
    </w:p>
    <w:p>
      <w:pPr>
        <w:jc w:val="right"/>
      </w:pPr>
      <w:r>
        <w:t>اس بنا پر وہ لوگ رسول اور اصحاب رسول کو ستانے لگے۔ انہوں نے آپ کو اور آپ کے ساتھیوں کو ہر قسم کی تکلیفیں پہنچائیں۔</w:t>
      </w:r>
    </w:p>
    <w:p>
      <w:r>
        <w:rPr>
          <w:b/>
        </w:rPr>
        <w:t xml:space="preserve">[16:37] </w:t>
      </w:r>
      <w:r>
        <w:t>is mahol mein quran ki yeh ayat utri. is mein khuda ki taraf say yeh hukum diya gaya kay tum log sabar karo aur hijr-e-jameel ka tareeqa ikhtiyar karo.</w:t>
      </w:r>
    </w:p>
    <w:p>
      <w:pPr>
        <w:jc w:val="right"/>
      </w:pPr>
      <w:r>
        <w:t>اس ماحول میں قرآن کی یہ آیت اتری۔ اس میں خدا کی طرف سے یہ حکم دیا گیا کہ تم لوگ صبر کرو اور ہجر جمیل کا طریقہ اختیار کرو۔</w:t>
      </w:r>
    </w:p>
    <w:p>
      <w:r>
        <w:rPr>
          <w:b/>
        </w:rPr>
        <w:t xml:space="preserve">[16:49] </w:t>
      </w:r>
      <w:r>
        <w:t>hijr-e-jameel kay lafzi maani hain khoobsurti kay sath chhodna. is ka matlab yeh hai kay in satanay walon kay sath husn-e-i'raaz ka tareeqa ikhtiyar karo.</w:t>
      </w:r>
    </w:p>
    <w:p>
      <w:pPr>
        <w:jc w:val="right"/>
      </w:pPr>
      <w:r>
        <w:t>ہجر جمیل کے لفظی معنی ہیں خوبصورتی کے ساتھ چھوڑنا۔ اس کا مطلب یہ ہے کہ ان ستانے والوں کے ساتھ حسن اعراض کا طریقہ اختیار کرو۔</w:t>
      </w:r>
    </w:p>
    <w:p>
      <w:r>
        <w:rPr>
          <w:b/>
        </w:rPr>
        <w:t xml:space="preserve">[17:01] </w:t>
      </w:r>
      <w:r>
        <w:t>in kay muamlay mein tumhara tareeqa manfi radd-e-amal ka tareeqa nahi hona chahiye, balkay musbat radd-e-amal ka tareeqa hona chahiye.</w:t>
      </w:r>
    </w:p>
    <w:p>
      <w:pPr>
        <w:jc w:val="right"/>
      </w:pPr>
      <w:r>
        <w:t>ان کے معاملے میں تمہارا طریقہ منفی ردعمل کا طریقہ نہیں ہونا چاہیے، بلکہ مثبت ردعمل کا طریقہ ہونا چاہیے۔</w:t>
      </w:r>
    </w:p>
    <w:p>
      <w:r>
        <w:rPr>
          <w:b/>
        </w:rPr>
        <w:t xml:space="preserve">[17:12] </w:t>
      </w:r>
      <w:r>
        <w:t>tum ko chahiye kay in kay muamlay mein darguzar karo aur in kay buray andaaz kay muqablay mein tum in kay sath acha andaaz ikhtiyar karo.</w:t>
      </w:r>
    </w:p>
    <w:p>
      <w:pPr>
        <w:jc w:val="right"/>
      </w:pPr>
      <w:r>
        <w:t>تم کو چاہیے کہ ان کے معاملے میں درگزر کرو اور ان کے برے انداز کے مقابلے میں تم ان کے ساتھ اچھا انداز اختیار کرو۔</w:t>
      </w:r>
    </w:p>
    <w:p>
      <w:r>
        <w:rPr>
          <w:b/>
        </w:rPr>
        <w:t xml:space="preserve">[17:23] </w:t>
      </w:r>
      <w:r>
        <w:t>mufassireen nay aam tor par yeh likha hai kay sabar aur hijr-e-jameel ka yeh hukum ayat-e-qital kay nuzool kay baad mansookh ho gaya, magar yeh aik ghalat tafseer hai.</w:t>
      </w:r>
    </w:p>
    <w:p>
      <w:pPr>
        <w:jc w:val="right"/>
      </w:pPr>
      <w:r>
        <w:t>مفسرین نے عام طور پر یہ لکھا ہے کہ صبر اور ہجر جمیل کا یہ حکم آیات قتال کے نزول کے بعد منسوخ ہو گیا، مگر یہ ایک غلط تفسیر ہے۔</w:t>
      </w:r>
    </w:p>
    <w:p>
      <w:r>
        <w:rPr>
          <w:b/>
        </w:rPr>
        <w:t xml:space="preserve">[17:36] </w:t>
      </w:r>
      <w:r>
        <w:t>hijr-e-jameel ya husn-e-i'raaz koi majboori ka fa'al nahi hai. yeh ahl-e-imaan ka aik musbat ravaiyya hai.</w:t>
      </w:r>
    </w:p>
    <w:p>
      <w:pPr>
        <w:jc w:val="right"/>
      </w:pPr>
      <w:r>
        <w:t>ہجر جمیل یا حسن اعراض کوئی مجبوری کا فعل نہیں ہے۔ یہ اہل ایمان کا ایک مثبت رویہ ہے۔</w:t>
      </w:r>
    </w:p>
    <w:p>
      <w:r>
        <w:rPr>
          <w:b/>
        </w:rPr>
        <w:t xml:space="preserve">[17:45] </w:t>
      </w:r>
      <w:r>
        <w:t>haqeeqat yeh hai kay momin manfi radd-e-amal ka tahammul nahi kar sakta. shikayat ki nafsiyat shukr kay jazbay ki qatil hai.</w:t>
      </w:r>
    </w:p>
    <w:p>
      <w:pPr>
        <w:jc w:val="right"/>
      </w:pPr>
      <w:r>
        <w:t>حقیقت یہ ہے کہ مومن منفی ردعمل کا تحمل نہیں کر سکتا۔ شکایت کی نفسیات شکر کے جذبے کی قاتل ہے۔</w:t>
      </w:r>
    </w:p>
    <w:p>
      <w:r>
        <w:rPr>
          <w:b/>
        </w:rPr>
        <w:t xml:space="preserve">[17:56] </w:t>
      </w:r>
      <w:r>
        <w:t>is liye momin yak-tarfa tor par shikayat kay jazbat ko khatam karta hai ta kay is kay andar shukr ka jazba majrooh na honay paye.</w:t>
      </w:r>
    </w:p>
    <w:p>
      <w:pPr>
        <w:jc w:val="right"/>
      </w:pPr>
      <w:r>
        <w:t>اس لیے مومن یکطرفہ طور پر شکایت کے جذبات کو ختم کرتا ہے تاکہ اس کے اندر شکر کا جذبہ مجروح نہ ہونے پائے۔</w:t>
      </w:r>
    </w:p>
    <w:p>
      <w:r>
        <w:rPr>
          <w:b/>
        </w:rPr>
        <w:t xml:space="preserve">[18:08] </w:t>
      </w:r>
      <w:r>
        <w:t>isi tarah nafrat ki nafsiyat mohabbat kay jazbay ki qatil hain. is liye momin nafrat ki nafsiyat ko apnay andar panpnay nahi deta ta kay is kay andar mohabbat-e-ilahi ka jazba poori tarah baqi rahay.</w:t>
      </w:r>
    </w:p>
    <w:p>
      <w:pPr>
        <w:jc w:val="right"/>
      </w:pPr>
      <w:r>
        <w:t>اسی طرح نفرت کی نفسیات محبت کے جذبے کی قاتل ہیں۔ اس لیے مومن نفرت کی نفسیات کو اپنے اندر پنپنے نہیں دیتا تاکہ اس کے اندر محبت الہی کا جذبہ پوری طرح باقی رہے۔</w:t>
      </w:r>
    </w:p>
    <w:p>
      <w:r>
        <w:rPr>
          <w:b/>
        </w:rPr>
        <w:t xml:space="preserve">[18:27] </w:t>
      </w:r>
      <w:r>
        <w:t>is kaam ko kabhi sakhti say karna parta hai aur kabhi husn-e-tadbeer say. hijr-e-jameel yani husn-e-i'raaz bazahir doosray kay muqablay mein hota hai, magar is ka ta'alluq khud apni zaat say hai.</w:t>
      </w:r>
    </w:p>
    <w:p>
      <w:pPr>
        <w:jc w:val="right"/>
      </w:pPr>
      <w:r>
        <w:t>اس کام کو کبھی سختی سے کرنا پڑتا ہے اور کبھی حسن تدبیر سے۔ ہجر جمیل یعنی حسن اعراض بظاہر دوسرے کے مقابلے میں ہوتا ہے، مگر اس کا تعلق خود اپنی ذات سے ہے۔</w:t>
      </w:r>
    </w:p>
    <w:p>
      <w:r>
        <w:rPr>
          <w:b/>
        </w:rPr>
        <w:t xml:space="preserve">[18:43] </w:t>
      </w:r>
      <w:r>
        <w:t>momin aakhri had tak yeh chahta hai kay is kay andar aala islami ehsas hamesha zinda rahay. kisi bhi haal mein is kay andar kami ya erosion na honay paye.</w:t>
      </w:r>
    </w:p>
    <w:p>
      <w:pPr>
        <w:jc w:val="right"/>
      </w:pPr>
      <w:r>
        <w:t>مومن آخری حد تک یہ چاہتا ہے کہ اس کے اندر اعلیٰ اسلامی احساس ہمیشہ زندہ رہے۔ کسی بھی حال میں اس کے اندر کمی یا ایروژن نہ ہونے پائے۔</w:t>
      </w:r>
    </w:p>
    <w:p>
      <w:r>
        <w:rPr>
          <w:b/>
        </w:rPr>
        <w:t xml:space="preserve">[18:57] </w:t>
      </w:r>
      <w:r>
        <w:t>quran kay mutabiq Allah nay kisi insaan kay andar do dil nahi banaye. yani insaan kay dil mein aik waqt mein do mutzaddad nafsiyat parwarish nahi pa sakti.</w:t>
      </w:r>
    </w:p>
    <w:p>
      <w:pPr>
        <w:jc w:val="right"/>
      </w:pPr>
      <w:r>
        <w:t>قرآن کے مطابق اللہ نے کسی انسان کے اندر دو دل نہیں بنائے۔ یعنی انسان کے دل میں بیک وقت دو متضاد نفسیات پرورش نہیں پا سکتیں۔</w:t>
      </w:r>
    </w:p>
    <w:p>
      <w:r>
        <w:rPr>
          <w:b/>
        </w:rPr>
        <w:t xml:space="preserve">[19:12] </w:t>
      </w:r>
      <w:r>
        <w:t>jo dil insaan say nafrat karay, aeen usi waqt woh khuda say mohabbat nahi kar sakta. jis dil kay andar insanon kay baray mein shikayatain bhari hui hon, woh dil kabhi khuda kay shukr say sarshaar nahi ho sakta.</w:t>
      </w:r>
    </w:p>
    <w:p>
      <w:pPr>
        <w:jc w:val="right"/>
      </w:pPr>
      <w:r>
        <w:t>جو دل انسان سے نفرت کرے، عین اسی وقت وہ خدا سے محبت نہیں کر سکتا۔ جس دل کے اندر انسانوں کے بارے میں شکایات بھری ہوئی ہوں، وہ دل کبھی خدا کے شکر سے سرشار نہیں ہو سکتا۔</w:t>
      </w:r>
    </w:p>
    <w:p>
      <w:r>
        <w:rPr>
          <w:b/>
        </w:rPr>
        <w:t xml:space="preserve">[19:32] </w:t>
      </w:r>
      <w:r>
        <w:t>jis aadmi ka seena intiqami nafsiyat ka jangla bana hua ho, woh khuda say talab-e-afw ki lazzat ka tajurba nahi kar sakta.</w:t>
      </w:r>
    </w:p>
    <w:p>
      <w:pPr>
        <w:jc w:val="right"/>
      </w:pPr>
      <w:r>
        <w:t>جس آدمی کا سینہ انتقامی نفسیات کا جنگل بنا ہوا ہو، وہ خدا سے طلبِ عفو کی لذت کا تجربہ نہیں کر سکتا۔</w:t>
      </w:r>
    </w:p>
    <w:p>
      <w:r>
        <w:rPr>
          <w:b/>
        </w:rPr>
        <w:t xml:space="preserve">[19:43] </w:t>
      </w:r>
      <w:r>
        <w:t>jo insaan zulm ki yaadon mein jee raha ho, woh khuda-e-rehman-o-raheem ki yaadon ka tajurba nahi kar sakta.</w:t>
      </w:r>
    </w:p>
    <w:p>
      <w:pPr>
        <w:jc w:val="right"/>
      </w:pPr>
      <w:r>
        <w:t>جو انسان ظلم کی یادوں میں جی رہا ہو، وہ خدائے رحمان و رحیم کی یادوں کا تجربہ نہیں کر سکتا۔</w:t>
      </w:r>
    </w:p>
    <w:p>
      <w:r>
        <w:rPr>
          <w:b/>
        </w:rPr>
        <w:t xml:space="preserve">[19:54] </w:t>
      </w:r>
      <w:r>
        <w:t>haqeeqat yeh hai kay sabar aur husn-e-i'raaz momin kay liye aik khud-hifazati tadbeer hai. yeh apnay aap ko is say bachana hai kay is kay seenay mein ghair-mominana nafsiyat ki parwarish honay lagay.</w:t>
      </w:r>
    </w:p>
    <w:p>
      <w:pPr>
        <w:jc w:val="right"/>
      </w:pPr>
      <w:r>
        <w:t>حقیقت یہ ہے کہ صبر اور حسن اعراض مومن کے لیے ایک خود حفاظتی تدبیر ہے۔ یہ اپنے آپ کو اس سے بچانا ہے کہ اس کے سینے میں غیر مومنانہ نفسیات کی پرورش ہونے لگے۔</w:t>
      </w:r>
    </w:p>
    <w:p>
      <w:r>
        <w:rPr>
          <w:b/>
        </w:rPr>
        <w:t xml:space="preserve">[20:11] </w:t>
      </w:r>
      <w:r>
        <w:t>is liye jab bhi aisa koi moqa pesh aata hai to momin keh uthta hai kay main is qism ki manfi soch ka tahammul nahi kar sakta.</w:t>
      </w:r>
    </w:p>
    <w:p>
      <w:pPr>
        <w:jc w:val="right"/>
      </w:pPr>
      <w:r>
        <w:t>اس لیے جب بھی ایسا کوئی موقع پیش آتا ہے تو مومن کہہ اٹھتا ہے کہ میں اس قسم کی منفی سوچ کا تحمل نہیں کر سکتا۔</w:t>
      </w:r>
    </w:p>
    <w:p>
      <w:r>
        <w:rPr>
          <w:b/>
        </w:rPr>
        <w:t xml:space="preserve">[20:23] </w:t>
      </w:r>
      <w:r>
        <w:t>yahan is muamlay ki mazeed wazahat kay liye rasool (SAW) aur ashaab-e-rasool ki zindagi say husn-e-i'raaz ki kuch amli misaalain darj ki jati hain.</w:t>
      </w:r>
    </w:p>
    <w:p>
      <w:pPr>
        <w:jc w:val="right"/>
      </w:pPr>
      <w:r>
        <w:t>یہاں اس معاملے کی مزید وضاحت کے لیے رسول صلی اللہ علیہ وسلم اور اصحاب رسول کی زندگی سے حسن اعراض کی کچھ عملی مثالیں درج کی جاتی ہیں۔</w:t>
      </w:r>
    </w:p>
    <w:p>
      <w:r>
        <w:rPr>
          <w:b/>
        </w:rPr>
        <w:t xml:space="preserve">[20:38] </w:t>
      </w:r>
      <w:r>
        <w:t>ibn-e-ishaq ki riwayat hai kay qadeem makkah kay quraish rasool Allah (SAW) ki hijwain kartay thay aur sab-o-shatm kartay thay.</w:t>
      </w:r>
    </w:p>
    <w:p>
      <w:pPr>
        <w:jc w:val="right"/>
      </w:pPr>
      <w:r>
        <w:t>ابن اسحاق کی روایت ہے کہ قدیم مکہ کے قریش رسول اللہ صلی اللہ علیہ وسلم کی حجوں کرتے تھے اور سب و شتم کرتے تھے۔</w:t>
      </w:r>
    </w:p>
    <w:p>
      <w:r>
        <w:rPr>
          <w:b/>
        </w:rPr>
        <w:t xml:space="preserve">[20:49] </w:t>
      </w:r>
      <w:r>
        <w:t>chunan-chay unhon nay aap ka naam Muhammad kay bajaye Muzamm rakh diya tha. Muhammad ka matlab hai tareef kiya hua.</w:t>
      </w:r>
    </w:p>
    <w:p>
      <w:pPr>
        <w:jc w:val="right"/>
      </w:pPr>
      <w:r>
        <w:t>چنانچہ انہوں نے آپ کا نام محمد کے بجائے مزمم رکھ دیا تھا۔ محمد کا مطلب ہے تعریف کیا ہوا۔</w:t>
      </w:r>
    </w:p>
    <w:p>
      <w:r>
        <w:rPr>
          <w:b/>
        </w:rPr>
        <w:t xml:space="preserve">[21:00] </w:t>
      </w:r>
      <w:r>
        <w:t>is kay bajaye woh aap ko Muzamm yani mazammat kiya hua kehtay thay. riwayat kay mutabiq rasool Allah (SAW) nay is kay jawab mein farmaya: أَلَا تَعْجَبُونَ لِمَا يَسْرِفُ اللّٰهُ عَنِّي مِنْ أَذَى قُرَيْشٍ يَسُبُّونَ وَيَهْجُونَ مُذَمَّمًا وَأَنَا مُحَمَّدٌ Seerat Ibn Hisham.</w:t>
      </w:r>
    </w:p>
    <w:p>
      <w:pPr>
        <w:jc w:val="right"/>
      </w:pPr>
      <w:r>
        <w:t>اس کے بجائے وہ آپ کو مزمم یعنی مذمت کیا ہوا کہتے تھے۔ روایت کے مطابق رسول اللہ صلی اللہ علیہ وسلم نے اس کے جواب میں فرمایا: أَلَا تَعْجَبُونَ لِمَا يَسْرِفُ اللّٰهُ عَنِّي مِنْ أَذَى قُرَيْشٍ يَسُبُّونَ وَيَهْجُونَ مُذَمَّمًا وَأَنَا مُحَمَّدٌ سیرت ابن ہشام۔</w:t>
      </w:r>
    </w:p>
    <w:p>
      <w:r>
        <w:rPr>
          <w:b/>
        </w:rPr>
        <w:t xml:space="preserve">[21:28] </w:t>
      </w:r>
      <w:r>
        <w:t>yani kiya tum ko ta'ajub nahi kay Allah nay mujhay quraish ki aziyat say kis tarah bacha liya? woh sab-o-shatm kartay hain aur Muzamm keh kar hijwain kartay hain, halankay main Muhammad hoon.</w:t>
      </w:r>
    </w:p>
    <w:p>
      <w:pPr>
        <w:jc w:val="right"/>
      </w:pPr>
      <w:r>
        <w:t>یعنی کیا تم کو تعجب نہیں کہ اللہ نے مجھے قریش کی اذیت سے کس طرح بچا لیا؟ وہ سب و شتم کرتے ہیں اور مزمم کہہ کر حجوں کرتے ہیں، حالانکہ میں محمد ہوں۔</w:t>
      </w:r>
    </w:p>
    <w:p>
      <w:r>
        <w:rPr>
          <w:b/>
        </w:rPr>
        <w:t xml:space="preserve">[21:43] </w:t>
      </w:r>
      <w:r>
        <w:t>paighambar-e-islam kay is qaul ko is tarah samjha ja sakta hai kay mislan quraish agar yeh kahain kay Muzamm majnoon hai to rasool Allah is ka bura asar na letay huay yeh keh dain gay kay tumhari yeh baat us kay upar paray gi jis ka naam Muzamm ho.</w:t>
      </w:r>
    </w:p>
    <w:p>
      <w:pPr>
        <w:jc w:val="right"/>
      </w:pPr>
      <w:r>
        <w:t>پیغمبر اسلام کے اس قول کو اس طرح سمجھا جا سکتا ہے کہ مثلاً قریش اگر یہ کہیں کہ مزمم مجنون ہے تو رسول اللہ اس کا برا اثر نہ لیتے ہوئے یہ کہہ دیں گے کہ تمہاری یہ بات اس کے اوپر پڑے گی جس کا نام مزمم ہو۔</w:t>
      </w:r>
    </w:p>
    <w:p>
      <w:r>
        <w:rPr>
          <w:b/>
        </w:rPr>
        <w:t xml:space="preserve">[22:05] </w:t>
      </w:r>
      <w:r>
        <w:t>mera naam to Muhammad hai. yeh husn-e-i'raaz ki aik lateef misaal hai. is tarah momin apnay aap ko is nuqsan say bachata hai kay kisi ki bad-goi is kay andar manfi nafsiyat paida karnay ka sabab ban jayay.</w:t>
      </w:r>
    </w:p>
    <w:p>
      <w:pPr>
        <w:jc w:val="right"/>
      </w:pPr>
      <w:r>
        <w:t>میرا نام تو محمد ہے۔ یہ حسن اعراض کی ایک لطیف مثال ہے۔ اس طرح مومن اپنے آپ کو اس نقصان سے بچاتا ہے کہ کسی کی بدگوئی اس کے اندر منفی نفسیات پیدا کرنے کا سبب بن جائے۔</w:t>
      </w:r>
    </w:p>
    <w:p>
      <w:r>
        <w:rPr>
          <w:b/>
        </w:rPr>
        <w:t xml:space="preserve">[22:25] </w:t>
      </w:r>
      <w:r>
        <w:t>momin ka qaul yeh hota hai ke main manfi jazbat ka tahammul nahi kar sakta. is tarah ke husn e'iraz ki aik dilchasp misaal doctor zakir hussain ke haan pai jati hai.</w:t>
      </w:r>
    </w:p>
    <w:p>
      <w:pPr>
        <w:jc w:val="right"/>
      </w:pPr>
      <w:r>
        <w:t>مومن کا قول یہ ہوتا ہے کہ میں منفی جذبات کا تحمل نہیں کر سکتا۔ اس طرح کے حسن اعراض کی ایک دلچسپ مثال ڈاکٹر ذاکر حسین کے ہاں پائی جاتی ہے۔</w:t>
      </w:r>
    </w:p>
    <w:p>
      <w:r>
        <w:rPr>
          <w:b/>
        </w:rPr>
        <w:t xml:space="preserve">[22:38] </w:t>
      </w:r>
      <w:r>
        <w:t>aik baar woh dilli ki aik sarak par apni gaari chala rahe thay, ittefaq se un ki gaari aik aur shakhs ki gaari se mamooli taur par takra gayi.</w:t>
      </w:r>
    </w:p>
    <w:p>
      <w:pPr>
        <w:jc w:val="right"/>
      </w:pPr>
      <w:r>
        <w:t>ایک بار وہ دہلی کی ایک سڑک پر اپنی گاڑی چلا رہے تھے، اتفاق سے ان کی گاڑی ایک اور شخص کی گاڑی سے معمولی طور پر ٹکرا گئی۔</w:t>
      </w:r>
    </w:p>
    <w:p>
      <w:r>
        <w:rPr>
          <w:b/>
        </w:rPr>
        <w:t xml:space="preserve">[22:51] </w:t>
      </w:r>
      <w:r>
        <w:t>un ki gaari mein ragar yaani dent aa gaya. is aadmi ne abhi nai gaari li thi. woh gaari rok kar utra. zakir sahib bhi apni gaari rok kar utre.</w:t>
      </w:r>
    </w:p>
    <w:p>
      <w:pPr>
        <w:jc w:val="right"/>
      </w:pPr>
      <w:r>
        <w:t>ان کی گاڑی میں رگڑ یعنی ڈینٹ آ گیا۔ اس آدمی نے ابھی نئی گاڑی لی تھی۔ وہ گاڑی روک کر اترا۔ ذاکر صاحب بھی اپنی گاڑی روک کر اتر گئے۔</w:t>
      </w:r>
    </w:p>
    <w:p>
      <w:r>
        <w:rPr>
          <w:b/>
        </w:rPr>
        <w:t xml:space="preserve">[23:03] </w:t>
      </w:r>
      <w:r>
        <w:t>is aadmi ne zakir sahib ki taraf ghusse se dekhte hue kaha ke "idiot". is angrezi lafz ke maani hotay hain ahmaq.</w:t>
      </w:r>
    </w:p>
    <w:p>
      <w:pPr>
        <w:jc w:val="right"/>
      </w:pPr>
      <w:r>
        <w:t>اس آدمی نے ذاکر صاحب کی طرف غصے سے دیکھتے ہوئے کہا کہ "ایڈیکٹ"۔ اس انگریزی لفظ کے معنی ہوتے ہیں احمق۔</w:t>
      </w:r>
    </w:p>
    <w:p>
      <w:r>
        <w:rPr>
          <w:b/>
        </w:rPr>
        <w:t xml:space="preserve">[23:13] </w:t>
      </w:r>
      <w:r>
        <w:t>zakir sahib ne jawabi ghussa nahi dikhaya. unhon ne us ki baat ko nazar andaz karte hue narmi se kaha: "sir, i am not mr. edict, i am zakir hussain." janab, main mr. edict nahi hoon, main zakir hussain hoon.</w:t>
      </w:r>
    </w:p>
    <w:p>
      <w:pPr>
        <w:jc w:val="right"/>
      </w:pPr>
      <w:r>
        <w:t>ذاکر صاحب نے جوابی غصہ نہیں دکھایا۔ انہوں نے اس کی بات کو نظر انداز کرتے ہوئے نرمی سے کہا: "سر، آئی ایم ناٹ مسٹر ایڈیکٹ، آئی ایم ذاکر حسین۔" جناب، میں مسٹر ایڈیکٹ نہیں ہوں، میں ذاکر حسین ہوں۔</w:t>
      </w:r>
    </w:p>
    <w:p>
      <w:r>
        <w:rPr>
          <w:b/>
        </w:rPr>
        <w:t xml:space="preserve">[23:30] </w:t>
      </w:r>
      <w:r>
        <w:t>yeh sun kar us aadmi ka ghussa thanda ho gaya. "sorry" keh kar woh khamoshi ke sath apni gaari par baitha aur aage ke liye rawana ho gaya.</w:t>
      </w:r>
    </w:p>
    <w:p>
      <w:pPr>
        <w:jc w:val="right"/>
      </w:pPr>
      <w:r>
        <w:t>یہ سن کر اس آدمی کا غصہ ٹھنڈا ہو گیا۔ "سوری" کہہ کر وہ خاموشی کے ساتھ اپنی گاڑی پر بیٹھا اور آگے کے لیے روانہ ہو گیا۔</w:t>
      </w:r>
    </w:p>
    <w:p>
      <w:r>
        <w:rPr>
          <w:b/>
        </w:rPr>
        <w:t xml:space="preserve">[23:40] </w:t>
      </w:r>
      <w:r>
        <w:t>hijrat ke baad hudaybiyah ka waqia pesh aaya. makkah ke sardaron ne rasool ALLAH (SAW) ko aur aap ke sahaba ko makkah mein dakhil hone se rok diya.</w:t>
      </w:r>
    </w:p>
    <w:p>
      <w:pPr>
        <w:jc w:val="right"/>
      </w:pPr>
      <w:r>
        <w:t>ہجرت کے بعد حدیبیہ کا واقعہ پیش آیا۔ مکہ کے سرداروں نے رسول اللہ صلی اللہ علیہ وسلم کو اور آپ کے صحابہ کو مکہ میں داخل ہونے سے روک دیا۔</w:t>
      </w:r>
    </w:p>
    <w:p>
      <w:r>
        <w:rPr>
          <w:b/>
        </w:rPr>
        <w:t xml:space="preserve">[23:55] </w:t>
      </w:r>
      <w:r>
        <w:t>us waqt hudaybiyah ke maqam par dono fareeqon ke darmiyan aik muahida aman tayyar kiya gaya. is muahiday ke waqt quraish ne zid ka muzahira bhi kiya aur tashaddud ka muzahira bhi.</w:t>
      </w:r>
    </w:p>
    <w:p>
      <w:pPr>
        <w:jc w:val="right"/>
      </w:pPr>
      <w:r>
        <w:t>اس وقت حدیبیہ کے مقام پر دونوں فریقوں کے درمیان ایک معاہدہ امن تیار کیا گیا۔ اس معاہدے کے وقت قریش نے ضد کا مظاہرہ بھی کیا اور تشدد کا مظاہرہ بھی۔</w:t>
      </w:r>
    </w:p>
    <w:p>
      <w:r>
        <w:rPr>
          <w:b/>
        </w:rPr>
        <w:t xml:space="preserve">[24:09] </w:t>
      </w:r>
      <w:r>
        <w:t>unhon ne israr kiya ke un ki yak tarfa sharton par muahida kiya jaye. ashab e rasool ko is se be had takleef hui.</w:t>
      </w:r>
    </w:p>
    <w:p>
      <w:pPr>
        <w:jc w:val="right"/>
      </w:pPr>
      <w:r>
        <w:t>انہوں نے اصرار کیا کہ ان کی یکطرفہ شرطوں پر معاہدہ کیا جائے۔ اصحاب رسول کو اس سے بے حد تکلیف ہوئی۔</w:t>
      </w:r>
    </w:p>
    <w:p>
      <w:r>
        <w:rPr>
          <w:b/>
        </w:rPr>
        <w:t xml:space="preserve">[24:19] </w:t>
      </w:r>
      <w:r>
        <w:t>is tarah ki sharton par muahida karna un ko bazahir aik zalat ka muahida maloom hota tha. us waqt rasool ALLAH (SAW) ne yeh farmaya: la tad'ooni quraish al-yawm ila khuttatin yas'aloonani fiha silat al-rahmi illa 'ataytuhum iyyaha. (seerat ibn e hisham).</w:t>
      </w:r>
    </w:p>
    <w:p>
      <w:pPr>
        <w:jc w:val="right"/>
      </w:pPr>
      <w:r>
        <w:t>اس طرح کی شرطوں پر معاہدہ کرنا ان کو بظاہر ایک ذلت کا معاہدہ معلوم ہوتا تھا۔ اس وقت رسول اللہ صلی اللہ علیہ وسلم نے یہ فرمایا: لَا تَدْعُونِي قُرَيْشَ الْيَوْمِ إِلَى خُطَّةٍ يَسْأَلُونَنِي فِيهَا صِلَةُ الرَّحْمِ إِلَّا عَطَيْتُهُمْ إِيَّاها سیرت ابن ہشام۔</w:t>
      </w:r>
    </w:p>
    <w:p>
      <w:r>
        <w:rPr>
          <w:b/>
        </w:rPr>
        <w:t xml:space="preserve">[24:44] </w:t>
      </w:r>
      <w:r>
        <w:t>yani quraish aaj jo khaka bhi pesh karein ge, bashart ke us mein sila rehmi ko malhooz rakha gaya ho, main zaroor us par raazi ho jaunga.</w:t>
      </w:r>
    </w:p>
    <w:p>
      <w:pPr>
        <w:jc w:val="right"/>
      </w:pPr>
      <w:r>
        <w:t>یعنی قریش آج جو خاکہ بھی پیش کریں گے، بشرط کہ اس میں صلہ رحمی کو ملحوظ رکھا گیا ہو، میں ضرور اس پر راضی ہو جاؤں گا۔</w:t>
      </w:r>
    </w:p>
    <w:p>
      <w:r>
        <w:rPr>
          <w:b/>
        </w:rPr>
        <w:t xml:space="preserve">[24:57] </w:t>
      </w:r>
      <w:r>
        <w:t>dushman ki yak tarfa sharton ko manna aik sakht nagawar mamla tha, magar aap ne mazkoorah baat keh kar is nagawar ko aik khushgawar mamla bana liya.</w:t>
      </w:r>
    </w:p>
    <w:p>
      <w:pPr>
        <w:jc w:val="right"/>
      </w:pPr>
      <w:r>
        <w:t>دشمن کی یکطرفہ شرطوں کو ماننا ایک سخت ناگوار معاملہ تھا، مگر آپ نے مذکورہ بات کہہ کر اس ناگوار کو ایک خوشگوار معاملہ بنا لیا۔</w:t>
      </w:r>
    </w:p>
    <w:p>
      <w:r>
        <w:rPr>
          <w:b/>
        </w:rPr>
        <w:t xml:space="preserve">[25:11] </w:t>
      </w:r>
      <w:r>
        <w:t>paighambar e islam ka yeh qaul hijr e jameel ki aik hakimana misaal hai. qadeem arbon ke nazdeek sila rehmi bohat bari insani qadar samjhi jati thi,</w:t>
      </w:r>
    </w:p>
    <w:p>
      <w:pPr>
        <w:jc w:val="right"/>
      </w:pPr>
      <w:r>
        <w:t>پیغمبر اسلام کا یہ قول ہجر جمیل کی ایک حکیمانہ مثال ہے۔ قدیم عربوں کے نزدیک صلہ رحمی بہت بڑی انسانی قدر سمجھی جاتی تھی،</w:t>
      </w:r>
    </w:p>
    <w:p>
      <w:r>
        <w:rPr>
          <w:b/>
        </w:rPr>
        <w:t xml:space="preserve">[25:26] </w:t>
      </w:r>
      <w:r>
        <w:t>aur qata' rehmi ko woh bohat bura samajhte thay. is liye is ka sawal hi na tha ke woh muahiday ke liye aisa khaka pesh karein jis mein qata' rehmi ki dafa rakhi gayi ho.</w:t>
      </w:r>
    </w:p>
    <w:p>
      <w:pPr>
        <w:jc w:val="right"/>
      </w:pPr>
      <w:r>
        <w:t>اور قطع رحمی کو وہ بہت برا سمجھتے تھے۔ اس لیے اس کا سوال ہی نہ تھا کہ وہ معاہدے کے لیے ایسا خاکہ پیش کریں جس میں قطع رحمی کی دفع رکھی گئی ہو۔</w:t>
      </w:r>
    </w:p>
    <w:p>
      <w:r>
        <w:rPr>
          <w:b/>
        </w:rPr>
        <w:t xml:space="preserve">[25:41] </w:t>
      </w:r>
      <w:r>
        <w:t>ba'aitabar haqeeqat, rasool ALLAH (SAW) yeh kehna chahte thay ke main har qeemat par quraish se sulah kar lunga. is baat ko kehne ke baz'e't tareeqay ke taur par aap ne farmaya ke main quraish ki taraf se sulah ke har khake ko manzoor kar lunga, bashart ke us mein qata' rehmi na paya jata ho.</w:t>
      </w:r>
    </w:p>
    <w:p>
      <w:pPr>
        <w:jc w:val="right"/>
      </w:pPr>
      <w:r>
        <w:t>باعتبار حقیقت، رسول اللہ یہ کہنا چاہتے تھے کہ میں ہر قیمت پر قریش سے صلح کر لوں گا۔ اس بات کو کہنے کے باعزت طریقے کے طور پر آپ نے فرمایا کہ میں قریش کی طرف سے صلح کے ہر خاکے کو منظور کر لوں گا، بشرط کہ اس میں قطع رحم نہ پایا جاتا ہو۔</w:t>
      </w:r>
    </w:p>
    <w:p>
      <w:r>
        <w:rPr>
          <w:b/>
        </w:rPr>
        <w:t xml:space="preserve">[26:05] </w:t>
      </w:r>
      <w:r>
        <w:t>halankay peshgi taur par yeh maloom tha ke woh qata' rehmi ki shart kabhi nahi rakhein ge. rasool ALLAH (SAW) makkah se hijrat kar ke madinah aaye to jald hi yahan ke bashindon ki aksariyat islam mein dakhil ho gayi.</w:t>
      </w:r>
    </w:p>
    <w:p>
      <w:pPr>
        <w:jc w:val="right"/>
      </w:pPr>
      <w:r>
        <w:t>حالانکہ پیشگی طور پر یہ معلوم تھا کہ وہ قطع رحم کی شرط کبھی نہیں رکھیں گے۔ رسول اللہ صلی اللہ علیہ وسلم مکہ سے ہجرت کر کے مدینہ آئے تو جلد ہی یہاں کے باشندوں کی اکثریت اسلام میں داخل ہو گئی۔</w:t>
      </w:r>
    </w:p>
    <w:p>
      <w:r>
        <w:rPr>
          <w:b/>
        </w:rPr>
        <w:t xml:space="preserve">[26:25] </w:t>
      </w:r>
      <w:r>
        <w:t>us waqt madinah mein aik shakhs tha jis ka naam abdullah bin abi tha. woh apne zamanay ka aik bara leader tha.</w:t>
      </w:r>
    </w:p>
    <w:p>
      <w:pPr>
        <w:jc w:val="right"/>
      </w:pPr>
      <w:r>
        <w:t>اس وقت مدینہ میں ایک شخص تھا جس کا نام عبداللہ بن ابی تھا۔ وہ اپنے زمانے کا ایک بڑا لیڈر تھا۔</w:t>
      </w:r>
    </w:p>
    <w:p>
      <w:r>
        <w:rPr>
          <w:b/>
        </w:rPr>
        <w:t xml:space="preserve">[26:36] </w:t>
      </w:r>
      <w:r>
        <w:t>woh bhi agarche apne qabeelay walon ke sath islam mein dakhil ho gaya, magar us ke dil mein rasool ALLAH (SAW) ke khilaf hasad ka jazba tha,</w:t>
      </w:r>
    </w:p>
    <w:p>
      <w:pPr>
        <w:jc w:val="right"/>
      </w:pPr>
      <w:r>
        <w:t>وہ بھی اگرچہ اپنے قبیلے والوں کے ساتھ اسلام میں داخل ہو گیا، مگر اس کے دل میں رسول اللہ صلی اللہ علیہ وسلم کے خلاف حسد کا جذبہ تھا،</w:t>
      </w:r>
    </w:p>
    <w:p>
      <w:r>
        <w:rPr>
          <w:b/>
        </w:rPr>
        <w:t xml:space="preserve">[26:49] </w:t>
      </w:r>
      <w:r>
        <w:t>jis ki wajah se woh aksar aap ke khilaf shar angez baatein kiya karta tha. rasool ALLAH (SAW) ne is mamle ka zikr madinah ke aik musalman, usayd bin huzayr, se kiya.</w:t>
      </w:r>
    </w:p>
    <w:p>
      <w:pPr>
        <w:jc w:val="right"/>
      </w:pPr>
      <w:r>
        <w:t>جس کی وجہ سے وہ اکثر آپ کے خلاف شر انگیز باتیں کیا کرتا تھا۔ رسول اللہ صلی اللہ علیہ وسلم نے اس معاملے کا ذکر مدینہ کے ایک مسلمان، اسید بن حزیر، سے کیا۔</w:t>
      </w:r>
    </w:p>
    <w:p>
      <w:r>
        <w:rPr>
          <w:b/>
        </w:rPr>
        <w:t xml:space="preserve">[27:04] </w:t>
      </w:r>
      <w:r>
        <w:t>unhon ne is ka jawab dete hue kaha: ya rasool ALLAH urfuq bihi fawallahi laqad ja'ana ALLAHU bika wa inna qawmahu layunazzimuna lahu al-kharaza liyutawwijuhu fa innahu layara annaka qad istalabtahu mulkan. yani aye ALLAH ke rasool, us ke sath narmi ka muamla kijiye.</w:t>
      </w:r>
    </w:p>
    <w:p>
      <w:pPr>
        <w:jc w:val="right"/>
      </w:pPr>
      <w:r>
        <w:t>انہوں نے اس کا جواب دیتے ہوئے کہا: يَا رَسُولَ اللّٰهِ اُرْفُقْ بِهِ فَوَاللّٰهِ لَقَدْ جَاءَنَا اللّٰهُ بِكَ وَإِنَّ قَوْمَهُ لَيُنَزِّمُونَ لَهُ الْخَرَزَ لِيُتَوِّجُوهُ فَإِنَّهُ لَيَرَى أَنَّكَ قَدْ اِسْتَلَبْتَهُ مُلْكًا یعنی اے خدا کے رسول، اس کے ساتھ نرمی کا معاملہ کیجیے۔</w:t>
      </w:r>
    </w:p>
    <w:p>
      <w:r>
        <w:rPr>
          <w:b/>
        </w:rPr>
        <w:t xml:space="preserve">[27:30] </w:t>
      </w:r>
      <w:r>
        <w:t>ALLAH ki qasam, ALLAH aap ko hamare paas le aaya, aur us ki qom ke log us ke liye jawahir ka taj tayyar kar rahe thay taake woh us ko badshah bana sake.</w:t>
      </w:r>
    </w:p>
    <w:p>
      <w:pPr>
        <w:jc w:val="right"/>
      </w:pPr>
      <w:r>
        <w:t>خدا کی قسم، اللہ آپ کو ہمارے پاس لے آیا، اور اس کی قوم کے لوگ اس کے لیے جواہر کا تاج تیار کر رہے تھے تاکہ وہ اس کو بادشاہ بنائے۔</w:t>
      </w:r>
    </w:p>
    <w:p>
      <w:r>
        <w:rPr>
          <w:b/>
        </w:rPr>
        <w:t xml:space="preserve">[27:43] </w:t>
      </w:r>
      <w:r>
        <w:t>woh mehsoos karta hai ke aap ne us ka maqam us se cheen liya hai. yeh husn e'iraz ki aik hakimana misaal hai.</w:t>
      </w:r>
    </w:p>
    <w:p>
      <w:pPr>
        <w:jc w:val="right"/>
      </w:pPr>
      <w:r>
        <w:t>وہ محسوس کرتا ہے کہ آپ نے اس کا مقام اس سے چھین لیا ہے۔ یہ حسن اعراض کی ایک حکیمانہ مثال ہے۔</w:t>
      </w:r>
    </w:p>
    <w:p>
      <w:r>
        <w:rPr>
          <w:b/>
        </w:rPr>
        <w:t xml:space="preserve">[27:53] </w:t>
      </w:r>
      <w:r>
        <w:t>aik soorat yeh thi ke abdullah bin abi ki shar angezi ka jawab sakhti ke sath diya jata. sahabi ne goya apne jawab mein yeh bataya ke is mamle mein sakhti ki zaroorat nahi,</w:t>
      </w:r>
    </w:p>
    <w:p>
      <w:pPr>
        <w:jc w:val="right"/>
      </w:pPr>
      <w:r>
        <w:t>ایک صورت یہ تھی کہ عبداللہ بن ابی کی شر انگیزی کا جواب سختی کے ساتھ دیا جاتا۔ صحابی نے گویا اپنے جواب میں یہ بتایا کہ اس معاملے میں سختی کی ضرورت نہیں،</w:t>
      </w:r>
    </w:p>
    <w:p>
      <w:r>
        <w:rPr>
          <w:b/>
        </w:rPr>
        <w:t xml:space="preserve">[28:08] </w:t>
      </w:r>
      <w:r>
        <w:t>husn e'iraz hi is maslay ko khatam karne ke liye kafi hai. oopar hijr e jameel ki woh misalein hain jo satar mein hoti hain.</w:t>
      </w:r>
    </w:p>
    <w:p>
      <w:pPr>
        <w:jc w:val="right"/>
      </w:pPr>
      <w:r>
        <w:t>حسن اعراض ہی اس مسئلے کو ختم کرنے کے لیے کافی ہے۔ اوپر ہجر جمیل کی وہ مثالیں ہیں جو ستور میں ہوتی ہیں۔</w:t>
      </w:r>
    </w:p>
    <w:p>
      <w:r>
        <w:rPr>
          <w:b/>
        </w:rPr>
        <w:t xml:space="preserve">[28:19] </w:t>
      </w:r>
      <w:r>
        <w:t>ab aik bain us satar ki misaal lijiye. jab kisi mamle mein hijr e jameel ka tareeqa ikhtiyar kiya jaye to us mein aik aur baat posheeda hoti hai, jo agarche zaban se boli nahi jati,</w:t>
      </w:r>
    </w:p>
    <w:p>
      <w:pPr>
        <w:jc w:val="right"/>
      </w:pPr>
      <w:r>
        <w:t>اب ایک بین السطور کی مثال لیجیے۔ جب کسی معاملے میں ہجر جمیل کا طریقہ اختیار کیا جائے تو اس میں ایک اور بات پوشیدہ ہوتی ہے، جو اگرچہ زبان سے بولی نہیں جاتی،</w:t>
      </w:r>
    </w:p>
    <w:p>
      <w:r>
        <w:rPr>
          <w:b/>
        </w:rPr>
        <w:t xml:space="preserve">[28:36] </w:t>
      </w:r>
      <w:r>
        <w:t>magar woh haqeeqi matloob ke taur par is mein shamil rehti hai. is ki aik misaal Hudaybiyah ka muahida hai.</w:t>
      </w:r>
    </w:p>
    <w:p>
      <w:pPr>
        <w:jc w:val="right"/>
      </w:pPr>
      <w:r>
        <w:t>مگر وہ حقیقی مطلوب کے طور پر اس میں شامل رہتی ہے۔ اس کی ایک مثال حدیبیہ کا معاہدہ ہے۔</w:t>
      </w:r>
    </w:p>
    <w:p>
      <w:r>
        <w:rPr>
          <w:b/>
        </w:rPr>
        <w:t xml:space="preserve">[28:45] </w:t>
      </w:r>
      <w:r>
        <w:t>Hudaybiyah ke maqam par Rasool Allah Sal Allah Alayhi Wasallam ne do haftay qayam farmaya. is douran Quraish ne mukhtalif qism ki ziyadatiyan kin, maslan aik sahabi ko tanha pa kar unhein teer maar kar halak kar diya.</w:t>
      </w:r>
    </w:p>
    <w:p>
      <w:pPr>
        <w:jc w:val="right"/>
      </w:pPr>
      <w:r>
        <w:t>حدیبیہ کے مقام پر رسول اللہ صلی اللہ علیہ وسلم نے دو ہفتے قیام فرمایا۔ اس دوران قریش نے مختلف قسم کی زیادتیاں کیں، مثلاً ایک صحابی کو تنہا پا کر انہیں تیر مار کر ہلاک کر دیا۔</w:t>
      </w:r>
    </w:p>
    <w:p>
      <w:r>
        <w:rPr>
          <w:b/>
        </w:rPr>
        <w:t xml:space="preserve">[29:04] </w:t>
      </w:r>
      <w:r>
        <w:t>aik baar Rasool Allah Sal Allah Alayhi Wasallam apne sahaba ke sath bajamat namaz ada kar rahay thay, itnay mein Quraish ke kuch log aaye aur aap par teer barsanay lagay.</w:t>
      </w:r>
    </w:p>
    <w:p>
      <w:pPr>
        <w:jc w:val="right"/>
      </w:pPr>
      <w:r>
        <w:t>ایک بار رسول اللہ صلی اللہ علیہ وسلم اپنے صحابہ کے ساتھ باجماعت نماز ادا کر رہے تھے، اتنے میں قریش کے کچھ لوگ آئے اور آپ پر تیر برسانے لگے۔</w:t>
      </w:r>
    </w:p>
    <w:p>
      <w:r>
        <w:rPr>
          <w:b/>
        </w:rPr>
        <w:t xml:space="preserve">[29:17] </w:t>
      </w:r>
      <w:r>
        <w:t>is tarah ki ishtial angez soorat-e-haal ke bawajood Rasool Allah Sal Allah Alayhi Wasallam ne Quraish se das saal ka aman muahida kar liya.</w:t>
      </w:r>
    </w:p>
    <w:p>
      <w:pPr>
        <w:jc w:val="right"/>
      </w:pPr>
      <w:r>
        <w:t>اس طرح کی اشتعال انگیز صورتحال کے باوجود رسول اللہ صلی اللہ علیہ وسلم نے قریش سے دس سال کا امن معاہدہ کر لیا۔</w:t>
      </w:r>
    </w:p>
    <w:p>
      <w:r>
        <w:rPr>
          <w:b/>
        </w:rPr>
        <w:t xml:space="preserve">[29:28] </w:t>
      </w:r>
      <w:r>
        <w:t>is muahiday ki daf'aat Hazrat Umar par sakht nagawar theen. woh Hazrat Abu Bakr ke paas aaye aur kaha: YA ABU BAKR ALAYSA BI RASOOLI ALLAH?</w:t>
      </w:r>
    </w:p>
    <w:p>
      <w:pPr>
        <w:jc w:val="right"/>
      </w:pPr>
      <w:r>
        <w:t>اس معاہدے کی دفعات حضرت عمر پر سخت ناگوار تھیں۔ وہ حضرت ابوبکر کے پاس آئے اور کہا: يَا أَبَا بَكْرٍ أَلَيْسَ بِرَسُولِ اللّٰهِ؟</w:t>
      </w:r>
    </w:p>
    <w:p>
      <w:r>
        <w:rPr>
          <w:b/>
        </w:rPr>
        <w:t xml:space="preserve">[29:42] </w:t>
      </w:r>
      <w:r>
        <w:t>QALA BALA.</w:t>
      </w:r>
    </w:p>
    <w:p>
      <w:pPr>
        <w:jc w:val="right"/>
      </w:pPr>
      <w:r>
        <w:t>قَالَ بَلَىٰ.</w:t>
      </w:r>
    </w:p>
    <w:p>
      <w:r>
        <w:rPr>
          <w:b/>
        </w:rPr>
        <w:t xml:space="preserve">[29:43] </w:t>
      </w:r>
      <w:r>
        <w:t>QALA AWALAYSA BI AL MUSLIMEEN? QALA BALA. QALA AWALAYSA BI AL MUSRIKEEN? QALA BALA</w:t>
      </w:r>
    </w:p>
    <w:p>
      <w:pPr>
        <w:jc w:val="right"/>
      </w:pPr>
      <w:r>
        <w:t>قَالَ أَوَلَسْنَا بِالْمُسْلِمِينَ؟ قَالَ بَلَىٰ. قَالَ أَوْلَيْسُ بِالْمُشْرِكِينَ؟ قَالَ بَلَىٰ</w:t>
      </w:r>
    </w:p>
    <w:p>
      <w:r>
        <w:rPr>
          <w:b/>
        </w:rPr>
        <w:t xml:space="preserve">[29:52] </w:t>
      </w:r>
      <w:r>
        <w:t>. QALA FA ALAA MA NU'TU AL DANIYATA FI DEENINA yani aye Abu Bakr, kya Muhammad Allah ke Rasool nahi?</w:t>
      </w:r>
    </w:p>
    <w:p>
      <w:pPr>
        <w:jc w:val="right"/>
      </w:pPr>
      <w:r>
        <w:t>. قَالَ فَعَلَا مَا نُؤْتِ الدَّنِيَةَ فِي دِينِنَا یعنی اے ابوبکر، کیا محمد اللہ کے رسول نہیں؟</w:t>
      </w:r>
    </w:p>
    <w:p>
      <w:r>
        <w:rPr>
          <w:b/>
        </w:rPr>
        <w:t xml:space="preserve">[30:01] </w:t>
      </w:r>
      <w:r>
        <w:t>unhon ne kaha ke haan. Umar ne kaha, kya hum Musalman nahi? unhon ne kaha ke haan. Umar ne kaha ke kya woh mushrik nahi?</w:t>
      </w:r>
    </w:p>
    <w:p>
      <w:pPr>
        <w:jc w:val="right"/>
      </w:pPr>
      <w:r>
        <w:t>انہوں نے کہا کہ ہاں۔ عمر نے کہا، کیا ہم مسلمان نہیں؟ انہوں نے کہا کہ ہاں۔ عمر نے کہا کہ کیا وہ مشرک نہیں؟</w:t>
      </w:r>
    </w:p>
    <w:p>
      <w:r>
        <w:rPr>
          <w:b/>
        </w:rPr>
        <w:t xml:space="preserve">[30:12] </w:t>
      </w:r>
      <w:r>
        <w:t>unhon ne kaha ke haan. Umar ne kaha ke phir hum apne deen mein yeh zalalat kyun gawara karein?</w:t>
      </w:r>
    </w:p>
    <w:p>
      <w:pPr>
        <w:jc w:val="right"/>
      </w:pPr>
      <w:r>
        <w:t>انہوں نے کہا کہ ہاں۔ عمر نے کہا کہ پھر ہم اپنے دین میں یہ ذلت کیوں گوارا کریں؟</w:t>
      </w:r>
    </w:p>
    <w:p>
      <w:r>
        <w:rPr>
          <w:b/>
        </w:rPr>
        <w:t xml:space="preserve">[30:20] </w:t>
      </w:r>
      <w:r>
        <w:t>riwayat ke mutabiq Hazrat Umar ne yahi baat khud Rasool Allah Sal Allah Alayhi Wasallam se bhi ki. yahan ghor talab amar yeh hai ke Rasool Allah Sal Allah Alayhi Wasallam ne Quraish ki ziyadatiyon ke bawajood un ki yak tarfa sharton par das saal ka jo aman muahida kiya tha, woh aik nihayat ahem Islami maslehat ki bina par tha.</w:t>
      </w:r>
    </w:p>
    <w:p>
      <w:pPr>
        <w:jc w:val="right"/>
      </w:pPr>
      <w:r>
        <w:t>روایات کے مطابق حضرت عمر نے یہی بات خود رسول اللہ صلی اللہ علیہ وسلم سے بھی کی۔ یہاں غور طلب امر یہ ہے کہ رسول اللہ صلی اللہ علیہ وسلم نے قریش کی زیادتیوں کے باوجود ان کی یکطرفہ شرطوں پر دس سال کا جو امن معاہدہ کیا تھا، وہ ایک نہایت اہم اسلامی مصلحت کی بنا پر تھا۔</w:t>
      </w:r>
    </w:p>
    <w:p>
      <w:r>
        <w:rPr>
          <w:b/>
        </w:rPr>
        <w:t xml:space="preserve">[30:47] </w:t>
      </w:r>
      <w:r>
        <w:t>aur woh maslehat yeh thi ke dushman se muahida aman kar ke mu'tadil halaat paida kiye jayen ta ke Islami dawat ka amal mu'assir tor par jari ho sakay.</w:t>
      </w:r>
    </w:p>
    <w:p>
      <w:pPr>
        <w:jc w:val="right"/>
      </w:pPr>
      <w:r>
        <w:t>اور وہ مصلحت یہ تھی کہ دشمن سے معاہدہ امن کر کے معتدل حالات پیدا کیے جائیں تاکہ اسلامی دعوت کا عمل مؤثر طور پر جاری ہو سکے۔</w:t>
      </w:r>
    </w:p>
    <w:p>
      <w:r>
        <w:rPr>
          <w:b/>
        </w:rPr>
        <w:t xml:space="preserve">[31:00] </w:t>
      </w:r>
      <w:r>
        <w:t>magar yeh naseehat na aman muahiday ke andar likhi gayi aur na Hazrat Umar aur doosre sahaba ki shadeed nagawari ke bawajood aap ne Hudaybiyah ke maqam par is ka ailan kiya.</w:t>
      </w:r>
    </w:p>
    <w:p>
      <w:pPr>
        <w:jc w:val="right"/>
      </w:pPr>
      <w:r>
        <w:t>مگر یہ نصیحت نہ امن معاہدے کے اندر لکھی گئی اور نہ حضرت عمر اور دوسرے صحابہ کی شدید ناگواری کے باوجود آپ نے حدیبیہ کے مقام پر اس کا اعلان کیا۔</w:t>
      </w:r>
    </w:p>
    <w:p>
      <w:r>
        <w:rPr>
          <w:b/>
        </w:rPr>
        <w:t xml:space="preserve">[31:15] </w:t>
      </w:r>
      <w:r>
        <w:t>yeh hijr jameel ya husn i'raad ka doosra pehlu hai. yeh doosra pehlu hamesha makfi halat mein hota hai. is pehlu ko lafzon mein pana mumkin nahi.</w:t>
      </w:r>
    </w:p>
    <w:p>
      <w:pPr>
        <w:jc w:val="right"/>
      </w:pPr>
      <w:r>
        <w:t>یہ ہجر جمیل یا حسن اعراض کا دوسرا پہلو ہے۔ یہ دوسرا پہلو ہمیشہ مخفی حالت میں ہوتا ہے۔ اس پہلو کو لفظوں میں پانا ممکن نہیں۔</w:t>
      </w:r>
    </w:p>
    <w:p>
      <w:r>
        <w:rPr>
          <w:b/>
        </w:rPr>
        <w:t xml:space="preserve">[31:27] </w:t>
      </w:r>
      <w:r>
        <w:t>agar is ko lafzon mein likha ya bola jaye to is ki sari ma'nawiyat khatam ho jayegi.</w:t>
      </w:r>
    </w:p>
    <w:p>
      <w:pPr>
        <w:jc w:val="right"/>
      </w:pPr>
      <w:r>
        <w:t>اگر اس کو لفظوں میں لکھا یا بولا جائے تو اس کی ساری معنویت ختم ہو جائے گی۔</w:t>
      </w:r>
    </w:p>
    <w:p>
      <w:r>
        <w:rPr>
          <w:b/>
        </w:rPr>
        <w:t xml:space="preserve">[31:41] </w:t>
      </w:r>
      <w:r>
        <w:t>aisi halat mein logon ke liye sirf do mein se aik rawaiyya durust hai: ya to woh itna zyada hoshmad hon ke satoor ke andar bein al satoor ko parh lein, woh ailan ke baghair is ki ahmiyat ko daryaft kar lein.</w:t>
      </w:r>
    </w:p>
    <w:p>
      <w:pPr>
        <w:jc w:val="right"/>
      </w:pPr>
      <w:r>
        <w:t>ایسی حالت میں لوگوں کے لیے صرف دو میں سے ایک رویہ درست ہے: یا تو وہ اتنا زیادہ ہوشمند ہوں کہ ستور کے اندر بین السطور کو پڑھ لیں، وہ اعلان کے بغیر اس کی اہمیت کو دریافت کر لیں۔</w:t>
      </w:r>
    </w:p>
    <w:p>
      <w:r>
        <w:rPr>
          <w:b/>
        </w:rPr>
        <w:t xml:space="preserve">[31:57] </w:t>
      </w:r>
      <w:r>
        <w:t>jin logon ke andar itni hoshmandi nahi hai, un ke liye sahi rawaiyya yeh hai ke woh apne leader ki baseerat par aitmad karein.</w:t>
      </w:r>
    </w:p>
    <w:p>
      <w:pPr>
        <w:jc w:val="right"/>
      </w:pPr>
      <w:r>
        <w:t>جن لوگوں کے اندر اتنی ہوشمندی نہیں ہے، ان کے لیے صحیح رویہ یہ ہے کہ وہ اپنے لیڈر کی بصیرت پر اعتماد کریں۔</w:t>
      </w:r>
    </w:p>
    <w:p>
      <w:r>
        <w:rPr>
          <w:b/>
        </w:rPr>
        <w:t xml:space="preserve">[32:07] </w:t>
      </w:r>
      <w:r>
        <w:t>woh sirf aitmad aur husn e zann ki bina par yeh aqeeda rakhein ke un ke rahanuma ne jo baat kahi hai, us ke peechay zaroor koi gehri maslehat hogi.</w:t>
      </w:r>
    </w:p>
    <w:p>
      <w:pPr>
        <w:jc w:val="right"/>
      </w:pPr>
      <w:r>
        <w:t>وہ صرف اعتماد اور حسن ظن کی بنا پر یہ عقیدہ رکھیں کہ ان کے رہنما نے جو بات کہی ہے، اس کے پیچھے ضرور کوئی گہری مصلحت ہوگی۔</w:t>
      </w:r>
    </w:p>
    <w:p>
      <w:r>
        <w:rPr>
          <w:b/>
        </w:rPr>
        <w:t xml:space="preserve">[32:20] </w:t>
      </w:r>
      <w:r>
        <w:t>hamara kaam apne rahanuma ki ittaba karna hai, na ke us ki diyanat dari yani integrity par shakk karna.</w:t>
      </w:r>
    </w:p>
    <w:p>
      <w:pPr>
        <w:jc w:val="right"/>
      </w:pPr>
      <w:r>
        <w:t>ہمارا کام اپنے رہنما کی اتباع کرنا ہے، نہ کہ اس کی دیانت داری یعنی انٹیگریٹی پر شک کرنا۔</w:t>
      </w:r>
    </w:p>
    <w:p>
      <w:r>
        <w:rPr>
          <w:b/>
        </w:rPr>
        <w:t xml:space="preserve">[32:29] </w:t>
      </w:r>
      <w:r>
        <w:t>sulh Hudaybiyah bazahir aik aisi sulh thi jo dushman ke muqablay mein dab kar ki gayi, magar is ke andar aik ghair ailan shuda maqsad chupa hua tha, aur woh tha takrao ko avoid kar ke apne liye waqfa ta'ameer hasil karna.</w:t>
      </w:r>
    </w:p>
    <w:p>
      <w:pPr>
        <w:jc w:val="right"/>
      </w:pPr>
      <w:r>
        <w:t>صلح حدیبیہ بظاہر ایک ایسی صلح تھی جو دشمن کے مقابلے میں دب کر کی گئی، مگر اس کے اندر ایک غیر اعلان شدہ مقصد چھپا ہوا تھا، اور وہ تھا ٹکراؤ کو اوائڈ کر کے اپنے لیے وقفہ تعمیر حاصل کرنا۔</w:t>
      </w:r>
    </w:p>
    <w:p>
      <w:r>
        <w:rPr>
          <w:b/>
        </w:rPr>
        <w:t xml:space="preserve">[32:49] </w:t>
      </w:r>
      <w:r>
        <w:t>agar yeh baat muahiday ke matan mein likh di jati ya Rasool Allah Sal Allah Alayhi Wasallam apne ashab ke darmiyan usi waqt is ka ailan kar dete to sulh ke maqasid saray se faut ho jatay.</w:t>
      </w:r>
    </w:p>
    <w:p>
      <w:pPr>
        <w:jc w:val="right"/>
      </w:pPr>
      <w:r>
        <w:t>اگر یہ بات معاہدے کے متن میں لکھ دی جاتی یا رسول اللہ صلی اللہ علیہ وسلم اپنے اصحاب کے درمیان اسی وقت اس کا اعلان کر دیتے تو صلح کے مقاصد سرے سے فوت ہو جاتے۔</w:t>
      </w:r>
    </w:p>
    <w:p>
      <w:r>
        <w:rPr>
          <w:b/>
        </w:rPr>
        <w:t xml:space="preserve">[33:04] </w:t>
      </w:r>
      <w:r>
        <w:t>is qism ke maqasid hamesha ailan ke baghair hotay hain, na ke ailan ke sath. chunancha Rasool Allah Sal Allah Alayhi Wasallam khamosh rahe, yahan tak ke baat ko jab is ka amli nateeja zahir ho gaya, us waqt logon ne jana ke is sulh ke andar kitni bari maslehat chupi hui thi.</w:t>
      </w:r>
    </w:p>
    <w:p>
      <w:pPr>
        <w:jc w:val="right"/>
      </w:pPr>
      <w:r>
        <w:t>اس قسم کے مقاصد ہمیشہ اعلان کے بغیر ہوتے ہیں، نہ کہ اعلان کے ساتھ۔ چنانچہ رسول اللہ صلی اللہ علیہ وسلم خاموش رہے، یہاں تک کہ بات کو جب اس کا عملی نتیجہ ظاہر ہو گیا، اس وقت لوگوں نے جانا کہ اس صلح کے اندر کتنی بڑی مصلحت چھپی ہوئی تھی۔</w:t>
      </w:r>
    </w:p>
    <w:p>
      <w:r>
        <w:rPr>
          <w:b/>
        </w:rPr>
        <w:t xml:space="preserve">[33:27] </w:t>
      </w:r>
      <w:r>
        <w:t>yahi woh haqeeqat hai jo hazrat abubakar siddiq ne baap ke zamane mein in alfaaz mein bayan ki:</w:t>
      </w:r>
    </w:p>
    <w:p>
      <w:pPr>
        <w:jc w:val="right"/>
      </w:pPr>
      <w:r>
        <w:t>یہی وہ حقیقت ہے جو حضرت ابوبکر صدیق نے باپ کے زمانے میں ان الفاظ میں بیان کی:</w:t>
      </w:r>
    </w:p>
    <w:p>
      <w:r>
        <w:rPr>
          <w:b/>
        </w:rPr>
        <w:t xml:space="preserve">[33:35] </w:t>
      </w:r>
      <w:r>
        <w:t>ma kan fatHun a'zam fil islami min fatHi lHudaybiyati walakinna nnasa yawma'idin qaSura ra'yuhum 'an ma kana bayna</w:t>
      </w:r>
    </w:p>
    <w:p>
      <w:pPr>
        <w:jc w:val="right"/>
      </w:pPr>
      <w:r>
        <w:t>مَا كَانَ فَتْحٌ أَعْظَمُ فِي الْإِسْلَامِ مِنْ فَتْحِ الْحُدَيْبِيَّةِ وَلَكِنَّ النَّاسَ يَوْمَئِذٍ قَصُرَ رَأْيُهُمْ عَنْ مَا كَانَ بَيْنَ</w:t>
      </w:r>
    </w:p>
    <w:p>
      <w:r>
        <w:rPr>
          <w:b/>
        </w:rPr>
        <w:t xml:space="preserve">[33:47] </w:t>
      </w:r>
      <w:r>
        <w:t>muhammadin sallallahu alayhi wasallama wa rabbihi wal'ibadu</w:t>
      </w:r>
    </w:p>
    <w:p>
      <w:pPr>
        <w:jc w:val="right"/>
      </w:pPr>
      <w:r>
        <w:t>مُحَمَّدٍ صلى الله عليه وسلم وَرَبِّهِ وَالْعِبَادُ</w:t>
      </w:r>
    </w:p>
    <w:p>
      <w:r>
        <w:rPr>
          <w:b/>
        </w:rPr>
        <w:t xml:space="preserve">[33:52] </w:t>
      </w:r>
      <w:r>
        <w:t>ya'jiluna wallahu tabaraka wata'ala la ya'jilu ka'ajalati l'ibadi Hatta tablugha l'umuru ma arada allahu yani islami mein</w:t>
      </w:r>
    </w:p>
    <w:p>
      <w:pPr>
        <w:jc w:val="right"/>
      </w:pPr>
      <w:r>
        <w:t>يَعْجَلُونَ واللہ تبارک و تعالی لا یعجل کَعَجَلَتِ الْعِبَادُ حَتَّىٰ تَبْلُغَ الْأُمُورُ مَا أَرَادَ اللّٰهُ یعنی اسلام میں</w:t>
      </w:r>
    </w:p>
    <w:p>
      <w:r>
        <w:rPr>
          <w:b/>
        </w:rPr>
        <w:t xml:space="preserve">[34:04] </w:t>
      </w:r>
      <w:r>
        <w:t>hudaybiya ki fateh sab se bari fateh thi, lekin muahde ke din logon ko is baat mein rai</w:t>
      </w:r>
    </w:p>
    <w:p>
      <w:pPr>
        <w:jc w:val="right"/>
      </w:pPr>
      <w:r>
        <w:t>حدیبیہ کی فتح سب سے بڑی فتح تھی، لیکن معاہدے کے دن لوگوں کو اس بات میں رائے</w:t>
      </w:r>
    </w:p>
    <w:p>
      <w:r>
        <w:rPr>
          <w:b/>
        </w:rPr>
        <w:t xml:space="preserve">[34:11] </w:t>
      </w:r>
      <w:r>
        <w:t>qaim karne mein kotahi hui jo</w:t>
      </w:r>
    </w:p>
    <w:p>
      <w:pPr>
        <w:jc w:val="right"/>
      </w:pPr>
      <w:r>
        <w:t>قائم کرنے میں کوتاہی ہوئی جو</w:t>
      </w:r>
    </w:p>
    <w:p>
      <w:r>
        <w:rPr>
          <w:b/>
        </w:rPr>
        <w:t xml:space="preserve">[34:13] </w:t>
      </w:r>
      <w:r>
        <w:t>Muhammad Sal Allah Alayhi Wasallam aur aap ke Rab ke darmiyan tha. insan ajlat pasand hai aur Allah insanon ki tarah ajlat nahi karta, yahan tak ke muamla wahan tak pohnch jaye jo Allah chahta hai.</w:t>
      </w:r>
    </w:p>
    <w:p>
      <w:pPr>
        <w:jc w:val="right"/>
      </w:pPr>
      <w:r>
        <w:t>محمد صلی اللہ علیہ وسلم اور آپ کے رب کے درمیان تھا۔ انسان اجلت پسند ہے اور اللہ انسانوں کی طرح اجلت نہیں کرتا، یہاں تک کہ معاملہ وہاں تک پہنچ جائے جو اللہ چاہتا ہے۔</w:t>
      </w:r>
    </w:p>
    <w:p>
      <w:r>
        <w:rPr>
          <w:b/>
        </w:rPr>
        <w:t xml:space="preserve">[34:29] </w:t>
      </w:r>
      <w:r>
        <w:t>hijr jameel yani husn i'raad saada tor par mahaz aik bachao ki tadbeer nahi, balkay woh ba maqsad insan ki sochi samjhi aik mustaqil akhlaqi rawish hai.</w:t>
      </w:r>
    </w:p>
    <w:p>
      <w:pPr>
        <w:jc w:val="right"/>
      </w:pPr>
      <w:r>
        <w:t>ہجر جمیل یعنی حسن اعراض سادہ طور پر محض ایک بچاؤ کی تدبیر نہیں، بلکہ وہ بامقصد انسان کی سوچی سمجھی ایک مستقل اخلاقی روش ہے۔</w:t>
      </w:r>
    </w:p>
    <w:p>
      <w:r>
        <w:rPr>
          <w:b/>
        </w:rPr>
        <w:t xml:space="preserve">[34:42] </w:t>
      </w:r>
      <w:r>
        <w:t>ba maqsad insan ke samne ek mutayyan manzil hoti hai jahan pahunchna is ka sab se bara concern hota hai, is liye wo raste ke har uljhav se apne aap ko door rakhta hai ta ke wo kisi rukawat ke baghair apni aakhri manzil tak pahunch sake.</w:t>
      </w:r>
    </w:p>
    <w:p>
      <w:pPr>
        <w:jc w:val="right"/>
      </w:pPr>
      <w:r>
        <w:t>بامقصد انسان کے سامنے ایک متعین منزل ہوتی ہے جہاں پہنچنا اس کا سب سے بڑا کنسرن ہوتا ہے، اس لیے وہ راستے کے ہر الجھاؤ سے اپنے آپ کو دور رکھتا ہے تاکہ وہ کسی رکاوٹ کے بغیر اپنی آخری منزل تک پہنچ سکے۔</w:t>
      </w:r>
    </w:p>
    <w:p>
      <w:r>
        <w:rPr>
          <w:b/>
        </w:rPr>
        <w:t xml:space="preserve">[35:02] </w:t>
      </w:r>
      <w:r>
        <w:t>jaisa ke maloom hai, qadeem makka ke logon ne peghambar e islam sallallahu alaihi wasallam ko bohat ziyada sataya tha, aap par aur aap ke sathiyon par itna ziyada tashaddud kiya ke aap ko apne sathiyon ke hamrah makka chhod dena pada.</w:t>
      </w:r>
    </w:p>
    <w:p>
      <w:pPr>
        <w:jc w:val="right"/>
      </w:pPr>
      <w:r>
        <w:t>جیسا کہ معلوم ہے، قدیم مکہ کے لوگوں نے پیغمبر اسلام صلی اللہ علیہ وسلم کو بہت زیادہ ستایا تھا، آپ پر اور آپ کے ساتھیوں پر اتنا زیادہ تشدد کیا کہ آپ کو اپنے ساتھیوں کے ہمراہ مکہ چھوڑ دینا پڑا۔</w:t>
      </w:r>
    </w:p>
    <w:p>
      <w:r>
        <w:rPr>
          <w:b/>
        </w:rPr>
        <w:t xml:space="preserve">[35:21] </w:t>
      </w:r>
      <w:r>
        <w:t>is tark e watan ke baad bhi wo aap ke khilaf musalsal jarahiyat karte rahe. aakhir kar wo waqt aaya jab ke peghambar e islam Allah ki madad se makka ke fateh ban gaye.</w:t>
      </w:r>
    </w:p>
    <w:p>
      <w:pPr>
        <w:jc w:val="right"/>
      </w:pPr>
      <w:r>
        <w:t>اس ترک وطن کے بعد بھی وہ آپ کے خلاف مسلسل جارحیت کرتے رہے۔ آخر کار وہ وقت آیا جب کہ پیغمبر اسلام اللہ کی مدد سے مکہ کے فاتح بن گئے۔</w:t>
      </w:r>
    </w:p>
    <w:p>
      <w:r>
        <w:rPr>
          <w:b/>
        </w:rPr>
        <w:t xml:space="preserve">[35:35] </w:t>
      </w:r>
      <w:r>
        <w:t>ab waqt tha ke mazi ke zulm ki unhein saza di jaye. aam rawaj ke mutabiq un ko qatl kar dena ain jaiz tha, magar peghambar e islam ne in logon ke sath hijr e jameel ki rawish ikhtiyar ki.</w:t>
      </w:r>
    </w:p>
    <w:p>
      <w:pPr>
        <w:jc w:val="right"/>
      </w:pPr>
      <w:r>
        <w:t>اب وقت تھا کہ ماضی کے ظلم کی انہیں سزا دی جائے۔ عام رواج کے مطابق ان کو قتل کر دینا عین جائز تھا، مگر پیغمبر اسلام نے ان لوگوں کے ساتھ ہجر جمیل کی روش اختیار کی۔</w:t>
      </w:r>
    </w:p>
    <w:p>
      <w:r>
        <w:rPr>
          <w:b/>
        </w:rPr>
        <w:t xml:space="preserve">[35:52] </w:t>
      </w:r>
      <w:r>
        <w:t>tareekh batati hai ke fateh makka ke baad jab quraish ke yeh mujrim aap ke samne hazir hue to aap ne un se poocha: "tum kya samajhte ho ke main tumhare sath kya sulook karunga?" unhon ne kaha ke أَخٌ كَرِيمٌ وَابْنُ أَخٍ كَرِيمٍ aap shareef bhai hain aur shareef bhai ke bete hain.</w:t>
      </w:r>
    </w:p>
    <w:p>
      <w:pPr>
        <w:jc w:val="right"/>
      </w:pPr>
      <w:r>
        <w:t>تاریخ بتاتی ہے کہ فتح مکہ کے بعد جب قریش کے یہ مجرمین آپ کے سامنے حاضر ہوئے تو آپ نے ان سے پوچھا: "تم کیا سمجھتے ہو کہ میں تمہارے ساتھ کیا سلوک کروں گا؟" انہوں نے کہا کہ أَخٌ كَرِيمٌ وَابْنُ أَخٍ كَرِيمٍ آپ شریف بھائی ہیں اور شریف بھائی کے بیٹے ہیں۔</w:t>
      </w:r>
    </w:p>
    <w:p>
      <w:r>
        <w:rPr>
          <w:b/>
        </w:rPr>
        <w:t xml:space="preserve">[36:14] </w:t>
      </w:r>
      <w:r>
        <w:t>peghambar e islam ne is ke baad farmaya ke theek hai, main tumhare baray mein wahi kahunga jo peghambar yusuf alaihis salam ne apne bhaiyon ke baray mein kaha, yani لَا تَسْرِيبَ عَلَيْكُمُ الْيَوْمُ aaj tumhare upar koi ilzam nahin.</w:t>
      </w:r>
    </w:p>
    <w:p>
      <w:pPr>
        <w:jc w:val="right"/>
      </w:pPr>
      <w:r>
        <w:t>پیغمبر اسلام نے اس کے بعد فرمایا کہ ٹھیک ہے، میں تمہارے بارے میں وہی کہوں گا جو پیغمبر یوسف علیہ السلام نے اپنے بھائیوں کے بارے میں کہا، یعنی لَا تَسْرِيبَ عَلَيْكُمُ الْيَوْمُ آج تمہارے اوپر کوئی الزام نہیں۔</w:t>
      </w:r>
    </w:p>
    <w:p>
      <w:r>
        <w:rPr>
          <w:b/>
        </w:rPr>
        <w:t xml:space="preserve">[36:31] </w:t>
      </w:r>
      <w:r>
        <w:t>yeh keh kar aap ne farmaya ke jao, tum sab log azad ho. is tarah aap ne un tamam logon ko azad kar diya jo is se pehle aap ke khilaf khule dushman bane hue the.</w:t>
      </w:r>
    </w:p>
    <w:p>
      <w:pPr>
        <w:jc w:val="right"/>
      </w:pPr>
      <w:r>
        <w:t>یہ کہہ کر آپ نے فرمایا کہ جاؤ، تم سب لوگ آزاد ہو۔ اس طرح آپ نے ان تمام لوگوں کو آزاد کر دیا جو اس سے پہلے آپ کے خلاف کھلے دشمن بنے ہوئے تھے۔</w:t>
      </w:r>
    </w:p>
    <w:p>
      <w:r>
        <w:rPr>
          <w:b/>
        </w:rPr>
        <w:t xml:space="preserve">[36:44] </w:t>
      </w:r>
      <w:r>
        <w:t>dekhiye, as-sunan al-kubra lil-baihaqi. peghambar e islam ka yeh amal ek ba maqsad insan ke amal ki ek aala misal thi.</w:t>
      </w:r>
    </w:p>
    <w:p>
      <w:pPr>
        <w:jc w:val="right"/>
      </w:pPr>
      <w:r>
        <w:t>دیکھیے، السنن الکبری للبیہقی۔ پیغمبر اسلام کا یہ عمل ایک بامقصد انسان کے عمل کی ایک اعلیٰ مثال تھی۔</w:t>
      </w:r>
    </w:p>
    <w:p>
      <w:r>
        <w:rPr>
          <w:b/>
        </w:rPr>
        <w:t xml:space="preserve">[36:55] </w:t>
      </w:r>
      <w:r>
        <w:t>peghambar e islam ka maqsad yeh tha ke aap baitullah ko buton se pak karein, makka ke logon ko shirk se nikal kar unhein Khuda e wahid ka parastar banayein, apne dushman insan ko dost insan mein tabdeel kar ke tauheed ki buniyad par wo inqalab layein jis ke liye aap ko mab'oos kiya gaya tha.</w:t>
      </w:r>
    </w:p>
    <w:p>
      <w:pPr>
        <w:jc w:val="right"/>
      </w:pPr>
      <w:r>
        <w:t>پیغمبر اسلام کا مقصد یہ تھا کہ آپ بیت اللہ کو بتوں سے پاک کریں، مکہ کے لوگوں کو شرک سے نکال کر انہیں خدائے واحد کا پرستار بنائیں، اپنے دشمن انسان کو دوست انسان میں تبدیل کر کے توحید کی بنیاد پر وہ انقلاب لائیں جس کے لیے آپ کو مبعوث کیا گیا تھا۔</w:t>
      </w:r>
    </w:p>
    <w:p>
      <w:r>
        <w:rPr>
          <w:b/>
        </w:rPr>
        <w:t xml:space="preserve">[37:25] </w:t>
      </w:r>
      <w:r>
        <w:t>peghambar e islam ke yak tarfa husn e sulook ka nateeja yeh hua ke makka ke yeh tamam log islam mein dakhil ho gaye.</w:t>
      </w:r>
    </w:p>
    <w:p>
      <w:pPr>
        <w:jc w:val="right"/>
      </w:pPr>
      <w:r>
        <w:t>پیغمبر اسلام کے یکطرفہ حسن سلوک کا نتیجہ یہ ہوا کہ مکہ کے یہ تمام لوگ اسلام میں داخل ہو گئے۔</w:t>
      </w:r>
    </w:p>
    <w:p>
      <w:r>
        <w:rPr>
          <w:b/>
        </w:rPr>
        <w:t xml:space="preserve">[37:35] </w:t>
      </w:r>
      <w:r>
        <w:t>rawi kehte hain فَخَرَجُوا كَأَنَّمَا نُشِرُوا مِنَ الْقُبُورِ فَدَخَلُوا فِي الْإِسْلَامِ yani phir woh log wahan se is tarah nikle jaisa ke woh qabron se nikle hon aur woh islam mein dakhil ho gaye.</w:t>
      </w:r>
    </w:p>
    <w:p>
      <w:pPr>
        <w:jc w:val="right"/>
      </w:pPr>
      <w:r>
        <w:t>راوی کہتے ہیں فَخَرَجُوا كَأَنَّمَا نُشِرُوا مِنَ الْقُبُورِ فَدَخَلُوا فِي الْإِسْلَامِ یعنی پھر وہ لوگ وہاں سے اس طرح نکلے جیسا کہ وہ قبروں سے نکلے ہوں اور وہ اسلام میں داخل ہو گئے۔</w:t>
      </w:r>
    </w:p>
    <w:p>
      <w:r>
        <w:rPr>
          <w:b/>
        </w:rPr>
        <w:t xml:space="preserve">[37:52] </w:t>
      </w:r>
      <w:r>
        <w:t>dekhiye, as-sunan al-kubra lil-baihaqi. peghambar e islam agar is ke bar aks in dushmanon se un ki zalimana rawish ka intiqam lete to is ke baad yeh hota ke wahan intiqam dar intiqam ka daur chal padta.</w:t>
      </w:r>
    </w:p>
    <w:p>
      <w:pPr>
        <w:jc w:val="right"/>
      </w:pPr>
      <w:r>
        <w:t>دیکھیے، السنن الکبری للبیہقی۔ پیغمبر اسلام اگر اس کے برعکس ان دشمنوں سے ان کی ظالمانہ روش کا انتقام لیتے تو اس کے بعد یہ ہوتا کہ وہاں انتقام در انتقام کا دور چل پڑتا۔</w:t>
      </w:r>
    </w:p>
    <w:p>
      <w:r>
        <w:rPr>
          <w:b/>
        </w:rPr>
        <w:t xml:space="preserve">[38:10] </w:t>
      </w:r>
      <w:r>
        <w:t>ek intiqam ke baad doosra intiqam shuru ho jata, aur phir halat aisa manfi rukh ikhtiyar kar lete ke sara taameeri mansooba darham barham ho kar reh jata, ghair fitri radd e amal.</w:t>
      </w:r>
    </w:p>
    <w:p>
      <w:pPr>
        <w:jc w:val="right"/>
      </w:pPr>
      <w:r>
        <w:t>ایک انتقام کے بعد دوسرا انتقام شروع ہو جاتا، اور پھر حالات ایسا منفی رخ اختیار کر لیتے کہ سارا تعمیری منصوبہ درہم برہم ہو کر رہ جاتا، غیر فطری ردعمل۔</w:t>
      </w:r>
    </w:p>
    <w:p>
      <w:r>
        <w:rPr>
          <w:b/>
        </w:rPr>
        <w:t xml:space="preserve">[38:26] </w:t>
      </w:r>
      <w:r>
        <w:t>jab koi khilaf mizaj baat paish aaye to is ke muqable mein aadmi ki rawish ki do mukhtalif soortein hoti hain: ek jazbati radd e amal ka tareeqa aur doosra ghair jazbati radd e amal ka tareeqa.</w:t>
      </w:r>
    </w:p>
    <w:p>
      <w:pPr>
        <w:jc w:val="right"/>
      </w:pPr>
      <w:r>
        <w:t>جب کوئی خلاف مزاج بات پیش آئے تو اس کے مقابلے میں آدمی کی روش کی دو مختلف صورتیں ہوتی ہیں: ایک جذباتی ردعمل کا طریقہ اور دوسرا غیر جذباتی ردعمل کا طریقہ۔</w:t>
      </w:r>
    </w:p>
    <w:p>
      <w:r>
        <w:rPr>
          <w:b/>
        </w:rPr>
        <w:t xml:space="preserve">[38:42] </w:t>
      </w:r>
      <w:r>
        <w:t>jazbati radd e amal ain wahi cheez hai jis ko medical istilaah mein allergy kaha jata hai. allergy ki tareef is tarah ki jati hai ke allergy naam hai mo'tadil halaat mein ghair mo'tadil radd e amal ka, abnormal reaction to normal things, maslan apne khilaf tanqeed ko sun kar ghussa hona.</w:t>
      </w:r>
    </w:p>
    <w:p>
      <w:pPr>
        <w:jc w:val="right"/>
      </w:pPr>
      <w:r>
        <w:t>جذباتی ردعمل عین وہی چیز ہے جس کو میڈیکل اصطلاح میں الرجی کہا جاتا ہے۔ الرجی کی تعریف اس طرح کی جاتی ہے کہ الرجی نام ہے معتدل حالات میں غیر معتدل ردعمل کا، ابنارمل ری ایکشن ٹو نارمل تھنگز، مثلاً اپنے خلاف تنقید کو سن کر غصہ ہونا۔</w:t>
      </w:r>
    </w:p>
    <w:p>
      <w:r>
        <w:rPr>
          <w:b/>
        </w:rPr>
        <w:t xml:space="preserve">[39:07] </w:t>
      </w:r>
      <w:r>
        <w:t>is qism ki ek allergy hai. agar koi shakhs aap ki kisi baat par tanqeed karta hai to is ka mo'tadil aur fitri radd e amal yeh hai ke aap khule zehan ke sath us ko sunein aur khule zehan ke sath us par ghaur karein.</w:t>
      </w:r>
    </w:p>
    <w:p>
      <w:pPr>
        <w:jc w:val="right"/>
      </w:pPr>
      <w:r>
        <w:t>اس قسم کی ایک الرجی ہے۔ اگر کوئی شخص آپ کی کسی بات پر تنقید کرتا ہے تو اس کا معتدل اور فطری ردعمل یہ ہے کہ آپ کھلے ذہن کے ساتھ اس کو سنیں اور کھلے ذہن کے ساتھ اس پر غور کریں۔</w:t>
      </w:r>
    </w:p>
    <w:p>
      <w:r>
        <w:rPr>
          <w:b/>
        </w:rPr>
        <w:t xml:space="preserve">[39:24] </w:t>
      </w:r>
      <w:r>
        <w:t>agar tanqeed ghalat hai to aap ko chahiye ke aap daleel ke sath is ka jawab dein, aur agar tanqeed durust hai to seedhi tarah us ko maan lein.</w:t>
      </w:r>
    </w:p>
    <w:p>
      <w:pPr>
        <w:jc w:val="right"/>
      </w:pPr>
      <w:r>
        <w:t>اگر تنقید غلط ہے تو آپ کو چاہیے کہ آپ دلیل کے ساتھ اس کا جواب دیں، اور اگر تنقید درست ہے تو سیدھی طرح اس کو مان لیں۔</w:t>
      </w:r>
    </w:p>
    <w:p>
      <w:r>
        <w:rPr>
          <w:b/>
        </w:rPr>
        <w:t xml:space="preserve">[39:36] </w:t>
      </w:r>
      <w:r>
        <w:t>is ke bar aks, tanqeed ko sun kar bigad jana, tanqeed ka ghair mo'tadil aur ghair fitri andaaz mein jawab dena hai.</w:t>
      </w:r>
    </w:p>
    <w:p>
      <w:pPr>
        <w:jc w:val="right"/>
      </w:pPr>
      <w:r>
        <w:t>اس کے برعکس، تنقید کو سن کر بگڑ جانا، تنقید کا غیر معتدل اور غیر فطری انداز میں جواب دینا ہے۔</w:t>
      </w:r>
    </w:p>
    <w:p>
      <w:r>
        <w:rPr>
          <w:b/>
        </w:rPr>
        <w:t xml:space="preserve">[39:46] </w:t>
      </w:r>
      <w:r>
        <w:t>pehli soorat mareezana zehniyat ka saboot hai, aur doosri soorat sehatmand zehniyat ka saboot. isi tarah mukhalifana naaray ko sun kar mushtael ho jana,</w:t>
      </w:r>
    </w:p>
    <w:p>
      <w:pPr>
        <w:jc w:val="right"/>
      </w:pPr>
      <w:r>
        <w:t>پہلی صورت مریضانہ ذہنیت کا ثبوت ہے، اور دوسری صورت صحت مند ذہنیت کا ثبوت۔ اسی طرح مخالفانہ نعرے کو سن کر مشتعل ہو جانا،</w:t>
      </w:r>
    </w:p>
    <w:p>
      <w:r>
        <w:rPr>
          <w:b/>
        </w:rPr>
        <w:t xml:space="preserve">[39:59] </w:t>
      </w:r>
      <w:r>
        <w:t>toheen ke kisi moamle par bhadak uthna, apne raste mein koi rukawat dekh kar bigad jana, apni soch ke khilaf soch ko bardasht na kar sakna, yeh sab jazbati radd e amal ki soortein hain.</w:t>
      </w:r>
    </w:p>
    <w:p>
      <w:pPr>
        <w:jc w:val="right"/>
      </w:pPr>
      <w:r>
        <w:t>توہین کے کسی معاملے پر بھڑک اٹھنا، اپنے راستے میں کوئی رکاوٹ دیکھ کر بگڑ جانا، اپنی سوچ کے خلاف سوچ کو برداشت نہ کر سکنا، یہ سب جذباتی ردعمل کی صورتیں ہیں۔</w:t>
      </w:r>
    </w:p>
    <w:p>
      <w:r>
        <w:rPr>
          <w:b/>
        </w:rPr>
        <w:t xml:space="preserve">[40:16] </w:t>
      </w:r>
      <w:r>
        <w:t>aise log hamesha doosron ke khilaf nafrat aur tashaddud mein pare rehte hain. woh zindagi ke musbat aur taameeri rukh ka tajruba karne mein nakaam rehte hain.</w:t>
      </w:r>
    </w:p>
    <w:p>
      <w:pPr>
        <w:jc w:val="right"/>
      </w:pPr>
      <w:r>
        <w:t>ایسے لوگ ہمیشہ دوسروں کے خلاف نفرت اور تشدد میں پڑے رہتے ہیں۔ وہ زندگی کے مثبت اور تعمیری رخ کا تجربہ کرنے میں ناکام رہتے ہیں۔</w:t>
      </w:r>
    </w:p>
    <w:p>
      <w:r>
        <w:rPr>
          <w:b/>
        </w:rPr>
        <w:t xml:space="preserve">[40:29] </w:t>
      </w:r>
      <w:r>
        <w:t>is ke bar aks doosra tareeqa ghair jazbati radd e amal ka tareeqa hai. isi ko quran mein hijr e jameel kaha gaya hai.</w:t>
      </w:r>
    </w:p>
    <w:p>
      <w:pPr>
        <w:jc w:val="right"/>
      </w:pPr>
      <w:r>
        <w:t>اس کے برعکس دوسرا طریقہ غیر جذباتی ردعمل کا طریقہ ہے۔ اسی کو قرآن میں ہجر جمیل کہا گیا ہے۔</w:t>
      </w:r>
    </w:p>
    <w:p>
      <w:r>
        <w:rPr>
          <w:b/>
        </w:rPr>
        <w:t xml:space="preserve">[40:38] </w:t>
      </w:r>
      <w:r>
        <w:t>yani jab apne mizaj ke khilaf koi baat paish aaye to mushtael na ho kar thande zehan ke sath us par ghaur karna, aur soche samjhe faislay ke tehat mo'tadil andaaz mein is ka jawab dena.</w:t>
      </w:r>
    </w:p>
    <w:p>
      <w:pPr>
        <w:jc w:val="right"/>
      </w:pPr>
      <w:r>
        <w:t>یعنی جب اپنے مزاج کے خلاف کوئی بات پیش آئے تو مشتعل نہ ہو کر ٹھنڈے ذہن کے ساتھ اس پر غور کرنا، اور سوچے سمجھے فیصلے کے تحت معتدل انداز میں اس کا جواب دینا۔</w:t>
      </w:r>
    </w:p>
    <w:p>
      <w:r>
        <w:rPr>
          <w:b/>
        </w:rPr>
        <w:t xml:space="preserve">[40:55] </w:t>
      </w:r>
      <w:r>
        <w:t>is mo'tadil jawab ki mukhtalif soortein ho sakti hain: ek yeh ke saada taur par bas us ko nazar andaaz kar diya jaye, yani wahi rawaiyya jis ko aam zaban mein is tarah bayan kiya jata hai: "kutte bhonkte rehte hain aur hathi chalta rehta hai".</w:t>
      </w:r>
    </w:p>
    <w:p>
      <w:pPr>
        <w:jc w:val="right"/>
      </w:pPr>
      <w:r>
        <w:t>اس معتدل جواب کی مختلف صورتیں ہو سکتی ہیں: ایک یہ کہ سادہ طور پر بس اس کو نظر انداز کر دیا جائے، یعنی وہی رویہ جس کو عام زبان میں اس طرح بیان کیا جاتا ہے: "کتے بھونکتے رہتے ہیں اور ہاتھی چلتا رہتا ہے"۔</w:t>
      </w:r>
    </w:p>
    <w:p>
      <w:r>
        <w:rPr>
          <w:b/>
        </w:rPr>
        <w:t xml:space="preserve">[41:14] </w:t>
      </w:r>
      <w:r>
        <w:t>isi tarah kabhi hijr e jameel ki soorat yeh hoti hai ke mukhalif giroh ki bad-amli ka jawab khush-amli se diya jaye, us ke past akhlaq ke muqable mein bartar akhlaq ka tareeqa ikhtiyar kar ke us ko maghloob kar liya jaye.</w:t>
      </w:r>
    </w:p>
    <w:p>
      <w:pPr>
        <w:jc w:val="right"/>
      </w:pPr>
      <w:r>
        <w:t>اسی طرح کبھی ہجر جمیل کی صورت یہ ہوتی ہے کہ مخالف گروہ کی بدعملی کا جواب خوش عملی سے دیا جائے، اس کے پست اخلاق کے مقابلے میں برتر اخلاق کا طریقہ اختیار کر کے اس کو مغلوب کر لیا جائے۔</w:t>
      </w:r>
    </w:p>
    <w:p>
      <w:r>
        <w:rPr>
          <w:b/>
        </w:rPr>
        <w:t xml:space="preserve">[41:31] </w:t>
      </w:r>
      <w:r>
        <w:t>isi tarah kabhi halaat ka taqaza yeh ho sakta hai ke dabaao ki siyasat, yaani pressure tactics ka tareeqa ikhtiyar kar ke is ko khamosh hone par majboor kar diya jaye.</w:t>
      </w:r>
    </w:p>
    <w:p>
      <w:pPr>
        <w:jc w:val="right"/>
      </w:pPr>
      <w:r>
        <w:t>اسی طرح کبھی حالات کا تقاضا یہ ہو سکتا ہے کہ دباؤ کی سیاست، یعنی پریشر ٹیکٹکس کا طریقہ اختیار کر کے اس کو خاموش ہونے پر مجبور کر دیا جائے۔</w:t>
      </w:r>
    </w:p>
    <w:p>
      <w:r>
        <w:rPr>
          <w:b/>
        </w:rPr>
        <w:t xml:space="preserve">[41:43] </w:t>
      </w:r>
      <w:r>
        <w:t>hijr jameel ki koi ek lagi bandhi soorat nahin. halaat ke aitbaar se is ki mukhtalif sooraten ho sakti hain.</w:t>
      </w:r>
    </w:p>
    <w:p>
      <w:pPr>
        <w:jc w:val="right"/>
      </w:pPr>
      <w:r>
        <w:t>ہجر جمیل کی کوئی ایک لگی بندھی صورت نہیں۔ حالات کے اعتبار سے اس کی مختلف صورتیں ہو سکتی ہیں۔</w:t>
      </w:r>
    </w:p>
    <w:p>
      <w:r>
        <w:rPr>
          <w:b/>
        </w:rPr>
        <w:t xml:space="preserve">[41:52] </w:t>
      </w:r>
      <w:r>
        <w:t>tahum jo soorat bhi ikhtiyar ki jaye, woh soche samjhe mansoobay ki buniyad par hogi, na ke bila soche samjhe radd-e-amal ki hesiyat se.</w:t>
      </w:r>
    </w:p>
    <w:p>
      <w:pPr>
        <w:jc w:val="right"/>
      </w:pPr>
      <w:r>
        <w:t>تاہم جو صورت بھی اختیار کی جائے، وہ سوچے سمجھے منصوبے کی بنیاد پر ہوگی، نہ کہ بلا سوچے سمجھے ردعمل کی حیثیت سے۔</w:t>
      </w:r>
    </w:p>
    <w:p>
      <w:r>
        <w:rPr>
          <w:b/>
        </w:rPr>
        <w:t xml:space="preserve">[42:02] </w:t>
      </w:r>
      <w:r>
        <w:t>is ka buniyadi maqsad aaraaz karna hoga, na ke ulajh jana. aur woh hamesha aman ke usool par hogi, na ke tashaddud ke usool par.</w:t>
      </w:r>
    </w:p>
    <w:p>
      <w:pPr>
        <w:jc w:val="right"/>
      </w:pPr>
      <w:r>
        <w:t>اس کا بنیادی مقصد اعراض کرنا ہوگا، نہ کہ الجھ جانا۔ اور وہ ہمیشہ امن کے اصول پر ہوگی، نہ کہ تشدد کے اصول پر۔</w:t>
      </w:r>
    </w:p>
    <w:p>
      <w:r>
        <w:rPr>
          <w:b/>
        </w:rPr>
        <w:t xml:space="preserve">[42:14] </w:t>
      </w:r>
      <w:r>
        <w:t>is ke peeche kabhi bhi nafrat aur intiqam ka jazba nahin hoga, balke sirf yeh jazba hoga ke kisi na kisi tarah husn tadbeer ke zareeye maamle ko taal diya jaye taake zindagi ki gaadi mamool ke mutabiq apne matloob rukh par chalne lage.</w:t>
      </w:r>
    </w:p>
    <w:p>
      <w:pPr>
        <w:jc w:val="right"/>
      </w:pPr>
      <w:r>
        <w:t>اس کے پیچھے کبھی بھی نفرت اور انتقام کا جذبہ نہیں ہوگا، بلکہ صرف یہ جذبہ ہوگا کہ کسی نہ کسی طرح حسن تدبیر کے ذریعے معاملے کو ٹال دیا جائے تاکہ زندگی کی گاڑی معمول کے مطابق اپنے مطلوب رخ پر چلنے لگے۔</w:t>
      </w:r>
    </w:p>
    <w:p>
      <w:r>
        <w:rPr>
          <w:b/>
        </w:rPr>
        <w:t xml:space="preserve">[42:34] </w:t>
      </w:r>
      <w:r>
        <w:t>hijr jameel ka nishana kharji masla nahin hota, balke aadmi ki khud apni zaat hoti hai. hijr jameel ka nishana yeh nahin hota ke khud masle ka khatma kar diya jaye.</w:t>
      </w:r>
    </w:p>
    <w:p>
      <w:pPr>
        <w:jc w:val="right"/>
      </w:pPr>
      <w:r>
        <w:t>ہجر جمیل کا نشانہ خارجی مسئلہ نہیں ہوتا، بلکہ آدمی کی خود اپنی ذات ہوتی ہے۔ ہجر جمیل کا نشانہ یہ نہیں ہوتا کہ خود مسئلے کا خاتمہ کر دیا جائے۔</w:t>
      </w:r>
    </w:p>
    <w:p>
      <w:r>
        <w:rPr>
          <w:b/>
        </w:rPr>
        <w:t xml:space="preserve">[42:46] </w:t>
      </w:r>
      <w:r>
        <w:t>is ka nishana yeh hota hai ke masle ko apne khilaaf masla banne se rok diya jaye.</w:t>
      </w:r>
    </w:p>
    <w:p>
      <w:pPr>
        <w:jc w:val="right"/>
      </w:pPr>
      <w:r>
        <w:t>اس کا نشانہ یہ ہوتا ہے کہ مسئلے کو اپنے خلاف مسئلہ بننے سے روک دیا جائے۔</w:t>
      </w:r>
    </w:p>
    <w:p>
      <w:r>
        <w:rPr>
          <w:b/>
        </w:rPr>
        <w:t xml:space="preserve">[43:07] </w:t>
      </w:r>
      <w:r>
        <w:t>ba maqsad insaan ka kirdaar.</w:t>
      </w:r>
    </w:p>
    <w:p>
      <w:pPr>
        <w:jc w:val="right"/>
      </w:pPr>
      <w:r>
        <w:t>بامقصد انسان کا کردار۔</w:t>
      </w:r>
    </w:p>
    <w:p>
      <w:r>
        <w:rPr>
          <w:b/>
        </w:rPr>
        <w:t xml:space="preserve">[43:12] </w:t>
      </w:r>
      <w:r>
        <w:t>suhaib bin sinan urumi in ashaab-e-rasool mein se hain jinho ne daur-e-awwal mein Islam qubool kiya. un ki paidaish mosul mein hui.</w:t>
      </w:r>
    </w:p>
    <w:p>
      <w:pPr>
        <w:jc w:val="right"/>
      </w:pPr>
      <w:r>
        <w:t>صہیب بن سنان عرومی ان اصحاب رسول میں سے ہیں جنہوں نے دور اول میں اسلام قبول کیا۔ ان کی پیدائش موصل میں ہوئی۔</w:t>
      </w:r>
    </w:p>
    <w:p>
      <w:r>
        <w:rPr>
          <w:b/>
        </w:rPr>
        <w:t xml:space="preserve">[43:24] </w:t>
      </w:r>
      <w:r>
        <w:t>unho ne madina mein 38 hijri mein wafat paayi. boqt-e-wafat un ki umr taqreeban 70 saal thi. un se 307 hadeesein marvi hain.</w:t>
      </w:r>
    </w:p>
    <w:p>
      <w:pPr>
        <w:jc w:val="right"/>
      </w:pPr>
      <w:r>
        <w:t>انہوں نے مدینہ میں 38 ہجری میں وفات پائی۔ بوقت وفات ان کی عمر تقریباً 70 سال تھی۔ ان سے 307 حدیثیں مروی ہیں۔</w:t>
      </w:r>
    </w:p>
    <w:p>
      <w:r>
        <w:rPr>
          <w:b/>
        </w:rPr>
        <w:t xml:space="preserve">[43:36] </w:t>
      </w:r>
      <w:r>
        <w:t>un ke baray mein rasool Allah sal Allah alaihi wasallam ne farmaya: ana sabiq al arab wa suhaib sabiq al rum, al mu'jam al kabir li al tabrani. suhaib rumi ka tazkira tareekh-e-Islam ki aksar kitabon mein aaya hai,</w:t>
      </w:r>
    </w:p>
    <w:p>
      <w:pPr>
        <w:jc w:val="right"/>
      </w:pPr>
      <w:r>
        <w:t>ان کے بارے میں رسول اللہ صلی اللہ علیہ وسلم نے فرمایا: أَنَا سَابِقُ الْعَرَبِ وَصُهَيْبُ سَابِقُ الرَّومِ، الْمُعْجَمُ الْكَبِيرُ لِلطَّبْرَانِ صہیب رومی کا تذکرہ تاریخ اسلام کی اکثر کتابوں میں آیا ہے،</w:t>
      </w:r>
    </w:p>
    <w:p>
      <w:r>
        <w:rPr>
          <w:b/>
        </w:rPr>
        <w:t xml:space="preserve">[43:54] </w:t>
      </w:r>
      <w:r>
        <w:t>misalan Tabaqat Ibn Sa'd, Tareekh Ibn Asakir waghera. rawayat se maloom hota hai ke Suhaib Rumi aik oonche khandan ke fard thay, phir woh makka mein tijarat karne lage.</w:t>
      </w:r>
    </w:p>
    <w:p>
      <w:pPr>
        <w:jc w:val="right"/>
      </w:pPr>
      <w:r>
        <w:t>مثلاً طبقات ابن سعد، تاریخ ابن عثاکر وغیرہ۔ روایات سے معلوم ہوتا ہے کہ صہیب رومی ایک اونچے خاندان کے فرد تھے، پھر وہ مکہ میں تجارت کرنے لگے۔</w:t>
      </w:r>
    </w:p>
    <w:p>
      <w:r>
        <w:rPr>
          <w:b/>
        </w:rPr>
        <w:t xml:space="preserve">[44:08] </w:t>
      </w:r>
      <w:r>
        <w:t>unho ne tijarat mein kafi daulat kamayi. kan suhaib qad ribah malan wafeeran min tijaratihi, sir al a'lam al nubala. rasool Allah sal Allah alaihi wasallam ne jab makka se madina ke liye hijrat farmayi to Suhaib Rumi ne bhi hijrat ka faisla kiya.</w:t>
      </w:r>
    </w:p>
    <w:p>
      <w:pPr>
        <w:jc w:val="right"/>
      </w:pPr>
      <w:r>
        <w:t>انہوں نے تجارت میں کافی دولت کمائی۔ كَانَ صُهَيْبٌ قَدْ رَبِحَ مَالًا وَفِيرًا مِنْ تِجَارَتِهِ، سِيَرْ أَعْلَامُ النُّبَلاءِ رسول اللہ صلی اللہ علیہ وسلم نے جب مکہ سے مدینہ کے لیے ہجرت فرمائی تو صہیب رومی نے بھی ہجرت کا فیصلہ کیا۔</w:t>
      </w:r>
    </w:p>
    <w:p>
      <w:r>
        <w:rPr>
          <w:b/>
        </w:rPr>
        <w:t xml:space="preserve">[44:28] </w:t>
      </w:r>
      <w:r>
        <w:t>rawayat batati hain ke un ki hijrat ki khabar logon ko ho gayi. chunancha quraish ke kuch naujawan un ke paas aaye, unho ne kaha ke tum ne apna yeh maal makka mein hasil kiya hai,</w:t>
      </w:r>
    </w:p>
    <w:p>
      <w:pPr>
        <w:jc w:val="right"/>
      </w:pPr>
      <w:r>
        <w:t>روایات بتاتی ہیں کہ ان کی ہجرت کی خبر لوگوں کو ہو گئی۔ چنانچہ قریش کے کچھ نوجوان ان کے پاس آئے، انہوں نے کہا کہ تم نے اپنا یہ مال مکہ میں حاصل کیا ہے،</w:t>
      </w:r>
    </w:p>
    <w:p>
      <w:r>
        <w:rPr>
          <w:b/>
        </w:rPr>
        <w:t xml:space="preserve">[44:42] </w:t>
      </w:r>
      <w:r>
        <w:t>isko le kar hum tum ko madina nahin jaane denge. Suhaib Rumi ne kaha ke agar main tum ko apna maal de doon to kya tum mujh ko jaane doge?</w:t>
      </w:r>
    </w:p>
    <w:p>
      <w:pPr>
        <w:jc w:val="right"/>
      </w:pPr>
      <w:r>
        <w:t>اس کو لے کر ہم تم کو مدینہ نہیں جانے دیں گے۔ صہیب رومی نے کہا کہ اگر میں تم کو اپنا مال دے دوں تو کیا تم مجھ کو جانے دو گے؟</w:t>
      </w:r>
    </w:p>
    <w:p>
      <w:r>
        <w:rPr>
          <w:b/>
        </w:rPr>
        <w:t xml:space="preserve">[44:52] </w:t>
      </w:r>
      <w:r>
        <w:t>unho ne kaha ke haan. is ke baad Suhaib Rumi ne apna sara maal un ke hawale kar diya. fa ja'ala lahum malahu ajma'an, al tabaqat al kubra li Ibn Sa'd. apna maal quraish ke hawale kar ke Suhaib Rumi madina ke liye rawana hue.</w:t>
      </w:r>
    </w:p>
    <w:p>
      <w:pPr>
        <w:jc w:val="right"/>
      </w:pPr>
      <w:r>
        <w:t>انہوں نے کہا کہ ہاں۔ اس کے بعد صہیب رومی نے اپنا سارا مال ان کے حوالے کر دیا۔ فَجَعَلَ لَهُمْ مَالَهُ أَجْمَعًا، الطَّبْقَاتُ الْكُبْرَى لِابْنِ سَعَدٍ اپنا مال قریش کے حوالے کر کے صہیب رومی مدینہ کے لیے روانہ ہوئے۔</w:t>
      </w:r>
    </w:p>
    <w:p>
      <w:r>
        <w:rPr>
          <w:b/>
        </w:rPr>
        <w:t xml:space="preserve">[45:14] </w:t>
      </w:r>
      <w:r>
        <w:t>woh madina pounchay aur rasool Allah sal Allah alaihi wasallam se milay aur aap ko makka ka poora waqia bataya. is ko sun kar rasool Allah sal Allah alaihi wasallam ne farmaya: ya abaa yahya rabbah al bayn. aey Abu</w:t>
      </w:r>
    </w:p>
    <w:p>
      <w:pPr>
        <w:jc w:val="right"/>
      </w:pPr>
      <w:r>
        <w:t>وہ مدینہ پہنچے اور رسول اللہ صلی اللہ علیہ وسلم سے ملے اور آپ کو مکہ کا پورا واقعہ بتایا۔ اس کو سن کر رسول اللہ صلی اللہ علیہ وسلم نے فرمایا: يَا أَبَا يَحْيٰى رَبِّحَ الْبَيْنِ اے ابو</w:t>
      </w:r>
    </w:p>
    <w:p>
      <w:r>
        <w:rPr>
          <w:b/>
        </w:rPr>
        <w:t xml:space="preserve">[45:32] </w:t>
      </w:r>
      <w:r>
        <w:t>Yahya! tumhari tijarat kamyab rahi. aik aur riwayat mein yeh alfaaz hain: rabbah suhaib rabbah suhaib. Suhaib ki tijarat kamyab rahi, Suhaib ki tijarat kamyab rahi.</w:t>
      </w:r>
    </w:p>
    <w:p>
      <w:pPr>
        <w:jc w:val="right"/>
      </w:pPr>
      <w:r>
        <w:t>یحیٰ! تمہاری تجارت کامیاب رہی۔ ایک اور روایت میں یہ الفاظ ہیں: رَبِّحَ صُهَيْبٌ رَبِّحَ صُهَيْبٌ صہیب کی تجارت کامیاب رہی، صہیب کی تجارت کامیاب رہی۔</w:t>
      </w:r>
    </w:p>
    <w:p>
      <w:r>
        <w:rPr>
          <w:b/>
        </w:rPr>
        <w:t xml:space="preserve">[45:46] </w:t>
      </w:r>
      <w:r>
        <w:t>al bidaya wa al nihaya li Ibn Kathir. Hazrat Suhaib Rumi ka yeh waqia, jis ki tasdeeq paighambar-e-Islam sal Allah alaihi wasallam ne farmayi, behad ahem hai.</w:t>
      </w:r>
    </w:p>
    <w:p>
      <w:pPr>
        <w:jc w:val="right"/>
      </w:pPr>
      <w:r>
        <w:t>الْبِدَايَةَ وَالنِّهَايَةَ لِابْنِ كَسِيرٍ حضرت صہیب رومی کا یہ واقعہ، جس کی تصدیق پیغمبر اسلام صلی اللہ علیہ وسلم نے فرمائی، بے حد اہم ہے۔</w:t>
      </w:r>
    </w:p>
    <w:p>
      <w:r>
        <w:rPr>
          <w:b/>
        </w:rPr>
        <w:t xml:space="preserve">[45:59] </w:t>
      </w:r>
      <w:r>
        <w:t>is se maloom hota hai ke ba maqsad insaan ka kirdaar kya hona chahiye. is ka kirdaar yeh hona chahiye ke woh apne maqsad ke ilawa har doosri cheez ko saani, yaani secondary darjay par rakhe.</w:t>
      </w:r>
    </w:p>
    <w:p>
      <w:pPr>
        <w:jc w:val="right"/>
      </w:pPr>
      <w:r>
        <w:t>اس سے معلوم ہوتا ہے کہ بامقصد انسان کا کردار کیا ہونا چاہیے۔ اس کا کردار یہ ہونا چاہیے کہ وہ اپنے مقصد کے علاوہ ہر دوسری چیز کو ثانوی، یعنی سیکنڈری درجے پر رکھے۔</w:t>
      </w:r>
    </w:p>
    <w:p>
      <w:r>
        <w:rPr>
          <w:b/>
        </w:rPr>
        <w:t xml:space="preserve">[46:15] </w:t>
      </w:r>
      <w:r>
        <w:t>woh apne maqsad ko bachane ki khatir har doosri cheez ki qurbani dene ke liye tayyar rahe. muzkurra waqay par ghaur kijiye.</w:t>
      </w:r>
    </w:p>
    <w:p>
      <w:pPr>
        <w:jc w:val="right"/>
      </w:pPr>
      <w:r>
        <w:t>وہ اپنے مقصد کو بچانے کی خاطر ہر دوسری چیز کی قربانی دینے کے لیے تیار رہے۔ مذکورہ واقعے پر غور کیجیے۔</w:t>
      </w:r>
    </w:p>
    <w:p>
      <w:r>
        <w:rPr>
          <w:b/>
        </w:rPr>
        <w:t xml:space="preserve">[46:24] </w:t>
      </w:r>
      <w:r>
        <w:t>Hazrat Suhaib Rumi ke samne aik soorat yeh thi ke woh yeh sochen ke yeh maal main ne apni mehnat se kamaya hai, woh mera aik jaiz haq hai.</w:t>
      </w:r>
    </w:p>
    <w:p>
      <w:pPr>
        <w:jc w:val="right"/>
      </w:pPr>
      <w:r>
        <w:t>حضرت صہیب رومی کے سامنے ایک صورت یہ تھی کہ وہ یہ سوچیں کہ یہ مال میں نے اپنی محنت سے کمایا ہے، وہ میرا ایک جائز حق ہے۔</w:t>
      </w:r>
    </w:p>
    <w:p>
      <w:r>
        <w:rPr>
          <w:b/>
        </w:rPr>
        <w:t xml:space="preserve">[46:34] </w:t>
      </w:r>
      <w:r>
        <w:t>mujhe apne haq se mahroomi ko qabool nahin karna chahiye. mujhe har haal mein apne maal ko apne qabzay mein rakhna chahiye, khwah is ke liye mujhe zalimon se larai ladni pare.</w:t>
      </w:r>
    </w:p>
    <w:p>
      <w:pPr>
        <w:jc w:val="right"/>
      </w:pPr>
      <w:r>
        <w:t>مجھے اپنے حق سے محرومی کو قبول نہیں کرنا چاہیے۔ مجھے ہر حال میں اپنے مال کو اپنے قبضے میں رکھنا چاہیے، خواہ اس کے لیے مجھے ظالموں سے لڑائی لڑنی پڑے۔</w:t>
      </w:r>
    </w:p>
    <w:p>
      <w:r>
        <w:rPr>
          <w:b/>
        </w:rPr>
        <w:t xml:space="preserve">[46:48] </w:t>
      </w:r>
      <w:r>
        <w:t>doosri soorat yeh thi ke woh yeh sochen ke madina da'wat-e-Islam ka markaz ban raha hai, wahan pounch kar mujhe is da'wati muhim mein shareek hona hai.</w:t>
      </w:r>
    </w:p>
    <w:p>
      <w:pPr>
        <w:jc w:val="right"/>
      </w:pPr>
      <w:r>
        <w:t>دوسری صورت یہ تھی کہ وہ یہ سوچیں کہ مدینہ دعوت اسلامی کا مرکز بن رہا ہے، وہاں پہنچ کر مجھے اس دعوتی مہم میں شریک ہونا ہے۔</w:t>
      </w:r>
    </w:p>
    <w:p>
      <w:r>
        <w:rPr>
          <w:b/>
        </w:rPr>
        <w:t xml:space="preserve">[47:01] </w:t>
      </w:r>
      <w:r>
        <w:t>Islam ke is qafle ke sath mil kar mujhe chahiye ke main is tareekhi muhim ko is ki takmeel tak pounchanay ki koshish karoon.</w:t>
      </w:r>
    </w:p>
    <w:p>
      <w:pPr>
        <w:jc w:val="right"/>
      </w:pPr>
      <w:r>
        <w:t>اسلام کے اس قافلے کے ساتھ مل کر مجھے چاہیے کہ میں اس تاریخی مہم کو اس کی تکمیل تک پہنچانے کی کوشش کروں۔</w:t>
      </w:r>
    </w:p>
    <w:p>
      <w:r>
        <w:rPr>
          <w:b/>
        </w:rPr>
        <w:t xml:space="preserve">[47:10] </w:t>
      </w:r>
      <w:r>
        <w:t>suhaib rumi ne mehsoos kiya ke yeh kam behtar aur zyada behtar ke darmiyan intikhab ka mamla hai. agar main maal ke liye takrao karoon to yeh koi aqalmandi na hogi.</w:t>
      </w:r>
    </w:p>
    <w:p>
      <w:pPr>
        <w:jc w:val="right"/>
      </w:pPr>
      <w:r>
        <w:t>صہیب رومی نے محسوس کیا کہ یہ کم بہتر اور زیادہ بہتر کے درمیان انتخاب کا معاملہ ہے۔ اگر میں مال کے لیے ٹکراؤ کروں تو یہ کوئی عقلمندی نہ ہوگی۔</w:t>
      </w:r>
    </w:p>
    <w:p>
      <w:r>
        <w:rPr>
          <w:b/>
        </w:rPr>
        <w:t xml:space="preserve">[47:23] </w:t>
      </w:r>
      <w:r>
        <w:t>yeh maal ki khatir maqsad ko qurbaan karne ke hum maani hoga. chunancha unhon ne maqsad ko bachane ki khatir maal ko qurbaan kar diya aur is se dastbardar ho kar madina chale gaye.</w:t>
      </w:r>
    </w:p>
    <w:p>
      <w:pPr>
        <w:jc w:val="right"/>
      </w:pPr>
      <w:r>
        <w:t>یہ مال کی خاطر مقصد کو قربان کرنے کے ہم معنی ہوگا۔ چنانچہ انہوں نے مقصد کو بچانے کی خاطر مال کو قربان کر دیا اور اس سے دستبردار ہو کر مدینہ چلے گئے۔</w:t>
      </w:r>
    </w:p>
    <w:p>
      <w:r>
        <w:rPr>
          <w:b/>
        </w:rPr>
        <w:t xml:space="preserve">[47:37] </w:t>
      </w:r>
      <w:r>
        <w:t>is tarah ke mamlaat mein sochne ke do tareeqe hain: ek hai manzqi insaaf ka tareeqa aur doosra hai amli hal ka tareeqa.</w:t>
      </w:r>
    </w:p>
    <w:p>
      <w:pPr>
        <w:jc w:val="right"/>
      </w:pPr>
      <w:r>
        <w:t>اس طرح کے معاملات میں سوچنے کے دو طریقے ہیں: ایک ہے منطقی انصاف کا طریقہ اور دوسرا ہے عملی حل کا طریقہ۔</w:t>
      </w:r>
    </w:p>
    <w:p>
      <w:r>
        <w:rPr>
          <w:b/>
        </w:rPr>
        <w:t xml:space="preserve">[47:48] </w:t>
      </w:r>
      <w:r>
        <w:t>manzqi insaaf ka matlab yeh hai ke khalis fanni aitbar se sahih aur galat ko maloom kiya jaye, jaisa ke qanooni adalat mein hota hai, aur doosra hai amli hal, yaani practical solution.</w:t>
      </w:r>
    </w:p>
    <w:p>
      <w:pPr>
        <w:jc w:val="right"/>
      </w:pPr>
      <w:r>
        <w:t>منطقی انصاف کا مطلب یہ ہے کہ خالص فنی اعتبار سے صحیح اور غلط کو معلوم کیا جائے، جیسا کہ قانونی عدالت میں ہوتا ہے، اور دوسرا ہے عملی حل، یعنی پریکٹیکل سلوشن۔</w:t>
      </w:r>
    </w:p>
    <w:p>
      <w:r>
        <w:rPr>
          <w:b/>
        </w:rPr>
        <w:t xml:space="preserve">[48:03] </w:t>
      </w:r>
      <w:r>
        <w:t>amli hal ka matlab yeh hai ke qanooni aitbar se sahih aur galat ki behas mein na para jaye, balke yeh dekha jaye ke amli halaat ke aitbar se masle ka musbat hal kya hai.</w:t>
      </w:r>
    </w:p>
    <w:p>
      <w:pPr>
        <w:jc w:val="right"/>
      </w:pPr>
      <w:r>
        <w:t>عملی حل کا مطلب یہ ہے کہ قانونی اعتبار سے صحیح اور غلط کی بحث میں نہ پڑا جائے، بلکہ یہ دیکھا جائے کہ عملی حالات کے اعتبار سے مسئلے کا مثبت حل کیا ہے۔</w:t>
      </w:r>
    </w:p>
    <w:p>
      <w:r>
        <w:rPr>
          <w:b/>
        </w:rPr>
        <w:t xml:space="preserve">[48:18] </w:t>
      </w:r>
      <w:r>
        <w:t>pehla tareeqa aam insaan ka tareeqa hai aur doosra tareeqa ba maqsad insaan ka tareeqa. aam insaan ko sirf yeh maloom rehta hai ke qanoon ke mutabiq is ka haq kya hai.</w:t>
      </w:r>
    </w:p>
    <w:p>
      <w:pPr>
        <w:jc w:val="right"/>
      </w:pPr>
      <w:r>
        <w:t>پہلا طریقہ عام انسان کا طریقہ ہے اور دوسرا طریقہ بامقصد انسان کا طریقہ۔ عام انسان کو صرف یہ معلوم رہتا ہے کہ قانون کے مطابق اس کا حق کیا ہے۔</w:t>
      </w:r>
    </w:p>
    <w:p>
      <w:r>
        <w:rPr>
          <w:b/>
        </w:rPr>
        <w:t xml:space="preserve">[48:33] </w:t>
      </w:r>
      <w:r>
        <w:t>is ke bar aks ba maqsad insaan qanooni haq aur manzqi insaaf se buland ho kar yeh sochta hai ke mere liye apne maqsad aala ko hasil karne ka mufeed tareeqa kya hai.</w:t>
      </w:r>
    </w:p>
    <w:p>
      <w:pPr>
        <w:jc w:val="right"/>
      </w:pPr>
      <w:r>
        <w:t>اس کے برعکس بامقصد انسان قانونی حق اور منطقی انصاف سے بلند ہو کر یہ سوچتا ہے کہ میرے لیے اپنے مقصد اعلیٰ کو حاصل کرنے کا مفید طریقہ کیا ہے۔</w:t>
      </w:r>
    </w:p>
    <w:p>
      <w:r>
        <w:rPr>
          <w:b/>
        </w:rPr>
        <w:t xml:space="preserve">[48:48] </w:t>
      </w:r>
      <w:r>
        <w:t>soch mein is farq ki bina par aam insaan logon ke sath zar aur zameen ka jhagda karta rehta hai, kyunke is ke siwa is ka koi aur nishana hayat nahi hota.</w:t>
      </w:r>
    </w:p>
    <w:p>
      <w:pPr>
        <w:jc w:val="right"/>
      </w:pPr>
      <w:r>
        <w:t>سوچ میں اس فرق کی بنا پر عام انسان لوگوں کے ساتھ زر اور زمین کا جھگڑا کرتا رہتا ہے، کیونکہ اس کے سوا اس کا کوئی اور نشانہ حیات نہیں ہوتا۔</w:t>
      </w:r>
    </w:p>
    <w:p>
      <w:r>
        <w:rPr>
          <w:b/>
        </w:rPr>
        <w:t xml:space="preserve">[49:00] </w:t>
      </w:r>
      <w:r>
        <w:t>is ke bar aks ba maqsad insaan ka nazariya hazrat eesa ke alfaaz mein yeh hota hai ke koi tumhara kurta lena chahe to us ko apna chugha bhi de do.</w:t>
      </w:r>
    </w:p>
    <w:p>
      <w:pPr>
        <w:jc w:val="right"/>
      </w:pPr>
      <w:r>
        <w:t>اس کے برعکس بامقصد انسان کا نظریہ حضرت مسیح کے الفاظ میں یہ ہوتا ہے کہ کوئی تمہارا کرتا لینا چاہے تو اس کو اپنا چغا بھی دے دو۔</w:t>
      </w:r>
    </w:p>
    <w:p>
      <w:r>
        <w:rPr>
          <w:b/>
        </w:rPr>
        <w:t xml:space="preserve">[49:11] </w:t>
      </w:r>
      <w:r>
        <w:t>yaani dunyaavi cheezon ke mamle mein naza paida ho to foran yak tarafah qurbaani ke zariye is naza ko khatam kar do, taake maqsad ki taraf tumhara safar kisi khalal ke baghair musalsal taur par jari rahe.</w:t>
      </w:r>
    </w:p>
    <w:p>
      <w:pPr>
        <w:jc w:val="right"/>
      </w:pPr>
      <w:r>
        <w:t>یعنی دنیاوی چیزوں کے معاملے میں نزع پیدا ہو تو فوراً یکطرفہ قربانی کے ذریعے اس نزع کو ختم کر دو، تاکہ مقصد کی طرف تمہارا سفر کسی خلل کے بغیر مسلسل طور پر جاری رہے۔</w:t>
      </w:r>
    </w:p>
    <w:p>
      <w:r>
        <w:rPr>
          <w:b/>
        </w:rPr>
        <w:t xml:space="preserve">[49:27] </w:t>
      </w:r>
      <w:r>
        <w:t>is tarah ke nazai mamlaat mein aam insaan ka qaul yeh hota hai ke hum apna haq kyun chhoden? hum insaaf se dastbardar kyun hon?</w:t>
      </w:r>
    </w:p>
    <w:p>
      <w:pPr>
        <w:jc w:val="right"/>
      </w:pPr>
      <w:r>
        <w:t>اس طرح کے نزعی معاملات میں عام انسان کا قول یہ ہوتا ہے کہ ہم اپنا حق کیوں چھوڑیں؟ ہم انصاف سے دستبردار کیوں ہوں؟</w:t>
      </w:r>
    </w:p>
    <w:p>
      <w:r>
        <w:rPr>
          <w:b/>
        </w:rPr>
        <w:t xml:space="preserve">[49:37] </w:t>
      </w:r>
      <w:r>
        <w:t>magar ba maqsad insaan ki soch yeh hoti hai ke dunyaavi haq ko lene ki koshish mein woh rabbani haq se mehroom ho jayega.</w:t>
      </w:r>
    </w:p>
    <w:p>
      <w:pPr>
        <w:jc w:val="right"/>
      </w:pPr>
      <w:r>
        <w:t>مگر بامقصد انسان کی سوچ یہ ہوتی ہے کہ دنیاوی حق کو لینے کی کوشش میں وہ ربانی حق سے محروم ہو جائے گا۔</w:t>
      </w:r>
    </w:p>
    <w:p>
      <w:r>
        <w:rPr>
          <w:b/>
        </w:rPr>
        <w:t xml:space="preserve">[49:45] </w:t>
      </w:r>
      <w:r>
        <w:t>dunyaavi insaaf ko hasil karne ki ladai mein woh aakhirat ke insaaf ki mizan mein apne aap ko be qeemat kar lega.</w:t>
      </w:r>
    </w:p>
    <w:p>
      <w:pPr>
        <w:jc w:val="right"/>
      </w:pPr>
      <w:r>
        <w:t>دنیاوی انصاف کو حاصل کرنے کی لڑائی میں وہ آخرت کے انصاف کی میزان میں اپنے آپ کو بے قیمت کر لے گا۔</w:t>
      </w:r>
    </w:p>
    <w:p>
      <w:r>
        <w:rPr>
          <w:b/>
        </w:rPr>
        <w:t xml:space="preserve">[49:55] </w:t>
      </w:r>
      <w:r>
        <w:t>sochne ka yahi farq dono ke amal mein farq paida kar deta hai. ek dunya ki khatir aakhirat ko gawa deta hai aur doosra aakhirat ki khatir dunya ko.</w:t>
      </w:r>
    </w:p>
    <w:p>
      <w:pPr>
        <w:jc w:val="right"/>
      </w:pPr>
      <w:r>
        <w:t>سوچنے کا یہی فرق دونوں کے عمل میں فرق پیدا کر دیتا ہے۔ ایک دنیا کی خاطر آخرت کو گوا دیتا ہے اور دوسرا آخرت کی خاطر دنیا کو۔</w:t>
      </w:r>
    </w:p>
    <w:p>
      <w:r>
        <w:rPr>
          <w:b/>
        </w:rPr>
        <w:t xml:space="preserve">[50:20] </w:t>
      </w:r>
      <w:r>
        <w:t>ijtehad kya hai? ijtehad ke lafzi maani hain bharpoor koshish karna. shariyat mein yeh lafz is fikri koshish ke liye bola jata hai jabke naye halaat ke andar quran o sunnat ki roshni mein deen ka az sar e no intibaq, yaani re application, maloom karne ki koshish ki jaye.</w:t>
      </w:r>
    </w:p>
    <w:p>
      <w:pPr>
        <w:jc w:val="right"/>
      </w:pPr>
      <w:r>
        <w:t>اجتہاد کیا ہے؟ اجتہاد کے لفظی معنی ہیں بھرپور کوشش کرنا۔ شریعت میں یہ لفظ اس فکری کوشش کے لیے بولا جاتا ہے جبکہ نئے حالات کے اندر قرآن و سنت کی روشنی میں دین کا از سرِ نو انطباق، یعنی ری ایپلیکیشن، معلوم کرنے کی کوشش کی جائے۔</w:t>
      </w:r>
    </w:p>
    <w:p>
      <w:r>
        <w:rPr>
          <w:b/>
        </w:rPr>
        <w:t xml:space="preserve">[50:44] </w:t>
      </w:r>
      <w:r>
        <w:t>yeh ijtehad ahkam ke istinbat ke silsile mein ek aham usool ki hesiyat rakhta hai. haqeeqat yeh hai ke halaat aur zamane ki tabdeeli se bar bar aisi soortein paish aati hain jabke deen ki asal rooh ko barkarar rakhte hue naye halaat mein in ka az sar e no intibaq talash kiya jaye.</w:t>
      </w:r>
    </w:p>
    <w:p>
      <w:pPr>
        <w:jc w:val="right"/>
      </w:pPr>
      <w:r>
        <w:t>یہ اجتہاد احکام کے استنباط کے سلسلے میں ایک اہم اصول کی حیثیت رکھتا ہے۔ حقیقت یہ ہے کہ حالات اور زمانے کی تبدیلی سے بار بار ایسی صورتیں پیش آتی ہیں جبکہ دین کی اصل روح کو برقرار رکھتے ہوئے نئے حالات میں ان کا از سرِ نو انطباق تلاش کیا جائے۔</w:t>
      </w:r>
    </w:p>
    <w:p>
      <w:r>
        <w:rPr>
          <w:b/>
        </w:rPr>
        <w:t xml:space="preserve">[51:10] </w:t>
      </w:r>
      <w:r>
        <w:t>ijtehad ka yeh amal islam ki tareekh mein musalsal jari raha hai, paighambar e islam ki zindagi mein bhi aur paighambar ki wafat ke baad bhi.</w:t>
      </w:r>
    </w:p>
    <w:p>
      <w:pPr>
        <w:jc w:val="right"/>
      </w:pPr>
      <w:r>
        <w:t>اجتہاد کا یہ عمل اسلام کی تاریخ میں مسلسل جاری رہا ہے، پیغمبر اسلام کی زندگی میں بھی اور پیغمبر کی وفات کے بعد بھی۔</w:t>
      </w:r>
    </w:p>
    <w:p>
      <w:r>
        <w:rPr>
          <w:b/>
        </w:rPr>
        <w:t xml:space="preserve">[51:21] </w:t>
      </w:r>
      <w:r>
        <w:t>magar islam ki baad ki sadiyon mein aisa hua ke baaz asbab se ijtehad ka yeh amal zyada tar juzai masail tak mehdood ho kar reh gaya.</w:t>
      </w:r>
    </w:p>
    <w:p>
      <w:pPr>
        <w:jc w:val="right"/>
      </w:pPr>
      <w:r>
        <w:t>مگر اسلام کی بعد کی صدیوں میں ایسا ہوا کہ بعض اسباب سے اجتہاد کا یہ عمل زیادہ تر جزئی مسائل تک محدود ہو کر رہ گیا۔</w:t>
      </w:r>
    </w:p>
    <w:p>
      <w:r>
        <w:rPr>
          <w:b/>
        </w:rPr>
        <w:t xml:space="preserve">[51:34] </w:t>
      </w:r>
      <w:r>
        <w:t>kulli ya bunyadi noiyat ke masail mein ijtehad ka yeh amal haqeeqi taur par jari hi na ho saka. is mamle ki ek misaal woh hai jo quran ki ayat wa qaatiloohum hatta la takuna fitnatun wa yakuna ad deenu kulluhu lillahi se talluq rakhti hai.</w:t>
      </w:r>
    </w:p>
    <w:p>
      <w:pPr>
        <w:jc w:val="right"/>
      </w:pPr>
      <w:r>
        <w:t>کلی یا بنیادی نوعیت کے مسائل میں اجتہاد کا یہ عمل حقیقی طور پر جاری ہی نہ ہو سکا۔ اس معاملے کی ایک مثال وہ ہے جو قرآن کی آیت وَقَاتِلُوهُمْ حَتَّىٰ لَا تَكُونَ فِتْنَةٌ وَيَكُونَ الدِّينُ كُلُّهُ لِلَّهِ سے تعلق رکھتی ہے۔</w:t>
      </w:r>
    </w:p>
    <w:p>
      <w:r>
        <w:rPr>
          <w:b/>
        </w:rPr>
        <w:t xml:space="preserve">[51:55] </w:t>
      </w:r>
      <w:r>
        <w:t>jaisa ke maloom hai, khilafat e rashida ke baad banu ummiya ki hukumat qaim hui. unhon ne damishq ko apna daar ul saltanat banaya.</w:t>
      </w:r>
    </w:p>
    <w:p>
      <w:pPr>
        <w:jc w:val="right"/>
      </w:pPr>
      <w:r>
        <w:t>جیسا کہ معلوم ہے، خلافت راشدہ کے بعد بنو امیہ کی حکومت قائم ہوئی۔ انہوں نے دمشق کو اپنا دارالسلطنت بنایا۔</w:t>
      </w:r>
    </w:p>
    <w:p>
      <w:r>
        <w:rPr>
          <w:b/>
        </w:rPr>
        <w:t xml:space="preserve">[52:05] </w:t>
      </w:r>
      <w:r>
        <w:t>is zamane mein abdullah bin zubair wafat 73 hijri mein hijaz mein apni alhidah khilafat qaim kar li.</w:t>
      </w:r>
    </w:p>
    <w:p>
      <w:pPr>
        <w:jc w:val="right"/>
      </w:pPr>
      <w:r>
        <w:t>اس زمانے میں عبداللہ بن زبیر وفات 73 ہجری میں حجاز میں اپنی علیحدہ خلافت قائم کر لی۔</w:t>
      </w:r>
    </w:p>
    <w:p>
      <w:r>
        <w:rPr>
          <w:b/>
        </w:rPr>
        <w:t xml:space="preserve">[52:15] </w:t>
      </w:r>
      <w:r>
        <w:t>yeh khilafat 9 saal tak baqi rahi. banu ummiya ke governor al hajjaj se un ka takrao hua. is takrao ke waqt un ke qareebi afraad ne un ka saath chhod diya, yahan tak ke woh tanha ladte hue hajjaj ki fauj ke hathon mare gaye.</w:t>
      </w:r>
    </w:p>
    <w:p>
      <w:pPr>
        <w:jc w:val="right"/>
      </w:pPr>
      <w:r>
        <w:t>یہ خلافت 9 سال تک باقی رہی۔ بنو امیہ کے گورنر الحجاج سے ان کا ٹکراؤ ہوا۔ اس ٹکراؤ کے وقت ان کے قریبی افراد نے ان کا ساتھ چھوڑ دیا، یہاں تک کہ وہ تنہا لڑتے ہوئے حجاج کی فوج کے ہاتھوں مارے گئے۔</w:t>
      </w:r>
    </w:p>
    <w:p>
      <w:r>
        <w:rPr>
          <w:b/>
        </w:rPr>
        <w:t xml:space="preserve">[52:33] </w:t>
      </w:r>
      <w:r>
        <w:t>is waqeye ko islam ki tareekh mein fitna ibn zubair kaha jata hai. jis zamane mein yeh jang ho rahi thi, abdullah bin umar wafat 73 hijri maujood the magar woh is jang mein sharik nahi hue.</w:t>
      </w:r>
    </w:p>
    <w:p>
      <w:pPr>
        <w:jc w:val="right"/>
      </w:pPr>
      <w:r>
        <w:t>اس واقعے کو اسلام کی تاریخ میں فتنہ ابن زبیر کہا جاتا ہے۔ جس زمانے میں یہ جنگ ہو رہی تھی، عبداللہ بن عمر وفات 73 ہجری موجود تھے مگر وہ اس جنگ میں شریک نہیں ہوئے۔</w:t>
      </w:r>
    </w:p>
    <w:p>
      <w:r>
        <w:rPr>
          <w:b/>
        </w:rPr>
        <w:t xml:space="preserve">[52:48] </w:t>
      </w:r>
      <w:r>
        <w:t>ibn zubair ke kuch hami un ke paas gaye aur unhein aarh dilate hue kaha ke aap is jang mein shamil ho kar kyun nahi ladte jabke quran mein Allah taala ne hukum diya hai wa qaatiloohum hatta la takuna fitnah. abdullah bin umar ne jawab diya ke jo kaam karna tha woh hum ne kar diya, yahan tak ke fitna khatam ho gaya.</w:t>
      </w:r>
    </w:p>
    <w:p>
      <w:pPr>
        <w:jc w:val="right"/>
      </w:pPr>
      <w:r>
        <w:t>ابن زبیر کے کچھ حامی ان کے پاس گئے اور انہیں آڑ دلاتے ہوئے کہا کہ آپ اس جنگ میں شامل ہو کر کیوں نہیں لڑتے جبکہ قرآن میں اللہ تعالیٰ نے حکم دیا ہے وَقَاتِلُوهُمْ حَتَّىٰ لَا تَكُونَ فِتْنَةٌ عبداللہ بن عمر نے جواب دیا کہ جو کام کرنا تھا وہ ہم نے کر دیا، یہاں تک کہ فتنہ ختم ہو گیا۔</w:t>
      </w:r>
    </w:p>
    <w:p>
      <w:r>
        <w:rPr>
          <w:b/>
        </w:rPr>
        <w:t xml:space="preserve">[53:15] </w:t>
      </w:r>
      <w:r>
        <w:t>qad faalna ala ahd e rasool Allah sallallahu alaihi wasallam az kaana al islam qaleelan fa kaana al rajul yuf tan fi deenihi amma yaqtuloona hu amma yus qoonahu hatta kasara al islam falam takun fitnah sahih bukhari.</w:t>
      </w:r>
    </w:p>
    <w:p>
      <w:pPr>
        <w:jc w:val="right"/>
      </w:pPr>
      <w:r>
        <w:t>قد فعلنا علی عہد رسول اللہ صلی اللہ علیہ وسلم اذ کان الاسلام قليلا فكان الرجل یفتن فی دینہ اما یقتلونہ واما یوسقونہ حتیٰ کثر الاسلام فلم تکن فتنہ صحیح بخاری۔</w:t>
      </w:r>
    </w:p>
    <w:p>
      <w:r>
        <w:rPr>
          <w:b/>
        </w:rPr>
        <w:t xml:space="preserve">[53:36] </w:t>
      </w:r>
      <w:r>
        <w:t>abdullah bin umar ka yeh qaul mere nazdeek kulliyati umoor mein ijtihad ki aik aala misaal hai. is ka matlab yeh hai ke sahabi rasool ne apni mujtahidana baseerat se samjha ke mazkoora ayat mein jo hukum diya gaya, qital baraye istihsal fitna tha na ke qital baraye qital.</w:t>
      </w:r>
    </w:p>
    <w:p>
      <w:pPr>
        <w:jc w:val="right"/>
      </w:pPr>
      <w:r>
        <w:t>عبداللہ بن عمر کا یہ قول میرے نزدیک کلیاتی امور میں اجتہاد کی ایک اعلیٰ مثال ہے۔ اس کا مطلب یہ ہے کہ صحابی رسول نے اپنی مجتہدانہ بصیرت سے سمجھا کہ مذکورہ آیت میں جو حکم دیا گیا، قتال برائے استحصال فتنہ تھا نہ کہ قتال برائے قتال۔</w:t>
      </w:r>
    </w:p>
    <w:p>
      <w:r>
        <w:rPr>
          <w:b/>
        </w:rPr>
        <w:t xml:space="preserve">[53:59] </w:t>
      </w:r>
      <w:r>
        <w:t>is ka matlab yeh hai ke jab fitna khatam ho gaya to qital bhi khatam ho gaya. ab woh mehnat un mawaqe dawat ko istemal karne ke liye ki jayegi jo ke fitna ke khatme ke baad paida hue hain.</w:t>
      </w:r>
    </w:p>
    <w:p>
      <w:pPr>
        <w:jc w:val="right"/>
      </w:pPr>
      <w:r>
        <w:t>اس کا مطلب یہ ہے کہ جب فتنہ ختم ہو گیا تو قتال بھی ختم ہو گیا۔ اب وہ محنت ان مواقع دعوت کو استعمال کرنے کے لیے کی جائے گی جو کہ فتنہ کے خاتمے کے بعد پیدا ہوئے ہیں۔</w:t>
      </w:r>
    </w:p>
    <w:p>
      <w:r>
        <w:rPr>
          <w:b/>
        </w:rPr>
        <w:t xml:space="preserve">[54:13] </w:t>
      </w:r>
      <w:r>
        <w:t>abdullah bin umar ke is qaul ki mazeed tafseel umar bin abdulaziz ke aik qaul se maloom hoti hai. khalifa umar bin abdulaziz madina mein abdullah bin umar ki wafat se 12 saal pehle, 61 hijri mein paida hue.</w:t>
      </w:r>
    </w:p>
    <w:p>
      <w:pPr>
        <w:jc w:val="right"/>
      </w:pPr>
      <w:r>
        <w:t>عبداللہ بن عمر کے اس قول کی مزید تفصیل عمر بن عبدالعزیز کے ایک قول سے معلوم ہوتی ہے۔ خلیفہ عمر بن عبدالعزیز مدینہ میں عبداللہ بن عمر کی وفات سے 12 سال پہلے، 61 ہجری میں پیدا ہوئے۔</w:t>
      </w:r>
    </w:p>
    <w:p>
      <w:r>
        <w:rPr>
          <w:b/>
        </w:rPr>
        <w:t xml:space="preserve">[54:30] </w:t>
      </w:r>
      <w:r>
        <w:t>unhon ne apne daur hukumat mein khurasan ke governor al-jarrah bin abdullah al-hakmi ko likha tha innama baatha muhammadun daa'iyan wa lam yab'athhu jaabi-yan Allah ne Muhammad salallaho alaihi wasallam ko sirf daai bana kar bheja tha.</w:t>
      </w:r>
    </w:p>
    <w:p>
      <w:pPr>
        <w:jc w:val="right"/>
      </w:pPr>
      <w:r>
        <w:t>انہوں نے اپنے دور حکومت میں خراسان کے گورنر الجراح بن عبداللہ الحکمی کو لکھا تھا إِنَّمَا بَعَثَ مُحَمَّدٍ دَاعِيًّا وَلَمْ يَبْعَثْهُ جَابِيًّا اللہ نے محمد صلی اللہ علیہ وسلم کو صرف داعی بنا کر بھیجا تھا۔</w:t>
      </w:r>
    </w:p>
    <w:p>
      <w:r>
        <w:rPr>
          <w:b/>
        </w:rPr>
        <w:t xml:space="preserve">[54:48] </w:t>
      </w:r>
      <w:r>
        <w:t>Allah ne aap ko tax wasool karne wala bana kar nahi bheja. al-bidaya wa al-nihaya is ka matlab yeh hai ke rasool Allah salallaho alaihi wasallam ka asal mission dawat tha.</w:t>
      </w:r>
    </w:p>
    <w:p>
      <w:pPr>
        <w:jc w:val="right"/>
      </w:pPr>
      <w:r>
        <w:t>اللہ نے آپ کو ٹیکس وصول کرنے والا بنا کر نہیں بھیجا۔ الْبِدَايَةَ وَالنِّهَايَةَ اس کا مطلب یہ ہے کہ رسول اللہ صلی اللہ علیہ وسلم کا اصل مشن دعوت تھا۔</w:t>
      </w:r>
    </w:p>
    <w:p>
      <w:r>
        <w:rPr>
          <w:b/>
        </w:rPr>
        <w:t xml:space="preserve">[55:02] </w:t>
      </w:r>
      <w:r>
        <w:t>woh qital ke liye ya zameen par qabza kar ke us par hukumat qaim karne ke liye nahi bheje gaye. jab Allah taala ne dawat ke raaste ki rukawatein khatam kar dein to us ke baad aap ka aur aap ke ashaab ka kaam yeh ho gaya ke Allah ke bando tak Allah ka paigham pahunchayein.</w:t>
      </w:r>
    </w:p>
    <w:p>
      <w:pPr>
        <w:jc w:val="right"/>
      </w:pPr>
      <w:r>
        <w:t>وہ قتال کے لیے یا زمین پر قبضہ کر کے اس پر حکومت قائم کرنے کے لیے نہیں بھیجے گئے۔ جب اللہ تعالیٰ نے دعوت کے راستے کی رکاوٹیں ختم کر دیں تو اس کے بعد آپ کا اور آپ کے اصحاب کا کام یہ ہو گیا کہ اللہ کے بندوں تک اللہ کا پیغام پہنچائیں۔</w:t>
      </w:r>
    </w:p>
    <w:p>
      <w:r>
        <w:rPr>
          <w:b/>
        </w:rPr>
        <w:t xml:space="preserve">[55:23] </w:t>
      </w:r>
      <w:r>
        <w:t>yeh ijtihad ki woh misalein hain jo aik jaleel qadar sahabi aur aik jaleel qadar tabai ne daur-e-awwal mein qaim kien.</w:t>
      </w:r>
    </w:p>
    <w:p>
      <w:pPr>
        <w:jc w:val="right"/>
      </w:pPr>
      <w:r>
        <w:t>یہ اجتہاد کی وہ مثالیں ہیں جو ایک جلیل القدر صحابی اور ایک جلیل القدر تابعی نے دورِ اول میں قائم کیں۔</w:t>
      </w:r>
    </w:p>
    <w:p>
      <w:r>
        <w:rPr>
          <w:b/>
        </w:rPr>
        <w:t xml:space="preserve">[55:33] </w:t>
      </w:r>
      <w:r>
        <w:t>magar is ke bawajood hum dekhte hain ke baad ki tareekh mein in ka yeh ijtihad amalan raaij na ho saka. musalmanon ki baad ki naslein badastoor jang o qital mein mashgool rahin aur aaj tak mashgool hain.</w:t>
      </w:r>
    </w:p>
    <w:p>
      <w:pPr>
        <w:jc w:val="right"/>
      </w:pPr>
      <w:r>
        <w:t>مگر اس کے باوجود ہم دیکھتے ہیں کہ بعد کی تاریخ میں ان کا یہ اجتہاد عملاً رائج نہ ہو سکا۔ مسلمانوں کی بعد کی نسلیں بدستور جنگ و قتال میں مشغول رہیں اور آج تک مشغول ہیں۔</w:t>
      </w:r>
    </w:p>
    <w:p>
      <w:r>
        <w:rPr>
          <w:b/>
        </w:rPr>
        <w:t xml:space="preserve">[55:49] </w:t>
      </w:r>
      <w:r>
        <w:t>woh haqeeqi taur par dawat ke maidan mein sar-garm na ho sakein. agarchay baad ki sadiyon mein bhi Islam musalsal phailta raha hai magar woh ziyada tar apni fitri kashish ke zor par phaila hai, na ke daaiyon aur muballighon ki kisi munazzam koshish ke zor par.</w:t>
      </w:r>
    </w:p>
    <w:p>
      <w:pPr>
        <w:jc w:val="right"/>
      </w:pPr>
      <w:r>
        <w:t>وہ حقیقی طور پر دعوت کے میدان میں سرگرم نہ ہو سکیں۔ اگرچہ بعد کی صدیوں میں بھی اسلام مسلسل پھیلتا رہا ہے مگر وہ زیادہ تر اپنی فطری کشش کے زور پر پھیلا ہے، نہ کہ داعیوں اور مبلغوں کی کسی منظم کوشش کے زور پر۔</w:t>
      </w:r>
    </w:p>
    <w:p>
      <w:r>
        <w:rPr>
          <w:b/>
        </w:rPr>
        <w:t xml:space="preserve">[56:09] </w:t>
      </w:r>
      <w:r>
        <w:t>asal yeh hai ke zaroorat thi ke sahabi aur tabai ke mazkoora qaul ki buniyad par aik mukammal nazariya tashkeel diya jaye.</w:t>
      </w:r>
    </w:p>
    <w:p>
      <w:pPr>
        <w:jc w:val="right"/>
      </w:pPr>
      <w:r>
        <w:t>اصل یہ ہے کہ ضرورت تھی کہ صحابی اور تابعی کے مذکورہ قول کی بنیاد پر ایک مکمل نظریہ تشکیل دیا جائے۔</w:t>
      </w:r>
    </w:p>
    <w:p>
      <w:r>
        <w:rPr>
          <w:b/>
        </w:rPr>
        <w:t xml:space="preserve">[56:19] </w:t>
      </w:r>
      <w:r>
        <w:t>is ko aik ideological system ke taur par جامع andaaz mein murattab kiya jaye. magar baad ke muslim ulama yeh kaam na kar sake aur baad ke logon ki yahi kotahi is ka sabab ban gayi ke baad ki tareekh ka safar dawat ke rukh par jari hone ke bajaye qital ke rukh par jari ho gaya, jo badastoor aaj tak qaim hai.</w:t>
      </w:r>
    </w:p>
    <w:p>
      <w:pPr>
        <w:jc w:val="right"/>
      </w:pPr>
      <w:r>
        <w:t>اس کو ایک آئیڈیالوجیکل سسٹم کے طور پر جامع انداز میں مرتب کیا جائے۔ مگر بعد کے مسلم علماء یہ کام نہ کر سکے اور بعد کے لوگوں کی یہی کوتاہی اس کا سبب بن گئی کہ بعد کی تاریخ کا سفر دعوت کے رخ پر جاری ہونے کے بجائے قتال کے رخ پر جاری ہو گیا، جو بدستور آج تک قائم ہے۔</w:t>
      </w:r>
    </w:p>
    <w:p>
      <w:r>
        <w:rPr>
          <w:b/>
        </w:rPr>
        <w:t xml:space="preserve">[56:45] </w:t>
      </w:r>
      <w:r>
        <w:t>is maamle ki wazahat ke liye aik mutwazi misaal li jiye. rasool Allah salallaho alaihi wasallam ne farmaya tha kama takoonoona yuwalla aw yu'ammara alaikum masnad al-shahab al-qazai.</w:t>
      </w:r>
    </w:p>
    <w:p>
      <w:pPr>
        <w:jc w:val="right"/>
      </w:pPr>
      <w:r>
        <w:t>اس معاملے کی وضاحت کے لیے ایک متوازی مثال لیجیے۔ رسول اللہ صلی اللہ علیہ وسلم نے فرمایا تھا كَمَا تَكُونُونَ يُوَلَّى أَو يُؤَمَّرُ عَلَيْكُمْ مسند الشہاب القضائی۔</w:t>
      </w:r>
    </w:p>
    <w:p>
      <w:r>
        <w:rPr>
          <w:b/>
        </w:rPr>
        <w:t xml:space="preserve">[57:03] </w:t>
      </w:r>
      <w:r>
        <w:t>yani jaise tum hoge waise hi tumhare hukmaran honge. is hadith mein aik azeem haqeeqat ki taraf ishara kiya gaya tha.</w:t>
      </w:r>
    </w:p>
    <w:p>
      <w:pPr>
        <w:jc w:val="right"/>
      </w:pPr>
      <w:r>
        <w:t>یعنی جیسے تم ہو گے ویسے ہی تمہارے حکمران ہوں گے۔ اس حدیث میں ایک عظیم حقیقت کی طرف اشارہ کیا گیا تھا۔</w:t>
      </w:r>
    </w:p>
    <w:p>
      <w:r>
        <w:rPr>
          <w:b/>
        </w:rPr>
        <w:t xml:space="preserve">[57:13] </w:t>
      </w:r>
      <w:r>
        <w:t>qadeem zamane mein siyasat ka markaz badshah hua karte they. is qaul mein is jamhoori usool ki taraf rehnumai di gayi jis mein siyasat ka markaz awam hon.</w:t>
      </w:r>
    </w:p>
    <w:p>
      <w:pPr>
        <w:jc w:val="right"/>
      </w:pPr>
      <w:r>
        <w:t>قدیم زمانے میں سیاست کا مرکز بادشاہ ہوا کرتے تھے۔ اس قول میں اس جمہوری اصول کی طرف رہنمائی دی گئی جس میں سیاست کا مرکز عوام ہوں۔</w:t>
      </w:r>
    </w:p>
    <w:p>
      <w:r>
        <w:rPr>
          <w:b/>
        </w:rPr>
        <w:t xml:space="preserve">[57:27] </w:t>
      </w:r>
      <w:r>
        <w:t>qadeem siyasi nizam ki babat arabi mein yeh maqola tha al-nasu ala deeni mulookihim mazkoora qaul rasool mein is maqolay ko goya badal kar is tarah kar diya gaya al-muluku ala deeni al-nas. is maamle ka aik pehlu yeh tha ke tareekh ko badshah rakhi hone ke bajaye awam rakhi hona chahiye.</w:t>
      </w:r>
    </w:p>
    <w:p>
      <w:pPr>
        <w:jc w:val="right"/>
      </w:pPr>
      <w:r>
        <w:t>قدیم سیاسی نظام کی بابت عربی میں یہ مقولہ تھا النَّاسُ عَلَى دِينِ مُلُوكِهِمْ مذکورہ قول رسول میں اس مقولے کو گویا بدل کر اس طرح کر دیا گیا الْمُلُوكُ عَلَى دِينِ النَّاسِ اس معاملے کا ایک پہلو یہ تھا کہ تاریخ کو بادشاہ رخی ہونے کے بجائے عوام رخی ہونا چاہیے۔</w:t>
      </w:r>
    </w:p>
    <w:p>
      <w:r>
        <w:rPr>
          <w:b/>
        </w:rPr>
        <w:t xml:space="preserve">[57:53] </w:t>
      </w:r>
      <w:r>
        <w:t>qadeem zamane mein tareekh badshah nama hua karti thi. badshahon ke waqiat ko qalam band karne ka naam tareekh tha.</w:t>
      </w:r>
    </w:p>
    <w:p>
      <w:pPr>
        <w:jc w:val="right"/>
      </w:pPr>
      <w:r>
        <w:t>قدیم زمانے میں تاریخ بادشاہ نامہ ہوا کرتی تھی۔ بادشاہوں کے واقعات کو قلم بند کرنے کا نام تاریخ تھا۔</w:t>
      </w:r>
    </w:p>
    <w:p>
      <w:r>
        <w:rPr>
          <w:b/>
        </w:rPr>
        <w:t xml:space="preserve">[58:04] </w:t>
      </w:r>
      <w:r>
        <w:t>mazkoora qaul rasool mein yeh rehnumai thi ke tareekh ko wasee tar maano mein poori insaniyat ke ahwal par mabni hona chahiye, na ke sirf hakim ke ahwal par.</w:t>
      </w:r>
    </w:p>
    <w:p>
      <w:pPr>
        <w:jc w:val="right"/>
      </w:pPr>
      <w:r>
        <w:t>مذکورہ قول رسول میں یہ رہنمائی تھی کہ تاریخ کو وسیع تر معنوں میں پوری انسانیت کے احوال پر مبنی ہونا چاہیے، نہ کہ صرف حاکم کے احوال پر۔</w:t>
      </w:r>
    </w:p>
    <w:p>
      <w:r>
        <w:rPr>
          <w:b/>
        </w:rPr>
        <w:t xml:space="preserve">[58:17] </w:t>
      </w:r>
      <w:r>
        <w:t>qaul rasool mein mazkoora isharti rehnumai ke bawajood baad ki kai sadiyon tak tareekh nawisi ka yeh tareeqa amalan jari na ho saka.</w:t>
      </w:r>
    </w:p>
    <w:p>
      <w:pPr>
        <w:jc w:val="right"/>
      </w:pPr>
      <w:r>
        <w:t>قول رسول میں مذکورہ اشاراتی رہنمائی کے باوجود بعد کی کئی صدیوں تک تاریخ نویسی کا یہ طریقہ عملاً جاری نہ ہو سکا۔</w:t>
      </w:r>
    </w:p>
    <w:p>
      <w:r>
        <w:rPr>
          <w:b/>
        </w:rPr>
        <w:t xml:space="preserve">[58:29] </w:t>
      </w:r>
      <w:r>
        <w:t>hata ke is daur mein Islam ki jo tareekhein likhi gayin woh bhi qadeem tareeqay ke mutabiq ziyada tar siyasi ahwal tak mehdood rahin.</w:t>
      </w:r>
    </w:p>
    <w:p>
      <w:pPr>
        <w:jc w:val="right"/>
      </w:pPr>
      <w:r>
        <w:t>حتیٰ کہ اس دور میں اسلام کی جو تاریخیں لکھی گئیں وہ بھی قدیم طریقے کے مطابق زیادہ تر سیاسی احوال تک محدود رہیں۔</w:t>
      </w:r>
    </w:p>
    <w:p>
      <w:r>
        <w:rPr>
          <w:b/>
        </w:rPr>
        <w:t xml:space="preserve">[58:40] </w:t>
      </w:r>
      <w:r>
        <w:t>is ki wajah yahi thi ke mazkoora mujtahidana usool ki buniyad par tareekh nawisi ka aik mukammal falsafa tayyar na kiya ja saka.</w:t>
      </w:r>
    </w:p>
    <w:p>
      <w:pPr>
        <w:jc w:val="right"/>
      </w:pPr>
      <w:r>
        <w:t>اس کی وجہ یہی تھی کہ مذکورہ مجتہدانہ اصول کی بنیاد پر تاریخ نویسی کا ایک مکمل فلسفہ تیار نہ کیا جا سکا۔</w:t>
      </w:r>
    </w:p>
    <w:p>
      <w:r>
        <w:rPr>
          <w:b/>
        </w:rPr>
        <w:t xml:space="preserve">[58:50] </w:t>
      </w:r>
      <w:r>
        <w:t>yeh kaam pehli baar ibn khaldun wafat 808 hijri ne kiya. ibn khaldun ne apne mashhoor muqaddame mein tareekh nawisi ke jadeed usool ko aik mukammal falsafay ki shakal mein murattab kiya.</w:t>
      </w:r>
    </w:p>
    <w:p>
      <w:pPr>
        <w:jc w:val="right"/>
      </w:pPr>
      <w:r>
        <w:t>یہ کام پہلی بار ابن خلدون وفات 808 ہجری نے کیا۔ ابن خلدون نے اپنے مشہور مقدمے میں تاریخ نویسی کے جدید اصول کو ایک مکمل فلسفے کی شکل میں مرتب کیا۔</w:t>
      </w:r>
    </w:p>
    <w:p>
      <w:r>
        <w:rPr>
          <w:b/>
        </w:rPr>
        <w:t xml:space="preserve">[59:07] </w:t>
      </w:r>
      <w:r>
        <w:t>is ki yeh kitab itni aham thi ke dunya ki tamam badi badi zubano mein is ke tarjume kiye gaye. is kitab ne aalami zehn par zabardast asar dala.</w:t>
      </w:r>
    </w:p>
    <w:p>
      <w:pPr>
        <w:jc w:val="right"/>
      </w:pPr>
      <w:r>
        <w:t>اس کی یہ کتاب اتنی اہم تھی کہ دنیا کی تمام بڑی بڑی زبانوں میں اس کے ترجمے کیے گئے۔ اس کتاب نے عالمی ذہن پر زبردست اثر ڈالا۔</w:t>
      </w:r>
    </w:p>
    <w:p>
      <w:r>
        <w:rPr>
          <w:b/>
        </w:rPr>
        <w:t xml:space="preserve">[59:19] </w:t>
      </w:r>
      <w:r>
        <w:t>yehahan tak ke is ke baad tareekh nawisi ka qadeem usloob khatam ho gaya aur jadeed usloob sari dunya mein raaij hua.</w:t>
      </w:r>
    </w:p>
    <w:p>
      <w:pPr>
        <w:jc w:val="right"/>
      </w:pPr>
      <w:r>
        <w:t>یہاں تک کہ اس کے بعد تاریخ نویسی کا قدیم اسلوب ختم ہو گیا اور جدید اسلوب ساری دنیا میں رائج ہوا۔</w:t>
      </w:r>
    </w:p>
    <w:p>
      <w:r>
        <w:rPr>
          <w:b/>
        </w:rPr>
        <w:t xml:space="preserve">[59:29] </w:t>
      </w:r>
      <w:r>
        <w:t>ibn khaldun ne jis tarah tareekh nawisi ke maamle mein mazkoora qaul rasool ko aik جامع nizam fikr ki soorat mein murattab kiya, zaroorat thi ke isi tarah dawat ke maamle ko bhi aik جامع nizam fikr ki soorat mein murattab kiya jaye.</w:t>
      </w:r>
    </w:p>
    <w:p>
      <w:pPr>
        <w:jc w:val="right"/>
      </w:pPr>
      <w:r>
        <w:t>ابن خلدون نے جس طرح تاریخ نویسی کے معاملے میں مذکورہ قول رسول کو ایک جامع نظام فکر کی صورت میں مرتب کیا، ضرورت تھی کہ اسی طرح دعوت کے معاملے کو بھی ایک جامع نظام فکر کی صورت میں مرتب کیا جائے۔</w:t>
      </w:r>
    </w:p>
    <w:p>
      <w:r>
        <w:rPr>
          <w:b/>
        </w:rPr>
        <w:t xml:space="preserve">[59:48] </w:t>
      </w:r>
      <w:r>
        <w:t>magar is kaam ke liye ijtihad kulli ki salahiyat darkar thi jabke hamare ulama ijtihad ko juzwi masail tak mehdood kiye hue thay.</w:t>
      </w:r>
    </w:p>
    <w:p>
      <w:pPr>
        <w:jc w:val="right"/>
      </w:pPr>
      <w:r>
        <w:t>مگر اس کام کے لیے اجتہاد کلی کی صلاحیت درکار تھی جبکہ ہمارے علماء اجتہاد کو جزئی مسائل تک محدود کیے ہوئے تھے۔</w:t>
      </w:r>
    </w:p>
    <w:p>
      <w:r>
        <w:rPr>
          <w:b/>
        </w:rPr>
        <w:t xml:space="preserve">[1:00:00] </w:t>
      </w:r>
      <w:r>
        <w:t>yahi wahid wajah hai jis ki bina par aisa hua ke dawat ki buniyad par jamia nizam-e-fikr tashkeel na diya ja saka.</w:t>
      </w:r>
    </w:p>
    <w:p>
      <w:pPr>
        <w:jc w:val="right"/>
      </w:pPr>
      <w:r>
        <w:t>یہی واحد وجہ ہے جس کی بنا پر ایسا ہوا کہ دعوت کی بنیاد پر جامع نظام فکر تشکیل نہ دیا جا سکا۔</w:t>
      </w:r>
    </w:p>
    <w:p>
      <w:r>
        <w:rPr>
          <w:b/>
        </w:rPr>
        <w:t xml:space="preserve">[1:00:10] </w:t>
      </w:r>
      <w:r>
        <w:t>maujooda zamane mein musalmanon ka jo fikr hai us ki ek numaindagi al-ikhwan al-muslimun ke zariye hoti hai.</w:t>
      </w:r>
    </w:p>
    <w:p>
      <w:pPr>
        <w:jc w:val="right"/>
      </w:pPr>
      <w:r>
        <w:t>موجودہ زمانے میں مسلمانوں کا جو فکر ہے اس کی ایک نمائندگی الاخوان المسلمون کے ذریعے ہوتی ہے۔</w:t>
      </w:r>
    </w:p>
    <w:p>
      <w:r>
        <w:rPr>
          <w:b/>
        </w:rPr>
        <w:t xml:space="preserve">[1:00:19] </w:t>
      </w:r>
      <w:r>
        <w:t>al-ikhwan al-muslimun 1920 mein misr mein qaim ki gai. is ke ibtidai leader hasan al-banna aur sayyid qutb waghera thay.</w:t>
      </w:r>
    </w:p>
    <w:p>
      <w:pPr>
        <w:jc w:val="right"/>
      </w:pPr>
      <w:r>
        <w:t>الاخوان المسلمون 1920 میں مصر میں قائم کی گئی۔ اس کے ابتدائی لیڈر حسن البنہ اور سید قطب وغیرہ تھے۔</w:t>
      </w:r>
    </w:p>
    <w:p>
      <w:r>
        <w:rPr>
          <w:b/>
        </w:rPr>
        <w:t xml:space="preserve">[1:00:30] </w:t>
      </w:r>
      <w:r>
        <w:t>is ko ghair mamooli phailao hasil hua. al-ikhwan al-muslimun ne apne aqeeda o amal ke liye jo nara ikhtiyar kiya woh yeh tha al-islāmu dīnunā wa al-jihādu manhajunā ya'ni Islam hamara deen hai aur jihad hamara tareeqa-e-amal hai.</w:t>
      </w:r>
    </w:p>
    <w:p>
      <w:pPr>
        <w:jc w:val="right"/>
      </w:pPr>
      <w:r>
        <w:t>اس کو غیر معمولی پھیلاؤ حاصل ہوا۔ الاخوان المسلمون نے اپنے عقیدہ و عمل کے لیے جو نعرہ اختیار کیا وہ یہ تھا الاسلام ديننا والجهاد منهجنا یعنی اسلام ہمارا دین ہے اور جہاد ہمارا طریقہ عمل ہے۔</w:t>
      </w:r>
    </w:p>
    <w:p>
      <w:r>
        <w:rPr>
          <w:b/>
        </w:rPr>
        <w:t xml:space="preserve">[1:00:49] </w:t>
      </w:r>
      <w:r>
        <w:t>lekin mujtahidana basirat ke sath halaat ka mutala kiya jaye to maloom hoga ke us waqt ikhwani leaderon ko yeh janna chahiye tha ke un ke liye zyada mu'assir aur natija khez tareeqa woh hai jo mabni bar-aman ho, na ke mabni bar-tashaddud.</w:t>
      </w:r>
    </w:p>
    <w:p>
      <w:pPr>
        <w:jc w:val="right"/>
      </w:pPr>
      <w:r>
        <w:t>لیکن مجتہدانہ بصیرت کے ساتھ حالات کا مطالعہ کیا جائے تو معلوم ہوگا کہ اس وقت اخوانی لیڈروں کو یہ جاننا چاہیے تھا کہ ان کے لیے زیادہ مؤثر اور نتیجہ خیز طریقہ وہ ہے جو مبنی برامن ہو، نہ کہ مبنی برتشدد۔</w:t>
      </w:r>
    </w:p>
    <w:p>
      <w:r>
        <w:rPr>
          <w:b/>
        </w:rPr>
        <w:t xml:space="preserve">[1:01:08] </w:t>
      </w:r>
      <w:r>
        <w:t>is lihaaz se zyada sahih baat yeh thi ke al-islāmu dīnunā wa al-da'watu manhajunā Islam hamara deen hai aur dawat hamara tareeqa-e-amal hai.</w:t>
      </w:r>
    </w:p>
    <w:p>
      <w:pPr>
        <w:jc w:val="right"/>
      </w:pPr>
      <w:r>
        <w:t>اس لحاظ سے زیادہ صحیح بات یہ تھی کہ الاسلام ديننا والدعوة منهجنا اسلام ہمارا دین ہے اور دعوت ہمارا طریقہ عمل ہے۔</w:t>
      </w:r>
    </w:p>
    <w:p>
      <w:r>
        <w:rPr>
          <w:b/>
        </w:rPr>
        <w:t xml:space="preserve">[1:01:20] </w:t>
      </w:r>
      <w:r>
        <w:t>maujooda zamane mein musalmanon ne beshumar qurbaniyan deen magar un ki tamam qurbaniyan habt-e-a'maal ka shikar ho gayin.</w:t>
      </w:r>
    </w:p>
    <w:p>
      <w:pPr>
        <w:jc w:val="right"/>
      </w:pPr>
      <w:r>
        <w:t>موجودہ زمانے میں مسلمانوں نے بے شمار قربانیاں دیں مگر ان کی تمام قربانیاں حبط اعمال کا شکار ہو گئیں۔</w:t>
      </w:r>
    </w:p>
    <w:p>
      <w:r>
        <w:rPr>
          <w:b/>
        </w:rPr>
        <w:t xml:space="preserve">[1:01:29] </w:t>
      </w:r>
      <w:r>
        <w:t xml:space="preserve">un ka woh haal hua jis ko ek israili paighambar ne in alfaaz mein bataya tha: "tum ne boht sa boya par thora kata. </w:t>
      </w:r>
    </w:p>
    <w:p>
      <w:pPr>
        <w:jc w:val="right"/>
      </w:pPr>
      <w:r>
        <w:t>ان کا وہ حال ہوا جس کو ایک اسرائیلی پیغمبر نے ان الفاظ میں بتایا تھا: "تم نے بہت سا بویا پر تھوڑا کاٹا۔</w:t>
      </w:r>
    </w:p>
    <w:p>
      <w:r>
        <w:rPr>
          <w:b/>
        </w:rPr>
        <w:t xml:space="preserve">[1:01:38] </w:t>
      </w:r>
      <w:r>
        <w:t>tum khate ho par aasooda nahi hotay. tum peetay ho par piyas nahi bujhti. tum kapray pehantay ho par garam nahi hotay." aur mazdoor apni mazdoori surakh daar theli mein jama karta hai.</w:t>
      </w:r>
    </w:p>
    <w:p>
      <w:pPr>
        <w:jc w:val="right"/>
      </w:pPr>
      <w:r>
        <w:t>تم کھاتے ہو پر آسودہ نہیں ہوتے۔ تم پیتے ہو پر پیاس نہیں بجھتی۔ تم کپڑے پہنتے ہو پر گرم نہیں ہوتے۔" اور مزدور اپنی مزدوری سوراخ دار تھیلی میں جمع کرتا ہے۔</w:t>
      </w:r>
    </w:p>
    <w:p>
      <w:r>
        <w:rPr>
          <w:b/>
        </w:rPr>
        <w:t xml:space="preserve">[1:01:58] </w:t>
      </w:r>
      <w:r>
        <w:t>Islam aman o rehmat ka mazhab maujooda zamane mein muslim dunya mein ek giroh ubhra hai jis ko mujahid ya mujahideen kaha jata hai.</w:t>
      </w:r>
    </w:p>
    <w:p>
      <w:pPr>
        <w:jc w:val="right"/>
      </w:pPr>
      <w:r>
        <w:t>اسلام امن و رحمت کا مذہب موجودہ زمانے میں مسلم دنیا میں ایک گروہ ابھرا ہے جس کو مجاہد یا مجاہدین کہا جاتا ہے۔</w:t>
      </w:r>
    </w:p>
    <w:p>
      <w:r>
        <w:rPr>
          <w:b/>
        </w:rPr>
        <w:t xml:space="preserve">[1:02:12] </w:t>
      </w:r>
      <w:r>
        <w:t>boht se log in ko muslim hero ki nazar se dekhte hain magar haqeeqat yeh hai ke in mujahideen ka ta'alluq na jihad se hai aur na Islam se.</w:t>
      </w:r>
    </w:p>
    <w:p>
      <w:pPr>
        <w:jc w:val="right"/>
      </w:pPr>
      <w:r>
        <w:t>بہت سے لوگ ان کو مسلم ہیرو کی نظر سے دیکھتے ہیں مگر حقیقت یہ ہے کہ ان مجاہدین کا تعلق نہ جہاد سے ہے اور نہ اسلام سے۔</w:t>
      </w:r>
    </w:p>
    <w:p>
      <w:r>
        <w:rPr>
          <w:b/>
        </w:rPr>
        <w:t xml:space="preserve">[1:02:23] </w:t>
      </w:r>
      <w:r>
        <w:t>hadees mein aya hai ke paighambar-e-Islam ne farmaya al-mujahidu man jahada nafsahu fi ta'at-e-Allah ya'ni mujahid woh hai jo Allah ki farmanbardari ke liye khud apne nafs se jihad kare.</w:t>
      </w:r>
    </w:p>
    <w:p>
      <w:pPr>
        <w:jc w:val="right"/>
      </w:pPr>
      <w:r>
        <w:t>حدیث میں آیا ہے کہ پیغمبر اسلام نے فرمایا المجاهد من جاهد نفسہ فی طاعت اللہ یعنی مجاہد وہ ہے جو اللہ کی فرمانبرداری کے لیے خود اپنے نفس سے جہاد کرے۔</w:t>
      </w:r>
    </w:p>
    <w:p>
      <w:r>
        <w:rPr>
          <w:b/>
        </w:rPr>
        <w:t xml:space="preserve">[1:02:39] </w:t>
      </w:r>
      <w:r>
        <w:t>magar yeh mujahid log bilkul ulta kar rahay hain. woh doosron ke khilaf tashaddud ki karwai karte hain. yahan tak ke jahan unhein khulay taur par tashaddud ka mauqa nahi milta, wahan woh khudkush bombari kar ke doosron ko halak karne ki koshish karte hain.</w:t>
      </w:r>
    </w:p>
    <w:p>
      <w:pPr>
        <w:jc w:val="right"/>
      </w:pPr>
      <w:r>
        <w:t>مگر یہ مجاہد لوگ بالکل الٹا کر رہے ہیں۔ وہ دوسروں کے خلاف تشدد کی کارروائی کرتے ہیں۔ یہاں تک کہ جہاں انہیں کھلے طور پر تشدد کا موقع نہیں ملتا، وہاں وہ خودکش بمباری کر کے دوسروں کو ہلاک کرنے کی کوشش کرتے ہیں۔</w:t>
      </w:r>
    </w:p>
    <w:p>
      <w:r>
        <w:rPr>
          <w:b/>
        </w:rPr>
        <w:t xml:space="preserve">[1:02:59] </w:t>
      </w:r>
      <w:r>
        <w:t>yeh naam nahad mujahid sarkon aur raston par landmine bichha dete hain aur jab guzarne walay wahan se guzartay hain to achaanak dhamaka hota hai jis mein kitnay hi musafir halak ho jatay hain.</w:t>
      </w:r>
    </w:p>
    <w:p>
      <w:pPr>
        <w:jc w:val="right"/>
      </w:pPr>
      <w:r>
        <w:t>یہ نام نہاد مجاہد سڑکوں اور راستوں پر لینڈ مائن بچھا دیتے ہیں اور جب گزرنے والے وہاں سے گزرتے ہیں تو اچانک دھماکہ ہوتا ہے جس میں کتنے ہی مسافر ہلاک ہو جاتے ہیں۔</w:t>
      </w:r>
    </w:p>
    <w:p>
      <w:r>
        <w:rPr>
          <w:b/>
        </w:rPr>
        <w:t xml:space="preserve">[1:03:13] </w:t>
      </w:r>
      <w:r>
        <w:t>woh jalsa gah aur theatre hall mein bomb maar kar logon ko halak karte hain. woh be-qasoor logon ko yerghamal bana kar sankron khandanon ko sogwaar kar dete hain.</w:t>
      </w:r>
    </w:p>
    <w:p>
      <w:pPr>
        <w:jc w:val="right"/>
      </w:pPr>
      <w:r>
        <w:t>وہ جلسہ گاہ اور تھیٹر ہال میں بم مار کر لوگوں کو ہلاک کرتے ہیں۔ وہ بے قصور لوگوں کویرغمال بنا کر سینکڑوں خاندانوں کو سوگوار کر دیتے ہیں۔</w:t>
      </w:r>
    </w:p>
    <w:p>
      <w:r>
        <w:rPr>
          <w:b/>
        </w:rPr>
        <w:t xml:space="preserve">[1:03:26] </w:t>
      </w:r>
      <w:r>
        <w:t>woh be-qasoor logon ko maarne mein yahan tak jari hotay hain ke is mamle mein woh musalman aur ghair musalman ka farq bhi nahi karte.</w:t>
      </w:r>
    </w:p>
    <w:p>
      <w:pPr>
        <w:jc w:val="right"/>
      </w:pPr>
      <w:r>
        <w:t>وہ بے قصور لوگوں کو مارنے میں یہاں تک جری ہوتے ہیں کہ اس معاملے میں وہ مسلمان اور غیر مسلمان کا فرق بھی نہیں کرتے۔</w:t>
      </w:r>
    </w:p>
    <w:p>
      <w:r>
        <w:rPr>
          <w:b/>
        </w:rPr>
        <w:t xml:space="preserve">[1:03:36] </w:t>
      </w:r>
      <w:r>
        <w:t>woh kisi abadi ya kisi bhi majmay ya building mein dhamaka kar ke hazaron logon ko be-qasoor maar dalte hain.</w:t>
      </w:r>
    </w:p>
    <w:p>
      <w:pPr>
        <w:jc w:val="right"/>
      </w:pPr>
      <w:r>
        <w:t>وہ کسی آبادی یا کسی بھی مجمعے یا بلڈنگ میں دھماکہ کر کے ہزاروں لوگوں کو بے قصور مار ڈالتے ہیں۔</w:t>
      </w:r>
    </w:p>
    <w:p>
      <w:r>
        <w:rPr>
          <w:b/>
        </w:rPr>
        <w:t xml:space="preserve">[1:03:45] </w:t>
      </w:r>
      <w:r>
        <w:t>yeh log itnay nadan hain ke is qism ka dhamaka kar ke yeh samajhtay hain ke woh is se Khuda ko khush kar rahay hain, halankay woh apne is fe'l se sirf shaitan ko khush kar rahay hotay hain.</w:t>
      </w:r>
    </w:p>
    <w:p>
      <w:pPr>
        <w:jc w:val="right"/>
      </w:pPr>
      <w:r>
        <w:t>یہ لوگ اتنے نادان ہیں کہ اس قسم کا دھماکہ کر کے یہ سمجھتے ہیں کہ وہ اس سے خدا کو خوش کر رہے ہیں، حالانکہ وہ اپنے اس فعل سے صرف شیطان کو خوش کر رہے ہوتے ہیں۔</w:t>
      </w:r>
    </w:p>
    <w:p>
      <w:r>
        <w:rPr>
          <w:b/>
        </w:rPr>
        <w:t xml:space="preserve">[1:04:00] </w:t>
      </w:r>
      <w:r>
        <w:t>Islam ki taleemat ke mutabiq jang ya tashaddud kisi bhi haal mein jaiz nahi hai. kisi bhi shakhs ya giroh ke liye har giz jaiz nahi ke woh ba-taur-e-khud ek nazariya banaye aur us khud-sakhta nazariye ki buniyad par apne aap ko durust samajhtay hue kisi ke khilaf tashaddud shuru kar de.</w:t>
      </w:r>
    </w:p>
    <w:p>
      <w:pPr>
        <w:jc w:val="right"/>
      </w:pPr>
      <w:r>
        <w:t>اسلام کی تعلیمات کے مطابق جنگ یا تشدد کسی بھی حال میں جائز نہیں ہے۔ کسی بھی شخص یا گروہ کے لیے ہرگز جائز نہیں کہ وہ بطور خود ایک نظریہ بنائے اور اس خود ساختہ نظریے کی بنیاد پر اپنے آپ کو درست سمجھتے ہوئے کسی کے خلاف تشدد شروع کر دے۔</w:t>
      </w:r>
    </w:p>
    <w:p>
      <w:r>
        <w:rPr>
          <w:b/>
        </w:rPr>
        <w:t xml:space="preserve">[1:04:23] </w:t>
      </w:r>
      <w:r>
        <w:t>Islam mein jang aur tashaddud ke liye boht shadeed qism ki sharait muqarrar ki gayi hain. mislan jarahiyat ke khilaf ek jaiz jang mein bhi sirf muqatil ya'ni combatant par hamla kiya ja sakta hai.</w:t>
      </w:r>
    </w:p>
    <w:p>
      <w:pPr>
        <w:jc w:val="right"/>
      </w:pPr>
      <w:r>
        <w:t>اسلام میں جنگ اور تشدد کے لیے بہت شدید قسم کی شرائط مقرر کی گئی ہیں۔ مثلاً جارحیت کے خلاف ایک جائز جنگ میں بھی صرف مقاتل یعنی کامبیٹنٹ پر حملہ کیا جا سکتا ہے۔</w:t>
      </w:r>
    </w:p>
    <w:p>
      <w:r>
        <w:rPr>
          <w:b/>
        </w:rPr>
        <w:t xml:space="preserve">[1:04:38] </w:t>
      </w:r>
      <w:r>
        <w:t>ghair muqatil ya non-combatant par hamla karna kisi bhi uzr ki bina par jaiz nahi. kisi insan ko qatl karna Islam ke nazdeek intehai had tak narwa fe'l hai.</w:t>
      </w:r>
    </w:p>
    <w:p>
      <w:pPr>
        <w:jc w:val="right"/>
      </w:pPr>
      <w:r>
        <w:t>غیر مقاتل یا نان کامبیٹنٹ پر حملہ کرنا کسی بھی عذر کی بنا پر جائز نہیں۔ کسی انسان کو قتل کرنا اسلام کے نزدیک انتہائی حد تک ناروا فعل ہے۔</w:t>
      </w:r>
    </w:p>
    <w:p>
      <w:r>
        <w:rPr>
          <w:b/>
        </w:rPr>
        <w:t xml:space="preserve">[1:04:52] </w:t>
      </w:r>
      <w:r>
        <w:t>yahan is silsile mein Quran ki do aayatain naqal ki jati hain jis se is mamle ki shiddat ka andaza hoga. pehli aayat ka ta'alluq aam insan se hai.</w:t>
      </w:r>
    </w:p>
    <w:p>
      <w:pPr>
        <w:jc w:val="right"/>
      </w:pPr>
      <w:r>
        <w:t>یہاں اس سلسلے میں قرآن کی دو آیتیں نقل کی جاتی ہیں جس سے اس معاملے کی شدت کا اندازہ ہوگا۔ پہلی آیت کا تعلق عام انسان سے ہے۔</w:t>
      </w:r>
    </w:p>
    <w:p>
      <w:r>
        <w:rPr>
          <w:b/>
        </w:rPr>
        <w:t xml:space="preserve">[1:05:04] </w:t>
      </w:r>
      <w:r>
        <w:t>is aayat ka tarjuma yeh hai: "isi sabab hum ne Bani Israel par likh diya ke jo shakhs kisi ko qatl kare baghair is ke ke us ne kisi ko qatl kiya ho ya zameen mein fasad barpa kiya ho to goya us ne sare aadmiyon ko qatl kar dala, aur jis ne ek shakhs ko bachaya to goya us ne sare aadmiyon ko bacha liya." doosri aayat momin ke qatl ke baray mein hai.</w:t>
      </w:r>
    </w:p>
    <w:p>
      <w:pPr>
        <w:jc w:val="right"/>
      </w:pPr>
      <w:r>
        <w:t>اس آیت کا ترجمہ یہ ہے: "اسی سبب ہم نے بنی اسرائیل پر لکھ دیا کہ جو شخص کسی کو قتل کرے بغیر اس کے کہ اس نے کسی کو قتل کیا ہو یا زمین میں فساد برپا کیا ہو تو گویا اس نے سارے آدمیوں کو قتل کر ڈالا، اور جس نے ایک شخص کو بچایا تو گویا اس نے سارے آدمیوں کو بچا لیا۔" دوسری آیت مومن کے قتل کے بارے میں ہے۔</w:t>
      </w:r>
    </w:p>
    <w:p>
      <w:r>
        <w:rPr>
          <w:b/>
        </w:rPr>
        <w:t xml:space="preserve">[1:05:31] </w:t>
      </w:r>
      <w:r>
        <w:t>is ka tarjuma yeh hai: "aur jo shakhs kisi musalman ko jaan kar qatl kare to us ki saza jahannam hai jis mein woh hamesha rahay ga, aur us par Allah ka ghazab aur us ki laanat hai, aur Allah ne us ke liye bara azab tayar kar rakha hai." Quran ki yeh do aayatain woh hain jin mein qatl ki burai ko bayan kiya gaya hai.</w:t>
      </w:r>
    </w:p>
    <w:p>
      <w:pPr>
        <w:jc w:val="right"/>
      </w:pPr>
      <w:r>
        <w:t>اس کا ترجمہ یہ ہے: "اور جو شخص کسی مسلمان کو جان کر قتل کرے تو اس کی سزا جہنم ہے جس میں وہ ہمیشہ رہے گا، اور اس پر اللہ کا غضب اور اس کی لعنت ہے، اور اللہ نے اس کے لیے بڑا عذاب تیار کر رکھا ہے۔" قرآن کی یہ دو آیتیں وہ ہیں جن میں قتل کی برائی کو بیان کیا گیا ہے۔</w:t>
      </w:r>
    </w:p>
    <w:p>
      <w:r>
        <w:rPr>
          <w:b/>
        </w:rPr>
        <w:t xml:space="preserve">[1:05:56] </w:t>
      </w:r>
      <w:r>
        <w:t>jahan tak qatl se kam darjay ke tashaddud ki baat hai, woh bhi Islam mein itna zyada namahmood hai ke jo log is mein mulawwis hon aur is se tauba na karein to un ka imaan aur Islam hi mujtaba ho jayega.</w:t>
      </w:r>
    </w:p>
    <w:p>
      <w:pPr>
        <w:jc w:val="right"/>
      </w:pPr>
      <w:r>
        <w:t>جہاں تک قتل سے کم درجے کے تشدد کی بات ہے، وہ بھی اسلام میں اتنا زیادہ نامحمود ہے کہ جو لوگ اس میں ملوث ہوں اور اس سے توبہ نہ کریں تو ان کا ایمان اور اسلام ہی مجتبیٰ ہو جائے گا۔</w:t>
      </w:r>
    </w:p>
    <w:p>
      <w:r>
        <w:rPr>
          <w:b/>
        </w:rPr>
        <w:t xml:space="preserve">[1:06:11] </w:t>
      </w:r>
      <w:r>
        <w:t>is silsile mein ek hadith rasool yahan naqal ki jati hai. is ka tarjuma yeh hai: "khuda ki qasam, woh momin nahi hai.</w:t>
      </w:r>
    </w:p>
    <w:p>
      <w:pPr>
        <w:jc w:val="right"/>
      </w:pPr>
      <w:r>
        <w:t>اس سلسلے میں ایک حدیث رسول یہاں نقل کی جاتی ہے۔ اس کا ترجمہ یہ ہے: "خدا کی قسم، وہ مومن نہیں ہے۔</w:t>
      </w:r>
    </w:p>
    <w:p>
      <w:r>
        <w:rPr>
          <w:b/>
        </w:rPr>
        <w:t xml:space="preserve">[1:06:20] </w:t>
      </w:r>
      <w:r>
        <w:t>khuda ki qasam, woh momin nahi hai. khuda ki qasam, woh momin nahi hai jis ki buri harkaton se is ka parosi aman mein na ho." masnad ahmad.</w:t>
      </w:r>
    </w:p>
    <w:p>
      <w:pPr>
        <w:jc w:val="right"/>
      </w:pPr>
      <w:r>
        <w:t>خدا کی قسم، وہ مومن نہیں ہے۔ خدا کی قسم، وہ مومن نہیں ہے جس کی بری حرکتوں سے اس کا پڑوسی امن میں نہ ہو۔" مسند احمد۔</w:t>
      </w:r>
    </w:p>
    <w:p>
      <w:r>
        <w:rPr>
          <w:b/>
        </w:rPr>
        <w:t xml:space="preserve">[1:06:33] </w:t>
      </w:r>
      <w:r>
        <w:t>khulasa yeh hai ke islam mein sirf ek hi jang jaiz hai, aur woh khuli jarahiyat ke khilaf hukumat ke tehat difai jang hai.</w:t>
      </w:r>
    </w:p>
    <w:p>
      <w:pPr>
        <w:jc w:val="right"/>
      </w:pPr>
      <w:r>
        <w:t>خلاصہ یہ ہے کہ اسلام میں صرف ایک ہی جنگ جائز ہے، اور وہ کھلی جارحیت کے خلاف حکومت کے تحت دفاعی جنگ ہے۔</w:t>
      </w:r>
    </w:p>
    <w:p>
      <w:r>
        <w:rPr>
          <w:b/>
        </w:rPr>
        <w:t xml:space="preserve">[1:06:43] </w:t>
      </w:r>
      <w:r>
        <w:t>koi aur jang, mislan jarahiyana jang, bila unwan jang ki islam mein ijazat nahi. is tarah woh jangain bhi islam mein jaiz nahi hain jin ko proxy war aur guerrilla war kaha jata hai.</w:t>
      </w:r>
    </w:p>
    <w:p>
      <w:pPr>
        <w:jc w:val="right"/>
      </w:pPr>
      <w:r>
        <w:t>کوئی اور جنگ، مثلاً جارحانہ جنگ، بلا عنوان جنگ کی اسلام میں اجازت نہیں۔ اس طرح وہ جنگیں بھی اسلام میں جائز نہیں ہیں جن کو پراکسی وار اور گوریلا وار کہا جاتا ہے۔</w:t>
      </w:r>
    </w:p>
    <w:p>
      <w:r>
        <w:rPr>
          <w:b/>
        </w:rPr>
        <w:t xml:space="preserve">[1:07:00] </w:t>
      </w:r>
      <w:r>
        <w:t>islam mukammal ma'non mein aman aur rehmat ka mazhab hai. kisi ke khilaf tashaddud karna islam mein qatan jaiz nahi.</w:t>
      </w:r>
    </w:p>
    <w:p>
      <w:pPr>
        <w:jc w:val="right"/>
      </w:pPr>
      <w:r>
        <w:t>اسلام مکمل معنوں میں امن اور رحمت کا مذہب ہے۔ کسی کے خلاف تشدد کرنا اسلام میں قطعاً جائز نہیں۔</w:t>
      </w:r>
    </w:p>
    <w:p>
      <w:r>
        <w:rPr>
          <w:b/>
        </w:rPr>
        <w:t xml:space="preserve">[1:07:10] </w:t>
      </w:r>
      <w:r>
        <w:t>kisi ko bhi yeh haq nahi ke woh ek khud sakhta uzr tarashe aur us ke naam par logon ke khilaf tashaddud shuru kar de.</w:t>
      </w:r>
    </w:p>
    <w:p>
      <w:pPr>
        <w:jc w:val="right"/>
      </w:pPr>
      <w:r>
        <w:t>کسی کو بھی یہ حق نہیں کہ وہ ایک خود ساختہ عذر تراشے اور اس کے نام پر لوگوں کے خلاف تشدد شروع کر دے۔</w:t>
      </w:r>
    </w:p>
    <w:p>
      <w:r>
        <w:rPr>
          <w:b/>
        </w:rPr>
        <w:t xml:space="preserve">[1:07:33] </w:t>
      </w:r>
      <w:r>
        <w:t>line of action ka masla. 1947 mein jab hindustan azad hua to us ke baad tamam musalmanon ke samne yeh sawal tha ke naye hindustan mein musalmanon ke liye line of action kya hai?</w:t>
      </w:r>
    </w:p>
    <w:p>
      <w:pPr>
        <w:jc w:val="right"/>
      </w:pPr>
      <w:r>
        <w:t>لائن آف ایکشن کا مسئلہ۔ 1947 میں جب ہندوستان آزاد ہوا تو اس کے بعد تمام مسلمانوں کے سامنے یہ سوال تھا کہ نئے ہندوستان میں مسلمانوں کے لیے لائن آف ایکشن کیا ہے؟</w:t>
      </w:r>
    </w:p>
    <w:p>
      <w:r>
        <w:rPr>
          <w:b/>
        </w:rPr>
        <w:t xml:space="preserve">[1:07:51] </w:t>
      </w:r>
      <w:r>
        <w:t>us waqt se le kar ab tak is mozu par hazaron tahreerain samne aain aur hazaron jalsay kiye gaye, magar aaj bhi log yahi poochte hue nazar ate hain ke musalmanon ke liye rah-e-amal ya line of action kya hona chahiye?</w:t>
      </w:r>
    </w:p>
    <w:p>
      <w:pPr>
        <w:jc w:val="right"/>
      </w:pPr>
      <w:r>
        <w:t>اس وقت سے لے کر اب تک اس موضوع پر ہزاروں تحریریں سامنے آئیں اور ہزاروں جلسے کیے گئے، مگر آج بھی لوگ یہی پوچھتے ہوئے نظر آتے ہیں کہ مسلمانوں کے لیے راہ عمل یا لائن آف ایکشن کیا ہونا چاہیے؟</w:t>
      </w:r>
    </w:p>
    <w:p>
      <w:r>
        <w:rPr>
          <w:b/>
        </w:rPr>
        <w:t xml:space="preserve">[1:08:09] </w:t>
      </w:r>
      <w:r>
        <w:t>mere nazdeek yeh masla line of action ki ghair maujoodgi ka nahi hai, balke line of action ke maujud hote hue is ko amalan qabool na karne ka hai.</w:t>
      </w:r>
    </w:p>
    <w:p>
      <w:pPr>
        <w:jc w:val="right"/>
      </w:pPr>
      <w:r>
        <w:t>میرے نزدیک یہ مسئلہ لائن آف ایکشن کی غیر موجودگی کا نہیں ہے، بلکہ لائن آف ایکشن کے موجود ہوتے ہوئے اس کو عملاً قبول نہ کرنے کا ہے۔</w:t>
      </w:r>
    </w:p>
    <w:p>
      <w:r>
        <w:rPr>
          <w:b/>
        </w:rPr>
        <w:t xml:space="preserve">[1:08:23] </w:t>
      </w:r>
      <w:r>
        <w:t>musalmanon ke samne bar bar mukhtalif jamaaton aur rehnumaon ki taraf se apne apne andaz mein is sawal ka jawab diya gaya hai, magar aaj tak kisi bhi jawab ko musalmanon mein aam qabooliyat ka darja hasil na ho saka.</w:t>
      </w:r>
    </w:p>
    <w:p>
      <w:pPr>
        <w:jc w:val="right"/>
      </w:pPr>
      <w:r>
        <w:t>مسلمانوں کے سامنے بار بار مختلف جماعتوں اور رہنماؤں کی طرف سے اپنے اپنے انداز میں اس سوال کا جواب دیا گیا ہے، مگر آج تک کسی بھی جواب کو مسلمانوں میں عمومی قبولیت کا درجہ حاصل نہ ہو سکا۔</w:t>
      </w:r>
    </w:p>
    <w:p>
      <w:r>
        <w:rPr>
          <w:b/>
        </w:rPr>
        <w:t xml:space="preserve">[1:08:42] </w:t>
      </w:r>
      <w:r>
        <w:t>maulana abul kalam azad ne 1948 mein lucknow mein mashhoor muslim convention kiya. is mauqe par maulana azad ne jo taqreer ki thi, woh aaj bhi chapi hui maujud hai.</w:t>
      </w:r>
    </w:p>
    <w:p>
      <w:pPr>
        <w:jc w:val="right"/>
      </w:pPr>
      <w:r>
        <w:t>مولانا ابوالکلام آزاد نے 1948 میں لکھنؤ میں مشہور مسلم کنونشن کیا۔ اس موقع پر مولانا آزاد نے جو تقریر کی تھی، وہ آج بھی چھپی ہوئی موجود ہے۔</w:t>
      </w:r>
    </w:p>
    <w:p>
      <w:r>
        <w:rPr>
          <w:b/>
        </w:rPr>
        <w:t xml:space="preserve">[1:08:57] </w:t>
      </w:r>
      <w:r>
        <w:t>apni is taqreer mein unhon ne musalmanan-e-hind ke samne yeh laih-e-amal pesh kiya ke woh muslim league ko khatam kar dein aur national congress mein shamoooliyat ikhtiyar kar lain.</w:t>
      </w:r>
    </w:p>
    <w:p>
      <w:pPr>
        <w:jc w:val="right"/>
      </w:pPr>
      <w:r>
        <w:t>اپنی اس تقریر میں انہوں نے مسلمانان ہند کے سامنے یہ لائحہ عمل پیش کیا کہ وہ مسلم لیگ کو ختم کر دیں اور نیشنل کانگریس میں شمولیت اختیار کر لیں۔</w:t>
      </w:r>
    </w:p>
    <w:p>
      <w:r>
        <w:rPr>
          <w:b/>
        </w:rPr>
        <w:t xml:space="preserve">[1:09:10] </w:t>
      </w:r>
      <w:r>
        <w:t>dusre lafzon mein yeh ke hindustan ke musalman firqawarana buniyad par apni mili policy na banayein, balke apni policy mushtarak qaumi buniyad par banayein.</w:t>
      </w:r>
    </w:p>
    <w:p>
      <w:pPr>
        <w:jc w:val="right"/>
      </w:pPr>
      <w:r>
        <w:t>دوسرے لفظوں میں یہ کہ ہندوستان کے مسلمان فرقہ وارانہ بنیاد پر اپنی ملی پالیسی نہ بنائیں، بلکہ اپنی پالیسی مشترک قومی بنیاد پر بنائیں۔</w:t>
      </w:r>
    </w:p>
    <w:p>
      <w:r>
        <w:rPr>
          <w:b/>
        </w:rPr>
        <w:t xml:space="preserve">[1:09:23] </w:t>
      </w:r>
      <w:r>
        <w:t>numaindagi ke aitbar se lucknow ka yeh all india muslim convention nihayat kamyab tha, magar is ke baad aisa nahi hua ke musalman maulana azad ke mashware ko apni mili policy ke taur par ikhtiyar kar lain.</w:t>
      </w:r>
    </w:p>
    <w:p>
      <w:pPr>
        <w:jc w:val="right"/>
      </w:pPr>
      <w:r>
        <w:t>نمائندگی کے اعتبار سے لکھنؤ کا یہ آل انڈیا مسلم کنونشن نہایت کامیاب تھا، مگر اس کے بعد ایسا نہیں ہوا کہ مسلمان مولانا آزاد کے مشورے کو اپنی ملی پالیسی کے طور پر اختیار کر لیں۔</w:t>
      </w:r>
    </w:p>
    <w:p>
      <w:r>
        <w:rPr>
          <w:b/>
        </w:rPr>
        <w:t xml:space="preserve">[1:09:40] </w:t>
      </w:r>
      <w:r>
        <w:t>un ki walwala angez taqreer fiza mein tahleel ho kar reh gayi. isi tarah nihayat dhoom ke sath all india muslim majlis-e-mushawarat 1964 mein.</w:t>
      </w:r>
    </w:p>
    <w:p>
      <w:pPr>
        <w:jc w:val="right"/>
      </w:pPr>
      <w:r>
        <w:t>ان کی ولولہ انگیز تقریر فضا میں تحلیل ہو کر رہ گئی۔ اسی طرح نہایت دھوم کے ساتھ آل انڈیا مسلم مجلس مشاورت 1964 میں۔</w:t>
      </w:r>
    </w:p>
    <w:p>
      <w:r>
        <w:rPr>
          <w:b/>
        </w:rPr>
        <w:t xml:space="preserve">[1:09:54] </w:t>
      </w:r>
      <w:r>
        <w:t>isi tarah nihayat dhoom ke sath all india muslim majlis-e-mushawarat 1964 bani. mulk ke taqreeban tamam muslim rehnuma is ke platform par akhatta ho gaye, magar is ka bhi koi natija nahi nikla.</w:t>
      </w:r>
    </w:p>
    <w:p>
      <w:pPr>
        <w:jc w:val="right"/>
      </w:pPr>
      <w:r>
        <w:t>اسی طرح نہایت دھوم کے ساتھ آل انڈیا مسلم مجلس مشاورت 1964 بنی۔ ملک کے تقریباً تمام مسلم رہنما اس کے پلیٹ فارم پر اکٹھا ہو گئے، مگر اس کا بھی کوئی نتیجہ نہیں نکلا۔</w:t>
      </w:r>
    </w:p>
    <w:p>
      <w:r>
        <w:rPr>
          <w:b/>
        </w:rPr>
        <w:t xml:space="preserve">[1:10:11] </w:t>
      </w:r>
      <w:r>
        <w:t>all india muslim majlis-e-mushawarat ne mutafqa tor par ek muslim manshoor tayyar kar ke shaya kiya. is mein kaha gaya tha ke hindustan ke musalman is mulk mein khair-e-umat ka kirdar ada karein,</w:t>
      </w:r>
    </w:p>
    <w:p>
      <w:pPr>
        <w:jc w:val="right"/>
      </w:pPr>
      <w:r>
        <w:t>آل انڈیا مسلم مجلس مشاورت نے متفقہ طور پر ایک مسلم منشور تیار کر کے شائع کیا۔ اس میں کہا گیا تھا کہ ہندوستان کے مسلمان اس ملک میں خیر امت کا کردار ادا کریں،</w:t>
      </w:r>
    </w:p>
    <w:p>
      <w:r>
        <w:rPr>
          <w:b/>
        </w:rPr>
        <w:t xml:space="preserve">[1:10:27] </w:t>
      </w:r>
      <w:r>
        <w:t>magar is unwan par musalman amalan mutharrik na ho sake. yahan tak ke khud muslim majlis-e-mushawarat be-asar ho kar reh gayi.</w:t>
      </w:r>
    </w:p>
    <w:p>
      <w:pPr>
        <w:jc w:val="right"/>
      </w:pPr>
      <w:r>
        <w:t>مگر اس عنوان پر مسلمان عملاً متحرک نہ ہو سکے۔ یہاں تک کہ خود مسلم مجلس مشاورت بے اثر ہو کر رہ گئی۔</w:t>
      </w:r>
    </w:p>
    <w:p>
      <w:r>
        <w:rPr>
          <w:b/>
        </w:rPr>
        <w:t xml:space="preserve">[1:10:38] </w:t>
      </w:r>
      <w:r>
        <w:t>yahi maamla all india muslim personal law board 1972 ka hai. muslim personal law board ne apne banee qaideen ke zamane mein mutafqa tor par ta'meer-e-millat aur islah-e-moashra ki tajweez pass ki.</w:t>
      </w:r>
    </w:p>
    <w:p>
      <w:pPr>
        <w:jc w:val="right"/>
      </w:pPr>
      <w:r>
        <w:t>یہی معاملہ آل انڈیا مسلم پرسنل لاء بورڈ 1972 کا ہے۔ مسلم پرسنل لاء بورڈ نے اپنے بانی قائدین کے زمانے میں متفقہ طور پر تعمیر ملت اور اصلاح معاشرہ کی تجویز پاس کی۔</w:t>
      </w:r>
    </w:p>
    <w:p>
      <w:r>
        <w:rPr>
          <w:b/>
        </w:rPr>
        <w:t xml:space="preserve">[1:10:55] </w:t>
      </w:r>
      <w:r>
        <w:t>is par kafi had tak woh kaam bhi hua jis ko paper work kaha jata hai, magar yeh laih-e-amal bhi musalmanon ke darmiyan amli qabooliyat hasil na kar saka.</w:t>
      </w:r>
    </w:p>
    <w:p>
      <w:pPr>
        <w:jc w:val="right"/>
      </w:pPr>
      <w:r>
        <w:t>اس پر کافی حد تک وہ کام بھی ہوا جس کو پیپر ورک کہا جاتا ہے، مگر یہ لائحہ عمل بھی مسلمانوں کے درمیان عملی قبولیت حاصل نہ کر سکا۔</w:t>
      </w:r>
    </w:p>
    <w:p>
      <w:r>
        <w:rPr>
          <w:b/>
        </w:rPr>
        <w:t xml:space="preserve">[1:11:09] </w:t>
      </w:r>
      <w:r>
        <w:t>is tarah kuch muslim qaideen ne 1951 mein woh tehreek shuru ki jo payam-e-insaniyat ke naam se mashhoor hui.</w:t>
      </w:r>
    </w:p>
    <w:p>
      <w:pPr>
        <w:jc w:val="right"/>
      </w:pPr>
      <w:r>
        <w:t>اس طرح کچھ مسلم قائدین نے 1951 میں وہ تحریک شروع کی جو پیام انسانیت کے نام سے مشہور ہوئی۔</w:t>
      </w:r>
    </w:p>
    <w:p>
      <w:r>
        <w:rPr>
          <w:b/>
        </w:rPr>
        <w:t xml:space="preserve">[1:11:19] </w:t>
      </w:r>
      <w:r>
        <w:t>is ka maqsad yeh tha ke musalman khud insani iqdar ko apnayein aur baradran-e-watn ko insani iqdar ki pairwi ki dawat dein, magar jalson ki waqti dhoom dham ke ilawa is ka bhi koi amli natija nahi nikla.</w:t>
      </w:r>
    </w:p>
    <w:p>
      <w:pPr>
        <w:jc w:val="right"/>
      </w:pPr>
      <w:r>
        <w:t>اس کا مقصد یہ تھا کہ مسلمان خود انسانی اقدار کو اپنائیں اور برادران وطن کو انسانی اقدار کی پیروی کی دعوت دیں، مگر جلسوں کی وقتی دھوم دھام کے علاوہ اس کا بھی کوئی عملی نتیجہ نہیں نکلا۔</w:t>
      </w:r>
    </w:p>
    <w:p>
      <w:r>
        <w:rPr>
          <w:b/>
        </w:rPr>
        <w:t xml:space="preserve">[1:11:37] </w:t>
      </w:r>
      <w:r>
        <w:t>insani iqdar ki pairwi ki fiza na musalmanon mein qaim ho saki aur na ghair muslimon mein. is tarah 1900 mein babri masjid ke naam par jalsa aur jaloos aur rally ke zabardast hangame shuru hue.</w:t>
      </w:r>
    </w:p>
    <w:p>
      <w:pPr>
        <w:jc w:val="right"/>
      </w:pPr>
      <w:r>
        <w:t>انسانی اقدار کی پیروی کی فضا نہ مسلمانوں میں قائم ہو سکی اور نہ غیر مسلموں میں۔ اس طرح 1900 میں بابری مسجد کے نام پر جلسہ اور جلوس اور ریلی کے زبردست ہنگامے شروع ہوئے۔</w:t>
      </w:r>
    </w:p>
    <w:p>
      <w:r>
        <w:rPr>
          <w:b/>
        </w:rPr>
        <w:t xml:space="preserve">[1:11:52] </w:t>
      </w:r>
      <w:r>
        <w:t>yeh silsila poore mulk mein jari ho gaya. is tehreek ke leaderon ne yeh naarah diya ke musalman lakhon ki tadad mein march kar ke ayodhya pahunchein aur hamlavaron ke muqable mein babri masjid ki hifazat karein, magar is maqsad ke liye na chhota march hua aur na bara march.</w:t>
      </w:r>
    </w:p>
    <w:p>
      <w:pPr>
        <w:jc w:val="right"/>
      </w:pPr>
      <w:r>
        <w:t>یہ سلسلہ پورے ملک میں جاری ہو گیا۔ اس تحریک کے لیڈروں نے یہ نعرہ دیا کہ مسلمان لاکھوں کی تعداد میں مارچ کر کے ایودھیا پہنچیں اور حملہ آوروں کے مقابلے میں بابری مسجد کی حفاظت کریں، مگر اس مقصد کے لیے نہ چھوٹا مارچ ہوا اور نہ بڑا مارچ۔</w:t>
      </w:r>
    </w:p>
    <w:p>
      <w:r>
        <w:rPr>
          <w:b/>
        </w:rPr>
        <w:t xml:space="preserve">[1:12:14] </w:t>
      </w:r>
      <w:r>
        <w:t>yahan tak ke hamlavaron kisi muzahamat ke baghair 6 december 1992 ko ayodhya mein dakhil ho gaye.</w:t>
      </w:r>
    </w:p>
    <w:p>
      <w:pPr>
        <w:jc w:val="right"/>
      </w:pPr>
      <w:r>
        <w:t>یہاں تک کہ حملہ آور کسی مزاحمت کے بغیر 6 دسمبر 1992 کو ایودھیا میں داخل ہو گئے۔</w:t>
      </w:r>
    </w:p>
    <w:p>
      <w:r>
        <w:rPr>
          <w:b/>
        </w:rPr>
        <w:t xml:space="preserve">[1:12:23] </w:t>
      </w:r>
      <w:r>
        <w:t>unhon ne babri masjid ke dhanchay ko tor kar is ki jagah aik aarzi ram mandir yaani makeshift temple taameer kar diya.</w:t>
      </w:r>
    </w:p>
    <w:p>
      <w:pPr>
        <w:jc w:val="right"/>
      </w:pPr>
      <w:r>
        <w:t>انہوں نے بابری مسجد کے ڈھانچے کو توڑ کر اس کی جگہ ایک عارضی رام مندر یعنی میک شپ ٹیمپل تعمیر کر دیا۔</w:t>
      </w:r>
    </w:p>
    <w:p>
      <w:r>
        <w:rPr>
          <w:b/>
        </w:rPr>
        <w:t xml:space="preserve">[1:12:32] </w:t>
      </w:r>
      <w:r>
        <w:t>isi tarah kuch mumtaz muslim leaderon ne yeh laih-e-amal diya ke musalman is mulk mein ba-izzat zindagi is tarah haasil kar sakte hain ke woh apni vote ki taaqat ko anti muslim partyon ko haraane ke liye istemaal karein.</w:t>
      </w:r>
    </w:p>
    <w:p>
      <w:pPr>
        <w:jc w:val="right"/>
      </w:pPr>
      <w:r>
        <w:t>اسی طرح کچھ ممتاز مسلم لیڈروں نے یہ لائحہ عمل دیا کہ مسلمان اس ملک میں باعزت زندگی اس طرح حاصل کر سکتے ہیں کہ وہ اپنی ووٹ کی طاقت کو اینٹی مسلم پارٹیوں کو ہرانے کے لیے استعمال کریں۔</w:t>
      </w:r>
    </w:p>
    <w:p>
      <w:r>
        <w:rPr>
          <w:b/>
        </w:rPr>
        <w:t xml:space="preserve">[1:12:49] </w:t>
      </w:r>
      <w:r>
        <w:t>unhon ne musalmanon ko aik urdu shair ka yeh sher sunaya: "hifaazat phool ki mumkin nahin hai, agar kaanton mein ho khuu-e-hareeri." har baar jab assembly aur parliament ka election hota hai to woh waqt aata hai jabkay musalman is laih-e-amal ko ikhtiyar kar ke mafroozah anti muslim partyon ko haraein aur mafroozah pro muslim partyon ko jitayein.</w:t>
      </w:r>
    </w:p>
    <w:p>
      <w:pPr>
        <w:jc w:val="right"/>
      </w:pPr>
      <w:r>
        <w:t>انہوں نے مسلمانوں کو ایک اردو شاعر کا یہ شعر سنایا: "حفاظت پھول کی ممکن نہیں ہے، اگر کانٹوں میں ہو خوئے ہریری۔" ہر بار جب اسمبلی اور پارلیمنٹ کا الیکشن ہوتا ہے تو وہ وقت آتا ہے جبکہ مسلمان اس لائحہ عمل کو اختیار کر کے مفروضہ اینٹی مسلم پارٹیوں کو ہرائیں اور مفروضہ پرو مسلم پارٹیوں کو جتائیں۔</w:t>
      </w:r>
    </w:p>
    <w:p>
      <w:r>
        <w:rPr>
          <w:b/>
        </w:rPr>
        <w:t xml:space="preserve">[1:13:15] </w:t>
      </w:r>
      <w:r>
        <w:t>magar har baar sirf yeh hota hai ke musalmanon ka vote apnay adam-e-ittihad ki bina par muntashir ho jata hai. mazkoorah siyasi maqsad haasil karne ke bajaye musalman sirf yeh karte hain ke woh har election ke mauqa par taqseem ho kar vote ki taaqat ko zaya kar dete hain.</w:t>
      </w:r>
    </w:p>
    <w:p>
      <w:pPr>
        <w:jc w:val="right"/>
      </w:pPr>
      <w:r>
        <w:t>مگر ہر بار صرف یہ ہوتا ہے کہ مسلمانوں کا ووٹ اپنے عدم اتحاد کی بنا پر منتشر ہو جاتا ہے۔ مذکورہ سیاسی مقصد حاصل کرنے کے بجائے مسلمان صرف یہ کرتے ہیں کہ وہ ہر الیکشن کے موقع پر تقسیم ہو کر ووٹ کی طاقت کو ضائع کر دیتے ہیں۔</w:t>
      </w:r>
    </w:p>
    <w:p>
      <w:r>
        <w:rPr>
          <w:b/>
        </w:rPr>
        <w:t xml:space="preserve">[1:13:36] </w:t>
      </w:r>
      <w:r>
        <w:t>election un ke voteon ka aik siyasi qabristan ban kar reh jata hai. yahi maamla jamiat ulema-e-hind ka hai. jamiat ulema-e-hind ne taqreeban har mauqa par yeh laih-e-amal pesh kiya hai ke musalman aisa tareeqa-e-kaar na ikhtiyar karein jis mein hindu aur muslim ke darmiyan takrao ki faza bane.</w:t>
      </w:r>
    </w:p>
    <w:p>
      <w:pPr>
        <w:jc w:val="right"/>
      </w:pPr>
      <w:r>
        <w:t>الیکشن ان کے ووٹوں کا ایک سیاسی قبرستان بن کر رہ جاتا ہے۔ یہی معاملہ جمعیت علمائے ہند کا ہے۔ جمعیت علمائے ہند نے تقریباً ہر موقع پر یہ لائحہ عمل پیش کیا ہے کہ مسلمان ایسا طریقہ کار نہ اختیار کریں جس میں ہندو اور مسلم کے درمیان ٹکراؤ کی فضا بنے۔</w:t>
      </w:r>
    </w:p>
    <w:p>
      <w:r>
        <w:rPr>
          <w:b/>
        </w:rPr>
        <w:t xml:space="preserve">[1:13:59] </w:t>
      </w:r>
      <w:r>
        <w:t>is ke bajaye woh khamosh tadbeer aur taameeri usloob ko ikhtiyar karte hue apna masla hal karein, magar har baar yahi hua ke musalman jamiat ulema-e-hind ke bataye hue is laih-e-amal ko ikhtiyar nahin kar paate.</w:t>
      </w:r>
    </w:p>
    <w:p>
      <w:pPr>
        <w:jc w:val="right"/>
      </w:pPr>
      <w:r>
        <w:t>اس کے بجائے وہ خاموش تدبیر اور تعمیری اسلوب کو اختیار کرتے ہوئے اپنا مسئلہ حل کریں، مگر ہر بار یہی ہوا کہ مسلمان جمعیت علمائے ہند کے بتائے ہوئے اس لائحہ عمل کو اختیار نہیں کر پاتے۔</w:t>
      </w:r>
    </w:p>
    <w:p>
      <w:r>
        <w:rPr>
          <w:b/>
        </w:rPr>
        <w:t xml:space="preserve">[1:14:17] </w:t>
      </w:r>
      <w:r>
        <w:t>goya laih-e-amal maujood hai magar laih-e-amal ki qabooliyat aur pairvi maujood nahin. is fehrist mein kisi qadar farq ke sath khud arsala mission ki misaal bhi pesh ki ja sakti hai.</w:t>
      </w:r>
    </w:p>
    <w:p>
      <w:pPr>
        <w:jc w:val="right"/>
      </w:pPr>
      <w:r>
        <w:t>گویا لائحہ عمل موجود ہے مگر لائحہ عمل کی قبولیت اور پیروی موجود نہیں۔ اس فہرست میں کسی قدر فرق کے ساتھ خود ارسالہ مشن کی مثال بھی پیش کی جا سکتی ہے۔</w:t>
      </w:r>
    </w:p>
    <w:p>
      <w:r>
        <w:rPr>
          <w:b/>
        </w:rPr>
        <w:t xml:space="preserve">[1:14:31] </w:t>
      </w:r>
      <w:r>
        <w:t>arsala mission ke tehat musalmanon ke samnay nihayat wazeh aur mudallal andaaz mein 1976 se yeh laih-e-amal pesh kiya ja raha hai ke musalman ka asal aur abadi mission dawat hai.</w:t>
      </w:r>
    </w:p>
    <w:p>
      <w:pPr>
        <w:jc w:val="right"/>
      </w:pPr>
      <w:r>
        <w:t>ارسالہ مشن کے تحت مسلمانوں کے سامنے نہایت واضح اور مدلل انداز میں 1976 سے یہ لائحہ عمل پیش کیا جا رہا ہے کہ مسلمان کا اصلی اور ابدی مشن دعوت ہے۔</w:t>
      </w:r>
    </w:p>
    <w:p>
      <w:r>
        <w:rPr>
          <w:b/>
        </w:rPr>
        <w:t xml:space="preserve">[1:14:48] </w:t>
      </w:r>
      <w:r>
        <w:t>is mulk mein musalman aur baradran-e-watan ka ta'alluq da'i aur mad'u ka ta'alluq hai. musalmanon ko chahiye ke woh Allah ki taraf se muqarrar kiye hue apnay is farz ko pehchanen.</w:t>
      </w:r>
    </w:p>
    <w:p>
      <w:pPr>
        <w:jc w:val="right"/>
      </w:pPr>
      <w:r>
        <w:t>اس ملک میں مسلمان اور برادران وطن کا تعلق داعی اور مدعو کا تعلق ہے۔ مسلمانوں کو چاہیے کہ وہ اللہ کی طرف سے مقرر کیے ہوئے اپنے اس فریضے کو پہچانیں۔</w:t>
      </w:r>
    </w:p>
    <w:p>
      <w:r>
        <w:rPr>
          <w:b/>
        </w:rPr>
        <w:t xml:space="preserve">[1:15:03] </w:t>
      </w:r>
      <w:r>
        <w:t>woh dawat ke aadab aur dawat ki hikmaton ko malhooz rakhte hue is mulk mein deen-e-haq ki pur-aman paigham rasani ka kaam anjaam dein.</w:t>
      </w:r>
    </w:p>
    <w:p>
      <w:pPr>
        <w:jc w:val="right"/>
      </w:pPr>
      <w:r>
        <w:t>وہ دعوت کے آداب اور دعوت کی حکمتوں کو ملحوظ رکھتے ہوئے اس ملک میں دین حق کی پرامن پیغام رسانی کا کام انجام دیں۔</w:t>
      </w:r>
    </w:p>
    <w:p>
      <w:r>
        <w:rPr>
          <w:b/>
        </w:rPr>
        <w:t xml:space="preserve">[1:15:14] </w:t>
      </w:r>
      <w:r>
        <w:t>magar sadion se ziyada muddat tak musalsal jad-o-jehad ke bawajood abhi tak musalmanon ki sirf aik mehdood tadaad hi ne is raah-e-amal ko amalan ikhtiyar kiya hai.</w:t>
      </w:r>
    </w:p>
    <w:p>
      <w:pPr>
        <w:jc w:val="right"/>
      </w:pPr>
      <w:r>
        <w:t>مگر رب صدی سے زیادہ مدت تک مسلسل جدوجہد کے باوجود ابھی تک مسلمانوں کی صرف ایک محدود تعداد ہی نے اس راہ عمل کو عملاً اختیار کیا ہے۔</w:t>
      </w:r>
    </w:p>
    <w:p>
      <w:r>
        <w:rPr>
          <w:b/>
        </w:rPr>
        <w:t xml:space="preserve">[1:15:29] </w:t>
      </w:r>
      <w:r>
        <w:t>yeh taweel tajruba batata hai ke musalmanon ka asal masla raah-e-amal ki ghair-maujoodgi nahin hai balke jazba-e-qabooliyat ki ghair-maujoodgi hai.</w:t>
      </w:r>
    </w:p>
    <w:p>
      <w:pPr>
        <w:jc w:val="right"/>
      </w:pPr>
      <w:r>
        <w:t>یہ طویل تجربہ بتاتا ہے کہ مسلمانوں کا اصل مسئلہ راہ عمل کی غیر موجودگی نہیں ہے بلکہ جذبہ قبولیت کی غیر موجودگی ہے۔</w:t>
      </w:r>
    </w:p>
    <w:p>
      <w:r>
        <w:rPr>
          <w:b/>
        </w:rPr>
        <w:t xml:space="preserve">[1:15:41] </w:t>
      </w:r>
      <w:r>
        <w:t>aisi halat mein musalmanon ke darmiyan haqeeqi kaam ka aaghaz sirf yeh nahin ho sakta ke taqreer ya tehreer ki soorat mein aik raah-e-amal ya line of action ka ailaan kar diya jaye.</w:t>
      </w:r>
    </w:p>
    <w:p>
      <w:pPr>
        <w:jc w:val="right"/>
      </w:pPr>
      <w:r>
        <w:t>ایسی حالت میں مسلمانوں کے درمیان حقیقی کام کا آغاز صرف یہ نہیں ہو سکتا کہ تقریر یا تحریر کی صورت میں ایک راہ عمل یا لائن آف ایکشن کا اعلان کر دیا جائے۔</w:t>
      </w:r>
    </w:p>
    <w:p>
      <w:r>
        <w:rPr>
          <w:b/>
        </w:rPr>
        <w:t xml:space="preserve">[1:15:56] </w:t>
      </w:r>
      <w:r>
        <w:t>maujooda halaat mein is ke liye shaoori taameer aur zehni bedari ki aik musalsal jad-o-jehad ki zaroorat hai.</w:t>
      </w:r>
    </w:p>
    <w:p>
      <w:pPr>
        <w:jc w:val="right"/>
      </w:pPr>
      <w:r>
        <w:t>موجودہ حالات میں اس کے لیے شعوری تعمیر اور ذہنی بیداری کی ایک مسلسل جدوجہد کی ضرورت ہے۔</w:t>
      </w:r>
    </w:p>
    <w:p>
      <w:r>
        <w:rPr>
          <w:b/>
        </w:rPr>
        <w:t xml:space="preserve">[1:16:05] </w:t>
      </w:r>
      <w:r>
        <w:t>pehlay shaoori aitbaar se logon mein maada-e-qabooliyat paida kijiye, is ke baad hi raah-e-amal ke ailaan ka koi mufeed amli nataija bar-aamad ho sakta hai.</w:t>
      </w:r>
    </w:p>
    <w:p>
      <w:pPr>
        <w:jc w:val="right"/>
      </w:pPr>
      <w:r>
        <w:t>پہلے شعوری اعتبار سے لوگوں میں مادہ قبولیت پیدا کیجئے، اس کے بعد ہی راہ عمل کے اعلان کا کوئی مفید عملی نتیجہ برآمد ہو سکتا ہے۔</w:t>
      </w:r>
    </w:p>
    <w:p>
      <w:r>
        <w:rPr>
          <w:b/>
        </w:rPr>
        <w:t xml:space="preserve">[1:16:20] </w:t>
      </w:r>
      <w:r>
        <w:t>is ke baghair har giz nahin.</w:t>
      </w:r>
    </w:p>
    <w:p>
      <w:pPr>
        <w:jc w:val="right"/>
      </w:pPr>
      <w:r>
        <w:t>اس کے بغیر ہرگز نہیں۔</w:t>
      </w:r>
    </w:p>
    <w:p>
      <w:r>
        <w:rPr>
          <w:b/>
        </w:rPr>
        <w:t xml:space="preserve">[1:16:29] </w:t>
      </w:r>
      <w:r>
        <w:t>dehshat gardi kya hai?</w:t>
      </w:r>
    </w:p>
    <w:p>
      <w:pPr>
        <w:jc w:val="right"/>
      </w:pPr>
      <w:r>
        <w:t>دہشت گردی کیا ہے؟</w:t>
      </w:r>
    </w:p>
    <w:p>
      <w:r>
        <w:rPr>
          <w:b/>
        </w:rPr>
        <w:t xml:space="preserve">[1:16:34] </w:t>
      </w:r>
      <w:r>
        <w:t>aaj kal aatank waad ya dehshat gardi (terrorism) ka bohat ziyada charcha hai. taqreeban har mulk mein is mauzu par likha aur bola ja raha hai, magar mere ilm ke mutabiq abhi tak is ki koi wazeh tareef samnay na aa saki.</w:t>
      </w:r>
    </w:p>
    <w:p>
      <w:pPr>
        <w:jc w:val="right"/>
      </w:pPr>
      <w:r>
        <w:t>آج کل آتنک واد یا دہشت گردی (ٹیررزم) کا بہت زیادہ چرچا ہے۔ تقریباً ہر ملک میں اس موضوع پر لکھا اور بولا جا رہا ہے، مگر میرے علم کے مطابق ابھی تک اس کی کوئی واضح تعریف سامنے نہ آ سکی۔</w:t>
      </w:r>
    </w:p>
    <w:p>
      <w:r>
        <w:rPr>
          <w:b/>
        </w:rPr>
        <w:t xml:space="preserve">[1:16:52] </w:t>
      </w:r>
      <w:r>
        <w:t>log aatank waad ki mazammat karte hain, magar woh bata nahin paate ke aatank waad mutayyan tor par kya hai. raqim-ul-huroof ne is sawal ko islami taleemat ki roshni mein samajhne ki koshish ki hai.</w:t>
      </w:r>
    </w:p>
    <w:p>
      <w:pPr>
        <w:jc w:val="right"/>
      </w:pPr>
      <w:r>
        <w:t>لوگ آتنک واد کی مذمت کرتے ہیں، مگر وہ بتا نہیں پاتے کہ آتنک واد متعین طور پر کیا ہے۔ راقم الحروف نے اس سوال کو اسلامی تعلیمات کی روشنی میں سمجھنے کی کوشش کی ہے۔</w:t>
      </w:r>
    </w:p>
    <w:p>
      <w:r>
        <w:rPr>
          <w:b/>
        </w:rPr>
        <w:t xml:space="preserve">[1:17:07] </w:t>
      </w:r>
      <w:r>
        <w:t>mere mutale'ay ke mutabiq ghair hukoomati tanzeemon ka hathiyar uthana aatank waad hai. armed struggle by non-governmental organizations.</w:t>
      </w:r>
    </w:p>
    <w:p>
      <w:pPr>
        <w:jc w:val="right"/>
      </w:pPr>
      <w:r>
        <w:t>میرے مطالعے کے مطابق غیر حکومتی تنظیموں کا ہتھیار اٹھانا آتنک واد ہے۔ عام سٹرگل بائے نان گورنمنٹل آرگنائزیشنز۔</w:t>
      </w:r>
    </w:p>
    <w:p>
      <w:r>
        <w:rPr>
          <w:b/>
        </w:rPr>
        <w:t xml:space="preserve">[1:17:19] </w:t>
      </w:r>
      <w:r>
        <w:t>islam azaadi ka haq tasleem karta hai. qaumi ya siyasi maqsad ke liye pur-aman tehreek chalane ka haq kisi bhi shakhs ya jamaat ko haasil hai.</w:t>
      </w:r>
    </w:p>
    <w:p>
      <w:pPr>
        <w:jc w:val="right"/>
      </w:pPr>
      <w:r>
        <w:t>اسلام آزادی کا حق تسلیم کرتا ہے۔ قومی یا سیاسی مقصد کے لیے پرامن تحریک چلانے کا حق کسی بھی شخص یا جماعت کو حاصل ہے۔</w:t>
      </w:r>
    </w:p>
    <w:p>
      <w:r>
        <w:rPr>
          <w:b/>
        </w:rPr>
        <w:t xml:space="preserve">[1:17:31] </w:t>
      </w:r>
      <w:r>
        <w:t>yeh haq us ko us waqt tak haasil rahega jab tak woh barah-e-raast ya bil-wasta taur par jarahiyat ka irtikab na kare.</w:t>
      </w:r>
    </w:p>
    <w:p>
      <w:pPr>
        <w:jc w:val="right"/>
      </w:pPr>
      <w:r>
        <w:t>یہ حق اس کو اس وقت تک حاصل رہے گا جب تک وہ براہِ راست یا بالواسطہ طور پر جارحیت کا ارتکاب نہ کرے۔</w:t>
      </w:r>
    </w:p>
    <w:p>
      <w:r>
        <w:rPr>
          <w:b/>
        </w:rPr>
        <w:t xml:space="preserve">[1:17:41] </w:t>
      </w:r>
      <w:r>
        <w:t>islam mein hathiyar ka istemaal ya kisi haqeeqi zaroorat ke tehat musallah amal ka haq sirf baqaida taur par qaim shuda hukoomat ko haasil hai.</w:t>
      </w:r>
    </w:p>
    <w:p>
      <w:pPr>
        <w:jc w:val="right"/>
      </w:pPr>
      <w:r>
        <w:t>اسلام میں ہتھیار کا استعمال یا کسی حقیقی ضرورت کے تحت مسلح عمل کا حق صرف باقاعدہ طور پر قائم شدہ حکومت کو حاصل ہے۔</w:t>
      </w:r>
    </w:p>
    <w:p>
      <w:r>
        <w:rPr>
          <w:b/>
        </w:rPr>
        <w:t xml:space="preserve">[1:17:54] </w:t>
      </w:r>
      <w:r>
        <w:t>ghair hukoomati tanzeemon ya NGOs ko kisi bhi uzr ki bina par hathiyar uthane ka haq haasil nahin. mujrim ko saza dena, hamla awar ke muqable mein difaa karna,</w:t>
      </w:r>
    </w:p>
    <w:p>
      <w:pPr>
        <w:jc w:val="right"/>
      </w:pPr>
      <w:r>
        <w:t>غیر حکومتی تنظیموں یا این جی اوز کو کسی بھی عذر کی بنا پر ہتھیار اٹھانے کا حق حاصل نہیں۔ مجرم کو سزا دینا، حملہ آور کے مقابلے میں دفاع کرنا،</w:t>
      </w:r>
    </w:p>
    <w:p>
      <w:r>
        <w:rPr>
          <w:b/>
        </w:rPr>
        <w:t xml:space="preserve">[1:18:06] </w:t>
      </w:r>
      <w:r>
        <w:t>is tarah ke umoor jo bain-ul-aqwami usool ke mutabiq kisi qaim shuda hukoomat ko musallah karrawai ka haq dete hain, yahi khud islam ka usool bhi hai.</w:t>
      </w:r>
    </w:p>
    <w:p>
      <w:pPr>
        <w:jc w:val="right"/>
      </w:pPr>
      <w:r>
        <w:t>اس طرح کے امور جو بین الاقوامی اصول کے مطابق کسی قائم شدہ حکومت کو مسلح کارروائی کا حق دیتے ہیں، یہی خود اسلام کا اصول بھی ہے۔</w:t>
      </w:r>
    </w:p>
    <w:p>
      <w:r>
        <w:rPr>
          <w:b/>
        </w:rPr>
        <w:t xml:space="preserve">[1:18:19] </w:t>
      </w:r>
      <w:r>
        <w:t>is usool ki roshni mein terrorism ki tareef yeh hai: terrorism is مسلح karwai ka naam hai jo kisi ghair hukoomati tanzeem ne ki ho.</w:t>
      </w:r>
    </w:p>
    <w:p>
      <w:pPr>
        <w:jc w:val="right"/>
      </w:pPr>
      <w:r>
        <w:t>اس اصول کی روشنی میں ٹیررزم کی تعریف یہ ہے: ٹیررزم اس مسلح کارروائی کا نام ہے جو کسی غیر حکومتی تنظیم نے کی ہو۔</w:t>
      </w:r>
    </w:p>
    <w:p>
      <w:r>
        <w:rPr>
          <w:b/>
        </w:rPr>
        <w:t xml:space="preserve">[1:18:30] </w:t>
      </w:r>
      <w:r>
        <w:t>yeh ghair hukoomati tanzeem khwah koi bhi uzr pesh kare, woh har haal mein na qabil e qabool hoga. ek ghair hukoomati tanzeem agar yeh mehsoos karti hai ke mulk mein koi be insafi hui hai ya huqooq ki pamaali ka koi waqia pesh aaya hai to us ko sirf yeh haq hai ke woh pur aman jad o jahad ke dairay mein rehte hue apni koshish ko jaari karay.</w:t>
      </w:r>
    </w:p>
    <w:p>
      <w:pPr>
        <w:jc w:val="right"/>
      </w:pPr>
      <w:r>
        <w:t>یہ غیر حکومتی تنظیم خواہ کوئی بھی عذر پیش کرے، وہ ہر حال میں ناقابل قبول ہوگا۔ ایک غیر حکومتی تنظیم اگر یہ محسوس کرتی ہے کہ ملک میں کوئی بے انصافی ہوئی ہے یا حقوق کی پامالی کا کوئی واقعہ پیش آیا ہے تو اس کو صرف یہ حق ہے کہ وہ پرامن جدوجہد کے دائرے میں رہتے ہوئے اپنی کوشش کو جاری کرے۔</w:t>
      </w:r>
    </w:p>
    <w:p>
      <w:r>
        <w:rPr>
          <w:b/>
        </w:rPr>
        <w:t xml:space="preserve">[1:18:55] </w:t>
      </w:r>
      <w:r>
        <w:t>woh kisi bhi haal mein aur kisi bhi uzr ki bina par tashaddud ka tareeqa na ikhtiyar karay. koi fard ya koi ghair hukoomati tanzeem agar yeh kahay ke hum to pur aman amal chahte hain magar fareeq e sani pur aman amal ke zariye humein apna haq dene ke liye tayyar nahi, aisi halat mein hum kya karein?</w:t>
      </w:r>
    </w:p>
    <w:p>
      <w:pPr>
        <w:jc w:val="right"/>
      </w:pPr>
      <w:r>
        <w:t>وہ کسی بھی حال میں اور کسی بھی عذر کی بنا پر تشدد کا طریقہ نہ اختیار کرے۔ کوئی فرد یا کوئی غیر حکومتی تنظیم اگر یہ کہے کہ ہم تو پرامن عمل چاہتے ہیں مگر فریق ثانی پرامن عمل کے ذریعے ہمیں ہمارا حق دینے کے لیے تیار نہیں، ایسی حالت میں ہم کیا کریں؟</w:t>
      </w:r>
    </w:p>
    <w:p>
      <w:r>
        <w:rPr>
          <w:b/>
        </w:rPr>
        <w:t xml:space="preserve">[1:19:17] </w:t>
      </w:r>
      <w:r>
        <w:t>jawab yeh hai ke is maamle ki zimmedari hukoomat par hai, na ke ghair hukoomati tanzeem par. agar kisi ka yeh ehsas ho ke hukoomat apni zimmedari ada nahi kar rahi hai, tab bhi is ke liye jaiz nahi ke woh hukoomat ka kaam khud karne lagay.</w:t>
      </w:r>
    </w:p>
    <w:p>
      <w:pPr>
        <w:jc w:val="right"/>
      </w:pPr>
      <w:r>
        <w:t>جواب یہ ہے کہ اس معاملے کی ذمہ داری حکومت پر ہے، نہ کہ غیر حکومتی تنظیم پر۔ اگر کسی کا یہ احساس ہو کہ حکومت اپنی ذمہ داری ادا نہیں کر رہی ہے، تب بھی اس کے لیے جائز نہیں کہ وہ حکومت کا کام خود کرنے لگے۔</w:t>
      </w:r>
    </w:p>
    <w:p>
      <w:r>
        <w:rPr>
          <w:b/>
        </w:rPr>
        <w:t xml:space="preserve">[1:19:35] </w:t>
      </w:r>
      <w:r>
        <w:t>aisi halat mein bhi is ke liye sirf do mein se ek rastay ka intekhab hai: sabr ya pur aman jad o jahad. yaani ya to pur aman amal karna ya sarray say koi amal hi na karna.</w:t>
      </w:r>
    </w:p>
    <w:p>
      <w:pPr>
        <w:jc w:val="right"/>
      </w:pPr>
      <w:r>
        <w:t>ایسی حالت میں بھی اس کے لیے صرف دو میں سے ایک راستے کا انتخاب ہے: صبر یا پرامن جدوجہد۔ یعنی یا تو پرامن عمل کرنا یا سرے سے کوئی عمل ہی نہ کرنا۔</w:t>
      </w:r>
    </w:p>
    <w:p>
      <w:r>
        <w:rPr>
          <w:b/>
        </w:rPr>
        <w:t xml:space="preserve">[1:19:48] </w:t>
      </w:r>
      <w:r>
        <w:t>yahan yeh sawal paida hota hai ke hukoomati dahshat gardi ya hukoomati tashaddud ka hukm kya hai? yaani hukoomat agar ghair matloob tashaddud ka wohi kaam kare jo koi ghair hukoomati tanzeem karti hai to aisi halat mein is ka kya hukm hoga?</w:t>
      </w:r>
    </w:p>
    <w:p>
      <w:pPr>
        <w:jc w:val="right"/>
      </w:pPr>
      <w:r>
        <w:t>یہاں یہ سوال پیدا ہوتا ہے کہ حکومتی دہشت گردی یا حکومتی تشدد کا حکم کیا ہے؟ یعنی حکومت اگر غیر مطلوب تشدد کا وہی کام کرے جو کوئی غیر حکومتی تنظیم کرتی ہے تو ایسی حالت میں اس کا کیا حکم ہوگا؟</w:t>
      </w:r>
    </w:p>
    <w:p>
      <w:r>
        <w:rPr>
          <w:b/>
        </w:rPr>
        <w:t xml:space="preserve">[1:20:07] </w:t>
      </w:r>
      <w:r>
        <w:t>jawab yeh hai ke hukoomati tashaddud hukoomat ke liye apne haq ka be ja istemal hai, jab ke ghair hukoomati tanzeem ke liye tashaddud ek aisa feal hai jis ko karne ka ise koi haq hi nahi.</w:t>
      </w:r>
    </w:p>
    <w:p>
      <w:pPr>
        <w:jc w:val="right"/>
      </w:pPr>
      <w:r>
        <w:t>جواب یہ ہے کہ حکومتی تشدد حکومت کے لیے اپنے حق کا بے جا استعمال ہے، جبکہ غیر حکومتی تنظیم کے لیے تشدد ایک ایسا فعل ہے جس کو کرنے کا اسے کوئی حق ہی نہیں۔</w:t>
      </w:r>
    </w:p>
    <w:p>
      <w:r>
        <w:rPr>
          <w:b/>
        </w:rPr>
        <w:t xml:space="preserve">[1:20:23] </w:t>
      </w:r>
      <w:r>
        <w:t>aur yeh wazeh hai ke haq ke baghair kisi feal ko karna aur hukman haq rakhte hue is ka be ja istemal ya misuse karna dono ek doosre se noo'i taur par mukhtalif hain.</w:t>
      </w:r>
    </w:p>
    <w:p>
      <w:pPr>
        <w:jc w:val="right"/>
      </w:pPr>
      <w:r>
        <w:t>اور یہ واضح ہے کہ حق کے بغیر کسی فعل کو کرنا اور حکماً حق رکھتے ہوئے اس کا بے جا استعمال یا مس یوز کرنا دونوں ایک دوسرے سے نوعی طور پر مختلف ہیں۔</w:t>
      </w:r>
    </w:p>
    <w:p>
      <w:r>
        <w:rPr>
          <w:b/>
        </w:rPr>
        <w:t xml:space="preserve">[1:20:36] </w:t>
      </w:r>
      <w:r>
        <w:t>doosre lafzon mein yeh ke agar ghair hukoomati tanzeem tashaddud karti hai to is se is ka jawaz pooche baghair tashaddud se baz rehne ka hukm diya jayega.</w:t>
      </w:r>
    </w:p>
    <w:p>
      <w:pPr>
        <w:jc w:val="right"/>
      </w:pPr>
      <w:r>
        <w:t>دوسرے لفظوں میں یہ کہ اگر غیر حکومتی تنظیم تشدد کرتی ہے تو اس سے اس کا جواز پوچھے بغیر تشدد سے باز رہنے کا حکم دیا جائے گا۔</w:t>
      </w:r>
    </w:p>
    <w:p>
      <w:r>
        <w:rPr>
          <w:b/>
        </w:rPr>
        <w:t xml:space="preserve">[1:20:47] </w:t>
      </w:r>
      <w:r>
        <w:t>is ke bar aks agar koi baqayda hukoomat be ja tashaddud karti hai to is se kaha jayega ke tum ko chahiye ke apne hasil shuda haq ka sirf jaiz istemal karo.</w:t>
      </w:r>
    </w:p>
    <w:p>
      <w:pPr>
        <w:jc w:val="right"/>
      </w:pPr>
      <w:r>
        <w:t>اس کے برعکس اگر کوئی باقاعدہ حکومت بے جا تشدد کرتی ہے تو اس سے کہا جائے گا کہ تم کو چاہیے کہ اپنے حاصل شدہ حق کا صرف جائز استعمال کرو۔</w:t>
      </w:r>
    </w:p>
    <w:p>
      <w:r>
        <w:rPr>
          <w:b/>
        </w:rPr>
        <w:t xml:space="preserve">[1:20:59] </w:t>
      </w:r>
      <w:r>
        <w:t>haq ka najaaiz istemal kar ke hukoomat bhi apne aap ko isi tarah mujrim bana leti hai jis tarah koi ghair hukoomati tanzeem.</w:t>
      </w:r>
    </w:p>
    <w:p>
      <w:pPr>
        <w:jc w:val="right"/>
      </w:pPr>
      <w:r>
        <w:t>حق کا ناجائز استعمال کر کے حکومت بھی اپنے آپ کو اسی طرح مجرم بنا لیتی ہے جس طرح کوئی غیر حکومتی تنظیم۔</w:t>
      </w:r>
    </w:p>
    <w:p>
      <w:r>
        <w:rPr>
          <w:b/>
        </w:rPr>
        <w:t xml:space="preserve">[1:21:09] </w:t>
      </w:r>
      <w:r>
        <w:t>misal ke taur par is ko yun samjhiye ke koi bazabta surgeon agar jism ke ghalat hissay par nashtar chalaye to woh apne haq ka be ja istemal karne ka mujrim hoga.</w:t>
      </w:r>
    </w:p>
    <w:p>
      <w:pPr>
        <w:jc w:val="right"/>
      </w:pPr>
      <w:r>
        <w:t>مثال کے طور پر اس کو یوں سمجھیے کہ کوئی باضابطہ سرجن اگر جسم کے غلط حصے پر نشتر چلائے تو وہ اپنے حق کا بے جا استعمال کرنے کا مجرم ہوگا۔</w:t>
      </w:r>
    </w:p>
    <w:p>
      <w:r>
        <w:rPr>
          <w:b/>
        </w:rPr>
        <w:t xml:space="preserve">[1:21:21] </w:t>
      </w:r>
      <w:r>
        <w:t>ek tarbiyat yafta surgeon ko sahi maqam par nashtar chalane ka haq to zaroor hai, magar ghalat maqam par nashtar chalane ka is ko koi haq nahi.</w:t>
      </w:r>
    </w:p>
    <w:p>
      <w:pPr>
        <w:jc w:val="right"/>
      </w:pPr>
      <w:r>
        <w:t>ایک تربیت یافتہ سرجن کو صحیح مقام پر نشتر چلانے کا حق تو ضرور ہے، مگر غلط مقام پر نشتر چلانے کا اس کو کوئی حق نہیں۔</w:t>
      </w:r>
    </w:p>
    <w:p>
      <w:r>
        <w:rPr>
          <w:b/>
        </w:rPr>
        <w:t xml:space="preserve">[1:21:32] </w:t>
      </w:r>
      <w:r>
        <w:t>is ke bar aks agar ek ghair surgeon kisi insan ke jism par nashtar chalane lagay to is ka aisa karna har haal mein ghalat hoga, kyun ke ek ghair surgeon ko na bazahir durust maqam par nashtar chalane ka haq hai aur na ghalat maqam par.</w:t>
      </w:r>
    </w:p>
    <w:p>
      <w:pPr>
        <w:jc w:val="right"/>
      </w:pPr>
      <w:r>
        <w:t>اس کے برعکس اگر ایک غیر سرجن کسی انسان کے جسم پر نشتر چلانے لگے تو اس کا ایسا کرنا ہر حال میں غلط ہوگا، کیونکہ ایک غیر سرجن کو نہ بظاہر درست مقام پر نشتر چلانے کا حق ہے اور نہ غلط مقام پر۔</w:t>
      </w:r>
    </w:p>
    <w:p>
      <w:r>
        <w:rPr>
          <w:b/>
        </w:rPr>
        <w:t xml:space="preserve">[1:21:55] </w:t>
      </w:r>
      <w:r>
        <w:t>ghalat fehmi. yeh 13 March 2002 ka waqia hai. new delhi ke gate office mein doctor shams ul afaq sahib apne kaam se gaye hue thay.</w:t>
      </w:r>
    </w:p>
    <w:p>
      <w:pPr>
        <w:jc w:val="right"/>
      </w:pPr>
      <w:r>
        <w:t>غلط فہمی۔ یہ 13 مارچ 2002 کا واقعہ ہے۔ نئی دہلی کے کیٹ آفس میں ڈاکٹر شمس العفاق صاحب اپنے کام سے گئے ہوئے تھے۔</w:t>
      </w:r>
    </w:p>
    <w:p>
      <w:r>
        <w:rPr>
          <w:b/>
        </w:rPr>
        <w:t xml:space="preserve">[1:22:07] </w:t>
      </w:r>
      <w:r>
        <w:t>wahan hasb e mamool doosre bohat se log thay. ek aadmi un ke samne tha. doctor sahib aagay jana chahte thay. unhon ne us aadmi ki peeth par hath rakh kar ishara kiya ke mujhe rasta de do.</w:t>
      </w:r>
    </w:p>
    <w:p>
      <w:pPr>
        <w:jc w:val="right"/>
      </w:pPr>
      <w:r>
        <w:t>وہاں حسب معمول دوسرے بہت سے لوگ تھے۔ ایک آدمی ان کے سامنے تھا۔ ڈاکٹر صاحب آگے جانا چاہتے تھے۔ انہوں نے اس آدمی کی پیٹھ پر ہاتھ رکھ کر اشارہ کیا کہ مجھے راستہ دے دو۔</w:t>
      </w:r>
    </w:p>
    <w:p>
      <w:r>
        <w:rPr>
          <w:b/>
        </w:rPr>
        <w:t xml:space="preserve">[1:22:21] </w:t>
      </w:r>
      <w:r>
        <w:t>office mein apne kaam se farigh ho kar jab woh nikle to gate ke bahar do aadmi khade hue thay. un mein se ek wohi shakhs tha jis ki peeth par doctor sahib ne hath rakha tha aur doosra is ka saathi tha.</w:t>
      </w:r>
    </w:p>
    <w:p>
      <w:pPr>
        <w:jc w:val="right"/>
      </w:pPr>
      <w:r>
        <w:t>آفس میں اپنے کام سے فارغ ہو کر جب وہ نکلے تو گیٹ کے باہر دو آدمی کھڑے ہوئے تھے۔ ان میں سے ایک وہی شخص تھا جس کی پیٹھ پر ڈاکٹر صاحب نے ہاتھ رکھا تھا اور دوسرا اس کا ساتھی تھا۔</w:t>
      </w:r>
    </w:p>
    <w:p>
      <w:r>
        <w:rPr>
          <w:b/>
        </w:rPr>
        <w:t xml:space="preserve">[1:22:35] </w:t>
      </w:r>
      <w:r>
        <w:t>dono soorat se jat maloom hotay thay. mazkoora aadmi ne jaisay hi doctor sahib ko dekha woh achaanak bigar gaya. woh nihayat ishtial angez lehjay mein un ko bura bhala kehne laga.</w:t>
      </w:r>
    </w:p>
    <w:p>
      <w:pPr>
        <w:jc w:val="right"/>
      </w:pPr>
      <w:r>
        <w:t>دونوں صورت سے جاٹ معلوم ہوتے تھے۔ مذکورہ آدمی نے جیسے ہی ڈاکٹر صاحب کو دیکھا وہ اچانک بگڑ گیا۔ وہ نہایت اشتعال انگیز لہجے میں ان کو برا بھلا کہنے لگا۔</w:t>
      </w:r>
    </w:p>
    <w:p>
      <w:r>
        <w:rPr>
          <w:b/>
        </w:rPr>
        <w:t xml:space="preserve">[1:22:48] </w:t>
      </w:r>
      <w:r>
        <w:t>hata ke us ne kaha ke rajinder tum kya samajhte ho mein tum ko goli maar doon ga. doctor shams ul afaq sahib a'iraz ke formulay par amal karte hue ab tak bilkul khamosh thay.</w:t>
      </w:r>
    </w:p>
    <w:p>
      <w:pPr>
        <w:jc w:val="right"/>
      </w:pPr>
      <w:r>
        <w:t>حتیٰ کہ اس نے کہا کہ راجندر تم کیا سمجھتے ہو میں تم کو گولی مار دوں گا۔ ڈاکٹر شمس العفاق صاحب اعراض کے فارمولے پر عمل کرتے ہوئے اب تک بالکل خاموش تھے۔</w:t>
      </w:r>
    </w:p>
    <w:p>
      <w:r>
        <w:rPr>
          <w:b/>
        </w:rPr>
        <w:t xml:space="preserve">[1:23:01] </w:t>
      </w:r>
      <w:r>
        <w:t>jab us aadmi ne rajinder ka naam liya to unhon ne foran mehsoos kiya ke yeh ghalat fehmi ka maamla hai. abhi woh chup hi thay ke un ke saathi mister ashok kumar ne kaha ke bhai tum ko ghalat fehmi hui hai.</w:t>
      </w:r>
    </w:p>
    <w:p>
      <w:pPr>
        <w:jc w:val="right"/>
      </w:pPr>
      <w:r>
        <w:t>جب اس آدمی نے راجندر کا نام لیا تو انہوں نے فوراً محسوس کیا کہ یہ غلط فہمی کا معاملہ ہے۔ ابھی وہ چپ ہی تھے کہ ان کے ساتھی مسٹر اشوک کمار نے کہا کہ بھائی تم کو غلط فہمی ہوئی ہے۔</w:t>
      </w:r>
    </w:p>
    <w:p>
      <w:r>
        <w:rPr>
          <w:b/>
        </w:rPr>
        <w:t xml:space="preserve">[1:23:15] </w:t>
      </w:r>
      <w:r>
        <w:t>yeh to doctor shams ul afaq hain aur yeh falan sarkari mahakmay mein afsar ki hesiyat se kaam kar rahay hain. is aadmi ko yaqeen nahi aaya.</w:t>
      </w:r>
    </w:p>
    <w:p>
      <w:pPr>
        <w:jc w:val="right"/>
      </w:pPr>
      <w:r>
        <w:t>یہ تو ڈاکٹر شمس العفاق ہیں اور یہ فلاں سرکاری محکمے میں افسر کی حیثیت سے کام کر رہے ہیں۔ اس آدمی کو یقین نہیں آیا۔</w:t>
      </w:r>
    </w:p>
    <w:p>
      <w:r>
        <w:rPr>
          <w:b/>
        </w:rPr>
        <w:t xml:space="preserve">[1:23:24] </w:t>
      </w:r>
      <w:r>
        <w:t>shayad is ke mafroozah rajinder ki soorat doctor sahib se kuch milti julti thi. is ki talab par doctor sahib ne apni jeb se apna identity card nikala aur us aadmi ko dikhaya.</w:t>
      </w:r>
    </w:p>
    <w:p>
      <w:pPr>
        <w:jc w:val="right"/>
      </w:pPr>
      <w:r>
        <w:t>شاید اس کے مفروضہ راجندر کی صورت ڈاکٹر صاحب سے کچھ ملتی جلتی تھی۔ اس کی طلب پر ڈاکٹر صاحب نے اپنی جیب سے اپنا آئیڈینٹیٹی کارڈ نکالا اور اس آدمی کو دکھایا۔</w:t>
      </w:r>
    </w:p>
    <w:p>
      <w:r>
        <w:rPr>
          <w:b/>
        </w:rPr>
        <w:t xml:space="preserve">[1:23:37] </w:t>
      </w:r>
      <w:r>
        <w:t>identity card ko dekhte hi woh aisa ho gaya jaise phoolay hue ghubaray ki hawa achaanak nikal gayi ho. aur phir woh sar jhuka kar khamoshi ke sath chala gaya.</w:t>
      </w:r>
    </w:p>
    <w:p>
      <w:pPr>
        <w:jc w:val="right"/>
      </w:pPr>
      <w:r>
        <w:t>آئیڈینٹیٹی کارڈ کو دیکھتے ہی وہ ایسا ہو گیا جیسے پھولے ہوئے غبارے کی ہوا اچانک نکل گئی ہو۔ اور پھر وہ سر جھکا کر خاموشی کے ساتھ چلا گیا۔</w:t>
      </w:r>
    </w:p>
    <w:p>
      <w:r>
        <w:rPr>
          <w:b/>
        </w:rPr>
        <w:t xml:space="preserve">[1:23:47] </w:t>
      </w:r>
      <w:r>
        <w:t>is waqay mein bohat bara sabaq hai. agar koi shakhs aap ke khilaf bura bartao kare to foran us ko apna dushman na samajh lijiye.</w:t>
      </w:r>
    </w:p>
    <w:p>
      <w:pPr>
        <w:jc w:val="right"/>
      </w:pPr>
      <w:r>
        <w:t>اس واقعے میں بہت بڑا سبق ہے۔ اگر کوئی شخص آپ کے خلاف برا برتاؤ کرے تو فوراً اس کو اپنا دشمن نہ سمجھ لیجئے۔</w:t>
      </w:r>
    </w:p>
    <w:p>
      <w:r>
        <w:rPr>
          <w:b/>
        </w:rPr>
        <w:t xml:space="preserve">[1:23:57] </w:t>
      </w:r>
      <w:r>
        <w:t>ain mumkin hai ke is ke buray bartao ka sabab is ki ghalat fehmi ho. agar aap sabr o a'iraz ke formulay par amal karte hue is se narmi ka maamla karein to ain mumkin hai ke aap ki sahi tasweer ko janne ke baad is ka rawaiyya bilkul badal jaye.</w:t>
      </w:r>
    </w:p>
    <w:p>
      <w:pPr>
        <w:jc w:val="right"/>
      </w:pPr>
      <w:r>
        <w:t>عین ممکن ہے کہ اس کے برے برتاؤ کا سبب اس کی غلط فہمی ہو۔ اگر آپ صبر و اعراض کے فارمولے پر عمل کرتے ہوئے اس سے نرمی کا معاملہ کریں تو عین ممکن ہے کہ آپ کی صحیح تصویر کو جاننے کے بعد اس کا رویہ بالکل بدل جائے۔</w:t>
      </w:r>
    </w:p>
    <w:p>
      <w:r>
        <w:rPr>
          <w:b/>
        </w:rPr>
        <w:t xml:space="preserve">[1:24:14] </w:t>
      </w:r>
      <w:r>
        <w:t>goli marne ki baat karne wala aadmi aap ko phool ki peshkash karne lagay۔ tajruba batata hai ke besabri ka andaaz aadmi ke nafs amarah ko jagata hai۔</w:t>
      </w:r>
    </w:p>
    <w:p>
      <w:pPr>
        <w:jc w:val="right"/>
      </w:pPr>
      <w:r>
        <w:t>گولی مارنے کی بات کرنے والا آدمی آپ کو پھول کی پیشکش کرنے لگے۔ تجربہ بتاتا ہے کہ بے صبری کا انداز آدمی کے نفس امارہ کو جگاتا ہے۔</w:t>
      </w:r>
    </w:p>
    <w:p>
      <w:r>
        <w:rPr>
          <w:b/>
        </w:rPr>
        <w:t xml:space="preserve">[1:24:24] </w:t>
      </w:r>
      <w:r>
        <w:t>is ke bar aks sabr ka andaaz is ke nafs lawwamah ko jaga deta hai۔ nafs amarah ka jaagna aadmi ko aap ka dushman bana deta hai aur nafs lawwamah ka jaagna aadmi ko aap ka dost bana deta hai۔</w:t>
      </w:r>
    </w:p>
    <w:p>
      <w:pPr>
        <w:jc w:val="right"/>
      </w:pPr>
      <w:r>
        <w:t>اس کے برعکس صبر کا انداز اس کے نفس لوامہ کو جگا دیتا ہے۔ نفس امارہ کا جاگنا آدمی کو آپ کا دشمن بنا دیتا ہے اور نفس لوامہ کا جاگنا آدمی کو آپ کا دوست بنا دیتا ہے۔</w:t>
      </w:r>
    </w:p>
    <w:p>
      <w:r>
        <w:rPr>
          <w:b/>
        </w:rPr>
        <w:t xml:space="preserve">[1:24:40] </w:t>
      </w:r>
      <w:r>
        <w:t>insani zindagi mein ghalt fehmi paida hona ek aam baat hai۔ kisi bhi shakhs ko kisi bhi shakhs ke khilaaf ghalt fehmi paida ho sakti hai۔</w:t>
      </w:r>
    </w:p>
    <w:p>
      <w:pPr>
        <w:jc w:val="right"/>
      </w:pPr>
      <w:r>
        <w:t>انسانی زندگی میں غلط فہمی پیدا ہونا ایک عام بات ہے۔ کسی بھی شخص کو کسی بھی شخص کے خلاف غلط فہمی پیدا ہو سکتی ہے۔</w:t>
      </w:r>
    </w:p>
    <w:p>
      <w:r>
        <w:rPr>
          <w:b/>
        </w:rPr>
        <w:t xml:space="preserve">[1:24:49] </w:t>
      </w:r>
      <w:r>
        <w:t>is liye ghalt fehmi paida hona bazat khud koi jurm nahi۔ jurm yeh hai ke ghalt fehmi paida hone ke baad woh durust ravaiyah ikhtiyar na kare۔</w:t>
      </w:r>
    </w:p>
    <w:p>
      <w:pPr>
        <w:jc w:val="right"/>
      </w:pPr>
      <w:r>
        <w:t>اس لیے غلط فہمی پیدا ہونا بذات خود کوئی جرم نہیں۔ جرم یہ ہے کہ غلط فہمی پیدا ہونے کے بعد وہ درست رویہ اختیار نہ کرے۔</w:t>
      </w:r>
    </w:p>
    <w:p>
      <w:r>
        <w:rPr>
          <w:b/>
        </w:rPr>
        <w:t xml:space="preserve">[1:25:00] </w:t>
      </w:r>
      <w:r>
        <w:t>agar kisi shakhs ko kisi ke khilaaf ghalt fehmi paida ho jaye to sirf ghalt fehmi ki buniyad par use maan nahi lena chahiye۔</w:t>
      </w:r>
    </w:p>
    <w:p>
      <w:pPr>
        <w:jc w:val="right"/>
      </w:pPr>
      <w:r>
        <w:t>اگر کسی شخص کو کسی کے خلاف غلط فہمی پیدا ہو جائے تو صرف غلط فہمی کی بنیاد پر اسے مان نہیں لینا چاہیے۔</w:t>
      </w:r>
    </w:p>
    <w:p>
      <w:r>
        <w:rPr>
          <w:b/>
        </w:rPr>
        <w:t xml:space="preserve">[1:25:09] </w:t>
      </w:r>
      <w:r>
        <w:t>is par laazim hai ke woh khulay zehn ke sath maamlay ki tehqeeq kare۔ tehqeeq ke baad agar woh baat ghalt sabit ho to is par farz hai ke woh is ko mukammal tor par apne dil se nikaal de۔</w:t>
      </w:r>
    </w:p>
    <w:p>
      <w:pPr>
        <w:jc w:val="right"/>
      </w:pPr>
      <w:r>
        <w:t>اس پر لازم ہے کہ وہ کھلے ذہن کے ساتھ معاملے کی تحقیق کرے۔ تحقیق کے بعد اگر وہ بات غلط ثابت ہو تو اس پر فرض ہے کہ وہ اس کو مکمل طور پر اپنے دل سے نکال دے۔</w:t>
      </w:r>
    </w:p>
    <w:p>
      <w:r>
        <w:rPr>
          <w:b/>
        </w:rPr>
        <w:t xml:space="preserve">[1:25:23] </w:t>
      </w:r>
      <w:r>
        <w:t>ghalt fehmi ki tehqeeq se pehle is ka charcha karna sakht gunah hai۔ ek aadmi kisi ke baray mein tehqeeq ke baghair bhali baat to keh sakta hai magar tehqeeq ke baghair buri baat kehna sirtasir haram hai۔</w:t>
      </w:r>
    </w:p>
    <w:p>
      <w:pPr>
        <w:jc w:val="right"/>
      </w:pPr>
      <w:r>
        <w:t>غلط فہمی کی تحقیق سے پہلے اس کا چرچا کرنا سخت گناہ ہے۔ ایک آدمی کسی کے بارے میں تحقیق کے بغیر بھلی بات تو کہہ سکتا ہے مگر تحقیق کے بغیر بری بات کہنا سرتاسر حرام ہے۔</w:t>
      </w:r>
    </w:p>
    <w:p>
      <w:r>
        <w:rPr>
          <w:b/>
        </w:rPr>
        <w:t xml:space="preserve">[1:25:39] </w:t>
      </w:r>
      <w:r>
        <w:t>aisi ravish par Allah ke haan sakht pakar ka andesha hai۔ Khuda ka pasandeeda muashrah woh hai jis mein logon ke bahami taalluqaat husn e zann ki buniyad par qaim hon۔</w:t>
      </w:r>
    </w:p>
    <w:p>
      <w:pPr>
        <w:jc w:val="right"/>
      </w:pPr>
      <w:r>
        <w:t>ایسی روش پر اللہ کے ہاں سخت پکڑ کا اندیشہ ہے۔ خدا کا پسندیدہ معاشرہ وہ ہے جس میں لوگوں کے باہمی تعلقات حسن ظن کی بنیاد پر قائم ہوں۔</w:t>
      </w:r>
    </w:p>
    <w:p>
      <w:r>
        <w:rPr>
          <w:b/>
        </w:rPr>
        <w:t xml:space="preserve">[1:25:50] </w:t>
      </w:r>
      <w:r>
        <w:t>kisi ke baray mein koi buri baat maloom ho to tehqeeq ke baghair hi is ko radd kar diya jaye۔ is qisam ki baatein barah e raast taur par aakhirat se talluq rakhti hain۔</w:t>
      </w:r>
    </w:p>
    <w:p>
      <w:pPr>
        <w:jc w:val="right"/>
      </w:pPr>
      <w:r>
        <w:t>کسی کے بارے میں کوئی بری بات معلوم ہو تو تحقیق کے بغیر ہی اس کو رد کر دیا جائے۔ اس قسم کی باتیں براہِ راست طور پر آخرت سے تعلق رکھتی ہیں۔</w:t>
      </w:r>
    </w:p>
    <w:p>
      <w:r>
        <w:rPr>
          <w:b/>
        </w:rPr>
        <w:t xml:space="preserve">[1:26:02] </w:t>
      </w:r>
      <w:r>
        <w:t>hadees mein aaya hai ke jo aadmi logon ke aibon ki parda poshi kare, Khuda aakhirat mein is ke aibon ki parda poshi karega۔</w:t>
      </w:r>
    </w:p>
    <w:p>
      <w:pPr>
        <w:jc w:val="right"/>
      </w:pPr>
      <w:r>
        <w:t>حدیث میں آیا ہے کہ جو آدمی لوگوں کے عیبوں کی پردہ پوشی کرے، خدا آخرت میں اس کے عیبوں کی پردہ پوشی کرے گا۔</w:t>
      </w:r>
    </w:p>
    <w:p>
      <w:r>
        <w:rPr>
          <w:b/>
        </w:rPr>
        <w:t xml:space="preserve">[1:26:11] </w:t>
      </w:r>
      <w:r>
        <w:t>doosron ke sath behtar sulook karna ek qism ki amli dua hai۔ aisa aadmi goya yeh keh raha hota hai ke Khuda ya main ne teray bandon ke sath behtar muamla kiya, to bhi mere sath behtar muamla farma۔</w:t>
      </w:r>
    </w:p>
    <w:p>
      <w:pPr>
        <w:jc w:val="right"/>
      </w:pPr>
      <w:r>
        <w:t>دوسروں کے ساتھ بہتر سلوک کرنا ایک قسم کی عملی دعا ہے۔ ایسا آدمی گویا یہ کہہ رہا ہوتا ہے کہ خدایا میں نے تیرے بندوں کے ساتھ بہتر معاملہ کیا، تو بھی میرے ساتھ بہتر معاملہ فرما۔</w:t>
      </w:r>
    </w:p>
    <w:p>
      <w:r>
        <w:rPr>
          <w:b/>
        </w:rPr>
        <w:t xml:space="preserve">[1:26:26] </w:t>
      </w:r>
      <w:r>
        <w:t>dunya mein bhi aur aakhirat mein bhi۔</w:t>
      </w:r>
    </w:p>
    <w:p>
      <w:pPr>
        <w:jc w:val="right"/>
      </w:pPr>
      <w:r>
        <w:t>دنیا میں بھی اور آخرت میں بھی۔</w:t>
      </w:r>
    </w:p>
    <w:p>
      <w:r>
        <w:rPr>
          <w:b/>
        </w:rPr>
        <w:t xml:space="preserve">[1:26:35] </w:t>
      </w:r>
      <w:r>
        <w:t>fitri shanakht۔ be pardagi aur ba pardagi dono apni haqeeqat ke aitbaar se alamati alfaaz hain۔</w:t>
      </w:r>
    </w:p>
    <w:p>
      <w:pPr>
        <w:jc w:val="right"/>
      </w:pPr>
      <w:r>
        <w:t>فطری شناخت۔ بے پردگی اور باپردگی دونوں اپنی حقیقت کے اعتبار سے علامتی الفاظ ہیں۔</w:t>
      </w:r>
    </w:p>
    <w:p>
      <w:r>
        <w:rPr>
          <w:b/>
        </w:rPr>
        <w:t xml:space="preserve">[1:26:46] </w:t>
      </w:r>
      <w:r>
        <w:t>ba pardagi is baat ki alamat hai ke aurat apni nisaiyat ko mehfooz rakhte hue dunya mein zindagi guzare۔ is ke bar aks be pardagi is baat ki alamat hai ke aurat apni nisaiyat ko kho de۔</w:t>
      </w:r>
    </w:p>
    <w:p>
      <w:pPr>
        <w:jc w:val="right"/>
      </w:pPr>
      <w:r>
        <w:t>باپردگی اس بات کی علامت ہے کہ عورت اپنی نسائیت کو محفوظ رکھتے ہوئے دنیا میں زندگی گزارے۔ اس کے برعکس بے پردگی اس بات کی علامت ہے کہ عورت اپنی نسائیت کو کھو دے۔</w:t>
      </w:r>
    </w:p>
    <w:p>
      <w:r>
        <w:rPr>
          <w:b/>
        </w:rPr>
        <w:t xml:space="preserve">[1:27:01] </w:t>
      </w:r>
      <w:r>
        <w:t>woh apni fitri shanakht ko mita kar ek qism ki masnooi zindagi guzarne lagay۔ hadees ki kitabon mein ek riwayat in alfaaz mein aayi hai: "أنه لعن المتشبهات من النساء بالرجال، والمتشبهين من الرجال بالنساء" sunan abi dawood۔</w:t>
      </w:r>
    </w:p>
    <w:p>
      <w:pPr>
        <w:jc w:val="right"/>
      </w:pPr>
      <w:r>
        <w:t>وہ اپنی فطری شناخت کو مٹا کر ایک قسم کی مصنوعی زندگی گزارنے لگے۔ حدیث کی کتابوں میں ایک روایت ان الفاظ میں آئی ہے: "أنه لعن المتشبهات من النساء بالرجال، والمتشبهين من الرجال بالنساء" سنن ابی داؤد۔</w:t>
      </w:r>
    </w:p>
    <w:p>
      <w:r>
        <w:rPr>
          <w:b/>
        </w:rPr>
        <w:t xml:space="preserve">[1:27:22] </w:t>
      </w:r>
      <w:r>
        <w:t>yani Rasool Allah Sal Allah o Alaihe Wasallam ne un auraton par lanat ki hai jo mardon ki mushabihat karen۔ isi tarah aap ne un mardon par lanat ki hai jo auraton ki mushabihat karen۔</w:t>
      </w:r>
    </w:p>
    <w:p>
      <w:pPr>
        <w:jc w:val="right"/>
      </w:pPr>
      <w:r>
        <w:t>یعنی رسول اللہ صلی اللہ علیہ وسلم نے ان عورتوں پر لعنت کی ہے جو مردوں کی مشابہت کریں۔ اسی طرح آپ نے ان مردوں پر لعنت کی ہے جو عورتوں کی مشابہت کریں۔</w:t>
      </w:r>
    </w:p>
    <w:p>
      <w:r>
        <w:rPr>
          <w:b/>
        </w:rPr>
        <w:t xml:space="preserve">[1:27:35] </w:t>
      </w:r>
      <w:r>
        <w:t>yeh wohi cheez hai jis ko shanakht ya identity kaha jata hai۔ mard agar apni fitri waza ko chhod kar aurat ki manind ban jaye, aur aurat agar apni fitri waza ko chhod kar mard ki tarah ban jaye, to yeh dono hi Allah ke haan sakht mabghooz hain۔</w:t>
      </w:r>
    </w:p>
    <w:p>
      <w:pPr>
        <w:jc w:val="right"/>
      </w:pPr>
      <w:r>
        <w:t>یہ وہی چیز ہے جس کو شناخت یا آئیڈینٹیٹی کہا جاتا ہے۔ مرد اگر اپنی فطری وضع کو چھوڑ کر عورت کی مانند بن جائے، اور عورت اگر اپنی فطری وضع کو چھوڑ کر مرد کی طرح بن جائے، تو یہ دونوں ہی اللہ کے ہاں سخت مبغوظ ہیں۔</w:t>
      </w:r>
    </w:p>
    <w:p>
      <w:r>
        <w:rPr>
          <w:b/>
        </w:rPr>
        <w:t xml:space="preserve">[1:27:53] </w:t>
      </w:r>
      <w:r>
        <w:t>Allah ne jis ko jaisi waza ke sath banaya hai, wohi is ki fitri pehchan hai۔ mard aur aurat dono ko chahiye ke woh is fitri waza ko kisi haal mein na chhoden۔</w:t>
      </w:r>
    </w:p>
    <w:p>
      <w:pPr>
        <w:jc w:val="right"/>
      </w:pPr>
      <w:r>
        <w:t>اللہ نے جس کو جیسی وضع کے ساتھ بنایا ہے، وہی اس کی فطری پہچان ہے۔ مرد اور عورت دونوں کو چاہیے کہ وہ اس فطری وضع کو کسی حال میں نہ چھوڑیں۔</w:t>
      </w:r>
    </w:p>
    <w:p>
      <w:r>
        <w:rPr>
          <w:b/>
        </w:rPr>
        <w:t xml:space="preserve">[1:28:05] </w:t>
      </w:r>
      <w:r>
        <w:t>woh fitrat ki waza par qaim rehte hue zindagi guzaren۔ ba pardagi kisi aurat ke liye is baat ki alamat hai ke woh apni fitri nisai qadron ko mehfooz kiye hue hai۔</w:t>
      </w:r>
    </w:p>
    <w:p>
      <w:pPr>
        <w:jc w:val="right"/>
      </w:pPr>
      <w:r>
        <w:t>وہ فطرت کی وضع پر قائم رہتے ہوئے زندگی گزاریں۔ باپردگی کسی عورت کے لیے اس بات کی علامت ہے کہ وہ اپنی فطری نسائی قدروں کو محفوظ کیے ہوئے ہے۔</w:t>
      </w:r>
    </w:p>
    <w:p>
      <w:r>
        <w:rPr>
          <w:b/>
        </w:rPr>
        <w:t xml:space="preserve">[1:28:18] </w:t>
      </w:r>
      <w:r>
        <w:t>woh qadrein yeh hain: sanjeedgi, pak damni, usool pasandi, sharafat, hassasiyat, farayez ki ahmiyat ba maqsadiyat waghera۔</w:t>
      </w:r>
    </w:p>
    <w:p>
      <w:pPr>
        <w:jc w:val="right"/>
      </w:pPr>
      <w:r>
        <w:t>وہ قدریں یہ ہیں: سنجیدگی، پاک دامنی، اصول پسندی، شرافت، حساسیت، فرائض کی اہمیت بامقصدیت وغیرہ۔</w:t>
      </w:r>
    </w:p>
    <w:p>
      <w:r>
        <w:rPr>
          <w:b/>
        </w:rPr>
        <w:t xml:space="preserve">[1:28:30] </w:t>
      </w:r>
      <w:r>
        <w:t>is ke muqable mein be pardagi is baat ki alamat hai ke aurat apni nisai qadron ki hifazat mein nakaam rahi hai۔ woh khoi hui qadrein yeh hain: ghair sanjeedgi, ikhlaqi be qeidi, adam sharafat, be hisi, farayez hayat se be raghbati aur be maqsadiyat waghera۔</w:t>
      </w:r>
    </w:p>
    <w:p>
      <w:pPr>
        <w:jc w:val="right"/>
      </w:pPr>
      <w:r>
        <w:t>اس کے مقابلے میں بے پردگی اس بات کی علامت ہے کہ عورت اپنی نسائی قدروں کی حفاظت میں ناکام رہی ہے۔ وہ کھوئی ہوئی قدریں یہ ہیں: غیر سنجیدگی، اخلاقی بے قیدی، عدم شرافت، بے حسی، فرائض حیات سے بے رغبتی اور بے مقصدیت وغیرہ۔</w:t>
      </w:r>
    </w:p>
    <w:p>
      <w:r>
        <w:rPr>
          <w:b/>
        </w:rPr>
        <w:t xml:space="preserve">[1:28:51] </w:t>
      </w:r>
      <w:r>
        <w:t>parday ka matlab maroof maanon mein mahaz burqa ya sar par scarf bandhna nahi hai۔ parda kisi aurat ke ba usool hone ki ek pehchan hai۔</w:t>
      </w:r>
    </w:p>
    <w:p>
      <w:pPr>
        <w:jc w:val="right"/>
      </w:pPr>
      <w:r>
        <w:t>پردے کا مطلب معروف معنوں میں محض برقعہ یا سر پر سکارف باندھنا نہیں ہے۔ پردہ کسی عورت کے بااصول ہونے کی ایک پہچان ہے۔</w:t>
      </w:r>
    </w:p>
    <w:p>
      <w:r>
        <w:rPr>
          <w:b/>
        </w:rPr>
        <w:t xml:space="preserve">[1:29:02] </w:t>
      </w:r>
      <w:r>
        <w:t>aisi aurat apni nisai shanakht ke sath doosron ko batati hai ke woh ek ba maqsad khatoon hai۔ woh wajib at hayat ko har qeemat par ada karne wali hai, usooli aur mayari aitbaar se۔</w:t>
      </w:r>
    </w:p>
    <w:p>
      <w:pPr>
        <w:jc w:val="right"/>
      </w:pPr>
      <w:r>
        <w:t>ایسی عورت اپنی نسائی شناخت کے ساتھ دوسروں کو بتاتی ہے کہ وہ ایک بامقصد خاتون ہے۔ وہ واجبات حیات کو ہر قیمت پر ادا کرنے والی ہے، اصولی اور معیاری اعتبار سے۔</w:t>
      </w:r>
    </w:p>
    <w:p>
      <w:r>
        <w:rPr>
          <w:b/>
        </w:rPr>
        <w:t xml:space="preserve">[1:29:16] </w:t>
      </w:r>
      <w:r>
        <w:t>Islam mein aurat aur mard ka maqam amal yani work place alag alag hai۔ yani Islam is baat ki ijazat deta hai ke auraten bhi mardon ki tarah bahar kaam karen, magar is shart ke sath ke woh ba pardah hon aur un ka maqam amal mardon se alag ho۔</w:t>
      </w:r>
    </w:p>
    <w:p>
      <w:pPr>
        <w:jc w:val="right"/>
      </w:pPr>
      <w:r>
        <w:t>اسلام میں عورت اور مرد کا مقام عمل یعنی ورک پلیس الگ الگ ہے۔ یعنی اسلام اس بات کی اجازت دیتا ہے کہ عورتیں بھی مردوں کی طرح باہر کام کریں، مگر اس شرط کے ساتھ کہ وہ باپردہ ہوں اور ان کا مقام عمل مردوں سے الگ ہو۔</w:t>
      </w:r>
    </w:p>
    <w:p>
      <w:r>
        <w:rPr>
          <w:b/>
        </w:rPr>
        <w:t xml:space="preserve">[1:29:35] </w:t>
      </w:r>
      <w:r>
        <w:t>tahum halaat ke mutabiq agar yeh mumkin na ho ke aurat mardon se mukammal tor par alag reh kar kaam kare to maashi aur samaji zaroorat ke tehat is shart mein rukhsat di ja sakti hai, woh yeh ke zaroori taqazay ki bina par maqam amal to poori tarah alag na ho, magar phir bhi yeh zaroori hoga ke aurat ba pardah hone ki shart ko na chhoden۔</w:t>
      </w:r>
    </w:p>
    <w:p>
      <w:pPr>
        <w:jc w:val="right"/>
      </w:pPr>
      <w:r>
        <w:t>تاہم حالات کے مطابق اگر یہ ممکن نہ ہو کہ عورت مردوں سے مکمل طور پر الگ رہ کر کام کرے تو معاشی اور سماجی ضرورت کے تحت اس شرط میں رخصت دی جا سکتی ہے، وہ یہ کہ ضروری تقاضے کی بنا پر مقام عمل تو پوری طرح الگ نہ ہو، مگر پھر بھی یہ ضروری ہوگا کہ عورت باپردہ ہونے کی شرط کو نہ چھوڑے۔</w:t>
      </w:r>
    </w:p>
    <w:p>
      <w:r>
        <w:rPr>
          <w:b/>
        </w:rPr>
        <w:t xml:space="preserve">[1:30:00] </w:t>
      </w:r>
      <w:r>
        <w:t>woh apni nisai shanakht ko barqarar rakhte hue mushtarak maqamat amal par apna kaam kare.</w:t>
      </w:r>
    </w:p>
    <w:p>
      <w:pPr>
        <w:jc w:val="right"/>
      </w:pPr>
      <w:r>
        <w:t>وہ اپنی نسائی شناخت کو برقرار رکھتے ہوئے مشترک مقامات عمل پر اپنا کام کرے۔</w:t>
      </w:r>
    </w:p>
    <w:p>
      <w:r>
        <w:rPr>
          <w:b/>
        </w:rPr>
        <w:t xml:space="preserve">[1:30:22] </w:t>
      </w:r>
      <w:r>
        <w:t>sohbat ka falsafa. aam taur par samjha jata hai ke ashaab-e-rasool ko Islam mein jo imtiyazi darja mila, woh sohbat-e-rasool ki bina par tha.</w:t>
      </w:r>
    </w:p>
    <w:p>
      <w:pPr>
        <w:jc w:val="right"/>
      </w:pPr>
      <w:r>
        <w:t>صحبت کا فلسفہ۔ عام طور پر سمجھا جاتا ہے کہ اصحاب رسول کو اسلام میں جو امتیازی درجہ ملا، وہ صحبت رسول کی بنا پر تھا۔</w:t>
      </w:r>
    </w:p>
    <w:p>
      <w:r>
        <w:rPr>
          <w:b/>
        </w:rPr>
        <w:t xml:space="preserve">[1:30:35] </w:t>
      </w:r>
      <w:r>
        <w:t>yeh baat bajaye khud sahi hai, magar is ka matlab yeh nahi ke sohbat koi purasrar ya mysterious cheez hai aur is ki purasrar taaseer ke nateejay mein ashaab-e-rasool ko yeh faida hasil hua.</w:t>
      </w:r>
    </w:p>
    <w:p>
      <w:pPr>
        <w:jc w:val="right"/>
      </w:pPr>
      <w:r>
        <w:t>یہ بات بجائے خود صحیح ہے، مگر اس کا مطلب یہ نہیں کہ صحبت کوئی پراسرار یا مسٹیریس چیز ہے اور اس کی پراصرار تاثیر کے نتیجے میں اصحاب رسول کو یہ فائدہ حاصل ہوا۔</w:t>
      </w:r>
    </w:p>
    <w:p>
      <w:r>
        <w:rPr>
          <w:b/>
        </w:rPr>
        <w:t xml:space="preserve">[1:30:49] </w:t>
      </w:r>
      <w:r>
        <w:t>yeh nazariya durust nahi, kyunke is nazariye mein is waqea ki tawjeeh maujood nahi ke madina ke sankaron doosre log jo bazahir imaan laye aur peghambar ki sohbat mein bar bar baithe, magar woh aap ki sohbat se faiz hasil na kar sake aur Islam ki tareekh mein munafiq kahlaye gaye.</w:t>
      </w:r>
    </w:p>
    <w:p>
      <w:pPr>
        <w:jc w:val="right"/>
      </w:pPr>
      <w:r>
        <w:t>یہ نظریہ درست نہیں، کیونکہ اس نظریے میں اس واقعے کی توجیح موجود نہیں کہ مدینہ کے سینکڑوں دوسرے لوگ جو بظاہر ایمان لائے اور پیغمبر کی صحبت میں بار بار بیٹھے، مگر وہ آپ کی صحبت سے فیض حاصل نہ کر سکے اور اسلام کی تاریخ میں منافق کہلائے گئے۔</w:t>
      </w:r>
    </w:p>
    <w:p>
      <w:r>
        <w:rPr>
          <w:b/>
        </w:rPr>
        <w:t xml:space="preserve">[1:31:10] </w:t>
      </w:r>
      <w:r>
        <w:t>asal yeh hai ke aala imaan hasil karne ka zariya sirf ek hai, aur woh hai zehni irtiqaa.</w:t>
      </w:r>
    </w:p>
    <w:p>
      <w:pPr>
        <w:jc w:val="right"/>
      </w:pPr>
      <w:r>
        <w:t>اصل یہ ہے کہ اعلیٰ ایمان حاصل کرنے کا ذریعہ صرف ایک ہے، اور وہ ہے ذہنی ارتقاء۔</w:t>
      </w:r>
    </w:p>
    <w:p>
      <w:r>
        <w:rPr>
          <w:b/>
        </w:rPr>
        <w:t xml:space="preserve">[1:31:19] </w:t>
      </w:r>
      <w:r>
        <w:t>imaan qabool karne ke baad aadmi ke andar maarfat ke rukh par ek tafakkari amal yaani thinking process jaari hota hai.</w:t>
      </w:r>
    </w:p>
    <w:p>
      <w:pPr>
        <w:jc w:val="right"/>
      </w:pPr>
      <w:r>
        <w:t>ایمان قبول کرنے کے بعد آدمی کے اندر معرفت کے رخ پر ایک تفکیری عمل یعنی تھنکنگ پروسیس جاری ہوتا ہے۔</w:t>
      </w:r>
    </w:p>
    <w:p>
      <w:r>
        <w:rPr>
          <w:b/>
        </w:rPr>
        <w:t xml:space="preserve">[1:31:29] </w:t>
      </w:r>
      <w:r>
        <w:t>yeh tafakkari amal hi darasal aala imani darja hasil karne ka wahid zariya hai. peghambar ki sohbat mein darasal yahi tafakkari amal jaari rehta tha.</w:t>
      </w:r>
    </w:p>
    <w:p>
      <w:pPr>
        <w:jc w:val="right"/>
      </w:pPr>
      <w:r>
        <w:t>یہ تفکیری عمل ہی دراصل اعلیٰ ایمانی درجہ حاصل کرنے کا واحد ذریعہ ہے۔ پیغمبر کی صحبت میں دراصل یہی تفکیری عمل جاری رہتا تھا۔</w:t>
      </w:r>
    </w:p>
    <w:p>
      <w:r>
        <w:rPr>
          <w:b/>
        </w:rPr>
        <w:t xml:space="preserve">[1:31:42] </w:t>
      </w:r>
      <w:r>
        <w:t>log aap ki baaton ko sunte, woh aap ki baaton ko apne zehn mein is tarah jagah dete ke woh un ke zehn mein halchal paida kar deta.</w:t>
      </w:r>
    </w:p>
    <w:p>
      <w:pPr>
        <w:jc w:val="right"/>
      </w:pPr>
      <w:r>
        <w:t>لوگ آپ کی باتوں کو سنتے، وہ آپ کی باتوں کو اپنے ذہن میں اس طرح جگہ دیتے کہ وہ ان کے ذہن میں ہلچل پیدا کر دیتا۔</w:t>
      </w:r>
    </w:p>
    <w:p>
      <w:r>
        <w:rPr>
          <w:b/>
        </w:rPr>
        <w:t xml:space="preserve">[1:31:52] </w:t>
      </w:r>
      <w:r>
        <w:t>is tarah un ke andar tafakkir ka amal musalsal har subah o shaam jaari rehta. rasool Allah sal Allah alaihi wasallam ki sohbat is tafakkari amal ka zariya thi, is liye is ko sohbat-e-rasool se mansoob kar diya gaya.</w:t>
      </w:r>
    </w:p>
    <w:p>
      <w:pPr>
        <w:jc w:val="right"/>
      </w:pPr>
      <w:r>
        <w:t>اس طرح ان کے اندر تفکیر کا عمل مسلسل ہر صبح و شام جاری رہتا۔ رسول اللہ صلی اللہ علیہ وسلم کی صحبت اس تفکیری عمل کا ذریعہ تھی، اس لیے اس کو صحبت رسول سے منسوب کر دیا گیا۔</w:t>
      </w:r>
    </w:p>
    <w:p>
      <w:r>
        <w:rPr>
          <w:b/>
        </w:rPr>
        <w:t xml:space="preserve">[1:32:09] </w:t>
      </w:r>
      <w:r>
        <w:t>tahum peghambar ki baatein sunna kaafi nahi. peghambar ki baatein sirf is insaan ke liye mufeed banengi jo receptive ho, jo yakso ho kar sune, aur phir nafsiyaati pecheedgi se oopar uth kar is ko qabool kar sake.</w:t>
      </w:r>
    </w:p>
    <w:p>
      <w:pPr>
        <w:jc w:val="right"/>
      </w:pPr>
      <w:r>
        <w:t>تاہم پیغمبر کی باتیں سننا کافی نہیں۔ پیغمبر کی باتیں صرف اس انسان کے لیے مفید بنیں گی جو ریسیپٹیو ہو، جو یکسو ہو کر سنے، اور پھر نفسیاتی پیچیدگی سے اوپر اٹھ کر اس کو قبول کر سکے۔</w:t>
      </w:r>
    </w:p>
    <w:p>
      <w:r>
        <w:rPr>
          <w:b/>
        </w:rPr>
        <w:t xml:space="preserve">[1:32:27] </w:t>
      </w:r>
      <w:r>
        <w:t>sahaba mein yeh qabooliyat maujood thi, is liye un ko sohbat-e-rasool ka faida hasil hua. munafiqeen ke andar yeh qabooliyat maujood na thi, is liye woh sohbat-e-rasool ke bawajood is ka faida na pa sake.</w:t>
      </w:r>
    </w:p>
    <w:p>
      <w:pPr>
        <w:jc w:val="right"/>
      </w:pPr>
      <w:r>
        <w:t>صحابہ میں یہ قبولیت موجود تھی، اس لیے ان کو صحبت رسول کا فائدہ حاصل ہوا۔ منافقین کے اندر یہ قبولیت موجود نہ تھی، اس لیے وہ صحبت رسول کے باوجود اس کا فائدہ نہ پا سکے۔</w:t>
      </w:r>
    </w:p>
    <w:p>
      <w:r>
        <w:rPr>
          <w:b/>
        </w:rPr>
        <w:t xml:space="preserve">[1:32:42] </w:t>
      </w:r>
      <w:r>
        <w:t>yahi maamla baad ke daur ke ulama aur buzurgon ka hai. un mein se kisi ki sohbat mein purasrar taaseer nahi.</w:t>
      </w:r>
    </w:p>
    <w:p>
      <w:pPr>
        <w:jc w:val="right"/>
      </w:pPr>
      <w:r>
        <w:t>یہی معاملہ بعد کے دور کے علماء اور بزرگوں کا ہے۔ ان میں سے کسی کی صحبت میں پراسرار تاثیر نہیں۔</w:t>
      </w:r>
    </w:p>
    <w:p>
      <w:r>
        <w:rPr>
          <w:b/>
        </w:rPr>
        <w:t xml:space="preserve">[1:32:51] </w:t>
      </w:r>
      <w:r>
        <w:t>yeh maamla tamam tar sohbat mein baithne walon ki apni isti'daad par munhasir hai. jin afraad ke andar maada-e-qabooliyat hoga, woh sohbat ka faida hasil kar sakenge, aur jin afraad ke andar qabooliyat ka maada na hoga, woh faiday se mehroom rahenge.</w:t>
      </w:r>
    </w:p>
    <w:p>
      <w:pPr>
        <w:jc w:val="right"/>
      </w:pPr>
      <w:r>
        <w:t>یہ معاملہ تمام تر صحبت میں بیٹھنے والوں کی اپنی استعداد پر منحصر ہے۔ جن افراد کے اندر مادہ قبولیت ہوگا، وہ صحبت کا فائدہ حاصل کر سکیں گے، اور جن افراد کے اندر قبولیت کا مادہ نہ ہوگا، وہ فائدے سے محروم رہیں گے۔</w:t>
      </w:r>
    </w:p>
    <w:p>
      <w:r>
        <w:rPr>
          <w:b/>
        </w:rPr>
        <w:t xml:space="preserve">[1:33:18] </w:t>
      </w:r>
      <w:r>
        <w:t>be buniyad shikayat. hindustan ke ek musalman tajir hain. pehle woh arsala ke baqaida qari the, phir ek masle par un ko shikayat hui.</w:t>
      </w:r>
    </w:p>
    <w:p>
      <w:pPr>
        <w:jc w:val="right"/>
      </w:pPr>
      <w:r>
        <w:t>بے بنیاد شکایت۔ ہندوستان کے ایک مسلمان تاجر ہیں۔ پہلے وہ ارسالہ کے باقاعدہ قاری تھے، پھر ایک مسئلے پر ان کو شکایت ہوئی۔</w:t>
      </w:r>
    </w:p>
    <w:p>
      <w:r>
        <w:rPr>
          <w:b/>
        </w:rPr>
        <w:t xml:space="preserve">[1:33:31] </w:t>
      </w:r>
      <w:r>
        <w:t>unhone kaha ke aap hamesha musalmanon ko naseehat karte hain aur hinduo ke khilaaf kabhi nahi likhte. is se maloom hota hai ke aap hinduo ke agent hain.</w:t>
      </w:r>
    </w:p>
    <w:p>
      <w:pPr>
        <w:jc w:val="right"/>
      </w:pPr>
      <w:r>
        <w:t>انہوں نے کہا کہ آپ ہمیشہ مسلمانوں کو نصیحت کرتے ہیں اور ہندوؤں کے خلاف کبھی نہیں لکھتے۔ اس سے معلوم ہوتا ہے کہ آپ ہندوؤں کے ایجنٹ ہیں۔</w:t>
      </w:r>
    </w:p>
    <w:p>
      <w:r>
        <w:rPr>
          <w:b/>
        </w:rPr>
        <w:t xml:space="preserve">[1:33:42] </w:t>
      </w:r>
      <w:r>
        <w:t>aap ko hinduo ki taraf se is kaam ke liye paisa milta hai ke aap hindu muslim maamlaat mein musalmanon ko zimmedaar thahraen.</w:t>
      </w:r>
    </w:p>
    <w:p>
      <w:pPr>
        <w:jc w:val="right"/>
      </w:pPr>
      <w:r>
        <w:t>آپ کو ہندوؤں کی طرف سے اس کام کے لیے پیسہ ملتا ہے کہ آپ ہندو مسلم معاملات میں مسلمانوں کو ذمہ دار ٹھہرائیں۔</w:t>
      </w:r>
    </w:p>
    <w:p>
      <w:r>
        <w:rPr>
          <w:b/>
        </w:rPr>
        <w:t xml:space="preserve">[1:33:51] </w:t>
      </w:r>
      <w:r>
        <w:t>is qism ki baat keh kar unhone arsala ki kharidari band kar di. unhone na sirf arsala ka mutalea chhod diya, balke woh is ke mukhalif ban gaye.</w:t>
      </w:r>
    </w:p>
    <w:p>
      <w:pPr>
        <w:jc w:val="right"/>
      </w:pPr>
      <w:r>
        <w:t>اس قسم کی بات کہہ کر انہوں نے ارسالہ کی خریداری بند کر دی۔ انہوں نے نہ صرف ارسالہ کا مطالعہ چھوڑ دیا، بلکہ وہ اس کے مخالف بن گئے۔</w:t>
      </w:r>
    </w:p>
    <w:p>
      <w:r>
        <w:rPr>
          <w:b/>
        </w:rPr>
        <w:t xml:space="preserve">[1:34:01] </w:t>
      </w:r>
      <w:r>
        <w:t>kai saal baad, 16 April 2002 ko dilli mein un se mulaqat hui. main ne koi ikhtilafi baat kiye baghair un se kaha ke aap apni zindagi ka koi khaas tajruba bataen.</w:t>
      </w:r>
    </w:p>
    <w:p>
      <w:pPr>
        <w:jc w:val="right"/>
      </w:pPr>
      <w:r>
        <w:t>کئی سال بعد، 16 اپریل 2002 کو دہلی میں ان سے ملاقات ہوئی۔ میں نے کوئی اختلافی بات کیے بغیر ان سے کہا کہ آپ اپنی زندگی کا کوئی خاص تجربہ بتائیے۔</w:t>
      </w:r>
    </w:p>
    <w:p>
      <w:r>
        <w:rPr>
          <w:b/>
        </w:rPr>
        <w:t xml:space="preserve">[1:34:14] </w:t>
      </w:r>
      <w:r>
        <w:t>unhone kaha ke mera tajruba yeh hai ke musalman duniya ke sab se zyada ghair sanjeeda log hain. un ke alfaaz mein, musalman lafz ka agar English tarjuma kiya jaye to woh "insincere" hoga.</w:t>
      </w:r>
    </w:p>
    <w:p>
      <w:pPr>
        <w:jc w:val="right"/>
      </w:pPr>
      <w:r>
        <w:t>انہوں نے کہا کہ میرا تجربہ یہ ہے کہ مسلمان دنیا کے سب سے زیادہ غیر سنجیدہ لوگ ہیں۔ ان کے الفاظ میں، مسلمان لفظ کا اگر انگلش ترجمہ کیا جائے تو وہ "insincere" ہوگا۔</w:t>
      </w:r>
    </w:p>
    <w:p>
      <w:r>
        <w:rPr>
          <w:b/>
        </w:rPr>
        <w:t xml:space="preserve">[1:34:31] </w:t>
      </w:r>
      <w:r>
        <w:t>unhone mazeed bataya ke isi zaati tajrube ki buniyad par unhone ab apna partner ek hindu ko banaya hai. hindu ki partnership mein un ka karobar kaafi taraqqi kar raha hai.</w:t>
      </w:r>
    </w:p>
    <w:p>
      <w:pPr>
        <w:jc w:val="right"/>
      </w:pPr>
      <w:r>
        <w:t>انہوں نے مزید بتایا کہ اسی ذاتی تجربے کی بنیاد پر انہوں نے اب اپنا پارٹنر ایک ہندو کو بنایا ہے۔ ہندو کی پارٹنرشپ میں ان کا کاروبار کافی ترقی کر رہا ہے۔</w:t>
      </w:r>
    </w:p>
    <w:p>
      <w:r>
        <w:rPr>
          <w:b/>
        </w:rPr>
        <w:t xml:space="preserve">[1:34:44] </w:t>
      </w:r>
      <w:r>
        <w:t>magar ibret angez baat hai ke mazkoora musalman tajir ne niji mulaqat mein to yeh baat kahi, magar woh is baat ko stage par kehne ke liye tayyar na the.</w:t>
      </w:r>
    </w:p>
    <w:p>
      <w:pPr>
        <w:jc w:val="right"/>
      </w:pPr>
      <w:r>
        <w:t>مگر عبرت انگیز بات ہے کہ مذکورہ مسلم تاجر نے نجی ملاقات میں تو یہ بات کہی، لیکن وہ اس بات کو سٹیج پر کہنے کے لیے تیار نہ تھے۔</w:t>
      </w:r>
    </w:p>
    <w:p>
      <w:r>
        <w:rPr>
          <w:b/>
        </w:rPr>
        <w:t xml:space="preserve">[1:34:55] </w:t>
      </w:r>
      <w:r>
        <w:t>neez unhone arsala ki nisbat se apni pichli ghalti ka etraaf bhi nahi kiya. main samajhta hoon ke musalmanon ke likhne aur bolne wale tabqe ka yahi dohra mayar maujooda zamane ke musalmanon ka sab se bada masla hai.</w:t>
      </w:r>
    </w:p>
    <w:p>
      <w:pPr>
        <w:jc w:val="right"/>
      </w:pPr>
      <w:r>
        <w:t>نیز انہوں نے ارسالہ کی نسبت سے اپنی پچھلی غلطی کا اعتراف بھی نہیں کیا۔ میں سمجھتا ہوں کہ مسلمانوں کے لکھنے اور بولنے والے طبقے کا یہی دوہرا معیار موجودہ زمانے کے مسلمانوں کا سب سے بڑا مسئلہ ہے۔</w:t>
      </w:r>
    </w:p>
    <w:p>
      <w:r>
        <w:rPr>
          <w:b/>
        </w:rPr>
        <w:t xml:space="preserve">[1:35:13] </w:t>
      </w:r>
      <w:r>
        <w:t>musalmanon ke jo sahib-e-fehm aur sahib-e-ilm afraad hain, woh apni niji guftagu mein hamesha is qism ki baat karte hain, magar woh public mein use kehne ke liye tayyar nahi.</w:t>
      </w:r>
    </w:p>
    <w:p>
      <w:pPr>
        <w:jc w:val="right"/>
      </w:pPr>
      <w:r>
        <w:t>مسلمانوں کے جو صاحب فہم اور صاحب علم افراد ہیں، وہ اپنی نجی گفتگو میں ہمیشہ اس قسم کی بات کرتے ہیں، مگر وہ پبلک میں اسے کہنے کے لیے تیار نہیں۔</w:t>
      </w:r>
    </w:p>
    <w:p>
      <w:r>
        <w:rPr>
          <w:b/>
        </w:rPr>
        <w:t xml:space="preserve">[1:35:26] </w:t>
      </w:r>
      <w:r>
        <w:t>is dohre mayar ka nateeja yeh hai ke yeh log apna maamla to hoshiyari ke sath durust kiye rehte hain, magar musalman awam ko zehni gumrahi mein daal kar unhein is ka anjaam bhugatne ke liye chhod dete hain.</w:t>
      </w:r>
    </w:p>
    <w:p>
      <w:pPr>
        <w:jc w:val="right"/>
      </w:pPr>
      <w:r>
        <w:t>اس دوہرے معیار کا نتیجہ یہ ہے کہ یہ لوگ اپنا معاملہ تو ہوشیاری کے ساتھ درست کیے رہتے ہیں، مگر مسلم عوام کو ذہنی گمراہی میں ڈال کر انہیں اس کا انجام بھگتنے کے لیے چھوڑ دیتے ہیں۔</w:t>
      </w:r>
    </w:p>
    <w:p>
      <w:r>
        <w:rPr>
          <w:b/>
        </w:rPr>
        <w:t xml:space="preserve">[1:35:42] </w:t>
      </w:r>
      <w:r>
        <w:t>is qism ke log apna zaati masla to hoshiyari ke sath durust kar lete hain, magar woh awam ko badastoor be-shu'oori ki halat mein chhod dete hain taake woh is ki bhaari qeemat ada karte rahen aur kabhi taraqqi na kar saken.</w:t>
      </w:r>
    </w:p>
    <w:p>
      <w:pPr>
        <w:jc w:val="right"/>
      </w:pPr>
      <w:r>
        <w:t>اس قسم کے لوگ اپنا ذاتی مسئلہ تو ہوشیاری کے ساتھ درست کر لیتے ہیں، مگر وہ عوام کو بدستور بے شعوری کی حالت میں چھوڑ دیتے ہیں تاکہ وہ اس کی بھاری قیمت ادا کرتے رہیں اور کبھی ترقی نہ کر سکیں۔</w:t>
      </w:r>
    </w:p>
    <w:p>
      <w:r>
        <w:rPr>
          <w:b/>
        </w:rPr>
        <w:t xml:space="preserve">[1:35:58] </w:t>
      </w:r>
      <w:r>
        <w:t>tarqqi ke liye sahi tareeqa ghair janibdarana andaaz mein naseehat ka tareeqa hai, magar musalmanon mein koi ghair janibdarana naseehat ki boli bolne ke liye tayyar nahin.</w:t>
      </w:r>
    </w:p>
    <w:p>
      <w:pPr>
        <w:jc w:val="right"/>
      </w:pPr>
      <w:r>
        <w:t>ترقی کے لیے صحیح طریقہ غیر جانبدارانہ انداز میں نصیحت کا طریقہ ہے، مگر مسلمانوں میں کوئی غیر جانبدارانہ نصیحت کی بولی بولنے کے لیے تیار نہیں۔</w:t>
      </w:r>
    </w:p>
    <w:p>
      <w:r>
        <w:rPr>
          <w:b/>
        </w:rPr>
        <w:t xml:space="preserve">[1:36:12] </w:t>
      </w:r>
      <w:r>
        <w:t>hindustan mein musalmanon ke halaat ko mein 1947 se musalsal dekhta raha hoon. mera tajruba hai ke musalman apne maslay ka hal quran mein nahin dhoondhte.</w:t>
      </w:r>
    </w:p>
    <w:p>
      <w:pPr>
        <w:jc w:val="right"/>
      </w:pPr>
      <w:r>
        <w:t>ہندوستان میں مسلمانوں کے حالات کو میں 1947 سے مسلسل دیکھتا رہا ہوں۔ میرا تجربہ ہے کہ مسلمان اپنے مسئلے کا حل قرآن میں نہیں ڈھونڈتے۔</w:t>
      </w:r>
    </w:p>
    <w:p>
      <w:r>
        <w:rPr>
          <w:b/>
        </w:rPr>
        <w:t xml:space="preserve">[1:36:25] </w:t>
      </w:r>
      <w:r>
        <w:t>woh doosron ki baatein sun kar apni rai banate hain. islam in ki zindagi ka sirf aik rasmi hissa hai. islam un ka qomi culture hai, woh un ka deen nahin.</w:t>
      </w:r>
    </w:p>
    <w:p>
      <w:pPr>
        <w:jc w:val="right"/>
      </w:pPr>
      <w:r>
        <w:t>وہ دوسروں کی باتیں سن کر اپنی رائے بناتے ہیں۔ اسلام ان کی زندگی کا صرف ایک رسمی حصہ ہے۔ اسلام ان کا قومی کلچر ہے، وہ ان کا دین نہیں۔</w:t>
      </w:r>
    </w:p>
    <w:p>
      <w:r>
        <w:rPr>
          <w:b/>
        </w:rPr>
        <w:t xml:space="preserve">[1:36:38] </w:t>
      </w:r>
      <w:r>
        <w:t>maujooda musalmanon ki ijtamai soch aur un ki mili policy quran se maakhuz nahin.</w:t>
      </w:r>
    </w:p>
    <w:p>
      <w:pPr>
        <w:jc w:val="right"/>
      </w:pPr>
      <w:r>
        <w:t>موجودہ مسلمانوں کی اجتماعی سوچ اور ان کی ملی پالیسی قرآن سے ماخوذ نہیں۔</w:t>
      </w:r>
    </w:p>
    <w:p>
      <w:r>
        <w:rPr>
          <w:b/>
        </w:rPr>
        <w:t xml:space="preserve">[1:36:51] </w:t>
      </w:r>
      <w:r>
        <w:t>opposition partyon ke bayanat, human rights aur commission ki reporten, taleem yafta tabqay ka izhaar khayal—yehi musalmanon ki zehan saazi ke zariye hain.</w:t>
      </w:r>
    </w:p>
    <w:p>
      <w:pPr>
        <w:jc w:val="right"/>
      </w:pPr>
      <w:r>
        <w:t>اپوزیشن پارٹیوں کے بیانات، ہیومن رائٹس اور کمیشن کی رپورٹیں، تعلیم یافتہ طبقے کا اظہار خیال—یہی مسلمانوں کی ذہن سازی کے ذریعے ہیں۔</w:t>
      </w:r>
    </w:p>
    <w:p>
      <w:r>
        <w:rPr>
          <w:b/>
        </w:rPr>
        <w:t xml:space="preserve">[1:37:04] </w:t>
      </w:r>
      <w:r>
        <w:t>un ka mushtarik tareeqa yeh hai ke woh halaat ko qanoon aur manfiq ki nazar se dekhte hain. quran mein irshad hua hai ke jab bhi unhon ne jang ki aag bharkai to khuda ne is aag ko bujha diya, almaida.</w:t>
      </w:r>
    </w:p>
    <w:p>
      <w:pPr>
        <w:jc w:val="right"/>
      </w:pPr>
      <w:r>
        <w:t>ان کا مشترک طریقہ یہ ہے کہ وہ حالات کو قانون اور منطق کی نظر سے دیکھتے ہیں۔ قرآن میں ارشاد ہوا ہے کہ جب بھی انہوں نے جنگ کی آگ بھڑکائی تو خدا نے اس آگ کو بجھا دیا، المائدہ۔</w:t>
      </w:r>
    </w:p>
    <w:p>
      <w:r>
        <w:rPr>
          <w:b/>
        </w:rPr>
        <w:t xml:space="preserve">[1:37:21] </w:t>
      </w:r>
      <w:r>
        <w:t>is aitbaar se dekhiye to doosron ka tareeqa aag bharkane walon ka hai, jab ke quran ke mutabiq musalmanon ka tareeqa aag bujhane ka hona chahiye, na ke aisa tareeqa ikhtiyar karna jo aag ko mazeed bharkane ka sabab banay.</w:t>
      </w:r>
    </w:p>
    <w:p>
      <w:pPr>
        <w:jc w:val="right"/>
      </w:pPr>
      <w:r>
        <w:t>اس اعتبار سے دیکھیے تو دوسروں کا طریقہ آگ بھڑکانے والوں کا ہے، جبکہ قرآن کے مطابق مسلمانوں کا طریقہ آگ بجھانے کا ہونا چاہیے، نہ کہ ایسا طریقہ اختیار کرنا جو آگ کو مزید بھڑکانے کا سبب بن جائے۔</w:t>
      </w:r>
    </w:p>
    <w:p>
      <w:r>
        <w:rPr>
          <w:b/>
        </w:rPr>
        <w:t xml:space="preserve">[1:37:39] </w:t>
      </w:r>
      <w:r>
        <w:t>is tarah ke mamlaat mein quran ka tareeqa islaah khwaish ke usool par qaim hai, aur doosron ka tareeqa ihtisab ghair ke usool par.</w:t>
      </w:r>
    </w:p>
    <w:p>
      <w:pPr>
        <w:jc w:val="right"/>
      </w:pPr>
      <w:r>
        <w:t>اس طرح کے معاملات میں قرآن کا طریقہ اصلاح خویش کے اصول پر قائم ہے، اور دوسروں کا طریقہ احتساب غیر کے اصول پر۔</w:t>
      </w:r>
    </w:p>
    <w:p>
      <w:r>
        <w:rPr>
          <w:b/>
        </w:rPr>
        <w:t xml:space="preserve">[1:37:56] </w:t>
      </w:r>
      <w:r>
        <w:t>sukoon ka sarchashma. india ke sadiq wazir kharija mr. natwar singh, paidaish 1931, apne wasee mutalay ke liye mashhoor hain.</w:t>
      </w:r>
    </w:p>
    <w:p>
      <w:pPr>
        <w:jc w:val="right"/>
      </w:pPr>
      <w:r>
        <w:t>سکون کا سرچشمہ۔ انڈیا کے سابق وزیر خارجہ مسٹر نٹور سنگھ، پیدائش 1931، اپنے وسیع مطالعے کے لیے مشہور ہیں۔</w:t>
      </w:r>
    </w:p>
    <w:p>
      <w:r>
        <w:rPr>
          <w:b/>
        </w:rPr>
        <w:t xml:space="preserve">[1:38:08] </w:t>
      </w:r>
      <w:r>
        <w:t>un ke sath aik shadeed khandani hadsa hua. un ki jawan beti ritu aur jawan bahu natasha sirf aik mahine ke waqfay se hadsay ka shikar ho kar mar gayeen.</w:t>
      </w:r>
    </w:p>
    <w:p>
      <w:pPr>
        <w:jc w:val="right"/>
      </w:pPr>
      <w:r>
        <w:t>ان کے ساتھ ایک شدید خاندانی حادثہ ہوا۔ ان کی جوان بیٹی ریتو اور جوان بہو نتاشا صرف ایک مہینے کے وقفے سے حادثے کا شکار ہو کر مر گئیں۔</w:t>
      </w:r>
    </w:p>
    <w:p>
      <w:r>
        <w:rPr>
          <w:b/>
        </w:rPr>
        <w:t xml:space="preserve">[1:38:21] </w:t>
      </w:r>
      <w:r>
        <w:t>is ke foran baad congress ki sadar mrs. sonia gandhi un ki taaziyat ke liye nai dilli mein un ke ghar gayeen.</w:t>
      </w:r>
    </w:p>
    <w:p>
      <w:pPr>
        <w:jc w:val="right"/>
      </w:pPr>
      <w:r>
        <w:t>اس کے فوراً بعد کانگریس کی صدر مسز سونیا گاندھی ان کی تعزیت کے لیے نئی دہلی میں ان کے گھر گئیں۔</w:t>
      </w:r>
    </w:p>
    <w:p>
      <w:r>
        <w:rPr>
          <w:b/>
        </w:rPr>
        <w:t xml:space="preserve">[1:38:30] </w:t>
      </w:r>
      <w:r>
        <w:t>is waqt mr. natwar singh apne kamra mutalay yani study room mein thay. yahan unhon ne dunya bhar ki das hazar muntakhib kitaben akhta ki hain.</w:t>
      </w:r>
    </w:p>
    <w:p>
      <w:pPr>
        <w:jc w:val="right"/>
      </w:pPr>
      <w:r>
        <w:t>اس وقت مسٹر نٹور سنگھ اپنے کمرہ مطالعہ یعنی سٹڈی روم میں تھے۔ یہاں انہوں نے دنیا بھر کی دس ہزار منتخب کتابیں اکٹھا کی ہیں۔</w:t>
      </w:r>
    </w:p>
    <w:p>
      <w:r>
        <w:rPr>
          <w:b/>
        </w:rPr>
        <w:t xml:space="preserve">[1:38:42] </w:t>
      </w:r>
      <w:r>
        <w:t>mr. natwar singh ne in kitabon ki taraf ishara karte hue mrs. sonia gandhi se kaha ke in kitabon mein dunya bhar ki hikmat maujood hai.</w:t>
      </w:r>
    </w:p>
    <w:p>
      <w:pPr>
        <w:jc w:val="right"/>
      </w:pPr>
      <w:r>
        <w:t>مسٹر نٹور سنگھ نے ان کتابوں کی طرف اشارہ کرتے ہوئے مسز سونیا گاندھی سے کہا کہ ان کتابوں میں دنیا بھر کی حکمت موجود ہے۔</w:t>
      </w:r>
    </w:p>
    <w:p>
      <w:r>
        <w:rPr>
          <w:b/>
        </w:rPr>
        <w:t xml:space="preserve">[1:38:53] </w:t>
      </w:r>
      <w:r>
        <w:t>sadiyon ki hikmat ka khulasa yahan paya jata hai, magar yahan aik bhi aisi kitab maujood nahin jis ko parh kar mein apne aap ko taskeen de sakoon.</w:t>
      </w:r>
    </w:p>
    <w:p>
      <w:pPr>
        <w:jc w:val="right"/>
      </w:pPr>
      <w:r>
        <w:t>صدیوں کی حکمت کا خلاصہ یہاں پایا جاتا ہے، مگر یہاں ایک بھی ایسی کتاب موجود نہیں جس کو پڑھ کر میں اپنے آپ کو تسکین دے سکوں۔</w:t>
      </w:r>
    </w:p>
    <w:p>
      <w:r>
        <w:rPr>
          <w:b/>
        </w:rPr>
        <w:t xml:space="preserve">[1:39:04] </w:t>
      </w:r>
      <w:r>
        <w:t>here you have the wisdom of the world, wisdom of the ages, in concentrated form</w:t>
      </w:r>
    </w:p>
    <w:p>
      <w:pPr>
        <w:jc w:val="right"/>
      </w:pPr>
      <w:r>
        <w:t>"Here you have the wisdom of the world, wisdom of the ages, in concentrated form</w:t>
      </w:r>
    </w:p>
    <w:p>
      <w:r>
        <w:rPr>
          <w:b/>
        </w:rPr>
        <w:t xml:space="preserve">[1:39:10] </w:t>
      </w:r>
      <w:r>
        <w:t>. but there is not a book i could pick up to console myself." hindustan times, new delhi. mr. natwar singh kyun apne kamra mutalay mein woh kitaben na pa sakay jo unhein mazkoora hadsa maut ke moqay par taskeen de saken?</w:t>
      </w:r>
    </w:p>
    <w:p>
      <w:pPr>
        <w:jc w:val="right"/>
      </w:pPr>
      <w:r>
        <w:t>. But there is not a book I could pick up to console myself." ہندوستان ٹائمز، نیو دہلی۔ مسٹر نٹور سنگھ کیوں اپنے کمرہ مطالعہ میں وہ کتابیں نہ پا سکے جو انہیں مذکورہ حادثہ موت کے موقع پر تسکین دے سکیں؟</w:t>
      </w:r>
    </w:p>
    <w:p>
      <w:r>
        <w:rPr>
          <w:b/>
        </w:rPr>
        <w:t xml:space="preserve">[1:39:29] </w:t>
      </w:r>
      <w:r>
        <w:t>is ka jawab khud is interview ke andar maujood hai. is mein bataya gaya hai ke mr. natwar singh ne aik sawal ke jawab mein kaha ke mein mazhab mein yaqeen nahin rakhta,</w:t>
      </w:r>
    </w:p>
    <w:p>
      <w:pPr>
        <w:jc w:val="right"/>
      </w:pPr>
      <w:r>
        <w:t>اس کا جواب خود اس انٹرویو کے اندر موجود ہے۔ اس میں بتایا گیا ہے کہ مسٹر نٹور سنگھ نے ایک سوال کے جواب میں کہا کہ میں مذہب میں یقین نہیں رکھتا،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