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Al-Hikmah in Islam September 14, 2007</w:t>
      </w:r>
    </w:p>
    <w:p>
      <w:r>
        <w:t>https://www.youtube.com/watch?v=PxOdof00YIM</w:t>
      </w:r>
    </w:p>
    <w:p>
      <w:r>
        <w:rPr>
          <w:b/>
        </w:rPr>
        <w:t xml:space="preserve">[00:14] </w:t>
      </w:r>
      <w:r>
        <w:t>bismillah-hir-rahman-nir-rahim, wa-sallallahu ala-n-nabiyyi l-kareem.</w:t>
      </w:r>
    </w:p>
    <w:p>
      <w:pPr>
        <w:jc w:val="right"/>
      </w:pPr>
      <w:r>
        <w:t>بسم اللہ الرحمن الرحیم، وصلی اللہ علی النبی الکریم۔</w:t>
      </w:r>
    </w:p>
    <w:p>
      <w:r>
        <w:rPr>
          <w:b/>
        </w:rPr>
        <w:t xml:space="preserve">[00:23]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[00:37] </w:t>
      </w:r>
      <w:r>
        <w:t>aaj ka topic hai: al-hikmah fil islam. al-hikmah fil islam.</w:t>
      </w:r>
    </w:p>
    <w:p>
      <w:pPr>
        <w:jc w:val="right"/>
      </w:pPr>
      <w:r>
        <w:t>آج کا ٹاپک ہے: الحکمہ ان اسلام۔ الحکمہ ان اسلام۔</w:t>
      </w:r>
    </w:p>
    <w:p>
      <w:r>
        <w:rPr>
          <w:b/>
        </w:rPr>
        <w:t xml:space="preserve">[00:49] </w:t>
      </w:r>
      <w:r>
        <w:t>yani islam mein hikmat ka tasawwur.</w:t>
      </w:r>
    </w:p>
    <w:p>
      <w:pPr>
        <w:jc w:val="right"/>
      </w:pPr>
      <w:r>
        <w:t>یعنی اسلام میں حکمت کا تصور۔</w:t>
      </w:r>
    </w:p>
    <w:p>
      <w:r>
        <w:rPr>
          <w:b/>
        </w:rPr>
        <w:t xml:space="preserve">[00:56] </w:t>
      </w:r>
      <w:r>
        <w:t>quran mein bataya gaya hai ke prophet of islam char cheezen le kar bheje gaye.</w:t>
      </w:r>
    </w:p>
    <w:p>
      <w:pPr>
        <w:jc w:val="right"/>
      </w:pPr>
      <w:r>
        <w:t>قرآن میں بتایا گیا ہے کہ Prophet of Islam چار چیزیں لے کر بھیجے گئے۔</w:t>
      </w:r>
    </w:p>
    <w:p>
      <w:r>
        <w:rPr>
          <w:b/>
        </w:rPr>
        <w:t xml:space="preserve">[01:10] </w:t>
      </w:r>
      <w:r>
        <w:t>yatlu alaihim ayatihi, wa yuzakkihim, wa yuallimuhum al-kitaba wal-hikmah. yatlu alaihim ayatihi yani kitab ki tilawat, quran ki ayaton ko logon tak pahunchana.</w:t>
      </w:r>
    </w:p>
    <w:p>
      <w:pPr>
        <w:jc w:val="right"/>
      </w:pPr>
      <w:r>
        <w:t>یتلو علیہم آیاتہ، ویدقیہم، ويعلمہم الکتاب والحکمہ۔ یتلو علیہم آیاتہ یعنی کتاب کی تلاوت، قرآن کی آیتوں کو لوگوں تک پہنچانا۔</w:t>
      </w:r>
    </w:p>
    <w:p>
      <w:r>
        <w:rPr>
          <w:b/>
        </w:rPr>
        <w:t xml:space="preserve">[01:35] </w:t>
      </w:r>
      <w:r>
        <w:t>aur un ka tazkiyah karna. aur un ko</w:t>
      </w:r>
    </w:p>
    <w:p>
      <w:pPr>
        <w:jc w:val="right"/>
      </w:pPr>
      <w:r>
        <w:t>اور ان کا تزکیہ کرنا۔ اور ان کو</w:t>
      </w:r>
    </w:p>
    <w:p>
      <w:r>
        <w:rPr>
          <w:b/>
        </w:rPr>
        <w:t xml:space="preserve">[01:47] </w:t>
      </w:r>
      <w:r>
        <w:t>taleem dena.</w:t>
      </w:r>
    </w:p>
    <w:p>
      <w:pPr>
        <w:jc w:val="right"/>
      </w:pPr>
      <w:r>
        <w:t>تعلیم دینا۔</w:t>
      </w:r>
    </w:p>
    <w:p>
      <w:r>
        <w:rPr>
          <w:b/>
        </w:rPr>
        <w:t xml:space="preserve">[01:51] </w:t>
      </w:r>
      <w:r>
        <w:t>aur un ko hikmat batana.</w:t>
      </w:r>
    </w:p>
    <w:p>
      <w:pPr>
        <w:jc w:val="right"/>
      </w:pPr>
      <w:r>
        <w:t>اور ان کو حکمت بتانا۔</w:t>
      </w:r>
    </w:p>
    <w:p>
      <w:r>
        <w:rPr>
          <w:b/>
        </w:rPr>
        <w:t xml:space="preserve">[01:57] </w:t>
      </w:r>
      <w:r>
        <w:t>char cheezen. to char cheezon mein se ek hai hikmat.</w:t>
      </w:r>
    </w:p>
    <w:p>
      <w:pPr>
        <w:jc w:val="right"/>
      </w:pPr>
      <w:r>
        <w:t>چار چیزیں۔ تو چار چیزوں میں سے ایک ہے حکمت۔</w:t>
      </w:r>
    </w:p>
    <w:p>
      <w:r>
        <w:rPr>
          <w:b/>
        </w:rPr>
        <w:t xml:space="preserve">[02:08] </w:t>
      </w:r>
      <w:r>
        <w:t>yani kitab, tazkiyah. aur hikmat.</w:t>
      </w:r>
    </w:p>
    <w:p>
      <w:pPr>
        <w:jc w:val="right"/>
      </w:pPr>
      <w:r>
        <w:t>یعنی کتاب، تزکیہ۔ اور حکمت۔</w:t>
      </w:r>
    </w:p>
    <w:p>
      <w:r>
        <w:rPr>
          <w:b/>
        </w:rPr>
        <w:t xml:space="preserve">[02:19] </w:t>
      </w:r>
      <w:r>
        <w:t>yatlu alaihim ayatihi, wa yuzakkihim, wa yuallimuhum al-kitaba wal-hikmah. to ek cheez hai hikmah.</w:t>
      </w:r>
    </w:p>
    <w:p>
      <w:pPr>
        <w:jc w:val="right"/>
      </w:pPr>
      <w:r>
        <w:t>یتلو علیہم آیاتہ، ویدقیہم، ويعلمہم الکتاب والحکمہ۔ تو ایک چیز ہے حکمہ۔</w:t>
      </w:r>
    </w:p>
    <w:p>
      <w:r>
        <w:rPr>
          <w:b/>
        </w:rPr>
        <w:t xml:space="preserve">[02:30] </w:t>
      </w:r>
      <w:r>
        <w:t>hikmah ka matlab hota hai Wisdom.</w:t>
      </w:r>
    </w:p>
    <w:p>
      <w:pPr>
        <w:jc w:val="right"/>
      </w:pPr>
      <w:r>
        <w:t>حکمہ کا مطلب ہوتا ہے Wisdom۔</w:t>
      </w:r>
    </w:p>
    <w:p>
      <w:r>
        <w:rPr>
          <w:b/>
        </w:rPr>
        <w:t xml:space="preserve">[02:37] </w:t>
      </w:r>
      <w:r>
        <w:t>Wisdom. to quran ke mutabiq peghambar ke char kaam thay. tilawat-e-ayat, aur kitab ki taleem, aur tazkiyah aur hikmat.</w:t>
      </w:r>
    </w:p>
    <w:p>
      <w:pPr>
        <w:jc w:val="right"/>
      </w:pPr>
      <w:r>
        <w:t>Wisdom۔ تو قرآن کے مطابق پیغمبر کے چار کام تھے۔ تلاوت آیات، اور کتاب کی تعلیم، اور تزکیہ اور حکمت۔</w:t>
      </w:r>
    </w:p>
    <w:p>
      <w:r>
        <w:rPr>
          <w:b/>
        </w:rPr>
        <w:t xml:space="preserve">[02:53] </w:t>
      </w:r>
      <w:r>
        <w:t>yani Wisdom dena logon ko.</w:t>
      </w:r>
    </w:p>
    <w:p>
      <w:pPr>
        <w:jc w:val="right"/>
      </w:pPr>
      <w:r>
        <w:t>یعنی Wisdom دینا لوگوں کو۔</w:t>
      </w:r>
    </w:p>
    <w:p>
      <w:r>
        <w:rPr>
          <w:b/>
        </w:rPr>
        <w:t xml:space="preserve">[02:59] </w:t>
      </w:r>
      <w:r>
        <w:t>quran mein doosri jagah bataya gaya hai ke: wa man yut al-hikmata fa qad yuti khairan kathira. jis ko hikmat di gayi to us ko bohat bari cheez de di gayi.</w:t>
      </w:r>
    </w:p>
    <w:p>
      <w:pPr>
        <w:jc w:val="right"/>
      </w:pPr>
      <w:r>
        <w:t>قرآن میں دوسری جگہ بتایا گیا ہے کہ: ومن یوت الحکمۃ فقد یوت خیرا کثیرا۔ جس کو حکمت دی گئی تو اس کو بہت بڑی چیز دے دی گئی۔</w:t>
      </w:r>
    </w:p>
    <w:p>
      <w:r>
        <w:rPr>
          <w:b/>
        </w:rPr>
        <w:t xml:space="preserve">[03:17] </w:t>
      </w:r>
      <w:r>
        <w:t>jis ko hikmat di gayi to us ko bohat bari bhalai de di gayi. to hikmat Islam mein ek bohat hi Important cheez hai.</w:t>
      </w:r>
    </w:p>
    <w:p>
      <w:pPr>
        <w:jc w:val="right"/>
      </w:pPr>
      <w:r>
        <w:t>جس کو حکمت دی گئی تو اس کو بہت بڑی بھلائی دے دی گئی۔ تو حکمت اسلام میں ایک بہت ہی Important چیز ہے۔</w:t>
      </w:r>
    </w:p>
    <w:p>
      <w:r>
        <w:rPr>
          <w:b/>
        </w:rPr>
        <w:t xml:space="preserve">[03:29] </w:t>
      </w:r>
      <w:r>
        <w:t>hikmat ka matlab hai Wisdom. ab dekhiye ke aaj kal kya hai, log samajhte hain ke Islam except of rituals ka naam hai.</w:t>
      </w:r>
    </w:p>
    <w:p>
      <w:pPr>
        <w:jc w:val="right"/>
      </w:pPr>
      <w:r>
        <w:t>حکمت کا مطلب ہے Wisdom۔ اب دیکھئے کہ آج کل کیا ہے، لوگ سمجھتے ہیں کہ اسلام Except of Rituals کا نام ہے۔</w:t>
      </w:r>
    </w:p>
    <w:p>
      <w:r>
        <w:rPr>
          <w:b/>
        </w:rPr>
        <w:t xml:space="preserve">[03:40] </w:t>
      </w:r>
      <w:r>
        <w:t>namaz bhi ek rituals hai, roza bhi ek rituals hai, haj bhi ek rituals hai. isi tarah se doosri cheezen.</w:t>
      </w:r>
    </w:p>
    <w:p>
      <w:pPr>
        <w:jc w:val="right"/>
      </w:pPr>
      <w:r>
        <w:t>نماز بھی ایک Rituals ہے، روزہ بھی ایک Rituals ہے، حج بھی ایک Rituals ہے۔ اسی طرح سے دوسری چیزیں۔</w:t>
      </w:r>
    </w:p>
    <w:p>
      <w:r>
        <w:rPr>
          <w:b/>
        </w:rPr>
        <w:t xml:space="preserve">[03:53] </w:t>
      </w:r>
      <w:r>
        <w:t>Islam ka matlab logon ke nazdeek yeh hai ke except of rituals hai, us ko waqt waqt par dohra lo aur Islam ho gaya. yeh Islam ka ek reduced concept hai, reduced form hai.</w:t>
      </w:r>
    </w:p>
    <w:p>
      <w:pPr>
        <w:jc w:val="right"/>
      </w:pPr>
      <w:r>
        <w:t>اسلام کا مطلب لوگوں کے نزدیک یہ ہے کہ Except of Rituals ہے، اس کو وقت وقت پر دہرا لو اور اسلام ہو گیا۔ یہ اسلام کا ایک Reduced Concept ہے، Reduced Form ہے۔</w:t>
      </w:r>
    </w:p>
    <w:p>
      <w:r>
        <w:rPr>
          <w:b/>
        </w:rPr>
        <w:t xml:space="preserve">[04:08] </w:t>
      </w:r>
      <w:r>
        <w:t>bohat hi kam Islam ka yeh koi underestimation hai. aur khud Khuda ka underestimation hai ke kya Khuda ne itni bari kainat banayi, is mein insan ko basaya,</w:t>
      </w:r>
    </w:p>
    <w:p>
      <w:pPr>
        <w:jc w:val="right"/>
      </w:pPr>
      <w:r>
        <w:t>بہت ہی کم اسلام کا یہ کوئی Underestimation ہے۔ اور خود خدا کا Underestimation ہے کہ کیا خدا نے اتنی بڑی کائنات بنائی، اس میں انسان کو بسایا،</w:t>
      </w:r>
    </w:p>
    <w:p>
      <w:r>
        <w:rPr>
          <w:b/>
        </w:rPr>
        <w:t xml:space="preserve">[04:23] </w:t>
      </w:r>
      <w:r>
        <w:t>is mein Muhammad sallallahu alaihi wasallam ko bheja to kaha kuch rituals ki taleem dene ke liye?</w:t>
      </w:r>
    </w:p>
    <w:p>
      <w:pPr>
        <w:jc w:val="right"/>
      </w:pPr>
      <w:r>
        <w:t>اس میں محمد صلی اللہ علیہ وسلم کو بھیجا تو کہا کچھ Rituals کی تعلیم دینے کے لئے؟</w:t>
      </w:r>
    </w:p>
    <w:p>
      <w:r>
        <w:rPr>
          <w:b/>
        </w:rPr>
        <w:t xml:space="preserve">[04:35] </w:t>
      </w:r>
      <w:r>
        <w:t>rituals ki taleem dene ke liye? to yeh khud Khuda ka underestimation hai. Khuda ko kam samajhna hai.</w:t>
      </w:r>
    </w:p>
    <w:p>
      <w:pPr>
        <w:jc w:val="right"/>
      </w:pPr>
      <w:r>
        <w:t>Rituals کی تعلیم دینے کے لئے؟ تو یہ خود خدا کا Underestimation ہے۔ خدا کو کم سمجھنا ہے۔</w:t>
      </w:r>
    </w:p>
    <w:p>
      <w:r>
        <w:rPr>
          <w:b/>
        </w:rPr>
        <w:t xml:space="preserve">[04:45] </w:t>
      </w:r>
      <w:r>
        <w:t>haqeeqat yeh hai ke Islam ek bohat bari haqeeqat hai. Islam ek ideology deta hai. ek ideology of life.</w:t>
      </w:r>
    </w:p>
    <w:p>
      <w:pPr>
        <w:jc w:val="right"/>
      </w:pPr>
      <w:r>
        <w:t>حقیقت یہ ہے کہ اسلام ایک بہت بڑی حقیقت ہے۔ اسلام ایک Ideology دیتا ہے۔ ایک Ideology of Life۔</w:t>
      </w:r>
    </w:p>
    <w:p>
      <w:r>
        <w:rPr>
          <w:b/>
        </w:rPr>
        <w:t xml:space="preserve">[04:57] </w:t>
      </w:r>
      <w:r>
        <w:t>aur bohat kuch deta hai. aur sath sath Wisdom deta hai. Wisdom dekhiye, Wisdom aisi cheez nahi ke aap ek ek packet mein band kar ke kisi ko de dein.</w:t>
      </w:r>
    </w:p>
    <w:p>
      <w:pPr>
        <w:jc w:val="right"/>
      </w:pPr>
      <w:r>
        <w:t>اور بہت کچھ دیتا ہے۔ اور ساتھ ساتھ Wisdom دیتا ہے۔ Wisdom دیکھئے، Wisdom ایسی چیز نہیں کہ آپ ایک ایک Packet میں بند کر کے کسی کو دے دیں۔</w:t>
      </w:r>
    </w:p>
    <w:p>
      <w:r>
        <w:rPr>
          <w:b/>
        </w:rPr>
        <w:t xml:space="preserve">[05:12] </w:t>
      </w:r>
      <w:r>
        <w:t>Wisdom ek creativity ka naam hai. yeh kabhi bhi aisi koi kitab aap nahi likh sakte jis mein Wisdom ko ek book mein band kar diya gaya ho.</w:t>
      </w:r>
    </w:p>
    <w:p>
      <w:pPr>
        <w:jc w:val="right"/>
      </w:pPr>
      <w:r>
        <w:t>Wisdom ایک Creativity کا نام ہے۔ یہ کبھی بھی ایسی کوئی کتاب آپ نہیں لکھ سکتے جس میں Wisdom کو ایک Book میں بند کر دیا گیا ہو۔</w:t>
      </w:r>
    </w:p>
    <w:p>
      <w:r>
        <w:rPr>
          <w:b/>
        </w:rPr>
        <w:t xml:space="preserve">[05:25] </w:t>
      </w:r>
      <w:r>
        <w:t>nahi, aisa mumkin nahi hai. Wisdom ek creativity ka naam hai. yani logon ke andar creative thinking paida karna.</w:t>
      </w:r>
    </w:p>
    <w:p>
      <w:pPr>
        <w:jc w:val="right"/>
      </w:pPr>
      <w:r>
        <w:t>نہیں، ایسا ممکن نہیں ہے۔ Wisdom ایک Creativity کا نام ہے۔ یعنی لوگوں کے اندر Creative Thinking پیدا کرنا۔</w:t>
      </w:r>
    </w:p>
    <w:p>
      <w:r>
        <w:rPr>
          <w:b/>
        </w:rPr>
        <w:t xml:space="preserve">[05:39] </w:t>
      </w:r>
      <w:r>
        <w:t>jab tak aap logon ke andar creative thinking paida na karein, aap logon ko wise insan nahi bana sakte.</w:t>
      </w:r>
    </w:p>
    <w:p>
      <w:pPr>
        <w:jc w:val="right"/>
      </w:pPr>
      <w:r>
        <w:t>جب تک آپ لوگوں کے اندر Creative Thinking پیدا نہ کریں، آپ لوگوں کو Wise انسان نہیں بنا سکتے۔</w:t>
      </w:r>
    </w:p>
    <w:p>
      <w:r>
        <w:rPr>
          <w:b/>
        </w:rPr>
        <w:t xml:space="preserve">[05:49] </w:t>
      </w:r>
      <w:r>
        <w:t>kyun ke situation badalti rehti hai, circumstances badalte rehte hain. har baar Wisdom ko rediscover karna parta hai different situation mein.</w:t>
      </w:r>
    </w:p>
    <w:p>
      <w:pPr>
        <w:jc w:val="right"/>
      </w:pPr>
      <w:r>
        <w:t>کیونکہ Situation بدلتی رہتی ہے، Circumstances بدلتے رہتے ہیں۔ ہر بار Wisdom کو Rediscover کرنا پڑتا ہے Different Situation میں۔</w:t>
      </w:r>
    </w:p>
    <w:p>
      <w:r>
        <w:rPr>
          <w:b/>
        </w:rPr>
        <w:t xml:space="preserve">[06:03] </w:t>
      </w:r>
      <w:r>
        <w:t>Wisdom koi solid cheez nahi hai, koi jamid cheez nahi hai. har lamha, har subah shaam aap ko Wisdom ko rediscover karna parta hai.</w:t>
      </w:r>
    </w:p>
    <w:p>
      <w:pPr>
        <w:jc w:val="right"/>
      </w:pPr>
      <w:r>
        <w:t>Wisdom کوئی Solid چیز نہیں ہے، کوئی جامد چیز نہیں ہے۔ ہر لمحہ، ہر صبح شام آپ کو Wisdom کو Rediscover کرنا پڑتا ہے۔</w:t>
      </w:r>
    </w:p>
    <w:p>
      <w:r>
        <w:rPr>
          <w:b/>
        </w:rPr>
        <w:t xml:space="preserve">[06:17] </w:t>
      </w:r>
      <w:r>
        <w:t>Naye situation mein, naye halaat mein. Agar aap ke andar creativity na ho to aap wise insaan nahi ban sakte.</w:t>
      </w:r>
    </w:p>
    <w:p>
      <w:pPr>
        <w:jc w:val="right"/>
      </w:pPr>
      <w:r>
        <w:t>نئے Situation میں، نئے حالات میں۔ اگر آپ کے اندر Creativity نہ ہو تو آپ Wise انسان نہیں بن سکتے۔</w:t>
      </w:r>
    </w:p>
    <w:p>
      <w:r>
        <w:rPr>
          <w:b/>
        </w:rPr>
        <w:t xml:space="preserve">[06:29] </w:t>
      </w:r>
      <w:r>
        <w:t>To yeh baat ke nabi bheja gaya wisdom ke liye, iska matlab nahi ke ek koi list hai wisdom ki, woh de diya nabi ne. Dekho, yeh yeh yeh wisdom hai, isko le lo.</w:t>
      </w:r>
    </w:p>
    <w:p>
      <w:pPr>
        <w:jc w:val="right"/>
      </w:pPr>
      <w:r>
        <w:t>تو یہ بات کہ نبی بھیجا گیا Wisdom کے لئے، اس کا مطلب نہیں کہ ایک کوئی List ہے Wisdom کی، وہ دے دیا نبی نے۔ دیکھو، یہ یہ یہ Wisdom ہے، اس کو لے لو۔</w:t>
      </w:r>
    </w:p>
    <w:p>
      <w:r>
        <w:rPr>
          <w:b/>
        </w:rPr>
        <w:t xml:space="preserve">[06:41] </w:t>
      </w:r>
      <w:r>
        <w:t>Nahi. Yaani iska matlab yeh hai ke nabi ka ek mission yeh tha ke woh logon ko un logon ke andar intellectual awakening laye.</w:t>
      </w:r>
    </w:p>
    <w:p>
      <w:pPr>
        <w:jc w:val="right"/>
      </w:pPr>
      <w:r>
        <w:t>نہیں۔ یعنی اس کا مطلب یہ ہے کہ نبی کا ایک Mission یہ تھا کہ وہ لوگوں کو ان لوگوں کے اندر Intellectual Awakening لائے۔</w:t>
      </w:r>
    </w:p>
    <w:p>
      <w:r>
        <w:rPr>
          <w:b/>
        </w:rPr>
        <w:t xml:space="preserve">[06:54] </w:t>
      </w:r>
      <w:r>
        <w:t>Logon ke andar creativity laye. Logon ke andar intellectual development laye. Logon ke andar high thinking paida kare.</w:t>
      </w:r>
    </w:p>
    <w:p>
      <w:pPr>
        <w:jc w:val="right"/>
      </w:pPr>
      <w:r>
        <w:t>لوگوں کے اندر Creativity لائے۔ لوگوں کے اندر Intellectual Development لائے۔ لوگوں کے اندر High Thinking پیدا کرے۔</w:t>
      </w:r>
    </w:p>
    <w:p>
      <w:r>
        <w:rPr>
          <w:b/>
        </w:rPr>
        <w:t xml:space="preserve">[07:05] </w:t>
      </w:r>
      <w:r>
        <w:t>Taake woh</w:t>
      </w:r>
    </w:p>
    <w:p>
      <w:pPr>
        <w:jc w:val="right"/>
      </w:pPr>
      <w:r>
        <w:t>تاکہ وہ</w:t>
      </w:r>
    </w:p>
    <w:p>
      <w:r>
        <w:rPr>
          <w:b/>
        </w:rPr>
        <w:t xml:space="preserve">[07:08] </w:t>
      </w:r>
      <w:r>
        <w:t>Wisdom ko discover kar saken. Taake woh badi badi baaton ko jaan saken. Yaad rakhiye, wisdom ek chupi hui haqeeqat ka naam hai.</w:t>
      </w:r>
    </w:p>
    <w:p>
      <w:pPr>
        <w:jc w:val="right"/>
      </w:pPr>
      <w:r>
        <w:t>Wisdom کو Discover کر سکیں۔ تاکہ وہ بڑی بڑی باتوں کو جان سکیں۔ یاد رکھئے، Wisdom ایک چھپی ہوئی حقیقت کا نام ہے۔</w:t>
      </w:r>
    </w:p>
    <w:p>
      <w:r>
        <w:rPr>
          <w:b/>
        </w:rPr>
        <w:t xml:space="preserve">[07:20] </w:t>
      </w:r>
      <w:r>
        <w:t>Wisdom hamesha hoti hai between the line. Hamesha. Wisdom ko aap line mein likh nahi sakte.</w:t>
      </w:r>
    </w:p>
    <w:p>
      <w:pPr>
        <w:jc w:val="right"/>
      </w:pPr>
      <w:r>
        <w:t>Wisdom ہمیشہ ہوتی ہے Between the Line۔ ہمیشہ۔ Wisdom کو آپ Line میں لکھ نہیں سکتے۔</w:t>
      </w:r>
    </w:p>
    <w:p>
      <w:r>
        <w:rPr>
          <w:b/>
        </w:rPr>
        <w:t xml:space="preserve">[07:30] </w:t>
      </w:r>
      <w:r>
        <w:t>Hamesha wisdom between the line hoti hai. Isi liye main kehta hoon ke wisdom ko aap ko discover karna padta hai.</w:t>
      </w:r>
    </w:p>
    <w:p>
      <w:pPr>
        <w:jc w:val="right"/>
      </w:pPr>
      <w:r>
        <w:t>ہمیشہ Wisdom Between the Line ہوتی ہے۔ اسی لئے میں کہتا ہوں کہ Wisdom کو آپ کو Discover کرنا پڑتا ہے۔</w:t>
      </w:r>
    </w:p>
    <w:p>
      <w:r>
        <w:rPr>
          <w:b/>
        </w:rPr>
        <w:t xml:space="preserve">[07:41] </w:t>
      </w:r>
      <w:r>
        <w:t>Agar aap ke andar creativity na ho, discovery ki salahiyat na ho, sochne ka maada na ho, aur aap high thinking aap ke andar na ho,</w:t>
      </w:r>
    </w:p>
    <w:p>
      <w:pPr>
        <w:jc w:val="right"/>
      </w:pPr>
      <w:r>
        <w:t>اگر آپ کے اندر Creativity نہ ہو، Discovery کی صلاحیت نہ ہو، سوچنے کا مادہ نہ ہو، اور آپ High Thinking آپ کے اندر نہ ہو،</w:t>
      </w:r>
    </w:p>
    <w:p>
      <w:r>
        <w:rPr>
          <w:b/>
        </w:rPr>
        <w:t xml:space="preserve">[07:56] </w:t>
      </w:r>
      <w:r>
        <w:t>To aap wisdom ko jaan nahi sakte. Wisdom ke naam se aap dobara kuch rituals ko janenge, kuch form ko janenge.</w:t>
      </w:r>
    </w:p>
    <w:p>
      <w:pPr>
        <w:jc w:val="right"/>
      </w:pPr>
      <w:r>
        <w:t>تو آپ Wisdom کو جان نہیں سکتے۔ Wisdom کے نام سے آپ دوبارہ کچھ Rituals کو جانیں گے، کچھ Form کو جانیں گے۔</w:t>
      </w:r>
    </w:p>
    <w:p>
      <w:r>
        <w:rPr>
          <w:b/>
        </w:rPr>
        <w:t xml:space="preserve">[08:05] </w:t>
      </w:r>
      <w:r>
        <w:t>Bas. To yeh bohat hi aham baat hai ke Islam except of rituals ka naam nahi hai. Islam ek form ka naam nahi hai.</w:t>
      </w:r>
    </w:p>
    <w:p>
      <w:pPr>
        <w:jc w:val="right"/>
      </w:pPr>
      <w:r>
        <w:t>بس۔ تو یہ بہت ہی اہم بات ہے کہ اسلام Except of Rituals کا نام نہیں ہے۔ اسلام ایک Form کا نام نہیں ہے۔</w:t>
      </w:r>
    </w:p>
    <w:p>
      <w:r>
        <w:rPr>
          <w:b/>
        </w:rPr>
        <w:t xml:space="preserve">[08:16] </w:t>
      </w:r>
      <w:r>
        <w:t>Balke Islam naam hai creativity ka, wisdom ka. Gehri baaton ko samajhne ka.</w:t>
      </w:r>
    </w:p>
    <w:p>
      <w:pPr>
        <w:jc w:val="right"/>
      </w:pPr>
      <w:r>
        <w:t>بلکہ اسلام نام ہے Creativity کا، Wisdom کا۔ گہری باتوں کو سمجھنے کا۔</w:t>
      </w:r>
    </w:p>
    <w:p>
      <w:r>
        <w:rPr>
          <w:b/>
        </w:rPr>
        <w:t xml:space="preserve">[08:26] </w:t>
      </w:r>
      <w:r>
        <w:t>Isi liye dekhiye, hadees mein hai ke: ataqqu firasat al mu'min fa innahu yunziru bi nuri allahi.</w:t>
      </w:r>
    </w:p>
    <w:p>
      <w:pPr>
        <w:jc w:val="right"/>
      </w:pPr>
      <w:r>
        <w:t>اسی لئے دیکھئے، حدیث میں ہے کہ: اتقوا فراست المؤمن فإنه ينذر بنور الله۔</w:t>
      </w:r>
    </w:p>
    <w:p>
      <w:r>
        <w:rPr>
          <w:b/>
        </w:rPr>
        <w:t xml:space="preserve">[08:35] </w:t>
      </w:r>
      <w:r>
        <w:t>Momin ki wisdom se daro. Kaisi ajeeb baat hai yeh. Daro ka matlab yeh hai ke momin jo hai,</w:t>
      </w:r>
    </w:p>
    <w:p>
      <w:pPr>
        <w:jc w:val="right"/>
      </w:pPr>
      <w:r>
        <w:t>مومن کی Wisdom سے ڈرو۔ کیسی عجیب بات ہے یہ۔ ڈرو کا معنی یہ ہے کہ مومن جو ہے،</w:t>
      </w:r>
    </w:p>
    <w:p>
      <w:r>
        <w:rPr>
          <w:b/>
        </w:rPr>
        <w:t xml:space="preserve">[08:47] </w:t>
      </w:r>
      <w:r>
        <w:t>Be panah unlimited wisdom uske andar hoti hai. Us ko bohat hi simple na samjho. Ataaqu firasat al mu'min fa innahu yunziru bi nuri allahi.</w:t>
      </w:r>
    </w:p>
    <w:p>
      <w:pPr>
        <w:jc w:val="right"/>
      </w:pPr>
      <w:r>
        <w:t>بے پناہ Unlimited Wisdom اس کے اندر ہوتی ہے۔ اس کو بہت ہی Simple نہ سمجھو۔ اتقوا فراست المؤمن فإنه ينذر بنور الله۔</w:t>
      </w:r>
    </w:p>
    <w:p>
      <w:r>
        <w:rPr>
          <w:b/>
        </w:rPr>
        <w:t xml:space="preserve">[08:59] </w:t>
      </w:r>
      <w:r>
        <w:t>Momin ki wisdom se apne aap ko bachao. Kyun? Kyun ke momin Khuda ki roshni se sochta hai.</w:t>
      </w:r>
    </w:p>
    <w:p>
      <w:pPr>
        <w:jc w:val="right"/>
      </w:pPr>
      <w:r>
        <w:t>مومن کی Wisdom سے اپنے آپ کو بچاؤ۔ کیوں؟ کیونکہ مومن خدا کی روشنی سے سوچتا ہے۔</w:t>
      </w:r>
    </w:p>
    <w:p>
      <w:r>
        <w:rPr>
          <w:b/>
        </w:rPr>
        <w:t xml:space="preserve">[09:09] </w:t>
      </w:r>
      <w:r>
        <w:t>Khuda ki light se sochta hai. Khuda ki light kya hai? Woh ek creative tor par sochta hai. Yaani momin ke andar yeh salahiyat aa jati hai ke woh Khuda se us ko inspiration mile, aur Khuda ki light mein woh soch sake.</w:t>
      </w:r>
    </w:p>
    <w:p>
      <w:pPr>
        <w:jc w:val="right"/>
      </w:pPr>
      <w:r>
        <w:t>خدا کی Light سے سوچتا ہے۔ خدا کی Light کیا ہے؟ وہ ایک Creative طور پر سوچتا ہے۔ یعنی مومن کے اندر یہ صلاحیت آ جاتی ہے کہ وہ خدا سے اس کو Inspiration ملے، اور خدا کی Light میں وہ سوچ سکے۔</w:t>
      </w:r>
    </w:p>
    <w:p>
      <w:r>
        <w:rPr>
          <w:b/>
        </w:rPr>
        <w:t xml:space="preserve">[09:26] </w:t>
      </w:r>
      <w:r>
        <w:t>Isi ko hikmat aur wisdom kaha gaya hai. To yeh Islam ka yeh jo aspect hai, is ko agar aap na jaane to samjhiye ke sab se most important aspect jo hai Islam ka, woh isi se aap be khabar reh gaye.</w:t>
      </w:r>
    </w:p>
    <w:p>
      <w:pPr>
        <w:jc w:val="right"/>
      </w:pPr>
      <w:r>
        <w:t>اسی کو حکمت اور Wisdom کہا گیا ہے۔ تو یہ اسلام کا یہ جو Aspect ہے، اس کو اگر آپ نہ جانیں تو سمجھئے کہ سب سے Most Important Aspect جو ہے اسلام کا، وہ اسی سے آپ بے خبر رہ گئے۔</w:t>
      </w:r>
    </w:p>
    <w:p>
      <w:r>
        <w:rPr>
          <w:b/>
        </w:rPr>
        <w:t xml:space="preserve">[09:44] </w:t>
      </w:r>
      <w:r>
        <w:t>Isi ko aap ne nahi jaana. Rituals ko jaana, form ko jaana, kuch zahiri cheezon ko jaana.</w:t>
      </w:r>
    </w:p>
    <w:p>
      <w:pPr>
        <w:jc w:val="right"/>
      </w:pPr>
      <w:r>
        <w:t>اسی کو آپ نے نہیں جانا۔ Rituals کو جانا، Form کو جانا، کچھ ظاہری چیزوں کو جانا۔</w:t>
      </w:r>
    </w:p>
    <w:p>
      <w:r>
        <w:rPr>
          <w:b/>
        </w:rPr>
        <w:t xml:space="preserve">[09:55] </w:t>
      </w:r>
      <w:r>
        <w:t>Isi liye hadees mein hai: dhāqat ṭaʿam al īmān man raḍiya billāhi rabban wa bi Muḥammadin rasūlan wa bil Islāmi dīnan. Islam ka zaiqa chakha is shakhs ne.</w:t>
      </w:r>
    </w:p>
    <w:p>
      <w:pPr>
        <w:jc w:val="right"/>
      </w:pPr>
      <w:r>
        <w:t>اسی لئے حدیث میں ہے: ذاقتامل لماء من رضیہ باللہ ربا وبحمدہ رسولا وبالاسلام دینا۔ اسلام کا ذائقہ چکھا اس شخص نے۔</w:t>
      </w:r>
    </w:p>
    <w:p>
      <w:r>
        <w:rPr>
          <w:b/>
        </w:rPr>
        <w:t xml:space="preserve">[10:08] </w:t>
      </w:r>
      <w:r>
        <w:t>Woh aap dekhiye ke zaiqa chakhne ka matlab kya hai. Dekhiye, ek hai phal. Phal ka ek chhilka hota hai.</w:t>
      </w:r>
    </w:p>
    <w:p>
      <w:pPr>
        <w:jc w:val="right"/>
      </w:pPr>
      <w:r>
        <w:t>وہ آپ دیکھئے کہ ذائقہ چکھنے کا مطلب کیا ہے۔ دیکھئے، ایک ہے پھل۔ پھل کا ایک چھلکا ہوتا ہے۔</w:t>
      </w:r>
    </w:p>
    <w:p>
      <w:r>
        <w:rPr>
          <w:b/>
        </w:rPr>
        <w:t xml:space="preserve">[10:17] </w:t>
      </w:r>
      <w:r>
        <w:t>Aap jaante hain ke har phal mein ek chhilka hota hai. To jo zaiqa hai, jo taste hai, woh chhilke mein nahi hota hai. Woh phal ke andar hota hai.</w:t>
      </w:r>
    </w:p>
    <w:p>
      <w:pPr>
        <w:jc w:val="right"/>
      </w:pPr>
      <w:r>
        <w:t>آپ جانتے ہیں کہ ہر پھل میں ایک چھلکا ہوتا ہے۔ تو جو ذائقہ ہے، جو Taste ہے، وہ چھلکے میں نہیں ہوتا ہے۔ وہ پھل کے اندر ہوتا ہے۔</w:t>
      </w:r>
    </w:p>
    <w:p>
      <w:r>
        <w:rPr>
          <w:b/>
        </w:rPr>
        <w:t xml:space="preserve">[10:27] </w:t>
      </w:r>
      <w:r>
        <w:t>Jo santra hai, uska ek chhilka hai. Lekin santra to is chhilke ke andar hota hai. To jin logon ne Islam ko ritual ke taur par jaana, unhon ne Islam ke chhilke ko jaana,</w:t>
      </w:r>
    </w:p>
    <w:p>
      <w:pPr>
        <w:jc w:val="right"/>
      </w:pPr>
      <w:r>
        <w:t>جو سنترہ ہے، اس کا ایک چھلکا ہے۔ لیکن سنترہ تو اس چھلکے کے اندر ہوتا ہے۔ تو جن لوگوں نے اسلام کو Ritual کے طور پر جانا، انہوں نے اسلام کے چھلکے کو جانا،</w:t>
      </w:r>
    </w:p>
    <w:p>
      <w:r>
        <w:rPr>
          <w:b/>
        </w:rPr>
        <w:t xml:space="preserve">[10:42] </w:t>
      </w:r>
      <w:r>
        <w:t>is ke maghz ko, is ke phal ko, is ke andar ka jo taste hai, us se woh</w:t>
      </w:r>
    </w:p>
    <w:p>
      <w:pPr>
        <w:jc w:val="right"/>
      </w:pPr>
      <w:r>
        <w:t>اس کے مغز کو، اس کے پھل کو، اس کے اندر کا جو Taste ہے، اس سے وہ</w:t>
      </w:r>
    </w:p>
    <w:p>
      <w:r>
        <w:rPr>
          <w:b/>
        </w:rPr>
        <w:t xml:space="preserve">[10:47] </w:t>
      </w:r>
      <w:r>
        <w:t>be khabar rahe.</w:t>
      </w:r>
    </w:p>
    <w:p>
      <w:pPr>
        <w:jc w:val="right"/>
      </w:pPr>
      <w:r>
        <w:t>بے خبر رہے۔</w:t>
      </w:r>
    </w:p>
    <w:p>
      <w:r>
        <w:rPr>
          <w:b/>
        </w:rPr>
        <w:t xml:space="preserve">[10:50] </w:t>
      </w:r>
      <w:r>
        <w:t>yeh baat aaj meri samajh mein,</w:t>
      </w:r>
    </w:p>
    <w:p>
      <w:pPr>
        <w:jc w:val="right"/>
      </w:pPr>
      <w:r>
        <w:t>یہ بات آج میری سمجھ میں،</w:t>
      </w:r>
    </w:p>
    <w:p>
      <w:r>
        <w:rPr>
          <w:b/>
        </w:rPr>
        <w:t xml:space="preserve">[10:54] </w:t>
      </w:r>
      <w:r>
        <w:t>آج مجھے یہ بات اس طرح سے میرے mind میں آئی کہ آج کا جو Times of India</w:t>
      </w:r>
    </w:p>
    <w:p>
      <w:pPr>
        <w:jc w:val="right"/>
      </w:pPr>
      <w:r>
        <w:t>آج مجھے یہ بات اس طرح سے میرے Mind میں آئی کہ آج کا جو Times of India</w:t>
      </w:r>
    </w:p>
    <w:p>
      <w:r>
        <w:rPr>
          <w:b/>
        </w:rPr>
        <w:t xml:space="preserve">[10:59] </w:t>
      </w:r>
      <w:r>
        <w:t>hai, yani chaudah september ka,</w:t>
      </w:r>
    </w:p>
    <w:p>
      <w:pPr>
        <w:jc w:val="right"/>
      </w:pPr>
      <w:r>
        <w:t>ہے، یعنی چودہ ستمبر کا،</w:t>
      </w:r>
    </w:p>
    <w:p>
      <w:r>
        <w:rPr>
          <w:b/>
        </w:rPr>
        <w:t xml:space="preserve">[11:05] </w:t>
      </w:r>
      <w:r>
        <w:t>chaudah september ke Times of India mein aap dekhen to Page Twenty-Five par aap ko ek news milegi.</w:t>
      </w:r>
    </w:p>
    <w:p>
      <w:pPr>
        <w:jc w:val="right"/>
      </w:pPr>
      <w:r>
        <w:t>چودہ ستمبر کے Times of India میں آپ دیکھیں تو Page Twenty-Five پر آپ کو ایک News ملے</w:t>
      </w:r>
    </w:p>
    <w:p>
      <w:r>
        <w:rPr>
          <w:b/>
        </w:rPr>
        <w:t xml:space="preserve">[11:11] </w:t>
      </w:r>
      <w:r>
        <w:t>gi.</w:t>
      </w:r>
    </w:p>
    <w:p>
      <w:pPr>
        <w:jc w:val="right"/>
      </w:pPr>
      <w:r>
        <w:t>گی۔</w:t>
      </w:r>
    </w:p>
    <w:p>
      <w:r>
        <w:rPr>
          <w:b/>
        </w:rPr>
        <w:t xml:space="preserve">[11:13] </w:t>
      </w:r>
      <w:r>
        <w:t>Page twenty-five par Times of India mein. Woh news kya hai? Woh news yeh hai ke ek Muslim jo India ke hain, woh azeem Hashim Premji, unke bare mein woh news hai.</w:t>
      </w:r>
    </w:p>
    <w:p>
      <w:pPr>
        <w:jc w:val="right"/>
      </w:pPr>
      <w:r>
        <w:t>Page Twenty-Five پر Times of India میں۔ وہ News کیا ہے؟ وہ News یہ ہے کہ ایک مسلم جو انڈیا کے ہیں، وہ عظیم ہاشم پریم جی، ان کے بارے میں وہ News ہے۔</w:t>
      </w:r>
    </w:p>
    <w:p>
      <w:r>
        <w:rPr>
          <w:b/>
        </w:rPr>
        <w:t xml:space="preserve">[11:30] </w:t>
      </w:r>
      <w:r>
        <w:t>Azeem Hashim Prem Ji. Un ke bare mein woh News hai. Is mein yeh bataya gaya hai ke Prem Ji is the richest tycoon, richest Muslim tycoon in the world.</w:t>
      </w:r>
    </w:p>
    <w:p>
      <w:pPr>
        <w:jc w:val="right"/>
      </w:pPr>
      <w:r>
        <w:t>عظیم ہاشم پریم جی۔ ان کے بارے میں وہ News ہے۔ اس میں یہ بتایا گیا ہے کہ پریم جی is the richest tycoon, richest مسلم tycoon in the world۔</w:t>
      </w:r>
    </w:p>
    <w:p>
      <w:r>
        <w:rPr>
          <w:b/>
        </w:rPr>
        <w:t xml:space="preserve">[11:47] </w:t>
      </w:r>
      <w:r>
        <w:t>Yaani poori Muslim duniya mein, aap jante hain ke Fifty-Seven Muslim Countries hain, Muslim Countries ke bahir bhi bohat se Musalman hain.</w:t>
      </w:r>
    </w:p>
    <w:p>
      <w:pPr>
        <w:jc w:val="right"/>
      </w:pPr>
      <w:r>
        <w:t>یعنی پوری مسلم دنیا میں، آپ جانتے ہیں کہ Fifty-Seven مسلم Countries ہیں، مسلم Countries کے باہر بھی بہت سے مسلمان ہیں۔</w:t>
      </w:r>
    </w:p>
    <w:p>
      <w:r>
        <w:rPr>
          <w:b/>
        </w:rPr>
        <w:t xml:space="preserve">[11:57] </w:t>
      </w:r>
      <w:r>
        <w:t>Toh poore Muslim World mein sab se zyada richest aadmi jo hai, woh kaun hai? Azeem Hashim Prem Ji. Jiska Business India mein hai.</w:t>
      </w:r>
    </w:p>
    <w:p>
      <w:pPr>
        <w:jc w:val="right"/>
      </w:pPr>
      <w:r>
        <w:t>تو پورے مسلم World میں سب سے زیادہ richest آدمی جو ہے، وہ کون ہے؟ عظیم ہاشم پریم جی۔ جس کا Business انڈیا میں ہے۔</w:t>
      </w:r>
    </w:p>
    <w:p>
      <w:r>
        <w:rPr>
          <w:b/>
        </w:rPr>
        <w:t xml:space="preserve">[12:09] </w:t>
      </w:r>
      <w:r>
        <w:t>Yeh aaj ke Times of India mein, yaani aaj matlab chouda September ke Times of India mein Page Twenty-Five par aap dekh sakte hain. Is mein jo cheez khaas hai, woh yeh hai ke Azeem Hashim Prem Ji ne</w:t>
      </w:r>
    </w:p>
    <w:p>
      <w:pPr>
        <w:jc w:val="right"/>
      </w:pPr>
      <w:r>
        <w:t>یہ آج کے Times of India میں، یعنی آج مطلب چودہ ستمبر کے Times of India میں Page Twenty-Five پر آپ دیکھ سکتے ہیں۔ اس میں جو چیز خاص ہے، وہ یہ ہے کہ عظیم ہاشم پریم جی نے</w:t>
      </w:r>
    </w:p>
    <w:p>
      <w:r>
        <w:rPr>
          <w:b/>
        </w:rPr>
        <w:t xml:space="preserve">[12:29] </w:t>
      </w:r>
      <w:r>
        <w:t>ek Interview mein ek bohat hi gehri baat kahi. Unhon ne kaha ke is zamane ko kaha jata hai ke Globalization ka zamana hai.</w:t>
      </w:r>
    </w:p>
    <w:p>
      <w:pPr>
        <w:jc w:val="right"/>
      </w:pPr>
      <w:r>
        <w:t>ایک Interview میں ایک بہت ہی گہری بات کہی۔ انہوں نے کہا کہ اس زمانے کو کہا جاتا ہے کہ Globalization کا زمانہ ہے۔</w:t>
      </w:r>
    </w:p>
    <w:p>
      <w:r>
        <w:rPr>
          <w:b/>
        </w:rPr>
        <w:t xml:space="preserve">[12:41] </w:t>
      </w:r>
      <w:r>
        <w:t>Aur Globalization ko samjha jata hai ke yeh Western sazish hai. Western log Globalization ke zariye hum ko loot rahe hain.</w:t>
      </w:r>
    </w:p>
    <w:p>
      <w:pPr>
        <w:jc w:val="right"/>
      </w:pPr>
      <w:r>
        <w:t>اور Globalization کو سمجھا جاتا ہے کہ یہ Western سازش ہے۔ Western لوگ Globalization کے ذریعے ہم کو لوٹ رہے ہیں۔</w:t>
      </w:r>
    </w:p>
    <w:p>
      <w:r>
        <w:rPr>
          <w:b/>
        </w:rPr>
        <w:t xml:space="preserve">[12:53] </w:t>
      </w:r>
      <w:r>
        <w:t>Toh Globalization ke bare mein log ek Negative Thought rakhte hain. Khaas taur par Muslim World mein toh mein samajhta hoon ke ek ek Musalman Without any Exception Globalization ke bare mein Negative Thought rakhta hai.</w:t>
      </w:r>
    </w:p>
    <w:p>
      <w:pPr>
        <w:jc w:val="right"/>
      </w:pPr>
      <w:r>
        <w:t>تو Globalization کے بارے میں لوگ ایک Negative Thought رکھتے ہیں۔ خاص طور پر مسلم World میں تو میں سمجھتا ہوں کہ ایک ایک مسلمان Without any Exception Globalization کے بارے میں Negative Thought رکھتا ہے۔</w:t>
      </w:r>
    </w:p>
    <w:p>
      <w:r>
        <w:rPr>
          <w:b/>
        </w:rPr>
        <w:t xml:space="preserve">[13:09] </w:t>
      </w:r>
      <w:r>
        <w:t>Woh samajhte hain ke Globalization jo hai, woh America ki Conspiracy hai. America is ke zariye se Muslim duniya ko aur sari duniya ko Exploit kar raha hai.</w:t>
      </w:r>
    </w:p>
    <w:p>
      <w:pPr>
        <w:jc w:val="right"/>
      </w:pPr>
      <w:r>
        <w:t>وہ سمجھتے ہیں کہ Globalization جو ہے، وہ امریکہ کی Conspiracy ہے۔ امریکہ اس کے ذریعے سے مسلم دنیا کو اور ساری دنیا کو Exploit کر رہا ہے۔</w:t>
      </w:r>
    </w:p>
    <w:p>
      <w:r>
        <w:rPr>
          <w:b/>
        </w:rPr>
        <w:t xml:space="preserve">[13:22] </w:t>
      </w:r>
      <w:r>
        <w:t>Unhon ne ek bohat Important baat kahi ke Globalization jo hai, yeh One Way Traffic nahi hai. One Way Traffic nahi hai.</w:t>
      </w:r>
    </w:p>
    <w:p>
      <w:pPr>
        <w:jc w:val="right"/>
      </w:pPr>
      <w:r>
        <w:t>انہوں نے ایک بہت Important بات کہی کہ Globalization جو ہے، یہ One Way Traffic نہیں ہے۔ One Way Traffic نہیں ہے۔</w:t>
      </w:r>
    </w:p>
    <w:p>
      <w:r>
        <w:rPr>
          <w:b/>
        </w:rPr>
        <w:t xml:space="preserve">[13:31] </w:t>
      </w:r>
      <w:r>
        <w:t>Yaani yeh nahi ke woh toh aap ko lootein, bure Sense mein bol raha hoon ke woh toh aap se faida uthayein aur aap un se faida na utha sakein.</w:t>
      </w:r>
    </w:p>
    <w:p>
      <w:pPr>
        <w:jc w:val="right"/>
      </w:pPr>
      <w:r>
        <w:t>یعنی یہ نہیں کہ وہ تو آپ کو لوٹیں، برے Sense میں بول رہا ہوں کہ وہ تو آپ سے فائدہ اٹھائیں اور آپ ان سے فائدہ نہ اٹھا سکیں۔</w:t>
      </w:r>
    </w:p>
    <w:p>
      <w:r>
        <w:rPr>
          <w:b/>
        </w:rPr>
        <w:t xml:space="preserve">[13:43] </w:t>
      </w:r>
      <w:r>
        <w:t>Yeh One Way Traffic nahi hai. Yeh Possible nahi hai is duniya mein ke doosre log aap se faida uthayein aur aap un se faida na utha sakein.</w:t>
      </w:r>
    </w:p>
    <w:p>
      <w:pPr>
        <w:jc w:val="right"/>
      </w:pPr>
      <w:r>
        <w:t>یہ One Way Traffic نہیں ہے۔ یہ Possible نہیں ہے اس دنیا میں کہ دوسرے لوگ آپ سے فائدہ اٹھائیں اور آپ ان سے فائدہ نہ اٹھا سکیں۔</w:t>
      </w:r>
    </w:p>
    <w:p>
      <w:r>
        <w:rPr>
          <w:b/>
        </w:rPr>
        <w:t xml:space="preserve">[13:55] </w:t>
      </w:r>
      <w:r>
        <w:t>Toh unhon ne apni kamyabi ko Globalization ke khane mein dala. Ke doosri taqatein jab Global Level par apni Industry badhayengi,</w:t>
      </w:r>
    </w:p>
    <w:p>
      <w:pPr>
        <w:jc w:val="right"/>
      </w:pPr>
      <w:r>
        <w:t>تو انہوں نے اپنی کامیابی کو Globalization کے خانے میں ڈالا۔ کہ دوسری طاقتیں جب Global Level پر اپنی Industry بڑھائیں گی،</w:t>
      </w:r>
    </w:p>
    <w:p>
      <w:r>
        <w:rPr>
          <w:b/>
        </w:rPr>
        <w:t xml:space="preserve">[14:08] </w:t>
      </w:r>
      <w:r>
        <w:t>Global Level par apni Business badhayengi, Global Level par apna karobar badhayengi, toh jin logon ke darmiyan unhon ne badhaya hai, jo Developed Countries hain, jo Under Developed Countries hain, woh bhi is se faida uthayenge.</w:t>
      </w:r>
    </w:p>
    <w:p>
      <w:pPr>
        <w:jc w:val="right"/>
      </w:pPr>
      <w:r>
        <w:t>Global Level پر اپنی Business بڑھائیں گی، Global Level پر اپنا کاروبار بڑھائیں گی، تو جن لوگوں کے درمیان انہوں نے بڑھایا ہے، جو Developed Countries ہیں، جو Under Developed Countries ہیں، وہ بھی اس سے فائدہ اٹھائیں گے۔</w:t>
      </w:r>
    </w:p>
    <w:p>
      <w:r>
        <w:rPr>
          <w:b/>
        </w:rPr>
        <w:t xml:space="preserve">[14:25] </w:t>
      </w:r>
      <w:r>
        <w:t>Yeh nahi mumkin hai ke woh toh faida uthayein aur aap faida na utha sakein. Ab misaal mein deta hoon aap ko ke India mein ek Multi-National Company aati hai,</w:t>
      </w:r>
    </w:p>
    <w:p>
      <w:pPr>
        <w:jc w:val="right"/>
      </w:pPr>
      <w:r>
        <w:t>یہ نہیں ممکن ہے کہ وہ تو فائدہ اٹھائیں اور آپ فائدہ نہ اٹھا سکیں۔ اب مثال میں دیتا ہوں آپ کو کہ انڈیا میں ایک Multi-National Company آتی ہے،</w:t>
      </w:r>
    </w:p>
    <w:p>
      <w:r>
        <w:rPr>
          <w:b/>
        </w:rPr>
        <w:t xml:space="preserve">[14:39] </w:t>
      </w:r>
      <w:r>
        <w:t>woh bohat bari Factory kholti hai mobile ki. Aur mobile bana bana kar woh bechti hai. Toh aap kahein ke yeh Company yahan mobile bana kar bech rahi hai aur faida utha rahi hai.</w:t>
      </w:r>
    </w:p>
    <w:p>
      <w:pPr>
        <w:jc w:val="right"/>
      </w:pPr>
      <w:r>
        <w:t>وہ بہت بڑی Factory کھولتی ہے موبائل کی۔ اور موبائل بنا بنا کر وہ بیچتی ہے۔ تو آپ کہیں کہ یہ Company یہاں موبائل بنا کر بیچ رہی ہے اور فائدہ اٹھا رہی ہے۔</w:t>
      </w:r>
    </w:p>
    <w:p>
      <w:r>
        <w:rPr>
          <w:b/>
        </w:rPr>
        <w:t xml:space="preserve">[14:52] </w:t>
      </w:r>
      <w:r>
        <w:t>Lekin faida de bhi rahi hai woh. Faida utha rahi hai toh faida de bhi rahi hai. Woh kaise? Aap ko aap ki Pocket se paisa nikal kar ke aap ko kya deti hai?</w:t>
      </w:r>
    </w:p>
    <w:p>
      <w:pPr>
        <w:jc w:val="right"/>
      </w:pPr>
      <w:r>
        <w:t>لیکن فائدہ دے بھی رہی ہے وہ۔ فائدہ اٹھا رہی ہے تو فائدہ دے بھی رہی ہے۔ وہ کیسے؟ آپ کو آپ کی Pocket سے پیسہ نکال کر کے آپ کو کیا دیتی ہے؟</w:t>
      </w:r>
    </w:p>
    <w:p>
      <w:r>
        <w:rPr>
          <w:b/>
        </w:rPr>
        <w:t xml:space="preserve">[15:04] </w:t>
      </w:r>
      <w:r>
        <w:t>Mobile. Aur mobile ka matlab kya hua? Ke aap is qabil ho jate hain ke</w:t>
      </w:r>
    </w:p>
    <w:p>
      <w:pPr>
        <w:jc w:val="right"/>
      </w:pPr>
      <w:r>
        <w:t>موبائل۔ اور موبائل کا مطلب کیا ہوا؟ کہ آپ اس قابل ہو جاتے ہیں کہ</w:t>
      </w:r>
    </w:p>
    <w:p>
      <w:r>
        <w:rPr>
          <w:b/>
        </w:rPr>
        <w:t xml:space="preserve">[15:13] </w:t>
      </w:r>
      <w:r>
        <w:t>Modern Communication ko istemal kar sakein apne Business ke liye. Modern Communication ko aap Business ke liye istemal kar sakein.</w:t>
      </w:r>
    </w:p>
    <w:p>
      <w:pPr>
        <w:jc w:val="right"/>
      </w:pPr>
      <w:r>
        <w:t>Modern Communication کو استعمال کر سکیں اپنے Business کے لئے۔ Modern Communication کو آپ Business کے لئے استعمال کر سکیں۔</w:t>
      </w:r>
    </w:p>
    <w:p>
      <w:r>
        <w:rPr>
          <w:b/>
        </w:rPr>
        <w:t xml:space="preserve">[15:23] </w:t>
      </w:r>
      <w:r>
        <w:t>Jaisay mein apne bachpan mein rehta tha ek gaon mein. Toh wahan par Agricultural Product jo tha, woh gaon mein rehta tha, gaon mein paida hota tha.</w:t>
      </w:r>
    </w:p>
    <w:p>
      <w:pPr>
        <w:jc w:val="right"/>
      </w:pPr>
      <w:r>
        <w:t>جیسے میں اپنے بچپن میں رہتا تھا ایک گاؤں میں۔ تو وہاں پر Agricultural Product جو تھا، وہ گاؤں میں رہتا تھا، گاؤں میں پیدا ہوتا تھا۔</w:t>
      </w:r>
    </w:p>
    <w:p>
      <w:r>
        <w:rPr>
          <w:b/>
        </w:rPr>
        <w:t xml:space="preserve">[15:33] </w:t>
      </w:r>
      <w:r>
        <w:t>Gaon se bahir is ka koi Market nahi tha. Aaj jo hai, mobile ki wajah se aap ke liye Possible ho gaya ke aap doosron se Contact karein.</w:t>
      </w:r>
    </w:p>
    <w:p>
      <w:pPr>
        <w:jc w:val="right"/>
      </w:pPr>
      <w:r>
        <w:t>گاؤں سے باہر اس کا کوئی Market نہیں تھا۔ آج جو ہے، موبائل کی وجہ سے آپ کے لئے Possible ہو گیا کہ آپ دوسروں سے Contact کریں۔</w:t>
      </w:r>
    </w:p>
    <w:p>
      <w:r>
        <w:rPr>
          <w:b/>
        </w:rPr>
        <w:t xml:space="preserve">[15:45] </w:t>
      </w:r>
      <w:r>
        <w:t>Contact kar ke apna maal doosri jagah pahunchayein, doosre Order lein. Doosron ko bahir ki zarooraton ko samjhein. Chunaanche aap dekhte hain India mein abhi bohat thori muddat mein jab se mobile aaya hai India mein, logon ka Business bohat phail gaya hai.</w:t>
      </w:r>
    </w:p>
    <w:p>
      <w:pPr>
        <w:jc w:val="right"/>
      </w:pPr>
      <w:r>
        <w:t>Contact کر کے اپنا مال دوسری جگہ پہنچائیں، دوسرے Order لیں۔ دوسروں کو باہر کی ضرورتوں کو سمجھیں۔ چنانچہ آپ دیکھتے ہیں انڈیا میں ابھی بہت تھوڑی مدت میں جب سے موبائل آیا ہے انڈیا میں، لوگوں کا Business بہت پھیل گیا ہے۔</w:t>
      </w:r>
    </w:p>
    <w:p>
      <w:r>
        <w:rPr>
          <w:b/>
        </w:rPr>
        <w:t xml:space="preserve">[16:01] </w:t>
      </w:r>
      <w:r>
        <w:t>Har jagah log zyada faida utha rahe hain, zyada bara Business kar rahe hain. Har jagah. Mobile ki wajah se ek sabzi wala, yahan tak ke ek joota Repair karne wala mein ne dekha.</w:t>
      </w:r>
    </w:p>
    <w:p>
      <w:pPr>
        <w:jc w:val="right"/>
      </w:pPr>
      <w:r>
        <w:t>ہر جگہ لوگ زیادہ فائدہ اٹھا رہے ہیں، زیادہ بڑا Business کر رہے ہیں۔ ہر جگہ۔ موبائل کی وجہ سے ایک سبزی والا، یہاں تک کہ ایک جوتا Repair کرنے والا میں نے دیکھا۔</w:t>
      </w:r>
    </w:p>
    <w:p>
      <w:r>
        <w:rPr>
          <w:b/>
        </w:rPr>
        <w:t xml:space="preserve">[16:15] </w:t>
      </w:r>
      <w:r>
        <w:t>Har ek ke pas mobile hai. Sabzi wale ke pas mobile hai, aur joota Repair karne wale ke pas mobile hai. Bare bare logon ke pas mobile hai, sab ke pas mobile hai.</w:t>
      </w:r>
    </w:p>
    <w:p>
      <w:pPr>
        <w:jc w:val="right"/>
      </w:pPr>
      <w:r>
        <w:t>ہر ایک کے پاس موبائل ہے۔ سبزی والے کے پاس موبائل ہے، اور جوتا Repair کرنے والے کے پاس موبائل ہے۔ بڑے بڑے لوگوں کے پاس موبائل ہے، سب کے پاس موبائل ہے۔</w:t>
      </w:r>
    </w:p>
    <w:p>
      <w:r>
        <w:rPr>
          <w:b/>
        </w:rPr>
        <w:t xml:space="preserve">[16:25] </w:t>
      </w:r>
      <w:r>
        <w:t>Aur woh yaani Universal Contact karte hain. International Contact karte hain. Poore mulk mein Contact karte hain.</w:t>
      </w:r>
    </w:p>
    <w:p>
      <w:pPr>
        <w:jc w:val="right"/>
      </w:pPr>
      <w:r>
        <w:t>اور وہ یعنی Universal Contact کرتے ہیں۔ International Contact کرتے ہیں۔ پورے ملک میں Contact کرتے ہیں۔</w:t>
      </w:r>
    </w:p>
    <w:p>
      <w:r>
        <w:rPr>
          <w:b/>
        </w:rPr>
        <w:t xml:space="preserve">[16:35] </w:t>
      </w:r>
      <w:r>
        <w:t>Is tarah apna Business chala rahe hain. Yaani ek kamre mein Office bana kar ke aadmi sari duniya se Business kar raha hai.</w:t>
      </w:r>
    </w:p>
    <w:p>
      <w:pPr>
        <w:jc w:val="right"/>
      </w:pPr>
      <w:r>
        <w:t>اس طرح اپنا Business چلا رہے ہیں۔ یعنی ایک کمرے میں Office بنا کر کے آدمی ساری دنیا سے Business کر رہا ہے۔</w:t>
      </w:r>
    </w:p>
    <w:p>
      <w:r>
        <w:rPr>
          <w:b/>
        </w:rPr>
        <w:t xml:space="preserve">[16:46] </w:t>
      </w:r>
      <w:r>
        <w:t>to unhon ne kaha ke Globalization jo hai, woh ek One Way Traffic nahi hai.</w:t>
      </w:r>
    </w:p>
    <w:p>
      <w:pPr>
        <w:jc w:val="right"/>
      </w:pPr>
      <w:r>
        <w:t>تو انہوں نے کہا کہ Globalization جو ہے، وہ ایک One Way Traffic نہیں ہے۔</w:t>
      </w:r>
    </w:p>
    <w:p>
      <w:r>
        <w:rPr>
          <w:b/>
        </w:rPr>
        <w:t xml:space="preserve">[16:55] </w:t>
      </w:r>
      <w:r>
        <w:t>yeh Two Way Traffic hai. woh aap ko faida pohnchate hain to aap bhi unhein faida pohncha rahe hain.</w:t>
      </w:r>
    </w:p>
    <w:p>
      <w:pPr>
        <w:jc w:val="right"/>
      </w:pPr>
      <w:r>
        <w:t>یہ Two Way Traffic ہے۔ وہ آپ کو فائدہ پہنچاتے ہیں تو آپ بھی انہیں فائدہ پہنچا رہے ہیں۔</w:t>
      </w:r>
    </w:p>
    <w:p>
      <w:r>
        <w:rPr>
          <w:b/>
        </w:rPr>
        <w:t xml:space="preserve">[17:03] </w:t>
      </w:r>
      <w:r>
        <w:t>is ko parh kar ke mujhe kai baatein yaad aayin. woh yeh hai ke is zamane mein musalman jo pachhar gaye kaha jata hai, is ki wajah hai ke is haqiqat ko unhon ne nahi jana.</w:t>
      </w:r>
    </w:p>
    <w:p>
      <w:pPr>
        <w:jc w:val="right"/>
      </w:pPr>
      <w:r>
        <w:t>اس کو پڑھ کر کے مجھے کئی باتیں یاد آئیں۔ وہ یہ ہے کہ اس زمانے میں مسلمان جو پچھڑ گئے کہا جاتا ہے، اس کی وجہ ہے کہ اس حقیقت کو انہوں نے نہیں جانا۔</w:t>
      </w:r>
    </w:p>
    <w:p>
      <w:r>
        <w:rPr>
          <w:b/>
        </w:rPr>
        <w:t xml:space="preserve">[17:19] </w:t>
      </w:r>
      <w:r>
        <w:t>ab se pehle jab India mein yeh aaya, jis ko kehte hain nau abadiyati nizam, yani yeh jis ko kehte hain bahar ki jo qaumein aayin, Europe ki qaumein India mein, unhon ne yahan Business phailaya.</w:t>
      </w:r>
    </w:p>
    <w:p>
      <w:pPr>
        <w:jc w:val="right"/>
      </w:pPr>
      <w:r>
        <w:t>اب سے پہلے جب انڈیا میں یہ آیا، جس کو کہتے ہیں نو آبادیاتی نظام، یعنی یہ جس کو کہتے ہیں باہر کی جو قومیں آئیں، یورپ کی قومیں انڈیا میں، انہوں نے یہاں Business پھیلایا۔</w:t>
      </w:r>
    </w:p>
    <w:p>
      <w:r>
        <w:rPr>
          <w:b/>
        </w:rPr>
        <w:t xml:space="preserve">[17:40] </w:t>
      </w:r>
      <w:r>
        <w:t>to jis ko kehte hain Colonization, Colonial Power jis ko kehte hain. to un ke Colonization ke zamane mein sari muslim dunya mein bas Negative Thought paida ho gaya.</w:t>
      </w:r>
    </w:p>
    <w:p>
      <w:pPr>
        <w:jc w:val="right"/>
      </w:pPr>
      <w:r>
        <w:t>تو جس کو کہتے ہیں Colonization، Colonial Power جس کو کہتے ہیں۔ تو ان کے Colonization کے زمانے میں ساری مسلم دنیا میں بس Negative Thought پیدا ہو گیا۔</w:t>
      </w:r>
    </w:p>
    <w:p>
      <w:r>
        <w:rPr>
          <w:b/>
        </w:rPr>
        <w:t xml:space="preserve">[17:54] </w:t>
      </w:r>
      <w:r>
        <w:t>sab is ko Exploiter hain, yeh loot rahe hain hum ko, hum ko sazish kar rahe hain hamare khilaf. sirf ek hi baat jani unhon ne. halanke woh agar aaye the bahar se to unhon ne diya, unhon ne hum se liya to hum ko diya bhi unhon ne.</w:t>
      </w:r>
    </w:p>
    <w:p>
      <w:pPr>
        <w:jc w:val="right"/>
      </w:pPr>
      <w:r>
        <w:t>سب اس کو Exploiter ہیں، یہ لوٹ رہے ہیں ہم کو، ہم کو سازش کر رہے ہیں ہمارے خلاف۔ صرف ایک ہی بات جانی انہوں نے۔ حالانکہ وہ اگر آئے تھے باہر سے تو انہوں نے دیا، انہوں نے ہم سے لیا تو ہم کو دیا بھی انہوں نے۔</w:t>
      </w:r>
    </w:p>
    <w:p>
      <w:r>
        <w:rPr>
          <w:b/>
        </w:rPr>
        <w:t xml:space="preserve">[18:10] </w:t>
      </w:r>
      <w:r>
        <w:t>yeh Law of Nature hai ke har lene wala kuch deta bhi hai. yeh Law of Nature hai. woh jab woh le rahe the to aap ko de bhi rahe the. masalan unhon ne aap ko English Language di, International Language, unhon ne Modern Technology di,</w:t>
      </w:r>
    </w:p>
    <w:p>
      <w:pPr>
        <w:jc w:val="right"/>
      </w:pPr>
      <w:r>
        <w:t>یہ Law of Nature ہے کہ ہر لینے والا کچھ دیتا بھی ہے۔ یہ Law of Nature ہے۔ وہ جب وہ لے رہے تھے تو آپ کو دے بھی رہے تھے۔ مثلاً انہوں نے آپ کو English Language دی، International Language، انہوں نے Modern Technology دی،</w:t>
      </w:r>
    </w:p>
    <w:p>
      <w:r>
        <w:rPr>
          <w:b/>
        </w:rPr>
        <w:t xml:space="preserve">[18:26] </w:t>
      </w:r>
      <w:r>
        <w:t>Modern Science di, Modern Method diya aap ko, Modern Communication diya aap ko. to ek taraf woh le rahe the, doosri taraf aap ko de bhi rahe the.</w:t>
      </w:r>
    </w:p>
    <w:p>
      <w:pPr>
        <w:jc w:val="right"/>
      </w:pPr>
      <w:r>
        <w:t>Modern Science دی، Modern Method دیا آپ کو، Modern Communication دیا آپ کو۔ تو ایک طرف وہ لے رہے تھے، دوسری طرف آپ کو دے بھی رہے تھے۔</w:t>
      </w:r>
    </w:p>
    <w:p>
      <w:r>
        <w:rPr>
          <w:b/>
        </w:rPr>
        <w:t xml:space="preserve">[18:37] </w:t>
      </w:r>
      <w:r>
        <w:t>to jin logon ne is faide ko samjha, unhon ne bohat faida uthaya. masalan India mein Parsi logon ne bohat faida uthaya. aur musalman sirf Protest karte rahe.</w:t>
      </w:r>
    </w:p>
    <w:p>
      <w:pPr>
        <w:jc w:val="right"/>
      </w:pPr>
      <w:r>
        <w:t>تو جن لوگوں نے اس فائدے کو سمجھا، انہوں نے بہت فائدہ اٹھایا۔ مثلاً انڈیا میں پارسی لوگوں نے بہت فائدہ اٹھایا۔ اور مسلمان صرف Protest کرتے رہے۔</w:t>
      </w:r>
    </w:p>
    <w:p>
      <w:r>
        <w:rPr>
          <w:b/>
        </w:rPr>
        <w:t xml:space="preserve">[18:47] </w:t>
      </w:r>
      <w:r>
        <w:t>sirf Protest karte rahe. ab is se aap aur peechhe chale jaiye. musalman jab bahar ki dunya mein nikle, masalan woh Spain pohnche.</w:t>
      </w:r>
    </w:p>
    <w:p>
      <w:pPr>
        <w:jc w:val="right"/>
      </w:pPr>
      <w:r>
        <w:t>صرف Protest کرتے رہے۔ اب اس سے آپ اور پیچھے چلے جائیے۔ مسلمان جب باہر کی دنیا میں نکلے، مثلاً وہ اسپین پہنچے۔</w:t>
      </w:r>
    </w:p>
    <w:p>
      <w:r>
        <w:rPr>
          <w:b/>
        </w:rPr>
        <w:t xml:space="preserve">[18:57] </w:t>
      </w:r>
      <w:r>
        <w:t>Spain mein woh kam o besh, More or Less, aath sau saal tak unhon ne Rule kiya. Spain ka jo Andalusia kaha jata hai, Andalusia ke hisse mein.</w:t>
      </w:r>
    </w:p>
    <w:p>
      <w:pPr>
        <w:jc w:val="right"/>
      </w:pPr>
      <w:r>
        <w:t>اسپین میں وہ کم و بیش، More or Less، آٹھ سو سال تک انہوں نے Rule کیا۔ اسپین کا جو اندلس کہا جاتا ہے، اندلس کے حصے میں۔</w:t>
      </w:r>
    </w:p>
    <w:p>
      <w:r>
        <w:rPr>
          <w:b/>
        </w:rPr>
        <w:t xml:space="preserve">[19:09] </w:t>
      </w:r>
      <w:r>
        <w:t>to wahan par gaye the woh. to Political Ruler ke taur par gaye the. yani apna Political Rule wahan par unhon ne qaim kiya.</w:t>
      </w:r>
    </w:p>
    <w:p>
      <w:pPr>
        <w:jc w:val="right"/>
      </w:pPr>
      <w:r>
        <w:t>تو وہاں پر گئے تھے وہ۔ تو Political Ruler کے طور پر گئے تھے۔ یعنی اپنا Political Rule وہاں پر انہوں نے قائم کیا۔</w:t>
      </w:r>
    </w:p>
    <w:p>
      <w:r>
        <w:rPr>
          <w:b/>
        </w:rPr>
        <w:t xml:space="preserve">[19:19] </w:t>
      </w:r>
      <w:r>
        <w:t>lekin sath sath unhon ne diya bhi. diya kya? Spain ko unhon ne naya Agriculture diya. naye dhang par unhon ne Horticulture diya.</w:t>
      </w:r>
    </w:p>
    <w:p>
      <w:pPr>
        <w:jc w:val="right"/>
      </w:pPr>
      <w:r>
        <w:t>لیکن ساتھ ساتھ انہوں نے دیا بھی۔ دیا کیا؟ اسپین کو انہوں نے نیا Agriculture دیا۔ نئے ڈھنگ پر انہوں نے Horticulture دیا۔</w:t>
      </w:r>
    </w:p>
    <w:p>
      <w:r>
        <w:rPr>
          <w:b/>
        </w:rPr>
        <w:t xml:space="preserve">[19:33] </w:t>
      </w:r>
      <w:r>
        <w:t>Europe ki sab se pehli Observatory wahan banai unhon ne. Europe ki sab se pehli University banai unhon ne. to ek taraf woh le rahe the aur doosri taraf de bhi rahe the woh.</w:t>
      </w:r>
    </w:p>
    <w:p>
      <w:pPr>
        <w:jc w:val="right"/>
      </w:pPr>
      <w:r>
        <w:t>یورپ کی سب سے پہلی Observatory وہاں بنائی انہوں نے۔ یورپ کی سب سے پہلی University بنائی انہوں نے۔ تو ایک طرف وہ لے رہے تھے اور دوسری طرف دے بھی رہے تھے وہ۔</w:t>
      </w:r>
    </w:p>
    <w:p>
      <w:r>
        <w:rPr>
          <w:b/>
        </w:rPr>
        <w:t xml:space="preserve">[19:46] </w:t>
      </w:r>
      <w:r>
        <w:t>yani musalmanon ne agar ek taraf liya Spain se to unhon ne un ko diya bhi unhon ne. isi liye Historian yeh mante hain ke agar musalman Spain mein na aaye hote to Europe ka jo Renaissance hai, abhi bohat der mein hota woh.</w:t>
      </w:r>
    </w:p>
    <w:p>
      <w:pPr>
        <w:jc w:val="right"/>
      </w:pPr>
      <w:r>
        <w:t>یعنی مسلمانوں نے اگر ایک طرف لیا اسپین سے تو انہوں نے ان کو دیا بھی انہوں نے۔ اسی لئے Historian یہ مانتے ہیں کہ اگر مسلمان اسپین میں نہ آئے ہوتے تو یورپ کا جو Renaissance ہے، ابھی بہت دیر میں ہوتا وہ۔</w:t>
      </w:r>
    </w:p>
    <w:p>
      <w:r>
        <w:rPr>
          <w:b/>
        </w:rPr>
        <w:t xml:space="preserve">[20:04] </w:t>
      </w:r>
      <w:r>
        <w:t>yani Europe ka jo Industrialization hai, is ko abhi bohat der lagti hai abhi. ek Braefault ek hai, ek Scholar, us ne yahan tak likha hai ke "But for the Arabs,</w:t>
      </w:r>
    </w:p>
    <w:p>
      <w:pPr>
        <w:jc w:val="right"/>
      </w:pPr>
      <w:r>
        <w:t>یعنی یورپ کا جو Industrialization ہے، اس کو ابھی بہت دیر لگتی ہے ابھی۔ ایک بریفارڈ ایک ہے، ایک Scholar، اس نے یہاں تک لکھا ہے کہ "But for the Arabs,</w:t>
      </w:r>
    </w:p>
    <w:p>
      <w:r>
        <w:rPr>
          <w:b/>
        </w:rPr>
        <w:t xml:space="preserve">[20:26] </w:t>
      </w:r>
      <w:r>
        <w:t>Western Industrial Civilization will never have a reason at all." Arabon ke baghair hamara jo Industrial Civilization hai, woh wajood hi mein na aata.</w:t>
      </w:r>
    </w:p>
    <w:p>
      <w:pPr>
        <w:jc w:val="right"/>
      </w:pPr>
      <w:r>
        <w:t>Western Industrial Civilization will never have a reason at all." عربوں کے بغیر ہمارا جو Industrial Civilization ہے، وہ وجود ہی میں نہ آتا۔</w:t>
      </w:r>
    </w:p>
    <w:p>
      <w:r>
        <w:rPr>
          <w:b/>
        </w:rPr>
        <w:t xml:space="preserve">[20:39] </w:t>
      </w:r>
      <w:r>
        <w:t>to aap dekhen ke ek taraf musalmanon ne wahan liya to sath sath diya bhi. to yeh is raaz ko na janne ki wajah se musalman ek is zamane mein ek naye qism ka Protestant group ban gaye.</w:t>
      </w:r>
    </w:p>
    <w:p>
      <w:pPr>
        <w:jc w:val="right"/>
      </w:pPr>
      <w:r>
        <w:t>تو آپ دیکھیں کہ ایک طرف مسلمانوں نے وہاں لیا تو ساتھ ساتھ دیا بھی۔ تو یہ اس راز کو نہ جاننے کی وجہ سے مسلمان ایک اس زمانے میں ایک نئے قسم کا Protestant گروپ بن گئے۔</w:t>
      </w:r>
    </w:p>
    <w:p>
      <w:r>
        <w:rPr>
          <w:b/>
        </w:rPr>
        <w:t xml:space="preserve">[20:54] </w:t>
      </w:r>
      <w:r>
        <w:t>bas Complaint, Protest, Complaint, Protest, aur phir aakhir mein Fighting. aur qabu bhi nahi hui to Suicide Bombing. yeh sara raaz kyun hai?</w:t>
      </w:r>
    </w:p>
    <w:p>
      <w:pPr>
        <w:jc w:val="right"/>
      </w:pPr>
      <w:r>
        <w:t>بس Complaint، Protest، Complaint، Protest، اور پھر آخر میں Fighting۔ اور قابو بھی نہیں ہوئی تو Suicide Bombing۔ یہ سارا راز کیوں ہے؟</w:t>
      </w:r>
    </w:p>
    <w:p>
      <w:r>
        <w:rPr>
          <w:b/>
        </w:rPr>
        <w:t xml:space="preserve">[21:03] </w:t>
      </w:r>
      <w:r>
        <w:t>isi liye hai ke unhon ne yeh nahi samajh paye woh ke dunya One Way Traffic ki jagah nahi hai. Colonial Power aayi to unhon ne liya to diya bhi.</w:t>
      </w:r>
    </w:p>
    <w:p>
      <w:pPr>
        <w:jc w:val="right"/>
      </w:pPr>
      <w:r>
        <w:t>اسی لئے ہے کہ انہوں نے یہ نہیں سمجھ پائے وہ کہ دنیا One Way Traffic کی جگہ نہیں ہے۔ Colonial Power آئی تو انہوں نے لیا تو دیا بھی۔</w:t>
      </w:r>
    </w:p>
    <w:p>
      <w:r>
        <w:rPr>
          <w:b/>
        </w:rPr>
        <w:t xml:space="preserve">[21:17] </w:t>
      </w:r>
      <w:r>
        <w:t>musalman gaye bahar to unhon ne liya to unhon ne diya bhi.</w:t>
      </w:r>
    </w:p>
    <w:p>
      <w:pPr>
        <w:jc w:val="right"/>
      </w:pPr>
      <w:r>
        <w:t>مسلمان گئے باہر تو انہوں نے لیا تو انہوں نے دیا بھی۔</w:t>
      </w:r>
    </w:p>
    <w:p>
      <w:r>
        <w:rPr>
          <w:b/>
        </w:rPr>
        <w:t xml:space="preserve">[21:24] </w:t>
      </w:r>
      <w:r>
        <w:t>isi tarah se aaj jo Globalization hai, jis ko hum kehte hain, woh agar le raha hai to de bhi raha hai woh. is wajah se is raaz ko agar aap na janen aap to aap hamesha kya hota hai ke Negativity mein jeete hain, Negative Thought mein jeete hain.</w:t>
      </w:r>
    </w:p>
    <w:p>
      <w:pPr>
        <w:jc w:val="right"/>
      </w:pPr>
      <w:r>
        <w:t>اسی طرح سے آج جو Globalization ہے، جس کو ہم کہتے ہیں، وہ اگر لے رہا ہے تو دے بھی رہا ہے وہ۔ اس وجہ سے اس راز کو اگر آپ نہ جانیں آپ تو آپ ہمیشہ کیا ہوتا ہے کہ Negativity میں جیتے ہیں، Negative Thought میں جیتے ہیں۔</w:t>
      </w:r>
    </w:p>
    <w:p>
      <w:r>
        <w:rPr>
          <w:b/>
        </w:rPr>
        <w:t xml:space="preserve">[21:43] </w:t>
      </w:r>
      <w:r>
        <w:t>Negative Thought mein jeete hain. to isi liye maine kaha ke Islami yeh sare log jo is ke khilaf bolte hain, woh sab namaz roze wale log hain.</w:t>
      </w:r>
    </w:p>
    <w:p>
      <w:pPr>
        <w:jc w:val="right"/>
      </w:pPr>
      <w:r>
        <w:t>Negative Thought میں جیتے ہیں۔ تو اسی لئے میں نے کہا کہ اسلامی یہ سارے لوگ جو اس کے خلاف بولتے ہیں، وہ سب نماز روزے والے لوگ ہیں۔</w:t>
      </w:r>
    </w:p>
    <w:p>
      <w:r>
        <w:rPr>
          <w:b/>
        </w:rPr>
        <w:t xml:space="preserve">[21:56] </w:t>
      </w:r>
      <w:r>
        <w:t>to kya hai woh? namaz roze ko unhon ne bahar Ritual se liya hai, bahar Rituals. aur Islam ki jo Wisdom hai, us se bekhabar hain woh. Islam ki Wisdom se bekhabar hain.</w:t>
      </w:r>
    </w:p>
    <w:p>
      <w:pPr>
        <w:jc w:val="right"/>
      </w:pPr>
      <w:r>
        <w:t>تو کیا ہے وہ؟ نماز روزے کو انہوں نے بطور Ritual سے لیا ہے، بطور Rituals۔ اور اسلام کی جو Wisdom ہے، اس سے بے خبر ہیں وہ۔ اسلام کی Wisdom سے بے خبر ہیں۔</w:t>
      </w:r>
    </w:p>
    <w:p>
      <w:r>
        <w:rPr>
          <w:b/>
        </w:rPr>
        <w:t xml:space="preserve">[22:10] </w:t>
      </w:r>
      <w:r>
        <w:t>Wisdom agar hoti hai un ko to jante hain. jis tarah musalman gaye Europe mein to unhon ne liya to unhon ne diya bhi. aise Colonial Powers jab aayin Muslim Countries mein, unhon ne liya to unhon ne diya bhi.</w:t>
      </w:r>
    </w:p>
    <w:p>
      <w:pPr>
        <w:jc w:val="right"/>
      </w:pPr>
      <w:r>
        <w:t>Wisdom اگر ہوتی ہے ان کو تو جانتے ہیں۔ جس طرح مسلمان گئے یورپ میں تو انہوں نے لیا تو انہوں نے دیا بھی۔ ایسے Colonial Powers جب آئیں مسلم Countries میں، انہوں نے لیا تو انہوں نے دیا بھی۔</w:t>
      </w:r>
    </w:p>
    <w:p>
      <w:r>
        <w:rPr>
          <w:b/>
        </w:rPr>
        <w:t xml:space="preserve">[22:25] </w:t>
      </w:r>
      <w:r>
        <w:t>aisi is zamane mein Globalization jo hua hai, to woh agar America le raha hai to woh de bhi raha hai kuch. yeh Thinking jo hai,</w:t>
      </w:r>
    </w:p>
    <w:p>
      <w:pPr>
        <w:jc w:val="right"/>
      </w:pPr>
      <w:r>
        <w:t>ایسی اس زمانے میں Globalization جو ہوا ہے، تو وہ اگر امریکہ لے رہا ہے تو وہ دے بھی رہا ہے کچھ۔ یہ Thinking جو ہے،</w:t>
      </w:r>
    </w:p>
    <w:p>
      <w:r>
        <w:rPr>
          <w:b/>
        </w:rPr>
        <w:t xml:space="preserve">[22:39] </w:t>
      </w:r>
      <w:r>
        <w:t>yeh hai Wise Thinking. is se aap ke andar Positivity aati hai. aur main samajhta hoon ke yeh jo aaj Times of India mein chhaapa hai Azeem Hashim Premji ke baare mein, yeh ek bahut hi Glaring Example hai.</w:t>
      </w:r>
    </w:p>
    <w:p>
      <w:pPr>
        <w:jc w:val="right"/>
      </w:pPr>
      <w:r>
        <w:t>یہ ہے Wise Thinking۔ اس سے آپ کے اندر Positivity آتی ہے۔ اور میں سمجھتا ہوں کہ یہ جو آج Times of India میں چھپا ہے عظیم ہاشم پریم جی کے بارے میں، یہ ایک بہت ہی Glaring Example ہے۔</w:t>
      </w:r>
    </w:p>
    <w:p>
      <w:r>
        <w:rPr>
          <w:b/>
        </w:rPr>
        <w:t xml:space="preserve">[22:55] </w:t>
      </w:r>
      <w:r>
        <w:t>bahut hi khula hua misaal hai. Glaring Example. ke kis tarah se ek insaan India mein reh kar ke, Globalization ke zamane mein reh kar ke, duniya ka sab se bara Richest Muslim ban gaya.</w:t>
      </w:r>
    </w:p>
    <w:p>
      <w:pPr>
        <w:jc w:val="right"/>
      </w:pPr>
      <w:r>
        <w:t>بہت ہی کھلا ہوا مثال ہے۔ Glaring Example۔ کہ کس طرح سے ایک انسان انڈیا میں رہ کر کے، Globalization کے زمانے میں رہ کر کے، دنیا کا سب سے بڑا Richest مسلم بن گیا۔</w:t>
      </w:r>
    </w:p>
    <w:p>
      <w:r>
        <w:rPr>
          <w:b/>
        </w:rPr>
        <w:t xml:space="preserve">[23:14] </w:t>
      </w:r>
      <w:r>
        <w:t>yahan main yeh bhi aap ko yaad dilaoon ke Forty Seven se pehle saare log yeh samajhte the ke India mein Hindu Majority mein honge aur Musalmanon ke liye yahan koi kuch mawaqe nahi honge.</w:t>
      </w:r>
    </w:p>
    <w:p>
      <w:pPr>
        <w:jc w:val="right"/>
      </w:pPr>
      <w:r>
        <w:t>یہاں میں یہ بھی آپ کو یاد دلاؤں کہ Forty Seven سے پہلے سارے لوگ یہ سمجھتے تھے کہ انڈیا میں ہندو Majority میں ہوں گے اور مسلمانوں کے لیے یہاں کوئی کچھ مواقع نہیں ہوں گے۔</w:t>
      </w:r>
    </w:p>
    <w:p>
      <w:r>
        <w:rPr>
          <w:b/>
        </w:rPr>
        <w:t xml:space="preserve">[23:26] </w:t>
      </w:r>
      <w:r>
        <w:t>yahan tak ke kuch log the jo kehte the ke India mein doosra Spain banega. yaani Musalmanon ko nikala jayega yahan se, Musalmanon ko wahan khatm kiya jayega yahan se.</w:t>
      </w:r>
    </w:p>
    <w:p>
      <w:pPr>
        <w:jc w:val="right"/>
      </w:pPr>
      <w:r>
        <w:t>یہاں تک کہ کچھ لوگ تھے جو کہتے تھے کہ انڈیا میں دوسرا اسپین بنے گا۔ یعنی مسلمانوں کو نکالا جائے گا یہاں سے، مسلمانوں کو وہاں ختم کیا جائے گا یہاں سے۔</w:t>
      </w:r>
    </w:p>
    <w:p>
      <w:r>
        <w:rPr>
          <w:b/>
        </w:rPr>
        <w:t xml:space="preserve">[23:37] </w:t>
      </w:r>
      <w:r>
        <w:t>to azaadi ke baad India mein doosra Spain banega. lekin isi India mein aap dekhiye, isi India mein ek insaan, isi India mein ek Musalman,</w:t>
      </w:r>
    </w:p>
    <w:p>
      <w:pPr>
        <w:jc w:val="right"/>
      </w:pPr>
      <w:r>
        <w:t>تو آزادی کے بعد انڈیا میں دوسرا اسپین بنے گا۔ لیکن اسی انڈیا میں آپ دیکھیے، اسی انڈیا میں ایک انسان، اسی انڈیا میں ایک مسلمان،</w:t>
      </w:r>
    </w:p>
    <w:p>
      <w:r>
        <w:rPr>
          <w:b/>
        </w:rPr>
        <w:t xml:space="preserve">[23:51] </w:t>
      </w:r>
      <w:r>
        <w:t>is mein yeh bhi likha hai Report mein ke isi Hindu India mein, hum to Hindu idhar nahi kehte, main Hindu India ko galat pasand nahi karta bolna.</w:t>
      </w:r>
    </w:p>
    <w:p>
      <w:pPr>
        <w:jc w:val="right"/>
      </w:pPr>
      <w:r>
        <w:t>اس میں یہ بھی لکھا ہے Report میں کہ اسی ہندو انڈیا میں، ہم تو ہندو ادھر نہیں کہتے، میں ہندو انڈیا کو غلط پسند نہیں کرتا بولنا۔</w:t>
      </w:r>
    </w:p>
    <w:p>
      <w:r>
        <w:rPr>
          <w:b/>
        </w:rPr>
        <w:t xml:space="preserve">[24:00] </w:t>
      </w:r>
      <w:r>
        <w:t>yeh ek India hai, bas India hai. to isi India mein, jis ko ke woh log Hindu India keh rahe the, isi mein ek Musalman itni bari taraqqi karta hai ke woh aisi taraqqi na kisi ne Pakistan mein ki, na kisi aur Muslim mulk mein ki.</w:t>
      </w:r>
    </w:p>
    <w:p>
      <w:pPr>
        <w:jc w:val="right"/>
      </w:pPr>
      <w:r>
        <w:t>یہ ایک انڈیا ہے، بس انڈیا ہے۔ تو اسی انڈیا میں، جس کو کہ وہ لوگ ہندو انڈیا کہہ رہے تھے، اسی میں ایک مسلمان اتنی بڑی ترقی کرتا ہے کہ وہ ایسی ترقی نہ کسی نے پاکستان میں کی، نہ کسی اور مسلم ملک میں کی۔</w:t>
      </w:r>
    </w:p>
    <w:p>
      <w:r>
        <w:rPr>
          <w:b/>
        </w:rPr>
        <w:t xml:space="preserve">[24:19] </w:t>
      </w:r>
      <w:r>
        <w:t>is se kya baat saabit ho rahi hai? is ko samjhiye. woh Quran ki jo baat hai ke "إن المال غُسرَ يُسْرَى".</w:t>
      </w:r>
    </w:p>
    <w:p>
      <w:pPr>
        <w:jc w:val="right"/>
      </w:pPr>
      <w:r>
        <w:t>اس سے کیا بات ثابت ہو رہی ہے؟ اس کو سمجھیے۔ وہ قرآن کی جو بات ہے کہ "إن المال غُسرَ يُسْرَى"۔</w:t>
      </w:r>
    </w:p>
    <w:p>
      <w:r>
        <w:rPr>
          <w:b/>
        </w:rPr>
        <w:t xml:space="preserve">[24:28] </w:t>
      </w:r>
      <w:r>
        <w:t>"إن المال غُسرَ يُسْرَى". "With every hardship there is ease". "With every disadvantage there is an advantage". "With every negativity there is a positivity".</w:t>
      </w:r>
    </w:p>
    <w:p>
      <w:pPr>
        <w:jc w:val="right"/>
      </w:pPr>
      <w:r>
        <w:t>"إن المال غُسرَ يُسْرَى"۔ "With every hardship there is ease"۔ "With every disadvantage there is an advantage"۔ "With every negativity there is a positivity"۔</w:t>
      </w:r>
    </w:p>
    <w:p>
      <w:r>
        <w:rPr>
          <w:b/>
        </w:rPr>
        <w:t xml:space="preserve">[24:39] </w:t>
      </w:r>
      <w:r>
        <w:t>yeh Law of Nature hai. yeh hai Wisdom. is baat ko jaanna yahi Wisdom hai. is baat ko jaanna yeh Wisdom hai ke har Negativity, har Negative Point ke saath Positive Point hota hai.</w:t>
      </w:r>
    </w:p>
    <w:p>
      <w:pPr>
        <w:jc w:val="right"/>
      </w:pPr>
      <w:r>
        <w:t>یہ Law of Nature ہے۔ یہ ہے Wisdom۔ اس بات کو جاننا یہی Wisdom ہے۔ اس بات کو جاننا یہ Wisdom ہے کہ ہر Negativity، ہر Negative Point کے ساتھ Positive Point ہوتا ہے۔</w:t>
      </w:r>
    </w:p>
    <w:p>
      <w:r>
        <w:rPr>
          <w:b/>
        </w:rPr>
        <w:t xml:space="preserve">[24:56] </w:t>
      </w:r>
      <w:r>
        <w:t>har Disadvantage ke saath Advantage hota hai.</w:t>
      </w:r>
    </w:p>
    <w:p>
      <w:pPr>
        <w:jc w:val="right"/>
      </w:pPr>
      <w:r>
        <w:t>ہر Disadvantage کے ساتھ Advantage ہوتا ہے۔</w:t>
      </w:r>
    </w:p>
    <w:p>
      <w:r>
        <w:rPr>
          <w:b/>
        </w:rPr>
        <w:t xml:space="preserve">[25:02] </w:t>
      </w:r>
      <w:r>
        <w:t>har Problem ke saath Opportunities hoti hain. yeh Wisdom hai. Rasool Allah Sal Allahu Alaihi Wasallam ne jab Hudaybiyyah Agreement kiya to saare Sahaba samajhte the ke hum dab kar sulah kar len, dab kar.</w:t>
      </w:r>
    </w:p>
    <w:p>
      <w:pPr>
        <w:jc w:val="right"/>
      </w:pPr>
      <w:r>
        <w:t>ہر Problem کے ساتھ Opportunities ہوتی ہیں۔ یہ Wisdom ہے۔ رسول اللہ صلی اللہ علیہ وسلم نے جب حدیبیہ Agreement کیا تو سارے صحابہ سمجھتے تھے کہ ہم دب کر صلح کر لیں، دب کر۔</w:t>
      </w:r>
    </w:p>
    <w:p>
      <w:r>
        <w:rPr>
          <w:b/>
        </w:rPr>
        <w:t xml:space="preserve">[25:15] </w:t>
      </w:r>
      <w:r>
        <w:t>yaani paspayi hai, dab kar sulah karna hai, aur apne aap ko yaani ke zaleel karna hai, peechhe hatana hai.</w:t>
      </w:r>
    </w:p>
    <w:p>
      <w:pPr>
        <w:jc w:val="right"/>
      </w:pPr>
      <w:r>
        <w:t>یعنی پسپائی ہے، دب کر صلح کرنا ہے، اور اپنے آپ کو یعنی کہ ذلیل کرنا ہے، پیچھے ہٹانا ہے۔</w:t>
      </w:r>
    </w:p>
    <w:p>
      <w:r>
        <w:rPr>
          <w:b/>
        </w:rPr>
        <w:t xml:space="preserve">[25:27] </w:t>
      </w:r>
      <w:r>
        <w:t>lekin isi mein dekhiye ke ek naya Advantage chhaapa hua tha. jis ko Quran mein kaha ke "إنا فتحنا لك فتحاً مبيناً". yaani bazahir shikast ki sulah, fateh is mein chhipi hui thi.</w:t>
      </w:r>
    </w:p>
    <w:p>
      <w:pPr>
        <w:jc w:val="right"/>
      </w:pPr>
      <w:r>
        <w:t>لیکن اسی میں دیکھیے کہ ایک نیا Advantage چھپا ہوا تھا۔ جس کو قرآن میں کہا کہ "إنا فتحنا لك فتحاً مبیناً"۔ یعنی بظاہر شکست کی صلح، فتح اس میں چھپی ہوئی تھی۔</w:t>
      </w:r>
    </w:p>
    <w:p>
      <w:r>
        <w:rPr>
          <w:b/>
        </w:rPr>
        <w:t xml:space="preserve">[25:43] </w:t>
      </w:r>
      <w:r>
        <w:t>bazahir ek mehroomi ka Agreement, is ke andar kamyabi ka faida chha pa hua tha. yeh hai Wisdom.</w:t>
      </w:r>
    </w:p>
    <w:p>
      <w:pPr>
        <w:jc w:val="right"/>
      </w:pPr>
      <w:r>
        <w:t>بظاہر ایک محرومی کا Agreement، اس کے اندر کامیابی کا فائدہ چھپا ہوا تھا۔ یہ ہے Wisdom۔</w:t>
      </w:r>
    </w:p>
    <w:p>
      <w:r>
        <w:rPr>
          <w:b/>
        </w:rPr>
        <w:t xml:space="preserve">[25:54] </w:t>
      </w:r>
      <w:r>
        <w:t>isi ko kaha gaya ke "اتقوا فراس المؤمن فإنه يَنْظُرُ بِنُورِ اللَّهِ". ke Momin woh hai jo nahi mein hai ko dekhe. jo Negative mein Positive ko dekhe.</w:t>
      </w:r>
    </w:p>
    <w:p>
      <w:pPr>
        <w:jc w:val="right"/>
      </w:pPr>
      <w:r>
        <w:t>اسی کو کہا گیا کہ "اتقوا فراس المؤمن فإنه يَنْظُرُ بِنُورِ اللَّهِ"۔ کہ مومن وہ ہے جو نہیں میں ہے کو دیکھے۔ جو Negative میں Positive کو دیکھے۔</w:t>
      </w:r>
    </w:p>
    <w:p>
      <w:r>
        <w:rPr>
          <w:b/>
        </w:rPr>
        <w:t xml:space="preserve">[26:06] </w:t>
      </w:r>
      <w:r>
        <w:t>jo Disadvantage mein Advantage ko dekhe. ab ghaur kijiye ke Musalman agar is raaz ko jaante to do sau saal khote nahi woh.</w:t>
      </w:r>
    </w:p>
    <w:p>
      <w:pPr>
        <w:jc w:val="right"/>
      </w:pPr>
      <w:r>
        <w:t>جو Disadvantage میں Advantage کو دیکھے۔ اب غور کیجیے کہ مسلمان اگر اس راز کو جانتے تو دو سو سال کھوتے نہیں وہ۔</w:t>
      </w:r>
    </w:p>
    <w:p>
      <w:r>
        <w:rPr>
          <w:b/>
        </w:rPr>
        <w:t xml:space="preserve">[26:17] </w:t>
      </w:r>
      <w:r>
        <w:t>do sau saal, yaani satrah sau nananve mein jab Tipu ne lad kar ke apne ko khatm kar liya Angrezon se, us waqt se agar aap shuru karen to do sau saal kho diya hum ne isi mein ke pehle unhein mitana hai,</w:t>
      </w:r>
    </w:p>
    <w:p>
      <w:pPr>
        <w:jc w:val="right"/>
      </w:pPr>
      <w:r>
        <w:t>دو سو سال، یعنی سترہ سو ننانوے میں جب ٹیپو نے لڑ کر کے اپنے کو ختم کر لیا انگریزوں سے، اس وقت سے اگر آپ شروع کریں تو دو سو سال کھو دیا ہم نے اسی میں کہ پہلے انہیں مٹانا ہے،</w:t>
      </w:r>
    </w:p>
    <w:p>
      <w:r>
        <w:rPr>
          <w:b/>
        </w:rPr>
        <w:t xml:space="preserve">[26:34] </w:t>
      </w:r>
      <w:r>
        <w:t>pehla British ko khatm karna hai, pehle Colonial Powers ko khatm karna hai, phir humein Chances milenge.</w:t>
      </w:r>
    </w:p>
    <w:p>
      <w:pPr>
        <w:jc w:val="right"/>
      </w:pPr>
      <w:r>
        <w:t>پہلے British کو ختم کرنا ہے، پہلے Colonial Powers کو ختم کرنا ہے، پھر ہمیں Chances ملیں گے۔</w:t>
      </w:r>
    </w:p>
    <w:p>
      <w:r>
        <w:rPr>
          <w:b/>
        </w:rPr>
        <w:t xml:space="preserve">[26:45] </w:t>
      </w:r>
      <w:r>
        <w:t>un ke hote hue Chances hain. is isi ko jaanne ka naam Wisdom hai. yeh Wisdom nahi aayi kisi ke andar. yaani Colonial Powers ke hote hue hamari Opportunities hain.</w:t>
      </w:r>
    </w:p>
    <w:p>
      <w:pPr>
        <w:jc w:val="right"/>
      </w:pPr>
      <w:r>
        <w:t>ان کے ہوتے ہوئے Chances ہیں۔ اس اسی کو جاننے کا نام Wisdom ہے۔ یہ Wisdom نہیں آئی کسی کے اندر۔ یعنی Colonial Powers کے ہوتے ہوئے ہماری Opportunities ہیں۔</w:t>
      </w:r>
    </w:p>
    <w:p>
      <w:r>
        <w:rPr>
          <w:b/>
        </w:rPr>
        <w:t xml:space="preserve">[26:59] </w:t>
      </w:r>
      <w:r>
        <w:t>Globalization ke hote hue hamari Opportunities hain. Hindu Rule ke hote hue hamare paas Opportunities hain. yaani Usr har haal mein hai.</w:t>
      </w:r>
    </w:p>
    <w:p>
      <w:pPr>
        <w:jc w:val="right"/>
      </w:pPr>
      <w:r>
        <w:t>Globalization کے ہوتے ہوئے ہماری Opportunities ہیں۔ ہندو Rule کے ہوتے ہوئے ہمارے پاس Opportunities ہیں۔ یعنی یُسر ہر حال میں ہے۔</w:t>
      </w:r>
    </w:p>
    <w:p>
      <w:r>
        <w:rPr>
          <w:b/>
        </w:rPr>
        <w:t xml:space="preserve">[27:10] </w:t>
      </w:r>
      <w:r>
        <w:t>koi bhi Usr jo hai, Usr ko Cancel nahi karta. koi bhi Usr Usr ko Abolish nahi karta. yeh hai Wisdom. is Wisdom ko nahi jaana hai logon ne.</w:t>
      </w:r>
    </w:p>
    <w:p>
      <w:pPr>
        <w:jc w:val="right"/>
      </w:pPr>
      <w:r>
        <w:t>کوئی بھی عُسر جو ہے، یُسر کو Cancel نہیں کرتا۔ کوئی بھی عُسر یُسر کو Abolish نہیں کرتا۔ یہ ہے Wisdom۔ اس Wisdom کو نہیں جانا ہے لوگوں نے۔</w:t>
      </w:r>
    </w:p>
    <w:p>
      <w:r>
        <w:rPr>
          <w:b/>
        </w:rPr>
        <w:t xml:space="preserve">[27:24] </w:t>
      </w:r>
      <w:r>
        <w:t>"إن المال غُسرَ يُسْرَى". "إن المال غُسرَ يُسْرَى". do baar kaha gaya. ke yaad rakho har Usr mein Usr hai. yaani har har Problem mein Opportunities hain.</w:t>
      </w:r>
    </w:p>
    <w:p>
      <w:pPr>
        <w:jc w:val="right"/>
      </w:pPr>
      <w:r>
        <w:t>"إن المال غُسرَ يُسْرَى"۔ "إن المال غُسرَ يُسْرَى"۔ دو بار کہا گیا۔ کہ یاد رکھو ہر عُسر میں یُسر ہے۔ یعنی ہر ہر Problem میں Opportunities ہیں۔</w:t>
      </w:r>
    </w:p>
    <w:p>
      <w:r>
        <w:rPr>
          <w:b/>
        </w:rPr>
        <w:t xml:space="preserve">[27:37] </w:t>
      </w:r>
      <w:r>
        <w:t>har mushkil mein aasani hai. har Disadvantage ke saath Advantage hai.</w:t>
      </w:r>
    </w:p>
    <w:p>
      <w:pPr>
        <w:jc w:val="right"/>
      </w:pPr>
      <w:r>
        <w:t>ہر مشکل میں آسانی ہے۔ ہر Disadvantage کے ساتھ Advantage ہے۔</w:t>
      </w:r>
    </w:p>
    <w:p>
      <w:r>
        <w:rPr>
          <w:b/>
        </w:rPr>
        <w:t xml:space="preserve">[27:48] </w:t>
      </w:r>
      <w:r>
        <w:t>yani isi ko Psychology mein aik bohat bara Scholar tha Psychology mein, jis ka naam tha woh</w:t>
      </w:r>
    </w:p>
    <w:p>
      <w:pPr>
        <w:jc w:val="right"/>
      </w:pPr>
      <w:r>
        <w:t>یعنی اسی کو Psychology میں ایک بہت بڑا Scholar تھا Psychology میں، جس کا نام تھا وہ</w:t>
      </w:r>
    </w:p>
    <w:p>
      <w:r>
        <w:rPr>
          <w:b/>
        </w:rPr>
        <w:t xml:space="preserve">[28:06] </w:t>
      </w:r>
      <w:r>
        <w:t>aik Alfred۔ to us ne aik kitaab likhi</w:t>
      </w:r>
    </w:p>
    <w:p>
      <w:pPr>
        <w:jc w:val="right"/>
      </w:pPr>
      <w:r>
        <w:t>ایک Alfred۔ تو اس نے ایک کتاب لکھی</w:t>
      </w:r>
    </w:p>
    <w:p>
      <w:r>
        <w:rPr>
          <w:b/>
        </w:rPr>
        <w:t xml:space="preserve">[28:15] </w:t>
      </w:r>
      <w:r>
        <w:t>"The Individual Psychology"۔ is mein woh kehta hai ke maine sari umar, sari zindagi insan ki Study ki۔</w:t>
      </w:r>
    </w:p>
    <w:p>
      <w:pPr>
        <w:jc w:val="right"/>
      </w:pPr>
      <w:r>
        <w:t>"The Individual Psychology"۔ اس میں وہ کہتا ہے کہ میں نے ساری عمر، ساری زندگی انسان کی Study کی۔</w:t>
      </w:r>
    </w:p>
    <w:p>
      <w:r>
        <w:rPr>
          <w:b/>
        </w:rPr>
        <w:t xml:space="preserve">[28:27] </w:t>
      </w:r>
      <w:r>
        <w:t>insan ko parha۔ insan ko janne ki koshish ki۔</w:t>
      </w:r>
    </w:p>
    <w:p>
      <w:pPr>
        <w:jc w:val="right"/>
      </w:pPr>
      <w:r>
        <w:t>انسان کو پڑھا۔ انسان کو جاننے کی کوشش کی۔</w:t>
      </w:r>
    </w:p>
    <w:p>
      <w:r>
        <w:rPr>
          <w:b/>
        </w:rPr>
        <w:t xml:space="preserve">[28:34] </w:t>
      </w:r>
      <w:r>
        <w:t>to woh kehta hai ke maine apni Study mein jo sab se anokhi cheez pai insan ke baray mein, woh kya thi؟</w:t>
      </w:r>
    </w:p>
    <w:p>
      <w:pPr>
        <w:jc w:val="right"/>
      </w:pPr>
      <w:r>
        <w:t>تو وہ کہتا ہے کہ میں نے اپنی Study میں جو سب سے انوکھی چیز پائی انسان کے بارے میں، وہ کیا تھی؟</w:t>
      </w:r>
    </w:p>
    <w:p>
      <w:r>
        <w:rPr>
          <w:b/>
        </w:rPr>
        <w:t xml:space="preserve">[28:44] </w:t>
      </w:r>
      <w:r>
        <w:t>"Their power to turn a minus into a plus"۔ "Their power to turn a minus into a plus"۔</w:t>
      </w:r>
    </w:p>
    <w:p>
      <w:pPr>
        <w:jc w:val="right"/>
      </w:pPr>
      <w:r>
        <w:t>"Their power to turn a minus into a plus"۔ "Their power to turn a minus into a plus"۔</w:t>
      </w:r>
    </w:p>
    <w:p>
      <w:r>
        <w:rPr>
          <w:b/>
        </w:rPr>
        <w:t xml:space="preserve">[28:55] </w:t>
      </w:r>
      <w:r>
        <w:t>insan ki yeh taqat ke woh minus ko plus mein Convert kar sakay۔ insan ke andar yeh anokhi taqat hai ke woh apnay minus ko apna plus bana sakay۔</w:t>
      </w:r>
    </w:p>
    <w:p>
      <w:pPr>
        <w:jc w:val="right"/>
      </w:pPr>
      <w:r>
        <w:t>انسان کی یہ طاقت کہ وہ minus کو plus میں Convert کر سکے۔ انسان کے اندر یہ انوکھی طاقت ہے کہ وہ اپنے minus کو اپنا plus بنا سکے۔</w:t>
      </w:r>
    </w:p>
    <w:p>
      <w:r>
        <w:rPr>
          <w:b/>
        </w:rPr>
        <w:t xml:space="preserve">[29:13] </w:t>
      </w:r>
      <w:r>
        <w:t>yeh wohi cheez hai jo Quran mein is se bohat pehlay kahi gayi thi ke "إن المال غُسرَ يُسْرَى"۔ har usar mein yusr hai۔ matlab kya hai؟ har yusr, har usar ko tum Convert kar ke yusr bana saktay ho۔</w:t>
      </w:r>
    </w:p>
    <w:p>
      <w:pPr>
        <w:jc w:val="right"/>
      </w:pPr>
      <w:r>
        <w:t>یہ وہی چیز ہے جو قرآن میں اس سے بہت پہلے کہی گئی تھی کہ "إن المال غُسرَ يُسْرَى"۔ ہر عُسر میں یُسر ہے۔ مطلب کیا ہے؟ ہر یُسر، ہر عُسر کو تم Convert کر کے یُسر بنا سکتے ہو۔</w:t>
      </w:r>
    </w:p>
    <w:p>
      <w:r>
        <w:rPr>
          <w:b/>
        </w:rPr>
        <w:t xml:space="preserve">[29:25] </w:t>
      </w:r>
      <w:r>
        <w:t>apni Wisdom ko istemal kar ke, apni aql ko istemal kar ke, apni samajh ko istemal kar ke tum aisa kar saktay ho ke har Disadvantage ko Advantage bana lo۔</w:t>
      </w:r>
    </w:p>
    <w:p>
      <w:pPr>
        <w:jc w:val="right"/>
      </w:pPr>
      <w:r>
        <w:t>اپنی Wisdom کو استعمال کر کے، اپنی عقل کو استعمال کر کے، اپنی سمجھ کو استعمال کر کے تم ایسا کر سکتے ہو کہ ہر Disadvantage کو Advantage بنا لو۔</w:t>
      </w:r>
    </w:p>
    <w:p>
      <w:r>
        <w:rPr>
          <w:b/>
        </w:rPr>
        <w:t xml:space="preserve">[29:38] </w:t>
      </w:r>
      <w:r>
        <w:t>har usar ko yusr bana lo۔ har minus ko plus bana lo۔ jaisa ke Rasool Allah Sal Allahu Alaihi Wasallam ne apni zindagi mein kiya۔ yeh hai Islamic Wisdom۔</w:t>
      </w:r>
    </w:p>
    <w:p>
      <w:pPr>
        <w:jc w:val="right"/>
      </w:pPr>
      <w:r>
        <w:t>ہر عُسر کو یُسر بنا لو۔ ہر minus کو plus بنا لو۔ جیسا کہ رسول اللہ صلی اللہ علیہ وسلم نے اپنی زندگی میں کیا۔ یہ ہے Islamic Wisdom۔</w:t>
      </w:r>
    </w:p>
    <w:p>
      <w:r>
        <w:rPr>
          <w:b/>
        </w:rPr>
        <w:t xml:space="preserve">[29:50] </w:t>
      </w:r>
      <w:r>
        <w:t>Islamic Wisdom۔ yeh Wisdom aaj kal ke musalmanon mein kahin dikhai nahi deti۔ isi liye woh sirf Complaint kar rahay hain, Protest kar rahay hain۔</w:t>
      </w:r>
    </w:p>
    <w:p>
      <w:pPr>
        <w:jc w:val="right"/>
      </w:pPr>
      <w:r>
        <w:t>Islamic Wisdom۔ یہ Wisdom آج کل کے مسلمانوں میں کہیں دکھائی نہیں دیتی۔ اسی لئے وہ صرف Complaint کر رہے ہیں، Protest کر رہے ہیں۔</w:t>
      </w:r>
    </w:p>
    <w:p>
      <w:r>
        <w:rPr>
          <w:b/>
        </w:rPr>
        <w:t xml:space="preserve">[30:01] </w:t>
      </w:r>
      <w:r>
        <w:t>jis ko dekhiye, aap koi bhi Muslim akhbar parhiye, koi bhi Muslim Magazine parhiye, koi bhi Muslim kitaab parhiye, kisi bhi Muslim Meeting mein jaiye, har jagah bas Complaint ki baatein hain, Protest ki baatein hain, shikayat ki baatein hain۔</w:t>
      </w:r>
    </w:p>
    <w:p>
      <w:pPr>
        <w:jc w:val="right"/>
      </w:pPr>
      <w:r>
        <w:t>جس کو دیکھیے، آپ کوئی بھی مسلم اخبار پڑھیے، کوئی بھی مسلم Magazine پڑھیے، کوئی بھی مسلم کتاب پڑھیے، کسی بھی مسلم Meeting میں جائیے، ہر جگہ بس Complaint کی باتیں ہیں، Protest کی باتیں ہیں، شکایت کی باتیں ہیں۔</w:t>
      </w:r>
    </w:p>
    <w:p>
      <w:r>
        <w:rPr>
          <w:b/>
        </w:rPr>
        <w:t xml:space="preserve">[30:18] </w:t>
      </w:r>
      <w:r>
        <w:t>doosron ke zulm ki shikayat, doosron ki Conspiracy ki shikayat۔ kyun؟ Islamic Wisdom nahi in ke andar hai۔ woh Islam ka aik Reduced Form sirf un ke paas hai۔</w:t>
      </w:r>
    </w:p>
    <w:p>
      <w:pPr>
        <w:jc w:val="right"/>
      </w:pPr>
      <w:r>
        <w:t>دوسروں کے ظلم کی شکایت، دوسروں کی Conspiracy کی شکایت۔ کیوں؟ Islamic Wisdom نہیں ان کے اندر ہے۔ وہ اسلام کا ایک Reduced Form صرف ان کے پاس ہے۔</w:t>
      </w:r>
    </w:p>
    <w:p>
      <w:r>
        <w:rPr>
          <w:b/>
        </w:rPr>
        <w:t xml:space="preserve">[30:29] </w:t>
      </w:r>
      <w:r>
        <w:t>woh hai Rituals۔ yeh sab log namaz parhtay hain۔</w:t>
      </w:r>
    </w:p>
    <w:p>
      <w:pPr>
        <w:jc w:val="right"/>
      </w:pPr>
      <w:r>
        <w:t>وہ ہے Rituals۔ یہ سب لوگ نماز پڑھتے ہیں۔</w:t>
      </w:r>
    </w:p>
    <w:p>
      <w:r>
        <w:rPr>
          <w:b/>
        </w:rPr>
        <w:t xml:space="preserve">[30:35] </w:t>
      </w:r>
      <w:r>
        <w:t>aaj kal aap kisi masjid mein jaiye, masjid bhari hui hogi۔ Hadees mein aata hai ke aik zamanay aye ga jab "مساجد معامرة وإخراج من الهدى"۔</w:t>
      </w:r>
    </w:p>
    <w:p>
      <w:pPr>
        <w:jc w:val="right"/>
      </w:pPr>
      <w:r>
        <w:t>آج کل آپ کسی مسجد میں جائیے، مسجد بھری ہوئی ہوگی۔ حدیث میں آتا ہے کہ ایک زمانہ آئے گا جبکہ "مساجد معامرة وإخراج من الهدى"۔</w:t>
      </w:r>
    </w:p>
    <w:p>
      <w:r>
        <w:rPr>
          <w:b/>
        </w:rPr>
        <w:t xml:space="preserve">[30:48] </w:t>
      </w:r>
      <w:r>
        <w:t>yeh Hadees hai ke aik zamanay aye ga jab "مساجد معامرة وإخراج من الهدى"۔ aik zamanay aye ga ke jab musalmanon ki masjidain bhari hui hongi lekin hidayat se khali hongi۔</w:t>
      </w:r>
    </w:p>
    <w:p>
      <w:pPr>
        <w:jc w:val="right"/>
      </w:pPr>
      <w:r>
        <w:t>یہ حدیث ہے کہ ایک زمانہ آئے گا جبکہ "مساجد معامرة وإخراج من الهدى"۔ ایک زمانہ آئے گا کہ جب مسلمانوں کی مسجدیں بھری ہوئی ہوں گی لیکن ہدایت سے خالی ہوں گی۔</w:t>
      </w:r>
    </w:p>
    <w:p>
      <w:r>
        <w:rPr>
          <w:b/>
        </w:rPr>
        <w:t xml:space="preserve">[31:04] </w:t>
      </w:r>
      <w:r>
        <w:t>matlab yeh Wisdom se khali hongi۔ Ritual ki bharmaar hogi aur Wisdom ghayab۔ aap dekhiye kisi masjid mein aap jaiye, log chhaton par namaz parh rahay hain, Road par namaz parh rahay hain, Extension ho raha hai,</w:t>
      </w:r>
    </w:p>
    <w:p>
      <w:pPr>
        <w:jc w:val="right"/>
      </w:pPr>
      <w:r>
        <w:t>مطلب یہ Wisdom سے خالی ہوں گی۔ Ritual کی بھرمار ہوگی اور Wisdom غائب۔ آپ دیکھیے کسی مسجد میں آپ جائیے، لوگ چھتوں پر نماز پڑھ رہے ہیں، Road پر نماز پڑھ رہے ہیں، Extension ہو رہا ہے،</w:t>
      </w:r>
    </w:p>
    <w:p>
      <w:r>
        <w:rPr>
          <w:b/>
        </w:rPr>
        <w:t xml:space="preserve">[31:19] </w:t>
      </w:r>
      <w:r>
        <w:t>masjid ko phir se bara kiya ja raha hai, nai nai masjidain ban rahi hain, bhara hua hai, har taraf musalman bhari hui hain masjidon mein۔ kisi bhi masjid mein aap jaiye۔</w:t>
      </w:r>
    </w:p>
    <w:p>
      <w:pPr>
        <w:jc w:val="right"/>
      </w:pPr>
      <w:r>
        <w:t>مسجد کو پھر سے بڑا کیا جا رہا ہے، نئی نئی مسجدیں بن رہی ہیں، بھرا ہوا ہے، ہر طرف مسلمان بھری ہوئی ہیں مسجدوں میں۔ کسی بھی مسجد میں آپ جائیے۔</w:t>
      </w:r>
    </w:p>
    <w:p>
      <w:r>
        <w:rPr>
          <w:b/>
        </w:rPr>
        <w:t xml:space="preserve">[31:31] </w:t>
      </w:r>
      <w:r>
        <w:t>"مساجد معامرة وإخراج من الهدى"۔ inhi masjidon mein Ritual wala deen to khoob hoga lekin Wisdom wala deen nahi hoga۔</w:t>
      </w:r>
    </w:p>
    <w:p>
      <w:pPr>
        <w:jc w:val="right"/>
      </w:pPr>
      <w:r>
        <w:t>"مساجد معامرة وإخراج من الهدى"۔ انہی مسجدوں میں Ritual والا دین تو خوب ہوگا لیکن Wisdom والا دین نہیں ہوگا۔</w:t>
      </w:r>
    </w:p>
    <w:p>
      <w:r>
        <w:rPr>
          <w:b/>
        </w:rPr>
        <w:t xml:space="preserve">[31:41] </w:t>
      </w:r>
      <w:r>
        <w:t>is ka matlab yahi hai۔</w:t>
      </w:r>
    </w:p>
    <w:p>
      <w:pPr>
        <w:jc w:val="right"/>
      </w:pPr>
      <w:r>
        <w:t>اس کا مطلب یہی ہے۔</w:t>
      </w:r>
    </w:p>
    <w:p>
      <w:r>
        <w:rPr>
          <w:b/>
        </w:rPr>
        <w:t xml:space="preserve">[31:45] </w:t>
      </w:r>
      <w:r>
        <w:t>jo Rituals hain woh wala deen to khoob wahan par hoga۔ Form aur Rituals۔ lekin Wisdom wala deen nahi hoga۔ isi liye aap dekhiye ke sari dunya ke musalman jo hain Negative Thinking aa gayi hai musalmanon mein۔</w:t>
      </w:r>
    </w:p>
    <w:p>
      <w:pPr>
        <w:jc w:val="right"/>
      </w:pPr>
      <w:r>
        <w:t>جو Rituals ہیں وہ والا دین تو خوب وہاں پر ہوگا۔ Form اور Rituals۔ لیکن Wisdom والا دین نہیں ہوگا۔ اسی لئے آپ دیکھیے کہ ساری دنیا کے مسلمان جو ہیں Negative Thinking آ گئی ہے مسلمانوں میں۔</w:t>
      </w:r>
    </w:p>
    <w:p>
      <w:r>
        <w:rPr>
          <w:b/>
        </w:rPr>
        <w:t xml:space="preserve">[31:59] </w:t>
      </w:r>
      <w:r>
        <w:t>Negative Mind ke sath jee rahay hain log۔ itni meri umar ho gayi to dunya bhar mein maine safar kiya, jis ko main dekhta hoon sab Negative boli bolta hai۔</w:t>
      </w:r>
    </w:p>
    <w:p>
      <w:pPr>
        <w:jc w:val="right"/>
      </w:pPr>
      <w:r>
        <w:t>Negative Mind کے ساتھ جی رہے ہیں لوگ۔ اتنی میری عمر ہو گئی تو دنیا بھر میں میں نے سفر کیا، جس کو میں دیکھتا ہوں سب Negative بولی بولتا ہے۔</w:t>
      </w:r>
    </w:p>
    <w:p>
      <w:r>
        <w:rPr>
          <w:b/>
        </w:rPr>
        <w:t xml:space="preserve">[32:10] </w:t>
      </w:r>
      <w:r>
        <w:t>Negative boli۔ chahe woh America mein ho, chahe Europe mein ho, chahe Arab mein ho, chahe India mein ho, Pakistan mein ho, kahin bhi۔ sab Negative boli boltay hain۔</w:t>
      </w:r>
    </w:p>
    <w:p>
      <w:pPr>
        <w:jc w:val="right"/>
      </w:pPr>
      <w:r>
        <w:t>Negative بولی۔ چاہے وہ امریکہ میں ہو، چاہے یورپ میں ہو، چاہے عرب میں ہو، چاہے انڈیا میں ہو، پاکستان میں ہو، کہیں بھی۔ سب Negative بولی بولتے ہیں۔</w:t>
      </w:r>
    </w:p>
    <w:p>
      <w:r>
        <w:rPr>
          <w:b/>
        </w:rPr>
        <w:t xml:space="preserve">[32:20] </w:t>
      </w:r>
      <w:r>
        <w:t>halankay Negative boli Islam mein hai hi nahi۔</w:t>
      </w:r>
    </w:p>
    <w:p>
      <w:pPr>
        <w:jc w:val="right"/>
      </w:pPr>
      <w:r>
        <w:t>حالانکہ Negative بولی اسلام میں ہے ہی نہیں۔</w:t>
      </w:r>
    </w:p>
    <w:p>
      <w:r>
        <w:rPr>
          <w:b/>
        </w:rPr>
        <w:t xml:space="preserve">[32:26] </w:t>
      </w:r>
      <w:r>
        <w:t>"There is no room for Negativity in Islam"۔ Islam sar se peir tak Positive Thinking ka naam hai۔ Negative Thinking bilkul Islam ke Against mein jati hai۔</w:t>
      </w:r>
    </w:p>
    <w:p>
      <w:pPr>
        <w:jc w:val="right"/>
      </w:pPr>
      <w:r>
        <w:t>"There is no room for Negativity in Islam"۔ اسلام سر سے پیر تک Positive Thinking کا نام ہے۔ Negative Thinking بالکل اسلام کے Against میں جاتی ہے۔</w:t>
      </w:r>
    </w:p>
    <w:p>
      <w:r>
        <w:rPr>
          <w:b/>
        </w:rPr>
        <w:t xml:space="preserve">[32:41] </w:t>
      </w:r>
      <w:r>
        <w:t>lekin jis ko dekhiye sab, sab namaz hi parh rahe hain aur sab Negativity mein jeete hain. dekhiye is ka do nuqsan hota hai.</w:t>
      </w:r>
    </w:p>
    <w:p>
      <w:pPr>
        <w:jc w:val="right"/>
      </w:pPr>
      <w:r>
        <w:t>لیکن جس کو دیکھیے سب، سب نماز ہی پڑھ رہے ہیں اور سب Negativity میں جیتے ہیں۔ دیکھیے اس کا دو نقصان ہوتا ہے۔</w:t>
      </w:r>
    </w:p>
    <w:p>
      <w:r>
        <w:rPr>
          <w:b/>
        </w:rPr>
        <w:t xml:space="preserve">[32:52] </w:t>
      </w:r>
      <w:r>
        <w:t>bohat bara nuqsan. number ek yeh hai ke aap dunya mein jo Opportunities hain aap ke liye woh dekh nahin paate aap.</w:t>
      </w:r>
    </w:p>
    <w:p>
      <w:pPr>
        <w:jc w:val="right"/>
      </w:pPr>
      <w:r>
        <w:t>بہت بڑا نقصان۔ نمبر ایک یہ ہے کہ آپ دنیا میں جو Opportunities ہیں آپ کے لئے وہ دیکھ نہیں پاتے آپ۔</w:t>
      </w:r>
    </w:p>
    <w:p>
      <w:r>
        <w:rPr>
          <w:b/>
        </w:rPr>
        <w:t xml:space="preserve">[33:05] </w:t>
      </w:r>
      <w:r>
        <w:t>kyun ke har Opportunity ke sath laga hua hai kuch Problem. jaise Quran mein hai ke har har yusr ke sath usr laga hua hai.</w:t>
      </w:r>
    </w:p>
    <w:p>
      <w:pPr>
        <w:jc w:val="right"/>
      </w:pPr>
      <w:r>
        <w:t>کیونکہ ہر Opportunity کے ساتھ لگا ہوا ہے کچھ Problem۔ جیسے قرآن میں ہے کہ ہر ہر یُسر کے ساتھ عُسر لگا ہوا ہے۔</w:t>
      </w:r>
    </w:p>
    <w:p>
      <w:r>
        <w:rPr>
          <w:b/>
        </w:rPr>
        <w:t xml:space="preserve">[33:15] </w:t>
      </w:r>
      <w:r>
        <w:t>"in al mal ghusr yusra". jahan yusr hai wahin usr bhi laga hua hai. to aap ko woh nigah chahiye jo usr se bahir ja kar ke, us se ooper uth kar ke dekh sake.</w:t>
      </w:r>
    </w:p>
    <w:p>
      <w:pPr>
        <w:jc w:val="right"/>
      </w:pPr>
      <w:r>
        <w:t>"إن المال غُسرَ يُسْرَى"۔ جہاں یُسر ہے وہیں عُسر بھی لگا ہوا ہے۔ تو آپ کو وہ نگاہ چاہیے جو عُسر سے باہر جا کر کے، اس سے اوپر اٹھ کر کے دیکھ سکے۔</w:t>
      </w:r>
    </w:p>
    <w:p>
      <w:r>
        <w:rPr>
          <w:b/>
        </w:rPr>
        <w:t xml:space="preserve">[33:31] </w:t>
      </w:r>
      <w:r>
        <w:t>tab aap yusr ko dekh payenge.</w:t>
      </w:r>
    </w:p>
    <w:p>
      <w:pPr>
        <w:jc w:val="right"/>
      </w:pPr>
      <w:r>
        <w:t>تب آپ یُسر کو دیکھ پائیں گے۔</w:t>
      </w:r>
    </w:p>
    <w:p>
      <w:r>
        <w:rPr>
          <w:b/>
        </w:rPr>
        <w:t xml:space="preserve">[33:38] </w:t>
      </w:r>
      <w:r>
        <w:t>to log Negative isi liye ban rahe hain. isi liye ban rahe hain ke Islam ki Rituals un ke pas hain, Islam ka Wisdom un ke pas nahin hai.</w:t>
      </w:r>
    </w:p>
    <w:p>
      <w:pPr>
        <w:jc w:val="right"/>
      </w:pPr>
      <w:r>
        <w:t>تو لوگ Negative اسی لئے بن رہے ہیں۔ اسی لئے بن رہے ہیں کہ اسلام کی Rituals ان کے پاس ہیں، اسلام کا Wisdom ان کے پاس نہیں ہے۔</w:t>
      </w:r>
    </w:p>
    <w:p>
      <w:r>
        <w:rPr>
          <w:b/>
        </w:rPr>
        <w:t xml:space="preserve">[33:51] </w:t>
      </w:r>
      <w:r>
        <w:t>Islam ka Wisdom un ke pas nahin hai.</w:t>
      </w:r>
    </w:p>
    <w:p>
      <w:pPr>
        <w:jc w:val="right"/>
      </w:pPr>
      <w:r>
        <w:t>اسلام کا Wisdom ان کے پاس نہیں ہے۔</w:t>
      </w:r>
    </w:p>
    <w:p>
      <w:r>
        <w:rPr>
          <w:b/>
        </w:rPr>
        <w:t xml:space="preserve">[33:55] </w:t>
      </w:r>
      <w:r>
        <w:t>to ek nuqsan yeh hai ke aap ko dunya ke mawaqe dikhai nahin denge.</w:t>
      </w:r>
    </w:p>
    <w:p>
      <w:pPr>
        <w:jc w:val="right"/>
      </w:pPr>
      <w:r>
        <w:t>تو ایک نقصان یہ ہے کہ آپ کو دنیا کے مواقع دکھائی نہیں دیں گے۔</w:t>
      </w:r>
    </w:p>
    <w:p>
      <w:r>
        <w:rPr>
          <w:b/>
        </w:rPr>
        <w:t xml:space="preserve">[34:05] </w:t>
      </w:r>
      <w:r>
        <w:t>dunya ki Opportunities aap ko dikhai nahin dengi. dunya mein aap ke liye jo Chances khule hue hain woh aap ko dikhai nahin denge. sirf Negative Picture dunya ki dikhai degi aap ko.</w:t>
      </w:r>
    </w:p>
    <w:p>
      <w:pPr>
        <w:jc w:val="right"/>
      </w:pPr>
      <w:r>
        <w:t>دنیا کی Opportunities آپ کو دکھائی نہیں دیں گی۔ دنیا میں آپ کے لئے جو Chances کھلے ہوئے ہیں وہ آپ کو دکھائی نہیں دیں گے۔ صرف Negative Picture دنیا کی دکھائی دے گی آپ کو۔</w:t>
      </w:r>
    </w:p>
    <w:p>
      <w:r>
        <w:rPr>
          <w:b/>
        </w:rPr>
        <w:t xml:space="preserve">[34:16] </w:t>
      </w:r>
      <w:r>
        <w:t>jaisa ke ho raha hai. ke jab Colonialism dunya mein tha to sirf aap ko yahi dikhai diya ke ke European qaumein jo hain aa kar hamein hamare ooper Rule kar rahi hain, yeh dikhai diya.</w:t>
      </w:r>
    </w:p>
    <w:p>
      <w:pPr>
        <w:jc w:val="right"/>
      </w:pPr>
      <w:r>
        <w:t>جیسا کہ ہو رہا ہے۔ کہ جب Colonialism دنیا میں تھا تو صرف آپ کو یہی دکھائی دیا کہ کہ European قومیں جو ہیں آ کر ہمیں ہمارے اوپر Rule کر رہی ہیں، یہ دکھائی دیا۔</w:t>
      </w:r>
    </w:p>
    <w:p>
      <w:r>
        <w:rPr>
          <w:b/>
        </w:rPr>
        <w:t xml:space="preserve">[34:29] </w:t>
      </w:r>
      <w:r>
        <w:t>aur woh ek naye imkanat layi hain, nayi Opportunities layi hain, woh dikhai nahin diya. to ladte rahe, ladte rahe, ladte rahe. ab is zamane mein jab Globalization ka zamana hai, tab bhi Musalmanon ko sirf dikhai de raha hai kya?</w:t>
      </w:r>
    </w:p>
    <w:p>
      <w:pPr>
        <w:jc w:val="right"/>
      </w:pPr>
      <w:r>
        <w:t>اور وہ ایک نئے امکانات لائی ہیں، نئی Opportunities لائی ہیں، وہ دکھائی نہیں دیا۔ تو لڑتے رہے، لڑتے رہے، لڑتے رہے۔ اب اس زمانے میں جب Globalization کا زمانہ ہے، تب بھی مسلمانوں کو صرف دکھائی دے رہا ہے کیا؟</w:t>
      </w:r>
    </w:p>
    <w:p>
      <w:r>
        <w:rPr>
          <w:b/>
        </w:rPr>
        <w:t xml:space="preserve">[34:43] </w:t>
      </w:r>
      <w:r>
        <w:t>ke sahib yeh ek ek woh jo kisi ne shair ne kaha hai ke "naya jaal laye purane shikari". ek shair ne kaha hai ke "naya jaal laye purane shikari".</w:t>
      </w:r>
    </w:p>
    <w:p>
      <w:pPr>
        <w:jc w:val="right"/>
      </w:pPr>
      <w:r>
        <w:t>کہ صاحب یہ ایک ایک وہ جو کسی نے شاعر نے کہا ہے کہ "نیا جال لائے پرانے شکاری"۔ ایک شاعر نے کہا ہے کہ "نیا جال لائے پرانے شکاری"۔</w:t>
      </w:r>
    </w:p>
    <w:p>
      <w:r>
        <w:rPr>
          <w:b/>
        </w:rPr>
        <w:t xml:space="preserve">[34:56] </w:t>
      </w:r>
      <w:r>
        <w:t>yani woh shikari jo pehle aaye the Colonialism ke Base mein, ab woh Globalization ke Base mein aa rahe hain. yeh kya hai yeh Negative boli?</w:t>
      </w:r>
    </w:p>
    <w:p>
      <w:pPr>
        <w:jc w:val="right"/>
      </w:pPr>
      <w:r>
        <w:t>یعنی وہ شکاری جو پہلے آئے تھے Colonialism کے Base میں، اب وہ Globalization کے Base میں آ رہے ہیں۔ یہ کیا ہے یہ Negative بولی؟</w:t>
      </w:r>
    </w:p>
    <w:p>
      <w:r>
        <w:rPr>
          <w:b/>
        </w:rPr>
        <w:t xml:space="preserve">[35:07] </w:t>
      </w:r>
      <w:r>
        <w:t>"naya jaal laye purane shikari". kuch nahin, yeh sab bilkul Baseless baatein hain. Law of Nature hai ke dunya mein aisa kabhi bhi nahin hoga ke sirf usr se dunya bhar jaye.</w:t>
      </w:r>
    </w:p>
    <w:p>
      <w:pPr>
        <w:jc w:val="right"/>
      </w:pPr>
      <w:r>
        <w:t>"نیا جال لائے پرانے شکاری"۔ کچھ نہیں، یہ سب بالکل Baseless باتیں ہیں۔ Law of Nature ہے کہ دنیا میں ایسا کبھی بھی نہیں ہوگا کہ صرف عُسر سے دنیا بھر جائے۔</w:t>
      </w:r>
    </w:p>
    <w:p>
      <w:r>
        <w:rPr>
          <w:b/>
        </w:rPr>
        <w:t xml:space="preserve">[35:23] </w:t>
      </w:r>
      <w:r>
        <w:t>yusr zaroor rahega sath sath. yani Problem se bhar jaye, Opportunity na rahe. Disadvantage se bhar jaye, Advantage na rahe.</w:t>
      </w:r>
    </w:p>
    <w:p>
      <w:pPr>
        <w:jc w:val="right"/>
      </w:pPr>
      <w:r>
        <w:t>یُسر ضرور رہے گا ساتھ ساتھ۔ یعنی Problem سے بھر جائے، Opportunity نہ رہے۔ Disadvantage سے بھر جائے، Advantage نہ رہے۔</w:t>
      </w:r>
    </w:p>
    <w:p>
      <w:r>
        <w:rPr>
          <w:b/>
        </w:rPr>
        <w:t xml:space="preserve">[35:32] </w:t>
      </w:r>
      <w:r>
        <w:t>yeh kabhi hone wala nahin hai. to aap dekhiye ke do so saal se Musalman andhere mein gum hain.</w:t>
      </w:r>
    </w:p>
    <w:p>
      <w:pPr>
        <w:jc w:val="right"/>
      </w:pPr>
      <w:r>
        <w:t>یہ کبھی ہونے والا نہیں ہے۔ تو آپ دیکھیے کہ دو سو سال سے مسلمان اندھیرے میں گم ہیں۔</w:t>
      </w:r>
    </w:p>
    <w:p>
      <w:r>
        <w:rPr>
          <w:b/>
        </w:rPr>
        <w:t xml:space="preserve">[35:41] </w:t>
      </w:r>
      <w:r>
        <w:t>yani Negativity mein jeena aur Protest mein jeena, Complaint mein jeena, yeh andhere mein jeena hai, andhere mein jeena hai. to ek nuqsan is ka yeh hota hai ke aadmi Opportunity Blind ho jata hai.</w:t>
      </w:r>
    </w:p>
    <w:p>
      <w:pPr>
        <w:jc w:val="right"/>
      </w:pPr>
      <w:r>
        <w:t>یعنی Negativity میں جینا اور Protest میں جینا، Complaint میں جینا، یہ اندھیرے میں جینا ہے، اندھیرے میں جینا ہے۔ تو ایک نقصان اس کا یہ ہوتا ہے کہ آدمی Opportunity Blind ہو جاتا ہے۔</w:t>
      </w:r>
    </w:p>
    <w:p>
      <w:r>
        <w:rPr>
          <w:b/>
        </w:rPr>
        <w:t xml:space="preserve">[35:59] </w:t>
      </w:r>
      <w:r>
        <w:t>yani Islamic Wisdom se mahrumi ka ek nateeja yeh hota hai ke aadmi Opportunity Blind ho jata hai. aur phir woh is ke pas siwaye shikayat hi boli ke aur kuch bhi nahin hota.</w:t>
      </w:r>
    </w:p>
    <w:p>
      <w:pPr>
        <w:jc w:val="right"/>
      </w:pPr>
      <w:r>
        <w:t>یعنی Islamic Wisdom سے محرومی کا ایک نتیجہ یہ ہوتا ہے کہ آدمی Opportunity Blind ہو جاتا ہے۔ اور پھر وہ اس کے پاس سوائے شکایت ہی بولی کے اور کچھ بھی نہیں ہوتا۔</w:t>
      </w:r>
    </w:p>
    <w:p>
      <w:r>
        <w:rPr>
          <w:b/>
        </w:rPr>
        <w:t xml:space="preserve">[36:12] </w:t>
      </w:r>
      <w:r>
        <w:t>Negativity ke siwa kuch nahin hota is ke pas. ek nuqsan yeh hai. doosra nuqsan yeh hai ke aap Khuda ki rehmaton se doori door ho jate hain.</w:t>
      </w:r>
    </w:p>
    <w:p>
      <w:pPr>
        <w:jc w:val="right"/>
      </w:pPr>
      <w:r>
        <w:t>Negativity کے سوا کچھ نہیں ہوتا اس کے پاس۔ ایک نقصان یہ ہے۔ دوسرا نقصان یہ ہے کہ آپ خدا کی رحمتوں سے دوری دور ہو جاتے ہیں۔</w:t>
      </w:r>
    </w:p>
    <w:p>
      <w:r>
        <w:rPr>
          <w:b/>
        </w:rPr>
        <w:t xml:space="preserve">[36:23] </w:t>
      </w:r>
      <w:r>
        <w:t>yaad rakhiye Khuda ki rehmat jo hai woh Positive Soul ke andar aati hai, Positive Mind ke andar aati hai. Negative Mind ke andar Khuda ki rehmat nahin aati.</w:t>
      </w:r>
    </w:p>
    <w:p>
      <w:pPr>
        <w:jc w:val="right"/>
      </w:pPr>
      <w:r>
        <w:t>یاد رکھیے خدا کی رحمت جو ہے وہ Positive Soul کے اندر آتی ہے، Positive Mind کے اندر آتی ہے۔ Negative Mind کے اندر خدا کی رحمت نہیں آتی۔</w:t>
      </w:r>
    </w:p>
    <w:p>
      <w:r>
        <w:rPr>
          <w:b/>
        </w:rPr>
        <w:t xml:space="preserve">[36:35] </w:t>
      </w:r>
      <w:r>
        <w:t>Gotam Budh ka ek qissa mujhe bohat pasand hai. un ka ek Disciple tha. us ne, us ke haan doodh ka karobar hota tha.</w:t>
      </w:r>
    </w:p>
    <w:p>
      <w:pPr>
        <w:jc w:val="right"/>
      </w:pPr>
      <w:r>
        <w:t>گوتم بدھ کا ایک قصہ مجھے بہت پسند ہے۔ ان کا ایک Disciple تھا۔ اس نے، اس کے ہاں دودھ کا کاروبار ہوتا تھا۔</w:t>
      </w:r>
    </w:p>
    <w:p>
      <w:r>
        <w:rPr>
          <w:b/>
        </w:rPr>
        <w:t xml:space="preserve">[36:48] </w:t>
      </w:r>
      <w:r>
        <w:t>gaayein pali hui theen aur doodh ka karobar karta tha woh. to us ne kaha Gotam Budh se ke aap aaiye mere haan. mein aap ko shudh doodh doon ga, ek bartan le ke aaiyega.</w:t>
      </w:r>
    </w:p>
    <w:p>
      <w:pPr>
        <w:jc w:val="right"/>
      </w:pPr>
      <w:r>
        <w:t>گائیں پلی ہوئی تھیں اور دودھ کا کاروبار کرتا تھا وہ۔ تو اس نے کہا گوتم بدھ سے کہ آپ آئیے میرے ہاں۔ میں آپ کو شُدھ دودھ دوں گا، ایک برتن لے کے آئیے گا۔</w:t>
      </w:r>
    </w:p>
    <w:p>
      <w:r>
        <w:rPr>
          <w:b/>
        </w:rPr>
        <w:t xml:space="preserve">[37:00] </w:t>
      </w:r>
      <w:r>
        <w:t>aap se mujhe kuch giyan lena hai. to Gotam Budh gaye us ke haan. ek ek ek bartan un ke pas tha, ek lota le gaye.</w:t>
      </w:r>
    </w:p>
    <w:p>
      <w:pPr>
        <w:jc w:val="right"/>
      </w:pPr>
      <w:r>
        <w:t>آپ سے مجھے کچھ گیان لینا ہے۔ تو گوتم بدھ گئے اس کے ہاں۔ ایک ایک ایک برتن ان کے پاس تھا، ایک لوٹا لے گئے۔</w:t>
      </w:r>
    </w:p>
    <w:p>
      <w:r>
        <w:rPr>
          <w:b/>
        </w:rPr>
        <w:t xml:space="preserve">[37:12] </w:t>
      </w:r>
      <w:r>
        <w:t>to bartan mein jaan boojh kar unhon ne andar koi mitti watti daal liya tha. to wahan pohnche to unhon ne woh lota us aadmi ko diya. ke tum ne kaha tha ke hum doodh denge, ek bartan layega.</w:t>
      </w:r>
    </w:p>
    <w:p>
      <w:pPr>
        <w:jc w:val="right"/>
      </w:pPr>
      <w:r>
        <w:t>تو برتن میں جان بوجھ کر انہوں نے اندر کوئی مٹی وٹی ڈال لیا تھا۔ تو وہاں پہنچے تو انہوں نے وہ لوٹا اس آدمی کو دیا۔ کہ تم نے کہا تھا کہ ہم دودھ دیں گے، ایک برتن لائیے گا۔</w:t>
      </w:r>
    </w:p>
    <w:p>
      <w:r>
        <w:rPr>
          <w:b/>
        </w:rPr>
        <w:t xml:space="preserve">[37:25] </w:t>
      </w:r>
      <w:r>
        <w:t>to mein ek bartan laya hoon. to us aadmi ne dekha to us mein mitti thi andar. to pehle us ne khoob saaf kiya, achhe tareeqe se.</w:t>
      </w:r>
    </w:p>
    <w:p>
      <w:pPr>
        <w:jc w:val="right"/>
      </w:pPr>
      <w:r>
        <w:t>تو میں ایک برتن لایا ہوں۔ تو اس آدمی نے دیکھا تو اس میں مٹی تھی اندر۔ تو پہلے اس نے خوب صاف کیا، اچھے طریقے سے۔</w:t>
      </w:r>
    </w:p>
    <w:p>
      <w:r>
        <w:rPr>
          <w:b/>
        </w:rPr>
        <w:t xml:space="preserve">[37:35] </w:t>
      </w:r>
      <w:r>
        <w:t>khoob saaf kar ke phir is mein is ne doodh, shudh doodh, Pure Milk le kar ke is mein rakha aur diya Gautam Buddh ko.</w:t>
      </w:r>
    </w:p>
    <w:p>
      <w:pPr>
        <w:jc w:val="right"/>
      </w:pPr>
      <w:r>
        <w:t>خوب صاف کر کے پھر اس میں اس نے دودھ، شُدھ دودھ، Pure Milk لے کر کے اس میں رکھا اور دیا گوتم بدھ کو۔</w:t>
      </w:r>
    </w:p>
    <w:p>
      <w:r>
        <w:rPr>
          <w:b/>
        </w:rPr>
        <w:t xml:space="preserve">[37:47] </w:t>
      </w:r>
      <w:r>
        <w:t>to Gautam Buddh us ko le kar chalne lagay. to is gwalay ne kaha ke bhai aap chalay ja rahay hain, gyaan to diya nahi hai aap ne.</w:t>
      </w:r>
    </w:p>
    <w:p>
      <w:pPr>
        <w:jc w:val="right"/>
      </w:pPr>
      <w:r>
        <w:t>تو گوتم بدھ اس کو لے کر چلنے لگے۔ تو اس گوالے نے کہا کہ بھئی آپ چلے جا رہے ہیں، گیان تو دیا نہیں ہے آپ نے۔</w:t>
      </w:r>
    </w:p>
    <w:p>
      <w:r>
        <w:rPr>
          <w:b/>
        </w:rPr>
        <w:t xml:space="preserve">[37:57] </w:t>
      </w:r>
      <w:r>
        <w:t>yani doodh to le liya aap ne. aur mera maqsad to yeh tha ke aap ayein gay to kuch mujhe gyaan dein gay. woh to diya nahi hai aap ne. to Gautam Buddh ne kaha ke maine tum ko gyaan de diya.</w:t>
      </w:r>
    </w:p>
    <w:p>
      <w:pPr>
        <w:jc w:val="right"/>
      </w:pPr>
      <w:r>
        <w:t>یعنی دودھ تو لے لیا آپ نے۔ اور میرا مقصد تو یہ تھا کہ آپ آئیں گے تو کچھ مجھے گیان دیں گے۔ وہ تو دیا نہیں ہے آپ نے۔ تو گوتم بدھ نے کہا کہ میں نے تم کو گیان دے دیا۔</w:t>
      </w:r>
    </w:p>
    <w:p>
      <w:r>
        <w:rPr>
          <w:b/>
        </w:rPr>
        <w:t xml:space="preserve">[38:12] </w:t>
      </w:r>
      <w:r>
        <w:t>main tum ko gyaan de diya. to us ne kaha kaise? to unhon ne kaha ke dekho yeh jo bartan hai, Container, yeh saaf nahi tha.</w:t>
      </w:r>
    </w:p>
    <w:p>
      <w:pPr>
        <w:jc w:val="right"/>
      </w:pPr>
      <w:r>
        <w:t>میں تم کو گیان دے دیا۔ تو اس نے کہا کیسے؟ تو انہوں نے کہا کہ دیکھو یہ جو برتن ہے، Container، یہ صاف نہیں تھا۔</w:t>
      </w:r>
    </w:p>
    <w:p>
      <w:r>
        <w:rPr>
          <w:b/>
        </w:rPr>
        <w:t xml:space="preserve">[38:26] </w:t>
      </w:r>
      <w:r>
        <w:t>to tum ne is mein doodh nahi rakha. kyunke bartan agar saaf na ho to doodh kharab ho jata hai. to Container ko saaf karne ke baad tum ne is ke andar doodh rakha.</w:t>
      </w:r>
    </w:p>
    <w:p>
      <w:pPr>
        <w:jc w:val="right"/>
      </w:pPr>
      <w:r>
        <w:t>تو تم نے اس میں دودھ نہیں رکھا۔ کیونکہ برتن اگر صاف نہ ہو تو دودھ خراب ہو جاتا ہے۔ تو Container کو صاف کرنے کے بعد تم نے اس کے اندر دودھ رکھا۔</w:t>
      </w:r>
    </w:p>
    <w:p>
      <w:r>
        <w:rPr>
          <w:b/>
        </w:rPr>
        <w:t xml:space="preserve">[38:39] </w:t>
      </w:r>
      <w:r>
        <w:t>kyunke doodh phir kharab ho jata hai agar saaf na hota container. to unhon ne kaha ke tumhara jo seena hai, jo container tumhara hai, woh to saaf hai hi nahi.</w:t>
      </w:r>
    </w:p>
    <w:p>
      <w:pPr>
        <w:jc w:val="right"/>
      </w:pPr>
      <w:r>
        <w:t>کیونکہ دودھ پھر خراب ہو جاتا ہے اگر صاف نہ ہوتا Container۔ تو انہوں نے کہا کہ تمہارا جو سینہ ہے، جو Container تمہارا ہے، وہ تو صاف ہے ہی نہیں۔</w:t>
      </w:r>
    </w:p>
    <w:p>
      <w:r>
        <w:rPr>
          <w:b/>
        </w:rPr>
        <w:t xml:space="preserve">[38:49] </w:t>
      </w:r>
      <w:r>
        <w:t>woh to Negativity mein jeeta hai. to main gyaan doon to kahan doon? pehle apne Container ko saaf karo, tab main gyaan de sakta hoon.</w:t>
      </w:r>
    </w:p>
    <w:p>
      <w:pPr>
        <w:jc w:val="right"/>
      </w:pPr>
      <w:r>
        <w:t>وہ تو Negativity میں جیتا ہے۔ تو میں گیان دوں تو کہاں دوں؟ پہلے اپنے Container کو صاف کرو، تب میں گیان دے سکتا ہوں۔</w:t>
      </w:r>
    </w:p>
    <w:p>
      <w:r>
        <w:rPr>
          <w:b/>
        </w:rPr>
        <w:t xml:space="preserve">[39:04] </w:t>
      </w:r>
      <w:r>
        <w:t>main ne gyaan tum ko main doon ga tab bhi tum ko mile ga nahi. yeh bohat is ke andar sabaq hai is ke andar. to agar aap jeetay hain negativity mein, agar aap jeetay hain complaint mein, agar aap jeetay hain protest mein,</w:t>
      </w:r>
    </w:p>
    <w:p>
      <w:pPr>
        <w:jc w:val="right"/>
      </w:pPr>
      <w:r>
        <w:t>میں نے گیان تم کو میں دوں گا تب بھی تم کو ملے گا نہیں۔ یہ بہت اس کے اندر سبق ہے اس کے اندر۔ تو اگر آپ جیتے ہیں Negativity میں، اگر آپ جیتے ہیں Complaint میں، اگر آپ جیتے ہیں Protest میں،</w:t>
      </w:r>
    </w:p>
    <w:p>
      <w:r>
        <w:rPr>
          <w:b/>
        </w:rPr>
        <w:t xml:space="preserve">[39:22] </w:t>
      </w:r>
      <w:r>
        <w:t>agar aap is tarah jeetay hain ke sari duniya jo hai zalim hai, sari duniya jo hai woh Conspiracy kar rahi hai, sari duniya Islam dushman hai, to aap ne apne Container ko kharab kar rakha hai.</w:t>
      </w:r>
    </w:p>
    <w:p>
      <w:pPr>
        <w:jc w:val="right"/>
      </w:pPr>
      <w:r>
        <w:t>اگر آپ اس طرح جیتے ہیں کہ ساری دنیا جو ہے ظالم ہے، ساری دنیا جو ہے وہ Conspiracy کر رہی ہے، ساری دنیا اسلام دشمن ہے، تو آپ نے اپنے Container کو خراب کر رکھا ہے۔</w:t>
      </w:r>
    </w:p>
    <w:p>
      <w:r>
        <w:rPr>
          <w:b/>
        </w:rPr>
        <w:t xml:space="preserve">[39:33] </w:t>
      </w:r>
      <w:r>
        <w:t>apne Container ko Pollute kar rakha hai. aap ka jo Container hai woh saaf nahi hai, woh Clean nahi hai. to Khuda ka Inspiration aye ga aur aap ke andar aap ko mile ga nahi.</w:t>
      </w:r>
    </w:p>
    <w:p>
      <w:pPr>
        <w:jc w:val="right"/>
      </w:pPr>
      <w:r>
        <w:t>اپنے Container کو Pollute کر رکھا ہے۔ آپ کا جو Container ہے وہ صاف نہیں ہے، وہ Clean نہیں ہے۔ تو خدا کا Inspiration آئے گا اور آپ کے اندر آپ کو ملے گا نہیں۔</w:t>
      </w:r>
    </w:p>
    <w:p>
      <w:r>
        <w:rPr>
          <w:b/>
        </w:rPr>
        <w:t xml:space="preserve">[39:48] </w:t>
      </w:r>
      <w:r>
        <w:t>Hadees mein ata hai ke Khuda subah shaam apna Inspiration bhejta hai. subah shaam. apni rehmatain bhejta hai, apni Blessing bhejta hai. Khuda ki Blessing subah shaam utar rahi hai.</w:t>
      </w:r>
    </w:p>
    <w:p>
      <w:pPr>
        <w:jc w:val="right"/>
      </w:pPr>
      <w:r>
        <w:t>حدیث میں آتا ہے کہ خدا صبح شام اپنا Inspiration بھیجتا ہے۔ صبح شام۔ اپنی رحمتیں بھیجتا ہے، اپنی Blessing بھیجتا ہے۔ خدا کی Blessing صبح شام اتر رہی ہے۔</w:t>
      </w:r>
    </w:p>
    <w:p>
      <w:r>
        <w:rPr>
          <w:b/>
        </w:rPr>
        <w:t xml:space="preserve">[40:00] </w:t>
      </w:r>
      <w:r>
        <w:t>lekin jis ka Container saaf hoga us ko mile gi. nahi to woh nahi mile gi.</w:t>
      </w:r>
    </w:p>
    <w:p>
      <w:pPr>
        <w:jc w:val="right"/>
      </w:pPr>
      <w:r>
        <w:t>لیکن جس کا Container صاف ہوگا اس کو ملے گی۔ نہیں تو وہ نہیں ملے گی۔</w:t>
      </w:r>
    </w:p>
    <w:p>
      <w:r>
        <w:rPr>
          <w:b/>
        </w:rPr>
        <w:t xml:space="preserve">[40:10] </w:t>
      </w:r>
      <w:r>
        <w:t>to dekhiye Islam agar Ritual ban jaye aur Wisdom na rahay to do bohat hi baray nuqsan hotay hain.</w:t>
      </w:r>
    </w:p>
    <w:p>
      <w:pPr>
        <w:jc w:val="right"/>
      </w:pPr>
      <w:r>
        <w:t>تو دیکھیے اسلام اگر Ritual بن جائے اور Wisdom نہ رہے تو دو بہت ہی بڑے نقصان ہوتے ہیں۔</w:t>
      </w:r>
    </w:p>
    <w:p>
      <w:r>
        <w:rPr>
          <w:b/>
        </w:rPr>
        <w:t xml:space="preserve">[40:18] </w:t>
      </w:r>
      <w:r>
        <w:t>bohat baray nuqsan. jo is waqt Musalmanon ko bhugat rahay hain Musalman. aik yeh hai ke woh Opportunity Blind ho jatay hain.</w:t>
      </w:r>
    </w:p>
    <w:p>
      <w:pPr>
        <w:jc w:val="right"/>
      </w:pPr>
      <w:r>
        <w:t>بہت بڑے نقصان۔ جو اس وقت مسلمانوں کو بھگت رہے ہیں مسلمان۔ ایک یہ ہے کہ وہ Opportunity Blind ہو جاتے ہیں۔</w:t>
      </w:r>
    </w:p>
    <w:p>
      <w:r>
        <w:rPr>
          <w:b/>
        </w:rPr>
        <w:t xml:space="preserve">[40:28] </w:t>
      </w:r>
      <w:r>
        <w:t>Opportunity un ko dikhai nahi deti. shikayat, shikayat, shikayat, shikayat yeh boltay rehtay hain. aur doosra kya yeh hai? in ka Container ho jata hai Negative.</w:t>
      </w:r>
    </w:p>
    <w:p>
      <w:pPr>
        <w:jc w:val="right"/>
      </w:pPr>
      <w:r>
        <w:t>Opportunity ان کو دکھائی نہیں دیتی۔ شکایت، شکایت، شکایت، شکایت یہ بولتے رہتے ہیں۔ اور دوسرا کیا یہ ہے؟ ان کا Container ہو جاتا ہے Negative۔</w:t>
      </w:r>
    </w:p>
    <w:p>
      <w:r>
        <w:rPr>
          <w:b/>
        </w:rPr>
        <w:t xml:space="preserve">[40:39] </w:t>
      </w:r>
      <w:r>
        <w:t>in ka Container ho jata hai usay Polluted. to Khuda ka jo Inspiration ata hai, Khuda ki jo Blessing ati hai, us mein jagah nahi pati.</w:t>
      </w:r>
    </w:p>
    <w:p>
      <w:pPr>
        <w:jc w:val="right"/>
      </w:pPr>
      <w:r>
        <w:t>ان کا Container ہو جاتا ہے اسے Polluted۔ تو خدا کا جو Inspiration آتا ہے، خدا کی جو Blessing آتی ہے، اس میں جگہ نہیں پاتی۔</w:t>
      </w:r>
    </w:p>
    <w:p>
      <w:r>
        <w:rPr>
          <w:b/>
        </w:rPr>
        <w:t xml:space="preserve">[40:50] </w:t>
      </w:r>
      <w:r>
        <w:t>kyunke Khuda sirf Clean jo Container hai usi mein apni Blessing utarta hai. jo saaf dil hai, jo Positive Mind hai, jo musbat rooh hai usi ke andar Khuda apni Blessing utarta hai.</w:t>
      </w:r>
    </w:p>
    <w:p>
      <w:pPr>
        <w:jc w:val="right"/>
      </w:pPr>
      <w:r>
        <w:t>کیونکہ خدا صرف Clean جو Container ہے اسی میں اپنی Blessing اتارتا ہے۔ جو صاف دل ہے، جو Positive Mind ہے، جو مثبت روح ہے اسی کے اندر خدا اپنی Blessing اتارتا ہے۔</w:t>
      </w:r>
    </w:p>
    <w:p>
      <w:r>
        <w:rPr>
          <w:b/>
        </w:rPr>
        <w:t xml:space="preserve">[41:05] </w:t>
      </w:r>
      <w:r>
        <w:t>nahi to nahi utarta hai. to Islam ke Wisdom se mehroomi ka kitna bara nuqsan hai.</w:t>
      </w:r>
    </w:p>
    <w:p>
      <w:pPr>
        <w:jc w:val="right"/>
      </w:pPr>
      <w:r>
        <w:t>نہیں تو نہیں اتارتا ہے۔ تو اسلام کے Wisdom سے محرومی کا کتنا بڑا نقصان ہے۔</w:t>
      </w:r>
    </w:p>
    <w:p>
      <w:r>
        <w:rPr>
          <w:b/>
        </w:rPr>
        <w:t xml:space="preserve">[41:15] </w:t>
      </w:r>
      <w:r>
        <w:t>bohat hi bara nuqsan hai.</w:t>
      </w:r>
    </w:p>
    <w:p>
      <w:pPr>
        <w:jc w:val="right"/>
      </w:pPr>
      <w:r>
        <w:t>بہت ہی بڑا نقصان ہے۔</w:t>
      </w:r>
    </w:p>
    <w:p>
      <w:r>
        <w:rPr>
          <w:b/>
        </w:rPr>
        <w:t xml:space="preserve">[41:19] </w:t>
      </w:r>
      <w:r>
        <w:t>bohat hi bara nuqsan hai. Wisdom se mehroomi.</w:t>
      </w:r>
    </w:p>
    <w:p>
      <w:pPr>
        <w:jc w:val="right"/>
      </w:pPr>
      <w:r>
        <w:t>بہت ہی بڑا نقصان ہے۔ Wisdom سے محرومی۔</w:t>
      </w:r>
    </w:p>
    <w:p>
      <w:r>
        <w:rPr>
          <w:b/>
        </w:rPr>
        <w:t xml:space="preserve">[41:27] </w:t>
      </w:r>
      <w:r>
        <w:t>ab dekhiye ke main aap ko aik waqia arz karoon. ke</w:t>
      </w:r>
    </w:p>
    <w:p>
      <w:pPr>
        <w:jc w:val="right"/>
      </w:pPr>
      <w:r>
        <w:t>اب دیکھیے کہ میں آپ کو ایک واقعہ عرض کروں۔ کہ</w:t>
      </w:r>
    </w:p>
    <w:p>
      <w:r>
        <w:rPr>
          <w:b/>
        </w:rPr>
        <w:t xml:space="preserve">[41:36] </w:t>
      </w:r>
      <w:r>
        <w:t>Hazrat Masih ne apne shagirdon se kaha ke tum Yerushalim se bahar jao, doosray doosray Countries mein, wahan par hamari masjid jo hai us ko phailao.</w:t>
      </w:r>
    </w:p>
    <w:p>
      <w:pPr>
        <w:jc w:val="right"/>
      </w:pPr>
      <w:r>
        <w:t>حضرت مسیح نے اپنے شاگردوں سے کہا کہ تم یروشلم سے باہر جاؤ، دوسرے دوسرے Countries میں، وہاں پر ہمارا مسجد جو ہے اس کو پھیلاؤ۔</w:t>
      </w:r>
    </w:p>
    <w:p>
      <w:r>
        <w:rPr>
          <w:b/>
        </w:rPr>
        <w:t xml:space="preserve">[41:48] </w:t>
      </w:r>
      <w:r>
        <w:t>to unhon ne kaha ke hum to wahan doosri zubanen wahan boli jati hain. wahan hum ja kar kya karein gay hum? Hazrat Masih ne kaha ke nahi jao Khuda ke bharose par, phir hi jao.</w:t>
      </w:r>
    </w:p>
    <w:p>
      <w:pPr>
        <w:jc w:val="right"/>
      </w:pPr>
      <w:r>
        <w:t>تو انہوں نے کہا کہ ہم تو وہاں دوسری زبانیں وہاں بولی جاتی ہیں۔ وہاں ہم جا کر کیا کریں گے ہم؟ حضرت مسیح نے کہا کہ نہیں جاؤ خدا کے بھروسے پر، پھر ہی جاؤ۔</w:t>
      </w:r>
    </w:p>
    <w:p>
      <w:r>
        <w:rPr>
          <w:b/>
        </w:rPr>
        <w:t xml:space="preserve">[41:58] </w:t>
      </w:r>
      <w:r>
        <w:t>Khuda ke bharose par jao. yeh bhi Wisdom thi, Divine Wisdom. kyun? aap yeh samajhtay thay ke un ke dil mein aik Message hai.</w:t>
      </w:r>
    </w:p>
    <w:p>
      <w:pPr>
        <w:jc w:val="right"/>
      </w:pPr>
      <w:r>
        <w:t>خدا کے بھروسے پر جاؤ۔ یہ بھی Wisdom تھی، Divine Wisdom۔ کیوں؟ آپ یہ سمجھتے تھے کہ ان کے دل میں ایک Message ہے۔</w:t>
      </w:r>
    </w:p>
    <w:p>
      <w:r>
        <w:rPr>
          <w:b/>
        </w:rPr>
        <w:t xml:space="preserve">[42:09] </w:t>
      </w:r>
      <w:r>
        <w:t>aik Message bhara hua hai un ke dil mein. jab wahan jayein gay to logon se milein gay, Interaction hoga. to woh Message jo hai majboor kare ga ke woh seekhein un ki zuban.</w:t>
      </w:r>
    </w:p>
    <w:p>
      <w:pPr>
        <w:jc w:val="right"/>
      </w:pPr>
      <w:r>
        <w:t>ایک Message بھرا ہوا ہے ان کے دل میں۔ جب وہاں جائیں گے تو لوگوں سے ملیں گے، Interaction ہوگا۔ تو وہ Message جو ہے مجبور کرے گا کہ وہ سیکھیں ان کی زبان۔</w:t>
      </w:r>
    </w:p>
    <w:p>
      <w:r>
        <w:rPr>
          <w:b/>
        </w:rPr>
        <w:t xml:space="preserve">[42:25] </w:t>
      </w:r>
      <w:r>
        <w:t>jaise kisi ne kaha ke zuban-e-yaar-e-man turki o man turki nami danam. lekin phir us ne seekhi un ki zuban. seekh kar ke saari baat pohanchai un tak.</w:t>
      </w:r>
    </w:p>
    <w:p>
      <w:pPr>
        <w:jc w:val="right"/>
      </w:pPr>
      <w:r>
        <w:t>جیسے کسی نے کہا کہ زبانِ یارِ من ترکی و من ترکی نمی دانم۔ لیکن پھر اس نے سیکھی ان کی زبان۔ سیکھ کر کے ساری بات پہنچائی ان تک۔</w:t>
      </w:r>
    </w:p>
    <w:p>
      <w:r>
        <w:rPr>
          <w:b/>
        </w:rPr>
        <w:t xml:space="preserve">[42:34] </w:t>
      </w:r>
      <w:r>
        <w:t>to jab yeh log jayenge to un ka apne mind ko tala laga kar thori jayenge aap. ek naya incentive jaagega un ke andar.</w:t>
      </w:r>
    </w:p>
    <w:p>
      <w:pPr>
        <w:jc w:val="right"/>
      </w:pPr>
      <w:r>
        <w:t>تو جب یہ لوگ جائیں گے تو ان کا اپنے Mind کو تالا لگا کر تھوڑی جائیں گے آپ۔ ایک نیا Incentive جاگے گا ان کے اندر۔</w:t>
      </w:r>
    </w:p>
    <w:p>
      <w:r>
        <w:rPr>
          <w:b/>
        </w:rPr>
        <w:t xml:space="preserve">[42:45] </w:t>
      </w:r>
      <w:r>
        <w:t>ke hamein apne masjid ko phailana hai to un ki zuban bhi seekhna hai hum ne. aur chunancha yahi hua, aap jante hain ke is tarah Christianity saari duniya mein phail gayi. khud Rasool Allah Sal Allah o Alaihi Wasallam ne yahi kiya.</w:t>
      </w:r>
    </w:p>
    <w:p>
      <w:pPr>
        <w:jc w:val="right"/>
      </w:pPr>
      <w:r>
        <w:t>کہ ہمیں اپنے مسجد کو پھیلانا ہے تو ان کی زبان بھی سیکھنا ہے ہم نے۔ اور چنانچہ یہی ہوا، آپ جانتے ہیں کہ اس طرح Christianity ساری دنیا میں پھیل گئی۔ خود رسول اللہ صلی اللہ علیہ وسلم نے یہی کیا۔</w:t>
      </w:r>
    </w:p>
    <w:p>
      <w:r>
        <w:rPr>
          <w:b/>
        </w:rPr>
        <w:t xml:space="preserve">[42:57] </w:t>
      </w:r>
      <w:r>
        <w:t>aap sochiye ke Rasool Allah Sal Allah o Alaihi Wasallam ke saath Hajjat ul Wida ke waqt ek lakh chalis hazar aadmi thay. ek lakh chalis hazar aadmi.</w:t>
      </w:r>
    </w:p>
    <w:p>
      <w:pPr>
        <w:jc w:val="right"/>
      </w:pPr>
      <w:r>
        <w:t>آپ سوچیے کہ رسول اللہ صلی اللہ علیہ وسلم کے ساتھ حجۃ الوداع کے وقت ایک لاکھ چالیس ہزار آدمی تھے۔ ایک لاکھ چالیس ہزار آدمی۔</w:t>
      </w:r>
    </w:p>
    <w:p>
      <w:r>
        <w:rPr>
          <w:b/>
        </w:rPr>
        <w:t xml:space="preserve">[43:07] </w:t>
      </w:r>
      <w:r>
        <w:t>yani aap ke wafaat se kuch pehle. aap ne kaha ke ke aey logon!</w:t>
      </w:r>
    </w:p>
    <w:p>
      <w:pPr>
        <w:jc w:val="right"/>
      </w:pPr>
      <w:r>
        <w:t>یعنی آپ کے وفات سے کچھ پہلے۔ آپ نے کہا کہ کہ اے لوگوں!</w:t>
      </w:r>
    </w:p>
    <w:p>
      <w:r>
        <w:rPr>
          <w:b/>
        </w:rPr>
        <w:t xml:space="preserve">[43:16] </w:t>
      </w:r>
      <w:r>
        <w:t>Khuda ne mujhe saari duniya ke liye bheja hai. to tum mere masjid ko pohanchao. chale jao bahar. fa ad'oo anni.</w:t>
      </w:r>
    </w:p>
    <w:p>
      <w:pPr>
        <w:jc w:val="right"/>
      </w:pPr>
      <w:r>
        <w:t>خدا نے مجھے ساری دنیا کے لئے بھیجا ہے۔ تو تم میرے مسجد کو پہنچاؤ۔ چلے جاؤ باہر۔ فَأَدْعُوا عَنِّي۔</w:t>
      </w:r>
    </w:p>
    <w:p>
      <w:r>
        <w:rPr>
          <w:b/>
        </w:rPr>
        <w:t xml:space="preserve">[43:28] </w:t>
      </w:r>
      <w:r>
        <w:t>to kitab mein aata hai ke jis ka ghoda jeeta tha idhar hi chal pada woh. jis ghoda jis rukh par khada tha idhar hi woh chal pada woh. chunancha Musalman jo is zamane ke jo thay, yani Sahaba,</w:t>
      </w:r>
    </w:p>
    <w:p>
      <w:pPr>
        <w:jc w:val="right"/>
      </w:pPr>
      <w:r>
        <w:t>تو کتاب میں آتا ہے کہ جس کا گھوڑا جیتا تھا ادھر ہی چل پڑا وہ۔ جس گھوڑا جس رخ پر کھڑا تھا ادھر ہی وہ چل پڑا وہ۔ چنانچہ مسلمان جو اس زمانے کے جو تھے، یعنی صحابہ،</w:t>
      </w:r>
    </w:p>
    <w:p>
      <w:r>
        <w:rPr>
          <w:b/>
        </w:rPr>
        <w:t xml:space="preserve">[43:43] </w:t>
      </w:r>
      <w:r>
        <w:t>woh Rasool Allah ki</w:t>
      </w:r>
    </w:p>
    <w:p>
      <w:pPr>
        <w:jc w:val="right"/>
      </w:pPr>
      <w:r>
        <w:t>وہ رسول اللہ کی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