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40-43 January 21, 2018</w:t>
      </w:r>
    </w:p>
    <w:p>
      <w:r>
        <w:t>https://www.youtube.com/watch?v=K21vgozgMd8</w:t>
      </w:r>
    </w:p>
    <w:p>
      <w:r>
        <w:rPr>
          <w:b/>
        </w:rPr>
        <w:t xml:space="preserve">[00:10] </w:t>
      </w:r>
      <w:r>
        <w:t>Bismillah Rehmane Raheem, wa Salla Allah o Ala Nabi il Kareem.</w:t>
      </w:r>
    </w:p>
    <w:p>
      <w:pPr>
        <w:jc w:val="right"/>
      </w:pPr>
      <w:r>
        <w:t>بسم اللہ الرحمن الرحیم، وصلی اللہ علی نبی الکریم۔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[00:33] </w:t>
      </w:r>
      <w:r>
        <w:t>21 January</w:t>
      </w:r>
    </w:p>
    <w:p>
      <w:pPr>
        <w:jc w:val="right"/>
      </w:pPr>
      <w:r>
        <w:t>21 جنوری</w:t>
      </w:r>
    </w:p>
    <w:p>
      <w:r>
        <w:rPr>
          <w:b/>
        </w:rPr>
        <w:t xml:space="preserve">[00:37] </w:t>
      </w:r>
      <w:r>
        <w:t>2018.</w:t>
      </w:r>
    </w:p>
    <w:p>
      <w:pPr>
        <w:jc w:val="right"/>
      </w:pPr>
      <w:r>
        <w:t>2018۔</w:t>
      </w:r>
    </w:p>
    <w:p>
      <w:r>
        <w:rPr>
          <w:b/>
        </w:rPr>
        <w:t xml:space="preserve">[00:44] </w:t>
      </w:r>
      <w:r>
        <w:t>Dars-e-Quran ka jo silsila chal raha hai, Sunday program mein, taj usi ka Surah Al Baqarah se ka ek hissa</w:t>
      </w:r>
    </w:p>
    <w:p>
      <w:pPr>
        <w:jc w:val="right"/>
      </w:pPr>
      <w:r>
        <w:t>درس قرآن کا جو سلسلہ چل رہا ہے، سنڈے پروگرام میں، تاج اسی کا سورہ البقرہ سے کا ایک حصہ</w:t>
      </w:r>
    </w:p>
    <w:p>
      <w:r>
        <w:rPr>
          <w:b/>
        </w:rPr>
        <w:t xml:space="preserve">[01:00] </w:t>
      </w:r>
      <w:r>
        <w:t>shamil kiya jayega. to aap ke samne pehle woh ayatein padhi jayengi, phir tarjuma, us ke baad us ki tashreeh</w:t>
      </w:r>
    </w:p>
    <w:p>
      <w:pPr>
        <w:jc w:val="right"/>
      </w:pPr>
      <w:r>
        <w:t>شامل کیا جائے گا۔ تو آپ کے سامنے پہلے وہ آیتیں پڑھی جائیں گی، پھر ترجمہ، اس کے بعد اس کی تشریح</w:t>
      </w:r>
    </w:p>
    <w:p>
      <w:r>
        <w:rPr>
          <w:b/>
        </w:rPr>
        <w:t xml:space="preserve">[01:11] </w:t>
      </w:r>
      <w:r>
        <w:t>۔ Bismillah Rehmane Raheem.</w:t>
      </w:r>
    </w:p>
    <w:p>
      <w:pPr>
        <w:jc w:val="right"/>
      </w:pPr>
      <w:r>
        <w:t>۔ بسم اللہ الرحمن الرحیم۔</w:t>
      </w:r>
    </w:p>
    <w:p>
      <w:r>
        <w:rPr>
          <w:b/>
        </w:rPr>
        <w:t xml:space="preserve">[01:15] </w:t>
      </w:r>
      <w:r>
        <w:t>Ya Bani Israel, uzkuro ni'mati allati an'amtu 'alaikum, wa aufu bi 'ahdi, ufi bi 'ahdikum, wa iyyaya farhaboon. wa amino bima anzaltu musaddiqan lima ma'akum, wa la takunu awwala kafirin bi, wa la tashtaru bi ayati thamanan qaleelan, wa iyyaya fahtaqoon.</w:t>
      </w:r>
    </w:p>
    <w:p>
      <w:pPr>
        <w:jc w:val="right"/>
      </w:pPr>
      <w:r>
        <w:t>یا بنی اسرائیل، اذکرو نعمت الّتی انعمت علیکم، واعوفو بعہدی، اوف بعہدکم، وایا فرحبون۔ وآمنوا بما انزلت مصدقاً لما معکم، ولا تكونوا اول کافرین بے، ولا تشترو بیایات ثمن قلیلاً، وایا یفتقون۔</w:t>
      </w:r>
    </w:p>
    <w:p>
      <w:r>
        <w:rPr>
          <w:b/>
        </w:rPr>
        <w:t xml:space="preserve">[01:37] </w:t>
      </w:r>
      <w:r>
        <w:t>Wa la tulbisul haqqa bil batil, wa taktumul haqqa wa antum ta'lamoon. Wa aqimus salata wa atuz zakata, war ka'oo ma'ar raki'een.</w:t>
      </w:r>
    </w:p>
    <w:p>
      <w:pPr>
        <w:jc w:val="right"/>
      </w:pPr>
      <w:r>
        <w:t>ولا تلبسوا الحق بالباطل، وتکتم الحق وانتم تعلمون۔ واقیموا الصلوۃ والزکوۃ، وارکعوا مع الراکعین۔</w:t>
      </w:r>
    </w:p>
    <w:p>
      <w:r>
        <w:rPr>
          <w:b/>
        </w:rPr>
        <w:t xml:space="preserve">[01:49] </w:t>
      </w:r>
      <w:r>
        <w:t>Surah Al Baqarah, ayat number 40, 41, 42, 43. Aey Bani Israel, yaad karo mere ehsan ko jo maine tumhare upar kiya,</w:t>
      </w:r>
    </w:p>
    <w:p>
      <w:pPr>
        <w:jc w:val="right"/>
      </w:pPr>
      <w:r>
        <w:t>سورہ البقرہ، آیت نمبر 40، 41، 42، 43۔ اے بنی اسرائیل، یاد کرو میرے احسان کو جو میں نے تمہارے اوپر کیا،</w:t>
      </w:r>
    </w:p>
    <w:p>
      <w:r>
        <w:rPr>
          <w:b/>
        </w:rPr>
        <w:t xml:space="preserve">[02:03] </w:t>
      </w:r>
      <w:r>
        <w:t>aur mere ahad ko poora karo. main tumhare ahad ko poora karunga, aur mera hi dar rakho, aur iman lao us cheez par jo maine utari hai, tasdeeq karti hui us cheez ki jo tumhare paas hai,</w:t>
      </w:r>
    </w:p>
    <w:p>
      <w:pPr>
        <w:jc w:val="right"/>
      </w:pPr>
      <w:r>
        <w:t>اور میرے عہد کو پورا کرو۔ میں تمہارے عہد کو پورا کروں گا، اور میرا ہی ڈر رکھو، اور ایمان لاؤ اس چیز پر جو میں نے اتاری ہے، تصدیق کرتی ہوئی اس چیز کی جو تمہارے پاس ہے،</w:t>
      </w:r>
    </w:p>
    <w:p>
      <w:r>
        <w:rPr>
          <w:b/>
        </w:rPr>
        <w:t xml:space="preserve">[02:20] </w:t>
      </w:r>
      <w:r>
        <w:t>aur tum sab se pehle is ka inkar karne wale na bano. aur na lo meri ayaton par mol thoda, aur mujh se daro, aur sahi mein galat ko na milao, aur sach ko na chhupao,</w:t>
      </w:r>
    </w:p>
    <w:p>
      <w:pPr>
        <w:jc w:val="right"/>
      </w:pPr>
      <w:r>
        <w:t>اور تم سب سے پہلے اس کا انکار کرنے والے نہ بنو۔ اور نہ لو میری آیتوں پر مول تھوڑا، اور مجھ سے ڈرو، اور صحیح میں غلط کو نہ ملاؤ، اور سچ کو نہ چھپاؤ،</w:t>
      </w:r>
    </w:p>
    <w:p>
      <w:r>
        <w:rPr>
          <w:b/>
        </w:rPr>
        <w:t xml:space="preserve">[02:36] </w:t>
      </w:r>
      <w:r>
        <w:t>halan ke tum jante ho. aur namaz qaim karo, aur zakat ada karo, aur jhukne walon ke sath jhuk jao.</w:t>
      </w:r>
    </w:p>
    <w:p>
      <w:pPr>
        <w:jc w:val="right"/>
      </w:pPr>
      <w:r>
        <w:t>حالانکہ تم جانتے ہو۔ اور نماز قائم کرو، اور زکوۃ ادا کرو، اور جھکنے والوں کے ساتھ جھک جاؤ۔</w:t>
      </w:r>
    </w:p>
    <w:p>
      <w:r>
        <w:rPr>
          <w:b/>
        </w:rPr>
        <w:t xml:space="preserve">[02:44] </w:t>
      </w:r>
      <w:r>
        <w:t>dekhiye, yeh ayatein Surah Al Baqarah ki hain. is mein</w:t>
      </w:r>
    </w:p>
    <w:p>
      <w:pPr>
        <w:jc w:val="right"/>
      </w:pPr>
      <w:r>
        <w:t>دیکھیے، یہ آیتیں سورہ البقرہ کی ہیں۔ اس میں</w:t>
      </w:r>
    </w:p>
    <w:p>
      <w:r>
        <w:rPr>
          <w:b/>
        </w:rPr>
        <w:t xml:space="preserve">[02:53] </w:t>
      </w:r>
      <w:r>
        <w:t>bataur yehood ka mamla bayan kiya gaya hai. to log aksar is ki tafsir is tarah karte hain jaise ke Surah Al Baqarah muzammat-e-yahood ki Surah hai.</w:t>
      </w:r>
    </w:p>
    <w:p>
      <w:pPr>
        <w:jc w:val="right"/>
      </w:pPr>
      <w:r>
        <w:t>بظاہر یہود کا معاملہ بیان کیا گیا ہے۔ تو لوگ اکثر اس کی تفسیر اس طرح کرتے ہیں جیسے کہ سورہ البقرہ مذمت یہود کی سورہ ہے۔</w:t>
      </w:r>
    </w:p>
    <w:p>
      <w:r>
        <w:rPr>
          <w:b/>
        </w:rPr>
        <w:t xml:space="preserve">[03:13] </w:t>
      </w:r>
      <w:r>
        <w:t>bhai, aisa nahi hai.</w:t>
      </w:r>
    </w:p>
    <w:p>
      <w:pPr>
        <w:jc w:val="right"/>
      </w:pPr>
      <w:r>
        <w:t>بھئی، ایسا نہیں ہے۔</w:t>
      </w:r>
    </w:p>
    <w:p>
      <w:r>
        <w:rPr>
          <w:b/>
        </w:rPr>
        <w:t xml:space="preserve">[03:17] </w:t>
      </w:r>
      <w:r>
        <w:t>yeh sach poochhein to har ummat ke liye hai, yani ek usool hai, ek principle hai jo har us ummat par pesh aata hai jis ko Allah ne apni hidayat ki ne'mat ata farmayi.</w:t>
      </w:r>
    </w:p>
    <w:p>
      <w:pPr>
        <w:jc w:val="right"/>
      </w:pPr>
      <w:r>
        <w:t>یہ سچ پوچھیں تو ہر امت کے لیے ہے، یعنی ایک اصول ہے، ایک پرنسپل ہے جو ہر اس امت پر پیش آتا ہے جس کو اللہ نے اپنی ہدایت کی نیت عطا فرمائی۔</w:t>
      </w:r>
    </w:p>
    <w:p>
      <w:r>
        <w:rPr>
          <w:b/>
        </w:rPr>
        <w:t xml:space="preserve">[03:38] </w:t>
      </w:r>
      <w:r>
        <w:t>to dekhiye, is mein jo pehla lafz hai woh kitna zyada sochne wala hai. woh pehla lafz parhiye to</w:t>
      </w:r>
    </w:p>
    <w:p>
      <w:pPr>
        <w:jc w:val="right"/>
      </w:pPr>
      <w:r>
        <w:t>تو دیکھیے، اس میں جو پہلا لفظ ہے وہ کتنا زیادہ سوچنے والا ہے۔ وہ پہلا لفظ پڑھیے تو</w:t>
      </w:r>
    </w:p>
    <w:p>
      <w:r>
        <w:rPr>
          <w:b/>
        </w:rPr>
        <w:t xml:space="preserve">[03:49] </w:t>
      </w:r>
      <w:r>
        <w:t>: aamanu bima anzalt musaddiqan lima ma'akum, wala takunu awwala kafireen bi. dekhiye, yeh kitni zyada warning is ke andar hai ke kisi ummat ko jo nemmat di jati hai hidayat ki surat mein,</w:t>
      </w:r>
    </w:p>
    <w:p>
      <w:pPr>
        <w:jc w:val="right"/>
      </w:pPr>
      <w:r>
        <w:t>: وآمنوا بما انزلت مصدقاً لما معکم، ولا تكونوا اول کافرین بے۔ دیکھیے، یہ کتنی زیادہ وارننگ اس کے اندر ہے کہ کسی امت کو جو نعمت دی جاتی ہے ہدایت کی صورت میں،</w:t>
      </w:r>
    </w:p>
    <w:p>
      <w:r>
        <w:rPr>
          <w:b/>
        </w:rPr>
        <w:t xml:space="preserve">[04:10] </w:t>
      </w:r>
      <w:r>
        <w:t>aur woh ummat muslema qarar pati hai.</w:t>
      </w:r>
    </w:p>
    <w:p>
      <w:pPr>
        <w:jc w:val="right"/>
      </w:pPr>
      <w:r>
        <w:t>اور وہ امت مسلمہ قرار پاتی ہے۔</w:t>
      </w:r>
    </w:p>
    <w:p>
      <w:r>
        <w:rPr>
          <w:b/>
        </w:rPr>
        <w:t xml:space="preserve">[04:17] </w:t>
      </w:r>
      <w:r>
        <w:t>to pehle din to hoti hai woh nemmat Allah taala ki, lekin woh barhte barhte kufr tak pahunch sakti hai. wala takunu awwala kafireen bi.</w:t>
      </w:r>
    </w:p>
    <w:p>
      <w:pPr>
        <w:jc w:val="right"/>
      </w:pPr>
      <w:r>
        <w:t>تو پہلے دن تو ہوتی ہے وہ نعمت اللہ تعالیٰ کی، لیکن وہ بڑھتے بڑھتے کفر تک پہنچ سکتی ہے۔ ولا تكونوا اول کافرین بے۔</w:t>
      </w:r>
    </w:p>
    <w:p>
      <w:r>
        <w:rPr>
          <w:b/>
        </w:rPr>
        <w:t xml:space="preserve">[04:29] </w:t>
      </w:r>
      <w:r>
        <w:t>yani woh nemmat jo hidayat ki mili hai, ya Allah ne un ko ummat hidayat qarar diya hai, to woh koi permanent surat nahi hai.</w:t>
      </w:r>
    </w:p>
    <w:p>
      <w:pPr>
        <w:jc w:val="right"/>
      </w:pPr>
      <w:r>
        <w:t>یعنی وہ نعمت جو ہدایت کی ملی ہے، یا اللہ نے ان کو امت ہدایت قرار دیا ہے، تو وہ کوئی پرماننٹ صورت نہیں ہے۔</w:t>
      </w:r>
    </w:p>
    <w:p>
      <w:r>
        <w:rPr>
          <w:b/>
        </w:rPr>
        <w:t xml:space="preserve">[04:43] </w:t>
      </w:r>
      <w:r>
        <w:t>jaise pathar hai to permanently woh pathar hai, aise hi ummat jo hai permanently ummat nahi hai, woh kufr tak pahunch sakti hai.</w:t>
      </w:r>
    </w:p>
    <w:p>
      <w:pPr>
        <w:jc w:val="right"/>
      </w:pPr>
      <w:r>
        <w:t>جیسے پتھر ہے تو پرماننٹلی وہ پتھر ہے، ایسے ہی امت جو ہے پرماننٹلی امت نہیں ہے، وہ کفر تک پہنچ سکتی ہے۔</w:t>
      </w:r>
    </w:p>
    <w:p>
      <w:r>
        <w:rPr>
          <w:b/>
        </w:rPr>
        <w:t xml:space="preserve">[04:55] </w:t>
      </w:r>
      <w:r>
        <w:t>yeh baat Quran mein doosri surah al hadid mein ek ayat mein kahi gayi hai, is ko parhiye</w:t>
      </w:r>
    </w:p>
    <w:p>
      <w:pPr>
        <w:jc w:val="right"/>
      </w:pPr>
      <w:r>
        <w:t>یہ بات قرآن میں دوسری سورہ الحدید میں ایک آیت میں کہی گئی ہے، اس کو پڑھیے</w:t>
      </w:r>
    </w:p>
    <w:p>
      <w:r>
        <w:rPr>
          <w:b/>
        </w:rPr>
        <w:t xml:space="preserve">[05:02] </w:t>
      </w:r>
      <w:r>
        <w:t>: alam yajid alladhina amanu antakhsha qulubuhum li dhikrillah wama nazala min alhaqq, wala yakunu alladhina utul kitaba min qablu fatala alayhimu al amadu fa qasata qulubuhum wa kathirun minhum fasiqun.</w:t>
      </w:r>
    </w:p>
    <w:p>
      <w:pPr>
        <w:jc w:val="right"/>
      </w:pPr>
      <w:r>
        <w:t>: المجد الذین آمنوا انتخشا قلوبہم لذکر اللہ وما نزل من الحق، ولا یکون الذین اوتوا الکتاب من قبل فتال علیہم الأمد فقصد قلوبہم وکثیر منہم فاسقون۔</w:t>
      </w:r>
    </w:p>
    <w:p>
      <w:r>
        <w:rPr>
          <w:b/>
        </w:rPr>
        <w:t xml:space="preserve">[05:17] </w:t>
      </w:r>
      <w:r>
        <w:t>h</w:t>
      </w:r>
    </w:p>
    <w:p>
      <w:pPr>
        <w:jc w:val="right"/>
      </w:pPr>
      <w:r>
        <w:t>ہ</w:t>
      </w:r>
    </w:p>
    <w:p>
      <w:r>
        <w:rPr>
          <w:b/>
        </w:rPr>
        <w:t xml:space="preserve">[05:18] </w:t>
      </w:r>
      <w:r>
        <w:t>mm, surah al hadid, surah number 57, ayat number 16. kya iman walon ke liye woh waqt nahi aya ke un ke dil Allah ki naseehat ke aage jhuk jayen, aur is haq ke aage jo nazil ho chuka hai?</w:t>
      </w:r>
    </w:p>
    <w:p>
      <w:pPr>
        <w:jc w:val="right"/>
      </w:pPr>
      <w:r>
        <w:t>مم، سورہ الحدید، سورہ نمبر 57، آیت نمبر 16۔ کیا ایمان والوں کے لیے وہ وقت نہیں آیا کہ ان کے دل اللہ کی نصیحت کے آگے جھک جائیں، اور اس حق کے آگے جو نازل ہو چکا ہے؟</w:t>
      </w:r>
    </w:p>
    <w:p>
      <w:r>
        <w:rPr>
          <w:b/>
        </w:rPr>
        <w:t xml:space="preserve">[05:32] </w:t>
      </w:r>
      <w:r>
        <w:t>aur woh un logon ki tarah na ho jaye jin ko pehle kitab di gayi thi, phir un par lambi muddat guzar gayi to un ke dil sakht ho gaye, aur un mein se aksar log nafarman hain.</w:t>
      </w:r>
    </w:p>
    <w:p>
      <w:pPr>
        <w:jc w:val="right"/>
      </w:pPr>
      <w:r>
        <w:t>اور وہ ان لوگوں کی طرح نہ ہو جائے جن کو پہلے کتاب دی گئی تھی، پھر ان پر لمبی مدت گزر گئی تو ان کے دل سخت ہو گئے، اور ان میں سے اکثر لوگ نافرمان ہیں۔</w:t>
      </w:r>
    </w:p>
    <w:p>
      <w:r>
        <w:rPr>
          <w:b/>
        </w:rPr>
        <w:t xml:space="preserve">[05:48] </w:t>
      </w:r>
      <w:r>
        <w:t>yahan par dekhiye, hidayat yafta ummat par agar lambi muddat guzar jaye, yani lambi muddat maan kar, wohi woh log nahi balkeh bachche paida hote hain,</w:t>
      </w:r>
    </w:p>
    <w:p>
      <w:pPr>
        <w:jc w:val="right"/>
      </w:pPr>
      <w:r>
        <w:t>یہاں پر دیکھیے، ہدایت یافتہ امت پر اگر لمبی مدت گزر جائے، یعنی لمبی مدت مان کر، وہی وہ لوگ نہیں بلکہ بچے پیدا ہوتے ہیں،</w:t>
      </w:r>
    </w:p>
    <w:p>
      <w:r>
        <w:rPr>
          <w:b/>
        </w:rPr>
        <w:t xml:space="preserve">[06:06] </w:t>
      </w:r>
      <w:r>
        <w:t>bete hote hain, pote hote hain, phir barhte hain. to baad ki naslon par is ka matlab hai ke baad ki naslon par</w:t>
      </w:r>
    </w:p>
    <w:p>
      <w:pPr>
        <w:jc w:val="right"/>
      </w:pPr>
      <w:r>
        <w:t>بیٹے ہوتے ہیں، پوتے ہوتے ہیں، پھر بڑھتے ہیں۔ تو بعد کی نسلوں پر اس کا مطلب ہے کہ بعد کی نسلوں پر</w:t>
      </w:r>
    </w:p>
    <w:p>
      <w:r>
        <w:rPr>
          <w:b/>
        </w:rPr>
        <w:t xml:space="preserve">[06:18] </w:t>
      </w:r>
      <w:r>
        <w:t>muddat guzarne ke baad yeh ata hai ke un ke andar qasawat aa jati hai. qasawat kya hai? qasawat ke ma'ni hain spirit less mazhab, yani spirit khatm ho jaye, form baqi rahe,</w:t>
      </w:r>
    </w:p>
    <w:p>
      <w:pPr>
        <w:jc w:val="right"/>
      </w:pPr>
      <w:r>
        <w:t>مدت گزرنے کے بعد یہ آتا ہے کہ ان کے اندر قصاوت آ جاتی ہے۔ قصاوت کیا ہے؟ قصاوت کے معنی ہیں اسپرٹ لیس مذہب، یعنی اسپرٹ ختم ہو جائے، فار بات واقع رہے،</w:t>
      </w:r>
    </w:p>
    <w:p>
      <w:r>
        <w:rPr>
          <w:b/>
        </w:rPr>
        <w:t xml:space="preserve">[06:36] </w:t>
      </w:r>
      <w:r>
        <w:t>woh hai qasawat. to ek ummat banayi jati hai, is ko hidayat milti hai, lekin phir nasal dar nasal un mein izafa hota hai, naye log paida hote hain, pichhle log barh jate hain.</w:t>
      </w:r>
    </w:p>
    <w:p>
      <w:pPr>
        <w:jc w:val="right"/>
      </w:pPr>
      <w:r>
        <w:t>وہ ہے قصاوت۔ تو ایک امت بنائی جاتی ہے، اس کو ہدایت ملتی ہے، لیکن پھر نسل در نسل ان میں اضافہ ہوتا ہے، نئے لوگ پیدا ہوتے ہیں، پچھلے لوگ بڑھ جاتے ہیں۔</w:t>
      </w:r>
    </w:p>
    <w:p>
      <w:r>
        <w:rPr>
          <w:b/>
        </w:rPr>
        <w:t xml:space="preserve">[06:53] </w:t>
      </w:r>
      <w:r>
        <w:t>to naye log jo paida hote hain, un mein fitrat ke count ke mutabiq qasawat aa jati hai, yani dheere dheere dheere un ki spirit khatm ho jati hai,</w:t>
      </w:r>
    </w:p>
    <w:p>
      <w:pPr>
        <w:jc w:val="right"/>
      </w:pPr>
      <w:r>
        <w:t>تو نئے لوگ جو پیدا ہوتے ہیں، ان میں فطرت کے کاؤنٹ کے مطابق قصاوت آ جاتی ہے، یعنی دھیرے دھیرے دھیرے ان کی اسپرٹ ختم ہو جاتی ہے،</w:t>
      </w:r>
    </w:p>
    <w:p>
      <w:r>
        <w:rPr>
          <w:b/>
        </w:rPr>
        <w:t xml:space="preserve">[07:06] </w:t>
      </w:r>
      <w:r>
        <w:t>aur form ban jata hai, form reh jata hai. to jab aisa ho jaye ke spirit less ummat ban jaye aur form baqi rahe,</w:t>
      </w:r>
    </w:p>
    <w:p>
      <w:pPr>
        <w:jc w:val="right"/>
      </w:pPr>
      <w:r>
        <w:t>اور فارم بن جاتا ہے، فارم رہ جاتا ہے۔ تو جب ایسا ہو جائے کہ اسپرٹ لیس امت بن جائے اور فارم باقی رہے،</w:t>
      </w:r>
    </w:p>
    <w:p>
      <w:r>
        <w:rPr>
          <w:b/>
        </w:rPr>
        <w:t xml:space="preserve">[07:21] </w:t>
      </w:r>
      <w:r>
        <w:t>to is ko kya hota hai? lotna parta hai phir dobara apni pehli halat ki taraf,</w:t>
      </w:r>
    </w:p>
    <w:p>
      <w:pPr>
        <w:jc w:val="right"/>
      </w:pPr>
      <w:r>
        <w:t>تو اس کو کیا ہوتا ہے؟ لوٹنا پڑتا ہے پھر دوبارہ اپنی پہلی حالت کی طرف،</w:t>
      </w:r>
    </w:p>
    <w:p>
      <w:r>
        <w:rPr>
          <w:b/>
        </w:rPr>
        <w:t xml:space="preserve">[07:29] </w:t>
      </w:r>
      <w:r>
        <w:t>yani jahan un ke andar spirit paida ki jaye, un ki planning, yani ummat ke ahya ki planning, form ki buniyad par nahi ki jayegi,</w:t>
      </w:r>
    </w:p>
    <w:p>
      <w:pPr>
        <w:jc w:val="right"/>
      </w:pPr>
      <w:r>
        <w:t>یعنی جہاں ان کے اندر اسپرٹ پیدا کی جائے، ان کی پلاننگ، یعنی امت کے احیاء کی پلاننگ، فارم کی بنیاد پر نہیں کی جائے گی،</w:t>
      </w:r>
    </w:p>
    <w:p>
      <w:r>
        <w:rPr>
          <w:b/>
        </w:rPr>
        <w:t xml:space="preserve">[07:44] </w:t>
      </w:r>
      <w:r>
        <w:t>balkeh spirit ko jagane ki buniyad par qaim ki jayegi. to yeh surah mein jo yahud ka zikr hai, to sach puchhen ke is ka</w:t>
      </w:r>
    </w:p>
    <w:p>
      <w:pPr>
        <w:jc w:val="right"/>
      </w:pPr>
      <w:r>
        <w:t>بلکہ اسپرٹ کو جگانے کی بنیاد پر قائم کی جائے گی۔ تو یہ سورہ میں جو یہود کا ذکر ہے، تو سچ پوچھیں کہ اس کا</w:t>
      </w:r>
    </w:p>
    <w:p>
      <w:r>
        <w:rPr>
          <w:b/>
        </w:rPr>
        <w:t xml:space="preserve">[08:01] </w:t>
      </w:r>
      <w:r>
        <w:t>is ka jo nishana hai, woh ummat muslema hai, yani yahud ke hawale se ummat muslema ko warning di gayi hai.</w:t>
      </w:r>
    </w:p>
    <w:p>
      <w:pPr>
        <w:jc w:val="right"/>
      </w:pPr>
      <w:r>
        <w:t>اس کا جو نشانہ ہے، وہ امت مسلمہ ہے، یعنی یہود کے حوالے سے امت مسلمہ کو وارننگ دی گئی ہے۔</w:t>
      </w:r>
    </w:p>
    <w:p>
      <w:r>
        <w:rPr>
          <w:b/>
        </w:rPr>
        <w:t xml:space="preserve">[08:14] </w:t>
      </w:r>
      <w:r>
        <w:t>yeh mazammat yahud ki ayat nahi hai, mazammat yahud ki surah nahi hai, balkeh ummat muslema ko warning ki surah hai ke tumhare sath bhi aisa hoga, kyunke hadith mein likha hai: "latatba'un min qablakum".</w:t>
      </w:r>
    </w:p>
    <w:p>
      <w:pPr>
        <w:jc w:val="right"/>
      </w:pPr>
      <w:r>
        <w:t>یہ مذمت یہود کی آیت نہیں ہے، مذمت یہود کی سورہ نہیں ہے، بلکہ امت مسلمہ کو وارننگ کی سورہ ہے کہ تمہارے ساتھ بھی ایسا ہوگا، کیونکہ حدیث میں لکھا ہے: "لتبعون من قبلکم"۔</w:t>
      </w:r>
    </w:p>
    <w:p>
      <w:r>
        <w:rPr>
          <w:b/>
        </w:rPr>
        <w:t xml:space="preserve">[08:38] </w:t>
      </w:r>
      <w:r>
        <w:t>yani pichhli ummat, yani yahud mein jo bigad aya, woh zaroor tumhare andar bhi ayega.</w:t>
      </w:r>
    </w:p>
    <w:p>
      <w:pPr>
        <w:jc w:val="right"/>
      </w:pPr>
      <w:r>
        <w:t>یعنی پچھلی امت، یعنی یہود میں جو بگاڑ آیا، وہ ضرور تمہارے اندر بھی آئے گا۔</w:t>
      </w:r>
    </w:p>
    <w:p>
      <w:r>
        <w:rPr>
          <w:b/>
        </w:rPr>
        <w:t xml:space="preserve">[08:49] </w:t>
      </w:r>
      <w:r>
        <w:t>yeh kitni ajeeb baat hai.</w:t>
      </w:r>
    </w:p>
    <w:p>
      <w:pPr>
        <w:jc w:val="right"/>
      </w:pPr>
      <w:r>
        <w:t>یہ کتنی عجیب بات ہے۔</w:t>
      </w:r>
    </w:p>
    <w:p>
      <w:r>
        <w:rPr>
          <w:b/>
        </w:rPr>
        <w:t xml:space="preserve">[08:56] </w:t>
      </w:r>
      <w:r>
        <w:t>to Quran ki is surah mein aur in ayaton mein jo tazkira hai yahud ka, woh haqeeqat mein musalmanon ke liye,</w:t>
      </w:r>
    </w:p>
    <w:p>
      <w:pPr>
        <w:jc w:val="right"/>
      </w:pPr>
      <w:r>
        <w:t>تو قرآن کی اس سورہ میں اور ان آیتوں میں جو تذکرہ ہے یہود کا، وہ حقیقت میں مسلمانوں کے لیے،</w:t>
      </w:r>
    </w:p>
    <w:p>
      <w:r>
        <w:rPr>
          <w:b/>
        </w:rPr>
        <w:t xml:space="preserve">[09:10] </w:t>
      </w:r>
      <w:r>
        <w:t>ummat e muslema ke liye naseehat nama hai,</w:t>
      </w:r>
    </w:p>
    <w:p>
      <w:pPr>
        <w:jc w:val="right"/>
      </w:pPr>
      <w:r>
        <w:t>امت مسلمہ کے لیے نصیحت نامہ ہے،</w:t>
      </w:r>
    </w:p>
    <w:p>
      <w:r>
        <w:rPr>
          <w:b/>
        </w:rPr>
        <w:t xml:space="preserve">[09:17] </w:t>
      </w:r>
      <w:r>
        <w:t>musalmanon ke liye warning hai.</w:t>
      </w:r>
    </w:p>
    <w:p>
      <w:pPr>
        <w:jc w:val="right"/>
      </w:pPr>
      <w:r>
        <w:t>مسلمانوں کے لیے وارننگ ہے۔</w:t>
      </w:r>
    </w:p>
    <w:p>
      <w:r>
        <w:rPr>
          <w:b/>
        </w:rPr>
        <w:t xml:space="preserve">[09:22] </w:t>
      </w:r>
      <w:r>
        <w:t>is liye is is in ayaton ko</w:t>
      </w:r>
    </w:p>
    <w:p>
      <w:pPr>
        <w:jc w:val="right"/>
      </w:pPr>
      <w:r>
        <w:t>اس لیے اس اس ان آیتوں کو</w:t>
      </w:r>
    </w:p>
    <w:p>
      <w:r>
        <w:rPr>
          <w:b/>
        </w:rPr>
        <w:t xml:space="preserve">[09:29] </w:t>
      </w:r>
      <w:r>
        <w:t>is pas manzar mein parhna chahiye aur ghor karna chahiye. ab aap dekhiye, aaj ka jo musalman hai, jo choda sau saal beet chuka hai is ke upar, to aaj kya halat hai?</w:t>
      </w:r>
    </w:p>
    <w:p>
      <w:pPr>
        <w:jc w:val="right"/>
      </w:pPr>
      <w:r>
        <w:t>اس پس منظر میں پڑھنا چاہیے اور غور کرنا چاہیے۔ اب آپ دیکھیے، آج کا جو مسلمان ہے، جو چودہ سو سال بیت چکا ہے اس کے اوپر، تو آج کیا حالت ہے؟</w:t>
      </w:r>
    </w:p>
    <w:p>
      <w:r>
        <w:rPr>
          <w:b/>
        </w:rPr>
        <w:t xml:space="preserve">[09:45] </w:t>
      </w:r>
      <w:r>
        <w:t>aaj woh ummat khair ummat ke daur mein nahi hai, degeneration ke daur mein hai.</w:t>
      </w:r>
    </w:p>
    <w:p>
      <w:pPr>
        <w:jc w:val="right"/>
      </w:pPr>
      <w:r>
        <w:t>آج وہ امت خیر امت کے دور میں نہیں ہے، ڈی جنریشن کے دور میں ہے۔</w:t>
      </w:r>
    </w:p>
    <w:p>
      <w:r>
        <w:rPr>
          <w:b/>
        </w:rPr>
        <w:t xml:space="preserve">[09:57] </w:t>
      </w:r>
      <w:r>
        <w:t>aaj ummat e muslema khair ummat ke daur mein nahi hai, balkeh woh degeneration ke daur mein hai, yaani ab woh ek degenerated community hai.</w:t>
      </w:r>
    </w:p>
    <w:p>
      <w:pPr>
        <w:jc w:val="right"/>
      </w:pPr>
      <w:r>
        <w:t>آج امت مسلمہ خیر امت کے دور میں نہیں ہے، بلکہ وہ ڈی جنریشن کے دور میں ہے، یعنی اب وہ ایک ڈی جنریٹڈ کمیونٹی ہے۔</w:t>
      </w:r>
    </w:p>
    <w:p>
      <w:r>
        <w:rPr>
          <w:b/>
        </w:rPr>
        <w:t xml:space="preserve">[10:10] </w:t>
      </w:r>
      <w:r>
        <w:t>is baat ko na samajhne se bohat nuksan, kyunke is daur mein logon ne ummat e muslema ko kya samjha?</w:t>
      </w:r>
    </w:p>
    <w:p>
      <w:pPr>
        <w:jc w:val="right"/>
      </w:pPr>
      <w:r>
        <w:t>اس بات کو نہ سمجھنے سے بہت نقصان، کیونکہ اس دور میں لوگوں نے امت مسلمہ کو کیا سمجھا؟</w:t>
      </w:r>
    </w:p>
    <w:p>
      <w:r>
        <w:rPr>
          <w:b/>
        </w:rPr>
        <w:t xml:space="preserve">[10:24] </w:t>
      </w:r>
      <w:r>
        <w:t>khair ummat, present ummat e muslema, aur yeh kaha ke zara nam ho to yeh mitti bohat ziyada khair hai.</w:t>
      </w:r>
    </w:p>
    <w:p>
      <w:pPr>
        <w:jc w:val="right"/>
      </w:pPr>
      <w:r>
        <w:t>خیر امت، پریزنٹ امت مسلمہ، اور یہ کہا کہ ذرا نم ہو تو یہ مٹی بہت زیادہ خیر ہے۔</w:t>
      </w:r>
    </w:p>
    <w:p>
      <w:r>
        <w:rPr>
          <w:b/>
        </w:rPr>
        <w:t xml:space="preserve">[10:37] </w:t>
      </w:r>
      <w:r>
        <w:t>is ke mani ke jo jar ki baat thi, jar ki baat, usi ko samajhne se log qasir rahe. jar ki baat hai ke ummat degeneration ke daur mein pahunch chuki hai,</w:t>
      </w:r>
    </w:p>
    <w:p>
      <w:pPr>
        <w:jc w:val="right"/>
      </w:pPr>
      <w:r>
        <w:t>اس کے معنی کہ جو جڑ کی بات تھی، جڑ کی بات، اسی کو سمجھنے سے لوگ قاصر رہے۔ جڑ کی بات ہے کہ امت ڈی جنریشن کے دور میں پہنچ چکی ہے،</w:t>
      </w:r>
    </w:p>
    <w:p>
      <w:r>
        <w:rPr>
          <w:b/>
        </w:rPr>
        <w:t xml:space="preserve">[10:52] </w:t>
      </w:r>
      <w:r>
        <w:t>ab is ko regenerate karna hai, yaani ab ek spirit less qom ban chuki hai. woh phir is ke andar spirit ko jagana hai, rooh ko jagana hai.</w:t>
      </w:r>
    </w:p>
    <w:p>
      <w:pPr>
        <w:jc w:val="right"/>
      </w:pPr>
      <w:r>
        <w:t>اب اس کو ری جنریٹ کرنا ہے، یعنی اب ایک اسپرٹ لیس قوم بن چکی ہے۔ وہ پھر اس کے اندر اسپرٹ کو جگانا ہے، روح کو جگانا ہے۔</w:t>
      </w:r>
    </w:p>
    <w:p>
      <w:r>
        <w:rPr>
          <w:b/>
        </w:rPr>
        <w:t xml:space="preserve">[11:07] </w:t>
      </w:r>
      <w:r>
        <w:t>isi liye dekhiye, koshishon par koshishein ho rahi hain, bare bare tareeqe chalti hain, mulk banaye jate hain, idare qaim hote hain, lekin in terms of result kuch bhi nahi.</w:t>
      </w:r>
    </w:p>
    <w:p>
      <w:pPr>
        <w:jc w:val="right"/>
      </w:pPr>
      <w:r>
        <w:t>اسی لیے دیکھیے، کوششوں پر کوششیں ہو رہی ہیں، بڑے بڑے طریقے چلتی ہیں، ملک بنائے جاتے ہیں، ادارے قائم ہوتے ہیں، لیکن ان ٹرمز آف رزلٹ کچھ بھی نہیں۔</w:t>
      </w:r>
    </w:p>
    <w:p>
      <w:r>
        <w:rPr>
          <w:b/>
        </w:rPr>
        <w:t xml:space="preserve">[11:24] </w:t>
      </w:r>
      <w:r>
        <w:t>yeh bohat sochne ki baat hai ke twenty century mein itna ziyada tareeqe uthai gayi hain a ummat ke liye, yaani universityan qaim keen aur idare banaye, mulk banaye,</w:t>
      </w:r>
    </w:p>
    <w:p>
      <w:pPr>
        <w:jc w:val="right"/>
      </w:pPr>
      <w:r>
        <w:t>یہ بہت سوچنے کی بات ہے کہ ٹونٹی سینچری میں اتنا زیادہ طریقے اٹھائی گئی ہیں اے امت کے لیے، یعنی یونیورسٹیاں قائم کیں اور ادارے بنائے، ملک بنائے،</w:t>
      </w:r>
    </w:p>
    <w:p>
      <w:r>
        <w:rPr>
          <w:b/>
        </w:rPr>
        <w:t xml:space="preserve">[11:45] </w:t>
      </w:r>
      <w:r>
        <w:t>kya kya kiya, lekin</w:t>
      </w:r>
    </w:p>
    <w:p>
      <w:pPr>
        <w:jc w:val="right"/>
      </w:pPr>
      <w:r>
        <w:t>کیا کیا کیا، لیکن</w:t>
      </w:r>
    </w:p>
    <w:p>
      <w:r>
        <w:rPr>
          <w:b/>
        </w:rPr>
        <w:t xml:space="preserve">[11:50] </w:t>
      </w:r>
      <w:r>
        <w:t>natija kuch nahi. aaj kal musalman jo shikayatein karte hain ke doosre zulm kar rahe hain, doosre zalim hain, woh shikayat is baat ka ailan hai ke hamari koshishein be natija ho gayin.</w:t>
      </w:r>
    </w:p>
    <w:p>
      <w:pPr>
        <w:jc w:val="right"/>
      </w:pPr>
      <w:r>
        <w:t>نتیجہ کچھ نہیں۔ آج کل مسلمان جو شکایتیں کرتے ہیں کہ دوسرے ظلم کر رہے ہیں، دوسرے ظالم ہیں، وہ شرکت اس بات کا اعلان ہے کہ ہماری کوششیں بے نتیجہ ہو گئیں۔</w:t>
      </w:r>
    </w:p>
    <w:p>
      <w:r>
        <w:rPr>
          <w:b/>
        </w:rPr>
        <w:t xml:space="preserve">[12:03] </w:t>
      </w:r>
      <w:r>
        <w:t>aaj kal aap jis musalmanon ke jalse mein jaiye, un ka jo parcha parhiye, un ki jo kitab parhiye, un ki jis masjid majlis mein baithiye, aaj musalmanon ki jis masjid majlis mein baithe hain aap,</w:t>
      </w:r>
    </w:p>
    <w:p>
      <w:pPr>
        <w:jc w:val="right"/>
      </w:pPr>
      <w:r>
        <w:t>آج کل آپ جس مسلمانوں کے جلسے میں جائیے، ان کا جو پرچہ پڑھیے، ان کی جو کتاب پڑھیے، ان کی جس مسجد مجلس میں بیٹھیے، آج مسلمانوں کی جس مسجد مجلس میں بیٹھے ہیں آپ،</w:t>
      </w:r>
    </w:p>
    <w:p>
      <w:r>
        <w:rPr>
          <w:b/>
        </w:rPr>
        <w:t xml:space="preserve">[12:17] </w:t>
      </w:r>
      <w:r>
        <w:t>to kya hoga? we are under siege, we are under siege, hum par zulm ho raha hai. dekhiye, yeh sahi alfaaz nahi hain.</w:t>
      </w:r>
    </w:p>
    <w:p>
      <w:pPr>
        <w:jc w:val="right"/>
      </w:pPr>
      <w:r>
        <w:t>تو کیا ہوگا؟ وی آر انڈر سیج، وی آر انڈر سیج، ہم پر ظلم ہو رہا ہے۔ دیکھیے، یہ صحیح الفاظ نہیں ہیں۔</w:t>
      </w:r>
    </w:p>
    <w:p>
      <w:r>
        <w:rPr>
          <w:b/>
        </w:rPr>
        <w:t xml:space="preserve">[12:28] </w:t>
      </w:r>
      <w:r>
        <w:t>sahi alfaaz yeh hain ke hum ne koshishein keen, poori poori ek sadi guzar di, twenty century, technology ke daur mein islaah e ummat ke liye, yaani naye naye mulk banaye, naye naye idare banaye,</w:t>
      </w:r>
    </w:p>
    <w:p>
      <w:pPr>
        <w:jc w:val="right"/>
      </w:pPr>
      <w:r>
        <w:t>صحیح الفاظ یہ ہیں کہ ہم نے کوششیں کیں، پوری پوری ایک صدی گزار دی، ٹونٹی سینچری، ٹیکنالوجی کے دور میں اصلاح امت کے لیے، یعنی نئے نئے ملک بنائے، نئے نئے ادارے بنائے،</w:t>
      </w:r>
    </w:p>
    <w:p>
      <w:r>
        <w:rPr>
          <w:b/>
        </w:rPr>
        <w:t xml:space="preserve">[12:49] </w:t>
      </w:r>
      <w:r>
        <w:t>kya kuch kat dala, bare bare afraad paida kiye, atsar shakhsiat, mufakkir e islam, aur pata nahi kya kiya.</w:t>
      </w:r>
    </w:p>
    <w:p>
      <w:pPr>
        <w:jc w:val="right"/>
      </w:pPr>
      <w:r>
        <w:t>کیا کچھ کٹ ڈالا، بڑے بڑے افراد پیدا کیے، اتصار شخصیت، مفکر اسلام، اور پتہ نہیں کیا کیا۔</w:t>
      </w:r>
    </w:p>
    <w:p>
      <w:r>
        <w:rPr>
          <w:b/>
        </w:rPr>
        <w:t xml:space="preserve">[13:01] </w:t>
      </w:r>
      <w:r>
        <w:t>lekin yeh jo shikayatein jari hain, is ke mani yeh hain ke natija kuch nahi raha. hum ne apni taskeen ke liye bare bare ilqab bhi dale logon ko, apne leaderon ko bare bare ilqab, lekin phir phir shikayat kyun?</w:t>
      </w:r>
    </w:p>
    <w:p>
      <w:pPr>
        <w:jc w:val="right"/>
      </w:pPr>
      <w:r>
        <w:t>لیکن یہ جو شکایتیں جاری ہیں، اس کے معنی یہ ہیں کہ نتیجہ کچھ نہیں رہا۔ ہم نے اپنی تسکین کے لیے بڑے بڑے القاب بھی ڈالے لوگوں کو، اپنے لیڈروں کو بڑے بڑے القاب، لیکن پھر پھر شکایت کیوں؟</w:t>
      </w:r>
    </w:p>
    <w:p>
      <w:r>
        <w:rPr>
          <w:b/>
        </w:rPr>
        <w:t xml:space="preserve">[13:21] </w:t>
      </w:r>
      <w:r>
        <w:t>jab aap ne bare bare leader paida kar rakhe hain,</w:t>
      </w:r>
    </w:p>
    <w:p>
      <w:pPr>
        <w:jc w:val="right"/>
      </w:pPr>
      <w:r>
        <w:t>جب آپ نے بڑے بڑے لیڈر پیدا کر رکھے ہیں،</w:t>
      </w:r>
    </w:p>
    <w:p>
      <w:r>
        <w:rPr>
          <w:b/>
        </w:rPr>
        <w:t xml:space="preserve">[13:28] </w:t>
      </w:r>
      <w:r>
        <w:t>to shikayat kis liye? shikayat is liye ke aap apne leader ko bare bare ilqab to de rahe hain, lekin jahan tak natije ki baat hai, woh kuch nahi,</w:t>
      </w:r>
    </w:p>
    <w:p>
      <w:pPr>
        <w:jc w:val="right"/>
      </w:pPr>
      <w:r>
        <w:t>تو شکایت کس لیے؟ شکایت اس لیے کہ آپ اپنے لیڈر کو بڑے بڑے القاب تو دے رہے ہیں، لیکن جہاں تک نتیجے کی بات ہے، وہ کچھ نہیں،</w:t>
      </w:r>
    </w:p>
    <w:p>
      <w:r>
        <w:rPr>
          <w:b/>
        </w:rPr>
        <w:t xml:space="preserve">[13:43] </w:t>
      </w:r>
      <w:r>
        <w:t>result less hai.</w:t>
      </w:r>
    </w:p>
    <w:p>
      <w:pPr>
        <w:jc w:val="right"/>
      </w:pPr>
      <w:r>
        <w:t>رزلٹ لیس ہے۔</w:t>
      </w:r>
    </w:p>
    <w:p>
      <w:r>
        <w:rPr>
          <w:b/>
        </w:rPr>
        <w:t xml:space="preserve">[13:47] </w:t>
      </w:r>
      <w:r>
        <w:t>to yeh surah jo hai, yeh surah warning ki warning ki surah hai, mazammat hai yahood ki surah nahi hai.</w:t>
      </w:r>
    </w:p>
    <w:p>
      <w:pPr>
        <w:jc w:val="right"/>
      </w:pPr>
      <w:r>
        <w:t>تو یہ سورہ جو ہے، یہ سورہ وارننگ کی وارننگ کی سورہ ہے، مذمت ہے یہود کی سورہ نہیں ہے۔</w:t>
      </w:r>
    </w:p>
    <w:p>
      <w:r>
        <w:rPr>
          <w:b/>
        </w:rPr>
        <w:t xml:space="preserve">[13:58] </w:t>
      </w:r>
      <w:r>
        <w:t>yeh surah al baqarah jo hai,</w:t>
      </w:r>
    </w:p>
    <w:p>
      <w:pPr>
        <w:jc w:val="right"/>
      </w:pPr>
      <w:r>
        <w:t>یہ سورہ البقرہ جو ہے،</w:t>
      </w:r>
    </w:p>
    <w:p>
      <w:r>
        <w:rPr>
          <w:b/>
        </w:rPr>
        <w:t xml:space="preserve">[14:03] </w:t>
      </w:r>
      <w:r>
        <w:t>ummat nahi, nahi, yahood ko warning, yahood ki mazammat ki surat nahi hai. yeh ummat e muslema ko is ke baad ke daur mein, yaani peshgi advance warning hai.</w:t>
      </w:r>
    </w:p>
    <w:p>
      <w:pPr>
        <w:jc w:val="right"/>
      </w:pPr>
      <w:r>
        <w:t>امت نہیں، نہیں، یہود کو وارننگ، یہود کی مذمت کی صورت نہیں ہے۔ یہ امت مسلمہ کو اس کے بعد کے دور میں، یعنی پیشگی ایڈوانس وارننگ ہے۔</w:t>
      </w:r>
    </w:p>
    <w:p>
      <w:r>
        <w:rPr>
          <w:b/>
        </w:rPr>
        <w:t xml:space="preserve">[14:18] </w:t>
      </w:r>
      <w:r>
        <w:t>yeh yeh jo baatein hain is surah mein aur bhi baaz hissay mein, to woh advance warning hai ummat-e-muslima ke liye,</w:t>
      </w:r>
    </w:p>
    <w:p>
      <w:pPr>
        <w:jc w:val="right"/>
      </w:pPr>
      <w:r>
        <w:t>یہ یہ جو باتیں ہیں اس سورہ میں اور بھی بعض حصے میں، تو وہ ایڈوانس وارننگ ہے امت مسلمہ کے لیے،</w:t>
      </w:r>
    </w:p>
    <w:p>
      <w:r>
        <w:rPr>
          <w:b/>
        </w:rPr>
        <w:t xml:space="preserve">[14:34] </w:t>
      </w:r>
      <w:r>
        <w:t>kyunkay ayat to utri thi seven century mein, rasool Allah ke zamanay mein.</w:t>
      </w:r>
    </w:p>
    <w:p>
      <w:pPr>
        <w:jc w:val="right"/>
      </w:pPr>
      <w:r>
        <w:t>کیونکہ آیت تو اتری تھی سیون سینچری میں، رسول اللہ کے زمانے میں۔</w:t>
      </w:r>
    </w:p>
    <w:p>
      <w:r>
        <w:rPr>
          <w:b/>
        </w:rPr>
        <w:t xml:space="preserve">[14:42] </w:t>
      </w:r>
      <w:r>
        <w:t>to rasool Allah ke zamanay mein woh khair-ul-ummah thay, rasool Allah ke zamanay mein woh khair-ul-ummah thay, lekin baad ka jo honay wala tha, woh tha: "latab'un min qablikum".</w:t>
      </w:r>
    </w:p>
    <w:p>
      <w:pPr>
        <w:jc w:val="right"/>
      </w:pPr>
      <w:r>
        <w:t>تو رسول اللہ کے زمانے میں وہ خیر امت تھے، رسول اللہ کے زمانے میں وہ خیر امت تھے، لیکن بعد کا جو ہونے والا تھا، وہ تھا: "لتبعون من قبلکم"۔</w:t>
      </w:r>
    </w:p>
    <w:p>
      <w:r>
        <w:rPr>
          <w:b/>
        </w:rPr>
        <w:t xml:space="preserve">[14:57] </w:t>
      </w:r>
      <w:r>
        <w:t>to baad ke zamanay mein is ummat ka jo haal honay wala tha, us ke aitbaar se yeh warning hai, yeh future ki warning hai.</w:t>
      </w:r>
    </w:p>
    <w:p>
      <w:pPr>
        <w:jc w:val="right"/>
      </w:pPr>
      <w:r>
        <w:t>تو بعد کے زمانے میں اس امت کا جو حال ہونے والا تھا، اس کے اعتبار سے یہ وارننگ ہے، یہ فیوچر کی وارننگ ہے۔</w:t>
      </w:r>
    </w:p>
    <w:p>
      <w:r>
        <w:rPr>
          <w:b/>
        </w:rPr>
        <w:t xml:space="preserve">[15:09] </w:t>
      </w:r>
      <w:r>
        <w:t>rasool Allah ke zamanay mein, present ke aitbaar se, yeh khair-ul-ummah thi, lekin baad ke zamanay mein jo honay wala tha, woh tha: "latab'un min qablikum".</w:t>
      </w:r>
    </w:p>
    <w:p>
      <w:pPr>
        <w:jc w:val="right"/>
      </w:pPr>
      <w:r>
        <w:t>رسول اللہ کے زمانے میں، پریزنٹ کے اعتبار سے، یہ خیر امت تھی، لیکن بعد کے زمانے میں جو ہونے والا تھا، وہ تھا: "لتبعون من قبلکم"۔</w:t>
      </w:r>
    </w:p>
    <w:p>
      <w:r>
        <w:rPr>
          <w:b/>
        </w:rPr>
        <w:t xml:space="preserve">[15:21] </w:t>
      </w:r>
      <w:r>
        <w:t>yani baad ke zamanay mein woh aik degenerated community bannay wali thi.</w:t>
      </w:r>
    </w:p>
    <w:p>
      <w:pPr>
        <w:jc w:val="right"/>
      </w:pPr>
      <w:r>
        <w:t>یعنی بعد کے زمانے میں وہ ایک ڈی جنریٹڈ کمیونٹی بننے والی تھی۔</w:t>
      </w:r>
    </w:p>
    <w:p>
      <w:r>
        <w:rPr>
          <w:b/>
        </w:rPr>
        <w:t xml:space="preserve">[15:30] </w:t>
      </w:r>
      <w:r>
        <w:t>to us waqt kya karna hoga? us waqt kya karna hoga? us waqt qaumi tehreekein nahi chahiye, qaumi tehreekein aur qaumi</w:t>
      </w:r>
    </w:p>
    <w:p>
      <w:pPr>
        <w:jc w:val="right"/>
      </w:pPr>
      <w:r>
        <w:t>تو اس وقت کیا کرنا ہوگا؟ اس وقت کیا کرنا ہوگا؟ اس وقت قومی تحریکیں نہیں چاہیے، قومی تحریکیں اور قومی</w:t>
      </w:r>
    </w:p>
    <w:p>
      <w:r>
        <w:rPr>
          <w:b/>
        </w:rPr>
        <w:t xml:space="preserve">[15:45] </w:t>
      </w:r>
      <w:r>
        <w:t>idaray nahi darkaar honge, balkay yeh hoga ke logon ke andar jo spirit khoi gayi hai, us ko phir se jagaya jaye.</w:t>
      </w:r>
    </w:p>
    <w:p>
      <w:pPr>
        <w:jc w:val="right"/>
      </w:pPr>
      <w:r>
        <w:t>ادارے نہیں درکار ہوں گے، بلکہ یہ ہوگا کہ لوگوں کے اندر جو اسپرٹ کھوئی گئی ہے، اس کو پھر سے جگایا جائے۔</w:t>
      </w:r>
    </w:p>
    <w:p>
      <w:r>
        <w:rPr>
          <w:b/>
        </w:rPr>
        <w:t xml:space="preserve">[15:59] </w:t>
      </w:r>
      <w:r>
        <w:t>jo spirit khoi gayi hai, us ko phir se jagaya jaye. ab dekhiye, is mein is daur mein jab ke ummat-e-muslima mein yeh degenerated, degeneration aa chuka hoga,</w:t>
      </w:r>
    </w:p>
    <w:p>
      <w:pPr>
        <w:jc w:val="right"/>
      </w:pPr>
      <w:r>
        <w:t>جو اسپرٹ کھوئی گئی ہے، اس کو پھر سے جگایا جائے۔ اب دیکھیے، اس میں اس دور میں جب کہ امت مسلمہ میں یہ ڈی جنریٹڈ، ڈی جنریشن آ چکا ہوگا،</w:t>
      </w:r>
    </w:p>
    <w:p>
      <w:r>
        <w:rPr>
          <w:b/>
        </w:rPr>
        <w:t xml:space="preserve">[16:16] </w:t>
      </w:r>
      <w:r>
        <w:t>jab ummat-e-muslima mein zawal aa chuka hoga, tab kya haal hoga? aur us waqt kya karna chahiye? us ki aik bohat hi clear misaal yeh hai, us waqt jo istilaah ki baat hai,</w:t>
      </w:r>
    </w:p>
    <w:p>
      <w:pPr>
        <w:jc w:val="right"/>
      </w:pPr>
      <w:r>
        <w:t>جب امت مسلمہ میں زوال آ چکا ہوگا، تب کیا حال ہوگا؟ اور اس وقت کیا کرنا چاہیے؟ اس کی ایک بہت ہی کلیئر مثال یہ ہے، اس وقت جو اصطلاح کی بات ہے،</w:t>
      </w:r>
    </w:p>
    <w:p>
      <w:r>
        <w:rPr>
          <w:b/>
        </w:rPr>
        <w:t xml:space="preserve">[16:34] </w:t>
      </w:r>
      <w:r>
        <w:t>yeh jo farmaya ke yahood ko reference mein ke</w:t>
      </w:r>
    </w:p>
    <w:p>
      <w:pPr>
        <w:jc w:val="right"/>
      </w:pPr>
      <w:r>
        <w:t>یہ جو فرمایا کہ یہود کو ریفرنس میں کہ</w:t>
      </w:r>
    </w:p>
    <w:p>
      <w:r>
        <w:rPr>
          <w:b/>
        </w:rPr>
        <w:t xml:space="preserve">[16:43] </w:t>
      </w:r>
      <w:r>
        <w:t>kya alfaaz hain? woh istilaah: "wala tashtaroo bi ayati thamanan qaleela". meri ayaton se qaleel cheez mat khareedo.</w:t>
      </w:r>
    </w:p>
    <w:p>
      <w:pPr>
        <w:jc w:val="right"/>
      </w:pPr>
      <w:r>
        <w:t>کیا الفاظ ہیں؟ وہ اصطلاح: "ولا تشترو بیایتی ثمنا قلیلا"۔ میری آیات سے قلیل چیز مت خریدو۔</w:t>
      </w:r>
    </w:p>
    <w:p>
      <w:r>
        <w:rPr>
          <w:b/>
        </w:rPr>
        <w:t xml:space="preserve">[16:56] </w:t>
      </w:r>
      <w:r>
        <w:t>yani kya matlab hai? ke deen ko deen ko naam le kar ke dunya daari mat karo.</w:t>
      </w:r>
    </w:p>
    <w:p>
      <w:pPr>
        <w:jc w:val="right"/>
      </w:pPr>
      <w:r>
        <w:t>یعنی کیا مطلب ہے؟ کہ دین کو دین کو نام لے کر کے دنیا داری مت کرو۔</w:t>
      </w:r>
    </w:p>
    <w:p>
      <w:r>
        <w:rPr>
          <w:b/>
        </w:rPr>
        <w:t xml:space="preserve">[17:10] </w:t>
      </w:r>
      <w:r>
        <w:t>yeh naam hai deen ka, lekin jo maqsad hai, woh dunya ka faida hasil karna, political faida, maali faida,</w:t>
      </w:r>
    </w:p>
    <w:p>
      <w:pPr>
        <w:jc w:val="right"/>
      </w:pPr>
      <w:r>
        <w:t>یہ نام ہے دین کا، لیکن جو مقصد ہے، وہ دنیا کا فائدہ حاصل کرنا، پولیٹیکل فائدہ، مالی فائدہ،</w:t>
      </w:r>
    </w:p>
    <w:p>
      <w:r>
        <w:rPr>
          <w:b/>
        </w:rPr>
        <w:t xml:space="preserve">[17:24] </w:t>
      </w:r>
      <w:r>
        <w:t>izat ka faida, yani dunyaavi faida jo kaha jata hai ke naam lena deen ka aur maqsood ho dunyaavi faida.</w:t>
      </w:r>
    </w:p>
    <w:p>
      <w:pPr>
        <w:jc w:val="right"/>
      </w:pPr>
      <w:r>
        <w:t>عزت کا فائدہ، یعنی دنیاوی فائدہ جو کہا جاتا ہے کہ نام لینا دین کا اور مقصود ہو دنیاوی فائدہ۔</w:t>
      </w:r>
    </w:p>
    <w:p>
      <w:r>
        <w:rPr>
          <w:b/>
        </w:rPr>
        <w:t xml:space="preserve">[17:37] </w:t>
      </w:r>
      <w:r>
        <w:t>aaj yeh hai musalmanon mein, yeh haalat bohat hi baray paimaan par chuki hai.</w:t>
      </w:r>
    </w:p>
    <w:p>
      <w:pPr>
        <w:jc w:val="right"/>
      </w:pPr>
      <w:r>
        <w:t>آج یہ ہے مسلمانوں میں، یہ حالت بہت ہی بڑے پام پڑ چکی ہے۔</w:t>
      </w:r>
    </w:p>
    <w:p>
      <w:r>
        <w:rPr>
          <w:b/>
        </w:rPr>
        <w:t xml:space="preserve">[17:45] </w:t>
      </w:r>
      <w:r>
        <w:t>aap jantay hain ke is zamanay mein jo musalmanon ne siyasat chalai, deen ke naam par siyasat chalai, deen ke naam par, lekin maqsad ka kya tha?</w:t>
      </w:r>
    </w:p>
    <w:p>
      <w:pPr>
        <w:jc w:val="right"/>
      </w:pPr>
      <w:r>
        <w:t>آپ جانتے ہیں کہ اس زمانے میں جو مسلمانوں نے سیاست چلائی، دین کے نام پر سیاست چلائی، دین کے نام پر، لیکن مقصد کا کیا تھا؟</w:t>
      </w:r>
    </w:p>
    <w:p>
      <w:r>
        <w:rPr>
          <w:b/>
        </w:rPr>
        <w:t xml:space="preserve">[17:56] </w:t>
      </w:r>
      <w:r>
        <w:t>leader-ship hasil karna, hukoomat hasil karna. deen ke naam pe siyasat maqsad ka hai: leader-ship hasil karna aur hukoomat hasil karna, mulk hasil karna.</w:t>
      </w:r>
    </w:p>
    <w:p>
      <w:pPr>
        <w:jc w:val="right"/>
      </w:pPr>
      <w:r>
        <w:t>لیڈری حاصل کرنا، حکومت حاصل کرنا۔ دین کے نام پہ سیاست مقصد کا ہے: لیڈری حاصل کرنا اور حکومت حاصل کرنا، ملک حاصل کرنا۔</w:t>
      </w:r>
    </w:p>
    <w:p>
      <w:r>
        <w:rPr>
          <w:b/>
        </w:rPr>
        <w:t xml:space="preserve">[18:12] </w:t>
      </w:r>
      <w:r>
        <w:t>hata ke ab yeh maamla itna barh chuka hai ke ab baqayda aik poora aik aik deeni tijarat ka aik aik poora karobar sari dunya mein phaila hua hai.</w:t>
      </w:r>
    </w:p>
    <w:p>
      <w:pPr>
        <w:jc w:val="right"/>
      </w:pPr>
      <w:r>
        <w:t>حتی کہ اب یہ معاملہ اتنا بڑھ چکا ہے کہ اب باقاعدہ ایک پورا ایک ایک دینی تجارت کا ایک ایک پورا کاروبار ساری دنیا میں پھیلا ہوا ہے۔</w:t>
      </w:r>
    </w:p>
    <w:p>
      <w:r>
        <w:rPr>
          <w:b/>
        </w:rPr>
        <w:t xml:space="preserve">[18:27] </w:t>
      </w:r>
      <w:r>
        <w:t>dekhiye, hota yeh hai ke jab ummat banti hai to pehle thore log hotay hain, phir kya hota hai ke logon ke haan bachay paida hotay hain, aulad hoti hai,</w:t>
      </w:r>
    </w:p>
    <w:p>
      <w:pPr>
        <w:jc w:val="right"/>
      </w:pPr>
      <w:r>
        <w:t>دیکھیے، ہوتا یہ ہے کہ جب امت بنتی ہے تو پہلے تھوڑے لوگ ہوتے ہیں، پھر کیا ہوتا ہے کہ لوگوں کے ہاں بچے پیدا ہوتے ہیں، اولاد ہوتی ہے،</w:t>
      </w:r>
    </w:p>
    <w:p>
      <w:r>
        <w:rPr>
          <w:b/>
        </w:rPr>
        <w:t xml:space="preserve">[18:46] </w:t>
      </w:r>
      <w:r>
        <w:t>to tawallud-o-tanaasul ka silsila chalta hai. is tarah se woh nasl dar nasl hotay hue tadad bohat barh jati hai.</w:t>
      </w:r>
    </w:p>
    <w:p>
      <w:pPr>
        <w:jc w:val="right"/>
      </w:pPr>
      <w:r>
        <w:t>توالد و تناسل کا سلسلہ چلتا ہے۔ اس طرح سے وہ نسل در نسل ہوتے ہوئے تعداد بہت بڑھ جاتی ہے۔</w:t>
      </w:r>
    </w:p>
    <w:p>
      <w:r>
        <w:rPr>
          <w:b/>
        </w:rPr>
        <w:t xml:space="preserve">[19:01] </w:t>
      </w:r>
      <w:r>
        <w:t>tadad jo hai, tawallud aur tanaasul ke zariye bohat barh jati hai. to barhtay barhtay aik poori ummat jo rehti hai, hata ke aaj to musalman sari dunya mein phailay hue hain.</w:t>
      </w:r>
    </w:p>
    <w:p>
      <w:pPr>
        <w:jc w:val="right"/>
      </w:pPr>
      <w:r>
        <w:t>تعداد جو ہے، توالد اور تناسل کے ذریعے بہت بڑھ جاتی ہے۔ تو بڑھتے بڑھتے ایک پوری امت جو رہتی ہے، حتی کہ آج تو مسلمان ساری دنیا میں پھیلے ہوئے ہیں۔</w:t>
      </w:r>
    </w:p>
    <w:p>
      <w:r>
        <w:rPr>
          <w:b/>
        </w:rPr>
        <w:t xml:space="preserve">[19:13] </w:t>
      </w:r>
      <w:r>
        <w:t>jab ummat itna ziyada barh jaye to ummat khud aik aik</w:t>
      </w:r>
    </w:p>
    <w:p>
      <w:pPr>
        <w:jc w:val="right"/>
      </w:pPr>
      <w:r>
        <w:t>جب امت اتنا زیادہ بڑھ جائے تو امت خود ایک ایک</w:t>
      </w:r>
    </w:p>
    <w:p>
      <w:r>
        <w:rPr>
          <w:b/>
        </w:rPr>
        <w:t xml:space="preserve">[19:25] </w:t>
      </w:r>
      <w:r>
        <w:t>khud aik yani khud aik aik giroh ban jata hai jis ke andar tijaratain hon.</w:t>
      </w:r>
    </w:p>
    <w:p>
      <w:pPr>
        <w:jc w:val="right"/>
      </w:pPr>
      <w:r>
        <w:t>خود ایک یعنی خود ایک ایک گروہ بن جاتا ہے جس کے اندر تجارتیں ہوں۔</w:t>
      </w:r>
    </w:p>
    <w:p>
      <w:r>
        <w:rPr>
          <w:b/>
        </w:rPr>
        <w:t xml:space="preserve">[19:36] </w:t>
      </w:r>
      <w:r>
        <w:t>khud aik aik bazaar tijarat ban jati hai, khud aik bazaar tijarat. yani is giroh ke zariye hotel miltay hain,</w:t>
      </w:r>
    </w:p>
    <w:p>
      <w:pPr>
        <w:jc w:val="right"/>
      </w:pPr>
      <w:r>
        <w:t>خود ایک ایک بازار تجارت بن جاتی ہے، خود ایک بازار تجارت۔ یعنی اس گروہ کے ذریعے ہوٹل ملتے ہیں،</w:t>
      </w:r>
    </w:p>
    <w:p>
      <w:r>
        <w:rPr>
          <w:b/>
        </w:rPr>
        <w:t xml:space="preserve">[19:49] </w:t>
      </w:r>
      <w:r>
        <w:t>kharidar milte hain aur bheed milti hai, stage banaye jate hain, idare bante hain, mulk bante hain.</w:t>
      </w:r>
    </w:p>
    <w:p>
      <w:pPr>
        <w:jc w:val="right"/>
      </w:pPr>
      <w:r>
        <w:t>خریدار ملتے ہیں اور بھیڑ ملتی ہے، اسٹیج بنائے جاتے ہیں، ادارے بنتے ہیں، ملک بنتے ہیں۔</w:t>
      </w:r>
    </w:p>
    <w:p>
      <w:r>
        <w:rPr>
          <w:b/>
        </w:rPr>
        <w:t xml:space="preserve">[20:02] </w:t>
      </w:r>
      <w:r>
        <w:t>to yeh sab kya hai? tijarti sargharmiyan, dunya daranah sargharmiyan. to ummat jab badhte badhte badhte badhte ek poori qaum ban jaye jo mulkon mulkon phaili hui ho, to is is ke andar sari tijarti sargharmiyan jaari ho jati hain.</w:t>
      </w:r>
    </w:p>
    <w:p>
      <w:pPr>
        <w:jc w:val="right"/>
      </w:pPr>
      <w:r>
        <w:t>تو یہ سب کیا ہے؟ تجارتی سرگرمیاں، دنیا دارانہ سرگرمیاں۔ تو امت جب بڑھتے بڑھتے بڑھتے بڑھتے ایک پوری قوم بن جائے جو ملکوں ملکوں پھیلی ہوئی ہو، تو اس اس کے اندر ساری تجارتی سرگرمیاں جاری ہو جاتی ہیں۔</w:t>
      </w:r>
    </w:p>
    <w:p>
      <w:r>
        <w:rPr>
          <w:b/>
        </w:rPr>
        <w:t xml:space="preserve">[20:23] </w:t>
      </w:r>
      <w:r>
        <w:t>is waqt yahi ho raha hai ke ummat tawallud o tanasul ke zariye badhte badhte ek poora qaum, ek giroh ban chuki hai.</w:t>
      </w:r>
    </w:p>
    <w:p>
      <w:pPr>
        <w:jc w:val="right"/>
      </w:pPr>
      <w:r>
        <w:t>اس وقت یہی ہو رہا ہے کہ امت توالد و تناسل کے ذریعے بڑھتے بڑھتے ایک پورا قوم، ایک گروہ بن چکی ہے۔</w:t>
      </w:r>
    </w:p>
    <w:p>
      <w:r>
        <w:rPr>
          <w:b/>
        </w:rPr>
        <w:t xml:space="preserve">[20:36] </w:t>
      </w:r>
      <w:r>
        <w:t>ab is ke andar woh sara kaam hoga jo tijarat ka, sa'adat ka hoga. to is waqt kuch log uth uthte hain jo deen ke naam par is ko shuru kar dete hain karna, yani yani commercialization of religion.</w:t>
      </w:r>
    </w:p>
    <w:p>
      <w:pPr>
        <w:jc w:val="right"/>
      </w:pPr>
      <w:r>
        <w:t>اب اس کے اندر وہ سارا کام ہوگا جو تجارت کا، سعادت کا ہوگا۔ تو اس وقت کچھ لوگ اٹھ اٹھتے ہیں جو دین کے نام پر اس کو شروع کر دیتے ہیں کرنا، یعنی یعنی کمرشلائزیشن آف ریلیجن۔</w:t>
      </w:r>
    </w:p>
    <w:p>
      <w:r>
        <w:rPr>
          <w:b/>
        </w:rPr>
        <w:t xml:space="preserve">[20:55] </w:t>
      </w:r>
      <w:r>
        <w:t>is daur ko aap ek lafz mein keh sakte hain ke commercialization of religion. to pehle daur mein, pehle daur mein ummat ka nishana kya hota hai?</w:t>
      </w:r>
    </w:p>
    <w:p>
      <w:pPr>
        <w:jc w:val="right"/>
      </w:pPr>
      <w:r>
        <w:t>اس دور کو آپ ایک لفظ میں کہہ سکتے ہیں کہ کمرشلائزیشن آف ریلیجن۔ تو پہلے دور میں، پہلے دور میں امت کا نشانہ کیا ہوتا ہے؟</w:t>
      </w:r>
    </w:p>
    <w:p>
      <w:r>
        <w:rPr>
          <w:b/>
        </w:rPr>
        <w:t xml:space="preserve">[21:07] </w:t>
      </w:r>
      <w:r>
        <w:t>dawat hoti hai. pehle daur mein wa kadhalika ja'alnakum ummatan mubassitan litakoonu shuhadaa'a linnaasi wa akirroor rasoola 'alaikum shaheedan yani pehle daur mein yeh zahir hota hai ke hamein hidayat mili hai paighambar se, ab hum is ke amin hain aur ab hamein is hidayat ko dunya ke logon tak pahunchana hai.</w:t>
      </w:r>
    </w:p>
    <w:p>
      <w:pPr>
        <w:jc w:val="right"/>
      </w:pPr>
      <w:r>
        <w:t>دعوت ہوتی ہے۔ پہلے دور میں وَكَذَلْكَ جَعَلْنَاكُمْ أُمَّةً مُبَسِطًا لَتُكُونُوا شَهْدَاءً لِلنَّاسِ وَأَكُرُّوا الرَّسُولَ عَلَيْكُمْ شَهِيدًا یعنی پہلے دور میں یہ ظاہر ہوتا ہے کہ ہمیں ہدایت ملی ہے پیغمبر سے، اب ہم اس کے امین ہیں اور اب ہمیں اس ہدایت کو دنیا کے لوگوں تک پہنچانا ہے۔</w:t>
      </w:r>
    </w:p>
    <w:p>
      <w:r>
        <w:rPr>
          <w:b/>
        </w:rPr>
        <w:t xml:space="preserve">[21:33] </w:t>
      </w:r>
      <w:r>
        <w:t>to pehle zamane mein kya hota hai ke ummat waqt apne ko da'i samajhti hai aur dunya ko mad'u samajhti hai.</w:t>
      </w:r>
    </w:p>
    <w:p>
      <w:pPr>
        <w:jc w:val="right"/>
      </w:pPr>
      <w:r>
        <w:t>تو پہلے زمانے میں کیا ہوتا ہے کہ امت وقت اپنے کو داعی سمجھتی ہے اور دنیا کو مدعو سمجھتی ہے۔</w:t>
      </w:r>
    </w:p>
    <w:p>
      <w:r>
        <w:rPr>
          <w:b/>
        </w:rPr>
        <w:t xml:space="preserve">[21:45] </w:t>
      </w:r>
      <w:r>
        <w:t>to pehle daur mein da'i o mad'u ka rishta qaim hota hai aur dawat is ka nishana banta hai. lekin badhte badhte badhte badhte jab woh ek qaumi giroh ban jaye, ek qaumi giroh to phir har qism ki dunyawi sargharmiyan jaari hoti hain un ke deen ke naam par, mazhab ke naam par, islam ke naam par.</w:t>
      </w:r>
    </w:p>
    <w:p>
      <w:pPr>
        <w:jc w:val="right"/>
      </w:pPr>
      <w:r>
        <w:t>تو پہلے دور میں داعی و مدعو کا رشتہ قائم ہوتا ہے اور دعوت اس کا نشانہ بنتا ہے۔ لیکن بڑھتے بڑھتے بڑھتے بڑھتے جب وہ ایک قومی گروہ بن جائے، ایک قومی گروہ تو پھر ہر قسم کی دنیاوی سرگرمیاں جاری ہوتی ہیں ان کے دین کے نام پر، مذہب کے نام پر، اسلام کے نام پر۔</w:t>
      </w:r>
    </w:p>
    <w:p>
      <w:r>
        <w:rPr>
          <w:b/>
        </w:rPr>
        <w:t xml:space="preserve">[22:08] </w:t>
      </w:r>
      <w:r>
        <w:t>is ko main kahunga ke commercialization of deen ya commercialization of mazhab. to aaj jo hai yahi ho chuka hai.</w:t>
      </w:r>
    </w:p>
    <w:p>
      <w:pPr>
        <w:jc w:val="right"/>
      </w:pPr>
      <w:r>
        <w:t>اس کو میں کہوں گا کہ کمرشلائزیشن آف دین یا کمرشلائزیشن آف مذہب۔ تو آج جو ہے یہی ہو چکا ہے۔</w:t>
      </w:r>
    </w:p>
    <w:p>
      <w:r>
        <w:rPr>
          <w:b/>
        </w:rPr>
        <w:t xml:space="preserve">[22:21] </w:t>
      </w:r>
      <w:r>
        <w:t>isi ko kaha gaya hai ke dunya ke bande deen ke naam par dunya ka na dunya ka karobar na karo.</w:t>
      </w:r>
    </w:p>
    <w:p>
      <w:pPr>
        <w:jc w:val="right"/>
      </w:pPr>
      <w:r>
        <w:t>اسی کو کہا گیا ہے کہ دنیا کے بندے دین کے نام پر دنیا کا نہ دنیا کا کاروبار نہ کرو۔</w:t>
      </w:r>
    </w:p>
    <w:p>
      <w:r>
        <w:rPr>
          <w:b/>
        </w:rPr>
        <w:t xml:space="preserve">[22:31] </w:t>
      </w:r>
      <w:r>
        <w:t>yeh jo ayat hai jo abhi abhi padhi gayi aap ke samne, is ka matlab hai ke deen ko dunya ka sauda mat banao.</w:t>
      </w:r>
    </w:p>
    <w:p>
      <w:pPr>
        <w:jc w:val="right"/>
      </w:pPr>
      <w:r>
        <w:t>یہ جو آیت ہے جو ابھی ابھی پڑھی گئی آپ کے سامنے، اس کا مطلب ہے کہ دین کو دنیا کا سودا مت بناؤ۔</w:t>
      </w:r>
    </w:p>
    <w:p>
      <w:r>
        <w:rPr>
          <w:b/>
        </w:rPr>
        <w:t xml:space="preserve">[22:40] </w:t>
      </w:r>
      <w:r>
        <w:t>deen ke naam par</w:t>
      </w:r>
    </w:p>
    <w:p>
      <w:pPr>
        <w:jc w:val="right"/>
      </w:pPr>
      <w:r>
        <w:t>دین کے نام پر</w:t>
      </w:r>
    </w:p>
    <w:p>
      <w:r>
        <w:rPr>
          <w:b/>
        </w:rPr>
        <w:t xml:space="preserve">[22:44] </w:t>
      </w:r>
      <w:r>
        <w:t>dunyawi karobar mat karo. yani deen ko commercialize mat karo. commercialize.</w:t>
      </w:r>
    </w:p>
    <w:p>
      <w:pPr>
        <w:jc w:val="right"/>
      </w:pPr>
      <w:r>
        <w:t>دنیاوی کاروبار مت کرو۔ یعنی دین کو کمرشلائز مت کرو۔ کمرشلائز۔</w:t>
      </w:r>
    </w:p>
    <w:p>
      <w:r>
        <w:rPr>
          <w:b/>
        </w:rPr>
        <w:t xml:space="preserve">[22:55] </w:t>
      </w:r>
      <w:r>
        <w:t>to aaj commercialize karne ka itna badh chuka hai ke poori ek tijarti mandi ban chuki hai ummat.</w:t>
      </w:r>
    </w:p>
    <w:p>
      <w:pPr>
        <w:jc w:val="right"/>
      </w:pPr>
      <w:r>
        <w:t>تو آج کمرشلائز کرنے کا اتنا بڑھ چکا ہے کہ پوری ایک تجارتی منڈی بن چکی ہے امت۔</w:t>
      </w:r>
    </w:p>
    <w:p>
      <w:r>
        <w:rPr>
          <w:b/>
        </w:rPr>
        <w:t xml:space="preserve">[23:06] </w:t>
      </w:r>
      <w:r>
        <w:t>hata ke islamic product wajood mein aa gaye hain.</w:t>
      </w:r>
    </w:p>
    <w:p>
      <w:pPr>
        <w:jc w:val="right"/>
      </w:pPr>
      <w:r>
        <w:t>حتی کہ اسلامک پروڈکٹ وجود میں آ گئے ہیں۔</w:t>
      </w:r>
    </w:p>
    <w:p>
      <w:r>
        <w:rPr>
          <w:b/>
        </w:rPr>
        <w:t xml:space="preserve">[23:14] </w:t>
      </w:r>
      <w:r>
        <w:t>misalan ab kya hai ke bohat bari bari businessen chalti hain: miswak aur aur jan namaz aur pagri aur topi aur burqa.</w:t>
      </w:r>
    </w:p>
    <w:p>
      <w:pPr>
        <w:jc w:val="right"/>
      </w:pPr>
      <w:r>
        <w:t>مثلاً اب کیا ہے کہ بہت بڑی بڑی بزنسیں چلتی ہیں: مسواک اور اور جان نماز اور پگڑی اور ٹوپی اور برقعہ۔</w:t>
      </w:r>
    </w:p>
    <w:p>
      <w:r>
        <w:rPr>
          <w:b/>
        </w:rPr>
        <w:t xml:space="preserve">[23:30] </w:t>
      </w:r>
      <w:r>
        <w:t>yani jo musalmanon ka, yani do form ka daur aane ke baad jo musalmanon mein cheezen badhti hain, un cheezon ki tijarat.</w:t>
      </w:r>
    </w:p>
    <w:p>
      <w:pPr>
        <w:jc w:val="right"/>
      </w:pPr>
      <w:r>
        <w:t>یعنی جو مسلمانوں کا، یعنی دو فارم کا دور آنے کے بعد جو مسلمانوں میں چیزیں بڑھتی ہیں، ان چیزوں کی تجارت۔</w:t>
      </w:r>
    </w:p>
    <w:p>
      <w:r>
        <w:rPr>
          <w:b/>
        </w:rPr>
        <w:t xml:space="preserve">[23:42] </w:t>
      </w:r>
      <w:r>
        <w:t>to yahi hai commercialization ka zamana. main samajhta hoon ke aaj agar aap chahte hain ke musalmanon mein ki islaah ka islaah karna, musalmanon ko revive karna, to sab se pehle aap ko is baat ko janana padega ke aaj musalman isi daur mein hain ke yani deen ke badle dunya kamana,</w:t>
      </w:r>
    </w:p>
    <w:p>
      <w:pPr>
        <w:jc w:val="right"/>
      </w:pPr>
      <w:r>
        <w:t>تو یہی ہے کمرشلائزیشن کا زمانہ۔ میں سمجھتا ہوں کہ آج اگر آپ چاہتے ہیں کہ مسلمانوں میں کی اصلاح کا اصلاح کرنا، مسلمانوں کو ریوائیو کرنا، تو سب سے پہلے آپ کو اس بات کو جاننا پڑے گا کہ آج مسلمان اسی دور میں ہیں کہ یعنی دین کے بدلے دنیا کمانا،</w:t>
      </w:r>
    </w:p>
    <w:p>
      <w:r>
        <w:rPr>
          <w:b/>
        </w:rPr>
        <w:t xml:space="preserve">[24:09] </w:t>
      </w:r>
      <w:r>
        <w:t>jo yahud ke zamane mein aaya tha. to quran mein jo baat kahi gayi hai, yahud ke aitbar se woh baad ki baat hai, lekin musalmanon ki naseehat ke aitbar se liya jaye to woh aaj ki baat hai.</w:t>
      </w:r>
    </w:p>
    <w:p>
      <w:pPr>
        <w:jc w:val="right"/>
      </w:pPr>
      <w:r>
        <w:t>جو یہود کے زمانے میں آیا تھا۔ تو قرآن میں جو بات کہی گئی ہے، یہود کے اعتبار سے وہ بعد کی بات ہے، لیکن مسلمانوں کی نصیحت کے اعتبار سے لیا جائے تو وہ آج کی بات ہے۔</w:t>
      </w:r>
    </w:p>
    <w:p>
      <w:r>
        <w:rPr>
          <w:b/>
        </w:rPr>
        <w:t xml:space="preserve">[24:26] </w:t>
      </w:r>
      <w:r>
        <w:t>yani aaj musalmanon, yahud ke liye to ab tareekh ban chuki hai. aaj yahudi bohat taraqqi kar chuke hain.</w:t>
      </w:r>
    </w:p>
    <w:p>
      <w:pPr>
        <w:jc w:val="right"/>
      </w:pPr>
      <w:r>
        <w:t>یعنی آج مسلمانوں، یہود کے لیے تو اب تاریخ بن چکی ہے۔ آج یہودی بہت ترقی کر چکے ہیں۔</w:t>
      </w:r>
    </w:p>
    <w:p>
      <w:r>
        <w:rPr>
          <w:b/>
        </w:rPr>
        <w:t xml:space="preserve">[24:36] </w:t>
      </w:r>
      <w:r>
        <w:t>aaj ka jo yahudi hai, woh bohat taraqqi kar chuka hai. to aaj ke lihaz se yeh baaten jo quran mein kahi gayi hain, woh yahud ki tareekh ko batati hain aur muslim ummat ke lihaz se is ko ghaur kiya jaye to musalmanon ke present ko batati hain.</w:t>
      </w:r>
    </w:p>
    <w:p>
      <w:pPr>
        <w:jc w:val="right"/>
      </w:pPr>
      <w:r>
        <w:t>آج کا جو یہودی ہے، وہ بہت ترقی کر چکا ہے۔ تو آج کے لحاظ سے یہ باتیں جو قرآن میں کہی گئی ہیں، وہ یہود کی تاریخ کو بتاتی ہیں اور مسلم امت کے لحاظ سے اس کو غور کیا جائے تو مسلمانوں کے پریزنٹ کو بتاتی ہیں۔</w:t>
      </w:r>
    </w:p>
    <w:p>
      <w:r>
        <w:rPr>
          <w:b/>
        </w:rPr>
        <w:t xml:space="preserve">[24:58] </w:t>
      </w:r>
      <w:r>
        <w:t>yeh bohat aham nuqta hai jis ko hamein samajhna chahiye. surah khaas taur par surah al baqarah mein bohat zyada tazkira hai yahud ka.</w:t>
      </w:r>
    </w:p>
    <w:p>
      <w:pPr>
        <w:jc w:val="right"/>
      </w:pPr>
      <w:r>
        <w:t>یہ بہت اہم نقطہ ہے جس کو ہمیں سمجھنا چاہیے۔ سورہ خاص طور پر سورہ البقرہ میں بہت زیادہ تذکرہ ہے یہود کا۔</w:t>
      </w:r>
    </w:p>
    <w:p>
      <w:r>
        <w:rPr>
          <w:b/>
        </w:rPr>
        <w:t xml:space="preserve">[25:09] </w:t>
      </w:r>
      <w:r>
        <w:t>to log samajhte hain ke yahud ki mazammat hai. log samajhte hain ke yeh jo hai, sab yahud ki mazammat ke taur par hai.</w:t>
      </w:r>
    </w:p>
    <w:p>
      <w:pPr>
        <w:jc w:val="right"/>
      </w:pPr>
      <w:r>
        <w:t>تو لوگ سمجھتے ہیں کہ یہود کی مذمت ہے۔ لوگ سمجھتے ہیں کہ یہ جو ہے، سب یہود کی مذمت کے طور پر ہے۔</w:t>
      </w:r>
    </w:p>
    <w:p>
      <w:r>
        <w:rPr>
          <w:b/>
        </w:rPr>
        <w:t xml:space="preserve">[25:18] </w:t>
      </w:r>
      <w:r>
        <w:t>nahi, yeh yahud ki tareekh ke hawale se musalmanon ke present ki islaah ka bayan hai.</w:t>
      </w:r>
    </w:p>
    <w:p>
      <w:pPr>
        <w:jc w:val="right"/>
      </w:pPr>
      <w:r>
        <w:t>نہیں، یہ یہود کی تاریخ کے حوالے سے مسلمانوں کے پریزنٹ کی اصلاح کا بیان ہے۔</w:t>
      </w:r>
    </w:p>
    <w:p>
      <w:r>
        <w:rPr>
          <w:b/>
        </w:rPr>
        <w:t xml:space="preserve">[25:33] </w:t>
      </w:r>
      <w:r>
        <w:t>yahud ki history ke aitbar se, yani yahud ki history ko bata kar ke musalmanon ko bataya gaya hai ke tum aisa mat karo, tum is se bacho.</w:t>
      </w:r>
    </w:p>
    <w:p>
      <w:pPr>
        <w:jc w:val="right"/>
      </w:pPr>
      <w:r>
        <w:t>یہود کی ہسٹری کے اعتبار سے، یعنی یہود کی ہسٹری کو بتا کر کے مسلمانوں کو بتایا گیا ہے کہ تم ایسا مت کرو، تم اس سے بچو۔</w:t>
      </w:r>
    </w:p>
    <w:p>
      <w:r>
        <w:rPr>
          <w:b/>
        </w:rPr>
        <w:t xml:space="preserve">[25:48] </w:t>
      </w:r>
      <w:r>
        <w:t>jaisa ke abhi aap ke samne ek ayat padhi gayi, us mein yahi baat kahi gayi hai surah</w:t>
      </w:r>
    </w:p>
    <w:p>
      <w:pPr>
        <w:jc w:val="right"/>
      </w:pPr>
      <w:r>
        <w:t>جیسا کہ ابھی آپ کے سامنے ایک آیت پڑھی گئی، اس میں یہی بات کہی گئی ہے سورہ</w:t>
      </w:r>
    </w:p>
    <w:p>
      <w:r>
        <w:rPr>
          <w:b/>
        </w:rPr>
        <w:t xml:space="preserve">[25:54] </w:t>
      </w:r>
      <w:r>
        <w:t>al Hadid ki. woh phir se padh dijiye tarjuma ke sath alamin alladhina amanu an takhsha qulubuhum li dhikri allahi</w:t>
      </w:r>
    </w:p>
    <w:p>
      <w:pPr>
        <w:jc w:val="right"/>
      </w:pPr>
      <w:r>
        <w:t>الحدید کی۔ وہ پھر سے پڑھ دیجئے ترجمہ کے ساتھ المین الذین آمنوا أن تخشى قلوبهم لذکر اللہ</w:t>
      </w:r>
    </w:p>
    <w:p>
      <w:r>
        <w:rPr>
          <w:b/>
        </w:rPr>
        <w:t xml:space="preserve">[26:01] </w:t>
      </w:r>
      <w:r>
        <w:t>wama nazala mina lHaqqi wala yakunu alladhina utu lkitaba min qablu fatala 'alayhimu l'amadu faqaSada qulubuhum wa kathirun minhum</w:t>
      </w:r>
    </w:p>
    <w:p>
      <w:pPr>
        <w:jc w:val="right"/>
      </w:pPr>
      <w:r>
        <w:t>وما نزل من الحق ولا یکون الذین أوتوا الکتاب من قبل فتال علیہم الأمد فقصد قلوبہم وكثیر منہم</w:t>
      </w:r>
    </w:p>
    <w:p>
      <w:r>
        <w:rPr>
          <w:b/>
        </w:rPr>
        <w:t xml:space="preserve">[26:10] </w:t>
      </w:r>
      <w:r>
        <w:t>fasiquna surah al Hadid ayat number 16 kya iman walon ke liye woh waqt nahin aya ke un ke</w:t>
      </w:r>
    </w:p>
    <w:p>
      <w:pPr>
        <w:jc w:val="right"/>
      </w:pPr>
      <w:r>
        <w:t>فاسقون سورہ الحدید آیت نمبر 16 کیا ایمان والوں کے لیے وہ وقت نہیں آیا کہ ان کے</w:t>
      </w:r>
    </w:p>
    <w:p>
      <w:r>
        <w:rPr>
          <w:b/>
        </w:rPr>
        <w:t xml:space="preserve">[26:19] </w:t>
      </w:r>
      <w:r>
        <w:t>dil Allah ki nasihat ke aage jhuk jayen aur us haq ke aage jo nazil ho chuka hai?</w:t>
      </w:r>
    </w:p>
    <w:p>
      <w:pPr>
        <w:jc w:val="right"/>
      </w:pPr>
      <w:r>
        <w:t>دل اللہ کی نصیحت کے آگے جھک جائیں اور اس حق کے آگے جو نازل ہو چکا ہے؟</w:t>
      </w:r>
    </w:p>
    <w:p>
      <w:r>
        <w:rPr>
          <w:b/>
        </w:rPr>
        <w:t xml:space="preserve">[26:25] </w:t>
      </w:r>
      <w:r>
        <w:t>aur woh un logon ki tarah na ho jaye jin ko pehle kitab di gayi thi, phir un par lambi muddat guzar gayi to un ke dil sakht ho gaye aur un mein se aksar log nafarman hain.</w:t>
      </w:r>
    </w:p>
    <w:p>
      <w:pPr>
        <w:jc w:val="right"/>
      </w:pPr>
      <w:r>
        <w:t>اور وہ ان لوگوں کی طرح نہ ہو جائے جن کو پہلے کتاب دی گئی تھی، پھر ان پر لمبی مدت گزر گئی تو ان کے دل سخت ہو گئے اور ان میں سے اکثر لوگ نافرمان ہیں۔</w:t>
      </w:r>
    </w:p>
    <w:p>
      <w:r>
        <w:rPr>
          <w:b/>
        </w:rPr>
        <w:t xml:space="preserve">[26:36] </w:t>
      </w:r>
      <w:r>
        <w:t>dekhiye, is par ghaur kijiye. yeh jo Surah Al-Hadid ki ayat hai, jab mein is ko padhta hoon to aisa lagta hai ke aasman se dobara awaz aa rahi hai.</w:t>
      </w:r>
    </w:p>
    <w:p>
      <w:pPr>
        <w:jc w:val="right"/>
      </w:pPr>
      <w:r>
        <w:t>دیکھیے، اس پر غور کیجئے۔ یہ جو سورہ الحدید کی آیت ہے، جب میں اس کو پڑھتا ہوں تو ایسا لگتا ہے کہ آسمان سے دوبارہ آواز آ رہی ہے۔</w:t>
      </w:r>
    </w:p>
    <w:p>
      <w:r>
        <w:rPr>
          <w:b/>
        </w:rPr>
        <w:t xml:space="preserve">[26:56] </w:t>
      </w:r>
      <w:r>
        <w:t>yani aaj ke musalmanon ko dobara aasman se khitab kiya ja raha hai. kaisi ajib baat hai yeh.</w:t>
      </w:r>
    </w:p>
    <w:p>
      <w:pPr>
        <w:jc w:val="right"/>
      </w:pPr>
      <w:r>
        <w:t>یعنی آج کے مسلمانوں کو دوبارہ آسمان سے خطاب کیا جا رہا ہے۔ کیسی عجیب بات ہے یہ۔</w:t>
      </w:r>
    </w:p>
    <w:p>
      <w:r>
        <w:rPr>
          <w:b/>
        </w:rPr>
        <w:t xml:space="preserve">[27:07] </w:t>
      </w:r>
      <w:r>
        <w:t>yeh jo ayat aap ke samne padhi gayi, aisa lagta hai ke yeh dobara revelation ho raha hai. ummat-e-muslima ko khitab kiya ja raha hai dobara.</w:t>
      </w:r>
    </w:p>
    <w:p>
      <w:pPr>
        <w:jc w:val="right"/>
      </w:pPr>
      <w:r>
        <w:t>یہ جو آیت آپ کے سامنے پڑھی گئی، ایسا لگتا ہے کہ یہ دوبارہ ریولیشن ہو رہا ہے۔ امت مسلمہ کو خطاب کیا جا رہا ہے دوبارہ۔</w:t>
      </w:r>
    </w:p>
    <w:p>
      <w:r>
        <w:rPr>
          <w:b/>
        </w:rPr>
        <w:t xml:space="preserve">[27:23] </w:t>
      </w:r>
      <w:r>
        <w:t>aap phir se padhiye.</w:t>
      </w:r>
    </w:p>
    <w:p>
      <w:pPr>
        <w:jc w:val="right"/>
      </w:pPr>
      <w:r>
        <w:t>آپ پھر سے پڑھیے۔</w:t>
      </w:r>
    </w:p>
    <w:p>
      <w:r>
        <w:rPr>
          <w:b/>
        </w:rPr>
        <w:t xml:space="preserve">[27:27] </w:t>
      </w:r>
      <w:r>
        <w:t>almin alladhina amanua an takhashsha qulubuhum lidhikrillah wama nazala min alhaqq nahin, baat to padhiye qasd se</w:t>
      </w:r>
    </w:p>
    <w:p>
      <w:pPr>
        <w:jc w:val="right"/>
      </w:pPr>
      <w:r>
        <w:t>المین الذین آمنوا أن تخشى قلوبهم لذکر اللہ وما نزل من الحق نہیں، بات تو پڑھیے قصد سے</w:t>
      </w:r>
    </w:p>
    <w:p>
      <w:r>
        <w:rPr>
          <w:b/>
        </w:rPr>
        <w:t xml:space="preserve">[27:37] </w:t>
      </w:r>
      <w:r>
        <w:t>wala yakun alladhina utu alkitab min qabl fatala alayhim alamad faqasada qulubuhum wakathir minhum fasiqoon</w:t>
      </w:r>
    </w:p>
    <w:p>
      <w:pPr>
        <w:jc w:val="right"/>
      </w:pPr>
      <w:r>
        <w:t>ولا یکون الذین أوتوا الکتاب من قبل فتال علیہم الأمد فقصد قلوبهم وكثیر منہم فاسقون</w:t>
      </w:r>
    </w:p>
    <w:p>
      <w:r>
        <w:rPr>
          <w:b/>
        </w:rPr>
        <w:t xml:space="preserve">[27:46] </w:t>
      </w:r>
      <w:r>
        <w:t>aur woh un logon ki tarah na ho jaye jin ko pehle kitab di gayi thi, phir un</w:t>
      </w:r>
    </w:p>
    <w:p>
      <w:pPr>
        <w:jc w:val="right"/>
      </w:pPr>
      <w:r>
        <w:t>اور وہ ان لوگوں کی طرح نہ ہو جائے جن کو پہلے کتاب دی گئی تھی، پھر ان</w:t>
      </w:r>
    </w:p>
    <w:p>
      <w:r>
        <w:rPr>
          <w:b/>
        </w:rPr>
        <w:t xml:space="preserve">[27:50] </w:t>
      </w:r>
      <w:r>
        <w:t>par lambi muddat guzar gayi to un ke dil sakht ho gaye aur un mein se aksar log</w:t>
      </w:r>
    </w:p>
    <w:p>
      <w:pPr>
        <w:jc w:val="right"/>
      </w:pPr>
      <w:r>
        <w:t>پر لمبی مدت گزر گئی تو ان کے دل سخت ہو گئے اور ان میں سے اکثر لوگ</w:t>
      </w:r>
    </w:p>
    <w:p>
      <w:r>
        <w:rPr>
          <w:b/>
        </w:rPr>
        <w:t xml:space="preserve">[27:55] </w:t>
      </w:r>
      <w:r>
        <w:t>nafarman hain.</w:t>
      </w:r>
    </w:p>
    <w:p>
      <w:pPr>
        <w:jc w:val="right"/>
      </w:pPr>
      <w:r>
        <w:t>نافرمان ہیں۔</w:t>
      </w:r>
    </w:p>
    <w:p>
      <w:r>
        <w:rPr>
          <w:b/>
        </w:rPr>
        <w:t xml:space="preserve">[27:59] </w:t>
      </w:r>
      <w:r>
        <w:t>dekhiye, is isloob par ghaur kijiye. yeh jo ayat hai, yeh saatvi sadi isvi mein yahud ko khitab kar rahi thi.</w:t>
      </w:r>
    </w:p>
    <w:p>
      <w:pPr>
        <w:jc w:val="right"/>
      </w:pPr>
      <w:r>
        <w:t>دیکھیے، اس اسلوب پر غور کیجئے۔ یہ جو آیت ہے، یہ ساتویں صدی عیسوی میں یہود کو خطاب کر رہی تھی۔</w:t>
      </w:r>
    </w:p>
    <w:p>
      <w:r>
        <w:rPr>
          <w:b/>
        </w:rPr>
        <w:t xml:space="preserve">[28:13] </w:t>
      </w:r>
      <w:r>
        <w:t>aaj 21st century mein yeh ayat ummat-e-muslima ko khitab kar rahi hai.</w:t>
      </w:r>
    </w:p>
    <w:p>
      <w:pPr>
        <w:jc w:val="right"/>
      </w:pPr>
      <w:r>
        <w:t>آج 21 سینچری میں یہ آیت امت مسلمہ کو خطاب کر رہی ہے۔</w:t>
      </w:r>
    </w:p>
    <w:p>
      <w:r>
        <w:rPr>
          <w:b/>
        </w:rPr>
        <w:t xml:space="preserve">[28:24] </w:t>
      </w:r>
      <w:r>
        <w:t>yani ek aitbar se yeh yahud ki tareekh ko batati hai, lekin dusre aitbar se woh ummat-e-muslima ke present ko batati hai</w:t>
      </w:r>
    </w:p>
    <w:p>
      <w:pPr>
        <w:jc w:val="right"/>
      </w:pPr>
      <w:r>
        <w:t>یعنی ایک اعتبار سے یہ یہود کی تاریخ کو بتاتی ہے، لیکن دوسرے اعتبار سے وہ امت مسلمہ کے پریزنٹ کو بتاتی ہے</w:t>
      </w:r>
    </w:p>
    <w:p>
      <w:r>
        <w:rPr>
          <w:b/>
        </w:rPr>
        <w:t xml:space="preserve">[28:41] </w:t>
      </w:r>
      <w:r>
        <w:t>ke tumhara woh hal ho chuka jo hadith mein aya tha ke latatabun sunan man qablakum</w:t>
      </w:r>
    </w:p>
    <w:p>
      <w:pPr>
        <w:jc w:val="right"/>
      </w:pPr>
      <w:r>
        <w:t>کہ تمہارا وہ حال ہو چکا جو حدیث میں آیا تھا کہ لتتبون سنن امرکان قبلكم</w:t>
      </w:r>
    </w:p>
    <w:p>
      <w:r>
        <w:rPr>
          <w:b/>
        </w:rPr>
        <w:t xml:space="preserve">[28:54] </w:t>
      </w:r>
      <w:r>
        <w:t>ab musalmanon ki islaah ke liye</w:t>
      </w:r>
    </w:p>
    <w:p>
      <w:pPr>
        <w:jc w:val="right"/>
      </w:pPr>
      <w:r>
        <w:t>اب مسلمانوں کی اصلاح کے لیے</w:t>
      </w:r>
    </w:p>
    <w:p>
      <w:r>
        <w:rPr>
          <w:b/>
        </w:rPr>
        <w:t xml:space="preserve">[29:00] </w:t>
      </w:r>
      <w:r>
        <w:t>woh tareeqa kafi nahi jo hum ne ikhtiyar kar rakha tha ke idare banana aur</w:t>
      </w:r>
    </w:p>
    <w:p>
      <w:pPr>
        <w:jc w:val="right"/>
      </w:pPr>
      <w:r>
        <w:t>وہ طریقہ کافی نہیں جو ہم نے اختیار کر رکھا تھا کہ ادارے بنانا اور</w:t>
      </w:r>
    </w:p>
    <w:p>
      <w:r>
        <w:rPr>
          <w:b/>
        </w:rPr>
        <w:t xml:space="preserve">[29:12] </w:t>
      </w:r>
      <w:r>
        <w:t>jamaatein banana, mulk banana.</w:t>
      </w:r>
    </w:p>
    <w:p>
      <w:pPr>
        <w:jc w:val="right"/>
      </w:pPr>
      <w:r>
        <w:t>جماعتیں بنانا، ملک بنانا۔</w:t>
      </w:r>
    </w:p>
    <w:p>
      <w:r>
        <w:rPr>
          <w:b/>
        </w:rPr>
        <w:t xml:space="preserve">[29:18] </w:t>
      </w:r>
      <w:r>
        <w:t>yani form ke aitbar se musalmanon ko dobara khada khada karna, yeh daur nahi hai yeh. yeh daur tha ke aap logon ke dilon mein ghusein, logon ke soch ko badlein,</w:t>
      </w:r>
    </w:p>
    <w:p>
      <w:pPr>
        <w:jc w:val="right"/>
      </w:pPr>
      <w:r>
        <w:t>یعنی فارم کے اعتبار سے مسلمانوں کو دوبارہ کھڑا کھڑا کرنا، یہ دور نہیں ہے یہ۔ یہ دور تھا کہ آپ لوگوں کے دلوں میں گھسیں، لوگوں کے سوچ کو بدلیں،</w:t>
      </w:r>
    </w:p>
    <w:p>
      <w:r>
        <w:rPr>
          <w:b/>
        </w:rPr>
        <w:t xml:space="preserve">[29:33] </w:t>
      </w:r>
      <w:r>
        <w:t>logon ko dobara Allah se darne wala bana dein.</w:t>
      </w:r>
    </w:p>
    <w:p>
      <w:pPr>
        <w:jc w:val="right"/>
      </w:pPr>
      <w:r>
        <w:t>لوگوں کو دوبارہ اللہ سے ڈرنے والا بنائیں۔</w:t>
      </w:r>
    </w:p>
    <w:p>
      <w:r>
        <w:rPr>
          <w:b/>
        </w:rPr>
        <w:t xml:space="preserve">[29:41] </w:t>
      </w:r>
      <w:r>
        <w:t>yani spirit-less ummat ko dobara spirit wali ummat banayein. jab aap yeh zinda karenge spirit ko is tareeqe se, is se tab dusre kaam honge.</w:t>
      </w:r>
    </w:p>
    <w:p>
      <w:pPr>
        <w:jc w:val="right"/>
      </w:pPr>
      <w:r>
        <w:t>یعنی اسپرٹ لیس امت کو دوبارہ اسپرٹ والی امت بنائیں۔ جب آپ یہ زندہ کریں گے اسپرٹ کو اس طریقے سے، اس سے تب دوسرے کام ہوں گے۔</w:t>
      </w:r>
    </w:p>
    <w:p>
      <w:r>
        <w:rPr>
          <w:b/>
        </w:rPr>
        <w:t xml:space="preserve">[29:55] </w:t>
      </w:r>
      <w:r>
        <w:t>warna koi kaam hone wala nahi hai na. kyunke ab to ummat wahan pahunch chuki hai jahan is ne pure pure Islam ko commercialize kar rakha hai.</w:t>
      </w:r>
    </w:p>
    <w:p>
      <w:pPr>
        <w:jc w:val="right"/>
      </w:pPr>
      <w:r>
        <w:t>ورنہ کوئی کام ہونے والا نہیں ہے نا۔ کیونکہ اب تو امت وہاں پہنچ چکی ہے جہاں اس نے پورے پورے اسلام کو کمرشلائز کر رکھا ہے۔</w:t>
      </w:r>
    </w:p>
    <w:p>
      <w:r>
        <w:rPr>
          <w:b/>
        </w:rPr>
        <w:t xml:space="preserve">[30:06] </w:t>
      </w:r>
      <w:r>
        <w:t>pure pure Islam ko commercialize kar rakha hai. yahan tak ke idare bante hain, masjidें banti hain, madarse bante hain, woh bhi commercialize se banti hain.</w:t>
      </w:r>
    </w:p>
    <w:p>
      <w:pPr>
        <w:jc w:val="right"/>
      </w:pPr>
      <w:r>
        <w:t>پورے پورے اسلام کو کمرشلائز کر رکھا ہے۔ یہاں تک کہ ادارے بنتے ہیں، مسجدیں بنتی ہیں، مدرسے بنتے ہیں، وہ بھی کمرشلائز سے بنتی ہیں۔</w:t>
      </w:r>
    </w:p>
    <w:p>
      <w:r>
        <w:rPr>
          <w:b/>
        </w:rPr>
        <w:t xml:space="preserve">[30:18] </w:t>
      </w:r>
      <w:r>
        <w:t>commercialize ke zehn se. mein India mein ek bar to aap ek mashhoor shehar mein gaya</w:t>
      </w:r>
    </w:p>
    <w:p>
      <w:pPr>
        <w:jc w:val="right"/>
      </w:pPr>
      <w:r>
        <w:t>کمرشلائز کے ذہن سے۔ میں انڈیا میں ایک بار تو آپ ایک مشہور شہر میں گیا</w:t>
      </w:r>
    </w:p>
    <w:p>
      <w:r>
        <w:rPr>
          <w:b/>
        </w:rPr>
        <w:t xml:space="preserve">[30:29] </w:t>
      </w:r>
      <w:r>
        <w:t>to wahan do bar gaya tha. mein pehli bar mein ne gaya to wahan par mein ne dekha ke ek aalim-e-deen ek dukaan kholi hui hai.</w:t>
      </w:r>
    </w:p>
    <w:p>
      <w:pPr>
        <w:jc w:val="right"/>
      </w:pPr>
      <w:r>
        <w:t>تو وہاں دو بار گیا تھا۔ میں پہلی بار میں نے گیا تو وہاں پر میں نے دیکھا کہ ایک عالم دین ایک دکان کھولی ہوئی ہے۔</w:t>
      </w:r>
    </w:p>
    <w:p>
      <w:r>
        <w:rPr>
          <w:b/>
        </w:rPr>
        <w:t xml:space="preserve">[30:43] </w:t>
      </w:r>
      <w:r>
        <w:t>ek aalim-e-deen jo un ki dadi thi aur pagdi thi, pagdi nahi, gol topi thi. to woh ek dukaan kholi hui hai.</w:t>
      </w:r>
    </w:p>
    <w:p>
      <w:pPr>
        <w:jc w:val="right"/>
      </w:pPr>
      <w:r>
        <w:t>ایک عالم دین جو ان کی داڑھی تھی اور پگڑی تھی، پگڑی نہیں، گول ٹوپی تھی۔ تو وہ ایک دکان کھولی ہوئی ہے۔</w:t>
      </w:r>
    </w:p>
    <w:p>
      <w:r>
        <w:rPr>
          <w:b/>
        </w:rPr>
        <w:t xml:space="preserve">[30:55] </w:t>
      </w:r>
      <w:r>
        <w:t>to woh tijarti saman is ke andar tha. to mein ne kaha yeh bari achi sunnat hai ke aalim-e-deen jo hai woh jaiz tijarat kare, jaisa ke Imam Abu Hanifa ne kiya tha.</w:t>
      </w:r>
    </w:p>
    <w:p>
      <w:pPr>
        <w:jc w:val="right"/>
      </w:pPr>
      <w:r>
        <w:t>تو وہ تجارتی سامان اس کے اندر تھا۔ تو میں نے کہا یہ بڑی اچھی سنت ہے کہ عالم دین جو ہے وہ جائز تجارت کرے، جیسا کہ امام ابو حنیفہ نے کیا تھا۔</w:t>
      </w:r>
    </w:p>
    <w:p>
      <w:r>
        <w:rPr>
          <w:b/>
        </w:rPr>
        <w:t xml:space="preserve">[31:15] </w:t>
      </w:r>
      <w:r>
        <w:t>to mein ne khush hua aur duaen dein un ke liye. achha, phir dusri bar jab mein gaya, shayad ek ek saal, do saal ke baad, to wohi aalim-e-deen dukaan band kar chuke the aur unhone ek madarsa khol rakha tha.</w:t>
      </w:r>
    </w:p>
    <w:p>
      <w:pPr>
        <w:jc w:val="right"/>
      </w:pPr>
      <w:r>
        <w:t>تو میں نے خوش ہوا اور دعائیں دیں ان کے لیے۔ اچھا، پھر دوسری بار جب میں گیا، شاید ایک ایک سال، دو سال کے بعد، تو وہی عالم دین دکان بند کر چکے تھے اور انہوں نے ایک مدرسہ کھول رکھا تھا۔</w:t>
      </w:r>
    </w:p>
    <w:p>
      <w:r>
        <w:rPr>
          <w:b/>
        </w:rPr>
        <w:t xml:space="preserve">[31:36] </w:t>
      </w:r>
      <w:r>
        <w:t>ab woh ek madarse ke gaddi par baithe hue the. dobara mulaqat hui. kisi ne poocha ke bhai pehle to aap ne dukaan kholi thi, ab aap ne madarsa qaim kar liya.</w:t>
      </w:r>
    </w:p>
    <w:p>
      <w:pPr>
        <w:jc w:val="right"/>
      </w:pPr>
      <w:r>
        <w:t>اب وہ ایک مدرسے کے گدی پر بیٹھے ہوئے تھے۔ دوبارہ ملاقات ہوئی۔ کسی نے پوچھا کہ بھئی پہلے تو آپ نے دکان کھولی تھی، اب آپ نے مدرسہ قائم کر لیا۔</w:t>
      </w:r>
    </w:p>
    <w:p>
      <w:r>
        <w:rPr>
          <w:b/>
        </w:rPr>
        <w:t xml:space="preserve">[31:51] </w:t>
      </w:r>
      <w:r>
        <w:t>to unhone muskurate hue kaha ke dukaan chal nahi rahi thi, isi wajah se khol liya.</w:t>
      </w:r>
    </w:p>
    <w:p>
      <w:pPr>
        <w:jc w:val="right"/>
      </w:pPr>
      <w:r>
        <w:t>تو انہوں نے مسکراتے ہوئے کہا کہ دکان چل نہیں رہی تھی، اسی وجہ سے کھول لیا۔</w:t>
      </w:r>
    </w:p>
    <w:p>
      <w:r>
        <w:rPr>
          <w:b/>
        </w:rPr>
        <w:t xml:space="preserve">[32:01] </w:t>
      </w:r>
      <w:r>
        <w:t>aap ghore kijiye ke gaya madrasa dukaan ka alternative tha un ke liye. wahan bhi commercial zehn tha, yahan bhi commercial zehn hai.</w:t>
      </w:r>
    </w:p>
    <w:p>
      <w:pPr>
        <w:jc w:val="right"/>
      </w:pPr>
      <w:r>
        <w:t>آپ غور کیجئے کہ گیا مدرسہ دکان کا الٹرنیٹو تھا ان کے لیے۔ وہاں بھی کمرشل ذہن تھا، یہاں بھی کمرشل ذہن ہے۔</w:t>
      </w:r>
    </w:p>
    <w:p>
      <w:r>
        <w:rPr>
          <w:b/>
        </w:rPr>
        <w:t xml:space="preserve">[32:15] </w:t>
      </w:r>
      <w:r>
        <w:t>pehle commercial zehn se jo khola tha unhon ne dukaan, ab commercial zehn hi se khola unhon ne madrasa. to yeh poori ummat ka yeh mamla hai, poori ummat</w:t>
      </w:r>
    </w:p>
    <w:p>
      <w:pPr>
        <w:jc w:val="right"/>
      </w:pPr>
      <w:r>
        <w:t>پہلے کمرشل ذہن سے جو کھولا تھا انہوں نے دکان، اب کمرشل ذہن ہی سے کھولا انہوں نے مدرسہ۔ تو یہ پوری امت کا یہ معاملہ ہے، پوری امت</w:t>
      </w:r>
    </w:p>
    <w:p>
      <w:r>
        <w:rPr>
          <w:b/>
        </w:rPr>
        <w:t xml:space="preserve">[32:31] </w:t>
      </w:r>
      <w:r>
        <w:t>ke</w:t>
      </w:r>
    </w:p>
    <w:p>
      <w:pPr>
        <w:jc w:val="right"/>
      </w:pPr>
      <w:r>
        <w:t>کہ</w:t>
      </w:r>
    </w:p>
    <w:p>
      <w:r>
        <w:rPr>
          <w:b/>
        </w:rPr>
        <w:t xml:space="preserve">[32:34] </w:t>
      </w:r>
      <w:r>
        <w:t>deen ke naam par dunya kamana.</w:t>
      </w:r>
    </w:p>
    <w:p>
      <w:pPr>
        <w:jc w:val="right"/>
      </w:pPr>
      <w:r>
        <w:t>دین کے نام پر دنیا کمانا۔</w:t>
      </w:r>
    </w:p>
    <w:p>
      <w:r>
        <w:rPr>
          <w:b/>
        </w:rPr>
        <w:t xml:space="preserve">[32:39] </w:t>
      </w:r>
      <w:r>
        <w:t>hata ke jo deeni idare hain, woh bhi is mein bhi jo muharrik hota hai, woh yeh ke paisa mile, shohrat mile, izzat mile,</w:t>
      </w:r>
    </w:p>
    <w:p>
      <w:pPr>
        <w:jc w:val="right"/>
      </w:pPr>
      <w:r>
        <w:t>حتی کہ جو دینی ادارے ہیں، وہ بھی اس میں بھی جو محرک ہوتا ہے، وہ یہ کہ پیسہ ملے، شہرت ملے، عزت ملے،</w:t>
      </w:r>
    </w:p>
    <w:p>
      <w:r>
        <w:rPr>
          <w:b/>
        </w:rPr>
        <w:t xml:space="preserve">[32:54] </w:t>
      </w:r>
      <w:r>
        <w:t>leaderi mile. yeh hai.</w:t>
      </w:r>
    </w:p>
    <w:p>
      <w:pPr>
        <w:jc w:val="right"/>
      </w:pPr>
      <w:r>
        <w:t>لیڈری ملے۔ یہ ہے۔</w:t>
      </w:r>
    </w:p>
    <w:p>
      <w:r>
        <w:rPr>
          <w:b/>
        </w:rPr>
        <w:t xml:space="preserve">[33:00] </w:t>
      </w:r>
      <w:r>
        <w:t>mere bachpan mein, meri naujawani ki umar mein jab mein rehta tha UP mein, to hamare hamare jo gaon tha, us ke paas se ek road guzarti thi.</w:t>
      </w:r>
    </w:p>
    <w:p>
      <w:pPr>
        <w:jc w:val="right"/>
      </w:pPr>
      <w:r>
        <w:t>میرے بچپن میں، میری نوجوانی کے عمر میں جب میں رہتا تھا یو پی میں، تو ہمارے ہمارے جو گاؤں تھا، اس کے پاس سے ایک روڈ گزرتی تھی۔</w:t>
      </w:r>
    </w:p>
    <w:p>
      <w:r>
        <w:rPr>
          <w:b/>
        </w:rPr>
        <w:t xml:space="preserve">[33:14] </w:t>
      </w:r>
      <w:r>
        <w:t>road to aksar mein dekhta tha ke wahan naujawan ladke banner liye hue, is par durood sharif ke upar chalte the.</w:t>
      </w:r>
    </w:p>
    <w:p>
      <w:pPr>
        <w:jc w:val="right"/>
      </w:pPr>
      <w:r>
        <w:t>روڈ تو اکثر میں دیکھتا تھا کہ وہاں نوجوان لڑکے بینر لیے ہوئے، اس پر درود شریف کے اوپر چلتے تھے۔</w:t>
      </w:r>
    </w:p>
    <w:p>
      <w:r>
        <w:rPr>
          <w:b/>
        </w:rPr>
        <w:t xml:space="preserve">[33:25] </w:t>
      </w:r>
      <w:r>
        <w:t>banner yeh 1947 se pehle ki baat hai.</w:t>
      </w:r>
    </w:p>
    <w:p>
      <w:pPr>
        <w:jc w:val="right"/>
      </w:pPr>
      <w:r>
        <w:t>بینر یہ 1947 سے پہلے کی بات ہے۔</w:t>
      </w:r>
    </w:p>
    <w:p>
      <w:r>
        <w:rPr>
          <w:b/>
        </w:rPr>
        <w:t xml:space="preserve">[33:33] </w:t>
      </w:r>
      <w:r>
        <w:t>to ladke jo the, jis banner ko utha kar chalte the, us par likha rehta tha ke Pakistan ka matlab kya?</w:t>
      </w:r>
    </w:p>
    <w:p>
      <w:pPr>
        <w:jc w:val="right"/>
      </w:pPr>
      <w:r>
        <w:t>تو لڑکے جو تھے، جس بینر کو اٹھا کر چلتے تھے، اس پر لکھا رہتا تھا کہ پاکستان کا مطلب کیا؟</w:t>
      </w:r>
    </w:p>
    <w:p>
      <w:r>
        <w:rPr>
          <w:b/>
        </w:rPr>
        <w:t xml:space="preserve">[33:45] </w:t>
      </w:r>
      <w:r>
        <w:t>La ilaha illallah. yeh baat hai Pakistan banne se pehle ki. Pakistan ka matlab kya?</w:t>
      </w:r>
    </w:p>
    <w:p>
      <w:pPr>
        <w:jc w:val="right"/>
      </w:pPr>
      <w:r>
        <w:t>لا الہ الا اللہ۔ یہ بات ہے پاکستان بننے سے پہلے کی۔ پاکستان کا مطلب کیا؟</w:t>
      </w:r>
    </w:p>
    <w:p>
      <w:r>
        <w:rPr>
          <w:b/>
        </w:rPr>
        <w:t xml:space="preserve">[33:53] </w:t>
      </w:r>
      <w:r>
        <w:t>La ilaha illallah. yani banwana hai to Pakistan, apna qoumi state. yani maqsad jo hai, woh to hai qoumi state banana.</w:t>
      </w:r>
    </w:p>
    <w:p>
      <w:pPr>
        <w:jc w:val="right"/>
      </w:pPr>
      <w:r>
        <w:t>لا الہ الا اللہ۔ یعنی بنوانا ہے تو پاکستان، اپنا قومی اسٹیٹ۔ یعنی مقصد جو ہے، وہ تو ہے قومی اسٹیٹ بنانا۔</w:t>
      </w:r>
    </w:p>
    <w:p>
      <w:r>
        <w:rPr>
          <w:b/>
        </w:rPr>
        <w:t xml:space="preserve">[34:05] </w:t>
      </w:r>
      <w:r>
        <w:t>aur aur naarah kya hota tha? Pakistan ka matlab kya? La ilaha illallah. yani Pakistan ka matlab kya hai? ek qoumi state banana.</w:t>
      </w:r>
    </w:p>
    <w:p>
      <w:pPr>
        <w:jc w:val="right"/>
      </w:pPr>
      <w:r>
        <w:t>اور اور نعرہ کیا ہوتا تھا؟ پاکستان کا مطلب کیا؟ لا الہ الا اللہ۔ یعنی پاکستان کا مطلب کیا ہے؟ ایک قومی اسٹیٹ بنانا۔</w:t>
      </w:r>
    </w:p>
    <w:p>
      <w:r>
        <w:rPr>
          <w:b/>
        </w:rPr>
        <w:t xml:space="preserve">[34:16] </w:t>
      </w:r>
      <w:r>
        <w:t>sahih baat to yeh thi ke Pakistan ka matlab kya? apne liye ek qoumi state banana. lekin naarah kya hota tha?</w:t>
      </w:r>
    </w:p>
    <w:p>
      <w:pPr>
        <w:jc w:val="right"/>
      </w:pPr>
      <w:r>
        <w:t>صحیح بات تو یہ تھی کہ پاکستان کا مطلب کیا؟ اپنے لیے ایک قومی اسٹیٹ بنانا۔ لیکن نعرہ کیا ہوتا تھا؟</w:t>
      </w:r>
    </w:p>
    <w:p>
      <w:r>
        <w:rPr>
          <w:b/>
        </w:rPr>
        <w:t xml:space="preserve">[34:28] </w:t>
      </w:r>
      <w:r>
        <w:t>Pakistan ka matlab kya? La ilaha illallah. yeh hai commercialization. commercialization ke maqsad to hai commercial, naam le rahe hain Islam ka.</w:t>
      </w:r>
    </w:p>
    <w:p>
      <w:pPr>
        <w:jc w:val="right"/>
      </w:pPr>
      <w:r>
        <w:t>پاکستان کا مطلب کیا؟ لا الہ الا اللہ۔ یہ ہے کمرشلائزیشن۔ کمرشلائزیشن کہ مقصد تو ہے کمرشل، نام لے رہے ہیں اسلام کا۔</w:t>
      </w:r>
    </w:p>
    <w:p>
      <w:r>
        <w:rPr>
          <w:b/>
        </w:rPr>
        <w:t xml:space="preserve">[34:42] </w:t>
      </w:r>
      <w:r>
        <w:t>to beesveen sadi mein yeh kaam bohat bare paimane par hua. madaris bane, school bane, college bane, university bani, tareeqe chalen, jamaatein bani, idare bane, buildingen bani,</w:t>
      </w:r>
    </w:p>
    <w:p>
      <w:pPr>
        <w:jc w:val="right"/>
      </w:pPr>
      <w:r>
        <w:t>تو بیسویں صدی میں یہ کام بہت بڑے پانے پر ہوا۔ مدرسے بنے، اسکول بنے، کالج بنے، یونیورسٹی بنی، طریقے چلیں، جماعتیں بنی، ادارے بنے، بلڈنگیں بنی،</w:t>
      </w:r>
    </w:p>
    <w:p>
      <w:r>
        <w:rPr>
          <w:b/>
        </w:rPr>
        <w:t xml:space="preserve">[34:59] </w:t>
      </w:r>
      <w:r>
        <w:t>aur sab ke upar label laga hua tha: Islam, Islam, Islam. isi ko mein kehta hoon commercialization.</w:t>
      </w:r>
    </w:p>
    <w:p>
      <w:pPr>
        <w:jc w:val="right"/>
      </w:pPr>
      <w:r>
        <w:t>اور سب کے اوپر لیبل لگا ہوا تھا: اسلام، اسلام، اسلام۔ اسی کو میں کہتا ہوں کمرشلائزیشن۔</w:t>
      </w:r>
    </w:p>
    <w:p>
      <w:r>
        <w:rPr>
          <w:b/>
        </w:rPr>
        <w:t xml:space="preserve">[35:10] </w:t>
      </w:r>
      <w:r>
        <w:t>ab hum ikkasveen sadi mein, yani ikkasveen sadi mein, goya woh jo bagh lagaya gaya tha, us ka phal khane ka zamana hai. beesveen sadi mein jo Islam ka bagh logon ne lagaya tha,</w:t>
      </w:r>
    </w:p>
    <w:p>
      <w:pPr>
        <w:jc w:val="right"/>
      </w:pPr>
      <w:r>
        <w:t>اب ہم اکیسویں صدی میں، یعنی اکیسویں صدی میں، گویا وہ جو باغ لگایا گیا تھا، اس کا پھل کھانے کا زمانہ ہے۔ بیسویں صدی میں جو اسلام کا باغ لوگوں نے لگایا تھا،</w:t>
      </w:r>
    </w:p>
    <w:p>
      <w:r>
        <w:rPr>
          <w:b/>
        </w:rPr>
        <w:t xml:space="preserve">[35:25] </w:t>
      </w:r>
      <w:r>
        <w:t>ab is ka phal milna chahiye hum ko. lekin phal kya mila hai? ladai, bhidai, nafrat, bomb, bomb, gun, tashaddud sari dunya mein.</w:t>
      </w:r>
    </w:p>
    <w:p>
      <w:pPr>
        <w:jc w:val="right"/>
      </w:pPr>
      <w:r>
        <w:t>اب اس کا پھل ملنا چاہیے ہم کو۔ لیکن پھل کیا ملا ہے؟ لڑائی، بھڑائی، نفرت، بم، بم، گن، تشدد ساری دنیا میں۔</w:t>
      </w:r>
    </w:p>
    <w:p>
      <w:r>
        <w:rPr>
          <w:b/>
        </w:rPr>
        <w:t xml:space="preserve">[35:38] </w:t>
      </w:r>
      <w:r>
        <w:t>to kahan gaya woh Islam? to woh Islam nahi tha, woh commercial, commercialization. ab Islam tha woh. yani beesveen sadi mein hum ne jo kuch kiya, woh tha Islam ko commercial product banana,</w:t>
      </w:r>
    </w:p>
    <w:p>
      <w:pPr>
        <w:jc w:val="right"/>
      </w:pPr>
      <w:r>
        <w:t>تو کہاں گیا وہ اسلام؟ تو وہ اسلام نہیں تھا، وہ کمرشل، کمرشلائزیشن۔ اب اسلام تھا وہ۔ یعنی بیسویں صدی میں ہم نے جو کچھ کیا، وہ تھا اسلام کو کمرشل پروڈکٹ بنانا،</w:t>
      </w:r>
    </w:p>
    <w:p>
      <w:r>
        <w:rPr>
          <w:b/>
        </w:rPr>
        <w:t xml:space="preserve">[35:57] </w:t>
      </w:r>
      <w:r>
        <w:t>commercial sauda banana. beesveen sadi mein hum ne naam to liya Islam ka, lekin maqsad tha paisa kamana, izzat kamana, leaderi karna, bheed ikattha karna.</w:t>
      </w:r>
    </w:p>
    <w:p>
      <w:pPr>
        <w:jc w:val="right"/>
      </w:pPr>
      <w:r>
        <w:t>کمرشل سودا بنانا۔ بیسویں صدی میں ہم نے نام تو لیا اسلام کا، لیکن مقصد تھا پیسہ کمانا، عزت کمانا، لیڈری کرنا، بھیڑ اکٹھا کرنا۔</w:t>
      </w:r>
    </w:p>
    <w:p>
      <w:r>
        <w:rPr>
          <w:b/>
        </w:rPr>
        <w:t xml:space="preserve">[36:11] </w:t>
      </w:r>
      <w:r>
        <w:t>wohi mila. ab 21 century mein wahi mil raha hai hum ko. to dekhiye, yeh saada baat nahi hai.</w:t>
      </w:r>
    </w:p>
    <w:p>
      <w:pPr>
        <w:jc w:val="right"/>
      </w:pPr>
      <w:r>
        <w:t>وہی ملا۔ اب 21 سینچری میں وہی مل رہا ہے ہم کو۔ تو دیکھیے، یہ سادہ بات نہیں ہے۔</w:t>
      </w:r>
    </w:p>
    <w:p>
      <w:r>
        <w:rPr>
          <w:b/>
        </w:rPr>
        <w:t xml:space="preserve">[36:23] </w:t>
      </w:r>
      <w:r>
        <w:t>yeh saada baat nahi hai. cheezen apne result ke sath pehchani jati hain.</w:t>
      </w:r>
    </w:p>
    <w:p>
      <w:pPr>
        <w:jc w:val="right"/>
      </w:pPr>
      <w:r>
        <w:t>یہ سادہ بات نہیں ہے۔ چیزیں اپنے رزلٹ کے ساتھ پہچانی جاتی ہیں۔</w:t>
      </w:r>
    </w:p>
    <w:p>
      <w:r>
        <w:rPr>
          <w:b/>
        </w:rPr>
        <w:t xml:space="preserve">[36:34] </w:t>
      </w:r>
      <w:r>
        <w:t>kaha jata hai ke darakht apne phal se pehchana jata hai. jaisa phal, waisa darakht. yani aap ne ek darakht lagaya, ek bagh lagaya, bagh ka naam rakh diya aap ne ke aam ka bagh.</w:t>
      </w:r>
    </w:p>
    <w:p>
      <w:pPr>
        <w:jc w:val="right"/>
      </w:pPr>
      <w:r>
        <w:t>کہا جاتا ہے کہ درخت اپنے پھل سے پہچانا جاتا ہے۔ جیسا پھل، ویسا درخت۔ یعنی آپ نے ایک درخت لگایا، ایک باغ لگایا، باغ کا نام رکھ دیا آپ نے کہ آم کا باغ۔</w:t>
      </w:r>
    </w:p>
    <w:p>
      <w:r>
        <w:rPr>
          <w:b/>
        </w:rPr>
        <w:t xml:space="preserve">[36:51] </w:t>
      </w:r>
      <w:r>
        <w:t>bagh ka naam rakh diya aap ne aam ka bagh. lekin jab bada ho gaya,</w:t>
      </w:r>
    </w:p>
    <w:p>
      <w:pPr>
        <w:jc w:val="right"/>
      </w:pPr>
      <w:r>
        <w:t>باغ کا نام رکھ دیا آپ نے آم کا باغ۔ لیکن جب بڑا ہو گیا،</w:t>
      </w:r>
    </w:p>
    <w:p>
      <w:r>
        <w:rPr>
          <w:b/>
        </w:rPr>
        <w:t xml:space="preserve">[36:58] </w:t>
      </w:r>
      <w:r>
        <w:t>to bara ho gaya to is mein kya nikal raha hai? phool ke phal nahin nikal rahe hain. kaante, kaante, kaante. is ka maani hai ke lagaya tha babool, naam rakh diya tha aam ka bagh.</w:t>
      </w:r>
    </w:p>
    <w:p>
      <w:pPr>
        <w:jc w:val="right"/>
      </w:pPr>
      <w:r>
        <w:t>تو بڑا ہو گیا تو اس میں کیا نکل رہا ہے؟ پھول کے پھل نہیں نکل رہے ہیں۔ کانٹے، کانٹے، کانٹے۔ اس کا معنی ہے کہ لگایا تھا ببول، نام رکھ دیا تھا آم کا باغ۔</w:t>
      </w:r>
    </w:p>
    <w:p>
      <w:r>
        <w:rPr>
          <w:b/>
        </w:rPr>
        <w:t xml:space="preserve">[37:14] </w:t>
      </w:r>
      <w:r>
        <w:t>to lagaya tha aap ne apni qaumi zehan ke sath aik aik kaam kiya tha aap ne. naam rakh diya tha islam, islam, islam.</w:t>
      </w:r>
    </w:p>
    <w:p>
      <w:pPr>
        <w:jc w:val="right"/>
      </w:pPr>
      <w:r>
        <w:t>تو لگایا تھا آپ نے اپنی قومی ذہن کے ساتھ ایک ایک کام کیا تھا آپ نے۔ نام رکھ دیا تھا اسلام، اسلام، اسلام۔</w:t>
      </w:r>
    </w:p>
    <w:p>
      <w:r>
        <w:rPr>
          <w:b/>
        </w:rPr>
        <w:t xml:space="preserve">[37:25] </w:t>
      </w:r>
      <w:r>
        <w:t>jahan dekhiye, nafrat hai, ladai hai, bam hai, gun hai, har jagah takhreeb ki baatein hain. to yeh yeh islam hai.</w:t>
      </w:r>
    </w:p>
    <w:p>
      <w:pPr>
        <w:jc w:val="right"/>
      </w:pPr>
      <w:r>
        <w:t>جہاں دیکھیے، نفرت ہے، لڑائی ہے، بم ہے، گن ہے، ہر جگہ تخریب کی باتیں ہیں۔ تو یہ یہ اسلام ہے۔</w:t>
      </w:r>
    </w:p>
    <w:p>
      <w:r>
        <w:rPr>
          <w:b/>
        </w:rPr>
        <w:t xml:space="preserve">[37:39] </w:t>
      </w:r>
      <w:r>
        <w:t>yeh to hargiz islam nahin hai.</w:t>
      </w:r>
    </w:p>
    <w:p>
      <w:pPr>
        <w:jc w:val="right"/>
      </w:pPr>
      <w:r>
        <w:t>یہ تو ہرگز اسلام نہیں ہے۔</w:t>
      </w:r>
    </w:p>
    <w:p>
      <w:r>
        <w:rPr>
          <w:b/>
        </w:rPr>
        <w:t xml:space="preserve">[37:44] </w:t>
      </w:r>
      <w:r>
        <w:t>to surah al-baqarah ki inayaton ko padhiye. is par ghor kijiye. chalis se chauthai tak, yaani 40 se 43 tak aap padhiye.</w:t>
      </w:r>
    </w:p>
    <w:p>
      <w:pPr>
        <w:jc w:val="right"/>
      </w:pPr>
      <w:r>
        <w:t>تو سورہ البقرہ کی عنایتوں کو پڑھیے۔ اس پر غور کیجئے۔ چالیس سے چوتھائی تک، یعنی 40 سے 43 تک آپ پڑھیے۔</w:t>
      </w:r>
    </w:p>
    <w:p>
      <w:r>
        <w:rPr>
          <w:b/>
        </w:rPr>
        <w:t xml:space="preserve">[37:59] </w:t>
      </w:r>
      <w:r>
        <w:t>is ki roshni mein yahood ko mat padhiye. ummat-e-muslima ko padhiye.</w:t>
      </w:r>
    </w:p>
    <w:p>
      <w:pPr>
        <w:jc w:val="right"/>
      </w:pPr>
      <w:r>
        <w:t>اس کی روشنی میں یہود کو مت پڑھیے۔ امت مسلمہ کو پڑھیے۔</w:t>
      </w:r>
    </w:p>
    <w:p>
      <w:r>
        <w:rPr>
          <w:b/>
        </w:rPr>
        <w:t xml:space="preserve">[38:08] </w:t>
      </w:r>
      <w:r>
        <w:t>aam taur par jo mizaj hai, woh yeh hai ke is ko yahood ki mazammat ke taur par padhte hain. hamari tafseeron mein, hamari taqreeron mein, hatta ke hamare dars mein inayaton ko yahood ki mazammat ke taur par padhaya jata hai.</w:t>
      </w:r>
    </w:p>
    <w:p>
      <w:pPr>
        <w:jc w:val="right"/>
      </w:pPr>
      <w:r>
        <w:t>عام طور پر جو مزاج ہے، وہ یہ ہے کہ اس کو یہود کی مذمت کے طور پر پڑھتے ہیں۔ ہماری تفسیروں میں، ہماری تقریروں میں، حتی کہ ہمارے دروس میں عنایتوں کو یہود کی مذمت کے طور پر پڑھایا جاتا ہے۔</w:t>
      </w:r>
    </w:p>
    <w:p>
      <w:r>
        <w:rPr>
          <w:b/>
        </w:rPr>
        <w:t xml:space="preserve">[38:26] </w:t>
      </w:r>
      <w:r>
        <w:t>is se kya hota hai? sirf aik hi faida ke yahood ki nafrat, yahood ki nafrat, yahood ki nafrat. yahood bare kharab hain. bhai, woh woh yahood to khatam ho gaye.</w:t>
      </w:r>
    </w:p>
    <w:p>
      <w:pPr>
        <w:jc w:val="right"/>
      </w:pPr>
      <w:r>
        <w:t>اس سے کیا ہوتا ہے؟ صرف ایک ہی فائدہ کہ یہود کی نفرت، یہود کی نفرت، یہود کی نفرت۔ یہود بڑے خراب ہیں۔ بھئی، وہ وہ یہود تو ختم ہو گئے۔</w:t>
      </w:r>
    </w:p>
    <w:p>
      <w:r>
        <w:rPr>
          <w:b/>
        </w:rPr>
        <w:t xml:space="preserve">[38:38] </w:t>
      </w:r>
      <w:r>
        <w:t>aaj ka yahood doosra yahood hai.</w:t>
      </w:r>
    </w:p>
    <w:p>
      <w:pPr>
        <w:jc w:val="right"/>
      </w:pPr>
      <w:r>
        <w:t>آج کا یہود دوسرا یہود ہے۔</w:t>
      </w:r>
    </w:p>
    <w:p>
      <w:r>
        <w:rPr>
          <w:b/>
        </w:rPr>
        <w:t xml:space="preserve">[38:42] </w:t>
      </w:r>
      <w:r>
        <w:t>aaj aap ne yahood se jo jo takraao jari kar rakha hai, woh qaumi takraao hai. islami takraao nahin hai woh.</w:t>
      </w:r>
    </w:p>
    <w:p>
      <w:pPr>
        <w:jc w:val="right"/>
      </w:pPr>
      <w:r>
        <w:t>آج آپ نے یہود سے جو جو ٹکراؤ جاری کر رکھا ہے، وہ قومی ٹکراؤ ہے۔ اسلامی ٹکراؤ نہیں ہے وہ۔</w:t>
      </w:r>
    </w:p>
    <w:p>
      <w:r>
        <w:rPr>
          <w:b/>
        </w:rPr>
        <w:t xml:space="preserve">[38:54] </w:t>
      </w:r>
      <w:r>
        <w:t>to qaumi takraao to jis se kiya jayega, woh yahood sabit hoga. jis se bhi aap tashaddud karenge, woh woh bhi aap ke liye tashaddud karega.</w:t>
      </w:r>
    </w:p>
    <w:p>
      <w:pPr>
        <w:jc w:val="right"/>
      </w:pPr>
      <w:r>
        <w:t>تو قومی ٹکراؤ تو جس سے کیا جائے گا، وہ یہود ثابت ہوگا۔ جس سے بھی آپ تشدد کریں گے، وہ وہ بھی آپ کے لیے تشدد کرے گا۔</w:t>
      </w:r>
    </w:p>
    <w:p>
      <w:r>
        <w:rPr>
          <w:b/>
        </w:rPr>
        <w:t xml:space="preserve">[39:06] </w:t>
      </w:r>
      <w:r>
        <w:t>to quran ki inayaton ko, yaani al-baqarah ayat 40 ta ayat 43 ko padhiye.</w:t>
      </w:r>
    </w:p>
    <w:p>
      <w:pPr>
        <w:jc w:val="right"/>
      </w:pPr>
      <w:r>
        <w:t>تو قرآن کی عنایتوں کو، یعنی البقرہ آیت 40 تا آیت 43 کو پڑھیے۔</w:t>
      </w:r>
    </w:p>
    <w:p>
      <w:r>
        <w:rPr>
          <w:b/>
        </w:rPr>
        <w:t xml:space="preserve">[39:20] </w:t>
      </w:r>
      <w:r>
        <w:t>is ko yeh na samajh kar padhiye ke yeh yahood ka aaina hai. yeh yahood ka case hai. is ke andar yeh musalmanon ka case hai.</w:t>
      </w:r>
    </w:p>
    <w:p>
      <w:pPr>
        <w:jc w:val="right"/>
      </w:pPr>
      <w:r>
        <w:t>اس کو یہ نہ سمجھ کر پڑھیے کہ یہ یہود کا آئینہ ہے۔ یہ یہود کا کیس ہے۔ اس کے اندر یہ مسلمانوں کا کیس ہے۔</w:t>
      </w:r>
    </w:p>
    <w:p>
      <w:r>
        <w:rPr>
          <w:b/>
        </w:rPr>
        <w:t xml:space="preserve">[39:30] </w:t>
      </w:r>
      <w:r>
        <w:t>yeh yahood ka hawala tareekh ke aitbar se hai ke yahood ne aisa kiya tha. tum aisa mat karna.</w:t>
      </w:r>
    </w:p>
    <w:p>
      <w:pPr>
        <w:jc w:val="right"/>
      </w:pPr>
      <w:r>
        <w:t>یہ یہود کا حوالہ تاریخ کے اعتبار سے ہے کہ یہود نے ایسا کیا تھا۔ تم ایسا مت کرنا۔</w:t>
      </w:r>
    </w:p>
    <w:p>
      <w:r>
        <w:rPr>
          <w:b/>
        </w:rPr>
        <w:t xml:space="preserve">[39:42] </w:t>
      </w:r>
      <w:r>
        <w:t>wala takoono kal lazeena kya aaya hai? wala takoono kal lazeena wala yakoono kal lazeena ootool kitab min qabl fatala alaihim al qalb fasadda quloobuhum.</w:t>
      </w:r>
    </w:p>
    <w:p>
      <w:pPr>
        <w:jc w:val="right"/>
      </w:pPr>
      <w:r>
        <w:t>ولا تكونوا كالذین کیا آیا ہے؟ ولا تكونوا كالذین ولا یکونوا كالذین أوتوا الكتاب من قبل فتال علیہم القلب فقصد قلوبہم۔</w:t>
      </w:r>
    </w:p>
    <w:p>
      <w:r>
        <w:rPr>
          <w:b/>
        </w:rPr>
        <w:t xml:space="preserve">[39:55] </w:t>
      </w:r>
      <w:r>
        <w:t>un logon ki tarah na bano. un logon ki tarah na bano jin ko ke kitab di gayi thi. yaani yahood ko un logon ki tarah na bano jin ko kitab di gayi thi.</w:t>
      </w:r>
    </w:p>
    <w:p>
      <w:pPr>
        <w:jc w:val="right"/>
      </w:pPr>
      <w:r>
        <w:t>ان لوگوں کی طرح نہ بنو۔ ان لوگوں کی طرح نہ بنو جن کو کہ کتاب دی گئی تھی۔ یعنی یہود کو ان لوگوں کی طرح نہ بنو جن کو کتاب دی گئی تھی۔</w:t>
      </w:r>
    </w:p>
    <w:p>
      <w:r>
        <w:rPr>
          <w:b/>
        </w:rPr>
        <w:t xml:space="preserve">[40:08] </w:t>
      </w:r>
      <w:r>
        <w:t>khuda ki kitab. phir un ke dilon mein qasawat aa gayi. yaani ke spirit khatam ho gayi.</w:t>
      </w:r>
    </w:p>
    <w:p>
      <w:pPr>
        <w:jc w:val="right"/>
      </w:pPr>
      <w:r>
        <w:t>خدا کی کتاب۔ پھر ان کے دلوں میں قساوت آ گئی۔ یعنی کہ اسپرٹ ختم ہو گئی۔</w:t>
      </w:r>
    </w:p>
    <w:p>
      <w:r>
        <w:rPr>
          <w:b/>
        </w:rPr>
        <w:t xml:space="preserve">[40:19] </w:t>
      </w:r>
      <w:r>
        <w:t>qasawat.</w:t>
      </w:r>
    </w:p>
    <w:p>
      <w:pPr>
        <w:jc w:val="right"/>
      </w:pPr>
      <w:r>
        <w:t>قساوت۔</w:t>
      </w:r>
    </w:p>
    <w:p>
      <w:r>
        <w:rPr>
          <w:b/>
        </w:rPr>
        <w:t xml:space="preserve">[40:25] </w:t>
      </w:r>
      <w:r>
        <w:t>is ka maani hai ke deen jo diya gaya tha, un ko aik spirit wala deen diya gaya tha. lekin zawal ke nateejay mein, degeneration ke nateejay mein, woh deen un ke liye ban gaya aik commercial item.</w:t>
      </w:r>
    </w:p>
    <w:p>
      <w:pPr>
        <w:jc w:val="right"/>
      </w:pPr>
      <w:r>
        <w:t>اس کا معنی ہے کہ دین جو دیا گیا تھا، ان کو ایک اسپرٹ والا دین دیا گیا تھا۔ لیکن زوال کے نتیجے میں، ڈی جنریشن کے نتیجے میں، وہ دین ان کے لیے بن گیا ایک کمرشل آئٹم۔</w:t>
      </w:r>
    </w:p>
    <w:p>
      <w:r>
        <w:rPr>
          <w:b/>
        </w:rPr>
        <w:t xml:space="preserve">[40:42] </w:t>
      </w:r>
      <w:r>
        <w:t>ban gaya dunya daari ka deen. ban gaya. is se bahar aao. is se bahar aao. aur looto peeche ki taraf.</w:t>
      </w:r>
    </w:p>
    <w:p>
      <w:pPr>
        <w:jc w:val="right"/>
      </w:pPr>
      <w:r>
        <w:t>بن گیا دنیا داری کا دین۔ بن گیا۔ اس سے باہر آؤ۔ اس سے باہر آؤ۔ اور لوٹو پیچھے کی طرف۔</w:t>
      </w:r>
    </w:p>
    <w:p>
      <w:r>
        <w:rPr>
          <w:b/>
        </w:rPr>
        <w:t xml:space="preserve">[40:56] </w:t>
      </w:r>
      <w:r>
        <w:t>maulana shibli nomani ne aik baat aik martaba likha tha jab woh muslim university mein thay ke doosri qaumon ki taraqqi yeh hai ke woh aage badhein, aage badhein, aage badhein.</w:t>
      </w:r>
    </w:p>
    <w:p>
      <w:pPr>
        <w:jc w:val="right"/>
      </w:pPr>
      <w:r>
        <w:t>مولانا شیری نعمانی نے ایک بات ایک مرتبہ لکھا تھا جب وہ مسلم یونیورسٹی میں تھے کہ دوسری قوموں کی ترقی یہ ہے کہ وہ آگے بڑھیں، آگے بڑھیں، آگے بڑھیں۔</w:t>
      </w:r>
    </w:p>
    <w:p>
      <w:r>
        <w:rPr>
          <w:b/>
        </w:rPr>
        <w:t xml:space="preserve">[41:12] </w:t>
      </w:r>
      <w:r>
        <w:t>musalmanon ki taraqqi yeh hai ke woh peechay hatein, peechay hatein, peechay hatein. yahan tak ke risalat ke daur mein pahunch jayen. yaani rasool aur ashaab-e-rasool ke zamane mein pahunch jayen.</w:t>
      </w:r>
    </w:p>
    <w:p>
      <w:pPr>
        <w:jc w:val="right"/>
      </w:pPr>
      <w:r>
        <w:t>مسلمانوں کی ترقی یہ ہے کہ وہ پیچھے ہٹیں، پیچھے ہٹیں، پیچھے ہٹیں۔ یہاں تک کہ رسالت کے دور میں پہنچ جائیں۔ یعنی رسول اور اصحاب رسول کے زمانے میں پہنچ جائیں۔</w:t>
      </w:r>
    </w:p>
    <w:p>
      <w:r>
        <w:rPr>
          <w:b/>
        </w:rPr>
        <w:t xml:space="preserve">[41:26] </w:t>
      </w:r>
      <w:r>
        <w:t>to woh woh waqt hai. yeh mein is ko badal ke yeh kahunga ke musalmanon ko loatna hai dunya daari se aur pahunchna hai is daur tak jab ke un ke andar spirit zinda thi.</w:t>
      </w:r>
    </w:p>
    <w:p>
      <w:pPr>
        <w:jc w:val="right"/>
      </w:pPr>
      <w:r>
        <w:t>تو وہ وہ وقت ہے۔ یہ میں اس کو بدل کے یہ کہوں گا کہ مسلمانوں کو لوٹنا ہے دنیا داری سے اور پہنچنا ہے اس دور تک جب کہ ان کے اندر اسپرٹ زندہ تھی۔</w:t>
      </w:r>
    </w:p>
    <w:p>
      <w:r>
        <w:rPr>
          <w:b/>
        </w:rPr>
        <w:t xml:space="preserve">[41:45] </w:t>
      </w:r>
      <w:r>
        <w:t>dekhiye, spirit zinda hone ki pehchan kya hai?</w:t>
      </w:r>
    </w:p>
    <w:p>
      <w:pPr>
        <w:jc w:val="right"/>
      </w:pPr>
      <w:r>
        <w:t>دیکھیے، اسپرٹ زندہ ہونے کی پہچان کیا ہے؟</w:t>
      </w:r>
    </w:p>
    <w:p>
      <w:r>
        <w:rPr>
          <w:b/>
        </w:rPr>
        <w:t xml:space="preserve">[41:51] </w:t>
      </w:r>
      <w:r>
        <w:t>is ki is ki pehchan yeh hai ke un ke andar allah ki marifat hoti hai. deen ki dawat ka jazba hota hai. akhirat pasandi hoti hai.</w:t>
      </w:r>
    </w:p>
    <w:p>
      <w:pPr>
        <w:jc w:val="right"/>
      </w:pPr>
      <w:r>
        <w:t>اس کی اس کی پہچان یہ ہے کہ ان کے اندر اللہ کی معرفت ہوتی ہے۔ دین کی دعوت کا جذبہ ہوتا ہے۔ آخرت پسندی ہوتی ہے۔</w:t>
      </w:r>
    </w:p>
    <w:p>
      <w:r>
        <w:rPr>
          <w:b/>
        </w:rPr>
        <w:t xml:space="preserve">[42:05] </w:t>
      </w:r>
      <w:r>
        <w:t>jannat in ka gol hota hai.</w:t>
      </w:r>
    </w:p>
    <w:p>
      <w:pPr>
        <w:jc w:val="right"/>
      </w:pPr>
      <w:r>
        <w:t>جنت ان کا گول ہوتا ہے۔</w:t>
      </w:r>
    </w:p>
    <w:p>
      <w:r>
        <w:rPr>
          <w:b/>
        </w:rPr>
        <w:t xml:space="preserve">[42:12] </w:t>
      </w:r>
      <w:r>
        <w:t>deen in ke liye commercial nahi hota. deen in ke liye akhirat ka sauda hota hai.</w:t>
      </w:r>
    </w:p>
    <w:p>
      <w:pPr>
        <w:jc w:val="right"/>
      </w:pPr>
      <w:r>
        <w:t>دین ان کے لیے کمرشل نہیں ہوتا۔ دین ان کے لیے آخرت کا سودا ہوتا ہے۔</w:t>
      </w:r>
    </w:p>
    <w:p>
      <w:r>
        <w:rPr>
          <w:b/>
        </w:rPr>
        <w:t xml:space="preserve">[42:23] </w:t>
      </w:r>
      <w:r>
        <w:t>yeh pehchan hai.</w:t>
      </w:r>
    </w:p>
    <w:p>
      <w:pPr>
        <w:jc w:val="right"/>
      </w:pPr>
      <w:r>
        <w:t>یہ پہچان ہے۔</w:t>
      </w:r>
    </w:p>
    <w:p>
      <w:r>
        <w:rPr>
          <w:b/>
        </w:rPr>
        <w:t xml:space="preserve">[42:27] </w:t>
      </w:r>
      <w:r>
        <w:t>qul halaa takaffirun to jab mein in aayaton ko padhta hoon, mujhe lagta hai ke aasman se dobara awaz aa rahi hai.</w:t>
      </w:r>
    </w:p>
    <w:p>
      <w:pPr>
        <w:jc w:val="right"/>
      </w:pPr>
      <w:r>
        <w:t>قُلْ هَلَا تَكَفِّرُونَ تو جب میں ان آیتوں کو پڑھتا ہوں، مجھے لگتا ہے کہ آسمان سے دوبارہ آواز آ رہی ہے۔</w:t>
      </w:r>
    </w:p>
    <w:p>
      <w:r>
        <w:rPr>
          <w:b/>
        </w:rPr>
        <w:t xml:space="preserve">[42:37] </w:t>
      </w:r>
      <w:r>
        <w:t>musalmanon ko khitab kar rahi hai. musalmanon ko address kar rahi hai.</w:t>
      </w:r>
    </w:p>
    <w:p>
      <w:pPr>
        <w:jc w:val="right"/>
      </w:pPr>
      <w:r>
        <w:t>مسلمانوں کو خطاب کر رہی ہے۔ مسلمانوں کو ایڈریس کر رہی ہے۔</w:t>
      </w:r>
    </w:p>
    <w:p>
      <w:r>
        <w:rPr>
          <w:b/>
        </w:rPr>
        <w:t xml:space="preserve">[42:43] </w:t>
      </w:r>
      <w:r>
        <w:t>ke ae musalmanon! ae ummat-e-muslima! tumhara degeneration yahan tak pahunch chuka hai ke ab tumhare liye deen dunya kamane ka zariya hai.</w:t>
      </w:r>
    </w:p>
    <w:p>
      <w:pPr>
        <w:jc w:val="right"/>
      </w:pPr>
      <w:r>
        <w:t>کہ اے مسلمانوں! اے امت مسلمہ! تمہارا ڈی جنریشن یہاں تک پہنچ چکا ہے کہ اب تمہارے لیے دین دنیا کمانے کا ذریعہ ہے۔</w:t>
      </w:r>
    </w:p>
    <w:p>
      <w:r>
        <w:rPr>
          <w:b/>
        </w:rPr>
        <w:t xml:space="preserve">[42:58] </w:t>
      </w:r>
      <w:r>
        <w:t>ab tumhare liye waqt aa gaya hai ke phir se lotto pichhle daur ki taraf aur sahaba ke pattern ko ikhtiyar karo.</w:t>
      </w:r>
    </w:p>
    <w:p>
      <w:pPr>
        <w:jc w:val="right"/>
      </w:pPr>
      <w:r>
        <w:t>اب تمہارے لیے وقت آ گیا ہے کہ پھر سے لوٹو پچھلے دور کی طرف اور صحابہ کے پیٹرن کو اختیار کرو۔</w:t>
      </w:r>
    </w:p>
    <w:p>
      <w:r>
        <w:rPr>
          <w:b/>
        </w:rPr>
        <w:t xml:space="preserve">[43:17] </w:t>
      </w:r>
      <w:r>
        <w:t>yeh yahud ki mazammat nahi hai balke musalmanon ke liye naseehat hai.</w:t>
      </w:r>
    </w:p>
    <w:p>
      <w:pPr>
        <w:jc w:val="right"/>
      </w:pPr>
      <w:r>
        <w:t>یہ یہود کی مذمت نہیں ہے بلکہ مسلمانوں کے لیے نصیحت ہے۔</w:t>
      </w:r>
    </w:p>
    <w:p>
      <w:r>
        <w:rPr>
          <w:b/>
        </w:rPr>
        <w:t xml:space="preserve">[43:25] </w:t>
      </w:r>
      <w:r>
        <w:t>mein dua karta hoon ke Allah taala hum sab ko hidayat ki tofeeq de.</w:t>
      </w:r>
    </w:p>
    <w:p>
      <w:pPr>
        <w:jc w:val="right"/>
      </w:pPr>
      <w:r>
        <w:t>میں دعا کرتا ہوں کہ اللہ تعالی ہم سب کو ہدایت کی توفیق دے۔</w:t>
      </w:r>
    </w:p>
    <w:p>
      <w:r>
        <w:rPr>
          <w:b/>
        </w:rPr>
        <w:t xml:space="preserve">[43:34] </w:t>
      </w:r>
      <w:r>
        <w:t>assalam o alaikum wa rehmatullah</w:t>
      </w:r>
    </w:p>
    <w:p>
      <w:pPr>
        <w:jc w:val="right"/>
      </w:pPr>
      <w:r>
        <w:t>السلام علیکم ورحمۃ اللہ</w:t>
      </w:r>
    </w:p>
    <w:p>
      <w:r>
        <w:rPr>
          <w:b/>
        </w:rPr>
        <w:t xml:space="preserve">[43:48] </w:t>
      </w:r>
      <w:r>
        <w:t>okay, we will start the session now. uh, before we start, there is an important announcement to be made. today is yet another day of blessing for all the CPS members, as Maulana sahib will be launching the new Tamil website.</w:t>
      </w:r>
    </w:p>
    <w:p>
      <w:pPr>
        <w:jc w:val="right"/>
      </w:pPr>
      <w:r>
        <w:t>اوکے، وی ویل سٹارٹ دی سیشن ناؤ۔ اہ، بیفور وی سٹارٹ، دیر از این امپورٹنٹ اناؤنسمنٹ ٹو بی میڈ۔ ٹوڈے از یٹ انادر ڈے اف بلیسنگ فار ال دی سی پی ایس ممبرز، ایز مولانا صاحب ول بی لانچنگ دا نیو تامل ویب سائٹ۔</w:t>
      </w:r>
    </w:p>
    <w:p>
      <w:r>
        <w:rPr>
          <w:b/>
        </w:rPr>
        <w:t xml:space="preserve">[44:06] </w:t>
      </w:r>
      <w:r>
        <w:t>and I will with this share this poster with the help of which, I would request Maulana sahib to launch the Tamil website.</w:t>
      </w:r>
    </w:p>
    <w:p>
      <w:pPr>
        <w:jc w:val="right"/>
      </w:pPr>
      <w:r>
        <w:t>اینڈ ائی ول ود دس شیئر دس پوسٹر ود دی ہیلپ اف وچ، ائی وڈ ریکویسٹ مولانا صاحب ٹو لانچ دی تامل ویب سائٹ۔</w:t>
      </w:r>
    </w:p>
    <w:p>
      <w:r>
        <w:rPr>
          <w:b/>
        </w:rPr>
        <w:t xml:space="preserve">[44:21] </w:t>
      </w:r>
      <w:r>
        <w:t>is ko parh liya aap ne? Maulana, hum parh dete hain abhi. haan, to parhiye</w:t>
      </w:r>
    </w:p>
    <w:p>
      <w:pPr>
        <w:jc w:val="right"/>
      </w:pPr>
      <w:r>
        <w:t>اس کو پڑھ لیا آپ نے؟ مولانا، ہم پڑھ دیتے ہیں ابھی۔ ہاں، تو پڑھیے</w:t>
      </w:r>
    </w:p>
    <w:p>
      <w:r>
        <w:rPr>
          <w:b/>
        </w:rPr>
        <w:t xml:space="preserve">[44:30] </w:t>
      </w:r>
      <w:r>
        <w:t>ji.</w:t>
      </w:r>
    </w:p>
    <w:p>
      <w:pPr>
        <w:jc w:val="right"/>
      </w:pPr>
      <w:r>
        <w:t>جی۔</w:t>
      </w:r>
    </w:p>
    <w:p>
      <w:r>
        <w:rPr>
          <w:b/>
        </w:rPr>
        <w:t xml:space="preserve">[44:34] </w:t>
      </w:r>
      <w:r>
        <w:t>okay, so I will just read whats been written on the poster. the website act has been launched with the help of Bangalore team, and the poster says: "Center for Peace Bangalore has launched the Tamil website.</w:t>
      </w:r>
    </w:p>
    <w:p>
      <w:pPr>
        <w:jc w:val="right"/>
      </w:pPr>
      <w:r>
        <w:t>اوکے، سو ائی ویل جسٹ ریڈ واٹس بین رٹن ان دی پوسٹر۔ دی ویب سائٹ ایکٹ ہیز بین لانچ ود دی ہیلپ اف بینگلور ٹیم، اینڈ دا پوسٹر سیز: "سنٹر فار پیس بینگلور ہیز لانچ دی تامل ویب سائٹ۔</w:t>
      </w:r>
    </w:p>
    <w:p>
      <w:r>
        <w:rPr>
          <w:b/>
        </w:rPr>
        <w:t xml:space="preserve">[44:53] </w:t>
      </w:r>
      <w:r>
        <w:t>Mrs Mazhar Nisar desires to share this divine mission with her Tamil speaking acquaintances. This website is an answer to the supplication of Mrs Mazhar Nisar and her husband Mr Abdul Aziz, who sponsored this project.</w:t>
      </w:r>
    </w:p>
    <w:p>
      <w:pPr>
        <w:jc w:val="right"/>
      </w:pPr>
      <w:r>
        <w:t>مسز مظہر نثار ڈیزائرز ٹو شیئر دس ڈیوائن مشن ود ہر تامل سپیکنگ ایکونٹنسز۔ دس ویب سائٹ از این انسر ٹو دی سپلیکیشن اف مسز مظہر نثار اینڈ ہر ہسبینڈ مسٹر عبدالعزیز، ہو سپانسرڈ دس پروجیکٹ۔</w:t>
      </w:r>
    </w:p>
    <w:p>
      <w:r>
        <w:rPr>
          <w:b/>
        </w:rPr>
        <w:t xml:space="preserve">[45:14] </w:t>
      </w:r>
      <w:r>
        <w:t>and infant step, may God accept hamare humble efforts. the website can be accessed, can be accessed from today onwards, and we will request all the CPS members to share the website.</w:t>
      </w:r>
    </w:p>
    <w:p>
      <w:pPr>
        <w:jc w:val="right"/>
      </w:pPr>
      <w:r>
        <w:t>اینڈ انفنٹ سٹیپ، می گاڈ ایکسیپٹ ہمارے ہمبل ایفرٹس۔ دی ویب سائٹ کین بی ایکسیسڈ، کین بی ایکسیسڈ فرام ٹوڈے انورڈز، اینڈ وی ویل ریکویسٹ ال دی سی پی ایس ممبرز ٹو شیئر دی ویب سائٹ۔</w:t>
      </w:r>
    </w:p>
    <w:p>
      <w:r>
        <w:rPr>
          <w:b/>
        </w:rPr>
        <w:t xml:space="preserve">[45:32] </w:t>
      </w:r>
      <w:r>
        <w:t>the peace and peace and spirituality in Tamil dot com with all their Tamil friends. thank you. main jo log Tamil website ke is kaam mein shareek hain, Bangalore ke, main un sab ke liye dua karta hoon.</w:t>
      </w:r>
    </w:p>
    <w:p>
      <w:pPr>
        <w:jc w:val="right"/>
      </w:pPr>
      <w:r>
        <w:t>دی پیس اینڈ پیس اینڈ سپرچویلٹی ان تامل ڈاٹ کام ود ال دیر تامل فرینڈز۔ تھینک یو۔ मैं जो लोग तमिल वेबसाइट के इस काम में شریک हैं, बंगलोर के, میں ان سب کے لیے دعا کرتا ہوں۔</w:t>
      </w:r>
    </w:p>
    <w:p>
      <w:r>
        <w:rPr>
          <w:b/>
        </w:rPr>
        <w:t xml:space="preserve">[45:53] </w:t>
      </w:r>
      <w:r>
        <w:t>Allah taala un ko khoob khoob award ata farmaye aur is kaam ko tarraqi de.</w:t>
      </w:r>
    </w:p>
    <w:p>
      <w:pPr>
        <w:jc w:val="right"/>
      </w:pPr>
      <w:r>
        <w:t>اللہ تعالی ان کو خوب خوب ایوارڈ عطا فرمائے اور اس کام کو ترقی دے۔</w:t>
      </w:r>
    </w:p>
    <w:p>
      <w:r>
        <w:rPr>
          <w:b/>
        </w:rPr>
        <w:t xml:space="preserve">[46:03] </w:t>
      </w:r>
      <w:r>
        <w:t>ameen.</w:t>
      </w:r>
    </w:p>
    <w:p>
      <w:pPr>
        <w:jc w:val="right"/>
      </w:pPr>
      <w:r>
        <w:t>آمین۔</w:t>
      </w:r>
    </w:p>
    <w:p>
      <w:r>
        <w:rPr>
          <w:b/>
        </w:rPr>
        <w:t xml:space="preserve">[46:07] </w:t>
      </w:r>
      <w:r>
        <w:t>Maulana, ab sawal lene se pehle hum ah ah message hi parhna chahenge jo Bangalore team ne bheja hai. unhon ne likha hai: "In chapter 19, verse 97 of the Quran, God addresses the Prophet, saying:</w:t>
      </w:r>
    </w:p>
    <w:p>
      <w:pPr>
        <w:jc w:val="right"/>
      </w:pPr>
      <w:r>
        <w:t>مولانا، اب سوال لینے سے پہلے ہم اہ اہ میسج ہی پڑھنا چاہیں گے جو بینگلور ٹیم نے بھیجا ہے۔ انہوں نے لکھا ہے: "ان چیپٹر 19، ورس 97 اف دا قرآن، گاڈ ایڈریسز دا پرافٹ، سینگ:</w:t>
      </w:r>
    </w:p>
    <w:p>
      <w:r>
        <w:rPr>
          <w:b/>
        </w:rPr>
        <w:t xml:space="preserve">[46:24] </w:t>
      </w:r>
      <w:r>
        <w:t>'We have made it easy in your own language, so that you may convey glad news to the right ears and give warning to a stubborn people.'</w:t>
      </w:r>
    </w:p>
    <w:p>
      <w:pPr>
        <w:jc w:val="right"/>
      </w:pPr>
      <w:r>
        <w:t>'وی ہیو میڈ اٹ ایزی ان یور اون لینگویج، سو دیٹ یو می کنوے گلیڈ نیوز ٹو دا رائٹ ایئرز اینڈ گیو وارننگ ٹو ا سٹبن پیپل۔</w:t>
      </w:r>
    </w:p>
    <w:p>
      <w:r>
        <w:rPr>
          <w:b/>
        </w:rPr>
        <w:t xml:space="preserve">[46:37] </w:t>
      </w:r>
      <w:r>
        <w:t>with great, with great gratitude to God and thankfulness to our fellow men for the wonderful technology.</w:t>
      </w:r>
    </w:p>
    <w:p>
      <w:pPr>
        <w:jc w:val="right"/>
      </w:pPr>
      <w:r>
        <w:t>ود گریٹ، ود گریٹ گریٹیٹیوڈ ٹو گاڈ اینڈ تھینک فلنس ٹو اور فیلو مین فار دی ونڈرفل ٹیکنالوجی۔</w:t>
      </w:r>
    </w:p>
    <w:p>
      <w:r>
        <w:rPr>
          <w:b/>
        </w:rPr>
        <w:t xml:space="preserve">[46:46] </w:t>
      </w:r>
      <w:r>
        <w:t>Center for Peace team Bangalore request Maulana sahib to launch the Tamil website. this website will have links to CPS and Spirit of Islam website.</w:t>
      </w:r>
    </w:p>
    <w:p>
      <w:pPr>
        <w:jc w:val="right"/>
      </w:pPr>
      <w:r>
        <w:t>سینٹر فار پیس ٹیم بینگلور ریکویسٹ مولانا صاحب ٹو لانچ دا تامل ویب سائٹ۔ دس ویب سائٹ ول ہیو لنکس ٹو سی پی ایس اینڈ سپرٹ اف اسلام ویب سائٹ۔</w:t>
      </w:r>
    </w:p>
    <w:p>
      <w:r>
        <w:rPr>
          <w:b/>
        </w:rPr>
        <w:t xml:space="preserve">[47:00] </w:t>
      </w:r>
      <w:r>
        <w:t>all the Tamil literature of CPS, Tamil Quran translation, good word, Chennai address, and queries and request forms are uploaded.</w:t>
      </w:r>
    </w:p>
    <w:p>
      <w:pPr>
        <w:jc w:val="right"/>
      </w:pPr>
      <w:r>
        <w:t>ال دی تامل لٹریچر اف سی پی ایس، تامل قرآن ٹرانسلیشن، گڈ ورڈ، چنئی ایڈریس، اینڈ کوئریز اینڈ ریکویسٹ فارمز ار اپلوڈڈ۔</w:t>
      </w:r>
    </w:p>
    <w:p>
      <w:r>
        <w:rPr>
          <w:b/>
        </w:rPr>
        <w:t xml:space="preserve">[47:11] </w:t>
      </w:r>
      <w:r>
        <w:t>da chennai team will be in charge of this website for suggestions for further improvement. " main un sab logon ke liye dua karta hoon. chennai ke is website mein jinhon ne kaam kiya hai aur bangalore ke log bhi is mein shamil hain,</w:t>
      </w:r>
    </w:p>
    <w:p>
      <w:pPr>
        <w:jc w:val="right"/>
      </w:pPr>
      <w:r>
        <w:t>دا چنئی ٹیم ول بی ان چارج اف دس ویب سائٹ فار سجیشنز فار فردر امپروومنٹ۔" मैं उन सब लोगों के लिए दुआ करता हूं। چنئی کے اس ویب سائٹ میں جنہوں نے کام کیا ہے اور بنگلور کے لوگ بھی اس میں شامل ہیں،</w:t>
      </w:r>
    </w:p>
    <w:p>
      <w:r>
        <w:rPr>
          <w:b/>
        </w:rPr>
        <w:t xml:space="preserve">[47:36] </w:t>
      </w:r>
      <w:r>
        <w:t>un sab logon ke liye main dua karta hoon. yeh website is ilaqe ke liye allah taala mufeed banaye aur logon ko ajr jazeel ata farmaye.</w:t>
      </w:r>
    </w:p>
    <w:p>
      <w:pPr>
        <w:jc w:val="right"/>
      </w:pPr>
      <w:r>
        <w:t>ان سب لوگوں کے لیے میں دعا کرتا ہوں۔ یہ ویب سائٹ اس علاقے کے لیے اللہ تعالی مفید بنائے اور لوگوں کو اجر جزیل عطا فرمائے۔</w:t>
      </w:r>
    </w:p>
    <w:p>
      <w:r>
        <w:rPr>
          <w:b/>
        </w:rPr>
        <w:t xml:space="preserve">[47:53] </w:t>
      </w:r>
      <w:r>
        <w:t>maulana, ab hum comments padhte hain.</w:t>
      </w:r>
    </w:p>
    <w:p>
      <w:pPr>
        <w:jc w:val="right"/>
      </w:pPr>
      <w:r>
        <w:t>مولانا، अब हम कमेंट्स पढ़ते हैं।</w:t>
      </w:r>
    </w:p>
    <w:p>
      <w:r>
        <w:rPr>
          <w:b/>
        </w:rPr>
        <w:t xml:space="preserve">[47:57] </w:t>
      </w:r>
      <w:r>
        <w:t>ek comment aaya hai spirit of islam magazine ko leke.</w:t>
      </w:r>
    </w:p>
    <w:p>
      <w:pPr>
        <w:jc w:val="right"/>
      </w:pPr>
      <w:r>
        <w:t>एक कमेंट आया है स्पिरिट ऑफ इस्लाम मैगजीन को लेके।</w:t>
      </w:r>
    </w:p>
    <w:p>
      <w:r>
        <w:rPr>
          <w:b/>
        </w:rPr>
        <w:t xml:space="preserve">[48:03] </w:t>
      </w:r>
      <w:r>
        <w:t>comment is tarah hai: "i am abdul malik, age 22, from bangalore.</w:t>
      </w:r>
    </w:p>
    <w:p>
      <w:pPr>
        <w:jc w:val="right"/>
      </w:pPr>
      <w:r>
        <w:t>कमेंट इस तरह है: "आई एम عبدالملک, एज 22, फ्रॉम बेंगलोर।</w:t>
      </w:r>
    </w:p>
    <w:p>
      <w:r>
        <w:rPr>
          <w:b/>
        </w:rPr>
        <w:t xml:space="preserve">[48:08] </w:t>
      </w:r>
      <w:r>
        <w:t>i am reading spirit of islam from a long time.</w:t>
      </w:r>
    </w:p>
    <w:p>
      <w:pPr>
        <w:jc w:val="right"/>
      </w:pPr>
      <w:r>
        <w:t>आई एम रीडिंग स्पिरिट ऑफ इस्लाम फ्रॉम अ लॉन्ग टाइम।</w:t>
      </w:r>
    </w:p>
    <w:p>
      <w:r>
        <w:rPr>
          <w:b/>
        </w:rPr>
        <w:t xml:space="preserve">[48:13] </w:t>
      </w:r>
      <w:r>
        <w:t>i learn not to be angry and to always think positive, and i am following it.</w:t>
      </w:r>
    </w:p>
    <w:p>
      <w:pPr>
        <w:jc w:val="right"/>
      </w:pPr>
      <w:r>
        <w:t>आई लर्न नॉट टू बी एंग्री एंड टू ऑलवेज थिंक पॉजिटिव, एंड आई एम फॉलोइंग इट।</w:t>
      </w:r>
    </w:p>
    <w:p>
      <w:r>
        <w:rPr>
          <w:b/>
        </w:rPr>
        <w:t xml:space="preserve">[48:19] </w:t>
      </w:r>
      <w:r>
        <w:t>i really love almost all the articles by which it helps me to be a better person."</w:t>
      </w:r>
    </w:p>
    <w:p>
      <w:pPr>
        <w:jc w:val="right"/>
      </w:pPr>
      <w:r>
        <w:t>आई रियली लव ऑलमोस्ट ऑल द आर्टिकल्स बाय व्हिच इट हेल्प्स मी टू बी अ बेटर पर्सन।"</w:t>
      </w:r>
    </w:p>
    <w:p>
      <w:r>
        <w:rPr>
          <w:b/>
        </w:rPr>
        <w:t xml:space="preserve">[48:29] </w:t>
      </w:r>
      <w:r>
        <w:t>maulana abdul basit umri sahab ne doha se bheja hai comment pichhle sunday ke lecture ke bare mein.</w:t>
      </w:r>
    </w:p>
    <w:p>
      <w:pPr>
        <w:jc w:val="right"/>
      </w:pPr>
      <w:r>
        <w:t>مولانا عبدुल बासित उमरी साहब ने दोहा से भेजा है कमेंट पिछले संडे के लेक्चर के बारे में।</w:t>
      </w:r>
    </w:p>
    <w:p>
      <w:r>
        <w:rPr>
          <w:b/>
        </w:rPr>
        <w:t xml:space="preserve">[48:38] </w:t>
      </w:r>
      <w:r>
        <w:t>unhone likha hai:</w:t>
      </w:r>
    </w:p>
    <w:p>
      <w:pPr>
        <w:jc w:val="right"/>
      </w:pPr>
      <w:r>
        <w:t>उन्होंने लिखा है:</w:t>
      </w:r>
    </w:p>
    <w:p>
      <w:r>
        <w:rPr>
          <w:b/>
        </w:rPr>
        <w:t xml:space="preserve">[48:40] </w:t>
      </w:r>
      <w:r>
        <w:t>"maulana, pichhle sunday ka lecture mere liye dawat illalla ka kholne wala tha.</w:t>
      </w:r>
    </w:p>
    <w:p>
      <w:pPr>
        <w:jc w:val="right"/>
      </w:pPr>
      <w:r>
        <w:t>"مولانا، पिछले संडे का लेक्चर मेरे लिए दावत इल्लला का खोलने वाला था।</w:t>
      </w:r>
    </w:p>
    <w:p>
      <w:r>
        <w:rPr>
          <w:b/>
        </w:rPr>
        <w:t xml:space="preserve">[48:47] </w:t>
      </w:r>
      <w:r>
        <w:t>mujhe pehli bar woh hadith samajh mein aayi ki furat darya sone ke sone ka khazana uglega, aur</w:t>
      </w:r>
    </w:p>
    <w:p>
      <w:pPr>
        <w:jc w:val="right"/>
      </w:pPr>
      <w:r>
        <w:t>मुझे पहली बार वह हदीस समझ में आई कि फुरात दरिया सोने के सोने का खजाना उगलेगा, और</w:t>
      </w:r>
    </w:p>
    <w:p>
      <w:r>
        <w:rPr>
          <w:b/>
        </w:rPr>
        <w:t xml:space="preserve">[48:56] </w:t>
      </w:r>
      <w:r>
        <w:t>humein woh apni zaat ke liye ya apni duniya ke liye istemal nahi karna hai.</w:t>
      </w:r>
    </w:p>
    <w:p>
      <w:pPr>
        <w:jc w:val="right"/>
      </w:pPr>
      <w:r>
        <w:t>हमें वह अपनी जात के लिए या अपनी दुनिया के लिए इस्तेमाल नहीं करना है।</w:t>
      </w:r>
    </w:p>
    <w:p>
      <w:r>
        <w:rPr>
          <w:b/>
        </w:rPr>
        <w:t xml:space="preserve">[49:02] </w:t>
      </w:r>
      <w:r>
        <w:t>phir aapne jo yeh kaha ki aaj us khazane ko dawat ke alawa har maqsad ke liye use</w:t>
      </w:r>
    </w:p>
    <w:p>
      <w:pPr>
        <w:jc w:val="right"/>
      </w:pPr>
      <w:r>
        <w:t>फिर आपने जो यह कहा कि आज उस खजाने को दावत के अलावा हर मकसद के लिए यूज</w:t>
      </w:r>
    </w:p>
    <w:p>
      <w:r>
        <w:rPr>
          <w:b/>
        </w:rPr>
        <w:t xml:space="preserve">[49:09] </w:t>
      </w:r>
      <w:r>
        <w:t>kiya ja raha hai,</w:t>
      </w:r>
    </w:p>
    <w:p>
      <w:pPr>
        <w:jc w:val="right"/>
      </w:pPr>
      <w:r>
        <w:t>किया जा रहा है,</w:t>
      </w:r>
    </w:p>
    <w:p>
      <w:r>
        <w:rPr>
          <w:b/>
        </w:rPr>
        <w:t xml:space="preserve">[49:11] </w:t>
      </w:r>
      <w:r>
        <w:t>aapki is baat se mujhe samajh mein aaya ki yeh sirf furat khazane ki baat nahi, balki har</w:t>
      </w:r>
    </w:p>
    <w:p>
      <w:pPr>
        <w:jc w:val="right"/>
      </w:pPr>
      <w:r>
        <w:t>आपकी इस बात से मुझे समझ में आया कि यह सिर्फ फुरात खजाने की बात नहीं, बल्कि हर</w:t>
      </w:r>
    </w:p>
    <w:p>
      <w:r>
        <w:rPr>
          <w:b/>
        </w:rPr>
        <w:t xml:space="preserve">[49:19] </w:t>
      </w:r>
      <w:r>
        <w:t>us khazane ki baat hai jo insan ko mila hai.</w:t>
      </w:r>
    </w:p>
    <w:p>
      <w:pPr>
        <w:jc w:val="right"/>
      </w:pPr>
      <w:r>
        <w:t>उस खजाने की बात है जो इंसान को मिला है।</w:t>
      </w:r>
    </w:p>
    <w:p>
      <w:r>
        <w:rPr>
          <w:b/>
        </w:rPr>
        <w:t xml:space="preserve">[49:23] </w:t>
      </w:r>
      <w:r>
        <w:t>allah ne har cheez ko akhirat banane ke liye diya hai, na ki duniya ko sanvarne ke liye.</w:t>
      </w:r>
    </w:p>
    <w:p>
      <w:pPr>
        <w:jc w:val="right"/>
      </w:pPr>
      <w:r>
        <w:t>अल्लाह ने हर चीज को आखिरत बनाने के लिए दिया है, ना कि दुनिया को संवारने के लिए।</w:t>
      </w:r>
    </w:p>
    <w:p>
      <w:r>
        <w:rPr>
          <w:b/>
        </w:rPr>
        <w:t xml:space="preserve">[49:30] </w:t>
      </w:r>
      <w:r>
        <w:t>jazakallah, maulana sahab."</w:t>
      </w:r>
    </w:p>
    <w:p>
      <w:pPr>
        <w:jc w:val="right"/>
      </w:pPr>
      <w:r>
        <w:t>जजाकल्लाह, مولाना साहब।"</w:t>
      </w:r>
    </w:p>
    <w:p>
      <w:r>
        <w:rPr>
          <w:b/>
        </w:rPr>
        <w:t xml:space="preserve">[49:33] </w:t>
      </w:r>
      <w:r>
        <w:t>miss suraiya ahmed ne texas, usa se comment bheja hai.</w:t>
      </w:r>
    </w:p>
    <w:p>
      <w:pPr>
        <w:jc w:val="right"/>
      </w:pPr>
      <w:r>
        <w:t>मिस सुरैया अहमद ने टेक्सास, यूएसए से कमेंट भेजा है।</w:t>
      </w:r>
    </w:p>
    <w:p>
      <w:r>
        <w:rPr>
          <w:b/>
        </w:rPr>
        <w:t xml:space="preserve">[49:37] </w:t>
      </w:r>
      <w:r>
        <w:t>انہوں نے لکھا ہے: "Reason the spirit soul for growing and learning.</w:t>
      </w:r>
    </w:p>
    <w:p>
      <w:pPr>
        <w:jc w:val="right"/>
      </w:pPr>
      <w:r>
        <w:t>उन्होंने लिखा है: "रीजन द स्पिरिट सोल फॉर ग्रोइंग एंड लर्निंग।</w:t>
      </w:r>
    </w:p>
    <w:p>
      <w:r>
        <w:rPr>
          <w:b/>
        </w:rPr>
        <w:t xml:space="preserve">[49:44] </w:t>
      </w:r>
      <w:r>
        <w:t>this is very true.</w:t>
      </w:r>
    </w:p>
    <w:p>
      <w:pPr>
        <w:jc w:val="right"/>
      </w:pPr>
      <w:r>
        <w:t>दिस इज वेरी ट्रू।</w:t>
      </w:r>
    </w:p>
    <w:p>
      <w:r>
        <w:rPr>
          <w:b/>
        </w:rPr>
        <w:t xml:space="preserve">[49:46] </w:t>
      </w:r>
      <w:r>
        <w:t>we are not here for complaining.</w:t>
      </w:r>
    </w:p>
    <w:p>
      <w:pPr>
        <w:jc w:val="right"/>
      </w:pPr>
      <w:r>
        <w:t>वी आर नॉट हियर फॉर कंप्लेनिंग।</w:t>
      </w:r>
    </w:p>
    <w:p>
      <w:r>
        <w:rPr>
          <w:b/>
        </w:rPr>
        <w:t xml:space="preserve">[49:49] </w:t>
      </w:r>
      <w:r>
        <w:t>praise be to allah, the most gracious and most merciful.</w:t>
      </w:r>
    </w:p>
    <w:p>
      <w:pPr>
        <w:jc w:val="right"/>
      </w:pPr>
      <w:r>
        <w:t>प्रेज बी टू अल्लाह, द मोस्ट ग्रेसियस एंड मोस्ट मर्सीफुल।</w:t>
      </w:r>
    </w:p>
    <w:p>
      <w:r>
        <w:rPr>
          <w:b/>
        </w:rPr>
        <w:t xml:space="preserve">[49:54] </w:t>
      </w:r>
      <w:r>
        <w:t>deen is absolute just</w:t>
      </w:r>
    </w:p>
    <w:p>
      <w:pPr>
        <w:jc w:val="right"/>
      </w:pPr>
      <w:r>
        <w:t>दीन इज एब्सलूट जस्ट</w:t>
      </w:r>
    </w:p>
    <w:p>
      <w:r>
        <w:rPr>
          <w:b/>
        </w:rPr>
        <w:t xml:space="preserve">[49:56] </w:t>
      </w:r>
      <w:r>
        <w:t>for allah. don't buy deen for the purpose of commercialization." so true, maulana sahab. jazaakallah, khair. imran talha sahab ne karimnagar, telangana se likha hai:</w:t>
      </w:r>
    </w:p>
    <w:p>
      <w:pPr>
        <w:jc w:val="right"/>
      </w:pPr>
      <w:r>
        <w:t>फॉर अल्लाह। डोंट बाय दीन फॉर द पर्पस ऑफ कमर्शियलाइजेशन।" सो ट्रू, मौलाना साहब। जजाकल्लाह, खैर। इमरान तालहा साहब ने करीमनगर, तेलंगाना से लिखा है:</w:t>
      </w:r>
    </w:p>
    <w:p>
      <w:r>
        <w:rPr>
          <w:b/>
        </w:rPr>
        <w:t xml:space="preserve">[50:14] </w:t>
      </w:r>
      <w:r>
        <w:t>"maulana sahab, aapke lecture se hum sabko bahut sabak milta hai. aapki baatein hamare mind ko address karti hain sochne ke liye. allah aapko behtareen ajar de. jazaakallah." maulana farad umri ne delhi se likha hai:</w:t>
      </w:r>
    </w:p>
    <w:p>
      <w:pPr>
        <w:jc w:val="right"/>
      </w:pPr>
      <w:r>
        <w:t>"مولाना साहब, आपके लेक्चर से हम सबको बहुत सबक मिलता है। आपकी बातें हमारे माइंड को एड्रेस करती हैं सोचने के लिए। अल्लाह आपको बेहतरीन अजर दे। जजाकल्लाह।" मौलाना फराद उमरी ने दिल्ली से लिखा है:</w:t>
      </w:r>
    </w:p>
    <w:p>
      <w:r>
        <w:rPr>
          <w:b/>
        </w:rPr>
        <w:t xml:space="preserve">[50:34] </w:t>
      </w:r>
      <w:r>
        <w:t>"do not sell my revelations for a poultry price, as mentioned in chapter 2, verse number 42 of</w:t>
      </w:r>
    </w:p>
    <w:p>
      <w:pPr>
        <w:jc w:val="right"/>
      </w:pPr>
      <w:r>
        <w:t>"डू नॉट सेल माय रेवलेशंस फॉर अ पोल्ट्री प्राइस, एज मेंशन इन चैप्टर टू, वर्स नंबर 42 ऑफ</w:t>
      </w:r>
    </w:p>
    <w:p>
      <w:r>
        <w:rPr>
          <w:b/>
        </w:rPr>
        <w:t xml:space="preserve">[50:42] </w:t>
      </w:r>
      <w:r>
        <w:t>Quran." Maulana Sahab, this is the first time I have got to know the application of the words</w:t>
      </w:r>
    </w:p>
    <w:p>
      <w:pPr>
        <w:jc w:val="right"/>
      </w:pPr>
      <w:r>
        <w:t>कुरान।" मौलाना साहब, दिस इज द फर्स्ट टाइम आई हैव गॉट टू नो द एप्लीकेशन ऑफ द वर्ड्स</w:t>
      </w:r>
    </w:p>
    <w:p>
      <w:r>
        <w:rPr>
          <w:b/>
        </w:rPr>
        <w:t xml:space="preserve">[50:48] </w:t>
      </w:r>
      <w:r>
        <w:t>for present time.</w:t>
      </w:r>
    </w:p>
    <w:p>
      <w:pPr>
        <w:jc w:val="right"/>
      </w:pPr>
      <w:r>
        <w:t>फॉर प्रेजेंट टाइम।</w:t>
      </w:r>
    </w:p>
    <w:p>
      <w:r>
        <w:rPr>
          <w:b/>
        </w:rPr>
        <w:t xml:space="preserve">[50:51] </w:t>
      </w:r>
      <w:r>
        <w:t>as today, we are seeing a variety of products in the name of halal, such as halal certification</w:t>
      </w:r>
    </w:p>
    <w:p>
      <w:pPr>
        <w:jc w:val="right"/>
      </w:pPr>
      <w:r>
        <w:t>एज टुडे, वी आर सीइंग अ वैरायटी ऑफ प्रोडक्ट्स इन द नेम ऑफ हलाल, सच एज हलाल सर्टिफिकेशन</w:t>
      </w:r>
    </w:p>
    <w:p>
      <w:r>
        <w:rPr>
          <w:b/>
        </w:rPr>
        <w:t xml:space="preserve">[50:58] </w:t>
      </w:r>
      <w:r>
        <w:t>body, halal trade expo, halal tourism guide, halal products, etc.</w:t>
      </w:r>
    </w:p>
    <w:p>
      <w:pPr>
        <w:jc w:val="right"/>
      </w:pPr>
      <w:r>
        <w:t>बॉडी, हलाल ट्रेड एक्सपो, हलाल टूरिज्म गाइड, हलाल प्रोडक्ट्स, एट्स।</w:t>
      </w:r>
    </w:p>
    <w:p>
      <w:r>
        <w:rPr>
          <w:b/>
        </w:rPr>
        <w:t xml:space="preserve">[51:05] </w:t>
      </w:r>
      <w:r>
        <w:t>even jihad in the sense of war is also a kind of business for fund raising.</w:t>
      </w:r>
    </w:p>
    <w:p>
      <w:pPr>
        <w:jc w:val="right"/>
      </w:pPr>
      <w:r>
        <w:t>इवन जिहाद इन द सेंस ऑफ वॉर इज आल्सो अ काइंड ऑफ बिजनेस फॉर फंड रेजिंग।</w:t>
      </w:r>
    </w:p>
    <w:p>
      <w:r>
        <w:rPr>
          <w:b/>
        </w:rPr>
        <w:t xml:space="preserve">[51:11] </w:t>
      </w:r>
      <w:r>
        <w:t>jazakallah.</w:t>
      </w:r>
    </w:p>
    <w:p>
      <w:pPr>
        <w:jc w:val="right"/>
      </w:pPr>
      <w:r>
        <w:t>जजाकल्लाह।</w:t>
      </w:r>
    </w:p>
    <w:p>
      <w:r>
        <w:rPr>
          <w:b/>
        </w:rPr>
        <w:t xml:space="preserve">[51:16] </w:t>
      </w:r>
      <w:r>
        <w:t>khaja kalimuddin sahib ne usa, pennsylvania se likha hai:</w:t>
      </w:r>
    </w:p>
    <w:p>
      <w:pPr>
        <w:jc w:val="right"/>
      </w:pPr>
      <w:r>
        <w:t>खाजा कलीमुद्दीन साहब ने यूएसए, पेंसिल्वेनिया से लिखा है:</w:t>
      </w:r>
    </w:p>
    <w:p>
      <w:r>
        <w:rPr>
          <w:b/>
        </w:rPr>
        <w:t xml:space="preserve">[51:21] </w:t>
      </w:r>
      <w:r>
        <w:t>"may allah bless bangalore team and make rest of the regional cps teams follow the footsteps of bangalore</w:t>
      </w:r>
    </w:p>
    <w:p>
      <w:pPr>
        <w:jc w:val="right"/>
      </w:pPr>
      <w:r>
        <w:t>"मे अल्लाह ब्लेस बैंगलोर टीम एंड मेक रेस्ट ऑफ द रीजनल सीपीएस टीम्स फॉलो द फुटस्टेप्स ऑफ बैंगलोर</w:t>
      </w:r>
    </w:p>
    <w:p>
      <w:r>
        <w:rPr>
          <w:b/>
        </w:rPr>
        <w:t xml:space="preserve">[51:29] </w:t>
      </w:r>
      <w:r>
        <w:t>team." aur bahut se logon ne maulana mubarakbad di hai tamil website ke launch hone par.</w:t>
      </w:r>
    </w:p>
    <w:p>
      <w:pPr>
        <w:jc w:val="right"/>
      </w:pPr>
      <w:r>
        <w:t>टीम।" और बहुत से लोगों ने मौलाना मुबारकबाद दी है तमिल वेबसाइट के लॉन्च होने पर।</w:t>
      </w:r>
    </w:p>
    <w:p>
      <w:r>
        <w:rPr>
          <w:b/>
        </w:rPr>
        <w:t xml:space="preserve">[51:37] </w:t>
      </w:r>
      <w:r>
        <w:t>doctor hanna khan ne london se likha hai.</w:t>
      </w:r>
    </w:p>
    <w:p>
      <w:pPr>
        <w:jc w:val="right"/>
      </w:pPr>
      <w:r>
        <w:t>डॉक्टर हैना खान ने लंदन से लिखा है।</w:t>
      </w:r>
    </w:p>
    <w:p>
      <w:r>
        <w:rPr>
          <w:b/>
        </w:rPr>
        <w:t xml:space="preserve">[51:40] </w:t>
      </w:r>
      <w:r>
        <w:t>irfan rasheedi sahib ne nagpur se likha hai.</w:t>
      </w:r>
    </w:p>
    <w:p>
      <w:pPr>
        <w:jc w:val="right"/>
      </w:pPr>
      <w:r>
        <w:t>इरफान रशीदी साहब ने नागपुर से लिखा है।</w:t>
      </w:r>
    </w:p>
    <w:p>
      <w:r>
        <w:rPr>
          <w:b/>
        </w:rPr>
        <w:t xml:space="preserve">[51:44] </w:t>
      </w:r>
      <w:r>
        <w:t>tahir saeed sahib ne likha hai: "congress to cps bangalore team on launching new website in tamil language.</w:t>
      </w:r>
    </w:p>
    <w:p>
      <w:pPr>
        <w:jc w:val="right"/>
      </w:pPr>
      <w:r>
        <w:t>ताहिर सईद साहब ने लिखा है: "कांग्रेस टू सीपीएस बैंगलोर टीम ऑन लॉन्चिंग न्यू वेबसाइट इन तमिल लैंग्वेज।</w:t>
      </w:r>
    </w:p>
    <w:p>
      <w:r>
        <w:rPr>
          <w:b/>
        </w:rPr>
        <w:t xml:space="preserve">[51:54] </w:t>
      </w:r>
      <w:r>
        <w:t>many congress to cps global."</w:t>
      </w:r>
    </w:p>
    <w:p>
      <w:pPr>
        <w:jc w:val="right"/>
      </w:pPr>
      <w:r>
        <w:t>मेनी कांग्रेस टू सीपीएस ग्लोबल।"</w:t>
      </w:r>
    </w:p>
    <w:p>
      <w:r>
        <w:rPr>
          <w:b/>
        </w:rPr>
        <w:t xml:space="preserve">[52:01] </w:t>
      </w:r>
      <w:r>
        <w:t>maulana, ab hum sawal lete hain.</w:t>
      </w:r>
    </w:p>
    <w:p>
      <w:pPr>
        <w:jc w:val="right"/>
      </w:pPr>
      <w:r>
        <w:t>मौलाना, अब हम सवाल लेते हैं।</w:t>
      </w:r>
    </w:p>
    <w:p>
      <w:r>
        <w:rPr>
          <w:b/>
        </w:rPr>
        <w:t xml:space="preserve">[52:05] </w:t>
      </w:r>
      <w:r>
        <w:t>maulana, pehla sawal bheja hai miss priya malik ne delhi se.</w:t>
      </w:r>
    </w:p>
    <w:p>
      <w:pPr>
        <w:jc w:val="right"/>
      </w:pPr>
      <w:r>
        <w:t>मौलाना, पहला सवाल भेजा है मिस प्रिया मलिक ने दिल्ली से।</w:t>
      </w:r>
    </w:p>
    <w:p>
      <w:r>
        <w:rPr>
          <w:b/>
        </w:rPr>
        <w:t xml:space="preserve">[52:10] </w:t>
      </w:r>
      <w:r>
        <w:t>उन्होंने आपसे पूछा है कि "How to cope with the loss of a parent" इसके बारे में बताएं।</w:t>
      </w:r>
    </w:p>
    <w:p>
      <w:pPr>
        <w:jc w:val="right"/>
      </w:pPr>
      <w:r>
        <w:t>उन्होंने आपसे पूछा है कि "हाउ टू कोप विद द लॉस ऑफ अ पेरेंट" इसके बारे में बताएं।</w:t>
      </w:r>
    </w:p>
    <w:p>
      <w:r>
        <w:rPr>
          <w:b/>
        </w:rPr>
        <w:t xml:space="preserve">[52:18] </w:t>
      </w:r>
      <w:r>
        <w:t>woh ayat padhi to is mein keh</w:t>
      </w:r>
    </w:p>
    <w:p>
      <w:pPr>
        <w:jc w:val="right"/>
      </w:pPr>
      <w:r>
        <w:t>وہ آیت پڑھی تو اس میں کہ</w:t>
      </w:r>
    </w:p>
    <w:p>
      <w:r>
        <w:rPr>
          <w:b/>
        </w:rPr>
        <w:t xml:space="preserve">[52:23] </w:t>
      </w:r>
      <w:r>
        <w:t>jo asma baqi maada jo log hain woh acha amal karein to unke upgrade kar diya</w:t>
      </w:r>
    </w:p>
    <w:p>
      <w:pPr>
        <w:jc w:val="right"/>
      </w:pPr>
      <w:r>
        <w:t>جو اسماء باقی مادہ جو لوگ ہیں وہ اچھا عمل کریں تو ان کے اپ گریڈ کر دیا</w:t>
      </w:r>
    </w:p>
    <w:p>
      <w:r>
        <w:rPr>
          <w:b/>
        </w:rPr>
        <w:t xml:space="preserve">[52:33] </w:t>
      </w:r>
      <w:r>
        <w:t>jayega.</w:t>
      </w:r>
    </w:p>
    <w:p>
      <w:pPr>
        <w:jc w:val="right"/>
      </w:pPr>
      <w:r>
        <w:t>جائے گا۔</w:t>
      </w:r>
    </w:p>
    <w:p>
      <w:r>
        <w:rPr>
          <w:b/>
        </w:rPr>
        <w:t xml:space="preserve">[52:35] </w:t>
      </w:r>
      <w:r>
        <w:t>walazina amanu attaba'hum dhurriyyatuhum bi-imanin alhaqna bihim dhurriyyatahum wa ma khalaqnahum min 'amalihim min shay' surah tur ayat number 21</w:t>
      </w:r>
    </w:p>
    <w:p>
      <w:pPr>
        <w:jc w:val="right"/>
      </w:pPr>
      <w:r>
        <w:t>والذین آمنوا اتبعتم ذریتہم بایمان الحقنا بہم ذریتہم وما خلقناہم من عملہم من شی سورہ طور آیت نمبر 21</w:t>
      </w:r>
    </w:p>
    <w:p>
      <w:r>
        <w:rPr>
          <w:b/>
        </w:rPr>
        <w:t xml:space="preserve">[52:49] </w:t>
      </w:r>
      <w:r>
        <w:t>jo log iman laye aur unke sath unki aulad ne itteba kiya iman mein hum unki aulad ko unke sath mila denge aur unke amal mein kuch kami nahi karenge.</w:t>
      </w:r>
    </w:p>
    <w:p>
      <w:pPr>
        <w:jc w:val="right"/>
      </w:pPr>
      <w:r>
        <w:t>جو لوگ ایمان لائے اور ان کے ساتھ ان کی اولاد نے اتباع کیا ایمان میں ہم ان کی اولاد کو ان کے ساتھ ملا دیں گے اور ان کے عمل میں کچھ کمی نہیں کریں گے۔</w:t>
      </w:r>
    </w:p>
    <w:p>
      <w:r>
        <w:rPr>
          <w:b/>
        </w:rPr>
        <w:t xml:space="preserve">[53:02] </w:t>
      </w:r>
      <w:r>
        <w:t>yeh bahut tasalli wali ayat hai ke jin logon ke parents duniya se chale gaye hon to jo bachche hain unki aulad woh ashab al-qira'at, sahaba al-qira'at to allah unko mila dega apne parents se.</w:t>
      </w:r>
    </w:p>
    <w:p>
      <w:pPr>
        <w:jc w:val="right"/>
      </w:pPr>
      <w:r>
        <w:t>یہ بہت تسلی والی آیت ہے کہ جن لوگوں کے پیرنٹس دنیا سے چلے گئے ہوں تو جو بچے ہیں ان کی اولاد وہ اصحاب القرأت، صحابہ القرأت تو اللہ ان کو ملا دے گا اپنے پیرنٹس سے۔</w:t>
      </w:r>
    </w:p>
    <w:p>
      <w:r>
        <w:rPr>
          <w:b/>
        </w:rPr>
        <w:t xml:space="preserve">[53:30] </w:t>
      </w:r>
      <w:r>
        <w:t>to kehti hai ajib baat hai yeh yaani positive, yeh positive rukh dena hai</w:t>
      </w:r>
    </w:p>
    <w:p>
      <w:pPr>
        <w:jc w:val="right"/>
      </w:pPr>
      <w:r>
        <w:t>تو کہتی ہے عجیب بات ہے یہ یعنی پازیٹیو، یہ پازیٹیو رخ دینا ہے</w:t>
      </w:r>
    </w:p>
    <w:p>
      <w:r>
        <w:rPr>
          <w:b/>
        </w:rPr>
        <w:t xml:space="preserve">[53:39] </w:t>
      </w:r>
      <w:r>
        <w:t>parent ke chale jaane par jo aadmi ka dukh aata hai usko positive, positive rukh diya diya hai ke tum acha amal karo to tum unke barabar kar diye jaoge.</w:t>
      </w:r>
    </w:p>
    <w:p>
      <w:pPr>
        <w:jc w:val="right"/>
      </w:pPr>
      <w:r>
        <w:t>پیرنٹ کے چلے جانے پر جو آدمی کا درغام آتا ہے اس کو پازیٹیو، پازیٹیو رخ دیا دیا ہے کہ تم اچھا عمل کرو تو تم ان کے برابر کر دیے جاؤ گے۔</w:t>
      </w:r>
    </w:p>
    <w:p>
      <w:r>
        <w:rPr>
          <w:b/>
        </w:rPr>
        <w:t xml:space="preserve">[53:57] </w:t>
      </w:r>
      <w:r>
        <w:t>to main sochta hoon ke yeh nishana hona chahiye un logon ka jin ke parents chale gaye duniya se.</w:t>
      </w:r>
    </w:p>
    <w:p>
      <w:pPr>
        <w:jc w:val="right"/>
      </w:pPr>
      <w:r>
        <w:t>تو میں سوچتا ہوں کہ یہ نشانہ ہونا چاہیے ان لوگوں کا جن کے پیرنٹس چلے گئے دنیا سے۔</w:t>
      </w:r>
    </w:p>
    <w:p>
      <w:r>
        <w:rPr>
          <w:b/>
        </w:rPr>
        <w:t xml:space="preserve">[54:07] </w:t>
      </w:r>
      <w:r>
        <w:t>maulana, agla sawal bheja hai texas, usa se miss suraiya ahmed ne. unhon ne aapse poocha hai ki maulana sahab, how is it possible to change the mind of the people who use the deen as commercialization?</w:t>
      </w:r>
    </w:p>
    <w:p>
      <w:pPr>
        <w:jc w:val="right"/>
      </w:pPr>
      <w:r>
        <w:t>मौलाना, अगला सवाल भेजा है टेक्सास, यूएसए से मिस सुरैया अहमद ने। उन्होंने आपसे पूछा है कि مولانا صاحب، ہاؤ از اٹ پوسیبل ٹو چینج دی مائنڈ اف دا پیپل ہو یوز دا دین ایز کمرشلائزیشن؟</w:t>
      </w:r>
    </w:p>
    <w:p>
      <w:r>
        <w:rPr>
          <w:b/>
        </w:rPr>
        <w:t xml:space="preserve">[54:26] </w:t>
      </w:r>
      <w:r>
        <w:t>dekhiye, yeh sawal jab hai jab aap mass level par change ko nishana banayein.</w:t>
      </w:r>
    </w:p>
    <w:p>
      <w:pPr>
        <w:jc w:val="right"/>
      </w:pPr>
      <w:r>
        <w:t>देखिए, यह सवाल जब है जब आप मास लेवल पर चेंज को निशाना बनाएं।</w:t>
      </w:r>
    </w:p>
    <w:p>
      <w:r>
        <w:rPr>
          <w:b/>
        </w:rPr>
        <w:t xml:space="preserve">[54:38] </w:t>
      </w:r>
      <w:r>
        <w:t>aap individual ke level par sochiye. tamam anbiya jo the unhon ne individual ko address kiya.</w:t>
      </w:r>
    </w:p>
    <w:p>
      <w:pPr>
        <w:jc w:val="right"/>
      </w:pPr>
      <w:r>
        <w:t>आप इंडिविजुअल के लेवल पर सोचिए। तमाम انبیاء جو تھے انہوں نے इंडिविजुअल को ایڈریس کیا۔</w:t>
      </w:r>
    </w:p>
    <w:p>
      <w:r>
        <w:rPr>
          <w:b/>
        </w:rPr>
        <w:t xml:space="preserve">[54:48] </w:t>
      </w:r>
      <w:r>
        <w:t>individual mein change laya woh. mass level par change nahi aata hai, individual level par aata hai. to agar aap mass level par sochenge to yeh masla aapke zehen mein aayega.</w:t>
      </w:r>
    </w:p>
    <w:p>
      <w:pPr>
        <w:jc w:val="right"/>
      </w:pPr>
      <w:r>
        <w:t>انڈویجول میں چینج لایا وہ۔ मास लेवल पर चेंज नहीं आता है, इंडिविजुअल लेवल पर आता है। तो अगर आप मास लेवल पर सोचेंगे تو یہ مسئلہ آپ کے ذہن میں آئے گا۔</w:t>
      </w:r>
    </w:p>
    <w:p>
      <w:r>
        <w:rPr>
          <w:b/>
        </w:rPr>
        <w:t xml:space="preserve">[55:04] </w:t>
      </w:r>
      <w:r>
        <w:t>lekin aap individual level par sochiye. jo mile aapko aas paas ki duniya mein unko bataiye.</w:t>
      </w:r>
    </w:p>
    <w:p>
      <w:pPr>
        <w:jc w:val="right"/>
      </w:pPr>
      <w:r>
        <w:t>لیکن آپ انڈویجول لیول پر سوچیے۔ جو ملے آپ کو اس پاس کی دنیا میں ان کو بتائیے۔</w:t>
      </w:r>
    </w:p>
    <w:p>
      <w:r>
        <w:rPr>
          <w:b/>
        </w:rPr>
        <w:t xml:space="preserve">[55:14] </w:t>
      </w:r>
      <w:r>
        <w:t>literature ke through aap doosron ko bata sakte hain. communication ke zariye doosron ko bata sakte hain. lekin umeed yeh mat rakhiye ki sari duniya mein inqilab aa jayega. balki yeh likhiye ke jin logon tak baat pahunchegi to aapki zimmedari ada ada ho jayegi.</w:t>
      </w:r>
    </w:p>
    <w:p>
      <w:pPr>
        <w:jc w:val="right"/>
      </w:pPr>
      <w:r>
        <w:t>लिटरेचर के थ्रू आप दूसरों को बता सकते हैं। کمیونیکیشن کے ذریعے دوسروں کو بتا سکتے ہیں۔ लेकिन उम्मीद यह मत रखिए कि सारी दुनिया में انقلاب आ जाएगा। بلکہ یہ لکھیے کہ جن لوگوں تک بات پہنچے گی تو آپ کی ذمہ داری ادا ادا ہو جائے گی۔</w:t>
      </w:r>
    </w:p>
    <w:p>
      <w:r>
        <w:rPr>
          <w:b/>
        </w:rPr>
        <w:t xml:space="preserve">[55:34] </w:t>
      </w:r>
      <w:r>
        <w:t>maulana, agla sawal bheja hai javed hayat sahab ne mumbai se. unhon ne likha hai: maulana, kya tablighi jamaat aisi jamaat hai jo apni kamiyon ke bawajood musalmanon mein islah ka kaam kar rahi hai?</w:t>
      </w:r>
    </w:p>
    <w:p>
      <w:pPr>
        <w:jc w:val="right"/>
      </w:pPr>
      <w:r>
        <w:t>मौलाना, अगला सवाल भेजा है जावेद हयात साहब ने मुंबई से। उन्होंने लिखा है: مولانا، کیا تبلیغی جماعت ایسی جماعت ہے جو اپنی کمیوں کے باوجود مسلمانوں میں اصلاح کا کام کر رہی ہے؟</w:t>
      </w:r>
    </w:p>
    <w:p>
      <w:r>
        <w:rPr>
          <w:b/>
        </w:rPr>
        <w:t xml:space="preserve">[55:52] </w:t>
      </w:r>
      <w:r>
        <w:t>aur agar haan, to kya aapke mission se jude rehte hue waqtan فوقتاً tablighi jamaat mein waqt lagaya ja sakta hai, iske bare mein batayein. dekhein, aap kisi jamaat ka naam le kar yahan stage par nahi kuch bolte.</w:t>
      </w:r>
    </w:p>
    <w:p>
      <w:pPr>
        <w:jc w:val="right"/>
      </w:pPr>
      <w:r>
        <w:t>और अगर हाँ, तो क्या आपके मिशन से जुड़े रहते हुए वक्तاً فوقتاً تبلیغی جماعت में وقت लगाया जा सकता है, इसके बारे में बताएं। دیکھیں، آپ کسی جماعت کا نام لے کر یہاں اسٹیج پر نہیں کچھ بولتے۔</w:t>
      </w:r>
    </w:p>
    <w:p>
      <w:r>
        <w:rPr>
          <w:b/>
        </w:rPr>
        <w:t xml:space="preserve">[56:12] </w:t>
      </w:r>
      <w:r>
        <w:t>aapko jo theek laga hai woh kijiye. aap khud se faisla kijiye. quran o hadith ki roshni mein jo aapko theek lage woh kijiye.</w:t>
      </w:r>
    </w:p>
    <w:p>
      <w:pPr>
        <w:jc w:val="right"/>
      </w:pPr>
      <w:r>
        <w:t>आपको जोठीक लगा है वो कीजिए। आप खुद से फैसला कीजिए। قرآن و حدیث کی روشنی میں جو آپ کو ٹھیک لگے وہ کیجئے۔</w:t>
      </w:r>
    </w:p>
    <w:p>
      <w:r>
        <w:rPr>
          <w:b/>
        </w:rPr>
        <w:t xml:space="preserve">[56:22] </w:t>
      </w:r>
      <w:r>
        <w:t>hum apni taraf se aap ko koi baat nahi kar sakte.</w:t>
      </w:r>
    </w:p>
    <w:p>
      <w:pPr>
        <w:jc w:val="right"/>
      </w:pPr>
      <w:r>
        <w:t>हम अपनी तरफ से आपको कोई बात नहीं कर सकते।</w:t>
      </w:r>
    </w:p>
    <w:p>
      <w:r>
        <w:rPr>
          <w:b/>
        </w:rPr>
        <w:t xml:space="preserve">[56:31] </w:t>
      </w:r>
      <w:r>
        <w:t>maulana, agla sawal lete hain jo lucknow se bheja hai javed khan sahab ne. unhon ne likha hai: maulana, my question is that there is so much of degeneration in the society.</w:t>
      </w:r>
    </w:p>
    <w:p>
      <w:pPr>
        <w:jc w:val="right"/>
      </w:pPr>
      <w:r>
        <w:t>मौलाना, अगला सवाल लेते हैं जो लखनऊ से भेजा है जावेद खान साहब ने। उन्होंने लिखा है: مولانا، مائی کوئسچن از دیٹ دیر از سو مچ اف ڈی جنریشن ان دا سوسائٹی۔</w:t>
      </w:r>
    </w:p>
    <w:p>
      <w:r>
        <w:rPr>
          <w:b/>
        </w:rPr>
        <w:t xml:space="preserve">[56:45] </w:t>
      </w:r>
      <w:r>
        <w:t>so how can renewed thinking be brought in the society? what steps should be taken to bring the change in the mindsets of people?</w:t>
      </w:r>
    </w:p>
    <w:p>
      <w:pPr>
        <w:jc w:val="right"/>
      </w:pPr>
      <w:r>
        <w:t>سو ہاؤ کین رینیوڈ تھنکنگ بی براٹ ان دا سوسائٹی؟ व्हाट स्टेप्स शुड बी टेकन टू ब्रिंग द चेंज इन द माइंडसेट्स ऑफ पीपल?</w:t>
      </w:r>
    </w:p>
    <w:p>
      <w:r>
        <w:rPr>
          <w:b/>
        </w:rPr>
        <w:t xml:space="preserve">[56:56] </w:t>
      </w:r>
      <w:r>
        <w:t>what is your advice to all of us? dekhen, aap ke hath mein beginning hai, total change nahi hai. to beginning to possible hai. beginning mein koi rukawat nahi hai.</w:t>
      </w:r>
    </w:p>
    <w:p>
      <w:pPr>
        <w:jc w:val="right"/>
      </w:pPr>
      <w:r>
        <w:t>व्हाट इज योर एडवाइस टू ऑल ऑफ अस? دیکھیں، آپ کے ہاتھ میں بگننگ ہے، ٹوٹل چینج نہیں ہے۔ तो बिगिनिंग तो पॉसिबल है। بگننگ میں کوئی رکاوٹ نہیں ہے۔</w:t>
      </w:r>
    </w:p>
    <w:p>
      <w:r>
        <w:rPr>
          <w:b/>
        </w:rPr>
        <w:t xml:space="preserve">[57:12] </w:t>
      </w:r>
      <w:r>
        <w:t>total change to future ki baat hai. to jahan se aap apna kaam shuru kar sakte hain, wahan shuru kar dijiye.</w:t>
      </w:r>
    </w:p>
    <w:p>
      <w:pPr>
        <w:jc w:val="right"/>
      </w:pPr>
      <w:r>
        <w:t>टोटल चेंज तो फ्यूचर की बात है। تو جہاں سے آپ اپنا کام شروع کر سکتے ہیں، وہاں شروع کر دیجئے۔</w:t>
      </w:r>
    </w:p>
    <w:p>
      <w:r>
        <w:rPr>
          <w:b/>
        </w:rPr>
        <w:t xml:space="preserve">[57:23] </w:t>
      </w:r>
      <w:r>
        <w:t>aur jahan tak future ki baat hai, to uske liye dua kijiye. yeh tamam paglon ka tareeqa hai.</w:t>
      </w:r>
    </w:p>
    <w:p>
      <w:pPr>
        <w:jc w:val="right"/>
      </w:pPr>
      <w:r>
        <w:t>और जहां तक फ्यूचर की बात है, तो उसके लिए दुआ कीजिए। یہ تمام پاگلوں کا طریقہ ہے۔</w:t>
      </w:r>
    </w:p>
    <w:p>
      <w:r>
        <w:rPr>
          <w:b/>
        </w:rPr>
        <w:t xml:space="preserve">[57:34] </w:t>
      </w:r>
      <w:r>
        <w:t>maulana, agla comment aur sawal bheja hai doctor nagma siddiqui ne delhi se. unhon ne likha hai: maulana, it was a very inspiring lecture.</w:t>
      </w:r>
    </w:p>
    <w:p>
      <w:pPr>
        <w:jc w:val="right"/>
      </w:pPr>
      <w:r>
        <w:t>मौलाना, अगला कमेंट और सवाल भेजा है डॉक्टर नगमा सिद्दीकी ने दिल्ली से। उन्होंने लिखा है: مولانا، اٹ واز ا ویری انسپائرنگ لیکچر۔</w:t>
      </w:r>
    </w:p>
    <w:p>
      <w:r>
        <w:rPr>
          <w:b/>
        </w:rPr>
        <w:t xml:space="preserve">[57:46] </w:t>
      </w:r>
      <w:r>
        <w:t>my question is how can we look for the best in every situation?</w:t>
      </w:r>
    </w:p>
    <w:p>
      <w:pPr>
        <w:jc w:val="right"/>
      </w:pPr>
      <w:r>
        <w:t>مائی کوئسچن از ہاؤ کین وی لوک فار دا بیسٹ ان ایوری سچویشن؟</w:t>
      </w:r>
    </w:p>
    <w:p>
      <w:r>
        <w:rPr>
          <w:b/>
        </w:rPr>
        <w:t xml:space="preserve">[57:57] </w:t>
      </w:r>
      <w:r>
        <w:t>dua par bharosa kijiye. koshish kijiye ke bharosa aap ka dua par ho, allah par ho. to har situation mein aap positive rahenge.</w:t>
      </w:r>
    </w:p>
    <w:p>
      <w:pPr>
        <w:jc w:val="right"/>
      </w:pPr>
      <w:r>
        <w:t>दुआ पर भरोसा कीजिए। کوشش کیجئے کہ بھروسہ آپ کا دعا پر ہو، اللہ پر ہو۔ तो हर सिचुएशन में आप पॉजिटिव रहेंगे।</w:t>
      </w:r>
    </w:p>
    <w:p>
      <w:r>
        <w:rPr>
          <w:b/>
        </w:rPr>
        <w:t xml:space="preserve">[58:13] </w:t>
      </w:r>
      <w:r>
        <w:t>kyun ke aata hai ke al-salih minni wal-ihtimam min allah. koshish mujh se ho.</w:t>
      </w:r>
    </w:p>
    <w:p>
      <w:pPr>
        <w:jc w:val="right"/>
      </w:pPr>
      <w:r>
        <w:t>کیونکہ آتا ہے کہ الصالح مني والاهتمام من اللہ کوشش مجھ سے ہو۔</w:t>
      </w:r>
    </w:p>
    <w:p>
      <w:r>
        <w:rPr>
          <w:b/>
        </w:rPr>
        <w:t xml:space="preserve">[58:24] </w:t>
      </w:r>
      <w:r>
        <w:t>koshish ka kaam mera hai, is ko end tak pahunchana yeh allah ka kaam hai. best formula yeh hai: al-salih minni wal-ihtimam min allah. yeh formula aap ko hamesha positive rakhega.</w:t>
      </w:r>
    </w:p>
    <w:p>
      <w:pPr>
        <w:jc w:val="right"/>
      </w:pPr>
      <w:r>
        <w:t>کوشش کا کام میرا ہے، اس کو اینڈ تک پہنچانا یہ اللہ کا کام ہے۔ بیسٹ فارمولا یہ ہے: الصالح مني والاهتمام من اللہ یہ فارمولا آپ کو ہمیشہ پازیٹو رکھے گا۔</w:t>
      </w:r>
    </w:p>
    <w:p>
      <w:r>
        <w:rPr>
          <w:b/>
        </w:rPr>
        <w:t xml:space="preserve">[58:42] </w:t>
      </w:r>
      <w:r>
        <w:t>maulana, agla sawal chennai se bheja hai maulana iqbal umri ne. unhon ne likha hai: maulana, jamaat-e-islami ki taraf se mulk bhar mein khair-ul-umam ki conference ho rahi hai.</w:t>
      </w:r>
    </w:p>
    <w:p>
      <w:pPr>
        <w:jc w:val="right"/>
      </w:pPr>
      <w:r>
        <w:t>मौलाना, अगला सवाल चेन्नई से भेजा है मौलाना इकबाल उमरी ने। उन्होंने लिखा है: مولانا، جماعت اسلامی کی طرف سے ملک بھر میں خیر امت کی کانفرنس ہو رہی ہے۔</w:t>
      </w:r>
    </w:p>
    <w:p>
      <w:r>
        <w:rPr>
          <w:b/>
        </w:rPr>
        <w:t xml:space="preserve">[58:58] </w:t>
      </w:r>
      <w:r>
        <w:t>mera sawal yeh hai ke aisi tamam conferences ki nafs kya hoti hai, is ke bare mein bataen. bhai, nafsiyat ke bare mein to aap aap samjhiye, main to sirf yeh kahunga ke khair-ul-umam conference to sankron hazaron bar ho chuki,</w:t>
      </w:r>
    </w:p>
    <w:p>
      <w:pPr>
        <w:jc w:val="right"/>
      </w:pPr>
      <w:r>
        <w:t>मेरा सवाल यह है कि ऐसी तमाम कॉन्फ्रेंसेस की नफ्स क्या होती है, इसके बारे में बताएं। بھائی، نفسیات کے بارے میں تو آپ آپ سمجھئے، میں تو صرف یہ کہوں گا کہ خیر امت کانفرنس تو سینکڑوں ہزاروں بار ہو چکی،</w:t>
      </w:r>
    </w:p>
    <w:p>
      <w:r>
        <w:rPr>
          <w:b/>
        </w:rPr>
        <w:t xml:space="preserve">[59:21] </w:t>
      </w:r>
      <w:r>
        <w:t>bade bade logon ne kiya, lekin natija zero hai. to main to samajhta hoon ke apni popularity ko baqi rakhne ke liye kis naam se popularity li jaye?</w:t>
      </w:r>
    </w:p>
    <w:p>
      <w:pPr>
        <w:jc w:val="right"/>
      </w:pPr>
      <w:r>
        <w:t>بڑے بڑے لوگوں نے کیا، لیکن نتیجہ صفر ہے۔ तो मैं तो समझता हूं कि अपनी पॉपुलर को बाकी रखने के लिए کس نام سے پاپولرٹی لی جائے؟</w:t>
      </w:r>
    </w:p>
    <w:p>
      <w:r>
        <w:rPr>
          <w:b/>
        </w:rPr>
        <w:t xml:space="preserve">[59:37] </w:t>
      </w:r>
      <w:r>
        <w:t>musalmanon ko ke bheed kis naam par ikattha ki jaye? musalmanon mein popularity ka silsila ki jaye? yahi sab bade bade naam hain. koi result dekhta ke is is tarah ki conference to sankron nahi, hazaron ho chuki hai.</w:t>
      </w:r>
    </w:p>
    <w:p>
      <w:pPr>
        <w:jc w:val="right"/>
      </w:pPr>
      <w:r>
        <w:t>मुसलमानों को कि भीड़ किस नाम पर इकट्ठा की जाए? مسلمانوں میں پاپولرٹی کا سلسلہ کی جائے؟ यही सब बड़े-बड़े नाम हैं। کوئی رزلٹ دیکھتا کہ اس اس طرح کی کانفرنس تو سینکڑوں نہیں، ہزاروں ہو چکی ہے۔</w:t>
      </w:r>
    </w:p>
    <w:p>
      <w:r>
        <w:rPr>
          <w:b/>
        </w:rPr>
        <w:t xml:space="preserve">[59:55] </w:t>
      </w:r>
      <w:r>
        <w:t>poora 20vi sadi bhari hui hai aisi conferences se. to is ka matlab ke aap ko rethink karna hai, apna apna method badalna hai.</w:t>
      </w:r>
    </w:p>
    <w:p>
      <w:pPr>
        <w:jc w:val="right"/>
      </w:pPr>
      <w:r>
        <w:t>पूरा बीसी सदी भरी हुई है ऐसी कॉन्फ्रेंसों से। تو اس کا مطلب کہ آپ کو ری تھنک کرنا ہے، اپنا اپنا میتھڈ بدلنا ہے۔</w:t>
      </w:r>
    </w:p>
    <w:p>
      <w:r>
        <w:rPr>
          <w:b/>
        </w:rPr>
        <w:t xml:space="preserve">[1:00:13] </w:t>
      </w:r>
      <w:r>
        <w:t>mere nazdeek to yahi important hai.</w:t>
      </w:r>
    </w:p>
    <w:p>
      <w:pPr>
        <w:jc w:val="right"/>
      </w:pPr>
      <w:r>
        <w:t>मेरे नजदीक तो यही प इंपॉर्टेंट है।</w:t>
      </w:r>
    </w:p>
    <w:p>
      <w:r>
        <w:rPr>
          <w:b/>
        </w:rPr>
        <w:t xml:space="preserve">[1:00:21] </w:t>
      </w:r>
      <w:r>
        <w:t>maulana, agla sawal bheja hai riyaz ahmad mir sahab ne panji panji nara srinagar se. unhon ne likha hai: maulana sahib, you told that the movements launched in 20th century could not bear the desired fruits in 21st century.</w:t>
      </w:r>
    </w:p>
    <w:p>
      <w:pPr>
        <w:jc w:val="right"/>
      </w:pPr>
      <w:r>
        <w:t>मौलाना, अगला सवाल भेजा है रियाज अहमद मीर साहब ने पंजी पंजी नारा श्रीनगर से। उन्होंने लिखा है: مولانا صاحب، یو ٹولڈ دیٹ دا موومنٹس لانچڈ ان ٹونٹی سینچری کڈ ناٹ بیر دا ڈیزائرڈ فروٹس ان ٹونٹی فرسٹ سینچری۔</w:t>
      </w:r>
    </w:p>
    <w:p>
      <w:r>
        <w:rPr>
          <w:b/>
        </w:rPr>
        <w:t xml:space="preserve">[1:00:42] </w:t>
      </w:r>
      <w:r>
        <w:t>what should have been the result oriented strategy according to you in the 20th century? aur how should the process of Islamization be restarted in 21st century just to keep off the element of commercialization of religion?</w:t>
      </w:r>
    </w:p>
    <w:p>
      <w:pPr>
        <w:jc w:val="right"/>
      </w:pPr>
      <w:r>
        <w:t>व्हाट शुड हैव बीन द रिजल्ट ओरिएंटेड स्ट्रेटेजी अकॉर्डिंग टू यू इन द 20th सेंचुरी? और हाउ शुड द प्रोसेस ऑफ इस्लामाइजेशन बी रीस्टार्टेड इन 21 सेंचुरी जस्ट टू कीप ऑफ द एलिमेंट ऑफ कमर्शियलाइजेशन ऑफ रिलीजन?</w:t>
      </w:r>
    </w:p>
    <w:p>
      <w:r>
        <w:rPr>
          <w:b/>
        </w:rPr>
        <w:t xml:space="preserve">[1:01:01] </w:t>
      </w:r>
      <w:r>
        <w:t>dekhen, bahut hi aasan baat hai. aap dekhiye ke logon ke target kya the. logon ke target kya the.</w:t>
      </w:r>
    </w:p>
    <w:p>
      <w:pPr>
        <w:jc w:val="right"/>
      </w:pPr>
      <w:r>
        <w:t>دیکھیں، بہت ہی آسان بات ہے۔ आप देखिए कि लोगों के टारगेट क्या थे। لوگوں کے ٹارگٹ کیا تھے۔</w:t>
      </w:r>
    </w:p>
    <w:p>
      <w:r>
        <w:rPr>
          <w:b/>
        </w:rPr>
        <w:t xml:space="preserve">[1:01:15] </w:t>
      </w:r>
      <w:r>
        <w:t>jaise sir syed ne jab bhati university ka concept diya tha aur idara qaim kiya tha, to unhon ne kaha tha ke hamara maqsad yeh hai ke yahan aise log paida ho jinke ek hath mein quran aur doosre hath mein science aur sar par la ilaha ka talga ko kalma ho. kya aise log paida hue hain wahan?</w:t>
      </w:r>
    </w:p>
    <w:p>
      <w:pPr>
        <w:jc w:val="right"/>
      </w:pPr>
      <w:r>
        <w:t>जैसे सर सैयद ने जब बस्ती यूनिवर्सिटी का कांसेप्ट दिया था और इदार कायम किया था, तो उन्होंने कहा था कि हमारा मकसद यह है कि यहां ऐसे लोग पैदा हो जिनके एक हाथ में कुरान और दूसरे हाथ में साइंस और सर पर ला इलाह का तलगा को कलमा हो। کیا ایسے لوگ پیدا ہوئے ہیں وہاں؟</w:t>
      </w:r>
    </w:p>
    <w:p>
      <w:r>
        <w:rPr>
          <w:b/>
        </w:rPr>
        <w:t xml:space="preserve">[1:01:42] </w:t>
      </w:r>
      <w:r>
        <w:t>un ko aap un ke apne target se jaanchie. to main sochta hoon ke target phir se reset karna chahiye.</w:t>
      </w:r>
    </w:p>
    <w:p>
      <w:pPr>
        <w:jc w:val="right"/>
      </w:pPr>
      <w:r>
        <w:t>उनको आप उनके अपने टारगेट से जांचिए। تو میں سوچتا ہوں کہ ٹارگٹ پھر سے ری سیٹ کرنا چاہیے۔</w:t>
      </w:r>
    </w:p>
    <w:p>
      <w:r>
        <w:rPr>
          <w:b/>
        </w:rPr>
        <w:t xml:space="preserve">[1:01:54] </w:t>
      </w:r>
      <w:r>
        <w:t>target jo hai, us ko reset kijiye phir se.</w:t>
      </w:r>
    </w:p>
    <w:p>
      <w:pPr>
        <w:jc w:val="right"/>
      </w:pPr>
      <w:r>
        <w:t>टारगेट जो है, उसको रिसेट कीजिए फिर से।</w:t>
      </w:r>
    </w:p>
    <w:p>
      <w:r>
        <w:rPr>
          <w:b/>
        </w:rPr>
        <w:t xml:space="preserve">[1:02:00] </w:t>
      </w:r>
      <w:r>
        <w:t>bilkul seedhi baat hai. jisne bhi koi bada,</w:t>
      </w:r>
    </w:p>
    <w:p>
      <w:pPr>
        <w:jc w:val="right"/>
      </w:pPr>
      <w:r>
        <w:t>بالکل سیدھی بات ہے۔ जिसने भी कोई बड़ा,</w:t>
      </w:r>
    </w:p>
    <w:p>
      <w:r>
        <w:rPr>
          <w:b/>
        </w:rPr>
        <w:t xml:space="preserve">[1:02:09] </w:t>
      </w:r>
      <w:r>
        <w:t>koi bada target lekar kaam shuru kiya tha 20vi sadi mein, us ke target ko dekhiye, us ke apne spoken word mein. aur phir aap jaanchie result ke aitbar se.</w:t>
      </w:r>
    </w:p>
    <w:p>
      <w:pPr>
        <w:jc w:val="right"/>
      </w:pPr>
      <w:r>
        <w:t>कोई बड़ा टारगेट लेकर काम शुरू किया था 20वीं सदी में, उसके टारगेट को देखिए, उसके अपने स्पोकन वर्ड में। اور پھر آپ جانچیے رزلٹ کے اعتبار سے۔</w:t>
      </w:r>
    </w:p>
    <w:p>
      <w:r>
        <w:rPr>
          <w:b/>
        </w:rPr>
        <w:t xml:space="preserve">[1:02:24] </w:t>
      </w:r>
      <w:r>
        <w:t>to agar result na nikla, na nikla ho, to iska matlab yeh hai ke aapko apna target reset karna chahiye. Apne soch ko rethinking karna chahiye.</w:t>
      </w:r>
    </w:p>
    <w:p>
      <w:pPr>
        <w:jc w:val="right"/>
      </w:pPr>
      <w:r>
        <w:t>तो अगर रिजल्ट ना निकला, ना निकला हो, तो इसका मतलब यह है कि आपको अपना टारगेट रिसेट करना चाहिए। اپنے سوچ کو ری تھنکنگ کرنا چاہیے۔</w:t>
      </w:r>
    </w:p>
    <w:p>
      <w:r>
        <w:rPr>
          <w:b/>
        </w:rPr>
        <w:t xml:space="preserve">[1:02:39] </w:t>
      </w:r>
      <w:r>
        <w:t>Apni planning ko replan karna chahiye. Yeh main keh raha hoon.</w:t>
      </w:r>
    </w:p>
    <w:p>
      <w:pPr>
        <w:jc w:val="right"/>
      </w:pPr>
      <w:r>
        <w:t>अपनी प्लानिंग को रिप्लान करना चाहिए। یہ میں کہہ رہا ہوں۔</w:t>
      </w:r>
    </w:p>
    <w:p>
      <w:r>
        <w:rPr>
          <w:b/>
        </w:rPr>
        <w:t xml:space="preserve">[1:02:45] </w:t>
      </w:r>
      <w:r>
        <w:t>Maulana, agla sawal Kashmir se bheja hai Aamir Jan Mori sahab ne. Unhone likha hai: Many times worldly benefit dominates so much that we forget Allah despite knowing that we are doing it wrong.</w:t>
      </w:r>
    </w:p>
    <w:p>
      <w:pPr>
        <w:jc w:val="right"/>
      </w:pPr>
      <w:r>
        <w:t>मौलाना, अगला सवाल कश्मीर से भेजा है आमिर जन मोरी साहब ने। उन्होंने लिखा है: مینی ٹائمز ورلڈلی بینیفٹ ڈومینیٹ اس سو مچ دیٹ وی فورگیٹ اللہ ڈسپائٹ نوئنگ دیٹ وی ار ڈوئنگ اٹ رونگ۔</w:t>
      </w:r>
    </w:p>
    <w:p>
      <w:r>
        <w:rPr>
          <w:b/>
        </w:rPr>
        <w:t xml:space="preserve">[1:03:02] </w:t>
      </w:r>
      <w:r>
        <w:t>Kindly advise us how we can tackle this problem as it feels that we do not fear God and our claim of being a believer is wrong.</w:t>
      </w:r>
    </w:p>
    <w:p>
      <w:pPr>
        <w:jc w:val="right"/>
      </w:pPr>
      <w:r>
        <w:t>काइंडली एडवाइस अस हाउ वी कैन टैकल दिस प्रॉब्लम एज इट फील्स दैट वी डू नॉट फियर गॉड एंड आवर क्लेम ऑफ बीइंग अ बिलीवर इज रोंग।</w:t>
      </w:r>
    </w:p>
    <w:p>
      <w:r>
        <w:rPr>
          <w:b/>
        </w:rPr>
        <w:t xml:space="preserve">[1:03:18] </w:t>
      </w:r>
      <w:r>
        <w:t>Bhai, rethinking karna chahiye. Rethinking ka naam hai tauba. Bar bar aadmi ko har subah har shaam rethink karna chahiye.</w:t>
      </w:r>
    </w:p>
    <w:p>
      <w:pPr>
        <w:jc w:val="right"/>
      </w:pPr>
      <w:r>
        <w:t>بھائی، ری تھنکنگ کرنا چاہیے۔ रिथिंकिंग का नाम है तौबा। بار بار آدمی کو ہر صبح ہر شام ری تھنک کرنا چاہیے۔</w:t>
      </w:r>
    </w:p>
    <w:p>
      <w:r>
        <w:rPr>
          <w:b/>
        </w:rPr>
        <w:t xml:space="preserve">[1:03:32] </w:t>
      </w:r>
      <w:r>
        <w:t>Isi kehte hain masba tauba raz Allah. Yeh ek hi tareeqa hai.</w:t>
      </w:r>
    </w:p>
    <w:p>
      <w:pPr>
        <w:jc w:val="right"/>
      </w:pPr>
      <w:r>
        <w:t>इसी कहते हैं मासबा तौबा रज अल्लाह। یہ ایک ہی طریقہ ہے۔</w:t>
      </w:r>
    </w:p>
    <w:p>
      <w:r>
        <w:rPr>
          <w:b/>
        </w:rPr>
        <w:t xml:space="preserve">[1:03:42] </w:t>
      </w:r>
      <w:r>
        <w:t>Ismein sirf apni soch kaam karti hai. Self thinking hi kaam karti hai. Aap khud sochiye ke main where i was wrong.</w:t>
      </w:r>
    </w:p>
    <w:p>
      <w:pPr>
        <w:jc w:val="right"/>
      </w:pPr>
      <w:r>
        <w:t>इसमें सिर्फ अपनी सोच काम करती है। سیلف تھنکنگ ہی کام کرتی ہے۔ आप खुद सोचिए कि میں ویر ائی واز رونگ۔</w:t>
      </w:r>
    </w:p>
    <w:p>
      <w:r>
        <w:rPr>
          <w:b/>
        </w:rPr>
        <w:t xml:space="preserve">[1:03:53] </w:t>
      </w:r>
      <w:r>
        <w:t>Where i was the bas. Yahi kaam karega aur koi takreer idhar udhar ki, jalsa juloos ya bade-bade jals, ijlaas, usse kuch hone wala nahi hai.</w:t>
      </w:r>
    </w:p>
    <w:p>
      <w:pPr>
        <w:jc w:val="right"/>
      </w:pPr>
      <w:r>
        <w:t>वयर आई बिज द بس۔ यही काम करेगा और कोई तकरीर इधर उधर की, जلسہ जुलूस या बड़े-बड़े जलस, اجلاس, उससे कुछ होने वाला नहीं है।</w:t>
      </w:r>
    </w:p>
    <w:p>
      <w:r>
        <w:rPr>
          <w:b/>
        </w:rPr>
        <w:t xml:space="preserve">[1:04:09] </w:t>
      </w:r>
      <w:r>
        <w:t>Maulana, agla sawal lene se pehle comment padhna chahenge jo Shad Hussain sahab ne bheja hai Kashmir se. Unhone likha hai: Very true Maulana.</w:t>
      </w:r>
    </w:p>
    <w:p>
      <w:pPr>
        <w:jc w:val="right"/>
      </w:pPr>
      <w:r>
        <w:t>मौलाना, अगला सवाल लेने से पहले कमेंट पढ़ना चाहेंगे जो शाद हुसैन साहब ने भेजा है कश्मीर से। उन्होंने लिखा है: ویری ٹرو مولانا۔</w:t>
      </w:r>
    </w:p>
    <w:p>
      <w:r>
        <w:rPr>
          <w:b/>
        </w:rPr>
        <w:t xml:space="preserve">[1:04:18] </w:t>
      </w:r>
      <w:r>
        <w:t>very true. maulana sahib has expounded the relevant meaning of the words,</w:t>
      </w:r>
    </w:p>
    <w:p>
      <w:pPr>
        <w:jc w:val="right"/>
      </w:pPr>
      <w:r>
        <w:t>वेरी ट्रू। मौलाना साहब हैज एक्सपाउंड द रेलेवेंट मीनिंग ऑफ द वर्ड्स,</w:t>
      </w:r>
    </w:p>
    <w:p>
      <w:r>
        <w:rPr>
          <w:b/>
        </w:rPr>
        <w:t xml:space="preserve">[1:04:25] </w:t>
      </w:r>
      <w:r>
        <w:t>taking into account the condition of the muslims in contemporary world.</w:t>
      </w:r>
    </w:p>
    <w:p>
      <w:pPr>
        <w:jc w:val="right"/>
      </w:pPr>
      <w:r>
        <w:t>टेकिंग इनटू अकाउंट द कंडीशन ऑफ द मुस्लिम्स इन कंटेंपररी वर्ल्ड।</w:t>
      </w:r>
    </w:p>
    <w:p>
      <w:r>
        <w:rPr>
          <w:b/>
        </w:rPr>
        <w:t xml:space="preserve">[1:04:30] </w:t>
      </w:r>
      <w:r>
        <w:t>it is a historical account of the jews and a warning for contemporary muslims.</w:t>
      </w:r>
    </w:p>
    <w:p>
      <w:pPr>
        <w:jc w:val="right"/>
      </w:pPr>
      <w:r>
        <w:t>इट इज अ हिस्टोरिकल अकाउंट ऑफ द जूस एंड अ वार्निंग फॉर कंटेंपररी मुस्लिम्स।</w:t>
      </w:r>
    </w:p>
    <w:p>
      <w:r>
        <w:rPr>
          <w:b/>
        </w:rPr>
        <w:t xml:space="preserve">[1:04:36] </w:t>
      </w:r>
      <w:r>
        <w:t>today, i could understand the importance of contemplating over surah baqarah, which has been approved by the prophets</w:t>
      </w:r>
    </w:p>
    <w:p>
      <w:pPr>
        <w:jc w:val="right"/>
      </w:pPr>
      <w:r>
        <w:t>टुडे, आई कुड अंडरस्टैंड द इंपॉर्टेंस ऑफ कंटेंप्लेटिंग ओवर सूर बकरा, व्हिच हैज बीन अप्रूव्ड बाय द प्रोफेट्स</w:t>
      </w:r>
    </w:p>
    <w:p>
      <w:r>
        <w:rPr>
          <w:b/>
        </w:rPr>
        <w:t xml:space="preserve">[1:04:46] </w:t>
      </w:r>
      <w:r>
        <w:t>quotes, but we fail to reach to the spirit.</w:t>
      </w:r>
    </w:p>
    <w:p>
      <w:pPr>
        <w:jc w:val="right"/>
      </w:pPr>
      <w:r>
        <w:t>कोट्स, बट वी फेल टू रीच टू द स्पिरिट।</w:t>
      </w:r>
    </w:p>
    <w:p>
      <w:r>
        <w:rPr>
          <w:b/>
        </w:rPr>
        <w:t xml:space="preserve">[1:04:49] </w:t>
      </w:r>
      <w:r>
        <w:t>thank you, maulana sahib.</w:t>
      </w:r>
    </w:p>
    <w:p>
      <w:pPr>
        <w:jc w:val="right"/>
      </w:pPr>
      <w:r>
        <w:t>थैंक यू, मौलाना साहब।</w:t>
      </w:r>
    </w:p>
    <w:p>
      <w:r>
        <w:rPr>
          <w:b/>
        </w:rPr>
        <w:t xml:space="preserve">[1:04:53] </w:t>
      </w:r>
      <w:r>
        <w:t>maulana, agla comment bheja hai miss</w:t>
      </w:r>
    </w:p>
    <w:p>
      <w:pPr>
        <w:jc w:val="right"/>
      </w:pPr>
      <w:r>
        <w:t>मौलाना, अगला कमेंट भेजा है मिस</w:t>
      </w:r>
    </w:p>
    <w:p>
      <w:r>
        <w:rPr>
          <w:b/>
        </w:rPr>
        <w:t xml:space="preserve">[1:04:58] </w:t>
      </w:r>
      <w:r>
        <w:t>shabina ali ne kolkata se.</w:t>
      </w:r>
    </w:p>
    <w:p>
      <w:pPr>
        <w:jc w:val="right"/>
      </w:pPr>
      <w:r>
        <w:t>शबीना अली ने कोलकाता से।</w:t>
      </w:r>
    </w:p>
    <w:p>
      <w:r>
        <w:rPr>
          <w:b/>
        </w:rPr>
        <w:t xml:space="preserve">[1:04:59] </w:t>
      </w:r>
      <w:r>
        <w:t>unhone likha hai: jazak allah maulana sahib for explaining the cause</w:t>
      </w:r>
    </w:p>
    <w:p>
      <w:pPr>
        <w:jc w:val="right"/>
      </w:pPr>
      <w:r>
        <w:t>उन्होंने लिखा है: جزاک اللہ مولانا صاحب फॉर एक्सप्लेनिंग द कॉज</w:t>
      </w:r>
    </w:p>
    <w:p>
      <w:r>
        <w:rPr>
          <w:b/>
        </w:rPr>
        <w:t xml:space="preserve">[1:05:04] </w:t>
      </w:r>
      <w:r>
        <w:t>of degeneration of the Ummah. Maulana, agla sawal lete hain jo bheja hai Ahmedabad se Mukhtar Ansari sahab ne. Unhone aapse poocha hai ke According to you Maulana sahab, what is the difference between religion and spirituality?</w:t>
      </w:r>
    </w:p>
    <w:p>
      <w:pPr>
        <w:jc w:val="right"/>
      </w:pPr>
      <w:r>
        <w:t>ऑफ डी जनरेशन ऑफ दी उम्मा। मौलाना, अगला सवाल लेते हैं जो भेजा है अहमदाबाद से मुख्तार अंसारी साहब ने। उन्होंने आपसे पूछा है कि اکارڈنگ ٹو یو मौलाना साहब, व्हाट इज द डिफरेंस बिटवीन रिलीजन एंड स्पिरिचुअलिटी?</w:t>
      </w:r>
    </w:p>
    <w:p>
      <w:r>
        <w:rPr>
          <w:b/>
        </w:rPr>
        <w:t xml:space="preserve">[1:05:32] </w:t>
      </w:r>
      <w:r>
        <w:t>Mere khayal se religion ki ki jo inner content hai, religion ka inner content. Religion ka outer content jo hai, woh form hai.</w:t>
      </w:r>
    </w:p>
    <w:p>
      <w:pPr>
        <w:jc w:val="right"/>
      </w:pPr>
      <w:r>
        <w:t>میرے خیال سے ریلیجن کی की जो इनर कंटेंट है, रिलन का इनर कंटेंट। ریلیجن کا اؤٹر کنٹینٹ جو ہے، وہ فارم ہے۔</w:t>
      </w:r>
    </w:p>
    <w:p>
      <w:r>
        <w:rPr>
          <w:b/>
        </w:rPr>
        <w:t xml:space="preserve">[1:05:46] </w:t>
      </w:r>
      <w:r>
        <w:t>Inner content jo hai, woh spirituality hai. Religion ka external content hai form.</w:t>
      </w:r>
    </w:p>
    <w:p>
      <w:pPr>
        <w:jc w:val="right"/>
      </w:pPr>
      <w:r>
        <w:t>इनर कंटेंट जो है, वो स्पिरिचुअलिटी है। ریلیجن کا ایکسٹرنل کنٹینٹ ہے فارم۔</w:t>
      </w:r>
    </w:p>
    <w:p>
      <w:r>
        <w:rPr>
          <w:b/>
        </w:rPr>
        <w:t xml:space="preserve">[1:05:57] </w:t>
      </w:r>
      <w:r>
        <w:t>Aur religion ka inner content hai spirit, ya isko hum kehte hain rooh. Yeh main samajhta hoon.</w:t>
      </w:r>
    </w:p>
    <w:p>
      <w:pPr>
        <w:jc w:val="right"/>
      </w:pPr>
      <w:r>
        <w:t>और रिलन का इनर कंटेंट है स्पिरिट, या इसको हम कहते हैं रूह। यह मैं समझता हूं।</w:t>
      </w:r>
    </w:p>
    <w:p>
      <w:r>
        <w:rPr>
          <w:b/>
        </w:rPr>
        <w:t xml:space="preserve">[1:06:14] </w:t>
      </w:r>
      <w:r>
        <w:t>Maulana, agla sawal bheja hai Bilal Ahmed sahab ne Jammu Kashmir Anantnag se. Unhone likha hai ke When we see different fields like engineering, medicine, etc.,</w:t>
      </w:r>
    </w:p>
    <w:p>
      <w:pPr>
        <w:jc w:val="right"/>
      </w:pPr>
      <w:r>
        <w:t>मौलाना, अगला सवाल भेजा है बिलाल अहमद साहब ने जम्मू कश्मीर अनंतनाग से। उन्होंने लिखा है कि When we see different fields like engineering, medicine, etc.,</w:t>
      </w:r>
    </w:p>
    <w:p>
      <w:r>
        <w:rPr>
          <w:b/>
        </w:rPr>
        <w:t xml:space="preserve">[1:06:28] </w:t>
      </w:r>
      <w:r>
        <w:t>these fields have application in day-to-day life and people are going into these fields. But when we talk about Islam, it has no application.</w:t>
      </w:r>
    </w:p>
    <w:p>
      <w:pPr>
        <w:jc w:val="right"/>
      </w:pPr>
      <w:r>
        <w:t>these fields have application in day-to-day life and people are going into these fields. But when we talk about Islam, it has no application.</w:t>
      </w:r>
    </w:p>
    <w:p>
      <w:r>
        <w:rPr>
          <w:b/>
        </w:rPr>
        <w:t xml:space="preserve">[1:06:41] </w:t>
      </w:r>
      <w:r>
        <w:t>What is the reason for this?</w:t>
      </w:r>
    </w:p>
    <w:p>
      <w:pPr>
        <w:jc w:val="right"/>
      </w:pPr>
      <w:r>
        <w:t>What is the reason for this?</w:t>
      </w:r>
    </w:p>
    <w:p>
      <w:r>
        <w:rPr>
          <w:b/>
        </w:rPr>
        <w:t xml:space="preserve">[1:06:49] </w:t>
      </w:r>
      <w:r>
        <w:t>Spirit kami. Spirit kami. Jab hum ek factory lagate hain, to hum lagate hain isliye ke humein income ho. Income na ho, to hum foran revise karte hain. Islam mein yeh hai ke woh isko mistri bana rakha hai, pasraar.</w:t>
      </w:r>
    </w:p>
    <w:p>
      <w:pPr>
        <w:jc w:val="right"/>
      </w:pPr>
      <w:r>
        <w:t>स्पिरिट कमी। اسپرٹ کمی۔ जब हम एक फैक्ट्री लगाते हैं, तो हम लगाते हैं इसलिए कि हमें इनकम हो। इनकम ना हो, तो हम फौरन रिवाइज करते हैं। اسلام میں یہ ہے کہ وہ اس کو مستری بنا رکھا ہے، پراسرار۔</w:t>
      </w:r>
    </w:p>
    <w:p>
      <w:r>
        <w:rPr>
          <w:b/>
        </w:rPr>
        <w:t xml:space="preserve">[1:07:15] </w:t>
      </w:r>
      <w:r>
        <w:t>Pasraar bana rakha hai ke namaz padh lo to sawab ho gaya</w:t>
      </w:r>
    </w:p>
    <w:p>
      <w:pPr>
        <w:jc w:val="right"/>
      </w:pPr>
      <w:r>
        <w:t>پراسرار بنا رکھا ہے کہ نماز پڑھ لو تو ثواب ہو گیا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