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 of Islam as a Model for Mankind August 31, 2007</w:t>
      </w:r>
    </w:p>
    <w:p>
      <w:r>
        <w:t>https://www.youtube.com/watch?v=UKUzH7_OjKM</w:t>
      </w:r>
    </w:p>
    <w:p>
      <w:r>
        <w:rPr>
          <w:b/>
        </w:rPr>
        <w:t xml:space="preserve">[00:10] </w:t>
      </w:r>
      <w:r>
        <w:t>Bismillah hir rehman nir rahim, wasallallahu ala nabiyil kareem.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[00:32] </w:t>
      </w:r>
      <w:r>
        <w:t>The theme for this talk is:</w:t>
      </w:r>
    </w:p>
    <w:p>
      <w:pPr>
        <w:jc w:val="right"/>
      </w:pPr>
      <w:r>
        <w:t>The theme for this talk is:</w:t>
      </w:r>
    </w:p>
    <w:p>
      <w:r>
        <w:rPr>
          <w:b/>
        </w:rPr>
        <w:t xml:space="preserve">[00:42] </w:t>
      </w:r>
      <w:r>
        <w:t>The Prophet of Islam: A Model for Humanity.</w:t>
      </w:r>
    </w:p>
    <w:p>
      <w:pPr>
        <w:jc w:val="right"/>
      </w:pPr>
      <w:r>
        <w:t>The Prophet of Islam: A Model for Humanity.</w:t>
      </w:r>
    </w:p>
    <w:p>
      <w:r>
        <w:rPr>
          <w:b/>
        </w:rPr>
        <w:t xml:space="preserve">[00:50] </w:t>
      </w:r>
      <w:r>
        <w:t>The Prophet of Islam: A Model for Humanity.</w:t>
      </w:r>
    </w:p>
    <w:p>
      <w:pPr>
        <w:jc w:val="right"/>
      </w:pPr>
      <w:r>
        <w:t>The Prophet of Islam: A Model for Humanity.</w:t>
      </w:r>
    </w:p>
    <w:p>
      <w:r>
        <w:rPr>
          <w:b/>
        </w:rPr>
        <w:t xml:space="preserve">[00:59] </w:t>
      </w:r>
      <w:r>
        <w:t>According to the Quran, the Prophet was sent to all mankind.</w:t>
      </w:r>
    </w:p>
    <w:p>
      <w:pPr>
        <w:jc w:val="right"/>
      </w:pPr>
      <w:r>
        <w:t>According to the Quran, the Prophet was sent to all mankind.</w:t>
      </w:r>
    </w:p>
    <w:p>
      <w:r>
        <w:rPr>
          <w:b/>
        </w:rPr>
        <w:t xml:space="preserve">[01:08] </w:t>
      </w:r>
      <w:r>
        <w:t>Wa ma arsalnaka illa rahmatan lil alameen. God says that we have sent you a mercy, a blessing,</w:t>
      </w:r>
    </w:p>
    <w:p>
      <w:pPr>
        <w:jc w:val="right"/>
      </w:pPr>
      <w:r>
        <w:t>وما أرسلناك إلا رحمة للعالمين. God says that we have sent you a mercy, a blessing,</w:t>
      </w:r>
    </w:p>
    <w:p>
      <w:r>
        <w:rPr>
          <w:b/>
        </w:rPr>
        <w:t xml:space="preserve">[01:24] </w:t>
      </w:r>
      <w:r>
        <w:t>for all mankind.</w:t>
      </w:r>
    </w:p>
    <w:p>
      <w:pPr>
        <w:jc w:val="right"/>
      </w:pPr>
      <w:r>
        <w:t>for all mankind.</w:t>
      </w:r>
    </w:p>
    <w:p>
      <w:r>
        <w:rPr>
          <w:b/>
        </w:rPr>
        <w:t xml:space="preserve">[01:30] </w:t>
      </w:r>
      <w:r>
        <w:t>laqad kana alaikum fi rasulillahi uswatun hasanah.</w:t>
      </w:r>
    </w:p>
    <w:p>
      <w:pPr>
        <w:jc w:val="right"/>
      </w:pPr>
      <w:r>
        <w:t>لقد کان علیکم فی رسول اللہ وسوۃ الحسنہ.</w:t>
      </w:r>
    </w:p>
    <w:p>
      <w:r>
        <w:rPr>
          <w:b/>
        </w:rPr>
        <w:t xml:space="preserve">[01:35] </w:t>
      </w:r>
      <w:r>
        <w:t>The Prophet of Islam was a model for all men and women.</w:t>
      </w:r>
    </w:p>
    <w:p>
      <w:pPr>
        <w:jc w:val="right"/>
      </w:pPr>
      <w:r>
        <w:t>The Prophet of Islam was a model for all men and women.</w:t>
      </w:r>
    </w:p>
    <w:p>
      <w:r>
        <w:rPr>
          <w:b/>
        </w:rPr>
        <w:t xml:space="preserve">[01:43] </w:t>
      </w:r>
      <w:r>
        <w:t>So every aspect of Islam</w:t>
      </w:r>
    </w:p>
    <w:p>
      <w:pPr>
        <w:jc w:val="right"/>
      </w:pPr>
      <w:r>
        <w:t>So every aspect of Islam</w:t>
      </w:r>
    </w:p>
    <w:p>
      <w:r>
        <w:rPr>
          <w:b/>
        </w:rPr>
        <w:t xml:space="preserve">[01:49] </w:t>
      </w:r>
      <w:r>
        <w:t>has universal meaning. So everything in Islam is universal. The Quran is a universal book.</w:t>
      </w:r>
    </w:p>
    <w:p>
      <w:pPr>
        <w:jc w:val="right"/>
      </w:pPr>
      <w:r>
        <w:t>has universal meaning. So everything in Islam is universal. The Quran is a universal book.</w:t>
      </w:r>
    </w:p>
    <w:p>
      <w:r>
        <w:rPr>
          <w:b/>
        </w:rPr>
        <w:t xml:space="preserve">[02:03] </w:t>
      </w:r>
      <w:r>
        <w:t>God is rabbul alameen.</w:t>
      </w:r>
    </w:p>
    <w:p>
      <w:pPr>
        <w:jc w:val="right"/>
      </w:pPr>
      <w:r>
        <w:t>God is رب العالمین.</w:t>
      </w:r>
    </w:p>
    <w:p>
      <w:r>
        <w:rPr>
          <w:b/>
        </w:rPr>
        <w:t xml:space="preserve">[02:07] </w:t>
      </w:r>
      <w:r>
        <w:t>The Prophet of Islam is a prophet for all mankind. So universality is the most important aspect of Islam.</w:t>
      </w:r>
    </w:p>
    <w:p>
      <w:pPr>
        <w:jc w:val="right"/>
      </w:pPr>
      <w:r>
        <w:t>The Prophet of Islam is a prophet for all mankind. So universality is the most important aspect of Islam.</w:t>
      </w:r>
    </w:p>
    <w:p>
      <w:r>
        <w:rPr>
          <w:b/>
        </w:rPr>
        <w:t xml:space="preserve">[02:24] </w:t>
      </w:r>
      <w:r>
        <w:t>There are so many books published about the Prophet of Islam, but all these books fail—almost all these books fail to give the true picture of Islam, of</w:t>
      </w:r>
    </w:p>
    <w:p>
      <w:pPr>
        <w:jc w:val="right"/>
      </w:pPr>
      <w:r>
        <w:t>There are so many books published about the Prophet of Islam, but all these books fail—almost all these books fail to give the true picture of Islam, of</w:t>
      </w:r>
    </w:p>
    <w:p>
      <w:r>
        <w:rPr>
          <w:b/>
        </w:rPr>
        <w:t xml:space="preserve">[02:48] </w:t>
      </w:r>
      <w:r>
        <w:t>the Prophet of Islam.</w:t>
      </w:r>
    </w:p>
    <w:p>
      <w:pPr>
        <w:jc w:val="right"/>
      </w:pPr>
      <w:r>
        <w:t>the Prophet of Islam.</w:t>
      </w:r>
    </w:p>
    <w:p>
      <w:r>
        <w:rPr>
          <w:b/>
        </w:rPr>
        <w:t xml:space="preserve">[02:52] </w:t>
      </w:r>
      <w:r>
        <w:t>As far as the Muslims are concerned, they have taken the Prophet as their pride.</w:t>
      </w:r>
    </w:p>
    <w:p>
      <w:pPr>
        <w:jc w:val="right"/>
      </w:pPr>
      <w:r>
        <w:t>As far as the Muslims are concerned, they have taken the Prophet as their pride.</w:t>
      </w:r>
    </w:p>
    <w:p>
      <w:r>
        <w:rPr>
          <w:b/>
        </w:rPr>
        <w:t xml:space="preserve">[03:05] </w:t>
      </w:r>
      <w:r>
        <w:t>So they always try to depict the Prophet in these terms.</w:t>
      </w:r>
    </w:p>
    <w:p>
      <w:pPr>
        <w:jc w:val="right"/>
      </w:pPr>
      <w:r>
        <w:t>So they always try to depict the Prophet in these terms.</w:t>
      </w:r>
    </w:p>
    <w:p>
      <w:r>
        <w:rPr>
          <w:b/>
        </w:rPr>
        <w:t xml:space="preserve">[03:18] </w:t>
      </w:r>
      <w:r>
        <w:t>If you read their books, you will find that according to their description, the Prophet was a super—the Prophet was a</w:t>
      </w:r>
    </w:p>
    <w:p>
      <w:pPr>
        <w:jc w:val="right"/>
      </w:pPr>
      <w:r>
        <w:t>If you read their books, you will find that according to their description, the Prophet was a super—the Prophet was a</w:t>
      </w:r>
    </w:p>
    <w:p>
      <w:r>
        <w:rPr>
          <w:b/>
        </w:rPr>
        <w:t xml:space="preserve">[03:34] </w:t>
      </w:r>
      <w:r>
        <w:t>superior Prophet. He was superior to all the Prophets.</w:t>
      </w:r>
    </w:p>
    <w:p>
      <w:pPr>
        <w:jc w:val="right"/>
      </w:pPr>
      <w:r>
        <w:t>superior Prophet. He was superior to all the Prophets.</w:t>
      </w:r>
    </w:p>
    <w:p>
      <w:r>
        <w:rPr>
          <w:b/>
        </w:rPr>
        <w:t xml:space="preserve">[03:48] </w:t>
      </w:r>
      <w:r>
        <w:t>And he was a miraculous Prophet.</w:t>
      </w:r>
    </w:p>
    <w:p>
      <w:pPr>
        <w:jc w:val="right"/>
      </w:pPr>
      <w:r>
        <w:t>And he was a miraculous Prophet.</w:t>
      </w:r>
    </w:p>
    <w:p>
      <w:r>
        <w:rPr>
          <w:b/>
        </w:rPr>
        <w:t xml:space="preserve">[03:55] </w:t>
      </w:r>
      <w:r>
        <w:t>There are so many stories about Islam that have no base in Islamic scriptures, but Muslims believe these stories as a fact.</w:t>
      </w:r>
    </w:p>
    <w:p>
      <w:pPr>
        <w:jc w:val="right"/>
      </w:pPr>
      <w:r>
        <w:t>There are so many stories about Islam that have no base in Islamic scriptures, but Muslims believe these stories as a fact.</w:t>
      </w:r>
    </w:p>
    <w:p>
      <w:r>
        <w:rPr>
          <w:b/>
        </w:rPr>
        <w:t xml:space="preserve">[04:11] </w:t>
      </w:r>
      <w:r>
        <w:t>For example, they believe that there was no shadow of the Prophet. The Prophet was a light</w:t>
      </w:r>
    </w:p>
    <w:p>
      <w:pPr>
        <w:jc w:val="right"/>
      </w:pPr>
      <w:r>
        <w:t>For example, they believe that there was no shadow of the Prophet. The Prophet was a light</w:t>
      </w:r>
    </w:p>
    <w:p>
      <w:r>
        <w:rPr>
          <w:b/>
        </w:rPr>
        <w:t xml:space="preserve">[04:18] </w:t>
      </w:r>
      <w:r>
        <w:t>. The Prophet was not a physical being like us. The Prophet was a light, so there was no shadow. It is nonsense, but Muslims believe like this.</w:t>
      </w:r>
    </w:p>
    <w:p>
      <w:pPr>
        <w:jc w:val="right"/>
      </w:pPr>
      <w:r>
        <w:t>. The Prophet was not a physical being like us. The Prophet was a light, so there was no shadow. It is nonsense, but Muslims believe like this.</w:t>
      </w:r>
    </w:p>
    <w:p>
      <w:r>
        <w:rPr>
          <w:b/>
        </w:rPr>
        <w:t xml:space="preserve">[04:33] </w:t>
      </w:r>
      <w:r>
        <w:t>Then Muslims believe that the Prophet was alim ul ghaib.</w:t>
      </w:r>
    </w:p>
    <w:p>
      <w:pPr>
        <w:jc w:val="right"/>
      </w:pPr>
      <w:r>
        <w:t>Then Muslims believe that the Prophet was عالم الغیب.</w:t>
      </w:r>
    </w:p>
    <w:p>
      <w:r>
        <w:rPr>
          <w:b/>
        </w:rPr>
        <w:t xml:space="preserve">[04:39] </w:t>
      </w:r>
      <w:r>
        <w:t>He knows everything, even today. He knows everything. All these things are baseless</w:t>
      </w:r>
    </w:p>
    <w:p>
      <w:pPr>
        <w:jc w:val="right"/>
      </w:pPr>
      <w:r>
        <w:t>He knows everything, even today. He knows everything. All these things are baseless</w:t>
      </w:r>
    </w:p>
    <w:p>
      <w:r>
        <w:rPr>
          <w:b/>
        </w:rPr>
        <w:t xml:space="preserve">[04:50] </w:t>
      </w:r>
      <w:r>
        <w:t>. You cannot find a single mention in the Quran. So according to Muslim belief, the Prophet was a miraculous Prophet,</w:t>
      </w:r>
    </w:p>
    <w:p>
      <w:pPr>
        <w:jc w:val="right"/>
      </w:pPr>
      <w:r>
        <w:t>. You cannot find a single mention in the Quran. So according to Muslim belief, the Prophet was a miraculous Prophet,</w:t>
      </w:r>
    </w:p>
    <w:p>
      <w:r>
        <w:rPr>
          <w:b/>
        </w:rPr>
        <w:t xml:space="preserve">[05:05] </w:t>
      </w:r>
      <w:r>
        <w:t>a mysterious personality. So if someone is a mysterious personality or a miracle, then how would it</w:t>
      </w:r>
    </w:p>
    <w:p>
      <w:pPr>
        <w:jc w:val="right"/>
      </w:pPr>
      <w:r>
        <w:t>a mysterious personality. So if someone is a mysterious personality or a miracle, then how would it</w:t>
      </w:r>
    </w:p>
    <w:p>
      <w:r>
        <w:rPr>
          <w:b/>
        </w:rPr>
        <w:t xml:space="preserve">[05:19] </w:t>
      </w:r>
      <w:r>
        <w:t>be a model for mankind?</w:t>
      </w:r>
    </w:p>
    <w:p>
      <w:pPr>
        <w:jc w:val="right"/>
      </w:pPr>
      <w:r>
        <w:t>be a model for mankind?</w:t>
      </w:r>
    </w:p>
    <w:p>
      <w:r>
        <w:rPr>
          <w:b/>
        </w:rPr>
        <w:t xml:space="preserve">[05:24] </w:t>
      </w:r>
      <w:r>
        <w:t>Model means that the Prophet—if he was a model, then he must be a human being. Only a human being must be a model for us.</w:t>
      </w:r>
    </w:p>
    <w:p>
      <w:pPr>
        <w:jc w:val="right"/>
      </w:pPr>
      <w:r>
        <w:t>Model means that the Prophet—if he was a model, then he must be a human being. Only a human being must be a model for us.</w:t>
      </w:r>
    </w:p>
    <w:p>
      <w:r>
        <w:rPr>
          <w:b/>
        </w:rPr>
        <w:t xml:space="preserve">[05:42] </w:t>
      </w:r>
      <w:r>
        <w:t>One who is not a—who is a miracle, who has mysterious qualities, who is a superior</w:t>
      </w:r>
    </w:p>
    <w:p>
      <w:pPr>
        <w:jc w:val="right"/>
      </w:pPr>
      <w:r>
        <w:t>One who is not a—who is a miracle, who has mysterious qualities, who is a superior</w:t>
      </w:r>
    </w:p>
    <w:p>
      <w:r>
        <w:rPr>
          <w:b/>
        </w:rPr>
        <w:t xml:space="preserve">[06:01] </w:t>
      </w:r>
      <w:r>
        <w:t>Prophet, then he is not a</w:t>
      </w:r>
    </w:p>
    <w:p>
      <w:pPr>
        <w:jc w:val="right"/>
      </w:pPr>
      <w:r>
        <w:t>Prophet, then he is not a</w:t>
      </w:r>
    </w:p>
    <w:p>
      <w:r>
        <w:rPr>
          <w:b/>
        </w:rPr>
        <w:t xml:space="preserve">[06:07] </w:t>
      </w:r>
      <w:r>
        <w:t>model; he is not an example.</w:t>
      </w:r>
    </w:p>
    <w:p>
      <w:pPr>
        <w:jc w:val="right"/>
      </w:pPr>
      <w:r>
        <w:t>model; he is not an example.</w:t>
      </w:r>
    </w:p>
    <w:p>
      <w:r>
        <w:rPr>
          <w:b/>
        </w:rPr>
        <w:t xml:space="preserve">[06:13] </w:t>
      </w:r>
      <w:r>
        <w:t>One Muslim poet has said,</w:t>
      </w:r>
    </w:p>
    <w:p>
      <w:pPr>
        <w:jc w:val="right"/>
      </w:pPr>
      <w:r>
        <w:t>One Muslim poet has said,</w:t>
      </w:r>
    </w:p>
    <w:p>
      <w:r>
        <w:rPr>
          <w:b/>
        </w:rPr>
        <w:t xml:space="preserve">[06:19] </w:t>
      </w:r>
      <w:r>
        <w:t>"baad az khuda buzurg toyi." qissa mukhtasar: It means that after God, Muhammad was the most superior person of all the universe.</w:t>
      </w:r>
    </w:p>
    <w:p>
      <w:pPr>
        <w:jc w:val="right"/>
      </w:pPr>
      <w:r>
        <w:t>"بعد از خدا بزرگ تویی." قصہ مختصر: It means that after God, Muhammad was the most superior person of all the universe.</w:t>
      </w:r>
    </w:p>
    <w:p>
      <w:r>
        <w:rPr>
          <w:b/>
        </w:rPr>
        <w:t xml:space="preserve">[06:34] </w:t>
      </w:r>
      <w:r>
        <w:t>This kind of notion, this kind of belief is baseless</w:t>
      </w:r>
    </w:p>
    <w:p>
      <w:pPr>
        <w:jc w:val="right"/>
      </w:pPr>
      <w:r>
        <w:t>This kind of notion, this kind of belief is baseless</w:t>
      </w:r>
    </w:p>
    <w:p>
      <w:r>
        <w:rPr>
          <w:b/>
        </w:rPr>
        <w:t xml:space="preserve">[06:41] </w:t>
      </w:r>
      <w:r>
        <w:t>. So if you read the Quran, you will find that the Quran presents the Prophet of Islam as a model.</w:t>
      </w:r>
    </w:p>
    <w:p>
      <w:pPr>
        <w:jc w:val="right"/>
      </w:pPr>
      <w:r>
        <w:t>. So if you read the Quran, you will find that the Quran presents the Prophet of Islam as a model.</w:t>
      </w:r>
    </w:p>
    <w:p>
      <w:r>
        <w:rPr>
          <w:b/>
        </w:rPr>
        <w:t xml:space="preserve">[06:49] </w:t>
      </w:r>
      <w:r>
        <w:t>But these stories are quite contradictory to this</w:t>
      </w:r>
    </w:p>
    <w:p>
      <w:pPr>
        <w:jc w:val="right"/>
      </w:pPr>
      <w:r>
        <w:t>But these stories are quite contradictory to this</w:t>
      </w:r>
    </w:p>
    <w:p>
      <w:r>
        <w:rPr>
          <w:b/>
        </w:rPr>
        <w:t xml:space="preserve">[06:58] </w:t>
      </w:r>
      <w:r>
        <w:t>fact. Then the non-Muslims also have published so many books.</w:t>
      </w:r>
    </w:p>
    <w:p>
      <w:pPr>
        <w:jc w:val="right"/>
      </w:pPr>
      <w:r>
        <w:t>fact. Then the non-Muslims also have published so many books.</w:t>
      </w:r>
    </w:p>
    <w:p>
      <w:r>
        <w:rPr>
          <w:b/>
        </w:rPr>
        <w:t xml:space="preserve">[07:09] </w:t>
      </w:r>
      <w:r>
        <w:t>For example, the British historian Karl Lyell has published a book, Heroes and Hero Worship</w:t>
      </w:r>
    </w:p>
    <w:p>
      <w:pPr>
        <w:jc w:val="right"/>
      </w:pPr>
      <w:r>
        <w:t>For example, the British historian Karl Lyell has published a book, Heroes and Hero Worship</w:t>
      </w:r>
    </w:p>
    <w:p>
      <w:r>
        <w:rPr>
          <w:b/>
        </w:rPr>
        <w:t xml:space="preserve">[07:20] </w:t>
      </w:r>
      <w:r>
        <w:t>. In this book, he says that Muhammad was a heroic—was a hero prophet.</w:t>
      </w:r>
    </w:p>
    <w:p>
      <w:pPr>
        <w:jc w:val="right"/>
      </w:pPr>
      <w:r>
        <w:t>. In this book, he says that Muhammad was a heroic—was a hero prophet.</w:t>
      </w:r>
    </w:p>
    <w:p>
      <w:r>
        <w:rPr>
          <w:b/>
        </w:rPr>
        <w:t xml:space="preserve">[07:31] </w:t>
      </w:r>
      <w:r>
        <w:t>Muhammad was a hero prophet. Then</w:t>
      </w:r>
    </w:p>
    <w:p>
      <w:pPr>
        <w:jc w:val="right"/>
      </w:pPr>
      <w:r>
        <w:t>Muhammad was a hero prophet. Then</w:t>
      </w:r>
    </w:p>
    <w:p>
      <w:r>
        <w:rPr>
          <w:b/>
        </w:rPr>
        <w:t xml:space="preserve">[07:39] </w:t>
      </w:r>
      <w:r>
        <w:t>an American doctor, Michael Hart, has published a book, The Hundred</w:t>
      </w:r>
    </w:p>
    <w:p>
      <w:pPr>
        <w:jc w:val="right"/>
      </w:pPr>
      <w:r>
        <w:t>an American doctor, Michael Hart, has published a book, The Hundred</w:t>
      </w:r>
    </w:p>
    <w:p>
      <w:r>
        <w:rPr>
          <w:b/>
        </w:rPr>
        <w:t xml:space="preserve">[07:45] </w:t>
      </w:r>
      <w:r>
        <w:t>. In this book, he says that Muhammad was the supremely successful person throughout history.</w:t>
      </w:r>
    </w:p>
    <w:p>
      <w:pPr>
        <w:jc w:val="right"/>
      </w:pPr>
      <w:r>
        <w:t>. In this book, he says that Muhammad was the supremely successful person throughout history.</w:t>
      </w:r>
    </w:p>
    <w:p>
      <w:r>
        <w:rPr>
          <w:b/>
        </w:rPr>
        <w:t xml:space="preserve">[07:57] </w:t>
      </w:r>
      <w:r>
        <w:t>An Indian scholar, M. N. Roy, has published a book with the title, The Historical Role of Islam</w:t>
      </w:r>
    </w:p>
    <w:p>
      <w:pPr>
        <w:jc w:val="right"/>
      </w:pPr>
      <w:r>
        <w:t>An Indian scholar, M. N. Roy, has published a book with the title, The Historical Role of Islam</w:t>
      </w:r>
    </w:p>
    <w:p>
      <w:r>
        <w:rPr>
          <w:b/>
        </w:rPr>
        <w:t xml:space="preserve">[08:12] </w:t>
      </w:r>
      <w:r>
        <w:t>. In this book, he</w:t>
      </w:r>
    </w:p>
    <w:p>
      <w:pPr>
        <w:jc w:val="right"/>
      </w:pPr>
      <w:r>
        <w:t>. In this book, he</w:t>
      </w:r>
    </w:p>
    <w:p>
      <w:r>
        <w:rPr>
          <w:b/>
        </w:rPr>
        <w:t xml:space="preserve">[08:18] </w:t>
      </w:r>
      <w:r>
        <w:t>observes that Muhammad was a miracle. His achievements were miraculous achievements.</w:t>
      </w:r>
    </w:p>
    <w:p>
      <w:pPr>
        <w:jc w:val="right"/>
      </w:pPr>
      <w:r>
        <w:t>observes that Muhammad was a miracle. His achievements were miraculous achievements.</w:t>
      </w:r>
    </w:p>
    <w:p>
      <w:r>
        <w:rPr>
          <w:b/>
        </w:rPr>
        <w:t xml:space="preserve">[08:29] </w:t>
      </w:r>
      <w:r>
        <w:t>He says that his achievements were most miraculous of all the miracles.</w:t>
      </w:r>
    </w:p>
    <w:p>
      <w:pPr>
        <w:jc w:val="right"/>
      </w:pPr>
      <w:r>
        <w:t>He says that his achievements were most miraculous of all the miracles.</w:t>
      </w:r>
    </w:p>
    <w:p>
      <w:r>
        <w:rPr>
          <w:b/>
        </w:rPr>
        <w:t xml:space="preserve">[08:39] </w:t>
      </w:r>
      <w:r>
        <w:t>But this kind of praise is simply praise.</w:t>
      </w:r>
    </w:p>
    <w:p>
      <w:pPr>
        <w:jc w:val="right"/>
      </w:pPr>
      <w:r>
        <w:t>But this kind of praise is simply praise.</w:t>
      </w:r>
    </w:p>
    <w:p>
      <w:r>
        <w:rPr>
          <w:b/>
        </w:rPr>
        <w:t xml:space="preserve">[08:47] </w:t>
      </w:r>
      <w:r>
        <w:t>This kind of praise has nothing to do with the main purpose.</w:t>
      </w:r>
    </w:p>
    <w:p>
      <w:pPr>
        <w:jc w:val="right"/>
      </w:pPr>
      <w:r>
        <w:t>This kind of praise has nothing to do with the main purpose.</w:t>
      </w:r>
    </w:p>
    <w:p>
      <w:r>
        <w:rPr>
          <w:b/>
        </w:rPr>
        <w:t xml:space="preserve">[08:57] </w:t>
      </w:r>
      <w:r>
        <w:t>The main purpose is that the Prophet of Islam was a model. So we have found some principles in his life.</w:t>
      </w:r>
    </w:p>
    <w:p>
      <w:pPr>
        <w:jc w:val="right"/>
      </w:pPr>
      <w:r>
        <w:t>The main purpose is that the Prophet of Islam was a model. So we have found some principles in his life.</w:t>
      </w:r>
    </w:p>
    <w:p>
      <w:r>
        <w:rPr>
          <w:b/>
        </w:rPr>
        <w:t xml:space="preserve">[09:08] </w:t>
      </w:r>
      <w:r>
        <w:t>We have found some guidance in his life. Now I would like to give some examples from his life, what guidance we can find in his teachings or in his life.</w:t>
      </w:r>
    </w:p>
    <w:p>
      <w:pPr>
        <w:jc w:val="right"/>
      </w:pPr>
      <w:r>
        <w:t>We have found some guidance in his life. Now I would like to give some examples from his life, what guidance we can find in his teachings or in his life.</w:t>
      </w:r>
    </w:p>
    <w:p>
      <w:r>
        <w:rPr>
          <w:b/>
        </w:rPr>
        <w:t xml:space="preserve">[09:31] </w:t>
      </w:r>
      <w:r>
        <w:t>I think that the first was—the first contribution of the Prophet of Islam was the belief in oneness of God, that is Tawhid.</w:t>
      </w:r>
    </w:p>
    <w:p>
      <w:pPr>
        <w:jc w:val="right"/>
      </w:pPr>
      <w:r>
        <w:t>I think that the first was—the first contribution of the Prophet of Islam was the belief in oneness of God, that is Tawhid.</w:t>
      </w:r>
    </w:p>
    <w:p>
      <w:r>
        <w:rPr>
          <w:b/>
        </w:rPr>
        <w:t xml:space="preserve">[09:46] </w:t>
      </w:r>
      <w:r>
        <w:t>His first teaching was La ilaha illallah. When he was appointed as a prophet in 610 AD,</w:t>
      </w:r>
    </w:p>
    <w:p>
      <w:pPr>
        <w:jc w:val="right"/>
      </w:pPr>
      <w:r>
        <w:t>His first teaching was La ilaha illallah. When he was appointed as a prophet in 610 AD,</w:t>
      </w:r>
    </w:p>
    <w:p>
      <w:r>
        <w:rPr>
          <w:b/>
        </w:rPr>
        <w:t xml:space="preserve">[10:01] </w:t>
      </w:r>
      <w:r>
        <w:t>he used to say, "Ayyuhal naas, qulu La ilaha illallah, tuflihu." O people, say, "There is no God but one God</w:t>
      </w:r>
    </w:p>
    <w:p>
      <w:pPr>
        <w:jc w:val="right"/>
      </w:pPr>
      <w:r>
        <w:t>he used to say, "Ayyuhal naas, qulu La ilaha illallah, tuflihu." O people, say, "There is no God but one God</w:t>
      </w:r>
    </w:p>
    <w:p>
      <w:r>
        <w:rPr>
          <w:b/>
        </w:rPr>
        <w:t xml:space="preserve">[10:16] </w:t>
      </w:r>
      <w:r>
        <w:t>, you will be successful." This was a revolutionary message. You know, throughout history, man was a worshipper of nature.</w:t>
      </w:r>
    </w:p>
    <w:p>
      <w:pPr>
        <w:jc w:val="right"/>
      </w:pPr>
      <w:r>
        <w:t>, you will be successful." This was a revolutionary message. You know, throughout history, man was a worshipper of nature.</w:t>
      </w:r>
    </w:p>
    <w:p>
      <w:r>
        <w:rPr>
          <w:b/>
        </w:rPr>
        <w:t xml:space="preserve">[10:31] </w:t>
      </w:r>
      <w:r>
        <w:t>Nature worship was the greatest religion of all mankind.</w:t>
      </w:r>
    </w:p>
    <w:p>
      <w:pPr>
        <w:jc w:val="right"/>
      </w:pPr>
      <w:r>
        <w:t>Nature worship was the greatest religion of all mankind.</w:t>
      </w:r>
    </w:p>
    <w:p>
      <w:r>
        <w:rPr>
          <w:b/>
        </w:rPr>
        <w:t xml:space="preserve">[10:37] </w:t>
      </w:r>
      <w:r>
        <w:t>The sun was God, the moon was God, the stars were God, the oceans were God, the mountains were God, animals and trees were God.</w:t>
      </w:r>
    </w:p>
    <w:p>
      <w:pPr>
        <w:jc w:val="right"/>
      </w:pPr>
      <w:r>
        <w:t>The sun was God, the moon was God, the stars were God, the oceans were God, the mountains were God, animals and trees were God.</w:t>
      </w:r>
    </w:p>
    <w:p>
      <w:r>
        <w:rPr>
          <w:b/>
        </w:rPr>
        <w:t xml:space="preserve">[10:50] </w:t>
      </w:r>
      <w:r>
        <w:t>So everything was God.</w:t>
      </w:r>
    </w:p>
    <w:p>
      <w:pPr>
        <w:jc w:val="right"/>
      </w:pPr>
      <w:r>
        <w:t>So everything was God.</w:t>
      </w:r>
    </w:p>
    <w:p>
      <w:r>
        <w:rPr>
          <w:b/>
        </w:rPr>
        <w:t xml:space="preserve">[10:58] </w:t>
      </w:r>
      <w:r>
        <w:t>This was the greatest—this was the most important teaching of the Prophet of Islam.</w:t>
      </w:r>
    </w:p>
    <w:p>
      <w:pPr>
        <w:jc w:val="right"/>
      </w:pPr>
      <w:r>
        <w:t>This was the greatest—this was the most important teaching of the Prophet of Islam.</w:t>
      </w:r>
    </w:p>
    <w:p>
      <w:r>
        <w:rPr>
          <w:b/>
        </w:rPr>
        <w:t xml:space="preserve">[11:15] </w:t>
      </w:r>
      <w:r>
        <w:t>Because what is nature? Nature is a creature. Creature. Nature is not a creator</w:t>
      </w:r>
    </w:p>
    <w:p>
      <w:pPr>
        <w:jc w:val="right"/>
      </w:pPr>
      <w:r>
        <w:t>Because what is nature? Nature is a creature. Creature. Nature is not a creator</w:t>
      </w:r>
    </w:p>
    <w:p>
      <w:r>
        <w:rPr>
          <w:b/>
        </w:rPr>
        <w:t xml:space="preserve">[11:25] </w:t>
      </w:r>
      <w:r>
        <w:t>. So all these people were engaged to worship the creature, not the creator.</w:t>
      </w:r>
    </w:p>
    <w:p>
      <w:pPr>
        <w:jc w:val="right"/>
      </w:pPr>
      <w:r>
        <w:t>. So all these people were engaged to worship the creature, not the creator.</w:t>
      </w:r>
    </w:p>
    <w:p>
      <w:r>
        <w:rPr>
          <w:b/>
        </w:rPr>
        <w:t xml:space="preserve">[11:34] </w:t>
      </w:r>
      <w:r>
        <w:t>So this was—this was due to this.</w:t>
      </w:r>
    </w:p>
    <w:p>
      <w:pPr>
        <w:jc w:val="right"/>
      </w:pPr>
      <w:r>
        <w:t>So this was—this was due to this.</w:t>
      </w:r>
    </w:p>
    <w:p>
      <w:r>
        <w:rPr>
          <w:b/>
        </w:rPr>
        <w:t xml:space="preserve">[11:43] </w:t>
      </w:r>
      <w:r>
        <w:t>Man was living in blindness</w:t>
      </w:r>
    </w:p>
    <w:p>
      <w:pPr>
        <w:jc w:val="right"/>
      </w:pPr>
      <w:r>
        <w:t>Man was living in blindness</w:t>
      </w:r>
    </w:p>
    <w:p>
      <w:r>
        <w:rPr>
          <w:b/>
        </w:rPr>
        <w:t xml:space="preserve">[11:50] </w:t>
      </w:r>
      <w:r>
        <w:t>. God created all this nature as a blessing. All those techniques, all those sciences were hidden in this nature.</w:t>
      </w:r>
    </w:p>
    <w:p>
      <w:pPr>
        <w:jc w:val="right"/>
      </w:pPr>
      <w:r>
        <w:t>. God created all this nature as a blessing. All those techniques, all those sciences were hidden in this nature.</w:t>
      </w:r>
    </w:p>
    <w:p>
      <w:r>
        <w:rPr>
          <w:b/>
        </w:rPr>
        <w:t xml:space="preserve">[12:07] </w:t>
      </w:r>
      <w:r>
        <w:t>All those civilizations, all those civilizational items, all those industrial items—so all the science, all the industry, all the technology was hidden in this nature.</w:t>
      </w:r>
    </w:p>
    <w:p>
      <w:pPr>
        <w:jc w:val="right"/>
      </w:pPr>
      <w:r>
        <w:t>All those civilizations, all those civilizational items, all those industrial items—so all the science, all the industry, all the technology was hidden in this nature.</w:t>
      </w:r>
    </w:p>
    <w:p>
      <w:r>
        <w:rPr>
          <w:b/>
        </w:rPr>
        <w:t xml:space="preserve">[12:25] </w:t>
      </w:r>
      <w:r>
        <w:t>But people were worshipping the nature. So if you—if you—if you worship the nature, you cannot take it as a subject of investigation.</w:t>
      </w:r>
    </w:p>
    <w:p>
      <w:pPr>
        <w:jc w:val="right"/>
      </w:pPr>
      <w:r>
        <w:t>But people were worshipping the nature. So if you—if you—if you worship the nature, you cannot take it as a subject of investigation.</w:t>
      </w:r>
    </w:p>
    <w:p>
      <w:r>
        <w:rPr>
          <w:b/>
        </w:rPr>
        <w:t xml:space="preserve">[12:51] </w:t>
      </w:r>
      <w:r>
        <w:t>So worship was a constant obstacle.</w:t>
      </w:r>
    </w:p>
    <w:p>
      <w:pPr>
        <w:jc w:val="right"/>
      </w:pPr>
      <w:r>
        <w:t>So worship was a constant obstacle.</w:t>
      </w:r>
    </w:p>
    <w:p>
      <w:r>
        <w:rPr>
          <w:b/>
        </w:rPr>
        <w:t xml:space="preserve">[13:02] </w:t>
      </w:r>
      <w:r>
        <w:t>Nature worship was a constant—of nature worship was a constant obstacle towards investigation, towards exploration, towards scientific studies.</w:t>
      </w:r>
    </w:p>
    <w:p>
      <w:pPr>
        <w:jc w:val="right"/>
      </w:pPr>
      <w:r>
        <w:t>Nature worship was a constant—of nature worship was a constant obstacle towards investigation, towards exploration, towards scientific studies.</w:t>
      </w:r>
    </w:p>
    <w:p>
      <w:r>
        <w:rPr>
          <w:b/>
        </w:rPr>
        <w:t xml:space="preserve">[13:17] </w:t>
      </w:r>
      <w:r>
        <w:t>So the Prophet of Islam removed this obstacle.</w:t>
      </w:r>
    </w:p>
    <w:p>
      <w:pPr>
        <w:jc w:val="right"/>
      </w:pPr>
      <w:r>
        <w:t>So the Prophet of Islam removed this obstacle.</w:t>
      </w:r>
    </w:p>
    <w:p>
      <w:r>
        <w:rPr>
          <w:b/>
        </w:rPr>
        <w:t xml:space="preserve">[13:25] </w:t>
      </w:r>
      <w:r>
        <w:t>After a long, long effort, he made people believe that nature is simply a creature.</w:t>
      </w:r>
    </w:p>
    <w:p>
      <w:pPr>
        <w:jc w:val="right"/>
      </w:pPr>
      <w:r>
        <w:t>After a long, long effort, he made people believe that nature is simply a creature.</w:t>
      </w:r>
    </w:p>
    <w:p>
      <w:r>
        <w:rPr>
          <w:b/>
        </w:rPr>
        <w:t xml:space="preserve">[13:34] </w:t>
      </w:r>
      <w:r>
        <w:t>Nature is not a God.</w:t>
      </w:r>
    </w:p>
    <w:p>
      <w:pPr>
        <w:jc w:val="right"/>
      </w:pPr>
      <w:r>
        <w:t>Nature is not a God.</w:t>
      </w:r>
    </w:p>
    <w:p>
      <w:r>
        <w:rPr>
          <w:b/>
        </w:rPr>
        <w:t xml:space="preserve">[13:39] </w:t>
      </w:r>
      <w:r>
        <w:t>So when nature was displaced from the divinity, then science started. Then scientific—then began the scientific investigation in nature.</w:t>
      </w:r>
    </w:p>
    <w:p>
      <w:pPr>
        <w:jc w:val="right"/>
      </w:pPr>
      <w:r>
        <w:t>So when nature was displaced from the divinity, then science started. Then scientific—then began the scientific investigation in nature.</w:t>
      </w:r>
    </w:p>
    <w:p>
      <w:r>
        <w:rPr>
          <w:b/>
        </w:rPr>
        <w:t xml:space="preserve">[13:59] </w:t>
      </w:r>
      <w:r>
        <w:t>So it was the Prophet of Islam who started the era of science.</w:t>
      </w:r>
    </w:p>
    <w:p>
      <w:pPr>
        <w:jc w:val="right"/>
      </w:pPr>
      <w:r>
        <w:t>So it was the Prophet of Islam who started the era of science.</w:t>
      </w:r>
    </w:p>
    <w:p>
      <w:r>
        <w:rPr>
          <w:b/>
        </w:rPr>
        <w:t xml:space="preserve">[14:11] </w:t>
      </w:r>
      <w:r>
        <w:t>What is science? Science means all the sciences are based on nature. Science means natural sciences.</w:t>
      </w:r>
    </w:p>
    <w:p>
      <w:pPr>
        <w:jc w:val="right"/>
      </w:pPr>
      <w:r>
        <w:t>What is science? Science means all the sciences are based on nature. Science means natural sciences.</w:t>
      </w:r>
    </w:p>
    <w:p>
      <w:r>
        <w:rPr>
          <w:b/>
        </w:rPr>
        <w:t xml:space="preserve">[14:24] </w:t>
      </w:r>
      <w:r>
        <w:t>So when nature was God, it was not an object of investigation.</w:t>
      </w:r>
    </w:p>
    <w:p>
      <w:pPr>
        <w:jc w:val="right"/>
      </w:pPr>
      <w:r>
        <w:t>So when nature was God, it was not an object of investigation.</w:t>
      </w:r>
    </w:p>
    <w:p>
      <w:r>
        <w:rPr>
          <w:b/>
        </w:rPr>
        <w:t xml:space="preserve">[14:36] </w:t>
      </w:r>
      <w:r>
        <w:t>But when the Prophet of Islam displaced nature from the divinity, then the process of investigation began, and the era of science began to start.</w:t>
      </w:r>
    </w:p>
    <w:p>
      <w:pPr>
        <w:jc w:val="right"/>
      </w:pPr>
      <w:r>
        <w:t>But when the Prophet of Islam displaced nature from the divinity, then the process of investigation began, and the era of science began to start.</w:t>
      </w:r>
    </w:p>
    <w:p>
      <w:r>
        <w:rPr>
          <w:b/>
        </w:rPr>
        <w:t xml:space="preserve">[14:55] </w:t>
      </w:r>
      <w:r>
        <w:t>This was the first contribution of the Prophet of Islam. The Prophet of Islam</w:t>
      </w:r>
    </w:p>
    <w:p>
      <w:pPr>
        <w:jc w:val="right"/>
      </w:pPr>
      <w:r>
        <w:t>This was the first contribution of the Prophet of Islam. The Prophet of Islam</w:t>
      </w:r>
    </w:p>
    <w:p>
      <w:r>
        <w:rPr>
          <w:b/>
        </w:rPr>
        <w:t xml:space="preserve">[15:05] </w:t>
      </w:r>
      <w:r>
        <w:t>gave people—gave mankind the idea of Tawhid, that is oneness of God.</w:t>
      </w:r>
    </w:p>
    <w:p>
      <w:pPr>
        <w:jc w:val="right"/>
      </w:pPr>
      <w:r>
        <w:t>gave people—gave mankind the idea of Tawhid, that is oneness of God.</w:t>
      </w:r>
    </w:p>
    <w:p>
      <w:r>
        <w:rPr>
          <w:b/>
        </w:rPr>
        <w:t xml:space="preserve">[15:14] </w:t>
      </w:r>
      <w:r>
        <w:t>It means that God is the creator, and all these things are creatures. All this sun, all this moon, all these stars, oceans and mountains—everything, everything is a creature.</w:t>
      </w:r>
    </w:p>
    <w:p>
      <w:pPr>
        <w:jc w:val="right"/>
      </w:pPr>
      <w:r>
        <w:t>It means that God is the creator, and all these things are creatures. All this sun, all this moon, all these stars, oceans and mountains—everything, everything is a creature.</w:t>
      </w:r>
    </w:p>
    <w:p>
      <w:r>
        <w:rPr>
          <w:b/>
        </w:rPr>
        <w:t xml:space="preserve">[15:30] </w:t>
      </w:r>
      <w:r>
        <w:t>So don't worship creatures, but worship God. This was the beginning of science</w:t>
      </w:r>
    </w:p>
    <w:p>
      <w:pPr>
        <w:jc w:val="right"/>
      </w:pPr>
      <w:r>
        <w:t>So don't worship creatures, but worship God. This was the beginning of science</w:t>
      </w:r>
    </w:p>
    <w:p>
      <w:r>
        <w:rPr>
          <w:b/>
        </w:rPr>
        <w:t xml:space="preserve">[15:39] </w:t>
      </w:r>
      <w:r>
        <w:t>. This was the beginning of modern technology. This was the beginning of modern industry. So this was the first contribution of the Prophet of Islam.</w:t>
      </w:r>
    </w:p>
    <w:p>
      <w:pPr>
        <w:jc w:val="right"/>
      </w:pPr>
      <w:r>
        <w:t>. This was the beginning of modern technology. This was the beginning of modern industry. So this was the first contribution of the Prophet of Islam.</w:t>
      </w:r>
    </w:p>
    <w:p>
      <w:r>
        <w:rPr>
          <w:b/>
        </w:rPr>
        <w:t xml:space="preserve">[15:51] </w:t>
      </w:r>
      <w:r>
        <w:t>Then there is a chapter in the Quran. This is Al-Asr. Chapter Al-Asr.</w:t>
      </w:r>
    </w:p>
    <w:p>
      <w:pPr>
        <w:jc w:val="right"/>
      </w:pPr>
      <w:r>
        <w:t>Then there is a chapter in the Quran. This is Al-Asr. Chapter Al-Asr.</w:t>
      </w:r>
    </w:p>
    <w:p>
      <w:r>
        <w:rPr>
          <w:b/>
        </w:rPr>
        <w:t xml:space="preserve">[16:09] </w:t>
      </w:r>
      <w:r>
        <w:t>History is a witness that</w:t>
      </w:r>
    </w:p>
    <w:p>
      <w:pPr>
        <w:jc w:val="right"/>
      </w:pPr>
      <w:r>
        <w:t>History is a witness that</w:t>
      </w:r>
    </w:p>
    <w:p>
      <w:r>
        <w:rPr>
          <w:b/>
        </w:rPr>
        <w:t xml:space="preserve">[16:15] </w:t>
      </w:r>
      <w:r>
        <w:t>everyone is in loss. History is a witness that everyone is in loss.</w:t>
      </w:r>
    </w:p>
    <w:p>
      <w:pPr>
        <w:jc w:val="right"/>
      </w:pPr>
      <w:r>
        <w:t>everyone is in loss. History is a witness that everyone is in loss.</w:t>
      </w:r>
    </w:p>
    <w:p>
      <w:r>
        <w:rPr>
          <w:b/>
        </w:rPr>
        <w:t xml:space="preserve">[16:27] </w:t>
      </w:r>
      <w:r>
        <w:t>So in this chapter, the Quran gives a sweeping remark. In this chapter, the Quran makes a sweeping remark that all the people of history were a case of failure</w:t>
      </w:r>
    </w:p>
    <w:p>
      <w:pPr>
        <w:jc w:val="right"/>
      </w:pPr>
      <w:r>
        <w:t>So in this chapter, the Quran gives a sweeping remark. In this chapter, the Quran makes a sweeping remark that all the people of history were a case of failure</w:t>
      </w:r>
    </w:p>
    <w:p>
      <w:r>
        <w:rPr>
          <w:b/>
        </w:rPr>
        <w:t xml:space="preserve">[16:50] </w:t>
      </w:r>
      <w:r>
        <w:t>. Now, if you study the history of thought, you will find that this remark is quite correct.</w:t>
      </w:r>
    </w:p>
    <w:p>
      <w:pPr>
        <w:jc w:val="right"/>
      </w:pPr>
      <w:r>
        <w:t>. Now, if you study the history of thought, you will find that this remark is quite correct.</w:t>
      </w:r>
    </w:p>
    <w:p>
      <w:r>
        <w:rPr>
          <w:b/>
        </w:rPr>
        <w:t xml:space="preserve">[17:01] </w:t>
      </w:r>
      <w:r>
        <w:t>For example,</w:t>
      </w:r>
    </w:p>
    <w:p>
      <w:pPr>
        <w:jc w:val="right"/>
      </w:pPr>
      <w:r>
        <w:t>For example,</w:t>
      </w:r>
    </w:p>
    <w:p>
      <w:r>
        <w:rPr>
          <w:b/>
        </w:rPr>
        <w:t xml:space="preserve">[17:04] </w:t>
      </w:r>
      <w:r>
        <w:t>all the thinkers, all the philosophers, all the leaders were obsessed with idealism.</w:t>
      </w:r>
    </w:p>
    <w:p>
      <w:pPr>
        <w:jc w:val="right"/>
      </w:pPr>
      <w:r>
        <w:t>all the thinkers, all the philosophers, all the leaders were obsessed with idealism.</w:t>
      </w:r>
    </w:p>
    <w:p>
      <w:r>
        <w:rPr>
          <w:b/>
        </w:rPr>
        <w:t xml:space="preserve">[17:15] </w:t>
      </w:r>
      <w:r>
        <w:t>Everyone wanted to establish an ideal world. For example, Socrates and Plato and Aristotle wanted to establish an ideal state,</w:t>
      </w:r>
    </w:p>
    <w:p>
      <w:pPr>
        <w:jc w:val="right"/>
      </w:pPr>
      <w:r>
        <w:t>Everyone wanted to establish an ideal world. For example, Socrates and Plato and Aristotle wanted to establish an ideal state,</w:t>
      </w:r>
    </w:p>
    <w:p>
      <w:r>
        <w:rPr>
          <w:b/>
        </w:rPr>
        <w:t xml:space="preserve">[17:33] </w:t>
      </w:r>
      <w:r>
        <w:t>but they failed.</w:t>
      </w:r>
    </w:p>
    <w:p>
      <w:pPr>
        <w:jc w:val="right"/>
      </w:pPr>
      <w:r>
        <w:t>but they failed.</w:t>
      </w:r>
    </w:p>
    <w:p>
      <w:r>
        <w:rPr>
          <w:b/>
        </w:rPr>
        <w:t xml:space="preserve">[17:37] </w:t>
      </w:r>
      <w:r>
        <w:t>They died in despair.</w:t>
      </w:r>
    </w:p>
    <w:p>
      <w:pPr>
        <w:jc w:val="right"/>
      </w:pPr>
      <w:r>
        <w:t>They died in despair.</w:t>
      </w:r>
    </w:p>
    <w:p>
      <w:r>
        <w:rPr>
          <w:b/>
        </w:rPr>
        <w:t xml:space="preserve">[17:43] </w:t>
      </w:r>
      <w:r>
        <w:t>Then Rousseau wanted to establish an ideal democracy, but he also failed.</w:t>
      </w:r>
    </w:p>
    <w:p>
      <w:pPr>
        <w:jc w:val="right"/>
      </w:pPr>
      <w:r>
        <w:t>Then Rousseau wanted to establish an ideal democracy, but he also failed.</w:t>
      </w:r>
    </w:p>
    <w:p>
      <w:r>
        <w:rPr>
          <w:b/>
        </w:rPr>
        <w:t xml:space="preserve">[17:54] </w:t>
      </w:r>
      <w:r>
        <w:t>He was not able to establish an ideal democracy. There is no ideal democracy in the world.</w:t>
      </w:r>
    </w:p>
    <w:p>
      <w:pPr>
        <w:jc w:val="right"/>
      </w:pPr>
      <w:r>
        <w:t>He was not able to establish an ideal democracy. There is no ideal democracy in the world.</w:t>
      </w:r>
    </w:p>
    <w:p>
      <w:r>
        <w:rPr>
          <w:b/>
        </w:rPr>
        <w:t xml:space="preserve">[18:09] </w:t>
      </w:r>
      <w:r>
        <w:t>So the ideology of Rousseau was not successful. Then Barton Hessel and others wanted to establish an ideal world government,</w:t>
      </w:r>
    </w:p>
    <w:p>
      <w:pPr>
        <w:jc w:val="right"/>
      </w:pPr>
      <w:r>
        <w:t>So the ideology of Rousseau was not successful. Then Barton Hessel and others wanted to establish an ideal world government,</w:t>
      </w:r>
    </w:p>
    <w:p>
      <w:r>
        <w:rPr>
          <w:b/>
        </w:rPr>
        <w:t xml:space="preserve">[18:25] </w:t>
      </w:r>
      <w:r>
        <w:t>but they failed. There is no ideal government. There is no ideal rule in the world.</w:t>
      </w:r>
    </w:p>
    <w:p>
      <w:pPr>
        <w:jc w:val="right"/>
      </w:pPr>
      <w:r>
        <w:t>but they failed. There is no ideal government. There is no ideal rule in the world.</w:t>
      </w:r>
    </w:p>
    <w:p>
      <w:r>
        <w:rPr>
          <w:b/>
        </w:rPr>
        <w:t xml:space="preserve">[18:34] </w:t>
      </w:r>
      <w:r>
        <w:t>Mahatma Gandhi wanted to establish an ideal village government, but he also failed. There is no ideal village government in India.</w:t>
      </w:r>
    </w:p>
    <w:p>
      <w:pPr>
        <w:jc w:val="right"/>
      </w:pPr>
      <w:r>
        <w:t>Mahatma Gandhi wanted to establish an ideal village government, but he also failed. There is no ideal village government in India.</w:t>
      </w:r>
    </w:p>
    <w:p>
      <w:r>
        <w:rPr>
          <w:b/>
        </w:rPr>
        <w:t xml:space="preserve">[18:46] </w:t>
      </w:r>
      <w:r>
        <w:t>So why did all these thinkers and philosophers fail</w:t>
      </w:r>
    </w:p>
    <w:p>
      <w:pPr>
        <w:jc w:val="right"/>
      </w:pPr>
      <w:r>
        <w:t>So why did all these thinkers and philosophers fail</w:t>
      </w:r>
    </w:p>
    <w:p>
      <w:r>
        <w:rPr>
          <w:b/>
        </w:rPr>
        <w:t xml:space="preserve">[18:50] </w:t>
      </w:r>
      <w:r>
        <w:t>? All these leaders failed. Marx wanted to establish an ideal economy, but he failed.</w:t>
      </w:r>
    </w:p>
    <w:p>
      <w:pPr>
        <w:jc w:val="right"/>
      </w:pPr>
      <w:r>
        <w:t>? All these leaders failed. Marx wanted to establish an ideal economy, but he failed.</w:t>
      </w:r>
    </w:p>
    <w:p>
      <w:r>
        <w:rPr>
          <w:b/>
        </w:rPr>
        <w:t xml:space="preserve">[19:01] </w:t>
      </w:r>
      <w:r>
        <w:t>Nehru wanted to establish a society based on socialism, an ideal society, but he failed.</w:t>
      </w:r>
    </w:p>
    <w:p>
      <w:pPr>
        <w:jc w:val="right"/>
      </w:pPr>
      <w:r>
        <w:t>Nehru wanted to establish a society based on socialism, an ideal society, but he failed.</w:t>
      </w:r>
    </w:p>
    <w:p>
      <w:r>
        <w:rPr>
          <w:b/>
        </w:rPr>
        <w:t xml:space="preserve">[19:14] </w:t>
      </w:r>
      <w:r>
        <w:t>So all the leaders of the history, all the thinkers of the history, all the reformers of the history wanted to establish an ideal world, but they failed.</w:t>
      </w:r>
    </w:p>
    <w:p>
      <w:pPr>
        <w:jc w:val="right"/>
      </w:pPr>
      <w:r>
        <w:t>So all the leaders of the history, all the thinkers of the history, all the reformers of the history wanted to establish an ideal world, but they failed.</w:t>
      </w:r>
    </w:p>
    <w:p>
      <w:r>
        <w:rPr>
          <w:b/>
        </w:rPr>
        <w:t xml:space="preserve">[19:32] </w:t>
      </w:r>
      <w:r>
        <w:t>The Prophet of Islam told for the first time in the history that ideal cannot be achieved in this world</w:t>
      </w:r>
    </w:p>
    <w:p>
      <w:pPr>
        <w:jc w:val="right"/>
      </w:pPr>
      <w:r>
        <w:t>The Prophet of Islam told for the first time in the history that ideal cannot be achieved in this world</w:t>
      </w:r>
    </w:p>
    <w:p>
      <w:r>
        <w:rPr>
          <w:b/>
        </w:rPr>
        <w:t xml:space="preserve">[19:43] </w:t>
      </w:r>
      <w:r>
        <w:t>. It was the Prophet of Islam who proclaimed this fact that ideal cannot be achieved in this world because this world was not created for this purpose.</w:t>
      </w:r>
    </w:p>
    <w:p>
      <w:pPr>
        <w:jc w:val="right"/>
      </w:pPr>
      <w:r>
        <w:t>. It was the Prophet of Islam who proclaimed this fact that ideal cannot be achieved in this world because this world was not created for this purpose.</w:t>
      </w:r>
    </w:p>
    <w:p>
      <w:r>
        <w:rPr>
          <w:b/>
        </w:rPr>
        <w:t xml:space="preserve">[20:01] </w:t>
      </w:r>
      <w:r>
        <w:t>God never created this world as an ideal world. This world is a testing ground, simply a testing ground.</w:t>
      </w:r>
    </w:p>
    <w:p>
      <w:pPr>
        <w:jc w:val="right"/>
      </w:pPr>
      <w:r>
        <w:t>God never created this world as an ideal world. This world is a testing ground, simply a testing ground.</w:t>
      </w:r>
    </w:p>
    <w:p>
      <w:r>
        <w:rPr>
          <w:b/>
        </w:rPr>
        <w:t xml:space="preserve">[20:16] </w:t>
      </w:r>
      <w:r>
        <w:t>You cannot find an ideal job in the examination hall. It is not possible</w:t>
      </w:r>
    </w:p>
    <w:p>
      <w:pPr>
        <w:jc w:val="right"/>
      </w:pPr>
      <w:r>
        <w:t>You cannot find an ideal job in the examination hall. It is not possible</w:t>
      </w:r>
    </w:p>
    <w:p>
      <w:r>
        <w:rPr>
          <w:b/>
        </w:rPr>
        <w:t xml:space="preserve">[20:27] </w:t>
      </w:r>
      <w:r>
        <w:t>because the examination hall is a testing place.</w:t>
      </w:r>
    </w:p>
    <w:p>
      <w:pPr>
        <w:jc w:val="right"/>
      </w:pPr>
      <w:r>
        <w:t>because the examination hall is a testing place.</w:t>
      </w:r>
    </w:p>
    <w:p>
      <w:r>
        <w:rPr>
          <w:b/>
        </w:rPr>
        <w:t xml:space="preserve">[20:38] </w:t>
      </w:r>
      <w:r>
        <w:t>So in this world, you have to accept less than ideal.</w:t>
      </w:r>
    </w:p>
    <w:p>
      <w:pPr>
        <w:jc w:val="right"/>
      </w:pPr>
      <w:r>
        <w:t>So in this world, you have to accept less than ideal.</w:t>
      </w:r>
    </w:p>
    <w:p>
      <w:r>
        <w:rPr>
          <w:b/>
        </w:rPr>
        <w:t xml:space="preserve">[20:46] </w:t>
      </w:r>
      <w:r>
        <w:t>Ideal can be achieved only in Paradise, that is, in the post-death period of life. The Prophet of Islam</w:t>
      </w:r>
    </w:p>
    <w:p>
      <w:pPr>
        <w:jc w:val="right"/>
      </w:pPr>
      <w:r>
        <w:t>Ideal can be achieved only in Paradise, that is, in the post-death period of life. The Prophet of Islam</w:t>
      </w:r>
    </w:p>
    <w:p>
      <w:r>
        <w:rPr>
          <w:b/>
        </w:rPr>
        <w:t xml:space="preserve">[20:58] </w:t>
      </w:r>
      <w:r>
        <w:t>told us that our life is divided into two parts: pre-death period and post-death period.</w:t>
      </w:r>
    </w:p>
    <w:p>
      <w:pPr>
        <w:jc w:val="right"/>
      </w:pPr>
      <w:r>
        <w:t>told us that our life is divided into two parts: pre-death period and post-death period.</w:t>
      </w:r>
    </w:p>
    <w:p>
      <w:r>
        <w:rPr>
          <w:b/>
        </w:rPr>
        <w:t xml:space="preserve">[21:09] </w:t>
      </w:r>
      <w:r>
        <w:t>The pre-death period is a testing period. So in this world, in this period, we cannot establish an ideal society.</w:t>
      </w:r>
    </w:p>
    <w:p>
      <w:pPr>
        <w:jc w:val="right"/>
      </w:pPr>
      <w:r>
        <w:t>The pre-death period is a testing period. So in this world, in this period, we cannot establish an ideal society.</w:t>
      </w:r>
    </w:p>
    <w:p>
      <w:r>
        <w:rPr>
          <w:b/>
        </w:rPr>
        <w:t xml:space="preserve">[21:23] </w:t>
      </w:r>
      <w:r>
        <w:t>Here we are—we all are on test. We are put on test. So we have to accept less than the ideal position.</w:t>
      </w:r>
    </w:p>
    <w:p>
      <w:pPr>
        <w:jc w:val="right"/>
      </w:pPr>
      <w:r>
        <w:t>Here we are—we all are on test. We are put on test. So we have to accept less than the ideal position.</w:t>
      </w:r>
    </w:p>
    <w:p>
      <w:r>
        <w:rPr>
          <w:b/>
        </w:rPr>
        <w:t xml:space="preserve">[21:38] </w:t>
      </w:r>
      <w:r>
        <w:t>Ideal cannot be achieved in this world.</w:t>
      </w:r>
    </w:p>
    <w:p>
      <w:pPr>
        <w:jc w:val="right"/>
      </w:pPr>
      <w:r>
        <w:t>Ideal cannot be achieved in this world.</w:t>
      </w:r>
    </w:p>
    <w:p>
      <w:r>
        <w:rPr>
          <w:b/>
        </w:rPr>
        <w:t xml:space="preserve">[21:45] </w:t>
      </w:r>
      <w:r>
        <w:t>This was the first to be proclaimed by the Prophet of Islam. All the philosophers of the history were obsessed with idealism because they were unaware of the creational plan of God</w:t>
      </w:r>
    </w:p>
    <w:p>
      <w:pPr>
        <w:jc w:val="right"/>
      </w:pPr>
      <w:r>
        <w:t>This was the first to be proclaimed by the Prophet of Islam. All the philosophers of the history were obsessed with idealism because they were unaware of the creational plan of God</w:t>
      </w:r>
    </w:p>
    <w:p>
      <w:r>
        <w:rPr>
          <w:b/>
        </w:rPr>
        <w:t xml:space="preserve">[22:03] </w:t>
      </w:r>
      <w:r>
        <w:t>. It was the Prophet of Islam who</w:t>
      </w:r>
    </w:p>
    <w:p>
      <w:pPr>
        <w:jc w:val="right"/>
      </w:pPr>
      <w:r>
        <w:t>. It was the Prophet of Islam who</w:t>
      </w:r>
    </w:p>
    <w:p>
      <w:r>
        <w:rPr>
          <w:b/>
        </w:rPr>
        <w:t xml:space="preserve">[22:09] </w:t>
      </w:r>
      <w:r>
        <w:t>told us about the creational plan of God. He told us that in this world, you have to accept less than the ideal position.</w:t>
      </w:r>
    </w:p>
    <w:p>
      <w:pPr>
        <w:jc w:val="right"/>
      </w:pPr>
      <w:r>
        <w:t>told us about the creational plan of God. He told us that in this world, you have to accept less than the ideal position.</w:t>
      </w:r>
    </w:p>
    <w:p>
      <w:r>
        <w:rPr>
          <w:b/>
        </w:rPr>
        <w:t xml:space="preserve">[22:22] </w:t>
      </w:r>
      <w:r>
        <w:t>Otherwise, you will be—you will be</w:t>
      </w:r>
    </w:p>
    <w:p>
      <w:pPr>
        <w:jc w:val="right"/>
      </w:pPr>
      <w:r>
        <w:t>Otherwise, you will be—you will be</w:t>
      </w:r>
    </w:p>
    <w:p>
      <w:r>
        <w:rPr>
          <w:b/>
        </w:rPr>
        <w:t xml:space="preserve">[22:28] </w:t>
      </w:r>
      <w:r>
        <w:t>lived in despair and die in despair.</w:t>
      </w:r>
    </w:p>
    <w:p>
      <w:pPr>
        <w:jc w:val="right"/>
      </w:pPr>
      <w:r>
        <w:t>lived in despair and die in despair.</w:t>
      </w:r>
    </w:p>
    <w:p>
      <w:r>
        <w:rPr>
          <w:b/>
        </w:rPr>
        <w:t xml:space="preserve">[22:34] </w:t>
      </w:r>
      <w:r>
        <w:t>Then</w:t>
      </w:r>
    </w:p>
    <w:p>
      <w:pPr>
        <w:jc w:val="right"/>
      </w:pPr>
      <w:r>
        <w:t>Then</w:t>
      </w:r>
    </w:p>
    <w:p>
      <w:r>
        <w:rPr>
          <w:b/>
        </w:rPr>
        <w:t xml:space="preserve">[22:40] </w:t>
      </w:r>
      <w:r>
        <w:t>all the reformers were obsessed with the problem. Every reformer, every reformer,</w:t>
      </w:r>
    </w:p>
    <w:p>
      <w:pPr>
        <w:jc w:val="right"/>
      </w:pPr>
      <w:r>
        <w:t>all the reformers were obsessed with the problem. Every reformer, every reformer,</w:t>
      </w:r>
    </w:p>
    <w:p>
      <w:r>
        <w:rPr>
          <w:b/>
        </w:rPr>
        <w:t xml:space="preserve">[22:54] </w:t>
      </w:r>
      <w:r>
        <w:t>when they wanted to do something, they found that there are problems. Life is like a rose plant.</w:t>
      </w:r>
    </w:p>
    <w:p>
      <w:pPr>
        <w:jc w:val="right"/>
      </w:pPr>
      <w:r>
        <w:t>when they wanted to do something, they found that there are problems. Life is like a rose plant.</w:t>
      </w:r>
    </w:p>
    <w:p>
      <w:r>
        <w:rPr>
          <w:b/>
        </w:rPr>
        <w:t xml:space="preserve">[23:05] </w:t>
      </w:r>
      <w:r>
        <w:t>There are flowers, but there are thorns. So all the thinkers, all the reformers wanted to—they took the problem as an obstacle, as an obstacle.</w:t>
      </w:r>
    </w:p>
    <w:p>
      <w:pPr>
        <w:jc w:val="right"/>
      </w:pPr>
      <w:r>
        <w:t>There are flowers, but there are thorns. So all the thinkers, all the reformers wanted to—they took the problem as an obstacle, as an obstacle.</w:t>
      </w:r>
    </w:p>
    <w:p>
      <w:r>
        <w:rPr>
          <w:b/>
        </w:rPr>
        <w:t xml:space="preserve">[23:24] </w:t>
      </w:r>
      <w:r>
        <w:t>All these reformers took the problems as obstacles.</w:t>
      </w:r>
    </w:p>
    <w:p>
      <w:pPr>
        <w:jc w:val="right"/>
      </w:pPr>
      <w:r>
        <w:t>All these reformers took the problems as obstacles.</w:t>
      </w:r>
    </w:p>
    <w:p>
      <w:r>
        <w:rPr>
          <w:b/>
        </w:rPr>
        <w:t xml:space="preserve">[23:35] </w:t>
      </w:r>
      <w:r>
        <w:t>So they wanted to remove these obstacles.</w:t>
      </w:r>
    </w:p>
    <w:p>
      <w:pPr>
        <w:jc w:val="right"/>
      </w:pPr>
      <w:r>
        <w:t>So they wanted to remove these obstacles.</w:t>
      </w:r>
    </w:p>
    <w:p>
      <w:r>
        <w:rPr>
          <w:b/>
        </w:rPr>
        <w:t xml:space="preserve">[23:43] </w:t>
      </w:r>
      <w:r>
        <w:t>It was their thinking that without removing the problem, we cannot do anything.</w:t>
      </w:r>
    </w:p>
    <w:p>
      <w:pPr>
        <w:jc w:val="right"/>
      </w:pPr>
      <w:r>
        <w:t>It was their thinking that without removing the problem, we cannot do anything.</w:t>
      </w:r>
    </w:p>
    <w:p>
      <w:r>
        <w:rPr>
          <w:b/>
        </w:rPr>
        <w:t xml:space="preserve">[23:58] </w:t>
      </w:r>
      <w:r>
        <w:t>So all the reformers were engaged in fighting, and they failed to establish their dream world because all were engaged in problems.</w:t>
      </w:r>
    </w:p>
    <w:p>
      <w:pPr>
        <w:jc w:val="right"/>
      </w:pPr>
      <w:r>
        <w:t>So all the reformers were engaged in fighting, and they failed to establish their dream world because all were engaged in problems.</w:t>
      </w:r>
    </w:p>
    <w:p>
      <w:r>
        <w:rPr>
          <w:b/>
        </w:rPr>
        <w:t xml:space="preserve">[24:22] </w:t>
      </w:r>
      <w:r>
        <w:t>They took problems as a permanent obstacle.</w:t>
      </w:r>
    </w:p>
    <w:p>
      <w:pPr>
        <w:jc w:val="right"/>
      </w:pPr>
      <w:r>
        <w:t>They took problems as a permanent obstacle.</w:t>
      </w:r>
    </w:p>
    <w:p>
      <w:r>
        <w:rPr>
          <w:b/>
        </w:rPr>
        <w:t xml:space="preserve">[24:33] </w:t>
      </w:r>
      <w:r>
        <w:t>Now, first, the Prophet of Islam</w:t>
      </w:r>
    </w:p>
    <w:p>
      <w:pPr>
        <w:jc w:val="right"/>
      </w:pPr>
      <w:r>
        <w:t>Now, first, the Prophet of Islam</w:t>
      </w:r>
    </w:p>
    <w:p>
      <w:r>
        <w:rPr>
          <w:b/>
        </w:rPr>
        <w:t xml:space="preserve">[24:42] </w:t>
      </w:r>
      <w:r>
        <w:t>told us that</w:t>
      </w:r>
    </w:p>
    <w:p>
      <w:pPr>
        <w:jc w:val="right"/>
      </w:pPr>
      <w:r>
        <w:t>told us that</w:t>
      </w:r>
    </w:p>
    <w:p>
      <w:r>
        <w:rPr>
          <w:b/>
        </w:rPr>
        <w:t xml:space="preserve">[24:46] </w:t>
      </w:r>
      <w:r>
        <w:t>the problem is an</w:t>
      </w:r>
    </w:p>
    <w:p>
      <w:pPr>
        <w:jc w:val="right"/>
      </w:pPr>
      <w:r>
        <w:t>the problem is an</w:t>
      </w:r>
    </w:p>
    <w:p>
      <w:r>
        <w:rPr>
          <w:b/>
        </w:rPr>
        <w:t xml:space="preserve">[24:51] </w:t>
      </w:r>
      <w:r>
        <w:t>integral part of life. You cannot remove problems just like a thorn.</w:t>
      </w:r>
    </w:p>
    <w:p>
      <w:pPr>
        <w:jc w:val="right"/>
      </w:pPr>
      <w:r>
        <w:t>integral part of life. You cannot remove problems just like a thorn.</w:t>
      </w:r>
    </w:p>
    <w:p>
      <w:r>
        <w:rPr>
          <w:b/>
        </w:rPr>
        <w:t xml:space="preserve">[24:59] </w:t>
      </w:r>
      <w:r>
        <w:t>You cannot remove thorns from a rose plant. You have to accept thorns.</w:t>
      </w:r>
    </w:p>
    <w:p>
      <w:pPr>
        <w:jc w:val="right"/>
      </w:pPr>
      <w:r>
        <w:t>You cannot remove thorns from a rose plant. You have to accept thorns.</w:t>
      </w:r>
    </w:p>
    <w:p>
      <w:r>
        <w:rPr>
          <w:b/>
        </w:rPr>
        <w:t xml:space="preserve">[25:11] </w:t>
      </w:r>
      <w:r>
        <w:t>It is beyond our capacity to remove all those thorns. So is the case of life.</w:t>
      </w:r>
    </w:p>
    <w:p>
      <w:pPr>
        <w:jc w:val="right"/>
      </w:pPr>
      <w:r>
        <w:t>It is beyond our capacity to remove all those thorns. So is the case of life.</w:t>
      </w:r>
    </w:p>
    <w:p>
      <w:r>
        <w:rPr>
          <w:b/>
        </w:rPr>
        <w:t xml:space="preserve">[25:21] </w:t>
      </w:r>
      <w:r>
        <w:t>In our life, in our society, also there are problems. These problems are not evil.</w:t>
      </w:r>
    </w:p>
    <w:p>
      <w:pPr>
        <w:jc w:val="right"/>
      </w:pPr>
      <w:r>
        <w:t>In our life, in our society, also there are problems. These problems are not evil.</w:t>
      </w:r>
    </w:p>
    <w:p>
      <w:r>
        <w:rPr>
          <w:b/>
        </w:rPr>
        <w:t xml:space="preserve">[25:35] </w:t>
      </w:r>
      <w:r>
        <w:t>They are a part of society. Then the Prophet of Islam said that, "Innamal osra yisra, innamal osra yisra." According to the law of nature, with every problem, there are opportunities.</w:t>
      </w:r>
    </w:p>
    <w:p>
      <w:pPr>
        <w:jc w:val="right"/>
      </w:pPr>
      <w:r>
        <w:t>They are a part of society. Then the Prophet of Islam said that, "Innamal osra yisra, innamal osra yisra." According to the law of nature, with every problem, there are opportunities.</w:t>
      </w:r>
    </w:p>
    <w:p>
      <w:r>
        <w:rPr>
          <w:b/>
        </w:rPr>
        <w:t xml:space="preserve">[25:56] </w:t>
      </w:r>
      <w:r>
        <w:t>With every problem, there are opportunities. So he gave a new formula.</w:t>
      </w:r>
    </w:p>
    <w:p>
      <w:pPr>
        <w:jc w:val="right"/>
      </w:pPr>
      <w:r>
        <w:t>With every problem, there are opportunities. So he gave a new formula.</w:t>
      </w:r>
    </w:p>
    <w:p>
      <w:r>
        <w:rPr>
          <w:b/>
        </w:rPr>
        <w:t xml:space="preserve">[26:08] </w:t>
      </w:r>
      <w:r>
        <w:t>The formula adopted by all the reformers was to remove the problems so that we may be able to establish our required society.</w:t>
      </w:r>
    </w:p>
    <w:p>
      <w:pPr>
        <w:jc w:val="right"/>
      </w:pPr>
      <w:r>
        <w:t>The formula adopted by all the reformers was to remove the problems so that we may be able to establish our required society.</w:t>
      </w:r>
    </w:p>
    <w:p>
      <w:r>
        <w:rPr>
          <w:b/>
        </w:rPr>
        <w:t xml:space="preserve">[26:22] </w:t>
      </w:r>
      <w:r>
        <w:t>But this formula was not practicable. It was not feasible.</w:t>
      </w:r>
    </w:p>
    <w:p>
      <w:pPr>
        <w:jc w:val="right"/>
      </w:pPr>
      <w:r>
        <w:t>But this formula was not practicable. It was not feasible.</w:t>
      </w:r>
    </w:p>
    <w:p>
      <w:r>
        <w:rPr>
          <w:b/>
        </w:rPr>
        <w:t xml:space="preserve">[26:28] </w:t>
      </w:r>
      <w:r>
        <w:t>The Prophet of Islam gave us another formula. That was, "Ignore the problems and avail the opportunities." This is the realistic approach of life.</w:t>
      </w:r>
    </w:p>
    <w:p>
      <w:pPr>
        <w:jc w:val="right"/>
      </w:pPr>
      <w:r>
        <w:t>The Prophet of Islam gave us another formula. That was, "Ignore the problems and avail the opportunities." This is the realistic approach of life.</w:t>
      </w:r>
    </w:p>
    <w:p>
      <w:r>
        <w:rPr>
          <w:b/>
        </w:rPr>
        <w:t xml:space="preserve">[26:44] </w:t>
      </w:r>
      <w:r>
        <w:t>When you cannot remove thorns, you have to accept the rose, the flowers. So when we are not in a position to eliminate all those problems,</w:t>
      </w:r>
    </w:p>
    <w:p>
      <w:pPr>
        <w:jc w:val="right"/>
      </w:pPr>
      <w:r>
        <w:t>When you cannot remove thorns, you have to accept the rose, the flowers. So when we are not in a position to eliminate all those problems,</w:t>
      </w:r>
    </w:p>
    <w:p>
      <w:r>
        <w:rPr>
          <w:b/>
        </w:rPr>
        <w:t xml:space="preserve">[27:01] </w:t>
      </w:r>
      <w:r>
        <w:t>we have to be realistic. We have to accept it as a fact. But he told us that it is a law of nature that with every problem, there are some opportunities.</w:t>
      </w:r>
    </w:p>
    <w:p>
      <w:pPr>
        <w:jc w:val="right"/>
      </w:pPr>
      <w:r>
        <w:t>we have to be realistic. We have to accept it as a fact. But he told us that it is a law of nature that with every problem, there are some opportunities.</w:t>
      </w:r>
    </w:p>
    <w:p>
      <w:r>
        <w:rPr>
          <w:b/>
        </w:rPr>
        <w:t xml:space="preserve">[27:22] </w:t>
      </w:r>
      <w:r>
        <w:t>So the real formula, the natural formula, is that, "Ignore the problems and avail the opportunities." So by adopting this formula, he</w:t>
      </w:r>
    </w:p>
    <w:p>
      <w:pPr>
        <w:jc w:val="right"/>
      </w:pPr>
      <w:r>
        <w:t>So the real formula, the natural formula, is that, "Ignore the problems and avail the opportunities." So by adopting this formula, he</w:t>
      </w:r>
    </w:p>
    <w:p>
      <w:r>
        <w:rPr>
          <w:b/>
        </w:rPr>
        <w:t xml:space="preserve">[27:41] </w:t>
      </w:r>
      <w:r>
        <w:t>achieved great success.</w:t>
      </w:r>
    </w:p>
    <w:p>
      <w:pPr>
        <w:jc w:val="right"/>
      </w:pPr>
      <w:r>
        <w:t>achieved great success.</w:t>
      </w:r>
    </w:p>
    <w:p>
      <w:r>
        <w:rPr>
          <w:b/>
        </w:rPr>
        <w:t xml:space="preserve">[27:50] </w:t>
      </w:r>
      <w:r>
        <w:t>And</w:t>
      </w:r>
    </w:p>
    <w:p>
      <w:pPr>
        <w:jc w:val="right"/>
      </w:pPr>
      <w:r>
        <w:t>And</w:t>
      </w:r>
    </w:p>
    <w:p>
      <w:r>
        <w:rPr>
          <w:b/>
        </w:rPr>
        <w:t xml:space="preserve">[27:54] </w:t>
      </w:r>
      <w:r>
        <w:t>a British historian, E. Clette, has described this formula in these words: "Muhammad faced adversity with determination, with the determination to wring success out of failure."</w:t>
      </w:r>
    </w:p>
    <w:p>
      <w:pPr>
        <w:jc w:val="right"/>
      </w:pPr>
      <w:r>
        <w:t>a British historian, E. Clette, has described this formula in these words: "Muhammad faced adversity with determination, with the determination to wring success out of failure."</w:t>
      </w:r>
    </w:p>
    <w:p>
      <w:r>
        <w:rPr>
          <w:b/>
        </w:rPr>
        <w:t xml:space="preserve">[28:11] </w:t>
      </w:r>
      <w:r>
        <w:t>But I say that the formula was this: "Ignore the problems and avail the opportunities."</w:t>
      </w:r>
    </w:p>
    <w:p>
      <w:pPr>
        <w:jc w:val="right"/>
      </w:pPr>
      <w:r>
        <w:t>But I say that the formula was this: "Ignore the problems and avail the opportunities."</w:t>
      </w:r>
    </w:p>
    <w:p>
      <w:r>
        <w:rPr>
          <w:b/>
        </w:rPr>
        <w:t xml:space="preserve">[28:25] </w:t>
      </w:r>
      <w:r>
        <w:t>So this was a successful—this is the only successful formula in this world.</w:t>
      </w:r>
    </w:p>
    <w:p>
      <w:pPr>
        <w:jc w:val="right"/>
      </w:pPr>
      <w:r>
        <w:t>So this was a successful—this is the only successful formula in this world.</w:t>
      </w:r>
    </w:p>
    <w:p>
      <w:r>
        <w:rPr>
          <w:b/>
        </w:rPr>
        <w:t xml:space="preserve">[28:32] </w:t>
      </w:r>
      <w:r>
        <w:t>No other formula is available. This is the only natural formula.</w:t>
      </w:r>
    </w:p>
    <w:p>
      <w:pPr>
        <w:jc w:val="right"/>
      </w:pPr>
      <w:r>
        <w:t>No other formula is available. This is the only natural formula.</w:t>
      </w:r>
    </w:p>
    <w:p>
      <w:r>
        <w:rPr>
          <w:b/>
        </w:rPr>
        <w:t xml:space="preserve">[28:41] </w:t>
      </w:r>
      <w:r>
        <w:t>This is the only realistic formula. Then the Prophet of Islam gave us another</w:t>
      </w:r>
    </w:p>
    <w:p>
      <w:pPr>
        <w:jc w:val="right"/>
      </w:pPr>
      <w:r>
        <w:t>This is the only realistic formula. Then the Prophet of Islam gave us another</w:t>
      </w:r>
    </w:p>
    <w:p>
      <w:r>
        <w:rPr>
          <w:b/>
        </w:rPr>
        <w:t xml:space="preserve">[28:51] </w:t>
      </w:r>
      <w:r>
        <w:t>principle.</w:t>
      </w:r>
    </w:p>
    <w:p>
      <w:pPr>
        <w:jc w:val="right"/>
      </w:pPr>
      <w:r>
        <w:t>principle.</w:t>
      </w:r>
    </w:p>
    <w:p>
      <w:r>
        <w:rPr>
          <w:b/>
        </w:rPr>
        <w:t xml:space="preserve">[28:55] </w:t>
      </w:r>
      <w:r>
        <w:t>There is a problem: how to live in a multi-religious society. So the previous formula adopted by the people was that, "Accept the state religion." So you know, before the Prophet of Islam, there was religious persecution in every country.</w:t>
      </w:r>
    </w:p>
    <w:p>
      <w:pPr>
        <w:jc w:val="right"/>
      </w:pPr>
      <w:r>
        <w:t>There is a problem: how to live in a multi-religious society. So the previous formula adopted by the people was that, "Accept the state religion." So you know, before the Prophet of Islam, there was religious persecution in every country.</w:t>
      </w:r>
    </w:p>
    <w:p>
      <w:r>
        <w:rPr>
          <w:b/>
        </w:rPr>
        <w:t xml:space="preserve">[29:21] </w:t>
      </w:r>
      <w:r>
        <w:t>Religious persecution was the</w:t>
      </w:r>
    </w:p>
    <w:p>
      <w:pPr>
        <w:jc w:val="right"/>
      </w:pPr>
      <w:r>
        <w:t>Religious persecution was the</w:t>
      </w:r>
    </w:p>
    <w:p>
      <w:r>
        <w:rPr>
          <w:b/>
        </w:rPr>
        <w:t xml:space="preserve">[29:29] </w:t>
      </w:r>
      <w:r>
        <w:t>formula adopted almost by all the nations, all the countries.</w:t>
      </w:r>
    </w:p>
    <w:p>
      <w:pPr>
        <w:jc w:val="right"/>
      </w:pPr>
      <w:r>
        <w:t>formula adopted almost by all the nations, all the countries.</w:t>
      </w:r>
    </w:p>
    <w:p>
      <w:r>
        <w:rPr>
          <w:b/>
        </w:rPr>
        <w:t xml:space="preserve">[29:39] </w:t>
      </w:r>
      <w:r>
        <w:t>Under this religious persecution, there was no peace</w:t>
      </w:r>
    </w:p>
    <w:p>
      <w:pPr>
        <w:jc w:val="right"/>
      </w:pPr>
      <w:r>
        <w:t>Under this religious persecution, there was no peace</w:t>
      </w:r>
    </w:p>
    <w:p>
      <w:r>
        <w:rPr>
          <w:b/>
        </w:rPr>
        <w:t xml:space="preserve">[29:46] </w:t>
      </w:r>
      <w:r>
        <w:t>. Now, the Prophet of Islam gave another formula, that is, "Lakum din, lakum waliyyah din." "For you, your religion; for me, mine." In other words,</w:t>
      </w:r>
    </w:p>
    <w:p>
      <w:pPr>
        <w:jc w:val="right"/>
      </w:pPr>
      <w:r>
        <w:t>. Now, the Prophet of Islam gave another formula, that is, "Lakum din, lakum waliyyah din." "For you, your religion; for me, mine." In other words,</w:t>
      </w:r>
    </w:p>
    <w:p>
      <w:r>
        <w:rPr>
          <w:b/>
        </w:rPr>
        <w:t xml:space="preserve">[30:01] </w:t>
      </w:r>
      <w:r>
        <w:t>"Follow one and respect all." This was the simple formula in a multi-religious society.</w:t>
      </w:r>
    </w:p>
    <w:p>
      <w:pPr>
        <w:jc w:val="right"/>
      </w:pPr>
      <w:r>
        <w:t>"Follow one and respect all." This was the simple formula in a multi-religious society.</w:t>
      </w:r>
    </w:p>
    <w:p>
      <w:r>
        <w:rPr>
          <w:b/>
        </w:rPr>
        <w:t xml:space="preserve">[30:11] </w:t>
      </w:r>
      <w:r>
        <w:t>This formula was based on the principle of coexistence, religious coexistence.</w:t>
      </w:r>
    </w:p>
    <w:p>
      <w:pPr>
        <w:jc w:val="right"/>
      </w:pPr>
      <w:r>
        <w:t>This formula was based on the principle of coexistence, religious coexistence.</w:t>
      </w:r>
    </w:p>
    <w:p>
      <w:r>
        <w:rPr>
          <w:b/>
        </w:rPr>
        <w:t xml:space="preserve">[30:24] </w:t>
      </w:r>
      <w:r>
        <w:t>So the Prophet of Islam was the first to give this formula. In the pre-Muhammad period, in every time, in every age, there were religious persecutions.</w:t>
      </w:r>
    </w:p>
    <w:p>
      <w:pPr>
        <w:jc w:val="right"/>
      </w:pPr>
      <w:r>
        <w:t>So the Prophet of Islam was the first to give this formula. In the pre-Muhammad period, in every time, in every age, there were religious persecutions.</w:t>
      </w:r>
    </w:p>
    <w:p>
      <w:r>
        <w:rPr>
          <w:b/>
        </w:rPr>
        <w:t xml:space="preserve">[30:37] </w:t>
      </w:r>
      <w:r>
        <w:t>Religious persecution means that the state religion is the only religion. No one was allowed to follow any other religion.</w:t>
      </w:r>
    </w:p>
    <w:p>
      <w:pPr>
        <w:jc w:val="right"/>
      </w:pPr>
      <w:r>
        <w:t>Religious persecution means that the state religion is the only religion. No one was allowed to follow any other religion.</w:t>
      </w:r>
    </w:p>
    <w:p>
      <w:r>
        <w:rPr>
          <w:b/>
        </w:rPr>
        <w:t xml:space="preserve">[30:53] </w:t>
      </w:r>
      <w:r>
        <w:t>In the pre-Muhammad era, no one was allowed to follow any religion other than the state.</w:t>
      </w:r>
    </w:p>
    <w:p>
      <w:pPr>
        <w:jc w:val="right"/>
      </w:pPr>
      <w:r>
        <w:t>In the pre-Muhammad era, no one was allowed to follow any religion other than the state.</w:t>
      </w:r>
    </w:p>
    <w:p>
      <w:r>
        <w:rPr>
          <w:b/>
        </w:rPr>
        <w:t xml:space="preserve">[31:02] </w:t>
      </w:r>
      <w:r>
        <w:t>So this kind of principle created religious persecution. And religious persecution was the worst thing in the society.</w:t>
      </w:r>
    </w:p>
    <w:p>
      <w:pPr>
        <w:jc w:val="right"/>
      </w:pPr>
      <w:r>
        <w:t>So this kind of principle created religious persecution. And religious persecution was the worst thing in the society.</w:t>
      </w:r>
    </w:p>
    <w:p>
      <w:r>
        <w:rPr>
          <w:b/>
        </w:rPr>
        <w:t xml:space="preserve">[31:17] </w:t>
      </w:r>
      <w:r>
        <w:t>The Prophet of Islam gave this formula: "Follow one and respect all." "Lakum din, lakum waliyyah din." This formula was based on tolerance</w:t>
      </w:r>
    </w:p>
    <w:p>
      <w:pPr>
        <w:jc w:val="right"/>
      </w:pPr>
      <w:r>
        <w:t>The Prophet of Islam gave this formula: "Follow one and respect all." "Lakum din, lakum waliyyah din." This formula was based on tolerance</w:t>
      </w:r>
    </w:p>
    <w:p>
      <w:r>
        <w:rPr>
          <w:b/>
        </w:rPr>
        <w:t xml:space="preserve">[31:30] </w:t>
      </w:r>
      <w:r>
        <w:t>. The previous formula was based on persecution. But this formula, this prophetic formula, was based on tolerance, on tolerance.</w:t>
      </w:r>
    </w:p>
    <w:p>
      <w:pPr>
        <w:jc w:val="right"/>
      </w:pPr>
      <w:r>
        <w:t>. The previous formula was based on persecution. But this formula, this prophetic formula, was based on tolerance, on tolerance.</w:t>
      </w:r>
    </w:p>
    <w:p>
      <w:r>
        <w:rPr>
          <w:b/>
        </w:rPr>
        <w:t xml:space="preserve">[31:46] </w:t>
      </w:r>
      <w:r>
        <w:t>It was this formula that</w:t>
      </w:r>
    </w:p>
    <w:p>
      <w:pPr>
        <w:jc w:val="right"/>
      </w:pPr>
      <w:r>
        <w:t>It was this formula that</w:t>
      </w:r>
    </w:p>
    <w:p>
      <w:r>
        <w:rPr>
          <w:b/>
        </w:rPr>
        <w:t xml:space="preserve">[31:51] </w:t>
      </w:r>
      <w:r>
        <w:t>started a new process in the history that we may call freedom. Now we enjoy freedom.</w:t>
      </w:r>
    </w:p>
    <w:p>
      <w:pPr>
        <w:jc w:val="right"/>
      </w:pPr>
      <w:r>
        <w:t>started a new process in the history that we may call freedom. Now we enjoy freedom.</w:t>
      </w:r>
    </w:p>
    <w:p>
      <w:r>
        <w:rPr>
          <w:b/>
        </w:rPr>
        <w:t xml:space="preserve">[32:02] </w:t>
      </w:r>
      <w:r>
        <w:t>Now we are living in a in a society of freedom. Now freedom is a part of every society.</w:t>
      </w:r>
    </w:p>
    <w:p>
      <w:pPr>
        <w:jc w:val="right"/>
      </w:pPr>
      <w:r>
        <w:t>Now we are living in a in a society of freedom. Now freedom is a part of every society.</w:t>
      </w:r>
    </w:p>
    <w:p>
      <w:r>
        <w:rPr>
          <w:b/>
        </w:rPr>
        <w:t xml:space="preserve">[32:11] </w:t>
      </w:r>
      <w:r>
        <w:t>But who was to initiate this kind of con</w:t>
      </w:r>
    </w:p>
    <w:p>
      <w:pPr>
        <w:jc w:val="right"/>
      </w:pPr>
      <w:r>
        <w:t>But who was to initiate this kind of con</w:t>
      </w:r>
    </w:p>
    <w:p>
      <w:r>
        <w:rPr>
          <w:b/>
        </w:rPr>
        <w:t xml:space="preserve">[32:15] </w:t>
      </w:r>
      <w:r>
        <w:t>cept? It was the Prophet of Islam who initiated this process. Now, the present concept of freedom is only a culmination of that process</w:t>
      </w:r>
    </w:p>
    <w:p>
      <w:pPr>
        <w:jc w:val="right"/>
      </w:pPr>
      <w:r>
        <w:t>cept? It was the Prophet of Islam who initiated this process. Now, the present concept of freedom is only a culmination of that process</w:t>
      </w:r>
    </w:p>
    <w:p>
      <w:r>
        <w:rPr>
          <w:b/>
        </w:rPr>
        <w:t xml:space="preserve">[32:32] </w:t>
      </w:r>
      <w:r>
        <w:t>. Then there was a great problem. All the reformers, all the reformers, and all the thinkers were obsessed with politics.</w:t>
      </w:r>
    </w:p>
    <w:p>
      <w:pPr>
        <w:jc w:val="right"/>
      </w:pPr>
      <w:r>
        <w:t>. Then there was a great problem. All the reformers, all the reformers, and all the thinkers were obsessed with politics.</w:t>
      </w:r>
    </w:p>
    <w:p>
      <w:r>
        <w:rPr>
          <w:b/>
        </w:rPr>
        <w:t xml:space="preserve">[32:47] </w:t>
      </w:r>
      <w:r>
        <w:t>Everyone wanted political power. Their thinking was based on political power.</w:t>
      </w:r>
    </w:p>
    <w:p>
      <w:pPr>
        <w:jc w:val="right"/>
      </w:pPr>
      <w:r>
        <w:t>Everyone wanted political power. Their thinking was based on political power.</w:t>
      </w:r>
    </w:p>
    <w:p>
      <w:r>
        <w:rPr>
          <w:b/>
        </w:rPr>
        <w:t xml:space="preserve">[32:57] </w:t>
      </w:r>
      <w:r>
        <w:t>The Prophet of Islam was the first in history who</w:t>
      </w:r>
    </w:p>
    <w:p>
      <w:pPr>
        <w:jc w:val="right"/>
      </w:pPr>
      <w:r>
        <w:t>The Prophet of Islam was the first in history who</w:t>
      </w:r>
    </w:p>
    <w:p>
      <w:r>
        <w:rPr>
          <w:b/>
        </w:rPr>
        <w:t xml:space="preserve">[33:03] </w:t>
      </w:r>
      <w:r>
        <w:t>depoliticized</w:t>
      </w:r>
    </w:p>
    <w:p>
      <w:pPr>
        <w:jc w:val="right"/>
      </w:pPr>
      <w:r>
        <w:t>depoliticized</w:t>
      </w:r>
    </w:p>
    <w:p>
      <w:r>
        <w:rPr>
          <w:b/>
        </w:rPr>
        <w:t xml:space="preserve">[33:11] </w:t>
      </w:r>
      <w:r>
        <w:t>the human society. He was the first in history</w:t>
      </w:r>
    </w:p>
    <w:p>
      <w:pPr>
        <w:jc w:val="right"/>
      </w:pPr>
      <w:r>
        <w:t>the human society. He was the first in history</w:t>
      </w:r>
    </w:p>
    <w:p>
      <w:r>
        <w:rPr>
          <w:b/>
        </w:rPr>
        <w:t xml:space="preserve">[33:20] </w:t>
      </w:r>
      <w:r>
        <w:t>who gave this formula that politics is simply—political power is simply an administration. Political power is simply for administration.</w:t>
      </w:r>
    </w:p>
    <w:p>
      <w:pPr>
        <w:jc w:val="right"/>
      </w:pPr>
      <w:r>
        <w:t>who gave this formula that politics is simply—political power is simply an administration. Political power is simply for administration.</w:t>
      </w:r>
    </w:p>
    <w:p>
      <w:r>
        <w:rPr>
          <w:b/>
        </w:rPr>
        <w:t xml:space="preserve">[33:36] </w:t>
      </w:r>
      <w:r>
        <w:t>And all other aspects of life must be free. For example, education, da'wah work, industry, education—all these institutions must be free.</w:t>
      </w:r>
    </w:p>
    <w:p>
      <w:pPr>
        <w:jc w:val="right"/>
      </w:pPr>
      <w:r>
        <w:t>And all other aspects of life must be free. For example, education, da'wah work, industry, education—all these institutions must be free.</w:t>
      </w:r>
    </w:p>
    <w:p>
      <w:r>
        <w:rPr>
          <w:b/>
        </w:rPr>
        <w:t xml:space="preserve">[33:51] </w:t>
      </w:r>
      <w:r>
        <w:t>So the Prophet of Islam gave this formula to decentralize the politics,</w:t>
      </w:r>
    </w:p>
    <w:p>
      <w:pPr>
        <w:jc w:val="right"/>
      </w:pPr>
      <w:r>
        <w:t>So the Prophet of Islam gave this formula to decentralize the politics,</w:t>
      </w:r>
    </w:p>
    <w:p>
      <w:r>
        <w:rPr>
          <w:b/>
        </w:rPr>
        <w:t xml:space="preserve">[34:03] </w:t>
      </w:r>
      <w:r>
        <w:t>to decentralize the politics. Now we are living in an age where everything is free.</w:t>
      </w:r>
    </w:p>
    <w:p>
      <w:pPr>
        <w:jc w:val="right"/>
      </w:pPr>
      <w:r>
        <w:t>to decentralize the politics. Now we are living in an age where everything is free.</w:t>
      </w:r>
    </w:p>
    <w:p>
      <w:r>
        <w:rPr>
          <w:b/>
        </w:rPr>
        <w:t xml:space="preserve">[34:13] </w:t>
      </w:r>
      <w:r>
        <w:t>Now we call the government as an administration. Now the government is called administration, simply administration.</w:t>
      </w:r>
    </w:p>
    <w:p>
      <w:pPr>
        <w:jc w:val="right"/>
      </w:pPr>
      <w:r>
        <w:t>Now we call the government as an administration. Now the government is called administration, simply administration.</w:t>
      </w:r>
    </w:p>
    <w:p>
      <w:r>
        <w:rPr>
          <w:b/>
        </w:rPr>
        <w:t xml:space="preserve">[34:31] </w:t>
      </w:r>
      <w:r>
        <w:t>All other fields are free, like education, industry, scientific research, da'wah work, education.</w:t>
      </w:r>
    </w:p>
    <w:p>
      <w:pPr>
        <w:jc w:val="right"/>
      </w:pPr>
      <w:r>
        <w:t>All other fields are free, like education, industry, scientific research, da'wah work, education.</w:t>
      </w:r>
    </w:p>
    <w:p>
      <w:r>
        <w:rPr>
          <w:b/>
        </w:rPr>
        <w:t xml:space="preserve">[34:42] </w:t>
      </w:r>
      <w:r>
        <w:t>All these fields are free. So we are living in an age where</w:t>
      </w:r>
    </w:p>
    <w:p>
      <w:pPr>
        <w:jc w:val="right"/>
      </w:pPr>
      <w:r>
        <w:t>All these fields are free. So we are living in an age where</w:t>
      </w:r>
    </w:p>
    <w:p>
      <w:r>
        <w:rPr>
          <w:b/>
        </w:rPr>
        <w:t xml:space="preserve">[34:56] </w:t>
      </w:r>
      <w:r>
        <w:t>we live in an age that is—that may be called decentralized politics, decentralized system.</w:t>
      </w:r>
    </w:p>
    <w:p>
      <w:pPr>
        <w:jc w:val="right"/>
      </w:pPr>
      <w:r>
        <w:t>we live in an age that is—that may be called decentralized politics, decentralized system.</w:t>
      </w:r>
    </w:p>
    <w:p>
      <w:r>
        <w:rPr>
          <w:b/>
        </w:rPr>
        <w:t xml:space="preserve">[35:09] </w:t>
      </w:r>
      <w:r>
        <w:t>But this system was initiated by the Prophet of Islam in Madinah.</w:t>
      </w:r>
    </w:p>
    <w:p>
      <w:pPr>
        <w:jc w:val="right"/>
      </w:pPr>
      <w:r>
        <w:t>But this system was initiated by the Prophet of Islam in Madinah.</w:t>
      </w:r>
    </w:p>
    <w:p>
      <w:r>
        <w:rPr>
          <w:b/>
        </w:rPr>
        <w:t xml:space="preserve">[35:20] </w:t>
      </w:r>
      <w:r>
        <w:t>Now our present</w:t>
      </w:r>
    </w:p>
    <w:p>
      <w:pPr>
        <w:jc w:val="right"/>
      </w:pPr>
      <w:r>
        <w:t>Now our present</w:t>
      </w:r>
    </w:p>
    <w:p>
      <w:r>
        <w:rPr>
          <w:b/>
        </w:rPr>
        <w:t xml:space="preserve">[35:29] </w:t>
      </w:r>
      <w:r>
        <w:t>form is a culmination of that</w:t>
      </w:r>
    </w:p>
    <w:p>
      <w:pPr>
        <w:jc w:val="right"/>
      </w:pPr>
      <w:r>
        <w:t>form is a culmination of that</w:t>
      </w:r>
    </w:p>
    <w:p>
      <w:r>
        <w:rPr>
          <w:b/>
        </w:rPr>
        <w:t xml:space="preserve">[35:35] </w:t>
      </w:r>
      <w:r>
        <w:t>beginning. The Prophet of Islam started a new process in history.</w:t>
      </w:r>
    </w:p>
    <w:p>
      <w:pPr>
        <w:jc w:val="right"/>
      </w:pPr>
      <w:r>
        <w:t>beginning. The Prophet of Islam started a new process in history.</w:t>
      </w:r>
    </w:p>
    <w:p>
      <w:r>
        <w:rPr>
          <w:b/>
        </w:rPr>
        <w:t xml:space="preserve">[35:44] </w:t>
      </w:r>
      <w:r>
        <w:t>And the present system is only a culmination of that process.</w:t>
      </w:r>
    </w:p>
    <w:p>
      <w:pPr>
        <w:jc w:val="right"/>
      </w:pPr>
      <w:r>
        <w:t>And the present system is only a culmination of that process.</w:t>
      </w:r>
    </w:p>
    <w:p>
      <w:r>
        <w:rPr>
          <w:b/>
        </w:rPr>
        <w:t xml:space="preserve">[35:59] </w:t>
      </w:r>
      <w:r>
        <w:t>Now, Muslims of the present age are quite unaware of this fact.</w:t>
      </w:r>
    </w:p>
    <w:p>
      <w:pPr>
        <w:jc w:val="right"/>
      </w:pPr>
      <w:r>
        <w:t>Now, Muslims of the present age are quite unaware of this fact.</w:t>
      </w:r>
    </w:p>
    <w:p>
      <w:r>
        <w:rPr>
          <w:b/>
        </w:rPr>
        <w:t xml:space="preserve">[36:09] </w:t>
      </w:r>
      <w:r>
        <w:t>They are obsessed with politics. They fight for political power. They don't know the value of institutions.</w:t>
      </w:r>
    </w:p>
    <w:p>
      <w:pPr>
        <w:jc w:val="right"/>
      </w:pPr>
      <w:r>
        <w:t>They are obsessed with politics. They fight for political power. They don't know the value of institutions.</w:t>
      </w:r>
    </w:p>
    <w:p>
      <w:r>
        <w:rPr>
          <w:b/>
        </w:rPr>
        <w:t xml:space="preserve">[36:20] </w:t>
      </w:r>
      <w:r>
        <w:t>They don't know the value of institutions, of organizations. Now we are living in an age where we are free to establish institutions, to establish organizations.</w:t>
      </w:r>
    </w:p>
    <w:p>
      <w:pPr>
        <w:jc w:val="right"/>
      </w:pPr>
      <w:r>
        <w:t>They don't know the value of institutions, of organizations. Now we are living in an age where we are free to establish institutions, to establish organizations.</w:t>
      </w:r>
    </w:p>
    <w:p>
      <w:r>
        <w:rPr>
          <w:b/>
        </w:rPr>
        <w:t xml:space="preserve">[36:36] </w:t>
      </w:r>
      <w:r>
        <w:t>Except for political administration, every field is free. We can establish</w:t>
      </w:r>
    </w:p>
    <w:p>
      <w:pPr>
        <w:jc w:val="right"/>
      </w:pPr>
      <w:r>
        <w:t>Except for political administration, every field is free. We can establish</w:t>
      </w:r>
    </w:p>
    <w:p>
      <w:r>
        <w:rPr>
          <w:b/>
        </w:rPr>
        <w:t xml:space="preserve">[36:48] </w:t>
      </w:r>
      <w:r>
        <w:t>an educational empire</w:t>
      </w:r>
    </w:p>
    <w:p>
      <w:pPr>
        <w:jc w:val="right"/>
      </w:pPr>
      <w:r>
        <w:t>an educational empire</w:t>
      </w:r>
    </w:p>
    <w:p>
      <w:r>
        <w:rPr>
          <w:b/>
        </w:rPr>
        <w:t xml:space="preserve">[36:50] </w:t>
      </w:r>
      <w:r>
        <w:t>. We can establish a da'wah empire. We can establish an industrial empire. There is no hindrance.</w:t>
      </w:r>
    </w:p>
    <w:p>
      <w:pPr>
        <w:jc w:val="right"/>
      </w:pPr>
      <w:r>
        <w:t>. We can establish a da'wah empire. We can establish an industrial empire. There is no hindrance.</w:t>
      </w:r>
    </w:p>
    <w:p>
      <w:r>
        <w:rPr>
          <w:b/>
        </w:rPr>
        <w:t xml:space="preserve">[37:06] </w:t>
      </w:r>
      <w:r>
        <w:t>So now government is</w:t>
      </w:r>
    </w:p>
    <w:p>
      <w:pPr>
        <w:jc w:val="right"/>
      </w:pPr>
      <w:r>
        <w:t>So now government is</w:t>
      </w:r>
    </w:p>
    <w:p>
      <w:r>
        <w:rPr>
          <w:b/>
        </w:rPr>
        <w:t xml:space="preserve">[37:12] </w:t>
      </w:r>
      <w:r>
        <w:t>reduced to administration.</w:t>
      </w:r>
    </w:p>
    <w:p>
      <w:pPr>
        <w:jc w:val="right"/>
      </w:pPr>
      <w:r>
        <w:t>reduced to administration.</w:t>
      </w:r>
    </w:p>
    <w:p>
      <w:r>
        <w:rPr>
          <w:b/>
        </w:rPr>
        <w:t xml:space="preserve">[37:18] </w:t>
      </w:r>
      <w:r>
        <w:t>And this system, this concept, was given by the Prophet of Islam.</w:t>
      </w:r>
    </w:p>
    <w:p>
      <w:pPr>
        <w:jc w:val="right"/>
      </w:pPr>
      <w:r>
        <w:t>And this system, this concept, was given by the Prophet of Islam.</w:t>
      </w:r>
    </w:p>
    <w:p>
      <w:r>
        <w:rPr>
          <w:b/>
        </w:rPr>
        <w:t xml:space="preserve">[37:28] </w:t>
      </w:r>
      <w:r>
        <w:t>He initiated this thought in the history. He started the process.</w:t>
      </w:r>
    </w:p>
    <w:p>
      <w:pPr>
        <w:jc w:val="right"/>
      </w:pPr>
      <w:r>
        <w:t>He initiated this thought in the history. He started the process.</w:t>
      </w:r>
    </w:p>
    <w:p>
      <w:r>
        <w:rPr>
          <w:b/>
        </w:rPr>
        <w:t xml:space="preserve">[37:37] </w:t>
      </w:r>
      <w:r>
        <w:t>And now we are enjoying the culmination. The present system is only a culmination of that beginning.</w:t>
      </w:r>
    </w:p>
    <w:p>
      <w:pPr>
        <w:jc w:val="right"/>
      </w:pPr>
      <w:r>
        <w:t>And now we are enjoying the culmination. The present system is only a culmination of that beginning.</w:t>
      </w:r>
    </w:p>
    <w:p>
      <w:r>
        <w:rPr>
          <w:b/>
        </w:rPr>
        <w:t xml:space="preserve">[37:47] </w:t>
      </w:r>
      <w:r>
        <w:t>You know, in previous ages, people were living in mythology, in superstitions.</w:t>
      </w:r>
    </w:p>
    <w:p>
      <w:pPr>
        <w:jc w:val="right"/>
      </w:pPr>
      <w:r>
        <w:t>You know, in previous ages, people were living in mythology, in superstitions.</w:t>
      </w:r>
    </w:p>
    <w:p>
      <w:r>
        <w:rPr>
          <w:b/>
        </w:rPr>
        <w:t xml:space="preserve">[38:01] </w:t>
      </w:r>
      <w:r>
        <w:t>All the human races, all mankind was</w:t>
      </w:r>
    </w:p>
    <w:p>
      <w:pPr>
        <w:jc w:val="right"/>
      </w:pPr>
      <w:r>
        <w:t>All the human races, all mankind was</w:t>
      </w:r>
    </w:p>
    <w:p>
      <w:r>
        <w:rPr>
          <w:b/>
        </w:rPr>
        <w:t xml:space="preserve">[38:07] </w:t>
      </w:r>
      <w:r>
        <w:t>living in superstition.</w:t>
      </w:r>
    </w:p>
    <w:p>
      <w:pPr>
        <w:jc w:val="right"/>
      </w:pPr>
      <w:r>
        <w:t>living in superstition.</w:t>
      </w:r>
    </w:p>
    <w:p>
      <w:r>
        <w:rPr>
          <w:b/>
        </w:rPr>
        <w:t xml:space="preserve">[38:12] </w:t>
      </w:r>
      <w:r>
        <w:t>But the Prophet of Islam initiated a new—the Prophet of Islam opened a new chapter in history, that is, a scientific chapter.</w:t>
      </w:r>
    </w:p>
    <w:p>
      <w:pPr>
        <w:jc w:val="right"/>
      </w:pPr>
      <w:r>
        <w:t>But the Prophet of Islam initiated a new—the Prophet of Islam opened a new chapter in history, that is, a scientific chapter.</w:t>
      </w:r>
    </w:p>
    <w:p>
      <w:r>
        <w:rPr>
          <w:b/>
        </w:rPr>
        <w:t xml:space="preserve">[38:23] </w:t>
      </w:r>
      <w:r>
        <w:t>After this scientific revolution, we were able to get rid of these superstitions.</w:t>
      </w:r>
    </w:p>
    <w:p>
      <w:pPr>
        <w:jc w:val="right"/>
      </w:pPr>
      <w:r>
        <w:t>After this scientific revolution, we were able to get rid of these superstitions.</w:t>
      </w:r>
    </w:p>
    <w:p>
      <w:r>
        <w:rPr>
          <w:b/>
        </w:rPr>
        <w:t xml:space="preserve">[38:34] </w:t>
      </w:r>
      <w:r>
        <w:t>This was the great blessing of the Prophet of Islam.</w:t>
      </w:r>
    </w:p>
    <w:p>
      <w:pPr>
        <w:jc w:val="right"/>
      </w:pPr>
      <w:r>
        <w:t>This was the great blessing of the Prophet of Islam.</w:t>
      </w:r>
    </w:p>
    <w:p>
      <w:r>
        <w:rPr>
          <w:b/>
        </w:rPr>
        <w:t xml:space="preserve">[38:45] </w:t>
      </w:r>
      <w:r>
        <w:t>He was able to</w:t>
      </w:r>
    </w:p>
    <w:p>
      <w:pPr>
        <w:jc w:val="right"/>
      </w:pPr>
      <w:r>
        <w:t>He was able to</w:t>
      </w:r>
    </w:p>
    <w:p>
      <w:r>
        <w:rPr>
          <w:b/>
        </w:rPr>
        <w:t xml:space="preserve">[38:49] </w:t>
      </w:r>
      <w:r>
        <w:t>free the people from all</w:t>
      </w:r>
    </w:p>
    <w:p>
      <w:pPr>
        <w:jc w:val="right"/>
      </w:pPr>
      <w:r>
        <w:t>free the people from all</w:t>
      </w:r>
    </w:p>
    <w:p>
      <w:r>
        <w:rPr>
          <w:b/>
        </w:rPr>
        <w:t xml:space="preserve">[38:58] </w:t>
      </w:r>
      <w:r>
        <w:t>these superstitions.</w:t>
      </w:r>
    </w:p>
    <w:p>
      <w:pPr>
        <w:jc w:val="right"/>
      </w:pPr>
      <w:r>
        <w:t>these superstitions.</w:t>
      </w:r>
    </w:p>
    <w:p>
      <w:r>
        <w:rPr>
          <w:b/>
        </w:rPr>
        <w:t xml:space="preserve">[39:03] </w:t>
      </w:r>
      <w:r>
        <w:t>Then let us take equality.</w:t>
      </w:r>
    </w:p>
    <w:p>
      <w:pPr>
        <w:jc w:val="right"/>
      </w:pPr>
      <w:r>
        <w:t>Then let us take equality.</w:t>
      </w:r>
    </w:p>
    <w:p>
      <w:r>
        <w:rPr>
          <w:b/>
        </w:rPr>
        <w:t xml:space="preserve">[39:09] </w:t>
      </w:r>
      <w:r>
        <w:t>In previous history, there was no equality among people.</w:t>
      </w:r>
    </w:p>
    <w:p>
      <w:pPr>
        <w:jc w:val="right"/>
      </w:pPr>
      <w:r>
        <w:t>In previous history, there was no equality among people.</w:t>
      </w:r>
    </w:p>
    <w:p>
      <w:r>
        <w:rPr>
          <w:b/>
        </w:rPr>
        <w:t xml:space="preserve">[39:16] </w:t>
      </w:r>
      <w:r>
        <w:t>Man was divided into different categories: black and white, inferior and superior, rulers and ruled.</w:t>
      </w:r>
    </w:p>
    <w:p>
      <w:pPr>
        <w:jc w:val="right"/>
      </w:pPr>
      <w:r>
        <w:t>Man was divided into different categories: black and white, inferior and superior, rulers and ruled.</w:t>
      </w:r>
    </w:p>
    <w:p>
      <w:r>
        <w:rPr>
          <w:b/>
        </w:rPr>
        <w:t xml:space="preserve">[39:28] </w:t>
      </w:r>
      <w:r>
        <w:t>So the humanity was divided into different categories. It was the Prophet of Islam who proclaimed, "La fadhla al-'arabiyyin al-'ajabiyyin, wala al-aswadha al-'ahmara."</w:t>
      </w:r>
    </w:p>
    <w:p>
      <w:pPr>
        <w:jc w:val="right"/>
      </w:pPr>
      <w:r>
        <w:t>So the humanity was divided into different categories. It was the Prophet of Islam who proclaimed, "La fadhla al-'arabiyyin al-'ajabiyyin, wala al-aswadha al-'ahmara."</w:t>
      </w:r>
    </w:p>
    <w:p>
      <w:r>
        <w:rPr>
          <w:b/>
        </w:rPr>
        <w:t xml:space="preserve">[39:44] </w:t>
      </w:r>
      <w:r>
        <w:t>He, as the head of the state—at that time, he was the head of the state—and he proclaimed in Hajjatul Wida that everyone is equal.</w:t>
      </w:r>
    </w:p>
    <w:p>
      <w:pPr>
        <w:jc w:val="right"/>
      </w:pPr>
      <w:r>
        <w:t>He, as the head of the state—at that time, he was the head of the state—and he proclaimed in Hajjatul Wida that everyone is equal.</w:t>
      </w:r>
    </w:p>
    <w:p>
      <w:r>
        <w:rPr>
          <w:b/>
        </w:rPr>
        <w:t xml:space="preserve">[39:55] </w:t>
      </w:r>
      <w:r>
        <w:t>There is no difference.</w:t>
      </w:r>
    </w:p>
    <w:p>
      <w:pPr>
        <w:jc w:val="right"/>
      </w:pPr>
      <w:r>
        <w:t>There is no difference.</w:t>
      </w:r>
    </w:p>
    <w:p>
      <w:r>
        <w:rPr>
          <w:b/>
        </w:rPr>
        <w:t xml:space="preserve">[40:00] </w:t>
      </w:r>
      <w:r>
        <w:t>So he was the first to proclaim equality and establish a society on this principle.</w:t>
      </w:r>
    </w:p>
    <w:p>
      <w:pPr>
        <w:jc w:val="right"/>
      </w:pPr>
      <w:r>
        <w:t>So he was the first to proclaim equality and establish a society on this principle.</w:t>
      </w:r>
    </w:p>
    <w:p>
      <w:r>
        <w:rPr>
          <w:b/>
        </w:rPr>
        <w:t xml:space="preserve">[40:11] </w:t>
      </w:r>
      <w:r>
        <w:t>You know, Swami Vivekananda was a great scholar of India. He has admitted—he has acknowledged this fact in these words—that</w:t>
      </w:r>
    </w:p>
    <w:p>
      <w:pPr>
        <w:jc w:val="right"/>
      </w:pPr>
      <w:r>
        <w:t>You know, Swami Vivekananda was a great scholar of India. He has admitted—he has acknowledged this fact in these words—that</w:t>
      </w:r>
    </w:p>
    <w:p>
      <w:r>
        <w:rPr>
          <w:b/>
        </w:rPr>
        <w:t xml:space="preserve">[40:30] </w:t>
      </w:r>
      <w:r>
        <w:t>if ever any religion was able to establish equality, it was Islam and Islam alone.</w:t>
      </w:r>
    </w:p>
    <w:p>
      <w:pPr>
        <w:jc w:val="right"/>
      </w:pPr>
      <w:r>
        <w:t>if ever any religion was able to establish equality, it was Islam and Islam alone.</w:t>
      </w:r>
    </w:p>
    <w:p>
      <w:r>
        <w:rPr>
          <w:b/>
        </w:rPr>
        <w:t xml:space="preserve">[40:41] </w:t>
      </w:r>
      <w:r>
        <w:t>If ever any religion approached this equality, it was Islam and Islam alone.</w:t>
      </w:r>
    </w:p>
    <w:p>
      <w:pPr>
        <w:jc w:val="right"/>
      </w:pPr>
      <w:r>
        <w:t>If ever any religion approached this equality, it was Islam and Islam alone.</w:t>
      </w:r>
    </w:p>
    <w:p>
      <w:r>
        <w:rPr>
          <w:b/>
        </w:rPr>
        <w:t xml:space="preserve">[40:52] </w:t>
      </w:r>
      <w:r>
        <w:t>This was the acknowledgment of Swami Vivekananda.</w:t>
      </w:r>
    </w:p>
    <w:p>
      <w:pPr>
        <w:jc w:val="right"/>
      </w:pPr>
      <w:r>
        <w:t>This was the acknowledgment of Swami Vivekananda.</w:t>
      </w:r>
    </w:p>
    <w:p>
      <w:r>
        <w:rPr>
          <w:b/>
        </w:rPr>
        <w:t xml:space="preserve">[40:57] </w:t>
      </w:r>
      <w:r>
        <w:t>So the Prophet of Islam was the first to initiate equality. And now we are living in a society, in an age, in a world where, according to the United Nations,</w:t>
      </w:r>
    </w:p>
    <w:p>
      <w:pPr>
        <w:jc w:val="right"/>
      </w:pPr>
      <w:r>
        <w:t>So the Prophet of Islam was the first to initiate equality. And now we are living in a society, in an age, in a world where, according to the United Nations,</w:t>
      </w:r>
    </w:p>
    <w:p>
      <w:r>
        <w:rPr>
          <w:b/>
        </w:rPr>
        <w:t xml:space="preserve">[41:13] </w:t>
      </w:r>
      <w:r>
        <w:t>it is well established that everyone is equal. But this is the culmination of the process initiated by the Prophet of</w:t>
      </w:r>
    </w:p>
    <w:p>
      <w:pPr>
        <w:jc w:val="right"/>
      </w:pPr>
      <w:r>
        <w:t>it is well established that everyone is equal. But this is the culmination of the process initiated by the Prophet of</w:t>
      </w:r>
    </w:p>
    <w:p>
      <w:r>
        <w:rPr>
          <w:b/>
        </w:rPr>
        <w:t xml:space="preserve">[41:25] </w:t>
      </w:r>
      <w:r>
        <w:t>Islam. So this is the real contribution of the Prophet of Islam. Those Muslims who try to depict the Prophet as a miraculous personality,</w:t>
      </w:r>
    </w:p>
    <w:p>
      <w:pPr>
        <w:jc w:val="right"/>
      </w:pPr>
      <w:r>
        <w:t>Islam. So this is the real contribution of the Prophet of Islam. Those Muslims who try to depict the Prophet as a miraculous personality,</w:t>
      </w:r>
    </w:p>
    <w:p>
      <w:r>
        <w:rPr>
          <w:b/>
        </w:rPr>
        <w:t xml:space="preserve">[41:40] </w:t>
      </w:r>
      <w:r>
        <w:t>as a mysterious personality, they are not doing a good job</w:t>
      </w:r>
    </w:p>
    <w:p>
      <w:pPr>
        <w:jc w:val="right"/>
      </w:pPr>
      <w:r>
        <w:t>as a mysterious personality, they are not doing a good job</w:t>
      </w:r>
    </w:p>
    <w:p>
      <w:r>
        <w:rPr>
          <w:b/>
        </w:rPr>
        <w:t xml:space="preserve">[41:49] </w:t>
      </w:r>
      <w:r>
        <w:t>. It is to underestimate the prophetic role of Muhammad.</w:t>
      </w:r>
    </w:p>
    <w:p>
      <w:pPr>
        <w:jc w:val="right"/>
      </w:pPr>
      <w:r>
        <w:t>. It is to underestimate the prophetic role of Muhammad.</w:t>
      </w:r>
    </w:p>
    <w:p>
      <w:r>
        <w:rPr>
          <w:b/>
        </w:rPr>
        <w:t xml:space="preserve">[41:58] </w:t>
      </w:r>
      <w:r>
        <w:t>Muhammad was not a mysterious person. Muhammad was not a miraculous person.</w:t>
      </w:r>
    </w:p>
    <w:p>
      <w:pPr>
        <w:jc w:val="right"/>
      </w:pPr>
      <w:r>
        <w:t>Muhammad was not a mysterious person. Muhammad was not a miraculous person.</w:t>
      </w:r>
    </w:p>
    <w:p>
      <w:r>
        <w:rPr>
          <w:b/>
        </w:rPr>
        <w:t xml:space="preserve">[42:05] </w:t>
      </w:r>
      <w:r>
        <w:t>He was a practical model.</w:t>
      </w:r>
    </w:p>
    <w:p>
      <w:pPr>
        <w:jc w:val="right"/>
      </w:pPr>
      <w:r>
        <w:t>He was a practical model.</w:t>
      </w:r>
    </w:p>
    <w:p>
      <w:r>
        <w:rPr>
          <w:b/>
        </w:rPr>
        <w:t xml:space="preserve">[42:15] </w:t>
      </w:r>
      <w:r>
        <w:t>Then those historians who</w:t>
      </w:r>
    </w:p>
    <w:p>
      <w:pPr>
        <w:jc w:val="right"/>
      </w:pPr>
      <w:r>
        <w:t>Then those historians who</w:t>
      </w:r>
    </w:p>
    <w:p>
      <w:r>
        <w:rPr>
          <w:b/>
        </w:rPr>
        <w:t xml:space="preserve">[42:22] </w:t>
      </w:r>
      <w:r>
        <w:t>acknowledged the Prophet as the most successful person, they are simply</w:t>
      </w:r>
    </w:p>
    <w:p>
      <w:pPr>
        <w:jc w:val="right"/>
      </w:pPr>
      <w:r>
        <w:t>acknowledged the Prophet as the most successful person, they are simply</w:t>
      </w:r>
    </w:p>
    <w:p>
      <w:r>
        <w:rPr>
          <w:b/>
        </w:rPr>
        <w:t xml:space="preserve">[42:30] </w:t>
      </w:r>
      <w:r>
        <w:t>presenting some praise. There is also praise. But praise is not enough.</w:t>
      </w:r>
    </w:p>
    <w:p>
      <w:pPr>
        <w:jc w:val="right"/>
      </w:pPr>
      <w:r>
        <w:t>presenting some praise. There is also praise. But praise is not enough.</w:t>
      </w:r>
    </w:p>
    <w:p>
      <w:r>
        <w:rPr>
          <w:b/>
        </w:rPr>
        <w:t xml:space="preserve">[42:42] </w:t>
      </w:r>
      <w:r>
        <w:t>The real aspect—the real aspect of the Prophet of Islam was that he was a model for all mankind.</w:t>
      </w:r>
    </w:p>
    <w:p>
      <w:pPr>
        <w:jc w:val="right"/>
      </w:pPr>
      <w:r>
        <w:t>The real aspect—the real aspect of the Prophet of Islam was that he was a model for all mankind.</w:t>
      </w:r>
    </w:p>
    <w:p>
      <w:r>
        <w:rPr>
          <w:b/>
        </w:rPr>
        <w:t xml:space="preserve">[42:51] </w:t>
      </w:r>
      <w:r>
        <w:t>wa arsalna killa rahmatan lil alameen.</w:t>
      </w:r>
    </w:p>
    <w:p>
      <w:pPr>
        <w:jc w:val="right"/>
      </w:pPr>
      <w:r>
        <w:t>وَاَرْسَلْنَا كِلَّا رَحْمَةً لِلْعَالَمِينَ.</w:t>
      </w:r>
    </w:p>
    <w:p>
      <w:r>
        <w:rPr>
          <w:b/>
        </w:rPr>
        <w:t xml:space="preserve">[42:58] </w:t>
      </w:r>
      <w:r>
        <w:t>The real aspect of the Prophet of Islam was not that he was a miraculous person, that he was a mysterious person, that he was a light rather than a physical being.</w:t>
      </w:r>
    </w:p>
    <w:p>
      <w:pPr>
        <w:jc w:val="right"/>
      </w:pPr>
      <w:r>
        <w:t>The real aspect of the Prophet of Islam was not that he was a miraculous person, that he was a mysterious person, that he was a light rather than a physical being.</w:t>
      </w:r>
    </w:p>
    <w:p>
      <w:r>
        <w:rPr>
          <w:b/>
        </w:rPr>
        <w:t xml:space="preserve">[43:15] </w:t>
      </w:r>
      <w:r>
        <w:t>All these things are simply a reduced form of the—a reduced picture of the Prophet of Islam.</w:t>
      </w:r>
    </w:p>
    <w:p>
      <w:pPr>
        <w:jc w:val="right"/>
      </w:pPr>
      <w:r>
        <w:t>All these things are simply a reduced form of the—a reduced picture of the Prophet of Islam.</w:t>
      </w:r>
    </w:p>
    <w:p>
      <w:r>
        <w:rPr>
          <w:b/>
        </w:rPr>
        <w:t xml:space="preserve">[43:25] </w:t>
      </w:r>
      <w:r>
        <w:t>All these things are simply a reduced picture of the Prophet of Islam.</w:t>
      </w:r>
    </w:p>
    <w:p>
      <w:pPr>
        <w:jc w:val="right"/>
      </w:pPr>
      <w:r>
        <w:t>All these things are simply a reduced picture of the Prophet of Islam.</w:t>
      </w:r>
    </w:p>
    <w:p>
      <w:r>
        <w:rPr>
          <w:b/>
        </w:rPr>
        <w:t xml:space="preserve">[43:34] </w:t>
      </w:r>
      <w:r>
        <w:t>The real picture of the Prophet of Islam is that he was a blessing.</w:t>
      </w:r>
    </w:p>
    <w:p>
      <w:pPr>
        <w:jc w:val="right"/>
      </w:pPr>
      <w:r>
        <w:t>The real picture of the Prophet of Islam is that he was a blessing.</w:t>
      </w:r>
    </w:p>
    <w:p>
      <w:r>
        <w:rPr>
          <w:b/>
        </w:rPr>
        <w:t xml:space="preserve">[43:45] </w:t>
      </w:r>
      <w:r>
        <w:t>He gave us a model. He gave us a true ideology of life.</w:t>
      </w:r>
    </w:p>
    <w:p>
      <w:pPr>
        <w:jc w:val="right"/>
      </w:pPr>
      <w:r>
        <w:t>He gave us a model. He gave us a true ideology of life.</w:t>
      </w:r>
    </w:p>
    <w:p>
      <w:r>
        <w:rPr>
          <w:b/>
        </w:rPr>
        <w:t xml:space="preserve">[43:54] </w:t>
      </w:r>
      <w:r>
        <w:t>He gave us the answer to all those problems.</w:t>
      </w:r>
    </w:p>
    <w:p>
      <w:pPr>
        <w:jc w:val="right"/>
      </w:pPr>
      <w:r>
        <w:t>He gave us the answer to all those problems.</w:t>
      </w:r>
    </w:p>
    <w:p>
      <w:r>
        <w:rPr>
          <w:b/>
        </w:rPr>
        <w:t xml:space="preserve">[44:03] </w:t>
      </w:r>
      <w:r>
        <w:t>He told us what is the creation plan of God</w:t>
      </w:r>
    </w:p>
    <w:p>
      <w:pPr>
        <w:jc w:val="right"/>
      </w:pPr>
      <w:r>
        <w:t>He told us what is the creation plan of God</w:t>
      </w:r>
    </w:p>
    <w:p>
      <w:r>
        <w:rPr>
          <w:b/>
        </w:rPr>
        <w:t xml:space="preserve">[44:11] </w:t>
      </w:r>
      <w:r>
        <w:t>. Because if you are unaware—if you are unaware of the creation plan of God, you cannot plan your life successfully in this world.</w:t>
      </w:r>
    </w:p>
    <w:p>
      <w:pPr>
        <w:jc w:val="right"/>
      </w:pPr>
      <w:r>
        <w:t>. Because if you are unaware—if you are unaware of the creation plan of God, you cannot plan your life successfully in this world.</w:t>
      </w:r>
    </w:p>
    <w:p>
      <w:r>
        <w:rPr>
          <w:b/>
        </w:rPr>
        <w:t xml:space="preserve">[44:24] </w:t>
      </w:r>
      <w:r>
        <w:t>If you want to plan your life on a successful basis, then you have to know the creation plan of God.</w:t>
      </w:r>
    </w:p>
    <w:p>
      <w:pPr>
        <w:jc w:val="right"/>
      </w:pPr>
      <w:r>
        <w:t>If you want to plan your life on a successful basis, then you have to know the creation plan of God.</w:t>
      </w:r>
    </w:p>
    <w:p>
      <w:r>
        <w:rPr>
          <w:b/>
        </w:rPr>
        <w:t xml:space="preserve">[44:37] </w:t>
      </w:r>
      <w:r>
        <w:t>So people were blind.</w:t>
      </w:r>
    </w:p>
    <w:p>
      <w:pPr>
        <w:jc w:val="right"/>
      </w:pPr>
      <w:r>
        <w:t>So people were blind.</w:t>
      </w:r>
    </w:p>
    <w:p>
      <w:r>
        <w:rPr>
          <w:b/>
        </w:rPr>
        <w:t xml:space="preserve">[44:40] </w:t>
      </w:r>
      <w:r>
        <w:t>People were unaware of the creation plan of God.</w:t>
      </w:r>
    </w:p>
    <w:p>
      <w:pPr>
        <w:jc w:val="right"/>
      </w:pPr>
      <w:r>
        <w:t>People were unaware of the creation plan of God.</w:t>
      </w:r>
    </w:p>
    <w:p>
      <w:r>
        <w:rPr>
          <w:b/>
        </w:rPr>
        <w:t xml:space="preserve">[44:47] </w:t>
      </w:r>
      <w:r>
        <w:t>Before Muhammad, people were unaware of the creation plan of God.</w:t>
      </w:r>
    </w:p>
    <w:p>
      <w:pPr>
        <w:jc w:val="right"/>
      </w:pPr>
      <w:r>
        <w:t>Before Muhammad, people were unaware of the creation plan of God.</w:t>
      </w:r>
    </w:p>
    <w:p>
      <w:r>
        <w:rPr>
          <w:b/>
        </w:rPr>
        <w:t xml:space="preserve">[44:57] </w:t>
      </w:r>
      <w:r>
        <w:t>So they were not in a position to see things in light.</w:t>
      </w:r>
    </w:p>
    <w:p>
      <w:pPr>
        <w:jc w:val="right"/>
      </w:pPr>
      <w:r>
        <w:t>So they were not in a position to see things in light.</w:t>
      </w:r>
    </w:p>
    <w:p>
      <w:r>
        <w:rPr>
          <w:b/>
        </w:rPr>
        <w:t xml:space="preserve">[45:08] </w:t>
      </w:r>
      <w:r>
        <w:t>They were living in suppositions, in speculations. So the Prophet of Islam, by the grace of God,</w:t>
      </w:r>
    </w:p>
    <w:p>
      <w:pPr>
        <w:jc w:val="right"/>
      </w:pPr>
      <w:r>
        <w:t>They were living in suppositions, in speculations. So the Prophet of Islam, by the grace of God,</w:t>
      </w:r>
    </w:p>
    <w:p>
      <w:r>
        <w:rPr>
          <w:b/>
        </w:rPr>
        <w:t xml:space="preserve">[45:27] </w:t>
      </w:r>
      <w:r>
        <w:t>told us all these things. Muslims are quite unaware of this aspect of the life of the Prophet of Islam.</w:t>
      </w:r>
    </w:p>
    <w:p>
      <w:pPr>
        <w:jc w:val="right"/>
      </w:pPr>
      <w:r>
        <w:t>told us all these things. Muslims are quite unaware of this aspect of the life of the Prophet of Islam.</w:t>
      </w:r>
    </w:p>
    <w:p>
      <w:r>
        <w:rPr>
          <w:b/>
        </w:rPr>
        <w:t xml:space="preserve">[45:40] </w:t>
      </w:r>
      <w:r>
        <w:t>Due to this, they are fighting, fighting, fighting. Why are there all these fightings?</w:t>
      </w:r>
    </w:p>
    <w:p>
      <w:pPr>
        <w:jc w:val="right"/>
      </w:pPr>
      <w:r>
        <w:t>Due to this, they are fighting, fighting, fighting. Why are there all these fightings?</w:t>
      </w:r>
    </w:p>
    <w:p>
      <w:r>
        <w:rPr>
          <w:b/>
        </w:rPr>
        <w:t xml:space="preserve">[45:49] </w:t>
      </w:r>
      <w:r>
        <w:t>In our present age,</w:t>
      </w:r>
    </w:p>
    <w:p>
      <w:pPr>
        <w:jc w:val="right"/>
      </w:pPr>
      <w:r>
        <w:t>In our present age,</w:t>
      </w:r>
    </w:p>
    <w:p>
      <w:r>
        <w:rPr>
          <w:b/>
        </w:rPr>
        <w:t xml:space="preserve">[45:53] </w:t>
      </w:r>
      <w:r>
        <w:t>the present age is a culmination of the prophetic</w:t>
      </w:r>
    </w:p>
    <w:p>
      <w:pPr>
        <w:jc w:val="right"/>
      </w:pPr>
      <w:r>
        <w:t>the present age is a culmination of the prophetic</w:t>
      </w:r>
    </w:p>
    <w:p>
      <w:r>
        <w:rPr>
          <w:b/>
        </w:rPr>
        <w:t xml:space="preserve">[46:04] </w:t>
      </w:r>
      <w:r>
        <w:t>movement.</w:t>
      </w:r>
    </w:p>
    <w:p>
      <w:pPr>
        <w:jc w:val="right"/>
      </w:pPr>
      <w:r>
        <w:t>movement.</w:t>
      </w:r>
    </w:p>
    <w:p>
      <w:r>
        <w:rPr>
          <w:b/>
        </w:rPr>
        <w:t xml:space="preserve">[46:07] </w:t>
      </w:r>
      <w:r>
        <w:t>The Prophet started a movement. The Prophet initiated history. The Prophet started a movement.</w:t>
      </w:r>
    </w:p>
    <w:p>
      <w:pPr>
        <w:jc w:val="right"/>
      </w:pPr>
      <w:r>
        <w:t>The Prophet started a movement. The Prophet initiated history. The Prophet started a movement.</w:t>
      </w:r>
    </w:p>
    <w:p>
      <w:r>
        <w:rPr>
          <w:b/>
        </w:rPr>
        <w:t xml:space="preserve">[46:16] </w:t>
      </w:r>
      <w:r>
        <w:t>The Prophet initiated a process in the history. And the present civilization is only a culmination of that process.</w:t>
      </w:r>
    </w:p>
    <w:p>
      <w:pPr>
        <w:jc w:val="right"/>
      </w:pPr>
      <w:r>
        <w:t>The Prophet initiated a process in the history. And the present civilization is only a culmination of that process.</w:t>
      </w:r>
    </w:p>
    <w:p>
      <w:r>
        <w:rPr>
          <w:b/>
        </w:rPr>
        <w:t xml:space="preserve">[46:34] </w:t>
      </w:r>
      <w:r>
        <w:t>So all those present opportunities are Islamic opportunities. So we have to avail all these opportunities.</w:t>
      </w:r>
    </w:p>
    <w:p>
      <w:pPr>
        <w:jc w:val="right"/>
      </w:pPr>
      <w:r>
        <w:t>So all those present opportunities are Islamic opportunities. So we have to avail all these opportunities.</w:t>
      </w:r>
    </w:p>
    <w:p>
      <w:r>
        <w:rPr>
          <w:b/>
        </w:rPr>
        <w:t xml:space="preserve">[46:43] </w:t>
      </w:r>
      <w:r>
        <w:t>Why fighting?</w:t>
      </w:r>
    </w:p>
    <w:p>
      <w:pPr>
        <w:jc w:val="right"/>
      </w:pPr>
      <w:r>
        <w:t>Why fighting?</w:t>
      </w:r>
    </w:p>
    <w:p>
      <w:r>
        <w:rPr>
          <w:b/>
        </w:rPr>
        <w:t xml:space="preserve">[46:47] </w:t>
      </w:r>
      <w:r>
        <w:t>These Muslims say that people are enemies of Islam. Everyone is an enemy of Islam.</w:t>
      </w:r>
    </w:p>
    <w:p>
      <w:pPr>
        <w:jc w:val="right"/>
      </w:pPr>
      <w:r>
        <w:t>These Muslims say that people are enemies of Islam. Everyone is an enemy of Islam.</w:t>
      </w:r>
    </w:p>
    <w:p>
      <w:r>
        <w:rPr>
          <w:b/>
        </w:rPr>
        <w:t xml:space="preserve">[46:56] </w:t>
      </w:r>
      <w:r>
        <w:t>This is wrong. No one is an enemy of Islam.</w:t>
      </w:r>
    </w:p>
    <w:p>
      <w:pPr>
        <w:jc w:val="right"/>
      </w:pPr>
      <w:r>
        <w:t>This is wrong. No one is an enemy of Islam.</w:t>
      </w:r>
    </w:p>
    <w:p>
      <w:r>
        <w:rPr>
          <w:b/>
        </w:rPr>
        <w:t xml:space="preserve">[47:02] </w:t>
      </w:r>
      <w:r>
        <w:t>The Prophet of Islam gave us a formula that, "Kullu mauludin kullu uladhul fitrah." Everyone is Mr. Nature. No one is Mr.</w:t>
      </w:r>
    </w:p>
    <w:p>
      <w:pPr>
        <w:jc w:val="right"/>
      </w:pPr>
      <w:r>
        <w:t>The Prophet of Islam gave us a formula that, "Kullu mauludin kullu uladhul fitrah." Everyone is Mr. Nature. No one is Mr.</w:t>
      </w:r>
    </w:p>
    <w:p>
      <w:r>
        <w:rPr>
          <w:b/>
        </w:rPr>
        <w:t xml:space="preserve">[47:12] </w:t>
      </w:r>
      <w:r>
        <w:t>Enemy. Everyone is Mr. Nature. No one is Mr. Enemy.</w:t>
      </w:r>
    </w:p>
    <w:p>
      <w:pPr>
        <w:jc w:val="right"/>
      </w:pPr>
      <w:r>
        <w:t>Enemy. Everyone is Mr. Nature. No one is Mr. Enemy.</w:t>
      </w:r>
    </w:p>
    <w:p>
      <w:r>
        <w:rPr>
          <w:b/>
        </w:rPr>
        <w:t xml:space="preserve">[47:24] </w:t>
      </w:r>
      <w:r>
        <w:t>There is a very important verse in the Quran, "Itfa billati ihsan."</w:t>
      </w:r>
    </w:p>
    <w:p>
      <w:pPr>
        <w:jc w:val="right"/>
      </w:pPr>
      <w:r>
        <w:t>There is a very important verse in the Quran, "Itfa billati ihsan."</w:t>
      </w:r>
    </w:p>
    <w:p>
      <w:r>
        <w:rPr>
          <w:b/>
        </w:rPr>
        <w:t xml:space="preserve">[47:36] </w:t>
      </w:r>
      <w:r>
        <w:t>It means that do good deeds in return for bad deeds. If you are facing some problem of enmity, if there are some enemies,</w:t>
      </w:r>
    </w:p>
    <w:p>
      <w:pPr>
        <w:jc w:val="right"/>
      </w:pPr>
      <w:r>
        <w:t>It means that do good deeds in return for bad deeds. If you are facing some problem of enmity, if there are some enemies,</w:t>
      </w:r>
    </w:p>
    <w:p>
      <w:r>
        <w:rPr>
          <w:b/>
        </w:rPr>
        <w:t xml:space="preserve">[47:49] </w:t>
      </w:r>
      <w:r>
        <w:t>so do good deeds in return for their bad deeds. And you will find that your enemy has become your dearest friend.</w:t>
      </w:r>
    </w:p>
    <w:p>
      <w:pPr>
        <w:jc w:val="right"/>
      </w:pPr>
      <w:r>
        <w:t>so do good deeds in return for their bad deeds. And you will find that your enemy has become your dearest friend.</w:t>
      </w:r>
    </w:p>
    <w:p>
      <w:r>
        <w:rPr>
          <w:b/>
        </w:rPr>
        <w:t xml:space="preserve">[48:08] </w:t>
      </w:r>
      <w:r>
        <w:t>You will find that your enemy has become your dearest friend. So try to turn this potential into actual.</w:t>
      </w:r>
    </w:p>
    <w:p>
      <w:pPr>
        <w:jc w:val="right"/>
      </w:pPr>
      <w:r>
        <w:t>You will find that your enemy has become your dearest friend. So try to turn this potential into actual.</w:t>
      </w:r>
    </w:p>
    <w:p>
      <w:r>
        <w:rPr>
          <w:b/>
        </w:rPr>
        <w:t xml:space="preserve">[48:20] </w:t>
      </w:r>
      <w:r>
        <w:t>Why fighting?</w:t>
      </w:r>
    </w:p>
    <w:p>
      <w:pPr>
        <w:jc w:val="right"/>
      </w:pPr>
      <w:r>
        <w:t>Why fighting?</w:t>
      </w:r>
    </w:p>
    <w:p>
      <w:r>
        <w:rPr>
          <w:b/>
        </w:rPr>
        <w:t xml:space="preserve">[48:26] </w:t>
      </w:r>
      <w:r>
        <w:t>Then the Prophet of Islam gave a very important formula of positive thinking.</w:t>
      </w:r>
    </w:p>
    <w:p>
      <w:pPr>
        <w:jc w:val="right"/>
      </w:pPr>
      <w:r>
        <w:t>Then the Prophet of Islam gave a very important formula of positive thinking.</w:t>
      </w:r>
    </w:p>
    <w:p>
      <w:r>
        <w:rPr>
          <w:b/>
        </w:rPr>
        <w:t xml:space="preserve">[48:35] </w:t>
      </w:r>
      <w:r>
        <w:t>He told us that the most important</w:t>
      </w:r>
    </w:p>
    <w:p>
      <w:pPr>
        <w:jc w:val="right"/>
      </w:pPr>
      <w:r>
        <w:t>He told us that the most important</w:t>
      </w:r>
    </w:p>
    <w:p>
      <w:r>
        <w:rPr>
          <w:b/>
        </w:rPr>
        <w:t xml:space="preserve">[48:40] </w:t>
      </w:r>
      <w:r>
        <w:t>asset of a man is positive thinking.</w:t>
      </w:r>
    </w:p>
    <w:p>
      <w:pPr>
        <w:jc w:val="right"/>
      </w:pPr>
      <w:r>
        <w:t>asset of a man is positive thinking.</w:t>
      </w:r>
    </w:p>
    <w:p>
      <w:r>
        <w:rPr>
          <w:b/>
        </w:rPr>
        <w:t xml:space="preserve">[48:47] </w:t>
      </w:r>
      <w:r>
        <w:t>Negative thinking is the greatest evil. And positive thinking is the greatest asset.</w:t>
      </w:r>
    </w:p>
    <w:p>
      <w:pPr>
        <w:jc w:val="right"/>
      </w:pPr>
      <w:r>
        <w:t>Negative thinking is the greatest evil. And positive thinking is the greatest asset.</w:t>
      </w:r>
    </w:p>
    <w:p>
      <w:r>
        <w:rPr>
          <w:b/>
        </w:rPr>
        <w:t xml:space="preserve">[48:56] </w:t>
      </w:r>
      <w:r>
        <w:t>Now, what is the formula of positive thinking</w:t>
      </w:r>
    </w:p>
    <w:p>
      <w:pPr>
        <w:jc w:val="right"/>
      </w:pPr>
      <w:r>
        <w:t>Now, what is the formula of positive thinking</w:t>
      </w:r>
    </w:p>
    <w:p>
      <w:r>
        <w:rPr>
          <w:b/>
        </w:rPr>
        <w:t xml:space="preserve">[49:01] </w:t>
      </w:r>
      <w:r>
        <w:t>? Because you know we live in a society where every moment there are some unpleasant situations.</w:t>
      </w:r>
    </w:p>
    <w:p>
      <w:pPr>
        <w:jc w:val="right"/>
      </w:pPr>
      <w:r>
        <w:t>? Because you know we live in a society where every moment there are some unpleasant situations.</w:t>
      </w:r>
    </w:p>
    <w:p>
      <w:r>
        <w:rPr>
          <w:b/>
        </w:rPr>
        <w:t xml:space="preserve">[49:12] </w:t>
      </w:r>
      <w:r>
        <w:t>In our society, every moment there are some provocations, some losses, different kinds of</w:t>
      </w:r>
    </w:p>
    <w:p>
      <w:pPr>
        <w:jc w:val="right"/>
      </w:pPr>
      <w:r>
        <w:t>In our society, every moment there are some provocations, some losses, different kinds of</w:t>
      </w:r>
    </w:p>
    <w:p>
      <w:r>
        <w:rPr>
          <w:b/>
        </w:rPr>
        <w:t xml:space="preserve">[49:29] </w:t>
      </w:r>
      <w:r>
        <w:t>negative experiences, sad experiences. So what to do?</w:t>
      </w:r>
    </w:p>
    <w:p>
      <w:pPr>
        <w:jc w:val="right"/>
      </w:pPr>
      <w:r>
        <w:t>negative experiences, sad experiences. So what to do?</w:t>
      </w:r>
    </w:p>
    <w:p>
      <w:r>
        <w:rPr>
          <w:b/>
        </w:rPr>
        <w:t xml:space="preserve">[49:35] </w:t>
      </w:r>
      <w:r>
        <w:t>So the Prophet of Islam gave us a very important formula. That is patience, sabr. Sabr is a very important formula in the Quran.</w:t>
      </w:r>
    </w:p>
    <w:p>
      <w:pPr>
        <w:jc w:val="right"/>
      </w:pPr>
      <w:r>
        <w:t>So the Prophet of Islam gave us a very important formula. That is patience, sabr. Sabr is a very important formula in the Quran.</w:t>
      </w:r>
    </w:p>
    <w:p>
      <w:r>
        <w:rPr>
          <w:b/>
        </w:rPr>
        <w:t xml:space="preserve">[49:48] </w:t>
      </w:r>
      <w:r>
        <w:t>Be patient. Ignore all these things.</w:t>
      </w:r>
    </w:p>
    <w:p>
      <w:pPr>
        <w:jc w:val="right"/>
      </w:pPr>
      <w:r>
        <w:t>Be patient. Ignore all these things.</w:t>
      </w:r>
    </w:p>
    <w:p>
      <w:r>
        <w:rPr>
          <w:b/>
        </w:rPr>
        <w:t xml:space="preserve">[49:54] </w:t>
      </w:r>
      <w:r>
        <w:t>When you cannot remove all these unpleasant situations, so you have to tolerate. You have to forgive.</w:t>
      </w:r>
    </w:p>
    <w:p>
      <w:pPr>
        <w:jc w:val="right"/>
      </w:pPr>
      <w:r>
        <w:t>When you cannot remove all these unpleasant situations, so you have to tolerate. You have to forgive.</w:t>
      </w:r>
    </w:p>
    <w:p>
      <w:r>
        <w:rPr>
          <w:b/>
        </w:rPr>
        <w:t xml:space="preserve">[50:04] </w:t>
      </w:r>
      <w:r>
        <w:t>You have to ignore. So the Prophet—so the formula of the Prophet of Islam was that</w:t>
      </w:r>
    </w:p>
    <w:p>
      <w:pPr>
        <w:jc w:val="right"/>
      </w:pPr>
      <w:r>
        <w:t>You have to ignore. So the Prophet—so the formula of the Prophet of Islam was that</w:t>
      </w:r>
    </w:p>
    <w:p>
      <w:r>
        <w:rPr>
          <w:b/>
        </w:rPr>
        <w:t xml:space="preserve">[50:15] </w:t>
      </w:r>
      <w:r>
        <w:t>ignore all those negative items. Then you will be able to live a positive person.</w:t>
      </w:r>
    </w:p>
    <w:p>
      <w:pPr>
        <w:jc w:val="right"/>
      </w:pPr>
      <w:r>
        <w:t>ignore all those negative items. Then you will be able to live a positive person.</w:t>
      </w:r>
    </w:p>
    <w:p>
      <w:r>
        <w:rPr>
          <w:b/>
        </w:rPr>
        <w:t xml:space="preserve">[50:30] </w:t>
      </w:r>
      <w:r>
        <w:t>We are created as a superhuman being. Our mind has great capacity. Our mind has great, great capacity.</w:t>
      </w:r>
    </w:p>
    <w:p>
      <w:pPr>
        <w:jc w:val="right"/>
      </w:pPr>
      <w:r>
        <w:t>We are created as a superhuman being. Our mind has great capacity. Our mind has great, great capacity.</w:t>
      </w:r>
    </w:p>
    <w:p>
      <w:r>
        <w:rPr>
          <w:b/>
        </w:rPr>
        <w:t xml:space="preserve">[50:43] </w:t>
      </w:r>
      <w:r>
        <w:t>Our mind is—our mind is able to convert negativity into positivity.</w:t>
      </w:r>
    </w:p>
    <w:p>
      <w:pPr>
        <w:jc w:val="right"/>
      </w:pPr>
      <w:r>
        <w:t>Our mind is—our mind is able to convert negativity into positivity.</w:t>
      </w:r>
    </w:p>
    <w:p>
      <w:r>
        <w:rPr>
          <w:b/>
        </w:rPr>
        <w:t xml:space="preserve">[50:55] </w:t>
      </w:r>
      <w:r>
        <w:t>One German scholar has said that he studied human beings.</w:t>
      </w:r>
    </w:p>
    <w:p>
      <w:pPr>
        <w:jc w:val="right"/>
      </w:pPr>
      <w:r>
        <w:t>One German scholar has said that he studied human beings.</w:t>
      </w:r>
    </w:p>
    <w:p>
      <w:r>
        <w:rPr>
          <w:b/>
        </w:rPr>
        <w:t xml:space="preserve">[51:04] </w:t>
      </w:r>
      <w:r>
        <w:t>He studied the psychology, science of man. And the most strange thing he found was that man has enormous capacity,</w:t>
      </w:r>
    </w:p>
    <w:p>
      <w:pPr>
        <w:jc w:val="right"/>
      </w:pPr>
      <w:r>
        <w:t>He studied the psychology, science of man. And the most strange thing he found was that man has enormous capacity,</w:t>
      </w:r>
    </w:p>
    <w:p>
      <w:r>
        <w:rPr>
          <w:b/>
        </w:rPr>
        <w:t xml:space="preserve">[51:19] </w:t>
      </w:r>
      <w:r>
        <w:t>unique capacity. Man has the power to turn his minus into a plus.</w:t>
      </w:r>
    </w:p>
    <w:p>
      <w:pPr>
        <w:jc w:val="right"/>
      </w:pPr>
      <w:r>
        <w:t>unique capacity. Man has the power to turn his minus into a plus.</w:t>
      </w:r>
    </w:p>
    <w:p>
      <w:r>
        <w:rPr>
          <w:b/>
        </w:rPr>
        <w:t xml:space="preserve">[51:29] </w:t>
      </w:r>
      <w:r>
        <w:t>Man has the power to turn his minus into a plus. This is the unique capacity of man.</w:t>
      </w:r>
    </w:p>
    <w:p>
      <w:pPr>
        <w:jc w:val="right"/>
      </w:pPr>
      <w:r>
        <w:t>Man has the power to turn his minus into a plus. This is the unique capacity of man.</w:t>
      </w:r>
    </w:p>
    <w:p>
      <w:r>
        <w:rPr>
          <w:b/>
        </w:rPr>
        <w:t xml:space="preserve">[51:39] </w:t>
      </w:r>
      <w:r>
        <w:t>So this is the only formula of positive life. You have to ignore negativity.</w:t>
      </w:r>
    </w:p>
    <w:p>
      <w:pPr>
        <w:jc w:val="right"/>
      </w:pPr>
      <w:r>
        <w:t>So this is the only formula of positive life. You have to ignore negativity.</w:t>
      </w:r>
    </w:p>
    <w:p>
      <w:r>
        <w:rPr>
          <w:b/>
        </w:rPr>
        <w:t xml:space="preserve">[51:51] </w:t>
      </w:r>
      <w:r>
        <w:t>You have to try to convert negativity into positivity through patience, through ignorance, through avoidance.</w:t>
      </w:r>
    </w:p>
    <w:p>
      <w:pPr>
        <w:jc w:val="right"/>
      </w:pPr>
      <w:r>
        <w:t>You have to try to convert negativity into positivity through patience, through ignorance, through avoidance.</w:t>
      </w:r>
    </w:p>
    <w:p>
      <w:r>
        <w:rPr>
          <w:b/>
        </w:rPr>
        <w:t xml:space="preserve">[52:09] </w:t>
      </w:r>
      <w:r>
        <w:t>I think that the Prophet of Islam was the greatest positive thinker in the history.</w:t>
      </w:r>
    </w:p>
    <w:p>
      <w:pPr>
        <w:jc w:val="right"/>
      </w:pPr>
      <w:r>
        <w:t>I think that the Prophet of Islam was the greatest positive thinker in the history.</w:t>
      </w:r>
    </w:p>
    <w:p>
      <w:r>
        <w:rPr>
          <w:b/>
        </w:rPr>
        <w:t xml:space="preserve">[52:19] </w:t>
      </w:r>
      <w:r>
        <w:t>The Prophet of Islam was the greatest thinker, greatest positive thinker of human history.</w:t>
      </w:r>
    </w:p>
    <w:p>
      <w:pPr>
        <w:jc w:val="right"/>
      </w:pPr>
      <w:r>
        <w:t>The Prophet of Islam was the greatest thinker, greatest positive thinker of human history.</w:t>
      </w:r>
    </w:p>
    <w:p>
      <w:r>
        <w:rPr>
          <w:b/>
        </w:rPr>
        <w:t xml:space="preserve">[52:31] </w:t>
      </w:r>
      <w:r>
        <w:t>You see, the Prophet of Islam was born in Makkah. He started his mission in Makkah.</w:t>
      </w:r>
    </w:p>
    <w:p>
      <w:pPr>
        <w:jc w:val="right"/>
      </w:pPr>
      <w:r>
        <w:t>You see, the Prophet of Islam was born in Makkah. He started his mission in Makkah.</w:t>
      </w:r>
    </w:p>
    <w:p>
      <w:r>
        <w:rPr>
          <w:b/>
        </w:rPr>
        <w:t xml:space="preserve">[52:41] </w:t>
      </w:r>
      <w:r>
        <w:t>At that time, Makkah people were idol worshippers. They were idol worshippers. So they turned hostile.</w:t>
      </w:r>
    </w:p>
    <w:p>
      <w:pPr>
        <w:jc w:val="right"/>
      </w:pPr>
      <w:r>
        <w:t>At that time, Makkah people were idol worshippers. They were idol worshippers. So they turned hostile.</w:t>
      </w:r>
    </w:p>
    <w:p>
      <w:r>
        <w:rPr>
          <w:b/>
        </w:rPr>
        <w:t xml:space="preserve">[52:54] </w:t>
      </w:r>
      <w:r>
        <w:t>They inflicted all kinds of atrocities.</w:t>
      </w:r>
    </w:p>
    <w:p>
      <w:pPr>
        <w:jc w:val="right"/>
      </w:pPr>
      <w:r>
        <w:t>They inflicted all kinds of atrocities.</w:t>
      </w:r>
    </w:p>
    <w:p>
      <w:r>
        <w:rPr>
          <w:b/>
        </w:rPr>
        <w:t xml:space="preserve">[53:02] </w:t>
      </w:r>
      <w:r>
        <w:t>Even they wanted to kill him. In such a situation, he was compelled to leave Makkah.</w:t>
      </w:r>
    </w:p>
    <w:p>
      <w:pPr>
        <w:jc w:val="right"/>
      </w:pPr>
      <w:r>
        <w:t>Even they wanted to kill him. In such a situation, he was compelled to leave Makkah.</w:t>
      </w:r>
    </w:p>
    <w:p>
      <w:r>
        <w:rPr>
          <w:b/>
        </w:rPr>
        <w:t xml:space="preserve">[53:13] </w:t>
      </w:r>
      <w:r>
        <w:t>So he migrated from Makkah and settled in Madinah. So when he reached Madinah, the address was there.</w:t>
      </w:r>
    </w:p>
    <w:p>
      <w:pPr>
        <w:jc w:val="right"/>
      </w:pPr>
      <w:r>
        <w:t>So he migrated from Makkah and settled in Madinah. So when he reached Madinah, the address was there.</w:t>
      </w:r>
    </w:p>
    <w:p>
      <w:r>
        <w:rPr>
          <w:b/>
        </w:rPr>
        <w:t xml:space="preserve">[53:25] </w:t>
      </w:r>
      <w:r>
        <w:t>His first address is present in books. You can read his first address he delivered in Madinah.</w:t>
      </w:r>
    </w:p>
    <w:p>
      <w:pPr>
        <w:jc w:val="right"/>
      </w:pPr>
      <w:r>
        <w:t>His first address is present in books. You can read his first address he delivered in Madinah.</w:t>
      </w:r>
    </w:p>
    <w:p>
      <w:r>
        <w:rPr>
          <w:b/>
        </w:rPr>
        <w:t xml:space="preserve">[53:38] </w:t>
      </w:r>
      <w:r>
        <w:t>It's very strange, very strange, very strange that he never spoke about the atrocities of Makkah people</w:t>
      </w:r>
    </w:p>
    <w:p>
      <w:pPr>
        <w:jc w:val="right"/>
      </w:pPr>
      <w:r>
        <w:t>It's very strange, very strange, very strange that he never spoke about the atrocities of Makkah people</w:t>
      </w:r>
    </w:p>
    <w:p>
      <w:r>
        <w:rPr>
          <w:b/>
        </w:rPr>
        <w:t xml:space="preserve">[53:46] </w:t>
      </w:r>
      <w:r>
        <w:t>. No complaint, no protest.</w:t>
      </w:r>
    </w:p>
    <w:p>
      <w:pPr>
        <w:jc w:val="right"/>
      </w:pPr>
      <w:r>
        <w:t>. No complaint, no protest.</w:t>
      </w:r>
    </w:p>
    <w:p>
      <w:r>
        <w:rPr>
          <w:b/>
        </w:rPr>
        <w:t xml:space="preserve">[53:52] </w:t>
      </w:r>
      <w:r>
        <w:t>You cannot find a single word against Makkah people. Although these Makkah peoples were enemies of the Prophet, they wanted to kill him.</w:t>
      </w:r>
    </w:p>
    <w:p>
      <w:pPr>
        <w:jc w:val="right"/>
      </w:pPr>
      <w:r>
        <w:t>You cannot find a single word against Makkah people. Although these Makkah peoples were enemies of the Prophet, they wanted to kill him.</w:t>
      </w:r>
    </w:p>
    <w:p>
      <w:r>
        <w:rPr>
          <w:b/>
        </w:rPr>
        <w:t xml:space="preserve">[54:05] </w:t>
      </w:r>
      <w:r>
        <w:t>They compelled him to leave his homeland.</w:t>
      </w:r>
    </w:p>
    <w:p>
      <w:pPr>
        <w:jc w:val="right"/>
      </w:pPr>
      <w:r>
        <w:t>They compelled him to leave his homeland.</w:t>
      </w:r>
    </w:p>
    <w:p>
      <w:r>
        <w:rPr>
          <w:b/>
        </w:rPr>
        <w:t xml:space="preserve">[54:13] </w:t>
      </w:r>
      <w:r>
        <w:t>So it was a very, very, very, very sad experience for the Prophet. It was open zulm.</w:t>
      </w:r>
    </w:p>
    <w:p>
      <w:pPr>
        <w:jc w:val="right"/>
      </w:pPr>
      <w:r>
        <w:t>So it was a very, very, very, very sad experience for the Prophet. It was open zulm.</w:t>
      </w:r>
    </w:p>
    <w:p>
      <w:r>
        <w:rPr>
          <w:b/>
        </w:rPr>
        <w:t xml:space="preserve">[54:24] </w:t>
      </w:r>
      <w:r>
        <w:t>But when he reached Madinah and the address was there, he never referred to any kind of such complaint.</w:t>
      </w:r>
    </w:p>
    <w:p>
      <w:pPr>
        <w:jc w:val="right"/>
      </w:pPr>
      <w:r>
        <w:t>But when he reached Madinah and the address was there, he never referred to any kind of such complaint.</w:t>
      </w:r>
    </w:p>
    <w:p>
      <w:r>
        <w:rPr>
          <w:b/>
        </w:rPr>
        <w:t xml:space="preserve">[54:41] </w:t>
      </w:r>
      <w:r>
        <w:t>this address is</w:t>
      </w:r>
    </w:p>
    <w:p>
      <w:pPr>
        <w:jc w:val="right"/>
      </w:pPr>
      <w:r>
        <w:t>This address is</w:t>
      </w:r>
    </w:p>
    <w:p>
      <w:r>
        <w:rPr>
          <w:b/>
        </w:rPr>
        <w:t xml:space="preserve">[54:46] </w:t>
      </w:r>
      <w:r>
        <w:t>included in the sirah ibn hisham with this</w:t>
      </w:r>
    </w:p>
    <w:p>
      <w:pPr>
        <w:jc w:val="right"/>
      </w:pPr>
      <w:r>
        <w:t>included in the Sirah Ibn Hisham with this</w:t>
      </w:r>
    </w:p>
    <w:p>
      <w:r>
        <w:rPr>
          <w:b/>
        </w:rPr>
        <w:t xml:space="preserve">[54:52] </w:t>
      </w:r>
      <w:r>
        <w:t>caption, "awwaluhutbatin khatabaha rasulullah sallallahu alaihi wasallam fil madinah."</w:t>
      </w:r>
    </w:p>
    <w:p>
      <w:pPr>
        <w:jc w:val="right"/>
      </w:pPr>
      <w:r>
        <w:t>caption, "Awwaluhutbatin Khatabaha Rasulullah Sallallahu Alaihi Wasallam Fil Madinah."</w:t>
      </w:r>
    </w:p>
    <w:p>
      <w:r>
        <w:rPr>
          <w:b/>
        </w:rPr>
        <w:t xml:space="preserve">[55:01] </w:t>
      </w:r>
      <w:r>
        <w:t>the first address delivered by the prophet of islam in madinah.</w:t>
      </w:r>
    </w:p>
    <w:p>
      <w:pPr>
        <w:jc w:val="right"/>
      </w:pPr>
      <w:r>
        <w:t>The first address delivered by the Prophet of Islam in Madinah.</w:t>
      </w:r>
    </w:p>
    <w:p>
      <w:r>
        <w:rPr>
          <w:b/>
        </w:rPr>
        <w:t xml:space="preserve">[55:11] </w:t>
      </w:r>
      <w:r>
        <w:t>So in this address, you cannot find a single negative word, a single complaint, a single protest.</w:t>
      </w:r>
    </w:p>
    <w:p>
      <w:pPr>
        <w:jc w:val="right"/>
      </w:pPr>
      <w:r>
        <w:t>So in this address, you cannot find a single negative word, a single complaint, a single protest.</w:t>
      </w:r>
    </w:p>
    <w:p>
      <w:r>
        <w:rPr>
          <w:b/>
        </w:rPr>
        <w:t xml:space="preserve">[55:19] </w:t>
      </w:r>
      <w:r>
        <w:t>It was completely a positive address.</w:t>
      </w:r>
    </w:p>
    <w:p>
      <w:pPr>
        <w:jc w:val="right"/>
      </w:pPr>
      <w:r>
        <w:t>It was completely a positive address.</w:t>
      </w:r>
    </w:p>
    <w:p>
      <w:r>
        <w:rPr>
          <w:b/>
        </w:rPr>
        <w:t xml:space="preserve">[55:26] </w:t>
      </w:r>
      <w:r>
        <w:t>This was the real picture of the Prophet of Islam.</w:t>
      </w:r>
    </w:p>
    <w:p>
      <w:pPr>
        <w:jc w:val="right"/>
      </w:pPr>
      <w:r>
        <w:t>This was the real picture of the Prophet of Islam.</w:t>
      </w:r>
    </w:p>
    <w:p>
      <w:r>
        <w:rPr>
          <w:b/>
        </w:rPr>
        <w:t xml:space="preserve">[55:46] </w:t>
      </w:r>
      <w:r>
        <w:t>The present Muslims are quite unaware of the true picture of the Prophet of Islam.</w:t>
      </w:r>
    </w:p>
    <w:p>
      <w:pPr>
        <w:jc w:val="right"/>
      </w:pPr>
      <w:r>
        <w:t>The present Muslims are quite unaware of the true picture of the Prophet of Islam.</w:t>
      </w:r>
    </w:p>
    <w:p>
      <w:r>
        <w:rPr>
          <w:b/>
        </w:rPr>
        <w:t xml:space="preserve">[55:56] </w:t>
      </w:r>
      <w:r>
        <w:t>They know nothing except some mysterious qualities, some</w:t>
      </w:r>
    </w:p>
    <w:p>
      <w:pPr>
        <w:jc w:val="right"/>
      </w:pPr>
      <w:r>
        <w:t>They know nothing except some mysterious qualities, some</w:t>
      </w:r>
    </w:p>
    <w:p>
      <w:r>
        <w:rPr>
          <w:b/>
        </w:rPr>
        <w:t xml:space="preserve">[56:06] </w:t>
      </w:r>
      <w:r>
        <w:t>miraculous qualities.</w:t>
      </w:r>
    </w:p>
    <w:p>
      <w:pPr>
        <w:jc w:val="right"/>
      </w:pPr>
      <w:r>
        <w:t>miraculous qualities.</w:t>
      </w:r>
    </w:p>
    <w:p>
      <w:r>
        <w:rPr>
          <w:b/>
        </w:rPr>
        <w:t xml:space="preserve">[56:11] </w:t>
      </w:r>
      <w:r>
        <w:t>They are quite unaware of his ideology, about his principles, about his life pattern, about his model.</w:t>
      </w:r>
    </w:p>
    <w:p>
      <w:pPr>
        <w:jc w:val="right"/>
      </w:pPr>
      <w:r>
        <w:t>They are quite unaware of his ideology, about his principles, about his life pattern, about his model.</w:t>
      </w:r>
    </w:p>
    <w:p>
      <w:r>
        <w:rPr>
          <w:b/>
        </w:rPr>
        <w:t xml:space="preserve">[56:28] </w:t>
      </w:r>
      <w:r>
        <w:t>The Prophet of Islam was a superachiever</w:t>
      </w:r>
    </w:p>
    <w:p>
      <w:pPr>
        <w:jc w:val="right"/>
      </w:pPr>
      <w:r>
        <w:t>The Prophet of Islam was a superachiever</w:t>
      </w:r>
    </w:p>
    <w:p>
      <w:r>
        <w:rPr>
          <w:b/>
        </w:rPr>
        <w:t xml:space="preserve">[56:34] </w:t>
      </w:r>
      <w:r>
        <w:t>in modern terms. The Prophet of Islam was a superachiever.</w:t>
      </w:r>
    </w:p>
    <w:p>
      <w:pPr>
        <w:jc w:val="right"/>
      </w:pPr>
      <w:r>
        <w:t>in modern terms. The Prophet of Islam was a superachiever.</w:t>
      </w:r>
    </w:p>
    <w:p>
      <w:r>
        <w:rPr>
          <w:b/>
        </w:rPr>
        <w:t xml:space="preserve">[56:43] </w:t>
      </w:r>
      <w:r>
        <w:t>How he achieved this kind of superachievement? How he achieved this kind of super success?</w:t>
      </w:r>
    </w:p>
    <w:p>
      <w:pPr>
        <w:jc w:val="right"/>
      </w:pPr>
      <w:r>
        <w:t>How he achieved this kind of superachievement? How he achieved this kind of super success?</w:t>
      </w:r>
    </w:p>
    <w:p>
      <w:r>
        <w:rPr>
          <w:b/>
        </w:rPr>
        <w:t xml:space="preserve">[56:55] </w:t>
      </w:r>
      <w:r>
        <w:t>I can say that this was through his positive ideology.</w:t>
      </w:r>
    </w:p>
    <w:p>
      <w:pPr>
        <w:jc w:val="right"/>
      </w:pPr>
      <w:r>
        <w:t>I can say that this was through his positive ideology.</w:t>
      </w:r>
    </w:p>
    <w:p>
      <w:r>
        <w:rPr>
          <w:b/>
        </w:rPr>
        <w:t xml:space="preserve">[57:05] </w:t>
      </w:r>
      <w:r>
        <w:t>This success was attained through positive ideology. And that positive ideology was that try always to turn the negative into positive.</w:t>
      </w:r>
    </w:p>
    <w:p>
      <w:pPr>
        <w:jc w:val="right"/>
      </w:pPr>
      <w:r>
        <w:t>This success was attained through positive ideology. And that positive ideology was that try always to turn the negative into positive.</w:t>
      </w:r>
    </w:p>
    <w:p>
      <w:r>
        <w:rPr>
          <w:b/>
        </w:rPr>
        <w:t xml:space="preserve">[57:21] </w:t>
      </w:r>
      <w:r>
        <w:t>Live in positivity. And if there is some provocation, if there are some sad experiences, try to turn</w:t>
      </w:r>
    </w:p>
    <w:p>
      <w:pPr>
        <w:jc w:val="right"/>
      </w:pPr>
      <w:r>
        <w:t>Live in positivity. And if there is some provocation, if there are some sad experiences, try to turn</w:t>
      </w:r>
    </w:p>
    <w:p>
      <w:r>
        <w:rPr>
          <w:b/>
        </w:rPr>
        <w:t xml:space="preserve">[57:35] </w:t>
      </w:r>
      <w:r>
        <w:t>all these negative thoughts into positive thoughts.</w:t>
      </w:r>
    </w:p>
    <w:p>
      <w:pPr>
        <w:jc w:val="right"/>
      </w:pPr>
      <w:r>
        <w:t>all these negative thoughts into positive thoughts.</w:t>
      </w:r>
    </w:p>
    <w:p>
      <w:r>
        <w:rPr>
          <w:b/>
        </w:rPr>
        <w:t xml:space="preserve">[57:43] </w:t>
      </w:r>
      <w:r>
        <w:t>So positive thinking was the greatest quality of the Prophet of Islam</w:t>
      </w:r>
    </w:p>
    <w:p>
      <w:pPr>
        <w:jc w:val="right"/>
      </w:pPr>
      <w:r>
        <w:t>So positive thinking was the greatest quality of the Prophet of Islam</w:t>
      </w:r>
    </w:p>
    <w:p>
      <w:r>
        <w:rPr>
          <w:b/>
        </w:rPr>
        <w:t xml:space="preserve">[57:48] </w:t>
      </w:r>
      <w:r>
        <w:t>. His ideology was based on positivity.</w:t>
      </w:r>
    </w:p>
    <w:p>
      <w:pPr>
        <w:jc w:val="right"/>
      </w:pPr>
      <w:r>
        <w:t>. His ideology was based on positivity.</w:t>
      </w:r>
    </w:p>
    <w:p>
      <w:r>
        <w:rPr>
          <w:b/>
        </w:rPr>
        <w:t xml:space="preserve">[57:54] </w:t>
      </w:r>
      <w:r>
        <w:t>So I can say that the Prophet of Islam was the greatest positive thinker. And we have to follow this pattern of the Prophet of Islam.</w:t>
      </w:r>
    </w:p>
    <w:p>
      <w:pPr>
        <w:jc w:val="right"/>
      </w:pPr>
      <w:r>
        <w:t>So I can say that the Prophet of Islam was the greatest positive thinker. And we have to follow this pattern of the Prophet of Islam.</w:t>
      </w:r>
    </w:p>
    <w:p>
      <w:r>
        <w:rPr>
          <w:b/>
        </w:rPr>
        <w:t xml:space="preserve">[58:07] </w:t>
      </w:r>
      <w:r>
        <w:t>"Aqul qawli haza, wastaghfirullah, li walukum ajma'in."</w:t>
      </w:r>
    </w:p>
    <w:p>
      <w:pPr>
        <w:jc w:val="right"/>
      </w:pPr>
      <w:r>
        <w:t>"Aqul qawli haza, wastaghfirullah, li walukum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