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Art of Crisis Management October 3, 2010</w:t>
      </w:r>
    </w:p>
    <w:p>
      <w:r>
        <w:t>https://youtu.be/sKdyThFThXo</w:t>
      </w:r>
    </w:p>
    <w:p>
      <w:r>
        <w:rPr>
          <w:b/>
        </w:rPr>
        <w:t xml:space="preserve">[00:14] </w:t>
      </w:r>
      <w:r>
        <w:t>bismillah rahman rahim, wa salla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[00:37] </w:t>
      </w:r>
      <w:r>
        <w:t>aaj ka topic hai</w:t>
      </w:r>
    </w:p>
    <w:p>
      <w:pPr>
        <w:jc w:val="right"/>
      </w:pPr>
      <w:r>
        <w:t>آج کا ٹاپک ہے</w:t>
      </w:r>
    </w:p>
    <w:p>
      <w:r>
        <w:rPr>
          <w:b/>
        </w:rPr>
        <w:t xml:space="preserve">[00:41] </w:t>
      </w:r>
      <w:r>
        <w:t>"art of crisis management", yani bahran se nipatna.</w:t>
      </w:r>
    </w:p>
    <w:p>
      <w:pPr>
        <w:jc w:val="right"/>
      </w:pPr>
      <w:r>
        <w:t>"آرٹ آف کرائسز مینجمنٹ"، یعنی بحران سے نپٹنا۔</w:t>
      </w:r>
    </w:p>
    <w:p>
      <w:r>
        <w:rPr>
          <w:b/>
        </w:rPr>
        <w:t xml:space="preserve">[00:52] </w:t>
      </w:r>
      <w:r>
        <w:t>dekhiye, yeh crisis ya bahran ya sankat, yeh zindagi ka ek part hai.</w:t>
      </w:r>
    </w:p>
    <w:p>
      <w:pPr>
        <w:jc w:val="right"/>
      </w:pPr>
      <w:r>
        <w:t>دیکھیے، یہ کرائسز یا بحران یا سنکٹ، یہ زندگی کا ایک پارٹ ہے۔</w:t>
      </w:r>
    </w:p>
    <w:p>
      <w:r>
        <w:rPr>
          <w:b/>
        </w:rPr>
        <w:t xml:space="preserve">[01:04] </w:t>
      </w:r>
      <w:r>
        <w:t>yeh hamesha hi har aadmi ki zindagi mein aata hai, chahe family life ho, social life ho, national life ho, international taluqat hon, har jagah.</w:t>
      </w:r>
    </w:p>
    <w:p>
      <w:pPr>
        <w:jc w:val="right"/>
      </w:pPr>
      <w:r>
        <w:t>یہ ہمیشہ ہی ہر آدمی کی زندگی میں آتا ہے، چاہے فیملی لائف ہو، سوشل لائف ہو، نیشنل لائف ہو، انٹرنیشنل تعلقات ہوں، ہر جگہ۔</w:t>
      </w:r>
    </w:p>
    <w:p>
      <w:r>
        <w:rPr>
          <w:b/>
        </w:rPr>
        <w:t xml:space="preserve">[01:19] </w:t>
      </w:r>
      <w:r>
        <w:t>crisis barah lata hai. aadmi ke wisdom ka jo asli test hai, woh normal halaat mein nahi hota hai.</w:t>
      </w:r>
    </w:p>
    <w:p>
      <w:pPr>
        <w:jc w:val="right"/>
      </w:pPr>
      <w:r>
        <w:t>کرائسز بارہ لاتا ہے۔ آدمی کے وزڈم کا جو اصلی ٹیسٹ ہے، وہ نارمل حالات میں نہیں ہوتا ہے۔</w:t>
      </w:r>
    </w:p>
    <w:p>
      <w:r>
        <w:rPr>
          <w:b/>
        </w:rPr>
        <w:t xml:space="preserve">[01:32] </w:t>
      </w:r>
      <w:r>
        <w:t>normal situation, bilkul is smooth tor par sab kuch ho raha hai, is mein aap ke wisdom ka test nahi hota.</w:t>
      </w:r>
    </w:p>
    <w:p>
      <w:pPr>
        <w:jc w:val="right"/>
      </w:pPr>
      <w:r>
        <w:t>نارمل سچویشن، بالکل اس سموتھ طور پر سب کچھ ہو رہا ہے، اس میں آپ کے وزڈم کا ٹیسٹ نہیں ہوتا۔</w:t>
      </w:r>
    </w:p>
    <w:p>
      <w:r>
        <w:rPr>
          <w:b/>
        </w:rPr>
        <w:t xml:space="preserve">[01:43] </w:t>
      </w:r>
      <w:r>
        <w:t>test hota hai jab crisis aaoe.</w:t>
      </w:r>
    </w:p>
    <w:p>
      <w:pPr>
        <w:jc w:val="right"/>
      </w:pPr>
      <w:r>
        <w:t>ٹیسٹ ہوتا ہے جب کرائسز آوے۔</w:t>
      </w:r>
    </w:p>
    <w:p>
      <w:r>
        <w:rPr>
          <w:b/>
        </w:rPr>
        <w:t xml:space="preserve">[01:48] </w:t>
      </w:r>
      <w:r>
        <w:t>aur yeh bohat hi anokhi baat hai ke poori history mein aksar log crisis ke waqt fail ho gaye, crisis ko successfully manage na kar sake.</w:t>
      </w:r>
    </w:p>
    <w:p>
      <w:pPr>
        <w:jc w:val="right"/>
      </w:pPr>
      <w:r>
        <w:t>اور یہ بہت ہی انوکھی بات ہے کہ پوری ہسٹری میں اکثر لوگ کرائسز کے وقت فیل ہو گئے، کرائسز کو سکسیس فلی مینج نہ کر سکے۔</w:t>
      </w:r>
    </w:p>
    <w:p>
      <w:r>
        <w:rPr>
          <w:b/>
        </w:rPr>
        <w:t xml:space="preserve">[02:05] </w:t>
      </w:r>
      <w:r>
        <w:t>dekhiye, crisis shuru hota hai kahan se? family life se. jab ek mard aur ek aurat marriage ke baad ekatha hote hain to bar bar crisis aata hai.</w:t>
      </w:r>
    </w:p>
    <w:p>
      <w:pPr>
        <w:jc w:val="right"/>
      </w:pPr>
      <w:r>
        <w:t>دیکھیے، کرائس شروع ہوتا ہے کہاں سے؟ فیملی لائف سے۔ جب ایک مرد اور ایک عورت میرج کے بعد اکٹھا ہوتے ہیں تو بار بار کرائسز آتا ہے۔</w:t>
      </w:r>
    </w:p>
    <w:p>
      <w:r>
        <w:rPr>
          <w:b/>
        </w:rPr>
        <w:t xml:space="preserve">[02:21] </w:t>
      </w:r>
      <w:r>
        <w:t>jo log marriage life ke crises ko manage kar lete hain to un ki marriage life bohat achhi guzarti hai. aur jo log manage nahin karte to unhi ka kya hota hai?</w:t>
      </w:r>
    </w:p>
    <w:p>
      <w:pPr>
        <w:jc w:val="right"/>
      </w:pPr>
      <w:r>
        <w:t>جو لوگ میرج لائف کے کرائسز کو مینج کر لیتے ہیں تو ان کی میرج لائف بہت اچھی گزرتی ہے۔ اور جو لوگ مینج نہیں کرتے تو انہی کا کیا ہوتا ہے؟</w:t>
      </w:r>
    </w:p>
    <w:p>
      <w:r>
        <w:rPr>
          <w:b/>
        </w:rPr>
        <w:t xml:space="preserve">[02:35] </w:t>
      </w:r>
      <w:r>
        <w:t>kabhi separation hota hai, kabhi court mein case jata hai, kabhi kya hota hai, kabhi kya hota hai.</w:t>
      </w:r>
    </w:p>
    <w:p>
      <w:pPr>
        <w:jc w:val="right"/>
      </w:pPr>
      <w:r>
        <w:t>کبھی سیپریشن ہوتا ہے، کبھی کورٹ میں کیس جاتا ہے، کبھی کیا ہوتا ہے، کبھی کیا ہوتا ہے۔</w:t>
      </w:r>
    </w:p>
    <w:p>
      <w:r>
        <w:rPr>
          <w:b/>
        </w:rPr>
        <w:t xml:space="preserve">[02:45] </w:t>
      </w:r>
      <w:r>
        <w:t>to aap ke aql ka, aap ke wisdom ka, aap ki ability ka jo test hai, yaad rakhiye, wo normal halat mein nahin hota hai.</w:t>
      </w:r>
    </w:p>
    <w:p>
      <w:pPr>
        <w:jc w:val="right"/>
      </w:pPr>
      <w:r>
        <w:t>تو آپ کے عقل کا، آپ کے وزڈم کا، آپ کی ایبیلیٹی کا جو ٹیسٹ ہے، یاد رکھیے، وہ نارمل حالت میں نہیں ہوتا ہے۔</w:t>
      </w:r>
    </w:p>
    <w:p>
      <w:r>
        <w:rPr>
          <w:b/>
        </w:rPr>
        <w:t xml:space="preserve">[03:00] </w:t>
      </w:r>
      <w:r>
        <w:t>wo tab hota hai jab kraisiz ho, jab koi sankat pade, jab koi bahran aa jae.</w:t>
      </w:r>
    </w:p>
    <w:p>
      <w:pPr>
        <w:jc w:val="right"/>
      </w:pPr>
      <w:r>
        <w:t>وہ تب ہوتا ہے جب کرائسز ہو، جب کوئی سنکٹ پڑے، جب کوئی بحران آ جائے۔</w:t>
      </w:r>
    </w:p>
    <w:p>
      <w:r>
        <w:rPr>
          <w:b/>
        </w:rPr>
        <w:t xml:space="preserve">[03:07] </w:t>
      </w:r>
      <w:r>
        <w:t>to ye to ek general topic hai, is waqt mein is ko babri masjid ke background mein main ne liya hai.</w:t>
      </w:r>
    </w:p>
    <w:p>
      <w:pPr>
        <w:jc w:val="right"/>
      </w:pPr>
      <w:r>
        <w:t>تو یہ تو ایک جنرل ٹاپک ہے، اس وقت میں اس کو بابری مسجد کے بیک گراؤنڈ میں میں نے لیا ہے۔</w:t>
      </w:r>
    </w:p>
    <w:p>
      <w:r>
        <w:rPr>
          <w:b/>
        </w:rPr>
        <w:t xml:space="preserve">[03:16] </w:t>
      </w:r>
      <w:r>
        <w:t>is ko dekhiye, babri masjid bhi ek kraisiz tha, is ka masla. ab poori ki poori muslim leadership fail ho gai.</w:t>
      </w:r>
    </w:p>
    <w:p>
      <w:pPr>
        <w:jc w:val="right"/>
      </w:pPr>
      <w:r>
        <w:t>اس کو دیکھیے، بابری مسجد بھی ایک کرائسز تھا، اس کا مسئلہ۔ اب پوری کی پوری مسلم لیڈرشپ فیل ہو گئی۔</w:t>
      </w:r>
    </w:p>
    <w:p>
      <w:r>
        <w:rPr>
          <w:b/>
        </w:rPr>
        <w:t xml:space="preserve">[03:29] </w:t>
      </w:r>
      <w:r>
        <w:t>mujhe nahin maloom koi ek bhi aadmi jo is mamle mein</w:t>
      </w:r>
    </w:p>
    <w:p>
      <w:pPr>
        <w:jc w:val="right"/>
      </w:pPr>
      <w:r>
        <w:t>مجھے نہیں معلوم کوئی ایک بھی آدمی جو اس معاملے میں</w:t>
      </w:r>
    </w:p>
    <w:p>
      <w:r>
        <w:rPr>
          <w:b/>
        </w:rPr>
        <w:t xml:space="preserve">[03:37] </w:t>
      </w:r>
      <w:r>
        <w:t>kraisiz ko nipatne ki salahiyat rakhta ho. dekhiye, ek hota hai kraisiz pesh aae to reaction karna. reaction.</w:t>
      </w:r>
    </w:p>
    <w:p>
      <w:pPr>
        <w:jc w:val="right"/>
      </w:pPr>
      <w:r>
        <w:t>کرائسز کو نپٹنے کی صلاحیت رکھتا ہو۔ دیکھیے، ایک ہوتا ہے کرائسز پیش آئے تو ری ایکشن کرنا۔ ری ایکشن۔</w:t>
      </w:r>
    </w:p>
    <w:p>
      <w:r>
        <w:rPr>
          <w:b/>
        </w:rPr>
        <w:t xml:space="preserve">[03:47] </w:t>
      </w:r>
      <w:r>
        <w:t>jaise ghar mein wo husband aur wife hain, kisi baat par</w:t>
      </w:r>
    </w:p>
    <w:p>
      <w:pPr>
        <w:jc w:val="right"/>
      </w:pPr>
      <w:r>
        <w:t>جیسے گھر میں وہ ہسبینڈ اور وائف ہیں، کسی بات پر</w:t>
      </w:r>
    </w:p>
    <w:p>
      <w:r>
        <w:rPr>
          <w:b/>
        </w:rPr>
        <w:t xml:space="preserve">[03:56] </w:t>
      </w:r>
      <w:r>
        <w:t>husband bigar gaya.</w:t>
      </w:r>
    </w:p>
    <w:p>
      <w:pPr>
        <w:jc w:val="right"/>
      </w:pPr>
      <w:r>
        <w:t>ہسبینڈ بگڑ گیا۔</w:t>
      </w:r>
    </w:p>
    <w:p>
      <w:r>
        <w:rPr>
          <w:b/>
        </w:rPr>
        <w:t xml:space="preserve">[03:58] </w:t>
      </w:r>
      <w:r>
        <w:t>ab agar wife ne react kiya to is ka matlab kya hai? ke wo kraisiz ko menaj karne mein fail ho gai.</w:t>
      </w:r>
    </w:p>
    <w:p>
      <w:pPr>
        <w:jc w:val="right"/>
      </w:pPr>
      <w:r>
        <w:t>اب اگر وائف نے ری ایکٹ کیا تو اس کا مطلب کیا ہے؟ کہ وہ کرائسز کو مینج کرنے میں فیل ہو گئی۔</w:t>
      </w:r>
    </w:p>
    <w:p>
      <w:r>
        <w:rPr>
          <w:b/>
        </w:rPr>
        <w:t xml:space="preserve">[04:10] </w:t>
      </w:r>
      <w:r>
        <w:t>agar wo chup rah gai, yani wife ghussa, wife ko ghussa aaya aur mard chup rah gaya, ya mard ghussa aaya aur chup rah gai, to is ka mani hai ke unhon ne is ko menaj kar liya.</w:t>
      </w:r>
    </w:p>
    <w:p>
      <w:pPr>
        <w:jc w:val="right"/>
      </w:pPr>
      <w:r>
        <w:t>اگر وہ چپ رہ گئی، یعنی وائف غصہ، وائف کو غصہ آیا اور مرد چپ رہ گیا، یا مرد غصہ آیا اور چپ رہ گئی، تو اس کا معنی ہے کہ انہوں نے اس کو مینج کر لیا۔</w:t>
      </w:r>
    </w:p>
    <w:p>
      <w:r>
        <w:rPr>
          <w:b/>
        </w:rPr>
        <w:t xml:space="preserve">[04:22] </w:t>
      </w:r>
      <w:r>
        <w:t>kyun ke ghussa to ek do minute rehta hai,</w:t>
      </w:r>
    </w:p>
    <w:p>
      <w:pPr>
        <w:jc w:val="right"/>
      </w:pPr>
      <w:r>
        <w:t>کیونکہ غصہ تو ایک دو منٹ رہتا ہے،</w:t>
      </w:r>
    </w:p>
    <w:p>
      <w:r>
        <w:rPr>
          <w:b/>
        </w:rPr>
        <w:t xml:space="preserve">[04:27] </w:t>
      </w:r>
      <w:r>
        <w:t>reaction se barhta hai aur chup rahne se wo khatm hota hai.</w:t>
      </w:r>
    </w:p>
    <w:p>
      <w:pPr>
        <w:jc w:val="right"/>
      </w:pPr>
      <w:r>
        <w:t>ری ایکشن سے بڑھتا ہے اور چپ رہنے سے وہ ختم ہوتا ہے۔</w:t>
      </w:r>
    </w:p>
    <w:p>
      <w:r>
        <w:rPr>
          <w:b/>
        </w:rPr>
        <w:t xml:space="preserve">[04:34] </w:t>
      </w:r>
      <w:r>
        <w:t>to ye family life mein hota hai. to ye jo normal mamla tha, babri masjid jo ejtiya ki hai, to ye bhi isi qism ka ek kraisiz tha.</w:t>
      </w:r>
    </w:p>
    <w:p>
      <w:pPr>
        <w:jc w:val="right"/>
      </w:pPr>
      <w:r>
        <w:t>تو یہ فیملی لائف میں ہوتا ہے۔ تو یہ جو نارمل معاملہ تھا، بابری مسجد جو ایجتیا کی ہے، تو یہ بھی اسی قسم کا ایک کرائسز تھا۔</w:t>
      </w:r>
    </w:p>
    <w:p>
      <w:r>
        <w:rPr>
          <w:b/>
        </w:rPr>
        <w:t xml:space="preserve">[04:47] </w:t>
      </w:r>
      <w:r>
        <w:t>sab ke sab fail ho gae is mein</w:t>
      </w:r>
    </w:p>
    <w:p>
      <w:pPr>
        <w:jc w:val="right"/>
      </w:pPr>
      <w:r>
        <w:t>سب کے سب فیل ہو گئے اس میں</w:t>
      </w:r>
    </w:p>
    <w:p>
      <w:r>
        <w:rPr>
          <w:b/>
        </w:rPr>
        <w:t xml:space="preserve">[04:49] </w:t>
      </w:r>
      <w:r>
        <w:t>. one to r, sare musalman fail ho gae. aur is ne itna musalmanon ko nuqsan pahanchaya hai, yani sirf is sirf material nuqsan nahin,</w:t>
      </w:r>
    </w:p>
    <w:p>
      <w:pPr>
        <w:jc w:val="right"/>
      </w:pPr>
      <w:r>
        <w:t>۔ ون ٹو آر، سارے مسلمان فیل ہو گئے۔ اور اس نے اتنا مسلمانوں کو نقصان پہنچایا ہے، یعنی صرف اس صرف مٹیریل نقصان نہیں،</w:t>
      </w:r>
    </w:p>
    <w:p>
      <w:r>
        <w:rPr>
          <w:b/>
        </w:rPr>
        <w:t xml:space="preserve">[05:02] </w:t>
      </w:r>
      <w:r>
        <w:t>jaan ka nuqsan hua, property ka nuqsan hua, ye nahin. sab se bara jo loss hua hai, wo ye hai ke is desh mein dekhiye, do bari community hain, hindu aur muslim.</w:t>
      </w:r>
    </w:p>
    <w:p>
      <w:pPr>
        <w:jc w:val="right"/>
      </w:pPr>
      <w:r>
        <w:t>جان کا نقصان ہوا، پراپرٹی کا نقصان ہوا، یہ نہیں۔ سب سے بڑا جو لاس ہوا ہے، وہ یہ ہے کہ اس દેશ میں دیکھیے، دو بڑی کمیونٹی ہیں، ہندو اور مسلم۔</w:t>
      </w:r>
    </w:p>
    <w:p>
      <w:r>
        <w:rPr>
          <w:b/>
        </w:rPr>
        <w:t xml:space="preserve">[05:16] </w:t>
      </w:r>
      <w:r>
        <w:t>babri masjid ne donon ke darmiyan ek karwahat paida kar di, negativity paida kar di.</w:t>
      </w:r>
    </w:p>
    <w:p>
      <w:pPr>
        <w:jc w:val="right"/>
      </w:pPr>
      <w:r>
        <w:t>بابری مسجد نے دونوں کے درمیان ایک کڑواہٹ پیدا کر دی، نیگیٹیوٹی پیدا کر دی۔</w:t>
      </w:r>
    </w:p>
    <w:p>
      <w:r>
        <w:rPr>
          <w:b/>
        </w:rPr>
        <w:t xml:space="preserve">[05:26] </w:t>
      </w:r>
      <w:r>
        <w:t>donon ek doosre se negative ho gae. sab se bara loss ye hai. dekhen, kisi bhi society mein number one jo cheez hai, wo kya hai?</w:t>
      </w:r>
    </w:p>
    <w:p>
      <w:pPr>
        <w:jc w:val="right"/>
      </w:pPr>
      <w:r>
        <w:t>دونوں ایک دوسرے سے نیگیٹیو ہو گئے۔ سب سے بڑا لاس یہ ہے۔ دیکھیں، کسی بھی سوسائٹی میں نمبر ون جو چیز ہے، وہ کیا ہے؟</w:t>
      </w:r>
    </w:p>
    <w:p>
      <w:r>
        <w:rPr>
          <w:b/>
        </w:rPr>
        <w:t xml:space="preserve">[05:38] </w:t>
      </w:r>
      <w:r>
        <w:t>logon ke darmiyan normal relationship ho,</w:t>
      </w:r>
    </w:p>
    <w:p>
      <w:pPr>
        <w:jc w:val="right"/>
      </w:pPr>
      <w:r>
        <w:t>لوگوں کے درمیان نارمل ریلیشن شپ ہو،</w:t>
      </w:r>
    </w:p>
    <w:p>
      <w:r>
        <w:rPr>
          <w:b/>
        </w:rPr>
        <w:t xml:space="preserve">[05:44] </w:t>
      </w:r>
      <w:r>
        <w:t>positive tor par log rahna jante hon.</w:t>
      </w:r>
    </w:p>
    <w:p>
      <w:pPr>
        <w:jc w:val="right"/>
      </w:pPr>
      <w:r>
        <w:t>پوزیٹیو طور پر لوگ رہنا جانتے ہوں۔</w:t>
      </w:r>
    </w:p>
    <w:p>
      <w:r>
        <w:rPr>
          <w:b/>
        </w:rPr>
        <w:t xml:space="preserve">[05:49] </w:t>
      </w:r>
      <w:r>
        <w:t>ye number one hai. to kraisiz ko mirj na karne ka matlab kya hota hai?</w:t>
      </w:r>
    </w:p>
    <w:p>
      <w:pPr>
        <w:jc w:val="right"/>
      </w:pPr>
      <w:r>
        <w:t>یہ نمبر ون ہے۔ تو کرائسز کو میرج نہ کرنے کا مطلب کیا ہوتا ہے؟</w:t>
      </w:r>
    </w:p>
    <w:p>
      <w:r>
        <w:rPr>
          <w:b/>
        </w:rPr>
        <w:t xml:space="preserve">[05:57] </w:t>
      </w:r>
      <w:r>
        <w:t>yahi hota hai ke family life jab is mein karwahat aa jati hai,</w:t>
      </w:r>
    </w:p>
    <w:p>
      <w:pPr>
        <w:jc w:val="right"/>
      </w:pPr>
      <w:r>
        <w:t>یہی ہوتا ہے کہ فیملی لائف جب اس میں کڑواہٹ آ جاتی ہے،</w:t>
      </w:r>
    </w:p>
    <w:p>
      <w:r>
        <w:rPr>
          <w:b/>
        </w:rPr>
        <w:t xml:space="preserve">[06:06] </w:t>
      </w:r>
      <w:r>
        <w:t>society mein, desh mein, community mein karwahat aa jati hai, wahi hua. yahan par log ye samajhte hain ke is ki zimmedar Islam hai.</w:t>
      </w:r>
    </w:p>
    <w:p>
      <w:pPr>
        <w:jc w:val="right"/>
      </w:pPr>
      <w:r>
        <w:t>سوسائٹی میں، દેશ میں، کمیونٹی میں کڑواہٹ آ جاتی ہے، وہی ہوا۔ یہاں پر لوگ یہ سمجھتے ہیں کہ اس کی ذمہ دار اسلام ہے۔</w:t>
      </w:r>
    </w:p>
    <w:p>
      <w:r>
        <w:rPr>
          <w:b/>
        </w:rPr>
        <w:t xml:space="preserve">[06:20] </w:t>
      </w:r>
      <w:r>
        <w:t>aksar log yeh samajhte hain ke islam jo hai, is mein un baaton ke liye koi guidance nahi hai.</w:t>
      </w:r>
    </w:p>
    <w:p>
      <w:pPr>
        <w:jc w:val="right"/>
      </w:pPr>
      <w:r>
        <w:t>اکثر لوگ یہ سمجھتے ہیں کہ اسلام جو ہے، اس میں ان باتوں کے لیے کوئی گائیڈنس نہیں ہے۔</w:t>
      </w:r>
    </w:p>
    <w:p>
      <w:r>
        <w:rPr>
          <w:b/>
        </w:rPr>
        <w:t xml:space="preserve">[06:27] </w:t>
      </w:r>
      <w:r>
        <w:t>aur musalman jo hain, jo kuch kar rahe hain, wahi islam hai. aur islam goya ke fail ho gaya is crisis ko manage karne mein.</w:t>
      </w:r>
    </w:p>
    <w:p>
      <w:pPr>
        <w:jc w:val="right"/>
      </w:pPr>
      <w:r>
        <w:t>اور مسلمان جو ہیں، جو کچھ کر رہے ہیں، وہی اسلام ہے۔ اور اسلام گویا کہ فیل ہو گیا اس کرائسز کو مینج کرنے میں۔</w:t>
      </w:r>
    </w:p>
    <w:p>
      <w:r>
        <w:rPr>
          <w:b/>
        </w:rPr>
        <w:t xml:space="preserve">[06:39] </w:t>
      </w:r>
      <w:r>
        <w:t>to main yeh kahunga ke muslim fail hue hain, islam fail nahi hua hai.</w:t>
      </w:r>
    </w:p>
    <w:p>
      <w:pPr>
        <w:jc w:val="right"/>
      </w:pPr>
      <w:r>
        <w:t>تو میں یہ کہوں گا کہ مسلم فیل ہوئے ہیں، اسلام فیل نہیں ہوا ہے۔</w:t>
      </w:r>
    </w:p>
    <w:p>
      <w:r>
        <w:rPr>
          <w:b/>
        </w:rPr>
        <w:t xml:space="preserve">[06:48] </w:t>
      </w:r>
      <w:r>
        <w:t>is issue par jo fail hua hai, woh musalman hain. kyunke unhone islam ki jo teaching hai, usko follow nahi kiya.</w:t>
      </w:r>
    </w:p>
    <w:p>
      <w:pPr>
        <w:jc w:val="right"/>
      </w:pPr>
      <w:r>
        <w:t>اس ایشو پر جو فیل ہوا ہے، وہ مسلمان ہیں۔ کیونکہ انہوں نے اسلام کی جو ٹیچنگ ہے، اس کو فالو نہیں کیا۔</w:t>
      </w:r>
    </w:p>
    <w:p>
      <w:r>
        <w:rPr>
          <w:b/>
        </w:rPr>
        <w:t xml:space="preserve">[06:57] </w:t>
      </w:r>
      <w:r>
        <w:t>kabhi ek baar bhi, yaani yeh 60 baras ke beech mein, ek baar bhi musalmanon ki koi meeting nahi is issue par hui ke babri masjid jaise issue par islam mein kya guidance hai.</w:t>
      </w:r>
    </w:p>
    <w:p>
      <w:pPr>
        <w:jc w:val="right"/>
      </w:pPr>
      <w:r>
        <w:t>کبھی ایک بار بھی، یعنی یہ 60 برس کے بیچ میں، ایک بار بھی مسلمانوں کی کوئی میٹنگ نہیں اس ایشو پر ہوئی کہ بابری مسجد جیسے ایشو پر اسلام میں کیا گائیڈنس ہے۔</w:t>
      </w:r>
    </w:p>
    <w:p>
      <w:r>
        <w:rPr>
          <w:b/>
        </w:rPr>
        <w:t xml:space="preserve">[07:13] </w:t>
      </w:r>
      <w:r>
        <w:t>saare madrasa is mein involve hain, saare masjidain involve hain, saare so called leaders involve hain. lekin mujhe bata dijiye, kabhi ek baar bhi aisa kiya hai in logon ne ke baith kar sochein ke islam mein is tarah ke issues ke liye, is tarah ke crises ke liye kya guideline batai gayi hai?</w:t>
      </w:r>
    </w:p>
    <w:p>
      <w:pPr>
        <w:jc w:val="right"/>
      </w:pPr>
      <w:r>
        <w:t>سارے مدرسہ اس میں انوالو ہیں، سارے مسجدیں انوالو ہیں، سارے سو کالڈ لیڈرز انوالو ہیں۔ لیکن مجھے بتا دیجئے، کبھی ایک بار بھی ایسا کیا ہے ان لوگوں نے کہ بیٹھ کر سوچیں کہ اسلام میں اس طرح کے ایشوز کے لیے، اس طرح کے کرائسز کے لیے کیا گائیڈ لائن بتائی گئی ہے؟</w:t>
      </w:r>
    </w:p>
    <w:p>
      <w:r>
        <w:rPr>
          <w:b/>
        </w:rPr>
        <w:t xml:space="preserve">[07:36] </w:t>
      </w:r>
      <w:r>
        <w:t>kabhi nahi, ek baar bhi nahi.</w:t>
      </w:r>
    </w:p>
    <w:p>
      <w:pPr>
        <w:jc w:val="right"/>
      </w:pPr>
      <w:r>
        <w:t>کبھی نہیں، ایک بار بھی نہیں۔</w:t>
      </w:r>
    </w:p>
    <w:p>
      <w:r>
        <w:rPr>
          <w:b/>
        </w:rPr>
        <w:t xml:space="preserve">[07:39] </w:t>
      </w:r>
      <w:r>
        <w:t>main akela hoon is is is deshi mein nahi, poori duniya mein jisne babri masjid ke issue par islam ko le kar socha. jahan bhi jaiye, bahar ke deshon mein, arab mein jaiye, kahin bhi jaiye,</w:t>
      </w:r>
    </w:p>
    <w:p>
      <w:pPr>
        <w:jc w:val="right"/>
      </w:pPr>
      <w:r>
        <w:t>میں اکیلا ہوں اس اس اس دیشی میں نہیں، پوری دنیا میں جس نے بابری مسجد کے ایشو پر اسلام کو لے کر سوچا۔ جہاں بھی جائیے، باہر کے دیشوں میں، عرب میں جائیے، کہیں بھی جائیے،</w:t>
      </w:r>
    </w:p>
    <w:p>
      <w:r>
        <w:rPr>
          <w:b/>
        </w:rPr>
        <w:t xml:space="preserve">[07:53] </w:t>
      </w:r>
      <w:r>
        <w:t>america jaiye, log negative tor par sochte hain. kal mere paas america se ek telephone aaya, woh negative boli bol rahe the babri masjid ko le kar ke.</w:t>
      </w:r>
    </w:p>
    <w:p>
      <w:pPr>
        <w:jc w:val="right"/>
      </w:pPr>
      <w:r>
        <w:t>امریکہ جائیے، لوگ نیگیٹیو طور پر سوچتے ہیں۔ کل میرے پاس امریکہ سے ایک ٹیلی فون آیا، وہ نیگیٹیو بولی بول رہے تھے بابری مسجد کو لے کر کے۔</w:t>
      </w:r>
    </w:p>
    <w:p>
      <w:r>
        <w:rPr>
          <w:b/>
        </w:rPr>
        <w:t xml:space="preserve">[08:06] </w:t>
      </w:r>
      <w:r>
        <w:t>jisko bhi dekhiye,</w:t>
      </w:r>
    </w:p>
    <w:p>
      <w:pPr>
        <w:jc w:val="right"/>
      </w:pPr>
      <w:r>
        <w:t>جس کو بھی دیکھیے،</w:t>
      </w:r>
    </w:p>
    <w:p>
      <w:r>
        <w:rPr>
          <w:b/>
        </w:rPr>
        <w:t xml:space="preserve">[08:09] </w:t>
      </w:r>
      <w:r>
        <w:t>koi ek shakhs bhi poore muslim world mein nahi hai, mujh ko chhod kar, jo issue is issue par islam ke ki guideline ko talash kare, uske mutabiq chale.</w:t>
      </w:r>
    </w:p>
    <w:p>
      <w:pPr>
        <w:jc w:val="right"/>
      </w:pPr>
      <w:r>
        <w:t>کوئی ایک شخص بھی پورے مسلم ورلڈ میں نہیں ہے، مجھ کو چھوڑ کر، جو ایشو اس ایشو پر اسلام کے کی گائیڈ لائن کو تلاش کرے، اس کے مطابق چلے۔</w:t>
      </w:r>
    </w:p>
    <w:p>
      <w:r>
        <w:rPr>
          <w:b/>
        </w:rPr>
        <w:t xml:space="preserve">[08:21] </w:t>
      </w:r>
      <w:r>
        <w:t>khair, main batana chahta hoon ke islam ki kya guidance hai is tarah ke maamle mein.</w:t>
      </w:r>
    </w:p>
    <w:p>
      <w:pPr>
        <w:jc w:val="right"/>
      </w:pPr>
      <w:r>
        <w:t>خیر، میں بتانا چاہتا ہوں کہ اسلام کی کیا گائیڈنس ہے اس طرح کے معاملے میں۔</w:t>
      </w:r>
    </w:p>
    <w:p>
      <w:r>
        <w:rPr>
          <w:b/>
        </w:rPr>
        <w:t xml:space="preserve">[08:31] </w:t>
      </w:r>
      <w:r>
        <w:t>dekhiye,</w:t>
      </w:r>
    </w:p>
    <w:p>
      <w:pPr>
        <w:jc w:val="right"/>
      </w:pPr>
      <w:r>
        <w:t>دیکھیے،</w:t>
      </w:r>
    </w:p>
    <w:p>
      <w:r>
        <w:rPr>
          <w:b/>
        </w:rPr>
        <w:t xml:space="preserve">[08:35] </w:t>
      </w:r>
      <w:r>
        <w:t>islam mein itni badi guidance hai, itni badi rehnumai di gayi hai ke main soch raha tha to mujhe do lafz mere zehen mein aaye usko batane ke liye.</w:t>
      </w:r>
    </w:p>
    <w:p>
      <w:pPr>
        <w:jc w:val="right"/>
      </w:pPr>
      <w:r>
        <w:t>اسلام میں اتنی بڑی گائیڈنس ہے، اتنی بڑی رہنمائی دی گئی ہے کہ میں سوچ رہا تھا تو مجھے دو لفظ میرے ذہن میں آئے اس کو بتانے کے لیے۔</w:t>
      </w:r>
    </w:p>
    <w:p>
      <w:r>
        <w:rPr>
          <w:b/>
        </w:rPr>
        <w:t xml:space="preserve">[08:49] </w:t>
      </w:r>
      <w:r>
        <w:t>woh kya hai? ek hai "awaiting the crisis", yaani in advance aisa karna ke crisis pesh na aaye.</w:t>
      </w:r>
    </w:p>
    <w:p>
      <w:pPr>
        <w:jc w:val="right"/>
      </w:pPr>
      <w:r>
        <w:t>وہ کیا ہے؟ ایک ہے "اوائٹنگ دا کرائسز"، یعنی ان ایڈوانس ایسا کرنا کہ کرائسز پیش نہ آئے۔</w:t>
      </w:r>
    </w:p>
    <w:p>
      <w:r>
        <w:rPr>
          <w:b/>
        </w:rPr>
        <w:t xml:space="preserve">[09:02] </w:t>
      </w:r>
      <w:r>
        <w:t>"awaiting the crisis", yaani crisis ki situation pesh na aaye, aisa karna pehle hi se. aisa safeguard lena, that is "awaiting the crisis".</w:t>
      </w:r>
    </w:p>
    <w:p>
      <w:pPr>
        <w:jc w:val="right"/>
      </w:pPr>
      <w:r>
        <w:t>"اوائٹنگ دا کرائسز"، یعنی کرائسز کی سچویشن پیش نہ آئے، ایسا کرنا پہلے ہی سے۔ ایسا سیف گارڈ لینا، دیٹ از "اوائٹنگ دا کرائسز"۔</w:t>
      </w:r>
    </w:p>
    <w:p>
      <w:r>
        <w:rPr>
          <w:b/>
        </w:rPr>
        <w:t xml:space="preserve">[09:16] </w:t>
      </w:r>
      <w:r>
        <w:t>doosra kya hai? "managing the crisis", yaani crisis ho jaye to kaise manage kiya jaye.</w:t>
      </w:r>
    </w:p>
    <w:p>
      <w:pPr>
        <w:jc w:val="right"/>
      </w:pPr>
      <w:r>
        <w:t>دوسرا کیا ہے؟ "مینیجنگ دا کرائسز"، یعنی کرائسز ہو جائے تو کیسے مینج کیا جائے۔</w:t>
      </w:r>
    </w:p>
    <w:p>
      <w:r>
        <w:rPr>
          <w:b/>
        </w:rPr>
        <w:t xml:space="preserve">[09:27] </w:t>
      </w:r>
      <w:r>
        <w:t>to "awaiting the crisis" jo main keh raha hoon, uski main misaal deta hoon aap ko.</w:t>
      </w:r>
    </w:p>
    <w:p>
      <w:pPr>
        <w:jc w:val="right"/>
      </w:pPr>
      <w:r>
        <w:t>تو "اوائٹنگ دی کرائسز" جو میں کہہ رہا ہوں، اس کی میں مثال دیتا ہوں آپ کو۔</w:t>
      </w:r>
    </w:p>
    <w:p>
      <w:r>
        <w:rPr>
          <w:b/>
        </w:rPr>
        <w:t xml:space="preserve">[09:32] </w:t>
      </w:r>
      <w:r>
        <w:t>dekhiye, islam mein bahut bada darja mana gaya hai umar farooq ka, jo ke second caliph the, yaani seventh century AD mein.</w:t>
      </w:r>
    </w:p>
    <w:p>
      <w:pPr>
        <w:jc w:val="right"/>
      </w:pPr>
      <w:r>
        <w:t>دیکھیے، اسلام میں بہت بڑا درجہ مانا گیا ہے عمر فاروق کا، جو کہ سیکنڈ کیلیف تھے، یعنی سیون سینچری اے ڈی میں۔</w:t>
      </w:r>
    </w:p>
    <w:p>
      <w:r>
        <w:rPr>
          <w:b/>
        </w:rPr>
        <w:t xml:space="preserve">[09:50] </w:t>
      </w:r>
      <w:r>
        <w:t>to unke zamane mein kya hua ke musalmanon ka ek group gaya yerushalim, wahan un logon se baat ch</w:t>
      </w:r>
    </w:p>
    <w:p>
      <w:pPr>
        <w:jc w:val="right"/>
      </w:pPr>
      <w:r>
        <w:t>تو ان کے زمانے میں کیا ہوا کہ مسلمانوں کا ایک گروپ گیا یروشلم، وہاں ان لوگوں سے بات چ</w:t>
      </w:r>
    </w:p>
    <w:p>
      <w:r>
        <w:rPr>
          <w:b/>
        </w:rPr>
        <w:t xml:space="preserve">[10:01] </w:t>
      </w:r>
      <w:r>
        <w:t>cheet hui. baat cheet ke baad jo us waqt muslim jo hukumat thi, jis ka rajdhani madina tha, to madina ke beech mein aur yerushalim ke beech mein ek agreement hua.</w:t>
      </w:r>
    </w:p>
    <w:p>
      <w:pPr>
        <w:jc w:val="right"/>
      </w:pPr>
      <w:r>
        <w:t>یت ہوئی۔ بات چیت کے بعد جو اس وقت مسلم جو حکومت تھی، جس کا راجدھانی مدینہ تھا، تو مدینہ کے بیچ میں اور یروشلم کے بیچ میں ایک ایگریمنٹ ہوا۔</w:t>
      </w:r>
    </w:p>
    <w:p>
      <w:r>
        <w:rPr>
          <w:b/>
        </w:rPr>
        <w:t xml:space="preserve">[10:15] </w:t>
      </w:r>
      <w:r>
        <w:t>to unhone kaha ke hum agreement jab karenge, jab ke khud khalifa yerushalim aaye, to hazrat umar madine se chal kar ke yerushalim pahunche, oont par safar kar ke.</w:t>
      </w:r>
    </w:p>
    <w:p>
      <w:pPr>
        <w:jc w:val="right"/>
      </w:pPr>
      <w:r>
        <w:t>تو انہوں نے کہا کہ ہم ایگریمنٹ جب کریں گے، جب کہ خود خلیفہ یروشلم آئے، تو حضرت عمر مدینے سے چل کر کے یروشلم پہنچے، اونٹ پر سفر کر کے۔</w:t>
      </w:r>
    </w:p>
    <w:p>
      <w:r>
        <w:rPr>
          <w:b/>
        </w:rPr>
        <w:t xml:space="preserve">[10:29] </w:t>
      </w:r>
      <w:r>
        <w:t>to bahut sari detail is mein hain, main sirf is ek baat ko batana chahunga jis ka taluq is tarah ke issues se hai. to hazrat umar farooq jo second caliph hain,</w:t>
      </w:r>
    </w:p>
    <w:p>
      <w:pPr>
        <w:jc w:val="right"/>
      </w:pPr>
      <w:r>
        <w:t>تو بہت ساری ڈیٹیل اس میں ہیں، میں صرف اس ایک بات کو بتانا چاہوں گا جس کا تعلق اس طرح کے ایشوز سے ہے۔ تو حضرت عمر فاروق جو سیکنڈ کیلیف ہیں،</w:t>
      </w:r>
    </w:p>
    <w:p>
      <w:r>
        <w:rPr>
          <w:b/>
        </w:rPr>
        <w:t xml:space="preserve">[10:44] </w:t>
      </w:r>
      <w:r>
        <w:t>jab wahan ke wahan ke jo lord bishop tha, us se jab baat ho rahi thi to woh baat ho rahi thi is church mein, jis ko kehte hain "church of resurrection", arabi mein kehte hain is ko "kannist al-qiyamah".</w:t>
      </w:r>
    </w:p>
    <w:p>
      <w:pPr>
        <w:jc w:val="right"/>
      </w:pPr>
      <w:r>
        <w:t>جب وہاں کے وہاں کے جو لارڈ بشپ تھا، اس سے جب بات ہو رہی تھی تو وہ بات ہو رہی تھی اس چرچ میں، جس کو کہتے ہیں "چرچ آف ریزرکشن"، عربی میں کہتے ہیں اس کو "کنیست القیامہ"۔</w:t>
      </w:r>
    </w:p>
    <w:p>
      <w:r>
        <w:rPr>
          <w:b/>
        </w:rPr>
        <w:t xml:space="preserve">[10:59] </w:t>
      </w:r>
      <w:r>
        <w:t>ab</w:t>
      </w:r>
    </w:p>
    <w:p>
      <w:pPr>
        <w:jc w:val="right"/>
      </w:pPr>
      <w:r>
        <w:t>اب</w:t>
      </w:r>
    </w:p>
    <w:p>
      <w:r>
        <w:rPr>
          <w:b/>
        </w:rPr>
        <w:t xml:space="preserve">[11:00] </w:t>
      </w:r>
      <w:r>
        <w:t>hi bhi woh church of resurrection hai, mein jab gaya tha to mein ne dekha khud apni aankh se. to yeh bohat hi purana church hai, to wahan baat cheet ho rahi thi.</w:t>
      </w:r>
    </w:p>
    <w:p>
      <w:pPr>
        <w:jc w:val="right"/>
      </w:pPr>
      <w:r>
        <w:t>ھی بھی وہ چرچ آف ریزرکشن ہے، میں جب گیا تھا تو میں نے دیکھا خود اپنی آنکھ سے۔ تو یہ بہت ہی پرانا چرچ ہے، تو وہاں بات چیت ہو رہی تھی۔</w:t>
      </w:r>
    </w:p>
    <w:p>
      <w:r>
        <w:rPr>
          <w:b/>
        </w:rPr>
        <w:t xml:space="preserve">[11:10] </w:t>
      </w:r>
      <w:r>
        <w:t>to hazrat umar ne kaha bishop se ke mere namaz ka waqt ho gaya hai, yaani asar ki namaz ka waqt.</w:t>
      </w:r>
    </w:p>
    <w:p>
      <w:pPr>
        <w:jc w:val="right"/>
      </w:pPr>
      <w:r>
        <w:t>تو حضرت عمر نے کہا بشپ سے کہ میرے نماز کا وقت ہو گیا ہے، یعنی عصر کی نماز کا وقت۔</w:t>
      </w:r>
    </w:p>
    <w:p>
      <w:r>
        <w:rPr>
          <w:b/>
        </w:rPr>
        <w:t xml:space="preserve">[11:20] </w:t>
      </w:r>
      <w:r>
        <w:t>to bishop ne kya kaha? ke yahi parh lijiye, aap church ke andar parh lijiye, humein koi objection nahi hai.</w:t>
      </w:r>
    </w:p>
    <w:p>
      <w:pPr>
        <w:jc w:val="right"/>
      </w:pPr>
      <w:r>
        <w:t>تو بشپ نے کیا کہا؟ کہ یہی پڑھ لیجئے، آپ چرچ کے اندر پڑھ لیجئے، ہمیں کوئی ابجیکشن نہیں ہے۔</w:t>
      </w:r>
    </w:p>
    <w:p>
      <w:r>
        <w:rPr>
          <w:b/>
        </w:rPr>
        <w:t xml:space="preserve">[11:28] </w:t>
      </w:r>
      <w:r>
        <w:t>unhon ne kaha ke nahi, mein yahan nahi parhoon ga. unhon ne kaha ke jis ko kehte hain angrezi mein "stones throw", yaani pathar aap aik hath mein lein aur zor se phenkein,</w:t>
      </w:r>
    </w:p>
    <w:p>
      <w:pPr>
        <w:jc w:val="right"/>
      </w:pPr>
      <w:r>
        <w:t>انہوں نے کہا کہ نہیں، میں یہاں نہیں پڑھوں گا۔ انہوں نے کہا کہ جس کو کہتے ہیں انگریزی میں "سٹونز تھرو"، یعنی پتھر آپ ایک ہاتھ میں لیں اور زور سے پھینکیں،</w:t>
      </w:r>
    </w:p>
    <w:p>
      <w:r>
        <w:rPr>
          <w:b/>
        </w:rPr>
        <w:t xml:space="preserve">[11:43] </w:t>
      </w:r>
      <w:r>
        <w:t>jitni door ja kar gire ga, us ko kehte hain "stones throw".</w:t>
      </w:r>
    </w:p>
    <w:p>
      <w:pPr>
        <w:jc w:val="right"/>
      </w:pPr>
      <w:r>
        <w:t>جتنی دور جا کر گرے گا، اس کو کہتے ہیں "سٹونز تھرو"۔</w:t>
      </w:r>
    </w:p>
    <w:p>
      <w:r>
        <w:rPr>
          <w:b/>
        </w:rPr>
        <w:t xml:space="preserve">[11:48] </w:t>
      </w:r>
      <w:r>
        <w:t>itni door hi pe ja kar ke mein namaz parhoon ga. aur unhon ne is ki hikmat batai, is ki wisdom ke agar mein yahan namaz parh loon to meri position khalifa ki position hai, to mere baad jo generation aaye gi, woh kahengay ke "ha hona salla umar", yaani hamare khalifa ne yahan namaz parhi hai, yahan to hum masjid banayengay,</w:t>
      </w:r>
    </w:p>
    <w:p>
      <w:pPr>
        <w:jc w:val="right"/>
      </w:pPr>
      <w:r>
        <w:t>اتنی دور ہی پہ جا کر کے میں نماز پڑھوں گا۔ اور انہوں نے اس کی حکمت بتائی، اس کی وزڈم کہ اگر میں یہاں نماز پڑھ لوں تو میری پوزیشن خلیفہ کی پوزیشن ہے، تو میرے بعد جو جنریشن آئے گی، وہ کہیں گے کہ "ہا ہونا صلی اللہ عمر"، یعنی ہمارے خلیفہ نے یہاں نماز پڑھی ہے، یہاں تو ہم مسجد بنائیں گے،</w:t>
      </w:r>
    </w:p>
    <w:p>
      <w:r>
        <w:rPr>
          <w:b/>
        </w:rPr>
        <w:t xml:space="preserve">[12:13] </w:t>
      </w:r>
      <w:r>
        <w:t>yaani kalesa ke church ke andar masjid.</w:t>
      </w:r>
    </w:p>
    <w:p>
      <w:pPr>
        <w:jc w:val="right"/>
      </w:pPr>
      <w:r>
        <w:t>یعنی کلیسہ کے چرچ کے اندر مسجد۔</w:t>
      </w:r>
    </w:p>
    <w:p>
      <w:r>
        <w:rPr>
          <w:b/>
        </w:rPr>
        <w:t xml:space="preserve">[12:17] </w:t>
      </w:r>
      <w:r>
        <w:t>ab kitab ka jhagda khara hoga, kitab ka kya crisis aaye ga. is crisis se bachne ke liye unhon ne precaution liya ke mein "stone throw" ki dori par ja kar ke namaz parhoon ga.</w:t>
      </w:r>
    </w:p>
    <w:p>
      <w:pPr>
        <w:jc w:val="right"/>
      </w:pPr>
      <w:r>
        <w:t>اب کتاب کا جھگڑا کھڑا ہوگا، کتاب کا کیا کرائسز آئے گا۔ اس کرائسز سے بچنے کے لیے انہوں نے پریکاشن لیا کہ میں "سٹون تھرو" کی دوری پر جا کر کے نماز پڑھوں گا۔</w:t>
      </w:r>
    </w:p>
    <w:p>
      <w:r>
        <w:rPr>
          <w:b/>
        </w:rPr>
        <w:t xml:space="preserve">[12:34] </w:t>
      </w:r>
      <w:r>
        <w:t>aise hi kiya, unhon ne wahan ja kar namaz parhi. aur is ke baad kya hua? baad ke musalmanon ne is spot par masjid banai.</w:t>
      </w:r>
    </w:p>
    <w:p>
      <w:pPr>
        <w:jc w:val="right"/>
      </w:pPr>
      <w:r>
        <w:t>ایسے ہی کیا، انہوں نے وہاں جا کر نماز پڑھی۔ اور اس کے بعد کیا ہوا؟ بعد کے مسلمانوں نے اس اسپاٹ پر مسجد بنائی۔</w:t>
      </w:r>
    </w:p>
    <w:p>
      <w:r>
        <w:rPr>
          <w:b/>
        </w:rPr>
        <w:t xml:space="preserve">[12:46] </w:t>
      </w:r>
      <w:r>
        <w:t>mein jab yerushalayim gaya tha to mein ne khud dekha is masjid ko, is ka naam hai "masjid umar".</w:t>
      </w:r>
    </w:p>
    <w:p>
      <w:pPr>
        <w:jc w:val="right"/>
      </w:pPr>
      <w:r>
        <w:t>میں جب یروشلم گیا تھا تو میں نے خود دیکھا اس مسجد کو، اس کا نام ہے "مسجد عمر"۔</w:t>
      </w:r>
    </w:p>
    <w:p>
      <w:r>
        <w:rPr>
          <w:b/>
        </w:rPr>
        <w:t xml:space="preserve">[12:54] </w:t>
      </w:r>
      <w:r>
        <w:t>abhi bhi woh masjid maujood hai.</w:t>
      </w:r>
    </w:p>
    <w:p>
      <w:pPr>
        <w:jc w:val="right"/>
      </w:pPr>
      <w:r>
        <w:t>ابھی بھی وہ مسجد موجود ہے۔</w:t>
      </w:r>
    </w:p>
    <w:p>
      <w:r>
        <w:rPr>
          <w:b/>
        </w:rPr>
        <w:t xml:space="preserve">[12:58] </w:t>
      </w:r>
      <w:r>
        <w:t>yeh hai "awaiting the crisis", yaani unhon ne pehle se andaza kiya ke do places of worship door door honay chahiye,</w:t>
      </w:r>
    </w:p>
    <w:p>
      <w:pPr>
        <w:jc w:val="right"/>
      </w:pPr>
      <w:r>
        <w:t>یہ ہے "اوائٹنگ دی کرائسز"، یعنی انہوں نے پہلے سے اندازہ کیا کہ دو پلیسز آف ورشپ دور دور ہونے چاہیے،</w:t>
      </w:r>
    </w:p>
    <w:p>
      <w:r>
        <w:rPr>
          <w:b/>
        </w:rPr>
        <w:t xml:space="preserve">[13:12] </w:t>
      </w:r>
      <w:r>
        <w:t>aik mazhab ka ibadat khana, doosre mazhab ka dori honi chahiye, distance hona chahiye. agar sat ke bana diya jaye, mila kar ke to crisis paida hoga.</w:t>
      </w:r>
    </w:p>
    <w:p>
      <w:pPr>
        <w:jc w:val="right"/>
      </w:pPr>
      <w:r>
        <w:t>ایک مذہب کا عبادت خانہ، دوسرے مذہب کا دوری ہونی چاہیے، ڈسٹنس ہونا چاہیے۔ اگر سٹا کے بنا دیا جائے، ملا کر کے تو کرائسز پیدا ہوگا۔</w:t>
      </w:r>
    </w:p>
    <w:p>
      <w:r>
        <w:rPr>
          <w:b/>
        </w:rPr>
        <w:t xml:space="preserve">[13:24] </w:t>
      </w:r>
      <w:r>
        <w:t>to agar wahan namaz parh lete aur baad ke musalman kehte hain ke yahan to khalifa ne namaz parhi hai, is liye hum masjid banayengay, to kya hota?</w:t>
      </w:r>
    </w:p>
    <w:p>
      <w:pPr>
        <w:jc w:val="right"/>
      </w:pPr>
      <w:r>
        <w:t>تو اگر وہاں نماز پڑھ لیتے اور بعد کے مسلمان کہتے ہیں کہ یہاں تو خلیفہ نے نماز پڑھی ہے، اس لیے ہم مسجد بنائیں گے، تو کیا ہوتا؟</w:t>
      </w:r>
    </w:p>
    <w:p>
      <w:r>
        <w:rPr>
          <w:b/>
        </w:rPr>
        <w:t xml:space="preserve">[13:34] </w:t>
      </w:r>
      <w:r>
        <w:t>aik jhagda hota ke church ke andar masjid, woh kehte hain hum to banayengay, woh kehte hain hum to nahi bananay dengay.</w:t>
      </w:r>
    </w:p>
    <w:p>
      <w:pPr>
        <w:jc w:val="right"/>
      </w:pPr>
      <w:r>
        <w:t>ایک جھگڑا ہوتا کہ چرچ کے اندر مسجد، وہ کہتے ہیں ہم تو بنائیں گے، وہ کہتے ہیں ہم تو نہیں بنانے دیں گے۔</w:t>
      </w:r>
    </w:p>
    <w:p>
      <w:r>
        <w:rPr>
          <w:b/>
        </w:rPr>
        <w:t xml:space="preserve">[13:41] </w:t>
      </w:r>
      <w:r>
        <w:t>aik crisis paida hota. us ko mein ne kaha "awaiting the crisis", yaani peshgi tor par unhon ne crisis se apne ko bachaya.</w:t>
      </w:r>
    </w:p>
    <w:p>
      <w:pPr>
        <w:jc w:val="right"/>
      </w:pPr>
      <w:r>
        <w:t>ایک کرائسز پیدا ہوتا۔ اس کو میں نے کہا "اوائٹنگ دی کرائسز"، یعنی پیشگی طور پر انہوں نے کرائسز سے اپنے کو بچایا۔</w:t>
      </w:r>
    </w:p>
    <w:p>
      <w:r>
        <w:rPr>
          <w:b/>
        </w:rPr>
        <w:t xml:space="preserve">[13:53] </w:t>
      </w:r>
      <w:r>
        <w:t>babri masjid ke liye kya hua? is ka ulta hua. dekhein, mein ne khud</w:t>
      </w:r>
    </w:p>
    <w:p>
      <w:pPr>
        <w:jc w:val="right"/>
      </w:pPr>
      <w:r>
        <w:t>بابری مسجد کے لیے کیا ہوا؟ اس کا الٹا ہوا۔ دیکھیں، میں نے خود</w:t>
      </w:r>
    </w:p>
    <w:p>
      <w:r>
        <w:rPr>
          <w:b/>
        </w:rPr>
        <w:t xml:space="preserve">[14:02] </w:t>
      </w:r>
      <w:r>
        <w:t>british period mein babri masjid ko dekha hai,</w:t>
      </w:r>
    </w:p>
    <w:p>
      <w:pPr>
        <w:jc w:val="right"/>
      </w:pPr>
      <w:r>
        <w:t>برٹش پیریڈ میں بابری مسجد کو دیکھا ہے،</w:t>
      </w:r>
    </w:p>
    <w:p>
      <w:r>
        <w:rPr>
          <w:b/>
        </w:rPr>
        <w:t xml:space="preserve">[14:06] </w:t>
      </w:r>
      <w:r>
        <w:t>ghaliban 1943 mein, jab mein idhar gaya, faizabad gaya 1943 mein, to us waqt mein ne suna tha ke yahan par aik masjid hai jis ke andar woh hai,</w:t>
      </w:r>
    </w:p>
    <w:p>
      <w:pPr>
        <w:jc w:val="right"/>
      </w:pPr>
      <w:r>
        <w:t>غالباً 1943 میں، جب میں ادھر گیا، فائد آباد گیا 1943 میں، تو اس وقت میں نے سنا تھا کہ یہاں پر ایک مسجد ہے جس کے اندر وہ ہے،</w:t>
      </w:r>
    </w:p>
    <w:p>
      <w:r>
        <w:rPr>
          <w:b/>
        </w:rPr>
        <w:t xml:space="preserve">[14:25] </w:t>
      </w:r>
      <w:r>
        <w:t>yaani hinduo ka ibadat khana is ke andar hai. to mein ne chaha ke mein apni aankh se ja kar dekhon is ko. mein</w:t>
      </w:r>
    </w:p>
    <w:p>
      <w:pPr>
        <w:jc w:val="right"/>
      </w:pPr>
      <w:r>
        <w:t>یعنی ہندوؤں کا بے عبادت خانہ اس کے اندر ہے۔ تو میں نے چاہا کہ میں اپنی آنکھ سے جا کر دیکھوں اس کو۔ میں</w:t>
      </w:r>
    </w:p>
    <w:p>
      <w:r>
        <w:rPr>
          <w:b/>
        </w:rPr>
        <w:t xml:space="preserve">[14:34] </w:t>
      </w:r>
      <w:r>
        <w:t>ayodhya gaya, yaani faizabad se mein ghagra ko boat ke zariye paar kar ke mein ayodhya pohncha tha.</w:t>
      </w:r>
    </w:p>
    <w:p>
      <w:pPr>
        <w:jc w:val="right"/>
      </w:pPr>
      <w:r>
        <w:t>ایجتیا گیا، یعنی فائد آباد سے میں گھاگرا کو کو بوٹ کے ذریعے پار کر کے میں ایجتیا پہنچا تھا۔</w:t>
      </w:r>
    </w:p>
    <w:p>
      <w:r>
        <w:rPr>
          <w:b/>
        </w:rPr>
        <w:t xml:space="preserve">[14:45] </w:t>
      </w:r>
      <w:r>
        <w:t>wahan ja kar mein andar gaya to woh patharon ka aik structure tha aur bilkul sunsaan,</w:t>
      </w:r>
    </w:p>
    <w:p>
      <w:pPr>
        <w:jc w:val="right"/>
      </w:pPr>
      <w:r>
        <w:t>وہاں جا کر میں اندر گیا تو وہ پتھروں کا ایک سٹرکچر تھا اور بالکل سنسان،</w:t>
      </w:r>
    </w:p>
    <w:p>
      <w:r>
        <w:rPr>
          <w:b/>
        </w:rPr>
        <w:t xml:space="preserve">[14:55] </w:t>
      </w:r>
      <w:r>
        <w:t>sunsaan. to</w:t>
      </w:r>
    </w:p>
    <w:p>
      <w:pPr>
        <w:jc w:val="right"/>
      </w:pPr>
      <w:r>
        <w:t>سنسان۔ تو</w:t>
      </w:r>
    </w:p>
    <w:p>
      <w:r>
        <w:rPr>
          <w:b/>
        </w:rPr>
        <w:t xml:space="preserve">[14:58] </w:t>
      </w:r>
      <w:r>
        <w:t>agar wahan par panch waqt ki namaz hoti, wahan imam hotay, muazzin hotay, aik madrasa qaim hota, jaise misaal ke tor par yahan kali masjid hai, kali masjid mein baqayda panch waqt ki namaz hoti hai, wahan madrasa qaim hai.</w:t>
      </w:r>
    </w:p>
    <w:p>
      <w:pPr>
        <w:jc w:val="right"/>
      </w:pPr>
      <w:r>
        <w:t>اگر وہاں پر پانچ وقت کی نماز ہوتی، وہاں امام ہوتے، موذن ہوتے، ایک مدرسہ قائم ہوتا، جیسے مثال کے طور پر یہاں کالی مسجد ہے، کالی مسجد میں باقاعدہ پانچ وقت کی نماز ہوتی ہے، وہاں مدرسہ قائم ہے۔</w:t>
      </w:r>
    </w:p>
    <w:p>
      <w:r>
        <w:rPr>
          <w:b/>
        </w:rPr>
        <w:t xml:space="preserve">[15:13] </w:t>
      </w:r>
      <w:r>
        <w:t>aisa hota to kuch bhi na hota,</w:t>
      </w:r>
    </w:p>
    <w:p>
      <w:pPr>
        <w:jc w:val="right"/>
      </w:pPr>
      <w:r>
        <w:t>ایسا ہوتا تو کچھ بھی نہ ہوتا،</w:t>
      </w:r>
    </w:p>
    <w:p>
      <w:r>
        <w:rPr>
          <w:b/>
        </w:rPr>
        <w:t xml:space="preserve">[15:18] </w:t>
      </w:r>
      <w:r>
        <w:t>lekin wahan abandon masjid pari hui thi. main do do, main ne do rak'at namaz parhi</w:t>
      </w:r>
    </w:p>
    <w:p>
      <w:pPr>
        <w:jc w:val="right"/>
      </w:pPr>
      <w:r>
        <w:t>لیکن وہاں ابینڈن مسجد پڑی ہوئی تھی۔ میں دو دو، میں نے دو رکعت نماز پڑھی</w:t>
      </w:r>
    </w:p>
    <w:p>
      <w:r>
        <w:rPr>
          <w:b/>
        </w:rPr>
        <w:t xml:space="preserve">[15:26] </w:t>
      </w:r>
      <w:r>
        <w:t>to main ne dekha ke masjid ka ek to covered area hai, ek open area. open area mein, ya'ni idhar se enter hote hue right side mein ek chabutra tha,</w:t>
      </w:r>
    </w:p>
    <w:p>
      <w:pPr>
        <w:jc w:val="right"/>
      </w:pPr>
      <w:r>
        <w:t>تو میں نے دیکھا کہ مسجد کا ایک تو کورڈ ایریا ہے، ایک اوپن ایریا۔ اوپن ایریا میں، یعنی ادھر سے انٹر ہوتے ہوئے رائٹ سائیڈ میں ایک چبوترا تھا،</w:t>
      </w:r>
    </w:p>
    <w:p>
      <w:r>
        <w:rPr>
          <w:b/>
        </w:rPr>
        <w:t xml:space="preserve">[15:40] </w:t>
      </w:r>
      <w:r>
        <w:t>abhi tak woh is ki shakal mujhe yaad hai. is chabutra par Ram ka kuch, Ram aur Sita ke kuch nishanat the, maslan salota tha, kharau'n tha, is tarah ki cheezen.</w:t>
      </w:r>
    </w:p>
    <w:p>
      <w:pPr>
        <w:jc w:val="right"/>
      </w:pPr>
      <w:r>
        <w:t>ابھی تک وہ اس کی شکل مجھے یاد ہے۔ اس چبوترے پر رام کا کچھ، رام اور سیتا کے کچھ نشانات تھے، مثلاً سلوٹا تھا، کھڑاؤں تھا، اس طرح کی چیزیں۔</w:t>
      </w:r>
    </w:p>
    <w:p>
      <w:r>
        <w:rPr>
          <w:b/>
        </w:rPr>
        <w:t xml:space="preserve">[15:52] </w:t>
      </w:r>
      <w:r>
        <w:t>zahiri hai ke hinduo'n ke liye woh muqaddas tha, woh hinduo'n ke liye muqaddas tha. to yeh satakar ke, aur woh pehle se wahan maujood tha, woh jo rasoi ghar kaha jaye, jis ko kaha jata hai, woh pehle se maujood tha.</w:t>
      </w:r>
    </w:p>
    <w:p>
      <w:pPr>
        <w:jc w:val="right"/>
      </w:pPr>
      <w:r>
        <w:t>ظاہر ہے کہ ہندوؤں کے لیے وہ مقدس تھا، وہ ہندوؤں کے لیے مقدس تھا۔ تو یہ سٹا کر کے، اور وہ پہلے سے وہاں موجود تھا، وہ جو رسوئی گھر کہا جائے، جس کو کہا جاتا ہے، وہ پہلے سے موجود تھا۔</w:t>
      </w:r>
    </w:p>
    <w:p>
      <w:r>
        <w:rPr>
          <w:b/>
        </w:rPr>
        <w:t xml:space="preserve">[16:09] </w:t>
      </w:r>
      <w:r>
        <w:t>is se satakar ke unho'n ne 1528 mein</w:t>
      </w:r>
    </w:p>
    <w:p>
      <w:pPr>
        <w:jc w:val="right"/>
      </w:pPr>
      <w:r>
        <w:t>اس سے سٹا کر کے انہوں نے 1528 میں</w:t>
      </w:r>
    </w:p>
    <w:p>
      <w:r>
        <w:rPr>
          <w:b/>
        </w:rPr>
        <w:t xml:space="preserve">[16:18] </w:t>
      </w:r>
      <w:r>
        <w:t>Mir Baqi ne wahan masjid bana di.</w:t>
      </w:r>
    </w:p>
    <w:p>
      <w:pPr>
        <w:jc w:val="right"/>
      </w:pPr>
      <w:r>
        <w:t>میر باقی نے وہاں مسجد بنا دی۔</w:t>
      </w:r>
    </w:p>
    <w:p>
      <w:r>
        <w:rPr>
          <w:b/>
        </w:rPr>
        <w:t xml:space="preserve">[16:22] </w:t>
      </w:r>
      <w:r>
        <w:t>Mir Baqi jo hai, Babar ka governor tha, is masjid ka ilm Babar ko nahi tha, yeh Awadh ka governor tha, Awadh ka governor tha, Mir Baqi.</w:t>
      </w:r>
    </w:p>
    <w:p>
      <w:pPr>
        <w:jc w:val="right"/>
      </w:pPr>
      <w:r>
        <w:t>میر باقی جو ہے، بابر کا گورنر تھا، اس مسجد کا علم بابر کو نہیں تھا، یہ اوت کا گورنر تھا، اوت کا گورنر تھا، میر باقی۔</w:t>
      </w:r>
    </w:p>
    <w:p>
      <w:r>
        <w:rPr>
          <w:b/>
        </w:rPr>
        <w:t xml:space="preserve">[16:36] </w:t>
      </w:r>
      <w:r>
        <w:t>is ne masjid banai aur masjid ko satakar bana diya, ya'ni hinduo'n ke muqaddas jagah ko masjid mila diya.</w:t>
      </w:r>
    </w:p>
    <w:p>
      <w:pPr>
        <w:jc w:val="right"/>
      </w:pPr>
      <w:r>
        <w:t>اس نے مسجد بنائی اور مسجد کو سٹا کر بنا دیا، یعنی ہندوؤں کے مقدس جگہ کو مسجد ملا دیا۔</w:t>
      </w:r>
    </w:p>
    <w:p>
      <w:r>
        <w:rPr>
          <w:b/>
        </w:rPr>
        <w:t xml:space="preserve">[16:46] </w:t>
      </w:r>
      <w:r>
        <w:t>to jhagre jhagre ki buniyad hi rakh di is ne. awwal din is ne.</w:t>
      </w:r>
    </w:p>
    <w:p>
      <w:pPr>
        <w:jc w:val="right"/>
      </w:pPr>
      <w:r>
        <w:t>تو جھگڑے جھگڑے کی بنیاد ہی رکھ دی اس نے۔ اول دن اس نے۔</w:t>
      </w:r>
    </w:p>
    <w:p>
      <w:r>
        <w:rPr>
          <w:b/>
        </w:rPr>
        <w:t xml:space="preserve">[16:51] </w:t>
      </w:r>
      <w:r>
        <w:t>ab dekhiye, aap compare kijiye ke "awaiting the crisis" ka usool hai Islam mein ke masjid ko aisi jagah na banao jise controversy paida ho.</w:t>
      </w:r>
    </w:p>
    <w:p>
      <w:pPr>
        <w:jc w:val="right"/>
      </w:pPr>
      <w:r>
        <w:t>اب دیکھیے، آپ کمپیئر کیجئے کہ "اوائٹنگ دا کرائسز" کا اصول ہے اسلام میں کہ مسجد کو ایسا جگہ نہ بناؤ جسے کنٹروورسی پیدا ہو۔</w:t>
      </w:r>
    </w:p>
    <w:p>
      <w:r>
        <w:rPr>
          <w:b/>
        </w:rPr>
        <w:t xml:space="preserve">[17:05] </w:t>
      </w:r>
      <w:r>
        <w:t>aur unho'n ne aisi jagah bana diya ke controversy khwamkhwah wahan paida honi honi thi.</w:t>
      </w:r>
    </w:p>
    <w:p>
      <w:pPr>
        <w:jc w:val="right"/>
      </w:pPr>
      <w:r>
        <w:t>اور انہوں نے ایسی جگہ بنا دیا کہ کنٹروورسی خوامخواہ وہاں پیدا ہونی ہونی تھی۔</w:t>
      </w:r>
    </w:p>
    <w:p>
      <w:r>
        <w:rPr>
          <w:b/>
        </w:rPr>
        <w:t xml:space="preserve">[17:12] </w:t>
      </w:r>
      <w:r>
        <w:t>yeh hai Islam ke khilaf chalna,</w:t>
      </w:r>
    </w:p>
    <w:p>
      <w:pPr>
        <w:jc w:val="right"/>
      </w:pPr>
      <w:r>
        <w:t>یہ ہے اسلام کے خلاف چلنا،</w:t>
      </w:r>
    </w:p>
    <w:p>
      <w:r>
        <w:rPr>
          <w:b/>
        </w:rPr>
        <w:t xml:space="preserve">[17:17] </w:t>
      </w:r>
      <w:r>
        <w:t>ya'ni musalmano'n ne is mamle mein kabhi bhi yeh sochne ki koshish nahi ki ke Babri Masjid ke mamle mein kya kya baaten Islam ke khilaf hui hain, Islam ke khilaf kya kya baaten hui hain.</w:t>
      </w:r>
    </w:p>
    <w:p>
      <w:pPr>
        <w:jc w:val="right"/>
      </w:pPr>
      <w:r>
        <w:t>یعنی مسلمانوں نے اس معاملے میں کبھی بھی یہ سوچنے کی کوشش نہیں کی کہ بابری مسجد کے معاملے میں کیا کیا باتیں اسلام کے خلاف ہوئی ہیں، اسلام کے خلاف کیا کیا باتیں ہوئی ہیں۔</w:t>
      </w:r>
    </w:p>
    <w:p>
      <w:r>
        <w:rPr>
          <w:b/>
        </w:rPr>
        <w:t xml:space="preserve">[17:29] </w:t>
      </w:r>
      <w:r>
        <w:t>to pehli baat yeh khilaf hui ke masjid ko aur hinduo'n ke muqaddas jagah ko satakar bana diya, mila kar bana diya.</w:t>
      </w:r>
    </w:p>
    <w:p>
      <w:pPr>
        <w:jc w:val="right"/>
      </w:pPr>
      <w:r>
        <w:t>تو پہلی بات یہ خلاف ہوئی کہ مسجد کو اور ہندوؤں کے مقدس جگہ کو سٹا کر بنا دیا، ملا کر بنا دیا۔</w:t>
      </w:r>
    </w:p>
    <w:p>
      <w:r>
        <w:rPr>
          <w:b/>
        </w:rPr>
        <w:t xml:space="preserve">[17:40] </w:t>
      </w:r>
      <w:r>
        <w:t>jabke Islam ka usool yeh hai ke ek ek ibadat khana aur doosra ibadat khana door door banaya jaye, mila kar na banaya jaye.</w:t>
      </w:r>
    </w:p>
    <w:p>
      <w:pPr>
        <w:jc w:val="right"/>
      </w:pPr>
      <w:r>
        <w:t>جبکہ اسلام کا اصول یہ ہے کہ ایک ایک عبادت خانہ اور دوسرا عبادت خانہ دور دور بنایا جائے، ملا کر نہ بنایا جائے۔</w:t>
      </w:r>
    </w:p>
    <w:p>
      <w:r>
        <w:rPr>
          <w:b/>
        </w:rPr>
        <w:t xml:space="preserve">[17:54] </w:t>
      </w:r>
      <w:r>
        <w:t>ab bataiye ke jab aisa kiya jin logo'n ne to ghalati kis ki thi? musalmano'n ki thi ya Islam ki taleem mein koi ghalati thi? yeh to Islam ki taleem ke khilaf chale yeh log.</w:t>
      </w:r>
    </w:p>
    <w:p>
      <w:pPr>
        <w:jc w:val="right"/>
      </w:pPr>
      <w:r>
        <w:t>اب بتائیے کہ جب ایسا کیا جن لوگوں نے تو غلطی کس کی تھی؟ مسلمانوں کی تھی یا اسلام کی تعلیم میں کوئی غلطی تھی؟ یہ تو اسلام کی تعلیم کے خلاف چلے یہ لوگ۔</w:t>
      </w:r>
    </w:p>
    <w:p>
      <w:r>
        <w:rPr>
          <w:b/>
        </w:rPr>
        <w:t xml:space="preserve">[18:08] </w:t>
      </w:r>
      <w:r>
        <w:t>ab dekhiye,</w:t>
      </w:r>
    </w:p>
    <w:p>
      <w:pPr>
        <w:jc w:val="right"/>
      </w:pPr>
      <w:r>
        <w:t>اب دیکھیے،</w:t>
      </w:r>
    </w:p>
    <w:p>
      <w:r>
        <w:rPr>
          <w:b/>
        </w:rPr>
        <w:t xml:space="preserve">[18:12] </w:t>
      </w:r>
      <w:r>
        <w:t>1900 ya'ni jab jab Babri banai gayi thi, tab India mein Mughal rule karte the, Mughalo'n ki hukumat thi.</w:t>
      </w:r>
    </w:p>
    <w:p>
      <w:pPr>
        <w:jc w:val="right"/>
      </w:pPr>
      <w:r>
        <w:t>1900 یعنی جب جب بابری بنائی گئی تھی، تب انڈیا میں مغل رول کرتے تھے، مغلوں کی حکومت تھی۔</w:t>
      </w:r>
    </w:p>
    <w:p>
      <w:r>
        <w:rPr>
          <w:b/>
        </w:rPr>
        <w:t xml:space="preserve">[18:20] </w:t>
      </w:r>
      <w:r>
        <w:t>achha, is ke baad yahan par Britishs aa gaye, woh rule karne lage. 1947 mein yeh rule khatam hua aur yahan par ya'ni national government bani.</w:t>
      </w:r>
    </w:p>
    <w:p>
      <w:pPr>
        <w:jc w:val="right"/>
      </w:pPr>
      <w:r>
        <w:t>اچھا، اس کے بعد یہاں پر برٹشز آ گئے، وہ رول کرنے لگے۔ 1947 میں یہ رول ختم ہوا اور یہاں پر یعنی نیشنل گورنمنٹ بنی۔</w:t>
      </w:r>
    </w:p>
    <w:p>
      <w:r>
        <w:rPr>
          <w:b/>
        </w:rPr>
        <w:t xml:space="preserve">[18:32] </w:t>
      </w:r>
      <w:r>
        <w:t>tab Pandora box khul gaya, ya'ni Babri Masjid ya'ni awwal din se ek Pandora box tha, woh awwal din se,</w:t>
      </w:r>
    </w:p>
    <w:p>
      <w:pPr>
        <w:jc w:val="right"/>
      </w:pPr>
      <w:r>
        <w:t>تب پینڈورا باکس کھل گیا، یعنی بابری مسجد یعنی اول دن سے ایک پینڈورا باکس تھا، وہ اول دن سے،</w:t>
      </w:r>
    </w:p>
    <w:p>
      <w:r>
        <w:rPr>
          <w:b/>
        </w:rPr>
        <w:t xml:space="preserve">[18:41] </w:t>
      </w:r>
      <w:r>
        <w:t>lekin woh Mughal daur mein band raha, British period mein band raha. aur jaise hi azadi aayi aur national government bani, woh Pandora box khul gaya</w:t>
      </w:r>
    </w:p>
    <w:p>
      <w:pPr>
        <w:jc w:val="right"/>
      </w:pPr>
      <w:r>
        <w:t>لیکن وہ مغل دور میں بند رہا، برٹش پیریڈ میں بند رہا۔ اور جیسے ہی آزادی آئی اور نیشنل گورنمنٹ بنی، وہ پینڈورا باکس کھل گیا</w:t>
      </w:r>
    </w:p>
    <w:p>
      <w:r>
        <w:rPr>
          <w:b/>
        </w:rPr>
        <w:t xml:space="preserve">[18:54] </w:t>
      </w:r>
      <w:r>
        <w:t>aur woh crisis ban gaya. pehle woh potential crisis tha, ab actual crisis ban gaya. to Islam mein is ke bhi guidance hain, ya'ni agar actual crisis ban jaye to kya karna chahiye?</w:t>
      </w:r>
    </w:p>
    <w:p>
      <w:pPr>
        <w:jc w:val="right"/>
      </w:pPr>
      <w:r>
        <w:t>اور وہ کرائسز بن گیا۔ پہلے وہ پوٹینشل کرائسز تھا، اب ایکچول کرائسز بن گیا۔ تو اسلام میں اس کے بھی گائیڈنس ہیں، یعنی اگر ایکچول کرائسز بن جائے تو کیا کرنا چاہیے؟</w:t>
      </w:r>
    </w:p>
    <w:p>
      <w:r>
        <w:rPr>
          <w:b/>
        </w:rPr>
        <w:t xml:space="preserve">[19:08] </w:t>
      </w:r>
      <w:r>
        <w:t>ab main batata hoon aap ko.</w:t>
      </w:r>
    </w:p>
    <w:p>
      <w:pPr>
        <w:jc w:val="right"/>
      </w:pPr>
      <w:r>
        <w:t>اب میں بتاتا ہوں آپ کو۔</w:t>
      </w:r>
    </w:p>
    <w:p>
      <w:r>
        <w:rPr>
          <w:b/>
        </w:rPr>
        <w:t xml:space="preserve">[19:11] </w:t>
      </w:r>
      <w:r>
        <w:t>dekhiye, 1949 mein, 1949 mein kya hua ke Hindu logo'n ne masjid ke andar teen but rakh diye, teen but.</w:t>
      </w:r>
    </w:p>
    <w:p>
      <w:pPr>
        <w:jc w:val="right"/>
      </w:pPr>
      <w:r>
        <w:t>دیکھیے، 1949 میں، 1949 میں کیا ہوا کہ ہندو لوگوں نے مسجد کے اندر تین بت رکھ دیے، تین بت۔</w:t>
      </w:r>
    </w:p>
    <w:p>
      <w:r>
        <w:rPr>
          <w:b/>
        </w:rPr>
        <w:t xml:space="preserve">[19:27] </w:t>
      </w:r>
      <w:r>
        <w:t>yahan se jhagda shuru hota hai 1949 se.</w:t>
      </w:r>
    </w:p>
    <w:p>
      <w:pPr>
        <w:jc w:val="right"/>
      </w:pPr>
      <w:r>
        <w:t>یہاں سے جھگڑا شروع ہوتا ہے 1949 سے۔</w:t>
      </w:r>
    </w:p>
    <w:p>
      <w:r>
        <w:rPr>
          <w:b/>
        </w:rPr>
        <w:t xml:space="preserve">[19:34] </w:t>
      </w:r>
      <w:r>
        <w:t>ab musalmanon ne react kiya, ab wahi sab shuru</w:t>
      </w:r>
    </w:p>
    <w:p>
      <w:pPr>
        <w:jc w:val="right"/>
      </w:pPr>
      <w:r>
        <w:t>اب مسلمانوں نے ری ایکٹ کیا، اب وہی سب شروع</w:t>
      </w:r>
    </w:p>
    <w:p>
      <w:r>
        <w:rPr>
          <w:b/>
        </w:rPr>
        <w:t xml:space="preserve">[19:38] </w:t>
      </w:r>
      <w:r>
        <w:t>hua, is par taqreeb ho rahi hain, jalsay ho rahe hain, yeh sab shuru ho gaya 1949 se.</w:t>
      </w:r>
    </w:p>
    <w:p>
      <w:pPr>
        <w:jc w:val="right"/>
      </w:pPr>
      <w:r>
        <w:t>ہوا، اس پر تقیہ ہو رہی ہیں، جلسے ہو رہے ہیں، یہ سب شروع ہو گیا 1949 سے۔</w:t>
      </w:r>
    </w:p>
    <w:p>
      <w:r>
        <w:rPr>
          <w:b/>
        </w:rPr>
        <w:t xml:space="preserve">[19:48] </w:t>
      </w:r>
      <w:r>
        <w:t>yahi waqea pesh aaya makkah mein.aisa hi similar rasool Allah jab makkah mein aap paida hue 570 eesvi mein, aap ne apna mission shuru kiya 610 eesvi mein makkah mein.</w:t>
      </w:r>
    </w:p>
    <w:p>
      <w:pPr>
        <w:jc w:val="right"/>
      </w:pPr>
      <w:r>
        <w:t>یہی واقعہ پیش آیا مکہ میں۔ ایسا ہی سمیلر رسول اللہ جب مکہ میں آپ پیدا ہوئے 570 عیسوی میں، آپ نے اپنا مشن شروع کیا 610 عیسوی میں مکہ میں۔</w:t>
      </w:r>
    </w:p>
    <w:p>
      <w:r>
        <w:rPr>
          <w:b/>
        </w:rPr>
        <w:t xml:space="preserve">[20:08] </w:t>
      </w:r>
      <w:r>
        <w:t>us waqt wahan par kya tha? makkah jo tha, us ko banaya tha ek paighambar hazrat ibrahim ne toheed ke ghar ke taur par, ek khuda ki ibadat ke taur par,</w:t>
      </w:r>
    </w:p>
    <w:p>
      <w:pPr>
        <w:jc w:val="right"/>
      </w:pPr>
      <w:r>
        <w:t>اس وقت وہاں پر کیا تھا؟ مکہ جو تھا، اس کو بنایا تھا ایک پیغمبر حضرت ابراہیم نے توحید کے گھر کے طور پر، ایک خدا کی عبادت کے طور پر،</w:t>
      </w:r>
    </w:p>
    <w:p>
      <w:r>
        <w:rPr>
          <w:b/>
        </w:rPr>
        <w:t xml:space="preserve">[20:24] </w:t>
      </w:r>
      <w:r>
        <w:t>char hazar saal pehle.lekin baad ko kya hua ke wahan par logon ne la ke but rakh diye.</w:t>
      </w:r>
    </w:p>
    <w:p>
      <w:pPr>
        <w:jc w:val="right"/>
      </w:pPr>
      <w:r>
        <w:t>چار ہزار سال پہلے۔ لیکن بعد کو کیا ہوا کہ وہاں پر لوگوں نے لا کے بت رکھ دیے۔</w:t>
      </w:r>
    </w:p>
    <w:p>
      <w:r>
        <w:rPr>
          <w:b/>
        </w:rPr>
        <w:t xml:space="preserve">[20:32] </w:t>
      </w:r>
      <w:r>
        <w:t>to jab rasool Allah ka zamana aata hai to wahan 360 but rakhe hue the, 360 idols.babri masjid mein teen but rakhe gaye, wahan par 360 but rakhe gaye the.</w:t>
      </w:r>
    </w:p>
    <w:p>
      <w:pPr>
        <w:jc w:val="right"/>
      </w:pPr>
      <w:r>
        <w:t>تو جب رسول اللہ کا زمانہ آتا ہے تو وہاں 360 بت رکھے ہوئے تھے، 360 آئیڈلز۔ بابری مسجد میں تین بت رکھے گئے، وہاں پر 360 بت رکھے گئے تھے۔</w:t>
      </w:r>
    </w:p>
    <w:p>
      <w:r>
        <w:rPr>
          <w:b/>
        </w:rPr>
        <w:t xml:space="preserve">[20:48] </w:t>
      </w:r>
      <w:r>
        <w:t>yahan par musalmanon ne kya kiya? reaction, dhoom dham, jalsa, jaloos, dhara, jhanda.ab wahan par rasool Allah sallallahu alaihi wasallam ne kuch bhi nahi kiya, khamoshi.</w:t>
      </w:r>
    </w:p>
    <w:p>
      <w:pPr>
        <w:jc w:val="right"/>
      </w:pPr>
      <w:r>
        <w:t>یہاں پر مسلمانوں نے کیا کیا؟ ری ایکشن، دھوم دھام، جلسہ، جلوس، دھارا، جھنڈا۔ اب وہاں پر رسول اللہ صلی اللہ علیہ وسلم نے کچھ بھی نہیں کیا، خاموشی۔</w:t>
      </w:r>
    </w:p>
    <w:p>
      <w:r>
        <w:rPr>
          <w:b/>
        </w:rPr>
        <w:t xml:space="preserve">[21:02] </w:t>
      </w:r>
      <w:r>
        <w:t>yeh hai crisis.paida ho jaye to us ko manage karna.aap ne kya kiya? quran majeed mein ayat utri ke "wasabbik fatahhir" yaani apne aap ko pak karo.</w:t>
      </w:r>
    </w:p>
    <w:p>
      <w:pPr>
        <w:jc w:val="right"/>
      </w:pPr>
      <w:r>
        <w:t>یہ ہے کرائسز۔ پیدا ہو جائے تو اس کو مینج کرنا۔ آپ نے کیا کیا؟ قرآن مجید میں آیت اتری کہ "وسابک فطاہر" یعنی اپنے آپ کو پاک کرو۔</w:t>
      </w:r>
    </w:p>
    <w:p>
      <w:r>
        <w:rPr>
          <w:b/>
        </w:rPr>
        <w:t xml:space="preserve">[21:19] </w:t>
      </w:r>
      <w:r>
        <w:t>yaani aaya ke "tahir al kaba min al islam" ke kaba ko buton se pak karo.</w:t>
      </w:r>
    </w:p>
    <w:p>
      <w:pPr>
        <w:jc w:val="right"/>
      </w:pPr>
      <w:r>
        <w:t>یعنی آیا کہ "طاہر الکعبۃ من الاسلام" کہ کعبہ کو بتوں سے پاک کرو۔</w:t>
      </w:r>
    </w:p>
    <w:p>
      <w:r>
        <w:rPr>
          <w:b/>
        </w:rPr>
        <w:t xml:space="preserve">[21:29] </w:t>
      </w:r>
      <w:r>
        <w:t>ab zara ghor kijiye, kitna</w:t>
      </w:r>
    </w:p>
    <w:p>
      <w:pPr>
        <w:jc w:val="right"/>
      </w:pPr>
      <w:r>
        <w:t>اب ذرا غور کیجئے، کتنا</w:t>
      </w:r>
    </w:p>
    <w:p>
      <w:r>
        <w:rPr>
          <w:b/>
        </w:rPr>
        <w:t xml:space="preserve">[21:31] </w:t>
      </w:r>
      <w:r>
        <w:t>difference hai musalmanon ka jo sara jo focus tha? kya babri masjid se woh teen buton ko nikala jaye?</w:t>
      </w:r>
    </w:p>
    <w:p>
      <w:pPr>
        <w:jc w:val="right"/>
      </w:pPr>
      <w:r>
        <w:t>ڈیفرنس ہے مسلمانوں کا جو سارا جو فوکس تھا؟ کیا بابری مسجد سے وہ تین بتوں کو نکالا جائے؟</w:t>
      </w:r>
    </w:p>
    <w:p>
      <w:r>
        <w:rPr>
          <w:b/>
        </w:rPr>
        <w:t xml:space="preserve">[21:40] </w:t>
      </w:r>
      <w:r>
        <w:t>bas awwal din se bas isi par focus tha.rasool Allah ka focus is par nahi tha, rasool Allah ka focus tha ke dilon se shirk ko nikala jaye, dilon ko purify kiya jaye, dilon mein positivity lai jaye.</w:t>
      </w:r>
    </w:p>
    <w:p>
      <w:pPr>
        <w:jc w:val="right"/>
      </w:pPr>
      <w:r>
        <w:t>بس اول دن سے بس اسی پر فوکس تھا۔ رسول اللہ کا فوکس اس پر نہیں تھا، رسول اللہ کا فوکس تھا کہ دلوں سے شرک کو نکالا جائے، دلوں کو پیوریفائی کیا جائے، دلوں میں پازیٹیوٹی لائی جائے۔</w:t>
      </w:r>
    </w:p>
    <w:p>
      <w:r>
        <w:rPr>
          <w:b/>
        </w:rPr>
        <w:t xml:space="preserve">[21:55] </w:t>
      </w:r>
      <w:r>
        <w:t>"wasabbik fatahhir" aur 13 saal tak aap isi tarah kaam karte rahe,</w:t>
      </w:r>
    </w:p>
    <w:p>
      <w:pPr>
        <w:jc w:val="right"/>
      </w:pPr>
      <w:r>
        <w:t>"وسابک فطاہر" اور 13 سال تک آپ اسی طرح کام کرتے رہے،</w:t>
      </w:r>
    </w:p>
    <w:p>
      <w:r>
        <w:rPr>
          <w:b/>
        </w:rPr>
        <w:t xml:space="preserve">[22:04] </w:t>
      </w:r>
      <w:r>
        <w:t>thirty years tak.yaani 13 saal ki muddat mein aap ne kabhi touch nahi kiya buton ko.aap daily wahan jate the, namaz hi padhte the, yaani buton ke presence mein namaz hi padhte the.</w:t>
      </w:r>
    </w:p>
    <w:p>
      <w:pPr>
        <w:jc w:val="right"/>
      </w:pPr>
      <w:r>
        <w:t>تھرٹی ایئرز تک۔ یعنی 13 سال کی مدت میں آپ نے کبھی ٹچ نہیں کیا بتوں کو۔ آپ ڈیلی وہاں جاتے تھے، نماز ہی پڑھتے تھے، یعنی بتوں کے پریزنس میں نماز ہی پڑھتے تھے۔</w:t>
      </w:r>
    </w:p>
    <w:p>
      <w:r>
        <w:rPr>
          <w:b/>
        </w:rPr>
        <w:t xml:space="preserve">[22:18] </w:t>
      </w:r>
      <w:r>
        <w:t>aap zara ghor kijiye, buton ke hote bhi wahan aap namaz hi padhte the aur kabhi is par aap ne koi objection nahi kiya, kabhi buton ko nikal ke phenka nahi, kabhi tod phod nahi ki.</w:t>
      </w:r>
    </w:p>
    <w:p>
      <w:pPr>
        <w:jc w:val="right"/>
      </w:pPr>
      <w:r>
        <w:t>آپ ذرا غور کیجئے، بتوں کے ہوتے بھی وہاں آپ نماز ہی پڑھتے تھے اور کبھی اس پر آپ نے کوئی ابجیکشن نہیں کیا، کبھی بتوں کو نکال کے پھینکا نہیں، کبھی توڑ پھوڑ نہیں کی۔</w:t>
      </w:r>
    </w:p>
    <w:p>
      <w:r>
        <w:rPr>
          <w:b/>
        </w:rPr>
        <w:t xml:space="preserve">[22:31] </w:t>
      </w:r>
      <w:r>
        <w:t>kya kiya aap ne?</w:t>
      </w:r>
    </w:p>
    <w:p>
      <w:pPr>
        <w:jc w:val="right"/>
      </w:pPr>
      <w:r>
        <w:t>کیا کیا آپ نے؟</w:t>
      </w:r>
    </w:p>
    <w:p>
      <w:r>
        <w:rPr>
          <w:b/>
        </w:rPr>
        <w:t xml:space="preserve">[22:34] </w:t>
      </w:r>
      <w:r>
        <w:t>kaise manage kiya aap ne crisis ko? aap ne ghor kar ke ek bohat bari opportunity daryaft, discover ki.</w:t>
      </w:r>
    </w:p>
    <w:p>
      <w:pPr>
        <w:jc w:val="right"/>
      </w:pPr>
      <w:r>
        <w:t>کیسے مینج کیا آپ نے کرائسز کو؟ آپ نے غور کر کے ایک بہت بڑی اپرچونیٹی دریافت، ڈسکور کی۔</w:t>
      </w:r>
    </w:p>
    <w:p>
      <w:r>
        <w:rPr>
          <w:b/>
        </w:rPr>
        <w:t xml:space="preserve">[22:47] </w:t>
      </w:r>
      <w:r>
        <w:t>woh kya? woh but jo the, woh 360 tribes ke but the.arab is dauran tribes the, sab arab mein.</w:t>
      </w:r>
    </w:p>
    <w:p>
      <w:pPr>
        <w:jc w:val="right"/>
      </w:pPr>
      <w:r>
        <w:t>وہ کیا؟ وہ بت جو تھے، وہ 360 ٹرائبز کے بت تھے۔ عرب اس دوران ٹرائبز تھے، سب عرب میں۔</w:t>
      </w:r>
    </w:p>
    <w:p>
      <w:r>
        <w:rPr>
          <w:b/>
        </w:rPr>
        <w:t xml:space="preserve">[22:58] </w:t>
      </w:r>
      <w:r>
        <w:t>har tribe ne, har qabeelay ne wahan apna but rakh rakha tha.</w:t>
      </w:r>
    </w:p>
    <w:p>
      <w:pPr>
        <w:jc w:val="right"/>
      </w:pPr>
      <w:r>
        <w:t>ہر ٹرائب نے، ہر قبیلہ نے وہاں اپنا بت رکھ رکھا تھا۔</w:t>
      </w:r>
    </w:p>
    <w:p>
      <w:r>
        <w:rPr>
          <w:b/>
        </w:rPr>
        <w:t xml:space="preserve">[23:03] </w:t>
      </w:r>
      <w:r>
        <w:t>to tamam qabeelon ke buton ka woh center samajh liya tha.woh to kya hota tha? saal bhar aate the log wahan par apne buton ko nazrana chadhane ke liye, un ka darshan karne ke liye.</w:t>
      </w:r>
    </w:p>
    <w:p>
      <w:pPr>
        <w:jc w:val="right"/>
      </w:pPr>
      <w:r>
        <w:t>تو تمام قبیلوں کے بتوں کا وہ سینٹر سمجھ لیا تھا۔ وہ تو کیا ہوتا تھا؟ سال بھر آتے تھے لوگ وہاں پر اپنے بتوں کو نظرانہ چڑھانے کے لیے، ان کا درشن کرنے کے لیے۔</w:t>
      </w:r>
    </w:p>
    <w:p>
      <w:r>
        <w:rPr>
          <w:b/>
        </w:rPr>
        <w:t xml:space="preserve">[23:18] </w:t>
      </w:r>
      <w:r>
        <w:t>jaise aap india mein dekhte hain ke mandiron mein jate hain log, to saal bhar wahan par ek ek audience milta tha aap ko.</w:t>
      </w:r>
    </w:p>
    <w:p>
      <w:pPr>
        <w:jc w:val="right"/>
      </w:pPr>
      <w:r>
        <w:t>جیسے آپ انڈیا میں دیکھتے ہیں کہ مندروں میں جاتے ہیں لوگ، تو سال بھر وہاں پر ایک ایک آڈینس ملتا تھا آپ کو۔</w:t>
      </w:r>
    </w:p>
    <w:p>
      <w:r>
        <w:rPr>
          <w:b/>
        </w:rPr>
        <w:t xml:space="preserve">[23:29] </w:t>
      </w:r>
      <w:r>
        <w:t>yaani kaba ke premises mein ek taraf but the, doosri taraf audience.to kya kiya aap ne? ke aap ne idols ko ignore kiya,</w:t>
      </w:r>
    </w:p>
    <w:p>
      <w:pPr>
        <w:jc w:val="right"/>
      </w:pPr>
      <w:r>
        <w:t>یعنی کعبہ کے پریمیسز میں ایک طرف بت تھے، دوسری طرف آڈینس۔ تو کیا کیا آپ نے؟ کہ آپ نے آئیڈیلز کو اگنور کیا،</w:t>
      </w:r>
    </w:p>
    <w:p>
      <w:r>
        <w:rPr>
          <w:b/>
        </w:rPr>
        <w:t xml:space="preserve">[23:43] </w:t>
      </w:r>
      <w:r>
        <w:t>audience ko ek opportunity ke taur par avail kiya.aap ne kehti hain, bari wisdom zara dekhiye, aap yeh hai.</w:t>
      </w:r>
    </w:p>
    <w:p>
      <w:pPr>
        <w:jc w:val="right"/>
      </w:pPr>
      <w:r>
        <w:t>آڈینس کو ایک اپرچونیٹی کے طور پر اویل کیا۔ آپ نے کہتی ہیں، بڑی وزڈم ذرا دیکھیے، آپ یہ ہے۔</w:t>
      </w:r>
    </w:p>
    <w:p>
      <w:r>
        <w:rPr>
          <w:b/>
        </w:rPr>
        <w:t xml:space="preserve">[23:53] </w:t>
      </w:r>
      <w:r>
        <w:t>main yeh hai crisis ko manage karna,</w:t>
      </w:r>
    </w:p>
    <w:p>
      <w:pPr>
        <w:jc w:val="right"/>
      </w:pPr>
      <w:r>
        <w:t>میں یہ ہے کرائسز کو مینج کرنا،</w:t>
      </w:r>
    </w:p>
    <w:p>
      <w:r>
        <w:rPr>
          <w:b/>
        </w:rPr>
        <w:t xml:space="preserve">[23:58] </w:t>
      </w:r>
      <w:r>
        <w:t>crisis ko manage karna.musalman agar yeh karte ke babri masjid mein jo teen but rakh diye gaye the aur hindu aate the wahan par, to wahan woh islam ka pamphlet baant te, islam ka introductionary pamphlet ja ke batate ke islam kya hai.</w:t>
      </w:r>
    </w:p>
    <w:p>
      <w:pPr>
        <w:jc w:val="right"/>
      </w:pPr>
      <w:r>
        <w:t>کرائسز کو مینج کرنا۔ مسلمان اگر یہ کرتے کہ بابری مسجد میں جو تین بت رکھ دیے گئے تھے اور ہندو آتے تھے وہاں پر، تو وہاں وہ اسلام کا پیمفلٹ بانٹتے، اسلام کا انٹروڈکشنری پمفلٹ جا کے بتاتے کہ اسلام کیا ہے۔</w:t>
      </w:r>
    </w:p>
    <w:p>
      <w:r>
        <w:rPr>
          <w:b/>
        </w:rPr>
        <w:t xml:space="preserve">[24:16] </w:t>
      </w:r>
      <w:r>
        <w:t>to ain mumkin hai ke history kuch aur hoti, history kuch aur hoti</w:t>
      </w:r>
    </w:p>
    <w:p>
      <w:pPr>
        <w:jc w:val="right"/>
      </w:pPr>
      <w:r>
        <w:t>تو عین ممکن ہے کہ ہسٹری کچھ اور ہوتی، ہسٹری کچھ اور ہوتی</w:t>
      </w:r>
    </w:p>
    <w:p>
      <w:r>
        <w:rPr>
          <w:b/>
        </w:rPr>
        <w:t xml:space="preserve">[24:23] </w:t>
      </w:r>
      <w:r>
        <w:t>ke wahan par jo log atay thay ziarat ke liye ya darshan ke liye, un ko madu samajhte, madu na ke rival ya dushman.</w:t>
      </w:r>
    </w:p>
    <w:p>
      <w:pPr>
        <w:jc w:val="right"/>
      </w:pPr>
      <w:r>
        <w:t>کہ وہاں پر جو لوگ آتے تھے زیارت کے لیے یا درشن کے لیے، ان کو مدعو سمجھتے، مدعو نہ کہ رائیول یا دشمن۔</w:t>
      </w:r>
    </w:p>
    <w:p>
      <w:r>
        <w:rPr>
          <w:b/>
        </w:rPr>
        <w:t xml:space="preserve">[24:34] </w:t>
      </w:r>
      <w:r>
        <w:t>Rasool Allah ne kya kiya? Ke jo wahan atay thay, woh log atay thay buton ke liye, lekin aap ne un ko madu qarar diya, insan ke roop mein dekha.</w:t>
      </w:r>
    </w:p>
    <w:p>
      <w:pPr>
        <w:jc w:val="right"/>
      </w:pPr>
      <w:r>
        <w:t>رسول اللہ نے کیا کیا؟ کہ جو وہاں آتے تھے، وہ لوگ آتے تھے بتوں کے لیے، لیکن آپ نے ان کو مدعو قرار دیا، انسان کے روپ میں دیکھا۔</w:t>
      </w:r>
    </w:p>
    <w:p>
      <w:r>
        <w:rPr>
          <w:b/>
        </w:rPr>
        <w:t xml:space="preserve">[24:45] </w:t>
      </w:r>
      <w:r>
        <w:t>Aur kya karte thay? Aap Quran ke jo hissay aap par utartay thay, us ko ja kar wahan parh kar sunatay thay.</w:t>
      </w:r>
    </w:p>
    <w:p>
      <w:pPr>
        <w:jc w:val="right"/>
      </w:pPr>
      <w:r>
        <w:t>اور کیا کرتے تھے؟ آپ قرآن کے جو حصے آپ پر اترتے تھے، اس کو جا کر وہاں پڑھ کر سناتے تھے۔</w:t>
      </w:r>
    </w:p>
    <w:p>
      <w:r>
        <w:rPr>
          <w:b/>
        </w:rPr>
        <w:t xml:space="preserve">[24:52] </w:t>
      </w:r>
      <w:r>
        <w:t>Bas Quran ko sunana. Ijtihad nahi, kisi Musalman ne aisa kiya ke chalo bhai wahan par Islam ki baatein batayein, literature wahan baantein logon ko.</w:t>
      </w:r>
    </w:p>
    <w:p>
      <w:pPr>
        <w:jc w:val="right"/>
      </w:pPr>
      <w:r>
        <w:t>بس قرآن کو سنانا۔ ایجتیاب نہیں، کسی مسلمان نے ایسا کیا کہ چلو بھئی وہاں پر اسلام کی باتیں بتائیں، لٹریچر وہاں بانٹیں لوگوں کو۔</w:t>
      </w:r>
    </w:p>
    <w:p>
      <w:r>
        <w:rPr>
          <w:b/>
        </w:rPr>
        <w:t xml:space="preserve">[25:09] </w:t>
      </w:r>
      <w:r>
        <w:t>Kuch bhi nahi, bas nafrat aur dushmani aur nikalo, us ko hatayo. Nahi, reaction. Ab dekhein ke crisis ko manage karne ka namoona jo Rasool Allah ka hai,</w:t>
      </w:r>
    </w:p>
    <w:p>
      <w:pPr>
        <w:jc w:val="right"/>
      </w:pPr>
      <w:r>
        <w:t>کچھ بھی نہیں، بس نفرت اور دشمنی اور نکالو، اس کو ہٹاؤ۔ نہیں، ری ایکشن۔ اب دیکھیں کہ کرائسز کو مینج کرنے کا نمونہ جو رسول اللہ کا ہے،</w:t>
      </w:r>
    </w:p>
    <w:p>
      <w:r>
        <w:rPr>
          <w:b/>
        </w:rPr>
        <w:t xml:space="preserve">[25:22] </w:t>
      </w:r>
      <w:r>
        <w:t>woh kya aur yahan kya hai? Yahan par reaction hai aur Rasool Allah kya hai? Positive tor par soch kar ke aik aik plan banana.</w:t>
      </w:r>
    </w:p>
    <w:p>
      <w:pPr>
        <w:jc w:val="right"/>
      </w:pPr>
      <w:r>
        <w:t>وہ کیا اور یہاں کیا ہے؟ یہاں پر ری ایکشن ہے اور رسول اللہ کیا ہے؟ پازیٹیو طور پر سوچ کر کے ایک ایک پلان بنانا۔</w:t>
      </w:r>
    </w:p>
    <w:p>
      <w:r>
        <w:rPr>
          <w:b/>
        </w:rPr>
        <w:t xml:space="preserve">[25:35] </w:t>
      </w:r>
      <w:r>
        <w:t>Is plan ka formula kya tha? Ke ignore the problem, avail the opportunities. Yani but jo thay, wahan woh problem thay, audience jo tha, woh opportunity thi,</w:t>
      </w:r>
    </w:p>
    <w:p>
      <w:pPr>
        <w:jc w:val="right"/>
      </w:pPr>
      <w:r>
        <w:t>اس پلان کا فارمولا کیا تھا؟ کہ اگنور دا پرابلم، اویل دا اپرچونیٹیز۔ یعنی بت جو تھے، وہاں وہ پرابلم تھے، آڈینس جو تھا، وہ اپرچونیٹی تھی،</w:t>
      </w:r>
    </w:p>
    <w:p>
      <w:r>
        <w:rPr>
          <w:b/>
        </w:rPr>
        <w:t xml:space="preserve">[25:51] </w:t>
      </w:r>
      <w:r>
        <w:t>audience opportunity thi aur but problem thay. To aap ne kya banaya? Ignore the problem, avail the opportunities. Yani buton ko nazar andaz karo aur jo audience hai, ikhatta hota hai daily, us ko ja kar Quran sunao,</w:t>
      </w:r>
    </w:p>
    <w:p>
      <w:pPr>
        <w:jc w:val="right"/>
      </w:pPr>
      <w:r>
        <w:t>آڈینس اپرچونیٹی تھی اور بت پرابلم تھے۔ تو آپ نے کیا بنایا؟ اگنور دا پرابلم، اویل دا اپرچونیٹیز۔ یعنی بتوں کو نظر انداز کرو اور جو آڈینس ہے، اکٹھا ہوتا ہے ڈیلی، اس کو جا کر قرآن سناؤ،</w:t>
      </w:r>
    </w:p>
    <w:p>
      <w:r>
        <w:rPr>
          <w:b/>
        </w:rPr>
        <w:t xml:space="preserve">[26:07] </w:t>
      </w:r>
      <w:r>
        <w:t>Khuda ka paigham do. Woh insan hai, insan aur Khuda ke beech mein taluq banao.</w:t>
      </w:r>
    </w:p>
    <w:p>
      <w:pPr>
        <w:jc w:val="right"/>
      </w:pPr>
      <w:r>
        <w:t>خدا کا پیغام دو۔ وہ انسان ہے، انسان اور خدا کے بیچ میں تعلق بناؤ۔</w:t>
      </w:r>
    </w:p>
    <w:p>
      <w:r>
        <w:rPr>
          <w:b/>
        </w:rPr>
        <w:t xml:space="preserve">[26:16] </w:t>
      </w:r>
      <w:r>
        <w:t>Sab ke dil mein Allah ke liye, yani inter woven hai, Allah ka ka jo shaoor jo hai, to us ko address karo.</w:t>
      </w:r>
    </w:p>
    <w:p>
      <w:pPr>
        <w:jc w:val="right"/>
      </w:pPr>
      <w:r>
        <w:t>سب کے دل میں اللہ کے لیے، یعنی انٹر وون ہے، اللہ کا کا جو شعور جو ہے، تو اس کو ایڈریس کرو۔</w:t>
      </w:r>
    </w:p>
    <w:p>
      <w:r>
        <w:rPr>
          <w:b/>
        </w:rPr>
        <w:t xml:space="preserve">[26:28] </w:t>
      </w:r>
      <w:r>
        <w:t>Ab dekhiye ke yeh Rasool Allah ne tareeqa ikhtiyar kiya, crisis ko manage karne ka, woh kya tha? Aur yahan kya kiya unhon ne? Reaction Islam mein jaiz hi nahi hai.</w:t>
      </w:r>
    </w:p>
    <w:p>
      <w:pPr>
        <w:jc w:val="right"/>
      </w:pPr>
      <w:r>
        <w:t>اب دیکھیے کہ یہ رسول اللہ نے طریقہ اختیار کیا، کرائسز کو مینج کرنے کا، وہ کیا تھا؟ اور یہاں کیا کیا انہوں نے؟ ری ایکشن اسلام میں جائز ہی نہیں ہے۔</w:t>
      </w:r>
    </w:p>
    <w:p>
      <w:r>
        <w:rPr>
          <w:b/>
        </w:rPr>
        <w:t xml:space="preserve">[26:42] </w:t>
      </w:r>
      <w:r>
        <w:t>Reaction sabr ka ulta hai. Rasool Allah ne jo</w:t>
      </w:r>
    </w:p>
    <w:p>
      <w:pPr>
        <w:jc w:val="right"/>
      </w:pPr>
      <w:r>
        <w:t>ری ایکشن صبر کا الٹا ہے۔ رسول اللہ نے جو</w:t>
      </w:r>
    </w:p>
    <w:p>
      <w:r>
        <w:rPr>
          <w:b/>
        </w:rPr>
        <w:t xml:space="preserve">[26:45] </w:t>
      </w:r>
      <w:r>
        <w:t>kiya, woh sabr tha. Sabr ke maani yahi hain, sabr ke maani yahi hain ke reaction kiye baghair, positive soch ke tehat planning karna.</w:t>
      </w:r>
    </w:p>
    <w:p>
      <w:pPr>
        <w:jc w:val="right"/>
      </w:pPr>
      <w:r>
        <w:t>کیا، وہ صبر تھا۔ صبر کے معنی یہی ہیں، صبر کے معنی یہی ہیں کہ ری ایکشن کیے بغیر، پازیٹیو سوچ کے تحت پلاننگ کرنا۔</w:t>
      </w:r>
    </w:p>
    <w:p>
      <w:r>
        <w:rPr>
          <w:b/>
        </w:rPr>
        <w:t xml:space="preserve">[26:57] </w:t>
      </w:r>
      <w:r>
        <w:t>Yeh yahi sabr hai. Sabr ka matlab yani yeh nahi ke kuch na karein. Aadmi kuch na karne ka naam sabr nahi hai.</w:t>
      </w:r>
    </w:p>
    <w:p>
      <w:pPr>
        <w:jc w:val="right"/>
      </w:pPr>
      <w:r>
        <w:t>یہ یہی صبر ہے۔ صبر کا مطلب یعنی یہ نہیں کہ کچھ نہ کریں۔ آدمی کچھ نہ کرنے کا نام صبر نہیں ہے۔</w:t>
      </w:r>
    </w:p>
    <w:p>
      <w:r>
        <w:rPr>
          <w:b/>
        </w:rPr>
        <w:t xml:space="preserve">[27:08] </w:t>
      </w:r>
      <w:r>
        <w:t>Sabr karne ka matlab yeh hai ke jo situation, unwanted situation jo aa gayi hai, unwanted, us par hum sochein, react na karein, soch kar ke dhoondein opportunity.</w:t>
      </w:r>
    </w:p>
    <w:p>
      <w:pPr>
        <w:jc w:val="right"/>
      </w:pPr>
      <w:r>
        <w:t>صبر کرنے کا مطلب یہ ہے کہ جو سچوئیشن، ان وانٹڈ سچوئیشن جو آ گئی ہے، ان وانٹڈ، اس پر ہم سوچیں، ری ایکٹ نہ کریں، سوچ کر کے ڈھونڈیں اپرچونیٹی۔</w:t>
      </w:r>
    </w:p>
    <w:p>
      <w:r>
        <w:rPr>
          <w:b/>
        </w:rPr>
        <w:t xml:space="preserve">[27:22] </w:t>
      </w:r>
      <w:r>
        <w:t>To jo to jo problem hai, woh aik us ka aik hissa hai, kal nahi hai. Yeh Kaba ka aik hissa tha, buton ka presence, lekin doosra bhi hissa jo tha, wahan par insanon ka presence.</w:t>
      </w:r>
    </w:p>
    <w:p>
      <w:pPr>
        <w:jc w:val="right"/>
      </w:pPr>
      <w:r>
        <w:t>تو جو تو جو پرابلم ہے، وہ ایک اس کا ایک حصہ ہے، کل نہیں ہے۔ یہ کعبہ کا ایک حصہ تھا، بتوں کا پریزنس، لیکن دوسرا بھی حصہ جو تھا، وہاں پر انسانوں کا پریزنس۔</w:t>
      </w:r>
    </w:p>
    <w:p>
      <w:r>
        <w:rPr>
          <w:b/>
        </w:rPr>
        <w:t xml:space="preserve">[27:40] </w:t>
      </w:r>
      <w:r>
        <w:t>Yani buton ka presence tha to insanon ka presence bhi to tha wahan par. Aise hi yahan bhi tha, ijtihad mein bhi.</w:t>
      </w:r>
    </w:p>
    <w:p>
      <w:pPr>
        <w:jc w:val="right"/>
      </w:pPr>
      <w:r>
        <w:t>یعنی بتوں کا پریزنس تھا تو انسانوں کا پریزنس بھی تو تھا وہاں پر۔ ایسے ہی یہاں بھی تھا، ایجتیاب میں بھی۔</w:t>
      </w:r>
    </w:p>
    <w:p>
      <w:r>
        <w:rPr>
          <w:b/>
        </w:rPr>
        <w:t xml:space="preserve">[27:53] </w:t>
      </w:r>
      <w:r>
        <w:t>To Musalman agar baith kar sochein ke bhai is maamle mein Rasool Musalman bara aisa fakhar karte hain ke Rasool Allah ka qabil namoona hai, koi qabil namoona hai to kya woh ijtihad namoona nahi hai?</w:t>
      </w:r>
    </w:p>
    <w:p>
      <w:pPr>
        <w:jc w:val="right"/>
      </w:pPr>
      <w:r>
        <w:t>تو مسلمان اگر بیٹھ کر سوچتے کہ بھئی اس معاملے میں رسول مسلمان بڑا ایسا فخر کرتے ہیں کہ رسول اللہ کا قابل نمونہ ہے، کوئی قابل نمونہ ہے تو کیا وہ ایجتیاب نمونہ نہیں ہے؟</w:t>
      </w:r>
    </w:p>
    <w:p>
      <w:r>
        <w:rPr>
          <w:b/>
        </w:rPr>
        <w:t xml:space="preserve">[28:11] </w:t>
      </w:r>
      <w:r>
        <w:t>Yani agar aap yeh kisi Musalman se keh dein ke Rasool Allah ka qabil namoona nahi hai to lad jaye ga aap se, woh lad jaye ga aap se. Haalankeh khud woh is baat ki dikha rahe hain duniya ko ke hamare paas namoona nahi hai.</w:t>
      </w:r>
    </w:p>
    <w:p>
      <w:pPr>
        <w:jc w:val="right"/>
      </w:pPr>
      <w:r>
        <w:t>یعنی اگر آپ یہ کسی مسلمان سے کہہ دیں کہ رسول اللہ کا قابل نمونہ نہیں ہے تو لڑ جائے گا آپ سے، وہ لڑ جائے گا آپ سے۔ حالانکہ خود وہ اس بات کی دکھا رہے ہیں دنیا کو کہ ہمارے پاس نمونہ نہیں ہے۔</w:t>
      </w:r>
    </w:p>
    <w:p>
      <w:r>
        <w:rPr>
          <w:b/>
        </w:rPr>
        <w:t xml:space="preserve">[28:26] </w:t>
      </w:r>
      <w:r>
        <w:t>Hum to ladna jante hain, hum react karna jante hain, hamein kuch hamein pata nahi. To dekhiye, yahan par mein misaal de raha hoon ke buton ka presence Makkah mein bhi tha,</w:t>
      </w:r>
    </w:p>
    <w:p>
      <w:pPr>
        <w:jc w:val="right"/>
      </w:pPr>
      <w:r>
        <w:t>ہم تو لڑنا جانتے ہیں، ہم ری ایکٹ کرنا جانتے ہیں، ہمیں کچھ ہمیں پتہ نہیں۔ تو دیکھیے، یہاں پر میں مثال دے رہا ہوں کہ بتوں کا پریزنس مکہ میں بھی تھا،</w:t>
      </w:r>
    </w:p>
    <w:p>
      <w:r>
        <w:rPr>
          <w:b/>
        </w:rPr>
        <w:t xml:space="preserve">[28:39] </w:t>
      </w:r>
      <w:r>
        <w:t>buton ka presence yahan bhi hua, ijtihad mein. Wahan par manage kiya Rasool Allah (SAW) ne aur yahan par unhon ne react kiya to baat barhti gayi, barhti gayi, barhti gayi, barhti gayi, barhti gayi.</w:t>
      </w:r>
    </w:p>
    <w:p>
      <w:pPr>
        <w:jc w:val="right"/>
      </w:pPr>
      <w:r>
        <w:t>بتوں کا پریزنس یہاں بھی ہوا، ایجتیاب میں۔ وہاں پر مینج کیا رسول اللہ صلی اللہ علیہ وسلم نے اور یہاں پر انہوں نے ری ایکٹ کیا تو بات بڑھتی گئی، بڑھتی گئی، بڑھتی گئی، بڑھتی گئی، بڑھتی گئی۔</w:t>
      </w:r>
    </w:p>
    <w:p>
      <w:r>
        <w:rPr>
          <w:b/>
        </w:rPr>
        <w:t xml:space="preserve">[28:57] </w:t>
      </w:r>
      <w:r>
        <w:t>Achha, is ke baad dekhiye, ab mein aap ko reference deta hoon 1991 ka. 1991,</w:t>
      </w:r>
    </w:p>
    <w:p>
      <w:pPr>
        <w:jc w:val="right"/>
      </w:pPr>
      <w:r>
        <w:t>اچھا، اس کے بعد دیکھیے، اب میں آپ کو ریفرنس دیتا ہوں 1991 کا۔ 1991،</w:t>
      </w:r>
    </w:p>
    <w:p>
      <w:r>
        <w:rPr>
          <w:b/>
        </w:rPr>
        <w:t xml:space="preserve">[29:07] </w:t>
      </w:r>
      <w:r>
        <w:t>1991 mein</w:t>
      </w:r>
    </w:p>
    <w:p>
      <w:pPr>
        <w:jc w:val="right"/>
      </w:pPr>
      <w:r>
        <w:t>1991 میں</w:t>
      </w:r>
    </w:p>
    <w:p>
      <w:r>
        <w:rPr>
          <w:b/>
        </w:rPr>
        <w:t xml:space="preserve">[29:12] </w:t>
      </w:r>
      <w:r>
        <w:t>Narasimha Rao prime minister thay India ke. 1921, us waqt to Babri Masjid tooti nahi thi, us waqt khadi thi woh, lekin jhagda jhagda ho raha tha.</w:t>
      </w:r>
    </w:p>
    <w:p>
      <w:pPr>
        <w:jc w:val="right"/>
      </w:pPr>
      <w:r>
        <w:t>نرسمہ راؤ پرائم منسٹر تھے انڈیا کے۔ 1921، اس وقت تو بابری مسجد ٹوٹی نہیں تھی، اس وقت کھڑی تھی وہ، لیکن جھگڑا جھگڑا ہو رہا تھا۔</w:t>
      </w:r>
    </w:p>
    <w:p>
      <w:r>
        <w:rPr>
          <w:b/>
        </w:rPr>
        <w:t xml:space="preserve">[29:24] </w:t>
      </w:r>
      <w:r>
        <w:t>yani jhagda to tha, jalsa, juloos, dhara, jhanda, woh to tha, lekin abhi isttrakchar kharab hua tha. To Narsimha Rao ne apne zamane mein parliament se aik aik aik aik act pass karwaya,</w:t>
      </w:r>
    </w:p>
    <w:p>
      <w:pPr>
        <w:jc w:val="right"/>
      </w:pPr>
      <w:r>
        <w:t>یعنی جھگڑا تو تھا، جلسہ، جلوس، دھارا، جھنڈا، وہ تو تھا، لیکن ابھی اسٹرکچر خراب ہوا تھا۔ تو نرسمہ راؤ نے اپنے زمانے میں پارلیمنٹ سے ایک ایک ایک ایکٹ پاس کروایا،</w:t>
      </w:r>
    </w:p>
    <w:p>
      <w:r>
        <w:rPr>
          <w:b/>
        </w:rPr>
        <w:t xml:space="preserve">[29:37] </w:t>
      </w:r>
      <w:r>
        <w:t>is ka naam hai "Places of Worship Act 1991". Aap internet pe is ko dekh sakte hain, "Places of Worship Act 1991".</w:t>
      </w:r>
    </w:p>
    <w:p>
      <w:pPr>
        <w:jc w:val="right"/>
      </w:pPr>
      <w:r>
        <w:t>اس کا نام ہے "پلیسز آف ورشپ ایکٹ 1991"۔ آپ انٹرنیٹ پہ اس کو دیکھ سکتے ہیں، "پلیسز آف ورشپ ایکٹ 1991"۔</w:t>
      </w:r>
    </w:p>
    <w:p>
      <w:r>
        <w:rPr>
          <w:b/>
        </w:rPr>
        <w:t xml:space="preserve">[29:51] </w:t>
      </w:r>
      <w:r>
        <w:t>dekhen, is mein kya kaha gaya tha?</w:t>
      </w:r>
    </w:p>
    <w:p>
      <w:pPr>
        <w:jc w:val="right"/>
      </w:pPr>
      <w:r>
        <w:t>دیکھیں، اس میں کیا کہا گیا تھا؟</w:t>
      </w:r>
    </w:p>
    <w:p>
      <w:r>
        <w:rPr>
          <w:b/>
        </w:rPr>
        <w:t xml:space="preserve">[29:56] </w:t>
      </w:r>
      <w:r>
        <w:t>jis ko Hindi mein kehte hain "sannishchit", yani sannishchit kiya gaya tha yeh baat ko, is baat ko pakka kiya gaya tha ke India mein jo ibadat khane hain, jo ibadat ki jaghen hain,</w:t>
      </w:r>
    </w:p>
    <w:p>
      <w:pPr>
        <w:jc w:val="right"/>
      </w:pPr>
      <w:r>
        <w:t>جس کو ہندی میں کہتے ہیں "سنिश্চت"، یعنی سنिश্চت کیا گیا تھا یہ بات کو، اس بات کو پکا کیا گیا تھا کہ انڈیا میں جو عبادت خانے ہیں، جو عبادت کی جگہیں ہیں،</w:t>
      </w:r>
    </w:p>
    <w:p>
      <w:r>
        <w:rPr>
          <w:b/>
        </w:rPr>
        <w:t xml:space="preserve">[30:12] </w:t>
      </w:r>
      <w:r>
        <w:t>to 1947 mein jo un ka status quo tha, status quo yani jaisi thin woh,</w:t>
      </w:r>
    </w:p>
    <w:p>
      <w:pPr>
        <w:jc w:val="right"/>
      </w:pPr>
      <w:r>
        <w:t>تو 1947 میں جو ان کا اسٹیٹس کو تھا، اسٹیٹس کو یعنی جیسی تھیں وہ،</w:t>
      </w:r>
    </w:p>
    <w:p>
      <w:r>
        <w:rPr>
          <w:b/>
        </w:rPr>
        <w:t xml:space="preserve">[30:20] </w:t>
      </w:r>
      <w:r>
        <w:t>to government is baat ke liye paband hogi, responsible hogi ke woh 1947 ke status quo ko maintain kare, except Babri Masjid.</w:t>
      </w:r>
    </w:p>
    <w:p>
      <w:pPr>
        <w:jc w:val="right"/>
      </w:pPr>
      <w:r>
        <w:t>تو گورنمنٹ اس بات کے لیے پابند ہوگی، ریسپانسبل ہوگی کہ وہ 1947 کے اسٹیٹس کو کو مینٹین کرے، ایکسیپٹ بابری مسجد۔</w:t>
      </w:r>
    </w:p>
    <w:p>
      <w:r>
        <w:rPr>
          <w:b/>
        </w:rPr>
        <w:t xml:space="preserve">[30:35] </w:t>
      </w:r>
      <w:r>
        <w:t>yeh likha tha is mein. Kyun? Is mein likha tha, aap dekh sakte hain internet par ke chunke Babri Masjid ka case jo hai, court mein hai,</w:t>
      </w:r>
    </w:p>
    <w:p>
      <w:pPr>
        <w:jc w:val="right"/>
      </w:pPr>
      <w:r>
        <w:t>یہ لکھا تھا اس میں۔ کیوں؟ اس میں لکھا تھا، آپ دیکھ سکتے ہیں انٹرنیٹ پر کہ چونکہ بابری مسجد کا کیس جو ہے، کورٹ میں ہے،</w:t>
      </w:r>
    </w:p>
    <w:p>
      <w:r>
        <w:rPr>
          <w:b/>
        </w:rPr>
        <w:t xml:space="preserve">[30:48] </w:t>
      </w:r>
      <w:r>
        <w:t>aap jante hain hamari hamare India mein jo constitution hai, us ke mutabiq aik issue jab court mein hai to parliament us ke liye law nahi bana sakti, koi act nahi bana sakti.</w:t>
      </w:r>
    </w:p>
    <w:p>
      <w:pPr>
        <w:jc w:val="right"/>
      </w:pPr>
      <w:r>
        <w:t>آپ جانتے ہیں ہماری ہمارے انڈیا میں جو کانسٹیٹیوشن ہے، اس کے مطابق ایک ایشو جب کورٹ میں ہے تو پارلیمنٹ اس کے لیے لا نہیں بنا سکتی، کوئی ایکٹ نہیں بنا سکتی۔</w:t>
      </w:r>
    </w:p>
    <w:p>
      <w:r>
        <w:rPr>
          <w:b/>
        </w:rPr>
        <w:t xml:space="preserve">[31:01] </w:t>
      </w:r>
      <w:r>
        <w:t>yeh qanoon hai. To is ko to yeh bilkul sahi tha, yeh aik dam</w:t>
      </w:r>
    </w:p>
    <w:p>
      <w:pPr>
        <w:jc w:val="right"/>
      </w:pPr>
      <w:r>
        <w:t>یہ قانون ہے۔ تو اس کو تو یہ بالکل صحیح تھا، یہ ایک دم</w:t>
      </w:r>
    </w:p>
    <w:p>
      <w:r>
        <w:rPr>
          <w:b/>
        </w:rPr>
        <w:t xml:space="preserve">[31:07] </w:t>
      </w:r>
      <w:r>
        <w:t>aik dam 100 fisad theek tha ke chunke Babri Masjid ka issue aik Hashim Ansari sahab the, abhi bhi zinda hain, woh unhon ne is ko case ko daal diya tha court mein.</w:t>
      </w:r>
    </w:p>
    <w:p>
      <w:pPr>
        <w:jc w:val="right"/>
      </w:pPr>
      <w:r>
        <w:t>ایک دم 100 فیصد ٹھیک تھا کہ چونکہ بابری مسجد کا ایشو ایک ہاشم انصاری صاحب تھے، ابھی بھی زندہ ہیں، وہ انہوں نے اس کو کیس کو ڈال دیا تھا کورٹ میں۔</w:t>
      </w:r>
    </w:p>
    <w:p>
      <w:r>
        <w:rPr>
          <w:b/>
        </w:rPr>
        <w:t xml:space="preserve">[31:20] </w:t>
      </w:r>
      <w:r>
        <w:t>to chalne laga case. To is mein kaha gaya tha ke chunke yeh case court mein hai, is wajah se parliament is par koi act nahi bana sakti.</w:t>
      </w:r>
    </w:p>
    <w:p>
      <w:pPr>
        <w:jc w:val="right"/>
      </w:pPr>
      <w:r>
        <w:t>تو چلنے لگا کیس۔ تو اس میں کہا گیا تھا کہ چونکہ یہ کیس کورٹ میں ہے، اس وجہ سے پارلیمنٹ اس پر کوئی ایکٹ نہیں بنا سکتی۔</w:t>
      </w:r>
    </w:p>
    <w:p>
      <w:r>
        <w:rPr>
          <w:b/>
        </w:rPr>
        <w:t xml:space="preserve">[31:34] </w:t>
      </w:r>
      <w:r>
        <w:t>to hum wait karenge court ke faisle ka. Court ka jab faisla aayega to us ko implement karne ki zimmedari hogi government.</w:t>
      </w:r>
    </w:p>
    <w:p>
      <w:pPr>
        <w:jc w:val="right"/>
      </w:pPr>
      <w:r>
        <w:t>تو ہم ویٹ کریں گے کورٹ کے فیصلے کا۔ کورٹ کا جب فیصلہ آئے گا تو اس کو امپلیمنٹ کرنے کی ذمہ داری ہوگی گورنمنٹ۔</w:t>
      </w:r>
    </w:p>
    <w:p>
      <w:r>
        <w:rPr>
          <w:b/>
        </w:rPr>
        <w:t xml:space="preserve">[31:46] </w:t>
      </w:r>
      <w:r>
        <w:t>yeh kitna sahi tha, bohat hi sahi qanoon tha. Lekin kya hua? Narsimha Rao ne bulaya Muslim so called, jo Muslim leader hain.</w:t>
      </w:r>
    </w:p>
    <w:p>
      <w:pPr>
        <w:jc w:val="right"/>
      </w:pPr>
      <w:r>
        <w:t>یہ کتنا صحیح تھا، بہت ہی صحیح قانون تھا۔ لیکن کیا ہوا؟ نرسمہ راؤ نے بلایا مسلم سو کالڈ، جو مسلم لیڈر ہیں۔</w:t>
      </w:r>
    </w:p>
    <w:p>
      <w:r>
        <w:rPr>
          <w:b/>
        </w:rPr>
        <w:t xml:space="preserve">[31:56] </w:t>
      </w:r>
      <w:r>
        <w:t>leader kya hai? Musalmanon jo media mein chhapte hain, wahi leader ban jate hain. Koi na thinker hai, na koi wisdom kisi ke paas hai, na koi samajh kisi ke paas hai, sirf josheeli dhake karte hain.</w:t>
      </w:r>
    </w:p>
    <w:p>
      <w:pPr>
        <w:jc w:val="right"/>
      </w:pPr>
      <w:r>
        <w:t>لیڈر کیا ہے؟ مسلمانوں جو میڈیا میں چھپتے ہیں، وہی لیڈر بن جاتے ہیں۔ کوئی نہ تھنکر ہے، نہ کوئی وزڈم کسی کے پاس ہے، نہ کوئی سمجھ کسی کے پاس ہے، صرف جوشیلی دھکے کرتے ہیں۔</w:t>
      </w:r>
    </w:p>
    <w:p>
      <w:r>
        <w:rPr>
          <w:b/>
        </w:rPr>
        <w:t xml:space="preserve">[32:08] </w:t>
      </w:r>
      <w:r>
        <w:t>to yeh so called jo leaders hain, in ko Narsimha Rao ne bulaya aur dikhaya ke yeh law jo hai, ab sare logon ne is ka, is ka sare log is ke khilaf ho gaye ke yeh kaha ke aap ne Babri Masjid ko is mein exempt kar diya.</w:t>
      </w:r>
    </w:p>
    <w:p>
      <w:pPr>
        <w:jc w:val="right"/>
      </w:pPr>
      <w:r>
        <w:t>تو یہ سو کالڈ جو لیڈرز ہیں، ان کو نرسمہ راؤ نے بلایا اور دکھایا کہ یہ لا جو ہے، اب سارے لوگوں نے اس کا، اس کا سارے لوگ اس کے خلاف ہو گئے کہ یہ کہا کہ آپ نے بابری مسجد کو اس میں ایگزیمپٹ کر دیا۔</w:t>
      </w:r>
    </w:p>
    <w:p>
      <w:r>
        <w:rPr>
          <w:b/>
        </w:rPr>
        <w:t xml:space="preserve">[32:24] </w:t>
      </w:r>
      <w:r>
        <w:t>kyun? Kisi ne suna hi nahi kuch.</w:t>
      </w:r>
    </w:p>
    <w:p>
      <w:pPr>
        <w:jc w:val="right"/>
      </w:pPr>
      <w:r>
        <w:t>کیوں؟ کسی نے سنا ہی نہیں کچھ۔</w:t>
      </w:r>
    </w:p>
    <w:p>
      <w:r>
        <w:rPr>
          <w:b/>
        </w:rPr>
        <w:t xml:space="preserve">[32:31] </w:t>
      </w:r>
      <w:r>
        <w:t>woh behtareen waqt tha jab ke is act ko le kar ke Musalman is mulk mein apni activities band kar dete aur Hindu se kehte ke dekho, hum bhi wait karenge, tum bhi wait karo.</w:t>
      </w:r>
    </w:p>
    <w:p>
      <w:pPr>
        <w:jc w:val="right"/>
      </w:pPr>
      <w:r>
        <w:t>وہ بہترین وقت تھا جب کہ اس ایکٹ کو لے کر کے مسلمان اس ملک میں اپنی ایکٹیویٹیز بند کر دیتے اور ہندو سے کہتے کہ دیکھو، ہم بھی ویٹ کریں گے، تم بھی ویٹ کرو۔</w:t>
      </w:r>
    </w:p>
    <w:p>
      <w:r>
        <w:rPr>
          <w:b/>
        </w:rPr>
        <w:t xml:space="preserve">[32:46] </w:t>
      </w:r>
      <w:r>
        <w:t>chhoona nahi hai Babri Masjid ko, hum bhi nahi chhooyenge, tum bhi mat chho. Court ke faisle tak dono ko kuch nahi karna hai.</w:t>
      </w:r>
    </w:p>
    <w:p>
      <w:pPr>
        <w:jc w:val="right"/>
      </w:pPr>
      <w:r>
        <w:t>چھونا نہیں ہے بابری مسجد کو، ہم بھی نہیں چھوئیں گے، تم بھی مت چھوؤ۔ کورٹ کے فیصلے تک دونوں کو کچھ نہیں کرنا ہے۔</w:t>
      </w:r>
    </w:p>
    <w:p>
      <w:r>
        <w:rPr>
          <w:b/>
        </w:rPr>
        <w:t xml:space="preserve">[32:55] </w:t>
      </w:r>
      <w:r>
        <w:t>lekin Musalmanon ne yeh nahi kiya. Unhon ne kaha ke hum theek hai, tum nahi mante,</w:t>
      </w:r>
    </w:p>
    <w:p>
      <w:pPr>
        <w:jc w:val="right"/>
      </w:pPr>
      <w:r>
        <w:t>لیکن مسلمانوں نے یہ نہیں کیا۔ انہوں نے کہا کہ ہم ٹھیک ہے، تم نہیں مانتے،</w:t>
      </w:r>
    </w:p>
    <w:p>
      <w:r>
        <w:rPr>
          <w:b/>
        </w:rPr>
        <w:t xml:space="preserve">[33:00] </w:t>
      </w:r>
      <w:r>
        <w:t>phir tum nahi mante, to phir chalenge kaise? Is ke bajaye Musalmanon ne khoob jalsa, juloos, dhara, jhanda badhaya.</w:t>
      </w:r>
    </w:p>
    <w:p>
      <w:pPr>
        <w:jc w:val="right"/>
      </w:pPr>
      <w:r>
        <w:t>پھر تم نہیں مانتے، تو پھر چلیں گے کیسے؟ اس کے بجائے مسلمانوں نے خوب جلسہ، جلوس، دھارا، جھنڈا بڑھایا۔</w:t>
      </w:r>
    </w:p>
    <w:p>
      <w:r>
        <w:rPr>
          <w:b/>
        </w:rPr>
        <w:t xml:space="preserve">[33:11] </w:t>
      </w:r>
      <w:r>
        <w:t>is zamane mein taqreeren hoti thin isi Delhi mein ke Babri Masjid ko chho kar to dekho. Isi Delhi mein Babri Masjid ko chho kar to dekho.</w:t>
      </w:r>
    </w:p>
    <w:p>
      <w:pPr>
        <w:jc w:val="right"/>
      </w:pPr>
      <w:r>
        <w:t>اس زمانے میں تقریریں ہوتی تھیں اسی دلی میں کہ بابری مسجد کو چھو کر تو دیکھو۔ اسی دلی میں بابری مسجد کو چھو کر تو دیکھو۔</w:t>
      </w:r>
    </w:p>
    <w:p>
      <w:r>
        <w:rPr>
          <w:b/>
        </w:rPr>
        <w:t xml:space="preserve">[33:22] </w:t>
      </w:r>
      <w:r>
        <w:t>to Hindu ne kaha ke hum tod kar dikhayenge tum ko. Tum kehte ho ke chho kar dekho, to hum tod kar dikhayenge.</w:t>
      </w:r>
    </w:p>
    <w:p>
      <w:pPr>
        <w:jc w:val="right"/>
      </w:pPr>
      <w:r>
        <w:t>تو ہندو نے کہا کہ ہم توڑ کر دکھائیں گے تم کو۔ تم کہتے ہو کہ چھو کر دیکھو، تو ہم توڑ کر دکھائیں گے۔</w:t>
      </w:r>
    </w:p>
    <w:p>
      <w:r>
        <w:rPr>
          <w:b/>
        </w:rPr>
        <w:t xml:space="preserve">[33:31] </w:t>
      </w:r>
      <w:r>
        <w:t>to aisa garma garam mahaul hua. Zia-ul-Haq sahab jo the Pakistan ke, unhon ne aik bohat sahi baat kahi thi ke juloos ka tareeqa, yeh jo demonstration jo hota hai, sadkon ka, sadkon ke jo demonstration hote hain, sadkon ke jo juloos, muzahire hote hain,</w:t>
      </w:r>
    </w:p>
    <w:p>
      <w:pPr>
        <w:jc w:val="right"/>
      </w:pPr>
      <w:r>
        <w:t>تو ایسا گرما گرم ماحول ہوا۔ ضیاء الحق صاحب جو تھے پاکستان کے، انہوں نے ایک بہت صحیح بات کہی تھی کہ جلوس کا طریقہ، یہ جو ڈیمونسٹریشن جو ہوتا ہے، سڑکوں کا، سڑکوں کے جو ڈیمونسٹریشن ہوتے ہیں، سڑکوں کے جو جلوس، مظاہرے ہوتے ہیں،</w:t>
      </w:r>
    </w:p>
    <w:p>
      <w:r>
        <w:rPr>
          <w:b/>
        </w:rPr>
        <w:t xml:space="preserve">[33:50] </w:t>
      </w:r>
      <w:r>
        <w:t>woh heat light kam dete hain, heat zyada generate karte hain. Wahi hua.</w:t>
      </w:r>
    </w:p>
    <w:p>
      <w:pPr>
        <w:jc w:val="right"/>
      </w:pPr>
      <w:r>
        <w:t>وہ ہیٹ لائٹ کم دیتے ہیں، ہیٹ زیادہ جنریٹ کرتے ہیں۔ وہی ہوا۔</w:t>
      </w:r>
    </w:p>
    <w:p>
      <w:r>
        <w:rPr>
          <w:b/>
        </w:rPr>
        <w:t xml:space="preserve">[33:59] </w:t>
      </w:r>
      <w:r>
        <w:t>ab yahan Boat Club mein jalsa ho raha hai, yahan ho raha hai, wahan taqreeren ho rahi hain, woh har jagah aik dhoop machi hui Babri Masjid ke liye. Yahan aate hain ke 6 December 1992 ko Babri Masjid tod di gayi.</w:t>
      </w:r>
    </w:p>
    <w:p>
      <w:pPr>
        <w:jc w:val="right"/>
      </w:pPr>
      <w:r>
        <w:t>اب یہاں بوٹ کلب میں جلسہ ہو رہا ہے، یہاں ہو رہا ہے، وہاں تقریریں ہو رہی ہیں، وہ ہر جگہ ایک دھوپ مچی ہوئی بابری مسجد کے لیے۔ یہاں آتے ہیں کہ 6 دسمبر 1992 کو بابری مسجد توڑ دی گئی۔</w:t>
      </w:r>
    </w:p>
    <w:p>
      <w:r>
        <w:rPr>
          <w:b/>
        </w:rPr>
        <w:t xml:space="preserve">[34:11] </w:t>
      </w:r>
      <w:r>
        <w:t>main ne is waqt likha tha ke babri masjid ko hinduoņ ne toda, magar hinduoņ ne musalmanoņ ne todo waya.</w:t>
      </w:r>
    </w:p>
    <w:p>
      <w:pPr>
        <w:jc w:val="right"/>
      </w:pPr>
      <w:r>
        <w:t>میں نے اس وقت لکھا تھا کہ بابری مسجد کو ہندوؤں نے توڑا، مگر ہندوؤں نے مسلمانوں نے توڑوایا۔</w:t>
      </w:r>
    </w:p>
    <w:p>
      <w:r>
        <w:rPr>
          <w:b/>
        </w:rPr>
        <w:t xml:space="preserve">[34:21] </w:t>
      </w:r>
      <w:r>
        <w:t>6 december ko hinduoņ ne babri masjid toda,lekin musalmanoņ ne todo waya.</w:t>
      </w:r>
    </w:p>
    <w:p>
      <w:pPr>
        <w:jc w:val="right"/>
      </w:pPr>
      <w:r>
        <w:t>6 دسمبر کو ہندوؤں نے بابری مسجد توڑا، لیکن مسلمانوں نے توڑوایا۔</w:t>
      </w:r>
    </w:p>
    <w:p>
      <w:r>
        <w:rPr>
          <w:b/>
        </w:rPr>
        <w:t xml:space="preserve">[34:28] </w:t>
      </w:r>
      <w:r>
        <w:t>yani aisi siyasat chalai, bharka bhadkane wali siyasat. To zahir hai, bhadkane wali siyasat aise hota hai. Bhadkane wali siyasat to aadmi apne baap ko maar dalta hai, apne bete pe goli chala deta hai, kuch bhi karta hai.</w:t>
      </w:r>
    </w:p>
    <w:p>
      <w:pPr>
        <w:jc w:val="right"/>
      </w:pPr>
      <w:r>
        <w:t>یعنی ایسی سیاست چلائی، بھڑکا بھڑکانے والی سیاست۔ تو ظاہر ہے، بھڑکانے والی سیاست ایسے ہوتا ہے۔ بھڑکانے والی سیاست تو آدمی اپنے باپ کو مار ڈالتا ہے، اپنے بیٹے پہ گولی چلا دیتا ہے، کچھ بھی کرتا ہے۔</w:t>
      </w:r>
    </w:p>
    <w:p>
      <w:r>
        <w:rPr>
          <w:b/>
        </w:rPr>
        <w:t xml:space="preserve">[34:43] </w:t>
      </w:r>
      <w:r>
        <w:t>to musalmanoņ ne babri masjid ko bhadkane wali siyasat chalai, wo nahi chalai jo rasool Allah ne kiya tha.</w:t>
      </w:r>
    </w:p>
    <w:p>
      <w:pPr>
        <w:jc w:val="right"/>
      </w:pPr>
      <w:r>
        <w:t>تو مسلمانوں نے بابری مسجد کو بھڑکانے والی سیاست چلائی، وہ نہیں چلائی جو رسول اللہ نے کیا تھا۔</w:t>
      </w:r>
    </w:p>
    <w:p>
      <w:r>
        <w:rPr>
          <w:b/>
        </w:rPr>
        <w:t xml:space="preserve">[34:53] </w:t>
      </w:r>
      <w:r>
        <w:t>to na to mir baqi ke zamane ko lijiye,</w:t>
      </w:r>
    </w:p>
    <w:p>
      <w:pPr>
        <w:jc w:val="right"/>
      </w:pPr>
      <w:r>
        <w:t>تو نہ تو میر باقی کے زمانے کو لیجئے،</w:t>
      </w:r>
    </w:p>
    <w:p>
      <w:r>
        <w:rPr>
          <w:b/>
        </w:rPr>
        <w:t xml:space="preserve">[34:58] </w:t>
      </w:r>
      <w:r>
        <w:t>to averting the crises bhi nahi kar sake ye log. Baad ke zamane ko lijiye to manage nahi kar sake crises ko.</w:t>
      </w:r>
    </w:p>
    <w:p>
      <w:pPr>
        <w:jc w:val="right"/>
      </w:pPr>
      <w:r>
        <w:t>تو اوورٹنگ دی کرائسز بھی نہیں کر سکے یہ لوگ۔ بعد کے زمانے کو لیجئے تو مینج نہیں کر سکے کرائسز کو۔</w:t>
      </w:r>
    </w:p>
    <w:p>
      <w:r>
        <w:rPr>
          <w:b/>
        </w:rPr>
        <w:t xml:space="preserve">[35:10] </w:t>
      </w:r>
      <w:r>
        <w:t>manage karne ka matlab ye tha ke 1991 ke act ko pakad lete hain musalman aur khoob kehte hain government theek kar rahi hai.</w:t>
      </w:r>
    </w:p>
    <w:p>
      <w:pPr>
        <w:jc w:val="right"/>
      </w:pPr>
      <w:r>
        <w:t>مینج کرنے کا مطلب یہ تھا کہ 1991 کے ایکٹ کو پکڑ لیتے ہیں مسلمان اور خوب کہتے ہیں گورنمنٹ ٹھیک کر رہی ہے۔</w:t>
      </w:r>
    </w:p>
    <w:p>
      <w:r>
        <w:rPr>
          <w:b/>
        </w:rPr>
        <w:t xml:space="preserve">[35:18] </w:t>
      </w:r>
      <w:r>
        <w:t>hindu se kehte hain ke tum ko bhi chup rehna parega, hum bhi chup hain. Wait karo court ke faisle ka.</w:t>
      </w:r>
    </w:p>
    <w:p>
      <w:pPr>
        <w:jc w:val="right"/>
      </w:pPr>
      <w:r>
        <w:t>ہندو سے کہتے ہیں کہ تم کو بھی چپ رہنا پڑے گا، ہم بھی چپ ہیں۔ ویٹ کرو کورٹ کے فیصلے کا۔</w:t>
      </w:r>
    </w:p>
    <w:p>
      <w:r>
        <w:rPr>
          <w:b/>
        </w:rPr>
        <w:t xml:space="preserve">[35:28] </w:t>
      </w:r>
      <w:r>
        <w:t>to ghraz hai ke crises management mein failure ne babri masjid ko todwa diya. Ab main ek aur misaal deta hoon aap ko history ki, muslim history ki misaal.</w:t>
      </w:r>
    </w:p>
    <w:p>
      <w:pPr>
        <w:jc w:val="right"/>
      </w:pPr>
      <w:r>
        <w:t>تو غرض ہے کہ کرائسز مینجمنٹ میں فیلیر نے بابری مسجد کو تڑوا دیا۔ اب میں ایک اور مثال دیتا ہوں آپ کو ہسٹری کی، مسلم ہسٹری کی مثال۔</w:t>
      </w:r>
    </w:p>
    <w:p>
      <w:r>
        <w:rPr>
          <w:b/>
        </w:rPr>
        <w:t xml:space="preserve">[35:43] </w:t>
      </w:r>
      <w:r>
        <w:t>dekhen, action se zyada acha hai inaction. Yaad rakhiye, chahe family life ho, chahe national life ho,</w:t>
      </w:r>
    </w:p>
    <w:p>
      <w:pPr>
        <w:jc w:val="right"/>
      </w:pPr>
      <w:r>
        <w:t>دیکھیں، ایکشن سے زیادہ اچھا ہے ان ایکشن۔ یاد رکھیے، چاہے فیملی لائف ہو، چاہے نیشنل لائف ہو،</w:t>
      </w:r>
    </w:p>
    <w:p>
      <w:r>
        <w:rPr>
          <w:b/>
        </w:rPr>
        <w:t xml:space="preserve">[35:53] </w:t>
      </w:r>
      <w:r>
        <w:t>controversial mamlaat mein, yani husband aur wife mein agar jhagda ho jaye to aap sab kuch na kijiye, sirf ek itna hi kijiye, kuch na kijiye, wo sab theek ho jayega.</w:t>
      </w:r>
    </w:p>
    <w:p>
      <w:pPr>
        <w:jc w:val="right"/>
      </w:pPr>
      <w:r>
        <w:t>کنٹروورشل معاملات میں، یعنی ہسبینڈ اور وائف میں اگر جھگڑا ہو جائے تو آپ سب کچھ نہ کیجئے، صرف ایک اتنا ہی کیجئے، کچھ نہ کیجئے، وہ سب ٹھیک ہو جائے گا۔</w:t>
      </w:r>
    </w:p>
    <w:p>
      <w:r>
        <w:rPr>
          <w:b/>
        </w:rPr>
        <w:t xml:space="preserve">[36:06] </w:t>
      </w:r>
      <w:r>
        <w:t>yani ek baat husband ki buri lag gayi wife ko, ya ek baat wife ke husband ki buri lag gayi husband ko, to kuch na kijiye, sirf chup ho jaiye bas, aur baad mein sab theek ho jayega.</w:t>
      </w:r>
    </w:p>
    <w:p>
      <w:pPr>
        <w:jc w:val="right"/>
      </w:pPr>
      <w:r>
        <w:t>یعنی ایک بات ہسبینڈ کی بری لگ گئی وائف کو، یا ایک بات وائف کے ہسبینڈ کی بری لگ گئی ہسبینڈ کو، تو کچھ نہ کیجئے، صرف چپ ہو جائیے بس، اور بعد میں سب ٹھیک ہو جائے گا۔</w:t>
      </w:r>
    </w:p>
    <w:p>
      <w:r>
        <w:rPr>
          <w:b/>
        </w:rPr>
        <w:t xml:space="preserve">[36:21] </w:t>
      </w:r>
      <w:r>
        <w:t>yani sometime inaction is better than the action.</w:t>
      </w:r>
    </w:p>
    <w:p>
      <w:pPr>
        <w:jc w:val="right"/>
      </w:pPr>
      <w:r>
        <w:t>یعنی سم ٹائم ان ایکشن از بیٹر دین دی ایکشن۔</w:t>
      </w:r>
    </w:p>
    <w:p>
      <w:r>
        <w:rPr>
          <w:b/>
        </w:rPr>
        <w:t xml:space="preserve">[36:28] </w:t>
      </w:r>
      <w:r>
        <w:t>wo main aap ko misaal deta hoon.</w:t>
      </w:r>
    </w:p>
    <w:p>
      <w:pPr>
        <w:jc w:val="right"/>
      </w:pPr>
      <w:r>
        <w:t>وہ میں آپ کو مثال دیتا ہوں۔</w:t>
      </w:r>
    </w:p>
    <w:p>
      <w:r>
        <w:rPr>
          <w:b/>
        </w:rPr>
        <w:t xml:space="preserve">[36:33] </w:t>
      </w:r>
      <w:r>
        <w:t>sometime inaction is better than the action. Dekhen, thirteen century mein, terween sadi mein, ek bohat bara, bohat bari ghatna ghati, bohat bara waqia hua, bohat bara crisis pesh aya.</w:t>
      </w:r>
    </w:p>
    <w:p>
      <w:pPr>
        <w:jc w:val="right"/>
      </w:pPr>
      <w:r>
        <w:t>سم ٹائم ان ایکشن از بیٹر دین دی ایکشن۔ دیکھیں، تھرٹین سینچری میں، تیرویں صدی میں، ایک بہت بڑا، بہت بڑی گھٹنا گھٹی، بہت بڑا واقعہ ہوا، بہت بڑا کرائسز پیش آیا۔</w:t>
      </w:r>
    </w:p>
    <w:p>
      <w:r>
        <w:rPr>
          <w:b/>
        </w:rPr>
        <w:t xml:space="preserve">[36:51] </w:t>
      </w:r>
      <w:r>
        <w:t>balke wo super crisis tha Islam ki history mein. Wo tha tatariyoņ ka hamla.</w:t>
      </w:r>
    </w:p>
    <w:p>
      <w:pPr>
        <w:jc w:val="right"/>
      </w:pPr>
      <w:r>
        <w:t>بلکہ وہ سپر کرائسز تھا اسلام کی ہسٹری میں۔ وہ تھا تاتاریوں کا حملہ۔</w:t>
      </w:r>
    </w:p>
    <w:p>
      <w:r>
        <w:rPr>
          <w:b/>
        </w:rPr>
        <w:t xml:space="preserve">[36:59] </w:t>
      </w:r>
      <w:r>
        <w:t>tatari log jo hain, urai ilaqoņ mein rehte the, bilkul jangli qism ke log, education nahi un ke haan.</w:t>
      </w:r>
    </w:p>
    <w:p>
      <w:pPr>
        <w:jc w:val="right"/>
      </w:pPr>
      <w:r>
        <w:t>تاتاری لوگ جو ہیں، اڑائی علاقوں میں رہتے تھے، بالکل جنگلی قسم کے لوگ، ایجوکیشن نہیں ان کے ہاں۔</w:t>
      </w:r>
    </w:p>
    <w:p>
      <w:r>
        <w:rPr>
          <w:b/>
        </w:rPr>
        <w:t xml:space="preserve">[37:11] </w:t>
      </w:r>
      <w:r>
        <w:t>kisi baat par wo ghussa ho gaye. Us zamane mein Abbasi peer, yani Abbasi khilafat qaim thi. Abbasi khilafat</w:t>
      </w:r>
    </w:p>
    <w:p>
      <w:pPr>
        <w:jc w:val="right"/>
      </w:pPr>
      <w:r>
        <w:t>کسی بات پر وہ غصہ ہو گئے۔ اس زمانے میں عباسی پیر، یعنی عباسی خلافت قائم تھی۔ عباسی خلافت</w:t>
      </w:r>
    </w:p>
    <w:p>
      <w:r>
        <w:rPr>
          <w:b/>
        </w:rPr>
        <w:t xml:space="preserve">[37:22] </w:t>
      </w:r>
      <w:r>
        <w:t>to ek waqia hua, us se wo ghussa ho gaye. Wo us ki detail is mein di hai, Al-Qamri fi Al-Tarikh mein Ibn Asir ne di hai us ki detail.</w:t>
      </w:r>
    </w:p>
    <w:p>
      <w:pPr>
        <w:jc w:val="right"/>
      </w:pPr>
      <w:r>
        <w:t>تو ایک واقعہ ہوا، اس سے وہ غصہ ہو گئے۔ وہ اس کی ڈیٹیل اس میں دی ہے، القامری فی التاریخ میں ابن اسیر نے دی ہے اس کی ڈیٹیل۔</w:t>
      </w:r>
    </w:p>
    <w:p>
      <w:r>
        <w:rPr>
          <w:b/>
        </w:rPr>
        <w:t xml:space="preserve">[37:34] </w:t>
      </w:r>
      <w:r>
        <w:t>to barah hazar ghoņoņ par sawar ho kar ke ghus pade muslim dunya mein. Tatari ye waqia hai thirteen century AD ka, aur unhoņ ne kiya kiya</w:t>
      </w:r>
    </w:p>
    <w:p>
      <w:pPr>
        <w:jc w:val="right"/>
      </w:pPr>
      <w:r>
        <w:t>تو بارہ ہزار گھوڑوں پر سوار ہو کر کے گھس پڑے مسلم دنیا میں۔ تاتاری یہ واقعہ ہے تھرٹین سینچری اے ڈی کا، اور انہوں نے کیا کیا</w:t>
      </w:r>
    </w:p>
    <w:p>
      <w:r>
        <w:rPr>
          <w:b/>
        </w:rPr>
        <w:t xml:space="preserve">[37:46] </w:t>
      </w:r>
      <w:r>
        <w:t>? Bohat zyada sab toda, phoda, mara, kata, aur unhoņ ne Samarqand se le kar Halab tak.</w:t>
      </w:r>
    </w:p>
    <w:p>
      <w:pPr>
        <w:jc w:val="right"/>
      </w:pPr>
      <w:r>
        <w:t>؟ بہت زیادہ سب توڑا، پھوڑا، مارا، کاٹا، اور انہوں نے صبرقند سے لے کر حلب تک۔</w:t>
      </w:r>
    </w:p>
    <w:p>
      <w:r>
        <w:rPr>
          <w:b/>
        </w:rPr>
        <w:t xml:space="preserve">[38:00] </w:t>
      </w:r>
      <w:r>
        <w:t>to aap bach jayeņ, rastay mein jo pare hain, sab ko tod dalo. Yani aaj to ek masjid todi gayi hai na, ab babri masjid, wahan sainkdoņ masjidņ tod dali unhoņ ne.</w:t>
      </w:r>
    </w:p>
    <w:p>
      <w:pPr>
        <w:jc w:val="right"/>
      </w:pPr>
      <w:r>
        <w:t>تو آپ بچ جائیں، راستے میں جو پڑے ہیں، سب کو توڑ ڈالو۔ یعنی آج تو ایک مسجد توڑی گئی ہے نا، اب بابری مسجد، وہاں سینکڑوں مسجدیں توڑ ڈالی انہوں نے۔</w:t>
      </w:r>
    </w:p>
    <w:p>
      <w:r>
        <w:rPr>
          <w:b/>
        </w:rPr>
        <w:t xml:space="preserve">[38:12] </w:t>
      </w:r>
      <w:r>
        <w:t>Samarqand se Halab tak jati hain masjidņ, sab ko tod dali.</w:t>
      </w:r>
    </w:p>
    <w:p>
      <w:pPr>
        <w:jc w:val="right"/>
      </w:pPr>
      <w:r>
        <w:t>صبرقند سے حلب تک جاتی ہیں مسجدیں، سب کو توڑ ڈالی۔</w:t>
      </w:r>
    </w:p>
    <w:p>
      <w:r>
        <w:rPr>
          <w:b/>
        </w:rPr>
        <w:t xml:space="preserve">[38:17] </w:t>
      </w:r>
      <w:r>
        <w:t>ab wahan par kya hua? Us zamane ki baat hai ke musalman chup ho gaye. Yani inaction ki policy ikhtiyar ki unhoņ ne, kuch bhi nahi, koi reaction nahi, chup chap.</w:t>
      </w:r>
    </w:p>
    <w:p>
      <w:pPr>
        <w:jc w:val="right"/>
      </w:pPr>
      <w:r>
        <w:t>اب وہاں پر کیا ہوا؟ اس زمانے کی بات ہے کہ مسلمان چپ ہو گئے۔ یعنی ان ایکشن کی پالیسی اختیار کی انہوں نے، کچھ بھی نہیں، کوئی ری ایکشن نہیں، چپ چاپ۔</w:t>
      </w:r>
    </w:p>
    <w:p>
      <w:r>
        <w:rPr>
          <w:b/>
        </w:rPr>
        <w:t xml:space="preserve">[38:29] </w:t>
      </w:r>
      <w:r>
        <w:t>aur kya hua ke in logoņ ne, wo zamana tha slavery ka zamana tha, musalmanoņ ko pakad pakad ke ghulam banaya, aurtoņ aur mardoņ ko apne gharoņ mein rakh diya kaam karne ke liye.</w:t>
      </w:r>
    </w:p>
    <w:p>
      <w:pPr>
        <w:jc w:val="right"/>
      </w:pPr>
      <w:r>
        <w:t>اور کیا ہوا کہ ان لوگوں نے، وہ زمانہ تھا سیوری کا زمانہ تھا، مسلمانوں کو پکڑ پکڑ کے غلام بنایا، عورتوں اور مردوں کو اپنے گھروں میں رکھ دیا کام کرنے کے لیے۔</w:t>
      </w:r>
    </w:p>
    <w:p>
      <w:r>
        <w:rPr>
          <w:b/>
        </w:rPr>
        <w:t xml:space="preserve">[38:46] </w:t>
      </w:r>
      <w:r>
        <w:t>to har tatari ghar mein kai kai musalman mard aurat kaam karte the, pakad pakad ke rakh diya un ko bator servant ke.</w:t>
      </w:r>
    </w:p>
    <w:p>
      <w:pPr>
        <w:jc w:val="right"/>
      </w:pPr>
      <w:r>
        <w:t>تو ہر تاتاری گھر میں کئی کئی مسلمان مرد عورت کام کرتے تھے، پکڑ پکڑ کے رکھ دیا ان کو بطور سرونٹ کے۔</w:t>
      </w:r>
    </w:p>
    <w:p>
      <w:r>
        <w:rPr>
          <w:b/>
        </w:rPr>
        <w:t xml:space="preserve">[39:00] </w:t>
      </w:r>
      <w:r>
        <w:t>ab to is ke baad baad mein kya hua?</w:t>
      </w:r>
    </w:p>
    <w:p>
      <w:pPr>
        <w:jc w:val="right"/>
      </w:pPr>
      <w:r>
        <w:t>اب تو اس کے بعد بعد میں کیا ہوا؟</w:t>
      </w:r>
    </w:p>
    <w:p>
      <w:r>
        <w:rPr>
          <w:b/>
        </w:rPr>
        <w:t xml:space="preserve">[39:04] </w:t>
      </w:r>
      <w:r>
        <w:t>interaction hone laga. jab apne ghar mein laye woh bator servant ke, to interaction hone lagega.</w:t>
      </w:r>
    </w:p>
    <w:p>
      <w:pPr>
        <w:jc w:val="right"/>
      </w:pPr>
      <w:r>
        <w:t>انٹریکشن ہونے لگا۔ جب اپنے گھر میں لائے وہ بطور سرونٹ کے، تو انٹریکشن ہونے لگے گا۔</w:t>
      </w:r>
    </w:p>
    <w:p>
      <w:r>
        <w:rPr>
          <w:b/>
        </w:rPr>
        <w:t xml:space="preserve">[39:17] </w:t>
      </w:r>
      <w:r>
        <w:t>interaction jab hone laga to islam ka parcha hone laga. woh kaise?</w:t>
      </w:r>
    </w:p>
    <w:p>
      <w:pPr>
        <w:jc w:val="right"/>
      </w:pPr>
      <w:r>
        <w:t>انٹریکشن جب ہونے لگا تو اسلام کا پرچہ ہونے لگا۔ وہ کیسے؟</w:t>
      </w:r>
    </w:p>
    <w:p>
      <w:r>
        <w:rPr>
          <w:b/>
        </w:rPr>
        <w:t xml:space="preserve">[39:25] </w:t>
      </w:r>
      <w:r>
        <w:t>difference se parcha hota hai. yaad rakhiye, difference. maslan dekhiye, ek musalman jo hai, us ko chheenk aa gayi.</w:t>
      </w:r>
    </w:p>
    <w:p>
      <w:pPr>
        <w:jc w:val="right"/>
      </w:pPr>
      <w:r>
        <w:t>ڈفرنس سے پرچہ ہوتا ہے۔ یاد رکھیے، ڈفرنس۔ مثلاً دیکھیے، ایک مسلمان جو ہے، اس کو چھینک آ گئی۔</w:t>
      </w:r>
    </w:p>
    <w:p>
      <w:r>
        <w:rPr>
          <w:b/>
        </w:rPr>
        <w:t xml:space="preserve">[39:35] </w:t>
      </w:r>
      <w:r>
        <w:t>islam ki taleem hai ke chheenk aave to Alhamdulillah kaho. ab woh tatari ne suna to yeh tum ne kya kaha?</w:t>
      </w:r>
    </w:p>
    <w:p>
      <w:pPr>
        <w:jc w:val="right"/>
      </w:pPr>
      <w:r>
        <w:t>اسلام کی تعلیم ہے کہ چھینک آوے تو الحمدللہ کہو۔ اب وہ تاتاری نے سنا تو یہ تم نے کیا کہا؟</w:t>
      </w:r>
    </w:p>
    <w:p>
      <w:r>
        <w:rPr>
          <w:b/>
        </w:rPr>
        <w:t xml:space="preserve">[39:44] </w:t>
      </w:r>
      <w:r>
        <w:t>kya matlab hai is ka?</w:t>
      </w:r>
    </w:p>
    <w:p>
      <w:pPr>
        <w:jc w:val="right"/>
      </w:pPr>
      <w:r>
        <w:t>کیا مطلب ہے اس کا؟</w:t>
      </w:r>
    </w:p>
    <w:p>
      <w:r>
        <w:rPr>
          <w:b/>
        </w:rPr>
        <w:t xml:space="preserve">[39:47] </w:t>
      </w:r>
      <w:r>
        <w:t>to unhon ne kaha hum ne Alhamdulillah kaha. woh log jo the na, but parast the na, khuda parast the, un ka koi mazhab nahi tha tatariyon ka. to ab is ne poocha, to is ne bataya ke bhai Alhamdulillah ka matlab yeh hai.</w:t>
      </w:r>
    </w:p>
    <w:p>
      <w:pPr>
        <w:jc w:val="right"/>
      </w:pPr>
      <w:r>
        <w:t>تو انہوں نے کہا ہم نے الحمدللہ کہا۔ وہ لوگ جو تھے نا، بت پرست تھے نا، خدا پرست تھے، ان کا کوئی مذہب نہیں تھا تاتاریوں کا۔ تو اب اس نے پوچھا، تو اس نے بتایا کہ بھئی الحمدللہ کا مطلب یہ ہے۔</w:t>
      </w:r>
    </w:p>
    <w:p>
      <w:r>
        <w:rPr>
          <w:b/>
        </w:rPr>
        <w:t xml:space="preserve">[40:02] </w:t>
      </w:r>
      <w:r>
        <w:t>to islam mein yeh hai ke chheenk aadmi ka aaye to jis ko chheenk aati hai, woh kahe Alhamdulillah. jo suna hai, woh kahe yarhamukallah.</w:t>
      </w:r>
    </w:p>
    <w:p>
      <w:pPr>
        <w:jc w:val="right"/>
      </w:pPr>
      <w:r>
        <w:t>تو اسلام میں یہ ہے کہ چھینک آدمی کا آئے تو جس کو چھینک آتی ہے، وہ کہے الحمدللہ۔ جو سنا ہے، وہ کہےیرحمک اللہ۔</w:t>
      </w:r>
    </w:p>
    <w:p>
      <w:r>
        <w:rPr>
          <w:b/>
        </w:rPr>
        <w:t xml:space="preserve">[40:11] </w:t>
      </w:r>
      <w:r>
        <w:t>ab yeh bataya unhon ne to un ko bara acha laga. bhai yeh to bara acha mazhab hai</w:t>
      </w:r>
    </w:p>
    <w:p>
      <w:pPr>
        <w:jc w:val="right"/>
      </w:pPr>
      <w:r>
        <w:t>اب یہ بتایا انہوں نے تو ان کو بڑا اچھا لگا۔ بھئی یہ تو بڑا اچھا مذہب ہے</w:t>
      </w:r>
    </w:p>
    <w:p>
      <w:r>
        <w:rPr>
          <w:b/>
        </w:rPr>
        <w:t xml:space="preserve">[40:17] </w:t>
      </w:r>
      <w:r>
        <w:t>ke chheenk se promote karna hai peace ko.</w:t>
      </w:r>
    </w:p>
    <w:p>
      <w:pPr>
        <w:jc w:val="right"/>
      </w:pPr>
      <w:r>
        <w:t>کہ چھینک سے پروموٹ کرنا ہے پیس کو۔</w:t>
      </w:r>
    </w:p>
    <w:p>
      <w:r>
        <w:rPr>
          <w:b/>
        </w:rPr>
        <w:t xml:space="preserve">[40:22] </w:t>
      </w:r>
      <w:r>
        <w:t>yani jab chheenk aayi to aap ne kaha khuda ke, yani khuda ki hamd hai.</w:t>
      </w:r>
    </w:p>
    <w:p>
      <w:pPr>
        <w:jc w:val="right"/>
      </w:pPr>
      <w:r>
        <w:t>یعنی جب چھینک آئی تو آپ نے کہا خدا کے، یعنی خدا کی حمد ہے۔</w:t>
      </w:r>
    </w:p>
    <w:p>
      <w:r>
        <w:rPr>
          <w:b/>
        </w:rPr>
        <w:t xml:space="preserve">[40:31] </w:t>
      </w:r>
      <w:r>
        <w:t>aur sunne wale ne kahayarmukallah, khuda tum par yani blessing kare.</w:t>
      </w:r>
    </w:p>
    <w:p>
      <w:pPr>
        <w:jc w:val="right"/>
      </w:pPr>
      <w:r>
        <w:t>اور سننے والے نے کہایرحمک اللہ، خدا تم پر یعنی بلیسنگ کرے۔</w:t>
      </w:r>
    </w:p>
    <w:p>
      <w:r>
        <w:rPr>
          <w:b/>
        </w:rPr>
        <w:t xml:space="preserve">[40:39] </w:t>
      </w:r>
      <w:r>
        <w:t>to is mani ke chheenk ko islam istemal kar raha hai is baat ke liye ke promote kare aapas mein acha taluq, better taluq.</w:t>
      </w:r>
    </w:p>
    <w:p>
      <w:pPr>
        <w:jc w:val="right"/>
      </w:pPr>
      <w:r>
        <w:t>تو اس معنی کہ چھینک کو اسلام استعمال کر رہا ہے اس بات کے لیے کہ پروموٹ کرے آپس میں اچھا تعلق، بیٹر تعلق۔</w:t>
      </w:r>
    </w:p>
    <w:p>
      <w:r>
        <w:rPr>
          <w:b/>
        </w:rPr>
        <w:t xml:space="preserve">[40:49] </w:t>
      </w:r>
      <w:r>
        <w:t>ab ek musalman ne kaha Assalam o Alaikum. un ke haan to Assalam o Alaikum tha nahi ke bhai yeh kya cheez hai? unhon ne kaha ke yeh hamara tareeqa hai greeting ka.</w:t>
      </w:r>
    </w:p>
    <w:p>
      <w:pPr>
        <w:jc w:val="right"/>
      </w:pPr>
      <w:r>
        <w:t>اب ایک مسلمان نے کہا السلام علیکم۔ ان کے ہاں تو السلام علیکم تھا نہیں کہ بھئی یہ کیا چیز ہے؟ انہوں نے کہا کہ یہ ہمارا طریقہ ہے گریٹنگ کا۔</w:t>
      </w:r>
    </w:p>
    <w:p>
      <w:r>
        <w:rPr>
          <w:b/>
        </w:rPr>
        <w:t xml:space="preserve">[40:58] </w:t>
      </w:r>
      <w:r>
        <w:t>is ka kya matlab hai? unhon ne kaha peace be upon you. to is ko bara acha laga. is ko, is ke, is ki, is ki jo andar ka jo soul thi, woh address ho gayi.</w:t>
      </w:r>
    </w:p>
    <w:p>
      <w:pPr>
        <w:jc w:val="right"/>
      </w:pPr>
      <w:r>
        <w:t>اس کا کیا مطلب ہے؟ انہوں نے کہا پیس بی اپان یو۔ تو اس کو بڑا اچھا لگا۔ اس کو، اس کے، اس کی، اس کی جو اندر کا جو سول تھی، وہ ایڈریس ہو گئی۔</w:t>
      </w:r>
    </w:p>
    <w:p>
      <w:r>
        <w:rPr>
          <w:b/>
        </w:rPr>
        <w:t xml:space="preserve">[41:11] </w:t>
      </w:r>
      <w:r>
        <w:t>address ho gayi. acha hai, peace ki baat ke social taluqat jo hain milne julne mein, har aadmi doosre ke liye peace pesh kare.</w:t>
      </w:r>
    </w:p>
    <w:p>
      <w:pPr>
        <w:jc w:val="right"/>
      </w:pPr>
      <w:r>
        <w:t>ایڈریس ہو گئی۔ اچھا ہے، پیس کی بات کہ سوشل تعلقات جو ہیں ملنے جلنے میں، ہر آدمی دوسرے کے لیے پیس پیش کرے۔</w:t>
      </w:r>
    </w:p>
    <w:p>
      <w:r>
        <w:rPr>
          <w:b/>
        </w:rPr>
        <w:t xml:space="preserve">[41:22] </w:t>
      </w:r>
      <w:r>
        <w:t>aise jitne bhi wuzu hain, namaz hai, aur doosri cheezein hain, khane ke waqt, maslan un ka Bismillah Rehman ur Rahim.</w:t>
      </w:r>
    </w:p>
    <w:p>
      <w:pPr>
        <w:jc w:val="right"/>
      </w:pPr>
      <w:r>
        <w:t>ایسے جتنے بھی وضو ہیں، نماز ہے، اور دوسری چیزیں ہیں، کھانے کے وقت، مثلاً ان کا بسم اللہ الرحمن الرحیم۔</w:t>
      </w:r>
    </w:p>
    <w:p>
      <w:r>
        <w:rPr>
          <w:b/>
        </w:rPr>
        <w:t xml:space="preserve">[41:32] </w:t>
      </w:r>
      <w:r>
        <w:t>unhon ne kaha yeh kya hai? unhon ne bataya ke yeh to bari acha tareeqa to un logon ka hai.</w:t>
      </w:r>
    </w:p>
    <w:p>
      <w:pPr>
        <w:jc w:val="right"/>
      </w:pPr>
      <w:r>
        <w:t>انہوں نے کہا یہ کیا ہے؟ انہوں نے بتایا کہ یہ تو بڑی اچھا طریقہ تو ان لوگوں کا ہے۔</w:t>
      </w:r>
    </w:p>
    <w:p>
      <w:r>
        <w:rPr>
          <w:b/>
        </w:rPr>
        <w:t xml:space="preserve">[41:38] </w:t>
      </w:r>
      <w:r>
        <w:t>to chounke tatari jo the, wahshi to the lekin mutassib nahi the. yeh tatari jo the, yeh jangalon mein rehte the, pahadon mein rehte the.</w:t>
      </w:r>
    </w:p>
    <w:p>
      <w:pPr>
        <w:jc w:val="right"/>
      </w:pPr>
      <w:r>
        <w:t>تو چونکہ تاتاری جو تھے، وحشی تو تھے لیکن متعصب نہیں تھے۔ یہ تاتاری جو تھے، یہ جنگلوں میں رہتے تھے، پہاڑوں میں رہتے تھے۔</w:t>
      </w:r>
    </w:p>
    <w:p>
      <w:r>
        <w:rPr>
          <w:b/>
        </w:rPr>
        <w:t xml:space="preserve">[41:49] </w:t>
      </w:r>
      <w:r>
        <w:t>to to woh barbaric to the zaroor lekin woh mutassib nahi the. yani mazhabi katar pan nahi tha chounke mazhabi koi nahi tha un ka.</w:t>
      </w:r>
    </w:p>
    <w:p>
      <w:pPr>
        <w:jc w:val="right"/>
      </w:pPr>
      <w:r>
        <w:t>تو تو وہ باربرک تو تھے ضرور لیکن وہ متعصب نہیں تھے۔ یعنی مذہبی کٹر پن نہیں تھا کیونکہ مذہبی کوئی نہیں تھا ان کا۔</w:t>
      </w:r>
    </w:p>
    <w:p>
      <w:r>
        <w:rPr>
          <w:b/>
        </w:rPr>
        <w:t xml:space="preserve">[42:01] </w:t>
      </w:r>
      <w:r>
        <w:t>to aisi har interaction par un ko islam ka ek introduction milne laga. aur yeh kya hua ke 50 saal ke andar andar un ki majority jo hai islam mein aa gayi.</w:t>
      </w:r>
    </w:p>
    <w:p>
      <w:pPr>
        <w:jc w:val="right"/>
      </w:pPr>
      <w:r>
        <w:t>تو ایسی ہر انٹریکشن پر ان کو اسلام کا ایک انٹروڈکشن ملنے لگا۔ اور یہ کیا ہوا کہ 50 سال کے اندر اندر ان کی میجورٹی جو ہے اسلام میں آ گئی۔</w:t>
      </w:r>
    </w:p>
    <w:p>
      <w:r>
        <w:rPr>
          <w:b/>
        </w:rPr>
        <w:t xml:space="preserve">[42:14] </w:t>
      </w:r>
      <w:r>
        <w:t>to history badal gayi. to inhi tatariyon ne yeh kitabon mein likha hua hai, in masjidon ko phir se rebuild kiya.</w:t>
      </w:r>
    </w:p>
    <w:p>
      <w:pPr>
        <w:jc w:val="right"/>
      </w:pPr>
      <w:r>
        <w:t>تو ہسٹری بدل گئی۔ تو انہی تاتاریوں نے یہ کتابوں میں لکھا ہوا ہے، ان مسجدوں کو پھر سے ری بلٹ کیا۔</w:t>
      </w:r>
    </w:p>
    <w:p>
      <w:r>
        <w:rPr>
          <w:b/>
        </w:rPr>
        <w:t xml:space="preserve">[42:23] </w:t>
      </w:r>
      <w:r>
        <w:t>wahin par, wahan par Allah ki ibadat ki. unhon ne</w:t>
      </w:r>
    </w:p>
    <w:p>
      <w:pPr>
        <w:jc w:val="right"/>
      </w:pPr>
      <w:r>
        <w:t>وہیں پر، وہاں پر اللہ کی عبادت کی۔ انہوں نے</w:t>
      </w:r>
    </w:p>
    <w:p>
      <w:r>
        <w:rPr>
          <w:b/>
        </w:rPr>
        <w:t xml:space="preserve">[42:28] </w:t>
      </w:r>
      <w:r>
        <w:t>jin masjidon ko unhon ne bithaya tha, ghusse mein jab ghussa thanda ho gaya aur aur sab peace peace aa gayi, har taraf aman qaim ho gaya, to inhi masjidon ko inhi tatariyon ne rebuild kiya aur wahan par khuda ki ibadat ki.</w:t>
      </w:r>
    </w:p>
    <w:p>
      <w:pPr>
        <w:jc w:val="right"/>
      </w:pPr>
      <w:r>
        <w:t>جن مسجدوں کو انہوں نے بٹھایا تھا، غصے میں جب غصہ ٹھنڈا ہو گیا اور اور سب پیس پیس آ گئی، ہر طرف امن قائم ہو گیا، تو انہی مسجدوں کو انہی تاتاریوں نے ری بلٹ کیا اور وہاں پر خدا کی عبادت کی۔</w:t>
      </w:r>
    </w:p>
    <w:p>
      <w:r>
        <w:rPr>
          <w:b/>
        </w:rPr>
        <w:t xml:space="preserve">[42:45] </w:t>
      </w:r>
      <w:r>
        <w:t>unho ne yeh in action ka faida,</w:t>
      </w:r>
    </w:p>
    <w:p>
      <w:pPr>
        <w:jc w:val="right"/>
      </w:pPr>
      <w:r>
        <w:t>انہوں نے یہ ان ایکشن کا فائدہ،</w:t>
      </w:r>
    </w:p>
    <w:p>
      <w:r>
        <w:rPr>
          <w:b/>
        </w:rPr>
        <w:t xml:space="preserve">[42:51] </w:t>
      </w:r>
      <w:r>
        <w:t>in action bhi, in action bhi yani crisis ko manage karne ka ek bohat acha tareeqa hai.</w:t>
      </w:r>
    </w:p>
    <w:p>
      <w:pPr>
        <w:jc w:val="right"/>
      </w:pPr>
      <w:r>
        <w:t>ان ایکشن بھی، ان ایکشن بھی یعنی کرائسز کو مینج کرنے کا ایک بہت اچھا طریقہ ہے۔</w:t>
      </w:r>
    </w:p>
    <w:p>
      <w:r>
        <w:rPr>
          <w:b/>
        </w:rPr>
        <w:t xml:space="preserve">[43:00] </w:t>
      </w:r>
      <w:r>
        <w:t>ab jab chahein tajurba kar lijiye, har ghar mein kabhi na kabhi jhagda ho jata hai. Aap in action ka tareeqa ikhtiyar kar lijiye.</w:t>
      </w:r>
    </w:p>
    <w:p>
      <w:pPr>
        <w:jc w:val="right"/>
      </w:pPr>
      <w:r>
        <w:t>اب جب چاہیں تجربہ کر لیجئے، ہر گھر میں کبھی نہ کبھی جھگڑا ہو جاتا ہے۔ آپ ان ایکشن کا طریقہ اختیار کر لیجئے۔</w:t>
      </w:r>
    </w:p>
    <w:p>
      <w:r>
        <w:rPr>
          <w:b/>
        </w:rPr>
        <w:t xml:space="preserve">[43:10] </w:t>
      </w:r>
      <w:r>
        <w:t>yani biwi ko ghussa buri lagay shohar ki baat to biwi chup ho jaye, shohar ko buri lagay to shohar chup ho jaye.</w:t>
      </w:r>
    </w:p>
    <w:p>
      <w:pPr>
        <w:jc w:val="right"/>
      </w:pPr>
      <w:r>
        <w:t>یعنی بیوی کو غصہ بری لگے شوہر کی بات تو بیوی چپ ہو جائے، شوہر کو بری لگے تو شوہر چپ ہو جائے۔</w:t>
      </w:r>
    </w:p>
    <w:p>
      <w:r>
        <w:rPr>
          <w:b/>
        </w:rPr>
        <w:t xml:space="preserve">[43:19] </w:t>
      </w:r>
      <w:r>
        <w:t>aap kar ke dekh lijiye,</w:t>
      </w:r>
    </w:p>
    <w:p>
      <w:pPr>
        <w:jc w:val="right"/>
      </w:pPr>
      <w:r>
        <w:t>آپ کر کے دیکھ لیجئے،</w:t>
      </w:r>
    </w:p>
    <w:p>
      <w:r>
        <w:rPr>
          <w:b/>
        </w:rPr>
        <w:t xml:space="preserve">[43:22] </w:t>
      </w:r>
      <w:r>
        <w:t>in action jo hai woh solution hai. In action jo hai solution hai, woh agle din sab normal ho jayega. Yani aaj aap agar chup ho jayenge na, kal sab normal.</w:t>
      </w:r>
    </w:p>
    <w:p>
      <w:pPr>
        <w:jc w:val="right"/>
      </w:pPr>
      <w:r>
        <w:t>ان ایکشن جو ہے وہ سولیوشن ہے۔ ان ایکشن جو ہے سولیوشن ہے، وہ اگلے دن سب نارمل ہو جائے گا۔ یعنی آج آپ اگر چپ ہو جائیں گے نا، کل سب نارمل۔</w:t>
      </w:r>
    </w:p>
    <w:p>
      <w:r>
        <w:rPr>
          <w:b/>
        </w:rPr>
        <w:t xml:space="preserve">[43:37] </w:t>
      </w:r>
      <w:r>
        <w:t>to musalmanon ne is zamane mein kiya kiya? Bilkul khamosh ho gaye.</w:t>
      </w:r>
    </w:p>
    <w:p>
      <w:pPr>
        <w:jc w:val="right"/>
      </w:pPr>
      <w:r>
        <w:t>تو مسلمانوں نے اس زمانے میں کیا کیا؟ بالکل خاموش ہو گئے۔</w:t>
      </w:r>
    </w:p>
    <w:p>
      <w:r>
        <w:rPr>
          <w:b/>
        </w:rPr>
        <w:t xml:space="preserve">[43:44] </w:t>
      </w:r>
      <w:r>
        <w:t>peaceful interaction ka yeh barical tha</w:t>
      </w:r>
    </w:p>
    <w:p>
      <w:pPr>
        <w:jc w:val="right"/>
      </w:pPr>
      <w:r>
        <w:t>پیس فل انٹریکشن کا یہ بریکل تھا</w:t>
      </w:r>
    </w:p>
    <w:p>
      <w:r>
        <w:rPr>
          <w:b/>
        </w:rPr>
        <w:t xml:space="preserve">[43:48] </w:t>
      </w:r>
      <w:r>
        <w:t>ke musalmanon aur tatariyon ke darmiyan peaceful interaction hone laga. To Islam ki baatein poochne lage, woh bhai tumhara Quran mein kya likha hai?</w:t>
      </w:r>
    </w:p>
    <w:p>
      <w:pPr>
        <w:jc w:val="right"/>
      </w:pPr>
      <w:r>
        <w:t>کہ مسلمانوں اور تاتاریوں کے درمیان پیس فل انٹریکشن ہونے لگا۔ تو اسلام کی باتیں پوچھنے لگے، وہ بھئی تمہارا قرآن میں کیا لکھا ہے؟</w:t>
      </w:r>
    </w:p>
    <w:p>
      <w:r>
        <w:rPr>
          <w:b/>
        </w:rPr>
        <w:t xml:space="preserve">[43:58] </w:t>
      </w:r>
      <w:r>
        <w:t>tumhare Rasool ne kya bataya hai? To koi baat unho ne keh di. To Quran o Hadees mein yeh sab baatein insaniyat ki to hain, koi ladai bhadai ki baatein to hain nahi is mein.</w:t>
      </w:r>
    </w:p>
    <w:p>
      <w:pPr>
        <w:jc w:val="right"/>
      </w:pPr>
      <w:r>
        <w:t>تمہارے رسول نے کیا بتایا ہے؟ تو کوئی بات انہوں نے کہہ دی۔ تو قرآن و حدیث میں یہ سب باتیں انسانیت کی تو ہیں، کوئی لڑائی بھڑائی کی باتیں تو ہیں نہیں اس میں۔</w:t>
      </w:r>
    </w:p>
    <w:p>
      <w:r>
        <w:rPr>
          <w:b/>
        </w:rPr>
        <w:t xml:space="preserve">[44:16] </w:t>
      </w:r>
      <w:r>
        <w:t>to 50 saal ke interaction mein unki majority jo hai Islam mein aa gayi. Yeh hai crisis ko manage karna.</w:t>
      </w:r>
    </w:p>
    <w:p>
      <w:pPr>
        <w:jc w:val="right"/>
      </w:pPr>
      <w:r>
        <w:t>تو 50 سال کے انٹریکشن میں ان کی میجورٹی جو ہے اسلام میں آ گئی۔ یہ ہے کرائسز کو مینج کرنا۔</w:t>
      </w:r>
    </w:p>
    <w:p>
      <w:r>
        <w:rPr>
          <w:b/>
        </w:rPr>
        <w:t xml:space="preserve">[44:27] </w:t>
      </w:r>
      <w:r>
        <w:t>to musalman jo hain, yani art of crisis management jante hi nahi.</w:t>
      </w:r>
    </w:p>
    <w:p>
      <w:pPr>
        <w:jc w:val="right"/>
      </w:pPr>
      <w:r>
        <w:t>تو مسلمان جو ہیں، یعنی آرٹ آف کرائسز مینجمنٹ جانتے ہی نہیں۔</w:t>
      </w:r>
    </w:p>
    <w:p>
      <w:r>
        <w:rPr>
          <w:b/>
        </w:rPr>
        <w:t xml:space="preserve">[44:35] </w:t>
      </w:r>
      <w:r>
        <w:t>woh jante nahi ke crisis zindagi ka ek part hai aur woh crisis ko manage karna padta hai. Aur dekhiye, yani Islam mein har kisi bhi had par chala gaya mamla, wahan bhi manage karne ka principle maujood hai.</w:t>
      </w:r>
    </w:p>
    <w:p>
      <w:pPr>
        <w:jc w:val="right"/>
      </w:pPr>
      <w:r>
        <w:t>وہ جانتے نہیں کہ کرائسز زندگی کا ایک پارٹ ہے اور وہ کرائسز کو مینج کرنا پڑتا ہے۔ اور دیکھیے، یعنی اسلام میں ہر کسی بھی حد پر چلا گیا معاملہ، وہاں بھی مینج کرنے کا پرنسپل موجود ہے۔</w:t>
      </w:r>
    </w:p>
    <w:p>
      <w:r>
        <w:rPr>
          <w:b/>
        </w:rPr>
        <w:t xml:space="preserve">[44:54] </w:t>
      </w:r>
      <w:r>
        <w:t>yani ek to hai ke safeguard lena, lekin safeguard aap nahi le paye aur crisis paida hua</w:t>
      </w:r>
    </w:p>
    <w:p>
      <w:pPr>
        <w:jc w:val="right"/>
      </w:pPr>
      <w:r>
        <w:t>یعنی ایک تو ہے کہ سیف گارڈ لینا، لیکن سیف گارڈ آپ نہیں لے پائے اور کرائسز پیدا ہوا</w:t>
      </w:r>
    </w:p>
    <w:p>
      <w:r>
        <w:rPr>
          <w:b/>
        </w:rPr>
        <w:t xml:space="preserve">[45:02] </w:t>
      </w:r>
      <w:r>
        <w:t>to kisi bhi extent par aap ke liye solution maujood hai. Islam mein koi bhi had aa jaye, uski mein misaal deta hoon aap ko.</w:t>
      </w:r>
    </w:p>
    <w:p>
      <w:pPr>
        <w:jc w:val="right"/>
      </w:pPr>
      <w:r>
        <w:t>تو کسی بھی ایکسٹینٹ پر آپ کے لیے سولیوشن موجود ہے۔ اسلام میں کوئی بھی حد آ جائے، اس کی میں مثال دیتا ہوں آپ کو۔</w:t>
      </w:r>
    </w:p>
    <w:p>
      <w:r>
        <w:rPr>
          <w:b/>
        </w:rPr>
        <w:t xml:space="preserve">[45:16] </w:t>
      </w:r>
      <w:r>
        <w:t>yani 1942 mein, 1992 mein jab masjid ko de-malish kar diya gaya, us waqt maine kaha tha ke musalman Babri Masjid ki re-location par razi ho jayein.</w:t>
      </w:r>
    </w:p>
    <w:p>
      <w:pPr>
        <w:jc w:val="right"/>
      </w:pPr>
      <w:r>
        <w:t>یعنی 1942 میں، 1992 میں جب مسجد کو ڈی مالش کر دیا گیا، اس وقت میں نے کہا تھا کہ مسلمان بابری مسجد کی ری لوکیشن پر راضی ہو جائیں۔</w:t>
      </w:r>
    </w:p>
    <w:p>
      <w:r>
        <w:rPr>
          <w:b/>
        </w:rPr>
        <w:t xml:space="preserve">[45:29] </w:t>
      </w:r>
      <w:r>
        <w:t>re-location ka matlab kya hai?</w:t>
      </w:r>
    </w:p>
    <w:p>
      <w:pPr>
        <w:jc w:val="right"/>
      </w:pPr>
      <w:r>
        <w:t>ری لوکیشن کا مطلب کیا ہے؟</w:t>
      </w:r>
    </w:p>
    <w:p>
      <w:r>
        <w:rPr>
          <w:b/>
        </w:rPr>
        <w:t xml:space="preserve">[45:32] </w:t>
      </w:r>
      <w:r>
        <w:t>yani waise ek dhancha ek aur jagah bana diya jaye, uska naam rakh diya Babri Masjid. To maine kaha ke mujhe to kuch nahi lena dena nahi, mujhe to is par woh hai santosh hai ke abhi bhi India mein saade panch lakh masjidien intact hain aur woh kafi hain mere liye.</w:t>
      </w:r>
    </w:p>
    <w:p>
      <w:pPr>
        <w:jc w:val="right"/>
      </w:pPr>
      <w:r>
        <w:t>یعنی ویسے ایک ڈھانچہ ایک اور جگہ بنا دیا جائے، اس کا نام رکھ دیا بابری مسجد۔ تو میں نے کہا کہ مجھے تو کچھ نہیں لینا دینا نہیں، مجھے تو اس پر وہ ہے سنتوش ہے کہ ابھی بھی انڈیا میں ساڑھے پانچ لاکھ مسجدیں انٹیکٹ ہیں اور وہ کافی ہیں میرے لیے۔</w:t>
      </w:r>
    </w:p>
    <w:p>
      <w:r>
        <w:rPr>
          <w:b/>
        </w:rPr>
        <w:t xml:space="preserve">[45:56] </w:t>
      </w:r>
      <w:r>
        <w:t>lekin agar kisi agar musalmanon ko woh tareekhi yaadgar nazar aati hai, woh to ba-taur tareekhi yaadgar usko chahte hain ke woh zinda rakhein, to ek aur jagah usko bana do, matlab re-locate kar lo.</w:t>
      </w:r>
    </w:p>
    <w:p>
      <w:pPr>
        <w:jc w:val="right"/>
      </w:pPr>
      <w:r>
        <w:t>لیکن اگر کسی اگر مسلمانوں کو وہ تاریخی یادگار نظر آتی ہے، وہ تو بطور تاریخی یادگار اس کو چاہتے ہیں کہ وہ زندہ رکھیں، تو ایک اور جگہ اس کو بنا دو، مطلب ری لوکیٹ کر لو۔</w:t>
      </w:r>
    </w:p>
    <w:p>
      <w:r>
        <w:rPr>
          <w:b/>
        </w:rPr>
        <w:t xml:space="preserve">[46:13] </w:t>
      </w:r>
      <w:r>
        <w:t>is par bhi woh ghussa ho gaye kyunke re-location ka usool to Islam mein maujood hai, lekin logon ko khabar nahi hai iski.</w:t>
      </w:r>
    </w:p>
    <w:p>
      <w:pPr>
        <w:jc w:val="right"/>
      </w:pPr>
      <w:r>
        <w:t>اس پر بھی وہ غصہ ہو گئے کیونکہ ری لوکیشن کا اصول تو اسلام میں موجود ہے، لیکن لوگوں کو خبر نہیں ہے اس کی۔</w:t>
      </w:r>
    </w:p>
    <w:p>
      <w:r>
        <w:rPr>
          <w:b/>
        </w:rPr>
        <w:t xml:space="preserve">[46:22] </w:t>
      </w:r>
      <w:r>
        <w:t>dekhiye, Kaba jo jinho ne hajj kiya hai ya umrah kiya, us se puchiye ke Kaba jo hai, uske sath ek hatim hota hai.</w:t>
      </w:r>
    </w:p>
    <w:p>
      <w:pPr>
        <w:jc w:val="right"/>
      </w:pPr>
      <w:r>
        <w:t>دیکھیے، کعبہ جو جنہوں نے حج کیا ہے یا عمرہ کیا، اس سے پوچھیے کہ کعبہ جو ہے، اس کے ساتھ ایک حتیم ہوتا ہے۔</w:t>
      </w:r>
    </w:p>
    <w:p>
      <w:r>
        <w:rPr>
          <w:b/>
        </w:rPr>
        <w:t xml:space="preserve">[46:32] </w:t>
      </w:r>
      <w:r>
        <w:t>hatim woh open jagah, woh hatim kya cheez hai? Hazrat Ibrahim jo chaar hazar saal pehle aaye, unho ne Kaba banaya tha.</w:t>
      </w:r>
    </w:p>
    <w:p>
      <w:pPr>
        <w:jc w:val="right"/>
      </w:pPr>
      <w:r>
        <w:t>حتیم وہ اوپن جگہ، وہ حتیم کیا چیز ہے؟ حضرت ابراہیم جو چار ہزار سال پہلے آئے، انہوں نے کعبہ بنایا تھا۔</w:t>
      </w:r>
    </w:p>
    <w:p>
      <w:r>
        <w:rPr>
          <w:b/>
        </w:rPr>
        <w:t xml:space="preserve">[46:44] </w:t>
      </w:r>
      <w:r>
        <w:t>to Kaba lamba tha, masjid kyunke masjid thi, isi mein namaz padhi jati thi, to lamba tha Kaba</w:t>
      </w:r>
    </w:p>
    <w:p>
      <w:pPr>
        <w:jc w:val="right"/>
      </w:pPr>
      <w:r>
        <w:t>تو کعبہ لمبا تھا، مسجد کیونکہ مسجد تھی، اسی میں نماز پڑھی جاتی تھی، تو لمبا تھا کعبہ</w:t>
      </w:r>
    </w:p>
    <w:p>
      <w:r>
        <w:rPr>
          <w:b/>
        </w:rPr>
        <w:t xml:space="preserve">[46:51] </w:t>
      </w:r>
      <w:r>
        <w:t>। Phir kya hua ke baad ko jo jo zamana aaya to mushrik logon ne, yani but poojne wale logon ne, ek baar tha Kaba kisi wajah se woh gir gaya tha barish waghera mein.</w:t>
      </w:r>
    </w:p>
    <w:p>
      <w:pPr>
        <w:jc w:val="right"/>
      </w:pPr>
      <w:r>
        <w:t>۔ پھر کیا ہوا کہ بعد کو جو جو زمانہ آیا تو مشرک لوگوں نے، یعنی بت پوجنے والے لوگوں نے، ایک بار تھا کعبہ کسی وجہ سے وہ گر گیا تھا بارش وغیرہ میں۔</w:t>
      </w:r>
    </w:p>
    <w:p>
      <w:r>
        <w:rPr>
          <w:b/>
        </w:rPr>
        <w:t xml:space="preserve">[47:05] </w:t>
      </w:r>
      <w:r>
        <w:t>to phir jo banaya unho ne, to usko aadha chhod diya, aadha banaya. Yani woh Kaba lamba tha,</w:t>
      </w:r>
    </w:p>
    <w:p>
      <w:pPr>
        <w:jc w:val="right"/>
      </w:pPr>
      <w:r>
        <w:t>تو پھر جو بنایا انہوں نے، تو اس کو آدھا چھوڑ دیا، آدھا بنایا۔ یعنی وہ کعبہ لمبا تھا،</w:t>
      </w:r>
    </w:p>
    <w:p>
      <w:r>
        <w:rPr>
          <w:b/>
        </w:rPr>
        <w:t xml:space="preserve">[47:14] </w:t>
      </w:r>
      <w:r>
        <w:t>ab jo hai chokor hai. yani partial re location kiya unhon ne. that was re location in partial sense.</w:t>
      </w:r>
    </w:p>
    <w:p>
      <w:pPr>
        <w:jc w:val="right"/>
      </w:pPr>
      <w:r>
        <w:t>اب جو ہے چوکور ہے۔ یعنی پارشل ری لوکیشن کیا انہوں نے۔ دیٹ واز ری لوکیشن ان پارشل سینس۔</w:t>
      </w:r>
    </w:p>
    <w:p>
      <w:r>
        <w:rPr>
          <w:b/>
        </w:rPr>
        <w:t xml:space="preserve">[47:27] </w:t>
      </w:r>
      <w:r>
        <w:t>yani jab isi ko chhod dein aap aur yahan tak banayein to woh bhi to re location hai. to rasool Allah ne kabhi is ko nahi kaha ke is ko tod kar ke hum woh banayein is tareeqe se jo Hazrat Ibrahim ne banaya tha.</w:t>
      </w:r>
    </w:p>
    <w:p>
      <w:pPr>
        <w:jc w:val="right"/>
      </w:pPr>
      <w:r>
        <w:t>یعنی جب اسی کو چھوڑ دیں آپ اور یہاں تک بنائیں تو وہ بھی تو ری لوکیشن ہے۔ تو رسول اللہ نے کبھی اس کو نہیں کہا کہ اس کو توڑ کر کے ہم وہ بنائیں اس طریقے سے جو حضرت ابراہیم نے بنایا تھا۔</w:t>
      </w:r>
    </w:p>
    <w:p>
      <w:r>
        <w:rPr>
          <w:b/>
        </w:rPr>
        <w:t xml:space="preserve">[47:42] </w:t>
      </w:r>
      <w:r>
        <w:t>yeh banaye mushrikeen hain, to hum banaye mushrikeen ko qabool nahi kareinge. hum banaye Ibrahimi ko phir se zinda kareinge. aisa nahi kiya aap ne.</w:t>
      </w:r>
    </w:p>
    <w:p>
      <w:pPr>
        <w:jc w:val="right"/>
      </w:pPr>
      <w:r>
        <w:t>یہ بنائے مشرکین ہیں، تو ہم بنائے مشرکین کو قبول نہیں کریں گے۔ ہم بنائے ابراہیمی کو پھر سے زندہ کریں گے۔ ایسا نہیں کیا آپ نے۔</w:t>
      </w:r>
    </w:p>
    <w:p>
      <w:r>
        <w:rPr>
          <w:b/>
        </w:rPr>
        <w:t xml:space="preserve">[47:52] </w:t>
      </w:r>
      <w:r>
        <w:t>woh partial re location woh isi tarah se baqi reh gaya, aaj bhi baqi hai.</w:t>
      </w:r>
    </w:p>
    <w:p>
      <w:pPr>
        <w:jc w:val="right"/>
      </w:pPr>
      <w:r>
        <w:t>وہ پارشل ری لوکیشن وہ اسی طرح سے باقی رہ گیا، آج بھی باقی ہے۔</w:t>
      </w:r>
    </w:p>
    <w:p>
      <w:r>
        <w:rPr>
          <w:b/>
        </w:rPr>
        <w:t xml:space="preserve">[48:00] </w:t>
      </w:r>
      <w:r>
        <w:t>achha, ab dekhiye arab mein kya hua? makkah mein, madinah mein aur doosre arab cities mein</w:t>
      </w:r>
    </w:p>
    <w:p>
      <w:pPr>
        <w:jc w:val="right"/>
      </w:pPr>
      <w:r>
        <w:t>اچھا، اب دیکھیے عرب میں کیا ہوا؟ مکہ میں، مدینہ میں اور دوسرے عرب سٹیز میں</w:t>
      </w:r>
    </w:p>
    <w:p>
      <w:r>
        <w:rPr>
          <w:b/>
        </w:rPr>
        <w:t xml:space="preserve">[48:11] </w:t>
      </w:r>
      <w:r>
        <w:t>baad ke zamaney mein logon ne jagah jagah masjidain bana li theen, har jagah masjidain.</w:t>
      </w:r>
    </w:p>
    <w:p>
      <w:pPr>
        <w:jc w:val="right"/>
      </w:pPr>
      <w:r>
        <w:t>بعد کے زمانے میں لوگوں نے جگہ جگہ مسجدیں بنا لی تھیں، ہر جگہ مسجدیں۔</w:t>
      </w:r>
    </w:p>
    <w:p>
      <w:r>
        <w:rPr>
          <w:b/>
        </w:rPr>
        <w:t xml:space="preserve">[48:19] </w:t>
      </w:r>
      <w:r>
        <w:t>to jab yeh petrol ka zamana aaya aur bohat paisa aa gaya arbon ke paas, to city planning shuru hui. yani city ko planned way banana banana.</w:t>
      </w:r>
    </w:p>
    <w:p>
      <w:pPr>
        <w:jc w:val="right"/>
      </w:pPr>
      <w:r>
        <w:t>تو جب یہ پٹرول کا زمانہ آیا اور بہت پیسہ آ گیا عربوں کے پاس، تو سٹی پلاننگ شروع ہوئی۔ یعنی سٹی کو پلانڈ وے بنانا بنانا۔</w:t>
      </w:r>
    </w:p>
    <w:p>
      <w:r>
        <w:rPr>
          <w:b/>
        </w:rPr>
        <w:t xml:space="preserve">[48:31] </w:t>
      </w:r>
      <w:r>
        <w:t>to is mein hai kahin park banana hai, unhein kahin shopping center banana hai, kahin school banana hai, kahin hospital banana hai.</w:t>
      </w:r>
    </w:p>
    <w:p>
      <w:pPr>
        <w:jc w:val="right"/>
      </w:pPr>
      <w:r>
        <w:t>تو اس میں ہے کہیں پارک بنانا ہے، انہیں کہیں شاپنگ سینٹر بنانا ہے، کہیں سکول بنانا ہے، کہیں ہاسپٹل بنانا ہے۔</w:t>
      </w:r>
    </w:p>
    <w:p>
      <w:r>
        <w:rPr>
          <w:b/>
        </w:rPr>
        <w:t xml:space="preserve">[48:38] </w:t>
      </w:r>
      <w:r>
        <w:t>to jab city ko planning ke taur par banane lage, woh to pata chala ke haan to masjidain jagah jagah rukawat hain, kahin sadak ko chaura karna hai, wahan peechhe masjid khadi hui hai.</w:t>
      </w:r>
    </w:p>
    <w:p>
      <w:pPr>
        <w:jc w:val="right"/>
      </w:pPr>
      <w:r>
        <w:t>تو جب سٹی کو پلاننگ کے طور پر بنانے لگے، وہ تو پتہ چلا کہ ہاں تو مسجدیں جگہ جگہ رکاوٹ ہیں، کہیں سڑک کو چوڑا کرنا ہے، وہاں پیچھے مسجد کھڑی ہوئی ہے۔</w:t>
      </w:r>
    </w:p>
    <w:p>
      <w:r>
        <w:rPr>
          <w:b/>
        </w:rPr>
        <w:t xml:space="preserve">[48:52] </w:t>
      </w:r>
      <w:r>
        <w:t>to baqayda wahan par yeh ulma ne faisla kiya ke masjid ko re locate kiya jaye. re locate ka matlab yeh hai ke mislan ek masjid thi makkah mein, is ka naam tha masjid bilal.</w:t>
      </w:r>
    </w:p>
    <w:p>
      <w:pPr>
        <w:jc w:val="right"/>
      </w:pPr>
      <w:r>
        <w:t>تو باقاعدہ وہاں پر یہ علماء نے فیصلہ کیا کہ مسجد کو ری لوکیٹ کیا جائے۔ ری لوکیٹ کا مطلب یہ ہے کہ مثلاً ایک مسجد تھی مکہ میں، اس کا نام تھا مسجد بلال۔</w:t>
      </w:r>
    </w:p>
    <w:p>
      <w:r>
        <w:rPr>
          <w:b/>
        </w:rPr>
        <w:t xml:space="preserve">[49:08] </w:t>
      </w:r>
      <w:r>
        <w:t>to isi dhang ki ek masjid doosri wahan bana di gayi, kuch door, kuch distance par, is ka naam rakh diya masjid bilal. that is re location of a mosque.</w:t>
      </w:r>
    </w:p>
    <w:p>
      <w:pPr>
        <w:jc w:val="right"/>
      </w:pPr>
      <w:r>
        <w:t>تو اسی ڈھنگ کی ایک مسجد دوسری وہاں بنا دی گئی، کچھ دور، کچھ ڈسٹنس پر، اس کا نام رکھ دیا مسجد بلال۔ دیٹ از ری لوکیشن اف اے مسک۔</w:t>
      </w:r>
    </w:p>
    <w:p>
      <w:r>
        <w:rPr>
          <w:b/>
        </w:rPr>
        <w:t xml:space="preserve">[49:18] </w:t>
      </w:r>
      <w:r>
        <w:t>to sankron sankron masjidain re locate ki gayeen. to agar aap partial re location janna chahein to khud kaba mein is ki misaal maujood hai, aur total re location janna chahein to arab countries mein is ki misaal maujood hai.</w:t>
      </w:r>
    </w:p>
    <w:p>
      <w:pPr>
        <w:jc w:val="right"/>
      </w:pPr>
      <w:r>
        <w:t>تو سینکڑوں سینکڑوں مسجدیں ری لوکیٹ کی گئی۔ تو اگر آپ پارشل ری لوکیشن جاننا چاہیں تو خود کعبہ میں اس کی مثال موجود ہے، اور ٹوٹل ری لوکیشن جاننا چاہیں تو عرب کنٹریز میں اس کی مثال موجود ہے۔</w:t>
      </w:r>
    </w:p>
    <w:p>
      <w:r>
        <w:rPr>
          <w:b/>
        </w:rPr>
        <w:t xml:space="preserve">[49:34] </w:t>
      </w:r>
      <w:r>
        <w:t>to main ne kaha ke woh yahan bhi kar lo, India mein bhi kar lo,</w:t>
      </w:r>
    </w:p>
    <w:p>
      <w:pPr>
        <w:jc w:val="right"/>
      </w:pPr>
      <w:r>
        <w:t>تو میں نے کہا کہ وہ یہاں بھی کر لو، انڈیا میں بھی کر لو،</w:t>
      </w:r>
    </w:p>
    <w:p>
      <w:r>
        <w:rPr>
          <w:b/>
        </w:rPr>
        <w:t xml:space="preserve">[49:38] </w:t>
      </w:r>
      <w:r>
        <w:t>lekin kisi ek bhi shakhs ne India mein hum meri meri woh nahi ki, meri taeed nahi ki. kyun?</w:t>
      </w:r>
    </w:p>
    <w:p>
      <w:pPr>
        <w:jc w:val="right"/>
      </w:pPr>
      <w:r>
        <w:t>لیکن کسی ایک بھی شخص نے انڈیا میں ہم میری میری وہ نہیں کی، میری تائید نہیں کی۔ کیوں؟</w:t>
      </w:r>
    </w:p>
    <w:p>
      <w:r>
        <w:rPr>
          <w:b/>
        </w:rPr>
        <w:t xml:space="preserve">[49:48] </w:t>
      </w:r>
      <w:r>
        <w:t>un ka matlab Islam se hai hi nahi. un ko to woh to apne emotions ko jante hain, apne reaction ko jante hain. yani masjid babri majwaray mein kabhi bhi musalmanon ne Islam ko le kar socha nahi.</w:t>
      </w:r>
    </w:p>
    <w:p>
      <w:pPr>
        <w:jc w:val="right"/>
      </w:pPr>
      <w:r>
        <w:t>ان کا مطلب اسلام سے ہے ہی نہیں۔ ان کو تو وہ تو اپنے ایموشنز کو جانتے ہیں، اپنے ری ایکشن کو جانتے ہیں۔ یعنی مسجد بابری میجوارے میں کبھی بھی مسلمانوں نے اسلام کو لے کر سوچا نہیں۔</w:t>
      </w:r>
    </w:p>
    <w:p>
      <w:r>
        <w:rPr>
          <w:b/>
        </w:rPr>
        <w:t xml:space="preserve">[50:04] </w:t>
      </w:r>
      <w:r>
        <w:t>agar socha to mujhe is ki misaal dijiye. koi ek bhi meeting aisi hui ho jis mein sanjeedgi ke sath, yani sense poore thande dil ke sath baith kar socha ho ke bhai is mein Islam ki kya guidance hai, pata karo.</w:t>
      </w:r>
    </w:p>
    <w:p>
      <w:pPr>
        <w:jc w:val="right"/>
      </w:pPr>
      <w:r>
        <w:t>اگر سوچا تو مجھے اس کی مثال دیجئے۔ کوئی ایک بھی میٹنگ ایسی ہوئی ہو جس میں سنجیدگی کے ساتھ، یعنی سینس پورے ٹھنڈے دل کے ساتھ بیٹھ کر سوچا ہو کہ بھئی اس میں اسلام کی کیا گائیڈنس ہے، پتہ کرو۔</w:t>
      </w:r>
    </w:p>
    <w:p>
      <w:r>
        <w:rPr>
          <w:b/>
        </w:rPr>
        <w:t xml:space="preserve">[50:19] </w:t>
      </w:r>
      <w:r>
        <w:t>to pata hota hai un ko agar sochte, koi re location to khud Islam mein hai. yani kaba ka re location hua partial sense mein, woh bhi ek misaal hai.</w:t>
      </w:r>
    </w:p>
    <w:p>
      <w:pPr>
        <w:jc w:val="right"/>
      </w:pPr>
      <w:r>
        <w:t>تو پتہ ہوتا ہے ان کو اگر سوچتے، کوئی ری لوکیشن تو خود اسلام میں ہے۔ یعنی کعبہ کا ری لوکیشن ہوا پارشل سینس میں، وہ بھی ایک مثال ہے۔</w:t>
      </w:r>
    </w:p>
    <w:p>
      <w:r>
        <w:rPr>
          <w:b/>
        </w:rPr>
        <w:t xml:space="preserve">[50:31] </w:t>
      </w:r>
      <w:r>
        <w:t>baad ke zamaney mein arab countries mein, arab cities mein re location masjidain ki gayeen, woh misaal hai ke yahan bhi kar lo, jhagda khatam.</w:t>
      </w:r>
    </w:p>
    <w:p>
      <w:pPr>
        <w:jc w:val="right"/>
      </w:pPr>
      <w:r>
        <w:t>بعد کے زمانے میں عرب کنٹریز میں، عرب سٹیز میں ری لوکیشن مسجدیں کی گئیں، وہ مثال ہے کہ یہاں بھی کر لو، جھگڑا ختم۔</w:t>
      </w:r>
    </w:p>
    <w:p>
      <w:r>
        <w:rPr>
          <w:b/>
        </w:rPr>
        <w:t xml:space="preserve">[50:42] </w:t>
      </w:r>
      <w:r>
        <w:t>to aap ghor kijiye ke jis angle se aap ghor kijiye is ko.</w:t>
      </w:r>
    </w:p>
    <w:p>
      <w:pPr>
        <w:jc w:val="right"/>
      </w:pPr>
      <w:r>
        <w:t>تو آپ غور کیجئے کہ جس اینگل سے آپ غور کیجئے اس کو۔</w:t>
      </w:r>
    </w:p>
    <w:p>
      <w:r>
        <w:rPr>
          <w:b/>
        </w:rPr>
        <w:t xml:space="preserve">[50:47] </w:t>
      </w:r>
      <w:r>
        <w:t>to yeh case jo bigda, musalmanon ki nadani se bigda, is ka Islam se kyunke unhon ne Islam ko yahan par follow nahi kiya,</w:t>
      </w:r>
    </w:p>
    <w:p>
      <w:pPr>
        <w:jc w:val="right"/>
      </w:pPr>
      <w:r>
        <w:t>تو یہ کیس جو بگڑا، مسلمانوں کی نادانی سے بگڑا، اس کا اسلام سے کیونکہ انہوں نے اسلام کو یہاں پر فالو نہیں کیا،</w:t>
      </w:r>
    </w:p>
    <w:p>
      <w:r>
        <w:rPr>
          <w:b/>
        </w:rPr>
        <w:t xml:space="preserve">[51:00] </w:t>
      </w:r>
      <w:r>
        <w:t>Islam ko follow nahi kiya.</w:t>
      </w:r>
    </w:p>
    <w:p>
      <w:pPr>
        <w:jc w:val="right"/>
      </w:pPr>
      <w:r>
        <w:t>اسلام کو فالو نہیں کیا۔</w:t>
      </w:r>
    </w:p>
    <w:p>
      <w:r>
        <w:rPr>
          <w:b/>
        </w:rPr>
        <w:t xml:space="preserve">[51:04] </w:t>
      </w:r>
      <w:r>
        <w:t>aam taur par log samajhte hain ke Islam shayad ladai jhagde ka mazhab hai.</w:t>
      </w:r>
    </w:p>
    <w:p>
      <w:pPr>
        <w:jc w:val="right"/>
      </w:pPr>
      <w:r>
        <w:t>عام طور پر لوگ سمجھتے ہیں کہ اسلام شاید لڑائی جھگڑے کا مذہب ہے۔</w:t>
      </w:r>
    </w:p>
    <w:p>
      <w:r>
        <w:rPr>
          <w:b/>
        </w:rPr>
        <w:t xml:space="preserve">[51:09] </w:t>
      </w:r>
      <w:r>
        <w:t>Islam yeh sikhaata hai ke nafrat karo hinduo se aur ladai jhagda karo aur apna, yani jihad karo, yeh karo, woh karo.</w:t>
      </w:r>
    </w:p>
    <w:p>
      <w:pPr>
        <w:jc w:val="right"/>
      </w:pPr>
      <w:r>
        <w:t>اسلام یہ سکھاتا ہے کہ نفرت کرو ہندوؤں سے اور لڑائی جھگڑا کرو اور اپنا، یعنی جہاد کرو، یہ کرو، وہ کرو۔</w:t>
      </w:r>
    </w:p>
    <w:p>
      <w:r>
        <w:rPr>
          <w:b/>
        </w:rPr>
        <w:t xml:space="preserve">[51:22] </w:t>
      </w:r>
      <w:r>
        <w:t>yeh hai hi nahi Islam, yeh musalmanon ka apna Islam hai. isi liye main aksar kaha karta hoon ke you have to differentiate between Islam and Muslims.</w:t>
      </w:r>
    </w:p>
    <w:p>
      <w:pPr>
        <w:jc w:val="right"/>
      </w:pPr>
      <w:r>
        <w:t>یہ ہے ہی نہیں اسلام، یہ مسلمانوں کا اپنا اسلام ہے۔ اسی لیے میں اکثر کہا کرتا ہوں کہ یو ہیو ٹو ڈیفرنشیٹ بٹوین اسلام اینڈ مسلمز۔</w:t>
      </w:r>
    </w:p>
    <w:p>
      <w:r>
        <w:rPr>
          <w:b/>
        </w:rPr>
        <w:t xml:space="preserve">[51:36] </w:t>
      </w:r>
      <w:r>
        <w:t>you have to judge Muslims in the light of Islamic teachings and not vice versa. yeh aksar main kehta hoon, you have to differentiate between Islam and Muslims.</w:t>
      </w:r>
    </w:p>
    <w:p>
      <w:pPr>
        <w:jc w:val="right"/>
      </w:pPr>
      <w:r>
        <w:t>یو ہیو ٹو جج مسلمز ان دا لائٹ آف اسلامک ٹیچنگز اینڈ ناٹ وائس ورسا۔ یہ اکثر میں کہتا ہوں، یو ہیو ٹو ڈیفرنشیٹ بٹوین اسلام اینڈ مسلمز۔</w:t>
      </w:r>
    </w:p>
    <w:p>
      <w:r>
        <w:rPr>
          <w:b/>
        </w:rPr>
        <w:t xml:space="preserve">[51:50] </w:t>
      </w:r>
      <w:r>
        <w:t>you have to judge Muslims in the light of Islamic teachings and not vice versa.</w:t>
      </w:r>
    </w:p>
    <w:p>
      <w:pPr>
        <w:jc w:val="right"/>
      </w:pPr>
      <w:r>
        <w:t>یو ہیو ٹو جج مسلمز ان دا لائٹ آف اسلامک ٹیچنگز اینڈ ناٹ وائس ورسا۔</w:t>
      </w:r>
    </w:p>
    <w:p>
      <w:r>
        <w:rPr>
          <w:b/>
        </w:rPr>
        <w:t xml:space="preserve">[51:57] </w:t>
      </w:r>
      <w:r>
        <w:t>to yeh jo kuch yeh yeh bigaad aaya hai, yeh sab musalmanon ke apne nadani se aaya hai, to Islam se koi talluq is ka nahi hai.</w:t>
      </w:r>
    </w:p>
    <w:p>
      <w:pPr>
        <w:jc w:val="right"/>
      </w:pPr>
      <w:r>
        <w:t>تو یہ جو کچھ یہ یہ بگاڑ آیا ہے، یہ سب مسلمانوں کے اپنے نادانی سے آیا ہے، تو اسلام سے کوئی تعلق اس کا نہیں ہے۔</w:t>
      </w:r>
    </w:p>
    <w:p>
      <w:r>
        <w:rPr>
          <w:b/>
        </w:rPr>
        <w:t xml:space="preserve">[52:10] </w:t>
      </w:r>
      <w:r>
        <w:t>aaj duniya mein dekhiye, Allah taala ne duniya ko jo banaya hai, to test ke usool par banaya hai.</w:t>
      </w:r>
    </w:p>
    <w:p>
      <w:pPr>
        <w:jc w:val="right"/>
      </w:pPr>
      <w:r>
        <w:t>آج دنیا میں دیکھیے، اللہ تعالی نے دنیا کو جو بنایا ہے، تو ٹیسٹ کے اصول پر بنایا ہے۔</w:t>
      </w:r>
    </w:p>
    <w:p>
      <w:r>
        <w:rPr>
          <w:b/>
        </w:rPr>
        <w:t xml:space="preserve">[52:18] </w:t>
      </w:r>
      <w:r>
        <w:t>har aadmi test par hai, chahe Hindu ho ya Musalman, sab test par hain. to test hai to freedom hai,</w:t>
      </w:r>
    </w:p>
    <w:p>
      <w:pPr>
        <w:jc w:val="right"/>
      </w:pPr>
      <w:r>
        <w:t>ہر آدمی ٹیسٹ پر ہے، چاہے ہندو ہو یا مسلمان، سب ٹیسٹ پر ہیں۔ تو ٹیسٹ ہے تو فریڈم ہے،</w:t>
      </w:r>
    </w:p>
    <w:p>
      <w:r>
        <w:rPr>
          <w:b/>
        </w:rPr>
        <w:t xml:space="preserve">[52:27] </w:t>
      </w:r>
      <w:r>
        <w:t>baghair freedom ke to test hota nahi. to har ek ko azaadi hai, musalmanon ko bhi azaadi hai, yani musalmanon ko bhi azaadi hai ke chahe to woh crisis ke waqt mein Quran o Hadees ko dekhe, padhe,</w:t>
      </w:r>
    </w:p>
    <w:p>
      <w:pPr>
        <w:jc w:val="right"/>
      </w:pPr>
      <w:r>
        <w:t>بغیر فریڈم کے تو ٹیسٹ ہوتا نہیں۔ تو ہر ایک کو آزادی ہے، مسلمانوں کو بھی آزادی ہے، یعنی مسلمانوں کو بھی آزادی ہے کہ چاہے تو وہ کرائسز کے وقت میں قرآن و حدیث کو دیکھے، پڑھے،</w:t>
      </w:r>
    </w:p>
    <w:p>
      <w:r>
        <w:rPr>
          <w:b/>
        </w:rPr>
        <w:t xml:space="preserve">[52:45] </w:t>
      </w:r>
      <w:r>
        <w:t>discover kare ke is crisis ke liye wahan par kya bataya gaya hai, aur chahe to na kare, chahe to apne apne waqt mein, apne waqt ke peeche daude.</w:t>
      </w:r>
    </w:p>
    <w:p>
      <w:pPr>
        <w:jc w:val="right"/>
      </w:pPr>
      <w:r>
        <w:t>ڈسکور کرے کہ اس کرائسز کے لیے وہاں پر کیا بتایا گیا ہے، اور چاہے تو نہ کرے، چاہے تو اپنے اپنے وم میں، اپنے وم کے پیچھے دوڑے۔</w:t>
      </w:r>
    </w:p>
    <w:p>
      <w:r>
        <w:rPr>
          <w:b/>
        </w:rPr>
        <w:t xml:space="preserve">[52:56] </w:t>
      </w:r>
      <w:r>
        <w:t>to musalmanon ne apni azaadi ko misuse karte hue, woh apne waqt ke peeche daude, aur kabhi bhi unhone janne ki koshish nahi ki ke is mamle mein Quran ki rehnumai kya hai.</w:t>
      </w:r>
    </w:p>
    <w:p>
      <w:pPr>
        <w:jc w:val="right"/>
      </w:pPr>
      <w:r>
        <w:t>تو مسلمانوں نے اپنی آزادی کو مس یوز کرتے ہوئے، وہ اپنے وم کے پیچھے دوڑے، اور کبھی بھی انہوں نے جاننے کی کوشش نہیں کی کہ اس معاملے میں قرآن کی رہنمائی کیا ہے۔</w:t>
      </w:r>
    </w:p>
    <w:p>
      <w:r>
        <w:rPr>
          <w:b/>
        </w:rPr>
        <w:t xml:space="preserve">[53:16] </w:t>
      </w:r>
      <w:r>
        <w:t>yeh bahut hi bada masla hai jo aaj subah mein ek saath se baat kar raha tha, aaj hi subah ki baat hai.</w:t>
      </w:r>
    </w:p>
    <w:p>
      <w:pPr>
        <w:jc w:val="right"/>
      </w:pPr>
      <w:r>
        <w:t>یہ بہت ہی بڑا مسئلہ ہے جو آج صبح میں ایک ساتھ سے بات کر رہا تھا، آج ہی صبح کی بات ہے۔</w:t>
      </w:r>
    </w:p>
    <w:p>
      <w:r>
        <w:rPr>
          <w:b/>
        </w:rPr>
        <w:t xml:space="preserve">[53:25] </w:t>
      </w:r>
      <w:r>
        <w:t>maine kaha ke musalmanon ne yeh jo kangan rights ka sawal, Babri Masjid ke sawal, is tarah ke sawalat ko le kar ke itna bada nuksan uthaya hai ke is nuksan ki talaafi jo hai,</w:t>
      </w:r>
    </w:p>
    <w:p>
      <w:pPr>
        <w:jc w:val="right"/>
      </w:pPr>
      <w:r>
        <w:t>میں نے کہا کہ مسلمانوں نے یہ جو کنگر رائٹس کا سوال، بابری مسجد کے سوال، اس طرح کے سوالات کو لے کر کے اتنا بڑا نقصان اٹھایا ہے کہ اس نقصان کی تلافی جو ہے،</w:t>
      </w:r>
    </w:p>
    <w:p>
      <w:r>
        <w:rPr>
          <w:b/>
        </w:rPr>
        <w:t xml:space="preserve">[53:40] </w:t>
      </w:r>
      <w:r>
        <w:t>yani kisi tarike se ho nahi sakti hai. dekhiye, is Hadees mein aata hai ke man la yashkur al-nas la yashkur Allah</w:t>
      </w:r>
    </w:p>
    <w:p>
      <w:pPr>
        <w:jc w:val="right"/>
      </w:pPr>
      <w:r>
        <w:t>یعنی کسی طریقے سے ہو نہیں سکتی ہے۔ دیکھیے، اس حدیث میں آتا ہے کہ ملم عشق الناس لم عشق اللہ</w:t>
      </w:r>
    </w:p>
    <w:p>
      <w:r>
        <w:rPr>
          <w:b/>
        </w:rPr>
        <w:t xml:space="preserve">[53:51] </w:t>
      </w:r>
      <w:r>
        <w:t>, yani jo insaan ko iqraar nahi karega, woh Khuda ki bhi iqraar nahi karega. jo Khuda ka etraaf wahi karega jo insaan ka bhi etraaf karne wala ho.</w:t>
      </w:r>
    </w:p>
    <w:p>
      <w:pPr>
        <w:jc w:val="right"/>
      </w:pPr>
      <w:r>
        <w:t>، یعنی جو انسان کو اقرار نہیں کرے گا، وہ خدا کی بھی اقرار نہیں کرے گا۔ جو خدا کا اعتراف وہی کرے گا جو انسان کا بھی اعتراف کرنے والا ہو۔</w:t>
      </w:r>
    </w:p>
    <w:p>
      <w:r>
        <w:rPr>
          <w:b/>
        </w:rPr>
        <w:t xml:space="preserve">[54:03] </w:t>
      </w:r>
      <w:r>
        <w:t>man la yashkur al-nas la yashkur Allah, jo insaan ka shukr nahi karega, woh Khuda ka bhi shukr nahi karega. to saare musalman Khuda ke shukr se khali hain.</w:t>
      </w:r>
    </w:p>
    <w:p>
      <w:pPr>
        <w:jc w:val="right"/>
      </w:pPr>
      <w:r>
        <w:t>ملم عشق الناس لم عشق اللہ، جو انسان کا شکر نہیں کرے گا، وہ خدا کا بھی شکر نہیں کرے گا۔ تو سارے مسلمان خدا کے شکر سے خالی ہیں۔</w:t>
      </w:r>
    </w:p>
    <w:p>
      <w:r>
        <w:rPr>
          <w:b/>
        </w:rPr>
        <w:t xml:space="preserve">[54:14] </w:t>
      </w:r>
      <w:r>
        <w:t>kyun? insaan ke shukr se khali hain woh.</w:t>
      </w:r>
    </w:p>
    <w:p>
      <w:pPr>
        <w:jc w:val="right"/>
      </w:pPr>
      <w:r>
        <w:t>کیوں؟ انسان کے شکر سے خالی ہیں وہ۔</w:t>
      </w:r>
    </w:p>
    <w:p>
      <w:r>
        <w:rPr>
          <w:b/>
        </w:rPr>
        <w:t xml:space="preserve">[54:18] </w:t>
      </w:r>
      <w:r>
        <w:t>to aaj hi mein kisi se keh raha tha ke dekho, mere paas telephone aaya, aaj raat, aaj hi subah telephone aaya, isi balle par maine baat ki.</w:t>
      </w:r>
    </w:p>
    <w:p>
      <w:pPr>
        <w:jc w:val="right"/>
      </w:pPr>
      <w:r>
        <w:t>تو آج ہی میں کسی سے کہہ رہا تھا کہ دیکھو، میرے پاس ٹیلی فون آیا، آج رات، آج ہی صبح ٹیلی فون آیا، اسی بلے پر میں نے بات کی۔</w:t>
      </w:r>
    </w:p>
    <w:p>
      <w:r>
        <w:rPr>
          <w:b/>
        </w:rPr>
        <w:t xml:space="preserve">[54:28] </w:t>
      </w:r>
      <w:r>
        <w:t>Pakistan se ek telephone aaya mere paas, unhone kaha ke Pakistan mein sab se mushkil hai Islam par rehna. unhone kaha ke hamare ek saathi the jo Islam ki dawat karte the, peaceful tareeqe se, unko band kar diya, ghayab kar diya, pata hi nahi woh kahan hain.</w:t>
      </w:r>
    </w:p>
    <w:p>
      <w:pPr>
        <w:jc w:val="right"/>
      </w:pPr>
      <w:r>
        <w:t>پاکستان سے ایک ٹیلی فون آیا میرے پاس، انہوں نے کہا کہ پاکستان میں سب سے مشکل ہے اسلام پر رہنا۔ انہوں نے کہا کہ ہمارے ایک ساتھی تھے جو اسلام کی دعوت کرتے تھے، پیس فل طریقے سے، ان کو بند کر دیا، غائب کر دیا، پتہ ہی نہیں وہ کہاں ہیں۔</w:t>
      </w:r>
    </w:p>
    <w:p>
      <w:r>
        <w:rPr>
          <w:b/>
        </w:rPr>
        <w:t xml:space="preserve">[54:43] </w:t>
      </w:r>
      <w:r>
        <w:t>woh kisi ne goli maar di, kisi ko band kar diya,</w:t>
      </w:r>
    </w:p>
    <w:p>
      <w:pPr>
        <w:jc w:val="right"/>
      </w:pPr>
      <w:r>
        <w:t>وہ کسی نے گولی مار دی، کسی کو بند کر دیا،</w:t>
      </w:r>
    </w:p>
    <w:p>
      <w:r>
        <w:rPr>
          <w:b/>
        </w:rPr>
        <w:t xml:space="preserve">[54:46] </w:t>
      </w:r>
      <w:r>
        <w:t>koi kisi ko bhagna pada wahan se jo Islam ki boli bolta hai. wahan to ladai bhidai karo to tum, yani wahan par, wahan par jo hai, ladai bhidai ka culture hai, Islam culture nahi hai Pakistan mein.</w:t>
      </w:r>
    </w:p>
    <w:p>
      <w:pPr>
        <w:jc w:val="right"/>
      </w:pPr>
      <w:r>
        <w:t>کوئی کسی کو بھاگنا پڑا وہاں سے جو اسلام کی بولی بولتا ہے۔ وہاں تو لڑائی بھڑائی کرو تو تم، یعنی وہاں پر، وہاں پر جو ہے، لڑائی بھڑائی کا کلچر ہے، اسلام کلچر نہیں ہے پاکستان میں۔</w:t>
      </w:r>
    </w:p>
    <w:p>
      <w:r>
        <w:rPr>
          <w:b/>
        </w:rPr>
        <w:t xml:space="preserve">[55:04] </w:t>
      </w:r>
      <w:r>
        <w:t>to maine socha ke dekhiye, jab partition hua, idhar Pakistan bana, idhar India bana, to Pakistan ke leaders ne take care kiya us ko Islamic Pakistan.</w:t>
      </w:r>
    </w:p>
    <w:p>
      <w:pPr>
        <w:jc w:val="right"/>
      </w:pPr>
      <w:r>
        <w:t>تو میں نے سوچا کہ دیکھیے، جب پارٹیشن ہوا، ادھر پاکستان بنا، ادھر انڈیا بنا، تو پاکستان کے لیڈروں نے ٹیک کیئر کیا اس کو اسلامی پاکستان۔</w:t>
      </w:r>
    </w:p>
    <w:p>
      <w:r>
        <w:rPr>
          <w:b/>
        </w:rPr>
        <w:t xml:space="preserve">[55:19] </w:t>
      </w:r>
      <w:r>
        <w:t>Islamic Pakistan, is ke jawab mein Hindu declare kar sakte the, Hindu India, Hindu India, Hindu rashtra, wahan Islamic rashtra hi tha, Hindu rashtra.</w:t>
      </w:r>
    </w:p>
    <w:p>
      <w:pPr>
        <w:jc w:val="right"/>
      </w:pPr>
      <w:r>
        <w:t>اسلامی پاکستان، اس کے جواب میں ہندو ڈیکلیئر کر سکتے تھے، ہندو انڈیا، ہندو انڈیا، ہندو راষ্ট্র، وہاں اسلامی راষ্ট্র ہی تھا، ہندو راষ্ট্র۔</w:t>
      </w:r>
    </w:p>
    <w:p>
      <w:r>
        <w:rPr>
          <w:b/>
        </w:rPr>
        <w:t xml:space="preserve">[55:33] </w:t>
      </w:r>
      <w:r>
        <w:t>lekin aisa Hindu ne nahi kiya. Hindu logon ki angrezi taleem hui thi, un mein bahut kaafi log secular the, jaise Gandhi the, Nehru the, jitne bhi log the, yeh yeh un yeh angrezi taleem yafta the, unki ki soch secular soch thi.</w:t>
      </w:r>
    </w:p>
    <w:p>
      <w:pPr>
        <w:jc w:val="right"/>
      </w:pPr>
      <w:r>
        <w:t>لیکن ایسا ہندو نے نہیں کیا۔ ہندو لوگوں کی انگریزی تعلیم ہوئی تھی، ان میں بہت کافی لوگ سیکولر تھے، جیسے گاندھی تھے، نہرو تھے، جتنے بھی لوگ تھے، یہ یہ ان یہ انگریزی تعلیم یافتہ تھے، ان کی کی سوچ سیکولر سوچ تھی۔</w:t>
      </w:r>
    </w:p>
    <w:p>
      <w:r>
        <w:rPr>
          <w:b/>
        </w:rPr>
        <w:t xml:space="preserve">[55:51] </w:t>
      </w:r>
      <w:r>
        <w:t>to apne secular soch ki wajah se unhone kaha ke nahi, hum Hindu raj declare nahi karenge, yeh secular raj hai, yeh secular India hai.</w:t>
      </w:r>
    </w:p>
    <w:p>
      <w:pPr>
        <w:jc w:val="right"/>
      </w:pPr>
      <w:r>
        <w:t>تو اپنے سیکولر سوچ کی وجہ سے انہوں نے کہا کہ نہیں، ہم ہندو راج ڈیکلیئر نہیں کریں گے، یہ سیکولر راج ہے، یہ سیکولر انڈیا ہے۔</w:t>
      </w:r>
    </w:p>
    <w:p>
      <w:r>
        <w:rPr>
          <w:b/>
        </w:rPr>
        <w:t xml:space="preserve">[56:02] </w:t>
      </w:r>
      <w:r>
        <w:t>to unhone reaction nahi kiya, yani unhone declare kiya Islamic raj, unhone declare nahi kiya Hindu raj, unhone kaha ke nahi, secular raj, democracy.</w:t>
      </w:r>
    </w:p>
    <w:p>
      <w:pPr>
        <w:jc w:val="right"/>
      </w:pPr>
      <w:r>
        <w:t>تو انہوں نے ری ایکشن نہیں کیا، یعنی انہوں نے ڈیکلیئر کیا اسلامی راج، انہوں نے ڈیکلیئر نہیں کیا ہندو راج، انہوں نے کہا کہ نہیں، سیکولر راج، ڈیموکریسی۔</w:t>
      </w:r>
    </w:p>
    <w:p>
      <w:r>
        <w:rPr>
          <w:b/>
        </w:rPr>
        <w:t xml:space="preserve">[56:15] </w:t>
      </w:r>
      <w:r>
        <w:t>is ki wajah se hum ko kitna mauqa mila, goya jis tarah se mein yahan baat kar raha hoon, kabhi Pakistan ne baat nahi kar sakta, impossible hai.</w:t>
      </w:r>
    </w:p>
    <w:p>
      <w:pPr>
        <w:jc w:val="right"/>
      </w:pPr>
      <w:r>
        <w:t>اس کی وجہ سے ہم کو کتنا موقع ملا، گویا جس طرح سے میں یہاں بات کر رہا ہوں، کبھی پاکستان نے بات نہیں کر سکتا، امپاسیبل ہے۔</w:t>
      </w:r>
    </w:p>
    <w:p>
      <w:r>
        <w:rPr>
          <w:b/>
        </w:rPr>
        <w:t xml:space="preserve">[56:25] </w:t>
      </w:r>
      <w:r>
        <w:t>azaadi ke saath bol raha hoon, mein kuch bhi jo jo mein chahta hoon, woh bol raha hoon.</w:t>
      </w:r>
    </w:p>
    <w:p>
      <w:pPr>
        <w:jc w:val="right"/>
      </w:pPr>
      <w:r>
        <w:t>آزادی کے ساتھ بول رہا ہوں، میں کچھ بھی جو جو میں چاہتا ہوں، وہ بول رہا ہوں۔</w:t>
      </w:r>
    </w:p>
    <w:p>
      <w:r>
        <w:rPr>
          <w:b/>
        </w:rPr>
        <w:t xml:space="preserve">[56:30] </w:t>
      </w:r>
      <w:r>
        <w:t>koi pakad nahi, koi dhakad nahi, koi rok nahi, koi kuch nahi. yani mukammal religious freedom, mukammal freedom of thought, mukammal freedom of expression yahan par hai,</w:t>
      </w:r>
    </w:p>
    <w:p>
      <w:pPr>
        <w:jc w:val="right"/>
      </w:pPr>
      <w:r>
        <w:t>کوئی پکڑ نہیں، کوئی دھکڑ نہیں، کوئی روک نہیں، کوئی کچھ نہیں۔ یعنی مکمل ریلیجیس فریڈم، مکمل فریڈم آف تھاٹ، مکمل فریڈم آف ایکسپریشن یہاں پر ہے،</w:t>
      </w:r>
    </w:p>
    <w:p>
      <w:r>
        <w:rPr>
          <w:b/>
        </w:rPr>
        <w:t xml:space="preserve">[56:45] </w:t>
      </w:r>
      <w:r>
        <w:t>pakistan mein nahin hai. to musalmanon ne is ko apne, chounkay nafrat mein jeetay hain, negativity mein jeetay hain,</w:t>
      </w:r>
    </w:p>
    <w:p>
      <w:pPr>
        <w:jc w:val="right"/>
      </w:pPr>
      <w:r>
        <w:t>پاکستان میں نہیں ہے۔ تو مسلمانوں نے اس کو اپنے، چونکہ نفرت میں جیتے ہیں، نیگیٹیوٹی میں جیتے ہیں،</w:t>
      </w:r>
    </w:p>
    <w:p>
      <w:r>
        <w:rPr>
          <w:b/>
        </w:rPr>
        <w:t xml:space="preserve">[56:55] </w:t>
      </w:r>
      <w:r>
        <w:t>to hindu ke is contribution ko unhon nay samjha nahin aur hinduo ka etraf nahin kiya. to main subah keh raha tha kisi say keh hamaray dil mein hindu ke liye mohabbat honi chahiye keh unhon nay india mein secular aur democratic raj declare kiya aur hum ko is mein room mil gaya, hum ko awaqe milay.</w:t>
      </w:r>
    </w:p>
    <w:p>
      <w:pPr>
        <w:jc w:val="right"/>
      </w:pPr>
      <w:r>
        <w:t>تو ہندو کے اس کنٹریبیوشن کو انہوں نے سمجھا نہیں اور ہندوؤں کا اعتراف نہیں کیا۔ تو میں صبح کہہ رہا تھا کسی سے کہ ہمارے دل میں ہندو کے لیے محبت ہونی چاہیے کہ انہوں نے انڈیا میں سیکولر اور ڈیموکریٹک راج ڈیکلیئر کیا اور ہم کو اس میں روم مل گیا، ہم کو مواقع مل گئے۔</w:t>
      </w:r>
    </w:p>
    <w:p>
      <w:r>
        <w:rPr>
          <w:b/>
        </w:rPr>
        <w:t xml:space="preserve">[57:19] </w:t>
      </w:r>
      <w:r>
        <w:t>to chounkay unhon nay insan ka etraf nahin kiya, to khuda ka bhi etraf koi nahin. saray musalmanon ko dhoond daliye, aik bhi nahin paein gay aap jo sahi ma'non mein, sachay ma'non mein khuda ka shukar karnay wala ho, kyunkay woh insan ka shukar nahin kar sakay, to khuda ka shukar bhi un kay dil say nikal gaya.</w:t>
      </w:r>
    </w:p>
    <w:p>
      <w:pPr>
        <w:jc w:val="right"/>
      </w:pPr>
      <w:r>
        <w:t>تو چونکہ انہوں نے انسان کا اعتراف نہیں کیا، تو خدا کا بھی اعتراف کوئی نہیں۔ سارے مسلمانوں کو ڈھونڈ ڈالیے، ایک بھی نہیں پائیں گے آپ جو صحیح معنوں میں، سچے معنوں میں خدا کا شکر کرنے والا ہو، کیونکہ وہ انسان کا شکر نہیں کر سکے، تو خدا کا شکر بھی ان کے دل سے نکل گیا۔</w:t>
      </w:r>
    </w:p>
    <w:p>
      <w:r>
        <w:rPr>
          <w:b/>
        </w:rPr>
        <w:t xml:space="preserve">[57:38] </w:t>
      </w:r>
      <w:r>
        <w:t>man ashq al-nas lam ashq Allah,</w:t>
      </w:r>
    </w:p>
    <w:p>
      <w:pPr>
        <w:jc w:val="right"/>
      </w:pPr>
      <w:r>
        <w:t>ملم عشق الناس لم عشق اللہ،</w:t>
      </w:r>
    </w:p>
    <w:p>
      <w:r>
        <w:rPr>
          <w:b/>
        </w:rPr>
        <w:t xml:space="preserve">[57:45] </w:t>
      </w:r>
      <w:r>
        <w:t>yeh sab baatein bohat ziyada sochne ki hain.</w:t>
      </w:r>
    </w:p>
    <w:p>
      <w:pPr>
        <w:jc w:val="right"/>
      </w:pPr>
      <w:r>
        <w:t>یہ سب باتیں بہت زیادہ سوچنے کی ہیں۔</w:t>
      </w:r>
    </w:p>
    <w:p>
      <w:r>
        <w:rPr>
          <w:b/>
        </w:rPr>
        <w:t xml:space="preserve">[57:50] </w:t>
      </w:r>
      <w:r>
        <w:t>yani babri masjid IT stake nahin hai, IT stake musalmanon ka islam hai. IT stake jo cheez hai, woh babri masjid nahin hai, khud musalmanon ka apna islam IT stake hai.</w:t>
      </w:r>
    </w:p>
    <w:p>
      <w:pPr>
        <w:jc w:val="right"/>
      </w:pPr>
      <w:r>
        <w:t>یعنی بابری مسجد آئی ٹی سٹیک نہیں ہے، آئی ٹی سٹیک مسلمانوں کا اسلام ہے۔ آئی ٹی سٹیک جو چیز ہے، وہ بابری مسجد نہیں ہے، خود مسلمانوں کا اپنا اسلام آئی ٹی سٹیک ہے۔</w:t>
      </w:r>
    </w:p>
    <w:p>
      <w:r>
        <w:rPr>
          <w:b/>
        </w:rPr>
        <w:t xml:space="preserve">[58:05] </w:t>
      </w:r>
      <w:r>
        <w:t>to wahan yahan par musalmanon ko, yani reassess karna hai, reexamine karna hai, rethinking karna hai, phir is say saray mamlay ko durust karna hai, aur yeh kehna paray ga keh I was we were wrong, we were wrong.</w:t>
      </w:r>
    </w:p>
    <w:p>
      <w:pPr>
        <w:jc w:val="right"/>
      </w:pPr>
      <w:r>
        <w:t>تو وہاں یہاں پر مسلمانوں کو، یعنی ری ایسس کرنا ہے، ری ایگزامن کرنا ہے، ری تھنکنگ کرنا ہے، پھر اس سے سارے معاملے کو درست کرنا ہے، اور یہ کہنا پڑے گا کہ آئی واز وی ویر رونگ، وی ویر رونگ۔</w:t>
      </w:r>
    </w:p>
    <w:p>
      <w:r>
        <w:rPr>
          <w:b/>
        </w:rPr>
        <w:t xml:space="preserve">[58:22] </w:t>
      </w:r>
      <w:r>
        <w:t>jab tak aap yeh na kahain keh we were wrong, tab tak aap kuch bhi, koi bhi agay ki, yani koi sahi planning nahin kar saktay.</w:t>
      </w:r>
    </w:p>
    <w:p>
      <w:pPr>
        <w:jc w:val="right"/>
      </w:pPr>
      <w:r>
        <w:t>جب تک آپ یہ نہ کہیں کہ وی ویر رونگ، تب تک آپ کچھ بھی، کوئی بھی آگے کی، یعنی کوئی صحیح پلاننگ نہیں کر سکتے۔</w:t>
      </w:r>
    </w:p>
    <w:p>
      <w:r>
        <w:rPr>
          <w:b/>
        </w:rPr>
        <w:t xml:space="preserve">[58:32] </w:t>
      </w:r>
      <w:r>
        <w:t>aap</w:t>
      </w:r>
    </w:p>
    <w:p>
      <w:pPr>
        <w:jc w:val="right"/>
      </w:pPr>
      <w:r>
        <w:t>آپ</w:t>
      </w:r>
    </w:p>
    <w:p>
      <w:r>
        <w:rPr>
          <w:b/>
        </w:rPr>
        <w:t xml:space="preserve">[58:34] </w:t>
      </w:r>
      <w:r>
        <w:t>puri puri community ko kehna paray ga keh we were wrong, we fail to follow the guidance given by by the quran and hadith.</w:t>
      </w:r>
    </w:p>
    <w:p>
      <w:pPr>
        <w:jc w:val="right"/>
      </w:pPr>
      <w:r>
        <w:t>پوری پوری کمیونٹی کو کہنا پڑے گا کہ وی ویر رونگ، وی فیل ٹو فالو دا گائیڈنس گیون بائی بائی دا قرآن اینڈ حدیث۔</w:t>
      </w:r>
    </w:p>
    <w:p>
      <w:r>
        <w:rPr>
          <w:b/>
        </w:rPr>
        <w:t xml:space="preserve">[58:45] </w:t>
      </w:r>
      <w:r>
        <w:t>yeh kehna paray ga,</w:t>
      </w:r>
    </w:p>
    <w:p>
      <w:pPr>
        <w:jc w:val="right"/>
      </w:pPr>
      <w:r>
        <w:t>یہ کہنا پڑے گا،</w:t>
      </w:r>
    </w:p>
    <w:p>
      <w:r>
        <w:rPr>
          <w:b/>
        </w:rPr>
        <w:t xml:space="preserve">[58:49] </w:t>
      </w:r>
      <w:r>
        <w:t>tab agay ka rasta khulay ga.</w:t>
      </w:r>
    </w:p>
    <w:p>
      <w:pPr>
        <w:jc w:val="right"/>
      </w:pPr>
      <w:r>
        <w:t>تب آگے کا راستہ کھلے گا۔</w:t>
      </w:r>
    </w:p>
    <w:p>
      <w:r>
        <w:rPr>
          <w:b/>
        </w:rPr>
        <w:t xml:space="preserve">[58:53] </w:t>
      </w:r>
      <w:r>
        <w:t>to khuda kay fazal say hamari jo team hai, hamari team is mamlay mein un ka bohat hi khula zehn hai, woh samajhtay hain in baaton ko.</w:t>
      </w:r>
    </w:p>
    <w:p>
      <w:pPr>
        <w:jc w:val="right"/>
      </w:pPr>
      <w:r>
        <w:t>تو خدا کے فضل سے ہماری جو ٹیم ہے، ہماری ٹیم اس معاملے میں ان کا بہت ہی کھلا ذہن ہے، وہ سمجھتے ہیں ان باتوں کو۔</w:t>
      </w:r>
    </w:p>
    <w:p>
      <w:r>
        <w:rPr>
          <w:b/>
        </w:rPr>
        <w:t xml:space="preserve">[59:01] </w:t>
      </w:r>
      <w:r>
        <w:t>to main apni team say chahoon ga keh woh is fikr ko phailayen aur musalmanon ko is دلدل say nikalein. musalmanon ka jo hai, blind alley phansa hua hai, un ka mamla, unhein maloom hi nahin keh right line of action kya hai, kidhar jana hai.</w:t>
      </w:r>
    </w:p>
    <w:p>
      <w:pPr>
        <w:jc w:val="right"/>
      </w:pPr>
      <w:r>
        <w:t>تو میں اپنی ٹیم سے چاہوں گا کہ وہ اس فکر کو پھیلائیں اور مسلمانوں کو اس دلدل سے نکالیں۔ مسلمانوں کا جو ہے، بلائنڈ ایلیم پھنسا ہوا ہے، ان کا معاملہ، انہیں معلوم ہی نہیں کہ رائٹ لائن آف ایکشن کیا ہے، کدھر جانا ہے۔</w:t>
      </w:r>
    </w:p>
    <w:p>
      <w:r>
        <w:rPr>
          <w:b/>
        </w:rPr>
        <w:t xml:space="preserve">[59:18] </w:t>
      </w:r>
      <w:r>
        <w:t>bas react kartay hain, khali react kartay rehtay hain.</w:t>
      </w:r>
    </w:p>
    <w:p>
      <w:pPr>
        <w:jc w:val="right"/>
      </w:pPr>
      <w:r>
        <w:t>بس ری ایکٹ کرتے ہیں، خالی ری ایکٹ کرتے رہتے ہیں۔</w:t>
      </w:r>
    </w:p>
    <w:p>
      <w:r>
        <w:rPr>
          <w:b/>
        </w:rPr>
        <w:t xml:space="preserve">[59:24] </w:t>
      </w:r>
      <w:r>
        <w:t>to main dua karta hoon keh Allah taala hum sab ko hidayaat de, hum sab ko quran kay rastay par chalnay ki tofeeq de.</w:t>
      </w:r>
    </w:p>
    <w:p>
      <w:pPr>
        <w:jc w:val="right"/>
      </w:pPr>
      <w:r>
        <w:t>تو میں دعا کرتا ہوں کہ اللہ تعالی ہم سب کو ہدایت دے، ہم سب کو قرآن کے راستے پر چلنے کی توفیق دے۔</w:t>
      </w:r>
    </w:p>
    <w:p>
      <w:r>
        <w:rPr>
          <w:b/>
        </w:rPr>
        <w:t xml:space="preserve">[59:33] </w:t>
      </w:r>
      <w:r>
        <w:t>aqool qawli hadha wa astaghfirullaha walakum ajmaeen.</w:t>
      </w:r>
    </w:p>
    <w:p>
      <w:pPr>
        <w:jc w:val="right"/>
      </w:pPr>
      <w:r>
        <w:t>اقول قولھذا واستغفراللہ ولکم اجمعین۔</w:t>
      </w:r>
    </w:p>
    <w:p>
      <w:r>
        <w:rPr>
          <w:b/>
        </w:rPr>
        <w:t xml:space="preserve">[59:51] </w:t>
      </w:r>
      <w:r>
        <w:t>okay, we start with the question answers.</w:t>
      </w:r>
    </w:p>
    <w:p>
      <w:pPr>
        <w:jc w:val="right"/>
      </w:pPr>
      <w:r>
        <w:t>اوکے، وی سٹارٹ ود دی کوئسچن انسرز۔</w:t>
      </w:r>
    </w:p>
    <w:p>
      <w:r>
        <w:rPr>
          <w:b/>
        </w:rPr>
        <w:t xml:space="preserve">[59:54] </w:t>
      </w:r>
      <w:r>
        <w:t>maulana, yeh sawal miss gulzeebah ahmed nay kiya hai, maryland, usa say. unhon nay likha hai keh maulana sahib, how can we send esal-e-sawab to a deceased relative or a muslim?</w:t>
      </w:r>
    </w:p>
    <w:p>
      <w:pPr>
        <w:jc w:val="right"/>
      </w:pPr>
      <w:r>
        <w:t>مولانا، یہ سوال مس گلزیبہ احمد نے کیا ہے، میری لینڈ، یو ایس اے سے۔ انہوں نے لکھا ہے کہ مولانا صاحب، ہاؤ کین وی سینڈ ایصال ثواب ٹو ا ڈیسیزڈ ریلیٹو اور ا مسلم؟</w:t>
      </w:r>
    </w:p>
    <w:p>
      <w:r>
        <w:rPr>
          <w:b/>
        </w:rPr>
        <w:t xml:space="preserve">[1:00:09] </w:t>
      </w:r>
      <w:r>
        <w:t>can we do hajj or do some nafl ibadah for him or her? kindly comment.</w:t>
      </w:r>
    </w:p>
    <w:p>
      <w:pPr>
        <w:jc w:val="right"/>
      </w:pPr>
      <w:r>
        <w:t>کین وی ڈو حج اور ڈو سم نفی عبادہ فار ہم اور ہر؟ کائنڈلی کمنٹ۔</w:t>
      </w:r>
    </w:p>
    <w:p>
      <w:r>
        <w:rPr>
          <w:b/>
        </w:rPr>
        <w:t xml:space="preserve">[1:00:16] </w:t>
      </w:r>
      <w:r>
        <w:t>dekhiye, esal-e-sawab ka jo concept hai, yeh musalmanon ka riwaj hai, islam say is ka koi talluq nahin, yeh hai hi nahin.</w:t>
      </w:r>
    </w:p>
    <w:p>
      <w:pPr>
        <w:jc w:val="right"/>
      </w:pPr>
      <w:r>
        <w:t>دیکھیے، ایصال ثواب کا جو کانسیپٹ ہے، یہ مسلمانوں کا رواج ہے، اسلام سے اس کا کوئی تعلق نہیں، یہ ہے ہی نہیں۔</w:t>
      </w:r>
    </w:p>
    <w:p>
      <w:r>
        <w:rPr>
          <w:b/>
        </w:rPr>
        <w:t xml:space="preserve">[1:00:27] </w:t>
      </w:r>
      <w:r>
        <w:t>esal-e-sawab ka lafz hi aik baat ko paida hua, quran mein na yeh lafz hai, na hadith mein yeh lafz hai. yeh to daur-e-zawaal mein musalmanon nay nikal rakha hai, yeh sab esal-e-sawab,</w:t>
      </w:r>
    </w:p>
    <w:p>
      <w:pPr>
        <w:jc w:val="right"/>
      </w:pPr>
      <w:r>
        <w:t>ایصال ثواب کا لفظ ہی ایک بات کو پیدا ہوا، قرآن میں نہ یہ لفظ ہے، نہ حدیث میں یہ لفظ ہے۔ یہ تو دور زوال میں مسلمانوں نے نکال رکھا ہے، یہ سب ایصال ثواب،</w:t>
      </w:r>
    </w:p>
    <w:p>
      <w:r>
        <w:rPr>
          <w:b/>
        </w:rPr>
        <w:t xml:space="preserve">[1:00:41] </w:t>
      </w:r>
      <w:r>
        <w:t>yeh hai hi nahin islam mein.</w:t>
      </w:r>
    </w:p>
    <w:p>
      <w:pPr>
        <w:jc w:val="right"/>
      </w:pPr>
      <w:r>
        <w:t>یہ ہے ہی نہیں اسلام میں۔</w:t>
      </w:r>
    </w:p>
    <w:p>
      <w:r>
        <w:rPr>
          <w:b/>
        </w:rPr>
        <w:t xml:space="preserve">[1:00:43] </w:t>
      </w:r>
      <w:r>
        <w:t>laysa lilinsani illa ma sa'a. quran mein hai, yani khud apna hi amal kaam aye ga, kisi aur ka amal jo hai, woh us ko nahin puhanch sakta.</w:t>
      </w:r>
    </w:p>
    <w:p>
      <w:pPr>
        <w:jc w:val="right"/>
      </w:pPr>
      <w:r>
        <w:t>لیس للانسان الا ماثاق قرآن بین میں ہے، یعنی خود اپنا ہی عمل کام آئے گا، کسی اور کا عمل جو ہے، وہ اس کو نہیں پہنچ سکتا۔</w:t>
      </w:r>
    </w:p>
    <w:p>
      <w:r>
        <w:rPr>
          <w:b/>
        </w:rPr>
        <w:t xml:space="preserve">[1:00:55] </w:t>
      </w:r>
      <w:r>
        <w:t>aur bhi esal-e-sawab bhi kahan hai? yeh india, pakistan aur bangladesh mein hai, abhi bhi arab mein nahin hai. sab arab mein aik concept nahin, esal-e-sawab ka.</w:t>
      </w:r>
    </w:p>
    <w:p>
      <w:pPr>
        <w:jc w:val="right"/>
      </w:pPr>
      <w:r>
        <w:t>اور بھی ایصال ثواب بھی کہاں ہے؟ یہ انڈیا، پاکستان اور بنگلہ دیش میں ہے، ابھی بھی عرب میں نہیں ہے۔ سب عرب میں ایک کانسیپٹ نہیں، ایصال ثواب کا۔</w:t>
      </w:r>
    </w:p>
    <w:p>
      <w:r>
        <w:rPr>
          <w:b/>
        </w:rPr>
        <w:t xml:space="preserve">[1:01:06] </w:t>
      </w:r>
      <w:r>
        <w:t>eisal sawab mani sawab pohanchana, is ki literal meaning hai sawab</w:t>
      </w:r>
    </w:p>
    <w:p>
      <w:pPr>
        <w:jc w:val="right"/>
      </w:pPr>
      <w:r>
        <w:t>ایصال ثواب معنی ثواب پہنچانا، اس کی لٹرل میننگ ہے ثواب</w:t>
      </w:r>
    </w:p>
    <w:p>
      <w:r>
        <w:rPr>
          <w:b/>
        </w:rPr>
        <w:t xml:space="preserve">[1:01:12] </w:t>
      </w:r>
      <w:r>
        <w:t>pohanchana, yani mein aik kaam karoon aur sawab kisi meray aadmi ko, jo mar chuka hai, mein hajj karoon aur is ka sawab meray huay aadmi ko pohanchay.</w:t>
      </w:r>
    </w:p>
    <w:p>
      <w:pPr>
        <w:jc w:val="right"/>
      </w:pPr>
      <w:r>
        <w:t>پہنچانا، یعنی میں ایک کام کروں اور ثواب کسی مرے آدمی کو، جو مر چکا ہے، میں حج کروں اور اس کا ثواب مرے ہوئے آدمی کو پہنچ جائے۔</w:t>
      </w:r>
    </w:p>
    <w:p>
      <w:r>
        <w:rPr>
          <w:b/>
        </w:rPr>
        <w:t xml:space="preserve">[1:01:24] </w:t>
      </w:r>
      <w:r>
        <w:t>bilkul, yani koi be asal baat hai, baseless baat hai. yeh is ka taluq na quran se hai, na hadith se, na sahaba ke zamanay mein bhi is ka koi riwaj nahi tha.</w:t>
      </w:r>
    </w:p>
    <w:p>
      <w:pPr>
        <w:jc w:val="right"/>
      </w:pPr>
      <w:r>
        <w:t>بالکل، یعنی کوئی بے اصل بات ہے، بیسلیس بات ہے۔ یہ اس کا تعلق نہ قرآن سے ہے، نہ حدیث سے، نہ صحابہ کے زمانے میں بھی اس کا کوئی رواج نہیں تھا۔</w:t>
      </w:r>
    </w:p>
    <w:p>
      <w:r>
        <w:rPr>
          <w:b/>
        </w:rPr>
        <w:t xml:space="preserve">[1:01:33] </w:t>
      </w:r>
      <w:r>
        <w:t>aaj bhi arbon mein is ka riwaj nahi hai, aaj bhi nahi hai.</w:t>
      </w:r>
    </w:p>
    <w:p>
      <w:pPr>
        <w:jc w:val="right"/>
      </w:pPr>
      <w:r>
        <w:t>آج بھی عربوں میں اس کا رواج نہیں ہے، آج بھی نہیں ہے۔</w:t>
      </w:r>
    </w:p>
    <w:p>
      <w:r>
        <w:rPr>
          <w:b/>
        </w:rPr>
        <w:t xml:space="preserve">[1:01:37] </w:t>
      </w:r>
      <w:r>
        <w:t>yeh sirf yeh jo yeh jo log hain, india aur pakistan aur bangladesh ke log, yahi hain. yeh sab cheezein to mein yeh kahoon ga ke sab se pehle to yeh daryaft kiye, kya is eisal sawab hai islam mein?</w:t>
      </w:r>
    </w:p>
    <w:p>
      <w:pPr>
        <w:jc w:val="right"/>
      </w:pPr>
      <w:r>
        <w:t>یہ صرف یہ جو یہ جو لوگ ہیں، انڈیا اور پاکستان اور بنگلہ دیش کے لوگ، یہی ہیں۔ یہ سب چیزیں تو میں یہ کہوں گا کہ سب سے پہلے تو یہ دریافت کیے، کیا اس ایصال ثواب ہے اسلام میں؟</w:t>
      </w:r>
    </w:p>
    <w:p>
      <w:r>
        <w:rPr>
          <w:b/>
        </w:rPr>
        <w:t xml:space="preserve">[1:01:55] </w:t>
      </w:r>
      <w:r>
        <w:t>sab se pehle to yeh pata kijiye,</w:t>
      </w:r>
    </w:p>
    <w:p>
      <w:pPr>
        <w:jc w:val="right"/>
      </w:pPr>
      <w:r>
        <w:t>سب سے پہلے تو یہ پتہ کیجئے،</w:t>
      </w:r>
    </w:p>
    <w:p>
      <w:r>
        <w:rPr>
          <w:b/>
        </w:rPr>
        <w:t xml:space="preserve">[1:01:59] </w:t>
      </w:r>
      <w:r>
        <w:t>kuch bhi haqeeqat is eisal sawab ki nahi hai.</w:t>
      </w:r>
    </w:p>
    <w:p>
      <w:pPr>
        <w:jc w:val="right"/>
      </w:pPr>
      <w:r>
        <w:t>کچھ بھی حقیقت اس ایصال ثواب کی نہیں ہے۔</w:t>
      </w:r>
    </w:p>
    <w:p>
      <w:r>
        <w:rPr>
          <w:b/>
        </w:rPr>
        <w:t xml:space="preserve">[1:02:03] </w:t>
      </w:r>
      <w:r>
        <w:t>haan, sirf aik cheez hai, dekhiye, woh hai wasiyat. agar aadmi ne wasiyat ki ho, kuch maal is ke paas hai, maal se wasiyat ki ho ke dekho bhai, mehlay walon ke paas pani ka sadar nahi hai, tum mere is paisay se kuwan bana dena ta ke mehlay walon ko pani milnay lagay, aur is ke baad woh mar jay.</w:t>
      </w:r>
    </w:p>
    <w:p>
      <w:pPr>
        <w:jc w:val="right"/>
      </w:pPr>
      <w:r>
        <w:t>ہاں، صرف ایک چیز ہے، دیکھیے، وہ ہے وصیت۔ اگر آدمی نے وصیت کی ہو، کچھ مال اس کے پاس ہے، مال سے وصیت کی ہو کہ دیکھو بھئی، محلے والوں کے پاس پانی کا صادر نہیں ہے، تم میرے اس پیسے سے کنواں بنا دینا تاکہ محلے والوں کو پانی ملنے لگے، اور اس کے بعد وہ مر جائے۔</w:t>
      </w:r>
    </w:p>
    <w:p>
      <w:r>
        <w:rPr>
          <w:b/>
        </w:rPr>
        <w:t xml:space="preserve">[1:02:26] </w:t>
      </w:r>
      <w:r>
        <w:t>ab beton ne kuwan bana diya to</w:t>
      </w:r>
    </w:p>
    <w:p>
      <w:pPr>
        <w:jc w:val="right"/>
      </w:pPr>
      <w:r>
        <w:t>اب بیٹوں نے کنواں بنا دیا تو</w:t>
      </w:r>
    </w:p>
    <w:p>
      <w:r>
        <w:rPr>
          <w:b/>
        </w:rPr>
        <w:t xml:space="preserve">[1:02:31] </w:t>
      </w:r>
      <w:r>
        <w:t>is ka sawab is ko milay ga, is liye ke is ne niyat is ki shamil thi. is mein is ki niyat yeh thi, paisa diya is ne, wasiyat is ne ki to is ka sawab milay ga.</w:t>
      </w:r>
    </w:p>
    <w:p>
      <w:pPr>
        <w:jc w:val="right"/>
      </w:pPr>
      <w:r>
        <w:t>اس کا ثواب اس کو ملے گا، اس لیے کہ اس نے نیت اس کی شامل تھی۔ اس میں اس کی نیت یہ تھی، پیسہ دیا اس نے، وصیت اس نے کی تو اس کا ثواب ملے گا۔</w:t>
      </w:r>
    </w:p>
    <w:p>
      <w:r>
        <w:rPr>
          <w:b/>
        </w:rPr>
        <w:t xml:space="preserve">[1:02:45] </w:t>
      </w:r>
      <w:r>
        <w:t>is ko aisay hi hajj ka moamla hai, agar aik shakhs jo hai, is ne paisa ikatha kiya hajj karne ke liye,</w:t>
      </w:r>
    </w:p>
    <w:p>
      <w:pPr>
        <w:jc w:val="right"/>
      </w:pPr>
      <w:r>
        <w:t>اس کو ایسے ہی حج کا معاملہ ہے، اگر ایک شخص جو ہے، اس نے پیسہ اکٹھا کیا حج کرنے کے لیے،</w:t>
      </w:r>
    </w:p>
    <w:p>
      <w:r>
        <w:rPr>
          <w:b/>
        </w:rPr>
        <w:t xml:space="preserve">[1:02:55] </w:t>
      </w:r>
      <w:r>
        <w:t>lekin woh hajj nahi kar saka to is ne wasiyat ki ke dekho bhai, yeh mera jo paisa hai, is se hajj badal karwa dena kisi ka, meri taraf se wasiyat kar rahi hai, tab is ka sawab mujh ko milay ga.</w:t>
      </w:r>
    </w:p>
    <w:p>
      <w:pPr>
        <w:jc w:val="right"/>
      </w:pPr>
      <w:r>
        <w:t>لیکن وہ حج نہیں کر سکا تو اس نے وصیت کی کہ دیکھو بھئی، یہ میرا جو پیسہ ہے، اس سے حج بدل کروا دینا کسی کا، میری طرف سے وصیت کر رہی ہے، تب اس کا ثواب مجھ کو ملے گا۔</w:t>
      </w:r>
    </w:p>
    <w:p>
      <w:r>
        <w:rPr>
          <w:b/>
        </w:rPr>
        <w:t xml:space="preserve">[1:03:09] </w:t>
      </w:r>
      <w:r>
        <w:t>aaj kal kya riwaj hai ke baghair wasiyat hi ke hajj badal karwatay hain log, woh bilkul is ka koi sawab nahi pohanchay ga marnay walay ko.</w:t>
      </w:r>
    </w:p>
    <w:p>
      <w:pPr>
        <w:jc w:val="right"/>
      </w:pPr>
      <w:r>
        <w:t>آج کل کیا رواج ہے کہ بغیر وصیت ہی کے حج بدل کرواتے ہیں لوگ، وہ بالکل اس کا کوئی ثواب نہیں پہنچے گا مرنے والے کو۔</w:t>
      </w:r>
    </w:p>
    <w:p>
      <w:r>
        <w:rPr>
          <w:b/>
        </w:rPr>
        <w:t xml:space="preserve">[1:03:18] </w:t>
      </w:r>
      <w:r>
        <w:t>yaad rakh</w:t>
      </w:r>
    </w:p>
    <w:p>
      <w:pPr>
        <w:jc w:val="right"/>
      </w:pPr>
      <w:r>
        <w:t>یاد رکھ</w:t>
      </w:r>
    </w:p>
    <w:p>
      <w:r>
        <w:rPr>
          <w:b/>
        </w:rPr>
        <w:t xml:space="preserve">[1:03:19] </w:t>
      </w:r>
      <w:r>
        <w:t>ye, aaj kal jo riwaj hai hajj badal ka, to woh samajhtay hain ke bas kisi ko hajj karwa do, kisi molvi ko, aur is ka sawab mere dada ko mil jay ga, mere nana ko mil jay ga.</w:t>
      </w:r>
    </w:p>
    <w:p>
      <w:pPr>
        <w:jc w:val="right"/>
      </w:pPr>
      <w:r>
        <w:t>یے، آج کل جو رواج ہے حج بدل کا، تو وہ سمجھتے ہیں کہ بس کسی کو حج کروا دو، کسی مولوی کو، اور اس کا ثواب میرے دادا کو مل جائے گا، میرے نانا کو مل جائے گا۔</w:t>
      </w:r>
    </w:p>
    <w:p>
      <w:r>
        <w:rPr>
          <w:b/>
        </w:rPr>
        <w:t xml:space="preserve">[1:03:29] </w:t>
      </w:r>
      <w:r>
        <w:t>yeh bilkul be asal baat hai, baseless hai. dekhein, hajj badal sirf woh hai, yaad rakhiye, jis ki wasiyat kar ke mara ho aadmi,</w:t>
      </w:r>
    </w:p>
    <w:p>
      <w:pPr>
        <w:jc w:val="right"/>
      </w:pPr>
      <w:r>
        <w:t>یہ بالکل بے اصل بات ہے، بیسلیس ہے۔ دیکھیں، حج بدل صرف وہ ہے، یاد رکھیے، جس کی وصیت کر کے مرا ہو آدمی،</w:t>
      </w:r>
    </w:p>
    <w:p>
      <w:r>
        <w:rPr>
          <w:b/>
        </w:rPr>
        <w:t xml:space="preserve">[1:03:41] </w:t>
      </w:r>
      <w:r>
        <w:t>yani paisa ikatha kiya is ne, jana tha is ko hajj par janay ka, beemar ho gaya, is ke baad farz kijiye, accident ho gaya kuch, ab woh woh apnay beton se kahay ke dekho bhai, mein ne paisa ikatha kiya tha janay ka, ab mein janay qabil hoon nahi,</w:t>
      </w:r>
    </w:p>
    <w:p>
      <w:pPr>
        <w:jc w:val="right"/>
      </w:pPr>
      <w:r>
        <w:t>یعنی پیسہ اکٹھیا کیا اس نے، جانا تھا اس کو حج پر جانے کا، بیمار ہو گیا، اس کے بعد فرض کیجئے، ایکسیڈنٹ ہو گیا کچھ، اب وہ وہ اپنے بیٹوں سے کہے کہ دیکھو بھئی، میں نے پیسہ اکٹھا کیا تھا جانے کا، اب میں جانے قابل ہوں نہیں،</w:t>
      </w:r>
    </w:p>
    <w:p>
      <w:r>
        <w:rPr>
          <w:b/>
        </w:rPr>
        <w:t xml:space="preserve">[1:03:58] </w:t>
      </w:r>
      <w:r>
        <w:t>aur yeh is tareeqay se woh mar jay. ab betay kisi ko hajj karwayn is paisay se to is ka naam hajj badal hai. bas, aur koi hajj badal islam mein nahi hai.</w:t>
      </w:r>
    </w:p>
    <w:p>
      <w:pPr>
        <w:jc w:val="right"/>
      </w:pPr>
      <w:r>
        <w:t>اور یہ اس طریقے سے وہ مر جائے۔ اب بیٹے کسی کو حج کروائیں اس پیسے سے تو اس کا نام حج بدل ہے۔ بس، اور کوئی حج بدل اسلام میں نہیں ہے۔</w:t>
      </w:r>
    </w:p>
    <w:p>
      <w:r>
        <w:rPr>
          <w:b/>
        </w:rPr>
        <w:t xml:space="preserve">[1:04:08] </w:t>
      </w:r>
      <w:r>
        <w:t>yaad rakhiye,</w:t>
      </w:r>
    </w:p>
    <w:p>
      <w:pPr>
        <w:jc w:val="right"/>
      </w:pPr>
      <w:r>
        <w:t>یاد رکھیے،</w:t>
      </w:r>
    </w:p>
    <w:p>
      <w:r>
        <w:rPr>
          <w:b/>
        </w:rPr>
        <w:t xml:space="preserve">[1:04:10] </w:t>
      </w:r>
      <w:r>
        <w:t>aaj kal jo hajj badal hua karta hai na, is is ki koi haqeeqat nahi hai. yeh musalmanon ka apna riwaj hai, jis ka islam se koi taluq nahi hai.</w:t>
      </w:r>
    </w:p>
    <w:p>
      <w:pPr>
        <w:jc w:val="right"/>
      </w:pPr>
      <w:r>
        <w:t>آج کل جو حج بدل ہوا کرتا ہے نا، اس اس کی کوئی حقیقت نہیں ہے۔ یہ مسلمانوں کا اپنا رواج ہے، جس کا اسلام سے کوئی تعلق نہیں ہے۔</w:t>
      </w:r>
    </w:p>
    <w:p>
      <w:r>
        <w:rPr>
          <w:b/>
        </w:rPr>
        <w:t xml:space="preserve">[1:04:23] </w:t>
      </w:r>
      <w:r>
        <w:t>maulana, agla sawal kya hai? miss nuzhat bano ne, mauood, madhya pradesh se, unho ne likha hai ke how can we increase our wisdom to manage any type of crises?</w:t>
      </w:r>
    </w:p>
    <w:p>
      <w:pPr>
        <w:jc w:val="right"/>
      </w:pPr>
      <w:r>
        <w:t>مولانا، اگلا سوال کیا ہے؟ مس نزت بانو نے، موعود، مدھے پردیش سے، انہوں نے لکھا ہے کہ ہاؤ کین وی انکریز اور وزڈم ٹو مینج اینی ٹائپ آف کرائسز؟</w:t>
      </w:r>
    </w:p>
    <w:p>
      <w:r>
        <w:rPr>
          <w:b/>
        </w:rPr>
        <w:t xml:space="preserve">[1:04:37] </w:t>
      </w:r>
      <w:r>
        <w:t>is ke baray mein aap batayen.</w:t>
      </w:r>
    </w:p>
    <w:p>
      <w:pPr>
        <w:jc w:val="right"/>
      </w:pPr>
      <w:r>
        <w:t>اس کے بارے میں آپ بتائیں۔</w:t>
      </w:r>
    </w:p>
    <w:p>
      <w:r>
        <w:rPr>
          <w:b/>
        </w:rPr>
        <w:t xml:space="preserve">[1:04:40] </w:t>
      </w:r>
      <w:r>
        <w:t>bohat asan hai,</w:t>
      </w:r>
    </w:p>
    <w:p>
      <w:pPr>
        <w:jc w:val="right"/>
      </w:pPr>
      <w:r>
        <w:t>بہت آسان ہے،</w:t>
      </w:r>
    </w:p>
    <w:p>
      <w:r>
        <w:rPr>
          <w:b/>
        </w:rPr>
        <w:t xml:space="preserve">[1:04:45] </w:t>
      </w:r>
      <w:r>
        <w:t>jab koi waqia paish aaye to aap react na kijiye, sochiye, quran o hadith mein talash kijiye.</w:t>
      </w:r>
    </w:p>
    <w:p>
      <w:pPr>
        <w:jc w:val="right"/>
      </w:pPr>
      <w:r>
        <w:t>جب کوئی واقعہ پیش آئے تو آپ ری ایکٹ نہ کیجئے، سوچیے، قرآن و حدیث میں تلاش کیجئے۔</w:t>
      </w:r>
    </w:p>
    <w:p>
      <w:r>
        <w:rPr>
          <w:b/>
        </w:rPr>
        <w:t xml:space="preserve">[1:04:57] </w:t>
      </w:r>
      <w:r>
        <w:t>bohat hi asan hai crises ko manage karna. fail hotay hain log, kyun? foran react kar letay hain. koi baat hui, kharay hogaye, jhanda le kar ke.</w:t>
      </w:r>
    </w:p>
    <w:p>
      <w:pPr>
        <w:jc w:val="right"/>
      </w:pPr>
      <w:r>
        <w:t>بہت ہی آسان ہے کرائسز کو مینج کرنا۔ فیل ہوتے ہیں لوگ، کیوں؟ فوراً ری ایکٹ کر لیتے ہیں۔ کوئی بات ہوئی، کھڑے ہوگئے، جھنڈا لے کر کے۔</w:t>
      </w:r>
    </w:p>
    <w:p>
      <w:r>
        <w:rPr>
          <w:b/>
        </w:rPr>
        <w:t xml:space="preserve">[1:05:10] </w:t>
      </w:r>
      <w:r>
        <w:t>yeh ghar mein hota hai, miyan biwi ke mamle mein ke koi baat hui, dhar se khare hogaye. yeh ek hota hai yeh desh ke andar.</w:t>
      </w:r>
    </w:p>
    <w:p>
      <w:pPr>
        <w:jc w:val="right"/>
      </w:pPr>
      <w:r>
        <w:t>یہ گھر میں ہوتا ہے، میاں بیوی کے معاملے میں کہ کوئی بات ہوئی، دھڑ سے کھڑے ہوگئے۔ یہ ایک ہوتا ہے یہ دیش کے اندر۔</w:t>
      </w:r>
    </w:p>
    <w:p>
      <w:r>
        <w:rPr>
          <w:b/>
        </w:rPr>
        <w:t xml:space="preserve">[1:05:22] </w:t>
      </w:r>
      <w:r>
        <w:t>jab koi aisi cheez pesh aaye, koi serious situation pesh aaye to aap chup ho kar ke sochiye, discuss kijiye, quran o hadees ko padhiye.</w:t>
      </w:r>
    </w:p>
    <w:p>
      <w:pPr>
        <w:jc w:val="right"/>
      </w:pPr>
      <w:r>
        <w:t>جب کوئی ایسی چیز پیش آئے، کوئی سیریس سچویشن پیش آئے تو آپ چپ ہو کر کے سوچیے، ڈسکس کیجئے، قرآن و حدیث کو پڑھیے۔</w:t>
      </w:r>
    </w:p>
    <w:p>
      <w:r>
        <w:rPr>
          <w:b/>
        </w:rPr>
        <w:t xml:space="preserve">[1:05:37] </w:t>
      </w:r>
      <w:r>
        <w:t>bas, aap ko rasta maloom ho jayega. maine arz kiya na ke inaction bhi crises ko manage kar leta hai. inaction, jab chahein aap tajurba kar lijiye.</w:t>
      </w:r>
    </w:p>
    <w:p>
      <w:pPr>
        <w:jc w:val="right"/>
      </w:pPr>
      <w:r>
        <w:t>بس، آپ کو راستہ معلوم ہو جائے گا۔ میں نے عرض کیا نا کہ ان ایکشن بھی کرائسز کو مینج کر لیتا ہے۔ ان ایکشن، جب چاہیں آپ تجربہ کر لیجئے۔</w:t>
      </w:r>
    </w:p>
    <w:p>
      <w:r>
        <w:rPr>
          <w:b/>
        </w:rPr>
        <w:t xml:space="preserve">[1:05:49] </w:t>
      </w:r>
      <w:r>
        <w:t>na karna bhi ek bahut bada karna hai. yaad rakhiye, na karna bhi ek bahut bada karna hai. har family mein dekhiye, kabhi miyan biwi mein jhagda ho jata hai, kabhi ek rishtedar, doosre rishtedar ke darmiyan jhagda hota hai.</w:t>
      </w:r>
    </w:p>
    <w:p>
      <w:pPr>
        <w:jc w:val="right"/>
      </w:pPr>
      <w:r>
        <w:t>نہ کرنا بھی ایک بہت بڑا کرنا ہے۔ یاد رکھیے، نہ کرنا بھی ایک بہت بڑا کرنا ہے۔ ہر فیملی میں دیکھیے، کبھی میاں بیوی میں جھگڑا ہو جاتا ہے، کبھی ایک رشتہ دار، دوسرے رشتہ دار کے درمیان جھگڑا ہوتا ہے۔</w:t>
      </w:r>
    </w:p>
    <w:p>
      <w:r>
        <w:rPr>
          <w:b/>
        </w:rPr>
        <w:t xml:space="preserve">[1:06:05] </w:t>
      </w:r>
      <w:r>
        <w:t>hote rehte hain har jagah. sirf aap yeh kijiye, kuch na kijiye, aur ek do din ke baad sab sab thanda ho jayega. jab chahein kar ke dekh lijiye.</w:t>
      </w:r>
    </w:p>
    <w:p>
      <w:pPr>
        <w:jc w:val="right"/>
      </w:pPr>
      <w:r>
        <w:t>ہوتے رہتے ہیں ہر جگہ۔ صرف آپ یہ کیجئے، کچھ نہ کیجئے، اور ایک دو دن کے بعد سب سب ٹھنڈا ہو جائے گا۔ جب چاہیں کر کے دیکھ لیجئے۔</w:t>
      </w:r>
    </w:p>
    <w:p>
      <w:r>
        <w:rPr>
          <w:b/>
        </w:rPr>
        <w:t xml:space="preserve">[1:06:18] </w:t>
      </w:r>
      <w:r>
        <w:t>to agar aadmi aql na kaam kar rahi ho to itna to ho sakta hai na, kuch na kare woh. agar aap ki aql kaam karti hai, aap wise planning karne ki position mein hain to wise planning kijiye.</w:t>
      </w:r>
    </w:p>
    <w:p>
      <w:pPr>
        <w:jc w:val="right"/>
      </w:pPr>
      <w:r>
        <w:t>تو اگر آدمی عقل نہ کام کر رہی ہو تو اتنا تو ہو سکتا ہے نا، کچھ نہ کرے وہ۔ اگر آپ کی عقل کام کرتی ہے، آپ وائس پلاننگ کرنے کی پوزیشن میں ہیں تو وائس پلاننگ کیجئے۔</w:t>
      </w:r>
    </w:p>
    <w:p>
      <w:r>
        <w:rPr>
          <w:b/>
        </w:rPr>
        <w:t xml:space="preserve">[1:06:31] </w:t>
      </w:r>
      <w:r>
        <w:t>agar aap is ki position mein nahi hain to aap kuch na kijiye, sirf bas</w:t>
      </w:r>
    </w:p>
    <w:p>
      <w:pPr>
        <w:jc w:val="right"/>
      </w:pPr>
      <w:r>
        <w:t>اگر آپ اس کی پوزیشن میں نہیں ہیں تو آپ کچھ نہ کیجئے، صرف بس</w:t>
      </w:r>
    </w:p>
    <w:p>
      <w:r>
        <w:rPr>
          <w:b/>
        </w:rPr>
        <w:t xml:space="preserve">[1:06:35] </w:t>
      </w:r>
      <w:r>
        <w:t>kuch na kijiye, aur mamla khatam ho jayega.</w:t>
      </w:r>
    </w:p>
    <w:p>
      <w:pPr>
        <w:jc w:val="right"/>
      </w:pPr>
      <w:r>
        <w:t>کچھ نہ کیجئے، اور معاملہ ختم ہو جائے گا۔</w:t>
      </w:r>
    </w:p>
    <w:p>
      <w:r>
        <w:rPr>
          <w:b/>
        </w:rPr>
        <w:t xml:space="preserve">[1:06:43] </w:t>
      </w:r>
      <w:r>
        <w:t>na karna bhi karna hai, inaction bhi action hai. yaani is se zyada aasan formula koi ho sakta hai?</w:t>
      </w:r>
    </w:p>
    <w:p>
      <w:pPr>
        <w:jc w:val="right"/>
      </w:pPr>
      <w:r>
        <w:t>نہ کرنا بھی کرنا ہے، ان ایکشن بھی ایکشن ہے۔ یعنی اس سے زیادہ آسان فارمولا کوئی ہو سکتا ہے؟</w:t>
      </w:r>
    </w:p>
    <w:p>
      <w:r>
        <w:rPr>
          <w:b/>
        </w:rPr>
        <w:t xml:space="preserve">[1:06:52] </w:t>
      </w:r>
      <w:r>
        <w:t>yaad rakhiye, main aap ko itni badi misaal de di ke musalmanon ne tatariyon ki jab masjid dhai thi, kuch nahi kiya</w:t>
      </w:r>
    </w:p>
    <w:p>
      <w:pPr>
        <w:jc w:val="right"/>
      </w:pPr>
      <w:r>
        <w:t>یاد رکھیے، میں آپ کو اتنی بڑی مثال دے دی کہ مسلمانوں نے تاتاریوں کی جب مسجد ڈھائی تھی، کچھ نہیں کیا</w:t>
      </w:r>
    </w:p>
    <w:p>
      <w:r>
        <w:rPr>
          <w:b/>
        </w:rPr>
        <w:t xml:space="preserve">[1:07:02] </w:t>
      </w:r>
      <w:r>
        <w:t>to kitna bada is ka reward mila un ko? na karne ka reward.</w:t>
      </w:r>
    </w:p>
    <w:p>
      <w:pPr>
        <w:jc w:val="right"/>
      </w:pPr>
      <w:r>
        <w:t>تو کتنا بڑا اس کا ریوارڈ ملا ان کو؟ نہ کرنے کا ریوارڈ۔</w:t>
      </w:r>
    </w:p>
    <w:p>
      <w:r>
        <w:rPr>
          <w:b/>
        </w:rPr>
        <w:t xml:space="preserve">[1:07:12] </w:t>
      </w:r>
      <w:r>
        <w:t>to crises ko manage karna bahut aasan hai. ya to aap soch samajh kar ke jo ek jo jo wise rasta hai, us ko daryaft kijiye, us pe chaliye.</w:t>
      </w:r>
    </w:p>
    <w:p>
      <w:pPr>
        <w:jc w:val="right"/>
      </w:pPr>
      <w:r>
        <w:t>تو کرائسز کو مینج کرنا بہت آسان ہے۔ یا تو آپ سوچ سمجھ کر کے جو ایک جو جو وائز راستہ ہے، اس کو دریافت کیجئے، اس پہ چلیے۔</w:t>
      </w:r>
    </w:p>
    <w:p>
      <w:r>
        <w:rPr>
          <w:b/>
        </w:rPr>
        <w:t xml:space="preserve">[1:07:25] </w:t>
      </w:r>
      <w:r>
        <w:t>agar aap ka aql nahi hai to chup ho jaiye, bas simply chup ho jaiye, idhar sab theek ho jayega. is ke baad</w:t>
      </w:r>
    </w:p>
    <w:p>
      <w:pPr>
        <w:jc w:val="right"/>
      </w:pPr>
      <w:r>
        <w:t>اگر آپ کا عقل نہیں ہے تو چپ ہو جائیے، بس سمپلی چپ ہو جائیے، ادھر سب ٹھیک ہو جائے گا۔ اس کے بعد</w:t>
      </w:r>
    </w:p>
    <w:p>
      <w:r>
        <w:rPr>
          <w:b/>
        </w:rPr>
        <w:t xml:space="preserve">[1:07:34] </w:t>
      </w:r>
      <w:r>
        <w:t>maulana raipur se miss shwana ne sawal kiya hai, unhone likha hai: "what should be the role of individual muslim after the ayodhya verdict?" yahi yahi ke masjid ja ke dua karein.</w:t>
      </w:r>
    </w:p>
    <w:p>
      <w:pPr>
        <w:jc w:val="right"/>
      </w:pPr>
      <w:r>
        <w:t>مولانا رائپر سے مس شوانہ نے سوال کیا ہے، انہوں نے لکھا ہے: "واٹ شوڈ بی دا رول آف انڈیویجول مسلم افٹر دا ایودھیا ورڈکٹ؟" یہی یہی کہ مسجد جا کے دعا کریں۔</w:t>
      </w:r>
    </w:p>
    <w:p>
      <w:r>
        <w:rPr>
          <w:b/>
        </w:rPr>
        <w:t xml:space="preserve">[1:07:53] </w:t>
      </w:r>
      <w:r>
        <w:t>aaj kal jo taqreerein hoti hain na, band kar do ayodhya ki masjid ke bare mein. taqreerein band karo, jalse band karo, allah taala se dua karo.</w:t>
      </w:r>
    </w:p>
    <w:p>
      <w:pPr>
        <w:jc w:val="right"/>
      </w:pPr>
      <w:r>
        <w:t>آج کل جو تقریریں ہوتی ہیں نا، بند کر دو ایودھیا کی مسجد کے بارے میں۔ تقریریں بند کرو، جلسے بند کرو، اللہ تعالی سے دعا کرو۔</w:t>
      </w:r>
    </w:p>
    <w:p>
      <w:r>
        <w:rPr>
          <w:b/>
        </w:rPr>
        <w:t xml:space="preserve">[1:08:03] </w:t>
      </w:r>
      <w:r>
        <w:t>bas agar koi aql nahi, kaam nahi karti aap ki. aur mera formula to aap lein, to aap raazi ho jayein is pe.</w:t>
      </w:r>
    </w:p>
    <w:p>
      <w:pPr>
        <w:jc w:val="right"/>
      </w:pPr>
      <w:r>
        <w:t>بس اگر کوئی عقل نہیں، کام نہیں کرتی آپ کی۔ اور میرا فارمولا تو آپ لیں، تو آپ راضی ہو جائیں اس پہ۔</w:t>
      </w:r>
    </w:p>
    <w:p>
      <w:r>
        <w:rPr>
          <w:b/>
        </w:rPr>
        <w:t xml:space="preserve">[1:08:11] </w:t>
      </w:r>
      <w:r>
        <w:t>relocation par abhi baat khatam.</w:t>
      </w:r>
    </w:p>
    <w:p>
      <w:pPr>
        <w:jc w:val="right"/>
      </w:pPr>
      <w:r>
        <w:t>ریلوکیشن پر ابھی بات ختم۔</w:t>
      </w:r>
    </w:p>
    <w:p>
      <w:r>
        <w:rPr>
          <w:b/>
        </w:rPr>
        <w:t xml:space="preserve">[1:08:18] </w:t>
      </w:r>
      <w:r>
        <w:t>yaani main wahan gaya hoon pehle, ab bhi gaya hoon. pehle to wahan hua karta tha, ab main gaya hoon to wahan koi ek eent ka ek tukra bhi nahi hai babri masjid ka.</w:t>
      </w:r>
    </w:p>
    <w:p>
      <w:pPr>
        <w:jc w:val="right"/>
      </w:pPr>
      <w:r>
        <w:t>یعنی میں وہاں گیا ہوں پہلے، اب بھی گیا ہوں۔ پہلے تو وہاں ہوا کرتا تھا، اب میں گیا ہوں تو وہاں کوئی ایک اینٹ کا ایک ٹکڑا بھی نہیں ہے بابوی مسجد کا۔</w:t>
      </w:r>
    </w:p>
    <w:p>
      <w:r>
        <w:rPr>
          <w:b/>
        </w:rPr>
        <w:t xml:space="preserve">[1:08:29] </w:t>
      </w:r>
      <w:r>
        <w:t>yaani babri masjid jo hai, wahan exist hi nahi karti, sarr se roeen ki shakal mein bhi nahi hai. yaad rakhiye, log samajhte hain ke babri masjid khadi hui hai wahan par.</w:t>
      </w:r>
    </w:p>
    <w:p>
      <w:pPr>
        <w:jc w:val="right"/>
      </w:pPr>
      <w:r>
        <w:t>یعنی بابوی مسجد جو ہے، وہاں ایگزسٹ ہی نہیں کرتی، سرے سے روئین کی شکل میں بھی نہیں ہے۔ یاد رکھیے، لوگ سمجھتے ہیں کہ بابوی مسجد کھڑی ہوئی ہے وہاں پر۔</w:t>
      </w:r>
    </w:p>
    <w:p>
      <w:r>
        <w:rPr>
          <w:b/>
        </w:rPr>
        <w:t xml:space="preserve">[1:08:40] </w:t>
      </w:r>
      <w:r>
        <w:t>wahan to babri masjid ki ek eent bhi nahi hai, wahan to back shift mandir hai, woh non existent hai. woh to jo babri masjid exist nahi karti, us ke upar tehreekein chal rahi hain.</w:t>
      </w:r>
    </w:p>
    <w:p>
      <w:pPr>
        <w:jc w:val="right"/>
      </w:pPr>
      <w:r>
        <w:t>وہاں تو بابوی مسجد کی ایک اینٹ بھی نہیں ہے، وہاں تو بیک شفٹ مندر ہے، وہ نان ایگزسٹنٹ ہے۔ وہ تو جو بابری مسجد ایگزسٹ نہیں کرتی، اس کے اوپر تحریکیں چل رہی ہیں۔</w:t>
      </w:r>
    </w:p>
    <w:p>
      <w:r>
        <w:rPr>
          <w:b/>
        </w:rPr>
        <w:t xml:space="preserve">[1:08:54] </w:t>
      </w:r>
      <w:r>
        <w:t>ab dekhein, is se zyada stable policy koi ho sakti hai?</w:t>
      </w:r>
    </w:p>
    <w:p>
      <w:pPr>
        <w:jc w:val="right"/>
      </w:pPr>
      <w:r>
        <w:t>اب دیکھیں، اس سے زیادہ اسٹیبل پالیسی کوئی ہو سکتی ہے؟</w:t>
      </w:r>
    </w:p>
    <w:p>
      <w:r>
        <w:rPr>
          <w:b/>
        </w:rPr>
        <w:t xml:space="preserve">[1:09:02] </w:t>
      </w:r>
      <w:r>
        <w:t>yaani kisi ko yaani. aur ek bahut badi ek gunah kar rahe hain musalman. yaad rakhiye, woh bhi sun lijiye aap is mamle mein. ek gunah, gunah, gunah!</w:t>
      </w:r>
    </w:p>
    <w:p>
      <w:pPr>
        <w:jc w:val="right"/>
      </w:pPr>
      <w:r>
        <w:t>یعنی کسی کو یعنی۔ اور ایک بہت بڑی ایک گناہ کر رہے ہیں مسلمان۔ یاد رکھیے، وہ بھی سن لیجئے آپ اس معاملے میں۔ ایک گناہ، گناہ، گناہ!</w:t>
      </w:r>
    </w:p>
    <w:p>
      <w:r>
        <w:rPr>
          <w:b/>
        </w:rPr>
        <w:t xml:space="preserve">[1:09:12] </w:t>
      </w:r>
      <w:r>
        <w:t>woh kya hadees mein aata hai ke sirf teen masjidon ka special mamla hai, woh hai makka ki masjid aur madine ki masjid aur yerushalam ki masjid.</w:t>
      </w:r>
    </w:p>
    <w:p>
      <w:pPr>
        <w:jc w:val="right"/>
      </w:pPr>
      <w:r>
        <w:t>وہ کیا حدیث میں آتا ہے کہ صرف تین مسجدوں کا اسپیشل معاملہ ہے، وہ ہے مکہ کی مسجد اور مدینے کی مسجد اور یروشلم کی مسجد۔</w:t>
      </w:r>
    </w:p>
    <w:p>
      <w:r>
        <w:rPr>
          <w:b/>
        </w:rPr>
        <w:t xml:space="preserve">[1:09:30] </w:t>
      </w:r>
      <w:r>
        <w:t>baqi sab masjidien barabar hain. yeh baqayda hadees hai ke teen masjidon ke sath sari masjidien barabar hain. ab aap ko agar pata ho, nahi pata ho to ja kar ke dekhiye border par rajasthan aur haryana aur punjab, jahan ke pakistan sarhadein milti hain,</w:t>
      </w:r>
    </w:p>
    <w:p>
      <w:pPr>
        <w:jc w:val="right"/>
      </w:pPr>
      <w:r>
        <w:t>باقی سب مسجدیں برابر ہیں۔ یہ باقاعدہ حدیث ہے کہ تین مسجدوں کے ساتھ ساری مسجدیں برابر ہیں۔ اب آپ کو اگر پتہ ہو، نہیں پتہ ہو تو جا کر کے دیکھیے بارڈر پر راجستھان اور ہریانہ اور پنجاب، جہاں کہ پاکستان سرحدیں ملتی ہیں،</w:t>
      </w:r>
    </w:p>
    <w:p>
      <w:r>
        <w:rPr>
          <w:b/>
        </w:rPr>
        <w:t xml:space="preserve">[1:09:50] </w:t>
      </w:r>
      <w:r>
        <w:t>abhi bhi wahan pe masjidon ki roeen padi hui hai. masjidien tod di gayi hain.</w:t>
      </w:r>
    </w:p>
    <w:p>
      <w:pPr>
        <w:jc w:val="right"/>
      </w:pPr>
      <w:r>
        <w:t>ابھی بھی وہاں پہ مسجدوں کی روئین پڑی ہوئی ہے۔ مسجدیں توڑ دی گئی ہیں۔</w:t>
      </w:r>
    </w:p>
    <w:p>
      <w:r>
        <w:rPr>
          <w:b/>
        </w:rPr>
        <w:t xml:space="preserve">[1:09:56] </w:t>
      </w:r>
      <w:r>
        <w:t>mein ne khud dekha hai, koi masjid tod di gai. is masjid ko unhon ne ghar bana liya, yeh masjid bail bandhne lage, kuch bhi kiya.</w:t>
      </w:r>
    </w:p>
    <w:p>
      <w:pPr>
        <w:jc w:val="right"/>
      </w:pPr>
      <w:r>
        <w:t>میں نے خود دیکھا ہے، کوئی مسجد توڑ دی گئی۔ اس مسجد کو انہوں نے گھر بنا لیا، یہ مسجد بیل باندھنے لگے، کچھ بھی کیا۔</w:t>
      </w:r>
    </w:p>
    <w:p>
      <w:r>
        <w:rPr>
          <w:b/>
        </w:rPr>
        <w:t xml:space="preserve">[1:10:07] </w:t>
      </w:r>
      <w:r>
        <w:t>to wahan par kyun nahi aap yeh jahad karte hain? aap babri masjid single out kyun karte hain? kisi ek masjid ko single out karna, yeh to islam mein bilkul jaiz hi nahi hai.</w:t>
      </w:r>
    </w:p>
    <w:p>
      <w:pPr>
        <w:jc w:val="right"/>
      </w:pPr>
      <w:r>
        <w:t>تو وہاں پر کیوں نہیں آپ یہ جہاد کرتے ہیں؟ آپ بابوی مسجد سنگل آؤٹ کیوں کرتے ہیں؟ کسی ایک مسجد کو سنگل آؤٹ کرنا، یہ تو اسلام میں بالکل جائز ہی نہیں ہے۔</w:t>
      </w:r>
    </w:p>
    <w:p>
      <w:r>
        <w:rPr>
          <w:b/>
        </w:rPr>
        <w:t xml:space="preserve">[1:10:21] </w:t>
      </w:r>
      <w:r>
        <w:t>sawa teen ke agar aap ko tehreek chalana hai to sari masjidon ke liye chalaie.</w:t>
      </w:r>
    </w:p>
    <w:p>
      <w:pPr>
        <w:jc w:val="right"/>
      </w:pPr>
      <w:r>
        <w:t>سوا تین کے اگر آپ کو تحریک چلانا ہے تو ساری مسجدوں کے لیے چلائیے۔</w:t>
      </w:r>
    </w:p>
    <w:p>
      <w:r>
        <w:rPr>
          <w:b/>
        </w:rPr>
        <w:t xml:space="preserve">[1:10:27] </w:t>
      </w:r>
      <w:r>
        <w:t>sainkaron masjidain jo dhai gai hain partition ke waqt border par, un sab ke liye aap chalaie. hangama kijiye!</w:t>
      </w:r>
    </w:p>
    <w:p>
      <w:pPr>
        <w:jc w:val="right"/>
      </w:pPr>
      <w:r>
        <w:t>سینکڑوں مسجدیں جو ڈھائی گئی ہیں پارٹیشن کے وقت بارڈر پر، ان سب کے لیے آپ چلائیے۔ ہنگامہ کیجئے!</w:t>
      </w:r>
    </w:p>
    <w:p>
      <w:r>
        <w:rPr>
          <w:b/>
        </w:rPr>
        <w:t xml:space="preserve">[1:10:37] </w:t>
      </w:r>
      <w:r>
        <w:t>ek masjid ko agar aap kar ke us par tehreek chalate hain to aap gunah ka kaam karte hain. yaad rakhiye,</w:t>
      </w:r>
    </w:p>
    <w:p>
      <w:pPr>
        <w:jc w:val="right"/>
      </w:pPr>
      <w:r>
        <w:t>ایک مسجد کو اگر آپ کر کے اس پر تحریک چلاتے ہیں تو آپ گناہ کا کام کرتے ہیں۔ یاد رکھیے،</w:t>
      </w:r>
    </w:p>
    <w:p>
      <w:r>
        <w:rPr>
          <w:b/>
        </w:rPr>
        <w:t xml:space="preserve">[1:10:45] </w:t>
      </w:r>
      <w:r>
        <w:t>kisi ek masjid ko single out nahi kar sakte aap, ya aap ko ijazat hi nahi hai islam mein. hadith mein aata hai ke "la tashudd ar rihal illa as salah wal masajid".</w:t>
      </w:r>
    </w:p>
    <w:p>
      <w:pPr>
        <w:jc w:val="right"/>
      </w:pPr>
      <w:r>
        <w:t>کسی ایک مسجد کو سنگل آؤٹ نہیں کر سکتے آپ، یا آپ کو اجازت ہی نہیں ہے اسلام میں۔ حدیث میں آتا ہے کہ "لا تشد الرحال الا الصلوۃ المساجد"۔</w:t>
      </w:r>
    </w:p>
    <w:p>
      <w:r>
        <w:rPr>
          <w:b/>
        </w:rPr>
        <w:t xml:space="preserve">[1:10:57] </w:t>
      </w:r>
      <w:r>
        <w:t>yeh makka ki bait, makka ki jo woh hai masjid haram makka, us ko kaha jata hai. madine ki masjid ko masjid nabwi kaha jata hai aur yerushalayim ki masjid ko masjid aqsa kaha jata hai.</w:t>
      </w:r>
    </w:p>
    <w:p>
      <w:pPr>
        <w:jc w:val="right"/>
      </w:pPr>
      <w:r>
        <w:t>یہ مکہ کی بیت، مکہ کی جو وہ ہے مسجد حرم مکہ، اس کو کہا جاتا ہے۔ مدینے کی مسجد کو مسجد نبوی کہا جاتا ہے اور یروشلم کی مسجد کو مسجد اقصیٰ کہا جاتا ہے۔</w:t>
      </w:r>
    </w:p>
    <w:p>
      <w:r>
        <w:rPr>
          <w:b/>
        </w:rPr>
        <w:t xml:space="preserve">[1:11:13] </w:t>
      </w:r>
      <w:r>
        <w:t>yeh teen masjidain jo hain islam mein, in ka khaas darja mana gaya hai. baqi sab barabar hain. to kaise musalmanon ne aisa kiya ke babri masjid ko unhon ne single out kiya?</w:t>
      </w:r>
    </w:p>
    <w:p>
      <w:pPr>
        <w:jc w:val="right"/>
      </w:pPr>
      <w:r>
        <w:t>یہ تین مسجدیں جو ہیں اسلام میں، ان کا خاص درجہ مانا گیا ہے۔ باقی سب برابر ہیں۔ تو کیسے مسلمانوں نے ایسا کیا کہ بابری مسجد کو انہوں نے سنگل آؤٹ کیا؟</w:t>
      </w:r>
    </w:p>
    <w:p>
      <w:r>
        <w:rPr>
          <w:b/>
        </w:rPr>
        <w:t xml:space="preserve">[1:11:26] </w:t>
      </w:r>
      <w:r>
        <w:t>is mein hangama 60 baras hangama kiye hue hain, jabke isi desh mein sainkaron masjidain aaj bhi ja ke koi dekh le un ki halat border par.</w:t>
      </w:r>
    </w:p>
    <w:p>
      <w:pPr>
        <w:jc w:val="right"/>
      </w:pPr>
      <w:r>
        <w:t>اس میں ہنگامہ 60 برس ہنگامہ کیے ہوئے ہیں، جبکہ اسی دیش میں سینکڑوں مسجدیں آج بھی جا کے کوئی دیکھ لے ان کی حالت بارڈر پر۔</w:t>
      </w:r>
    </w:p>
    <w:p>
      <w:r>
        <w:rPr>
          <w:b/>
        </w:rPr>
        <w:t xml:space="preserve">[1:11:39] </w:t>
      </w:r>
      <w:r>
        <w:t>wohi haal hua hai jo jo ayodhya mein hua. us waqt aap chup kyun hain? yeh to islam mein jaiz hi nahi hai.</w:t>
      </w:r>
    </w:p>
    <w:p>
      <w:pPr>
        <w:jc w:val="right"/>
      </w:pPr>
      <w:r>
        <w:t>وہی حال ہوا ہے جو جو ایودھیا میں ہوا۔ اس وقت آپ چپ کیوں ہیں؟ یہ تو اسلام میں جائز ہی نہیں ہے۔</w:t>
      </w:r>
    </w:p>
    <w:p>
      <w:r>
        <w:rPr>
          <w:b/>
        </w:rPr>
        <w:t xml:space="preserve">[1:11:50] </w:t>
      </w:r>
      <w:r>
        <w:t>to bohat hi zyada sochne ki zaroorat hai ke sara is mein musalmanon ka jo hai tareeqa, sab ka sab islam ke khilaf hai.</w:t>
      </w:r>
    </w:p>
    <w:p>
      <w:pPr>
        <w:jc w:val="right"/>
      </w:pPr>
      <w:r>
        <w:t>تو بہت ہی زیادہ سوچنے کی ضرورت ہے کہ سارا اس میں مسلمانوں کا جو ہے طریقہ، سب کا سب اسلام کے خلاف ہے۔</w:t>
      </w:r>
    </w:p>
    <w:p>
      <w:r>
        <w:rPr>
          <w:b/>
        </w:rPr>
        <w:t xml:space="preserve">[1:12:00] </w:t>
      </w:r>
      <w:r>
        <w:t>a se zed tak babri masjid ke muamle mein musalmanon ka tareeqa ek zed tak, aur yeh bohat zabardast allah taala ka sawal kiya ja raha hai musalmanon se.</w:t>
      </w:r>
    </w:p>
    <w:p>
      <w:pPr>
        <w:jc w:val="right"/>
      </w:pPr>
      <w:r>
        <w:t>اے سے زیڈ تک بابری مسجد کے معاملے میں مسلمانوں کا طریقہ ایک زیڈ تک، اور یہ بہت زبردست اللہ تعالیٰ کا سوال کیا جا رہا ہے مسلمانوں سے۔</w:t>
      </w:r>
    </w:p>
    <w:p>
      <w:r>
        <w:rPr>
          <w:b/>
        </w:rPr>
        <w:t xml:space="preserve">[1:12:12] </w:t>
      </w:r>
      <w:r>
        <w:t>bohat zabardast sawal kiya ja raha hai. yaad rakhiye, isi point ko kya musalman jawab de sakte hain? allah taala kya tum ka right tha?</w:t>
      </w:r>
    </w:p>
    <w:p>
      <w:pPr>
        <w:jc w:val="right"/>
      </w:pPr>
      <w:r>
        <w:t>بہت زبردست سوال کیا جا رہا ہے۔ یاد رکھیے، اسی پوائنٹ کو کیا مسلمان جواب دے سکتے ہیں؟ اللہ تعالیٰ کیا کہ تم کا رائٹ تھا؟</w:t>
      </w:r>
    </w:p>
    <w:p>
      <w:r>
        <w:rPr>
          <w:b/>
        </w:rPr>
        <w:t xml:space="preserve">[1:12:20] </w:t>
      </w:r>
      <w:r>
        <w:t>is is right se tum ne ek masjid ko single out kiya, aur baqi masjidon ko jab ka wahi anjam hua to us ke bare mein chup ho gaye. tum kyun tum ne aisa kiya?</w:t>
      </w:r>
    </w:p>
    <w:p>
      <w:pPr>
        <w:jc w:val="right"/>
      </w:pPr>
      <w:r>
        <w:t>اس اس رائٹ سے تم نے ایک مسجد کو سنگل آؤٹ کیا، اور باقی مسجدوں کو جب کا وہی انجام ہوا تو اس کے بارے میں چپ ہو گئے۔ تم کیوں تم نے ایسا کیا؟</w:t>
      </w:r>
    </w:p>
    <w:p>
      <w:r>
        <w:rPr>
          <w:b/>
        </w:rPr>
        <w:t xml:space="preserve">[1:12:32] </w:t>
      </w:r>
      <w:r>
        <w:t>yeh saada baat nahi. yaad rakhiye, bohat hi gum bheer baat hai, bohat hi serious baat hai, bohat serious baat hai. yeh masla hindu muslim ka nahi hai, yeh masla barah e rast islam ka hai,</w:t>
      </w:r>
    </w:p>
    <w:p>
      <w:pPr>
        <w:jc w:val="right"/>
      </w:pPr>
      <w:r>
        <w:t>یہ سادہ بات نہیں۔ یاد رکھیے، بہت ہی گمبھیر بات ہے، بہت ہی سیریس بات ہے، بہت سیریس بات ہے۔ یہ مسئلہ ہندو مسلم کا نہیں ہے، یہ مسئلہ براہ راست اسلام کا ہے،</w:t>
      </w:r>
    </w:p>
    <w:p>
      <w:r>
        <w:rPr>
          <w:b/>
        </w:rPr>
        <w:t xml:space="preserve">[1:12:48] </w:t>
      </w:r>
      <w:r>
        <w:t>barah e rast allah taala ke qanoon ka hai. aur bilashuba is mein musalmanon se poocha jayega qayamat mein ke tum ne kis right, kis haq se tum ne ek masjid ko single out kiya?</w:t>
      </w:r>
    </w:p>
    <w:p>
      <w:pPr>
        <w:jc w:val="right"/>
      </w:pPr>
      <w:r>
        <w:t>براہ راست اللہ تعالیٰ کے قانون کا ہے۔ اور بلاشبہ اس میں مسلمانوں سے پوچھا جائے گا قیامت میں کہ تم نے کس رائٹ، کس حق سے تم نے ایک مسجد کو سنگل آؤٹ کیا؟</w:t>
      </w:r>
    </w:p>
    <w:p>
      <w:r>
        <w:rPr>
          <w:b/>
        </w:rPr>
        <w:t xml:space="preserve">[1:13:01] </w:t>
      </w:r>
      <w:r>
        <w:t>batao to kya musalman jawab denge is ka? yaad rakhiye, yeh saada baat nahi hai.</w:t>
      </w:r>
    </w:p>
    <w:p>
      <w:pPr>
        <w:jc w:val="right"/>
      </w:pPr>
      <w:r>
        <w:t>بتاؤ تو کیا مسلمان جواب دیں گے اس کا؟ یاد رکھیے، یہ سادہ بات نہیں ہے۔</w:t>
      </w:r>
    </w:p>
    <w:p>
      <w:r>
        <w:rPr>
          <w:b/>
        </w:rPr>
        <w:t xml:space="preserve">[1:13:13] </w:t>
      </w:r>
      <w:r>
        <w:t>maulana, yeh sawal doctor farida khanam ne kiya hai nai dilli se.</w:t>
      </w:r>
    </w:p>
    <w:p>
      <w:pPr>
        <w:jc w:val="right"/>
      </w:pPr>
      <w:r>
        <w:t>مولانا، یہ سوال ڈاکٹر فریدہ خانم نے کیا ہے نئی دلی سے۔</w:t>
      </w:r>
    </w:p>
    <w:p>
      <w:r>
        <w:rPr>
          <w:b/>
        </w:rPr>
        <w:t xml:space="preserve">[1:13:17] </w:t>
      </w:r>
      <w:r>
        <w:t>unhon ne poocha hai: "what is the concept of leadership in islam? what is the criteria to judge a leader?</w:t>
      </w:r>
    </w:p>
    <w:p>
      <w:pPr>
        <w:jc w:val="right"/>
      </w:pPr>
      <w:r>
        <w:t>انہوں نے پوچھا ہے: "واٹ از دا کانسیپٹ آف لیڈرشپ ان اسلام؟ واٹ از دا کرائٹیریا ٹو جج ا لیڈر؟</w:t>
      </w:r>
    </w:p>
    <w:p>
      <w:r>
        <w:rPr>
          <w:b/>
        </w:rPr>
        <w:t xml:space="preserve">[1:13:26] </w:t>
      </w:r>
      <w:r>
        <w:t>there are innumerable leaders among the muslims. how can they take a decision unitedly? is there any possibility of this?</w:t>
      </w:r>
    </w:p>
    <w:p>
      <w:pPr>
        <w:jc w:val="right"/>
      </w:pPr>
      <w:r>
        <w:t>دیر آر انیومریبل لیڈرز امنگ دا مسلمز۔ ہاؤ کین دے ٹیک ا ڈیسیژن یونائٹڈلی؟ از دیر اینی پوسیبلیٹی آف دس؟</w:t>
      </w:r>
    </w:p>
    <w:p>
      <w:r>
        <w:rPr>
          <w:b/>
        </w:rPr>
        <w:t xml:space="preserve">[1:13:36] </w:t>
      </w:r>
      <w:r>
        <w:t>or we are doomed to live under the shadow of incompetent leaders?"</w:t>
      </w:r>
    </w:p>
    <w:p>
      <w:pPr>
        <w:jc w:val="right"/>
      </w:pPr>
      <w:r>
        <w:t>اور وی آر ڈوم ٹو لیو انڈر دا شیڈو آف انکمپیٹنٹ لیڈرز؟"</w:t>
      </w:r>
    </w:p>
    <w:p>
      <w:r>
        <w:rPr>
          <w:b/>
        </w:rPr>
        <w:t xml:space="preserve">[1:13:49] </w:t>
      </w:r>
      <w:r>
        <w:t>dekhiye, islam mein leader ko imam kaha jata hai. imam to islam ka usool hai: "amruhum shura baynahum".</w:t>
      </w:r>
    </w:p>
    <w:p>
      <w:pPr>
        <w:jc w:val="right"/>
      </w:pPr>
      <w:r>
        <w:t>دیکھیے، اسلام میں لیڈر کو امام کہا جاتا ہے۔ امام تو اسلام کا اصول ہے: "امرہم شوری بینہم"۔</w:t>
      </w:r>
    </w:p>
    <w:p>
      <w:r>
        <w:rPr>
          <w:b/>
        </w:rPr>
        <w:t xml:space="preserve">[1:14:02] </w:t>
      </w:r>
      <w:r>
        <w:t>yani jab zaroorat ho imam muqarrar karne ki, yani leader muqarrar karne ki, to us ke liye mashwara kiya jaye, discuss kiya jaye, sab log baith kar rai karein, aur consensus se jis aadmi ko tay ho jaye, us ka imam maan liya jaye.</w:t>
      </w:r>
    </w:p>
    <w:p>
      <w:pPr>
        <w:jc w:val="right"/>
      </w:pPr>
      <w:r>
        <w:t>یعنی جب ضرورت ہو امام مقرر کرنے کی، یعنی لیڈر مقرر کرنے کی، تو اس کے لیے مشورہ کیا جائے، ڈسکس کیا جائے، سب لوگ بیٹھ کر رائے کریں، اور کنسنسس سے جس آدمی کو طے ہو جائے، اس کا امام مان لیا جائے۔</w:t>
      </w:r>
    </w:p>
    <w:p>
      <w:r>
        <w:rPr>
          <w:b/>
        </w:rPr>
        <w:t xml:space="preserve">[1:14:20] </w:t>
      </w:r>
      <w:r>
        <w:t>yeh to ideal baat hai, ideal baat ke jab bhi ek leader farz kiye mar gaya, ek leader ne resign kar diya kisi bhi baat se,</w:t>
      </w:r>
    </w:p>
    <w:p>
      <w:pPr>
        <w:jc w:val="right"/>
      </w:pPr>
      <w:r>
        <w:t>یہ تو آئیڈیل بات ہے، آئیڈیل بات کہ جب بھی ایک لیڈر فرض کیے مر گیا، ایک لیڈر نے ریزائن کر دیا کسی بھی بات سے،</w:t>
      </w:r>
    </w:p>
    <w:p>
      <w:r>
        <w:rPr>
          <w:b/>
        </w:rPr>
        <w:t xml:space="preserve">[1:14:33] </w:t>
      </w:r>
      <w:r>
        <w:t>wo paida hoga. yani</w:t>
      </w:r>
    </w:p>
    <w:p>
      <w:pPr>
        <w:jc w:val="right"/>
      </w:pPr>
      <w:r>
        <w:t>وہ پیدا ہوگا۔ یعنی</w:t>
      </w:r>
    </w:p>
    <w:p>
      <w:r>
        <w:rPr>
          <w:b/>
        </w:rPr>
        <w:t xml:space="preserve">[1:14:37] </w:t>
      </w:r>
      <w:r>
        <w:t>leader ki na raha to log baithein aur discuss karein, aur jis aadmi ke naam par consensus ho jaye,</w:t>
      </w:r>
    </w:p>
    <w:p>
      <w:pPr>
        <w:jc w:val="right"/>
      </w:pPr>
      <w:r>
        <w:t>لیڈر کی نہ رہا تو لوگ بیٹھیں اور ڈسکس کریں، اور جس آدمی کے نام پر کنسنسس ہو جائے،</w:t>
      </w:r>
    </w:p>
    <w:p>
      <w:r>
        <w:rPr>
          <w:b/>
        </w:rPr>
        <w:t xml:space="preserve">[1:14:51] </w:t>
      </w:r>
      <w:r>
        <w:t>sab log us ko jo leader maan lein, sab log maan lein us ko. Yeh hai ideal surat. Doosri surat jo hai secondary darje mein, woh kya hai?</w:t>
      </w:r>
    </w:p>
    <w:p>
      <w:pPr>
        <w:jc w:val="right"/>
      </w:pPr>
      <w:r>
        <w:t>سب لوگ اس کو جو لیڈر مان لیں، سب لوگ مان لیں اس کو۔ یہ ہے آئیڈیل صورت۔ دوسری صورت جو ہے سیکنڈری درجے میں، وہ کیا ہے؟</w:t>
      </w:r>
    </w:p>
    <w:p>
      <w:r>
        <w:rPr>
          <w:b/>
        </w:rPr>
        <w:t xml:space="preserve">[1:15:03] </w:t>
      </w:r>
      <w:r>
        <w:t>woh hai is ke liye bhi hadith mein bata diya gaya hai, woh yeh hai ke "ittaba' sawad al-a'zam".</w:t>
      </w:r>
    </w:p>
    <w:p>
      <w:pPr>
        <w:jc w:val="right"/>
      </w:pPr>
      <w:r>
        <w:t>وہ ہے اس کے لیے بھی حدیث میں بتا دیا گیا ہے، وہ یہ ہے کہ "اتبع سواد الاعظم"۔</w:t>
      </w:r>
    </w:p>
    <w:p>
      <w:r>
        <w:rPr>
          <w:b/>
        </w:rPr>
        <w:t xml:space="preserve">[1:15:15] </w:t>
      </w:r>
      <w:r>
        <w:t>ittaba' sawad al-a'zam ka matlab yeh hai ke kisi bhi tareeqe se agar koi aadmi leader ban gaya, chahe ghalat tareeqe se bana ho kyun na ho, to maan lo us ke saath jhanda na uthao.</w:t>
      </w:r>
    </w:p>
    <w:p>
      <w:pPr>
        <w:jc w:val="right"/>
      </w:pPr>
      <w:r>
        <w:t>اتبع سواد الاعظم کا مطلب یہ ہے کہ کسی بھی طریقے سے اگر کوئی آدمی لیڈر بن گیا، چاہے غلط طریقے سے بنا ہو کیوں نہ ہو، تو مان لو اس کے ساتھ جھنڈا نہ اٹھاؤ۔</w:t>
      </w:r>
    </w:p>
    <w:p>
      <w:r>
        <w:rPr>
          <w:b/>
        </w:rPr>
        <w:t xml:space="preserve">[1:15:30] </w:t>
      </w:r>
      <w:r>
        <w:t>yani ek ideal shakal yeh hai ke mashware se, discussion se</w:t>
      </w:r>
    </w:p>
    <w:p>
      <w:pPr>
        <w:jc w:val="right"/>
      </w:pPr>
      <w:r>
        <w:t>یعنی ایک آئیڈیل شکل یہ ہے کہ مشورے سے، ڈسکشن سے</w:t>
      </w:r>
    </w:p>
    <w:p>
      <w:r>
        <w:rPr>
          <w:b/>
        </w:rPr>
        <w:t xml:space="preserve">[1:15:37] </w:t>
      </w:r>
      <w:r>
        <w:t>ke kisi shakhs ko banaya jaye aur sab log us ko maan lein. Lekin agar yeh ideal shakal possible na ho aur koi aadmi kisi bhi aur tareeqe se leader ban jaye to phir us ko maan lijiyega aap taake kam se kam peace qaim rahe.</w:t>
      </w:r>
    </w:p>
    <w:p>
      <w:pPr>
        <w:jc w:val="right"/>
      </w:pPr>
      <w:r>
        <w:t>کہ کسی شخص کو بنایا جائے اور سب لوگ اس کو مان لیں۔ لیکن اگر یہ آئیڈیل شکل پاسیبل نہ ہو اور کوئی آدمی کسی بھی اور طریقے سے لیڈر بن جائے تو پھر اس کو مان لیجئے آپ تاکہ کم سے کم پیسٹ قائم رہے۔</w:t>
      </w:r>
    </w:p>
    <w:p>
      <w:r>
        <w:rPr>
          <w:b/>
        </w:rPr>
        <w:t xml:space="preserve">[1:15:55] </w:t>
      </w:r>
      <w:r>
        <w:t>aap jab maan lenge to kam se kam peace to qaim ho jayegi.</w:t>
      </w:r>
    </w:p>
    <w:p>
      <w:pPr>
        <w:jc w:val="right"/>
      </w:pPr>
      <w:r>
        <w:t>آپ جب مان لیں گے تو کم سے کم پیسٹ تو قائم ہو جائے گی۔</w:t>
      </w:r>
    </w:p>
    <w:p>
      <w:r>
        <w:rPr>
          <w:b/>
        </w:rPr>
        <w:t xml:space="preserve">[1:16:00] </w:t>
      </w:r>
      <w:r>
        <w:t>bas yeh do shakalain hain. Teesri shakal jo aaj kal musalmanon mein hai ke khare ho jatay hain jhanda le kar ke,</w:t>
      </w:r>
    </w:p>
    <w:p>
      <w:pPr>
        <w:jc w:val="right"/>
      </w:pPr>
      <w:r>
        <w:t>بس یہ دو شکلیں ہیں۔ تیسری شکل جو آج کل مسلمانوں میں ہے کہ کھڑے ہو جاتے ہیں جھنڈا لے کر کے،</w:t>
      </w:r>
    </w:p>
    <w:p>
      <w:r>
        <w:rPr>
          <w:b/>
        </w:rPr>
        <w:t xml:space="preserve">[1:16:11] </w:t>
      </w:r>
      <w:r>
        <w:t>jaise musalmanon ke muslim karne mein democracy kyun nahi hai? Is ki misaal aap Pakistan dekh lijiyega,</w:t>
      </w:r>
    </w:p>
    <w:p>
      <w:pPr>
        <w:jc w:val="right"/>
      </w:pPr>
      <w:r>
        <w:t>جیسے مسلمانوں کے مسلم کرنے میں ڈیموکریسی کیوں نہیں ہے؟ اس کی مثال آپ پاکستان دیکھ لیجئے،</w:t>
      </w:r>
    </w:p>
    <w:p>
      <w:r>
        <w:rPr>
          <w:b/>
        </w:rPr>
        <w:t xml:space="preserve">[1:16:18] </w:t>
      </w:r>
      <w:r>
        <w:t>ek election hoga, koi jeetega, ab kya hai? Doosra khara ho jayega. Rigging hui hai, rigging hui hai, rigging hui hai. Ab is ko down karne ke liye yeh Islam mein jaiz nahi hai.</w:t>
      </w:r>
    </w:p>
    <w:p>
      <w:pPr>
        <w:jc w:val="right"/>
      </w:pPr>
      <w:r>
        <w:t>ایک الیکشن ہوگا، کوئی جیتے گا، اب کیا ہے؟ دوسرا کھڑا ہو جائے گا۔ رگنگ ہوئی ہے، رگنگ ہوئی ہے، رگنگ ہوئی ہے۔ اب اس کو ڈاؤن کرنے کے لیے یہ اسلام میں جائز نہیں ہے۔</w:t>
      </w:r>
    </w:p>
    <w:p>
      <w:r>
        <w:rPr>
          <w:b/>
        </w:rPr>
        <w:t xml:space="preserve">[1:16:31] </w:t>
      </w:r>
      <w:r>
        <w:t>Islam mein jaiz hi nahi hai. Yeh jaise bhi elect ho kar ke, jaise bhi woh ban kar ke seat par aa gaya to bas maan lijiyega us ko.</w:t>
      </w:r>
    </w:p>
    <w:p>
      <w:pPr>
        <w:jc w:val="right"/>
      </w:pPr>
      <w:r>
        <w:t>اسلام میں جائز ہی نہیں ہے۔ یہ جیسے بھی الیکٹ ہو کر کے، جیسے بھی وہ بن کر کے سیٹ پر آ گیا تو بس مان لیجئے اس کو۔</w:t>
      </w:r>
    </w:p>
    <w:p>
      <w:r>
        <w:rPr>
          <w:b/>
        </w:rPr>
        <w:t xml:space="preserve">[1:16:43] </w:t>
      </w:r>
      <w:r>
        <w:t>yeh hai Islam ka tareeqa. Kyun ke Islam mein dekhiye, jo jo supreme hai, woh kya hai? Normal si peace. Yeh hai supreme Islam mein.</w:t>
      </w:r>
    </w:p>
    <w:p>
      <w:pPr>
        <w:jc w:val="right"/>
      </w:pPr>
      <w:r>
        <w:t>یہ ہے اسلام کا طریقہ۔ کیونکہ اسلام میں دیکھیے، جو جو سپریم ہے، وہ کیا ہے؟ نارمل سی پیس۔ یہ ہے سپریم اسلام میں۔</w:t>
      </w:r>
    </w:p>
    <w:p>
      <w:r>
        <w:rPr>
          <w:b/>
        </w:rPr>
        <w:t xml:space="preserve">[1:16:56] </w:t>
      </w:r>
      <w:r>
        <w:t>is par bohat sari hadithain hain aur yahan par detail ka mauqa nahi hai</w:t>
      </w:r>
    </w:p>
    <w:p>
      <w:pPr>
        <w:jc w:val="right"/>
      </w:pPr>
      <w:r>
        <w:t>اس پر بہت ساری حدیثیں ہیں اور یہاں پر ڈیٹیل کا موقع نہیں ہے</w:t>
      </w:r>
    </w:p>
    <w:p>
      <w:r>
        <w:rPr>
          <w:b/>
        </w:rPr>
        <w:t xml:space="preserve">[1:17:02] </w:t>
      </w:r>
      <w:r>
        <w:t>kyun ke main mukhtasaran yahi kahunga ke agar musalmanon mein yani constructive soch ho, woh is position mein hon ke discussion kar ke ek aadmi ko bana dein to bara acha hai.</w:t>
      </w:r>
    </w:p>
    <w:p>
      <w:pPr>
        <w:jc w:val="right"/>
      </w:pPr>
      <w:r>
        <w:t>کیونکہ میں مختصراً یہی کہوں گا کہ اگر مسلمانوں میں یعنی کنسٹرکٹو سوچ ہو، وہ اس پوزیشن میں ہوں کہ ڈسکشن کر کے ایک آدمی کو بنا دیں تو بڑا اچھا ہے۔</w:t>
      </w:r>
    </w:p>
    <w:p>
      <w:r>
        <w:rPr>
          <w:b/>
        </w:rPr>
        <w:t xml:space="preserve">[1:17:15] </w:t>
      </w:r>
      <w:r>
        <w:t>nahi to jo aadmi bhi kisi bhi tareeqe se ho jaye, woh chahe rigging kar ke ho jaye, tab bhi us ko maan lijiyega kyun ke ittaba' sawad al-a'zam farmaya Rasool Allah (SAW) ne.</w:t>
      </w:r>
    </w:p>
    <w:p>
      <w:pPr>
        <w:jc w:val="right"/>
      </w:pPr>
      <w:r>
        <w:t>نہیں تو جو آدمی بھی کسی بھی طریقے سے ہو جائے، وہ چاہے رگنگ کر کے ہو جائے، تب بھی اس کو مان لیجئے کیونکہ اتبع سواد الاعظم فرمایا رسول اللہ صلی اللہ علیہ وسلم نے۔</w:t>
      </w:r>
    </w:p>
    <w:p>
      <w:r>
        <w:rPr>
          <w:b/>
        </w:rPr>
        <w:t xml:space="preserve">[1:17:29] </w:t>
      </w:r>
      <w:r>
        <w:t>Maulana, un ka ek sawal</w:t>
      </w:r>
    </w:p>
    <w:p>
      <w:pPr>
        <w:jc w:val="right"/>
      </w:pPr>
      <w:r>
        <w:t>مولانا، ان کا ایک سوال</w:t>
      </w:r>
    </w:p>
    <w:p>
      <w:r>
        <w:rPr>
          <w:b/>
        </w:rPr>
        <w:t xml:space="preserve">[1:17:31] </w:t>
      </w:r>
      <w:r>
        <w:t>aur hai. Unhon ne likha hai ke "there was no media in the thirteen century, that is why Muslims were able to opt for the policy of inaction.</w:t>
      </w:r>
    </w:p>
    <w:p>
      <w:pPr>
        <w:jc w:val="right"/>
      </w:pPr>
      <w:r>
        <w:t>اور ہے۔ انہوں نے لکھا ہے کہ "دیر واز نو میڈیا ان دا تھرٹین سینچری، دیٹ از وائی مسلمز وار ایبل ٹو اپٹ فار دا پالیسی آف ان ایکشن۔</w:t>
      </w:r>
    </w:p>
    <w:p>
      <w:r>
        <w:rPr>
          <w:b/>
        </w:rPr>
        <w:t xml:space="preserve">[1:17:42] </w:t>
      </w:r>
      <w:r>
        <w:t>Now is there any possibility of Muslims refraining from giving provocative statements in the media and aggravating the situation further?" Bilkul, hum ko dekhiye, hamari team yeh sab nahi kaam kar rahi hai.</w:t>
      </w:r>
    </w:p>
    <w:p>
      <w:pPr>
        <w:jc w:val="right"/>
      </w:pPr>
      <w:r>
        <w:t>ناؤ از دیر اینی پوسیبلیٹی آف مسلمز ریفیننگ فرام گیونگ پرووکیٹیو سٹیٹمنٹس ان دا میڈیا اینڈ ایگریویٹنگ دا سچویشن فردر؟" بالکل، ہم کو دیکھیے، ہماری ٹیم یہ سب نہیں کام کر رہی ہے۔</w:t>
      </w:r>
    </w:p>
    <w:p>
      <w:r>
        <w:rPr>
          <w:b/>
        </w:rPr>
        <w:t xml:space="preserve">[1:17:59] </w:t>
      </w:r>
      <w:r>
        <w:t>train</w:t>
      </w:r>
    </w:p>
    <w:p>
      <w:pPr>
        <w:jc w:val="right"/>
      </w:pPr>
      <w:r>
        <w:t>ٹرین</w:t>
      </w:r>
    </w:p>
    <w:p>
      <w:r>
        <w:rPr>
          <w:b/>
        </w:rPr>
        <w:t xml:space="preserve">[1:18:00] </w:t>
      </w:r>
      <w:r>
        <w:t>karne ki zaroorat hai. Hum train kar rahe hain logon ko to hamare jo itne saathi hain, koi sab kaam nahi karta. Pehle jo hai traditionally log aise thay, ab aap ko logon ki combine ki re-engineering karni hogi.</w:t>
      </w:r>
    </w:p>
    <w:p>
      <w:pPr>
        <w:jc w:val="right"/>
      </w:pPr>
      <w:r>
        <w:t>کرنے کی ضرورت ہے۔ ہم ٹرین کر رہے ہیں لوگوں کو تو ہمارے جو اتنے ساتھی ہیں، کوئی سب کام نہیں کرتا۔ پہلے جو ہے ٹریڈیشنلی لوگ ایسے تھے، اب آپ کو لوگوں کی کمبائن کی ری انجینئرنگ کرنی ہوگی۔</w:t>
      </w:r>
    </w:p>
    <w:p>
      <w:r>
        <w:rPr>
          <w:b/>
        </w:rPr>
        <w:t xml:space="preserve">[1:18:15] </w:t>
      </w:r>
      <w:r>
        <w:t>Bas yeh hai. Pehle to apne aap hi log jo thay, woh kingship ka zamana tha. Log chup chap rehtay thay. Ab woh daur khatam ho gaya, woh zamana khatam ho gaya, woh tradition toot gayi.</w:t>
      </w:r>
    </w:p>
    <w:p>
      <w:pPr>
        <w:jc w:val="right"/>
      </w:pPr>
      <w:r>
        <w:t>بس یہ ہے۔ پہلے تو اپنے آپ ہی لوگ جو تھے، وہ کنگ شپ کا زمانہ تھا۔ لوگ چپ چاپ رہتے تھے۔ اب وہ دور ختم ہو گیا، وہ زمانہ ختم ہو گیا، وہ ٹریڈیشن ٹوٹ گئی۔</w:t>
      </w:r>
    </w:p>
    <w:p>
      <w:r>
        <w:rPr>
          <w:b/>
        </w:rPr>
        <w:t xml:space="preserve">[1:18:29] </w:t>
      </w:r>
      <w:r>
        <w:t>Lekin ab aap logon ke mind ki re-engineering kijiye, logon ko phir se samjhaiye.</w:t>
      </w:r>
    </w:p>
    <w:p>
      <w:pPr>
        <w:jc w:val="right"/>
      </w:pPr>
      <w:r>
        <w:t>لیکن اب آپ لوگوں کے مائنڈ کی ری انجینئرنگ کیجئے، لوگوں کو پھر سے سمجھائیے۔</w:t>
      </w:r>
    </w:p>
    <w:p>
      <w:r>
        <w:rPr>
          <w:b/>
        </w:rPr>
        <w:t xml:space="preserve">[1:18:36] </w:t>
      </w:r>
      <w:r>
        <w:t>Abhi aaj mere paas ek talib ilm aaye, ek sahab ka, subah unhon ne kaha ke aap ki kitabein parhne se pehle main sab ko dushman samajhta tha. Sab dushman hain, Hindu dushman hain, Yahudi dushman hain, American dushman hain, Islam ke sab khilaf sazishain karte hain.</w:t>
      </w:r>
    </w:p>
    <w:p>
      <w:pPr>
        <w:jc w:val="right"/>
      </w:pPr>
      <w:r>
        <w:t>ابھی آج میرے پاس ایک طالب علم آئے، ایک صاحب کا، صبح انہوں نے کہا کہ آپ کی کتابیں پڑھنے سے پہلے میں سب کو دشمن سمجھتا تھا۔ سب دشمن ہیں، ہندو دشمن ہیں، یہودی دشمن ہیں، امریکن دشمن ہیں، اسلام کے سب خلاف سازشیں کرتے ہیں۔</w:t>
      </w:r>
    </w:p>
    <w:p>
      <w:r>
        <w:rPr>
          <w:b/>
        </w:rPr>
        <w:t xml:space="preserve">[1:18:50] </w:t>
      </w:r>
      <w:r>
        <w:t>Sab ke khilaf mere dil mein dushmani hoti thi. Aap ki kitabein parhne ke baad mera zehan bilkul badal gaya. Ab main samajhta hoon ke sab insaan hain,</w:t>
      </w:r>
    </w:p>
    <w:p>
      <w:pPr>
        <w:jc w:val="right"/>
      </w:pPr>
      <w:r>
        <w:t>سب کے خلاف میرے دل میں دشمنی ہوتی تھی۔ آپ کی کتابیں پڑھنے کے بعد میرا ذہن بالکل بدل گیا۔ اب میں سمجھتا ہوں کہ سب انسان ہیں،</w:t>
      </w:r>
    </w:p>
    <w:p>
      <w:r>
        <w:rPr>
          <w:b/>
        </w:rPr>
        <w:t xml:space="preserve">[1:18:59] </w:t>
      </w:r>
      <w:r>
        <w:t>koi dushman nahi hai. Yeh hai re-engineering of mind.</w:t>
      </w:r>
    </w:p>
    <w:p>
      <w:pPr>
        <w:jc w:val="right"/>
      </w:pPr>
      <w:r>
        <w:t>کوئی دشمن نہیں ہے۔ یہ ہے ری انجینئرنگ آف مائنڈ۔</w:t>
      </w:r>
    </w:p>
    <w:p>
      <w:r>
        <w:rPr>
          <w:b/>
        </w:rPr>
        <w:t xml:space="preserve">[1:19:08] </w:t>
      </w:r>
      <w:r>
        <w:t>to pehle jo cheez apne aap haasil ho jati thi, us ke liye aap ko koshish karni paregi. itna hi farq hua hai.</w:t>
      </w:r>
    </w:p>
    <w:p>
      <w:pPr>
        <w:jc w:val="right"/>
      </w:pPr>
      <w:r>
        <w:t>تو پہلے جو چیز اپنے آپ حاصل ہو جاتی تھی، اس کے لیے آپ کو کوشش کرنی پڑے گی۔ اتنا ہی فرق ہوا ہے۔</w:t>
      </w:r>
    </w:p>
    <w:p>
      <w:r>
        <w:rPr>
          <w:b/>
        </w:rPr>
        <w:t xml:space="preserve">[1:19:17] </w:t>
      </w:r>
      <w:r>
        <w:t>maulana, agla sawal kya hai? mister jaan butt ne afghanistan se.</w:t>
      </w:r>
    </w:p>
    <w:p>
      <w:pPr>
        <w:jc w:val="right"/>
      </w:pPr>
      <w:r>
        <w:t>مولانا، اگلا سوال کیا ہے؟ مسٹر جان بٹ نے افغانستان سے۔</w:t>
      </w:r>
    </w:p>
    <w:p>
      <w:r>
        <w:rPr>
          <w:b/>
        </w:rPr>
        <w:t xml:space="preserve">[1:19:22] </w:t>
      </w:r>
      <w:r>
        <w:t>unhon ne poocha hai ke "quiet often one sees that islamic principles and values are being better observed by non muslims than by muslims.</w:t>
      </w:r>
    </w:p>
    <w:p>
      <w:pPr>
        <w:jc w:val="right"/>
      </w:pPr>
      <w:r>
        <w:t>انہوں نے پوچھا ہے کہ "کوائٹ آفن ون سیز دیٹ اسلامک پرنسپلز اینڈ ویلیوز آر بینگ بیٹر ابزرو بائے نان مسلمز دین بائے مسلمز۔</w:t>
      </w:r>
    </w:p>
    <w:p>
      <w:r>
        <w:rPr>
          <w:b/>
        </w:rPr>
        <w:t xml:space="preserve">[1:19:35] </w:t>
      </w:r>
      <w:r>
        <w:t>at the same time, some muslims have abandoned the principles of islam while claiming allegiance to the religion of the prophet.</w:t>
      </w:r>
    </w:p>
    <w:p>
      <w:pPr>
        <w:jc w:val="right"/>
      </w:pPr>
      <w:r>
        <w:t>ایٹ دا سیم ٹائم، سم مسلمز ہیو ابینڈن دا پرنسپلز آف اسلام وائل کلیمنگ ایلیجنس ٹو دا ریلیجن آف دا پرافٹ۔</w:t>
      </w:r>
    </w:p>
    <w:p>
      <w:r>
        <w:rPr>
          <w:b/>
        </w:rPr>
        <w:t xml:space="preserve">[1:19:45] </w:t>
      </w:r>
      <w:r>
        <w:t>is it time for us to reassess what constitutes a muslim?</w:t>
      </w:r>
    </w:p>
    <w:p>
      <w:pPr>
        <w:jc w:val="right"/>
      </w:pPr>
      <w:r>
        <w:t>از اٹ ٹائم فار اس ٹو ری اسیس واٹ کانسٹیٹیوٹس ا مسلم؟</w:t>
      </w:r>
    </w:p>
    <w:p>
      <w:r>
        <w:rPr>
          <w:b/>
        </w:rPr>
        <w:t xml:space="preserve">[1:19:50] </w:t>
      </w:r>
      <w:r>
        <w:t>should we not consider a muslim as one who adheres to islamic values rather than one who claims allegiance to islam while contravening its principles?" kindly comment.</w:t>
      </w:r>
    </w:p>
    <w:p>
      <w:pPr>
        <w:jc w:val="right"/>
      </w:pPr>
      <w:r>
        <w:t>شوڈ وی ناٹ کنسیڈر ا مسلم ایز ون ہو ایڈھیرس ٹو اسلامک ویلیوز رادر دین ون ہو کلیمز ایلیجنس ٹو اسلام وائل کانٹرویننگ اٹس پرنسپلز؟" کائنڈلی کمنٹ۔</w:t>
      </w:r>
    </w:p>
    <w:p>
      <w:r>
        <w:rPr>
          <w:b/>
        </w:rPr>
        <w:t xml:space="preserve">[1:20:07] </w:t>
      </w:r>
      <w:r>
        <w:t>agar main sahi samajhta hoon, samjha hoon is question ko to is ka matlab ghaliban yeh hai ke hum declare karein ke yeh musalman jo hai islam se door ho gaya hai. ghaliban yeh matlab hai.</w:t>
      </w:r>
    </w:p>
    <w:p>
      <w:pPr>
        <w:jc w:val="right"/>
      </w:pPr>
      <w:r>
        <w:t>اگر میں صحیح سمجھتا ہوں، سمجھا ہوں اس کوئسچن کو تو اس کا مطلب غالباً یہ ہے کہ ہم ڈیکلیئر کریں کہ یہ مسلمان جو ہے اسلام سے دور ہو گیا ہے۔ غالباً یہ مطلب ہے۔</w:t>
      </w:r>
    </w:p>
    <w:p>
      <w:r>
        <w:rPr>
          <w:b/>
        </w:rPr>
        <w:t xml:space="preserve">[1:20:19] </w:t>
      </w:r>
      <w:r>
        <w:t>maulana,</w:t>
      </w:r>
    </w:p>
    <w:p>
      <w:pPr>
        <w:jc w:val="right"/>
      </w:pPr>
      <w:r>
        <w:t>مولانا،</w:t>
      </w:r>
    </w:p>
    <w:p>
      <w:r>
        <w:rPr>
          <w:b/>
        </w:rPr>
        <w:t xml:space="preserve">[1:20:20] </w:t>
      </w:r>
      <w:r>
        <w:t>woh islam ko adhere kar raha hai. ji, is ko kahein ke bhai yeh true muslim hai. jo hat gaya, us ko declare karein ke islam se hat gaya. yeh matlab hai. maulana, declare ka word nahi aaya, but jo aap matlab yahi hai, matlab yahi hai.</w:t>
      </w:r>
    </w:p>
    <w:p>
      <w:pPr>
        <w:jc w:val="right"/>
      </w:pPr>
      <w:r>
        <w:t>وہ اسلام کو اڈیر کر رہا ہے۔ جی، اس کو کہیں کہ بھئی یہ ٹرو مسلم ہے۔ جو ہٹ گیا، اس کو ڈیکلیئر کریں کہ اسلام سے ہٹ گیا۔ یہ مطلب ہے۔ مولانا، ڈیکلیئر کا ورڈ نہیں آیا، بٹ جو آپ مطلب یہی ہے، مطلب یہی ہے۔</w:t>
      </w:r>
    </w:p>
    <w:p>
      <w:r>
        <w:rPr>
          <w:b/>
        </w:rPr>
        <w:t xml:space="preserve">[1:20:32] </w:t>
      </w:r>
      <w:r>
        <w:t>ji, dekhein, yeh islam ki taleem nahi hai. islam mein dekhiye, ek hai ideal, ek hai practical.</w:t>
      </w:r>
    </w:p>
    <w:p>
      <w:pPr>
        <w:jc w:val="right"/>
      </w:pPr>
      <w:r>
        <w:t>جی، دیکھیں، یہ اسلام کی تعلیم نہیں ہے۔ اسلام میں دیکھیے، ایک ہے آئیڈیل، ایک ہے پریکٹیکل۔</w:t>
      </w:r>
    </w:p>
    <w:p>
      <w:r>
        <w:rPr>
          <w:b/>
        </w:rPr>
        <w:t xml:space="preserve">[1:20:44] </w:t>
      </w:r>
      <w:r>
        <w:t>ek hai ideal, ek hai practical.</w:t>
      </w:r>
    </w:p>
    <w:p>
      <w:pPr>
        <w:jc w:val="right"/>
      </w:pPr>
      <w:r>
        <w:t>ایک ہے آئیڈیل، ایک ہے پریکٹیکل۔</w:t>
      </w:r>
    </w:p>
    <w:p>
      <w:r>
        <w:rPr>
          <w:b/>
        </w:rPr>
        <w:t xml:space="preserve">[1:20:49] </w:t>
      </w:r>
      <w:r>
        <w:t>to ideal situation agar yani achievable na ho to hamein practical par raazi hona padta hai. to ideal to wohi hai ke main saare musalman islam ko follow kar rahe hon.</w:t>
      </w:r>
    </w:p>
    <w:p>
      <w:pPr>
        <w:jc w:val="right"/>
      </w:pPr>
      <w:r>
        <w:t>تو آئیڈیل سچویشن اگر یعنی اچیویبل نہ ہو تو ہمیں پریکٹیکل پر راضی ہونا پڑتا ہے۔ تو آئیڈیل تو وہی ہے کہ میں سارے مسلمان اسلام کو فالو کر رہے ہوں۔</w:t>
      </w:r>
    </w:p>
    <w:p>
      <w:r>
        <w:rPr>
          <w:b/>
        </w:rPr>
        <w:t xml:space="preserve">[1:21:05] </w:t>
      </w:r>
      <w:r>
        <w:t>bahut achi baat hai, lekin islam ko agar follow na karein, un mein degeneration aa jaye, tab hamein kya karna hai?</w:t>
      </w:r>
    </w:p>
    <w:p>
      <w:pPr>
        <w:jc w:val="right"/>
      </w:pPr>
      <w:r>
        <w:t>بہت اچھی بات ہے، لیکن اسلام کو اگر فالو نہ کریں، ان میں ڈی جنریشن آ جائے، تب ہمیں کیا کرنا ہے؟</w:t>
      </w:r>
    </w:p>
    <w:p>
      <w:r>
        <w:rPr>
          <w:b/>
        </w:rPr>
        <w:t xml:space="preserve">[1:21:13] </w:t>
      </w:r>
      <w:r>
        <w:t>hamein samjhana hai, preaching karna hai, fatwa nahi dena hai. fatwa activism islam mein hai nahi.</w:t>
      </w:r>
    </w:p>
    <w:p>
      <w:pPr>
        <w:jc w:val="right"/>
      </w:pPr>
      <w:r>
        <w:t>ہمیں سمجھانا ہے، پریچنگ کرنا ہے، فتویٰ نہیں دینا ہے۔ فتویٰ ایکٹیوزم اسلام میں ہے نہیں۔</w:t>
      </w:r>
    </w:p>
    <w:p>
      <w:r>
        <w:rPr>
          <w:b/>
        </w:rPr>
        <w:t xml:space="preserve">[1:21:23] </w:t>
      </w:r>
      <w:r>
        <w:t>aaj kal jo fatwa active chala hua hai na, islam mein nahi hai. yeh sab galat hai. misaal ke taur par dekhiye, ek firqa hai, us ko ahmadi firqa kehte hain, kuch log qadiyani kehte hain is ko.</w:t>
      </w:r>
    </w:p>
    <w:p>
      <w:pPr>
        <w:jc w:val="right"/>
      </w:pPr>
      <w:r>
        <w:t>آج کل جو فتویٰ ایکٹیو چلا ہوا ہے نا، اسلام میں نہیں ہے۔ یہ سب غلط ہے۔ مثال کے طور پر دیکھیے، ایک فرقہ ہے، اس کو احمدی فرقہ کہتے ہیں، کچھ لوگ قادیانی کہتے ہیں اس کو۔</w:t>
      </w:r>
    </w:p>
    <w:p>
      <w:r>
        <w:rPr>
          <w:b/>
        </w:rPr>
        <w:t xml:space="preserve">[1:21:37] </w:t>
      </w:r>
      <w:r>
        <w:t>is ke baad khoob fatwa activism chalaya gaya. yeh mere nazdeek sarapa galat tha bilkul.</w:t>
      </w:r>
    </w:p>
    <w:p>
      <w:pPr>
        <w:jc w:val="right"/>
      </w:pPr>
      <w:r>
        <w:t>اس کے بعد خوب فتویٰ ایکٹیوزم چلایا گیا۔ یہ میرے نزدیک سرتاپا غلط تھا بالکل۔</w:t>
      </w:r>
    </w:p>
    <w:p>
      <w:r>
        <w:rPr>
          <w:b/>
        </w:rPr>
        <w:t xml:space="preserve">[1:21:44] </w:t>
      </w:r>
      <w:r>
        <w:t>yani agar kisi ne aisa yani baat kahi thi jo aap ke nazdeek islam ke khilaaf hai to aap samjhaiye bujhayein is ko.</w:t>
      </w:r>
    </w:p>
    <w:p>
      <w:pPr>
        <w:jc w:val="right"/>
      </w:pPr>
      <w:r>
        <w:t>یعنی اگر کسی نے ایسا یعنی بات کہی تھی جو آپ کے نزدیک اسلام کے خلاف ہے تو آپ سمجھائیے بجھائیں اس کو۔</w:t>
      </w:r>
    </w:p>
    <w:p>
      <w:r>
        <w:rPr>
          <w:b/>
        </w:rPr>
        <w:t xml:space="preserve">[1:21:53] </w:t>
      </w:r>
      <w:r>
        <w:t>fatwa dene ka matlab kya hai? yeh kafir hain, yeh islam se nikal gaye hain, yeh islam mein hai hi nahi.</w:t>
      </w:r>
    </w:p>
    <w:p>
      <w:pPr>
        <w:jc w:val="right"/>
      </w:pPr>
      <w:r>
        <w:t>فتویٰ دینے کا مطلب کیا ہے؟ یہ کافر ہیں، یہ اسلام سے نکل گئے ہیں، یہ اسلام میں ہے ہی نہیں۔</w:t>
      </w:r>
    </w:p>
    <w:p>
      <w:r>
        <w:rPr>
          <w:b/>
        </w:rPr>
        <w:t xml:space="preserve">[1:22:01] </w:t>
      </w:r>
      <w:r>
        <w:t>imam muslim ne likha hai, mere paas maujood hai ek kitaab ke "la yukaffir ahadun min ahlil qibla". "la yukaffir ahadun min ahlil qibla" y</w:t>
      </w:r>
    </w:p>
    <w:p>
      <w:pPr>
        <w:jc w:val="right"/>
      </w:pPr>
      <w:r>
        <w:t>امام مسلم نے لکھا ہے، میرے پاس موجود ہے ایک کتاب کہ "لا یکفر احد من اہل القبلہ"۔ "لا یکفر احد من اہل القبلہ" ی</w:t>
      </w:r>
    </w:p>
    <w:p>
      <w:r>
        <w:rPr>
          <w:b/>
        </w:rPr>
        <w:t xml:space="preserve">[1:22:14] </w:t>
      </w:r>
      <w:r>
        <w:t>ani jo qibla rukh par namaz padhaye, us ki takfeer nahi ki jayegi. ab aap jaiye, agar qadiyaniyon ko dekhiye, ahmadi logon ko dekhein to qibla ki taraf namaz padhte hain.</w:t>
      </w:r>
    </w:p>
    <w:p>
      <w:pPr>
        <w:jc w:val="right"/>
      </w:pPr>
      <w:r>
        <w:t>عنی جو قبلہ رخ پر نماز پڑھائے، اس کی تکفیر نہیں کی جائے گی۔ اب آپ جائیے، اگر قادیانیوں کو دیکھیے، احمدی لوگوں کو دیکھیں تو قبلہ کی طرف نماز پڑھتے ہیں۔</w:t>
      </w:r>
    </w:p>
    <w:p>
      <w:r>
        <w:rPr>
          <w:b/>
        </w:rPr>
        <w:t xml:space="preserve">[1:22:25] </w:t>
      </w:r>
      <w:r>
        <w:t>woh un ka, woh namaz padhte hain, un ka, un ka, un ka kaba, un ka qibla bhi kaba hai. to aap ne takfeer kyun ki un ki?</w:t>
      </w:r>
    </w:p>
    <w:p>
      <w:pPr>
        <w:jc w:val="right"/>
      </w:pPr>
      <w:r>
        <w:t>وہ ان کا، وہ نماز پڑھتے ہیں، ان کا، ان کا، ان کا کعبہ، ان کا قبلہ بھی کعبہ ہے۔ تو آپ نے تکفیر کیوں کی ان کی؟</w:t>
      </w:r>
    </w:p>
    <w:p>
      <w:r>
        <w:rPr>
          <w:b/>
        </w:rPr>
        <w:t xml:space="preserve">[1:22:37] </w:t>
      </w:r>
      <w:r>
        <w:t>to yeh jo hai saare ulama mashgool the yani qadiyaniyon ya ahmadiyon ki takfeer mein, yeh bilkul galat kaam kiya unhon ne. aap ko dawat karna hai, aap ko samjhana hai, aap ko yeh right hai nahi ke takfeer karein.</w:t>
      </w:r>
    </w:p>
    <w:p>
      <w:pPr>
        <w:jc w:val="right"/>
      </w:pPr>
      <w:r>
        <w:t>تو یہ جو ہے سارے علماء مشغول تھے یعنی قادیانیوں یا احمدیوں کی تکفیر میں، یہ بالکل غلط کام کیا انہوں نے۔ آپ کو دعوت کرنا ہے، آپ کو سمجھانا ہے، آپ کو یہ رائٹ ہے نہیں کہ تکفیر کریں۔</w:t>
      </w:r>
    </w:p>
    <w:p>
      <w:r>
        <w:rPr>
          <w:b/>
        </w:rPr>
        <w:t xml:space="preserve">[1:22:53] </w:t>
      </w:r>
      <w:r>
        <w:t>aap declare karein ke yeh kafir hai, yeh phir siddiq hai, yeh falan hai. aap ko, aap ko "you have no right to declare such fatwa".</w:t>
      </w:r>
    </w:p>
    <w:p>
      <w:pPr>
        <w:jc w:val="right"/>
      </w:pPr>
      <w:r>
        <w:t>آپ ڈیکلیئر کریں کہ یہ کافر ہے، یہ پھر صدیق ہے، یہ فلاں ہے۔ آپ کو، آپ کو "یو ہیو نو رائٹ ٹو ڈیکلیئر سچ فتویٰ"۔</w:t>
      </w:r>
    </w:p>
    <w:p>
      <w:r>
        <w:rPr>
          <w:b/>
        </w:rPr>
        <w:t xml:space="preserve">[1:23:05] </w:t>
      </w:r>
      <w:r>
        <w:t>"you have no right to issue such fatwa". to chahe qadiyani ka masla ho, chahe ahmadi ka masla ho, chahe brelvi ka masla ho, koi bhi masla mein aap ko ikhtilaf ho sakta hai,</w:t>
      </w:r>
    </w:p>
    <w:p>
      <w:pPr>
        <w:jc w:val="right"/>
      </w:pPr>
      <w:r>
        <w:t>"یو ہیو نو رائٹ ٹو ایشو سچ فتویٰ"۔ تو چاہے قادیانی کا مسئلہ ہو، چاہے احمدی کا مسئلہ ہو، چاہے بریلوی کا مسئلہ ہو، کوئی بھی مسئلہ میں آپ کو اختلاف ہو سکتا ہے،</w:t>
      </w:r>
    </w:p>
    <w:p>
      <w:r>
        <w:rPr>
          <w:b/>
        </w:rPr>
        <w:t xml:space="preserve">[1:23:21] </w:t>
      </w:r>
      <w:r>
        <w:t>lekin aap ko fatwa dene ka haq nahi hai. aap ko samjhaiye, islah kijiye, tablegh kijiye, dawat kijiye.</w:t>
      </w:r>
    </w:p>
    <w:p>
      <w:pPr>
        <w:jc w:val="right"/>
      </w:pPr>
      <w:r>
        <w:t>لیکن آپ کو فتویٰ دینے کا حق نہیں ہے۔ آپ کو سمجھائیے، اصلاح کیجئے، تبلیغ کیجئے، دعوت کیجئے۔</w:t>
      </w:r>
    </w:p>
    <w:p>
      <w:r>
        <w:rPr>
          <w:b/>
        </w:rPr>
        <w:t xml:space="preserve">[1:23:33] </w:t>
      </w:r>
      <w:r>
        <w:t>to yeh bohat, yeh, yeh, yeh is ko kehte hain "ghulo extremism". extremism islam mein hai nahin. "la ghulo fil islam" yeh dard se fatwa dete hain.</w:t>
      </w:r>
    </w:p>
    <w:p>
      <w:pPr>
        <w:jc w:val="right"/>
      </w:pPr>
      <w:r>
        <w:t>تو یہ بہت، یہ، یہ، یہ اس کو کہتے ہیں "گلو ایکسٹریمزم"۔ ایکسٹریمزم اسلام میں ہے نہیں۔ "لا غلو فی الاسلام" یہ درد سے فتویٰ دیتے ہیں۔</w:t>
      </w:r>
    </w:p>
    <w:p>
      <w:r>
        <w:rPr>
          <w:b/>
        </w:rPr>
        <w:t xml:space="preserve">[1:23:46] </w:t>
      </w:r>
      <w:r>
        <w:t>to qadiyaniyon ke maamle mein ya ahmadiyon ke maamle mein jo ulma ne kiya, woh sab ghulo tha. ghulo dard se</w:t>
      </w:r>
    </w:p>
    <w:p>
      <w:pPr>
        <w:jc w:val="right"/>
      </w:pPr>
      <w:r>
        <w:t>تو قادیانیوں کے معاملے میں یا احمدیوں کے معاملے میں جو علماء نے کیا، وہ سب غلو تھا۔ غلو درد سے</w:t>
      </w:r>
    </w:p>
    <w:p>
      <w:r>
        <w:rPr>
          <w:b/>
        </w:rPr>
        <w:t xml:space="preserve">[1:23:52] </w:t>
      </w:r>
      <w:r>
        <w:t>fatwa de diya ke yeh kafir hain, aur haalankeh un mein se kisi ne jahan tak mein janta hoon, yeh nahin kiya ke woh logon se mile, hamdardi ke sath, kharkhay ke sath samjhaye ke tumhara aqeedah kya hai.</w:t>
      </w:r>
    </w:p>
    <w:p>
      <w:pPr>
        <w:jc w:val="right"/>
      </w:pPr>
      <w:r>
        <w:t>فتویٰ دے دیا کہ یہ کافر ہیں، اور حالانکہ ان میں سے کسی نے جہاں تک میں جانتا ہوں، یہ نہیں کیا کہ وہ لوگوں سے ملے، ہمدردی کے ساتھ، خرخائے کے ساتھ سمجھائے کہ تمہارا عقیدہ کیا ہے۔</w:t>
      </w:r>
    </w:p>
    <w:p>
      <w:r>
        <w:rPr>
          <w:b/>
        </w:rPr>
        <w:t xml:space="preserve">[1:24:06] </w:t>
      </w:r>
      <w:r>
        <w:t>samjhe is poore aqeedah ko ke aap waqatan tum daawa karte ho ke main nabi hoon ya kuch aur tum kehte ho, is ko samjho. aur phir agar tumhare nazdeek woh galat un ka aqeedah hai to is ko samjhao, un ke aqeedah ko durust karo</w:t>
      </w:r>
    </w:p>
    <w:p>
      <w:pPr>
        <w:jc w:val="right"/>
      </w:pPr>
      <w:r>
        <w:t>سمجھے اس پورے عقیدے کو کہ آپ واقعتا تم دعویٰ کرتے ہو کہ میں نبی ہوں یا کچھ اور تم کہتے ہو، اس کو سمجھو۔ اور پھر اگر تمہارے نزدیک وہ غلط ان کا عقیدہ ہے تو اس کو سمجھاؤ، ان کے عقیدے کو درست کرو</w:t>
      </w:r>
    </w:p>
    <w:p>
      <w:r>
        <w:rPr>
          <w:b/>
        </w:rPr>
        <w:t xml:space="preserve">[1:24:20] </w:t>
      </w:r>
      <w:r>
        <w:t>. bas fatwa dena jaiz nahin, aur marna kaata aur bhi najaaiz hai. aaj kal kya hai?</w:t>
      </w:r>
    </w:p>
    <w:p>
      <w:pPr>
        <w:jc w:val="right"/>
      </w:pPr>
      <w:r>
        <w:t>۔ بس فتویٰ دینا جائز نہیں، اور مارنا کاٹا اور بھی ناجائز ہے۔ آج کل کیا ہے؟</w:t>
      </w:r>
    </w:p>
    <w:p>
      <w:r>
        <w:rPr>
          <w:b/>
        </w:rPr>
        <w:t xml:space="preserve">[1:24:29] </w:t>
      </w:r>
      <w:r>
        <w:t>marna kaatna shuru kar dete hain, yaqt al had shuru ho jata hai. yeh sab bilkul islam ke khilaf hai. sirf hamare liye aik hi option hai, woh hai dawat, islah, tafheem.</w:t>
      </w:r>
    </w:p>
    <w:p>
      <w:pPr>
        <w:jc w:val="right"/>
      </w:pPr>
      <w:r>
        <w:t>مارنے کاٹنے شروع کر دیتے ہیں، یقت الحد شروع ہو جاتا ہے۔ یہ سب بالکل اسلام کے خلاف ہے۔ صرف ہمارے لیے ایک ہی آپشن ہے، وہ ہے دعوت، اصلاح، تفہیم۔</w:t>
      </w:r>
    </w:p>
    <w:p>
      <w:r>
        <w:rPr>
          <w:b/>
        </w:rPr>
        <w:t xml:space="preserve">[1:24:42] </w:t>
      </w:r>
      <w:r>
        <w:t>bas "we have no option other than this".</w:t>
      </w:r>
    </w:p>
    <w:p>
      <w:pPr>
        <w:jc w:val="right"/>
      </w:pPr>
      <w:r>
        <w:t>بس "وی ہیو نو آپشن ادر دین دس"۔</w:t>
      </w:r>
    </w:p>
    <w:p>
      <w:r>
        <w:rPr>
          <w:b/>
        </w:rPr>
        <w:t xml:space="preserve">[1:24:51] </w:t>
      </w:r>
      <w:r>
        <w:t>yeh mein poore yaani poore conviction se keh raha hoon ke yahi islam hai, aur is ke khilaf jo baat log kehte hain, woh islam nahin hai, woh un ke apne ghar banaya hua islam hai.</w:t>
      </w:r>
    </w:p>
    <w:p>
      <w:pPr>
        <w:jc w:val="right"/>
      </w:pPr>
      <w:r>
        <w:t>یہ میں پورے یعنی پورے کنوکشن سے کہہ رہا ہوں کہ یہی اسلام ہے، اور اس کے خلاف جو بات لوگ کہتے ہیں، وہ اسلام نہیں ہے، وہ ان کے اپنے گھر بنایا ہوا اسلام ہے۔</w:t>
      </w:r>
    </w:p>
    <w:p>
      <w:r>
        <w:rPr>
          <w:b/>
        </w:rPr>
        <w:t xml:space="preserve">[1:25:06] </w:t>
      </w:r>
      <w:r>
        <w:t>maulana, yeh sawal kiya hai maulana abdul basit ne doha, qatar se.</w:t>
      </w:r>
    </w:p>
    <w:p>
      <w:pPr>
        <w:jc w:val="right"/>
      </w:pPr>
      <w:r>
        <w:t>مولانا، یہ سوال کیا ہے مولانا عبدالباسط نے دوحہ، قطر سے۔</w:t>
      </w:r>
    </w:p>
    <w:p>
      <w:r>
        <w:rPr>
          <w:b/>
        </w:rPr>
        <w:t xml:space="preserve">[1:25:12] </w:t>
      </w:r>
      <w:r>
        <w:t>unhon ne likha hai: "maulana hazrat ali ka aik waqia mein ne parha tha ke kisi jang mein jab hazrat ali ne aik mushrik par qaboo paya to us ne ali ke munh par thook diya.</w:t>
      </w:r>
    </w:p>
    <w:p>
      <w:pPr>
        <w:jc w:val="right"/>
      </w:pPr>
      <w:r>
        <w:t>انہوں نے لکھا ہے: "مولانا حضرت علی کا ایک واقعہ میں نے پڑھا تھا کہ کسی جنگ میں جب حضرت علی نے ایک مشرک پر قابو پایا تو اس نے علی کے منہ پر تھوک دیا۔</w:t>
      </w:r>
    </w:p>
    <w:p>
      <w:r>
        <w:rPr>
          <w:b/>
        </w:rPr>
        <w:t xml:space="preserve">[1:25:27] </w:t>
      </w:r>
      <w:r>
        <w:t>to hazrat ali ne aise mauqe par aik baat kahi aur use qatl karne ki bajaye chhod diya.</w:t>
      </w:r>
    </w:p>
    <w:p>
      <w:pPr>
        <w:jc w:val="right"/>
      </w:pPr>
      <w:r>
        <w:t>تو حضرت علی نے ایسے موقع پر ایک بات کہی اور اسے قتل کرنے کی بجائے چھوڑ دیا۔</w:t>
      </w:r>
    </w:p>
    <w:p>
      <w:r>
        <w:rPr>
          <w:b/>
        </w:rPr>
        <w:t xml:space="preserve">[1:25:34] </w:t>
      </w:r>
      <w:r>
        <w:t>poochha gaya to bataya ke mein agar us ke thookne ke baad qatl karta to woh khuda ki rah mein na hota, balke mera jazbati amal hota." maulana, is mein jazbat ko aur iman ko alag kiya gaya hai,</w:t>
      </w:r>
    </w:p>
    <w:p>
      <w:pPr>
        <w:jc w:val="right"/>
      </w:pPr>
      <w:r>
        <w:t>پوچھا گیا تو بتایا کہ میں اگر اس کے تھوکنے کے بعد قتل کرتا تو وہ خدا کی راہ میں نہ ہوتا، بلکہ میرا جذباتی اعمال ہوتا۔" مولانا، اس میں جذبات کو اور ایمان کو الگ کیا گیا ہے،</w:t>
      </w:r>
    </w:p>
    <w:p>
      <w:r>
        <w:rPr>
          <w:b/>
        </w:rPr>
        <w:t xml:space="preserve">[1:25:51] </w:t>
      </w:r>
      <w:r>
        <w:t>magar aaj jazbat hi ko islam ki alamat samjha ja raha hai. aisa kyun hai?</w:t>
      </w:r>
    </w:p>
    <w:p>
      <w:pPr>
        <w:jc w:val="right"/>
      </w:pPr>
      <w:r>
        <w:t>مگر آج جذبات ہی کو اسلام کی علامت سمجھا جا رہا ہے۔ ایسا کیوں ہے؟</w:t>
      </w:r>
    </w:p>
    <w:p>
      <w:r>
        <w:rPr>
          <w:b/>
        </w:rPr>
        <w:t xml:space="preserve">[1:26:00] </w:t>
      </w:r>
      <w:r>
        <w:t>bhai, aisa kyun hai? ji, musalman daur-e-zawal mein hain,</w:t>
      </w:r>
    </w:p>
    <w:p>
      <w:pPr>
        <w:jc w:val="right"/>
      </w:pPr>
      <w:r>
        <w:t>بھئی، ایسا کیوں ہے؟ جی، مسلمان دور زوال میں ہیں،</w:t>
      </w:r>
    </w:p>
    <w:p>
      <w:r>
        <w:rPr>
          <w:b/>
        </w:rPr>
        <w:t xml:space="preserve">[1:26:06] </w:t>
      </w:r>
      <w:r>
        <w:t>degeneration un ka ho chuka hai. yeh to quran hadith se sabit hai ke musalmanon ka aik zamana aaye ga ke jab koi degeneration ho jaye ga.</w:t>
      </w:r>
    </w:p>
    <w:p>
      <w:pPr>
        <w:jc w:val="right"/>
      </w:pPr>
      <w:r>
        <w:t>ڈی جنریشن ان کا ہو چکا ہے۔ یہ تو قرآن حدیث سے ثابت ہے کہ مسلمانوں کا ایک زمانہ آئے گا کہ جب کوئی ڈی جنریشن ہو جائے گا۔</w:t>
      </w:r>
    </w:p>
    <w:p>
      <w:r>
        <w:rPr>
          <w:b/>
        </w:rPr>
        <w:t xml:space="preserve">[1:26:17] </w:t>
      </w:r>
      <w:r>
        <w:t>lam yabqa al islam illa ismuhu. islam ka sirf naam baqi reh jaye ga, yahan tak ke masjidon mein namazi hon ge, lekin hidayat nahin hogi un mein.</w:t>
      </w:r>
    </w:p>
    <w:p>
      <w:pPr>
        <w:jc w:val="right"/>
      </w:pPr>
      <w:r>
        <w:t>لم یبق الاسلام میں الا اسمہ۔ اسلام کا صرف نام باقی رہ جائے گا، یہاں تک کہ مسجدیں میں نمازی ہوں گے، لیکن ہدایت نہیں ہوگی ان میں۔</w:t>
      </w:r>
    </w:p>
    <w:p>
      <w:r>
        <w:rPr>
          <w:b/>
        </w:rPr>
        <w:t xml:space="preserve">[1:26:27] </w:t>
      </w:r>
      <w:r>
        <w:t>masajid aamirah, kharab khuda, yeh masjidain namaz bhari hon gi, lekin hidayat se khaali hon gi.</w:t>
      </w:r>
    </w:p>
    <w:p>
      <w:pPr>
        <w:jc w:val="right"/>
      </w:pPr>
      <w:r>
        <w:t>مساجد عامرہ، خراب خدا، یہ مسجدیں نماز بھری ہوں گی، لیکن ہدایت سے خالی ہوں گی۔</w:t>
      </w:r>
    </w:p>
    <w:p>
      <w:r>
        <w:rPr>
          <w:b/>
        </w:rPr>
        <w:t xml:space="preserve">[1:26:35] </w:t>
      </w:r>
      <w:r>
        <w:t>yeh to, yeh to hone wala tha, aur yeh to law of degeneration jo hai, sab ke liye hota hai, koi is musalman ke liye nahin. ibn khaldun ne likha hai ke "lil-quwam a'maar kama lil-afraad a'maar".</w:t>
      </w:r>
    </w:p>
    <w:p>
      <w:pPr>
        <w:jc w:val="right"/>
      </w:pPr>
      <w:r>
        <w:t>یہ تو، یہ تو ہونے والا تھا، اور یہ تو لاء آف ڈی جنریشن جو ہے، سب کے لیے ہوتا ہے، کوئی اس مسلمان کے لیے نہیں۔ ابن خلدون نے لکھا ہے کہ "للاقوام اعمار کما للافراد اعمار"۔</w:t>
      </w:r>
    </w:p>
    <w:p>
      <w:r>
        <w:rPr>
          <w:b/>
        </w:rPr>
        <w:t xml:space="preserve">[1:26:50] </w:t>
      </w:r>
      <w:r>
        <w:t>jis tarah se afraad jo hain jawan hote hain, phir boodhe hote hain, aisi qaumein bhi jawan hoti hain, boodhi hoti hain, matlab un ka degeneration hota hai.</w:t>
      </w:r>
    </w:p>
    <w:p>
      <w:pPr>
        <w:jc w:val="right"/>
      </w:pPr>
      <w:r>
        <w:t>جس طرح سے افراد جو ہیں جوان ہوتے ہیں، پھر بوڑھے ہوتے ہیں، ایسی قومیں بھی جوان ہوتی ہیں، بوڑھی ہوتی ہیں، مطلب ان کا ڈی جنریشن ہوتا ہے۔</w:t>
      </w:r>
    </w:p>
    <w:p>
      <w:r>
        <w:rPr>
          <w:b/>
        </w:rPr>
        <w:t xml:space="preserve">[1:27:01] </w:t>
      </w:r>
      <w:r>
        <w:t>to musalman aaj kal degenerated lot hai, mein to un ko manta hoon,</w:t>
      </w:r>
    </w:p>
    <w:p>
      <w:pPr>
        <w:jc w:val="right"/>
      </w:pPr>
      <w:r>
        <w:t>تو مسلمان آج کل ڈی جنریٹڈ لاٹ ہے، میں تو ان کو مانتا ہوں،</w:t>
      </w:r>
    </w:p>
    <w:p>
      <w:r>
        <w:rPr>
          <w:b/>
        </w:rPr>
        <w:t xml:space="preserve">[1:27:07] </w:t>
      </w:r>
      <w:r>
        <w:t>mein un ko degeneration ke aakhri hadd par samajhta hoon. in logon ko quran hadith in ka aik business hai, bas is ki spirit kahin maujood nahin hai.</w:t>
      </w:r>
    </w:p>
    <w:p>
      <w:pPr>
        <w:jc w:val="right"/>
      </w:pPr>
      <w:r>
        <w:t>میں ان کو ڈی جنریشن کے آخری حد پر سمجھتا ہوں۔ ان لوگوں کو قرآن و حدیث ان کا ایک بزنس ہے، بس اس کی سپرٹ کہیں موجود نہیں ہے۔</w:t>
      </w:r>
    </w:p>
    <w:p>
      <w:r>
        <w:rPr>
          <w:b/>
        </w:rPr>
        <w:t xml:space="preserve">[1:27:18] </w:t>
      </w:r>
      <w:r>
        <w:t>jis maamle mein dekhiye, jis maamle mein dekhiye, woh quran hadith hate hue hain, woh to daur-e-zawal mein hain, yeh aur aur zawal to har qaum ko aata hai.</w:t>
      </w:r>
    </w:p>
    <w:p>
      <w:pPr>
        <w:jc w:val="right"/>
      </w:pPr>
      <w:r>
        <w:t>جس معاملے میں دیکھیے، جس معاملے میں دیکھیے، وہ قرآن و حدیث ہٹے ہوئے ہیں، وہ تو دور زوال میں ہیں، یہ اور اور زوال تو ہر قوم کو آتا ہے۔</w:t>
      </w:r>
    </w:p>
    <w:p>
      <w:r>
        <w:rPr>
          <w:b/>
        </w:rPr>
        <w:t xml:space="preserve">[1:27:29] </w:t>
      </w:r>
      <w:r>
        <w:t>zawal, daur-e-zawal jo hai, aisa nahin ke musalman exception hain.</w:t>
      </w:r>
    </w:p>
    <w:p>
      <w:pPr>
        <w:jc w:val="right"/>
      </w:pPr>
      <w:r>
        <w:t>زوال، دور زوال جو ہے، ایسا نہیں کہ مسلمان ایکسیپشن ہیں۔</w:t>
      </w:r>
    </w:p>
    <w:p>
      <w:r>
        <w:rPr>
          <w:b/>
        </w:rPr>
        <w:t xml:space="preserve">[1:27:34] </w:t>
      </w:r>
      <w:r>
        <w:t>yeh isaiyon ko zawal aaya, mazhabi mazhabi zawal, yahudiyon ko mazhabi zawal aaya, to musalmanon ko mazhabi zawal aaye ga. to ab hamein jo karna hai, woh hai ke phir se phir se logon ko samjhayein,</w:t>
      </w:r>
    </w:p>
    <w:p>
      <w:pPr>
        <w:jc w:val="right"/>
      </w:pPr>
      <w:r>
        <w:t>یہ عیسائیوں کو زوال آیا، مذہبی مذہبی زوال، یہودوں کو مذہبی زوال آیا، تو مسلمانوں کو مذہبی زوال آئے گا۔ تو اب ہمیں جو کرنا ہے، وہ ہے کہ پھر سے پھر سے لوگوں کو سمجھائیں،</w:t>
      </w:r>
    </w:p>
    <w:p>
      <w:r>
        <w:rPr>
          <w:b/>
        </w:rPr>
        <w:t xml:space="preserve">[1:27:52] </w:t>
      </w:r>
      <w:r>
        <w:t>phir se logon ke zehni ta'ameer karein, jis ko mein kehta hoon "re-engineering of mind".</w:t>
      </w:r>
    </w:p>
    <w:p>
      <w:pPr>
        <w:jc w:val="right"/>
      </w:pPr>
      <w:r>
        <w:t>پھر سے لوگوں کے ذہنی تعمیر کریں، جس کو میں کہتا ہوں "ری انجینئرنگ آف مائنڈ"۔</w:t>
      </w:r>
    </w:p>
    <w:p>
      <w:r>
        <w:rPr>
          <w:b/>
        </w:rPr>
        <w:t xml:space="preserve">[1:28:02] </w:t>
      </w:r>
      <w:r>
        <w:t>jo existing situation hai musalmanon ki, woh to yahi hai, lekin hamesha aisa hota hai ke aap in ko samjha bujha kar ke aik naya insan bana sakte hain.</w:t>
      </w:r>
    </w:p>
    <w:p>
      <w:pPr>
        <w:jc w:val="right"/>
      </w:pPr>
      <w:r>
        <w:t>جو ایگزسٹنگ سچویشن ہے مسلمانوں کی، وہ تو یہی ہے، لیکن ہمیشہ ایسا ہوتا ہے کہ آپ ان کو سمجھا بجھا کر کے ایک نیا انسان بنا سکتے ہیں۔</w:t>
      </w:r>
    </w:p>
    <w:p>
      <w:r>
        <w:rPr>
          <w:b/>
        </w:rPr>
        <w:t xml:space="preserve">[1:28:11] </w:t>
      </w:r>
      <w:r>
        <w:t>jaise maine bataya ke aaj mere paas jo telephone aaya, ke woh aadmi ne kaha ke main sab se nafrat karta tha, meri kitabein padhte padhte ab sab ka woh kharkha ban gaya, sab ko insan samajhne laga.</w:t>
      </w:r>
    </w:p>
    <w:p>
      <w:pPr>
        <w:jc w:val="right"/>
      </w:pPr>
      <w:r>
        <w:t>جیسے میں نے بتایا کہ آج میرے پاس جو ٹیلی فون آیا، کہ وہ آدمی نے کہا کہ میں سب سے نفرت کرتا تھا، میری کتابیں پڑھتے پڑھتے اب سب کا وہ خرخا بن گیا، سب کو انسان سمجھنے لگا۔</w:t>
      </w:r>
    </w:p>
    <w:p>
      <w:r>
        <w:rPr>
          <w:b/>
        </w:rPr>
        <w:t xml:space="preserve">[1:28:23] </w:t>
      </w:r>
      <w:r>
        <w:t>to logon ke zehan ko badlie, logon ke soch ko badlie. yahan se yeh hai "da starting point".</w:t>
      </w:r>
    </w:p>
    <w:p>
      <w:pPr>
        <w:jc w:val="right"/>
      </w:pPr>
      <w:r>
        <w:t>تو لوگوں کے ذہن کو بدلیے، لوگوں کے سوچ کو بدلیے۔ یہاں سے یہ ہے "دا سٹارٹنگ پوائنٹ"۔</w:t>
      </w:r>
    </w:p>
    <w:p>
      <w:r>
        <w:rPr>
          <w:b/>
        </w:rPr>
        <w:t xml:space="preserve">[1:28:34] </w:t>
      </w:r>
      <w:r>
        <w:t>mol</w:t>
      </w:r>
    </w:p>
    <w:p>
      <w:pPr>
        <w:jc w:val="right"/>
      </w:pPr>
      <w:r>
        <w:t>مول</w:t>
      </w:r>
    </w:p>
    <w:p>
      <w:r>
        <w:rPr>
          <w:b/>
        </w:rPr>
        <w:t xml:space="preserve">[1:28:35] </w:t>
      </w:r>
      <w:r>
        <w:t>ana, yeh sawal kiya hai Mr Khwaja Kaleemuddin ne Pennsylvania, USA se. unhon ne likha hai: "Maulana sahib, I would like to share with you a similar invaice attitude of Muslims here in the US a.</w:t>
      </w:r>
    </w:p>
    <w:p>
      <w:pPr>
        <w:jc w:val="right"/>
      </w:pPr>
      <w:r>
        <w:t>انا، یہ سوال کیا ہے مسٹر خواجہ کلیم الدین نے پینسلوینیا، یو ایس اے سے۔ انہوں نے لکھا ہے: "مولانا صاحب، آئی وڈ لائک ٹو شیئر ود یو ا سمیلر انوائز ایٹیٹیوڈ آف مسلمز ہیر ان دا یو ایس اے۔</w:t>
      </w:r>
    </w:p>
    <w:p>
      <w:r>
        <w:rPr>
          <w:b/>
        </w:rPr>
        <w:t xml:space="preserve">[1:28:51] </w:t>
      </w:r>
      <w:r>
        <w:t>Muslims here choose a controversial place for their cultural religious activities.</w:t>
      </w:r>
    </w:p>
    <w:p>
      <w:pPr>
        <w:jc w:val="right"/>
      </w:pPr>
      <w:r>
        <w:t>مسلمز ہیر چوز ا کنٹروورشل پلیس فار دیر کلچرل ریلیجیس ایکٹیویٹیز۔</w:t>
      </w:r>
    </w:p>
    <w:p>
      <w:r>
        <w:rPr>
          <w:b/>
        </w:rPr>
        <w:t xml:space="preserve">[1:28:58] </w:t>
      </w:r>
      <w:r>
        <w:t>according to a study, majority of Americans do not like that center be built at that particular place. The so called Islamophobia increase many folds because of this.</w:t>
      </w:r>
    </w:p>
    <w:p>
      <w:pPr>
        <w:jc w:val="right"/>
      </w:pPr>
      <w:r>
        <w:t>اکارڈنگ ٹو ا سٹڈی، میجورٹی آف امریکنز ڈو ناٹ لائک دیٹ سینٹر بی بلٹ ایٹ دیٹ پرٹیکولر پلیس۔ دا سو کالڈ اسلامو فوبیا انکریز مینی فولڈز بیکاز آف دس۔</w:t>
      </w:r>
    </w:p>
    <w:p>
      <w:r>
        <w:rPr>
          <w:b/>
        </w:rPr>
        <w:t xml:space="preserve">[1:29:12] </w:t>
      </w:r>
      <w:r>
        <w:t>at this point, no noteworthy Muslim leader or Muslim organization is advising the group to build that center away from the controversial place, except you.</w:t>
      </w:r>
    </w:p>
    <w:p>
      <w:pPr>
        <w:jc w:val="right"/>
      </w:pPr>
      <w:r>
        <w:t>ایٹ دس پوائنٹ، نو نوٹ وردی مسلم لیڈر اور مسلم ارگنائزیشن از ایڈوائزنگ دا گروپ ٹو بلٹ دیٹ سینٹر اوے فرام دا کنٹروورشل پلیس، ایکسیپٹ یو۔</w:t>
      </w:r>
    </w:p>
    <w:p>
      <w:r>
        <w:rPr>
          <w:b/>
        </w:rPr>
        <w:t xml:space="preserve">[1:29:25] </w:t>
      </w:r>
      <w:r>
        <w:t>Maulana sahib, my question to you is: what made Muslims of today world over to act counter to the prophetic wisdom and get furious and violent when someone does a critical study of the prophet's life, when they themselves are not acting on his model?</w:t>
      </w:r>
    </w:p>
    <w:p>
      <w:pPr>
        <w:jc w:val="right"/>
      </w:pPr>
      <w:r>
        <w:t>مولانا صاحب، مائی کوئسچن ٹو یو از: واٹ میڈ مسلمز آف ٹوڈے ورلڈ اوور ٹو ایکٹ کاؤنٹر ٹو دا پروفیتک وزڈم اینڈ گیٹ فیوریس اینڈ وائلنٹ وین سم ون ڈز ا کریٹیکل سٹڈی آف دا پرافٹس لائف، وین دے دیم سیلوز آر ناٹ ایکٹنگ ان ہز ماڈل؟</w:t>
      </w:r>
    </w:p>
    <w:p>
      <w:r>
        <w:rPr>
          <w:b/>
        </w:rPr>
        <w:t xml:space="preserve">[1:29:46] </w:t>
      </w:r>
      <w:r>
        <w:t>kindly comment. dekhiye, musalman jo hain, woh qaum Islam par hain, yeh qaumi mazhab par hain, yeh khudai mazhab par nahi hain.</w:t>
      </w:r>
    </w:p>
    <w:p>
      <w:pPr>
        <w:jc w:val="right"/>
      </w:pPr>
      <w:r>
        <w:t>کائنڈلی کمنٹ۔ دیکھیے، مسلمان جو ہیں، وہ قوم اسلام پر ہیں، یہ قومی مذہب پر ہیں، یہ خدائی مذہب پر نہیں ہیں۔</w:t>
      </w:r>
    </w:p>
    <w:p>
      <w:r>
        <w:rPr>
          <w:b/>
        </w:rPr>
        <w:t xml:space="preserve">[1:29:57] </w:t>
      </w:r>
      <w:r>
        <w:t>musalman jo aaj hai, woh sab qaumi mazhab par hain, khudai mazhab par nahi hain. woh to qaumi mazhab kya hai? taassurat pe chalta hai, nafraton pe chalta hai, reaction pe chalta hai.</w:t>
      </w:r>
    </w:p>
    <w:p>
      <w:pPr>
        <w:jc w:val="right"/>
      </w:pPr>
      <w:r>
        <w:t>مسلمان جو آج ہے، وہ سب قومی مذہب پر ہیں، خدائی مذہب پر نہیں ہیں۔ وہ تو قومی مذہب کیا ہے؟ تاثرات پہ چلتا ہے، نفرتوں پہ چلتا ہے، ری ایکشن پہ چلتا ہے۔</w:t>
      </w:r>
    </w:p>
    <w:p>
      <w:r>
        <w:rPr>
          <w:b/>
        </w:rPr>
        <w:t xml:space="preserve">[1:30:10] </w:t>
      </w:r>
      <w:r>
        <w:t>to musalmanon ne yani agar Islam par chalte hote, woh to un ke haan dawat ka concept hota. dawat ke concept mein kya hota hai?</w:t>
      </w:r>
    </w:p>
    <w:p>
      <w:pPr>
        <w:jc w:val="right"/>
      </w:pPr>
      <w:r>
        <w:t>تو مسلمانوں نے یعنی اگر اسلام پر چلتے ہوتے، وہ تو ان کے ہاں دعوت کا کانسیپٹ ہوتا۔ دعوت کے کانسیپٹ میں کیا ہوتا ہے؟</w:t>
      </w:r>
    </w:p>
    <w:p>
      <w:r>
        <w:rPr>
          <w:b/>
        </w:rPr>
        <w:t xml:space="preserve">[1:30:19] </w:t>
      </w:r>
      <w:r>
        <w:t>ke sari dunya ko aap ko yeksan taur par insan samajhna parta hai,</w:t>
      </w:r>
    </w:p>
    <w:p>
      <w:pPr>
        <w:jc w:val="right"/>
      </w:pPr>
      <w:r>
        <w:t>کہ ساری دنیا کو آپ کو یکساں طور پر انسان سمجھنا پڑتا ہے،</w:t>
      </w:r>
    </w:p>
    <w:p>
      <w:r>
        <w:rPr>
          <w:b/>
        </w:rPr>
        <w:t xml:space="preserve">[1:30:25] </w:t>
      </w:r>
      <w:r>
        <w:t>sab ko insan samajhna, sab ka khair khwah hona, chahe woh aap ke sath zulm karein, tab bhi</w:t>
      </w:r>
    </w:p>
    <w:p>
      <w:pPr>
        <w:jc w:val="right"/>
      </w:pPr>
      <w:r>
        <w:t>سب کو انسان سمجھنا، سب کا خیر خواہ ہونا، چاہے وہ آپ کے ساتھ ظلم کریں، تب بھی</w:t>
      </w:r>
    </w:p>
    <w:p>
      <w:r>
        <w:rPr>
          <w:b/>
        </w:rPr>
        <w:t xml:space="preserve">[1:30:38] </w:t>
      </w:r>
      <w:r>
        <w:t>yeh hai Islam ki taleem. Quran mein likha hua hai: "yeh words barna alama yani chahe tum eza rasani karo, hum sabri karenge</w:t>
      </w:r>
    </w:p>
    <w:p>
      <w:pPr>
        <w:jc w:val="right"/>
      </w:pPr>
      <w:r>
        <w:t>یہ ہے اسلام کی تعلیم۔ قرآن میں لکھا ہوا ہے: "یہ ورڈس برنا علامہ یعنی چاہے تم ایذا رسانی کرو، ہم صبری کریں گے</w:t>
      </w:r>
    </w:p>
    <w:p>
      <w:r>
        <w:rPr>
          <w:b/>
        </w:rPr>
        <w:t xml:space="preserve">[1:30:51] </w:t>
      </w:r>
      <w:r>
        <w:t>, chahe tum hamare khilaf karwai karo, hum tumhare khair khwah bane rahenge." yeh hai daai ka culture. to musalmanon mein dawat uth gayi hai, dawat to hai nahi.</w:t>
      </w:r>
    </w:p>
    <w:p>
      <w:pPr>
        <w:jc w:val="right"/>
      </w:pPr>
      <w:r>
        <w:t>، چاہے تم ہمارے خلاف کارروائی کرو، ہم تمہارے خیر خواہ بنے رہیں گے۔" یہ ہے داعی کا کلچر۔ تو مسلمانوں میں دعوت اٹھ گئی ہے، دعوت تو ہے نہیں۔</w:t>
      </w:r>
    </w:p>
    <w:p>
      <w:r>
        <w:rPr>
          <w:b/>
        </w:rPr>
        <w:t xml:space="preserve">[1:31:02] </w:t>
      </w:r>
      <w:r>
        <w:t>agar dawat hoti, sari dunya un ko madu nazar aati hai, sari dunya un ko insan nazar aati hai. insan friendly behaviour banta hai, sahi Islami mizaj agar ho to insan friendly behaviour.</w:t>
      </w:r>
    </w:p>
    <w:p>
      <w:pPr>
        <w:jc w:val="right"/>
      </w:pPr>
      <w:r>
        <w:t>اگر دعوت ہوتی، ساری دنیا ان کو مدعو نظر آتی ہے، ساری دنیا ان کو انسان نظر آتی ہے۔ انسان فرینڈلی بیہیویئر بنتا ہے، صحیح اسلامی مزاج اگر ہو تو انسان فرینڈلی بیہیویئر۔</w:t>
      </w:r>
    </w:p>
    <w:p>
      <w:r>
        <w:rPr>
          <w:b/>
        </w:rPr>
        <w:t xml:space="preserve">[1:31:19] </w:t>
      </w:r>
      <w:r>
        <w:t>ab kya hai? in friendly behaviour bana hua hai, kyunke Islam par hai hi nahi. musalman yaad rakhiye, masjidon mein agar aap dekhein ke namazi aa rahe hain, ja rahe hain, is ka matlab nahi ke Islam zinda hai.</w:t>
      </w:r>
    </w:p>
    <w:p>
      <w:pPr>
        <w:jc w:val="right"/>
      </w:pPr>
      <w:r>
        <w:t>اب کیا ہے؟ ان فرینڈلی بیہیویئر بنا ہوا ہے، کیونکہ اسلام پر ہے ہی نہیں۔ مسلمان یاد رکھیے، مسجدوں میں اگر آپ دیکھیں کہ نمازی آ رہے ہیں، جا رہے ہیں، اس کا مطلب نہیں کہ اسلام زندہ ہے۔</w:t>
      </w:r>
    </w:p>
    <w:p>
      <w:r>
        <w:rPr>
          <w:b/>
        </w:rPr>
        <w:t xml:space="preserve">[1:31:31] </w:t>
      </w:r>
      <w:r>
        <w:t>street zinda hai to Islam zinda hai. shaklein jo idhar udhar dekhte hain, aap is is se nahi sabit hota ke Islam zinda hai.</w:t>
      </w:r>
    </w:p>
    <w:p>
      <w:pPr>
        <w:jc w:val="right"/>
      </w:pPr>
      <w:r>
        <w:t>اسٹریٹ زندہ ہے تو اسلام زندہ ہے۔ شکلیں جو ادھر ادھر دیکھتے ہیں، آپ اس اس سے نہیں ثابت ہوتا کہ اسلام زندہ ہے۔</w:t>
      </w:r>
    </w:p>
    <w:p>
      <w:r>
        <w:rPr>
          <w:b/>
        </w:rPr>
        <w:t xml:space="preserve">[1:31:41] </w:t>
      </w:r>
      <w:r>
        <w:t>Islam to na to yani jahan jahan bhi jihad ho raha hai, woh kya Islam? woh to ladaiyan ho rahi hain</w:t>
      </w:r>
    </w:p>
    <w:p>
      <w:pPr>
        <w:jc w:val="right"/>
      </w:pPr>
      <w:r>
        <w:t>اسلام تو نہ تو یعنی جہاں جہاں بھی جہاد ہو رہا ہے، وہ کیا اسلام؟ وہ تو لڑائیاں ہو رہی ہیں</w:t>
      </w:r>
    </w:p>
    <w:p>
      <w:r>
        <w:rPr>
          <w:b/>
        </w:rPr>
        <w:t xml:space="preserve">[1:31:48] </w:t>
      </w:r>
      <w:r>
        <w:t>, woh jihad nahi hai, woh qaumi ladai ho rahi hai. to asal cheez dekhiye, yeh hai ke hamare haan jo islahi kaam hai, woh hua hi nahi.</w:t>
      </w:r>
    </w:p>
    <w:p>
      <w:pPr>
        <w:jc w:val="right"/>
      </w:pPr>
      <w:r>
        <w:t>، وہ جہاد نہیں ہے، وہ قومی لڑائی ہو رہی ہے۔ تو اصل چیز دیکھیے، یہ ہے کہ ہمارے ہاں جو اصلاحی کام ہے، وہ ہوا ہی نہیں۔</w:t>
      </w:r>
    </w:p>
    <w:p>
      <w:r>
        <w:rPr>
          <w:b/>
        </w:rPr>
        <w:t xml:space="preserve">[1:32:01] </w:t>
      </w:r>
      <w:r>
        <w:t>yani yeh to hona hi tha ke tha ke musalman jo hain, un ka degeneration ho, un ka zawal aa jaye, un ke upar yeh to hona hi hona tha. ab is ke baad kya karna tha?</w:t>
      </w:r>
    </w:p>
    <w:p>
      <w:pPr>
        <w:jc w:val="right"/>
      </w:pPr>
      <w:r>
        <w:t>یعنی یہ تو ہونا ہی تھا کہ تھا کہ مسلمان جو ہیں، ان کا ڈی جنریشن ہو، ان کا زوال آ جائے، ان کے اوپر یہ تو ہونا ہی ہونا تھا۔ اب اس کے بعد کیا کرنا تھا؟</w:t>
      </w:r>
    </w:p>
    <w:p>
      <w:r>
        <w:rPr>
          <w:b/>
        </w:rPr>
        <w:t xml:space="preserve">[1:32:11] </w:t>
      </w:r>
      <w:r>
        <w:t>woh tha ke phir se logon ke zehan ko badalna, phir se soch ko badalna, phir se un ke andar jo kehte hain, ahyae millat karna, woh woh kaam hi nahi hua.</w:t>
      </w:r>
    </w:p>
    <w:p>
      <w:pPr>
        <w:jc w:val="right"/>
      </w:pPr>
      <w:r>
        <w:t>وہ تھا کہ پھر سے لوگوں کے ذہن کو بدلنا، پھر سے سوچ کو بدلنا، پھر سے ان کے اندر جو کہتے ہیں، احیائے ملت کرنا، وہ وہ کام ہی نہیں ہوا۔</w:t>
      </w:r>
    </w:p>
    <w:p>
      <w:r>
        <w:rPr>
          <w:b/>
        </w:rPr>
        <w:t xml:space="preserve">[1:32:22] </w:t>
      </w:r>
      <w:r>
        <w:t>har aadmi jihad karne khada ho gaya, ladai bhadai ke liye khada ho gaya. jitne bhi so called reformer hamare haan hain, woh woh ladai bhadai wale reformer hain.</w:t>
      </w:r>
    </w:p>
    <w:p>
      <w:pPr>
        <w:jc w:val="right"/>
      </w:pPr>
      <w:r>
        <w:t>ہر آدمی جہاد کرنے کھڑا ہو گیا، لڑائی بھڑائی کے لیے کھڑا ہو گیا۔ جتنے بھی سو کالڈ ریفارمر ہمارے ہاں ہیں، وہ وہ لڑائی بھڑائی والے ریفارمر ہیں۔</w:t>
      </w:r>
    </w:p>
    <w:p>
      <w:r>
        <w:rPr>
          <w:b/>
        </w:rPr>
        <w:t xml:space="preserve">[1:32:33] </w:t>
      </w:r>
      <w:r>
        <w:t>zehan ki islaah karne wala kaun hai?</w:t>
      </w:r>
    </w:p>
    <w:p>
      <w:pPr>
        <w:jc w:val="right"/>
      </w:pPr>
      <w:r>
        <w:t>ذہن کی اصلاح کرنے والا کون ہے؟</w:t>
      </w:r>
    </w:p>
    <w:p>
      <w:r>
        <w:rPr>
          <w:b/>
        </w:rPr>
        <w:t xml:space="preserve">[1:32:36] </w:t>
      </w:r>
      <w:r>
        <w:t>jaise mein ne misaal di aap ko ke qadiyaniyon ya ahmadion ke khilaaf aik hangama khara kar diya logon ne. kisi ne kaha ke maro in ko, kaha qatal karo in ko, in ko kaafir banao.</w:t>
      </w:r>
    </w:p>
    <w:p>
      <w:pPr>
        <w:jc w:val="right"/>
      </w:pPr>
      <w:r>
        <w:t>جیسے میں نے مثال دی آپ کو کہ قادیانیوں یا احمدیوں کے خلاف ایک ہنگامہ کھڑا کر دیا لوگوں نے۔ کسی نے کہا کہ مارو ان کو، کہا قتل کرو ان کو، ان کو کافر بناؤ۔</w:t>
      </w:r>
    </w:p>
    <w:p>
      <w:r>
        <w:rPr>
          <w:b/>
        </w:rPr>
        <w:t xml:space="preserve">[1:32:46] </w:t>
      </w:r>
      <w:r>
        <w:t>aik bhi mujhe bata diya, koi shakhs jo un ki islaah ke liye tarpa ho, jo un ki hidayat ke liye roya ho, jo un ke un ke haan ja kar ke un ki bastiyon mein samjha ho ke un ke nazariyaat kya hain, aur phir un ki un ki taleem ki ho, yeh to koi aik bhi shakhs nahin.</w:t>
      </w:r>
    </w:p>
    <w:p>
      <w:pPr>
        <w:jc w:val="right"/>
      </w:pPr>
      <w:r>
        <w:t>ایک بھی مجھے بتا دیا، کوئی شخص جو ان کی اصلاح کے لیے تڑپا ہو، جو ان کی ہدایت کے لیے رویا ہو، جو ان کے ان کے ہاں جا کر کے ان کی بستیوں میں سمجھا ہو کہ ان کے نظریات کیا ہیں، اور پھر ان کی ان کی تعلیم کی ہو، یہ تو کوئی ایک بھی شخص نہیں۔</w:t>
      </w:r>
    </w:p>
    <w:p>
      <w:r>
        <w:rPr>
          <w:b/>
        </w:rPr>
        <w:t xml:space="preserve">[1:33:04] </w:t>
      </w:r>
      <w:r>
        <w:t>to jo cheez leak kar rahi hai, woh hai sachay muslehīn. woh musalmanon mein jo girawat aai, woh to honi honi thi, lekin is ke baad jo muslehīn uthne chahiye thay, woh muslehīn nahin uthay.</w:t>
      </w:r>
    </w:p>
    <w:p>
      <w:pPr>
        <w:jc w:val="right"/>
      </w:pPr>
      <w:r>
        <w:t>تو جو چیز لیک کر رہی ہے، وہ ہے سچے مصلحین۔ وہ مسلمانوں میں جو گراوٹ آئی، وہ تو ہونی ہونی تھی، لیکن اس کے بعد جو مصلحین اٹھنے چاہیے تھے، وہ مصلحین نہیں اٹھے۔</w:t>
      </w:r>
    </w:p>
    <w:p>
      <w:r>
        <w:rPr>
          <w:b/>
        </w:rPr>
        <w:t xml:space="preserve">[1:33:16] </w:t>
      </w:r>
      <w:r>
        <w:t>jo uthay, woh sab laraai bhirāi walay thay. yaani hamaray is mission ko agar aap alag kar dijiye to koi uthay nahin. koi islaahi tehreek musalmanon mein, sab woh jihadi tehreek, takraao ki tehreek, laraai ki tehreek uthi.</w:t>
      </w:r>
    </w:p>
    <w:p>
      <w:pPr>
        <w:jc w:val="right"/>
      </w:pPr>
      <w:r>
        <w:t>جو اٹھے، وہ سب لڑائی بھڑائی والے تھے۔ یعنی ہمارے اس مشن کو اگر آپ الگ کر دیجئے تو کوئی اٹھے نہیں۔ کوئی اصلاحی تحریک مسلمانوں میں، سب وہ جہادی تحریک، ٹکراؤ کی تحریک، لڑائی کی تحریک اٹھی۔</w:t>
      </w:r>
    </w:p>
    <w:p>
      <w:r>
        <w:rPr>
          <w:b/>
        </w:rPr>
        <w:t xml:space="preserve">[1:33:29] </w:t>
      </w:r>
      <w:r>
        <w:t>to musalmanon ko jab aap ne soch hi nahin di, to sochen kaise? woh</w:t>
      </w:r>
    </w:p>
    <w:p>
      <w:pPr>
        <w:jc w:val="right"/>
      </w:pPr>
      <w:r>
        <w:t>تو مسلمانوں کو جب آپ نے سوچ ہی نہیں دی، تو سوچیں کیسے؟ وہ</w:t>
      </w:r>
    </w:p>
    <w:p>
      <w:r>
        <w:rPr>
          <w:b/>
        </w:rPr>
        <w:t xml:space="preserve">[1:33:36] </w:t>
      </w:r>
      <w:r>
        <w:t>aik bhi shakhs mujhe bata dijiye, hamaray is mission ke bahir jinhon ne musalmanon ko sachay ma'non mein yaani islaah karne ki koshish ki ho, jis ko dekhiye, wohi laraai bhirāi ki baatein karta hai.</w:t>
      </w:r>
    </w:p>
    <w:p>
      <w:pPr>
        <w:jc w:val="right"/>
      </w:pPr>
      <w:r>
        <w:t>ایک بھی شخص مجھے بتا دیجئے، ہمارے اس مشن کے باہر جنہوں نے مسلمانوں کو سچے معنوں میں یعنی اصلاح کرنے کی کوشش کی ہو، جس کو دیکھیے، وہی لڑائی بھڑائی کی باتیں کرتا ہے۔</w:t>
      </w:r>
    </w:p>
    <w:p>
      <w:r>
        <w:rPr>
          <w:b/>
        </w:rPr>
        <w:t xml:space="preserve">[1:33:50] </w:t>
      </w:r>
      <w:r>
        <w:t>to asal cheez jo leak kar rahi hai, woh sachay muslehīn hain. sachay muslehīn nahin hain to yeh ahwaal musalmanon ka ho raha hai.</w:t>
      </w:r>
    </w:p>
    <w:p>
      <w:pPr>
        <w:jc w:val="right"/>
      </w:pPr>
      <w:r>
        <w:t>تو اصل چیز جو لیک کر رہی ہے، وہ سچے مصلحین ہیں۔ سچے مصلحین نہیں ہیں تو یہ احوال مسلمانوں کا ہو رہا ہے۔</w:t>
      </w:r>
    </w:p>
    <w:p>
      <w:r>
        <w:rPr>
          <w:b/>
        </w:rPr>
        <w:t xml:space="preserve">[1:34:01] </w:t>
      </w:r>
      <w:r>
        <w:t>maulana, yeh sawal kiya hai miss abida ne nai dilli se</w:t>
      </w:r>
    </w:p>
    <w:p>
      <w:pPr>
        <w:jc w:val="right"/>
      </w:pPr>
      <w:r>
        <w:t>مولانا، یہ سوال کیا ہے مس عابدہ نے نئی دلی سے</w:t>
      </w:r>
    </w:p>
    <w:p>
      <w:r>
        <w:rPr>
          <w:b/>
        </w:rPr>
        <w:t xml:space="preserve">[1:34:05] </w:t>
      </w:r>
      <w:r>
        <w:t>. unhon ne poocha hai: "kya shohar maap bhai behan marne walay ki maghfirat ke liye tilawat quran kar ke eisal sawab pohncha sakta hai?</w:t>
      </w:r>
    </w:p>
    <w:p>
      <w:pPr>
        <w:jc w:val="right"/>
      </w:pPr>
      <w:r>
        <w:t>۔ انہوں نے پوچھا ہے: "کیا شوہر ماں باپ بھائی بہن مرنے والے کی مغفرت کے لیے تلاوت قرآن کر کے ایصال ثواب پہنچا سکتا ہے؟</w:t>
      </w:r>
    </w:p>
    <w:p>
      <w:r>
        <w:rPr>
          <w:b/>
        </w:rPr>
        <w:t xml:space="preserve">[1:34:18] </w:t>
      </w:r>
      <w:r>
        <w:t>is ka sahi tareeqa kya hai?" bhai, to mein abhi jawab de chuka hoon. is ka eisal sawab concept hi ghair islami hai.</w:t>
      </w:r>
    </w:p>
    <w:p>
      <w:pPr>
        <w:jc w:val="right"/>
      </w:pPr>
      <w:r>
        <w:t>اس کا صحیح طریقہ کیا ہے؟" بھائی، تو میں ابھی جواب دے چکا ہوں۔ اس کا ایصال ثواب کانسیپٹ ہی غیر اسلامی ہے۔</w:t>
      </w:r>
    </w:p>
    <w:p>
      <w:r>
        <w:rPr>
          <w:b/>
        </w:rPr>
        <w:t xml:space="preserve">[1:34:29] </w:t>
      </w:r>
      <w:r>
        <w:t>eisal sawab ma'ni sawab pohnchana</w:t>
      </w:r>
    </w:p>
    <w:p>
      <w:pPr>
        <w:jc w:val="right"/>
      </w:pPr>
      <w:r>
        <w:t>ایصال ثواب معنی ثواب پہنچانا</w:t>
      </w:r>
    </w:p>
    <w:p>
      <w:r>
        <w:rPr>
          <w:b/>
        </w:rPr>
        <w:t xml:space="preserve">[1:34:32] </w:t>
      </w:r>
      <w:r>
        <w:t>. yaani amal aap karen aur yeh niyat karen ke yeh mera amal jo hai, is ka sawab pohnch jaye falan shakhs ko. yeh kahin yeh bilkul alien hai Islam mein.</w:t>
      </w:r>
    </w:p>
    <w:p>
      <w:pPr>
        <w:jc w:val="right"/>
      </w:pPr>
      <w:r>
        <w:t>۔ یعنی عمل آپ کریں اور یہ نیت کریں کہ یہ میرا عمل جو ہے، اس کا ثواب پہنچ جائے فلاں شخص کو۔ یہ کہیں یہ بالکل ایلین ہے اسلام میں۔</w:t>
      </w:r>
    </w:p>
    <w:p>
      <w:r>
        <w:rPr>
          <w:b/>
        </w:rPr>
        <w:t xml:space="preserve">[1:34:42] </w:t>
      </w:r>
      <w:r>
        <w:t>kahin bhi quran o hadees mein nahin hai ke kisi aur ka amal kisi aur ko pohnch sakta hai. kuch bhi nahin hai, is ki koi haqeeqat hi nahin hai. is ki jidain bhi eisal sawab ke ke ke jo riwaj hain, hamaray India mein,</w:t>
      </w:r>
    </w:p>
    <w:p>
      <w:pPr>
        <w:jc w:val="right"/>
      </w:pPr>
      <w:r>
        <w:t>کہیں بھی قرآن و حدیث میں نہیں ہے کہ کسی اور کا عمل کسی اور کو پہنچ سکتا ہے۔ کچھ بھی نہیں ہے، اس کی کوئی حقیقت ہی نہیں ہے۔ اس کی جدیں بھی ایصال ثواب کے کے کے جو رواج ہیں، ہمارے انڈیا میں،</w:t>
      </w:r>
    </w:p>
    <w:p>
      <w:r>
        <w:rPr>
          <w:b/>
        </w:rPr>
        <w:t xml:space="preserve">[1:34:58] </w:t>
      </w:r>
      <w:r>
        <w:t>arabon mein to nahin hain. India mein</w:t>
      </w:r>
    </w:p>
    <w:p>
      <w:pPr>
        <w:jc w:val="right"/>
      </w:pPr>
      <w:r>
        <w:t>عربوں میں تو نہیں ہیں۔ انڈیا میں</w:t>
      </w:r>
    </w:p>
    <w:p>
      <w:r>
        <w:rPr>
          <w:b/>
        </w:rPr>
        <w:t xml:space="preserve">[1:35:00] </w:t>
      </w:r>
      <w:r>
        <w:t>sab bilkul base less hain, Islam se is ka koi talluq nahin hai, aur marne walay ko is se kuch bhi faida nahin pohnchta, one percent bhi nahin.</w:t>
      </w:r>
    </w:p>
    <w:p>
      <w:pPr>
        <w:jc w:val="right"/>
      </w:pPr>
      <w:r>
        <w:t>سب بالکل بیس لیس ہیں، اسلام سے اس کا کوئی تعلق نہیں ہے، اور مرنے والے کو اس سے کچھ بھی فائدہ نہیں پہنچتا، ون پرسنٹ بھی نہیں۔</w:t>
      </w:r>
    </w:p>
    <w:p>
      <w:r>
        <w:rPr>
          <w:b/>
        </w:rPr>
        <w:t xml:space="preserve">[1:35:10] </w:t>
      </w:r>
      <w:r>
        <w:t>yeh yeh concept Islam mein ajnabi hai. amal koi kare, sawab kisi aur ko mil jaye.</w:t>
      </w:r>
    </w:p>
    <w:p>
      <w:pPr>
        <w:jc w:val="right"/>
      </w:pPr>
      <w:r>
        <w:t>یہ یہ کانسیپٹ اسلام میں اجنبی ہے۔ عمل کوئی کرے، ثواب کسی اور کو مل جائے۔</w:t>
      </w:r>
    </w:p>
    <w:p>
      <w:r>
        <w:rPr>
          <w:b/>
        </w:rPr>
        <w:t xml:space="preserve">[1:35:20] </w:t>
      </w:r>
      <w:r>
        <w:t>saaf saaf quran mein hai ke "laisa lilinsani illa ma sa" . khud aadmi ne jo kuch kiya hoga</w:t>
      </w:r>
    </w:p>
    <w:p>
      <w:pPr>
        <w:jc w:val="right"/>
      </w:pPr>
      <w:r>
        <w:t>صاف صاف قرآن میں ہے کہ "لیس للانسان الا ما صا"۔ خود آدمی نے جو کچھ کیا ہوگا</w:t>
      </w:r>
    </w:p>
    <w:p>
      <w:r>
        <w:rPr>
          <w:b/>
        </w:rPr>
        <w:t xml:space="preserve">[1:35:27] </w:t>
      </w:r>
      <w:r>
        <w:t>marne se pehle, bas wohi is ka amal hai, wohi is ke kaam aayega marne ke baad. kisi aur ka amal marne ke baad is ke kaam aanay wala nahin hai.</w:t>
      </w:r>
    </w:p>
    <w:p>
      <w:pPr>
        <w:jc w:val="right"/>
      </w:pPr>
      <w:r>
        <w:t>مرنے سے پہلے، بس وہی اس کا عمل ہے، وہی اس کے کام آئے گا مرنے کے بعد۔ کسی اور کا عمل مرنے کے بعد اس کے کام آنے والا نہیں ہے۔</w:t>
      </w:r>
    </w:p>
    <w:p>
      <w:r>
        <w:rPr>
          <w:b/>
        </w:rPr>
        <w:t xml:space="preserve">[1:35:42] </w:t>
      </w:r>
      <w:r>
        <w:t>maulana, aik sawal aur poocha gaya hai dilli se. likhne walay ne apna naam nahin diya hai. poocha hai ke "we feel we must accept lucknow high court verdict.</w:t>
      </w:r>
    </w:p>
    <w:p>
      <w:pPr>
        <w:jc w:val="right"/>
      </w:pPr>
      <w:r>
        <w:t>مولانا، ایک سوال اور پوچھا گیا ہے دلی سے۔ لکھنے والے نے اپنا نام نہیں دیا ہے۔ پوچھا ہے کہ "وی فیل وی مسٹ ایکسیپٹ لکھنو ہائی کورٹ ورڈکٹ۔</w:t>
      </w:r>
    </w:p>
    <w:p>
      <w:r>
        <w:rPr>
          <w:b/>
        </w:rPr>
        <w:t xml:space="preserve">[1:35:54] </w:t>
      </w:r>
      <w:r>
        <w:t>what is your opinion?</w:t>
      </w:r>
    </w:p>
    <w:p>
      <w:pPr>
        <w:jc w:val="right"/>
      </w:pPr>
      <w:r>
        <w:t>واٹ از یور اوپینین؟</w:t>
      </w:r>
    </w:p>
    <w:p>
      <w:r>
        <w:rPr>
          <w:b/>
        </w:rPr>
        <w:t xml:space="preserve">[1:35:56] </w:t>
      </w:r>
      <w:r>
        <w:t>how can we compel waqf board for not going for appeal? should a mosque be rebuilt at joining to ram mandir?" kindly comment.</w:t>
      </w:r>
    </w:p>
    <w:p>
      <w:pPr>
        <w:jc w:val="right"/>
      </w:pPr>
      <w:r>
        <w:t>ہاؤ کین وی کمپیل وقف بورڈ فار ناٹ گوئنگ فار اپیل؟ شوڈ ا مسک بی ری بلٹ ایٹ جوائننگ ٹو رام مندر؟" کائنڈلی کمنٹ۔</w:t>
      </w:r>
    </w:p>
    <w:p>
      <w:r>
        <w:rPr>
          <w:b/>
        </w:rPr>
        <w:t xml:space="preserve">[1:36:07] </w:t>
      </w:r>
      <w:r>
        <w:t>dekhiye, aaj kal jo rujhan hai musalmanon ka hai, woh kya hai? musalmanon ka nahin, so called leaderon ka ke hum supreme court bajayen ge. yeh bilkul stepped baat hai, stepped.</w:t>
      </w:r>
    </w:p>
    <w:p>
      <w:pPr>
        <w:jc w:val="right"/>
      </w:pPr>
      <w:r>
        <w:t>دیکھیے، آج کل جو رجحان ہے مسلمانوں کا ہے، وہ کیا ہے؟ مسلمانوں کا نہیں، سو کالڈ لیڈروں کا کہ ہم سپریم کورٹ بجائیں گے۔ یہ بالکل اسٹیپڈ بات ہے، اسٹیپڈ۔</w:t>
      </w:r>
    </w:p>
    <w:p>
      <w:r>
        <w:rPr>
          <w:b/>
        </w:rPr>
        <w:t xml:space="preserve">[1:36:21] </w:t>
      </w:r>
      <w:r>
        <w:t>yaani agar abhi jo judgment aaya hai, is ko musalman samajhte hain ke musalmanon ke ke sath insaaf nahin hua hai, aur aur chahte hain ke supreme court bajayen.</w:t>
      </w:r>
    </w:p>
    <w:p>
      <w:pPr>
        <w:jc w:val="right"/>
      </w:pPr>
      <w:r>
        <w:t>یعنی اگر ابھی جو ججمنٹ آیا ہے، اس کو مسلمان سمجھتے ہیں کہ مسلمانوں کے کے ساتھ انصاف نہیں ہوا ہے، اور اور چاہتے ہیں کہ سپریم کورٹ بجائیں۔</w:t>
      </w:r>
    </w:p>
    <w:p>
      <w:r>
        <w:rPr>
          <w:b/>
        </w:rPr>
        <w:t xml:space="preserve">[1:36:36] </w:t>
      </w:r>
      <w:r>
        <w:t>jaise suppose supreme court ka ka judgment aik dam musalmanon ke haq mein ho jaye. suppose is judgment supreme court kar de ke woh jo zameen hai, woh saari ki saari musalmanon ko de di jaye.</w:t>
      </w:r>
    </w:p>
    <w:p>
      <w:pPr>
        <w:jc w:val="right"/>
      </w:pPr>
      <w:r>
        <w:t>جیسے سپوز سپریم کورٹ کا کا ججمنٹ ایک دم مسلمانوں کے حق میں ہو جائے۔ سپوز اس ججمنٹ سپریم کورٹ کر دے کہ وہ جو زمین ہے، وہ ساری کی ساری مسلمانوں کو دے دی جائے۔</w:t>
      </w:r>
    </w:p>
    <w:p>
      <w:r>
        <w:rPr>
          <w:b/>
        </w:rPr>
        <w:t xml:space="preserve">[1:36:50] </w:t>
      </w:r>
      <w:r>
        <w:t>farz kijiye,</w:t>
      </w:r>
    </w:p>
    <w:p>
      <w:pPr>
        <w:jc w:val="right"/>
      </w:pPr>
      <w:r>
        <w:t>فرض کیجئے،</w:t>
      </w:r>
    </w:p>
    <w:p>
      <w:r>
        <w:rPr>
          <w:b/>
        </w:rPr>
        <w:t xml:space="preserve">[1:36:51] </w:t>
      </w:r>
      <w:r>
        <w:t>to aap samajhte hain ke aisa ho jayega?</w:t>
      </w:r>
    </w:p>
    <w:p>
      <w:pPr>
        <w:jc w:val="right"/>
      </w:pPr>
      <w:r>
        <w:t>تو آپ سمجھتے ہیں کہ ایسا ہو جائے گا؟</w:t>
      </w:r>
    </w:p>
    <w:p>
      <w:r>
        <w:rPr>
          <w:b/>
        </w:rPr>
        <w:t xml:space="preserve">[1:36:56] </w:t>
      </w:r>
      <w:r>
        <w:t>musalmanon ne 1985 mein isi mulk mein shabanon ke muamle mein jo kiya, woh bhool gaye.</w:t>
      </w:r>
    </w:p>
    <w:p>
      <w:pPr>
        <w:jc w:val="right"/>
      </w:pPr>
      <w:r>
        <w:t>مسلمانوں نے 1985 میں اسی ملک میں شعبانوں کے معاملے میں جو کیا، وہ بھول گئے۔</w:t>
      </w:r>
    </w:p>
    <w:p>
      <w:r>
        <w:rPr>
          <w:b/>
        </w:rPr>
        <w:t xml:space="preserve">[1:37:07] </w:t>
      </w:r>
      <w:r>
        <w:t>woh shabanon ke case jo tha, supreme court ne judgment diya apna, supreme court ne, aur saare musalmanon ke khilaaf khade hue, uth ke kaha ke hum nahi mante is ko,</w:t>
      </w:r>
    </w:p>
    <w:p>
      <w:pPr>
        <w:jc w:val="right"/>
      </w:pPr>
      <w:r>
        <w:t>وہ شعبانوں کے کیس جو تھا، سپریم کورٹ نے ججمنٹ دیا اپنا، سپریم کورٹ نے، اور سارے مسلمانوں کے خلاف کھڑے ہوئے، اٹھ کے کہا کہ ہم نہیں مانتے اس کو،</w:t>
      </w:r>
    </w:p>
    <w:p>
      <w:r>
        <w:rPr>
          <w:b/>
        </w:rPr>
        <w:t xml:space="preserve">[1:37:20] </w:t>
      </w:r>
      <w:r>
        <w:t>radd kar diya is faisle ko. to jo musalmanon ne kiya, woh hindu ke yaani hindu ko is ka haq nahi hai. agar musalman samajhte hain ke hamara right hai ke hum supreme court ke faisle ko na manen, to aap kya aap samajhte hain ke hindu ka right nahi hai?</w:t>
      </w:r>
    </w:p>
    <w:p>
      <w:pPr>
        <w:jc w:val="right"/>
      </w:pPr>
      <w:r>
        <w:t>رد کر دیا اس فیصلے کو۔ تو جو مسلمانوں نے کیا، وہ ہندو کے یعنی ہندو کو اس کا حق نہیں ہے۔ اگر مسلمان سمجھتے ہیں کہ ہمارا رائٹ ہے کہ ہم سپریم کورٹ کے فیصلے کو نہ مانیں، تو آپ کیا آپ سمجھتے ہیں کہ ہندو کا رائٹ نہیں ہے؟</w:t>
      </w:r>
    </w:p>
    <w:p>
      <w:r>
        <w:rPr>
          <w:b/>
        </w:rPr>
        <w:t xml:space="preserve">[1:37:35] </w:t>
      </w:r>
      <w:r>
        <w:t>yeh to suppose supreme court faisla de de aap ke haq mein, tab bhi woh chalne wala nahi hai. to hindu committee khadi ho jayegi ke hum nahi mante, jaise ke aap khade hue shabanon ke muamle mein.</w:t>
      </w:r>
    </w:p>
    <w:p>
      <w:pPr>
        <w:jc w:val="right"/>
      </w:pPr>
      <w:r>
        <w:t>یہ تو سپوز سپریم کورٹ فیصلہ دے دے آپ کے حق میں، تب بھی وہ چلنے والا نہیں ہے۔ تو ہندو کمیٹی کھڑی ہو جائے گی کہ ہم نہیں مانتے، جیسے کہ آپ کھڑے ہوئے شعبانوں کے معاملے میں۔</w:t>
      </w:r>
    </w:p>
    <w:p>
      <w:r>
        <w:rPr>
          <w:b/>
        </w:rPr>
        <w:t xml:space="preserve">[1:37:48] </w:t>
      </w:r>
      <w:r>
        <w:t>yeh sab bilkul stepped baaten hain, ahmaqana baaten hain, kuch nahi. aap is ko full stop lagaiye, koi kaam mat lagaiye.</w:t>
      </w:r>
    </w:p>
    <w:p>
      <w:pPr>
        <w:jc w:val="right"/>
      </w:pPr>
      <w:r>
        <w:t>یہ سب بالکل اسٹیپڈ باتیں ہیں، احمقانہ باتیں ہیں، کچھ نہیں۔ آپ اس کو فل سٹاپ لگائیے، کوئی کام مت لگائیے۔</w:t>
      </w:r>
    </w:p>
    <w:p>
      <w:r>
        <w:rPr>
          <w:b/>
        </w:rPr>
        <w:t xml:space="preserve">[1:37:59] </w:t>
      </w:r>
      <w:r>
        <w:t>jo log yeh kehte hain ke out of court is ko decide kiya jaye, dono committee mil kar ke, woh is baat se ke aap phir kaam laga rahe hain.</w:t>
      </w:r>
    </w:p>
    <w:p>
      <w:pPr>
        <w:jc w:val="right"/>
      </w:pPr>
      <w:r>
        <w:t>جو لوگ یہ کہتے ہیں کہ آؤٹ آف کورٹ اس کو ڈیسائیڈ کیا جائے، دونوں کمیٹی مل کر کے، وہ اس بات سے کہ آپ پھر کام لگا رہے ہیں۔</w:t>
      </w:r>
    </w:p>
    <w:p>
      <w:r>
        <w:rPr>
          <w:b/>
        </w:rPr>
        <w:t xml:space="preserve">[1:38:09] </w:t>
      </w:r>
      <w:r>
        <w:t>jo yeh kehte hain ke supreme court mein hum jayen, is ka matlab woh kaam laga rahe hain.</w:t>
      </w:r>
    </w:p>
    <w:p>
      <w:pPr>
        <w:jc w:val="right"/>
      </w:pPr>
      <w:r>
        <w:t>جو یہ کہتے ہیں کہ سپریم کورٹ میں ہم جائیں، اس کا مطلب وہ کام لگا رہے ہیں۔</w:t>
      </w:r>
    </w:p>
    <w:p>
      <w:r>
        <w:rPr>
          <w:b/>
        </w:rPr>
        <w:t xml:space="preserve">[1:38:14] </w:t>
      </w:r>
      <w:r>
        <w:t>main ne bar bar yeh kaha hai ke is mein kaam lagayenge to lagta hi rahega kaam, forever. aap full stop lagaiye, kahin na kahin rok dijiye. bas to ab jo ab jo sahi stand musalmanon ka hona chahiye, woh yeh hona chahiye ke court ke jo bhi faisle hote hain,</w:t>
      </w:r>
    </w:p>
    <w:p>
      <w:pPr>
        <w:jc w:val="right"/>
      </w:pPr>
      <w:r>
        <w:t>میں نے بار بار یہ کہا ہے کہ اس میں کام لگائیں گے تو لگتا ہی رہے گا کام، فار ایور۔ آپ فل سٹاپ لگائیے، کہیں نہ کہیں روک دیجئے۔ بس تو اب جو اب جو صحیح سٹینڈ مسلمانوں کا ہونا چاہیے، وہ یہ ہونا چاہیے کہ کورٹ کے جو بھی فیصلے ہوتے ہیں،</w:t>
      </w:r>
    </w:p>
    <w:p>
      <w:r>
        <w:rPr>
          <w:b/>
        </w:rPr>
        <w:t xml:space="preserve">[1:38:32] </w:t>
      </w:r>
      <w:r>
        <w:t>us ko implement karne ki zimmedari hoti hai government ki, administration ki.</w:t>
      </w:r>
    </w:p>
    <w:p>
      <w:pPr>
        <w:jc w:val="right"/>
      </w:pPr>
      <w:r>
        <w:t>اس کو امپلیمنٹ کرنے کی ذمہ داری ہوتی ہے گورنمنٹ کی، ایڈمنسٹریشن کی۔</w:t>
      </w:r>
    </w:p>
    <w:p>
      <w:r>
        <w:rPr>
          <w:b/>
        </w:rPr>
        <w:t xml:space="preserve">[1:38:37] </w:t>
      </w:r>
      <w:r>
        <w:t>to jo faisla kiya hai court ne, ab ab court ke faisle ke baad ab jo kaam hai, government ka shuru hota hai.</w:t>
      </w:r>
    </w:p>
    <w:p>
      <w:pPr>
        <w:jc w:val="right"/>
      </w:pPr>
      <w:r>
        <w:t>تو جو فیصلہ کیا ہے کورٹ نے، اب اب کورٹ کے فیصلے کے بعد اب جو کام ہے، گورنمنٹ کا شروع ہوتا ہے۔</w:t>
      </w:r>
    </w:p>
    <w:p>
      <w:r>
        <w:rPr>
          <w:b/>
        </w:rPr>
        <w:t xml:space="preserve">[1:38:45] </w:t>
      </w:r>
      <w:r>
        <w:t>government ko implement kare. agar government ke nazdeek faisle mein koi lacuna hai, to us ko clarify karwaye khud government.</w:t>
      </w:r>
    </w:p>
    <w:p>
      <w:pPr>
        <w:jc w:val="right"/>
      </w:pPr>
      <w:r>
        <w:t>گورنمنٹ کو امپلیمنٹ کرے۔ اگر گورنمنٹ کے نزدیک فیصلے میں کوئی لیکونا ہے، تو اس کو کلیریفائی کروائے خود گورنمنٹ۔</w:t>
      </w:r>
    </w:p>
    <w:p>
      <w:r>
        <w:rPr>
          <w:b/>
        </w:rPr>
        <w:t xml:space="preserve">[1:38:57] </w:t>
      </w:r>
      <w:r>
        <w:t>government clarify karwaye phir se is se. musalman is se alag ho jayen, bilkul</w:t>
      </w:r>
    </w:p>
    <w:p>
      <w:pPr>
        <w:jc w:val="right"/>
      </w:pPr>
      <w:r>
        <w:t>گورنمنٹ کلیریفائی کروائے پھر سے اس سے۔ مسلمان اس سے الگ ہو جائیں، بالکل</w:t>
      </w:r>
    </w:p>
    <w:p>
      <w:r>
        <w:rPr>
          <w:b/>
        </w:rPr>
        <w:t xml:space="preserve">[1:39:01] </w:t>
      </w:r>
      <w:r>
        <w:t>musalman ka role khatam ho gaya. aur kaam lagayenge to kamal lagta rahega, yahan tak ke aap barbaad hote rahenge. aur koi kahin bhi yaani kabhi kabhi bhi cheez se decide nahi ho gaya, kabhi bhi nahi hogi decide.</w:t>
      </w:r>
    </w:p>
    <w:p>
      <w:pPr>
        <w:jc w:val="right"/>
      </w:pPr>
      <w:r>
        <w:t>مسلمان کا رول ختم ہو گیا۔ اور کام لگائیں گے تو کمال لگتا رہے گا، یہاں تک کہ آپ برباد ہوتے رہیں گے۔ اور کوئی کہیں بھی یعنی کبھی کبھی بھی چیز سے ڈیسائیڈ نہیں ہو گیا، کبھی بھی نہیں ہوگی ڈیسائیڈ۔</w:t>
      </w:r>
    </w:p>
    <w:p>
      <w:r>
        <w:rPr>
          <w:b/>
        </w:rPr>
        <w:t xml:space="preserve">[1:39:18] </w:t>
      </w:r>
      <w:r>
        <w:t>yeh now and never ka muamla hai, yaani aaj ya to aaj aap full stop laga dijiye, aur nahi to kabhi full stop nahi lagega.</w:t>
      </w:r>
    </w:p>
    <w:p>
      <w:pPr>
        <w:jc w:val="right"/>
      </w:pPr>
      <w:r>
        <w:t>یہ ناؤ اور نیور کا معاملہ ہے، یعنی آج یا تو آج آپ فل سٹاپ لگا دیجئے، اور نہیں تو کبھی فل سٹاپ نہیں لگے گا۔</w:t>
      </w:r>
    </w:p>
    <w:p>
      <w:r>
        <w:rPr>
          <w:b/>
        </w:rPr>
        <w:t xml:space="preserve">[1:39:29] </w:t>
      </w:r>
      <w:r>
        <w:t>main ne 1952 mein bhi kaha tha ke full stop lagao aur kaam mat lagao, nahi to lagta ja ke kaam aaye, ek ke baad ek ke baad ek baat. wohi ho raha hai, 60 baras se kaam lag rahe hain, to abhi 60 baras aur kaam lagte rahenge,</w:t>
      </w:r>
    </w:p>
    <w:p>
      <w:pPr>
        <w:jc w:val="right"/>
      </w:pPr>
      <w:r>
        <w:t>میں نے 1952 میں بھی کہا تھا کہ فل سٹاپ لگاؤ اور کام مت لگاؤ، نہیں تو لگتا جا کے کام آئے، ایک کے بعد ایک کے بعد ایک بات۔ وہی ہو رہا ہے، 60 برس سے کام لگ رہے ہیں، تو ابھی 60 برس اور کام لگتے رہیں گے،</w:t>
      </w:r>
    </w:p>
    <w:p>
      <w:r>
        <w:rPr>
          <w:b/>
        </w:rPr>
        <w:t xml:space="preserve">[1:39:43] </w:t>
      </w:r>
      <w:r>
        <w:t>kuch bhi nahi. musalman is muamle mein khamosh ho jayen, aur yeh man len ke adalat ka faisla jo hai, us ko implement karna government ka kaam hai, woh kare.</w:t>
      </w:r>
    </w:p>
    <w:p>
      <w:pPr>
        <w:jc w:val="right"/>
      </w:pPr>
      <w:r>
        <w:t>کچھ بھی نہیں۔ مسلمان اس معاملے میں خاموش ہو جائیں، اور یہ مان لیں کہ عدالت کا فیصلہ جو ہے، اس کو امپلیمنٹ کرنا گورنمنٹ کا کام ہے، وہ کرے۔</w:t>
      </w:r>
    </w:p>
    <w:p>
      <w:r>
        <w:rPr>
          <w:b/>
        </w:rPr>
        <w:t xml:space="preserve">[1:39:56] </w:t>
      </w:r>
      <w:r>
        <w:t>clarification chahiye government ko, to woh khud pooche court se. ab ab kaam government ka hai, musalmanon ka kuch bhi nahi hai. maulana, yeh sawal matlab is se peace, is se peace qaim hoga, normality qaim hogi.</w:t>
      </w:r>
    </w:p>
    <w:p>
      <w:pPr>
        <w:jc w:val="right"/>
      </w:pPr>
      <w:r>
        <w:t>کلیریفیکیشن چاہیے گورنمنٹ کو، تو وہ خود پوچھے کورٹ سے۔ اب اب کام گورنمنٹ کا ہے، مسلمانوں کا کچھ بھی نہیں ہے۔ مولانا، یہ سوال مطلب اس سے پیس، اس سے پیس قائم ہوگا، نارملٹی قائم ہوگی۔</w:t>
      </w:r>
    </w:p>
    <w:p>
      <w:r>
        <w:rPr>
          <w:b/>
        </w:rPr>
        <w:t xml:space="preserve">[1:40:12] </w:t>
      </w:r>
      <w:r>
        <w:t>hindu muslimon ke taalluqat jo hain, woh normal ho jayenge, aur woh supreme hai. woh isi ko main supreme samajhta hoon.</w:t>
      </w:r>
    </w:p>
    <w:p>
      <w:pPr>
        <w:jc w:val="right"/>
      </w:pPr>
      <w:r>
        <w:t>ہندو مسلموں کے تعلقات جو ہیں، وہ نارمل ہو جائیں گے، اور وہ سپریم ہے۔ وہ اسی کو میں سپریم سمجھتا ہوں۔</w:t>
      </w:r>
    </w:p>
    <w:p>
      <w:r>
        <w:rPr>
          <w:b/>
        </w:rPr>
        <w:t xml:space="preserve">[1:40:22] </w:t>
      </w:r>
      <w:r>
        <w:t>maulana, yeh sawal kiya hai maulana abdul basit omri ne doha qatar se. unhon ne likha hai: "maulana babri masjid se mutalliq adalat adalati faisle mein musalmanon ko bhi ek hissa dene ki baat kahi gayi hai.</w:t>
      </w:r>
    </w:p>
    <w:p>
      <w:pPr>
        <w:jc w:val="right"/>
      </w:pPr>
      <w:r>
        <w:t>مولانا، یہ سوال کیا ہے مولانا عبدالباسط عمری نے دوحہ قطر سے۔ انہوں نے لکھا ہے: "مولانا بابری مسجد سے متعلق عدالت عدالتی فیصلے میں مسلمانوں کو بھی ایک حصہ دینے کی بات کہی گئی ہے۔</w:t>
      </w:r>
    </w:p>
    <w:p>
      <w:r>
        <w:rPr>
          <w:b/>
        </w:rPr>
        <w:t xml:space="preserve">[1:40:38] </w:t>
      </w:r>
      <w:r>
        <w:t>yeh pehle se to behtar thi, musalman is ko accept karte aur dawat ul Allah ke liye poori tarah mustaed hote, magar aisa nahi hua.</w:t>
      </w:r>
    </w:p>
    <w:p>
      <w:pPr>
        <w:jc w:val="right"/>
      </w:pPr>
      <w:r>
        <w:t>یہ پہلے سے تو بہتر تھی، مسلمان اس کو ایکسیپٹ کرتے اور دعوت الا اللہ کے لیے پوری طرح مستعد ہوتے، مگر ایسا نہیں ہوا۔</w:t>
      </w:r>
    </w:p>
    <w:p>
      <w:r>
        <w:rPr>
          <w:b/>
        </w:rPr>
        <w:t xml:space="preserve">[1:40:50] </w:t>
      </w:r>
      <w:r>
        <w:t>ab supreme court mein muqadma dair karne ki baat kar rahe hain. kya yeh soorat e haal wahi nahi hai jo arab mein falasteen ke mutalliq hua?</w:t>
      </w:r>
    </w:p>
    <w:p>
      <w:pPr>
        <w:jc w:val="right"/>
      </w:pPr>
      <w:r>
        <w:t>اب سپریم کورٹ میں مقدمہ دائر کرنے کی بات کر رہے ہیں۔ کیا یہ صورتحال وہی نہیں ہے جو عرب میں فلسطین کے متعلق ہوا؟</w:t>
      </w:r>
    </w:p>
    <w:p>
      <w:r>
        <w:rPr>
          <w:b/>
        </w:rPr>
        <w:t xml:space="preserve">[1:41:01] </w:t>
      </w:r>
      <w:r>
        <w:t>1947 mein jo baat kahi gayi, to usay musalmanon ne mana nahi. ab musalman is se bhi hath dho bethe hain.</w:t>
      </w:r>
    </w:p>
    <w:p>
      <w:pPr>
        <w:jc w:val="right"/>
      </w:pPr>
      <w:r>
        <w:t>1947 میں جو بات کہی گئی، تو اسے مسلمانوں نے مانا نہیں۔ اب مسلمان اس سے بھی ہاتھ دھو بیٹھے ہیں۔</w:t>
      </w:r>
    </w:p>
    <w:p>
      <w:r>
        <w:rPr>
          <w:b/>
        </w:rPr>
        <w:t xml:space="preserve">[1:41:11] </w:t>
      </w:r>
      <w:r>
        <w:t>is ke baray mein batayen. haan, sahi baat hai.</w:t>
      </w:r>
    </w:p>
    <w:p>
      <w:pPr>
        <w:jc w:val="right"/>
      </w:pPr>
      <w:r>
        <w:t>اس کے بارے میں بتائیں۔ ہاں، صحیح بات ہے۔</w:t>
      </w:r>
    </w:p>
    <w:p>
      <w:r>
        <w:rPr>
          <w:b/>
        </w:rPr>
        <w:t xml:space="preserve">[1:41:15] </w:t>
      </w:r>
      <w:r>
        <w:t>1948 mein falasteen ko taqseem kiya gaya, us ko partition kiya gaya. roughly adha diya gaya yahoodi logon ko, adha diya arabon ko.</w:t>
      </w:r>
    </w:p>
    <w:p>
      <w:pPr>
        <w:jc w:val="right"/>
      </w:pPr>
      <w:r>
        <w:t>1948 میں فلسطین کو تقسیم کیا گیا، اس کو پارٹیشن کیا گیا۔ رفلی ادھا دیا گیا یہودی لوگوں کو، ادھا دیا عربوں کو۔</w:t>
      </w:r>
    </w:p>
    <w:p>
      <w:r>
        <w:rPr>
          <w:b/>
        </w:rPr>
        <w:t xml:space="preserve">[1:41:28] </w:t>
      </w:r>
      <w:r>
        <w:t>musalmanon ko milna chahiye tha is ko, maan lekin unhon ne kaam laga diya, aur aaj tak kaam hi lag raha hai. aur jo tha, woh bhi kho kho diya arabon ne.</w:t>
      </w:r>
    </w:p>
    <w:p>
      <w:pPr>
        <w:jc w:val="right"/>
      </w:pPr>
      <w:r>
        <w:t>مسلمانوں کو ملنا چاہیے تھا اس کو، مان لیکن انہوں نے کام لگا دیا، اور آج تک کام ہی لگ رہا ہے۔ اور جو تھا، وہ بھی کھو کھو دیا عربوں نے۔</w:t>
      </w:r>
    </w:p>
    <w:p>
      <w:r>
        <w:rPr>
          <w:b/>
        </w:rPr>
        <w:t xml:space="preserve">[1:41:40] </w:t>
      </w:r>
      <w:r>
        <w:t>dekhiye, controversial mamlaat mein aap ko status quo ko manna parta hai. yaad rakhiye, controversial mamlaat mein agar status quo na manen to kabhi bhi baat khatam nahi hoti,</w:t>
      </w:r>
    </w:p>
    <w:p>
      <w:pPr>
        <w:jc w:val="right"/>
      </w:pPr>
      <w:r>
        <w:t>دیکھیے، کنٹروورشل معاملات میں آپ کو اسٹیٹس کو کو ماننا پڑتا ہے۔ یاد رکھیے، کنٹروورشل معاملات میں اگر اسٹیٹس کو نہ مانیں تو کبھی بھی بات ختم نہیں ہوتی،</w:t>
      </w:r>
    </w:p>
    <w:p>
      <w:r>
        <w:rPr>
          <w:b/>
        </w:rPr>
        <w:t xml:space="preserve">[1:41:55] </w:t>
      </w:r>
      <w:r>
        <w:t>kabhi baat khatam nahi hoti. 48 mein jo status quo tha falasteen ka, us ko manna chahiye tha. un ko kashmir mein yahi jo 47 ke baad jo status quo tha, us ko manna chahiye tha.</w:t>
      </w:r>
    </w:p>
    <w:p>
      <w:pPr>
        <w:jc w:val="right"/>
      </w:pPr>
      <w:r>
        <w:t>کبھی بات ختم نہیں ہوتی۔ 48 میں جو اسٹیٹس کو تھا فلسطین کا، اس کو ماننا چاہیے تھا۔ ان کو کشمیر میں یہی جو 47 کے بعد جو اسٹیٹس کو تھا، اس کو ماننا چاہیے تھا۔</w:t>
      </w:r>
    </w:p>
    <w:p>
      <w:r>
        <w:rPr>
          <w:b/>
        </w:rPr>
        <w:t xml:space="preserve">[1:42:09] </w:t>
      </w:r>
      <w:r>
        <w:t>aisi yahan bhi jo status quo tha babri masjid mein, woh maan lena chahiye tha. is ko nahi mana to dekhiye, lad rahe hain, mar rahe hain, kat rahe hain, tabaah ho rahe hain, har har har jagah faida kuch bhi nahi.</w:t>
      </w:r>
    </w:p>
    <w:p>
      <w:pPr>
        <w:jc w:val="right"/>
      </w:pPr>
      <w:r>
        <w:t>ایسی یہاں بھی جو اسٹیٹس کو تھا بابری مسجد میں، وہ مان لینا چاہیے تھا۔ اس کو نہیں مانا تو دیکھیے، لڑ رہے ہیں، مر رہے ہیں، کٹ رہے ہیں، تباہ ہو رہے ہیں، ہر ہر ہر جگہ فائدہ کچھ بھی نہیں۔</w:t>
      </w:r>
    </w:p>
    <w:p>
      <w:r>
        <w:rPr>
          <w:b/>
        </w:rPr>
        <w:t xml:space="preserve">[1:42:24] </w:t>
      </w:r>
      <w:r>
        <w:t>you have to accept the status quo, these only option for you.</w:t>
      </w:r>
    </w:p>
    <w:p>
      <w:pPr>
        <w:jc w:val="right"/>
      </w:pPr>
      <w:r>
        <w:t>یو ہیو ٹو ایکسیپٹ دی سٹیٹس کو، دیز اونلی آپشن فار یو۔</w:t>
      </w:r>
    </w:p>
    <w:p>
      <w:r>
        <w:rPr>
          <w:b/>
        </w:rPr>
        <w:t xml:space="preserve">[1:42:32] </w:t>
      </w:r>
      <w:r>
        <w:t>maulana, yeh sawal kiya hai mr faiz ne california se.</w:t>
      </w:r>
    </w:p>
    <w:p>
      <w:pPr>
        <w:jc w:val="right"/>
      </w:pPr>
      <w:r>
        <w:t>مولانا، یہ سوال کیا ہے مسٹر فائق نے کیلیفورنیا سے۔</w:t>
      </w:r>
    </w:p>
    <w:p>
      <w:r>
        <w:rPr>
          <w:b/>
        </w:rPr>
        <w:t xml:space="preserve">[1:42:37] </w:t>
      </w:r>
      <w:r>
        <w:t>unhon ne poocha hai ke abu huraira, abu huraira reported that allah messenger once said: "when a human being dies, all of his deeds are terminated, except for three types:</w:t>
      </w:r>
    </w:p>
    <w:p>
      <w:pPr>
        <w:jc w:val="right"/>
      </w:pPr>
      <w:r>
        <w:t>انہوں نے پوچھا ہے کہ ابو ہریرہ، ابو ہریرہ رپورٹڈ دیٹ اللہ میسنجر ون سیڈ: "وین ا ہیومن بینگ ڈائز، ال اف ہز ڈیڈز ار ٹرمینیٹڈ، ایکسیپٹ فار تھری ٹائپس:</w:t>
      </w:r>
    </w:p>
    <w:p>
      <w:r>
        <w:rPr>
          <w:b/>
        </w:rPr>
        <w:t xml:space="preserve">[1:42:55] </w:t>
      </w:r>
      <w:r>
        <w:t>an ongoing sadaqa, a knowledge of islam from which others benefit, and thirdly a righteous child who makes dua for him."</w:t>
      </w:r>
    </w:p>
    <w:p>
      <w:pPr>
        <w:jc w:val="right"/>
      </w:pPr>
      <w:r>
        <w:t>این ان گوئنگ صدقہ، ا نالج اف اسلام فرام وچ ادرز بینیفٹ، اینڈ تھرڈلی ا رائٹیس چائلڈ ہو میکس دعا فار ہم۔"</w:t>
      </w:r>
    </w:p>
    <w:p>
      <w:r>
        <w:rPr>
          <w:b/>
        </w:rPr>
        <w:t xml:space="preserve">[1:43:07] </w:t>
      </w:r>
      <w:r>
        <w:t>the abu hadith clearly indicates that dua is helpful to the dead. what is your comment on this? nahi, nahi, woh aap ne sahi hadith nahi naqal ki hai.</w:t>
      </w:r>
    </w:p>
    <w:p>
      <w:pPr>
        <w:jc w:val="right"/>
      </w:pPr>
      <w:r>
        <w:t>دی ابو حدیث کلیئرلی انڈیکیٹس دیٹ دعا از ہیلپ فل ٹو دا ڈیڈ۔ واٹ از یور کمنٹ ان دس؟ نہیں، نہیں، وہ آپ نے صحیح حدیث نہیں نقل کی ہے۔</w:t>
      </w:r>
    </w:p>
    <w:p>
      <w:r>
        <w:rPr>
          <w:b/>
        </w:rPr>
        <w:t xml:space="preserve">[1:43:17] </w:t>
      </w:r>
      <w:r>
        <w:t>is tarah nahi hai.</w:t>
      </w:r>
    </w:p>
    <w:p>
      <w:pPr>
        <w:jc w:val="right"/>
      </w:pPr>
      <w:r>
        <w:t>اس طرح نہیں ہے۔</w:t>
      </w:r>
    </w:p>
    <w:p>
      <w:r>
        <w:rPr>
          <w:b/>
        </w:rPr>
        <w:t xml:space="preserve">[1:43:20] </w:t>
      </w:r>
      <w:r>
        <w:t>woh hadith is tareeqay se hai ke woh beta jis ke bananay mein baap ka haath ho, to choonke is bete ko baap ne banaya hai,</w:t>
      </w:r>
    </w:p>
    <w:p>
      <w:pPr>
        <w:jc w:val="right"/>
      </w:pPr>
      <w:r>
        <w:t>وہ حدیث اس طریقے سے ہے کہ وہ بیٹا جس کے بنانے میں باپ کا ہاتھ ہو، تو چونکہ اس بیٹے کو باپ نے بنایا ہے،</w:t>
      </w:r>
    </w:p>
    <w:p>
      <w:r>
        <w:rPr>
          <w:b/>
        </w:rPr>
        <w:t xml:space="preserve">[1:43:33] </w:t>
      </w:r>
      <w:r>
        <w:t>saaleh banaya hai, naik banaya hai, to is wajah se is ko sawab milta rahega. yeh nahi ke woh beta dua kar dega to is ko sawab mil jayega. yeh matlab nahi hai.</w:t>
      </w:r>
    </w:p>
    <w:p>
      <w:pPr>
        <w:jc w:val="right"/>
      </w:pPr>
      <w:r>
        <w:t>صالح بنایا ہے، نیک بنایا ہے، تو اس وجہ سے اس کو ثواب ملتا رہے گا۔ یہ نہیں کہ وہ بیٹا دعا کر دے گا تو اس کو ثواب مل جائے گا۔ یہ مطلب نہیں ہے۔</w:t>
      </w:r>
    </w:p>
    <w:p>
      <w:r>
        <w:rPr>
          <w:b/>
        </w:rPr>
        <w:t xml:space="preserve">[1:43:42] </w:t>
      </w:r>
      <w:r>
        <w:t>is hadith ko phir se parhiye. hmm, y</w:t>
      </w:r>
    </w:p>
    <w:p>
      <w:pPr>
        <w:jc w:val="right"/>
      </w:pPr>
      <w:r>
        <w:t>اس حدیث کو پھر سے پڑھیے۔ ہمم، ی</w:t>
      </w:r>
    </w:p>
    <w:p>
      <w:r>
        <w:rPr>
          <w:b/>
        </w:rPr>
        <w:t xml:space="preserve">[1:43:45] </w:t>
      </w:r>
      <w:r>
        <w:t>ani woh cheez jo baap ke marne ke baad baqi rahi, woh ek saaleh beta hai jis ke bananay mein baap ka hissa tha.</w:t>
      </w:r>
    </w:p>
    <w:p>
      <w:pPr>
        <w:jc w:val="right"/>
      </w:pPr>
      <w:r>
        <w:t>عنی وہ چیز جو باپ کے مرنے کے بعد باقی رہی، وہ ایک صالح بیٹا ہے جس کے بنانے میں باپ کا حصہ تھا۔</w:t>
      </w:r>
    </w:p>
    <w:p>
      <w:r>
        <w:rPr>
          <w:b/>
        </w:rPr>
        <w:t xml:space="preserve">[1:43:53] </w:t>
      </w:r>
      <w:r>
        <w:t>agar baap ki niyat na ho shamil, apne aap woh saaleh hoga, tab bhi nahi kuch milega is ko. yaad rakhiye, yani baap ka intention agar shamil hai bete ko bananay mein, to choonke baap ne banaya hai bete ko,</w:t>
      </w:r>
    </w:p>
    <w:p>
      <w:pPr>
        <w:jc w:val="right"/>
      </w:pPr>
      <w:r>
        <w:t>اگر باپ کی نیت نہ ہو شامل، اپنے آپ وہ صالح ہوگا، تب بھی نہیں کچھ ملے گا اس کو۔ یاد رکھیے، یعنی باپ کا انٹینشن اگر شامل ہے بیٹے کو بنانے میں، تو چونکہ باپ نے بنایا ہے بیٹے کو،</w:t>
      </w:r>
    </w:p>
    <w:p>
      <w:r>
        <w:rPr>
          <w:b/>
        </w:rPr>
        <w:t xml:space="preserve">[1:44:09] </w:t>
      </w:r>
      <w:r>
        <w:t>to yeh is ka ek amal qarar payega.</w:t>
      </w:r>
    </w:p>
    <w:p>
      <w:pPr>
        <w:jc w:val="right"/>
      </w:pPr>
      <w:r>
        <w:t>تو یہ اس کا ایک عمل قرار پائے گا۔</w:t>
      </w:r>
    </w:p>
    <w:p>
      <w:r>
        <w:rPr>
          <w:b/>
        </w:rPr>
        <w:t xml:space="preserve">[1:44:12] </w:t>
      </w:r>
      <w:r>
        <w:t>yeh baap ka ek amal qarar payega ke is ne aap bete ko saaleh banaya. is amal ka is ko ajr milega. ya yeh unhon ne naqal kiya hai na?</w:t>
      </w:r>
    </w:p>
    <w:p>
      <w:pPr>
        <w:jc w:val="right"/>
      </w:pPr>
      <w:r>
        <w:t>یہ باپ کا ایک عمل قرار پائے گا کہ اس نے آپ بیٹے کو صالح بنایا۔ اس عمل کا اس کو اجر ملے گا۔ یا یہ انہوں نے نقل کیا ہے نا؟</w:t>
      </w:r>
    </w:p>
    <w:p>
      <w:r>
        <w:rPr>
          <w:b/>
        </w:rPr>
        <w:t xml:space="preserve">[1:44:21] </w:t>
      </w:r>
      <w:r>
        <w:t>yeh in ko mein kahunga ke phir se is ke text ko parhen. text ko. hmm, un ka ek sawal aur hai.</w:t>
      </w:r>
    </w:p>
    <w:p>
      <w:pPr>
        <w:jc w:val="right"/>
      </w:pPr>
      <w:r>
        <w:t>یہ ان کو میں کہوں گا کہ پھر سے اس کے ٹیکسٹ کو پڑھیں۔ ٹیکسٹ کو۔ ہمم، ان کا ایک سوال اور ہے۔</w:t>
      </w:r>
    </w:p>
    <w:p>
      <w:r>
        <w:rPr>
          <w:b/>
        </w:rPr>
        <w:t xml:space="preserve">[1:44:30] </w:t>
      </w:r>
      <w:r>
        <w:t>maulana, unhon ne poocha hai: "why was slavery not abolished in islam? like alcohol consumption and eating pork was declared haram?"</w:t>
      </w:r>
    </w:p>
    <w:p>
      <w:pPr>
        <w:jc w:val="right"/>
      </w:pPr>
      <w:r>
        <w:t>مولانا، انہوں نے پوچھا ہے: "وائی واز سلیوری ناٹ ابولشڈ ان اسلام؟ لائک الکوحل کنزمشن اینڈ ایٹنگ پورک واز ڈیکلیئرڈ حرام؟"</w:t>
      </w:r>
    </w:p>
    <w:p>
      <w:r>
        <w:rPr>
          <w:b/>
        </w:rPr>
        <w:t xml:space="preserve">[1:44:42] </w:t>
      </w:r>
      <w:r>
        <w:t>nahi, aisa nahi hai. alcohol bhi dekhiye, achanak khatam nahi kiya gaya tha. kai stages mein khatam kiya gaya tha. islam ka tareeqa yeh nahi hai ke radically aap achanak elaan kar den ke sab khatam hai.</w:t>
      </w:r>
    </w:p>
    <w:p>
      <w:pPr>
        <w:jc w:val="right"/>
      </w:pPr>
      <w:r>
        <w:t>نہیں، ایسا نہیں ہے۔ الکوحل بھی دیکھیے، اچانک ختم نہیں کیا گیا تھا۔ کئی سٹیجز میں ختم کیا گیا تھا۔ اسلام کا طریقہ یہ نہیں ہے کہ ریڈیکلی آپ اچانک اعلان کر دیں کہ سب ختم ہے۔</w:t>
      </w:r>
    </w:p>
    <w:p>
      <w:r>
        <w:rPr>
          <w:b/>
        </w:rPr>
        <w:t xml:space="preserve">[1:44:55] </w:t>
      </w:r>
      <w:r>
        <w:t>gradual tareeqay se khatam kiya jata hai. to slavery bhi khatam ki gayi gradual tareeqay se ke woh slavery jo hai, aaj aap samajh nahi paate ke slavery kya cheez hai.</w:t>
      </w:r>
    </w:p>
    <w:p>
      <w:pPr>
        <w:jc w:val="right"/>
      </w:pPr>
      <w:r>
        <w:t>گریجول طریقے سے ختم کیا جاتا ہے۔ تو سلیوری بھی ختم کی گئی گریجول طریقے سے کہ وہ سلیوری جو ہے، آج آپ سمجھ نہیں پاتے کہ سلیوری کیا چیز ہے۔</w:t>
      </w:r>
    </w:p>
    <w:p>
      <w:r>
        <w:rPr>
          <w:b/>
        </w:rPr>
        <w:t xml:space="preserve">[1:45:04] </w:t>
      </w:r>
      <w:r>
        <w:t>slavery us zamane ki employment thi.</w:t>
      </w:r>
    </w:p>
    <w:p>
      <w:pPr>
        <w:jc w:val="right"/>
      </w:pPr>
      <w:r>
        <w:t>سلیوری اس زمانے کی ایمپلائمنٹ تھی۔</w:t>
      </w:r>
    </w:p>
    <w:p>
      <w:r>
        <w:rPr>
          <w:b/>
        </w:rPr>
        <w:t xml:space="preserve">[1:45:10] </w:t>
      </w:r>
      <w:r>
        <w:t>log samajhte nahi slavery kya cheez hai.</w:t>
      </w:r>
    </w:p>
    <w:p>
      <w:pPr>
        <w:jc w:val="right"/>
      </w:pPr>
      <w:r>
        <w:t>لوگ سمجھتے نہیں سلیوری کیا چیز ہے۔</w:t>
      </w:r>
    </w:p>
    <w:p>
      <w:r>
        <w:rPr>
          <w:b/>
        </w:rPr>
        <w:t xml:space="preserve">[1:45:12] </w:t>
      </w:r>
      <w:r>
        <w:t>us zamane mein jab ke aaj kal ki tarah se industry nahi thi, aaj ki tarah se yeh jo itne saare tareeqay hain kamane ke, woh sab nahi thay.</w:t>
      </w:r>
    </w:p>
    <w:p>
      <w:pPr>
        <w:jc w:val="right"/>
      </w:pPr>
      <w:r>
        <w:t>اس زمانے میں جب کہ آج کل کی طرح سے انڈسٹری نہیں تھی، آج کی طرح سے یہ جو اتنے سارے طریقے ہیں کمانے کے، وہ سب نہیں تھے۔</w:t>
      </w:r>
    </w:p>
    <w:p>
      <w:r>
        <w:rPr>
          <w:b/>
        </w:rPr>
        <w:t xml:space="preserve">[1:45:22] </w:t>
      </w:r>
      <w:r>
        <w:t>to us zamane mein slavery ek ek employment tha. to achanak abolish kar diya jaye to bohat saare log be rozgar ho jayenge.</w:t>
      </w:r>
    </w:p>
    <w:p>
      <w:pPr>
        <w:jc w:val="right"/>
      </w:pPr>
      <w:r>
        <w:t>تو اس زمانے میں سلیوری ایک ایک ایمپلائمنٹ تھا۔ تو اچانک ابالش کر دیا جائے تو بہت سارے لوگ بے روزگار ہو جائیں گے۔</w:t>
      </w:r>
    </w:p>
    <w:p>
      <w:r>
        <w:rPr>
          <w:b/>
        </w:rPr>
        <w:t xml:space="preserve">[1:45:33] </w:t>
      </w:r>
      <w:r>
        <w:t>is tarah woh kahan khappen ge? woh log achaanak bohat se log be rozgar ho jayen ge.</w:t>
      </w:r>
    </w:p>
    <w:p>
      <w:pPr>
        <w:jc w:val="right"/>
      </w:pPr>
      <w:r>
        <w:t>اس طرح وہ کہاں کھپیں گے؟ وہ لوگ اچانک بہت سے لوگ بے روزگار ہو جائیں گے۔</w:t>
      </w:r>
    </w:p>
    <w:p>
      <w:r>
        <w:rPr>
          <w:b/>
        </w:rPr>
        <w:t xml:space="preserve">[1:45:38] </w:t>
      </w:r>
      <w:r>
        <w:t>is liye islam ne is ko gradual tareeqe se khatam kiya. ek arab ne bohat acha likha hai. ek un ka mein ne parha, un ki ek kitaab hai, woh mushkilat ul quran, is ka naam hai ke islam ne slavery ke mamle mein ek form jo usool ikhtiyar kiya, woh yeh tha ke tazeeque al madkhal aur tawsee al makhraj,</w:t>
      </w:r>
    </w:p>
    <w:p>
      <w:pPr>
        <w:jc w:val="right"/>
      </w:pPr>
      <w:r>
        <w:t>اس لیے اسلام نے اس کو گریجول طریقے سے ختم کیا۔ ایک عرب نے بہت اچھا لکھا ہے۔ ایک ان کا میں نے پڑھا، ان کی ایک کتاب ہے، وہ مشکلات القرآن، اس کا نام ہے کہ اسلام نے سلیوری کے معاملے میں ایک فارم جو اصول اختیار کیا، وہ یہ تھا کہ تضیق المدخل اور توسیع المخرج،</w:t>
      </w:r>
    </w:p>
    <w:p>
      <w:r>
        <w:rPr>
          <w:b/>
        </w:rPr>
        <w:t xml:space="preserve">[1:46:07] </w:t>
      </w:r>
      <w:r>
        <w:t>yani gradual tor par yeh karna ke naye slave na banen aur pichle slave jo hain, woh khatam hote chale, khatam hote chale jayen.</w:t>
      </w:r>
    </w:p>
    <w:p>
      <w:pPr>
        <w:jc w:val="right"/>
      </w:pPr>
      <w:r>
        <w:t>یعنی گریجول طور پر یہ کرنا کہ نئے سلیو نہ بنیں اور پچھلے سلیو جو ہیں، وہ ختم ہوتے چلے، ختم ہوتے چلے جائیں۔</w:t>
      </w:r>
    </w:p>
    <w:p>
      <w:r>
        <w:rPr>
          <w:b/>
        </w:rPr>
        <w:t xml:space="preserve">[1:46:17] </w:t>
      </w:r>
      <w:r>
        <w:t>mukhtalif cheezon mein, maslan kaffara ada karna, mukhtalif cheezon ko aazad karne ka sawab jo bataya gaya waghera. to islam ne yeh tareeqa ikhtiyar kiya ke achaanak khatam na kar ke gradual tor par khatam karna.</w:t>
      </w:r>
    </w:p>
    <w:p>
      <w:pPr>
        <w:jc w:val="right"/>
      </w:pPr>
      <w:r>
        <w:t>مختلف چیزوں میں، مثلاً کفارہ ادا کرنا، مختلف چیزوں کو آزاد کرنے کا ثواب جو بتایا گیا وغیرہ۔ تو اسلام نے یہ طریقہ اختیار کیا کہ اچانک ختم نہ کر کے گریجول طور پر ختم کرنا۔</w:t>
      </w:r>
    </w:p>
    <w:p>
      <w:r>
        <w:rPr>
          <w:b/>
        </w:rPr>
        <w:t xml:space="preserve">[1:46:31] </w:t>
      </w:r>
      <w:r>
        <w:t>aur woh tareeqa yeh tha ke nayi slavery to band ki gayi, kar di gayi isi waqt</w:t>
      </w:r>
    </w:p>
    <w:p>
      <w:pPr>
        <w:jc w:val="right"/>
      </w:pPr>
      <w:r>
        <w:t>اور وہ طریقہ یہ تھا کہ نئی سلیوری تو بند کی گئی، کر دی گئی اسی وقت</w:t>
      </w:r>
    </w:p>
    <w:p>
      <w:r>
        <w:rPr>
          <w:b/>
        </w:rPr>
        <w:t xml:space="preserve">[1:46:37] </w:t>
      </w:r>
      <w:r>
        <w:t>, lekin jo already jo slave thay, un ke liye mukhtalif tareeqon se yeh kiya gaya ke dheere dheere, dheere dheere woh aazad ho kar society mein absorb hote chale jayen.</w:t>
      </w:r>
    </w:p>
    <w:p>
      <w:pPr>
        <w:jc w:val="right"/>
      </w:pPr>
      <w:r>
        <w:t>، لیکن جو الریڈی جو سلیو تھے، ان کے لیے مختلف طریقوں سے یہ کیا گیا کہ دھیرے دھیرے، دھیرے دھیرے وہ آزاد ہو کر سوسائٹی میں ابزارب ہوتے چلے جائیں۔</w:t>
      </w:r>
    </w:p>
    <w:p>
      <w:r>
        <w:rPr>
          <w:b/>
        </w:rPr>
        <w:t xml:space="preserve">[1:46:47] </w:t>
      </w:r>
      <w:r>
        <w:t>isi ko unhon ne kaha hai ke tazeeque al makhraj, tawsee al madkhal. yeh bohat sab bohat hi sahi hai. mein samajhta hoon ke is ko</w:t>
      </w:r>
    </w:p>
    <w:p>
      <w:pPr>
        <w:jc w:val="right"/>
      </w:pPr>
      <w:r>
        <w:t>اسی کو انہوں نے کہا ہے کہ تضیق المخرج، توسیع المدخل۔ یہ بہت سب بہت ہی صحیح ہے۔ میں سمجھتا ہوں کہ اس کو</w:t>
      </w:r>
    </w:p>
    <w:p>
      <w:r>
        <w:rPr>
          <w:b/>
        </w:rPr>
        <w:t xml:space="preserve">[1:46:56] </w:t>
      </w:r>
      <w:r>
        <w:t>to islam mein yeh ho ke naye slave na banaye jayen aur pichle jo slave hain, jo goya ke un ka rozgar wahi tha kahin, to un ko dheere dheere, dheere dheere khatam kiya jaye aur un ko society mein absorb kar diya jaye.</w:t>
      </w:r>
    </w:p>
    <w:p>
      <w:pPr>
        <w:jc w:val="right"/>
      </w:pPr>
      <w:r>
        <w:t>تو اسلام میں یہ ہو کہ نئے سلیو نہ بنائے جائیں اور پچھلے جو سلیو ہیں، جو گویا کہ ان کا روزگار وہی تھا کہیں، تو ان کو دھیرے دھیرے، دھیرے دھیرے ختم کیا جائے اور ان کو سوسائٹی میں ابزارب کر دیا جائے۔</w:t>
      </w:r>
    </w:p>
    <w:p>
      <w:r>
        <w:rPr>
          <w:b/>
        </w:rPr>
        <w:t xml:space="preserve">[1:47:12] </w:t>
      </w:r>
      <w:r>
        <w:t>aaj koi slave banaye to bilkul haram hoga. woh slave bana ab islam mein jaiz nahi hai. jo thay mazi ke, bas woh thay slave. aaj aap slave banaye to jaiz nahi hai.</w:t>
      </w:r>
    </w:p>
    <w:p>
      <w:pPr>
        <w:jc w:val="right"/>
      </w:pPr>
      <w:r>
        <w:t>آج کوئی سلیو بنائے تو بالکل حرام ہوگا۔ وہ سلیو بنا اب اسلام میں جائز نہیں ہے۔ جو تھے ماضی کے، بس وہ تھے سلیو۔ آج آپ سلیو بنائیں تو جائز نہیں ہے۔</w:t>
      </w:r>
    </w:p>
    <w:p>
      <w:r>
        <w:rPr>
          <w:b/>
        </w:rPr>
        <w:t xml:space="preserve">[1:47:26] </w:t>
      </w:r>
      <w:r>
        <w:t>maulana, yeh sawal kiya hai miss sadia ne new delhi se: "christians and jews, you said according to the law of nature, degenerated.</w:t>
      </w:r>
    </w:p>
    <w:p>
      <w:pPr>
        <w:jc w:val="right"/>
      </w:pPr>
      <w:r>
        <w:t>مولانا، یہ سوال کیا ہے مس سعدیہ نے نئی دلی سے: "کرسچنز اینڈ جیوز، یو سیڈ اکارڈنگ ٹو دا لاء اف نیچر، ڈی جنریٹڈ۔</w:t>
      </w:r>
    </w:p>
    <w:p>
      <w:r>
        <w:rPr>
          <w:b/>
        </w:rPr>
        <w:t xml:space="preserve">[1:47:37] </w:t>
      </w:r>
      <w:r>
        <w:t>would you say that even today, both jews and christians have failed to regenerate their people?" haan, un ka woh masle paida nahi hue.</w:t>
      </w:r>
    </w:p>
    <w:p>
      <w:pPr>
        <w:jc w:val="right"/>
      </w:pPr>
      <w:r>
        <w:t>وڈ یو سے دیٹ ایون ٹوڈے، بوتھ جیوز اینڈ کرسچنز ہیو فیل ٹو ری جنریٹ دیر پیپل؟" ہاں، ان کا وہ مسئلے پیدا نہیں ہوئے۔</w:t>
      </w:r>
    </w:p>
    <w:p>
      <w:r>
        <w:rPr>
          <w:b/>
        </w:rPr>
        <w:t xml:space="preserve">[1:47:51] </w:t>
      </w:r>
      <w:r>
        <w:t>hum logon ki jo mission hai, aisa mission kahin nahi hai. yaad rakhiye, nahi, nahi, yahudiyon mein nahi, isaiyon mein.</w:t>
      </w:r>
    </w:p>
    <w:p>
      <w:pPr>
        <w:jc w:val="right"/>
      </w:pPr>
      <w:r>
        <w:t>ہم لوگوں کی جو مشن ہے، ایسا مشن کہیں نہیں ہے۔ یاد رکھیے، نہیں، نہیں، یہودیوں میں نہیں، عیسائیوں میں۔</w:t>
      </w:r>
    </w:p>
    <w:p>
      <w:r>
        <w:rPr>
          <w:b/>
        </w:rPr>
        <w:t xml:space="preserve">[1:47:57] </w:t>
      </w:r>
      <w:r>
        <w:t>un ke haan woh social social kaam hota hai. sab ke haan, sab ka social kaam hota hai. baqi yeh jo kaam hamare haan ho raha hai, re engineering of mind, yeh is original mazhab ko phir se revive karna, yeh to kahin bhi nahi ho raha.</w:t>
      </w:r>
    </w:p>
    <w:p>
      <w:pPr>
        <w:jc w:val="right"/>
      </w:pPr>
      <w:r>
        <w:t>ان کے ہاں وہ سوشل سوشل کام ہوتا ہے۔ سب کے ہاں، سب کا سوشل کام ہوتا ہے۔ باقی یہ جو کام ہمارے ہاں ہو رہا ہے، ری انجینئرنگ اف مائنڈ، یہ اس اوریجنل مذہب کو پھر سے ریوائیو کرنا، یہ تو کہیں بھی نہیں ہو رہا۔</w:t>
      </w:r>
    </w:p>
    <w:p>
      <w:r>
        <w:rPr>
          <w:b/>
        </w:rPr>
        <w:t xml:space="preserve">[1:48:16] </w:t>
      </w:r>
      <w:r>
        <w:t>yeh to Allah taala ne yeh mission jo khara kiya hai, bohat unique hai.</w:t>
      </w:r>
    </w:p>
    <w:p>
      <w:pPr>
        <w:jc w:val="right"/>
      </w:pPr>
      <w:r>
        <w:t>یہ تو اللہ تعالی نے یہ مشن جو کھڑا کیا ہے، بہت یونیک ہے۔</w:t>
      </w:r>
    </w:p>
    <w:p>
      <w:r>
        <w:rPr>
          <w:b/>
        </w:rPr>
        <w:t xml:space="preserve">[1:48:21] </w:t>
      </w:r>
      <w:r>
        <w:t>na aisa muslim mission musalmanon mein kahin hai, na yahudiyon mein hai, na isaiyon mein hai. aap log shukar karna chahiye ke aap log is se jure aur aap logon ke zamane mein yeh mission khara hua.</w:t>
      </w:r>
    </w:p>
    <w:p>
      <w:pPr>
        <w:jc w:val="right"/>
      </w:pPr>
      <w:r>
        <w:t>نہ ایسا مسلم مشن مسلمانوں میں کہیں ہے، نہ یہودیوں میں ہے، نہ عیسائیوں میں ہے۔ آپ لوگ شکر کرنا چاہیے کہ آپ لوگ اس سے جڑے اور آپ لوگوں کے زمانے میں یہ مشن کھڑا ہوا۔</w:t>
      </w:r>
    </w:p>
    <w:p>
      <w:r>
        <w:rPr>
          <w:b/>
        </w:rPr>
        <w:t xml:space="preserve">[1:48:33] </w:t>
      </w:r>
      <w:r>
        <w:t>warna yeh to is ke, is ke yani sare muslim dunya mein jo hai, kuch tha hi nahi. siwa andhere, andhere, andhere ke christian aur yahudiyon ki bhi kuch bhi nahi thi.</w:t>
      </w:r>
    </w:p>
    <w:p>
      <w:pPr>
        <w:jc w:val="right"/>
      </w:pPr>
      <w:r>
        <w:t>ورنہ یہ تو اس کے، اس کے یعنی سارے مسلم دنیا میں جو ہے، کچھ تھا ہی نہیں۔ سوا اندھیرے، اندھیرے، اندھیرے کے کرسچن اور یہودیوں کی بھی کچھ بھی نہیں تھی۔</w:t>
      </w:r>
    </w:p>
    <w:p>
      <w:r>
        <w:rPr>
          <w:b/>
        </w:rPr>
        <w:t xml:space="preserve">[1:48:47] </w:t>
      </w:r>
      <w:r>
        <w:t>political tareeqe un ke haan hain aur social kaam hain aur doosre doosre kaam hain.</w:t>
      </w:r>
    </w:p>
    <w:p>
      <w:pPr>
        <w:jc w:val="right"/>
      </w:pPr>
      <w:r>
        <w:t>پولیٹیکل طریقے ان کے ہاں ہیں اور سوشل کام ہیں اور دوسرے دوسرے کام ہیں۔</w:t>
      </w:r>
    </w:p>
    <w:p>
      <w:r>
        <w:rPr>
          <w:b/>
        </w:rPr>
        <w:t xml:space="preserve">[1:48:55] </w:t>
      </w:r>
      <w:r>
        <w:t>yeh yeh jo revival hai, yeh to yeh to aaj kahin bhi nahi, kahin bhi nahi hai.</w:t>
      </w:r>
    </w:p>
    <w:p>
      <w:pPr>
        <w:jc w:val="right"/>
      </w:pPr>
      <w:r>
        <w:t>یہ یہ جو ریوائیول ہے، یہ تو یہ تو آج کہیں بھی نہیں، کہیں بھی نہیں ہے۔</w:t>
      </w:r>
    </w:p>
    <w:p>
      <w:r>
        <w:rPr>
          <w:b/>
        </w:rPr>
        <w:t xml:space="preserve">[1:49:04] </w:t>
      </w:r>
      <w:r>
        <w:t>maulana, yeh sawal kiya hai mr muhammad tauqeer alam ne muzaffarpur se. unhon ne poocha hai: "what is the meaning of masjid?" is ke baray mein batayein.</w:t>
      </w:r>
    </w:p>
    <w:p>
      <w:pPr>
        <w:jc w:val="right"/>
      </w:pPr>
      <w:r>
        <w:t>مولانا، یہ سوال کیا ہے مسٹر محمد توقیر عالم نے مظفرپور سے۔ انہوں نے پوچھا ہے: "واٹ از دا میننگ اف مسجد؟" اس کے بارے میں بتائیں۔</w:t>
      </w:r>
    </w:p>
    <w:p>
      <w:r>
        <w:rPr>
          <w:b/>
        </w:rPr>
        <w:t xml:space="preserve">[1:49:20] </w:t>
      </w:r>
      <w:r>
        <w:t>dekhein, masjid ke literal meaning to hai sajda karne ki jagah ya ibadat karne ki jagah. jahan namaz parhi jaye, woh masjid hai aur namaz to sari zameen par parhi ja sakti hai.</w:t>
      </w:r>
    </w:p>
    <w:p>
      <w:pPr>
        <w:jc w:val="right"/>
      </w:pPr>
      <w:r>
        <w:t>دیکھیں، مسجد کے لٹرل میننگ تو ہے سجدہ کرنے کی جگہ یا عبادت کرنے کی جگہ۔ جہاں نماز پڑھی جائے، وہ مسجد ہے اور نماز تو ساری زمین پر پڑھی جا سکتی ہے۔</w:t>
      </w:r>
    </w:p>
    <w:p>
      <w:r>
        <w:rPr>
          <w:b/>
        </w:rPr>
        <w:t xml:space="preserve">[1:49:36] </w:t>
      </w:r>
      <w:r>
        <w:t>ek lehaz se sari masjid, sari zameen masjid hai aur jo masjid banayi jati hai, us ke baray mein hadith mein aata hai ke: "al masajid buyoot ul muttaqeen"</w:t>
      </w:r>
    </w:p>
    <w:p>
      <w:pPr>
        <w:jc w:val="right"/>
      </w:pPr>
      <w:r>
        <w:t>ایک لحاظ سے ساری مسجد، ساری نبینی مسجد ہے اور جو مسجد بنائی جاتی ہے، اس کے بارے میں حدیث میں آتا ہے کہ: "المساجد بیوت المتقین"</w:t>
      </w:r>
    </w:p>
    <w:p>
      <w:r>
        <w:rPr>
          <w:b/>
        </w:rPr>
        <w:t xml:space="preserve">[1:49:50] </w:t>
      </w:r>
      <w:r>
        <w:t>. masjidain muttaqeen ka ghar hain, yani Allah se darne walon ka ghar hai. "al masajid buyoot ul muttaqeen" aaj kal kya hai?</w:t>
      </w:r>
    </w:p>
    <w:p>
      <w:pPr>
        <w:jc w:val="right"/>
      </w:pPr>
      <w:r>
        <w:t>۔ مسجدیں متقیوں کا گھر ہیں، یعنی اللہ سے ڈرنے والوں کا گھر ہے۔ "المساجد بیوت المتقین" آج کل کیا ہے؟</w:t>
      </w:r>
    </w:p>
    <w:p>
      <w:r>
        <w:rPr>
          <w:b/>
        </w:rPr>
        <w:t xml:space="preserve">[1:49:58] </w:t>
      </w:r>
      <w:r>
        <w:t>aaj kal yeh hoga: "al masajid buyoot siyaseen". aaj kal yeh ho gaya har jagah, india mein bhi aur arab dunya mein bhi, pakistan mein har jagah.</w:t>
      </w:r>
    </w:p>
    <w:p>
      <w:pPr>
        <w:jc w:val="right"/>
      </w:pPr>
      <w:r>
        <w:t>آج کل یہ ہوگا: "المساجد بیوت سیاسیین"۔ آج کل یہ ہو گیا ہر جگہ، انڈیا میں بھی اور عرب دنیا میں بھی، پاکستان میں ہر جگہ۔</w:t>
      </w:r>
    </w:p>
    <w:p>
      <w:r>
        <w:rPr>
          <w:b/>
        </w:rPr>
        <w:t xml:space="preserve">[1:50:07] </w:t>
      </w:r>
      <w:r>
        <w:t>"al masajid buyoot siyaseen" yani siyasat pasand log, siyasi leader logon ka markaz ban gaya aur takhliyan karenge jazbat ke andaaz ke logon ko bharkayenge.</w:t>
      </w:r>
    </w:p>
    <w:p>
      <w:pPr>
        <w:jc w:val="right"/>
      </w:pPr>
      <w:r>
        <w:t>"المساجد بیوت سیاسیین" یعنی سیاست پسند لوگ، سیاسی لیڈر لوگوں کا مرکز بن گیا اور تخلیاں کریں گے جذبات کے انداز کے لوگوں کو بھڑکائیں گے۔</w:t>
      </w:r>
    </w:p>
    <w:p>
      <w:r>
        <w:rPr>
          <w:b/>
        </w:rPr>
        <w:t xml:space="preserve">[1:50:19] </w:t>
      </w:r>
      <w:r>
        <w:t>yeh to is is ka misuse hai, yani mazhab ko yeh masjid ka misuse hai. "al masajid buyoot ul muttaqeen" yani masjid ke andar kya hai?</w:t>
      </w:r>
    </w:p>
    <w:p>
      <w:pPr>
        <w:jc w:val="right"/>
      </w:pPr>
      <w:r>
        <w:t>یہ تو اس اس کا مس یوز ہے، یعنی مذہب کو یہ مسجد کا مس یوز ہے۔ "المساجد بیوت المتقین" یعنی مسجد کے اندر کیا ہے؟</w:t>
      </w:r>
    </w:p>
    <w:p>
      <w:r>
        <w:rPr>
          <w:b/>
        </w:rPr>
        <w:t xml:space="preserve">[1:50:31] </w:t>
      </w:r>
      <w:r>
        <w:t>aakhirat ki baat ho, jannat jahannum ki baat ho, accountability ki baat ho aur insaniyat ki baat ho, dawat ki baat ho.</w:t>
      </w:r>
    </w:p>
    <w:p>
      <w:pPr>
        <w:jc w:val="right"/>
      </w:pPr>
      <w:r>
        <w:t>آخرت کی بات ہو، جنت جہنم کی بات ہو، اکاؤنٹیبلٹی کی بات ہو اور انسانیت کی بات ہو، دعوت کی بات ہو۔</w:t>
      </w:r>
    </w:p>
    <w:p>
      <w:r>
        <w:rPr>
          <w:b/>
        </w:rPr>
        <w:t xml:space="preserve">[1:50:41] </w:t>
      </w:r>
      <w:r>
        <w:t>baqi yeh jo siyasat ki baatein hoti hain masjidon mein, yeh to masjid ka misuse hai.</w:t>
      </w:r>
    </w:p>
    <w:p>
      <w:pPr>
        <w:jc w:val="right"/>
      </w:pPr>
      <w:r>
        <w:t>باقی یہ جو سیاست کی باتیں ہوتی ہیں مسجدوں میں، یہ تو مسجد کا مس یوز ہے۔</w:t>
      </w:r>
    </w:p>
    <w:p>
      <w:r>
        <w:rPr>
          <w:b/>
        </w:rPr>
        <w:t xml:space="preserve">[1:50:50] </w:t>
      </w:r>
      <w:r>
        <w:t>maulana, yeh sawal miss mehrin ne kiya hai dilli se. unhon ne likha hai: "islam chaar paanch firqon mein kaise bat gaya jabke prophet of islam ki wafat ke baad sahaba prophet ke bataye hue raaste par chalte aaye?</w:t>
      </w:r>
    </w:p>
    <w:p>
      <w:pPr>
        <w:jc w:val="right"/>
      </w:pPr>
      <w:r>
        <w:t>مولانا، یہ سوال مس مہرین نے کیا ہے دلی سے۔ انہوں نے لکھا ہے: "اسلام چار پانچ فرقوں میں کیسے بٹ گیا جبکہ پرافٹ اف اسلام کی وفات کے بعد صحابہ پرافٹ کے بتائے ہوئے راستے پر چلتے آئے؟</w:t>
      </w:r>
    </w:p>
    <w:p>
      <w:r>
        <w:rPr>
          <w:b/>
        </w:rPr>
        <w:t xml:space="preserve">[1:51:07] </w:t>
      </w:r>
      <w:r>
        <w:t>aaj ke samay mein jo muslim sahih hadith se door hain aur bidat karte hain, unhein kaise roka jaye</w:t>
      </w:r>
    </w:p>
    <w:p>
      <w:pPr>
        <w:jc w:val="right"/>
      </w:pPr>
      <w:r>
        <w:t>آج کے سمے میں جو مسلم صحیح حدیث سے دور ہیں اور بدعت کرتے ہیں، انہیں کیسے روکا جائے</w:t>
      </w:r>
    </w:p>
    <w:p>
      <w:r>
        <w:rPr>
          <w:b/>
        </w:rPr>
        <w:t xml:space="preserve">[1:51:15] </w:t>
      </w:r>
      <w:r>
        <w:t>jab woh hamare baat manne se inkar karein aur yeh jawab dein ke aaj ke time mein bahut se nayi nayi hadisein nikal rahi hain jo ke galat hain?" is ke bare mein bataein.</w:t>
      </w:r>
    </w:p>
    <w:p>
      <w:pPr>
        <w:jc w:val="right"/>
      </w:pPr>
      <w:r>
        <w:t>جب وہ ہمارے بات ماننے سے انکار کریں اور یہ جواب دیں کہ آج کے ٹائم میں بہت سے نئی نئی حدیثیں نکل رہی ہیں جو کہ غلط ہیں؟" اس کے بارے میں بتائیں۔</w:t>
      </w:r>
    </w:p>
    <w:p>
      <w:r>
        <w:rPr>
          <w:b/>
        </w:rPr>
        <w:t xml:space="preserve">[1:51:29] </w:t>
      </w:r>
      <w:r>
        <w:t>dekhein, yeh aap yeh yahan mein detail nahi bata sakta. meri ek kitaab hai, uska naam hai "tajdeed deen". is mein aap is ki tafseel padh lijeye.</w:t>
      </w:r>
    </w:p>
    <w:p>
      <w:pPr>
        <w:jc w:val="right"/>
      </w:pPr>
      <w:r>
        <w:t>دیکھیں، یہ آپ یہ یہاں میں ڈیٹیل نہیں بتا سکتا۔ میری ایک کتاب ہے، اس کا نام ہے "تجدید دین"۔ اس میں آپ اس کی تفصیل پڑھ لیجئے۔</w:t>
      </w:r>
    </w:p>
    <w:p>
      <w:r>
        <w:rPr>
          <w:b/>
        </w:rPr>
        <w:t xml:space="preserve">[1:51:41] </w:t>
      </w:r>
      <w:r>
        <w:t>yeh chaaron jo woh bane hain,</w:t>
      </w:r>
    </w:p>
    <w:p>
      <w:pPr>
        <w:jc w:val="right"/>
      </w:pPr>
      <w:r>
        <w:t>یہ چاروں جو وہ بنے ہیں،</w:t>
      </w:r>
    </w:p>
    <w:p>
      <w:r>
        <w:rPr>
          <w:b/>
        </w:rPr>
        <w:t xml:space="preserve">[1:51:45] </w:t>
      </w:r>
      <w:r>
        <w:t>fiqhi school, is ki haqeeqat kya hai? is mein aap is ko pa sakte hain. uska naam hai kitaab ka "tajdeed deen". is ko aap padhiye, is mein saari baat aap ko mil jayegi.</w:t>
      </w:r>
    </w:p>
    <w:p>
      <w:pPr>
        <w:jc w:val="right"/>
      </w:pPr>
      <w:r>
        <w:t>فقہی اسکول، اس کی حقیقت کیا ہے؟ اس میں آپ اس کو پا سکتے ہیں۔ اس کا نام ہے کتاب کا "تجدید دین"۔ اس کو آپ پڑھیے، اس میں ساری بات آپ کو مل جائے گی۔</w:t>
      </w:r>
    </w:p>
    <w:p>
      <w:r>
        <w:rPr>
          <w:b/>
        </w:rPr>
        <w:t xml:space="preserve">[1:51:56] </w:t>
      </w:r>
      <w:r>
        <w:t>maulana, in ka ek aur sawal hai, woh pooch rahi hain ke ghair muslim ko dawat dene ka sahi tareeqa kya hai? sahi tareeqa hai un ke khair khwah ban jaiye.</w:t>
      </w:r>
    </w:p>
    <w:p>
      <w:pPr>
        <w:jc w:val="right"/>
      </w:pPr>
      <w:r>
        <w:t>مولانا، ان کا ایک اور سوال ہے، وہ پوچھ رہی ہیں کہ غیر مسلم کو دعوت دینے کا صحیح طریقہ کیا ہے؟ صحیح طریقہ ہے ان کے خیر خواہ بن جائیے۔</w:t>
      </w:r>
    </w:p>
    <w:p>
      <w:r>
        <w:rPr>
          <w:b/>
        </w:rPr>
        <w:t xml:space="preserve">[1:52:10] </w:t>
      </w:r>
      <w:r>
        <w:t>yeh jab maa khair khwah hoti hai apne bete ki to kya beta koi maa ja ke poochti hai mohalle mein ke bhai mein kya karoon bete ke liye? kya koi maa aisi dekhi hai aap ne ke beta paida ho to mohalle mein ghoome?</w:t>
      </w:r>
    </w:p>
    <w:p>
      <w:pPr>
        <w:jc w:val="right"/>
      </w:pPr>
      <w:r>
        <w:t>یہ جب ماں خیر خواہ ہوتی ہے اپنے بیٹے کی تو کیا بیٹا کوئی ماں جا کے پوچھتی ہے محلے میں کہ بھائی میں کیا کروں بیٹے کے لیے؟ کیا کوئی ماں ایسی دیکھی ہے آپ نے کہ بیٹا پیدا ہو تو محلے میں گھومے؟</w:t>
      </w:r>
    </w:p>
    <w:p>
      <w:r>
        <w:rPr>
          <w:b/>
        </w:rPr>
        <w:t xml:space="preserve">[1:52:24] </w:t>
      </w:r>
      <w:r>
        <w:t>arey bhai, mera beta paida hua hai, batao mein mujhe kya karna hai? maa ki mohabbat, maa ki khair khwahi apne aap mein batati hai ke use kya karna hai.</w:t>
      </w:r>
    </w:p>
    <w:p>
      <w:pPr>
        <w:jc w:val="right"/>
      </w:pPr>
      <w:r>
        <w:t>ارے بھائی، میرا بیٹا پیدا ہوا ہے، بتاؤ میں مجھے کیا کرنا ہے؟ ماں کی محبت، ماں کی خیر خواہی اپنے آپ میں بتاتی ہے کہ اسے کیا کرنا ہے۔</w:t>
      </w:r>
    </w:p>
    <w:p>
      <w:r>
        <w:rPr>
          <w:b/>
        </w:rPr>
        <w:t xml:space="preserve">[1:52:35] </w:t>
      </w:r>
      <w:r>
        <w:t>to dawat jo hai, kahan se</w:t>
      </w:r>
    </w:p>
    <w:p>
      <w:pPr>
        <w:jc w:val="right"/>
      </w:pPr>
      <w:r>
        <w:t>تو دعوت جو ہے، کہاں سے</w:t>
      </w:r>
    </w:p>
    <w:p>
      <w:r>
        <w:rPr>
          <w:b/>
        </w:rPr>
        <w:t xml:space="preserve">[1:52:37] </w:t>
      </w:r>
      <w:r>
        <w:t>shuru hoti hai? yaad rakhiye, khair khwahi se, mohabbat se shuru hoti hai. logon ko mohabbat hi nahi to dawat kya denge? woh</w:t>
      </w:r>
    </w:p>
    <w:p>
      <w:pPr>
        <w:jc w:val="right"/>
      </w:pPr>
      <w:r>
        <w:t>شروع ہوتی ہے؟ یاد رکھیے، خیر خواہی سے، محبت سے شروع ہوتی ہے۔ لوگوں کو محبت ہی نہیں تو دعوت کیا دیں گے؟ وہ</w:t>
      </w:r>
    </w:p>
    <w:p>
      <w:r>
        <w:rPr>
          <w:b/>
        </w:rPr>
        <w:t xml:space="preserve">[1:52:47] </w:t>
      </w:r>
      <w:r>
        <w:t>"ani lakum naasih" quran mein aata hai ke mein tumhara khair khwah hoon. to maa khair khwah hoti hai, is liye woh jaan leti hai ke mujhe kya karna hai apne bete ke bare mein.</w:t>
      </w:r>
    </w:p>
    <w:p>
      <w:pPr>
        <w:jc w:val="right"/>
      </w:pPr>
      <w:r>
        <w:t>"انی لکم ناصح" قرآن میں آتا ہے کہ میں تمہارا خیر خواہ ہوں۔ تو ماں خیر خواہ ہوتی ہے، اس لیے وہ جان لیتی ہے کہ مجھے کیا کرنا ہے اپنے بیٹے کے بارے میں۔</w:t>
      </w:r>
    </w:p>
    <w:p>
      <w:r>
        <w:rPr>
          <w:b/>
        </w:rPr>
        <w:t xml:space="preserve">[1:52:58] </w:t>
      </w:r>
      <w:r>
        <w:t>muslim khair khwahi nahi hai doosron ke, to kya jaane ke kya karna hai woh?</w:t>
      </w:r>
    </w:p>
    <w:p>
      <w:pPr>
        <w:jc w:val="right"/>
      </w:pPr>
      <w:r>
        <w:t>مسلمان خیر خواہی نہیں ہے دوسروں کے، تو کیا جانے کہ کیا کرنا ہے وہ؟</w:t>
      </w:r>
    </w:p>
    <w:p>
      <w:r>
        <w:rPr>
          <w:b/>
        </w:rPr>
        <w:t xml:space="preserve">[1:53:06] </w:t>
      </w:r>
      <w:r>
        <w:t>to sab se pehli jo cheez darkaar hai, woh yeh hai ke aap...</w:t>
      </w:r>
    </w:p>
    <w:p>
      <w:pPr>
        <w:jc w:val="right"/>
      </w:pPr>
      <w:r>
        <w:t>تو سب سے پہلی جو چیز درکار ہے، وہ یہ ہے کہ آپ...</w:t>
      </w:r>
    </w:p>
    <w:p>
      <w:r>
        <w:rPr>
          <w:b/>
        </w:rPr>
        <w:t xml:space="preserve">[1:53:13] </w:t>
      </w:r>
      <w:r>
        <w:t>mein ek baar tha wahan gaya tha bhopal to ek naujawan ne kaha ke aap dawat ki baatein karte hain.</w:t>
      </w:r>
    </w:p>
    <w:p>
      <w:pPr>
        <w:jc w:val="right"/>
      </w:pPr>
      <w:r>
        <w:t>میں ایک بار تھا وہاں گیا تھا بھوپال تو ایک نوجوان نے کہا کہ آپ دعوت کی باتیں کرتے ہیں۔</w:t>
      </w:r>
    </w:p>
    <w:p>
      <w:r>
        <w:rPr>
          <w:b/>
        </w:rPr>
        <w:t xml:space="preserve">[1:53:22] </w:t>
      </w:r>
      <w:r>
        <w:t>dawat to sabhi baat karte hain, sabhi log dawat ka kaam karte hain. to aap dawat dawat karte hain, zyada zyada. mein ne kaha aap ne dawat ko samjha nahi.</w:t>
      </w:r>
    </w:p>
    <w:p>
      <w:pPr>
        <w:jc w:val="right"/>
      </w:pPr>
      <w:r>
        <w:t>دعوت تو سبھی بات کرتے ہیں، سبھی لوگ دعوت کا کام کرتے ہیں۔ تو آپ دعوت دعوت کرتے ہیں، زیادہ زیادہ۔ میں نے کہا آپ نے دعوت کو سمجھا نہیں۔</w:t>
      </w:r>
    </w:p>
    <w:p>
      <w:r>
        <w:rPr>
          <w:b/>
        </w:rPr>
        <w:t xml:space="preserve">[1:53:33] </w:t>
      </w:r>
      <w:r>
        <w:t>dawat ko aap samajhte hain ke jaise saari taqreerein hoti hain, aise kuch aur taqreerein kar do to dawat ho gayi. to mein us waqt mere dimaag se nikla tha ke mauzu se mohabbat karna padta hai, us ke baad dawat ka aaghaz hota hai.</w:t>
      </w:r>
    </w:p>
    <w:p>
      <w:pPr>
        <w:jc w:val="right"/>
      </w:pPr>
      <w:r>
        <w:t>دعوت کو آپ سمجھتے ہیں کہ جیسے ساری تقیریں ہوتی ہیں، ایسے کچھ اور تقیریں کر دو تو دعوت ہو گئی۔ تو میں اس وقت میرے دماغ سے نکلا تھا کہ موضوع سے محبت کرنا پڑتا ہے، اس کے بعد دعوت کا آغاز ہوتا ہے۔</w:t>
      </w:r>
    </w:p>
    <w:p>
      <w:r>
        <w:rPr>
          <w:b/>
        </w:rPr>
        <w:t xml:space="preserve">[1:53:49] </w:t>
      </w:r>
      <w:r>
        <w:t>mauzu se mohabbat karna hota hai, mauzu se mohabbat karna padta hai, us ke baad dawat ka aaghaz hota hai. to logon ko mohabbat to hai hi nahi aur dawat ki baatein karte hain.</w:t>
      </w:r>
    </w:p>
    <w:p>
      <w:pPr>
        <w:jc w:val="right"/>
      </w:pPr>
      <w:r>
        <w:t>موضوع سے محبت کرنا ہوتا ہے، موضوع سے محبت کرنا پڑتا ہے، اس کے بعد دعوت کا آغاز ہوتا ہے۔ تو لوگوں کو محبت تو ہے ہی نہیں اور دعوت کی باتیں کرتے ہیں۔</w:t>
      </w:r>
    </w:p>
    <w:p>
      <w:r>
        <w:rPr>
          <w:b/>
        </w:rPr>
        <w:t xml:space="preserve">[1:54:02] </w:t>
      </w:r>
      <w:r>
        <w:t>yaad rakhiye, mauzu se aap ko wahi mohabbat karni padegi jo maa ko apne bete se hoti hai. yaad rakhiye, is se kam agar aap ka taalluq hai to aap ko dawat ka naam nahi lena chahiye.</w:t>
      </w:r>
    </w:p>
    <w:p>
      <w:pPr>
        <w:jc w:val="right"/>
      </w:pPr>
      <w:r>
        <w:t>یاد رکھیے، موضوع سے آپ کو وہی محبت کرنی پڑے گی جو ماں کو اپنے بیٹے سے ہوتی ہے۔ یاد رکھیے، اس سے کم اگر آپ کا تعلق ہے تو آپ کو دعوت کا نام نہیں لینا چاہیے۔</w:t>
      </w:r>
    </w:p>
    <w:p>
      <w:r>
        <w:rPr>
          <w:b/>
        </w:rPr>
        <w:t xml:space="preserve">[1:54:19] </w:t>
      </w:r>
      <w:r>
        <w:t>dawat ka naam nahi lena chahiye. aap</w:t>
      </w:r>
    </w:p>
    <w:p>
      <w:pPr>
        <w:jc w:val="right"/>
      </w:pPr>
      <w:r>
        <w:t>دعوت کا نام نہیں لینا چاہیے۔ آپ</w:t>
      </w:r>
    </w:p>
    <w:p>
      <w:r>
        <w:rPr>
          <w:b/>
        </w:rPr>
        <w:t xml:space="preserve">[1:54:22] </w:t>
      </w:r>
      <w:r>
        <w:t>yeh is ko quran majeed mein kaha gaya hai ke "yuhbboon yuhmad bima lam yaf'aloo" yaani aise kaam ka credit lena jis ko aadmi ne kiya hi nahi.</w:t>
      </w:r>
    </w:p>
    <w:p>
      <w:pPr>
        <w:jc w:val="right"/>
      </w:pPr>
      <w:r>
        <w:t>یہ اس کو قرآن مجید میں کہا گیا ہے کہ "یحبون یحمد بما لم یفعلوا" یعنی ایسے کام کا کریڈٹ لینا جس کو آدمی نے کیا ہی نہیں۔</w:t>
      </w:r>
    </w:p>
    <w:p>
      <w:r>
        <w:rPr>
          <w:b/>
        </w:rPr>
        <w:t xml:space="preserve">[1:54:33] </w:t>
      </w:r>
      <w:r>
        <w:t>to dawat to di nahi aur is ka credit lena chahte hain dawat ka. to yaad rakhiye, agar aap ko dawat ka allah taala ke haan reward lena hai to mauzu se woh mohabbat karna seekhein jo maa ko apne bete se hoti hai.</w:t>
      </w:r>
    </w:p>
    <w:p>
      <w:pPr>
        <w:jc w:val="right"/>
      </w:pPr>
      <w:r>
        <w:t>تو دعوت تو دی نہیں اور اس کا کریڈٹ لینا چاہتے ہیں دعوت کا۔ تو یاد رکھیے، اگر آپ کو دعوت کا اللہ تعالی کے ہاں ریوارڈ لینا ہے تو موضوع سے وہ محبت کرنا سیکھیں جو ماں کو اپنے بیٹے سے ہوتی ہے۔</w:t>
      </w:r>
    </w:p>
    <w:p>
      <w:r>
        <w:rPr>
          <w:b/>
        </w:rPr>
        <w:t xml:space="preserve">[1:54:53] </w:t>
      </w:r>
      <w:r>
        <w:t>nahi to dawat ka inaam aap ko milne wala nahi hai.</w:t>
      </w:r>
    </w:p>
    <w:p>
      <w:pPr>
        <w:jc w:val="right"/>
      </w:pPr>
      <w:r>
        <w:t>نہیں تو دعوت کا انعام آپ کو ملنے والا نہیں ہے۔</w:t>
      </w:r>
    </w:p>
    <w:p>
      <w:r>
        <w:rPr>
          <w:b/>
        </w:rPr>
        <w:t xml:space="preserve">[1:54:58] </w:t>
      </w:r>
      <w:r>
        <w:t>maulana, yeh sawal mis naghma siddiqi ne kiya hai nai dilli se. unhon ne poocha hai ke "haoo kain muslimz be made to realize that they are not following islamic principles?" bhai, wahi to hum log kar rahe hain.</w:t>
      </w:r>
    </w:p>
    <w:p>
      <w:pPr>
        <w:jc w:val="right"/>
      </w:pPr>
      <w:r>
        <w:t>مولانا، یہ سوال مس نغمہ صدیقی نے کیا ہے نئی دلی سے۔ انہوں نے پوچھا ہے کہ "ہاؤ کین مسلمز بی میڈ ٹو ریلائز دیٹ دے آر ناٹ فالونگ اسلامک پرنسپلز؟" بھئی، وہی تو ہم لوگ کر رہے ہیں۔</w:t>
      </w:r>
    </w:p>
    <w:p>
      <w:r>
        <w:rPr>
          <w:b/>
        </w:rPr>
        <w:t xml:space="preserve">[1:55:15] </w:t>
      </w:r>
      <w:r>
        <w:t>literature phailaiye, arsal parhwaiye, kitabein parhwaiye, logon ko samjhaiye.</w:t>
      </w:r>
    </w:p>
    <w:p>
      <w:pPr>
        <w:jc w:val="right"/>
      </w:pPr>
      <w:r>
        <w:t>لٹریچر پھیلائیے، ارسل پڑھوائیے، کتابیں پڑھوائیے، لوگوں کو سمجھائیے۔</w:t>
      </w:r>
    </w:p>
    <w:p>
      <w:r>
        <w:rPr>
          <w:b/>
        </w:rPr>
        <w:t xml:space="preserve">[1:55:23] </w:t>
      </w:r>
      <w:r>
        <w:t>yeh to ek lamba process hai, ek lamba process hai.</w:t>
      </w:r>
    </w:p>
    <w:p>
      <w:pPr>
        <w:jc w:val="right"/>
      </w:pPr>
      <w:r>
        <w:t>یہ تو ایک لمبا پروسیس ہے، ایک لمبا پروسیس ہے۔</w:t>
      </w:r>
    </w:p>
    <w:p>
      <w:r>
        <w:rPr>
          <w:b/>
        </w:rPr>
        <w:t xml:space="preserve">[1:55:34] </w:t>
      </w:r>
      <w:r>
        <w:t>ek majlis mein aap ne umeed kar sakte hain ke woh aadmi samajh lega is baat ko. is ko bohat kuch parhna parega, bohat kuch seekhna parega.</w:t>
      </w:r>
    </w:p>
    <w:p>
      <w:pPr>
        <w:jc w:val="right"/>
      </w:pPr>
      <w:r>
        <w:t>ایک مجلس میں آپ نے امید کر سکتے ہیں کہ وہ آدمی سمجھ لے گا اس بات کو۔ اس کو بہت کچھ پڑھنا پڑے گا، بہت کچھ سیکھنا پڑے گا۔</w:t>
      </w:r>
    </w:p>
    <w:p>
      <w:r>
        <w:rPr>
          <w:b/>
        </w:rPr>
        <w:t xml:space="preserve">[1:55:44] </w:t>
      </w:r>
      <w:r>
        <w:t>is ke mind ki yani deconditioning karni hogi.</w:t>
      </w:r>
    </w:p>
    <w:p>
      <w:pPr>
        <w:jc w:val="right"/>
      </w:pPr>
      <w:r>
        <w:t>اس کے مائنڈ کی یعنی ڈی کنڈیشننگ کرنی ہوگی۔</w:t>
      </w:r>
    </w:p>
    <w:p>
      <w:r>
        <w:rPr>
          <w:b/>
        </w:rPr>
        <w:t xml:space="preserve">[1:55:48] </w:t>
      </w:r>
      <w:r>
        <w:t>har aadmi conditioning ka case hai aur deconditioning ek bohat hi zyada mushkil process hai. jab tak deconditioning na ho jaye, aadmi kuch nahi samjhega.</w:t>
      </w:r>
    </w:p>
    <w:p>
      <w:pPr>
        <w:jc w:val="right"/>
      </w:pPr>
      <w:r>
        <w:t>ہر آدمی کنڈیشننگ کا کیس ہے اور ڈی کنڈیشننگ ایک بہت ہی زیادہ مشکل پروسیس ہے۔ جب تک ڈی کنڈیشننگ نہ ہو جائے، آدمی کچھ نہیں سمجھے گا۔</w:t>
      </w:r>
    </w:p>
    <w:p>
      <w:r>
        <w:rPr>
          <w:b/>
        </w:rPr>
        <w:t xml:space="preserve">[1:56:03] </w:t>
      </w:r>
      <w:r>
        <w:t>to yeh to ek lamba process hai, ek bohat hi, bohat bari ek ek ek campaign chalana hai aur subah sham sochna hai, subah sham isi ke liye ghulna hai,</w:t>
      </w:r>
    </w:p>
    <w:p>
      <w:pPr>
        <w:jc w:val="right"/>
      </w:pPr>
      <w:r>
        <w:t>تو یہ تو ایک لمبا پروسیس ہے، ایک بہت ہی، بہت بڑی ایک ایک ایک کیمپین چلانا ہے اور صبح شام سوچنا ہے، صبح شام اسی کے لیے گھلنا ہے،</w:t>
      </w:r>
    </w:p>
    <w:p>
      <w:r>
        <w:rPr>
          <w:b/>
        </w:rPr>
        <w:t xml:space="preserve">[1:56:17] </w:t>
      </w:r>
      <w:r>
        <w:t>subah sham isi ke liye planning karna hai. tab ja ke result niklega. aise result nikalne wala nahi hai. maulana, yeh sawal kiya hai maulana zikwan nadvi ne nai dilli se.</w:t>
      </w:r>
    </w:p>
    <w:p>
      <w:pPr>
        <w:jc w:val="right"/>
      </w:pPr>
      <w:r>
        <w:t>صبح شام اسی کے لیے پلاننگ کرنا ہے۔ تب جا کے رزلٹ نکلے گا۔ ایسے رزلٹ نکلنے والا نہیں ہے۔ مولانا، یہ سوال کیا ہے مولانا زکوان ندوی نے نئی دلی سے۔</w:t>
      </w:r>
    </w:p>
    <w:p>
      <w:r>
        <w:rPr>
          <w:b/>
        </w:rPr>
        <w:t xml:space="preserve">[1:56:31] </w:t>
      </w:r>
      <w:r>
        <w:t>unhon ne aap se poocha hai ke kya maujooda musalmanon ko tehreek ke zariye reform ya change kiya ja sakta hai?</w:t>
      </w:r>
    </w:p>
    <w:p>
      <w:pPr>
        <w:jc w:val="right"/>
      </w:pPr>
      <w:r>
        <w:t>انہوں نے آپ سے پوچھا ہے کہ کیا موجودہ مسلمانوں کو تحریک کے ذریعے ریفارم یا چینج کیا جا سکتا ہے؟</w:t>
      </w:r>
    </w:p>
    <w:p>
      <w:r>
        <w:rPr>
          <w:b/>
        </w:rPr>
        <w:t xml:space="preserve">[1:56:41] </w:t>
      </w:r>
      <w:r>
        <w:t>kya kisi degenerated ahl-e-kitab community ke bare mein aisa samajhna sahi hai? nahi, yeh to paighambar bhi nahi kar sakta ke poori poori community zinda kar de.</w:t>
      </w:r>
    </w:p>
    <w:p>
      <w:pPr>
        <w:jc w:val="right"/>
      </w:pPr>
      <w:r>
        <w:t>کیا کسی ڈی جنریٹڈ اہل کتاب کمیونٹی کے بارے میں ایسا سمجھنا صحیح ہے؟ نہیں، یہ تو پیغمبر بھی نہیں کر سکتا کہ پوری پوری کمیونٹی زندہ کر دے۔</w:t>
      </w:r>
    </w:p>
    <w:p>
      <w:r>
        <w:rPr>
          <w:b/>
        </w:rPr>
        <w:t xml:space="preserve">[1:56:51] </w:t>
      </w:r>
      <w:r>
        <w:t>hazrat musa jo hain, sare yahudiyon ko zinda nahi kar sake. khud rasool allah sallallahu alaihi wasallam jo quraish the ya jo jo wahan arab ke log the, woh ibrahimi ummat apne ko samajhte the.</w:t>
      </w:r>
    </w:p>
    <w:p>
      <w:pPr>
        <w:jc w:val="right"/>
      </w:pPr>
      <w:r>
        <w:t>حضرت موسیٰ جو ہیں، سارے یہودیوں کو زندہ نہیں کر سکے۔ خود رسول اللہ صلی اللہ علیہ وسلم جو قریش تھے یا جو جو وہاں عرب کے لوگ تھے، وہ ابراہیمی امت اپنے کو سمجھتے تھے۔</w:t>
      </w:r>
    </w:p>
    <w:p>
      <w:r>
        <w:rPr>
          <w:b/>
        </w:rPr>
        <w:t xml:space="preserve">[1:57:02] </w:t>
      </w:r>
      <w:r>
        <w:t>to ek ek fard thori ho gaya.</w:t>
      </w:r>
    </w:p>
    <w:p>
      <w:pPr>
        <w:jc w:val="right"/>
      </w:pPr>
      <w:r>
        <w:t>تو ایک ایک فرد تھوڑی ہو گیا۔</w:t>
      </w:r>
    </w:p>
    <w:p>
      <w:r>
        <w:rPr>
          <w:b/>
        </w:rPr>
        <w:t xml:space="preserve">[1:57:05] </w:t>
      </w:r>
      <w:r>
        <w:t>dekhiye, islah ka nateeja hum farz par nikalta hai, ijtima par nahi nikalta. chahe paighambar ka kaam ho ya hamara aap ka kaam ho, kuch fard ki islah ho jayegi aur sari ki sari community one to all ek dam is ka overhaul ho jaye.</w:t>
      </w:r>
    </w:p>
    <w:p>
      <w:pPr>
        <w:jc w:val="right"/>
      </w:pPr>
      <w:r>
        <w:t>دیکھیے، اصلاح کا نتیجہ ہم فرض پر نکلتا ہے، اجتماع پر نہیں نکلتا۔ چاہے پیغمبر کا کام ہو یا ہمارا آپ کا کام ہو، کچھ فرد کی اصلاح ہو جائے گی اور ساری کی ساری کمیونٹی ون ٹو ال ایک دم اس کا اوور ہال ہو جائے۔</w:t>
      </w:r>
    </w:p>
    <w:p>
      <w:r>
        <w:rPr>
          <w:b/>
        </w:rPr>
        <w:t xml:space="preserve">[1:57:25] </w:t>
      </w:r>
      <w:r>
        <w:t>aisa kabhi tareekh mein hua nahi, na aaj ho sakta hai. to hamara target fard hona chahiye, individual. hamara jo target hai, individual hona chahiye</w:t>
      </w:r>
    </w:p>
    <w:p>
      <w:pPr>
        <w:jc w:val="right"/>
      </w:pPr>
      <w:r>
        <w:t>ایسا کبھی تاریخ میں ہوا نہیں، نہ آج ہو سکتا ہے۔ تو ہمارا ٹارگٹ فرد ہونا چاہیے، انڈیویجول۔ ہمارا جو ٹارگٹ ہے، انڈیویجول ہونا چاہیے</w:t>
      </w:r>
    </w:p>
    <w:p>
      <w:r>
        <w:rPr>
          <w:b/>
        </w:rPr>
        <w:t xml:space="preserve">[1:57:38] </w:t>
      </w:r>
      <w:r>
        <w:t>aur individual level par aaj aaj bhi khuda ke fazl se yani logon ko islah ho rahi hai, logon ko sachai mil rahi hai.</w:t>
      </w:r>
    </w:p>
    <w:p>
      <w:pPr>
        <w:jc w:val="right"/>
      </w:pPr>
      <w:r>
        <w:t>اور انڈیویجول لیول پر آج آج بھی خدا کے فضل سے یعنی لوگوں کو اصلاح ہو رہی ہے، لوگوں کو سچائی مل رہی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