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Outlook on Life, | August 26, 2007</w:t>
      </w:r>
    </w:p>
    <w:p>
      <w:r>
        <w:t>https://www.youtube.com/watch?v=bSmNo_dEnJ8</w:t>
      </w:r>
    </w:p>
    <w:p>
      <w:r>
        <w:rPr>
          <w:b/>
        </w:rPr>
        <w:t xml:space="preserve">[00:13] </w:t>
      </w:r>
      <w:r>
        <w:t>bismillah rahman rahim, wa salla allah ala nabiyyil karim.</w:t>
      </w:r>
    </w:p>
    <w:p>
      <w:pPr>
        <w:jc w:val="right"/>
      </w:pPr>
      <w:r>
        <w:t>بسم اللہ الرحمن الرحیم، وصلی اللہ علی النبی الکریم۔</w:t>
      </w:r>
    </w:p>
    <w:p>
      <w:r>
        <w:rPr>
          <w:b/>
        </w:rPr>
        <w:t xml:space="preserve">[00:23]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[00:34] </w:t>
      </w:r>
      <w:r>
        <w:t>aap jante hain ke ye hamara</w:t>
      </w:r>
    </w:p>
    <w:p>
      <w:pPr>
        <w:jc w:val="right"/>
      </w:pPr>
      <w:r>
        <w:t>آپ جانتے ہیں کہ یہ ہمارا</w:t>
      </w:r>
    </w:p>
    <w:p>
      <w:r>
        <w:rPr>
          <w:b/>
        </w:rPr>
        <w:t xml:space="preserve">[00:44] </w:t>
      </w:r>
      <w:r>
        <w:t>spiritual class hai jo har itwar ko hota hai saade das baje.</w:t>
      </w:r>
    </w:p>
    <w:p>
      <w:pPr>
        <w:jc w:val="right"/>
      </w:pPr>
      <w:r>
        <w:t>اسپریچوئل کلاس ہے جو ہر اتوار کو ہوتا ہے ساڑھے دس بجے۔</w:t>
      </w:r>
    </w:p>
    <w:p>
      <w:r>
        <w:rPr>
          <w:b/>
        </w:rPr>
        <w:t xml:space="preserve">[00:52] </w:t>
      </w:r>
      <w:r>
        <w:t>is mein hum ye koshish karte hain ke islam ke reference mein spirituality aur peace aur human values</w:t>
      </w:r>
    </w:p>
    <w:p>
      <w:pPr>
        <w:jc w:val="right"/>
      </w:pPr>
      <w:r>
        <w:t>اس میں ہم یہ کوشش کرتے ہیں کہ اسلام کے ریفرنس میں اسپریچوئلٹی اور پیس اور ہیومن ویلیوز</w:t>
      </w:r>
    </w:p>
    <w:p>
      <w:r>
        <w:rPr>
          <w:b/>
        </w:rPr>
        <w:t xml:space="preserve">[01:00] </w:t>
      </w:r>
      <w:r>
        <w:t>jaisi baaton ko batayen.</w:t>
      </w:r>
    </w:p>
    <w:p>
      <w:pPr>
        <w:jc w:val="right"/>
      </w:pPr>
      <w:r>
        <w:t>جیسی باتوں کو بتائیں۔</w:t>
      </w:r>
    </w:p>
    <w:p>
      <w:r>
        <w:rPr>
          <w:b/>
        </w:rPr>
        <w:t xml:space="preserve">[01:08] </w:t>
      </w:r>
      <w:r>
        <w:t>kisi baat ko aap general reference bhi kar sakte hain</w:t>
      </w:r>
    </w:p>
    <w:p>
      <w:pPr>
        <w:jc w:val="right"/>
      </w:pPr>
      <w:r>
        <w:t>کسی بات کو آپ جنرل ریفرنس بھی کر سکتے ہیں</w:t>
      </w:r>
    </w:p>
    <w:p>
      <w:r>
        <w:rPr>
          <w:b/>
        </w:rPr>
        <w:t xml:space="preserve">[01:16] </w:t>
      </w:r>
      <w:r>
        <w:t>لیکن جنرل ریفرنس میں کہی ہوئی بات اتنی effective نہیں ہوتی ہے۔</w:t>
      </w:r>
    </w:p>
    <w:p>
      <w:pPr>
        <w:jc w:val="right"/>
      </w:pPr>
      <w:r>
        <w:t>لیکن جنرل ریفرنس میں کہی ہوئی بات اتنی ایفیکٹیو نہیں ہوتی ہے۔</w:t>
      </w:r>
    </w:p>
    <w:p>
      <w:r>
        <w:rPr>
          <w:b/>
        </w:rPr>
        <w:t xml:space="preserve">[01:22] </w:t>
      </w:r>
      <w:r>
        <w:t>kyunke islam kya hai? islam religion of nature hai.</w:t>
      </w:r>
    </w:p>
    <w:p>
      <w:pPr>
        <w:jc w:val="right"/>
      </w:pPr>
      <w:r>
        <w:t>کیونکہ اسلام کیا ہے؟ اسلام ریلیجن آف نیچر ہے۔</w:t>
      </w:r>
    </w:p>
    <w:p>
      <w:r>
        <w:rPr>
          <w:b/>
        </w:rPr>
        <w:t xml:space="preserve">[01:28] </w:t>
      </w:r>
      <w:r>
        <w:t>aap nature ke reference mein bhi wahi baatein kar sakte hain.</w:t>
      </w:r>
    </w:p>
    <w:p>
      <w:pPr>
        <w:jc w:val="right"/>
      </w:pPr>
      <w:r>
        <w:t>آپ نیچر کے ریفرنس میں بھی وہی باتیں کر سکتے ہیں۔</w:t>
      </w:r>
    </w:p>
    <w:p>
      <w:r>
        <w:rPr>
          <w:b/>
        </w:rPr>
        <w:t xml:space="preserve">[01:34] </w:t>
      </w:r>
      <w:r>
        <w:t>لیکن جب آپ نیچر کے ریفرنس میں کہیں گے تو وہ بات اتنی effective نہیں ہوگی، اتنی authentic نہیں ہوگی۔</w:t>
      </w:r>
    </w:p>
    <w:p>
      <w:pPr>
        <w:jc w:val="right"/>
      </w:pPr>
      <w:r>
        <w:t>لیکن جب آپ نیچر کے ریفرنس میں کہیں گے تو وہ بات اتنی ایفیکٹیو نہیں ہوگی، اتنی آتھنٹک نہیں ہوگی۔</w:t>
      </w:r>
    </w:p>
    <w:p>
      <w:r>
        <w:rPr>
          <w:b/>
        </w:rPr>
        <w:t xml:space="preserve">[01:40] </w:t>
      </w:r>
      <w:r>
        <w:t>to kisi bhi baat ko, koi bhi virtual hai,</w:t>
      </w:r>
    </w:p>
    <w:p>
      <w:pPr>
        <w:jc w:val="right"/>
      </w:pPr>
      <w:r>
        <w:t>تو کسی بھی بات کو، کوئی بھی ورچوئل ہے،</w:t>
      </w:r>
    </w:p>
    <w:p>
      <w:r>
        <w:rPr>
          <w:b/>
        </w:rPr>
        <w:t xml:space="preserve">[01:46] </w:t>
      </w:r>
      <w:r>
        <w:t>koi bhi achhi baat hai to us ko batane ke liye aap ko koi reference dena chahiye, historical</w:t>
      </w:r>
    </w:p>
    <w:p>
      <w:pPr>
        <w:jc w:val="right"/>
      </w:pPr>
      <w:r>
        <w:t>کوئی بھی اچھی بات ہے تو اس کو بتانے کے لیے آپ کو کوئی ریفرنس دینا چاہیے، ہسٹاریکل</w:t>
      </w:r>
    </w:p>
    <w:p>
      <w:r>
        <w:rPr>
          <w:b/>
        </w:rPr>
        <w:t xml:space="preserve">[01:54] </w:t>
      </w:r>
      <w:r>
        <w:t>reference jo logon ke haan well known ho.</w:t>
      </w:r>
    </w:p>
    <w:p>
      <w:pPr>
        <w:jc w:val="right"/>
      </w:pPr>
      <w:r>
        <w:t>ریفرنس جو لوگوں کے ہاں ویل نون ہو۔</w:t>
      </w:r>
    </w:p>
    <w:p>
      <w:r>
        <w:rPr>
          <w:b/>
        </w:rPr>
        <w:t xml:space="preserve">[02:02] </w:t>
      </w:r>
      <w:r>
        <w:t>to hum bunyadi taur par natural jo religion hai, jo universal teachings hain isi ko bayan karte hain</w:t>
      </w:r>
    </w:p>
    <w:p>
      <w:pPr>
        <w:jc w:val="right"/>
      </w:pPr>
      <w:r>
        <w:t>تو ہم بنیادی طور پر نیچرل جو ریلیجن ہے، جو یونیورسل ٹیچنگز ہیں اسی کو بیان کرتے ہیں</w:t>
      </w:r>
    </w:p>
    <w:p>
      <w:r>
        <w:rPr>
          <w:b/>
        </w:rPr>
        <w:t xml:space="preserve">[02:10] </w:t>
      </w:r>
      <w:r>
        <w:t>lekin Islam ke reference mein. to dekhein</w:t>
      </w:r>
    </w:p>
    <w:p>
      <w:pPr>
        <w:jc w:val="right"/>
      </w:pPr>
      <w:r>
        <w:t>لیکن اسلام کے ریفرنس میں۔ تو دیکھیں</w:t>
      </w:r>
    </w:p>
    <w:p>
      <w:r>
        <w:rPr>
          <w:b/>
        </w:rPr>
        <w:t xml:space="preserve">[02:18] </w:t>
      </w:r>
      <w:r>
        <w:t>aaj mere samne yeh aaj ka Times of India hai, Sunday Times. Is ki pehli jo heading hai woh kya hai? Forty killed in Hyderabad bomb blast. Forty killed in Hy</w:t>
      </w:r>
    </w:p>
    <w:p>
      <w:pPr>
        <w:jc w:val="right"/>
      </w:pPr>
      <w:r>
        <w:t>آج میرے سامنے یہ آج کا ٹائمز آف انڈیا ہے، سنڈے ٹائمز۔ اس کی پہلی جو ہیڈنگ ہے وہ کیا ہے؟ فورٹی کلڈ ان حیدر آباد بم بلاسٹ۔ فورٹی کلڈ ان ح</w:t>
      </w:r>
    </w:p>
    <w:p>
      <w:r>
        <w:rPr>
          <w:b/>
        </w:rPr>
        <w:t xml:space="preserve">[02:48] </w:t>
      </w:r>
      <w:r>
        <w:t>Hyderabad bomb blast.</w:t>
      </w:r>
    </w:p>
    <w:p>
      <w:pPr>
        <w:jc w:val="right"/>
      </w:pPr>
      <w:r>
        <w:t>یدر آباد بم بلاسٹ۔</w:t>
      </w:r>
    </w:p>
    <w:p>
      <w:r>
        <w:rPr>
          <w:b/>
        </w:rPr>
        <w:t xml:space="preserve">[02:54] </w:t>
      </w:r>
      <w:r>
        <w:t>yani Hyderabad mein aap jante hain ke bomb phata kal to aaj yeh khabar aayi hai ke</w:t>
      </w:r>
    </w:p>
    <w:p>
      <w:pPr>
        <w:jc w:val="right"/>
      </w:pPr>
      <w:r>
        <w:t>یعنی حیدر آباد میں آپ جانتے ہیں کہ بم پھٹا کل تو آج یہ خبر آئی ہے کہ</w:t>
      </w:r>
    </w:p>
    <w:p>
      <w:r>
        <w:rPr>
          <w:b/>
        </w:rPr>
        <w:t xml:space="preserve">[03:01] </w:t>
      </w:r>
      <w:r>
        <w:t>is mein chaalees aadmi mar gaye aur bohat se is mein zakhmi hue.</w:t>
      </w:r>
    </w:p>
    <w:p>
      <w:pPr>
        <w:jc w:val="right"/>
      </w:pPr>
      <w:r>
        <w:t>اس میں چالیس آدمی مر گئے اور بہت سے اس میں زخمی ہوئے۔</w:t>
      </w:r>
    </w:p>
    <w:p>
      <w:r>
        <w:rPr>
          <w:b/>
        </w:rPr>
        <w:t xml:space="preserve">[03:07] </w:t>
      </w:r>
      <w:r>
        <w:t>is mein jo maine suna hai media mein to is mein Musalmanon ke naam aa rahe hain.</w:t>
      </w:r>
    </w:p>
    <w:p>
      <w:pPr>
        <w:jc w:val="right"/>
      </w:pPr>
      <w:r>
        <w:t>اس میں جو میں نے سنا ہے میڈیا میں تو اس میں مسلمانوں کے نام آ رہے ہیں۔</w:t>
      </w:r>
    </w:p>
    <w:p>
      <w:r>
        <w:rPr>
          <w:b/>
        </w:rPr>
        <w:t xml:space="preserve">[03:14] </w:t>
      </w:r>
      <w:r>
        <w:t>to mujhe ek ayat yaad aayi.</w:t>
      </w:r>
    </w:p>
    <w:p>
      <w:pPr>
        <w:jc w:val="right"/>
      </w:pPr>
      <w:r>
        <w:t>تو مجھے ایک آیت یاد آئی۔</w:t>
      </w:r>
    </w:p>
    <w:p>
      <w:r>
        <w:rPr>
          <w:b/>
        </w:rPr>
        <w:t xml:space="preserve">[03:20] </w:t>
      </w:r>
      <w:r>
        <w:t>Aur aaj mujhe is ayat ki ek lehaz se discovery hui. Kehna chahiye. Quran ke chapter number five hai Al-Ma'idah. Al-Ma'idah ke verse number thirty two mein ek ayat hai. Is mein bataya gaya hai ke insan jab shuru mein zameen par basaya gaya to shuru</w:t>
      </w:r>
    </w:p>
    <w:p>
      <w:pPr>
        <w:jc w:val="right"/>
      </w:pPr>
      <w:r>
        <w:t>اور آج مجھے اس آیت کی ایک لحاظ سے ڈسکوری ہوئی۔ کہنا چاہیے۔ قرآن کے چیپٹر نمبر فائیو ہے المائدہ۔ المائدہ کے ورس نمبر تھرٹی ٹو میں ایک آیت ہے۔ اس میں بتایا گیا ہے کہ انسان جب شروع میں زمین پر بسایا گیا تو شروع</w:t>
      </w:r>
    </w:p>
    <w:p>
      <w:r>
        <w:rPr>
          <w:b/>
        </w:rPr>
        <w:t xml:space="preserve">[03:50] </w:t>
      </w:r>
      <w:r>
        <w:t>mein ek insaan ne doosre insaan ko maar dala.</w:t>
      </w:r>
    </w:p>
    <w:p>
      <w:pPr>
        <w:jc w:val="right"/>
      </w:pPr>
      <w:r>
        <w:t>ہی میں ایک انسان نے دوسرے انسان کو مار ڈالا۔</w:t>
      </w:r>
    </w:p>
    <w:p>
      <w:r>
        <w:rPr>
          <w:b/>
        </w:rPr>
        <w:t xml:space="preserve">[03:54] </w:t>
      </w:r>
      <w:r>
        <w:t>yeh the Qabil aur Habil.</w:t>
      </w:r>
    </w:p>
    <w:p>
      <w:pPr>
        <w:jc w:val="right"/>
      </w:pPr>
      <w:r>
        <w:t>یہ تھے قابیل اور ہابیل۔</w:t>
      </w:r>
    </w:p>
    <w:p>
      <w:r>
        <w:rPr>
          <w:b/>
        </w:rPr>
        <w:t xml:space="preserve">[03:59] </w:t>
      </w:r>
      <w:r>
        <w:t>Qabil ne Habil ko maar dala.</w:t>
      </w:r>
    </w:p>
    <w:p>
      <w:pPr>
        <w:jc w:val="right"/>
      </w:pPr>
      <w:r>
        <w:t>قابیل نے ہابیل کو مار ڈالا۔</w:t>
      </w:r>
    </w:p>
    <w:p>
      <w:r>
        <w:rPr>
          <w:b/>
        </w:rPr>
        <w:t xml:space="preserve">[04:03] </w:t>
      </w:r>
      <w:r>
        <w:t>us waqt Khuda ne yeh likh diya aur tamam jo revealed religion the us mein sab ko bataya</w:t>
      </w:r>
    </w:p>
    <w:p>
      <w:pPr>
        <w:jc w:val="right"/>
      </w:pPr>
      <w:r>
        <w:t>اس وقت خدا نے یہ لکھ دیا اور تمام جو ریویلڈ ریلیجن تھے اس میں سب کو بتایا</w:t>
      </w:r>
    </w:p>
    <w:p>
      <w:r>
        <w:rPr>
          <w:b/>
        </w:rPr>
        <w:t xml:space="preserve">[04:07] </w:t>
      </w:r>
      <w:r>
        <w:t>revelation ke through ek baat.</w:t>
      </w:r>
    </w:p>
    <w:p>
      <w:pPr>
        <w:jc w:val="right"/>
      </w:pPr>
      <w:r>
        <w:t>ریولیشن کے تھرو ایک بات۔</w:t>
      </w:r>
    </w:p>
    <w:p>
      <w:r>
        <w:rPr>
          <w:b/>
        </w:rPr>
        <w:t xml:space="preserve">[04:12] </w:t>
      </w:r>
      <w:r>
        <w:t>woh Quran mein quote ki gayi hai.</w:t>
      </w:r>
    </w:p>
    <w:p>
      <w:pPr>
        <w:jc w:val="right"/>
      </w:pPr>
      <w:r>
        <w:t>وہ قرآن میں کوٹ کی گئی ہے۔</w:t>
      </w:r>
    </w:p>
    <w:p>
      <w:r>
        <w:rPr>
          <w:b/>
        </w:rPr>
        <w:t xml:space="preserve">[04:16] </w:t>
      </w:r>
      <w:r>
        <w:t>woh kya hai?</w:t>
      </w:r>
    </w:p>
    <w:p>
      <w:pPr>
        <w:jc w:val="right"/>
      </w:pPr>
      <w:r>
        <w:t>وہ کیا ہے؟</w:t>
      </w:r>
    </w:p>
    <w:p>
      <w:r>
        <w:rPr>
          <w:b/>
        </w:rPr>
        <w:t xml:space="preserve">[04:20] </w:t>
      </w:r>
      <w:r>
        <w:t>Man qatala nafsan bighayri nafsin wa fasadin faka annama qatalan nasa jamee'an wa man ahyaaha faka annama ahya an nasa jamee'an. Yeh Quran ki ayat hai chapter number five verse number thirty two. Is mein kaha gaya hai ke jis ne ek insan ko mara to us ne</w:t>
      </w:r>
    </w:p>
    <w:p>
      <w:pPr>
        <w:jc w:val="right"/>
      </w:pPr>
      <w:r>
        <w:t>من قتل نفسا بغیر نفس وفساد فکأنما قتل الناس جمیعا ومن أحياها فکأنما أحيا الناس جمیعا۔ یہ قرآن کی آیت ہے چیپٹر نمبر فائیو ورس نمبر تھرٹی ٹو۔ اس میں کہا گیا ہے کہ جس نے ایک انسان کو مارا تو اس نے</w:t>
      </w:r>
    </w:p>
    <w:p>
      <w:r>
        <w:rPr>
          <w:b/>
        </w:rPr>
        <w:t xml:space="preserve">[04:50] </w:t>
      </w:r>
      <w:r>
        <w:t>saare hi insaanon ko maar dala.</w:t>
      </w:r>
    </w:p>
    <w:p>
      <w:pPr>
        <w:jc w:val="right"/>
      </w:pPr>
      <w:r>
        <w:t>سارے ہی انسانوں کو مار ڈالا۔</w:t>
      </w:r>
    </w:p>
    <w:p>
      <w:r>
        <w:rPr>
          <w:b/>
        </w:rPr>
        <w:t xml:space="preserve">[04:56] </w:t>
      </w:r>
      <w:r>
        <w:t>jis ne ek insaan ko mara to goya ke us ne saare hi insaanon ko maar dala.</w:t>
      </w:r>
    </w:p>
    <w:p>
      <w:pPr>
        <w:jc w:val="right"/>
      </w:pPr>
      <w:r>
        <w:t>جس نے ایک انسان کو مارا تو گویا کہ اس نے سارے ہی انسانوں کو مار ڈالا۔</w:t>
      </w:r>
    </w:p>
    <w:p>
      <w:r>
        <w:rPr>
          <w:b/>
        </w:rPr>
        <w:t xml:space="preserve">[05:01] </w:t>
      </w:r>
      <w:r>
        <w:t>aur jis ne ek insaan ko zindagi di to us ne saare hi insaanon ko zindagi di.</w:t>
      </w:r>
    </w:p>
    <w:p>
      <w:pPr>
        <w:jc w:val="right"/>
      </w:pPr>
      <w:r>
        <w:t>اور جس نے ایک انسان کو زندگی دی تو اس نے سارے ہی انسانوں کو زندگی دی۔</w:t>
      </w:r>
    </w:p>
    <w:p>
      <w:r>
        <w:rPr>
          <w:b/>
        </w:rPr>
        <w:t xml:space="preserve">[05:06] </w:t>
      </w:r>
      <w:r>
        <w:t>is ayat mein yeh jo baat hai ke jis ne zindagi di ek insaan ko woh aaj hi</w:t>
      </w:r>
    </w:p>
    <w:p>
      <w:pPr>
        <w:jc w:val="right"/>
      </w:pPr>
      <w:r>
        <w:t>اس آیت میں یہ جو بات ہے کہ جس نے زندگی دی ایک انسان کو وہ آج ہی</w:t>
      </w:r>
    </w:p>
    <w:p>
      <w:r>
        <w:rPr>
          <w:b/>
        </w:rPr>
        <w:t xml:space="preserve">[05:11] </w:t>
      </w:r>
      <w:r>
        <w:t>mujhe samajh mein aayi.</w:t>
      </w:r>
    </w:p>
    <w:p>
      <w:pPr>
        <w:jc w:val="right"/>
      </w:pPr>
      <w:r>
        <w:t>مجھے سمجھ میں آئی۔</w:t>
      </w:r>
    </w:p>
    <w:p>
      <w:r>
        <w:rPr>
          <w:b/>
        </w:rPr>
        <w:t xml:space="preserve">[05:16] </w:t>
      </w:r>
      <w:r>
        <w:t>tafseeron mein is ki ek bohat zyada</w:t>
      </w:r>
    </w:p>
    <w:p>
      <w:pPr>
        <w:jc w:val="right"/>
      </w:pPr>
      <w:r>
        <w:t>تفسیروں میں اس کی ایک بہت زیادہ</w:t>
      </w:r>
    </w:p>
    <w:p>
      <w:r>
        <w:rPr>
          <w:b/>
        </w:rPr>
        <w:t xml:space="preserve">[05:22] </w:t>
      </w:r>
      <w:r>
        <w:t>mein samajh nahi paaya tha jo tafseeron mein jo baatein likhi gayi hain is se.</w:t>
      </w:r>
    </w:p>
    <w:p>
      <w:pPr>
        <w:jc w:val="right"/>
      </w:pPr>
      <w:r>
        <w:t>میں سمجھ نہیں پایا تھا جو تفسیروں میں جو باتیں لکھی گئی ہیں اس سے۔</w:t>
      </w:r>
    </w:p>
    <w:p>
      <w:r>
        <w:rPr>
          <w:b/>
        </w:rPr>
        <w:t xml:space="preserve">[05:27] </w:t>
      </w:r>
      <w:r>
        <w:t>woh kaise jab bhi koi baat hoti hai to mera mind jo hai active ho jata hai is</w:t>
      </w:r>
    </w:p>
    <w:p>
      <w:pPr>
        <w:jc w:val="right"/>
      </w:pPr>
      <w:r>
        <w:t>وہ کیسے جب بھی کوئی بات ہوتی ہے تو میرا مائنڈ جو ہے ایکٹیو ہو جاتا ہے اس</w:t>
      </w:r>
    </w:p>
    <w:p>
      <w:r>
        <w:rPr>
          <w:b/>
        </w:rPr>
        <w:t xml:space="preserve">[05:32] </w:t>
      </w:r>
      <w:r>
        <w:t>par sochne ke liye.</w:t>
      </w:r>
    </w:p>
    <w:p>
      <w:pPr>
        <w:jc w:val="right"/>
      </w:pPr>
      <w:r>
        <w:t>پر سوچنے کے لیے۔</w:t>
      </w:r>
    </w:p>
    <w:p>
      <w:r>
        <w:rPr>
          <w:b/>
        </w:rPr>
        <w:t xml:space="preserve">[05:37] </w:t>
      </w:r>
      <w:r>
        <w:t>to ek shock laga mujhe is par.</w:t>
      </w:r>
    </w:p>
    <w:p>
      <w:pPr>
        <w:jc w:val="right"/>
      </w:pPr>
      <w:r>
        <w:t>تو ایک شاک لگا مجھے اس پر۔</w:t>
      </w:r>
    </w:p>
    <w:p>
      <w:r>
        <w:rPr>
          <w:b/>
        </w:rPr>
        <w:t xml:space="preserve">[05:42] </w:t>
      </w:r>
      <w:r>
        <w:t>ke innocent log, bachche, auratein yeh koi ladne wale log nahi the, koi wahan battlefield nahi tha.</w:t>
      </w:r>
    </w:p>
    <w:p>
      <w:pPr>
        <w:jc w:val="right"/>
      </w:pPr>
      <w:r>
        <w:t>کہ انوسنٹ لوگ، بچے، عورتیں یہ کوئی لڑنے والے لوگ نہیں تھے، کوئی وہاں بیٹل فیلڈ نہیں تھا۔</w:t>
      </w:r>
    </w:p>
    <w:p>
      <w:r>
        <w:rPr>
          <w:b/>
        </w:rPr>
        <w:t xml:space="preserve">[05:47] </w:t>
      </w:r>
      <w:r>
        <w:t>wahan bomb phata aur shayad kai bomb phate to is mein</w:t>
      </w:r>
    </w:p>
    <w:p>
      <w:pPr>
        <w:jc w:val="right"/>
      </w:pPr>
      <w:r>
        <w:t>وہاں بم پھٹا اور شاید کئی بم پھٹے تو اس میں</w:t>
      </w:r>
    </w:p>
    <w:p>
      <w:r>
        <w:rPr>
          <w:b/>
        </w:rPr>
        <w:t xml:space="preserve">[05:52] </w:t>
      </w:r>
      <w:r>
        <w:t>forty aadmi mar gaye aur bahut saare zakhmi hue.</w:t>
      </w:r>
    </w:p>
    <w:p>
      <w:pPr>
        <w:jc w:val="right"/>
      </w:pPr>
      <w:r>
        <w:t>فورٹی آدمی مر گئے اور بہت سارے زخمی ہوئے۔</w:t>
      </w:r>
    </w:p>
    <w:p>
      <w:r>
        <w:rPr>
          <w:b/>
        </w:rPr>
        <w:t xml:space="preserve">[05:58] </w:t>
      </w:r>
      <w:r>
        <w:t>is par main sochne laga ke kyun mara unhone? Zahir hai ke unhein koi complaint hogi, koi shikayat hogi.</w:t>
      </w:r>
    </w:p>
    <w:p>
      <w:pPr>
        <w:jc w:val="right"/>
      </w:pPr>
      <w:r>
        <w:t>اس پر میں سوچنے لگا کہ کیوں مارا انہوں نے؟ ظاہر ہے کہ انہیں کوئی کمپلینٹ ہوگی، کوئی شکایت ہوگی۔</w:t>
      </w:r>
    </w:p>
    <w:p>
      <w:r>
        <w:rPr>
          <w:b/>
        </w:rPr>
        <w:t xml:space="preserve">[06:04] </w:t>
      </w:r>
      <w:r>
        <w:t>un logon se na ho to unki qaum se hogi, unki communities hogi.</w:t>
      </w:r>
    </w:p>
    <w:p>
      <w:pPr>
        <w:jc w:val="right"/>
      </w:pPr>
      <w:r>
        <w:t>ان لوگوں سے نہ ہو تو ان کی قوم سے ہوگی، ان کی کمیونٹیز ہوگی۔</w:t>
      </w:r>
    </w:p>
    <w:p>
      <w:r>
        <w:rPr>
          <w:b/>
        </w:rPr>
        <w:t xml:space="preserve">[06:10] </w:t>
      </w:r>
      <w:r>
        <w:t>jis community ko woh belong kar rahe hain to us ko woh in logon ko woh is community</w:t>
      </w:r>
    </w:p>
    <w:p>
      <w:pPr>
        <w:jc w:val="right"/>
      </w:pPr>
      <w:r>
        <w:t>جس کمیونٹی کو وہ بیلانگ کر رہے ہیں تو اس کو وہ ان لوگوں کو وہ اس کمیونٹی</w:t>
      </w:r>
    </w:p>
    <w:p>
      <w:r>
        <w:rPr>
          <w:b/>
        </w:rPr>
        <w:t xml:space="preserve">[06:16] </w:t>
      </w:r>
      <w:r>
        <w:t>ka ek part</w:t>
      </w:r>
    </w:p>
    <w:p>
      <w:pPr>
        <w:jc w:val="right"/>
      </w:pPr>
      <w:r>
        <w:t>کا ایک پارٹ</w:t>
      </w:r>
    </w:p>
    <w:p>
      <w:r>
        <w:rPr>
          <w:b/>
        </w:rPr>
        <w:t xml:space="preserve">[06:22] </w:t>
      </w:r>
      <w:r>
        <w:t>samajhte honge. To apna gussa utara unhone us ke upar. To zahir hai ke jab tak aadmi ko gussa na ho, revenge na ho, koi complaint na ho aadmi kabhi kisi ko maarega nahi. Ab yeh hai woh cheez ke yeh revenge ka phenomena hai ke aadmi ne maar dala. Ab Quran kehta hai ke agar tum ne ek insan ko bhi zindagi di</w:t>
      </w:r>
    </w:p>
    <w:p>
      <w:pPr>
        <w:jc w:val="right"/>
      </w:pPr>
      <w:r>
        <w:t>سمجھتے ہوں گے۔ تو اپنا غصہ اتارا انہوں نے اس کے اوپر۔ تو ظاہر ہے کہ جب تک آدمی کو غصہ نہ ہو، ریونج نہ ہو، کوئی کمپلینٹ نہ ہو آدمی کبھی کسی کو مارے گا نہیں۔ اب یہ ہے وہ چیز کہ یہ ریونج کا فینامینا ہے کہ آدمی نے مار ڈالا۔ اب قرآن کہتا ہے کہ اگر تم نے ایک انسان کو بھی زندگی دی</w:t>
      </w:r>
    </w:p>
    <w:p>
      <w:r>
        <w:rPr>
          <w:b/>
        </w:rPr>
        <w:t xml:space="preserve">[06:52] </w:t>
      </w:r>
      <w:r>
        <w:t>to goya ke tum ne saare insaanon ko zindagi di.</w:t>
      </w:r>
    </w:p>
    <w:p>
      <w:pPr>
        <w:jc w:val="right"/>
      </w:pPr>
      <w:r>
        <w:t>تو گویا کہ تم نے سارے انسانوں کو زندگی دی۔</w:t>
      </w:r>
    </w:p>
    <w:p>
      <w:r>
        <w:rPr>
          <w:b/>
        </w:rPr>
        <w:t xml:space="preserve">[06:57] </w:t>
      </w:r>
      <w:r>
        <w:t>is ko compare kar ke jab maine socha yeh samajh mein aaya ke un ke saath un</w:t>
      </w:r>
    </w:p>
    <w:p>
      <w:pPr>
        <w:jc w:val="right"/>
      </w:pPr>
      <w:r>
        <w:t>اس کو کمپیئر کر کے جب میں نے سوچا یہ سمجھ میں آیا کہ ان کے ساتھ ان</w:t>
      </w:r>
    </w:p>
    <w:p>
      <w:r>
        <w:rPr>
          <w:b/>
        </w:rPr>
        <w:t xml:space="preserve">[07:01] </w:t>
      </w:r>
      <w:r>
        <w:t>ke paas ek aur option tha.</w:t>
      </w:r>
    </w:p>
    <w:p>
      <w:pPr>
        <w:jc w:val="right"/>
      </w:pPr>
      <w:r>
        <w:t>کے پاس ایک اور آپشن تھا۔</w:t>
      </w:r>
    </w:p>
    <w:p>
      <w:r>
        <w:rPr>
          <w:b/>
        </w:rPr>
        <w:t xml:space="preserve">[07:05] </w:t>
      </w:r>
      <w:r>
        <w:t>woh option tha un ko life dena yani un ki soch ko badalna, un ki soch ko kill karna.</w:t>
      </w:r>
    </w:p>
    <w:p>
      <w:pPr>
        <w:jc w:val="right"/>
      </w:pPr>
      <w:r>
        <w:t>وہ آپشن تھا ان کو لائف دینا یعنی ان کی سوچ کو بدلنا، ان کی سوچ کو کل کرنا۔</w:t>
      </w:r>
    </w:p>
    <w:p>
      <w:r>
        <w:rPr>
          <w:b/>
        </w:rPr>
        <w:t xml:space="preserve">[07:10] </w:t>
      </w:r>
      <w:r>
        <w:t>unhone un ke body ko kill kiya.</w:t>
      </w:r>
    </w:p>
    <w:p>
      <w:pPr>
        <w:jc w:val="right"/>
      </w:pPr>
      <w:r>
        <w:t>انہوں نے ان کے باڈی کو کل کیا۔</w:t>
      </w:r>
    </w:p>
    <w:p>
      <w:r>
        <w:rPr>
          <w:b/>
        </w:rPr>
        <w:t xml:space="preserve">[07:14] </w:t>
      </w:r>
      <w:r>
        <w:t>Quran keh raha hai ke tum ek aur option bhi tumhare paas tha.</w:t>
      </w:r>
    </w:p>
    <w:p>
      <w:pPr>
        <w:jc w:val="right"/>
      </w:pPr>
      <w:r>
        <w:t>قرآن کہہ رہا ہے کہ تم ایک اور آپشن بھی تمہارے پاس تھا۔</w:t>
      </w:r>
    </w:p>
    <w:p>
      <w:r>
        <w:rPr>
          <w:b/>
        </w:rPr>
        <w:t xml:space="preserve">[07:18] </w:t>
      </w:r>
      <w:r>
        <w:t>woh tha un ki soch ko</w:t>
      </w:r>
    </w:p>
    <w:p>
      <w:pPr>
        <w:jc w:val="right"/>
      </w:pPr>
      <w:r>
        <w:t>وہ تھا ان کی سوچ کو</w:t>
      </w:r>
    </w:p>
    <w:p>
      <w:r>
        <w:rPr>
          <w:b/>
        </w:rPr>
        <w:t xml:space="preserve">[07:22] </w:t>
      </w:r>
      <w:r>
        <w:t>badlo.</w:t>
      </w:r>
    </w:p>
    <w:p>
      <w:pPr>
        <w:jc w:val="right"/>
      </w:pPr>
      <w:r>
        <w:t>بدلو۔</w:t>
      </w:r>
    </w:p>
    <w:p>
      <w:r>
        <w:rPr>
          <w:b/>
        </w:rPr>
        <w:t xml:space="preserve">[07:27] </w:t>
      </w:r>
      <w:r>
        <w:t>jis soch ki wajah se unhone tumhare saath negative sulook kiya.</w:t>
      </w:r>
    </w:p>
    <w:p>
      <w:pPr>
        <w:jc w:val="right"/>
      </w:pPr>
      <w:r>
        <w:t>جس سوچ کی وجہ سے انہوں نے تمہارے ساتھ نیگیٹیو سلوک کیا۔</w:t>
      </w:r>
    </w:p>
    <w:p>
      <w:r>
        <w:rPr>
          <w:b/>
        </w:rPr>
        <w:t xml:space="preserve">[07:33] </w:t>
      </w:r>
      <w:r>
        <w:t>tum ko provoke kiya, tum ko nuksan pahanchaya.</w:t>
      </w:r>
    </w:p>
    <w:p>
      <w:pPr>
        <w:jc w:val="right"/>
      </w:pPr>
      <w:r>
        <w:t>تم کو پرووک کیا، تم کو نقصان پہنچایا۔</w:t>
      </w:r>
    </w:p>
    <w:p>
      <w:r>
        <w:rPr>
          <w:b/>
        </w:rPr>
        <w:t xml:space="preserve">[07:38] </w:t>
      </w:r>
      <w:r>
        <w:t>kuch bhi tumhare saath aisa kiya jo tum ko pasand nahi aaya to woh kisi soch ki wajah se hua.</w:t>
      </w:r>
    </w:p>
    <w:p>
      <w:pPr>
        <w:jc w:val="right"/>
      </w:pPr>
      <w:r>
        <w:t>کچھ بھی تمہارے ساتھ ایسا کیا جو تم کو پسند نہیں آیا تو وہ کسی سوچ کی وجہ سے ہوا۔</w:t>
      </w:r>
    </w:p>
    <w:p>
      <w:r>
        <w:rPr>
          <w:b/>
        </w:rPr>
        <w:t xml:space="preserve">[07:43] </w:t>
      </w:r>
      <w:r>
        <w:t>کیونکہ man is a thinking animal.</w:t>
      </w:r>
    </w:p>
    <w:p>
      <w:pPr>
        <w:jc w:val="right"/>
      </w:pPr>
      <w:r>
        <w:t>کیونکہ مین از اے تھنکنگ اینیمل۔</w:t>
      </w:r>
    </w:p>
    <w:p>
      <w:r>
        <w:rPr>
          <w:b/>
        </w:rPr>
        <w:t xml:space="preserve">[07:48] </w:t>
      </w:r>
      <w:r>
        <w:t>aadmi soch wala haiwan hai, soch ke mutabiq woh</w:t>
      </w:r>
    </w:p>
    <w:p>
      <w:pPr>
        <w:jc w:val="right"/>
      </w:pPr>
      <w:r>
        <w:t>آدمی سوچ والا حیوان ہے، سوچ کے مطابق وہ</w:t>
      </w:r>
    </w:p>
    <w:p>
      <w:r>
        <w:rPr>
          <w:b/>
        </w:rPr>
        <w:t xml:space="preserve">[07:53] </w:t>
      </w:r>
      <w:r>
        <w:t>amal karta hai. Yeh ek maloom baat hai. To reason lies in the thinking, reason lies in the mind. Body to sirf vehicle hai mind ka. To jis se aap ko shikayat hai, jis se aap gussa hain to aap body ko kill kar rahe hain. Halanke body ka kya qusoor? Body to vehicle hai sirf, woh to tool hai sirf. Asal to hai m</w:t>
      </w:r>
    </w:p>
    <w:p>
      <w:pPr>
        <w:jc w:val="right"/>
      </w:pPr>
      <w:r>
        <w:t>عمل کرتا ہے۔ یہ ایک معلوم بات ہے۔ تو ریزن لائیز ان دا تھنکنگ، ریزن لائیز ان دا مائنڈ۔ باڈی تو صرف وہیکل ہے مائنڈ کا۔ تو جس سے آپ کو شکایت ہے، جس سے آپ غصہ ہیں تو آپ باڈی کو کل کر رہے ہیں۔ حالانکہ باڈی کا کیا قصور؟ باڈی تو وہیکل ہے صرف، وہ تو ٹول ہے صرف۔ اصل تو ہے م</w:t>
      </w:r>
    </w:p>
    <w:p>
      <w:r>
        <w:rPr>
          <w:b/>
        </w:rPr>
        <w:t xml:space="preserve">[08:23] </w:t>
      </w:r>
      <w:r>
        <w:t>mind.</w:t>
      </w:r>
    </w:p>
    <w:p>
      <w:pPr>
        <w:jc w:val="right"/>
      </w:pPr>
      <w:r>
        <w:t>ائنڈ۔</w:t>
      </w:r>
    </w:p>
    <w:p>
      <w:r>
        <w:rPr>
          <w:b/>
        </w:rPr>
        <w:t xml:space="preserve">[08:27] </w:t>
      </w:r>
      <w:r>
        <w:t>to mind ko to aap kill kar nahi sakte.</w:t>
      </w:r>
    </w:p>
    <w:p>
      <w:pPr>
        <w:jc w:val="right"/>
      </w:pPr>
      <w:r>
        <w:t>تو مائنڈ کو تو آپ کل کر نہیں سکتے۔</w:t>
      </w:r>
    </w:p>
    <w:p>
      <w:r>
        <w:rPr>
          <w:b/>
        </w:rPr>
        <w:t xml:space="preserve">[08:31] </w:t>
      </w:r>
      <w:r>
        <w:t>mind ko koi bhi kill nahi kar sakta.</w:t>
      </w:r>
    </w:p>
    <w:p>
      <w:pPr>
        <w:jc w:val="right"/>
      </w:pPr>
      <w:r>
        <w:t>مائنڈ کو کوئی بھی کل نہیں کر سکتا۔</w:t>
      </w:r>
    </w:p>
    <w:p>
      <w:r>
        <w:rPr>
          <w:b/>
        </w:rPr>
        <w:t xml:space="preserve">[08:36] </w:t>
      </w:r>
      <w:r>
        <w:t>mind aap ke saare weapon se oopar hai.</w:t>
      </w:r>
    </w:p>
    <w:p>
      <w:pPr>
        <w:jc w:val="right"/>
      </w:pPr>
      <w:r>
        <w:t>مائنڈ آپ کے سارے ویپن سے اوپر ہے۔</w:t>
      </w:r>
    </w:p>
    <w:p>
      <w:r>
        <w:rPr>
          <w:b/>
        </w:rPr>
        <w:t xml:space="preserve">[08:40] </w:t>
      </w:r>
      <w:r>
        <w:t>jis tarah se aap angel ko kill nahin kar sakte isi tarah se aap mind ko kill nahin kar sakte.</w:t>
      </w:r>
    </w:p>
    <w:p>
      <w:pPr>
        <w:jc w:val="right"/>
      </w:pPr>
      <w:r>
        <w:t>جس طرح سے آپ اینجل کو کل نہیں کر سکتے اسی طرح سے آپ مائنڈ کو کل نہیں کر سکتے۔</w:t>
      </w:r>
    </w:p>
    <w:p>
      <w:r>
        <w:rPr>
          <w:b/>
        </w:rPr>
        <w:t xml:space="preserve">[08:44] </w:t>
      </w:r>
      <w:r>
        <w:t>to ek futile exercise hai ke tum ne body ko kill kar diya aur mind to waise hi</w:t>
      </w:r>
    </w:p>
    <w:p>
      <w:pPr>
        <w:jc w:val="right"/>
      </w:pPr>
      <w:r>
        <w:t>تو ایک فیوٹائل ایکسرسائز ہے کہ تم نے باڈی کو کل کر دیا اور مائنڈ تو ویسے ہی</w:t>
      </w:r>
    </w:p>
    <w:p>
      <w:r>
        <w:rPr>
          <w:b/>
        </w:rPr>
        <w:t xml:space="preserve">[08:49] </w:t>
      </w:r>
      <w:r>
        <w:t>ka waise hi raha.</w:t>
      </w:r>
    </w:p>
    <w:p>
      <w:pPr>
        <w:jc w:val="right"/>
      </w:pPr>
      <w:r>
        <w:t>کا ویسے ہی رہا۔</w:t>
      </w:r>
    </w:p>
    <w:p>
      <w:r>
        <w:rPr>
          <w:b/>
        </w:rPr>
        <w:t xml:space="preserve">[08:53] </w:t>
      </w:r>
      <w:r>
        <w:t>is duniya se nikal kar woh ek aur duniya mein pahunch gaya ya itna hi hua bas? to</w:t>
      </w:r>
    </w:p>
    <w:p>
      <w:pPr>
        <w:jc w:val="right"/>
      </w:pPr>
      <w:r>
        <w:t>اس دنیا سے نکل کر وہ ایک اور دنیا میں پہنچ گیا یا اتنا ہی ہوا بس؟ تو</w:t>
      </w:r>
    </w:p>
    <w:p>
      <w:r>
        <w:rPr>
          <w:b/>
        </w:rPr>
        <w:t xml:space="preserve">[08:57] </w:t>
      </w:r>
      <w:r>
        <w:t>is ayat mein jo kaha gaya hai ke jis ne ek insaan ko zindagi di to us ne</w:t>
      </w:r>
    </w:p>
    <w:p>
      <w:pPr>
        <w:jc w:val="right"/>
      </w:pPr>
      <w:r>
        <w:t>اس آیت میں جو کہا گیا ہے کہ جس نے ایک انسان کو زندگی دی تو اس نے</w:t>
      </w:r>
    </w:p>
    <w:p>
      <w:r>
        <w:rPr>
          <w:b/>
        </w:rPr>
        <w:t xml:space="preserve">[09:02] </w:t>
      </w:r>
      <w:r>
        <w:t>goya ke saare insaanon ko zindagi di.</w:t>
      </w:r>
    </w:p>
    <w:p>
      <w:pPr>
        <w:jc w:val="right"/>
      </w:pPr>
      <w:r>
        <w:t>گویا کہ سارے انسانوں کو زندگی دی۔</w:t>
      </w:r>
    </w:p>
    <w:p>
      <w:r>
        <w:rPr>
          <w:b/>
        </w:rPr>
        <w:t xml:space="preserve">[09:06] </w:t>
      </w:r>
      <w:r>
        <w:t>yaani jis ne us ki thinking ko change kiya, jis ne us ki negativity ko positivity mein badla.</w:t>
      </w:r>
    </w:p>
    <w:p>
      <w:pPr>
        <w:jc w:val="right"/>
      </w:pPr>
      <w:r>
        <w:t>یعنی جس نے اس کی تھنکنگ کو چینج کیا، جس نے اس کی نیگیٹیوٹی کو پازیٹیوٹی میں بدلا۔</w:t>
      </w:r>
    </w:p>
    <w:p>
      <w:r>
        <w:rPr>
          <w:b/>
        </w:rPr>
        <w:t xml:space="preserve">[09:10] </w:t>
      </w:r>
      <w:r>
        <w:t>woh bada zyada bada kaam us ne kiya.</w:t>
      </w:r>
    </w:p>
    <w:p>
      <w:pPr>
        <w:jc w:val="right"/>
      </w:pPr>
      <w:r>
        <w:t>وہ بڑا زیادہ بڑا کام اس نے کیا۔</w:t>
      </w:r>
    </w:p>
    <w:p>
      <w:r>
        <w:rPr>
          <w:b/>
        </w:rPr>
        <w:t xml:space="preserve">[09:14] </w:t>
      </w:r>
      <w:r>
        <w:t>yeh baat mujhe samajh mein aayi ek aur ayat ko mila kar ke.</w:t>
      </w:r>
    </w:p>
    <w:p>
      <w:pPr>
        <w:jc w:val="right"/>
      </w:pPr>
      <w:r>
        <w:t>یہ بات مجھے سمجھ میں آئی ایک اور آیت کو ملا کر کے۔</w:t>
      </w:r>
    </w:p>
    <w:p>
      <w:r>
        <w:rPr>
          <w:b/>
        </w:rPr>
        <w:t xml:space="preserve">[09:19] </w:t>
      </w:r>
      <w:r>
        <w:t>kyun ke quran ke baray</w:t>
      </w:r>
    </w:p>
    <w:p>
      <w:pPr>
        <w:jc w:val="right"/>
      </w:pPr>
      <w:r>
        <w:t>کیونکہ قرآن کے بارے</w:t>
      </w:r>
    </w:p>
    <w:p>
      <w:r>
        <w:rPr>
          <w:b/>
        </w:rPr>
        <w:t xml:space="preserve">[09:23] </w:t>
      </w:r>
      <w:r>
        <w:t>mein yeh bhi kaha gaya hai quran yufassir ba'dahu ba'dahu.</w:t>
      </w:r>
    </w:p>
    <w:p>
      <w:pPr>
        <w:jc w:val="right"/>
      </w:pPr>
      <w:r>
        <w:t>میں یہ بھی کہا گیا ہے القرآن یفسر بعدہ بعدہ۔</w:t>
      </w:r>
    </w:p>
    <w:p>
      <w:r>
        <w:rPr>
          <w:b/>
        </w:rPr>
        <w:t xml:space="preserve">[09:29] </w:t>
      </w:r>
      <w:r>
        <w:t>quran ka ek hissa us ke doosre hisse ki commentary hai, us ko kholta hai.</w:t>
      </w:r>
    </w:p>
    <w:p>
      <w:pPr>
        <w:jc w:val="right"/>
      </w:pPr>
      <w:r>
        <w:t>قرآن کا ایک حصہ اس کے دوسرے حصے کی کمنٹری ہے، اس کو کھولتا ہے۔</w:t>
      </w:r>
    </w:p>
    <w:p>
      <w:r>
        <w:rPr>
          <w:b/>
        </w:rPr>
        <w:t xml:space="preserve">[09:36] </w:t>
      </w:r>
      <w:r>
        <w:t>to doosri ayat kya hai? doosri ayat yeh hai ke agar tum ko kisi se complaint ho jaye,</w:t>
      </w:r>
    </w:p>
    <w:p>
      <w:pPr>
        <w:jc w:val="right"/>
      </w:pPr>
      <w:r>
        <w:t>تو دوسری آیت کیا ہے؟ دوسری آیت یہ ہے کہ اگر تم کو کسی سے کمپلینٹ ہو جائے،</w:t>
      </w:r>
    </w:p>
    <w:p>
      <w:r>
        <w:rPr>
          <w:b/>
        </w:rPr>
        <w:t xml:space="preserve">[09:42] </w:t>
      </w:r>
      <w:r>
        <w:t>tum ko lage ke yeh aadmi mera dushman hai.</w:t>
      </w:r>
    </w:p>
    <w:p>
      <w:pPr>
        <w:jc w:val="right"/>
      </w:pPr>
      <w:r>
        <w:t>تم کو لگے کہ یہ آدمی میرا دشمن ہے۔</w:t>
      </w:r>
    </w:p>
    <w:p>
      <w:r>
        <w:rPr>
          <w:b/>
        </w:rPr>
        <w:t xml:space="preserve">[09:49] </w:t>
      </w:r>
      <w:r>
        <w:t>koi dushmani bhi dekhein ek relative term hai.</w:t>
      </w:r>
    </w:p>
    <w:p>
      <w:pPr>
        <w:jc w:val="right"/>
      </w:pPr>
      <w:r>
        <w:t>کوئی دشمنی بھی دیکھیں ایک ریلیٹیو ٹرم ہے۔</w:t>
      </w:r>
    </w:p>
    <w:p>
      <w:r>
        <w:rPr>
          <w:b/>
        </w:rPr>
        <w:t xml:space="preserve">[09:55] </w:t>
      </w:r>
      <w:r>
        <w:t>dushmani bhi ek relative term hai. Yeh zaroori nahi ke jis ko aap dushman samajh lein woh sach mein hi dushman ho aap ka. Is liye mein yeh kehta hoon ke dushmani bhi ek relative term hai, dushman bhi ek relative term hai. Beh'haal agar aap kisi ko dushman samajh lein to kya karna chahiye? Az fa'alti husn fa'id alladhi bainaka baina'hu 'adawatun ka'annahu waliyun hameem. Do good deed in return for be</w:t>
      </w:r>
    </w:p>
    <w:p>
      <w:pPr>
        <w:jc w:val="right"/>
      </w:pPr>
      <w:r>
        <w:t>دشمنی بھی ایک ریلیٹیو ٹرم ہے۔ یہ ضروری نہیں کہ جس کو آپ دشمن سمجھ لیں وہ سچ میں ہی دشمن ہو آپ کا۔ اس لیے میں یہ کہتا ہوں کہ دشمنی بھی ایک ریلیٹیو ٹرم ہے، دشمن بھی ایک ریلیٹیو ٹرم ہے۔ بہرحال اگر آپ کسی کو دشمن سمجھ لیں تو کیا کرنا چاہیے؟ اذ فاعبلتی حسن فید الذی بینک بینہ عداوہ کانہ ولی حمیم۔ ڈو گڈ ڈیٹ ان ریٹرن فار بی</w:t>
      </w:r>
    </w:p>
    <w:p>
      <w:r>
        <w:rPr>
          <w:b/>
        </w:rPr>
        <w:t xml:space="preserve">[10:25] </w:t>
      </w:r>
      <w:r>
        <w:t>dead.</w:t>
      </w:r>
    </w:p>
    <w:p>
      <w:pPr>
        <w:jc w:val="right"/>
      </w:pPr>
      <w:r>
        <w:t>ڈ ڈیٹ۔</w:t>
      </w:r>
    </w:p>
    <w:p>
      <w:r>
        <w:rPr>
          <w:b/>
        </w:rPr>
        <w:t xml:space="preserve">[10:31] </w:t>
      </w:r>
      <w:r>
        <w:t>Do good that in return for bad that.</w:t>
      </w:r>
    </w:p>
    <w:p>
      <w:pPr>
        <w:jc w:val="right"/>
      </w:pPr>
      <w:r>
        <w:t>ڈو گڈ ڈیٹ ان ریٹرن فار بیڈ ڈیٹ۔</w:t>
      </w:r>
    </w:p>
    <w:p>
      <w:r>
        <w:rPr>
          <w:b/>
        </w:rPr>
        <w:t xml:space="preserve">[10:36] </w:t>
      </w:r>
      <w:r>
        <w:t>And you will find that your enemy has become your dearest friend.</w:t>
      </w:r>
    </w:p>
    <w:p>
      <w:pPr>
        <w:jc w:val="right"/>
      </w:pPr>
      <w:r>
        <w:t>اینڈ یو ویل فائنڈ دیٹ یور اینمی ہیز بیکم یور ڈیئرسٹ فرینڈ۔</w:t>
      </w:r>
    </w:p>
    <w:p>
      <w:r>
        <w:rPr>
          <w:b/>
        </w:rPr>
        <w:t xml:space="preserve">[10:41] </w:t>
      </w:r>
      <w:r>
        <w:t>It means that your enemy is your potential friend.</w:t>
      </w:r>
    </w:p>
    <w:p>
      <w:pPr>
        <w:jc w:val="right"/>
      </w:pPr>
      <w:r>
        <w:t>اٹ مینز دیٹ یور اینمی از یور پوٹینشل فرینڈ۔</w:t>
      </w:r>
    </w:p>
    <w:p>
      <w:r>
        <w:rPr>
          <w:b/>
        </w:rPr>
        <w:t xml:space="preserve">[10:46] </w:t>
      </w:r>
      <w:r>
        <w:t>so turn this potential into actual.</w:t>
      </w:r>
    </w:p>
    <w:p>
      <w:pPr>
        <w:jc w:val="right"/>
      </w:pPr>
      <w:r>
        <w:t>سو ٹرن دس پوٹینشل انٹو ایکچول۔</w:t>
      </w:r>
    </w:p>
    <w:p>
      <w:r>
        <w:rPr>
          <w:b/>
        </w:rPr>
        <w:t xml:space="preserve">[10:52] </w:t>
      </w:r>
      <w:r>
        <w:t>why killing? why hate</w:t>
      </w:r>
    </w:p>
    <w:p>
      <w:pPr>
        <w:jc w:val="right"/>
      </w:pPr>
      <w:r>
        <w:t>وائی کلنگ؟ وائی ہیٹ</w:t>
      </w:r>
    </w:p>
    <w:p>
      <w:r>
        <w:rPr>
          <w:b/>
        </w:rPr>
        <w:t xml:space="preserve">[10:57] </w:t>
      </w:r>
      <w:r>
        <w:t>? tumhara dushman potentially tumhara dost hai.</w:t>
      </w:r>
    </w:p>
    <w:p>
      <w:pPr>
        <w:jc w:val="right"/>
      </w:pPr>
      <w:r>
        <w:t>؟ تمہارا دشمن پوٹینشلی تمہارا دوست ہے۔</w:t>
      </w:r>
    </w:p>
    <w:p>
      <w:r>
        <w:rPr>
          <w:b/>
        </w:rPr>
        <w:t xml:space="preserve">[11:03] </w:t>
      </w:r>
      <w:r>
        <w:t>to us ke is potential ko actual banao.</w:t>
      </w:r>
    </w:p>
    <w:p>
      <w:pPr>
        <w:jc w:val="right"/>
      </w:pPr>
      <w:r>
        <w:t>تو اس کے اس پوٹینشل کو ایکچول بناؤ۔</w:t>
      </w:r>
    </w:p>
    <w:p>
      <w:r>
        <w:rPr>
          <w:b/>
        </w:rPr>
        <w:t xml:space="preserve">[11:09] </w:t>
      </w:r>
      <w:r>
        <w:t>yehi policy thi prophet of Islam ki arab mein ke saara arab jo shuru mein aap ko dushman</w:t>
      </w:r>
    </w:p>
    <w:p>
      <w:pPr>
        <w:jc w:val="right"/>
      </w:pPr>
      <w:r>
        <w:t>یہی پالیسی تھی پرافیٹ آف اسلام کی عرب میں کہ سارا عرب جو شروع میں آپ کو دشمن</w:t>
      </w:r>
    </w:p>
    <w:p>
      <w:r>
        <w:rPr>
          <w:b/>
        </w:rPr>
        <w:t xml:space="preserve">[11:15] </w:t>
      </w:r>
      <w:r>
        <w:t>dikhai padta tha sirf pachees, sirf taees saal ke andar sab ke sab aap ke saathi ban gaye.</w:t>
      </w:r>
    </w:p>
    <w:p>
      <w:pPr>
        <w:jc w:val="right"/>
      </w:pPr>
      <w:r>
        <w:t>دکھائی پڑتا تھا صرف پچیس، صرف تئیس سال کے اندر سب کے سب آپ کے ساتھی بن گئے۔</w:t>
      </w:r>
    </w:p>
    <w:p>
      <w:r>
        <w:rPr>
          <w:b/>
        </w:rPr>
        <w:t xml:space="preserve">[11:21] </w:t>
      </w:r>
      <w:r>
        <w:t>yaani jab aap ne apna paigham wahan shuru kiya</w:t>
      </w:r>
    </w:p>
    <w:p>
      <w:pPr>
        <w:jc w:val="right"/>
      </w:pPr>
      <w:r>
        <w:t>یعنی جب آپ نے اپنا پیغام وہاں شروع کیا</w:t>
      </w:r>
    </w:p>
    <w:p>
      <w:r>
        <w:rPr>
          <w:b/>
        </w:rPr>
        <w:t xml:space="preserve">[11:27] </w:t>
      </w:r>
      <w:r>
        <w:t>nineteen sixteen hundred ten mein.</w:t>
      </w:r>
    </w:p>
    <w:p>
      <w:pPr>
        <w:jc w:val="right"/>
      </w:pPr>
      <w:r>
        <w:t>نائنٹین وہ سکس ہنڈرڈ ٹین میں۔</w:t>
      </w:r>
    </w:p>
    <w:p>
      <w:r>
        <w:rPr>
          <w:b/>
        </w:rPr>
        <w:t xml:space="preserve">[11:33] </w:t>
      </w:r>
      <w:r>
        <w:t>Six hundred ten AD mein aap ne apna mission shuru kiya Arab mein.</w:t>
      </w:r>
    </w:p>
    <w:p>
      <w:pPr>
        <w:jc w:val="right"/>
      </w:pPr>
      <w:r>
        <w:t>سکس ہنڈرڈ ٹین اے ڈی میں آپ نے اپنا مشن شروع کیا عرب میں۔</w:t>
      </w:r>
    </w:p>
    <w:p>
      <w:r>
        <w:rPr>
          <w:b/>
        </w:rPr>
        <w:t xml:space="preserve">[11:38] </w:t>
      </w:r>
      <w:r>
        <w:t>aur is mission shuru karne ke taees saal baad six hundred thirty two mein aap ki death hui madina mein.</w:t>
      </w:r>
    </w:p>
    <w:p>
      <w:pPr>
        <w:jc w:val="right"/>
      </w:pPr>
      <w:r>
        <w:t>اور اس مشن شروع کرنے کے تئیس سال بعد سکس ہنڈرڈ تھرٹی ٹو میں آپ کی ڈیتھ ہوئی مدینہ میں۔</w:t>
      </w:r>
    </w:p>
    <w:p>
      <w:r>
        <w:rPr>
          <w:b/>
        </w:rPr>
        <w:t xml:space="preserve">[11:43] </w:t>
      </w:r>
      <w:r>
        <w:t>aur us waqt tak kya hua ke sara arab jo hai aap ka saathi ban chuka tha.</w:t>
      </w:r>
    </w:p>
    <w:p>
      <w:pPr>
        <w:jc w:val="right"/>
      </w:pPr>
      <w:r>
        <w:t>اور اس وقت تک کیا ہوا کہ سارا عرب جو ہے آپ کا ساتھی بن چکا تھا۔</w:t>
      </w:r>
    </w:p>
    <w:p>
      <w:r>
        <w:rPr>
          <w:b/>
        </w:rPr>
        <w:t xml:space="preserve">[11:48] </w:t>
      </w:r>
      <w:r>
        <w:t>سارے enemy aap ke aap ke friend ban chuke the.</w:t>
      </w:r>
    </w:p>
    <w:p>
      <w:pPr>
        <w:jc w:val="right"/>
      </w:pPr>
      <w:r>
        <w:t>سارے اینیمی آپ کے آپ کے فرینڈ بن چکے تھے۔</w:t>
      </w:r>
    </w:p>
    <w:p>
      <w:r>
        <w:rPr>
          <w:b/>
        </w:rPr>
        <w:t xml:space="preserve">[11:54] </w:t>
      </w:r>
      <w:r>
        <w:t>to yeh kitni bari yeh</w:t>
      </w:r>
    </w:p>
    <w:p>
      <w:pPr>
        <w:jc w:val="right"/>
      </w:pPr>
      <w:r>
        <w:t>تو یہ کتنی بڑی یہ</w:t>
      </w:r>
    </w:p>
    <w:p>
      <w:r>
        <w:rPr>
          <w:b/>
        </w:rPr>
        <w:t xml:space="preserve">[11:59] </w:t>
      </w:r>
      <w:r>
        <w:t>baat hai.</w:t>
      </w:r>
    </w:p>
    <w:p>
      <w:pPr>
        <w:jc w:val="right"/>
      </w:pPr>
      <w:r>
        <w:t>بات ہے۔</w:t>
      </w:r>
    </w:p>
    <w:p>
      <w:r>
        <w:rPr>
          <w:b/>
        </w:rPr>
        <w:t xml:space="preserve">[12:04] </w:t>
      </w:r>
      <w:r>
        <w:t>isi liye main kehta hoon ke islam jo hai ek paper london se chupta hai times.</w:t>
      </w:r>
    </w:p>
    <w:p>
      <w:pPr>
        <w:jc w:val="right"/>
      </w:pPr>
      <w:r>
        <w:t>اسی لیے میں کہتا ہوں کہ اسلام جو ہے ایک پیپر لندن سے چھپتا ہے ٹائمز۔</w:t>
      </w:r>
    </w:p>
    <w:p>
      <w:r>
        <w:rPr>
          <w:b/>
        </w:rPr>
        <w:t xml:space="preserve">[12:09] </w:t>
      </w:r>
      <w:r>
        <w:t>to is mein islam par ek article chupa.</w:t>
      </w:r>
    </w:p>
    <w:p>
      <w:pPr>
        <w:jc w:val="right"/>
      </w:pPr>
      <w:r>
        <w:t>تو اس میں اسلام پر ایک آرٹیکل چھپا۔</w:t>
      </w:r>
    </w:p>
    <w:p>
      <w:r>
        <w:rPr>
          <w:b/>
        </w:rPr>
        <w:t xml:space="preserve">[12:14] </w:t>
      </w:r>
      <w:r>
        <w:t>is ka caption tha a religion that sanctions violence.</w:t>
      </w:r>
    </w:p>
    <w:p>
      <w:pPr>
        <w:jc w:val="right"/>
      </w:pPr>
      <w:r>
        <w:t>اس کا کیپشن تھا اے ریلیجن دیٹ سینکشنز وائلنس۔</w:t>
      </w:r>
    </w:p>
    <w:p>
      <w:r>
        <w:rPr>
          <w:b/>
        </w:rPr>
        <w:t xml:space="preserve">[12:19] </w:t>
      </w:r>
      <w:r>
        <w:t>a religion that sanctions violence.</w:t>
      </w:r>
    </w:p>
    <w:p>
      <w:pPr>
        <w:jc w:val="right"/>
      </w:pPr>
      <w:r>
        <w:t>اے ریلیجن دیٹ سینکشنز وائلنس۔</w:t>
      </w:r>
    </w:p>
    <w:p>
      <w:r>
        <w:rPr>
          <w:b/>
        </w:rPr>
        <w:t xml:space="preserve">[12:24] </w:t>
      </w:r>
      <w:r>
        <w:t>yeh bilkul yani yeh musalman ko dekh kar unhon</w:t>
      </w:r>
    </w:p>
    <w:p>
      <w:pPr>
        <w:jc w:val="right"/>
      </w:pPr>
      <w:r>
        <w:t>یہ بالکل یعنی یہ مسلمان کو دیکھ کر انہوں</w:t>
      </w:r>
    </w:p>
    <w:p>
      <w:r>
        <w:rPr>
          <w:b/>
        </w:rPr>
        <w:t xml:space="preserve">[12:29] </w:t>
      </w:r>
      <w:r>
        <w:t>ne yeh ek caption laga diya.</w:t>
      </w:r>
    </w:p>
    <w:p>
      <w:pPr>
        <w:jc w:val="right"/>
      </w:pPr>
      <w:r>
        <w:t>نے یہ ایک کیپشن لگا دیا۔</w:t>
      </w:r>
    </w:p>
    <w:p>
      <w:r>
        <w:rPr>
          <w:b/>
        </w:rPr>
        <w:t xml:space="preserve">[12:33] </w:t>
      </w:r>
      <w:r>
        <w:t>kehna chahiye ke a community that is engaged in violence.</w:t>
      </w:r>
    </w:p>
    <w:p>
      <w:pPr>
        <w:jc w:val="right"/>
      </w:pPr>
      <w:r>
        <w:t>کہنا چاہیے کہ اے کمیونٹی دیٹ از انگیجڈ ان وائلنس۔</w:t>
      </w:r>
    </w:p>
    <w:p>
      <w:r>
        <w:rPr>
          <w:b/>
        </w:rPr>
        <w:t xml:space="preserve">[12:38] </w:t>
      </w:r>
      <w:r>
        <w:t>tab to main kehta hoon ke theek kiya aap ne.</w:t>
      </w:r>
    </w:p>
    <w:p>
      <w:pPr>
        <w:jc w:val="right"/>
      </w:pPr>
      <w:r>
        <w:t>تب تو میں کہتا ہوں کہ ٹھیک کیا آپ نے۔</w:t>
      </w:r>
    </w:p>
    <w:p>
      <w:r>
        <w:rPr>
          <w:b/>
        </w:rPr>
        <w:t xml:space="preserve">[12:42] </w:t>
      </w:r>
      <w:r>
        <w:t>kyun ke main jaanta hoon ke bohat se musalman violence kar rahe hain.</w:t>
      </w:r>
    </w:p>
    <w:p>
      <w:pPr>
        <w:jc w:val="right"/>
      </w:pPr>
      <w:r>
        <w:t>کیونکہ میں جانتا ہوں کہ بہت سے مسلمان وائلنس کر رہے ہیں۔</w:t>
      </w:r>
    </w:p>
    <w:p>
      <w:r>
        <w:rPr>
          <w:b/>
        </w:rPr>
        <w:t xml:space="preserve">[12:46] </w:t>
      </w:r>
      <w:r>
        <w:t>تو تو ٹھیک کیپشن یہ ہوتا کہ آپ کہتے کہ a community that is engaged in violence.</w:t>
      </w:r>
    </w:p>
    <w:p>
      <w:pPr>
        <w:jc w:val="right"/>
      </w:pPr>
      <w:r>
        <w:t>تو تو ٹھیک کیپشن یہ ہوتا کہ آپ کہتے کہ اے کمیونٹی دیٹ از انگیجڈ ان وائلنس۔</w:t>
      </w:r>
    </w:p>
    <w:p>
      <w:r>
        <w:rPr>
          <w:b/>
        </w:rPr>
        <w:t xml:space="preserve">[12:51] </w:t>
      </w:r>
      <w:r>
        <w:t>to mujhe is par koi aapatti nahi thi.</w:t>
      </w:r>
    </w:p>
    <w:p>
      <w:pPr>
        <w:jc w:val="right"/>
      </w:pPr>
      <w:r>
        <w:t>تو مجھے اس پر کوئی آپتی نہیں تھی۔</w:t>
      </w:r>
    </w:p>
    <w:p>
      <w:r>
        <w:rPr>
          <w:b/>
        </w:rPr>
        <w:t xml:space="preserve">[12:55] </w:t>
      </w:r>
      <w:r>
        <w:t>lekin aap islam ke baray mein kehte hain ke</w:t>
      </w:r>
    </w:p>
    <w:p>
      <w:pPr>
        <w:jc w:val="right"/>
      </w:pPr>
      <w:r>
        <w:t>لیکن آپ اسلام کے بارے میں کہتے ہیں کہ</w:t>
      </w:r>
    </w:p>
    <w:p>
      <w:r>
        <w:rPr>
          <w:b/>
        </w:rPr>
        <w:t xml:space="preserve">[12:59] </w:t>
      </w:r>
      <w:r>
        <w:t>A religion that sanctions violence, so I will say this is a baseless thing.</w:t>
      </w:r>
    </w:p>
    <w:p>
      <w:pPr>
        <w:jc w:val="right"/>
      </w:pPr>
      <w:r>
        <w:t>اے ریلیجن دیٹ سینکشنز وائلنس تو میں کہوں گا یہ بیسلیس بات ہے۔</w:t>
      </w:r>
    </w:p>
    <w:p>
      <w:r>
        <w:rPr>
          <w:b/>
        </w:rPr>
        <w:t xml:space="preserve">[13:06] </w:t>
      </w:r>
      <w:r>
        <w:t>islam to ek outlook deta hai, ek soch deta hai.</w:t>
      </w:r>
    </w:p>
    <w:p>
      <w:pPr>
        <w:jc w:val="right"/>
      </w:pPr>
      <w:r>
        <w:t>اسلام تو ایک آؤٹ لوک دیتا ہے، ایک سوچ دیتا ہے۔</w:t>
      </w:r>
    </w:p>
    <w:p>
      <w:r>
        <w:rPr>
          <w:b/>
        </w:rPr>
        <w:t xml:space="preserve">[13:12] </w:t>
      </w:r>
      <w:r>
        <w:t>positive thinking deta hai.</w:t>
      </w:r>
    </w:p>
    <w:p>
      <w:pPr>
        <w:jc w:val="right"/>
      </w:pPr>
      <w:r>
        <w:t>پازیٹیو تھنکنگ دیتا ہے۔</w:t>
      </w:r>
    </w:p>
    <w:p>
      <w:r>
        <w:rPr>
          <w:b/>
        </w:rPr>
        <w:t xml:space="preserve">[13:18] </w:t>
      </w:r>
      <w:r>
        <w:t>تو میں یہ کہوں گا کہ ذرا صحیح بات یہ ہے، ذرا correct بات یہ ہے کہ اسلام</w:t>
      </w:r>
    </w:p>
    <w:p>
      <w:pPr>
        <w:jc w:val="right"/>
      </w:pPr>
      <w:r>
        <w:t>تو میں یہ کہوں گا کہ ذرا صحیح بات یہ ہے، ذرا کریکٹ بات یہ ہے کہ اسلام</w:t>
      </w:r>
    </w:p>
    <w:p>
      <w:r>
        <w:rPr>
          <w:b/>
        </w:rPr>
        <w:t xml:space="preserve">[13:24] </w:t>
      </w:r>
      <w:r>
        <w:t>gives us an outlook on human life. Based on</w:t>
      </w:r>
    </w:p>
    <w:p>
      <w:pPr>
        <w:jc w:val="right"/>
      </w:pPr>
      <w:r>
        <w:t>گیوز اس اینڈ آؤٹ لوک آن ہیومن لائف۔ بیسڈ آن</w:t>
      </w:r>
    </w:p>
    <w:p>
      <w:r>
        <w:rPr>
          <w:b/>
        </w:rPr>
        <w:t xml:space="preserve">[13:30] </w:t>
      </w:r>
      <w:r>
        <w:t>peace and spirituality.</w:t>
      </w:r>
    </w:p>
    <w:p>
      <w:pPr>
        <w:jc w:val="right"/>
      </w:pPr>
      <w:r>
        <w:t>پیس اینڈ اسپریچولیٹی۔</w:t>
      </w:r>
    </w:p>
    <w:p>
      <w:r>
        <w:rPr>
          <w:b/>
        </w:rPr>
        <w:t xml:space="preserve">[13:36] </w:t>
      </w:r>
      <w:r>
        <w:t>islam hum ko ek outlook deta hai zindagi ke baray mein.</w:t>
      </w:r>
    </w:p>
    <w:p>
      <w:pPr>
        <w:jc w:val="right"/>
      </w:pPr>
      <w:r>
        <w:t>اسلام ہم کو ایک آؤٹ لوک دیتا ہے زندگی کے بارے میں۔</w:t>
      </w:r>
    </w:p>
    <w:p>
      <w:r>
        <w:rPr>
          <w:b/>
        </w:rPr>
        <w:t xml:space="preserve">[13:42] </w:t>
      </w:r>
      <w:r>
        <w:t>aur yeh outlook base karta hai peace par aur spirituality par.</w:t>
      </w:r>
    </w:p>
    <w:p>
      <w:pPr>
        <w:jc w:val="right"/>
      </w:pPr>
      <w:r>
        <w:t>اور یہ آؤٹ لوک بیس کرتا ہے پیس پر اور اسپریچولیٹی پر۔</w:t>
      </w:r>
    </w:p>
    <w:p>
      <w:r>
        <w:rPr>
          <w:b/>
        </w:rPr>
        <w:t xml:space="preserve">[13:48] </w:t>
      </w:r>
      <w:r>
        <w:t>yeh hai islam ka khulasa.</w:t>
      </w:r>
    </w:p>
    <w:p>
      <w:pPr>
        <w:jc w:val="right"/>
      </w:pPr>
      <w:r>
        <w:t>یہ ہے اسلام کا خلاصہ۔</w:t>
      </w:r>
    </w:p>
    <w:p>
      <w:r>
        <w:rPr>
          <w:b/>
        </w:rPr>
        <w:t xml:space="preserve">[13:54] </w:t>
      </w:r>
      <w:r>
        <w:t>islam ek outlook ka naam hai, islam killing ka naam nahi hai, islam suit ka naam nahi hai.</w:t>
      </w:r>
    </w:p>
    <w:p>
      <w:pPr>
        <w:jc w:val="right"/>
      </w:pPr>
      <w:r>
        <w:t>اسلام ایک آؤٹ لوک کا نام ہے، اسلام کلنگ کا نام نہیں ہے، اسلام سوٹ کا نام نہیں ہے۔</w:t>
      </w:r>
    </w:p>
    <w:p>
      <w:r>
        <w:rPr>
          <w:b/>
        </w:rPr>
        <w:t xml:space="preserve">[14:00] </w:t>
      </w:r>
      <w:r>
        <w:t>To yeh jo mein ne dekha ke Hyderabad mein bomb blast hua, chaalis aadmi mar gaye. Aur jaisa ke media mein aaya hai is mein Muslims involve the. To mein ne kaha ke yeh log jo hain, yeh bata rahe hain duniya ko ke hamara tareeqa jo hai killing, qatl karna hai insaan ko. Haalanke jis mazhab ko woh belong karte hain woh mazhab is ka ulta batata hai. Ke tum body ko kyun killna</w:t>
      </w:r>
    </w:p>
    <w:p>
      <w:pPr>
        <w:jc w:val="right"/>
      </w:pPr>
      <w:r>
        <w:t>تو یہ جو میں نے دیکھا کہ حیدر آباد میں بم بلاسٹ ہوا، چالیس آدمی مر گئے۔ اور جیسا کہ میڈیا میں آیا ہے اس میں مسلمز انوالو تھے۔ تو میں نے کہا کہ یہ لوگ جو ہیں یہ بتا رہے ہیں دنیا کو کہ ہمارا طریقہ جو ہے کلنگ، کل کرنا ہے انسان کو۔ حالانکہ جس مذہب کو وہ بیلانگ کرتے ہیں وہ مذہب اس کا الٹا بتاتا ہے۔ کہ تم باڈی کو کیوں کلنا</w:t>
      </w:r>
    </w:p>
    <w:p>
      <w:r>
        <w:rPr>
          <w:b/>
        </w:rPr>
        <w:t xml:space="preserve">[14:30] </w:t>
      </w:r>
      <w:r>
        <w:t>چاہتے ہو کل؟ تم اس کی سوچ کو بدلو، اس کے mind کو بدلو۔</w:t>
      </w:r>
    </w:p>
    <w:p>
      <w:pPr>
        <w:jc w:val="right"/>
      </w:pPr>
      <w:r>
        <w:t>چاہتے ہو کل؟ تم اس کی سوچ کو بدلو، اس کے مائنڈ کو بدلو۔</w:t>
      </w:r>
    </w:p>
    <w:p>
      <w:r>
        <w:rPr>
          <w:b/>
        </w:rPr>
        <w:t xml:space="preserve">[14:36] </w:t>
      </w:r>
      <w:r>
        <w:t>اگر وہ تمہاری سمجھ سے تمہارا enemy ہے تب بھی potentially وہ تمہارا friend ہے۔</w:t>
      </w:r>
    </w:p>
    <w:p>
      <w:pPr>
        <w:jc w:val="right"/>
      </w:pPr>
      <w:r>
        <w:t>اگر وہ تمہاری سمجھ سے تمہارا اینیمی ہے تب بھی پوٹینشلی وہ تمہارا فرینڈ ہے۔</w:t>
      </w:r>
    </w:p>
    <w:p>
      <w:r>
        <w:rPr>
          <w:b/>
        </w:rPr>
        <w:t xml:space="preserve">[14:42] </w:t>
      </w:r>
      <w:r>
        <w:t>kyun? dekhen khuda ne insan ko ek hi nature par banaya hai.</w:t>
      </w:r>
    </w:p>
    <w:p>
      <w:pPr>
        <w:jc w:val="right"/>
      </w:pPr>
      <w:r>
        <w:t>کیوں؟ دیکھیں خدا نے انسان کو ایک ہی نیچر پر بنایا ہے۔</w:t>
      </w:r>
    </w:p>
    <w:p>
      <w:r>
        <w:rPr>
          <w:b/>
        </w:rPr>
        <w:t xml:space="preserve">[14:48] </w:t>
      </w:r>
      <w:r>
        <w:t>nature do nahi hai.</w:t>
      </w:r>
    </w:p>
    <w:p>
      <w:pPr>
        <w:jc w:val="right"/>
      </w:pPr>
      <w:r>
        <w:t>نیچر دو نہیں ہے۔</w:t>
      </w:r>
    </w:p>
    <w:p>
      <w:r>
        <w:rPr>
          <w:b/>
        </w:rPr>
        <w:t xml:space="preserve">[14:54] </w:t>
      </w:r>
      <w:r>
        <w:t>aisa nahi ke mera nature to aap ka nature to insan ka ho, mera nature jo hai woh bheriya ka</w:t>
      </w:r>
    </w:p>
    <w:p>
      <w:pPr>
        <w:jc w:val="right"/>
      </w:pPr>
      <w:r>
        <w:t>ایسا نہیں کہ میرا نیچر تو آپ کا نیچر تو انسان کا ہو، میرا نیچر جو ہے وہ بھیڑیا کا</w:t>
      </w:r>
    </w:p>
    <w:p>
      <w:r>
        <w:rPr>
          <w:b/>
        </w:rPr>
        <w:t xml:space="preserve">[15:00] </w:t>
      </w:r>
      <w:r>
        <w:t>ho, wolf ka ho.</w:t>
      </w:r>
    </w:p>
    <w:p>
      <w:pPr>
        <w:jc w:val="right"/>
      </w:pPr>
      <w:r>
        <w:t>ہو، ولف کا ہو۔</w:t>
      </w:r>
    </w:p>
    <w:p>
      <w:r>
        <w:rPr>
          <w:b/>
        </w:rPr>
        <w:t xml:space="preserve">[15:04] </w:t>
      </w:r>
      <w:r>
        <w:t>yeh impossible hai.</w:t>
      </w:r>
    </w:p>
    <w:p>
      <w:pPr>
        <w:jc w:val="right"/>
      </w:pPr>
      <w:r>
        <w:t>یہ امپاسیبل ہے۔</w:t>
      </w:r>
    </w:p>
    <w:p>
      <w:r>
        <w:rPr>
          <w:b/>
        </w:rPr>
        <w:t xml:space="preserve">[15:08] </w:t>
      </w:r>
      <w:r>
        <w:t>اس کی کوئی possibility نہیں ہے کہ ایک بلیک آدمی کا نیچر کچھ اور ہو، وائٹ کا کچھ اور ہو۔</w:t>
      </w:r>
    </w:p>
    <w:p>
      <w:pPr>
        <w:jc w:val="right"/>
      </w:pPr>
      <w:r>
        <w:t>اس کی کوئی پاسیبلیٹی نہیں ہے کہ ایک بلیک آدمی کا نیچر کچھ اور ہو، وائٹ کا کچھ اور ہو۔</w:t>
      </w:r>
    </w:p>
    <w:p>
      <w:r>
        <w:rPr>
          <w:b/>
        </w:rPr>
        <w:t xml:space="preserve">[15:12] </w:t>
      </w:r>
      <w:r>
        <w:t>yeh koi is ki possibility nahi hai.</w:t>
      </w:r>
    </w:p>
    <w:p>
      <w:pPr>
        <w:jc w:val="right"/>
      </w:pPr>
      <w:r>
        <w:t>یہ کوئی اس کی پاسیبلیٹی نہیں ہے۔</w:t>
      </w:r>
    </w:p>
    <w:p>
      <w:r>
        <w:rPr>
          <w:b/>
        </w:rPr>
        <w:t xml:space="preserve">[15:16] </w:t>
      </w:r>
      <w:r>
        <w:t>sab ka nature ek hai.</w:t>
      </w:r>
    </w:p>
    <w:p>
      <w:pPr>
        <w:jc w:val="right"/>
      </w:pPr>
      <w:r>
        <w:t>سب کا نیچر ایک ہے۔</w:t>
      </w:r>
    </w:p>
    <w:p>
      <w:r>
        <w:rPr>
          <w:b/>
        </w:rPr>
        <w:t xml:space="preserve">[15:19] </w:t>
      </w:r>
      <w:r>
        <w:t>kal mauloodi yulad wal fitra.</w:t>
      </w:r>
    </w:p>
    <w:p>
      <w:pPr>
        <w:jc w:val="right"/>
      </w:pPr>
      <w:r>
        <w:t>کل مولودی یولد والفطرہ۔</w:t>
      </w:r>
    </w:p>
    <w:p>
      <w:r>
        <w:rPr>
          <w:b/>
        </w:rPr>
        <w:t xml:space="preserve">[15:23] </w:t>
      </w:r>
      <w:r>
        <w:t>hadees mein aata hai ke kal mauloodi yulad wal fitra.</w:t>
      </w:r>
    </w:p>
    <w:p>
      <w:pPr>
        <w:jc w:val="right"/>
      </w:pPr>
      <w:r>
        <w:t>حدیث میں آتا ہے کہ کل مولودی یولد والفطرہ۔</w:t>
      </w:r>
    </w:p>
    <w:p>
      <w:r>
        <w:rPr>
          <w:b/>
        </w:rPr>
        <w:t xml:space="preserve">[15:27] </w:t>
      </w:r>
      <w:r>
        <w:t>یعنی by birth everyone is misnatured.</w:t>
      </w:r>
    </w:p>
    <w:p>
      <w:pPr>
        <w:jc w:val="right"/>
      </w:pPr>
      <w:r>
        <w:t>یعنی بائی برتھ ایوری ون از مسڈ نیچر۔</w:t>
      </w:r>
    </w:p>
    <w:p>
      <w:r>
        <w:rPr>
          <w:b/>
        </w:rPr>
        <w:t xml:space="preserve">[15:31] </w:t>
      </w:r>
      <w:r>
        <w:t>har aadmi paida hota hai nature par.</w:t>
      </w:r>
    </w:p>
    <w:p>
      <w:pPr>
        <w:jc w:val="right"/>
      </w:pPr>
      <w:r>
        <w:t>ہر آدمی پیدا ہوتا ہے نیچر پر۔</w:t>
      </w:r>
    </w:p>
    <w:p>
      <w:r>
        <w:rPr>
          <w:b/>
        </w:rPr>
        <w:t xml:space="preserve">[15:35] </w:t>
      </w:r>
      <w:r>
        <w:t>to ek hi nature sab ka hai.</w:t>
      </w:r>
    </w:p>
    <w:p>
      <w:pPr>
        <w:jc w:val="right"/>
      </w:pPr>
      <w:r>
        <w:t>تو ایک ہی نیچر سب کا ہے۔</w:t>
      </w:r>
    </w:p>
    <w:p>
      <w:r>
        <w:rPr>
          <w:b/>
        </w:rPr>
        <w:t xml:space="preserve">[15:40] </w:t>
      </w:r>
      <w:r>
        <w:t>kahin do nature nahi hain.</w:t>
      </w:r>
    </w:p>
    <w:p>
      <w:pPr>
        <w:jc w:val="right"/>
      </w:pPr>
      <w:r>
        <w:t>کہیں دو نیچر نہیں ہیں۔</w:t>
      </w:r>
    </w:p>
    <w:p>
      <w:r>
        <w:rPr>
          <w:b/>
        </w:rPr>
        <w:t xml:space="preserve">[15:44] </w:t>
      </w:r>
      <w:r>
        <w:t>to is ka matlab kya hua? har aadmi aap ka dost hi hai.</w:t>
      </w:r>
    </w:p>
    <w:p>
      <w:pPr>
        <w:jc w:val="right"/>
      </w:pPr>
      <w:r>
        <w:t>تو اس کا مطلب کیا ہوا؟ ہر آدمی آپ کا دوست ہی ہے۔</w:t>
      </w:r>
    </w:p>
    <w:p>
      <w:r>
        <w:rPr>
          <w:b/>
        </w:rPr>
        <w:t xml:space="preserve">[15:49] </w:t>
      </w:r>
      <w:r>
        <w:t>agar dikhai de aap ko enemy tab bhi samjhiye ke potential friend hai aap ka woh.</w:t>
      </w:r>
    </w:p>
    <w:p>
      <w:pPr>
        <w:jc w:val="right"/>
      </w:pPr>
      <w:r>
        <w:t>اگر دکھائی دے آپ کو اینیمی تب بھی سمجھئے کہ پوٹینشل فرینڈ ہے آپ کا وہ۔</w:t>
      </w:r>
    </w:p>
    <w:p>
      <w:r>
        <w:rPr>
          <w:b/>
        </w:rPr>
        <w:t xml:space="preserve">[15:53] </w:t>
      </w:r>
      <w:r>
        <w:t>to is ke nature ko activate kijiye.</w:t>
      </w:r>
    </w:p>
    <w:p>
      <w:pPr>
        <w:jc w:val="right"/>
      </w:pPr>
      <w:r>
        <w:t>تو اس کے نیچر کو ایکٹیویٹ کیجیے۔</w:t>
      </w:r>
    </w:p>
    <w:p>
      <w:r>
        <w:rPr>
          <w:b/>
        </w:rPr>
        <w:t xml:space="preserve">[15:58] </w:t>
      </w:r>
      <w:r>
        <w:t>is ke nature ko activate kijiye.</w:t>
      </w:r>
    </w:p>
    <w:p>
      <w:pPr>
        <w:jc w:val="right"/>
      </w:pPr>
      <w:r>
        <w:t>اس کے نیچر کو ایکٹیویٹ کیجیے۔</w:t>
      </w:r>
    </w:p>
    <w:p>
      <w:r>
        <w:rPr>
          <w:b/>
        </w:rPr>
        <w:t xml:space="preserve">[16:03] </w:t>
      </w:r>
      <w:r>
        <w:t>is ke andar jo nature hai wahan tak pahunchiye.</w:t>
      </w:r>
    </w:p>
    <w:p>
      <w:pPr>
        <w:jc w:val="right"/>
      </w:pPr>
      <w:r>
        <w:t>اس کے اندر جو نیچر ہے وہاں تک پہنچیے۔</w:t>
      </w:r>
    </w:p>
    <w:p>
      <w:r>
        <w:rPr>
          <w:b/>
        </w:rPr>
        <w:t xml:space="preserve">[16:07] </w:t>
      </w:r>
      <w:r>
        <w:t>quran mein hai ke wa qul lahum fi anfusihim qawlan baligha.</w:t>
      </w:r>
    </w:p>
    <w:p>
      <w:pPr>
        <w:jc w:val="right"/>
      </w:pPr>
      <w:r>
        <w:t>قرآن میں ہے کہ وقل لہم فی الفسہم قول بلیغہ۔</w:t>
      </w:r>
    </w:p>
    <w:p>
      <w:r>
        <w:rPr>
          <w:b/>
        </w:rPr>
        <w:t xml:space="preserve">[16:12] </w:t>
      </w:r>
      <w:r>
        <w:t>un ko address karo un ke dil mein pahunchte hue.</w:t>
      </w:r>
    </w:p>
    <w:p>
      <w:pPr>
        <w:jc w:val="right"/>
      </w:pPr>
      <w:r>
        <w:t>ان کو ایڈریس کرو ان کے دل میں پہنچتے ہوئے۔</w:t>
      </w:r>
    </w:p>
    <w:p>
      <w:r>
        <w:rPr>
          <w:b/>
        </w:rPr>
        <w:t xml:space="preserve">[16:16] </w:t>
      </w:r>
      <w:r>
        <w:t>is tarah address karo ke tumhari baat un ke dil mein pahunch jaye.</w:t>
      </w:r>
    </w:p>
    <w:p>
      <w:pPr>
        <w:jc w:val="right"/>
      </w:pPr>
      <w:r>
        <w:t>اس طرح ایڈریس کرو کہ تمہاری بات ان کے دل میں پہنچ جائے۔</w:t>
      </w:r>
    </w:p>
    <w:p>
      <w:r>
        <w:rPr>
          <w:b/>
        </w:rPr>
        <w:t xml:space="preserve">[16:21] </w:t>
      </w:r>
      <w:r>
        <w:t>yani matlab nature ko address karte hue.</w:t>
      </w:r>
    </w:p>
    <w:p>
      <w:pPr>
        <w:jc w:val="right"/>
      </w:pPr>
      <w:r>
        <w:t>یعنی مطلب نیچر کو ایڈریس کرتے ہوئے۔</w:t>
      </w:r>
    </w:p>
    <w:p>
      <w:r>
        <w:rPr>
          <w:b/>
        </w:rPr>
        <w:t xml:space="preserve">[16:25] </w:t>
      </w:r>
      <w:r>
        <w:t>jab aap nature ko address karenge to nature activate hoga.</w:t>
      </w:r>
    </w:p>
    <w:p>
      <w:pPr>
        <w:jc w:val="right"/>
      </w:pPr>
      <w:r>
        <w:t>جب آپ نیچر کو ایڈریس کریں گے تو نیچر ایکٹیویٹ ہوگا۔</w:t>
      </w:r>
    </w:p>
    <w:p>
      <w:r>
        <w:rPr>
          <w:b/>
        </w:rPr>
        <w:t xml:space="preserve">[16:30] </w:t>
      </w:r>
      <w:r>
        <w:t>nature activate hoga.</w:t>
      </w:r>
    </w:p>
    <w:p>
      <w:pPr>
        <w:jc w:val="right"/>
      </w:pPr>
      <w:r>
        <w:t>نیچر ایکٹیویٹ ہوگا۔</w:t>
      </w:r>
    </w:p>
    <w:p>
      <w:r>
        <w:rPr>
          <w:b/>
        </w:rPr>
        <w:t xml:space="preserve">[16:35] </w:t>
      </w:r>
      <w:r>
        <w:t>To yeh jo hua yaani yeh jo ideology di gayi Quran mein. Yeh ideology di gayi Quran mein, ideology of peace, ideology of spirituality. Yeh that was translated by by the Prophet in Arabia. Isi liye Quran mein hai ke laqad kana lakum fi rasulillahi uswatun hasa</w:t>
      </w:r>
    </w:p>
    <w:p>
      <w:pPr>
        <w:jc w:val="right"/>
      </w:pPr>
      <w:r>
        <w:t>تو یہ جو ہوا یعنی یہ جو آئیڈیالوجی دی گئی قرآن میں۔ یہ آئیڈیالوجی دی گئی قرآن میں، آئیڈیالوجی آف پیس، آئیڈیالوجی آف اسپریچولیٹی۔ یہ دیٹ واز ٹرانسلیٹڈ بائی بائی دا پرافیٹ ان عربیہ۔ اسی لیے قرآن میں ہے کہ لقد کان لکم فی رسول اللہ اسوۃ حسن</w:t>
      </w:r>
    </w:p>
    <w:p>
      <w:r>
        <w:rPr>
          <w:b/>
        </w:rPr>
        <w:t xml:space="preserve">[17:05] </w:t>
      </w:r>
      <w:r>
        <w:t>nah. Ke Rasool ki zindagi bhi tumhare liye best example hai. Best example. Yaani zindagi ko agar is tarah batana ho ke negative ko positive mein kaise convert karein. Enemy ko friend kaise banayein. Aur difficulties ko kis tarah se</w:t>
      </w:r>
    </w:p>
    <w:p>
      <w:pPr>
        <w:jc w:val="right"/>
      </w:pPr>
      <w:r>
        <w:t>ہ۔ کہ رسول کی زندگی بھی تمہارے لیے بیسٹ ایگزامپل ہے۔ بیسٹ ایگزامپل۔ یعنی زندگی کو اگر اس طرح بتانا ہو کہ نیگیٹیو کو پازیٹیو میں کیسے کنورٹ کریں۔ اینیمی کو فرینڈ کیسے بنائیں۔ اور ڈیفیکلٹیز کو کس طرح سے</w:t>
      </w:r>
    </w:p>
    <w:p>
      <w:r>
        <w:rPr>
          <w:b/>
        </w:rPr>
        <w:t xml:space="preserve">[17:35] </w:t>
      </w:r>
      <w:r>
        <w:t>opportunity mein convert karen.</w:t>
      </w:r>
    </w:p>
    <w:p>
      <w:pPr>
        <w:jc w:val="right"/>
      </w:pPr>
      <w:r>
        <w:t>آپرچونیٹی میں کنورٹ کریں۔</w:t>
      </w:r>
    </w:p>
    <w:p>
      <w:r>
        <w:rPr>
          <w:b/>
        </w:rPr>
        <w:t xml:space="preserve">[17:39] </w:t>
      </w:r>
      <w:r>
        <w:t>تو اس کا ایگزامپل تم کو ملے گا Prophet of Islam کے یہاں۔</w:t>
      </w:r>
    </w:p>
    <w:p>
      <w:pPr>
        <w:jc w:val="right"/>
      </w:pPr>
      <w:r>
        <w:t>تو اس کا ایگزامپل تم کو ملے گا پرافیٹ آف اسلام کے یہاں۔</w:t>
      </w:r>
    </w:p>
    <w:p>
      <w:r>
        <w:rPr>
          <w:b/>
        </w:rPr>
        <w:t xml:space="preserve">[17:43] </w:t>
      </w:r>
      <w:r>
        <w:t>yeh hai asal islam.</w:t>
      </w:r>
    </w:p>
    <w:p>
      <w:pPr>
        <w:jc w:val="right"/>
      </w:pPr>
      <w:r>
        <w:t>یہ ہے اصل اسلام۔</w:t>
      </w:r>
    </w:p>
    <w:p>
      <w:r>
        <w:rPr>
          <w:b/>
        </w:rPr>
        <w:t xml:space="preserve">[17:47] </w:t>
      </w:r>
      <w:r>
        <w:t>to media mein jo kuch aata hai main is ko baseless nahi manta.</w:t>
      </w:r>
    </w:p>
    <w:p>
      <w:pPr>
        <w:jc w:val="right"/>
      </w:pPr>
      <w:r>
        <w:t>تو میڈیا میں جو کچھ آتا ہے میں اس کو بیسلیس نہیں مانتا۔</w:t>
      </w:r>
    </w:p>
    <w:p>
      <w:r>
        <w:rPr>
          <w:b/>
        </w:rPr>
        <w:t xml:space="preserve">[17:52] </w:t>
      </w:r>
      <w:r>
        <w:t>kuch log kehte hain ke media jo hai propaganda karta hai. nahi.</w:t>
      </w:r>
    </w:p>
    <w:p>
      <w:pPr>
        <w:jc w:val="right"/>
      </w:pPr>
      <w:r>
        <w:t>کچھ لوگ کہتے ہیں کہ میڈیا جو ہے پروگنڈا کرتا ہے۔ نہیں۔</w:t>
      </w:r>
    </w:p>
    <w:p>
      <w:r>
        <w:rPr>
          <w:b/>
        </w:rPr>
        <w:t xml:space="preserve">[17:56] </w:t>
      </w:r>
      <w:r>
        <w:t>media ki koi propaganda ki baat nahi hai.</w:t>
      </w:r>
    </w:p>
    <w:p>
      <w:pPr>
        <w:jc w:val="right"/>
      </w:pPr>
      <w:r>
        <w:t>میڈیا کی کوئی پروگنڈے کی بات نہیں ہے۔</w:t>
      </w:r>
    </w:p>
    <w:p>
      <w:r>
        <w:rPr>
          <w:b/>
        </w:rPr>
        <w:t xml:space="preserve">[18:00] </w:t>
      </w:r>
      <w:r>
        <w:t>sirf itni si baat hai ke media mein jo baat aati</w:t>
      </w:r>
    </w:p>
    <w:p>
      <w:pPr>
        <w:jc w:val="right"/>
      </w:pPr>
      <w:r>
        <w:t>صرف اتنی سی بات ہے کہ میڈیا میں جو بات آتی</w:t>
      </w:r>
    </w:p>
    <w:p>
      <w:r>
        <w:rPr>
          <w:b/>
        </w:rPr>
        <w:t xml:space="preserve">[18:05] </w:t>
      </w:r>
      <w:r>
        <w:t>hai islam ke reference mein mein kahunga ke woh hai muslim ke reference mein.</w:t>
      </w:r>
    </w:p>
    <w:p>
      <w:pPr>
        <w:jc w:val="right"/>
      </w:pPr>
      <w:r>
        <w:t>ہے اسلام کے ریفرنس میں میں کہوں گا کہ وہ ہے مسلم کے ریفرنس میں۔</w:t>
      </w:r>
    </w:p>
    <w:p>
      <w:r>
        <w:rPr>
          <w:b/>
        </w:rPr>
        <w:t xml:space="preserve">[18:12] </w:t>
      </w:r>
      <w:r>
        <w:t>jaise maine arz kiya ke woh jo unka caption lagaya unhone ke a religion that sanctions violence.</w:t>
      </w:r>
    </w:p>
    <w:p>
      <w:pPr>
        <w:jc w:val="right"/>
      </w:pPr>
      <w:r>
        <w:t>جیسے میں نے عرض کیا کہ وہ جو ان کا کیپشن لگایا انہوں نے کہ اے ریلیجن دیٹ سینکشنز وائلنس۔</w:t>
      </w:r>
    </w:p>
    <w:p>
      <w:r>
        <w:rPr>
          <w:b/>
        </w:rPr>
        <w:t xml:space="preserve">[18:20] </w:t>
      </w:r>
      <w:r>
        <w:t>kehna yeh chahiye ke a community who is involved in violence.</w:t>
      </w:r>
    </w:p>
    <w:p>
      <w:pPr>
        <w:jc w:val="right"/>
      </w:pPr>
      <w:r>
        <w:t>کہنا یہ چاہیے کہ اے کمیونٹی ہو از انوالوڈ ان وائلنس۔</w:t>
      </w:r>
    </w:p>
    <w:p>
      <w:r>
        <w:rPr>
          <w:b/>
        </w:rPr>
        <w:t xml:space="preserve">[18:27] </w:t>
      </w:r>
      <w:r>
        <w:t>toh musalmanon ke practice ko islam bana dena sare prob</w:t>
      </w:r>
    </w:p>
    <w:p>
      <w:pPr>
        <w:jc w:val="right"/>
      </w:pPr>
      <w:r>
        <w:t>تو مسلمانوں کے پریکٹس کو اسلام بنا دینا سارے پراب</w:t>
      </w:r>
    </w:p>
    <w:p>
      <w:r>
        <w:rPr>
          <w:b/>
        </w:rPr>
        <w:t xml:space="preserve">[18:35] </w:t>
      </w:r>
      <w:r>
        <w:t>lem is ki wajah se paida hue hain.</w:t>
      </w:r>
    </w:p>
    <w:p>
      <w:pPr>
        <w:jc w:val="right"/>
      </w:pPr>
      <w:r>
        <w:t>لم اس کی وجہ سے پیدا ہوئے ہیں۔</w:t>
      </w:r>
    </w:p>
    <w:p>
      <w:r>
        <w:rPr>
          <w:b/>
        </w:rPr>
        <w:t xml:space="preserve">[18:40] </w:t>
      </w:r>
      <w:r>
        <w:t>warna islam toh ek science of life hai, ek art of life hai.</w:t>
      </w:r>
    </w:p>
    <w:p>
      <w:pPr>
        <w:jc w:val="right"/>
      </w:pPr>
      <w:r>
        <w:t>ورنہ اسلام تو ایک سائنس آف لائف ہے، ایک آرٹ آف لائف ہے۔</w:t>
      </w:r>
    </w:p>
    <w:p>
      <w:r>
        <w:rPr>
          <w:b/>
        </w:rPr>
        <w:t xml:space="preserve">[18:45] </w:t>
      </w:r>
      <w:r>
        <w:t>art of living hai.</w:t>
      </w:r>
    </w:p>
    <w:p>
      <w:pPr>
        <w:jc w:val="right"/>
      </w:pPr>
      <w:r>
        <w:t>آرٹ آف لیونگ ہے۔</w:t>
      </w:r>
    </w:p>
    <w:p>
      <w:r>
        <w:rPr>
          <w:b/>
        </w:rPr>
        <w:t xml:space="preserve">[18:50] </w:t>
      </w:r>
      <w:r>
        <w:t>kaise hum zindagi ko zyada acha banayein? aaj hi mein hum mein Maulana Zakwan sahib se baat kar</w:t>
      </w:r>
    </w:p>
    <w:p>
      <w:pPr>
        <w:jc w:val="right"/>
      </w:pPr>
      <w:r>
        <w:t>کیسے ہم زندگی کو زیادہ اچھا بنائیں؟ آج ہی میں ہم میں مولانا ذکوان صاحب سے بات کر</w:t>
      </w:r>
    </w:p>
    <w:p>
      <w:r>
        <w:rPr>
          <w:b/>
        </w:rPr>
        <w:t xml:space="preserve">[18:55] </w:t>
      </w:r>
      <w:r>
        <w:t>raha tha, ek hadith samne aayi.</w:t>
      </w:r>
    </w:p>
    <w:p>
      <w:pPr>
        <w:jc w:val="right"/>
      </w:pPr>
      <w:r>
        <w:t>رہا تھا، ایک حدیث سامنے آئی۔</w:t>
      </w:r>
    </w:p>
    <w:p>
      <w:r>
        <w:rPr>
          <w:b/>
        </w:rPr>
        <w:t xml:space="preserve">[19:00] </w:t>
      </w:r>
      <w:r>
        <w:t>batayein kitna bara secret is hadith mein hai, secret of life</w:t>
      </w:r>
    </w:p>
    <w:p>
      <w:pPr>
        <w:jc w:val="right"/>
      </w:pPr>
      <w:r>
        <w:t>بتائیں کتنا بڑا سیکرٹ اس حدیث میں ہے، سیکرٹ آف لائف</w:t>
      </w:r>
    </w:p>
    <w:p>
      <w:r>
        <w:rPr>
          <w:b/>
        </w:rPr>
        <w:t xml:space="preserve">[19:06] </w:t>
      </w:r>
      <w:r>
        <w:t>. Woh yeh hai ke ma a'la min iqtisad. Chhoti si bataiye ke chhota sa ek sentence hai. Ma a'la min iqtisad. Yaani woh aadmi muhtaji is aadmi ko muhtaji nahi hogi jo jo jo maal ko kifayat ke sath</w:t>
      </w:r>
    </w:p>
    <w:p>
      <w:pPr>
        <w:jc w:val="right"/>
      </w:pPr>
      <w:r>
        <w:t>۔ وہ یہ ہے کہ ما اعلیٰ من اقتصد۔ چھوٹی سی بتائیے کہ چھوٹا سا ایک سینٹنس ہے۔ ما اعلیٰ من اقتصد۔ یعنی وہ آدمی محتاجی اس آدمی کو محتاجی نہیں ہوگی جو جو جو مال کو کفایت کے ساتھ</w:t>
      </w:r>
    </w:p>
    <w:p>
      <w:r>
        <w:rPr>
          <w:b/>
        </w:rPr>
        <w:t xml:space="preserve">[19:36] </w:t>
      </w:r>
      <w:r>
        <w:t>kharch kare.</w:t>
      </w:r>
    </w:p>
    <w:p>
      <w:pPr>
        <w:jc w:val="right"/>
      </w:pPr>
      <w:r>
        <w:t>خرچ کرے۔</w:t>
      </w:r>
    </w:p>
    <w:p>
      <w:r>
        <w:rPr>
          <w:b/>
        </w:rPr>
        <w:t xml:space="preserve">[19:40] </w:t>
      </w:r>
      <w:r>
        <w:t>iqtasad ke maani hote hain manage karna.</w:t>
      </w:r>
    </w:p>
    <w:p>
      <w:pPr>
        <w:jc w:val="right"/>
      </w:pPr>
      <w:r>
        <w:t>اقتصد کے معنی ہوتے ہیں مینج کرنا۔</w:t>
      </w:r>
    </w:p>
    <w:p>
      <w:r>
        <w:rPr>
          <w:b/>
        </w:rPr>
        <w:t xml:space="preserve">[19:44] </w:t>
      </w:r>
      <w:r>
        <w:t>iska matlab yeh hai ke jo aadmi art of money management jaane toh woh kabhi bhi poverty</w:t>
      </w:r>
    </w:p>
    <w:p>
      <w:pPr>
        <w:jc w:val="right"/>
      </w:pPr>
      <w:r>
        <w:t>اس کا مطلب یہ ہے کہ جو آدمی آرٹ آف منی مینجمنٹ جانے تو وہ کبھی بھی پاورٹی</w:t>
      </w:r>
    </w:p>
    <w:p>
      <w:r>
        <w:rPr>
          <w:b/>
        </w:rPr>
        <w:t xml:space="preserve">[19:49] </w:t>
      </w:r>
      <w:r>
        <w:t>ka shikar nahi hoga.</w:t>
      </w:r>
    </w:p>
    <w:p>
      <w:pPr>
        <w:jc w:val="right"/>
      </w:pPr>
      <w:r>
        <w:t>کا شکار نہیں ہوگا۔</w:t>
      </w:r>
    </w:p>
    <w:p>
      <w:r>
        <w:rPr>
          <w:b/>
        </w:rPr>
        <w:t xml:space="preserve">[19:53] </w:t>
      </w:r>
      <w:r>
        <w:t>isko kabhi loan lene ki zaroorat nahi padegi.</w:t>
      </w:r>
    </w:p>
    <w:p>
      <w:pPr>
        <w:jc w:val="right"/>
      </w:pPr>
      <w:r>
        <w:t>اس کو کبھی لون لینے کی ضرورت نہیں پڑے گی۔</w:t>
      </w:r>
    </w:p>
    <w:p>
      <w:r>
        <w:rPr>
          <w:b/>
        </w:rPr>
        <w:t xml:space="preserve">[19:57] </w:t>
      </w:r>
      <w:r>
        <w:t>woh kaise? aap ghor kijiye ke jo log bhi loan lete hain.</w:t>
      </w:r>
    </w:p>
    <w:p>
      <w:pPr>
        <w:jc w:val="right"/>
      </w:pPr>
      <w:r>
        <w:t>وہ کیسے؟ آپ غور کیجیے کہ جو لوگ بھی لون لیتے ہیں۔</w:t>
      </w:r>
    </w:p>
    <w:p>
      <w:r>
        <w:rPr>
          <w:b/>
        </w:rPr>
        <w:t xml:space="preserve">[20:02] </w:t>
      </w:r>
      <w:r>
        <w:t>jo log bhi pareshaniyon ka shikar hote hain woh kya hai?</w:t>
      </w:r>
    </w:p>
    <w:p>
      <w:pPr>
        <w:jc w:val="right"/>
      </w:pPr>
      <w:r>
        <w:t>جو لوگ بھی پریشانیوں کا شکار ہوتے ہیں وہ کیا ہے؟</w:t>
      </w:r>
    </w:p>
    <w:p>
      <w:r>
        <w:rPr>
          <w:b/>
        </w:rPr>
        <w:t xml:space="preserve">[20:06] </w:t>
      </w:r>
      <w:r>
        <w:t>unke haan ek cheez leak kar rahi hogi.</w:t>
      </w:r>
    </w:p>
    <w:p>
      <w:pPr>
        <w:jc w:val="right"/>
      </w:pPr>
      <w:r>
        <w:t>ان کے ہاں ایک چیز لیک کر رہی ہوگی۔</w:t>
      </w:r>
    </w:p>
    <w:p>
      <w:r>
        <w:rPr>
          <w:b/>
        </w:rPr>
        <w:t xml:space="preserve">[20:10] </w:t>
      </w:r>
      <w:r>
        <w:t>woh hai discontentment.</w:t>
      </w:r>
    </w:p>
    <w:p>
      <w:pPr>
        <w:jc w:val="right"/>
      </w:pPr>
      <w:r>
        <w:t>وہ ہے ڈس کنٹینمنٹ۔</w:t>
      </w:r>
    </w:p>
    <w:p>
      <w:r>
        <w:rPr>
          <w:b/>
        </w:rPr>
        <w:t xml:space="preserve">[20:15] </w:t>
      </w:r>
      <w:r>
        <w:t>jitna unko earning ho rahi hai us par unhein contentment nahi hai aur aur aur aur ke chakkar mein.</w:t>
      </w:r>
    </w:p>
    <w:p>
      <w:pPr>
        <w:jc w:val="right"/>
      </w:pPr>
      <w:r>
        <w:t>جتنا ان کو ارننگ ہو رہی ہے اس پر انہیں کنٹینمنٹ نہیں ہے اور اور اور اور کے چکر میں۔</w:t>
      </w:r>
    </w:p>
    <w:p>
      <w:r>
        <w:rPr>
          <w:b/>
        </w:rPr>
        <w:t xml:space="preserve">[20:19] </w:t>
      </w:r>
      <w:r>
        <w:t>aur ke chakkar mein kya karte hain? loan lete hain.</w:t>
      </w:r>
    </w:p>
    <w:p>
      <w:pPr>
        <w:jc w:val="right"/>
      </w:pPr>
      <w:r>
        <w:t>اور کے چکر میں کیا کرتے ہیں؟ لون لیتے ہیں۔</w:t>
      </w:r>
    </w:p>
    <w:p>
      <w:r>
        <w:rPr>
          <w:b/>
        </w:rPr>
        <w:t xml:space="preserve">[20:24] </w:t>
      </w:r>
      <w:r>
        <w:t>aur ke chakkar mein kya karte hain? ke jump karte hain bara bara.</w:t>
      </w:r>
    </w:p>
    <w:p>
      <w:pPr>
        <w:jc w:val="right"/>
      </w:pPr>
      <w:r>
        <w:t>اور کے چکر میں کیا کرتے ہیں؟ کہ جمپ کرتے ہیں بڑا بڑا۔</w:t>
      </w:r>
    </w:p>
    <w:p>
      <w:r>
        <w:rPr>
          <w:b/>
        </w:rPr>
        <w:t xml:space="preserve">[20:28] </w:t>
      </w:r>
      <w:r>
        <w:t>aur phir is mein baad ko kya hota hai ke museebatein padti hain.</w:t>
      </w:r>
    </w:p>
    <w:p>
      <w:pPr>
        <w:jc w:val="right"/>
      </w:pPr>
      <w:r>
        <w:t>اور پھر اس میں بعد کو کیا ہوتا ہے کہ مصیبتیں پڑتی ہیں۔</w:t>
      </w:r>
    </w:p>
    <w:p>
      <w:r>
        <w:rPr>
          <w:b/>
        </w:rPr>
        <w:t xml:space="preserve">[20:32] </w:t>
      </w:r>
      <w:r>
        <w:t>toh art of money management asal cheez hai.</w:t>
      </w:r>
    </w:p>
    <w:p>
      <w:pPr>
        <w:jc w:val="right"/>
      </w:pPr>
      <w:r>
        <w:t>تو آرٹ آف منی مینجمنٹ اصل چیز ہے۔</w:t>
      </w:r>
    </w:p>
    <w:p>
      <w:r>
        <w:rPr>
          <w:b/>
        </w:rPr>
        <w:t xml:space="preserve">[20:37] </w:t>
      </w:r>
      <w:r>
        <w:t>nah ke bohat zyada kamana.</w:t>
      </w:r>
    </w:p>
    <w:p>
      <w:pPr>
        <w:jc w:val="right"/>
      </w:pPr>
      <w:r>
        <w:t>نہ کہ بہت زیادہ کمانا۔</w:t>
      </w:r>
    </w:p>
    <w:p>
      <w:r>
        <w:rPr>
          <w:b/>
        </w:rPr>
        <w:t xml:space="preserve">[20:40] </w:t>
      </w:r>
      <w:r>
        <w:t>yani bohat ziyada paisa kamana yeh asal cheez nahi hai.</w:t>
      </w:r>
    </w:p>
    <w:p>
      <w:pPr>
        <w:jc w:val="right"/>
      </w:pPr>
      <w:r>
        <w:t>یعنی بہت زیادہ پیسہ کمانا یہ اصل چیز نہیں ہے۔</w:t>
      </w:r>
    </w:p>
    <w:p>
      <w:r>
        <w:rPr>
          <w:b/>
        </w:rPr>
        <w:t xml:space="preserve">[20:44] </w:t>
      </w:r>
      <w:r>
        <w:t>asal cheez hai art of money management.</w:t>
      </w:r>
    </w:p>
    <w:p>
      <w:pPr>
        <w:jc w:val="right"/>
      </w:pPr>
      <w:r>
        <w:t>اصل چیز ہے آرٹ آف منی مینجمنٹ۔</w:t>
      </w:r>
    </w:p>
    <w:p>
      <w:r>
        <w:rPr>
          <w:b/>
        </w:rPr>
        <w:t xml:space="preserve">[20:48] </w:t>
      </w:r>
      <w:r>
        <w:t>yani available money ko kaise hum kharch karein, available money ko.</w:t>
      </w:r>
    </w:p>
    <w:p>
      <w:pPr>
        <w:jc w:val="right"/>
      </w:pPr>
      <w:r>
        <w:t>یعنی اویلیبل منی کو کیسے ہم خرچ کریں، اویلیبل منی کو۔</w:t>
      </w:r>
    </w:p>
    <w:p>
      <w:r>
        <w:rPr>
          <w:b/>
        </w:rPr>
        <w:t xml:space="preserve">[20:52] </w:t>
      </w:r>
      <w:r>
        <w:t>available money ko hum kaise kharch karein.</w:t>
      </w:r>
    </w:p>
    <w:p>
      <w:pPr>
        <w:jc w:val="right"/>
      </w:pPr>
      <w:r>
        <w:t>اویلیبل منی کو ہم کیسے خرچ کریں۔</w:t>
      </w:r>
    </w:p>
    <w:p>
      <w:r>
        <w:rPr>
          <w:b/>
        </w:rPr>
        <w:t xml:space="preserve">[20:55] </w:t>
      </w:r>
      <w:r>
        <w:t>is ko isi ka naam hai art of money management.</w:t>
      </w:r>
    </w:p>
    <w:p>
      <w:pPr>
        <w:jc w:val="right"/>
      </w:pPr>
      <w:r>
        <w:t>اس کو اسی کا نام ہے آرٹ آف منی مینجمنٹ۔</w:t>
      </w:r>
    </w:p>
    <w:p>
      <w:r>
        <w:rPr>
          <w:b/>
        </w:rPr>
        <w:t xml:space="preserve">[20:59] </w:t>
      </w:r>
      <w:r>
        <w:t>mere paas ek sahab aaye, mein ek qissa batata hoon ke is se kya mera matlab hai.</w:t>
      </w:r>
    </w:p>
    <w:p>
      <w:pPr>
        <w:jc w:val="right"/>
      </w:pPr>
      <w:r>
        <w:t>میرے پاس ایک صاحب آئے، میں ایک قصہ بتاتا ہوں کہ اس سے کیا میرا مطلب ہے۔</w:t>
      </w:r>
    </w:p>
    <w:p>
      <w:r>
        <w:rPr>
          <w:b/>
        </w:rPr>
        <w:t xml:space="preserve">[21:03] </w:t>
      </w:r>
      <w:r>
        <w:t>to lesster ten point i v</w:t>
      </w:r>
    </w:p>
    <w:p>
      <w:pPr>
        <w:jc w:val="right"/>
      </w:pPr>
      <w:r>
        <w:t>ٹو لیسٹر دس پوائنٹ آئی و</w:t>
      </w:r>
    </w:p>
    <w:p>
      <w:r>
        <w:rPr>
          <w:b/>
        </w:rPr>
        <w:t xml:space="preserve">[21:07] </w:t>
      </w:r>
      <w:r>
        <w:t>el let this story.</w:t>
      </w:r>
    </w:p>
    <w:p>
      <w:pPr>
        <w:jc w:val="right"/>
      </w:pPr>
      <w:r>
        <w:t>یل لیٹ دس اسٹوری۔</w:t>
      </w:r>
    </w:p>
    <w:p>
      <w:r>
        <w:rPr>
          <w:b/>
        </w:rPr>
        <w:t xml:space="preserve">[21:11] </w:t>
      </w:r>
      <w:r>
        <w:t>ek sahab aaye mere paas woh rampur ke thay woh.</w:t>
      </w:r>
    </w:p>
    <w:p>
      <w:pPr>
        <w:jc w:val="right"/>
      </w:pPr>
      <w:r>
        <w:t>ایک صاحب آئے میرے پاس وہ رام پور کے تھے وہ۔</w:t>
      </w:r>
    </w:p>
    <w:p>
      <w:r>
        <w:rPr>
          <w:b/>
        </w:rPr>
        <w:t xml:space="preserve">[21:14] </w:t>
      </w:r>
      <w:r>
        <w:t>to mithai ka ek dabba le aaye gift ke taur par.</w:t>
      </w:r>
    </w:p>
    <w:p>
      <w:pPr>
        <w:jc w:val="right"/>
      </w:pPr>
      <w:r>
        <w:t>تو مٹھائی کا ایک ڈبہ لے آئے گفٹ کے طور پر۔</w:t>
      </w:r>
    </w:p>
    <w:p>
      <w:r>
        <w:rPr>
          <w:b/>
        </w:rPr>
        <w:t xml:space="preserve">[21:18] </w:t>
      </w:r>
      <w:r>
        <w:t>to unhon ne kaha ke yeh mithai hai jo hamare haan rampur mein banti hai.</w:t>
      </w:r>
    </w:p>
    <w:p>
      <w:pPr>
        <w:jc w:val="right"/>
      </w:pPr>
      <w:r>
        <w:t>تو انہوں نے کہا کہ یہ مٹھائی ہے جو ہمارے ہاں رام پور میں بنتی ہے۔</w:t>
      </w:r>
    </w:p>
    <w:p>
      <w:r>
        <w:rPr>
          <w:b/>
        </w:rPr>
        <w:t xml:space="preserve">[21:22] </w:t>
      </w:r>
      <w:r>
        <w:t>bohat special samjhi jati hai wahan par.</w:t>
      </w:r>
    </w:p>
    <w:p>
      <w:pPr>
        <w:jc w:val="right"/>
      </w:pPr>
      <w:r>
        <w:t>بہت اسپیشل سمجھی جاتی ہے وہاں پر۔</w:t>
      </w:r>
    </w:p>
    <w:p>
      <w:r>
        <w:rPr>
          <w:b/>
        </w:rPr>
        <w:t xml:space="preserve">[21:26] </w:t>
      </w:r>
      <w:r>
        <w:t>to mein buzurgon ke paas jata hoon, aalimon ke paas to yeh le aata hoon packet.</w:t>
      </w:r>
    </w:p>
    <w:p>
      <w:pPr>
        <w:jc w:val="right"/>
      </w:pPr>
      <w:r>
        <w:t>تو میں بزرگوں کے پاس جاتا ہوں، عالموں کے پاس تو یہ لے آتا ہوں پیکٹ۔</w:t>
      </w:r>
    </w:p>
    <w:p>
      <w:r>
        <w:rPr>
          <w:b/>
        </w:rPr>
        <w:t xml:space="preserve">[21:30] </w:t>
      </w:r>
      <w:r>
        <w:t>khair woh baithe.</w:t>
      </w:r>
    </w:p>
    <w:p>
      <w:pPr>
        <w:jc w:val="right"/>
      </w:pPr>
      <w:r>
        <w:t>خیر وہ بیٹھے۔</w:t>
      </w:r>
    </w:p>
    <w:p>
      <w:r>
        <w:rPr>
          <w:b/>
        </w:rPr>
        <w:t xml:space="preserve">[21:34] </w:t>
      </w:r>
      <w:r>
        <w:t>baat cheet mein mujhe pata chala ke woh</w:t>
      </w:r>
    </w:p>
    <w:p>
      <w:pPr>
        <w:jc w:val="right"/>
      </w:pPr>
      <w:r>
        <w:t>بات چیت میں مجھے پتا چلا کہ وہ</w:t>
      </w:r>
    </w:p>
    <w:p>
      <w:r>
        <w:rPr>
          <w:b/>
        </w:rPr>
        <w:t xml:space="preserve">[21:38] </w:t>
      </w:r>
      <w:r>
        <w:t>phir un se unhone kaha ke dua kijiye ke mere upar loan hai, loan utar jaye. Yaani unhone mithai ka packet diya aur kaha ke dua kijiye ke mera loan utar jaye. Mein ne is packet ko taqreeban mara un ko isi packet se. Samajh lijiye. Mein ne kaha ke aap par loan hai to aap yeh gift kyun laye hain? To unhone kaha ke mein to aise hi le aata hoon. To woh bhi galat karte hain aap. Jab loan hai to</w:t>
      </w:r>
    </w:p>
    <w:p>
      <w:pPr>
        <w:jc w:val="right"/>
      </w:pPr>
      <w:r>
        <w:t>پھر ان سے انہوں نے کہا کہ دعا کیجیے کہ میرے اوپر لون ہے، لون اتر جائے۔ یعنی انہوں نے مٹھائی کا پیکٹ دیا اور کہا کہ دعا کیجیے کہ میرا لون اتر جائے۔ میں نے اس پیکٹ کو تقریباً مارا ان کو اسی پیکٹ سے۔ سمجھ لیجیے۔ میں نے کہا کہ آپ پر لون ہے تو آپ یہ گفٹ کیوں لائے ہیں؟ تو انہوں نے کہا کہ میں تو ایسے ہی لے آتا ہوں۔ تو وہ بھی غلط کرتے ہیں آپ۔ جب لون ہے تو</w:t>
      </w:r>
    </w:p>
    <w:p>
      <w:r>
        <w:rPr>
          <w:b/>
        </w:rPr>
        <w:t xml:space="preserve">[22:08] </w:t>
      </w:r>
      <w:r>
        <w:t>kisi ko bhi gift mat dijiye, na mujh ko na kisi ko. bohat ziyada hembering ki mein ne in ki. bohat hembering. mein ne kaha ke loan se bari koi cheez nahi hai. jaiz cheezon mein sab se bari cheez mein loan ko samajhta hoon. loan kya karna hai bhai? kam paisa hai, kam kharch kijiye. mein aik baar to jon pur mein tha to mere paas bohat hi kam</w:t>
      </w:r>
    </w:p>
    <w:p>
      <w:pPr>
        <w:jc w:val="right"/>
      </w:pPr>
      <w:r>
        <w:t>کسی کو بھی گفٹ مت دیجیے، نہ مجھ کو نہ کسی کو۔ بہت زیادہ ہیمبرنگ کی میں نے ان کی۔ بہت ہیمبرنگ۔ میں نے کہا کہ لون سے بری کوئی چیز نہیں ہے۔ جائز چیزوں میں سب سے بری چیز میں لون کو سمجھتا ہوں۔ لون کیا کرنا ہے بھئی؟ کم پیسہ ہے، کم خرچ کیجیے۔ میں ایک بار تو جون پور میں تھا تو میرے پاس بہت ہی کم</w:t>
      </w:r>
    </w:p>
    <w:p>
      <w:r>
        <w:rPr>
          <w:b/>
        </w:rPr>
        <w:t xml:space="preserve">[22:38] </w:t>
      </w:r>
      <w:r>
        <w:t>paisa hua karta tha. yeh azadi se pehle ki baat hai. azadi se pehle ki baat hai. to aap jante hain mein kya karta tha wahan? sab se sasta milta tha jo. gehoon manga tha, chawal manga tha. to bas gehoon khareedta, is ka is ka aata nikalwata, gehoon ka aata. aur sab se sasti sabzi milti thi woh kya hoti thi mujhe yaad nahi hai. koi sabzi jo bazaar mein sab se sasti hoti</w:t>
      </w:r>
    </w:p>
    <w:p>
      <w:pPr>
        <w:jc w:val="right"/>
      </w:pPr>
      <w:r>
        <w:t>پیسہ ہوا کرتا تھا۔ یہ آزادی سے پہلے کی بات ہے۔ آزادی سے پہلے کی بات ہے۔ تو آپ جانتے ہیں میں کیا کرتا تھا وہاں؟ سب سے سستا ملتا تھا جو۔ گیہوں مانگا تھا، چاول مانگا تھا۔ تو بس گیہوں خریدتا، اس کا اس کا آٹا نکلواتا، گیہوں کا آٹا۔ اور سب سے سستی سبزی ملتی تھی وہ کیا ہوتی تھی مجھے یاد نہیں ہے۔ کوئی سبزی جو بازار میں سب سے سستی ہوتی</w:t>
      </w:r>
    </w:p>
    <w:p>
      <w:r>
        <w:rPr>
          <w:b/>
        </w:rPr>
        <w:t xml:space="preserve">[23:08] </w:t>
      </w:r>
      <w:r>
        <w:t>thi woh leta.</w:t>
      </w:r>
    </w:p>
    <w:p>
      <w:pPr>
        <w:jc w:val="right"/>
      </w:pPr>
      <w:r>
        <w:t>تھی وہ لیتا۔</w:t>
      </w:r>
    </w:p>
    <w:p>
      <w:r>
        <w:rPr>
          <w:b/>
        </w:rPr>
        <w:t xml:space="preserve">[23:11] </w:t>
      </w:r>
      <w:r>
        <w:t>aur jo ki roti pakata mein.</w:t>
      </w:r>
    </w:p>
    <w:p>
      <w:pPr>
        <w:jc w:val="right"/>
      </w:pPr>
      <w:r>
        <w:t>اور جو کی روٹی پکاتا میں۔</w:t>
      </w:r>
    </w:p>
    <w:p>
      <w:r>
        <w:rPr>
          <w:b/>
        </w:rPr>
        <w:t xml:space="preserve">[23:15] </w:t>
      </w:r>
      <w:r>
        <w:t>aap ko yaqeen nahi aayega bla chhane hue mein jo ki roti khata tha.</w:t>
      </w:r>
    </w:p>
    <w:p>
      <w:pPr>
        <w:jc w:val="right"/>
      </w:pPr>
      <w:r>
        <w:t>آپ کو یقین نہیں آئے گا بلا چھانے ہوئے میں جو کی روٹی کھاتا تھا۔</w:t>
      </w:r>
    </w:p>
    <w:p>
      <w:r>
        <w:rPr>
          <w:b/>
        </w:rPr>
        <w:t xml:space="preserve">[23:19] </w:t>
      </w:r>
      <w:r>
        <w:t>kyun ke agar chhan doon mein to woh kam ho jayega.</w:t>
      </w:r>
    </w:p>
    <w:p>
      <w:pPr>
        <w:jc w:val="right"/>
      </w:pPr>
      <w:r>
        <w:t>کیونکہ اگر چھان دوں میں تو وہ کم ہو جائے گا۔</w:t>
      </w:r>
    </w:p>
    <w:p>
      <w:r>
        <w:rPr>
          <w:b/>
        </w:rPr>
        <w:t xml:space="preserve">[23:23] </w:t>
      </w:r>
      <w:r>
        <w:t>meri soch yeh thi ke is is chhilka jo is ka hota hai, jis ko hum bhusi kehte</w:t>
      </w:r>
    </w:p>
    <w:p>
      <w:pPr>
        <w:jc w:val="right"/>
      </w:pPr>
      <w:r>
        <w:t>میری سوچ یہ تھی کہ اس اس چھلکا جو اس کا ہوتا ہے، جس کو ہم بھوسی کہتے</w:t>
      </w:r>
    </w:p>
    <w:p>
      <w:r>
        <w:rPr>
          <w:b/>
        </w:rPr>
        <w:t xml:space="preserve">[23:27] </w:t>
      </w:r>
      <w:r>
        <w:t>hain, is mein bhi kuch na kuch to nutrition hoga.</w:t>
      </w:r>
    </w:p>
    <w:p>
      <w:pPr>
        <w:jc w:val="right"/>
      </w:pPr>
      <w:r>
        <w:t>ہیں، اس میں بھی کچھ نہ کچھ تو نیوٹریشن ہوگا۔</w:t>
      </w:r>
    </w:p>
    <w:p>
      <w:r>
        <w:rPr>
          <w:b/>
        </w:rPr>
        <w:t xml:space="preserve">[23:31] </w:t>
      </w:r>
      <w:r>
        <w:t>khuda ne paida kiya hai to kuch na kuch nutrition is ke andar bhi hoga.</w:t>
      </w:r>
    </w:p>
    <w:p>
      <w:pPr>
        <w:jc w:val="right"/>
      </w:pPr>
      <w:r>
        <w:t>خدا نے پیدا کیا ہے تو کچھ نہ کچھ نیوٹریشن اس کے اندر بھی ہوگا۔</w:t>
      </w:r>
    </w:p>
    <w:p>
      <w:r>
        <w:rPr>
          <w:b/>
        </w:rPr>
        <w:t xml:space="preserve">[23:35] </w:t>
      </w:r>
      <w:r>
        <w:t>to woh bhi mujhe mil jaye.</w:t>
      </w:r>
    </w:p>
    <w:p>
      <w:pPr>
        <w:jc w:val="right"/>
      </w:pPr>
      <w:r>
        <w:t>تو وہ بھی مجھے مل جائے۔</w:t>
      </w:r>
    </w:p>
    <w:p>
      <w:r>
        <w:rPr>
          <w:b/>
        </w:rPr>
        <w:t xml:space="preserve">[23:39] </w:t>
      </w:r>
      <w:r>
        <w:t>to bla chhane jo ki roti mein bohat dinon tak khata raha, kai mahine tak.</w:t>
      </w:r>
    </w:p>
    <w:p>
      <w:pPr>
        <w:jc w:val="right"/>
      </w:pPr>
      <w:r>
        <w:t>تو بلا چھانے جو کی روٹی میں بہت دنوں تک کھاتا رہا، کئی مہینے تک۔</w:t>
      </w:r>
    </w:p>
    <w:p>
      <w:r>
        <w:rPr>
          <w:b/>
        </w:rPr>
        <w:t xml:space="preserve">[23:42] </w:t>
      </w:r>
      <w:r>
        <w:t>aur itna mushkil tha khana is ko ke har har baar jab munh mein dalta tha to pani</w:t>
      </w:r>
    </w:p>
    <w:p>
      <w:pPr>
        <w:jc w:val="right"/>
      </w:pPr>
      <w:r>
        <w:t>اور اتنا مشکل تھا کھانا اس کو کہ ہر ہر بار جب منہ میں ڈالتا تھا تو پانی</w:t>
      </w:r>
    </w:p>
    <w:p>
      <w:r>
        <w:rPr>
          <w:b/>
        </w:rPr>
        <w:t xml:space="preserve">[23:45] </w:t>
      </w:r>
      <w:r>
        <w:t>pake utarna parta tha.</w:t>
      </w:r>
    </w:p>
    <w:p>
      <w:pPr>
        <w:jc w:val="right"/>
      </w:pPr>
      <w:r>
        <w:t>پی کے اتارنا پڑتا تھا۔</w:t>
      </w:r>
    </w:p>
    <w:p>
      <w:r>
        <w:rPr>
          <w:b/>
        </w:rPr>
        <w:t xml:space="preserve">[23:49] </w:t>
      </w:r>
      <w:r>
        <w:t>pani pi kar ke.</w:t>
      </w:r>
    </w:p>
    <w:p>
      <w:pPr>
        <w:jc w:val="right"/>
      </w:pPr>
      <w:r>
        <w:t>پانی پی کر کے۔</w:t>
      </w:r>
    </w:p>
    <w:p>
      <w:r>
        <w:rPr>
          <w:b/>
        </w:rPr>
        <w:t xml:space="preserve">[23:52] </w:t>
      </w:r>
      <w:r>
        <w:t>lekin maine lon nahi liya.</w:t>
      </w:r>
    </w:p>
    <w:p>
      <w:pPr>
        <w:jc w:val="right"/>
      </w:pPr>
      <w:r>
        <w:t>لیکن میں نے لون نہیں لیا۔</w:t>
      </w:r>
    </w:p>
    <w:p>
      <w:r>
        <w:rPr>
          <w:b/>
        </w:rPr>
        <w:t xml:space="preserve">[23:55] </w:t>
      </w:r>
      <w:r>
        <w:t>maine lon nahi liya maine.</w:t>
      </w:r>
    </w:p>
    <w:p>
      <w:pPr>
        <w:jc w:val="right"/>
      </w:pPr>
      <w:r>
        <w:t>میں نے لون نہیں لیا میں نے۔</w:t>
      </w:r>
    </w:p>
    <w:p>
      <w:r>
        <w:rPr>
          <w:b/>
        </w:rPr>
        <w:t xml:space="preserve">[23:59] </w:t>
      </w:r>
      <w:r>
        <w:t>bohat asan tha lon lena.</w:t>
      </w:r>
    </w:p>
    <w:p>
      <w:pPr>
        <w:jc w:val="right"/>
      </w:pPr>
      <w:r>
        <w:t>بہت آسان تھا لون لینا۔</w:t>
      </w:r>
    </w:p>
    <w:p>
      <w:r>
        <w:rPr>
          <w:b/>
        </w:rPr>
        <w:t xml:space="preserve">[24:02] </w:t>
      </w:r>
      <w:r>
        <w:t>kai log mujh ko jante the wahan par.</w:t>
      </w:r>
    </w:p>
    <w:p>
      <w:pPr>
        <w:jc w:val="right"/>
      </w:pPr>
      <w:r>
        <w:t>کئی لوگ مجھ کو جانتے تھے وہاں پر۔</w:t>
      </w:r>
    </w:p>
    <w:p>
      <w:r>
        <w:rPr>
          <w:b/>
        </w:rPr>
        <w:t xml:space="preserve">[24:06] </w:t>
      </w:r>
      <w:r>
        <w:t>wahan ke jo arkitray ke officer the us waqt ke lihaz se bohat bara</w:t>
      </w:r>
    </w:p>
    <w:p>
      <w:pPr>
        <w:jc w:val="right"/>
      </w:pPr>
      <w:r>
        <w:t>وہاں کے جو آرکٹرائے کے آفیسر تھے اس وقت کے لحاظ سے بہت بڑا</w:t>
      </w:r>
    </w:p>
    <w:p>
      <w:r>
        <w:rPr>
          <w:b/>
        </w:rPr>
        <w:t xml:space="preserve">[24:09] </w:t>
      </w:r>
      <w:r>
        <w:t>darja tha un ka. woh hamare bhai ke bohat hi dost the. un se bhi le sakte the qarzah. lekin kisi se mujhe zikr bhi nahi kiya. aur jo ki be chhani roti mahinon khata raha. aur har har luqme par pani pi ke utarta tha is ko. that is art of money management. to un se mein ne kaha jo sahib laye the gift, mein ne kaha ke dekhiye</w:t>
      </w:r>
    </w:p>
    <w:p>
      <w:pPr>
        <w:jc w:val="right"/>
      </w:pPr>
      <w:r>
        <w:t>درجہ تھا ان کا۔ وہ ہمارے بھائی کے بہت ہی دوست تھے۔ ان سے بھی لے سکتے تھے قرضہ۔ لیکن کسی سے مجھے ذکر بھی نہیں کیا۔ اور جو کی بے چھنی روٹی مہینوں کھاتا رہا۔ اور ہر ہر لقمے پر پانی پی کے اتارتا تھا اس کو۔ دیٹ از آرٹ آف منی مینجمنٹ۔ تو ان سے میں نے کہا جو صاحب لائے تھے گفٹ، میں نے کہا کہ دیک</w:t>
      </w:r>
    </w:p>
    <w:p>
      <w:r>
        <w:rPr>
          <w:b/>
        </w:rPr>
        <w:t xml:space="preserve">[24:39] </w:t>
      </w:r>
      <w:r>
        <w:t>hiye.</w:t>
      </w:r>
    </w:p>
    <w:p>
      <w:pPr>
        <w:jc w:val="right"/>
      </w:pPr>
      <w:r>
        <w:t>ھیے۔</w:t>
      </w:r>
    </w:p>
    <w:p>
      <w:r>
        <w:rPr>
          <w:b/>
        </w:rPr>
        <w:t xml:space="preserve">[24:43] </w:t>
      </w:r>
      <w:r>
        <w:t>aap koi aap age mere pas kabhi bataiye ga.</w:t>
      </w:r>
    </w:p>
    <w:p>
      <w:pPr>
        <w:jc w:val="right"/>
      </w:pPr>
      <w:r>
        <w:t>آپ کوئی آپ آگے میرے پاس کبھی بتائیے گا۔</w:t>
      </w:r>
    </w:p>
    <w:p>
      <w:r>
        <w:rPr>
          <w:b/>
        </w:rPr>
        <w:t xml:space="preserve">[24:46] </w:t>
      </w:r>
      <w:r>
        <w:t>yeh jo aap ne paisa kharch kiya mere pas ane ka, bus se aye honge, iscooter se</w:t>
      </w:r>
    </w:p>
    <w:p>
      <w:pPr>
        <w:jc w:val="right"/>
      </w:pPr>
      <w:r>
        <w:t>یہ جو آپ نے پیسہ خرچ کیا میرے پاس آنے کا، بس سے آئے ہوں گے، اسکوٹر سے</w:t>
      </w:r>
    </w:p>
    <w:p>
      <w:r>
        <w:rPr>
          <w:b/>
        </w:rPr>
        <w:t xml:space="preserve">[24:50] </w:t>
      </w:r>
      <w:r>
        <w:t>aye honge, taxi se aye honge, woh paisa bhi aap ne ghalat kharch kiya.</w:t>
      </w:r>
    </w:p>
    <w:p>
      <w:pPr>
        <w:jc w:val="right"/>
      </w:pPr>
      <w:r>
        <w:t>آئے ہوں گے، ٹیکسی سے آئے ہوں گے، وہ پیسہ بھی آپ نے غلط خرچ کیا۔</w:t>
      </w:r>
    </w:p>
    <w:p>
      <w:r>
        <w:rPr>
          <w:b/>
        </w:rPr>
        <w:t xml:space="preserve">[24:54] </w:t>
      </w:r>
      <w:r>
        <w:t>aaj se mere pas aap kabhi milne ke liye na aain.</w:t>
      </w:r>
    </w:p>
    <w:p>
      <w:pPr>
        <w:jc w:val="right"/>
      </w:pPr>
      <w:r>
        <w:t>آج سے میرے پاس آپ کبھی ملنے کے لیے نہ آئیں۔</w:t>
      </w:r>
    </w:p>
    <w:p>
      <w:r>
        <w:rPr>
          <w:b/>
        </w:rPr>
        <w:t xml:space="preserve">[24:58] </w:t>
      </w:r>
      <w:r>
        <w:t>jab tak aap ka qarz utar na jaye.</w:t>
      </w:r>
    </w:p>
    <w:p>
      <w:pPr>
        <w:jc w:val="right"/>
      </w:pPr>
      <w:r>
        <w:t>جب تک آپ کا قرض اتر نہ جائے۔</w:t>
      </w:r>
    </w:p>
    <w:p>
      <w:r>
        <w:rPr>
          <w:b/>
        </w:rPr>
        <w:t xml:space="preserve">[25:02] </w:t>
      </w:r>
      <w:r>
        <w:t>aur maine eid ane wali thi, is jaldi baad eid ane wali thi, maine kaha ke</w:t>
      </w:r>
    </w:p>
    <w:p>
      <w:pPr>
        <w:jc w:val="right"/>
      </w:pPr>
      <w:r>
        <w:t>اور میں نے عید آنے والی تھی، اس جلدی بعد عید آنے والی تھی، میں نے کہا کہ</w:t>
      </w:r>
    </w:p>
    <w:p>
      <w:r>
        <w:rPr>
          <w:b/>
        </w:rPr>
        <w:t xml:space="preserve">[25:05] </w:t>
      </w:r>
      <w:r>
        <w:t>aap eid mein ek kapra apne bachon ko nahi banana</w:t>
      </w:r>
    </w:p>
    <w:p>
      <w:pPr>
        <w:jc w:val="right"/>
      </w:pPr>
      <w:r>
        <w:t>آپ عید میں ایک کپڑا اپنے بچوں کو نہیں بنانا</w:t>
      </w:r>
    </w:p>
    <w:p>
      <w:r>
        <w:rPr>
          <w:b/>
        </w:rPr>
        <w:t xml:space="preserve">[25:09] </w:t>
      </w:r>
      <w:r>
        <w:t>hai aap ko. eid mein aik paisa kharch nahi karna hai aap ko. mein ne kaha ghar mein kapre bachon ke paas honge, wohi pehan kar eid kar lenge. jo all ready aap ke paas bachon ke paas kapre hain, wohi pehan kar eid kar lenge woh. agar aap wada kijiye tab to aap mere paas aaiye, tab aap mere paas kabhi bataiye ga. to beharhal woh molvi aadmi the, madrasay ke aadmi the woh. madrasay ke log thora un mein organiss hota</w:t>
      </w:r>
    </w:p>
    <w:p>
      <w:pPr>
        <w:jc w:val="right"/>
      </w:pPr>
      <w:r>
        <w:t>ہے آپ کو۔ عید میں ایک پیسہ خرچ نہیں کرنا ہے آپ کو۔ میں نے کہا گھر میں کپڑے بچوں کے پاس ہوں گے، وہی پہن کر عید کر لیں گے۔ جو آل ریڈی آپ کے پاس بچوں کے پاس کپڑے ہیں، وہی پہن کر عید کر لیں گے وہ۔ اگر آپ وعدہ کیجیے تب تو آپ میرے پاس آئیے، تب آپ میرے پاس کبھی بتائیے گا۔ تو بہرحال وہ مولوی آدمی تھے، مدرسے کے آدمی تھے وہ۔ مدرسے کے لوگ تھوڑا ان میں آرگینس ہوتا</w:t>
      </w:r>
    </w:p>
    <w:p>
      <w:r>
        <w:rPr>
          <w:b/>
        </w:rPr>
        <w:t xml:space="preserve">[25:39] </w:t>
      </w:r>
      <w:r>
        <w:t>hai lekin woh maan gaye meri baat.</w:t>
      </w:r>
    </w:p>
    <w:p>
      <w:pPr>
        <w:jc w:val="right"/>
      </w:pPr>
      <w:r>
        <w:t>ہے لیکن وہ مان گئے میری بات۔</w:t>
      </w:r>
    </w:p>
    <w:p>
      <w:r>
        <w:rPr>
          <w:b/>
        </w:rPr>
        <w:t xml:space="preserve">[25:42] </w:t>
      </w:r>
      <w:r>
        <w:t>aur sach much unhone aise hi kiya.</w:t>
      </w:r>
    </w:p>
    <w:p>
      <w:pPr>
        <w:jc w:val="right"/>
      </w:pPr>
      <w:r>
        <w:t>اور سچ مچ انہوں نے ایسے ہی کیا۔</w:t>
      </w:r>
    </w:p>
    <w:p>
      <w:r>
        <w:rPr>
          <w:b/>
        </w:rPr>
        <w:t xml:space="preserve">[25:46] </w:t>
      </w:r>
      <w:r>
        <w:t>sara kharch unhone apna band kar diya.</w:t>
      </w:r>
    </w:p>
    <w:p>
      <w:pPr>
        <w:jc w:val="right"/>
      </w:pPr>
      <w:r>
        <w:t>سارا خرچہ انہوں نے اپنا بند کر دیا۔</w:t>
      </w:r>
    </w:p>
    <w:p>
      <w:r>
        <w:rPr>
          <w:b/>
        </w:rPr>
        <w:t xml:space="preserve">[25:49] </w:t>
      </w:r>
      <w:r>
        <w:t>eid mein ek kapra nahi banwaya bachon ko.</w:t>
      </w:r>
    </w:p>
    <w:p>
      <w:pPr>
        <w:jc w:val="right"/>
      </w:pPr>
      <w:r>
        <w:t>عید میں ایک کپڑا نہیں بنوایا بچوں کو۔</w:t>
      </w:r>
    </w:p>
    <w:p>
      <w:r>
        <w:rPr>
          <w:b/>
        </w:rPr>
        <w:t xml:space="preserve">[25:52] </w:t>
      </w:r>
      <w:r>
        <w:t>un ke kai bache the, kapra nahi banwaya. kuch nahi.</w:t>
      </w:r>
    </w:p>
    <w:p>
      <w:pPr>
        <w:jc w:val="right"/>
      </w:pPr>
      <w:r>
        <w:t>ان کے کئی بچے تھے، کپڑا نہیں بنوایا۔ کچھ نہیں۔</w:t>
      </w:r>
    </w:p>
    <w:p>
      <w:r>
        <w:rPr>
          <w:b/>
        </w:rPr>
        <w:t xml:space="preserve">[25:56] </w:t>
      </w:r>
      <w:r>
        <w:t>aur jaldi baad un ka sara qarza utar gaya.</w:t>
      </w:r>
    </w:p>
    <w:p>
      <w:pPr>
        <w:jc w:val="right"/>
      </w:pPr>
      <w:r>
        <w:t>اور جلدی بعد ان کا سارا قرضہ اتر گیا۔</w:t>
      </w:r>
    </w:p>
    <w:p>
      <w:r>
        <w:rPr>
          <w:b/>
        </w:rPr>
        <w:t xml:space="preserve">[25:59] </w:t>
      </w:r>
      <w:r>
        <w:t>tab unhone mujhe telephone kiya, maine kaha shukr ada kijiye.</w:t>
      </w:r>
    </w:p>
    <w:p>
      <w:pPr>
        <w:jc w:val="right"/>
      </w:pPr>
      <w:r>
        <w:t>تب انہوں نے مجھے ٹیلی فون کیا، میں نے کہا شکر ادا کیجیے۔</w:t>
      </w:r>
    </w:p>
    <w:p>
      <w:r>
        <w:rPr>
          <w:b/>
        </w:rPr>
        <w:t xml:space="preserve">[26:02] </w:t>
      </w:r>
      <w:r>
        <w:t>maine kaha phir maine kaha ab bhi paisa bachaiye aap.</w:t>
      </w:r>
    </w:p>
    <w:p>
      <w:pPr>
        <w:jc w:val="right"/>
      </w:pPr>
      <w:r>
        <w:t>میں نے کہا پھر میں نے کہا اب بھی پیسہ بچائیے آپ۔</w:t>
      </w:r>
    </w:p>
    <w:p>
      <w:r>
        <w:rPr>
          <w:b/>
        </w:rPr>
        <w:t xml:space="preserve">[26:06] </w:t>
      </w:r>
      <w:r>
        <w:t>aap ghar kacha bataya tha</w:t>
      </w:r>
    </w:p>
    <w:p>
      <w:pPr>
        <w:jc w:val="right"/>
      </w:pPr>
      <w:r>
        <w:t>آپ گھر کچا بتایا تھا</w:t>
      </w:r>
    </w:p>
    <w:p>
      <w:r>
        <w:rPr>
          <w:b/>
        </w:rPr>
        <w:t xml:space="preserve">[26:09] </w:t>
      </w:r>
      <w:r>
        <w:t>unhon ne, ghar kacha hai abhi aap ka, barsaat mein tapakta hai. jab tak ghar pakka na ho jaye aap ka tab tak aap paise ko kahin kharch mat kijiye idhar udhar. to yeh hai art of money management. ke jitna paisa available hai us ke andar kaam karna. log kya karte hain? log sochte hain ke bhai jo ki roti kaise khai jaye gi? jo thora paisa le lete hain kisi se. aur us ke</w:t>
      </w:r>
    </w:p>
    <w:p>
      <w:pPr>
        <w:jc w:val="right"/>
      </w:pPr>
      <w:r>
        <w:t>انہوں نے، گھر کچا ہے ابھی آپ کا، برسات میں ٹپکتا ہے۔ جب تک گھر پکا نہ ہو جائے آپ کا تب تک آپ پیسے کو کہیں خرچ مت کیجیے ادھر ادھر۔ تو یہ ہے آرٹ آف منی مینجمنٹ۔ کہ جتنا پیسہ اویلیبل ہے اس کے اندر کام کرنا۔ لوگ کیا کرتے ہیں؟ لوگ سوچتے ہیں کہ بھئی جو کی روٹی کیسے کھائی جائے گی؟ جو تھوڑا پیسہ لے لیتے ہیں کسی سے۔ اور اس کے</w:t>
      </w:r>
    </w:p>
    <w:p>
      <w:r>
        <w:rPr>
          <w:b/>
        </w:rPr>
        <w:t xml:space="preserve">[26:39] </w:t>
      </w:r>
      <w:r>
        <w:t>baad qarz pad gaya to pad gaya.</w:t>
      </w:r>
    </w:p>
    <w:p>
      <w:pPr>
        <w:jc w:val="right"/>
      </w:pPr>
      <w:r>
        <w:t>بعد قرض پڑ گیا تو پڑ گیا۔</w:t>
      </w:r>
    </w:p>
    <w:p>
      <w:r>
        <w:rPr>
          <w:b/>
        </w:rPr>
        <w:t xml:space="preserve">[26:44] </w:t>
      </w:r>
      <w:r>
        <w:t>aur is ke baad kya hota hai? ek mentality paida hoti hai qarz na dene ki.</w:t>
      </w:r>
    </w:p>
    <w:p>
      <w:pPr>
        <w:jc w:val="right"/>
      </w:pPr>
      <w:r>
        <w:t>اور اس کے بعد کیا ہوتا ہے؟ ایک مینٹیلٹی پیدا ہوتی ہے قرض نہ دینے کی۔</w:t>
      </w:r>
    </w:p>
    <w:p>
      <w:r>
        <w:rPr>
          <w:b/>
        </w:rPr>
        <w:t xml:space="preserve">[26:49] </w:t>
      </w:r>
      <w:r>
        <w:t>woh aur woh toh gunah, bohat hi bara gunah hai.</w:t>
      </w:r>
    </w:p>
    <w:p>
      <w:pPr>
        <w:jc w:val="right"/>
      </w:pPr>
      <w:r>
        <w:t>وہ اور وہ تو گناہ، بہت ہی بڑا گناہ ہے۔</w:t>
      </w:r>
    </w:p>
    <w:p>
      <w:r>
        <w:rPr>
          <w:b/>
        </w:rPr>
        <w:t xml:space="preserve">[26:54] </w:t>
      </w:r>
      <w:r>
        <w:t>aur kitne log isi gunah mein mar jate hain.</w:t>
      </w:r>
    </w:p>
    <w:p>
      <w:pPr>
        <w:jc w:val="right"/>
      </w:pPr>
      <w:r>
        <w:t>اور کتنے لوگ اسی گناہ میں مر جاتے ہیں۔</w:t>
      </w:r>
    </w:p>
    <w:p>
      <w:r>
        <w:rPr>
          <w:b/>
        </w:rPr>
        <w:t xml:space="preserve">[27:00] </w:t>
      </w:r>
      <w:r>
        <w:t>toh behal yeh jo hadith hai, ma aala min iqtisad.</w:t>
      </w:r>
    </w:p>
    <w:p>
      <w:pPr>
        <w:jc w:val="right"/>
      </w:pPr>
      <w:r>
        <w:t>تو بہرحال یہ جو حدیث ہے، ما اعلیٰ من اقتصد۔</w:t>
      </w:r>
    </w:p>
    <w:p>
      <w:r>
        <w:rPr>
          <w:b/>
        </w:rPr>
        <w:t xml:space="preserve">[27:05] </w:t>
      </w:r>
      <w:r>
        <w:t>jo paise ko manage karna jaane woh kabhi muhtaji ka shikar nahi hoga. kyun?</w:t>
      </w:r>
    </w:p>
    <w:p>
      <w:pPr>
        <w:jc w:val="right"/>
      </w:pPr>
      <w:r>
        <w:t>جو پیسے کو مینج کرنا جانے وہ کبھی محتاجی کا شکار نہیں ہوگا۔ کیوں؟</w:t>
      </w:r>
    </w:p>
    <w:p>
      <w:r>
        <w:rPr>
          <w:b/>
        </w:rPr>
        <w:t xml:space="preserve">[27:10] </w:t>
      </w:r>
      <w:r>
        <w:t>available money ke andar woh apna kaam karega.</w:t>
      </w:r>
    </w:p>
    <w:p>
      <w:pPr>
        <w:jc w:val="right"/>
      </w:pPr>
      <w:r>
        <w:t>اویلیبل منی کے اندر وہ اپنا کام کرے گا۔</w:t>
      </w:r>
    </w:p>
    <w:p>
      <w:r>
        <w:rPr>
          <w:b/>
        </w:rPr>
        <w:t xml:space="preserve">[27:15] </w:t>
      </w:r>
      <w:r>
        <w:t>jaisa ke maine bataya apne bare mein.</w:t>
      </w:r>
    </w:p>
    <w:p>
      <w:pPr>
        <w:jc w:val="right"/>
      </w:pPr>
      <w:r>
        <w:t>جیسا کہ میں نے بتایا اپنے بارے میں۔</w:t>
      </w:r>
    </w:p>
    <w:p>
      <w:r>
        <w:rPr>
          <w:b/>
        </w:rPr>
        <w:t xml:space="preserve">[27:20] </w:t>
      </w:r>
      <w:r>
        <w:t>available money ke andar woh kaam karega to qarz lene ki zaroorat hi kya hai? Maine</w:t>
      </w:r>
    </w:p>
    <w:p>
      <w:pPr>
        <w:jc w:val="right"/>
      </w:pPr>
      <w:r>
        <w:t>اویلیبل منی کے اندر وہ کام کرے گا تو قرض لینے کی ضرورت ہی کیا ہے؟ میں نے</w:t>
      </w:r>
    </w:p>
    <w:p>
      <w:r>
        <w:rPr>
          <w:b/>
        </w:rPr>
        <w:t xml:space="preserve">[27:25] </w:t>
      </w:r>
      <w:r>
        <w:t>Khuda ke fazl se poori zindagi isi tarah bitai hai.</w:t>
      </w:r>
    </w:p>
    <w:p>
      <w:pPr>
        <w:jc w:val="right"/>
      </w:pPr>
      <w:r>
        <w:t>خدا کے فضل سے پوری زندگی اسی طرح بتائی ہے۔</w:t>
      </w:r>
    </w:p>
    <w:p>
      <w:r>
        <w:rPr>
          <w:b/>
        </w:rPr>
        <w:t xml:space="preserve">[27:30] </w:t>
      </w:r>
      <w:r>
        <w:t>main qarz nahi leta chahe musibat uthani pare.</w:t>
      </w:r>
    </w:p>
    <w:p>
      <w:pPr>
        <w:jc w:val="right"/>
      </w:pPr>
      <w:r>
        <w:t>میں قرض نہیں لیتا چاہے مصیبت اٹھانی پڑے۔</w:t>
      </w:r>
    </w:p>
    <w:p>
      <w:r>
        <w:rPr>
          <w:b/>
        </w:rPr>
        <w:t xml:space="preserve">[27:35] </w:t>
      </w:r>
      <w:r>
        <w:t>مصیبت اٹھانا یہ lesser evil ہے اور</w:t>
      </w:r>
    </w:p>
    <w:p>
      <w:pPr>
        <w:jc w:val="right"/>
      </w:pPr>
      <w:r>
        <w:t>مصیبت اٹھانا یہ لیسٹر ایول ہے اور</w:t>
      </w:r>
    </w:p>
    <w:p>
      <w:r>
        <w:rPr>
          <w:b/>
        </w:rPr>
        <w:t xml:space="preserve">[27:40] </w:t>
      </w:r>
      <w:r>
        <w:t>قرض لینا greater evil ہے۔ یاد رکھیے۔</w:t>
      </w:r>
    </w:p>
    <w:p>
      <w:pPr>
        <w:jc w:val="right"/>
      </w:pPr>
      <w:r>
        <w:t>قرض لینا گریٹر ایول ہے۔ یاد رکھیے۔</w:t>
      </w:r>
    </w:p>
    <w:p>
      <w:r>
        <w:rPr>
          <w:b/>
        </w:rPr>
        <w:t xml:space="preserve">[27:45] </w:t>
      </w:r>
      <w:r>
        <w:t>کوئی بھی پرابلم ایسا نہیں ہے جس کو آپ manage نہ کر سکیں۔</w:t>
      </w:r>
    </w:p>
    <w:p>
      <w:pPr>
        <w:jc w:val="right"/>
      </w:pPr>
      <w:r>
        <w:t>کوئی بھی پرابلم ایسا نہیں ہے جس کو آپ مینج نہ کر سکیں۔</w:t>
      </w:r>
    </w:p>
    <w:p>
      <w:r>
        <w:rPr>
          <w:b/>
        </w:rPr>
        <w:t xml:space="preserve">[27:50] </w:t>
      </w:r>
      <w:r>
        <w:t>جس پرابلم کو لے کر کے آپ پیسہ زیادہ خرچ کرتے ہیں اس پرابلم کو manage کر سکتے</w:t>
      </w:r>
    </w:p>
    <w:p>
      <w:pPr>
        <w:jc w:val="right"/>
      </w:pPr>
      <w:r>
        <w:t>جس پرابلم کو لے کر کے آپ پیسہ زیادہ خرچ کرتے ہیں اس پرابلم کو مینج کر سکتے</w:t>
      </w:r>
    </w:p>
    <w:p>
      <w:r>
        <w:rPr>
          <w:b/>
        </w:rPr>
        <w:t xml:space="preserve">[27:55] </w:t>
      </w:r>
      <w:r>
        <w:t>hain aap baghair paisa zyada kharch kiye bhi.</w:t>
      </w:r>
    </w:p>
    <w:p>
      <w:pPr>
        <w:jc w:val="right"/>
      </w:pPr>
      <w:r>
        <w:t>ہیں آپ بغیر پیسہ زیادہ خرچ کیے بھی۔</w:t>
      </w:r>
    </w:p>
    <w:p>
      <w:r>
        <w:rPr>
          <w:b/>
        </w:rPr>
        <w:t xml:space="preserve">[28:00] </w:t>
      </w:r>
      <w:r>
        <w:t>har problem, har problem, har problem.</w:t>
      </w:r>
    </w:p>
    <w:p>
      <w:pPr>
        <w:jc w:val="right"/>
      </w:pPr>
      <w:r>
        <w:t>ہر پرابلم، ہر پرابلم، ہر پرابلم۔</w:t>
      </w:r>
    </w:p>
    <w:p>
      <w:r>
        <w:rPr>
          <w:b/>
        </w:rPr>
        <w:t xml:space="preserve">[28:05] </w:t>
      </w:r>
      <w:r>
        <w:t>toh yeh dekhiye main yeh keh raha tha asal mein ke dekhiye Islam ki jo talimat hain woh woh</w:t>
      </w:r>
    </w:p>
    <w:p>
      <w:pPr>
        <w:jc w:val="right"/>
      </w:pPr>
      <w:r>
        <w:t>تو یہ دیکھیے میں یہ کہہ رہا تھا اصل میں کہ دیکھیے اسلام کی جو تعلیمات ہیں وہ وہ</w:t>
      </w:r>
    </w:p>
    <w:p>
      <w:r>
        <w:rPr>
          <w:b/>
        </w:rPr>
        <w:t xml:space="preserve">[28:10] </w:t>
      </w:r>
      <w:r>
        <w:t>science of life hain woh.</w:t>
      </w:r>
    </w:p>
    <w:p>
      <w:pPr>
        <w:jc w:val="right"/>
      </w:pPr>
      <w:r>
        <w:t>سائنس آف لائف ہیں وہ۔</w:t>
      </w:r>
    </w:p>
    <w:p>
      <w:r>
        <w:rPr>
          <w:b/>
        </w:rPr>
        <w:t xml:space="preserve">[28:18] </w:t>
      </w:r>
      <w:r>
        <w:t>woh koi maar kaat nahi hai, koi woh ladai bhadai nahi hai, woh koi sword nahi hai woh.</w:t>
      </w:r>
    </w:p>
    <w:p>
      <w:pPr>
        <w:jc w:val="right"/>
      </w:pPr>
      <w:r>
        <w:t>وہ کوئی مار کاٹ نہیں ہے، کوئی وہ لڑائی بھڑائی نہیں ہے، وہ کوئی سوڈ نہیں ہے وہ۔</w:t>
      </w:r>
    </w:p>
    <w:p>
      <w:r>
        <w:rPr>
          <w:b/>
        </w:rPr>
        <w:t xml:space="preserve">[28:25] </w:t>
      </w:r>
      <w:r>
        <w:t>ke aap ke agar aap jitna paisa hai jo available money hai aap ka usi ke andar kaam kijiye.</w:t>
      </w:r>
    </w:p>
    <w:p>
      <w:pPr>
        <w:jc w:val="right"/>
      </w:pPr>
      <w:r>
        <w:t>کہ آپ کے اگر آپ جتنا پیسہ ہے جو اویلیبل منی ہے آپ کا اسی کے اندر کام کیجیے۔</w:t>
      </w:r>
    </w:p>
    <w:p>
      <w:r>
        <w:rPr>
          <w:b/>
        </w:rPr>
        <w:t xml:space="preserve">[28:33] </w:t>
      </w:r>
      <w:r>
        <w:t>aisi dekhiye ek hadith hai ke woh hai al-ghina ghina al-qalb.</w:t>
      </w:r>
    </w:p>
    <w:p>
      <w:pPr>
        <w:jc w:val="right"/>
      </w:pPr>
      <w:r>
        <w:t>ایسی دیکھیے ایک حدیث ہے کہ وہ ہے الغنا غن القلب۔</w:t>
      </w:r>
    </w:p>
    <w:p>
      <w:r>
        <w:rPr>
          <w:b/>
        </w:rPr>
        <w:t xml:space="preserve">[28:40] </w:t>
      </w:r>
      <w:r>
        <w:t>ghina ke maani hote hain maldari, paise wala hona. to pata hai ke maldari dil ki mandari, maldari hai. kitna chhota sa jo sentence hai lekin itni bari baat is ke andar hai. al ghina ghina al qalb. maldari dil ki mandari hai. woh kaise? ab kisi ko bhi dekh lijiye. jo containment ko jis ne liya hoga woh to peace ke sath ho</w:t>
      </w:r>
    </w:p>
    <w:p>
      <w:pPr>
        <w:jc w:val="right"/>
      </w:pPr>
      <w:r>
        <w:t>غنا کے معنی ہوتے ہیں مالداری، پیسے والا ہونا۔ تو پتہ ہے کہ مالداری دل کی مانداری، مالداری ہے۔ کتنا چھوٹا سا جو سینٹنس ہے لیکن اتنی بڑی بات اس کے اندر ہے۔ الغنا غن القلب۔ مالداری دل کی مانداری ہے۔ وہ کیسے؟ اب کسی کو بھی دیکھ لیجیے۔ جو کنٹینمنٹ کو جس نے لیا ہوگا وہ تو پیس کے ساتھ ہو</w:t>
      </w:r>
    </w:p>
    <w:p>
      <w:r>
        <w:rPr>
          <w:b/>
        </w:rPr>
        <w:t xml:space="preserve">[29:10] </w:t>
      </w:r>
      <w:r>
        <w:t>ga. aur jis ka hoga ke aur aur aur woh kabhi peace mein nahi jeeta hoga woh. there is no exception at all. aur paisa aur paisa aur paisa aur aap ko yani aap ke mind ko aur zyada problem mein dalta hai. containment jo hai isi mein peace of mind hai. al ghina ghina al qalb. yani containment jo hai is mein aap ko peace</w:t>
      </w:r>
    </w:p>
    <w:p>
      <w:pPr>
        <w:jc w:val="right"/>
      </w:pPr>
      <w:r>
        <w:t>گا۔ اور جس کا ہوگا کہ اور اور اور وہ کبھی پیس میں نہیں جیتا ہوگا وہ۔ دیر از نو ایکسیپشن ایٹ آل۔ اور پیسہ اور پیسہ اور پیسہ اور آپ کو یعنی آپ کے مائنڈ کو اور زیادہ پرابلم میں ڈالتا ہے۔ کنٹینمنٹ جو ہے اسی میں پیس آف مائنڈ ہے۔ الغنا غن القلب۔ یعنی کنٹینمنٹ جو ہے اس میں آپ کو پیس</w:t>
      </w:r>
    </w:p>
    <w:p>
      <w:r>
        <w:rPr>
          <w:b/>
        </w:rPr>
        <w:t xml:space="preserve">[29:40] </w:t>
      </w:r>
      <w:r>
        <w:t>of mind milega.</w:t>
      </w:r>
    </w:p>
    <w:p>
      <w:pPr>
        <w:jc w:val="right"/>
      </w:pPr>
      <w:r>
        <w:t>آف مائنڈ ملے گا۔</w:t>
      </w:r>
    </w:p>
    <w:p>
      <w:r>
        <w:rPr>
          <w:b/>
        </w:rPr>
        <w:t xml:space="preserve">[29:44] </w:t>
      </w:r>
      <w:r>
        <w:t>jo hai us par aap ko containment ho, jo hai us par aap Khuda ka shukar kar saken aap.</w:t>
      </w:r>
    </w:p>
    <w:p>
      <w:pPr>
        <w:jc w:val="right"/>
      </w:pPr>
      <w:r>
        <w:t>جو ہے اس پر آپ کو کنٹینمنٹ ہو، جو ہے اس پر آپ خدا کا شکر کر سکیں آپ۔</w:t>
      </w:r>
    </w:p>
    <w:p>
      <w:r>
        <w:rPr>
          <w:b/>
        </w:rPr>
        <w:t xml:space="preserve">[29:48] </w:t>
      </w:r>
      <w:r>
        <w:t>log kya jante hain? aur kamao aur kamao aur kamao.</w:t>
      </w:r>
    </w:p>
    <w:p>
      <w:pPr>
        <w:jc w:val="right"/>
      </w:pPr>
      <w:r>
        <w:t>لوگ کیا جانتے ہیں؟ اور کماؤ اور کماؤ اور کماؤ۔</w:t>
      </w:r>
    </w:p>
    <w:p>
      <w:r>
        <w:rPr>
          <w:b/>
        </w:rPr>
        <w:t xml:space="preserve">[29:51] </w:t>
      </w:r>
      <w:r>
        <w:t>aur kamane ke baad kya hota hai? aaj kal aap dekh rahe hain charon taraf.</w:t>
      </w:r>
    </w:p>
    <w:p>
      <w:pPr>
        <w:jc w:val="right"/>
      </w:pPr>
      <w:r>
        <w:t>اور کمانے کے بعد کیا ہوتا ہے؟ آج کل آپ دیکھ رہے ہیں چاروں طرف۔</w:t>
      </w:r>
    </w:p>
    <w:p>
      <w:r>
        <w:rPr>
          <w:b/>
        </w:rPr>
        <w:t xml:space="preserve">[29:55] </w:t>
      </w:r>
      <w:r>
        <w:t>aur kamane ke baad jo hai bimari.</w:t>
      </w:r>
    </w:p>
    <w:p>
      <w:pPr>
        <w:jc w:val="right"/>
      </w:pPr>
      <w:r>
        <w:t>اور کمانے کے بعد جو ہے بیماری۔</w:t>
      </w:r>
    </w:p>
    <w:p>
      <w:r>
        <w:rPr>
          <w:b/>
        </w:rPr>
        <w:t xml:space="preserve">[29:59] </w:t>
      </w:r>
      <w:r>
        <w:t>aadmi diabetic ho jata hai, blood pressure badh jata hai.</w:t>
      </w:r>
    </w:p>
    <w:p>
      <w:pPr>
        <w:jc w:val="right"/>
      </w:pPr>
      <w:r>
        <w:t>آدمی ڈائبیٹک ہو جاتا ہے، بلڈ پریشر بڑھ جاتا ہے۔</w:t>
      </w:r>
    </w:p>
    <w:p>
      <w:r>
        <w:rPr>
          <w:b/>
        </w:rPr>
        <w:t xml:space="preserve">[30:03] </w:t>
      </w:r>
      <w:r>
        <w:t>pachas qism ki bimariyan paida hoti hain.</w:t>
      </w:r>
    </w:p>
    <w:p>
      <w:pPr>
        <w:jc w:val="right"/>
      </w:pPr>
      <w:r>
        <w:t>پچاس قسم کی بیماریاں پیدا ہوتی ہیں۔</w:t>
      </w:r>
    </w:p>
    <w:p>
      <w:r>
        <w:rPr>
          <w:b/>
        </w:rPr>
        <w:t xml:space="preserve">[30:06] </w:t>
      </w:r>
      <w:r>
        <w:t>aur is se bhi bari br</w:t>
      </w:r>
    </w:p>
    <w:p>
      <w:pPr>
        <w:jc w:val="right"/>
      </w:pPr>
      <w:r>
        <w:t>اور اس سے بھی بڑی بر</w:t>
      </w:r>
    </w:p>
    <w:p>
      <w:r>
        <w:rPr>
          <w:b/>
        </w:rPr>
        <w:t xml:space="preserve">[30:10] </w:t>
      </w:r>
      <w:r>
        <w:t>ai kya hoti hai? har zyada kamane wala ka kya anjam hota hai? apne beton ko tabahi mein dalna.</w:t>
      </w:r>
    </w:p>
    <w:p>
      <w:pPr>
        <w:jc w:val="right"/>
      </w:pPr>
      <w:r>
        <w:t>ائی کیا ہوتی ہے؟ ہر زیادہ کمانے والا کا کیا انجام ہوتا ہے؟ اپنے بیٹوں کو تباہی میں ڈالنا۔</w:t>
      </w:r>
    </w:p>
    <w:p>
      <w:r>
        <w:rPr>
          <w:b/>
        </w:rPr>
        <w:t xml:space="preserve">[30:14] </w:t>
      </w:r>
      <w:r>
        <w:t>kal main radio par sun raha tha ek program.</w:t>
      </w:r>
    </w:p>
    <w:p>
      <w:pPr>
        <w:jc w:val="right"/>
      </w:pPr>
      <w:r>
        <w:t>کل میں ریڈیو پر سن رہا تھا ایک پروگرام۔</w:t>
      </w:r>
    </w:p>
    <w:p>
      <w:r>
        <w:rPr>
          <w:b/>
        </w:rPr>
        <w:t xml:space="preserve">[30:18] </w:t>
      </w:r>
      <w:r>
        <w:t>mein radio, all india radio sunta hoon.</w:t>
      </w:r>
    </w:p>
    <w:p>
      <w:pPr>
        <w:jc w:val="right"/>
      </w:pPr>
      <w:r>
        <w:t>میں ریڈیو، آل انڈیا ریڈیو سنتا ہوں۔</w:t>
      </w:r>
    </w:p>
    <w:p>
      <w:r>
        <w:rPr>
          <w:b/>
        </w:rPr>
        <w:t xml:space="preserve">[30:22] </w:t>
      </w:r>
      <w:r>
        <w:t>is mein bata raha tha ke jitne paise wale hain woh apne bachon ko car de dete hain,</w:t>
      </w:r>
    </w:p>
    <w:p>
      <w:pPr>
        <w:jc w:val="right"/>
      </w:pPr>
      <w:r>
        <w:t>اس میں بتا رہا تھا کہ جتنے پیسے والے ہیں وہ اپنے بچوں کو کار دے دیتے ہیں،</w:t>
      </w:r>
    </w:p>
    <w:p>
      <w:r>
        <w:rPr>
          <w:b/>
        </w:rPr>
        <w:t xml:space="preserve">[30:25] </w:t>
      </w:r>
      <w:r>
        <w:t>woh daurate hain.</w:t>
      </w:r>
    </w:p>
    <w:p>
      <w:pPr>
        <w:jc w:val="right"/>
      </w:pPr>
      <w:r>
        <w:t>وہ دوڑاتے ہیں۔</w:t>
      </w:r>
    </w:p>
    <w:p>
      <w:r>
        <w:rPr>
          <w:b/>
        </w:rPr>
        <w:t xml:space="preserve">[30:29] </w:t>
      </w:r>
      <w:r>
        <w:t>woh kehte hain are bhai kya hai shauk poora kar raha hai.</w:t>
      </w:r>
    </w:p>
    <w:p>
      <w:pPr>
        <w:jc w:val="right"/>
      </w:pPr>
      <w:r>
        <w:t>وہ کہتے ہیں ارے بھئی کیا ہے شوق پورا کر رہا ہے۔</w:t>
      </w:r>
    </w:p>
    <w:p>
      <w:r>
        <w:rPr>
          <w:b/>
        </w:rPr>
        <w:t xml:space="preserve">[30:33] </w:t>
      </w:r>
      <w:r>
        <w:t>kahin police wale pakad lenge to paisa de denge.</w:t>
      </w:r>
    </w:p>
    <w:p>
      <w:pPr>
        <w:jc w:val="right"/>
      </w:pPr>
      <w:r>
        <w:t>کہیں پولیس والے پکڑ لیں گے تو پیسہ دے دیں گے۔</w:t>
      </w:r>
    </w:p>
    <w:p>
      <w:r>
        <w:rPr>
          <w:b/>
        </w:rPr>
        <w:t xml:space="preserve">[30:37] </w:t>
      </w:r>
      <w:r>
        <w:t>natija kya hota hai? ke marte hain isi mein</w:t>
      </w:r>
    </w:p>
    <w:p>
      <w:pPr>
        <w:jc w:val="right"/>
      </w:pPr>
      <w:r>
        <w:t>نتیجہ کیا ہوتا ہے؟ کہ مرتے ہیں اسی میں</w:t>
      </w:r>
    </w:p>
    <w:p>
      <w:r>
        <w:rPr>
          <w:b/>
        </w:rPr>
        <w:t xml:space="preserve">[30:40] </w:t>
      </w:r>
      <w:r>
        <w:t>۔ un ka zehan kharab hota hai, anarchy aati hai. yani paisa zyada kamakar ke kya karte hain? bachon ko anarchy late hain. bachhe achhi education nahi le paate. yeh kya hai? zyada paise ka kya faida hai mujhe bataiye. to al ghina ghina al qalb. maldari dil ki mandari hai. dil mein aap ki containment ho. dil mein aap</w:t>
      </w:r>
    </w:p>
    <w:p>
      <w:pPr>
        <w:jc w:val="right"/>
      </w:pPr>
      <w:r>
        <w:t>۔ ان کا ذہن خراب ہوتا ہے، انارکی آتی ہے۔ یعنی پیسہ زیادہ کما کر کے کیا کرتے ہیں؟ بچوں کو انارکی لاتے ہیں۔ بچے اچھی ایجوکیشن نہیں لے پاتے۔ یہ کیا ہے؟ زیادہ پیسے کا کیا فائدہ ہے مجھے بتائیے۔ تو الغنا غن القلب۔ مالداری دل کی مانداری ہے۔ دل میں آپ کی کنٹینمنٹ ہو۔ دل میں آپ</w:t>
      </w:r>
    </w:p>
    <w:p>
      <w:r>
        <w:rPr>
          <w:b/>
        </w:rPr>
        <w:t xml:space="preserve">[31:10] </w:t>
      </w:r>
      <w:r>
        <w:t>ki qanaat ho.</w:t>
      </w:r>
    </w:p>
    <w:p>
      <w:pPr>
        <w:jc w:val="right"/>
      </w:pPr>
      <w:r>
        <w:t>کی قناعت ہو۔</w:t>
      </w:r>
    </w:p>
    <w:p>
      <w:r>
        <w:rPr>
          <w:b/>
        </w:rPr>
        <w:t xml:space="preserve">[31:14] </w:t>
      </w:r>
      <w:r>
        <w:t>to aap kam mein bhi khush rahenge.</w:t>
      </w:r>
    </w:p>
    <w:p>
      <w:pPr>
        <w:jc w:val="right"/>
      </w:pPr>
      <w:r>
        <w:t>تو آپ کم میں بھی خوش رہیں گے۔</w:t>
      </w:r>
    </w:p>
    <w:p>
      <w:r>
        <w:rPr>
          <w:b/>
        </w:rPr>
        <w:t xml:space="preserve">[31:18] </w:t>
      </w:r>
      <w:r>
        <w:t>aur agar qanaat nahi hai to zyada mein bhi aap pareshan rahenge.</w:t>
      </w:r>
    </w:p>
    <w:p>
      <w:pPr>
        <w:jc w:val="right"/>
      </w:pPr>
      <w:r>
        <w:t>اور اگر قناعت نہیں ہے تو زیادہ میں بھی آپ پریشان رہیں گے۔</w:t>
      </w:r>
    </w:p>
    <w:p>
      <w:r>
        <w:rPr>
          <w:b/>
        </w:rPr>
        <w:t xml:space="preserve">[31:22] </w:t>
      </w:r>
      <w:r>
        <w:t>aap bhi pareshan hain, aap ke bachhe bhi pareshan hain.</w:t>
      </w:r>
    </w:p>
    <w:p>
      <w:pPr>
        <w:jc w:val="right"/>
      </w:pPr>
      <w:r>
        <w:t>آپ بھی پریشان ہیں، آپ کے بچے بھی پریشان ہیں۔</w:t>
      </w:r>
    </w:p>
    <w:p>
      <w:r>
        <w:rPr>
          <w:b/>
        </w:rPr>
        <w:t xml:space="preserve">[31:25] </w:t>
      </w:r>
      <w:r>
        <w:t>to islam jo hai woh mein yeh keh raha hoon ke islam art of life hai.</w:t>
      </w:r>
    </w:p>
    <w:p>
      <w:pPr>
        <w:jc w:val="right"/>
      </w:pPr>
      <w:r>
        <w:t>تو اسلام جو ہے وہ میں یہ کہہ رہا ہوں کہ اسلام آرٹ آف لائف ہے۔</w:t>
      </w:r>
    </w:p>
    <w:p>
      <w:r>
        <w:rPr>
          <w:b/>
        </w:rPr>
        <w:t xml:space="preserve">[31:29] </w:t>
      </w:r>
      <w:r>
        <w:t>art of life hai.</w:t>
      </w:r>
    </w:p>
    <w:p>
      <w:pPr>
        <w:jc w:val="right"/>
      </w:pPr>
      <w:r>
        <w:t>آرٹ آف لائف ہے۔</w:t>
      </w:r>
    </w:p>
    <w:p>
      <w:r>
        <w:rPr>
          <w:b/>
        </w:rPr>
        <w:t xml:space="preserve">[31:33] </w:t>
      </w:r>
      <w:r>
        <w:t>isi tarah yeh ek bahut badi cheez hai mujhe abhi abhi mein barabar sochta rehta hoon quran aur hadith par.</w:t>
      </w:r>
    </w:p>
    <w:p>
      <w:pPr>
        <w:jc w:val="right"/>
      </w:pPr>
      <w:r>
        <w:t>اسی طرح یہ ایک بہت بڑی چیز ہے مجھے ابھی ابھی میں برابر سوچتا رہتا ہوں قرآن اور حدیث پر۔</w:t>
      </w:r>
    </w:p>
    <w:p>
      <w:r>
        <w:rPr>
          <w:b/>
        </w:rPr>
        <w:t xml:space="preserve">[31:37] </w:t>
      </w:r>
      <w:r>
        <w:t>mera mind jo hai sach sach yeh to sari zindagi</w:t>
      </w:r>
    </w:p>
    <w:p>
      <w:pPr>
        <w:jc w:val="right"/>
      </w:pPr>
      <w:r>
        <w:t>میرا مائنڈ جو ہے سچ مچ یہ تو ساری زندگی</w:t>
      </w:r>
    </w:p>
    <w:p>
      <w:r>
        <w:rPr>
          <w:b/>
        </w:rPr>
        <w:t xml:space="preserve">[31:40] </w:t>
      </w:r>
      <w:r>
        <w:t>mein isi par sochta raha. to quran ki aik ayat hai ke in mal wad e vri hardship der iz ez. yeh is ka transition hai. with every hardship there is ease. yani with every problem there are opportunities. with every problem there are oportuni</w:t>
      </w:r>
    </w:p>
    <w:p>
      <w:pPr>
        <w:jc w:val="right"/>
      </w:pPr>
      <w:r>
        <w:t>میں اسی پر سوچتا رہا۔ تو قرآن کی ایک آیت ہے کہ ان مال ود ایوری ہارڈ شپ دیر از ایز۔ یہ اس کا ٹرانزیشن ہے۔ ود ایوری ہارڈ شپ دیر از ایز۔ یعنی ود ایوری پرابلم دیر آر اپرچونیٹیز۔ ود ایوری پرابلم دیر آر اپرچونی</w:t>
      </w:r>
    </w:p>
    <w:p>
      <w:r>
        <w:rPr>
          <w:b/>
        </w:rPr>
        <w:t xml:space="preserve">[32:10] </w:t>
      </w:r>
      <w:r>
        <w:t>ties.</w:t>
      </w:r>
    </w:p>
    <w:p>
      <w:pPr>
        <w:jc w:val="right"/>
      </w:pPr>
      <w:r>
        <w:t>ٹیز۔</w:t>
      </w:r>
    </w:p>
    <w:p>
      <w:r>
        <w:rPr>
          <w:b/>
        </w:rPr>
        <w:t xml:space="preserve">[32:15] </w:t>
      </w:r>
      <w:r>
        <w:t>تو رسول اللہ صلی اللہ علیہ وسلم نے یعنی پیغمبر، Prophet of Islam نے اس کی جو explain</w:t>
      </w:r>
    </w:p>
    <w:p>
      <w:pPr>
        <w:jc w:val="right"/>
      </w:pPr>
      <w:r>
        <w:t>تو رسول اللہ صلی اللہ علیہ وسلم نے یعنی پیغمبر، پرافٹ آف اسلام نے اس کی جو ایکسپلین</w:t>
      </w:r>
    </w:p>
    <w:p>
      <w:r>
        <w:rPr>
          <w:b/>
        </w:rPr>
        <w:t xml:space="preserve">[32:19] </w:t>
      </w:r>
      <w:r>
        <w:t>kya to kaha ke yani ke problem ek hota hai to opportunity double hoti hai.</w:t>
      </w:r>
    </w:p>
    <w:p>
      <w:pPr>
        <w:jc w:val="right"/>
      </w:pPr>
      <w:r>
        <w:t>کیا تو کہا کہ یعنی کہ پرابلم ایک ہوتا ہے تو اپرچونیٹی ڈبل ہوتی ہے۔</w:t>
      </w:r>
    </w:p>
    <w:p>
      <w:r>
        <w:rPr>
          <w:b/>
        </w:rPr>
        <w:t xml:space="preserve">[32:23] </w:t>
      </w:r>
      <w:r>
        <w:t>badi anokhi baat hai yeh.</w:t>
      </w:r>
    </w:p>
    <w:p>
      <w:pPr>
        <w:jc w:val="right"/>
      </w:pPr>
      <w:r>
        <w:t>بڑی انوکھی بات ہے یہ۔</w:t>
      </w:r>
    </w:p>
    <w:p>
      <w:r>
        <w:rPr>
          <w:b/>
        </w:rPr>
        <w:t xml:space="preserve">[32:28] </w:t>
      </w:r>
      <w:r>
        <w:t>yeh maine kisi kitab mein nahi padhi thi.</w:t>
      </w:r>
    </w:p>
    <w:p>
      <w:pPr>
        <w:jc w:val="right"/>
      </w:pPr>
      <w:r>
        <w:t>یہ میں نے کسی کتاب میں نہیں پڑھی تھی۔</w:t>
      </w:r>
    </w:p>
    <w:p>
      <w:r>
        <w:rPr>
          <w:b/>
        </w:rPr>
        <w:t xml:space="preserve">[32:32] </w:t>
      </w:r>
      <w:r>
        <w:t>raat din jo sochta hoon mein is se yeh baatein samajh mein aati hain.</w:t>
      </w:r>
    </w:p>
    <w:p>
      <w:pPr>
        <w:jc w:val="right"/>
      </w:pPr>
      <w:r>
        <w:t>رات دن جو سوچتا ہوں میں اس سے یہ باتیں سمجھ میں آتی ہیں۔</w:t>
      </w:r>
    </w:p>
    <w:p>
      <w:r>
        <w:rPr>
          <w:b/>
        </w:rPr>
        <w:t xml:space="preserve">[32:36] </w:t>
      </w:r>
      <w:r>
        <w:t>bahut hi anokhi baat hai ke prab</w:t>
      </w:r>
    </w:p>
    <w:p>
      <w:pPr>
        <w:jc w:val="right"/>
      </w:pPr>
      <w:r>
        <w:t>بہت ہی انوکھی بات ہے کہ پراب</w:t>
      </w:r>
    </w:p>
    <w:p>
      <w:r>
        <w:rPr>
          <w:b/>
        </w:rPr>
        <w:t xml:space="preserve">[32:41] </w:t>
      </w:r>
      <w:r>
        <w:t>blem ek hai to opportunity double hai.</w:t>
      </w:r>
    </w:p>
    <w:p>
      <w:pPr>
        <w:jc w:val="right"/>
      </w:pPr>
      <w:r>
        <w:t>لم ایک ہے تو اپرچونیٹی ڈبل ہے۔</w:t>
      </w:r>
    </w:p>
    <w:p>
      <w:r>
        <w:rPr>
          <w:b/>
        </w:rPr>
        <w:t xml:space="preserve">[32:45] </w:t>
      </w:r>
      <w:r>
        <w:t>kya matlab hai is ka? barson barson sochta raha mein.</w:t>
      </w:r>
    </w:p>
    <w:p>
      <w:pPr>
        <w:jc w:val="right"/>
      </w:pPr>
      <w:r>
        <w:t>کیا مطلب ہے اس کا؟ برسوں برسوں سوچتا رہا میں۔</w:t>
      </w:r>
    </w:p>
    <w:p>
      <w:r>
        <w:rPr>
          <w:b/>
        </w:rPr>
        <w:t xml:space="preserve">[32:49] </w:t>
      </w:r>
      <w:r>
        <w:t>to mein apni spiritual tree jo mera hai us ke neeche baitha rehta hoon to mujhe ek inspiration</w:t>
      </w:r>
    </w:p>
    <w:p>
      <w:pPr>
        <w:jc w:val="right"/>
      </w:pPr>
      <w:r>
        <w:t>تو میں اپنی اسپریچول ٹری جو میرا ہے اس کے نیچے بیٹھا رہتا ہوں تو مجھے ایک انسپیریشن</w:t>
      </w:r>
    </w:p>
    <w:p>
      <w:r>
        <w:rPr>
          <w:b/>
        </w:rPr>
        <w:t xml:space="preserve">[32:54] </w:t>
      </w:r>
      <w:r>
        <w:t>hota hai is mein.</w:t>
      </w:r>
    </w:p>
    <w:p>
      <w:pPr>
        <w:jc w:val="right"/>
      </w:pPr>
      <w:r>
        <w:t>ہوتا ہے اس میں۔</w:t>
      </w:r>
    </w:p>
    <w:p>
      <w:r>
        <w:rPr>
          <w:b/>
        </w:rPr>
        <w:t xml:space="preserve">[32:58] </w:t>
      </w:r>
      <w:r>
        <w:t>to achaanak yeh mere mind mein aaya.</w:t>
      </w:r>
    </w:p>
    <w:p>
      <w:pPr>
        <w:jc w:val="right"/>
      </w:pPr>
      <w:r>
        <w:t>تو اچانک یہ میرے مائنڈ میں آیا۔</w:t>
      </w:r>
    </w:p>
    <w:p>
      <w:r>
        <w:rPr>
          <w:b/>
        </w:rPr>
        <w:t xml:space="preserve">[33:02] </w:t>
      </w:r>
      <w:r>
        <w:t>keh ek problem ke sath double opportunity ka matlab kya hai? woh yeh hai.</w:t>
      </w:r>
    </w:p>
    <w:p>
      <w:pPr>
        <w:jc w:val="right"/>
      </w:pPr>
      <w:r>
        <w:t>کہ ایک پرابلم کے ساتھ ڈبل اپرچونیٹی کا مطلب کیا ہے؟ وہ یہ ہے۔</w:t>
      </w:r>
    </w:p>
    <w:p>
      <w:r>
        <w:rPr>
          <w:b/>
        </w:rPr>
        <w:t xml:space="preserve">[33:07] </w:t>
      </w:r>
      <w:r>
        <w:t>problem means challenge</w:t>
      </w:r>
    </w:p>
    <w:p>
      <w:pPr>
        <w:jc w:val="right"/>
      </w:pPr>
      <w:r>
        <w:t>پرابلم مینز چیلنج</w:t>
      </w:r>
    </w:p>
    <w:p>
      <w:r>
        <w:rPr>
          <w:b/>
        </w:rPr>
        <w:t xml:space="preserve">[33:11] </w:t>
      </w:r>
      <w:r>
        <w:t>—</w:t>
      </w:r>
    </w:p>
    <w:p>
      <w:pPr>
        <w:jc w:val="right"/>
      </w:pPr>
      <w:r>
        <w:t>۔</w:t>
      </w:r>
    </w:p>
    <w:p>
      <w:r>
        <w:rPr>
          <w:b/>
        </w:rPr>
        <w:t xml:space="preserve">[33:15] </w:t>
      </w:r>
      <w:r>
        <w:t>jab problem aaya to aap ke mind ko challenge diya us ne.</w:t>
      </w:r>
    </w:p>
    <w:p>
      <w:pPr>
        <w:jc w:val="right"/>
      </w:pPr>
      <w:r>
        <w:t>جب پرابلم آیا تو آپ کے مائنڈ کو چیلنج دیا اس نے۔</w:t>
      </w:r>
    </w:p>
    <w:p>
      <w:r>
        <w:rPr>
          <w:b/>
        </w:rPr>
        <w:t xml:space="preserve">[33:20] </w:t>
      </w:r>
      <w:r>
        <w:t>hamesha hi chahe ek labour class ka aadmi ho ya koi bara aadmi ho.</w:t>
      </w:r>
    </w:p>
    <w:p>
      <w:pPr>
        <w:jc w:val="right"/>
      </w:pPr>
      <w:r>
        <w:t>ہمیشہ ہی چاہے ایک لیبر کلاس کا آدمی ہو یا کوئی بڑا آدمی ہو۔</w:t>
      </w:r>
    </w:p>
    <w:p>
      <w:r>
        <w:rPr>
          <w:b/>
        </w:rPr>
        <w:t xml:space="preserve">[33:24] </w:t>
      </w:r>
      <w:r>
        <w:t>jab problem aaye ga to uska mind ko challenge de ga woh.</w:t>
      </w:r>
    </w:p>
    <w:p>
      <w:pPr>
        <w:jc w:val="right"/>
      </w:pPr>
      <w:r>
        <w:t>جب پرابلم آئے گا تو اس کا مائنڈ کو چیلنج دے گا وہ۔</w:t>
      </w:r>
    </w:p>
    <w:p>
      <w:r>
        <w:rPr>
          <w:b/>
        </w:rPr>
        <w:t xml:space="preserve">[33:28] </w:t>
      </w:r>
      <w:r>
        <w:t>to ek to law of nature ke tehat har problem ke sath ek opportunity hoti hai.</w:t>
      </w:r>
    </w:p>
    <w:p>
      <w:pPr>
        <w:jc w:val="right"/>
      </w:pPr>
      <w:r>
        <w:t>تو ایک تو لاء آف نیچر کے تحت ہر پرابلم کے ساتھ ایک اپرچونیٹی ہوتی ہے۔</w:t>
      </w:r>
    </w:p>
    <w:p>
      <w:r>
        <w:rPr>
          <w:b/>
        </w:rPr>
        <w:t xml:space="preserve">[33:33] </w:t>
      </w:r>
      <w:r>
        <w:t>ek jo challenge us ne diya to aap ke mind ko us ne activate kar diya.</w:t>
      </w:r>
    </w:p>
    <w:p>
      <w:pPr>
        <w:jc w:val="right"/>
      </w:pPr>
      <w:r>
        <w:t>ایک جو چیلنج اس نے دیا تو آپ کے مائنڈ کو اس نے ایکٹیویٹ کر دیا۔</w:t>
      </w:r>
    </w:p>
    <w:p>
      <w:r>
        <w:rPr>
          <w:b/>
        </w:rPr>
        <w:t xml:space="preserve">[33:37] </w:t>
      </w:r>
      <w:r>
        <w:t>brainstorming hui.</w:t>
      </w:r>
    </w:p>
    <w:p>
      <w:pPr>
        <w:jc w:val="right"/>
      </w:pPr>
      <w:r>
        <w:t>برین اسٹارمنگ ہوئی۔</w:t>
      </w:r>
    </w:p>
    <w:p>
      <w:r>
        <w:rPr>
          <w:b/>
        </w:rPr>
        <w:t xml:space="preserve">[33:41] </w:t>
      </w:r>
      <w:r>
        <w:t>jaise main is ko aur misaal doon keh problem ke sath opportunity.</w:t>
      </w:r>
    </w:p>
    <w:p>
      <w:pPr>
        <w:jc w:val="right"/>
      </w:pPr>
      <w:r>
        <w:t>جیسے میں اس کو اور مثال دوں کہ پرابلم کے ساتھ اپرچونیٹی۔</w:t>
      </w:r>
    </w:p>
    <w:p>
      <w:r>
        <w:rPr>
          <w:b/>
        </w:rPr>
        <w:t xml:space="preserve">[33:46] </w:t>
      </w:r>
      <w:r>
        <w:t>keh rasool Allah jab makka mein aap ne apna prophetic mission shuru kiya six hundred ten AD mein.</w:t>
      </w:r>
    </w:p>
    <w:p>
      <w:pPr>
        <w:jc w:val="right"/>
      </w:pPr>
      <w:r>
        <w:t>کہ رسول اللہ جب مکہ میں آپ نے اپنا پرافٹک مشن شروع کیا سکس ہنڈرڈ ٹین اے ڈی میں۔</w:t>
      </w:r>
    </w:p>
    <w:p>
      <w:r>
        <w:rPr>
          <w:b/>
        </w:rPr>
        <w:t xml:space="preserve">[33:52] </w:t>
      </w:r>
      <w:r>
        <w:t>to us waqt kya tha? makka mein ek grand mosque thi.</w:t>
      </w:r>
    </w:p>
    <w:p>
      <w:pPr>
        <w:jc w:val="right"/>
      </w:pPr>
      <w:r>
        <w:t>تو اس وقت کیا تھا؟ مکہ میں ایک گرینڈ مسک تھی۔</w:t>
      </w:r>
    </w:p>
    <w:p>
      <w:r>
        <w:rPr>
          <w:b/>
        </w:rPr>
        <w:t xml:space="preserve">[33:57] </w:t>
      </w:r>
      <w:r>
        <w:t>duniya ki sab se pehli mosque.</w:t>
      </w:r>
    </w:p>
    <w:p>
      <w:pPr>
        <w:jc w:val="right"/>
      </w:pPr>
      <w:r>
        <w:t>دنیا کی سب سے پہلی مسک۔</w:t>
      </w:r>
    </w:p>
    <w:p>
      <w:r>
        <w:rPr>
          <w:b/>
        </w:rPr>
        <w:t xml:space="preserve">[34:02] </w:t>
      </w:r>
      <w:r>
        <w:t>sab se pehli mosque duniya mein banai thi Hazrat Ibrahim prophet the unho ne.</w:t>
      </w:r>
    </w:p>
    <w:p>
      <w:pPr>
        <w:jc w:val="right"/>
      </w:pPr>
      <w:r>
        <w:t>سب سے پہلی مسک دنیا میں بنائی تھی حضرت ابراہیم پرافٹ تھے انہوں نے۔</w:t>
      </w:r>
    </w:p>
    <w:p>
      <w:r>
        <w:rPr>
          <w:b/>
        </w:rPr>
        <w:t xml:space="preserve">[34:07] </w:t>
      </w:r>
      <w:r>
        <w:t>makka mein banai thi.</w:t>
      </w:r>
    </w:p>
    <w:p>
      <w:pPr>
        <w:jc w:val="right"/>
      </w:pPr>
      <w:r>
        <w:t>مکہ میں بنائی تھی۔</w:t>
      </w:r>
    </w:p>
    <w:p>
      <w:r>
        <w:rPr>
          <w:b/>
        </w:rPr>
        <w:t xml:space="preserve">[34:12] </w:t>
      </w:r>
      <w:r>
        <w:t>yeh sab se pehli mosque thi. un ol to jo mosque banayi thi unhon ne aik khuda ke prayer ke liye, aik khuda ki ibadat ke liye. to baad ko yani baad ke jo jo log aaye to un mein aa gayi woh idol worship aa gayi. to idol worship aa gayi to unhon ne masjid ko bana diya, woh butkhana bana diya</w:t>
      </w:r>
    </w:p>
    <w:p>
      <w:pPr>
        <w:jc w:val="right"/>
      </w:pPr>
      <w:r>
        <w:t>یہ سب سے پہلی مسک تھی۔ ان اول تو جو مسک بنائی تھی انہوں نے ایک خدا کے پریئر کے لیے، ایک خدا کی عبادت کے لیے۔ تو بعد کو یعنی بعد کے جو جو لوگ آئے تو ان میں آگئی وہ آئیڈل ورشپ آگئی۔ تو آئیڈل ورشپ آگئی تو انہوں نے مسجد کو بنا دیا، وہ بت خانہ بنا دیا</w:t>
      </w:r>
    </w:p>
    <w:p>
      <w:r>
        <w:rPr>
          <w:b/>
        </w:rPr>
        <w:t xml:space="preserve">[34:42] </w:t>
      </w:r>
      <w:r>
        <w:t>. yani three hundred sixty idol is mein rakh diya kar ke. to that was a great problem. yani prophet ka kaam tha ke jis masjid ko hazrat ibrahim ne banaya tha oneness of god ke center ke tor par. yani aik khuda ki prayer wahan par ho. isi ke liye banai gayi thi woh masjid. is masjid ko bana diya teen so saath bton ka center. is se bara problem aur kya ho sakta</w:t>
      </w:r>
    </w:p>
    <w:p>
      <w:pPr>
        <w:jc w:val="right"/>
      </w:pPr>
      <w:r>
        <w:t>۔ یعنی تھری ہنڈرڈ سکسٹی آئیڈل اس میں رکھ دیا کر کے۔ تو دیٹ واز اے گریٹ پرابلم۔ یعنی پرافٹ کا کام تھا کہ جس مسجد کو حضرت ابراہیم نے بنایا تھا وننس آف گاڈ کے سینٹر کے طور پر۔ یعنی ایک خدا کی پریئر وہاں پر ہو۔ اسی کے لیے بنائی گئی تھی وہ مسجد۔ اس مسجد کو بنا دیا تین سو ساٹھ بتوں کا سینٹر۔ اس سے بڑا پرابلم اور کیا ہو سکت</w:t>
      </w:r>
    </w:p>
    <w:p>
      <w:r>
        <w:rPr>
          <w:b/>
        </w:rPr>
        <w:t xml:space="preserve">[35:12] </w:t>
      </w:r>
      <w:r>
        <w:t>tha? is problem ke sath opportunity kya thi? jab aap ne ghor kiya.</w:t>
      </w:r>
    </w:p>
    <w:p>
      <w:pPr>
        <w:jc w:val="right"/>
      </w:pPr>
      <w:r>
        <w:t>ا تھا؟ اس پرابلم کے ساتھ اپرچونیٹی کیا تھی؟ جب آپ نے غور کیا۔</w:t>
      </w:r>
    </w:p>
    <w:p>
      <w:r>
        <w:rPr>
          <w:b/>
        </w:rPr>
        <w:t xml:space="preserve">[35:15] </w:t>
      </w:r>
      <w:r>
        <w:t>inhi buton ki wajah se wahan par log aate the.</w:t>
      </w:r>
    </w:p>
    <w:p>
      <w:pPr>
        <w:jc w:val="right"/>
      </w:pPr>
      <w:r>
        <w:t>انہی بتوں کی وجہ سے وہاں پر لوگ آتے تھے۔</w:t>
      </w:r>
    </w:p>
    <w:p>
      <w:r>
        <w:rPr>
          <w:b/>
        </w:rPr>
        <w:t xml:space="preserve">[35:19] </w:t>
      </w:r>
      <w:r>
        <w:t>unki visit karte the.</w:t>
      </w:r>
    </w:p>
    <w:p>
      <w:pPr>
        <w:jc w:val="right"/>
      </w:pPr>
      <w:r>
        <w:t>ان کی وزٹ کرتے تھے۔</w:t>
      </w:r>
    </w:p>
    <w:p>
      <w:r>
        <w:rPr>
          <w:b/>
        </w:rPr>
        <w:t xml:space="preserve">[35:23] </w:t>
      </w:r>
      <w:r>
        <w:t>un ko pesh karte the, offering pesh karte the.</w:t>
      </w:r>
    </w:p>
    <w:p>
      <w:pPr>
        <w:jc w:val="right"/>
      </w:pPr>
      <w:r>
        <w:t>ان کو پیش کرتے تھے، آفرنگ پیش کرتے تھے۔</w:t>
      </w:r>
    </w:p>
    <w:p>
      <w:r>
        <w:rPr>
          <w:b/>
        </w:rPr>
        <w:t xml:space="preserve">[35:27] </w:t>
      </w:r>
      <w:r>
        <w:t>wahan un ki daily gathering hoti thi.</w:t>
      </w:r>
    </w:p>
    <w:p>
      <w:pPr>
        <w:jc w:val="right"/>
      </w:pPr>
      <w:r>
        <w:t>وہاں ان کی ڈیلی گیدرنگ ہوتی تھی۔</w:t>
      </w:r>
    </w:p>
    <w:p>
      <w:r>
        <w:rPr>
          <w:b/>
        </w:rPr>
        <w:t xml:space="preserve">[35:31] </w:t>
      </w:r>
      <w:r>
        <w:t>saare arab ke but the yeh.</w:t>
      </w:r>
    </w:p>
    <w:p>
      <w:pPr>
        <w:jc w:val="right"/>
      </w:pPr>
      <w:r>
        <w:t>سارے عرب کے بت تھے یہ۔</w:t>
      </w:r>
    </w:p>
    <w:p>
      <w:r>
        <w:rPr>
          <w:b/>
        </w:rPr>
        <w:t xml:space="preserve">[35:34] </w:t>
      </w:r>
      <w:r>
        <w:t>har tribe ka but wahan par rakha hua tha, har tribe ka.</w:t>
      </w:r>
    </w:p>
    <w:p>
      <w:pPr>
        <w:jc w:val="right"/>
      </w:pPr>
      <w:r>
        <w:t>ہر ٹرائب کا بت وہاں پر رکھا ہوا تھا، ہر ٹرائب کا۔</w:t>
      </w:r>
    </w:p>
    <w:p>
      <w:r>
        <w:rPr>
          <w:b/>
        </w:rPr>
        <w:t xml:space="preserve">[35:38] </w:t>
      </w:r>
      <w:r>
        <w:t>to saal bhar log aate rehte the.</w:t>
      </w:r>
    </w:p>
    <w:p>
      <w:pPr>
        <w:jc w:val="right"/>
      </w:pPr>
      <w:r>
        <w:t>تو سال بھر لوگ آتے رہتے تھے۔</w:t>
      </w:r>
    </w:p>
    <w:p>
      <w:r>
        <w:rPr>
          <w:b/>
        </w:rPr>
        <w:t xml:space="preserve">[35:42] </w:t>
      </w:r>
      <w:r>
        <w:t>to that was a natural gathering.</w:t>
      </w:r>
    </w:p>
    <w:p>
      <w:pPr>
        <w:jc w:val="right"/>
      </w:pPr>
      <w:r>
        <w:t>تو دیٹ واز اے نیچرل گیدرنگ۔</w:t>
      </w:r>
    </w:p>
    <w:p>
      <w:r>
        <w:rPr>
          <w:b/>
        </w:rPr>
        <w:t xml:space="preserve">[35:46] </w:t>
      </w:r>
      <w:r>
        <w:t>yani is buton ki wajah se wahan par automatically aisa hota tha keh wahan par aap ko ek</w:t>
      </w:r>
    </w:p>
    <w:p>
      <w:pPr>
        <w:jc w:val="right"/>
      </w:pPr>
      <w:r>
        <w:t>یعنی اس بتوں کی وجہ سے وہاں پر آٹومیٹکلی ایسا ہوتا تھا کہ وہاں پر آپ کو ایک</w:t>
      </w:r>
    </w:p>
    <w:p>
      <w:r>
        <w:rPr>
          <w:b/>
        </w:rPr>
        <w:t xml:space="preserve">[35:49] </w:t>
      </w:r>
      <w:r>
        <w:t>audience mil jata tha.</w:t>
      </w:r>
    </w:p>
    <w:p>
      <w:pPr>
        <w:jc w:val="right"/>
      </w:pPr>
      <w:r>
        <w:t>آڈینس مل جاتا تھا۔</w:t>
      </w:r>
    </w:p>
    <w:p>
      <w:r>
        <w:rPr>
          <w:b/>
        </w:rPr>
        <w:t xml:space="preserve">[35:53] </w:t>
      </w:r>
      <w:r>
        <w:t>to aap ne bulton ko kuch nahi kaha.</w:t>
      </w:r>
    </w:p>
    <w:p>
      <w:pPr>
        <w:jc w:val="right"/>
      </w:pPr>
      <w:r>
        <w:t>تو آپ نے بتوں کو کچھ نہیں کہا۔</w:t>
      </w:r>
    </w:p>
    <w:p>
      <w:r>
        <w:rPr>
          <w:b/>
        </w:rPr>
        <w:t xml:space="preserve">[35:57] </w:t>
      </w:r>
      <w:r>
        <w:t>thirteen years tak aap rahe makka mein, thirteen years tak.</w:t>
      </w:r>
    </w:p>
    <w:p>
      <w:pPr>
        <w:jc w:val="right"/>
      </w:pPr>
      <w:r>
        <w:t>تھرٹین ایئرز تک آپ رہے مکہ میں، تھرٹین ایئرز تک۔</w:t>
      </w:r>
    </w:p>
    <w:p>
      <w:r>
        <w:rPr>
          <w:b/>
        </w:rPr>
        <w:t xml:space="preserve">[36:01] </w:t>
      </w:r>
      <w:r>
        <w:t>aap ne kabhi bulton ko touch nahi kiya.</w:t>
      </w:r>
    </w:p>
    <w:p>
      <w:pPr>
        <w:jc w:val="right"/>
      </w:pPr>
      <w:r>
        <w:t>آپ نے کبھی بتوں کو ٹچ نہیں کیا۔</w:t>
      </w:r>
    </w:p>
    <w:p>
      <w:r>
        <w:rPr>
          <w:b/>
        </w:rPr>
        <w:t xml:space="preserve">[36:04] </w:t>
      </w:r>
      <w:r>
        <w:t>aap ne kiya kiya? is audience ko aap ne use kiya.</w:t>
      </w:r>
    </w:p>
    <w:p>
      <w:pPr>
        <w:jc w:val="right"/>
      </w:pPr>
      <w:r>
        <w:t>آپ نے کیا کیا؟ اس آڈینس کو آپ نے یوز کیا۔</w:t>
      </w:r>
    </w:p>
    <w:p>
      <w:r>
        <w:rPr>
          <w:b/>
        </w:rPr>
        <w:t xml:space="preserve">[36:08] </w:t>
      </w:r>
      <w:r>
        <w:t>address karne ke li</w:t>
      </w:r>
    </w:p>
    <w:p>
      <w:pPr>
        <w:jc w:val="right"/>
      </w:pPr>
      <w:r>
        <w:t>ایڈریس کرنے کے لی</w:t>
      </w:r>
    </w:p>
    <w:p>
      <w:r>
        <w:rPr>
          <w:b/>
        </w:rPr>
        <w:t xml:space="preserve">[36:12] </w:t>
      </w:r>
      <w:r>
        <w:t>e.</w:t>
      </w:r>
    </w:p>
    <w:p>
      <w:pPr>
        <w:jc w:val="right"/>
      </w:pPr>
      <w:r>
        <w:t>ے۔</w:t>
      </w:r>
    </w:p>
    <w:p>
      <w:r>
        <w:rPr>
          <w:b/>
        </w:rPr>
        <w:t xml:space="preserve">[36:16] </w:t>
      </w:r>
      <w:r>
        <w:t>aap wahan jate the, bulton ko ignore karte the.</w:t>
      </w:r>
    </w:p>
    <w:p>
      <w:pPr>
        <w:jc w:val="right"/>
      </w:pPr>
      <w:r>
        <w:t>آپ وہاں جاتے تھے، بتوں کو اگنور کرتے تھے۔</w:t>
      </w:r>
    </w:p>
    <w:p>
      <w:r>
        <w:rPr>
          <w:b/>
        </w:rPr>
        <w:t xml:space="preserve">[36:20] </w:t>
      </w:r>
      <w:r>
        <w:t>aur is audience ko address karte the.</w:t>
      </w:r>
    </w:p>
    <w:p>
      <w:pPr>
        <w:jc w:val="right"/>
      </w:pPr>
      <w:r>
        <w:t>اور اس آڈینس کو ایڈریس کرتے تھے۔</w:t>
      </w:r>
    </w:p>
    <w:p>
      <w:r>
        <w:rPr>
          <w:b/>
        </w:rPr>
        <w:t xml:space="preserve">[36:24] </w:t>
      </w:r>
      <w:r>
        <w:t>kis tarah? quran ki jo verses aap par reveal hoti thin us ko sunate the woh.</w:t>
      </w:r>
    </w:p>
    <w:p>
      <w:pPr>
        <w:jc w:val="right"/>
      </w:pPr>
      <w:r>
        <w:t>کس طرح؟ قرآن کی جو ورسز آپ پر ریویل ہوتی تھیں اس کو سناتے تھے وہ۔</w:t>
      </w:r>
    </w:p>
    <w:p>
      <w:r>
        <w:rPr>
          <w:b/>
        </w:rPr>
        <w:t xml:space="preserve">[36:28] </w:t>
      </w:r>
      <w:r>
        <w:t>yeh tha problem ke sath opportunity.</w:t>
      </w:r>
    </w:p>
    <w:p>
      <w:pPr>
        <w:jc w:val="right"/>
      </w:pPr>
      <w:r>
        <w:t>یہ تھا پرابلم کے ساتھ اپرچونیٹی۔</w:t>
      </w:r>
    </w:p>
    <w:p>
      <w:r>
        <w:rPr>
          <w:b/>
        </w:rPr>
        <w:t xml:space="preserve">[36:32] </w:t>
      </w:r>
      <w:r>
        <w:t>yani yeh problem tha ke wahan par three hundred sixty idols the.</w:t>
      </w:r>
    </w:p>
    <w:p>
      <w:pPr>
        <w:jc w:val="right"/>
      </w:pPr>
      <w:r>
        <w:t>یعنی یہ پرابلم تھا کہ وہاں پر تھری ہنڈرڈ سکسٹی آئیڈل تھے۔</w:t>
      </w:r>
    </w:p>
    <w:p>
      <w:r>
        <w:rPr>
          <w:b/>
        </w:rPr>
        <w:t xml:space="preserve">[36:35] </w:t>
      </w:r>
      <w:r>
        <w:t>opportunity yeh thi ke isi ki wajah se wahan ek audience mil raha tha aap ko.</w:t>
      </w:r>
    </w:p>
    <w:p>
      <w:pPr>
        <w:jc w:val="right"/>
      </w:pPr>
      <w:r>
        <w:t>اپرچونیٹی یہ تھی کہ اسی کی وجہ سے وہاں ایک آڈینس مل رہا تھا آپ کو۔</w:t>
      </w:r>
    </w:p>
    <w:p>
      <w:r>
        <w:rPr>
          <w:b/>
        </w:rPr>
        <w:t xml:space="preserve">[36:39] </w:t>
      </w:r>
      <w:r>
        <w:t>اس کو قرآن میں کہا گیا کہ with every problem</w:t>
      </w:r>
    </w:p>
    <w:p>
      <w:pPr>
        <w:jc w:val="right"/>
      </w:pPr>
      <w:r>
        <w:t>اس کو قرآن میں کہا گیا کہ ود ایوری پرابلم</w:t>
      </w:r>
    </w:p>
    <w:p>
      <w:r>
        <w:rPr>
          <w:b/>
        </w:rPr>
        <w:t xml:space="preserve">[36:43] </w:t>
      </w:r>
      <w:r>
        <w:t>there is an opportunity.</w:t>
      </w:r>
    </w:p>
    <w:p>
      <w:pPr>
        <w:jc w:val="right"/>
      </w:pPr>
      <w:r>
        <w:t>دیر از آن اپرچونیٹی۔</w:t>
      </w:r>
    </w:p>
    <w:p>
      <w:r>
        <w:rPr>
          <w:b/>
        </w:rPr>
        <w:t xml:space="preserve">[36:48] </w:t>
      </w:r>
      <w:r>
        <w:t>to is ko aap ne aur zyada kaha is tarah se ke ke problem ek hota hai to</w:t>
      </w:r>
    </w:p>
    <w:p>
      <w:pPr>
        <w:jc w:val="right"/>
      </w:pPr>
      <w:r>
        <w:t>تو اس کو آپ نے اور زیادہ کہا اس طریقے سے کہ کہ پرابلم ایک ہوتا ہے تو</w:t>
      </w:r>
    </w:p>
    <w:p>
      <w:r>
        <w:rPr>
          <w:b/>
        </w:rPr>
        <w:t xml:space="preserve">[36:53] </w:t>
      </w:r>
      <w:r>
        <w:t>opportunity double hoti hai.</w:t>
      </w:r>
    </w:p>
    <w:p>
      <w:pPr>
        <w:jc w:val="right"/>
      </w:pPr>
      <w:r>
        <w:t>اپرچونیٹی ڈبل ہوتی ہے۔</w:t>
      </w:r>
    </w:p>
    <w:p>
      <w:r>
        <w:rPr>
          <w:b/>
        </w:rPr>
        <w:t xml:space="preserve">[36:58] </w:t>
      </w:r>
      <w:r>
        <w:t>woh kaise? jab rasool Allah wahan gaye to ek common aadmi soch nahi sakta tha yeh baat.</w:t>
      </w:r>
    </w:p>
    <w:p>
      <w:pPr>
        <w:jc w:val="right"/>
      </w:pPr>
      <w:r>
        <w:t>وہ کیسے؟ جب رسول اللہ وہاں گئے تو ایک کامن آدمی سوچ نہیں سکتا تھا یہ بات۔</w:t>
      </w:r>
    </w:p>
    <w:p>
      <w:r>
        <w:rPr>
          <w:b/>
        </w:rPr>
        <w:t xml:space="preserve">[37:03] </w:t>
      </w:r>
      <w:r>
        <w:t>it requires a brainstorming.</w:t>
      </w:r>
    </w:p>
    <w:p>
      <w:pPr>
        <w:jc w:val="right"/>
      </w:pPr>
      <w:r>
        <w:t>اٹ ریکوائرڈز اے برین اسٹارمنگ۔</w:t>
      </w:r>
    </w:p>
    <w:p>
      <w:r>
        <w:rPr>
          <w:b/>
        </w:rPr>
        <w:t xml:space="preserve">[37:08] </w:t>
      </w:r>
      <w:r>
        <w:t>aaj kal dekhiye jo hai idhar udhar woh but</w:t>
      </w:r>
    </w:p>
    <w:p>
      <w:pPr>
        <w:jc w:val="right"/>
      </w:pPr>
      <w:r>
        <w:t>آج کل دیکھیے جو ہے ادھر ادھر وہ بت</w:t>
      </w:r>
    </w:p>
    <w:p>
      <w:r>
        <w:rPr>
          <w:b/>
        </w:rPr>
        <w:t xml:space="preserve">[37:13] </w:t>
      </w:r>
      <w:r>
        <w:t>ton ko todna ko bara kamal samajhte hain.</w:t>
      </w:r>
    </w:p>
    <w:p>
      <w:pPr>
        <w:jc w:val="right"/>
      </w:pPr>
      <w:r>
        <w:t>وں کو توڑنا کو بڑا کمال سمجھتے ہیں۔</w:t>
      </w:r>
    </w:p>
    <w:p>
      <w:r>
        <w:rPr>
          <w:b/>
        </w:rPr>
        <w:t xml:space="preserve">[37:17] </w:t>
      </w:r>
      <w:r>
        <w:t>mahmood but shikan bara pride ke sath kehte hain mahmood but shikan.</w:t>
      </w:r>
    </w:p>
    <w:p>
      <w:pPr>
        <w:jc w:val="right"/>
      </w:pPr>
      <w:r>
        <w:t>محمود بت شکن بڑے پرائیڈ کے ساتھ کہتے ہیں محمود بت شکن۔</w:t>
      </w:r>
    </w:p>
    <w:p>
      <w:r>
        <w:rPr>
          <w:b/>
        </w:rPr>
        <w:t xml:space="preserve">[37:20] </w:t>
      </w:r>
      <w:r>
        <w:t>ke mahmood aya india mein but toda.</w:t>
      </w:r>
    </w:p>
    <w:p>
      <w:pPr>
        <w:jc w:val="right"/>
      </w:pPr>
      <w:r>
        <w:t>کہ محمود آیا انڈیا میں بت توڑا۔</w:t>
      </w:r>
    </w:p>
    <w:p>
      <w:r>
        <w:rPr>
          <w:b/>
        </w:rPr>
        <w:t xml:space="preserve">[37:23] </w:t>
      </w:r>
      <w:r>
        <w:t>halanke is ne ek jhoota kaam kiya.</w:t>
      </w:r>
    </w:p>
    <w:p>
      <w:pPr>
        <w:jc w:val="right"/>
      </w:pPr>
      <w:r>
        <w:t>حالانکہ اس نے ایک جھوٹا کام کیا۔</w:t>
      </w:r>
    </w:p>
    <w:p>
      <w:r>
        <w:rPr>
          <w:b/>
        </w:rPr>
        <w:t xml:space="preserve">[37:27] </w:t>
      </w:r>
      <w:r>
        <w:t>prophet ke model se hat gaya woh.</w:t>
      </w:r>
    </w:p>
    <w:p>
      <w:pPr>
        <w:jc w:val="right"/>
      </w:pPr>
      <w:r>
        <w:t>پرافٹ کے ماڈل سے ہٹ گیا وہ۔</w:t>
      </w:r>
    </w:p>
    <w:p>
      <w:r>
        <w:rPr>
          <w:b/>
        </w:rPr>
        <w:t xml:space="preserve">[37:30] </w:t>
      </w:r>
      <w:r>
        <w:t>mahmood jo aya tha gujrat mein aur somnath mein mandir ko toda tha to bara fakhr ke sath</w:t>
      </w:r>
    </w:p>
    <w:p>
      <w:pPr>
        <w:jc w:val="right"/>
      </w:pPr>
      <w:r>
        <w:t>محمود جو آیا تھا گجرات میں اور سومناتھ میں مندر کو توڑا تھا تو بڑے فخر کے ساتھ</w:t>
      </w:r>
    </w:p>
    <w:p>
      <w:r>
        <w:rPr>
          <w:b/>
        </w:rPr>
        <w:t xml:space="preserve">[37:33] </w:t>
      </w:r>
      <w:r>
        <w:t>log kehte hain mahmood but shikan.</w:t>
      </w:r>
    </w:p>
    <w:p>
      <w:pPr>
        <w:jc w:val="right"/>
      </w:pPr>
      <w:r>
        <w:t>لوگ کہتے ہیں محمود بت شکن۔</w:t>
      </w:r>
    </w:p>
    <w:p>
      <w:r>
        <w:rPr>
          <w:b/>
        </w:rPr>
        <w:t xml:space="preserve">[37:37] </w:t>
      </w:r>
      <w:r>
        <w:t>mahmood but ko torne wala.</w:t>
      </w:r>
    </w:p>
    <w:p>
      <w:pPr>
        <w:jc w:val="right"/>
      </w:pPr>
      <w:r>
        <w:t>محمود بت کو توڑنے والا۔</w:t>
      </w:r>
    </w:p>
    <w:p>
      <w:r>
        <w:rPr>
          <w:b/>
        </w:rPr>
        <w:t xml:space="preserve">[37:40] </w:t>
      </w:r>
      <w:r>
        <w:t>kaha jaye ke mahmood</w:t>
      </w:r>
    </w:p>
    <w:p>
      <w:pPr>
        <w:jc w:val="right"/>
      </w:pPr>
      <w:r>
        <w:t>کہا جائے کہ محمود</w:t>
      </w:r>
    </w:p>
    <w:p>
      <w:r>
        <w:rPr>
          <w:b/>
        </w:rPr>
        <w:t xml:space="preserve">[37:43] </w:t>
      </w:r>
      <w:r>
        <w:t>jis ne ke prophet ke model se deviate kiya. yeh kehna chahiye. jis ne prophet ke model ko apnaya nahi. jo prophet ke model ke khilaf chala yeh kehna chahiye. yeh kya kehte hain mahmood but shikan. to kyun? mahmood ne is par socha nahi ke is ke andar brainstorming ho. bas dekha aur laga us ko todne. rasool allah ke liye kya hua? jab aap gaye wahan par aur dekha ke yahan par bton hain. to aik</w:t>
      </w:r>
    </w:p>
    <w:p>
      <w:pPr>
        <w:jc w:val="right"/>
      </w:pPr>
      <w:r>
        <w:t>جس نے کہ پرافٹ کے ماڈل سے ڈیویٹ کیا۔ یہ کہنا چاہیے۔ جس نے پرافٹ کے ماڈل کو اپنایا نہیں۔ جو پرافٹ کے ماڈل کے خلاف چلا یہ کہنا چاہیے۔ یہ کیا کہتے ہیں محمود بت شکن۔ تو کیوں؟ محمود نے اس پر سوچا نہیں کہ اس کے اندر برین اسٹارمنگ ہو۔ بس دیکھا اور لگا اس کو توڑنے۔ رسول اللہ کے لیے کیا ہوا؟ جب آپ گئے وہاں پر اور دیکھا کہ یہاں پر بت ہیں۔ تو ایک</w:t>
      </w:r>
    </w:p>
    <w:p>
      <w:r>
        <w:rPr>
          <w:b/>
        </w:rPr>
        <w:t xml:space="preserve">[38:13] </w:t>
      </w:r>
      <w:r>
        <w:t>aap ko dikhai pada ke yahan problem hai. is problem se aap ke andar soch jaagi. brainstorming hui. aap ne ab mind ko activate kiya. to sochte sochte kya mila? ke bohat bari discovery aap ko ho gayi. that was a discovery. yani prophet bhi insan tha hamari taraf se. woh koi mechanical way mein nahi un ka kaam hota tha. sochte the un ke ind</w:t>
      </w:r>
    </w:p>
    <w:p>
      <w:pPr>
        <w:jc w:val="right"/>
      </w:pPr>
      <w:r>
        <w:t>آپ کو دکھائی پڑا کہ یہاں پرابلم ہے۔ اس پرابلم سے آپ کے اندر سوچ جاگی۔ برین اسٹارمنگ ہوئی۔ آپ نے اب مائنڈ کو ایکٹیویٹ کیا۔ تو سوچتے سوچتے کیا ملا؟ کہ بہت بڑی ڈسکوری آپ کو ہو گئی۔ دیٹ واز اے ڈسکوری۔ یعنی پرافٹ بھی انسان تھا ہماری طرف سے۔ وہ کوئی مکینیکل وے میں نہیں ان کا کام ہوتا تھا۔ سوچتے تھے ان کے اند</w:t>
      </w:r>
    </w:p>
    <w:p>
      <w:r>
        <w:rPr>
          <w:b/>
        </w:rPr>
        <w:t xml:space="preserve">[38:43] </w:t>
      </w:r>
      <w:r>
        <w:t>r brein starmining hoti thi.</w:t>
      </w:r>
    </w:p>
    <w:p>
      <w:pPr>
        <w:jc w:val="right"/>
      </w:pPr>
      <w:r>
        <w:t>ر برین اسٹارمنگ ہوتی تھی۔</w:t>
      </w:r>
    </w:p>
    <w:p>
      <w:r>
        <w:rPr>
          <w:b/>
        </w:rPr>
        <w:t xml:space="preserve">[38:48] </w:t>
      </w:r>
      <w:r>
        <w:t>yeh mat samjhiye ke woh bas khuda ki taraf se woh remote control hota tha bas wahi karte</w:t>
      </w:r>
    </w:p>
    <w:p>
      <w:pPr>
        <w:jc w:val="right"/>
      </w:pPr>
      <w:r>
        <w:t>یہ مت سمجھئے کہ وہ بس خدا کی طرف سے وہ ریموٹ کنٹرول ہوتا تھا بس وہی کرتے</w:t>
      </w:r>
    </w:p>
    <w:p>
      <w:r>
        <w:rPr>
          <w:b/>
        </w:rPr>
        <w:t xml:space="preserve">[38:52] </w:t>
      </w:r>
      <w:r>
        <w:t>rehte the sirf.</w:t>
      </w:r>
    </w:p>
    <w:p>
      <w:pPr>
        <w:jc w:val="right"/>
      </w:pPr>
      <w:r>
        <w:t>رہتے تھے صرف۔</w:t>
      </w:r>
    </w:p>
    <w:p>
      <w:r>
        <w:rPr>
          <w:b/>
        </w:rPr>
        <w:t xml:space="preserve">[38:56] </w:t>
      </w:r>
      <w:r>
        <w:t>aisa nahi hota tha.</w:t>
      </w:r>
    </w:p>
    <w:p>
      <w:pPr>
        <w:jc w:val="right"/>
      </w:pPr>
      <w:r>
        <w:t>ایسا نہیں ہوتا تھا۔</w:t>
      </w:r>
    </w:p>
    <w:p>
      <w:r>
        <w:rPr>
          <w:b/>
        </w:rPr>
        <w:t xml:space="preserve">[39:01] </w:t>
      </w:r>
      <w:r>
        <w:t>rasool Allah ek insan the.</w:t>
      </w:r>
    </w:p>
    <w:p>
      <w:pPr>
        <w:jc w:val="right"/>
      </w:pPr>
      <w:r>
        <w:t>رسول اللہ ایک انسان تھے۔</w:t>
      </w:r>
    </w:p>
    <w:p>
      <w:r>
        <w:rPr>
          <w:b/>
        </w:rPr>
        <w:t xml:space="preserve">[39:05] </w:t>
      </w:r>
      <w:r>
        <w:t>bashar rasoolah quran majeed mein aya hua hai.</w:t>
      </w:r>
    </w:p>
    <w:p>
      <w:pPr>
        <w:jc w:val="right"/>
      </w:pPr>
      <w:r>
        <w:t>بشر رسولہ قرآن مجید میں آیا ہوا ہے۔</w:t>
      </w:r>
    </w:p>
    <w:p>
      <w:r>
        <w:rPr>
          <w:b/>
        </w:rPr>
        <w:t xml:space="preserve">[39:10] </w:t>
      </w:r>
      <w:r>
        <w:t>illa woh sab aap par beita tha</w:t>
      </w:r>
    </w:p>
    <w:p>
      <w:pPr>
        <w:jc w:val="right"/>
      </w:pPr>
      <w:r>
        <w:t>الا وہ سب آپ پر بیتتا تھا</w:t>
      </w:r>
    </w:p>
    <w:p>
      <w:r>
        <w:rPr>
          <w:b/>
        </w:rPr>
        <w:t xml:space="preserve">[39:14] </w:t>
      </w:r>
      <w:r>
        <w:t>jo insan par beita hai.</w:t>
      </w:r>
    </w:p>
    <w:p>
      <w:pPr>
        <w:jc w:val="right"/>
      </w:pPr>
      <w:r>
        <w:t>جو انسان پر بیتتا ہے۔</w:t>
      </w:r>
    </w:p>
    <w:p>
      <w:r>
        <w:rPr>
          <w:b/>
        </w:rPr>
        <w:t xml:space="preserve">[39:17] </w:t>
      </w:r>
      <w:r>
        <w:t>aap ko ghussa bhi aata tha.</w:t>
      </w:r>
    </w:p>
    <w:p>
      <w:pPr>
        <w:jc w:val="right"/>
      </w:pPr>
      <w:r>
        <w:t>آپ کو غصہ بھی آتا تھا۔</w:t>
      </w:r>
    </w:p>
    <w:p>
      <w:r>
        <w:rPr>
          <w:b/>
        </w:rPr>
        <w:t xml:space="preserve">[39:20] </w:t>
      </w:r>
      <w:r>
        <w:t>aap ko bhookh bhi lagti thi.</w:t>
      </w:r>
    </w:p>
    <w:p>
      <w:pPr>
        <w:jc w:val="right"/>
      </w:pPr>
      <w:r>
        <w:t>آپ کو بھوک بھی لگتی تھی۔</w:t>
      </w:r>
    </w:p>
    <w:p>
      <w:r>
        <w:rPr>
          <w:b/>
        </w:rPr>
        <w:t xml:space="preserve">[39:24] </w:t>
      </w:r>
      <w:r>
        <w:t>aap ko pyaas bhi lagti thi.</w:t>
      </w:r>
    </w:p>
    <w:p>
      <w:pPr>
        <w:jc w:val="right"/>
      </w:pPr>
      <w:r>
        <w:t>آپ کو پیاس بھی لگتی تھی۔</w:t>
      </w:r>
    </w:p>
    <w:p>
      <w:r>
        <w:rPr>
          <w:b/>
        </w:rPr>
        <w:t xml:space="preserve">[39:27] </w:t>
      </w:r>
      <w:r>
        <w:t>ek baar tha ghore par charhe to ghore par gir bhi pade aap.</w:t>
      </w:r>
    </w:p>
    <w:p>
      <w:pPr>
        <w:jc w:val="right"/>
      </w:pPr>
      <w:r>
        <w:t>ایک بار تھا گھوڑے پر چڑھے تو گھوڑے پر گر بھی پڑے آپ۔</w:t>
      </w:r>
    </w:p>
    <w:p>
      <w:r>
        <w:rPr>
          <w:b/>
        </w:rPr>
        <w:t xml:space="preserve">[39:30] </w:t>
      </w:r>
      <w:r>
        <w:t>to insan ko jo kuch experience hote hain woh aap par bhi hue hain.</w:t>
      </w:r>
    </w:p>
    <w:p>
      <w:pPr>
        <w:jc w:val="right"/>
      </w:pPr>
      <w:r>
        <w:t>تو انسان کو جو کچھ ایکسپیرئینس ہوتے ہیں وہ آپ پر بھی ہوئے ہیں۔</w:t>
      </w:r>
    </w:p>
    <w:p>
      <w:r>
        <w:rPr>
          <w:b/>
        </w:rPr>
        <w:t xml:space="preserve">[39:33] </w:t>
      </w:r>
      <w:r>
        <w:t>tabhi to aap model hain.</w:t>
      </w:r>
    </w:p>
    <w:p>
      <w:pPr>
        <w:jc w:val="right"/>
      </w:pPr>
      <w:r>
        <w:t>تبھی تو آپ ماڈل ہیں۔</w:t>
      </w:r>
    </w:p>
    <w:p>
      <w:r>
        <w:rPr>
          <w:b/>
        </w:rPr>
        <w:t xml:space="preserve">[39:36] </w:t>
      </w:r>
      <w:r>
        <w:t>hamare model kyun hote hain aap? phir model na hote aap hamare liye.</w:t>
      </w:r>
    </w:p>
    <w:p>
      <w:pPr>
        <w:jc w:val="right"/>
      </w:pPr>
      <w:r>
        <w:t>ہمارے ماڈل کیوں ہوتے ہیں آپ؟ پھر ماڈل نہ ہوتے آپ ہمارے لیے۔</w:t>
      </w:r>
    </w:p>
    <w:p>
      <w:r>
        <w:rPr>
          <w:b/>
        </w:rPr>
        <w:t xml:space="preserve">[39:40] </w:t>
      </w:r>
      <w:r>
        <w:t>angel hamara model nahi hai.</w:t>
      </w:r>
    </w:p>
    <w:p>
      <w:pPr>
        <w:jc w:val="right"/>
      </w:pPr>
      <w:r>
        <w:t>اینجل ہمارا ماڈل نہیں ہے۔</w:t>
      </w:r>
    </w:p>
    <w:p>
      <w:r>
        <w:rPr>
          <w:b/>
        </w:rPr>
        <w:t xml:space="preserve">[39:43] </w:t>
      </w:r>
      <w:r>
        <w:t>khuda hamara model nahi hai.</w:t>
      </w:r>
    </w:p>
    <w:p>
      <w:pPr>
        <w:jc w:val="right"/>
      </w:pPr>
      <w:r>
        <w:t>خدا ہمارا ماڈل نہیں ہے۔</w:t>
      </w:r>
    </w:p>
    <w:p>
      <w:r>
        <w:rPr>
          <w:b/>
        </w:rPr>
        <w:t xml:space="preserve">[39:46] </w:t>
      </w:r>
      <w:r>
        <w:t>agar woh agar woh khuda hote to hamare model na hote.</w:t>
      </w:r>
    </w:p>
    <w:p>
      <w:pPr>
        <w:jc w:val="right"/>
      </w:pPr>
      <w:r>
        <w:t>اگر وہ اگر وہ خدا ہوتے تو ہمارے ماڈل نہ ہوتے۔</w:t>
      </w:r>
    </w:p>
    <w:p>
      <w:r>
        <w:rPr>
          <w:b/>
        </w:rPr>
        <w:t xml:space="preserve">[39:50] </w:t>
      </w:r>
      <w:r>
        <w:t>woh angel hote tab bhi woh hamare model na hote.</w:t>
      </w:r>
    </w:p>
    <w:p>
      <w:pPr>
        <w:jc w:val="right"/>
      </w:pPr>
      <w:r>
        <w:t>وہ اینجل ہوتے تب بھی وہ ہمارے ماڈل نہ ہوتے۔</w:t>
      </w:r>
    </w:p>
    <w:p>
      <w:r>
        <w:rPr>
          <w:b/>
        </w:rPr>
        <w:t xml:space="preserve">[39:55] </w:t>
      </w:r>
      <w:r>
        <w:t>woh insan the.</w:t>
      </w:r>
    </w:p>
    <w:p>
      <w:pPr>
        <w:jc w:val="right"/>
      </w:pPr>
      <w:r>
        <w:t>وہ انسان تھے۔</w:t>
      </w:r>
    </w:p>
    <w:p>
      <w:r>
        <w:rPr>
          <w:b/>
        </w:rPr>
        <w:t xml:space="preserve">[39:59] </w:t>
      </w:r>
      <w:r>
        <w:t>to yahan par dekhiye woh apne hi experience ko bata rahe hain.</w:t>
      </w:r>
    </w:p>
    <w:p>
      <w:pPr>
        <w:jc w:val="right"/>
      </w:pPr>
      <w:r>
        <w:t>تو یہاں پر دیکھیے وہ اپنے ہی ایکسپیرئینس کو بتا رہے ہیں۔</w:t>
      </w:r>
    </w:p>
    <w:p>
      <w:r>
        <w:rPr>
          <w:b/>
        </w:rPr>
        <w:t xml:space="preserve">[40:03] </w:t>
      </w:r>
      <w:r>
        <w:t>ab is ko add karein aap is sari baton ko to jab aap wahan gaye aur dekha ke</w:t>
      </w:r>
    </w:p>
    <w:p>
      <w:pPr>
        <w:jc w:val="right"/>
      </w:pPr>
      <w:r>
        <w:t>اب اس کو ایڈ کریں آپ اس ساری باتوں کو تو جب آپ وہاں گئے اور دیکھا کہ</w:t>
      </w:r>
    </w:p>
    <w:p>
      <w:r>
        <w:rPr>
          <w:b/>
        </w:rPr>
        <w:t xml:space="preserve">[40:08] </w:t>
      </w:r>
      <w:r>
        <w:t>yahan to problem hai.</w:t>
      </w:r>
    </w:p>
    <w:p>
      <w:pPr>
        <w:jc w:val="right"/>
      </w:pPr>
      <w:r>
        <w:t>یہاں تو پرابلم ہے۔</w:t>
      </w:r>
    </w:p>
    <w:p>
      <w:r>
        <w:rPr>
          <w:b/>
        </w:rPr>
        <w:t xml:space="preserve">[40:12] </w:t>
      </w:r>
      <w:r>
        <w:t>yahan to problem hai kya kya kiya jaye? to aap ke andar brainstorming hui.</w:t>
      </w:r>
    </w:p>
    <w:p>
      <w:pPr>
        <w:jc w:val="right"/>
      </w:pPr>
      <w:r>
        <w:t>یہاں تو پرابلم ہے کیا کیا جائے؟ تو آپ کے اندر برین اسٹارمنگ ہوئی۔</w:t>
      </w:r>
    </w:p>
    <w:p>
      <w:r>
        <w:rPr>
          <w:b/>
        </w:rPr>
        <w:t xml:space="preserve">[40:16] </w:t>
      </w:r>
      <w:r>
        <w:t>aap ka mind activate hua. to sochte sochte aik bohat bare aik bohat bara formula discover ho gaya. woh formula kya tha? ke ignore karo yani idol ke presence ko ignore karo. aur audience jo wahan aata hai jo gathering jo hoti hai us ko avail karo. is gathering ko avail karo bator audience ke. to aik taraf</w:t>
      </w:r>
    </w:p>
    <w:p>
      <w:pPr>
        <w:jc w:val="right"/>
      </w:pPr>
      <w:r>
        <w:t>آپ کا مائنڈ ایکٹیویٹ ہوا۔ تو سوچتے سوچتے ایک بہت بڑے ایک بہت بڑا فارمولا ڈسکور ہو گیا۔ وہ فارمولا کیا تھا؟ کہ اگنور کرو یعنی آئیڈل کے پریزنس کو اگنور کرو۔ اور آڈینس جو وہاں آتا ہے جو گیدرنگ جو ہوتی ہے اس کو اویل کرو۔ اس گیدرنگ کو اویل کرو بطور آڈینس کے۔ تو ایک طرف</w:t>
      </w:r>
    </w:p>
    <w:p>
      <w:r>
        <w:rPr>
          <w:b/>
        </w:rPr>
        <w:t xml:space="preserve">[40:46] </w:t>
      </w:r>
      <w:r>
        <w:t>wo problem ke sath opportunity thi.</w:t>
      </w:r>
    </w:p>
    <w:p>
      <w:pPr>
        <w:jc w:val="right"/>
      </w:pPr>
      <w:r>
        <w:t>وہ پرابلم کے ساتھ اپرچونیٹی تھی۔</w:t>
      </w:r>
    </w:p>
    <w:p>
      <w:r>
        <w:rPr>
          <w:b/>
        </w:rPr>
        <w:t xml:space="preserve">[40:50] </w:t>
      </w:r>
      <w:r>
        <w:t>yani but thay to wahan par gathering thi.</w:t>
      </w:r>
    </w:p>
    <w:p>
      <w:pPr>
        <w:jc w:val="right"/>
      </w:pPr>
      <w:r>
        <w:t>یعنی بت تھے تو وہاں پر گیدرنگ تھی۔</w:t>
      </w:r>
    </w:p>
    <w:p>
      <w:r>
        <w:rPr>
          <w:b/>
        </w:rPr>
        <w:t xml:space="preserve">[40:54] </w:t>
      </w:r>
      <w:r>
        <w:t>aur is ki waja se aap ke mind mein brainstorming hui.</w:t>
      </w:r>
    </w:p>
    <w:p>
      <w:pPr>
        <w:jc w:val="right"/>
      </w:pPr>
      <w:r>
        <w:t>اور اس کی وجہ سے آپ کے مائنڈ میں برین اسٹارمنگ ہوئی۔</w:t>
      </w:r>
    </w:p>
    <w:p>
      <w:r>
        <w:rPr>
          <w:b/>
        </w:rPr>
        <w:t xml:space="preserve">[40:57] </w:t>
      </w:r>
      <w:r>
        <w:t>aur ek naya formula discover ho gaya.</w:t>
      </w:r>
    </w:p>
    <w:p>
      <w:pPr>
        <w:jc w:val="right"/>
      </w:pPr>
      <w:r>
        <w:t>اور ایک نیا فارمولا ڈسکور ہو گیا۔</w:t>
      </w:r>
    </w:p>
    <w:p>
      <w:r>
        <w:rPr>
          <w:b/>
        </w:rPr>
        <w:t xml:space="preserve">[41:01] </w:t>
      </w:r>
      <w:r>
        <w:t>is liye aap ne kaha ke agar problem ek hoga to opportunity double hogi.</w:t>
      </w:r>
    </w:p>
    <w:p>
      <w:pPr>
        <w:jc w:val="right"/>
      </w:pPr>
      <w:r>
        <w:t>اس لیے آپ نے کہا کہ اگر پرابلم ایک ہوگا تو اپرچونیٹی ڈبل ہوگی۔</w:t>
      </w:r>
    </w:p>
    <w:p>
      <w:r>
        <w:rPr>
          <w:b/>
        </w:rPr>
        <w:t xml:space="preserve">[41:05] </w:t>
      </w:r>
      <w:r>
        <w:t>ab bataiye kitni bari science ye hai.</w:t>
      </w:r>
    </w:p>
    <w:p>
      <w:pPr>
        <w:jc w:val="right"/>
      </w:pPr>
      <w:r>
        <w:t>اب بتائیں کتنی بڑی سائنس یہ ہے۔</w:t>
      </w:r>
    </w:p>
    <w:p>
      <w:r>
        <w:rPr>
          <w:b/>
        </w:rPr>
        <w:t xml:space="preserve">[41:09] </w:t>
      </w:r>
      <w:r>
        <w:t>kitni bari science ye hai.</w:t>
      </w:r>
    </w:p>
    <w:p>
      <w:pPr>
        <w:jc w:val="right"/>
      </w:pPr>
      <w:r>
        <w:t>کتنی بڑی سائنس یہ ہے۔</w:t>
      </w:r>
    </w:p>
    <w:p>
      <w:r>
        <w:rPr>
          <w:b/>
        </w:rPr>
        <w:t xml:space="preserve">[41:12] </w:t>
      </w:r>
      <w:r>
        <w:t>sari history mein dekhiye sari history mein</w:t>
      </w:r>
    </w:p>
    <w:p>
      <w:pPr>
        <w:jc w:val="right"/>
      </w:pPr>
      <w:r>
        <w:t>ساری ہسٹری میں دیکھیے ساری ہسٹری میں</w:t>
      </w:r>
    </w:p>
    <w:p>
      <w:r>
        <w:rPr>
          <w:b/>
        </w:rPr>
        <w:t xml:space="preserve">[41:16] </w:t>
      </w:r>
      <w:r>
        <w:t>log problem se larna jante thay.</w:t>
      </w:r>
    </w:p>
    <w:p>
      <w:pPr>
        <w:jc w:val="right"/>
      </w:pPr>
      <w:r>
        <w:t>لوگ پرابلم سے لڑنا جانتے تھے۔</w:t>
      </w:r>
    </w:p>
    <w:p>
      <w:r>
        <w:rPr>
          <w:b/>
        </w:rPr>
        <w:t xml:space="preserve">[41:20] </w:t>
      </w:r>
      <w:r>
        <w:t>jis ko dekhiye problem se lad raha hai wo.</w:t>
      </w:r>
    </w:p>
    <w:p>
      <w:pPr>
        <w:jc w:val="right"/>
      </w:pPr>
      <w:r>
        <w:t>جس کو دیکھیے پرابلم سے لڑ رہا ہے وہ۔</w:t>
      </w:r>
    </w:p>
    <w:p>
      <w:r>
        <w:rPr>
          <w:b/>
        </w:rPr>
        <w:t xml:space="preserve">[41:24] </w:t>
      </w:r>
      <w:r>
        <w:t>top ke log russo lijiye, mask ko lijiye.</w:t>
      </w:r>
    </w:p>
    <w:p>
      <w:pPr>
        <w:jc w:val="right"/>
      </w:pPr>
      <w:r>
        <w:t>ٹاپ کے لوگ روسو لیجیے، ماسک کو لیجیے۔</w:t>
      </w:r>
    </w:p>
    <w:p>
      <w:r>
        <w:rPr>
          <w:b/>
        </w:rPr>
        <w:t xml:space="preserve">[41:28] </w:t>
      </w:r>
      <w:r>
        <w:t>jis ko dekhiye problem se lad raha hai wo.</w:t>
      </w:r>
    </w:p>
    <w:p>
      <w:pPr>
        <w:jc w:val="right"/>
      </w:pPr>
      <w:r>
        <w:t>جس کو دیکھیے پرابلم سے لڑ رہا ہے وہ۔</w:t>
      </w:r>
    </w:p>
    <w:p>
      <w:r>
        <w:rPr>
          <w:b/>
        </w:rPr>
        <w:t xml:space="preserve">[41:31] </w:t>
      </w:r>
      <w:r>
        <w:t>problem ke sath jo opportunity wahi ki wahi hai wo.</w:t>
      </w:r>
    </w:p>
    <w:p>
      <w:pPr>
        <w:jc w:val="right"/>
      </w:pPr>
      <w:r>
        <w:t>پرابلم کے ساتھ جو اپرچونیٹی وہی کی وہی ہے وہ۔</w:t>
      </w:r>
    </w:p>
    <w:p>
      <w:r>
        <w:rPr>
          <w:b/>
        </w:rPr>
        <w:t xml:space="preserve">[41:35] </w:t>
      </w:r>
      <w:r>
        <w:t>is ko discover nahi kar sake wo.</w:t>
      </w:r>
    </w:p>
    <w:p>
      <w:pPr>
        <w:jc w:val="right"/>
      </w:pPr>
      <w:r>
        <w:t>اس کو ڈسکور نہیں کر سکے وہ۔</w:t>
      </w:r>
    </w:p>
    <w:p>
      <w:r>
        <w:rPr>
          <w:b/>
        </w:rPr>
        <w:t xml:space="preserve">[41:39] </w:t>
      </w:r>
      <w:r>
        <w:t>to kitni bari science hai jo Islam ne batai.</w:t>
      </w:r>
    </w:p>
    <w:p>
      <w:pPr>
        <w:jc w:val="right"/>
      </w:pPr>
      <w:r>
        <w:t>تو کتنی بڑی سائنس ہے جو اسلام نے بتائی۔</w:t>
      </w:r>
    </w:p>
    <w:p>
      <w:r>
        <w:rPr>
          <w:b/>
        </w:rPr>
        <w:t xml:space="preserve">[41:43] </w:t>
      </w:r>
      <w:r>
        <w:t>is science ko hum kyun nahi samajh pate?</w:t>
      </w:r>
    </w:p>
    <w:p>
      <w:pPr>
        <w:jc w:val="right"/>
      </w:pPr>
      <w:r>
        <w:t>اس سائنس کو ہم کیوں نہیں سمجھ پاتے؟</w:t>
      </w:r>
    </w:p>
    <w:p>
      <w:r>
        <w:rPr>
          <w:b/>
        </w:rPr>
        <w:t xml:space="preserve">[41:47] </w:t>
      </w:r>
      <w:r>
        <w:t>kyun ke hum Mahmood but shikan ko glorify karte hain.</w:t>
      </w:r>
    </w:p>
    <w:p>
      <w:pPr>
        <w:jc w:val="right"/>
      </w:pPr>
      <w:r>
        <w:t>کیونکہ ہم محمود بت شکن کو گلوریفائی کرتے ہیں۔</w:t>
      </w:r>
    </w:p>
    <w:p>
      <w:r>
        <w:rPr>
          <w:b/>
        </w:rPr>
        <w:t xml:space="preserve">[41:50] </w:t>
      </w:r>
      <w:r>
        <w:t>yani obsession hamare andar hai ek galat obsession.</w:t>
      </w:r>
    </w:p>
    <w:p>
      <w:pPr>
        <w:jc w:val="right"/>
      </w:pPr>
      <w:r>
        <w:t>یعنی آبسیشن ہمارے اندر ہے ایک غلط آبسیشن۔</w:t>
      </w:r>
    </w:p>
    <w:p>
      <w:r>
        <w:rPr>
          <w:b/>
        </w:rPr>
        <w:t xml:space="preserve">[41:54] </w:t>
      </w:r>
      <w:r>
        <w:t>ke Mahmood ne bara kar nama kiya.</w:t>
      </w:r>
    </w:p>
    <w:p>
      <w:pPr>
        <w:jc w:val="right"/>
      </w:pPr>
      <w:r>
        <w:t>کہ محمود نے بڑا کارنامہ کیا۔</w:t>
      </w:r>
    </w:p>
    <w:p>
      <w:r>
        <w:rPr>
          <w:b/>
        </w:rPr>
        <w:t xml:space="preserve">[41:58] </w:t>
      </w:r>
      <w:r>
        <w:t>halan ke Mahmood ne koi kaam nahi kiya.</w:t>
      </w:r>
    </w:p>
    <w:p>
      <w:pPr>
        <w:jc w:val="right"/>
      </w:pPr>
      <w:r>
        <w:t>حالانکہ محمود نے کوئی کام نہیں کیا۔</w:t>
      </w:r>
    </w:p>
    <w:p>
      <w:r>
        <w:rPr>
          <w:b/>
        </w:rPr>
        <w:t xml:space="preserve">[42:02] </w:t>
      </w:r>
      <w:r>
        <w:t>Mahmood Rasool Allah ke khilaf chala.</w:t>
      </w:r>
    </w:p>
    <w:p>
      <w:pPr>
        <w:jc w:val="right"/>
      </w:pPr>
      <w:r>
        <w:t>محمود رسول اللہ کے خلاف چلا۔</w:t>
      </w:r>
    </w:p>
    <w:p>
      <w:r>
        <w:rPr>
          <w:b/>
        </w:rPr>
        <w:t xml:space="preserve">[42:05] </w:t>
      </w:r>
      <w:r>
        <w:t>us ne deviate kiya.</w:t>
      </w:r>
    </w:p>
    <w:p>
      <w:pPr>
        <w:jc w:val="right"/>
      </w:pPr>
      <w:r>
        <w:t>اس نے ڈیویٹ کیا۔</w:t>
      </w:r>
    </w:p>
    <w:p>
      <w:r>
        <w:rPr>
          <w:b/>
        </w:rPr>
        <w:t xml:space="preserve">[42:09] </w:t>
      </w:r>
      <w:r>
        <w:t>to jab bhi aap dekhiye jiyenge pride mein, hate mein, arrogance mein, ego mein.</w:t>
      </w:r>
    </w:p>
    <w:p>
      <w:pPr>
        <w:jc w:val="right"/>
      </w:pPr>
      <w:r>
        <w:t>تو جب بھی آپ دیکھیے جئیں گے پرائیڈ میں، ہیٹ میں، آرگینس میں، ایگو میں۔</w:t>
      </w:r>
    </w:p>
    <w:p>
      <w:r>
        <w:rPr>
          <w:b/>
        </w:rPr>
        <w:t xml:space="preserve">[42:13] </w:t>
      </w:r>
      <w:r>
        <w:t>to is ki</w:t>
      </w:r>
    </w:p>
    <w:p>
      <w:pPr>
        <w:jc w:val="right"/>
      </w:pPr>
      <w:r>
        <w:t>تو اس کی</w:t>
      </w:r>
    </w:p>
    <w:p>
      <w:r>
        <w:rPr>
          <w:b/>
        </w:rPr>
        <w:t xml:space="preserve">[42:17] </w:t>
      </w:r>
      <w:r>
        <w:t>price kiya deni pare gi? bari bari discovery karne se aap reh jayenge.</w:t>
      </w:r>
    </w:p>
    <w:p>
      <w:pPr>
        <w:jc w:val="right"/>
      </w:pPr>
      <w:r>
        <w:t>پرائس کیا دینی پڑے گی؟ بڑی بڑی ڈسکوری کرنے سے آپ رہ جائیں گے۔</w:t>
      </w:r>
    </w:p>
    <w:p>
      <w:r>
        <w:rPr>
          <w:b/>
        </w:rPr>
        <w:t xml:space="preserve">[42:23] </w:t>
      </w:r>
      <w:r>
        <w:t>yad rakhiye sab se bara jo insan ke liye base hai knowledge ka woh hai modesty. modesty.</w:t>
      </w:r>
    </w:p>
    <w:p>
      <w:pPr>
        <w:jc w:val="right"/>
      </w:pPr>
      <w:r>
        <w:t>یاد رکھیے سب سے بڑا جو انسان کے لیے بیس ہے نالج کا وہ ہے مودیسٹی۔ مودیسٹی۔</w:t>
      </w:r>
    </w:p>
    <w:p>
      <w:r>
        <w:rPr>
          <w:b/>
        </w:rPr>
        <w:t xml:space="preserve">[42:29] </w:t>
      </w:r>
      <w:r>
        <w:t>modesty ke baghair koi discovery nahi.</w:t>
      </w:r>
    </w:p>
    <w:p>
      <w:pPr>
        <w:jc w:val="right"/>
      </w:pPr>
      <w:r>
        <w:t>مودیسٹی کے بغیر کوئی ڈسکوری نہیں۔</w:t>
      </w:r>
    </w:p>
    <w:p>
      <w:r>
        <w:rPr>
          <w:b/>
        </w:rPr>
        <w:t xml:space="preserve">[42:35] </w:t>
      </w:r>
      <w:r>
        <w:t>modesty ke baghair koi realization nahi.</w:t>
      </w:r>
    </w:p>
    <w:p>
      <w:pPr>
        <w:jc w:val="right"/>
      </w:pPr>
      <w:r>
        <w:t>مودیسٹی کے بغیر کوئی ریلائزیشن نہیں۔</w:t>
      </w:r>
    </w:p>
    <w:p>
      <w:r>
        <w:rPr>
          <w:b/>
        </w:rPr>
        <w:t xml:space="preserve">[42:41] </w:t>
      </w:r>
      <w:r>
        <w:t>modesty ke baghair koi</w:t>
      </w:r>
    </w:p>
    <w:p>
      <w:pPr>
        <w:jc w:val="right"/>
      </w:pPr>
      <w:r>
        <w:t>مودیسٹی کے بغیر کوئی</w:t>
      </w:r>
    </w:p>
    <w:p>
      <w:r>
        <w:rPr>
          <w:b/>
        </w:rPr>
        <w:t xml:space="preserve">[42:47] </w:t>
      </w:r>
      <w:r>
        <w:t>intellectual development nahi. log kehte hain izzat nafs aik chala hua hai. yani woh self respect. self respect is only the other name of egoism. main self respect ko bilkul jhoota samajhta hoon. koi cheez nahi self respect hai. jahan self respect hoga kabhi bhi wahan intellectual development nahi hoga. sab se bari</w:t>
      </w:r>
    </w:p>
    <w:p>
      <w:pPr>
        <w:jc w:val="right"/>
      </w:pPr>
      <w:r>
        <w:t>انٹلیکچول ڈویلپمنٹ نہیں۔ لوگ کہتے ہیں عزت نفس ایک چلا ہوا ہے۔ یعنی وہ سیلف ریسپیکٹ۔ سیلف ریسپیکٹ از اونلی دی ادر نیم آف ایگو ازم۔ میں سیلف ریسپیکٹ کو بالکل جھوٹا سمجھتا ہوں۔ کوئی چیز نہیں سیلف ریسپیکٹ ہے۔ جہاں سیلف ریسپیکٹ ہوگا کبھی بھی وہاں انٹلیکچول ڈویلپمنٹ نہیں ہوگا۔ سب سے بڑی</w:t>
      </w:r>
    </w:p>
    <w:p>
      <w:r>
        <w:rPr>
          <w:b/>
        </w:rPr>
        <w:t xml:space="preserve">[43:17] </w:t>
      </w:r>
      <w:r>
        <w:t>cheez self respect nahi hai.</w:t>
      </w:r>
    </w:p>
    <w:p>
      <w:pPr>
        <w:jc w:val="right"/>
      </w:pPr>
      <w:r>
        <w:t>چیز سیلف ریسپیکٹ نہیں ہے۔</w:t>
      </w:r>
    </w:p>
    <w:p>
      <w:r>
        <w:rPr>
          <w:b/>
        </w:rPr>
        <w:t xml:space="preserve">[43:21] </w:t>
      </w:r>
      <w:r>
        <w:t>sab se bari cheez modesty hai.</w:t>
      </w:r>
    </w:p>
    <w:p>
      <w:pPr>
        <w:jc w:val="right"/>
      </w:pPr>
      <w:r>
        <w:t>سب سے بڑی چیز مودیسٹی ہے۔</w:t>
      </w:r>
    </w:p>
    <w:p>
      <w:r>
        <w:rPr>
          <w:b/>
        </w:rPr>
        <w:t xml:space="preserve">[43:26] </w:t>
      </w:r>
      <w:r>
        <w:t>modesty, modesty, modesty.</w:t>
      </w:r>
    </w:p>
    <w:p>
      <w:pPr>
        <w:jc w:val="right"/>
      </w:pPr>
      <w:r>
        <w:t>مودیسٹی، مودیسٹی، مودیسٹی۔</w:t>
      </w:r>
    </w:p>
    <w:p>
      <w:r>
        <w:rPr>
          <w:b/>
        </w:rPr>
        <w:t xml:space="preserve">[43:30] </w:t>
      </w:r>
      <w:r>
        <w:t>kyun modesty jab hogi? dekhiye har insan bohat thora janta hai baton ko.</w:t>
      </w:r>
    </w:p>
    <w:p>
      <w:pPr>
        <w:jc w:val="right"/>
      </w:pPr>
      <w:r>
        <w:t>کیوں مودیسٹی جب ہوگی؟ دیکھیے ہر انسان بہت تھوڑا جانتا ہے باتوں کو۔</w:t>
      </w:r>
    </w:p>
    <w:p>
      <w:r>
        <w:rPr>
          <w:b/>
        </w:rPr>
        <w:t xml:space="preserve">[43:35] </w:t>
      </w:r>
      <w:r>
        <w:t>koi insan aisa nahi jo sab baton ko janta ho.</w:t>
      </w:r>
    </w:p>
    <w:p>
      <w:pPr>
        <w:jc w:val="right"/>
      </w:pPr>
      <w:r>
        <w:t>کوئی انسان ایسا نہیں جو سب باتوں کو جانتا ہو۔</w:t>
      </w:r>
    </w:p>
    <w:p>
      <w:r>
        <w:rPr>
          <w:b/>
        </w:rPr>
        <w:t xml:space="preserve">[43:39] </w:t>
      </w:r>
      <w:r>
        <w:t>تو life is a process of discovery.</w:t>
      </w:r>
    </w:p>
    <w:p>
      <w:pPr>
        <w:jc w:val="right"/>
      </w:pPr>
      <w:r>
        <w:t>تو لائف از اے پروسیس آف ڈسکوری۔</w:t>
      </w:r>
    </w:p>
    <w:p>
      <w:r>
        <w:rPr>
          <w:b/>
        </w:rPr>
        <w:t xml:space="preserve">[43:43] </w:t>
      </w:r>
      <w:r>
        <w:t>life is a process of discoveries.</w:t>
      </w:r>
    </w:p>
    <w:p>
      <w:pPr>
        <w:jc w:val="right"/>
      </w:pPr>
      <w:r>
        <w:t>لائف از اے پروسیس آف ڈسکوریز۔</w:t>
      </w:r>
    </w:p>
    <w:p>
      <w:r>
        <w:rPr>
          <w:b/>
        </w:rPr>
        <w:t xml:space="preserve">[43:48] </w:t>
      </w:r>
      <w:r>
        <w:t>zindagi hamari shuru hoti hai to sath sath discovery bhi shuru hoti hai. mujhe to khuda ke fazl se har din discovery hoti hai, har din. har din discovery hoti hai. kyun? mere andar kuch bhi complex nahi hai. main foran kehta hoon i was wrong. aap dekh rahe hain meri bachi baithi hui hai sadia. hamari bachi hai. hum usay keh denge i was wrong. apni beti se kehta hoon main farida se i was</w:t>
      </w:r>
    </w:p>
    <w:p>
      <w:pPr>
        <w:jc w:val="right"/>
      </w:pPr>
      <w:r>
        <w:t>زندگی ہماری شروع ہوتی ہے تو ساتھ ساتھ ڈسکوری بھی شروع ہوتی ہے۔ مجھے تو خدا کے فضل سے ہر دن ڈسکوری ہوتی ہے، ہر دن۔ ہر دن ڈسکوری ہوتی ہے۔ کیوں؟ میرے اندر کچھ بھی کمپلیکس نہیں ہے۔ میں فوراً کہتا ہوں آئی واز رانگ۔ آپ دیکھ رہے ہیں میری بچی بیٹھی ہوئی ہے سعدیہ۔ ہماری بچی ہے۔ ہم اسے کہہ دیں گے آئی واز رانگ۔ اپنی بیٹی سے کہتا ہوں میں فریدہ سے آئی واز</w:t>
      </w:r>
    </w:p>
    <w:p>
      <w:r>
        <w:rPr>
          <w:b/>
        </w:rPr>
        <w:t xml:space="preserve">[44:18] </w:t>
      </w:r>
      <w:r>
        <w:t>wrong. mujhe koi pareshani nahi hoti. kyun jab aap yeh keh dein ke i was wrong to aap ke liye discovery ka door khul jata hai. us waqt tak yaad rakhiye discovery ka door band rahega jab tak aap arrogance mein jee rahe hain. aur jaise hi aap keh dein ke i was wrong us ke baad khul jata hai woh. to agar aap chah</w:t>
      </w:r>
    </w:p>
    <w:p>
      <w:pPr>
        <w:jc w:val="right"/>
      </w:pPr>
      <w:r>
        <w:t>رانگ۔ مجھے کوئی پریشانی نہیں ہوتی۔ کیوں جب آپ یہ کہہ دیں کہ آئی واز رانگ تو آپ کے لیے ڈسکوری کا ڈور کھل جاتا ہے۔ اس وقت تک یاد رکھیے ڈسکوری کا ڈور بند رہے گا جب تک آپ آرگینز میں جی رہے ہیں۔ اور جیسے ہی آپ کہہ دیں کہ آئی واز رانگ اس کے بعد کھل جاتا ہے وہ۔ تو اگر آپ چاہ</w:t>
      </w:r>
    </w:p>
    <w:p>
      <w:r>
        <w:rPr>
          <w:b/>
        </w:rPr>
        <w:t xml:space="preserve">[44:48] </w:t>
      </w:r>
      <w:r>
        <w:t>te hain ke process of discovery aap ke andar chalta rahe, chalta rahe, chalta rahe. to apne andar modesty paida kijiye. i was wrong kehne ka jo woh hindi mein kehte hain sahas, sahas paida kijiye. aur dekhiye is duniya mein sab se bari cheez jo hai woh hai intellectual discovery. kal mere paas aik telephone aaya hyder</w:t>
      </w:r>
    </w:p>
    <w:p>
      <w:pPr>
        <w:jc w:val="right"/>
      </w:pPr>
      <w:r>
        <w:t>تے ہیں کہ پروسیس آف ڈسکوری آپ کے اندر چلتا رہے، چلتا رہے، چلتا رہے۔ تو اپنے اندر مودیسٹی پیدا کیجیے۔ آئی واز رانگ کہنے کا جو وہ ہندی میں کہتے ہیں سہس، سہس پیدا کیجیے۔ اور دیکھیے اس دنیا میں سب سے بڑی چیز جو ہے وہ ہے انٹلیکچول ڈسکوری۔ کل میرے پاس ایک ٹیلہون آیا حیدر</w:t>
      </w:r>
    </w:p>
    <w:p>
      <w:r>
        <w:rPr>
          <w:b/>
        </w:rPr>
        <w:t xml:space="preserve">[45:18] </w:t>
      </w:r>
      <w:r>
        <w:t>abad se.</w:t>
      </w:r>
    </w:p>
    <w:p>
      <w:pPr>
        <w:jc w:val="right"/>
      </w:pPr>
      <w:r>
        <w:t>آباد سے۔</w:t>
      </w:r>
    </w:p>
    <w:p>
      <w:r>
        <w:rPr>
          <w:b/>
        </w:rPr>
        <w:t xml:space="preserve">[45:22] </w:t>
      </w:r>
      <w:r>
        <w:t>wohan hamare saathi hain.</w:t>
      </w:r>
    </w:p>
    <w:p>
      <w:pPr>
        <w:jc w:val="right"/>
      </w:pPr>
      <w:r>
        <w:t>وہاں ہمارے ساتھی ہیں۔</w:t>
      </w:r>
    </w:p>
    <w:p>
      <w:r>
        <w:rPr>
          <w:b/>
        </w:rPr>
        <w:t xml:space="preserve">[45:25] </w:t>
      </w:r>
      <w:r>
        <w:t>aaj ki discovery to meri yeh thi ke ek insan ko bhi agar tum ne zindagi di to</w:t>
      </w:r>
    </w:p>
    <w:p>
      <w:pPr>
        <w:jc w:val="right"/>
      </w:pPr>
      <w:r>
        <w:t>آج کی ڈسکوری تو میری یہ تھی کہ ایک انسان کو بھی اگر تم نے زندگی دی تو</w:t>
      </w:r>
    </w:p>
    <w:p>
      <w:r>
        <w:rPr>
          <w:b/>
        </w:rPr>
        <w:t xml:space="preserve">[45:29] </w:t>
      </w:r>
      <w:r>
        <w:t>sare insano ko zindagi de di aap ne.</w:t>
      </w:r>
    </w:p>
    <w:p>
      <w:pPr>
        <w:jc w:val="right"/>
      </w:pPr>
      <w:r>
        <w:t>سارے انسانوں کو زندگی دے دی آپ نے۔</w:t>
      </w:r>
    </w:p>
    <w:p>
      <w:r>
        <w:rPr>
          <w:b/>
        </w:rPr>
        <w:t xml:space="preserve">[45:33] </w:t>
      </w:r>
      <w:r>
        <w:t>to is ka matlab kiya hai? ke right option liya tum ne.</w:t>
      </w:r>
    </w:p>
    <w:p>
      <w:pPr>
        <w:jc w:val="right"/>
      </w:pPr>
      <w:r>
        <w:t>تو اس کا معنی کیا ہے؟ کہ رائٹ آپشن لیا تم نے۔</w:t>
      </w:r>
    </w:p>
    <w:p>
      <w:r>
        <w:rPr>
          <w:b/>
        </w:rPr>
        <w:t xml:space="preserve">[45:37] </w:t>
      </w:r>
      <w:r>
        <w:t>killing ka option wrong option hai.</w:t>
      </w:r>
    </w:p>
    <w:p>
      <w:pPr>
        <w:jc w:val="right"/>
      </w:pPr>
      <w:r>
        <w:t>کلنگ کا آپشن رانگ آپشن ہے۔</w:t>
      </w:r>
    </w:p>
    <w:p>
      <w:r>
        <w:rPr>
          <w:b/>
        </w:rPr>
        <w:t xml:space="preserve">[45:40] </w:t>
      </w:r>
      <w:r>
        <w:t>woh aadmi jis se tumhein shikayat hai us ko to mara tum ne, tum ne ghalat option liya.</w:t>
      </w:r>
    </w:p>
    <w:p>
      <w:pPr>
        <w:jc w:val="right"/>
      </w:pPr>
      <w:r>
        <w:t>وہ آدمی جس سے تمہیں شکایت ہے اس کو تو مارا تم نے، تم نے غلط آپشن لیا۔</w:t>
      </w:r>
    </w:p>
    <w:p>
      <w:r>
        <w:rPr>
          <w:b/>
        </w:rPr>
        <w:t xml:space="preserve">[45:44] </w:t>
      </w:r>
      <w:r>
        <w:t>agar us ko tum ne educate karne ki koshish ki, us</w:t>
      </w:r>
    </w:p>
    <w:p>
      <w:pPr>
        <w:jc w:val="right"/>
      </w:pPr>
      <w:r>
        <w:t>اگر اس کو تم نے ایجوکیٹ کرنے کی کوشش کی، اس</w:t>
      </w:r>
    </w:p>
    <w:p>
      <w:r>
        <w:rPr>
          <w:b/>
        </w:rPr>
        <w:t xml:space="preserve">[45:48] </w:t>
      </w:r>
      <w:r>
        <w:t>ko tum ne sudharne ki koshish ki to tum ne right option liya.</w:t>
      </w:r>
    </w:p>
    <w:p>
      <w:pPr>
        <w:jc w:val="right"/>
      </w:pPr>
      <w:r>
        <w:t>کو تم نے سدھارنے کی کوشش کی تو تم نے رائٹ آپشن لیا۔</w:t>
      </w:r>
    </w:p>
    <w:p>
      <w:r>
        <w:rPr>
          <w:b/>
        </w:rPr>
        <w:t xml:space="preserve">[45:52] </w:t>
      </w:r>
      <w:r>
        <w:t>yeh quran mein hai.</w:t>
      </w:r>
    </w:p>
    <w:p>
      <w:pPr>
        <w:jc w:val="right"/>
      </w:pPr>
      <w:r>
        <w:t>یہ قرآن میں ہے۔</w:t>
      </w:r>
    </w:p>
    <w:p>
      <w:r>
        <w:rPr>
          <w:b/>
        </w:rPr>
        <w:t xml:space="preserve">[45:57] </w:t>
      </w:r>
      <w:r>
        <w:t>kal meri discovery kiya hui? habib bhai ka telephone aya.</w:t>
      </w:r>
    </w:p>
    <w:p>
      <w:pPr>
        <w:jc w:val="right"/>
      </w:pPr>
      <w:r>
        <w:t>کل میری ڈسکوری کیا ہوئی؟ حبیب بھائی کا ٹیلہون آیا۔</w:t>
      </w:r>
    </w:p>
    <w:p>
      <w:r>
        <w:rPr>
          <w:b/>
        </w:rPr>
        <w:t xml:space="preserve">[46:01] </w:t>
      </w:r>
      <w:r>
        <w:t>woh hamare saathi hain wahan par dua work karte hain woh.</w:t>
      </w:r>
    </w:p>
    <w:p>
      <w:pPr>
        <w:jc w:val="right"/>
      </w:pPr>
      <w:r>
        <w:t>وہ ہمارے ساتھی ہیں وہاں پر دعا ورک کرتے ہیں وہ۔</w:t>
      </w:r>
    </w:p>
    <w:p>
      <w:r>
        <w:rPr>
          <w:b/>
        </w:rPr>
        <w:t xml:space="preserve">[46:05] </w:t>
      </w:r>
      <w:r>
        <w:t>to unhone kaha ke raat ko mujhe ek awaz bar bar ayi, bar bar ayi.</w:t>
      </w:r>
    </w:p>
    <w:p>
      <w:pPr>
        <w:jc w:val="right"/>
      </w:pPr>
      <w:r>
        <w:t>تو انہوں نے کہا کہ رات کو مجھے ایک آواز بار بار آئی، بار بار آئی۔</w:t>
      </w:r>
    </w:p>
    <w:p>
      <w:r>
        <w:rPr>
          <w:b/>
        </w:rPr>
        <w:t xml:space="preserve">[46:09] </w:t>
      </w:r>
      <w:r>
        <w:t>woh awaz jo hai normal aadmi ki awaz nahi thi.</w:t>
      </w:r>
    </w:p>
    <w:p>
      <w:pPr>
        <w:jc w:val="right"/>
      </w:pPr>
      <w:r>
        <w:t>وہ آواز جو ہے نارمل آدمی کی آواز نہیں تھی۔</w:t>
      </w:r>
    </w:p>
    <w:p>
      <w:r>
        <w:rPr>
          <w:b/>
        </w:rPr>
        <w:t xml:space="preserve">[46:14] </w:t>
      </w:r>
      <w:r>
        <w:t>bari dhabang awaz, bari strong awaz thi, strong. woh</w:t>
      </w:r>
    </w:p>
    <w:p>
      <w:pPr>
        <w:jc w:val="right"/>
      </w:pPr>
      <w:r>
        <w:t>بڑی دھبنگ آواز، بڑی سٹرانگ آواز تھی، سٹرانگ۔ وہ</w:t>
      </w:r>
    </w:p>
    <w:p>
      <w:r>
        <w:rPr>
          <w:b/>
        </w:rPr>
        <w:t xml:space="preserve">[46:18] </w:t>
      </w:r>
      <w:r>
        <w:t>kehta hai batwas woh bilhaq ko samjho.</w:t>
      </w:r>
    </w:p>
    <w:p>
      <w:pPr>
        <w:jc w:val="right"/>
      </w:pPr>
      <w:r>
        <w:t>کہتا ہے بتواسوہ بالحق کو سمجھو۔</w:t>
      </w:r>
    </w:p>
    <w:p>
      <w:r>
        <w:rPr>
          <w:b/>
        </w:rPr>
        <w:t xml:space="preserve">[46:22] </w:t>
      </w:r>
      <w:r>
        <w:t>yeh quran ki aik verse hai batwas woh bilhaq.</w:t>
      </w:r>
    </w:p>
    <w:p>
      <w:pPr>
        <w:jc w:val="right"/>
      </w:pPr>
      <w:r>
        <w:t>یہ قرآن کی ایک ورس ہے بتواسوہ بالحق۔</w:t>
      </w:r>
    </w:p>
    <w:p>
      <w:r>
        <w:rPr>
          <w:b/>
        </w:rPr>
        <w:t xml:space="preserve">[46:27] </w:t>
      </w:r>
      <w:r>
        <w:t>toh woh aadmi kehta hai aadmi ya koi bhi awaz jo hai ke batwas woh bilhaq ko samjho.</w:t>
      </w:r>
    </w:p>
    <w:p>
      <w:pPr>
        <w:jc w:val="right"/>
      </w:pPr>
      <w:r>
        <w:t>تو وہ آدمی کہتا ہے آدمی یا کوئی بھی آواز جو ہے کہ بتواسوہ بالحق کو سمجھو۔</w:t>
      </w:r>
    </w:p>
    <w:p>
      <w:r>
        <w:rPr>
          <w:b/>
        </w:rPr>
        <w:t xml:space="preserve">[46:31] </w:t>
      </w:r>
      <w:r>
        <w:t>bohat hi dhabang aur strong awaz mein.</w:t>
      </w:r>
    </w:p>
    <w:p>
      <w:pPr>
        <w:jc w:val="right"/>
      </w:pPr>
      <w:r>
        <w:t>بہت ہی دھبنگ اور سٹرانگ آواز میں۔</w:t>
      </w:r>
    </w:p>
    <w:p>
      <w:r>
        <w:rPr>
          <w:b/>
        </w:rPr>
        <w:t xml:space="preserve">[46:35] </w:t>
      </w:r>
      <w:r>
        <w:t>toh mujhe unhon ne telephone kaha ke is ka kya matlab hai? batwas woh bilhaq samjho.</w:t>
      </w:r>
    </w:p>
    <w:p>
      <w:pPr>
        <w:jc w:val="right"/>
      </w:pPr>
      <w:r>
        <w:t>تو مجھے انہوں نے ٹیلہون کہا کہ اس کا کیا مطلب ہے؟ بتواسوہ بالحق سمجھو۔</w:t>
      </w:r>
    </w:p>
    <w:p>
      <w:r>
        <w:rPr>
          <w:b/>
        </w:rPr>
        <w:t xml:space="preserve">[46:40] </w:t>
      </w:r>
      <w:r>
        <w:t>mujh par khud bhi clear nahi tha.</w:t>
      </w:r>
    </w:p>
    <w:p>
      <w:pPr>
        <w:jc w:val="right"/>
      </w:pPr>
      <w:r>
        <w:t>مجھ پر خود بھی کلیئر نہیں تھا۔</w:t>
      </w:r>
    </w:p>
    <w:p>
      <w:r>
        <w:rPr>
          <w:b/>
        </w:rPr>
        <w:t xml:space="preserve">[46:44] </w:t>
      </w:r>
      <w:r>
        <w:t>sab tafsirain dekhein, commentaries jo hain toh is mein bhi kuch clear baat nahi</w:t>
      </w:r>
    </w:p>
    <w:p>
      <w:pPr>
        <w:jc w:val="right"/>
      </w:pPr>
      <w:r>
        <w:t>سب تفسیریں دیکھیں، کمنٹریز جو ہیں تو اس میں بھی کچھ کلیئر بات نہیں</w:t>
      </w:r>
    </w:p>
    <w:p>
      <w:r>
        <w:rPr>
          <w:b/>
        </w:rPr>
        <w:t xml:space="preserve">[46:48] </w:t>
      </w:r>
      <w:r>
        <w:t>nikli.</w:t>
      </w:r>
    </w:p>
    <w:p>
      <w:pPr>
        <w:jc w:val="right"/>
      </w:pPr>
      <w:r>
        <w:t>نکلی۔</w:t>
      </w:r>
    </w:p>
    <w:p>
      <w:r>
        <w:rPr>
          <w:b/>
        </w:rPr>
        <w:t xml:space="preserve">[46:53] </w:t>
      </w:r>
      <w:r>
        <w:t>sochna shuru kiya maine.</w:t>
      </w:r>
    </w:p>
    <w:p>
      <w:pPr>
        <w:jc w:val="right"/>
      </w:pPr>
      <w:r>
        <w:t>سوچنا شروع کیا میں نے۔</w:t>
      </w:r>
    </w:p>
    <w:p>
      <w:r>
        <w:rPr>
          <w:b/>
        </w:rPr>
        <w:t xml:space="preserve">[46:58] </w:t>
      </w:r>
      <w:r>
        <w:t>toh aik ajeeb o ghareeb cheez discover ho gayi.</w:t>
      </w:r>
    </w:p>
    <w:p>
      <w:pPr>
        <w:jc w:val="right"/>
      </w:pPr>
      <w:r>
        <w:t>تو ایک عجیب و غریب چیز ڈسکور ہو گئی۔</w:t>
      </w:r>
    </w:p>
    <w:p>
      <w:r>
        <w:rPr>
          <w:b/>
        </w:rPr>
        <w:t xml:space="preserve">[47:03] </w:t>
      </w:r>
      <w:r>
        <w:t>woh kya? yeh aaya hai quran ke chapter number ninety three mein.</w:t>
      </w:r>
    </w:p>
    <w:p>
      <w:pPr>
        <w:jc w:val="right"/>
      </w:pPr>
      <w:r>
        <w:t>وہ کیا؟ یہ آیا ہے قرآن کے چیپٹر نمبر نائنٹی تھری میں۔</w:t>
      </w:r>
    </w:p>
    <w:p>
      <w:r>
        <w:rPr>
          <w:b/>
        </w:rPr>
        <w:t xml:space="preserve">[47:08] </w:t>
      </w:r>
      <w:r>
        <w:t>illa allazi aamanu wa amilus salihat batwas woh bilhaq, batwas woh bis sabr.</w:t>
      </w:r>
    </w:p>
    <w:p>
      <w:pPr>
        <w:jc w:val="right"/>
      </w:pPr>
      <w:r>
        <w:t>الا الذی آمنوا وعملوا الصالحات بتواسوہ بالحق، بتواسوہ بالصبر۔</w:t>
      </w:r>
    </w:p>
    <w:p>
      <w:r>
        <w:rPr>
          <w:b/>
        </w:rPr>
        <w:t xml:space="preserve">[47:13] </w:t>
      </w:r>
      <w:r>
        <w:t>ke history is a witness that</w:t>
      </w:r>
    </w:p>
    <w:p>
      <w:pPr>
        <w:jc w:val="right"/>
      </w:pPr>
      <w:r>
        <w:t>کہ ہسٹری از اے وٹنس دیٹ</w:t>
      </w:r>
    </w:p>
    <w:p>
      <w:r>
        <w:rPr>
          <w:b/>
        </w:rPr>
        <w:t xml:space="preserve">[47:18] </w:t>
      </w:r>
      <w:r>
        <w:t>man is in loss.</w:t>
      </w:r>
    </w:p>
    <w:p>
      <w:pPr>
        <w:jc w:val="right"/>
      </w:pPr>
      <w:r>
        <w:t>مین از ان لاس۔</w:t>
      </w:r>
    </w:p>
    <w:p>
      <w:r>
        <w:rPr>
          <w:b/>
        </w:rPr>
        <w:t xml:space="preserve">[47:24] </w:t>
      </w:r>
      <w:r>
        <w:t>ab exception bataya is ke baad.</w:t>
      </w:r>
    </w:p>
    <w:p>
      <w:pPr>
        <w:jc w:val="right"/>
      </w:pPr>
      <w:r>
        <w:t>اب ایکسیپشن بتایا اس کے بعد۔</w:t>
      </w:r>
    </w:p>
    <w:p>
      <w:r>
        <w:rPr>
          <w:b/>
        </w:rPr>
        <w:t xml:space="preserve">[47:29] </w:t>
      </w:r>
      <w:r>
        <w:t>Exception kin ka? Woh jinhon ne Khuda par ko realize kiya aur us par believe hua unka.</w:t>
      </w:r>
    </w:p>
    <w:p>
      <w:pPr>
        <w:jc w:val="right"/>
      </w:pPr>
      <w:r>
        <w:t>ایکسیپشن کن کا؟ وہ جنہوں نے خدا پر کو ریلائز کیا اور اس پر بیلیو ہوا ان کا۔</w:t>
      </w:r>
    </w:p>
    <w:p>
      <w:r>
        <w:rPr>
          <w:b/>
        </w:rPr>
        <w:t xml:space="preserve">[47:34] </w:t>
      </w:r>
      <w:r>
        <w:t>aur doosre jinhon ne good deed kiye.</w:t>
      </w:r>
    </w:p>
    <w:p>
      <w:pPr>
        <w:jc w:val="right"/>
      </w:pPr>
      <w:r>
        <w:t>اور دوسرے جنہوں نے گڈ ڈیڈ کیے۔</w:t>
      </w:r>
    </w:p>
    <w:p>
      <w:r>
        <w:rPr>
          <w:b/>
        </w:rPr>
        <w:t xml:space="preserve">[47:39] </w:t>
      </w:r>
      <w:r>
        <w:t>aur teesra yeh bataya ke haq ki tawasi ki unhon ne.</w:t>
      </w:r>
    </w:p>
    <w:p>
      <w:pPr>
        <w:jc w:val="right"/>
      </w:pPr>
      <w:r>
        <w:t>اور تیسرا یہ بتایا کہ حق کی تواسی کی انہوں نے۔</w:t>
      </w:r>
    </w:p>
    <w:p>
      <w:r>
        <w:rPr>
          <w:b/>
        </w:rPr>
        <w:t xml:space="preserve">[47:44] </w:t>
      </w:r>
      <w:r>
        <w:t>ab arabi zaban mein dekhiye tawasi ke maani hote hain ke</w:t>
      </w:r>
    </w:p>
    <w:p>
      <w:pPr>
        <w:jc w:val="right"/>
      </w:pPr>
      <w:r>
        <w:t>اب عربی زبان میں دیکھیے تواسی کے معنی ہوتے ہیں کہ</w:t>
      </w:r>
    </w:p>
    <w:p>
      <w:r>
        <w:rPr>
          <w:b/>
        </w:rPr>
        <w:t xml:space="preserve">[47:49] </w:t>
      </w:r>
      <w:r>
        <w:t>yani tawasi ke maani hote hain aik doosre se kehna.</w:t>
      </w:r>
    </w:p>
    <w:p>
      <w:pPr>
        <w:jc w:val="right"/>
      </w:pPr>
      <w:r>
        <w:t>یعنی تواسی کے معنی ہوتے ہیں ایک دوسرے سے کہنا۔</w:t>
      </w:r>
    </w:p>
    <w:p>
      <w:r>
        <w:rPr>
          <w:b/>
        </w:rPr>
        <w:t xml:space="preserve">[47:54] </w:t>
      </w:r>
      <w:r>
        <w:t>agar main kahoon ke daway warq jise hum bolte hain daway warq jo hai main kahoon kisi se</w:t>
      </w:r>
    </w:p>
    <w:p>
      <w:pPr>
        <w:jc w:val="right"/>
      </w:pPr>
      <w:r>
        <w:t>اگر میں کہوں کہ دعویٰ ورک جسے ہم بولتے ہیں دعویٰ ورک جو ہے میں کہوں کسی سے</w:t>
      </w:r>
    </w:p>
    <w:p>
      <w:r>
        <w:rPr>
          <w:b/>
        </w:rPr>
        <w:t xml:space="preserve">[47:58] </w:t>
      </w:r>
      <w:r>
        <w:t>kisi ko sunne ke liye.</w:t>
      </w:r>
    </w:p>
    <w:p>
      <w:pPr>
        <w:jc w:val="right"/>
      </w:pPr>
      <w:r>
        <w:t>کسی کو سننے کے لیے۔</w:t>
      </w:r>
    </w:p>
    <w:p>
      <w:r>
        <w:rPr>
          <w:b/>
        </w:rPr>
        <w:t xml:space="preserve">[48:02] </w:t>
      </w:r>
      <w:r>
        <w:t>yani inter lateral address ko daway warq kehte hain.</w:t>
      </w:r>
    </w:p>
    <w:p>
      <w:pPr>
        <w:jc w:val="right"/>
      </w:pPr>
      <w:r>
        <w:t>یعنی انٹرلیٹرل ایڈریس کو دعویٰ ورک کہتے ہیں۔</w:t>
      </w:r>
    </w:p>
    <w:p>
      <w:r>
        <w:rPr>
          <w:b/>
        </w:rPr>
        <w:t xml:space="preserve">[48:07] </w:t>
      </w:r>
      <w:r>
        <w:t>lekin tawasi jo hai woh bi lateral baat cheet ka, bi lateral conversation ka naam hai.</w:t>
      </w:r>
    </w:p>
    <w:p>
      <w:pPr>
        <w:jc w:val="right"/>
      </w:pPr>
      <w:r>
        <w:t>لیکن تواسی جو ہے وہ بائی لیٹرل بات چیت کا، بائی لیٹرل کنورسیشن کا نام ہے۔</w:t>
      </w:r>
    </w:p>
    <w:p>
      <w:r>
        <w:rPr>
          <w:b/>
        </w:rPr>
        <w:t xml:space="preserve">[48:11] </w:t>
      </w:r>
      <w:r>
        <w:t>twasi ke maani bilateral conversation.</w:t>
      </w:r>
    </w:p>
    <w:p>
      <w:pPr>
        <w:jc w:val="right"/>
      </w:pPr>
      <w:r>
        <w:t>تواسی کے معنی بائی لیٹرل کنورسیشن۔</w:t>
      </w:r>
    </w:p>
    <w:p>
      <w:r>
        <w:rPr>
          <w:b/>
        </w:rPr>
        <w:t xml:space="preserve">[48:15] </w:t>
      </w:r>
      <w:r>
        <w:t>ab is se ek ajeeb</w:t>
      </w:r>
    </w:p>
    <w:p>
      <w:pPr>
        <w:jc w:val="right"/>
      </w:pPr>
      <w:r>
        <w:t>اب اس سے ایک عجیب</w:t>
      </w:r>
    </w:p>
    <w:p>
      <w:r>
        <w:rPr>
          <w:b/>
        </w:rPr>
        <w:t xml:space="preserve">[48:19] </w:t>
      </w:r>
      <w:r>
        <w:t>o ghareeb baat meri samajh mein aa gayi.</w:t>
      </w:r>
    </w:p>
    <w:p>
      <w:pPr>
        <w:jc w:val="right"/>
      </w:pPr>
      <w:r>
        <w:t>و غریب بات میری سمجھ میں آ گئی۔</w:t>
      </w:r>
    </w:p>
    <w:p>
      <w:r>
        <w:rPr>
          <w:b/>
        </w:rPr>
        <w:t xml:space="preserve">[48:23] </w:t>
      </w:r>
      <w:r>
        <w:t>ke teen cheezein chahiye insaan ko.</w:t>
      </w:r>
    </w:p>
    <w:p>
      <w:pPr>
        <w:jc w:val="right"/>
      </w:pPr>
      <w:r>
        <w:t>کہ تین چیزیں چاہیے انسان کو۔</w:t>
      </w:r>
    </w:p>
    <w:p>
      <w:r>
        <w:rPr>
          <w:b/>
        </w:rPr>
        <w:t xml:space="preserve">[48:27] </w:t>
      </w:r>
      <w:r>
        <w:t>ایمان، عمل صالح اور intellectual exchange۔</w:t>
      </w:r>
    </w:p>
    <w:p>
      <w:pPr>
        <w:jc w:val="right"/>
      </w:pPr>
      <w:r>
        <w:t>ایمان، عمل صالح اور انٹلیکچول ایکسچینج۔</w:t>
      </w:r>
    </w:p>
    <w:p>
      <w:r>
        <w:rPr>
          <w:b/>
        </w:rPr>
        <w:t xml:space="preserve">[48:31] </w:t>
      </w:r>
      <w:r>
        <w:t>yeh twasi jo hai woh hai intellectual exchange.</w:t>
      </w:r>
    </w:p>
    <w:p>
      <w:pPr>
        <w:jc w:val="right"/>
      </w:pPr>
      <w:r>
        <w:t>یہ تواسی جو ہے وہ ہے انٹلیکچول ایکسچینج۔</w:t>
      </w:r>
    </w:p>
    <w:p>
      <w:r>
        <w:rPr>
          <w:b/>
        </w:rPr>
        <w:t xml:space="preserve">[48:35] </w:t>
      </w:r>
      <w:r>
        <w:t>is se kya hota hai? intellectual development hota hai.</w:t>
      </w:r>
    </w:p>
    <w:p>
      <w:pPr>
        <w:jc w:val="right"/>
      </w:pPr>
      <w:r>
        <w:t>اس سے کیا ہوتا ہے؟ انٹلیکچول ڈویلپمنٹ ہوتا ہے۔</w:t>
      </w:r>
    </w:p>
    <w:p>
      <w:r>
        <w:rPr>
          <w:b/>
        </w:rPr>
        <w:t xml:space="preserve">[48:39] </w:t>
      </w:r>
      <w:r>
        <w:t>to is mein is ayat mein teen cheezein hain.</w:t>
      </w:r>
    </w:p>
    <w:p>
      <w:pPr>
        <w:jc w:val="right"/>
      </w:pPr>
      <w:r>
        <w:t>تو اس میں اس آیت میں تین چیزیں ہیں۔</w:t>
      </w:r>
    </w:p>
    <w:p>
      <w:r>
        <w:rPr>
          <w:b/>
        </w:rPr>
        <w:t xml:space="preserve">[48:43] </w:t>
      </w:r>
      <w:r>
        <w:t>imaan, amal saleh aur twasi.</w:t>
      </w:r>
    </w:p>
    <w:p>
      <w:pPr>
        <w:jc w:val="right"/>
      </w:pPr>
      <w:r>
        <w:t>ایمان، عمل صالح اور تواسی۔</w:t>
      </w:r>
    </w:p>
    <w:p>
      <w:r>
        <w:rPr>
          <w:b/>
        </w:rPr>
        <w:t xml:space="preserve">[48:46] </w:t>
      </w:r>
      <w:r>
        <w:t>imaan ka matlab hai</w:t>
      </w:r>
    </w:p>
    <w:p>
      <w:pPr>
        <w:jc w:val="right"/>
      </w:pPr>
      <w:r>
        <w:t>ایمان کا مطلب ہے</w:t>
      </w:r>
    </w:p>
    <w:p>
      <w:r>
        <w:rPr>
          <w:b/>
        </w:rPr>
        <w:t xml:space="preserve">[48:50] </w:t>
      </w:r>
      <w:r>
        <w:t>realization of god.</w:t>
      </w:r>
    </w:p>
    <w:p>
      <w:pPr>
        <w:jc w:val="right"/>
      </w:pPr>
      <w:r>
        <w:t>ریلائزیشن آف گاڈ۔</w:t>
      </w:r>
    </w:p>
    <w:p>
      <w:r>
        <w:rPr>
          <w:b/>
        </w:rPr>
        <w:t xml:space="preserve">[48:54] </w:t>
      </w:r>
      <w:r>
        <w:t>imaan means realization of god.</w:t>
      </w:r>
    </w:p>
    <w:p>
      <w:pPr>
        <w:jc w:val="right"/>
      </w:pPr>
      <w:r>
        <w:t>ایمان مینز ریلائزیشن آف گاڈ۔</w:t>
      </w:r>
    </w:p>
    <w:p>
      <w:r>
        <w:rPr>
          <w:b/>
        </w:rPr>
        <w:t xml:space="preserve">[48:59] </w:t>
      </w:r>
      <w:r>
        <w:t>amal saleh ka matlab hai good deed, good deed.</w:t>
      </w:r>
    </w:p>
    <w:p>
      <w:pPr>
        <w:jc w:val="right"/>
      </w:pPr>
      <w:r>
        <w:t>عمل صالح کا مطلب ہے گڈ ڈیڈ، گڈ ڈیڈ۔</w:t>
      </w:r>
    </w:p>
    <w:p>
      <w:r>
        <w:rPr>
          <w:b/>
        </w:rPr>
        <w:t xml:space="preserve">[49:03] </w:t>
      </w:r>
      <w:r>
        <w:t>achhe kaam karna.</w:t>
      </w:r>
    </w:p>
    <w:p>
      <w:pPr>
        <w:jc w:val="right"/>
      </w:pPr>
      <w:r>
        <w:t>اچھے کام کرنا۔</w:t>
      </w:r>
    </w:p>
    <w:p>
      <w:r>
        <w:rPr>
          <w:b/>
        </w:rPr>
        <w:t xml:space="preserve">[49:07] </w:t>
      </w:r>
      <w:r>
        <w:t>aur teesri cheez jo hai woh hai intellectual exchange.</w:t>
      </w:r>
    </w:p>
    <w:p>
      <w:pPr>
        <w:jc w:val="right"/>
      </w:pPr>
      <w:r>
        <w:t>اور تیسری چیز جو ہے وہ ہے انٹلیکچول ایکسچینج۔</w:t>
      </w:r>
    </w:p>
    <w:p>
      <w:r>
        <w:rPr>
          <w:b/>
        </w:rPr>
        <w:t xml:space="preserve">[49:12] </w:t>
      </w:r>
      <w:r>
        <w:t>yaani sachai ko subject of conversation banana.</w:t>
      </w:r>
    </w:p>
    <w:p>
      <w:pPr>
        <w:jc w:val="right"/>
      </w:pPr>
      <w:r>
        <w:t>یعنی سچائی کو سبجیکٹ آف کنورسیشن بنانا۔</w:t>
      </w:r>
    </w:p>
    <w:p>
      <w:r>
        <w:rPr>
          <w:b/>
        </w:rPr>
        <w:t xml:space="preserve">[49:16] </w:t>
      </w:r>
      <w:r>
        <w:t>to jab aap daawa work karte hain</w:t>
      </w:r>
    </w:p>
    <w:p>
      <w:pPr>
        <w:jc w:val="right"/>
      </w:pPr>
      <w:r>
        <w:t>تو جب آپ دعویٰ ورک کرتے ہیں</w:t>
      </w:r>
    </w:p>
    <w:p>
      <w:r>
        <w:rPr>
          <w:b/>
        </w:rPr>
        <w:t xml:space="preserve">[49:20] </w:t>
      </w:r>
      <w:r>
        <w:t>to woh woh ek qism ka monologue hota hai.</w:t>
      </w:r>
    </w:p>
    <w:p>
      <w:pPr>
        <w:jc w:val="right"/>
      </w:pPr>
      <w:r>
        <w:t>تو وہ وہ ایک قسم کا مونولاگ ہوتا ہے۔</w:t>
      </w:r>
    </w:p>
    <w:p>
      <w:r>
        <w:rPr>
          <w:b/>
        </w:rPr>
        <w:t xml:space="preserve">[49:25] </w:t>
      </w:r>
      <w:r>
        <w:t>aur twasi ka matlab hai dialogue. dialogue.</w:t>
      </w:r>
    </w:p>
    <w:p>
      <w:pPr>
        <w:jc w:val="right"/>
      </w:pPr>
      <w:r>
        <w:t>اور تواسی کا مطلب ہے ڈائیلاگ۔ ڈائیلاگ۔</w:t>
      </w:r>
    </w:p>
    <w:p>
      <w:r>
        <w:rPr>
          <w:b/>
        </w:rPr>
        <w:t xml:space="preserve">[49:29] </w:t>
      </w:r>
      <w:r>
        <w:t>to is maani hai ke imaan aur amal saleh aur dialogue.</w:t>
      </w:r>
    </w:p>
    <w:p>
      <w:pPr>
        <w:jc w:val="right"/>
      </w:pPr>
      <w:r>
        <w:t>تو اس معنی ہے کہ ایمان اور عمل صالح اور ڈائیلاگ۔</w:t>
      </w:r>
    </w:p>
    <w:p>
      <w:r>
        <w:rPr>
          <w:b/>
        </w:rPr>
        <w:t xml:space="preserve">[49:33] </w:t>
      </w:r>
      <w:r>
        <w:t>dialogue ke through kya hota hai? imaan badhta hai.</w:t>
      </w:r>
    </w:p>
    <w:p>
      <w:pPr>
        <w:jc w:val="right"/>
      </w:pPr>
      <w:r>
        <w:t>ڈائیلاگ کے تھرو کیا ہوتا ہے؟ ایمان بڑھتا ہے۔</w:t>
      </w:r>
    </w:p>
    <w:p>
      <w:r>
        <w:rPr>
          <w:b/>
        </w:rPr>
        <w:t xml:space="preserve">[49:38] </w:t>
      </w:r>
      <w:r>
        <w:t>intellectual development jis ko mein kehta hoon.</w:t>
      </w:r>
    </w:p>
    <w:p>
      <w:pPr>
        <w:jc w:val="right"/>
      </w:pPr>
      <w:r>
        <w:t>انٹلیکچول ڈویلپمنٹ جس کو میں کہتا ہوں۔</w:t>
      </w:r>
    </w:p>
    <w:p>
      <w:r>
        <w:rPr>
          <w:b/>
        </w:rPr>
        <w:t xml:space="preserve">[49:42] </w:t>
      </w:r>
      <w:r>
        <w:t>yaani agar sahi is sachi spirit ke saath dialogue kiya jaaye.</w:t>
      </w:r>
    </w:p>
    <w:p>
      <w:pPr>
        <w:jc w:val="right"/>
      </w:pPr>
      <w:r>
        <w:t>یعنی اگر صحیح اس سچی سپرٹ کے ساتھ ڈائیلاگ کیا جائے۔</w:t>
      </w:r>
    </w:p>
    <w:p>
      <w:r>
        <w:rPr>
          <w:b/>
        </w:rPr>
        <w:t xml:space="preserve">[49:46] </w:t>
      </w:r>
      <w:r>
        <w:t>ek to dialogue hota hai apne apne</w:t>
      </w:r>
    </w:p>
    <w:p>
      <w:pPr>
        <w:jc w:val="right"/>
      </w:pPr>
      <w:r>
        <w:t>ایک تو ڈائیلاگ ہوتا ہے اپنے اپنے</w:t>
      </w:r>
    </w:p>
    <w:p>
      <w:r>
        <w:rPr>
          <w:b/>
        </w:rPr>
        <w:t xml:space="preserve">[49:50] </w:t>
      </w:r>
      <w:r>
        <w:t>pride ko establish karne ke liye.</w:t>
      </w:r>
    </w:p>
    <w:p>
      <w:pPr>
        <w:jc w:val="right"/>
      </w:pPr>
      <w:r>
        <w:t>پرائیڈ کو اسٹیبلش کرنے کے لیے۔</w:t>
      </w:r>
    </w:p>
    <w:p>
      <w:r>
        <w:rPr>
          <w:b/>
        </w:rPr>
        <w:t xml:space="preserve">[49:54] </w:t>
      </w:r>
      <w:r>
        <w:t>kisi ko harane ke liye.</w:t>
      </w:r>
    </w:p>
    <w:p>
      <w:pPr>
        <w:jc w:val="right"/>
      </w:pPr>
      <w:r>
        <w:t>کسی کو ہرانے کے لیے۔</w:t>
      </w:r>
    </w:p>
    <w:p>
      <w:r>
        <w:rPr>
          <w:b/>
        </w:rPr>
        <w:t xml:space="preserve">[49:57] </w:t>
      </w:r>
      <w:r>
        <w:t>apne ko jeetne ke liye doosre ko harane ke liye.</w:t>
      </w:r>
    </w:p>
    <w:p>
      <w:pPr>
        <w:jc w:val="right"/>
      </w:pPr>
      <w:r>
        <w:t>اپنے کو جیتنے کے لیے دوسرے کو ہرانے کے لیے۔</w:t>
      </w:r>
    </w:p>
    <w:p>
      <w:r>
        <w:rPr>
          <w:b/>
        </w:rPr>
        <w:t xml:space="preserve">[50:01] </w:t>
      </w:r>
      <w:r>
        <w:t>yeh dialogue nahi hai.</w:t>
      </w:r>
    </w:p>
    <w:p>
      <w:pPr>
        <w:jc w:val="right"/>
      </w:pPr>
      <w:r>
        <w:t>یہ ڈائیلاگ نہیں ہے۔</w:t>
      </w:r>
    </w:p>
    <w:p>
      <w:r>
        <w:rPr>
          <w:b/>
        </w:rPr>
        <w:t xml:space="preserve">[50:04] </w:t>
      </w:r>
      <w:r>
        <w:t>yeh to kashti hai. wrestling hai.</w:t>
      </w:r>
    </w:p>
    <w:p>
      <w:pPr>
        <w:jc w:val="right"/>
      </w:pPr>
      <w:r>
        <w:t>یہ تو کشتی ہے۔ ریسلنگ ہے۔</w:t>
      </w:r>
    </w:p>
    <w:p>
      <w:r>
        <w:rPr>
          <w:b/>
        </w:rPr>
        <w:t xml:space="preserve">[50:07] </w:t>
      </w:r>
      <w:r>
        <w:t>dekhiye intellectual wrestling alag cheez hai woh.</w:t>
      </w:r>
    </w:p>
    <w:p>
      <w:pPr>
        <w:jc w:val="right"/>
      </w:pPr>
      <w:r>
        <w:t>دیکھیے انٹلیکچول ریسلنگ الگ چیز ہے وہ۔</w:t>
      </w:r>
    </w:p>
    <w:p>
      <w:r>
        <w:rPr>
          <w:b/>
        </w:rPr>
        <w:t xml:space="preserve">[50:11] </w:t>
      </w:r>
      <w:r>
        <w:t>debate kya hai intellectual wrestling? debate jo hai woh intellectual wrestling hai.</w:t>
      </w:r>
    </w:p>
    <w:p>
      <w:pPr>
        <w:jc w:val="right"/>
      </w:pPr>
      <w:r>
        <w:t>ڈیبیٹ کیا ہے انٹلیکچول ریسلنگ؟ ڈیبیٹ جو ہے وہ انٹلیکچول ریسلنگ ہے۔</w:t>
      </w:r>
    </w:p>
    <w:p>
      <w:r>
        <w:rPr>
          <w:b/>
        </w:rPr>
        <w:t xml:space="preserve">[50:14] </w:t>
      </w:r>
      <w:r>
        <w:t>main is ko ek animal ka darje ka kaam samajhta hoon.</w:t>
      </w:r>
    </w:p>
    <w:p>
      <w:pPr>
        <w:jc w:val="right"/>
      </w:pPr>
      <w:r>
        <w:t>میں اس کو ایک اینیمل کا درجے کا کام سمجھتا ہوں۔</w:t>
      </w:r>
    </w:p>
    <w:p>
      <w:r>
        <w:rPr>
          <w:b/>
        </w:rPr>
        <w:t xml:space="preserve">[50:18] </w:t>
      </w:r>
      <w:r>
        <w:t>intellectual wrestling jo hai</w:t>
      </w:r>
    </w:p>
    <w:p>
      <w:pPr>
        <w:jc w:val="right"/>
      </w:pPr>
      <w:r>
        <w:t>انٹلیکچول ریسلنگ جو ہے</w:t>
      </w:r>
    </w:p>
    <w:p>
      <w:r>
        <w:rPr>
          <w:b/>
        </w:rPr>
        <w:t xml:space="preserve">[50:21] </w:t>
      </w:r>
      <w:r>
        <w:t>woh animal level ka kaam hai.</w:t>
      </w:r>
    </w:p>
    <w:p>
      <w:pPr>
        <w:jc w:val="right"/>
      </w:pPr>
      <w:r>
        <w:t>وہ اینیمل لیول کا کام ہے۔</w:t>
      </w:r>
    </w:p>
    <w:p>
      <w:r>
        <w:rPr>
          <w:b/>
        </w:rPr>
        <w:t xml:space="preserve">[50:26] </w:t>
      </w:r>
      <w:r>
        <w:t>lekin yeh jo hai tawasi yeh hai modesty ke sath discussion karna.</w:t>
      </w:r>
    </w:p>
    <w:p>
      <w:pPr>
        <w:jc w:val="right"/>
      </w:pPr>
      <w:r>
        <w:t>لیکن یہ جو ہے تواسی یہ ہے مودیسٹی کے ساتھ ڈسکشن کرنا۔</w:t>
      </w:r>
    </w:p>
    <w:p>
      <w:r>
        <w:rPr>
          <w:b/>
        </w:rPr>
        <w:t xml:space="preserve">[50:31] </w:t>
      </w:r>
      <w:r>
        <w:t>accept karne ki spirit ke sath discussion karna.</w:t>
      </w:r>
    </w:p>
    <w:p>
      <w:pPr>
        <w:jc w:val="right"/>
      </w:pPr>
      <w:r>
        <w:t>ایکسیپٹ کرنے کی سپرٹ کے ساتھ ڈسکشن کرنا۔</w:t>
      </w:r>
    </w:p>
    <w:p>
      <w:r>
        <w:rPr>
          <w:b/>
        </w:rPr>
        <w:t xml:space="preserve">[50:36] </w:t>
      </w:r>
      <w:r>
        <w:t>learning ke liye discussion karna.</w:t>
      </w:r>
    </w:p>
    <w:p>
      <w:pPr>
        <w:jc w:val="right"/>
      </w:pPr>
      <w:r>
        <w:t>لرننگ کے لیے ڈسکشن کرنا۔</w:t>
      </w:r>
    </w:p>
    <w:p>
      <w:r>
        <w:rPr>
          <w:b/>
        </w:rPr>
        <w:t xml:space="preserve">[50:41] </w:t>
      </w:r>
      <w:r>
        <w:t>yani healthy spirit ke sath discussion karna yeh hai tawasi.</w:t>
      </w:r>
    </w:p>
    <w:p>
      <w:pPr>
        <w:jc w:val="right"/>
      </w:pPr>
      <w:r>
        <w:t>یعنی ہیلتھی سپرٹ کے ساتھ ڈسکشن کرنا یہ ہے تواسی۔</w:t>
      </w:r>
    </w:p>
    <w:p>
      <w:r>
        <w:rPr>
          <w:b/>
        </w:rPr>
        <w:t xml:space="preserve">[50:46] </w:t>
      </w:r>
      <w:r>
        <w:t>ab kitni bari baat abhi mujhe kal yeh discover hui.</w:t>
      </w:r>
    </w:p>
    <w:p>
      <w:pPr>
        <w:jc w:val="right"/>
      </w:pPr>
      <w:r>
        <w:t>اب کتنی بڑی بات ابھی مجھے کل یہ ڈسکور ہوئی۔</w:t>
      </w:r>
    </w:p>
    <w:p>
      <w:r>
        <w:rPr>
          <w:b/>
        </w:rPr>
        <w:t xml:space="preserve">[50:51] </w:t>
      </w:r>
      <w:r>
        <w:t>kyun main kuch sochta nahi kisi aur baat ko. mujhe na furniture se koi matlab hai na khane se koi matlab hai na kapde se koi matlab hai. kisi cheez se koi matlab nahi hai. har maamle mein mera nazariya kya hai? status quoism. jo hai wohi theek hai, jo hai wohi theek hai. jab main chhota tha to meri maa kehti thi ke aaj kya pakayein? bachhon se poochte hain kya pakayein kya khaoge? to maine kaha jo hai wohi kha lenge. bahut der mein maine discover kiya ke mera nature jo hai woh is</w:t>
      </w:r>
    </w:p>
    <w:p>
      <w:pPr>
        <w:jc w:val="right"/>
      </w:pPr>
      <w:r>
        <w:t>کیوں میں کچھ سوچتا نہیں کسی اور بات کو۔ مجھے نہ فرنیچر سے کوئی مطلب ہے نہ کھانے سے کوئی مطلب ہے نہ کپڑے سے کوئی مطلب ہے۔ کسی چیز سے کوئی مطلب نہیں ہے۔ ہر معاملے میں میرا نظریہ کیا ہے؟ اسٹیٹس کوئزم۔ جو ہے وہی ٹھیک ہے، جو ہے وہی ٹھیک ہے۔ جب میں چھوٹا تھا تو میری ماں کہتی تھی کہ آج کیا پکائیں؟ بچوں سے پوچھتے ہیں کیا پکائیں کیا کھاؤ گے؟ تو میں نے کہا جو ہے وہی کھا لیں گے۔ بہت دیر میں میں نے ڈسکور کیا کہ میرا نیچر جو ہے وہ اس</w:t>
      </w:r>
    </w:p>
    <w:p>
      <w:r>
        <w:rPr>
          <w:b/>
        </w:rPr>
        <w:t xml:space="preserve">[51:21] </w:t>
      </w:r>
      <w:r>
        <w:t>میں status quoism جو ہے انسٹل تھا پہلے دن سے۔</w:t>
      </w:r>
    </w:p>
    <w:p>
      <w:pPr>
        <w:jc w:val="right"/>
      </w:pPr>
      <w:r>
        <w:t>میں اسٹیٹس کوئزم جو ہے انسٹل تھا پہلے دن سے۔</w:t>
      </w:r>
    </w:p>
    <w:p>
      <w:r>
        <w:rPr>
          <w:b/>
        </w:rPr>
        <w:t xml:space="preserve">[51:26] </w:t>
      </w:r>
      <w:r>
        <w:t>main ne jab chota tha main us waqt yeh kehna ke jo hai wahi kha lenge.</w:t>
      </w:r>
    </w:p>
    <w:p>
      <w:pPr>
        <w:jc w:val="right"/>
      </w:pPr>
      <w:r>
        <w:t>میں نے جب چھوٹا تھا میں اس وقت یہ کہنا کہ جو ہے وہی کھا لیں گے۔</w:t>
      </w:r>
    </w:p>
    <w:p>
      <w:r>
        <w:rPr>
          <w:b/>
        </w:rPr>
        <w:t xml:space="preserve">[51:30] </w:t>
      </w:r>
      <w:r>
        <w:t>meri maa batati thi ke main jab bhi woh poochti thi kya pakayein to kabhi main ne yeh</w:t>
      </w:r>
    </w:p>
    <w:p>
      <w:pPr>
        <w:jc w:val="right"/>
      </w:pPr>
      <w:r>
        <w:t>میری ماں بتاتی تھی کہ میں جب بھی وہ پوچھتی تھی کیا پکائیں تو کبھی میں نے یہ</w:t>
      </w:r>
    </w:p>
    <w:p>
      <w:r>
        <w:rPr>
          <w:b/>
        </w:rPr>
        <w:t xml:space="preserve">[51:35] </w:t>
      </w:r>
      <w:r>
        <w:t>nahi kaha ke aaj yeh pakai, aaj woh pakai.</w:t>
      </w:r>
    </w:p>
    <w:p>
      <w:pPr>
        <w:jc w:val="right"/>
      </w:pPr>
      <w:r>
        <w:t>نہیں کہا کہ آج یہ پکائی، آج وہ پکائی۔</w:t>
      </w:r>
    </w:p>
    <w:p>
      <w:r>
        <w:rPr>
          <w:b/>
        </w:rPr>
        <w:t xml:space="preserve">[51:39] </w:t>
      </w:r>
      <w:r>
        <w:t>bas jo hai wahi kha lenge, jo hai wahi kha lenge.</w:t>
      </w:r>
    </w:p>
    <w:p>
      <w:pPr>
        <w:jc w:val="right"/>
      </w:pPr>
      <w:r>
        <w:t>بس جو ہے وہی کھا لیں گے، جو ہے وہی کھا لیں گے۔</w:t>
      </w:r>
    </w:p>
    <w:p>
      <w:r>
        <w:rPr>
          <w:b/>
        </w:rPr>
        <w:t xml:space="preserve">[51:44] </w:t>
      </w:r>
      <w:r>
        <w:t>to yeh yeh yeh yeh sab ke andar hota hai.</w:t>
      </w:r>
    </w:p>
    <w:p>
      <w:pPr>
        <w:jc w:val="right"/>
      </w:pPr>
      <w:r>
        <w:t>تو یہ یہ یہ یہ سب کے اندر ہوتا ہے۔</w:t>
      </w:r>
    </w:p>
    <w:p>
      <w:r>
        <w:rPr>
          <w:b/>
        </w:rPr>
        <w:t xml:space="preserve">[51:48] </w:t>
      </w:r>
      <w:r>
        <w:t>log apne apne nature ko badal dalte hain.</w:t>
      </w:r>
    </w:p>
    <w:p>
      <w:pPr>
        <w:jc w:val="right"/>
      </w:pPr>
      <w:r>
        <w:t>لوگ اپنے اپنے نیچر کو بدل ڈالتے ہیں۔</w:t>
      </w:r>
    </w:p>
    <w:p>
      <w:r>
        <w:rPr>
          <w:b/>
        </w:rPr>
        <w:t xml:space="preserve">[51:53] </w:t>
      </w:r>
      <w:r>
        <w:t>Allah log apne nature ko badal dalte hain.</w:t>
      </w:r>
    </w:p>
    <w:p>
      <w:pPr>
        <w:jc w:val="right"/>
      </w:pPr>
      <w:r>
        <w:t>اللہ لوگ اپنے نیچر کو بدل ڈالتے ہیں۔</w:t>
      </w:r>
    </w:p>
    <w:p>
      <w:r>
        <w:rPr>
          <w:b/>
        </w:rPr>
        <w:t xml:space="preserve">[51:57] </w:t>
      </w:r>
      <w:r>
        <w:t>main ne Khuda ke fazal se apne nature ko badla nahi.</w:t>
      </w:r>
    </w:p>
    <w:p>
      <w:pPr>
        <w:jc w:val="right"/>
      </w:pPr>
      <w:r>
        <w:t>میں نے خدا کے فضل سے اپنے نیچر کو بدلا نہیں۔</w:t>
      </w:r>
    </w:p>
    <w:p>
      <w:r>
        <w:rPr>
          <w:b/>
        </w:rPr>
        <w:t xml:space="preserve">[52:02] </w:t>
      </w:r>
      <w:r>
        <w:t>status quoism jo tha mere andar material cheezon mein.</w:t>
      </w:r>
    </w:p>
    <w:p>
      <w:pPr>
        <w:jc w:val="right"/>
      </w:pPr>
      <w:r>
        <w:t>اسٹیٹس کوئزم جو تھا میرے اندر مٹیریل چیزوں میں۔</w:t>
      </w:r>
    </w:p>
    <w:p>
      <w:r>
        <w:rPr>
          <w:b/>
        </w:rPr>
        <w:t xml:space="preserve">[52:06] </w:t>
      </w:r>
      <w:r>
        <w:t>material cheezon mein status quoism.</w:t>
      </w:r>
    </w:p>
    <w:p>
      <w:pPr>
        <w:jc w:val="right"/>
      </w:pPr>
      <w:r>
        <w:t>مٹیریل چیزوں میں اسٹیٹس کوئزم۔</w:t>
      </w:r>
    </w:p>
    <w:p>
      <w:r>
        <w:rPr>
          <w:b/>
        </w:rPr>
        <w:t xml:space="preserve">[52:10] </w:t>
      </w:r>
      <w:r>
        <w:t>اور high thinking کے معاملے میں میں unlimited حد تک آگے جانا کا شوق۔</w:t>
      </w:r>
    </w:p>
    <w:p>
      <w:pPr>
        <w:jc w:val="right"/>
      </w:pPr>
      <w:r>
        <w:t>اور ہائی تھنکنگ کے معاملے میں میں ان لمیٹڈ حد تک آگے جانا کا شوق۔</w:t>
      </w:r>
    </w:p>
    <w:p>
      <w:r>
        <w:rPr>
          <w:b/>
        </w:rPr>
        <w:t xml:space="preserve">[52:15] </w:t>
      </w:r>
      <w:r>
        <w:t>to simple living high thinking.</w:t>
      </w:r>
    </w:p>
    <w:p>
      <w:pPr>
        <w:jc w:val="right"/>
      </w:pPr>
      <w:r>
        <w:t>تو سمپل لیونگ ہائی تھنکنگ۔</w:t>
      </w:r>
    </w:p>
    <w:p>
      <w:r>
        <w:rPr>
          <w:b/>
        </w:rPr>
        <w:t xml:space="preserve">[52:19] </w:t>
      </w:r>
      <w:r>
        <w:t>yeh mere nature mein tha aur sab ke nature mein hota hai lekin log is ko badal dalte hain.</w:t>
      </w:r>
    </w:p>
    <w:p>
      <w:pPr>
        <w:jc w:val="right"/>
      </w:pPr>
      <w:r>
        <w:t>یہ میرے نیچر میں تھا اور سب کے نیچر میں ہوتا ہے لیکن لوگ اس کو بدل ڈالتے ہیں۔</w:t>
      </w:r>
    </w:p>
    <w:p>
      <w:r>
        <w:rPr>
          <w:b/>
        </w:rPr>
        <w:t xml:space="preserve">[52:23] </w:t>
      </w:r>
      <w:r>
        <w:t>aur phir us ki bhari price ada karte hain.</w:t>
      </w:r>
    </w:p>
    <w:p>
      <w:pPr>
        <w:jc w:val="right"/>
      </w:pPr>
      <w:r>
        <w:t>اور پھر اس کی بھاری پرائس ادا کرتے ہیں۔</w:t>
      </w:r>
    </w:p>
    <w:p>
      <w:r>
        <w:rPr>
          <w:b/>
        </w:rPr>
        <w:t xml:space="preserve">[52:28] </w:t>
      </w:r>
      <w:r>
        <w:t>to yeh main keh raha tha ke tawasi jo hai aik yani aik do hi cheez log jante thay.</w:t>
      </w:r>
    </w:p>
    <w:p>
      <w:pPr>
        <w:jc w:val="right"/>
      </w:pPr>
      <w:r>
        <w:t>تو یہ میں کہہ رہا تھا کہ تواسی جو ہے ایک یعنی ایک دو ہی چیز لوگ جانتے تھے۔</w:t>
      </w:r>
    </w:p>
    <w:p>
      <w:r>
        <w:rPr>
          <w:b/>
        </w:rPr>
        <w:t xml:space="preserve">[52:33] </w:t>
      </w:r>
      <w:r>
        <w:t>iman, amal saleh.</w:t>
      </w:r>
    </w:p>
    <w:p>
      <w:pPr>
        <w:jc w:val="right"/>
      </w:pPr>
      <w:r>
        <w:t>ایمان، عمل صالح۔</w:t>
      </w:r>
    </w:p>
    <w:p>
      <w:r>
        <w:rPr>
          <w:b/>
        </w:rPr>
        <w:t xml:space="preserve">[52:38] </w:t>
      </w:r>
      <w:r>
        <w:t>yani Khuda par Khuda ko manna, acha amal karna.</w:t>
      </w:r>
    </w:p>
    <w:p>
      <w:pPr>
        <w:jc w:val="right"/>
      </w:pPr>
      <w:r>
        <w:t>یعنی خدا پر خدا کو ماننا، اچھا عمل کرنا۔</w:t>
      </w:r>
    </w:p>
    <w:p>
      <w:r>
        <w:rPr>
          <w:b/>
        </w:rPr>
        <w:t xml:space="preserve">[52:43] </w:t>
      </w:r>
      <w:r>
        <w:t>aik teesri cheez jo hai jo hai ke yani jis ko main kehta hoon intellectual exchange.</w:t>
      </w:r>
    </w:p>
    <w:p>
      <w:pPr>
        <w:jc w:val="right"/>
      </w:pPr>
      <w:r>
        <w:t>ایک تیسری چیز جو ہے جو ہے کہ یعنی جس کو میں کہتا ہوں انٹلیکچول ایکسچینج۔</w:t>
      </w:r>
    </w:p>
    <w:p>
      <w:r>
        <w:rPr>
          <w:b/>
        </w:rPr>
        <w:t xml:space="preserve">[52:49] </w:t>
      </w:r>
      <w:r>
        <w:t>woh abhi kal mujhe</w:t>
      </w:r>
    </w:p>
    <w:p>
      <w:pPr>
        <w:jc w:val="right"/>
      </w:pPr>
      <w:r>
        <w:t>وہ ابھی کل مجھے</w:t>
      </w:r>
    </w:p>
    <w:p>
      <w:r>
        <w:rPr>
          <w:b/>
        </w:rPr>
        <w:t xml:space="preserve">[52:54] </w:t>
      </w:r>
      <w:r>
        <w:t>agarche main zindagi bhar yeh karta raha. zindagi bhar main apni learning ko badhata raha. logon se baatein karta raha. ab bahut hi yani scientific mode mein baatein karta raha. Jawahar Lal Nehru ne kaha tha ke aazadi ke baad ke hamare desh mein sab se badi kami jo hai woh hai scientific temper ki hai. scientific temper. ab main Khuda ke fazl se samajhta hoon ke main mere mein by birth hoon scientific temper wala aadmi</w:t>
      </w:r>
    </w:p>
    <w:p>
      <w:pPr>
        <w:jc w:val="right"/>
      </w:pPr>
      <w:r>
        <w:t>اگرچہ میں زندگی بھر یہ کرتا رہا۔ زندگی بھر میں اپنی لرننگ کو بڑھاتا رہا۔ لوگوں سے باتیں کرتا رہا۔ اب بہت ہی یعنی سائنٹیفک موڈ میں باتیں کرتا رہا۔ جواہر اللہ نارو نے کہا تھا کہ آزادی کے بعد کہ ہمارے દેશ میں سب سے بڑی کمی جو ہے وہ ہے سائنٹیفک ٹیمپر کی ہے۔ سائنٹیفک ٹیمپر۔ اب میں خدا کے فضل سے سمجھتا ہوں کہ میں میرے میں بائی برتھ ہوں سائنٹیفک ٹیمپر والا آدم</w:t>
      </w:r>
    </w:p>
    <w:p>
      <w:r>
        <w:rPr>
          <w:b/>
        </w:rPr>
        <w:t xml:space="preserve">[53:24] </w:t>
      </w:r>
      <w:r>
        <w:t>by birth. jaise ab main gaon mein tha, chhota sa tha. to main apne darwaze par khada tha. to kisi bachhe ne gaali de di. aap jante hain gaali jo hai bachhe gaon mein dete hi hain. bahut hi kharab gaali, moti gaali. to main sun kar muskura diya, muskura diya, maine kaha ke tum khud. yeh keh ke ghar mein chala gaya main. yani muskura diya main is gaali ko sun kar, ghussa nahi aaya mujhe. tum</w:t>
      </w:r>
    </w:p>
    <w:p>
      <w:pPr>
        <w:jc w:val="right"/>
      </w:pPr>
      <w:r>
        <w:t>ی۔ بائی برتھ۔ جیسے اب میں گاؤں میں تھا، چھوٹا سا تھا۔ تو میں اپنے دروازے پر کھڑا تھا۔ تو کسی بچے نے گالی دے دی۔ آپ جانتے ہیں گالی جو ہے بچے گاؤں میں دیتے ہی ہیں۔ بہت ہی خراب گالی، موٹی گالی۔ تو میں سن کر مسکرا دیا، مسکرا دیا، میں نے کہا کہ تم خود۔ یہ کہہ کے گھر میں چلا گیا میں۔ یعنی مسکرا دیا میں اس گالی کو سن کر، غصہ نہیں آیا مجھے۔ تم</w:t>
      </w:r>
    </w:p>
    <w:p>
      <w:r>
        <w:rPr>
          <w:b/>
        </w:rPr>
        <w:t xml:space="preserve">[53:54] </w:t>
      </w:r>
      <w:r>
        <w:t>khud keh ke ghar mein chala gaya.</w:t>
      </w:r>
    </w:p>
    <w:p>
      <w:pPr>
        <w:jc w:val="right"/>
      </w:pPr>
      <w:r>
        <w:t>خود کہہ کے گھر میں چلا گیا۔</w:t>
      </w:r>
    </w:p>
    <w:p>
      <w:r>
        <w:rPr>
          <w:b/>
        </w:rPr>
        <w:t xml:space="preserve">[53:59] </w:t>
      </w:r>
      <w:r>
        <w:t>yeh hai scientific temper.</w:t>
      </w:r>
    </w:p>
    <w:p>
      <w:pPr>
        <w:jc w:val="right"/>
      </w:pPr>
      <w:r>
        <w:t>یہ ہے سائنٹیفک ٹیمپر۔</w:t>
      </w:r>
    </w:p>
    <w:p>
      <w:r>
        <w:rPr>
          <w:b/>
        </w:rPr>
        <w:t xml:space="preserve">[54:04] </w:t>
      </w:r>
      <w:r>
        <w:t>to scientific temper jo hai yani sab se pehle Quran ka sara khulasa scientific temper hai.</w:t>
      </w:r>
    </w:p>
    <w:p>
      <w:pPr>
        <w:jc w:val="right"/>
      </w:pPr>
      <w:r>
        <w:t>تو سائنٹیفک ٹیمپر جو ہے یعنی سب سے پہلے قرآن کا سارا خلاصہ سائنٹیفک ٹیمپر ہے۔</w:t>
      </w:r>
    </w:p>
    <w:p>
      <w:r>
        <w:rPr>
          <w:b/>
        </w:rPr>
        <w:t xml:space="preserve">[54:10] </w:t>
      </w:r>
      <w:r>
        <w:t>Quran yahi chahta hai ke aadmi ke andar scientific temper aaye. Scientific temper.</w:t>
      </w:r>
    </w:p>
    <w:p>
      <w:pPr>
        <w:jc w:val="right"/>
      </w:pPr>
      <w:r>
        <w:t>قرآن یہی چاہتا ہے کہ آدمی کے اندر سائنٹیفک ٹیمپر آئے۔ سائنٹیفک ٹیمپر۔</w:t>
      </w:r>
    </w:p>
    <w:p>
      <w:r>
        <w:rPr>
          <w:b/>
        </w:rPr>
        <w:t xml:space="preserve">[54:15] </w:t>
      </w:r>
      <w:r>
        <w:t>to scientific temper mein jo meri jo main samajh paya hoon woh yeh hai ke material cheezon mein</w:t>
      </w:r>
    </w:p>
    <w:p>
      <w:pPr>
        <w:jc w:val="right"/>
      </w:pPr>
      <w:r>
        <w:t>تو سائنٹیفک ٹیمپر میں جو میری جو میں سمجھ پایا ہوں وہ یہ ہے کہ مٹیریل چیزوں میں</w:t>
      </w:r>
    </w:p>
    <w:p>
      <w:r>
        <w:rPr>
          <w:b/>
        </w:rPr>
        <w:t xml:space="preserve">[54:21] </w:t>
      </w:r>
      <w:r>
        <w:t>aap status quo ban jayein.</w:t>
      </w:r>
    </w:p>
    <w:p>
      <w:pPr>
        <w:jc w:val="right"/>
      </w:pPr>
      <w:r>
        <w:t>آپ اسٹیٹس کوئز بن جائیں۔</w:t>
      </w:r>
    </w:p>
    <w:p>
      <w:r>
        <w:rPr>
          <w:b/>
        </w:rPr>
        <w:t xml:space="preserve">[54:26] </w:t>
      </w:r>
      <w:r>
        <w:t>material cheezon mein aap status quo ban jayein.</w:t>
      </w:r>
    </w:p>
    <w:p>
      <w:pPr>
        <w:jc w:val="right"/>
      </w:pPr>
      <w:r>
        <w:t>مٹیریل چیزوں میں آپ اسٹیٹس کوئز بن جائیں۔</w:t>
      </w:r>
    </w:p>
    <w:p>
      <w:r>
        <w:rPr>
          <w:b/>
        </w:rPr>
        <w:t xml:space="preserve">[54:30] </w:t>
      </w:r>
      <w:r>
        <w:t>aur jo doosri cheezein hain is mein aap discontent ho aap ke andar.</w:t>
      </w:r>
    </w:p>
    <w:p>
      <w:pPr>
        <w:jc w:val="right"/>
      </w:pPr>
      <w:r>
        <w:t>اور جو دوسری چیزیں ہیں اس میں آپ ڈس کنٹینٹ ہو آپ کے اندر۔</w:t>
      </w:r>
    </w:p>
    <w:p>
      <w:r>
        <w:rPr>
          <w:b/>
        </w:rPr>
        <w:t xml:space="preserve">[54:35] </w:t>
      </w:r>
      <w:r>
        <w:t>intellectual development ke mamle mein discontent.</w:t>
      </w:r>
    </w:p>
    <w:p>
      <w:pPr>
        <w:jc w:val="right"/>
      </w:pPr>
      <w:r>
        <w:t>انٹلیکچول ڈویلپمنٹ کے معاملے میں ڈس کنٹینٹ۔</w:t>
      </w:r>
    </w:p>
    <w:p>
      <w:r>
        <w:rPr>
          <w:b/>
        </w:rPr>
        <w:t xml:space="preserve">[54:39] </w:t>
      </w:r>
      <w:r>
        <w:t>aur material cheezon ke maane mein contentment.</w:t>
      </w:r>
    </w:p>
    <w:p>
      <w:pPr>
        <w:jc w:val="right"/>
      </w:pPr>
      <w:r>
        <w:t>اور مٹیریل چیزوں کے معنی میں کنٹینٹمنٹ۔</w:t>
      </w:r>
    </w:p>
    <w:p>
      <w:r>
        <w:rPr>
          <w:b/>
        </w:rPr>
        <w:t xml:space="preserve">[54:43] </w:t>
      </w:r>
      <w:r>
        <w:t>do cheezein hoti hain aadmi ke paas.</w:t>
      </w:r>
    </w:p>
    <w:p>
      <w:pPr>
        <w:jc w:val="right"/>
      </w:pPr>
      <w:r>
        <w:t>دو چیزیں ہوتی ہیں آدمی کے پاس۔</w:t>
      </w:r>
    </w:p>
    <w:p>
      <w:r>
        <w:rPr>
          <w:b/>
        </w:rPr>
        <w:t xml:space="preserve">[54:48] </w:t>
      </w:r>
      <w:r>
        <w:t>aik hamara yeh physical aspect hai hamari zindagi ka, aik hai hamara mind jo hai.</w:t>
      </w:r>
    </w:p>
    <w:p>
      <w:pPr>
        <w:jc w:val="right"/>
      </w:pPr>
      <w:r>
        <w:t>ایک ہمارا یہ فزیکل آسپیکٹ ہے ہماری زندگی کا، ایک ہے ہمارا مائنڈ جو ہے۔</w:t>
      </w:r>
    </w:p>
    <w:p>
      <w:r>
        <w:rPr>
          <w:b/>
        </w:rPr>
        <w:t xml:space="preserve">[54:52] </w:t>
      </w:r>
      <w:r>
        <w:t>to mind ke le</w:t>
      </w:r>
    </w:p>
    <w:p>
      <w:pPr>
        <w:jc w:val="right"/>
      </w:pPr>
      <w:r>
        <w:t>تو مائنڈ کے لی</w:t>
      </w:r>
    </w:p>
    <w:p>
      <w:r>
        <w:rPr>
          <w:b/>
        </w:rPr>
        <w:t xml:space="preserve">[54:56] </w:t>
      </w:r>
      <w:r>
        <w:t>vel par aap ko discontentment hona chahiye.</w:t>
      </w:r>
    </w:p>
    <w:p>
      <w:pPr>
        <w:jc w:val="right"/>
      </w:pPr>
      <w:r>
        <w:t>ول پر آپ کو ڈس کنٹینٹمنٹ ہونا چاہیے۔</w:t>
      </w:r>
    </w:p>
    <w:p>
      <w:r>
        <w:rPr>
          <w:b/>
        </w:rPr>
        <w:t xml:space="preserve">[55:00] </w:t>
      </w:r>
      <w:r>
        <w:t>yani intellectual development, intellectual development, learning, learning, learning.</w:t>
      </w:r>
    </w:p>
    <w:p>
      <w:pPr>
        <w:jc w:val="right"/>
      </w:pPr>
      <w:r>
        <w:t>یعنی انٹلیکچول ڈویلپمنٹ، انٹلیکچول ڈویلپمنٹ، لرننگ، لرننگ، لرننگ۔</w:t>
      </w:r>
    </w:p>
    <w:p>
      <w:r>
        <w:rPr>
          <w:b/>
        </w:rPr>
        <w:t xml:space="preserve">[55:04] </w:t>
      </w:r>
      <w:r>
        <w:t>education, education, education.</w:t>
      </w:r>
    </w:p>
    <w:p>
      <w:pPr>
        <w:jc w:val="right"/>
      </w:pPr>
      <w:r>
        <w:t>ایجوکیشن، ایجوکیشن، ایجوکیشن۔</w:t>
      </w:r>
    </w:p>
    <w:p>
      <w:r>
        <w:rPr>
          <w:b/>
        </w:rPr>
        <w:t xml:space="preserve">[55:07] </w:t>
      </w:r>
      <w:r>
        <w:t>wahan discontentment.</w:t>
      </w:r>
    </w:p>
    <w:p>
      <w:pPr>
        <w:jc w:val="right"/>
      </w:pPr>
      <w:r>
        <w:t>وہاں ڈس کنٹینٹمنٹ۔</w:t>
      </w:r>
    </w:p>
    <w:p>
      <w:r>
        <w:rPr>
          <w:b/>
        </w:rPr>
        <w:t xml:space="preserve">[55:11] </w:t>
      </w:r>
      <w:r>
        <w:t>lekin jo physical jo need hai us ke hawale contentment. Status quo.</w:t>
      </w:r>
    </w:p>
    <w:p>
      <w:pPr>
        <w:jc w:val="right"/>
      </w:pPr>
      <w:r>
        <w:t>لیکن جو فزیکل جو نیڈ ہے اس کے حوالے کنٹینٹمنٹ۔ اسٹیٹس کوئزم۔</w:t>
      </w:r>
    </w:p>
    <w:p>
      <w:r>
        <w:rPr>
          <w:b/>
        </w:rPr>
        <w:t xml:space="preserve">[55:15] </w:t>
      </w:r>
      <w:r>
        <w:t>jo hai wohi theek hai, jo hai wohi theek hai, jo hai wohi theek hai.</w:t>
      </w:r>
    </w:p>
    <w:p>
      <w:pPr>
        <w:jc w:val="right"/>
      </w:pPr>
      <w:r>
        <w:t>جو ہے وہی ٹھیک ہے، جو ہے وہی ٹھیک ہے، جو ہے وہی ٹھیک ہے۔</w:t>
      </w:r>
    </w:p>
    <w:p>
      <w:r>
        <w:rPr>
          <w:b/>
        </w:rPr>
        <w:t xml:space="preserve">[55:19] </w:t>
      </w:r>
      <w:r>
        <w:t>kyunke yeh hota hai distraction.</w:t>
      </w:r>
    </w:p>
    <w:p>
      <w:pPr>
        <w:jc w:val="right"/>
      </w:pPr>
      <w:r>
        <w:t>کیونکہ یہ ہوتا ہے ڈسٹریکشن۔</w:t>
      </w:r>
    </w:p>
    <w:p>
      <w:r>
        <w:rPr>
          <w:b/>
        </w:rPr>
        <w:t xml:space="preserve">[55:22] </w:t>
      </w:r>
      <w:r>
        <w:t>agar aap yeh farq na karein</w:t>
      </w:r>
    </w:p>
    <w:p>
      <w:pPr>
        <w:jc w:val="right"/>
      </w:pPr>
      <w:r>
        <w:t>اگر آپ یہ فرق نہ کریں</w:t>
      </w:r>
    </w:p>
    <w:p>
      <w:r>
        <w:rPr>
          <w:b/>
        </w:rPr>
        <w:t xml:space="preserve">[55:26] </w:t>
      </w:r>
      <w:r>
        <w:t>to yani continuously aap distract karta rahega aap ko. yani material cheezon mein aap woh distract hote rahenge. aur phir woh jo intellectual development jo sab se badi cheez hai wohi achieve nahi kar sakenge. bahut bhari price deni padti hai yeh aadmi ko is cheez ki. ke material cheezon ke maamle mein woh discontentment ka formula pakad le. to b</w:t>
      </w:r>
    </w:p>
    <w:p>
      <w:pPr>
        <w:jc w:val="right"/>
      </w:pPr>
      <w:r>
        <w:t>تو یعنی کنٹینیوسلی آپ ڈسٹریکٹ کرتا رہے گا آپ کو۔ یعنی مٹیریل چیزوں میں آپ وہ ڈسٹریکٹ ہوتے رہیں گے۔ اور پھر وہ جو انٹلیکچول ڈویلپمنٹ جو سب سے بڑی چیز ہے وہی اچیو نہیں کر سکیں گے۔ بہت بھاری پرائس دینی پڑتی ہے یہ آدمی کو اس چیز کی۔ کہ مٹیریل چیزوں کے معاملے میں وہ ڈس کنٹینٹمنٹ کا فارمولا پکڑ لے۔ تو ب</w:t>
      </w:r>
    </w:p>
    <w:p>
      <w:r>
        <w:rPr>
          <w:b/>
        </w:rPr>
        <w:t xml:space="preserve">[55:56] </w:t>
      </w:r>
      <w:r>
        <w:t>harhaal mera formula kya hai? material cheezon ke bare mein status quoism aur intellectual development ke maamle mein aur aage badhna, aur aage badhna, aur aage badhna. aqool qawli haza wa astaghfirullaha li walakum ajmaeen.</w:t>
      </w:r>
    </w:p>
    <w:p>
      <w:pPr>
        <w:jc w:val="right"/>
      </w:pPr>
      <w:r>
        <w:t>ہرحال میرا فارمولا کیا ہے؟ مٹیریل چیزوں کے بارے میں اسٹیٹس کوئزم اور انٹلیکچول ڈویلپمنٹ کے معاملے میں اور آگے بڑھنا، اور آگے بڑھنا، اور آگے بڑھنا۔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