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Self Sacrifice for Divine Mission October 5, 2014</w:t>
      </w:r>
    </w:p>
    <w:p>
      <w:r>
        <w:t>https://www.youtube.com/watch?v=1_ue_-AmesQ</w:t>
      </w:r>
    </w:p>
    <w:p>
      <w:r>
        <w:rPr>
          <w:b/>
        </w:rPr>
        <w:t xml:space="preserve">[00:13] </w:t>
      </w:r>
      <w:r>
        <w:t>bismillah hir rahman nir raheem. wa salla allahu ala nabiyyi al kareem.</w:t>
      </w:r>
    </w:p>
    <w:p>
      <w:pPr>
        <w:jc w:val="right"/>
      </w:pPr>
      <w:r>
        <w:t>بسم اللہ الرحمن الرحیم۔ وصلی اللہ علی نبی الکریم۔</w:t>
      </w:r>
    </w:p>
    <w:p>
      <w:r>
        <w:rPr>
          <w:b/>
        </w:rPr>
        <w:t xml:space="preserve">[00:23] </w:t>
      </w:r>
      <w:r>
        <w:t>rabbi ishrah li sadri, wa yassir li amri, wa ahlu al uqdatan min lisani, yafqahu qawli.</w:t>
      </w:r>
    </w:p>
    <w:p>
      <w:pPr>
        <w:jc w:val="right"/>
      </w:pPr>
      <w:r>
        <w:t>رب اشرح لی صدری، ویسر لی امری، واحل العقدۃ من لسانی، یفقہ قولی۔</w:t>
      </w:r>
    </w:p>
    <w:p>
      <w:r>
        <w:rPr>
          <w:b/>
        </w:rPr>
        <w:t xml:space="preserve">[00:36] </w:t>
      </w:r>
      <w:r>
        <w:t>5 october 2014.</w:t>
      </w:r>
    </w:p>
    <w:p>
      <w:pPr>
        <w:jc w:val="right"/>
      </w:pPr>
      <w:r>
        <w:t>5 اکتوبر 2014۔</w:t>
      </w:r>
    </w:p>
    <w:p>
      <w:r>
        <w:rPr>
          <w:b/>
        </w:rPr>
        <w:t xml:space="preserve">[00:42] </w:t>
      </w:r>
      <w:r>
        <w:t>kal</w:t>
      </w:r>
    </w:p>
    <w:p>
      <w:pPr>
        <w:jc w:val="right"/>
      </w:pPr>
      <w:r>
        <w:t>کل</w:t>
      </w:r>
    </w:p>
    <w:p>
      <w:r>
        <w:rPr>
          <w:b/>
        </w:rPr>
        <w:t xml:space="preserve">[00:45] </w:t>
      </w:r>
      <w:r>
        <w:t>eid ul adha ka din hai,</w:t>
      </w:r>
    </w:p>
    <w:p>
      <w:pPr>
        <w:jc w:val="right"/>
      </w:pPr>
      <w:r>
        <w:t>عیدِ اضحیٰ کا دن ہے،</w:t>
      </w:r>
    </w:p>
    <w:p>
      <w:r>
        <w:rPr>
          <w:b/>
        </w:rPr>
        <w:t xml:space="preserve">[00:50] </w:t>
      </w:r>
      <w:r>
        <w:t>to is ki nisbat se is waqt mein eid ul adha ke bare mein kuch kehna chahta hoon.</w:t>
      </w:r>
    </w:p>
    <w:p>
      <w:pPr>
        <w:jc w:val="right"/>
      </w:pPr>
      <w:r>
        <w:t>تو اس کی نسبت سے اس وقت میں عیدِ الاضحیٰ کے بارے میں کچھ کہنا چاہتا ہوں۔</w:t>
      </w:r>
    </w:p>
    <w:p>
      <w:r>
        <w:rPr>
          <w:b/>
        </w:rPr>
        <w:t xml:space="preserve">[01:03] </w:t>
      </w:r>
      <w:r>
        <w:t>eid ul adha ka jo literal matlab hai woh hai qurbani ki eid.</w:t>
      </w:r>
    </w:p>
    <w:p>
      <w:pPr>
        <w:jc w:val="right"/>
      </w:pPr>
      <w:r>
        <w:t>عیدِ اضحیٰ کا جو لٹرل مطلب ہے وہ ہے قربانی کی عید۔</w:t>
      </w:r>
    </w:p>
    <w:p>
      <w:r>
        <w:rPr>
          <w:b/>
        </w:rPr>
        <w:t xml:space="preserve">[01:15] </w:t>
      </w:r>
      <w:r>
        <w:t>qurbani ki eid.</w:t>
      </w:r>
    </w:p>
    <w:p>
      <w:pPr>
        <w:jc w:val="right"/>
      </w:pPr>
      <w:r>
        <w:t>قربانی کی عید۔</w:t>
      </w:r>
    </w:p>
    <w:p>
      <w:r>
        <w:rPr>
          <w:b/>
        </w:rPr>
        <w:t xml:space="preserve">[01:20] </w:t>
      </w:r>
      <w:r>
        <w:t>to ab se char hazar saal pehle ek waqea hua, ek qurbani ka ek waqea jis ka zikr quran mein aaya hai.</w:t>
      </w:r>
    </w:p>
    <w:p>
      <w:pPr>
        <w:jc w:val="right"/>
      </w:pPr>
      <w:r>
        <w:t>تو اب سے چار ہزار سال پہلے ایک واقعہ ہوا، ایک قربانی کا ایک واقعہ جس کا ذکر قرآن میں آیا ہے۔</w:t>
      </w:r>
    </w:p>
    <w:p>
      <w:r>
        <w:rPr>
          <w:b/>
        </w:rPr>
        <w:t xml:space="preserve">[01:33] </w:t>
      </w:r>
      <w:r>
        <w:t>to</w:t>
      </w:r>
    </w:p>
    <w:p>
      <w:pPr>
        <w:jc w:val="right"/>
      </w:pPr>
      <w:r>
        <w:t>تو</w:t>
      </w:r>
    </w:p>
    <w:p>
      <w:r>
        <w:rPr>
          <w:b/>
        </w:rPr>
        <w:t xml:space="preserve">[01:37] </w:t>
      </w:r>
      <w:r>
        <w:t>is ko Allah taala ne ek misaal kaise de di ke log isi tarah qurbani ki</w:t>
      </w:r>
    </w:p>
    <w:p>
      <w:pPr>
        <w:jc w:val="right"/>
      </w:pPr>
      <w:r>
        <w:t>اس کو اللہ تعالیٰ نے ایک مثال کیسے دے دی کہ لوگ اسی طرح قربانی کی</w:t>
      </w:r>
    </w:p>
    <w:p>
      <w:r>
        <w:rPr>
          <w:b/>
        </w:rPr>
        <w:t xml:space="preserve">[01:48] </w:t>
      </w:r>
      <w:r>
        <w:t>ko zinda karte rahen.</w:t>
      </w:r>
    </w:p>
    <w:p>
      <w:pPr>
        <w:jc w:val="right"/>
      </w:pPr>
      <w:r>
        <w:t>کو زندہ کرتے رہیں۔</w:t>
      </w:r>
    </w:p>
    <w:p>
      <w:r>
        <w:rPr>
          <w:b/>
        </w:rPr>
        <w:t xml:space="preserve">[01:55] </w:t>
      </w:r>
      <w:r>
        <w:t>to woh sari dunya ke musalman eid ul adha manate hain isi ki taameel mein.</w:t>
      </w:r>
    </w:p>
    <w:p>
      <w:pPr>
        <w:jc w:val="right"/>
      </w:pPr>
      <w:r>
        <w:t>تو وہ ساری دنیا کے مسلمان عیدِ اضحیٰ مناتے ہیں اسی کی تعمیل میں۔</w:t>
      </w:r>
    </w:p>
    <w:p>
      <w:r>
        <w:rPr>
          <w:b/>
        </w:rPr>
        <w:t xml:space="preserve">[02:08] </w:t>
      </w:r>
      <w:r>
        <w:t>surah as saffat quran ki surah number 37 hai. is mein yeh ayat hai ke hazrat ismail ko hazrat ibrahim ne zabh ke liye litaya tha aur phir baad ko Allah ke hukum se ek medhe ko unhon ne qurban kiya.</w:t>
      </w:r>
    </w:p>
    <w:p>
      <w:pPr>
        <w:jc w:val="right"/>
      </w:pPr>
      <w:r>
        <w:t>سورہ الصافات قرآن کی سورہ نمبر 37 ہے۔ اس میں یہ آیت ہے کہ حضرت اسماعیل کو حضرت ابراہیم نے ضب کے لئے لٹایا تھا اور پھر بعد کو اللہ کے حکم سے ایک میڈھے کو انہوں نے قربان کیا۔</w:t>
      </w:r>
    </w:p>
    <w:p>
      <w:r>
        <w:rPr>
          <w:b/>
        </w:rPr>
        <w:t xml:space="preserve">[02:30] </w:t>
      </w:r>
      <w:r>
        <w:t>to is ka zikr karte hi surah as saffat mein yeh alfaaz aaye hain:</w:t>
      </w:r>
    </w:p>
    <w:p>
      <w:pPr>
        <w:jc w:val="right"/>
      </w:pPr>
      <w:r>
        <w:t>تو اس کا ذکر کرتے ہی سورہ الصافات میں یہ الفاظ آئے ہیں:</w:t>
      </w:r>
    </w:p>
    <w:p>
      <w:r>
        <w:rPr>
          <w:b/>
        </w:rPr>
        <w:t xml:space="preserve">[02:39] </w:t>
      </w:r>
      <w:r>
        <w:t>wa fadaynahu bi zibhin azeem. wa tarakna alayhi fil aakhireen. is ka matlab yeh hai ke ismail ko hum ne chuda liya ek badi qurbani ke liye.</w:t>
      </w:r>
    </w:p>
    <w:p>
      <w:pPr>
        <w:jc w:val="right"/>
      </w:pPr>
      <w:r>
        <w:t>وفدینہ بذبح عظیم وترکنا علیہ فی الآخرین۔ اس کا مطلب یہ ہے کہ اسماعیل کو ہم نے چھڑا لیا ایک بڑی قربانی کے لئے۔</w:t>
      </w:r>
    </w:p>
    <w:p>
      <w:r>
        <w:rPr>
          <w:b/>
        </w:rPr>
        <w:t xml:space="preserve">[03:00] </w:t>
      </w:r>
      <w:r>
        <w:t>wa tarakna alayhi fil aakhireen aur is par hum ne choda baad ko baad walon ko. yeh jo hai ke wa tarakna alayhi fil aakhireen yani baad walon mein is ko hamesha ke liye ek</w:t>
      </w:r>
    </w:p>
    <w:p>
      <w:pPr>
        <w:jc w:val="right"/>
      </w:pPr>
      <w:r>
        <w:t>وترکنا علیہ فی الآخرین اور اس پر ہم نے چھوڑا بعد کو بعد والوں کو۔ یہ جو ہے کہ وترکنا علیہ فی الآخرین یعنی بعد والوں میں اس کو ہمیشہ کے لئے ایک</w:t>
      </w:r>
    </w:p>
    <w:p>
      <w:r>
        <w:rPr>
          <w:b/>
        </w:rPr>
        <w:t xml:space="preserve">[03:22] </w:t>
      </w:r>
      <w:r>
        <w:t>taqreeb ki hesiyat de di ke har saal tamam musalman is ko dohraen. aur yeh pledge len ke unhein isi tarah se</w:t>
      </w:r>
    </w:p>
    <w:p>
      <w:pPr>
        <w:jc w:val="right"/>
      </w:pPr>
      <w:r>
        <w:t>تقریب کی حیثیت دے دی کہ ہر سال تمام مسلمان اس کو دہرائیں۔ اور یہ پلج لیں کہ انہیں اسی طرح سے</w:t>
      </w:r>
    </w:p>
    <w:p>
      <w:r>
        <w:rPr>
          <w:b/>
        </w:rPr>
        <w:t xml:space="preserve">[03:37] </w:t>
      </w:r>
      <w:r>
        <w:t>Allah ke mission ke liye qurbani dete rehna hai. to yeh ayat bahut zyada sochne wali ayat hai.</w:t>
      </w:r>
    </w:p>
    <w:p>
      <w:pPr>
        <w:jc w:val="right"/>
      </w:pPr>
      <w:r>
        <w:t>اللہ کے مشن کے لئے قربانی دیتے رہنا ہے۔ تو یہ آیت بہت زیادہ سوچنے والی آیت ہے۔</w:t>
      </w:r>
    </w:p>
    <w:p>
      <w:r>
        <w:rPr>
          <w:b/>
        </w:rPr>
        <w:t xml:space="preserve">[03:50] </w:t>
      </w:r>
      <w:r>
        <w:t>to yeh jo hai ke wafadina bizibhin azeem aur hum ne chuda liya ismail ko aik bari qurbani ke liye.</w:t>
      </w:r>
    </w:p>
    <w:p>
      <w:pPr>
        <w:jc w:val="right"/>
      </w:pPr>
      <w:r>
        <w:t>تو یہ جو ہے کہ وفدینہ بذبح عظیم اور ہم نے چھڑا لیا اسماعیل کو ایک بڑی قربانی کے لئے۔</w:t>
      </w:r>
    </w:p>
    <w:p>
      <w:r>
        <w:rPr>
          <w:b/>
        </w:rPr>
        <w:t xml:space="preserve">[04:08] </w:t>
      </w:r>
      <w:r>
        <w:t>We ransomed him for the sake of a greater sacrifice.</w:t>
      </w:r>
    </w:p>
    <w:p>
      <w:pPr>
        <w:jc w:val="right"/>
      </w:pPr>
      <w:r>
        <w:t>We ransomed him for the sake of a greater sacrifice.</w:t>
      </w:r>
    </w:p>
    <w:p>
      <w:r>
        <w:rPr>
          <w:b/>
        </w:rPr>
        <w:t xml:space="preserve">[04:20] </w:t>
      </w:r>
      <w:r>
        <w:t>to aam tor par log samajhte hain ke zibha azeem ka matlab hai woh medha. aur ajeeb o ghareeb qism ki kahaniyan banai gayi hain ke woh medha jannat mein tha, jannat ke mein charta tha woh, bohat dinon tak charta raha.</w:t>
      </w:r>
    </w:p>
    <w:p>
      <w:pPr>
        <w:jc w:val="right"/>
      </w:pPr>
      <w:r>
        <w:t>تو عام طور پر لوگ سمجھتے ہیں کہ ذبح عظیم کا مطلب ہے وہ میڈھا۔ اور عجیب و غریب قسم کی کہانیاں بنائی گئی ہیں کہ وہ میڈھا جنت میں تھا، جنت کے میں چڑھتا تھا وہ، بہت دنوں تک چڑھتا رہا۔</w:t>
      </w:r>
    </w:p>
    <w:p>
      <w:r>
        <w:rPr>
          <w:b/>
        </w:rPr>
        <w:t xml:space="preserve">[04:35] </w:t>
      </w:r>
      <w:r>
        <w:t>to woh jibril us ko laye. yeh sab bilkul mauzu rawaiyat hain. is ka haqeeqat se koi talluq nahin. case sirf yeh hai ke Hazrat Ibrahim ko Allah taala ne aik khwab dikhaya.</w:t>
      </w:r>
    </w:p>
    <w:p>
      <w:pPr>
        <w:jc w:val="right"/>
      </w:pPr>
      <w:r>
        <w:t>تو وہ جبرائیل اس کو لائے۔ یہ سب بالکل موضوع روایتیں ہیں۔ اس کا حقیقت سے کوئی تعلق نہیں۔ کیس صرف یہ ہے کہ حضرت ابراہیم کو اللہ تعالیٰ نے ایک خواب دکھایا۔</w:t>
      </w:r>
    </w:p>
    <w:p>
      <w:r>
        <w:rPr>
          <w:b/>
        </w:rPr>
        <w:t xml:space="preserve">[04:52] </w:t>
      </w:r>
      <w:r>
        <w:t>is khwab mein unhon ne dekha ke main apne bete ismail ko zabh kar raha hoon.</w:t>
      </w:r>
    </w:p>
    <w:p>
      <w:pPr>
        <w:jc w:val="right"/>
      </w:pPr>
      <w:r>
        <w:t>اس خواب میں انہوں نے دیکھا کہ میں اپنے بیٹے اسماعیل کو ضب کر رہا ہوں۔</w:t>
      </w:r>
    </w:p>
    <w:p>
      <w:r>
        <w:rPr>
          <w:b/>
        </w:rPr>
        <w:t xml:space="preserve">[05:00] </w:t>
      </w:r>
      <w:r>
        <w:t>to nabbi ka khwab sach hota hai. woh apne bete ko zabh karne ke liye tayyar ho gaye.</w:t>
      </w:r>
    </w:p>
    <w:p>
      <w:pPr>
        <w:jc w:val="right"/>
      </w:pPr>
      <w:r>
        <w:t>تو نبی کا خواب سچا ہوتا ہے۔ وہ اپنے بیٹے کو ضب کرنے کے لئے تیار ہو گئے۔</w:t>
      </w:r>
    </w:p>
    <w:p>
      <w:r>
        <w:rPr>
          <w:b/>
        </w:rPr>
        <w:t xml:space="preserve">[05:10] </w:t>
      </w:r>
      <w:r>
        <w:t>is waqt woh ghaliban das barah saal ke darmiyan thay. to is waqt awaz aayi</w:t>
      </w:r>
    </w:p>
    <w:p>
      <w:pPr>
        <w:jc w:val="right"/>
      </w:pPr>
      <w:r>
        <w:t>اس وقت وہ غالباً دس بارہ سال کے درمیان تھے۔ تو اس وقت آواز آئی</w:t>
      </w:r>
    </w:p>
    <w:p>
      <w:r>
        <w:rPr>
          <w:b/>
        </w:rPr>
        <w:t xml:space="preserve">[05:21] </w:t>
      </w:r>
      <w:r>
        <w:t>ke aey Ibrahim! tum ne khwab ko sach kar dikhaya. lekin is waqt phir yeh kaha gaya ke tum aik medhe ko zabh kar do.</w:t>
      </w:r>
    </w:p>
    <w:p>
      <w:pPr>
        <w:jc w:val="right"/>
      </w:pPr>
      <w:r>
        <w:t>کہ اے ابراہیم! تم نے خواب کو سچ کر دکھایا۔ لیکن اس وقت پھر یہ کہا گیا کہ تم ایک میڈھے کو ضب کر دو۔</w:t>
      </w:r>
    </w:p>
    <w:p>
      <w:r>
        <w:rPr>
          <w:b/>
        </w:rPr>
        <w:t xml:space="preserve">[05:33] </w:t>
      </w:r>
      <w:r>
        <w:t>bete ko zabh karna nahin hai. to is ka mani hai ke yahan par yeh jo zibha azeem aya hai, zibha azeem ke mani hote hain great sacrifice.</w:t>
      </w:r>
    </w:p>
    <w:p>
      <w:pPr>
        <w:jc w:val="right"/>
      </w:pPr>
      <w:r>
        <w:t>بیٹے کو ضب کرنا نہیں ہے۔ تو اس کا معنی ہے کہ یہاں پر یہ جو ذبح عظیم آیا ہے، ذبح عظیم کے معنی ہوتے ہیں great sacrifice۔</w:t>
      </w:r>
    </w:p>
    <w:p>
      <w:r>
        <w:rPr>
          <w:b/>
        </w:rPr>
        <w:t xml:space="preserve">[05:47] </w:t>
      </w:r>
      <w:r>
        <w:t>kyun ke do sacrifice huin. is waqe mein</w:t>
      </w:r>
    </w:p>
    <w:p>
      <w:pPr>
        <w:jc w:val="right"/>
      </w:pPr>
      <w:r>
        <w:t>کیوں کہ دو sacrifice ہوئیں۔ اس واقعے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