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Islamic Way of Thinking | August 28, 2007</w:t>
      </w:r>
    </w:p>
    <w:p>
      <w:r>
        <w:t>https://www.youtube.com/watch?v=yzexTN68BLI</w:t>
      </w:r>
    </w:p>
    <w:p>
      <w:r>
        <w:rPr>
          <w:b/>
        </w:rPr>
        <w:t xml:space="preserve">[00:10] </w:t>
      </w:r>
      <w:r>
        <w:t>bismillah rahman rahim, wasallallahu ala nabiyyil karim.</w:t>
      </w:r>
    </w:p>
    <w:p>
      <w:pPr>
        <w:jc w:val="right"/>
      </w:pPr>
      <w:r>
        <w:t>بسم اللہ الرحمن الرحیم، وصلی اللہ علی النبی الکریم۔</w:t>
      </w:r>
    </w:p>
    <w:p>
      <w:r>
        <w:rPr>
          <w:b/>
        </w:rPr>
        <w:t xml:space="preserve">[00:21] </w:t>
      </w:r>
      <w:r>
        <w:t>rabbi shrahli sadri, wayassirli amri, wahlul uqdatam min lisani, yafqahu qawli.</w:t>
      </w:r>
    </w:p>
    <w:p>
      <w:pPr>
        <w:jc w:val="right"/>
      </w:pPr>
      <w:r>
        <w:t>رب اشرح لی صدری، ویسر لی امری، واحل العقدۃ من لسانی، یفقہ قولی۔</w:t>
      </w:r>
    </w:p>
    <w:p>
      <w:r>
        <w:rPr>
          <w:b/>
        </w:rPr>
        <w:t xml:space="preserve">[00:31] </w:t>
      </w:r>
      <w:r>
        <w:t>The theme for the present talk is Islamic way of thinking.</w:t>
      </w:r>
    </w:p>
    <w:p>
      <w:pPr>
        <w:jc w:val="right"/>
      </w:pPr>
      <w:r>
        <w:t>دا تھیم فار دا پریزنٹ ٹاک از اسلامک وے آف تھنکنگ۔</w:t>
      </w:r>
    </w:p>
    <w:p>
      <w:r>
        <w:rPr>
          <w:b/>
        </w:rPr>
        <w:t xml:space="preserve">[00:42] </w:t>
      </w:r>
      <w:r>
        <w:t>The religion of Islam is basically based on thinking. International word you say niyat, ikhlas, that is thinking. So Islam is not a set of rituals, Islam is not simply of form, Islam is a way of thinking</w:t>
      </w:r>
    </w:p>
    <w:p>
      <w:pPr>
        <w:jc w:val="right"/>
      </w:pPr>
      <w:r>
        <w:t>دا ریلیجن آف اسلام از بیسکلی بیسڈ آن تھنکنگ۔ انٹرنیشنل ورڈ یو سے نیت، اخلاص، دیٹ از تھنکنگ۔ سو اسلام از ناٹ ا سیٹ آف ریچولز، اسلام از ناٹ سمپلی آف فارم، اسلام از اے وے آف تھنکنگ</w:t>
      </w:r>
    </w:p>
    <w:p>
      <w:r>
        <w:rPr>
          <w:b/>
        </w:rPr>
        <w:t xml:space="preserve">[01:12] </w:t>
      </w:r>
      <w:r>
        <w:t>.</w:t>
      </w:r>
    </w:p>
    <w:p>
      <w:pPr>
        <w:jc w:val="right"/>
      </w:pPr>
      <w:r>
        <w:t>۔</w:t>
      </w:r>
    </w:p>
    <w:p>
      <w:r>
        <w:rPr>
          <w:b/>
        </w:rPr>
        <w:t xml:space="preserve">[01:19] </w:t>
      </w:r>
      <w:r>
        <w:t>All the teachings of Islam are based on thinking.</w:t>
      </w:r>
    </w:p>
    <w:p>
      <w:pPr>
        <w:jc w:val="right"/>
      </w:pPr>
      <w:r>
        <w:t>آل دا ٹیچنگز آف اسلام آر بیسڈ آن تھنکنگ۔</w:t>
      </w:r>
    </w:p>
    <w:p>
      <w:r>
        <w:rPr>
          <w:b/>
        </w:rPr>
        <w:t xml:space="preserve">[01:25] </w:t>
      </w:r>
      <w:r>
        <w:t>This is the central theme of Islam.</w:t>
      </w:r>
    </w:p>
    <w:p>
      <w:pPr>
        <w:jc w:val="right"/>
      </w:pPr>
      <w:r>
        <w:t>دس از دا سنٹرل تھیم آف اسلام۔</w:t>
      </w:r>
    </w:p>
    <w:p>
      <w:r>
        <w:rPr>
          <w:b/>
        </w:rPr>
        <w:t xml:space="preserve">[01:31] </w:t>
      </w:r>
      <w:r>
        <w:t>Now what is the Islamic thinking? In a single word I can say, in a single word I</w:t>
      </w:r>
    </w:p>
    <w:p>
      <w:pPr>
        <w:jc w:val="right"/>
      </w:pPr>
      <w:r>
        <w:t>ناؤ واٹ از دا اسلامک تھنکنگ؟ ان اے سنگل ورڈ آئی کین سے، ان اے سنگل ورڈ آئی</w:t>
      </w:r>
    </w:p>
    <w:p>
      <w:r>
        <w:rPr>
          <w:b/>
        </w:rPr>
        <w:t xml:space="preserve">[01:38] </w:t>
      </w:r>
      <w:r>
        <w:t>would like to say that</w:t>
      </w:r>
    </w:p>
    <w:p>
      <w:pPr>
        <w:jc w:val="right"/>
      </w:pPr>
      <w:r>
        <w:t>وڈ لائک ٹو سے دیٹ</w:t>
      </w:r>
    </w:p>
    <w:p>
      <w:r>
        <w:rPr>
          <w:b/>
        </w:rPr>
        <w:t xml:space="preserve">[01:44] </w:t>
      </w:r>
      <w:r>
        <w:t>Islamic thinking is positive thinking.</w:t>
      </w:r>
    </w:p>
    <w:p>
      <w:pPr>
        <w:jc w:val="right"/>
      </w:pPr>
      <w:r>
        <w:t>اسلامک تھنکنگ از پازیٹیو تھنکنگ۔</w:t>
      </w:r>
    </w:p>
    <w:p>
      <w:r>
        <w:rPr>
          <w:b/>
        </w:rPr>
        <w:t xml:space="preserve">[01:52] </w:t>
      </w:r>
      <w:r>
        <w:t>Islamic thinking is a positive thinking.</w:t>
      </w:r>
    </w:p>
    <w:p>
      <w:pPr>
        <w:jc w:val="right"/>
      </w:pPr>
      <w:r>
        <w:t>اسلامک تھنکنگ از اے پازیٹیو تھنکنگ۔</w:t>
      </w:r>
    </w:p>
    <w:p>
      <w:r>
        <w:rPr>
          <w:b/>
        </w:rPr>
        <w:t xml:space="preserve">[02:00] </w:t>
      </w:r>
      <w:r>
        <w:t>Positive thinking is the central idea in Islam.</w:t>
      </w:r>
    </w:p>
    <w:p>
      <w:pPr>
        <w:jc w:val="right"/>
      </w:pPr>
      <w:r>
        <w:t>پازیٹیو تھنکنگ از دا سنٹرل آئیڈیا ان اسلام۔</w:t>
      </w:r>
    </w:p>
    <w:p>
      <w:r>
        <w:rPr>
          <w:b/>
        </w:rPr>
        <w:t xml:space="preserve">[02:08] </w:t>
      </w:r>
      <w:r>
        <w:t>If you start reading the Quran, you will find the first verse of the Quran is Alhamdu Lillah-e Rabb-il-'alamin.</w:t>
      </w:r>
    </w:p>
    <w:p>
      <w:pPr>
        <w:jc w:val="right"/>
      </w:pPr>
      <w:r>
        <w:t>اف یو سٹارٹ ریڈنگ دا قرآن، یو ویل فائنڈ دا فرسٹ ورس آف دا قرآن از الحمدللہ رب العالمین۔</w:t>
      </w:r>
    </w:p>
    <w:p>
      <w:r>
        <w:rPr>
          <w:b/>
        </w:rPr>
        <w:t xml:space="preserve">[02:15] </w:t>
      </w:r>
      <w:r>
        <w:t>all the praise be to God, the Lord of the universe. Now what is praise? How you can say that all the praise is for God? It required complete positivity. Without comple</w:t>
      </w:r>
    </w:p>
    <w:p>
      <w:pPr>
        <w:jc w:val="right"/>
      </w:pPr>
      <w:r>
        <w:t>آل دا پریز بی ٹو گاڈ، دا لارڈ آف دا یونیورس۔ ناؤ واٹ از پریز؟ ہاؤ یو کین سے دیٹ آل دا پریز از فار گاڈ؟ اٹ ریکوائرڈ کمپلیٹ پازیٹیوٹی۔ وداؤٹ کمپلی</w:t>
      </w:r>
    </w:p>
    <w:p>
      <w:r>
        <w:rPr>
          <w:b/>
        </w:rPr>
        <w:t xml:space="preserve">[02:45] </w:t>
      </w:r>
      <w:r>
        <w:t>ٹ پازیٹیوٹی، you cannot say that Alhamdulillahi Rabbil Alameen.</w:t>
      </w:r>
    </w:p>
    <w:p>
      <w:pPr>
        <w:jc w:val="right"/>
      </w:pPr>
      <w:r>
        <w:t>ٹ پازیٹیوٹی، یو کین ناٹ سے دیٹ الحمدللہ رب العالمین۔</w:t>
      </w:r>
    </w:p>
    <w:p>
      <w:r>
        <w:rPr>
          <w:b/>
        </w:rPr>
        <w:t xml:space="preserve">[02:56] </w:t>
      </w:r>
      <w:r>
        <w:t>You know, we live in a world where every time there are, every moment there are some negative</w:t>
      </w:r>
    </w:p>
    <w:p>
      <w:pPr>
        <w:jc w:val="right"/>
      </w:pPr>
      <w:r>
        <w:t>یو نو، وی لیو ان اے ورلڈ ویر ایوری ٹائم دیر آر، ایوری مومنٹ دیر آر سم نیگیٹیو</w:t>
      </w:r>
    </w:p>
    <w:p>
      <w:r>
        <w:rPr>
          <w:b/>
        </w:rPr>
        <w:t xml:space="preserve">[03:06] </w:t>
      </w:r>
      <w:r>
        <w:t>experiences, some kind of unpleasant situations.</w:t>
      </w:r>
    </w:p>
    <w:p>
      <w:pPr>
        <w:jc w:val="right"/>
      </w:pPr>
      <w:r>
        <w:t>ایکسپیرینسز، سم کائنڈ آف ان پریزنٹ سچویشنز</w:t>
      </w:r>
    </w:p>
    <w:p>
      <w:r>
        <w:rPr>
          <w:b/>
        </w:rPr>
        <w:t xml:space="preserve">[03:17] </w:t>
      </w:r>
      <w:r>
        <w:t>, some kind of provocation.</w:t>
      </w:r>
    </w:p>
    <w:p>
      <w:pPr>
        <w:jc w:val="right"/>
      </w:pPr>
      <w:r>
        <w:t>، سم کائنڈ آف پرووکیشن۔</w:t>
      </w:r>
    </w:p>
    <w:p>
      <w:r>
        <w:rPr>
          <w:b/>
        </w:rPr>
        <w:t xml:space="preserve">[03:22] </w:t>
      </w:r>
      <w:r>
        <w:t>So generally people live in complaint, in protest, in hate.</w:t>
      </w:r>
    </w:p>
    <w:p>
      <w:pPr>
        <w:jc w:val="right"/>
      </w:pPr>
      <w:r>
        <w:t>سو جنرلی پیپل لیو ان کمپلینٹ، ان پروٹیسٹ، ان ہیٹ۔</w:t>
      </w:r>
    </w:p>
    <w:p>
      <w:r>
        <w:rPr>
          <w:b/>
        </w:rPr>
        <w:t xml:space="preserve">[03:27] </w:t>
      </w:r>
      <w:r>
        <w:t>Almost all the people live in hate.</w:t>
      </w:r>
    </w:p>
    <w:p>
      <w:pPr>
        <w:jc w:val="right"/>
      </w:pPr>
      <w:r>
        <w:t>الموسٹ آل دا پیپل لیو ان ہیٹ۔</w:t>
      </w:r>
    </w:p>
    <w:p>
      <w:r>
        <w:rPr>
          <w:b/>
        </w:rPr>
        <w:t xml:space="preserve">[03:33] </w:t>
      </w:r>
      <w:r>
        <w:t>Why? It means negative reaction.</w:t>
      </w:r>
    </w:p>
    <w:p>
      <w:pPr>
        <w:jc w:val="right"/>
      </w:pPr>
      <w:r>
        <w:t>وائی؟ ہیٹ مینز نیگیٹیو ری ایکشن۔</w:t>
      </w:r>
    </w:p>
    <w:p>
      <w:r>
        <w:rPr>
          <w:b/>
        </w:rPr>
        <w:t xml:space="preserve">[03:38] </w:t>
      </w:r>
      <w:r>
        <w:t>"Hate means negative reaction."</w:t>
      </w:r>
    </w:p>
    <w:p>
      <w:pPr>
        <w:jc w:val="right"/>
      </w:pPr>
      <w:r>
        <w:t>ہیٹ مینز نیگیٹیو ری ایکشن۔</w:t>
      </w:r>
    </w:p>
    <w:p>
      <w:r>
        <w:rPr>
          <w:b/>
        </w:rPr>
        <w:t xml:space="preserve">[03:44] </w:t>
      </w:r>
      <w:r>
        <w:t>When you are in society, you experience some kind of</w:t>
      </w:r>
    </w:p>
    <w:p>
      <w:pPr>
        <w:jc w:val="right"/>
      </w:pPr>
      <w:r>
        <w:t>وین یو آر ان سوسائٹی، یو ایکسپیرینس سم کائنڈ آف</w:t>
      </w:r>
    </w:p>
    <w:p>
      <w:r>
        <w:rPr>
          <w:b/>
        </w:rPr>
        <w:t xml:space="preserve">[03:49] </w:t>
      </w:r>
      <w:r>
        <w:t>said, "Experience every moment."</w:t>
      </w:r>
    </w:p>
    <w:p>
      <w:pPr>
        <w:jc w:val="right"/>
      </w:pPr>
      <w:r>
        <w:t>سیڈ ایکسپیرینس ایوری مومنٹ۔</w:t>
      </w:r>
    </w:p>
    <w:p>
      <w:r>
        <w:rPr>
          <w:b/>
        </w:rPr>
        <w:t xml:space="preserve">[03:55] </w:t>
      </w:r>
      <w:r>
        <w:t>So this sad experience inculcate in your mind negative thinking.</w:t>
      </w:r>
    </w:p>
    <w:p>
      <w:pPr>
        <w:jc w:val="right"/>
      </w:pPr>
      <w:r>
        <w:t>سو دس سیڈ ایکسپیرینس انکلکیٹ ان یور مائنڈ نیگیٹیو تھنکنگ۔</w:t>
      </w:r>
    </w:p>
    <w:p>
      <w:r>
        <w:rPr>
          <w:b/>
        </w:rPr>
        <w:t xml:space="preserve">[04:01] </w:t>
      </w:r>
      <w:r>
        <w:t>So people are generally, people generally live in negative thought.</w:t>
      </w:r>
    </w:p>
    <w:p>
      <w:pPr>
        <w:jc w:val="right"/>
      </w:pPr>
      <w:r>
        <w:t>سو پیپل آر جنرلی، پیپل جنرلی لیو ان نیگیٹیو تھاٹ۔</w:t>
      </w:r>
    </w:p>
    <w:p>
      <w:r>
        <w:rPr>
          <w:b/>
        </w:rPr>
        <w:t xml:space="preserve">[04:07] </w:t>
      </w:r>
      <w:r>
        <w:t>Why? They used to react.</w:t>
      </w:r>
    </w:p>
    <w:p>
      <w:pPr>
        <w:jc w:val="right"/>
      </w:pPr>
      <w:r>
        <w:t>وائی؟ دے یوز ٹو ری ایکٹ۔</w:t>
      </w:r>
    </w:p>
    <w:p>
      <w:r>
        <w:rPr>
          <w:b/>
        </w:rPr>
        <w:t xml:space="preserve">[04:13] </w:t>
      </w:r>
      <w:r>
        <w:t>So if you want to say Alhamdolillah Rabbil Aalameen</w:t>
      </w:r>
    </w:p>
    <w:p>
      <w:pPr>
        <w:jc w:val="right"/>
      </w:pPr>
      <w:r>
        <w:t>سو اف یو وانٹ ٹو سے الحمدللہ رب العالمین</w:t>
      </w:r>
    </w:p>
    <w:p>
      <w:r>
        <w:rPr>
          <w:b/>
        </w:rPr>
        <w:t xml:space="preserve">[04:19] </w:t>
      </w:r>
      <w:r>
        <w:t>In the true spirit of the word, you have to save yourself from negativity.</w:t>
      </w:r>
    </w:p>
    <w:p>
      <w:pPr>
        <w:jc w:val="right"/>
      </w:pPr>
      <w:r>
        <w:t>ان دا ٹرو سپرٹ آف دا ورلڈ، یو ہیو ٹو سیو یور سیلف فرام نیگیٹیوٹی۔</w:t>
      </w:r>
    </w:p>
    <w:p>
      <w:r>
        <w:rPr>
          <w:b/>
        </w:rPr>
        <w:t xml:space="preserve">[04:27] </w:t>
      </w:r>
      <w:r>
        <w:t>Without this, you cannot say Alhamdu Lillah Rabbil 'Alamin.</w:t>
      </w:r>
    </w:p>
    <w:p>
      <w:pPr>
        <w:jc w:val="right"/>
      </w:pPr>
      <w:r>
        <w:t>وداؤٹ دس، یو کین ناٹ سے الحمدللہ رب العالمین۔</w:t>
      </w:r>
    </w:p>
    <w:p>
      <w:r>
        <w:rPr>
          <w:b/>
        </w:rPr>
        <w:t xml:space="preserve">[04:35] </w:t>
      </w:r>
      <w:r>
        <w:t>Otherwise, your Alhamdulillah will be nothing but lip service.</w:t>
      </w:r>
    </w:p>
    <w:p>
      <w:pPr>
        <w:jc w:val="right"/>
      </w:pPr>
      <w:r>
        <w:t>ادروائز، یور الحمدللہ ویل بی نتھنگ بٹ لپ سروس۔</w:t>
      </w:r>
    </w:p>
    <w:p>
      <w:r>
        <w:rPr>
          <w:b/>
        </w:rPr>
        <w:t xml:space="preserve">[04:42] </w:t>
      </w:r>
      <w:r>
        <w:t>And lip service is not required by God.</w:t>
      </w:r>
    </w:p>
    <w:p>
      <w:pPr>
        <w:jc w:val="right"/>
      </w:pPr>
      <w:r>
        <w:t>اینڈ لپ سروس از ناٹ ریکوائرڈ بائی گاڈ۔</w:t>
      </w:r>
    </w:p>
    <w:p>
      <w:r>
        <w:rPr>
          <w:b/>
        </w:rPr>
        <w:t xml:space="preserve">[04:50] </w:t>
      </w:r>
      <w:r>
        <w:t>Lip service is not required by God.</w:t>
      </w:r>
    </w:p>
    <w:p>
      <w:pPr>
        <w:jc w:val="right"/>
      </w:pPr>
      <w:r>
        <w:t>لپ سروس از ناٹ ریکوائرڈ بائی گاڈ۔</w:t>
      </w:r>
    </w:p>
    <w:p>
      <w:r>
        <w:rPr>
          <w:b/>
        </w:rPr>
        <w:t xml:space="preserve">[04:57] </w:t>
      </w:r>
      <w:r>
        <w:t>You have to present your shukr or your thanks to God with complete positivity.</w:t>
      </w:r>
    </w:p>
    <w:p>
      <w:pPr>
        <w:jc w:val="right"/>
      </w:pPr>
      <w:r>
        <w:t>یو ہیو ٹو پریزنٹ یور شکر اور یور تھینکس ٹو گاڈ ود کمپلیٹ پازیٹیوٹی۔</w:t>
      </w:r>
    </w:p>
    <w:p>
      <w:r>
        <w:rPr>
          <w:b/>
        </w:rPr>
        <w:t xml:space="preserve">[05:05] </w:t>
      </w:r>
      <w:r>
        <w:t>So if you want to present this kind of alhamdulillah or shukr, you have to save yourself</w:t>
      </w:r>
    </w:p>
    <w:p>
      <w:pPr>
        <w:jc w:val="right"/>
      </w:pPr>
      <w:r>
        <w:t>سو اف یو وانٹ ٹو پریزنٹ دس کائنڈ آف الحمدللہ اور شکر، یو ہیو ٹو سیو یور سیلف</w:t>
      </w:r>
    </w:p>
    <w:p>
      <w:r>
        <w:rPr>
          <w:b/>
        </w:rPr>
        <w:t xml:space="preserve">[05:12] </w:t>
      </w:r>
      <w:r>
        <w:t>from reaction,</w:t>
      </w:r>
    </w:p>
    <w:p>
      <w:pPr>
        <w:jc w:val="right"/>
      </w:pPr>
      <w:r>
        <w:t>فرام ری ایکشن،</w:t>
      </w:r>
    </w:p>
    <w:p>
      <w:r>
        <w:rPr>
          <w:b/>
        </w:rPr>
        <w:t xml:space="preserve">[05:20] </w:t>
      </w:r>
      <w:r>
        <w:t>from negative thinking.</w:t>
      </w:r>
    </w:p>
    <w:p>
      <w:pPr>
        <w:jc w:val="right"/>
      </w:pPr>
      <w:r>
        <w:t>فرام نیگیٹیو تھنکنگ۔</w:t>
      </w:r>
    </w:p>
    <w:p>
      <w:r>
        <w:rPr>
          <w:b/>
        </w:rPr>
        <w:t xml:space="preserve">[05:26] </w:t>
      </w:r>
      <w:r>
        <w:t>Otherwise, you will fail.</w:t>
      </w:r>
    </w:p>
    <w:p>
      <w:pPr>
        <w:jc w:val="right"/>
      </w:pPr>
      <w:r>
        <w:t>ادروائز، یو ویل فیل۔</w:t>
      </w:r>
    </w:p>
    <w:p>
      <w:r>
        <w:rPr>
          <w:b/>
        </w:rPr>
        <w:t xml:space="preserve">[05:32] </w:t>
      </w:r>
      <w:r>
        <w:t>you will present only lip service and not the alhamdulillah in true sense of the word.</w:t>
      </w:r>
    </w:p>
    <w:p>
      <w:pPr>
        <w:jc w:val="right"/>
      </w:pPr>
      <w:r>
        <w:t>یو ویل پریزنٹ اونلی لپ سروس اینڈ ناٹ دا الحمدللہ ان ٹرو سینس آف دا ورلڈ۔</w:t>
      </w:r>
    </w:p>
    <w:p>
      <w:r>
        <w:rPr>
          <w:b/>
        </w:rPr>
        <w:t xml:space="preserve">[05:39] </w:t>
      </w:r>
      <w:r>
        <w:t>This very clear in Quran and Hadith.</w:t>
      </w:r>
    </w:p>
    <w:p>
      <w:pPr>
        <w:jc w:val="right"/>
      </w:pPr>
      <w:r>
        <w:t>دس ویری کلیئر ان قرآن اینڈ حدیث۔</w:t>
      </w:r>
    </w:p>
    <w:p>
      <w:r>
        <w:rPr>
          <w:b/>
        </w:rPr>
        <w:t xml:space="preserve">[05:45] </w:t>
      </w:r>
      <w:r>
        <w:t>A man came to the Prophet of Islam, he said:</w:t>
      </w:r>
    </w:p>
    <w:p>
      <w:pPr>
        <w:jc w:val="right"/>
      </w:pPr>
      <w:r>
        <w:t>ا مین کیم ٹو دا پرافٹ آف اسلام، ہی سیڈ:</w:t>
      </w:r>
    </w:p>
    <w:p>
      <w:r>
        <w:rPr>
          <w:b/>
        </w:rPr>
        <w:t xml:space="preserve">[05:51] </w:t>
      </w:r>
      <w:r>
        <w:t>"ya rasulullah, alimni kalimatin aish biha wala taksir ala fardhan." it means that: "O Prophet of God, give me a master advice by which I may be able to manage all the affairs of my life."</w:t>
      </w:r>
    </w:p>
    <w:p>
      <w:pPr>
        <w:jc w:val="right"/>
      </w:pPr>
      <w:r>
        <w:t>"یا رسول اللہ، علمنی کلمات عیش بہن ولا تکسر علی فانسا۔" اٹ مینز دیٹ: "او پرافٹ آف گاڈ، گیو می ا ماسٹر ایڈوائس بائے وچ آئی می بی ایبل ٹو مینج آل دا افیئرز آف مائی لائف۔"</w:t>
      </w:r>
    </w:p>
    <w:p>
      <w:r>
        <w:rPr>
          <w:b/>
        </w:rPr>
        <w:t xml:space="preserve">[06:21] </w:t>
      </w:r>
      <w:r>
        <w:t>So this man wanted a key formula, a key formula, a comprehensive formula of life.</w:t>
      </w:r>
    </w:p>
    <w:p>
      <w:pPr>
        <w:jc w:val="right"/>
      </w:pPr>
      <w:r>
        <w:t>سو دس مین وانٹڈ ا کی فارمولا، ا کی فارمولا، ا کمپرہنسیو فارمولا آف لائف۔</w:t>
      </w:r>
    </w:p>
    <w:p>
      <w:r>
        <w:rPr>
          <w:b/>
        </w:rPr>
        <w:t xml:space="preserve">[06:32] </w:t>
      </w:r>
      <w:r>
        <w:t>In short, he said: "wala taksar alayya fainsa." He wanted in short words.</w:t>
      </w:r>
    </w:p>
    <w:p>
      <w:pPr>
        <w:jc w:val="right"/>
      </w:pPr>
      <w:r>
        <w:t>ان شارٹ، ہی سیڈ: "ولا تکسر علی فانسا۔" ہی وانٹڈ ان شارٹ ورڈز۔</w:t>
      </w:r>
    </w:p>
    <w:p>
      <w:r>
        <w:rPr>
          <w:b/>
        </w:rPr>
        <w:t xml:space="preserve">[06:42] </w:t>
      </w:r>
      <w:r>
        <w:t>So the Prophet of Islam said: "La taghdhab"</w:t>
      </w:r>
    </w:p>
    <w:p>
      <w:pPr>
        <w:jc w:val="right"/>
      </w:pPr>
      <w:r>
        <w:t>سو دا پرافٹ آف اسلام سیڈ: "لا تغضب</w:t>
      </w:r>
    </w:p>
    <w:p>
      <w:r>
        <w:rPr>
          <w:b/>
        </w:rPr>
        <w:t xml:space="preserve">[06:52] </w:t>
      </w:r>
      <w:r>
        <w:t>"Don't be angry." Don't angry is a very simple advice, but it is very deep advice.</w:t>
      </w:r>
    </w:p>
    <w:p>
      <w:pPr>
        <w:jc w:val="right"/>
      </w:pPr>
      <w:r>
        <w:t>، ڈونٹ بی اینگری۔" ڈونٹ بی اینگری از اے ویری سمپل ایڈوائس، بٹ اٹ از ویری ڈیپ ایڈوائس،</w:t>
      </w:r>
    </w:p>
    <w:p>
      <w:r>
        <w:rPr>
          <w:b/>
        </w:rPr>
        <w:t xml:space="preserve">[07:00] </w:t>
      </w:r>
      <w:r>
        <w:t>Very important advice.</w:t>
      </w:r>
    </w:p>
    <w:p>
      <w:pPr>
        <w:jc w:val="right"/>
      </w:pPr>
      <w:r>
        <w:t>ویری امپورٹنٹ ایڈوائس۔</w:t>
      </w:r>
    </w:p>
    <w:p>
      <w:r>
        <w:rPr>
          <w:b/>
        </w:rPr>
        <w:t xml:space="preserve">[07:08] </w:t>
      </w:r>
      <w:r>
        <w:t>Don't be angry means don't be angry even when provoked, because this person and everyone of all</w:t>
      </w:r>
    </w:p>
    <w:p>
      <w:pPr>
        <w:jc w:val="right"/>
      </w:pPr>
      <w:r>
        <w:t>ڈونٹ بی اینگری مینز ڈونٹ بی اینگری ایون وین پرووکڈ، بیکاز دس پرسن اینڈ ایوری ون آف آل</w:t>
      </w:r>
    </w:p>
    <w:p>
      <w:r>
        <w:rPr>
          <w:b/>
        </w:rPr>
        <w:t xml:space="preserve">[07:16] </w:t>
      </w:r>
      <w:r>
        <w:t>lives in negativity.</w:t>
      </w:r>
    </w:p>
    <w:p>
      <w:pPr>
        <w:jc w:val="right"/>
      </w:pPr>
      <w:r>
        <w:t>لیوز ان نیگیٹیوٹی۔</w:t>
      </w:r>
    </w:p>
    <w:p>
      <w:r>
        <w:rPr>
          <w:b/>
        </w:rPr>
        <w:t xml:space="preserve">[07:24] </w:t>
      </w:r>
      <w:r>
        <w:t>This man was not an exception.</w:t>
      </w:r>
    </w:p>
    <w:p>
      <w:pPr>
        <w:jc w:val="right"/>
      </w:pPr>
      <w:r>
        <w:t>دس مین واز ناٹ این ایکسیپشن۔</w:t>
      </w:r>
    </w:p>
    <w:p>
      <w:r>
        <w:rPr>
          <w:b/>
        </w:rPr>
        <w:t xml:space="preserve">[07:32] </w:t>
      </w:r>
      <w:r>
        <w:t>Every moment, we have to face some sad experience in our family, in our neighborhood, in our society,</w:t>
      </w:r>
    </w:p>
    <w:p>
      <w:pPr>
        <w:jc w:val="right"/>
      </w:pPr>
      <w:r>
        <w:t>ایوری مومنٹ، وی ہیو ٹو فیس سم سیڈ ایکسپیرینس ان اور فیملی، ان اور نیبرہڈ، ان اور سوسائٹی،</w:t>
      </w:r>
    </w:p>
    <w:p>
      <w:r>
        <w:rPr>
          <w:b/>
        </w:rPr>
        <w:t xml:space="preserve">[07:39] </w:t>
      </w:r>
      <w:r>
        <w:t>in our country, our international relationship.</w:t>
      </w:r>
    </w:p>
    <w:p>
      <w:pPr>
        <w:jc w:val="right"/>
      </w:pPr>
      <w:r>
        <w:t>ان اور کنٹری، اور انٹرنیشنل ریلیشن شپ۔</w:t>
      </w:r>
    </w:p>
    <w:p>
      <w:r>
        <w:rPr>
          <w:b/>
        </w:rPr>
        <w:t xml:space="preserve">[07:47] </w:t>
      </w:r>
      <w:r>
        <w:t>Everywhere, there are some sad news, sad news. And the</w:t>
      </w:r>
    </w:p>
    <w:p>
      <w:pPr>
        <w:jc w:val="right"/>
      </w:pPr>
      <w:r>
        <w:t>ایوری ویر، دیر آر سم سیڈ نیوز، سیڈ نیوز۔ اینڈ دی</w:t>
      </w:r>
    </w:p>
    <w:p>
      <w:r>
        <w:rPr>
          <w:b/>
        </w:rPr>
        <w:t xml:space="preserve">[07:54] </w:t>
      </w:r>
      <w:r>
        <w:t>Sad news are reflected in media.</w:t>
      </w:r>
    </w:p>
    <w:p>
      <w:pPr>
        <w:jc w:val="right"/>
      </w:pPr>
      <w:r>
        <w:t>سیڈ نیوز آر ریفلیکٹڈ ان میڈیا۔</w:t>
      </w:r>
    </w:p>
    <w:p>
      <w:r>
        <w:rPr>
          <w:b/>
        </w:rPr>
        <w:t xml:space="preserve">[08:03] </w:t>
      </w:r>
      <w:r>
        <w:t>So everyone is living in sad experience.</w:t>
      </w:r>
    </w:p>
    <w:p>
      <w:pPr>
        <w:jc w:val="right"/>
      </w:pPr>
      <w:r>
        <w:t>سو ایوری ون از لیونگ ان سیڈ ایکسپیرینس۔</w:t>
      </w:r>
    </w:p>
    <w:p>
      <w:r>
        <w:rPr>
          <w:b/>
        </w:rPr>
        <w:t xml:space="preserve">[08:11] </w:t>
      </w:r>
      <w:r>
        <w:t>And when he reads newspapers or he views TV, he finds some negative news.</w:t>
      </w:r>
    </w:p>
    <w:p>
      <w:pPr>
        <w:jc w:val="right"/>
      </w:pPr>
      <w:r>
        <w:t>اینڈ وین ہی ریڈز نیوز پیپرز اور ہی ویوز ٹی وی، ہی فائنڈز سم نیگیٹیو نیوز۔</w:t>
      </w:r>
    </w:p>
    <w:p>
      <w:r>
        <w:rPr>
          <w:b/>
        </w:rPr>
        <w:t xml:space="preserve">[08:19] </w:t>
      </w:r>
      <w:r>
        <w:t>So all, so everyone is living in a jungle of negativity.</w:t>
      </w:r>
    </w:p>
    <w:p>
      <w:pPr>
        <w:jc w:val="right"/>
      </w:pPr>
      <w:r>
        <w:t>سو آل، سو ایوری ون از لیونگ ان اے جنگل آف نیگیٹیوٹی۔</w:t>
      </w:r>
    </w:p>
    <w:p>
      <w:r>
        <w:rPr>
          <w:b/>
        </w:rPr>
        <w:t xml:space="preserve">[08:28] </w:t>
      </w:r>
      <w:r>
        <w:t>So when Prophet of Islam said: "La taghdab, don't be angry, don't be angry." So he said that:</w:t>
      </w:r>
    </w:p>
    <w:p>
      <w:pPr>
        <w:jc w:val="right"/>
      </w:pPr>
      <w:r>
        <w:t>سو وین پرافٹ آف اسلام سیڈ: "لا تغضب، ڈونٹ بی اینگری، ڈونٹ بی اینگری۔" سو ہی سیڈ دیٹ:</w:t>
      </w:r>
    </w:p>
    <w:p>
      <w:r>
        <w:rPr>
          <w:b/>
        </w:rPr>
        <w:t xml:space="preserve">[08:39] </w:t>
      </w:r>
      <w:r>
        <w:t>"Although you are living in the jungle of thought, although you are living in sad experiences, although you</w:t>
      </w:r>
    </w:p>
    <w:p>
      <w:pPr>
        <w:jc w:val="right"/>
      </w:pPr>
      <w:r>
        <w:t>"الدو یو آر لیونگ ان دا جنگل آف تھاٹ، الدو یو آر لیونگ ان سیڈ ایکسپیرینسز، الدو یو</w:t>
      </w:r>
    </w:p>
    <w:p>
      <w:r>
        <w:rPr>
          <w:b/>
        </w:rPr>
        <w:t xml:space="preserve">[08:49] </w:t>
      </w:r>
      <w:r>
        <w:t>are living in unwanted situations, although you are living, although you are living in</w:t>
      </w:r>
    </w:p>
    <w:p>
      <w:pPr>
        <w:jc w:val="right"/>
      </w:pPr>
      <w:r>
        <w:t>آر لیونگ ان انوانٹڈ سچویشنز، الدو یو آر لیونگ، الدو یو آر لیونگ ان</w:t>
      </w:r>
    </w:p>
    <w:p>
      <w:r>
        <w:rPr>
          <w:b/>
        </w:rPr>
        <w:t xml:space="preserve">[09:00] </w:t>
      </w:r>
      <w:r>
        <w:t>provocations, but you have to, you have to save yourself from being victim of negative reaction." So this was the master advice given by the prophet of Islam. In other words, he said that: "Be positive</w:t>
      </w:r>
    </w:p>
    <w:p>
      <w:pPr>
        <w:jc w:val="right"/>
      </w:pPr>
      <w:r>
        <w:t>پرووکیشنز، بٹ یو ہیو ٹو، یو ہیو ٹو سیو یور سیلف فرام بینگ وکٹم آف نیگیٹیو ری ایکشن۔" سو دس واز دا ماسٹر ایڈوائس گیون بائی دا پرافٹ آف اسلام۔ ان ادر ورڈز، ہی سیڈ دیٹ: "بی پازیٹیو</w:t>
      </w:r>
    </w:p>
    <w:p>
      <w:r>
        <w:rPr>
          <w:b/>
        </w:rPr>
        <w:t xml:space="preserve">[09:30] </w:t>
      </w:r>
      <w:r>
        <w:t>every moment." Aur he said that: "Convert negative experience into positive experience." If you want to live in</w:t>
      </w:r>
    </w:p>
    <w:p>
      <w:pPr>
        <w:jc w:val="right"/>
      </w:pPr>
      <w:r>
        <w:t>ایوری مومنٹ۔" اور ہی سیڈ دیٹ: "کنورٹ نیگیٹیو ایکسپیرینس انٹو پازیٹیو ایکسپیرینس۔" اف یو وانٹ ٹو لیو ان</w:t>
      </w:r>
    </w:p>
    <w:p>
      <w:r>
        <w:rPr>
          <w:b/>
        </w:rPr>
        <w:t xml:space="preserve">[09:45] </w:t>
      </w:r>
      <w:r>
        <w:t>True Islamic spirit, so you have to convert negative experience into positive experience.</w:t>
      </w:r>
    </w:p>
    <w:p>
      <w:pPr>
        <w:jc w:val="right"/>
      </w:pPr>
      <w:r>
        <w:t>ٹرو اسلامک سپرٹ، سو یو ہیو ٹو کنورٹ نیگیٹیو ایکسپیرینس انٹو پازیٹیو ایکسپیرینس۔</w:t>
      </w:r>
    </w:p>
    <w:p>
      <w:r>
        <w:rPr>
          <w:b/>
        </w:rPr>
        <w:t xml:space="preserve">[10:00] </w:t>
      </w:r>
      <w:r>
        <w:t>There is a verse in the Quran about true mumin, about true Muslims, who are true Muslims.</w:t>
      </w:r>
    </w:p>
    <w:p>
      <w:pPr>
        <w:jc w:val="right"/>
      </w:pPr>
      <w:r>
        <w:t>دیر از اے ورس ان دا قرآن اباؤٹ ٹرو مومن، اباؤٹ ٹرو مسلمز، ہو آر ٹرو مسلمز۔</w:t>
      </w:r>
    </w:p>
    <w:p>
      <w:r>
        <w:rPr>
          <w:b/>
        </w:rPr>
        <w:t xml:space="preserve">[10:15] </w:t>
      </w:r>
      <w:r>
        <w:t>Quran says: "Those people who, those pe</w:t>
      </w:r>
    </w:p>
    <w:p>
      <w:pPr>
        <w:jc w:val="right"/>
      </w:pPr>
      <w:r>
        <w:t>قرآن سیز: "دوز پیپل ہو، دوز پی</w:t>
      </w:r>
    </w:p>
    <w:p>
      <w:r>
        <w:rPr>
          <w:b/>
        </w:rPr>
        <w:t xml:space="preserve">[10:30] </w:t>
      </w:r>
      <w:r>
        <w:t>پل ہو، avoid anger." When they are, when they experience some provocative situations, they avoid.</w:t>
      </w:r>
    </w:p>
    <w:p>
      <w:pPr>
        <w:jc w:val="right"/>
      </w:pPr>
      <w:r>
        <w:t>پل ہو، اوائڈ اینگر۔" وین دے آر، وین دے ایکسپیرینس سم پرووکیٹیو سچویشنز، دے اوائڈ۔</w:t>
      </w:r>
    </w:p>
    <w:p>
      <w:r>
        <w:rPr>
          <w:b/>
        </w:rPr>
        <w:t xml:space="preserve">[10:41] </w:t>
      </w:r>
      <w:r>
        <w:t>تو avoidance is the only principle by which you can live in positivity.</w:t>
      </w:r>
    </w:p>
    <w:p>
      <w:pPr>
        <w:jc w:val="right"/>
      </w:pPr>
      <w:r>
        <w:t>تو اوائڈنس از دا اونلی پرنسپل بائے وچ یو کین لیو ان پازیٹیوٹی۔</w:t>
      </w:r>
    </w:p>
    <w:p>
      <w:r>
        <w:rPr>
          <w:b/>
        </w:rPr>
        <w:t xml:space="preserve">[10:51] </w:t>
      </w:r>
      <w:r>
        <w:t>So this is the true spirit of Islam.</w:t>
      </w:r>
    </w:p>
    <w:p>
      <w:pPr>
        <w:jc w:val="right"/>
      </w:pPr>
      <w:r>
        <w:t>سو دس از دا ٹرو سپرٹ آف اسلام۔</w:t>
      </w:r>
    </w:p>
    <w:p>
      <w:r>
        <w:rPr>
          <w:b/>
        </w:rPr>
        <w:t xml:space="preserve">[11:02] </w:t>
      </w:r>
      <w:r>
        <w:t>The basic reason is that we need divine inspirations every time, every moment.</w:t>
      </w:r>
    </w:p>
    <w:p>
      <w:pPr>
        <w:jc w:val="right"/>
      </w:pPr>
      <w:r>
        <w:t>دا بیسک ریزن از دیٹ وی نیڈ ڈیوائن انسپریشنز ایوری ٹائم، ایوری مومنٹ۔</w:t>
      </w:r>
    </w:p>
    <w:p>
      <w:r>
        <w:rPr>
          <w:b/>
        </w:rPr>
        <w:t xml:space="preserve">[11:12] </w:t>
      </w:r>
      <w:r>
        <w:t>That is spiritual food, intellectual food.</w:t>
      </w:r>
    </w:p>
    <w:p>
      <w:pPr>
        <w:jc w:val="right"/>
      </w:pPr>
      <w:r>
        <w:t>دیٹ از سپریچول فوڈ، انٹلیکچول فوڈ۔</w:t>
      </w:r>
    </w:p>
    <w:p>
      <w:r>
        <w:rPr>
          <w:b/>
        </w:rPr>
        <w:t xml:space="preserve">[11:22] </w:t>
      </w:r>
      <w:r>
        <w:t>We need physical food for our body, for our physical health</w:t>
      </w:r>
    </w:p>
    <w:p>
      <w:pPr>
        <w:jc w:val="right"/>
      </w:pPr>
      <w:r>
        <w:t>وی نیڈ فزیکل فوڈ فار اور باڈی، فار اور فزیکل ہیلتھ</w:t>
      </w:r>
    </w:p>
    <w:p>
      <w:r>
        <w:rPr>
          <w:b/>
        </w:rPr>
        <w:t xml:space="preserve">[11:33] </w:t>
      </w:r>
      <w:r>
        <w:t>.</w:t>
      </w:r>
    </w:p>
    <w:p>
      <w:pPr>
        <w:jc w:val="right"/>
      </w:pPr>
      <w:r>
        <w:t>۔</w:t>
      </w:r>
    </w:p>
    <w:p>
      <w:r>
        <w:rPr>
          <w:b/>
        </w:rPr>
        <w:t xml:space="preserve">[11:40] </w:t>
      </w:r>
      <w:r>
        <w:t>And also we need spiritual food, intellectual food for our, for our, as for our soul.</w:t>
      </w:r>
    </w:p>
    <w:p>
      <w:pPr>
        <w:jc w:val="right"/>
      </w:pPr>
      <w:r>
        <w:t>اینڈ السو وی نیڈ سپریچول فوڈ، انٹلیکچول فوڈ فار اور، فار اور، اس فار اور سول۔</w:t>
      </w:r>
    </w:p>
    <w:p>
      <w:r>
        <w:rPr>
          <w:b/>
        </w:rPr>
        <w:t xml:space="preserve">[11:48] </w:t>
      </w:r>
      <w:r>
        <w:t>And what is spiritual? And without inspiration by God, we cannot find spiritual food.</w:t>
      </w:r>
    </w:p>
    <w:p>
      <w:pPr>
        <w:jc w:val="right"/>
      </w:pPr>
      <w:r>
        <w:t>اینڈ واٹ از سپریچول؟ اینڈ وداؤٹ انسپریشن بائی گاڈ، وی کین ناٹ فائنڈ سپریچول فوڈ۔</w:t>
      </w:r>
    </w:p>
    <w:p>
      <w:r>
        <w:rPr>
          <w:b/>
        </w:rPr>
        <w:t xml:space="preserve">[11:55] </w:t>
      </w:r>
      <w:r>
        <w:t>Spiritual food comes from God. Fuz</w:t>
      </w:r>
    </w:p>
    <w:p>
      <w:pPr>
        <w:jc w:val="right"/>
      </w:pPr>
      <w:r>
        <w:t>سپریچول فوڈ کمز فرام گاڈ۔ فز</w:t>
      </w:r>
    </w:p>
    <w:p>
      <w:r>
        <w:rPr>
          <w:b/>
        </w:rPr>
        <w:t xml:space="preserve">[12:03] </w:t>
      </w:r>
      <w:r>
        <w:t>physical food you can find in markets, in your fields. all those physical foods are available in the market, but spiritual food is not available in the market. spiritual food and intellectual food comes from God through inspiration. inspiration</w:t>
      </w:r>
    </w:p>
    <w:p>
      <w:pPr>
        <w:jc w:val="right"/>
      </w:pPr>
      <w:r>
        <w:t>یکل فوڈ یو کین فائنڈ ان مارکیٹس، ان یور فیلڈز۔ آل دوز فزیکل فوڈز آر اویلیبل ان دی مارکیٹ، بٹ سپریچول فوڈ از ناٹ اویلیبل ان دا مارکیٹ۔ سپریچول فوڈ اینڈ انٹلیکچول فوڈ کمز فرام گاڈ تھرو انسپریشن۔ انسپریشن</w:t>
      </w:r>
    </w:p>
    <w:p>
      <w:r>
        <w:rPr>
          <w:b/>
        </w:rPr>
        <w:t xml:space="preserve">[12:33] </w:t>
      </w:r>
      <w:r>
        <w:t>.</w:t>
      </w:r>
    </w:p>
    <w:p>
      <w:pPr>
        <w:jc w:val="right"/>
      </w:pPr>
      <w:r>
        <w:t>۔</w:t>
      </w:r>
    </w:p>
    <w:p>
      <w:r>
        <w:rPr>
          <w:b/>
        </w:rPr>
        <w:t xml:space="preserve">[12:44] </w:t>
      </w:r>
      <w:r>
        <w:t>So we have to live in positivity, then we will be able to receive inspiration from God.</w:t>
      </w:r>
    </w:p>
    <w:p>
      <w:pPr>
        <w:jc w:val="right"/>
      </w:pPr>
      <w:r>
        <w:t>سو وی ہیو ٹو لیو ان پازیٹیوٹی، دین وی ویل بی ایبل ٹو ریسیو انسپریشن فرام گاڈ۔</w:t>
      </w:r>
    </w:p>
    <w:p>
      <w:r>
        <w:rPr>
          <w:b/>
        </w:rPr>
        <w:t xml:space="preserve">[12:55] </w:t>
      </w:r>
      <w:r>
        <w:t>A negative personality cannot receive inspirations from God. So to</w:t>
      </w:r>
    </w:p>
    <w:p>
      <w:pPr>
        <w:jc w:val="right"/>
      </w:pPr>
      <w:r>
        <w:t>ا نیگیٹیو پرسنیلٹی کین ناٹ ریسیو انسپریشنز فرام گاڈ۔ سو ٹو</w:t>
      </w:r>
    </w:p>
    <w:p>
      <w:r>
        <w:rPr>
          <w:b/>
        </w:rPr>
        <w:t xml:space="preserve">[13:07] </w:t>
      </w:r>
      <w:r>
        <w:t>After iman, we need to develop an Islamic personality.</w:t>
      </w:r>
    </w:p>
    <w:p>
      <w:pPr>
        <w:jc w:val="right"/>
      </w:pPr>
      <w:r>
        <w:t>افٹر ایمان، وی نیڈ ٹو ڈیولپ ا این اسلامک پرسنیلٹی۔</w:t>
      </w:r>
    </w:p>
    <w:p>
      <w:r>
        <w:rPr>
          <w:b/>
        </w:rPr>
        <w:t xml:space="preserve">[13:14] </w:t>
      </w:r>
      <w:r>
        <w:t>We need to develop an Islamic personality.</w:t>
      </w:r>
    </w:p>
    <w:p>
      <w:pPr>
        <w:jc w:val="right"/>
      </w:pPr>
      <w:r>
        <w:t>وی نیڈ ٹو ڈیولپ ا این اسلامک پرسنیلٹی۔</w:t>
      </w:r>
    </w:p>
    <w:p>
      <w:r>
        <w:rPr>
          <w:b/>
        </w:rPr>
        <w:t xml:space="preserve">[13:22] </w:t>
      </w:r>
      <w:r>
        <w:t>This Islamic personality needs spiritual food, and this food comes from God.</w:t>
      </w:r>
    </w:p>
    <w:p>
      <w:pPr>
        <w:jc w:val="right"/>
      </w:pPr>
      <w:r>
        <w:t>دس اسلامک پرسنیلٹی نیڈ سپریچول فوڈ، اینڈ دس فوڈ کمز فرام گاڈ۔</w:t>
      </w:r>
    </w:p>
    <w:p>
      <w:r>
        <w:rPr>
          <w:b/>
        </w:rPr>
        <w:t xml:space="preserve">[13:29] </w:t>
      </w:r>
      <w:r>
        <w:t>So, positivity is very important.</w:t>
      </w:r>
    </w:p>
    <w:p>
      <w:pPr>
        <w:jc w:val="right"/>
      </w:pPr>
      <w:r>
        <w:t>سو پازیٹیوٹی از ویری امپور</w:t>
      </w:r>
    </w:p>
    <w:p>
      <w:r>
        <w:rPr>
          <w:b/>
        </w:rPr>
        <w:t xml:space="preserve">[13:37] </w:t>
      </w:r>
      <w:r>
        <w:t>important thing in our life.</w:t>
      </w:r>
    </w:p>
    <w:p>
      <w:pPr>
        <w:jc w:val="right"/>
      </w:pPr>
      <w:r>
        <w:t>ٹنٹ تھنگ ان اور لائف۔</w:t>
      </w:r>
    </w:p>
    <w:p>
      <w:r>
        <w:rPr>
          <w:b/>
        </w:rPr>
        <w:t xml:space="preserve">[13:44] </w:t>
      </w:r>
      <w:r>
        <w:t>due to this reason, we find that all the Quran, all the verses of the Quran give this</w:t>
      </w:r>
    </w:p>
    <w:p>
      <w:pPr>
        <w:jc w:val="right"/>
      </w:pPr>
      <w:r>
        <w:t>ڈیو ٹو دس ریزن، وی فائنڈ دیٹ آل دا قرآن، آل دا ورسز آف دا قرآن گیو دس</w:t>
      </w:r>
    </w:p>
    <w:p>
      <w:r>
        <w:rPr>
          <w:b/>
        </w:rPr>
        <w:t xml:space="preserve">[13:52] </w:t>
      </w:r>
      <w:r>
        <w:t>message, either directly or indirectly.</w:t>
      </w:r>
    </w:p>
    <w:p>
      <w:pPr>
        <w:jc w:val="right"/>
      </w:pPr>
      <w:r>
        <w:t>میسج، ایدر ڈائریکٹلی اور ان ڈائریکٹلی۔</w:t>
      </w:r>
    </w:p>
    <w:p>
      <w:r>
        <w:rPr>
          <w:b/>
        </w:rPr>
        <w:t xml:space="preserve">[14:00] </w:t>
      </w:r>
      <w:r>
        <w:t>For example, there is a verse in the Quran: "Al-sulhu khair."</w:t>
      </w:r>
    </w:p>
    <w:p>
      <w:pPr>
        <w:jc w:val="right"/>
      </w:pPr>
      <w:r>
        <w:t>فار ایگزامپل، دیر از اے ورس ان دا قرآن: "الصلح خیر</w:t>
      </w:r>
    </w:p>
    <w:p>
      <w:r>
        <w:rPr>
          <w:b/>
        </w:rPr>
        <w:t xml:space="preserve">[14:07] </w:t>
      </w:r>
      <w:r>
        <w:t>"Peace is the best, peace is the best." Now what is peace? When you are living in</w:t>
      </w:r>
    </w:p>
    <w:p>
      <w:pPr>
        <w:jc w:val="right"/>
      </w:pPr>
      <w:r>
        <w:t>، پیس از دا بیسٹ، پیس از دا بیسٹ۔" ناؤ واٹ از پیس؟ وین یو آر لیونگ ان</w:t>
      </w:r>
    </w:p>
    <w:p>
      <w:r>
        <w:rPr>
          <w:b/>
        </w:rPr>
        <w:t xml:space="preserve">[14:18] </w:t>
      </w:r>
      <w:r>
        <w:t>a society where everywhere there are injustices, everywhere there are, there are provocations.</w:t>
      </w:r>
    </w:p>
    <w:p>
      <w:pPr>
        <w:jc w:val="right"/>
      </w:pPr>
      <w:r>
        <w:t>اے سوسائٹی ویر ایوری ویر دیر آر انجسٹس، ایوری ویر دیر آر، دیر آر پرووکیشنز۔</w:t>
      </w:r>
    </w:p>
    <w:p>
      <w:r>
        <w:rPr>
          <w:b/>
        </w:rPr>
        <w:t xml:space="preserve">[14:28] </w:t>
      </w:r>
      <w:r>
        <w:t>So, how you can live in peace? Quran says in absolute term, in absolute sense:</w:t>
      </w:r>
    </w:p>
    <w:p>
      <w:pPr>
        <w:jc w:val="right"/>
      </w:pPr>
      <w:r>
        <w:t>سو ہاؤ یو کین لیو ان پیس؟ قرآن سیز ان ایبسولیوٹ ٹرم، ان ایبسولیوٹ سینس:</w:t>
      </w:r>
    </w:p>
    <w:p>
      <w:r>
        <w:rPr>
          <w:b/>
        </w:rPr>
        <w:t xml:space="preserve">[14:38] </w:t>
      </w:r>
      <w:r>
        <w:t>"الصلح خیر، peace is best in absolute sense." So how it is possible? You are living in a</w:t>
      </w:r>
    </w:p>
    <w:p>
      <w:pPr>
        <w:jc w:val="right"/>
      </w:pPr>
      <w:r>
        <w:t>"الصلح خیر، پیس از بیسٹ ان ایبسولیوٹ سینس۔" سو ہاؤ اٹ از پوسیبل؟ یو آر لیونگ ان اے</w:t>
      </w:r>
    </w:p>
    <w:p>
      <w:r>
        <w:rPr>
          <w:b/>
        </w:rPr>
        <w:t xml:space="preserve">[14:46] </w:t>
      </w:r>
      <w:r>
        <w:t>jungle of negative, negativity.</w:t>
      </w:r>
    </w:p>
    <w:p>
      <w:pPr>
        <w:jc w:val="right"/>
      </w:pPr>
      <w:r>
        <w:t>جنگل آف نیگیٹیو، نیگیٹیوٹی۔</w:t>
      </w:r>
    </w:p>
    <w:p>
      <w:r>
        <w:rPr>
          <w:b/>
        </w:rPr>
        <w:t xml:space="preserve">[14:54] </w:t>
      </w:r>
      <w:r>
        <w:t>Everywhere there are thoughts.</w:t>
      </w:r>
    </w:p>
    <w:p>
      <w:pPr>
        <w:jc w:val="right"/>
      </w:pPr>
      <w:r>
        <w:t>ایوری ویر دیر آر تھاٹ۔</w:t>
      </w:r>
    </w:p>
    <w:p>
      <w:r>
        <w:rPr>
          <w:b/>
        </w:rPr>
        <w:t xml:space="preserve">[15:02] </w:t>
      </w:r>
      <w:r>
        <w:t>that means provocations, sad experiences, loss.</w:t>
      </w:r>
    </w:p>
    <w:p>
      <w:pPr>
        <w:jc w:val="right"/>
      </w:pPr>
      <w:r>
        <w:t>تھاٹ مینز پرووکیشنز، سیڈ ایکسپیرینسز، لاس۔</w:t>
      </w:r>
    </w:p>
    <w:p>
      <w:r>
        <w:rPr>
          <w:b/>
        </w:rPr>
        <w:t xml:space="preserve">[15:10] </w:t>
      </w:r>
      <w:r>
        <w:t>So when you are compelled to live in a society where every moment there are negative experiences, so</w:t>
      </w:r>
    </w:p>
    <w:p>
      <w:pPr>
        <w:jc w:val="right"/>
      </w:pPr>
      <w:r>
        <w:t>سو وین یو آر کمپل ٹو لیو ان اے سوسائٹی ویر ایوری مومنٹ دیر آر نیگیٹیو ایکسپیرینس، سو</w:t>
      </w:r>
    </w:p>
    <w:p>
      <w:r>
        <w:rPr>
          <w:b/>
        </w:rPr>
        <w:t xml:space="preserve">[15:25] </w:t>
      </w:r>
      <w:r>
        <w:t>ہاؤ اٹ از پوسیبل ٹو اڈاپٹ دس فارمولا: "الصلح خیر", دس قرآنک فارمولا، پیس از دا بیسٹ۔</w:t>
      </w:r>
    </w:p>
    <w:p>
      <w:pPr>
        <w:jc w:val="right"/>
      </w:pPr>
      <w:r>
        <w:t>ہاؤ اٹ از پوسیبل ٹو اڈاپٹ دس فارمولا: "الصلح خیر، دس قرآنک فارمولا، پیس از دا بیسٹ۔</w:t>
      </w:r>
    </w:p>
    <w:p>
      <w:r>
        <w:rPr>
          <w:b/>
        </w:rPr>
        <w:t xml:space="preserve">[15:41] </w:t>
      </w:r>
      <w:r>
        <w:t>" the only key to this is "la taghzab," that means abandon reaction, don't respond negatively. so "alsulhu khair" means peace is the best, and a</w:t>
      </w:r>
    </w:p>
    <w:p>
      <w:pPr>
        <w:jc w:val="right"/>
      </w:pPr>
      <w:r>
        <w:t>" دا اونلی کی ٹو دس از "لا تغضب،" دیٹ مینز ابینڈن ری ایکشن، ڈونٹ رسپانس نیگیٹیولی۔ سو "الصلح خیر" مینز پیس از دا بیسٹ، اینڈ ا</w:t>
      </w:r>
    </w:p>
    <w:p>
      <w:r>
        <w:rPr>
          <w:b/>
        </w:rPr>
        <w:t xml:space="preserve">[16:11] </w:t>
      </w:r>
      <w:r>
        <w:t>it means that you have to conciliate, you have to adopt when you face some controversy. when you face some controversy, you have to adopt peaceful course of action rather than violent course of action. they are matter of choice, they are matter of choice. every time you are between</w:t>
      </w:r>
    </w:p>
    <w:p>
      <w:pPr>
        <w:jc w:val="right"/>
      </w:pPr>
      <w:r>
        <w:t>ٹ مینز دیٹ یو ہیو ٹو کونسلیٹی، یو ہیو ٹو اڈاپٹ وین یو فیس سم کنٹروورسی۔ وین یو فیس سم کنٹروورسی، یو ہیو ٹو اڈاپٹ پیس فل کورس آف ایکشن رادر دین وائلنٹ کورس آف ایکشن۔ دے آر میٹر آف چوائس، دے آر میٹر آف چوائس۔ ایوری ٹائم یو آر بٹوین</w:t>
      </w:r>
    </w:p>
    <w:p>
      <w:r>
        <w:rPr>
          <w:b/>
        </w:rPr>
        <w:t xml:space="preserve">[16:41] </w:t>
      </w:r>
      <w:r>
        <w:t>two choices, two options. in you are living in society, and in society every time you are between two options, either positive response or negative response. so you have to save yourself from negative response, you have to give pos</w:t>
      </w:r>
    </w:p>
    <w:p>
      <w:pPr>
        <w:jc w:val="right"/>
      </w:pPr>
      <w:r>
        <w:t>ٹو چوائسز، ٹو اپشنز۔ ان یو آر لیونگ ان سوسائٹی، اینڈ ان سوسائٹی ایوری ٹائم یو آر بٹوین ٹو اپشنز، ایدر پازیٹیو رسپانس اور نیگیٹیو رسپانس۔ سو یو ہیو ٹو سیو یور سیلف فرام نیگیٹیو رسپانس، یو ہیو ٹو گیو پ</w:t>
      </w:r>
    </w:p>
    <w:p>
      <w:r>
        <w:rPr>
          <w:b/>
        </w:rPr>
        <w:t xml:space="preserve">[17:11] </w:t>
      </w:r>
      <w:r>
        <w:t>a positive response, otherwise you cannot adopt this formula: "Al-sulhu khair, peace is the best." This formula</w:t>
      </w:r>
    </w:p>
    <w:p>
      <w:pPr>
        <w:jc w:val="right"/>
      </w:pPr>
      <w:r>
        <w:t>ازیٹیو رسپانس، ادر وائز یو کین ناٹ اڈاپٹ دس فارمولا: "الصلح خیر، پیس از دا بیسٹ۔" دس فارمولا</w:t>
      </w:r>
    </w:p>
    <w:p>
      <w:r>
        <w:rPr>
          <w:b/>
        </w:rPr>
        <w:t xml:space="preserve">[17:21] </w:t>
      </w:r>
      <w:r>
        <w:t>was adopted by Sufi people.</w:t>
      </w:r>
    </w:p>
    <w:p>
      <w:pPr>
        <w:jc w:val="right"/>
      </w:pPr>
      <w:r>
        <w:t>واز اڈاپٹڈ بائی صوفی پیپل۔</w:t>
      </w:r>
    </w:p>
    <w:p>
      <w:r>
        <w:rPr>
          <w:b/>
        </w:rPr>
        <w:t xml:space="preserve">[17:31] </w:t>
      </w:r>
      <w:r>
        <w:t>You know what is Sufi formula? Sufi formula is "sulh-i kul," "sulh-i kul"</w:t>
      </w:r>
    </w:p>
    <w:p>
      <w:pPr>
        <w:jc w:val="right"/>
      </w:pPr>
      <w:r>
        <w:t>یو نو واٹ از صوفی فارمولا؟ صوفی فارمولا از "صلح کل،" "صلح کل</w:t>
      </w:r>
    </w:p>
    <w:p>
      <w:r>
        <w:rPr>
          <w:b/>
        </w:rPr>
        <w:t xml:space="preserve">[17:41] </w:t>
      </w:r>
      <w:r>
        <w:t>that is peace with all.</w:t>
      </w:r>
    </w:p>
    <w:p>
      <w:pPr>
        <w:jc w:val="right"/>
      </w:pPr>
      <w:r>
        <w:t>،" دیٹ از پیس ود آل۔</w:t>
      </w:r>
    </w:p>
    <w:p>
      <w:r>
        <w:rPr>
          <w:b/>
        </w:rPr>
        <w:t xml:space="preserve">[17:49] </w:t>
      </w:r>
      <w:r>
        <w:t>This Sufi formula, this formula is derived from Quran, from the Quran: "Peace with all." So this is positive thinking.</w:t>
      </w:r>
    </w:p>
    <w:p>
      <w:pPr>
        <w:jc w:val="right"/>
      </w:pPr>
      <w:r>
        <w:t>دس صوفی فارمولا، دس فارمولا از ڈرائیوڈ فرام قرآن، فرام دا قرآن: "پیس ود آل۔" سو دس از پازیٹیو تھنکنگ۔</w:t>
      </w:r>
    </w:p>
    <w:p>
      <w:r>
        <w:rPr>
          <w:b/>
        </w:rPr>
        <w:t xml:space="preserve">[17:56] </w:t>
      </w:r>
      <w:r>
        <w:t>You find there are many people who are engaged in violence.</w:t>
      </w:r>
    </w:p>
    <w:p>
      <w:pPr>
        <w:jc w:val="right"/>
      </w:pPr>
      <w:r>
        <w:t>یو فائنڈ دیر آر مینی پیپل ہو آر انگیجڈ ان وائلنس۔</w:t>
      </w:r>
    </w:p>
    <w:p>
      <w:r>
        <w:rPr>
          <w:b/>
        </w:rPr>
        <w:t xml:space="preserve">[18:04] </w:t>
      </w:r>
      <w:r>
        <w:t>When you say that</w:t>
      </w:r>
    </w:p>
    <w:p>
      <w:pPr>
        <w:jc w:val="right"/>
      </w:pPr>
      <w:r>
        <w:t>وین یو سی دیٹ</w:t>
      </w:r>
    </w:p>
    <w:p>
      <w:r>
        <w:rPr>
          <w:b/>
        </w:rPr>
        <w:t xml:space="preserve">[18:11] </w:t>
      </w:r>
      <w:r>
        <w:t>You are, why you are engaged in violence? Why gun? Why bomb? They would say that: "Yes, we</w:t>
      </w:r>
    </w:p>
    <w:p>
      <w:pPr>
        <w:jc w:val="right"/>
      </w:pPr>
      <w:r>
        <w:t>یو آر، وائی یو آر انگیجڈ ان وائلنس؟ وائی گن؟ وائی بوم؟ دے وڈ سی دیٹ: "یس، وی</w:t>
      </w:r>
    </w:p>
    <w:p>
      <w:r>
        <w:rPr>
          <w:b/>
        </w:rPr>
        <w:t xml:space="preserve">[18:17] </w:t>
      </w:r>
      <w:r>
        <w:t>want peace, but we want peace with justice." We want peace with justice.</w:t>
      </w:r>
    </w:p>
    <w:p>
      <w:pPr>
        <w:jc w:val="right"/>
      </w:pPr>
      <w:r>
        <w:t>وانٹ پیس، بٹ وی وانٹ پیس ود جسٹس۔" وی وانٹ پیس ود جسٹس۔</w:t>
      </w:r>
    </w:p>
    <w:p>
      <w:r>
        <w:rPr>
          <w:b/>
        </w:rPr>
        <w:t xml:space="preserve">[18:23] </w:t>
      </w:r>
      <w:r>
        <w:t>We are deprived of justice.</w:t>
      </w:r>
    </w:p>
    <w:p>
      <w:pPr>
        <w:jc w:val="right"/>
      </w:pPr>
      <w:r>
        <w:t>وی آر ڈیپرائوڈ آف جسٹس۔</w:t>
      </w:r>
    </w:p>
    <w:p>
      <w:r>
        <w:rPr>
          <w:b/>
        </w:rPr>
        <w:t xml:space="preserve">[18:29] </w:t>
      </w:r>
      <w:r>
        <w:t>We are deprived of our rights.</w:t>
      </w:r>
    </w:p>
    <w:p>
      <w:pPr>
        <w:jc w:val="right"/>
      </w:pPr>
      <w:r>
        <w:t>وی آر ڈیپرائوڈ آف اور رائٹس۔</w:t>
      </w:r>
    </w:p>
    <w:p>
      <w:r>
        <w:rPr>
          <w:b/>
        </w:rPr>
        <w:t xml:space="preserve">[18:35] </w:t>
      </w:r>
      <w:r>
        <w:t>We are deprived of just</w:t>
      </w:r>
    </w:p>
    <w:p>
      <w:pPr>
        <w:jc w:val="right"/>
      </w:pPr>
      <w:r>
        <w:t>وی آر ڈیپرائوڈ آف جس</w:t>
      </w:r>
    </w:p>
    <w:p>
      <w:r>
        <w:rPr>
          <w:b/>
        </w:rPr>
        <w:t xml:space="preserve">[18:41] </w:t>
      </w:r>
      <w:r>
        <w:t>It's.</w:t>
      </w:r>
    </w:p>
    <w:p>
      <w:pPr>
        <w:jc w:val="right"/>
      </w:pPr>
      <w:r>
        <w:t>ٹس۔</w:t>
      </w:r>
    </w:p>
    <w:p>
      <w:r>
        <w:rPr>
          <w:b/>
        </w:rPr>
        <w:t xml:space="preserve">[18:47] </w:t>
      </w:r>
      <w:r>
        <w:t>We are deprived of human rights.</w:t>
      </w:r>
    </w:p>
    <w:p>
      <w:pPr>
        <w:jc w:val="right"/>
      </w:pPr>
      <w:r>
        <w:t>وی آر ڈیپرائوڈ آف ہیومن رائٹس۔</w:t>
      </w:r>
    </w:p>
    <w:p>
      <w:r>
        <w:rPr>
          <w:b/>
        </w:rPr>
        <w:t xml:space="preserve">[18:52] </w:t>
      </w:r>
      <w:r>
        <w:t>So we have adopt, we have opted for violent activism.</w:t>
      </w:r>
    </w:p>
    <w:p>
      <w:pPr>
        <w:jc w:val="right"/>
      </w:pPr>
      <w:r>
        <w:t>سو وی ہیو اڈاپٹ، وی ہیو اپٹڈ فار وائلنٹ ایکٹیوزم۔</w:t>
      </w:r>
    </w:p>
    <w:p>
      <w:r>
        <w:rPr>
          <w:b/>
        </w:rPr>
        <w:t xml:space="preserve">[18:57] </w:t>
      </w:r>
      <w:r>
        <w:t>This kind of answer is quite wrong.</w:t>
      </w:r>
    </w:p>
    <w:p>
      <w:pPr>
        <w:jc w:val="right"/>
      </w:pPr>
      <w:r>
        <w:t>دس کائنڈ آف انسر از کوائٹ رونگ۔</w:t>
      </w:r>
    </w:p>
    <w:p>
      <w:r>
        <w:rPr>
          <w:b/>
        </w:rPr>
        <w:t xml:space="preserve">[19:03] </w:t>
      </w:r>
      <w:r>
        <w:t>It is against the Islamic scheme.</w:t>
      </w:r>
    </w:p>
    <w:p>
      <w:pPr>
        <w:jc w:val="right"/>
      </w:pPr>
      <w:r>
        <w:t>اٹ از اگینسٹ دا اسلامک سکیم۔</w:t>
      </w:r>
    </w:p>
    <w:p>
      <w:r>
        <w:rPr>
          <w:b/>
        </w:rPr>
        <w:t xml:space="preserve">[19:08] </w:t>
      </w:r>
      <w:r>
        <w:t>It is against the nature, against the law of nature. Why?</w:t>
      </w:r>
    </w:p>
    <w:p>
      <w:pPr>
        <w:jc w:val="right"/>
      </w:pPr>
      <w:r>
        <w:t>اٹ از اگینسٹ دی نیچر، اگینسٹ دی لاء آف نیچر۔ وائی؟</w:t>
      </w:r>
    </w:p>
    <w:p>
      <w:r>
        <w:rPr>
          <w:b/>
        </w:rPr>
        <w:t xml:space="preserve">[19:13] </w:t>
      </w:r>
      <w:r>
        <w:t>according to the law of nature, justice is not a part of peace. no, no, no! peace can give you justice. justice is a result of your own effort. peace means opportunities. peace gives you</w:t>
      </w:r>
    </w:p>
    <w:p>
      <w:pPr>
        <w:jc w:val="right"/>
      </w:pPr>
      <w:r>
        <w:t>اکارڈنگ ٹو دا لاء آف نیچر، جسٹس از ناٹ ا پارٹ آف پیس۔ نو، نو، نو! پیس کین گیو یو جسٹس۔ جسٹس از ا رزلٹ آف یور اون ایفرٹ۔ پیس مینز اپرچونیٹیز۔ پیس گیوز یو</w:t>
      </w:r>
    </w:p>
    <w:p>
      <w:r>
        <w:rPr>
          <w:b/>
        </w:rPr>
        <w:t xml:space="preserve">[19:43] </w:t>
      </w:r>
      <w:r>
        <w:t>opportunities and not justice.</w:t>
      </w:r>
    </w:p>
    <w:p>
      <w:pPr>
        <w:jc w:val="right"/>
      </w:pPr>
      <w:r>
        <w:t>اپرچونیٹیز اینڈ ناٹ جسٹس۔</w:t>
      </w:r>
    </w:p>
    <w:p>
      <w:r>
        <w:rPr>
          <w:b/>
        </w:rPr>
        <w:t xml:space="preserve">[19:48] </w:t>
      </w:r>
      <w:r>
        <w:t>Peace cannot give you your rights.</w:t>
      </w:r>
    </w:p>
    <w:p>
      <w:pPr>
        <w:jc w:val="right"/>
      </w:pPr>
      <w:r>
        <w:t>پیس کین ناٹ گیو یو یور رائٹس۔</w:t>
      </w:r>
    </w:p>
    <w:p>
      <w:r>
        <w:rPr>
          <w:b/>
        </w:rPr>
        <w:t xml:space="preserve">[19:53] </w:t>
      </w:r>
      <w:r>
        <w:t>Peace cannot give you justice.</w:t>
      </w:r>
    </w:p>
    <w:p>
      <w:pPr>
        <w:jc w:val="right"/>
      </w:pPr>
      <w:r>
        <w:t>پیس کین ناٹ گیو یو جسٹس۔</w:t>
      </w:r>
    </w:p>
    <w:p>
      <w:r>
        <w:rPr>
          <w:b/>
        </w:rPr>
        <w:t xml:space="preserve">[19:59] </w:t>
      </w:r>
      <w:r>
        <w:t>No, it is against the law of nature.</w:t>
      </w:r>
    </w:p>
    <w:p>
      <w:pPr>
        <w:jc w:val="right"/>
      </w:pPr>
      <w:r>
        <w:t>نو، اٹ از اگینسٹ دی لاء آف نیچر۔</w:t>
      </w:r>
    </w:p>
    <w:p>
      <w:r>
        <w:rPr>
          <w:b/>
        </w:rPr>
        <w:t xml:space="preserve">[20:04] </w:t>
      </w:r>
      <w:r>
        <w:t>God sends rain, but not the fruit and cereal.</w:t>
      </w:r>
    </w:p>
    <w:p>
      <w:pPr>
        <w:jc w:val="right"/>
      </w:pPr>
      <w:r>
        <w:t>گاڈ سینٹس رین، بٹ ناٹ دی فروٹ اینڈ سیریل۔</w:t>
      </w:r>
    </w:p>
    <w:p>
      <w:r>
        <w:rPr>
          <w:b/>
        </w:rPr>
        <w:t xml:space="preserve">[20:09] </w:t>
      </w:r>
      <w:r>
        <w:t>God sends rain, and</w:t>
      </w:r>
    </w:p>
    <w:p>
      <w:pPr>
        <w:jc w:val="right"/>
      </w:pPr>
      <w:r>
        <w:t>گاڈ سینٹس رین، اینڈ</w:t>
      </w:r>
    </w:p>
    <w:p>
      <w:r>
        <w:rPr>
          <w:b/>
        </w:rPr>
        <w:t xml:space="preserve">[20:14] </w:t>
      </w:r>
      <w:r>
        <w:t>by your own effort, you convert rain into fruits and cereals and agricultural product. so is the case of peace. these people who break justice with peace are quite wrong. to say that peace with justice grammatica</w:t>
      </w:r>
    </w:p>
    <w:p>
      <w:pPr>
        <w:jc w:val="right"/>
      </w:pPr>
      <w:r>
        <w:t>بائی یور اون ایفرٹ، یو کنورٹ رین انٹو فروٹس اینڈ سیریلز اینڈ ایگریکلچرل پروڈکٹ۔ سو از دا کیس آف پیس۔ دس پیپل ہو بریکٹ جسٹس ود پیس آر کوائٹ رونگ۔ ٹو سی دیٹ پیس ود جسٹس گریمیٹیک</w:t>
      </w:r>
    </w:p>
    <w:p>
      <w:r>
        <w:rPr>
          <w:b/>
        </w:rPr>
        <w:t xml:space="preserve">[20:44] </w:t>
      </w:r>
      <w:r>
        <w:t>Let me be correct.</w:t>
      </w:r>
    </w:p>
    <w:p>
      <w:pPr>
        <w:jc w:val="right"/>
      </w:pPr>
      <w:r>
        <w:t>لی می بی کریکٹ۔</w:t>
      </w:r>
    </w:p>
    <w:p>
      <w:r>
        <w:rPr>
          <w:b/>
        </w:rPr>
        <w:t xml:space="preserve">[20:55] </w:t>
      </w:r>
      <w:r>
        <w:t>This people say that: "Yes, we want peace, but we want peace with justice." This sentence may be</w:t>
      </w:r>
    </w:p>
    <w:p>
      <w:pPr>
        <w:jc w:val="right"/>
      </w:pPr>
      <w:r>
        <w:t>دس پیپل سی دیٹ: "یس، وی وانٹ پیس، بٹ وی وانٹ پیس ود جسٹس۔" دس سینٹنس می بی</w:t>
      </w:r>
    </w:p>
    <w:p>
      <w:r>
        <w:rPr>
          <w:b/>
        </w:rPr>
        <w:t xml:space="preserve">[21:05] </w:t>
      </w:r>
      <w:r>
        <w:t>Grammatically it is correct, but it is completely wrong when you judge this formula in the light of nature</w:t>
      </w:r>
    </w:p>
    <w:p>
      <w:pPr>
        <w:jc w:val="right"/>
      </w:pPr>
      <w:r>
        <w:t>گریمیٹیکلی اٹ از کریکٹ، بٹ اٹ از کمپلیٹلی رونگ وین یو جج دس فارمولا ان دا لائٹ آف نیچر</w:t>
      </w:r>
    </w:p>
    <w:p>
      <w:r>
        <w:rPr>
          <w:b/>
        </w:rPr>
        <w:t xml:space="preserve">[21:16] </w:t>
      </w:r>
      <w:r>
        <w:t>.</w:t>
      </w:r>
    </w:p>
    <w:p>
      <w:pPr>
        <w:jc w:val="right"/>
      </w:pPr>
      <w:r>
        <w:t>۔</w:t>
      </w:r>
    </w:p>
    <w:p>
      <w:r>
        <w:rPr>
          <w:b/>
        </w:rPr>
        <w:t xml:space="preserve">[21:23] </w:t>
      </w:r>
      <w:r>
        <w:t>Because according to the nature, justice is not and not a part of peace.</w:t>
      </w:r>
    </w:p>
    <w:p>
      <w:pPr>
        <w:jc w:val="right"/>
      </w:pPr>
      <w:r>
        <w:t>بیکاز اکارڈنگ ٹو دا نیچر، جسٹس از ناٹ اینڈ ناٹ ا پارٹ آف پیس۔</w:t>
      </w:r>
    </w:p>
    <w:p>
      <w:r>
        <w:rPr>
          <w:b/>
        </w:rPr>
        <w:t xml:space="preserve">[21:29] </w:t>
      </w:r>
      <w:r>
        <w:t>So you have to, you have to follow the natural scheme.</w:t>
      </w:r>
    </w:p>
    <w:p>
      <w:pPr>
        <w:jc w:val="right"/>
      </w:pPr>
      <w:r>
        <w:t>سو یو ہیو ٹو، یو ہیو ٹو فالو دا نیچرل سکیم۔</w:t>
      </w:r>
    </w:p>
    <w:p>
      <w:r>
        <w:rPr>
          <w:b/>
        </w:rPr>
        <w:t xml:space="preserve">[21:35] </w:t>
      </w:r>
      <w:r>
        <w:t>You have to establish peace at any cost.</w:t>
      </w:r>
    </w:p>
    <w:p>
      <w:pPr>
        <w:jc w:val="right"/>
      </w:pPr>
      <w:r>
        <w:t>یو ہیو ٹو اسٹیبلش پیس ایٹ اینی کاسٹ۔</w:t>
      </w:r>
    </w:p>
    <w:p>
      <w:r>
        <w:rPr>
          <w:b/>
        </w:rPr>
        <w:t xml:space="preserve">[21:41] </w:t>
      </w:r>
      <w:r>
        <w:t>You have to establish peace at any cost,</w:t>
      </w:r>
    </w:p>
    <w:p>
      <w:pPr>
        <w:jc w:val="right"/>
      </w:pPr>
      <w:r>
        <w:t>یو ہیو ٹو اسٹیبلش پیس ایٹ اینی کاسٹ،</w:t>
      </w:r>
    </w:p>
    <w:p>
      <w:r>
        <w:rPr>
          <w:b/>
        </w:rPr>
        <w:t xml:space="preserve">[21:48] </w:t>
      </w:r>
      <w:r>
        <w:t>So that, so that you may open the door of opportunities.</w:t>
      </w:r>
    </w:p>
    <w:p>
      <w:pPr>
        <w:jc w:val="right"/>
      </w:pPr>
      <w:r>
        <w:t>سو دیٹ، سو دیٹ یو می اوپن دا ڈور آف اپرچونیٹیز۔</w:t>
      </w:r>
    </w:p>
    <w:p>
      <w:r>
        <w:rPr>
          <w:b/>
        </w:rPr>
        <w:t xml:space="preserve">[21:55] </w:t>
      </w:r>
      <w:r>
        <w:t>Where you know, where there is violence, there is no opportunity.</w:t>
      </w:r>
    </w:p>
    <w:p>
      <w:pPr>
        <w:jc w:val="right"/>
      </w:pPr>
      <w:r>
        <w:t>ویر یو نو، ویر دیر از وائلنس، دیر از نو اپرچونیٹی۔</w:t>
      </w:r>
    </w:p>
    <w:p>
      <w:r>
        <w:rPr>
          <w:b/>
        </w:rPr>
        <w:t xml:space="preserve">[22:03] </w:t>
      </w:r>
      <w:r>
        <w:t>Violence kills all kind of opportunities.</w:t>
      </w:r>
    </w:p>
    <w:p>
      <w:pPr>
        <w:jc w:val="right"/>
      </w:pPr>
      <w:r>
        <w:t>وائلنس کلز آل کائنڈ آف اپرچونیٹیز۔</w:t>
      </w:r>
    </w:p>
    <w:p>
      <w:r>
        <w:rPr>
          <w:b/>
        </w:rPr>
        <w:t xml:space="preserve">[22:10] </w:t>
      </w:r>
      <w:r>
        <w:t>Where there is violence, there is no opportunity. But we</w:t>
      </w:r>
    </w:p>
    <w:p>
      <w:pPr>
        <w:jc w:val="right"/>
      </w:pPr>
      <w:r>
        <w:t>ویر دیر از وائلنس، دیر از نو اپرچونیٹی۔ بٹ و</w:t>
      </w:r>
    </w:p>
    <w:p>
      <w:r>
        <w:rPr>
          <w:b/>
        </w:rPr>
        <w:t xml:space="preserve">[22:18] </w:t>
      </w:r>
      <w:r>
        <w:t>There is peace, there are all kinds of opportunities there.</w:t>
      </w:r>
    </w:p>
    <w:p>
      <w:pPr>
        <w:jc w:val="right"/>
      </w:pPr>
      <w:r>
        <w:t>یر دیر از پیس، دیر آل کائنڈ آف اپرچونیٹیز آر دیر۔</w:t>
      </w:r>
    </w:p>
    <w:p>
      <w:r>
        <w:rPr>
          <w:b/>
        </w:rPr>
        <w:t xml:space="preserve">[22:26] </w:t>
      </w:r>
      <w:r>
        <w:t>So the natural formula is that you have to establish peace, so that you may find opportunities.</w:t>
      </w:r>
    </w:p>
    <w:p>
      <w:pPr>
        <w:jc w:val="right"/>
      </w:pPr>
      <w:r>
        <w:t>سو دا نیچرل فارمولا از دیٹ یو ہیو ٹو اسٹیبلش پیس، سو دیٹ یو می فائنڈ اپرچونیٹیز۔</w:t>
      </w:r>
    </w:p>
    <w:p>
      <w:r>
        <w:rPr>
          <w:b/>
        </w:rPr>
        <w:t xml:space="preserve">[22:34] </w:t>
      </w:r>
      <w:r>
        <w:t>By availing opportunities, you can achieve justice.</w:t>
      </w:r>
    </w:p>
    <w:p>
      <w:pPr>
        <w:jc w:val="right"/>
      </w:pPr>
      <w:r>
        <w:t>بائی اویلنگ اپرچونیٹیز، یو کین اچیو جسٹس۔</w:t>
      </w:r>
    </w:p>
    <w:p>
      <w:r>
        <w:rPr>
          <w:b/>
        </w:rPr>
        <w:t xml:space="preserve">[22:42] </w:t>
      </w:r>
      <w:r>
        <w:t>You can achieve your rights.</w:t>
      </w:r>
    </w:p>
    <w:p>
      <w:pPr>
        <w:jc w:val="right"/>
      </w:pPr>
      <w:r>
        <w:t>یو کین اچیو یور رائٹس۔</w:t>
      </w:r>
    </w:p>
    <w:p>
      <w:r>
        <w:rPr>
          <w:b/>
        </w:rPr>
        <w:t xml:space="preserve">[22:50] </w:t>
      </w:r>
      <w:r>
        <w:t>So peace gives you opportunity, and by your own effort, you achieve justice.</w:t>
      </w:r>
    </w:p>
    <w:p>
      <w:pPr>
        <w:jc w:val="right"/>
      </w:pPr>
      <w:r>
        <w:t>سو پیس گیوز یو اپرچونیٹی، اینڈ بائی یور اون ایفرٹ، یو اچیو جسٹس۔</w:t>
      </w:r>
    </w:p>
    <w:p>
      <w:r>
        <w:rPr>
          <w:b/>
        </w:rPr>
        <w:t xml:space="preserve">[22:57] </w:t>
      </w:r>
      <w:r>
        <w:t>It is the natural formula.</w:t>
      </w:r>
    </w:p>
    <w:p>
      <w:pPr>
        <w:jc w:val="right"/>
      </w:pPr>
      <w:r>
        <w:t>اٹ از دا نیچرل فارمولا۔</w:t>
      </w:r>
    </w:p>
    <w:p>
      <w:r>
        <w:rPr>
          <w:b/>
        </w:rPr>
        <w:t xml:space="preserve">[23:05] </w:t>
      </w:r>
      <w:r>
        <w:t>according to the nature, according to the divine scheme, you have to establish peace at any cost, and</w:t>
      </w:r>
    </w:p>
    <w:p>
      <w:pPr>
        <w:jc w:val="right"/>
      </w:pPr>
      <w:r>
        <w:t>اکارڈنگ ٹو دا نیچر، اکارڈنگ ٹو دا ڈیوائن سکیم، یو ہیو ٹو اسٹیبلش پیس ایٹ اینی کاسٹ، اینڈ</w:t>
      </w:r>
    </w:p>
    <w:p>
      <w:r>
        <w:rPr>
          <w:b/>
        </w:rPr>
        <w:t xml:space="preserve">[23:13] </w:t>
      </w:r>
      <w:r>
        <w:t>The in there are</w:t>
      </w:r>
    </w:p>
    <w:p>
      <w:pPr>
        <w:jc w:val="right"/>
      </w:pPr>
      <w:r>
        <w:t>دین دیر آر</w:t>
      </w:r>
    </w:p>
    <w:p>
      <w:r>
        <w:rPr>
          <w:b/>
        </w:rPr>
        <w:t xml:space="preserve">[23:20] </w:t>
      </w:r>
      <w:r>
        <w:t>.</w:t>
      </w:r>
    </w:p>
    <w:p>
      <w:pPr>
        <w:jc w:val="right"/>
      </w:pPr>
      <w:r>
        <w:t>۔</w:t>
      </w:r>
    </w:p>
    <w:p>
      <w:r>
        <w:rPr>
          <w:b/>
        </w:rPr>
        <w:t xml:space="preserve">[23:26] </w:t>
      </w:r>
      <w:r>
        <w:t>So that you may open the opportunities.</w:t>
      </w:r>
    </w:p>
    <w:p>
      <w:pPr>
        <w:jc w:val="right"/>
      </w:pPr>
      <w:r>
        <w:t>سو دیٹ یو می اوپن دا اپرچونیٹیز۔</w:t>
      </w:r>
    </w:p>
    <w:p>
      <w:r>
        <w:rPr>
          <w:b/>
        </w:rPr>
        <w:t xml:space="preserve">[23:32] </w:t>
      </w:r>
      <w:r>
        <w:t>Then by availing those opportunities, you can avail justice.</w:t>
      </w:r>
    </w:p>
    <w:p>
      <w:pPr>
        <w:jc w:val="right"/>
      </w:pPr>
      <w:r>
        <w:t>دین بائی اویلنگ دوز اپرچونیٹیز، یو کین اویل جسٹس۔</w:t>
      </w:r>
    </w:p>
    <w:p>
      <w:r>
        <w:rPr>
          <w:b/>
        </w:rPr>
        <w:t xml:space="preserve">[23:38] </w:t>
      </w:r>
      <w:r>
        <w:t>This is the natural formula.</w:t>
      </w:r>
    </w:p>
    <w:p>
      <w:pPr>
        <w:jc w:val="right"/>
      </w:pPr>
      <w:r>
        <w:t>دس از دا نیچرل فارمولا۔</w:t>
      </w:r>
    </w:p>
    <w:p>
      <w:r>
        <w:rPr>
          <w:b/>
        </w:rPr>
        <w:t xml:space="preserve">[23:45] </w:t>
      </w:r>
      <w:r>
        <w:t>But who can avail this formula? Who can adopt this formula of success?</w:t>
      </w:r>
    </w:p>
    <w:p>
      <w:pPr>
        <w:jc w:val="right"/>
      </w:pPr>
      <w:r>
        <w:t>بٹ ہو کین اویل دس فارمولا؟ ہو کین اڈاپٹ دس فارمولا آف سکسیس</w:t>
      </w:r>
    </w:p>
    <w:p>
      <w:r>
        <w:rPr>
          <w:b/>
        </w:rPr>
        <w:t xml:space="preserve">[23:51] </w:t>
      </w:r>
      <w:r>
        <w:t>according to the, according to the, according to the natural scheme, this is the only formula of success. this is the only formula to success. but who can adopt this formula? who can avail this formula? only those people can avail this formula who are positive thin</w:t>
      </w:r>
    </w:p>
    <w:p>
      <w:pPr>
        <w:jc w:val="right"/>
      </w:pPr>
      <w:r>
        <w:t>؟ اکارڈنگ ٹو دا، اکارڈنگ ٹو دا، اکارڈنگ ٹو دا نیچرل سکیم، دس از دا اونلی فارمولا آف سکسیس۔ دس از دا اونلی فارمولا ٹو سکسیس۔ بٹ ہو کین اڈاپٹ دس فارمولا؟ ہو کین اویل دس فارمولا؟ اونلی دوز پیپل کین اویل دس فارمولا ہو آر پازیٹیو تھن</w:t>
      </w:r>
    </w:p>
    <w:p>
      <w:r>
        <w:rPr>
          <w:b/>
        </w:rPr>
        <w:t xml:space="preserve">[24:21] </w:t>
      </w:r>
      <w:r>
        <w:t>curse.</w:t>
      </w:r>
    </w:p>
    <w:p>
      <w:pPr>
        <w:jc w:val="right"/>
      </w:pPr>
      <w:r>
        <w:t>کرز۔</w:t>
      </w:r>
    </w:p>
    <w:p>
      <w:r>
        <w:rPr>
          <w:b/>
        </w:rPr>
        <w:t xml:space="preserve">[24:27] </w:t>
      </w:r>
      <w:r>
        <w:t>Without positivity, you cannot understand the importance of peace.</w:t>
      </w:r>
    </w:p>
    <w:p>
      <w:pPr>
        <w:jc w:val="right"/>
      </w:pPr>
      <w:r>
        <w:t>وداؤٹ پازیٹیوٹی، یو کین ناٹ انڈرسٹینڈ دا امپورٹنس آف پیس۔</w:t>
      </w:r>
    </w:p>
    <w:p>
      <w:r>
        <w:rPr>
          <w:b/>
        </w:rPr>
        <w:t xml:space="preserve">[24:34] </w:t>
      </w:r>
      <w:r>
        <w:t>You cannot avail the opportunities.</w:t>
      </w:r>
    </w:p>
    <w:p>
      <w:pPr>
        <w:jc w:val="right"/>
      </w:pPr>
      <w:r>
        <w:t>یو کین ناٹ اویل دا اپرچونیٹیز۔</w:t>
      </w:r>
    </w:p>
    <w:p>
      <w:r>
        <w:rPr>
          <w:b/>
        </w:rPr>
        <w:t xml:space="preserve">[24:41] </w:t>
      </w:r>
      <w:r>
        <w:t>So positivity is the basic in in in in all kind of success.</w:t>
      </w:r>
    </w:p>
    <w:p>
      <w:pPr>
        <w:jc w:val="right"/>
      </w:pPr>
      <w:r>
        <w:t>سو پازیٹیوٹی از دا بیسک ان ان ان ان آل کائنڈ آف سکسیس۔</w:t>
      </w:r>
    </w:p>
    <w:p>
      <w:r>
        <w:rPr>
          <w:b/>
        </w:rPr>
        <w:t xml:space="preserve">[24:47] </w:t>
      </w:r>
      <w:r>
        <w:t>Now some people say that</w:t>
      </w:r>
    </w:p>
    <w:p>
      <w:pPr>
        <w:jc w:val="right"/>
      </w:pPr>
      <w:r>
        <w:t>ناؤ سم پیپل سی دیٹ</w:t>
      </w:r>
    </w:p>
    <w:p>
      <w:r>
        <w:rPr>
          <w:b/>
        </w:rPr>
        <w:t xml:space="preserve">[24:54] </w:t>
      </w:r>
      <w:r>
        <w:t>Quran is enough, we don't need Hadith. It is a related issue. Today someone called me and said: "Why you quote Hadith?" You don't know Hadith. Quran is enough. He said this today: "You know, there are</w:t>
      </w:r>
    </w:p>
    <w:p>
      <w:pPr>
        <w:jc w:val="right"/>
      </w:pPr>
      <w:r>
        <w:t>قرآن از انفاس، وی ڈونٹ نیڈ حدیث۔ اٹ از ا ریلیٹ ایشو۔ ٹوڈے سم ون ٹیل فون می اینڈ سیڈ: "وائی یو کوٹ حدیث؟" یو ڈونٹ نو حدیث۔ قرآن از انفاس۔ ہی سیڈ دس ٹوڈے: "یو نو، دیر آر</w:t>
      </w:r>
    </w:p>
    <w:p>
      <w:r>
        <w:rPr>
          <w:b/>
        </w:rPr>
        <w:t xml:space="preserve">[25:24] </w:t>
      </w:r>
      <w:r>
        <w:t>many people who say like this, but this is wrong. we need quran and hadith both, just like science. in science, you need theory, also you need practical. every student of science knows that he needs theory,</w:t>
      </w:r>
    </w:p>
    <w:p>
      <w:pPr>
        <w:jc w:val="right"/>
      </w:pPr>
      <w:r>
        <w:t>مینی پیپل ہو سی لائک دس، بٹ دس از رونگ۔ وی نیڈ قرآن اینڈ حدیث بوتھ، جسٹ لائک سائنس۔ ان سائنس، یو نیڈ تھیوری، السو یو نیڈ پریکٹیکل۔ ایوری اسٹوڈنٹ آف سائنس نوز دیٹ ہی نیڈز تھیوری،</w:t>
      </w:r>
    </w:p>
    <w:p>
      <w:r>
        <w:rPr>
          <w:b/>
        </w:rPr>
        <w:t xml:space="preserve">[25:54] </w:t>
      </w:r>
      <w:r>
        <w:t>At the same time, he needs practical.</w:t>
      </w:r>
    </w:p>
    <w:p>
      <w:pPr>
        <w:jc w:val="right"/>
      </w:pPr>
      <w:r>
        <w:t>ایٹ دا سیم ٹائم ہی نیڈ پریکٹیکل۔</w:t>
      </w:r>
    </w:p>
    <w:p>
      <w:r>
        <w:rPr>
          <w:b/>
        </w:rPr>
        <w:t xml:space="preserve">[26:00] </w:t>
      </w:r>
      <w:r>
        <w:t>Without practical, he cannot understand the theory.</w:t>
      </w:r>
    </w:p>
    <w:p>
      <w:pPr>
        <w:jc w:val="right"/>
      </w:pPr>
      <w:r>
        <w:t>وداؤٹ پریکٹیکل، ہی کینٹ انڈرسٹینڈ دا تھیوری۔</w:t>
      </w:r>
    </w:p>
    <w:p>
      <w:r>
        <w:rPr>
          <w:b/>
        </w:rPr>
        <w:t xml:space="preserve">[26:07] </w:t>
      </w:r>
      <w:r>
        <w:t>So is the case of Islam.</w:t>
      </w:r>
    </w:p>
    <w:p>
      <w:pPr>
        <w:jc w:val="right"/>
      </w:pPr>
      <w:r>
        <w:t>سو از دا کیس آف اسلام۔</w:t>
      </w:r>
    </w:p>
    <w:p>
      <w:r>
        <w:rPr>
          <w:b/>
        </w:rPr>
        <w:t xml:space="preserve">[26:13] </w:t>
      </w:r>
      <w:r>
        <w:t>Quran is like a theory, and prophet's life is like a practical demonstration.</w:t>
      </w:r>
    </w:p>
    <w:p>
      <w:pPr>
        <w:jc w:val="right"/>
      </w:pPr>
      <w:r>
        <w:t>قرآن از لائک ا تھیوری، اینڈ پرافٹس لائف از لائک ا پریکٹیکل ڈیمونسٹریشن۔</w:t>
      </w:r>
    </w:p>
    <w:p>
      <w:r>
        <w:rPr>
          <w:b/>
        </w:rPr>
        <w:t xml:space="preserve">[26:20] </w:t>
      </w:r>
      <w:r>
        <w:t>Quran is like a theory,</w:t>
      </w:r>
    </w:p>
    <w:p>
      <w:pPr>
        <w:jc w:val="right"/>
      </w:pPr>
      <w:r>
        <w:t>قرآن از لائک ا تھیوری،</w:t>
      </w:r>
    </w:p>
    <w:p>
      <w:r>
        <w:rPr>
          <w:b/>
        </w:rPr>
        <w:t xml:space="preserve">[26:26] </w:t>
      </w:r>
      <w:r>
        <w:t>And prophet's life is a practical demonstration.</w:t>
      </w:r>
    </w:p>
    <w:p>
      <w:pPr>
        <w:jc w:val="right"/>
      </w:pPr>
      <w:r>
        <w:t>اینڈ پرافٹس لائف از ا پریکٹیکل ڈیمونسٹریشن۔</w:t>
      </w:r>
    </w:p>
    <w:p>
      <w:r>
        <w:rPr>
          <w:b/>
        </w:rPr>
        <w:t xml:space="preserve">[26:36] </w:t>
      </w:r>
      <w:r>
        <w:t>So both are important, and you know, both have the same academic authenticity, because we never received Quran</w:t>
      </w:r>
    </w:p>
    <w:p>
      <w:pPr>
        <w:jc w:val="right"/>
      </w:pPr>
      <w:r>
        <w:t>سو بوتھ آر امپورٹنٹ، اینڈ یو نو، بوتھ ہیو دا سیم اکیڈمک اتھنٹیسٹی، بیکاز وی نیور ریسیوڈ قرآن</w:t>
      </w:r>
    </w:p>
    <w:p>
      <w:r>
        <w:rPr>
          <w:b/>
        </w:rPr>
        <w:t xml:space="preserve">[26:47] </w:t>
      </w:r>
      <w:r>
        <w:t>as a book form.</w:t>
      </w:r>
    </w:p>
    <w:p>
      <w:pPr>
        <w:jc w:val="right"/>
      </w:pPr>
      <w:r>
        <w:t>ایز ا بک فارم۔</w:t>
      </w:r>
    </w:p>
    <w:p>
      <w:r>
        <w:rPr>
          <w:b/>
        </w:rPr>
        <w:t xml:space="preserve">[26:57] </w:t>
      </w:r>
      <w:r>
        <w:t>But Quran, we received Quran through the prophet.</w:t>
      </w:r>
    </w:p>
    <w:p>
      <w:pPr>
        <w:jc w:val="right"/>
      </w:pPr>
      <w:r>
        <w:t>بٹ قرآن، وی ریسیوڈ قرآن تھرو دا پرافٹ۔</w:t>
      </w:r>
    </w:p>
    <w:p>
      <w:r>
        <w:rPr>
          <w:b/>
        </w:rPr>
        <w:t xml:space="preserve">[27:03] </w:t>
      </w:r>
      <w:r>
        <w:t>No angel came to us and gave us a book that was Quran.</w:t>
      </w:r>
    </w:p>
    <w:p>
      <w:pPr>
        <w:jc w:val="right"/>
      </w:pPr>
      <w:r>
        <w:t>نو اینجل کیم ٹو اس اینڈ گیو اس ا بک دیٹ واز قرآن۔</w:t>
      </w:r>
    </w:p>
    <w:p>
      <w:r>
        <w:rPr>
          <w:b/>
        </w:rPr>
        <w:t xml:space="preserve">[27:09] </w:t>
      </w:r>
      <w:r>
        <w:t>No, so prophet.</w:t>
      </w:r>
    </w:p>
    <w:p>
      <w:pPr>
        <w:jc w:val="right"/>
      </w:pPr>
      <w:r>
        <w:t>نو، سو پرافٹ۔</w:t>
      </w:r>
    </w:p>
    <w:p>
      <w:r>
        <w:rPr>
          <w:b/>
        </w:rPr>
        <w:t xml:space="preserve">[27:15] </w:t>
      </w:r>
      <w:r>
        <w:t>So Quran and Hadith both are Hadith.</w:t>
      </w:r>
    </w:p>
    <w:p>
      <w:pPr>
        <w:jc w:val="right"/>
      </w:pPr>
      <w:r>
        <w:t>سو قرآن اینڈ حدیث بوتھ آر حدیث۔</w:t>
      </w:r>
    </w:p>
    <w:p>
      <w:r>
        <w:rPr>
          <w:b/>
        </w:rPr>
        <w:t xml:space="preserve">[27:21] </w:t>
      </w:r>
      <w:r>
        <w:t>Both are Hadith.</w:t>
      </w:r>
    </w:p>
    <w:p>
      <w:pPr>
        <w:jc w:val="right"/>
      </w:pPr>
      <w:r>
        <w:t>بوتھ آر حدیث۔</w:t>
      </w:r>
    </w:p>
    <w:p>
      <w:r>
        <w:rPr>
          <w:b/>
        </w:rPr>
        <w:t xml:space="preserve">[27:27] </w:t>
      </w:r>
      <w:r>
        <w:t>Quran is Hadith Qudsi, and other Hadith are simply Hadith.</w:t>
      </w:r>
    </w:p>
    <w:p>
      <w:pPr>
        <w:jc w:val="right"/>
      </w:pPr>
      <w:r>
        <w:t>قرآن از حدیث قدسی، اینڈ ادر حدیث آر سمپلی حدیث۔</w:t>
      </w:r>
    </w:p>
    <w:p>
      <w:r>
        <w:rPr>
          <w:b/>
        </w:rPr>
        <w:t xml:space="preserve">[27:35] </w:t>
      </w:r>
      <w:r>
        <w:t>How we received Quran? You know, according to our belief, God said to Angel Jibrail.</w:t>
      </w:r>
    </w:p>
    <w:p>
      <w:pPr>
        <w:jc w:val="right"/>
      </w:pPr>
      <w:r>
        <w:t>ہاؤ وی ریسیوڈ قرآن؟ یو نو، اکارڈنگ ٹو اور بیلیف، گاڈ سیڈ ٹو اینجل جبرائیل۔</w:t>
      </w:r>
    </w:p>
    <w:p>
      <w:r>
        <w:rPr>
          <w:b/>
        </w:rPr>
        <w:t xml:space="preserve">[27:42] </w:t>
      </w:r>
      <w:r>
        <w:t>Angel said to the Prophet of Islam.</w:t>
      </w:r>
    </w:p>
    <w:p>
      <w:pPr>
        <w:jc w:val="right"/>
      </w:pPr>
      <w:r>
        <w:t>اینجل سیڈ ٹو دا پرافٹ آف اسلام۔</w:t>
      </w:r>
    </w:p>
    <w:p>
      <w:r>
        <w:rPr>
          <w:b/>
        </w:rPr>
        <w:t xml:space="preserve">[27:50] </w:t>
      </w:r>
      <w:r>
        <w:t>The Prophet of Islam said to companions, and companions said</w:t>
      </w:r>
    </w:p>
    <w:p>
      <w:pPr>
        <w:jc w:val="right"/>
      </w:pPr>
      <w:r>
        <w:t>دین پرافٹ آف اسلام سیڈ ٹو کمپینینز، اینڈ کمپینینز سیڈ</w:t>
      </w:r>
    </w:p>
    <w:p>
      <w:r>
        <w:rPr>
          <w:b/>
        </w:rPr>
        <w:t xml:space="preserve">[27:58] </w:t>
      </w:r>
      <w:r>
        <w:t>to the companions of the companion.</w:t>
      </w:r>
    </w:p>
    <w:p>
      <w:pPr>
        <w:jc w:val="right"/>
      </w:pPr>
      <w:r>
        <w:t>ٹو دا کمپینینز آف دا کمپینین۔</w:t>
      </w:r>
    </w:p>
    <w:p>
      <w:r>
        <w:rPr>
          <w:b/>
        </w:rPr>
        <w:t xml:space="preserve">[28:02] </w:t>
      </w:r>
      <w:r>
        <w:t>This was the process.</w:t>
      </w:r>
    </w:p>
    <w:p>
      <w:pPr>
        <w:jc w:val="right"/>
      </w:pPr>
      <w:r>
        <w:t>دس واز دا پروسیس۔</w:t>
      </w:r>
    </w:p>
    <w:p>
      <w:r>
        <w:rPr>
          <w:b/>
        </w:rPr>
        <w:t xml:space="preserve">[28:07] </w:t>
      </w:r>
      <w:r>
        <w:t>This was the chain adopted in the Quran.</w:t>
      </w:r>
    </w:p>
    <w:p>
      <w:pPr>
        <w:jc w:val="right"/>
      </w:pPr>
      <w:r>
        <w:t>دس واز دا چین اڈاپٹڈ ان دا قرآن۔</w:t>
      </w:r>
    </w:p>
    <w:p>
      <w:r>
        <w:rPr>
          <w:b/>
        </w:rPr>
        <w:t xml:space="preserve">[28:12] </w:t>
      </w:r>
      <w:r>
        <w:t>from God to Jibreel, from Jibreel to Muhammad, from Muhammad to Sahaba, from Sahaba to Tabieen, from Tabieen</w:t>
      </w:r>
    </w:p>
    <w:p>
      <w:pPr>
        <w:jc w:val="right"/>
      </w:pPr>
      <w:r>
        <w:t>فرام گاڈ ٹو جبرائیل، فرام جبرائیل ٹو محمد، فرام محمد ٹو صحابہ، فرام صحابہ ٹو تابعین، فرام تابعین</w:t>
      </w:r>
    </w:p>
    <w:p>
      <w:r>
        <w:rPr>
          <w:b/>
        </w:rPr>
        <w:t xml:space="preserve">[28:17] </w:t>
      </w:r>
      <w:r>
        <w:t>to Taba' Taba'een.</w:t>
      </w:r>
    </w:p>
    <w:p>
      <w:pPr>
        <w:jc w:val="right"/>
      </w:pPr>
      <w:r>
        <w:t>ٹو تبع تابعین۔</w:t>
      </w:r>
    </w:p>
    <w:p>
      <w:r>
        <w:rPr>
          <w:b/>
        </w:rPr>
        <w:t xml:space="preserve">[28:21] </w:t>
      </w:r>
      <w:r>
        <w:t>This was the chain.</w:t>
      </w:r>
    </w:p>
    <w:p>
      <w:pPr>
        <w:jc w:val="right"/>
      </w:pPr>
      <w:r>
        <w:t>دس واز دا چین۔</w:t>
      </w:r>
    </w:p>
    <w:p>
      <w:r>
        <w:rPr>
          <w:b/>
        </w:rPr>
        <w:t xml:space="preserve">[28:26] </w:t>
      </w:r>
      <w:r>
        <w:t>The same chain was adopted in the Hadith.</w:t>
      </w:r>
    </w:p>
    <w:p>
      <w:pPr>
        <w:jc w:val="right"/>
      </w:pPr>
      <w:r>
        <w:t>دا سیم چین واز اڈاپٹڈ ان دا حدیث۔</w:t>
      </w:r>
    </w:p>
    <w:p>
      <w:r>
        <w:rPr>
          <w:b/>
        </w:rPr>
        <w:t xml:space="preserve">[28:31] </w:t>
      </w:r>
      <w:r>
        <w:t>Here you see that from Muhammad to Sahaba, from Sahaba to Tabi'in, from Tabi'in to Taba' Tabi'in.</w:t>
      </w:r>
    </w:p>
    <w:p>
      <w:pPr>
        <w:jc w:val="right"/>
      </w:pPr>
      <w:r>
        <w:t>ہیر یو سی دیٹ فرام محمد ٹو صحابہ، فرام صحابہ ٹو تابعین، فرام تابعین ٹو تبع تابعین۔</w:t>
      </w:r>
    </w:p>
    <w:p>
      <w:r>
        <w:rPr>
          <w:b/>
        </w:rPr>
        <w:t xml:space="preserve">[28:39] </w:t>
      </w:r>
      <w:r>
        <w:t>So I would, I would say that Quran is Hadith Qudsi.</w:t>
      </w:r>
    </w:p>
    <w:p>
      <w:pPr>
        <w:jc w:val="right"/>
      </w:pPr>
      <w:r>
        <w:t>سو ائی وڈ، ائی وڈ سی دیٹ قرآن از حدیث قدسی۔</w:t>
      </w:r>
    </w:p>
    <w:p>
      <w:r>
        <w:rPr>
          <w:b/>
        </w:rPr>
        <w:t xml:space="preserve">[28:46] </w:t>
      </w:r>
      <w:r>
        <w:t>So there is no difference.</w:t>
      </w:r>
    </w:p>
    <w:p>
      <w:pPr>
        <w:jc w:val="right"/>
      </w:pPr>
      <w:r>
        <w:t>سو دیر از نو ڈیفرنس۔</w:t>
      </w:r>
    </w:p>
    <w:p>
      <w:r>
        <w:rPr>
          <w:b/>
        </w:rPr>
        <w:t xml:space="preserve">[28:54] </w:t>
      </w:r>
      <w:r>
        <w:t>So now, we want, if you, we read this sentence in the Quran: "Al-sulhu khair, peace is the best</w:t>
      </w:r>
    </w:p>
    <w:p>
      <w:pPr>
        <w:jc w:val="right"/>
      </w:pPr>
      <w:r>
        <w:t>سو ناؤ، وی وانٹ، اف یو، وی ریڈ دس سینٹنس ان دا قرآن: "الصلح خیر، پیس از دا بیسٹ</w:t>
      </w:r>
    </w:p>
    <w:p>
      <w:r>
        <w:rPr>
          <w:b/>
        </w:rPr>
        <w:t xml:space="preserve">[29:01] </w:t>
      </w:r>
      <w:r>
        <w:t>"Reconciliation is the best, conciliatory approach is the best." But now, we need a practical example.</w:t>
      </w:r>
    </w:p>
    <w:p>
      <w:pPr>
        <w:jc w:val="right"/>
      </w:pPr>
      <w:r>
        <w:t>، ریکنسلیشن از دا بیسٹ، کانسلیٹری اپروچ از دا بیسٹ۔" بٹ ناؤ، وی نیڈ ا پریکٹیکل ایگزیمپل۔</w:t>
      </w:r>
    </w:p>
    <w:p>
      <w:r>
        <w:rPr>
          <w:b/>
        </w:rPr>
        <w:t xml:space="preserve">[29:10] </w:t>
      </w:r>
      <w:r>
        <w:t>In Quran, you cannot find a practical example.</w:t>
      </w:r>
    </w:p>
    <w:p>
      <w:pPr>
        <w:jc w:val="right"/>
      </w:pPr>
      <w:r>
        <w:t>ان قرآن، یو کین ناٹ فائنڈ ا پریکٹیکل ایگزیمپل۔</w:t>
      </w:r>
    </w:p>
    <w:p>
      <w:r>
        <w:rPr>
          <w:b/>
        </w:rPr>
        <w:t xml:space="preserve">[29:18] </w:t>
      </w:r>
      <w:r>
        <w:t>But when you see the Prophet of, when you see the life of the Prophet, here you find</w:t>
      </w:r>
    </w:p>
    <w:p>
      <w:pPr>
        <w:jc w:val="right"/>
      </w:pPr>
      <w:r>
        <w:t>بٹ وین یو سی دا پرافٹ آف، وین یو سی دا لائف آف دا پرافٹ، ہیر یو فائنڈ</w:t>
      </w:r>
    </w:p>
    <w:p>
      <w:r>
        <w:rPr>
          <w:b/>
        </w:rPr>
        <w:t xml:space="preserve">[29:26] </w:t>
      </w:r>
      <w:r>
        <w:t>A complete example of this formula, of this principle.</w:t>
      </w:r>
    </w:p>
    <w:p>
      <w:pPr>
        <w:jc w:val="right"/>
      </w:pPr>
      <w:r>
        <w:t>ا کمپلیٹ ایگزیمپل اف دس فارمولا، اف دس پرنسپل۔</w:t>
      </w:r>
    </w:p>
    <w:p>
      <w:r>
        <w:rPr>
          <w:b/>
        </w:rPr>
        <w:t xml:space="preserve">[29:34] </w:t>
      </w:r>
      <w:r>
        <w:t>prophet always adopted this formula: "alsulh khair, always throughout his life, and his, and his success." you know, prophet Islam was, was successful in extraordinary sense of the word. and the what w</w:t>
      </w:r>
    </w:p>
    <w:p>
      <w:pPr>
        <w:jc w:val="right"/>
      </w:pPr>
      <w:r>
        <w:t>پرافٹ الویز اڈاپٹڈ دس فارمولا: "الصلح خیر، الویز تھرو آؤٹ ہز لائف، اینڈ ہز، اینڈ ہز سکسیس۔" یو نو، پرافٹ اسلام واز، واز سکسیس فل ان ایکسٹرا آرڈنری سینس آف دا ورڈ۔ اینڈ دا واٹ و</w:t>
      </w:r>
    </w:p>
    <w:p>
      <w:r>
        <w:rPr>
          <w:b/>
        </w:rPr>
        <w:t xml:space="preserve">[30:04] </w:t>
      </w:r>
      <w:r>
        <w:t>Is that the reason? It was not breakable, it was not mysterious.</w:t>
      </w:r>
    </w:p>
    <w:p>
      <w:pPr>
        <w:jc w:val="right"/>
      </w:pPr>
      <w:r>
        <w:t>از دا ریزن؟ اٹ واز ناٹ بریکل، اٹ واز ناٹ مسٹیریس۔</w:t>
      </w:r>
    </w:p>
    <w:p>
      <w:r>
        <w:rPr>
          <w:b/>
        </w:rPr>
        <w:t xml:space="preserve">[30:14] </w:t>
      </w:r>
      <w:r>
        <w:t>Every historian admits that Prophet of Islam was a supremely successful person.</w:t>
      </w:r>
    </w:p>
    <w:p>
      <w:pPr>
        <w:jc w:val="right"/>
      </w:pPr>
      <w:r>
        <w:t>ایوری ہسٹورین ایڈمش دیٹ پرافٹ آف اسلام واز ا سپریملی سکسیس فل پرسن۔</w:t>
      </w:r>
    </w:p>
    <w:p>
      <w:r>
        <w:rPr>
          <w:b/>
        </w:rPr>
        <w:t xml:space="preserve">[30:24] </w:t>
      </w:r>
      <w:r>
        <w:t>Every historian, not only Muslims, but non-Muslim historians admit that the prophet of Islam</w:t>
      </w:r>
    </w:p>
    <w:p>
      <w:pPr>
        <w:jc w:val="right"/>
      </w:pPr>
      <w:r>
        <w:t>ایوری ہسٹورین، ناٹ اونلی مسلمز، بٹ نان مسلم ہسٹورینز ایڈمٹ دیٹ دا پرافٹ آف اسلام</w:t>
      </w:r>
    </w:p>
    <w:p>
      <w:r>
        <w:rPr>
          <w:b/>
        </w:rPr>
        <w:t xml:space="preserve">[30:34] </w:t>
      </w:r>
      <w:r>
        <w:t>was a supremely successful person.</w:t>
      </w:r>
    </w:p>
    <w:p>
      <w:pPr>
        <w:jc w:val="right"/>
      </w:pPr>
      <w:r>
        <w:t>واز ا سپریملی سکسیس فل پرسن۔</w:t>
      </w:r>
    </w:p>
    <w:p>
      <w:r>
        <w:rPr>
          <w:b/>
        </w:rPr>
        <w:t xml:space="preserve">[30:42] </w:t>
      </w:r>
      <w:r>
        <w:t>But what was the formula of his success? What was the formula of success? One orientalist, one Western</w:t>
      </w:r>
    </w:p>
    <w:p>
      <w:pPr>
        <w:jc w:val="right"/>
      </w:pPr>
      <w:r>
        <w:t>بٹ واٹ واز دا فارمولا آف ہز سکسیس؟ واٹ واز دا فارمولا آف سکسیس؟ ون اورینٹلسٹ، ون ویسٹرن</w:t>
      </w:r>
    </w:p>
    <w:p>
      <w:r>
        <w:rPr>
          <w:b/>
        </w:rPr>
        <w:t xml:space="preserve">[30:49] </w:t>
      </w:r>
      <w:r>
        <w:t>scholar, Professor E. E. Kellett, K. E. L. L. E. T. T.</w:t>
      </w:r>
    </w:p>
    <w:p>
      <w:pPr>
        <w:jc w:val="right"/>
      </w:pPr>
      <w:r>
        <w:t>سکالر، پروفیسر ای ای کلٹ، کے ای ڈبل ایل ای ڈبل ٹی۔</w:t>
      </w:r>
    </w:p>
    <w:p>
      <w:r>
        <w:rPr>
          <w:b/>
        </w:rPr>
        <w:t xml:space="preserve">[30:57] </w:t>
      </w:r>
      <w:r>
        <w:t>He was a</w:t>
      </w:r>
    </w:p>
    <w:p>
      <w:pPr>
        <w:jc w:val="right"/>
      </w:pPr>
      <w:r>
        <w:t>ہی واز ا</w:t>
      </w:r>
    </w:p>
    <w:p>
      <w:r>
        <w:rPr>
          <w:b/>
        </w:rPr>
        <w:t xml:space="preserve">[31:05] </w:t>
      </w:r>
      <w:r>
        <w:t>British scholar.</w:t>
      </w:r>
    </w:p>
    <w:p>
      <w:pPr>
        <w:jc w:val="right"/>
      </w:pPr>
      <w:r>
        <w:t>برٹش سکالر۔</w:t>
      </w:r>
    </w:p>
    <w:p>
      <w:r>
        <w:rPr>
          <w:b/>
        </w:rPr>
        <w:t xml:space="preserve">[31:11] </w:t>
      </w:r>
      <w:r>
        <w:t>He says about the Prophet of Islam that, that Muhammad faced adversity with the determination to wring success.</w:t>
      </w:r>
    </w:p>
    <w:p>
      <w:pPr>
        <w:jc w:val="right"/>
      </w:pPr>
      <w:r>
        <w:t>ہی سیز اباؤٹ دا پرافٹ آف اسلام دیٹ، دیٹ محمد فیسڈ ایڈورسٹی ود دی ڈیٹرمیشن ٹو رنگ سکسیس</w:t>
      </w:r>
    </w:p>
    <w:p>
      <w:r>
        <w:rPr>
          <w:b/>
        </w:rPr>
        <w:t xml:space="preserve">[31:17] </w:t>
      </w:r>
      <w:r>
        <w:t>out of failure.</w:t>
      </w:r>
    </w:p>
    <w:p>
      <w:pPr>
        <w:jc w:val="right"/>
      </w:pPr>
      <w:r>
        <w:t>آؤٹ اف فیلیر۔</w:t>
      </w:r>
    </w:p>
    <w:p>
      <w:r>
        <w:rPr>
          <w:b/>
        </w:rPr>
        <w:t xml:space="preserve">[31:23] </w:t>
      </w:r>
      <w:r>
        <w:t>W-R-I-N-G wring.</w:t>
      </w:r>
    </w:p>
    <w:p>
      <w:pPr>
        <w:jc w:val="right"/>
      </w:pPr>
      <w:r>
        <w:t>ڈبلیو آر ائی این جی رنگ۔</w:t>
      </w:r>
    </w:p>
    <w:p>
      <w:r>
        <w:rPr>
          <w:b/>
        </w:rPr>
        <w:t xml:space="preserve">[31:30] </w:t>
      </w:r>
      <w:r>
        <w:t>Muhammad faced adversity with the determination to wring success out of failure.</w:t>
      </w:r>
    </w:p>
    <w:p>
      <w:pPr>
        <w:jc w:val="right"/>
      </w:pPr>
      <w:r>
        <w:t>محمد فیسڈ ایڈورسٹی ود دا ڈیٹرمیشن ٹو رنگ سکسیس آؤٹ اف فیلیر۔</w:t>
      </w:r>
    </w:p>
    <w:p>
      <w:r>
        <w:rPr>
          <w:b/>
        </w:rPr>
        <w:t xml:space="preserve">[31:36] </w:t>
      </w:r>
      <w:r>
        <w:t>This positivity, this positive thinking.</w:t>
      </w:r>
    </w:p>
    <w:p>
      <w:pPr>
        <w:jc w:val="right"/>
      </w:pPr>
      <w:r>
        <w:t>دس پازیٹیوٹی، دس پازیٹیو تھنکنگ۔</w:t>
      </w:r>
    </w:p>
    <w:p>
      <w:r>
        <w:rPr>
          <w:b/>
        </w:rPr>
        <w:t xml:space="preserve">[31:46] </w:t>
      </w:r>
      <w:r>
        <w:t>When Prophet said that: "La taghdhab", it means that convert your anger into forgiveness.</w:t>
      </w:r>
    </w:p>
    <w:p>
      <w:pPr>
        <w:jc w:val="right"/>
      </w:pPr>
      <w:r>
        <w:t>وین پرافٹ سیڈ دیٹ: "لا تغضب"، اٹ مینز دیٹ کنورٹ یور اینگر انٹو فارگیونس۔</w:t>
      </w:r>
    </w:p>
    <w:p>
      <w:r>
        <w:rPr>
          <w:b/>
        </w:rPr>
        <w:t xml:space="preserve">[31:57] </w:t>
      </w:r>
      <w:r>
        <w:t>"La taghdab" means convert your anger into forgiveness, convert your negativity into positivity.</w:t>
      </w:r>
    </w:p>
    <w:p>
      <w:pPr>
        <w:jc w:val="right"/>
      </w:pPr>
      <w:r>
        <w:t>"لا تغضب" مینز کنورٹ یور اینگر انٹو فارگیونس، کنورٹ یور نیگیٹیوٹی انٹو پازیٹیوٹی۔</w:t>
      </w:r>
    </w:p>
    <w:p>
      <w:r>
        <w:rPr>
          <w:b/>
        </w:rPr>
        <w:t xml:space="preserve">[32:07] </w:t>
      </w:r>
      <w:r>
        <w:t>So, the Prophet of Islam was able to convert failure into success, according to this Western scholar.</w:t>
      </w:r>
    </w:p>
    <w:p>
      <w:pPr>
        <w:jc w:val="right"/>
      </w:pPr>
      <w:r>
        <w:t>سو پرافٹ آف اسلام واز ایبل ٹو کنورٹ فیلیر انٹو سکسیس، اکارڈنگ ٹو دس ویسٹرن سکالر۔</w:t>
      </w:r>
    </w:p>
    <w:p>
      <w:r>
        <w:rPr>
          <w:b/>
        </w:rPr>
        <w:t xml:space="preserve">[32:18] </w:t>
      </w:r>
      <w:r>
        <w:t>He was able to convert failure into success.</w:t>
      </w:r>
    </w:p>
    <w:p>
      <w:pPr>
        <w:jc w:val="right"/>
      </w:pPr>
      <w:r>
        <w:t>ہی واز ایبل ٹو کنورٹ فیلیر انٹو سکسیس۔</w:t>
      </w:r>
    </w:p>
    <w:p>
      <w:r>
        <w:rPr>
          <w:b/>
        </w:rPr>
        <w:t xml:space="preserve">[32:28] </w:t>
      </w:r>
      <w:r>
        <w:t>And in how he was able to do this miracle? Through positive thinking.</w:t>
      </w:r>
    </w:p>
    <w:p>
      <w:pPr>
        <w:jc w:val="right"/>
      </w:pPr>
      <w:r>
        <w:t>اینڈ ان ہاؤ ہی واز ایبل ٹو ڈو دس بریکل؟ تھرو پازیٹیو تھنکنگ۔</w:t>
      </w:r>
    </w:p>
    <w:p>
      <w:r>
        <w:rPr>
          <w:b/>
        </w:rPr>
        <w:t xml:space="preserve">[32:39] </w:t>
      </w:r>
      <w:r>
        <w:t>in this world, positive thinking is the greatest power, greatest arm. all those physical arms are nothing. the greatest power is positive thinking. the greatest strength is positive thinking. by positive thinking, you can convert your failure into success</w:t>
      </w:r>
    </w:p>
    <w:p>
      <w:pPr>
        <w:jc w:val="right"/>
      </w:pPr>
      <w:r>
        <w:t>ان دس ورلڈ، پازیٹیو تھنکنگ از دا گریٹسٹ پاور، گریٹسٹ ارم۔ ال دوز فزیکل ارمز ار نتھنگ۔ دا گریٹسٹ پاور از پازیٹیو تھنکنگ۔ دا گریٹسٹ اسٹرینتھ از پازیٹیو تھنکنگ۔ بائی پازیٹیو تھنکنگ، یو کین کنورٹ یور فیلیر انٹو سکسیس</w:t>
      </w:r>
    </w:p>
    <w:p>
      <w:r>
        <w:rPr>
          <w:b/>
        </w:rPr>
        <w:t xml:space="preserve">[33:09] </w:t>
      </w:r>
      <w:r>
        <w:t>.</w:t>
      </w:r>
    </w:p>
    <w:p>
      <w:pPr>
        <w:jc w:val="right"/>
      </w:pPr>
      <w:r>
        <w:t>۔</w:t>
      </w:r>
    </w:p>
    <w:p>
      <w:r>
        <w:rPr>
          <w:b/>
        </w:rPr>
        <w:t xml:space="preserve">[33:13] </w:t>
      </w:r>
      <w:r>
        <w:t>So the success achieved by the Prophet of Islam was not a miracle.</w:t>
      </w:r>
    </w:p>
    <w:p>
      <w:pPr>
        <w:jc w:val="right"/>
      </w:pPr>
      <w:r>
        <w:t>سو دا سکسیس اچیوڈ بائی دا پرافٹ آف اسلام واز ناٹ ا بریکل۔</w:t>
      </w:r>
    </w:p>
    <w:p>
      <w:r>
        <w:rPr>
          <w:b/>
        </w:rPr>
        <w:t xml:space="preserve">[33:18] </w:t>
      </w:r>
      <w:r>
        <w:t>It was not a mysterious thing.</w:t>
      </w:r>
    </w:p>
    <w:p>
      <w:pPr>
        <w:jc w:val="right"/>
      </w:pPr>
      <w:r>
        <w:t>اٹ واز ناٹ ا مسٹیریس تھنگ۔</w:t>
      </w:r>
    </w:p>
    <w:p>
      <w:r>
        <w:rPr>
          <w:b/>
        </w:rPr>
        <w:t xml:space="preserve">[33:22] </w:t>
      </w:r>
      <w:r>
        <w:t>It was completely a scientific.</w:t>
      </w:r>
    </w:p>
    <w:p>
      <w:pPr>
        <w:jc w:val="right"/>
      </w:pPr>
      <w:r>
        <w:t>اٹ واز کمپلیٹلی ا سائنٹیفک۔</w:t>
      </w:r>
    </w:p>
    <w:p>
      <w:r>
        <w:rPr>
          <w:b/>
        </w:rPr>
        <w:t xml:space="preserve">[33:27] </w:t>
      </w:r>
      <w:r>
        <w:t>It was completely based on scientific formula.</w:t>
      </w:r>
    </w:p>
    <w:p>
      <w:pPr>
        <w:jc w:val="right"/>
      </w:pPr>
      <w:r>
        <w:t>اٹ واز کمپلیٹلی بیسڈ ان سائنٹیفک فارمولا۔</w:t>
      </w:r>
    </w:p>
    <w:p>
      <w:r>
        <w:rPr>
          <w:b/>
        </w:rPr>
        <w:t xml:space="preserve">[33:31] </w:t>
      </w:r>
      <w:r>
        <w:t>That is positive thinking.</w:t>
      </w:r>
    </w:p>
    <w:p>
      <w:pPr>
        <w:jc w:val="right"/>
      </w:pPr>
      <w:r>
        <w:t>دیٹ از پازیٹیو تھنکنگ۔</w:t>
      </w:r>
    </w:p>
    <w:p>
      <w:r>
        <w:rPr>
          <w:b/>
        </w:rPr>
        <w:t xml:space="preserve">[33:35] </w:t>
      </w:r>
      <w:r>
        <w:t>And positive thinking means</w:t>
      </w:r>
    </w:p>
    <w:p>
      <w:pPr>
        <w:jc w:val="right"/>
      </w:pPr>
      <w:r>
        <w:t>اینڈ پازیٹیو تھنکنگ مینز</w:t>
      </w:r>
    </w:p>
    <w:p>
      <w:r>
        <w:rPr>
          <w:b/>
        </w:rPr>
        <w:t xml:space="preserve">[33:40] </w:t>
      </w:r>
      <w:r>
        <w:t>converting negativity into positivity. So this is the Islamic way of thinking. And all the teachings of Islam are based on this thinking. And also I can see that this is the, this is the test of a man. This is the test of a</w:t>
      </w:r>
    </w:p>
    <w:p>
      <w:pPr>
        <w:jc w:val="right"/>
      </w:pPr>
      <w:r>
        <w:t>کنورٹنگ نیگیٹیوٹی انٹو پازیٹیوٹی۔ سو دس از دا اسلامک وے اف تھنکنگ۔ اینڈ ال دا ٹیچنگز اف اسلام ار بیسڈ ان دس تھنکنگ۔ اینڈ السو ائی کین سی دیٹ دس از دا، دس از دا ٹیسٹ اف ا مین۔ دس از دا ٹیسٹ اف ا</w:t>
      </w:r>
    </w:p>
    <w:p>
      <w:r>
        <w:rPr>
          <w:b/>
        </w:rPr>
        <w:t xml:space="preserve">[34:10] </w:t>
      </w:r>
      <w:r>
        <w:t>main.</w:t>
      </w:r>
    </w:p>
    <w:p>
      <w:pPr>
        <w:jc w:val="right"/>
      </w:pPr>
      <w:r>
        <w:t>مین۔</w:t>
      </w:r>
    </w:p>
    <w:p>
      <w:r>
        <w:rPr>
          <w:b/>
        </w:rPr>
        <w:t xml:space="preserve">[34:18] </w:t>
      </w:r>
      <w:r>
        <w:t>You know, according to the creation plan of God, man was settled on this planet Earth for test.</w:t>
      </w:r>
    </w:p>
    <w:p>
      <w:pPr>
        <w:jc w:val="right"/>
      </w:pPr>
      <w:r>
        <w:t>یو نو، اکارڈنگ ٹو دا کریشن پلان اف گاڈ، مین واز سیٹل ان دس پلینٹ ارتھ فار ٹیسٹ۔</w:t>
      </w:r>
    </w:p>
    <w:p>
      <w:r>
        <w:rPr>
          <w:b/>
        </w:rPr>
        <w:t xml:space="preserve">[34:26] </w:t>
      </w:r>
      <w:r>
        <w:t>So this world is a testing ground for us.</w:t>
      </w:r>
    </w:p>
    <w:p>
      <w:pPr>
        <w:jc w:val="right"/>
      </w:pPr>
      <w:r>
        <w:t>سو دس ورلڈ از ا ٹیسٹنگ گراؤنڈ فار اس۔</w:t>
      </w:r>
    </w:p>
    <w:p>
      <w:r>
        <w:rPr>
          <w:b/>
        </w:rPr>
        <w:t xml:space="preserve">[34:33] </w:t>
      </w:r>
      <w:r>
        <w:t>And what is that test? What is that test? What is our test? It is</w:t>
      </w:r>
    </w:p>
    <w:p>
      <w:pPr>
        <w:jc w:val="right"/>
      </w:pPr>
      <w:r>
        <w:t>اینڈ واٹ از دیٹ ٹیسٹ؟ واٹ از دیٹ ٹیسٹ؟ واٹ از اور ٹیسٹ؟ اٹ از</w:t>
      </w:r>
    </w:p>
    <w:p>
      <w:r>
        <w:rPr>
          <w:b/>
        </w:rPr>
        <w:t xml:space="preserve">[34:41] </w:t>
      </w:r>
      <w:r>
        <w:t>It is to prove.</w:t>
      </w:r>
    </w:p>
    <w:p>
      <w:pPr>
        <w:jc w:val="right"/>
      </w:pPr>
      <w:r>
        <w:t>، اٹ از ٹو پروف۔</w:t>
      </w:r>
    </w:p>
    <w:p>
      <w:r>
        <w:rPr>
          <w:b/>
        </w:rPr>
        <w:t xml:space="preserve">[34:46] </w:t>
      </w:r>
      <w:r>
        <w:t>It is to establish that we are a positive thinker.</w:t>
      </w:r>
    </w:p>
    <w:p>
      <w:pPr>
        <w:jc w:val="right"/>
      </w:pPr>
      <w:r>
        <w:t>اٹ از ٹو اسٹیبلش دیٹ وی ار ا پازیٹیو تھنکر۔</w:t>
      </w:r>
    </w:p>
    <w:p>
      <w:r>
        <w:rPr>
          <w:b/>
        </w:rPr>
        <w:t xml:space="preserve">[34:52] </w:t>
      </w:r>
      <w:r>
        <w:t>We have to establish in this world that we are a positive thinker.</w:t>
      </w:r>
    </w:p>
    <w:p>
      <w:pPr>
        <w:jc w:val="right"/>
      </w:pPr>
      <w:r>
        <w:t>وی ہیو ٹو اسٹیبلش ان دس ورلڈ دیٹ وی ار ا پازیٹیو تھنکر۔</w:t>
      </w:r>
    </w:p>
    <w:p>
      <w:r>
        <w:rPr>
          <w:b/>
        </w:rPr>
        <w:t xml:space="preserve">[34:57] </w:t>
      </w:r>
      <w:r>
        <w:t>Aur belief is positive belief.</w:t>
      </w:r>
    </w:p>
    <w:p>
      <w:pPr>
        <w:jc w:val="right"/>
      </w:pPr>
      <w:r>
        <w:t>اور بیلیف از پازیٹیو بیلیف۔</w:t>
      </w:r>
    </w:p>
    <w:p>
      <w:r>
        <w:rPr>
          <w:b/>
        </w:rPr>
        <w:t xml:space="preserve">[35:02] </w:t>
      </w:r>
      <w:r>
        <w:t>اور intention is positive intention.</w:t>
      </w:r>
    </w:p>
    <w:p>
      <w:pPr>
        <w:jc w:val="right"/>
      </w:pPr>
      <w:r>
        <w:t>اور انٹینشن از پازیٹیو انٹینشن۔</w:t>
      </w:r>
    </w:p>
    <w:p>
      <w:r>
        <w:rPr>
          <w:b/>
        </w:rPr>
        <w:t xml:space="preserve">[35:07] </w:t>
      </w:r>
      <w:r>
        <w:t>اور thinking is positive thinking.</w:t>
      </w:r>
    </w:p>
    <w:p>
      <w:pPr>
        <w:jc w:val="right"/>
      </w:pPr>
      <w:r>
        <w:t>اور تھنکنگ از پازیٹیو تھنکنگ۔</w:t>
      </w:r>
    </w:p>
    <w:p>
      <w:r>
        <w:rPr>
          <w:b/>
        </w:rPr>
        <w:t xml:space="preserve">[35:12] </w:t>
      </w:r>
      <w:r>
        <w:t>aur speech is positive speech.</w:t>
      </w:r>
    </w:p>
    <w:p>
      <w:pPr>
        <w:jc w:val="right"/>
      </w:pPr>
      <w:r>
        <w:t>اور سپیچ از پازیٹیو سپیچ۔</w:t>
      </w:r>
    </w:p>
    <w:p>
      <w:r>
        <w:rPr>
          <w:b/>
        </w:rPr>
        <w:t xml:space="preserve">[35:16] </w:t>
      </w:r>
      <w:r>
        <w:t>Our behavior is positive behavior.</w:t>
      </w:r>
    </w:p>
    <w:p>
      <w:pPr>
        <w:jc w:val="right"/>
      </w:pPr>
      <w:r>
        <w:t>اور بیہیویئر از پازیٹیو بیہیویئر۔</w:t>
      </w:r>
    </w:p>
    <w:p>
      <w:r>
        <w:rPr>
          <w:b/>
        </w:rPr>
        <w:t xml:space="preserve">[35:20] </w:t>
      </w:r>
      <w:r>
        <w:t>aur values are positive values.</w:t>
      </w:r>
    </w:p>
    <w:p>
      <w:pPr>
        <w:jc w:val="right"/>
      </w:pPr>
      <w:r>
        <w:t>اور ویلیوز ار پازیٹیو ویلیوز۔</w:t>
      </w:r>
    </w:p>
    <w:p>
      <w:r>
        <w:rPr>
          <w:b/>
        </w:rPr>
        <w:t xml:space="preserve">[35:23] </w:t>
      </w:r>
      <w:r>
        <w:t>This is the test.</w:t>
      </w:r>
    </w:p>
    <w:p>
      <w:pPr>
        <w:jc w:val="right"/>
      </w:pPr>
      <w:r>
        <w:t>دس از دا ٹیسٹ۔</w:t>
      </w:r>
    </w:p>
    <w:p>
      <w:r>
        <w:rPr>
          <w:b/>
        </w:rPr>
        <w:t xml:space="preserve">[35:27] </w:t>
      </w:r>
      <w:r>
        <w:t>This is the test.</w:t>
      </w:r>
    </w:p>
    <w:p>
      <w:pPr>
        <w:jc w:val="right"/>
      </w:pPr>
      <w:r>
        <w:t>دس از دا ٹیسٹ۔</w:t>
      </w:r>
    </w:p>
    <w:p>
      <w:r>
        <w:rPr>
          <w:b/>
        </w:rPr>
        <w:t xml:space="preserve">[35:31] </w:t>
      </w:r>
      <w:r>
        <w:t>So God placed us here in this world, in the jungle of, jungle of negativity.</w:t>
      </w:r>
    </w:p>
    <w:p>
      <w:pPr>
        <w:jc w:val="right"/>
      </w:pPr>
      <w:r>
        <w:t>سو گاڈ پلیسڈ اس ہیر ان دس ورلڈ، ان دا جنگل اف، جنگل اف نیگیٹیوٹی۔</w:t>
      </w:r>
    </w:p>
    <w:p>
      <w:r>
        <w:rPr>
          <w:b/>
        </w:rPr>
        <w:t xml:space="preserve">[35:35] </w:t>
      </w:r>
      <w:r>
        <w:t>Otherwise, there was no test.</w:t>
      </w:r>
    </w:p>
    <w:p>
      <w:pPr>
        <w:jc w:val="right"/>
      </w:pPr>
      <w:r>
        <w:t>ادروائز، دیر واز نو ٹیسٹ۔</w:t>
      </w:r>
    </w:p>
    <w:p>
      <w:r>
        <w:rPr>
          <w:b/>
        </w:rPr>
        <w:t xml:space="preserve">[35:38] </w:t>
      </w:r>
      <w:r>
        <w:t>If in this world, everyone, everything</w:t>
      </w:r>
    </w:p>
    <w:p>
      <w:pPr>
        <w:jc w:val="right"/>
      </w:pPr>
      <w:r>
        <w:t>اف ان دس ورلڈ، ایوری ون، ایوری تھنگ</w:t>
      </w:r>
    </w:p>
    <w:p>
      <w:r>
        <w:rPr>
          <w:b/>
        </w:rPr>
        <w:t xml:space="preserve">[35:42] </w:t>
      </w:r>
      <w:r>
        <w:t>was smooth, everything was good. So there was no test. Test requires some, some other kind of items. So this world is full of thoughts, full of provocations, full</w:t>
      </w:r>
    </w:p>
    <w:p>
      <w:pPr>
        <w:jc w:val="right"/>
      </w:pPr>
      <w:r>
        <w:t>واز سموتھ، ایوری تھنگ واز گڈ۔ سو دیر واز نو ٹیسٹ۔ ٹیسٹ ریکوائر سم، سم ادر کائنڈ اف ائٹمز۔ سو دس ورلڈ از فل اف تھاٹس، فل اف پرووکیشنز، فل</w:t>
      </w:r>
    </w:p>
    <w:p>
      <w:r>
        <w:rPr>
          <w:b/>
        </w:rPr>
        <w:t xml:space="preserve">[36:12] </w:t>
      </w:r>
      <w:r>
        <w:t>of said experiences.</w:t>
      </w:r>
    </w:p>
    <w:p>
      <w:pPr>
        <w:jc w:val="right"/>
      </w:pPr>
      <w:r>
        <w:t>اف سیڈ ایکسپیرینسز۔</w:t>
      </w:r>
    </w:p>
    <w:p>
      <w:r>
        <w:rPr>
          <w:b/>
        </w:rPr>
        <w:t xml:space="preserve">[36:18] </w:t>
      </w:r>
      <w:r>
        <w:t>And we have to prove ourself.</w:t>
      </w:r>
    </w:p>
    <w:p>
      <w:pPr>
        <w:jc w:val="right"/>
      </w:pPr>
      <w:r>
        <w:t>اینڈ وی ہیو ٹو پروف اور سیلف۔</w:t>
      </w:r>
    </w:p>
    <w:p>
      <w:r>
        <w:rPr>
          <w:b/>
        </w:rPr>
        <w:t xml:space="preserve">[36:23] </w:t>
      </w:r>
      <w:r>
        <w:t>We have to prove ourself that we were able to avoid all those negativity.</w:t>
      </w:r>
    </w:p>
    <w:p>
      <w:pPr>
        <w:jc w:val="right"/>
      </w:pPr>
      <w:r>
        <w:t>وی ہیو ٹو پروف اور سیلف دیٹ وی ویر ایبل ٹو اوائڈ ال دوز نیگیٹیوٹی۔</w:t>
      </w:r>
    </w:p>
    <w:p>
      <w:r>
        <w:rPr>
          <w:b/>
        </w:rPr>
        <w:t xml:space="preserve">[36:29] </w:t>
      </w:r>
      <w:r>
        <w:t>We were able to think positively.</w:t>
      </w:r>
    </w:p>
    <w:p>
      <w:pPr>
        <w:jc w:val="right"/>
      </w:pPr>
      <w:r>
        <w:t>وی ویر ایبل ٹو ٹو تھنک پازیٹیولی۔</w:t>
      </w:r>
    </w:p>
    <w:p>
      <w:r>
        <w:rPr>
          <w:b/>
        </w:rPr>
        <w:t xml:space="preserve">[36:34] </w:t>
      </w:r>
      <w:r>
        <w:t>We were able to think positively even in negative situations.</w:t>
      </w:r>
    </w:p>
    <w:p>
      <w:pPr>
        <w:jc w:val="right"/>
      </w:pPr>
      <w:r>
        <w:t>وی ویر ایبل ٹو تھنک پازیٹیولی ایون ان نیگیٹیو سچویشنز۔</w:t>
      </w:r>
    </w:p>
    <w:p>
      <w:r>
        <w:rPr>
          <w:b/>
        </w:rPr>
        <w:t xml:space="preserve">[36:40] </w:t>
      </w:r>
      <w:r>
        <w:t>This is the, this is the crucial test.</w:t>
      </w:r>
    </w:p>
    <w:p>
      <w:pPr>
        <w:jc w:val="right"/>
      </w:pPr>
      <w:r>
        <w:t>دس از دا، دس از دا کروشل ٹیسٹ۔</w:t>
      </w:r>
    </w:p>
    <w:p>
      <w:r>
        <w:rPr>
          <w:b/>
        </w:rPr>
        <w:t xml:space="preserve">[36:45] </w:t>
      </w:r>
      <w:r>
        <w:t>There is a verse in the Quran: "ذالک جزا من تدقہ"۔</w:t>
      </w:r>
    </w:p>
    <w:p>
      <w:pPr>
        <w:jc w:val="right"/>
      </w:pPr>
      <w:r>
        <w:t>دیر از ا ورس ان دا قرآن: "ذالک جزا من تدقہ"۔</w:t>
      </w:r>
    </w:p>
    <w:p>
      <w:r>
        <w:rPr>
          <w:b/>
        </w:rPr>
        <w:t xml:space="preserve">[36:52] </w:t>
      </w:r>
      <w:r>
        <w:t>This verse is about paradise.</w:t>
      </w:r>
    </w:p>
    <w:p>
      <w:pPr>
        <w:jc w:val="right"/>
      </w:pPr>
      <w:r>
        <w:t>دس ورس از اباؤٹ پیراڈائز۔</w:t>
      </w:r>
    </w:p>
    <w:p>
      <w:r>
        <w:rPr>
          <w:b/>
        </w:rPr>
        <w:t xml:space="preserve">[36:58] </w:t>
      </w:r>
      <w:r>
        <w:t>"Zalika jazaa'um min rabbika".</w:t>
      </w:r>
    </w:p>
    <w:p>
      <w:pPr>
        <w:jc w:val="right"/>
      </w:pPr>
      <w:r>
        <w:t>"ذالک جزا من تدقہ"۔</w:t>
      </w:r>
    </w:p>
    <w:p>
      <w:r>
        <w:rPr>
          <w:b/>
        </w:rPr>
        <w:t xml:space="preserve">[37:05] </w:t>
      </w:r>
      <w:r>
        <w:t>It means that paradise will be given to those people who are purified soul, who purified their soul</w:t>
      </w:r>
    </w:p>
    <w:p>
      <w:pPr>
        <w:jc w:val="right"/>
      </w:pPr>
      <w:r>
        <w:t>اٹ مینز دیٹ پیراڈائز ول بی گیون ٹو دوز پیپل ہو ار پیوریفائیڈ سول، ہو پیوریفائیڈ دیر سول</w:t>
      </w:r>
    </w:p>
    <w:p>
      <w:r>
        <w:rPr>
          <w:b/>
        </w:rPr>
        <w:t xml:space="preserve">[37:12] </w:t>
      </w:r>
      <w:r>
        <w:t>in this world.</w:t>
      </w:r>
    </w:p>
    <w:p>
      <w:pPr>
        <w:jc w:val="right"/>
      </w:pPr>
      <w:r>
        <w:t>ان دس ورلڈ۔</w:t>
      </w:r>
    </w:p>
    <w:p>
      <w:r>
        <w:rPr>
          <w:b/>
        </w:rPr>
        <w:t xml:space="preserve">[37:18] </w:t>
      </w:r>
      <w:r>
        <w:t>In this world, those people who purified their soul in this world, they will be allowed to enter Paradise.</w:t>
      </w:r>
    </w:p>
    <w:p>
      <w:pPr>
        <w:jc w:val="right"/>
      </w:pPr>
      <w:r>
        <w:t>ان دس ورلڈ، دوز پیپل ہو پیوریفائیڈ دیر سول ان دس ورلڈ، دے ول بی الاؤڈ ٹو انٹر پیراڈائز۔</w:t>
      </w:r>
    </w:p>
    <w:p>
      <w:r>
        <w:rPr>
          <w:b/>
        </w:rPr>
        <w:t xml:space="preserve">[37:34] </w:t>
      </w:r>
      <w:r>
        <w:t>And what is purification? Purification means to save yourself from negativity, to inculcate positive</w:t>
      </w:r>
    </w:p>
    <w:p>
      <w:pPr>
        <w:jc w:val="right"/>
      </w:pPr>
      <w:r>
        <w:t>اینڈ واٹ از پیوریفیکیشن؟ پیوریفیکیشن مینز ٹو سیو یور سیلف فرام نیگیٹیوٹی، ٹو انکلکیٹ پازیٹیو</w:t>
      </w:r>
    </w:p>
    <w:p>
      <w:r>
        <w:rPr>
          <w:b/>
        </w:rPr>
        <w:t xml:space="preserve">[37:49] </w:t>
      </w:r>
      <w:r>
        <w:t>Thinking in your soul.</w:t>
      </w:r>
    </w:p>
    <w:p>
      <w:pPr>
        <w:jc w:val="right"/>
      </w:pPr>
      <w:r>
        <w:t>تھنکنگ ان یور سول۔</w:t>
      </w:r>
    </w:p>
    <w:p>
      <w:r>
        <w:rPr>
          <w:b/>
        </w:rPr>
        <w:t xml:space="preserve">[37:56] </w:t>
      </w:r>
      <w:r>
        <w:t>So only positive souls, only positive personalities will be allowed to go to paradise.</w:t>
      </w:r>
    </w:p>
    <w:p>
      <w:pPr>
        <w:jc w:val="right"/>
      </w:pPr>
      <w:r>
        <w:t>سو اونلی پازیٹیو سولز، اونلی پازیٹیو پرسنیلٹیز ول بی الاؤڈ ٹو گو ٹو پیراڈائز۔</w:t>
      </w:r>
    </w:p>
    <w:p>
      <w:r>
        <w:rPr>
          <w:b/>
        </w:rPr>
        <w:t xml:space="preserve">[38:04] </w:t>
      </w:r>
      <w:r>
        <w:t>Quran says: "illa qila salaman salama, la taswa fiha laghwun wala ta'thima, illa qila salaman salama".</w:t>
      </w:r>
    </w:p>
    <w:p>
      <w:pPr>
        <w:jc w:val="right"/>
      </w:pPr>
      <w:r>
        <w:t>قرآن سیز: "الا قیرا سلام سلامہ، لا تسوا فیہا لغب ولا تعصیما، الا قیرا سلام سلامہ"۔</w:t>
      </w:r>
    </w:p>
    <w:p>
      <w:r>
        <w:rPr>
          <w:b/>
        </w:rPr>
        <w:t xml:space="preserve">[38:12] </w:t>
      </w:r>
      <w:r>
        <w:t>It means that the people of Paradise will be completely peaceful</w:t>
      </w:r>
    </w:p>
    <w:p>
      <w:pPr>
        <w:jc w:val="right"/>
      </w:pPr>
      <w:r>
        <w:t>اٹ مینز دیٹ دا پیپل اف پیراڈائز ول بی کمپلیٹلی پیس فل</w:t>
      </w:r>
    </w:p>
    <w:p>
      <w:r>
        <w:rPr>
          <w:b/>
        </w:rPr>
        <w:t xml:space="preserve">[38:19] </w:t>
      </w:r>
      <w:r>
        <w:t>, completely positive thinker.</w:t>
      </w:r>
    </w:p>
    <w:p>
      <w:pPr>
        <w:jc w:val="right"/>
      </w:pPr>
      <w:r>
        <w:t>، کمپلیٹلی پازیٹیو تھنکر۔</w:t>
      </w:r>
    </w:p>
    <w:p>
      <w:r>
        <w:rPr>
          <w:b/>
        </w:rPr>
        <w:t xml:space="preserve">[38:29] </w:t>
      </w:r>
      <w:r>
        <w:t>Paradise is a world where only those people will be allowed to to to decide who have proved</w:t>
      </w:r>
    </w:p>
    <w:p>
      <w:pPr>
        <w:jc w:val="right"/>
      </w:pPr>
      <w:r>
        <w:t>پیراڈائز از ا ورلڈ ویر اونلی دوز پیپل ول بی الاؤڈ ٹو ٹو ٹو ڈیسائیڈ ہو ہیو پروفڈ</w:t>
      </w:r>
    </w:p>
    <w:p>
      <w:r>
        <w:rPr>
          <w:b/>
        </w:rPr>
        <w:t xml:space="preserve">[38:39] </w:t>
      </w:r>
      <w:r>
        <w:t>in this world, who have proved in this world that they were able to live</w:t>
      </w:r>
    </w:p>
    <w:p>
      <w:pPr>
        <w:jc w:val="right"/>
      </w:pPr>
      <w:r>
        <w:t>ان دس ورلڈ، ہو ہیو پروفڈ ان دس ورلڈ دیٹ دے ویر ایبل ٹو لیو</w:t>
      </w:r>
    </w:p>
    <w:p>
      <w:r>
        <w:rPr>
          <w:b/>
        </w:rPr>
        <w:t xml:space="preserve">[38:49] </w:t>
      </w:r>
      <w:r>
        <w:t>like flowers among thorns. a rose plant is a demonstration by God. You know what? Every, every branch of rose plant is a unique phenomena. There is, there is a beautiful flower. At the same time, there are thorns. So flower</w:t>
      </w:r>
    </w:p>
    <w:p>
      <w:pPr>
        <w:jc w:val="right"/>
      </w:pPr>
      <w:r>
        <w:t>لائک فلاورز امنگ تھاٹس۔ ا روس پلانٹ از ا ڈیمونسٹریشن بائی گاڈ۔ یو نو واٹ؟ ایوری، ایوری برانچ اف روس پلانٹ از ا یونیک فیناومینا۔ دیر از، دیر از ا بیوٹیفل فلاور۔ ایٹ دا سیم ٹائم، دیر ار تھاٹس۔ سو فلاور</w:t>
      </w:r>
    </w:p>
    <w:p>
      <w:r>
        <w:rPr>
          <w:b/>
        </w:rPr>
        <w:t xml:space="preserve">[39:19] </w:t>
      </w:r>
      <w:r>
        <w:t>is able to live as a flower, even in the neighborhood of thorns.</w:t>
      </w:r>
    </w:p>
    <w:p>
      <w:pPr>
        <w:jc w:val="right"/>
      </w:pPr>
      <w:r>
        <w:t>از ایبل ٹو لیو ایز ا فلاور، ایون ان دا نیبرہڈ اف تھاٹس۔</w:t>
      </w:r>
    </w:p>
    <w:p>
      <w:r>
        <w:rPr>
          <w:b/>
        </w:rPr>
        <w:t xml:space="preserve">[39:29] </w:t>
      </w:r>
      <w:r>
        <w:t>So this is the, this is a demonstration to understand what is the quality of people of Paradise.</w:t>
      </w:r>
    </w:p>
    <w:p>
      <w:pPr>
        <w:jc w:val="right"/>
      </w:pPr>
      <w:r>
        <w:t>سو دس از دا، دس از ا ڈیمونسٹریشن ٹو انڈرسٹینڈ واٹ از دا کوالٹی اف پیپل اف پیراڈائز۔</w:t>
      </w:r>
    </w:p>
    <w:p>
      <w:r>
        <w:rPr>
          <w:b/>
        </w:rPr>
        <w:t xml:space="preserve">[39:40] </w:t>
      </w:r>
      <w:r>
        <w:t>People of Paradise are those who can live like flowers in this thorny</w:t>
      </w:r>
    </w:p>
    <w:p>
      <w:pPr>
        <w:jc w:val="right"/>
      </w:pPr>
      <w:r>
        <w:t>پیپل اف پیراڈائز ار دوز ہو کین لیو لائک فلاورز ان دس تھورنی</w:t>
      </w:r>
    </w:p>
    <w:p>
      <w:r>
        <w:rPr>
          <w:b/>
        </w:rPr>
        <w:t xml:space="preserve">[39:50] </w:t>
      </w:r>
      <w:r>
        <w:t>bushes, which we call world. our world is like a thorny bushes. so we have to live in this thorny jungle as a flower, as a beautiful flower. it is this formula that is "al sulhu khayrun" and "la taghdab" given in in these words. so you have to live</w:t>
      </w:r>
    </w:p>
    <w:p>
      <w:pPr>
        <w:jc w:val="right"/>
      </w:pPr>
      <w:r>
        <w:t>بشز، وچ وی کال ورلڈ۔ اور ورلڈ از لائک ا تھورنی بشز۔ سو وی ہیو ٹو لیو ان دس تھورنی جنگل ایز ا فلاور، ایز ا بیوٹیفل فلاور۔ اٹ از دس فارمولا دیٹ از "الصلح خیر" اینڈ "لا تغضب" گیون ان ان دس ورڈز۔ سو یو ہیو ٹو لیو</w:t>
      </w:r>
    </w:p>
    <w:p>
      <w:r>
        <w:rPr>
          <w:b/>
        </w:rPr>
        <w:t xml:space="preserve">[40:20] </w:t>
      </w:r>
      <w:r>
        <w:t>as a positive personality even in negative situations. Then we need intellectual development. We have to adopt a process of intellectual development. Our mind is, has great potential. Our mind has great potential by birth, but we have</w:t>
      </w:r>
    </w:p>
    <w:p>
      <w:pPr>
        <w:jc w:val="right"/>
      </w:pPr>
      <w:r>
        <w:t>ایز ا پازیٹیو پرسنیلٹی ایون ان نیگیٹیو سچویشنز۔ دین وی نیڈ انٹلیکچول ڈیولپمنٹ۔ وی ہیو ٹو اڈاپٹ ا پروسیس اف انٹلیکچول ڈیولپمنٹ۔ اور مائنڈ از، ہیز گریٹ پوٹینشل۔ اور مائنڈ ہیز گریٹ پوٹینشل بائی برتھ، بٹ وی ہی</w:t>
      </w:r>
    </w:p>
    <w:p>
      <w:r>
        <w:rPr>
          <w:b/>
        </w:rPr>
        <w:t xml:space="preserve">[40:50] </w:t>
      </w:r>
      <w:r>
        <w:t>to turn this potential to actual. our mind has great, great potential, but this potential is simply opportunities. so we have to turn this potential into actual. it needs a process, a long process,</w:t>
      </w:r>
    </w:p>
    <w:p>
      <w:pPr>
        <w:jc w:val="right"/>
      </w:pPr>
      <w:r>
        <w:t>و ٹو ٹرن دس پوٹینشل ٹو ایکچول۔ اور مائنڈ ہیز گریٹ، گریٹ پوٹینشل، بٹ دس پوٹینشل از سمپلی اپرچونیٹیز۔ سو وی ہیو ٹو ٹرن دس پوٹینشل انٹو ایکچول۔ اٹ نیڈز ا پروسیس، ا لانگ پروسیس،</w:t>
      </w:r>
    </w:p>
    <w:p>
      <w:r>
        <w:rPr>
          <w:b/>
        </w:rPr>
        <w:t xml:space="preserve">[41:20] </w:t>
      </w:r>
      <w:r>
        <w:t>Life long process.</w:t>
      </w:r>
    </w:p>
    <w:p>
      <w:pPr>
        <w:jc w:val="right"/>
      </w:pPr>
      <w:r>
        <w:t>لائف لانگ پروسیس۔</w:t>
      </w:r>
    </w:p>
    <w:p>
      <w:r>
        <w:rPr>
          <w:b/>
        </w:rPr>
        <w:t xml:space="preserve">[41:27] </w:t>
      </w:r>
      <w:r>
        <w:t>So all those, all those occasions when there is a provocation, when there is a sad experience, all</w:t>
      </w:r>
    </w:p>
    <w:p>
      <w:pPr>
        <w:jc w:val="right"/>
      </w:pPr>
      <w:r>
        <w:t>سو ال دوز، ال دوز اکیزنز وین دیر از ا پرووکیشن، وین دیر از ا سیڈ ایکسپیرینس، ال</w:t>
      </w:r>
    </w:p>
    <w:p>
      <w:r>
        <w:rPr>
          <w:b/>
        </w:rPr>
        <w:t xml:space="preserve">[41:35] </w:t>
      </w:r>
      <w:r>
        <w:t>Those occasions are like distraction.</w:t>
      </w:r>
    </w:p>
    <w:p>
      <w:pPr>
        <w:jc w:val="right"/>
      </w:pPr>
      <w:r>
        <w:t>دوز اکیزنز ار لائک ڈسٹریکشن۔</w:t>
      </w:r>
    </w:p>
    <w:p>
      <w:r>
        <w:rPr>
          <w:b/>
        </w:rPr>
        <w:t xml:space="preserve">[41:43] </w:t>
      </w:r>
      <w:r>
        <w:t>distraction when you are following a path, when you are following a straight path,</w:t>
      </w:r>
    </w:p>
    <w:p>
      <w:pPr>
        <w:jc w:val="right"/>
      </w:pPr>
      <w:r>
        <w:t>ڈسٹریکشن وین یو ار فالونگ ا پاتھ، وین یو ار فالونگ ا سٹریٹ پاتھ،</w:t>
      </w:r>
    </w:p>
    <w:p>
      <w:r>
        <w:rPr>
          <w:b/>
        </w:rPr>
        <w:t xml:space="preserve">[41:51] </w:t>
      </w:r>
      <w:r>
        <w:t>and there is a boy who abuses you. so there is distraction. if you try to to respond him negatively, then that is distraction. so every time you feel some negative experience, some sad ex</w:t>
      </w:r>
    </w:p>
    <w:p>
      <w:pPr>
        <w:jc w:val="right"/>
      </w:pPr>
      <w:r>
        <w:t>اینڈ دیر از ا بوائے ہو ابیوزز یو۔ سو دیر از ڈسٹریکشن۔ اف یو ٹرائی ٹو ٹو ریسپانڈ ہم نیگیٹیولی، دین دیٹ از ڈسٹریکشن۔ سو ایوری ٹائم یو فیل سم نیگیٹیو ایکسپیرینس، سم سیڈ ایک</w:t>
      </w:r>
    </w:p>
    <w:p>
      <w:r>
        <w:rPr>
          <w:b/>
        </w:rPr>
        <w:t xml:space="preserve">[42:21] </w:t>
      </w:r>
      <w:r>
        <w:t>experience, some kind of loss, some kind of provocation.</w:t>
      </w:r>
    </w:p>
    <w:p>
      <w:pPr>
        <w:jc w:val="right"/>
      </w:pPr>
      <w:r>
        <w:t>سپیرینس، سم کائنڈ اف لاس، سم کائنڈ اف پرووکیشن۔</w:t>
      </w:r>
    </w:p>
    <w:p>
      <w:r>
        <w:rPr>
          <w:b/>
        </w:rPr>
        <w:t xml:space="preserve">[42:28] </w:t>
      </w:r>
      <w:r>
        <w:t>So all those moments are like distraction.</w:t>
      </w:r>
    </w:p>
    <w:p>
      <w:pPr>
        <w:jc w:val="right"/>
      </w:pPr>
      <w:r>
        <w:t>سو ال دوز مومنٹس ار لائک ڈسٹریکشن۔</w:t>
      </w:r>
    </w:p>
    <w:p>
      <w:r>
        <w:rPr>
          <w:b/>
        </w:rPr>
        <w:t xml:space="preserve">[42:36] </w:t>
      </w:r>
      <w:r>
        <w:t>So you have to save yourself from this distraction.</w:t>
      </w:r>
    </w:p>
    <w:p>
      <w:pPr>
        <w:jc w:val="right"/>
      </w:pPr>
      <w:r>
        <w:t>سو یو ہیو ٹو سیو یور سیلف فرام دس ڈسٹریکشن۔</w:t>
      </w:r>
    </w:p>
    <w:p>
      <w:r>
        <w:rPr>
          <w:b/>
        </w:rPr>
        <w:t xml:space="preserve">[42:43] </w:t>
      </w:r>
      <w:r>
        <w:t>Why? Because every distraction stops the process of intellectual development.</w:t>
      </w:r>
    </w:p>
    <w:p>
      <w:pPr>
        <w:jc w:val="right"/>
      </w:pPr>
      <w:r>
        <w:t>وائی؟ بیکاز ایوری ڈسٹریکشن سٹاپس دا پروسیس اف انٹلیکچول ڈیولپمنٹ</w:t>
      </w:r>
    </w:p>
    <w:p>
      <w:r>
        <w:rPr>
          <w:b/>
        </w:rPr>
        <w:t xml:space="preserve">[42:51] </w:t>
      </w:r>
      <w:r>
        <w:t>in your personality.</w:t>
      </w:r>
    </w:p>
    <w:p>
      <w:pPr>
        <w:jc w:val="right"/>
      </w:pPr>
      <w:r>
        <w:t>ان یور پرسنیلٹی۔</w:t>
      </w:r>
    </w:p>
    <w:p>
      <w:r>
        <w:rPr>
          <w:b/>
        </w:rPr>
        <w:t xml:space="preserve">[42:59] </w:t>
      </w:r>
      <w:r>
        <w:t>We need intellectual development, we need spiritual development.</w:t>
      </w:r>
    </w:p>
    <w:p>
      <w:pPr>
        <w:jc w:val="right"/>
      </w:pPr>
      <w:r>
        <w:t>وی نیڈ انٹلیکچول ڈیولپمنٹ، وی نیڈ سپریچول ڈیولپمنٹ۔</w:t>
      </w:r>
    </w:p>
    <w:p>
      <w:r>
        <w:rPr>
          <w:b/>
        </w:rPr>
        <w:t xml:space="preserve">[43:07] </w:t>
      </w:r>
      <w:r>
        <w:t>So we have to to to keep our self from being victim of distraction, because distraction stops the</w:t>
      </w:r>
    </w:p>
    <w:p>
      <w:pPr>
        <w:jc w:val="right"/>
      </w:pPr>
      <w:r>
        <w:t>سو وی ہیو ٹو ٹو ٹو کیپ اور سیلف فرام بینگ وکٹم اف ڈسٹریکشن، بیکاز ڈسٹریکشن سٹاپس دا</w:t>
      </w:r>
    </w:p>
    <w:p>
      <w:r>
        <w:rPr>
          <w:b/>
        </w:rPr>
        <w:t xml:space="preserve">[43:15] </w:t>
      </w:r>
      <w:r>
        <w:t>process of intellectual development</w:t>
      </w:r>
    </w:p>
    <w:p>
      <w:pPr>
        <w:jc w:val="right"/>
      </w:pPr>
      <w:r>
        <w:t>پروسیس اف انٹلیکچول ڈیولپمنٹ</w:t>
      </w:r>
    </w:p>
    <w:p>
      <w:r>
        <w:rPr>
          <w:b/>
        </w:rPr>
        <w:t xml:space="preserve">[43:23] </w:t>
      </w:r>
      <w:r>
        <w:t>.</w:t>
      </w:r>
    </w:p>
    <w:p>
      <w:pPr>
        <w:jc w:val="right"/>
      </w:pPr>
      <w:r>
        <w:t>۔</w:t>
      </w:r>
    </w:p>
    <w:p>
      <w:r>
        <w:rPr>
          <w:b/>
        </w:rPr>
        <w:t xml:space="preserve">[43:31] </w:t>
      </w:r>
      <w:r>
        <w:t>All those things, all those things which are called negative reaction, are all those things that are</w:t>
      </w:r>
    </w:p>
    <w:p>
      <w:pPr>
        <w:jc w:val="right"/>
      </w:pPr>
      <w:r>
        <w:t>ال دوز تھنگز، ال دوز تھنگز وچ ار کالڈ نیگیٹیو ری ایکشن، ار ال دوز تھنگز دیٹ ار</w:t>
      </w:r>
    </w:p>
    <w:p>
      <w:r>
        <w:rPr>
          <w:b/>
        </w:rPr>
        <w:t xml:space="preserve">[43:38] </w:t>
      </w:r>
      <w:r>
        <w:t>negative reaction to the situation, that are distraction for you.</w:t>
      </w:r>
    </w:p>
    <w:p>
      <w:pPr>
        <w:jc w:val="right"/>
      </w:pPr>
      <w:r>
        <w:t>نیگیٹیو ری ایکشن ٹو دا سچویشن، دیٹ ار ڈسٹریکشن فار یو۔</w:t>
      </w:r>
    </w:p>
    <w:p>
      <w:r>
        <w:rPr>
          <w:b/>
        </w:rPr>
        <w:t xml:space="preserve">[43:46] </w:t>
      </w:r>
      <w:r>
        <w:t>You cannot</w:t>
      </w:r>
    </w:p>
    <w:p>
      <w:pPr>
        <w:jc w:val="right"/>
      </w:pPr>
      <w:r>
        <w:t>یو کین ناٹ</w:t>
      </w:r>
    </w:p>
    <w:p>
      <w:r>
        <w:rPr>
          <w:b/>
        </w:rPr>
        <w:t xml:space="preserve">[43:54] </w:t>
      </w:r>
      <w:r>
        <w:t>afford slightest distraction in your life. if you want to develop your personality in positive term, then you cannot afford any kind of distraction, because distraction destroys all the schemes. distractions stop</w:t>
      </w:r>
    </w:p>
    <w:p>
      <w:pPr>
        <w:jc w:val="right"/>
      </w:pPr>
      <w:r>
        <w:t>افورڈ سلائٹس ڈسٹریکشن ان یور لائف۔ اف یو وانٹ ٹو ڈیولپ یور پرسنیلٹی ان پازیٹیو ٹرم، دین یو کینٹ افورڈ اینی کائنڈ اف ڈسٹریکشن، بیکاز ڈسٹریکشن ڈسٹرس ال دا اسکیمز۔ ڈسٹریکشنز سٹاپ</w:t>
      </w:r>
    </w:p>
    <w:p>
      <w:r>
        <w:rPr>
          <w:b/>
        </w:rPr>
        <w:t xml:space="preserve">[44:24] </w:t>
      </w:r>
      <w:r>
        <w:t>So, the process.</w:t>
      </w:r>
    </w:p>
    <w:p>
      <w:pPr>
        <w:jc w:val="right"/>
      </w:pPr>
      <w:r>
        <w:t>س دا پروسیس۔</w:t>
      </w:r>
    </w:p>
    <w:p>
      <w:r>
        <w:rPr>
          <w:b/>
        </w:rPr>
        <w:t xml:space="preserve">[44:31] </w:t>
      </w:r>
      <w:r>
        <w:t>So you can't afford any kind of distraction.</w:t>
      </w:r>
    </w:p>
    <w:p>
      <w:pPr>
        <w:jc w:val="right"/>
      </w:pPr>
      <w:r>
        <w:t>سو یو کینٹ افورڈ اینی کائنڈ اف ڈسٹریکشن۔</w:t>
      </w:r>
    </w:p>
    <w:p>
      <w:r>
        <w:rPr>
          <w:b/>
        </w:rPr>
        <w:t xml:space="preserve">[44:39] </w:t>
      </w:r>
      <w:r>
        <w:t>People say: "Why so many things are haram in Islam? Haram and makrooh or unlawful in Islam?"</w:t>
      </w:r>
    </w:p>
    <w:p>
      <w:pPr>
        <w:jc w:val="right"/>
      </w:pPr>
      <w:r>
        <w:t>پیپل سی: "وائی سو مینی تھنگز ار حرام ان اسلام؟ حرام اینڈ مکروہ اور اللہ فل ان اسلام؟"</w:t>
      </w:r>
    </w:p>
    <w:p>
      <w:r>
        <w:rPr>
          <w:b/>
        </w:rPr>
        <w:t xml:space="preserve">[44:46] </w:t>
      </w:r>
      <w:r>
        <w:t>I would say that this harams, this makrooh, this unlawful things</w:t>
      </w:r>
    </w:p>
    <w:p>
      <w:pPr>
        <w:jc w:val="right"/>
      </w:pPr>
      <w:r>
        <w:t>ائی وڈ سی دیٹ دس حرامز، دس مکروہ، دس اللہ فل تھنگز</w:t>
      </w:r>
    </w:p>
    <w:p>
      <w:r>
        <w:rPr>
          <w:b/>
        </w:rPr>
        <w:t xml:space="preserve">[44:54] </w:t>
      </w:r>
      <w:r>
        <w:t>are nothing but distraction.</w:t>
      </w:r>
    </w:p>
    <w:p>
      <w:pPr>
        <w:jc w:val="right"/>
      </w:pPr>
      <w:r>
        <w:t>ار نتھنگ بٹ ڈسٹریکشن۔</w:t>
      </w:r>
    </w:p>
    <w:p>
      <w:r>
        <w:rPr>
          <w:b/>
        </w:rPr>
        <w:t xml:space="preserve">[45:00] </w:t>
      </w:r>
      <w:r>
        <w:t>For example, when you take alcohol, you are wasting your time, because everyone knows that alcohol has no nourishment.</w:t>
      </w:r>
    </w:p>
    <w:p>
      <w:pPr>
        <w:jc w:val="right"/>
      </w:pPr>
      <w:r>
        <w:t>فار ایگزیمپل، وین یو ٹیک الکوحل، یو ار ویسٹنگ یور ٹائم، بیکاز ایوری ون نوز دیٹ الکوحل ہیز نو نرشمنٹ۔</w:t>
      </w:r>
    </w:p>
    <w:p>
      <w:r>
        <w:rPr>
          <w:b/>
        </w:rPr>
        <w:t xml:space="preserve">[45:06] </w:t>
      </w:r>
      <w:r>
        <w:t>Alcohol is not a food.</w:t>
      </w:r>
    </w:p>
    <w:p>
      <w:pPr>
        <w:jc w:val="right"/>
      </w:pPr>
      <w:r>
        <w:t>الکوحل از ناٹ ا فوڈ۔</w:t>
      </w:r>
    </w:p>
    <w:p>
      <w:r>
        <w:rPr>
          <w:b/>
        </w:rPr>
        <w:t xml:space="preserve">[45:13] </w:t>
      </w:r>
      <w:r>
        <w:t>Alcohol is not a food.</w:t>
      </w:r>
    </w:p>
    <w:p>
      <w:pPr>
        <w:jc w:val="right"/>
      </w:pPr>
      <w:r>
        <w:t>الکوحل از ناٹ ا فوڈ۔</w:t>
      </w:r>
    </w:p>
    <w:p>
      <w:r>
        <w:rPr>
          <w:b/>
        </w:rPr>
        <w:t xml:space="preserve">[45:19] </w:t>
      </w:r>
      <w:r>
        <w:t>So every time you take alcohol,</w:t>
      </w:r>
    </w:p>
    <w:p>
      <w:pPr>
        <w:jc w:val="right"/>
      </w:pPr>
      <w:r>
        <w:t>سو ایوری ٹائم یو ٹیک الکوحل،</w:t>
      </w:r>
    </w:p>
    <w:p>
      <w:r>
        <w:rPr>
          <w:b/>
        </w:rPr>
        <w:t xml:space="preserve">[45:26] </w:t>
      </w:r>
      <w:r>
        <w:t>You are, you waste your time.</w:t>
      </w:r>
    </w:p>
    <w:p>
      <w:pPr>
        <w:jc w:val="right"/>
      </w:pPr>
      <w:r>
        <w:t>یو ار، یو ویسٹ یور ٹائم۔</w:t>
      </w:r>
    </w:p>
    <w:p>
      <w:r>
        <w:rPr>
          <w:b/>
        </w:rPr>
        <w:t xml:space="preserve">[45:30] </w:t>
      </w:r>
      <w:r>
        <w:t>There is distraction.</w:t>
      </w:r>
    </w:p>
    <w:p>
      <w:pPr>
        <w:jc w:val="right"/>
      </w:pPr>
      <w:r>
        <w:t>دیر از ڈسٹریکشن۔</w:t>
      </w:r>
    </w:p>
    <w:p>
      <w:r>
        <w:rPr>
          <w:b/>
        </w:rPr>
        <w:t xml:space="preserve">[45:34] </w:t>
      </w:r>
      <w:r>
        <w:t>There is distraction.</w:t>
      </w:r>
    </w:p>
    <w:p>
      <w:pPr>
        <w:jc w:val="right"/>
      </w:pPr>
      <w:r>
        <w:t>دیر از ڈسٹریکشن۔</w:t>
      </w:r>
    </w:p>
    <w:p>
      <w:r>
        <w:rPr>
          <w:b/>
        </w:rPr>
        <w:t xml:space="preserve">[45:39] </w:t>
      </w:r>
      <w:r>
        <w:t>So when you are engaged in shopping, you are engaged in outing.</w:t>
      </w:r>
    </w:p>
    <w:p>
      <w:pPr>
        <w:jc w:val="right"/>
      </w:pPr>
      <w:r>
        <w:t>سو وین یو ار انگیج ان شاپنگ، یو ار انگیج ان اؤٹنگ۔</w:t>
      </w:r>
    </w:p>
    <w:p>
      <w:r>
        <w:rPr>
          <w:b/>
        </w:rPr>
        <w:t xml:space="preserve">[45:43] </w:t>
      </w:r>
      <w:r>
        <w:t>When you are engaged in ho-ha culture, so all these things are distraction.</w:t>
      </w:r>
    </w:p>
    <w:p>
      <w:pPr>
        <w:jc w:val="right"/>
      </w:pPr>
      <w:r>
        <w:t>وین یو ار انگیج ان ہوہا کلچر، سو ال دس تھنگز ار ڈسٹریکشن۔</w:t>
      </w:r>
    </w:p>
    <w:p>
      <w:r>
        <w:rPr>
          <w:b/>
        </w:rPr>
        <w:t xml:space="preserve">[45:47] </w:t>
      </w:r>
      <w:r>
        <w:t>You know, we have only short time to live here in this world.</w:t>
      </w:r>
    </w:p>
    <w:p>
      <w:pPr>
        <w:jc w:val="right"/>
      </w:pPr>
      <w:r>
        <w:t>یو نو، وی ہیو اونلی شارٹ ٹائم ٹو لیو ہیر ان دس ورلڈ۔</w:t>
      </w:r>
    </w:p>
    <w:p>
      <w:r>
        <w:rPr>
          <w:b/>
        </w:rPr>
        <w:t xml:space="preserve">[45:51] </w:t>
      </w:r>
      <w:r>
        <w:t>We are not going to live in this world up</w:t>
      </w:r>
    </w:p>
    <w:p>
      <w:pPr>
        <w:jc w:val="right"/>
      </w:pPr>
      <w:r>
        <w:t>وی ار ناٹ گوئنگ ٹو لیو ان دس ورلڈ اپ</w:t>
      </w:r>
    </w:p>
    <w:p>
      <w:r>
        <w:rPr>
          <w:b/>
        </w:rPr>
        <w:t xml:space="preserve">[45:56] </w:t>
      </w:r>
      <w:r>
        <w:t>to 10,000 years. no, we have only, we have a short time, very very short time. so we have to avail this, this opportunity: 10 years, 20 years, 30 years. that's all. so when you</w:t>
      </w:r>
    </w:p>
    <w:p>
      <w:pPr>
        <w:jc w:val="right"/>
      </w:pPr>
      <w:r>
        <w:t>ٹو 10,000 ایئرز۔ نو، وی ہیو اونلی، وی ہیو ا شارٹ ٹائم، ویری ویری شارٹ ٹائم۔ سو وی ہیو ٹو اویل دس، دس اپرچونیٹی: 10 ایئرز، 20 ایئرز، 30 ایئرز۔ دیٹس ال۔ سو وین یو</w:t>
      </w:r>
    </w:p>
    <w:p>
      <w:r>
        <w:rPr>
          <w:b/>
        </w:rPr>
        <w:t xml:space="preserve">[46:26] </w:t>
      </w:r>
      <w:r>
        <w:t>are, when we are in mature, mature age, we are very near to to the death.</w:t>
      </w:r>
    </w:p>
    <w:p>
      <w:pPr>
        <w:jc w:val="right"/>
      </w:pPr>
      <w:r>
        <w:t>ار، وین وی ار ان میچور، میچور ایج، وی ار ویری نیئر ٹو ٹو دا ڈیتھ۔</w:t>
      </w:r>
    </w:p>
    <w:p>
      <w:r>
        <w:rPr>
          <w:b/>
        </w:rPr>
        <w:t xml:space="preserve">[46:34] </w:t>
      </w:r>
      <w:r>
        <w:t>We, we start our life as a, as a, as a boy, as a child, then as a</w:t>
      </w:r>
    </w:p>
    <w:p>
      <w:pPr>
        <w:jc w:val="right"/>
      </w:pPr>
      <w:r>
        <w:t>وی، وی سٹارٹ اور لائف ایز ا، ایز ا، ایز ا بوائے، ایز ا چائلڈ، دین ایز ا</w:t>
      </w:r>
    </w:p>
    <w:p>
      <w:r>
        <w:rPr>
          <w:b/>
        </w:rPr>
        <w:t xml:space="preserve">[46:43] </w:t>
      </w:r>
      <w:r>
        <w:t>youth, then as a mature person.</w:t>
      </w:r>
    </w:p>
    <w:p>
      <w:pPr>
        <w:jc w:val="right"/>
      </w:pPr>
      <w:r>
        <w:t>یوتھ، دین ایز ا میچور پرسن۔</w:t>
      </w:r>
    </w:p>
    <w:p>
      <w:r>
        <w:rPr>
          <w:b/>
        </w:rPr>
        <w:t xml:space="preserve">[46:52] </w:t>
      </w:r>
      <w:r>
        <w:t>When you are living as a mature person, there is, there is the best part of our life.</w:t>
      </w:r>
    </w:p>
    <w:p>
      <w:pPr>
        <w:jc w:val="right"/>
      </w:pPr>
      <w:r>
        <w:t>وین یو ار لیونگ ایز ا میچور پرسن، دیر از، دیر از دا بیسٹ پارٹ اف اور لائف۔</w:t>
      </w:r>
    </w:p>
    <w:p>
      <w:r>
        <w:rPr>
          <w:b/>
        </w:rPr>
        <w:t xml:space="preserve">[47:01] </w:t>
      </w:r>
      <w:r>
        <w:t>So we have a very short time.</w:t>
      </w:r>
    </w:p>
    <w:p>
      <w:pPr>
        <w:jc w:val="right"/>
      </w:pPr>
      <w:r>
        <w:t>سو وی ہیو ا ویری شارٹ ٹائم۔</w:t>
      </w:r>
    </w:p>
    <w:p>
      <w:r>
        <w:rPr>
          <w:b/>
        </w:rPr>
        <w:t xml:space="preserve">[47:11] </w:t>
      </w:r>
      <w:r>
        <w:t>We can't afford this kind of luxury to distract, to to fall into distraction and waste our time.</w:t>
      </w:r>
    </w:p>
    <w:p>
      <w:pPr>
        <w:jc w:val="right"/>
      </w:pPr>
      <w:r>
        <w:t>وی کینٹ افورڈ دس کائنڈ اف لگزری ٹو ڈسٹریکٹ، ٹو ٹو فل انٹو ڈسٹریکشن اینڈ ویسٹ اور ٹائم۔</w:t>
      </w:r>
    </w:p>
    <w:p>
      <w:r>
        <w:rPr>
          <w:b/>
        </w:rPr>
        <w:t xml:space="preserve">[47:21] </w:t>
      </w:r>
      <w:r>
        <w:t>So first of all, we have to develop our personality.</w:t>
      </w:r>
    </w:p>
    <w:p>
      <w:pPr>
        <w:jc w:val="right"/>
      </w:pPr>
      <w:r>
        <w:t>سو فرسٹ اف ال، وی ہیو ٹو ڈیولپ اور پرسنیلٹی</w:t>
      </w:r>
    </w:p>
    <w:p>
      <w:r>
        <w:rPr>
          <w:b/>
        </w:rPr>
        <w:t xml:space="preserve">[47:31] </w:t>
      </w:r>
      <w:r>
        <w:t>in this world, so that we may be able to find a seat in the paradise.</w:t>
      </w:r>
    </w:p>
    <w:p>
      <w:pPr>
        <w:jc w:val="right"/>
      </w:pPr>
      <w:r>
        <w:t>ان دس ورلڈ، سو دیٹ وی می بی ایبل ٹو فائنڈ ا سیٹ ان دی پیراڈائز۔</w:t>
      </w:r>
    </w:p>
    <w:p>
      <w:r>
        <w:rPr>
          <w:b/>
        </w:rPr>
        <w:t xml:space="preserve">[47:41] </w:t>
      </w:r>
      <w:r>
        <w:t>And it, it, it is, it depends completely on intellectual development.</w:t>
      </w:r>
    </w:p>
    <w:p>
      <w:pPr>
        <w:jc w:val="right"/>
      </w:pPr>
      <w:r>
        <w:t>اینڈ اٹ، اٹ، اٹ از، اٹ ڈیپینڈز کمپلیٹلی ان انٹلیکچول ڈیولپمنٹ۔</w:t>
      </w:r>
    </w:p>
    <w:p>
      <w:r>
        <w:rPr>
          <w:b/>
        </w:rPr>
        <w:t xml:space="preserve">[47:51] </w:t>
      </w:r>
      <w:r>
        <w:t>It is a fact that without intellectual development, without spiritual development</w:t>
      </w:r>
    </w:p>
    <w:p>
      <w:pPr>
        <w:jc w:val="right"/>
      </w:pPr>
      <w:r>
        <w:t>اٹ از ا فیکٹ دیٹ وداؤٹ انٹلیکچول ڈیولپمنٹ، وداؤٹ سپریچول ڈیولپمنٹ</w:t>
      </w:r>
    </w:p>
    <w:p>
      <w:r>
        <w:rPr>
          <w:b/>
        </w:rPr>
        <w:t xml:space="preserve">[48:02] </w:t>
      </w:r>
      <w:r>
        <w:t>, we cannot, we cannot find a seat in the paradise.</w:t>
      </w:r>
    </w:p>
    <w:p>
      <w:pPr>
        <w:jc w:val="right"/>
      </w:pPr>
      <w:r>
        <w:t>، وی کین ناٹ، وی کین ناٹ فائنڈ ا سیٹ ان دا پیراڈائز۔</w:t>
      </w:r>
    </w:p>
    <w:p>
      <w:r>
        <w:rPr>
          <w:b/>
        </w:rPr>
        <w:t xml:space="preserve">[48:12] </w:t>
      </w:r>
      <w:r>
        <w:t>We have to prove ourself that we were in the world, in this world, a very a competent person.</w:t>
      </w:r>
    </w:p>
    <w:p>
      <w:pPr>
        <w:jc w:val="right"/>
      </w:pPr>
      <w:r>
        <w:t>وی ہیو ٹو پروف اور سیلف دیٹ وی ویر ان دا ورلڈ، ان دس ورلڈ، ا ویری ا کمپیٹنٹ پرسن۔</w:t>
      </w:r>
    </w:p>
    <w:p>
      <w:r>
        <w:rPr>
          <w:b/>
        </w:rPr>
        <w:t xml:space="preserve">[48:22] </w:t>
      </w:r>
      <w:r>
        <w:t>Here competent person means that positive thing</w:t>
      </w:r>
    </w:p>
    <w:p>
      <w:pPr>
        <w:jc w:val="right"/>
      </w:pPr>
      <w:r>
        <w:t>ہیر کمپیٹنٹ پرسن مینز دیٹ پازیٹیو تھن</w:t>
      </w:r>
    </w:p>
    <w:p>
      <w:r>
        <w:rPr>
          <w:b/>
        </w:rPr>
        <w:t xml:space="preserve">[48:32] </w:t>
      </w:r>
      <w:r>
        <w:t>kar.</w:t>
      </w:r>
    </w:p>
    <w:p>
      <w:pPr>
        <w:jc w:val="right"/>
      </w:pPr>
      <w:r>
        <w:t>کر۔</w:t>
      </w:r>
    </w:p>
    <w:p>
      <w:r>
        <w:rPr>
          <w:b/>
        </w:rPr>
        <w:t xml:space="preserve">[48:40] </w:t>
      </w:r>
      <w:r>
        <w:t>So positivity is the crucial test of a person.</w:t>
      </w:r>
    </w:p>
    <w:p>
      <w:pPr>
        <w:jc w:val="right"/>
      </w:pPr>
      <w:r>
        <w:t>سو پازیٹیوٹی از دا کروشل ٹیسٹ اف ا پرسن۔</w:t>
      </w:r>
    </w:p>
    <w:p>
      <w:r>
        <w:rPr>
          <w:b/>
        </w:rPr>
        <w:t xml:space="preserve">[48:48] </w:t>
      </w:r>
      <w:r>
        <w:t>So the Islamic way of thinking is positive thinking, realistic thinking, constructive thinking, objective thinking.</w:t>
      </w:r>
    </w:p>
    <w:p>
      <w:pPr>
        <w:jc w:val="right"/>
      </w:pPr>
      <w:r>
        <w:t>سو دا اسلامک وے اف تھنکنگ از پازیٹیو تھنکنگ، ریلسٹک تھنکنگ، کنسٹرکٹو تھنکنگ، ابجیکٹو تھنکنگ۔</w:t>
      </w:r>
    </w:p>
    <w:p>
      <w:r>
        <w:rPr>
          <w:b/>
        </w:rPr>
        <w:t xml:space="preserve">[48:56] </w:t>
      </w:r>
      <w:r>
        <w:t>You can see scientific thinking also.</w:t>
      </w:r>
    </w:p>
    <w:p>
      <w:pPr>
        <w:jc w:val="right"/>
      </w:pPr>
      <w:r>
        <w:t>یو کین سی سائنٹیفک تھنکنگ السو۔</w:t>
      </w:r>
    </w:p>
    <w:p>
      <w:r>
        <w:rPr>
          <w:b/>
        </w:rPr>
        <w:t xml:space="preserve">[49:05] </w:t>
      </w:r>
      <w:r>
        <w:t>So when you have this quality in your mind, then you can live in this world as a positive thinker.</w:t>
      </w:r>
    </w:p>
    <w:p>
      <w:pPr>
        <w:jc w:val="right"/>
      </w:pPr>
      <w:r>
        <w:t>سو وین یو ہیو دس کوالٹی ان یور مائنڈ، دین یو کین لیو ان دس ورلڈ ایز ا پازیٹیو تھنکر۔</w:t>
      </w:r>
    </w:p>
    <w:p>
      <w:r>
        <w:rPr>
          <w:b/>
        </w:rPr>
        <w:t xml:space="preserve">[49:15] </w:t>
      </w:r>
      <w:r>
        <w:t>So it is very important to know that Islam is not a set of rituals, is not Islam</w:t>
      </w:r>
    </w:p>
    <w:p>
      <w:pPr>
        <w:jc w:val="right"/>
      </w:pPr>
      <w:r>
        <w:t>سو اٹ از ویری امپورٹنٹ ٹو نو دیٹ اسلام از ناٹ ا سیٹ اف ریچولز، از ناٹ اسلام</w:t>
      </w:r>
    </w:p>
    <w:p>
      <w:r>
        <w:rPr>
          <w:b/>
        </w:rPr>
        <w:t xml:space="preserve">[49:25] </w:t>
      </w:r>
      <w:r>
        <w:t>is not a culture. No, some</w:t>
      </w:r>
    </w:p>
    <w:p>
      <w:pPr>
        <w:jc w:val="right"/>
      </w:pPr>
      <w:r>
        <w:t>از ناٹ ا کلچر۔ نو، سم</w:t>
      </w:r>
    </w:p>
    <w:p>
      <w:r>
        <w:rPr>
          <w:b/>
        </w:rPr>
        <w:t xml:space="preserve">[49:35] </w:t>
      </w:r>
      <w:r>
        <w:t>Scholar has rightly said that every religion begins as an ideology.</w:t>
      </w:r>
    </w:p>
    <w:p>
      <w:pPr>
        <w:jc w:val="right"/>
      </w:pPr>
      <w:r>
        <w:t>اسکالر ہیز رائٹلی سیڈ دیٹ ایوری ریلیجن بیگنز ایز این ائیڈیالوجی۔</w:t>
      </w:r>
    </w:p>
    <w:p>
      <w:r>
        <w:rPr>
          <w:b/>
        </w:rPr>
        <w:t xml:space="preserve">[49:41] </w:t>
      </w:r>
      <w:r>
        <w:t>Every religion begins as an ideology, but after some time, after some generations, it is reduced to a,</w:t>
      </w:r>
    </w:p>
    <w:p>
      <w:pPr>
        <w:jc w:val="right"/>
      </w:pPr>
      <w:r>
        <w:t>ایوری ریلیجن بیگنز ایز این ائیڈیالوجی، بٹ افٹر سم ٹائم، افٹر سم جنریشنز، اٹ از ریڈیوس ٹو ا،</w:t>
      </w:r>
    </w:p>
    <w:p>
      <w:r>
        <w:rPr>
          <w:b/>
        </w:rPr>
        <w:t xml:space="preserve">[49:47] </w:t>
      </w:r>
      <w:r>
        <w:t>to a cultural community.</w:t>
      </w:r>
    </w:p>
    <w:p>
      <w:pPr>
        <w:jc w:val="right"/>
      </w:pPr>
      <w:r>
        <w:t>ٹو ا کلچرل کمیونٹی۔</w:t>
      </w:r>
    </w:p>
    <w:p>
      <w:r>
        <w:rPr>
          <w:b/>
        </w:rPr>
        <w:t xml:space="preserve">[49:53] </w:t>
      </w:r>
      <w:r>
        <w:t>So now Muslims are a cultural community.</w:t>
      </w:r>
    </w:p>
    <w:p>
      <w:pPr>
        <w:jc w:val="right"/>
      </w:pPr>
      <w:r>
        <w:t>سو ناؤ مسلمز ار ا کلچرل کمیونٹی۔</w:t>
      </w:r>
    </w:p>
    <w:p>
      <w:r>
        <w:rPr>
          <w:b/>
        </w:rPr>
        <w:t xml:space="preserve">[49:59] </w:t>
      </w:r>
      <w:r>
        <w:t>They have to read</w:t>
      </w:r>
    </w:p>
    <w:p>
      <w:pPr>
        <w:jc w:val="right"/>
      </w:pPr>
      <w:r>
        <w:t>دے ہیو ٹو ریڈ</w:t>
      </w:r>
    </w:p>
    <w:p>
      <w:r>
        <w:rPr>
          <w:b/>
        </w:rPr>
        <w:t xml:space="preserve">[50:05] </w:t>
      </w:r>
      <w:r>
        <w:t>Secure Islam.</w:t>
      </w:r>
    </w:p>
    <w:p>
      <w:pPr>
        <w:jc w:val="right"/>
      </w:pPr>
      <w:r>
        <w:t>سکور اسلام۔</w:t>
      </w:r>
    </w:p>
    <w:p>
      <w:r>
        <w:rPr>
          <w:b/>
        </w:rPr>
        <w:t xml:space="preserve">[50:14] </w:t>
      </w:r>
      <w:r>
        <w:t>The present Muslim community is nothing but a cultural community.</w:t>
      </w:r>
    </w:p>
    <w:p>
      <w:pPr>
        <w:jc w:val="right"/>
      </w:pPr>
      <w:r>
        <w:t>دا پریزنٹ مسلم کمیونٹی از نتھنگ بٹ ا کلچرل کمیونٹی۔</w:t>
      </w:r>
    </w:p>
    <w:p>
      <w:r>
        <w:rPr>
          <w:b/>
        </w:rPr>
        <w:t xml:space="preserve">[50:22] </w:t>
      </w:r>
      <w:r>
        <w:t>So they need to rediscover Islam so that they know the real purpose of life, the real course</w:t>
      </w:r>
    </w:p>
    <w:p>
      <w:pPr>
        <w:jc w:val="right"/>
      </w:pPr>
      <w:r>
        <w:t>سو دے نیڈ ٹو ریڈسکور اسلام سو دیٹ دے نو دا ریئل پرپس اف لائف، دا ریئل کورس</w:t>
      </w:r>
    </w:p>
    <w:p>
      <w:r>
        <w:rPr>
          <w:b/>
        </w:rPr>
        <w:t xml:space="preserve">[50:31] </w:t>
      </w:r>
      <w:r>
        <w:t>of life, the real meaning of positive behavior.</w:t>
      </w:r>
    </w:p>
    <w:p>
      <w:pPr>
        <w:jc w:val="right"/>
      </w:pPr>
      <w:r>
        <w:t>اف لائف، دا ریئل میننگ اف پازیٹیو بیہیویئر۔</w:t>
      </w:r>
    </w:p>
    <w:p>
      <w:r>
        <w:rPr>
          <w:b/>
        </w:rPr>
        <w:t xml:space="preserve">[50:40] </w:t>
      </w:r>
      <w:r>
        <w:t>So now present Muslims must reassess their, must reassess so that they may understand the true Islam.</w:t>
      </w:r>
    </w:p>
    <w:p>
      <w:pPr>
        <w:jc w:val="right"/>
      </w:pPr>
      <w:r>
        <w:t>سو ناؤ پریزنٹ مسلمز مسٹ ری اسس دیر، مسٹ ری اسس سو دیٹ دے می انڈرسٹینڈ دا ٹرو اسلام۔</w:t>
      </w:r>
    </w:p>
    <w:p>
      <w:r>
        <w:rPr>
          <w:b/>
        </w:rPr>
        <w:t xml:space="preserve">[51:11] </w:t>
      </w:r>
      <w:r>
        <w:t>So they must rediscover Islam, otherwise they will be quite unaware of Islamic, Islamic spirit.</w:t>
      </w:r>
    </w:p>
    <w:p>
      <w:pPr>
        <w:jc w:val="right"/>
      </w:pPr>
      <w:r>
        <w:t>سو دے مسٹ ریڈسکور اسلام، ادروائز دے ول بی کوائٹ ان اویر اف اسلامک، اسلامک سپرٹ۔</w:t>
      </w:r>
    </w:p>
    <w:p>
      <w:r>
        <w:rPr>
          <w:b/>
        </w:rPr>
        <w:t xml:space="preserve">[51:27] </w:t>
      </w:r>
      <w:r>
        <w:t>Islam is religion of, of, of science. Quran</w:t>
      </w:r>
    </w:p>
    <w:p>
      <w:pPr>
        <w:jc w:val="right"/>
      </w:pPr>
      <w:r>
        <w:t>اسلام از ریلیجن اف، اف، اف سائنس۔ قران</w:t>
      </w:r>
    </w:p>
    <w:p>
      <w:r>
        <w:rPr>
          <w:b/>
        </w:rPr>
        <w:t xml:space="preserve">[51:42] </w:t>
      </w:r>
      <w:r>
        <w:t>Says: "Ilm bil qalam, ilm bil qalam."</w:t>
      </w:r>
    </w:p>
    <w:p>
      <w:pPr>
        <w:jc w:val="right"/>
      </w:pPr>
      <w:r>
        <w:t>سیز: "علم بالقلم، علم بالقلم۔</w:t>
      </w:r>
    </w:p>
    <w:p>
      <w:r>
        <w:rPr>
          <w:b/>
        </w:rPr>
        <w:t xml:space="preserve">[51:48] </w:t>
      </w:r>
      <w:r>
        <w:t>God teaches through pain, ilm bil qalam.</w:t>
      </w:r>
    </w:p>
    <w:p>
      <w:pPr>
        <w:jc w:val="right"/>
      </w:pPr>
      <w:r>
        <w:t>گاڈ ٹیچز تھرو پین، علم بالقلم۔</w:t>
      </w:r>
    </w:p>
    <w:p>
      <w:r>
        <w:rPr>
          <w:b/>
        </w:rPr>
        <w:t xml:space="preserve">[51:54] </w:t>
      </w:r>
      <w:r>
        <w:t>God teaches through pain. It means through book.</w:t>
      </w:r>
    </w:p>
    <w:p>
      <w:pPr>
        <w:jc w:val="right"/>
      </w:pPr>
      <w:r>
        <w:t>گاڈ ٹیچز تھرو پین۔" اٹ مینز تھرو بک۔</w:t>
      </w:r>
    </w:p>
    <w:p>
      <w:r>
        <w:rPr>
          <w:b/>
        </w:rPr>
        <w:t xml:space="preserve">[52:00] </w:t>
      </w:r>
      <w:r>
        <w:t>So when Islam is in form of book, you have to study this book.</w:t>
      </w:r>
    </w:p>
    <w:p>
      <w:pPr>
        <w:jc w:val="right"/>
      </w:pPr>
      <w:r>
        <w:t>سو وین اسلام از ان فارم اف بک، یو ہیو ٹو اسٹڈی دس بک۔</w:t>
      </w:r>
    </w:p>
    <w:p>
      <w:r>
        <w:rPr>
          <w:b/>
        </w:rPr>
        <w:t xml:space="preserve">[52:06] </w:t>
      </w:r>
      <w:r>
        <w:t>Without study, you can't understand.</w:t>
      </w:r>
    </w:p>
    <w:p>
      <w:pPr>
        <w:jc w:val="right"/>
      </w:pPr>
      <w:r>
        <w:t>وداؤٹ اسٹڈی، یو کینٹ انڈرسٹینڈ</w:t>
      </w:r>
    </w:p>
    <w:p>
      <w:r>
        <w:rPr>
          <w:b/>
        </w:rPr>
        <w:t xml:space="preserve">[52:12] </w:t>
      </w:r>
      <w:r>
        <w:t>What are the teachings of, of the Quran.</w:t>
      </w:r>
    </w:p>
    <w:p>
      <w:pPr>
        <w:jc w:val="right"/>
      </w:pPr>
      <w:r>
        <w:t>واٹ ار دا ٹیچنگز اف، اف دا قران۔</w:t>
      </w:r>
    </w:p>
    <w:p>
      <w:r>
        <w:rPr>
          <w:b/>
        </w:rPr>
        <w:t xml:space="preserve">[52:23] </w:t>
      </w:r>
      <w:r>
        <w:t>So ilm bil qalam require study. How you can understand Islamic spirit, Islamic teaches without study the Islamic book?</w:t>
      </w:r>
    </w:p>
    <w:p>
      <w:pPr>
        <w:jc w:val="right"/>
      </w:pPr>
      <w:r>
        <w:t>سو علم بالقلم ریکوائر اسٹڈی ہاؤ یو کین انڈرسٹینڈ اسلامک سپرٹ، اسلامک ٹیچز وداؤٹ اسٹڈی دا اسلامک بک</w:t>
      </w:r>
    </w:p>
    <w:p>
      <w:r>
        <w:rPr>
          <w:b/>
        </w:rPr>
        <w:t xml:space="preserve">[52:33] </w:t>
      </w:r>
      <w:r>
        <w:t>That is Quran. So</w:t>
      </w:r>
    </w:p>
    <w:p>
      <w:pPr>
        <w:jc w:val="right"/>
      </w:pPr>
      <w:r>
        <w:t>دیٹ از قران۔ سو</w:t>
      </w:r>
    </w:p>
    <w:p>
      <w:r>
        <w:rPr>
          <w:b/>
        </w:rPr>
        <w:t xml:space="preserve">[52:43] </w:t>
      </w:r>
      <w:r>
        <w:t>First of all, we have to reassess, we have to go to introspection.</w:t>
      </w:r>
    </w:p>
    <w:p>
      <w:pPr>
        <w:jc w:val="right"/>
      </w:pPr>
      <w:r>
        <w:t>فرسٹ اف ال، وی ہیو ٹو ری اسس، وی ہیو ٹو گو ٹو انٹراسپیکشن۔</w:t>
      </w:r>
    </w:p>
    <w:p>
      <w:r>
        <w:rPr>
          <w:b/>
        </w:rPr>
        <w:t xml:space="preserve">[52:53] </w:t>
      </w:r>
      <w:r>
        <w:t>We have to rediscover the Islamic religion.</w:t>
      </w:r>
    </w:p>
    <w:p>
      <w:pPr>
        <w:jc w:val="right"/>
      </w:pPr>
      <w:r>
        <w:t>وی ہیو ٹو ریڈسکور دا اسلامک ریلیجن۔</w:t>
      </w:r>
    </w:p>
    <w:p>
      <w:r>
        <w:rPr>
          <w:b/>
        </w:rPr>
        <w:t xml:space="preserve">[53:04] </w:t>
      </w:r>
      <w:r>
        <w:t>Otherwise, we will live in blindness.</w:t>
      </w:r>
    </w:p>
    <w:p>
      <w:pPr>
        <w:jc w:val="right"/>
      </w:pPr>
      <w:r>
        <w:t>ادروائز، وی ول لیو ان بلائنڈنس۔</w:t>
      </w:r>
    </w:p>
    <w:p>
      <w:r>
        <w:rPr>
          <w:b/>
        </w:rPr>
        <w:t xml:space="preserve">[53:15] </w:t>
      </w:r>
      <w:r>
        <w:t>This is very very important for everyone who claims that he is a Muslim, he is a Momin.</w:t>
      </w:r>
    </w:p>
    <w:p>
      <w:pPr>
        <w:jc w:val="right"/>
      </w:pPr>
      <w:r>
        <w:t>دس ویری ویری امپورٹنٹ فار ایوری ون ہو کلیمز دیٹ ہی از ا مسلم، ہی از ا مومن۔</w:t>
      </w:r>
    </w:p>
    <w:p>
      <w:r>
        <w:rPr>
          <w:b/>
        </w:rPr>
        <w:t xml:space="preserve">[53:30] </w:t>
      </w:r>
      <w:r>
        <w:t>So I can say that Quran is the only religious book that is preserved</w:t>
      </w:r>
    </w:p>
    <w:p>
      <w:pPr>
        <w:jc w:val="right"/>
      </w:pPr>
      <w:r>
        <w:t>سو ائی کین سی دیٹ قران از دا اونلی ریلیجیس بک دیٹ از پریزروڈ</w:t>
      </w:r>
    </w:p>
    <w:p>
      <w:r>
        <w:rPr>
          <w:b/>
        </w:rPr>
        <w:t xml:space="preserve">[53:46] </w:t>
      </w:r>
      <w:r>
        <w:t>in its original form.</w:t>
      </w:r>
    </w:p>
    <w:p>
      <w:pPr>
        <w:jc w:val="right"/>
      </w:pPr>
      <w:r>
        <w:t>ان اٹس اوریجنل فارم۔</w:t>
      </w:r>
    </w:p>
    <w:p>
      <w:r>
        <w:rPr>
          <w:b/>
        </w:rPr>
        <w:t xml:space="preserve">[53:56] </w:t>
      </w:r>
      <w:r>
        <w:t>So we are blessed person, we are fortunate that there is a book which is preserved in its original form.</w:t>
      </w:r>
    </w:p>
    <w:p>
      <w:pPr>
        <w:jc w:val="right"/>
      </w:pPr>
      <w:r>
        <w:t>سو وی ار بلیسڈ پرسن، وی ار فورچونیٹ دیٹ دیر از ا بک وچ از پریزروڈ ان اٹس اوریجنل فارم۔</w:t>
      </w:r>
    </w:p>
    <w:p>
      <w:r>
        <w:rPr>
          <w:b/>
        </w:rPr>
        <w:t xml:space="preserve">[54:06] </w:t>
      </w:r>
      <w:r>
        <w:t>You know, man is a</w:t>
      </w:r>
    </w:p>
    <w:p>
      <w:pPr>
        <w:jc w:val="right"/>
      </w:pPr>
      <w:r>
        <w:t>یو نو، مین از ا</w:t>
      </w:r>
    </w:p>
    <w:p>
      <w:r>
        <w:rPr>
          <w:b/>
        </w:rPr>
        <w:t xml:space="preserve">[54:17] </w:t>
      </w:r>
      <w:r>
        <w:t>rational animal.</w:t>
      </w:r>
    </w:p>
    <w:p>
      <w:pPr>
        <w:jc w:val="right"/>
      </w:pPr>
      <w:r>
        <w:t>ریشنل اینیمل۔</w:t>
      </w:r>
    </w:p>
    <w:p>
      <w:r>
        <w:rPr>
          <w:b/>
        </w:rPr>
        <w:t xml:space="preserve">[54:24] </w:t>
      </w:r>
      <w:r>
        <w:t>Man always wants to rationalize, and only through Quran we can rationalize our life.</w:t>
      </w:r>
    </w:p>
    <w:p>
      <w:pPr>
        <w:jc w:val="right"/>
      </w:pPr>
      <w:r>
        <w:t>مین الویز وانٹس ٹو ریشنلائز، اینڈ اونلی تھرو قران وی کین ریشنلائز اور لائف۔</w:t>
      </w:r>
    </w:p>
    <w:p>
      <w:r>
        <w:rPr>
          <w:b/>
        </w:rPr>
        <w:t xml:space="preserve">[54:32] </w:t>
      </w:r>
      <w:r>
        <w:t>Quran addresses human mind.</w:t>
      </w:r>
    </w:p>
    <w:p>
      <w:pPr>
        <w:jc w:val="right"/>
      </w:pPr>
      <w:r>
        <w:t>قران ایڈریسز ہیومن مائنڈ۔</w:t>
      </w:r>
    </w:p>
    <w:p>
      <w:r>
        <w:rPr>
          <w:b/>
        </w:rPr>
        <w:t xml:space="preserve">[54:39] </w:t>
      </w:r>
      <w:r>
        <w:t>Quran se: "la'allakum ta'qilun" so that you may understand. So understanding</w:t>
      </w:r>
    </w:p>
    <w:p>
      <w:pPr>
        <w:jc w:val="right"/>
      </w:pPr>
      <w:r>
        <w:t>قران سی: "لَلَّكُمْ تَعْقِلُونَ" سو دیٹ یو می انڈرسٹینڈ۔ سو انڈرسٹینڈنگ</w:t>
      </w:r>
    </w:p>
    <w:p>
      <w:r>
        <w:rPr>
          <w:b/>
        </w:rPr>
        <w:t xml:space="preserve">[54:47] </w:t>
      </w:r>
      <w:r>
        <w:t>as a mental faculty.</w:t>
      </w:r>
    </w:p>
    <w:p>
      <w:pPr>
        <w:jc w:val="right"/>
      </w:pPr>
      <w:r>
        <w:t>از ا مینٹل فیکلٹی۔</w:t>
      </w:r>
    </w:p>
    <w:p>
      <w:r>
        <w:rPr>
          <w:b/>
        </w:rPr>
        <w:t xml:space="preserve">[54:54] </w:t>
      </w:r>
      <w:r>
        <w:t>So Quran addresses the mind of people.</w:t>
      </w:r>
    </w:p>
    <w:p>
      <w:pPr>
        <w:jc w:val="right"/>
      </w:pPr>
      <w:r>
        <w:t>سو قران ایڈریسز دا مائنڈ اف پیپل۔</w:t>
      </w:r>
    </w:p>
    <w:p>
      <w:r>
        <w:rPr>
          <w:b/>
        </w:rPr>
        <w:t xml:space="preserve">[55:02] </w:t>
      </w:r>
      <w:r>
        <w:t>Quran addresses the rational approach.</w:t>
      </w:r>
    </w:p>
    <w:p>
      <w:pPr>
        <w:jc w:val="right"/>
      </w:pPr>
      <w:r>
        <w:t>قران ایڈریسز دا ریشنل اپروچ۔</w:t>
      </w:r>
    </w:p>
    <w:p>
      <w:r>
        <w:rPr>
          <w:b/>
        </w:rPr>
        <w:t xml:space="preserve">[55:10] </w:t>
      </w:r>
      <w:r>
        <w:t>So the gist of my talk is that Islam is a</w:t>
      </w:r>
    </w:p>
    <w:p>
      <w:pPr>
        <w:jc w:val="right"/>
      </w:pPr>
      <w:r>
        <w:t>سو دا گسٹ اف مائی ٹاک از دیٹ اسلام از ا</w:t>
      </w:r>
    </w:p>
    <w:p>
      <w:r>
        <w:rPr>
          <w:b/>
        </w:rPr>
        <w:t xml:space="preserve">[55:17] </w:t>
      </w:r>
      <w:r>
        <w:t>religion that require thinking, that require awakening of mind, that require intellectual development and spiritual development.</w:t>
      </w:r>
    </w:p>
    <w:p>
      <w:pPr>
        <w:jc w:val="right"/>
      </w:pPr>
      <w:r>
        <w:t>ریلیجن دیٹ ریکوائر تھنکنگ، دیٹ ریکوائر اویکننگ اف مائنڈ، دیٹ ریکوائر انٹلیکچول ڈیولپمنٹ اینڈ سپریچول ڈیولپمنٹ۔</w:t>
      </w:r>
    </w:p>
    <w:p>
      <w:r>
        <w:rPr>
          <w:b/>
        </w:rPr>
        <w:t xml:space="preserve">[55:33] </w:t>
      </w:r>
      <w:r>
        <w:t>Islam is not a simply a set of rituals</w:t>
      </w:r>
    </w:p>
    <w:p>
      <w:pPr>
        <w:jc w:val="right"/>
      </w:pPr>
      <w:r>
        <w:t>اسلام از ناٹ ا سمپلی ا سیٹ اف ریچولز</w:t>
      </w:r>
    </w:p>
    <w:p>
      <w:r>
        <w:rPr>
          <w:b/>
        </w:rPr>
        <w:t xml:space="preserve">[55:48] </w:t>
      </w:r>
      <w:r>
        <w:t>aur set of customs aur a culture.</w:t>
      </w:r>
    </w:p>
    <w:p>
      <w:pPr>
        <w:jc w:val="right"/>
      </w:pPr>
      <w:r>
        <w:t>اور سیٹ اف کسٹمز اور ا کلچر۔</w:t>
      </w:r>
    </w:p>
    <w:p>
      <w:r>
        <w:rPr>
          <w:b/>
        </w:rPr>
        <w:t xml:space="preserve">[55:54] </w:t>
      </w:r>
      <w:r>
        <w:t>No, Islam is an ideology.</w:t>
      </w:r>
    </w:p>
    <w:p>
      <w:pPr>
        <w:jc w:val="right"/>
      </w:pPr>
      <w:r>
        <w:t>نو، اسلام از این ائیڈیالوجی۔</w:t>
      </w:r>
    </w:p>
    <w:p>
      <w:r>
        <w:rPr>
          <w:b/>
        </w:rPr>
        <w:t xml:space="preserve">[55:59] </w:t>
      </w:r>
      <w:r>
        <w:t>Islam is a divine scheme.</w:t>
      </w:r>
    </w:p>
    <w:p>
      <w:pPr>
        <w:jc w:val="right"/>
      </w:pPr>
      <w:r>
        <w:t>اسلام از ا ڈیوائن اسکیم۔</w:t>
      </w:r>
    </w:p>
    <w:p>
      <w:r>
        <w:rPr>
          <w:b/>
        </w:rPr>
        <w:t xml:space="preserve">[56:05] </w:t>
      </w:r>
      <w:r>
        <w:t>Islam calls to intellectual development.</w:t>
      </w:r>
    </w:p>
    <w:p>
      <w:pPr>
        <w:jc w:val="right"/>
      </w:pPr>
      <w:r>
        <w:t>اسلام کالز ٹو انٹلیکچول ڈیولپمنٹ۔</w:t>
      </w:r>
    </w:p>
    <w:p>
      <w:r>
        <w:rPr>
          <w:b/>
        </w:rPr>
        <w:t xml:space="preserve">[56:10] </w:t>
      </w:r>
      <w:r>
        <w:t>Islam calls to spiritual development.</w:t>
      </w:r>
    </w:p>
    <w:p>
      <w:pPr>
        <w:jc w:val="right"/>
      </w:pPr>
      <w:r>
        <w:t>اسلام کالز ٹو سپریچول ڈیولپمنٹ۔</w:t>
      </w:r>
    </w:p>
    <w:p>
      <w:r>
        <w:rPr>
          <w:b/>
        </w:rPr>
        <w:t xml:space="preserve">[56:16] </w:t>
      </w:r>
      <w:r>
        <w:t>So you need to bring about this process</w:t>
      </w:r>
    </w:p>
    <w:p>
      <w:pPr>
        <w:jc w:val="right"/>
      </w:pPr>
      <w:r>
        <w:t>سو یو نیڈ ٹو برنگ اباؤٹ دس پروسیس</w:t>
      </w:r>
    </w:p>
    <w:p>
      <w:r>
        <w:rPr>
          <w:b/>
        </w:rPr>
        <w:t xml:space="preserve">[56:21] </w:t>
      </w:r>
      <w:r>
        <w:t>, this process, and you have to refrain yourself from all kind of distraction. Save yourself from distraction so that you may receive the inspirations from God.</w:t>
      </w:r>
    </w:p>
    <w:p>
      <w:pPr>
        <w:jc w:val="right"/>
      </w:pPr>
      <w:r>
        <w:t>، دس پروسیس، اینڈ یو ہیو ٹو ریفرن یور سیلف فرام ال کائنڈ اف ڈسٹریکشن۔ سیو یور سیلف فرام ڈسٹریکشن سو دیٹ یو می ریسیو دا انسپیریشنز فرام گاڈ۔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