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38-39 January 14, 2018</w:t>
      </w:r>
    </w:p>
    <w:p>
      <w:r>
        <w:t>https://www.youtube.com/watch?v=mj5trn7tLLg</w:t>
      </w:r>
    </w:p>
    <w:p>
      <w:r>
        <w:rPr>
          <w:b/>
        </w:rPr>
        <w:t xml:space="preserve">[00:11] </w:t>
      </w:r>
      <w:r>
        <w:t>Bismillah Rahman Rahim, wa salallahu ala Nabi al-Kareem. Rabbi shrah li sadri, wa yassir li amri, wa hlul uqdatan min lisani,</w:t>
      </w:r>
    </w:p>
    <w:p>
      <w:pPr>
        <w:jc w:val="right"/>
      </w:pPr>
      <w:r>
        <w:t>بسم اللہ الرحمن الرحیم، وصلی اللہ علی نبی الکریم۔ رب اشرح لی صدری، ویسر لی امری، واحل العقدۃ من لسانی،</w:t>
      </w:r>
    </w:p>
    <w:p>
      <w:r>
        <w:rPr>
          <w:b/>
        </w:rPr>
        <w:t xml:space="preserve">[00:28] </w:t>
      </w:r>
      <w:r>
        <w:t>yafqa qawli.</w:t>
      </w:r>
    </w:p>
    <w:p>
      <w:pPr>
        <w:jc w:val="right"/>
      </w:pPr>
      <w:r>
        <w:t>یفقہ قولی۔</w:t>
      </w:r>
    </w:p>
    <w:p>
      <w:r>
        <w:rPr>
          <w:b/>
        </w:rPr>
        <w:t xml:space="preserve">[00:33] </w:t>
      </w:r>
      <w:r>
        <w:t>14 January 2018.</w:t>
      </w:r>
    </w:p>
    <w:p>
      <w:pPr>
        <w:jc w:val="right"/>
      </w:pPr>
      <w:r>
        <w:t>14 جنوری 2018۔</w:t>
      </w:r>
    </w:p>
    <w:p>
      <w:r>
        <w:rPr>
          <w:b/>
        </w:rPr>
        <w:t xml:space="preserve">[00:40] </w:t>
      </w:r>
      <w:r>
        <w:t>Jaisa ke aap jante hain ke</w:t>
      </w:r>
    </w:p>
    <w:p>
      <w:pPr>
        <w:jc w:val="right"/>
      </w:pPr>
      <w:r>
        <w:t>جیسا کہ آپ جانتے ہیں کہ</w:t>
      </w:r>
    </w:p>
    <w:p>
      <w:r>
        <w:rPr>
          <w:b/>
        </w:rPr>
        <w:t xml:space="preserve">[00:44] </w:t>
      </w:r>
      <w:r>
        <w:t>Itwar ke is program mein silsila war Quran ka dars chal raha hai, to aaj Surah Al-Baqarah ki kuch ayatein hain,</w:t>
      </w:r>
    </w:p>
    <w:p>
      <w:pPr>
        <w:jc w:val="right"/>
      </w:pPr>
      <w:r>
        <w:t>اتوار کے اس پروگرام میں سلسلہ وار قرآن کا درس چل رہا ہے، تو آج سورہ البقرہ کی کچھ آیتیں ہیں،</w:t>
      </w:r>
    </w:p>
    <w:p>
      <w:r>
        <w:rPr>
          <w:b/>
        </w:rPr>
        <w:t xml:space="preserve">[01:00] </w:t>
      </w:r>
      <w:r>
        <w:t>woh parhi jayen gi, phir is par kuch</w:t>
      </w:r>
    </w:p>
    <w:p>
      <w:pPr>
        <w:jc w:val="right"/>
      </w:pPr>
      <w:r>
        <w:t>وہ پڑھی جائیں گی، پھر اس پر کچھ</w:t>
      </w:r>
    </w:p>
    <w:p>
      <w:r>
        <w:rPr>
          <w:b/>
        </w:rPr>
        <w:t xml:space="preserve">[01:07] </w:t>
      </w:r>
      <w:r>
        <w:t>sharah ki jayegi.</w:t>
      </w:r>
    </w:p>
    <w:p>
      <w:pPr>
        <w:jc w:val="right"/>
      </w:pPr>
      <w:r>
        <w:t>شرح کی جائے گی۔</w:t>
      </w:r>
    </w:p>
    <w:p>
      <w:r>
        <w:rPr>
          <w:b/>
        </w:rPr>
        <w:t xml:space="preserve">[01:11] </w:t>
      </w:r>
      <w:r>
        <w:t>to aap pehle in do ayaton ko parhiye, is ka tarjuma.</w:t>
      </w:r>
    </w:p>
    <w:p>
      <w:pPr>
        <w:jc w:val="right"/>
      </w:pPr>
      <w:r>
        <w:t>تو آپ پہلے ان دو آیتوں کو پڑھیے، اس کا ترجمہ۔</w:t>
      </w:r>
    </w:p>
    <w:p>
      <w:r>
        <w:rPr>
          <w:b/>
        </w:rPr>
        <w:t xml:space="preserve">[01:17] </w:t>
      </w:r>
      <w:r>
        <w:t>bismillah-hir-rehman-nir-rahim. qul nahibbu an tu'minu bi-na jami'an, fa-amma ya'tiyannakum minni hudan, fa-man tabi'a hudaya fala khawfun 'alayhim wa la hum yahzanun.</w:t>
      </w:r>
    </w:p>
    <w:p>
      <w:pPr>
        <w:jc w:val="right"/>
      </w:pPr>
      <w:r>
        <w:t>بسم اللہ الرحمن الرحیم۔ قل نحب تو منہا جمیعا، فاما یاتینکم منی ہداً، فمن تبع ہدای فلا خوف علیہم ولاہم یحزنون۔</w:t>
      </w:r>
    </w:p>
    <w:p>
      <w:r>
        <w:rPr>
          <w:b/>
        </w:rPr>
        <w:t xml:space="preserve">[01:31] </w:t>
      </w:r>
      <w:r>
        <w:t>wal-ladhina kafaru wa kadhdhabu bi-ayati-na, ula'ika as-habu an-nar hum fiha khalidun. surah al-baqarah, surah number do, ayat number 38, 39, 38, 39.</w:t>
      </w:r>
    </w:p>
    <w:p>
      <w:pPr>
        <w:jc w:val="right"/>
      </w:pPr>
      <w:r>
        <w:t>والذین کفرو وکذبوا بیاتنا، اولئک اصحاب النار ہم فیہا خالدون۔ سورہ البقرہ، سورہ نمبر دو، آیت نمبر 38، 39، 38، 39۔</w:t>
      </w:r>
    </w:p>
    <w:p>
      <w:r>
        <w:rPr>
          <w:b/>
        </w:rPr>
        <w:t xml:space="preserve">[01:48] </w:t>
      </w:r>
      <w:r>
        <w:t>hum ne kaha tum sab yahan se utro, phir jab aaye tumhare paas meri taraf se koi hidayat to jo log meri hidayat ki pairwi karenge un ke liye na koi dar hoga aur na woh ghamgeen honge.</w:t>
      </w:r>
    </w:p>
    <w:p>
      <w:pPr>
        <w:jc w:val="right"/>
      </w:pPr>
      <w:r>
        <w:t>ہم نے کہا تم سب یہاں سے اترو، پھر جب آئے تمہارے پاس میری طرف سے کوئی ہدایت تو جو لوگ میری ہدایت کی پیروی کریں گے ان کے لیے نہ کوئی ڈر ہوگا اور نہ وہ غمگین ہوں گے۔</w:t>
      </w:r>
    </w:p>
    <w:p>
      <w:r>
        <w:rPr>
          <w:b/>
        </w:rPr>
        <w:t xml:space="preserve">[02:04] </w:t>
      </w:r>
      <w:r>
        <w:t>aur jo log inkar karenge aur hamari nishaniyon ko jhutlayenge to wahi log dozakh wale hain, woh is mein hamesha rahenge.</w:t>
      </w:r>
    </w:p>
    <w:p>
      <w:pPr>
        <w:jc w:val="right"/>
      </w:pPr>
      <w:r>
        <w:t>اور جو لوگ انکار کریں گے اور ہماری نشانیوں کو جھٹلائیں گے تو وہی لوگ دوزخ والے ہیں، وہ اس میں ہمیشہ رہیں گے۔</w:t>
      </w:r>
    </w:p>
    <w:p>
      <w:r>
        <w:rPr>
          <w:b/>
        </w:rPr>
        <w:t xml:space="preserve">[02:15] </w:t>
      </w:r>
      <w:r>
        <w:t>we said, "go down, all of you, from here. then when guidance comes to you from me, anyone who follows my guidance, will have no fear,</w:t>
      </w:r>
    </w:p>
    <w:p>
      <w:pPr>
        <w:jc w:val="right"/>
      </w:pPr>
      <w:r>
        <w:t>وی سیڈ، "گو ڈاؤن، ال اف یو، فرام ہیر۔ دین وین گائیڈنس کمز ٹو یو فرام می، اینی ون ہو فالوز مائی گائیڈنس، ول ہیو نو فیئر،</w:t>
      </w:r>
    </w:p>
    <w:p>
      <w:r>
        <w:rPr>
          <w:b/>
        </w:rPr>
        <w:t xml:space="preserve">[02:30] </w:t>
      </w:r>
      <w:r>
        <w:t>nor will they grieve. those who deny and reject our signs, shall be the inhabitants of the fire.</w:t>
      </w:r>
    </w:p>
    <w:p>
      <w:pPr>
        <w:jc w:val="right"/>
      </w:pPr>
      <w:r>
        <w:t>نور ول دے گریو۔ دوز ہو ڈینائی اینڈ ریجیکٹ اور سائنز، شیل بی دا انہیبیٹنٹس اف دا فائر۔</w:t>
      </w:r>
    </w:p>
    <w:p>
      <w:r>
        <w:rPr>
          <w:b/>
        </w:rPr>
        <w:t xml:space="preserve">[02:39] </w:t>
      </w:r>
      <w:r>
        <w:t>therein shall they abide for ever.</w:t>
      </w:r>
    </w:p>
    <w:p>
      <w:pPr>
        <w:jc w:val="right"/>
      </w:pPr>
      <w:r>
        <w:t>دیر ان شیل دے ابائیڈ فار ایور۔</w:t>
      </w:r>
    </w:p>
    <w:p>
      <w:r>
        <w:rPr>
          <w:b/>
        </w:rPr>
        <w:t xml:space="preserve">[02:43] </w:t>
      </w:r>
      <w:r>
        <w:t>" dekhiye, in ayaton mein bظahir adam aur hawa ka qissa bayan hua hua hai, lekin haqiqat mein yeh</w:t>
      </w:r>
    </w:p>
    <w:p>
      <w:pPr>
        <w:jc w:val="right"/>
      </w:pPr>
      <w:r>
        <w:t>" دیکھیے، ان آیتوں میں بظاہر آدم اور حوا کا قصہ بیان ہوا ہوا ہے، لیکن حقیقت میں یہ</w:t>
      </w:r>
    </w:p>
    <w:p>
      <w:r>
        <w:rPr>
          <w:b/>
        </w:rPr>
        <w:t xml:space="preserve">[03:00] </w:t>
      </w:r>
      <w:r>
        <w:t>allah ta'ala ke creation plan ka aelan hai.</w:t>
      </w:r>
    </w:p>
    <w:p>
      <w:pPr>
        <w:jc w:val="right"/>
      </w:pPr>
      <w:r>
        <w:t>اللہ تعالی کے کریشن پلان کا اعلان ہے۔</w:t>
      </w:r>
    </w:p>
    <w:p>
      <w:r>
        <w:rPr>
          <w:b/>
        </w:rPr>
        <w:t xml:space="preserve">[03:06] </w:t>
      </w:r>
      <w:r>
        <w:t>yani yeh jo allah ne duniya banayi, solar system banaya, yahan zameen banayi, aur wahan sare halaat jo zindagi ko</w:t>
      </w:r>
    </w:p>
    <w:p>
      <w:pPr>
        <w:jc w:val="right"/>
      </w:pPr>
      <w:r>
        <w:t>یعنی یہ جو اللہ نے دنیا بنائی، سولر سسٹم بنایا، یہاں زمین بنائی، اور وہاں سارے حالات جو زندگی کو</w:t>
      </w:r>
    </w:p>
    <w:p>
      <w:r>
        <w:rPr>
          <w:b/>
        </w:rPr>
        <w:t xml:space="preserve">[03:24] </w:t>
      </w:r>
      <w:r>
        <w:t>sustain karne wale the, woh rakhe. phir yahan ek history chali to yeh pura allah rabb-ul-alameen ke creation plan ke mutabiq ho raha hai.</w:t>
      </w:r>
    </w:p>
    <w:p>
      <w:pPr>
        <w:jc w:val="right"/>
      </w:pPr>
      <w:r>
        <w:t>سسٹینڈ کرنے والے تھے، وہ رکھے۔ پھر یہاں ایک ہسٹری چلی تو یہ پورا اللہ رب العالمین کے کریشن پلان کے مطابق ہو رہا ہے۔</w:t>
      </w:r>
    </w:p>
    <w:p>
      <w:r>
        <w:rPr>
          <w:b/>
        </w:rPr>
        <w:t xml:space="preserve">[03:40] </w:t>
      </w:r>
      <w:r>
        <w:t>to yeh jo ayat padhi gayi aap ke samne, bظahir to yeh adam aur hawa ka qissa hai, lekin yeh puri tareekh ke bare mein rabb-ul-alameen ka bayan hai,</w:t>
      </w:r>
    </w:p>
    <w:p>
      <w:pPr>
        <w:jc w:val="right"/>
      </w:pPr>
      <w:r>
        <w:t>تو یہ جو آیت پڑھی گئی آپ کے سامنے، بظاہر تو یہ آدم اور حوا کا قصہ ہے، لیکن یہ پوری تاریخ کے بارے میں رب العالمین کا بیان ہے،</w:t>
      </w:r>
    </w:p>
    <w:p>
      <w:r>
        <w:rPr>
          <w:b/>
        </w:rPr>
        <w:t xml:space="preserve">[03:56] </w:t>
      </w:r>
      <w:r>
        <w:t>puri insani tareekh ke bare mein.</w:t>
      </w:r>
    </w:p>
    <w:p>
      <w:pPr>
        <w:jc w:val="right"/>
      </w:pPr>
      <w:r>
        <w:t>پوری انسانی تاریخ کے بارے میں۔</w:t>
      </w:r>
    </w:p>
    <w:p>
      <w:r>
        <w:rPr>
          <w:b/>
        </w:rPr>
        <w:t xml:space="preserve">[04:01] </w:t>
      </w:r>
      <w:r>
        <w:t>is ka matlab yeh hai ke is zameen par jo insan ko basaya gaya hai, yahan is ki nasal ban rahi hai aur civilization ban rahi hai, qaumein ban rahi hain,</w:t>
      </w:r>
    </w:p>
    <w:p>
      <w:pPr>
        <w:jc w:val="right"/>
      </w:pPr>
      <w:r>
        <w:t>اس کا مطلب یہ ہے کہ اس زمین پر جو انسان کو بسایا گیا ہے، یہاں اس کی نسل بن رہی ہے اور سویلائزیشن بن رہی ہے، قومیں بن رہی ہیں،</w:t>
      </w:r>
    </w:p>
    <w:p>
      <w:r>
        <w:rPr>
          <w:b/>
        </w:rPr>
        <w:t xml:space="preserve">[04:20] </w:t>
      </w:r>
      <w:r>
        <w:t>sari ek ek tareekh ban rahi hai. to woh ek bohat hi zyada gehre mansoobe, plan ke tehat hai.</w:t>
      </w:r>
    </w:p>
    <w:p>
      <w:pPr>
        <w:jc w:val="right"/>
      </w:pPr>
      <w:r>
        <w:t>ساری ایک ایک تاریخ بن رہی ہے۔ تو وہ ایک بہت ہی زیادہ گہرے منصوبہ، پلان کے تحت ہے۔</w:t>
      </w:r>
    </w:p>
    <w:p>
      <w:r>
        <w:rPr>
          <w:b/>
        </w:rPr>
        <w:t xml:space="preserve">[04:37] </w:t>
      </w:r>
      <w:r>
        <w:t>woh yeh hai ke yahan insan</w:t>
      </w:r>
    </w:p>
    <w:p>
      <w:pPr>
        <w:jc w:val="right"/>
      </w:pPr>
      <w:r>
        <w:t>وہ یہ ہے کہ یہاں انسان</w:t>
      </w:r>
    </w:p>
    <w:p>
      <w:r>
        <w:rPr>
          <w:b/>
        </w:rPr>
        <w:t xml:space="preserve">[04:42] </w:t>
      </w:r>
      <w:r>
        <w:t>apni</w:t>
      </w:r>
    </w:p>
    <w:p>
      <w:pPr>
        <w:jc w:val="right"/>
      </w:pPr>
      <w:r>
        <w:t>اپنی</w:t>
      </w:r>
    </w:p>
    <w:p>
      <w:r>
        <w:rPr>
          <w:b/>
        </w:rPr>
        <w:t xml:space="preserve">[04:46] </w:t>
      </w:r>
      <w:r>
        <w:t>zindagi banaye, yahan tehzeeb banaye, tareekh banaye, aur azadana mahol mein woh zindagi guzare.</w:t>
      </w:r>
    </w:p>
    <w:p>
      <w:pPr>
        <w:jc w:val="right"/>
      </w:pPr>
      <w:r>
        <w:t>زندگی بنائے، یہاں تہذیب بنائے، تاریخ بنائے، اور آزادانہ ماحول میں وہ زندگی گزارے۔</w:t>
      </w:r>
    </w:p>
    <w:p>
      <w:r>
        <w:rPr>
          <w:b/>
        </w:rPr>
        <w:t xml:space="preserve">[05:01] </w:t>
      </w:r>
      <w:r>
        <w:t>aur farishton ke zariye is ki nigrani hoti rahegi, har insan ka record tayyar kiya jayega. to yeh is ke baad phir yeh faisla hoga ke in mein se kaun log aise hain jo is qabil hain ke un ko chuna jaye, un ko select kiya jaye,</w:t>
      </w:r>
    </w:p>
    <w:p>
      <w:pPr>
        <w:jc w:val="right"/>
      </w:pPr>
      <w:r>
        <w:t>اور فرشتوں کے ذریعے اس کی نگرانی ہوتی رہے گی، ہر انسان کا ریگارڈ تیار کیا جائے گا۔ تو یہ اس کے بعد پھر یہ فیصلہ ہوگا کہ ان میں سے کون لوگ ایسے ہیں جو اس قابل ہیں کہ ان کو چنا جائے، ان کو سلیکٹ کیا جائے،</w:t>
      </w:r>
    </w:p>
    <w:p>
      <w:r>
        <w:rPr>
          <w:b/>
        </w:rPr>
        <w:t xml:space="preserve">[05:23] </w:t>
      </w:r>
      <w:r>
        <w:t>final final</w:t>
      </w:r>
    </w:p>
    <w:p>
      <w:pPr>
        <w:jc w:val="right"/>
      </w:pPr>
      <w:r>
        <w:t>فائنل فائنل</w:t>
      </w:r>
    </w:p>
    <w:p>
      <w:r>
        <w:rPr>
          <w:b/>
        </w:rPr>
        <w:t xml:space="preserve">[05:29] </w:t>
      </w:r>
      <w:r>
        <w:t>settlement ke liye. jannat kya hai? jannat final settlement ki jagah hai. to yeh jo duniya hai, yahan jo zindagi hamari hai, yeh hai jaise</w:t>
      </w:r>
    </w:p>
    <w:p>
      <w:pPr>
        <w:jc w:val="right"/>
      </w:pPr>
      <w:r>
        <w:t>سیٹلمنٹ کے لیے۔ جنت کیا ہے؟ جنت فائنل سیٹلمنٹ کی جگہ ہے۔ تو یہ جو دنیا ہے، یہاں جو زندگی ہماری ہے، یہ ہے جیسے</w:t>
      </w:r>
    </w:p>
    <w:p>
      <w:r>
        <w:rPr>
          <w:b/>
        </w:rPr>
        <w:t xml:space="preserve">[05:46] </w:t>
      </w:r>
      <w:r>
        <w:t>baghbani mein ek istilah hai, ek term hai, yun kehte hain nursery.</w:t>
      </w:r>
    </w:p>
    <w:p>
      <w:pPr>
        <w:jc w:val="right"/>
      </w:pPr>
      <w:r>
        <w:t>باغبانی میں ایک اصطلاح ہے، ایک ٹرم ہے، یوں کہتے ہیں نرسری۔</w:t>
      </w:r>
    </w:p>
    <w:p>
      <w:r>
        <w:rPr>
          <w:b/>
        </w:rPr>
        <w:t xml:space="preserve">[05:57] </w:t>
      </w:r>
      <w:r>
        <w:t>yeh duniya jo hai hamari, yeh goya aik human nursery hai, human nursery. yahan insan paida ho rahe hain, paida ho rahe hain, paida ho rahe hain, lekin in mein selection ke qabil to kuch hi insan honge,</w:t>
      </w:r>
    </w:p>
    <w:p>
      <w:pPr>
        <w:jc w:val="right"/>
      </w:pPr>
      <w:r>
        <w:t>یہ دنیا جو ہے ہماری، یہ گویا ایک ہیومن نرسری ہے، ہیومن نرسری۔ یہاں انسان پیدا ہو رہے ہیں، پیدا ہو رہے ہیں، پیدا ہو رہے ہیں، لیکن ان میں سلیکشن کے قابل تو کچھ ہی انسان ہوں گے،</w:t>
      </w:r>
    </w:p>
    <w:p>
      <w:r>
        <w:rPr>
          <w:b/>
        </w:rPr>
        <w:t xml:space="preserve">[06:16] </w:t>
      </w:r>
      <w:r>
        <w:t>jaise nursery mein hota hai. phir final stage jab aye ga to</w:t>
      </w:r>
    </w:p>
    <w:p>
      <w:pPr>
        <w:jc w:val="right"/>
      </w:pPr>
      <w:r>
        <w:t>جیسے نرسری میں ہوتا ہے۔ پھر فائنل اسٹیج جب آئے گا تو</w:t>
      </w:r>
    </w:p>
    <w:p>
      <w:r>
        <w:rPr>
          <w:b/>
        </w:rPr>
        <w:t xml:space="preserve">[06:26] </w:t>
      </w:r>
      <w:r>
        <w:t>poori history se, poori human history se, yeh poori human history goya aik bohat bari nursery hogi.</w:t>
      </w:r>
    </w:p>
    <w:p>
      <w:pPr>
        <w:jc w:val="right"/>
      </w:pPr>
      <w:r>
        <w:t>پوری ہسٹری سے، پوری ہیومن ہسٹری سے، یہ پوری ہیومن ہسٹری گویا ایک بہت بڑی نرسری ہوگی۔</w:t>
      </w:r>
    </w:p>
    <w:p>
      <w:r>
        <w:rPr>
          <w:b/>
        </w:rPr>
        <w:t xml:space="preserve">[06:38] </w:t>
      </w:r>
      <w:r>
        <w:t>is se jo selection ke qabil jo insan honge, jo aurat mard honge, un ko le liya jaye ga, aur phir jannat ke baghon mein is ko basaya jaye ga.</w:t>
      </w:r>
    </w:p>
    <w:p>
      <w:pPr>
        <w:jc w:val="right"/>
      </w:pPr>
      <w:r>
        <w:t>اس سے جو سلیکشن کے قابل جو انسان ہوں گے، جو عورت مرد ہوں گے، ان کو لے لیا جائے گا، اور پھر جنت کے باغوں میں اس کو بسایا جائے گا۔</w:t>
      </w:r>
    </w:p>
    <w:p>
      <w:r>
        <w:rPr>
          <w:b/>
        </w:rPr>
        <w:t xml:space="preserve">[06:53] </w:t>
      </w:r>
      <w:r>
        <w:t>yeh hai scheme. to yahan par jo zikr hai, woh yeh hai ke insan paida honge azadana mahol mein, aur silt aur poori tareekh mein bar bar aisa hoga ke prophet aayenge,</w:t>
      </w:r>
    </w:p>
    <w:p>
      <w:pPr>
        <w:jc w:val="right"/>
      </w:pPr>
      <w:r>
        <w:t>یہ ہے اسکیم۔ تو یہاں پر جو ذکر ہے، وہ یہ ہے کہ انسان پیدا ہوں گے آزادانہ ماحول میں، اور سلٹ اور پوری تاریخ میں بار بار ایسا ہوگا کہ پرافٹ آئیں گے،</w:t>
      </w:r>
    </w:p>
    <w:p>
      <w:r>
        <w:rPr>
          <w:b/>
        </w:rPr>
        <w:t xml:space="preserve">[07:11] </w:t>
      </w:r>
      <w:r>
        <w:t>paighambar aayenge, woh insan ko batayenge ke duniya mein woh kis tarah zindagi guzare, zindagi mein duniya mein is ka life pattern kya ho.</w:t>
      </w:r>
    </w:p>
    <w:p>
      <w:pPr>
        <w:jc w:val="right"/>
      </w:pPr>
      <w:r>
        <w:t>پیغمبر آئیں گے، وہ انسان کو بتائیں گے کہ دنیا میں وہ کس طرح زندگی گزارے، زندگی میں دنیا میں اس کا لائف پیٹرن کیا ہو۔</w:t>
      </w:r>
    </w:p>
    <w:p>
      <w:r>
        <w:rPr>
          <w:b/>
        </w:rPr>
        <w:t xml:space="preserve">[07:25] </w:t>
      </w:r>
      <w:r>
        <w:t>to yeh azadana tor par ikhtiyar karne ka mahol hoga.</w:t>
      </w:r>
    </w:p>
    <w:p>
      <w:pPr>
        <w:jc w:val="right"/>
      </w:pPr>
      <w:r>
        <w:t>تو یہ آزادانہ طور پر اختیار کرنے کا ماحول ہوگا۔</w:t>
      </w:r>
    </w:p>
    <w:p>
      <w:r>
        <w:rPr>
          <w:b/>
        </w:rPr>
        <w:t xml:space="preserve">[07:35] </w:t>
      </w:r>
      <w:r>
        <w:t>yani insan ko koi compulsion nahi hoga. yahan paighambar is liye nahi aaye ke koi compulsion create karein, koi zabardasti tor par koi nizam banayein, yeh nahi hoga.</w:t>
      </w:r>
    </w:p>
    <w:p>
      <w:pPr>
        <w:jc w:val="right"/>
      </w:pPr>
      <w:r>
        <w:t>یعنی انسان کو کوئی کمپلسن نہیں ہوگا۔ یہاں پیغمبر اس لیے نہیں آئے کہ کوئی کمپلسن کریٹ کریں، کوئی زبردستی طور پر کوئی نظام بنائیں، یہ نہیں ہوگا۔</w:t>
      </w:r>
    </w:p>
    <w:p>
      <w:r>
        <w:rPr>
          <w:b/>
        </w:rPr>
        <w:t xml:space="preserve">[07:50] </w:t>
      </w:r>
      <w:r>
        <w:t>paighambar ka maqsad koi jabri, koi jabri nizam qaim kar ke compulsion create karna ke aadmi aisa hi rahe, waise na rahe.</w:t>
      </w:r>
    </w:p>
    <w:p>
      <w:pPr>
        <w:jc w:val="right"/>
      </w:pPr>
      <w:r>
        <w:t>پیغمبر کا مقصد کوئی جبری، کوئی جبری نظام قائم کر کے کمپلسن کریٹ کرنا کہ آدمی ایسا ہی رہے، ویسے نہ رہے۔</w:t>
      </w:r>
    </w:p>
    <w:p>
      <w:r>
        <w:rPr>
          <w:b/>
        </w:rPr>
        <w:t xml:space="preserve">[08:01] </w:t>
      </w:r>
      <w:r>
        <w:t>nahi, paighambar ka maqsad hai ablagh, batana, ailan karna bas. aur insan ka apna yeh choice hai ke woh kya kare aur kya na kare.</w:t>
      </w:r>
    </w:p>
    <w:p>
      <w:pPr>
        <w:jc w:val="right"/>
      </w:pPr>
      <w:r>
        <w:t>نہیں، پیغمبر کا مقصد ہے ابلاغ، بتانا، اعلان کرنا بس۔ اور انسان کا اپنا یہ چوائس ہے کہ وہ کیا کرے اور کیا نہ کرے۔</w:t>
      </w:r>
    </w:p>
    <w:p>
      <w:r>
        <w:rPr>
          <w:b/>
        </w:rPr>
        <w:t xml:space="preserve">[08:17] </w:t>
      </w:r>
      <w:r>
        <w:t>to is tarah human history ka ki beginning hui, aur bohat se paighambar aaye.</w:t>
      </w:r>
    </w:p>
    <w:p>
      <w:pPr>
        <w:jc w:val="right"/>
      </w:pPr>
      <w:r>
        <w:t>تو اس طرح ہیومن ہسٹری کا کی بگننگ ہوئی، اور بہت سے پیغمبر آئے۔</w:t>
      </w:r>
    </w:p>
    <w:p>
      <w:r>
        <w:rPr>
          <w:b/>
        </w:rPr>
        <w:t xml:space="preserve">[08:28] </w:t>
      </w:r>
      <w:r>
        <w:t>hamari jo earth hai, earth ke mukhtalif hisse mein aaye. yani shuru mein insan abad hua tha Iraq ke area mein, dicle wa furat ke jo hai darmiyan jo ilaaqa hai,</w:t>
      </w:r>
    </w:p>
    <w:p>
      <w:pPr>
        <w:jc w:val="right"/>
      </w:pPr>
      <w:r>
        <w:t>ہماری جو ارتھ ہے، ارتھ کے مختلف حصے میں آئے۔ یعنی شروع میں انسان آباد ہوا تھا عراق کے ایریا میں، دجلہ و فرات کے جو ہے درمیان جو علاقہ ہے،</w:t>
      </w:r>
    </w:p>
    <w:p>
      <w:r>
        <w:rPr>
          <w:b/>
        </w:rPr>
        <w:t xml:space="preserve">[08:45] </w:t>
      </w:r>
      <w:r>
        <w:t>wahan.</w:t>
      </w:r>
    </w:p>
    <w:p>
      <w:pPr>
        <w:jc w:val="right"/>
      </w:pPr>
      <w:r>
        <w:t>وہاں۔</w:t>
      </w:r>
    </w:p>
    <w:p>
      <w:r>
        <w:rPr>
          <w:b/>
        </w:rPr>
        <w:t xml:space="preserve">[08:48] </w:t>
      </w:r>
      <w:r>
        <w:t>phir jab Nuh ka toofan aaya, Nuh ke toofan mein log disperse hue, disperse ho ke duniya ke mukhtalif hisson mein pahunche.</w:t>
      </w:r>
    </w:p>
    <w:p>
      <w:pPr>
        <w:jc w:val="right"/>
      </w:pPr>
      <w:r>
        <w:t>پھر جب نوح کا طوفان آیا، نوح کے طوفان میں لوگ ڈسپرس ہوئے، ڈسپرس ہو کے دنیا کے مختلف حصوں میں پہنچے۔</w:t>
      </w:r>
    </w:p>
    <w:p>
      <w:r>
        <w:rPr>
          <w:b/>
        </w:rPr>
        <w:t xml:space="preserve">[09:00] </w:t>
      </w:r>
      <w:r>
        <w:t>to yeh is tarah se tareekh ban rahi hai yahan par.</w:t>
      </w:r>
    </w:p>
    <w:p>
      <w:pPr>
        <w:jc w:val="right"/>
      </w:pPr>
      <w:r>
        <w:t>تو یہ اس طرح سے تاریخ بن رہی ہے یہاں پر۔</w:t>
      </w:r>
    </w:p>
    <w:p>
      <w:r>
        <w:rPr>
          <w:b/>
        </w:rPr>
        <w:t xml:space="preserve">[09:07] </w:t>
      </w:r>
      <w:r>
        <w:t>to yeh jo</w:t>
      </w:r>
    </w:p>
    <w:p>
      <w:pPr>
        <w:jc w:val="right"/>
      </w:pPr>
      <w:r>
        <w:t>تو یہ جو</w:t>
      </w:r>
    </w:p>
    <w:p>
      <w:r>
        <w:rPr>
          <w:b/>
        </w:rPr>
        <w:t xml:space="preserve">[09:10] </w:t>
      </w:r>
      <w:r>
        <w:t>history hai, to pehla period hai prophetic period, yani paighambaron ka daur. phir Rasool Allah par nabuwat khatm ho gayi,</w:t>
      </w:r>
    </w:p>
    <w:p>
      <w:pPr>
        <w:jc w:val="right"/>
      </w:pPr>
      <w:r>
        <w:t>ہسٹری ہے، تو پہلا پیریڈ ہے پرافٹک پیریڈ، یعنی پیغمبروں کا دور۔ پھر رسول اللہ پر نبوت ختم ہوگئی،</w:t>
      </w:r>
    </w:p>
    <w:p>
      <w:r>
        <w:rPr>
          <w:b/>
        </w:rPr>
        <w:t xml:space="preserve">[09:24] </w:t>
      </w:r>
      <w:r>
        <w:t>ab nabiyon ka daur khatm hua, ab ummat ka daur shuru hua. to nabiyon ke daur mein Quran batata hai ke thumma arsalna rusulana tutara,</w:t>
      </w:r>
    </w:p>
    <w:p>
      <w:pPr>
        <w:jc w:val="right"/>
      </w:pPr>
      <w:r>
        <w:t>اب نبیوں کا دور ختم ہوا، اب امت کا دور شروع ہوا۔ تو نبیوں کے دور میں قرآن بتاتا ہے کہ ثم ارسلنا رسلنا تطرا،</w:t>
      </w:r>
    </w:p>
    <w:p>
      <w:r>
        <w:rPr>
          <w:b/>
        </w:rPr>
        <w:t xml:space="preserve">[09:41] </w:t>
      </w:r>
      <w:r>
        <w:t>yani musalsal nabi aate rahe har hisse mein, har ilaaqe mein. agarche un ki history nahi bani, woh un ko itna bara support nahi mila ke un ki history bane,</w:t>
      </w:r>
    </w:p>
    <w:p>
      <w:pPr>
        <w:jc w:val="right"/>
      </w:pPr>
      <w:r>
        <w:t>یعنی مسلسل نبی آتے رہے ہر حصے میں، ہر علاقے میں۔ اگرچہ ان کی ہسٹری نہیں بنی، وہ ان کو اتنا بڑا سپورٹ نہیں ملا کہ ان کی ہسٹری بنے،</w:t>
      </w:r>
    </w:p>
    <w:p>
      <w:r>
        <w:rPr>
          <w:b/>
        </w:rPr>
        <w:t xml:space="preserve">[09:59] </w:t>
      </w:r>
      <w:r>
        <w:t>lekin ailan hua. yani tareekh mein ailan ka tasalsul, continuation to yaqeenan hai, magar tareekh mein</w:t>
      </w:r>
    </w:p>
    <w:p>
      <w:pPr>
        <w:jc w:val="right"/>
      </w:pPr>
      <w:r>
        <w:t>لیکن اعلان ہوا۔ یعنی تاریخ میں اعلان کا تسلسل، کنٹینیویشن تو یقینا ہے، مگر تاریخ میں</w:t>
      </w:r>
    </w:p>
    <w:p>
      <w:r>
        <w:rPr>
          <w:b/>
        </w:rPr>
        <w:t xml:space="preserve">[10:13] </w:t>
      </w:r>
      <w:r>
        <w:t>yeh nahi hua ke un ki un ki bari group bane, bara aik community bane, aur woh aik duniya mein phailen.</w:t>
      </w:r>
    </w:p>
    <w:p>
      <w:pPr>
        <w:jc w:val="right"/>
      </w:pPr>
      <w:r>
        <w:t>یہ نہیں ہوا کہ ان کی ان کی بڑی گروپ بنے، بڑا ایک کمیونٹی بنے، اور وہ ایک دنیا میں پھیلیں۔</w:t>
      </w:r>
    </w:p>
    <w:p>
      <w:r>
        <w:rPr>
          <w:b/>
        </w:rPr>
        <w:t xml:space="preserve">[10:29] </w:t>
      </w:r>
      <w:r>
        <w:t>is is lihaaz se yeh nahi hua, yahan tak ke Rasool Allah ke zamane mein nabuwat ka silsila khatm ho gaya. ab dekhiye, sawal yeh hai ke Adam se le kar Rasool Allah tak jo nizam raha Allah taala ka,</w:t>
      </w:r>
    </w:p>
    <w:p>
      <w:pPr>
        <w:jc w:val="right"/>
      </w:pPr>
      <w:r>
        <w:t>اس اس لحاظ سے یہ نہیں ہوا، یہاں تک کہ رسول اللہ کے زمانے میں نبوت کا سلسلہ ختم ہو گیا۔ اب دیکھیے، سوال یہ ہے کہ آدم سے لے کر رسول اللہ تک جو نظام رہا اللہ تعالی کا،</w:t>
      </w:r>
    </w:p>
    <w:p>
      <w:r>
        <w:rPr>
          <w:b/>
        </w:rPr>
        <w:t xml:space="preserve">[10:47] </w:t>
      </w:r>
      <w:r>
        <w:t>woh tha ke nabi aate the, nabi aate the, nabi aate the. to saatvi sadi isvi mein nabuwat jab khatm ho gayi, is ke baad se koi nabi nahi aaya,</w:t>
      </w:r>
    </w:p>
    <w:p>
      <w:pPr>
        <w:jc w:val="right"/>
      </w:pPr>
      <w:r>
        <w:t>وہ تھا کہ نبی آتے تھے، نبی آتے تھے، نبی آتے تھے۔ تو ساتویں صدی عیسوی میں نبوت جب ختم ہوگئی، اس کے بعد سے کوئی نبی نہیں آیا،</w:t>
      </w:r>
    </w:p>
    <w:p>
      <w:r>
        <w:rPr>
          <w:b/>
        </w:rPr>
        <w:t xml:space="preserve">[11:01] </w:t>
      </w:r>
      <w:r>
        <w:t>na aane wala hai. ab koi nabi aane wala nahi hai. to sawal yeh hai ke woh jo Allah taala ne, Allah taala ka jo creation plan tha, jo takhleeqi mansooba tha,</w:t>
      </w:r>
    </w:p>
    <w:p>
      <w:pPr>
        <w:jc w:val="right"/>
      </w:pPr>
      <w:r>
        <w:t>نہ آنے والا ہے۔ اب کوئی نبی آنے والا نہیں ہے۔ تو سوال یہ ہے کہ وہ جو اللہ تعالی نے، اللہ تعالی کا جو کریشن پلان تھا، جو تخلیقی منصوبہ تھا،</w:t>
      </w:r>
    </w:p>
    <w:p>
      <w:r>
        <w:rPr>
          <w:b/>
        </w:rPr>
        <w:t xml:space="preserve">[11:15] </w:t>
      </w:r>
      <w:r>
        <w:t>kya woh bhi, woh bhi khatm ho gaya? nahi, nabiyon ki aamad ka silsila zaroor khatm hua, lekin Allah ka creation plan badastoor baqi raha.</w:t>
      </w:r>
    </w:p>
    <w:p>
      <w:pPr>
        <w:jc w:val="right"/>
      </w:pPr>
      <w:r>
        <w:t>کیا وہ بھی، وہ بھی ختم ہو گیا؟ نہیں، نبیوں کی آمد کا سلسلہ ضرور ختم ہوا، لیکن اللہ کا کریشن پلان بدستور باقی رہا۔</w:t>
      </w:r>
    </w:p>
    <w:p>
      <w:r>
        <w:rPr>
          <w:b/>
        </w:rPr>
        <w:t xml:space="preserve">[11:28] </w:t>
      </w:r>
      <w:r>
        <w:t>krishan plan of god jo hai, main koi koi change nahi aaya. woh kis tarah? woh is tarah ke aakhri nabi ke zariye Allah ki kitab mehfooz kar di gayi,</w:t>
      </w:r>
    </w:p>
    <w:p>
      <w:pPr>
        <w:jc w:val="right"/>
      </w:pPr>
      <w:r>
        <w:t>کریشن پلان آف گاڈ جو ہے، میں کوئی کوئی چینج نہیں آیا۔ وہ کس طرح؟ وہ اس طرح کہ آخری نبی کے ذریعے اللہ کی کتاب محفوظ کر دی گئی،</w:t>
      </w:r>
    </w:p>
    <w:p>
      <w:r>
        <w:rPr>
          <w:b/>
        </w:rPr>
        <w:t xml:space="preserve">[11:46] </w:t>
      </w:r>
      <w:r>
        <w:t>mukammal taur par mehfooz, preserve kar di gayi. aur is ke baad aap jante hain ke printing press ka zamana aaya, communication ka zamana aaya, insan duniya mein phailay,</w:t>
      </w:r>
    </w:p>
    <w:p>
      <w:pPr>
        <w:jc w:val="right"/>
      </w:pPr>
      <w:r>
        <w:t>مکمل طور پر محفوظ، پریزرو کر دی گئی۔ اور اس کے بعد آپ جانتے ہیں کہ پینٹنگ پریس کا زمانہ آیا، کمیونیکیشن کا زمانہ آیا، انسان دنیا میں پھیلے،</w:t>
      </w:r>
    </w:p>
    <w:p>
      <w:r>
        <w:rPr>
          <w:b/>
        </w:rPr>
        <w:t xml:space="preserve">[12:01] </w:t>
      </w:r>
      <w:r>
        <w:t>musalmanon ki ek bohat bari strong community ban gayi. yeh sab kuch is liye tha ke nabi ke chhoray hue aasaar hidayat ko mehfooz karne ka.</w:t>
      </w:r>
    </w:p>
    <w:p>
      <w:pPr>
        <w:jc w:val="right"/>
      </w:pPr>
      <w:r>
        <w:t>مسلمانوں کی ایک بہت بڑی سٹرانگ کمیونٹی بن گئی۔ یہ سب کچھ اس لیے تھا کہ نبی کے چھوڑے ہوئے اعضاء ہدایت کو محفوظ کرنے کا۔</w:t>
      </w:r>
    </w:p>
    <w:p>
      <w:r>
        <w:rPr>
          <w:b/>
        </w:rPr>
        <w:t xml:space="preserve">[12:13] </w:t>
      </w:r>
      <w:r>
        <w:t>toh Allah taala ne Rasool Allah ke baad koi nabi nahi bhejay, na koi nabi aanay wala hai, lekin nabi ki qaim muqam ke liye ek kutub ummat maujood hai.</w:t>
      </w:r>
    </w:p>
    <w:p>
      <w:pPr>
        <w:jc w:val="right"/>
      </w:pPr>
      <w:r>
        <w:t>تو اللہ تعالی نے رسول اللہ کے بعد کوئی نبی نہیں بھیجے، نہ کوئی نبی آنے والا ہے، لیکن نبی کی قائم مقام کے لیے ایک کتب امت موجود ہے۔</w:t>
      </w:r>
    </w:p>
    <w:p>
      <w:r>
        <w:rPr>
          <w:b/>
        </w:rPr>
        <w:t xml:space="preserve">[12:26] </w:t>
      </w:r>
      <w:r>
        <w:t>nabi ki qaim muqam ke liye ek kutub ummat, ummat maujood hai,</w:t>
      </w:r>
    </w:p>
    <w:p>
      <w:pPr>
        <w:jc w:val="right"/>
      </w:pPr>
      <w:r>
        <w:t>نبی کی قائم مقام کے لیے ایک کتب امت، امت موجود ہے،</w:t>
      </w:r>
    </w:p>
    <w:p>
      <w:r>
        <w:rPr>
          <w:b/>
        </w:rPr>
        <w:t xml:space="preserve">[12:32] </w:t>
      </w:r>
      <w:r>
        <w:t>aur poori tehreer, tehzeeb is ki muwafiqat mein hai. jo yani civilization ka jo development hua, civilization ka development sainkaron saal mein, woh is ke favor mein hai.</w:t>
      </w:r>
    </w:p>
    <w:p>
      <w:pPr>
        <w:jc w:val="right"/>
      </w:pPr>
      <w:r>
        <w:t>اور پوری تحریر، تہذیب اس کی موافقت میں ہے۔ جو یعنی سویلائزیشن کا جو ڈیولپمنٹ ہوا، سویلائزیشن کا ڈیولپمنٹ سینکڑوں سال میں، وہ اس کے فیور میں ہے۔</w:t>
      </w:r>
    </w:p>
    <w:p>
      <w:r>
        <w:rPr>
          <w:b/>
        </w:rPr>
        <w:t xml:space="preserve">[12:48] </w:t>
      </w:r>
      <w:r>
        <w:t>yani duniya mein azadi aayi, freedom aayi, printing press bana, communication ka zamana aaya, aur interaction barha.</w:t>
      </w:r>
    </w:p>
    <w:p>
      <w:pPr>
        <w:jc w:val="right"/>
      </w:pPr>
      <w:r>
        <w:t>یعنی دنیا میں آزادی آئی، فریڈم آئی، پینٹنگ پریس بنا، کمیونیکیشن کا زمانہ آیا، اور انٹریکشن بڑھا۔</w:t>
      </w:r>
    </w:p>
    <w:p>
      <w:r>
        <w:rPr>
          <w:b/>
        </w:rPr>
        <w:t xml:space="preserve">[13:01] </w:t>
      </w:r>
      <w:r>
        <w:t>yani har aitbar se woh halaat banay jo dawat ke kaam ke liye muwafiq hon, muwafiq halaat.</w:t>
      </w:r>
    </w:p>
    <w:p>
      <w:pPr>
        <w:jc w:val="right"/>
      </w:pPr>
      <w:r>
        <w:t>یعنی ہر اعتبار سے وہ حالات بنے جو دعوت کے کام کے لیے موافق ہوں، موافق حالات۔</w:t>
      </w:r>
    </w:p>
    <w:p>
      <w:r>
        <w:rPr>
          <w:b/>
        </w:rPr>
        <w:t xml:space="preserve">[13:13] </w:t>
      </w:r>
      <w:r>
        <w:t>lekin hum kya dekhte hain? ek ek manzar hum yeh dekhte hain ke Rasool Allah ke zamane mein dawat ka kaam hua tha, baqayda.</w:t>
      </w:r>
    </w:p>
    <w:p>
      <w:pPr>
        <w:jc w:val="right"/>
      </w:pPr>
      <w:r>
        <w:t>لیکن ہم کیا دیکھتے ہیں؟ ایک ایک منظر ہم یہ دیکھتے ہیں کہ رسول اللہ کے زمانے میں دعوت کا کام ہوا تھا، باقاعدہ۔</w:t>
      </w:r>
    </w:p>
    <w:p>
      <w:r>
        <w:rPr>
          <w:b/>
        </w:rPr>
        <w:t xml:space="preserve">[13:24] </w:t>
      </w:r>
      <w:r>
        <w:t>is ke baad dawat ka kaam, dawat ka concept hi khatam ho gaya. yeh bohat ajeeb baat hai ke peghambar ki qaim muqam ke liye jo ummat bani thi,</w:t>
      </w:r>
    </w:p>
    <w:p>
      <w:pPr>
        <w:jc w:val="right"/>
      </w:pPr>
      <w:r>
        <w:t>اس کے بعد دعوت کا کام، دعوت کا کنسیپٹ ہی ختم ہو گیا۔ یہ بہت عجیب بات ہے کہ پیغمبر کی قائم مقام کے لیے جو امت بنی تھی،</w:t>
      </w:r>
    </w:p>
    <w:p>
      <w:r>
        <w:rPr>
          <w:b/>
        </w:rPr>
        <w:t xml:space="preserve">[13:40] </w:t>
      </w:r>
      <w:r>
        <w:t>ummat Muslima, toh ummat Muslima tak puhanchay puhanchay dawat ka sabz khatam ho gaya. yeh bohat ajeeb baat hai ke Quran agar aap parhayn, aap toh Quran ek kitab dawat hai saaray insanon ke liye.</w:t>
      </w:r>
    </w:p>
    <w:p>
      <w:pPr>
        <w:jc w:val="right"/>
      </w:pPr>
      <w:r>
        <w:t>امت مسلمہ، تو امت مسلمہ تک پہنچتے پہنچتے دعوت کا سب سے ختم ہو گیا۔ یہ بہت عجیب بات ہے کہ قرآن اگر آپ پڑھیں، آپ تو قرآن ایک کتاب دعوت ہے سارے انسانوں کے لیے۔</w:t>
      </w:r>
    </w:p>
    <w:p>
      <w:r>
        <w:rPr>
          <w:b/>
        </w:rPr>
        <w:t xml:space="preserve">[14:00] </w:t>
      </w:r>
      <w:r>
        <w:t>Dilli mein meri mulaqat ek ek Hindu se hui, parhay likhay Hindu se. woh Chandni Chowk mein rehtay thay. toh unhon ne kaha ke shuru mein main Quran nahi parhta tha kyunke main samajhta tha ke yeh toh musalmanon ki kitab hai,</w:t>
      </w:r>
    </w:p>
    <w:p>
      <w:pPr>
        <w:jc w:val="right"/>
      </w:pPr>
      <w:r>
        <w:t>دلی میں میری ملاقات ایک ایک ہندو سے ہوئی، پڑھے لکھے ہندو سے۔ وہ چاندی چوک میں رہتے تھے۔ تو انہوں نے کہا کہ شروع میں میں قرآن نہیں پڑھتا تھا کیونکہ میں سمجھتا تھا کہ یہ تو مسلمانوں کی کتاب ہے،</w:t>
      </w:r>
    </w:p>
    <w:p>
      <w:r>
        <w:rPr>
          <w:b/>
        </w:rPr>
        <w:t xml:space="preserve">[14:18] </w:t>
      </w:r>
      <w:r>
        <w:t>hamaray liye toh hai nahi. phir kisi ne un ko Quran ka tarjuma diya, translation.</w:t>
      </w:r>
    </w:p>
    <w:p>
      <w:pPr>
        <w:jc w:val="right"/>
      </w:pPr>
      <w:r>
        <w:t>ہمارے لیے تو ہے نہیں۔ پھر کسی نے ان کو قرآن کا ترجمہ دیا، ٹرانسلیشن۔</w:t>
      </w:r>
    </w:p>
    <w:p>
      <w:r>
        <w:rPr>
          <w:b/>
        </w:rPr>
        <w:t xml:space="preserve">[14:28] </w:t>
      </w:r>
      <w:r>
        <w:t>toh jab unhon ne khola Quran ko toh shuru hi mein pehlay hi page par un ko mila: "Rabbul Alameen, Alhamdulillah Rabbul Alameen".</w:t>
      </w:r>
    </w:p>
    <w:p>
      <w:pPr>
        <w:jc w:val="right"/>
      </w:pPr>
      <w:r>
        <w:t>تو جب انہوں نے کھولا قرآن کو تو شروع ہی میں پہلے ہی پیج پر ان کو ملا: "رب العالمین، الحمدللہ رب العالمین"۔</w:t>
      </w:r>
    </w:p>
    <w:p>
      <w:r>
        <w:rPr>
          <w:b/>
        </w:rPr>
        <w:t xml:space="preserve">[14:37] </w:t>
      </w:r>
      <w:r>
        <w:t>toh bohat taajjub un ko hua ke Quran mein "Rabbul Alameen" likha hua hai, halankay woh samajhtay thay ke wahan toh likha hoga "Rabbul Muslimeen".</w:t>
      </w:r>
    </w:p>
    <w:p>
      <w:pPr>
        <w:jc w:val="right"/>
      </w:pPr>
      <w:r>
        <w:t>تو بہت تعجب ان کو ہوا کہ قرآن میں "رب العالمین" لکھا ہوا ہے، حالانکہ وہ سمجھتے تھے کہ وہاں تو لکھا ہوگا "رب المسلمین"۔</w:t>
      </w:r>
    </w:p>
    <w:p>
      <w:r>
        <w:rPr>
          <w:b/>
        </w:rPr>
        <w:t xml:space="preserve">[14:48] </w:t>
      </w:r>
      <w:r>
        <w:t>woh jo chhoray hue thay Quran ko, nahi parhtay thay.</w:t>
      </w:r>
    </w:p>
    <w:p>
      <w:pPr>
        <w:jc w:val="right"/>
      </w:pPr>
      <w:r>
        <w:t>وہ جو چھوڑے ہوئے تھے قرآن کو، نہیں پڑھتے تھے۔</w:t>
      </w:r>
    </w:p>
    <w:p>
      <w:r>
        <w:rPr>
          <w:b/>
        </w:rPr>
        <w:t xml:space="preserve">[14:54] </w:t>
      </w:r>
      <w:r>
        <w:t>toh is liye ke woh samajhtay thay ke Quran mein likha hoga ke yeh "Rabbul Alameen", yeh "Rabbul Muslimeen" ki kitab hai musalmanon ke liye.</w:t>
      </w:r>
    </w:p>
    <w:p>
      <w:pPr>
        <w:jc w:val="right"/>
      </w:pPr>
      <w:r>
        <w:t>تو اس لیے کہ وہ سمجھتے تھے کہ قرآن میں لکھا ہوگا کہ یہ "رب العالمین"، یہ "رب المسلمین" کی کتاب ہے مسلمانوں کے لیے۔</w:t>
      </w:r>
    </w:p>
    <w:p>
      <w:r>
        <w:rPr>
          <w:b/>
        </w:rPr>
        <w:t xml:space="preserve">[15:07] </w:t>
      </w:r>
      <w:r>
        <w:t>toh is ko "Rabbul Muslimeen" samajh kar chhoray hue thay. phir jab unhon ne khola is ko toh pehlay hi page mein mila ke "Rabbul Alameen".</w:t>
      </w:r>
    </w:p>
    <w:p>
      <w:pPr>
        <w:jc w:val="right"/>
      </w:pPr>
      <w:r>
        <w:t>تو اس کو "رب المسلمین" سمجھ کر چھوڑے ہوئے تھے۔ پھر جب انہوں نے کھولا اس کو تو پہلے ہی پیج میں ملا کہ "رب العالمین"۔</w:t>
      </w:r>
    </w:p>
    <w:p>
      <w:r>
        <w:rPr>
          <w:b/>
        </w:rPr>
        <w:t xml:space="preserve">[15:19] </w:t>
      </w:r>
      <w:r>
        <w:t>yeh kitab toh saaray insanon ke liye hai, meray liye bhi hai, meray liye bhi hai. toh mujhe yaad hai unhon ne ek kitab likhi thi is is daryaft ke baad,</w:t>
      </w:r>
    </w:p>
    <w:p>
      <w:pPr>
        <w:jc w:val="right"/>
      </w:pPr>
      <w:r>
        <w:t>یہ کتاب تو سارے انسانوں کے لیے ہے، میرے لیے بھی ہے، میرے لیے بھی ہے۔ تو مجھے یاد ہے انہوں نے ایک کتاب لکھی تھی اس اس دریافت کے بعد،</w:t>
      </w:r>
    </w:p>
    <w:p>
      <w:r>
        <w:rPr>
          <w:b/>
        </w:rPr>
        <w:t xml:space="preserve">[15:35] </w:t>
      </w:r>
      <w:r>
        <w:t>is ka naam tha "Islam for All". ek choti si kitab thi, aap pamphlet keh saktay hain.</w:t>
      </w:r>
    </w:p>
    <w:p>
      <w:pPr>
        <w:jc w:val="right"/>
      </w:pPr>
      <w:r>
        <w:t>اس کا نام تھا "اسلام فار ال"۔ ایک چھوٹی سی کتاب تھی، آپ پمفلیٹ کہہ سکتے ہیں۔</w:t>
      </w:r>
    </w:p>
    <w:p>
      <w:r>
        <w:rPr>
          <w:b/>
        </w:rPr>
        <w:t xml:space="preserve">[15:44] </w:t>
      </w:r>
      <w:r>
        <w:t>toh unhon ne khud likhi thi "Islam for All", yani Islam musalmanon ke liye nahi, sari duniya ke liye. toh yeh bohat hi ziyada research ki baat hai,</w:t>
      </w:r>
    </w:p>
    <w:p>
      <w:pPr>
        <w:jc w:val="right"/>
      </w:pPr>
      <w:r>
        <w:t>تو انہوں نے خود لکھی تھی "اسلام فار ال"، یعنی اسلام مسلمانوں کے لیے نہیں، ساری دنیا کے لیے۔ تو یہ بہت ہی زیادہ ریسرچ کی بات ہے،</w:t>
      </w:r>
    </w:p>
    <w:p>
      <w:r>
        <w:rPr>
          <w:b/>
        </w:rPr>
        <w:t xml:space="preserve">[16:01] </w:t>
      </w:r>
      <w:r>
        <w:t>tahqeeq karne ki baat hai ke kyun aisa hua. aisa kyun hua ke</w:t>
      </w:r>
    </w:p>
    <w:p>
      <w:pPr>
        <w:jc w:val="right"/>
      </w:pPr>
      <w:r>
        <w:t>تحقیق کرنے کی بات ہے کہ کیوں ایسا ہوا۔ ایسا کیوں ہوا کہ</w:t>
      </w:r>
    </w:p>
    <w:p>
      <w:r>
        <w:rPr>
          <w:b/>
        </w:rPr>
        <w:t xml:space="preserve">[16:10] </w:t>
      </w:r>
      <w:r>
        <w:t>ke peghambar toh is din nahi aa rahay hain ke Allah ka faisla hai ke Rasool Allah Salallaho Alaihe Wasallam par nabuwat khatam ho gayi ho jaye. lekin sawal yeh hai ke peghambar ke kaam kyun discontinue ho gaya?</w:t>
      </w:r>
    </w:p>
    <w:p>
      <w:pPr>
        <w:jc w:val="right"/>
      </w:pPr>
      <w:r>
        <w:t>کہ پیغمبر تو اس دن نہیں آ رہے ہیں کہ اللہ کا فیصلہ ہے کہ رسول اللہ صلی اللہ علیہ وسلم پر نبوت ختم ہوگئے ہو جائے۔ لیکن سوال یہ ہے کہ پیغمبر کے کام کیوں ڈسکنٹینیو ہو گیا؟</w:t>
      </w:r>
    </w:p>
    <w:p>
      <w:r>
        <w:rPr>
          <w:b/>
        </w:rPr>
        <w:t xml:space="preserve">[16:25] </w:t>
      </w:r>
      <w:r>
        <w:t>yani Rasool agar naya nahi aa raha hai ke Rasool Muhammad Salallaho Alaihe Wasallam ke baad toh woh toh Allah ka faisla tha. Quran mein ailan kar diya gaya tha ke Rasool Allah Khatam un Nabiyyin hain.</w:t>
      </w:r>
    </w:p>
    <w:p>
      <w:pPr>
        <w:jc w:val="right"/>
      </w:pPr>
      <w:r>
        <w:t>یعنی رسول اگر نیا نہیں آ رہا ہے کہ رسول محمد صلی اللہ علیہ وسلم کے بعد تو وہ تو اللہ کا فیصلہ تھا۔ قرآن میں اعلان کر دیا گیا تھا کہ رسول اللہ خاتم النبیین ہیں۔</w:t>
      </w:r>
    </w:p>
    <w:p>
      <w:r>
        <w:rPr>
          <w:b/>
        </w:rPr>
        <w:t xml:space="preserve">[16:37] </w:t>
      </w:r>
      <w:r>
        <w:t>lekin sawal yeh hai ke kya peghambar ka peghambar ke mission ko</w:t>
      </w:r>
    </w:p>
    <w:p>
      <w:pPr>
        <w:jc w:val="right"/>
      </w:pPr>
      <w:r>
        <w:t>لیکن سوال یہ ہے کہ کیا پیغمبر کا پیغمبر کے مشن کو</w:t>
      </w:r>
    </w:p>
    <w:p>
      <w:r>
        <w:rPr>
          <w:b/>
        </w:rPr>
        <w:t xml:space="preserve">[16:47] </w:t>
      </w:r>
      <w:r>
        <w:t>discontinou ho gaya? ab jo islam phaila hai, phail raha hai, woh to apni apni taqat se phail raha hai, khud apni taqat se.</w:t>
      </w:r>
    </w:p>
    <w:p>
      <w:pPr>
        <w:jc w:val="right"/>
      </w:pPr>
      <w:r>
        <w:t>ڈسکنٹینیو ہو گیا؟ اب جو اسلام پھیلا ہے، پھیل رہا ہے، وہ تو اپنی اپنی طاقت سے پھیل رہا ہے، خود اپنی طاقت سے۔</w:t>
      </w:r>
    </w:p>
    <w:p>
      <w:r>
        <w:rPr>
          <w:b/>
        </w:rPr>
        <w:t xml:space="preserve">[16:57] </w:t>
      </w:r>
      <w:r>
        <w:t>kyunke bohat se log parhte hain quran ko to dekhte hain ke quran kehta hai ke "iya al musalmoon"۔ nahi, nahi kehta۔ balkeh quran mein bar bar insan ko khitab hai: "iya al insan, iya al naas,</w:t>
      </w:r>
    </w:p>
    <w:p>
      <w:pPr>
        <w:jc w:val="right"/>
      </w:pPr>
      <w:r>
        <w:t>کیونکہ بہت سے لوگ پڑھتے ہیں قرآن کو تو دیکھتے ہیں کہ قرآن کہتا ہے کہ "ایہا المسلمون"۔ نہیں، نہیں کہتا۔ بلکہ قرآن میں بار بار انسان کو خطاب ہے: "ایہا الانسان، ایہا الناس،</w:t>
      </w:r>
    </w:p>
    <w:p>
      <w:r>
        <w:rPr>
          <w:b/>
        </w:rPr>
        <w:t xml:space="preserve">[17:12] </w:t>
      </w:r>
      <w:r>
        <w:t>"ya bani adam"۔ to meri mulaqat ek ek angrez se hui, woh islam qabool kar liya tha, unhon ne baat ko.</w:t>
      </w:r>
    </w:p>
    <w:p>
      <w:pPr>
        <w:jc w:val="right"/>
      </w:pPr>
      <w:r>
        <w:t>یا بنی آدم"۔ تو میری ملاقات ایک ایک انگریز سے ہوئی، وہ اسلام قبول کر لیا تھا، انہوں نے بات کو۔</w:t>
      </w:r>
    </w:p>
    <w:p>
      <w:r>
        <w:rPr>
          <w:b/>
        </w:rPr>
        <w:t xml:space="preserve">[17:26] </w:t>
      </w:r>
      <w:r>
        <w:t>to woh bhi isi shakk, isi shakk mein mubtala the ke quran to musalmanon ki kitab hai۔ to kisi ne un ko tarjuma de diya, english tarjuma.</w:t>
      </w:r>
    </w:p>
    <w:p>
      <w:pPr>
        <w:jc w:val="right"/>
      </w:pPr>
      <w:r>
        <w:t>تو وہ بھی اسی شک، اسی شک میں مبتلا تھے کہ قرآن تو مسلمانوں کی کتاب ہے۔ تو کسی نے ان کو ترجمہ دے دیا، انگلش ترجمہ۔</w:t>
      </w:r>
    </w:p>
    <w:p>
      <w:r>
        <w:rPr>
          <w:b/>
        </w:rPr>
        <w:t xml:space="preserve">[17:35] </w:t>
      </w:r>
      <w:r>
        <w:t>to jab khola unhon ne to jagah jagah tha: "iya al insan, iya al insan, iya al insan"۔ to unhon ne kaha: "quran to mujh ko address kar raha hai, quran mujh ko address kar raha hai"۔</w:t>
      </w:r>
    </w:p>
    <w:p>
      <w:pPr>
        <w:jc w:val="right"/>
      </w:pPr>
      <w:r>
        <w:t>تو جب کھولا انہوں نے تو جگہ جگہ تھا: "ایہا الانسان، ایہا الانسان، ایہا الانسان"۔ تو انہوں نے کہا: "قرآن تو مجھ کو ایڈریس کر رہا ہے، قرآن مجھ کو ایڈریس کر رہا ہے"۔</w:t>
      </w:r>
    </w:p>
    <w:p>
      <w:r>
        <w:rPr>
          <w:b/>
        </w:rPr>
        <w:t xml:space="preserve">[17:48] </w:t>
      </w:r>
      <w:r>
        <w:t>to parha is ko, parhte parhte woh islam qabool kar liya unhon ne۔ to yeh sawal ek hai ke kya wajah hai ke quran ek kitab dawat hai?</w:t>
      </w:r>
    </w:p>
    <w:p>
      <w:pPr>
        <w:jc w:val="right"/>
      </w:pPr>
      <w:r>
        <w:t>تو پڑھا اس کو، پڑھتے پڑھتے وہ اسلام قبول کر لیا انہوں نے۔ تو یہ سوال ایک ہے کہ کیا وجہ ہے کہ قرآن ایک کتاب دعوت ہے؟</w:t>
      </w:r>
    </w:p>
    <w:p>
      <w:r>
        <w:rPr>
          <w:b/>
        </w:rPr>
        <w:t xml:space="preserve">[18:02] </w:t>
      </w:r>
      <w:r>
        <w:t>saare quran mein dawat ki baat hai aur rasool Allah ke zamane mein, sahaba ke zamane mein quran ko khoob phailane ka kaam hua, kitab dawat ke taur par liya gaya۔</w:t>
      </w:r>
    </w:p>
    <w:p>
      <w:pPr>
        <w:jc w:val="right"/>
      </w:pPr>
      <w:r>
        <w:t>سارے قرآن میں دعوت کی بات ہے اور رسول اللہ کے زمانے میں، صحابہ کے زمانے میں قرآن کو خوب پھیلانے کا کام ہوا، کتاب دعوت کے طور پر لیا گیا۔</w:t>
      </w:r>
    </w:p>
    <w:p>
      <w:r>
        <w:rPr>
          <w:b/>
        </w:rPr>
        <w:t xml:space="preserve">[18:17] </w:t>
      </w:r>
      <w:r>
        <w:t>lekin baad ke zamane mein kyun aisa hua ke dawat ka tasawwur hi musalman mein khatam ho gaya?</w:t>
      </w:r>
    </w:p>
    <w:p>
      <w:pPr>
        <w:jc w:val="right"/>
      </w:pPr>
      <w:r>
        <w:t>لیکن بعد کے زمانے میں کیوں ایسا ہوا کہ دعوت کا تصور ہی مسلمان میں ختم ہو گیا؟</w:t>
      </w:r>
    </w:p>
    <w:p>
      <w:r>
        <w:rPr>
          <w:b/>
        </w:rPr>
        <w:t xml:space="preserve">[18:26] </w:t>
      </w:r>
      <w:r>
        <w:t>yahan tak ke aap dekhiye, hadithon ko jama kiya gaya abbasi daur mein, aap tamam hadithon ko chhaniye۔</w:t>
      </w:r>
    </w:p>
    <w:p>
      <w:pPr>
        <w:jc w:val="right"/>
      </w:pPr>
      <w:r>
        <w:t>یہاں تک کہ آپ دیکھیے، حدیثیں جمع کی گئی عباسی دور میں، آپ تمام حدیثوں کو چھانیے۔</w:t>
      </w:r>
    </w:p>
    <w:p>
      <w:r>
        <w:rPr>
          <w:b/>
        </w:rPr>
        <w:t xml:space="preserve">[18:39] </w:t>
      </w:r>
      <w:r>
        <w:t>to kaisi ajeeb baat hai ke hadith ki jo kitaben hain, un mein bohat se abwab hain, chapters hain, lekin kitab dawat o tabligh hai hi nahi۔</w:t>
      </w:r>
    </w:p>
    <w:p>
      <w:pPr>
        <w:jc w:val="right"/>
      </w:pPr>
      <w:r>
        <w:t>تو کیسی عجیب بات ہے کہ حدیث کی جو کتابیں ہیں، ان میں بہت سے ابواب ہیں، چیپٹرز ہیں، لیکن کتاب دعوت و تبلیغ ہے ہی نہیں۔</w:t>
      </w:r>
    </w:p>
    <w:p>
      <w:r>
        <w:rPr>
          <w:b/>
        </w:rPr>
        <w:t xml:space="preserve">[18:52] </w:t>
      </w:r>
      <w:r>
        <w:t>kitab al tahara hai, kitab al wuzu hai waghera, kitab al hajj hai۔ lekin kitab daawa o tabligh se hadith ki kitab mein maujood hi nahi hai۔</w:t>
      </w:r>
    </w:p>
    <w:p>
      <w:pPr>
        <w:jc w:val="right"/>
      </w:pPr>
      <w:r>
        <w:t>کتاب الطہارہ ہے، کتاب الوضو ہے وغیرہ، کتاب الحج ہے۔ لیکن کتاب دعویٰ و تبلیغ سے حدیث کی کتاب میں موجود ہی نہیں ہے۔</w:t>
      </w:r>
    </w:p>
    <w:p>
      <w:r>
        <w:rPr>
          <w:b/>
        </w:rPr>
        <w:t xml:space="preserve">[19:07] </w:t>
      </w:r>
      <w:r>
        <w:t>kaisi ajeeb baat hai!</w:t>
      </w:r>
    </w:p>
    <w:p>
      <w:pPr>
        <w:jc w:val="right"/>
      </w:pPr>
      <w:r>
        <w:t>کیسی عجیب بات ہے!</w:t>
      </w:r>
    </w:p>
    <w:p>
      <w:r>
        <w:rPr>
          <w:b/>
        </w:rPr>
        <w:t xml:space="preserve">[19:09] </w:t>
      </w:r>
      <w:r>
        <w:t>to dawat ka chapter hi hadaf ho gaya۔ jo bare bare nikle hain musalmanon mein, jaise al ghazali, ibn taimiya, ibn al qayyim, yazeed din, abdul salam, aur phir shah waliullah sahib waghera,</w:t>
      </w:r>
    </w:p>
    <w:p>
      <w:pPr>
        <w:jc w:val="right"/>
      </w:pPr>
      <w:r>
        <w:t>تو دعوت کا چیپٹر ہی حذف ہو گیا۔ جو بڑے بڑے نکلے ہیں مسلمانوں میں، جیسے الغزالی، ابن تیمیہ، ابن قیم، یز الدین، عبدالسلام، اور پھر شاہ ولی اللہ صاحب وغیرہ،</w:t>
      </w:r>
    </w:p>
    <w:p>
      <w:r>
        <w:rPr>
          <w:b/>
        </w:rPr>
        <w:t xml:space="preserve">[19:27] </w:t>
      </w:r>
      <w:r>
        <w:t>kisi ne bhi dawat par koi kitab nahi likhi۔ pehli kitab jo be ilm mein hai, baqayda likhi gayi, jo woh angrez ne likhi thi۔</w:t>
      </w:r>
    </w:p>
    <w:p>
      <w:pPr>
        <w:jc w:val="right"/>
      </w:pPr>
      <w:r>
        <w:t>کسی نے بھی دعوت پر کوئی کتاب لکھی نہیں۔ پہلی کتاب جو بے علم میں ہے، باقاعدہ لکھی گئی، جو وہ انگریز نے لکھی تھی۔</w:t>
      </w:r>
    </w:p>
    <w:p>
      <w:r>
        <w:rPr>
          <w:b/>
        </w:rPr>
        <w:t xml:space="preserve">[19:40] </w:t>
      </w:r>
      <w:r>
        <w:t>angrez ne</w:t>
      </w:r>
    </w:p>
    <w:p>
      <w:pPr>
        <w:jc w:val="right"/>
      </w:pPr>
      <w:r>
        <w:t>انگریز نے</w:t>
      </w:r>
    </w:p>
    <w:p>
      <w:r>
        <w:rPr>
          <w:b/>
        </w:rPr>
        <w:t xml:space="preserve">[19:44] </w:t>
      </w:r>
      <w:r>
        <w:t>T.W. Hornle, ek shakhs jo paida hua london mein, us ne arabi parhi aur bohat hi study ki, us ne islam ki, quran ki۔</w:t>
      </w:r>
    </w:p>
    <w:p>
      <w:pPr>
        <w:jc w:val="right"/>
      </w:pPr>
      <w:r>
        <w:t>ٹی ڈبلیو ہارنل، ایک شخص جو پیدا ہوا لندن میں، اس نے عربی پڑھی اور بہت ہی سٹڈی کی، اس نے اسلام کی، قرآن کی۔</w:t>
      </w:r>
    </w:p>
    <w:p>
      <w:r>
        <w:rPr>
          <w:b/>
        </w:rPr>
        <w:t xml:space="preserve">[19:58] </w:t>
      </w:r>
      <w:r>
        <w:t>to woh</w:t>
      </w:r>
    </w:p>
    <w:p>
      <w:pPr>
        <w:jc w:val="right"/>
      </w:pPr>
      <w:r>
        <w:t>تو وہ</w:t>
      </w:r>
    </w:p>
    <w:p>
      <w:r>
        <w:rPr>
          <w:b/>
        </w:rPr>
        <w:t xml:space="preserve">[20:02] </w:t>
      </w:r>
      <w:r>
        <w:t>inhi sadi mein jab darul uloom, jab muslim university bani, us waqt college tha, woh to wahan par ba tour professor ka aaya, woh ali garh university mein۔</w:t>
      </w:r>
    </w:p>
    <w:p>
      <w:pPr>
        <w:jc w:val="right"/>
      </w:pPr>
      <w:r>
        <w:t>انہی صدی میں جب دارالعلوم، جب مسلم یونیورسٹی بنی، اس وقت کالج تھا، وہ تو وہاں پر بطور پروفیسر کا آیا، وہ علی گڑھ یونیورسٹی میں۔</w:t>
      </w:r>
    </w:p>
    <w:p>
      <w:r>
        <w:rPr>
          <w:b/>
        </w:rPr>
        <w:t xml:space="preserve">[20:20] </w:t>
      </w:r>
      <w:r>
        <w:t>yeh us waqt ki baat hai jab ke ali garh mein shibli the aur doosre ulama the۔ to</w:t>
      </w:r>
    </w:p>
    <w:p>
      <w:pPr>
        <w:jc w:val="right"/>
      </w:pPr>
      <w:r>
        <w:t>یہ اس وقت کی بات ہے جب کہ علی گڑھ میں شبلی تھے اور دوسرے علماء تھے۔ تو</w:t>
      </w:r>
    </w:p>
    <w:p>
      <w:r>
        <w:rPr>
          <w:b/>
        </w:rPr>
        <w:t xml:space="preserve">[20:30] </w:t>
      </w:r>
      <w:r>
        <w:t>us ne pehli bar dawat ki tareekh par kitab likhi, jis ka naam tha "preaching of Islam"۔</w:t>
      </w:r>
    </w:p>
    <w:p>
      <w:pPr>
        <w:jc w:val="right"/>
      </w:pPr>
      <w:r>
        <w:t>اس نے پہلی بار دعوت کی تاریخ پر کتاب لکھی، جس کا نام تھا "پیچنگ آف اسلام"۔</w:t>
      </w:r>
    </w:p>
    <w:p>
      <w:r>
        <w:rPr>
          <w:b/>
        </w:rPr>
        <w:t xml:space="preserve">[20:42] </w:t>
      </w:r>
      <w:r>
        <w:t>"preaching of Islam" moti si kitab</w:t>
      </w:r>
    </w:p>
    <w:p>
      <w:pPr>
        <w:jc w:val="right"/>
      </w:pPr>
      <w:r>
        <w:t>"پیچنگ آف اسلام" موٹی سی کتاب</w:t>
      </w:r>
    </w:p>
    <w:p>
      <w:r>
        <w:rPr>
          <w:b/>
        </w:rPr>
        <w:t xml:space="preserve">[20:48] </w:t>
      </w:r>
      <w:r>
        <w:t>hamare haan se woh kitab chhapi hai, is ka title yeh hai "spirit of Islam"۔ to mere ilm ke mutabiq koi baqayda kitab jo dawat mein likhi gayi ho, woh yahi hai, pehli pehli kitab۔</w:t>
      </w:r>
    </w:p>
    <w:p>
      <w:pPr>
        <w:jc w:val="right"/>
      </w:pPr>
      <w:r>
        <w:t>ہمارے ہاں سے وہ کتاب چھپی ہے، اس کا ٹائٹل یہ ہے "اسپیریٹ آف اسلام"۔ تو میرے علم کے مطابق کوئی باقاعدہ کتاب جو دعوت میں لکھی گئی ہو، وہ یہی ہے، پہلی پہلی کتاب۔</w:t>
      </w:r>
    </w:p>
    <w:p>
      <w:r>
        <w:rPr>
          <w:b/>
        </w:rPr>
        <w:t xml:space="preserve">[21:04] </w:t>
      </w:r>
      <w:r>
        <w:t>lekin hamare ulama ne is ka istiqbal acha nahi kiya۔ woh aalimon ka zamana tha, india mein angrez rule kar rahe the۔</w:t>
      </w:r>
    </w:p>
    <w:p>
      <w:pPr>
        <w:jc w:val="right"/>
      </w:pPr>
      <w:r>
        <w:t>لیکن ہمارے علماء نے اس کا استقبال اچھا نہیں کیا۔ وہ عالموں کا زمانہ تھا، انڈیا میں انگریز رول کر رہے تھے۔</w:t>
      </w:r>
    </w:p>
    <w:p>
      <w:r>
        <w:rPr>
          <w:b/>
        </w:rPr>
        <w:t xml:space="preserve">[21:14] </w:t>
      </w:r>
      <w:r>
        <w:t>to hamare ulama ke top ke ulama ne yeh kaha ke yeh kitab is liye likhi gayi hai taake musalmanon ke andar se jihad ki spirit khatam kar di jaye۔</w:t>
      </w:r>
    </w:p>
    <w:p>
      <w:pPr>
        <w:jc w:val="right"/>
      </w:pPr>
      <w:r>
        <w:t>تو ہمارے علماء کے ٹاپ کے علماء نے یہ کہا کہ یہ کتاب اس لیے لکھی گئی ہے تاکہ مسلمانوں کے اندر سے جہاد کی اسپرٹ ختم کر دی جائے۔</w:t>
      </w:r>
    </w:p>
    <w:p>
      <w:r>
        <w:rPr>
          <w:b/>
        </w:rPr>
        <w:t xml:space="preserve">[21:27] </w:t>
      </w:r>
      <w:r>
        <w:t>kyunke is mein dikhaya tha us ne ke islam talwar se nahi phaila, balkeh tabligh se phaila, peaceful, peaceful tabligh se phaila۔</w:t>
      </w:r>
    </w:p>
    <w:p>
      <w:pPr>
        <w:jc w:val="right"/>
      </w:pPr>
      <w:r>
        <w:t>کیونکہ اس میں دکھایا تھا اس نے کہ اسلام تلوار سے نہیں پھیلا، بلکہ تبلیغ سے پھیلا، پیس فل، پیس فل تبلیغ سے پھیلا۔</w:t>
      </w:r>
    </w:p>
    <w:p>
      <w:r>
        <w:rPr>
          <w:b/>
        </w:rPr>
        <w:t xml:space="preserve">[21:40] </w:t>
      </w:r>
      <w:r>
        <w:t>itna ziyada musalman nashinas ho gaye dawat ke kaam se ke ek angrez ne likha to us ko bhi samajh liya ke yeh to sazish ka waise likhi gayi hai.</w:t>
      </w:r>
    </w:p>
    <w:p>
      <w:pPr>
        <w:jc w:val="right"/>
      </w:pPr>
      <w:r>
        <w:t>اتنا زیادہ مسلمان ناشناس ہو گئے دعوت کے کام سے کہ ایک انگریز نے لکھا تو اس کو بھی سمجھ لیا کہ یہ تو سازش کا ویسے لکھی گئی ہے۔</w:t>
      </w:r>
    </w:p>
    <w:p>
      <w:r>
        <w:rPr>
          <w:b/>
        </w:rPr>
        <w:t xml:space="preserve">[21:52] </w:t>
      </w:r>
      <w:r>
        <w:t>woh samajhte hain ke islam, islam jo hai, woh talwar ki tareekh hai. islam talwar ki tareekh hai.</w:t>
      </w:r>
    </w:p>
    <w:p>
      <w:pPr>
        <w:jc w:val="right"/>
      </w:pPr>
      <w:r>
        <w:t>وہ سمجھتے ہیں کہ اسلام، اسلام جو ہے، وہ تلوار کی تاریخ ہے۔ اسلام تلوار کی تاریخ ہے۔</w:t>
      </w:r>
    </w:p>
    <w:p>
      <w:r>
        <w:rPr>
          <w:b/>
        </w:rPr>
        <w:t xml:space="preserve">[22:03] </w:t>
      </w:r>
      <w:r>
        <w:t>mashhoor tareen hamare haan hain allama iqbal. allama iqbal un ka shair hai ke "teghon ke, teghon ke saaye mein pal kar jawan hue hain,</w:t>
      </w:r>
    </w:p>
    <w:p>
      <w:pPr>
        <w:jc w:val="right"/>
      </w:pPr>
      <w:r>
        <w:t>مشہور ترین ہمارے ہاں ہیں علامہ اقبال۔ علامہ اقبال ان کا شعر ہے کہ "تیغوں کے، تیغوں کے سائے میں پل کر جواں ہوئے ہیں،</w:t>
      </w:r>
    </w:p>
    <w:p>
      <w:r>
        <w:rPr>
          <w:b/>
        </w:rPr>
        <w:t xml:space="preserve">[22:19] </w:t>
      </w:r>
      <w:r>
        <w:t>teghon ke saaye mein hum pal kar jawan hue hain, khanjar hilal ka hai quomi nishan hamara". itna ziyada dawat se log nashinas ho gaye.</w:t>
      </w:r>
    </w:p>
    <w:p>
      <w:pPr>
        <w:jc w:val="right"/>
      </w:pPr>
      <w:r>
        <w:t>تیغوں کے سائے میں ہم پل کر جواں ہوئے ہیں، خنجر ہلال کا ہے قومی نشاں ہمارا"۔ اتنا زیادہ دعوت سے لوگ ناشناس ہو گئے۔</w:t>
      </w:r>
    </w:p>
    <w:p>
      <w:r>
        <w:rPr>
          <w:b/>
        </w:rPr>
        <w:t xml:space="preserve">[22:31] </w:t>
      </w:r>
      <w:r>
        <w:t>to yeh jo aayatein hain, is mein yeh sawal paida hota hai ke Allah ki jo, Allah ki jo is ki jo things theen, Allah ka jo creation plan tha, woh to yeh tha ke insan is zameen par abad ho,</w:t>
      </w:r>
    </w:p>
    <w:p>
      <w:pPr>
        <w:jc w:val="right"/>
      </w:pPr>
      <w:r>
        <w:t>تو یہ جو آیتیں ہیں، اس میں یہ سوال پیدا ہوتا ہے کہ اللہ کی جو، اللہ کی جو اس کی جو تھنگز تھیں، اللہ کا جو کریشن پلان تھا، وہ تو یہ تھا کہ انسان اس زمین پر آباد ہو،</w:t>
      </w:r>
    </w:p>
    <w:p>
      <w:r>
        <w:rPr>
          <w:b/>
        </w:rPr>
        <w:t xml:space="preserve">[22:50] </w:t>
      </w:r>
      <w:r>
        <w:t>is ko azadi mile, woh civilization banaye, woh history banaye, isi ke sath ek silsila qaim hua ho hidayat ka, insan ko batane ka, anzar ka, tafseer ka, tablegh ka, dawat ka.</w:t>
      </w:r>
    </w:p>
    <w:p>
      <w:pPr>
        <w:jc w:val="right"/>
      </w:pPr>
      <w:r>
        <w:t>اس کو آزادی ملے، وہ سویلائزیشن بنائے، وہ ہسٹری بنائے، اسی کے ساتھ ایک سلسلہ قائم ہوا ہو ہدایت کا، انسان کو بتانے کا، انظار کا، تفسیر کا، تبلیغ کا، دعوت کا۔</w:t>
      </w:r>
    </w:p>
    <w:p>
      <w:r>
        <w:rPr>
          <w:b/>
        </w:rPr>
        <w:t xml:space="preserve">[23:10] </w:t>
      </w:r>
      <w:r>
        <w:t>yeh silsila qaim ho to yeh yeh Allah ka mansooba tha poori tareekh ke liye, poori tareekh ke liye ke nizam dawat chale is is zameen par aur peghambaron ke zamane mein chala,</w:t>
      </w:r>
    </w:p>
    <w:p>
      <w:pPr>
        <w:jc w:val="right"/>
      </w:pPr>
      <w:r>
        <w:t>یہ سلسلہ قائم ہو تو یہ یہ اللہ کا منصوبہ تھا پوری تاریخ کے لیے، پوری تاریخ کے لیے کہ نظام دعوت چلے اس اس زمین پر اور پیغمبروں کے زمانے میں چلا،</w:t>
      </w:r>
    </w:p>
    <w:p>
      <w:r>
        <w:rPr>
          <w:b/>
        </w:rPr>
        <w:t xml:space="preserve">[23:31] </w:t>
      </w:r>
      <w:r>
        <w:t>rasool Allah ke zamane mein chala, sahaba ke zamane mein chala. lekin baad ko woh khatam ho gaya. is par mein ne samajhna chaha ke is se raaz kya hai.</w:t>
      </w:r>
    </w:p>
    <w:p>
      <w:pPr>
        <w:jc w:val="right"/>
      </w:pPr>
      <w:r>
        <w:t>رسول اللہ کے زمانے میں چلا، صحابہ کے زمانے میں چلا۔ لیکن بعد کو وہ ختم ہو گیا۔ اس پر میں نے سمجھنا چاہا کہ اس سے راز کیا ہے۔</w:t>
      </w:r>
    </w:p>
    <w:p>
      <w:r>
        <w:rPr>
          <w:b/>
        </w:rPr>
        <w:t xml:space="preserve">[23:43] </w:t>
      </w:r>
      <w:r>
        <w:t>to is ka raaz yeh hai ke yeh wahan wahi hua jo yehud mein hua tha. is is ayat ko parhiye, aap surah aal imran wali, is ka tarjuma: "bismillah rahman rahim,</w:t>
      </w:r>
    </w:p>
    <w:p>
      <w:pPr>
        <w:jc w:val="right"/>
      </w:pPr>
      <w:r>
        <w:t>تو اس کا راز یہ ہے کہ یہ وہاں وہی ہوا جو یہود میں ہوا تھا۔ اس اس آیت کو پڑھیے، آپ سورہ آل عمران والی، اس کا ترجمہ: "بسم اللہ الرحمن الرحیم،</w:t>
      </w:r>
    </w:p>
    <w:p>
      <w:r>
        <w:rPr>
          <w:b/>
        </w:rPr>
        <w:t xml:space="preserve">[23:56] </w:t>
      </w:r>
      <w:r>
        <w:t>waeed akhaz Allah meethaq alladheena ootool kitab</w:t>
      </w:r>
    </w:p>
    <w:p>
      <w:pPr>
        <w:jc w:val="right"/>
      </w:pPr>
      <w:r>
        <w:t>وعید اخذ اللہ میثاق الذین اوتوا الکتاب</w:t>
      </w:r>
    </w:p>
    <w:p>
      <w:r>
        <w:rPr>
          <w:b/>
        </w:rPr>
        <w:t xml:space="preserve">[24:11] </w:t>
      </w:r>
      <w:r>
        <w:t>surah aal imran, surah number teen, ayat number 187".</w:t>
      </w:r>
    </w:p>
    <w:p>
      <w:pPr>
        <w:jc w:val="right"/>
      </w:pPr>
      <w:r>
        <w:t>سورہ آل عمران، سورہ نمبر تین، آیت نمبر 187"۔</w:t>
      </w:r>
    </w:p>
    <w:p>
      <w:r>
        <w:rPr>
          <w:b/>
        </w:rPr>
        <w:t xml:space="preserve">[24:20] </w:t>
      </w:r>
      <w:r>
        <w:t>aur jab Allah ne ahle kitab se ahad liya hai ke tum Khuda ki kitab ko poori tarah logon ke liye zahir karoge aur is ko chupao ge nahi, magar unhon ne is ko pas pusht daal diya aur is ko thori qeemat par bech dala,</w:t>
      </w:r>
    </w:p>
    <w:p>
      <w:pPr>
        <w:jc w:val="right"/>
      </w:pPr>
      <w:r>
        <w:t>اور جب اللہ نے اہل کتاب سے عہد لیا ہے کہ تم خدا کی کتاب کو پوری طرح لوگوں کے لیے ظاہر کرو گے اور اس کو چھپاؤ گے نہیں، مگر انہوں نے اس کو پس پشت ڈال دیا اور اس کو تھوڑی قیمت پر بیچ ڈالا،</w:t>
      </w:r>
    </w:p>
    <w:p>
      <w:r>
        <w:rPr>
          <w:b/>
        </w:rPr>
        <w:t xml:space="preserve">[24:36] </w:t>
      </w:r>
      <w:r>
        <w:t>kaisi buri cheez hai jis ko woh khareed rahe hain?</w:t>
      </w:r>
    </w:p>
    <w:p>
      <w:pPr>
        <w:jc w:val="right"/>
      </w:pPr>
      <w:r>
        <w:t>کیسی بری چیز ہے جس کو وہ خرید رہے ہیں؟</w:t>
      </w:r>
    </w:p>
    <w:p>
      <w:r>
        <w:rPr>
          <w:b/>
        </w:rPr>
        <w:t xml:space="preserve">[24:42] </w:t>
      </w:r>
      <w:r>
        <w:t>haan, woh jo bible mein jo parha tha aap ne, woh is ko parhiye to jo injeel mein jo hai, injeel wala ek bible mein ek injeel same baat nahi.</w:t>
      </w:r>
    </w:p>
    <w:p>
      <w:pPr>
        <w:jc w:val="right"/>
      </w:pPr>
      <w:r>
        <w:t>ہاں، وہ جو بائبل میں جو پڑھا تھا آپ نے، وہ اس کو پڑھیے تو جو انجیل میں جو ہے، انجیل والا ایک بائبل میں ایک انجیل سیم بات نہیں۔</w:t>
      </w:r>
    </w:p>
    <w:p>
      <w:r>
        <w:rPr>
          <w:b/>
        </w:rPr>
        <w:t xml:space="preserve">[24:54] </w:t>
      </w:r>
      <w:r>
        <w:t>yeh jo cheez hai quran mein ke yehud se aisa muamla liya gaya tha, woh bible pe aaj tak maujood hai, torah mein bhi hai aur allama majeed mein bhi hai.</w:t>
      </w:r>
    </w:p>
    <w:p>
      <w:pPr>
        <w:jc w:val="right"/>
      </w:pPr>
      <w:r>
        <w:t>یہ جو چیز ہے قرآن میں کہ یہود سے ایسا معاملہ لیا گیا تھا، وہ بائبل پہ آج تک موجود ہے، تورات میں بھی ہے اور علامہ مجید میں بھی ہے۔</w:t>
      </w:r>
    </w:p>
    <w:p>
      <w:r>
        <w:rPr>
          <w:b/>
        </w:rPr>
        <w:t xml:space="preserve">[25:10] </w:t>
      </w:r>
      <w:r>
        <w:t>jo kuch mein tum se andhere mein kehta hoon, ujale mein kaho, aur jo kuch tum kaan mein sunte ho, kothon par is ki munadi karo. matthew 10:27.</w:t>
      </w:r>
    </w:p>
    <w:p>
      <w:pPr>
        <w:jc w:val="right"/>
      </w:pPr>
      <w:r>
        <w:t>جو کچھ میں تم سے اندھیرے میں کہتا ہوں، اجالے میں کہو، اور جو کچھ تم کان میں سنتے ہو، کوٹھوں پر اس کی منادی کرو۔ میتھیو 10:27۔</w:t>
      </w:r>
    </w:p>
    <w:p>
      <w:r>
        <w:rPr>
          <w:b/>
        </w:rPr>
        <w:t xml:space="preserve">[25:22] </w:t>
      </w:r>
      <w:r>
        <w:t>dekhiye, jaisa ke hadith mein aaya hai: "yani jo yehud ne kiya, wahi tum bhi karoge".</w:t>
      </w:r>
    </w:p>
    <w:p>
      <w:pPr>
        <w:jc w:val="right"/>
      </w:pPr>
      <w:r>
        <w:t>دیکھیے، جیسا کہ حدیث میں آیا ہے: "یعنی جو یہود نے کیا، وہی تم بھی کرو گے"۔</w:t>
      </w:r>
    </w:p>
    <w:p>
      <w:r>
        <w:rPr>
          <w:b/>
        </w:rPr>
        <w:t xml:space="preserve">[25:36] </w:t>
      </w:r>
      <w:r>
        <w:t>itna saaf saaf hai quran majeed mein aur hadith mein dono jagah</w:t>
      </w:r>
    </w:p>
    <w:p>
      <w:pPr>
        <w:jc w:val="right"/>
      </w:pPr>
      <w:r>
        <w:t>اتنا صاف صاف ہے قرآن مجید میں اور حدیث میں دونوں جگہ</w:t>
      </w:r>
    </w:p>
    <w:p>
      <w:r>
        <w:rPr>
          <w:b/>
        </w:rPr>
        <w:t xml:space="preserve">[25:43] </w:t>
      </w:r>
      <w:r>
        <w:t>ke tum wahi sab kuch karoge jo yehud ne kiya. to hota kya hai? hamein koi common link daryaft karni paregi ke kyun yehud wala musalmanon mein hua.</w:t>
      </w:r>
    </w:p>
    <w:p>
      <w:pPr>
        <w:jc w:val="right"/>
      </w:pPr>
      <w:r>
        <w:t>کہ تم وہی سب کچھ کرو گے جو یہود نے کیا۔ تو ہوتا کیا ہے؟ ہمیں کوئی کامن لنک دریافت کرنی پڑے گی کہ کیوں یہود والا مسلمانوں میں ہوا۔</w:t>
      </w:r>
    </w:p>
    <w:p>
      <w:r>
        <w:rPr>
          <w:b/>
        </w:rPr>
        <w:t xml:space="preserve">[25:58] </w:t>
      </w:r>
      <w:r>
        <w:t>yehud se kaha gaya tha ke tum is hidayat ko phailao, phailao, phailao, aur nahi phailaya. unhon ne musalmanon se kaha tha ke tumhein phailana hai, phailana hai, phailana hai.</w:t>
      </w:r>
    </w:p>
    <w:p>
      <w:pPr>
        <w:jc w:val="right"/>
      </w:pPr>
      <w:r>
        <w:t>یہود سے کہا گیا تھا کہ تم اس ہدایت کو پھیلاؤ، پھیلاؤ، پھیلاؤ، اور نہیں پھیلایا۔ انہوں نے مسلمانوں سے کہا تھا کہ تمہیں پھیلانا ہے، پھیلانا ہے، پھیلانا ہے۔</w:t>
      </w:r>
    </w:p>
    <w:p>
      <w:r>
        <w:rPr>
          <w:b/>
        </w:rPr>
        <w:t xml:space="preserve">[26:09] </w:t>
      </w:r>
      <w:r>
        <w:t>musalmanon ne nahi kiya. wajah kya hoti hai? yeh hai derailment. derailment yani yehud ke haan jab jab saltanat aayi, paisa aaya, un ki community ban gayi,</w:t>
      </w:r>
    </w:p>
    <w:p>
      <w:pPr>
        <w:jc w:val="right"/>
      </w:pPr>
      <w:r>
        <w:t>مسلمانوں نے نہیں کیا۔ وجہ کیا ہوتی ہے؟ یہ ہے ڈیریلمنٹ۔ ڈیریلمنٹ یعنی یہود کے ہاں جب جب سلطنت آئی، پیسہ آیا، ان کی کمیونٹی بن گئی،</w:t>
      </w:r>
    </w:p>
    <w:p>
      <w:r>
        <w:rPr>
          <w:b/>
        </w:rPr>
        <w:t xml:space="preserve">[26:26] </w:t>
      </w:r>
      <w:r>
        <w:t>ek ilaaqa un ke paas mil gaya, falasteen aur sham ka, to un ka derailment hua. yani dawat se doori nishane ki taraf pehle tha dawat ka nishana, lekin jab barha un ka power, paisa to derailment ho gaya.</w:t>
      </w:r>
    </w:p>
    <w:p>
      <w:pPr>
        <w:jc w:val="right"/>
      </w:pPr>
      <w:r>
        <w:t>ایک علاقہ ان کے پاس مل گیا، فلسطین اور شام کا، تو ان کا ڈیریلمنٹ ہوا۔ یعنی دعوت سے دوری نشانے کی طرف پہلے تھا دعوت کا نشانہ، لیکن جب بڑھا ان کا پاور، پیسہ تو ڈیریلمنٹ ہو گیا۔</w:t>
      </w:r>
    </w:p>
    <w:p>
      <w:r>
        <w:rPr>
          <w:b/>
        </w:rPr>
        <w:t xml:space="preserve">[26:52] </w:t>
      </w:r>
      <w:r>
        <w:t>isi ko kaha hai ke "fanozu waraazu". to musalmanon mein dekhiye kya hua ke musalmanon mein Allah taala ne</w:t>
      </w:r>
    </w:p>
    <w:p>
      <w:pPr>
        <w:jc w:val="right"/>
      </w:pPr>
      <w:r>
        <w:t>اسی کو کہا ہے کہ "فنوضو وراضو"۔ تو مسلمانوں میں دیکھیے کیا ہوا کہ مسلمانوں میں اللہ تعالی نے</w:t>
      </w:r>
    </w:p>
    <w:p>
      <w:r>
        <w:rPr>
          <w:b/>
        </w:rPr>
        <w:t xml:space="preserve">[27:05] </w:t>
      </w:r>
      <w:r>
        <w:t>ek barhe raqbe par un ki saltanat qaim ho gayi. pehle hazrat umar ke zamane mein hui, phir bano umaya ke zamane mein hui, phir abbasi daur mein hui, phir barhti rahi, barhti rahi.</w:t>
      </w:r>
    </w:p>
    <w:p>
      <w:pPr>
        <w:jc w:val="right"/>
      </w:pPr>
      <w:r>
        <w:t>ایک بڑے رقبے پر ان کی سلطنت قائم ہو گئی۔ پہلے حضرت عمر کے زمانے میں ہوئی، پھر بنو امیہ کے زمانے میں ہوئی، پھر عباسی دور میں ہوئی، پھر بڑھتی رہی، بڑھتی رہی۔</w:t>
      </w:r>
    </w:p>
    <w:p>
      <w:r>
        <w:rPr>
          <w:b/>
        </w:rPr>
        <w:t xml:space="preserve">[27:19] </w:t>
      </w:r>
      <w:r>
        <w:t>usmani saltanat ke zamane mein, mughal saltanat ke zamane mein, ispani saltanat ke zamane mein, un ko asia, africa ke barhe ilaaqe mein yani siyasi iqtadar bhi aa gaya, paisa bhi aa gaya, aur dabdaba bhi aa gaya, sab kuch aa gaya.</w:t>
      </w:r>
    </w:p>
    <w:p>
      <w:pPr>
        <w:jc w:val="right"/>
      </w:pPr>
      <w:r>
        <w:t>عثمانی سلطنت کے زمانے میں، مغل سلطنت کے زمانے میں، اسپینی سلطنت کے زمانے میں، ان کو ایشیا، افریقہ کے بڑے علاقے میں یعنی سیاسی اقتدار بھی آ گیا، پیسہ بھی آ گیا، اور دبدبہ بھی آ گیا، سب کچھ آ گیا۔</w:t>
      </w:r>
    </w:p>
    <w:p>
      <w:r>
        <w:rPr>
          <w:b/>
        </w:rPr>
        <w:t xml:space="preserve">[27:39] </w:t>
      </w:r>
      <w:r>
        <w:t>is ke baad aik derailment hua, jaisa ke yahood mein hua tha. kyunke dawat ka kaam dekhiye hota hai khaalis aakhirat ke liye, khaalis Allah ke liye.</w:t>
      </w:r>
    </w:p>
    <w:p>
      <w:pPr>
        <w:jc w:val="right"/>
      </w:pPr>
      <w:r>
        <w:t>اس کے بعد ایک ڈیریلمنٹ ہوا، جیسا کہ یہود میں ہوا تھا۔ کیونکہ دعوت کا کام دیکھیے ہوتا ہے خالص آخرت کے لیے، خالص اللہ کے لیے۔</w:t>
      </w:r>
    </w:p>
    <w:p>
      <w:r>
        <w:rPr>
          <w:b/>
        </w:rPr>
        <w:t xml:space="preserve">[27:51] </w:t>
      </w:r>
      <w:r>
        <w:t>isi liye is ko kaha tha, is ko kaha jata hai "dawat il Allah". dawat ka kaam jo hai, is ka naam hai "dawat il Allah".</w:t>
      </w:r>
    </w:p>
    <w:p>
      <w:pPr>
        <w:jc w:val="right"/>
      </w:pPr>
      <w:r>
        <w:t>اسی لیے اس کو کہا تھا، اس کو کہا جاتا ہے "دعوت الی اللہ"۔ دعوت کا کام جو ہے، اس کا نام ہے "دعوت الی اللہ"۔</w:t>
      </w:r>
    </w:p>
    <w:p>
      <w:r>
        <w:rPr>
          <w:b/>
        </w:rPr>
        <w:t xml:space="preserve">[28:00] </w:t>
      </w:r>
      <w:r>
        <w:t>Allah ki taraf pukaar, Allah ki taraf dawat. yeh Allah oriented kaam hai, yeh insaan oriented nahi hai, dunya oriented nahi hai.</w:t>
      </w:r>
    </w:p>
    <w:p>
      <w:pPr>
        <w:jc w:val="right"/>
      </w:pPr>
      <w:r>
        <w:t>اللہ کی طرف پکار، اللہ کی طرف دعوت۔ یہ اللہ اورینٹڈ کام ہے، یہ انسان اورینٹڈ نہیں ہے، دنیا اورینٹڈ نہیں ہے۔</w:t>
      </w:r>
    </w:p>
    <w:p>
      <w:r>
        <w:rPr>
          <w:b/>
        </w:rPr>
        <w:t xml:space="preserve">[28:12] </w:t>
      </w:r>
      <w:r>
        <w:t>to dawat ka kaam is waqt chalta hai jab aap ummat poori tarah Allah par khari hui ho, dunya maqasid na hon.</w:t>
      </w:r>
    </w:p>
    <w:p>
      <w:pPr>
        <w:jc w:val="right"/>
      </w:pPr>
      <w:r>
        <w:t>تو دعوت کا کام اس وقت چلتا ہے جب آپ امت پوری طرح اللہ پر کھڑی ہوئی ہو، دنیا مقاصد نہ ہوں۔</w:t>
      </w:r>
    </w:p>
    <w:p>
      <w:r>
        <w:rPr>
          <w:b/>
        </w:rPr>
        <w:t xml:space="preserve">[28:24] </w:t>
      </w:r>
      <w:r>
        <w:t>jab tak Rasool Allah aur ashaab ke zamane mein sirf aakhirat thi, sirf aakhirat thi, to Musalman khare rahe dawat ke upar.</w:t>
      </w:r>
    </w:p>
    <w:p>
      <w:pPr>
        <w:jc w:val="right"/>
      </w:pPr>
      <w:r>
        <w:t>جب تک رسول اللہ اور اصحابہ کے زمانے میں صرف آخرت تھی، صرف آخرت تھی، تو مسلمان کھڑے رہے دعوت کے اوپر۔</w:t>
      </w:r>
    </w:p>
    <w:p>
      <w:r>
        <w:rPr>
          <w:b/>
        </w:rPr>
        <w:t xml:space="preserve">[28:34] </w:t>
      </w:r>
      <w:r>
        <w:t>lekin jab hukoomat aa gayi to derailment hua. ab political power, paisa, izzat, glory, yeh sab nishana ban gaya in ka.</w:t>
      </w:r>
    </w:p>
    <w:p>
      <w:pPr>
        <w:jc w:val="right"/>
      </w:pPr>
      <w:r>
        <w:t>لیکن جب حکومت آ گئی تو ڈیریلمنٹ ہوا۔ اب پولیٹیکل پاور، پیسہ، عزت، گلوری، یہ سب نشانہ بن گیا ان کا۔</w:t>
      </w:r>
    </w:p>
    <w:p>
      <w:r>
        <w:rPr>
          <w:b/>
        </w:rPr>
        <w:t xml:space="preserve">[28:46] </w:t>
      </w:r>
      <w:r>
        <w:t>to yeh derailment hua tha yahood mein, same derailment hua Musalmanon mein. to jahan tak mein ne jaana hai, jahan tak parha hai mein ne,</w:t>
      </w:r>
    </w:p>
    <w:p>
      <w:pPr>
        <w:jc w:val="right"/>
      </w:pPr>
      <w:r>
        <w:t>تو یہ ڈیریلمنٹ ہوا تھا یہود میں، سیم ڈیریلمنٹ ہوا مسلمانوں میں۔ تو جہاں تک میں نے جانتا ہوں، جہاں تک پڑھا ہے میں نے،</w:t>
      </w:r>
    </w:p>
    <w:p>
      <w:r>
        <w:rPr>
          <w:b/>
        </w:rPr>
        <w:t xml:space="preserve">[29:00] </w:t>
      </w:r>
      <w:r>
        <w:t>Musalmanon mein chand wajah thi derailment ki. number one to political power, yaani Bani Umayyah ke zamane mein political power un ko bohat bara mil gaya,</w:t>
      </w:r>
    </w:p>
    <w:p>
      <w:pPr>
        <w:jc w:val="right"/>
      </w:pPr>
      <w:r>
        <w:t>مسلمانوں میں چند وجہ تھی ڈیریلمنٹ کی۔ نمبر ون تو پولیٹیکل پاور، یعنی بنو امیہ کے زمانے میں پولیٹیکل پاور ان کو بہت بڑا مل گیا،</w:t>
      </w:r>
    </w:p>
    <w:p>
      <w:r>
        <w:rPr>
          <w:b/>
        </w:rPr>
        <w:t xml:space="preserve">[29:16] </w:t>
      </w:r>
      <w:r>
        <w:t>jis ka aaghaz hua tha Hazrat Umar ke zamane se. yeh jo political power, political powers ke sath jante hain aap ke bohat se dunya mein faida shamil hote hain: uhda, paisa, izzat, izzat, glory,</w:t>
      </w:r>
    </w:p>
    <w:p>
      <w:pPr>
        <w:jc w:val="right"/>
      </w:pPr>
      <w:r>
        <w:t>جس کا آغاز ہوا تھا حضرت عمر کے زمانے سے۔ یہ جو پولیٹیکل پاور، پولیٹیکل پاورز کے ساتھ جانتے ہیں آپ کہ بہت سے دنیا میں فائدہ شامل ہوتے ہیں: عہدہ، پیسہ، عزت، عزت، گلوری،</w:t>
      </w:r>
    </w:p>
    <w:p>
      <w:r>
        <w:rPr>
          <w:b/>
        </w:rPr>
        <w:t xml:space="preserve">[29:32] </w:t>
      </w:r>
      <w:r>
        <w:t>taqat. jahan aata hai political power, bohat se worldly faiday aa jate hain, worldly interest.</w:t>
      </w:r>
    </w:p>
    <w:p>
      <w:pPr>
        <w:jc w:val="right"/>
      </w:pPr>
      <w:r>
        <w:t>طاقت۔ جہاں آتا ہے پولیٹیکل پاور، بہت سے ورلڈلی فائدے آ جاتے ہیں، ورلڈلی انٹرسٹ۔</w:t>
      </w:r>
    </w:p>
    <w:p>
      <w:r>
        <w:rPr>
          <w:b/>
        </w:rPr>
        <w:t xml:space="preserve">[29:42] </w:t>
      </w:r>
      <w:r>
        <w:t>jahan aaya political power, sath sath aa jata hai worldly interest. jahan bhi aaye ga, kisi bhi jagah aap dekh lijiye ke jab aaye ga political power to aaye ga woh worldly interest.</w:t>
      </w:r>
    </w:p>
    <w:p>
      <w:pPr>
        <w:jc w:val="right"/>
      </w:pPr>
      <w:r>
        <w:t>جہاں آیا پولیٹیکل پاور، ساتھ ساتھ آ جاتا ہے ورلڈلی انٹرسٹ۔ جہاں بھی آئے گا، کسی بھی جگہ آپ دیکھ لیجئے کہ جب آئے گا پولیٹیکل پاور تو آئے گا وہ ورلڈلی انٹرسٹ۔</w:t>
      </w:r>
    </w:p>
    <w:p>
      <w:r>
        <w:rPr>
          <w:b/>
        </w:rPr>
        <w:t xml:space="preserve">[29:58] </w:t>
      </w:r>
      <w:r>
        <w:t>to yahi hai derailment. to to derailment hua, yaani dawat se worldly interest ki taraf.</w:t>
      </w:r>
    </w:p>
    <w:p>
      <w:pPr>
        <w:jc w:val="right"/>
      </w:pPr>
      <w:r>
        <w:t>تو یہی ہے ڈیریلمنٹ۔ تو تو ڈیریلمنٹ ہوا، یعنی دعوت سے ورلڈلی انٹرسٹ کی طرف۔</w:t>
      </w:r>
    </w:p>
    <w:p>
      <w:r>
        <w:rPr>
          <w:b/>
        </w:rPr>
        <w:t xml:space="preserve">[30:12] </w:t>
      </w:r>
      <w:r>
        <w:t>dawat se world, yeh dawat il Allah. dawat ka kaam matlab hai dawat il Allah, dawat aakhirat, dawat jannat.</w:t>
      </w:r>
    </w:p>
    <w:p>
      <w:pPr>
        <w:jc w:val="right"/>
      </w:pPr>
      <w:r>
        <w:t>دعوت سے ورلڈ، یہ دعوت الی اللہ۔ دعوت کا کام مطلب ہے دعوت الی اللہ، دعوت آخرت، دعوت جنت۔</w:t>
      </w:r>
    </w:p>
    <w:p>
      <w:r>
        <w:rPr>
          <w:b/>
        </w:rPr>
        <w:t xml:space="preserve">[30:24] </w:t>
      </w:r>
      <w:r>
        <w:t>dawat ka nishana hamesha hota hai Allah Rabbul Alameen, aakhirat, jannat, yeh sab hoti hai. lekin jab derailment hota hai to nishana badal jata hai.</w:t>
      </w:r>
    </w:p>
    <w:p>
      <w:pPr>
        <w:jc w:val="right"/>
      </w:pPr>
      <w:r>
        <w:t>دعوت کا نشانہ ہمیشہ ہوتا ہے اللہ رب العالمین، آخرت، جنت، یہ سب ہوتی ہے۔ لیکن جب ڈیریلمنٹ ہوتا ہے تو نشانہ بدل جاتا ہے۔</w:t>
      </w:r>
    </w:p>
    <w:p>
      <w:r>
        <w:rPr>
          <w:b/>
        </w:rPr>
        <w:t xml:space="preserve">[30:36] </w:t>
      </w:r>
      <w:r>
        <w:t>naam wahi rakhte hain log.</w:t>
      </w:r>
    </w:p>
    <w:p>
      <w:pPr>
        <w:jc w:val="right"/>
      </w:pPr>
      <w:r>
        <w:t>نام وہی رکھتے ہیں لوگ۔</w:t>
      </w:r>
    </w:p>
    <w:p>
      <w:r>
        <w:rPr>
          <w:b/>
        </w:rPr>
        <w:t xml:space="preserve">[30:40] </w:t>
      </w:r>
      <w:r>
        <w:t>jab naam agar dawat rakhenge, tab bhi hoga duniyavi nishana.</w:t>
      </w:r>
    </w:p>
    <w:p>
      <w:pPr>
        <w:jc w:val="right"/>
      </w:pPr>
      <w:r>
        <w:t>جب نام اگر دعوت رکھیں گے، تب بھی ہوگا دنیاوی نشانہ۔</w:t>
      </w:r>
    </w:p>
    <w:p>
      <w:r>
        <w:rPr>
          <w:b/>
        </w:rPr>
        <w:t xml:space="preserve">[30:48] </w:t>
      </w:r>
      <w:r>
        <w:t>kitne tareekhein uthi Musalmanon mein ke naam to un ka dawat tha, halanke sar ta sar un ka nishana dunya ka interest tha, abhi bhi hai.</w:t>
      </w:r>
    </w:p>
    <w:p>
      <w:pPr>
        <w:jc w:val="right"/>
      </w:pPr>
      <w:r>
        <w:t>کتنے تاریخیں اٹھی مسلمانوں میں کہ نام تو ان کا دعوت تھا، حالانکہ سر تا سر ان کا نشانہ دنیا کا انٹرسٹ تھا، ابھی بھی ہے۔</w:t>
      </w:r>
    </w:p>
    <w:p>
      <w:r>
        <w:rPr>
          <w:b/>
        </w:rPr>
        <w:t xml:space="preserve">[31:01] </w:t>
      </w:r>
      <w:r>
        <w:t>to jahan worldly interest aaya, wahan derailment aaya, yaani dawat se hat kar ke chala gaya duniyavi cheezon ki taraf.</w:t>
      </w:r>
    </w:p>
    <w:p>
      <w:pPr>
        <w:jc w:val="right"/>
      </w:pPr>
      <w:r>
        <w:t>تو جہاں ورلڈلی انٹرسٹ آیا، وہاں ڈیریلمنٹ آیا، یعنی دعوت سے ہٹ کر کے چلا گیا دنیاوی چیزوں کی طرف۔</w:t>
      </w:r>
    </w:p>
    <w:p>
      <w:r>
        <w:rPr>
          <w:b/>
        </w:rPr>
        <w:t xml:space="preserve">[31:13] </w:t>
      </w:r>
      <w:r>
        <w:t>to aik derailment woh tha jo hua us waqt jab Musalmanon ka empire qaim hua dunya mein: Hameed Empire, Abbasi Empire, Ottoman Empire, Spanish Empire, Mughal Empire.</w:t>
      </w:r>
    </w:p>
    <w:p>
      <w:pPr>
        <w:jc w:val="right"/>
      </w:pPr>
      <w:r>
        <w:t>تو ایک ڈیریلمنٹ وہ تھا جو ہوا اس وقت جب مسلمانوں کا ایمپائر قائم ہوا دنیا میں: حمید ایمپائر، عباسی ایمپائر، اٹمان ایمپائر، اسپینش ایمپائر، مغل ایمپائر۔</w:t>
      </w:r>
    </w:p>
    <w:p>
      <w:r>
        <w:rPr>
          <w:b/>
        </w:rPr>
        <w:t xml:space="preserve">[31:28] </w:t>
      </w:r>
      <w:r>
        <w:t>yeh sab jo aaya Musalmanon mein to aik derailment woh hua jo political power aane ke baad hua.</w:t>
      </w:r>
    </w:p>
    <w:p>
      <w:pPr>
        <w:jc w:val="right"/>
      </w:pPr>
      <w:r>
        <w:t>یہ سب جو آیا مسلمانوں میں تو ایک ڈیریلمنٹ وہ ہوا جو پولیٹیکل پاور آنے کے بعد ہوا۔</w:t>
      </w:r>
    </w:p>
    <w:p>
      <w:r>
        <w:rPr>
          <w:b/>
        </w:rPr>
        <w:t xml:space="preserve">[31:39] </w:t>
      </w:r>
      <w:r>
        <w:t>itna zyada derailment hua ke us zamane ke baad literature ka daur aaya, kitabein likhi gayeen, aik bohat bara kutub khana Musalmanon ka ban gaya.</w:t>
      </w:r>
    </w:p>
    <w:p>
      <w:pPr>
        <w:jc w:val="right"/>
      </w:pPr>
      <w:r>
        <w:t>اتنا زیادہ ڈیریلمنٹ ہوا کہ اس زمانے کے بعد لٹریچر کا دور آیا، کتابیں لکھی گئیں، ایک بہت بڑا کتب خانہ مسلمانوں کا بن گیا۔</w:t>
      </w:r>
    </w:p>
    <w:p>
      <w:r>
        <w:rPr>
          <w:b/>
        </w:rPr>
        <w:t xml:space="preserve">[31:50] </w:t>
      </w:r>
      <w:r>
        <w:t>lekin jahan tak mein jaanta hoon, aik bhi qabil zikr dawat par nahi likhi gayi. aik bhi qabil zikr koi musannif ya koi leader Musalmanon ka nahi nikla jis ne apne sath is ka sara focus dawat par ho.</w:t>
      </w:r>
    </w:p>
    <w:p>
      <w:pPr>
        <w:jc w:val="right"/>
      </w:pPr>
      <w:r>
        <w:t>لیکن جہاں تک میں جانتا ہوں، ایک بھی قابل ذکر کتاب دعوت پر نہیں لکھی گئی۔ ایک بھی قابل ذکر کوئی مصنف یا کوئی لیڈر مسلمانوں کا نہیں نکلا جس نے اپنے ساتھ اس کا سارا فوکس دعوت پر ہو۔</w:t>
      </w:r>
    </w:p>
    <w:p>
      <w:r>
        <w:rPr>
          <w:b/>
        </w:rPr>
        <w:t xml:space="preserve">[32:10] </w:t>
      </w:r>
      <w:r>
        <w:t>poori tareekh guzar gayi hazar saal ki. to yeh tha pehla derailment. aur Allah Ta'ala ko yeh manzoor hai ke yeh deen mehfooz rahe, yeh deen hamesha mehfooz rahe.</w:t>
      </w:r>
    </w:p>
    <w:p>
      <w:pPr>
        <w:jc w:val="right"/>
      </w:pPr>
      <w:r>
        <w:t>پوری تاریخ گزر گئی ہزار سال کی۔ تو یہ تھا پہلا ڈیریلمنٹ۔ اور اللہ تعالی کو یہ منظور ہے کہ یہ دین محفوظ رہے، یہ دین ہمیشہ محفوظ رہے۔</w:t>
      </w:r>
    </w:p>
    <w:p>
      <w:r>
        <w:rPr>
          <w:b/>
        </w:rPr>
        <w:t xml:space="preserve">[32:24] </w:t>
      </w:r>
      <w:r>
        <w:t>kyunke mehfooz rehne ka matlab yeh nahi ke afzal hai. Islam ki afzaliyat ki wajah se mehfooz nahi hai. yeh Khatam un Nabiyyin, khatm e nabuwat ki wajah se hai.</w:t>
      </w:r>
    </w:p>
    <w:p>
      <w:pPr>
        <w:jc w:val="right"/>
      </w:pPr>
      <w:r>
        <w:t>کیونکہ محفوظ رہنے کا مطلب یہ نہیں کہ افضل ہے۔ اسلام کی افضلیت کی وجہ سے محفوظ نہیں ہے۔ یہ خاتم النبیین، ختم نبوت کی وجہ سے ہے۔</w:t>
      </w:r>
    </w:p>
    <w:p>
      <w:r>
        <w:rPr>
          <w:b/>
        </w:rPr>
        <w:t xml:space="preserve">[32:36] </w:t>
      </w:r>
      <w:r>
        <w:t>jab Allah ne yeh faisla kiya ke ab koi nabi nahi bheja jaye ga to sath sath yeh faisla bhi farmaya ke yeh deen mehfooz rahe ga, mehfooz rahe ga, mehfooz rahe ga.</w:t>
      </w:r>
    </w:p>
    <w:p>
      <w:pPr>
        <w:jc w:val="right"/>
      </w:pPr>
      <w:r>
        <w:t>جب اللہ نے یہ فیصلہ کیا کہ اب کوئی نبی نہیں بھیجا جائے گا تو ساتھ ساتھ یہ فیصلہ بھی فرمایا کہ یہ دین محفوظ رہے گا، محفوظ رہے گا، محفوظ رہے گا۔</w:t>
      </w:r>
    </w:p>
    <w:p>
      <w:r>
        <w:rPr>
          <w:b/>
        </w:rPr>
        <w:t xml:space="preserve">[32:47] </w:t>
      </w:r>
      <w:r>
        <w:t>kyunke deen ka matlab hai peghambar ka qaim muqam, peghambar ka replacement. to to aik zamane mein political power ke zareeye Allah taala ne is ki hifazat ka intezam kiya.</w:t>
      </w:r>
    </w:p>
    <w:p>
      <w:pPr>
        <w:jc w:val="right"/>
      </w:pPr>
      <w:r>
        <w:t>کیونکہ دین کا مطلب ہے پیغمبر کا قائم مقام، پیغمبر کا ریپلیسمنٹ۔ تو تو ایک زمانے میں پولیٹیکل پاور کے ذریعے اللہ تعالی نے اس کی حفاظت کا انتظام کیا۔</w:t>
      </w:r>
    </w:p>
    <w:p>
      <w:r>
        <w:rPr>
          <w:b/>
        </w:rPr>
        <w:t xml:space="preserve">[33:05] </w:t>
      </w:r>
      <w:r>
        <w:t>phir modern zamane mein jab ke industrial age aaya, power industry ki taraf muntaqil ho gaya.</w:t>
      </w:r>
    </w:p>
    <w:p>
      <w:pPr>
        <w:jc w:val="right"/>
      </w:pPr>
      <w:r>
        <w:t>پھر مودہ زمانے میں جب کہ انڈسٹریل ایج آیا، پاور انڈسٹری کی طرف منتقل ہو گیا۔</w:t>
      </w:r>
    </w:p>
    <w:p>
      <w:r>
        <w:rPr>
          <w:b/>
        </w:rPr>
        <w:t xml:space="preserve">[33:15] </w:t>
      </w:r>
      <w:r>
        <w:t>industry sab se bari taqat ki cheez ban gayi aur musalman pichhar pichhar gaye sanat mein.</w:t>
      </w:r>
    </w:p>
    <w:p>
      <w:pPr>
        <w:jc w:val="right"/>
      </w:pPr>
      <w:r>
        <w:t>انڈسٹری سب سے بڑی طاقت کی چیز بن گئی اور مسلمان پچھڑ پچھڑ گئے صنعت میں۔</w:t>
      </w:r>
    </w:p>
    <w:p>
      <w:r>
        <w:rPr>
          <w:b/>
        </w:rPr>
        <w:t xml:space="preserve">[33:25] </w:t>
      </w:r>
      <w:r>
        <w:t>qadeem zamana political power ka zamana tha, qadeem zamana badshahatun ka zamana tha. is zamane mein musalmanon ko saltanat di gayi.</w:t>
      </w:r>
    </w:p>
    <w:p>
      <w:pPr>
        <w:jc w:val="right"/>
      </w:pPr>
      <w:r>
        <w:t>قدیم زمانہ پولیٹیکل پاور کا زمانہ تھا، قدیم زمانہ بادشاہتوں کا زمانہ تھا۔ اس زمانے میں مسلمانوں کو سلطنت دی گئی۔</w:t>
      </w:r>
    </w:p>
    <w:p>
      <w:r>
        <w:rPr>
          <w:b/>
        </w:rPr>
        <w:t xml:space="preserve">[33:36] </w:t>
      </w:r>
      <w:r>
        <w:t>modern zamana sanat ka zamana hai. sanat ke zamane mein yaani industrial age hai, yeh industrial age.</w:t>
      </w:r>
    </w:p>
    <w:p>
      <w:pPr>
        <w:jc w:val="right"/>
      </w:pPr>
      <w:r>
        <w:t>مودہ زمانہ صنعت کا زمانہ ہے۔ صنعت کے زمانے میں یعنی انڈسٹریل ایج ہے، یہ انڈسٹریل ایج۔</w:t>
      </w:r>
    </w:p>
    <w:p>
      <w:r>
        <w:rPr>
          <w:b/>
        </w:rPr>
        <w:t xml:space="preserve">[33:46] </w:t>
      </w:r>
      <w:r>
        <w:t>is zamane mein taqat is ke paas hai jis ke paas industry hai, jis ke paas science hai, us ke paas taqat hai.</w:t>
      </w:r>
    </w:p>
    <w:p>
      <w:pPr>
        <w:jc w:val="right"/>
      </w:pPr>
      <w:r>
        <w:t>اس زمانے میں طاقت اس کے پاس ہے جس کے پاس انڈسٹری ہے، جس کے پاس سائنس ہے، اس کے پاس طاقت ہے۔</w:t>
      </w:r>
    </w:p>
    <w:p>
      <w:r>
        <w:rPr>
          <w:b/>
        </w:rPr>
        <w:t xml:space="preserve">[33:56] </w:t>
      </w:r>
      <w:r>
        <w:t>to musalman ko dekha Allah taala ne ke yeh is qabil nahi hai ke koi bara maqam bana sake yeh industry mein.</w:t>
      </w:r>
    </w:p>
    <w:p>
      <w:pPr>
        <w:jc w:val="right"/>
      </w:pPr>
      <w:r>
        <w:t>تو مسلمان کو دیکھا اللہ تعالی نے کہ یہ اس قابل نہیں ہے کہ کوئی بڑا مقام بنا سکے یہ انڈسٹری میں۔</w:t>
      </w:r>
    </w:p>
    <w:p>
      <w:r>
        <w:rPr>
          <w:b/>
        </w:rPr>
        <w:t xml:space="preserve">[34:06] </w:t>
      </w:r>
      <w:r>
        <w:t>to un ki zameen ke neeche tail ka samandar baha diya. aap jante hain ke tail ka jo zakheera hai zameen ke neeche, is ka bara hissa arbon ke neeche hai, arbon ki zameen ke neeche hai.</w:t>
      </w:r>
    </w:p>
    <w:p>
      <w:pPr>
        <w:jc w:val="right"/>
      </w:pPr>
      <w:r>
        <w:t>تو ان کی زمین کے نیچے تیل کا سمندر بہا دیا۔ آپ جانتے ہیں کہ تیل کا جو ذخیرہ ہے زمین کے نیچے، اس کا بڑا حصہ عربوں کے نیچے ہے، عربوں کی زمین کے نیچے ہے۔</w:t>
      </w:r>
    </w:p>
    <w:p>
      <w:r>
        <w:rPr>
          <w:b/>
        </w:rPr>
        <w:t xml:space="preserve">[34:22] </w:t>
      </w:r>
      <w:r>
        <w:t>bara zakheera. aik aik muhqiq ne, aik research karne wale ne likha hai, yeh chupa tha is mein, woh time magazine jo wahan ka hai, America ka,</w:t>
      </w:r>
    </w:p>
    <w:p>
      <w:pPr>
        <w:jc w:val="right"/>
      </w:pPr>
      <w:r>
        <w:t>بڑا ذخیرہ۔ ایک ایک محقق نے، ایک ریسرچ کرنے والے نے لکھا ہے، یہ چھپا تھا اس میں، وہ ٹائم میگزین جو وہاں کا ہے، امریکہ کا،</w:t>
      </w:r>
    </w:p>
    <w:p>
      <w:r>
        <w:rPr>
          <w:b/>
        </w:rPr>
        <w:t xml:space="preserve">[34:41] </w:t>
      </w:r>
      <w:r>
        <w:t>ke yeh jo arbon ke neeche tail ka itna bara zakheera hai to woh hai accident of geography. us ne bohat study ki, bohat study ki ke aakhir arbon ke arbon ki zameen ke neeche itna zyada zakheera kyun hai?</w:t>
      </w:r>
    </w:p>
    <w:p>
      <w:pPr>
        <w:jc w:val="right"/>
      </w:pPr>
      <w:r>
        <w:t>کہ یہ جو عربوں کے نیچے تیل کا اتنا بڑا ذخیرہ ہے تو وہ ہے ایکسیڈنٹ آف جیوگرافی۔ اس نے بہت اسٹڈی کی، بہت اسٹڈی کی کہ آخر عربوں کے عربوں کی زمین کے نیچے اتنا زیادہ ذخیرہ کیوں ہے؟</w:t>
      </w:r>
    </w:p>
    <w:p>
      <w:r>
        <w:rPr>
          <w:b/>
        </w:rPr>
        <w:t xml:space="preserve">[35:01] </w:t>
      </w:r>
      <w:r>
        <w:t>tail ka samandar hai arbon ki zameen ke neeche, aisa kyun hai? to koi yaani koi natural wajah is ko nahi maloom, koi natural wajah is ko daryaft nahi hui.</w:t>
      </w:r>
    </w:p>
    <w:p>
      <w:pPr>
        <w:jc w:val="right"/>
      </w:pPr>
      <w:r>
        <w:t>تیل کا سمندر ہے عربوں کی زمین کے نیچے، ایسا کیوں ہے؟ تو کوئی یعنی کوئی نیچرل وجہ اس کو نہیں معلوم، کوئی نیچرل وجہ اس کو دریافت نہیں ہوئی۔</w:t>
      </w:r>
    </w:p>
    <w:p>
      <w:r>
        <w:rPr>
          <w:b/>
        </w:rPr>
        <w:t xml:space="preserve">[35:15] </w:t>
      </w:r>
      <w:r>
        <w:t>to us ne kaha ke yeh accident of geography hai, geography ittefaq. main kahunga ke nahi, jab daur sa'adat, jab daur sa'adat khatam hua,</w:t>
      </w:r>
    </w:p>
    <w:p>
      <w:pPr>
        <w:jc w:val="right"/>
      </w:pPr>
      <w:r>
        <w:t>تو اس نے کہا کہ یہ ایکسیڈنٹ آف جیوگرافی ہے، جغرافی اتفاق۔ میں کہوں گا کہ نہیں، جب دور سعادت، جب دور سعادت ختم ہوا،</w:t>
      </w:r>
    </w:p>
    <w:p>
      <w:r>
        <w:rPr>
          <w:b/>
        </w:rPr>
        <w:t xml:space="preserve">[35:30] </w:t>
      </w:r>
      <w:r>
        <w:t>jab daur hukoomat khatam hua aur daur industry ka daur aa gaya, industrial age aa gaya to Allah taala ne dekha ke musalmanon ke paas to industry hai nahi, yeh to bilkul is qabil nahi rahen ge ke deen ki hifazat kar saken.</w:t>
      </w:r>
    </w:p>
    <w:p>
      <w:pPr>
        <w:jc w:val="right"/>
      </w:pPr>
      <w:r>
        <w:t>جب دور حکومت ختم ہوا اور دور انڈسٹری کا دور آ گیا، انڈسٹریل ایج آ گیا تو اللہ تعالی نے دیکھا کہ مسلمانوں کے پاس تو انڈسٹری ہے نہیں، یہ تو بالکل اس قابل نہیں رہیں گے کہ دین کی حفاظت کر سکیں۔</w:t>
      </w:r>
    </w:p>
    <w:p>
      <w:r>
        <w:rPr>
          <w:b/>
        </w:rPr>
        <w:t xml:space="preserve">[35:48] </w:t>
      </w:r>
      <w:r>
        <w:t>to un ke zameen ki is tail ka samandar paida kar diya. yeh bhi isi liye tha ke khatm-e-nabuwat ke baad ab nabi aanay wala nahi hai,</w:t>
      </w:r>
    </w:p>
    <w:p>
      <w:pPr>
        <w:jc w:val="right"/>
      </w:pPr>
      <w:r>
        <w:t>تو ان کے زمین کی اس تیل کا سمندر پیدا کر دیا۔ یہ بھی اسی لیے تھا کہ ختم نبوت کے بعد اب نبی آنے والا نہیں ہے،</w:t>
      </w:r>
    </w:p>
    <w:p>
      <w:r>
        <w:rPr>
          <w:b/>
        </w:rPr>
        <w:t xml:space="preserve">[36:03] </w:t>
      </w:r>
      <w:r>
        <w:t>ab ummat-e-muslima ko is ki jagah par replace karna hai. to ummat-e-muslima ko taqat rahe gi, tab kar paaye gi. to phir gaya siyasi power, ab dekh gaya tail ki, tail ki taqat.</w:t>
      </w:r>
    </w:p>
    <w:p>
      <w:pPr>
        <w:jc w:val="right"/>
      </w:pPr>
      <w:r>
        <w:t>اب امت مسلمہ کو اس کی جگہ پر ریپلیس کرنا ہے۔ تو امت مسلمہ کو طاقت رہے گی، تب کر پائے گی۔ تو پھر گیا سیاسی پاور، اب دیکھ گیا تیل کی، تیل کی طاقت۔</w:t>
      </w:r>
    </w:p>
    <w:p>
      <w:r>
        <w:rPr>
          <w:b/>
        </w:rPr>
        <w:t xml:space="preserve">[36:21] </w:t>
      </w:r>
      <w:r>
        <w:t>ab dekhiye, main aap ko aik hadith sunata hoon, bohat hi anokhi hadith hai</w:t>
      </w:r>
    </w:p>
    <w:p>
      <w:pPr>
        <w:jc w:val="right"/>
      </w:pPr>
      <w:r>
        <w:t>اب دیکھیے، میں آپ کو ایک حدیث سناتا ہوں، بہت ہی انوکھی حدیث ہے</w:t>
      </w:r>
    </w:p>
    <w:p>
      <w:r>
        <w:rPr>
          <w:b/>
        </w:rPr>
        <w:t xml:space="preserve">[36:29] </w:t>
      </w:r>
      <w:r>
        <w:t>ke Rasool Allah ne farmaya: "yushku an yahsula al-furatu min dhahabin fala min".</w:t>
      </w:r>
    </w:p>
    <w:p>
      <w:pPr>
        <w:jc w:val="right"/>
      </w:pPr>
      <w:r>
        <w:t>کہ رسول اللہ نے فرمایا: "یوشک ان یحصل الفرات من ذہب فلا من"۔</w:t>
      </w:r>
    </w:p>
    <w:p>
      <w:r>
        <w:rPr>
          <w:b/>
        </w:rPr>
        <w:t xml:space="preserve">[36:40] </w:t>
      </w:r>
      <w:r>
        <w:t>is ka reference nikal sakte hain aap:</w:t>
      </w:r>
    </w:p>
    <w:p>
      <w:pPr>
        <w:jc w:val="right"/>
      </w:pPr>
      <w:r>
        <w:t>اس کا ریفرنس نکال سکتے ہیں آپ:</w:t>
      </w:r>
    </w:p>
    <w:p>
      <w:r>
        <w:rPr>
          <w:b/>
        </w:rPr>
        <w:t xml:space="preserve">[36:46] </w:t>
      </w:r>
      <w:r>
        <w:t>"yushku an yahsula al-furatu min dhahabin fala min". is ka tarjuma yeh hai ke aa'inda</w:t>
      </w:r>
    </w:p>
    <w:p>
      <w:pPr>
        <w:jc w:val="right"/>
      </w:pPr>
      <w:r>
        <w:t>"یوشک ان یحصل الفرات من ذہب فلا من"۔ اس کا ترجمہ یہ ہے کہ آئندہ</w:t>
      </w:r>
    </w:p>
    <w:p>
      <w:r>
        <w:rPr>
          <w:b/>
        </w:rPr>
        <w:t xml:space="preserve">[37:01] </w:t>
      </w:r>
      <w:r>
        <w:t>Furat, darya-e-Furat ke, darya-e-Furat ka pani sona ban jaye ga. to tum is mein se qismat lena, pani ka sona banna ki mani wahi hai,</w:t>
      </w:r>
    </w:p>
    <w:p>
      <w:pPr>
        <w:jc w:val="right"/>
      </w:pPr>
      <w:r>
        <w:t>فرات، دریائے فرات کے، دریائے فرات کا پانی سونا بن جائے گا۔ تو تم اس میں سے قسمت لینا، پانی کا سونا بننا کی معنی وہی ہے،</w:t>
      </w:r>
    </w:p>
    <w:p>
      <w:r>
        <w:rPr>
          <w:b/>
        </w:rPr>
        <w:t xml:space="preserve">[37:17] </w:t>
      </w:r>
      <w:r>
        <w:t>yaani liquid gold, yaani liquid gold ban jaye ga. to tail kya hai? liquid gold hai.</w:t>
      </w:r>
    </w:p>
    <w:p>
      <w:pPr>
        <w:jc w:val="right"/>
      </w:pPr>
      <w:r>
        <w:t>یعنی لیکوڈ گولڈ، یعنی لیکوڈ گولڈ بن جائے گا۔ تو تیل کیا ہے؟ لیکوڈ گولڈ ہے۔</w:t>
      </w:r>
    </w:p>
    <w:p>
      <w:r>
        <w:rPr>
          <w:b/>
        </w:rPr>
        <w:t xml:space="preserve">[37:29] </w:t>
      </w:r>
      <w:r>
        <w:t>yeh area, yeh jo area hai jo Furat ka, yeh wahi area hai jo Iraq ka area hai. to yeh jo area hai ke Iraq, Saudi Arab, Arab mumalik, yeh jo area hai Arab mumalik ka,</w:t>
      </w:r>
    </w:p>
    <w:p>
      <w:pPr>
        <w:jc w:val="right"/>
      </w:pPr>
      <w:r>
        <w:t>یہ ایریا، یہ جو ایریا ہے جو فرات کا، یہ وہی ایریا ہے جو عراق کا ایریا ہے۔ تو یہ جو ایریا ہے کہ عراق، سعودی عرب، عرب ممالک، یہ جو ایریا ہے عرب ممالک کا،</w:t>
      </w:r>
    </w:p>
    <w:p>
      <w:r>
        <w:rPr>
          <w:b/>
        </w:rPr>
        <w:t xml:space="preserve">[37:46] </w:t>
      </w:r>
      <w:r>
        <w:t>yahan ka jo hai, yahan liquid gold zahir hoga. liquid gold yaani petrol.</w:t>
      </w:r>
    </w:p>
    <w:p>
      <w:pPr>
        <w:jc w:val="right"/>
      </w:pPr>
      <w:r>
        <w:t>یہاں کا جو ہے، یہاں لیکوڈ گولڈ ظاہر ہوگا۔ لیکوڈ گولڈ یعنی پیٹرول۔</w:t>
      </w:r>
    </w:p>
    <w:p>
      <w:r>
        <w:rPr>
          <w:b/>
        </w:rPr>
        <w:t xml:space="preserve">[37:56] </w:t>
      </w:r>
      <w:r>
        <w:t>is zamane mein koi concept nahi tha ke tail aisi cheez hai jo itni bari taqat hai, sari daulat is ke andar andar hai, sara resources is ke andar hai.</w:t>
      </w:r>
    </w:p>
    <w:p>
      <w:pPr>
        <w:jc w:val="right"/>
      </w:pPr>
      <w:r>
        <w:t>اس زمانے میں کوئی کانسیپٹ نہیں تھا کہ تیل ایسی چیز ہے جو اتنی بڑی طاقت ہے، ساری دولت اس کے اندر اندر ہے، سارا ریسورسز اس کے اندر ہے۔</w:t>
      </w:r>
    </w:p>
    <w:p>
      <w:r>
        <w:rPr>
          <w:b/>
        </w:rPr>
        <w:t xml:space="preserve">[38:10] </w:t>
      </w:r>
      <w:r>
        <w:t>to is zamane mein is baat ko kehne ki shakal yahi thi ke yahan Arab ilaqe mein liquid gold zahir hoga, woh tumhari aish ke liye nahi hoga, tumhari aish ke liye nahi hoga, woh woh deen ki hifazat ke liye aur dawat ke liye hoga.</w:t>
      </w:r>
    </w:p>
    <w:p>
      <w:pPr>
        <w:jc w:val="right"/>
      </w:pPr>
      <w:r>
        <w:t>تو اس زمانے میں اس بات کو کہنے کی شکل یہی تھی کہ یہاں عرب علاقے میں لیکوڈ گولڈ ظاہر ہوگا، وہ تمہاری عیش کے لیے نہیں ہوگا، تمہاری عیش کے لیے نہیں ہوگا، وہ وہ دین کی حفاظت کے لیے اور دعوت کے لیے ہوگا۔</w:t>
      </w:r>
    </w:p>
    <w:p>
      <w:r>
        <w:rPr>
          <w:b/>
        </w:rPr>
        <w:t xml:space="preserve">[38:30] </w:t>
      </w:r>
      <w:r>
        <w:t>woh milega, woh</w:t>
      </w:r>
    </w:p>
    <w:p>
      <w:pPr>
        <w:jc w:val="right"/>
      </w:pPr>
      <w:r>
        <w:t>وہ ملے گا، وہ</w:t>
      </w:r>
    </w:p>
    <w:p>
      <w:r>
        <w:rPr>
          <w:b/>
        </w:rPr>
        <w:t xml:space="preserve">[38:38] </w:t>
      </w:r>
      <w:r>
        <w:t>yushk, yushk al-furat an yuhsil 'an kanzam min dhahab faman hadarah fala minhu shia. haan, tarjuma padhiye.</w:t>
      </w:r>
    </w:p>
    <w:p>
      <w:pPr>
        <w:jc w:val="right"/>
      </w:pPr>
      <w:r>
        <w:t>یوشک، یوشک الفرات ان یحصل عن کنزم من ذہب فمن حضرہ فلا منہ شیعہ۔ ہاں، ترجمہ پڑھیے۔</w:t>
      </w:r>
    </w:p>
    <w:p>
      <w:r>
        <w:rPr>
          <w:b/>
        </w:rPr>
        <w:t xml:space="preserve">[38:49] </w:t>
      </w:r>
      <w:r>
        <w:t>qareeb hai ke furat apne andar se, furat darya, furat darya apne andar se, ah sone ke khazane agle.</w:t>
      </w:r>
    </w:p>
    <w:p>
      <w:pPr>
        <w:jc w:val="right"/>
      </w:pPr>
      <w:r>
        <w:t>قریب ہے کہ فرات اپنے اندر سے، فرات دریا، فرات دریا اپنے اندر سے، اہ سونے کے خزانے اگلے۔</w:t>
      </w:r>
    </w:p>
    <w:p>
      <w:r>
        <w:rPr>
          <w:b/>
        </w:rPr>
        <w:t xml:space="preserve">[38:59] </w:t>
      </w:r>
      <w:r>
        <w:t>to jo wahan par maujood ho, woh is mein se kuch na lein. sahih al-bukhari hadith number 7119. yeh riwayat bukhari mein hai.</w:t>
      </w:r>
    </w:p>
    <w:p>
      <w:pPr>
        <w:jc w:val="right"/>
      </w:pPr>
      <w:r>
        <w:t>تو جو وہاں پر موجود ہو، وہ اس میں سے کچھ نہ لیں۔ صحیح البخاری حدیث نمبر 7119۔ یہ روایت بخاری میں ہے۔</w:t>
      </w:r>
    </w:p>
    <w:p>
      <w:r>
        <w:rPr>
          <w:b/>
        </w:rPr>
        <w:t xml:space="preserve">[39:13] </w:t>
      </w:r>
      <w:r>
        <w:t>dajla aur furat ka ilaqa wahi hai jo arab ilaqa hai. to dajla aur furat ke naam se yeh batayega ke arab ilaqay mein</w:t>
      </w:r>
    </w:p>
    <w:p>
      <w:pPr>
        <w:jc w:val="right"/>
      </w:pPr>
      <w:r>
        <w:t>دجرہ اور فرات کا علاقہ وہی ہے جو عرب علاقہ ہے۔ تو دجرہ اور فرات کے نام سے یہ بتائے گا کہ عرب علاقے میں</w:t>
      </w:r>
    </w:p>
    <w:p>
      <w:r>
        <w:rPr>
          <w:b/>
        </w:rPr>
        <w:t xml:space="preserve">[39:24] </w:t>
      </w:r>
      <w:r>
        <w:t>sone ke khazane niklen ge, yani liquid gold. woh tumhari aish ke liye nahi hoga, woh deen ki hifazat ke liye, deen ki dawat ke liye, allah ke deen ki isha'at ke liye hoga.</w:t>
      </w:r>
    </w:p>
    <w:p>
      <w:pPr>
        <w:jc w:val="right"/>
      </w:pPr>
      <w:r>
        <w:t>سونے کے خزانے نکلیں گے، یعنی لیکوڈ گولڈ۔ وہ تمہاری عیش کے لیے نہیں ہوگا، وہ دین کی حفاظت کے لیے، دین کی دعوت کے لیے، اللہ کے دین کی اشاعت کے لیے ہوگا۔</w:t>
      </w:r>
    </w:p>
    <w:p>
      <w:r>
        <w:rPr>
          <w:b/>
        </w:rPr>
        <w:t xml:space="preserve">[39:39] </w:t>
      </w:r>
      <w:r>
        <w:t>to yahan bhi derailment hua.</w:t>
      </w:r>
    </w:p>
    <w:p>
      <w:pPr>
        <w:jc w:val="right"/>
      </w:pPr>
      <w:r>
        <w:t>تو یہاں بھی ڈیریلمنٹ ہوا۔</w:t>
      </w:r>
    </w:p>
    <w:p>
      <w:r>
        <w:rPr>
          <w:b/>
        </w:rPr>
        <w:t xml:space="preserve">[39:43] </w:t>
      </w:r>
      <w:r>
        <w:t>political power ke zamanay mein derailment yeh hua ke logon ne apni glory, apni qaumi glory ke liye istemal karna shuru kiya. is ko ab kya ho raha hai?</w:t>
      </w:r>
    </w:p>
    <w:p>
      <w:pPr>
        <w:jc w:val="right"/>
      </w:pPr>
      <w:r>
        <w:t>پولیٹیکل پاور کے زمانے میں ڈیریلمنٹ یہ ہوا کہ لوگوں نے اپنی گلوری، اپنی قومی گلوری کے لیے استعمال کرنا شروع کیا۔ اس کو اب کیا ہو رہا ہے؟</w:t>
      </w:r>
    </w:p>
    <w:p>
      <w:r>
        <w:rPr>
          <w:b/>
        </w:rPr>
        <w:t xml:space="preserve">[39:54] </w:t>
      </w:r>
      <w:r>
        <w:t>ab ho raha hai ke apni qaumi taraqqi ke liye, apni aish ke liye ho raha hai. tel ki dawat to tel ki daulat ko dawat ke liye istemal karne ka abhi bhi mizaj nahi hai logon mein.</w:t>
      </w:r>
    </w:p>
    <w:p>
      <w:pPr>
        <w:jc w:val="right"/>
      </w:pPr>
      <w:r>
        <w:t>اب ہو رہا ہے کہ اپنی قومی ترقی کے لیے، اپنی عیش کے لیے ہو رہا ہے۔ تیل کی دعوت تو تیل کی دولت کو دعوت کے لیے استعمال کرنے کا ابھی بھی مزاج نہیں ہے لوگوں میں۔</w:t>
      </w:r>
    </w:p>
    <w:p>
      <w:r>
        <w:rPr>
          <w:b/>
        </w:rPr>
        <w:t xml:space="preserve">[40:09] </w:t>
      </w:r>
      <w:r>
        <w:t>woh thinking hi nahi hai.</w:t>
      </w:r>
    </w:p>
    <w:p>
      <w:pPr>
        <w:jc w:val="right"/>
      </w:pPr>
      <w:r>
        <w:t>وہ تھنکنگ ہی نہیں ہے۔</w:t>
      </w:r>
    </w:p>
    <w:p>
      <w:r>
        <w:rPr>
          <w:b/>
        </w:rPr>
        <w:t xml:space="preserve">[40:13] </w:t>
      </w:r>
      <w:r>
        <w:t>to in dono ayaton mein jo aaj padhi gayi hain, is pe poori tareekh is ka padh sakte hain. is dono ayaton ko dobara padhiye, dobara aur is ka tarjuma, is ko al-baqarah wali: "allah</w:t>
      </w:r>
    </w:p>
    <w:p>
      <w:pPr>
        <w:jc w:val="right"/>
      </w:pPr>
      <w:r>
        <w:t>تو ان دونوں آیتوں میں جو آج پڑھی گئی ہیں، اس پہ پوری تاریخ اس کا پڑھ سکتے ہیں۔ اس دونوں آیتوں کو دوبارہ پڑھیے، دوبارہ اور اس کا ترجمہ، اس کو البقرہ والی: "اللہ</w:t>
      </w:r>
    </w:p>
    <w:p>
      <w:r>
        <w:rPr>
          <w:b/>
        </w:rPr>
        <w:t xml:space="preserve">[40:43] </w:t>
      </w:r>
      <w:r>
        <w:t>hum ne kaha tum sab yahan se utro, phir jab aaye tumhare paas meri taraf se koi hidayat to jo log meri hidayat ki pairwi karein ge, un ke liye na koi darr hoga aur na woh ghamgeen honge.</w:t>
      </w:r>
    </w:p>
    <w:p>
      <w:pPr>
        <w:jc w:val="right"/>
      </w:pPr>
      <w:r>
        <w:t>ہم نے کہا تم سب یہاں سے اترو، پھر جب آئے تمہارے پاس میری طرف سے کوئی ہدایت تو جو لوگ میری ہدایت کی پیروی کریں گے، ان کے لیے نہ کوئی ڈر ہوگا اور نہ وہ غمگین ہوں گے۔</w:t>
      </w:r>
    </w:p>
    <w:p>
      <w:r>
        <w:rPr>
          <w:b/>
        </w:rPr>
        <w:t xml:space="preserve">[40:56] </w:t>
      </w:r>
      <w:r>
        <w:t>aur jo log inkar karein ge aur hamari nishaniyon ko jhutlayein ge, to wohi log dozakh wale hain, woh is mein hamesha rahein ge." surah al-baqarah ayat number 38, 39.</w:t>
      </w:r>
    </w:p>
    <w:p>
      <w:pPr>
        <w:jc w:val="right"/>
      </w:pPr>
      <w:r>
        <w:t>اور جو لوگ انکار کریں گے اور ہماری نشانیوں کو جھٹلائیں گے، تو وہی لوگ دوزخ والے ہیں، وہ اس میں ہمیشہ رہیں گے۔" سورہ البقرہ آیت نمبر 38، 39۔</w:t>
      </w:r>
    </w:p>
    <w:p>
      <w:r>
        <w:rPr>
          <w:b/>
        </w:rPr>
        <w:t xml:space="preserve">[41:24] </w:t>
      </w:r>
      <w:r>
        <w:t>aur jab allah ne ahl-e-kitab se ahad liya ke tum khuda ki kitab ko poori tarah logon ke liye zahir karo ge aur is ko chupaoge nahi, magar unhon ne is ko pas-e-pusht daal diya aur is ko thodi qeemat par bech dala.</w:t>
      </w:r>
    </w:p>
    <w:p>
      <w:pPr>
        <w:jc w:val="right"/>
      </w:pPr>
      <w:r>
        <w:t>اور جب اللہ نے اہل کتاب سے عہد لیا کہ تم خدا کی کتاب کو پوری طرح لوگوں کے لیے ظاہر کرو گے اور اس کو چھپاؤ گے نہیں، مگر انہوں نے اس کو پس پشت ڈال دیا اور اس کو تھوڑی قیمت پر بیچ ڈالا۔</w:t>
      </w:r>
    </w:p>
    <w:p>
      <w:r>
        <w:rPr>
          <w:b/>
        </w:rPr>
        <w:t xml:space="preserve">[41:40] </w:t>
      </w:r>
      <w:r>
        <w:t>kaisi buri cheez hai jis ko woh khareed rahe hain? dekhiye, yeh teen ayatein hain quran ki.</w:t>
      </w:r>
    </w:p>
    <w:p>
      <w:pPr>
        <w:jc w:val="right"/>
      </w:pPr>
      <w:r>
        <w:t>کیسی بری چیز ہے جس کو وہ خرید رہے ہیں؟ دیکھیے، یہ تین آیتیں ہیں قرآن کی۔</w:t>
      </w:r>
    </w:p>
    <w:p>
      <w:r>
        <w:rPr>
          <w:b/>
        </w:rPr>
        <w:t xml:space="preserve">[41:51] </w:t>
      </w:r>
      <w:r>
        <w:t>in ayaton par agar ghaur karein aap gehrai ke sath, is ke tareekhi background ke sath,</w:t>
      </w:r>
    </w:p>
    <w:p>
      <w:pPr>
        <w:jc w:val="right"/>
      </w:pPr>
      <w:r>
        <w:t>ان آیتوں پر اگر غور کریں آپ گہرائی کے ساتھ، اس کے تاریخی بیک گراؤنڈ کے ساتھ،</w:t>
      </w:r>
    </w:p>
    <w:p>
      <w:r>
        <w:rPr>
          <w:b/>
        </w:rPr>
        <w:t xml:space="preserve">[42:02] </w:t>
      </w:r>
      <w:r>
        <w:t>to is mein ummat ki poori, yani poori insani tareekh ka bayan hai. is ke andar poori insani tareekh ka ke pehle insanon ke andar nabi aayenge,</w:t>
      </w:r>
    </w:p>
    <w:p>
      <w:pPr>
        <w:jc w:val="right"/>
      </w:pPr>
      <w:r>
        <w:t>تو اس میں امت کی پوری، یعنی پوری انسانی تاریخ کا بیان ہے۔ اس کے اندر پوری انسانی تاریخ کا کہ پہلے انسانوں کے اندر نبی آئیں گے،</w:t>
      </w:r>
    </w:p>
    <w:p>
      <w:r>
        <w:rPr>
          <w:b/>
        </w:rPr>
        <w:t xml:space="preserve">[42:18] </w:t>
      </w:r>
      <w:r>
        <w:t>a'lan karein ge sachai ka. bohat hi kam log niklen ge jo is ko manen, yahan tak ke daur-e-nabuwat khatm ho jayega, aakhri nabi aayega, rasool allah sallallahu alaihi wasallam.</w:t>
      </w:r>
    </w:p>
    <w:p>
      <w:pPr>
        <w:jc w:val="right"/>
      </w:pPr>
      <w:r>
        <w:t>اعلان کریں گے سچائی کا۔ بہت ہی کم لوگ نکلیں گے جو اس کو مانیں، یہاں تک کہ دور نبوت ختم ہو جائے گا، آخری نبی آئے گا، رسول اللہ صلی اللہ علیہ وسلم۔</w:t>
      </w:r>
    </w:p>
    <w:p>
      <w:r>
        <w:rPr>
          <w:b/>
        </w:rPr>
        <w:t xml:space="preserve">[42:32] </w:t>
      </w:r>
      <w:r>
        <w:t>to nisbatan zyada badi tadad mein log sachai ko manen ge, yahan tak ke ek ummat ban jayegi, ek taqatwar ummat.</w:t>
      </w:r>
    </w:p>
    <w:p>
      <w:pPr>
        <w:jc w:val="right"/>
      </w:pPr>
      <w:r>
        <w:t>تو نسبتاً زیادہ بڑی تعداد میں لوگ سچائی کو مانیں گے، یہاں تک کہ ایک امت بن جائے گی، ایک طاقتور امت۔</w:t>
      </w:r>
    </w:p>
    <w:p>
      <w:r>
        <w:rPr>
          <w:b/>
        </w:rPr>
        <w:t xml:space="preserve">[42:43] </w:t>
      </w:r>
      <w:r>
        <w:t>to lekin nabi ek muddat ke liye tha, woh phir chala jayega. to is ke baad ummat ko allah taala political power dega taake nabi ke kaam ko jari rakhe, woh insani naslon mein.</w:t>
      </w:r>
    </w:p>
    <w:p>
      <w:pPr>
        <w:jc w:val="right"/>
      </w:pPr>
      <w:r>
        <w:t>تو لیکن نبی ایک مدت کے لیے تھا، وہ پھر چلا جائے گا۔ تو اس کے بعد امت کو اللہ تعالی پولیٹیکل پاور دے گا تاکہ نبی کے کام کو جاری رکھے، وہ انسانی نسلوں میں۔</w:t>
      </w:r>
    </w:p>
    <w:p>
      <w:r>
        <w:rPr>
          <w:b/>
        </w:rPr>
        <w:t xml:space="preserve">[42:58] </w:t>
      </w:r>
      <w:r>
        <w:t>phir yeh us waqt ke baad hoga jab duniya mein political saltanaton ka zamana hoga.</w:t>
      </w:r>
    </w:p>
    <w:p>
      <w:pPr>
        <w:jc w:val="right"/>
      </w:pPr>
      <w:r>
        <w:t>پھر یہ اس وقت کے بعد ہوگا جب دنیا میں پولیٹیکل سلطنتوں کا زمانہ ہوگا۔</w:t>
      </w:r>
    </w:p>
    <w:p>
      <w:r>
        <w:rPr>
          <w:b/>
        </w:rPr>
        <w:t xml:space="preserve">[43:08] </w:t>
      </w:r>
      <w:r>
        <w:t>phir jab political saltanaton ka zamana khatm hoga to allah taala tel de dega, tel jo daur-e-sunnat ki sab se badi taqat hai, taake woh is is tasalsul ko jari rakhe.</w:t>
      </w:r>
    </w:p>
    <w:p>
      <w:pPr>
        <w:jc w:val="right"/>
      </w:pPr>
      <w:r>
        <w:t>پھر جب پولیٹیکل سلطنتوں کا زمانہ ختم ہوگا تو اللہ تعالی تیل دے دے گا، تیل جو دور سنت کی سب سے بڑی طاقت ہے، تاکہ وہ اس اس تسلسل کو جاری رکھے۔</w:t>
      </w:r>
    </w:p>
    <w:p>
      <w:r>
        <w:rPr>
          <w:b/>
        </w:rPr>
        <w:t xml:space="preserve">[43:22] </w:t>
      </w:r>
      <w:r>
        <w:t>nabi ke kaam ka tasalsul jari rakhne ke liye unhein dunyavi zarea' de diye jayen ge. lekin phir derailment hoga aur woh tel ko apni aish ke liye istemal karein ge,</w:t>
      </w:r>
    </w:p>
    <w:p>
      <w:pPr>
        <w:jc w:val="right"/>
      </w:pPr>
      <w:r>
        <w:t>نبی کے کام کا تسلسل جاری رکھنے کے لیے انہیں دنیاوی ذرائع دے دیے جائیں گے۔ لیکن پھر ڈیریلمنٹ ہوگا اور وہ تیل کو اپنی عیش کے لیے استعمال کریں گے،</w:t>
      </w:r>
    </w:p>
    <w:p>
      <w:r>
        <w:rPr>
          <w:b/>
        </w:rPr>
        <w:t xml:space="preserve">[43:36] </w:t>
      </w:r>
      <w:r>
        <w:t>bajaye dawat ke liye istemal karne ke, da'wati mission ke liye. yeh poori tareekh in teen ayaton mein bata di gayi hai, poori tareekh.</w:t>
      </w:r>
    </w:p>
    <w:p>
      <w:pPr>
        <w:jc w:val="right"/>
      </w:pPr>
      <w:r>
        <w:t>بجائے دعوت کے لیے استعمال کرنے کے، دعوتی مشن کے لیے۔ یہ پوری تاریخ ان تین آیتوں میں بتا دی گئی ہے، پوری تاریخ۔</w:t>
      </w:r>
    </w:p>
    <w:p>
      <w:r>
        <w:rPr>
          <w:b/>
        </w:rPr>
        <w:t xml:space="preserve">[43:49] </w:t>
      </w:r>
      <w:r>
        <w:t>to ab ek kahin se, ab hum ek kahin sadi mein hain, ab waqt aa gaya hai ke hum is par nazar-sani karein, phir se sochein aur loten is rasool allah ki baat ki taraf, quran ki is baat ki taraf aur apne aap ko bharpoor taur par istemal karein deen ki isha'at ke liye.</w:t>
      </w:r>
    </w:p>
    <w:p>
      <w:pPr>
        <w:jc w:val="right"/>
      </w:pPr>
      <w:r>
        <w:t>تو اب ایک کہیں سے، اب ہم ایک کہیں صدی میں ہیں، اب وقت آ گیا ہے کہ ہم اس پر نظر ثانی کریں، پھر سے سوچیں اور لوٹیں اس رسول اللہ کی بات کی طرف، قرآن کی اس بات کی طرف اور اپنے آپ کو بھرپور طور پر استعمال کریں دین کی اشاعت کے لیے۔</w:t>
      </w:r>
    </w:p>
    <w:p>
      <w:r>
        <w:rPr>
          <w:b/>
        </w:rPr>
        <w:t xml:space="preserve">[44:16] </w:t>
      </w:r>
      <w:r>
        <w:t>aur aaj kal hum ne apne mission mein jo sab se zyada bara focus is pe diya hai, woh hai Allah ki mehfooz kitaab ka tarjuma har zabaan mein karna aur us ko dunya mein phailana.</w:t>
      </w:r>
    </w:p>
    <w:p>
      <w:pPr>
        <w:jc w:val="right"/>
      </w:pPr>
      <w:r>
        <w:t>اور آج کل ہم نے اپنے مشن میں جو سب سے زیادہ بڑا فوکس اس پہ دیا ہے، وہ ہے اللہ کی محفوظ کتاب کا ترجمہ ہر زبان میں کرنا اور اس کو دنیا میں پھیلانا۔</w:t>
      </w:r>
    </w:p>
    <w:p>
      <w:r>
        <w:rPr>
          <w:b/>
        </w:rPr>
        <w:t xml:space="preserve">[44:32] </w:t>
      </w:r>
      <w:r>
        <w:t>yeh hamara aakhri focus hai ke Quran ko har zabaan mein achi understandable language mein tarjuma karna, us ko chhapwana aur sari dunya mein us ko phailana.</w:t>
      </w:r>
    </w:p>
    <w:p>
      <w:pPr>
        <w:jc w:val="right"/>
      </w:pPr>
      <w:r>
        <w:t>یہ ہمارا آخری فوکس ہے کہ قرآن کو ہر زبان میں اچھی انڈرسٹینڈیبل لینگویج میں ترجمہ کرنا، اس کو چھپوانا اور ساری دنیا میں اس کو پھیلانا۔</w:t>
      </w:r>
    </w:p>
    <w:p>
      <w:r>
        <w:rPr>
          <w:b/>
        </w:rPr>
        <w:t xml:space="preserve">[44:45] </w:t>
      </w:r>
      <w:r>
        <w:t>toh hamari umeed dua hai ke Allah taala hum sab ko tofeeq de ke hum samjhein Allah ke mansoobe ko aur apne aap ko is mein laga dein.</w:t>
      </w:r>
    </w:p>
    <w:p>
      <w:pPr>
        <w:jc w:val="right"/>
      </w:pPr>
      <w:r>
        <w:t>تو ہماری امید دعا ہے کہ اللہ تعالی ہم سب کو توفیق دے کہ ہم سمجھیں اللہ کے منصوبے کو اور اپنے آپ کو اس میں لگا دیں۔</w:t>
      </w:r>
    </w:p>
    <w:p>
      <w:r>
        <w:rPr>
          <w:b/>
        </w:rPr>
        <w:t xml:space="preserve">[44:55] </w:t>
      </w:r>
      <w:r>
        <w:t>assalam o alaikum wa rehmatullah.</w:t>
      </w:r>
    </w:p>
    <w:p>
      <w:pPr>
        <w:jc w:val="right"/>
      </w:pPr>
      <w:r>
        <w:t>السلام علیکم ورحمۃ اللہ۔</w:t>
      </w:r>
    </w:p>
    <w:p>
      <w:r>
        <w:rPr>
          <w:b/>
        </w:rPr>
        <w:t xml:space="preserve">[45:08] </w:t>
      </w:r>
      <w:r>
        <w:t>okay, so we will start with the comments and question answer session. once again, i i would request all the viewers who are posting their comments and questions.</w:t>
      </w:r>
    </w:p>
    <w:p>
      <w:pPr>
        <w:jc w:val="right"/>
      </w:pPr>
      <w:r>
        <w:t>اوکے، سو وی ویل سٹارٹ ود دی کمنٹس اینڈ کوسچن انسر سیشن۔ ونس اگین، آئی آئی وڈ ریکویسٹ آل دی ویوورز ہو آر پوسٹنگ دیر کمنٹس اینڈ کوسچن۔</w:t>
      </w:r>
    </w:p>
    <w:p>
      <w:r>
        <w:rPr>
          <w:b/>
        </w:rPr>
        <w:t xml:space="preserve">[45:18] </w:t>
      </w:r>
      <w:r>
        <w:t>please always mention the location from where you are watching this talk and you are posting your questions. Maulana sahib, pehle sab se pehle kuch comments lena chahenge sawal se pehle.</w:t>
      </w:r>
    </w:p>
    <w:p>
      <w:pPr>
        <w:jc w:val="right"/>
      </w:pPr>
      <w:r>
        <w:t>پلیز آلویز مینشن دی لوکیشن فرام ویر یو آر واچنگ دس ٹاک اینڈ یو آر پوسٹنگ یور کوسچنز۔ منانا صاحب، پہلے سب سے پہلے کچھ کمنٹس لینا چاہیں گے سوال سے پہلے۔</w:t>
      </w:r>
    </w:p>
    <w:p>
      <w:r>
        <w:rPr>
          <w:b/>
        </w:rPr>
        <w:t xml:space="preserve">[45:31] </w:t>
      </w:r>
      <w:r>
        <w:t>teen logon ne comments bheje hain spirit of Islam magazine ke bare mein. toh hum pehle woh parhna chahenge. pehla comment bheja hai Bangalore se Mrs. Asra Masood ne.</w:t>
      </w:r>
    </w:p>
    <w:p>
      <w:pPr>
        <w:jc w:val="right"/>
      </w:pPr>
      <w:r>
        <w:t>تین لوگوں نے کمنٹس بھیجے ہیں سپرٹ آف اسلام میگزین کے بارے میں۔ تو ہم پہلے وہ پڑھنا چاہیں گے۔ پہلا کمنٹ بھیجا ہے بینگلور سے مسز اسراء مسعود نے۔</w:t>
      </w:r>
    </w:p>
    <w:p>
      <w:r>
        <w:rPr>
          <w:b/>
        </w:rPr>
        <w:t xml:space="preserve">[45:49] </w:t>
      </w:r>
      <w:r>
        <w:t>unhone likha hai: "your magazine spirit of Islam is not just a magazine for me.</w:t>
      </w:r>
    </w:p>
    <w:p>
      <w:pPr>
        <w:jc w:val="right"/>
      </w:pPr>
      <w:r>
        <w:t>انہوں نے لکھا ہے: "یور میگزین سپرٹ آف اسلام از ناٹ جسٹ ا میگزین فار می۔</w:t>
      </w:r>
    </w:p>
    <w:p>
      <w:r>
        <w:rPr>
          <w:b/>
        </w:rPr>
        <w:t xml:space="preserve">[45:58] </w:t>
      </w:r>
      <w:r>
        <w:t>i have been reading and benefiting from it in every way. i wish to convey one important thing about this magazine among many.</w:t>
      </w:r>
    </w:p>
    <w:p>
      <w:pPr>
        <w:jc w:val="right"/>
      </w:pPr>
      <w:r>
        <w:t>آئی ہیو بین ریڈنگ اینڈ بینیفٹنگ فرام اٹ ان ایوری وے۔ آئی وش ٹو کنوے ون امپورٹنٹ تھنگ اباؤٹ دس میگزین امنگز مینی۔</w:t>
      </w:r>
    </w:p>
    <w:p>
      <w:r>
        <w:rPr>
          <w:b/>
        </w:rPr>
        <w:t xml:space="preserve">[46:10] </w:t>
      </w:r>
      <w:r>
        <w:t>from the cover page quote to the end of the magazine, it is a completely spiritual experience. no advertisements like other magazines to distract us even for a second.</w:t>
      </w:r>
    </w:p>
    <w:p>
      <w:pPr>
        <w:jc w:val="right"/>
      </w:pPr>
      <w:r>
        <w:t>فرام دی کور پیج کوٹ ٹو دی اینڈ آف دی میگزین، اٹ از ا کمپلیٹلی سپرچول ایکسپیرینس۔ نو ایڈورٹائزمنٹس لائک ادر میگزینز ٹو ڈسٹریکٹ اس ایون فار ا سیکنڈ۔</w:t>
      </w:r>
    </w:p>
    <w:p>
      <w:r>
        <w:rPr>
          <w:b/>
        </w:rPr>
        <w:t xml:space="preserve">[46:25] </w:t>
      </w:r>
      <w:r>
        <w:t>when i read this magazine, i feel i am transported into a garden of spiritual flowers. may God grant Maulana sahib a long and a healthy life.</w:t>
      </w:r>
    </w:p>
    <w:p>
      <w:pPr>
        <w:jc w:val="right"/>
      </w:pPr>
      <w:r>
        <w:t>وین آئی ریڈ دس میگزین، آئی فیل آئی ایم ٹرانسپورٹڈ انٹو ا گارڈن آف سپرچول فلاورز۔ می گاڈ گرانٹ مولانا صاحب ا لانگ اینڈ ا ہیلدی لائف۔</w:t>
      </w:r>
    </w:p>
    <w:p>
      <w:r>
        <w:rPr>
          <w:b/>
        </w:rPr>
        <w:t xml:space="preserve">[46:37] </w:t>
      </w:r>
      <w:r>
        <w:t>ameen."</w:t>
      </w:r>
    </w:p>
    <w:p>
      <w:pPr>
        <w:jc w:val="right"/>
      </w:pPr>
      <w:r>
        <w:t>آمین۔"</w:t>
      </w:r>
    </w:p>
    <w:p>
      <w:r>
        <w:rPr>
          <w:b/>
        </w:rPr>
        <w:t xml:space="preserve">[46:41] </w:t>
      </w:r>
      <w:r>
        <w:t>Maulana doosra comment spirit of Islam magazine ke liye bheja hai Miss Sobiya Kausar ne Shimoga se.</w:t>
      </w:r>
    </w:p>
    <w:p>
      <w:pPr>
        <w:jc w:val="right"/>
      </w:pPr>
      <w:r>
        <w:t>منانا دوسرا کمنٹ سپرٹ آف اسلام میگزین کے لیے بھیجا ہے مس سوبیہ کوثر نے شموگا سے۔</w:t>
      </w:r>
    </w:p>
    <w:p>
      <w:r>
        <w:rPr>
          <w:b/>
        </w:rPr>
        <w:t xml:space="preserve">[46:49] </w:t>
      </w:r>
      <w:r>
        <w:t>unhone likha hai: "i am a 25 year old woman who knew that Islam has a special status for women, but still there remained doubts in mind regarding certain issues and how Allah perceives us.</w:t>
      </w:r>
    </w:p>
    <w:p>
      <w:pPr>
        <w:jc w:val="right"/>
      </w:pPr>
      <w:r>
        <w:t>انہوں نے لکھا ہے: "آئی ایم ا 25 ایئر اولڈ وومن ہو نیو دیٹ اسلام ہیز ا سپیشل سٹیٹس فار وومن، بٹ سٹل دیر ریمینڈ ڈاؤٹس ان مائنڈ ریگارڈنگ سرٹن ایشوز اینڈ ہاؤ اللہ پرسیوز اس۔</w:t>
      </w:r>
    </w:p>
    <w:p>
      <w:r>
        <w:rPr>
          <w:b/>
        </w:rPr>
        <w:t xml:space="preserve">[47:07] </w:t>
      </w:r>
      <w:r>
        <w:t>but after reading the articles in spirit of Islam which were explained with a lot of clarity, all my doubts vanish and i have true gratitude towards God for bestowing us with such a beautiful role.</w:t>
      </w:r>
    </w:p>
    <w:p>
      <w:pPr>
        <w:jc w:val="right"/>
      </w:pPr>
      <w:r>
        <w:t>بٹ افٹر ریڈنگ دا آرٹیکلز ان سپرٹ آف اسلام وچ وار ایکسپلینڈ ود ا لاٹ آف کلیرٹی، ال مائی ڈاؤٹس وینش اینڈ آئی ہیو ٹرو گریٹیٹیوڈ ٹورڈز گاڈ فار بسٹوئنگ اس ود سچ ا بیوٹی فل رول۔</w:t>
      </w:r>
    </w:p>
    <w:p>
      <w:r>
        <w:rPr>
          <w:b/>
        </w:rPr>
        <w:t xml:space="preserve">[47:25] </w:t>
      </w:r>
      <w:r>
        <w:t>i also like the quotes of Maulana at the end of each article. they stay in my mind for a long time and i think deeply over them." Miss Saeeda Saleha Parveen ne ne comment bheja, unka location nahi hai,</w:t>
      </w:r>
    </w:p>
    <w:p>
      <w:pPr>
        <w:jc w:val="right"/>
      </w:pPr>
      <w:r>
        <w:t>آئی السو لائک دا کوٹس آف مولانا ایٹ دی اینڈ آف ایچ آرٹیکل۔ دے سٹے ان مائی مائنڈ فار ا لانگ ٹائم اینڈ آئی تھنک ڈیپلی اوور دیم۔" مس سعیدہ صلیحہ پروین نے نے کمنٹ بھیجا، ان کا لوکیشن نہیں ہے،</w:t>
      </w:r>
    </w:p>
    <w:p>
      <w:r>
        <w:rPr>
          <w:b/>
        </w:rPr>
        <w:t xml:space="preserve">[47:44] </w:t>
      </w:r>
      <w:r>
        <w:t>unhone mention nahi kiya hai. unka comment hai: "i am a mother of three children and a member of a big family. spirit of Islam has been a guide book for me for my day to day issues.</w:t>
      </w:r>
    </w:p>
    <w:p>
      <w:pPr>
        <w:jc w:val="right"/>
      </w:pPr>
      <w:r>
        <w:t>انہوں نے مینشن نہیں کیا ہے۔ ان کا کمنٹ ہے: "آئی ایم ا مدر آف تھری چلڈرن اینڈ ا ممبر آف ا بگ فیملی۔ سپرٹ آف اسلام ہیز بین ا گائیڈ بک فار می فار مائی ڈے ٹو ڈے ایشوز۔</w:t>
      </w:r>
    </w:p>
    <w:p>
      <w:r>
        <w:rPr>
          <w:b/>
        </w:rPr>
        <w:t xml:space="preserve">[47:56] </w:t>
      </w:r>
      <w:r>
        <w:t>i would be a disturbed person if not for this timely guidance which comes to me regularly. there are many incidents where i was thinking about a solution to a particular problem,</w:t>
      </w:r>
    </w:p>
    <w:p>
      <w:pPr>
        <w:jc w:val="right"/>
      </w:pPr>
      <w:r>
        <w:t>آئی وڈ بی ا ڈسٹرب پرسن اف ناٹ فار دس ٹائملی گائیڈنس وچ کمز ٹو می ریگولرلی۔ دیر ار مینی انسیڈنٹس ویئر آئی واز تھنکنگ اباؤٹ ا سولیوشن ٹو ا پرٹیکولر پرابلم،</w:t>
      </w:r>
    </w:p>
    <w:p>
      <w:r>
        <w:rPr>
          <w:b/>
        </w:rPr>
        <w:t xml:space="preserve">[48:11] </w:t>
      </w:r>
      <w:r>
        <w:t>and that month issue of spirit of Islam had an answer for me. i now read it like a text book and make notes from it and try my best to follow it in molding up my personality positively.</w:t>
      </w:r>
    </w:p>
    <w:p>
      <w:pPr>
        <w:jc w:val="right"/>
      </w:pPr>
      <w:r>
        <w:t>اینڈ دیٹ منتھ ایشو آف سپرٹ آف اسلام ہیڈ این انسر فار می۔ آئی ناؤ ریڈ اٹ لائک ا ٹیکسٹ بک اینڈ میک نوٹس فرام اٹ اینڈ ٹرائی مائی بیسٹ ٹو فالو اٹ ان مولڈنگ اپ مائی پرسنیلٹی پوزیٹیولی۔</w:t>
      </w:r>
    </w:p>
    <w:p>
      <w:r>
        <w:rPr>
          <w:b/>
        </w:rPr>
        <w:t xml:space="preserve">[48:26] </w:t>
      </w:r>
      <w:r>
        <w:t>and i even share some of the topics with my teenage children and also discuss with my niece who is in abroad, and i call her every week.</w:t>
      </w:r>
    </w:p>
    <w:p>
      <w:pPr>
        <w:jc w:val="right"/>
      </w:pPr>
      <w:r>
        <w:t>اینڈ آئی ایون شیئر سم آف دا ٹاپکس ود مائی ٹین ایج چلڈرن اینڈ السو ڈسکس ود مائی نیس ہو از ان ابراڈ، اینڈ آئی کال ہر ایوری ویک۔</w:t>
      </w:r>
    </w:p>
    <w:p>
      <w:r>
        <w:rPr>
          <w:b/>
        </w:rPr>
        <w:t xml:space="preserve">[48:39] </w:t>
      </w:r>
      <w:r>
        <w:t>this will certainly help them understand Islam in a more practical way, and they are also very happy to learn with a difference and a positive outlook in the subjects they often hear.</w:t>
      </w:r>
    </w:p>
    <w:p>
      <w:pPr>
        <w:jc w:val="right"/>
      </w:pPr>
      <w:r>
        <w:t>دس ویل سرٹنلی ہیلپ دیم انڈرسٹینڈ اسلام ان ا مور پریکٹیکل وے، اینڈ دے آر السو ویری ہیپی ٹو لرن ود ا ڈیفرنس اینڈ ا پوزیٹیو آؤٹ لوک ان دا سبجیکٹس دے افن ہیئر۔</w:t>
      </w:r>
    </w:p>
    <w:p>
      <w:r>
        <w:rPr>
          <w:b/>
        </w:rPr>
        <w:t xml:space="preserve">[48:52] </w:t>
      </w:r>
      <w:r>
        <w:t>this is how spirit of Islam magazine has helped me. may God bless everyone who are involved in this work." so we would like to tell all the viewers who are watching this that they can also obtain spirit of Islam magazine online if they want some copies to be distributed in their area.</w:t>
      </w:r>
    </w:p>
    <w:p>
      <w:pPr>
        <w:jc w:val="right"/>
      </w:pPr>
      <w:r>
        <w:t>دس از ہاؤ سپرٹ آف اسلام میگزین ہیز ہیلپ می۔ می گاڈ بلیس ایوری ون ہو آر انوالوڈ ان دس ورک۔" سو وی وڈ لائک ٹو ٹیل آل دی ویوورز ہو آر واچنگ دس دیٹ دے کین السو ابٹین سپرٹ آف اسلام میگزین آن لائن اف دے وانٹ سم کاپیز ٹو بی ڈسٹریبیوٹڈ ان دیر ایریا۔</w:t>
      </w:r>
    </w:p>
    <w:p>
      <w:r>
        <w:rPr>
          <w:b/>
        </w:rPr>
        <w:t xml:space="preserve">[49:12] </w:t>
      </w:r>
      <w:r>
        <w:t>then they can write to the center for peace at gmail.com or to info at cpsglobal.org.</w:t>
      </w:r>
    </w:p>
    <w:p>
      <w:pPr>
        <w:jc w:val="right"/>
      </w:pPr>
      <w:r>
        <w:t>دین دے کین رائٹ ٹو دی سینٹر فار پیس ایٹ جی میل ڈاٹ کام اور ٹو انفو ایٹ سی پی ایس گلوبل ڈاٹ او آر جی۔</w:t>
      </w:r>
    </w:p>
    <w:p>
      <w:r>
        <w:rPr>
          <w:b/>
        </w:rPr>
        <w:t xml:space="preserve">[49:22] </w:t>
      </w:r>
      <w:r>
        <w:t>Maulana comments lete hain jo aaj ke talk ke bare mein aaye hain. Zakaria sahib ne Srinagar se likha hai: "such a wonderful interpretation of ayat by Maulana.</w:t>
      </w:r>
    </w:p>
    <w:p>
      <w:pPr>
        <w:jc w:val="right"/>
      </w:pPr>
      <w:r>
        <w:t>منانا کمنٹس لیتے ہیں جو آج کے ٹاک کے بارے میں آئے ہیں۔ زکریا صاحب نے سری نگر سے لکھا ہے: "سچ ا ونڈرفل انٹرپریٹیشن آف آیت بائے مولانا۔</w:t>
      </w:r>
    </w:p>
    <w:p>
      <w:r>
        <w:rPr>
          <w:b/>
        </w:rPr>
        <w:t xml:space="preserve">[49:38] </w:t>
      </w:r>
      <w:r>
        <w:t>seems like it is compulsory for a Muslim to to be a da'ee. unfortunately, sermons of prophets in da'wah were not preserved.</w:t>
      </w:r>
    </w:p>
    <w:p>
      <w:pPr>
        <w:jc w:val="right"/>
      </w:pPr>
      <w:r>
        <w:t>سیمز لائک اٹ از کمپلسری فار ا مسلم ٹو ٹو بی ا دائی۔ انفارچونیٹلی، سرمنز آف پرافٹس ان دعویٰ وار ناٹ پریزروڈ۔</w:t>
      </w:r>
    </w:p>
    <w:p>
      <w:r>
        <w:rPr>
          <w:b/>
        </w:rPr>
        <w:t xml:space="preserve">[49:50] </w:t>
      </w:r>
      <w:r>
        <w:t>haoo thrling today lecture waz. me allah bles you molana sahib. "riaz bhat sahib ne srinagar se likha hai: "The question of some that after hijrat prophet's life was like political emperor as a misunderstanding.</w:t>
      </w:r>
    </w:p>
    <w:p>
      <w:pPr>
        <w:jc w:val="right"/>
      </w:pPr>
      <w:r>
        <w:t>ہاؤ تھرلنگ ٹوڈے لیکچر واز۔ می اللہ بلیس یو مولانا صاحب۔" ریاض بھٹ صاحب نے سری نگر سے لکھا ہے: "دا کوئسچن آف سم دیٹ افٹر ہجرت پرافٹس لائف واز لائک پولیٹیکل ایمپرر از ا مس انڈرسٹینڈنگ۔</w:t>
      </w:r>
    </w:p>
    <w:p>
      <w:r>
        <w:rPr>
          <w:b/>
        </w:rPr>
        <w:t xml:space="preserve">[50:12] </w:t>
      </w:r>
      <w:r>
        <w:t>Actually, as I understand, Misaq-e-Madina is a charter for social engagement and a collective living.</w:t>
      </w:r>
    </w:p>
    <w:p>
      <w:pPr>
        <w:jc w:val="right"/>
      </w:pPr>
      <w:r>
        <w:t>ایکچولی، ایز آئی انڈرسٹینڈ، میثاق مدینہ از چارٹر فار سوشل انگیجمنٹ اینڈ ا کلیکٹیو لیونگ۔</w:t>
      </w:r>
    </w:p>
    <w:p>
      <w:r>
        <w:rPr>
          <w:b/>
        </w:rPr>
        <w:t xml:space="preserve">[50:22] </w:t>
      </w:r>
      <w:r>
        <w:t>again, the hijrat is migration from religious repression to religious liberation and not transformation from being peaceful</w:t>
      </w:r>
    </w:p>
    <w:p>
      <w:pPr>
        <w:jc w:val="right"/>
      </w:pPr>
      <w:r>
        <w:t>اگین، دا ہجرت از مائیگریشن فرام ریلیجیس ریپریشن ٹو ریلیجیس لبریشن اینڈ ناٹ ٹرانسفارمیشن فرام بینگ پیس فل</w:t>
      </w:r>
    </w:p>
    <w:p>
      <w:r>
        <w:rPr>
          <w:b/>
        </w:rPr>
        <w:t xml:space="preserve">[50:33] </w:t>
      </w:r>
      <w:r>
        <w:t>to violent. " maulana</w:t>
      </w:r>
    </w:p>
    <w:p>
      <w:pPr>
        <w:jc w:val="right"/>
      </w:pPr>
      <w:r>
        <w:t>ٹو وائلنٹ۔" مولانا</w:t>
      </w:r>
    </w:p>
    <w:p>
      <w:r>
        <w:rPr>
          <w:b/>
        </w:rPr>
        <w:t xml:space="preserve">[50:38] </w:t>
      </w:r>
      <w:r>
        <w:t>iqbal umri ne comments bheje hain, unhone likha hai: "maulana,</w:t>
      </w:r>
    </w:p>
    <w:p>
      <w:pPr>
        <w:jc w:val="right"/>
      </w:pPr>
      <w:r>
        <w:t>اقبال عمری نے کمنٹس بھیجے ہیں، انہوں نے لکھا ہے: "مولانا،</w:t>
      </w:r>
    </w:p>
    <w:p>
      <w:r>
        <w:rPr>
          <w:b/>
        </w:rPr>
        <w:t xml:space="preserve">[50:44] </w:t>
      </w:r>
      <w:r>
        <w:t>khilafat aur risalat ki sahi tafsir na karne ki wajah se musalman confined hain.</w:t>
      </w:r>
    </w:p>
    <w:p>
      <w:pPr>
        <w:jc w:val="right"/>
      </w:pPr>
      <w:r>
        <w:t>خلافت اور رسالت کی صحیح تفسیر نہ کرنے کی وجہ سے مسلمان کنفائنڈ ہیں۔</w:t>
      </w:r>
    </w:p>
    <w:p>
      <w:r>
        <w:rPr>
          <w:b/>
        </w:rPr>
        <w:t xml:space="preserve">[50:52] </w:t>
      </w:r>
      <w:r>
        <w:t>khilafat aur risalat ka sahi angle alrisala mission ne bataya. ilmi khilafat aur inzar o ablagh." Phir unhon ne ek aur comment bheja, unhon ne likha hai: "Maulana, aaj hi mujhe wazeh hua ke Musalmanon ka dawa ala Allah se derailment kaise hua,</w:t>
      </w:r>
    </w:p>
    <w:p>
      <w:pPr>
        <w:jc w:val="right"/>
      </w:pPr>
      <w:r>
        <w:t>خلافت اور رسالت کا صحیح اینگل الرسالہ مشن نے بتایا۔ علمی خلافت اور انظار و ابلاغ۔" پھر انہوں نے ایک اور کمنٹ بھیجا، انہوں نے لکھا ہے: "مولانا، آج ہی مجھے واضح ہوا کہ مسلمانوں کا دعویٰ الا اللہ سے ڈریلمنٹ کیسے ہوا،</w:t>
      </w:r>
    </w:p>
    <w:p>
      <w:r>
        <w:rPr>
          <w:b/>
        </w:rPr>
        <w:t xml:space="preserve">[51:13] </w:t>
      </w:r>
      <w:r>
        <w:t>jabke aaj kal dawah dawah khte hain magar wo dawah ala allah nahi hai." Mrs. Suraya Ahmad ne comment bhja hai, unhon ne likha hai:</w:t>
      </w:r>
    </w:p>
    <w:p>
      <w:pPr>
        <w:jc w:val="right"/>
      </w:pPr>
      <w:r>
        <w:t>جبکہ آج کل دعوت دعوت کہتے ہیں مگر وہ دعوت الا اللہ نہیں ہے۔" مس ثریا احمد نے کمنٹ بھیجا ہے، انہوں نے لکھا ہے:</w:t>
      </w:r>
    </w:p>
    <w:p>
      <w:r>
        <w:rPr>
          <w:b/>
        </w:rPr>
        <w:t xml:space="preserve">[51:27] </w:t>
      </w:r>
      <w:r>
        <w:t>"Indeed, world as human garden, a nursery and an orchard. Through nature, Allah gives countless examples.</w:t>
      </w:r>
    </w:p>
    <w:p>
      <w:pPr>
        <w:jc w:val="right"/>
      </w:pPr>
      <w:r>
        <w:t>"انڈیڈ، ورلڈ از ہیومن گارڈن، ا نرسری اینڈ این ارچرڈ۔ تھرو نیچر، اللہ گیوز کاؤنٹلیس ایگزیمپلز۔</w:t>
      </w:r>
    </w:p>
    <w:p>
      <w:r>
        <w:rPr>
          <w:b/>
        </w:rPr>
        <w:t xml:space="preserve">[51:38] </w:t>
      </w:r>
      <w:r>
        <w:t>how colorful flowers spread fragrance and how many fruits or vegetables which give health and life to human beings as well as birds and animals.</w:t>
      </w:r>
    </w:p>
    <w:p>
      <w:pPr>
        <w:jc w:val="right"/>
      </w:pPr>
      <w:r>
        <w:t>ہاؤ کلرفل فلاورز سپریڈ فریگرنس اینڈ ہاؤ مینی فروٹس اور ویجیٹیبلز وچ گیو ہیلتھ اینڈ لائف ٹو ہیومن بینگز ایز ویل ایز برڈز اینڈ اینیملز۔</w:t>
      </w:r>
    </w:p>
    <w:p>
      <w:r>
        <w:rPr>
          <w:b/>
        </w:rPr>
        <w:t xml:space="preserve">[51:49] </w:t>
      </w:r>
      <w:r>
        <w:t>vish vi al ashraf fl makhlqat learn the message hidden in nature."</w:t>
      </w:r>
    </w:p>
    <w:p>
      <w:pPr>
        <w:jc w:val="right"/>
      </w:pPr>
      <w:r>
        <w:t>وش وی ال اشرف فل مخلوقات لرن دی میسج ہڈن ان نیچر۔"</w:t>
      </w:r>
    </w:p>
    <w:p>
      <w:r>
        <w:rPr>
          <w:b/>
        </w:rPr>
        <w:t xml:space="preserve">[51:59] </w:t>
      </w:r>
      <w:r>
        <w:t>nasir sinn sahib ne tamapur se likha hai: "molana sahib, main aaj bas mein safar krte hue sun raha hoon.</w:t>
      </w:r>
    </w:p>
    <w:p>
      <w:pPr>
        <w:jc w:val="right"/>
      </w:pPr>
      <w:r>
        <w:t>نصیر سنہ صاحب نے تماپور سے لکھا ہے: "مولانا صاحب، میں آج بس میں سفر کرتے ہوئے سن رہا ہوں۔</w:t>
      </w:r>
    </w:p>
    <w:p>
      <w:r>
        <w:rPr>
          <w:b/>
        </w:rPr>
        <w:t xml:space="preserve">[52:09] </w:t>
      </w:r>
      <w:r>
        <w:t>yeh allah ka kitna bara fazl hai hum par aur mere liye marifat plas mein fil kr raha hoon. jazak allah." irfan rashidi sahib ne bhi isi tarah likha hai ke: "alhamdulillah, main car mein trvil krte hue molana sahib aap ka tak sun pa raha hoon."</w:t>
      </w:r>
    </w:p>
    <w:p>
      <w:pPr>
        <w:jc w:val="right"/>
      </w:pPr>
      <w:r>
        <w:t>یہ اللہ کا کتنا بڑا فضل ہے ہم پر اور میرے لیے معرفت پلس میں فیل کر رہا ہوں۔ جزاک اللہ۔" عرفان رشیدی صاحب نے بھی اسی طرح لکھا ہے کہ: "الحمدللہ، میں کار میں ٹریول کرتے ہوئے مولانا صاحب آپ کا ٹاک سن پا رہا ہوں۔"</w:t>
      </w:r>
    </w:p>
    <w:p>
      <w:r>
        <w:rPr>
          <w:b/>
        </w:rPr>
        <w:t xml:space="preserve">[52:34] </w:t>
      </w:r>
      <w:r>
        <w:t>Molana ab sawal latay hain. Lucknow se Ayaz Ahmad sahib ne sawal bheja hai, unhon ne likha hai: "Molana, some people don't do dawah because they think result does not come out of dawah work, as people are busy in today's worldly affairs like job, family, friends, etc.</w:t>
      </w:r>
    </w:p>
    <w:p>
      <w:pPr>
        <w:jc w:val="right"/>
      </w:pPr>
      <w:r>
        <w:t>مولانا اب سوال لیتے ہیں۔ لکھنو سے ایاز احمد صاحب نے سوال بھیجا ہے، انہوں نے لکھا ہے: "مولانا، سم پیپل ڈونٹ ڈو دعویٰ بیکاز دے تھنک رزلٹ ڈز ناٹ کم آؤٹ آف دعویٰ ورک، ایز پیپل آر بزی ان ٹوڈے ورلڈلی افیئرز لائک جاب، فیملی، فرینڈز، ایٹسٹرہ۔</w:t>
      </w:r>
    </w:p>
    <w:p>
      <w:r>
        <w:rPr>
          <w:b/>
        </w:rPr>
        <w:t xml:space="preserve">[53:01] </w:t>
      </w:r>
      <w:r>
        <w:t>My question is: How important is getting results out of dawah work? If in some areas the result is not coming, then should we abandon it?</w:t>
      </w:r>
    </w:p>
    <w:p>
      <w:pPr>
        <w:jc w:val="right"/>
      </w:pPr>
      <w:r>
        <w:t>مائی کوئسچن از: ہاؤ امپورٹنٹ از گیٹنگ رزلٹ آؤٹ آف دعویٰ ورک؟ اف ان سم ایریاز دا رزلٹ از ناٹ کمنگ، دین شوڈ وی ابینڈن اٹ؟"</w:t>
      </w:r>
    </w:p>
    <w:p>
      <w:r>
        <w:rPr>
          <w:b/>
        </w:rPr>
        <w:t xml:space="preserve">[53:18] </w:t>
      </w:r>
      <w:r>
        <w:t>yani ke dawah ka jo kam hai, us mein rslt quran mein bata diya gaya hai: "wama alaina ila albalagh" pohanchana.</w:t>
      </w:r>
    </w:p>
    <w:p>
      <w:pPr>
        <w:jc w:val="right"/>
      </w:pPr>
      <w:r>
        <w:t>یعنی کہ دعوت کا جو کام ہے، اس میں رزلٹ قرآن میں بتا دیا گیا ہے: "وما علینا الا البلاغ" پہنچانا۔</w:t>
      </w:r>
    </w:p>
    <w:p>
      <w:r>
        <w:rPr>
          <w:b/>
        </w:rPr>
        <w:t xml:space="preserve">[53:30] </w:t>
      </w:r>
      <w:r>
        <w:t>yahi rslt hai, pohancha diya to rslt ho gaya.</w:t>
      </w:r>
    </w:p>
    <w:p>
      <w:pPr>
        <w:jc w:val="right"/>
      </w:pPr>
      <w:r>
        <w:t>یہی رزلٹ ہے، پہنچا دیا تو رزلٹ ہو گیا۔</w:t>
      </w:r>
    </w:p>
    <w:p>
      <w:r>
        <w:rPr>
          <w:b/>
        </w:rPr>
        <w:t xml:space="preserve">[53:38] </w:t>
      </w:r>
      <w:r>
        <w:t>"lasta alaihim bmistr" to quran mein bohat hi klar tor par bata diya gaya hai ke dawah mein jo rslt hai, wo yahi ke aap pohancha dein, hamdardi ke sath, khair khwahi ke sath.</w:t>
      </w:r>
    </w:p>
    <w:p>
      <w:pPr>
        <w:jc w:val="right"/>
      </w:pPr>
      <w:r>
        <w:t>"لست علیہم بمسطر" تو قرآن میں بہت ہی کلیئر طور پر بتا دیا گیا ہے کہ دعوت میں جو رزلٹ ہے، وہ یہی کہ آپ پہنچا دیں، ہمدردی کے ساتھ، خیر خواہی کے ساتھ۔</w:t>
      </w:r>
    </w:p>
    <w:p>
      <w:r>
        <w:rPr>
          <w:b/>
        </w:rPr>
        <w:t xml:space="preserve">[53:57] </w:t>
      </w:r>
      <w:r>
        <w:t>yahi to rslt hai. anjam ka mamla allah ka hai, aap se nahi hai. to aap sachay dil ke sath, khair khwahi ke sath pohanchate rahein, pohanchate rahein, pohanchate rahein.</w:t>
      </w:r>
    </w:p>
    <w:p>
      <w:pPr>
        <w:jc w:val="right"/>
      </w:pPr>
      <w:r>
        <w:t>یہی تو رزلٹ ہے۔ انجام کا معاملہ اللہ کا ہے، آپ سے نہیں ہے۔ تو آپ سچے دل کے ساتھ، خیر خواہی کے ساتھ پہنچاتے رہیں، پہنچاتے رہیں، پہنچاتے رہیں۔</w:t>
      </w:r>
    </w:p>
    <w:p>
      <w:r>
        <w:rPr>
          <w:b/>
        </w:rPr>
        <w:t xml:space="preserve">[54:13] </w:t>
      </w:r>
      <w:r>
        <w:t>bas aap ko rslt mil raha hai.</w:t>
      </w:r>
    </w:p>
    <w:p>
      <w:pPr>
        <w:jc w:val="right"/>
      </w:pPr>
      <w:r>
        <w:t>بس آپ کو رزلٹ مل رہا ہے۔</w:t>
      </w:r>
    </w:p>
    <w:p>
      <w:r>
        <w:rPr>
          <w:b/>
        </w:rPr>
        <w:t xml:space="preserve">[54:21] </w:t>
      </w:r>
      <w:r>
        <w:t>Molana, agla sawal Pakistan se bheja hai Miss Shabana Ansari ne. Unhon ne likha hai: "Molana sahib, will it be considered as a crime in the eyes of Allah if the Muslim Ummah leaves dawah ila Allah as their mission?" Aap phir parhiye.</w:t>
      </w:r>
    </w:p>
    <w:p>
      <w:pPr>
        <w:jc w:val="right"/>
      </w:pPr>
      <w:r>
        <w:t>مولانا، اگلا سوال پاکستان سے بھیجا ہے مس شبانہ انصاری نے۔ انہوں نے لکھا ہے: "مولانا صاحب، ول اٹ بی کنسیڈرڈ ایز ا کرائم ان دی آئیز آف اللہ اف دی مسلم امہ لیوز دعوت الا اللہ ایز دیر مشن؟" آپ پھر پڑھیے۔</w:t>
      </w:r>
    </w:p>
    <w:p>
      <w:r>
        <w:rPr>
          <w:b/>
        </w:rPr>
        <w:t xml:space="preserve">[54:44] </w:t>
      </w:r>
      <w:r>
        <w:t>Maulana Sahib, will it be considered as a</w:t>
      </w:r>
    </w:p>
    <w:p>
      <w:pPr>
        <w:jc w:val="right"/>
      </w:pPr>
      <w:r>
        <w:t>مولانا صاحب، ول اٹ بی کنسیڈرڈ ایز ا</w:t>
      </w:r>
    </w:p>
    <w:p>
      <w:r>
        <w:rPr>
          <w:b/>
        </w:rPr>
        <w:t xml:space="preserve">[54:47] </w:t>
      </w:r>
      <w:r>
        <w:t>... will it be considered as a crime in the eyes of Allah if the Muslim Ummah leaves Dawah ila Allah as their mission?</w:t>
      </w:r>
    </w:p>
    <w:p>
      <w:pPr>
        <w:jc w:val="right"/>
      </w:pPr>
      <w:r>
        <w:t>... ول اٹ بی کنسیڈرڈ ایز ا کرائم ان دی آئیز آف اللہ اف دی مسلم امہ لیوز دعوت الا اللہ ایز دیر مشن؟</w:t>
      </w:r>
    </w:p>
    <w:p>
      <w:r>
        <w:rPr>
          <w:b/>
        </w:rPr>
        <w:t xml:space="preserve">[54:57] </w:t>
      </w:r>
      <w:r>
        <w:t>dekhiye, allah ke dumin jo hai, wo to allah hi janay hum kaise kuch kuch bat kar sakte hain. allah ke dumin ke bare mein hum kuch nahi kar sakte.</w:t>
      </w:r>
    </w:p>
    <w:p>
      <w:pPr>
        <w:jc w:val="right"/>
      </w:pPr>
      <w:r>
        <w:t>دیکھیے، اللہ کے ڈومین جو ہے، وہ تو اللہ ہی جانے ہم کیسے کچھ کچھ بات کر سکتے ہیں۔ اللہ کے ڈومین کے بارے میں ہم کچھ نہیں کر سکتے۔</w:t>
      </w:r>
    </w:p>
    <w:p>
      <w:r>
        <w:rPr>
          <w:b/>
        </w:rPr>
        <w:t xml:space="preserve">[55:10] </w:t>
      </w:r>
      <w:r>
        <w:t>hum sirf yeh keh sakte hain ke yeh farz hai, har har musalman par farz hai. hum yeh keh sakte hain bas.</w:t>
      </w:r>
    </w:p>
    <w:p>
      <w:pPr>
        <w:jc w:val="right"/>
      </w:pPr>
      <w:r>
        <w:t>ہم صرف یہ کہہ سکتے ہیں کہ یہ فرض ہے، ہر ہر مسلمان پر فرض ہے۔ ہم یہ کہہ سکتے ہیں بس۔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