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Ijtihad in Islam | August 13. 2007</w:t>
      </w:r>
    </w:p>
    <w:p>
      <w:r>
        <w:t>https://www.youtube.com/watch?v=MtyTGXhdxjc</w:t>
      </w:r>
    </w:p>
    <w:p>
      <w:r>
        <w:rPr>
          <w:b/>
        </w:rPr>
        <w:t xml:space="preserve">[00:09] </w:t>
      </w:r>
      <w:r>
        <w:t>Rabishrah li sadri, wayassir li amri, wahalul uqdatan min lisani, yafqahu qawli.</w:t>
      </w:r>
    </w:p>
    <w:p>
      <w:pPr>
        <w:jc w:val="right"/>
      </w:pPr>
      <w:r>
        <w:t>رب اشرح لی صدری، ویسر لی امری، واحل العقدۃ من لسانی، یفقہ قولی.</w:t>
      </w:r>
    </w:p>
    <w:p>
      <w:r>
        <w:rPr>
          <w:b/>
        </w:rPr>
        <w:t xml:space="preserve">[00:19] </w:t>
      </w:r>
      <w:r>
        <w:t>The topic for this day is Ijtihad.</w:t>
      </w:r>
    </w:p>
    <w:p>
      <w:pPr>
        <w:jc w:val="right"/>
      </w:pPr>
      <w:r>
        <w:t>دا ٹاپک فار دس ڈے از اجتہاد.</w:t>
      </w:r>
    </w:p>
    <w:p>
      <w:r>
        <w:rPr>
          <w:b/>
        </w:rPr>
        <w:t xml:space="preserve">[00:29] </w:t>
      </w:r>
      <w:r>
        <w:t>Ijtihad is a well-known and very important institution</w:t>
      </w:r>
    </w:p>
    <w:p>
      <w:pPr>
        <w:jc w:val="right"/>
      </w:pPr>
      <w:r>
        <w:t>اجتہاد از اے ویل نون اینڈ ویری امپورٹنٹ انسٹیٹیوشن</w:t>
      </w:r>
    </w:p>
    <w:p>
      <w:r>
        <w:rPr>
          <w:b/>
        </w:rPr>
        <w:t xml:space="preserve">[00:40] </w:t>
      </w:r>
      <w:r>
        <w:t>in Islam.</w:t>
      </w:r>
    </w:p>
    <w:p>
      <w:pPr>
        <w:jc w:val="right"/>
      </w:pPr>
      <w:r>
        <w:t>ان اسلام.</w:t>
      </w:r>
    </w:p>
    <w:p>
      <w:r>
        <w:rPr>
          <w:b/>
        </w:rPr>
        <w:t xml:space="preserve">[00:48] </w:t>
      </w:r>
      <w:r>
        <w:t>The scholars, that is, fuqaha, believe that there are four sources of Islamic learning, that is, Quran and</w:t>
      </w:r>
    </w:p>
    <w:p>
      <w:pPr>
        <w:jc w:val="right"/>
      </w:pPr>
      <w:r>
        <w:t>دا اسکالرز دیٹ از فقہاء بیلیو دیٹ دیر ار فور سورسز اف اسلامک لرننگ، دیٹ از قرآن اینڈ</w:t>
      </w:r>
    </w:p>
    <w:p>
      <w:r>
        <w:rPr>
          <w:b/>
        </w:rPr>
        <w:t xml:space="preserve">[00:55] </w:t>
      </w:r>
      <w:r>
        <w:t>Sunnat and Ijma and Qiyas.</w:t>
      </w:r>
    </w:p>
    <w:p>
      <w:pPr>
        <w:jc w:val="right"/>
      </w:pPr>
      <w:r>
        <w:t>سنت اینڈ اجماع اینڈ قیاس.</w:t>
      </w:r>
    </w:p>
    <w:p>
      <w:r>
        <w:rPr>
          <w:b/>
        </w:rPr>
        <w:t xml:space="preserve">[01:03] </w:t>
      </w:r>
      <w:r>
        <w:t>I think that these</w:t>
      </w:r>
    </w:p>
    <w:p>
      <w:pPr>
        <w:jc w:val="right"/>
      </w:pPr>
      <w:r>
        <w:t>ائی تھنک دیٹ دیز</w:t>
      </w:r>
    </w:p>
    <w:p>
      <w:r>
        <w:rPr>
          <w:b/>
        </w:rPr>
        <w:t xml:space="preserve">[01:11] </w:t>
      </w:r>
      <w:r>
        <w:t>This categorization is not correct.</w:t>
      </w:r>
    </w:p>
    <w:p>
      <w:pPr>
        <w:jc w:val="right"/>
      </w:pPr>
      <w:r>
        <w:t>دس کیٹیگرائزیشن از ناٹ کریکٹ.</w:t>
      </w:r>
    </w:p>
    <w:p>
      <w:r>
        <w:rPr>
          <w:b/>
        </w:rPr>
        <w:t xml:space="preserve">[01:19] </w:t>
      </w:r>
      <w:r>
        <w:t>According to my analysis, there are three sources and not four sources.</w:t>
      </w:r>
    </w:p>
    <w:p>
      <w:pPr>
        <w:jc w:val="right"/>
      </w:pPr>
      <w:r>
        <w:t>اکارڈنگ ٹو مائی انالیسز، دیر ار تھری سورسز اینڈ ناٹ فور سورسز.</w:t>
      </w:r>
    </w:p>
    <w:p>
      <w:r>
        <w:rPr>
          <w:b/>
        </w:rPr>
        <w:t xml:space="preserve">[01:26] </w:t>
      </w:r>
      <w:r>
        <w:t>Why I say this? I am saying this on the basis of a well known hadith.</w:t>
      </w:r>
    </w:p>
    <w:p>
      <w:pPr>
        <w:jc w:val="right"/>
      </w:pPr>
      <w:r>
        <w:t>وائی ائی سے دس؟ ائی ایم سینگ دس ان دا بیسس اف اے ویل نون حدیث.</w:t>
      </w:r>
    </w:p>
    <w:p>
      <w:r>
        <w:rPr>
          <w:b/>
        </w:rPr>
        <w:t xml:space="preserve">[01:34] </w:t>
      </w:r>
      <w:r>
        <w:t>There is a hadith, the Prophet of Islam said, "One</w:t>
      </w:r>
    </w:p>
    <w:p>
      <w:pPr>
        <w:jc w:val="right"/>
      </w:pPr>
      <w:r>
        <w:t>دیر از اے حدیث دا پرافٹ اف اسلام سینڈ ون</w:t>
      </w:r>
    </w:p>
    <w:p>
      <w:r>
        <w:rPr>
          <w:b/>
        </w:rPr>
        <w:t xml:space="preserve">[01:41] </w:t>
      </w:r>
      <w:r>
        <w:t>of his companion, Muadh ibn Jabal, to Yemen as an administrator over there.</w:t>
      </w:r>
    </w:p>
    <w:p>
      <w:pPr>
        <w:jc w:val="right"/>
      </w:pPr>
      <w:r>
        <w:t>اف ہز کمپینین، معاذ بن جبل، ٹویمن ایز این ایڈمنسٹریٹر اوور دیر.</w:t>
      </w:r>
    </w:p>
    <w:p>
      <w:r>
        <w:rPr>
          <w:b/>
        </w:rPr>
        <w:t xml:space="preserve">[01:52] </w:t>
      </w:r>
      <w:r>
        <w:t>At the time, the Prophet, at the time, the Prophet asked, "How you decide? How will you decide?" matters.</w:t>
      </w:r>
    </w:p>
    <w:p>
      <w:pPr>
        <w:jc w:val="right"/>
      </w:pPr>
      <w:r>
        <w:t>ایٹ دا ٹائم دا پرافٹ ایٹ دا ٹائم دا پرافٹ اسکڈ، "ہاؤ یو ڈیسائیڈ؟ ہاؤ ول یو ڈیسائیڈ؟" میٹرز.</w:t>
      </w:r>
    </w:p>
    <w:p>
      <w:r>
        <w:rPr>
          <w:b/>
        </w:rPr>
        <w:t xml:space="preserve">[02:02] </w:t>
      </w:r>
      <w:r>
        <w:t>Muadh ibn Jabal replied</w:t>
      </w:r>
    </w:p>
    <w:p>
      <w:pPr>
        <w:jc w:val="right"/>
      </w:pPr>
      <w:r>
        <w:t>معاذ بن جبل ریپلائیڈ</w:t>
      </w:r>
    </w:p>
    <w:p>
      <w:r>
        <w:rPr>
          <w:b/>
        </w:rPr>
        <w:t xml:space="preserve">[02:12] </w:t>
      </w:r>
      <w:r>
        <w:t>"I will decide in the light of the Quran.</w:t>
      </w:r>
    </w:p>
    <w:p>
      <w:pPr>
        <w:jc w:val="right"/>
      </w:pPr>
      <w:r>
        <w:t>، "ائی ول ڈیسائیڈ ان دا لائٹ اف دا قرآن.</w:t>
      </w:r>
    </w:p>
    <w:p>
      <w:r>
        <w:rPr>
          <w:b/>
        </w:rPr>
        <w:t xml:space="preserve">[02:23] </w:t>
      </w:r>
      <w:r>
        <w:t>When there is some issue, so first of all I will try to find the solution in the Quran.</w:t>
      </w:r>
    </w:p>
    <w:p>
      <w:pPr>
        <w:jc w:val="right"/>
      </w:pPr>
      <w:r>
        <w:t>وین دیر از سم ایشو، سو فرسٹ اف ال ائی ول ٹرائی ٹو فائنڈ دا سولیوشن ان دی قرآن.</w:t>
      </w:r>
    </w:p>
    <w:p>
      <w:r>
        <w:rPr>
          <w:b/>
        </w:rPr>
        <w:t xml:space="preserve">[02:33] </w:t>
      </w:r>
      <w:r>
        <w:t>And if I fail to find the solution in the Quran, then</w:t>
      </w:r>
    </w:p>
    <w:p>
      <w:pPr>
        <w:jc w:val="right"/>
      </w:pPr>
      <w:r>
        <w:t>اینڈ اف ائی فیل ٹو فائنڈ دا سولیوشن ان دا قرآن، دین</w:t>
      </w:r>
    </w:p>
    <w:p>
      <w:r>
        <w:rPr>
          <w:b/>
        </w:rPr>
        <w:t xml:space="preserve">[02:44] </w:t>
      </w:r>
      <w:r>
        <w:t>I will try to find the solution in the hadith.</w:t>
      </w:r>
    </w:p>
    <w:p>
      <w:pPr>
        <w:jc w:val="right"/>
      </w:pPr>
      <w:r>
        <w:t>ائی ول ٹرائی ٹو فائنڈ دا سولیوشن ان دی حدیث.</w:t>
      </w:r>
    </w:p>
    <w:p>
      <w:r>
        <w:rPr>
          <w:b/>
        </w:rPr>
        <w:t xml:space="preserve">[02:51] </w:t>
      </w:r>
      <w:r>
        <w:t>Then if I fail again, I will try to find the solution by my own common sense, by</w:t>
      </w:r>
    </w:p>
    <w:p>
      <w:pPr>
        <w:jc w:val="right"/>
      </w:pPr>
      <w:r>
        <w:t>دین اف ائی فیل اگین، ائی ول ٹرائی ٹو فائنڈ دا سولیوشن بائی مائی اون کامن سینس، بائی</w:t>
      </w:r>
    </w:p>
    <w:p>
      <w:r>
        <w:rPr>
          <w:b/>
        </w:rPr>
        <w:t xml:space="preserve">[02:59] </w:t>
      </w:r>
      <w:r>
        <w:t>applying my own reason." He said, "Ijtahid ra'yi wala alu.</w:t>
      </w:r>
    </w:p>
    <w:p>
      <w:pPr>
        <w:jc w:val="right"/>
      </w:pPr>
      <w:r>
        <w:t>اپلائنگ مائی اون ریزن." ہی سیڈ، "اجتہد رائی ولا الو۔</w:t>
      </w:r>
    </w:p>
    <w:p>
      <w:r>
        <w:rPr>
          <w:b/>
        </w:rPr>
        <w:t xml:space="preserve">[03:06] </w:t>
      </w:r>
      <w:r>
        <w:t>I will use my own opinion by common sense, my reason</w:t>
      </w:r>
    </w:p>
    <w:p>
      <w:pPr>
        <w:jc w:val="right"/>
      </w:pPr>
      <w:r>
        <w:t>ائی ول یوز مائی اون اوپینین بائی کامن سینس، مائی ریز</w:t>
      </w:r>
    </w:p>
    <w:p>
      <w:r>
        <w:rPr>
          <w:b/>
        </w:rPr>
        <w:t xml:space="preserve">[03:14] </w:t>
      </w:r>
      <w:r>
        <w:t>"So he used the word ijtahidu, that is ijtihad.</w:t>
      </w:r>
    </w:p>
    <w:p>
      <w:pPr>
        <w:jc w:val="right"/>
      </w:pPr>
      <w:r>
        <w:t>ن۔" سو ہی یوز دا ورڈ اجتہدو، دیٹ از اجتہاد.</w:t>
      </w:r>
    </w:p>
    <w:p>
      <w:r>
        <w:rPr>
          <w:b/>
        </w:rPr>
        <w:t xml:space="preserve">[03:22] </w:t>
      </w:r>
      <w:r>
        <w:t>In this hadith you can see that companion used three words: Quran, Sunnah, Ijtihad.</w:t>
      </w:r>
    </w:p>
    <w:p>
      <w:pPr>
        <w:jc w:val="right"/>
      </w:pPr>
      <w:r>
        <w:t>ان دس حدیث یو کین سی دیٹ کمپینین یوز تھری ورڈز: قرآن، سنت، اجتہاد.</w:t>
      </w:r>
    </w:p>
    <w:p>
      <w:r>
        <w:rPr>
          <w:b/>
        </w:rPr>
        <w:t xml:space="preserve">[03:29] </w:t>
      </w:r>
      <w:r>
        <w:t>And the prophet of Islam endorsed it, he confirmed it.</w:t>
      </w:r>
    </w:p>
    <w:p>
      <w:pPr>
        <w:jc w:val="right"/>
      </w:pPr>
      <w:r>
        <w:t>اینڈ دا پرافٹ اف اسلام انڈورسڈ اٹ، ہی کنفرمڈ اٹ.</w:t>
      </w:r>
    </w:p>
    <w:p>
      <w:r>
        <w:rPr>
          <w:b/>
        </w:rPr>
        <w:t xml:space="preserve">[03:37] </w:t>
      </w:r>
      <w:r>
        <w:t>So according to this hadith, there are three sources of learning in Islam:</w:t>
      </w:r>
    </w:p>
    <w:p>
      <w:pPr>
        <w:jc w:val="right"/>
      </w:pPr>
      <w:r>
        <w:t>سو اکارڈنگ ٹو دس حدیث، دیر ار تھری سورسز اف لرننگ ان اسلام:</w:t>
      </w:r>
    </w:p>
    <w:p>
      <w:r>
        <w:rPr>
          <w:b/>
        </w:rPr>
        <w:t xml:space="preserve">[03:45] </w:t>
      </w:r>
      <w:r>
        <w:t>Quran, the Book of God, Hadith, the sayings of the Prophet of Islam, and ijtihad.</w:t>
      </w:r>
    </w:p>
    <w:p>
      <w:pPr>
        <w:jc w:val="right"/>
      </w:pPr>
      <w:r>
        <w:t>قرآن، دا بک اف گاڈ، حدیث، دا سینگز اف دا پرافٹ اف اسلام، اینڈ اجتہاد.</w:t>
      </w:r>
    </w:p>
    <w:p>
      <w:r>
        <w:rPr>
          <w:b/>
        </w:rPr>
        <w:t xml:space="preserve">[03:53] </w:t>
      </w:r>
      <w:r>
        <w:t>These are the three sources of learning in Islam.</w:t>
      </w:r>
    </w:p>
    <w:p>
      <w:pPr>
        <w:jc w:val="right"/>
      </w:pPr>
      <w:r>
        <w:t>دیز ار دا تھری سورسز اف لرننگ ان اسلام.</w:t>
      </w:r>
    </w:p>
    <w:p>
      <w:r>
        <w:rPr>
          <w:b/>
        </w:rPr>
        <w:t xml:space="preserve">[04:01] </w:t>
      </w:r>
      <w:r>
        <w:t>Now, ijtihad literally means to strive, to struggle.</w:t>
      </w:r>
    </w:p>
    <w:p>
      <w:pPr>
        <w:jc w:val="right"/>
      </w:pPr>
      <w:r>
        <w:t>ناؤ، اجتہاد لٹرلی مینز ٹو سٹرائیو، ٹو سٹرگل.</w:t>
      </w:r>
    </w:p>
    <w:p>
      <w:r>
        <w:rPr>
          <w:b/>
        </w:rPr>
        <w:t xml:space="preserve">[04:09] </w:t>
      </w:r>
      <w:r>
        <w:t>Here ijtihad means intellectual effort.</w:t>
      </w:r>
    </w:p>
    <w:p>
      <w:pPr>
        <w:jc w:val="right"/>
      </w:pPr>
      <w:r>
        <w:t>ہیر اجتہاد مینز انٹلیکچول ایفرٹ</w:t>
      </w:r>
    </w:p>
    <w:p>
      <w:r>
        <w:rPr>
          <w:b/>
        </w:rPr>
        <w:t xml:space="preserve">[04:17] </w:t>
      </w:r>
      <w:r>
        <w:t>in a situation where there is no clear commandment in Quran and Sunnah. Then you have you are allowed to utilize your own mind. This is ijtihad. Some scholars claim that now the door of ijtihad is closed.</w:t>
      </w:r>
    </w:p>
    <w:p>
      <w:pPr>
        <w:jc w:val="right"/>
      </w:pPr>
      <w:r>
        <w:t>ان اے سچویشن ویر دیر از نو کلیئر کمانڈمنٹ ان قرآن اینڈ سنت. دین یو ہیو یو ار الاؤڈ ٹو یوٹیلائز یور اون مائنڈ. دس از اجتہاد. سم اسکالرز کلیم دیٹ ناؤ دا ڈور اف اجتہاد از کلوزڈ.</w:t>
      </w:r>
    </w:p>
    <w:p>
      <w:r>
        <w:rPr>
          <w:b/>
        </w:rPr>
        <w:t xml:space="preserve">[04:47] </w:t>
      </w:r>
      <w:r>
        <w:t>I think this is nonsense.</w:t>
      </w:r>
    </w:p>
    <w:p>
      <w:pPr>
        <w:jc w:val="right"/>
      </w:pPr>
      <w:r>
        <w:t>ائی تھنک دس از نان سینس.</w:t>
      </w:r>
    </w:p>
    <w:p>
      <w:r>
        <w:rPr>
          <w:b/>
        </w:rPr>
        <w:t xml:space="preserve">[04:53] </w:t>
      </w:r>
      <w:r>
        <w:t>It is you cannot close the door of ijtihad.</w:t>
      </w:r>
    </w:p>
    <w:p>
      <w:pPr>
        <w:jc w:val="right"/>
      </w:pPr>
      <w:r>
        <w:t>اٹ از یو کین ناٹ کلوز دا ڈور اف اجتہاد.</w:t>
      </w:r>
    </w:p>
    <w:p>
      <w:r>
        <w:rPr>
          <w:b/>
        </w:rPr>
        <w:t xml:space="preserve">[04:59] </w:t>
      </w:r>
      <w:r>
        <w:t>Why Ijtihad? Why the need of Ijtihad? You know, Islam is an eternal religion.</w:t>
      </w:r>
    </w:p>
    <w:p>
      <w:pPr>
        <w:jc w:val="right"/>
      </w:pPr>
      <w:r>
        <w:t>وائی اجتہاد؟ وائی دا نیڈ اف اجتہاد؟ یو نو، اسلام از این ایٹرنل ریلیجن.</w:t>
      </w:r>
    </w:p>
    <w:p>
      <w:r>
        <w:rPr>
          <w:b/>
        </w:rPr>
        <w:t xml:space="preserve">[05:05] </w:t>
      </w:r>
      <w:r>
        <w:t>All the tenets of Quran and Hadith are eternal in nature.</w:t>
      </w:r>
    </w:p>
    <w:p>
      <w:pPr>
        <w:jc w:val="right"/>
      </w:pPr>
      <w:r>
        <w:t>ال دا ٹینٹس اف قرآن اینڈ حدیث ار ایٹرنل ان نیچر.</w:t>
      </w:r>
    </w:p>
    <w:p>
      <w:r>
        <w:rPr>
          <w:b/>
        </w:rPr>
        <w:t xml:space="preserve">[05:11] </w:t>
      </w:r>
      <w:r>
        <w:t>But the situation</w:t>
      </w:r>
    </w:p>
    <w:p>
      <w:pPr>
        <w:jc w:val="right"/>
      </w:pPr>
      <w:r>
        <w:t>بٹ دا سچوئیشن</w:t>
      </w:r>
    </w:p>
    <w:p>
      <w:r>
        <w:rPr>
          <w:b/>
        </w:rPr>
        <w:t xml:space="preserve">[05:17] </w:t>
      </w:r>
      <w:r>
        <w:t>various.</w:t>
      </w:r>
    </w:p>
    <w:p>
      <w:pPr>
        <w:jc w:val="right"/>
      </w:pPr>
      <w:r>
        <w:t>ویریز.</w:t>
      </w:r>
    </w:p>
    <w:p>
      <w:r>
        <w:rPr>
          <w:b/>
        </w:rPr>
        <w:t xml:space="preserve">[05:25] </w:t>
      </w:r>
      <w:r>
        <w:t>Every time there are changes in the situation.</w:t>
      </w:r>
    </w:p>
    <w:p>
      <w:pPr>
        <w:jc w:val="right"/>
      </w:pPr>
      <w:r>
        <w:t>ایوری ٹائم دیر ار چینجز ان دا سچوئیشن.</w:t>
      </w:r>
    </w:p>
    <w:p>
      <w:r>
        <w:rPr>
          <w:b/>
        </w:rPr>
        <w:t xml:space="preserve">[05:32] </w:t>
      </w:r>
      <w:r>
        <w:t>So what to do? What to do? In such situation you have to reapply the eternal tenet.</w:t>
      </w:r>
    </w:p>
    <w:p>
      <w:pPr>
        <w:jc w:val="right"/>
      </w:pPr>
      <w:r>
        <w:t>سو واٹ ٹو ڈو؟ واٹ ٹو ڈو؟ ان سچ سچویشن یو ہیو ٹو ری اپلائی دا ایٹرنل ٹینٹ</w:t>
      </w:r>
    </w:p>
    <w:p>
      <w:r>
        <w:rPr>
          <w:b/>
        </w:rPr>
        <w:t xml:space="preserve">[05:40] </w:t>
      </w:r>
      <w:r>
        <w:t>of Islam in the temporary situation, in your contemporary situation.</w:t>
      </w:r>
    </w:p>
    <w:p>
      <w:pPr>
        <w:jc w:val="right"/>
      </w:pPr>
      <w:r>
        <w:t>اف اسلام ان دا ٹمپریری سچویشن، ان یور کنٹمپریری سچویشن.</w:t>
      </w:r>
    </w:p>
    <w:p>
      <w:r>
        <w:rPr>
          <w:b/>
        </w:rPr>
        <w:t xml:space="preserve">[05:48] </w:t>
      </w:r>
      <w:r>
        <w:t>In such situation you have no way other through reapply the eternal principles of Islam in your changing situation. This is ijtihad. So you cannot stop the process of ijtihad. Ijtihad is a continued process because situation</w:t>
      </w:r>
    </w:p>
    <w:p>
      <w:pPr>
        <w:jc w:val="right"/>
      </w:pPr>
      <w:r>
        <w:t>ان سچ سچویشن یو ہیو نو وے ادر تھرو ری اپلائی دا ایٹرنل پرنسپلز اف اسلام ان یور چینجنگ سچویشن. دس از اجتہاد. سو یو کین ناٹ اسٹاپ دا پراسیس اف اجتہاد. اجتہاد از ا کنٹینیوڈ پراسیس بیکاز سچویشن</w:t>
      </w:r>
    </w:p>
    <w:p>
      <w:r>
        <w:rPr>
          <w:b/>
        </w:rPr>
        <w:t xml:space="preserve">[06:18] </w:t>
      </w:r>
      <w:r>
        <w:t>is like river.</w:t>
      </w:r>
    </w:p>
    <w:p>
      <w:pPr>
        <w:jc w:val="right"/>
      </w:pPr>
      <w:r>
        <w:t>از لائک ریور.</w:t>
      </w:r>
    </w:p>
    <w:p>
      <w:r>
        <w:rPr>
          <w:b/>
        </w:rPr>
        <w:t xml:space="preserve">[06:23] </w:t>
      </w:r>
      <w:r>
        <w:t>River is flowing, flowing, flowing.</w:t>
      </w:r>
    </w:p>
    <w:p>
      <w:pPr>
        <w:jc w:val="right"/>
      </w:pPr>
      <w:r>
        <w:t>ریور از فلوئنگ، فلوئنگ، فلوئنگ.</w:t>
      </w:r>
    </w:p>
    <w:p>
      <w:r>
        <w:rPr>
          <w:b/>
        </w:rPr>
        <w:t xml:space="preserve">[06:28] </w:t>
      </w:r>
      <w:r>
        <w:t>There is no stop in the journey of river.</w:t>
      </w:r>
    </w:p>
    <w:p>
      <w:pPr>
        <w:jc w:val="right"/>
      </w:pPr>
      <w:r>
        <w:t>دیر از نو اسٹاپ ان دا جرنی اف ریور.</w:t>
      </w:r>
    </w:p>
    <w:p>
      <w:r>
        <w:rPr>
          <w:b/>
        </w:rPr>
        <w:t xml:space="preserve">[06:33] </w:t>
      </w:r>
      <w:r>
        <w:t>So is the human life, so is the civilization, so is the situation.</w:t>
      </w:r>
    </w:p>
    <w:p>
      <w:pPr>
        <w:jc w:val="right"/>
      </w:pPr>
      <w:r>
        <w:t>سو از دا ہیومن لائف، سو از دا سولائزیشن، سو از دا سچویشن.</w:t>
      </w:r>
    </w:p>
    <w:p>
      <w:r>
        <w:rPr>
          <w:b/>
        </w:rPr>
        <w:t xml:space="preserve">[06:38] </w:t>
      </w:r>
      <w:r>
        <w:t>So if you stop the door of ijtihad, it means that you are making Islam as like a</w:t>
      </w:r>
    </w:p>
    <w:p>
      <w:pPr>
        <w:jc w:val="right"/>
      </w:pPr>
      <w:r>
        <w:t>سو اف یو اسٹاپ دا ڈور اف اجتہاد، اٹ مینز دیٹ یو ار میکنگ اسلام ایز لائک ا</w:t>
      </w:r>
    </w:p>
    <w:p>
      <w:r>
        <w:rPr>
          <w:b/>
        </w:rPr>
        <w:t xml:space="preserve">[06:43] </w:t>
      </w:r>
      <w:r>
        <w:t>Pound, P O N D pound.</w:t>
      </w:r>
    </w:p>
    <w:p>
      <w:pPr>
        <w:jc w:val="right"/>
      </w:pPr>
      <w:r>
        <w:t>پونڈ، پی او این ڈی پونڈ.</w:t>
      </w:r>
    </w:p>
    <w:p>
      <w:r>
        <w:rPr>
          <w:b/>
        </w:rPr>
        <w:t xml:space="preserve">[06:48] </w:t>
      </w:r>
      <w:r>
        <w:t>It means that pond is a stagnant thing, stagnant pond.</w:t>
      </w:r>
    </w:p>
    <w:p>
      <w:pPr>
        <w:jc w:val="right"/>
      </w:pPr>
      <w:r>
        <w:t>اٹ مینز دیٹ پونڈ از ا سٹیگننٹ تھنگ، سٹیگننٹ پونڈ.</w:t>
      </w:r>
    </w:p>
    <w:p>
      <w:r>
        <w:rPr>
          <w:b/>
        </w:rPr>
        <w:t xml:space="preserve">[06:54] </w:t>
      </w:r>
      <w:r>
        <w:t>you will make Islam as a stagnant pond.</w:t>
      </w:r>
    </w:p>
    <w:p>
      <w:pPr>
        <w:jc w:val="right"/>
      </w:pPr>
      <w:r>
        <w:t>یو ول میک اسلام ایز ا سٹیگننٹ پونڈ.</w:t>
      </w:r>
    </w:p>
    <w:p>
      <w:r>
        <w:rPr>
          <w:b/>
        </w:rPr>
        <w:t xml:space="preserve">[07:00] </w:t>
      </w:r>
      <w:r>
        <w:t>No, you have to reapply ijtihad.</w:t>
      </w:r>
    </w:p>
    <w:p>
      <w:pPr>
        <w:jc w:val="right"/>
      </w:pPr>
      <w:r>
        <w:t>نو، یو ہیو ٹو ری اپلائی اجتہاد۔</w:t>
      </w:r>
    </w:p>
    <w:p>
      <w:r>
        <w:rPr>
          <w:b/>
        </w:rPr>
        <w:t xml:space="preserve">[07:06] </w:t>
      </w:r>
      <w:r>
        <w:t>And by applying ijtihad, you will make Islam a river, a flowing river.</w:t>
      </w:r>
    </w:p>
    <w:p>
      <w:pPr>
        <w:jc w:val="right"/>
      </w:pPr>
      <w:r>
        <w:t>اینڈ بائی اپلائنگ اجتہاد، یو ول میک اسلام ا ریور، ا فلوئنگ ریور۔</w:t>
      </w:r>
    </w:p>
    <w:p>
      <w:r>
        <w:rPr>
          <w:b/>
        </w:rPr>
        <w:t xml:space="preserve">[07:13] </w:t>
      </w:r>
      <w:r>
        <w:t>There is no stagnation in Islam.</w:t>
      </w:r>
    </w:p>
    <w:p>
      <w:pPr>
        <w:jc w:val="right"/>
      </w:pPr>
      <w:r>
        <w:t>دیر از نو سٹیگنیشن ان اسلام۔</w:t>
      </w:r>
    </w:p>
    <w:p>
      <w:r>
        <w:rPr>
          <w:b/>
        </w:rPr>
        <w:t xml:space="preserve">[07:19] </w:t>
      </w:r>
      <w:r>
        <w:t>Then I will give an example to illustrate this point.</w:t>
      </w:r>
    </w:p>
    <w:p>
      <w:pPr>
        <w:jc w:val="right"/>
      </w:pPr>
      <w:r>
        <w:t>دین ائی ول گیو این ایگزامپل ٹو ایلسٹر دس پوائنٹ۔</w:t>
      </w:r>
    </w:p>
    <w:p>
      <w:r>
        <w:rPr>
          <w:b/>
        </w:rPr>
        <w:t xml:space="preserve">[07:26] </w:t>
      </w:r>
      <w:r>
        <w:t>I will give an example, a concrete example.</w:t>
      </w:r>
    </w:p>
    <w:p>
      <w:pPr>
        <w:jc w:val="right"/>
      </w:pPr>
      <w:r>
        <w:t>ائی ول گیو این ایگزامپل، ا کنکریٹ ایگزامپل۔</w:t>
      </w:r>
    </w:p>
    <w:p>
      <w:r>
        <w:rPr>
          <w:b/>
        </w:rPr>
        <w:t xml:space="preserve">[07:34] </w:t>
      </w:r>
      <w:r>
        <w:t>You know, Kaaba was built by Prophet Ibrahim before 400 years.</w:t>
      </w:r>
    </w:p>
    <w:p>
      <w:pPr>
        <w:jc w:val="right"/>
      </w:pPr>
      <w:r>
        <w:t>یو نو، کعبہ واز بلٹ بائی پرافٹ ابراہیم بیفور 400 ایئرز۔</w:t>
      </w:r>
    </w:p>
    <w:p>
      <w:r>
        <w:rPr>
          <w:b/>
        </w:rPr>
        <w:t xml:space="preserve">[07:41] </w:t>
      </w:r>
      <w:r>
        <w:t>Before 400 years, Kaaba was built by Ibrahim</w:t>
      </w:r>
    </w:p>
    <w:p>
      <w:pPr>
        <w:jc w:val="right"/>
      </w:pPr>
      <w:r>
        <w:t>بیفور 400 ایئرز، کعبہ واز بلٹ بائی ابراہیم 4</w:t>
      </w:r>
    </w:p>
    <w:p>
      <w:r>
        <w:rPr>
          <w:b/>
        </w:rPr>
        <w:t xml:space="preserve">[07:49] </w:t>
      </w:r>
      <w:r>
        <w:t>000 years ago.</w:t>
      </w:r>
    </w:p>
    <w:p>
      <w:pPr>
        <w:jc w:val="right"/>
      </w:pPr>
      <w:r>
        <w:t>000 ایئرز ایگو۔</w:t>
      </w:r>
    </w:p>
    <w:p>
      <w:r>
        <w:rPr>
          <w:b/>
        </w:rPr>
        <w:t xml:space="preserve">[07:57] </w:t>
      </w:r>
      <w:r>
        <w:t>کعبہ، that is Baitullah, was built by Prophet Abraham 4000 years ago.</w:t>
      </w:r>
    </w:p>
    <w:p>
      <w:pPr>
        <w:jc w:val="right"/>
      </w:pPr>
      <w:r>
        <w:t>کعبہ، دیٹ از بیت اللہ، واز بلٹ بائی پرافٹ ابراہم 4000 ایئرز ایگو۔</w:t>
      </w:r>
    </w:p>
    <w:p>
      <w:r>
        <w:rPr>
          <w:b/>
        </w:rPr>
        <w:t xml:space="preserve">[08:05] </w:t>
      </w:r>
      <w:r>
        <w:t>At the time, there were no motor cars, no airplanes, no road, no modern transport.</w:t>
      </w:r>
    </w:p>
    <w:p>
      <w:pPr>
        <w:jc w:val="right"/>
      </w:pPr>
      <w:r>
        <w:t>ایٹ دا ٹائم، دیر وار نو موٹر کارز، نو ایروپلینز، نو روڈ، نو ماڈرن ٹرانسپورٹ۔</w:t>
      </w:r>
    </w:p>
    <w:p>
      <w:r>
        <w:rPr>
          <w:b/>
        </w:rPr>
        <w:t xml:space="preserve">[08:13] </w:t>
      </w:r>
      <w:r>
        <w:t>So Quran says that God commanded to Ibrahim</w:t>
      </w:r>
    </w:p>
    <w:p>
      <w:pPr>
        <w:jc w:val="right"/>
      </w:pPr>
      <w:r>
        <w:t>سو قرآن سیز دیٹ گاڈ کمانڈڈ ٹو ابراہیم</w:t>
      </w:r>
    </w:p>
    <w:p>
      <w:r>
        <w:rPr>
          <w:b/>
        </w:rPr>
        <w:t xml:space="preserve">[08:21] </w:t>
      </w:r>
      <w:r>
        <w:t>, "O Ibrahim, pronounce, tell people to come here to perform Hajj." Ala kulli zamir.</w:t>
      </w:r>
    </w:p>
    <w:p>
      <w:pPr>
        <w:jc w:val="right"/>
      </w:pPr>
      <w:r>
        <w:t>، "او ابراہیم، پروناؤنس، ٹیل پیپل ٹو کم ہیر ٹو پرفارم حج۔" الا کل زامر۔</w:t>
      </w:r>
    </w:p>
    <w:p>
      <w:r>
        <w:rPr>
          <w:b/>
        </w:rPr>
        <w:t xml:space="preserve">[08:28] </w:t>
      </w:r>
      <w:r>
        <w:t>Here Quran uses al-kal zamer, that is riding on camel.</w:t>
      </w:r>
    </w:p>
    <w:p>
      <w:pPr>
        <w:jc w:val="right"/>
      </w:pPr>
      <w:r>
        <w:t>ہیر قرآن یوزز الا کل زامر، دیٹ از رائیڈنگ ان کیمل۔</w:t>
      </w:r>
    </w:p>
    <w:p>
      <w:r>
        <w:rPr>
          <w:b/>
        </w:rPr>
        <w:t xml:space="preserve">[08:36] </w:t>
      </w:r>
      <w:r>
        <w:t>Riding on camel.</w:t>
      </w:r>
    </w:p>
    <w:p>
      <w:pPr>
        <w:jc w:val="right"/>
      </w:pPr>
      <w:r>
        <w:t>رائیڈنگ ان کیمل۔</w:t>
      </w:r>
    </w:p>
    <w:p>
      <w:r>
        <w:rPr>
          <w:b/>
        </w:rPr>
        <w:t xml:space="preserve">[08:43] </w:t>
      </w:r>
      <w:r>
        <w:t>You cannot say that</w:t>
      </w:r>
    </w:p>
    <w:p>
      <w:pPr>
        <w:jc w:val="right"/>
      </w:pPr>
      <w:r>
        <w:t>یو کین ناٹ سے دیٹ</w:t>
      </w:r>
    </w:p>
    <w:p>
      <w:r>
        <w:rPr>
          <w:b/>
        </w:rPr>
        <w:t xml:space="preserve">[08:51] </w:t>
      </w:r>
      <w:r>
        <w:t>Camel is an integral part of Hajj, although it is not mentioned in the Quran.</w:t>
      </w:r>
    </w:p>
    <w:p>
      <w:pPr>
        <w:jc w:val="right"/>
      </w:pPr>
      <w:r>
        <w:t>کیمل از این انٹیگرل پارٹ اف حج، الدو اٹ از مینشن ان دا قرآن۔</w:t>
      </w:r>
    </w:p>
    <w:p>
      <w:r>
        <w:rPr>
          <w:b/>
        </w:rPr>
        <w:t xml:space="preserve">[09:01] </w:t>
      </w:r>
      <w:r>
        <w:t>illa kulli damir, so that people come here riding on camel.</w:t>
      </w:r>
    </w:p>
    <w:p>
      <w:pPr>
        <w:jc w:val="right"/>
      </w:pPr>
      <w:r>
        <w:t>الا کل زامر، سو دیٹ پیپل کم ہیر رائیڈنگ ان کیمل۔</w:t>
      </w:r>
    </w:p>
    <w:p>
      <w:r>
        <w:rPr>
          <w:b/>
        </w:rPr>
        <w:t xml:space="preserve">[09:11] </w:t>
      </w:r>
      <w:r>
        <w:t>Is it mentioned in the Quran? But you cannot say that</w:t>
      </w:r>
    </w:p>
    <w:p>
      <w:pPr>
        <w:jc w:val="right"/>
      </w:pPr>
      <w:r>
        <w:t>از اٹ مینشن ان دا قرآن؟ بٹ یو کین ناٹ سے دیٹ</w:t>
      </w:r>
    </w:p>
    <w:p>
      <w:r>
        <w:rPr>
          <w:b/>
        </w:rPr>
        <w:t xml:space="preserve">[09:21] </w:t>
      </w:r>
      <w:r>
        <w:t>Camel is an integral part of Hajj.</w:t>
      </w:r>
    </w:p>
    <w:p>
      <w:pPr>
        <w:jc w:val="right"/>
      </w:pPr>
      <w:r>
        <w:t>کیمل از این انٹیگرل پارٹ اف حج۔</w:t>
      </w:r>
    </w:p>
    <w:p>
      <w:r>
        <w:rPr>
          <w:b/>
        </w:rPr>
        <w:t xml:space="preserve">[09:28] </w:t>
      </w:r>
      <w:r>
        <w:t>You have to differentiate between 'hajj' and 'amal'.</w:t>
      </w:r>
    </w:p>
    <w:p>
      <w:pPr>
        <w:jc w:val="right"/>
      </w:pPr>
      <w:r>
        <w:t>یو ہیو ٹو ڈیفرنشیٹ بٹوین حج اینڈ کیمل۔</w:t>
      </w:r>
    </w:p>
    <w:p>
      <w:r>
        <w:rPr>
          <w:b/>
        </w:rPr>
        <w:t xml:space="preserve">[09:34] </w:t>
      </w:r>
      <w:r>
        <w:t>You will say that Hajj is a permanent commandment.</w:t>
      </w:r>
    </w:p>
    <w:p>
      <w:pPr>
        <w:jc w:val="right"/>
      </w:pPr>
      <w:r>
        <w:t>یو ول سے دیٹ حج از ا پرماننٹ کمانڈمنٹ۔</w:t>
      </w:r>
    </w:p>
    <w:p>
      <w:r>
        <w:rPr>
          <w:b/>
        </w:rPr>
        <w:t xml:space="preserve">[09:40] </w:t>
      </w:r>
      <w:r>
        <w:t>Hajj is an eternal commandment.</w:t>
      </w:r>
    </w:p>
    <w:p>
      <w:pPr>
        <w:jc w:val="right"/>
      </w:pPr>
      <w:r>
        <w:t>حج از این ایٹرنل کمانڈمنٹ۔</w:t>
      </w:r>
    </w:p>
    <w:p>
      <w:r>
        <w:rPr>
          <w:b/>
        </w:rPr>
        <w:t xml:space="preserve">[09:46] </w:t>
      </w:r>
      <w:r>
        <w:t>And camel is a temporary device, temporary mode of transport.</w:t>
      </w:r>
    </w:p>
    <w:p>
      <w:pPr>
        <w:jc w:val="right"/>
      </w:pPr>
      <w:r>
        <w:t>اینڈ کیمل از ا ٹیمپریری ڈیوائس، ٹیمپریری موڈ اف ٹرانسپورٹ۔</w:t>
      </w:r>
    </w:p>
    <w:p>
      <w:r>
        <w:rPr>
          <w:b/>
        </w:rPr>
        <w:t xml:space="preserve">[09:52] </w:t>
      </w:r>
      <w:r>
        <w:t>if there is change in transport, you will change the mode of transport. so at the time, people used to travel by camel. so they were travelling in camel. but now, you will use motor car, you will use airplane to reach to Makkah, to reach to Kaaba</w:t>
      </w:r>
    </w:p>
    <w:p>
      <w:pPr>
        <w:jc w:val="right"/>
      </w:pPr>
      <w:r>
        <w:t>اف دیر از چینج ان ٹرانسپورٹ، یو ول چینج دا موڈ اف ٹرانسپورٹ۔ سو ایٹ دا ٹائم، پیپل یوز ٹو ٹریول بائی کیمل۔ سو دے ویر ٹریولنگ ان کیمل۔ بٹ ناؤ، یو ول یوز موٹر کار، یو ول یوز ایروپلین ٹو ریچ ٹو مکہ، ٹو ریچ ٹو کعب</w:t>
      </w:r>
    </w:p>
    <w:p>
      <w:r>
        <w:rPr>
          <w:b/>
        </w:rPr>
        <w:t xml:space="preserve">[10:22] </w:t>
      </w:r>
      <w:r>
        <w:t>Haa, so that you may perform Hajj.</w:t>
      </w:r>
    </w:p>
    <w:p>
      <w:pPr>
        <w:jc w:val="right"/>
      </w:pPr>
      <w:r>
        <w:t>ہ، سو دیٹ یو می پرفارم حج۔</w:t>
      </w:r>
    </w:p>
    <w:p>
      <w:r>
        <w:rPr>
          <w:b/>
        </w:rPr>
        <w:t xml:space="preserve">[10:32] </w:t>
      </w:r>
      <w:r>
        <w:t>So this by from this example, you can understand what is the importance of ijtihad in Islam.</w:t>
      </w:r>
    </w:p>
    <w:p>
      <w:pPr>
        <w:jc w:val="right"/>
      </w:pPr>
      <w:r>
        <w:t>سو دس بائی فرام دس ایگزیمپل، یو کین انڈرسٹینڈ واٹ از دا امپورٹنس اف اجتہاد ان اسلام۔</w:t>
      </w:r>
    </w:p>
    <w:p>
      <w:r>
        <w:rPr>
          <w:b/>
        </w:rPr>
        <w:t xml:space="preserve">[10:42] </w:t>
      </w:r>
      <w:r>
        <w:t>Ijtihad is a permanent part of Islam because situation is continuously under ch</w:t>
      </w:r>
    </w:p>
    <w:p>
      <w:pPr>
        <w:jc w:val="right"/>
      </w:pPr>
      <w:r>
        <w:t>اجتہاد از ا پرماننٹ پارٹ اف اسلام بیکاز سچویشن از کنٹینیوسلی انڈر چ</w:t>
      </w:r>
    </w:p>
    <w:p>
      <w:r>
        <w:rPr>
          <w:b/>
        </w:rPr>
        <w:t xml:space="preserve">[10:52] </w:t>
      </w:r>
      <w:r>
        <w:t>نج۔</w:t>
      </w:r>
    </w:p>
    <w:p>
      <w:pPr>
        <w:jc w:val="right"/>
      </w:pPr>
      <w:r>
        <w:t>ینج۔</w:t>
      </w:r>
    </w:p>
    <w:p>
      <w:r>
        <w:rPr>
          <w:b/>
        </w:rPr>
        <w:t xml:space="preserve">[11:00] </w:t>
      </w:r>
      <w:r>
        <w:t>So you have to find when there is change in situation, you have to find some ways of free application.</w:t>
      </w:r>
    </w:p>
    <w:p>
      <w:pPr>
        <w:jc w:val="right"/>
      </w:pPr>
      <w:r>
        <w:t>سو یو ہیو ٹو فائنڈ وین دیر از چینج ان سچویشن، یو ہیو ٹو فائنڈ سم ویز اف فری ایپلیکیشن۔</w:t>
      </w:r>
    </w:p>
    <w:p>
      <w:r>
        <w:rPr>
          <w:b/>
        </w:rPr>
        <w:t xml:space="preserve">[11:08] </w:t>
      </w:r>
      <w:r>
        <w:t>Otherwise, Islam will become a pond rather than a flowing river.</w:t>
      </w:r>
    </w:p>
    <w:p>
      <w:pPr>
        <w:jc w:val="right"/>
      </w:pPr>
      <w:r>
        <w:t>ادروائز، اسلام ول بیکم ا پونڈ رادر دین ا فلوئنگ ریور۔</w:t>
      </w:r>
    </w:p>
    <w:p>
      <w:r>
        <w:rPr>
          <w:b/>
        </w:rPr>
        <w:t xml:space="preserve">[11:16] </w:t>
      </w:r>
      <w:r>
        <w:t>Now, people generally</w:t>
      </w:r>
    </w:p>
    <w:p>
      <w:pPr>
        <w:jc w:val="right"/>
      </w:pPr>
      <w:r>
        <w:t>ناؤ، پیپل جنرلی</w:t>
      </w:r>
    </w:p>
    <w:p>
      <w:r>
        <w:rPr>
          <w:b/>
        </w:rPr>
        <w:t xml:space="preserve">[11:24] </w:t>
      </w:r>
      <w:r>
        <w:t>take some travel matters in this regard. although those people who believe that door of ijtihad is not closed, they apply the principle of ijtihad only in travel matters, in non basics. there are basic questions, but they even</w:t>
      </w:r>
    </w:p>
    <w:p>
      <w:pPr>
        <w:jc w:val="right"/>
      </w:pPr>
      <w:r>
        <w:t>ٹیک سم ٹریول میٹرز ان دس ریگارڈ۔ الدو دوز پیپل ہو بیلیو دیٹ ڈور اف اجتہاد از ناٹ کلوزڈ، دے اپلائی دا پرنسپل اف اجتہاد اونلی ان ٹریول میٹرز، ان نان بیسکس۔ دیر ار بیسک کوسچنز، بٹ دے ایون</w:t>
      </w:r>
    </w:p>
    <w:p>
      <w:r>
        <w:rPr>
          <w:b/>
        </w:rPr>
        <w:t xml:space="preserve">[11:54] </w:t>
      </w:r>
      <w:r>
        <w:t>Those people, even those scholars who believe that the door of ijtihad is open.</w:t>
      </w:r>
    </w:p>
    <w:p>
      <w:pPr>
        <w:jc w:val="right"/>
      </w:pPr>
      <w:r>
        <w:t>دوز پیپل، ایون دوز اسکالرز ہو بیلیو دیٹ دا ڈور اف اجتہاد از اوپن۔</w:t>
      </w:r>
    </w:p>
    <w:p>
      <w:r>
        <w:rPr>
          <w:b/>
        </w:rPr>
        <w:t xml:space="preserve">[12:04] </w:t>
      </w:r>
      <w:r>
        <w:t>Even those scholars apply the principle of ijtihad only in trivial matters, like injection at the time of fasting.</w:t>
      </w:r>
    </w:p>
    <w:p>
      <w:pPr>
        <w:jc w:val="right"/>
      </w:pPr>
      <w:r>
        <w:t>ایون دوز اسکالرز اپلائی دا پرنسپل اف اجتہاد اونلی ان ٹریول میٹرز، لائک انجیکشن ایٹ دا ٹائم اف فاسٹنگ۔</w:t>
      </w:r>
    </w:p>
    <w:p>
      <w:r>
        <w:rPr>
          <w:b/>
        </w:rPr>
        <w:t xml:space="preserve">[12:14] </w:t>
      </w:r>
      <w:r>
        <w:t>yani they are discussing</w:t>
      </w:r>
    </w:p>
    <w:p>
      <w:pPr>
        <w:jc w:val="right"/>
      </w:pPr>
      <w:r>
        <w:t>یعنی دے ار ڈسکسنگ</w:t>
      </w:r>
    </w:p>
    <w:p>
      <w:r>
        <w:rPr>
          <w:b/>
        </w:rPr>
        <w:t xml:space="preserve">[12:24] </w:t>
      </w:r>
      <w:r>
        <w:t>In this issue, whether a man who is, who is in fast, who is in sawm, whether he</w:t>
      </w:r>
    </w:p>
    <w:p>
      <w:pPr>
        <w:jc w:val="right"/>
      </w:pPr>
      <w:r>
        <w:t>ان دس ایشو ویدر ا مین ہو از، ہو از ان فاسٹ، ہو از ان سوم، ویدر ہی</w:t>
      </w:r>
    </w:p>
    <w:p>
      <w:r>
        <w:rPr>
          <w:b/>
        </w:rPr>
        <w:t xml:space="preserve">[12:32] </w:t>
      </w:r>
      <w:r>
        <w:t>can take injection.</w:t>
      </w:r>
    </w:p>
    <w:p>
      <w:pPr>
        <w:jc w:val="right"/>
      </w:pPr>
      <w:r>
        <w:t>کین ٹیک انجیکشن۔</w:t>
      </w:r>
    </w:p>
    <w:p>
      <w:r>
        <w:rPr>
          <w:b/>
        </w:rPr>
        <w:t xml:space="preserve">[12:40] </w:t>
      </w:r>
      <w:r>
        <w:t>Din there is a great great discussion that about the new moon.</w:t>
      </w:r>
    </w:p>
    <w:p>
      <w:pPr>
        <w:jc w:val="right"/>
      </w:pPr>
      <w:r>
        <w:t>دین دیر از ا گریٹ گریٹ ڈسکشن دیٹ اباؤٹ دا نیو مون۔</w:t>
      </w:r>
    </w:p>
    <w:p>
      <w:r>
        <w:rPr>
          <w:b/>
        </w:rPr>
        <w:t xml:space="preserve">[12:48] </w:t>
      </w:r>
      <w:r>
        <w:t>whether new moon,</w:t>
      </w:r>
    </w:p>
    <w:p>
      <w:pPr>
        <w:jc w:val="right"/>
      </w:pPr>
      <w:r>
        <w:t>ویدر نیو مون،</w:t>
      </w:r>
    </w:p>
    <w:p>
      <w:r>
        <w:rPr>
          <w:b/>
        </w:rPr>
        <w:t xml:space="preserve">[12:56] </w:t>
      </w:r>
      <w:r>
        <w:t>we can, we can determine the date of Ramadan and Eid by the way of observatory or or or. previously, people used to sight new moon through out their eyes. at the time, eye was only source of sighting of new moon. but now</w:t>
      </w:r>
    </w:p>
    <w:p>
      <w:pPr>
        <w:jc w:val="right"/>
      </w:pPr>
      <w:r>
        <w:t>وی کین، وی کین ڈیٹرمن دا ڈیٹ اف رمضان اینڈ عید بائی دا وے اف ابزرویٹری اور اور اور۔ پریویسلی، پیپل یوز ٹو سائٹ نیو مون تھرو اؤٹ دیر ائیز۔ ایٹ دا ٹائم، ائی واز اونلی سورس اف سائٹنگ اف نیو مون۔ بٹ نا</w:t>
      </w:r>
    </w:p>
    <w:p>
      <w:r>
        <w:rPr>
          <w:b/>
        </w:rPr>
        <w:t xml:space="preserve">[13:26] </w:t>
      </w:r>
      <w:r>
        <w:t>Oh, there is observatory, there are telescopes, there are calculations, astronomical calculations.</w:t>
      </w:r>
    </w:p>
    <w:p>
      <w:pPr>
        <w:jc w:val="right"/>
      </w:pPr>
      <w:r>
        <w:t>ؤ، دیر از ابزرویٹری، دیر ار ٹیلیسکوپس، دیر ار کیلکولیشنز، اسٹرانومیکل کیلکولیشنز۔</w:t>
      </w:r>
    </w:p>
    <w:p>
      <w:r>
        <w:rPr>
          <w:b/>
        </w:rPr>
        <w:t xml:space="preserve">[13:34] </w:t>
      </w:r>
      <w:r>
        <w:t>So until this date, they fail to decide whether you can use astronomical knowledge or not.</w:t>
      </w:r>
    </w:p>
    <w:p>
      <w:pPr>
        <w:jc w:val="right"/>
      </w:pPr>
      <w:r>
        <w:t>سو انٹل دس ڈیٹ، دے فیل ٹو ڈیسائیڈ ویدر یو وی کین یوز اسٹرانومیکل نالج اور ناٹ۔</w:t>
      </w:r>
    </w:p>
    <w:p>
      <w:r>
        <w:rPr>
          <w:b/>
        </w:rPr>
        <w:t xml:space="preserve">[13:41] </w:t>
      </w:r>
      <w:r>
        <w:t>I would say, I would like to say that it is travel issues.</w:t>
      </w:r>
    </w:p>
    <w:p>
      <w:pPr>
        <w:jc w:val="right"/>
      </w:pPr>
      <w:r>
        <w:t>ائی وڈ سے، ائی وڈ لائک ٹو سے دیٹ اٹ از ٹریول ایشوز۔</w:t>
      </w:r>
    </w:p>
    <w:p>
      <w:r>
        <w:rPr>
          <w:b/>
        </w:rPr>
        <w:t xml:space="preserve">[13:49] </w:t>
      </w:r>
      <w:r>
        <w:t>They are not basic issues.</w:t>
      </w:r>
    </w:p>
    <w:p>
      <w:pPr>
        <w:jc w:val="right"/>
      </w:pPr>
      <w:r>
        <w:t>دے ار ناٹ بیسک ایشوز۔</w:t>
      </w:r>
    </w:p>
    <w:p>
      <w:r>
        <w:rPr>
          <w:b/>
        </w:rPr>
        <w:t xml:space="preserve">[13:57] </w:t>
      </w:r>
      <w:r>
        <w:t>I think there are basic issues in which we can apply the principle of ijtihad. For example, at the time of Masjid period, our Fuqaha, our scholars divided the world into two parts: Darul Islam, Darul Harb. At the time, Muslim</w:t>
      </w:r>
    </w:p>
    <w:p>
      <w:pPr>
        <w:jc w:val="right"/>
      </w:pPr>
      <w:r>
        <w:t>ائی تھنک دیر ار بیسک ایشوز ان وچ وی کین اپلائی دا پرنسپل اف اجتہاد۔ فار ایگزامپل، ایٹ دا ٹائم اف مسجد پیریڈ، اور فقہاء، اور اسکالرز ڈیوائیڈڈ دا ورلڈ انٹو ٹو پارٹ: دارالاسلام، دارالحرب۔ ایٹ دا ٹائم، مسلم</w:t>
      </w:r>
    </w:p>
    <w:p>
      <w:r>
        <w:rPr>
          <w:b/>
        </w:rPr>
        <w:t xml:space="preserve">[14:27] </w:t>
      </w:r>
      <w:r>
        <w:t>The Muslims were in a position of strength.</w:t>
      </w:r>
    </w:p>
    <w:p>
      <w:pPr>
        <w:jc w:val="right"/>
      </w:pPr>
      <w:r>
        <w:t>ز ویر ان ا، ان ا مسلمز ویر ان ا پوزیشن اف سٹرینتھ۔</w:t>
      </w:r>
    </w:p>
    <w:p>
      <w:r>
        <w:rPr>
          <w:b/>
        </w:rPr>
        <w:t xml:space="preserve">[14:34] </w:t>
      </w:r>
      <w:r>
        <w:t>At the time, there was a Muslim empire.</w:t>
      </w:r>
    </w:p>
    <w:p>
      <w:pPr>
        <w:jc w:val="right"/>
      </w:pPr>
      <w:r>
        <w:t>ایٹ دا ٹائم، دیر واز ا مسلم ایمپائر۔</w:t>
      </w:r>
    </w:p>
    <w:p>
      <w:r>
        <w:rPr>
          <w:b/>
        </w:rPr>
        <w:t xml:space="preserve">[14:42] </w:t>
      </w:r>
      <w:r>
        <w:t>Perhaps the greatest Muslim empire was with Muslims at the time.</w:t>
      </w:r>
    </w:p>
    <w:p>
      <w:pPr>
        <w:jc w:val="right"/>
      </w:pPr>
      <w:r>
        <w:t>پرہیپ دا گریٹسٹ مسلم ایمپائر واز ود مسلمز ایٹ دا ٹائم۔</w:t>
      </w:r>
    </w:p>
    <w:p>
      <w:r>
        <w:rPr>
          <w:b/>
        </w:rPr>
        <w:t xml:space="preserve">[14:49] </w:t>
      </w:r>
      <w:r>
        <w:t>So under that situation, they divided the world into two parts: Dar al-Islam, Dar al-Harb.</w:t>
      </w:r>
    </w:p>
    <w:p>
      <w:pPr>
        <w:jc w:val="right"/>
      </w:pPr>
      <w:r>
        <w:t>سو انڈر دیٹ سچویشن، دے ڈیوائیڈڈ دا ورلڈ انٹو ٹو پارٹ: دارالاسلام، دارالح</w:t>
      </w:r>
    </w:p>
    <w:p>
      <w:r>
        <w:rPr>
          <w:b/>
        </w:rPr>
        <w:t xml:space="preserve">[14:57] </w:t>
      </w:r>
      <w:r>
        <w:t>Rab.</w:t>
      </w:r>
    </w:p>
    <w:p>
      <w:pPr>
        <w:jc w:val="right"/>
      </w:pPr>
      <w:r>
        <w:t>رب۔</w:t>
      </w:r>
    </w:p>
    <w:p>
      <w:r>
        <w:rPr>
          <w:b/>
        </w:rPr>
        <w:t xml:space="preserve">[15:02] </w:t>
      </w:r>
      <w:r>
        <w:t>It was their belief that we are khalifatullah fil ardh.</w:t>
      </w:r>
    </w:p>
    <w:p>
      <w:pPr>
        <w:jc w:val="right"/>
      </w:pPr>
      <w:r>
        <w:t>اٹ واز دیر بیلیف دیٹ وی ار خلیفۃ اللہ فی الارض۔</w:t>
      </w:r>
    </w:p>
    <w:p>
      <w:r>
        <w:rPr>
          <w:b/>
        </w:rPr>
        <w:t xml:space="preserve">[15:07] </w:t>
      </w:r>
      <w:r>
        <w:t>We have the right role on the earth, har mulk mulk-e-ma, mulk-e-khudai-e-ma.</w:t>
      </w:r>
    </w:p>
    <w:p>
      <w:pPr>
        <w:jc w:val="right"/>
      </w:pPr>
      <w:r>
        <w:t>وی ہیو دا رائٹ رول ان دی ارتھ، ہر ملک ملک ماس کے ملک خدائے ماس۔</w:t>
      </w:r>
    </w:p>
    <w:p>
      <w:r>
        <w:rPr>
          <w:b/>
        </w:rPr>
        <w:t xml:space="preserve">[15:12] </w:t>
      </w:r>
      <w:r>
        <w:t>There was a verse in the Quran: "Inni ja'ilun fil ardi khalifah".</w:t>
      </w:r>
    </w:p>
    <w:p>
      <w:pPr>
        <w:jc w:val="right"/>
      </w:pPr>
      <w:r>
        <w:t>دیر واز ا ورس ان دا قرآن: "انی جائل فی الارض خلیفہ"۔</w:t>
      </w:r>
    </w:p>
    <w:p>
      <w:r>
        <w:rPr>
          <w:b/>
        </w:rPr>
        <w:t xml:space="preserve">[15:17] </w:t>
      </w:r>
      <w:r>
        <w:t>تو wrongly interpreted this verse that Muslims are Khalifatullah fil ardh.</w:t>
      </w:r>
    </w:p>
    <w:p>
      <w:pPr>
        <w:jc w:val="right"/>
      </w:pPr>
      <w:r>
        <w:t>تو رونگلی ڈیٹ انٹرپریٹڈ دس ورس دیٹ مسلمز ار خلیفۃ اللہ فی الارض۔</w:t>
      </w:r>
    </w:p>
    <w:p>
      <w:r>
        <w:rPr>
          <w:b/>
        </w:rPr>
        <w:t xml:space="preserve">[15:22] </w:t>
      </w:r>
      <w:r>
        <w:t>Muslims are vicegerent of God.</w:t>
      </w:r>
    </w:p>
    <w:p>
      <w:pPr>
        <w:jc w:val="right"/>
      </w:pPr>
      <w:r>
        <w:t>مسلمز ار وائسرنٹ اف گاڈ۔</w:t>
      </w:r>
    </w:p>
    <w:p>
      <w:r>
        <w:rPr>
          <w:b/>
        </w:rPr>
        <w:t xml:space="preserve">[15:27] </w:t>
      </w:r>
      <w:r>
        <w:t>Muslims have right to rule all over the world.</w:t>
      </w:r>
    </w:p>
    <w:p>
      <w:pPr>
        <w:jc w:val="right"/>
      </w:pPr>
      <w:r>
        <w:t>مسلمز ہیو رائٹ ٹو رول ال اوور دا ورلڈ۔</w:t>
      </w:r>
    </w:p>
    <w:p>
      <w:r>
        <w:rPr>
          <w:b/>
        </w:rPr>
        <w:t xml:space="preserve">[15:33] </w:t>
      </w:r>
      <w:r>
        <w:t>This was completely wrong.</w:t>
      </w:r>
    </w:p>
    <w:p>
      <w:pPr>
        <w:jc w:val="right"/>
      </w:pPr>
      <w:r>
        <w:t>دس واز کمپلیٹلی رونگ۔</w:t>
      </w:r>
    </w:p>
    <w:p>
      <w:r>
        <w:rPr>
          <w:b/>
        </w:rPr>
        <w:t xml:space="preserve">[15:40] </w:t>
      </w:r>
      <w:r>
        <w:t>But at the time, when Muslims were in ruling position, Muslims were master of the.</w:t>
      </w:r>
    </w:p>
    <w:p>
      <w:pPr>
        <w:jc w:val="right"/>
      </w:pPr>
      <w:r>
        <w:t>بٹ ایٹ دا ٹائم، وین مسلمز وار ان رولنگ پوزیشن، مسلمز ویر ماسٹر اف دا۔</w:t>
      </w:r>
    </w:p>
    <w:p>
      <w:r>
        <w:rPr>
          <w:b/>
        </w:rPr>
        <w:t xml:space="preserve">[15:46] </w:t>
      </w:r>
      <w:r>
        <w:t>At the time, Muslims were master of the world.</w:t>
      </w:r>
    </w:p>
    <w:p>
      <w:pPr>
        <w:jc w:val="right"/>
      </w:pPr>
      <w:r>
        <w:t>ایٹ دا ٹائم، مسلمز ویر ماسٹر اف دا ورلڈ۔</w:t>
      </w:r>
    </w:p>
    <w:p>
      <w:r>
        <w:rPr>
          <w:b/>
        </w:rPr>
        <w:t xml:space="preserve">[15:52] </w:t>
      </w:r>
      <w:r>
        <w:t>At the time, Muslims were have established the greatest empire, greatest political empire.</w:t>
      </w:r>
    </w:p>
    <w:p>
      <w:pPr>
        <w:jc w:val="right"/>
      </w:pPr>
      <w:r>
        <w:t>ایٹ دا ٹائم، مسلمز وار ہیو اسٹیبلش دا گریٹسٹ ایمپائر، گریٹسٹ پولیٹیکل ایمپائر۔</w:t>
      </w:r>
    </w:p>
    <w:p>
      <w:r>
        <w:rPr>
          <w:b/>
        </w:rPr>
        <w:t xml:space="preserve">[15:58] </w:t>
      </w:r>
      <w:r>
        <w:t>So their thinking was politicized.</w:t>
      </w:r>
    </w:p>
    <w:p>
      <w:pPr>
        <w:jc w:val="right"/>
      </w:pPr>
      <w:r>
        <w:t>سو دیر تھنکنگ واز پولیٹیسائزڈ۔</w:t>
      </w:r>
    </w:p>
    <w:p>
      <w:r>
        <w:rPr>
          <w:b/>
        </w:rPr>
        <w:t xml:space="preserve">[16:03] </w:t>
      </w:r>
      <w:r>
        <w:t>Their thinking was politicized.</w:t>
      </w:r>
    </w:p>
    <w:p>
      <w:pPr>
        <w:jc w:val="right"/>
      </w:pPr>
      <w:r>
        <w:t>دیر تھنکنگ واز پولیٹیسائزڈ۔</w:t>
      </w:r>
    </w:p>
    <w:p>
      <w:r>
        <w:rPr>
          <w:b/>
        </w:rPr>
        <w:t xml:space="preserve">[16:08] </w:t>
      </w:r>
      <w:r>
        <w:t>They adopted this belief, although it was unfounded in Islam, that Muslims are khalifatullah fil ardh.</w:t>
      </w:r>
    </w:p>
    <w:p>
      <w:pPr>
        <w:jc w:val="right"/>
      </w:pPr>
      <w:r>
        <w:t>دے اڈاپٹڈ دس بیلیف، الدو اٹ واز ان فاؤنڈڈ ان اسلام، دیٹ مسلمز ار خلیفۃ اللہ فی الارض۔</w:t>
      </w:r>
    </w:p>
    <w:p>
      <w:r>
        <w:rPr>
          <w:b/>
        </w:rPr>
        <w:t xml:space="preserve">[16:13] </w:t>
      </w:r>
      <w:r>
        <w:t>Muslims are vicegerent of God.</w:t>
      </w:r>
    </w:p>
    <w:p>
      <w:pPr>
        <w:jc w:val="right"/>
      </w:pPr>
      <w:r>
        <w:t>مسلمز ار وائسرنٹ اف گاڈ۔</w:t>
      </w:r>
    </w:p>
    <w:p>
      <w:r>
        <w:rPr>
          <w:b/>
        </w:rPr>
        <w:t xml:space="preserve">[16:18] </w:t>
      </w:r>
      <w:r>
        <w:t>This was completely wrong.</w:t>
      </w:r>
    </w:p>
    <w:p>
      <w:pPr>
        <w:jc w:val="right"/>
      </w:pPr>
      <w:r>
        <w:t>دس واز کمپلیٹلی رونگ۔</w:t>
      </w:r>
    </w:p>
    <w:p>
      <w:r>
        <w:rPr>
          <w:b/>
        </w:rPr>
        <w:t xml:space="preserve">[16:23] </w:t>
      </w:r>
      <w:r>
        <w:t>So under this, under this situation,</w:t>
      </w:r>
    </w:p>
    <w:p>
      <w:pPr>
        <w:jc w:val="right"/>
      </w:pPr>
      <w:r>
        <w:t>سو انڈر دس، انڈر دس سچویشن،</w:t>
      </w:r>
    </w:p>
    <w:p>
      <w:r>
        <w:rPr>
          <w:b/>
        </w:rPr>
        <w:t xml:space="preserve">[16:28] </w:t>
      </w:r>
      <w:r>
        <w:t>They divided the world into two parts: Darul Islam, Darul Harb.</w:t>
      </w:r>
    </w:p>
    <w:p>
      <w:pPr>
        <w:jc w:val="right"/>
      </w:pPr>
      <w:r>
        <w:t>دے ڈیوائیڈڈ دی ورلڈ انٹو ٹو پارٹس: دارالاسلام، دارالحرب۔</w:t>
      </w:r>
    </w:p>
    <w:p>
      <w:r>
        <w:rPr>
          <w:b/>
        </w:rPr>
        <w:t xml:space="preserve">[16:36] </w:t>
      </w:r>
      <w:r>
        <w:t>In those parts where they have established their rule, that was Dar al-Islam.</w:t>
      </w:r>
    </w:p>
    <w:p>
      <w:pPr>
        <w:jc w:val="right"/>
      </w:pPr>
      <w:r>
        <w:t>ان دوز پارٹ ویر دے ہیو اسٹیبلش دیر رول، دیٹ واز دارالاسلام۔</w:t>
      </w:r>
    </w:p>
    <w:p>
      <w:r>
        <w:rPr>
          <w:b/>
        </w:rPr>
        <w:t xml:space="preserve">[16:44] </w:t>
      </w:r>
      <w:r>
        <w:t>And those parts in which they were not in ruling position, they set as Dar al-Harb.</w:t>
      </w:r>
    </w:p>
    <w:p>
      <w:pPr>
        <w:jc w:val="right"/>
      </w:pPr>
      <w:r>
        <w:t>اینڈ دوز پارٹ ان وچ دے وار ناٹ ان رولنگ پوزیشن، دے سیٹ از دارالحرب۔</w:t>
      </w:r>
    </w:p>
    <w:p>
      <w:r>
        <w:rPr>
          <w:b/>
        </w:rPr>
        <w:t xml:space="preserve">[16:52] </w:t>
      </w:r>
      <w:r>
        <w:t>Darul Harb means, Darul Harb means potentially at war.</w:t>
      </w:r>
    </w:p>
    <w:p>
      <w:pPr>
        <w:jc w:val="right"/>
      </w:pPr>
      <w:r>
        <w:t>دارالحرب مینز، دارالحرب مینز پوٹینشلی ایٹ وار۔</w:t>
      </w:r>
    </w:p>
    <w:p>
      <w:r>
        <w:rPr>
          <w:b/>
        </w:rPr>
        <w:t xml:space="preserve">[16:59] </w:t>
      </w:r>
      <w:r>
        <w:t>we and that people are potentially at war.</w:t>
      </w:r>
    </w:p>
    <w:p>
      <w:pPr>
        <w:jc w:val="right"/>
      </w:pPr>
      <w:r>
        <w:t>وی اینڈ دیٹ پیپل ار پوٹینشلی ایٹ وار۔</w:t>
      </w:r>
    </w:p>
    <w:p>
      <w:r>
        <w:rPr>
          <w:b/>
        </w:rPr>
        <w:t xml:space="preserve">[17:06] </w:t>
      </w:r>
      <w:r>
        <w:t>It means that we have to capture those, those areas also.</w:t>
      </w:r>
    </w:p>
    <w:p>
      <w:pPr>
        <w:jc w:val="right"/>
      </w:pPr>
      <w:r>
        <w:t>اٹ مینز دیٹ وی ہیو ٹو کیپچر دوز، دوز ایریاز السو۔</w:t>
      </w:r>
    </w:p>
    <w:p>
      <w:r>
        <w:rPr>
          <w:b/>
        </w:rPr>
        <w:t xml:space="preserve">[17:12] </w:t>
      </w:r>
      <w:r>
        <w:t>We have right to expand our empire.</w:t>
      </w:r>
    </w:p>
    <w:p>
      <w:pPr>
        <w:jc w:val="right"/>
      </w:pPr>
      <w:r>
        <w:t>وی ہیو رائٹ ٹو ایکسپینڈ اور ایمپائر۔</w:t>
      </w:r>
    </w:p>
    <w:p>
      <w:r>
        <w:rPr>
          <w:b/>
        </w:rPr>
        <w:t xml:space="preserve">[17:19] </w:t>
      </w:r>
      <w:r>
        <w:t>This was wrong.</w:t>
      </w:r>
    </w:p>
    <w:p>
      <w:pPr>
        <w:jc w:val="right"/>
      </w:pPr>
      <w:r>
        <w:t>دس واز رونگ۔</w:t>
      </w:r>
    </w:p>
    <w:p>
      <w:r>
        <w:rPr>
          <w:b/>
        </w:rPr>
        <w:t xml:space="preserve">[17:25] </w:t>
      </w:r>
      <w:r>
        <w:t>this kind of thinking, this kind of thinking</w:t>
      </w:r>
    </w:p>
    <w:p>
      <w:pPr>
        <w:jc w:val="right"/>
      </w:pPr>
      <w:r>
        <w:t>بس دس کائنڈ اف تھنکنگ، دس کائنڈ اف تھنکنگ</w:t>
      </w:r>
    </w:p>
    <w:p>
      <w:r>
        <w:rPr>
          <w:b/>
        </w:rPr>
        <w:t xml:space="preserve">[17:32] </w:t>
      </w:r>
      <w:r>
        <w:t>crept into the Muslim learning.</w:t>
      </w:r>
    </w:p>
    <w:p>
      <w:pPr>
        <w:jc w:val="right"/>
      </w:pPr>
      <w:r>
        <w:t>کریپٹ انٹو دا مسلم لرننگ۔</w:t>
      </w:r>
    </w:p>
    <w:p>
      <w:r>
        <w:rPr>
          <w:b/>
        </w:rPr>
        <w:t xml:space="preserve">[17:39] </w:t>
      </w:r>
      <w:r>
        <w:t>And they, and they form this, this kind of thinking.</w:t>
      </w:r>
    </w:p>
    <w:p>
      <w:pPr>
        <w:jc w:val="right"/>
      </w:pPr>
      <w:r>
        <w:t>اینڈ دے، اینڈ دے فارم دس، دس کائنڈ اف تھنکنگ۔</w:t>
      </w:r>
    </w:p>
    <w:p>
      <w:r>
        <w:rPr>
          <w:b/>
        </w:rPr>
        <w:t xml:space="preserve">[17:47] </w:t>
      </w:r>
      <w:r>
        <w:t>They, they categorized the world into two parts: Dar-ul-Islam and Dar-ul-Harb.</w:t>
      </w:r>
    </w:p>
    <w:p>
      <w:pPr>
        <w:jc w:val="right"/>
      </w:pPr>
      <w:r>
        <w:t>دے، دے کیٹیگرائزڈ دا ورلڈ انٹو ٹو پارٹس: دارالاسلام اور دارالحرب۔</w:t>
      </w:r>
    </w:p>
    <w:p>
      <w:r>
        <w:rPr>
          <w:b/>
        </w:rPr>
        <w:t xml:space="preserve">[17:55] </w:t>
      </w:r>
      <w:r>
        <w:t>Those parts that was under their occupation, that was Darussalam.</w:t>
      </w:r>
    </w:p>
    <w:p>
      <w:pPr>
        <w:jc w:val="right"/>
      </w:pPr>
      <w:r>
        <w:t>دوز پارٹ دیٹ واز انڈر دیر اکوپیشن، دا واز دارالاسلام۔</w:t>
      </w:r>
    </w:p>
    <w:p>
      <w:r>
        <w:rPr>
          <w:b/>
        </w:rPr>
        <w:t xml:space="preserve">[18:02] </w:t>
      </w:r>
      <w:r>
        <w:t>and those parts of the world that was not under their occupation, that was according to their notion: Darul Harb. that is Muslims and those people are potentially at harb. now, we need ijtihad. now, now, we are living in a different age. now, there is no kingship, no that those kind</w:t>
      </w:r>
    </w:p>
    <w:p>
      <w:pPr>
        <w:jc w:val="right"/>
      </w:pPr>
      <w:r>
        <w:t>اینڈ دوز پارٹس اف دا ورلڈ دیٹ واز ناٹ انڈر دیر اکوپیشن، دیٹ واز اکارڈنگ ٹو دیر نوشن: دارالحرب۔ دیٹ از مسلمز اینڈ دوز پیپل ار پوٹینشلی ایٹ حرب۔ ناؤ، وی نیڈ اجتہاد۔ ناؤ، ناؤ، وی ار لیونگ دیٹ ڈفرنٹ ایج۔ ناؤ، دیر از نو کنگشپ، نو دیٹ دوز کائنڈ</w:t>
      </w:r>
    </w:p>
    <w:p>
      <w:r>
        <w:rPr>
          <w:b/>
        </w:rPr>
        <w:t xml:space="preserve">[18:32] </w:t>
      </w:r>
      <w:r>
        <w:t>of political philosophy.</w:t>
      </w:r>
    </w:p>
    <w:p>
      <w:pPr>
        <w:jc w:val="right"/>
      </w:pPr>
      <w:r>
        <w:t>اف پولیٹیکل فلاسفی۔</w:t>
      </w:r>
    </w:p>
    <w:p>
      <w:r>
        <w:rPr>
          <w:b/>
        </w:rPr>
        <w:t xml:space="preserve">[18:38] </w:t>
      </w:r>
      <w:r>
        <w:t>There is no Muslim empire.</w:t>
      </w:r>
    </w:p>
    <w:p>
      <w:pPr>
        <w:jc w:val="right"/>
      </w:pPr>
      <w:r>
        <w:t>دیر از نو مسلم ایمپائر۔</w:t>
      </w:r>
    </w:p>
    <w:p>
      <w:r>
        <w:rPr>
          <w:b/>
        </w:rPr>
        <w:t xml:space="preserve">[18:44] </w:t>
      </w:r>
      <w:r>
        <w:t>There is no Abbas period.</w:t>
      </w:r>
    </w:p>
    <w:p>
      <w:pPr>
        <w:jc w:val="right"/>
      </w:pPr>
      <w:r>
        <w:t>دیر از نو اباس پیریڈ۔</w:t>
      </w:r>
    </w:p>
    <w:p>
      <w:r>
        <w:rPr>
          <w:b/>
        </w:rPr>
        <w:t xml:space="preserve">[18:49] </w:t>
      </w:r>
      <w:r>
        <w:t>to so, so the situation completely changed.</w:t>
      </w:r>
    </w:p>
    <w:p>
      <w:pPr>
        <w:jc w:val="right"/>
      </w:pPr>
      <w:r>
        <w:t>تو سو، سو دا سچویشن کمپلیٹلی چینج۔</w:t>
      </w:r>
    </w:p>
    <w:p>
      <w:r>
        <w:rPr>
          <w:b/>
        </w:rPr>
        <w:t xml:space="preserve">[18:55] </w:t>
      </w:r>
      <w:r>
        <w:t>Now, if Muslims are living with those notions, they will find themselves in every country alien, alien like foreign.</w:t>
      </w:r>
    </w:p>
    <w:p>
      <w:pPr>
        <w:jc w:val="right"/>
      </w:pPr>
      <w:r>
        <w:t>ناؤ، اف مسلمز ار لیونگ ود دوز نوشنز، دے ول فائنڈ دیم سیلف ان ایوری کنٹری ایلین، ایلین لائک فارن۔</w:t>
      </w:r>
    </w:p>
    <w:p>
      <w:r>
        <w:rPr>
          <w:b/>
        </w:rPr>
        <w:t xml:space="preserve">[19:00] </w:t>
      </w:r>
      <w:r>
        <w:t>They will lose the true spirit of patriotism.</w:t>
      </w:r>
    </w:p>
    <w:p>
      <w:pPr>
        <w:jc w:val="right"/>
      </w:pPr>
      <w:r>
        <w:t>دے ول لوز دا ٹرو سپرٹ اف پیٹریٹزم۔</w:t>
      </w:r>
    </w:p>
    <w:p>
      <w:r>
        <w:rPr>
          <w:b/>
        </w:rPr>
        <w:t xml:space="preserve">[19:06] </w:t>
      </w:r>
      <w:r>
        <w:t>If Muslims are living in this notion, in this kind of belief, they will lose the true spirit of patriotism.</w:t>
      </w:r>
    </w:p>
    <w:p>
      <w:pPr>
        <w:jc w:val="right"/>
      </w:pPr>
      <w:r>
        <w:t>اف مسلمز ار لیونگ ان دس نوشن، ان دس کائنڈ اف بیلیف، دے ول لوز دا ٹرو سپرٹ اف پیٹریٹزم۔</w:t>
      </w:r>
    </w:p>
    <w:p>
      <w:r>
        <w:rPr>
          <w:b/>
        </w:rPr>
        <w:t xml:space="preserve">[19:14] </w:t>
      </w:r>
      <w:r>
        <w:t>And then, they will become unwanted in every country.</w:t>
      </w:r>
    </w:p>
    <w:p>
      <w:pPr>
        <w:jc w:val="right"/>
      </w:pPr>
      <w:r>
        <w:t>اینڈ دین، دے ول بیکم ان وانٹڈ ان ایوری کنٹری۔</w:t>
      </w:r>
    </w:p>
    <w:p>
      <w:r>
        <w:rPr>
          <w:b/>
        </w:rPr>
        <w:t xml:space="preserve">[19:21] </w:t>
      </w:r>
      <w:r>
        <w:t>No one, no country can, can tolerate this kind of people who no patriotic spirit.</w:t>
      </w:r>
    </w:p>
    <w:p>
      <w:pPr>
        <w:jc w:val="right"/>
      </w:pPr>
      <w:r>
        <w:t>نو ون، نو کنٹری کین، کین ٹولریٹ دس کائنڈ اف پیپل ہو نو پیٹریٹک سپرٹ۔</w:t>
      </w:r>
    </w:p>
    <w:p>
      <w:r>
        <w:rPr>
          <w:b/>
        </w:rPr>
        <w:t xml:space="preserve">[19:29] </w:t>
      </w:r>
      <w:r>
        <w:t>So, we have to,</w:t>
      </w:r>
    </w:p>
    <w:p>
      <w:pPr>
        <w:jc w:val="right"/>
      </w:pPr>
      <w:r>
        <w:t>سو، وی ہیو ٹو،</w:t>
      </w:r>
    </w:p>
    <w:p>
      <w:r>
        <w:rPr>
          <w:b/>
        </w:rPr>
        <w:t xml:space="preserve">[19:37] </w:t>
      </w:r>
      <w:r>
        <w:t>We have to, we have to apply the principle of ijtihad.</w:t>
      </w:r>
    </w:p>
    <w:p>
      <w:pPr>
        <w:jc w:val="right"/>
      </w:pPr>
      <w:r>
        <w:t>وی ہیو ٹو، وی ہیو ٹو اپلائی دا پرنسپل اف اجتہاد۔</w:t>
      </w:r>
    </w:p>
    <w:p>
      <w:r>
        <w:rPr>
          <w:b/>
        </w:rPr>
        <w:t xml:space="preserve">[19:45] </w:t>
      </w:r>
      <w:r>
        <w:t>Then, I would like to say that if we apply the principle of ijtihad, we have to say</w:t>
      </w:r>
    </w:p>
    <w:p>
      <w:pPr>
        <w:jc w:val="right"/>
      </w:pPr>
      <w:r>
        <w:t>دین، ائی وڈ لائک ٹو سے دیٹ اف وی اپلائی دا پرنسپل اف اجتہاد، وی ہیو ٹو سے</w:t>
      </w:r>
    </w:p>
    <w:p>
      <w:r>
        <w:rPr>
          <w:b/>
        </w:rPr>
        <w:t xml:space="preserve">[19:52] </w:t>
      </w:r>
      <w:r>
        <w:t>that there is no Darul Islam, no Darul Harb, no Darul Kufr.</w:t>
      </w:r>
    </w:p>
    <w:p>
      <w:pPr>
        <w:jc w:val="right"/>
      </w:pPr>
      <w:r>
        <w:t>دیٹ دیر از نو دارالاسلام، نو دارالحرب، نو دارالکفر۔</w:t>
      </w:r>
    </w:p>
    <w:p>
      <w:r>
        <w:rPr>
          <w:b/>
        </w:rPr>
        <w:t xml:space="preserve">[20:00] </w:t>
      </w:r>
      <w:r>
        <w:t>All these terms are in Islamic terms.</w:t>
      </w:r>
    </w:p>
    <w:p>
      <w:pPr>
        <w:jc w:val="right"/>
      </w:pPr>
      <w:r>
        <w:t>ال دیز ٹرمز ار ان اسلامک ٹرمز۔</w:t>
      </w:r>
    </w:p>
    <w:p>
      <w:r>
        <w:rPr>
          <w:b/>
        </w:rPr>
        <w:t xml:space="preserve">[20:08] </w:t>
      </w:r>
      <w:r>
        <w:t>Every country darul ihsan, every country, even Muslim countries also.</w:t>
      </w:r>
    </w:p>
    <w:p>
      <w:pPr>
        <w:jc w:val="right"/>
      </w:pPr>
      <w:r>
        <w:t>ایوری کنٹری دارالانسان، ایوری کنٹری، ایون مسلم کنٹریز السو۔</w:t>
      </w:r>
    </w:p>
    <w:p>
      <w:r>
        <w:rPr>
          <w:b/>
        </w:rPr>
        <w:t xml:space="preserve">[20:16] </w:t>
      </w:r>
      <w:r>
        <w:t>Muslim countries and non-Muslim countries both are Darul Ihsan, both are Darul Ihsan.</w:t>
      </w:r>
    </w:p>
    <w:p>
      <w:pPr>
        <w:jc w:val="right"/>
      </w:pPr>
      <w:r>
        <w:t>مسلم کنٹریز اینڈ نان مسلم کنٹریز بوتھ ار دارالانسان، بوتھ ار دارالانسان۔</w:t>
      </w:r>
    </w:p>
    <w:p>
      <w:r>
        <w:rPr>
          <w:b/>
        </w:rPr>
        <w:t xml:space="preserve">[20:24] </w:t>
      </w:r>
      <w:r>
        <w:t>There is no Dar-ul-Islam, there is no Dar-ul-Harb, no Dar-ul-Kufr.</w:t>
      </w:r>
    </w:p>
    <w:p>
      <w:pPr>
        <w:jc w:val="right"/>
      </w:pPr>
      <w:r>
        <w:t>دیر از نو دارالاسلام، دیر از نو دارالحرب، نو دارالکفر۔</w:t>
      </w:r>
    </w:p>
    <w:p>
      <w:r>
        <w:rPr>
          <w:b/>
        </w:rPr>
        <w:t xml:space="preserve">[20:32] </w:t>
      </w:r>
      <w:r>
        <w:t>If we apply the principle of ijtihad in this issue, we will reach to this decision</w:t>
      </w:r>
    </w:p>
    <w:p>
      <w:pPr>
        <w:jc w:val="right"/>
      </w:pPr>
      <w:r>
        <w:t>اف وی اپلائی دا پرنسپل اف اجتہاد ان دس ایشو، وی ول ریچ ٹو دس ڈیسیژن</w:t>
      </w:r>
    </w:p>
    <w:p>
      <w:r>
        <w:rPr>
          <w:b/>
        </w:rPr>
        <w:t xml:space="preserve">[20:40] </w:t>
      </w:r>
      <w:r>
        <w:t>that is wrong to say that this is darul harb, this is darul islam, this is darul kufr. no, all the nations, all the countries are darul insan. everyone is, everyone is insan, human being. because we are living in age where this kind of thinking is not tenable. we are living in age where there is freedom</w:t>
      </w:r>
    </w:p>
    <w:p>
      <w:pPr>
        <w:jc w:val="right"/>
      </w:pPr>
      <w:r>
        <w:t>دیٹ از رونگ ٹو سے دیٹ دس از دارالحرب، دس از دارالاسلام، دس از دارالکفر۔ نو، ال دا نیشنز، ال دا کنٹریز ار دارالانسان۔ ایوری ون از، ایوری ون از انسان، ہیومن بینگ۔ بیکاز وی ار لیونگ ان ایج ویر دس کائنڈ اف تھنکنگ از ناٹ ٹینیبل۔ وی ار لیونگ ان ایج ویر دیر از فریڈم</w:t>
      </w:r>
    </w:p>
    <w:p>
      <w:r>
        <w:rPr>
          <w:b/>
        </w:rPr>
        <w:t xml:space="preserve">[21:10] </w:t>
      </w:r>
      <w:r>
        <w:t>, there is democracy, there is international, there are Amnesty Internationals, there are universal movements.</w:t>
      </w:r>
    </w:p>
    <w:p>
      <w:pPr>
        <w:jc w:val="right"/>
      </w:pPr>
      <w:r>
        <w:t>، دیر از ڈیموکریسی، دیر از انٹرنیشنز، دیر ار ایمنسٹی انٹرنیشنلز، دیر ار یونیورسل موومنٹس۔</w:t>
      </w:r>
    </w:p>
    <w:p>
      <w:r>
        <w:rPr>
          <w:b/>
        </w:rPr>
        <w:t xml:space="preserve">[21:20] </w:t>
      </w:r>
      <w:r>
        <w:t>Now, we are living in an age where the whole world has reduced to a village, global village.</w:t>
      </w:r>
    </w:p>
    <w:p>
      <w:pPr>
        <w:jc w:val="right"/>
      </w:pPr>
      <w:r>
        <w:t>ناؤ، وی ار لیونگ ان ایج ویر دا ہول ورلڈ ہیز ریڈیوس ٹو ا ولیج، گلوبل ولیج۔</w:t>
      </w:r>
    </w:p>
    <w:p>
      <w:r>
        <w:rPr>
          <w:b/>
        </w:rPr>
        <w:t xml:space="preserve">[21:30] </w:t>
      </w:r>
      <w:r>
        <w:t>in such a world when the whole world is global village, we can</w:t>
      </w:r>
    </w:p>
    <w:p>
      <w:pPr>
        <w:jc w:val="right"/>
      </w:pPr>
      <w:r>
        <w:t>ان سچ ا ورلڈ وین دا ہول ورلڈ از گلوبل ولیج، وی کین</w:t>
      </w:r>
    </w:p>
    <w:p>
      <w:r>
        <w:rPr>
          <w:b/>
        </w:rPr>
        <w:t xml:space="preserve">[21:40] </w:t>
      </w:r>
      <w:r>
        <w:t>can't afford to live with this, this kind of belief.</w:t>
      </w:r>
    </w:p>
    <w:p>
      <w:pPr>
        <w:jc w:val="right"/>
      </w:pPr>
      <w:r>
        <w:t>ٹ افورڈ ٹو لیو ود دس، دس کائنڈ اف بیلیف۔</w:t>
      </w:r>
    </w:p>
    <w:p>
      <w:r>
        <w:rPr>
          <w:b/>
        </w:rPr>
        <w:t xml:space="preserve">[21:46] </w:t>
      </w:r>
      <w:r>
        <w:t>So, we have to apply the principle of ijtihad.</w:t>
      </w:r>
    </w:p>
    <w:p>
      <w:pPr>
        <w:jc w:val="right"/>
      </w:pPr>
      <w:r>
        <w:t>سو، وی ہیو ٹو اپلائی دا پرنسپل اف اجتہاد۔</w:t>
      </w:r>
    </w:p>
    <w:p>
      <w:r>
        <w:rPr>
          <w:b/>
        </w:rPr>
        <w:t xml:space="preserve">[21:52] </w:t>
      </w:r>
      <w:r>
        <w:t>And here, you are quite right to say that all these terms, terms were un-Islamic.</w:t>
      </w:r>
    </w:p>
    <w:p>
      <w:pPr>
        <w:jc w:val="right"/>
      </w:pPr>
      <w:r>
        <w:t>اینڈ ہیر، یو ار کوائٹ رائٹ ٹو سے دیٹ ال دیز ٹرمز، ٹرمز ویر ان اسلامک۔</w:t>
      </w:r>
    </w:p>
    <w:p>
      <w:r>
        <w:rPr>
          <w:b/>
        </w:rPr>
        <w:t xml:space="preserve">[21:58] </w:t>
      </w:r>
      <w:r>
        <w:t>Why? These terms were not used by the Prophet of Islam.</w:t>
      </w:r>
    </w:p>
    <w:p>
      <w:pPr>
        <w:jc w:val="right"/>
      </w:pPr>
      <w:r>
        <w:t>وائی؟ دیز ٹرمز ویر ناٹ یوزڈ بائی دا پرافٹ اف اسلام۔</w:t>
      </w:r>
    </w:p>
    <w:p>
      <w:r>
        <w:rPr>
          <w:b/>
        </w:rPr>
        <w:t xml:space="preserve">[22:04] </w:t>
      </w:r>
      <w:r>
        <w:t>These verses were not derived from the Quran,</w:t>
      </w:r>
    </w:p>
    <w:p>
      <w:pPr>
        <w:jc w:val="right"/>
      </w:pPr>
      <w:r>
        <w:t>دیز ورس وار ناٹ ڈرائیو فرام دا قرآن،</w:t>
      </w:r>
    </w:p>
    <w:p>
      <w:r>
        <w:rPr>
          <w:b/>
        </w:rPr>
        <w:t xml:space="preserve">[22:10] </w:t>
      </w:r>
      <w:r>
        <w:t>neither from the Hadith.</w:t>
      </w:r>
    </w:p>
    <w:p>
      <w:pPr>
        <w:jc w:val="right"/>
      </w:pPr>
      <w:r>
        <w:t>نیدر فرام دی حدیث۔</w:t>
      </w:r>
    </w:p>
    <w:p>
      <w:r>
        <w:rPr>
          <w:b/>
        </w:rPr>
        <w:t xml:space="preserve">[22:18] </w:t>
      </w:r>
      <w:r>
        <w:t>These terms were completely production of empirical thinking during Abbasid period.</w:t>
      </w:r>
    </w:p>
    <w:p>
      <w:pPr>
        <w:jc w:val="right"/>
      </w:pPr>
      <w:r>
        <w:t>دیز ٹرمز ویر کمپلیٹلی پروڈکشن اف ایمپریکل تھنکنگ ڈیورنگ اباس پیریڈ۔</w:t>
      </w:r>
    </w:p>
    <w:p>
      <w:r>
        <w:rPr>
          <w:b/>
        </w:rPr>
        <w:t xml:space="preserve">[22:26] </w:t>
      </w:r>
      <w:r>
        <w:t>Why I am same like this? You see, when the Prophet of Islam was in Mecca, in the</w:t>
      </w:r>
    </w:p>
    <w:p>
      <w:pPr>
        <w:jc w:val="right"/>
      </w:pPr>
      <w:r>
        <w:t>وائی ائی ایم سیم لائک دس؟ یو سی وین دا پرافٹ اف اسلام واز ان مکہ، ان دا</w:t>
      </w:r>
    </w:p>
    <w:p>
      <w:r>
        <w:rPr>
          <w:b/>
        </w:rPr>
        <w:t xml:space="preserve">[22:34] </w:t>
      </w:r>
      <w:r>
        <w:t>First quarter of the seventh century,</w:t>
      </w:r>
    </w:p>
    <w:p>
      <w:pPr>
        <w:jc w:val="right"/>
      </w:pPr>
      <w:r>
        <w:t>فرسٹ کوارٹر اف دا سیون سینچری،</w:t>
      </w:r>
    </w:p>
    <w:p>
      <w:r>
        <w:rPr>
          <w:b/>
        </w:rPr>
        <w:t xml:space="preserve">[22:41] </w:t>
      </w:r>
      <w:r>
        <w:t>At the time, Mecca was the population.</w:t>
      </w:r>
    </w:p>
    <w:p>
      <w:pPr>
        <w:jc w:val="right"/>
      </w:pPr>
      <w:r>
        <w:t>ایٹ دا ٹائم مکہ واز دا پاپولیشن۔</w:t>
      </w:r>
    </w:p>
    <w:p>
      <w:r>
        <w:rPr>
          <w:b/>
        </w:rPr>
        <w:t xml:space="preserve">[22:48] </w:t>
      </w:r>
      <w:r>
        <w:t>Mecca was majority of Mecca people were idol worshipers, idol worshipers.</w:t>
      </w:r>
    </w:p>
    <w:p>
      <w:pPr>
        <w:jc w:val="right"/>
      </w:pPr>
      <w:r>
        <w:t>مکہ واز میجورٹی اف مکہ پیپل وار ائیڈل ورسپرز، ائیڈل ورسپرز۔</w:t>
      </w:r>
    </w:p>
    <w:p>
      <w:r>
        <w:rPr>
          <w:b/>
        </w:rPr>
        <w:t xml:space="preserve">[22:54] </w:t>
      </w:r>
      <w:r>
        <w:t>Only a minority have embraced Islam.</w:t>
      </w:r>
    </w:p>
    <w:p>
      <w:pPr>
        <w:jc w:val="right"/>
      </w:pPr>
      <w:r>
        <w:t>اونلی ا مائنورٹی ہیو ایمبریسڈ اسلام۔</w:t>
      </w:r>
    </w:p>
    <w:p>
      <w:r>
        <w:rPr>
          <w:b/>
        </w:rPr>
        <w:t xml:space="preserve">[23:00] </w:t>
      </w:r>
      <w:r>
        <w:t>So, Prophet of Islam and Muslims were in minority, and the majority war and idol worshipers.</w:t>
      </w:r>
    </w:p>
    <w:p>
      <w:pPr>
        <w:jc w:val="right"/>
      </w:pPr>
      <w:r>
        <w:t>سو، پرافٹ اف اسلام اینڈ مسلمز ویر ان مائنورٹی، اینڈ دا میجورٹی وار اینڈ ائیڈل ورسپرز۔</w:t>
      </w:r>
    </w:p>
    <w:p>
      <w:r>
        <w:rPr>
          <w:b/>
        </w:rPr>
        <w:t xml:space="preserve">[23:06] </w:t>
      </w:r>
      <w:r>
        <w:t>They were the ruler of Mecca.</w:t>
      </w:r>
    </w:p>
    <w:p>
      <w:pPr>
        <w:jc w:val="right"/>
      </w:pPr>
      <w:r>
        <w:t>دے ویر دا رولر اف مکہ۔</w:t>
      </w:r>
    </w:p>
    <w:p>
      <w:r>
        <w:rPr>
          <w:b/>
        </w:rPr>
        <w:t xml:space="preserve">[23:13] </w:t>
      </w:r>
      <w:r>
        <w:t>So, according to this categorization, Mecca was Darul Kufr at the time.</w:t>
      </w:r>
    </w:p>
    <w:p>
      <w:pPr>
        <w:jc w:val="right"/>
      </w:pPr>
      <w:r>
        <w:t>سو، اکارڈنگ ٹو دس کیٹیگرائزیشن، مکہ واز دارالکفر ایٹ دا ٹائم۔</w:t>
      </w:r>
    </w:p>
    <w:p>
      <w:r>
        <w:rPr>
          <w:b/>
        </w:rPr>
        <w:t xml:space="preserve">[23:21] </w:t>
      </w:r>
      <w:r>
        <w:t>According to this categorization, at that time, Makkah was Darul Kufr, land of Kufr.</w:t>
      </w:r>
    </w:p>
    <w:p>
      <w:pPr>
        <w:jc w:val="right"/>
      </w:pPr>
      <w:r>
        <w:t>اکارڈنگ ٹو دس کیٹیگرائزیشن، ایٹ دیٹ ٹائم، مکہ واز دارالکفر، لینڈ اف کفر۔</w:t>
      </w:r>
    </w:p>
    <w:p>
      <w:r>
        <w:rPr>
          <w:b/>
        </w:rPr>
        <w:t xml:space="preserve">[23:29] </w:t>
      </w:r>
      <w:r>
        <w:t>But Prophet of Islam never said, never said, never said that Makkah is Darul Kufr.</w:t>
      </w:r>
    </w:p>
    <w:p>
      <w:pPr>
        <w:jc w:val="right"/>
      </w:pPr>
      <w:r>
        <w:t>بٹ پرافٹ اف اسلام نیور سیڈ، نیور سیڈ، نیور سیڈ دیٹ مکہ از دارالکفر۔</w:t>
      </w:r>
    </w:p>
    <w:p>
      <w:r>
        <w:rPr>
          <w:b/>
        </w:rPr>
        <w:t xml:space="preserve">[23:36] </w:t>
      </w:r>
      <w:r>
        <w:t>No, not at all.</w:t>
      </w:r>
    </w:p>
    <w:p>
      <w:pPr>
        <w:jc w:val="right"/>
      </w:pPr>
      <w:r>
        <w:t>نو، ناٹ ایٹ ال۔</w:t>
      </w:r>
    </w:p>
    <w:p>
      <w:r>
        <w:rPr>
          <w:b/>
        </w:rPr>
        <w:t xml:space="preserve">[23:44] </w:t>
      </w:r>
      <w:r>
        <w:t>In Quran you read that.</w:t>
      </w:r>
    </w:p>
    <w:p>
      <w:pPr>
        <w:jc w:val="right"/>
      </w:pPr>
      <w:r>
        <w:t>ان قرآن یو ریڈ دیٹ۔</w:t>
      </w:r>
    </w:p>
    <w:p>
      <w:r>
        <w:rPr>
          <w:b/>
        </w:rPr>
        <w:t xml:space="preserve">[23:51] </w:t>
      </w:r>
      <w:r>
        <w:t>ان الانسان یا ایہا الناس، when Quran addresses these people, He says: "O men, O human being, O</w:t>
      </w:r>
    </w:p>
    <w:p>
      <w:pPr>
        <w:jc w:val="right"/>
      </w:pPr>
      <w:r>
        <w:t>ان الانسان یا ایہا الناس، وین قرآن ایڈریسز دیز پیپل، ہی سیز: "او مین، او ہیومن بینگ، او</w:t>
      </w:r>
    </w:p>
    <w:p>
      <w:r>
        <w:rPr>
          <w:b/>
        </w:rPr>
        <w:t xml:space="preserve">[23:58] </w:t>
      </w:r>
      <w:r>
        <w:t>"People, O man!" Quran uses this language.</w:t>
      </w:r>
    </w:p>
    <w:p>
      <w:pPr>
        <w:jc w:val="right"/>
      </w:pPr>
      <w:r>
        <w:t>پیپل، او انسان!" قرآن یوزز دس لینگویج۔</w:t>
      </w:r>
    </w:p>
    <w:p>
      <w:r>
        <w:rPr>
          <w:b/>
        </w:rPr>
        <w:t xml:space="preserve">[24:04] </w:t>
      </w:r>
      <w:r>
        <w:t>You can see, you can read those verses of the Quran, those chapters of the Quran that was</w:t>
      </w:r>
    </w:p>
    <w:p>
      <w:pPr>
        <w:jc w:val="right"/>
      </w:pPr>
      <w:r>
        <w:t>یو کین سی، یو کین ریڈ دوز ورسز اف دا قرآن، دوز چیپٹرز اف دا قرآن دیٹ واز</w:t>
      </w:r>
    </w:p>
    <w:p>
      <w:r>
        <w:rPr>
          <w:b/>
        </w:rPr>
        <w:t xml:space="preserve">[24:11] </w:t>
      </w:r>
      <w:r>
        <w:t>revealed in Mecca.</w:t>
      </w:r>
    </w:p>
    <w:p>
      <w:pPr>
        <w:jc w:val="right"/>
      </w:pPr>
      <w:r>
        <w:t>ریویلڈ ان مکہ۔</w:t>
      </w:r>
    </w:p>
    <w:p>
      <w:r>
        <w:rPr>
          <w:b/>
        </w:rPr>
        <w:t xml:space="preserve">[24:18] </w:t>
      </w:r>
      <w:r>
        <w:t>You can see, you can read those chapters of the Quran that were revealed in Mecca.</w:t>
      </w:r>
    </w:p>
    <w:p>
      <w:pPr>
        <w:jc w:val="right"/>
      </w:pPr>
      <w:r>
        <w:t>یو کین سی، یو کین ریڈ دوز چیپٹرز اف دا قرآن دیٹ وار ریویلڈ ان مکہ۔</w:t>
      </w:r>
    </w:p>
    <w:p>
      <w:r>
        <w:rPr>
          <w:b/>
        </w:rPr>
        <w:t xml:space="preserve">[24:25] </w:t>
      </w:r>
      <w:r>
        <w:t>In these verses, you will not find this language.</w:t>
      </w:r>
    </w:p>
    <w:p>
      <w:pPr>
        <w:jc w:val="right"/>
      </w:pPr>
      <w:r>
        <w:t>ان دیز ورسز، یو ول ناٹ فائنڈ دس لینگویج۔</w:t>
      </w:r>
    </w:p>
    <w:p>
      <w:r>
        <w:rPr>
          <w:b/>
        </w:rPr>
        <w:t xml:space="preserve">[24:33] </w:t>
      </w:r>
      <w:r>
        <w:t>But Quran uses insan, insan, insan!</w:t>
      </w:r>
    </w:p>
    <w:p>
      <w:pPr>
        <w:jc w:val="right"/>
      </w:pPr>
      <w:r>
        <w:t>بٹ قرآن یوزز انسان، انسان، انسان!</w:t>
      </w:r>
    </w:p>
    <w:p>
      <w:r>
        <w:rPr>
          <w:b/>
        </w:rPr>
        <w:t xml:space="preserve">[24:40] </w:t>
      </w:r>
      <w:r>
        <w:t>"O men, O men, O human being!" So, according to this tradition, Makkah was Darul Uns</w:t>
      </w:r>
    </w:p>
    <w:p>
      <w:pPr>
        <w:jc w:val="right"/>
      </w:pPr>
      <w:r>
        <w:t>"او مین، او مین، او ہیومن بینگ!" سو، اکارڈنگ ٹو دس ٹریڈیشن، مکہ واز دارالانس</w:t>
      </w:r>
    </w:p>
    <w:p>
      <w:r>
        <w:rPr>
          <w:b/>
        </w:rPr>
        <w:t xml:space="preserve">[24:48] </w:t>
      </w:r>
      <w:r>
        <w:t>and not darul kufr. So, so you have no right to declare that this land is darul kufr, that land is darul kufr. Who gave you right? Who gave you permission? As Makkah at the time was not darul kufr, you have no right to declare in any country that is darul kufr. You have no right. Then</w:t>
      </w:r>
    </w:p>
    <w:p>
      <w:pPr>
        <w:jc w:val="right"/>
      </w:pPr>
      <w:r>
        <w:t>ان اینڈ ناٹ دارالکفر۔ سو، سو یو ہیو نو رائٹ ٹو ڈیکلیئر دیٹ دس لینڈ از دارالکفر، دیٹ لینڈ از دارالکفر۔ ہو گیو یو رائٹ؟ ہو گیو یو پرمیشن؟ ایز مکہ ایٹ دا ٹائم واز ناٹ دارالکفر، یو ہیو نو رائٹ ٹو ڈیکلیئر ان اینی کنٹری دیٹ از دارالکفر۔ یو ہیو نو رائٹ۔ دین</w:t>
      </w:r>
    </w:p>
    <w:p>
      <w:r>
        <w:rPr>
          <w:b/>
        </w:rPr>
        <w:t xml:space="preserve">[25:18] </w:t>
      </w:r>
      <w:r>
        <w:t>You see, when the Prophet of Islam migrated from Mecca and settled in Medina, at the time, he</w:t>
      </w:r>
    </w:p>
    <w:p>
      <w:pPr>
        <w:jc w:val="right"/>
      </w:pPr>
      <w:r>
        <w:t>یو سی، وین دا پرافٹ اف اسلام مائیگریٹڈ فرام مکہ اینڈ سیٹل ان مدینہ، ایٹ دا ٹائم، ہی</w:t>
      </w:r>
    </w:p>
    <w:p>
      <w:r>
        <w:rPr>
          <w:b/>
        </w:rPr>
        <w:t xml:space="preserve">[25:28] </w:t>
      </w:r>
      <w:r>
        <w:t>was able to establish a city-state in Madinah.</w:t>
      </w:r>
    </w:p>
    <w:p>
      <w:pPr>
        <w:jc w:val="right"/>
      </w:pPr>
      <w:r>
        <w:t>واز ایبل ٹو اسٹیبلش ا سٹی اسٹیٹ ان مدینہ۔</w:t>
      </w:r>
    </w:p>
    <w:p>
      <w:r>
        <w:rPr>
          <w:b/>
        </w:rPr>
        <w:t xml:space="preserve">[25:38] </w:t>
      </w:r>
      <w:r>
        <w:t>So, according to modern terminology, Mecca became Dar-ul-Harb and Medina became Dar-ul-Islam.</w:t>
      </w:r>
    </w:p>
    <w:p>
      <w:pPr>
        <w:jc w:val="right"/>
      </w:pPr>
      <w:r>
        <w:t>سو، اکارڈنگ ٹو ماڈرن ٹرمینالوجی، مکہ بیکم دارالحرب اینڈ مدینہ بیکم دارالاسلام</w:t>
      </w:r>
    </w:p>
    <w:p>
      <w:r>
        <w:rPr>
          <w:b/>
        </w:rPr>
        <w:t xml:space="preserve">[25:49] </w:t>
      </w:r>
      <w:r>
        <w:t>. if apply this terminology that was adopted by Abbasid scholars, you would like to, you would say that after the migration, Madinah became Darul Islam and Makkah became Darul Harb. But Prophet never used this term, never, never, never! Prophet never said that now Madinah</w:t>
      </w:r>
    </w:p>
    <w:p>
      <w:pPr>
        <w:jc w:val="right"/>
      </w:pPr>
      <w:r>
        <w:t>۔ اف اپلائی دس ٹرمینالوجی دیٹ واز اڈاپٹڈ بائی اباس سکالرز، یو وڈ لائک ٹو، یو وڈ سے دیٹ افٹر دی مائیگریشن، مدینہ بیکم دارالاسلام اینڈ مکہ بیکم دارالحرب۔ بٹ پرافٹ نیور یوز دس ٹرم، نیور، نیور، نیور! پرافٹ نیور سیڈ دیٹ ناو مدینہ</w:t>
      </w:r>
    </w:p>
    <w:p>
      <w:r>
        <w:rPr>
          <w:b/>
        </w:rPr>
        <w:t xml:space="preserve">[26:19] </w:t>
      </w:r>
      <w:r>
        <w:t>is Darul Islam. Prophet never said that now Makkah is Darul Harb. No! So, who can use this term? Who can use this? Who can invent this terminology? It is bid'ah, is innovation, and bid'ah is illegal, illegal in Islam. So, this terminology, this nomenclature that this country is</w:t>
      </w:r>
    </w:p>
    <w:p>
      <w:pPr>
        <w:jc w:val="right"/>
      </w:pPr>
      <w:r>
        <w:t>از دارالاسلام۔ پرافٹ نیور سیڈ دیٹ ناو مکہ از دارالحرب۔ نو! سو، ہو کین یوز دس ٹرم؟ ہو کین یوز دس؟ ہو کین انوینٹ دس ٹرمینالوجی؟ اٹ از بدعا، از انویشن، اینڈ بدعا از الالیگل، اللیگل ان اسلام۔ سو، دس ٹرمینالوجی، دس نامنکلیچر دیٹ دس کنٹری از</w:t>
      </w:r>
    </w:p>
    <w:p>
      <w:r>
        <w:rPr>
          <w:b/>
        </w:rPr>
        <w:t xml:space="preserve">[26:49] </w:t>
      </w:r>
      <w:r>
        <w:t>Darul Harb, this country is Darul Islam, this country is Darul Kufr, all these terms were un-Islamic.</w:t>
      </w:r>
    </w:p>
    <w:p>
      <w:pPr>
        <w:jc w:val="right"/>
      </w:pPr>
      <w:r>
        <w:t>دارالحرب، دس کنٹری از دارالاسلام، دس کنٹری از دارالکفر، ال دیز ٹرمز ویر ان اسلامک۔</w:t>
      </w:r>
    </w:p>
    <w:p>
      <w:r>
        <w:rPr>
          <w:b/>
        </w:rPr>
        <w:t xml:space="preserve">[26:59] </w:t>
      </w:r>
      <w:r>
        <w:t>They must be abandoned by Muslims.</w:t>
      </w:r>
    </w:p>
    <w:p>
      <w:pPr>
        <w:jc w:val="right"/>
      </w:pPr>
      <w:r>
        <w:t>دے مسٹ بی ابینڈن بائی مسلمز۔</w:t>
      </w:r>
    </w:p>
    <w:p>
      <w:r>
        <w:rPr>
          <w:b/>
        </w:rPr>
        <w:t xml:space="preserve">[27:09] </w:t>
      </w:r>
      <w:r>
        <w:t>So, if you apply the principle of ijtihad in this situation, you can say that all the countries are dar</w:t>
      </w:r>
    </w:p>
    <w:p>
      <w:pPr>
        <w:jc w:val="right"/>
      </w:pPr>
      <w:r>
        <w:t>سو، اف یو اپلائی دا پرنسپل اف اجتہاد ان دی سچویشن، یو کین سے دیٹ ال دا کنٹریز ار دار</w:t>
      </w:r>
    </w:p>
    <w:p>
      <w:r>
        <w:rPr>
          <w:b/>
        </w:rPr>
        <w:t xml:space="preserve">[27:19] </w:t>
      </w:r>
      <w:r>
        <w:t>al-insan.</w:t>
      </w:r>
    </w:p>
    <w:p>
      <w:pPr>
        <w:jc w:val="right"/>
      </w:pPr>
      <w:r>
        <w:t>الانسان۔</w:t>
      </w:r>
    </w:p>
    <w:p>
      <w:r>
        <w:rPr>
          <w:b/>
        </w:rPr>
        <w:t xml:space="preserve">[27:26] </w:t>
      </w:r>
      <w:r>
        <w:t>There is no Darul Kufr, no Darul Harb, no Darul Islam.</w:t>
      </w:r>
    </w:p>
    <w:p>
      <w:pPr>
        <w:jc w:val="right"/>
      </w:pPr>
      <w:r>
        <w:t>دیر از نو دارالکفر، نو دارالحرب، نو دارالاسلام۔</w:t>
      </w:r>
    </w:p>
    <w:p>
      <w:r>
        <w:rPr>
          <w:b/>
        </w:rPr>
        <w:t xml:space="preserve">[27:34] </w:t>
      </w:r>
      <w:r>
        <w:t>So, this ijtihad will inculcate the spirit of patriotism in why it is not very simple.</w:t>
      </w:r>
    </w:p>
    <w:p>
      <w:pPr>
        <w:jc w:val="right"/>
      </w:pPr>
      <w:r>
        <w:t>سو، دس اجتہاد ول انکلکیٹ دے سپرٹ اف پیٹریٹزم ان وائی اٹ از ناٹ ویری سمپل۔</w:t>
      </w:r>
    </w:p>
    <w:p>
      <w:r>
        <w:rPr>
          <w:b/>
        </w:rPr>
        <w:t xml:space="preserve">[27:41] </w:t>
      </w:r>
      <w:r>
        <w:t>When you believe that I am insan and these non-Muslims are insan, we both are brothers and sisters</w:t>
      </w:r>
    </w:p>
    <w:p>
      <w:pPr>
        <w:jc w:val="right"/>
      </w:pPr>
      <w:r>
        <w:t>وین یو بیلیو دیٹ ائی ایم انسان اینڈ دیز نان مسلمز ار انسان، وی بوتھ ار برادرز اینڈ سسٹرز</w:t>
      </w:r>
    </w:p>
    <w:p>
      <w:r>
        <w:rPr>
          <w:b/>
        </w:rPr>
        <w:t xml:space="preserve">[27:49] </w:t>
      </w:r>
      <w:r>
        <w:t>to each other.</w:t>
      </w:r>
    </w:p>
    <w:p>
      <w:pPr>
        <w:jc w:val="right"/>
      </w:pPr>
      <w:r>
        <w:t>ٹو ایچ ادر۔</w:t>
      </w:r>
    </w:p>
    <w:p>
      <w:r>
        <w:rPr>
          <w:b/>
        </w:rPr>
        <w:t xml:space="preserve">[27:59] </w:t>
      </w:r>
      <w:r>
        <w:t>You know, the Prophet of Islam used to rise early in the morning and used to pray.</w:t>
      </w:r>
    </w:p>
    <w:p>
      <w:pPr>
        <w:jc w:val="right"/>
      </w:pPr>
      <w:r>
        <w:t>یو نو، دا پرافٹ اف اسلام یوز ٹو رائز ارلی ان دا مارننگ اینڈ یوز ٹو پری۔</w:t>
      </w:r>
    </w:p>
    <w:p>
      <w:r>
        <w:rPr>
          <w:b/>
        </w:rPr>
        <w:t xml:space="preserve">[28:09] </w:t>
      </w:r>
      <w:r>
        <w:t>And he used to say these verse in his morning prayer: "Allah wahd in al-ibad akhwah!" O God</w:t>
      </w:r>
    </w:p>
    <w:p>
      <w:pPr>
        <w:jc w:val="right"/>
      </w:pPr>
      <w:r>
        <w:t>اینڈ ہی یوز ٹو سے دیز ورس ان ہز مارننگ پریر: "اللہ وحد ان العباد اخواہ!" او گاڈ</w:t>
      </w:r>
    </w:p>
    <w:p>
      <w:r>
        <w:rPr>
          <w:b/>
        </w:rPr>
        <w:t xml:space="preserve">[28:19] </w:t>
      </w:r>
      <w:r>
        <w:t>, I bear witness that all human beings are sisters and brothers to each other. This is the true spirit of Islam. So, if you have this spirit, you will say that I and other Muslim and non-Muslim are both insan. There is no difference at</w:t>
      </w:r>
    </w:p>
    <w:p>
      <w:pPr>
        <w:jc w:val="right"/>
      </w:pPr>
      <w:r>
        <w:t>، ائی بیئر وٹنس دیٹ ال ہیومن بینگ ار سسٹرز اینڈ برادرز ٹو ایچ ادر۔ دس از دا ٹرو سپرٹ اف اسلام۔ سو، اف یو ہیو دس سپرٹ، یو ول سے دیٹ ائی اینڈ ادر مسلم اینڈ نان مسلم ار بوتھ انسان۔ دیر از نو ڈیفرنس ای</w:t>
      </w:r>
    </w:p>
    <w:p>
      <w:r>
        <w:rPr>
          <w:b/>
        </w:rPr>
        <w:t xml:space="preserve">[28:49] </w:t>
      </w:r>
      <w:r>
        <w:t>It all.</w:t>
      </w:r>
    </w:p>
    <w:p>
      <w:pPr>
        <w:jc w:val="right"/>
      </w:pPr>
      <w:r>
        <w:t>ٹ ال۔</w:t>
      </w:r>
    </w:p>
    <w:p>
      <w:r>
        <w:rPr>
          <w:b/>
        </w:rPr>
        <w:t xml:space="preserve">[28:59] </w:t>
      </w:r>
      <w:r>
        <w:t>So, this kind of thinking is bound to inculcate spirit of patriotism, spirit of universal brotherhood, spirit of love.</w:t>
      </w:r>
    </w:p>
    <w:p>
      <w:pPr>
        <w:jc w:val="right"/>
      </w:pPr>
      <w:r>
        <w:t>سو، دس کائنڈ اف تھنکنگ از باؤنڈ ٹو انکلکیٹ سپرٹ اف پیٹریٹزم، سپرٹ اف یونیورسل برادرہڈ، سپرٹ اف لو۔</w:t>
      </w:r>
    </w:p>
    <w:p>
      <w:r>
        <w:rPr>
          <w:b/>
        </w:rPr>
        <w:t xml:space="preserve">[29:09] </w:t>
      </w:r>
      <w:r>
        <w:t>All I think there is the greatest application of Ijtihad in our modern terms, in our modern time.</w:t>
      </w:r>
    </w:p>
    <w:p>
      <w:pPr>
        <w:jc w:val="right"/>
      </w:pPr>
      <w:r>
        <w:t>ال ائی تھنک دیر از دا گریٹسٹ ایپلیکیشن اف اجتہاد ان اور ماڈرن ٹرمز، ان اور ماڈرن ٹائم۔</w:t>
      </w:r>
    </w:p>
    <w:p>
      <w:r>
        <w:rPr>
          <w:b/>
        </w:rPr>
        <w:t xml:space="preserve">[29:20] </w:t>
      </w:r>
      <w:r>
        <w:t>So, those people who believe that the door of Ijtihad is open, they always apply the principle of</w:t>
      </w:r>
    </w:p>
    <w:p>
      <w:pPr>
        <w:jc w:val="right"/>
      </w:pPr>
      <w:r>
        <w:t>سو، دوز پیپل ہو بیلیو دیٹ دا ڈور اف اجتہاد از اوپن، دے الویز اپلائی دا پرنسپل اف</w:t>
      </w:r>
    </w:p>
    <w:p>
      <w:r>
        <w:rPr>
          <w:b/>
        </w:rPr>
        <w:t xml:space="preserve">[29:27] </w:t>
      </w:r>
      <w:r>
        <w:t>Ijtehad only in travel matters, travel issues, non-basics.</w:t>
      </w:r>
    </w:p>
    <w:p>
      <w:pPr>
        <w:jc w:val="right"/>
      </w:pPr>
      <w:r>
        <w:t>اجتہاد اونلی ان ٹریول میٹرز، ٹریول ایشوز، نان بیسکس۔</w:t>
      </w:r>
    </w:p>
    <w:p>
      <w:r>
        <w:rPr>
          <w:b/>
        </w:rPr>
        <w:t xml:space="preserve">[29:35] </w:t>
      </w:r>
      <w:r>
        <w:t>Although there are basic principles, although there are basic issues, we have to apply the principle of ijtihad.</w:t>
      </w:r>
    </w:p>
    <w:p>
      <w:pPr>
        <w:jc w:val="right"/>
      </w:pPr>
      <w:r>
        <w:t>الدو دیر ار بیسک پرنسپلز، الدو دیر ار بیسک ایشوز، وی ہیو ٹو اپلائی دا پرنسپل اف اجتہاد</w:t>
      </w:r>
    </w:p>
    <w:p>
      <w:r>
        <w:rPr>
          <w:b/>
        </w:rPr>
        <w:t xml:space="preserve">[29:42] </w:t>
      </w:r>
      <w:r>
        <w:t>In those basic issues, in those basic per</w:t>
      </w:r>
    </w:p>
    <w:p>
      <w:pPr>
        <w:jc w:val="right"/>
      </w:pPr>
      <w:r>
        <w:t>ان دوز بیسک ایشوز، ان دوز بیسک پر</w:t>
      </w:r>
    </w:p>
    <w:p>
      <w:r>
        <w:rPr>
          <w:b/>
        </w:rPr>
        <w:t xml:space="preserve">[29:50] </w:t>
      </w:r>
      <w:r>
        <w:t>problems.</w:t>
      </w:r>
    </w:p>
    <w:p>
      <w:pPr>
        <w:jc w:val="right"/>
      </w:pPr>
      <w:r>
        <w:t>ابلمز۔</w:t>
      </w:r>
    </w:p>
    <w:p>
      <w:r>
        <w:rPr>
          <w:b/>
        </w:rPr>
        <w:t xml:space="preserve">[29:57] </w:t>
      </w:r>
      <w:r>
        <w:t>Now, let us take another example.</w:t>
      </w:r>
    </w:p>
    <w:p>
      <w:pPr>
        <w:jc w:val="right"/>
      </w:pPr>
      <w:r>
        <w:t>ناؤ، لیٹ اس ٹیک انادر ایگزامپل۔</w:t>
      </w:r>
    </w:p>
    <w:p>
      <w:r>
        <w:rPr>
          <w:b/>
        </w:rPr>
        <w:t xml:space="preserve">[30:05] </w:t>
      </w:r>
      <w:r>
        <w:t>You know that all the Muslim media is engaged in complaint and protest in our times.</w:t>
      </w:r>
    </w:p>
    <w:p>
      <w:pPr>
        <w:jc w:val="right"/>
      </w:pPr>
      <w:r>
        <w:t>یو نو دیٹ ال دا مسلم میڈیا از انگیجڈ ان کمپلین اینڈ پروٹیسٹ ان اور ٹائمز۔</w:t>
      </w:r>
    </w:p>
    <w:p>
      <w:r>
        <w:rPr>
          <w:b/>
        </w:rPr>
        <w:t xml:space="preserve">[30:12] </w:t>
      </w:r>
      <w:r>
        <w:t>All the Muslims, all the Muslims are engaged</w:t>
      </w:r>
    </w:p>
    <w:p>
      <w:pPr>
        <w:jc w:val="right"/>
      </w:pPr>
      <w:r>
        <w:t>ال دا مسلمز، ال دا مسلمز ار انگیجڈ</w:t>
      </w:r>
    </w:p>
    <w:p>
      <w:r>
        <w:rPr>
          <w:b/>
        </w:rPr>
        <w:t xml:space="preserve">[30:20] </w:t>
      </w:r>
      <w:r>
        <w:t>in declaring that all these people are enemy of islam. they are engaged in conspiracy. so, our media, our literature, our papers tell this: "we are besieged under the conspiracy, under the zulm." everywhere you can</w:t>
      </w:r>
    </w:p>
    <w:p>
      <w:pPr>
        <w:jc w:val="right"/>
      </w:pPr>
      <w:r>
        <w:t>ان ڈیکلیئرنگ دیٹ ال دیز پیپل ار اینمی اف اسلام۔ دے ار انگیجڈ ان کانسپریسی۔ سو، اور میڈیا، اور لٹریچر، اور پیپرز ٹیل دس: "وی ار بسیجڈ انڈر دی کانسپریسی، انڈر دی ظلم۔" ایوری ویر یو کین</w:t>
      </w:r>
    </w:p>
    <w:p>
      <w:r>
        <w:rPr>
          <w:b/>
        </w:rPr>
        <w:t xml:space="preserve">[30:50] </w:t>
      </w:r>
      <w:r>
        <w:t>Hear this word, these voices.</w:t>
      </w:r>
    </w:p>
    <w:p>
      <w:pPr>
        <w:jc w:val="right"/>
      </w:pPr>
      <w:r>
        <w:t>ہیئر دس ورڈ، دیز وائسز۔</w:t>
      </w:r>
    </w:p>
    <w:p>
      <w:r>
        <w:rPr>
          <w:b/>
        </w:rPr>
        <w:t xml:space="preserve">[30:56] </w:t>
      </w:r>
      <w:r>
        <w:t>everywhere, everywhere, everywhere, including India.</w:t>
      </w:r>
    </w:p>
    <w:p>
      <w:pPr>
        <w:jc w:val="right"/>
      </w:pPr>
      <w:r>
        <w:t>ایوری ویر، ایوری ویر، ایوری ویر، انکلوڈنگ انڈیا۔</w:t>
      </w:r>
    </w:p>
    <w:p>
      <w:r>
        <w:rPr>
          <w:b/>
        </w:rPr>
        <w:t xml:space="preserve">[31:02] </w:t>
      </w:r>
      <w:r>
        <w:t>Now, I would like to say that here we need to apply ijtihad again.</w:t>
      </w:r>
    </w:p>
    <w:p>
      <w:pPr>
        <w:jc w:val="right"/>
      </w:pPr>
      <w:r>
        <w:t>ناؤ، ائی وڈ لائک ٹو سے دیٹ ہیر وی نیڈ ٹو اپلائی اجتہاد اگین۔</w:t>
      </w:r>
    </w:p>
    <w:p>
      <w:r>
        <w:rPr>
          <w:b/>
        </w:rPr>
        <w:t xml:space="preserve">[31:08] </w:t>
      </w:r>
      <w:r>
        <w:t>I will give you a recent example.</w:t>
      </w:r>
    </w:p>
    <w:p>
      <w:pPr>
        <w:jc w:val="right"/>
      </w:pPr>
      <w:r>
        <w:t>ائی ویل گیو یو ا ریسنٹ ایگزامپل۔</w:t>
      </w:r>
    </w:p>
    <w:p>
      <w:r>
        <w:rPr>
          <w:b/>
        </w:rPr>
        <w:t xml:space="preserve">[31:14] </w:t>
      </w:r>
      <w:r>
        <w:t>Today, I happen to meet an educated Muslim from U.P.</w:t>
      </w:r>
    </w:p>
    <w:p>
      <w:pPr>
        <w:jc w:val="right"/>
      </w:pPr>
      <w:r>
        <w:t>ٹوڈے، ائی ہیپن ٹو میٹ این ایجوکیٹڈ مسلم فرام ادھم</w:t>
      </w:r>
    </w:p>
    <w:p>
      <w:r>
        <w:rPr>
          <w:b/>
        </w:rPr>
        <w:t xml:space="preserve">[31:20] </w:t>
      </w:r>
      <w:r>
        <w:t>Gadh.</w:t>
      </w:r>
    </w:p>
    <w:p>
      <w:pPr>
        <w:jc w:val="right"/>
      </w:pPr>
      <w:r>
        <w:t>گڑھ۔</w:t>
      </w:r>
    </w:p>
    <w:p>
      <w:r>
        <w:rPr>
          <w:b/>
        </w:rPr>
        <w:t xml:space="preserve">[31:27] </w:t>
      </w:r>
      <w:r>
        <w:t>Udhampur is a district of UP.</w:t>
      </w:r>
    </w:p>
    <w:p>
      <w:pPr>
        <w:jc w:val="right"/>
      </w:pPr>
      <w:r>
        <w:t>ادھم گڑھ از ڈسٹرکٹ اف یو پی۔</w:t>
      </w:r>
    </w:p>
    <w:p>
      <w:r>
        <w:rPr>
          <w:b/>
        </w:rPr>
        <w:t xml:space="preserve">[31:35] </w:t>
      </w:r>
      <w:r>
        <w:t>So, during conversation, he told me that he belongs to Azamgarh district.</w:t>
      </w:r>
    </w:p>
    <w:p>
      <w:pPr>
        <w:jc w:val="right"/>
      </w:pPr>
      <w:r>
        <w:t>سو، ڈیورنگ کنورسیشن، ہی ٹولڈ می دیٹ ہی بیلنگز ٹو ادھم گڑھ ڈسٹرکٹ۔</w:t>
      </w:r>
    </w:p>
    <w:p>
      <w:r>
        <w:rPr>
          <w:b/>
        </w:rPr>
        <w:t xml:space="preserve">[31:42] </w:t>
      </w:r>
      <w:r>
        <w:t>He said that in Azamgarh there are so many schools everywhere. So,</w:t>
      </w:r>
    </w:p>
    <w:p>
      <w:pPr>
        <w:jc w:val="right"/>
      </w:pPr>
      <w:r>
        <w:t>ہی سیڈ دیٹ ان ادھم گڑھ دیر ار سو مینی اسکولز ایوری ویر۔ سو،</w:t>
      </w:r>
    </w:p>
    <w:p>
      <w:r>
        <w:rPr>
          <w:b/>
        </w:rPr>
        <w:t xml:space="preserve">[31:50] </w:t>
      </w:r>
      <w:r>
        <w:t>there is no problem for our children. everywhere there are schools. these schools have arranged bus service to pick and drop service, for pick and drop service. so, they have provided all kind of facilities of mo</w:t>
      </w:r>
    </w:p>
    <w:p>
      <w:pPr>
        <w:jc w:val="right"/>
      </w:pPr>
      <w:r>
        <w:t>دیر از نو پرابلم فار اور چلڈرن۔ ایوری ویر دیر ار اسکولز۔ دیز اسکولز ہیو ارینج بس سروس ٹو پک اینڈ ڈراپ سروس، فار پک اینڈ ڈراپ سروس۔ سو، دے ہیو پرووائیڈڈ ال کائنڈ اف فیسلیٹیز اف ما</w:t>
      </w:r>
    </w:p>
    <w:p>
      <w:r>
        <w:rPr>
          <w:b/>
        </w:rPr>
        <w:t xml:space="preserve">[32:20] </w:t>
      </w:r>
      <w:r>
        <w:t>Modern education, English education.</w:t>
      </w:r>
    </w:p>
    <w:p>
      <w:pPr>
        <w:jc w:val="right"/>
      </w:pPr>
      <w:r>
        <w:t>ڈرن ایجوکیشن، انگلش ایجوکیشن۔</w:t>
      </w:r>
    </w:p>
    <w:p>
      <w:r>
        <w:rPr>
          <w:b/>
        </w:rPr>
        <w:t xml:space="preserve">[32:26] </w:t>
      </w:r>
      <w:r>
        <w:t>Why it happened? Although all the so-called leaders are engaged even this till this day.</w:t>
      </w:r>
    </w:p>
    <w:p>
      <w:pPr>
        <w:jc w:val="right"/>
      </w:pPr>
      <w:r>
        <w:t>وائی اٹ ہیپن؟ الدو اور ال دا سو کالڈ لیڈرز ار انگیجڈ ایون دس ٹل دس ڈے۔</w:t>
      </w:r>
    </w:p>
    <w:p>
      <w:r>
        <w:rPr>
          <w:b/>
        </w:rPr>
        <w:t xml:space="preserve">[32:33] </w:t>
      </w:r>
      <w:r>
        <w:t>Muslims are under conspiracy, Muslims are under discrimination, Muslims are under zulm, this and that.</w:t>
      </w:r>
    </w:p>
    <w:p>
      <w:pPr>
        <w:jc w:val="right"/>
      </w:pPr>
      <w:r>
        <w:t>مسلمز ار انڈر کانسپریسی، مسلمز ار انڈر ڈسکریمینیشن، مسلمز ار انڈر ظلم، دس اینڈ دیٹ۔</w:t>
      </w:r>
    </w:p>
    <w:p>
      <w:r>
        <w:rPr>
          <w:b/>
        </w:rPr>
        <w:t xml:space="preserve">[32:39] </w:t>
      </w:r>
      <w:r>
        <w:t>Everyone, everyone speaks this language.</w:t>
      </w:r>
    </w:p>
    <w:p>
      <w:pPr>
        <w:jc w:val="right"/>
      </w:pPr>
      <w:r>
        <w:t>ایوری ون، ایوری ون سپیکس دس لینگویج۔</w:t>
      </w:r>
    </w:p>
    <w:p>
      <w:r>
        <w:rPr>
          <w:b/>
        </w:rPr>
        <w:t xml:space="preserve">[32:46] </w:t>
      </w:r>
      <w:r>
        <w:t>But what is the undercurrent?</w:t>
      </w:r>
    </w:p>
    <w:p>
      <w:pPr>
        <w:jc w:val="right"/>
      </w:pPr>
      <w:r>
        <w:t>بٹ واٹ از دا انڈر کرنٹ</w:t>
      </w:r>
    </w:p>
    <w:p>
      <w:r>
        <w:rPr>
          <w:b/>
        </w:rPr>
        <w:t xml:space="preserve">[32:52] </w:t>
      </w:r>
      <w:r>
        <w:t>These people do only what is in the face value.</w:t>
      </w:r>
    </w:p>
    <w:p>
      <w:pPr>
        <w:jc w:val="right"/>
      </w:pPr>
      <w:r>
        <w:t>؟ دیز پیپل ڈو اونلی واٹ از ان دا فیس ویلیو۔</w:t>
      </w:r>
    </w:p>
    <w:p>
      <w:r>
        <w:rPr>
          <w:b/>
        </w:rPr>
        <w:t xml:space="preserve">[32:58] </w:t>
      </w:r>
      <w:r>
        <w:t>So, what happened in Azamgarh? It is only example everywhere in the country, not only Azamgarh.</w:t>
      </w:r>
    </w:p>
    <w:p>
      <w:pPr>
        <w:jc w:val="right"/>
      </w:pPr>
      <w:r>
        <w:t>سو، واٹ ہیپنڈ ان ادھم گڑھ؟ اٹ از اونلی ایگزیمپل ایوری ویر ان دا کنٹری، ناٹ اونلی ادھم گڑھ۔</w:t>
      </w:r>
    </w:p>
    <w:p>
      <w:r>
        <w:rPr>
          <w:b/>
        </w:rPr>
        <w:t xml:space="preserve">[33:05] </w:t>
      </w:r>
      <w:r>
        <w:t>This phenomena you can see everywhere in the country.</w:t>
      </w:r>
    </w:p>
    <w:p>
      <w:pPr>
        <w:jc w:val="right"/>
      </w:pPr>
      <w:r>
        <w:t>دس فیناومینا یو کین سی ایوری ویر ان دا کنٹری۔</w:t>
      </w:r>
    </w:p>
    <w:p>
      <w:r>
        <w:rPr>
          <w:b/>
        </w:rPr>
        <w:t xml:space="preserve">[33:11] </w:t>
      </w:r>
      <w:r>
        <w:t>I will give you only a particular example.</w:t>
      </w:r>
    </w:p>
    <w:p>
      <w:pPr>
        <w:jc w:val="right"/>
      </w:pPr>
      <w:r>
        <w:t>ائی ویل گیو یو اونلی ا پرٹیکولر ایگزیمپل۔</w:t>
      </w:r>
    </w:p>
    <w:p>
      <w:r>
        <w:rPr>
          <w:b/>
        </w:rPr>
        <w:t xml:space="preserve">[33:17] </w:t>
      </w:r>
      <w:r>
        <w:t>So, what happened? In Azamgarh, Muslims were</w:t>
      </w:r>
    </w:p>
    <w:p>
      <w:pPr>
        <w:jc w:val="right"/>
      </w:pPr>
      <w:r>
        <w:t>سو، واٹ ہیپن؟ ان ادھم گڑھ، مسلمز ویر</w:t>
      </w:r>
    </w:p>
    <w:p>
      <w:r>
        <w:rPr>
          <w:b/>
        </w:rPr>
        <w:t xml:space="preserve">[33:23] </w:t>
      </w:r>
      <w:r>
        <w:t>backward in education.</w:t>
      </w:r>
    </w:p>
    <w:p>
      <w:pPr>
        <w:jc w:val="right"/>
      </w:pPr>
      <w:r>
        <w:t>بیکورڈ ان ایجوکیشن۔</w:t>
      </w:r>
    </w:p>
    <w:p>
      <w:r>
        <w:rPr>
          <w:b/>
        </w:rPr>
        <w:t xml:space="preserve">[33:31] </w:t>
      </w:r>
      <w:r>
        <w:t>So, when the age of petrodollar came, there was demand in Dubai and every country.</w:t>
      </w:r>
    </w:p>
    <w:p>
      <w:pPr>
        <w:jc w:val="right"/>
      </w:pPr>
      <w:r>
        <w:t>سو، وین دا ایج اف پیٹرو ڈالر کیم، دیر وار ڈیمانڈ ان دبئی اینڈ ایوری کنٹری۔</w:t>
      </w:r>
    </w:p>
    <w:p>
      <w:r>
        <w:rPr>
          <w:b/>
        </w:rPr>
        <w:t xml:space="preserve">[33:39] </w:t>
      </w:r>
      <w:r>
        <w:t>So, they traveled.</w:t>
      </w:r>
    </w:p>
    <w:p>
      <w:pPr>
        <w:jc w:val="right"/>
      </w:pPr>
      <w:r>
        <w:t>سو، دے ٹریولڈ۔</w:t>
      </w:r>
    </w:p>
    <w:p>
      <w:r>
        <w:rPr>
          <w:b/>
        </w:rPr>
        <w:t xml:space="preserve">[33:47] </w:t>
      </w:r>
      <w:r>
        <w:t>But when they reached Dubai and other countries, they find, they found that</w:t>
      </w:r>
    </w:p>
    <w:p>
      <w:pPr>
        <w:jc w:val="right"/>
      </w:pPr>
      <w:r>
        <w:t>بٹ وین دے ریچڈ دبئی اینڈ ادر کنٹریز، دے فائنڈ، دے فاؤنڈ دیٹ</w:t>
      </w:r>
    </w:p>
    <w:p>
      <w:r>
        <w:rPr>
          <w:b/>
        </w:rPr>
        <w:t xml:space="preserve">[33:55] </w:t>
      </w:r>
      <w:r>
        <w:t>There are many jobs for them.</w:t>
      </w:r>
    </w:p>
    <w:p>
      <w:pPr>
        <w:jc w:val="right"/>
      </w:pPr>
      <w:r>
        <w:t>دیر ار مینی جابز فار دیم۔</w:t>
      </w:r>
    </w:p>
    <w:p>
      <w:r>
        <w:rPr>
          <w:b/>
        </w:rPr>
        <w:t xml:space="preserve">[34:00] </w:t>
      </w:r>
      <w:r>
        <w:t>But there are many jobs as they were not educated.</w:t>
      </w:r>
    </w:p>
    <w:p>
      <w:pPr>
        <w:jc w:val="right"/>
      </w:pPr>
      <w:r>
        <w:t>بٹ دیر ار مینی جابز ایز دے ویر ناٹ ایجوکیٹڈ۔</w:t>
      </w:r>
    </w:p>
    <w:p>
      <w:r>
        <w:rPr>
          <w:b/>
        </w:rPr>
        <w:t xml:space="preserve">[34:05] </w:t>
      </w:r>
      <w:r>
        <w:t>Although they find jobs, but they find only many jobs, not higher jobs.</w:t>
      </w:r>
    </w:p>
    <w:p>
      <w:pPr>
        <w:jc w:val="right"/>
      </w:pPr>
      <w:r>
        <w:t>الدو دے فائنڈ جاب، بٹ دے فائنڈ اونلی مینی جابز، ناٹ ہائر جابز۔</w:t>
      </w:r>
    </w:p>
    <w:p>
      <w:r>
        <w:rPr>
          <w:b/>
        </w:rPr>
        <w:t xml:space="preserve">[34:10] </w:t>
      </w:r>
      <w:r>
        <w:t>Why? Because higher jobs were given to educated people.</w:t>
      </w:r>
    </w:p>
    <w:p>
      <w:pPr>
        <w:jc w:val="right"/>
      </w:pPr>
      <w:r>
        <w:t>وائی؟ بیکاز ہائر جابز ویر گیون ٹو ایجوکیٹڈ پیپل۔</w:t>
      </w:r>
    </w:p>
    <w:p>
      <w:r>
        <w:rPr>
          <w:b/>
        </w:rPr>
        <w:t xml:space="preserve">[34:16] </w:t>
      </w:r>
      <w:r>
        <w:t>So, this was a shock experience for them.</w:t>
      </w:r>
    </w:p>
    <w:p>
      <w:pPr>
        <w:jc w:val="right"/>
      </w:pPr>
      <w:r>
        <w:t>سو، دس واز ا شاک ایکسپیرینس فار دیم۔</w:t>
      </w:r>
    </w:p>
    <w:p>
      <w:r>
        <w:rPr>
          <w:b/>
        </w:rPr>
        <w:t xml:space="preserve">[34:21] </w:t>
      </w:r>
      <w:r>
        <w:t>They felt that</w:t>
      </w:r>
    </w:p>
    <w:p>
      <w:pPr>
        <w:jc w:val="right"/>
      </w:pPr>
      <w:r>
        <w:t>دے فیلٹ دیٹ</w:t>
      </w:r>
    </w:p>
    <w:p>
      <w:r>
        <w:rPr>
          <w:b/>
        </w:rPr>
        <w:t xml:space="preserve">[34:26] </w:t>
      </w:r>
      <w:r>
        <w:t>Although there are good jobs, open jobs, but we cannot avail because we are not educated person.</w:t>
      </w:r>
    </w:p>
    <w:p>
      <w:pPr>
        <w:jc w:val="right"/>
      </w:pPr>
      <w:r>
        <w:t>الدو دیر ار گڈ جابز، اوپن جابز، بٹ وی کین ناٹ اویل بیکاز وی ار ناٹ ایجوکیٹڈ پرسن۔</w:t>
      </w:r>
    </w:p>
    <w:p>
      <w:r>
        <w:rPr>
          <w:b/>
        </w:rPr>
        <w:t xml:space="preserve">[34:37] </w:t>
      </w:r>
      <w:r>
        <w:t>So, it was a shock treatment for them.</w:t>
      </w:r>
    </w:p>
    <w:p>
      <w:pPr>
        <w:jc w:val="right"/>
      </w:pPr>
      <w:r>
        <w:t>سو، اٹ واز ا شاک ٹریٹمنٹ فار دیم۔</w:t>
      </w:r>
    </w:p>
    <w:p>
      <w:r>
        <w:rPr>
          <w:b/>
        </w:rPr>
        <w:t xml:space="preserve">[34:47] </w:t>
      </w:r>
      <w:r>
        <w:t>Then they started thinking that at least we have to establish schools for our children.</w:t>
      </w:r>
    </w:p>
    <w:p>
      <w:pPr>
        <w:jc w:val="right"/>
      </w:pPr>
      <w:r>
        <w:t>دین دے سٹارٹڈ تھنکنگ دیٹ ایٹ لیسٹ وی ہیو ٹو اسٹیبلش اسکولز فار اور چلڈرن۔</w:t>
      </w:r>
    </w:p>
    <w:p>
      <w:r>
        <w:rPr>
          <w:b/>
        </w:rPr>
        <w:t xml:space="preserve">[34:58] </w:t>
      </w:r>
      <w:r>
        <w:t>We are uneducated, so we cannot find good jobs.</w:t>
      </w:r>
    </w:p>
    <w:p>
      <w:pPr>
        <w:jc w:val="right"/>
      </w:pPr>
      <w:r>
        <w:t>وی ار ان ایجوکیٹڈ، سو وی کین ناٹ فائنڈ گڈ جابز۔</w:t>
      </w:r>
    </w:p>
    <w:p>
      <w:r>
        <w:rPr>
          <w:b/>
        </w:rPr>
        <w:t xml:space="preserve">[35:06] </w:t>
      </w:r>
      <w:r>
        <w:t>But they wanted to, they wanted that at least their children can get all those jobs.</w:t>
      </w:r>
    </w:p>
    <w:p>
      <w:pPr>
        <w:jc w:val="right"/>
      </w:pPr>
      <w:r>
        <w:t>بٹ دے وانٹڈ ٹو، دے وانٹڈ دیٹ ایٹ لیسٹ دیر چلڈرن کین گیٹ ال دوز جابز۔</w:t>
      </w:r>
    </w:p>
    <w:p>
      <w:r>
        <w:rPr>
          <w:b/>
        </w:rPr>
        <w:t xml:space="preserve">[35:13] </w:t>
      </w:r>
      <w:r>
        <w:t>They wanted to save themselves.</w:t>
      </w:r>
    </w:p>
    <w:p>
      <w:pPr>
        <w:jc w:val="right"/>
      </w:pPr>
      <w:r>
        <w:t>دے وانٹڈ ٹو سیو دیم سیلف۔</w:t>
      </w:r>
    </w:p>
    <w:p>
      <w:r>
        <w:rPr>
          <w:b/>
        </w:rPr>
        <w:t xml:space="preserve">[35:21] </w:t>
      </w:r>
      <w:r>
        <w:t>They wanted to save their children from this</w:t>
      </w:r>
    </w:p>
    <w:p>
      <w:pPr>
        <w:jc w:val="right"/>
      </w:pPr>
      <w:r>
        <w:t>دے وانٹڈ ٹو سیو دیر چلڈرن فرام دس</w:t>
      </w:r>
    </w:p>
    <w:p>
      <w:r>
        <w:rPr>
          <w:b/>
        </w:rPr>
        <w:t xml:space="preserve">[35:28] </w:t>
      </w:r>
      <w:r>
        <w:t>problem.</w:t>
      </w:r>
    </w:p>
    <w:p>
      <w:pPr>
        <w:jc w:val="right"/>
      </w:pPr>
      <w:r>
        <w:t>پرابلم۔</w:t>
      </w:r>
    </w:p>
    <w:p>
      <w:r>
        <w:rPr>
          <w:b/>
        </w:rPr>
        <w:t xml:space="preserve">[35:36] </w:t>
      </w:r>
      <w:r>
        <w:t>So, they established many schools everywhere in the district.</w:t>
      </w:r>
    </w:p>
    <w:p>
      <w:pPr>
        <w:jc w:val="right"/>
      </w:pPr>
      <w:r>
        <w:t>سو، دے اسٹیبلش مینی اسکولز ایوری ویر ان دا ڈسٹرکٹ۔</w:t>
      </w:r>
    </w:p>
    <w:p>
      <w:r>
        <w:rPr>
          <w:b/>
        </w:rPr>
        <w:t xml:space="preserve">[35:44] </w:t>
      </w:r>
      <w:r>
        <w:t>Now, there is no dearth of education.</w:t>
      </w:r>
    </w:p>
    <w:p>
      <w:pPr>
        <w:jc w:val="right"/>
      </w:pPr>
      <w:r>
        <w:t>ناؤ، دیر از نو ڈرتھ اف ایجوکیشن۔</w:t>
      </w:r>
    </w:p>
    <w:p>
      <w:r>
        <w:rPr>
          <w:b/>
        </w:rPr>
        <w:t xml:space="preserve">[35:52] </w:t>
      </w:r>
      <w:r>
        <w:t>There are good schools, there are transport, there are roads, there are all kind of facilities. So, here</w:t>
      </w:r>
    </w:p>
    <w:p>
      <w:pPr>
        <w:jc w:val="right"/>
      </w:pPr>
      <w:r>
        <w:t>دیر ار گڈ اسکولز، دیر ار ٹرانسپورٹ، دیر ار روڈز، دیر ار ال کائنڈ اف فیسلیٹیز۔ سو، ہیر</w:t>
      </w:r>
    </w:p>
    <w:p>
      <w:r>
        <w:rPr>
          <w:b/>
        </w:rPr>
        <w:t xml:space="preserve">[35:59] </w:t>
      </w:r>
      <w:r>
        <w:t>we need ijtihad. what is ijtihad? we have to know that human history is not controlled by some conspirators. human history is not controlled by some conspirators, some zalim. no, it is controlled by law of nature. human history is controlled by law of nature</w:t>
      </w:r>
    </w:p>
    <w:p>
      <w:pPr>
        <w:jc w:val="right"/>
      </w:pPr>
      <w:r>
        <w:t>وی نیڈ اجتہاد۔ واٹ از اجتہاد؟ وی ہیو ٹو نو دیٹ ہیومن ہسٹریز از ناٹ کنٹرولڈ بائی سم کانسپریٹرز۔ ہیومن ہسٹری از ناٹ کنٹرولڈ بائی سم کانسپریٹرز، سم ظالم۔ نو، اٹ از کنٹرولڈ بائی لاء اف نیچر۔ ہیومن ہسٹری از کنٹرولڈ بائی لاء اف نیچ</w:t>
      </w:r>
    </w:p>
    <w:p>
      <w:r>
        <w:rPr>
          <w:b/>
        </w:rPr>
        <w:t xml:space="preserve">[36:29] </w:t>
      </w:r>
      <w:r>
        <w:t>and not by some conspirators, some ظالم.</w:t>
      </w:r>
    </w:p>
    <w:p>
      <w:pPr>
        <w:jc w:val="right"/>
      </w:pPr>
      <w:r>
        <w:t>ر اینڈ ناٹ بائی سم کانسپریٹرز، سم ظالم۔</w:t>
      </w:r>
    </w:p>
    <w:p>
      <w:r>
        <w:rPr>
          <w:b/>
        </w:rPr>
        <w:t xml:space="preserve">[36:34] </w:t>
      </w:r>
      <w:r>
        <w:t>It is my own thinking.</w:t>
      </w:r>
    </w:p>
    <w:p>
      <w:pPr>
        <w:jc w:val="right"/>
      </w:pPr>
      <w:r>
        <w:t>اٹ از مائی اون تھنکنگ۔</w:t>
      </w:r>
    </w:p>
    <w:p>
      <w:r>
        <w:rPr>
          <w:b/>
        </w:rPr>
        <w:t xml:space="preserve">[36:38] </w:t>
      </w:r>
      <w:r>
        <w:t>I don't think that there are someone who are conspirator ya there are someone who are zalim.</w:t>
      </w:r>
    </w:p>
    <w:p>
      <w:pPr>
        <w:jc w:val="right"/>
      </w:pPr>
      <w:r>
        <w:t>ائی ڈونٹ تھنک دیٹ دیر ار سم ون ہو ار کانسپریٹر یا دیر ار سم ون ہو ار ظالم۔</w:t>
      </w:r>
    </w:p>
    <w:p>
      <w:r>
        <w:rPr>
          <w:b/>
        </w:rPr>
        <w:t xml:space="preserve">[36:42] </w:t>
      </w:r>
      <w:r>
        <w:t>It is not my thinking.</w:t>
      </w:r>
    </w:p>
    <w:p>
      <w:pPr>
        <w:jc w:val="right"/>
      </w:pPr>
      <w:r>
        <w:t>اٹ از ناٹ مائی تھنکنگ۔</w:t>
      </w:r>
    </w:p>
    <w:p>
      <w:r>
        <w:rPr>
          <w:b/>
        </w:rPr>
        <w:t xml:space="preserve">[36:47] </w:t>
      </w:r>
      <w:r>
        <w:t>I never use these terms.</w:t>
      </w:r>
    </w:p>
    <w:p>
      <w:pPr>
        <w:jc w:val="right"/>
      </w:pPr>
      <w:r>
        <w:t>ائی نیور یوز دیز ٹرمز۔</w:t>
      </w:r>
    </w:p>
    <w:p>
      <w:r>
        <w:rPr>
          <w:b/>
        </w:rPr>
        <w:t xml:space="preserve">[36:51] </w:t>
      </w:r>
      <w:r>
        <w:t>I never use these terms.</w:t>
      </w:r>
    </w:p>
    <w:p>
      <w:pPr>
        <w:jc w:val="right"/>
      </w:pPr>
      <w:r>
        <w:t>ائی نیور یوز دیز ٹرمز۔</w:t>
      </w:r>
    </w:p>
    <w:p>
      <w:r>
        <w:rPr>
          <w:b/>
        </w:rPr>
        <w:t xml:space="preserve">[36:56] </w:t>
      </w:r>
      <w:r>
        <w:t>I don't see any man as conspirator</w:t>
      </w:r>
    </w:p>
    <w:p>
      <w:pPr>
        <w:jc w:val="right"/>
      </w:pPr>
      <w:r>
        <w:t>ائی ڈونٹ سی اینی مین ایز کانسپریٹر</w:t>
      </w:r>
    </w:p>
    <w:p>
      <w:r>
        <w:rPr>
          <w:b/>
        </w:rPr>
        <w:t xml:space="preserve">[37:00] </w:t>
      </w:r>
      <w:r>
        <w:t>.</w:t>
      </w:r>
    </w:p>
    <w:p>
      <w:pPr>
        <w:jc w:val="right"/>
      </w:pPr>
      <w:r>
        <w:t>۔</w:t>
      </w:r>
    </w:p>
    <w:p>
      <w:r>
        <w:rPr>
          <w:b/>
        </w:rPr>
        <w:t xml:space="preserve">[37:04] </w:t>
      </w:r>
      <w:r>
        <w:t>I know man is zalim.</w:t>
      </w:r>
    </w:p>
    <w:p>
      <w:pPr>
        <w:jc w:val="right"/>
      </w:pPr>
      <w:r>
        <w:t>ائی نو من از ظالم۔</w:t>
      </w:r>
    </w:p>
    <w:p>
      <w:r>
        <w:rPr>
          <w:b/>
        </w:rPr>
        <w:t xml:space="preserve">[37:09] </w:t>
      </w:r>
      <w:r>
        <w:t>Everyone is a human being.</w:t>
      </w:r>
    </w:p>
    <w:p>
      <w:pPr>
        <w:jc w:val="right"/>
      </w:pPr>
      <w:r>
        <w:t>ایوری ون از ہیومن بینگ۔</w:t>
      </w:r>
    </w:p>
    <w:p>
      <w:r>
        <w:rPr>
          <w:b/>
        </w:rPr>
        <w:t xml:space="preserve">[37:13] </w:t>
      </w:r>
      <w:r>
        <w:t>But those people who think like this that there are conspirators, there are ظالم.</w:t>
      </w:r>
    </w:p>
    <w:p>
      <w:pPr>
        <w:jc w:val="right"/>
      </w:pPr>
      <w:r>
        <w:t>بٹ دوز پیپل ہو تھنک لائک دس دیٹ دیر ار کانسپریٹرز، دیر ار ظالم۔</w:t>
      </w:r>
    </w:p>
    <w:p>
      <w:r>
        <w:rPr>
          <w:b/>
        </w:rPr>
        <w:t xml:space="preserve">[37:18] </w:t>
      </w:r>
      <w:r>
        <w:t>They must know that history is controlled by law of nature, not by conspirators.</w:t>
      </w:r>
    </w:p>
    <w:p>
      <w:pPr>
        <w:jc w:val="right"/>
      </w:pPr>
      <w:r>
        <w:t>دے مسٹ نو دیٹ ہسٹری از کنٹرولڈ بائی لاء اف نیچر، ناٹ بائی کانسپریٹرز۔</w:t>
      </w:r>
    </w:p>
    <w:p>
      <w:r>
        <w:rPr>
          <w:b/>
        </w:rPr>
        <w:t xml:space="preserve">[37:22] </w:t>
      </w:r>
      <w:r>
        <w:t>So, here you can see the example.</w:t>
      </w:r>
    </w:p>
    <w:p>
      <w:pPr>
        <w:jc w:val="right"/>
      </w:pPr>
      <w:r>
        <w:t>سو، ہیر یو کین سی دا ایگزیمپل۔</w:t>
      </w:r>
    </w:p>
    <w:p>
      <w:r>
        <w:rPr>
          <w:b/>
        </w:rPr>
        <w:t xml:space="preserve">[37:26] </w:t>
      </w:r>
      <w:r>
        <w:t>Those uneducated Muslim,</w:t>
      </w:r>
    </w:p>
    <w:p>
      <w:pPr>
        <w:jc w:val="right"/>
      </w:pPr>
      <w:r>
        <w:t>دوز ان ایجوکیٹڈ مسلم،</w:t>
      </w:r>
    </w:p>
    <w:p>
      <w:r>
        <w:rPr>
          <w:b/>
        </w:rPr>
        <w:t xml:space="preserve">[37:31] </w:t>
      </w:r>
      <w:r>
        <w:t>When they settled in Dubai and other countries, they found that due to our backwardness in education, their</w:t>
      </w:r>
    </w:p>
    <w:p>
      <w:pPr>
        <w:jc w:val="right"/>
      </w:pPr>
      <w:r>
        <w:t>وین دے سیٹلڈ ان دبئی اینڈ ادر کنٹریز، دے فاؤنڈ دیٹ ڈیو ٹو اور بیکورڈنس ان ایجوکیشن، دیر</w:t>
      </w:r>
    </w:p>
    <w:p>
      <w:r>
        <w:rPr>
          <w:b/>
        </w:rPr>
        <w:t xml:space="preserve">[37:37] </w:t>
      </w:r>
      <w:r>
        <w:t>Are we are deprived of those good jobs.</w:t>
      </w:r>
    </w:p>
    <w:p>
      <w:pPr>
        <w:jc w:val="right"/>
      </w:pPr>
      <w:r>
        <w:t>ار وی ار ڈیپریوڈ اف دوز گڈ جابز۔</w:t>
      </w:r>
    </w:p>
    <w:p>
      <w:r>
        <w:rPr>
          <w:b/>
        </w:rPr>
        <w:t xml:space="preserve">[37:43] </w:t>
      </w:r>
      <w:r>
        <w:t>We are here as laborers.</w:t>
      </w:r>
    </w:p>
    <w:p>
      <w:pPr>
        <w:jc w:val="right"/>
      </w:pPr>
      <w:r>
        <w:t>وی ار ہیر ایز لیبرز۔</w:t>
      </w:r>
    </w:p>
    <w:p>
      <w:r>
        <w:rPr>
          <w:b/>
        </w:rPr>
        <w:t xml:space="preserve">[37:49] </w:t>
      </w:r>
      <w:r>
        <w:t>So, they began, they started thinking that we have to save our children.</w:t>
      </w:r>
    </w:p>
    <w:p>
      <w:pPr>
        <w:jc w:val="right"/>
      </w:pPr>
      <w:r>
        <w:t>سو، دے بیگن، دے سٹارٹڈ تھنکنگ دیٹ وی ہیو ٹو سیو اور چلڈرن۔</w:t>
      </w:r>
    </w:p>
    <w:p>
      <w:r>
        <w:rPr>
          <w:b/>
        </w:rPr>
        <w:t xml:space="preserve">[37:55] </w:t>
      </w:r>
      <w:r>
        <w:t>We have to save our next generation. They</w:t>
      </w:r>
    </w:p>
    <w:p>
      <w:pPr>
        <w:jc w:val="right"/>
      </w:pPr>
      <w:r>
        <w:t>وی ہیو ٹو سیو اور نیکسٹ جنریشن۔ دے</w:t>
      </w:r>
    </w:p>
    <w:p>
      <w:r>
        <w:rPr>
          <w:b/>
        </w:rPr>
        <w:t xml:space="preserve">[38:01] </w:t>
      </w:r>
      <w:r>
        <w:t>Law of nature is a natural process.</w:t>
      </w:r>
    </w:p>
    <w:p>
      <w:pPr>
        <w:jc w:val="right"/>
      </w:pPr>
      <w:r>
        <w:t>لاء اف نیچر از ا نیچرل پروسیس۔</w:t>
      </w:r>
    </w:p>
    <w:p>
      <w:r>
        <w:rPr>
          <w:b/>
        </w:rPr>
        <w:t xml:space="preserve">[38:07] </w:t>
      </w:r>
      <w:r>
        <w:t>So, due to this natural process, under this law of nature, they started thinking in this way.</w:t>
      </w:r>
    </w:p>
    <w:p>
      <w:pPr>
        <w:jc w:val="right"/>
      </w:pPr>
      <w:r>
        <w:t>سو، ڈیو ٹو دس نیچرل پروسیس، انڈر دس لاء اف نیچر، دے سٹارٹڈ تھنکنگ ان دس وے۔</w:t>
      </w:r>
    </w:p>
    <w:p>
      <w:r>
        <w:rPr>
          <w:b/>
        </w:rPr>
        <w:t xml:space="preserve">[38:13] </w:t>
      </w:r>
      <w:r>
        <w:t>And the result was miraculous.</w:t>
      </w:r>
    </w:p>
    <w:p>
      <w:pPr>
        <w:jc w:val="right"/>
      </w:pPr>
      <w:r>
        <w:t>اینڈ دی رزلٹ واز میریکولس۔</w:t>
      </w:r>
    </w:p>
    <w:p>
      <w:r>
        <w:rPr>
          <w:b/>
        </w:rPr>
        <w:t xml:space="preserve">[38:19] </w:t>
      </w:r>
      <w:r>
        <w:t>The result was miraculous.</w:t>
      </w:r>
    </w:p>
    <w:p>
      <w:pPr>
        <w:jc w:val="right"/>
      </w:pPr>
      <w:r>
        <w:t>دی رزلٹ واز میریکولس۔</w:t>
      </w:r>
    </w:p>
    <w:p>
      <w:r>
        <w:rPr>
          <w:b/>
        </w:rPr>
        <w:t xml:space="preserve">[38:25] </w:t>
      </w:r>
      <w:r>
        <w:t>So, those people who are used to think in term of conspiracy, in term of zulm,</w:t>
      </w:r>
    </w:p>
    <w:p>
      <w:pPr>
        <w:jc w:val="right"/>
      </w:pPr>
      <w:r>
        <w:t>سو، دوز پیپل ہو ار یوز ٹو تھنک ان ٹرم اف کانسپریسی، ان ٹرم اف ظلم،</w:t>
      </w:r>
    </w:p>
    <w:p>
      <w:r>
        <w:rPr>
          <w:b/>
        </w:rPr>
        <w:t xml:space="preserve">[38:31] </w:t>
      </w:r>
      <w:r>
        <w:t>They are like blind people, blind.</w:t>
      </w:r>
    </w:p>
    <w:p>
      <w:pPr>
        <w:jc w:val="right"/>
      </w:pPr>
      <w:r>
        <w:t>دے ار لائک بلائنڈ پیپل، بلائنڈ۔</w:t>
      </w:r>
    </w:p>
    <w:p>
      <w:r>
        <w:rPr>
          <w:b/>
        </w:rPr>
        <w:t xml:space="preserve">[38:37] </w:t>
      </w:r>
      <w:r>
        <w:t>Because this kind of thinking makes you a negative thinker.</w:t>
      </w:r>
    </w:p>
    <w:p>
      <w:pPr>
        <w:jc w:val="right"/>
      </w:pPr>
      <w:r>
        <w:t>بیکاز دس کائنڈ اف تھنکنگ میک یو نیگیٹیو تھنکر۔</w:t>
      </w:r>
    </w:p>
    <w:p>
      <w:r>
        <w:rPr>
          <w:b/>
        </w:rPr>
        <w:t xml:space="preserve">[38:43] </w:t>
      </w:r>
      <w:r>
        <w:t>When you think in term of conspiracy, when you think in term of zulm, when you think in</w:t>
      </w:r>
    </w:p>
    <w:p>
      <w:pPr>
        <w:jc w:val="right"/>
      </w:pPr>
      <w:r>
        <w:t>وین یو تھنک ان ٹرم اف کانسپریسی، وین یو تھنک ان ٹرم اف ظلم، وین یو تھنک ان</w:t>
      </w:r>
    </w:p>
    <w:p>
      <w:r>
        <w:rPr>
          <w:b/>
        </w:rPr>
        <w:t xml:space="preserve">[38:49] </w:t>
      </w:r>
      <w:r>
        <w:t>term of discrimination, you will become negative thinker.</w:t>
      </w:r>
    </w:p>
    <w:p>
      <w:pPr>
        <w:jc w:val="right"/>
      </w:pPr>
      <w:r>
        <w:t>ٹرم اف ڈسکریمینیشن، یو ویل بیکم نیگیٹیو تھنکر۔</w:t>
      </w:r>
    </w:p>
    <w:p>
      <w:r>
        <w:rPr>
          <w:b/>
        </w:rPr>
        <w:t xml:space="preserve">[38:55] </w:t>
      </w:r>
      <w:r>
        <w:t>and negative mind cannot understand the positive aspect of</w:t>
      </w:r>
    </w:p>
    <w:p>
      <w:pPr>
        <w:jc w:val="right"/>
      </w:pPr>
      <w:r>
        <w:t>اینڈ نیگیٹیو مائنڈ کینٹ انڈرسٹینڈ دا پازیٹیو اسپیکٹ اف</w:t>
      </w:r>
    </w:p>
    <w:p>
      <w:r>
        <w:rPr>
          <w:b/>
        </w:rPr>
        <w:t xml:space="preserve">[39:01] </w:t>
      </w:r>
      <w:r>
        <w:t>Life.</w:t>
      </w:r>
    </w:p>
    <w:p>
      <w:pPr>
        <w:jc w:val="right"/>
      </w:pPr>
      <w:r>
        <w:t>لائف۔</w:t>
      </w:r>
    </w:p>
    <w:p>
      <w:r>
        <w:rPr>
          <w:b/>
        </w:rPr>
        <w:t xml:space="preserve">[39:08] </w:t>
      </w:r>
      <w:r>
        <w:t>It is a fact that a negative mind cannot understand the positive aspect of life.</w:t>
      </w:r>
    </w:p>
    <w:p>
      <w:pPr>
        <w:jc w:val="right"/>
      </w:pPr>
      <w:r>
        <w:t>اٹ از ا فیکٹ دیٹ ا نیگیٹیو مائنڈ کینٹ انڈرسٹینڈ دا پازیٹیو اسپیکٹ اف لائف۔</w:t>
      </w:r>
    </w:p>
    <w:p>
      <w:r>
        <w:rPr>
          <w:b/>
        </w:rPr>
        <w:t xml:space="preserve">[39:14] </w:t>
      </w:r>
      <w:r>
        <w:t>Negative mind only see negative, negativity everywhere.</w:t>
      </w:r>
    </w:p>
    <w:p>
      <w:pPr>
        <w:jc w:val="right"/>
      </w:pPr>
      <w:r>
        <w:t>نیگیٹیو مائنڈ اونلی سی نیگیٹیو، نیگیٹیوٹی ایوری ویر۔</w:t>
      </w:r>
    </w:p>
    <w:p>
      <w:r>
        <w:rPr>
          <w:b/>
        </w:rPr>
        <w:t xml:space="preserve">[39:21] </w:t>
      </w:r>
      <w:r>
        <w:t>Negative mind is like a blind person.</w:t>
      </w:r>
    </w:p>
    <w:p>
      <w:pPr>
        <w:jc w:val="right"/>
      </w:pPr>
      <w:r>
        <w:t>نیگیٹیو مائنڈ از لائک ا بلائنڈ پرسن۔</w:t>
      </w:r>
    </w:p>
    <w:p>
      <w:r>
        <w:rPr>
          <w:b/>
        </w:rPr>
        <w:t xml:space="preserve">[39:27] </w:t>
      </w:r>
      <w:r>
        <w:t>Blind person can't see even in day, in open day.</w:t>
      </w:r>
    </w:p>
    <w:p>
      <w:pPr>
        <w:jc w:val="right"/>
      </w:pPr>
      <w:r>
        <w:t>بلائنڈ پرسن کینٹ سی ایون ان ڈے، ان اوپن ڈے۔</w:t>
      </w:r>
    </w:p>
    <w:p>
      <w:r>
        <w:rPr>
          <w:b/>
        </w:rPr>
        <w:t xml:space="preserve">[39:34] </w:t>
      </w:r>
      <w:r>
        <w:t>So, here you need to know, here you need to apply ijtihad.</w:t>
      </w:r>
    </w:p>
    <w:p>
      <w:pPr>
        <w:jc w:val="right"/>
      </w:pPr>
      <w:r>
        <w:t>سو، ہیر یو نیڈ ٹو نو، ہیر یو نیڈ ٹو اپلائی اجتہاد۔</w:t>
      </w:r>
    </w:p>
    <w:p>
      <w:r>
        <w:rPr>
          <w:b/>
        </w:rPr>
        <w:t xml:space="preserve">[39:42] </w:t>
      </w:r>
      <w:r>
        <w:t>اجتہاد needs great knowledge, great wisdom, great learning, great studies.</w:t>
      </w:r>
    </w:p>
    <w:p>
      <w:pPr>
        <w:jc w:val="right"/>
      </w:pPr>
      <w:r>
        <w:t>اجتہاد نیڈز گریٹ نالج، گریٹ وزڈم، گریٹ لرننگ، گریٹ اسٹڈیز۔</w:t>
      </w:r>
    </w:p>
    <w:p>
      <w:r>
        <w:rPr>
          <w:b/>
        </w:rPr>
        <w:t xml:space="preserve">[39:49] </w:t>
      </w:r>
      <w:r>
        <w:t>So, if you are obsessed with this kind of negative thinking, you cannot understand anything.</w:t>
      </w:r>
    </w:p>
    <w:p>
      <w:pPr>
        <w:jc w:val="right"/>
      </w:pPr>
      <w:r>
        <w:t>سو، اف یو ار اوبسیسڈ ود دس کائنڈ اف نیگیٹیو تھنکنگ، یو کینٹ انڈرسٹینڈ اینی تھنگ۔</w:t>
      </w:r>
    </w:p>
    <w:p>
      <w:r>
        <w:rPr>
          <w:b/>
        </w:rPr>
        <w:t xml:space="preserve">[39:57] </w:t>
      </w:r>
      <w:r>
        <w:t>So, you have to open your mind</w:t>
      </w:r>
    </w:p>
    <w:p>
      <w:pPr>
        <w:jc w:val="right"/>
      </w:pPr>
      <w:r>
        <w:t>سو، یو ہیو ٹو اوپن یور مائنڈ</w:t>
      </w:r>
    </w:p>
    <w:p>
      <w:r>
        <w:rPr>
          <w:b/>
        </w:rPr>
        <w:t xml:space="preserve">[40:05] </w:t>
      </w:r>
      <w:r>
        <w:t>, you have to study, you have to survey, you have to find out the facts.</w:t>
      </w:r>
    </w:p>
    <w:p>
      <w:pPr>
        <w:jc w:val="right"/>
      </w:pPr>
      <w:r>
        <w:t>، یو ہیو ٹو اسٹڈی، یو ہیو ٹو سروے، یو ہیو ٹو فائنڈ اؤٹ دا فیکٹس۔</w:t>
      </w:r>
    </w:p>
    <w:p>
      <w:r>
        <w:rPr>
          <w:b/>
        </w:rPr>
        <w:t xml:space="preserve">[40:11] </w:t>
      </w:r>
      <w:r>
        <w:t>You have to go beyond your surroundings.</w:t>
      </w:r>
    </w:p>
    <w:p>
      <w:pPr>
        <w:jc w:val="right"/>
      </w:pPr>
      <w:r>
        <w:t>یو ہیو ٹو گو بیونڈ یور سراؤنڈنگز۔</w:t>
      </w:r>
    </w:p>
    <w:p>
      <w:r>
        <w:rPr>
          <w:b/>
        </w:rPr>
        <w:t xml:space="preserve">[40:17] </w:t>
      </w:r>
      <w:r>
        <w:t>You have to go beyond your traditional thinkings.</w:t>
      </w:r>
    </w:p>
    <w:p>
      <w:pPr>
        <w:jc w:val="right"/>
      </w:pPr>
      <w:r>
        <w:t>یو ہیو ٹو گو بیونڈ یور ٹریڈیشنل تھنکنگز۔</w:t>
      </w:r>
    </w:p>
    <w:p>
      <w:r>
        <w:rPr>
          <w:b/>
        </w:rPr>
        <w:t xml:space="preserve">[40:24] </w:t>
      </w:r>
      <w:r>
        <w:t>You have to decondition your mind.</w:t>
      </w:r>
    </w:p>
    <w:p>
      <w:pPr>
        <w:jc w:val="right"/>
      </w:pPr>
      <w:r>
        <w:t>یو ہیو ٹو ڈی کنڈیشن یور مائنڈ۔</w:t>
      </w:r>
    </w:p>
    <w:p>
      <w:r>
        <w:rPr>
          <w:b/>
        </w:rPr>
        <w:t xml:space="preserve">[40:30] </w:t>
      </w:r>
      <w:r>
        <w:t>Then you will discover that history is not ruled by conspirators.</w:t>
      </w:r>
    </w:p>
    <w:p>
      <w:pPr>
        <w:jc w:val="right"/>
      </w:pPr>
      <w:r>
        <w:t>دین یو ویل ڈسکور دیٹ ہسٹری از ناٹ رولڈ بائی کانسپریٹرز۔</w:t>
      </w:r>
    </w:p>
    <w:p>
      <w:r>
        <w:rPr>
          <w:b/>
        </w:rPr>
        <w:t xml:space="preserve">[40:36] </w:t>
      </w:r>
      <w:r>
        <w:t>History is ruled by law of nature, by God himself.</w:t>
      </w:r>
    </w:p>
    <w:p>
      <w:pPr>
        <w:jc w:val="right"/>
      </w:pPr>
      <w:r>
        <w:t>ہسٹری از رولڈ بائی لاء اف نیچر، بائی گاڈ ہم سیلف۔</w:t>
      </w:r>
    </w:p>
    <w:p>
      <w:r>
        <w:rPr>
          <w:b/>
        </w:rPr>
        <w:t xml:space="preserve">[40:42] </w:t>
      </w:r>
      <w:r>
        <w:t>So, by these examples, you can understand that Ijtihad is an eternal principle.</w:t>
      </w:r>
    </w:p>
    <w:p>
      <w:pPr>
        <w:jc w:val="right"/>
      </w:pPr>
      <w:r>
        <w:t>سو، بائی دیز ایگزیمپلز، یو کین انڈرسٹینڈ دیٹ اجتہاد از این ایٹرنل پرنسپل۔</w:t>
      </w:r>
    </w:p>
    <w:p>
      <w:r>
        <w:rPr>
          <w:b/>
        </w:rPr>
        <w:t xml:space="preserve">[40:48] </w:t>
      </w:r>
      <w:r>
        <w:t>Ijtihad is a continued process.</w:t>
      </w:r>
    </w:p>
    <w:p>
      <w:pPr>
        <w:jc w:val="right"/>
      </w:pPr>
      <w:r>
        <w:t>اجتہاد از ا کنٹینیوڈ پروسیس۔</w:t>
      </w:r>
    </w:p>
    <w:p>
      <w:r>
        <w:rPr>
          <w:b/>
        </w:rPr>
        <w:t xml:space="preserve">[40:54] </w:t>
      </w:r>
      <w:r>
        <w:t>You cannot stop the process of ijtihad, otherwise Islam becomes like a pond.</w:t>
      </w:r>
    </w:p>
    <w:p>
      <w:pPr>
        <w:jc w:val="right"/>
      </w:pPr>
      <w:r>
        <w:t>یو کینٹ اسٹاپ دا پروسیس اف اجتہاد، ادروائز اسلام بیکمز لائک ا پونڈ۔</w:t>
      </w:r>
    </w:p>
    <w:p>
      <w:r>
        <w:rPr>
          <w:b/>
        </w:rPr>
        <w:t xml:space="preserve">[41:00] </w:t>
      </w:r>
      <w:r>
        <w:t>While Islam is like a flowing river</w:t>
      </w:r>
    </w:p>
    <w:p>
      <w:pPr>
        <w:jc w:val="right"/>
      </w:pPr>
      <w:r>
        <w:t>وائل اسلام از لائک ا فلوئنگ ری</w:t>
      </w:r>
    </w:p>
    <w:p>
      <w:r>
        <w:rPr>
          <w:b/>
        </w:rPr>
        <w:t xml:space="preserve">[41:06] </w:t>
      </w:r>
      <w:r>
        <w:t>war, a flowing river.</w:t>
      </w:r>
    </w:p>
    <w:p>
      <w:pPr>
        <w:jc w:val="right"/>
      </w:pPr>
      <w:r>
        <w:t>ور، ا فلوئنگ ریور۔</w:t>
      </w:r>
    </w:p>
    <w:p>
      <w:r>
        <w:rPr>
          <w:b/>
        </w:rPr>
        <w:t xml:space="preserve">[41:14] </w:t>
      </w:r>
      <w:r>
        <w:t>So, I will repeat that those scholars who categorize and said that there are four sources of learning:</w:t>
      </w:r>
    </w:p>
    <w:p>
      <w:pPr>
        <w:jc w:val="right"/>
      </w:pPr>
      <w:r>
        <w:t>سو، ائی ویل ریپیٹ دیٹ دوز اسکالرز ہو کیٹگرائز اینڈ سیڈ دیٹ دیر ار فور سورسز اف لرننگ:</w:t>
      </w:r>
    </w:p>
    <w:p>
      <w:r>
        <w:rPr>
          <w:b/>
        </w:rPr>
        <w:t xml:space="preserve">[41:21] </w:t>
      </w:r>
      <w:r>
        <w:t>Quran, Sunnat, Ijma, Qiyas.</w:t>
      </w:r>
    </w:p>
    <w:p>
      <w:pPr>
        <w:jc w:val="right"/>
      </w:pPr>
      <w:r>
        <w:t>قرآن، سنت، اجماع، قیاس۔</w:t>
      </w:r>
    </w:p>
    <w:p>
      <w:r>
        <w:rPr>
          <w:b/>
        </w:rPr>
        <w:t xml:space="preserve">[41:29] </w:t>
      </w:r>
      <w:r>
        <w:t>They were wrong.</w:t>
      </w:r>
    </w:p>
    <w:p>
      <w:pPr>
        <w:jc w:val="right"/>
      </w:pPr>
      <w:r>
        <w:t>دے ویر رونگ۔</w:t>
      </w:r>
    </w:p>
    <w:p>
      <w:r>
        <w:rPr>
          <w:b/>
        </w:rPr>
        <w:t xml:space="preserve">[41:37] </w:t>
      </w:r>
      <w:r>
        <w:t>Why these four? Why not three? If hadith tells us that there are three sources.</w:t>
      </w:r>
    </w:p>
    <w:p>
      <w:pPr>
        <w:jc w:val="right"/>
      </w:pPr>
      <w:r>
        <w:t>وائی دیز فور؟ وائی ناٹ تھری؟ اف حدیث ٹیلز اس دیٹ دیر ار تھری سورسز۔</w:t>
      </w:r>
    </w:p>
    <w:p>
      <w:r>
        <w:rPr>
          <w:b/>
        </w:rPr>
        <w:t xml:space="preserve">[41:44] </w:t>
      </w:r>
      <w:r>
        <w:t>According to the hadith narrated by Muadh ibn Jabal, there are three sources: Quran, Sunnah, Ijtihad.</w:t>
      </w:r>
    </w:p>
    <w:p>
      <w:pPr>
        <w:jc w:val="right"/>
      </w:pPr>
      <w:r>
        <w:t>اکارڈنگ ٹو دی حدیث نیریٹڈ بائی معاذ ابن جبل، دیر ار تھری سورسز: قرآن، سنت، اجتہاد۔</w:t>
      </w:r>
    </w:p>
    <w:p>
      <w:r>
        <w:rPr>
          <w:b/>
        </w:rPr>
        <w:t xml:space="preserve">[41:52] </w:t>
      </w:r>
      <w:r>
        <w:t>So, I would like to say that there are three sources of Islamic learning.</w:t>
      </w:r>
    </w:p>
    <w:p>
      <w:pPr>
        <w:jc w:val="right"/>
      </w:pPr>
      <w:r>
        <w:t>سو، ائی وڈ لائک ٹو سی دیٹ دیر ار تھری سورسز اف اسلامک لرننگ۔</w:t>
      </w:r>
    </w:p>
    <w:p>
      <w:r>
        <w:rPr>
          <w:b/>
        </w:rPr>
        <w:t xml:space="preserve">[41:59] </w:t>
      </w:r>
      <w:r>
        <w:t>Three Sources of Islamic Learning</w:t>
      </w:r>
    </w:p>
    <w:p>
      <w:pPr>
        <w:jc w:val="right"/>
      </w:pPr>
      <w:r>
        <w:t>تھری سورسز اف اسلامک لرن</w:t>
      </w:r>
    </w:p>
    <w:p>
      <w:r>
        <w:rPr>
          <w:b/>
        </w:rPr>
        <w:t xml:space="preserve">[42:07] </w:t>
      </w:r>
      <w:r>
        <w:t>thing that is Quran, Sunnah, and Ijtihad.</w:t>
      </w:r>
    </w:p>
    <w:p>
      <w:pPr>
        <w:jc w:val="right"/>
      </w:pPr>
      <w:r>
        <w:t>نگ دیٹ از قرآن، سنت، اینڈ اجتہاد۔</w:t>
      </w:r>
    </w:p>
    <w:p>
      <w:r>
        <w:rPr>
          <w:b/>
        </w:rPr>
        <w:t xml:space="preserve">[42:15] </w:t>
      </w:r>
      <w:r>
        <w:t>Ijtehad means to reapply the eternal principles of Islam in the current situation, in the changing situation.</w:t>
      </w:r>
    </w:p>
    <w:p>
      <w:pPr>
        <w:jc w:val="right"/>
      </w:pPr>
      <w:r>
        <w:t>اجتہاد مینز ٹو ری اپلائی دا ایٹرنل پرنسپلز اف اسلام ان دا کرنٹ سچویشن، ان دا چینجنگ سچویشن۔</w:t>
      </w:r>
    </w:p>
    <w:p>
      <w:r>
        <w:rPr>
          <w:b/>
        </w:rPr>
        <w:t xml:space="preserve">[42:22] </w:t>
      </w:r>
      <w:r>
        <w:t>This is ijtihad.</w:t>
      </w:r>
    </w:p>
    <w:p>
      <w:pPr>
        <w:jc w:val="right"/>
      </w:pPr>
      <w:r>
        <w:t>دس از اجتہاد۔</w:t>
      </w:r>
    </w:p>
    <w:p>
      <w:r>
        <w:rPr>
          <w:b/>
        </w:rPr>
        <w:t xml:space="preserve">[42:30] </w:t>
      </w:r>
      <w:r>
        <w:t>It is very very</w:t>
      </w:r>
    </w:p>
    <w:p>
      <w:pPr>
        <w:jc w:val="right"/>
      </w:pPr>
      <w:r>
        <w:t>اٹ از ویری ویری</w:t>
      </w:r>
    </w:p>
    <w:p>
      <w:r>
        <w:rPr>
          <w:b/>
        </w:rPr>
        <w:t xml:space="preserve">[42:38] </w:t>
      </w:r>
      <w:r>
        <w:t>important to know that ijtihad is not revisionism.</w:t>
      </w:r>
    </w:p>
    <w:p>
      <w:pPr>
        <w:jc w:val="right"/>
      </w:pPr>
      <w:r>
        <w:t>امپورٹنٹ ٹو نو دیٹ اجتہاد از ناٹ ریویژن ازم۔</w:t>
      </w:r>
    </w:p>
    <w:p>
      <w:r>
        <w:rPr>
          <w:b/>
        </w:rPr>
        <w:t xml:space="preserve">[42:43] </w:t>
      </w:r>
      <w:r>
        <w:t>Ijtihad is not a revision.</w:t>
      </w:r>
    </w:p>
    <w:p>
      <w:pPr>
        <w:jc w:val="right"/>
      </w:pPr>
      <w:r>
        <w:t>اجتہاد از ناٹ ا ریویژن۔</w:t>
      </w:r>
    </w:p>
    <w:p>
      <w:r>
        <w:rPr>
          <w:b/>
        </w:rPr>
        <w:t xml:space="preserve">[42:48] </w:t>
      </w:r>
      <w:r>
        <w:t>Ijtihad is not a reform.</w:t>
      </w:r>
    </w:p>
    <w:p>
      <w:pPr>
        <w:jc w:val="right"/>
      </w:pPr>
      <w:r>
        <w:t>اجتہاد از ناٹ ا ریفارم۔</w:t>
      </w:r>
    </w:p>
    <w:p>
      <w:r>
        <w:rPr>
          <w:b/>
        </w:rPr>
        <w:t xml:space="preserve">[42:53] </w:t>
      </w:r>
      <w:r>
        <w:t>Islam does not need reform.</w:t>
      </w:r>
    </w:p>
    <w:p>
      <w:pPr>
        <w:jc w:val="right"/>
      </w:pPr>
      <w:r>
        <w:t>اسلام ڈز ناٹ بی ریفارم۔</w:t>
      </w:r>
    </w:p>
    <w:p>
      <w:r>
        <w:rPr>
          <w:b/>
        </w:rPr>
        <w:t xml:space="preserve">[42:58] </w:t>
      </w:r>
      <w:r>
        <w:t>Islam does not, Islam is a preserved religion.</w:t>
      </w:r>
    </w:p>
    <w:p>
      <w:pPr>
        <w:jc w:val="right"/>
      </w:pPr>
      <w:r>
        <w:t>اسلام ڈز ناٹ، اسلام از ا پریزروڈ ریلیجن۔</w:t>
      </w:r>
    </w:p>
    <w:p>
      <w:r>
        <w:rPr>
          <w:b/>
        </w:rPr>
        <w:t xml:space="preserve">[43:03] </w:t>
      </w:r>
      <w:r>
        <w:t>In Islam, the divine guidance is preserved</w:t>
      </w:r>
    </w:p>
    <w:p>
      <w:pPr>
        <w:jc w:val="right"/>
      </w:pPr>
      <w:r>
        <w:t>ان اسلام، دا ڈیوائن گائیڈنس از پریزروڈ</w:t>
      </w:r>
    </w:p>
    <w:p>
      <w:r>
        <w:rPr>
          <w:b/>
        </w:rPr>
        <w:t xml:space="preserve">[43:08] </w:t>
      </w:r>
      <w:r>
        <w:t>in its original form.</w:t>
      </w:r>
    </w:p>
    <w:p>
      <w:pPr>
        <w:jc w:val="right"/>
      </w:pPr>
      <w:r>
        <w:t>ان اٹس اوریجنل فارم۔</w:t>
      </w:r>
    </w:p>
    <w:p>
      <w:r>
        <w:rPr>
          <w:b/>
        </w:rPr>
        <w:t xml:space="preserve">[43:13] </w:t>
      </w:r>
      <w:r>
        <w:t>So, Islam does not need reform.</w:t>
      </w:r>
    </w:p>
    <w:p>
      <w:pPr>
        <w:jc w:val="right"/>
      </w:pPr>
      <w:r>
        <w:t>سو، اسلام ڈز ناٹ نیڈ ریفارم۔</w:t>
      </w:r>
    </w:p>
    <w:p>
      <w:r>
        <w:rPr>
          <w:b/>
        </w:rPr>
        <w:t xml:space="preserve">[43:18] </w:t>
      </w:r>
      <w:r>
        <w:t>Islam does not need revision.</w:t>
      </w:r>
    </w:p>
    <w:p>
      <w:pPr>
        <w:jc w:val="right"/>
      </w:pPr>
      <w:r>
        <w:t>اسلام ڈز ناٹ نیڈ ریویژن۔</w:t>
      </w:r>
    </w:p>
    <w:p>
      <w:r>
        <w:rPr>
          <w:b/>
        </w:rPr>
        <w:t xml:space="preserve">[43:24] </w:t>
      </w:r>
      <w:r>
        <w:t>تو، reform اور revision is quite alien in Islamic, in Islamic system.</w:t>
      </w:r>
    </w:p>
    <w:p>
      <w:pPr>
        <w:jc w:val="right"/>
      </w:pPr>
      <w:r>
        <w:t>تو، ریفارم اور ریویژن از کوائٹ ایلین ان اسلامک، ان اسلامک سسٹم۔</w:t>
      </w:r>
    </w:p>
    <w:p>
      <w:r>
        <w:rPr>
          <w:b/>
        </w:rPr>
        <w:t xml:space="preserve">[43:29] </w:t>
      </w:r>
      <w:r>
        <w:t>What is needed is reapplication.</w:t>
      </w:r>
    </w:p>
    <w:p>
      <w:pPr>
        <w:jc w:val="right"/>
      </w:pPr>
      <w:r>
        <w:t>واٹ از نیڈڈ از ری ایپلیکیشن۔</w:t>
      </w:r>
    </w:p>
    <w:p>
      <w:r>
        <w:rPr>
          <w:b/>
        </w:rPr>
        <w:t xml:space="preserve">[43:34] </w:t>
      </w:r>
      <w:r>
        <w:t>And ijtihad means re-application.</w:t>
      </w:r>
    </w:p>
    <w:p>
      <w:pPr>
        <w:jc w:val="right"/>
      </w:pPr>
      <w:r>
        <w:t>اینڈ اجتہاد مینز ری ایپلیکیشن۔</w:t>
      </w:r>
    </w:p>
    <w:p>
      <w:r>
        <w:rPr>
          <w:b/>
        </w:rPr>
        <w:t xml:space="preserve">[43:39] </w:t>
      </w:r>
      <w:r>
        <w:t>Ijtehad means to reapply the eternal principles of Islam upon the changing situations. Changing situations.</w:t>
      </w:r>
    </w:p>
    <w:p>
      <w:pPr>
        <w:jc w:val="right"/>
      </w:pPr>
      <w:r>
        <w:t>اجتہاد مینز ٹو ری اپلائی دا ایٹرنل پرنسپلز اف اسلام اپ دا چینجنگ سچویشنز۔ چینجنگ سچویشنز۔</w:t>
      </w:r>
    </w:p>
    <w:p>
      <w:r>
        <w:rPr>
          <w:b/>
        </w:rPr>
        <w:t xml:space="preserve">[43:50] </w:t>
      </w:r>
      <w:r>
        <w:t>Now, let us take some other examples.</w:t>
      </w:r>
    </w:p>
    <w:p>
      <w:pPr>
        <w:jc w:val="right"/>
      </w:pPr>
      <w:r>
        <w:t>ناؤ، لیٹ اس ٹیک سم ادر ایگزیمپلز۔</w:t>
      </w:r>
    </w:p>
    <w:p>
      <w:r>
        <w:rPr>
          <w:b/>
        </w:rPr>
        <w:t xml:space="preserve">[44:00] </w:t>
      </w:r>
      <w:r>
        <w:t>Now, we are living in the age where there are secular democracies.</w:t>
      </w:r>
    </w:p>
    <w:p>
      <w:pPr>
        <w:jc w:val="right"/>
      </w:pPr>
      <w:r>
        <w:t>ناؤ، وی ار لیونگ ان دا ایج ویر دیر ار سیکولر ڈیموکریسی۔</w:t>
      </w:r>
    </w:p>
    <w:p>
      <w:r>
        <w:rPr>
          <w:b/>
        </w:rPr>
        <w:t xml:space="preserve">[44:10] </w:t>
      </w:r>
      <w:r>
        <w:t>in previous times, there were kingship. kingship. now, we are living in secular democracy. some scholars declare that secular democracy is unislamic. some Muslim scholars declare that secular democracy is unislamic. so, we have to fight. and th</w:t>
      </w:r>
    </w:p>
    <w:p>
      <w:pPr>
        <w:jc w:val="right"/>
      </w:pPr>
      <w:r>
        <w:t>ان پریویس ٹائمز، دیر وار کنگ شپ۔ کنگ شپ۔ ناؤ، وی ار لیونگ ان سیکولر ڈیموکریسی۔ سم اسکالرز ڈیکلیئر دیٹ سیکولر ڈیموکریسی از ان اسلامک۔ سم مسلم اسکالرز ڈیکلیئر دیٹ سیکولر ڈیموکریسی از ان اسلامک۔ سو، وی ہیو ٹو فائٹ۔ اینڈ د</w:t>
      </w:r>
    </w:p>
    <w:p>
      <w:r>
        <w:rPr>
          <w:b/>
        </w:rPr>
        <w:t xml:space="preserve">[44:40] </w:t>
      </w:r>
      <w:r>
        <w:t>this kind of fighting you see in Muslim countries.</w:t>
      </w:r>
    </w:p>
    <w:p>
      <w:pPr>
        <w:jc w:val="right"/>
      </w:pPr>
      <w:r>
        <w:t>س کائنڈ اف فائٹنگ یو سی ان مسلم کنٹریز۔</w:t>
      </w:r>
    </w:p>
    <w:p>
      <w:r>
        <w:rPr>
          <w:b/>
        </w:rPr>
        <w:t xml:space="preserve">[44:46] </w:t>
      </w:r>
      <w:r>
        <w:t>In Muslim countries, there are some so-called Islamists.</w:t>
      </w:r>
    </w:p>
    <w:p>
      <w:pPr>
        <w:jc w:val="right"/>
      </w:pPr>
      <w:r>
        <w:t>ان مسلم کنٹریز، دیر ار سم سو کالڈ اسلامسٹ۔</w:t>
      </w:r>
    </w:p>
    <w:p>
      <w:r>
        <w:rPr>
          <w:b/>
        </w:rPr>
        <w:t xml:space="preserve">[44:53] </w:t>
      </w:r>
      <w:r>
        <w:t>So-called Islamist people, they are engaged in fighting against their rulers.</w:t>
      </w:r>
    </w:p>
    <w:p>
      <w:pPr>
        <w:jc w:val="right"/>
      </w:pPr>
      <w:r>
        <w:t>سو کالڈ اسلامسٹ پیپل، دے ار انگیج ان فائٹنگ اگینسٹ دیر رولرز۔</w:t>
      </w:r>
    </w:p>
    <w:p>
      <w:r>
        <w:rPr>
          <w:b/>
        </w:rPr>
        <w:t xml:space="preserve">[44:59] </w:t>
      </w:r>
      <w:r>
        <w:t>They say that these Muslim rulers are not implementing Islamic law.</w:t>
      </w:r>
    </w:p>
    <w:p>
      <w:pPr>
        <w:jc w:val="right"/>
      </w:pPr>
      <w:r>
        <w:t>دیر دے سی دیٹ دیز مسلم رولرز ار ناٹ امپلیمنٹنگ اسلامک لاء۔</w:t>
      </w:r>
    </w:p>
    <w:p>
      <w:r>
        <w:rPr>
          <w:b/>
        </w:rPr>
        <w:t xml:space="preserve">[45:05] </w:t>
      </w:r>
      <w:r>
        <w:t>They are secular.</w:t>
      </w:r>
    </w:p>
    <w:p>
      <w:pPr>
        <w:jc w:val="right"/>
      </w:pPr>
      <w:r>
        <w:t>دے ار سیکولر</w:t>
      </w:r>
    </w:p>
    <w:p>
      <w:r>
        <w:rPr>
          <w:b/>
        </w:rPr>
        <w:t xml:space="preserve">[45:12] </w:t>
      </w:r>
      <w:r>
        <w:t>so, secular democracy is not Islamic. It is not an Islamic model. So, they say that our Muslim rulers have adopted secular democratic model, and that is not Islam. So, they must adopt Islamic model, and they must implement Islamic laws. So, this kind of thinking has resulted into fighting, inner fighting.</w:t>
      </w:r>
    </w:p>
    <w:p>
      <w:pPr>
        <w:jc w:val="right"/>
      </w:pPr>
      <w:r>
        <w:t>۔ سو، سیکولر ڈیموکریسی از ان اسلامک۔ اٹ از ناٹ اسلامک ماڈل۔ تو، دے سی دیٹ اور مسلم رولرز ہیڈ اڈاپٹڈ سیکولر ڈیموکریٹک ماڈل، اینڈ دیٹ از ناٹ ان اسلام۔ سو، دے مسٹ اڈاپٹ اسلامک ماڈل، اینڈ دے مسٹ امپلیمنٹ اسلامک لاز۔ سو، دس کائنڈ اف تھنکنگ ہیز رزلٹڈ انٹو فائٹنگ، انر ف</w:t>
      </w:r>
    </w:p>
    <w:p>
      <w:r>
        <w:rPr>
          <w:b/>
        </w:rPr>
        <w:t xml:space="preserve">[45:42] </w:t>
      </w:r>
      <w:r>
        <w:t>writing.</w:t>
      </w:r>
    </w:p>
    <w:p>
      <w:pPr>
        <w:jc w:val="right"/>
      </w:pPr>
      <w:r>
        <w:t>ائٹنگ۔</w:t>
      </w:r>
    </w:p>
    <w:p>
      <w:r>
        <w:rPr>
          <w:b/>
        </w:rPr>
        <w:t xml:space="preserve">[45:48] </w:t>
      </w:r>
      <w:r>
        <w:t>Everywhere in Muslim countries, there are fighting, or openly, or secretly.</w:t>
      </w:r>
    </w:p>
    <w:p>
      <w:pPr>
        <w:jc w:val="right"/>
      </w:pPr>
      <w:r>
        <w:t>ایوری ویر ان مسلم کنٹریز، دیر ار فائٹنگ، ار اوپنلی، ار سیکرٹلی۔</w:t>
      </w:r>
    </w:p>
    <w:p>
      <w:r>
        <w:rPr>
          <w:b/>
        </w:rPr>
        <w:t xml:space="preserve">[45:54] </w:t>
      </w:r>
      <w:r>
        <w:t>in every Muslim country.</w:t>
      </w:r>
    </w:p>
    <w:p>
      <w:pPr>
        <w:jc w:val="right"/>
      </w:pPr>
      <w:r>
        <w:t>ان ایوری مسلم کنٹری۔</w:t>
      </w:r>
    </w:p>
    <w:p>
      <w:r>
        <w:rPr>
          <w:b/>
        </w:rPr>
        <w:t xml:space="preserve">[46:00] </w:t>
      </w:r>
      <w:r>
        <w:t>Why? Here we need to apply the principle of ijtihad.</w:t>
      </w:r>
    </w:p>
    <w:p>
      <w:pPr>
        <w:jc w:val="right"/>
      </w:pPr>
      <w:r>
        <w:t>وائی؟ ہیر وی نیڈ ٹو اپلائی دا پرنسپل اف اجتہاد۔</w:t>
      </w:r>
    </w:p>
    <w:p>
      <w:r>
        <w:rPr>
          <w:b/>
        </w:rPr>
        <w:t xml:space="preserve">[46:06] </w:t>
      </w:r>
      <w:r>
        <w:t>Then, we will discover that secular democracy is not an Islamic principle. Well, we</w:t>
      </w:r>
    </w:p>
    <w:p>
      <w:pPr>
        <w:jc w:val="right"/>
      </w:pPr>
      <w:r>
        <w:t>دین، وی ویل ڈسکور دیٹ سیکولر ڈیموکریسی از ناٹ ان اسلامک پرنسپل۔ ویل وی</w:t>
      </w:r>
    </w:p>
    <w:p>
      <w:r>
        <w:rPr>
          <w:b/>
        </w:rPr>
        <w:t xml:space="preserve">[46:12] </w:t>
      </w:r>
      <w:r>
        <w:t>apply, well we apply the principle of Ijtihad on these issues, we will discover that secular democracy is not Islamic. Instead, it is Islamic. Why Islamic? It is Islamic. For example, let us take secularism. What is secularism?</w:t>
      </w:r>
    </w:p>
    <w:p>
      <w:pPr>
        <w:jc w:val="right"/>
      </w:pPr>
      <w:r>
        <w:t>اپلائی، ویل وی اپلائی دا پرنسپل اف اجتہاد ان دیز ایشوز، وی ویل ڈسکور دیٹ سیکولر ڈیموکریسی از ناٹ ان اسلامک۔ انسٹیڈ، از اسلامک۔ وائی ان اسلامک؟ از اسلامک۔ فار ایگزیمپل، لیٹ اس ٹیک سیکولرزم۔ واٹ از سیک</w:t>
      </w:r>
    </w:p>
    <w:p>
      <w:r>
        <w:rPr>
          <w:b/>
        </w:rPr>
        <w:t xml:space="preserve">[46:42] </w:t>
      </w:r>
      <w:r>
        <w:t>ولرزم؟ Secularism means that state will not interfere in religious matters.</w:t>
      </w:r>
    </w:p>
    <w:p>
      <w:pPr>
        <w:jc w:val="right"/>
      </w:pPr>
      <w:r>
        <w:t>ولرزم؟ سیکولرز مینز دیٹ اسٹیٹ ول ناٹ انٹرفیئر ان ریلیجس بیٹرز۔</w:t>
      </w:r>
    </w:p>
    <w:p>
      <w:r>
        <w:rPr>
          <w:b/>
        </w:rPr>
        <w:t xml:space="preserve">[46:52] </w:t>
      </w:r>
      <w:r>
        <w:t>This is the best formula for multi-religious societies.</w:t>
      </w:r>
    </w:p>
    <w:p>
      <w:pPr>
        <w:jc w:val="right"/>
      </w:pPr>
      <w:r>
        <w:t>دس از دا بیسٹ فارمولا فار ملٹی ریلیجس سوسائٹیز۔</w:t>
      </w:r>
    </w:p>
    <w:p>
      <w:r>
        <w:rPr>
          <w:b/>
        </w:rPr>
        <w:t xml:space="preserve">[47:02] </w:t>
      </w:r>
      <w:r>
        <w:t>Where there is a multi-religious society, so what to do? The best formula is</w:t>
      </w:r>
    </w:p>
    <w:p>
      <w:pPr>
        <w:jc w:val="right"/>
      </w:pPr>
      <w:r>
        <w:t>ویر دیر از ا ملٹی ریلیجس سوسائٹی؟ سو، واٹ ٹو ڈو؟ دا بیسٹ فارمولا از</w:t>
      </w:r>
    </w:p>
    <w:p>
      <w:r>
        <w:rPr>
          <w:b/>
        </w:rPr>
        <w:t xml:space="preserve">[47:12] </w:t>
      </w:r>
      <w:r>
        <w:t>that state, state must refrain itself in common issues.</w:t>
      </w:r>
    </w:p>
    <w:p>
      <w:pPr>
        <w:jc w:val="right"/>
      </w:pPr>
      <w:r>
        <w:t>دیٹ اسٹیٹ، اسٹیٹ مسٹ ریفرین اٹ سیلف ان کامن ایشوز۔</w:t>
      </w:r>
    </w:p>
    <w:p>
      <w:r>
        <w:rPr>
          <w:b/>
        </w:rPr>
        <w:t xml:space="preserve">[47:20] </w:t>
      </w:r>
      <w:r>
        <w:t>And as for other religions, religion is concerned, it gives freedom.</w:t>
      </w:r>
    </w:p>
    <w:p>
      <w:pPr>
        <w:jc w:val="right"/>
      </w:pPr>
      <w:r>
        <w:t>اینڈ ایز فار ادر ریلیجس، ریلیجن از کنسرن، اٹ گیوز فریڈم۔</w:t>
      </w:r>
    </w:p>
    <w:p>
      <w:r>
        <w:rPr>
          <w:b/>
        </w:rPr>
        <w:t xml:space="preserve">[47:27] </w:t>
      </w:r>
      <w:r>
        <w:t>It is committed to non-interference policy.</w:t>
      </w:r>
    </w:p>
    <w:p>
      <w:pPr>
        <w:jc w:val="right"/>
      </w:pPr>
      <w:r>
        <w:t>اٹ از کمیٹڈ ٹو نان اینڈ نان ڈیفرنس پالیسی۔</w:t>
      </w:r>
    </w:p>
    <w:p>
      <w:r>
        <w:rPr>
          <w:b/>
        </w:rPr>
        <w:t xml:space="preserve">[47:35] </w:t>
      </w:r>
      <w:r>
        <w:t>This is very good. Very good.</w:t>
      </w:r>
    </w:p>
    <w:p>
      <w:pPr>
        <w:jc w:val="right"/>
      </w:pPr>
      <w:r>
        <w:t>دس از ویری گڈ۔ ویری گڈ۔</w:t>
      </w:r>
    </w:p>
    <w:p>
      <w:r>
        <w:rPr>
          <w:b/>
        </w:rPr>
        <w:t xml:space="preserve">[47:43] </w:t>
      </w:r>
      <w:r>
        <w:t>So, secularism gives us freedom of religion, freedom of expression, freedom of dawat, freedom of education.</w:t>
      </w:r>
    </w:p>
    <w:p>
      <w:pPr>
        <w:jc w:val="right"/>
      </w:pPr>
      <w:r>
        <w:t>سو، سیکولرزم گیوز اس فریڈم اف ریلیجن، فریڈم اف ایکسپریشن، فریڈم اف دعوت، فریڈم اف ایجوکیشن۔</w:t>
      </w:r>
    </w:p>
    <w:p>
      <w:r>
        <w:rPr>
          <w:b/>
        </w:rPr>
        <w:t xml:space="preserve">[47:53] </w:t>
      </w:r>
      <w:r>
        <w:t>Secularism gives us all kind of freedom, which is very good.</w:t>
      </w:r>
    </w:p>
    <w:p>
      <w:pPr>
        <w:jc w:val="right"/>
      </w:pPr>
      <w:r>
        <w:t>سیکولرزم گیوز اس ال کائنڈ اف فریڈم، وچ از ویری گڈ۔</w:t>
      </w:r>
    </w:p>
    <w:p>
      <w:r>
        <w:rPr>
          <w:b/>
        </w:rPr>
        <w:t xml:space="preserve">[48:03] </w:t>
      </w:r>
      <w:r>
        <w:t>Why you can see this in Islamic? In a multi-religious society, the best policy.</w:t>
      </w:r>
    </w:p>
    <w:p>
      <w:pPr>
        <w:jc w:val="right"/>
      </w:pPr>
      <w:r>
        <w:t>وائی یو کین سی دس ان اسلامک؟ ان ا ملٹی ریلیجس سوسائٹی، دا بیسٹ پالیسی۔</w:t>
      </w:r>
    </w:p>
    <w:p>
      <w:r>
        <w:rPr>
          <w:b/>
        </w:rPr>
        <w:t xml:space="preserve">[48:13] </w:t>
      </w:r>
      <w:r>
        <w:t>Even the Prophet of Islam adopted this policy, although at that time, this word was not found. Word secularism.</w:t>
      </w:r>
    </w:p>
    <w:p>
      <w:pPr>
        <w:jc w:val="right"/>
      </w:pPr>
      <w:r>
        <w:t>ایون دا پرافٹ اف اسلام اڈاپٹڈ دس پالیسی، الدو ایٹ دیٹ ٹائم، دس ورڈ واز ناٹ فاؤنڈ۔ ورڈ سیکولرزم۔</w:t>
      </w:r>
    </w:p>
    <w:p>
      <w:r>
        <w:rPr>
          <w:b/>
        </w:rPr>
        <w:t xml:space="preserve">[48:19] </w:t>
      </w:r>
      <w:r>
        <w:t>You know, Prophet of Islam established a city-state in Madina.</w:t>
      </w:r>
    </w:p>
    <w:p>
      <w:pPr>
        <w:jc w:val="right"/>
      </w:pPr>
      <w:r>
        <w:t>یو نو، پرافٹ اف اسلام اسٹیبلش ا سٹی اسٹیٹ ان مدینہ۔</w:t>
      </w:r>
    </w:p>
    <w:p>
      <w:r>
        <w:rPr>
          <w:b/>
        </w:rPr>
        <w:t xml:space="preserve">[48:26] </w:t>
      </w:r>
      <w:r>
        <w:t>At the time, Medina was also a multi-religious society.</w:t>
      </w:r>
    </w:p>
    <w:p>
      <w:pPr>
        <w:jc w:val="right"/>
      </w:pPr>
      <w:r>
        <w:t>ایٹ دا ٹائم، مدینہ واز السو ا ملٹی ریلیجس سوسائٹی۔</w:t>
      </w:r>
    </w:p>
    <w:p>
      <w:r>
        <w:rPr>
          <w:b/>
        </w:rPr>
        <w:t xml:space="preserve">[48:32] </w:t>
      </w:r>
      <w:r>
        <w:t>There were Muslims, there were mushriks, there were Jews.</w:t>
      </w:r>
    </w:p>
    <w:p>
      <w:pPr>
        <w:jc w:val="right"/>
      </w:pPr>
      <w:r>
        <w:t>دیر وار مسلمز، دیر وار مشرکس، دیر وار جیو۔</w:t>
      </w:r>
    </w:p>
    <w:p>
      <w:r>
        <w:rPr>
          <w:b/>
        </w:rPr>
        <w:t xml:space="preserve">[48:38] </w:t>
      </w:r>
      <w:r>
        <w:t>So, it was a multi-religious society in modern term.</w:t>
      </w:r>
    </w:p>
    <w:p>
      <w:pPr>
        <w:jc w:val="right"/>
      </w:pPr>
      <w:r>
        <w:t>سو، اٹ واز ا ملٹی ریلیجس سوسائٹی ان ماڈرن ٹرم۔</w:t>
      </w:r>
    </w:p>
    <w:p>
      <w:r>
        <w:rPr>
          <w:b/>
        </w:rPr>
        <w:t xml:space="preserve">[48:44] </w:t>
      </w:r>
      <w:r>
        <w:t>So, Prophet of Islam was head of this state.</w:t>
      </w:r>
    </w:p>
    <w:p>
      <w:pPr>
        <w:jc w:val="right"/>
      </w:pPr>
      <w:r>
        <w:t>سو، پرافٹ اف اسلام واز ہیڈ اف دس اسٹیٹ۔</w:t>
      </w:r>
    </w:p>
    <w:p>
      <w:r>
        <w:rPr>
          <w:b/>
        </w:rPr>
        <w:t xml:space="preserve">[48:49] </w:t>
      </w:r>
      <w:r>
        <w:t>He issued a declaration.</w:t>
      </w:r>
    </w:p>
    <w:p>
      <w:pPr>
        <w:jc w:val="right"/>
      </w:pPr>
      <w:r>
        <w:t>ہی ایشوڈ ا ڈیکلریشن۔</w:t>
      </w:r>
    </w:p>
    <w:p>
      <w:r>
        <w:rPr>
          <w:b/>
        </w:rPr>
        <w:t xml:space="preserve">[48:54] </w:t>
      </w:r>
      <w:r>
        <w:t>It is called in Islamic history Madina Declaration.</w:t>
      </w:r>
    </w:p>
    <w:p>
      <w:pPr>
        <w:jc w:val="right"/>
      </w:pPr>
      <w:r>
        <w:t>اٹ از کالڈ ان اسلامک ہسٹری مدینہ ڈیکلریشن۔</w:t>
      </w:r>
    </w:p>
    <w:p>
      <w:r>
        <w:rPr>
          <w:b/>
        </w:rPr>
        <w:t xml:space="preserve">[48:59] </w:t>
      </w:r>
      <w:r>
        <w:t>In Arabic, Sahifatul Madinah.</w:t>
      </w:r>
    </w:p>
    <w:p>
      <w:pPr>
        <w:jc w:val="right"/>
      </w:pPr>
      <w:r>
        <w:t>ان عربک، صحیفۃ المدینہ۔</w:t>
      </w:r>
    </w:p>
    <w:p>
      <w:r>
        <w:rPr>
          <w:b/>
        </w:rPr>
        <w:t xml:space="preserve">[49:04] </w:t>
      </w:r>
      <w:r>
        <w:t>Sahifatul Madinah means Madinah Declaration.</w:t>
      </w:r>
    </w:p>
    <w:p>
      <w:pPr>
        <w:jc w:val="right"/>
      </w:pPr>
      <w:r>
        <w:t>صحیفۃ المدینہ مینز مدینہ ڈیکلریشن۔</w:t>
      </w:r>
    </w:p>
    <w:p>
      <w:r>
        <w:rPr>
          <w:b/>
        </w:rPr>
        <w:t xml:space="preserve">[49:09] </w:t>
      </w:r>
      <w:r>
        <w:t>So, Prophet of Islam is</w:t>
      </w:r>
    </w:p>
    <w:p>
      <w:pPr>
        <w:jc w:val="right"/>
      </w:pPr>
      <w:r>
        <w:t>سو، پرافٹ اف اسلام ایز</w:t>
      </w:r>
    </w:p>
    <w:p>
      <w:r>
        <w:rPr>
          <w:b/>
        </w:rPr>
        <w:t xml:space="preserve">[49:14] </w:t>
      </w:r>
      <w:r>
        <w:t>At the head of this state issued a declaration.</w:t>
      </w:r>
    </w:p>
    <w:p>
      <w:pPr>
        <w:jc w:val="right"/>
      </w:pPr>
      <w:r>
        <w:t>ایٹ دا ہیڈ اف دس اسٹیٹ ایشوڈ ا ڈیکلریشن۔</w:t>
      </w:r>
    </w:p>
    <w:p>
      <w:r>
        <w:rPr>
          <w:b/>
        </w:rPr>
        <w:t xml:space="preserve">[49:19] </w:t>
      </w:r>
      <w:r>
        <w:t>In this declaration, there was a provision: "Lil Yahood deenahum wa lil Muslimeen deenahum."</w:t>
      </w:r>
    </w:p>
    <w:p>
      <w:pPr>
        <w:jc w:val="right"/>
      </w:pPr>
      <w:r>
        <w:t>ان دس ڈیکلریشن، دیر واز ا پروویژن: "لل یہود دینہم وللمسلمین دینہم"۔</w:t>
      </w:r>
    </w:p>
    <w:p>
      <w:r>
        <w:rPr>
          <w:b/>
        </w:rPr>
        <w:t xml:space="preserve">[49:24] </w:t>
      </w:r>
      <w:r>
        <w:t>It means that for you, their religion.</w:t>
      </w:r>
    </w:p>
    <w:p>
      <w:pPr>
        <w:jc w:val="right"/>
      </w:pPr>
      <w:r>
        <w:t>اٹ مینز دیٹ فار جیو، دیر ریلیجن۔</w:t>
      </w:r>
    </w:p>
    <w:p>
      <w:r>
        <w:rPr>
          <w:b/>
        </w:rPr>
        <w:t xml:space="preserve">[49:29] </w:t>
      </w:r>
      <w:r>
        <w:t>For Muslims, their religion.</w:t>
      </w:r>
    </w:p>
    <w:p>
      <w:pPr>
        <w:jc w:val="right"/>
      </w:pPr>
      <w:r>
        <w:t>فار مسلمز، دیر ریلیجن۔</w:t>
      </w:r>
    </w:p>
    <w:p>
      <w:r>
        <w:rPr>
          <w:b/>
        </w:rPr>
        <w:t xml:space="preserve">[49:34] </w:t>
      </w:r>
      <w:r>
        <w:t>For just people, their religion.</w:t>
      </w:r>
    </w:p>
    <w:p>
      <w:pPr>
        <w:jc w:val="right"/>
      </w:pPr>
      <w:r>
        <w:t>فار جوئسٹ پیپل، دیر ریلیجن۔</w:t>
      </w:r>
    </w:p>
    <w:p>
      <w:r>
        <w:rPr>
          <w:b/>
        </w:rPr>
        <w:t xml:space="preserve">[49:39] </w:t>
      </w:r>
      <w:r>
        <w:t>And for Muslim people</w:t>
      </w:r>
    </w:p>
    <w:p>
      <w:pPr>
        <w:jc w:val="right"/>
      </w:pPr>
      <w:r>
        <w:t>اینڈ فار مسلم پیپل</w:t>
      </w:r>
    </w:p>
    <w:p>
      <w:r>
        <w:rPr>
          <w:b/>
        </w:rPr>
        <w:t xml:space="preserve">[49:44] </w:t>
      </w:r>
      <w:r>
        <w:t>the religion.</w:t>
      </w:r>
    </w:p>
    <w:p>
      <w:pPr>
        <w:jc w:val="right"/>
      </w:pPr>
      <w:r>
        <w:t>، دیر ریلیجن۔</w:t>
      </w:r>
    </w:p>
    <w:p>
      <w:r>
        <w:rPr>
          <w:b/>
        </w:rPr>
        <w:t xml:space="preserve">[49:50] </w:t>
      </w:r>
      <w:r>
        <w:t>This is secularism.</w:t>
      </w:r>
    </w:p>
    <w:p>
      <w:pPr>
        <w:jc w:val="right"/>
      </w:pPr>
      <w:r>
        <w:t>دس از سیکولرزم۔</w:t>
      </w:r>
    </w:p>
    <w:p>
      <w:r>
        <w:rPr>
          <w:b/>
        </w:rPr>
        <w:t xml:space="preserve">[49:57] </w:t>
      </w:r>
      <w:r>
        <w:t>This is what we call secularism.</w:t>
      </w:r>
    </w:p>
    <w:p>
      <w:pPr>
        <w:jc w:val="right"/>
      </w:pPr>
      <w:r>
        <w:t>دس از واٹ وی کال سیکولرزم۔</w:t>
      </w:r>
    </w:p>
    <w:p>
      <w:r>
        <w:rPr>
          <w:b/>
        </w:rPr>
        <w:t xml:space="preserve">[50:03] </w:t>
      </w:r>
      <w:r>
        <w:t>So, secularism is quite Islamic. Quite Islamic.</w:t>
      </w:r>
    </w:p>
    <w:p>
      <w:pPr>
        <w:jc w:val="right"/>
      </w:pPr>
      <w:r>
        <w:t>سو، سیکولرزم از کوائٹ اسلامک۔ کوائٹ اسلامک۔</w:t>
      </w:r>
    </w:p>
    <w:p>
      <w:r>
        <w:rPr>
          <w:b/>
        </w:rPr>
        <w:t xml:space="preserve">[50:09] </w:t>
      </w:r>
      <w:r>
        <w:t>Secularism means that state must adopt this policy, that is non-interference policy.</w:t>
      </w:r>
    </w:p>
    <w:p>
      <w:pPr>
        <w:jc w:val="right"/>
      </w:pPr>
      <w:r>
        <w:t>سیکولرزم مینز دیٹ اسٹیٹ مسٹ اڈاپٹ دس پالیسی، دیٹ از نان انٹرفیئرنس پالیسی۔</w:t>
      </w:r>
    </w:p>
    <w:p>
      <w:r>
        <w:rPr>
          <w:b/>
        </w:rPr>
        <w:t xml:space="preserve">[50:15] </w:t>
      </w:r>
      <w:r>
        <w:t>So, it is very good.</w:t>
      </w:r>
    </w:p>
    <w:p>
      <w:pPr>
        <w:jc w:val="right"/>
      </w:pPr>
      <w:r>
        <w:t>سو، اٹ از ویری گڈ۔</w:t>
      </w:r>
    </w:p>
    <w:p>
      <w:r>
        <w:rPr>
          <w:b/>
        </w:rPr>
        <w:t xml:space="preserve">[50:22] </w:t>
      </w:r>
      <w:r>
        <w:t>It was adopted by the Prophet of Islam also.</w:t>
      </w:r>
    </w:p>
    <w:p>
      <w:pPr>
        <w:jc w:val="right"/>
      </w:pPr>
      <w:r>
        <w:t>اٹ واز اڈاپٹڈ بائی دا پرافٹ اسلام السو۔</w:t>
      </w:r>
    </w:p>
    <w:p>
      <w:r>
        <w:rPr>
          <w:b/>
        </w:rPr>
        <w:t xml:space="preserve">[50:28] </w:t>
      </w:r>
      <w:r>
        <w:t>Then, what is democracy? Democracy means power-sharing system.</w:t>
      </w:r>
    </w:p>
    <w:p>
      <w:pPr>
        <w:jc w:val="right"/>
      </w:pPr>
      <w:r>
        <w:t>دین، واٹ از ڈیموکریسی؟ ڈیموکریسی مینز پاور شیئرنگ سسٹم۔</w:t>
      </w:r>
    </w:p>
    <w:p>
      <w:r>
        <w:rPr>
          <w:b/>
        </w:rPr>
        <w:t xml:space="preserve">[50:34] </w:t>
      </w:r>
      <w:r>
        <w:t>Democracy means power sharing system.</w:t>
      </w:r>
    </w:p>
    <w:p>
      <w:pPr>
        <w:jc w:val="right"/>
      </w:pPr>
      <w:r>
        <w:t>ڈیموکریسی مینز پاور شیئرنگ سسٹم۔</w:t>
      </w:r>
    </w:p>
    <w:p>
      <w:r>
        <w:rPr>
          <w:b/>
        </w:rPr>
        <w:t xml:space="preserve">[50:40] </w:t>
      </w:r>
      <w:r>
        <w:t>So, it is also very good in those societies where there are different religions, different peoples.</w:t>
      </w:r>
    </w:p>
    <w:p>
      <w:pPr>
        <w:jc w:val="right"/>
      </w:pPr>
      <w:r>
        <w:t>سو، اٹ از السو ویری گڈ ان دوز سوسائٹیز ویر دیر ار ڈفرنٹ ریلیجن، ڈفرنٹ پیپلز۔</w:t>
      </w:r>
    </w:p>
    <w:p>
      <w:r>
        <w:rPr>
          <w:b/>
        </w:rPr>
        <w:t xml:space="preserve">[50:47] </w:t>
      </w:r>
      <w:r>
        <w:t>So, in a multi-religious society, the best political philosophy is democracy.</w:t>
      </w:r>
    </w:p>
    <w:p>
      <w:pPr>
        <w:jc w:val="right"/>
      </w:pPr>
      <w:r>
        <w:t>سو، ان ا ملٹی ریلیجس سوسائٹی، دا بیسٹ پولیٹیکل فلاسفی از ڈیموکریسی۔</w:t>
      </w:r>
    </w:p>
    <w:p>
      <w:r>
        <w:rPr>
          <w:b/>
        </w:rPr>
        <w:t xml:space="preserve">[50:53] </w:t>
      </w:r>
      <w:r>
        <w:t>Democracy means power sharing system.</w:t>
      </w:r>
    </w:p>
    <w:p>
      <w:pPr>
        <w:jc w:val="right"/>
      </w:pPr>
      <w:r>
        <w:t>ڈیموکریسی مینز پاور شیئرنگ سسٹم۔</w:t>
      </w:r>
    </w:p>
    <w:p>
      <w:r>
        <w:rPr>
          <w:b/>
        </w:rPr>
        <w:t xml:space="preserve">[50:59] </w:t>
      </w:r>
      <w:r>
        <w:t>So, I think that in present condition, secularism is very, very good.</w:t>
      </w:r>
    </w:p>
    <w:p>
      <w:pPr>
        <w:jc w:val="right"/>
      </w:pPr>
      <w:r>
        <w:t>سو، ائی تھنک دیٹ ان پریزنٹ کنڈیشن، سیکولرزم از ویری، ویری گڈ۔</w:t>
      </w:r>
    </w:p>
    <w:p>
      <w:r>
        <w:rPr>
          <w:b/>
        </w:rPr>
        <w:t xml:space="preserve">[51:05] </w:t>
      </w:r>
      <w:r>
        <w:t>Democracy also is very good.</w:t>
      </w:r>
    </w:p>
    <w:p>
      <w:pPr>
        <w:jc w:val="right"/>
      </w:pPr>
      <w:r>
        <w:t>ڈیموکریسی السو از ویری گڈ۔</w:t>
      </w:r>
    </w:p>
    <w:p>
      <w:r>
        <w:rPr>
          <w:b/>
        </w:rPr>
        <w:t xml:space="preserve">[51:11] </w:t>
      </w:r>
      <w:r>
        <w:t>So, why he won't cry?</w:t>
      </w:r>
    </w:p>
    <w:p>
      <w:pPr>
        <w:jc w:val="right"/>
      </w:pPr>
      <w:r>
        <w:t>سو، وائی ہی وونٹ کرائی؟</w:t>
      </w:r>
    </w:p>
    <w:p>
      <w:r>
        <w:rPr>
          <w:b/>
        </w:rPr>
        <w:t xml:space="preserve">[51:18] </w:t>
      </w:r>
      <w:r>
        <w:t>Why fighting against secularism or democracy? Why issuing fatwa? Because Muslims feel, Muslim scholars feel to apply ijtihad</w:t>
      </w:r>
    </w:p>
    <w:p>
      <w:pPr>
        <w:jc w:val="right"/>
      </w:pPr>
      <w:r>
        <w:t>وائی فائٹنگ اگینسٹ سیکولرزم اور ڈیموکریسی؟ وائی ایشوئنگ فتوی؟ بیکاز مسلمز فیل، مسلم اسکالرز فیل ٹو اپلائی اجتہاد</w:t>
      </w:r>
    </w:p>
    <w:p>
      <w:r>
        <w:rPr>
          <w:b/>
        </w:rPr>
        <w:t xml:space="preserve">[51:26] </w:t>
      </w:r>
      <w:r>
        <w:t>in these issues.</w:t>
      </w:r>
    </w:p>
    <w:p>
      <w:pPr>
        <w:jc w:val="right"/>
      </w:pPr>
      <w:r>
        <w:t>ان دیز ایشوز۔</w:t>
      </w:r>
    </w:p>
    <w:p>
      <w:r>
        <w:rPr>
          <w:b/>
        </w:rPr>
        <w:t xml:space="preserve">[51:33] </w:t>
      </w:r>
      <w:r>
        <w:t>Muslim scholars are engaged in trivial issues.</w:t>
      </w:r>
    </w:p>
    <w:p>
      <w:pPr>
        <w:jc w:val="right"/>
      </w:pPr>
      <w:r>
        <w:t>مسلم اسکالرز ار انگیجڈ ان ٹریول ایشوز۔</w:t>
      </w:r>
    </w:p>
    <w:p>
      <w:r>
        <w:rPr>
          <w:b/>
        </w:rPr>
        <w:t xml:space="preserve">[51:41] </w:t>
      </w:r>
      <w:r>
        <w:t>They are trying to apply the principle of ijtihad in travel issues, like insurance and</w:t>
      </w:r>
    </w:p>
    <w:p>
      <w:pPr>
        <w:jc w:val="right"/>
      </w:pPr>
      <w:r>
        <w:t>دے ار ٹرائنگ ٹو اپلائی دا پرنسپل اف اجتہاد ان ٹریول ایشوز، لائک انشورنس اینڈ</w:t>
      </w:r>
    </w:p>
    <w:p>
      <w:r>
        <w:rPr>
          <w:b/>
        </w:rPr>
        <w:t xml:space="preserve">[51:49] </w:t>
      </w:r>
      <w:r>
        <w:t>injection. Like insurance policy, like injection in Ramadan or this kind of issues. They are trivial issues, trivial issues. The basic issues are other, are different. Secularism is a basic</w:t>
      </w:r>
    </w:p>
    <w:p>
      <w:pPr>
        <w:jc w:val="right"/>
      </w:pPr>
      <w:r>
        <w:t>انجیکشن۔ لائک انشورنس پالیسی، لائک انجیکشن ان رمضان اور دس کائنڈ اف ایشوز۔ دیر ٹریول ایشوز، ٹریول ایشوز۔ دا بیسک ایشوز ار ادر، ار ڈفرنٹ۔ سیکولرزم از ا بیس</w:t>
      </w:r>
    </w:p>
    <w:p>
      <w:r>
        <w:rPr>
          <w:b/>
        </w:rPr>
        <w:t xml:space="preserve">[52:19] </w:t>
      </w:r>
      <w:r>
        <w:t>کے ایشو۔</w:t>
      </w:r>
    </w:p>
    <w:p>
      <w:pPr>
        <w:jc w:val="right"/>
      </w:pPr>
      <w:r>
        <w:t>ک ایشو۔</w:t>
      </w:r>
    </w:p>
    <w:p>
      <w:r>
        <w:rPr>
          <w:b/>
        </w:rPr>
        <w:t xml:space="preserve">[52:24] </w:t>
      </w:r>
      <w:r>
        <w:t>Democracy is a basic issue.</w:t>
      </w:r>
    </w:p>
    <w:p>
      <w:pPr>
        <w:jc w:val="right"/>
      </w:pPr>
      <w:r>
        <w:t>ڈیموکریسی از ا بیسک ایشو۔</w:t>
      </w:r>
    </w:p>
    <w:p>
      <w:r>
        <w:rPr>
          <w:b/>
        </w:rPr>
        <w:t xml:space="preserve">[52:29] </w:t>
      </w:r>
      <w:r>
        <w:t>Patriarchy is a basic issue.</w:t>
      </w:r>
    </w:p>
    <w:p>
      <w:pPr>
        <w:jc w:val="right"/>
      </w:pPr>
      <w:r>
        <w:t>پیٹریارک از ا بیسک ایشو۔</w:t>
      </w:r>
    </w:p>
    <w:p>
      <w:r>
        <w:rPr>
          <w:b/>
        </w:rPr>
        <w:t xml:space="preserve">[52:34] </w:t>
      </w:r>
      <w:r>
        <w:t>How to live in a multi-religious society is a basic issue.</w:t>
      </w:r>
    </w:p>
    <w:p>
      <w:pPr>
        <w:jc w:val="right"/>
      </w:pPr>
      <w:r>
        <w:t>ہاؤ ٹو لیو ان ا ملٹی ریلیجس سوسائٹی از ا بیسک ایشو۔</w:t>
      </w:r>
    </w:p>
    <w:p>
      <w:r>
        <w:rPr>
          <w:b/>
        </w:rPr>
        <w:t xml:space="preserve">[52:39] </w:t>
      </w:r>
      <w:r>
        <w:t>So, we have to apply the concept of ijtihad in these issues.</w:t>
      </w:r>
    </w:p>
    <w:p>
      <w:pPr>
        <w:jc w:val="right"/>
      </w:pPr>
      <w:r>
        <w:t>سو، وی ہیو ٹو اپلائی دا کانسیپٹ اف اجتہاد ان دیز ایشوز۔</w:t>
      </w:r>
    </w:p>
    <w:p>
      <w:r>
        <w:rPr>
          <w:b/>
        </w:rPr>
        <w:t xml:space="preserve">[52:44] </w:t>
      </w:r>
      <w:r>
        <w:t>It is the only method by which we can</w:t>
      </w:r>
    </w:p>
    <w:p>
      <w:pPr>
        <w:jc w:val="right"/>
      </w:pPr>
      <w:r>
        <w:t>اٹ از دا اونلی میتھڈ بائی وچ وی کین</w:t>
      </w:r>
    </w:p>
    <w:p>
      <w:r>
        <w:rPr>
          <w:b/>
        </w:rPr>
        <w:t xml:space="preserve">[52:49] </w:t>
      </w:r>
      <w:r>
        <w:t>establish that Islam is a living religion.</w:t>
      </w:r>
    </w:p>
    <w:p>
      <w:pPr>
        <w:jc w:val="right"/>
      </w:pPr>
      <w:r>
        <w:t>اسٹیبلش دیٹ اسلام از ا لیونگ ریلیجن۔</w:t>
      </w:r>
    </w:p>
    <w:p>
      <w:r>
        <w:rPr>
          <w:b/>
        </w:rPr>
        <w:t xml:space="preserve">[52:57] </w:t>
      </w:r>
      <w:r>
        <w:t>You know, what is the, what is the image of Islam in modern times? Modern mind believe that</w:t>
      </w:r>
    </w:p>
    <w:p>
      <w:pPr>
        <w:jc w:val="right"/>
      </w:pPr>
      <w:r>
        <w:t>یو نو، واٹ از دا، واٹ از دا امیج اف اسلام ان ماڈرن ٹائمز؟ ماڈرن مائنڈ بیلیو دیٹ</w:t>
      </w:r>
    </w:p>
    <w:p>
      <w:r>
        <w:rPr>
          <w:b/>
        </w:rPr>
        <w:t xml:space="preserve">[53:05] </w:t>
      </w:r>
      <w:r>
        <w:t>Islam has lost its relevance in other modern times.</w:t>
      </w:r>
    </w:p>
    <w:p>
      <w:pPr>
        <w:jc w:val="right"/>
      </w:pPr>
      <w:r>
        <w:t>اسلام ہیز لاسٹ اٹس ریلیونس ان ادر ماڈرن ٹائمز۔</w:t>
      </w:r>
    </w:p>
    <w:p>
      <w:r>
        <w:rPr>
          <w:b/>
        </w:rPr>
        <w:t xml:space="preserve">[53:12] </w:t>
      </w:r>
      <w:r>
        <w:t>Modern people believe that</w:t>
      </w:r>
    </w:p>
    <w:p>
      <w:pPr>
        <w:jc w:val="right"/>
      </w:pPr>
      <w:r>
        <w:t>ماڈرن پیپل بیلیو دیٹ</w:t>
      </w:r>
    </w:p>
    <w:p>
      <w:r>
        <w:rPr>
          <w:b/>
        </w:rPr>
        <w:t xml:space="preserve">[53:20] </w:t>
      </w:r>
      <w:r>
        <w:t>Islam has lost its relevance in our modern times. Why? Because Muslim scholars fail to apply the concept of Ijtihad in these basic issues. They are always discussing about new moons. It is a trivial issue. It is not basic issue. Sighting of new moon either through eyes or through observatory, both are, both are trivial issues. It is not basic issue. I think that both are correct.</w:t>
      </w:r>
    </w:p>
    <w:p>
      <w:pPr>
        <w:jc w:val="right"/>
      </w:pPr>
      <w:r>
        <w:t>اسلام ہیز لاسٹ اٹس ریلیونس ان اور ماڈرن ٹائمز۔ وائی؟ بیکاز مسلم اسکالرز فیل ٹو اپلائی دا کانسیپٹ اف اجتہاد ان دیز بیسک ایشوز۔ دے ار الویز ڈسکسنگ اباؤٹ نیو مونز۔ اٹ از ٹریول ای</w:t>
      </w:r>
    </w:p>
    <w:p>
      <w:r>
        <w:rPr>
          <w:b/>
        </w:rPr>
        <w:t xml:space="preserve">[53:50] </w:t>
      </w:r>
      <w:r>
        <w:t>show.</w:t>
      </w:r>
    </w:p>
    <w:p>
      <w:pPr>
        <w:jc w:val="right"/>
      </w:pPr>
      <w:r>
        <w:t>شو۔</w:t>
      </w:r>
    </w:p>
    <w:p>
      <w:r>
        <w:rPr>
          <w:b/>
        </w:rPr>
        <w:t xml:space="preserve">[53:56] </w:t>
      </w:r>
      <w:r>
        <w:t>It is not basic issue.</w:t>
      </w:r>
    </w:p>
    <w:p>
      <w:pPr>
        <w:jc w:val="right"/>
      </w:pPr>
      <w:r>
        <w:t>اٹ از ناٹ بیسک ایشو۔</w:t>
      </w:r>
    </w:p>
    <w:p>
      <w:r>
        <w:rPr>
          <w:b/>
        </w:rPr>
        <w:t xml:space="preserve">[54:02] </w:t>
      </w:r>
      <w:r>
        <w:t>sighting of new moon either through eyes or through observatory, both are, both are travel issues.</w:t>
      </w:r>
    </w:p>
    <w:p>
      <w:pPr>
        <w:jc w:val="right"/>
      </w:pPr>
      <w:r>
        <w:t>سائٹنگ اف نیو مون ایدر تھرو ائیز اور تھرو ابزرویٹری، بوتھ ار، بوتھ ار ٹریول ایشوز۔</w:t>
      </w:r>
    </w:p>
    <w:p>
      <w:r>
        <w:rPr>
          <w:b/>
        </w:rPr>
        <w:t xml:space="preserve">[54:09] </w:t>
      </w:r>
      <w:r>
        <w:t>is not basic issue.</w:t>
      </w:r>
    </w:p>
    <w:p>
      <w:pPr>
        <w:jc w:val="right"/>
      </w:pPr>
      <w:r>
        <w:t>از ناٹ بیسک ایشو۔</w:t>
      </w:r>
    </w:p>
    <w:p>
      <w:r>
        <w:rPr>
          <w:b/>
        </w:rPr>
        <w:t xml:space="preserve">[54:15] </w:t>
      </w:r>
      <w:r>
        <w:t>I think that both are correct.</w:t>
      </w:r>
    </w:p>
    <w:p>
      <w:pPr>
        <w:jc w:val="right"/>
      </w:pPr>
      <w:r>
        <w:t>ائی تھنک دیٹ بوتھ ار کریکٹ۔</w:t>
      </w:r>
    </w:p>
    <w:p>
      <w:r>
        <w:rPr>
          <w:b/>
        </w:rPr>
        <w:t xml:space="preserve">[54:21] </w:t>
      </w:r>
      <w:r>
        <w:t>said that people's minds are engaged in trivial issues. People's minds are obsessed in trivial issues. They are not attuned to the challenging issues of the time. So, this is the case of Muslims. Muslims are of two categories. Either they say that there is no Ijtihad.</w:t>
      </w:r>
    </w:p>
    <w:p>
      <w:pPr>
        <w:jc w:val="right"/>
      </w:pPr>
      <w:r>
        <w:t>بوتھ ار کریکٹ۔ بٹ دا سم ہیز سیڈ ونس، ونس دا ڈیلی پیپر، ونس دا ڈیلی، نیو ڈیلی، ڈیلی پیپر دیٹ از ہندوستان ٹائمز پبلش این ارٹیکل۔ ان دس ارٹیکل، دا رائٹر ہی</w:t>
      </w:r>
    </w:p>
    <w:p>
      <w:r>
        <w:rPr>
          <w:b/>
        </w:rPr>
        <w:t xml:space="preserve">[54:51] </w:t>
      </w:r>
      <w:r>
        <w:t>He said that people's minds are engaged in trivial issues.</w:t>
      </w:r>
    </w:p>
    <w:p>
      <w:pPr>
        <w:jc w:val="right"/>
      </w:pPr>
      <w:r>
        <w:t>ڈ سیڈ دیٹ پیپلز مائنڈ ار انگیجڈ ان ٹریول ایشوز۔</w:t>
      </w:r>
    </w:p>
    <w:p>
      <w:r>
        <w:rPr>
          <w:b/>
        </w:rPr>
        <w:t xml:space="preserve">[54:56] </w:t>
      </w:r>
      <w:r>
        <w:t>People's minds are obsessed in travel issues.</w:t>
      </w:r>
    </w:p>
    <w:p>
      <w:pPr>
        <w:jc w:val="right"/>
      </w:pPr>
      <w:r>
        <w:t>پیپل مائنڈز ار ابسیس ان ٹریول ایشوز۔</w:t>
      </w:r>
    </w:p>
    <w:p>
      <w:r>
        <w:rPr>
          <w:b/>
        </w:rPr>
        <w:t xml:space="preserve">[55:01] </w:t>
      </w:r>
      <w:r>
        <w:t>They are not attuned to the challenging issues of the time.</w:t>
      </w:r>
    </w:p>
    <w:p>
      <w:pPr>
        <w:jc w:val="right"/>
      </w:pPr>
      <w:r>
        <w:t>دے ار ناٹ اٹیون ٹو دا چیلنجنگ ایشوز اف دا ٹائم۔</w:t>
      </w:r>
    </w:p>
    <w:p>
      <w:r>
        <w:rPr>
          <w:b/>
        </w:rPr>
        <w:t xml:space="preserve">[55:07] </w:t>
      </w:r>
      <w:r>
        <w:t>So, this is the case of Muslims.</w:t>
      </w:r>
    </w:p>
    <w:p>
      <w:pPr>
        <w:jc w:val="right"/>
      </w:pPr>
      <w:r>
        <w:t>سو، دس از دا کیس اف مسلمز۔</w:t>
      </w:r>
    </w:p>
    <w:p>
      <w:r>
        <w:rPr>
          <w:b/>
        </w:rPr>
        <w:t xml:space="preserve">[55:12] </w:t>
      </w:r>
      <w:r>
        <w:t>Muslims are of two categories.</w:t>
      </w:r>
    </w:p>
    <w:p>
      <w:pPr>
        <w:jc w:val="right"/>
      </w:pPr>
      <w:r>
        <w:t>مسلمز ار اف ٹو کیٹیگریز۔</w:t>
      </w:r>
    </w:p>
    <w:p>
      <w:r>
        <w:rPr>
          <w:b/>
        </w:rPr>
        <w:t xml:space="preserve">[55:17] </w:t>
      </w:r>
      <w:r>
        <w:t>Either they say that there is no ijtihad.</w:t>
      </w:r>
    </w:p>
    <w:p>
      <w:pPr>
        <w:jc w:val="right"/>
      </w:pPr>
      <w:r>
        <w:t>ایدر دے سی دیٹ دیر از نو اجتہاد۔</w:t>
      </w:r>
    </w:p>
    <w:p>
      <w:r>
        <w:rPr>
          <w:b/>
        </w:rPr>
        <w:t xml:space="preserve">[55:22] </w:t>
      </w:r>
      <w:r>
        <w:t>After the four imams, there is no ijtihad.</w:t>
      </w:r>
    </w:p>
    <w:p>
      <w:pPr>
        <w:jc w:val="right"/>
      </w:pPr>
      <w:r>
        <w:t>افٹر دا فور امام، دیر از نو اجتہاد۔</w:t>
      </w:r>
    </w:p>
    <w:p>
      <w:r>
        <w:rPr>
          <w:b/>
        </w:rPr>
        <w:t xml:space="preserve">[55:28] </w:t>
      </w:r>
      <w:r>
        <w:t>The door of ijtihad is closed.</w:t>
      </w:r>
    </w:p>
    <w:p>
      <w:pPr>
        <w:jc w:val="right"/>
      </w:pPr>
      <w:r>
        <w:t>دا ڈور اف اجتہاد از کلوزڈ۔</w:t>
      </w:r>
    </w:p>
    <w:p>
      <w:r>
        <w:rPr>
          <w:b/>
        </w:rPr>
        <w:t xml:space="preserve">[55:34] </w:t>
      </w:r>
      <w:r>
        <w:t>And there are some other people, some other scholars, who say that yes, the door is open.</w:t>
      </w:r>
    </w:p>
    <w:p>
      <w:pPr>
        <w:jc w:val="right"/>
      </w:pPr>
      <w:r>
        <w:t>اینڈ دیر ار سم ادر پیپل، سم ادر اسکالرز، ہو سی دیٹ یس، دا ڈور از اوپن۔</w:t>
      </w:r>
    </w:p>
    <w:p>
      <w:r>
        <w:rPr>
          <w:b/>
        </w:rPr>
        <w:t xml:space="preserve">[55:40] </w:t>
      </w:r>
      <w:r>
        <w:t>But they apply the principle of ijtihad only in trivial matters, in non-basic issues.</w:t>
      </w:r>
    </w:p>
    <w:p>
      <w:pPr>
        <w:jc w:val="right"/>
      </w:pPr>
      <w:r>
        <w:t>بٹ دے اپلائی دا پرنسپل اف اجتہاد اونلی ان ٹریول میٹرز، ان نان بیسک ایشوز۔</w:t>
      </w:r>
    </w:p>
    <w:p>
      <w:r>
        <w:rPr>
          <w:b/>
        </w:rPr>
        <w:t xml:space="preserve">[55:46] </w:t>
      </w:r>
      <w:r>
        <w:t>and there are basic issues in which we have to</w:t>
      </w:r>
    </w:p>
    <w:p>
      <w:pPr>
        <w:jc w:val="right"/>
      </w:pPr>
      <w:r>
        <w:t>اینڈ دیر ار بیسک ایشوز ان وچ وی ہیو ٹو</w:t>
      </w:r>
    </w:p>
    <w:p>
      <w:r>
        <w:rPr>
          <w:b/>
        </w:rPr>
        <w:t xml:space="preserve">[55:52] </w:t>
      </w:r>
      <w:r>
        <w:t>type of fighting, that is thinking, negative thinking. Negative thinking is also a fighting. Either Muslims live in negative thinking, or they are fighting. It is wrong, wrong, wrong. Here also we need Ijtihad. The Prophet of Islam had said that you have to</w:t>
      </w:r>
    </w:p>
    <w:p>
      <w:pPr>
        <w:jc w:val="right"/>
      </w:pPr>
      <w:r>
        <w:t>اپلائی۔ فار ایگزیمپل، یو سی ان ایوری مسلم کنٹری، دیر ار فائٹنگ، ان فائٹنگ۔ ان مسلم پیپل ار انگیجڈ ان فائٹنگ اگینسٹ دیر رولرز۔ ان ایوری کنٹری، ایدر دیر ار اوپن فائٹنگ لائک پاکستان اور افغانستان، اور دیر ار سم سیک</w:t>
      </w:r>
    </w:p>
    <w:p>
      <w:r>
        <w:rPr>
          <w:b/>
        </w:rPr>
        <w:t xml:space="preserve">[56:22] </w:t>
      </w:r>
      <w:r>
        <w:t>What type of fighting, that is thinking, negative thinking.</w:t>
      </w:r>
    </w:p>
    <w:p>
      <w:pPr>
        <w:jc w:val="right"/>
      </w:pPr>
      <w:r>
        <w:t>رٹ ٹائپ اف فائٹنگ، دیٹ از تھنکنگ، نیگیٹیو تھنکنگ۔</w:t>
      </w:r>
    </w:p>
    <w:p>
      <w:r>
        <w:rPr>
          <w:b/>
        </w:rPr>
        <w:t xml:space="preserve">[56:27] </w:t>
      </w:r>
      <w:r>
        <w:t>Negative thinking is also a fighting.</w:t>
      </w:r>
    </w:p>
    <w:p>
      <w:pPr>
        <w:jc w:val="right"/>
      </w:pPr>
      <w:r>
        <w:t>نیگیٹیو تھنکنگ از السو ا فائٹنگ۔</w:t>
      </w:r>
    </w:p>
    <w:p>
      <w:r>
        <w:rPr>
          <w:b/>
        </w:rPr>
        <w:t xml:space="preserve">[56:32] </w:t>
      </w:r>
      <w:r>
        <w:t>Other Muslims live in negative thinking, or they are fighting.</w:t>
      </w:r>
    </w:p>
    <w:p>
      <w:pPr>
        <w:jc w:val="right"/>
      </w:pPr>
      <w:r>
        <w:t>ادر مسلمز لیو ان نیگیٹیو تھنکنگ، اور دے ار فائٹنگ۔</w:t>
      </w:r>
    </w:p>
    <w:p>
      <w:r>
        <w:rPr>
          <w:b/>
        </w:rPr>
        <w:t xml:space="preserve">[56:37] </w:t>
      </w:r>
      <w:r>
        <w:t>It is wrong, wrong, wrong.</w:t>
      </w:r>
    </w:p>
    <w:p>
      <w:pPr>
        <w:jc w:val="right"/>
      </w:pPr>
      <w:r>
        <w:t>اٹ از رونگ، رونگ، رونگ۔</w:t>
      </w:r>
    </w:p>
    <w:p>
      <w:r>
        <w:rPr>
          <w:b/>
        </w:rPr>
        <w:t xml:space="preserve">[56:42] </w:t>
      </w:r>
      <w:r>
        <w:t>Here also we need ijtihad.</w:t>
      </w:r>
    </w:p>
    <w:p>
      <w:pPr>
        <w:jc w:val="right"/>
      </w:pPr>
      <w:r>
        <w:t>ہیر السو وی نیڈ اجتہاد۔</w:t>
      </w:r>
    </w:p>
    <w:p>
      <w:r>
        <w:rPr>
          <w:b/>
        </w:rPr>
        <w:t xml:space="preserve">[56:47] </w:t>
      </w:r>
      <w:r>
        <w:t>The Prophet of Islam had said that you have to</w:t>
      </w:r>
    </w:p>
    <w:p>
      <w:pPr>
        <w:jc w:val="right"/>
      </w:pPr>
      <w:r>
        <w:t>دا پرافٹ اف اسلام ہیڈ سیڈ دیٹ یو ہیو ٹو</w:t>
      </w:r>
    </w:p>
    <w:p>
      <w:r>
        <w:rPr>
          <w:b/>
        </w:rPr>
        <w:t xml:space="preserve">[56:52] </w:t>
      </w:r>
      <w:r>
        <w:t>Adjust with the rulers, even if they are not correct in your eyes.</w:t>
      </w:r>
    </w:p>
    <w:p>
      <w:pPr>
        <w:jc w:val="right"/>
      </w:pPr>
      <w:r>
        <w:t>ایڈجسٹ ود دی رولرز، ایون اف دے ار ناٹ کریکٹ ان یور ائیز۔</w:t>
      </w:r>
    </w:p>
    <w:p>
      <w:r>
        <w:rPr>
          <w:b/>
        </w:rPr>
        <w:t xml:space="preserve">[56:58] </w:t>
      </w:r>
      <w:r>
        <w:t>If according to your mind, according to your thinking, rulers are wrong, even then you have to adjust.</w:t>
      </w:r>
    </w:p>
    <w:p>
      <w:pPr>
        <w:jc w:val="right"/>
      </w:pPr>
      <w:r>
        <w:t>اف اکارڈنگ ٹو یور مائنڈ، اکارڈنگ ٹو یور تھنکنگ، رولرز ار رونگ، ایون دین یو ہیو ٹو ایڈجسٹ۔</w:t>
      </w:r>
    </w:p>
    <w:p>
      <w:r>
        <w:rPr>
          <w:b/>
        </w:rPr>
        <w:t xml:space="preserve">[57:05] </w:t>
      </w:r>
      <w:r>
        <w:t>So, in Islam, khuruj az haram.</w:t>
      </w:r>
    </w:p>
    <w:p>
      <w:pPr>
        <w:jc w:val="right"/>
      </w:pPr>
      <w:r>
        <w:t>سو، ان اسلام، خروج از حرام۔</w:t>
      </w:r>
    </w:p>
    <w:p>
      <w:r>
        <w:rPr>
          <w:b/>
        </w:rPr>
        <w:t xml:space="preserve">[57:11] </w:t>
      </w:r>
      <w:r>
        <w:t>Khurooj means revolt.</w:t>
      </w:r>
    </w:p>
    <w:p>
      <w:pPr>
        <w:jc w:val="right"/>
      </w:pPr>
      <w:r>
        <w:t>خروج مینز ریولٹ۔</w:t>
      </w:r>
    </w:p>
    <w:p>
      <w:r>
        <w:rPr>
          <w:b/>
        </w:rPr>
        <w:t xml:space="preserve">[57:17] </w:t>
      </w:r>
      <w:r>
        <w:t>So, all those Muslims who are trying to dethrone their</w:t>
      </w:r>
    </w:p>
    <w:p>
      <w:pPr>
        <w:jc w:val="right"/>
      </w:pPr>
      <w:r>
        <w:t>سو، ال دوز مسلمز ہو ار ٹرائنگ ٹو ڈی تھرون دیر</w:t>
      </w:r>
    </w:p>
    <w:p>
      <w:r>
        <w:rPr>
          <w:b/>
        </w:rPr>
        <w:t xml:space="preserve">[57:23] </w:t>
      </w:r>
      <w:r>
        <w:t>government, are engaged in haram practice.</w:t>
      </w:r>
    </w:p>
    <w:p>
      <w:pPr>
        <w:jc w:val="right"/>
      </w:pPr>
      <w:r>
        <w:t>گورنمنٹ، ار انگیجڈ ان حرام پریکٹس۔</w:t>
      </w:r>
    </w:p>
    <w:p>
      <w:r>
        <w:rPr>
          <w:b/>
        </w:rPr>
        <w:t xml:space="preserve">[57:30] </w:t>
      </w:r>
      <w:r>
        <w:t>In every Muslim country, you can see this phenomena.</w:t>
      </w:r>
    </w:p>
    <w:p>
      <w:pPr>
        <w:jc w:val="right"/>
      </w:pPr>
      <w:r>
        <w:t>ان ایوری مسلم کنٹری، یو کین سی دس فیناومینا۔</w:t>
      </w:r>
    </w:p>
    <w:p>
      <w:r>
        <w:rPr>
          <w:b/>
        </w:rPr>
        <w:t xml:space="preserve">[57:36] </w:t>
      </w:r>
      <w:r>
        <w:t>Some where, there are dictatorship, so they have crushed.</w:t>
      </w:r>
    </w:p>
    <w:p>
      <w:pPr>
        <w:jc w:val="right"/>
      </w:pPr>
      <w:r>
        <w:t>سم ویر، دیر ار ڈکٹیٹرشپ، سو دے ہیو کرشڈ۔</w:t>
      </w:r>
    </w:p>
    <w:p>
      <w:r>
        <w:rPr>
          <w:b/>
        </w:rPr>
        <w:t xml:space="preserve">[57:42] </w:t>
      </w:r>
      <w:r>
        <w:t>In some countries, in some Muslim countries, there are dictatorships, so they have crushed these peoples.</w:t>
      </w:r>
    </w:p>
    <w:p>
      <w:pPr>
        <w:jc w:val="right"/>
      </w:pPr>
      <w:r>
        <w:t>ان سم کنٹریز، ان سم مسلم کنٹریز، دیر ار ڈکٹیٹرشپ، سو دے ہیو کرشڈ دیز پیپلز۔</w:t>
      </w:r>
    </w:p>
    <w:p>
      <w:r>
        <w:rPr>
          <w:b/>
        </w:rPr>
        <w:t xml:space="preserve">[57:48] </w:t>
      </w:r>
      <w:r>
        <w:t>and some other countries, where there is freedom</w:t>
      </w:r>
    </w:p>
    <w:p>
      <w:pPr>
        <w:jc w:val="right"/>
      </w:pPr>
      <w:r>
        <w:t>اینڈ سم ادر کنٹریز، ویر دیر ار فریڈم</w:t>
      </w:r>
    </w:p>
    <w:p>
      <w:r>
        <w:rPr>
          <w:b/>
        </w:rPr>
        <w:t xml:space="preserve">[57:54] </w:t>
      </w:r>
      <w:r>
        <w:t>, to they are fighting with their Muslim rulers.</w:t>
      </w:r>
    </w:p>
    <w:p>
      <w:pPr>
        <w:jc w:val="right"/>
      </w:pPr>
      <w:r>
        <w:t>، تو دے ار فائٹنگ ود دیر مسلم رولرز۔</w:t>
      </w:r>
    </w:p>
    <w:p>
      <w:r>
        <w:rPr>
          <w:b/>
        </w:rPr>
        <w:t xml:space="preserve">[57:59] </w:t>
      </w:r>
      <w:r>
        <w:t>So, this is wrong.</w:t>
      </w:r>
    </w:p>
    <w:p>
      <w:pPr>
        <w:jc w:val="right"/>
      </w:pPr>
      <w:r>
        <w:t>سو، دس از رونگ۔</w:t>
      </w:r>
    </w:p>
    <w:p>
      <w:r>
        <w:rPr>
          <w:b/>
        </w:rPr>
        <w:t xml:space="preserve">[58:04] </w:t>
      </w:r>
      <w:r>
        <w:t>It is an Islamic.</w:t>
      </w:r>
    </w:p>
    <w:p>
      <w:pPr>
        <w:jc w:val="right"/>
      </w:pPr>
      <w:r>
        <w:t>اٹ از ان اسلامک۔</w:t>
      </w:r>
    </w:p>
    <w:p>
      <w:r>
        <w:rPr>
          <w:b/>
        </w:rPr>
        <w:t xml:space="preserve">[58:09] </w:t>
      </w:r>
      <w:r>
        <w:t>And you know what is happening? There are abundant of opportunities in every country.</w:t>
      </w:r>
    </w:p>
    <w:p>
      <w:pPr>
        <w:jc w:val="right"/>
      </w:pPr>
      <w:r>
        <w:t>اینڈ یو نو واٹ از ہیپننگ؟ دیر ار ابینڈنٹ اف اپرچونیٹیز ان ایوری کنٹری۔</w:t>
      </w:r>
    </w:p>
    <w:p>
      <w:r>
        <w:rPr>
          <w:b/>
        </w:rPr>
        <w:t xml:space="preserve">[58:14] </w:t>
      </w:r>
      <w:r>
        <w:t>Now, we are living in an opportunity explosion.</w:t>
      </w:r>
    </w:p>
    <w:p>
      <w:pPr>
        <w:jc w:val="right"/>
      </w:pPr>
      <w:r>
        <w:t>ناو، وی ار لیونگ ان ا اپرچونیٹی ایکسپلوژن۔</w:t>
      </w:r>
    </w:p>
    <w:p>
      <w:r>
        <w:rPr>
          <w:b/>
        </w:rPr>
        <w:t xml:space="preserve">[58:19] </w:t>
      </w:r>
      <w:r>
        <w:t>Everywhere, there are opportunities.</w:t>
      </w:r>
    </w:p>
    <w:p>
      <w:pPr>
        <w:jc w:val="right"/>
      </w:pPr>
      <w:r>
        <w:t>ایوری ویر، دیر ار اپرچونیٹیز۔</w:t>
      </w:r>
    </w:p>
    <w:p>
      <w:r>
        <w:rPr>
          <w:b/>
        </w:rPr>
        <w:t xml:space="preserve">[58:24] </w:t>
      </w:r>
      <w:r>
        <w:t>Everywhere, there are new scopes.</w:t>
      </w:r>
    </w:p>
    <w:p>
      <w:pPr>
        <w:jc w:val="right"/>
      </w:pPr>
      <w:r>
        <w:t>ایوری ویر، دیر ار نیو سکوپس۔</w:t>
      </w:r>
    </w:p>
    <w:p>
      <w:r>
        <w:rPr>
          <w:b/>
        </w:rPr>
        <w:t xml:space="preserve">[58:30] </w:t>
      </w:r>
      <w:r>
        <w:t>But Muslims are engaged in fighting, so they are not in a position to avail these opportunities.</w:t>
      </w:r>
    </w:p>
    <w:p>
      <w:pPr>
        <w:jc w:val="right"/>
      </w:pPr>
      <w:r>
        <w:t>بٹ مسلمز ار انگیجڈ ان فائٹنگ، سو دے ار ناٹ ان ا پوزیشن ٹو اویل دیز اپرچونیٹیز۔</w:t>
      </w:r>
    </w:p>
    <w:p>
      <w:r>
        <w:rPr>
          <w:b/>
        </w:rPr>
        <w:t xml:space="preserve">[58:35] </w:t>
      </w:r>
      <w:r>
        <w:t>Here, we need ijtihad.</w:t>
      </w:r>
    </w:p>
    <w:p>
      <w:pPr>
        <w:jc w:val="right"/>
      </w:pPr>
      <w:r>
        <w:t>ہیر، وی نیڈ اجتہاد۔</w:t>
      </w:r>
    </w:p>
    <w:p>
      <w:r>
        <w:rPr>
          <w:b/>
        </w:rPr>
        <w:t xml:space="preserve">[58:40] </w:t>
      </w:r>
      <w:r>
        <w:t>We have to say that this is wrong.</w:t>
      </w:r>
    </w:p>
    <w:p>
      <w:pPr>
        <w:jc w:val="right"/>
      </w:pPr>
      <w:r>
        <w:t>وی ہیو ٹو سی دیٹ دس از رونگ۔</w:t>
      </w:r>
    </w:p>
    <w:p>
      <w:r>
        <w:rPr>
          <w:b/>
        </w:rPr>
        <w:t xml:space="preserve">[58:46] </w:t>
      </w:r>
      <w:r>
        <w:t>This is haram.</w:t>
      </w:r>
    </w:p>
    <w:p>
      <w:pPr>
        <w:jc w:val="right"/>
      </w:pPr>
      <w:r>
        <w:t>دس از حرام۔</w:t>
      </w:r>
    </w:p>
    <w:p>
      <w:r>
        <w:rPr>
          <w:b/>
        </w:rPr>
        <w:t xml:space="preserve">[58:51] </w:t>
      </w:r>
      <w:r>
        <w:t>Stop all those fightings, so that we may be able to avail modern opportunities</w:t>
      </w:r>
    </w:p>
    <w:p>
      <w:pPr>
        <w:jc w:val="right"/>
      </w:pPr>
      <w:r>
        <w:t>اسٹاپ ال دوز فائٹنگز، سو دیٹ وی می بی ایبل ٹو اویل ماڈرن اپرچونیٹیز</w:t>
      </w:r>
    </w:p>
    <w:p>
      <w:r>
        <w:rPr>
          <w:b/>
        </w:rPr>
        <w:t xml:space="preserve">[58:56] </w:t>
      </w:r>
      <w:r>
        <w:t>. This is the here, we need ijtihad. We have to see that there are ocean of opportunities. Modern world had open so many opportunities. Modern world is an opportunity explosion. So, we have to avail these opportunities. But Muslims are engaged in fight</w:t>
      </w:r>
    </w:p>
    <w:p>
      <w:pPr>
        <w:jc w:val="right"/>
      </w:pPr>
      <w:r>
        <w:t>۔ دس از دا ہیر، وی نیڈ اجتہاد۔ وی ہیو ٹو سی دیٹ دیر ار اوشن اف اپرچونیٹیز۔ ماڈرن ورلڈ ہیڈ اوپن سو مینی اپرچونیٹیز۔ ماڈرن ورلڈ از ا اپرچونیٹی ایکسپلوژن۔ سو، وی ہیو ٹو اویل دیز اپرچونیٹیز۔ بٹ مسلمز ار انگیجڈ ان فائ</w:t>
      </w:r>
    </w:p>
    <w:p>
      <w:r>
        <w:rPr>
          <w:b/>
        </w:rPr>
        <w:t xml:space="preserve">[59:26] </w:t>
      </w:r>
      <w:r>
        <w:t>ting, so they fail to avail these opportunities.</w:t>
      </w:r>
    </w:p>
    <w:p>
      <w:pPr>
        <w:jc w:val="right"/>
      </w:pPr>
      <w:r>
        <w:t>ٹنگ، سو دے فیل ٹو اویل دیز اپرچونیٹیز۔</w:t>
      </w:r>
    </w:p>
    <w:p>
      <w:r>
        <w:rPr>
          <w:b/>
        </w:rPr>
        <w:t xml:space="preserve">[59:34] </w:t>
      </w:r>
      <w:r>
        <w:t>So, Muslim scholars must issue a fatwa.</w:t>
      </w:r>
    </w:p>
    <w:p>
      <w:pPr>
        <w:jc w:val="right"/>
      </w:pPr>
      <w:r>
        <w:t>سو، مسلم اسکالرز مسٹ ایشو ا فتوی۔</w:t>
      </w:r>
    </w:p>
    <w:p>
      <w:r>
        <w:rPr>
          <w:b/>
        </w:rPr>
        <w:t xml:space="preserve">[59:42] </w:t>
      </w:r>
      <w:r>
        <w:t>They must declare that abandon all these fightings, so that we may be able to avail the present opportunities.</w:t>
      </w:r>
    </w:p>
    <w:p>
      <w:pPr>
        <w:jc w:val="right"/>
      </w:pPr>
      <w:r>
        <w:t>دے مسٹ ڈیکلیئر دیٹ ابینڈنٹ ال دیز فائٹنگز، سو دیٹ وی می بی ایبل ٹو اویل دا پریزنٹ اپرچونیٹیز۔</w:t>
      </w:r>
    </w:p>
    <w:p>
      <w:r>
        <w:rPr>
          <w:b/>
        </w:rPr>
        <w:t xml:space="preserve">[59:49] </w:t>
      </w:r>
      <w:r>
        <w:t>Aqulu qawli hazah wa astaghfirullah</w:t>
      </w:r>
    </w:p>
    <w:p>
      <w:pPr>
        <w:jc w:val="right"/>
      </w:pPr>
      <w:r>
        <w:t>اقول قولھذا واستغفراللہ</w:t>
      </w:r>
    </w:p>
    <w:p>
      <w:r>
        <w:rPr>
          <w:b/>
        </w:rPr>
        <w:t xml:space="preserve">[59:57] </w:t>
      </w:r>
      <w:r>
        <w:t>Ali, welcome ajmaeen.</w:t>
      </w:r>
    </w:p>
    <w:p>
      <w:pPr>
        <w:jc w:val="right"/>
      </w:pPr>
      <w:r>
        <w:t>علی ویلکم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