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Remembrance of God December 30, 2017</w:t>
      </w:r>
    </w:p>
    <w:p>
      <w:r>
        <w:t>https://www.youtube.com/watch?v=EAlfS5kuHfA</w:t>
      </w:r>
    </w:p>
    <w:p>
      <w:r>
        <w:rPr>
          <w:b/>
        </w:rPr>
        <w:t xml:space="preserve">[00:13] </w:t>
      </w:r>
      <w:r>
        <w:t>Bismillah Rahman Rahim. 30 December 2017.</w:t>
      </w:r>
    </w:p>
    <w:p>
      <w:pPr>
        <w:jc w:val="right"/>
      </w:pPr>
      <w:r>
        <w:t>بسم اللہ الرحمن الرحیم۔ 30 دسمبر 2017۔</w:t>
      </w:r>
    </w:p>
    <w:p>
      <w:r>
        <w:rPr>
          <w:b/>
        </w:rPr>
        <w:t xml:space="preserve">[00:25] </w:t>
      </w:r>
      <w:r>
        <w:t>Ek cheez main samjhaun Quran o Hadees ke mutalliq se, ke</w:t>
      </w:r>
    </w:p>
    <w:p>
      <w:pPr>
        <w:jc w:val="right"/>
      </w:pPr>
      <w:r>
        <w:t>ایک چیز میں سمجھاؤں قرآن و حدیث کے متعلق سے، کہ</w:t>
      </w:r>
    </w:p>
    <w:p>
      <w:r>
        <w:rPr>
          <w:b/>
        </w:rPr>
        <w:t xml:space="preserve">[00:33] </w:t>
      </w:r>
      <w:r>
        <w:t>Zikr, Allah ka zikr, koi—yani yeh nahin hai ke aap Allah Allah baith ke karein.</w:t>
      </w:r>
    </w:p>
    <w:p>
      <w:pPr>
        <w:jc w:val="right"/>
      </w:pPr>
      <w:r>
        <w:t>ذکر، اللہ کا ذکر، کوئی— یعنی یہ نہیں ہے کہ آپ اللہ اللہ بیٹھ کے کریں۔</w:t>
      </w:r>
    </w:p>
    <w:p>
      <w:r>
        <w:rPr>
          <w:b/>
        </w:rPr>
        <w:t xml:space="preserve">[00:51] </w:t>
      </w:r>
      <w:r>
        <w:t>Kisi jagah baith jayein, kone mein, aur Allah Allah karein. Yeh zikr nahin hai.</w:t>
      </w:r>
    </w:p>
    <w:p>
      <w:pPr>
        <w:jc w:val="right"/>
      </w:pPr>
      <w:r>
        <w:t>کسی جگہ بیٹھ جائیں، کونے میں، اور اللہ اللہ کریں۔ یہ ذکر نہیں ہے۔</w:t>
      </w:r>
    </w:p>
    <w:p>
      <w:r>
        <w:rPr>
          <w:b/>
        </w:rPr>
        <w:t xml:space="preserve">[00:59] </w:t>
      </w:r>
      <w:r>
        <w:t>Zikr yeh hai ke har har experience jo aap ko duniya mein hota hai, us ko point of reference banana.</w:t>
      </w:r>
    </w:p>
    <w:p>
      <w:pPr>
        <w:jc w:val="right"/>
      </w:pPr>
      <w:r>
        <w:t>ذکر یہ ہے کہ ہر ہر ایکسپیرینس جو آپ کو دنیا میں ہوتا ہے، اس کو پوائنٹ آف ریفرنس بنانا۔</w:t>
      </w:r>
    </w:p>
    <w:p>
      <w:r>
        <w:rPr>
          <w:b/>
        </w:rPr>
        <w:t xml:space="preserve">[01:14] </w:t>
      </w:r>
      <w:r>
        <w:t>Har experience. Duniya mein</w:t>
      </w:r>
    </w:p>
    <w:p>
      <w:pPr>
        <w:jc w:val="right"/>
      </w:pPr>
      <w:r>
        <w:t>ہر ایکسپیرینس۔ دنیا میں</w:t>
      </w:r>
    </w:p>
    <w:p>
      <w:r>
        <w:rPr>
          <w:b/>
        </w:rPr>
        <w:t xml:space="preserve">[01:22] </w:t>
      </w:r>
      <w:r>
        <w:t>Har jagah is ke point maujood hain. Quran mein hai ke: "Wa qayyim min ayatin fis samawati wal ardi yawloona alaiha ana muridoon".</w:t>
      </w:r>
    </w:p>
    <w:p>
      <w:pPr>
        <w:jc w:val="right"/>
      </w:pPr>
      <w:r>
        <w:t>ہر جگہ اس کے پوائنٹ موجود ہیں۔ قرآن میں ہے کہ: "وَقَيِّمْ مِنْ آَيَةٍ فِي السَّمٰوَاتِ وَالْأَرْضِ يَوْلُوْنَ عَلَيْهَا أَنَا مُرِدُونَ"۔</w:t>
      </w:r>
    </w:p>
    <w:p>
      <w:r>
        <w:rPr>
          <w:b/>
        </w:rPr>
        <w:t xml:space="preserve">[01:39] </w:t>
      </w:r>
      <w:r>
        <w:t>Is par main sochte hue yeh samjha ke is ka matlab hai ke Allah ke zikr ka jo point of reference hai, woh poore universe se phaila hua hai.</w:t>
      </w:r>
    </w:p>
    <w:p>
      <w:pPr>
        <w:jc w:val="right"/>
      </w:pPr>
      <w:r>
        <w:t>اس پر میں سوچتے ہوئے یہ سمجھا کہ اس کا مطلب ہے کہ اللہ کے ذکر کا جو پوائنٹ آف ریفرنس ہے، وہ پورے یونیورس سے پھیلا ہوا ہے۔</w:t>
      </w:r>
    </w:p>
    <w:p>
      <w:r>
        <w:rPr>
          <w:b/>
        </w:rPr>
        <w:t xml:space="preserve">[01:56] </w:t>
      </w:r>
      <w:r>
        <w:t>Har sitara, har chand, har suraj,</w:t>
      </w:r>
    </w:p>
    <w:p>
      <w:pPr>
        <w:jc w:val="right"/>
      </w:pPr>
      <w:r>
        <w:t>ہر ستارہ، ہر چاند، ہر سورج،</w:t>
      </w:r>
    </w:p>
    <w:p>
      <w:r>
        <w:rPr>
          <w:b/>
        </w:rPr>
        <w:t xml:space="preserve">[02:04] </w:t>
      </w:r>
      <w:r>
        <w:t>Zameen se le kar galaxies tak har jagah.</w:t>
      </w:r>
    </w:p>
    <w:p>
      <w:pPr>
        <w:jc w:val="right"/>
      </w:pPr>
      <w:r>
        <w:t>زمین سے لے کر گیلیکسیوں تک ہر جگہ۔</w:t>
      </w:r>
    </w:p>
    <w:p>
      <w:r>
        <w:rPr>
          <w:b/>
        </w:rPr>
        <w:t xml:space="preserve">[02:09] </w:t>
      </w:r>
      <w:r>
        <w:t>To aap par woh experience jab guzre ke aap dekhein us ko, us ko observe karein,</w:t>
      </w:r>
    </w:p>
    <w:p>
      <w:pPr>
        <w:jc w:val="right"/>
      </w:pPr>
      <w:r>
        <w:t>تو آپ پر وہ ایکسپیرینس جب گزرے کہ آپ دیکھیں اس کو، اس کو آبزرو کریں،</w:t>
      </w:r>
    </w:p>
    <w:p>
      <w:r>
        <w:rPr>
          <w:b/>
        </w:rPr>
        <w:t xml:space="preserve">[02:19] </w:t>
      </w:r>
      <w:r>
        <w:t>To aap ka mind itna prepared hona chahiye. Aap ka mind itna zyada well prepared hona chahiye ke woh foran us ko jaan le ke yahan par yeh point of reference hai.</w:t>
      </w:r>
    </w:p>
    <w:p>
      <w:pPr>
        <w:jc w:val="right"/>
      </w:pPr>
      <w:r>
        <w:t>تو آپ کا مائنڈ اتنا پریپیرڈ ہونا چاہیے۔ آپ کا مائنڈ اتنا زیادہ ویل پریپیرڈ ہونا چاہیے کہ وہ فوراً اس کو جان لے کہ یہاں پر یہ پوائنٹ آف ریفرنس ہے۔</w:t>
      </w:r>
    </w:p>
    <w:p>
      <w:r>
        <w:rPr>
          <w:b/>
        </w:rPr>
        <w:t xml:space="preserve">[02:42] </w:t>
      </w:r>
      <w:r>
        <w:t>Aur is ka bator nectar ke, jaise shehad ki makkhi nectar ko nikalti hai, to aap is zikr ke nectar ko nikaal paayein.</w:t>
      </w:r>
    </w:p>
    <w:p>
      <w:pPr>
        <w:jc w:val="right"/>
      </w:pPr>
      <w:r>
        <w:t>اور اس کا بطور نیکٹر کے، جیسے شہد کی مکھی نیکٹر کو نکالتی ہے، تو آپ اس ذکر کے نیکٹر کو نکال پائیں۔</w:t>
      </w:r>
    </w:p>
    <w:p>
      <w:r>
        <w:rPr>
          <w:b/>
        </w:rPr>
        <w:t xml:space="preserve">[03:00] </w:t>
      </w:r>
      <w:r>
        <w:t>Yeh yeh yeh baat ke aap Allah Allah karein har waqt, tasbeeh padhein, yeh bilkul hi irrelevant hai.</w:t>
      </w:r>
    </w:p>
    <w:p>
      <w:pPr>
        <w:jc w:val="right"/>
      </w:pPr>
      <w:r>
        <w:t>یہ یہ یہ بات کہ آپ اللہ اللہ کریں ہر وقت، تسبیح پڑھیں، یہ بالکل ہی اریلیونٹ ہے۔</w:t>
      </w:r>
    </w:p>
    <w:p>
      <w:r>
        <w:rPr>
          <w:b/>
        </w:rPr>
        <w:t xml:space="preserve">[03:11] </w:t>
      </w:r>
      <w:r>
        <w:t>Is ka koi taalluq Khuda ke zikr se nahin hai.</w:t>
      </w:r>
    </w:p>
    <w:p>
      <w:pPr>
        <w:jc w:val="right"/>
      </w:pPr>
      <w:r>
        <w:t>اس کا کوئی تعلق خدا کے ذکر سے نہیں ہے۔</w:t>
      </w:r>
    </w:p>
    <w:p>
      <w:r>
        <w:rPr>
          <w:b/>
        </w:rPr>
        <w:t xml:space="preserve">[03:22] </w:t>
      </w:r>
      <w:r>
        <w:t>Har waqt, har har tajurba, har experience aap ko ek point of reference deta hai, ek access deta hai.</w:t>
      </w:r>
    </w:p>
    <w:p>
      <w:pPr>
        <w:jc w:val="right"/>
      </w:pPr>
      <w:r>
        <w:t>ہر وقت، ہر ہر تجربہ، ہر ایکسپیرینس آپ کو ایک پوائنٹ آف ریفرنس دیتا ہے، ایک اکیسہ دیتا ہے۔</w:t>
      </w:r>
    </w:p>
    <w:p>
      <w:r>
        <w:rPr>
          <w:b/>
        </w:rPr>
        <w:t xml:space="preserve">[03:35] </w:t>
      </w:r>
      <w:r>
        <w:t>Jaise Hadees mein aata hai, Ayat Aisha kehti hain, Hadees Allah ke liye, ke: "Kana Nabi Sallallahu Alaihi Wasallam yaksiru ala kulli ayani".</w:t>
      </w:r>
    </w:p>
    <w:p>
      <w:pPr>
        <w:jc w:val="right"/>
      </w:pPr>
      <w:r>
        <w:t>جیسے حدیث میں آتا ہے، آیت عائشہ کہتی ہیں، حدیث اللہ کے لیے، کہ: "کان نبی صلی اللہ علیہ وسلم یکسر علی کل ایانی"۔</w:t>
      </w:r>
    </w:p>
    <w:p>
      <w:r>
        <w:rPr>
          <w:b/>
        </w:rPr>
        <w:t xml:space="preserve">[03:48] </w:t>
      </w:r>
      <w:r>
        <w:t>Azkar Allah ala kulli ayani. Ke Rasool Allah Sallallahu Alaihi Wasallam har hain, yani har access par Allah ko yaad karte the.</w:t>
      </w:r>
    </w:p>
    <w:p>
      <w:pPr>
        <w:jc w:val="right"/>
      </w:pPr>
      <w:r>
        <w:t>اذکر اللہ علی کل ایانی۔ کہ رسول اللہ صلی اللہ علیہ وسلم ہر حین، یعنی ہر اکیسہ پر اللہ کو یاد کرتے تھے۔</w:t>
      </w:r>
    </w:p>
    <w:p>
      <w:r>
        <w:rPr>
          <w:b/>
        </w:rPr>
        <w:t xml:space="preserve">[04:02] </w:t>
      </w:r>
      <w:r>
        <w:t>Yani har access aap aap ke mind mein ek point of reference ban jata tha.</w:t>
      </w:r>
    </w:p>
    <w:p>
      <w:pPr>
        <w:jc w:val="right"/>
      </w:pPr>
      <w:r>
        <w:t>یعنی ہر اکیسہ آپ آپ کے مائنڈ میں ایک پوائنٹ آف ریفرنس بن جاتا تھا۔</w:t>
      </w:r>
    </w:p>
    <w:p>
      <w:r>
        <w:rPr>
          <w:b/>
        </w:rPr>
        <w:t xml:space="preserve">[04:13] </w:t>
      </w:r>
      <w:r>
        <w:t>Ban jaane ka matlab kya hai? Aap ka mind well prepared ho. Bahut zyada tayyar zehan ho.</w:t>
      </w:r>
    </w:p>
    <w:p>
      <w:pPr>
        <w:jc w:val="right"/>
      </w:pPr>
      <w:r>
        <w:t>بن جانے کا معنی کیا ہے؟ آپ کا مائنڈ ویل پریپیرڈ ہو۔ بہت زیادہ تیار ذہن ہو۔</w:t>
      </w:r>
    </w:p>
    <w:p>
      <w:r>
        <w:rPr>
          <w:b/>
        </w:rPr>
        <w:t xml:space="preserve">[04:24] </w:t>
      </w:r>
      <w:r>
        <w:t>tiyar zehen. to tiyar zehen jo hota hai, woh just like magnet hota hai. ke jahan lohay ka tukra hoga, magnet foran pakar lega.</w:t>
      </w:r>
    </w:p>
    <w:p>
      <w:pPr>
        <w:jc w:val="right"/>
      </w:pPr>
      <w:r>
        <w:t>تیار ذہن۔ تو تیار ذہن جو ہوتا ہے، وہ جسٹ لائک میگنیٹ ہوتا ہے۔ کہ جہاں لوہے کا ٹکڑا ہوگا، میگنیٹ فوراً پکڑ لے گا۔</w:t>
      </w:r>
    </w:p>
    <w:p>
      <w:r>
        <w:rPr>
          <w:b/>
        </w:rPr>
        <w:t xml:space="preserve">[04:41] </w:t>
      </w:r>
      <w:r>
        <w:t>is mein dair nahi karta pakarne mein.</w:t>
      </w:r>
    </w:p>
    <w:p>
      <w:pPr>
        <w:jc w:val="right"/>
      </w:pPr>
      <w:r>
        <w:t>اس میں دیر نہیں کرتا پکڑنے میں۔</w:t>
      </w:r>
    </w:p>
    <w:p>
      <w:r>
        <w:rPr>
          <w:b/>
        </w:rPr>
        <w:t xml:space="preserve">[04:46] </w:t>
      </w:r>
      <w:r>
        <w:t>to is ka matlab kya hai? is mein koi shakk nahi ke Allah ki yaad, Allah ka zikr, Allah ka remembrance, yeh tamam important cheezon se zyada important hai.</w:t>
      </w:r>
    </w:p>
    <w:p>
      <w:pPr>
        <w:jc w:val="right"/>
      </w:pPr>
      <w:r>
        <w:t>تو اس کا مطلب کیا ہے؟ اس میں کوئی شک نہیں کہ اللہ کی یاد، اللہ کا ذکر، اللہ کا ریمبرنس، یہ تمام امپورٹنٹ چیزوں سے زیادہ امپورٹنٹ ہے۔</w:t>
      </w:r>
    </w:p>
    <w:p>
      <w:r>
        <w:rPr>
          <w:b/>
        </w:rPr>
        <w:t xml:space="preserve">[05:06] </w:t>
      </w:r>
      <w:r>
        <w:t>is mein koi shakk nahi. lekin yeh zikr Allah hota kaise? yeh zameen se aasman tak har mauqa par is ke</w:t>
      </w:r>
    </w:p>
    <w:p>
      <w:pPr>
        <w:jc w:val="right"/>
      </w:pPr>
      <w:r>
        <w:t>اس میں کوئی شک نہیں۔ لیکن یہ ذکر اللہ ہوتا کیسے؟ یہ زمین سے آسمان تک ہر موقع پر اس کے</w:t>
      </w:r>
    </w:p>
    <w:p>
      <w:r>
        <w:rPr>
          <w:b/>
        </w:rPr>
        <w:t xml:space="preserve">[05:24] </w:t>
      </w:r>
      <w:r>
        <w:t>is ke liye point of reference maujood hai. to jab aap par woh</w:t>
      </w:r>
    </w:p>
    <w:p>
      <w:pPr>
        <w:jc w:val="right"/>
      </w:pPr>
      <w:r>
        <w:t>اس کے لیے پوائنٹ آف ریفرنس موجود ہے۔ تو جب آپ پر وہ</w:t>
      </w:r>
    </w:p>
    <w:p>
      <w:r>
        <w:rPr>
          <w:b/>
        </w:rPr>
        <w:t xml:space="preserve">[05:32] </w:t>
      </w:r>
      <w:r>
        <w:t>woh experience ho, ya aap par woh tajurba guzre, to aap ka mind jaag uthe.</w:t>
      </w:r>
    </w:p>
    <w:p>
      <w:pPr>
        <w:jc w:val="right"/>
      </w:pPr>
      <w:r>
        <w:t>وہ ایکسپیرینس ہو، یا آپ پر وہ تجربہ گزرے، تو آپ کا مائنڈ جاگ اٹھے۔</w:t>
      </w:r>
    </w:p>
    <w:p>
      <w:r>
        <w:rPr>
          <w:b/>
        </w:rPr>
        <w:t xml:space="preserve">[05:43] </w:t>
      </w:r>
      <w:r>
        <w:t>jaise mein aaj ka apna tajurba batata hoon, aaj ka.</w:t>
      </w:r>
    </w:p>
    <w:p>
      <w:pPr>
        <w:jc w:val="right"/>
      </w:pPr>
      <w:r>
        <w:t>جیسے میں آج کا اپنا تجربہ بتاتا ہوں، آج کا۔</w:t>
      </w:r>
    </w:p>
    <w:p>
      <w:r>
        <w:rPr>
          <w:b/>
        </w:rPr>
        <w:t xml:space="preserve">[05:49] </w:t>
      </w:r>
      <w:r>
        <w:t>aaj mein subah ko jab utha to routine ke mutabiq mujhe mein bohat hi simple qism ka breakfast deta hoon.</w:t>
      </w:r>
    </w:p>
    <w:p>
      <w:pPr>
        <w:jc w:val="right"/>
      </w:pPr>
      <w:r>
        <w:t>آج میں صبح کو جب اٹھا تو روٹین کے مطابق مجھے میں بہت ہی سمپل قسم کا بریک فاسٹ دیتا ہوں۔</w:t>
      </w:r>
    </w:p>
    <w:p>
      <w:r>
        <w:rPr>
          <w:b/>
        </w:rPr>
        <w:t xml:space="preserve">[06:01] </w:t>
      </w:r>
      <w:r>
        <w:t>bohat hi simple. to woh laya gaya.</w:t>
      </w:r>
    </w:p>
    <w:p>
      <w:pPr>
        <w:jc w:val="right"/>
      </w:pPr>
      <w:r>
        <w:t>بہت ہی سمپل۔ تو وہ لایا گیا۔</w:t>
      </w:r>
    </w:p>
    <w:p>
      <w:r>
        <w:rPr>
          <w:b/>
        </w:rPr>
        <w:t xml:space="preserve">[06:09] </w:t>
      </w:r>
      <w:r>
        <w:t>to jab us ko dekha maine to mujhe woh waqia yaad aaya, yaad aaya jo British, ek British pet par guzra tha.</w:t>
      </w:r>
    </w:p>
    <w:p>
      <w:pPr>
        <w:jc w:val="right"/>
      </w:pPr>
      <w:r>
        <w:t>تو جب اس کو دیکھا میں نے تو مجھے وہ واقعہ یاد آیا، یاد آیا جو برٹش، ایک برٹش پیٹ پر گزرا تھا۔</w:t>
      </w:r>
    </w:p>
    <w:p>
      <w:r>
        <w:rPr>
          <w:b/>
        </w:rPr>
        <w:t xml:space="preserve">[06:21] </w:t>
      </w:r>
      <w:r>
        <w:t>ek British pet ke baray mein aata hai</w:t>
      </w:r>
    </w:p>
    <w:p>
      <w:pPr>
        <w:jc w:val="right"/>
      </w:pPr>
      <w:r>
        <w:t>ایک برٹش پیٹ کے بارے میں آتا ہے</w:t>
      </w:r>
    </w:p>
    <w:p>
      <w:r>
        <w:rPr>
          <w:b/>
        </w:rPr>
        <w:t xml:space="preserve">[06:29] </w:t>
      </w:r>
      <w:r>
        <w:t>ke woh khane ki base par tha. woh tha aur aur kuch aur log thay, us ki family ke.</w:t>
      </w:r>
    </w:p>
    <w:p>
      <w:pPr>
        <w:jc w:val="right"/>
      </w:pPr>
      <w:r>
        <w:t>کہ وہ کھانے کی بیس پر تھا۔ وہ تھا اور اور کچھ اور لوگ تھے، اس کی فیملی کے۔</w:t>
      </w:r>
    </w:p>
    <w:p>
      <w:r>
        <w:rPr>
          <w:b/>
        </w:rPr>
        <w:t xml:space="preserve">[06:45] </w:t>
      </w:r>
      <w:r>
        <w:t>to jab khana base par rakha gaya aur us ne us ko dekha to us ke mind mein yeh aaya ke yeh yeh jo member, yeh jo meri family ke member jo mez ke charon taraf baithe hain,</w:t>
      </w:r>
    </w:p>
    <w:p>
      <w:pPr>
        <w:jc w:val="right"/>
      </w:pPr>
      <w:r>
        <w:t>تو جب کھانا بیس پر رکھا گیا اور اس نے اس کو دیکھا تو اس کے مائنڈ میں یہ آیا کہ یہ یہ جو ممبر، یہ جو میری فیملی کے ممبر جو میز کے چاروں طرف بیٹھے ہیں،</w:t>
      </w:r>
    </w:p>
    <w:p>
      <w:r>
        <w:rPr>
          <w:b/>
        </w:rPr>
        <w:t xml:space="preserve">[07:00] </w:t>
      </w:r>
      <w:r>
        <w:t>yeh kya hain? yeh isi khane ka product hai. yeh sab ke sab isi khane ka product hain. unhon ne jo khana khaya tha, wahi khana convert ho kar aurat mard ban gaya.</w:t>
      </w:r>
    </w:p>
    <w:p>
      <w:pPr>
        <w:jc w:val="right"/>
      </w:pPr>
      <w:r>
        <w:t>یہ کیا ہیں؟ یہ اسی کھانے کا پروڈکٹ ہے۔ یہ سب کے سب اسی کھانے کا پروڈکٹ ہیں۔ انہوں نے جو کھانا کھایا تھا، وہی کھانا کنورٹ ہو کر عورت مرد بن گیا۔</w:t>
      </w:r>
    </w:p>
    <w:p>
      <w:r>
        <w:rPr>
          <w:b/>
        </w:rPr>
        <w:t xml:space="preserve">[07:22] </w:t>
      </w:r>
      <w:r>
        <w:t>to us ki mez par ek thi koi mystery, koi bachcha. to us ne ek shair kaha: "It's very hard thing as hard as can be whatever mystery it's translate mystery".</w:t>
      </w:r>
    </w:p>
    <w:p>
      <w:pPr>
        <w:jc w:val="right"/>
      </w:pPr>
      <w:r>
        <w:t>تو اس کی میز پر ایک تھی کوئی مسٹری، کوئی بچہ۔ تو اس نے ایک شعر کہا: "اٹس ویری ہارڈ تھنگ ایز ہارڈ ایز کین بی واٹ ایور مسٹری اٹس ٹرانسلیٹ مسٹری"۔</w:t>
      </w:r>
    </w:p>
    <w:p>
      <w:r>
        <w:rPr>
          <w:b/>
        </w:rPr>
        <w:t xml:space="preserve">[07:44] </w:t>
      </w:r>
      <w:r>
        <w:t>yani yeh bohat hi anokhi baat hai ke mystery its jo khati hai, woh khata, woh kha, woh woh jo khati hai, woh us ke body mein ja kar mystery ki shakal mein convert ho jata hai.</w:t>
      </w:r>
    </w:p>
    <w:p>
      <w:pPr>
        <w:jc w:val="right"/>
      </w:pPr>
      <w:r>
        <w:t>یعنی یہ بہت ہی انوکھی بات ہے کہ مسٹری اٹس جو کھاتی ہے، وہ کھات، وہ کھا، وہ وہ جو کھاتی ہے، وہ اس کے باڈی میں جا کر مسٹری کی شکل میں کنورٹ ہو جاتا ہے۔</w:t>
      </w:r>
    </w:p>
    <w:p>
      <w:r>
        <w:rPr>
          <w:b/>
        </w:rPr>
        <w:t xml:space="preserve">[08:02] </w:t>
      </w:r>
      <w:r>
        <w:t>kyun ke woh mystery jo hai, wahi khane ka to conversion hai.</w:t>
      </w:r>
    </w:p>
    <w:p>
      <w:pPr>
        <w:jc w:val="right"/>
      </w:pPr>
      <w:r>
        <w:t>کیونکہ وہ مسٹری جو ہے، وہی کھانے کا تو کنورژن ہے۔</w:t>
      </w:r>
    </w:p>
    <w:p>
      <w:r>
        <w:rPr>
          <w:b/>
        </w:rPr>
        <w:t xml:space="preserve">[08:08] </w:t>
      </w:r>
      <w:r>
        <w:t>yeh mere mind mein aaya yeh shair. to mein mera mind trigger hua. mujhe ek point of reference mil gaya.</w:t>
      </w:r>
    </w:p>
    <w:p>
      <w:pPr>
        <w:jc w:val="right"/>
      </w:pPr>
      <w:r>
        <w:t>یہ میرے مائنڈ میں آیا یہ شعر۔ تو میں میرا مائنڈ ٹریگر ہوا۔ مجھے ایک پوائنٹ آف ریفرنس مل گیا۔</w:t>
      </w:r>
    </w:p>
    <w:p>
      <w:r>
        <w:rPr>
          <w:b/>
        </w:rPr>
        <w:t xml:space="preserve">[08:19] </w:t>
      </w:r>
      <w:r>
        <w:t>maine socha ke yeh simple baat nahi hai. ek aur baat hai. woh yeh ke jo khana hai, woh to mystery ke ka jo wajood hai, jo mystery jo hai,</w:t>
      </w:r>
    </w:p>
    <w:p>
      <w:pPr>
        <w:jc w:val="right"/>
      </w:pPr>
      <w:r>
        <w:t>میں نے سوچا کہ یہ سمپل بات نہیں ہے۔ ایک اور بات ہے۔ وہ یہ کہ جو کھانا ہے، وہ تو مسٹری کے کا جو وجود ہے، جو مسٹری جو ہے،</w:t>
      </w:r>
    </w:p>
    <w:p>
      <w:r>
        <w:rPr>
          <w:b/>
        </w:rPr>
        <w:t xml:space="preserve">[08:39] </w:t>
      </w:r>
      <w:r>
        <w:t>us ke bahar tayyar hota hai. yani saal mein niklta hai. saal mein. to saal mein anaaj nikla, phal nikla, mukhtalif kuch cheezein nikleen.</w:t>
      </w:r>
    </w:p>
    <w:p>
      <w:pPr>
        <w:jc w:val="right"/>
      </w:pPr>
      <w:r>
        <w:t>اس کے باہر تیار ہوتا ہے۔ یعنی سال میں نکلتا ہے۔ سال میں۔ تو سال میں اناج نکلا، پھل نکلا، مختلف کچھ چیزیں نکلیں۔</w:t>
      </w:r>
    </w:p>
    <w:p>
      <w:r>
        <w:rPr>
          <w:b/>
        </w:rPr>
        <w:t xml:space="preserve">[08:55] </w:t>
      </w:r>
      <w:r>
        <w:t>us ko mystery ne khaya. to mere mind mein yeh yeh sawal aaya ke mystery ke bahar ek cheez hai food aur ek hai mystery.</w:t>
      </w:r>
    </w:p>
    <w:p>
      <w:pPr>
        <w:jc w:val="right"/>
      </w:pPr>
      <w:r>
        <w:t>اس کو مسٹری نے کھایا۔ تو میرے مائنڈ میں یہ یہ سوال آیا کہ مسٹری کے باہر ایک چیز ہے فوڈ اور ایک ہے مسٹری۔</w:t>
      </w:r>
    </w:p>
    <w:p>
      <w:r>
        <w:rPr>
          <w:b/>
        </w:rPr>
        <w:t xml:space="preserve">[09:13] </w:t>
      </w:r>
      <w:r>
        <w:t>to external food mein aur mystery mein itni mutabiqat kyun hai? compatibility kyun hai? maslan ek pathar ka tukra ho bahar, us ko mystery kha le to us mein mutabiqat nahi hai.</w:t>
      </w:r>
    </w:p>
    <w:p>
      <w:pPr>
        <w:jc w:val="right"/>
      </w:pPr>
      <w:r>
        <w:t>تو ایکسٹرنل فوڈ میں اور مسٹری میں اتنی مطابقت کیوں ہے؟ کمپیٹیبلٹی کیوں ہے؟ مثلاً ایک پتھر کا ٹکڑا ہو باہر، اس کو مسٹری کھا لے تو اس میں مطابقت نہیں ہے۔</w:t>
      </w:r>
    </w:p>
    <w:p>
      <w:r>
        <w:rPr>
          <w:b/>
        </w:rPr>
        <w:t xml:space="preserve">[09:31] </w:t>
      </w:r>
      <w:r>
        <w:t>us ke pait mein hazam nahi hoga.</w:t>
      </w:r>
    </w:p>
    <w:p>
      <w:pPr>
        <w:jc w:val="right"/>
      </w:pPr>
      <w:r>
        <w:t>اس کے پیٹ میں ہضم نہیں ہوگا۔</w:t>
      </w:r>
    </w:p>
    <w:p>
      <w:r>
        <w:rPr>
          <w:b/>
        </w:rPr>
        <w:t xml:space="preserve">[09:36] </w:t>
      </w:r>
      <w:r>
        <w:t>to hamare bahar jo food banta hai, chahe woh phal ho ya anaaj ho, jo hum khate hain, koi bhi cheez, to insan mein aur is food mein yeh compatibility tak qabil, qabil mutabiqat kyun hai?</w:t>
      </w:r>
    </w:p>
    <w:p>
      <w:pPr>
        <w:jc w:val="right"/>
      </w:pPr>
      <w:r>
        <w:t>تو ہمارے باہر جو فوڈ بنتا ہے، چاہے وہ پھل ہو یا اناج ہو، جو ہم کھاتے ہیں، کوئی بھی چیز، تو انسان میں اور اس فوڈ میں یہ کمپیٹیبلٹی تک قابل، قابل مطابقت کیوں ہے؟</w:t>
      </w:r>
    </w:p>
    <w:p>
      <w:r>
        <w:rPr>
          <w:b/>
        </w:rPr>
        <w:t xml:space="preserve">[09:59] </w:t>
      </w:r>
      <w:r>
        <w:t>to mere mind ne kaha ke is se yeh prove hota hai ke dono ka khaliq, dono ka creator ek hai.</w:t>
      </w:r>
    </w:p>
    <w:p>
      <w:pPr>
        <w:jc w:val="right"/>
      </w:pPr>
      <w:r>
        <w:t>تو میرے مائنڈ نے کہا کہ اس سے یہ پروف ہوتا ہے کہ دونوں کا خالق، دونوں کا کریٹر ایک ہے۔</w:t>
      </w:r>
    </w:p>
    <w:p>
      <w:r>
        <w:rPr>
          <w:b/>
        </w:rPr>
        <w:t xml:space="preserve">[10:14] </w:t>
      </w:r>
      <w:r>
        <w:t>donon ka maker ek hai. donon ka engineer ek hai. kyunke baghair is ke ke donon ka</w:t>
      </w:r>
    </w:p>
    <w:p>
      <w:pPr>
        <w:jc w:val="right"/>
      </w:pPr>
      <w:r>
        <w:t>دونوں کا میکر ایک ہے۔ دونوں کا انجینئر ایک ہے۔ کیونکہ بغیر اس کے کہ دونوں کا</w:t>
      </w:r>
    </w:p>
    <w:p>
      <w:r>
        <w:rPr>
          <w:b/>
        </w:rPr>
        <w:t xml:space="preserve">[10:26] </w:t>
      </w:r>
      <w:r>
        <w:t>khaliq aap ek ko manen, aap is ki explain nahin kar sakte ke why there is such compatibility between the two</w:t>
      </w:r>
    </w:p>
    <w:p>
      <w:pPr>
        <w:jc w:val="right"/>
      </w:pPr>
      <w:r>
        <w:t>خالق آپ ایک کو مانیں، آپ اس کی ایکسپلین نہیں کر سکتے کہ وائی دیر از سچ کمپیٹیبلٹی بٹوین دا ٹو</w:t>
      </w:r>
    </w:p>
    <w:p>
      <w:r>
        <w:rPr>
          <w:b/>
        </w:rPr>
        <w:t xml:space="preserve">[10:39] </w:t>
      </w:r>
      <w:r>
        <w:t>. ke donon cheezon mein itni zyada, itni zyada compatibility kyun hai?</w:t>
      </w:r>
    </w:p>
    <w:p>
      <w:pPr>
        <w:jc w:val="right"/>
      </w:pPr>
      <w:r>
        <w:t>۔ کہ دونوں چیزوں میں اتنی زیادہ، اتنی زیادہ کمپیٹیبلٹی کیوں ہے؟</w:t>
      </w:r>
    </w:p>
    <w:p>
      <w:r>
        <w:rPr>
          <w:b/>
        </w:rPr>
        <w:t xml:space="preserve">[10:47] </w:t>
      </w:r>
      <w:r>
        <w:t>mutabiqat.</w:t>
      </w:r>
    </w:p>
    <w:p>
      <w:pPr>
        <w:jc w:val="right"/>
      </w:pPr>
      <w:r>
        <w:t>مطابقت۔</w:t>
      </w:r>
    </w:p>
    <w:p>
      <w:r>
        <w:rPr>
          <w:b/>
        </w:rPr>
        <w:t xml:space="preserve">[10:53] </w:t>
      </w:r>
      <w:r>
        <w:t>to kya yeh yeh sirf mystery ki baat nahin hai? yeh existence, existence of God ki baat hai.</w:t>
      </w:r>
    </w:p>
    <w:p>
      <w:pPr>
        <w:jc w:val="right"/>
      </w:pPr>
      <w:r>
        <w:t>تو کیا یہ یہ صرف مسٹری کی بات نہیں ہے؟ یہ ایگزسٹنس، ایگزسٹنس آف گاڈ کی بات ہے۔</w:t>
      </w:r>
    </w:p>
    <w:p>
      <w:r>
        <w:rPr>
          <w:b/>
        </w:rPr>
        <w:t xml:space="preserve">[11:02] </w:t>
      </w:r>
      <w:r>
        <w:t>existence of God ki baat hai. phir dekhen,</w:t>
      </w:r>
    </w:p>
    <w:p>
      <w:pPr>
        <w:jc w:val="right"/>
      </w:pPr>
      <w:r>
        <w:t>ایگزسٹنس آف گاڈ کی بات ہے۔ پھر دیکھیں،</w:t>
      </w:r>
    </w:p>
    <w:p>
      <w:r>
        <w:rPr>
          <w:b/>
        </w:rPr>
        <w:t xml:space="preserve">[11:09] </w:t>
      </w:r>
      <w:r>
        <w:t>yeh is baat ki hamara, hamara jo digestive system hai, kaise aisa bana ke woh food ko digest karta hai, food ko convert karta hai gosht mein,</w:t>
      </w:r>
    </w:p>
    <w:p>
      <w:pPr>
        <w:jc w:val="right"/>
      </w:pPr>
      <w:r>
        <w:t>یہ اس بات کی ہمارا، ہمارا جو ڈائجسٹو سسٹم ہے، کیسے ایسا بنا کہ وہ فوڈ کو ڈائجسٹ کرتا ہے، فوڈ کو کنورٹ کرتا ہے گوشت میں،</w:t>
      </w:r>
    </w:p>
    <w:p>
      <w:r>
        <w:rPr>
          <w:b/>
        </w:rPr>
        <w:t xml:space="preserve">[11:26] </w:t>
      </w:r>
      <w:r>
        <w:t>khoon mein, haddi mein. yani kaise aisa hai ke mere wajood ke bahar ek cheez hai, us ko maine apne wajood ke andar dala to woh convert ho kar ke mera wajood ban gaya.</w:t>
      </w:r>
    </w:p>
    <w:p>
      <w:pPr>
        <w:jc w:val="right"/>
      </w:pPr>
      <w:r>
        <w:t>خون میں، ہڈی میں۔ یعنی کیسے ایسا ہے کہ میرے وجود کے باہر ایک چیز ہے، اس کو میں نے اپنے وجود کے اندر ڈالا تو وہ کنورٹ ہو کر کے میرا وجود بن گیا۔</w:t>
      </w:r>
    </w:p>
    <w:p>
      <w:r>
        <w:rPr>
          <w:b/>
        </w:rPr>
        <w:t xml:space="preserve">[11:46] </w:t>
      </w:r>
      <w:r>
        <w:t>to yeh conversion ka jo system hai, woh kitna anokha ek waqea hai.</w:t>
      </w:r>
    </w:p>
    <w:p>
      <w:pPr>
        <w:jc w:val="right"/>
      </w:pPr>
      <w:r>
        <w:t>تو یہ کنورژن کا جو سسٹم ہے، وہ کتنا انوکھا ایک واقعہ ہے۔</w:t>
      </w:r>
    </w:p>
    <w:p>
      <w:r>
        <w:rPr>
          <w:b/>
        </w:rPr>
        <w:t xml:space="preserve">[11:57] </w:t>
      </w:r>
      <w:r>
        <w:t>to phir is ko aap jitna phailate jayen, sari dunya ke insan aur sari dunya ka woh food, yeh ek hi ki taraf hai.</w:t>
      </w:r>
    </w:p>
    <w:p>
      <w:pPr>
        <w:jc w:val="right"/>
      </w:pPr>
      <w:r>
        <w:t>تو پھر اس کو آپ جتنا پھیلاتے جائیں، ساری دنیا کے انسان اور ساری دنیا کا وہ فوڈ، یہ ایک ہی کی طرف ہے۔</w:t>
      </w:r>
    </w:p>
    <w:p>
      <w:r>
        <w:rPr>
          <w:b/>
        </w:rPr>
        <w:t xml:space="preserve">[12:09] </w:t>
      </w:r>
      <w:r>
        <w:t>sab mein yahi sifat hai, compatibility. to poori kainaat jo hai, aap ko ek anokhi daleel ban jayegi.</w:t>
      </w:r>
    </w:p>
    <w:p>
      <w:pPr>
        <w:jc w:val="right"/>
      </w:pPr>
      <w:r>
        <w:t>سب میں یہی صفت ہے، کمپیٹیبلٹی۔ تو پوری کائنات جو ہے، آپ کو ایک انوکھی دلیل بن جائے گی۔</w:t>
      </w:r>
    </w:p>
    <w:p>
      <w:r>
        <w:rPr>
          <w:b/>
        </w:rPr>
        <w:t xml:space="preserve">[12:28] </w:t>
      </w:r>
      <w:r>
        <w:t>anokhi daleel.</w:t>
      </w:r>
    </w:p>
    <w:p>
      <w:pPr>
        <w:jc w:val="right"/>
      </w:pPr>
      <w:r>
        <w:t>انوکھی دلیل۔</w:t>
      </w:r>
    </w:p>
    <w:p>
      <w:r>
        <w:rPr>
          <w:b/>
        </w:rPr>
        <w:t xml:space="preserve">[12:37] </w:t>
      </w:r>
      <w:r>
        <w:t>is tarah sochte sochte ek aur baat mere mind mein aayi ke Quran mein Surah</w:t>
      </w:r>
    </w:p>
    <w:p>
      <w:pPr>
        <w:jc w:val="right"/>
      </w:pPr>
      <w:r>
        <w:t>اس طرح سوچتے سوچتے ایک اور بات میرے مائنڈ میں آئی کہ قرآن میں سورہ</w:t>
      </w:r>
    </w:p>
    <w:p>
      <w:r>
        <w:rPr>
          <w:b/>
        </w:rPr>
        <w:t xml:space="preserve">[12:47] </w:t>
      </w:r>
      <w:r>
        <w:t>Quraish, is ka naam Quraish hai. Surah Ji mein kaha gaya hai ke Allah ne</w:t>
      </w:r>
    </w:p>
    <w:p>
      <w:pPr>
        <w:jc w:val="right"/>
      </w:pPr>
      <w:r>
        <w:t>قریش، اس کا نام قریش ہے۔ سورہ جی میں کہا گیا ہے کہ اللہ نے</w:t>
      </w:r>
    </w:p>
    <w:p>
      <w:r>
        <w:rPr>
          <w:b/>
        </w:rPr>
        <w:t xml:space="preserve">[12:59] </w:t>
      </w:r>
      <w:r>
        <w:t>aise halaat paida kiye Arab mein, jis ki wajah se Quraish ke log ab logon ki awam, Arab awam ki nazar mein muhtaram ban gaye the,</w:t>
      </w:r>
    </w:p>
    <w:p>
      <w:pPr>
        <w:jc w:val="right"/>
      </w:pPr>
      <w:r>
        <w:t>ایسے حالات پیدا کیے عرب میں، جس کی وجہ سے قریش کے لوگ اب لوگوں کی عوام، عرب عوام کی نظر میں محترم بن گئے تھے،</w:t>
      </w:r>
    </w:p>
    <w:p>
      <w:r>
        <w:rPr>
          <w:b/>
        </w:rPr>
        <w:t xml:space="preserve">[13:13] </w:t>
      </w:r>
      <w:r>
        <w:t>respectable ban gaye. to woh zamana tha, tribal age tha. woh tribal age mein aap jante hain ke kisi ka maal loot lena koi bura nahin samjha jata tha.</w:t>
      </w:r>
    </w:p>
    <w:p>
      <w:pPr>
        <w:jc w:val="right"/>
      </w:pPr>
      <w:r>
        <w:t>ریسپیکٹیبل بن گئے۔ تو وہ زمانہ تھا، ٹرائبل ایج تھا۔ وہ ٹرائبل ایج میں آپ جانتے ہیں کہ کسی کا مال لوٹ لینا کوئی برا نہیں سمجھا جاتا تھا۔</w:t>
      </w:r>
    </w:p>
    <w:p>
      <w:r>
        <w:rPr>
          <w:b/>
        </w:rPr>
        <w:t xml:space="preserve">[13:29] </w:t>
      </w:r>
      <w:r>
        <w:t>to is ki wajah se Quraish ko aman mila hua tha, aman, peace.</w:t>
      </w:r>
    </w:p>
    <w:p>
      <w:pPr>
        <w:jc w:val="right"/>
      </w:pPr>
      <w:r>
        <w:t>تو اس کی وجہ سے قریش کو امن ملا ہوا تھا، امن، پیس۔</w:t>
      </w:r>
    </w:p>
    <w:p>
      <w:r>
        <w:rPr>
          <w:b/>
        </w:rPr>
        <w:t xml:space="preserve">[13:38] </w:t>
      </w:r>
      <w:r>
        <w:t>aur phir peace ki wajah se kaha gaya ke tum ko Khuda ne peace diye to Allah ki ibadat karo, is ka shukr ada karo. to is par sochte sochte ek anokhi baat mere mind mein aayi.</w:t>
      </w:r>
    </w:p>
    <w:p>
      <w:pPr>
        <w:jc w:val="right"/>
      </w:pPr>
      <w:r>
        <w:t>اور پھر پیس کی وجہ سے کہا گیا کہ تم کو خدا نے پیس دیے تو اللہ کی عبادت کرو، اس کا شکر ادا کرو۔ تو اس پر سوچتے سوچتے ایک انوکھی بات میرے مائنڈ میں آئی۔</w:t>
      </w:r>
    </w:p>
    <w:p>
      <w:r>
        <w:rPr>
          <w:b/>
        </w:rPr>
        <w:t xml:space="preserve">[13:54] </w:t>
      </w:r>
      <w:r>
        <w:t>matlab isi ko kehte hain point of reference hona. woh yeh ke ke saatveen sadi isvi mein jo cheez Quraish ko mili thi,</w:t>
      </w:r>
    </w:p>
    <w:p>
      <w:pPr>
        <w:jc w:val="right"/>
      </w:pPr>
      <w:r>
        <w:t>مطلب اسی کو کہتے ہیں پوائنٹ آف ریفرنس ہونا۔ وہ یہ کہ کہ ساتویں صدی عیسوی میں جو چیز قریش کو ملی تھی،</w:t>
      </w:r>
    </w:p>
    <w:p>
      <w:r>
        <w:rPr>
          <w:b/>
        </w:rPr>
        <w:t xml:space="preserve">[14:11] </w:t>
      </w:r>
      <w:r>
        <w:t>ab to yeh universal dharam hai.</w:t>
      </w:r>
    </w:p>
    <w:p>
      <w:pPr>
        <w:jc w:val="right"/>
      </w:pPr>
      <w:r>
        <w:t>اب تو وہ یونیورسل ڈارم ہے۔</w:t>
      </w:r>
    </w:p>
    <w:p>
      <w:r>
        <w:rPr>
          <w:b/>
        </w:rPr>
        <w:t xml:space="preserve">[14:18] </w:t>
      </w:r>
      <w:r>
        <w:t>universal dharam yani عالمی اصول.</w:t>
      </w:r>
    </w:p>
    <w:p>
      <w:pPr>
        <w:jc w:val="right"/>
      </w:pPr>
      <w:r>
        <w:t>یونیورسل ڈارم یعنی عالمی اصول۔</w:t>
      </w:r>
    </w:p>
    <w:p>
      <w:r>
        <w:rPr>
          <w:b/>
        </w:rPr>
        <w:t xml:space="preserve">[14:25] </w:t>
      </w:r>
      <w:r>
        <w:t>aaj jo hai, peace ek universal dharam hai. ab sirf yeh baat nahin hai ke koi Kaba ka mutawalli hai to us ko peace mil jayega.</w:t>
      </w:r>
    </w:p>
    <w:p>
      <w:pPr>
        <w:jc w:val="right"/>
      </w:pPr>
      <w:r>
        <w:t>آج جو ہے، پیس ایک یونیورسل ڈارم ہے۔ اب صرف یہ بات نہیں ہے کہ کوئی کعبہ کا متولی ہے تو اس کو پیس مل جائے گا۔</w:t>
      </w:r>
    </w:p>
    <w:p>
      <w:r>
        <w:rPr>
          <w:b/>
        </w:rPr>
        <w:t xml:space="preserve">[14:36] </w:t>
      </w:r>
      <w:r>
        <w:t>ya koi kisi</w:t>
      </w:r>
    </w:p>
    <w:p>
      <w:pPr>
        <w:jc w:val="right"/>
      </w:pPr>
      <w:r>
        <w:t>یا کوئی کسی</w:t>
      </w:r>
    </w:p>
    <w:p>
      <w:r>
        <w:rPr>
          <w:b/>
        </w:rPr>
        <w:t xml:space="preserve">[14:42] </w:t>
      </w:r>
      <w:r>
        <w:t>kisi ibadat khane ka mutawalli hai to us ko peace mil jayega. ab yeh universal dharam hai, har ek ko mila hua peace.</w:t>
      </w:r>
    </w:p>
    <w:p>
      <w:pPr>
        <w:jc w:val="right"/>
      </w:pPr>
      <w:r>
        <w:t>کسی عبادت خانے کا متولی ہے تو اس کو پیس مل جائے گا۔ اب یہ یونیورسل ڈارم ہے، ہر ایک کو ملا ہوا پیس۔</w:t>
      </w:r>
    </w:p>
    <w:p>
      <w:r>
        <w:rPr>
          <w:b/>
        </w:rPr>
        <w:t xml:space="preserve">[14:54] </w:t>
      </w:r>
      <w:r>
        <w:t>dekhen, agar aaj kisi ko</w:t>
      </w:r>
    </w:p>
    <w:p>
      <w:pPr>
        <w:jc w:val="right"/>
      </w:pPr>
      <w:r>
        <w:t>دیکھیں، اگر آج کسی کو</w:t>
      </w:r>
    </w:p>
    <w:p>
      <w:r>
        <w:rPr>
          <w:b/>
        </w:rPr>
        <w:t xml:space="preserve">[15:01] </w:t>
      </w:r>
      <w:r>
        <w:t>yeh khayal ho ke mujhe to nahi peace mila hai, mujhe to goli mari jati hai, mujhe to mujhe pakra jata hai,</w:t>
      </w:r>
    </w:p>
    <w:p>
      <w:pPr>
        <w:jc w:val="right"/>
      </w:pPr>
      <w:r>
        <w:t>یہ خیال ہو کہ مجھے تو نہیں پیس ملا ہے، مجھے تو گولی ماری جاتی ہے، مجھے تو مجھے پکڑا جاتا ہے،</w:t>
      </w:r>
    </w:p>
    <w:p>
      <w:r>
        <w:rPr>
          <w:b/>
        </w:rPr>
        <w:t xml:space="preserve">[15:09] </w:t>
      </w:r>
      <w:r>
        <w:t>to yeh jo hota hai, woh sirf is liye ke woh universal dharam ke maani hain ke aap ko bhi ek behaviour ka saboot dena hoga.</w:t>
      </w:r>
    </w:p>
    <w:p>
      <w:pPr>
        <w:jc w:val="right"/>
      </w:pPr>
      <w:r>
        <w:t>تو یہ جو ہوتا ہے، وہ صرف اس لیے کہ وہ یونیورسل ڈارم کے معنی ہیں کہ آپ کو بھی ایک بیہیویئر کا ثبوت دینا ہوگا۔</w:t>
      </w:r>
    </w:p>
    <w:p>
      <w:r>
        <w:rPr>
          <w:b/>
        </w:rPr>
        <w:t xml:space="preserve">[15:21] </w:t>
      </w:r>
      <w:r>
        <w:t>universal dharam ko pata hi nahi ke aap logon ko barah kaaten, phir bhi peace.</w:t>
      </w:r>
    </w:p>
    <w:p>
      <w:pPr>
        <w:jc w:val="right"/>
      </w:pPr>
      <w:r>
        <w:t>یونیورسل ڈارم کو پتہ ہی نہیں کہ آپ لوگوں کو بارہ کاٹیں، پھر بھی پیس۔</w:t>
      </w:r>
    </w:p>
    <w:p>
      <w:r>
        <w:rPr>
          <w:b/>
        </w:rPr>
        <w:t xml:space="preserve">[15:28] </w:t>
      </w:r>
      <w:r>
        <w:t>yani aap ko khud peaceful andaaz mein rehna hoga. Phir sari dunya aap ke liye peace hai. Yani universal narostis mein is maani mein hai ke aap jaisa ke ek mashhoor misl hai ke jab tak aap doosre ke nose ko touch na karen,</w:t>
      </w:r>
    </w:p>
    <w:p>
      <w:pPr>
        <w:jc w:val="right"/>
      </w:pPr>
      <w:r>
        <w:t>یعنی آپ کو خود پیس فل انداز میں رہنا ہوگا۔ پھر ساری دنیا آپ کے لیے پیس ہے۔ یعنی یونیورسل ناروسٹس میں اس معنی میں ہے کہ آپ جیسا کہ ایک مشہور مثل ہے کہ جب تک آپ دوسرے کے نوز کو ٹچ نہ کریں،</w:t>
      </w:r>
    </w:p>
    <w:p>
      <w:r>
        <w:rPr>
          <w:b/>
        </w:rPr>
        <w:t xml:space="preserve">[15:54] </w:t>
      </w:r>
      <w:r>
        <w:t>jab aap doosre ke nose touch karen ge to aap justification de dein ge doosre ko. Jaise jo</w:t>
      </w:r>
    </w:p>
    <w:p>
      <w:pPr>
        <w:jc w:val="right"/>
      </w:pPr>
      <w:r>
        <w:t>جب آپ دوسرے کے نوز ٹچ کریں گے تو آپ جسٹیفیکیشن دے دیں گے دوسرے کو۔ جیسے جو</w:t>
      </w:r>
    </w:p>
    <w:p>
      <w:r>
        <w:rPr>
          <w:b/>
        </w:rPr>
        <w:t xml:space="preserve">[16:06] </w:t>
      </w:r>
      <w:r>
        <w:t>jo new new new new newyork ka new newyork ka jo tower tha, New York tower, us ko hawa jahaz takra kar ke tod diya gaya tha.</w:t>
      </w:r>
    </w:p>
    <w:p>
      <w:pPr>
        <w:jc w:val="right"/>
      </w:pPr>
      <w:r>
        <w:t>جو نیو نیو نیو نیو نیویارک کا نیو نیویارک کا جو ٹاور تھا، نیویارک ٹاور، اس کو ہوا جہاز ٹکرا کر کے توڑ دیا گیا تھا۔</w:t>
      </w:r>
    </w:p>
    <w:p>
      <w:r>
        <w:rPr>
          <w:b/>
        </w:rPr>
        <w:t xml:space="preserve">[16:24] </w:t>
      </w:r>
      <w:r>
        <w:t>to is ke baad bohat bara bari jang chiri. America ghussa ho gaya. To aap ne America ke industrial doors ko touch kar diya.</w:t>
      </w:r>
    </w:p>
    <w:p>
      <w:pPr>
        <w:jc w:val="right"/>
      </w:pPr>
      <w:r>
        <w:t>تو اس کے بعد بہت بڑا بڑی جنگ چھڑی۔ امریکہ غصہ ہو گیا۔ تو آپ نے امریکہ کے انڈسٹریل ڈورز کو ٹچ کر دیا۔</w:t>
      </w:r>
    </w:p>
    <w:p>
      <w:r>
        <w:rPr>
          <w:b/>
        </w:rPr>
        <w:t xml:space="preserve">[16:41] </w:t>
      </w:r>
      <w:r>
        <w:t>phir to hona tha woh. Phir to gulf war honi thi.</w:t>
      </w:r>
    </w:p>
    <w:p>
      <w:pPr>
        <w:jc w:val="right"/>
      </w:pPr>
      <w:r>
        <w:t>پھر تو ہونا تھا وہ۔ پھر تو گلف وار ہونی تھی۔</w:t>
      </w:r>
    </w:p>
    <w:p>
      <w:r>
        <w:rPr>
          <w:b/>
        </w:rPr>
        <w:t xml:space="preserve">[16:49] </w:t>
      </w:r>
      <w:r>
        <w:t>aise khud yeh kaha jata hai ke Japan par America ne atom bomb giraya. Wahan bhi wahi qissa tha ke Japan ka bohat bara base tha,</w:t>
      </w:r>
    </w:p>
    <w:p>
      <w:pPr>
        <w:jc w:val="right"/>
      </w:pPr>
      <w:r>
        <w:t>ایسے خود یہ کہا جاتا ہے کہ جاپان پر امریکہ نے ایڈم بم گرایا۔ وہاں بھی وہی قصہ تھا کہ جاپان کا بہت بڑا بیس تھا،</w:t>
      </w:r>
    </w:p>
    <w:p>
      <w:r>
        <w:rPr>
          <w:b/>
        </w:rPr>
        <w:t xml:space="preserve">[17:05] </w:t>
      </w:r>
      <w:r>
        <w:t>naval base. Bohat bara base tha, naval base. Wahan bohat se jahaz hua karte the. To Japan ne wahan par bomb bombardment kiya.</w:t>
      </w:r>
    </w:p>
    <w:p>
      <w:pPr>
        <w:jc w:val="right"/>
      </w:pPr>
      <w:r>
        <w:t>نیول بیس۔ بہت بڑا بیس تھا، نیول بیس۔ وہاں بہت سے جہاز ہوا کرتے تھے۔ تو جاپان نے وہاں پر بم بمبارٹمنٹ کیا۔</w:t>
      </w:r>
    </w:p>
    <w:p>
      <w:r>
        <w:rPr>
          <w:b/>
        </w:rPr>
        <w:t xml:space="preserve">[17:25] </w:t>
      </w:r>
      <w:r>
        <w:t>suicide bombing ka sab se bara waqia yeh hua tha, sab se pehla. To jab Japan ne destroy kar diya America ke naval base ko, to us ko yeh us ko to phir retaliate karna tha.</w:t>
      </w:r>
    </w:p>
    <w:p>
      <w:pPr>
        <w:jc w:val="right"/>
      </w:pPr>
      <w:r>
        <w:t>سوسائیڈ بمبنگ کا سب سے بڑا واقعہ یہ ہوا تھا، سب سے پہلا۔ تو جب جاپان نے ڈسٹائر کر دیا امریکہ کے نیول بیس کو، تو اس کو یہ اس کو تو پھر ریٹیلیٹ کرنا تھا۔</w:t>
      </w:r>
    </w:p>
    <w:p>
      <w:r>
        <w:rPr>
          <w:b/>
        </w:rPr>
        <w:t xml:space="preserve">[17:45] </w:t>
      </w:r>
      <w:r>
        <w:t>to us ne retaliate kiya, to us ne atom bomb gira diya. To agar aap kisi ke nose ko touch na karen, kisi ke industrial doors ko, military doors ko touch na karen, to phir aap ko jo cheez Quraish ko mili thi,</w:t>
      </w:r>
    </w:p>
    <w:p>
      <w:pPr>
        <w:jc w:val="right"/>
      </w:pPr>
      <w:r>
        <w:t>تو اس نے ریٹیلیٹ کیا، تو اس نے ایڈم بم گرا دیا۔ تو اگر آپ کسی کے نوز کو ٹچ نہ کریں، کسی کے انڈسٹریل ڈورز کو، ملٹری ڈورز کو ٹچ نہ کریں، تو پھر آپ کو جو چیز قریش کو ملی تھی،</w:t>
      </w:r>
    </w:p>
    <w:p>
      <w:r>
        <w:rPr>
          <w:b/>
        </w:rPr>
        <w:t xml:space="preserve">[18:04] </w:t>
      </w:r>
      <w:r>
        <w:t>exceptional tor par, woh aap ko</w:t>
      </w:r>
    </w:p>
    <w:p>
      <w:pPr>
        <w:jc w:val="right"/>
      </w:pPr>
      <w:r>
        <w:t>ایکسیپشنل طور پر، وہ آپ کو</w:t>
      </w:r>
    </w:p>
    <w:p>
      <w:r>
        <w:rPr>
          <w:b/>
        </w:rPr>
        <w:t xml:space="preserve">[18:10] </w:t>
      </w:r>
      <w:r>
        <w:t>mil jayegi. Har har jagah, sari dunya mein, sari dunya mein mil jayegi.</w:t>
      </w:r>
    </w:p>
    <w:p>
      <w:pPr>
        <w:jc w:val="right"/>
      </w:pPr>
      <w:r>
        <w:t>مل جائے گی۔ ہر ہر جگہ، ساری دنیا میں، ساری دنیا میں مل جائے گی۔</w:t>
      </w:r>
    </w:p>
    <w:p>
      <w:r>
        <w:rPr>
          <w:b/>
        </w:rPr>
        <w:t xml:space="preserve">[18:20] </w:t>
      </w:r>
      <w:r>
        <w:t>is ka maani kya ho gaya ke aaj ki dunya mein kaam karne ke awqaaf universal level par khule hue hain.</w:t>
      </w:r>
    </w:p>
    <w:p>
      <w:pPr>
        <w:jc w:val="right"/>
      </w:pPr>
      <w:r>
        <w:t>اس کا معنی کیا ہو گیا کہ آج کی دنیا میں کام کرنے کے مواقع یونیورسل لیول پر کھلے ہوئے ہیں۔</w:t>
      </w:r>
    </w:p>
    <w:p>
      <w:r>
        <w:rPr>
          <w:b/>
        </w:rPr>
        <w:t xml:space="preserve">[18:33] </w:t>
      </w:r>
      <w:r>
        <w:t>aap ko dawat ka kaam karna hai, aap ko Quran ko phailana hai,</w:t>
      </w:r>
    </w:p>
    <w:p>
      <w:pPr>
        <w:jc w:val="right"/>
      </w:pPr>
      <w:r>
        <w:t>آپ کو دعوت کا کام کرنا ہے، آپ کو قرآن کو پھیلانا ہے،</w:t>
      </w:r>
    </w:p>
    <w:p>
      <w:r>
        <w:rPr>
          <w:b/>
        </w:rPr>
        <w:t xml:space="preserve">[18:42] </w:t>
      </w:r>
      <w:r>
        <w:t>aap ko koi bhi ba-maqsad kaam karna hai, to aap ko yeh sochne ki zaroorat nahi ke aap par koi attack kar de ga, koi mare ga aap ko.</w:t>
      </w:r>
    </w:p>
    <w:p>
      <w:pPr>
        <w:jc w:val="right"/>
      </w:pPr>
      <w:r>
        <w:t>آپ کو کوئی بھی بامقصد کام کرنا ہے، تو آپ کو یہ سوچنے کی ضرورت نہیں کہ آپ پر کوئی اٹیک کر دے گا، کوئی مارے گا آپ کو۔</w:t>
      </w:r>
    </w:p>
    <w:p>
      <w:r>
        <w:rPr>
          <w:b/>
        </w:rPr>
        <w:t xml:space="preserve">[18:54] </w:t>
      </w:r>
      <w:r>
        <w:t>in advance aap yaqeen kar sakte hain ke aap agar peaceful hain to aap par koi attack karne wala nahi hai.</w:t>
      </w:r>
    </w:p>
    <w:p>
      <w:pPr>
        <w:jc w:val="right"/>
      </w:pPr>
      <w:r>
        <w:t>ان ایڈوانس آپ یقین کر سکتے ہیں کہ آپ اگر پیس فل ہیں تو آپ پر کوئی اٹیک کرنے والا نہیں ہے۔</w:t>
      </w:r>
    </w:p>
    <w:p>
      <w:r>
        <w:rPr>
          <w:b/>
        </w:rPr>
        <w:t xml:space="preserve">[19:04] </w:t>
      </w:r>
      <w:r>
        <w:t>kyun? Peace aaj ek universal dharam bani hui hai.</w:t>
      </w:r>
    </w:p>
    <w:p>
      <w:pPr>
        <w:jc w:val="right"/>
      </w:pPr>
      <w:r>
        <w:t>کیوں؟ پیس آج ایک یونیورسل ڈارم بنی ہوئی ہے۔</w:t>
      </w:r>
    </w:p>
    <w:p>
      <w:r>
        <w:rPr>
          <w:b/>
        </w:rPr>
        <w:t xml:space="preserve">[19:12] </w:t>
      </w:r>
      <w:r>
        <w:t>sari dunya mein is ko accept kiya jata hai ke jab tak aap kisi ke nose touch na karen, to aap par koi kuch karne wala nahi hai.</w:t>
      </w:r>
    </w:p>
    <w:p>
      <w:pPr>
        <w:jc w:val="right"/>
      </w:pPr>
      <w:r>
        <w:t>ساری دنیا میں اس کو ایکسیپٹ کیا جاتا ہے کہ جب تک آپ کسی کے نوز ٹچ نہ کریں، تو آپ پر کوئی کچھ کرنے والا نہیں ہے۔</w:t>
      </w:r>
    </w:p>
    <w:p>
      <w:r>
        <w:rPr>
          <w:b/>
        </w:rPr>
        <w:t xml:space="preserve">[19:25] </w:t>
      </w:r>
      <w:r>
        <w:t>is tarah se dekhen, jab aap ka mind is tarah se prepared ho, to woh bar bar trigger hoga, bar bar us ko point of reference milen ge,</w:t>
      </w:r>
    </w:p>
    <w:p>
      <w:pPr>
        <w:jc w:val="right"/>
      </w:pPr>
      <w:r>
        <w:t>اس طرح سے دیکھیں، جب آپ کا مائنڈ اس طرح سے پریپیرڈ ہو، تو وہ بار بار ٹریگر ہوگا، بار بار اس کو پوائنٹ آف ریفرنس ملیں گے،</w:t>
      </w:r>
    </w:p>
    <w:p>
      <w:r>
        <w:rPr>
          <w:b/>
        </w:rPr>
        <w:t xml:space="preserve">[19:42] </w:t>
      </w:r>
      <w:r>
        <w:t>aur phir us ko har jagah Allah dikhai de ga. Jaise ek shayar ne kaha tha: "Wa fi kulli shain lahu ayatun tadullu 'alal wahid" yani har har cheez mein Khuda ka nishan.</w:t>
      </w:r>
    </w:p>
    <w:p>
      <w:pPr>
        <w:jc w:val="right"/>
      </w:pPr>
      <w:r>
        <w:t>اور پھر اس کو ہر جگہ اللہ دکھائی دے گا۔ جیسے ایک شاعر نے کہا تھا: "وفی کل شین لہو آیت تدل تدل علی الواحد" یعنی ہر ہر چیز میں خدا کا نشان۔</w:t>
      </w:r>
    </w:p>
    <w:p>
      <w:r>
        <w:rPr>
          <w:b/>
        </w:rPr>
        <w:t xml:space="preserve">[20:03] </w:t>
      </w:r>
      <w:r>
        <w:t>to us waqt yeh cheez shayari lagti thi, lekin ab scientific science mein jo discoveries hui hain, us ke baad to waqai har har zara, har electron, har proton mein Khuda ka nishan hai.</w:t>
      </w:r>
    </w:p>
    <w:p>
      <w:pPr>
        <w:jc w:val="right"/>
      </w:pPr>
      <w:r>
        <w:t>تو اس وقت یہ چیز شاعری لگتی تھی، لیکن اب سائنسی سائنس میں جو ڈسکوریز ہوئی ہیں، اس کے بعد تو واقعتا ہر ہر ذرہ، ہر الیکٹران، ہر پروٹان میں خدا کا نشان ہے۔</w:t>
      </w:r>
    </w:p>
    <w:p>
      <w:r>
        <w:rPr>
          <w:b/>
        </w:rPr>
        <w:t xml:space="preserve">[20:25] </w:t>
      </w:r>
      <w:r>
        <w:t>misal ke taur par yeh ke aap ek zara ka mutalia karen, yani ek atom ka study karen, khurdbeen ke zariye,</w:t>
      </w:r>
    </w:p>
    <w:p>
      <w:pPr>
        <w:jc w:val="right"/>
      </w:pPr>
      <w:r>
        <w:t>مثلاً یہ کہ آپ ایک ذرے کا مطالعہ کریں، یعنی ایک ایٹم کا سٹڈی کریں، خردبین کے ذریعے،</w:t>
      </w:r>
    </w:p>
    <w:p>
      <w:r>
        <w:rPr>
          <w:b/>
        </w:rPr>
        <w:t xml:space="preserve">[20:41] </w:t>
      </w:r>
      <w:r>
        <w:t>to aap ko herat angez tor par yeh discovery hogi ke atom ke andar bohat se particle hain aur sab ghoom rahe hain, tezi se daud rahe hain,</w:t>
      </w:r>
    </w:p>
    <w:p>
      <w:pPr>
        <w:jc w:val="right"/>
      </w:pPr>
      <w:r>
        <w:t>تو آپ کو حیرت انگیز طور پر یہ ڈسکوری ہوگی کہ ایٹم کے اندر بہت سے پارٹیکل ہیں اور سب گھوم رہے ہیں، تیزی سے دوڑ رہے ہیں،</w:t>
      </w:r>
    </w:p>
    <w:p>
      <w:r>
        <w:rPr>
          <w:b/>
        </w:rPr>
        <w:t xml:space="preserve">[20:55] </w:t>
      </w:r>
      <w:r>
        <w:t>in mein koi takrao nahi hota, koi takrao nahi. to yeh kaise aisa hai ke is ke andar itne sare particle daud rahe hain aur takrao nahi?</w:t>
      </w:r>
    </w:p>
    <w:p>
      <w:pPr>
        <w:jc w:val="right"/>
      </w:pPr>
      <w:r>
        <w:t>ان میں کوئی ٹکراؤ نہیں ہوتا، کوئی ٹکراؤ نہیں۔ تو یہ کیسے ایسا ہے کہ اس کے اندر اتنے سارے پارٹیکل دوڑ رہے ہیں اور ٹکراؤ نہیں؟</w:t>
      </w:r>
    </w:p>
    <w:p>
      <w:r>
        <w:rPr>
          <w:b/>
        </w:rPr>
        <w:t xml:space="preserve">[21:08] </w:t>
      </w:r>
      <w:r>
        <w:t>phir aap sochen ke ke zarre se le kar galaxy tak, solar system tak, har jagah yeh hai ke har cheez yahan move kar rahi hai, har cheez daud rahi hai,</w:t>
      </w:r>
    </w:p>
    <w:p>
      <w:pPr>
        <w:jc w:val="right"/>
      </w:pPr>
      <w:r>
        <w:t>پھر آپ سوچیں کہ کہ ذرے سے لے کر گیلیکسی تک، سولر سسٹم تک، ہر جگہ یہ ہے کہ ہر چیز یہاں موو کر رہی ہے، ہر چیز دوڑ رہی ہے،</w:t>
      </w:r>
    </w:p>
    <w:p>
      <w:r>
        <w:rPr>
          <w:b/>
        </w:rPr>
        <w:t xml:space="preserve">[21:22] </w:t>
      </w:r>
      <w:r>
        <w:t>sitare bhi, sayare bhi, lekin in mein takrao nahi hota. to yahan tak sochte sochte aap ko yaqeen barh jayega aap ka ke kaise ho sakta hai agar aik aik Khuda maujood do hoga.</w:t>
      </w:r>
    </w:p>
    <w:p>
      <w:pPr>
        <w:jc w:val="right"/>
      </w:pPr>
      <w:r>
        <w:t>ستارے بھی، سیارے بھی، لیکن ان میں ٹکراؤ نہیں ہوتا۔ تو یہاں تک سوچتے سوچتے آپ کو یقین بڑھ جائے گا آپ کا کہ کیسے ہو سکتا ہے اگر ایک ایک خدا موجود دو ہوگا۔</w:t>
      </w:r>
    </w:p>
    <w:p>
      <w:r>
        <w:rPr>
          <w:b/>
        </w:rPr>
        <w:t xml:space="preserve">[21:37] </w:t>
      </w:r>
      <w:r>
        <w:t>to aap ko woh ayat yaad aa jayegi: "Allah la ilaha illa Huwal Haiyul Qayyum" ke woh Haiyul Qayyum hai, zinda Khuda ka tasawwur hai.</w:t>
      </w:r>
    </w:p>
    <w:p>
      <w:pPr>
        <w:jc w:val="right"/>
      </w:pPr>
      <w:r>
        <w:t>تو آپ کو وہ آیت یاد آ جائے گی: "اللہ لا الہ الاھو الحی القیوم" کہ وہ حی القیوم ہے، زندہ خدا کا تصور ہے۔</w:t>
      </w:r>
    </w:p>
    <w:p>
      <w:r>
        <w:rPr>
          <w:b/>
        </w:rPr>
        <w:t xml:space="preserve">[21:54] </w:t>
      </w:r>
      <w:r>
        <w:t>abhi jo log Khuda ko mante hain, bas rasmi maano mein, rasmi Khuda, lekin is tareeqe se jab aap ke andar Allah ki yaad jaagegi to aap ko aise Khuda pe yaqeen ho jayega jo zinda Khuda hai,</w:t>
      </w:r>
    </w:p>
    <w:p>
      <w:pPr>
        <w:jc w:val="right"/>
      </w:pPr>
      <w:r>
        <w:t>ابھی جو لوگ خدا کو مانتے ہیں، بس رسمی معنوں میں، رسمی خدا، لیکن اس طریقے سے جب آپ کے اندر اللہ کی یاد جاگے گی تو آپ کو ایسے خدا پہ یقین ہو جائے گا جو زندہ خدا ہے،</w:t>
      </w:r>
    </w:p>
    <w:p>
      <w:r>
        <w:rPr>
          <w:b/>
        </w:rPr>
        <w:t xml:space="preserve">[22:14] </w:t>
      </w:r>
      <w:r>
        <w:t>jo sara Arab ka controller hai, jo har lamha is universe ko control ki hui hai, har lamha.</w:t>
      </w:r>
    </w:p>
    <w:p>
      <w:pPr>
        <w:jc w:val="right"/>
      </w:pPr>
      <w:r>
        <w:t>جو سارا عرب کا کنٹرولر ہے، جو ہر لمحہ اس یونیورس کو کنٹرول کی ہوئی ہے، ہر لمحہ۔</w:t>
      </w:r>
    </w:p>
    <w:p>
      <w:r>
        <w:rPr>
          <w:b/>
        </w:rPr>
        <w:t xml:space="preserve">[22:29] </w:t>
      </w:r>
      <w:r>
        <w:t>to dekhiye, yeh aap ko</w:t>
      </w:r>
    </w:p>
    <w:p>
      <w:pPr>
        <w:jc w:val="right"/>
      </w:pPr>
      <w:r>
        <w:t>تو دیکھیے، یہ آپ کو</w:t>
      </w:r>
    </w:p>
    <w:p>
      <w:r>
        <w:rPr>
          <w:b/>
        </w:rPr>
        <w:t xml:space="preserve">[22:34] </w:t>
      </w:r>
      <w:r>
        <w:t>yeh apne mind ko develop kar ke aise hi banana hoga, apne mind ko develop kar ke aise hi banana hoga ke har har tajurba, har experience, har occasion aap ke liye aik point of reference ban jaye Khaliq ki yaad ke liye.</w:t>
      </w:r>
    </w:p>
    <w:p>
      <w:pPr>
        <w:jc w:val="right"/>
      </w:pPr>
      <w:r>
        <w:t>یہ اپنے مائنڈ کو ڈیولپ کر کے ایسے ہی بنانا ہوگا، اپنے مائنڈ کو ڈیولپ کر کے ایسے ہی بنانا ہوگا کہ ہر ہر تجربہ، ہر ایکسپیرینس، ہر اوکیژن آپ کے لیے ایک پوائنٹ آف ریفرنس بن جائے خالق کی یاد کے لیے۔</w:t>
      </w:r>
    </w:p>
    <w:p>
      <w:r>
        <w:rPr>
          <w:b/>
        </w:rPr>
        <w:t xml:space="preserve">[22:59] </w:t>
      </w:r>
      <w:r>
        <w:t>isi ka naam hai spiritual development, isi ka naam hai intellectual development, isi ka naam hai conviction, yaqeen.</w:t>
      </w:r>
    </w:p>
    <w:p>
      <w:pPr>
        <w:jc w:val="right"/>
      </w:pPr>
      <w:r>
        <w:t>اسی کا نام ہے اسپیریچول ڈیولپمنٹ، اسی کا نام ہے انٹلیکچول ڈیولپمنٹ، اسی کا نام ہے کنوکشن، یقین۔</w:t>
      </w:r>
    </w:p>
    <w:p>
      <w:r>
        <w:rPr>
          <w:b/>
        </w:rPr>
        <w:t xml:space="preserve">[23:12] </w:t>
      </w:r>
      <w:r>
        <w:t>phir jab yaqeen paida hota hai to isi se dawat paida hoti hai. agar aap ko itna zyada zinda yaqeen paida ho jaye Allah Rabbul Alameen par to kya aap daai nahi ban jayenge?</w:t>
      </w:r>
    </w:p>
    <w:p>
      <w:pPr>
        <w:jc w:val="right"/>
      </w:pPr>
      <w:r>
        <w:t>پھر جب یقین پیدا ہوتا ہے تو اسی سے دعوت پیدا ہوتی ہے۔ اگر آپ کو اتنا زیادہ زندہ یقین پیدا ہو جائے اللہ رب العالمین پر تو کیا آپ داعی نہیں بن جائیں گے؟</w:t>
      </w:r>
    </w:p>
    <w:p>
      <w:r>
        <w:rPr>
          <w:b/>
        </w:rPr>
        <w:t xml:space="preserve">[23:25] </w:t>
      </w:r>
      <w:r>
        <w:t>is ke</w:t>
      </w:r>
    </w:p>
    <w:p>
      <w:pPr>
        <w:jc w:val="right"/>
      </w:pPr>
      <w:r>
        <w:t>اس کے</w:t>
      </w:r>
    </w:p>
    <w:p>
      <w:r>
        <w:rPr>
          <w:b/>
        </w:rPr>
        <w:t xml:space="preserve">[23:29] </w:t>
      </w:r>
      <w:r>
        <w:t>jab aap ko Allah Rabbul Alameen par is qism ka zinda yaqeen paida ho jaye to apne aap hi aap daai ban jayenge.</w:t>
      </w:r>
    </w:p>
    <w:p>
      <w:pPr>
        <w:jc w:val="right"/>
      </w:pPr>
      <w:r>
        <w:t>جب آپ کو اللہ رب العالمین پر اس قسم کا زندہ یقین پیدا ہو جائے تو اپنے آپ ہی آپ داعی بن جائیں گے۔</w:t>
      </w:r>
    </w:p>
    <w:p>
      <w:r>
        <w:rPr>
          <w:b/>
        </w:rPr>
        <w:t xml:space="preserve">[23:39] </w:t>
      </w:r>
      <w:r>
        <w:t>apne aap hi sari duniya aap ko madu ke roop mein dikhai degi. sari duniya aap ko madu ke roop mein dikhai degi</w:t>
      </w:r>
    </w:p>
    <w:p>
      <w:pPr>
        <w:jc w:val="right"/>
      </w:pPr>
      <w:r>
        <w:t>اپنے آپ ہی ساری دنیا آپ کو مدعو کے روپ میں دکھائی دے گی۔ ساری دنیا آپ کو مدعو کے روپ میں دکھائی دے گی</w:t>
      </w:r>
    </w:p>
    <w:p>
      <w:r>
        <w:rPr>
          <w:b/>
        </w:rPr>
        <w:t xml:space="preserve">[23:52] </w:t>
      </w:r>
      <w:r>
        <w:t>ke mujhe in sare insano tak Allah Rabbul Alameen ka paigham pahunchana hai. yeh sab ka mission hai mera.</w:t>
      </w:r>
    </w:p>
    <w:p>
      <w:pPr>
        <w:jc w:val="right"/>
      </w:pPr>
      <w:r>
        <w:t>کہ مجھے ان سارے انسانوں تک اللہ رب العالمین کا پیغام پہنچانا ہے۔ یہ سب کا مشن ہے میرا۔</w:t>
      </w:r>
    </w:p>
    <w:p>
      <w:r>
        <w:rPr>
          <w:b/>
        </w:rPr>
        <w:t xml:space="preserve">[24:09] </w:t>
      </w:r>
      <w:r>
        <w:t>isi ka naam hai zikr Allah. zikr Allah naam ki</w:t>
      </w:r>
    </w:p>
    <w:p>
      <w:pPr>
        <w:jc w:val="right"/>
      </w:pPr>
      <w:r>
        <w:t>اسی کا نام ہے ذکر اللہ۔ ذکر اللہ نام کی</w:t>
      </w:r>
    </w:p>
    <w:p>
      <w:r>
        <w:rPr>
          <w:b/>
        </w:rPr>
        <w:t xml:space="preserve">[24:18] </w:t>
      </w:r>
      <w:r>
        <w:t>ki takrar ka naam nahi hai,</w:t>
      </w:r>
    </w:p>
    <w:p>
      <w:pPr>
        <w:jc w:val="right"/>
      </w:pPr>
      <w:r>
        <w:t>کی تکرار کا نام نہیں ہے،</w:t>
      </w:r>
    </w:p>
    <w:p>
      <w:r>
        <w:rPr>
          <w:b/>
        </w:rPr>
        <w:t xml:space="preserve">[24:23] </w:t>
      </w:r>
      <w:r>
        <w:t>balkeh aik cheez, aik aik aik zindagi ka naam hai, aik zinda halat ka naam hai.</w:t>
      </w:r>
    </w:p>
    <w:p>
      <w:pPr>
        <w:jc w:val="right"/>
      </w:pPr>
      <w:r>
        <w:t>بلکہ ایک چیز، ایک ایک ایک زندگی کا نام ہے، ایک زندہ حالت کا نام ہے۔</w:t>
      </w:r>
    </w:p>
    <w:p>
      <w:r>
        <w:rPr>
          <w:b/>
        </w:rPr>
        <w:t xml:space="preserve">[24:36] </w:t>
      </w:r>
      <w:r>
        <w:t>to aap ko apna mind ko isi andaaz par zinda karna hai. jab mind aap ka is tarah zinda hoga,</w:t>
      </w:r>
    </w:p>
    <w:p>
      <w:pPr>
        <w:jc w:val="right"/>
      </w:pPr>
      <w:r>
        <w:t>تو آپ کو اپنا مائنڈ کو اسی انداز پر زندہ کرنا ہے۔ جب مائنڈ آپ کا اس طرح زندہ ہوگا،</w:t>
      </w:r>
    </w:p>
    <w:p>
      <w:r>
        <w:rPr>
          <w:b/>
        </w:rPr>
        <w:t xml:space="preserve">[24:49] </w:t>
      </w:r>
      <w:r>
        <w:t>tabhi aap sachche daai banenge, sachche ibadat guzar banenge, sachche momin banenge.</w:t>
      </w:r>
    </w:p>
    <w:p>
      <w:pPr>
        <w:jc w:val="right"/>
      </w:pPr>
      <w:r>
        <w:t>تبھی آپ سچے داعی بنیں گے، سچے عبادت گزار بنیں گے، سچے مومن بنیں گے۔</w:t>
      </w:r>
    </w:p>
    <w:p>
      <w:r>
        <w:rPr>
          <w:b/>
        </w:rPr>
        <w:t xml:space="preserve">[25:01] </w:t>
      </w:r>
      <w:r>
        <w:t>har cheez isi se paida hogi.</w:t>
      </w:r>
    </w:p>
    <w:p>
      <w:pPr>
        <w:jc w:val="right"/>
      </w:pPr>
      <w:r>
        <w:t>ہر چیز اسی سے پیدا ہوگی۔</w:t>
      </w:r>
    </w:p>
    <w:p>
      <w:r>
        <w:rPr>
          <w:b/>
        </w:rPr>
        <w:t xml:space="preserve">[25:06] </w:t>
      </w:r>
      <w:r>
        <w:t>dekhen, deen ka maamla yeh hai ke woh aik darakht ki maanind hai. is ki misaal di gayi Quran mein ke iman aik aik poda hai.</w:t>
      </w:r>
    </w:p>
    <w:p>
      <w:pPr>
        <w:jc w:val="right"/>
      </w:pPr>
      <w:r>
        <w:t>دیکھیں، دین کا معاملہ یہ ہے کہ وہ ایک درخت کی مانند ہے۔ اس کی مثال دی گئی قرآن میں کہ ایمان ایک ایک پودا ہے۔</w:t>
      </w:r>
    </w:p>
    <w:p>
      <w:r>
        <w:rPr>
          <w:b/>
        </w:rPr>
        <w:t xml:space="preserve">[25:22] </w:t>
      </w:r>
      <w:r>
        <w:t>duniya mein beshumar cheezein hain, lekin yeh jo jis ko hum poda kehte hain, plant, is mein aik anokhi sifat hai ke aik plant agar zameen mein gaad dein to barhega, grow karega, grow karega, grow karega, yahan tak ke poora peed ban jayega.</w:t>
      </w:r>
    </w:p>
    <w:p>
      <w:pPr>
        <w:jc w:val="right"/>
      </w:pPr>
      <w:r>
        <w:t>دنیا میں بے شمار چیزیں ہیں، لیکن یہ جو جس کو ہم پودا کہتے ہیں، پلانٹ، اس میں ایک انوکھی صفت ہے کہ ایک پلانٹ اگر زمین میں گاڑ دیں تو بڑھے گا، گرو کرے گا، گرو کرے گا، گرو کرے گا، یہاں تک کہ پورا پیڑ بن جائے گا۔</w:t>
      </w:r>
    </w:p>
    <w:p>
      <w:r>
        <w:rPr>
          <w:b/>
        </w:rPr>
        <w:t xml:space="preserve">[25:42] </w:t>
      </w:r>
      <w:r>
        <w:t>to yeh sifat grow karne ki sifat sirf darakht mein hoti hai, pathar mein nahi, lohe mein nahi, gold mein aur silver mein nahi.</w:t>
      </w:r>
    </w:p>
    <w:p>
      <w:pPr>
        <w:jc w:val="right"/>
      </w:pPr>
      <w:r>
        <w:t>تو یہ صفت گرو کرنے کی صفت صرف درخت میں ہوتی ہے، پتھر میں نہیں، لوہے میں نہیں، گولڈ میں اور سلور میں نہیں۔</w:t>
      </w:r>
    </w:p>
    <w:p>
      <w:r>
        <w:rPr>
          <w:b/>
        </w:rPr>
        <w:t xml:space="preserve">[25:56] </w:t>
      </w:r>
      <w:r>
        <w:t>to yeh sifat insan mein hai aur yahi sifat darakht mein hai, peed mein. is aitbaar se peed ka maamla aur insan ka maamla bohat zyada similar hai ke aik peed jo hai,</w:t>
      </w:r>
    </w:p>
    <w:p>
      <w:pPr>
        <w:jc w:val="right"/>
      </w:pPr>
      <w:r>
        <w:t>تو یہ صفت انسان میں ہے اور یہی صفت درخت میں ہے، پیڑ میں۔ اس اعتبار سے پیڑ کا معاملہ اور انسان کا معاملہ بہت زیادہ سمیلر ہے کہ ایک پیڑ جو ہے،</w:t>
      </w:r>
    </w:p>
    <w:p>
      <w:r>
        <w:rPr>
          <w:b/>
        </w:rPr>
        <w:t xml:space="preserve">[26:13] </w:t>
      </w:r>
      <w:r>
        <w:t>aik seed, aik plant se barh kar poora poora peR ban jata hai. aisay hi insan barh kar, barh kar, barh kar ke poora poora insan ban jata hai.</w:t>
      </w:r>
    </w:p>
    <w:p>
      <w:pPr>
        <w:jc w:val="right"/>
      </w:pPr>
      <w:r>
        <w:t>ایک سیڈ، ایک پلانٹ سے بڑھ کر پورا پورا پیڑ بن جاتا ہے۔ ایسے ہی انسان بڑھ کر، بڑھ کر، بڑھ کر کے پورا پورا انسان بن جاتا ہے۔</w:t>
      </w:r>
    </w:p>
    <w:p>
      <w:r>
        <w:rPr>
          <w:b/>
        </w:rPr>
        <w:t xml:space="preserve">[26:30] </w:t>
      </w:r>
      <w:r>
        <w:t>isi tarah muamla khud iman ka hai ke iman shuru hota hai</w:t>
      </w:r>
    </w:p>
    <w:p>
      <w:pPr>
        <w:jc w:val="right"/>
      </w:pPr>
      <w:r>
        <w:t>اسی طرح معاملہ خود ایمان کا ہے کہ ایمان شروع ہوتا ہے</w:t>
      </w:r>
    </w:p>
    <w:p>
      <w:r>
        <w:rPr>
          <w:b/>
        </w:rPr>
        <w:t xml:space="preserve">[26:39] </w:t>
      </w:r>
      <w:r>
        <w:t>Allah rab ul alameen ki daryaft se. phir yeh daraz barhti hai, yeh barhte barhte aap ko aala insan bana deti hai, yahan tak ke aap ko jannat mein pohncha deti hai.</w:t>
      </w:r>
    </w:p>
    <w:p>
      <w:pPr>
        <w:jc w:val="right"/>
      </w:pPr>
      <w:r>
        <w:t>اللہ رب العالمین کی دریافت سے۔ پھر یہ دراز بڑھتی ہے، یہ بڑھتے بڑھتے آپ کو اعلیٰ انسان بنا دیتی ہے، یہاں تک کہ آپ کو جنت میں پہنچا دیتی ہے۔</w:t>
      </w:r>
    </w:p>
    <w:p>
      <w:r>
        <w:rPr>
          <w:b/>
        </w:rPr>
        <w:t xml:space="preserve">[26:53] </w:t>
      </w:r>
      <w:r>
        <w:t>jannat</w:t>
      </w:r>
    </w:p>
    <w:p>
      <w:pPr>
        <w:jc w:val="right"/>
      </w:pPr>
      <w:r>
        <w:t>جنت</w:t>
      </w:r>
    </w:p>
    <w:p>
      <w:r>
        <w:rPr>
          <w:b/>
        </w:rPr>
        <w:t xml:space="preserve">[26:58] </w:t>
      </w:r>
      <w:r>
        <w:t>! to yeh chand baatein theen. aaj mein dua karta hoon ke aap mein se har shakhs is ko pakre aur is ke mutabiq apne andar personality development, personality development kare,</w:t>
      </w:r>
    </w:p>
    <w:p>
      <w:pPr>
        <w:jc w:val="right"/>
      </w:pPr>
      <w:r>
        <w:t>! تو یہ چند باتیں تھیں۔ آج میں دعا کرتا ہوں کہ آپ میں سے ہر شخص اس کو پکڑے اور اس کے مطابق اپنے اندر پرسنیلٹی ڈیولپمنٹ، پرسنیلٹی ڈیولپمنٹ کرے،</w:t>
      </w:r>
    </w:p>
    <w:p>
      <w:r>
        <w:rPr>
          <w:b/>
        </w:rPr>
        <w:t xml:space="preserve">[27:16] </w:t>
      </w:r>
      <w:r>
        <w:t>spiritual development kare taake is ke andar woh zindagi, woh zindagi paida ho jis ko kehte hain muttaqi,</w:t>
      </w:r>
    </w:p>
    <w:p>
      <w:pPr>
        <w:jc w:val="right"/>
      </w:pPr>
      <w:r>
        <w:t>اسپیریچول ڈیولپمنٹ کرے تاکہ اس کے اندر وہ زندگی، وہ زندگی پیدا ہو جس کو کہتے ہیں متقی،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