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How to Find Truth | August 8, 2007</w:t>
      </w:r>
    </w:p>
    <w:p>
      <w:r>
        <w:t>https://www.youtube.com/watch?v=YaxWNPN2K5A</w:t>
      </w:r>
    </w:p>
    <w:p>
      <w:r>
        <w:rPr>
          <w:b/>
        </w:rPr>
        <w:t xml:space="preserve">[00:09] </w:t>
      </w:r>
      <w:r>
        <w:t>Wasallallahu ala nabiyil karim, rabishrah li sadri, wayassir li amri, wahalul uqdatan min lisani yafqahu qawli.</w:t>
      </w:r>
    </w:p>
    <w:p>
      <w:pPr>
        <w:jc w:val="right"/>
      </w:pPr>
      <w:r>
        <w:t>وصلی اللہ علی النبی الکریم، رب اشرح لی صدری، ویسر لی امری، واحل العقدۃ من لسانی یفقہ قولی.</w:t>
      </w:r>
    </w:p>
    <w:p>
      <w:r>
        <w:rPr>
          <w:b/>
        </w:rPr>
        <w:t xml:space="preserve">[00:25] </w:t>
      </w:r>
      <w:r>
        <w:t>The topic for this day is how to find</w:t>
      </w:r>
    </w:p>
    <w:p>
      <w:pPr>
        <w:jc w:val="right"/>
      </w:pPr>
      <w:r>
        <w:t>دا ٹاپک فار دس ڈے از ہاؤ ٹو فائنڈ</w:t>
      </w:r>
    </w:p>
    <w:p>
      <w:r>
        <w:rPr>
          <w:b/>
        </w:rPr>
        <w:t xml:space="preserve">[00:40] </w:t>
      </w:r>
      <w:r>
        <w:t>Truth, how to find truth.</w:t>
      </w:r>
    </w:p>
    <w:p>
      <w:pPr>
        <w:jc w:val="right"/>
      </w:pPr>
      <w:r>
        <w:t>ٹروتھ، ہاؤ ٹو فائنڈ ٹروتھ.</w:t>
      </w:r>
    </w:p>
    <w:p>
      <w:r>
        <w:rPr>
          <w:b/>
        </w:rPr>
        <w:t xml:space="preserve">[00:50] </w:t>
      </w:r>
      <w:r>
        <w:t>You know, truth is a concern of every human being, man and woman both.</w:t>
      </w:r>
    </w:p>
    <w:p>
      <w:pPr>
        <w:jc w:val="right"/>
      </w:pPr>
      <w:r>
        <w:t>یو نو، ٹروتھ از ا کنسرن اف ایوری ہیومن بینگ، مین اینڈ وومن بوتھ.</w:t>
      </w:r>
    </w:p>
    <w:p>
      <w:r>
        <w:rPr>
          <w:b/>
        </w:rPr>
        <w:t xml:space="preserve">[01:00] </w:t>
      </w:r>
      <w:r>
        <w:t>Everyone wants to know who am I, what is the purpose of my</w:t>
      </w:r>
    </w:p>
    <w:p>
      <w:pPr>
        <w:jc w:val="right"/>
      </w:pPr>
      <w:r>
        <w:t>ایوری ون وانٹس ٹو نو ہو ایم ائی، واٹ از دا پرپس اف م</w:t>
      </w:r>
    </w:p>
    <w:p>
      <w:r>
        <w:rPr>
          <w:b/>
        </w:rPr>
        <w:t xml:space="preserve">[01:10] </w:t>
      </w:r>
      <w:r>
        <w:t>my life, what is death, what is pre death period, and what is after death period. all these questions relate to the truth, so everyone wants to know what is truth, what is the meaning of my life, wa</w:t>
      </w:r>
    </w:p>
    <w:p>
      <w:pPr>
        <w:jc w:val="right"/>
      </w:pPr>
      <w:r>
        <w:t>ائی لائف، واٹ از ڈیتھ، واٹ از پری ڈیتھ پیریڈ، اینڈ واٹ از افٹر ڈیتھ پیریڈ. ال دیز کوئسچنز ریلیٹ ٹو دا ٹروتھ، سو ایوری ون وانٹس ٹو نو واٹ از ٹروتھ، واٹ از دا میننگ اف مائی لائف، وا</w:t>
      </w:r>
    </w:p>
    <w:p>
      <w:r>
        <w:rPr>
          <w:b/>
        </w:rPr>
        <w:t xml:space="preserve">[01:40] </w:t>
      </w:r>
      <w:r>
        <w:t>What is the meaning of this world.</w:t>
      </w:r>
    </w:p>
    <w:p>
      <w:pPr>
        <w:jc w:val="right"/>
      </w:pPr>
      <w:r>
        <w:t>ٹ از دا میننگ اف دس ورلڈ.</w:t>
      </w:r>
    </w:p>
    <w:p>
      <w:r>
        <w:rPr>
          <w:b/>
        </w:rPr>
        <w:t xml:space="preserve">[01:51] </w:t>
      </w:r>
      <w:r>
        <w:t>So everyone wants to find an explanation of all these questions, and it is this that is called truth.</w:t>
      </w:r>
    </w:p>
    <w:p>
      <w:pPr>
        <w:jc w:val="right"/>
      </w:pPr>
      <w:r>
        <w:t>سو ایوری ون وانٹس ٹو فائنڈ این ایکسپلینیشن اف ال دیز کوئسچنز، اینڈ اٹ از دس دیٹ از کالڈ ٹروتھ.</w:t>
      </w:r>
    </w:p>
    <w:p>
      <w:r>
        <w:rPr>
          <w:b/>
        </w:rPr>
        <w:t xml:space="preserve">[02:02] </w:t>
      </w:r>
      <w:r>
        <w:t>So it is a very important question for every human being. Now,</w:t>
      </w:r>
    </w:p>
    <w:p>
      <w:pPr>
        <w:jc w:val="right"/>
      </w:pPr>
      <w:r>
        <w:t>سو اٹ از ا ویری امپورٹنٹ کوئسچن فار ایوری ہیومن بینگ. ناؤ،</w:t>
      </w:r>
    </w:p>
    <w:p>
      <w:r>
        <w:rPr>
          <w:b/>
        </w:rPr>
        <w:t xml:space="preserve">[02:13] </w:t>
      </w:r>
      <w:r>
        <w:t>why this question? it is, I think that, seeking spirit is a, seeking spirit is the result of this</w:t>
      </w:r>
    </w:p>
    <w:p>
      <w:pPr>
        <w:jc w:val="right"/>
      </w:pPr>
      <w:r>
        <w:t>وائی دس کوئسچن؟ اٹ از، ائی تھنک دیٹ، سیکنگ اسپرٹ از ا، سیکنگ اسپرٹ از دا رزلٹ اف دس</w:t>
      </w:r>
    </w:p>
    <w:p>
      <w:r>
        <w:rPr>
          <w:b/>
        </w:rPr>
        <w:t xml:space="preserve">[02:45] </w:t>
      </w:r>
      <w:r>
        <w:t>pursuit.</w:t>
      </w:r>
    </w:p>
    <w:p>
      <w:pPr>
        <w:jc w:val="right"/>
      </w:pPr>
      <w:r>
        <w:t>پرسوٹ۔</w:t>
      </w:r>
    </w:p>
    <w:p>
      <w:r>
        <w:rPr>
          <w:b/>
        </w:rPr>
        <w:t xml:space="preserve">[02:52] </w:t>
      </w:r>
      <w:r>
        <w:t>Pursuit of truth is a result of one's seeking spirit.</w:t>
      </w:r>
    </w:p>
    <w:p>
      <w:pPr>
        <w:jc w:val="right"/>
      </w:pPr>
      <w:r>
        <w:t>پرسوٹ اف ٹروتھ از ا رزلٹ اف ون سیکنگ اسپرٹ۔</w:t>
      </w:r>
    </w:p>
    <w:p>
      <w:r>
        <w:rPr>
          <w:b/>
        </w:rPr>
        <w:t xml:space="preserve">[03:00] </w:t>
      </w:r>
      <w:r>
        <w:t>Man is a seeking animal.</w:t>
      </w:r>
    </w:p>
    <w:p>
      <w:pPr>
        <w:jc w:val="right"/>
      </w:pPr>
      <w:r>
        <w:t>مین از ا سیکنگ اینیمل۔</w:t>
      </w:r>
    </w:p>
    <w:p>
      <w:r>
        <w:rPr>
          <w:b/>
        </w:rPr>
        <w:t xml:space="preserve">[03:07] </w:t>
      </w:r>
      <w:r>
        <w:t>Now, what is seeking? Seeking is intellectual discontentment.</w:t>
      </w:r>
    </w:p>
    <w:p>
      <w:pPr>
        <w:jc w:val="right"/>
      </w:pPr>
      <w:r>
        <w:t>ناؤ، واٹ از سیکنگ؟ سیکنگ از انٹلیکچول ڈسکنٹینٹمنٹ</w:t>
      </w:r>
    </w:p>
    <w:p>
      <w:r>
        <w:rPr>
          <w:b/>
        </w:rPr>
        <w:t xml:space="preserve">[03:15] </w:t>
      </w:r>
      <w:r>
        <w:t>.</w:t>
      </w:r>
    </w:p>
    <w:p>
      <w:pPr>
        <w:jc w:val="right"/>
      </w:pPr>
      <w:r>
        <w:t>۔</w:t>
      </w:r>
    </w:p>
    <w:p>
      <w:r>
        <w:rPr>
          <w:b/>
        </w:rPr>
        <w:t xml:space="preserve">[03:25] </w:t>
      </w:r>
      <w:r>
        <w:t>It is intellectual discontentment that is called seeking spirit.</w:t>
      </w:r>
    </w:p>
    <w:p>
      <w:pPr>
        <w:jc w:val="right"/>
      </w:pPr>
      <w:r>
        <w:t>اٹ از انٹلیکچول ڈسکنٹینٹمنٹ دیٹ از کالڈ سیکنگ اسپرٹ۔</w:t>
      </w:r>
    </w:p>
    <w:p>
      <w:r>
        <w:rPr>
          <w:b/>
        </w:rPr>
        <w:t xml:space="preserve">[03:35] </w:t>
      </w:r>
      <w:r>
        <w:t>Now, if you go through this problem, you will find that, that man is a,</w:t>
      </w:r>
    </w:p>
    <w:p>
      <w:pPr>
        <w:jc w:val="right"/>
      </w:pPr>
      <w:r>
        <w:t>ناؤ، اف یو گو تھرو دس پرابلم، یو ویل فائن دیٹ، دیٹ مین از ا،</w:t>
      </w:r>
    </w:p>
    <w:p>
      <w:r>
        <w:rPr>
          <w:b/>
        </w:rPr>
        <w:t xml:space="preserve">[03:45] </w:t>
      </w:r>
      <w:r>
        <w:t>man is a perfectionist by birth. man is an idealist by perfectionist by birth. but when man wants to live in this world, he finds that everything in this world is imperfect, less than ideal. for e</w:t>
      </w:r>
    </w:p>
    <w:p>
      <w:pPr>
        <w:jc w:val="right"/>
      </w:pPr>
      <w:r>
        <w:t>مین از ا پرفیکشنسٹ بائی برتھ۔ مین از این ائیڈیلسٹ بائی پرفیکشنسٹ بائی برتھ۔ بٹ وین مین وانٹ ٹو لیو ان دس ورلڈ، ہی فائنڈ دیٹ ایوری تھنگ ان دس ورلڈ از امپرفیکٹ، لیس دین ائیڈیل۔ فار ای</w:t>
      </w:r>
    </w:p>
    <w:p>
      <w:r>
        <w:rPr>
          <w:b/>
        </w:rPr>
        <w:t xml:space="preserve">[04:15] </w:t>
      </w:r>
      <w:r>
        <w:t>Example, everyone wants justice.</w:t>
      </w:r>
    </w:p>
    <w:p>
      <w:pPr>
        <w:jc w:val="right"/>
      </w:pPr>
      <w:r>
        <w:t>گزیمپل، ایوری ون وانٹس جسٹس۔</w:t>
      </w:r>
    </w:p>
    <w:p>
      <w:r>
        <w:rPr>
          <w:b/>
        </w:rPr>
        <w:t xml:space="preserve">[04:23] </w:t>
      </w:r>
      <w:r>
        <w:t>Justice is a part of the nature.</w:t>
      </w:r>
    </w:p>
    <w:p>
      <w:pPr>
        <w:jc w:val="right"/>
      </w:pPr>
      <w:r>
        <w:t>جسٹس از ا پارٹ اف دا نیچر۔</w:t>
      </w:r>
    </w:p>
    <w:p>
      <w:r>
        <w:rPr>
          <w:b/>
        </w:rPr>
        <w:t xml:space="preserve">[04:31] </w:t>
      </w:r>
      <w:r>
        <w:t>Everyone wants that wicked must be punished, and nice people must be rewarded.</w:t>
      </w:r>
    </w:p>
    <w:p>
      <w:pPr>
        <w:jc w:val="right"/>
      </w:pPr>
      <w:r>
        <w:t>ایوری ون وانٹس دیٹ وکٹ مسٹ بی پنشڈ، اینڈ نائس پیپل مسٹ بی ریوارڈڈ۔</w:t>
      </w:r>
    </w:p>
    <w:p>
      <w:r>
        <w:rPr>
          <w:b/>
        </w:rPr>
        <w:t xml:space="preserve">[04:38] </w:t>
      </w:r>
      <w:r>
        <w:t>This is justice. But</w:t>
      </w:r>
    </w:p>
    <w:p>
      <w:pPr>
        <w:jc w:val="right"/>
      </w:pPr>
      <w:r>
        <w:t>دس از جسٹس۔ بٹ</w:t>
      </w:r>
    </w:p>
    <w:p>
      <w:r>
        <w:rPr>
          <w:b/>
        </w:rPr>
        <w:t xml:space="preserve">[04:46] </w:t>
      </w:r>
      <w:r>
        <w:t>There is no justice in our world, so this creates discontentment.</w:t>
      </w:r>
    </w:p>
    <w:p>
      <w:pPr>
        <w:jc w:val="right"/>
      </w:pPr>
      <w:r>
        <w:t>دیر از نو جسٹس ان اور ورلڈ، سو دس کریٹس ڈسکنٹینٹمنٹ۔</w:t>
      </w:r>
    </w:p>
    <w:p>
      <w:r>
        <w:rPr>
          <w:b/>
        </w:rPr>
        <w:t xml:space="preserve">[05:01] </w:t>
      </w:r>
      <w:r>
        <w:t>We as a human being want justice, but the world we live in is unjust world, is an unjust world. Then</w:t>
      </w:r>
    </w:p>
    <w:p>
      <w:pPr>
        <w:jc w:val="right"/>
      </w:pPr>
      <w:r>
        <w:t>وی ایز ا ہیومن بینگ وانٹ جسٹس، بٹ دا ورلڈ وی لیو ان از انجسٹ ورلڈ، از این انجسٹر ورلڈ۔ دین</w:t>
      </w:r>
    </w:p>
    <w:p>
      <w:r>
        <w:rPr>
          <w:b/>
        </w:rPr>
        <w:t xml:space="preserve">[05:17] </w:t>
      </w:r>
      <w:r>
        <w:t>Every human being is born with desires, numerous desires.</w:t>
      </w:r>
    </w:p>
    <w:p>
      <w:pPr>
        <w:jc w:val="right"/>
      </w:pPr>
      <w:r>
        <w:t>ایوری ہیومن بینگ از بورن ود ڈیزائرز، نیومرس ڈیزائرز۔</w:t>
      </w:r>
    </w:p>
    <w:p>
      <w:r>
        <w:rPr>
          <w:b/>
        </w:rPr>
        <w:t xml:space="preserve">[05:24] </w:t>
      </w:r>
      <w:r>
        <w:t>We are born with numerous desires.</w:t>
      </w:r>
    </w:p>
    <w:p>
      <w:pPr>
        <w:jc w:val="right"/>
      </w:pPr>
      <w:r>
        <w:t>وی ار بورن ود نیومرس ڈیزائرز۔</w:t>
      </w:r>
    </w:p>
    <w:p>
      <w:r>
        <w:rPr>
          <w:b/>
        </w:rPr>
        <w:t xml:space="preserve">[05:32] </w:t>
      </w:r>
      <w:r>
        <w:t>We want happiness, we want joy, joyful life.</w:t>
      </w:r>
    </w:p>
    <w:p>
      <w:pPr>
        <w:jc w:val="right"/>
      </w:pPr>
      <w:r>
        <w:t>وی وانٹ ہیپینس، وی وانٹ جوائے، جوائے فل لائف۔</w:t>
      </w:r>
    </w:p>
    <w:p>
      <w:r>
        <w:rPr>
          <w:b/>
        </w:rPr>
        <w:t xml:space="preserve">[05:40] </w:t>
      </w:r>
      <w:r>
        <w:t>We want a life where there is no boredom</w:t>
      </w:r>
    </w:p>
    <w:p>
      <w:pPr>
        <w:jc w:val="right"/>
      </w:pPr>
      <w:r>
        <w:t>وی وانٹ ا لائف ویر دیر از نو بورڈم</w:t>
      </w:r>
    </w:p>
    <w:p>
      <w:r>
        <w:rPr>
          <w:b/>
        </w:rPr>
        <w:t xml:space="preserve">[05:48] </w:t>
      </w:r>
      <w:r>
        <w:t>, a life where there is, a life where.</w:t>
      </w:r>
    </w:p>
    <w:p>
      <w:pPr>
        <w:jc w:val="right"/>
      </w:pPr>
      <w:r>
        <w:t>، ا لائف ویر دیر از، ا لائف ویر۔</w:t>
      </w:r>
    </w:p>
    <w:p>
      <w:r>
        <w:rPr>
          <w:b/>
        </w:rPr>
        <w:t xml:space="preserve">[05:56] </w:t>
      </w:r>
      <w:r>
        <w:t>We want a life where there is no limitations, no disadvantage, where there is no fear, no</w:t>
      </w:r>
    </w:p>
    <w:p>
      <w:pPr>
        <w:jc w:val="right"/>
      </w:pPr>
      <w:r>
        <w:t>وی وانٹ ا لائف ویر دیر از نو لیمیٹیشنز، نو ڈس ایڈوانٹیج، ویر دیر از نو فیئر، نو</w:t>
      </w:r>
    </w:p>
    <w:p>
      <w:r>
        <w:rPr>
          <w:b/>
        </w:rPr>
        <w:t xml:space="preserve">[06:03] </w:t>
      </w:r>
      <w:r>
        <w:t>anxiety, no disease, no old age, no death.</w:t>
      </w:r>
    </w:p>
    <w:p>
      <w:pPr>
        <w:jc w:val="right"/>
      </w:pPr>
      <w:r>
        <w:t>اینگزائٹی، نو ڈیزیز، نو اولڈ ایج، نو ڈیتھ۔</w:t>
      </w:r>
    </w:p>
    <w:p>
      <w:r>
        <w:rPr>
          <w:b/>
        </w:rPr>
        <w:t xml:space="preserve">[06:11] </w:t>
      </w:r>
      <w:r>
        <w:t>So everyone needs</w:t>
      </w:r>
    </w:p>
    <w:p>
      <w:pPr>
        <w:jc w:val="right"/>
      </w:pPr>
      <w:r>
        <w:t>سو ایوری ون نیڈز</w:t>
      </w:r>
    </w:p>
    <w:p>
      <w:r>
        <w:rPr>
          <w:b/>
        </w:rPr>
        <w:t xml:space="preserve">[06:19] </w:t>
      </w:r>
      <w:r>
        <w:t>, everyone wants to have this kind of life. everyone is a dreamer, everyone is like a dreamer. everyone has in its mind a dream world, but there is no interpretation of this dream. we</w:t>
      </w:r>
    </w:p>
    <w:p>
      <w:pPr>
        <w:jc w:val="right"/>
      </w:pPr>
      <w:r>
        <w:t>، ایوری ون وانٹس ٹو ہیو دس کائنڈ اف لائف۔ ایوری ون از ا ڈریمر، ایوری ون از لائک ا ڈریمر۔ ایوری ون ہیز ان اٹس مائنڈ ا ڈریم ورلڈ، بٹ دیر از نو انٹرپریٹیشن اف دس ڈریم۔ وی</w:t>
      </w:r>
    </w:p>
    <w:p>
      <w:r>
        <w:rPr>
          <w:b/>
        </w:rPr>
        <w:t xml:space="preserve">[06:49] </w:t>
      </w:r>
      <w:r>
        <w:t>have desires, but there is no fulfillment to these desires.</w:t>
      </w:r>
    </w:p>
    <w:p>
      <w:pPr>
        <w:jc w:val="right"/>
      </w:pPr>
      <w:r>
        <w:t>ہیو ڈیزائرز، بٹ دیر از نو فلفلمنٹ ٹو دیز ڈیزائرز۔</w:t>
      </w:r>
    </w:p>
    <w:p>
      <w:r>
        <w:rPr>
          <w:b/>
        </w:rPr>
        <w:t xml:space="preserve">[06:59] </w:t>
      </w:r>
      <w:r>
        <w:t>So our life is a half life.</w:t>
      </w:r>
    </w:p>
    <w:p>
      <w:pPr>
        <w:jc w:val="right"/>
      </w:pPr>
      <w:r>
        <w:t>سو اور لائف از ا ہاف لائف۔</w:t>
      </w:r>
    </w:p>
    <w:p>
      <w:r>
        <w:rPr>
          <w:b/>
        </w:rPr>
        <w:t xml:space="preserve">[07:10] </w:t>
      </w:r>
      <w:r>
        <w:t>We are living in desires, but, but we have no fulfillment to these desires.</w:t>
      </w:r>
    </w:p>
    <w:p>
      <w:pPr>
        <w:jc w:val="right"/>
      </w:pPr>
      <w:r>
        <w:t>وی ار لیونگ ان ڈیزائرز، بٹ، بٹ وی ہیو نو فلفلمنٹ ٹو دیز ڈیزائرز۔</w:t>
      </w:r>
    </w:p>
    <w:p>
      <w:r>
        <w:rPr>
          <w:b/>
        </w:rPr>
        <w:t xml:space="preserve">[07:20] </w:t>
      </w:r>
      <w:r>
        <w:t>Desires without fulfillment is a greater source of discontentment.</w:t>
      </w:r>
    </w:p>
    <w:p>
      <w:pPr>
        <w:jc w:val="right"/>
      </w:pPr>
      <w:r>
        <w:t>ڈیزائرز وداؤٹ فلفلمنٹ از ا گریٹر سورس اف ڈسکنٹینٹمنٹ۔</w:t>
      </w:r>
    </w:p>
    <w:p>
      <w:r>
        <w:rPr>
          <w:b/>
        </w:rPr>
        <w:t xml:space="preserve">[07:30] </w:t>
      </w:r>
      <w:r>
        <w:t>So these are, it is these item of our life that creates discontentment.</w:t>
      </w:r>
    </w:p>
    <w:p>
      <w:pPr>
        <w:jc w:val="right"/>
      </w:pPr>
      <w:r>
        <w:t>سو دیز ار، اٹ از دیز ائٹم اف اور لائف دیٹ کریٹس ڈسکنٹینٹمنٹ۔</w:t>
      </w:r>
    </w:p>
    <w:p>
      <w:r>
        <w:rPr>
          <w:b/>
        </w:rPr>
        <w:t xml:space="preserve">[07:41] </w:t>
      </w:r>
      <w:r>
        <w:t>We see in our world injustice.</w:t>
      </w:r>
    </w:p>
    <w:p>
      <w:pPr>
        <w:jc w:val="right"/>
      </w:pPr>
      <w:r>
        <w:t>وی سی ان اور ورلڈ انجسٹس۔</w:t>
      </w:r>
    </w:p>
    <w:p>
      <w:r>
        <w:rPr>
          <w:b/>
        </w:rPr>
        <w:t xml:space="preserve">[07:51] </w:t>
      </w:r>
      <w:r>
        <w:t>wicked people flourish.</w:t>
      </w:r>
    </w:p>
    <w:p>
      <w:pPr>
        <w:jc w:val="right"/>
      </w:pPr>
      <w:r>
        <w:t>وکٹ پیپل فلرش۔</w:t>
      </w:r>
    </w:p>
    <w:p>
      <w:r>
        <w:rPr>
          <w:b/>
        </w:rPr>
        <w:t xml:space="preserve">[07:59] </w:t>
      </w:r>
      <w:r>
        <w:t>We don't find fulfillment.</w:t>
      </w:r>
    </w:p>
    <w:p>
      <w:pPr>
        <w:jc w:val="right"/>
      </w:pPr>
      <w:r>
        <w:t>وی ڈونٹ فائنڈ فلفلمنٹ۔</w:t>
      </w:r>
    </w:p>
    <w:p>
      <w:r>
        <w:rPr>
          <w:b/>
        </w:rPr>
        <w:t xml:space="preserve">[08:06] </w:t>
      </w:r>
      <w:r>
        <w:t>All these things create disappointment, frustration.</w:t>
      </w:r>
    </w:p>
    <w:p>
      <w:pPr>
        <w:jc w:val="right"/>
      </w:pPr>
      <w:r>
        <w:t>ال دیز تھنگز کریٹ ڈس اپوائنٹمنٹ، فرسٹریشن۔</w:t>
      </w:r>
    </w:p>
    <w:p>
      <w:r>
        <w:rPr>
          <w:b/>
        </w:rPr>
        <w:t xml:space="preserve">[08:14] </w:t>
      </w:r>
      <w:r>
        <w:t>If you read the life of all those so-called super achievers, so-called successful persons, you will find</w:t>
      </w:r>
    </w:p>
    <w:p>
      <w:pPr>
        <w:jc w:val="right"/>
      </w:pPr>
      <w:r>
        <w:t>اف یو ریڈ دا لائف اف ال دو سو کالڈ سپر اچیورز، سو کالڈ سکسیس فل پرسنز، یو ویل فائن</w:t>
      </w:r>
    </w:p>
    <w:p>
      <w:r>
        <w:rPr>
          <w:b/>
        </w:rPr>
        <w:t xml:space="preserve">[08:21] </w:t>
      </w:r>
      <w:r>
        <w:t>Did that all, all these VIPs, all these super achievers died in despair, died in frustration.</w:t>
      </w:r>
    </w:p>
    <w:p>
      <w:pPr>
        <w:jc w:val="right"/>
      </w:pPr>
      <w:r>
        <w:t>ڈ دیٹ ال، ال دیز وی ائی پیز، ال دیز سپر اچیورز ڈائیڈ ان ڈسپیئر، ڈائیڈ ان فرسٹریشن۔</w:t>
      </w:r>
    </w:p>
    <w:p>
      <w:r>
        <w:rPr>
          <w:b/>
        </w:rPr>
        <w:t xml:space="preserve">[08:37] </w:t>
      </w:r>
      <w:r>
        <w:t>Why? Because in spite of all those so-called achievements, they felt that our desires are</w:t>
      </w:r>
    </w:p>
    <w:p>
      <w:pPr>
        <w:jc w:val="right"/>
      </w:pPr>
      <w:r>
        <w:t>وائی؟ بیکاز ان سپائٹ ال دو سو کالڈ اچیومنٹس، دے فیلٹ دیٹ اور ڈیزائرز ار</w:t>
      </w:r>
    </w:p>
    <w:p>
      <w:r>
        <w:rPr>
          <w:b/>
        </w:rPr>
        <w:t xml:space="preserve">[08:52] </w:t>
      </w:r>
      <w:r>
        <w:t>still unfulfilled.</w:t>
      </w:r>
    </w:p>
    <w:p>
      <w:pPr>
        <w:jc w:val="right"/>
      </w:pPr>
      <w:r>
        <w:t>اسٹل انفلفلڈ۔</w:t>
      </w:r>
    </w:p>
    <w:p>
      <w:r>
        <w:rPr>
          <w:b/>
        </w:rPr>
        <w:t xml:space="preserve">[09:00] </w:t>
      </w:r>
      <w:r>
        <w:t>aur desires are unlimited, and all these things are limited.</w:t>
      </w:r>
    </w:p>
    <w:p>
      <w:pPr>
        <w:jc w:val="right"/>
      </w:pPr>
      <w:r>
        <w:t>اور ڈیزائرز ار ان لمیٹڈ، اینڈ ال دیز تھنگز ار لمیٹڈ۔</w:t>
      </w:r>
    </w:p>
    <w:p>
      <w:r>
        <w:rPr>
          <w:b/>
        </w:rPr>
        <w:t xml:space="preserve">[09:07] </w:t>
      </w:r>
      <w:r>
        <w:t>We want ideals, but here in the, here everything is less than ideal.</w:t>
      </w:r>
    </w:p>
    <w:p>
      <w:pPr>
        <w:jc w:val="right"/>
      </w:pPr>
      <w:r>
        <w:t>وی وانٹ ائیڈیلز، بٹ ہیر ان دی، ہیر ایوری تھنگ از لیس دین ائیڈیل۔</w:t>
      </w:r>
    </w:p>
    <w:p>
      <w:r>
        <w:rPr>
          <w:b/>
        </w:rPr>
        <w:t xml:space="preserve">[09:15] </w:t>
      </w:r>
      <w:r>
        <w:t>So it is this phenomena that causes discontentment</w:t>
      </w:r>
    </w:p>
    <w:p>
      <w:pPr>
        <w:jc w:val="right"/>
      </w:pPr>
      <w:r>
        <w:t>سو اٹ از دس فیناومینا دیٹ کازز ڈسکنٹینٹمنٹ</w:t>
      </w:r>
    </w:p>
    <w:p>
      <w:r>
        <w:rPr>
          <w:b/>
        </w:rPr>
        <w:t xml:space="preserve">[09:23] </w:t>
      </w:r>
      <w:r>
        <w:t>, and it is discontentment that inculcates seeking spirit.</w:t>
      </w:r>
    </w:p>
    <w:p>
      <w:pPr>
        <w:jc w:val="right"/>
      </w:pPr>
      <w:r>
        <w:t>، اینڈ اٹ از ڈسکنٹینٹمنٹ دیٹ انکلکیٹ سیکنگ اسپرٹ۔</w:t>
      </w:r>
    </w:p>
    <w:p>
      <w:r>
        <w:rPr>
          <w:b/>
        </w:rPr>
        <w:t xml:space="preserve">[09:34] </w:t>
      </w:r>
      <w:r>
        <w:t>Now, there are two categories of people.</w:t>
      </w:r>
    </w:p>
    <w:p>
      <w:pPr>
        <w:jc w:val="right"/>
      </w:pPr>
      <w:r>
        <w:t>ناؤ، دیر ار ٹو کیٹیگریز اف پیپل۔</w:t>
      </w:r>
    </w:p>
    <w:p>
      <w:r>
        <w:rPr>
          <w:b/>
        </w:rPr>
        <w:t xml:space="preserve">[09:45] </w:t>
      </w:r>
      <w:r>
        <w:t>One kind of people are those who</w:t>
      </w:r>
    </w:p>
    <w:p>
      <w:pPr>
        <w:jc w:val="right"/>
      </w:pPr>
      <w:r>
        <w:t>ون کائنڈ اف پیپل ار دو ہو</w:t>
      </w:r>
    </w:p>
    <w:p>
      <w:r>
        <w:rPr>
          <w:b/>
        </w:rPr>
        <w:t xml:space="preserve">[09:56] </w:t>
      </w:r>
      <w:r>
        <w:t>who compromise the situation.</w:t>
      </w:r>
    </w:p>
    <w:p>
      <w:pPr>
        <w:jc w:val="right"/>
      </w:pPr>
      <w:r>
        <w:t>ہو کمپرومائز دا سچویشن۔</w:t>
      </w:r>
    </w:p>
    <w:p>
      <w:r>
        <w:rPr>
          <w:b/>
        </w:rPr>
        <w:t xml:space="preserve">[10:06] </w:t>
      </w:r>
      <w:r>
        <w:t>They become earning animals, they adopt the ho-ha culture, they try to seek satisfaction in outing, shopping, and drinking.</w:t>
      </w:r>
    </w:p>
    <w:p>
      <w:pPr>
        <w:jc w:val="right"/>
      </w:pPr>
      <w:r>
        <w:t>دے بیکم ارننگ اینیمل، دے اڈاپٹ دا ہوہا کلچر، دے ٹرائی ٹو سیک سیٹسفیکشن ان اؤٹنگ، شاپنگ، اینڈ ڈرنکنگ۔</w:t>
      </w:r>
    </w:p>
    <w:p>
      <w:r>
        <w:rPr>
          <w:b/>
        </w:rPr>
        <w:t xml:space="preserve">[10:17] </w:t>
      </w:r>
      <w:r>
        <w:t>So it is living below them</w:t>
      </w:r>
    </w:p>
    <w:p>
      <w:pPr>
        <w:jc w:val="right"/>
      </w:pPr>
      <w:r>
        <w:t>سو اٹ از لیونگ بیلو دین</w:t>
      </w:r>
    </w:p>
    <w:p>
      <w:r>
        <w:rPr>
          <w:b/>
        </w:rPr>
        <w:t xml:space="preserve">[10:27] </w:t>
      </w:r>
      <w:r>
        <w:t>The human level.</w:t>
      </w:r>
    </w:p>
    <w:p>
      <w:pPr>
        <w:jc w:val="right"/>
      </w:pPr>
      <w:r>
        <w:t>دا ہیومن لیول۔</w:t>
      </w:r>
    </w:p>
    <w:p>
      <w:r>
        <w:rPr>
          <w:b/>
        </w:rPr>
        <w:t xml:space="preserve">[10:33] </w:t>
      </w:r>
      <w:r>
        <w:t>It is living like an animal.</w:t>
      </w:r>
    </w:p>
    <w:p>
      <w:pPr>
        <w:jc w:val="right"/>
      </w:pPr>
      <w:r>
        <w:t>اٹ از لیونگ لائک این اینیمل۔</w:t>
      </w:r>
    </w:p>
    <w:p>
      <w:r>
        <w:rPr>
          <w:b/>
        </w:rPr>
        <w:t xml:space="preserve">[10:40] </w:t>
      </w:r>
      <w:r>
        <w:t>But the, so one category of people fall in this category.</w:t>
      </w:r>
    </w:p>
    <w:p>
      <w:pPr>
        <w:jc w:val="right"/>
      </w:pPr>
      <w:r>
        <w:t>بٹ دا، سو ون کیٹیگری اف پیپل فال ان دس کیٹیگری۔</w:t>
      </w:r>
    </w:p>
    <w:p>
      <w:r>
        <w:rPr>
          <w:b/>
        </w:rPr>
        <w:t xml:space="preserve">[10:46] </w:t>
      </w:r>
      <w:r>
        <w:t>One kind of people fall in this category.</w:t>
      </w:r>
    </w:p>
    <w:p>
      <w:pPr>
        <w:jc w:val="right"/>
      </w:pPr>
      <w:r>
        <w:t>ون کائنڈ اف پیپل فال ان دس کیٹیگری۔</w:t>
      </w:r>
    </w:p>
    <w:p>
      <w:r>
        <w:rPr>
          <w:b/>
        </w:rPr>
        <w:t xml:space="preserve">[10:52] </w:t>
      </w:r>
      <w:r>
        <w:t>deen the other people are do</w:t>
      </w:r>
    </w:p>
    <w:p>
      <w:pPr>
        <w:jc w:val="right"/>
      </w:pPr>
      <w:r>
        <w:t>دین دا ادر پیپل ار دو</w:t>
      </w:r>
    </w:p>
    <w:p>
      <w:r>
        <w:rPr>
          <w:b/>
        </w:rPr>
        <w:t xml:space="preserve">[10:58] </w:t>
      </w:r>
      <w:r>
        <w:t>who are not ready to compromise.</w:t>
      </w:r>
    </w:p>
    <w:p>
      <w:pPr>
        <w:jc w:val="right"/>
      </w:pPr>
      <w:r>
        <w:t>ہو ار ناٹ ریڈی ٹو کمپرومائز۔</w:t>
      </w:r>
    </w:p>
    <w:p>
      <w:r>
        <w:rPr>
          <w:b/>
        </w:rPr>
        <w:t xml:space="preserve">[11:06] </w:t>
      </w:r>
      <w:r>
        <w:t>They continue their seeking.</w:t>
      </w:r>
    </w:p>
    <w:p>
      <w:pPr>
        <w:jc w:val="right"/>
      </w:pPr>
      <w:r>
        <w:t>دے کنٹینیو دیر سیکنگ۔</w:t>
      </w:r>
    </w:p>
    <w:p>
      <w:r>
        <w:rPr>
          <w:b/>
        </w:rPr>
        <w:t xml:space="preserve">[11:15] </w:t>
      </w:r>
      <w:r>
        <w:t>They live in intellectual discontentment.</w:t>
      </w:r>
    </w:p>
    <w:p>
      <w:pPr>
        <w:jc w:val="right"/>
      </w:pPr>
      <w:r>
        <w:t>دے لیو ان انٹلیکچول ڈسکنٹینٹمنٹ۔</w:t>
      </w:r>
    </w:p>
    <w:p>
      <w:r>
        <w:rPr>
          <w:b/>
        </w:rPr>
        <w:t xml:space="preserve">[11:23] </w:t>
      </w:r>
      <w:r>
        <w:t>They are not ready to, to, to live in superficial culture, hooha culture, in gossips, in shopping and outing.</w:t>
      </w:r>
    </w:p>
    <w:p>
      <w:pPr>
        <w:jc w:val="right"/>
      </w:pPr>
      <w:r>
        <w:t>دے ار ناٹ ریڈی ٹو، ٹو، ٹو لیو ان سپرفیشل کلچر، ہوہا کلچر، ان گوسپس، ان شاپنگ اینڈ اؤٹنگ۔</w:t>
      </w:r>
    </w:p>
    <w:p>
      <w:r>
        <w:rPr>
          <w:b/>
        </w:rPr>
        <w:t xml:space="preserve">[11:31] </w:t>
      </w:r>
      <w:r>
        <w:t>All these things are below their desires.</w:t>
      </w:r>
    </w:p>
    <w:p>
      <w:pPr>
        <w:jc w:val="right"/>
      </w:pPr>
      <w:r>
        <w:t>ال دیز تھنگز ار بیلو دین دیر ڈیزائرز۔</w:t>
      </w:r>
    </w:p>
    <w:p>
      <w:r>
        <w:rPr>
          <w:b/>
        </w:rPr>
        <w:t xml:space="preserve">[11:37] </w:t>
      </w:r>
      <w:r>
        <w:t>So they are not ready to compromise with these things.</w:t>
      </w:r>
    </w:p>
    <w:p>
      <w:pPr>
        <w:jc w:val="right"/>
      </w:pPr>
      <w:r>
        <w:t>سو دے ار ناٹ ریڈی ٹو کمپرومائز ود دیز تھنگز۔</w:t>
      </w:r>
    </w:p>
    <w:p>
      <w:r>
        <w:rPr>
          <w:b/>
        </w:rPr>
        <w:t xml:space="preserve">[11:43] </w:t>
      </w:r>
      <w:r>
        <w:t>It is this kind of people who are called seeker.</w:t>
      </w:r>
    </w:p>
    <w:p>
      <w:pPr>
        <w:jc w:val="right"/>
      </w:pPr>
      <w:r>
        <w:t>اٹ از دس کائنڈ اف پیپل ہو ار کالڈ سیکر۔</w:t>
      </w:r>
    </w:p>
    <w:p>
      <w:r>
        <w:rPr>
          <w:b/>
        </w:rPr>
        <w:t xml:space="preserve">[11:49] </w:t>
      </w:r>
      <w:r>
        <w:t>So I can say that the topic for this day is how to find truth.</w:t>
      </w:r>
    </w:p>
    <w:p>
      <w:pPr>
        <w:jc w:val="right"/>
      </w:pPr>
      <w:r>
        <w:t>سو ائی کین سے دیٹ دا ٹاپک فار دس ڈے از ہاؤ ٹو فائنڈ ٹروتھ۔</w:t>
      </w:r>
    </w:p>
    <w:p>
      <w:r>
        <w:rPr>
          <w:b/>
        </w:rPr>
        <w:t xml:space="preserve">[11:55] </w:t>
      </w:r>
      <w:r>
        <w:t>I would like to say that</w:t>
      </w:r>
    </w:p>
    <w:p>
      <w:pPr>
        <w:jc w:val="right"/>
      </w:pPr>
      <w:r>
        <w:t>ائی وڈ لائک ٹو سے د</w:t>
      </w:r>
    </w:p>
    <w:p>
      <w:r>
        <w:rPr>
          <w:b/>
        </w:rPr>
        <w:t xml:space="preserve">[12:01] </w:t>
      </w:r>
      <w:r>
        <w:t>There are three conditions.</w:t>
      </w:r>
    </w:p>
    <w:p>
      <w:pPr>
        <w:jc w:val="right"/>
      </w:pPr>
      <w:r>
        <w:t>یر ار تھری کنڈیشنز۔</w:t>
      </w:r>
    </w:p>
    <w:p>
      <w:r>
        <w:rPr>
          <w:b/>
        </w:rPr>
        <w:t xml:space="preserve">[12:07] </w:t>
      </w:r>
      <w:r>
        <w:t>There are three conditions of this finding.</w:t>
      </w:r>
    </w:p>
    <w:p>
      <w:pPr>
        <w:jc w:val="right"/>
      </w:pPr>
      <w:r>
        <w:t>دیر ار تھری کنڈیشنز اف دس فائنڈنگ۔</w:t>
      </w:r>
    </w:p>
    <w:p>
      <w:r>
        <w:rPr>
          <w:b/>
        </w:rPr>
        <w:t xml:space="preserve">[12:13] </w:t>
      </w:r>
      <w:r>
        <w:t>One is, one is seeking spirit, or intellectual discontentment.</w:t>
      </w:r>
    </w:p>
    <w:p>
      <w:pPr>
        <w:jc w:val="right"/>
      </w:pPr>
      <w:r>
        <w:t>ون از، ون از سیکنگ اسپرٹ، ار انٹلیکچول ڈسکنٹینٹمنٹ۔</w:t>
      </w:r>
    </w:p>
    <w:p>
      <w:r>
        <w:rPr>
          <w:b/>
        </w:rPr>
        <w:t xml:space="preserve">[12:19] </w:t>
      </w:r>
      <w:r>
        <w:t>Seeking spirit and intellectual discontentment are both one and the same.</w:t>
      </w:r>
    </w:p>
    <w:p>
      <w:pPr>
        <w:jc w:val="right"/>
      </w:pPr>
      <w:r>
        <w:t>سیکنگ اسپرٹ اینڈ انٹلیکچول ڈسکنٹینٹمنٹ ار بوتھ ون اینڈ دا سیم۔</w:t>
      </w:r>
    </w:p>
    <w:p>
      <w:r>
        <w:rPr>
          <w:b/>
        </w:rPr>
        <w:t xml:space="preserve">[12:25] </w:t>
      </w:r>
      <w:r>
        <w:t>So one is the seeking spirit. The second</w:t>
      </w:r>
    </w:p>
    <w:p>
      <w:pPr>
        <w:jc w:val="right"/>
      </w:pPr>
      <w:r>
        <w:t>سو ون از دا سیکنگ اسپرٹ۔ دا سیکنڈ</w:t>
      </w:r>
    </w:p>
    <w:p>
      <w:r>
        <w:rPr>
          <w:b/>
        </w:rPr>
        <w:t xml:space="preserve">[12:31] </w:t>
      </w:r>
      <w:r>
        <w:t>is sincerity.</w:t>
      </w:r>
    </w:p>
    <w:p>
      <w:pPr>
        <w:jc w:val="right"/>
      </w:pPr>
      <w:r>
        <w:t>از سنسیرٹی۔</w:t>
      </w:r>
    </w:p>
    <w:p>
      <w:r>
        <w:rPr>
          <w:b/>
        </w:rPr>
        <w:t xml:space="preserve">[12:37] </w:t>
      </w:r>
      <w:r>
        <w:t>And third is readiness to surrender before reason.</w:t>
      </w:r>
    </w:p>
    <w:p>
      <w:pPr>
        <w:jc w:val="right"/>
      </w:pPr>
      <w:r>
        <w:t>اینڈ تھرڈ از ریڈینس ٹو سرینڈر بیفور ریزن۔</w:t>
      </w:r>
    </w:p>
    <w:p>
      <w:r>
        <w:rPr>
          <w:b/>
        </w:rPr>
        <w:t xml:space="preserve">[12:43] </w:t>
      </w:r>
      <w:r>
        <w:t>These are three conditions.</w:t>
      </w:r>
    </w:p>
    <w:p>
      <w:pPr>
        <w:jc w:val="right"/>
      </w:pPr>
      <w:r>
        <w:t>دیز ار تھری کنڈیشنز۔</w:t>
      </w:r>
    </w:p>
    <w:p>
      <w:r>
        <w:rPr>
          <w:b/>
        </w:rPr>
        <w:t xml:space="preserve">[12:49] </w:t>
      </w:r>
      <w:r>
        <w:t>Without these three conditions, no can, no one can discover the truth.</w:t>
      </w:r>
    </w:p>
    <w:p>
      <w:pPr>
        <w:jc w:val="right"/>
      </w:pPr>
      <w:r>
        <w:t>وداؤٹ دیز تھری کنڈیشنز، نو کین، نو ون کین ڈسکور دا ٹروتھ۔</w:t>
      </w:r>
    </w:p>
    <w:p>
      <w:r>
        <w:rPr>
          <w:b/>
        </w:rPr>
        <w:t xml:space="preserve">[12:55] </w:t>
      </w:r>
      <w:r>
        <w:t>No one can find the truth.</w:t>
      </w:r>
    </w:p>
    <w:p>
      <w:pPr>
        <w:jc w:val="right"/>
      </w:pPr>
      <w:r>
        <w:t>نو ون کین فائنڈ دا ٹروتھ۔</w:t>
      </w:r>
    </w:p>
    <w:p>
      <w:r>
        <w:rPr>
          <w:b/>
        </w:rPr>
        <w:t xml:space="preserve">[13:01] </w:t>
      </w:r>
      <w:r>
        <w:t>Truth finding requires a price.</w:t>
      </w:r>
    </w:p>
    <w:p>
      <w:pPr>
        <w:jc w:val="right"/>
      </w:pPr>
      <w:r>
        <w:t>ٹروتھ فائنڈنگ ریکوائر ا پرائس۔</w:t>
      </w:r>
    </w:p>
    <w:p>
      <w:r>
        <w:rPr>
          <w:b/>
        </w:rPr>
        <w:t xml:space="preserve">[13:07] </w:t>
      </w:r>
      <w:r>
        <w:t>And these three conditions are price.</w:t>
      </w:r>
    </w:p>
    <w:p>
      <w:pPr>
        <w:jc w:val="right"/>
      </w:pPr>
      <w:r>
        <w:t>اینڈ دیز تھری کنڈیشنز ار پرائس۔</w:t>
      </w:r>
    </w:p>
    <w:p>
      <w:r>
        <w:rPr>
          <w:b/>
        </w:rPr>
        <w:t xml:space="preserve">[13:13] </w:t>
      </w:r>
      <w:r>
        <w:t>So only those people who are ready to pay this price, they can find the truth.</w:t>
      </w:r>
    </w:p>
    <w:p>
      <w:pPr>
        <w:jc w:val="right"/>
      </w:pPr>
      <w:r>
        <w:t>سو اونلی دو پیپل ہو ار ریڈی ٹو پے دس پرائس، دے کین فائنڈ دا ٹروتھ۔</w:t>
      </w:r>
    </w:p>
    <w:p>
      <w:r>
        <w:rPr>
          <w:b/>
        </w:rPr>
        <w:t xml:space="preserve">[13:19] </w:t>
      </w:r>
      <w:r>
        <w:t>They can discover the truth.</w:t>
      </w:r>
    </w:p>
    <w:p>
      <w:pPr>
        <w:jc w:val="right"/>
      </w:pPr>
      <w:r>
        <w:t>دے کین ڈسکور دا ٹروتھ۔</w:t>
      </w:r>
    </w:p>
    <w:p>
      <w:r>
        <w:rPr>
          <w:b/>
        </w:rPr>
        <w:t xml:space="preserve">[13:25] </w:t>
      </w:r>
      <w:r>
        <w:t>Now, I will give you some examples.</w:t>
      </w:r>
    </w:p>
    <w:p>
      <w:pPr>
        <w:jc w:val="right"/>
      </w:pPr>
      <w:r>
        <w:t>ناؤ، ائی ویل گیو یو سم ایگزامپلز۔</w:t>
      </w:r>
    </w:p>
    <w:p>
      <w:r>
        <w:rPr>
          <w:b/>
        </w:rPr>
        <w:t xml:space="preserve">[13:31] </w:t>
      </w:r>
      <w:r>
        <w:t>Let's take the first, that is, seeking spirit.</w:t>
      </w:r>
    </w:p>
    <w:p>
      <w:pPr>
        <w:jc w:val="right"/>
      </w:pPr>
      <w:r>
        <w:t>لیٹس ٹیک دا فرسٹ دیٹ از سیکنگ اسپرٹ۔</w:t>
      </w:r>
    </w:p>
    <w:p>
      <w:r>
        <w:rPr>
          <w:b/>
        </w:rPr>
        <w:t xml:space="preserve">[13:40] </w:t>
      </w:r>
      <w:r>
        <w:t>Quran says about the Prophet of Islam, Muhammad Sallallahu Alaihi Wasallam.</w:t>
      </w:r>
    </w:p>
    <w:p>
      <w:pPr>
        <w:jc w:val="right"/>
      </w:pPr>
      <w:r>
        <w:t>قران سیز اباؤٹ دا پرافٹ اف اسلام، محمد صلی اللہ علیہ وسلم۔</w:t>
      </w:r>
    </w:p>
    <w:p>
      <w:r>
        <w:rPr>
          <w:b/>
        </w:rPr>
        <w:t xml:space="preserve">[13:48] </w:t>
      </w:r>
      <w:r>
        <w:t>Muhammad, peace be upon him, was born in, in the first quarter of seventh century, namely 570 AD.</w:t>
      </w:r>
    </w:p>
    <w:p>
      <w:pPr>
        <w:jc w:val="right"/>
      </w:pPr>
      <w:r>
        <w:t>محمد صلی اللہ علیہ وسلم واز بورن ان، ان دا فرسٹ کوارٹر اف سیونتھ سینچری، نیملی 570 اے ڈی۔</w:t>
      </w:r>
    </w:p>
    <w:p>
      <w:r>
        <w:rPr>
          <w:b/>
        </w:rPr>
        <w:t xml:space="preserve">[13:56] </w:t>
      </w:r>
      <w:r>
        <w:t>So he was born in Mecca.</w:t>
      </w:r>
    </w:p>
    <w:p>
      <w:pPr>
        <w:jc w:val="right"/>
      </w:pPr>
      <w:r>
        <w:t>سو ہی واز بورن ان مکہ۔</w:t>
      </w:r>
    </w:p>
    <w:p>
      <w:r>
        <w:rPr>
          <w:b/>
        </w:rPr>
        <w:t xml:space="preserve">[14:04] </w:t>
      </w:r>
      <w:r>
        <w:t>Mecca was his hometown.</w:t>
      </w:r>
    </w:p>
    <w:p>
      <w:pPr>
        <w:jc w:val="right"/>
      </w:pPr>
      <w:r>
        <w:t>مکہ واز ہز ہوم ٹاؤن۔</w:t>
      </w:r>
    </w:p>
    <w:p>
      <w:r>
        <w:rPr>
          <w:b/>
        </w:rPr>
        <w:t xml:space="preserve">[14:09] </w:t>
      </w:r>
      <w:r>
        <w:t>There was his family.</w:t>
      </w:r>
    </w:p>
    <w:p>
      <w:pPr>
        <w:jc w:val="right"/>
      </w:pPr>
      <w:r>
        <w:t>دیر واز ہز فیملی۔</w:t>
      </w:r>
    </w:p>
    <w:p>
      <w:r>
        <w:rPr>
          <w:b/>
        </w:rPr>
        <w:t xml:space="preserve">[14:14] </w:t>
      </w:r>
      <w:r>
        <w:t>There were his relatives.</w:t>
      </w:r>
    </w:p>
    <w:p>
      <w:pPr>
        <w:jc w:val="right"/>
      </w:pPr>
      <w:r>
        <w:t>دیر ویر ہز ریلیٹوز۔</w:t>
      </w:r>
    </w:p>
    <w:p>
      <w:r>
        <w:rPr>
          <w:b/>
        </w:rPr>
        <w:t xml:space="preserve">[14:19] </w:t>
      </w:r>
      <w:r>
        <w:t>There was a society.</w:t>
      </w:r>
    </w:p>
    <w:p>
      <w:pPr>
        <w:jc w:val="right"/>
      </w:pPr>
      <w:r>
        <w:t>دیر واز ا سوسائٹی۔</w:t>
      </w:r>
    </w:p>
    <w:p>
      <w:r>
        <w:rPr>
          <w:b/>
        </w:rPr>
        <w:t xml:space="preserve">[14:24] </w:t>
      </w:r>
      <w:r>
        <w:t>There was a culture.</w:t>
      </w:r>
    </w:p>
    <w:p>
      <w:pPr>
        <w:jc w:val="right"/>
      </w:pPr>
      <w:r>
        <w:t>دیر واز ا کلچر۔</w:t>
      </w:r>
    </w:p>
    <w:p>
      <w:r>
        <w:rPr>
          <w:b/>
        </w:rPr>
        <w:t xml:space="preserve">[14:29] </w:t>
      </w:r>
      <w:r>
        <w:t>So everything was there.</w:t>
      </w:r>
    </w:p>
    <w:p>
      <w:pPr>
        <w:jc w:val="right"/>
      </w:pPr>
      <w:r>
        <w:t>سو ایوری تھنگ واز دیر۔</w:t>
      </w:r>
    </w:p>
    <w:p>
      <w:r>
        <w:rPr>
          <w:b/>
        </w:rPr>
        <w:t xml:space="preserve">[14:33] </w:t>
      </w:r>
      <w:r>
        <w:t>But the prophet of Islam became discontented. So he,</w:t>
      </w:r>
    </w:p>
    <w:p>
      <w:pPr>
        <w:jc w:val="right"/>
      </w:pPr>
      <w:r>
        <w:t>بٹ دا پرافٹ اف اسلام بیکم ڈس کنٹینٹڈ۔ سو ہی،</w:t>
      </w:r>
    </w:p>
    <w:p>
      <w:r>
        <w:rPr>
          <w:b/>
        </w:rPr>
        <w:t xml:space="preserve">[14:38] </w:t>
      </w:r>
      <w:r>
        <w:t>He was unable to move the society.</w:t>
      </w:r>
    </w:p>
    <w:p>
      <w:pPr>
        <w:jc w:val="right"/>
      </w:pPr>
      <w:r>
        <w:t>ہی واز ان ایبل ٹو موو دا سوسائٹی۔</w:t>
      </w:r>
    </w:p>
    <w:p>
      <w:r>
        <w:rPr>
          <w:b/>
        </w:rPr>
        <w:t xml:space="preserve">[14:45] </w:t>
      </w:r>
      <w:r>
        <w:t>unable to enjoy the culture.</w:t>
      </w:r>
    </w:p>
    <w:p>
      <w:pPr>
        <w:jc w:val="right"/>
      </w:pPr>
      <w:r>
        <w:t>ان ایبل ٹو انجوائے دا کلچر۔</w:t>
      </w:r>
    </w:p>
    <w:p>
      <w:r>
        <w:rPr>
          <w:b/>
        </w:rPr>
        <w:t xml:space="preserve">[14:51] </w:t>
      </w:r>
      <w:r>
        <w:t>So he used to go to, to, to a, to a, to a cave that is Hira.</w:t>
      </w:r>
    </w:p>
    <w:p>
      <w:pPr>
        <w:jc w:val="right"/>
      </w:pPr>
      <w:r>
        <w:t>سو ہی یوز ٹو گو ٹو، ٹو، ٹو ا، ٹو ا، ٹو ا کیو دیٹ از ہیرا۔</w:t>
      </w:r>
    </w:p>
    <w:p>
      <w:r>
        <w:rPr>
          <w:b/>
        </w:rPr>
        <w:t xml:space="preserve">[14:57] </w:t>
      </w:r>
      <w:r>
        <w:t>Hira was a mountain.</w:t>
      </w:r>
    </w:p>
    <w:p>
      <w:pPr>
        <w:jc w:val="right"/>
      </w:pPr>
      <w:r>
        <w:t>ہیرا واز ا ماؤنٹین۔</w:t>
      </w:r>
    </w:p>
    <w:p>
      <w:r>
        <w:rPr>
          <w:b/>
        </w:rPr>
        <w:t xml:space="preserve">[15:04] </w:t>
      </w:r>
      <w:r>
        <w:t>And there was a queue that is called</w:t>
      </w:r>
    </w:p>
    <w:p>
      <w:pPr>
        <w:jc w:val="right"/>
      </w:pPr>
      <w:r>
        <w:t>اینڈ دیر واز ا کیو دیٹ از کالڈ</w:t>
      </w:r>
    </w:p>
    <w:p>
      <w:r>
        <w:rPr>
          <w:b/>
        </w:rPr>
        <w:t xml:space="preserve">[15:10] </w:t>
      </w:r>
      <w:r>
        <w:t>Cave of Hira.</w:t>
      </w:r>
    </w:p>
    <w:p>
      <w:pPr>
        <w:jc w:val="right"/>
      </w:pPr>
      <w:r>
        <w:t>کیو اف ہیرا۔</w:t>
      </w:r>
    </w:p>
    <w:p>
      <w:r>
        <w:rPr>
          <w:b/>
        </w:rPr>
        <w:t xml:space="preserve">[15:16] </w:t>
      </w:r>
      <w:r>
        <w:t>So he used to go to the, to that cave.</w:t>
      </w:r>
    </w:p>
    <w:p>
      <w:pPr>
        <w:jc w:val="right"/>
      </w:pPr>
      <w:r>
        <w:t>سو ہی یوز ٹو گو ٹو دا، ٹو دیٹ کیو۔</w:t>
      </w:r>
    </w:p>
    <w:p>
      <w:r>
        <w:rPr>
          <w:b/>
        </w:rPr>
        <w:t xml:space="preserve">[15:22] </w:t>
      </w:r>
      <w:r>
        <w:t>And he used to spend several days in this Hira.</w:t>
      </w:r>
    </w:p>
    <w:p>
      <w:pPr>
        <w:jc w:val="right"/>
      </w:pPr>
      <w:r>
        <w:t>اینڈ ہی یوز ٹو سپینڈ سیورل ڈیز ان دس ہیرا۔</w:t>
      </w:r>
    </w:p>
    <w:p>
      <w:r>
        <w:rPr>
          <w:b/>
        </w:rPr>
        <w:t xml:space="preserve">[15:28] </w:t>
      </w:r>
      <w:r>
        <w:t>Why? Because, because the Quran says, "Zalika hudan."</w:t>
      </w:r>
    </w:p>
    <w:p>
      <w:pPr>
        <w:jc w:val="right"/>
      </w:pPr>
      <w:r>
        <w:t>وائی؟ بیکاز، بیکاز دا قران سیز، "ذالن فہدا"۔</w:t>
      </w:r>
    </w:p>
    <w:p>
      <w:r>
        <w:rPr>
          <w:b/>
        </w:rPr>
        <w:t xml:space="preserve">[15:34] </w:t>
      </w:r>
      <w:r>
        <w:t>This Quranic verse is about the Prophet of Islam.</w:t>
      </w:r>
    </w:p>
    <w:p>
      <w:pPr>
        <w:jc w:val="right"/>
      </w:pPr>
      <w:r>
        <w:t>دس قرانک ورس از اباؤٹ دا پرافٹ اف اسلام۔ "</w:t>
      </w:r>
    </w:p>
    <w:p>
      <w:r>
        <w:rPr>
          <w:b/>
        </w:rPr>
        <w:t xml:space="preserve">[15:40] </w:t>
      </w:r>
      <w:r>
        <w:t>"Zal faha" it means that Quran, it means that, that God found that. You are a true seeker. You are a zal. Zal means true seeker, intellectually discontented person.</w:t>
      </w:r>
    </w:p>
    <w:p>
      <w:pPr>
        <w:jc w:val="right"/>
      </w:pPr>
      <w:r>
        <w:t>ذالن فہدا" اٹ مینز دیٹ قران، اٹ مینز دیٹ، دیٹ گاڈ فاؤنڈ دیٹ۔ یو ار ا ٹرو سیکر۔ یو ار ا ذال۔ ذال مینز ٹرو سیکر، انٹلیکچولی ڈس کنٹینٹڈ پرسن۔ د</w:t>
      </w:r>
    </w:p>
    <w:p>
      <w:r>
        <w:rPr>
          <w:b/>
        </w:rPr>
        <w:t xml:space="preserve">[16:10] </w:t>
      </w:r>
      <w:r>
        <w:t>in he provide, provided you guidance. so due to this intellectual discontentment, he used to go to Hira. Some people say that in Hira he used to go to meditation, but it is wrong. It was not meditation. Instead, it was</w:t>
      </w:r>
    </w:p>
    <w:p>
      <w:pPr>
        <w:jc w:val="right"/>
      </w:pPr>
      <w:r>
        <w:t>ین ہی پرووائیڈ، پرووائیڈڈ یو گائیڈنس۔ سو ڈیو ٹو دس انٹلیکچول ڈسکنٹینٹمنٹ، ہی یوز ٹو گو ٹو ہیرا۔ سم پیپل سے دیٹ ان ہیرا ہی یوز ٹو گو ٹو میڈیٹیشن، بٹ اٹ از رونگ۔ اٹ واز ناٹ میڈیٹیشن۔ انسٹیڈ، اٹ واز</w:t>
      </w:r>
    </w:p>
    <w:p>
      <w:r>
        <w:rPr>
          <w:b/>
        </w:rPr>
        <w:t xml:space="preserve">[16:40] </w:t>
      </w:r>
      <w:r>
        <w:t>contemplation. that is thinking about the, about the truth, about the life, about the world. So the Prophet of Islam took refuge in this, in this cave, not to meditate, but to</w:t>
      </w:r>
    </w:p>
    <w:p>
      <w:pPr>
        <w:jc w:val="right"/>
      </w:pPr>
      <w:r>
        <w:t>کنٹیمپلیشن۔ دیٹ از تھنکنگ اباؤٹ دا، اباؤٹ دا ٹروتھ، اباؤٹ دی لائف، اباؤٹ دی ورلڈ۔ سو دا پرافٹ اف اسلام ٹوک ریفیوج ان دس، ان دس کیو، ناٹ ٹو میڈیٹیٹ، بٹ ٹ</w:t>
      </w:r>
    </w:p>
    <w:p>
      <w:r>
        <w:rPr>
          <w:b/>
        </w:rPr>
        <w:t xml:space="preserve">[17:10] </w:t>
      </w:r>
      <w:r>
        <w:t>We go to contemplation.</w:t>
      </w:r>
    </w:p>
    <w:p>
      <w:pPr>
        <w:jc w:val="right"/>
      </w:pPr>
      <w:r>
        <w:t>و گو ٹو کنٹیمپلیشن۔</w:t>
      </w:r>
    </w:p>
    <w:p>
      <w:r>
        <w:rPr>
          <w:b/>
        </w:rPr>
        <w:t xml:space="preserve">[17:16] </w:t>
      </w:r>
      <w:r>
        <w:t>He used to think.</w:t>
      </w:r>
    </w:p>
    <w:p>
      <w:pPr>
        <w:jc w:val="right"/>
      </w:pPr>
      <w:r>
        <w:t>ہی یوز ٹو تھنک۔</w:t>
      </w:r>
    </w:p>
    <w:p>
      <w:r>
        <w:rPr>
          <w:b/>
        </w:rPr>
        <w:t xml:space="preserve">[17:22] </w:t>
      </w:r>
      <w:r>
        <w:t>He tried to find the answer.</w:t>
      </w:r>
    </w:p>
    <w:p>
      <w:pPr>
        <w:jc w:val="right"/>
      </w:pPr>
      <w:r>
        <w:t>ہی ٹرائی ٹو فائنڈ دا انسر۔</w:t>
      </w:r>
    </w:p>
    <w:p>
      <w:r>
        <w:rPr>
          <w:b/>
        </w:rPr>
        <w:t xml:space="preserve">[17:29] </w:t>
      </w:r>
      <w:r>
        <w:t>Who am I? What is this world? What is the meaning of life? What is the end of</w:t>
      </w:r>
    </w:p>
    <w:p>
      <w:pPr>
        <w:jc w:val="right"/>
      </w:pPr>
      <w:r>
        <w:t>ہو ایم ائی؟ واٹ از دس ورلڈ؟ واٹ از دا میننگ اف لائف؟ واٹ از دا اینڈ اف</w:t>
      </w:r>
    </w:p>
    <w:p>
      <w:r>
        <w:rPr>
          <w:b/>
        </w:rPr>
        <w:t xml:space="preserve">[17:35] </w:t>
      </w:r>
      <w:r>
        <w:t>life? Who is my creator? All these are their questions are</w:t>
      </w:r>
    </w:p>
    <w:p>
      <w:pPr>
        <w:jc w:val="right"/>
      </w:pPr>
      <w:r>
        <w:t>لائف؟ ہو از مائی کریٹر؟ ال دیز، ار دیر کوئسچنز ار</w:t>
      </w:r>
    </w:p>
    <w:p>
      <w:r>
        <w:rPr>
          <w:b/>
        </w:rPr>
        <w:t xml:space="preserve">[17:41] </w:t>
      </w:r>
      <w:r>
        <w:t>, R, questions of a seeker person.</w:t>
      </w:r>
    </w:p>
    <w:p>
      <w:pPr>
        <w:jc w:val="right"/>
      </w:pPr>
      <w:r>
        <w:t>، ار، ار کوئسچنز اف ا سیکر پرسن۔</w:t>
      </w:r>
    </w:p>
    <w:p>
      <w:r>
        <w:rPr>
          <w:b/>
        </w:rPr>
        <w:t xml:space="preserve">[17:49] </w:t>
      </w:r>
      <w:r>
        <w:t>When one is a seeker, he faces these questions.</w:t>
      </w:r>
    </w:p>
    <w:p>
      <w:pPr>
        <w:jc w:val="right"/>
      </w:pPr>
      <w:r>
        <w:t>ون ہو ا سیکر، ہی فیسز دیز کوئسچنز۔</w:t>
      </w:r>
    </w:p>
    <w:p>
      <w:r>
        <w:rPr>
          <w:b/>
        </w:rPr>
        <w:t xml:space="preserve">[17:58] </w:t>
      </w:r>
      <w:r>
        <w:t>تو at that time، یعنی before prophethood، he was a seeker، a true seeker.</w:t>
      </w:r>
    </w:p>
    <w:p>
      <w:pPr>
        <w:jc w:val="right"/>
      </w:pPr>
      <w:r>
        <w:t>تو ایٹ دیٹ ٹائم، یعنی بیفور پرافٹ ہڈ، ہی واز ا سیکر، ا ٹرو سیکر۔</w:t>
      </w:r>
    </w:p>
    <w:p>
      <w:r>
        <w:rPr>
          <w:b/>
        </w:rPr>
        <w:t xml:space="preserve">[18:06] </w:t>
      </w:r>
      <w:r>
        <w:t>A true seeker, a true seeker is one who is a, is intellectual,</w:t>
      </w:r>
    </w:p>
    <w:p>
      <w:pPr>
        <w:jc w:val="right"/>
      </w:pPr>
      <w:r>
        <w:t>ا ٹرو سیکر، ا ٹرو سیکر از ون ہو از ا، از انٹلیکچول،</w:t>
      </w:r>
    </w:p>
    <w:p>
      <w:r>
        <w:rPr>
          <w:b/>
        </w:rPr>
        <w:t xml:space="preserve">[18:15] </w:t>
      </w:r>
      <w:r>
        <w:t>intellectually discontent person.</w:t>
      </w:r>
    </w:p>
    <w:p>
      <w:pPr>
        <w:jc w:val="right"/>
      </w:pPr>
      <w:r>
        <w:t>انٹلیکچولی ڈسکنٹینٹ پرسن۔</w:t>
      </w:r>
    </w:p>
    <w:p>
      <w:r>
        <w:rPr>
          <w:b/>
        </w:rPr>
        <w:t xml:space="preserve">[18:21] </w:t>
      </w:r>
      <w:r>
        <w:t>intellectually discontented person.</w:t>
      </w:r>
    </w:p>
    <w:p>
      <w:pPr>
        <w:jc w:val="right"/>
      </w:pPr>
      <w:r>
        <w:t>انٹلیکچولی ڈسکنٹینٹڈ پرسن۔</w:t>
      </w:r>
    </w:p>
    <w:p>
      <w:r>
        <w:rPr>
          <w:b/>
        </w:rPr>
        <w:t xml:space="preserve">[18:27] </w:t>
      </w:r>
      <w:r>
        <w:t>So at that time, before prophethood, he was living in discontentment.</w:t>
      </w:r>
    </w:p>
    <w:p>
      <w:pPr>
        <w:jc w:val="right"/>
      </w:pPr>
      <w:r>
        <w:t>سو ایٹ دیٹ ٹائم، بیفور پرافٹ ہڈ، ہی واز لیونگ ان ڈسکنٹینٹمنٹ۔</w:t>
      </w:r>
    </w:p>
    <w:p>
      <w:r>
        <w:rPr>
          <w:b/>
        </w:rPr>
        <w:t xml:space="preserve">[18:33] </w:t>
      </w:r>
      <w:r>
        <w:t>So, he was a true seeker.</w:t>
      </w:r>
    </w:p>
    <w:p>
      <w:pPr>
        <w:jc w:val="right"/>
      </w:pPr>
      <w:r>
        <w:t>سو ہی واز ا ٹرو سیکر۔</w:t>
      </w:r>
    </w:p>
    <w:p>
      <w:r>
        <w:rPr>
          <w:b/>
        </w:rPr>
        <w:t xml:space="preserve">[18:39] </w:t>
      </w:r>
      <w:r>
        <w:t>So when God found him</w:t>
      </w:r>
    </w:p>
    <w:p>
      <w:pPr>
        <w:jc w:val="right"/>
      </w:pPr>
      <w:r>
        <w:t>سو وین گاڈ فاؤنڈ ہم</w:t>
      </w:r>
    </w:p>
    <w:p>
      <w:r>
        <w:rPr>
          <w:b/>
        </w:rPr>
        <w:t xml:space="preserve">[18:45] </w:t>
      </w:r>
      <w:r>
        <w:t>a true seeker, then he, he, he selected him as a prophet in 610 AD. You know, prophethood is not a, an acquired quality. It is a gifted quality. Prophet H</w:t>
      </w:r>
    </w:p>
    <w:p>
      <w:pPr>
        <w:jc w:val="right"/>
      </w:pPr>
      <w:r>
        <w:t>ا ٹرو سیکر، دین ہی، ہی، ہی سلیکٹڈ ہم ایز ا پرافٹ ان 610 اے ڈی۔ یو نو، پرافٹ ہڈ از ناٹ ا، اینڈ اکوائرڈ کوالٹی۔ اٹ از ا گفٹڈ کوالٹی۔ پرافٹ ہ</w:t>
      </w:r>
    </w:p>
    <w:p>
      <w:r>
        <w:rPr>
          <w:b/>
        </w:rPr>
        <w:t xml:space="preserve">[19:15] </w:t>
      </w:r>
      <w:r>
        <w:t>"It is a gifted quality."</w:t>
      </w:r>
    </w:p>
    <w:p>
      <w:pPr>
        <w:jc w:val="right"/>
      </w:pPr>
      <w:r>
        <w:t>ڈ از ا گفٹڈ کوالٹی۔</w:t>
      </w:r>
    </w:p>
    <w:p>
      <w:r>
        <w:rPr>
          <w:b/>
        </w:rPr>
        <w:t xml:space="preserve">[19:23] </w:t>
      </w:r>
      <w:r>
        <w:t>Prophethood is a gifted quality and not an acquired quality.</w:t>
      </w:r>
    </w:p>
    <w:p>
      <w:pPr>
        <w:jc w:val="right"/>
      </w:pPr>
      <w:r>
        <w:t>پرافٹ ہڈ از ا گفٹڈ کوالٹی اینڈ ناٹ اینڈ اکوائرڈ کوالٹی۔</w:t>
      </w:r>
    </w:p>
    <w:p>
      <w:r>
        <w:rPr>
          <w:b/>
        </w:rPr>
        <w:t xml:space="preserve">[19:31] </w:t>
      </w:r>
      <w:r>
        <w:t>But this gift, this gift comes from God.</w:t>
      </w:r>
    </w:p>
    <w:p>
      <w:pPr>
        <w:jc w:val="right"/>
      </w:pPr>
      <w:r>
        <w:t>بٹ دس گفٹ، دس گفٹ کمز فرام گاڈ۔</w:t>
      </w:r>
    </w:p>
    <w:p>
      <w:r>
        <w:rPr>
          <w:b/>
        </w:rPr>
        <w:t xml:space="preserve">[19:39] </w:t>
      </w:r>
      <w:r>
        <w:t>But God selects a person who is competent, who is a true seeker.</w:t>
      </w:r>
    </w:p>
    <w:p>
      <w:pPr>
        <w:jc w:val="right"/>
      </w:pPr>
      <w:r>
        <w:t>بٹ گاڈ سلیکٹس ا پرسن ہو از کمپیٹنٹ، ہو از ا ٹرو سیکر۔</w:t>
      </w:r>
    </w:p>
    <w:p>
      <w:r>
        <w:rPr>
          <w:b/>
        </w:rPr>
        <w:t xml:space="preserve">[19:47] </w:t>
      </w:r>
      <w:r>
        <w:t>so when God finds that, so when God found that Muhammad bin Abdullah is a true seeker, so he appointed him. So he appointed him as his prophet. God sent his, his angel Jibril</w:t>
      </w:r>
    </w:p>
    <w:p>
      <w:pPr>
        <w:jc w:val="right"/>
      </w:pPr>
      <w:r>
        <w:t>سو وین گاڈ فائنڈز دیٹ، سو وین گاڈ فاؤنڈ دیٹ محمد بن عبداللہ از ا ٹرو سیکر، سو ہی اپوائنٹڈ ہم۔ سو ہی اپوائنٹڈ ہم ایز ہز پرافٹ۔ گاڈ سینڈ ہز، ہز اینجل جبرائیل</w:t>
      </w:r>
    </w:p>
    <w:p>
      <w:r>
        <w:rPr>
          <w:b/>
        </w:rPr>
        <w:t xml:space="preserve">[20:17] </w:t>
      </w:r>
      <w:r>
        <w:t>, and he revealed through Jibril his word, which we call Quran. So this is the case of truth. See, this is the case of true seeking. The first condition is seeking spirit. Without seeking</w:t>
      </w:r>
    </w:p>
    <w:p>
      <w:pPr>
        <w:jc w:val="right"/>
      </w:pPr>
      <w:r>
        <w:t>، اینڈ ہی ریویلڈ تھرو جبرائیل ہز ورڈ، وچ وی کال قران۔ سو دس از دا کیس اف ٹروتھ۔ سی، دس از دا کیس اف ٹرو سیکنگ۔ تو فرسٹ کنڈیشن از سیکنگ اسپرٹ۔ وداؤٹ سیکنگ اسپر</w:t>
      </w:r>
    </w:p>
    <w:p>
      <w:r>
        <w:rPr>
          <w:b/>
        </w:rPr>
        <w:t xml:space="preserve">[20:47] </w:t>
      </w:r>
      <w:r>
        <w:t>spirit, no one can found. without seeking spirit, no one can find the, the truth. Seeking spirit is the first condition towards the truth. Seeking spirit is the first step towards the destination of tru</w:t>
      </w:r>
    </w:p>
    <w:p>
      <w:pPr>
        <w:jc w:val="right"/>
      </w:pPr>
      <w:r>
        <w:t>ٹ، نو ون کین فاؤنڈ۔ وداؤٹ سیکنگ اسپرٹ، نو ون کین فائنڈ دی، دا ٹروتھ۔ سیکنگ اسپرٹ از دا فرسٹ کنڈیشن ٹورڈز دی ٹروتھ۔ سیکنگ اسپرٹ از دا فرسٹ سٹیپ ٹورڈز دا ڈیسٹینیشن اف ٹرو</w:t>
      </w:r>
    </w:p>
    <w:p>
      <w:r>
        <w:rPr>
          <w:b/>
        </w:rPr>
        <w:t xml:space="preserve">[21:17] </w:t>
      </w:r>
      <w:r>
        <w:t>the.</w:t>
      </w:r>
    </w:p>
    <w:p>
      <w:pPr>
        <w:jc w:val="right"/>
      </w:pPr>
      <w:r>
        <w:t>تھ۔</w:t>
      </w:r>
    </w:p>
    <w:p>
      <w:r>
        <w:rPr>
          <w:b/>
        </w:rPr>
        <w:t xml:space="preserve">[21:24] </w:t>
      </w:r>
      <w:r>
        <w:t>So, seeking spirit means one who is an awakened person, who is intellectually an awakened person, who contemplates.</w:t>
      </w:r>
    </w:p>
    <w:p>
      <w:pPr>
        <w:jc w:val="right"/>
      </w:pPr>
      <w:r>
        <w:t>سو سیکنگ اسپرٹ مینز ون ہو از اینڈ اویکنڈ پرسن ہو از انٹلیکچولی اینڈ اویکنڈ پرسن ہو کنٹیمپلیٹ</w:t>
      </w:r>
    </w:p>
    <w:p>
      <w:r>
        <w:rPr>
          <w:b/>
        </w:rPr>
        <w:t xml:space="preserve">[21:32] </w:t>
      </w:r>
      <w:r>
        <w:t>who thinks about the issues.</w:t>
      </w:r>
    </w:p>
    <w:p>
      <w:pPr>
        <w:jc w:val="right"/>
      </w:pPr>
      <w:r>
        <w:t>ہو تھنکس اباؤٹ دی ایشوز۔</w:t>
      </w:r>
    </w:p>
    <w:p>
      <w:r>
        <w:rPr>
          <w:b/>
        </w:rPr>
        <w:t xml:space="preserve">[21:39] </w:t>
      </w:r>
      <w:r>
        <w:t>He is not ready to accept</w:t>
      </w:r>
    </w:p>
    <w:p>
      <w:pPr>
        <w:jc w:val="right"/>
      </w:pPr>
      <w:r>
        <w:t>ہی از ناٹ ریڈی ٹو ایکسیپٹ</w:t>
      </w:r>
    </w:p>
    <w:p>
      <w:r>
        <w:rPr>
          <w:b/>
        </w:rPr>
        <w:t xml:space="preserve">[21:47] </w:t>
      </w:r>
      <w:r>
        <w:t>superficial answers to the questions.</w:t>
      </w:r>
    </w:p>
    <w:p>
      <w:pPr>
        <w:jc w:val="right"/>
      </w:pPr>
      <w:r>
        <w:t>سپرفیشل انسرز ٹو دا کوئسچنز۔</w:t>
      </w:r>
    </w:p>
    <w:p>
      <w:r>
        <w:rPr>
          <w:b/>
        </w:rPr>
        <w:t xml:space="preserve">[21:55] </w:t>
      </w:r>
      <w:r>
        <w:t>A true seeker is one who is not ready to accept the superficial answers to the question.</w:t>
      </w:r>
    </w:p>
    <w:p>
      <w:pPr>
        <w:jc w:val="right"/>
      </w:pPr>
      <w:r>
        <w:t>ا ٹرو سیکر از ون ہو از ناٹ ریڈی ٹو ایکسیپٹ دا سپرفیشل انسرز ٹو دا کوئسچن۔</w:t>
      </w:r>
    </w:p>
    <w:p>
      <w:r>
        <w:rPr>
          <w:b/>
        </w:rPr>
        <w:t xml:space="preserve">[22:02] </w:t>
      </w:r>
      <w:r>
        <w:t>who is not ready to have simply some comfort or luxury.</w:t>
      </w:r>
    </w:p>
    <w:p>
      <w:pPr>
        <w:jc w:val="right"/>
      </w:pPr>
      <w:r>
        <w:t>ہو از ناٹ ریڈی ٹو ہیو سمپلی سم کمفرٹ اور لگزری۔</w:t>
      </w:r>
    </w:p>
    <w:p>
      <w:r>
        <w:rPr>
          <w:b/>
        </w:rPr>
        <w:t xml:space="preserve">[22:10] </w:t>
      </w:r>
      <w:r>
        <w:t>who is not ready to live like an animal.</w:t>
      </w:r>
    </w:p>
    <w:p>
      <w:pPr>
        <w:jc w:val="right"/>
      </w:pPr>
      <w:r>
        <w:t>ہو از ناٹ ریڈی ٹو لیو لائک اینڈ اینیمل۔</w:t>
      </w:r>
    </w:p>
    <w:p>
      <w:r>
        <w:rPr>
          <w:b/>
        </w:rPr>
        <w:t xml:space="preserve">[22:18] </w:t>
      </w:r>
      <w:r>
        <w:t>So one who has these qualities, he is a true seeker.</w:t>
      </w:r>
    </w:p>
    <w:p>
      <w:pPr>
        <w:jc w:val="right"/>
      </w:pPr>
      <w:r>
        <w:t>سو ون ہو ہیز دیز کوالٹیز، ہی از ا ٹرو سیکر۔</w:t>
      </w:r>
    </w:p>
    <w:p>
      <w:r>
        <w:rPr>
          <w:b/>
        </w:rPr>
        <w:t xml:space="preserve">[22:24] </w:t>
      </w:r>
      <w:r>
        <w:t>And one who is a true seeker, he will receive guidance from God.</w:t>
      </w:r>
    </w:p>
    <w:p>
      <w:pPr>
        <w:jc w:val="right"/>
      </w:pPr>
      <w:r>
        <w:t>اینڈ ون ہو از ا ٹرو سیکر، ہی ویل ریسیو گائیڈنس فرام گاڈ۔</w:t>
      </w:r>
    </w:p>
    <w:p>
      <w:r>
        <w:rPr>
          <w:b/>
        </w:rPr>
        <w:t xml:space="preserve">[22:30] </w:t>
      </w:r>
      <w:r>
        <w:t>Here I would like to add that seeking spirit always makes you able to receive God's wide guidance,</w:t>
      </w:r>
    </w:p>
    <w:p>
      <w:pPr>
        <w:jc w:val="right"/>
      </w:pPr>
      <w:r>
        <w:t>ہیر ائی وڈ لائک ٹو ایڈ دیٹ سیکنگ اسپرٹ الویز میکس یو ایبل ٹو ریسیو گاڈز وائیڈ گائیڈنس،</w:t>
      </w:r>
    </w:p>
    <w:p>
      <w:r>
        <w:rPr>
          <w:b/>
        </w:rPr>
        <w:t xml:space="preserve">[22:36] </w:t>
      </w:r>
      <w:r>
        <w:t>But not the prophethood.</w:t>
      </w:r>
    </w:p>
    <w:p>
      <w:pPr>
        <w:jc w:val="right"/>
      </w:pPr>
      <w:r>
        <w:t>بٹ ناٹ دا پرافٹ ہڈ۔</w:t>
      </w:r>
    </w:p>
    <w:p>
      <w:r>
        <w:rPr>
          <w:b/>
        </w:rPr>
        <w:t xml:space="preserve">[22:42] </w:t>
      </w:r>
      <w:r>
        <w:t>There is difference</w:t>
      </w:r>
    </w:p>
    <w:p>
      <w:pPr>
        <w:jc w:val="right"/>
      </w:pPr>
      <w:r>
        <w:t>دیر از ڈیفرنس</w:t>
      </w:r>
    </w:p>
    <w:p>
      <w:r>
        <w:rPr>
          <w:b/>
        </w:rPr>
        <w:t xml:space="preserve">[22:48] </w:t>
      </w:r>
      <w:r>
        <w:t>between general guidance and prophethood.</w:t>
      </w:r>
    </w:p>
    <w:p>
      <w:pPr>
        <w:jc w:val="right"/>
      </w:pPr>
      <w:r>
        <w:t>بٹوین جنرل گائیڈنس اینڈ پرافٹ ہڈ۔</w:t>
      </w:r>
    </w:p>
    <w:p>
      <w:r>
        <w:rPr>
          <w:b/>
        </w:rPr>
        <w:t xml:space="preserve">[22:58] </w:t>
      </w:r>
      <w:r>
        <w:t>Everyone who is a true seeker is able to receive the guidance from God, to receive inspirations from God.</w:t>
      </w:r>
    </w:p>
    <w:p>
      <w:pPr>
        <w:jc w:val="right"/>
      </w:pPr>
      <w:r>
        <w:t>ایوری ون ہو از ا ٹرو سیکر از ایبل ٹو ریسیو دا گائیڈنس فرام گاڈ، ٹو ریسیو انسپیریشنز فرام گاڈ۔</w:t>
      </w:r>
    </w:p>
    <w:p>
      <w:r>
        <w:rPr>
          <w:b/>
        </w:rPr>
        <w:t xml:space="preserve">[23:08] </w:t>
      </w:r>
      <w:r>
        <w:t>But everyone is not</w:t>
      </w:r>
    </w:p>
    <w:p>
      <w:pPr>
        <w:jc w:val="right"/>
      </w:pPr>
      <w:r>
        <w:t>بٹ ایوری ون از ناٹ</w:t>
      </w:r>
    </w:p>
    <w:p>
      <w:r>
        <w:rPr>
          <w:b/>
        </w:rPr>
        <w:t xml:space="preserve">[23:18] </w:t>
      </w:r>
      <w:r>
        <w:t>able to find, able to be appointed as a prophet.</w:t>
      </w:r>
    </w:p>
    <w:p>
      <w:pPr>
        <w:jc w:val="right"/>
      </w:pPr>
      <w:r>
        <w:t>ایبل ٹو فائنڈ، ایبل ٹو بی اپوائنٹڈ ایز ا پرافٹ۔</w:t>
      </w:r>
    </w:p>
    <w:p>
      <w:r>
        <w:rPr>
          <w:b/>
        </w:rPr>
        <w:t xml:space="preserve">[23:26] </w:t>
      </w:r>
      <w:r>
        <w:t>Prophet is a very special selection by God.</w:t>
      </w:r>
    </w:p>
    <w:p>
      <w:pPr>
        <w:jc w:val="right"/>
      </w:pPr>
      <w:r>
        <w:t>پرافٹ از ا ویری اسپیشل سلیکشن بائی گاڈ۔</w:t>
      </w:r>
    </w:p>
    <w:p>
      <w:r>
        <w:rPr>
          <w:b/>
        </w:rPr>
        <w:t xml:space="preserve">[23:34] </w:t>
      </w:r>
      <w:r>
        <w:t>Now, after the, now you know Muhammad sallallahu alaihi wasallam was the final prophet.</w:t>
      </w:r>
    </w:p>
    <w:p>
      <w:pPr>
        <w:jc w:val="right"/>
      </w:pPr>
      <w:r>
        <w:t>ناؤ، افٹر دے، ناؤ یو نو محمد صلی اللہ علیہ وسلم واز دا فائنل پرافٹ۔</w:t>
      </w:r>
    </w:p>
    <w:p>
      <w:r>
        <w:rPr>
          <w:b/>
        </w:rPr>
        <w:t xml:space="preserve">[23:42] </w:t>
      </w:r>
      <w:r>
        <w:t>So the now, there is no possibility to, to,</w:t>
      </w:r>
    </w:p>
    <w:p>
      <w:pPr>
        <w:jc w:val="right"/>
      </w:pPr>
      <w:r>
        <w:t>سو دا ناؤ، دیر از نو پاسیبلٹی ٹو، ٹو،</w:t>
      </w:r>
    </w:p>
    <w:p>
      <w:r>
        <w:rPr>
          <w:b/>
        </w:rPr>
        <w:t xml:space="preserve">[23:49] </w:t>
      </w:r>
      <w:r>
        <w:t>to, to revive these institutions. Now, no one can be appointed a prophet by God. But everyone who is a true seeker will receive guidance from God, will receive inspirations from God. So prophethood is a gift and divine guidance and ins</w:t>
      </w:r>
    </w:p>
    <w:p>
      <w:pPr>
        <w:jc w:val="right"/>
      </w:pPr>
      <w:r>
        <w:t>ٹو، ٹو ریوائیو دس انسٹیٹیوشنز۔ ناؤ، نو ون کین بی اپوائنٹڈ ا پرافٹ بائی گاڈ۔ بٹ ایوری ون ہو از ا ٹرو سیکر ویل ریسیو گائیڈنس فرام گاڈ، ویل ریسیو انسپیریشنز فرام گاڈ۔ سو پرافٹ ہڈ از ا گفٹ اینڈ ڈیوائن گائیڈنس اینڈ انس</w:t>
      </w:r>
    </w:p>
    <w:p>
      <w:r>
        <w:rPr>
          <w:b/>
        </w:rPr>
        <w:t xml:space="preserve">[24:19] </w:t>
      </w:r>
      <w:r>
        <w:t>Perishin is common to all men, men and women.</w:t>
      </w:r>
    </w:p>
    <w:p>
      <w:pPr>
        <w:jc w:val="right"/>
      </w:pPr>
      <w:r>
        <w:t>پیریشن از کامن ٹو ال مین، مین اینڈ وومن۔</w:t>
      </w:r>
    </w:p>
    <w:p>
      <w:r>
        <w:rPr>
          <w:b/>
        </w:rPr>
        <w:t xml:space="preserve">[24:27] </w:t>
      </w:r>
      <w:r>
        <w:t>So this is the first condition.</w:t>
      </w:r>
    </w:p>
    <w:p>
      <w:pPr>
        <w:jc w:val="right"/>
      </w:pPr>
      <w:r>
        <w:t>سو دس از دا فرسٹ کنڈیشن۔</w:t>
      </w:r>
    </w:p>
    <w:p>
      <w:r>
        <w:rPr>
          <w:b/>
        </w:rPr>
        <w:t xml:space="preserve">[24:35] </w:t>
      </w:r>
      <w:r>
        <w:t>Seeking spirit is the first condition.</w:t>
      </w:r>
    </w:p>
    <w:p>
      <w:pPr>
        <w:jc w:val="right"/>
      </w:pPr>
      <w:r>
        <w:t>سیکنگ اسپرٹ از دا فرسٹ کنڈیشن۔</w:t>
      </w:r>
    </w:p>
    <w:p>
      <w:r>
        <w:rPr>
          <w:b/>
        </w:rPr>
        <w:t xml:space="preserve">[24:42] </w:t>
      </w:r>
      <w:r>
        <w:t>Deen, the second condition is sincerity. Sincerity,</w:t>
      </w:r>
    </w:p>
    <w:p>
      <w:pPr>
        <w:jc w:val="right"/>
      </w:pPr>
      <w:r>
        <w:t>دین دا سیکنڈ کنڈیشن از سنسیرٹی۔ سنسیرٹی،</w:t>
      </w:r>
    </w:p>
    <w:p>
      <w:r>
        <w:rPr>
          <w:b/>
        </w:rPr>
        <w:t xml:space="preserve">[24:50] </w:t>
      </w:r>
      <w:r>
        <w:t>Sincerity is a very comprehensive word.</w:t>
      </w:r>
    </w:p>
    <w:p>
      <w:pPr>
        <w:jc w:val="right"/>
      </w:pPr>
      <w:r>
        <w:t>سنسیرٹی از ا ویری کمپرہینسو ورڈ۔</w:t>
      </w:r>
    </w:p>
    <w:p>
      <w:r>
        <w:rPr>
          <w:b/>
        </w:rPr>
        <w:t xml:space="preserve">[25:00] </w:t>
      </w:r>
      <w:r>
        <w:t>One who is sincere, he, he will be a very serious person.</w:t>
      </w:r>
    </w:p>
    <w:p>
      <w:pPr>
        <w:jc w:val="right"/>
      </w:pPr>
      <w:r>
        <w:t>ون ہو از سنسیر، ہی، ہی ویل بی ا ویری سیریس پرسن۔</w:t>
      </w:r>
    </w:p>
    <w:p>
      <w:r>
        <w:rPr>
          <w:b/>
        </w:rPr>
        <w:t xml:space="preserve">[25:10] </w:t>
      </w:r>
      <w:r>
        <w:t>sincere, sincere person is, is a,</w:t>
      </w:r>
    </w:p>
    <w:p>
      <w:pPr>
        <w:jc w:val="right"/>
      </w:pPr>
      <w:r>
        <w:t>سنسیر، سنسیر پرسن از، از ا،</w:t>
      </w:r>
    </w:p>
    <w:p>
      <w:r>
        <w:rPr>
          <w:b/>
        </w:rPr>
        <w:t xml:space="preserve">[25:20] </w:t>
      </w:r>
      <w:r>
        <w:t>as a person who has objective thinking.</w:t>
      </w:r>
    </w:p>
    <w:p>
      <w:pPr>
        <w:jc w:val="right"/>
      </w:pPr>
      <w:r>
        <w:t>از ا پرسن ہو ہیز ابجیکٹو تھنکنگ۔</w:t>
      </w:r>
    </w:p>
    <w:p>
      <w:r>
        <w:rPr>
          <w:b/>
        </w:rPr>
        <w:t xml:space="preserve">[25:26] </w:t>
      </w:r>
      <w:r>
        <w:t>Sincerity is included objectivity.</w:t>
      </w:r>
    </w:p>
    <w:p>
      <w:pPr>
        <w:jc w:val="right"/>
      </w:pPr>
      <w:r>
        <w:t>سنسیرٹی از انکلوڈڈ ابجیکٹیوٹی۔</w:t>
      </w:r>
    </w:p>
    <w:p>
      <w:r>
        <w:rPr>
          <w:b/>
        </w:rPr>
        <w:t xml:space="preserve">[25:32] </w:t>
      </w:r>
      <w:r>
        <w:t>One who is sincere, is also an unbiased person.</w:t>
      </w:r>
    </w:p>
    <w:p>
      <w:pPr>
        <w:jc w:val="right"/>
      </w:pPr>
      <w:r>
        <w:t>ون ہو از سنسیر، از السو اینڈ ان بائیسڈ پرسن۔</w:t>
      </w:r>
    </w:p>
    <w:p>
      <w:r>
        <w:rPr>
          <w:b/>
        </w:rPr>
        <w:t xml:space="preserve">[25:38] </w:t>
      </w:r>
      <w:r>
        <w:t>Bias and sincerity both cannot go together.</w:t>
      </w:r>
    </w:p>
    <w:p>
      <w:pPr>
        <w:jc w:val="right"/>
      </w:pPr>
      <w:r>
        <w:t>بائیس اینڈ سنسیرٹی بوتھ کین ناٹ گو ٹوگیدر۔</w:t>
      </w:r>
    </w:p>
    <w:p>
      <w:r>
        <w:rPr>
          <w:b/>
        </w:rPr>
        <w:t xml:space="preserve">[25:44] </w:t>
      </w:r>
      <w:r>
        <w:t>So by this end</w:t>
      </w:r>
    </w:p>
    <w:p>
      <w:pPr>
        <w:jc w:val="right"/>
      </w:pPr>
      <w:r>
        <w:t>سو بائیس اینڈ</w:t>
      </w:r>
    </w:p>
    <w:p>
      <w:r>
        <w:rPr>
          <w:b/>
        </w:rPr>
        <w:t xml:space="preserve">[25:50] </w:t>
      </w:r>
      <w:r>
        <w:t>partiality and surface thinking and cheap taste and subjectivity, all these things are against the sincerity. sincerity makes you a person who is an objective thinker who is an</w:t>
      </w:r>
    </w:p>
    <w:p>
      <w:pPr>
        <w:jc w:val="right"/>
      </w:pPr>
      <w:r>
        <w:t>پارشیلٹی اینڈ سپرفیس تھنکنگ اینڈ چیپ ٹیسٹ اینڈ سبجیکٹیوٹی، ال دیز تھنگز ار اگینسٹ دی سنسیرٹی۔ سنسیرٹی میکس یو ا پرسن ہو از اینڈ ابجیکٹو تھنکر ہو از اینڈ</w:t>
      </w:r>
    </w:p>
    <w:p>
      <w:r>
        <w:rPr>
          <w:b/>
        </w:rPr>
        <w:t xml:space="preserve">[26:20] </w:t>
      </w:r>
      <w:r>
        <w:t>unbiased, who has unbiased mind, who has high thinking.</w:t>
      </w:r>
    </w:p>
    <w:p>
      <w:pPr>
        <w:jc w:val="right"/>
      </w:pPr>
      <w:r>
        <w:t>ان بائیسڈ ہو ہیز ان بائیسڈ مائنڈ ہو ہیز ہائی تھنکنگ۔</w:t>
      </w:r>
    </w:p>
    <w:p>
      <w:r>
        <w:rPr>
          <w:b/>
        </w:rPr>
        <w:t xml:space="preserve">[26:30] </w:t>
      </w:r>
      <w:r>
        <w:t>So all the positive, so all the positive qualities, all the high intellectual qualities are an integral part of sincerity.</w:t>
      </w:r>
    </w:p>
    <w:p>
      <w:pPr>
        <w:jc w:val="right"/>
      </w:pPr>
      <w:r>
        <w:t>سو ال دا پوزیٹیو، سو ال دا پوزیٹیو کوالٹیز، ال دا ہائی انٹلیکچول کوالٹیز ار اینڈ انٹیگرل پارٹ اف سنسیرٹی۔</w:t>
      </w:r>
    </w:p>
    <w:p>
      <w:r>
        <w:rPr>
          <w:b/>
        </w:rPr>
        <w:t xml:space="preserve">[26:41] </w:t>
      </w:r>
      <w:r>
        <w:t>A sincere person</w:t>
      </w:r>
    </w:p>
    <w:p>
      <w:pPr>
        <w:jc w:val="right"/>
      </w:pPr>
      <w:r>
        <w:t>ا سنسیر پرسن</w:t>
      </w:r>
    </w:p>
    <w:p>
      <w:r>
        <w:rPr>
          <w:b/>
        </w:rPr>
        <w:t xml:space="preserve">[26:51] </w:t>
      </w:r>
      <w:r>
        <w:t>can not afford to live in partiality.</w:t>
      </w:r>
    </w:p>
    <w:p>
      <w:pPr>
        <w:jc w:val="right"/>
      </w:pPr>
      <w:r>
        <w:t>کین ناٹ افورڈ ٹو لیو ان پارشیلٹی۔</w:t>
      </w:r>
    </w:p>
    <w:p>
      <w:r>
        <w:rPr>
          <w:b/>
        </w:rPr>
        <w:t xml:space="preserve">[26:59] </w:t>
      </w:r>
      <w:r>
        <w:t>A sincere person cannot afford to live in hate.</w:t>
      </w:r>
    </w:p>
    <w:p>
      <w:pPr>
        <w:jc w:val="right"/>
      </w:pPr>
      <w:r>
        <w:t>ا سنسیر پرسن کین ناٹ افورڈ ٹو لیو ان ہیٹ۔</w:t>
      </w:r>
    </w:p>
    <w:p>
      <w:r>
        <w:rPr>
          <w:b/>
        </w:rPr>
        <w:t xml:space="preserve">[27:07] </w:t>
      </w:r>
      <w:r>
        <w:t>sincere person cannot afford to live in negativity.</w:t>
      </w:r>
    </w:p>
    <w:p>
      <w:pPr>
        <w:jc w:val="right"/>
      </w:pPr>
      <w:r>
        <w:t>سنسیر پرسن کین ناٹ افورڈ ٹو لیو ان نیگیٹیوٹی۔</w:t>
      </w:r>
    </w:p>
    <w:p>
      <w:r>
        <w:rPr>
          <w:b/>
        </w:rPr>
        <w:t xml:space="preserve">[27:14] </w:t>
      </w:r>
      <w:r>
        <w:t>A sincere person cannot afford to live in selfishness.</w:t>
      </w:r>
    </w:p>
    <w:p>
      <w:pPr>
        <w:jc w:val="right"/>
      </w:pPr>
      <w:r>
        <w:t>ا سنسیر پرسن کین ناٹ افورڈ ٹو لیو ان سیلفشنس۔</w:t>
      </w:r>
    </w:p>
    <w:p>
      <w:r>
        <w:rPr>
          <w:b/>
        </w:rPr>
        <w:t xml:space="preserve">[27:22] </w:t>
      </w:r>
      <w:r>
        <w:t>So this is the second condition.</w:t>
      </w:r>
    </w:p>
    <w:p>
      <w:pPr>
        <w:jc w:val="right"/>
      </w:pPr>
      <w:r>
        <w:t>سو دس از دا سیکنڈ کنڈیشن۔</w:t>
      </w:r>
    </w:p>
    <w:p>
      <w:r>
        <w:rPr>
          <w:b/>
        </w:rPr>
        <w:t xml:space="preserve">[27:32] </w:t>
      </w:r>
      <w:r>
        <w:t>Without sincerity, you cannot find truth.</w:t>
      </w:r>
    </w:p>
    <w:p>
      <w:pPr>
        <w:jc w:val="right"/>
      </w:pPr>
      <w:r>
        <w:t>وداؤٹ سنسیرٹی، یو کین ناٹ فائنڈ ٹروتھ۔</w:t>
      </w:r>
    </w:p>
    <w:p>
      <w:r>
        <w:rPr>
          <w:b/>
        </w:rPr>
        <w:t xml:space="preserve">[27:42] </w:t>
      </w:r>
      <w:r>
        <w:t>So the first condition is seeking spirit, and then the second spirit is sincerity that includes objectivity, unbiased thinking. Sincerity includes</w:t>
      </w:r>
    </w:p>
    <w:p>
      <w:pPr>
        <w:jc w:val="right"/>
      </w:pPr>
      <w:r>
        <w:t>سو دا فرسٹ کنڈیشن از سیکنگ اسپرٹ، اینڈ دین دا سیکنڈ اسپرٹ از سنسیرٹی دیٹ انکلوڈز ابجیکٹیوٹی، ان بائیسڈ تھنکنگ۔ سنسیرٹی انکلوڈز</w:t>
      </w:r>
    </w:p>
    <w:p>
      <w:r>
        <w:rPr>
          <w:b/>
        </w:rPr>
        <w:t xml:space="preserve">[27:52] </w:t>
      </w:r>
      <w:r>
        <w:t>All those positive qualities of mind.</w:t>
      </w:r>
    </w:p>
    <w:p>
      <w:pPr>
        <w:jc w:val="right"/>
      </w:pPr>
      <w:r>
        <w:t>ال دوز پوزیٹیو کوالٹیز اف مائنڈ۔</w:t>
      </w:r>
    </w:p>
    <w:p>
      <w:r>
        <w:rPr>
          <w:b/>
        </w:rPr>
        <w:t xml:space="preserve">[28:03] </w:t>
      </w:r>
      <w:r>
        <w:t>Here I would like to give an example.</w:t>
      </w:r>
    </w:p>
    <w:p>
      <w:pPr>
        <w:jc w:val="right"/>
      </w:pPr>
      <w:r>
        <w:t>ہیر ائی وڈ لائک ٹو گیو این ایگزامپل۔</w:t>
      </w:r>
    </w:p>
    <w:p>
      <w:r>
        <w:rPr>
          <w:b/>
        </w:rPr>
        <w:t xml:space="preserve">[28:13] </w:t>
      </w:r>
      <w:r>
        <w:t>I happen, once I happen to meet a scholar, he was a great believer in Karma theory, a rebirth theory.</w:t>
      </w:r>
    </w:p>
    <w:p>
      <w:pPr>
        <w:jc w:val="right"/>
      </w:pPr>
      <w:r>
        <w:t>ائی ہیپن، ونس ائی ہیپن ٹو میٹ ا سکالر، ہی واز ا گریٹ بلیور ان کرما تھیوری، ا ریبٹ تھیوری۔</w:t>
      </w:r>
    </w:p>
    <w:p>
      <w:r>
        <w:rPr>
          <w:b/>
        </w:rPr>
        <w:t xml:space="preserve">[28:23] </w:t>
      </w:r>
      <w:r>
        <w:t>So I said, what is karma theory? According to karma theory, I and you were born in present form.</w:t>
      </w:r>
    </w:p>
    <w:p>
      <w:pPr>
        <w:jc w:val="right"/>
      </w:pPr>
      <w:r>
        <w:t>سو ائی سیڈ، واٹ از کرما تھیوری؟ اکارڈنگ ٹو کرما تھیوری، ائی اینڈ یو ویر born in present form۔</w:t>
      </w:r>
    </w:p>
    <w:p>
      <w:r>
        <w:rPr>
          <w:b/>
        </w:rPr>
        <w:t xml:space="preserve">[28:35] </w:t>
      </w:r>
      <w:r>
        <w:t>So it is a kind of transformation.</w:t>
      </w:r>
    </w:p>
    <w:p>
      <w:pPr>
        <w:jc w:val="right"/>
      </w:pPr>
      <w:r>
        <w:t>سو اٹ از ا کائنڈ اف ٹرانسفارمیشن۔</w:t>
      </w:r>
    </w:p>
    <w:p>
      <w:r>
        <w:rPr>
          <w:b/>
        </w:rPr>
        <w:t xml:space="preserve">[28:47] </w:t>
      </w:r>
      <w:r>
        <w:t>I and you both are transformed in present</w:t>
      </w:r>
    </w:p>
    <w:p>
      <w:pPr>
        <w:jc w:val="right"/>
      </w:pPr>
      <w:r>
        <w:t>ائی اینڈ یو بوتھ ار ٹرانسفارمڈ ان پریزنٹ</w:t>
      </w:r>
    </w:p>
    <w:p>
      <w:r>
        <w:rPr>
          <w:b/>
        </w:rPr>
        <w:t xml:space="preserve">[28:59] </w:t>
      </w:r>
      <w:r>
        <w:t>form, but we have the same personality.</w:t>
      </w:r>
    </w:p>
    <w:p>
      <w:pPr>
        <w:jc w:val="right"/>
      </w:pPr>
      <w:r>
        <w:t>فارم، بٹ وی ہیو دا سیم پرسنیلٹی۔</w:t>
      </w:r>
    </w:p>
    <w:p>
      <w:r>
        <w:rPr>
          <w:b/>
        </w:rPr>
        <w:t xml:space="preserve">[29:07] </w:t>
      </w:r>
      <w:r>
        <w:t>aur personality that was in past is transformed in present form.</w:t>
      </w:r>
    </w:p>
    <w:p>
      <w:pPr>
        <w:jc w:val="right"/>
      </w:pPr>
      <w:r>
        <w:t>اور پرسنیلٹی دیٹ واز ان پاسٹ از ٹرانسفارمڈ ان پریزنٹ فارم۔</w:t>
      </w:r>
    </w:p>
    <w:p>
      <w:r>
        <w:rPr>
          <w:b/>
        </w:rPr>
        <w:t xml:space="preserve">[29:15] </w:t>
      </w:r>
      <w:r>
        <w:t>So everyone, everyone, everyone who is a case of rebel, means that his personality has</w:t>
      </w:r>
    </w:p>
    <w:p>
      <w:pPr>
        <w:jc w:val="right"/>
      </w:pPr>
      <w:r>
        <w:t>سو ایوری ون، ایوری ون، ایوری ون ہو از ا کیس اف ریبٹ، مینز دیٹ ہز پرسنیلٹی ہیز</w:t>
      </w:r>
    </w:p>
    <w:p>
      <w:r>
        <w:rPr>
          <w:b/>
        </w:rPr>
        <w:t xml:space="preserve">[29:24] </w:t>
      </w:r>
      <w:r>
        <w:t>found a new form</w:t>
      </w:r>
    </w:p>
    <w:p>
      <w:pPr>
        <w:jc w:val="right"/>
      </w:pPr>
      <w:r>
        <w:t>فاؤنڈ ا نیو فارم</w:t>
      </w:r>
    </w:p>
    <w:p>
      <w:r>
        <w:rPr>
          <w:b/>
        </w:rPr>
        <w:t xml:space="preserve">[29:32] </w:t>
      </w:r>
      <w:r>
        <w:t>.</w:t>
      </w:r>
    </w:p>
    <w:p>
      <w:pPr>
        <w:jc w:val="right"/>
      </w:pPr>
      <w:r>
        <w:t>۔</w:t>
      </w:r>
    </w:p>
    <w:p>
      <w:r>
        <w:rPr>
          <w:b/>
        </w:rPr>
        <w:t xml:space="preserve">[29:37] </w:t>
      </w:r>
      <w:r>
        <w:t>Personality is there, but a new form.</w:t>
      </w:r>
    </w:p>
    <w:p>
      <w:pPr>
        <w:jc w:val="right"/>
      </w:pPr>
      <w:r>
        <w:t>پرسنیلٹی از دیر، بٹ ا نیو فارم۔</w:t>
      </w:r>
    </w:p>
    <w:p>
      <w:r>
        <w:rPr>
          <w:b/>
        </w:rPr>
        <w:t xml:space="preserve">[29:42] </w:t>
      </w:r>
      <w:r>
        <w:t>Personality is the same.</w:t>
      </w:r>
    </w:p>
    <w:p>
      <w:pPr>
        <w:jc w:val="right"/>
      </w:pPr>
      <w:r>
        <w:t>پرسنیلٹی از دا سیم۔</w:t>
      </w:r>
    </w:p>
    <w:p>
      <w:r>
        <w:rPr>
          <w:b/>
        </w:rPr>
        <w:t xml:space="preserve">[29:47] </w:t>
      </w:r>
      <w:r>
        <w:t>Rebirth means same personality is transformed into a new personality.</w:t>
      </w:r>
    </w:p>
    <w:p>
      <w:pPr>
        <w:jc w:val="right"/>
      </w:pPr>
      <w:r>
        <w:t>ریبٹ مینز سیم پرسنیلٹی از ٹرانسفارم انٹو ا نیو پرسنیلٹی۔</w:t>
      </w:r>
    </w:p>
    <w:p>
      <w:r>
        <w:rPr>
          <w:b/>
        </w:rPr>
        <w:t xml:space="preserve">[29:52] </w:t>
      </w:r>
      <w:r>
        <w:t>So, personality is there.</w:t>
      </w:r>
    </w:p>
    <w:p>
      <w:pPr>
        <w:jc w:val="right"/>
      </w:pPr>
      <w:r>
        <w:t>سو پرسنیلٹی از دیر۔</w:t>
      </w:r>
    </w:p>
    <w:p>
      <w:r>
        <w:rPr>
          <w:b/>
        </w:rPr>
        <w:t xml:space="preserve">[29:57] </w:t>
      </w:r>
      <w:r>
        <w:t>So I said that according to the scientific research, memory is an integral part of</w:t>
      </w:r>
    </w:p>
    <w:p>
      <w:pPr>
        <w:jc w:val="right"/>
      </w:pPr>
      <w:r>
        <w:t>سو ائی سیڈ دیٹ اکارڈنگ ٹو دا سائنٹیفک ریسرچ، میموری از اینڈ انٹیگرل پارٹ اف</w:t>
      </w:r>
    </w:p>
    <w:p>
      <w:r>
        <w:rPr>
          <w:b/>
        </w:rPr>
        <w:t xml:space="preserve">[30:02] </w:t>
      </w:r>
      <w:r>
        <w:t>human personality.</w:t>
      </w:r>
    </w:p>
    <w:p>
      <w:pPr>
        <w:jc w:val="right"/>
      </w:pPr>
      <w:r>
        <w:t>ہیومن پرسنیلٹی۔</w:t>
      </w:r>
    </w:p>
    <w:p>
      <w:r>
        <w:rPr>
          <w:b/>
        </w:rPr>
        <w:t xml:space="preserve">[30:10] </w:t>
      </w:r>
      <w:r>
        <w:t>You cannot detach memory from, from the personality.</w:t>
      </w:r>
    </w:p>
    <w:p>
      <w:pPr>
        <w:jc w:val="right"/>
      </w:pPr>
      <w:r>
        <w:t>یو کین ناٹ ڈیٹیچ میموری فرام، فرام دی پرسنیلٹی۔</w:t>
      </w:r>
    </w:p>
    <w:p>
      <w:r>
        <w:rPr>
          <w:b/>
        </w:rPr>
        <w:t xml:space="preserve">[30:17] </w:t>
      </w:r>
      <w:r>
        <w:t>Memory is an integral part of human personality.</w:t>
      </w:r>
    </w:p>
    <w:p>
      <w:pPr>
        <w:jc w:val="right"/>
      </w:pPr>
      <w:r>
        <w:t>میموری از اینڈ انٹیگرل پارٹ اف ہیومن پرسنیلٹی۔</w:t>
      </w:r>
    </w:p>
    <w:p>
      <w:r>
        <w:rPr>
          <w:b/>
        </w:rPr>
        <w:t xml:space="preserve">[30:25] </w:t>
      </w:r>
      <w:r>
        <w:t>So if I and you and other people are a case of rebel, it means that</w:t>
      </w:r>
    </w:p>
    <w:p>
      <w:pPr>
        <w:jc w:val="right"/>
      </w:pPr>
      <w:r>
        <w:t>سو اف ائی اینڈ یو اینڈ ادر پیپل ار ا کیس اف ریبٹ، اٹ مینز دیٹ</w:t>
      </w:r>
    </w:p>
    <w:p>
      <w:r>
        <w:rPr>
          <w:b/>
        </w:rPr>
        <w:t xml:space="preserve">[30:33] </w:t>
      </w:r>
      <w:r>
        <w:t>That personality has took a new form.</w:t>
      </w:r>
    </w:p>
    <w:p>
      <w:pPr>
        <w:jc w:val="right"/>
      </w:pPr>
      <w:r>
        <w:t>دیٹ پرسنیلٹی ہیز ٹوک ا نیو فارم۔</w:t>
      </w:r>
    </w:p>
    <w:p>
      <w:r>
        <w:rPr>
          <w:b/>
        </w:rPr>
        <w:t xml:space="preserve">[30:40] </w:t>
      </w:r>
      <w:r>
        <w:t>So where is our memory? I and you and all other people have no memory about their past,</w:t>
      </w:r>
    </w:p>
    <w:p>
      <w:pPr>
        <w:jc w:val="right"/>
      </w:pPr>
      <w:r>
        <w:t>سو ویئر از اور میموری؟ ائی اینڈ یو اینڈ ال ادر پیپل ہیو نو میموری اباؤٹ دیر پاسٹ،</w:t>
      </w:r>
    </w:p>
    <w:p>
      <w:r>
        <w:rPr>
          <w:b/>
        </w:rPr>
        <w:t xml:space="preserve">[30:48] </w:t>
      </w:r>
      <w:r>
        <w:t>No memory at all.</w:t>
      </w:r>
    </w:p>
    <w:p>
      <w:pPr>
        <w:jc w:val="right"/>
      </w:pPr>
      <w:r>
        <w:t>نو میموری ایٹ ال۔</w:t>
      </w:r>
    </w:p>
    <w:p>
      <w:r>
        <w:rPr>
          <w:b/>
        </w:rPr>
        <w:t xml:space="preserve">[30:56] </w:t>
      </w:r>
      <w:r>
        <w:t>I and you and all those people</w:t>
      </w:r>
    </w:p>
    <w:p>
      <w:pPr>
        <w:jc w:val="right"/>
      </w:pPr>
      <w:r>
        <w:t>ائی اینڈ یو اینڈ ال دوز پیپل</w:t>
      </w:r>
    </w:p>
    <w:p>
      <w:r>
        <w:rPr>
          <w:b/>
        </w:rPr>
        <w:t xml:space="preserve">[31:04] </w:t>
      </w:r>
      <w:r>
        <w:t>Of or age are case of rabbit, but no one has the memory of their, of his past.</w:t>
      </w:r>
    </w:p>
    <w:p>
      <w:pPr>
        <w:jc w:val="right"/>
      </w:pPr>
      <w:r>
        <w:t>اف اور ایج ار کیس اف ریبٹ، بٹ نو ون ہیز دا میموری اف دیر، اف ہز پاسٹ۔</w:t>
      </w:r>
    </w:p>
    <w:p>
      <w:r>
        <w:rPr>
          <w:b/>
        </w:rPr>
        <w:t xml:space="preserve">[31:15] </w:t>
      </w:r>
      <w:r>
        <w:t>تو where gone our memory? According to scientific research, memory is an integral, integral part of our personality.</w:t>
      </w:r>
    </w:p>
    <w:p>
      <w:pPr>
        <w:jc w:val="right"/>
      </w:pPr>
      <w:r>
        <w:t>تو ویئر گون اور میموری؟ اکارڈنگ ٹو سائنٹیفک ریسرچ، میموری از اینڈ انٹیگرل، انٹیگرل پارٹ اف اور پرسنیلٹی۔</w:t>
      </w:r>
    </w:p>
    <w:p>
      <w:r>
        <w:rPr>
          <w:b/>
        </w:rPr>
        <w:t xml:space="preserve">[31:26] </w:t>
      </w:r>
      <w:r>
        <w:t>So if personality, if my personality and your personality</w:t>
      </w:r>
    </w:p>
    <w:p>
      <w:pPr>
        <w:jc w:val="right"/>
      </w:pPr>
      <w:r>
        <w:t>سو اف پرسنیلٹی، اف مائی پرسنیلٹی اینڈ یور پرسنیلٹی</w:t>
      </w:r>
    </w:p>
    <w:p>
      <w:r>
        <w:rPr>
          <w:b/>
        </w:rPr>
        <w:t xml:space="preserve">[31:37] </w:t>
      </w:r>
      <w:r>
        <w:t>took a new form.</w:t>
      </w:r>
    </w:p>
    <w:p>
      <w:pPr>
        <w:jc w:val="right"/>
      </w:pPr>
      <w:r>
        <w:t>ٹوک ا نیو فارم۔</w:t>
      </w:r>
    </w:p>
    <w:p>
      <w:r>
        <w:rPr>
          <w:b/>
        </w:rPr>
        <w:t xml:space="preserve">[31:45] </w:t>
      </w:r>
      <w:r>
        <w:t>So where is my memory and your memory and others' memory? No one can say that I remember</w:t>
      </w:r>
    </w:p>
    <w:p>
      <w:pPr>
        <w:jc w:val="right"/>
      </w:pPr>
      <w:r>
        <w:t>سو ویئر از مائی میموری اینڈ یور میموری اینڈ ادرز میموری؟ نو ون کین سے دیٹ ائی ریممبر</w:t>
      </w:r>
    </w:p>
    <w:p>
      <w:r>
        <w:rPr>
          <w:b/>
        </w:rPr>
        <w:t xml:space="preserve">[31:53] </w:t>
      </w:r>
      <w:r>
        <w:t>What was, how I was in the past.</w:t>
      </w:r>
    </w:p>
    <w:p>
      <w:pPr>
        <w:jc w:val="right"/>
      </w:pPr>
      <w:r>
        <w:t>واٹ واز، ہاؤ ائی واز ان دا پاسٹ۔</w:t>
      </w:r>
    </w:p>
    <w:p>
      <w:r>
        <w:rPr>
          <w:b/>
        </w:rPr>
        <w:t xml:space="preserve">[32:01] </w:t>
      </w:r>
      <w:r>
        <w:t>I know that some, some mysterious people</w:t>
      </w:r>
    </w:p>
    <w:p>
      <w:pPr>
        <w:jc w:val="right"/>
      </w:pPr>
      <w:r>
        <w:t>ائی نو دیٹ سم، سم مسٹیریس پیپل</w:t>
      </w:r>
    </w:p>
    <w:p>
      <w:r>
        <w:rPr>
          <w:b/>
        </w:rPr>
        <w:t xml:space="preserve">[32:09] </w:t>
      </w:r>
      <w:r>
        <w:t>claim that we, we remember our past, but it is ridiculous.</w:t>
      </w:r>
    </w:p>
    <w:p>
      <w:pPr>
        <w:jc w:val="right"/>
      </w:pPr>
      <w:r>
        <w:t>کلیم دیٹ وی، وی ریممبر اور پاسٹ، بٹ اٹ از ریکولس۔</w:t>
      </w:r>
    </w:p>
    <w:p>
      <w:r>
        <w:rPr>
          <w:b/>
        </w:rPr>
        <w:t xml:space="preserve">[32:16] </w:t>
      </w:r>
      <w:r>
        <w:t>It is not, it is not a rational argument, because in science, according to scientific method, if a</w:t>
      </w:r>
    </w:p>
    <w:p>
      <w:pPr>
        <w:jc w:val="right"/>
      </w:pPr>
      <w:r>
        <w:t>اٹ از ناٹ، اٹ از ناٹ ا ریشنل ارگیومنٹ، بیکاز ان سائنس، اکارڈنگ ٹو سائنٹیفک میتھڈ، اف ا</w:t>
      </w:r>
    </w:p>
    <w:p>
      <w:r>
        <w:rPr>
          <w:b/>
        </w:rPr>
        <w:t xml:space="preserve">[32:24] </w:t>
      </w:r>
      <w:r>
        <w:t>single instance differs, that whole theory will be discarded.</w:t>
      </w:r>
    </w:p>
    <w:p>
      <w:pPr>
        <w:jc w:val="right"/>
      </w:pPr>
      <w:r>
        <w:t>سنگل انسٹنس ڈیفرز، دیٹ ہول تھیوری ویل بی ڈسکارڈڈ۔</w:t>
      </w:r>
    </w:p>
    <w:p>
      <w:r>
        <w:rPr>
          <w:b/>
        </w:rPr>
        <w:t xml:space="preserve">[32:31] </w:t>
      </w:r>
      <w:r>
        <w:t>So only some people living in some corner, in a</w:t>
      </w:r>
    </w:p>
    <w:p>
      <w:pPr>
        <w:jc w:val="right"/>
      </w:pPr>
      <w:r>
        <w:t>سو اونلی سم پیپل لیونگ اینڈ سم کارنر، ان ا</w:t>
      </w:r>
    </w:p>
    <w:p>
      <w:r>
        <w:rPr>
          <w:b/>
        </w:rPr>
        <w:t xml:space="preserve">[32:39] </w:t>
      </w:r>
      <w:r>
        <w:t>remote corner, if they claim that they remember their past, it is not enough.</w:t>
      </w:r>
    </w:p>
    <w:p>
      <w:pPr>
        <w:jc w:val="right"/>
      </w:pPr>
      <w:r>
        <w:t>ریموٹ کارنر، اف دے کلیم دیٹ دے ریممبر دیر پاسٹ، اٹ از ناٹ انف۔</w:t>
      </w:r>
    </w:p>
    <w:p>
      <w:r>
        <w:rPr>
          <w:b/>
        </w:rPr>
        <w:t xml:space="preserve">[32:49] </w:t>
      </w:r>
      <w:r>
        <w:t>Everyone must remember his past, everyone without a single exception.</w:t>
      </w:r>
    </w:p>
    <w:p>
      <w:pPr>
        <w:jc w:val="right"/>
      </w:pPr>
      <w:r>
        <w:t>ایوری ون مسٹ ریممبر ہز پاسٹ، ایوری ون وداؤٹ ا سنگل ایکسیپشن۔</w:t>
      </w:r>
    </w:p>
    <w:p>
      <w:r>
        <w:rPr>
          <w:b/>
        </w:rPr>
        <w:t xml:space="preserve">[32:59] </w:t>
      </w:r>
      <w:r>
        <w:t>According to scientific method, every, if there is, if there is single</w:t>
      </w:r>
    </w:p>
    <w:p>
      <w:pPr>
        <w:jc w:val="right"/>
      </w:pPr>
      <w:r>
        <w:t>اکارڈنگ ٹو سائنٹیفک میتھڈ، ایوری، اف دیر از، اف دیر از سنگل</w:t>
      </w:r>
    </w:p>
    <w:p>
      <w:r>
        <w:rPr>
          <w:b/>
        </w:rPr>
        <w:t xml:space="preserve">[33:09] </w:t>
      </w:r>
      <w:r>
        <w:t>exception, that well, then the whole theory will be discarded.</w:t>
      </w:r>
    </w:p>
    <w:p>
      <w:pPr>
        <w:jc w:val="right"/>
      </w:pPr>
      <w:r>
        <w:t>ایکسیپشن، دیٹ ویل، دین دا ہول تھیوری ویل بی ڈسکارڈڈ۔</w:t>
      </w:r>
    </w:p>
    <w:p>
      <w:r>
        <w:rPr>
          <w:b/>
        </w:rPr>
        <w:t xml:space="preserve">[33:19] </w:t>
      </w:r>
      <w:r>
        <w:t>For example, for example, Newton proved that there is a gravity, gravitational pull of Earth.</w:t>
      </w:r>
    </w:p>
    <w:p>
      <w:pPr>
        <w:jc w:val="right"/>
      </w:pPr>
      <w:r>
        <w:t>فار ایگزامپل، فار ایگزامپل، نیوٹن پروف دیٹ دیر از ا گریویٹی، گریویٹیشنل پل اور ارتھ۔</w:t>
      </w:r>
    </w:p>
    <w:p>
      <w:r>
        <w:rPr>
          <w:b/>
        </w:rPr>
        <w:t xml:space="preserve">[33:29] </w:t>
      </w:r>
      <w:r>
        <w:t>aur Earth has, our planet Earth has gravity. So</w:t>
      </w:r>
    </w:p>
    <w:p>
      <w:pPr>
        <w:jc w:val="right"/>
      </w:pPr>
      <w:r>
        <w:t>اور اور ارتھ ہیز، اور پلینٹ ارتھ ہیز گریویٹی۔ سو</w:t>
      </w:r>
    </w:p>
    <w:p>
      <w:r>
        <w:rPr>
          <w:b/>
        </w:rPr>
        <w:t xml:space="preserve">[33:39] </w:t>
      </w:r>
      <w:r>
        <w:t>due to this gravity, everything falls down, like this, everything falls down.</w:t>
      </w:r>
    </w:p>
    <w:p>
      <w:pPr>
        <w:jc w:val="right"/>
      </w:pPr>
      <w:r>
        <w:t>ڈیو ٹو دس گریویٹی، ایوری تھنگ فالس ڈاؤن، لائک دس، ایوری تھنگ فالس ڈاؤن۔</w:t>
      </w:r>
    </w:p>
    <w:p>
      <w:r>
        <w:rPr>
          <w:b/>
        </w:rPr>
        <w:t xml:space="preserve">[33:49] </w:t>
      </w:r>
      <w:r>
        <w:t>But if there is a single item, for example, this glass, that refuses to fall down, it goes up,</w:t>
      </w:r>
    </w:p>
    <w:p>
      <w:pPr>
        <w:jc w:val="right"/>
      </w:pPr>
      <w:r>
        <w:t>بٹ اف دیر از سنگل ائٹم، فار ایگزامپل، دس گلاس، دیٹ ریفیوز ٹو فال ڈاؤن، اٹ گوز اپ،</w:t>
      </w:r>
    </w:p>
    <w:p>
      <w:r>
        <w:rPr>
          <w:b/>
        </w:rPr>
        <w:t xml:space="preserve">[33:59] </w:t>
      </w:r>
      <w:r>
        <w:t>Deen, the whole theory will be discarded. All thing,</w:t>
      </w:r>
    </w:p>
    <w:p>
      <w:pPr>
        <w:jc w:val="right"/>
      </w:pPr>
      <w:r>
        <w:t>دین دا ہول تھیوری ویل بی ڈسکارڈڈ۔ ال تھنگ،</w:t>
      </w:r>
    </w:p>
    <w:p>
      <w:r>
        <w:rPr>
          <w:b/>
        </w:rPr>
        <w:t xml:space="preserve">[34:09] </w:t>
      </w:r>
      <w:r>
        <w:t>all thing, all thing must fall down, must feel down. so if someone, some mysterious person living in some remote corner, claims that he has memory of his past, there is not enough, there is not enough. every human being, every man and woman must rem</w:t>
      </w:r>
    </w:p>
    <w:p>
      <w:pPr>
        <w:jc w:val="right"/>
      </w:pPr>
      <w:r>
        <w:t>ال تھنگ، ال تھنگ مسٹ فال ڈاؤن، مسٹ فیل ڈاؤن۔ سو اف سم ون، سم مسٹیریس پرسن لیونگ ان سم ریموٹ کارنر، کلیمز دیٹ ہی ہیز میموری اف ہز پاسٹ، دیر از ناٹ انف، دیر از ناٹ انف۔ ایوری ہیومن بینگ، ایوری مین اینڈ وومن مسٹ ریم</w:t>
      </w:r>
    </w:p>
    <w:p>
      <w:r>
        <w:rPr>
          <w:b/>
        </w:rPr>
        <w:t xml:space="preserve">[34:39] </w:t>
      </w:r>
      <w:r>
        <w:t>remember about their past, because everyone has memory.</w:t>
      </w:r>
    </w:p>
    <w:p>
      <w:pPr>
        <w:jc w:val="right"/>
      </w:pPr>
      <w:r>
        <w:t>مبر اباؤٹ دیر پاسٹ، بیکاز ایوری ون ہیز میموری۔</w:t>
      </w:r>
    </w:p>
    <w:p>
      <w:r>
        <w:rPr>
          <w:b/>
        </w:rPr>
        <w:t xml:space="preserve">[34:45] </w:t>
      </w:r>
      <w:r>
        <w:t>Memory is a, is a, is an integral part of every human being.</w:t>
      </w:r>
    </w:p>
    <w:p>
      <w:pPr>
        <w:jc w:val="right"/>
      </w:pPr>
      <w:r>
        <w:t>میموری از ا، از ا، از اینڈ انٹیگرل پارٹ اف ایوری ہیومن بینگ۔</w:t>
      </w:r>
    </w:p>
    <w:p>
      <w:r>
        <w:rPr>
          <w:b/>
        </w:rPr>
        <w:t xml:space="preserve">[34:51] </w:t>
      </w:r>
      <w:r>
        <w:t>So everyone must remember.</w:t>
      </w:r>
    </w:p>
    <w:p>
      <w:pPr>
        <w:jc w:val="right"/>
      </w:pPr>
      <w:r>
        <w:t>سو ایوری ون مسٹ ریممبر۔</w:t>
      </w:r>
    </w:p>
    <w:p>
      <w:r>
        <w:rPr>
          <w:b/>
        </w:rPr>
        <w:t xml:space="preserve">[34:57] </w:t>
      </w:r>
      <w:r>
        <w:t>So when I said this, what was the reply? He said, "Oh no, it is a science, and</w:t>
      </w:r>
    </w:p>
    <w:p>
      <w:pPr>
        <w:jc w:val="right"/>
      </w:pPr>
      <w:r>
        <w:t>سو وین ائی سیڈ دس، واٹ واز دی ریپلائی؟ ہی سیڈ، او نو، اٹ از ا سائنس، اینڈ</w:t>
      </w:r>
    </w:p>
    <w:p>
      <w:r>
        <w:rPr>
          <w:b/>
        </w:rPr>
        <w:t xml:space="preserve">[35:03] </w:t>
      </w:r>
      <w:r>
        <w:t>Science has no right to en</w:t>
      </w:r>
    </w:p>
    <w:p>
      <w:pPr>
        <w:jc w:val="right"/>
      </w:pPr>
      <w:r>
        <w:t>سائنس ہیز نو رائٹ ٹو ان</w:t>
      </w:r>
    </w:p>
    <w:p>
      <w:r>
        <w:rPr>
          <w:b/>
        </w:rPr>
        <w:t xml:space="preserve">[35:09] </w:t>
      </w:r>
      <w:r>
        <w:t>Then, science has no right to interfere in religious matters.</w:t>
      </w:r>
    </w:p>
    <w:p>
      <w:pPr>
        <w:jc w:val="right"/>
      </w:pPr>
      <w:r>
        <w:t>فیر، سائنس ہیز نو رائٹ ٹو انٹرفیئر ان ریلیجیس میٹرز۔</w:t>
      </w:r>
    </w:p>
    <w:p>
      <w:r>
        <w:rPr>
          <w:b/>
        </w:rPr>
        <w:t xml:space="preserve">[35:15] </w:t>
      </w:r>
      <w:r>
        <w:t>He said, this is my belief, this is my religious belief, and what you are saying, that is science.</w:t>
      </w:r>
    </w:p>
    <w:p>
      <w:pPr>
        <w:jc w:val="right"/>
      </w:pPr>
      <w:r>
        <w:t>ہی سیڈ، دس از مائی بیلیف، دس از مائی ریلیجیس بیلیف، اینڈ واٹ یو ار سینگ، دیٹ از سائنس۔</w:t>
      </w:r>
    </w:p>
    <w:p>
      <w:r>
        <w:rPr>
          <w:b/>
        </w:rPr>
        <w:t xml:space="preserve">[35:21] </w:t>
      </w:r>
      <w:r>
        <w:t>So science has no right to interfere in my religious affairs.</w:t>
      </w:r>
    </w:p>
    <w:p>
      <w:pPr>
        <w:jc w:val="right"/>
      </w:pPr>
      <w:r>
        <w:t>سو سائنس ہیز نو رائٹ ٹو انٹرفیئر ان مائی ریلیجیس افیئرز۔</w:t>
      </w:r>
    </w:p>
    <w:p>
      <w:r>
        <w:rPr>
          <w:b/>
        </w:rPr>
        <w:t xml:space="preserve">[35:27] </w:t>
      </w:r>
      <w:r>
        <w:t>This kind of answer is quite wrong, ridiculous, it is ridiculous.</w:t>
      </w:r>
    </w:p>
    <w:p>
      <w:pPr>
        <w:jc w:val="right"/>
      </w:pPr>
      <w:r>
        <w:t>دس کائنڈ اف انسر از کوائٹ رونگ، ڈیٹیکولس، اٹ از ڈیٹیکولس۔</w:t>
      </w:r>
    </w:p>
    <w:p>
      <w:r>
        <w:rPr>
          <w:b/>
        </w:rPr>
        <w:t xml:space="preserve">[35:33] </w:t>
      </w:r>
      <w:r>
        <w:t>But that gentleman was late.</w:t>
      </w:r>
    </w:p>
    <w:p>
      <w:pPr>
        <w:jc w:val="right"/>
      </w:pPr>
      <w:r>
        <w:t>بٹ دیٹ جنٹلمین واز لی</w:t>
      </w:r>
    </w:p>
    <w:p>
      <w:r>
        <w:rPr>
          <w:b/>
        </w:rPr>
        <w:t xml:space="preserve">[35:39] </w:t>
      </w:r>
      <w:r>
        <w:t>winning in this ridiculous position.</w:t>
      </w:r>
    </w:p>
    <w:p>
      <w:pPr>
        <w:jc w:val="right"/>
      </w:pPr>
      <w:r>
        <w:t>ونگ ان دس ڈیٹیکولس پوزیشن۔</w:t>
      </w:r>
    </w:p>
    <w:p>
      <w:r>
        <w:rPr>
          <w:b/>
        </w:rPr>
        <w:t xml:space="preserve">[35:47] </w:t>
      </w:r>
      <w:r>
        <w:t>Although I gave him a very powerful argument, I presented before him a powerful scientific argument, but he,</w:t>
      </w:r>
    </w:p>
    <w:p>
      <w:pPr>
        <w:jc w:val="right"/>
      </w:pPr>
      <w:r>
        <w:t>الدو ائی گیو ہم ا ویری پاورفل ارگیومنٹ، ائی پریزنٹڈ بیفور ہم ا پاورفل سائنٹیفک ارگیومنٹ، بٹ ہی،</w:t>
      </w:r>
    </w:p>
    <w:p>
      <w:r>
        <w:rPr>
          <w:b/>
        </w:rPr>
        <w:t xml:space="preserve">[35:54] </w:t>
      </w:r>
      <w:r>
        <w:t>He refused to accept it.</w:t>
      </w:r>
    </w:p>
    <w:p>
      <w:pPr>
        <w:jc w:val="right"/>
      </w:pPr>
      <w:r>
        <w:t>ہی ریفیوز ٹو ایکسیپٹ اٹ۔</w:t>
      </w:r>
    </w:p>
    <w:p>
      <w:r>
        <w:rPr>
          <w:b/>
        </w:rPr>
        <w:t xml:space="preserve">[36:02] </w:t>
      </w:r>
      <w:r>
        <w:t>Why? Because he was not sincere, he was living in bias,</w:t>
      </w:r>
    </w:p>
    <w:p>
      <w:pPr>
        <w:jc w:val="right"/>
      </w:pPr>
      <w:r>
        <w:t>وائی؟ بیکاز ہی واز ناٹ سنسیر، ہی واز لیونگ ان بائیس،</w:t>
      </w:r>
    </w:p>
    <w:p>
      <w:r>
        <w:rPr>
          <w:b/>
        </w:rPr>
        <w:t xml:space="preserve">[36:10] </w:t>
      </w:r>
      <w:r>
        <w:t>he was, he was deprived of objective thinking. this is not an answer that science has no right to interfere in my religion. it is nothing. this sentence maybe, may grammatically, this sentence may be grammatically true. science has no right to int</w:t>
      </w:r>
    </w:p>
    <w:p>
      <w:pPr>
        <w:jc w:val="right"/>
      </w:pPr>
      <w:r>
        <w:t>ہی واز، ہی واز ڈیپرائیوڈ اف ابجیکٹو تھنکنگ۔ دس از ناٹ این انسر دیٹ سائنس ہیز نو رائٹ ٹو انٹرفیئر ان مائی ریلیجن۔ اٹ از نتھنگ۔ دس سینٹنس می بی، می گرامیٹیکلی، دس سینٹنس می بی گرامیٹیکلی ٹرو۔ سائنس ہیز نو رائٹ ٹو انٹ</w:t>
      </w:r>
    </w:p>
    <w:p>
      <w:r>
        <w:rPr>
          <w:b/>
        </w:rPr>
        <w:t xml:space="preserve">[36:40] </w:t>
      </w:r>
      <w:r>
        <w:t>Repair my religion.</w:t>
      </w:r>
    </w:p>
    <w:p>
      <w:pPr>
        <w:jc w:val="right"/>
      </w:pPr>
      <w:r>
        <w:t>رفیئر مائی ریلیجن۔</w:t>
      </w:r>
    </w:p>
    <w:p>
      <w:r>
        <w:rPr>
          <w:b/>
        </w:rPr>
        <w:t xml:space="preserve">[36:46] </w:t>
      </w:r>
      <w:r>
        <w:t>Grammatically, it is true, but in fact, in fact, it is wrong.</w:t>
      </w:r>
    </w:p>
    <w:p>
      <w:pPr>
        <w:jc w:val="right"/>
      </w:pPr>
      <w:r>
        <w:t>گرامیٹیکلی، اٹ از ٹرو، بٹ ان فیکٹ، ان فیکٹ، اٹ از رونگ۔</w:t>
      </w:r>
    </w:p>
    <w:p>
      <w:r>
        <w:rPr>
          <w:b/>
        </w:rPr>
        <w:t xml:space="preserve">[36:53] </w:t>
      </w:r>
      <w:r>
        <w:t>In fact, it is wrong.</w:t>
      </w:r>
    </w:p>
    <w:p>
      <w:pPr>
        <w:jc w:val="right"/>
      </w:pPr>
      <w:r>
        <w:t>ان فیکٹ، اٹ از رونگ۔</w:t>
      </w:r>
    </w:p>
    <w:p>
      <w:r>
        <w:rPr>
          <w:b/>
        </w:rPr>
        <w:t xml:space="preserve">[36:59] </w:t>
      </w:r>
      <w:r>
        <w:t>So in this case, you can see that when one is not sincere, he cannot find truth.</w:t>
      </w:r>
    </w:p>
    <w:p>
      <w:pPr>
        <w:jc w:val="right"/>
      </w:pPr>
      <w:r>
        <w:t>سو ان دس کیس، یو کین سی دیٹ وین ون از ناٹ سنسیر، ہی کین ناٹ فائنڈ ٹروتھ۔</w:t>
      </w:r>
    </w:p>
    <w:p>
      <w:r>
        <w:rPr>
          <w:b/>
        </w:rPr>
        <w:t xml:space="preserve">[37:06] </w:t>
      </w:r>
      <w:r>
        <w:t>Sincerity is a must.</w:t>
      </w:r>
    </w:p>
    <w:p>
      <w:pPr>
        <w:jc w:val="right"/>
      </w:pPr>
      <w:r>
        <w:t>سنسیرٹی از مسٹ</w:t>
      </w:r>
    </w:p>
    <w:p>
      <w:r>
        <w:rPr>
          <w:b/>
        </w:rPr>
        <w:t xml:space="preserve">[37:12] </w:t>
      </w:r>
      <w:r>
        <w:t>in this pursuit.</w:t>
      </w:r>
    </w:p>
    <w:p>
      <w:pPr>
        <w:jc w:val="right"/>
      </w:pPr>
      <w:r>
        <w:t>ان دس پرسوٹ۔</w:t>
      </w:r>
    </w:p>
    <w:p>
      <w:r>
        <w:rPr>
          <w:b/>
        </w:rPr>
        <w:t xml:space="preserve">[37:20] </w:t>
      </w:r>
      <w:r>
        <w:t>Sincerity is a must in this pursuit.</w:t>
      </w:r>
    </w:p>
    <w:p>
      <w:pPr>
        <w:jc w:val="right"/>
      </w:pPr>
      <w:r>
        <w:t>سنسیرٹی از مسٹ ان دس پرسوٹ۔</w:t>
      </w:r>
    </w:p>
    <w:p>
      <w:r>
        <w:rPr>
          <w:b/>
        </w:rPr>
        <w:t xml:space="preserve">[37:27] </w:t>
      </w:r>
      <w:r>
        <w:t>Truth requires a very, very serious pursuit, very sincere pursuit.</w:t>
      </w:r>
    </w:p>
    <w:p>
      <w:pPr>
        <w:jc w:val="right"/>
      </w:pPr>
      <w:r>
        <w:t>ٹروتھ ریکوائر ا ویری، ویری سیریس پرسوٹ، ویری سنسیر پرسوٹ۔</w:t>
      </w:r>
    </w:p>
    <w:p>
      <w:r>
        <w:rPr>
          <w:b/>
        </w:rPr>
        <w:t xml:space="preserve">[37:35] </w:t>
      </w:r>
      <w:r>
        <w:t>So one who is deprived of this quality, he cannot find truth.</w:t>
      </w:r>
    </w:p>
    <w:p>
      <w:pPr>
        <w:jc w:val="right"/>
      </w:pPr>
      <w:r>
        <w:t>سو ون ہو از ڈیپرائیوڈ اف دس کوالٹی، ہی کین ناٹ فائنڈ ٹروتھ۔</w:t>
      </w:r>
    </w:p>
    <w:p>
      <w:r>
        <w:rPr>
          <w:b/>
        </w:rPr>
        <w:t xml:space="preserve">[37:43] </w:t>
      </w:r>
      <w:r>
        <w:t>For example, if there is sunlight, if there is no cloud in the atmosphere, and sun is</w:t>
      </w:r>
    </w:p>
    <w:p>
      <w:pPr>
        <w:jc w:val="right"/>
      </w:pPr>
      <w:r>
        <w:t>فار ایگزامپل، اف دیر از سن لائٹ، اف دیر از نو کلاؤڈ ان دی ایٹمسفیئر، اینڈ سن از</w:t>
      </w:r>
    </w:p>
    <w:p>
      <w:r>
        <w:rPr>
          <w:b/>
        </w:rPr>
        <w:t xml:space="preserve">[37:53] </w:t>
      </w:r>
      <w:r>
        <w:t>Rising, sun is shining, everywhere there is light.</w:t>
      </w:r>
    </w:p>
    <w:p>
      <w:pPr>
        <w:jc w:val="right"/>
      </w:pPr>
      <w:r>
        <w:t>رائزنگ، سن از شائننگ، ایوری ویر دیر از لائٹ۔</w:t>
      </w:r>
    </w:p>
    <w:p>
      <w:r>
        <w:rPr>
          <w:b/>
        </w:rPr>
        <w:t xml:space="preserve">[38:03] </w:t>
      </w:r>
      <w:r>
        <w:t>But if you close your eyes, if you close your both eyes, then for you, there is no light. The</w:t>
      </w:r>
    </w:p>
    <w:p>
      <w:pPr>
        <w:jc w:val="right"/>
      </w:pPr>
      <w:r>
        <w:t>بٹ اف یو کلوز یور ائیز، اف یو کلوز یور بوتھ ائیز، دین فار یو، دیر از نو لائٹ۔ د</w:t>
      </w:r>
    </w:p>
    <w:p>
      <w:r>
        <w:rPr>
          <w:b/>
        </w:rPr>
        <w:t xml:space="preserve">[38:13] </w:t>
      </w:r>
      <w:r>
        <w:t>in for you, there is no light.</w:t>
      </w:r>
    </w:p>
    <w:p>
      <w:pPr>
        <w:jc w:val="right"/>
      </w:pPr>
      <w:r>
        <w:t>ین فار یو، دیر از نو لائٹ۔</w:t>
      </w:r>
    </w:p>
    <w:p>
      <w:r>
        <w:rPr>
          <w:b/>
        </w:rPr>
        <w:t xml:space="preserve">[38:21] </w:t>
      </w:r>
      <w:r>
        <w:t>So this is the case of those people who are deprived of sincerity.</w:t>
      </w:r>
    </w:p>
    <w:p>
      <w:pPr>
        <w:jc w:val="right"/>
      </w:pPr>
      <w:r>
        <w:t>سو دس از دا کیس اف دوز پیپل ہو ار ڈیپرائیوڈ اف سنسیرٹی۔</w:t>
      </w:r>
    </w:p>
    <w:p>
      <w:r>
        <w:rPr>
          <w:b/>
        </w:rPr>
        <w:t xml:space="preserve">[38:29] </w:t>
      </w:r>
      <w:r>
        <w:t>And an insincere person, and an insincere person is like one who has closed his eyes, so he</w:t>
      </w:r>
    </w:p>
    <w:p>
      <w:pPr>
        <w:jc w:val="right"/>
      </w:pPr>
      <w:r>
        <w:t>اینڈ ان سنسیر پرسن، اینڈ ان سنسیر پرسن از لائک ون ہو ہیز کلوزڈ ہز ائیز، سو ہی</w:t>
      </w:r>
    </w:p>
    <w:p>
      <w:r>
        <w:rPr>
          <w:b/>
        </w:rPr>
        <w:t xml:space="preserve">[38:37] </w:t>
      </w:r>
      <w:r>
        <w:t>was not able to see the sunlight.</w:t>
      </w:r>
    </w:p>
    <w:p>
      <w:pPr>
        <w:jc w:val="right"/>
      </w:pPr>
      <w:r>
        <w:t>واز ناٹ ایبل ٹو سی دا سن لائٹ۔</w:t>
      </w:r>
    </w:p>
    <w:p>
      <w:r>
        <w:rPr>
          <w:b/>
        </w:rPr>
        <w:t xml:space="preserve">[38:46] </w:t>
      </w:r>
      <w:r>
        <w:t>So this is the second condition towards finding the truth.</w:t>
      </w:r>
    </w:p>
    <w:p>
      <w:pPr>
        <w:jc w:val="right"/>
      </w:pPr>
      <w:r>
        <w:t>سو دس از دا سیکنڈ کنڈیشن ٹورڈز فائنڈنگ دا ٹروتھ۔</w:t>
      </w:r>
    </w:p>
    <w:p>
      <w:r>
        <w:rPr>
          <w:b/>
        </w:rPr>
        <w:t xml:space="preserve">[38:53] </w:t>
      </w:r>
      <w:r>
        <w:t>First was seeking spirit.</w:t>
      </w:r>
    </w:p>
    <w:p>
      <w:pPr>
        <w:jc w:val="right"/>
      </w:pPr>
      <w:r>
        <w:t>فرسٹ واز سیکنگ اسپرٹ۔</w:t>
      </w:r>
    </w:p>
    <w:p>
      <w:r>
        <w:rPr>
          <w:b/>
        </w:rPr>
        <w:t xml:space="preserve">[39:01] </w:t>
      </w:r>
      <w:r>
        <w:t>Without seeking spirit, you are not candidate to this pursuit, to this campaign.</w:t>
      </w:r>
    </w:p>
    <w:p>
      <w:pPr>
        <w:jc w:val="right"/>
      </w:pPr>
      <w:r>
        <w:t>وداؤٹ سیکنگ اسپرٹ، یو ار ناٹ کینڈیڈیٹ ٹو دس پرسوٹ، ٹو دس کمپین۔</w:t>
      </w:r>
    </w:p>
    <w:p>
      <w:r>
        <w:rPr>
          <w:b/>
        </w:rPr>
        <w:t xml:space="preserve">[39:08] </w:t>
      </w:r>
      <w:r>
        <w:t>تو first prerequisite</w:t>
      </w:r>
    </w:p>
    <w:p>
      <w:pPr>
        <w:jc w:val="right"/>
      </w:pPr>
      <w:r>
        <w:t>تو فرسٹ پری ریکویزٹ</w:t>
      </w:r>
    </w:p>
    <w:p>
      <w:r>
        <w:rPr>
          <w:b/>
        </w:rPr>
        <w:t xml:space="preserve">[39:16] </w:t>
      </w:r>
      <w:r>
        <w:t>or first condition is that you must have seeking spirit. seeking spirit means the truth is your soul concern. you are a person that can say that I cannot live without truth. Without truth, all those things are meaningless for me. All</w:t>
      </w:r>
    </w:p>
    <w:p>
      <w:pPr>
        <w:jc w:val="right"/>
      </w:pPr>
      <w:r>
        <w:t>اور فرسٹ کنڈیشن از دیٹ یو مسٹ ہیو سیکنگ اسپرٹ۔ سیکنگ اسپرٹ مینز دا ٹروتھ از یور سول کنسرن۔ یو ار ا پرسن دیٹ کین سے دیٹ ائی کین ناٹ لیو وداؤٹ ٹروتھ۔ وداؤٹ ٹروتھ، ال دوز تھنگز ار میننگ لیس فار می۔ ال</w:t>
      </w:r>
    </w:p>
    <w:p>
      <w:r>
        <w:rPr>
          <w:b/>
        </w:rPr>
        <w:t xml:space="preserve">[39:46] </w:t>
      </w:r>
      <w:r>
        <w:t>those purses, and those bank balance, and those comforts and luxuries, and those entertainment, and those gossip cultures,</w:t>
      </w:r>
    </w:p>
    <w:p>
      <w:pPr>
        <w:jc w:val="right"/>
      </w:pPr>
      <w:r>
        <w:t>دوز پیرسز، اور دوز بینک بیلنس، اور دوز کمفرٹس اینڈ لگزریز، اور دوز انٹرٹینمنٹ، اور دوز گوسپ کلچرز،</w:t>
      </w:r>
    </w:p>
    <w:p>
      <w:r>
        <w:rPr>
          <w:b/>
        </w:rPr>
        <w:t xml:space="preserve">[40:01] </w:t>
      </w:r>
      <w:r>
        <w:t>Everything is meaningless for me, until I find the truth.</w:t>
      </w:r>
    </w:p>
    <w:p>
      <w:pPr>
        <w:jc w:val="right"/>
      </w:pPr>
      <w:r>
        <w:t>ایوری تھنگ از میننگ لیس فار می، انٹل ائی فائنڈ دا ٹروتھ۔</w:t>
      </w:r>
    </w:p>
    <w:p>
      <w:r>
        <w:rPr>
          <w:b/>
        </w:rPr>
        <w:t xml:space="preserve">[40:16] </w:t>
      </w:r>
      <w:r>
        <w:t>So, seeking spirit is first prerequisite.</w:t>
      </w:r>
    </w:p>
    <w:p>
      <w:pPr>
        <w:jc w:val="right"/>
      </w:pPr>
      <w:r>
        <w:t>سو سیکنگ اسپرٹ از فرسٹ پری ریکویزٹ۔</w:t>
      </w:r>
    </w:p>
    <w:p>
      <w:r>
        <w:rPr>
          <w:b/>
        </w:rPr>
        <w:t xml:space="preserve">[40:22] </w:t>
      </w:r>
      <w:r>
        <w:t>Seeking spirit the first condition.</w:t>
      </w:r>
    </w:p>
    <w:p>
      <w:pPr>
        <w:jc w:val="right"/>
      </w:pPr>
      <w:r>
        <w:t>سیکنگ اسپرٹ دا فرسٹ کنڈیشن۔</w:t>
      </w:r>
    </w:p>
    <w:p>
      <w:r>
        <w:rPr>
          <w:b/>
        </w:rPr>
        <w:t xml:space="preserve">[40:27] </w:t>
      </w:r>
      <w:r>
        <w:t>Deen, the second condition is sincerity.</w:t>
      </w:r>
    </w:p>
    <w:p>
      <w:pPr>
        <w:jc w:val="right"/>
      </w:pPr>
      <w:r>
        <w:t>دین دا سیکنڈ کنڈیشن از سنسیرٹی۔</w:t>
      </w:r>
    </w:p>
    <w:p>
      <w:r>
        <w:rPr>
          <w:b/>
        </w:rPr>
        <w:t xml:space="preserve">[40:32] </w:t>
      </w:r>
      <w:r>
        <w:t>Sincerity makes you to live with open eyes.</w:t>
      </w:r>
    </w:p>
    <w:p>
      <w:pPr>
        <w:jc w:val="right"/>
      </w:pPr>
      <w:r>
        <w:t>سنسیرٹی میکس یو ٹو لیو ود اوپن ائیز۔</w:t>
      </w:r>
    </w:p>
    <w:p>
      <w:r>
        <w:rPr>
          <w:b/>
        </w:rPr>
        <w:t xml:space="preserve">[40:38] </w:t>
      </w:r>
      <w:r>
        <w:t>Sincerity makes you to live with objectivity.</w:t>
      </w:r>
    </w:p>
    <w:p>
      <w:pPr>
        <w:jc w:val="right"/>
      </w:pPr>
      <w:r>
        <w:t>سنسیرٹی میکس یو ٹو لیو ود ابجیکٹیوٹی۔</w:t>
      </w:r>
    </w:p>
    <w:p>
      <w:r>
        <w:rPr>
          <w:b/>
        </w:rPr>
        <w:t xml:space="preserve">[40:43] </w:t>
      </w:r>
      <w:r>
        <w:t>Sincerity makes you able to remove your biases.</w:t>
      </w:r>
    </w:p>
    <w:p>
      <w:pPr>
        <w:jc w:val="right"/>
      </w:pPr>
      <w:r>
        <w:t>سنسیرٹی میکس یو ایبل ٹو ریموو یور بائیسز۔</w:t>
      </w:r>
    </w:p>
    <w:p>
      <w:r>
        <w:rPr>
          <w:b/>
        </w:rPr>
        <w:t xml:space="preserve">[40:49] </w:t>
      </w:r>
      <w:r>
        <w:t>Sincerity makes you able to see things in a realistic manner.</w:t>
      </w:r>
    </w:p>
    <w:p>
      <w:pPr>
        <w:jc w:val="right"/>
      </w:pPr>
      <w:r>
        <w:t>سنسیرٹی میکس یو ایبل ٹو سی تھنگز ان اے ریلسٹک مینر۔</w:t>
      </w:r>
    </w:p>
    <w:p>
      <w:r>
        <w:rPr>
          <w:b/>
        </w:rPr>
        <w:t xml:space="preserve">[40:55] </w:t>
      </w:r>
      <w:r>
        <w:t>So this is the second condition.</w:t>
      </w:r>
    </w:p>
    <w:p>
      <w:pPr>
        <w:jc w:val="right"/>
      </w:pPr>
      <w:r>
        <w:t>سو دس از دا سیکنڈ کنڈیشن۔</w:t>
      </w:r>
    </w:p>
    <w:p>
      <w:r>
        <w:rPr>
          <w:b/>
        </w:rPr>
        <w:t xml:space="preserve">[41:01] </w:t>
      </w:r>
      <w:r>
        <w:t>Sincerity is the second condition in this pursuit.</w:t>
      </w:r>
    </w:p>
    <w:p>
      <w:pPr>
        <w:jc w:val="right"/>
      </w:pPr>
      <w:r>
        <w:t>سنسیرٹی از دا سیکنڈ کنڈیشن ان دس پرسوٹ۔</w:t>
      </w:r>
    </w:p>
    <w:p>
      <w:r>
        <w:rPr>
          <w:b/>
        </w:rPr>
        <w:t xml:space="preserve">[41:08] </w:t>
      </w:r>
      <w:r>
        <w:t>Then let us take the third condition.</w:t>
      </w:r>
    </w:p>
    <w:p>
      <w:pPr>
        <w:jc w:val="right"/>
      </w:pPr>
      <w:r>
        <w:t>دین لیٹ اس ٹیک دا تھرڈ کنڈیشن۔</w:t>
      </w:r>
    </w:p>
    <w:p>
      <w:r>
        <w:rPr>
          <w:b/>
        </w:rPr>
        <w:t xml:space="preserve">[41:14] </w:t>
      </w:r>
      <w:r>
        <w:t>According to my experience,</w:t>
      </w:r>
    </w:p>
    <w:p>
      <w:pPr>
        <w:jc w:val="right"/>
      </w:pPr>
      <w:r>
        <w:t>اکارڈنگ ٹو مائی ایکسپیرینس،</w:t>
      </w:r>
    </w:p>
    <w:p>
      <w:r>
        <w:rPr>
          <w:b/>
        </w:rPr>
        <w:t xml:space="preserve">[41:21] </w:t>
      </w:r>
      <w:r>
        <w:t>The third condition in this pursuit is readiness to surrender before reason.</w:t>
      </w:r>
    </w:p>
    <w:p>
      <w:pPr>
        <w:jc w:val="right"/>
      </w:pPr>
      <w:r>
        <w:t>دا تھرڈ کنڈیشن ان دس پرسوٹ از ریڈینس ٹو سرینڈر بیفور ریزن۔</w:t>
      </w:r>
    </w:p>
    <w:p>
      <w:r>
        <w:rPr>
          <w:b/>
        </w:rPr>
        <w:t xml:space="preserve">[41:31] </w:t>
      </w:r>
      <w:r>
        <w:t>readiness to surrender before reason.</w:t>
      </w:r>
    </w:p>
    <w:p>
      <w:pPr>
        <w:jc w:val="right"/>
      </w:pPr>
      <w:r>
        <w:t>ریڈینس ٹو سرینڈر بیفور ریزن۔</w:t>
      </w:r>
    </w:p>
    <w:p>
      <w:r>
        <w:rPr>
          <w:b/>
        </w:rPr>
        <w:t xml:space="preserve">[41:42] </w:t>
      </w:r>
      <w:r>
        <w:t>This is the third condition.</w:t>
      </w:r>
    </w:p>
    <w:p>
      <w:pPr>
        <w:jc w:val="right"/>
      </w:pPr>
      <w:r>
        <w:t>دس از دا تھرڈ کنڈیشن۔</w:t>
      </w:r>
    </w:p>
    <w:p>
      <w:r>
        <w:rPr>
          <w:b/>
        </w:rPr>
        <w:t xml:space="preserve">[41:53] </w:t>
      </w:r>
      <w:r>
        <w:t>Now, to state this point, I will give an example.</w:t>
      </w:r>
    </w:p>
    <w:p>
      <w:pPr>
        <w:jc w:val="right"/>
      </w:pPr>
      <w:r>
        <w:t>ناؤ، ٹو اسٹیٹ دس پوائنٹ، ائی ویل گیو این ایگزیمپل۔</w:t>
      </w:r>
    </w:p>
    <w:p>
      <w:r>
        <w:rPr>
          <w:b/>
        </w:rPr>
        <w:t xml:space="preserve">[42:08] </w:t>
      </w:r>
      <w:r>
        <w:t>In 1965, I was in Lucknow, so I happened to meet a scholar. He</w:t>
      </w:r>
    </w:p>
    <w:p>
      <w:pPr>
        <w:jc w:val="right"/>
      </w:pPr>
      <w:r>
        <w:t>ان 1965، ائی واز ان لکھنو، سو ائی ہیپن ٹو میٹ ا سکالر۔ ہی</w:t>
      </w:r>
    </w:p>
    <w:p>
      <w:r>
        <w:rPr>
          <w:b/>
        </w:rPr>
        <w:t xml:space="preserve">[42:24] </w:t>
      </w:r>
      <w:r>
        <w:t>was a philosopher. He, he, he was M.A. in philosophy. M.A. in philosophy. Then he prepared his thesis</w:t>
      </w:r>
    </w:p>
    <w:p>
      <w:pPr>
        <w:jc w:val="right"/>
      </w:pPr>
      <w:r>
        <w:t>واز ا فلاسفر۔ ہی، ہی، ہی واز ایم اے ان فلاسفی۔ ایم اے ان فلاسفی۔ دین ہی پریپیئرڈ ہز تھیسز</w:t>
      </w:r>
    </w:p>
    <w:p>
      <w:r>
        <w:rPr>
          <w:b/>
        </w:rPr>
        <w:t xml:space="preserve">[42:54] </w:t>
      </w:r>
      <w:r>
        <w:t>in Britain philosophy.</w:t>
      </w:r>
    </w:p>
    <w:p>
      <w:pPr>
        <w:jc w:val="right"/>
      </w:pPr>
      <w:r>
        <w:t>ان برٹن فلاسفی۔</w:t>
      </w:r>
    </w:p>
    <w:p>
      <w:r>
        <w:rPr>
          <w:b/>
        </w:rPr>
        <w:t xml:space="preserve">[43:04] </w:t>
      </w:r>
      <w:r>
        <w:t>You know, Bertrand was, Bertrand Russell was, was the, was an atheist, perhaps greatest atheist of his time.</w:t>
      </w:r>
    </w:p>
    <w:p>
      <w:pPr>
        <w:jc w:val="right"/>
      </w:pPr>
      <w:r>
        <w:t>یو نو، برٹن واز، برٹن رسل واز، واز دا، واز این ایتھیسٹ، پرہیپس گریٹسٹ ایتھیسٹ اف دس ٹائم۔</w:t>
      </w:r>
    </w:p>
    <w:p>
      <w:r>
        <w:rPr>
          <w:b/>
        </w:rPr>
        <w:t xml:space="preserve">[43:14] </w:t>
      </w:r>
      <w:r>
        <w:t>So he was influenced by the Bertrand Russell's thought.</w:t>
      </w:r>
    </w:p>
    <w:p>
      <w:pPr>
        <w:jc w:val="right"/>
      </w:pPr>
      <w:r>
        <w:t>سو ہی واز انفلوئنسڈ بائی دا برٹن رسلز تھاٹ</w:t>
      </w:r>
    </w:p>
    <w:p>
      <w:r>
        <w:rPr>
          <w:b/>
        </w:rPr>
        <w:t xml:space="preserve">[43:24] </w:t>
      </w:r>
      <w:r>
        <w:t>, and he became an atheist.</w:t>
      </w:r>
    </w:p>
    <w:p>
      <w:pPr>
        <w:jc w:val="right"/>
      </w:pPr>
      <w:r>
        <w:t>، اینڈ ہی بیکم این ایتھیسٹ۔</w:t>
      </w:r>
    </w:p>
    <w:p>
      <w:r>
        <w:rPr>
          <w:b/>
        </w:rPr>
        <w:t xml:space="preserve">[43:30] </w:t>
      </w:r>
      <w:r>
        <w:t>So he was, I was a believer in God.</w:t>
      </w:r>
    </w:p>
    <w:p>
      <w:pPr>
        <w:jc w:val="right"/>
      </w:pPr>
      <w:r>
        <w:t>سو ہی واز، ائی واز ا بیلیور ان گاڈ۔</w:t>
      </w:r>
    </w:p>
    <w:p>
      <w:r>
        <w:rPr>
          <w:b/>
        </w:rPr>
        <w:t xml:space="preserve">[43:37] </w:t>
      </w:r>
      <w:r>
        <w:t>I was a believer that, and he was an atheist.</w:t>
      </w:r>
    </w:p>
    <w:p>
      <w:pPr>
        <w:jc w:val="right"/>
      </w:pPr>
      <w:r>
        <w:t>ائی واز ا بیلیور دیٹ، اینڈ ہی واز این ایتھیسٹ۔</w:t>
      </w:r>
    </w:p>
    <w:p>
      <w:r>
        <w:rPr>
          <w:b/>
        </w:rPr>
        <w:t xml:space="preserve">[43:43] </w:t>
      </w:r>
      <w:r>
        <w:t>So there was a difference between the thinking.</w:t>
      </w:r>
    </w:p>
    <w:p>
      <w:pPr>
        <w:jc w:val="right"/>
      </w:pPr>
      <w:r>
        <w:t>سو دیر واز ا ڈیفرنس بٹوین دا تھنکنگ۔</w:t>
      </w:r>
    </w:p>
    <w:p>
      <w:r>
        <w:rPr>
          <w:b/>
        </w:rPr>
        <w:t xml:space="preserve">[43:50] </w:t>
      </w:r>
      <w:r>
        <w:t>So during conversation, he said,</w:t>
      </w:r>
    </w:p>
    <w:p>
      <w:pPr>
        <w:jc w:val="right"/>
      </w:pPr>
      <w:r>
        <w:t>سو ڈیورنگ کنورسیشن، ہی سیڈ،</w:t>
      </w:r>
    </w:p>
    <w:p>
      <w:r>
        <w:rPr>
          <w:b/>
        </w:rPr>
        <w:t xml:space="preserve">[43:56] </w:t>
      </w:r>
      <w:r>
        <w:t>during conversation, he said that what, what criterion do you have to prove the existence of God? I remember that place where, where</w:t>
      </w:r>
    </w:p>
    <w:p>
      <w:pPr>
        <w:jc w:val="right"/>
      </w:pPr>
      <w:r>
        <w:t>ڈیورنگ کنورسیشن، ہی سیڈ دیٹ واٹ، واٹ کرائٹیرین ڈو یو ہیو ٹو پروف دا ایگزسٹنس اف گاڈ؟ ائی ریممبر دیٹ پلیس ویر، ویر</w:t>
      </w:r>
    </w:p>
    <w:p>
      <w:r>
        <w:rPr>
          <w:b/>
        </w:rPr>
        <w:t xml:space="preserve">[44:26] </w:t>
      </w:r>
      <w:r>
        <w:t>He asked this question.</w:t>
      </w:r>
    </w:p>
    <w:p>
      <w:pPr>
        <w:jc w:val="right"/>
      </w:pPr>
      <w:r>
        <w:t>ہی اسک دس کوئسچن۔</w:t>
      </w:r>
    </w:p>
    <w:p>
      <w:r>
        <w:rPr>
          <w:b/>
        </w:rPr>
        <w:t xml:space="preserve">[44:34] </w:t>
      </w:r>
      <w:r>
        <w:t>It is in my vivid memory.</w:t>
      </w:r>
    </w:p>
    <w:p>
      <w:pPr>
        <w:jc w:val="right"/>
      </w:pPr>
      <w:r>
        <w:t>اٹ از ان مائی ویڈ میموری۔</w:t>
      </w:r>
    </w:p>
    <w:p>
      <w:r>
        <w:rPr>
          <w:b/>
        </w:rPr>
        <w:t xml:space="preserve">[44:41] </w:t>
      </w:r>
      <w:r>
        <w:t>It was a great experience of my life.</w:t>
      </w:r>
    </w:p>
    <w:p>
      <w:pPr>
        <w:jc w:val="right"/>
      </w:pPr>
      <w:r>
        <w:t>اٹ واز ا گریٹ ایکسپیرینس اف مائی لائف۔</w:t>
      </w:r>
    </w:p>
    <w:p>
      <w:r>
        <w:rPr>
          <w:b/>
        </w:rPr>
        <w:t xml:space="preserve">[44:49] </w:t>
      </w:r>
      <w:r>
        <w:t>So he asked, "What criterion do you have to prove the existence of God?" Then there is the</w:t>
      </w:r>
    </w:p>
    <w:p>
      <w:pPr>
        <w:jc w:val="right"/>
      </w:pPr>
      <w:r>
        <w:t>سو ہی اسکڈ واٹ کرائٹیرین ڈو یو ہیو ٹو پروف دا ایگزسٹنس اف گاڈ؟ دین دیر از دا پ</w:t>
      </w:r>
    </w:p>
    <w:p>
      <w:r>
        <w:rPr>
          <w:b/>
        </w:rPr>
        <w:t xml:space="preserve">[44:57] </w:t>
      </w:r>
      <w:r>
        <w:t>is.</w:t>
      </w:r>
    </w:p>
    <w:p>
      <w:pPr>
        <w:jc w:val="right"/>
      </w:pPr>
      <w:r>
        <w:t>از۔</w:t>
      </w:r>
    </w:p>
    <w:p>
      <w:r>
        <w:rPr>
          <w:b/>
        </w:rPr>
        <w:t xml:space="preserve">[45:05] </w:t>
      </w:r>
      <w:r>
        <w:t>After a little pause, I said the same criterion which you have to prove anything else.</w:t>
      </w:r>
    </w:p>
    <w:p>
      <w:pPr>
        <w:jc w:val="right"/>
      </w:pPr>
      <w:r>
        <w:t>افٹر ا لٹل پاز، ائی سیڈ دا سیم کرائٹیرین وچ یو ہیو ٹو پروف اینی تھنگ ایلس۔</w:t>
      </w:r>
    </w:p>
    <w:p>
      <w:r>
        <w:rPr>
          <w:b/>
        </w:rPr>
        <w:t xml:space="preserve">[45:13] </w:t>
      </w:r>
      <w:r>
        <w:t>I have the same criterion which you have to prove anything else.</w:t>
      </w:r>
    </w:p>
    <w:p>
      <w:pPr>
        <w:jc w:val="right"/>
      </w:pPr>
      <w:r>
        <w:t>ائی ہیو دا سیم کرائٹیرین وچ یو ہیو ٹو پروف اینی تھنگ ایلس۔</w:t>
      </w:r>
    </w:p>
    <w:p>
      <w:r>
        <w:rPr>
          <w:b/>
        </w:rPr>
        <w:t xml:space="preserve">[45:22] </w:t>
      </w:r>
      <w:r>
        <w:t>And he became silent.</w:t>
      </w:r>
    </w:p>
    <w:p>
      <w:pPr>
        <w:jc w:val="right"/>
      </w:pPr>
      <w:r>
        <w:t>اینڈ ہی بیکم سائلنٹ۔</w:t>
      </w:r>
    </w:p>
    <w:p>
      <w:r>
        <w:rPr>
          <w:b/>
        </w:rPr>
        <w:t xml:space="preserve">[45:30] </w:t>
      </w:r>
      <w:r>
        <w:t>Conversation reached to the end.</w:t>
      </w:r>
    </w:p>
    <w:p>
      <w:pPr>
        <w:jc w:val="right"/>
      </w:pPr>
      <w:r>
        <w:t>کنورسیشن ریچ ٹو دا اینڈ۔</w:t>
      </w:r>
    </w:p>
    <w:p>
      <w:r>
        <w:rPr>
          <w:b/>
        </w:rPr>
        <w:t xml:space="preserve">[45:35] </w:t>
      </w:r>
      <w:r>
        <w:t>It was shortest dialogue perhaps in history.</w:t>
      </w:r>
    </w:p>
    <w:p>
      <w:pPr>
        <w:jc w:val="right"/>
      </w:pPr>
      <w:r>
        <w:t>اٹ واز شارٹسٹ ڈائیلاگ پرہیپس ان ہسٹری۔</w:t>
      </w:r>
    </w:p>
    <w:p>
      <w:r>
        <w:rPr>
          <w:b/>
        </w:rPr>
        <w:t xml:space="preserve">[45:40] </w:t>
      </w:r>
      <w:r>
        <w:t>One question, one answer.</w:t>
      </w:r>
    </w:p>
    <w:p>
      <w:pPr>
        <w:jc w:val="right"/>
      </w:pPr>
      <w:r>
        <w:t>ون کوئسچن، ون انسر۔</w:t>
      </w:r>
    </w:p>
    <w:p>
      <w:r>
        <w:rPr>
          <w:b/>
        </w:rPr>
        <w:t xml:space="preserve">[45:45] </w:t>
      </w:r>
      <w:r>
        <w:t>And it was the, and the dialogue ended.</w:t>
      </w:r>
    </w:p>
    <w:p>
      <w:pPr>
        <w:jc w:val="right"/>
      </w:pPr>
      <w:r>
        <w:t>اینڈ اٹ واز دا، اینڈ دا ڈائیلاگ اینڈڈ۔</w:t>
      </w:r>
    </w:p>
    <w:p>
      <w:r>
        <w:rPr>
          <w:b/>
        </w:rPr>
        <w:t xml:space="preserve">[45:50] </w:t>
      </w:r>
      <w:r>
        <w:t>Perhaps it was the shortest dialogue in the history.</w:t>
      </w:r>
    </w:p>
    <w:p>
      <w:pPr>
        <w:jc w:val="right"/>
      </w:pPr>
      <w:r>
        <w:t>پرہیپس اٹ واز دا شارٹسٹ ڈائیلاگ ان دا ہسٹری۔</w:t>
      </w:r>
    </w:p>
    <w:p>
      <w:r>
        <w:rPr>
          <w:b/>
        </w:rPr>
        <w:t xml:space="preserve">[45:55] </w:t>
      </w:r>
      <w:r>
        <w:t>He said what criterion, wa</w:t>
      </w:r>
    </w:p>
    <w:p>
      <w:pPr>
        <w:jc w:val="right"/>
      </w:pPr>
      <w:r>
        <w:t>ہی سیڈ واٹ کرائٹیرین، وا</w:t>
      </w:r>
    </w:p>
    <w:p>
      <w:r>
        <w:rPr>
          <w:b/>
        </w:rPr>
        <w:t xml:space="preserve">[46:00] </w:t>
      </w:r>
      <w:r>
        <w:t>What criterion do you have to prove the existence of God? I said the same criterion you have</w:t>
      </w:r>
    </w:p>
    <w:p>
      <w:pPr>
        <w:jc w:val="right"/>
      </w:pPr>
      <w:r>
        <w:t>ٹ کرائٹیرین ڈو یو ہیو ٹو پروف دا ایگزسٹنس اف گاڈ؟ ائی سیڈ دا سیم کرائٹیرین یو ہیو</w:t>
      </w:r>
    </w:p>
    <w:p>
      <w:r>
        <w:rPr>
          <w:b/>
        </w:rPr>
        <w:t xml:space="preserve">[46:06] </w:t>
      </w:r>
      <w:r>
        <w:t>to prove anything else.</w:t>
      </w:r>
    </w:p>
    <w:p>
      <w:pPr>
        <w:jc w:val="right"/>
      </w:pPr>
      <w:r>
        <w:t>ٹو پروف اینی تھنگ ایلس۔</w:t>
      </w:r>
    </w:p>
    <w:p>
      <w:r>
        <w:rPr>
          <w:b/>
        </w:rPr>
        <w:t xml:space="preserve">[46:12] </w:t>
      </w:r>
      <w:r>
        <w:t>And the dialogue finished.</w:t>
      </w:r>
    </w:p>
    <w:p>
      <w:pPr>
        <w:jc w:val="right"/>
      </w:pPr>
      <w:r>
        <w:t>اینڈ دا ڈائیلاگ فنشڈ۔</w:t>
      </w:r>
    </w:p>
    <w:p>
      <w:r>
        <w:rPr>
          <w:b/>
        </w:rPr>
        <w:t xml:space="preserve">[46:18] </w:t>
      </w:r>
      <w:r>
        <w:t>Why? Why? It was not mysterious.</w:t>
      </w:r>
    </w:p>
    <w:p>
      <w:pPr>
        <w:jc w:val="right"/>
      </w:pPr>
      <w:r>
        <w:t>وائی؟ وائی؟ اٹ واز ناٹ مسٹیریس۔</w:t>
      </w:r>
    </w:p>
    <w:p>
      <w:r>
        <w:rPr>
          <w:b/>
        </w:rPr>
        <w:t xml:space="preserve">[46:24] </w:t>
      </w:r>
      <w:r>
        <w:t>There is no mystery in this dialogue. The reason</w:t>
      </w:r>
    </w:p>
    <w:p>
      <w:pPr>
        <w:jc w:val="right"/>
      </w:pPr>
      <w:r>
        <w:t>دیر از نو مسٹری ان دس ڈائیلاگ۔ دا ریزن</w:t>
      </w:r>
    </w:p>
    <w:p>
      <w:r>
        <w:rPr>
          <w:b/>
        </w:rPr>
        <w:t xml:space="preserve">[46:30] </w:t>
      </w:r>
      <w:r>
        <w:t>Was that this gentleman, the reason was that this gentleman was a learning person.</w:t>
      </w:r>
    </w:p>
    <w:p>
      <w:pPr>
        <w:jc w:val="right"/>
      </w:pPr>
      <w:r>
        <w:t>واز دیٹ دس جنٹلمین، دا ریزن واز دیٹ دس جنٹلمین واز ا لرننگ پرسن۔</w:t>
      </w:r>
    </w:p>
    <w:p>
      <w:r>
        <w:rPr>
          <w:b/>
        </w:rPr>
        <w:t xml:space="preserve">[46:37] </w:t>
      </w:r>
      <w:r>
        <w:t>A learning person.</w:t>
      </w:r>
    </w:p>
    <w:p>
      <w:pPr>
        <w:jc w:val="right"/>
      </w:pPr>
      <w:r>
        <w:t>ا لرننگ پرسن۔</w:t>
      </w:r>
    </w:p>
    <w:p>
      <w:r>
        <w:rPr>
          <w:b/>
        </w:rPr>
        <w:t xml:space="preserve">[46:43] </w:t>
      </w:r>
      <w:r>
        <w:t>He was aware of the limitations of science.</w:t>
      </w:r>
    </w:p>
    <w:p>
      <w:pPr>
        <w:jc w:val="right"/>
      </w:pPr>
      <w:r>
        <w:t>ہی واز اویر اف دا لیمیٹیشنز اف سائنس۔</w:t>
      </w:r>
    </w:p>
    <w:p>
      <w:r>
        <w:rPr>
          <w:b/>
        </w:rPr>
        <w:t xml:space="preserve">[46:49] </w:t>
      </w:r>
      <w:r>
        <w:t>He was aware of the limitations of human knowledge.</w:t>
      </w:r>
    </w:p>
    <w:p>
      <w:pPr>
        <w:jc w:val="right"/>
      </w:pPr>
      <w:r>
        <w:t>ہی واز اویر اف دا لیمیٹیشنز اف ہیومن نالج۔</w:t>
      </w:r>
    </w:p>
    <w:p>
      <w:r>
        <w:rPr>
          <w:b/>
        </w:rPr>
        <w:t xml:space="preserve">[46:55] </w:t>
      </w:r>
      <w:r>
        <w:t>So when I said</w:t>
      </w:r>
    </w:p>
    <w:p>
      <w:pPr>
        <w:jc w:val="right"/>
      </w:pPr>
      <w:r>
        <w:t>سو وین ائی سیڈ</w:t>
      </w:r>
    </w:p>
    <w:p>
      <w:r>
        <w:rPr>
          <w:b/>
        </w:rPr>
        <w:t xml:space="preserve">[47:02] </w:t>
      </w:r>
      <w:r>
        <w:t>that the same criterion which you have to prove anything else, I referred to a great discovery of science.</w:t>
      </w:r>
    </w:p>
    <w:p>
      <w:pPr>
        <w:jc w:val="right"/>
      </w:pPr>
      <w:r>
        <w:t>دیٹ دا سیم کرائٹیرین وچ یو ہیو ٹو پروف اینی تھنگ ایلس، ائی ریفرڈ ٹو ا گریٹ ڈسکوری اف سائنس۔</w:t>
      </w:r>
    </w:p>
    <w:p>
      <w:r>
        <w:rPr>
          <w:b/>
        </w:rPr>
        <w:t xml:space="preserve">[47:12] </w:t>
      </w:r>
      <w:r>
        <w:t>You know, in science there are two different periods: pre-Einstein period and post-Einstein period.</w:t>
      </w:r>
    </w:p>
    <w:p>
      <w:pPr>
        <w:jc w:val="right"/>
      </w:pPr>
      <w:r>
        <w:t>یو نو، ان سائنس دیر ار ٹو ڈفرنٹ پیریڈز: پری ائنسٹین پیریڈ اینڈ پوسٹ ائنسٹین پیریڈ۔</w:t>
      </w:r>
    </w:p>
    <w:p>
      <w:r>
        <w:rPr>
          <w:b/>
        </w:rPr>
        <w:t xml:space="preserve">[47:22] </w:t>
      </w:r>
      <w:r>
        <w:t>in pre-Einstein period,</w:t>
      </w:r>
    </w:p>
    <w:p>
      <w:pPr>
        <w:jc w:val="right"/>
      </w:pPr>
      <w:r>
        <w:t>ان پری ائنسٹین پیریڈ،</w:t>
      </w:r>
    </w:p>
    <w:p>
      <w:r>
        <w:rPr>
          <w:b/>
        </w:rPr>
        <w:t xml:space="preserve">[47:32] </w:t>
      </w:r>
      <w:r>
        <w:t>man was living in the knowledge, was the knowledge of man was confined to to the micro world. from newton up to einstein. from newton up to einstein, the knowledge of man was limited to to the to wh</w:t>
      </w:r>
    </w:p>
    <w:p>
      <w:pPr>
        <w:jc w:val="right"/>
      </w:pPr>
      <w:r>
        <w:t>مین واز لیونگ ان دا نالج، واز دا نالج اف مین واز کنفائنڈ ٹو ٹو دا مائیکرو ورلڈ۔ فرام نیوٹن اپ ٹو ائنسٹین۔ فرام نیوٹن اپ ٹو ائنسٹین، دا نالج اف مین واز لمیٹڈ ٹو ٹو دا ٹو وا</w:t>
      </w:r>
    </w:p>
    <w:p>
      <w:r>
        <w:rPr>
          <w:b/>
        </w:rPr>
        <w:t xml:space="preserve">[48:02] </w:t>
      </w:r>
      <w:r>
        <w:t>It is called micro world.</w:t>
      </w:r>
    </w:p>
    <w:p>
      <w:pPr>
        <w:jc w:val="right"/>
      </w:pPr>
      <w:r>
        <w:t>ٹ از کالڈ مائیکرو ورلڈ۔</w:t>
      </w:r>
    </w:p>
    <w:p>
      <w:r>
        <w:rPr>
          <w:b/>
        </w:rPr>
        <w:t xml:space="preserve">[48:08] </w:t>
      </w:r>
      <w:r>
        <w:t>There are big things, those things which are measurable, which can be seen, which can be observed, which</w:t>
      </w:r>
    </w:p>
    <w:p>
      <w:pPr>
        <w:jc w:val="right"/>
      </w:pPr>
      <w:r>
        <w:t>دیر از بگ تھنگز، دوز تھنگز وچ ار میژریبل، وچ کین بی سین، وچ کین بی ابزروڈ، وچ</w:t>
      </w:r>
    </w:p>
    <w:p>
      <w:r>
        <w:rPr>
          <w:b/>
        </w:rPr>
        <w:t xml:space="preserve">[48:14] </w:t>
      </w:r>
      <w:r>
        <w:t>can be testified.</w:t>
      </w:r>
    </w:p>
    <w:p>
      <w:pPr>
        <w:jc w:val="right"/>
      </w:pPr>
      <w:r>
        <w:t>کین بی ٹیسٹیفائیڈ۔</w:t>
      </w:r>
    </w:p>
    <w:p>
      <w:r>
        <w:rPr>
          <w:b/>
        </w:rPr>
        <w:t xml:space="preserve">[48:20] </w:t>
      </w:r>
      <w:r>
        <w:t>So that is micro world.</w:t>
      </w:r>
    </w:p>
    <w:p>
      <w:pPr>
        <w:jc w:val="right"/>
      </w:pPr>
      <w:r>
        <w:t>سو دیٹ از مائیکرو ورلڈ۔</w:t>
      </w:r>
    </w:p>
    <w:p>
      <w:r>
        <w:rPr>
          <w:b/>
        </w:rPr>
        <w:t xml:space="preserve">[48:26] </w:t>
      </w:r>
      <w:r>
        <w:t>But after the spirit in atom, when it</w:t>
      </w:r>
    </w:p>
    <w:p>
      <w:pPr>
        <w:jc w:val="right"/>
      </w:pPr>
      <w:r>
        <w:t>بٹ افٹر دی سپرٹ ان ایٹم، وین ایٹ</w:t>
      </w:r>
    </w:p>
    <w:p>
      <w:r>
        <w:rPr>
          <w:b/>
        </w:rPr>
        <w:t xml:space="preserve">[48:32] </w:t>
      </w:r>
      <w:r>
        <w:t>"m exploded, then the knowledge of human being reached to the micro world. Micro world."</w:t>
      </w:r>
    </w:p>
    <w:p>
      <w:pPr>
        <w:jc w:val="right"/>
      </w:pPr>
      <w:r>
        <w:t>م ایکسپلوڈڈ، دین دا نالج اف ہیومن بینگ ریچ ٹو ٹو مائیکرو ورلڈ۔ مائیکرو ورلڈ۔</w:t>
      </w:r>
    </w:p>
    <w:p>
      <w:r>
        <w:rPr>
          <w:b/>
        </w:rPr>
        <w:t xml:space="preserve">[48:42] </w:t>
      </w:r>
      <w:r>
        <w:t>So previously, means knowledge was confined to seen world. Seen world.</w:t>
      </w:r>
    </w:p>
    <w:p>
      <w:pPr>
        <w:jc w:val="right"/>
      </w:pPr>
      <w:r>
        <w:t>سو پریویسلی، مینز نالج واز کنفائنڈ ٹو سین ورلڈ۔ سین ورلڈ۔</w:t>
      </w:r>
    </w:p>
    <w:p>
      <w:r>
        <w:rPr>
          <w:b/>
        </w:rPr>
        <w:t xml:space="preserve">[48:52] </w:t>
      </w:r>
      <w:r>
        <w:t>Now, main reach to the reach to to the</w:t>
      </w:r>
    </w:p>
    <w:p>
      <w:pPr>
        <w:jc w:val="right"/>
      </w:pPr>
      <w:r>
        <w:t>ناو، مین ریچ ٹو دا ریچ ٹو ٹو دا</w:t>
      </w:r>
    </w:p>
    <w:p>
      <w:r>
        <w:rPr>
          <w:b/>
        </w:rPr>
        <w:t xml:space="preserve">[49:03] </w:t>
      </w:r>
      <w:r>
        <w:t>unseen world.</w:t>
      </w:r>
    </w:p>
    <w:p>
      <w:pPr>
        <w:jc w:val="right"/>
      </w:pPr>
      <w:r>
        <w:t>ان سین ورلڈ۔</w:t>
      </w:r>
    </w:p>
    <w:p>
      <w:r>
        <w:rPr>
          <w:b/>
        </w:rPr>
        <w:t xml:space="preserve">[49:10] </w:t>
      </w:r>
      <w:r>
        <w:t>This was the difference.</w:t>
      </w:r>
    </w:p>
    <w:p>
      <w:pPr>
        <w:jc w:val="right"/>
      </w:pPr>
      <w:r>
        <w:t>دس واز دا ڈیفرنس۔</w:t>
      </w:r>
    </w:p>
    <w:p>
      <w:r>
        <w:rPr>
          <w:b/>
        </w:rPr>
        <w:t xml:space="preserve">[49:18] </w:t>
      </w:r>
      <w:r>
        <w:t>So now, in pre-Einstein period, everything was measurable.</w:t>
      </w:r>
    </w:p>
    <w:p>
      <w:pPr>
        <w:jc w:val="right"/>
      </w:pPr>
      <w:r>
        <w:t>سو ناو، ان پری ائنسٹین پیریڈ، ایوری تھنگ واز میژریبل۔</w:t>
      </w:r>
    </w:p>
    <w:p>
      <w:r>
        <w:rPr>
          <w:b/>
        </w:rPr>
        <w:t xml:space="preserve">[49:25] </w:t>
      </w:r>
      <w:r>
        <w:t>At that time, reasoning was based on in those things that were observable or measurable. So</w:t>
      </w:r>
    </w:p>
    <w:p>
      <w:pPr>
        <w:jc w:val="right"/>
      </w:pPr>
      <w:r>
        <w:t>ایٹ دیٹ ٹائم، ریزننگ واز بیسڈ ان ان دوز تھنگز دیٹ وار ابزرویبل اور میژریبل۔ سو</w:t>
      </w:r>
    </w:p>
    <w:p>
      <w:r>
        <w:rPr>
          <w:b/>
        </w:rPr>
        <w:t xml:space="preserve">[49:33] </w:t>
      </w:r>
      <w:r>
        <w:t>in logic, at that time, logic was based on direct argument. at that time, man was able to establish direct argument because everything was observable. even light was observable. so Newton said that light is light</w:t>
      </w:r>
    </w:p>
    <w:p>
      <w:pPr>
        <w:jc w:val="right"/>
      </w:pPr>
      <w:r>
        <w:t>ان لاجک، ایٹ دیٹ ٹائم، لاجک واز بیسڈ ان ڈائریکٹ ارگومنٹ۔ ایٹ دیٹ ٹائم، مین واز ایبل ٹو ٹو اسٹیبلش ڈائریکٹ ارگومنٹ بیکاز ایوری تھنگ واز ابزرویبل۔ ایون لائٹ واز ابزرویبل۔ سو نیوٹن سیڈ دیٹ لائٹ از لائٹ</w:t>
      </w:r>
    </w:p>
    <w:p>
      <w:r>
        <w:rPr>
          <w:b/>
        </w:rPr>
        <w:t xml:space="preserve">[50:03] </w:t>
      </w:r>
      <w:r>
        <w:t>consist of tiny kind of of of tiny particles.</w:t>
      </w:r>
    </w:p>
    <w:p>
      <w:pPr>
        <w:jc w:val="right"/>
      </w:pPr>
      <w:r>
        <w:t>کنسسٹ اف ٹائنی کائنڈ اف اف اف ٹائنی پارٹیکلز۔</w:t>
      </w:r>
    </w:p>
    <w:p>
      <w:r>
        <w:rPr>
          <w:b/>
        </w:rPr>
        <w:t xml:space="preserve">[50:13] </w:t>
      </w:r>
      <w:r>
        <w:t>There is called.</w:t>
      </w:r>
    </w:p>
    <w:p>
      <w:pPr>
        <w:jc w:val="right"/>
      </w:pPr>
      <w:r>
        <w:t>دیر از کالڈ۔</w:t>
      </w:r>
    </w:p>
    <w:p>
      <w:r>
        <w:rPr>
          <w:b/>
        </w:rPr>
        <w:t xml:space="preserve">[50:23] </w:t>
      </w:r>
      <w:r>
        <w:t>So according to Newtonian concept, light was a combination of tiny particles. There</w:t>
      </w:r>
    </w:p>
    <w:p>
      <w:pPr>
        <w:jc w:val="right"/>
      </w:pPr>
      <w:r>
        <w:t>سو اکارڈنگ ٹو نیوٹینین کانسیپٹ، لائٹ واز ا کمبینیشن اف ٹائنی پارٹیکلز۔ دیر</w:t>
      </w:r>
    </w:p>
    <w:p>
      <w:r>
        <w:rPr>
          <w:b/>
        </w:rPr>
        <w:t xml:space="preserve">[50:33] </w:t>
      </w:r>
      <w:r>
        <w:t>is called corpuscles theory of light. in the history of science, it is called corpuscles theory of light. but now, this theory is discarded. no one believes in corpuscles theory of light. so when knowledge reaches, when knowledge reach to the to microworld, then previous logic was d</w:t>
      </w:r>
    </w:p>
    <w:p>
      <w:pPr>
        <w:jc w:val="right"/>
      </w:pPr>
      <w:r>
        <w:t>از کالڈ کارپسس تھیوری اف لائٹ۔ ان دا ہسٹری اف سائنس، اٹ از کالڈ کارپسس تھیوری اف لائٹ۔ بٹ ناو، دس تھیوری از ڈسکارڈڈ۔ نو ون بیلیوز ان کارپسس تھیوری اف لائٹ۔ سو وین نالج ریچز، وین نالج ریچ ٹو دا ٹو مائیکرو ورلڈ، دین پریویس لاجک واز ڈ</w:t>
      </w:r>
    </w:p>
    <w:p>
      <w:r>
        <w:rPr>
          <w:b/>
        </w:rPr>
        <w:t xml:space="preserve">[51:03] </w:t>
      </w:r>
      <w:r>
        <w:t>discarded. Previous logic was discarded. Now, they developed a new kind of logic that was based on inferential argument. Now, it means that now, according to the present scientific stand, inferential inferen</w:t>
      </w:r>
    </w:p>
    <w:p>
      <w:pPr>
        <w:jc w:val="right"/>
      </w:pPr>
      <w:r>
        <w:t>سکارڈڈ۔ پریویس لاجک واز ڈسکارڈڈ۔ ناو، دے ڈیولپڈ ا نیو کائنڈ اف لاجک دیٹ واز بیسڈ ان انفرینشل ارگومنٹ۔ ناو، اٹ مینز دیٹ ناو، اکارڈنگ ٹو دا پریزنٹ سائنٹیفک سٹینڈ، انفرینشل انفرینش</w:t>
      </w:r>
    </w:p>
    <w:p>
      <w:r>
        <w:rPr>
          <w:b/>
        </w:rPr>
        <w:t xml:space="preserve">[51:33] </w:t>
      </w:r>
      <w:r>
        <w:t>al argument is as valid as direct argument. Now, the inferential argument is as valid as the direct argument. So, so what is the matter? The argument of of believers was base</w:t>
      </w:r>
    </w:p>
    <w:p>
      <w:pPr>
        <w:jc w:val="right"/>
      </w:pPr>
      <w:r>
        <w:t>ل ارگومنٹ از ایز ویلڈ ایز ڈائریکٹ ارگومنٹ۔ ناو، دا انفرینشل ارگومنٹ از ایز ویلڈ ایز دی ڈائریکٹ ارگومنٹ۔ سو، سو واٹ از دا میٹر؟ دا ارگومنٹ اف اف بیلیورز واز بیس</w:t>
      </w:r>
    </w:p>
    <w:p>
      <w:r>
        <w:rPr>
          <w:b/>
        </w:rPr>
        <w:t xml:space="preserve">[52:03] </w:t>
      </w:r>
      <w:r>
        <w:t>d in this formula: where there is design, there is designer. there is called argument from design. So, the traditional argument about the existence of God was based on argument. There is called argument from design. It means that where there is a</w:t>
      </w:r>
    </w:p>
    <w:p>
      <w:pPr>
        <w:jc w:val="right"/>
      </w:pPr>
      <w:r>
        <w:t>ڈ ان دس فارمولا: ویر دیر از ڈیزائن، دیر از ڈیزائنر۔ دیر از کالڈ ارگومنٹ فرام ڈیزائن۔ سو، دا ٹریڈیشنل ارگومنٹ اباؤٹ دا ایگزسٹنس اف گاڈ واز بیسڈ ان ارگومنٹ۔ دیر از کالڈ ارگومنٹ فرام ڈیزائن۔ اٹ مینز دیٹ ویر دیر از ا</w:t>
      </w:r>
    </w:p>
    <w:p>
      <w:r>
        <w:rPr>
          <w:b/>
        </w:rPr>
        <w:t xml:space="preserve">[52:33] </w:t>
      </w:r>
      <w:r>
        <w:t>There is a design, there is a designer.</w:t>
      </w:r>
    </w:p>
    <w:p>
      <w:pPr>
        <w:jc w:val="right"/>
      </w:pPr>
      <w:r>
        <w:t>ے ڈیزائن، دیر از اے ڈیزائنر۔</w:t>
      </w:r>
    </w:p>
    <w:p>
      <w:r>
        <w:rPr>
          <w:b/>
        </w:rPr>
        <w:t xml:space="preserve">[52:39] </w:t>
      </w:r>
      <w:r>
        <w:t>So, this kind of argument was inferential argument.</w:t>
      </w:r>
    </w:p>
    <w:p>
      <w:pPr>
        <w:jc w:val="right"/>
      </w:pPr>
      <w:r>
        <w:t>سو، دس کائنڈ اف ارگومنٹ واز انفرینشل ارگومنٹ۔</w:t>
      </w:r>
    </w:p>
    <w:p>
      <w:r>
        <w:rPr>
          <w:b/>
        </w:rPr>
        <w:t xml:space="preserve">[52:45] </w:t>
      </w:r>
      <w:r>
        <w:t>This kind of argument was an inferential argument.</w:t>
      </w:r>
    </w:p>
    <w:p>
      <w:pPr>
        <w:jc w:val="right"/>
      </w:pPr>
      <w:r>
        <w:t>دس کائنڈ اف ارگومنٹ واز این انفرینشل ارگومنٹ۔</w:t>
      </w:r>
    </w:p>
    <w:p>
      <w:r>
        <w:rPr>
          <w:b/>
        </w:rPr>
        <w:t xml:space="preserve">[52:51] </w:t>
      </w:r>
      <w:r>
        <w:t>So, this kind of argument was not acceptable to previous people.</w:t>
      </w:r>
    </w:p>
    <w:p>
      <w:pPr>
        <w:jc w:val="right"/>
      </w:pPr>
      <w:r>
        <w:t>سو، دس کائنڈ اف ارگومنٹ واز ناٹ ایکسیپٹیبل ٹو پریویس پیپل۔</w:t>
      </w:r>
    </w:p>
    <w:p>
      <w:r>
        <w:rPr>
          <w:b/>
        </w:rPr>
        <w:t xml:space="preserve">[52:57] </w:t>
      </w:r>
      <w:r>
        <w:t>to previous people, previous people were belly</w:t>
      </w:r>
    </w:p>
    <w:p>
      <w:pPr>
        <w:jc w:val="right"/>
      </w:pPr>
      <w:r>
        <w:t>ٹو پریویس پیپل، پریویس پیپل وار بیلی</w:t>
      </w:r>
    </w:p>
    <w:p>
      <w:r>
        <w:rPr>
          <w:b/>
        </w:rPr>
        <w:t xml:space="preserve">[53:03] </w:t>
      </w:r>
      <w:r>
        <w:t>winning that argument must be direct argument.</w:t>
      </w:r>
    </w:p>
    <w:p>
      <w:pPr>
        <w:jc w:val="right"/>
      </w:pPr>
      <w:r>
        <w:t>ونگ دیٹ ارگومنٹ مسٹ بی ڈائریکٹ ارگومنٹ۔</w:t>
      </w:r>
    </w:p>
    <w:p>
      <w:r>
        <w:rPr>
          <w:b/>
        </w:rPr>
        <w:t xml:space="preserve">[53:09] </w:t>
      </w:r>
      <w:r>
        <w:t>It is this, it is this philosophy that is called logical positivism.</w:t>
      </w:r>
    </w:p>
    <w:p>
      <w:pPr>
        <w:jc w:val="right"/>
      </w:pPr>
      <w:r>
        <w:t>اٹ از دس، اٹ از دس فلاسفی دیٹ از کالڈ لاجیکل پازیٹیوزم۔</w:t>
      </w:r>
    </w:p>
    <w:p>
      <w:r>
        <w:rPr>
          <w:b/>
        </w:rPr>
        <w:t xml:space="preserve">[53:15] </w:t>
      </w:r>
      <w:r>
        <w:t>So, according to logical positivism, inferential argument was not was not valid.</w:t>
      </w:r>
    </w:p>
    <w:p>
      <w:pPr>
        <w:jc w:val="right"/>
      </w:pPr>
      <w:r>
        <w:t>سو، اکارڈنگ ٹو لاجیکل پازیٹیوزم، انفرینشل ارگومنٹ واز ناٹ واز ناٹ ویلڈ۔</w:t>
      </w:r>
    </w:p>
    <w:p>
      <w:r>
        <w:rPr>
          <w:b/>
        </w:rPr>
        <w:t xml:space="preserve">[53:21] </w:t>
      </w:r>
      <w:r>
        <w:t>Inferential argument was not valid.</w:t>
      </w:r>
    </w:p>
    <w:p>
      <w:pPr>
        <w:jc w:val="right"/>
      </w:pPr>
      <w:r>
        <w:t>انفرینشل ارگومنٹ واز ناٹ ویلڈ۔</w:t>
      </w:r>
    </w:p>
    <w:p>
      <w:r>
        <w:rPr>
          <w:b/>
        </w:rPr>
        <w:t xml:space="preserve">[53:27] </w:t>
      </w:r>
      <w:r>
        <w:t>But now, after the spirit</w:t>
      </w:r>
    </w:p>
    <w:p>
      <w:pPr>
        <w:jc w:val="right"/>
      </w:pPr>
      <w:r>
        <w:t>بٹ ناو، افٹر دا سپرٹ</w:t>
      </w:r>
    </w:p>
    <w:p>
      <w:r>
        <w:rPr>
          <w:b/>
        </w:rPr>
        <w:t xml:space="preserve">[53:33] </w:t>
      </w:r>
      <w:r>
        <w:t>of atom, everything changed.</w:t>
      </w:r>
    </w:p>
    <w:p>
      <w:pPr>
        <w:jc w:val="right"/>
      </w:pPr>
      <w:r>
        <w:t>اف ایٹم، ایوری تھنگ چینج۔</w:t>
      </w:r>
    </w:p>
    <w:p>
      <w:r>
        <w:rPr>
          <w:b/>
        </w:rPr>
        <w:t xml:space="preserve">[53:40] </w:t>
      </w:r>
      <w:r>
        <w:t>Now, now, according to Bertrand Russell, there are knowledge of knowledge are of two categories: knowledge of things,</w:t>
      </w:r>
    </w:p>
    <w:p>
      <w:pPr>
        <w:jc w:val="right"/>
      </w:pPr>
      <w:r>
        <w:t>ناو، ناو، اکارڈنگ ٹو برٹن رسل، دیر ار نالج اف نالج ار اف ٹو کیٹگریز: نالج اف تھنگز،</w:t>
      </w:r>
    </w:p>
    <w:p>
      <w:r>
        <w:rPr>
          <w:b/>
        </w:rPr>
        <w:t xml:space="preserve">[53:48] </w:t>
      </w:r>
      <w:r>
        <w:t>Knowledge of truth.</w:t>
      </w:r>
    </w:p>
    <w:p>
      <w:pPr>
        <w:jc w:val="right"/>
      </w:pPr>
      <w:r>
        <w:t>نالج اف ٹروتھ۔</w:t>
      </w:r>
    </w:p>
    <w:p>
      <w:r>
        <w:rPr>
          <w:b/>
        </w:rPr>
        <w:t xml:space="preserve">[53:55] </w:t>
      </w:r>
      <w:r>
        <w:t>So, as far as the knowledge of things is concerned, you can, you can establish direct argument.</w:t>
      </w:r>
    </w:p>
    <w:p>
      <w:pPr>
        <w:jc w:val="right"/>
      </w:pPr>
      <w:r>
        <w:t>سو، ایز فار ایز دا نالج اف تھنگز از کنسرن، یو کین، یو کین اسٹیبلش ڈائریکٹ ارگومنٹ۔</w:t>
      </w:r>
    </w:p>
    <w:p>
      <w:r>
        <w:rPr>
          <w:b/>
        </w:rPr>
        <w:t xml:space="preserve">[54:03] </w:t>
      </w:r>
      <w:r>
        <w:t>But as far as the truth is concerned, you are compelled to use the inferential argument.</w:t>
      </w:r>
    </w:p>
    <w:p>
      <w:pPr>
        <w:jc w:val="right"/>
      </w:pPr>
      <w:r>
        <w:t>بٹ ایز فار ایز دا ٹروتھ از کنسرن، یو ار کمپلڈ ٹو یوز دا انفرینشل ارگومنٹ۔</w:t>
      </w:r>
    </w:p>
    <w:p>
      <w:r>
        <w:rPr>
          <w:b/>
        </w:rPr>
        <w:t xml:space="preserve">[54:13] </w:t>
      </w:r>
      <w:r>
        <w:t>So, Bertrand admits in his book Human Knowledge.</w:t>
      </w:r>
    </w:p>
    <w:p>
      <w:pPr>
        <w:jc w:val="right"/>
      </w:pPr>
      <w:r>
        <w:t>سو، برٹنسل ایڈمٹس ان ہز بک ہیومن نالج۔</w:t>
      </w:r>
    </w:p>
    <w:p>
      <w:r>
        <w:rPr>
          <w:b/>
        </w:rPr>
        <w:t xml:space="preserve">[54:23] </w:t>
      </w:r>
      <w:r>
        <w:t>Bertrand Russell and all other philosophers admit that now, in post</w:t>
      </w:r>
    </w:p>
    <w:p>
      <w:pPr>
        <w:jc w:val="right"/>
      </w:pPr>
      <w:r>
        <w:t>برٹنسل اینڈ ال ادر فلاسفرز ایڈمٹ دیٹ ناو، ان پوسٹ</w:t>
      </w:r>
    </w:p>
    <w:p>
      <w:r>
        <w:rPr>
          <w:b/>
        </w:rPr>
        <w:t xml:space="preserve">[54:33] </w:t>
      </w:r>
      <w:r>
        <w:t>Einstein era, inferential argument is as valid as direct argument.</w:t>
      </w:r>
    </w:p>
    <w:p>
      <w:pPr>
        <w:jc w:val="right"/>
      </w:pPr>
      <w:r>
        <w:t>ائنسٹین ایرا، انفرینشل ارگومنٹ از ایز ویلڈ ایز ڈائریکٹ ارگومنٹ۔</w:t>
      </w:r>
    </w:p>
    <w:p>
      <w:r>
        <w:rPr>
          <w:b/>
        </w:rPr>
        <w:t xml:space="preserve">[54:39] </w:t>
      </w:r>
      <w:r>
        <w:t>So, when I said to that gentleman that the same argument, the same criterion which you have to</w:t>
      </w:r>
    </w:p>
    <w:p>
      <w:pPr>
        <w:jc w:val="right"/>
      </w:pPr>
      <w:r>
        <w:t>سو، وین ائی سیڈ ٹو دیٹ جنٹلمین دیٹ دا سیم ارگومنٹ، دا سیم کرائٹیرین وچ یو ہیو ٹو</w:t>
      </w:r>
    </w:p>
    <w:p>
      <w:r>
        <w:rPr>
          <w:b/>
        </w:rPr>
        <w:t xml:space="preserve">[54:46] </w:t>
      </w:r>
      <w:r>
        <w:t>prove anything else.</w:t>
      </w:r>
    </w:p>
    <w:p>
      <w:pPr>
        <w:jc w:val="right"/>
      </w:pPr>
      <w:r>
        <w:t>پروف اینی تھنگ ایلس۔</w:t>
      </w:r>
    </w:p>
    <w:p>
      <w:r>
        <w:rPr>
          <w:b/>
        </w:rPr>
        <w:t xml:space="preserve">[54:52] </w:t>
      </w:r>
      <w:r>
        <w:t>So, I referred that now, we are living in post-scientific.</w:t>
      </w:r>
    </w:p>
    <w:p>
      <w:pPr>
        <w:jc w:val="right"/>
      </w:pPr>
      <w:r>
        <w:t>سو، ائی ریفرڈ دیٹ ناو، وی ار لیونگ ان پوسٹ سائنٹیفک۔</w:t>
      </w:r>
    </w:p>
    <w:p>
      <w:r>
        <w:rPr>
          <w:b/>
        </w:rPr>
        <w:t xml:space="preserve">[54:58] </w:t>
      </w:r>
      <w:r>
        <w:t>Now, now, we are living in</w:t>
      </w:r>
    </w:p>
    <w:p>
      <w:pPr>
        <w:jc w:val="right"/>
      </w:pPr>
      <w:r>
        <w:t>ناو، ناو، وی ار لیونگ ان</w:t>
      </w:r>
    </w:p>
    <w:p>
      <w:r>
        <w:rPr>
          <w:b/>
        </w:rPr>
        <w:t xml:space="preserve">[55:04] </w:t>
      </w:r>
      <w:r>
        <w:t>in post-Einstein era.</w:t>
      </w:r>
    </w:p>
    <w:p>
      <w:pPr>
        <w:jc w:val="right"/>
      </w:pPr>
      <w:r>
        <w:t>ان پوسٹ ائنسٹین ایرا۔</w:t>
      </w:r>
    </w:p>
    <w:p>
      <w:r>
        <w:rPr>
          <w:b/>
        </w:rPr>
        <w:t xml:space="preserve">[55:10] </w:t>
      </w:r>
      <w:r>
        <w:t>And now, there is no way except to I accept inferential argument as and valid argument.</w:t>
      </w:r>
    </w:p>
    <w:p>
      <w:pPr>
        <w:jc w:val="right"/>
      </w:pPr>
      <w:r>
        <w:t>اینڈ ناو، دیر از نو وے ایکسیپٹ ٹو ائی ایکسیپٹ انفرینشل ارگومنٹ ایز اینڈ ویلڈ ارگومنٹ۔</w:t>
      </w:r>
    </w:p>
    <w:p>
      <w:r>
        <w:rPr>
          <w:b/>
        </w:rPr>
        <w:t xml:space="preserve">[55:16] </w:t>
      </w:r>
      <w:r>
        <w:t>Otherwise, you cannot prove anything.</w:t>
      </w:r>
    </w:p>
    <w:p>
      <w:pPr>
        <w:jc w:val="right"/>
      </w:pPr>
      <w:r>
        <w:t>ادروائز، یو کین ناٹ پروف اینی تھنگ۔</w:t>
      </w:r>
    </w:p>
    <w:p>
      <w:r>
        <w:rPr>
          <w:b/>
        </w:rPr>
        <w:t xml:space="preserve">[55:22] </w:t>
      </w:r>
      <w:r>
        <w:t>For example, all the scientists believe in X-rays. X-rays.</w:t>
      </w:r>
    </w:p>
    <w:p>
      <w:pPr>
        <w:jc w:val="right"/>
      </w:pPr>
      <w:r>
        <w:t>فار ایگزیمپل، ال دا سائنٹسٹ بیلیو ان ایکس ریز۔ ایکس ریز۔</w:t>
      </w:r>
    </w:p>
    <w:p>
      <w:r>
        <w:rPr>
          <w:b/>
        </w:rPr>
        <w:t xml:space="preserve">[55:28] </w:t>
      </w:r>
      <w:r>
        <w:t>But what is X-rays? You cannot prove X-rays by</w:t>
      </w:r>
    </w:p>
    <w:p>
      <w:pPr>
        <w:jc w:val="right"/>
      </w:pPr>
      <w:r>
        <w:t>بٹ واٹ از ایکس ریز؟ یو کین ناٹ پروف ایکس ریز بائی</w:t>
      </w:r>
    </w:p>
    <w:p>
      <w:r>
        <w:rPr>
          <w:b/>
        </w:rPr>
        <w:t xml:space="preserve">[55:34] </w:t>
      </w:r>
      <w:r>
        <w:t>Direct argument.</w:t>
      </w:r>
    </w:p>
    <w:p>
      <w:pPr>
        <w:jc w:val="right"/>
      </w:pPr>
      <w:r>
        <w:t>ڈائریکٹ ارگومنٹ۔</w:t>
      </w:r>
    </w:p>
    <w:p>
      <w:r>
        <w:rPr>
          <w:b/>
        </w:rPr>
        <w:t xml:space="preserve">[55:42] </w:t>
      </w:r>
      <w:r>
        <w:t>You are compelled to prove X-rays by inferential argument.</w:t>
      </w:r>
    </w:p>
    <w:p>
      <w:pPr>
        <w:jc w:val="right"/>
      </w:pPr>
      <w:r>
        <w:t>یو ار کمپلڈ ٹو ٹو پروف ایکس ریز بائی انفرینشل ارگومنٹ۔</w:t>
      </w:r>
    </w:p>
    <w:p>
      <w:r>
        <w:rPr>
          <w:b/>
        </w:rPr>
        <w:t xml:space="preserve">[55:49] </w:t>
      </w:r>
      <w:r>
        <w:t>So, when I said this, I referred to the present situation that now, you cannot say</w:t>
      </w:r>
    </w:p>
    <w:p>
      <w:pPr>
        <w:jc w:val="right"/>
      </w:pPr>
      <w:r>
        <w:t>سو، وین ائی سیڈ دس، ائی ریفرڈ ٹو دا پریزنٹ سچویشن دیٹ دیٹ ناو، یو کین ناٹ سے</w:t>
      </w:r>
    </w:p>
    <w:p>
      <w:r>
        <w:rPr>
          <w:b/>
        </w:rPr>
        <w:t xml:space="preserve">[55:57] </w:t>
      </w:r>
      <w:r>
        <w:t>I, I meant that now, the argument ab</w:t>
      </w:r>
    </w:p>
    <w:p>
      <w:pPr>
        <w:jc w:val="right"/>
      </w:pPr>
      <w:r>
        <w:t>ائی ائی مینٹ دیٹ ناو، دا ارگومنٹ اب</w:t>
      </w:r>
    </w:p>
    <w:p>
      <w:r>
        <w:rPr>
          <w:b/>
        </w:rPr>
        <w:t xml:space="preserve">[56:04] </w:t>
      </w:r>
      <w:r>
        <w:t>Out God and the argument about electron are one and the same.</w:t>
      </w:r>
    </w:p>
    <w:p>
      <w:pPr>
        <w:jc w:val="right"/>
      </w:pPr>
      <w:r>
        <w:t>اؤٹ گاڈ اینڈ دا ارگومنٹ اباؤٹ الیکٹران ار ون اینڈ دا سیم۔</w:t>
      </w:r>
    </w:p>
    <w:p>
      <w:r>
        <w:rPr>
          <w:b/>
        </w:rPr>
        <w:t xml:space="preserve">[56:12] </w:t>
      </w:r>
      <w:r>
        <w:t>about electron, you use inferential argument.</w:t>
      </w:r>
    </w:p>
    <w:p>
      <w:pPr>
        <w:jc w:val="right"/>
      </w:pPr>
      <w:r>
        <w:t>اباؤٹ الیکٹران، یو یوز انفرینشل ارگومنٹ۔</w:t>
      </w:r>
    </w:p>
    <w:p>
      <w:r>
        <w:rPr>
          <w:b/>
        </w:rPr>
        <w:t xml:space="preserve">[56:19] </w:t>
      </w:r>
      <w:r>
        <w:t>about X-rays, you you use inferential argument.</w:t>
      </w:r>
    </w:p>
    <w:p>
      <w:pPr>
        <w:jc w:val="right"/>
      </w:pPr>
      <w:r>
        <w:t>اباؤٹ ایکس ریز، یو یو یوز انفرینشل ارگومنٹ۔</w:t>
      </w:r>
    </w:p>
    <w:p>
      <w:r>
        <w:rPr>
          <w:b/>
        </w:rPr>
        <w:t xml:space="preserve">[56:27] </w:t>
      </w:r>
      <w:r>
        <w:t>So, is the case about the about the about the about</w:t>
      </w:r>
    </w:p>
    <w:p>
      <w:pPr>
        <w:jc w:val="right"/>
      </w:pPr>
      <w:r>
        <w:t>سو، از دا کیس اباؤٹ دی اباؤٹ دی اباؤٹ دی اباؤٹ</w:t>
      </w:r>
    </w:p>
    <w:p>
      <w:r>
        <w:rPr>
          <w:b/>
        </w:rPr>
        <w:t xml:space="preserve">[56:35] </w:t>
      </w:r>
      <w:r>
        <w:t>about God? We prove the existence of God by inferential argument.</w:t>
      </w:r>
    </w:p>
    <w:p>
      <w:pPr>
        <w:jc w:val="right"/>
      </w:pPr>
      <w:r>
        <w:t>اباؤٹ گاڈ؟ وی پروف دا ایگزسٹنس اف گاڈ بائی انفرینشل ارگومنٹ۔</w:t>
      </w:r>
    </w:p>
    <w:p>
      <w:r>
        <w:rPr>
          <w:b/>
        </w:rPr>
        <w:t xml:space="preserve">[56:41] </w:t>
      </w:r>
      <w:r>
        <w:t>You also prove the existence of electron by inferential argument.</w:t>
      </w:r>
    </w:p>
    <w:p>
      <w:pPr>
        <w:jc w:val="right"/>
      </w:pPr>
      <w:r>
        <w:t>یو السو پروف دا ایگزسٹنس اف الیکٹران بائی انفرینشل ارگومنٹ۔</w:t>
      </w:r>
    </w:p>
    <w:p>
      <w:r>
        <w:rPr>
          <w:b/>
        </w:rPr>
        <w:t xml:space="preserve">[56:47] </w:t>
      </w:r>
      <w:r>
        <w:t>So, there is no difference.</w:t>
      </w:r>
    </w:p>
    <w:p>
      <w:pPr>
        <w:jc w:val="right"/>
      </w:pPr>
      <w:r>
        <w:t>سو، دیر از نو ڈیفرنس۔</w:t>
      </w:r>
    </w:p>
    <w:p>
      <w:r>
        <w:rPr>
          <w:b/>
        </w:rPr>
        <w:t xml:space="preserve">[56:53] </w:t>
      </w:r>
      <w:r>
        <w:t>So, if you are right when you prove the existence of electron by inferential argument, we are also</w:t>
      </w:r>
    </w:p>
    <w:p>
      <w:pPr>
        <w:jc w:val="right"/>
      </w:pPr>
      <w:r>
        <w:t>سو، اف یو ار رائٹ وین یو پروف دا ایگزسٹنس اف الیکٹران بائی انفرینشل ارگومنٹ، وی ار السو</w:t>
      </w:r>
    </w:p>
    <w:p>
      <w:r>
        <w:rPr>
          <w:b/>
        </w:rPr>
        <w:t xml:space="preserve">[56:59] </w:t>
      </w:r>
      <w:r>
        <w:t>correct when you prove when we when we prove</w:t>
      </w:r>
    </w:p>
    <w:p>
      <w:pPr>
        <w:jc w:val="right"/>
      </w:pPr>
      <w:r>
        <w:t>کریکٹ وین یو پروف وین وی وین وی پروف</w:t>
      </w:r>
    </w:p>
    <w:p>
      <w:r>
        <w:rPr>
          <w:b/>
        </w:rPr>
        <w:t xml:space="preserve">[57:05] </w:t>
      </w:r>
      <w:r>
        <w:t>The existence of God by inferential argument.</w:t>
      </w:r>
    </w:p>
    <w:p>
      <w:pPr>
        <w:jc w:val="right"/>
      </w:pPr>
      <w:r>
        <w:t>دا ایگزسٹنس اف گاڈ بائی انفرینشل ارگومنٹ۔</w:t>
      </w:r>
    </w:p>
    <w:p>
      <w:r>
        <w:rPr>
          <w:b/>
        </w:rPr>
        <w:t xml:space="preserve">[57:10] </w:t>
      </w:r>
      <w:r>
        <w:t>It was this background that made him speechless.</w:t>
      </w:r>
    </w:p>
    <w:p>
      <w:pPr>
        <w:jc w:val="right"/>
      </w:pPr>
      <w:r>
        <w:t>اٹ واز دس بیک گراؤنڈ دیٹ میک ہم سپیچ لیس۔</w:t>
      </w:r>
    </w:p>
    <w:p>
      <w:r>
        <w:rPr>
          <w:b/>
        </w:rPr>
        <w:t xml:space="preserve">[57:15] </w:t>
      </w:r>
      <w:r>
        <w:t>So, he was, I think he was a sincere person.</w:t>
      </w:r>
    </w:p>
    <w:p>
      <w:pPr>
        <w:jc w:val="right"/>
      </w:pPr>
      <w:r>
        <w:t>سو، ہی واز ائی تھنک ہی واز ا سینسئر پرسن۔</w:t>
      </w:r>
    </w:p>
    <w:p>
      <w:r>
        <w:rPr>
          <w:b/>
        </w:rPr>
        <w:t xml:space="preserve">[57:20] </w:t>
      </w:r>
      <w:r>
        <w:t>He was ready to surrender before reason.</w:t>
      </w:r>
    </w:p>
    <w:p>
      <w:pPr>
        <w:jc w:val="right"/>
      </w:pPr>
      <w:r>
        <w:t>ہی واز ریڈی ٹو سرینڈر بیفور ریزن۔</w:t>
      </w:r>
    </w:p>
    <w:p>
      <w:r>
        <w:rPr>
          <w:b/>
        </w:rPr>
        <w:t xml:space="preserve">[57:25] </w:t>
      </w:r>
      <w:r>
        <w:t>So, he surrendered.</w:t>
      </w:r>
    </w:p>
    <w:p>
      <w:pPr>
        <w:jc w:val="right"/>
      </w:pPr>
      <w:r>
        <w:t>سو، ہی سرینڈر۔</w:t>
      </w:r>
    </w:p>
    <w:p>
      <w:r>
        <w:rPr>
          <w:b/>
        </w:rPr>
        <w:t xml:space="preserve">[57:30] </w:t>
      </w:r>
      <w:r>
        <w:t>So, these three things are required.</w:t>
      </w:r>
    </w:p>
    <w:p>
      <w:pPr>
        <w:jc w:val="right"/>
      </w:pPr>
      <w:r>
        <w:t>سو، دس تھری تھنگز ار ریکوائرڈ</w:t>
      </w:r>
    </w:p>
    <w:p>
      <w:r>
        <w:rPr>
          <w:b/>
        </w:rPr>
        <w:t xml:space="preserve">[57:35] </w:t>
      </w:r>
      <w:r>
        <w:t>: One is seeking spirit, second is sincerity, and third is readiness to surrender before reason.</w:t>
      </w:r>
    </w:p>
    <w:p>
      <w:pPr>
        <w:jc w:val="right"/>
      </w:pPr>
      <w:r>
        <w:t>: ون از سیکنگ سپرٹ، سیکنڈ از سنسیرٹی، اینڈ تھرڈ از ریڈینس ٹو سرینڈر بیفور ریزن۔</w:t>
      </w:r>
    </w:p>
    <w:p>
      <w:r>
        <w:rPr>
          <w:b/>
        </w:rPr>
        <w:t xml:space="preserve">[57:45] </w:t>
      </w:r>
      <w:r>
        <w:t>So, only those people can find truth who have these three qualities, otherwise not.</w:t>
      </w:r>
    </w:p>
    <w:p>
      <w:pPr>
        <w:jc w:val="right"/>
      </w:pPr>
      <w:r>
        <w:t>سو، اونلی دوز پیپل کین فائنڈ ٹروتھ ہو ہیو دس تھری کوالٹیز، ادروائز ناٹ۔</w:t>
      </w:r>
    </w:p>
    <w:p>
      <w:r>
        <w:rPr>
          <w:b/>
        </w:rPr>
        <w:t xml:space="preserve">[57:55] </w:t>
      </w:r>
      <w:r>
        <w:t>So, if you are a true seeker</w:t>
      </w:r>
    </w:p>
    <w:p>
      <w:pPr>
        <w:jc w:val="right"/>
      </w:pPr>
      <w:r>
        <w:t>سو، اف یو ار ا ٹرو سیکر</w:t>
      </w:r>
    </w:p>
    <w:p>
      <w:r>
        <w:rPr>
          <w:b/>
        </w:rPr>
        <w:t xml:space="preserve">[58:06] </w:t>
      </w:r>
      <w:r>
        <w:t>, if you want to if you want to find God, if you want to find truth, then</w:t>
      </w:r>
    </w:p>
    <w:p>
      <w:pPr>
        <w:jc w:val="right"/>
      </w:pPr>
      <w:r>
        <w:t>، اف یو وانٹ ٹو اف یو وانٹ ٹو فائنڈ گاڈ، اف یو وانٹ ٹو فائنڈ ٹروتھ، دین</w:t>
      </w:r>
    </w:p>
    <w:p>
      <w:r>
        <w:rPr>
          <w:b/>
        </w:rPr>
        <w:t xml:space="preserve">[58:12] </w:t>
      </w:r>
      <w:r>
        <w:t>You have to fulfill these three conditions.</w:t>
      </w:r>
    </w:p>
    <w:p>
      <w:pPr>
        <w:jc w:val="right"/>
      </w:pPr>
      <w:r>
        <w:t>یو ہیو ٹو فلفل دس تھری کنڈیشنز۔</w:t>
      </w:r>
    </w:p>
    <w:p>
      <w:r>
        <w:rPr>
          <w:b/>
        </w:rPr>
        <w:t xml:space="preserve">[58:18] </w:t>
      </w:r>
      <w:r>
        <w:t>Otherwise, it is impossible to find the truth.</w:t>
      </w:r>
    </w:p>
    <w:p>
      <w:pPr>
        <w:jc w:val="right"/>
      </w:pPr>
      <w:r>
        <w:t>ادروائز، اٹ از امپاسیبل ٹو فائنڈ دا ٹروتھ۔</w:t>
      </w:r>
    </w:p>
    <w:p>
      <w:r>
        <w:rPr>
          <w:b/>
        </w:rPr>
        <w:t xml:space="preserve">[58:24] </w:t>
      </w:r>
      <w:r>
        <w:t>There is no alternative to these conditions.</w:t>
      </w:r>
    </w:p>
    <w:p>
      <w:pPr>
        <w:jc w:val="right"/>
      </w:pPr>
      <w:r>
        <w:t>دیر از نو الٹرنیٹو ٹو دس کنڈیشنز۔</w:t>
      </w:r>
    </w:p>
    <w:p>
      <w:r>
        <w:rPr>
          <w:b/>
        </w:rPr>
        <w:t xml:space="preserve">[58:30] </w:t>
      </w:r>
      <w:r>
        <w:t>Aqulu qawli wa astaghfirullah</w:t>
      </w:r>
    </w:p>
    <w:p>
      <w:pPr>
        <w:jc w:val="right"/>
      </w:pPr>
      <w:r>
        <w:t>اقول قولی واست</w:t>
      </w:r>
    </w:p>
    <w:p>
      <w:r>
        <w:rPr>
          <w:b/>
        </w:rPr>
        <w:t xml:space="preserve">[58:36] </w:t>
      </w:r>
      <w:r>
        <w:t>taghfirullaha lakum jameea.</w:t>
      </w:r>
    </w:p>
    <w:p>
      <w:pPr>
        <w:jc w:val="right"/>
      </w:pPr>
      <w:r>
        <w:t>غفراللہ علیکم جميعا۔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