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37 | January  07, 2018</w:t>
      </w:r>
    </w:p>
    <w:p>
      <w:r>
        <w:t>https://www.youtube.com/watch?v=ao6Cr57KuEM</w:t>
      </w:r>
    </w:p>
    <w:p>
      <w:r>
        <w:rPr>
          <w:b/>
        </w:rPr>
        <w:t xml:space="preserve">[00:11] </w:t>
      </w:r>
      <w:r>
        <w:t>Bismillah al-rahman al-rahim.</w:t>
      </w:r>
    </w:p>
    <w:p>
      <w:pPr>
        <w:jc w:val="right"/>
      </w:pPr>
      <w:r>
        <w:t>بسم اللہ الرحمن الرحیم۔</w:t>
      </w:r>
    </w:p>
    <w:p>
      <w:r>
        <w:rPr>
          <w:b/>
        </w:rPr>
        <w:t xml:space="preserve">[00:19] </w:t>
      </w:r>
      <w:r>
        <w:t>wasallallahu ala nabiyyil kareem.</w:t>
      </w:r>
    </w:p>
    <w:p>
      <w:pPr>
        <w:jc w:val="right"/>
      </w:pPr>
      <w:r>
        <w:t>وصلی اللہ علی النبی الکریم۔</w:t>
      </w:r>
    </w:p>
    <w:p>
      <w:r>
        <w:rPr>
          <w:b/>
        </w:rPr>
        <w:t xml:space="preserve">[00:27] </w:t>
      </w:r>
      <w:r>
        <w:t>rabbi ishrah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7 janwari 2017.</w:t>
      </w:r>
    </w:p>
    <w:p>
      <w:pPr>
        <w:jc w:val="right"/>
      </w:pPr>
      <w:r>
        <w:t>7 جنوری 2017۔</w:t>
      </w:r>
    </w:p>
    <w:p>
      <w:r>
        <w:rPr>
          <w:b/>
        </w:rPr>
        <w:t xml:space="preserve">[00:43] </w:t>
      </w:r>
      <w:r>
        <w:t>aaj dars-e-quran ka number 12 hai.</w:t>
      </w:r>
    </w:p>
    <w:p>
      <w:pPr>
        <w:jc w:val="right"/>
      </w:pPr>
      <w:r>
        <w:t>آج درس قرآن کا نمبر 12 ہے۔</w:t>
      </w:r>
    </w:p>
    <w:p>
      <w:r>
        <w:rPr>
          <w:b/>
        </w:rPr>
        <w:t xml:space="preserve">[00:50] </w:t>
      </w:r>
      <w:r>
        <w:t>to jo ayatein aaj zer-e-dars hain, pehle woh aap ke samne parhi jayengi, arabi alfaz aur</w:t>
      </w:r>
    </w:p>
    <w:p>
      <w:pPr>
        <w:jc w:val="right"/>
      </w:pPr>
      <w:r>
        <w:t>تو جو آیتیں آج زیرِ درس ہیں، پہلے وہ آپ کے سامنے پڑھی جائیں گی، عربی الفاظ اور</w:t>
      </w:r>
    </w:p>
    <w:p>
      <w:r>
        <w:rPr>
          <w:b/>
        </w:rPr>
        <w:t xml:space="preserve">[00:58] </w:t>
      </w:r>
      <w:r>
        <w:t>iska tarjuma, phir main inshallah iske bare mein kuch kahunga.</w:t>
      </w:r>
    </w:p>
    <w:p>
      <w:pPr>
        <w:jc w:val="right"/>
      </w:pPr>
      <w:r>
        <w:t>اس کا ترجمہ، پھر میں ان شاء اللہ اس کے بارے میں کچھ کہوں گا۔</w:t>
      </w:r>
    </w:p>
    <w:p>
      <w:r>
        <w:rPr>
          <w:b/>
        </w:rPr>
        <w:t xml:space="preserve">[01:05] </w:t>
      </w:r>
      <w:r>
        <w:t>bismillah rahman</w:t>
      </w:r>
    </w:p>
    <w:p>
      <w:pPr>
        <w:jc w:val="right"/>
      </w:pPr>
      <w:r>
        <w:t>بسم اللہ الرحمن</w:t>
      </w:r>
    </w:p>
    <w:p>
      <w:r>
        <w:rPr>
          <w:b/>
        </w:rPr>
        <w:t xml:space="preserve">[01:13] </w:t>
      </w:r>
      <w:r>
        <w:t>al rahim.</w:t>
      </w:r>
    </w:p>
    <w:p>
      <w:pPr>
        <w:jc w:val="right"/>
      </w:pPr>
      <w:r>
        <w:t>الرحیم۔</w:t>
      </w:r>
    </w:p>
    <w:p>
      <w:r>
        <w:rPr>
          <w:b/>
        </w:rPr>
        <w:t xml:space="preserve">[01:19] </w:t>
      </w:r>
      <w:r>
        <w:t>fataqalla adamu mir rabbihi kalimatin fataba alayh, innahu huwat tawwabur rahim.</w:t>
      </w:r>
    </w:p>
    <w:p>
      <w:pPr>
        <w:jc w:val="right"/>
      </w:pPr>
      <w:r>
        <w:t>فتلقٰی آدم من ربہ کلمات فتاب علیہ، إنه هو التواب الرحیم۔</w:t>
      </w:r>
    </w:p>
    <w:p>
      <w:r>
        <w:rPr>
          <w:b/>
        </w:rPr>
        <w:t xml:space="preserve">[01:25] </w:t>
      </w:r>
      <w:r>
        <w:t>surah al baqarah, ayat number 37.</w:t>
      </w:r>
    </w:p>
    <w:p>
      <w:pPr>
        <w:jc w:val="right"/>
      </w:pPr>
      <w:r>
        <w:t>سورہ البقرہ، آیت نمبر 37۔</w:t>
      </w:r>
    </w:p>
    <w:p>
      <w:r>
        <w:rPr>
          <w:b/>
        </w:rPr>
        <w:t xml:space="preserve">[01:31] </w:t>
      </w:r>
      <w:r>
        <w:t>phir adam ne seekh liye apne rabb se chand bol, to Allah is par mutawajjah hua.</w:t>
      </w:r>
    </w:p>
    <w:p>
      <w:pPr>
        <w:jc w:val="right"/>
      </w:pPr>
      <w:r>
        <w:t>پھر آدم نے سیکھ لیے اپنے رب سے چند بول، تو اللہ اس پر متوجہ ہوا۔</w:t>
      </w:r>
    </w:p>
    <w:p>
      <w:r>
        <w:rPr>
          <w:b/>
        </w:rPr>
        <w:t xml:space="preserve">[01:37] </w:t>
      </w:r>
      <w:r>
        <w:t>beshak woh tawbah qubool karne wala, reham karne wala hai.</w:t>
      </w:r>
    </w:p>
    <w:p>
      <w:pPr>
        <w:jc w:val="right"/>
      </w:pPr>
      <w:r>
        <w:t>بے شک وہ توبہ قبول کرنے والا، رحم کرنے والا ہے۔</w:t>
      </w:r>
    </w:p>
    <w:p>
      <w:r>
        <w:rPr>
          <w:b/>
        </w:rPr>
        <w:t xml:space="preserve">[01:43] </w:t>
      </w:r>
      <w:r>
        <w:t>Then Adam received some words of prayer from his Lord, and He accepted his repentance.</w:t>
      </w:r>
    </w:p>
    <w:p>
      <w:pPr>
        <w:jc w:val="right"/>
      </w:pPr>
      <w:r>
        <w:t>دین ایڈم ریسیوڈ سم ورڈز آف پریئر فرام ہز لارڈ، اینڈ ہی ایکسیپٹڈ ہز ریپنٹنس۔</w:t>
      </w:r>
    </w:p>
    <w:p>
      <w:r>
        <w:rPr>
          <w:b/>
        </w:rPr>
        <w:t xml:space="preserve">[01:53] </w:t>
      </w:r>
      <w:r>
        <w:t>He is the forgiving one, the merciful.</w:t>
      </w:r>
    </w:p>
    <w:p>
      <w:pPr>
        <w:jc w:val="right"/>
      </w:pPr>
      <w:r>
        <w:t>ہی از دا فارگیونگ ون، دا مرسی فل۔</w:t>
      </w:r>
    </w:p>
    <w:p>
      <w:r>
        <w:rPr>
          <w:b/>
        </w:rPr>
        <w:t xml:space="preserve">[02:04] </w:t>
      </w:r>
      <w:r>
        <w:t>quran ki is ayat mein main samajhta hoon ke bohat bara</w:t>
      </w:r>
    </w:p>
    <w:p>
      <w:pPr>
        <w:jc w:val="right"/>
      </w:pPr>
      <w:r>
        <w:t>قرآن کی اس آیت میں میں سمجھتا ہوں کہ بہت بڑا</w:t>
      </w:r>
    </w:p>
    <w:p>
      <w:r>
        <w:rPr>
          <w:b/>
        </w:rPr>
        <w:t xml:space="preserve">[02:14] </w:t>
      </w:r>
      <w:r>
        <w:t>sabak milta hai hum ko.</w:t>
      </w:r>
    </w:p>
    <w:p>
      <w:pPr>
        <w:jc w:val="right"/>
      </w:pPr>
      <w:r>
        <w:t>سبق ملتا ہے ہم کو۔</w:t>
      </w:r>
    </w:p>
    <w:p>
      <w:r>
        <w:rPr>
          <w:b/>
        </w:rPr>
        <w:t xml:space="preserve">[02:24] </w:t>
      </w:r>
      <w:r>
        <w:t>aap jante hain ke adam pehle insan the, Allah ne unko jannat mein rakha aur kaha ke</w:t>
      </w:r>
    </w:p>
    <w:p>
      <w:pPr>
        <w:jc w:val="right"/>
      </w:pPr>
      <w:r>
        <w:t>آپ جانتے ہیں کہ آدم پہلے انسان تھے، اللہ نے ان کو جنت میں رکھا اور کہا کہ</w:t>
      </w:r>
    </w:p>
    <w:p>
      <w:r>
        <w:rPr>
          <w:b/>
        </w:rPr>
        <w:t xml:space="preserve">[02:34] </w:t>
      </w:r>
      <w:r>
        <w:t>wahan ek forbidden tree rahega tumhare liye, iske pas na jana, iska phal na khana.</w:t>
      </w:r>
    </w:p>
    <w:p>
      <w:pPr>
        <w:jc w:val="right"/>
      </w:pPr>
      <w:r>
        <w:t>وہاں ایک فاربیڈن ٹری رہے گا تمہارے لیے، اس کے پاس نہ جانا، اس کا پھل نہ کھانا۔</w:t>
      </w:r>
    </w:p>
    <w:p>
      <w:r>
        <w:rPr>
          <w:b/>
        </w:rPr>
        <w:t xml:space="preserve">[02:44] </w:t>
      </w:r>
      <w:r>
        <w:t>lekin adam aur hawa dono ke andar temptation aaya, woh us darakht ke pas chale gaye aur us</w:t>
      </w:r>
    </w:p>
    <w:p>
      <w:pPr>
        <w:jc w:val="right"/>
      </w:pPr>
      <w:r>
        <w:t>لیکن آدم اور حوا دونوں کے اندر ٹیمپریشن آیا، وہ اس درخت کے پاس چلے گئے اور اس</w:t>
      </w:r>
    </w:p>
    <w:p>
      <w:r>
        <w:rPr>
          <w:b/>
        </w:rPr>
        <w:t xml:space="preserve">[02:51] </w:t>
      </w:r>
      <w:r>
        <w:t>ka phal kha liya.</w:t>
      </w:r>
    </w:p>
    <w:p>
      <w:pPr>
        <w:jc w:val="right"/>
      </w:pPr>
      <w:r>
        <w:t>کا پھل کھا لیا۔</w:t>
      </w:r>
    </w:p>
    <w:p>
      <w:r>
        <w:rPr>
          <w:b/>
        </w:rPr>
        <w:t xml:space="preserve">[02:59] </w:t>
      </w:r>
      <w:r>
        <w:t>phir unko jannat se nikal diya gaya.</w:t>
      </w:r>
    </w:p>
    <w:p>
      <w:pPr>
        <w:jc w:val="right"/>
      </w:pPr>
      <w:r>
        <w:t>پھر ان کو جنت سے نکال دیا گیا۔</w:t>
      </w:r>
    </w:p>
    <w:p>
      <w:r>
        <w:rPr>
          <w:b/>
        </w:rPr>
        <w:t xml:space="preserve">[03:07] </w:t>
      </w:r>
      <w:r>
        <w:t>aap ghaur kijiye ke yeh kitna bara, kitni bari</w:t>
      </w:r>
    </w:p>
    <w:p>
      <w:pPr>
        <w:jc w:val="right"/>
      </w:pPr>
      <w:r>
        <w:t>آپ غور کیجیے کہ یہ کتنا بڑا، کتنی بڑی</w:t>
      </w:r>
    </w:p>
    <w:p>
      <w:r>
        <w:rPr>
          <w:b/>
        </w:rPr>
        <w:t xml:space="preserve">[03:14] </w:t>
      </w:r>
      <w:r>
        <w:t>ghalti thi ke Allah ne direct taur par adam ko ek hukum diya ke is forbidden tree ko mat jana is ke paas. lekin wo gaye. to zahir hai ke is se bara aur itni bari ghalti aur kahan ho sakti hai? lekin hadith mein aata</w:t>
      </w:r>
    </w:p>
    <w:p>
      <w:pPr>
        <w:jc w:val="right"/>
      </w:pPr>
      <w:r>
        <w:t>غلطی تھی کہ اللہ نے ڈائریکٹ طور پر آدم کو ایک حکم دیا کہ اس فاربیڈن ٹری کو مت جانا اس کے پاس۔ لیکن وہ گئے۔ تو ظاہر ہے کہ اس سے بڑا اور اتنی بڑی غلطی اور کہاں ہو سکتی ہے؟ لیکن حدیث میں آتا</w:t>
      </w:r>
    </w:p>
    <w:p>
      <w:r>
        <w:rPr>
          <w:b/>
        </w:rPr>
        <w:t xml:space="preserve">[03:44] </w:t>
      </w:r>
      <w:r>
        <w:t>hai ke bohat dinon tak woh rote rahe, rote rahe, rote rahe, apni ghalti ki maafi mangte rahe.</w:t>
      </w:r>
    </w:p>
    <w:p>
      <w:pPr>
        <w:jc w:val="right"/>
      </w:pPr>
      <w:r>
        <w:t>ہے کہ بہت دنوں تک وہ روتے رہے، روتے رہے، روتے رہے، اپنی غلطی کی معافی مانگتے رہے۔</w:t>
      </w:r>
    </w:p>
    <w:p>
      <w:r>
        <w:rPr>
          <w:b/>
        </w:rPr>
        <w:t xml:space="preserve">[03:55] </w:t>
      </w:r>
      <w:r>
        <w:t>to iske baad adam ke sath ek aisa waqia hua jo shayad kisi aur ke sath nahi hua.</w:t>
      </w:r>
    </w:p>
    <w:p>
      <w:pPr>
        <w:jc w:val="right"/>
      </w:pPr>
      <w:r>
        <w:t>تو اس کے بعد آدم کے ساتھ ایک ایسا واقعہ ہوا جو شاید کسی اور کے ساتھ نہیں ہوا۔</w:t>
      </w:r>
    </w:p>
    <w:p>
      <w:r>
        <w:rPr>
          <w:b/>
        </w:rPr>
        <w:t xml:space="preserve">[04:05] </w:t>
      </w:r>
      <w:r>
        <w:t>woh yeh ke Allah ne khud unko tawbah ke alfaz bataye,</w:t>
      </w:r>
    </w:p>
    <w:p>
      <w:pPr>
        <w:jc w:val="right"/>
      </w:pPr>
      <w:r>
        <w:t>وہ یہ کہ اللہ نے خود ان کو توبہ کے الفاظ بتائے،</w:t>
      </w:r>
    </w:p>
    <w:p>
      <w:r>
        <w:rPr>
          <w:b/>
        </w:rPr>
        <w:t xml:space="preserve">[04:16] </w:t>
      </w:r>
      <w:r>
        <w:t>barah e rast taur par. zahir hai ke is se bara izaz kya ho sakta hai? is is waqie par mujhe ek qissa yaad aata hai jab mein adabgarh, adabgarh mein hota tha, UP mein. to hamare bare bhai ne, us zamane mein ye jo truck hote hain jo maal le aate hain yahan se wahan, us zamane mein bohat rare hote</w:t>
      </w:r>
    </w:p>
    <w:p>
      <w:pPr>
        <w:jc w:val="right"/>
      </w:pPr>
      <w:r>
        <w:t>براہ راست طور پر۔ ظاہر ہے کہ اس سے بڑا اعزاز کیا ہو سکتا ہے؟ اس اس واقعے پر مجھے ایک قصہ یاد آتا ہے جب میں آدبگڑھ، آدبگڑھ میں ہوتا تھا، یو پی میں۔ تو ہمارے بڑے بھائی نے، اس زمانے میں یہ جو ٹرک ہوتے ہیں جو مال لے آتے ہیں یہاں سے وہاں، اس زمانے میں بہت ریئر ہوتے</w:t>
      </w:r>
    </w:p>
    <w:p>
      <w:r>
        <w:rPr>
          <w:b/>
        </w:rPr>
        <w:t xml:space="preserve">[04:46] </w:t>
      </w:r>
      <w:r>
        <w:t>the truck, bohat kam.</w:t>
      </w:r>
    </w:p>
    <w:p>
      <w:pPr>
        <w:jc w:val="right"/>
      </w:pPr>
      <w:r>
        <w:t>تھے ٹرک، بہت کم۔</w:t>
      </w:r>
    </w:p>
    <w:p>
      <w:r>
        <w:rPr>
          <w:b/>
        </w:rPr>
        <w:t xml:space="preserve">[04:53] </w:t>
      </w:r>
      <w:r>
        <w:t>ab to truck, fauj chalti rehti hai sadkon par.</w:t>
      </w:r>
    </w:p>
    <w:p>
      <w:pPr>
        <w:jc w:val="right"/>
      </w:pPr>
      <w:r>
        <w:t>اب تو ٹرک، فوج چلتی رہتی ہے سڑکوں پر۔</w:t>
      </w:r>
    </w:p>
    <w:p>
      <w:r>
        <w:rPr>
          <w:b/>
        </w:rPr>
        <w:t xml:space="preserve">[04:59] </w:t>
      </w:r>
      <w:r>
        <w:t>to unhon ne ek truck khareeda.</w:t>
      </w:r>
    </w:p>
    <w:p>
      <w:pPr>
        <w:jc w:val="right"/>
      </w:pPr>
      <w:r>
        <w:t>تو انہوں نے ایک ٹرک خریدا۔</w:t>
      </w:r>
    </w:p>
    <w:p>
      <w:r>
        <w:rPr>
          <w:b/>
        </w:rPr>
        <w:t xml:space="preserve">[05:06] </w:t>
      </w:r>
      <w:r>
        <w:t>to saal ke khatme par jab unhon ne is ka income tax ka hisaab diya income tax afsar</w:t>
      </w:r>
    </w:p>
    <w:p>
      <w:pPr>
        <w:jc w:val="right"/>
      </w:pPr>
      <w:r>
        <w:t>تو سال کے خاتمے پر جب انہوں نے اس کا انکم ٹیکس کا حساب دیا انکم ٹیکس افسر</w:t>
      </w:r>
    </w:p>
    <w:p>
      <w:r>
        <w:rPr>
          <w:b/>
        </w:rPr>
        <w:t xml:space="preserve">[05:12] </w:t>
      </w:r>
      <w:r>
        <w:t>ko wahan ja kar,</w:t>
      </w:r>
    </w:p>
    <w:p>
      <w:pPr>
        <w:jc w:val="right"/>
      </w:pPr>
      <w:r>
        <w:t>کو وہاں جا کر،</w:t>
      </w:r>
    </w:p>
    <w:p>
      <w:r>
        <w:rPr>
          <w:b/>
        </w:rPr>
        <w:t xml:space="preserve">[05:19] </w:t>
      </w:r>
      <w:r>
        <w:t>تو اتنا خوش ہوا، گویا کہ اتنا income tax ایک ٹرک پر تو کسی نے اب تو دیا نہیں تھا۔</w:t>
      </w:r>
    </w:p>
    <w:p>
      <w:pPr>
        <w:jc w:val="right"/>
      </w:pPr>
      <w:r>
        <w:t>تو اتنا خوش ہوا، گویا کہ اتنا انکم ٹیکس ایک ٹرک پر تو کسی نے اب تو دیا نہیں تھا۔</w:t>
      </w:r>
    </w:p>
    <w:p>
      <w:r>
        <w:rPr>
          <w:b/>
        </w:rPr>
        <w:t xml:space="preserve">[05:25] </w:t>
      </w:r>
      <w:r>
        <w:t>to us ne khud apne haath se in ka form bhara.</w:t>
      </w:r>
    </w:p>
    <w:p>
      <w:pPr>
        <w:jc w:val="right"/>
      </w:pPr>
      <w:r>
        <w:t>تو اس نے خود اپنے ہاتھ سے ان کا فارم بھرا۔</w:t>
      </w:r>
    </w:p>
    <w:p>
      <w:r>
        <w:rPr>
          <w:b/>
        </w:rPr>
        <w:t xml:space="preserve">[05:31] </w:t>
      </w:r>
      <w:r>
        <w:t>income tax afsar ne khud apne haath se in ka form bhara.</w:t>
      </w:r>
    </w:p>
    <w:p>
      <w:pPr>
        <w:jc w:val="right"/>
      </w:pPr>
      <w:r>
        <w:t>انکم ٹیکس افسر نے خود اپنے ہاتھ سے ان کا فارم بھرا۔</w:t>
      </w:r>
    </w:p>
    <w:p>
      <w:r>
        <w:rPr>
          <w:b/>
        </w:rPr>
        <w:t xml:space="preserve">[05:37] </w:t>
      </w:r>
      <w:r>
        <w:t>to mujhe aisa lagta hai ke Allah taala ne Adam ko aisa bara darja diya, un ke toba</w:t>
      </w:r>
    </w:p>
    <w:p>
      <w:pPr>
        <w:jc w:val="right"/>
      </w:pPr>
      <w:r>
        <w:t>تو مجھے ایسا لگتا ہے کہ اللہ تعالیٰ نے آدم کو ایسا بڑا درجہ دیا، ان کے توبہ</w:t>
      </w:r>
    </w:p>
    <w:p>
      <w:r>
        <w:rPr>
          <w:b/>
        </w:rPr>
        <w:t xml:space="preserve">[05:43] </w:t>
      </w:r>
      <w:r>
        <w:t>ke alfaaz khud Allah taala ne</w:t>
      </w:r>
    </w:p>
    <w:p>
      <w:pPr>
        <w:jc w:val="right"/>
      </w:pPr>
      <w:r>
        <w:t>کے الفاظ خود اللہ تعالیٰ نے</w:t>
      </w:r>
    </w:p>
    <w:p>
      <w:r>
        <w:rPr>
          <w:b/>
        </w:rPr>
        <w:t xml:space="preserve">[05:49] </w:t>
      </w:r>
      <w:r>
        <w:t>unhein bataye. is se bara darja aur kya ho sakta hai? to is par maine bohat socha ke kyun aisa hua? aur phir un ko maafi mil gayi aur dobara un ko jannat ke liye qabool kar liya gaya. to is waqie par maine bohat</w:t>
      </w:r>
    </w:p>
    <w:p>
      <w:pPr>
        <w:jc w:val="right"/>
      </w:pPr>
      <w:r>
        <w:t>انہیں بتائے۔ اس سے بڑا درجہ اور کیا ہو سکتا ہے؟ تو اس پر میں نے بہت سوچا کہ کیوں ایسا ہوا؟ اور پھر ان کو معافی مل گئی اور دوبارہ ان کو جنت کے لیے قبول کر لیا گیا۔ تو اس واقعے پر میں نے بہت</w:t>
      </w:r>
    </w:p>
    <w:p>
      <w:r>
        <w:rPr>
          <w:b/>
        </w:rPr>
        <w:t xml:space="preserve">[06:19] </w:t>
      </w:r>
      <w:r>
        <w:t>socha.</w:t>
      </w:r>
    </w:p>
    <w:p>
      <w:pPr>
        <w:jc w:val="right"/>
      </w:pPr>
      <w:r>
        <w:t>سوچا۔</w:t>
      </w:r>
    </w:p>
    <w:p>
      <w:r>
        <w:rPr>
          <w:b/>
        </w:rPr>
        <w:t xml:space="preserve">[06:25] </w:t>
      </w:r>
      <w:r>
        <w:t>to mujhe samajh mein aaya ke toba jis ko hum kehte hain repentance, toba kya hai? toba ke</w:t>
      </w:r>
    </w:p>
    <w:p>
      <w:pPr>
        <w:jc w:val="right"/>
      </w:pPr>
      <w:r>
        <w:t>تو مجھے سمجھ میں آیا کہ توبہ جس کو ہم کہتے ہیں ریپنٹنس، توبہ کیا ہے؟ توبہ کے</w:t>
      </w:r>
    </w:p>
    <w:p>
      <w:r>
        <w:rPr>
          <w:b/>
        </w:rPr>
        <w:t xml:space="preserve">[06:31] </w:t>
      </w:r>
      <w:r>
        <w:t>lafzi maani hain lotna.</w:t>
      </w:r>
    </w:p>
    <w:p>
      <w:pPr>
        <w:jc w:val="right"/>
      </w:pPr>
      <w:r>
        <w:t>لفظی معنی ہیں لوٹنا۔</w:t>
      </w:r>
    </w:p>
    <w:p>
      <w:r>
        <w:rPr>
          <w:b/>
        </w:rPr>
        <w:t xml:space="preserve">[06:37] </w:t>
      </w:r>
      <w:r>
        <w:t>yeh wahi cheez hai jis ko hum English mein kehte hain repentance.</w:t>
      </w:r>
    </w:p>
    <w:p>
      <w:pPr>
        <w:jc w:val="right"/>
      </w:pPr>
      <w:r>
        <w:t>یہ وہی چیز ہے جس کو ہم انگلش میں کہتے ہیں ریپنٹنس۔</w:t>
      </w:r>
    </w:p>
    <w:p>
      <w:r>
        <w:rPr>
          <w:b/>
        </w:rPr>
        <w:t xml:space="preserve">[06:43] </w:t>
      </w:r>
      <w:r>
        <w:t>اپنی غلطی کا اعتراف کرنا، اپنی غلطی کو ڈسکور کرنا، یہ کہتے ہیں repent</w:t>
      </w:r>
    </w:p>
    <w:p>
      <w:pPr>
        <w:jc w:val="right"/>
      </w:pPr>
      <w:r>
        <w:t>اپنی غلطی کا اعتراف کرنا، اپنی غلطی کو ڈسکور کرنا، یہ کہتے ہیں ریپنٹ</w:t>
      </w:r>
    </w:p>
    <w:p>
      <w:r>
        <w:rPr>
          <w:b/>
        </w:rPr>
        <w:t xml:space="preserve">[06:49] </w:t>
      </w:r>
      <w:r>
        <w:t>ance, isi ko kehte hain tauba. to is par ghor karte hue bhi samajh mein aaya ke Islam mein shayad sab se bari neki repentance hai, tauba. yani jis ko amal kaha jata hai, bohat si cheezein hain jin ko amal kehte hain hum. to har amal se bara amal hai t</w:t>
      </w:r>
    </w:p>
    <w:p>
      <w:pPr>
        <w:jc w:val="right"/>
      </w:pPr>
      <w:r>
        <w:t>نس، اسی کو کہتے ہیں توبہ۔ تو اس پر غور کرتے ہوئے بھی سمجھ میں آیا کہ اسلام میں شاید سب سے بڑی نیکی ریپنٹنس ہے، توبہ۔ یعنی جس کو عمل کہا جاتا ہے، بہت سی چیزیں ہیں جن کو عمل کہتے ہیں ہم۔ تو ہر عمل سے بڑا عمل ہے ت</w:t>
      </w:r>
    </w:p>
    <w:p>
      <w:r>
        <w:rPr>
          <w:b/>
        </w:rPr>
        <w:t xml:space="preserve">[07:19] </w:t>
      </w:r>
      <w:r>
        <w:t>auba, yani repentance. kyun? is liye ke adam ne ghalti ki to Allah ne un ki ghalti ko jab un ke andar repentance aaya aur rote rahe, rote rahe, rote rahe, to un ki ghalti maaf kar di gayi. plus ye ke un ko dobara jannat</w:t>
      </w:r>
    </w:p>
    <w:p>
      <w:pPr>
        <w:jc w:val="right"/>
      </w:pPr>
      <w:r>
        <w:t>وبہ، یعنی ریپنٹنس۔ کیوں؟ اس لیے کہ آدم نے غلطی کی تو اللہ نے ان کی غلطی کو جب ان کے اندر ریپنٹنس آیا اور روتے رہے، روتے رہے، روتے رہے، تو ان کی غلطی معاف کر دی گئی۔ پلس یہ کہ ان کو دوبارہ جنت</w:t>
      </w:r>
    </w:p>
    <w:p>
      <w:r>
        <w:rPr>
          <w:b/>
        </w:rPr>
        <w:t xml:space="preserve">[07:49] </w:t>
      </w:r>
      <w:r>
        <w:t>mein daakhil kar diya gaya.</w:t>
      </w:r>
    </w:p>
    <w:p>
      <w:pPr>
        <w:jc w:val="right"/>
      </w:pPr>
      <w:r>
        <w:t>میں داخل کر دیا گیا۔</w:t>
      </w:r>
    </w:p>
    <w:p>
      <w:r>
        <w:rPr>
          <w:b/>
        </w:rPr>
        <w:t xml:space="preserve">[07:56] </w:t>
      </w:r>
      <w:r>
        <w:t>aur yeh ke sab se bari baat yeh hai ke un ko first profit declare kar diya.</w:t>
      </w:r>
    </w:p>
    <w:p>
      <w:pPr>
        <w:jc w:val="right"/>
      </w:pPr>
      <w:r>
        <w:t>اور یہ کہ سب سے بڑی بات یہ ہے کہ ان کو فرسٹ پرافٹ ڈیکلیئر کر دیا۔</w:t>
      </w:r>
    </w:p>
    <w:p>
      <w:r>
        <w:rPr>
          <w:b/>
        </w:rPr>
        <w:t xml:space="preserve">[08:04] </w:t>
      </w:r>
      <w:r>
        <w:t>آپ جانتے ہیں کہ Adam was the first prophet in the history.</w:t>
      </w:r>
    </w:p>
    <w:p>
      <w:pPr>
        <w:jc w:val="right"/>
      </w:pPr>
      <w:r>
        <w:t>آپ جانتے ہیں کہ آدم واز دا فرسٹ پرافٹ ان دا ہسٹری۔</w:t>
      </w:r>
    </w:p>
    <w:p>
      <w:r>
        <w:rPr>
          <w:b/>
        </w:rPr>
        <w:t xml:space="preserve">[08:11] </w:t>
      </w:r>
      <w:r>
        <w:t>kaisi ajeeb baat hai? itni bari ghalti karne ke baad un ko qabool kiya jana aur first p</w:t>
      </w:r>
    </w:p>
    <w:p>
      <w:pPr>
        <w:jc w:val="right"/>
      </w:pPr>
      <w:r>
        <w:t>کیسی عجیب بات ہے؟ اتنی بڑی غلطی کرنے کے بعد ان کو قبول کیا جانا اور فرسٹ پ</w:t>
      </w:r>
    </w:p>
    <w:p>
      <w:r>
        <w:rPr>
          <w:b/>
        </w:rPr>
        <w:t xml:space="preserve">[08:19] </w:t>
      </w:r>
      <w:r>
        <w:t>raft declare karna.</w:t>
      </w:r>
    </w:p>
    <w:p>
      <w:pPr>
        <w:jc w:val="right"/>
      </w:pPr>
      <w:r>
        <w:t>رافٹ ڈیکلیئر کرنا۔</w:t>
      </w:r>
    </w:p>
    <w:p>
      <w:r>
        <w:rPr>
          <w:b/>
        </w:rPr>
        <w:t xml:space="preserve">[08:25] </w:t>
      </w:r>
      <w:r>
        <w:t>to is par ghhor karte hue maine samjha ke insaan ke liye sab se bara, sab se</w:t>
      </w:r>
    </w:p>
    <w:p>
      <w:pPr>
        <w:jc w:val="right"/>
      </w:pPr>
      <w:r>
        <w:t>تو اس پر غور کرتے ہوئے میں نے سمجھا کہ انسان کے لیے سب سے بڑا، سب سے</w:t>
      </w:r>
    </w:p>
    <w:p>
      <w:r>
        <w:rPr>
          <w:b/>
        </w:rPr>
        <w:t xml:space="preserve">[08:32] </w:t>
      </w:r>
      <w:r>
        <w:t>bara able ilm yeh hai ke woh apni be-ilmi ko jaane.</w:t>
      </w:r>
    </w:p>
    <w:p>
      <w:pPr>
        <w:jc w:val="right"/>
      </w:pPr>
      <w:r>
        <w:t>بڑا ایبل علم یہ ہے کہ وہ اپنی بے علمی کو جانے۔</w:t>
      </w:r>
    </w:p>
    <w:p>
      <w:r>
        <w:rPr>
          <w:b/>
        </w:rPr>
        <w:t xml:space="preserve">[08:38] </w:t>
      </w:r>
      <w:r>
        <w:t>woh keh sake ke I was wrong.</w:t>
      </w:r>
    </w:p>
    <w:p>
      <w:pPr>
        <w:jc w:val="right"/>
      </w:pPr>
      <w:r>
        <w:t>وہ کہہ سکے کہ آئی واز رونگ۔</w:t>
      </w:r>
    </w:p>
    <w:p>
      <w:r>
        <w:rPr>
          <w:b/>
        </w:rPr>
        <w:t xml:space="preserve">[08:45] </w:t>
      </w:r>
      <w:r>
        <w:t>main ghalti par tha, yeh kehna sab se bara amal hai.</w:t>
      </w:r>
    </w:p>
    <w:p>
      <w:pPr>
        <w:jc w:val="right"/>
      </w:pPr>
      <w:r>
        <w:t>میں غلطی پر تھا، یہ کہنا سب سے بڑا عمل ہے۔</w:t>
      </w:r>
    </w:p>
    <w:p>
      <w:r>
        <w:rPr>
          <w:b/>
        </w:rPr>
        <w:t xml:space="preserve">[08:51] </w:t>
      </w:r>
      <w:r>
        <w:t>is ka sabab kya hai? agar aap ye kahein ke I I am right, I I am right, to aap jahan thay wahin rehte hain. koi nai cheez aap ke andar paida nahi hoti, koi nai discovery nahi hoti. jitna aap jante thay usi par rehte hain, I I am right kehte hain aap. lekin jo aap keh</w:t>
      </w:r>
    </w:p>
    <w:p>
      <w:pPr>
        <w:jc w:val="right"/>
      </w:pPr>
      <w:r>
        <w:t>اس کا سبب کیا ہے؟ اگر آپ یہ کہیں کہ آئی آئی ایم رائٹ، آئی آئی ایم رائٹ، تو آپ جہاں تھے وہیں رہتے ہیں۔ کوئی نئی چیز آپ کے اندر پیدا نہیں ہوتی، کوئی نئی ڈسکوری نہیں ہوتی۔ جتنا آپ جانتے تھے اسی پر رہتے ہیں، آئی آئی ایم رائٹ کہتے ہیں آپ۔ لیکن جو آپ کہ</w:t>
      </w:r>
    </w:p>
    <w:p>
      <w:r>
        <w:rPr>
          <w:b/>
        </w:rPr>
        <w:t xml:space="preserve">[09:21] </w:t>
      </w:r>
      <w:r>
        <w:t>te hain ke I was wrong, I was wrong, to aap apne na jaane hue ko jaan lete hain. aap ke liye naye naye darwaze khulte hain, wisdom ke, ilm ke. ye bohat anokhi baat hai. maine dekha hai ke aksar log</w:t>
      </w:r>
    </w:p>
    <w:p>
      <w:pPr>
        <w:jc w:val="right"/>
      </w:pPr>
      <w:r>
        <w:t>تے ہیں کہ آئی واز رونگ، آئی واز رونگ، تو آپ اپنے نہ جانے ہوئے کو جان لیتے ہیں۔ آپ کے لیے نئے نئے دروازے کھلتے ہیں، وزڈم کے، علم کے۔ یہ بہت انوکھی بات ہے۔ میں نے دیکھا ہے کہ اکثر لوگ</w:t>
      </w:r>
    </w:p>
    <w:p>
      <w:r>
        <w:rPr>
          <w:b/>
        </w:rPr>
        <w:t xml:space="preserve">[09:51] </w:t>
      </w:r>
      <w:r>
        <w:t>یہ کہنے میں بہت، یعنی reluctant رہتے ہیں کہ I was wrong.</w:t>
      </w:r>
    </w:p>
    <w:p>
      <w:pPr>
        <w:jc w:val="right"/>
      </w:pPr>
      <w:r>
        <w:t>یہ کہنے میں بہت، یعنی ریٹنٹ رہتے ہیں کہ آئی واز رونگ۔</w:t>
      </w:r>
    </w:p>
    <w:p>
      <w:r>
        <w:rPr>
          <w:b/>
        </w:rPr>
        <w:t xml:space="preserve">[09:59] </w:t>
      </w:r>
      <w:r>
        <w:t>وہ اپنی صفائی پیش کرتے رہتے ہیں یا بتاتے رہتے ہیں کہ I am right, I am right.</w:t>
      </w:r>
    </w:p>
    <w:p>
      <w:pPr>
        <w:jc w:val="right"/>
      </w:pPr>
      <w:r>
        <w:t>وہ اپنی صفائی پیش کرتے رہتے ہیں یا بتاتے رہتے ہیں کہ آئی آئی ایم رائٹ، آئی آئی ایم رائٹ۔</w:t>
      </w:r>
    </w:p>
    <w:p>
      <w:r>
        <w:rPr>
          <w:b/>
        </w:rPr>
        <w:t xml:space="preserve">[10:06] </w:t>
      </w:r>
      <w:r>
        <w:t>لیکن I am right کوئی بڑی بات نہیں ہے۔</w:t>
      </w:r>
    </w:p>
    <w:p>
      <w:pPr>
        <w:jc w:val="right"/>
      </w:pPr>
      <w:r>
        <w:t>لیکن آئی آئی ایم رائٹ کوئی بڑی بات نہیں ہے۔</w:t>
      </w:r>
    </w:p>
    <w:p>
      <w:r>
        <w:rPr>
          <w:b/>
        </w:rPr>
        <w:t xml:space="preserve">[10:14] </w:t>
      </w:r>
      <w:r>
        <w:t>I am right کہنے کا معنی ہے کہ جہاں آپ تھے وہیں آپ باقی ہیں۔</w:t>
      </w:r>
    </w:p>
    <w:p>
      <w:pPr>
        <w:jc w:val="right"/>
      </w:pPr>
      <w:r>
        <w:t>آئی آئی ایم رائٹ کہنے کا معنی ہے کہ جہاں آپ تھے وہیں آپ باقی ہیں۔</w:t>
      </w:r>
    </w:p>
    <w:p>
      <w:r>
        <w:rPr>
          <w:b/>
        </w:rPr>
        <w:t xml:space="preserve">[10:22] </w:t>
      </w:r>
      <w:r>
        <w:t>علم کے لحاظ سے، wisdom کے لحاظ سے، جہاں آپ تھے وہیں آپ باقی رہے۔</w:t>
      </w:r>
    </w:p>
    <w:p>
      <w:pPr>
        <w:jc w:val="right"/>
      </w:pPr>
      <w:r>
        <w:t>علم کے لحاظ سے، وزڈم کے لحاظ سے، جہاں آپ تھے وہیں آپ باقی رہے۔</w:t>
      </w:r>
    </w:p>
    <w:p>
      <w:r>
        <w:rPr>
          <w:b/>
        </w:rPr>
        <w:t xml:space="preserve">[10:30] </w:t>
      </w:r>
      <w:r>
        <w:t>lekin jab aap kehte hain ke I was wrong, main ghalti par tha, to aap ke liye naye</w:t>
      </w:r>
    </w:p>
    <w:p>
      <w:pPr>
        <w:jc w:val="right"/>
      </w:pPr>
      <w:r>
        <w:t>لیکن جب آپ کہتے ہیں کہ آئی واز رونگ، میں غلطی پر تھا، تو آپ کے لیے نئے</w:t>
      </w:r>
    </w:p>
    <w:p>
      <w:r>
        <w:rPr>
          <w:b/>
        </w:rPr>
        <w:t xml:space="preserve">[10:38] </w:t>
      </w:r>
      <w:r>
        <w:t>darwaze khulte hain, ilm ke, wisdom ke, marfat ke, daryaft ke naye darwaze.</w:t>
      </w:r>
    </w:p>
    <w:p>
      <w:pPr>
        <w:jc w:val="right"/>
      </w:pPr>
      <w:r>
        <w:t>دروازے کھلتے ہیں، علم کے، وزڈم کے، معرفت کے، دریافت کے نئے دروازے۔</w:t>
      </w:r>
    </w:p>
    <w:p>
      <w:r>
        <w:rPr>
          <w:b/>
        </w:rPr>
        <w:t xml:space="preserve">[10:46] </w:t>
      </w:r>
      <w:r>
        <w:t>to yeh kaisi ajeeb baat hai?</w:t>
      </w:r>
    </w:p>
    <w:p>
      <w:pPr>
        <w:jc w:val="right"/>
      </w:pPr>
      <w:r>
        <w:t>تو یہ کیسی عجیب بات ہے؟</w:t>
      </w:r>
    </w:p>
    <w:p>
      <w:r>
        <w:rPr>
          <w:b/>
        </w:rPr>
        <w:t xml:space="preserve">[10:54] </w:t>
      </w:r>
      <w:r>
        <w:t>kaisi ajib baat hai? to is is ayat se ye sabak milta hai ke etiraf mein, acknowledge karne mein, I was wrong kehne ka kya hai? acknowledge karna hai, etiraf karna hai. to acknowledge karne mein, etiraf karne mein kabhi bhi aap peeche na</w:t>
      </w:r>
    </w:p>
    <w:p>
      <w:pPr>
        <w:jc w:val="right"/>
      </w:pPr>
      <w:r>
        <w:t>کیسی عجیب بات ہے؟ تو اس اس آیت سے یہ سبق ملتا ہے کہ اعتراف میں، اکنالج کرنے میں، آئی واز رونگ کہنے کا کیا ہے؟ اکنالج کرنا ہے، اعتراف کرنا ہے۔ تو اکنالج کرنے میں، اعتراف کرنے میں کبھی بھی آپ پیچھے نہ</w:t>
      </w:r>
    </w:p>
    <w:p>
      <w:r>
        <w:rPr>
          <w:b/>
        </w:rPr>
        <w:t xml:space="preserve">[11:24] </w:t>
      </w:r>
      <w:r>
        <w:t>rahiye. foran keh dijiye ke ye baat mere liye nai hai, ye baat mujhe ajib maloom hui, main is se pehle nahi janta tha is baat ko. to agar aap ke andar ye mizaj ho, ye spirit ho, to ab kya hoga? aap ki creativity barhe gi, aap</w:t>
      </w:r>
    </w:p>
    <w:p>
      <w:pPr>
        <w:jc w:val="right"/>
      </w:pPr>
      <w:r>
        <w:t>رہیے۔ فوراً کہہ دیجیے کہ یہ بات میرے لیے نئی ہے، یہ بات مجھے عجیب معلوم ہوئی، میں اس سے پہلے نہیں جانتا تھا اس بات کو۔ تو اگر آپ کے اندر یہ مزاج ہو، یہ اسپرٹ ہو، تو اب کیا ہوگا؟ آپ کی کریٹیوٹی بڑھے گی، آپ</w:t>
      </w:r>
    </w:p>
    <w:p>
      <w:r>
        <w:rPr>
          <w:b/>
        </w:rPr>
        <w:t xml:space="preserve">[11:54] </w:t>
      </w:r>
      <w:r>
        <w:t>کا intellectual development، intellectual development بڑھے گا، آپ کی spiritual development بڑھے گا۔</w:t>
      </w:r>
    </w:p>
    <w:p>
      <w:pPr>
        <w:jc w:val="right"/>
      </w:pPr>
      <w:r>
        <w:t>کا انٹلیکچول ڈیولپمنٹ، انٹلیکچول ڈیولپمنٹ بڑھے گا، آپ کی اسپریچول ڈیولپمنٹ بڑھے گا۔</w:t>
      </w:r>
    </w:p>
    <w:p>
      <w:r>
        <w:rPr>
          <w:b/>
        </w:rPr>
        <w:t xml:space="preserve">[12:04] </w:t>
      </w:r>
      <w:r>
        <w:t>har aitbaar se aap grow karenge, grow karenge, grow karenge.</w:t>
      </w:r>
    </w:p>
    <w:p>
      <w:pPr>
        <w:jc w:val="right"/>
      </w:pPr>
      <w:r>
        <w:t>ہر اعتبار سے آپ گرو کریں گے، گرو کریں گے، گرو کریں گے۔</w:t>
      </w:r>
    </w:p>
    <w:p>
      <w:r>
        <w:rPr>
          <w:b/>
        </w:rPr>
        <w:t xml:space="preserve">[12:15] </w:t>
      </w:r>
      <w:r>
        <w:t>aur agar aap ke andar yeh mizaj na ho, I was wrong kehne ka, to aap</w:t>
      </w:r>
    </w:p>
    <w:p>
      <w:pPr>
        <w:jc w:val="right"/>
      </w:pPr>
      <w:r>
        <w:t>اور اگر آپ کے اندر یہ مزاج نہ ہو، آئی واز رونگ کہنے کا، تو آپ</w:t>
      </w:r>
    </w:p>
    <w:p>
      <w:r>
        <w:rPr>
          <w:b/>
        </w:rPr>
        <w:t xml:space="preserve">[12:25] </w:t>
      </w:r>
      <w:r>
        <w:t>jahan the wahin rahenge, is se aage nahi badh sakte.</w:t>
      </w:r>
    </w:p>
    <w:p>
      <w:pPr>
        <w:jc w:val="right"/>
      </w:pPr>
      <w:r>
        <w:t>جہاں تھے وہیں رہیں گے، اس سے آگے نہیں بڑھ سکتے۔</w:t>
      </w:r>
    </w:p>
    <w:p>
      <w:r>
        <w:rPr>
          <w:b/>
        </w:rPr>
        <w:t xml:space="preserve">[12:35] </w:t>
      </w:r>
      <w:r>
        <w:t>to mein samajhta hoon ke chahe deen ka mamla ho ya so called dunya ka mamla, koi bhi</w:t>
      </w:r>
    </w:p>
    <w:p>
      <w:pPr>
        <w:jc w:val="right"/>
      </w:pPr>
      <w:r>
        <w:t>تو میں سمجھتا ہوں کہ چاہے دین کا معاملہ ہو یا سو کالڈ دنیا کا معاملہ، کوئی بھی</w:t>
      </w:r>
    </w:p>
    <w:p>
      <w:r>
        <w:rPr>
          <w:b/>
        </w:rPr>
        <w:t xml:space="preserve">[12:45] </w:t>
      </w:r>
      <w:r>
        <w:t>mamla ho, mazhabi mamla ho, secular mamla ho, kabhi is mein hichkichaiye mat ke agar aap ko koi</w:t>
      </w:r>
    </w:p>
    <w:p>
      <w:pPr>
        <w:jc w:val="right"/>
      </w:pPr>
      <w:r>
        <w:t>معاملہ ہو، مذہبی معاملہ ہو، سیکولر معاملہ ہو، کبھی اس میں ہچکچائیے مت کہ اگر آپ کو کوئی</w:t>
      </w:r>
    </w:p>
    <w:p>
      <w:r>
        <w:rPr>
          <w:b/>
        </w:rPr>
        <w:t xml:space="preserve">[12:55] </w:t>
      </w:r>
      <w:r>
        <w:t>ghalti khul jaye aap ki to aap us ko patch up karein, ghuma phira kar bayan karein ya sabit karein ke nahi nahi, ye bhi theek hai. saaf tareeqe se, baghair kisi excuse, koi excuse nahi, koi excuse mat pesh kijiye. seedhe seedhe keh dijiye ke I was wrong, main ghalati par tha. tab aap ka intellectual developmen</w:t>
      </w:r>
    </w:p>
    <w:p>
      <w:pPr>
        <w:jc w:val="right"/>
      </w:pPr>
      <w:r>
        <w:t>غلطی کھل جائے آپ کی تو آپ اس کو پیچ اپ کریں، گھما پھرا کر بیان کریں یا ثابت کریں کہ نہیں نہیں، یہ بھی ٹھیک ہے۔ صاف طریقے سے، بغیر کسی ایکسکیوز، کوئی ایکسکیوز نہیں، کوئی ایکسکیوز مت پیش کیجیے۔ سیدھے سیدھے کہہ دیجیے کہ آئی واز رونگ، میں غلطی پر تھا۔ تب آپ کا انٹلیکچول ڈیولپمن</w:t>
      </w:r>
    </w:p>
    <w:p>
      <w:r>
        <w:rPr>
          <w:b/>
        </w:rPr>
        <w:t xml:space="preserve">[13:25] </w:t>
      </w:r>
      <w:r>
        <w:t>t non stop jari rahega.</w:t>
      </w:r>
    </w:p>
    <w:p>
      <w:pPr>
        <w:jc w:val="right"/>
      </w:pPr>
      <w:r>
        <w:t>ٹ نان اسٹاپ جاری رہے گا۔</w:t>
      </w:r>
    </w:p>
    <w:p>
      <w:r>
        <w:rPr>
          <w:b/>
        </w:rPr>
        <w:t xml:space="preserve">[13:33] </w:t>
      </w:r>
      <w:r>
        <w:t>aap ka wisdom, aap ka zehni irtiqaa non stop jari rahega.</w:t>
      </w:r>
    </w:p>
    <w:p>
      <w:pPr>
        <w:jc w:val="right"/>
      </w:pPr>
      <w:r>
        <w:t>آپ کا وزڈم، آپ کا ذہنی ارتقاء نان اسٹاپ جاری رہے گا۔</w:t>
      </w:r>
    </w:p>
    <w:p>
      <w:r>
        <w:rPr>
          <w:b/>
        </w:rPr>
        <w:t xml:space="preserve">[13:41] </w:t>
      </w:r>
      <w:r>
        <w:t>yahan tak ke aap pehle agar ben the to is ke baad aap super ben ban jayenge.</w:t>
      </w:r>
    </w:p>
    <w:p>
      <w:pPr>
        <w:jc w:val="right"/>
      </w:pPr>
      <w:r>
        <w:t>یہاں تک کہ آپ پہلے اگر بین تھے تو اس کے بعد آپ سپر بین بن جائیں گے۔</w:t>
      </w:r>
    </w:p>
    <w:p>
      <w:r>
        <w:rPr>
          <w:b/>
        </w:rPr>
        <w:t xml:space="preserve">[13:48] </w:t>
      </w:r>
      <w:r>
        <w:t>yeh kaisi ajeeb baat hai</w:t>
      </w:r>
    </w:p>
    <w:p>
      <w:pPr>
        <w:jc w:val="right"/>
      </w:pPr>
      <w:r>
        <w:t>یہ کیسی عجیب بات ہے</w:t>
      </w:r>
    </w:p>
    <w:p>
      <w:r>
        <w:rPr>
          <w:b/>
        </w:rPr>
        <w:t xml:space="preserve">[13:56] </w:t>
      </w:r>
      <w:r>
        <w:t>jo Hazrat Adam ke qisse ke zehn mein yeh batai gai.</w:t>
      </w:r>
    </w:p>
    <w:p>
      <w:pPr>
        <w:jc w:val="right"/>
      </w:pPr>
      <w:r>
        <w:t>جو حضرت آدم کے قصے کے ذہن میں یہ بتائی گئی۔</w:t>
      </w:r>
    </w:p>
    <w:p>
      <w:r>
        <w:rPr>
          <w:b/>
        </w:rPr>
        <w:t xml:space="preserve">[14:04] </w:t>
      </w:r>
      <w:r>
        <w:t>is ke baad yeh jo is mein hai ke Allah ne Adam ko dobara jannat mein dakhil kar</w:t>
      </w:r>
    </w:p>
    <w:p>
      <w:pPr>
        <w:jc w:val="right"/>
      </w:pPr>
      <w:r>
        <w:t>اس کے بعد یہ جو اس میں ہے کہ اللہ نے آدم کو دوبارہ جنت میں داخل کر</w:t>
      </w:r>
    </w:p>
    <w:p>
      <w:r>
        <w:rPr>
          <w:b/>
        </w:rPr>
        <w:t xml:space="preserve">[14:12] </w:t>
      </w:r>
      <w:r>
        <w:t>diya, yeh bhi ek bohat bara pehlu is ke andar hai.</w:t>
      </w:r>
    </w:p>
    <w:p>
      <w:pPr>
        <w:jc w:val="right"/>
      </w:pPr>
      <w:r>
        <w:t>دیا، یہ بھی ایک بہت بڑا پہلو اس کے اندر ہے۔</w:t>
      </w:r>
    </w:p>
    <w:p>
      <w:r>
        <w:rPr>
          <w:b/>
        </w:rPr>
        <w:t xml:space="preserve">[14:20] </w:t>
      </w:r>
      <w:r>
        <w:t>is ka matlab jannat jo hai yeh matter of re entry hai.</w:t>
      </w:r>
    </w:p>
    <w:p>
      <w:pPr>
        <w:jc w:val="right"/>
      </w:pPr>
      <w:r>
        <w:t>اس کا مطلب جنت جو ہے یہ میٹر آف ری انٹری ہے۔</w:t>
      </w:r>
    </w:p>
    <w:p>
      <w:r>
        <w:rPr>
          <w:b/>
        </w:rPr>
        <w:t xml:space="preserve">[14:28] </w:t>
      </w:r>
      <w:r>
        <w:t>jannat jo hai kisi insaan ke liye matter of re entry hai.</w:t>
      </w:r>
    </w:p>
    <w:p>
      <w:pPr>
        <w:jc w:val="right"/>
      </w:pPr>
      <w:r>
        <w:t>جنت جو ہے کسی انسان کے لیے میٹر آف ری انٹری ہے۔</w:t>
      </w:r>
    </w:p>
    <w:p>
      <w:r>
        <w:rPr>
          <w:b/>
        </w:rPr>
        <w:t xml:space="preserve">[14:35] </w:t>
      </w:r>
      <w:r>
        <w:t>yaani pehle marhale mein kisi ko jannat milti nahi.</w:t>
      </w:r>
    </w:p>
    <w:p>
      <w:pPr>
        <w:jc w:val="right"/>
      </w:pPr>
      <w:r>
        <w:t>یعنی پہلے مرحلے میں کسی کو جنت ملتی نہیں۔</w:t>
      </w:r>
    </w:p>
    <w:p>
      <w:r>
        <w:rPr>
          <w:b/>
        </w:rPr>
        <w:t xml:space="preserve">[14:43] </w:t>
      </w:r>
      <w:r>
        <w:t>kyun ke dekhiye, aadmi jo paida hota hai to bohat se temptation, bohat si desire, bohat si conditioning is</w:t>
      </w:r>
    </w:p>
    <w:p>
      <w:pPr>
        <w:jc w:val="right"/>
      </w:pPr>
      <w:r>
        <w:t>کیونکہ دیکھیے، آدمی جو پیدا ہوتا ہے تو بہت سے ٹمپریشن، بہت سی ڈیزائر، بہت سی کنڈیشننگ اس</w:t>
      </w:r>
    </w:p>
    <w:p>
      <w:r>
        <w:rPr>
          <w:b/>
        </w:rPr>
        <w:t xml:space="preserve">[14:50] </w:t>
      </w:r>
      <w:r>
        <w:t>ki rehti hain, dheere dheere develop karti hain.</w:t>
      </w:r>
    </w:p>
    <w:p>
      <w:pPr>
        <w:jc w:val="right"/>
      </w:pPr>
      <w:r>
        <w:t>کی رہتی ہیں، دھیرے دھیرے ڈیولپ کرتی ہیں۔</w:t>
      </w:r>
    </w:p>
    <w:p>
      <w:r>
        <w:rPr>
          <w:b/>
        </w:rPr>
        <w:t xml:space="preserve">[14:58] </w:t>
      </w:r>
      <w:r>
        <w:t>to aadmi, koi bhi aadmi, koi bhi aadmi ho, woh de conditioned mind le kar paida nahi hota.</w:t>
      </w:r>
    </w:p>
    <w:p>
      <w:pPr>
        <w:jc w:val="right"/>
      </w:pPr>
      <w:r>
        <w:t>تو آدمی، کوئی بھی آدمی، کوئی بھی آدمی ہو، وہ ڈی کنڈیشنڈ مائنڈ لے کر پیدا نہیں ہوتا۔</w:t>
      </w:r>
    </w:p>
    <w:p>
      <w:r>
        <w:rPr>
          <w:b/>
        </w:rPr>
        <w:t xml:space="preserve">[15:06] </w:t>
      </w:r>
      <w:r>
        <w:t>kyun ke paida hote hi ek mahaul milta hai is ko, paida hote hi woh ek ek culture mein</w:t>
      </w:r>
    </w:p>
    <w:p>
      <w:pPr>
        <w:jc w:val="right"/>
      </w:pPr>
      <w:r>
        <w:t>کیونکہ پیدا ہوتے ہی ایک ماحول ملتا ہے اس کو، پیدا ہوتے ہی وہ ایک ایک کلچر میں</w:t>
      </w:r>
    </w:p>
    <w:p>
      <w:r>
        <w:rPr>
          <w:b/>
        </w:rPr>
        <w:t xml:space="preserve">[15:13] </w:t>
      </w:r>
      <w:r>
        <w:t>jeeta hai, woh paida hote hi is ko logon ke beech mein rehna padta hai.</w:t>
      </w:r>
    </w:p>
    <w:p>
      <w:pPr>
        <w:jc w:val="right"/>
      </w:pPr>
      <w:r>
        <w:t>جیتا ہے، وہ پیدا ہوتے ہی اس کو لوگوں کے بیچ میں رہنا پڑتا ہے۔</w:t>
      </w:r>
    </w:p>
    <w:p>
      <w:r>
        <w:rPr>
          <w:b/>
        </w:rPr>
        <w:t xml:space="preserve">[15:21] </w:t>
      </w:r>
      <w:r>
        <w:t>is se is ke andar bohat sari</w:t>
      </w:r>
    </w:p>
    <w:p>
      <w:pPr>
        <w:jc w:val="right"/>
      </w:pPr>
      <w:r>
        <w:t>اس سے اس کے اندر بہت ساری</w:t>
      </w:r>
    </w:p>
    <w:p>
      <w:r>
        <w:rPr>
          <w:b/>
        </w:rPr>
        <w:t xml:space="preserve">[15:28] </w:t>
      </w:r>
      <w:r>
        <w:t>conditioning ho jati hai, bohat se khayalat is ke dimagh mein aa jate hain, bohat si aadatein is</w:t>
      </w:r>
    </w:p>
    <w:p>
      <w:pPr>
        <w:jc w:val="right"/>
      </w:pPr>
      <w:r>
        <w:t>کنڈیشننگ ہو جاتی ہے، بہت سے خیالات اس کے دماغ میں آ جاتے ہیں، بہت سی عادتیں اس</w:t>
      </w:r>
    </w:p>
    <w:p>
      <w:r>
        <w:rPr>
          <w:b/>
        </w:rPr>
        <w:t xml:space="preserve">[15:36] </w:t>
      </w:r>
      <w:r>
        <w:t>ki ban jati hain.</w:t>
      </w:r>
    </w:p>
    <w:p>
      <w:pPr>
        <w:jc w:val="right"/>
      </w:pPr>
      <w:r>
        <w:t>کی بن جاتی ہیں۔</w:t>
      </w:r>
    </w:p>
    <w:p>
      <w:r>
        <w:rPr>
          <w:b/>
        </w:rPr>
        <w:t xml:space="preserve">[15:44] </w:t>
      </w:r>
      <w:r>
        <w:t>to is ko har aadmi ka pehla jo amal hota hai woh ghalati kar rahi hai.</w:t>
      </w:r>
    </w:p>
    <w:p>
      <w:pPr>
        <w:jc w:val="right"/>
      </w:pPr>
      <w:r>
        <w:t>تو اس کو ہر آدمی کا پہلا جو عمل ہوتا ہے وہ غلطی کر رہی ہے۔</w:t>
      </w:r>
    </w:p>
    <w:p>
      <w:r>
        <w:rPr>
          <w:b/>
        </w:rPr>
        <w:t xml:space="preserve">[15:51] </w:t>
      </w:r>
      <w:r>
        <w:t>isi liye hadith mein aata hai: "kul bani Adam</w:t>
      </w:r>
    </w:p>
    <w:p>
      <w:pPr>
        <w:jc w:val="right"/>
      </w:pPr>
      <w:r>
        <w:t>اسی لیے حدیث میں آتا ہے: "کل بنی آدم</w:t>
      </w:r>
    </w:p>
    <w:p>
      <w:r>
        <w:rPr>
          <w:b/>
        </w:rPr>
        <w:t xml:space="preserve">[15:59] </w:t>
      </w:r>
      <w:r>
        <w:t>khattaun wa khairul khattain at tawwabun".</w:t>
      </w:r>
    </w:p>
    <w:p>
      <w:pPr>
        <w:jc w:val="right"/>
      </w:pPr>
      <w:r>
        <w:t>خطاون و خیر الخطائین التوابون"۔</w:t>
      </w:r>
    </w:p>
    <w:p>
      <w:r>
        <w:rPr>
          <w:b/>
        </w:rPr>
        <w:t xml:space="preserve">[16:07] </w:t>
      </w:r>
      <w:r>
        <w:t>اس حدیث کو میں سمجھتا ہوں کہ اس حدیث میں بہت ہی بڑی wisdom کی بات بتائی گئی ہے۔</w:t>
      </w:r>
    </w:p>
    <w:p>
      <w:pPr>
        <w:jc w:val="right"/>
      </w:pPr>
      <w:r>
        <w:t>اس حدیث کو میں سمجھتا ہوں کہ اس حدیث میں بہت ہی بڑی وزڈم کی بات بتائی گئی ہے۔</w:t>
      </w:r>
    </w:p>
    <w:p>
      <w:r>
        <w:rPr>
          <w:b/>
        </w:rPr>
        <w:t xml:space="preserve">[16:15] </w:t>
      </w:r>
      <w:r>
        <w:t>"kul bani Adam khattaun wa khairul khattain at tawwabun".</w:t>
      </w:r>
    </w:p>
    <w:p>
      <w:pPr>
        <w:jc w:val="right"/>
      </w:pPr>
      <w:r>
        <w:t>"کل بنی آدم خطاون و خیر الخطائین التوابون"۔</w:t>
      </w:r>
    </w:p>
    <w:p>
      <w:r>
        <w:rPr>
          <w:b/>
        </w:rPr>
        <w:t xml:space="preserve">[16:22] </w:t>
      </w:r>
      <w:r>
        <w:t>yeh jo hadith hai is ka tarjuma yeh hai ke har insaan ghalati karta hai, har insaan</w:t>
      </w:r>
    </w:p>
    <w:p>
      <w:pPr>
        <w:jc w:val="right"/>
      </w:pPr>
      <w:r>
        <w:t>یہ جو حدیث ہے اس کا ترجمہ یہ ہے کہ ہر انسان غلطی کرتا ہے، ہر انسان</w:t>
      </w:r>
    </w:p>
    <w:p>
      <w:r>
        <w:rPr>
          <w:b/>
        </w:rPr>
        <w:t xml:space="preserve">[16:30] </w:t>
      </w:r>
      <w:r>
        <w:t>boht ziyada ghalti karne wala hai.</w:t>
      </w:r>
    </w:p>
    <w:p>
      <w:pPr>
        <w:jc w:val="right"/>
      </w:pPr>
      <w:r>
        <w:t>بہت زیادہ غلطی کرنے والا ہے۔</w:t>
      </w:r>
    </w:p>
    <w:p>
      <w:r>
        <w:rPr>
          <w:b/>
        </w:rPr>
        <w:t xml:space="preserve">[16:37] </w:t>
      </w:r>
      <w:r>
        <w:t>sab se achhe ghalti karne wale woh hain jo tauba karein, yaani lautein, you turn lein.</w:t>
      </w:r>
    </w:p>
    <w:p>
      <w:pPr>
        <w:jc w:val="right"/>
      </w:pPr>
      <w:r>
        <w:t>سب سے اچھے غلطی کرنے والے وہ ہیں جو توبہ کریں، یعنی لوٹیں، یو ٹرن لیں۔</w:t>
      </w:r>
    </w:p>
    <w:p>
      <w:r>
        <w:rPr>
          <w:b/>
        </w:rPr>
        <w:t xml:space="preserve">[16:43] </w:t>
      </w:r>
      <w:r>
        <w:t>is se yeh baat explain hoti hai.</w:t>
      </w:r>
    </w:p>
    <w:p>
      <w:pPr>
        <w:jc w:val="right"/>
      </w:pPr>
      <w:r>
        <w:t>اس سے یہ بات ایکسپلین ہوتی ہے۔</w:t>
      </w:r>
    </w:p>
    <w:p>
      <w:r>
        <w:rPr>
          <w:b/>
        </w:rPr>
        <w:t xml:space="preserve">[16:49] </w:t>
      </w:r>
      <w:r>
        <w:t>kyunke dekhiye, insaan paida hote hi ek mahaul mein jeena padta hai, is ko kuch logon ke darmiyan</w:t>
      </w:r>
    </w:p>
    <w:p>
      <w:pPr>
        <w:jc w:val="right"/>
      </w:pPr>
      <w:r>
        <w:t>کیونکہ دیکھیے، انسان پیدا ہوتے ہی ایک ماحول میں جینا پڑتا ہے، اس کو کچھ لوگوں کے درمیان</w:t>
      </w:r>
    </w:p>
    <w:p>
      <w:r>
        <w:rPr>
          <w:b/>
        </w:rPr>
        <w:t xml:space="preserve">[16:55] </w:t>
      </w:r>
      <w:r>
        <w:t>hota hai, woh</w:t>
      </w:r>
    </w:p>
    <w:p>
      <w:pPr>
        <w:jc w:val="right"/>
      </w:pPr>
      <w:r>
        <w:t>ہوتا ہے، وہ</w:t>
      </w:r>
    </w:p>
    <w:p>
      <w:r>
        <w:rPr>
          <w:b/>
        </w:rPr>
        <w:t xml:space="preserve">[17:02] </w:t>
      </w:r>
      <w:r>
        <w:t>to har lamha is ko doosron se kuch milta hai, kuch aadatein banti hain, kuch soch banti hai,</w:t>
      </w:r>
    </w:p>
    <w:p>
      <w:pPr>
        <w:jc w:val="right"/>
      </w:pPr>
      <w:r>
        <w:t>تو ہر لمحہ اس کو دوسروں سے کچھ ملتا ہے، کچھ عادتیں بنتی ہیں، کچھ سوچ بنتی ہے،</w:t>
      </w:r>
    </w:p>
    <w:p>
      <w:r>
        <w:rPr>
          <w:b/>
        </w:rPr>
        <w:t xml:space="preserve">[17:08] </w:t>
      </w:r>
      <w:r>
        <w:t>kuch fikr banti hai, kisi kuch bathat ka woh aadi hone lagta hai.</w:t>
      </w:r>
    </w:p>
    <w:p>
      <w:pPr>
        <w:jc w:val="right"/>
      </w:pPr>
      <w:r>
        <w:t>کچھ فکر بنتی ہے، کسی کچھ بٹھٹ کا وہ عادی ہونے لگتا ہے۔</w:t>
      </w:r>
    </w:p>
    <w:p>
      <w:r>
        <w:rPr>
          <w:b/>
        </w:rPr>
        <w:t xml:space="preserve">[17:14] </w:t>
      </w:r>
      <w:r>
        <w:t>yeh hota hi hota hai.</w:t>
      </w:r>
    </w:p>
    <w:p>
      <w:pPr>
        <w:jc w:val="right"/>
      </w:pPr>
      <w:r>
        <w:t>یہ ہوتا ہی ہوتا ہے۔</w:t>
      </w:r>
    </w:p>
    <w:p>
      <w:r>
        <w:rPr>
          <w:b/>
        </w:rPr>
        <w:t xml:space="preserve">[17:20] </w:t>
      </w:r>
      <w:r>
        <w:t>is mani hai ke aadmi sab se pehle ek bigda hua insaan banta hai.</w:t>
      </w:r>
    </w:p>
    <w:p>
      <w:pPr>
        <w:jc w:val="right"/>
      </w:pPr>
      <w:r>
        <w:t>اس معنی ہے کہ آدمی سب سے پہلے ایک بگڑا ہوا انسان بنتا ہے۔</w:t>
      </w:r>
    </w:p>
    <w:p>
      <w:r>
        <w:rPr>
          <w:b/>
        </w:rPr>
        <w:t xml:space="preserve">[17:26] </w:t>
      </w:r>
      <w:r>
        <w:t>paida hone hone ke baad aadmi sab se pehle</w:t>
      </w:r>
    </w:p>
    <w:p>
      <w:pPr>
        <w:jc w:val="right"/>
      </w:pPr>
      <w:r>
        <w:t>پیدا ہونے ہونے کے بعد آدمی سب سے پہلے</w:t>
      </w:r>
    </w:p>
    <w:p>
      <w:r>
        <w:rPr>
          <w:b/>
        </w:rPr>
        <w:t xml:space="preserve">[17:32] </w:t>
      </w:r>
      <w:r>
        <w:t>ek bigda hua insaan banta hai.</w:t>
      </w:r>
    </w:p>
    <w:p>
      <w:pPr>
        <w:jc w:val="right"/>
      </w:pPr>
      <w:r>
        <w:t>ایک بگڑا ہوا انسان بنتا ہے۔</w:t>
      </w:r>
    </w:p>
    <w:p>
      <w:r>
        <w:rPr>
          <w:b/>
        </w:rPr>
        <w:t xml:space="preserve">[17:42] </w:t>
      </w:r>
      <w:r>
        <w:t>is ke baad insaan jab sochta hai tab is ki ek naya daur shuru hota hai, yaani apni</w:t>
      </w:r>
    </w:p>
    <w:p>
      <w:pPr>
        <w:jc w:val="right"/>
      </w:pPr>
      <w:r>
        <w:t>اس کے بعد انسان جب سوچتا ہے تب اس کی ایک نیا دور شروع ہوتا ہے، یعنی اپنی</w:t>
      </w:r>
    </w:p>
    <w:p>
      <w:r>
        <w:rPr>
          <w:b/>
        </w:rPr>
        <w:t xml:space="preserve">[17:52] </w:t>
      </w:r>
      <w:r>
        <w:t>islaah, apna apni islaah, apni nayi nayi cheezein daryaft karna, apni ghaltiyon ko daryaft kar ke is is ko theek</w:t>
      </w:r>
    </w:p>
    <w:p>
      <w:pPr>
        <w:jc w:val="right"/>
      </w:pPr>
      <w:r>
        <w:t>اصلاح، اپنا اپنی اصلاح، اپنی نئی نئی چیزیں دریافت کرنا، اپنی غلطیوں کو دریافت کر کے اس اس کو ٹھیک</w:t>
      </w:r>
    </w:p>
    <w:p>
      <w:r>
        <w:rPr>
          <w:b/>
        </w:rPr>
        <w:t xml:space="preserve">[18:02] </w:t>
      </w:r>
      <w:r>
        <w:t>karna, yeh sab process shuru hota hai.</w:t>
      </w:r>
    </w:p>
    <w:p>
      <w:pPr>
        <w:jc w:val="right"/>
      </w:pPr>
      <w:r>
        <w:t>کرنا، یہ سب پراسیس شروع ہوتا ہے۔</w:t>
      </w:r>
    </w:p>
    <w:p>
      <w:r>
        <w:rPr>
          <w:b/>
        </w:rPr>
        <w:t xml:space="preserve">[18:10] </w:t>
      </w:r>
      <w:r>
        <w:t>boht ko pehla process to yahi hai ke aadmi bigad jaye.</w:t>
      </w:r>
    </w:p>
    <w:p>
      <w:pPr>
        <w:jc w:val="right"/>
      </w:pPr>
      <w:r>
        <w:t>بہت کو پہلا پراسیس تو یہی ہے کہ آدمی بگڑ جائے۔</w:t>
      </w:r>
    </w:p>
    <w:p>
      <w:r>
        <w:rPr>
          <w:b/>
        </w:rPr>
        <w:t xml:space="preserve">[18:18] </w:t>
      </w:r>
      <w:r>
        <w:t>yeh doosra process hai ke aadmi apne aap ko banane ki koshish kare.</w:t>
      </w:r>
    </w:p>
    <w:p>
      <w:pPr>
        <w:jc w:val="right"/>
      </w:pPr>
      <w:r>
        <w:t>یہ دوسرا پراسیس ہے کہ آدمی اپنے آپ کو بنانے کی کوشش کرے۔</w:t>
      </w:r>
    </w:p>
    <w:p>
      <w:r>
        <w:rPr>
          <w:b/>
        </w:rPr>
        <w:t xml:space="preserve">[18:25] </w:t>
      </w:r>
      <w:r>
        <w:t>isi liye main kehta hoon ke har aadmi ko doosre chance ko avail karna padta hai.</w:t>
      </w:r>
    </w:p>
    <w:p>
      <w:pPr>
        <w:jc w:val="right"/>
      </w:pPr>
      <w:r>
        <w:t>اسی لیے میں کہتا ہوں کہ ہر آدمی کو دوسرے چانس کو اویل کرنا پڑتا ہے۔</w:t>
      </w:r>
    </w:p>
    <w:p>
      <w:r>
        <w:rPr>
          <w:b/>
        </w:rPr>
        <w:t xml:space="preserve">[18:33] </w:t>
      </w:r>
      <w:r>
        <w:t>kyunke first chance to aadmi khota hi khota hai.</w:t>
      </w:r>
    </w:p>
    <w:p>
      <w:pPr>
        <w:jc w:val="right"/>
      </w:pPr>
      <w:r>
        <w:t>کیونکہ فرسٹ چانس تو آدمی کھوتا ہی کھوتا ہے۔</w:t>
      </w:r>
    </w:p>
    <w:p>
      <w:r>
        <w:rPr>
          <w:b/>
        </w:rPr>
        <w:t xml:space="preserve">[18:39] </w:t>
      </w:r>
      <w:r>
        <w:t>aadmi jab paida hota hai ab to apni marzi se nahi paida hota.</w:t>
      </w:r>
    </w:p>
    <w:p>
      <w:pPr>
        <w:jc w:val="right"/>
      </w:pPr>
      <w:r>
        <w:t>آدمی جب پیدا ہوتا ہے اب تو اپنی مرضی سے نہیں پیدا ہوتا۔</w:t>
      </w:r>
    </w:p>
    <w:p>
      <w:r>
        <w:rPr>
          <w:b/>
        </w:rPr>
        <w:t xml:space="preserve">[18:45] </w:t>
      </w:r>
      <w:r>
        <w:t>yeh to ek law of nature hai, is ke tehat woh paida hua.</w:t>
      </w:r>
    </w:p>
    <w:p>
      <w:pPr>
        <w:jc w:val="right"/>
      </w:pPr>
      <w:r>
        <w:t>یہ تو ایک لاء آف نیچر ہے، اس کے تحت وہ پیدا ہوا۔</w:t>
      </w:r>
    </w:p>
    <w:p>
      <w:r>
        <w:rPr>
          <w:b/>
        </w:rPr>
        <w:t xml:space="preserve">[18:51] </w:t>
      </w:r>
      <w:r>
        <w:t>kahan paida ho, kin logon ke darmiyan jiye, kis mahaul mein rahe, kahan is ki education ho, yeh</w:t>
      </w:r>
    </w:p>
    <w:p>
      <w:pPr>
        <w:jc w:val="right"/>
      </w:pPr>
      <w:r>
        <w:t>کہاں پیدا ہو، کن لوگوں کے درمیان جیے، کس ماحول میں رہے، کہاں اس کی ایجوکیشن ہو، یہ</w:t>
      </w:r>
    </w:p>
    <w:p>
      <w:r>
        <w:rPr>
          <w:b/>
        </w:rPr>
        <w:t xml:space="preserve">[18:57] </w:t>
      </w:r>
      <w:r>
        <w:t>is ka apna faisla nahi hota. to aadmi</w:t>
      </w:r>
    </w:p>
    <w:p>
      <w:pPr>
        <w:jc w:val="right"/>
      </w:pPr>
      <w:r>
        <w:t>اس کا اپنا فیصلہ نہیں ہوتا۔ تو آدمی</w:t>
      </w:r>
    </w:p>
    <w:p>
      <w:r>
        <w:rPr>
          <w:b/>
        </w:rPr>
        <w:t xml:space="preserve">[19:03] </w:t>
      </w:r>
      <w:r>
        <w:t>product banta hai apne mahol ka. har insan, har insan product banta hai apne mahol ka. jaise Adam jo the, woh jannat mein the, Adam apni biwi ke sath, Hawa ke sath. to koi rukawat nahi thi, azaad the, ghoomte phirte the is ke andar. phir baar baar woh dekhte the ke yahan ek peed aisa hai jo hamein pata nahi is ka phal</w:t>
      </w:r>
    </w:p>
    <w:p>
      <w:pPr>
        <w:jc w:val="right"/>
      </w:pPr>
      <w:r>
        <w:t>پروڈکٹ بنتا ہے اپنے ماحول کا۔ ہر انسان، ہر انسان پروڈکٹ بنتا ہے اپنے ماحول کا۔ جیسے آدم جو تھے، وہ جنت میں تھے، آدم اپنی بیوی کے ساتھ، حوا کے ساتھ۔ تو کوئی رکاوٹ نہیں تھی، آزاد تھے، گھومتے پھرتے تھے اس کے اندر۔ پھر بار بار وہ دیکھتے تھے کہ یہاں ایک پیڑ ایسا ہے جو ہمیں پتہ نہیں اس کا پھل</w:t>
      </w:r>
    </w:p>
    <w:p>
      <w:r>
        <w:rPr>
          <w:b/>
        </w:rPr>
        <w:t xml:space="preserve">[19:33] </w:t>
      </w:r>
      <w:r>
        <w:t>kaisa hota hai. to ek temperature, temperature aaya, is mahol ne, is mahol ne un ko, un ke andar ek khwahish jagai, ek desire jaagi un ke andar, temperature aaya. to woh mahol galat diya tha. farz kijiye ke woh jis bagh mein woh the, wahan par koi vibratory na hota. jis bagh mein woh the, wahan koi vibratory</w:t>
      </w:r>
    </w:p>
    <w:p>
      <w:pPr>
        <w:jc w:val="right"/>
      </w:pPr>
      <w:r>
        <w:t>کیسا ہوتا ہے۔ تو ایک ٹمپریچر، ٹمپریچر آیا، اس ماحول نے، اس ماحول نے ان کو، ان کے اندر ایک خواہش جگائی، ایک ڈیزائر جاگی ان کے اندر، ٹمپریچر آیا۔ تو وہ ماحول غلط دیا تھا۔ فرض کیجئے کہ وہ جس باغ میں وہ تھے، وہاں پر کوئی فائبرٹری نہ ہوتا۔ جس باغ میں وہ تھے، وہاں کوئی فائ</w:t>
      </w:r>
    </w:p>
    <w:p>
      <w:r>
        <w:rPr>
          <w:b/>
        </w:rPr>
        <w:t xml:space="preserve">[20:03] </w:t>
      </w:r>
      <w:r>
        <w:t>britry, shajar mamnooa na hota to kya hota? to shayad un ke andar temperature bhi na aata.</w:t>
      </w:r>
    </w:p>
    <w:p>
      <w:pPr>
        <w:jc w:val="right"/>
      </w:pPr>
      <w:r>
        <w:t>برٹری، شجر ممنوعہ نہ ہوتا تو کیا ہوتا؟ تو شاید ان کے اندر ٹمپریچر بھی نہ آتا۔</w:t>
      </w:r>
    </w:p>
    <w:p>
      <w:r>
        <w:rPr>
          <w:b/>
        </w:rPr>
        <w:t xml:space="preserve">[20:09] </w:t>
      </w:r>
      <w:r>
        <w:t>phir doosre darakhton mein, doosre jo peir the, us mein achhe achhe us mein jeete woh, aur fibertry</w:t>
      </w:r>
    </w:p>
    <w:p>
      <w:pPr>
        <w:jc w:val="right"/>
      </w:pPr>
      <w:r>
        <w:t>پھر دوسرے درختوں میں، دوسرے جو پیڑ تھے، اس میں اچھے اچھے اس میں جیتے وہ، اور فائبرٹری</w:t>
      </w:r>
    </w:p>
    <w:p>
      <w:r>
        <w:rPr>
          <w:b/>
        </w:rPr>
        <w:t xml:space="preserve">[20:16] </w:t>
      </w:r>
      <w:r>
        <w:t>tak un ka dhiyan hi na jata.</w:t>
      </w:r>
    </w:p>
    <w:p>
      <w:pPr>
        <w:jc w:val="right"/>
      </w:pPr>
      <w:r>
        <w:t>تک ان کا دھیان ہی نہ جاتا۔</w:t>
      </w:r>
    </w:p>
    <w:p>
      <w:r>
        <w:rPr>
          <w:b/>
        </w:rPr>
        <w:t xml:space="preserve">[20:22] </w:t>
      </w:r>
      <w:r>
        <w:t>to aisa nahi hua.</w:t>
      </w:r>
    </w:p>
    <w:p>
      <w:pPr>
        <w:jc w:val="right"/>
      </w:pPr>
      <w:r>
        <w:t>تو ایسا نہیں ہوا۔</w:t>
      </w:r>
    </w:p>
    <w:p>
      <w:r>
        <w:rPr>
          <w:b/>
        </w:rPr>
        <w:t xml:space="preserve">[20:28] </w:t>
      </w:r>
      <w:r>
        <w:t>to har aadmi apni choais se nahi kisi mahaul mein paida hota, woh to</w:t>
      </w:r>
    </w:p>
    <w:p>
      <w:pPr>
        <w:jc w:val="right"/>
      </w:pPr>
      <w:r>
        <w:t>تو ہر آدمی اپنی چوائس سے نہیں کسی ماحول میں پیدا ہوتا، وہ تو</w:t>
      </w:r>
    </w:p>
    <w:p>
      <w:r>
        <w:rPr>
          <w:b/>
        </w:rPr>
        <w:t xml:space="preserve">[20:34] </w:t>
      </w:r>
      <w:r>
        <w:t>pyas kisi aur ka hota hai.</w:t>
      </w:r>
    </w:p>
    <w:p>
      <w:pPr>
        <w:jc w:val="right"/>
      </w:pPr>
      <w:r>
        <w:t>پیاس کسی اور کا ہوتا ہے۔</w:t>
      </w:r>
    </w:p>
    <w:p>
      <w:r>
        <w:rPr>
          <w:b/>
        </w:rPr>
        <w:t xml:space="preserve">[20:44] </w:t>
      </w:r>
      <w:r>
        <w:t>تو آدمی under compression، وہ کنڈیشن، under compression، وہ کسی اس کی کنڈیشن ہونے لگتی ہے۔</w:t>
      </w:r>
    </w:p>
    <w:p>
      <w:pPr>
        <w:jc w:val="right"/>
      </w:pPr>
      <w:r>
        <w:t>تو آدمی انڈر کمپریشن، وہ کنڈیشن، انڈر کمپریشن، وہ کسی اس کی کنڈیشن ہونے لگتی ہے۔</w:t>
      </w:r>
    </w:p>
    <w:p>
      <w:r>
        <w:rPr>
          <w:b/>
        </w:rPr>
        <w:t xml:space="preserve">[20:54] </w:t>
      </w:r>
      <w:r>
        <w:t>یعنی conditioning is a way of compression. تو انسان</w:t>
      </w:r>
    </w:p>
    <w:p>
      <w:pPr>
        <w:jc w:val="right"/>
      </w:pPr>
      <w:r>
        <w:t>یعنی کنڈیشننگ از اے وے آف کمپریشن۔ تو انسان</w:t>
      </w:r>
    </w:p>
    <w:p>
      <w:r>
        <w:rPr>
          <w:b/>
        </w:rPr>
        <w:t xml:space="preserve">[21:04] </w:t>
      </w:r>
      <w:r>
        <w:t>beh-haal bigadte hi bigadta hai.</w:t>
      </w:r>
    </w:p>
    <w:p>
      <w:pPr>
        <w:jc w:val="right"/>
      </w:pPr>
      <w:r>
        <w:t>بہرحال بگڑتے ہی بگڑتا ہے۔</w:t>
      </w:r>
    </w:p>
    <w:p>
      <w:r>
        <w:rPr>
          <w:b/>
        </w:rPr>
        <w:t xml:space="preserve">[21:12] </w:t>
      </w:r>
      <w:r>
        <w:t>har insaan, is mein koi exception nahi hai.</w:t>
      </w:r>
    </w:p>
    <w:p>
      <w:pPr>
        <w:jc w:val="right"/>
      </w:pPr>
      <w:r>
        <w:t>ہر انسان، اس میں کوئی ایکسیپشن نہیں ہے۔</w:t>
      </w:r>
    </w:p>
    <w:p>
      <w:r>
        <w:rPr>
          <w:b/>
        </w:rPr>
        <w:t xml:space="preserve">[21:20] </w:t>
      </w:r>
      <w:r>
        <w:t>آدمی کو کرنا کیا ہے؟ جب وہ maturity کی ایج میں پہنچے، maturity کی ایج میں تو ری</w:t>
      </w:r>
    </w:p>
    <w:p>
      <w:pPr>
        <w:jc w:val="right"/>
      </w:pPr>
      <w:r>
        <w:t>آدمی کو کرنا کیا ہے؟ جب وہ میچورٹی کی ایج میں پہنچے، میچورٹی کی ایج میں تو ری</w:t>
      </w:r>
    </w:p>
    <w:p>
      <w:r>
        <w:rPr>
          <w:b/>
        </w:rPr>
        <w:t xml:space="preserve">[21:27] </w:t>
      </w:r>
      <w:r>
        <w:t>consider کرے، rethinking کرے، اپنے آپ کو rediscover کرے، خود اپنے آپ کو وہ</w:t>
      </w:r>
    </w:p>
    <w:p>
      <w:pPr>
        <w:jc w:val="right"/>
      </w:pPr>
      <w:r>
        <w:t>کنسیڈر کرے، ری تھنکنگ کرے، اپنے آپ کو ری ڈسکور کرے، خود اپنے آپ کو وہ</w:t>
      </w:r>
    </w:p>
    <w:p>
      <w:r>
        <w:rPr>
          <w:b/>
        </w:rPr>
        <w:t xml:space="preserve">[21:35] </w:t>
      </w:r>
      <w:r>
        <w:t>dobara daryaft kare, aur phir apni condition shuru kar de.</w:t>
      </w:r>
    </w:p>
    <w:p>
      <w:pPr>
        <w:jc w:val="right"/>
      </w:pPr>
      <w:r>
        <w:t>دوبارہ دریافت کرے، اور پھر اپنی کنڈیشن شروع کر دے۔</w:t>
      </w:r>
    </w:p>
    <w:p>
      <w:r>
        <w:rPr>
          <w:b/>
        </w:rPr>
        <w:t xml:space="preserve">[21:41] </w:t>
      </w:r>
      <w:r>
        <w:t>phir apni condition shuru kar de.</w:t>
      </w:r>
    </w:p>
    <w:p>
      <w:pPr>
        <w:jc w:val="right"/>
      </w:pPr>
      <w:r>
        <w:t>پھر اپنی کنڈیشن شروع کر دے۔</w:t>
      </w:r>
    </w:p>
    <w:p>
      <w:r>
        <w:rPr>
          <w:b/>
        </w:rPr>
        <w:t xml:space="preserve">[21:47] </w:t>
      </w:r>
      <w:r>
        <w:t>to mein samajhta hoon ke Adam ke qisse mein yeh sabak bhi hai ke aadmi ke liye muqaddar</w:t>
      </w:r>
    </w:p>
    <w:p>
      <w:pPr>
        <w:jc w:val="right"/>
      </w:pPr>
      <w:r>
        <w:t>تو میں سمجھتا ہوں کہ آدم کے قصے میں یہ سبق بھی ہے کہ آدمی کے لیے مقدر</w:t>
      </w:r>
    </w:p>
    <w:p>
      <w:r>
        <w:rPr>
          <w:b/>
        </w:rPr>
        <w:t xml:space="preserve">[21:53] </w:t>
      </w:r>
      <w:r>
        <w:t>hai ke woh first chance ko kho de.</w:t>
      </w:r>
    </w:p>
    <w:p>
      <w:pPr>
        <w:jc w:val="right"/>
      </w:pPr>
      <w:r>
        <w:t>ہے کہ وہ فرسٹ چانس کو کھو دے۔</w:t>
      </w:r>
    </w:p>
    <w:p>
      <w:r>
        <w:rPr>
          <w:b/>
        </w:rPr>
        <w:t xml:space="preserve">[21:59] </w:t>
      </w:r>
      <w:r>
        <w:t>aadmi ke liye muqaddar</w:t>
      </w:r>
    </w:p>
    <w:p>
      <w:pPr>
        <w:jc w:val="right"/>
      </w:pPr>
      <w:r>
        <w:t>آدمی کے لیے مقدر</w:t>
      </w:r>
    </w:p>
    <w:p>
      <w:r>
        <w:rPr>
          <w:b/>
        </w:rPr>
        <w:t xml:space="preserve">[22:05] </w:t>
      </w:r>
      <w:r>
        <w:t>hai ke woh first chance ko kho de. is ki kamyabi ka raaz yeh hai ke woh second chance ko na khoye. agar aadmi first chance ko khota hai to that is due to law, the law of nature. first chance ko khona woh ek normal baat hai. to aadmi ko chahiye ke woh discover kare ke us ke liye second chance kya</w:t>
      </w:r>
    </w:p>
    <w:p>
      <w:pPr>
        <w:jc w:val="right"/>
      </w:pPr>
      <w:r>
        <w:t>ہے کہ وہ فرسٹ چانس کو کھو دے۔ اس کی کامیابی کا راز یہ ہے کہ وہ سیکنڈ چانس کو نہ کھوئے۔ اگر آدمی فرسٹ چانس کو کھوتا ہے تو دیٹ از ڈیو ٹو لاء، دا لاء آف نیچر۔ فرسٹ چانس کو کھونا وہ ایک نارمل بات ہے۔ تو آدمی کو چاہیے کہ وہ ڈسکور کرے کہ اس کے لیے سیکنڈ چانس کیا</w:t>
      </w:r>
    </w:p>
    <w:p>
      <w:r>
        <w:rPr>
          <w:b/>
        </w:rPr>
        <w:t xml:space="preserve">[22:35] </w:t>
      </w:r>
      <w:r>
        <w:t>hai, is second chance ko avail kare.</w:t>
      </w:r>
    </w:p>
    <w:p>
      <w:pPr>
        <w:jc w:val="right"/>
      </w:pPr>
      <w:r>
        <w:t>ہے، اس سیکنڈ چانس کو اویل کرے۔</w:t>
      </w:r>
    </w:p>
    <w:p>
      <w:r>
        <w:rPr>
          <w:b/>
        </w:rPr>
        <w:t xml:space="preserve">[22:41] </w:t>
      </w:r>
      <w:r>
        <w:t>to kaha ke Adam ka pehle marhale mein jannat ko khona, phir dobara jannat mein entry milna, yeh</w:t>
      </w:r>
    </w:p>
    <w:p>
      <w:pPr>
        <w:jc w:val="right"/>
      </w:pPr>
      <w:r>
        <w:t>تو کہا کہ آدم کا پہلے مرحلے میں جنت کو کھونا، پھر دوبارہ جنت میں انٹری ملنا، یہ</w:t>
      </w:r>
    </w:p>
    <w:p>
      <w:r>
        <w:rPr>
          <w:b/>
        </w:rPr>
        <w:t xml:space="preserve">[22:47] </w:t>
      </w:r>
      <w:r>
        <w:t>ek poori tareekh ke liye ek sabak hai ke tum first chance ko khoge is duniya mein.</w:t>
      </w:r>
    </w:p>
    <w:p>
      <w:pPr>
        <w:jc w:val="right"/>
      </w:pPr>
      <w:r>
        <w:t>ایک پوری تاریخ کے لیے ایک سبق ہے کہ تم فرسٹ چانس کو کھو گے اس دنیا میں۔</w:t>
      </w:r>
    </w:p>
    <w:p>
      <w:r>
        <w:rPr>
          <w:b/>
        </w:rPr>
        <w:t xml:space="preserve">[22:53] </w:t>
      </w:r>
      <w:r>
        <w:t>tumhari kamyabi ko raaz yeh hai ke tum second chance ko avail kar sako.</w:t>
      </w:r>
    </w:p>
    <w:p>
      <w:pPr>
        <w:jc w:val="right"/>
      </w:pPr>
      <w:r>
        <w:t>تمہاری کامیابی کو راز یہ ہے کہ تم سیکنڈ چانس کو اویل کر سکو۔</w:t>
      </w:r>
    </w:p>
    <w:p>
      <w:r>
        <w:rPr>
          <w:b/>
        </w:rPr>
        <w:t xml:space="preserve">[22:59] </w:t>
      </w:r>
      <w:r>
        <w:t>second chance ko avail karna na bhoolo.</w:t>
      </w:r>
    </w:p>
    <w:p>
      <w:pPr>
        <w:jc w:val="right"/>
      </w:pPr>
      <w:r>
        <w:t>سیکنڈ چانس کو اویل کرنا نہ بھولو۔</w:t>
      </w:r>
    </w:p>
    <w:p>
      <w:r>
        <w:rPr>
          <w:b/>
        </w:rPr>
        <w:t xml:space="preserve">[23:05] </w:t>
      </w:r>
      <w:r>
        <w:t>yeh is mein milta hai.</w:t>
      </w:r>
    </w:p>
    <w:p>
      <w:pPr>
        <w:jc w:val="right"/>
      </w:pPr>
      <w:r>
        <w:t>یہ اس میں ملتا ہے۔</w:t>
      </w:r>
    </w:p>
    <w:p>
      <w:r>
        <w:rPr>
          <w:b/>
        </w:rPr>
        <w:t xml:space="preserve">[23:10] </w:t>
      </w:r>
      <w:r>
        <w:t>to mein ne is par bohat ghor kiya hai.</w:t>
      </w:r>
    </w:p>
    <w:p>
      <w:pPr>
        <w:jc w:val="right"/>
      </w:pPr>
      <w:r>
        <w:t>تو میں نے اس پر بہت غور کیا ہے۔</w:t>
      </w:r>
    </w:p>
    <w:p>
      <w:r>
        <w:rPr>
          <w:b/>
        </w:rPr>
        <w:t xml:space="preserve">[23:15] </w:t>
      </w:r>
      <w:r>
        <w:t>to mujhe laga ke Adam ka jo qissa hai, is mein beshumar pehlu hain, koi ek hi</w:t>
      </w:r>
    </w:p>
    <w:p>
      <w:pPr>
        <w:jc w:val="right"/>
      </w:pPr>
      <w:r>
        <w:t>تو مجھے لگا کہ آدم کا جو قصہ ہے، اس میں بے شمار پہلو ہیں، کوئی ایک ہی</w:t>
      </w:r>
    </w:p>
    <w:p>
      <w:r>
        <w:rPr>
          <w:b/>
        </w:rPr>
        <w:t xml:space="preserve">[23:20] </w:t>
      </w:r>
      <w:r>
        <w:t>pehlu nahi hai.</w:t>
      </w:r>
    </w:p>
    <w:p>
      <w:pPr>
        <w:jc w:val="right"/>
      </w:pPr>
      <w:r>
        <w:t>پہلو نہیں ہے۔</w:t>
      </w:r>
    </w:p>
    <w:p>
      <w:r>
        <w:rPr>
          <w:b/>
        </w:rPr>
        <w:t xml:space="preserve">[23:25] </w:t>
      </w:r>
      <w:r>
        <w:t>Quran mein Adam ka qissa saat baar aaya hai.</w:t>
      </w:r>
    </w:p>
    <w:p>
      <w:pPr>
        <w:jc w:val="right"/>
      </w:pPr>
      <w:r>
        <w:t>قرآن میں آدم کا قصہ سات بار آیا ہے۔</w:t>
      </w:r>
    </w:p>
    <w:p>
      <w:r>
        <w:rPr>
          <w:b/>
        </w:rPr>
        <w:t xml:space="preserve">[23:30] </w:t>
      </w:r>
      <w:r>
        <w:t>to saat baar jo aaya hai, woh is mein saat tareeqe se us ko</w:t>
      </w:r>
    </w:p>
    <w:p>
      <w:pPr>
        <w:jc w:val="right"/>
      </w:pPr>
      <w:r>
        <w:t>تو سات بار جو آیا ہے، وہ اس میں سات طریقے سے اس کو</w:t>
      </w:r>
    </w:p>
    <w:p>
      <w:r>
        <w:rPr>
          <w:b/>
        </w:rPr>
        <w:t xml:space="preserve">[23:35] </w:t>
      </w:r>
      <w:r>
        <w:t>bataya gaya hai. lekin is saat par khatam nahi hota. aur bohat sare is mein pehlu hain Adam ke qisse mein jo insan ki zindagi mein paish aate hain. to asal cheez yeh hai ke insan hamesha khule zehan ke sath rahe, khule mind ke sath</w:t>
      </w:r>
    </w:p>
    <w:p>
      <w:pPr>
        <w:jc w:val="right"/>
      </w:pPr>
      <w:r>
        <w:t>بتایا گیا ہے۔ لیکن اس سات پر ختم نہیں ہوتا۔ اور بہت سارے اس میں پہلو ہیں آدم کے قصے میں جو انسان کی زندگی میں پیش آتے ہیں۔ تو اصل چیز یہ ہے کہ انسان ہمیشہ کھلے ذہن کے ساتھ رہے، کھلے مائنڈ کے ساتھ</w:t>
      </w:r>
    </w:p>
    <w:p>
      <w:r>
        <w:rPr>
          <w:b/>
        </w:rPr>
        <w:t xml:space="preserve">[24:05] </w:t>
      </w:r>
      <w:r>
        <w:t>rahe, hamesha apni ghalti ko manane ke liye tayyar rahe, hamesha tayyar rahe kehne ke liye ke i was wrong, i was wrong. to i was wrong sach poochhein to apni ghalti ko manna nahi hai. i was wrong ka matlab hai wisdom ko re re daryaft karna, phir se</w:t>
      </w:r>
    </w:p>
    <w:p>
      <w:pPr>
        <w:jc w:val="right"/>
      </w:pPr>
      <w:r>
        <w:t>رہے، ہمیشہ اپنی غلطی کو ماننے کے لیے تیار رہے، ہمیشہ تیار رہے کہنے کے لیے کہ آئی واز رونگ، آئی واز رونگ۔ تو آئی واز رونگ سچ پوچھیں تو اپنی غلطی کو ماننا نہیں ہے۔ آئی واز رونگ کا مطلب ہے وزڈم کو ری ری دریافت کرنا، پھر سے</w:t>
      </w:r>
    </w:p>
    <w:p>
      <w:r>
        <w:rPr>
          <w:b/>
        </w:rPr>
        <w:t xml:space="preserve">[24:35] </w:t>
      </w:r>
      <w:r>
        <w:t>daryaft karna.</w:t>
      </w:r>
    </w:p>
    <w:p>
      <w:pPr>
        <w:jc w:val="right"/>
      </w:pPr>
      <w:r>
        <w:t>دریافت کرنا۔</w:t>
      </w:r>
    </w:p>
    <w:p>
      <w:r>
        <w:rPr>
          <w:b/>
        </w:rPr>
        <w:t xml:space="preserve">[24:42] </w:t>
      </w:r>
      <w:r>
        <w:t>yaani jannat, yaani i was wrong ka matlab yeh hai ke khoi hui jannat ko dobara hasil karna.</w:t>
      </w:r>
    </w:p>
    <w:p>
      <w:pPr>
        <w:jc w:val="right"/>
      </w:pPr>
      <w:r>
        <w:t>یعنی جنت، یعنی آئی واز رونگ کا معنی یہ ہے کہ کھوئی ہوئی جنت کو دوبارہ حاصل کرنا۔</w:t>
      </w:r>
    </w:p>
    <w:p>
      <w:r>
        <w:rPr>
          <w:b/>
        </w:rPr>
        <w:t xml:space="preserve">[24:48] </w:t>
      </w:r>
      <w:r>
        <w:t>jab Adam ne apni ghalti maani, un ke andar repentance aaya, woh roye aur dua ki Allah taala</w:t>
      </w:r>
    </w:p>
    <w:p>
      <w:pPr>
        <w:jc w:val="right"/>
      </w:pPr>
      <w:r>
        <w:t>جب آدم نے اپنی غلطی مانی، ان کے اندر ریپریٹنس آیا، وہ روئے اور دعا کی اللہ تعالیٰ</w:t>
      </w:r>
    </w:p>
    <w:p>
      <w:r>
        <w:rPr>
          <w:b/>
        </w:rPr>
        <w:t xml:space="preserve">[24:54] </w:t>
      </w:r>
      <w:r>
        <w:t>se to jannat, khoi hui jannat ko unhon ne dobara pa liya.</w:t>
      </w:r>
    </w:p>
    <w:p>
      <w:pPr>
        <w:jc w:val="right"/>
      </w:pPr>
      <w:r>
        <w:t>سے تو جنت، کھوئی ہوئی جنت کو انہوں نے دوبارہ پا لیا۔</w:t>
      </w:r>
    </w:p>
    <w:p>
      <w:r>
        <w:rPr>
          <w:b/>
        </w:rPr>
        <w:t xml:space="preserve">[25:00] </w:t>
      </w:r>
      <w:r>
        <w:t>yeh kitna bara sabak hai is qisse mein</w:t>
      </w:r>
    </w:p>
    <w:p>
      <w:pPr>
        <w:jc w:val="right"/>
      </w:pPr>
      <w:r>
        <w:t>یہ کتنا بڑا سبق ہے اس قصے میں</w:t>
      </w:r>
    </w:p>
    <w:p>
      <w:r>
        <w:rPr>
          <w:b/>
        </w:rPr>
        <w:t xml:space="preserve">[25:07] </w:t>
      </w:r>
      <w:r>
        <w:t>keh repentance ziyada bari cheez hai.</w:t>
      </w:r>
    </w:p>
    <w:p>
      <w:pPr>
        <w:jc w:val="right"/>
      </w:pPr>
      <w:r>
        <w:t>کہ ریپریٹنس زیادہ بڑی چیز ہے۔</w:t>
      </w:r>
    </w:p>
    <w:p>
      <w:r>
        <w:rPr>
          <w:b/>
        </w:rPr>
        <w:t xml:space="preserve">[25:13] </w:t>
      </w:r>
      <w:r>
        <w:t>repentance se khoyi hui jannat dobara mil jati hai.</w:t>
      </w:r>
    </w:p>
    <w:p>
      <w:pPr>
        <w:jc w:val="right"/>
      </w:pPr>
      <w:r>
        <w:t>ریپریٹنس سے کھوئی ہوئی جنت دوبارہ مل جاتی ہے۔</w:t>
      </w:r>
    </w:p>
    <w:p>
      <w:r>
        <w:rPr>
          <w:b/>
        </w:rPr>
        <w:t xml:space="preserve">[25:19] </w:t>
      </w:r>
      <w:r>
        <w:t>tauba ya repentance se khoyi hui jannat dobara mil jati hai.</w:t>
      </w:r>
    </w:p>
    <w:p>
      <w:pPr>
        <w:jc w:val="right"/>
      </w:pPr>
      <w:r>
        <w:t>توبہ یا ریپریٹنس سے کھوئی ہوئی جنت دوبارہ مل جاتی ہے۔</w:t>
      </w:r>
    </w:p>
    <w:p>
      <w:r>
        <w:rPr>
          <w:b/>
        </w:rPr>
        <w:t xml:space="preserve">[25:25] </w:t>
      </w:r>
      <w:r>
        <w:t>جسمانی قسم میں آپ کو کوئی bias نہیں ہونا ہے، آپ کو کوئی negative نہیں ہونا ہے، آپ</w:t>
      </w:r>
    </w:p>
    <w:p>
      <w:pPr>
        <w:jc w:val="right"/>
      </w:pPr>
      <w:r>
        <w:t>جسمانی قسم میں آپ کو کوئی بائوس نہیں ہونا ہے، آپ کو کوئی نیگیٹیو نہیں ہونا ہے، آپ</w:t>
      </w:r>
    </w:p>
    <w:p>
      <w:r>
        <w:rPr>
          <w:b/>
        </w:rPr>
        <w:t xml:space="preserve">[25:31] </w:t>
      </w:r>
      <w:r>
        <w:t>ko kabhi shikayat culture mein</w:t>
      </w:r>
    </w:p>
    <w:p>
      <w:pPr>
        <w:jc w:val="right"/>
      </w:pPr>
      <w:r>
        <w:t>کو کبھی شکایت کلچر میں</w:t>
      </w:r>
    </w:p>
    <w:p>
      <w:r>
        <w:rPr>
          <w:b/>
        </w:rPr>
        <w:t xml:space="preserve">[25:37] </w:t>
      </w:r>
      <w:r>
        <w:t>nahin jeena hai.</w:t>
      </w:r>
    </w:p>
    <w:p>
      <w:pPr>
        <w:jc w:val="right"/>
      </w:pPr>
      <w:r>
        <w:t>نہیں جینا ہے۔</w:t>
      </w:r>
    </w:p>
    <w:p>
      <w:r>
        <w:rPr>
          <w:b/>
        </w:rPr>
        <w:t xml:space="preserve">[25:47] </w:t>
      </w:r>
      <w:r>
        <w:t>کیونکہ شکایت کیوں؟ شکایت کیوں؟ غصہ کیوں؟ دوسروں کو وجہ بتانا اپنی نقصان کا کیوں؟ دوسروں کو blame</w:t>
      </w:r>
    </w:p>
    <w:p>
      <w:pPr>
        <w:jc w:val="right"/>
      </w:pPr>
      <w:r>
        <w:t>کیونکہ شکایت کیوں؟ شکایت کیوں؟ غصہ کیوں؟ دوسروں کو وجہ بتانا اپنی نقصان کا کیوں؟ دوسروں کو بلیم</w:t>
      </w:r>
    </w:p>
    <w:p>
      <w:r>
        <w:rPr>
          <w:b/>
        </w:rPr>
        <w:t xml:space="preserve">[25:57] </w:t>
      </w:r>
      <w:r>
        <w:t>dena kyun? jab aap ke liye aakar</w:t>
      </w:r>
    </w:p>
    <w:p>
      <w:pPr>
        <w:jc w:val="right"/>
      </w:pPr>
      <w:r>
        <w:t>دینا کیوں؟ جب آپ کے لیے اکار</w:t>
      </w:r>
    </w:p>
    <w:p>
      <w:r>
        <w:rPr>
          <w:b/>
        </w:rPr>
        <w:t xml:space="preserve">[26:07] </w:t>
      </w:r>
      <w:r>
        <w:t>According to the law of nature, this path is open that you can regain the lost paradise.</w:t>
      </w:r>
    </w:p>
    <w:p>
      <w:pPr>
        <w:jc w:val="right"/>
      </w:pPr>
      <w:r>
        <w:t>ڈنگ ٹو دا لاء آف نیچر یہ راستہ کھلا ہوا ہے کہ آپ کھوئی ہوئی جنت کو دوبارہ</w:t>
      </w:r>
    </w:p>
    <w:p>
      <w:r>
        <w:rPr>
          <w:b/>
        </w:rPr>
        <w:t xml:space="preserve">[26:13] </w:t>
      </w:r>
      <w:r>
        <w:t>pa lein to phir kyun? lekin khoyi hui jannat lad bhad kar nahin milti.</w:t>
      </w:r>
    </w:p>
    <w:p>
      <w:pPr>
        <w:jc w:val="right"/>
      </w:pPr>
      <w:r>
        <w:t>پا لیں تو پھر کیوں؟ لیکن کھوئی ہوئی جنت لڑ بھڑ کر نہیں ملتی۔</w:t>
      </w:r>
    </w:p>
    <w:p>
      <w:r>
        <w:rPr>
          <w:b/>
        </w:rPr>
        <w:t xml:space="preserve">[26:20] </w:t>
      </w:r>
      <w:r>
        <w:t>hazrat adam ne koi ladai nahin chhodi thi.</w:t>
      </w:r>
    </w:p>
    <w:p>
      <w:pPr>
        <w:jc w:val="right"/>
      </w:pPr>
      <w:r>
        <w:t>حضرت آدم نے کوئی لڑائی نہیں چھوڑی تھی۔</w:t>
      </w:r>
    </w:p>
    <w:p>
      <w:r>
        <w:rPr>
          <w:b/>
        </w:rPr>
        <w:t xml:space="preserve">[26:26] </w:t>
      </w:r>
      <w:r>
        <w:t>حضرت آدم نے، حضرت آدم نے جنت کھو دی تو ایسا نہیں کیا کہ انہوں نے شکایت culture</w:t>
      </w:r>
    </w:p>
    <w:p>
      <w:pPr>
        <w:jc w:val="right"/>
      </w:pPr>
      <w:r>
        <w:t>حضرت آدم نے، حضرت آدم نے جنت کھو دی تو ایسا نہیں کیا کہ انہوں نے شکایت کلچر</w:t>
      </w:r>
    </w:p>
    <w:p>
      <w:r>
        <w:rPr>
          <w:b/>
        </w:rPr>
        <w:t xml:space="preserve">[26:32] </w:t>
      </w:r>
      <w:r>
        <w:t>khol diya, ladai bhadai chhod di.</w:t>
      </w:r>
    </w:p>
    <w:p>
      <w:pPr>
        <w:jc w:val="right"/>
      </w:pPr>
      <w:r>
        <w:t>کھول دیا، لڑائی بھڑائی چھوڑ دی۔</w:t>
      </w:r>
    </w:p>
    <w:p>
      <w:r>
        <w:rPr>
          <w:b/>
        </w:rPr>
        <w:t xml:space="preserve">[26:39] </w:t>
      </w:r>
      <w:r>
        <w:t>yeh sab nahin kiya unhon ne.</w:t>
      </w:r>
    </w:p>
    <w:p>
      <w:pPr>
        <w:jc w:val="right"/>
      </w:pPr>
      <w:r>
        <w:t>یہ سب نہیں کیا انہوں نے۔</w:t>
      </w:r>
    </w:p>
    <w:p>
      <w:r>
        <w:rPr>
          <w:b/>
        </w:rPr>
        <w:t xml:space="preserve">[26:45] </w:t>
      </w:r>
      <w:r>
        <w:t>balkeh woh roye, apni ghalti ko discover kiya, Allah se maafi mangi.</w:t>
      </w:r>
    </w:p>
    <w:p>
      <w:pPr>
        <w:jc w:val="right"/>
      </w:pPr>
      <w:r>
        <w:t>بلکہ وہ روئے، اپنی غلطی کو ڈسکور کیا، اللہ سے معافی مانگی۔</w:t>
      </w:r>
    </w:p>
    <w:p>
      <w:r>
        <w:rPr>
          <w:b/>
        </w:rPr>
        <w:t xml:space="preserve">[26:51] </w:t>
      </w:r>
      <w:r>
        <w:t>tab un ko jannat dobara alert ho gayi.</w:t>
      </w:r>
    </w:p>
    <w:p>
      <w:pPr>
        <w:jc w:val="right"/>
      </w:pPr>
      <w:r>
        <w:t>تب ان کو جنت دوبارہ الرٹ ہو گئی۔</w:t>
      </w:r>
    </w:p>
    <w:p>
      <w:r>
        <w:rPr>
          <w:b/>
        </w:rPr>
        <w:t xml:space="preserve">[26:57] </w:t>
      </w:r>
      <w:r>
        <w:t>yani apni ghalti ko bandh kar aadmi jo peaceful andaaz mein replanning karta hai, woh darwaza</w:t>
      </w:r>
    </w:p>
    <w:p>
      <w:pPr>
        <w:jc w:val="right"/>
      </w:pPr>
      <w:r>
        <w:t>یعنی اپنی غلطی کو باندھ کر آدمی جو پیس فل انداز میں ری پلاننگ کرتا ہے، وہ دروازہ</w:t>
      </w:r>
    </w:p>
    <w:p>
      <w:r>
        <w:rPr>
          <w:b/>
        </w:rPr>
        <w:t xml:space="preserve">[27:03] </w:t>
      </w:r>
      <w:r>
        <w:t>kholta hai jannat</w:t>
      </w:r>
    </w:p>
    <w:p>
      <w:pPr>
        <w:jc w:val="right"/>
      </w:pPr>
      <w:r>
        <w:t>کھولتا ہے جنت</w:t>
      </w:r>
    </w:p>
    <w:p>
      <w:r>
        <w:rPr>
          <w:b/>
        </w:rPr>
        <w:t xml:space="preserve">[27:09] </w:t>
      </w:r>
      <w:r>
        <w:t>ko dobara paane ka. hamara aaj jo riwaj yeh hai ke bas koi cheez jis ko woh chahte hain ke hum ne kho diya to bas us ko yeh zalim hai, zulm kar kar ke is ne hum se aisi cheez chheen li hai, us ko woh ladhai chhodte hain jo ladhai kabhi khatam nahi hoti. kyunke ladhai ka dekhiye mamla kya hai? ladhai hamesha chain reaction paida karti hai. ladhai</w:t>
      </w:r>
    </w:p>
    <w:p>
      <w:pPr>
        <w:jc w:val="right"/>
      </w:pPr>
      <w:r>
        <w:t>کو دوبارہ پانے کا۔ ہمارا آج جو رواج یہ ہے کہ بس کوئی چیز جس کو وہ چاہتے ہیں کہ ہم نے کھو دیا تو بس اس کو یہ ظالم ہے، ظلم کر کر کے اس نے ہم سے ایسی چیز چھین لی ہے، اس کو وہ لڑائی چھوڑتے ہیں جو لڑائی کبھی ختم نہیں ہوتی۔ کیونکہ لڑائی کا دیکھیے معاملہ کیا ہے؟ لڑائی ہمیشہ چین ری ایکشن پیدا کرتی ہے۔ لڑائی</w:t>
      </w:r>
    </w:p>
    <w:p>
      <w:r>
        <w:rPr>
          <w:b/>
        </w:rPr>
        <w:t xml:space="preserve">[27:39] </w:t>
      </w:r>
      <w:r>
        <w:t>ka method jo hai, ladai ka method woh hamesha chain reaction paida karti hai.</w:t>
      </w:r>
    </w:p>
    <w:p>
      <w:pPr>
        <w:jc w:val="right"/>
      </w:pPr>
      <w:r>
        <w:t>کا میتھڈ جو ہے، لڑائی کا میتھڈ وہ ہمیشہ چین ری ایکشن پیدا کرتی ہے۔</w:t>
      </w:r>
    </w:p>
    <w:p>
      <w:r>
        <w:rPr>
          <w:b/>
        </w:rPr>
        <w:t xml:space="preserve">[27:44] </w:t>
      </w:r>
      <w:r>
        <w:t>kyunki aap kisi se badla lenge to woh badla lega.</w:t>
      </w:r>
    </w:p>
    <w:p>
      <w:pPr>
        <w:jc w:val="right"/>
      </w:pPr>
      <w:r>
        <w:t>کیونکہ آپ کسی سے بدلہ لیں گے تو وہ بدلہ لے گا۔</w:t>
      </w:r>
    </w:p>
    <w:p>
      <w:r>
        <w:rPr>
          <w:b/>
        </w:rPr>
        <w:t xml:space="preserve">[27:49] </w:t>
      </w:r>
      <w:r>
        <w:t>aap kisi ko marenge to woh marega.</w:t>
      </w:r>
    </w:p>
    <w:p>
      <w:pPr>
        <w:jc w:val="right"/>
      </w:pPr>
      <w:r>
        <w:t>آپ کسی کو ماریں گے تو وہ مارے گا۔</w:t>
      </w:r>
    </w:p>
    <w:p>
      <w:r>
        <w:rPr>
          <w:b/>
        </w:rPr>
        <w:t xml:space="preserve">[27:54] </w:t>
      </w:r>
      <w:r>
        <w:t>aap kisi se chhinne ki koshish karenge to woh chhinne ga.</w:t>
      </w:r>
    </w:p>
    <w:p>
      <w:pPr>
        <w:jc w:val="right"/>
      </w:pPr>
      <w:r>
        <w:t>آپ کسی سے چھیننے کی کوشش کریں گے تو وہ چھینے گا۔</w:t>
      </w:r>
    </w:p>
    <w:p>
      <w:r>
        <w:rPr>
          <w:b/>
        </w:rPr>
        <w:t xml:space="preserve">[27:59] </w:t>
      </w:r>
      <w:r>
        <w:t>that is chain reaction.</w:t>
      </w:r>
    </w:p>
    <w:p>
      <w:pPr>
        <w:jc w:val="right"/>
      </w:pPr>
      <w:r>
        <w:t>دیٹ از چین ری ایکشن۔</w:t>
      </w:r>
    </w:p>
    <w:p>
      <w:r>
        <w:rPr>
          <w:b/>
        </w:rPr>
        <w:t xml:space="preserve">[28:04] </w:t>
      </w:r>
      <w:r>
        <w:t>to jo jo log ladai mein samajhte</w:t>
      </w:r>
    </w:p>
    <w:p>
      <w:pPr>
        <w:jc w:val="right"/>
      </w:pPr>
      <w:r>
        <w:t>تو جو جو لوگ لڑائی میں سمجھتے</w:t>
      </w:r>
    </w:p>
    <w:p>
      <w:r>
        <w:rPr>
          <w:b/>
        </w:rPr>
        <w:t xml:space="preserve">[28:09] </w:t>
      </w:r>
      <w:r>
        <w:t>hain keh woh lad kar pa lenge jo chahte hain, woh to bohat hi ziyada galat planning hai.</w:t>
      </w:r>
    </w:p>
    <w:p>
      <w:pPr>
        <w:jc w:val="right"/>
      </w:pPr>
      <w:r>
        <w:t>ہیں کہ وہ لڑ کر پا لیں گے جو چاہتے ہیں، وہ تو بہت ہی زیادہ غلط پلاننگ ہے۔</w:t>
      </w:r>
    </w:p>
    <w:p>
      <w:r>
        <w:rPr>
          <w:b/>
        </w:rPr>
        <w:t xml:space="preserve">[28:15] </w:t>
      </w:r>
      <w:r>
        <w:t>yeh ladai ke zariye kisi cheez ko pane ki koshish karna yeh sab se ziyada galat planning hai.</w:t>
      </w:r>
    </w:p>
    <w:p>
      <w:pPr>
        <w:jc w:val="right"/>
      </w:pPr>
      <w:r>
        <w:t>یہ لڑائی کے ذریعے کسی چیز کو پانے کی کوشش کرنا یہ سب سے زیادہ غلط پلاننگ ہے۔</w:t>
      </w:r>
    </w:p>
    <w:p>
      <w:r>
        <w:rPr>
          <w:b/>
        </w:rPr>
        <w:t xml:space="preserve">[28:21] </w:t>
      </w:r>
      <w:r>
        <w:t>کیونکہ آپ جب لڑائی چھوڑیں گے تو تو it is بہت natural کہ دوسری پارٹی جو ہے وہ</w:t>
      </w:r>
    </w:p>
    <w:p>
      <w:pPr>
        <w:jc w:val="right"/>
      </w:pPr>
      <w:r>
        <w:t>کیونکہ آپ جب لڑائی چھوڑیں گے تو تو اٹ از بہت نیچرل کہ دوسری پارٹی جو ہے وہ</w:t>
      </w:r>
    </w:p>
    <w:p>
      <w:r>
        <w:rPr>
          <w:b/>
        </w:rPr>
        <w:t xml:space="preserve">[28:27] </w:t>
      </w:r>
      <w:r>
        <w:t>bhi chhodegi.</w:t>
      </w:r>
    </w:p>
    <w:p>
      <w:pPr>
        <w:jc w:val="right"/>
      </w:pPr>
      <w:r>
        <w:t>بھی چھوڑے گی۔</w:t>
      </w:r>
    </w:p>
    <w:p>
      <w:r>
        <w:rPr>
          <w:b/>
        </w:rPr>
        <w:t xml:space="preserve">[28:34] </w:t>
      </w:r>
      <w:r>
        <w:t>aap patthar marenge, woh bomb marega.</w:t>
      </w:r>
    </w:p>
    <w:p>
      <w:pPr>
        <w:jc w:val="right"/>
      </w:pPr>
      <w:r>
        <w:t>آپ پتھر ماریں گے، وہ بم مارے گا۔</w:t>
      </w:r>
    </w:p>
    <w:p>
      <w:r>
        <w:rPr>
          <w:b/>
        </w:rPr>
        <w:t xml:space="preserve">[28:40] </w:t>
      </w:r>
      <w:r>
        <w:t>aap goli marenge to woh ek goli marega, to woh do goli marega.</w:t>
      </w:r>
    </w:p>
    <w:p>
      <w:pPr>
        <w:jc w:val="right"/>
      </w:pPr>
      <w:r>
        <w:t>آپ گولی ماریں گے تو وہ ایک گولی مارے گا، تو وہ دو گولی مارے گا۔</w:t>
      </w:r>
    </w:p>
    <w:p>
      <w:r>
        <w:rPr>
          <w:b/>
        </w:rPr>
        <w:t xml:space="preserve">[28:46] </w:t>
      </w:r>
      <w:r>
        <w:t>det is chain reaction.</w:t>
      </w:r>
    </w:p>
    <w:p>
      <w:pPr>
        <w:jc w:val="right"/>
      </w:pPr>
      <w:r>
        <w:t>دیٹ از چین ری ایکشن۔</w:t>
      </w:r>
    </w:p>
    <w:p>
      <w:r>
        <w:rPr>
          <w:b/>
        </w:rPr>
        <w:t xml:space="preserve">[28:52] </w:t>
      </w:r>
      <w:r>
        <w:t>to ladaai ka tareeqa sab se zyada bura tareeqa hai.</w:t>
      </w:r>
    </w:p>
    <w:p>
      <w:pPr>
        <w:jc w:val="right"/>
      </w:pPr>
      <w:r>
        <w:t>تو لڑائی کا طریقہ سب سے زیادہ برا طریقہ ہے۔</w:t>
      </w:r>
    </w:p>
    <w:p>
      <w:r>
        <w:rPr>
          <w:b/>
        </w:rPr>
        <w:t xml:space="preserve">[28:58] </w:t>
      </w:r>
      <w:r>
        <w:t>yaad rakhiye, ladaai ka tareeqa sab se zyada bura tareeqa hai.</w:t>
      </w:r>
    </w:p>
    <w:p>
      <w:pPr>
        <w:jc w:val="right"/>
      </w:pPr>
      <w:r>
        <w:t>یاد رکھیے، لڑائی کا طریقہ سب سے زیادہ برا طریقہ ہے۔</w:t>
      </w:r>
    </w:p>
    <w:p>
      <w:r>
        <w:rPr>
          <w:b/>
        </w:rPr>
        <w:t xml:space="preserve">[29:05] </w:t>
      </w:r>
      <w:r>
        <w:t>kyunke woh in terms of result, woh chain reaction paida karta hai.</w:t>
      </w:r>
    </w:p>
    <w:p>
      <w:pPr>
        <w:jc w:val="right"/>
      </w:pPr>
      <w:r>
        <w:t>کیونکہ وہ ان ٹرمز آف رزلٹ، وہ چین ری ایکشن پیدا کرتا ہے۔</w:t>
      </w:r>
    </w:p>
    <w:p>
      <w:r>
        <w:rPr>
          <w:b/>
        </w:rPr>
        <w:t xml:space="preserve">[29:11] </w:t>
      </w:r>
      <w:r>
        <w:t>aap doosre se chheen'ne ki koshish karte hain to woh bhi aap se chheen'ne ki koshish karta hai.</w:t>
      </w:r>
    </w:p>
    <w:p>
      <w:pPr>
        <w:jc w:val="right"/>
      </w:pPr>
      <w:r>
        <w:t>آپ دوسرے سے چھیننے کی کوشش کرتے ہیں تو وہ بھی آپ سے چھیننے کی کوشش کرتا ہے۔</w:t>
      </w:r>
    </w:p>
    <w:p>
      <w:r>
        <w:rPr>
          <w:b/>
        </w:rPr>
        <w:t xml:space="preserve">[29:19] </w:t>
      </w:r>
      <w:r>
        <w:t>to nateeje ke aitbaar se ladaai hamesha chain reaction par khatm hoti hai.</w:t>
      </w:r>
    </w:p>
    <w:p>
      <w:pPr>
        <w:jc w:val="right"/>
      </w:pPr>
      <w:r>
        <w:t>تو نتیجے کے اعتبار سے لڑائی ہمیشہ چین ری ایکشن پر ختم ہوتی ہے۔</w:t>
      </w:r>
    </w:p>
    <w:p>
      <w:r>
        <w:rPr>
          <w:b/>
        </w:rPr>
        <w:t xml:space="preserve">[29:26] </w:t>
      </w:r>
      <w:r>
        <w:t>to aap paate kuch bhi nahin, balkeh jo paaya hua hai us ko kho dete hain.</w:t>
      </w:r>
    </w:p>
    <w:p>
      <w:pPr>
        <w:jc w:val="right"/>
      </w:pPr>
      <w:r>
        <w:t>تو آپ پاتے کچھ بھی نہیں، بلکہ جو پایا ہوا ہے اس کو کھو دیتے ہیں۔</w:t>
      </w:r>
    </w:p>
    <w:p>
      <w:r>
        <w:rPr>
          <w:b/>
        </w:rPr>
        <w:t xml:space="preserve">[29:34] </w:t>
      </w:r>
      <w:r>
        <w:t>to Adam ne ladaai nahin chhoDi, shikwa shikayat nahin chhoDa, woh ghussa nahin hue.</w:t>
      </w:r>
    </w:p>
    <w:p>
      <w:pPr>
        <w:jc w:val="right"/>
      </w:pPr>
      <w:r>
        <w:t>تو آدم نے لڑائی نہیں چھوڑی، شکوہ شکایت نہیں چھوڑا، وہ غصہ نہیں ہوئے۔</w:t>
      </w:r>
    </w:p>
    <w:p>
      <w:r>
        <w:rPr>
          <w:b/>
        </w:rPr>
        <w:t xml:space="preserve">[29:42] </w:t>
      </w:r>
      <w:r>
        <w:t>سب کچھ انہوں نے برا کر کے repentance کا طریقہ اختیار کیا۔</w:t>
      </w:r>
    </w:p>
    <w:p>
      <w:pPr>
        <w:jc w:val="right"/>
      </w:pPr>
      <w:r>
        <w:t>سب کچھ انہوں نے برا کر کے ریپریٹنس کا طریقہ اختیار کیا۔</w:t>
      </w:r>
    </w:p>
    <w:p>
      <w:r>
        <w:rPr>
          <w:b/>
        </w:rPr>
        <w:t xml:space="preserve">[29:47] </w:t>
      </w:r>
      <w:r>
        <w:t>dua karne lagay.</w:t>
      </w:r>
    </w:p>
    <w:p>
      <w:pPr>
        <w:jc w:val="right"/>
      </w:pPr>
      <w:r>
        <w:t>دعا کرنے لگے۔</w:t>
      </w:r>
    </w:p>
    <w:p>
      <w:r>
        <w:rPr>
          <w:b/>
        </w:rPr>
        <w:t xml:space="preserve">[29:52] </w:t>
      </w:r>
      <w:r>
        <w:t>دعا کو آج کل کی زبان میں کہوں گا peaceful method کو اپناتے ہوئے re-planning.</w:t>
      </w:r>
    </w:p>
    <w:p>
      <w:pPr>
        <w:jc w:val="right"/>
      </w:pPr>
      <w:r>
        <w:t>دعا کو آج کل کی زبان میں کہوں گا پیس فل میتھڈ کو اپناتے ہوئے ری پلاننگ۔</w:t>
      </w:r>
    </w:p>
    <w:p>
      <w:r>
        <w:rPr>
          <w:b/>
        </w:rPr>
        <w:t xml:space="preserve">[29:57] </w:t>
      </w:r>
      <w:r>
        <w:t>dua sirf alfaaz bolne ka naam nahin hai.</w:t>
      </w:r>
    </w:p>
    <w:p>
      <w:pPr>
        <w:jc w:val="right"/>
      </w:pPr>
      <w:r>
        <w:t>دعا صرف الفاظ بولنے کا نام نہیں ہے۔</w:t>
      </w:r>
    </w:p>
    <w:p>
      <w:r>
        <w:rPr>
          <w:b/>
        </w:rPr>
        <w:t xml:space="preserve">[30:02] </w:t>
      </w:r>
      <w:r>
        <w:t>دعا کا مطلب ہے peaceful method کو اپنانے ہوئے تھے۔</w:t>
      </w:r>
    </w:p>
    <w:p>
      <w:pPr>
        <w:jc w:val="right"/>
      </w:pPr>
      <w:r>
        <w:t>دعا کا مطلب ہے پیس فل میتھڈ کو اپنانے ہوئے تھے۔</w:t>
      </w:r>
    </w:p>
    <w:p>
      <w:r>
        <w:rPr>
          <w:b/>
        </w:rPr>
        <w:t xml:space="preserve">[30:07] </w:t>
      </w:r>
      <w:r>
        <w:t>peaceful method ko</w:t>
      </w:r>
    </w:p>
    <w:p>
      <w:pPr>
        <w:jc w:val="right"/>
      </w:pPr>
      <w:r>
        <w:t>پیس فل میتھڈ کو</w:t>
      </w:r>
    </w:p>
    <w:p>
      <w:r>
        <w:rPr>
          <w:b/>
        </w:rPr>
        <w:t xml:space="preserve">[30:12] </w:t>
      </w:r>
      <w:r>
        <w:t>apnaate hue replanning karna.</w:t>
      </w:r>
    </w:p>
    <w:p>
      <w:pPr>
        <w:jc w:val="right"/>
      </w:pPr>
      <w:r>
        <w:t>اپناتے ہوئے ری پلاننگ کرنا۔</w:t>
      </w:r>
    </w:p>
    <w:p>
      <w:r>
        <w:rPr>
          <w:b/>
        </w:rPr>
        <w:t xml:space="preserve">[30:17] </w:t>
      </w:r>
      <w:r>
        <w:t>yeh hai dua.</w:t>
      </w:r>
    </w:p>
    <w:p>
      <w:pPr>
        <w:jc w:val="right"/>
      </w:pPr>
      <w:r>
        <w:t>یہ ہے دعا۔</w:t>
      </w:r>
    </w:p>
    <w:p>
      <w:r>
        <w:rPr>
          <w:b/>
        </w:rPr>
        <w:t xml:space="preserve">[30:21] </w:t>
      </w:r>
      <w:r>
        <w:t>dua ka matlab yeh nahin ke kuch alfaaz yaad kar liye, usi ko dohra rahe hain.</w:t>
      </w:r>
    </w:p>
    <w:p>
      <w:pPr>
        <w:jc w:val="right"/>
      </w:pPr>
      <w:r>
        <w:t>دعا کا مطلب یہ نہیں کہ کچھ الفاظ یاد کر لیے، اسی کو دہرا رہے ہیں۔</w:t>
      </w:r>
    </w:p>
    <w:p>
      <w:r>
        <w:rPr>
          <w:b/>
        </w:rPr>
        <w:t xml:space="preserve">[30:25] </w:t>
      </w:r>
      <w:r>
        <w:t>kuch haTay hue alfaaz ko dohra rahe hain.</w:t>
      </w:r>
    </w:p>
    <w:p>
      <w:pPr>
        <w:jc w:val="right"/>
      </w:pPr>
      <w:r>
        <w:t>کچھ ہٹے ہوئے الفاظ کو دہرا رہے ہیں۔</w:t>
      </w:r>
    </w:p>
    <w:p>
      <w:r>
        <w:rPr>
          <w:b/>
        </w:rPr>
        <w:t xml:space="preserve">[30:30] </w:t>
      </w:r>
      <w:r>
        <w:t>yeh dua nahin hai.</w:t>
      </w:r>
    </w:p>
    <w:p>
      <w:pPr>
        <w:jc w:val="right"/>
      </w:pPr>
      <w:r>
        <w:t>یہ دعا نہیں ہے۔</w:t>
      </w:r>
    </w:p>
    <w:p>
      <w:r>
        <w:rPr>
          <w:b/>
        </w:rPr>
        <w:t xml:space="preserve">[30:34] </w:t>
      </w:r>
      <w:r>
        <w:t>dua ka matlab hai sochna, phir se sochna.</w:t>
      </w:r>
    </w:p>
    <w:p>
      <w:pPr>
        <w:jc w:val="right"/>
      </w:pPr>
      <w:r>
        <w:t>دعا کا مطلب ہے سوچنا، پھر سے سوچنا۔</w:t>
      </w:r>
    </w:p>
    <w:p>
      <w:r>
        <w:rPr>
          <w:b/>
        </w:rPr>
        <w:t xml:space="preserve">[30:38] </w:t>
      </w:r>
      <w:r>
        <w:t>dua ka matlab hai phir se sochna.</w:t>
      </w:r>
    </w:p>
    <w:p>
      <w:pPr>
        <w:jc w:val="right"/>
      </w:pPr>
      <w:r>
        <w:t>دعا کا مطلب ہے پھر سے سوچنا۔</w:t>
      </w:r>
    </w:p>
    <w:p>
      <w:r>
        <w:rPr>
          <w:b/>
        </w:rPr>
        <w:t xml:space="preserve">[30:43] </w:t>
      </w:r>
      <w:r>
        <w:t>dua ka matlab hai phir se sochna.</w:t>
      </w:r>
    </w:p>
    <w:p>
      <w:pPr>
        <w:jc w:val="right"/>
      </w:pPr>
      <w:r>
        <w:t>دعا کا مطلب ہے پھر سے سوچنا۔</w:t>
      </w:r>
    </w:p>
    <w:p>
      <w:r>
        <w:rPr>
          <w:b/>
        </w:rPr>
        <w:t xml:space="preserve">[30:51] </w:t>
      </w:r>
      <w:r>
        <w:t>apni ghalti ko discover karna.</w:t>
      </w:r>
    </w:p>
    <w:p>
      <w:pPr>
        <w:jc w:val="right"/>
      </w:pPr>
      <w:r>
        <w:t>اپنی غلطی کو ڈسکور کرنا۔</w:t>
      </w:r>
    </w:p>
    <w:p>
      <w:r>
        <w:rPr>
          <w:b/>
        </w:rPr>
        <w:t xml:space="preserve">[30:59] </w:t>
      </w:r>
      <w:r>
        <w:t>dua ka matlab hai apni ghalti ko discover karna.</w:t>
      </w:r>
    </w:p>
    <w:p>
      <w:pPr>
        <w:jc w:val="right"/>
      </w:pPr>
      <w:r>
        <w:t>دعا کا مطلب ہے اپنی غلطی کو ڈسکور کرنا۔</w:t>
      </w:r>
    </w:p>
    <w:p>
      <w:r>
        <w:rPr>
          <w:b/>
        </w:rPr>
        <w:t xml:space="preserve">[31:08] </w:t>
      </w:r>
      <w:r>
        <w:t>aur phir se zyada yani right way mein apne mamle ki re-planning karna.</w:t>
      </w:r>
    </w:p>
    <w:p>
      <w:pPr>
        <w:jc w:val="right"/>
      </w:pPr>
      <w:r>
        <w:t>اور پھر سے زیادہ یعنی رائٹ وے میں اپنے معاملے کی ری پلاننگ کرنا۔</w:t>
      </w:r>
    </w:p>
    <w:p>
      <w:r>
        <w:rPr>
          <w:b/>
        </w:rPr>
        <w:t xml:space="preserve">[31:16] </w:t>
      </w:r>
      <w:r>
        <w:t>to jab aadmi aisa kare to yeh law of nature hai.</w:t>
      </w:r>
    </w:p>
    <w:p>
      <w:pPr>
        <w:jc w:val="right"/>
      </w:pPr>
      <w:r>
        <w:t>تو جب آدمی ایسا کرے تو یہ لاء آف نیچر ہے۔</w:t>
      </w:r>
    </w:p>
    <w:p>
      <w:r>
        <w:rPr>
          <w:b/>
        </w:rPr>
        <w:t xml:space="preserve">[31:21] </w:t>
      </w:r>
      <w:r>
        <w:t>law of nature hai ke aadmi zaroor kaamyaab hota hai.</w:t>
      </w:r>
    </w:p>
    <w:p>
      <w:pPr>
        <w:jc w:val="right"/>
      </w:pPr>
      <w:r>
        <w:t>لاء آف نیچر ہے کہ آدمی ضرور کامیاب ہوتا ہے۔</w:t>
      </w:r>
    </w:p>
    <w:p>
      <w:r>
        <w:rPr>
          <w:b/>
        </w:rPr>
        <w:t xml:space="preserve">[31:26] </w:t>
      </w:r>
      <w:r>
        <w:t>zaroor kaamyaab hota hai.</w:t>
      </w:r>
    </w:p>
    <w:p>
      <w:pPr>
        <w:jc w:val="right"/>
      </w:pPr>
      <w:r>
        <w:t>ضرور کامیاب ہوتا ہے۔</w:t>
      </w:r>
    </w:p>
    <w:p>
      <w:r>
        <w:rPr>
          <w:b/>
        </w:rPr>
        <w:t xml:space="preserve">[31:31] </w:t>
      </w:r>
      <w:r>
        <w:t>سچ پوچھیں تو دعا کا آغاز ہوتا ہے repentance، repentence سے۔</w:t>
      </w:r>
    </w:p>
    <w:p>
      <w:pPr>
        <w:jc w:val="right"/>
      </w:pPr>
      <w:r>
        <w:t>سچ پوچھیں تو دعا کا آغاز ہوتا ہے ریپینڈنس، ریپریٹنس سے۔</w:t>
      </w:r>
    </w:p>
    <w:p>
      <w:r>
        <w:rPr>
          <w:b/>
        </w:rPr>
        <w:t xml:space="preserve">[31:36] </w:t>
      </w:r>
      <w:r>
        <w:t>Dua ka aaghaz hota hai yeh kehne se ke I was wrong.</w:t>
      </w:r>
    </w:p>
    <w:p>
      <w:pPr>
        <w:jc w:val="right"/>
      </w:pPr>
      <w:r>
        <w:t>دعا کا آغاز ہوتا ہے یہ کہنے سے کہ آئی واز رونگ۔</w:t>
      </w:r>
    </w:p>
    <w:p>
      <w:r>
        <w:rPr>
          <w:b/>
        </w:rPr>
        <w:t xml:space="preserve">[31:41] </w:t>
      </w:r>
      <w:r>
        <w:t>اگر آپ I was wrong نہ کر سکیں تو</w:t>
      </w:r>
    </w:p>
    <w:p>
      <w:pPr>
        <w:jc w:val="right"/>
      </w:pPr>
      <w:r>
        <w:t>اگر آپ آئی واز رونگ نہ کر سکیں تو</w:t>
      </w:r>
    </w:p>
    <w:p>
      <w:r>
        <w:rPr>
          <w:b/>
        </w:rPr>
        <w:t xml:space="preserve">[31:46] </w:t>
      </w:r>
      <w:r>
        <w:t>aap dua bhi nahin kar sakte.</w:t>
      </w:r>
    </w:p>
    <w:p>
      <w:pPr>
        <w:jc w:val="right"/>
      </w:pPr>
      <w:r>
        <w:t>آپ دعا بھی نہیں کر سکتے۔</w:t>
      </w:r>
    </w:p>
    <w:p>
      <w:r>
        <w:rPr>
          <w:b/>
        </w:rPr>
        <w:t xml:space="preserve">[31:53] </w:t>
      </w:r>
      <w:r>
        <w:t>دعا کا آغاز ہوتا ہے repentance سے۔</w:t>
      </w:r>
    </w:p>
    <w:p>
      <w:pPr>
        <w:jc w:val="right"/>
      </w:pPr>
      <w:r>
        <w:t>دعا کا آغاز ہوتا ہے ریپینڈنس سے۔</w:t>
      </w:r>
    </w:p>
    <w:p>
      <w:r>
        <w:rPr>
          <w:b/>
        </w:rPr>
        <w:t xml:space="preserve">[32:00] </w:t>
      </w:r>
      <w:r>
        <w:t>اور repentance جب آتی ہے تو replanning آتی ہے۔</w:t>
      </w:r>
    </w:p>
    <w:p>
      <w:pPr>
        <w:jc w:val="right"/>
      </w:pPr>
      <w:r>
        <w:t>اور ریپینڈنس جب آتی ہے تو ری پلاننگ آتی ہے۔</w:t>
      </w:r>
    </w:p>
    <w:p>
      <w:r>
        <w:rPr>
          <w:b/>
        </w:rPr>
        <w:t xml:space="preserve">[32:07] </w:t>
      </w:r>
      <w:r>
        <w:t>yeh sari baatein adam ke qisse mein mein maujood hain aur is ko aap soch kar ke, ghor</w:t>
      </w:r>
    </w:p>
    <w:p>
      <w:pPr>
        <w:jc w:val="right"/>
      </w:pPr>
      <w:r>
        <w:t>یہ ساری باتیں آدم کے قصے میں میں موجود ہیں اور اس کو آپ سوچ کر کے، غور</w:t>
      </w:r>
    </w:p>
    <w:p>
      <w:r>
        <w:rPr>
          <w:b/>
        </w:rPr>
        <w:t xml:space="preserve">[32:14] </w:t>
      </w:r>
      <w:r>
        <w:t>o fikr kar ke discover kar sakte hain.</w:t>
      </w:r>
    </w:p>
    <w:p>
      <w:pPr>
        <w:jc w:val="right"/>
      </w:pPr>
      <w:r>
        <w:t>و فکر کر کے ڈسکور کر سکتے ہیں۔</w:t>
      </w:r>
    </w:p>
    <w:p>
      <w:r>
        <w:rPr>
          <w:b/>
        </w:rPr>
        <w:t xml:space="preserve">[32:20] </w:t>
      </w:r>
      <w:r>
        <w:t>to yeh yeh dunya jo Allah ne banai hai.</w:t>
      </w:r>
    </w:p>
    <w:p>
      <w:pPr>
        <w:jc w:val="right"/>
      </w:pPr>
      <w:r>
        <w:t>تو یہ یہ دنیا جو اللہ نے بنائی ہے۔</w:t>
      </w:r>
    </w:p>
    <w:p>
      <w:r>
        <w:rPr>
          <w:b/>
        </w:rPr>
        <w:t xml:space="preserve">[32:27] </w:t>
      </w:r>
      <w:r>
        <w:t>to shuru hi mein bata diya hai ke jo tawali kiya hai.</w:t>
      </w:r>
    </w:p>
    <w:p>
      <w:pPr>
        <w:jc w:val="right"/>
      </w:pPr>
      <w:r>
        <w:t>تو شروع ہی میں بتا دیا ہے کہ جو توالی کیا ہے۔</w:t>
      </w:r>
    </w:p>
    <w:p>
      <w:r>
        <w:rPr>
          <w:b/>
        </w:rPr>
        <w:t xml:space="preserve">[32:33] </w:t>
      </w:r>
      <w:r>
        <w:t>jab adam ko kaha gaya ke sara bagh jo hai woh is mein tum ghoom phiro, is mein</w:t>
      </w:r>
    </w:p>
    <w:p>
      <w:pPr>
        <w:jc w:val="right"/>
      </w:pPr>
      <w:r>
        <w:t>جب آدم کو کہا گیا کہ سارا باغ جو ہے وہ اس میں تم گھوم پھرو، اس میں</w:t>
      </w:r>
    </w:p>
    <w:p>
      <w:r>
        <w:rPr>
          <w:b/>
        </w:rPr>
        <w:t xml:space="preserve">[32:39] </w:t>
      </w:r>
      <w:r>
        <w:t>faida uthao, lekin ek forbidden tree hai, us ke paas na jana.</w:t>
      </w:r>
    </w:p>
    <w:p>
      <w:pPr>
        <w:jc w:val="right"/>
      </w:pPr>
      <w:r>
        <w:t>فائدہ اٹھاؤ، لیکن ایک فائبرنٹ ٹری ہے، اس کے پاس نہ جانا۔</w:t>
      </w:r>
    </w:p>
    <w:p>
      <w:r>
        <w:rPr>
          <w:b/>
        </w:rPr>
        <w:t xml:space="preserve">[32:46] </w:t>
      </w:r>
      <w:r>
        <w:t>us ke mani hain ke</w:t>
      </w:r>
    </w:p>
    <w:p>
      <w:pPr>
        <w:jc w:val="right"/>
      </w:pPr>
      <w:r>
        <w:t>اس کے معنی ہیں کہ</w:t>
      </w:r>
    </w:p>
    <w:p>
      <w:r>
        <w:rPr>
          <w:b/>
        </w:rPr>
        <w:t xml:space="preserve">[32:52] </w:t>
      </w:r>
      <w:r>
        <w:t>dunya agarche aap ke liye banai gayi hai, insan ke liye banai gayi hai, dunya aaj aap ke</w:t>
      </w:r>
    </w:p>
    <w:p>
      <w:pPr>
        <w:jc w:val="right"/>
      </w:pPr>
      <w:r>
        <w:t>دنیا اگرچہ آپ کے لیے بنائی گئی ہے، انسان کے لیے بنائی گئی ہے، دنیا آج آپ کے</w:t>
      </w:r>
    </w:p>
    <w:p>
      <w:r>
        <w:rPr>
          <w:b/>
        </w:rPr>
        <w:t xml:space="preserve">[32:58] </w:t>
      </w:r>
      <w:r>
        <w:t>liye achhi baaton se bhari hui hai, yeh phir bhi ek forbidden tree hai.</w:t>
      </w:r>
    </w:p>
    <w:p>
      <w:pPr>
        <w:jc w:val="right"/>
      </w:pPr>
      <w:r>
        <w:t>لیے اچھی باتوں سے بھری ہوئی ہے، یہ پھر بھی ایک فائبرنٹ ٹری ہے۔</w:t>
      </w:r>
    </w:p>
    <w:p>
      <w:r>
        <w:rPr>
          <w:b/>
        </w:rPr>
        <w:t xml:space="preserve">[33:03] </w:t>
      </w:r>
      <w:r>
        <w:t>dunya kehte hain yeh achhi ho, lekin aap ke liye phir bhi us ke andar forbidden tree hai.</w:t>
      </w:r>
    </w:p>
    <w:p>
      <w:pPr>
        <w:jc w:val="right"/>
      </w:pPr>
      <w:r>
        <w:t>دنیا کہتے ہیں یہ اچھی ہو، لیکن آپ کے لیے پھر بھی اس کے اندر فائبرنٹ ٹری ہے۔</w:t>
      </w:r>
    </w:p>
    <w:p>
      <w:r>
        <w:rPr>
          <w:b/>
        </w:rPr>
        <w:t xml:space="preserve">[33:09] </w:t>
      </w:r>
      <w:r>
        <w:t>yeh to jannat mein nahi hoga.</w:t>
      </w:r>
    </w:p>
    <w:p>
      <w:pPr>
        <w:jc w:val="right"/>
      </w:pPr>
      <w:r>
        <w:t>یہ تو جنت میں نہیں ہوگا۔</w:t>
      </w:r>
    </w:p>
    <w:p>
      <w:r>
        <w:rPr>
          <w:b/>
        </w:rPr>
        <w:t xml:space="preserve">[33:15] </w:t>
      </w:r>
      <w:r>
        <w:t>jannat mein koi forbidden tree nahi hoga.</w:t>
      </w:r>
    </w:p>
    <w:p>
      <w:pPr>
        <w:jc w:val="right"/>
      </w:pPr>
      <w:r>
        <w:t>جنت میں کوئی فائبرنٹ ٹری نہیں ہوگا۔</w:t>
      </w:r>
    </w:p>
    <w:p>
      <w:r>
        <w:rPr>
          <w:b/>
        </w:rPr>
        <w:t xml:space="preserve">[33:21] </w:t>
      </w:r>
      <w:r>
        <w:t>lekin dunya mein to hai.</w:t>
      </w:r>
    </w:p>
    <w:p>
      <w:pPr>
        <w:jc w:val="right"/>
      </w:pPr>
      <w:r>
        <w:t>لیکن دنیا میں تو ہے۔</w:t>
      </w:r>
    </w:p>
    <w:p>
      <w:r>
        <w:rPr>
          <w:b/>
        </w:rPr>
        <w:t xml:space="preserve">[33:27] </w:t>
      </w:r>
      <w:r>
        <w:t>to main samajhta hoon ke sab se bari wisdom yeh hai ke aap jaanen ke dunya mein aap ke liye forbidden tree kya hai. is dunya mein kamyab zindagi ke liye pehla step yeh dunya hum ko mili hai rehne ke liye. yahan paida hone ke baad hum rehte hain. to yahan sab se pehli ba</w:t>
      </w:r>
    </w:p>
    <w:p>
      <w:pPr>
        <w:jc w:val="right"/>
      </w:pPr>
      <w:r>
        <w:t>تو میں سمجھتا ہوں کہ سب سے بڑی وزڈم یہ ہے کہ آپ جانیں کہ دنیا میں آپ کے لیے فائبرنٹ ٹری کیا ہے۔ اس دنیا میں کامیاب زندگی کے لیے پہلا سٹیپ یہ دنیا ہم کو ملی ہے رہنے کے لیے۔ یہاں پیدا ہونے کے بعد ہم رہتے ہیں۔ تو یہاں سب سے پہلی ب</w:t>
      </w:r>
    </w:p>
    <w:p>
      <w:r>
        <w:rPr>
          <w:b/>
        </w:rPr>
        <w:t xml:space="preserve">[33:57] </w:t>
      </w:r>
      <w:r>
        <w:t>it janne ki yeh hai ke hamare liye yahan forbidden tree kya hai.</w:t>
      </w:r>
    </w:p>
    <w:p>
      <w:pPr>
        <w:jc w:val="right"/>
      </w:pPr>
      <w:r>
        <w:t>ات جاننے کی یہ ہے کہ ہمارے لیے یہاں فائبرنٹ ٹری کیا ہے۔</w:t>
      </w:r>
    </w:p>
    <w:p>
      <w:r>
        <w:rPr>
          <w:b/>
        </w:rPr>
        <w:t xml:space="preserve">[34:03] </w:t>
      </w:r>
      <w:r>
        <w:t>yeh yeh janna badi baat nahi hai ke itne sare peR hamare liye hain ya itna bada bagh</w:t>
      </w:r>
    </w:p>
    <w:p>
      <w:pPr>
        <w:jc w:val="right"/>
      </w:pPr>
      <w:r>
        <w:t>یہ یہ جاننا بڑی بات نہیں ہے کہ اتنے سارے پیڑ ہمارے لیے ہیں یا اتنا بڑا باغ</w:t>
      </w:r>
    </w:p>
    <w:p>
      <w:r>
        <w:rPr>
          <w:b/>
        </w:rPr>
        <w:t xml:space="preserve">[34:09] </w:t>
      </w:r>
      <w:r>
        <w:t>hamare liye hai.</w:t>
      </w:r>
    </w:p>
    <w:p>
      <w:pPr>
        <w:jc w:val="right"/>
      </w:pPr>
      <w:r>
        <w:t>ہمارے لیے ہے۔</w:t>
      </w:r>
    </w:p>
    <w:p>
      <w:r>
        <w:rPr>
          <w:b/>
        </w:rPr>
        <w:t xml:space="preserve">[34:15] </w:t>
      </w:r>
      <w:r>
        <w:t>balkeh yeh janna ke kaun sa tree jo hai woh hamare liye forbidden tree hai.</w:t>
      </w:r>
    </w:p>
    <w:p>
      <w:pPr>
        <w:jc w:val="right"/>
      </w:pPr>
      <w:r>
        <w:t>بلکہ یہ جاننا کہ کون سا ٹری جو ہے وہ ہمارے لیے فائبرنٹ ٹری ہے۔</w:t>
      </w:r>
    </w:p>
    <w:p>
      <w:r>
        <w:rPr>
          <w:b/>
        </w:rPr>
        <w:t xml:space="preserve">[34:22] </w:t>
      </w:r>
      <w:r>
        <w:t>kyunke ek peR se bekhabar ho jayein, agar aap sari jannat kho jaye gi.</w:t>
      </w:r>
    </w:p>
    <w:p>
      <w:pPr>
        <w:jc w:val="right"/>
      </w:pPr>
      <w:r>
        <w:t>کیونکہ ایک پیڑ سے بے خبر ہو جائیں، اگر آپ ساری جنت کھو جائے گی۔</w:t>
      </w:r>
    </w:p>
    <w:p>
      <w:r>
        <w:rPr>
          <w:b/>
        </w:rPr>
        <w:t xml:space="preserve">[34:28] </w:t>
      </w:r>
      <w:r>
        <w:t>aap ghor kijiye, yeh kitni badi baat hai ke adam ko Allah ne kaha tha ke sara bagh</w:t>
      </w:r>
    </w:p>
    <w:p>
      <w:pPr>
        <w:jc w:val="right"/>
      </w:pPr>
      <w:r>
        <w:t>آپ غور کیجیے، یہ کتنی بڑی بات ہے کہ آدم کو اللہ نے کہا تھا کہ سارا باغ</w:t>
      </w:r>
    </w:p>
    <w:p>
      <w:r>
        <w:rPr>
          <w:b/>
        </w:rPr>
        <w:t xml:space="preserve">[34:33] </w:t>
      </w:r>
      <w:r>
        <w:t>tumhare liye hai.</w:t>
      </w:r>
    </w:p>
    <w:p>
      <w:pPr>
        <w:jc w:val="right"/>
      </w:pPr>
      <w:r>
        <w:t>تمہارے لیے ہے۔</w:t>
      </w:r>
    </w:p>
    <w:p>
      <w:r>
        <w:rPr>
          <w:b/>
        </w:rPr>
        <w:t xml:space="preserve">[34:38] </w:t>
      </w:r>
      <w:r>
        <w:t>yeh jannat ka bagh jo hai, woh sab ka sab tumhare liye hai.</w:t>
      </w:r>
    </w:p>
    <w:p>
      <w:pPr>
        <w:jc w:val="right"/>
      </w:pPr>
      <w:r>
        <w:t>یہ جنت کا باغ جو ہے، وہ سب کا سب تمہارے لیے ہے۔</w:t>
      </w:r>
    </w:p>
    <w:p>
      <w:r>
        <w:rPr>
          <w:b/>
        </w:rPr>
        <w:t xml:space="preserve">[34:43] </w:t>
      </w:r>
      <w:r>
        <w:t>sirf ek ek peR ko forbidden qarar de diya gaya tha.</w:t>
      </w:r>
    </w:p>
    <w:p>
      <w:pPr>
        <w:jc w:val="right"/>
      </w:pPr>
      <w:r>
        <w:t>صرف ایک ایک پیڑ کو فائبرنٹ قرار دے دیا گیا تھا۔</w:t>
      </w:r>
    </w:p>
    <w:p>
      <w:r>
        <w:rPr>
          <w:b/>
        </w:rPr>
        <w:t xml:space="preserve">[34:48] </w:t>
      </w:r>
      <w:r>
        <w:t>to kaisi ajib baat hai ke ek peR ko khone se sara bagh kho gaya.</w:t>
      </w:r>
    </w:p>
    <w:p>
      <w:pPr>
        <w:jc w:val="right"/>
      </w:pPr>
      <w:r>
        <w:t>تو کیسی عجیب بات ہے کہ ایک پیڑ کو کھونے سے سارا باغ کھو گیا۔</w:t>
      </w:r>
    </w:p>
    <w:p>
      <w:r>
        <w:rPr>
          <w:b/>
        </w:rPr>
        <w:t xml:space="preserve">[34:53] </w:t>
      </w:r>
      <w:r>
        <w:t>yeh bahut bada</w:t>
      </w:r>
    </w:p>
    <w:p>
      <w:pPr>
        <w:jc w:val="right"/>
      </w:pPr>
      <w:r>
        <w:t>یہ بہت بڑا</w:t>
      </w:r>
    </w:p>
    <w:p>
      <w:r>
        <w:rPr>
          <w:b/>
        </w:rPr>
        <w:t xml:space="preserve">[34:58] </w:t>
      </w:r>
      <w:r>
        <w:t>sabak hai is ke andar.</w:t>
      </w:r>
    </w:p>
    <w:p>
      <w:pPr>
        <w:jc w:val="right"/>
      </w:pPr>
      <w:r>
        <w:t>سبق ہے اس کے اندر۔</w:t>
      </w:r>
    </w:p>
    <w:p>
      <w:r>
        <w:rPr>
          <w:b/>
        </w:rPr>
        <w:t xml:space="preserve">[35:04] </w:t>
      </w:r>
      <w:r>
        <w:t>ek peR ko khone se sara bagh khoya gaya.</w:t>
      </w:r>
    </w:p>
    <w:p>
      <w:pPr>
        <w:jc w:val="right"/>
      </w:pPr>
      <w:r>
        <w:t>ایک پیڑ کو کھونے سے سارا باغ کھویا گیا۔</w:t>
      </w:r>
    </w:p>
    <w:p>
      <w:r>
        <w:rPr>
          <w:b/>
        </w:rPr>
        <w:t xml:space="preserve">[35:10] </w:t>
      </w:r>
      <w:r>
        <w:t>to is dunya mein ek ghalti karne se aap ko sab kuch khoya, khone ka rizq khoya ho jayega.</w:t>
      </w:r>
    </w:p>
    <w:p>
      <w:pPr>
        <w:jc w:val="right"/>
      </w:pPr>
      <w:r>
        <w:t>تو اس دنیا میں ایک غلطی کرنے سے آپ کو سب کچھ کھویا، کھونے کا رزق کھویا ہو جائے گا۔</w:t>
      </w:r>
    </w:p>
    <w:p>
      <w:r>
        <w:rPr>
          <w:b/>
        </w:rPr>
        <w:t xml:space="preserve">[35:16] </w:t>
      </w:r>
      <w:r>
        <w:t>is dunya mein yaad rakhiye, yeh ek bohat bara sabak hai adam ke qisse mein ke aap ne</w:t>
      </w:r>
    </w:p>
    <w:p>
      <w:pPr>
        <w:jc w:val="right"/>
      </w:pPr>
      <w:r>
        <w:t>اس دنیا میں یاد رکھیے، یہ ایک بہت بڑا سبق ہے آدم کے قصے میں کہ آپ نے</w:t>
      </w:r>
    </w:p>
    <w:p>
      <w:r>
        <w:rPr>
          <w:b/>
        </w:rPr>
        <w:t xml:space="preserve">[35:23] </w:t>
      </w:r>
      <w:r>
        <w:t>agar ek ghalti kar dali</w:t>
      </w:r>
    </w:p>
    <w:p>
      <w:pPr>
        <w:jc w:val="right"/>
      </w:pPr>
      <w:r>
        <w:t>اگر ایک غلطی کر ڈالی</w:t>
      </w:r>
    </w:p>
    <w:p>
      <w:r>
        <w:rPr>
          <w:b/>
        </w:rPr>
        <w:t xml:space="preserve">[35:29] </w:t>
      </w:r>
      <w:r>
        <w:t>تو ایک غلطی کرنے سے سارے opportunity آپ کو کھو جائے گی۔</w:t>
      </w:r>
    </w:p>
    <w:p>
      <w:pPr>
        <w:jc w:val="right"/>
      </w:pPr>
      <w:r>
        <w:t>تو ایک غلطی کرنے سے سارے اپرچونیٹی آپ کو کھو جائے گی۔</w:t>
      </w:r>
    </w:p>
    <w:p>
      <w:r>
        <w:rPr>
          <w:b/>
        </w:rPr>
        <w:t xml:space="preserve">[35:35] </w:t>
      </w:r>
      <w:r>
        <w:t>یعنی آپ کے لیے اگر سو اپرچونیٹی ہے، hundred opportunities ہیں، تو ایک معاملے میں وہ غلطی کر</w:t>
      </w:r>
    </w:p>
    <w:p>
      <w:pPr>
        <w:jc w:val="right"/>
      </w:pPr>
      <w:r>
        <w:t>یعنی آپ کے لیے اگر سو اپرچونیٹی ہے، ہنڈرڈ اپرچونیٹیز ہیں، تو ایک معاملے میں وہ غلطی کر</w:t>
      </w:r>
    </w:p>
    <w:p>
      <w:r>
        <w:rPr>
          <w:b/>
        </w:rPr>
        <w:t xml:space="preserve">[35:41] </w:t>
      </w:r>
      <w:r>
        <w:t>جائیں تو 99 opportunities آپ کی کھوئی گئی۔</w:t>
      </w:r>
    </w:p>
    <w:p>
      <w:pPr>
        <w:jc w:val="right"/>
      </w:pPr>
      <w:r>
        <w:t>جائیں تو 99 اپرچونیٹیز آپ کی کھوئی گئی۔</w:t>
      </w:r>
    </w:p>
    <w:p>
      <w:r>
        <w:rPr>
          <w:b/>
        </w:rPr>
        <w:t xml:space="preserve">[35:48] </w:t>
      </w:r>
      <w:r>
        <w:t>to phir shikayat karne se koi faida nahin.</w:t>
      </w:r>
    </w:p>
    <w:p>
      <w:pPr>
        <w:jc w:val="right"/>
      </w:pPr>
      <w:r>
        <w:t>تو پھر شکایت کرنے سے کوئی فائدہ نہیں۔</w:t>
      </w:r>
    </w:p>
    <w:p>
      <w:r>
        <w:rPr>
          <w:b/>
        </w:rPr>
        <w:t xml:space="preserve">[35:54] </w:t>
      </w:r>
      <w:r>
        <w:t>yani agar aap</w:t>
      </w:r>
    </w:p>
    <w:p>
      <w:pPr>
        <w:jc w:val="right"/>
      </w:pPr>
      <w:r>
        <w:t>یعنی اگر آپ</w:t>
      </w:r>
    </w:p>
    <w:p>
      <w:r>
        <w:rPr>
          <w:b/>
        </w:rPr>
        <w:t xml:space="preserve">[36:01] </w:t>
      </w:r>
      <w:r>
        <w:t>ایک معاملے میں غلطی کر جائیں اور آپ سے 99 چیزیں کھو جائیں تو آپ solve کریں، complain</w:t>
      </w:r>
    </w:p>
    <w:p>
      <w:pPr>
        <w:jc w:val="right"/>
      </w:pPr>
      <w:r>
        <w:t>ایک معاملے میں غلطی کر جائیں اور آپ سے 99 چیزیں کھو جائیں تو آپ سول کریں، کمپلینٹ</w:t>
      </w:r>
    </w:p>
    <w:p>
      <w:r>
        <w:rPr>
          <w:b/>
        </w:rPr>
        <w:t xml:space="preserve">[36:07] </w:t>
      </w:r>
      <w:r>
        <w:t>ka ek hangama karen, larai chhoden to is se kuch hone wala nahin hai.</w:t>
      </w:r>
    </w:p>
    <w:p>
      <w:pPr>
        <w:jc w:val="right"/>
      </w:pPr>
      <w:r>
        <w:t>کا ایک ہنگامہ کریں، لڑائی چھوڑیں تو اس سے کچھ ہونے والا نہیں ہے۔</w:t>
      </w:r>
    </w:p>
    <w:p>
      <w:r>
        <w:rPr>
          <w:b/>
        </w:rPr>
        <w:t xml:space="preserve">[36:13] </w:t>
      </w:r>
      <w:r>
        <w:t>kuch bhi hone wala nahin hai.</w:t>
      </w:r>
    </w:p>
    <w:p>
      <w:pPr>
        <w:jc w:val="right"/>
      </w:pPr>
      <w:r>
        <w:t>کچھ بھی ہونے والا نہیں ہے۔</w:t>
      </w:r>
    </w:p>
    <w:p>
      <w:r>
        <w:rPr>
          <w:b/>
        </w:rPr>
        <w:t xml:space="preserve">[36:20] </w:t>
      </w:r>
      <w:r>
        <w:t>kyunke is dunya mein ek hi ghalti hai par sab kuch khoya jata hai.</w:t>
      </w:r>
    </w:p>
    <w:p>
      <w:pPr>
        <w:jc w:val="right"/>
      </w:pPr>
      <w:r>
        <w:t>کیونکہ اس دنیا میں ایک ہی غلطی ہے پر سب کچھ کھویا جاتا ہے۔</w:t>
      </w:r>
    </w:p>
    <w:p>
      <w:r>
        <w:rPr>
          <w:b/>
        </w:rPr>
        <w:t xml:space="preserve">[36:26] </w:t>
      </w:r>
      <w:r>
        <w:t>wo ho chuka, wo wo ghalti kar di aap ne.</w:t>
      </w:r>
    </w:p>
    <w:p>
      <w:pPr>
        <w:jc w:val="right"/>
      </w:pPr>
      <w:r>
        <w:t>وہ ہو چکا، وہ وہ غلطی کر دی آپ نے۔</w:t>
      </w:r>
    </w:p>
    <w:p>
      <w:r>
        <w:rPr>
          <w:b/>
        </w:rPr>
        <w:t xml:space="preserve">[36:32] </w:t>
      </w:r>
      <w:r>
        <w:t>to Hazrat Adam ke qisse mein yeh bohat hi bara sabak hai ke ek tree ke khone se sara bagh aap kho denge. ek ghalti ho jaye to sab kuch aap se chhin jayega. is raaz ko janiye. aksar log kehte hain, arey bhai, woh ek hi baat hoti hai. jab is se khoya khoya jata hai kuch to kehte hain, woh ek hi baat to hui. ek</w:t>
      </w:r>
    </w:p>
    <w:p>
      <w:pPr>
        <w:jc w:val="right"/>
      </w:pPr>
      <w:r>
        <w:t>تو حضرت آدم کے قصے میں یہ بہت ہی بڑا سبق ہے کہ ایک ٹری کے کھونے سے سارا باغ آپ کھو دیں گے۔ ایک غلطی ہو جائے تو سب کچھ آپ سے چھن جائے گا۔ اس راز کو جانیے۔ اکثر لوگ کہتے ہیں، ارے بھئی، وہ ایک ہی بات ہوتی ہے۔ جب اس سے کھویا کھو جاتا ہے کچھ تو کہتے ہیں، وہ ایک ہی بات تو ہوئی۔ ایک</w:t>
      </w:r>
    </w:p>
    <w:p>
      <w:r>
        <w:rPr>
          <w:b/>
        </w:rPr>
        <w:t xml:space="preserve">[37:02] </w:t>
      </w:r>
      <w:r>
        <w:t>hi baat par sab kuch khoya jata hai is dunya mein.</w:t>
      </w:r>
    </w:p>
    <w:p>
      <w:pPr>
        <w:jc w:val="right"/>
      </w:pPr>
      <w:r>
        <w:t>ہی بات پر سب کچھ کھویا جاتا ہے اس دنیا میں۔</w:t>
      </w:r>
    </w:p>
    <w:p>
      <w:r>
        <w:rPr>
          <w:b/>
        </w:rPr>
        <w:t xml:space="preserve">[37:08] </w:t>
      </w:r>
      <w:r>
        <w:t>is dunya mein ek hi baat ke khone par sab kuch kho jata hai.</w:t>
      </w:r>
    </w:p>
    <w:p>
      <w:pPr>
        <w:jc w:val="right"/>
      </w:pPr>
      <w:r>
        <w:t>اس دنیا میں ایک ہی بات کے کھونے پر سب کچھ کھو جاتا ہے۔</w:t>
      </w:r>
    </w:p>
    <w:p>
      <w:r>
        <w:rPr>
          <w:b/>
        </w:rPr>
        <w:t xml:space="preserve">[37:14] </w:t>
      </w:r>
      <w:r>
        <w:t>aap jante hain ke adam jo the, unhon ne sirf ek peR ke mamle mein ghalti ki thi.</w:t>
      </w:r>
    </w:p>
    <w:p>
      <w:pPr>
        <w:jc w:val="right"/>
      </w:pPr>
      <w:r>
        <w:t>آپ جانتے ہیں کہ آدم جو تھے، انہوں نے صرف ایک پیڑ کے معاملے میں غلطی کی تھی۔</w:t>
      </w:r>
    </w:p>
    <w:p>
      <w:r>
        <w:rPr>
          <w:b/>
        </w:rPr>
        <w:t xml:space="preserve">[37:19] </w:t>
      </w:r>
      <w:r>
        <w:t>ek peR jo vibrant tree tha, us ke mamle mein.</w:t>
      </w:r>
    </w:p>
    <w:p>
      <w:pPr>
        <w:jc w:val="right"/>
      </w:pPr>
      <w:r>
        <w:t>ایک پیڑ جو فائبرنٹ ٹری تھا، اس کے معاملے میں۔</w:t>
      </w:r>
    </w:p>
    <w:p>
      <w:r>
        <w:rPr>
          <w:b/>
        </w:rPr>
        <w:t xml:space="preserve">[37:25] </w:t>
      </w:r>
      <w:r>
        <w:t>baqi bagh waise ke waise hi tha.</w:t>
      </w:r>
    </w:p>
    <w:p>
      <w:pPr>
        <w:jc w:val="right"/>
      </w:pPr>
      <w:r>
        <w:t>باقی باغ ویسے کے ویسے ہی تھا۔</w:t>
      </w:r>
    </w:p>
    <w:p>
      <w:r>
        <w:rPr>
          <w:b/>
        </w:rPr>
        <w:t xml:space="preserve">[37:31] </w:t>
      </w:r>
      <w:r>
        <w:t>aur baqi mamle mein wo theek thaak the.</w:t>
      </w:r>
    </w:p>
    <w:p>
      <w:pPr>
        <w:jc w:val="right"/>
      </w:pPr>
      <w:r>
        <w:t>اور باقی معاملے میں وہ ٹھیک ٹھاک تھے۔</w:t>
      </w:r>
    </w:p>
    <w:p>
      <w:r>
        <w:rPr>
          <w:b/>
        </w:rPr>
        <w:t xml:space="preserve">[37:36] </w:t>
      </w:r>
      <w:r>
        <w:t>baqiya jo peed the bagh mein, us ke mamle mein unhon ne koi ghalti nahi ki thi. ghalti ki thi sirf ek peed ke mamle mein. ek hi forbidden tree tha. to jo log aisa karte hain ke apni ghalti ko kam karne ke liye kehte hain, arey bhai, ek hi baat hoti hai, woh apni ghalti ko kam karne ke liye kehte hain ke ek hi baat hoti hai, woh to un ko janna cha</w:t>
      </w:r>
    </w:p>
    <w:p>
      <w:pPr>
        <w:jc w:val="right"/>
      </w:pPr>
      <w:r>
        <w:t>بقیہ جو پیڑ تھے باغ میں، اس کے معاملے میں انہوں نے کوئی غلطی نہیں کی تھی۔ غلطی کی تھی صرف ایک پیڑ کے معاملے میں۔ ایک ہی فائبرنٹ ٹری تھا۔ تو جو لوگ ایسا کرتے ہیں کہ اپنی غلطی کو کم کرنے کے لیے کہتے ہیں، ارے بھئی، ایک ہی بات ہوتی ہے، وہ اپنی غلطی کو کم کرنے کے لیے کہتے ہیں کہ ایک ہی بات ہوتی ہے، وہ تو ان کو جاننا چ</w:t>
      </w:r>
    </w:p>
    <w:p>
      <w:r>
        <w:rPr>
          <w:b/>
        </w:rPr>
        <w:t xml:space="preserve">[38:06] </w:t>
      </w:r>
      <w:r>
        <w:t>aahiye ke ek hi baat par sab kuch khan chhan jata hai.</w:t>
      </w:r>
    </w:p>
    <w:p>
      <w:pPr>
        <w:jc w:val="right"/>
      </w:pPr>
      <w:r>
        <w:t>اہیے کہ ایک ہی بات پر سب کچھ کھن چھن جاتا ہے۔</w:t>
      </w:r>
    </w:p>
    <w:p>
      <w:r>
        <w:rPr>
          <w:b/>
        </w:rPr>
        <w:t xml:space="preserve">[38:14] </w:t>
      </w:r>
      <w:r>
        <w:t>ek hi baat par sab kuch chhan jata hai.</w:t>
      </w:r>
    </w:p>
    <w:p>
      <w:pPr>
        <w:jc w:val="right"/>
      </w:pPr>
      <w:r>
        <w:t>ایک ہی بات پر سب کچھ چھن جاتا ہے۔</w:t>
      </w:r>
    </w:p>
    <w:p>
      <w:r>
        <w:rPr>
          <w:b/>
        </w:rPr>
        <w:t xml:space="preserve">[38:21] </w:t>
      </w:r>
      <w:r>
        <w:t>aur jab chhan jaye to yaad rakhiye, phir negative hangame se kuch nahin hone wala hai.</w:t>
      </w:r>
    </w:p>
    <w:p>
      <w:pPr>
        <w:jc w:val="right"/>
      </w:pPr>
      <w:r>
        <w:t>اور جب چھن جائے تو یاد رکھیے، پھر نیگیٹیو ہنگامے سے کچھ نہیں ہونے والا ہے۔</w:t>
      </w:r>
    </w:p>
    <w:p>
      <w:r>
        <w:rPr>
          <w:b/>
        </w:rPr>
        <w:t xml:space="preserve">[38:29] </w:t>
      </w:r>
      <w:r>
        <w:t>adam ne negative hangama nahin kiya, balke wo rone lage, ro ro kar maafi mangne lage.</w:t>
      </w:r>
    </w:p>
    <w:p>
      <w:pPr>
        <w:jc w:val="right"/>
      </w:pPr>
      <w:r>
        <w:t>آدم نے نیگیٹیو ہنگامہ نہیں کیا، بلکہ وہ رونے لگے، رو رو کر معافی مانگنے لگے۔</w:t>
      </w:r>
    </w:p>
    <w:p>
      <w:r>
        <w:rPr>
          <w:b/>
        </w:rPr>
        <w:t xml:space="preserve">[38:37] </w:t>
      </w:r>
      <w:r>
        <w:t>yeh nahin kiya ke Allah se kehte hain, kya Allah, hum ne ek hi, ek hi ghalti to</w:t>
      </w:r>
    </w:p>
    <w:p>
      <w:pPr>
        <w:jc w:val="right"/>
      </w:pPr>
      <w:r>
        <w:t>یہ نہیں کیا کہ اللہ سے کہتے ہیں، کیا اللہ، ہم نے ایک ہی، ایک ہی غلطی تو</w:t>
      </w:r>
    </w:p>
    <w:p>
      <w:r>
        <w:rPr>
          <w:b/>
        </w:rPr>
        <w:t xml:space="preserve">[38:42] </w:t>
      </w:r>
      <w:r>
        <w:t>ki thi aur to hum ne kuch kiya nahin tha.</w:t>
      </w:r>
    </w:p>
    <w:p>
      <w:pPr>
        <w:jc w:val="right"/>
      </w:pPr>
      <w:r>
        <w:t>کی تھی اور تو ہم نے کچھ کیا نہیں تھا۔</w:t>
      </w:r>
    </w:p>
    <w:p>
      <w:r>
        <w:rPr>
          <w:b/>
        </w:rPr>
        <w:t xml:space="preserve">[38:47] </w:t>
      </w:r>
      <w:r>
        <w:t>yeh nahin kaha unhon ne.</w:t>
      </w:r>
    </w:p>
    <w:p>
      <w:pPr>
        <w:jc w:val="right"/>
      </w:pPr>
      <w:r>
        <w:t>یہ نہیں کہا انہوں نے۔</w:t>
      </w:r>
    </w:p>
    <w:p>
      <w:r>
        <w:rPr>
          <w:b/>
        </w:rPr>
        <w:t xml:space="preserve">[38:52] </w:t>
      </w:r>
      <w:r>
        <w:t>isi ek ghalti ko unhon ne sab kuch bana liya.</w:t>
      </w:r>
    </w:p>
    <w:p>
      <w:pPr>
        <w:jc w:val="right"/>
      </w:pPr>
      <w:r>
        <w:t>اسی ایک غلطی کو انہوں نے سب کچھ بنا لیا۔</w:t>
      </w:r>
    </w:p>
    <w:p>
      <w:r>
        <w:rPr>
          <w:b/>
        </w:rPr>
        <w:t xml:space="preserve">[38:57] </w:t>
      </w:r>
      <w:r>
        <w:t>ان کا repentance اتنا زبردست تھا کہ بدھ تو وہ روتے رہے اپنی اس غلطی پر۔</w:t>
      </w:r>
    </w:p>
    <w:p>
      <w:pPr>
        <w:jc w:val="right"/>
      </w:pPr>
      <w:r>
        <w:t>ان کا ریپریٹنس اتنا زبردست تھا کہ بدھ تو وہ روتے رہے اپنی اس غلطی پر۔</w:t>
      </w:r>
    </w:p>
    <w:p>
      <w:r>
        <w:rPr>
          <w:b/>
        </w:rPr>
        <w:t xml:space="preserve">[39:02] </w:t>
      </w:r>
      <w:r>
        <w:t>to adam ke qisse mein main samajhta hoon ke bohat</w:t>
      </w:r>
    </w:p>
    <w:p>
      <w:pPr>
        <w:jc w:val="right"/>
      </w:pPr>
      <w:r>
        <w:t>تو آدم کے قصے میں میں سمجھتا ہوں کہ بہت</w:t>
      </w:r>
    </w:p>
    <w:p>
      <w:r>
        <w:rPr>
          <w:b/>
        </w:rPr>
        <w:t xml:space="preserve">[39:07] </w:t>
      </w:r>
      <w:r>
        <w:t>baray baray sabaq hain.</w:t>
      </w:r>
    </w:p>
    <w:p>
      <w:pPr>
        <w:jc w:val="right"/>
      </w:pPr>
      <w:r>
        <w:t>بڑے بڑے سبق ہیں۔</w:t>
      </w:r>
    </w:p>
    <w:p>
      <w:r>
        <w:rPr>
          <w:b/>
        </w:rPr>
        <w:t xml:space="preserve">[39:15] </w:t>
      </w:r>
      <w:r>
        <w:t>bohat baray baray sabaq hain.</w:t>
      </w:r>
    </w:p>
    <w:p>
      <w:pPr>
        <w:jc w:val="right"/>
      </w:pPr>
      <w:r>
        <w:t>بہت بڑے بڑے سبق ہیں۔</w:t>
      </w:r>
    </w:p>
    <w:p>
      <w:r>
        <w:rPr>
          <w:b/>
        </w:rPr>
        <w:t xml:space="preserve">[39:22] </w:t>
      </w:r>
      <w:r>
        <w:t>balkay mein to jitna ziyada sochta hoon to naye sabaq, naye sabaq, naye sabaq miltay hain adam ke qissay mein.</w:t>
      </w:r>
    </w:p>
    <w:p>
      <w:pPr>
        <w:jc w:val="right"/>
      </w:pPr>
      <w:r>
        <w:t>بلکہ میں تو جتنا زیادہ سوچتا ہوں تو نئے سبق، نئے سبق، نئے سبق ملتے ہیں آدم کے قصے میں۔</w:t>
      </w:r>
    </w:p>
    <w:p>
      <w:r>
        <w:rPr>
          <w:b/>
        </w:rPr>
        <w:t xml:space="preserve">[39:30] </w:t>
      </w:r>
      <w:r>
        <w:t>jaisay dekhiye, aam taur par kya mizaj hai ke koi</w:t>
      </w:r>
    </w:p>
    <w:p>
      <w:pPr>
        <w:jc w:val="right"/>
      </w:pPr>
      <w:r>
        <w:t>جیسے دیکھیے، عام طور پر کیا مزاج ہے کہ کوئی</w:t>
      </w:r>
    </w:p>
    <w:p>
      <w:r>
        <w:rPr>
          <w:b/>
        </w:rPr>
        <w:t xml:space="preserve">[39:37] </w:t>
      </w:r>
      <w:r>
        <w:t>ghalat baat ho jati hai to log falan ka blame dete hain.</w:t>
      </w:r>
    </w:p>
    <w:p>
      <w:pPr>
        <w:jc w:val="right"/>
      </w:pPr>
      <w:r>
        <w:t>غلط بات ہو جاتی ہے تو لوگ فلاں کا بلیم دیتے ہیں۔</w:t>
      </w:r>
    </w:p>
    <w:p>
      <w:r>
        <w:rPr>
          <w:b/>
        </w:rPr>
        <w:t xml:space="preserve">[39:44] </w:t>
      </w:r>
      <w:r>
        <w:t>to hazrat adam ke baray mein kuch logon ne yeh samajh rakha hai ke woh ghalati thi hawa ki.</w:t>
      </w:r>
    </w:p>
    <w:p>
      <w:pPr>
        <w:jc w:val="right"/>
      </w:pPr>
      <w:r>
        <w:t>تو حضرت آدم کے بارے میں کچھ لوگوں نے یہ سمجھ رکھا ہے کہ وہ غلطی تھی حوا کی۔</w:t>
      </w:r>
    </w:p>
    <w:p>
      <w:r>
        <w:rPr>
          <w:b/>
        </w:rPr>
        <w:t xml:space="preserve">[39:51] </w:t>
      </w:r>
      <w:r>
        <w:t>yeh bilkul ghalat baat hai ke ghalati thi hawa ki.</w:t>
      </w:r>
    </w:p>
    <w:p>
      <w:pPr>
        <w:jc w:val="right"/>
      </w:pPr>
      <w:r>
        <w:t>یہ بالکل غلط بات ہے کہ غلطی تھی حوا کی۔</w:t>
      </w:r>
    </w:p>
    <w:p>
      <w:r>
        <w:rPr>
          <w:b/>
        </w:rPr>
        <w:t xml:space="preserve">[39:57] </w:t>
      </w:r>
      <w:r>
        <w:t>is tarah ke mamlay mein hamesha ghalati mushtarik cheez hoti hai.</w:t>
      </w:r>
    </w:p>
    <w:p>
      <w:pPr>
        <w:jc w:val="right"/>
      </w:pPr>
      <w:r>
        <w:t>اس طرح کے معاملے میں ہمیشہ غلطی مشترک چیز ہوتی ہے۔</w:t>
      </w:r>
    </w:p>
    <w:p>
      <w:r>
        <w:rPr>
          <w:b/>
        </w:rPr>
        <w:t xml:space="preserve">[40:04] </w:t>
      </w:r>
      <w:r>
        <w:t>yani sab sab par blame aata hai.</w:t>
      </w:r>
    </w:p>
    <w:p>
      <w:pPr>
        <w:jc w:val="right"/>
      </w:pPr>
      <w:r>
        <w:t>یعنی سب سب پر بلیم آتا ہے۔</w:t>
      </w:r>
    </w:p>
    <w:p>
      <w:r>
        <w:rPr>
          <w:b/>
        </w:rPr>
        <w:t xml:space="preserve">[40:11] </w:t>
      </w:r>
      <w:r>
        <w:t>jaisay kuch ghalat baat hoti hai to log kehte hain ke aray bhai, woh aik section of society</w:t>
      </w:r>
    </w:p>
    <w:p>
      <w:pPr>
        <w:jc w:val="right"/>
      </w:pPr>
      <w:r>
        <w:t>جیسے کچھ غلط بات ہوتی ہے تو لوگ کہتے ہیں کہ ارے بھئی، وہ ایک سیکشن آف سوسائٹی</w:t>
      </w:r>
    </w:p>
    <w:p>
      <w:r>
        <w:rPr>
          <w:b/>
        </w:rPr>
        <w:t xml:space="preserve">[40:16] </w:t>
      </w:r>
      <w:r>
        <w:t>ka aisa kiya is ne.</w:t>
      </w:r>
    </w:p>
    <w:p>
      <w:pPr>
        <w:jc w:val="right"/>
      </w:pPr>
      <w:r>
        <w:t>کا ایسا کیا اس نے۔</w:t>
      </w:r>
    </w:p>
    <w:p>
      <w:r>
        <w:rPr>
          <w:b/>
        </w:rPr>
        <w:t xml:space="preserve">[40:21] </w:t>
      </w:r>
      <w:r>
        <w:t>yeh sochana ghalat hai.</w:t>
      </w:r>
    </w:p>
    <w:p>
      <w:pPr>
        <w:jc w:val="right"/>
      </w:pPr>
      <w:r>
        <w:t>یہ سوچنا غلط ہے۔</w:t>
      </w:r>
    </w:p>
    <w:p>
      <w:r>
        <w:rPr>
          <w:b/>
        </w:rPr>
        <w:t xml:space="preserve">[40:26] </w:t>
      </w:r>
      <w:r>
        <w:t>chahay aik hi aadmi ne kiya ho, poori society par blame jayega.</w:t>
      </w:r>
    </w:p>
    <w:p>
      <w:pPr>
        <w:jc w:val="right"/>
      </w:pPr>
      <w:r>
        <w:t>چاہے ایک ہی آدمی نے کیا ہو، پوری سوسائٹی پر بلیم جائے گا۔</w:t>
      </w:r>
    </w:p>
    <w:p>
      <w:r>
        <w:rPr>
          <w:b/>
        </w:rPr>
        <w:t xml:space="preserve">[40:31] </w:t>
      </w:r>
      <w:r>
        <w:t>aik hi aadmi ne kiya ho, tab bhi poori society par blame jayega.</w:t>
      </w:r>
    </w:p>
    <w:p>
      <w:pPr>
        <w:jc w:val="right"/>
      </w:pPr>
      <w:r>
        <w:t>ایک ہی آدمی نے کیا ہو، تب بھی پوری سوسائٹی پر بلیم جائے گا۔</w:t>
      </w:r>
    </w:p>
    <w:p>
      <w:r>
        <w:rPr>
          <w:b/>
        </w:rPr>
        <w:t xml:space="preserve">[40:36] </w:t>
      </w:r>
      <w:r>
        <w:t>yeh logic ghalat logic hai ke aray bhai, woh to chand log</w:t>
      </w:r>
    </w:p>
    <w:p>
      <w:pPr>
        <w:jc w:val="right"/>
      </w:pPr>
      <w:r>
        <w:t>یہ لاجک غلط لاجک ہے کہ ارے بھئی، وہ تو چند لوگ</w:t>
      </w:r>
    </w:p>
    <w:p>
      <w:r>
        <w:rPr>
          <w:b/>
        </w:rPr>
        <w:t xml:space="preserve">[40:41] </w:t>
      </w:r>
      <w:r>
        <w:t>the jinhon ne aisa kiya.</w:t>
      </w:r>
    </w:p>
    <w:p>
      <w:pPr>
        <w:jc w:val="right"/>
      </w:pPr>
      <w:r>
        <w:t>تھے جنہوں نے ایسا کیا۔</w:t>
      </w:r>
    </w:p>
    <w:p>
      <w:r>
        <w:rPr>
          <w:b/>
        </w:rPr>
        <w:t xml:space="preserve">[40:47] </w:t>
      </w:r>
      <w:r>
        <w:t>nahi, sab log is ki zad mein ayen ge.</w:t>
      </w:r>
    </w:p>
    <w:p>
      <w:pPr>
        <w:jc w:val="right"/>
      </w:pPr>
      <w:r>
        <w:t>نہیں، سب لوگ اس کی زد میں آئیں گے۔</w:t>
      </w:r>
    </w:p>
    <w:p>
      <w:r>
        <w:rPr>
          <w:b/>
        </w:rPr>
        <w:t xml:space="preserve">[40:53] </w:t>
      </w:r>
      <w:r>
        <w:t>kyun ke sab log kyun nahi is se is ko jana peshgi taur par pehle se aur is</w:t>
      </w:r>
    </w:p>
    <w:p>
      <w:pPr>
        <w:jc w:val="right"/>
      </w:pPr>
      <w:r>
        <w:t>کیوں کہ سب لوگ کیوں نہیں اس سے اس کو جانا پیشگی طور پر پہلے سے اور اس</w:t>
      </w:r>
    </w:p>
    <w:p>
      <w:r>
        <w:rPr>
          <w:b/>
        </w:rPr>
        <w:t xml:space="preserve">[40:59] </w:t>
      </w:r>
      <w:r>
        <w:t>ki in ka hath bhi kyun nahi pakra? in ki islaah kyun nahi ki? to har ghalati ka</w:t>
      </w:r>
    </w:p>
    <w:p>
      <w:pPr>
        <w:jc w:val="right"/>
      </w:pPr>
      <w:r>
        <w:t>کی ان کا ہاتھ بھی کیوں نہیں پکڑا؟ ان کی اصلاح کیوں نہیں کی؟ تو ہر غلطی کا</w:t>
      </w:r>
    </w:p>
    <w:p>
      <w:r>
        <w:rPr>
          <w:b/>
        </w:rPr>
        <w:t xml:space="preserve">[41:05] </w:t>
      </w:r>
      <w:r>
        <w:t>blame pooray society par jata hai. ghalati ka</w:t>
      </w:r>
    </w:p>
    <w:p>
      <w:pPr>
        <w:jc w:val="right"/>
      </w:pPr>
      <w:r>
        <w:t>بلیم پورے سوسائٹی پر جاتا ہے۔ غلطی کا</w:t>
      </w:r>
    </w:p>
    <w:p>
      <w:r>
        <w:rPr>
          <w:b/>
        </w:rPr>
        <w:t xml:space="preserve">[41:11] </w:t>
      </w:r>
      <w:r>
        <w:t>blame kabhi kisi section par nahi jata.</w:t>
      </w:r>
    </w:p>
    <w:p>
      <w:pPr>
        <w:jc w:val="right"/>
      </w:pPr>
      <w:r>
        <w:t>بلیم کبھی کسی سیکشن پر نہیں جاتا۔</w:t>
      </w:r>
    </w:p>
    <w:p>
      <w:r>
        <w:rPr>
          <w:b/>
        </w:rPr>
        <w:t xml:space="preserve">[41:19] </w:t>
      </w:r>
      <w:r>
        <w:t>saray society par jata hai.</w:t>
      </w:r>
    </w:p>
    <w:p>
      <w:pPr>
        <w:jc w:val="right"/>
      </w:pPr>
      <w:r>
        <w:t>سارے سوسائٹی پر جاتا ہے۔</w:t>
      </w:r>
    </w:p>
    <w:p>
      <w:r>
        <w:rPr>
          <w:b/>
        </w:rPr>
        <w:t xml:space="preserve">[41:26] </w:t>
      </w:r>
      <w:r>
        <w:t>to sab logon ko alert hona parta hai.</w:t>
      </w:r>
    </w:p>
    <w:p>
      <w:pPr>
        <w:jc w:val="right"/>
      </w:pPr>
      <w:r>
        <w:t>تو سب لوگوں کو الرٹ ہونا پڑتا ہے۔</w:t>
      </w:r>
    </w:p>
    <w:p>
      <w:r>
        <w:rPr>
          <w:b/>
        </w:rPr>
        <w:t xml:space="preserve">[41:34] </w:t>
      </w:r>
      <w:r>
        <w:t>sab logon ko alert hona parta hai, tab koi society ghalati ke result se bachti hai.</w:t>
      </w:r>
    </w:p>
    <w:p>
      <w:pPr>
        <w:jc w:val="right"/>
      </w:pPr>
      <w:r>
        <w:t>سب لوگوں کو الرٹ ہونا پڑتا ہے، تب کوئی سوسائٹی غلطی کے رزلٹ سے بچتی ہے۔</w:t>
      </w:r>
    </w:p>
    <w:p>
      <w:r>
        <w:rPr>
          <w:b/>
        </w:rPr>
        <w:t xml:space="preserve">[41:41] </w:t>
      </w:r>
      <w:r>
        <w:t>to adam ka qissa koi saada qissa nahi hai.</w:t>
      </w:r>
    </w:p>
    <w:p>
      <w:pPr>
        <w:jc w:val="right"/>
      </w:pPr>
      <w:r>
        <w:t>تو آدم کا قصہ کوئی سادہ قصہ نہیں ہے۔</w:t>
      </w:r>
    </w:p>
    <w:p>
      <w:r>
        <w:rPr>
          <w:b/>
        </w:rPr>
        <w:t xml:space="preserve">[41:49] </w:t>
      </w:r>
      <w:r>
        <w:t>bohat se is ke aspects hain, bohat se pehlu hain jo sochne se maloom hote hain.</w:t>
      </w:r>
    </w:p>
    <w:p>
      <w:pPr>
        <w:jc w:val="right"/>
      </w:pPr>
      <w:r>
        <w:t>بہت سے اس کے aspects ہیں، بہت سے پہلو ہیں جو سوچنے سے معلوم ہوتے ہیں۔</w:t>
      </w:r>
    </w:p>
    <w:p>
      <w:r>
        <w:rPr>
          <w:b/>
        </w:rPr>
        <w:t xml:space="preserve">[41:57] </w:t>
      </w:r>
      <w:r>
        <w:t>jo log samajhte hain ke quran ko bas tarjuma parh lo, woh kafi hai.</w:t>
      </w:r>
    </w:p>
    <w:p>
      <w:pPr>
        <w:jc w:val="right"/>
      </w:pPr>
      <w:r>
        <w:t>جو لوگ سمجھتے ہیں کہ قرآن کو بس ترجمہ پڑھ لو، وہ کافی ہے۔</w:t>
      </w:r>
    </w:p>
    <w:p>
      <w:r>
        <w:rPr>
          <w:b/>
        </w:rPr>
        <w:t xml:space="preserve">[42:05] </w:t>
      </w:r>
      <w:r>
        <w:t>yeh sochna parta hai.</w:t>
      </w:r>
    </w:p>
    <w:p>
      <w:pPr>
        <w:jc w:val="right"/>
      </w:pPr>
      <w:r>
        <w:t>یہ سوچنا پڑتا ہے۔</w:t>
      </w:r>
    </w:p>
    <w:p>
      <w:r>
        <w:rPr>
          <w:b/>
        </w:rPr>
        <w:t xml:space="preserve">[42:12] </w:t>
      </w:r>
      <w:r>
        <w:t>ek bohat ek ajib pehlu is qisse ka yeh hai.</w:t>
      </w:r>
    </w:p>
    <w:p>
      <w:pPr>
        <w:jc w:val="right"/>
      </w:pPr>
      <w:r>
        <w:t>ایک بہت ایک عجیب پہلو اس قصے کا یہ ہے۔</w:t>
      </w:r>
    </w:p>
    <w:p>
      <w:r>
        <w:rPr>
          <w:b/>
        </w:rPr>
        <w:t xml:space="preserve">[42:18] </w:t>
      </w:r>
      <w:r>
        <w:t>aap parhein quran ko.</w:t>
      </w:r>
    </w:p>
    <w:p>
      <w:pPr>
        <w:jc w:val="right"/>
      </w:pPr>
      <w:r>
        <w:t>آپ پڑھیں قرآن کو۔</w:t>
      </w:r>
    </w:p>
    <w:p>
      <w:r>
        <w:rPr>
          <w:b/>
        </w:rPr>
        <w:t xml:space="preserve">[42:23] </w:t>
      </w:r>
      <w:r>
        <w:t>to quran batata hai ke adam ko adam se ghalti hui.</w:t>
      </w:r>
    </w:p>
    <w:p>
      <w:pPr>
        <w:jc w:val="right"/>
      </w:pPr>
      <w:r>
        <w:t>تو قرآن بتاتا ہے کہ آدم کو آدم سے غلطی ہوئی۔</w:t>
      </w:r>
    </w:p>
    <w:p>
      <w:r>
        <w:rPr>
          <w:b/>
        </w:rPr>
        <w:t xml:space="preserve">[42:28] </w:t>
      </w:r>
      <w:r>
        <w:t>un ke andar tauba aya.</w:t>
      </w:r>
    </w:p>
    <w:p>
      <w:pPr>
        <w:jc w:val="right"/>
      </w:pPr>
      <w:r>
        <w:t>ان کے اندر توبہ آیا۔</w:t>
      </w:r>
    </w:p>
    <w:p>
      <w:r>
        <w:rPr>
          <w:b/>
        </w:rPr>
        <w:t xml:space="preserve">[42:33] </w:t>
      </w:r>
      <w:r>
        <w:t>aur phir batata hai ke Allah ne un ko bataya ke tauba kis tarah dua karein.</w:t>
      </w:r>
    </w:p>
    <w:p>
      <w:pPr>
        <w:jc w:val="right"/>
      </w:pPr>
      <w:r>
        <w:t>اور پھر بتاتا ہے کہ اللہ نے ان کو بتایا کہ توبہ کس طرح دعا کریں۔</w:t>
      </w:r>
    </w:p>
    <w:p>
      <w:r>
        <w:rPr>
          <w:b/>
        </w:rPr>
        <w:t xml:space="preserve">[42:38] </w:t>
      </w:r>
      <w:r>
        <w:t>tauba ke alfaaz kya hon.</w:t>
      </w:r>
    </w:p>
    <w:p>
      <w:pPr>
        <w:jc w:val="right"/>
      </w:pPr>
      <w:r>
        <w:t>توبہ کے الفاظ کیا ہوں۔</w:t>
      </w:r>
    </w:p>
    <w:p>
      <w:r>
        <w:rPr>
          <w:b/>
        </w:rPr>
        <w:t xml:space="preserve">[42:43] </w:t>
      </w:r>
      <w:r>
        <w:t>bohat ajib baat hai ke dono do yeh dono baatein do jagah hain.</w:t>
      </w:r>
    </w:p>
    <w:p>
      <w:pPr>
        <w:jc w:val="right"/>
      </w:pPr>
      <w:r>
        <w:t>بہت عجیب بات ہے کہ دونوں دو یہ دونوں باتیں دو جگہ ہیں۔</w:t>
      </w:r>
    </w:p>
    <w:p>
      <w:r>
        <w:rPr>
          <w:b/>
        </w:rPr>
        <w:t xml:space="preserve">[42:49] </w:t>
      </w:r>
      <w:r>
        <w:t>yani adam ne ghalti ki ek jagah hai, ek surah mein.</w:t>
      </w:r>
    </w:p>
    <w:p>
      <w:pPr>
        <w:jc w:val="right"/>
      </w:pPr>
      <w:r>
        <w:t>یعنی آدم نے غلطی کی ایک جگہ ہے، ایک سورہ میں۔</w:t>
      </w:r>
    </w:p>
    <w:p>
      <w:r>
        <w:rPr>
          <w:b/>
        </w:rPr>
        <w:t xml:space="preserve">[42:55] </w:t>
      </w:r>
      <w:r>
        <w:t>aur un ko dua ki talqeen hui, yeh doosri surah mein hai.</w:t>
      </w:r>
    </w:p>
    <w:p>
      <w:pPr>
        <w:jc w:val="right"/>
      </w:pPr>
      <w:r>
        <w:t>اور ان کو دعا کی تلقین ہوئی، یہ دوسری سورہ میں ہے۔</w:t>
      </w:r>
    </w:p>
    <w:p>
      <w:r>
        <w:rPr>
          <w:b/>
        </w:rPr>
        <w:t xml:space="preserve">[43:01] </w:t>
      </w:r>
      <w:r>
        <w:t>kehte hain ajib baat hai.</w:t>
      </w:r>
    </w:p>
    <w:p>
      <w:pPr>
        <w:jc w:val="right"/>
      </w:pPr>
      <w:r>
        <w:t>کہتے ہیں عجیب بات ہے۔</w:t>
      </w:r>
    </w:p>
    <w:p>
      <w:r>
        <w:rPr>
          <w:b/>
        </w:rPr>
        <w:t xml:space="preserve">[43:07] </w:t>
      </w:r>
      <w:r>
        <w:t>is ka matlab hai ke aap agar isi ke jhootein jahan ek baat hai, wahi doosri baat bhi talash karein</w:t>
      </w:r>
    </w:p>
    <w:p>
      <w:pPr>
        <w:jc w:val="right"/>
      </w:pPr>
      <w:r>
        <w:t>اس کا معنی ہے کہ آپ اگر اسی کے جھوٹیں جہاں ایک بات ہے، وہی دوسری بات بھی تلاش کری</w:t>
      </w:r>
    </w:p>
    <w:p>
      <w:r>
        <w:rPr>
          <w:b/>
        </w:rPr>
        <w:t xml:space="preserve">[43:13] </w:t>
      </w:r>
      <w:r>
        <w:t>n to aap ko baat milegi nahin.</w:t>
      </w:r>
    </w:p>
    <w:p>
      <w:pPr>
        <w:jc w:val="right"/>
      </w:pPr>
      <w:r>
        <w:t>ں تو آپ کو بات ملے گی نہیں۔</w:t>
      </w:r>
    </w:p>
    <w:p>
      <w:r>
        <w:rPr>
          <w:b/>
        </w:rPr>
        <w:t xml:space="preserve">[43:19] </w:t>
      </w:r>
      <w:r>
        <w:t>jahan aadmi aadmi ki ghalti ka zikr hai, tauba ka zikr hai, wahin aap alfaaz bhi jhootein to</w:t>
      </w:r>
    </w:p>
    <w:p>
      <w:pPr>
        <w:jc w:val="right"/>
      </w:pPr>
      <w:r>
        <w:t>جہاں آدمی آدمی کی غلطی کا ذکر ہے، توبہ کا ذکر ہے، وہیں آپ الفاظ بھی جھوٹیں تو</w:t>
      </w:r>
    </w:p>
    <w:p>
      <w:r>
        <w:rPr>
          <w:b/>
        </w:rPr>
        <w:t xml:space="preserve">[43:25] </w:t>
      </w:r>
      <w:r>
        <w:t>wahan nahin milega.</w:t>
      </w:r>
    </w:p>
    <w:p>
      <w:pPr>
        <w:jc w:val="right"/>
      </w:pPr>
      <w:r>
        <w:t>وہاں نہیں ملے گا۔</w:t>
      </w:r>
    </w:p>
    <w:p>
      <w:r>
        <w:rPr>
          <w:b/>
        </w:rPr>
        <w:t xml:space="preserve">[43:31] </w:t>
      </w:r>
      <w:r>
        <w:t>kyun ke woh to kisi aur surah mein hai.</w:t>
      </w:r>
    </w:p>
    <w:p>
      <w:pPr>
        <w:jc w:val="right"/>
      </w:pPr>
      <w:r>
        <w:t>کیونکہ وہ تو کسی اور سورہ میں ہے۔</w:t>
      </w:r>
    </w:p>
    <w:p>
      <w:r>
        <w:rPr>
          <w:b/>
        </w:rPr>
        <w:t xml:space="preserve">[43:38] </w:t>
      </w:r>
      <w:r>
        <w:t>is par ghaur karte hue maine samjha ke ke quran kisi</w:t>
      </w:r>
    </w:p>
    <w:p>
      <w:pPr>
        <w:jc w:val="right"/>
      </w:pPr>
      <w:r>
        <w:t>اس پر غور کرتے ہوئے میں نے سمجھا کہ کہ قرآن کسی</w:t>
      </w:r>
    </w:p>
    <w:p>
      <w:r>
        <w:rPr>
          <w:b/>
        </w:rPr>
        <w:t xml:space="preserve">[43:44] </w:t>
      </w:r>
      <w:r>
        <w:t>insanon ke nazdeek jo maroof style hai, jo well known style, is mein quran nahin utra hai.</w:t>
      </w:r>
    </w:p>
    <w:p>
      <w:pPr>
        <w:jc w:val="right"/>
      </w:pPr>
      <w:r>
        <w:t>انسانوں کے نزدیک جو معروف style ہے، جو well known style، اس میں قرآن نہیں اترا ہے۔</w:t>
      </w:r>
    </w:p>
    <w:p>
      <w:r>
        <w:rPr>
          <w:b/>
        </w:rPr>
        <w:t xml:space="preserve">[43:51] </w:t>
      </w:r>
      <w:r>
        <w:t>insan ka jo maroof style hai, is style mein quran nahin utra hai.</w:t>
      </w:r>
    </w:p>
    <w:p>
      <w:pPr>
        <w:jc w:val="right"/>
      </w:pPr>
      <w:r>
        <w:t>انسان کا جو معروف style ہے، اس style میں قرآن نہیں اترا ہے۔</w:t>
      </w:r>
    </w:p>
    <w:p>
      <w:r>
        <w:rPr>
          <w:b/>
        </w:rPr>
        <w:t xml:space="preserve">[43:59] </w:t>
      </w:r>
      <w:r>
        <w:t>quran ka apna alag usloob hai.</w:t>
      </w:r>
    </w:p>
    <w:p>
      <w:pPr>
        <w:jc w:val="right"/>
      </w:pPr>
      <w:r>
        <w:t>قرآن کا اپنا الگ اسلوب ہے۔</w:t>
      </w:r>
    </w:p>
    <w:p>
      <w:r>
        <w:rPr>
          <w:b/>
        </w:rPr>
        <w:t xml:space="preserve">[44:07] </w:t>
      </w:r>
      <w:r>
        <w:t>to aap kisi insanon ke darmiyan jo style chalta hai, us ko apply mat kijiye quran par.</w:t>
      </w:r>
    </w:p>
    <w:p>
      <w:pPr>
        <w:jc w:val="right"/>
      </w:pPr>
      <w:r>
        <w:t>تو آپ کسی انسانوں کے درمیان جو style چلتا ہے، اس کو اپلائے مت کیجیے قرآن پر۔</w:t>
      </w:r>
    </w:p>
    <w:p>
      <w:r>
        <w:rPr>
          <w:b/>
        </w:rPr>
        <w:t xml:space="preserve">[44:15] </w:t>
      </w:r>
      <w:r>
        <w:t>isi liye isi liye aaya hai quran mein ke ke tadabbur karo.</w:t>
      </w:r>
    </w:p>
    <w:p>
      <w:pPr>
        <w:jc w:val="right"/>
      </w:pPr>
      <w:r>
        <w:t>اسی لیے اسی لیے آیا ہے قرآن میں کہ کہ تدبر کرو۔</w:t>
      </w:r>
    </w:p>
    <w:p>
      <w:r>
        <w:rPr>
          <w:b/>
        </w:rPr>
        <w:t xml:space="preserve">[44:20] </w:t>
      </w:r>
      <w:r>
        <w:t>to tadabbur se aap ko maloom hota hai.</w:t>
      </w:r>
    </w:p>
    <w:p>
      <w:pPr>
        <w:jc w:val="right"/>
      </w:pPr>
      <w:r>
        <w:t>تو تدبر سے آپ کو معلوم ہوتا ہے۔</w:t>
      </w:r>
    </w:p>
    <w:p>
      <w:r>
        <w:rPr>
          <w:b/>
        </w:rPr>
        <w:t xml:space="preserve">[44:25] </w:t>
      </w:r>
      <w:r>
        <w:t>na kisi insani method ko apply karne se.</w:t>
      </w:r>
    </w:p>
    <w:p>
      <w:pPr>
        <w:jc w:val="right"/>
      </w:pPr>
      <w:r>
        <w:t>نہ کسی انسانی method کو اپلائے کرنے سے۔</w:t>
      </w:r>
    </w:p>
    <w:p>
      <w:r>
        <w:rPr>
          <w:b/>
        </w:rPr>
        <w:t xml:space="preserve">[44:30] </w:t>
      </w:r>
      <w:r>
        <w:t>to mein dua karta hoon ke Allah taala hum sab ko tofeeq de ke hum Quran ko is</w:t>
      </w:r>
    </w:p>
    <w:p>
      <w:pPr>
        <w:jc w:val="right"/>
      </w:pPr>
      <w:r>
        <w:t>تو میں دعا کرتا ہوں کہ اللہ تعالیٰ ہم سب کو توفیق دے کہ ہم قرآن کو اس</w:t>
      </w:r>
    </w:p>
    <w:p>
      <w:r>
        <w:rPr>
          <w:b/>
        </w:rPr>
        <w:t xml:space="preserve">[44:35] </w:t>
      </w:r>
      <w:r>
        <w:t>ke sahih maani ke sath samjhein aur is se sabaq lein.</w:t>
      </w:r>
    </w:p>
    <w:p>
      <w:pPr>
        <w:jc w:val="right"/>
      </w:pPr>
      <w:r>
        <w:t>کے صحیح معنی کے ساتھ سمجھیں اور اس سے سبق لیں۔</w:t>
      </w:r>
    </w:p>
    <w:p>
      <w:r>
        <w:rPr>
          <w:b/>
        </w:rPr>
        <w:t xml:space="preserve">[44:40] </w:t>
      </w:r>
      <w:r>
        <w:t>Allah taala hum ko</w:t>
      </w:r>
    </w:p>
    <w:p>
      <w:pPr>
        <w:jc w:val="right"/>
      </w:pPr>
      <w:r>
        <w:t>اللہ تعالیٰ ہم کو</w:t>
      </w:r>
    </w:p>
    <w:p>
      <w:r>
        <w:rPr>
          <w:b/>
        </w:rPr>
        <w:t xml:space="preserve">[44:45] </w:t>
      </w:r>
      <w:r>
        <w:t>aur aap ko sirat-e-mustaqeem ki tofeeq de. Assalamu alaikum wa rahmatullahi. Okay, so we will start with the question answer session. We request all our online viewers to post their questions or comment in the Facebook section. Please mention your location when you send your comments and question. You can also send</w:t>
      </w:r>
    </w:p>
    <w:p>
      <w:pPr>
        <w:jc w:val="right"/>
      </w:pPr>
      <w:r>
        <w:t>اور آپ کو صراط وسطیٰ کی توفیق دے۔ السلام علیکم ورحمتہ اللہ۔ اوکے، سو وی ویل سٹارٹ ود دی کوئسچن انسر سیشن۔ وی ریکویسٹ آل آر آن لائن ویورز ٹو پوسٹ دیر کوئسچنز اور کمنٹ ان دا فیس بک سیکشن۔ پلیز مینشن یور لوکیشن وین یو سینڈ یور کمنٹس اینڈ کوئسچن۔ یو کین آل سو س</w:t>
      </w:r>
    </w:p>
    <w:p>
      <w:r>
        <w:rPr>
          <w:b/>
        </w:rPr>
        <w:t xml:space="preserve">[45:15] </w:t>
      </w:r>
      <w:r>
        <w:t>and it info at cps global dot org.</w:t>
      </w:r>
    </w:p>
    <w:p>
      <w:pPr>
        <w:jc w:val="right"/>
      </w:pPr>
      <w:r>
        <w:t>ینڈ اٹ انفو ایٹ سی پی ایس گلوبل ڈاٹ او آر جی۔</w:t>
      </w:r>
    </w:p>
    <w:p>
      <w:r>
        <w:rPr>
          <w:b/>
        </w:rPr>
        <w:t xml:space="preserve">[45:21] </w:t>
      </w:r>
      <w:r>
        <w:t>Maulana sahib, sab se pehle comments lena chahenge aaj ke talk ke baad, sawal lene se pehle.</w:t>
      </w:r>
    </w:p>
    <w:p>
      <w:pPr>
        <w:jc w:val="right"/>
      </w:pPr>
      <w:r>
        <w:t>مولانا صاحب، سب سے پہلے کمنٹس لینا چاہیں گے آج کے ٹاک کے بعد، سوال لینے سے پہلے۔</w:t>
      </w:r>
    </w:p>
    <w:p>
      <w:r>
        <w:rPr>
          <w:b/>
        </w:rPr>
        <w:t xml:space="preserve">[45:27] </w:t>
      </w:r>
      <w:r>
        <w:t>Mahboob bhai ne Mumbai se comment bheja hai, unhone likha hai: "Maulana, I have been listening this</w:t>
      </w:r>
    </w:p>
    <w:p>
      <w:pPr>
        <w:jc w:val="right"/>
      </w:pPr>
      <w:r>
        <w:t>محبوب بھائی نے ممبئی سے کمنٹ بھیجا ہے، انہوں نے لکھا ہے: "مولانا، آئی ہیو بین لسننگ دس</w:t>
      </w:r>
    </w:p>
    <w:p>
      <w:r>
        <w:rPr>
          <w:b/>
        </w:rPr>
        <w:t xml:space="preserve">[45:33] </w:t>
      </w:r>
      <w:r>
        <w:t>story of Adam since childhood.</w:t>
      </w:r>
    </w:p>
    <w:p>
      <w:pPr>
        <w:jc w:val="right"/>
      </w:pPr>
      <w:r>
        <w:t>سٹوری آف ایڈم سنس چائلڈ ہڈ۔</w:t>
      </w:r>
    </w:p>
    <w:p>
      <w:r>
        <w:rPr>
          <w:b/>
        </w:rPr>
        <w:t xml:space="preserve">[45:39] </w:t>
      </w:r>
      <w:r>
        <w:t>No one has told us the way you explain and elaborated.</w:t>
      </w:r>
    </w:p>
    <w:p>
      <w:pPr>
        <w:jc w:val="right"/>
      </w:pPr>
      <w:r>
        <w:t>نو ون ہیز ٹولڈ اس دا وے یو ایکسپلین اینڈ ایلیبوریٹڈ</w:t>
      </w:r>
    </w:p>
    <w:p>
      <w:r>
        <w:rPr>
          <w:b/>
        </w:rPr>
        <w:t xml:space="preserve">[45:45] </w:t>
      </w:r>
      <w:r>
        <w:t>". My faith got stronger towards this mission after listening to this class." Maulana, thank you very much for such an amazing class. Miss Fatima Sarah ne Bangalore se likha hai, unhone likha hai: "Every class of Maulana sahib gives us points of both marifat and dawah. Last Sunday class,</w:t>
      </w:r>
    </w:p>
    <w:p>
      <w:pPr>
        <w:jc w:val="right"/>
      </w:pPr>
      <w:r>
        <w:t>۔ مائی فیتھ گاٹ سٹرونگر ٹورڈز دس مشن افٹر لسننگ ٹو دس کلاس۔" مولانا، تھینک یو ویری مچ فار سچ اینڈ امیزنگ کلاس۔ مس فاطمہ سارہ نے بینگلور سے لکھا ہے، انہوں نے لکھا ہے: "ایوری کلاس آف مولانا صاحب گیوز اس پوائنٹس آف بوتھ معرفت اینڈ دعوت۔ لاسٹ سنڈے کلاس،</w:t>
      </w:r>
    </w:p>
    <w:p>
      <w:r>
        <w:rPr>
          <w:b/>
        </w:rPr>
        <w:t xml:space="preserve">[46:15] </w:t>
      </w:r>
      <w:r>
        <w:t>Two points have benefited me tremendously in understanding the magnanimity of our awesome creator and for repentance, which</w:t>
      </w:r>
    </w:p>
    <w:p>
      <w:pPr>
        <w:jc w:val="right"/>
      </w:pPr>
      <w:r>
        <w:t>ٹو پوائنٹس ہیو بینیفیٹڈ می ٹریمنڈسلی ان انڈرسٹینڈنگ دا میگنیمٹی آف اور اوسم کریٹر اینڈ فار ریپینٹنس، وچ</w:t>
      </w:r>
    </w:p>
    <w:p>
      <w:r>
        <w:rPr>
          <w:b/>
        </w:rPr>
        <w:t xml:space="preserve">[46:21] </w:t>
      </w:r>
      <w:r>
        <w:t>comes from the inner core of my being.</w:t>
      </w:r>
    </w:p>
    <w:p>
      <w:pPr>
        <w:jc w:val="right"/>
      </w:pPr>
      <w:r>
        <w:t>کمز فرام دی انر کور آف مائی بینگ۔</w:t>
      </w:r>
    </w:p>
    <w:p>
      <w:r>
        <w:rPr>
          <w:b/>
        </w:rPr>
        <w:t xml:space="preserve">[46:27] </w:t>
      </w:r>
      <w:r>
        <w:t>one is that after Prophet Adam's mistake and repentance, God gave him prophethood.</w:t>
      </w:r>
    </w:p>
    <w:p>
      <w:pPr>
        <w:jc w:val="right"/>
      </w:pPr>
      <w:r>
        <w:t>ون از دیٹ افٹر پرافٹ ایڈمز مسٹیک اینڈ ریپینٹنس، گاڈ گیو ہم پرافٹ ہڈ۔</w:t>
      </w:r>
    </w:p>
    <w:p>
      <w:r>
        <w:rPr>
          <w:b/>
        </w:rPr>
        <w:t xml:space="preserve">[46:33] </w:t>
      </w:r>
      <w:r>
        <w:t>This is a great solace for my regrets in life.</w:t>
      </w:r>
    </w:p>
    <w:p>
      <w:pPr>
        <w:jc w:val="right"/>
      </w:pPr>
      <w:r>
        <w:t>دس از ا گریٹ سولیس فار مائی ریگریٹس ان لائف۔</w:t>
      </w:r>
    </w:p>
    <w:p>
      <w:r>
        <w:rPr>
          <w:b/>
        </w:rPr>
        <w:t xml:space="preserve">[46:39] </w:t>
      </w:r>
      <w:r>
        <w:t>Secondly, Maulana explained that repentance</w:t>
      </w:r>
    </w:p>
    <w:p>
      <w:pPr>
        <w:jc w:val="right"/>
      </w:pPr>
      <w:r>
        <w:t>سیکنڈلی، مولانا ایکسپلینیشن دیٹ توبہ</w:t>
      </w:r>
    </w:p>
    <w:p>
      <w:r>
        <w:rPr>
          <w:b/>
        </w:rPr>
        <w:t xml:space="preserve">[46:45] </w:t>
      </w:r>
      <w:r>
        <w:t>is a revolutionary concept, put life into my words of repentance.</w:t>
      </w:r>
    </w:p>
    <w:p>
      <w:pPr>
        <w:jc w:val="right"/>
      </w:pPr>
      <w:r>
        <w:t>از ا ریولیوشنری کانسیپٹ، پٹ لائف انٹو مائی ورڈز آف ریپینٹنس۔</w:t>
      </w:r>
    </w:p>
    <w:p>
      <w:r>
        <w:rPr>
          <w:b/>
        </w:rPr>
        <w:t xml:space="preserve">[46:52] </w:t>
      </w:r>
      <w:r>
        <w:t>for dawa work, Maulana sahib spoke about using the opportunities offered by tourism.</w:t>
      </w:r>
    </w:p>
    <w:p>
      <w:pPr>
        <w:jc w:val="right"/>
      </w:pPr>
      <w:r>
        <w:t>فار داوا ورک، مولانا صاحب سپوک اباؤٹ یوزنگ دی اپرچونیٹیز افرڈ بائے ٹورزم۔</w:t>
      </w:r>
    </w:p>
    <w:p>
      <w:r>
        <w:rPr>
          <w:b/>
        </w:rPr>
        <w:t xml:space="preserve">[47:00] </w:t>
      </w:r>
      <w:r>
        <w:t>a few of us from the Bangalore team in the last three days visited in the last three</w:t>
      </w:r>
    </w:p>
    <w:p>
      <w:pPr>
        <w:jc w:val="right"/>
      </w:pPr>
      <w:r>
        <w:t>ا فیو آف اس فرام دی بینگلور ٹیم ان دا لاسٹ تھری ڈیز وزٹڈ ان دا لاسٹ تھری</w:t>
      </w:r>
    </w:p>
    <w:p>
      <w:r>
        <w:rPr>
          <w:b/>
        </w:rPr>
        <w:t xml:space="preserve">[47:07] </w:t>
      </w:r>
      <w:r>
        <w:t>visited the World Heritage Sites in Hampi in North Karnataka and surrounding National Heritage</w:t>
      </w:r>
    </w:p>
    <w:p>
      <w:pPr>
        <w:jc w:val="right"/>
      </w:pPr>
      <w:r>
        <w:t>وزٹڈ دا ورلڈ ہیریٹیج سائٹس ان ہیمپی ان نارتھ کرناٹکا اینڈ سراؤنڈنگ نیشنل ہیریٹیج</w:t>
      </w:r>
    </w:p>
    <w:p>
      <w:r>
        <w:rPr>
          <w:b/>
        </w:rPr>
        <w:t xml:space="preserve">[47:15] </w:t>
      </w:r>
      <w:r>
        <w:t>Sites of Badami, etc., and have returned with many opportunities for Canada Quran distribution and some good contacts. Through out the travel to and fro, many masjids, madrasas, individuals and institutions have received the Quran and are addressed for further work. May Allah reward Maulana sahib with His choicest blessings both here and in the hereafter</w:t>
      </w:r>
    </w:p>
    <w:p>
      <w:pPr>
        <w:jc w:val="right"/>
      </w:pPr>
      <w:r>
        <w:t>سائٹس آف بادامی، ایٹسٹر، اینڈ ہیو ریٹرنڈ ود مینی اپرچونیٹیز فار کینیڈا قرآن ڈسٹریبیوشن اینڈ سم گڈ کانٹیکٹس۔ تھرو آؤٹ دا ٹریول ٹو اینڈ فرو، مینی ماس، مدرساز، انڈیویجولز اینڈ انسٹیٹیوشنز ہیو ریسیوڈ دا قرآن اینڈ آر ایڈریس فار فردر ورک۔ می اللہ ریوارڈ مولانا صاحب ود اس چوائسز بلیسنگز بوتھ ہیر اینڈ ان دی ہیر افٹر</w:t>
      </w:r>
    </w:p>
    <w:p>
      <w:r>
        <w:rPr>
          <w:b/>
        </w:rPr>
        <w:t xml:space="preserve">[47:45] </w:t>
      </w:r>
      <w:r>
        <w:t>.</w:t>
      </w:r>
    </w:p>
    <w:p>
      <w:pPr>
        <w:jc w:val="right"/>
      </w:pPr>
      <w:r>
        <w:t>۔</w:t>
      </w:r>
    </w:p>
    <w:p>
      <w:r>
        <w:rPr>
          <w:b/>
        </w:rPr>
        <w:t xml:space="preserve">[47:50] </w:t>
      </w:r>
      <w:r>
        <w:t>We would be lost souls without His guidance.</w:t>
      </w:r>
    </w:p>
    <w:p>
      <w:pPr>
        <w:jc w:val="right"/>
      </w:pPr>
      <w:r>
        <w:t>وی وڈ بی لاسٹ سولز وداؤٹ ہز گائیڈنس۔</w:t>
      </w:r>
    </w:p>
    <w:p>
      <w:r>
        <w:rPr>
          <w:b/>
        </w:rPr>
        <w:t xml:space="preserve">[47:56] </w:t>
      </w:r>
      <w:r>
        <w:t>مولانا اقبال عمری نے چنئی سے لکھا ہے: "I was wrong is the key of learning." مولانا یہ</w:t>
      </w:r>
    </w:p>
    <w:p>
      <w:pPr>
        <w:jc w:val="right"/>
      </w:pPr>
      <w:r>
        <w:t>مولانا اقبال عمری نے چنئی سے لکھا ہے: "آئی واز رونگ از دا کی آف لرننگ۔" مولانا یہ</w:t>
      </w:r>
    </w:p>
    <w:p>
      <w:r>
        <w:rPr>
          <w:b/>
        </w:rPr>
        <w:t xml:space="preserve">[48:01] </w:t>
      </w:r>
      <w:r>
        <w:t>baat aaj hi jaan saka.</w:t>
      </w:r>
    </w:p>
    <w:p>
      <w:pPr>
        <w:jc w:val="right"/>
      </w:pPr>
      <w:r>
        <w:t>بات آج ہی جان سکا۔</w:t>
      </w:r>
    </w:p>
    <w:p>
      <w:r>
        <w:rPr>
          <w:b/>
        </w:rPr>
        <w:t xml:space="preserve">[48:06] </w:t>
      </w:r>
      <w:r>
        <w:t>Jazak Allah Maulana.</w:t>
      </w:r>
    </w:p>
    <w:p>
      <w:pPr>
        <w:jc w:val="right"/>
      </w:pPr>
      <w:r>
        <w:t>جزاک اللہ مولانا۔</w:t>
      </w:r>
    </w:p>
    <w:p>
      <w:r>
        <w:rPr>
          <w:b/>
        </w:rPr>
        <w:t xml:space="preserve">[48:11] </w:t>
      </w:r>
      <w:r>
        <w:t>Unhone phir likha hai: "Maulana Al-Risala mission sari ummat ke liye ek second chance hai."</w:t>
      </w:r>
    </w:p>
    <w:p>
      <w:pPr>
        <w:jc w:val="right"/>
      </w:pPr>
      <w:r>
        <w:t>انہوں نے پھر لکھا ہے: "مولانا الرسالہ مشن ساری امت کے لیے ایک سیکنڈ چانس ہے۔"</w:t>
      </w:r>
    </w:p>
    <w:p>
      <w:r>
        <w:rPr>
          <w:b/>
        </w:rPr>
        <w:t xml:space="preserve">[48:17] </w:t>
      </w:r>
      <w:r>
        <w:t>Ahmed Ali sahib ne Delhi se likha hai: "Maulana sahib, aap ne bilkul theek kaha. Har insaan se ghalti hoti hai aur behtareen ghalti karne wala woh shakhs hai jo apni ghalti par tauba karta hai." Rashid Ansari sahib ne Meerut se likha hai: "Yeh baat haqeeqat hai ke jab hum apni ghalti ko maante hain to ek bilkul alag alag tarah se ehsaas hota hai jis ko lafzon</w:t>
      </w:r>
    </w:p>
    <w:p>
      <w:pPr>
        <w:jc w:val="right"/>
      </w:pPr>
      <w:r>
        <w:t>احمد علی صاحب نے دلی سے لکھا ہے: "مولانا صاحب، آپ نے بالکل ٹھیک کہا۔ ہر انسان سے غلطی ہوتی ہے اور بہترین غلطی کرنے والا وہ شخص ہے جو اپنی غلطی پر توبہ کرتا ہے۔" راشد انصاری صاحب نے میرٹ سے لکھا ہے: "یہ بات حقیقت ہے کہ جب ہم اپنی غلطی کو مانتے ہیں تو ایک بالکل الگ الگ طرح سے احساس ہوتا ہے جس کو لفظوں</w:t>
      </w:r>
    </w:p>
    <w:p>
      <w:r>
        <w:rPr>
          <w:b/>
        </w:rPr>
        <w:t xml:space="preserve">[48:47] </w:t>
      </w:r>
      <w:r>
        <w:t>mein bayan nahi kiya ja sakta." Jazak Allah Maulana.</w:t>
      </w:r>
    </w:p>
    <w:p>
      <w:pPr>
        <w:jc w:val="right"/>
      </w:pPr>
      <w:r>
        <w:t>میں بیان نہیں کیا جا سکتا۔" جزاک اللہ مولانا۔</w:t>
      </w:r>
    </w:p>
    <w:p>
      <w:r>
        <w:rPr>
          <w:b/>
        </w:rPr>
        <w:t xml:space="preserve">[48:53] </w:t>
      </w:r>
      <w:r>
        <w:t>ڈاکٹر نغمہ صدیقی نے دلی سے لکھا ہے: "مولانا، this interpretation of its verse is completely new to me۔</w:t>
      </w:r>
    </w:p>
    <w:p>
      <w:pPr>
        <w:jc w:val="right"/>
      </w:pPr>
      <w:r>
        <w:t>ڈاکٹر نغمہ صدیقی نے دلی سے لکھا ہے: "مولانا، دس انٹرپریٹیشن آف اٹس ورس از کمپلیٹلی نیو ٹو می۔</w:t>
      </w:r>
    </w:p>
    <w:p>
      <w:r>
        <w:rPr>
          <w:b/>
        </w:rPr>
        <w:t xml:space="preserve">[48:59] </w:t>
      </w:r>
      <w:r>
        <w:t>I had never understood this before.</w:t>
      </w:r>
    </w:p>
    <w:p>
      <w:pPr>
        <w:jc w:val="right"/>
      </w:pPr>
      <w:r>
        <w:t>آئی ہیڈ نیور انڈرسٹڈ دس بیفور۔</w:t>
      </w:r>
    </w:p>
    <w:p>
      <w:r>
        <w:rPr>
          <w:b/>
        </w:rPr>
        <w:t xml:space="preserve">[49:05] </w:t>
      </w:r>
      <w:r>
        <w:t>Now, I will always try to do continuous tauba so as to develop a new way of thinking</w:t>
      </w:r>
    </w:p>
    <w:p>
      <w:pPr>
        <w:jc w:val="right"/>
      </w:pPr>
      <w:r>
        <w:t>ناؤ، آئی ویل آلویز ٹرائی ٹو ڈو کنٹینیوس توبہ سو ایز ٹو ڈویلپ ا نیو وے آف تھنکنگ</w:t>
      </w:r>
    </w:p>
    <w:p>
      <w:r>
        <w:rPr>
          <w:b/>
        </w:rPr>
        <w:t xml:space="preserve">[49:11] </w:t>
      </w:r>
      <w:r>
        <w:t>every time." Miss Shabina Ali ne Kolkata se likha hai:</w:t>
      </w:r>
    </w:p>
    <w:p>
      <w:pPr>
        <w:jc w:val="right"/>
      </w:pPr>
      <w:r>
        <w:t>ایوری ٹائم۔" مس شبینہ علی نے کلکتہ سے لکھا ہے:</w:t>
      </w:r>
    </w:p>
    <w:p>
      <w:r>
        <w:rPr>
          <w:b/>
        </w:rPr>
        <w:t xml:space="preserve">[49:17] </w:t>
      </w:r>
      <w:r>
        <w:t>"To err is human, sincere repentance is the greatest wisdom, the key to success and the way to</w:t>
      </w:r>
    </w:p>
    <w:p>
      <w:pPr>
        <w:jc w:val="right"/>
      </w:pPr>
      <w:r>
        <w:t>"ٹو ایئر از ہیومن، سنسیر ریپینٹنس از دا گریٹسٹ وزڈم، دا کی ٹو سکسیس اینڈ دا وے ٹو</w:t>
      </w:r>
    </w:p>
    <w:p>
      <w:r>
        <w:rPr>
          <w:b/>
        </w:rPr>
        <w:t xml:space="preserve">[49:24] </w:t>
      </w:r>
      <w:r>
        <w:t>discover one self, that will lead to one personality development.</w:t>
      </w:r>
    </w:p>
    <w:p>
      <w:pPr>
        <w:jc w:val="right"/>
      </w:pPr>
      <w:r>
        <w:t>ڈسکور ون سیلف، دیٹ ویل لیڈ ٹو ون پرسنیلٹی ڈویلپمنٹ۔</w:t>
      </w:r>
    </w:p>
    <w:p>
      <w:r>
        <w:rPr>
          <w:b/>
        </w:rPr>
        <w:t xml:space="preserve">[49:32] </w:t>
      </w:r>
      <w:r>
        <w:t>Introspection, contemplation, will come only when one says: 'I was wrong.' This opens the door to replanning,</w:t>
      </w:r>
    </w:p>
    <w:p>
      <w:pPr>
        <w:jc w:val="right"/>
      </w:pPr>
      <w:r>
        <w:t>انٹروسپیکشن، کانٹمپلیشن، ویل کم اونلی وین ون سیز: 'آئی واز رونگ۔' دس اوپنز دا ڈور ٹو ری پلاننگ،</w:t>
      </w:r>
    </w:p>
    <w:p>
      <w:r>
        <w:rPr>
          <w:b/>
        </w:rPr>
        <w:t xml:space="preserve">[49:40] </w:t>
      </w:r>
      <w:r>
        <w:t>to peaceful method, and hence settlement in eternal pe</w:t>
      </w:r>
    </w:p>
    <w:p>
      <w:pPr>
        <w:jc w:val="right"/>
      </w:pPr>
      <w:r>
        <w:t>ٹو پیس فل میتھڈ، اینڈ ہینس سیٹلمنٹ ان ایٹرنل پی</w:t>
      </w:r>
    </w:p>
    <w:p>
      <w:r>
        <w:rPr>
          <w:b/>
        </w:rPr>
        <w:t xml:space="preserve">[49:47] </w:t>
      </w:r>
      <w:r>
        <w:t>radiz. doctor safina tabassum ne saharanpur se likha hai: "maulana sahib, aaj bohat hosla mila ke allah</w:t>
      </w:r>
    </w:p>
    <w:p>
      <w:pPr>
        <w:jc w:val="right"/>
      </w:pPr>
      <w:r>
        <w:t>راڈائز۔" ڈاکٹر صفینہ تبسم نے سارن پور سے لکھا ہے: "مولانا صاحب، آج بہت حوصلہ ملا کہ اللہ</w:t>
      </w:r>
    </w:p>
    <w:p>
      <w:r>
        <w:rPr>
          <w:b/>
        </w:rPr>
        <w:t xml:space="preserve">[49:55] </w:t>
      </w:r>
      <w:r>
        <w:t>ne second chance ko avail karne ka moqa diya hai hum sab ko.</w:t>
      </w:r>
    </w:p>
    <w:p>
      <w:pPr>
        <w:jc w:val="right"/>
      </w:pPr>
      <w:r>
        <w:t>نے سیکنڈ چانس کو اویل کرنے کا موقع دیا ہے ہم سب کو۔</w:t>
      </w:r>
    </w:p>
    <w:p>
      <w:r>
        <w:rPr>
          <w:b/>
        </w:rPr>
        <w:t xml:space="preserve">[50:02] </w:t>
      </w:r>
      <w:r>
        <w:t>first chance ke kho jane se sab khatam nahi hota.</w:t>
      </w:r>
    </w:p>
    <w:p>
      <w:pPr>
        <w:jc w:val="right"/>
      </w:pPr>
      <w:r>
        <w:t>فرسٹ چانس کے کھو جانے سے سب ختم نہیں ہوتا۔</w:t>
      </w:r>
    </w:p>
    <w:p>
      <w:r>
        <w:rPr>
          <w:b/>
        </w:rPr>
        <w:t xml:space="preserve">[50:10] </w:t>
      </w:r>
      <w:r>
        <w:t>allah waqeatan bohat raheem hai." miss shabana ansari</w:t>
      </w:r>
    </w:p>
    <w:p>
      <w:pPr>
        <w:jc w:val="right"/>
      </w:pPr>
      <w:r>
        <w:t>اللہ واقعتا بہت رحیم ہے۔" مس شبانہ انصاری</w:t>
      </w:r>
    </w:p>
    <w:p>
      <w:r>
        <w:rPr>
          <w:b/>
        </w:rPr>
        <w:t xml:space="preserve">[50:17] </w:t>
      </w:r>
      <w:r>
        <w:t>نے پاکستان سے لکھا ہے: "What a great point to know about our forbidden tree in this world."</w:t>
      </w:r>
    </w:p>
    <w:p>
      <w:pPr>
        <w:jc w:val="right"/>
      </w:pPr>
      <w:r>
        <w:t>نے پاکستان سے لکھا ہے: "واٹ ا گریٹ پوائنٹ ٹو نو اباؤٹ اور فوربیڈن ٹری ان دس ورلڈ۔"</w:t>
      </w:r>
    </w:p>
    <w:p>
      <w:r>
        <w:rPr>
          <w:b/>
        </w:rPr>
        <w:t xml:space="preserve">[50:25] </w:t>
      </w:r>
      <w:r>
        <w:t>maulana, inhi ka ek sawal bhi hai, unhon ne in se, unhon ne aap se poocha hai: "maulana</w:t>
      </w:r>
    </w:p>
    <w:p>
      <w:pPr>
        <w:jc w:val="right"/>
      </w:pPr>
      <w:r>
        <w:t>مولانا، انہی کا ایک سوال بھی ہے، انہوں نے ان سے، انہوں نے آپ سے پوچھا ہے: "مولانا</w:t>
      </w:r>
    </w:p>
    <w:p>
      <w:r>
        <w:rPr>
          <w:b/>
        </w:rPr>
        <w:t xml:space="preserve">[50:32] </w:t>
      </w:r>
      <w:r>
        <w:t>Sahib, is it right to say that the very first step for intellectual development is to say that</w:t>
      </w:r>
    </w:p>
    <w:p>
      <w:pPr>
        <w:jc w:val="right"/>
      </w:pPr>
      <w:r>
        <w:t>صاحب، از اٹ رائٹ ٹو سے دیٹ دا ویری فرسٹ سٹیپ فار انٹلیکچول ڈویلپمنٹ از ٹو سے دیٹ</w:t>
      </w:r>
    </w:p>
    <w:p>
      <w:r>
        <w:rPr>
          <w:b/>
        </w:rPr>
        <w:t xml:space="preserve">[50:40] </w:t>
      </w:r>
      <w:r>
        <w:t>i was wrong?" bilkul theek kaha aap ne, bilkul sahi hai yeh.</w:t>
      </w:r>
    </w:p>
    <w:p>
      <w:pPr>
        <w:jc w:val="right"/>
      </w:pPr>
      <w:r>
        <w:t>آئی واز رونگ؟" بالکل ٹھیک کہا آپ نے، بالکل صحیح ہے یہ۔</w:t>
      </w:r>
    </w:p>
    <w:p>
      <w:r>
        <w:rPr>
          <w:b/>
        </w:rPr>
        <w:t xml:space="preserve">[50:47] </w:t>
      </w:r>
      <w:r>
        <w:t>kyun ke jaisa ke maine arz kiya ke agar aap yeh samjhen ke i am right, phir to</w:t>
      </w:r>
    </w:p>
    <w:p>
      <w:pPr>
        <w:jc w:val="right"/>
      </w:pPr>
      <w:r>
        <w:t>کیونکہ جیسا کہ میں نے عرض کیا کہ اگر آپ یہ سمجھیں کہ آئی ایم رائٹ، پھر تو</w:t>
      </w:r>
    </w:p>
    <w:p>
      <w:r>
        <w:rPr>
          <w:b/>
        </w:rPr>
        <w:t xml:space="preserve">[50:54] </w:t>
      </w:r>
      <w:r>
        <w:t>jahan hain wahin rahen ge, koi nai baat aap nahi pa saken ge.</w:t>
      </w:r>
    </w:p>
    <w:p>
      <w:pPr>
        <w:jc w:val="right"/>
      </w:pPr>
      <w:r>
        <w:t>جہاں ہیں وہیں رہیں گے، کوئی نئی بات آپ نہیں پا سکیں گے۔</w:t>
      </w:r>
    </w:p>
    <w:p>
      <w:r>
        <w:rPr>
          <w:b/>
        </w:rPr>
        <w:t xml:space="preserve">[51:01] </w:t>
      </w:r>
      <w:r>
        <w:t>kyun ke jab aap yeh kehte hain ke i was wrong to aap regain karte hain, nai nai baton</w:t>
      </w:r>
    </w:p>
    <w:p>
      <w:pPr>
        <w:jc w:val="right"/>
      </w:pPr>
      <w:r>
        <w:t>کیونکہ جب آپ یہ کہتے ہیں کہ آئی واز رونگ تو آپ ریگین کرتے ہیں، نئی نئی باتوں</w:t>
      </w:r>
    </w:p>
    <w:p>
      <w:r>
        <w:rPr>
          <w:b/>
        </w:rPr>
        <w:t xml:space="preserve">[51:07] </w:t>
      </w:r>
      <w:r>
        <w:t>ko daryaft karte hain.</w:t>
      </w:r>
    </w:p>
    <w:p>
      <w:pPr>
        <w:jc w:val="right"/>
      </w:pPr>
      <w:r>
        <w:t>کو دریافت کرتے ہیں۔</w:t>
      </w:r>
    </w:p>
    <w:p>
      <w:r>
        <w:rPr>
          <w:b/>
        </w:rPr>
        <w:t xml:space="preserve">[51:14] </w:t>
      </w:r>
      <w:r>
        <w:t>is liye koi shaq nahi ke i was wrong kehna ziyada se ziyada bari baat hai.</w:t>
      </w:r>
    </w:p>
    <w:p>
      <w:pPr>
        <w:jc w:val="right"/>
      </w:pPr>
      <w:r>
        <w:t>اس لیے کوئی شک نہیں کہ آئی واز رونگ کہنا زیادہ سے زیادہ بڑی بات ہے۔</w:t>
      </w:r>
    </w:p>
    <w:p>
      <w:r>
        <w:rPr>
          <w:b/>
        </w:rPr>
        <w:t xml:space="preserve">[51:21] </w:t>
      </w:r>
      <w:r>
        <w:t>ji maulana, agla sawal moradabad se aya hai, zubair sahib ne bheja hai, unhon ne likha hai:</w:t>
      </w:r>
    </w:p>
    <w:p>
      <w:pPr>
        <w:jc w:val="right"/>
      </w:pPr>
      <w:r>
        <w:t>جی مولانا، اگلا سوال مراد آباد سے آیا ہے، زبیر صاحب نے بھیجا ہے، انہوں نے لکھا ہے:</w:t>
      </w:r>
    </w:p>
    <w:p>
      <w:r>
        <w:rPr>
          <w:b/>
        </w:rPr>
        <w:t xml:space="preserve">[51:29] </w:t>
      </w:r>
      <w:r>
        <w:t>"مولانا، to say I was wrong requires a person to manage one's ego.</w:t>
      </w:r>
    </w:p>
    <w:p>
      <w:pPr>
        <w:jc w:val="right"/>
      </w:pPr>
      <w:r>
        <w:t>"مولانا، ٹو سے آئی واز رونگ ریکوائرز ا پرسن ٹو مینج ون ایگو۔</w:t>
      </w:r>
    </w:p>
    <w:p>
      <w:r>
        <w:rPr>
          <w:b/>
        </w:rPr>
        <w:t xml:space="preserve">[51:37] </w:t>
      </w:r>
      <w:r>
        <w:t>So please enlighten us what is this ego and how can we make our self manage this ego</w:t>
      </w:r>
    </w:p>
    <w:p>
      <w:pPr>
        <w:jc w:val="right"/>
      </w:pPr>
      <w:r>
        <w:t>سو پلیز انلائٹن اس واٹ از دس ایگو اینڈ ہاؤ کین وی میک اور سیلف مینج دس ایگو</w:t>
      </w:r>
    </w:p>
    <w:p>
      <w:r>
        <w:rPr>
          <w:b/>
        </w:rPr>
        <w:t xml:space="preserve">[51:45] </w:t>
      </w:r>
      <w:r>
        <w:t>So we can say that I was wrong?</w:t>
      </w:r>
    </w:p>
    <w:p>
      <w:pPr>
        <w:jc w:val="right"/>
      </w:pPr>
      <w:r>
        <w:t>سو وی کین سے دیٹ آئی واز رونگ؟"</w:t>
      </w:r>
    </w:p>
    <w:p>
      <w:r>
        <w:rPr>
          <w:b/>
        </w:rPr>
        <w:t xml:space="preserve">[51:53] </w:t>
      </w:r>
      <w:r>
        <w:t>yeh to sahih hai ke apne ego ko manage karna padta hai, lekin ego ke upar bhi hai wisdom. Ego jo upar nahin hai, upar to wisdom hai. Ab wisdom ko upar rakhiye to ego apne aap manage ho jayega. Wisdom ko supreme banaiye to</w:t>
      </w:r>
    </w:p>
    <w:p>
      <w:pPr>
        <w:jc w:val="right"/>
      </w:pPr>
      <w:r>
        <w:t>یہ تو صحیح ہے کہ اپنے ایگو کو میر کرنا پڑتا ہے، لیکن ایگو کے اوپر بھی ہے وزڈم۔ ایگو جو اوپر نہیں ہے، اوپر تو وزڈم ہے۔ اب وزڈم کو اوپر رکھیے تو ایگو اپنے آپ مینج ہو جائے گا۔ وزڈم کو سپریم بنائیے تو می</w:t>
      </w:r>
    </w:p>
    <w:p>
      <w:r>
        <w:rPr>
          <w:b/>
        </w:rPr>
        <w:t xml:space="preserve">[52:23] </w:t>
      </w:r>
      <w:r>
        <w:t>naj apna, to ego apne aap manage ho jayega.</w:t>
      </w:r>
    </w:p>
    <w:p>
      <w:pPr>
        <w:jc w:val="right"/>
      </w:pPr>
      <w:r>
        <w:t>نج اپنا، تو ایگو اپنے آپ مینج ہو جائے گا۔</w:t>
      </w:r>
    </w:p>
    <w:p>
      <w:r>
        <w:rPr>
          <w:b/>
        </w:rPr>
        <w:t xml:space="preserve">[52:33] </w:t>
      </w:r>
      <w:r>
        <w:t>maulana, agla sawal bheja hai tahir saeed sahib ne lucknow se, unhon ne likha hai: "maulana, many people</w:t>
      </w:r>
    </w:p>
    <w:p>
      <w:pPr>
        <w:jc w:val="right"/>
      </w:pPr>
      <w:r>
        <w:t>مولانا، اگلا سوال بھیجا ہے طاہر سعید صاحب نے لکھنو سے، انہوں نے لکھا ہے: "مولانا، مینی پیپل</w:t>
      </w:r>
    </w:p>
    <w:p>
      <w:r>
        <w:rPr>
          <w:b/>
        </w:rPr>
        <w:t xml:space="preserve">[52:43] </w:t>
      </w:r>
      <w:r>
        <w:t>feel that admitting one's mistake would make them smaller in front of the opposite party. This may</w:t>
      </w:r>
    </w:p>
    <w:p>
      <w:pPr>
        <w:jc w:val="right"/>
      </w:pPr>
      <w:r>
        <w:t>فیل دیٹ ایڈمٹنگ ون مسٹیک وڈ میک دیم سمالر ان فرنٹ آف دی اپوزٹ پارٹی۔ دس می</w:t>
      </w:r>
    </w:p>
    <w:p>
      <w:r>
        <w:rPr>
          <w:b/>
        </w:rPr>
        <w:t xml:space="preserve">[52:53] </w:t>
      </w:r>
      <w:r>
        <w:t>make the opposite party misuse the situation to his or her advantage.</w:t>
      </w:r>
    </w:p>
    <w:p>
      <w:pPr>
        <w:jc w:val="right"/>
      </w:pPr>
      <w:r>
        <w:t>میک دی اپوزٹ پارٹی مس یوز دا سچویشن ٹو ہز اور ہر ایڈوانٹیج۔</w:t>
      </w:r>
    </w:p>
    <w:p>
      <w:r>
        <w:rPr>
          <w:b/>
        </w:rPr>
        <w:t xml:space="preserve">[53:00] </w:t>
      </w:r>
      <w:r>
        <w:t>so is it not better that we say i was wrong in our heart and then do not</w:t>
      </w:r>
    </w:p>
    <w:p>
      <w:pPr>
        <w:jc w:val="right"/>
      </w:pPr>
      <w:r>
        <w:t>سو از اٹ ناٹ بیٹر دیٹ وی سے آئی واز رونگ ان اور ہارٹ اینڈ دین ڈو ناٹ</w:t>
      </w:r>
    </w:p>
    <w:p>
      <w:r>
        <w:rPr>
          <w:b/>
        </w:rPr>
        <w:t xml:space="preserve">[53:06] </w:t>
      </w:r>
      <w:r>
        <w:t>repeat the mistake ever? if we say i was wrong aloud, then the opposite party may exploit the</w:t>
      </w:r>
    </w:p>
    <w:p>
      <w:pPr>
        <w:jc w:val="right"/>
      </w:pPr>
      <w:r>
        <w:t>ریپیٹ دا مسٹیک ایور؟ اف وی سے آئی واز رونگ الاؤڈ، دین دی اپوزٹ پارٹی می ایکسپلائٹ دا</w:t>
      </w:r>
    </w:p>
    <w:p>
      <w:r>
        <w:rPr>
          <w:b/>
        </w:rPr>
        <w:t xml:space="preserve">[53:12] </w:t>
      </w:r>
      <w:r>
        <w:t>situation." nahi, bilkul yeh bilkul khali baat hai.</w:t>
      </w:r>
    </w:p>
    <w:p>
      <w:pPr>
        <w:jc w:val="right"/>
      </w:pPr>
      <w:r>
        <w:t>سچویشن۔" نہیں، بالکل یہ بالکل خالی بات ہے۔</w:t>
      </w:r>
    </w:p>
    <w:p>
      <w:r>
        <w:rPr>
          <w:b/>
        </w:rPr>
        <w:t xml:space="preserve">[53:19] </w:t>
      </w:r>
      <w:r>
        <w:t>puri history mein aisa kabhi hua nahi.</w:t>
      </w:r>
    </w:p>
    <w:p>
      <w:pPr>
        <w:jc w:val="right"/>
      </w:pPr>
      <w:r>
        <w:t>پوری ہسٹری میں ایسا کبھی ہوا نہیں۔</w:t>
      </w:r>
    </w:p>
    <w:p>
      <w:r>
        <w:rPr>
          <w:b/>
        </w:rPr>
        <w:t xml:space="preserve">[53:25] </w:t>
      </w:r>
      <w:r>
        <w:t>dekhiye, yahan log apni woe ko jante hain, yeh woe ki language hai jo aap bol rahe hain,</w:t>
      </w:r>
    </w:p>
    <w:p>
      <w:pPr>
        <w:jc w:val="right"/>
      </w:pPr>
      <w:r>
        <w:t>دیکھیے، یہاں لوگ اپنی وم کو جانتے ہیں، یہ وم کی لینگویج ہے جو آپ بول رہے ہیں،</w:t>
      </w:r>
    </w:p>
    <w:p>
      <w:r>
        <w:rPr>
          <w:b/>
        </w:rPr>
        <w:t xml:space="preserve">[53:31] </w:t>
      </w:r>
      <w:r>
        <w:t>aur law of nature ko nahi jante.</w:t>
      </w:r>
    </w:p>
    <w:p>
      <w:pPr>
        <w:jc w:val="right"/>
      </w:pPr>
      <w:r>
        <w:t>اور لاء آف نیچر کو نہیں جانتے۔</w:t>
      </w:r>
    </w:p>
    <w:p>
      <w:r>
        <w:rPr>
          <w:b/>
        </w:rPr>
        <w:t xml:space="preserve">[53:37] </w:t>
      </w:r>
      <w:r>
        <w:t>law of nature jo hai, us ke andar ek cheez hai jis ko kehte hain conscious.</w:t>
      </w:r>
    </w:p>
    <w:p>
      <w:pPr>
        <w:jc w:val="right"/>
      </w:pPr>
      <w:r>
        <w:t>لاء آف نیچر جو ہے، اس کے اندر ایک چیز ہے جس کو کہتے ہیں کانشیس۔</w:t>
      </w:r>
    </w:p>
    <w:p>
      <w:r>
        <w:rPr>
          <w:b/>
        </w:rPr>
        <w:t xml:space="preserve">[53:43] </w:t>
      </w:r>
      <w:r>
        <w:t>insan ka personality ka ek bohat hi important part hai conscious.</w:t>
      </w:r>
    </w:p>
    <w:p>
      <w:pPr>
        <w:jc w:val="right"/>
      </w:pPr>
      <w:r>
        <w:t>انسان کا پرسنیلٹی کا ایک بہت ہی امپورٹنٹ پارٹ ہے کانشیس۔</w:t>
      </w:r>
    </w:p>
    <w:p>
      <w:r>
        <w:rPr>
          <w:b/>
        </w:rPr>
        <w:t xml:space="preserve">[53:49] </w:t>
      </w:r>
      <w:r>
        <w:t>تو جیسے ہی فریق دوسری پارٹی یہ کہہ دے: "I was wrong</w:t>
      </w:r>
    </w:p>
    <w:p>
      <w:pPr>
        <w:jc w:val="right"/>
      </w:pPr>
      <w:r>
        <w:t>تو جیسے ہی فریق دوسری پارٹی یہ کہہ دے: "آئی واز رونگ</w:t>
      </w:r>
    </w:p>
    <w:p>
      <w:r>
        <w:rPr>
          <w:b/>
        </w:rPr>
        <w:t xml:space="preserve">[53:55] </w:t>
      </w:r>
      <w:r>
        <w:t>", to conscious ko moqa mil jata hai kaam karne ka.</w:t>
      </w:r>
    </w:p>
    <w:p>
      <w:pPr>
        <w:jc w:val="right"/>
      </w:pPr>
      <w:r>
        <w:t>"، تو کانشیس کو موقع مل جاتا ہے کام کرنے کا۔</w:t>
      </w:r>
    </w:p>
    <w:p>
      <w:r>
        <w:rPr>
          <w:b/>
        </w:rPr>
        <w:t xml:space="preserve">[54:01] </w:t>
      </w:r>
      <w:r>
        <w:t>yani conscious jaag parta hai, aur jab conscious jaag pare to us ke baad submission ata hai, modesty</w:t>
      </w:r>
    </w:p>
    <w:p>
      <w:pPr>
        <w:jc w:val="right"/>
      </w:pPr>
      <w:r>
        <w:t>یعنی کانشیس جاگ پڑتا ہے، اور جب کانشیس جاگ پڑے تو اس کے بعد سبمیشن آتا ہے، ماڈیسٹی</w:t>
      </w:r>
    </w:p>
    <w:p>
      <w:r>
        <w:rPr>
          <w:b/>
        </w:rPr>
        <w:t xml:space="preserve">[54:06] </w:t>
      </w:r>
      <w:r>
        <w:t>aati hai, acknowledge karna aata hai.</w:t>
      </w:r>
    </w:p>
    <w:p>
      <w:pPr>
        <w:jc w:val="right"/>
      </w:pPr>
      <w:r>
        <w:t>آتی ہے، اکنالج کرنا آتا ہے۔</w:t>
      </w:r>
    </w:p>
    <w:p>
      <w:r>
        <w:rPr>
          <w:b/>
        </w:rPr>
        <w:t xml:space="preserve">[54:11] </w:t>
      </w:r>
      <w:r>
        <w:t>yeh to law of nature hai.</w:t>
      </w:r>
    </w:p>
    <w:p>
      <w:pPr>
        <w:jc w:val="right"/>
      </w:pPr>
      <w:r>
        <w:t>یہ تو لاء آف نیچر ہے۔</w:t>
      </w:r>
    </w:p>
    <w:p>
      <w:r>
        <w:rPr>
          <w:b/>
        </w:rPr>
        <w:t xml:space="preserve">[54:17] </w:t>
      </w:r>
      <w:r>
        <w:t>jo log nahi jante is ko, woh aisi baatein karte hain.</w:t>
      </w:r>
    </w:p>
    <w:p>
      <w:pPr>
        <w:jc w:val="right"/>
      </w:pPr>
      <w:r>
        <w:t>جو لوگ نہیں جانتے اس کو، وہ ایسی باتیں کرتے ہیں۔</w:t>
      </w:r>
    </w:p>
    <w:p>
      <w:r>
        <w:rPr>
          <w:b/>
        </w:rPr>
        <w:t xml:space="preserve">[54:22] </w:t>
      </w:r>
      <w:r>
        <w:t>law of nature supreme hai, hamari will supreme nahi hai.</w:t>
      </w:r>
    </w:p>
    <w:p>
      <w:pPr>
        <w:jc w:val="right"/>
      </w:pPr>
      <w:r>
        <w:t>لاء آف نیچر سپریم ہے، ہماری وم سپریم نہیں ہے۔</w:t>
      </w:r>
    </w:p>
    <w:p>
      <w:r>
        <w:rPr>
          <w:b/>
        </w:rPr>
        <w:t xml:space="preserve">[54:28] </w:t>
      </w:r>
      <w:r>
        <w:t>مولانا، اگلا سوال کشمیر سے عامر موری صاحب نے بھیجا ہے، انہوں نے لکھا ہے: "We have learned</w:t>
      </w:r>
    </w:p>
    <w:p>
      <w:pPr>
        <w:jc w:val="right"/>
      </w:pPr>
      <w:r>
        <w:t>مولانا، اگلا سوال کشمیر سے عامر موری صاحب نے بھیجا ہے، انہوں نے لکھا ہے: "وی ہیو لرنڈ</w:t>
      </w:r>
    </w:p>
    <w:p>
      <w:r>
        <w:rPr>
          <w:b/>
        </w:rPr>
        <w:t xml:space="preserve">[54:38] </w:t>
      </w:r>
      <w:r>
        <w:t>That repentance is the feeling of acknowledging one's mistakes and then striving to come back to the right path.</w:t>
      </w:r>
    </w:p>
    <w:p>
      <w:pPr>
        <w:jc w:val="right"/>
      </w:pPr>
      <w:r>
        <w:t>دیٹ ریپینٹنس از دا فیلنگ آف اکنالجنگ ون مسٹیکس اینڈ دین سٹرائیونگ ٹو کم بیک ٹو دا رائٹ پاتھ۔</w:t>
      </w:r>
    </w:p>
    <w:p>
      <w:r>
        <w:rPr>
          <w:b/>
        </w:rPr>
        <w:t xml:space="preserve">[54:48] </w:t>
      </w:r>
      <w:r>
        <w:t>My question is: Why Allah chose to teach Adam the words of repentance? What was the significance of giving Adam</w:t>
      </w:r>
    </w:p>
    <w:p>
      <w:pPr>
        <w:jc w:val="right"/>
      </w:pPr>
      <w:r>
        <w:t>مائی کوئسچن از: وائی اللہ چوز ٹو ٹیچ ایڈم دی ورڈز آف ریپینٹنس؟ واٹ واز دا سگنیفیکنٹس آف گیونگ ایڈم</w:t>
      </w:r>
    </w:p>
    <w:p>
      <w:r>
        <w:rPr>
          <w:b/>
        </w:rPr>
        <w:t xml:space="preserve">[54:58] </w:t>
      </w:r>
      <w:r>
        <w:t>the ability to make dua to his creator? when allah, allah can easily understand what is in our hearts?" maulana, kindly guide us in this. question clear nahin laga mujh ko. kya question hai? maulana, woh yeh janna chah rahe hain shayad ke allah ne kyun dua batai adam adam ko tauba karne ke liye? kyunke</w:t>
      </w:r>
    </w:p>
    <w:p>
      <w:pPr>
        <w:jc w:val="right"/>
      </w:pPr>
      <w:r>
        <w:t>دی ایبیلیٹی ٹو میک دعا ٹو ہز کریٹر؟ وین اللہ، اللہ کین ایزیلی انڈرسٹینڈ واٹ از ان اور ہارٹس؟" مولانا، کائنڈلی گائیڈ اس ان دس۔ کوئسچن کلر نہیں لگا مجھ کو۔ کیا کوئسچن ہے؟ مولانا، وہ یہ جاننا چاہ رہے ہیں شاید کہ اللہ نے کیوں دعا بتائی آدم آدم کو توبہ کرنے کے لیے؟ کیونکہ</w:t>
      </w:r>
    </w:p>
    <w:p>
      <w:r>
        <w:rPr>
          <w:b/>
        </w:rPr>
        <w:t xml:space="preserve">[55:28] </w:t>
      </w:r>
      <w:r>
        <w:t>allah to khud hi jante hain ke hamare dilon mein kya hai, to is ka kya significance hai ke yeh dua sikhai allah ne adam ko? bhai, yeh first, yeh pehli baar to aisa hua human history mein. pehli baar to allah ko first instance mein batana tha ke insan ko kick karna chahiye. ya to allah ko</w:t>
      </w:r>
    </w:p>
    <w:p>
      <w:pPr>
        <w:jc w:val="right"/>
      </w:pPr>
      <w:r>
        <w:t>اللہ تو خود ہی جانتے ہیں کہ ہمارے دلوں میں کیا ہے، تو اس کا کیا سگنیفیکنٹس ہے کہ یہ دعا سکھائی اللہ نے آدم کو؟ بھئی، یہ فرسٹ، یہ پہلی بار تو ایسا ہوا ہیومن ہسٹری میں۔ پہلی بار تو اللہ کو فرسٹ انسٹنس میں بتانا تھا کہ انسان کو کک کرنا چاہیے۔ یا تو اللہ کو</w:t>
      </w:r>
    </w:p>
    <w:p>
      <w:r>
        <w:rPr>
          <w:b/>
        </w:rPr>
        <w:t xml:space="preserve">[55:58] </w:t>
      </w:r>
      <w:r>
        <w:t>batana hi tha, nahi to example set kaise hota? example kaise set hota? main to samajhta hoon ke</w:t>
      </w:r>
    </w:p>
    <w:p>
      <w:pPr>
        <w:jc w:val="right"/>
      </w:pPr>
      <w:r>
        <w:t>بتانا ہی تھا، نہیں تو ایگزیمپل سیٹ کیسے ہوتا؟ ایگزیمپل کیسے سیٹ ہوتا؟ میں تو سمجھتا ہوں کہ</w:t>
      </w:r>
    </w:p>
    <w:p>
      <w:r>
        <w:rPr>
          <w:b/>
        </w:rPr>
        <w:t xml:space="preserve">[56:06] </w:t>
      </w:r>
      <w:r>
        <w:t>Allah ka yeh introduction tha jo right time par hua.</w:t>
      </w:r>
    </w:p>
    <w:p>
      <w:pPr>
        <w:jc w:val="right"/>
      </w:pPr>
      <w:r>
        <w:t>اللہ کا یہ انٹرویوشن تھا جو رائٹ ٹائم پر ہوا۔</w:t>
      </w:r>
    </w:p>
    <w:p>
      <w:r>
        <w:rPr>
          <w:b/>
        </w:rPr>
        <w:t xml:space="preserve">[56:13] </w:t>
      </w:r>
      <w:r>
        <w:t>agar introduction na hota to phir bhi insan bhatka rehta.</w:t>
      </w:r>
    </w:p>
    <w:p>
      <w:pPr>
        <w:jc w:val="right"/>
      </w:pPr>
      <w:r>
        <w:t>اگر انٹرویوشن نہ ہوتا تو پھر بھی انسان بھٹکا رہتا۔</w:t>
      </w:r>
    </w:p>
    <w:p>
      <w:r>
        <w:rPr>
          <w:b/>
        </w:rPr>
        <w:t xml:space="preserve">[56:21] </w:t>
      </w:r>
      <w:r>
        <w:t>Maulana, agla sawal lene se pehle ek comment</w:t>
      </w:r>
    </w:p>
    <w:p>
      <w:pPr>
        <w:jc w:val="right"/>
      </w:pPr>
      <w:r>
        <w:t>مولانا، اگلا سوال لینے سے پہلے ایک کمنٹ</w:t>
      </w:r>
    </w:p>
    <w:p>
      <w:r>
        <w:rPr>
          <w:b/>
        </w:rPr>
        <w:t xml:space="preserve">[56:28] </w:t>
      </w:r>
      <w:r>
        <w:t>parhna chahenge jo Doha Qatar se Maulana Abdul Basit Omri ne bheja hai.</w:t>
      </w:r>
    </w:p>
    <w:p>
      <w:pPr>
        <w:jc w:val="right"/>
      </w:pPr>
      <w:r>
        <w:t>پڑھنا چاہیں گے جو دوحہ قطر سے مولانا عبدالباسط عمری نے بھیجا ہے۔</w:t>
      </w:r>
    </w:p>
    <w:p>
      <w:r>
        <w:rPr>
          <w:b/>
        </w:rPr>
        <w:t xml:space="preserve">[56:34] </w:t>
      </w:r>
      <w:r>
        <w:t>unhon ne likha hai: "Maulana, aaj pehli baar aap ki is tashreeh se ke I was wrong kehna</w:t>
      </w:r>
    </w:p>
    <w:p>
      <w:pPr>
        <w:jc w:val="right"/>
      </w:pPr>
      <w:r>
        <w:t>انہوں نے لکھا ہے: "مولانا، آج پہلی بار آپ کی اس تشریح سے کہ آئی واز رونگ کہنا</w:t>
      </w:r>
    </w:p>
    <w:p>
      <w:r>
        <w:rPr>
          <w:b/>
        </w:rPr>
        <w:t xml:space="preserve">[56:40] </w:t>
      </w:r>
      <w:r>
        <w:t>dobara nai zindagi ka aghaz hai.</w:t>
      </w:r>
    </w:p>
    <w:p>
      <w:pPr>
        <w:jc w:val="right"/>
      </w:pPr>
      <w:r>
        <w:t>دوبارہ نئی زندگی کا آغاز ہے۔</w:t>
      </w:r>
    </w:p>
    <w:p>
      <w:r>
        <w:rPr>
          <w:b/>
        </w:rPr>
        <w:t xml:space="preserve">[56:47] </w:t>
      </w:r>
      <w:r>
        <w:t>woh learning process ko jari rakhne ka rasta hai.</w:t>
      </w:r>
    </w:p>
    <w:p>
      <w:pPr>
        <w:jc w:val="right"/>
      </w:pPr>
      <w:r>
        <w:t>وہ لرننگ پروسیس کو جاری رکھنے کا راستہ ہے۔</w:t>
      </w:r>
    </w:p>
    <w:p>
      <w:r>
        <w:rPr>
          <w:b/>
        </w:rPr>
        <w:t xml:space="preserve">[56:53] </w:t>
      </w:r>
      <w:r>
        <w:t>yani agar mujhe I was wrong kehne ki samajh nahi mile to phir jamood ka shikar ho jaunga."</w:t>
      </w:r>
    </w:p>
    <w:p>
      <w:pPr>
        <w:jc w:val="right"/>
      </w:pPr>
      <w:r>
        <w:t>یعنی اگر مجھے آئی واز رونگ کہنے کی سمجھ نہیں ملے تو پھر جمود کا شکار ہو جاؤں گا۔"</w:t>
      </w:r>
    </w:p>
    <w:p>
      <w:r>
        <w:rPr>
          <w:b/>
        </w:rPr>
        <w:t xml:space="preserve">[56:59] </w:t>
      </w:r>
      <w:r>
        <w:t>Maulana, aap ne kitni bari baat batai.</w:t>
      </w:r>
    </w:p>
    <w:p>
      <w:pPr>
        <w:jc w:val="right"/>
      </w:pPr>
      <w:r>
        <w:t>مولانا، آپ نے کتنی بڑی بات بتائی۔</w:t>
      </w:r>
    </w:p>
    <w:p>
      <w:r>
        <w:rPr>
          <w:b/>
        </w:rPr>
        <w:t xml:space="preserve">[57:04] </w:t>
      </w:r>
      <w:r>
        <w:t>aap ki yeh baat samajhne se mujhe is hadith ki hikmat samajh mein aai ke kyun Allah ne</w:t>
      </w:r>
    </w:p>
    <w:p>
      <w:pPr>
        <w:jc w:val="right"/>
      </w:pPr>
      <w:r>
        <w:t>آپ کی یہ بات سمجھنے سے مجھے اس حدیث کی حکمت سمجھ میں آئی کہ کیوں اللہ نے</w:t>
      </w:r>
    </w:p>
    <w:p>
      <w:r>
        <w:rPr>
          <w:b/>
        </w:rPr>
        <w:t xml:space="preserve">[57:09] </w:t>
      </w:r>
      <w:r>
        <w:t>insan ko ghalati karne wala banaya taake ghalati ke baad dobara hum nai zindagi ka aghaz karein.</w:t>
      </w:r>
    </w:p>
    <w:p>
      <w:pPr>
        <w:jc w:val="right"/>
      </w:pPr>
      <w:r>
        <w:t>انسان کو غلطی کرنے والا بنایا تاکہ غلطی کے بعد دوبارہ ہم نئی زندگی کا آغاز کریں۔</w:t>
      </w:r>
    </w:p>
    <w:p>
      <w:r>
        <w:rPr>
          <w:b/>
        </w:rPr>
        <w:t xml:space="preserve">[57:14] </w:t>
      </w:r>
      <w:r>
        <w:t>Jazak Allah Maulana sahib.</w:t>
      </w:r>
    </w:p>
    <w:p>
      <w:pPr>
        <w:jc w:val="right"/>
      </w:pPr>
      <w:r>
        <w:t>جزاک اللہ مولانا صاحب۔</w:t>
      </w:r>
    </w:p>
    <w:p>
      <w:r>
        <w:rPr>
          <w:b/>
        </w:rPr>
        <w:t xml:space="preserve">[57:19] </w:t>
      </w:r>
      <w:r>
        <w:t>Maulana, agla comment bheja hai Maulana Abdus Salam Omri ne Hyderabad se.</w:t>
      </w:r>
    </w:p>
    <w:p>
      <w:pPr>
        <w:jc w:val="right"/>
      </w:pPr>
      <w:r>
        <w:t>مولانا، اگلا کمنٹ بھیجا ہے مولانا عبدالسلام عمری نے حیدرآباد سے۔</w:t>
      </w:r>
    </w:p>
    <w:p>
      <w:r>
        <w:rPr>
          <w:b/>
        </w:rPr>
        <w:t xml:space="preserve">[57:24] </w:t>
      </w:r>
      <w:r>
        <w:t>unhon ne likha hai: "</w:t>
      </w:r>
    </w:p>
    <w:p>
      <w:pPr>
        <w:jc w:val="right"/>
      </w:pPr>
      <w:r>
        <w:t>انہوں نے لکھا ہے: "</w:t>
      </w:r>
    </w:p>
    <w:p>
      <w:r>
        <w:rPr>
          <w:b/>
        </w:rPr>
        <w:t xml:space="preserve">[57:29] </w:t>
      </w:r>
      <w:r>
        <w:t>i was wrong kehna second chance ko pana hai, aur second chance mere liye al risala mission hai." maulana, hum agla sawal lete hain. yeh bheja hai muhammad rafiq qureshi ne, jo aik student hain, aur unhon ne yeh comment bheja hai: "beta wad district dhulia, maharashtra." unhon ne likha hai: "maulana sahib</w:t>
      </w:r>
    </w:p>
    <w:p>
      <w:pPr>
        <w:jc w:val="right"/>
      </w:pPr>
      <w:r>
        <w:t>آئی واز رونگ کہنا سیکنڈ چانس کو پانا ہے، اور سیکنڈ چانس میرے لیے الرسالہ مشن ہے۔" مولانا، ہم اگلا سوال لیتے ہیں۔ یہ بھیجا ہے محمد رفیق قریشی نے، جو ایک سٹوڈنٹ ہیں، اور انہوں نے یہ کمنٹ بھیجا ہے: "بیٹا واد ڈسٹرکٹ دھلیا، مراٹھا۔" انہوں نے لکھا ہے: "مولانا صاح</w:t>
      </w:r>
    </w:p>
    <w:p>
      <w:r>
        <w:rPr>
          <w:b/>
        </w:rPr>
        <w:t xml:space="preserve">[57:59] </w:t>
      </w:r>
      <w:r>
        <w:t>"My question is: If I am doing repentance, then can I recite Astaghfirullah, Astaghfirullah every day?" Is</w:t>
      </w:r>
    </w:p>
    <w:p>
      <w:pPr>
        <w:jc w:val="right"/>
      </w:pPr>
      <w:r>
        <w:t>ب، مائی کوئسچن از: اف آئی ایم ڈوئنگ ریپینٹنس، دین کین آئی ریسائیڈ استغفراللہ، استغفراللہ ایوری ڈے؟" اس</w:t>
      </w:r>
    </w:p>
    <w:p>
      <w:r>
        <w:rPr>
          <w:b/>
        </w:rPr>
        <w:t xml:space="preserve">[58:06] </w:t>
      </w:r>
      <w:r>
        <w:t>ke bare mein aap kya kahenge? dekhiye, astaghfirullah ko repeat karna woh to main is ko nutq</w:t>
      </w:r>
    </w:p>
    <w:p>
      <w:pPr>
        <w:jc w:val="right"/>
      </w:pPr>
      <w:r>
        <w:t>کے بارے میں آپ کیا کہیں گے؟ دیکھیے، استغفراللہ کو ریپیٹ کرنا وہ تو میں اس کو نطق</w:t>
      </w:r>
    </w:p>
    <w:p>
      <w:r>
        <w:rPr>
          <w:b/>
        </w:rPr>
        <w:t xml:space="preserve">[58:14] </w:t>
      </w:r>
      <w:r>
        <w:t>samajhta hoon, kuch bhi nahi.</w:t>
      </w:r>
    </w:p>
    <w:p>
      <w:pPr>
        <w:jc w:val="right"/>
      </w:pPr>
      <w:r>
        <w:t>سمجھتا ہوں، کچھ بھی نہیں۔</w:t>
      </w:r>
    </w:p>
    <w:p>
      <w:r>
        <w:rPr>
          <w:b/>
        </w:rPr>
        <w:t xml:space="preserve">[58:21] </w:t>
      </w:r>
      <w:r>
        <w:t>kyun ke jab koi, jab koi experience guzre, koi baat</w:t>
      </w:r>
    </w:p>
    <w:p>
      <w:pPr>
        <w:jc w:val="right"/>
      </w:pPr>
      <w:r>
        <w:t>کیونکہ جب کوئی، جب کوئی ایکسپیرینس گزرے، کوئی بات</w:t>
      </w:r>
    </w:p>
    <w:p>
      <w:r>
        <w:rPr>
          <w:b/>
        </w:rPr>
        <w:t xml:space="preserve">[58:29] </w:t>
      </w:r>
      <w:r>
        <w:t>ho to mind aap ka activate hota hai, aur jab mind activate hua to aap ka, aap ki</w:t>
      </w:r>
    </w:p>
    <w:p>
      <w:pPr>
        <w:jc w:val="right"/>
      </w:pPr>
      <w:r>
        <w:t>ہو تو مائنڈ آپ کا ایکٹیویٹ ہوتا ہے، اور جب مائنڈ ایکٹیویٹ ہوا تو آپ کا، آپ کی</w:t>
      </w:r>
    </w:p>
    <w:p>
      <w:r>
        <w:rPr>
          <w:b/>
        </w:rPr>
        <w:t xml:space="preserve">[58:35] </w:t>
      </w:r>
      <w:r>
        <w:t>yaadein, yaadein jo hain sab jaag uthein.</w:t>
      </w:r>
    </w:p>
    <w:p>
      <w:pPr>
        <w:jc w:val="right"/>
      </w:pPr>
      <w:r>
        <w:t>یادیں، یادیں جو ہیں سب جاگ اٹھیں۔</w:t>
      </w:r>
    </w:p>
    <w:p>
      <w:r>
        <w:rPr>
          <w:b/>
        </w:rPr>
        <w:t xml:space="preserve">[58:41] </w:t>
      </w:r>
      <w:r>
        <w:t>tab insan pakadta hai, jis ko kehte hain grasp, G R A S P.</w:t>
      </w:r>
    </w:p>
    <w:p>
      <w:pPr>
        <w:jc w:val="right"/>
      </w:pPr>
      <w:r>
        <w:t>تب انسان پکڑتا ہے، جس کو کہتے ہیں گراس، جی آر اے ایس پی۔</w:t>
      </w:r>
    </w:p>
    <w:p>
      <w:r>
        <w:rPr>
          <w:b/>
        </w:rPr>
        <w:t xml:space="preserve">[58:47] </w:t>
      </w:r>
      <w:r>
        <w:t>tab gras ka aap ka mind gras karta hai, baton ko pakadta hai, baton ko.</w:t>
      </w:r>
    </w:p>
    <w:p>
      <w:pPr>
        <w:jc w:val="right"/>
      </w:pPr>
      <w:r>
        <w:t>تب گراس کا آپ کا مائنڈ گراس کرتا ہے، باتوں کو پکڑتا ہے، باتوں کو۔</w:t>
      </w:r>
    </w:p>
    <w:p>
      <w:r>
        <w:rPr>
          <w:b/>
        </w:rPr>
        <w:t xml:space="preserve">[58:53] </w:t>
      </w:r>
      <w:r>
        <w:t>jab mind activate na hua ho</w:t>
      </w:r>
    </w:p>
    <w:p>
      <w:pPr>
        <w:jc w:val="right"/>
      </w:pPr>
      <w:r>
        <w:t>جب مائنڈ ایکٹیویٹ نہ ہوا ہو</w:t>
      </w:r>
    </w:p>
    <w:p>
      <w:r>
        <w:rPr>
          <w:b/>
        </w:rPr>
        <w:t xml:space="preserve">[58:59] </w:t>
      </w:r>
      <w:r>
        <w:t>, sirf lafzon ko dohraen, aap is se kuch bhi nothing hai, woh nothing hai.</w:t>
      </w:r>
    </w:p>
    <w:p>
      <w:pPr>
        <w:jc w:val="right"/>
      </w:pPr>
      <w:r>
        <w:t>، صرف لفظوں کو دہرائیں، آپ اس سے کچھ بھی نتھنگ ہے، وہ نتھنگ ہے۔</w:t>
      </w:r>
    </w:p>
    <w:p>
      <w:r>
        <w:rPr>
          <w:b/>
        </w:rPr>
        <w:t xml:space="preserve">[59:07] </w:t>
      </w:r>
      <w:r>
        <w:t>kyunke woh gras ka spirit to jaage nahin, gras ki spirit jaage nahin, aap lafz dohra rahe hain</w:t>
      </w:r>
    </w:p>
    <w:p>
      <w:pPr>
        <w:jc w:val="right"/>
      </w:pPr>
      <w:r>
        <w:t>کیونکہ وہ گراس کا اسپیریٹ تو جاگے نہیں، گراس کی اسپیریٹ جاگے نہیں، آپ لفظ دہرا رہے ہیں</w:t>
      </w:r>
    </w:p>
    <w:p>
      <w:r>
        <w:rPr>
          <w:b/>
        </w:rPr>
        <w:t xml:space="preserve">[59:14] </w:t>
      </w:r>
      <w:r>
        <w:t>to is se kuch nahin hua.</w:t>
      </w:r>
    </w:p>
    <w:p>
      <w:pPr>
        <w:jc w:val="right"/>
      </w:pPr>
      <w:r>
        <w:t>تو اس سے کچھ نہیں ہوا۔</w:t>
      </w:r>
    </w:p>
    <w:p>
      <w:r>
        <w:rPr>
          <w:b/>
        </w:rPr>
        <w:t xml:space="preserve">[59:22] </w:t>
      </w:r>
      <w:r>
        <w:t>maulana, agla sawal kashmir se bheja hai raja</w:t>
      </w:r>
    </w:p>
    <w:p>
      <w:pPr>
        <w:jc w:val="right"/>
      </w:pPr>
      <w:r>
        <w:t>مولانا، اگلا سوال کشمیر سے بھیجا ہے راجہ</w:t>
      </w:r>
    </w:p>
    <w:p>
      <w:r>
        <w:rPr>
          <w:b/>
        </w:rPr>
        <w:t xml:space="preserve">[59:29] </w:t>
      </w:r>
      <w:r>
        <w:t>nisar sahib ne.</w:t>
      </w:r>
    </w:p>
    <w:p>
      <w:pPr>
        <w:jc w:val="right"/>
      </w:pPr>
      <w:r>
        <w:t>نثار صاحب نے۔</w:t>
      </w:r>
    </w:p>
    <w:p>
      <w:r>
        <w:rPr>
          <w:b/>
        </w:rPr>
        <w:t xml:space="preserve">[59:40] </w:t>
      </w:r>
      <w:r>
        <w:t>انہوں نے لکھا ہے: "مولانا صاحب، is it right to say that when we have lost the first</w:t>
      </w:r>
    </w:p>
    <w:p>
      <w:pPr>
        <w:jc w:val="right"/>
      </w:pPr>
      <w:r>
        <w:t>انہوں نے لکھا ہے: "مولانا صاحب، از اٹ رائٹ ٹو سے دیٹ وین وی ہیو لاسٹ دا فرسٹ</w:t>
      </w:r>
    </w:p>
    <w:p>
      <w:r>
        <w:rPr>
          <w:b/>
        </w:rPr>
        <w:t xml:space="preserve">[59:50] </w:t>
      </w:r>
      <w:r>
        <w:t>chance and after that we do self discovery, then that would lead to tauba nasuh? haan, nasuh ji. haan,</w:t>
      </w:r>
    </w:p>
    <w:p>
      <w:pPr>
        <w:jc w:val="right"/>
      </w:pPr>
      <w:r>
        <w:t>چانس اینڈ افٹر دیٹ وی ڈو سیلف ڈسکوری، دین دیٹ وڈ لیڈ ٹو توبہ نسوح؟" ہاں، نسوح جی۔ ہاں،</w:t>
      </w:r>
    </w:p>
    <w:p>
      <w:r>
        <w:rPr>
          <w:b/>
        </w:rPr>
        <w:t xml:space="preserve">[1:00:00] </w:t>
      </w:r>
      <w:r>
        <w:t>haan, yeh bhi theek hi hai yeh baat, apni jagah sahi hai. ji hmm, maulana riyaz bhat sahib ne kashmir se likha hai: "maulana sahib, is it correct that every human being has to discover his forbidden tree before his death, else he will not gain entry to paradise? further, will it be correct to say that repentance is actually</w:t>
      </w:r>
    </w:p>
    <w:p>
      <w:pPr>
        <w:jc w:val="right"/>
      </w:pPr>
      <w:r>
        <w:t>ہاں، یہ بھی ٹھیک ہی ہے یہ بات، اپنی جگہ صحیح ہے۔ جی ہمم، مولانا ریاض بھٹ صاحب نے کشمیر سے لکھا ہے: "مولانا صاحب، از اٹ کریکٹ دیٹ ایوری ہیومن بینگ ہیز ٹو ڈسکور ہز فوربیڈن ٹری بیفور ہز ڈیتھ، ایلس ہی ویل ناٹ گین انٹری ٹو پیراڈائز؟ فردر، ویل اٹ بی کریکٹ ٹو سے دیٹ ریپینٹنس از ایکچولی</w:t>
      </w:r>
    </w:p>
    <w:p>
      <w:r>
        <w:rPr>
          <w:b/>
        </w:rPr>
        <w:t xml:space="preserve">[1:00:30] </w:t>
      </w:r>
      <w:r>
        <w:t>a U-turn from the wrong direction?" Bhai, mera jo experience hai zindagi ka, woh toh yahi hai.</w:t>
      </w:r>
    </w:p>
    <w:p>
      <w:pPr>
        <w:jc w:val="right"/>
      </w:pPr>
      <w:r>
        <w:t>ا یو ٹرن فرام دا رونگ ڈائریکشن؟" بھئی، میرا جو ایکسپیرینس ہے زندگی کا، وہ تو یہی ہے۔</w:t>
      </w:r>
    </w:p>
    <w:p>
      <w:r>
        <w:rPr>
          <w:b/>
        </w:rPr>
        <w:t xml:space="preserve">[1:00:36] </w:t>
      </w:r>
      <w:r>
        <w:t>اگر آپ یہ جانیں کہ I was right تو یہ کوئی بڑی بات نہیں ہے۔</w:t>
      </w:r>
    </w:p>
    <w:p>
      <w:pPr>
        <w:jc w:val="right"/>
      </w:pPr>
      <w:r>
        <w:t>اگر آپ یہ جانیں کہ آئی واز رائٹ تو یہ کوئی بڑی بات نہیں ہے۔</w:t>
      </w:r>
    </w:p>
    <w:p>
      <w:r>
        <w:rPr>
          <w:b/>
        </w:rPr>
        <w:t xml:space="preserve">[1:00:42] </w:t>
      </w:r>
      <w:r>
        <w:t>بڑی بات یہ ہے کہ آپ یہ جانیں کہ I was wrong.</w:t>
      </w:r>
    </w:p>
    <w:p>
      <w:pPr>
        <w:jc w:val="right"/>
      </w:pPr>
      <w:r>
        <w:t>بڑی بات یہ ہے کہ آپ یہ جانیں کہ آئی واز رونگ۔</w:t>
      </w:r>
    </w:p>
    <w:p>
      <w:r>
        <w:rPr>
          <w:b/>
        </w:rPr>
        <w:t xml:space="preserve">[1:00:48] </w:t>
      </w:r>
      <w:r>
        <w:t>kyunke i was wrong se band darwaze khulte hain, aur i was right kehne se to koi darwaza</w:t>
      </w:r>
    </w:p>
    <w:p>
      <w:pPr>
        <w:jc w:val="right"/>
      </w:pPr>
      <w:r>
        <w:t>کیونکہ آئی واز رونگ سے بند دروازے کھلتے ہیں، اور آئی واز رائٹ کہنے سے تو کوئی دروازہ</w:t>
      </w:r>
    </w:p>
    <w:p>
      <w:r>
        <w:rPr>
          <w:b/>
        </w:rPr>
        <w:t xml:space="preserve">[1:00:54] </w:t>
      </w:r>
      <w:r>
        <w:t>nahin khulta, waise hi khuli</w:t>
      </w:r>
    </w:p>
    <w:p>
      <w:pPr>
        <w:jc w:val="right"/>
      </w:pPr>
      <w:r>
        <w:t>نہیں کھلتا، ویسے ہی کھلی</w:t>
      </w:r>
    </w:p>
    <w:p>
      <w:r>
        <w:rPr>
          <w:b/>
        </w:rPr>
        <w:t xml:space="preserve">[1:01:00] </w:t>
      </w:r>
      <w:r>
        <w:t>rehta hai.</w:t>
      </w:r>
    </w:p>
    <w:p>
      <w:pPr>
        <w:jc w:val="right"/>
      </w:pPr>
      <w:r>
        <w:t>رہتا ہے۔</w:t>
      </w:r>
    </w:p>
    <w:p>
      <w:r>
        <w:rPr>
          <w:b/>
        </w:rPr>
        <w:t xml:space="preserve">[1:01:05] </w:t>
      </w:r>
      <w:r>
        <w:t>jo band hai, woh band hai.</w:t>
      </w:r>
    </w:p>
    <w:p>
      <w:pPr>
        <w:jc w:val="right"/>
      </w:pPr>
      <w:r>
        <w:t>جو بند ہے، وہ بند ہے۔</w:t>
      </w:r>
    </w:p>
    <w:p>
      <w:r>
        <w:rPr>
          <w:b/>
        </w:rPr>
        <w:t xml:space="preserve">[1:01:10] </w:t>
      </w:r>
      <w:r>
        <w:t>یعنی اب I was right کہنے سے آپ جہاں ہیں، وہیں رہتے ہیں۔</w:t>
      </w:r>
    </w:p>
    <w:p>
      <w:pPr>
        <w:jc w:val="right"/>
      </w:pPr>
      <w:r>
        <w:t>یعنی اب آئی واز رائٹ کہنے سے آپ جہاں ہیں، وہیں رہتے ہیں۔</w:t>
      </w:r>
    </w:p>
    <w:p>
      <w:r>
        <w:rPr>
          <w:b/>
        </w:rPr>
        <w:t xml:space="preserve">[1:01:15] </w:t>
      </w:r>
      <w:r>
        <w:t>lekin i was wrong kehne se aap ke liye naye rishte, naye darwaze khulte hain.</w:t>
      </w:r>
    </w:p>
    <w:p>
      <w:pPr>
        <w:jc w:val="right"/>
      </w:pPr>
      <w:r>
        <w:t>لیکن آئی واز رونگ کہنے سے آپ کے لیے نئے رشتہ، نئے دروازے کھلتے ہیں۔</w:t>
      </w:r>
    </w:p>
    <w:p>
      <w:r>
        <w:rPr>
          <w:b/>
        </w:rPr>
        <w:t xml:space="preserve">[1:01:20] </w:t>
      </w:r>
      <w:r>
        <w:t>yeh to bahut zyada badi cheez hai, i was wrong kehna.</w:t>
      </w:r>
    </w:p>
    <w:p>
      <w:pPr>
        <w:jc w:val="right"/>
      </w:pPr>
      <w:r>
        <w:t>یہ تو بہت زیادہ بڑی چیز ہے، آئی واز رونگ کہنا۔</w:t>
      </w:r>
    </w:p>
    <w:p>
      <w:r>
        <w:rPr>
          <w:b/>
        </w:rPr>
        <w:t xml:space="preserve">[1:01:25] </w:t>
      </w:r>
      <w:r>
        <w:t>ji maulana shad hussain sahib ne kashmir se comment bheja hai, unhon ne likha hai</w:t>
      </w:r>
    </w:p>
    <w:p>
      <w:pPr>
        <w:jc w:val="right"/>
      </w:pPr>
      <w:r>
        <w:t>جی مولانا شاد حسین صاحب نے کشمیر سے کمنٹ بھیجا ہے، انہوں نے لکھا ہے</w:t>
      </w:r>
    </w:p>
    <w:p>
      <w:r>
        <w:rPr>
          <w:b/>
        </w:rPr>
        <w:t xml:space="preserve">[1:01:30] </w:t>
      </w:r>
      <w:r>
        <w:t>: "A great secret of personality building has been expounded.</w:t>
      </w:r>
    </w:p>
    <w:p>
      <w:pPr>
        <w:jc w:val="right"/>
      </w:pPr>
      <w:r>
        <w:t>: "ا گریٹ سیکرٹ آف پرسنیلٹی بلڈنگ ہیز بین ایکسپاؤنڈڈ۔</w:t>
      </w:r>
    </w:p>
    <w:p>
      <w:r>
        <w:rPr>
          <w:b/>
        </w:rPr>
        <w:t xml:space="preserve">[1:01:36] </w:t>
      </w:r>
      <w:r>
        <w:t>Repentance opens door for intellectual development.</w:t>
      </w:r>
    </w:p>
    <w:p>
      <w:pPr>
        <w:jc w:val="right"/>
      </w:pPr>
      <w:r>
        <w:t>ریپینٹنس اوپنز ڈور فار انٹلیکچول ڈویلپمنٹ۔</w:t>
      </w:r>
    </w:p>
    <w:p>
      <w:r>
        <w:rPr>
          <w:b/>
        </w:rPr>
        <w:t xml:space="preserve">[1:01:41] </w:t>
      </w:r>
      <w:r>
        <w:t>It is returning to the path of truth, which leads to paradise.</w:t>
      </w:r>
    </w:p>
    <w:p>
      <w:pPr>
        <w:jc w:val="right"/>
      </w:pPr>
      <w:r>
        <w:t>اٹ از ریٹرننگ ٹو دا پاتھ آف ٹروتھ، وچ لیڈز ٹو پیراڈائز۔</w:t>
      </w:r>
    </w:p>
    <w:p>
      <w:r>
        <w:rPr>
          <w:b/>
        </w:rPr>
        <w:t xml:space="preserve">[1:01:46] </w:t>
      </w:r>
      <w:r>
        <w:t>This second chance is the only way for salvation.</w:t>
      </w:r>
    </w:p>
    <w:p>
      <w:pPr>
        <w:jc w:val="right"/>
      </w:pPr>
      <w:r>
        <w:t>دس سیکنڈ چانس از دی اونلی وے فار سیلویشن۔</w:t>
      </w:r>
    </w:p>
    <w:p>
      <w:r>
        <w:rPr>
          <w:b/>
        </w:rPr>
        <w:t xml:space="preserve">[1:01:51] </w:t>
      </w:r>
      <w:r>
        <w:t>This is a great discovery, which has enlightened us.</w:t>
      </w:r>
    </w:p>
    <w:p>
      <w:pPr>
        <w:jc w:val="right"/>
      </w:pPr>
      <w:r>
        <w:t>دس از ا گریٹ ڈسکوری، وچ ہیز انلائٹنڈ اس۔</w:t>
      </w:r>
    </w:p>
    <w:p>
      <w:r>
        <w:rPr>
          <w:b/>
        </w:rPr>
        <w:t xml:space="preserve">[1:01:56] </w:t>
      </w:r>
      <w:r>
        <w:t>we are indebted to Maulana sahib.</w:t>
      </w:r>
    </w:p>
    <w:p>
      <w:pPr>
        <w:jc w:val="right"/>
      </w:pPr>
      <w:r>
        <w:t>وی آر انڈیٹڈ ٹو مولانا صاحب۔"</w:t>
      </w:r>
    </w:p>
    <w:p>
      <w:r>
        <w:rPr>
          <w:b/>
        </w:rPr>
        <w:t xml:space="preserve">[1:02:01] </w:t>
      </w:r>
      <w:r>
        <w:t>طارق جوہر صاحب نے کشمیر سے لکھا ہے: "Ego leads to intellectual stagnation, while wisdom leads us to</w:t>
      </w:r>
    </w:p>
    <w:p>
      <w:pPr>
        <w:jc w:val="right"/>
      </w:pPr>
      <w:r>
        <w:t>طارق جوہر صاحب نے کشمیر سے لکھا ہے: "ایگو لیڈز ٹو انٹلیکچول سٹیگنیشن، وائل وزڈم لیڈز اس ٹو</w:t>
      </w:r>
    </w:p>
    <w:p>
      <w:r>
        <w:rPr>
          <w:b/>
        </w:rPr>
        <w:t xml:space="preserve">[1:02:11] </w:t>
      </w:r>
      <w:r>
        <w:t>intellectual exploration." Qazi Nisar Saheb has written from Rajouri: "Maulana's interpretation of repentance is unique and thought</w:t>
      </w:r>
    </w:p>
    <w:p>
      <w:pPr>
        <w:jc w:val="right"/>
      </w:pPr>
      <w:r>
        <w:t>انٹلیکچول ایکسپلوریشن۔" قاضی نثار صاحب نے رجوری سے لکھا ہے: "مولانا انٹرپریٹیشن آف ریپینٹنس از یونیک اینڈ تھاٹ</w:t>
      </w:r>
    </w:p>
    <w:p>
      <w:r>
        <w:rPr>
          <w:b/>
        </w:rPr>
        <w:t xml:space="preserve">[1:02:21] </w:t>
      </w:r>
      <w:r>
        <w:t>provoking, and is sufficient to start a new life with</w:t>
      </w:r>
    </w:p>
    <w:p>
      <w:pPr>
        <w:jc w:val="right"/>
      </w:pPr>
      <w:r>
        <w:t>پرووکنگ، اینڈ از سفیشنٹ ٹو سٹارٹ ا نیو لائف ود</w:t>
      </w:r>
    </w:p>
    <w:p>
      <w:r>
        <w:rPr>
          <w:b/>
        </w:rPr>
        <w:t xml:space="preserve">[1:02:31] </w:t>
      </w:r>
      <w:r>
        <w:t>spiritual zeal. maulana, agla sawal lete hain jo kolkata se muhammad bilal shafi sahib ne bheja hai.</w:t>
      </w:r>
    </w:p>
    <w:p>
      <w:pPr>
        <w:jc w:val="right"/>
      </w:pPr>
      <w:r>
        <w:t>سپریچول زیل۔" مولانا، اگلا سوال لیتے ہیں جو کلکتہ سے محمد بلال شفیع صاحب نے بھیجا ہے۔</w:t>
      </w:r>
    </w:p>
    <w:p>
      <w:r>
        <w:rPr>
          <w:b/>
        </w:rPr>
        <w:t xml:space="preserve">[1:02:41] </w:t>
      </w:r>
      <w:r>
        <w:t>unhon ne likha hai: maulana, tauba to ek one time process nahin hai, balke ek continuous process hai.</w:t>
      </w:r>
    </w:p>
    <w:p>
      <w:pPr>
        <w:jc w:val="right"/>
      </w:pPr>
      <w:r>
        <w:t>انہوں نے لکھا ہے: "مولانا، توبہ تو ایک ون ٹائم پروسیس نہیں ہے، بلکہ ایک کنٹینیوس پروسیس ہے۔</w:t>
      </w:r>
    </w:p>
    <w:p>
      <w:r>
        <w:rPr>
          <w:b/>
        </w:rPr>
        <w:t xml:space="preserve">[1:02:51] </w:t>
      </w:r>
      <w:r>
        <w:t>Am I right in saying this? If this is so, does it imply that we will be doing</w:t>
      </w:r>
    </w:p>
    <w:p>
      <w:pPr>
        <w:jc w:val="right"/>
      </w:pPr>
      <w:r>
        <w:t>ایم آئی رائٹ ان سینگ دس؟ اف دس از سو، ڈز اٹ ایمپلائی دیٹ وی ویل بی ڈوئنگ</w:t>
      </w:r>
    </w:p>
    <w:p>
      <w:r>
        <w:rPr>
          <w:b/>
        </w:rPr>
        <w:t xml:space="preserve">[1:03:01] </w:t>
      </w:r>
      <w:r>
        <w:t>mistakes continuously? How will we then ever gain complete forgiveness, like that of Adam?" Dekhiye, galti ka matlab</w:t>
      </w:r>
    </w:p>
    <w:p>
      <w:pPr>
        <w:jc w:val="right"/>
      </w:pPr>
      <w:r>
        <w:t>مسٹیکس کنٹینیوسلی؟ ہاؤ ویل وی دین ایور گین کمپلیٹ فورگیونس، لائک دیٹ آف ایڈم؟" دیکھیے، غلطی کا مطلب</w:t>
      </w:r>
    </w:p>
    <w:p>
      <w:r>
        <w:rPr>
          <w:b/>
        </w:rPr>
        <w:t xml:space="preserve">[1:03:07] </w:t>
      </w:r>
      <w:r>
        <w:t>yeh nahin ke aap ne kisi ko chori kar li, kisi ki jaan maar dali.</w:t>
      </w:r>
    </w:p>
    <w:p>
      <w:pPr>
        <w:jc w:val="right"/>
      </w:pPr>
      <w:r>
        <w:t>یہ نہیں کہ آپ نے کسی کو چوری کر لی، کسی کی جان مار ڈالی۔</w:t>
      </w:r>
    </w:p>
    <w:p>
      <w:r>
        <w:rPr>
          <w:b/>
        </w:rPr>
        <w:t xml:space="preserve">[1:03:14] </w:t>
      </w:r>
      <w:r>
        <w:t>choti choti baat pe bhi aap ko andar repent hona chahiye.</w:t>
      </w:r>
    </w:p>
    <w:p>
      <w:pPr>
        <w:jc w:val="right"/>
      </w:pPr>
      <w:r>
        <w:t>چھوٹی چھوٹی بات پہ بھی آپ کو اندر ریپرٹ ہونا چاہیے۔</w:t>
      </w:r>
    </w:p>
    <w:p>
      <w:r>
        <w:rPr>
          <w:b/>
        </w:rPr>
        <w:t xml:space="preserve">[1:03:20] </w:t>
      </w:r>
      <w:r>
        <w:t>choti choti baat pe jo har waqt insan ko ho sakti hai.</w:t>
      </w:r>
    </w:p>
    <w:p>
      <w:pPr>
        <w:jc w:val="right"/>
      </w:pPr>
      <w:r>
        <w:t>چھوٹی چھوٹی بات پہ جو ہر وقت انسان کو ہو سکتی ہے۔</w:t>
      </w:r>
    </w:p>
    <w:p>
      <w:r>
        <w:rPr>
          <w:b/>
        </w:rPr>
        <w:t xml:space="preserve">[1:03:26] </w:t>
      </w:r>
      <w:r>
        <w:t>main nahin samajhta ke is mein</w:t>
      </w:r>
    </w:p>
    <w:p>
      <w:pPr>
        <w:jc w:val="right"/>
      </w:pPr>
      <w:r>
        <w:t>میں نہیں سمجھتا کہ اس میں</w:t>
      </w:r>
    </w:p>
    <w:p>
      <w:r>
        <w:rPr>
          <w:b/>
        </w:rPr>
        <w:t xml:space="preserve">[1:03:32] </w:t>
      </w:r>
      <w:r>
        <w:t>kya, yani kya problem hai, main samjha nahin.</w:t>
      </w:r>
    </w:p>
    <w:p>
      <w:pPr>
        <w:jc w:val="right"/>
      </w:pPr>
      <w:r>
        <w:t>کیا، یعنی کیا پرابلم ہے، میں سمجھا نہیں۔</w:t>
      </w:r>
    </w:p>
    <w:p>
      <w:r>
        <w:rPr>
          <w:b/>
        </w:rPr>
        <w:t xml:space="preserve">[1:03:40] </w:t>
      </w:r>
      <w:r>
        <w:t>baqi yeh hai ke ehsaas se, yani yeh ehsaas ke main, main to bilkul all right hoon, yeh</w:t>
      </w:r>
    </w:p>
    <w:p>
      <w:pPr>
        <w:jc w:val="right"/>
      </w:pPr>
      <w:r>
        <w:t>باقی یہ ہے کہ احساس سے، یعنی یہ احساس کہ میں، میں تو بالکل ال رائٹ ہوں، یہ</w:t>
      </w:r>
    </w:p>
    <w:p>
      <w:r>
        <w:rPr>
          <w:b/>
        </w:rPr>
        <w:t xml:space="preserve">[1:03:47] </w:t>
      </w:r>
      <w:r>
        <w:t>bahut hi killer hai, killer.</w:t>
      </w:r>
    </w:p>
    <w:p>
      <w:pPr>
        <w:jc w:val="right"/>
      </w:pPr>
      <w:r>
        <w:t>بہت ہی کلر ہے، کلر۔</w:t>
      </w:r>
    </w:p>
    <w:p>
      <w:r>
        <w:rPr>
          <w:b/>
        </w:rPr>
        <w:t xml:space="preserve">[1:03:55] </w:t>
      </w:r>
      <w:r>
        <w:t>aur yeh ehsaas ke</w:t>
      </w:r>
    </w:p>
    <w:p>
      <w:pPr>
        <w:jc w:val="right"/>
      </w:pPr>
      <w:r>
        <w:t>اور یہ احساس کہ</w:t>
      </w:r>
    </w:p>
    <w:p>
      <w:r>
        <w:rPr>
          <w:b/>
        </w:rPr>
        <w:t xml:space="preserve">[1:04:03] </w:t>
      </w:r>
      <w:r>
        <w:t>main ne ghalati ki choti si baat par to woh aap ke liye bohat hi bara, aik bohat bara gain hai aap ke liye. maulana, agla comment aaya hai muhammad abdullah sahib ka kolkata se. unhon</w:t>
      </w:r>
    </w:p>
    <w:p>
      <w:pPr>
        <w:jc w:val="right"/>
      </w:pPr>
      <w:r>
        <w:t>میں نے غلطی کی چھوٹی سی بات پر تو وہ آپ کے لیے بہت ہی بڑا، ایک بہت بڑا گین ہے آپ کے لیے۔ مولانا، اگلا کمنٹ آیا ہے محمد عبداللہ صاحب کا کلکتہ سے۔ انہوں</w:t>
      </w:r>
    </w:p>
    <w:p>
      <w:r>
        <w:rPr>
          <w:b/>
        </w:rPr>
        <w:t xml:space="preserve">[1:04:33] </w:t>
      </w:r>
      <w:r>
        <w:t>نے لکھا ہے: "مولانا صاحب، from your every lecture, I learn new dimensions of Islamic text, but what</w:t>
      </w:r>
    </w:p>
    <w:p>
      <w:pPr>
        <w:jc w:val="right"/>
      </w:pPr>
      <w:r>
        <w:t>نے لکھا ہے: "مولانا صاحب، فرام یور ایوری لیکچر، آئی لرن نیو ڈائمنشنز آف اسلامک ٹیکسٹ، بٹ واٹ</w:t>
      </w:r>
    </w:p>
    <w:p>
      <w:r>
        <w:rPr>
          <w:b/>
        </w:rPr>
        <w:t xml:space="preserve">[1:04:39] </w:t>
      </w:r>
      <w:r>
        <w:t>I learned in addition is the art of understanding the text.</w:t>
      </w:r>
    </w:p>
    <w:p>
      <w:pPr>
        <w:jc w:val="right"/>
      </w:pPr>
      <w:r>
        <w:t>آئی لرن ان ایڈیشن از دی آرٹ آف انڈرسٹینڈنگ دا ٹیکسٹ۔</w:t>
      </w:r>
    </w:p>
    <w:p>
      <w:r>
        <w:rPr>
          <w:b/>
        </w:rPr>
        <w:t xml:space="preserve">[1:04:45] </w:t>
      </w:r>
      <w:r>
        <w:t>This is an awesome way to learn from you.</w:t>
      </w:r>
    </w:p>
    <w:p>
      <w:pPr>
        <w:jc w:val="right"/>
      </w:pPr>
      <w:r>
        <w:t>دس از این اوسم وے ٹو لرن فرام یو۔</w:t>
      </w:r>
    </w:p>
    <w:p>
      <w:r>
        <w:rPr>
          <w:b/>
        </w:rPr>
        <w:t xml:space="preserve">[1:04:51] </w:t>
      </w:r>
      <w:r>
        <w:t>jazak Allah. " yeh baat sahi hai ke quran ko parhne se pehle humein yeh jaanna chahiye ke what</w:t>
      </w:r>
    </w:p>
    <w:p>
      <w:pPr>
        <w:jc w:val="right"/>
      </w:pPr>
      <w:r>
        <w:t>جزاک اللہ۔" یہ بات صحیح ہے کہ قرآن کو پڑھنے سے پہلے ہمیں یہ جاننا چاہیے کہ واٹ</w:t>
      </w:r>
    </w:p>
    <w:p>
      <w:r>
        <w:rPr>
          <w:b/>
        </w:rPr>
        <w:t xml:space="preserve">[1:04:58] </w:t>
      </w:r>
      <w:r>
        <w:t>is the method</w:t>
      </w:r>
    </w:p>
    <w:p>
      <w:pPr>
        <w:jc w:val="right"/>
      </w:pPr>
      <w:r>
        <w:t>از دا میتھڈ</w:t>
      </w:r>
    </w:p>
    <w:p>
      <w:r>
        <w:rPr>
          <w:b/>
        </w:rPr>
        <w:t xml:space="preserve">[1:05:04] </w:t>
      </w:r>
      <w:r>
        <w:t>quran ko samajhne ka, study karne ka method kya hai.</w:t>
      </w:r>
    </w:p>
    <w:p>
      <w:pPr>
        <w:jc w:val="right"/>
      </w:pPr>
      <w:r>
        <w:t>قرآن کو سمجھنے کا، اسٹڈی کرنے کا میتھڈ کیا ہے۔</w:t>
      </w:r>
    </w:p>
    <w:p>
      <w:r>
        <w:rPr>
          <w:b/>
        </w:rPr>
        <w:t xml:space="preserve">[1:05:10] </w:t>
      </w:r>
      <w:r>
        <w:t>jaise maine aap se misaal di ke hazrat adam ke waqe'e ke do part hain, aur dono</w:t>
      </w:r>
    </w:p>
    <w:p>
      <w:pPr>
        <w:jc w:val="right"/>
      </w:pPr>
      <w:r>
        <w:t>جیسے میں نے آپ سے مثال دی کہ حضرت آدم کے واقعے کے دو پارٹ ہیں، اور دونوں</w:t>
      </w:r>
    </w:p>
    <w:p>
      <w:r>
        <w:rPr>
          <w:b/>
        </w:rPr>
        <w:t xml:space="preserve">[1:05:16] </w:t>
      </w:r>
      <w:r>
        <w:t>do jagah hain.</w:t>
      </w:r>
    </w:p>
    <w:p>
      <w:pPr>
        <w:jc w:val="right"/>
      </w:pPr>
      <w:r>
        <w:t>دو جگہ ہیں۔</w:t>
      </w:r>
    </w:p>
    <w:p>
      <w:r>
        <w:rPr>
          <w:b/>
        </w:rPr>
        <w:t xml:space="preserve">[1:05:22] </w:t>
      </w:r>
      <w:r>
        <w:t>ek part yeh hai ke adam ko repentance aaya, woh unhone duaein keen, ek jagah hai.</w:t>
      </w:r>
    </w:p>
    <w:p>
      <w:pPr>
        <w:jc w:val="right"/>
      </w:pPr>
      <w:r>
        <w:t>ایک پارٹ یہ ہے کہ آدم کو ریپینڈنس آیا، وہ انہوں نے دعائیں کیں، ایک جگہ ہے۔</w:t>
      </w:r>
    </w:p>
    <w:p>
      <w:r>
        <w:rPr>
          <w:b/>
        </w:rPr>
        <w:t xml:space="preserve">[1:05:28] </w:t>
      </w:r>
      <w:r>
        <w:t>aur aur jo alfaaz the unki dua ke, woh doosri doos</w:t>
      </w:r>
    </w:p>
    <w:p>
      <w:pPr>
        <w:jc w:val="right"/>
      </w:pPr>
      <w:r>
        <w:t>اور اور جو الفاظ تھے ان کی دعا کے، وہ دوسری دوس</w:t>
      </w:r>
    </w:p>
    <w:p>
      <w:r>
        <w:rPr>
          <w:b/>
        </w:rPr>
        <w:t xml:space="preserve">[1:05:34] </w:t>
      </w:r>
      <w:r>
        <w:t>ri jagah hai. to agar aap wahin wahin dhoondhein to wahin to milegi nahin, dono cheezein akathe, aik cheez alag milegi, aik cheez alag milegi. to yeh method hai quran ka. to quran ko samajhne ke liye zaroori hai ke quran ka jo method hai, us ko hum janiye. maulana srinagar se hamid bari sahib ne agla sawal bheja hai. unhon ne aapse poocha hai: "how do we know that our repentance he</w:t>
      </w:r>
    </w:p>
    <w:p>
      <w:pPr>
        <w:jc w:val="right"/>
      </w:pPr>
      <w:r>
        <w:t>ری جگہ ہے۔ تو اگر آپ وہیں وہیں ڈھونڈیں تو وہیں تو ملے گی نہیں، دونوں چیزیں اکٹھے، ایک چیز الگ ملے گی، ایک چیز الگ ملے گی۔ تو یہ میتھڈ ہے قرآن کا۔ تو قرآن کو سمجھنے کے لیے ضروری ہے کہ قرآن کا جو میتھڈ ہے، اس کو ہم جانیں۔ مولانا سری نگر سے حامد باری صاحب نے اگلا سوال بھیجا ہے۔ انہوں نے آپ سے پوچھا ہے: "ہاؤ ڈو وی نو دیٹ اور ریپینٹنس ہی</w:t>
      </w:r>
    </w:p>
    <w:p>
      <w:r>
        <w:rPr>
          <w:b/>
        </w:rPr>
        <w:t xml:space="preserve">[1:06:04] </w:t>
      </w:r>
      <w:r>
        <w:t>zain accepted? is there any way to find that out?" dekhiye, agar aadmi ke repentance sahi maano mein, yaani i was wrong ki speed se nikla ho to aadmi khud hi jaan leta hai ke yeh sachaa repentance tha. repentance koi banawati tor par nahi ho sakta</w:t>
      </w:r>
    </w:p>
    <w:p>
      <w:pPr>
        <w:jc w:val="right"/>
      </w:pPr>
      <w:r>
        <w:t>ز بین ایکسیپٹڈ؟ از دیر اینی وے ٹو فائنڈ دیٹ آؤٹ؟" دیکھیے، اگر آدمی کے کا ریپینٹنس صحیح معنوں میں، یعنی آئی واز رونگ کی اسپیڈ سے نکلا ہو تو آدمی خود ہی جان لیتا ہے کہ یہ سچا ریپینڈنس تھا۔ ریپینڈنس کوئی بناوٹی طور پر نہیں ہو سکت</w:t>
      </w:r>
    </w:p>
    <w:p>
      <w:r>
        <w:rPr>
          <w:b/>
        </w:rPr>
        <w:t xml:space="preserve">[1:06:34] </w:t>
      </w:r>
      <w:r>
        <w:t>a.</w:t>
      </w:r>
    </w:p>
    <w:p>
      <w:pPr>
        <w:jc w:val="right"/>
      </w:pPr>
      <w:r>
        <w:t>ا۔</w:t>
      </w:r>
    </w:p>
    <w:p>
      <w:r>
        <w:rPr>
          <w:b/>
        </w:rPr>
        <w:t xml:space="preserve">[1:06:39] </w:t>
      </w:r>
      <w:r>
        <w:t>repentance aayega jab aap ke dil mein sach much yeh tadap uthi, tadap ho jaye, tadap ke</w:t>
      </w:r>
    </w:p>
    <w:p>
      <w:pPr>
        <w:jc w:val="right"/>
      </w:pPr>
      <w:r>
        <w:t>ریپینڈنس آئے گا جب آپ کے دل میں سچ مچ یہ تڑپ اٹھی، تڑپ ہو جائے، تڑپ کہ</w:t>
      </w:r>
    </w:p>
    <w:p>
      <w:r>
        <w:rPr>
          <w:b/>
        </w:rPr>
        <w:t xml:space="preserve">[1:06:44] </w:t>
      </w:r>
      <w:r>
        <w:t>maine yeh ghalti kar dali.</w:t>
      </w:r>
    </w:p>
    <w:p>
      <w:pPr>
        <w:jc w:val="right"/>
      </w:pPr>
      <w:r>
        <w:t>میں نے یہ غلطی کر ڈالی۔</w:t>
      </w:r>
    </w:p>
    <w:p>
      <w:r>
        <w:rPr>
          <w:b/>
        </w:rPr>
        <w:t xml:space="preserve">[1:06:50] </w:t>
      </w:r>
      <w:r>
        <w:t>there is to woh khud apne aap mein is baat ka sign hai ke aap ka repentance sacha</w:t>
      </w:r>
    </w:p>
    <w:p>
      <w:pPr>
        <w:jc w:val="right"/>
      </w:pPr>
      <w:r>
        <w:t>دیر از تو وہ خود اپنے آپ میں اس بات کا سائن ہے کہ آپ کا ریپینڈنس سچا</w:t>
      </w:r>
    </w:p>
    <w:p>
      <w:r>
        <w:rPr>
          <w:b/>
        </w:rPr>
        <w:t xml:space="preserve">[1:06:55] </w:t>
      </w:r>
      <w:r>
        <w:t>tha, aur inshallah woh Allah ka qabool hoga.</w:t>
      </w:r>
    </w:p>
    <w:p>
      <w:pPr>
        <w:jc w:val="right"/>
      </w:pPr>
      <w:r>
        <w:t>تھا، اور انشاءاللہ وہ اللہ کا قبول ہوگا۔</w:t>
      </w:r>
    </w:p>
    <w:p>
      <w:r>
        <w:rPr>
          <w:b/>
        </w:rPr>
        <w:t xml:space="preserve">[1:07:00] </w:t>
      </w:r>
      <w:r>
        <w:t>maulana, agla sawal bheja hai khursheed dar sahab ne</w:t>
      </w:r>
    </w:p>
    <w:p>
      <w:pPr>
        <w:jc w:val="right"/>
      </w:pPr>
      <w:r>
        <w:t>مولانا، اگلا سوال بھیجا ہے خورشید ڈار صاحب نے</w:t>
      </w:r>
    </w:p>
    <w:p>
      <w:r>
        <w:rPr>
          <w:b/>
        </w:rPr>
        <w:t xml:space="preserve">[1:07:05] </w:t>
      </w:r>
      <w:r>
        <w:t>srinagar se.</w:t>
      </w:r>
    </w:p>
    <w:p>
      <w:pPr>
        <w:jc w:val="right"/>
      </w:pPr>
      <w:r>
        <w:t>سری نگر سے۔</w:t>
      </w:r>
    </w:p>
    <w:p>
      <w:r>
        <w:rPr>
          <w:b/>
        </w:rPr>
        <w:t xml:space="preserve">[1:07:10] </w:t>
      </w:r>
      <w:r>
        <w:t>unhone likha hai: "maulana, please explain wahdat ul wajood aur wahdat us sujud is ke bare mein bataein." yeh</w:t>
      </w:r>
    </w:p>
    <w:p>
      <w:pPr>
        <w:jc w:val="right"/>
      </w:pPr>
      <w:r>
        <w:t>انہوں نے لکھا ہے: "مولانا، پلیز ایکسپلین وحدت الوجود اور وحدت السجود اس کے بارے میں بتائیں۔" یہ</w:t>
      </w:r>
    </w:p>
    <w:p>
      <w:r>
        <w:rPr>
          <w:b/>
        </w:rPr>
        <w:t xml:space="preserve">[1:07:15] </w:t>
      </w:r>
      <w:r>
        <w:t>hamara topic nahi hai, yeh to is bekar ki behas hai.</w:t>
      </w:r>
    </w:p>
    <w:p>
      <w:pPr>
        <w:jc w:val="right"/>
      </w:pPr>
      <w:r>
        <w:t>ہمارا ٹاپک نہیں ہے، یہ تو اس بیکار کی بحث ہے۔</w:t>
      </w:r>
    </w:p>
    <w:p>
      <w:r>
        <w:rPr>
          <w:b/>
        </w:rPr>
        <w:t xml:space="preserve">[1:07:20] </w:t>
      </w:r>
      <w:r>
        <w:t>wahdat e wajood, wahdat e shuhood mein bilkul bekar ki behas hai, jaise is se pehle khallaq makhlooq aur ghair</w:t>
      </w:r>
    </w:p>
    <w:p>
      <w:pPr>
        <w:jc w:val="right"/>
      </w:pPr>
      <w:r>
        <w:t>وحدت وجود، وحدت شہود میں بالکل بیکار کی بحث ہے، جیسے اس سے پہلے خلاق مخلوق اور غیر</w:t>
      </w:r>
    </w:p>
    <w:p>
      <w:r>
        <w:rPr>
          <w:b/>
        </w:rPr>
        <w:t xml:space="preserve">[1:07:25] </w:t>
      </w:r>
      <w:r>
        <w:t>makhlooq yeh bekar ki behas thi.</w:t>
      </w:r>
    </w:p>
    <w:p>
      <w:pPr>
        <w:jc w:val="right"/>
      </w:pPr>
      <w:r>
        <w:t>مخلوق یہ بیکار کی بحث تھی۔</w:t>
      </w:r>
    </w:p>
    <w:p>
      <w:r>
        <w:rPr>
          <w:b/>
        </w:rPr>
        <w:t xml:space="preserve">[1:07:30] </w:t>
      </w:r>
      <w:r>
        <w:t>to ummat kai baar aisa hua ke bekar ki behas mein phanse rahe hain log,</w:t>
      </w:r>
    </w:p>
    <w:p>
      <w:pPr>
        <w:jc w:val="right"/>
      </w:pPr>
      <w:r>
        <w:t>تو امت کئی بار ایسا ہوا کہ بیکار کی بحث میں پھنسے رہے ہیں لوگ،</w:t>
      </w:r>
    </w:p>
    <w:p>
      <w:r>
        <w:rPr>
          <w:b/>
        </w:rPr>
        <w:t xml:space="preserve">[1:07:35] </w:t>
      </w:r>
      <w:r>
        <w:t>aur jo asal baat thi janne ki, scientific discovery, us ko parha hi nahi.</w:t>
      </w:r>
    </w:p>
    <w:p>
      <w:pPr>
        <w:jc w:val="right"/>
      </w:pPr>
      <w:r>
        <w:t>اور جو اصل بات تھی جاننے کی، سائنسٹک ڈسکوری، اس کو پڑھا ہی نہیں۔</w:t>
      </w:r>
    </w:p>
    <w:p>
      <w:r>
        <w:rPr>
          <w:b/>
        </w:rPr>
        <w:t xml:space="preserve">[1:07:40] </w:t>
      </w:r>
      <w:r>
        <w:t>wahdat e wajood bhi naqabil e fahm hai, wahdat e shuhood bhi naqabil e fahm hai.</w:t>
      </w:r>
    </w:p>
    <w:p>
      <w:pPr>
        <w:jc w:val="right"/>
      </w:pPr>
      <w:r>
        <w:t>وحدت وجود بھی ناقابل فہم ہے، وحدت وشود بھی ناقابل فہم ہے۔</w:t>
      </w:r>
    </w:p>
    <w:p>
      <w:r>
        <w:rPr>
          <w:b/>
        </w:rPr>
        <w:t xml:space="preserve">[1:07:46] </w:t>
      </w:r>
      <w:r>
        <w:t>quran makhlooq hai, quran ghair makhlooq, dono hi naqabil e fahm hain mere liye.</w:t>
      </w:r>
    </w:p>
    <w:p>
      <w:pPr>
        <w:jc w:val="right"/>
      </w:pPr>
      <w:r>
        <w:t>قرآن مخلوق ہے، قرآن غیر مخلوق ہے، دونوں ہی ناقابل فہم ہیں میرے لیے۔</w:t>
      </w:r>
    </w:p>
    <w:p>
      <w:r>
        <w:rPr>
          <w:b/>
        </w:rPr>
        <w:t xml:space="preserve">[1:07:51] </w:t>
      </w:r>
      <w:r>
        <w:t>yeh ilm nahi hai, yeh yeh munh shigaafiyan hain.</w:t>
      </w:r>
    </w:p>
    <w:p>
      <w:pPr>
        <w:jc w:val="right"/>
      </w:pPr>
      <w:r>
        <w:t>یہ علم نہیں ہے، یہ یہ منہ شگافیاں ہیں۔</w:t>
      </w:r>
    </w:p>
    <w:p>
      <w:r>
        <w:rPr>
          <w:b/>
        </w:rPr>
        <w:t xml:space="preserve">[1:07:56] </w:t>
      </w:r>
      <w:r>
        <w:t>yeh jo behasein hain ke quran makhlooq hai, ghair makhlooq, aur wahdat e wajood hai, ke wahdat e shuhood, yeh</w:t>
      </w:r>
    </w:p>
    <w:p>
      <w:pPr>
        <w:jc w:val="right"/>
      </w:pPr>
      <w:r>
        <w:t>یہ جو بحثیں ہیں کہ قرآن مخلوق ہے، غیر مخلوق، اور وحدت وجود ہے، کہ وحدت شہود، یہ</w:t>
      </w:r>
    </w:p>
    <w:p>
      <w:r>
        <w:rPr>
          <w:b/>
        </w:rPr>
        <w:t xml:space="preserve">[1:08:01] </w:t>
      </w:r>
      <w:r>
        <w:t>sab فنی bahasain hain,</w:t>
      </w:r>
    </w:p>
    <w:p>
      <w:pPr>
        <w:jc w:val="right"/>
      </w:pPr>
      <w:r>
        <w:t>سب فنی بحثیں ہیں،</w:t>
      </w:r>
    </w:p>
    <w:p>
      <w:r>
        <w:rPr>
          <w:b/>
        </w:rPr>
        <w:t xml:space="preserve">[1:08:06] </w:t>
      </w:r>
      <w:r>
        <w:t>munh shagaafiyon ki bahasain hain.</w:t>
      </w:r>
    </w:p>
    <w:p>
      <w:pPr>
        <w:jc w:val="right"/>
      </w:pPr>
      <w:r>
        <w:t>منہ شگافیوں کی بحثیں ہیں۔</w:t>
      </w:r>
    </w:p>
    <w:p>
      <w:r>
        <w:rPr>
          <w:b/>
        </w:rPr>
        <w:t xml:space="preserve">[1:08:11] </w:t>
      </w:r>
      <w:r>
        <w:t>yeh koi ilm nahin hai.</w:t>
      </w:r>
    </w:p>
    <w:p>
      <w:pPr>
        <w:jc w:val="right"/>
      </w:pPr>
      <w:r>
        <w:t>یہ کوئی علم نہیں ہے۔</w:t>
      </w:r>
    </w:p>
    <w:p>
      <w:r>
        <w:rPr>
          <w:b/>
        </w:rPr>
        <w:t xml:space="preserve">[1:08:15] </w:t>
      </w:r>
      <w:r>
        <w:t>donon mein se kisi ko main ilm nahin samajhta.</w:t>
      </w:r>
    </w:p>
    <w:p>
      <w:pPr>
        <w:jc w:val="right"/>
      </w:pPr>
      <w:r>
        <w:t>دونوں میں سے کسی کو میں علم نہیں سمجھتا۔</w:t>
      </w:r>
    </w:p>
    <w:p>
      <w:r>
        <w:rPr>
          <w:b/>
        </w:rPr>
        <w:t xml:space="preserve">[1:08:19] </w:t>
      </w:r>
      <w:r>
        <w:t>ilm to science hai, aur science koi parhta nahin, samajhta hai ke dushmanon ka ilm hai.</w:t>
      </w:r>
    </w:p>
    <w:p>
      <w:pPr>
        <w:jc w:val="right"/>
      </w:pPr>
      <w:r>
        <w:t>علم تو سائنس ہے، اور سائنس کوئی پڑھتا نہیں، سمجھتا ہے کہ دشمنوں کا علم ہے۔</w:t>
      </w:r>
    </w:p>
    <w:p>
      <w:r>
        <w:rPr>
          <w:b/>
        </w:rPr>
        <w:t xml:space="preserve">[1:08:23] </w:t>
      </w:r>
      <w:r>
        <w:t>maulana, agla comment aaya hai ahmad sodan sahib ka ali garh se.</w:t>
      </w:r>
    </w:p>
    <w:p>
      <w:pPr>
        <w:jc w:val="right"/>
      </w:pPr>
      <w:r>
        <w:t>مولانا، اگلا کمنٹ آیا ہے احمد صدان صاحب کا علی گڑھ سے۔</w:t>
      </w:r>
    </w:p>
    <w:p>
      <w:r>
        <w:rPr>
          <w:b/>
        </w:rPr>
        <w:t xml:space="preserve">[1:08:28] </w:t>
      </w:r>
      <w:r>
        <w:t>انہوں نے لکھا ہے: "This is the key to all humanity in the society."</w:t>
      </w:r>
    </w:p>
    <w:p>
      <w:pPr>
        <w:jc w:val="right"/>
      </w:pPr>
      <w:r>
        <w:t>انہوں نے لکھا ہے: "دس از دا کی ٹو اویل ہیومینٹی ان دی سوسائٹی۔</w:t>
      </w:r>
    </w:p>
    <w:p>
      <w:r>
        <w:rPr>
          <w:b/>
        </w:rPr>
        <w:t xml:space="preserve">[1:08:32] </w:t>
      </w:r>
      <w:r>
        <w:t>regret in mistakes is</w:t>
      </w:r>
    </w:p>
    <w:p>
      <w:pPr>
        <w:jc w:val="right"/>
      </w:pPr>
      <w:r>
        <w:t>ریگریٹ ان مسٹیکس از</w:t>
      </w:r>
    </w:p>
    <w:p>
      <w:r>
        <w:rPr>
          <w:b/>
        </w:rPr>
        <w:t xml:space="preserve">[1:08:36] </w:t>
      </w:r>
      <w:r>
        <w:t>what we humans have and others not."</w:t>
      </w:r>
    </w:p>
    <w:p>
      <w:pPr>
        <w:jc w:val="right"/>
      </w:pPr>
      <w:r>
        <w:t>واٹ وی ہیومنز ہیو اینڈ ادرز ناٹ۔" مولانا، اگلا سوال ہدایت اللہ صاحب نے بھیجا ہے۔</w:t>
      </w:r>
    </w:p>
    <w:p>
      <w:r>
        <w:rPr>
          <w:b/>
        </w:rPr>
        <w:t xml:space="preserve">[1:08:44] </w:t>
      </w:r>
      <w:r>
        <w:t>maulana, agla sawal hidayatullah sahib ne bheja hai. unhon ne likha hai: "maulana sahib, salam afghanistan hirt hirt se.</w:t>
      </w:r>
    </w:p>
    <w:p>
      <w:pPr>
        <w:jc w:val="right"/>
      </w:pPr>
      <w:r>
        <w:t>انہوں نے لکھا ہے: "مولانا صاحب، سلام افغانستان ہیرت ہرت سے۔</w:t>
      </w:r>
    </w:p>
    <w:p>
      <w:r>
        <w:rPr>
          <w:b/>
        </w:rPr>
        <w:t xml:space="preserve">[1:08:51] </w:t>
      </w:r>
      <w:r>
        <w:t>mera sawal hai ke agar kisi ko yaqeen ke darjay ka allah ki maghfirat ho, lekin phir bhi</w:t>
      </w:r>
    </w:p>
    <w:p>
      <w:pPr>
        <w:jc w:val="right"/>
      </w:pPr>
      <w:r>
        <w:t>میرا سوال ہے کہ اگر کسی کو یقین کے درجے کا اللہ کی مغفرت ہو، لیکن پھر بھی</w:t>
      </w:r>
    </w:p>
    <w:p>
      <w:r>
        <w:rPr>
          <w:b/>
        </w:rPr>
        <w:t xml:space="preserve">[1:08:59] </w:t>
      </w:r>
      <w:r>
        <w:t>wo khud ko rah-e-rast par qaim na kar pata hai, aur bar bar gir</w:t>
      </w:r>
    </w:p>
    <w:p>
      <w:pPr>
        <w:jc w:val="right"/>
      </w:pPr>
      <w:r>
        <w:t>وہ خود کو راہ راست پر قائم نہ کر پاتا ہے، اور بار بار گر</w:t>
      </w:r>
    </w:p>
    <w:p>
      <w:r>
        <w:rPr>
          <w:b/>
        </w:rPr>
        <w:t xml:space="preserve">[1:09:07] </w:t>
      </w:r>
      <w:r>
        <w:t>jata hai, to wo phir kya kare?" wo yaqeen hai hi nahin, yeh false yaqeen hai.</w:t>
      </w:r>
    </w:p>
    <w:p>
      <w:pPr>
        <w:jc w:val="right"/>
      </w:pPr>
      <w:r>
        <w:t>جاتا ہے، تو وہ پھر کیا کرے؟" وہ یقین ہے ہی نہیں، یہ فالس یقین ہے۔</w:t>
      </w:r>
    </w:p>
    <w:p>
      <w:r>
        <w:rPr>
          <w:b/>
        </w:rPr>
        <w:t xml:space="preserve">[1:09:14] </w:t>
      </w:r>
      <w:r>
        <w:t>wo har cheez mein aik false hota hai, false yaqeen bhi hota hai, false conviction hota hai.</w:t>
      </w:r>
    </w:p>
    <w:p>
      <w:pPr>
        <w:jc w:val="right"/>
      </w:pPr>
      <w:r>
        <w:t>وہ ہر چیز میں ایک فالس ہوتا ہے، فالس یقین بھی ہوتا ہے، فالس کنوکشن ہوتا ہے۔</w:t>
      </w:r>
    </w:p>
    <w:p>
      <w:r>
        <w:rPr>
          <w:b/>
        </w:rPr>
        <w:t xml:space="preserve">[1:09:22] </w:t>
      </w:r>
      <w:r>
        <w:t>to is aadmi ko janna chahiye ke wo false ke yaqeen mein pada hua hai, wo sacha yaqeen nahin hai.</w:t>
      </w:r>
    </w:p>
    <w:p>
      <w:pPr>
        <w:jc w:val="right"/>
      </w:pPr>
      <w:r>
        <w:t>تو اس آدمی کو جاننا چاہیے کہ وہ فالس کے یقین میں پڑا ہوا ہے، وہ سچا یقین نہیں ہے۔</w:t>
      </w:r>
    </w:p>
    <w:p>
      <w:r>
        <w:rPr>
          <w:b/>
        </w:rPr>
        <w:t xml:space="preserve">[1:09:30] </w:t>
      </w:r>
      <w:r>
        <w:t>apne yaqeen ko wo</w:t>
      </w:r>
    </w:p>
    <w:p>
      <w:pPr>
        <w:jc w:val="right"/>
      </w:pPr>
      <w:r>
        <w:t>اپنے یقین کو وہ</w:t>
      </w:r>
    </w:p>
    <w:p>
      <w:r>
        <w:rPr>
          <w:b/>
        </w:rPr>
        <w:t xml:space="preserve">[1:09:38] </w:t>
      </w:r>
      <w:r>
        <w:t xml:space="preserve"> , yaani durust kare. Maulana, agla sawal Dr. Farida Khanam ne bheja hai Delhi se. unho ne aap se kaha hai ke aap importance of namaz in life ke bare mein kuch bataein. dekhiye, jahan tak meri soch hai, woh to yeh hai ke hamari zindagi saari</w:t>
      </w:r>
    </w:p>
    <w:p>
      <w:pPr>
        <w:jc w:val="right"/>
      </w:pPr>
      <w:r>
        <w:t>، یعنی درست کرے۔ مولانا، اگلا سوال ڈاکٹر فریدہ خانم نے بھیجا ہے دلی سے۔ انہوں نے آپ سے کہا ہے کہ آپ امپورٹنس آف نماز ان لائف کے بارے میں کچھ بتائیں۔ دیکھیے، جہاں تک میری سوچ ہے، وہ تو یہ ہے کہ ہماری زندگی ساری</w:t>
      </w:r>
    </w:p>
    <w:p>
      <w:r>
        <w:rPr>
          <w:b/>
        </w:rPr>
        <w:t xml:space="preserve">[1:10:08] </w:t>
      </w:r>
      <w:r>
        <w:t>ki sari, sari ki sari gift hai, divine gift hai.</w:t>
      </w:r>
    </w:p>
    <w:p>
      <w:pPr>
        <w:jc w:val="right"/>
      </w:pPr>
      <w:r>
        <w:t>کی ساری، ساری کی ساری گفٹ ہے، ڈیوائن گفٹ ہے۔</w:t>
      </w:r>
    </w:p>
    <w:p>
      <w:r>
        <w:rPr>
          <w:b/>
        </w:rPr>
        <w:t xml:space="preserve">[1:10:15] </w:t>
      </w:r>
      <w:r>
        <w:t>to aap ko koi cheez bohat to gift mile, gift ke maani hain ke initially to aap</w:t>
      </w:r>
    </w:p>
    <w:p>
      <w:pPr>
        <w:jc w:val="right"/>
      </w:pPr>
      <w:r>
        <w:t>تو آپ کو کوئی چیز بہت تو گفٹ ملے، گفٹ کے معنی ہیں کہ انی لیٹر تو آپ</w:t>
      </w:r>
    </w:p>
    <w:p>
      <w:r>
        <w:rPr>
          <w:b/>
        </w:rPr>
        <w:t xml:space="preserve">[1:10:23] </w:t>
      </w:r>
      <w:r>
        <w:t>ko mile, yani us ki price diye baghair, jab price diye baghair aap ko milti hai koi cheez,</w:t>
      </w:r>
    </w:p>
    <w:p>
      <w:pPr>
        <w:jc w:val="right"/>
      </w:pPr>
      <w:r>
        <w:t>کو ملے، یعنی اس کی پرائس دیے بغیر، جب پرائس دیے بغیر آپ کو ملتی ہے کوئی چیز،</w:t>
      </w:r>
    </w:p>
    <w:p>
      <w:r>
        <w:rPr>
          <w:b/>
        </w:rPr>
        <w:t xml:space="preserve">[1:10:30] </w:t>
      </w:r>
      <w:r>
        <w:t>to kaise mumkin hai ke aap ke andar us ko a</w:t>
      </w:r>
    </w:p>
    <w:p>
      <w:pPr>
        <w:jc w:val="right"/>
      </w:pPr>
      <w:r>
        <w:t>تو کیسے ممکن ہے کہ آپ کے اندر اس کو ا</w:t>
      </w:r>
    </w:p>
    <w:p>
      <w:r>
        <w:rPr>
          <w:b/>
        </w:rPr>
        <w:t xml:space="preserve">[1:10:38] </w:t>
      </w:r>
      <w:r>
        <w:t>cknowledge karne ka jazba na paida ho? to namaz to ek method of acknowledgement hai. aadmi soche ke insaan paida hua to paida hote hi us ko ek duniya mil gayi, us ko suraj mil gaya, us ko oxygen mil gaya, us ko soil mil gaya jahan ghalla paida hota hai, yaani</w:t>
      </w:r>
    </w:p>
    <w:p>
      <w:pPr>
        <w:jc w:val="right"/>
      </w:pPr>
      <w:r>
        <w:t>کنالج کرنے کا جذبہ نہ پیدا ہو؟ تو نماز تو ایک میتھڈ آف اکنالجمنٹ ہے۔ آدمی سوچے کہ انسان پیدا ہوا تو پیدا ہوتے ہی اس کو ایک دنیا مل گئی، اس کو سورج مل گیا، اس کو اکسیجن مل گیا، اس کو سال مل گیا جہاں غلہ پیدا ہوتا ہے، یعنی</w:t>
      </w:r>
    </w:p>
    <w:p>
      <w:r>
        <w:rPr>
          <w:b/>
        </w:rPr>
        <w:t xml:space="preserve">[1:11:08] </w:t>
      </w:r>
      <w:r>
        <w:t>million billion cheezein free mein. to agar aadmi us ko discover kare ke main paida hote hi woh kaisa khaliq hoga ke jo jaanta tha ke mujhe kya chahiye paida hone se pehle, woh sab paida kar duniya mein. ab woh controversially woh supply ho rahi hain, to sajde pe gir padega, woh sajde pe gir padega. main to samajh</w:t>
      </w:r>
    </w:p>
    <w:p>
      <w:pPr>
        <w:jc w:val="right"/>
      </w:pPr>
      <w:r>
        <w:t>ملین بلین چیزیں فری میں۔ تو اگر آدمی اس کو ڈسکور کرے کہ میں پیدا ہوتے ہی وہ کیسا خالق ہوگا کہ جو جانتا تھا کہ مجھے کیا چاہیے پیدا ہونے سے پہلے، وہ سب پیدا کر دنیا میں۔ اب وہ کنٹریورسلی وہ سپلائی ہو رہی ہیں، تو سجدے پہ گر پڑے گا، وہ سجدے پہ گر پڑے گا۔ میں تو سمج</w:t>
      </w:r>
    </w:p>
    <w:p>
      <w:r>
        <w:rPr>
          <w:b/>
        </w:rPr>
        <w:t xml:space="preserve">[1:11:38] </w:t>
      </w:r>
      <w:r>
        <w:t>ھتا ہوں کہ یہ جو نماز میں اگر کوتاہ ہے تو وہ سچ پوچھیں تو in awareness ki</w:t>
      </w:r>
    </w:p>
    <w:p>
      <w:pPr>
        <w:jc w:val="right"/>
      </w:pPr>
      <w:r>
        <w:t>ھتا ہوں کہ یہ جو نماز میں اگر کوتاہ ہے تو وہ سچ پوچھیں تو ان اویرنس کی</w:t>
      </w:r>
    </w:p>
    <w:p>
      <w:r>
        <w:rPr>
          <w:b/>
        </w:rPr>
        <w:t xml:space="preserve">[1:11:48] </w:t>
      </w:r>
      <w:r>
        <w:t>وجہ سے ہے، unawareness، unawareness کی وجہ سے ہے۔</w:t>
      </w:r>
    </w:p>
    <w:p>
      <w:pPr>
        <w:jc w:val="right"/>
      </w:pPr>
      <w:r>
        <w:t>وجہ سے ہے، ان اویرنس، ان اویرنس کی وجہ سے ہے۔</w:t>
      </w:r>
    </w:p>
    <w:p>
      <w:r>
        <w:rPr>
          <w:b/>
        </w:rPr>
        <w:t xml:space="preserve">[1:11:58] </w:t>
      </w:r>
      <w:r>
        <w:t>to samajhta hoon ke apni in awareness ko khatm kare aadmi, wo jaane is baat ko ke meri zindagi</w:t>
      </w:r>
    </w:p>
    <w:p>
      <w:pPr>
        <w:jc w:val="right"/>
      </w:pPr>
      <w:r>
        <w:t>تو سمجھتا ہوں کہ اپنی ان اویرنس کو ختم کرے آدمی، وہ جانے اس بات کو کہ میری زندگی</w:t>
      </w:r>
    </w:p>
    <w:p>
      <w:r>
        <w:rPr>
          <w:b/>
        </w:rPr>
        <w:t xml:space="preserve">[1:12:08] </w:t>
      </w:r>
      <w:r>
        <w:t>sar se paon tak, a se z tak, sab gift hai, atiya hai.</w:t>
      </w:r>
    </w:p>
    <w:p>
      <w:pPr>
        <w:jc w:val="right"/>
      </w:pPr>
      <w:r>
        <w:t>سر سے پاؤں تک، اے سے زیڈ تک، سب گفٹ ہے، عطیہ ہے۔</w:t>
      </w:r>
    </w:p>
    <w:p>
      <w:r>
        <w:rPr>
          <w:b/>
        </w:rPr>
        <w:t xml:space="preserve">[1:12:16] </w:t>
      </w:r>
      <w:r>
        <w:t>to kaise na us ke andar paida hoga ke mujhe namaz ada karna chahiye, mujhe sajda karna chahiye,</w:t>
      </w:r>
    </w:p>
    <w:p>
      <w:pPr>
        <w:jc w:val="right"/>
      </w:pPr>
      <w:r>
        <w:t>تو کیسے نہ اس کے اندر پیدا ہوگا کہ مجھے نماز ادا کرنا چاہیے، مجھے سجدہ کرنا چاہیے،</w:t>
      </w:r>
    </w:p>
    <w:p>
      <w:r>
        <w:rPr>
          <w:b/>
        </w:rPr>
        <w:t xml:space="preserve">[1:12:23] </w:t>
      </w:r>
      <w:r>
        <w:t>mujhe acknowledge karna chahiye? yeh to sara maamla in awareness ka maamla hai.</w:t>
      </w:r>
    </w:p>
    <w:p>
      <w:pPr>
        <w:jc w:val="right"/>
      </w:pPr>
      <w:r>
        <w:t>مجھے اکنالج کرنا چاہیے؟ یہ تو سارا معاملہ ان اویرنس کا معاملہ ہے۔</w:t>
      </w:r>
    </w:p>
    <w:p>
      <w:r>
        <w:rPr>
          <w:b/>
        </w:rPr>
        <w:t xml:space="preserve">[1:12:31] </w:t>
      </w:r>
      <w:r>
        <w:t>maulana, agla sawal lahore pakistan se anwar sahib ne bhi</w:t>
      </w:r>
    </w:p>
    <w:p>
      <w:pPr>
        <w:jc w:val="right"/>
      </w:pPr>
      <w:r>
        <w:t>مولانا، اگلا سوال لاہور پاکستان سے انوار صاحب نے بھی</w:t>
      </w:r>
    </w:p>
    <w:p>
      <w:r>
        <w:rPr>
          <w:b/>
        </w:rPr>
        <w:t xml:space="preserve">[1:12:38] </w:t>
      </w:r>
      <w:r>
        <w:t>ja hai.</w:t>
      </w:r>
    </w:p>
    <w:p>
      <w:pPr>
        <w:jc w:val="right"/>
      </w:pPr>
      <w:r>
        <w:t>جا ہے۔</w:t>
      </w:r>
    </w:p>
    <w:p>
      <w:r>
        <w:rPr>
          <w:b/>
        </w:rPr>
        <w:t xml:space="preserve">[1:12:43] </w:t>
      </w:r>
      <w:r>
        <w:t>unho'n ne likha hai: "what is meant by khalifa of god? is ke bare mein bataein." khalifa of</w:t>
      </w:r>
    </w:p>
    <w:p>
      <w:pPr>
        <w:jc w:val="right"/>
      </w:pPr>
      <w:r>
        <w:t>انہوں نے لکھا ہے: "واٹ از مینٹ بائے خلیفہ آف گاڈ؟ اس کے بارے میں بتائیں۔" خلیفہ آف</w:t>
      </w:r>
    </w:p>
    <w:p>
      <w:r>
        <w:rPr>
          <w:b/>
        </w:rPr>
        <w:t xml:space="preserve">[1:12:48] </w:t>
      </w:r>
      <w:r>
        <w:t>god ka lafz hi ghalat hai, kahin likha hi nahin ke insan khuda ka khalifa hai.</w:t>
      </w:r>
    </w:p>
    <w:p>
      <w:pPr>
        <w:jc w:val="right"/>
      </w:pPr>
      <w:r>
        <w:t>گاڈ کا لفظ ہی غلط ہے، کہیں لکھا ہی نہیں کہ انسان خدا کا خلیفہ ہے۔</w:t>
      </w:r>
    </w:p>
    <w:p>
      <w:r>
        <w:rPr>
          <w:b/>
        </w:rPr>
        <w:t xml:space="preserve">[1:12:53] </w:t>
      </w:r>
      <w:r>
        <w:t>yeh to kuch logon ne garh liya hai, insan khalifatullah, yeh to kaha hi nahin.</w:t>
      </w:r>
    </w:p>
    <w:p>
      <w:pPr>
        <w:jc w:val="right"/>
      </w:pPr>
      <w:r>
        <w:t>یہ تو کچھ لوگوں نے گڑھ لیا ہے، انسان خلیفۃ اللہ، یہ تو کہا ہی نہیں۔</w:t>
      </w:r>
    </w:p>
    <w:p>
      <w:r>
        <w:rPr>
          <w:b/>
        </w:rPr>
        <w:t xml:space="preserve">[1:12:58] </w:t>
      </w:r>
      <w:r>
        <w:t>insan ne khud se garh liya hai, insan to khuda ka banda hai.</w:t>
      </w:r>
    </w:p>
    <w:p>
      <w:pPr>
        <w:jc w:val="right"/>
      </w:pPr>
      <w:r>
        <w:t>انسان نے خود سے گڑھ لیا ہے، انسان تو خدا کا بندہ ہے۔</w:t>
      </w:r>
    </w:p>
    <w:p>
      <w:r>
        <w:rPr>
          <w:b/>
        </w:rPr>
        <w:t xml:space="preserve">[1:13:03] </w:t>
      </w:r>
      <w:r>
        <w:t>to is ke</w:t>
      </w:r>
    </w:p>
    <w:p>
      <w:pPr>
        <w:jc w:val="right"/>
      </w:pPr>
      <w:r>
        <w:t>تو اس کے</w:t>
      </w:r>
    </w:p>
    <w:p>
      <w:r>
        <w:rPr>
          <w:b/>
        </w:rPr>
        <w:t xml:space="preserve">[1:13:09] </w:t>
      </w:r>
      <w:r>
        <w:t>ma'ni kya hain? ma'ni to kuch bhi nahin, yeh to ek be ma'ni lafz hai.</w:t>
      </w:r>
    </w:p>
    <w:p>
      <w:pPr>
        <w:jc w:val="right"/>
      </w:pPr>
      <w:r>
        <w:t>معنی کیا ہیں؟ معنی تو کچھ بھی نہیں، یہ تو ایک بے معنی لفظ ہے۔</w:t>
      </w:r>
    </w:p>
    <w:p>
      <w:r>
        <w:rPr>
          <w:b/>
        </w:rPr>
        <w:t xml:space="preserve">[1:13:15] </w:t>
      </w:r>
      <w:r>
        <w:t>khalifatullah kahan hai? na hadith mein, na quran mein.</w:t>
      </w:r>
    </w:p>
    <w:p>
      <w:pPr>
        <w:jc w:val="right"/>
      </w:pPr>
      <w:r>
        <w:t>خلیفۃ اللہ کہاں ہے؟ نہ حدیث میں، نہ قرآن میں۔</w:t>
      </w:r>
    </w:p>
    <w:p>
      <w:r>
        <w:rPr>
          <w:b/>
        </w:rPr>
        <w:t xml:space="preserve">[1:13:21] </w:t>
      </w:r>
      <w:r>
        <w:t>insan khuda ka abd hai, yeh hai.</w:t>
      </w:r>
    </w:p>
    <w:p>
      <w:pPr>
        <w:jc w:val="right"/>
      </w:pPr>
      <w:r>
        <w:t>انسان خدا کا عبد ہے، یہ ہے۔</w:t>
      </w:r>
    </w:p>
    <w:p>
      <w:r>
        <w:rPr>
          <w:b/>
        </w:rPr>
        <w:t xml:space="preserve">[1:13:27] </w:t>
      </w:r>
      <w:r>
        <w:t>insan khuda ka khalifa, yeh to kaha hi nahin.</w:t>
      </w:r>
    </w:p>
    <w:p>
      <w:pPr>
        <w:jc w:val="right"/>
      </w:pPr>
      <w:r>
        <w:t>انسان خدا کا خلیفہ، یہ تو کہا ہی نہیں۔</w:t>
      </w:r>
    </w:p>
    <w:p>
      <w:r>
        <w:rPr>
          <w:b/>
        </w:rPr>
        <w:t xml:space="preserve">[1:13:33] </w:t>
      </w:r>
      <w:r>
        <w:t>ji maulana, agla sawal aaya hai doha qatar se</w:t>
      </w:r>
    </w:p>
    <w:p>
      <w:pPr>
        <w:jc w:val="right"/>
      </w:pPr>
      <w:r>
        <w:t>جی مولانا، اگلا سوال آیا ہے دوحہ قطر سے</w:t>
      </w:r>
    </w:p>
    <w:p>
      <w:r>
        <w:rPr>
          <w:b/>
        </w:rPr>
        <w:t xml:space="preserve">[1:13:39] </w:t>
      </w:r>
      <w:r>
        <w:t>maulana abdul basit umri sahib ka.</w:t>
      </w:r>
    </w:p>
    <w:p>
      <w:pPr>
        <w:jc w:val="right"/>
      </w:pPr>
      <w:r>
        <w:t>مولانا عبدالباسط عمری صاحب کا۔</w:t>
      </w:r>
    </w:p>
    <w:p>
      <w:r>
        <w:rPr>
          <w:b/>
        </w:rPr>
        <w:t xml:space="preserve">[1:13:47] </w:t>
      </w:r>
      <w:r>
        <w:t>انہوں نے لکھا ہے: "مولانا، کیا اپنے urges کو ہم روزانہ دریافت کر سکتے ہیں؟ کیونکہ خدا</w:t>
      </w:r>
    </w:p>
    <w:p>
      <w:pPr>
        <w:jc w:val="right"/>
      </w:pPr>
      <w:r>
        <w:t>انہوں نے لکھا ہے: "مولانا، کیا اپنے ایجز ایجز کو ہم روزانہ دریافت کر سکتے ہیں؟ کیونکہ خدا</w:t>
      </w:r>
    </w:p>
    <w:p>
      <w:r>
        <w:rPr>
          <w:b/>
        </w:rPr>
        <w:t xml:space="preserve">[1:13:54] </w:t>
      </w:r>
      <w:r>
        <w:t>se gehra ta'alluq edges ki daryaft ke baad hi hota hai." rozana aap kehte hain har moment, har</w:t>
      </w:r>
    </w:p>
    <w:p>
      <w:pPr>
        <w:jc w:val="right"/>
      </w:pPr>
      <w:r>
        <w:t>سے گہرا تعلق ایجز کی دریافت کے بعد ہی ہوتا ہے۔" روزانہ آپ کہتے ہیں ہر مومنٹ، ہر</w:t>
      </w:r>
    </w:p>
    <w:p>
      <w:r>
        <w:rPr>
          <w:b/>
        </w:rPr>
        <w:t xml:space="preserve">[1:14:02] </w:t>
      </w:r>
      <w:r>
        <w:t>lamha woh cheez</w:t>
      </w:r>
    </w:p>
    <w:p>
      <w:pPr>
        <w:jc w:val="right"/>
      </w:pPr>
      <w:r>
        <w:t>لمحہ وہ چیز</w:t>
      </w:r>
    </w:p>
    <w:p>
      <w:r>
        <w:rPr>
          <w:b/>
        </w:rPr>
        <w:t xml:space="preserve">[1:14:10] </w:t>
      </w:r>
      <w:r>
        <w:t>, yani discoverable hoti hai.</w:t>
      </w:r>
    </w:p>
    <w:p>
      <w:pPr>
        <w:jc w:val="right"/>
      </w:pPr>
      <w:r>
        <w:t>، یعنی ڈسکوریبل ہوتی ہے۔</w:t>
      </w:r>
    </w:p>
    <w:p>
      <w:r>
        <w:rPr>
          <w:b/>
        </w:rPr>
        <w:t xml:space="preserve">[1:14:18] </w:t>
      </w:r>
      <w:r>
        <w:t>yani har har cheez mein hum ko daryaft hota hai ke yeh baat kaise hogi.</w:t>
      </w:r>
    </w:p>
    <w:p>
      <w:pPr>
        <w:jc w:val="right"/>
      </w:pPr>
      <w:r>
        <w:t>یعنی ہر ہر چیز میں ہم کو دریافت ہوتا ہے کہ یہ بات کیسے ہوگی۔</w:t>
      </w:r>
    </w:p>
    <w:p>
      <w:r>
        <w:rPr>
          <w:b/>
        </w:rPr>
        <w:t xml:space="preserve">[1:14:26] </w:t>
      </w:r>
      <w:r>
        <w:t>isi isi baat ko hutoobur ne kaha tha ke tum ek glass pani piyo aur pani to body</w:t>
      </w:r>
    </w:p>
    <w:p>
      <w:pPr>
        <w:jc w:val="right"/>
      </w:pPr>
      <w:r>
        <w:t>اسی اسی بات کو حتوبر نے کہا تھا کہ تم ایک گلاس پانی پیو اور پانی تو باڈی</w:t>
      </w:r>
    </w:p>
    <w:p>
      <w:r>
        <w:rPr>
          <w:b/>
        </w:rPr>
        <w:t xml:space="preserve">[1:14:34] </w:t>
      </w:r>
      <w:r>
        <w:t>mein ja kar ke,</w:t>
      </w:r>
    </w:p>
    <w:p>
      <w:pPr>
        <w:jc w:val="right"/>
      </w:pPr>
      <w:r>
        <w:t>میں جا کر کے،</w:t>
      </w:r>
    </w:p>
    <w:p>
      <w:r>
        <w:rPr>
          <w:b/>
        </w:rPr>
        <w:t xml:space="preserve">[1:14:42] </w:t>
      </w:r>
      <w:r>
        <w:t>, yani hazam ho jae.</w:t>
      </w:r>
    </w:p>
    <w:p>
      <w:pPr>
        <w:jc w:val="right"/>
      </w:pPr>
      <w:r>
        <w:t>یعنی ہضم ہو جائے۔</w:t>
      </w:r>
    </w:p>
    <w:p>
      <w:r>
        <w:rPr>
          <w:b/>
        </w:rPr>
        <w:t xml:space="preserve">[1:14:47] </w:t>
      </w:r>
      <w:r>
        <w:t>to isi pe shukr wajib hai.</w:t>
      </w:r>
    </w:p>
    <w:p>
      <w:pPr>
        <w:jc w:val="right"/>
      </w:pPr>
      <w:r>
        <w:t>تو اسی پہ شکر واجب ہے۔</w:t>
      </w:r>
    </w:p>
    <w:p>
      <w:r>
        <w:rPr>
          <w:b/>
        </w:rPr>
        <w:t xml:space="preserve">[1:14:53] </w:t>
      </w:r>
      <w:r>
        <w:t>yani ek glass pani ka aap piyen to ek system chahiye body ke andar.</w:t>
      </w:r>
    </w:p>
    <w:p>
      <w:pPr>
        <w:jc w:val="right"/>
      </w:pPr>
      <w:r>
        <w:t>یعنی ایک گلاس پانی کا آپ پیئیں تو ایک سسٹم چاہیے باڈی کے اندر۔</w:t>
      </w:r>
    </w:p>
    <w:p>
      <w:r>
        <w:rPr>
          <w:b/>
        </w:rPr>
        <w:t xml:space="preserve">[1:14:58] </w:t>
      </w:r>
      <w:r>
        <w:t>wo system is ko accept kare to pani milega, aap ko nahin to pani nahin milega.</w:t>
      </w:r>
    </w:p>
    <w:p>
      <w:pPr>
        <w:jc w:val="right"/>
      </w:pPr>
      <w:r>
        <w:t>وہ سسٹم اس کو ایکسیپٹ کرے تو پانی ملے گا، آپ کو نہیں تو پانی نہیں ملے گا۔</w:t>
      </w:r>
    </w:p>
    <w:p>
      <w:r>
        <w:rPr>
          <w:b/>
        </w:rPr>
        <w:t xml:space="preserve">[1:15:03] </w:t>
      </w:r>
      <w:r>
        <w:t>to wo system kis ne banaya? wo to khaliq ne banaya.</w:t>
      </w:r>
    </w:p>
    <w:p>
      <w:pPr>
        <w:jc w:val="right"/>
      </w:pPr>
      <w:r>
        <w:t>تو وہ سسٹم کس نے بنایا؟ وہ تو خالق نے بنایا۔</w:t>
      </w:r>
    </w:p>
    <w:p>
      <w:r>
        <w:rPr>
          <w:b/>
        </w:rPr>
        <w:t xml:space="preserve">[1:15:08] </w:t>
      </w:r>
      <w:r>
        <w:t>to ek glass pani pe shukr wajib hai, chawal ke ek dane par shukr wajib hai,</w:t>
      </w:r>
    </w:p>
    <w:p>
      <w:pPr>
        <w:jc w:val="right"/>
      </w:pPr>
      <w:r>
        <w:t>تو ایک گلاس پانی پہ شکر واجب ہے، چاول کے ایک دانے پر شکر واجب ہے،</w:t>
      </w:r>
    </w:p>
    <w:p>
      <w:r>
        <w:rPr>
          <w:b/>
        </w:rPr>
        <w:t xml:space="preserve">[1:15:13] </w:t>
      </w:r>
      <w:r>
        <w:t>sans lete hain aap, is par shukr wajib hai.</w:t>
      </w:r>
    </w:p>
    <w:p>
      <w:pPr>
        <w:jc w:val="right"/>
      </w:pPr>
      <w:r>
        <w:t>سانس لیتے ہیں آپ، اس پر شکر واجب ہے۔</w:t>
      </w:r>
    </w:p>
    <w:p>
      <w:r>
        <w:rPr>
          <w:b/>
        </w:rPr>
        <w:t xml:space="preserve">[1:15:18] </w:t>
      </w:r>
      <w:r>
        <w:t>har cheez par, har cheez par, har cheez par.</w:t>
      </w:r>
    </w:p>
    <w:p>
      <w:pPr>
        <w:jc w:val="right"/>
      </w:pPr>
      <w:r>
        <w:t>ہر چیز پر، ہر چیز پر، ہر چیز پر۔</w:t>
      </w:r>
    </w:p>
    <w:p>
      <w:r>
        <w:rPr>
          <w:b/>
        </w:rPr>
        <w:t xml:space="preserve">[1:15:23] </w:t>
      </w:r>
      <w:r>
        <w:t>yeh to aik continuous process hai, yeh koi aik waqt ki baat nahi hai.</w:t>
      </w:r>
    </w:p>
    <w:p>
      <w:pPr>
        <w:jc w:val="right"/>
      </w:pPr>
      <w:r>
        <w:t>یہ تو ایک کنٹینیوس پروسیس ہے، یہ کوئی ایک وقت کی بات نہیں ہے۔</w:t>
      </w:r>
    </w:p>
    <w:p>
      <w:r>
        <w:rPr>
          <w:b/>
        </w:rPr>
        <w:t xml:space="preserve">[1:15:28] </w:t>
      </w:r>
      <w:r>
        <w:t>Okay, we will end the session now.</w:t>
      </w:r>
    </w:p>
    <w:p>
      <w:pPr>
        <w:jc w:val="right"/>
      </w:pPr>
      <w:r>
        <w:t>اوکے، وی ویل اینڈ دی سیشن ناؤ۔</w:t>
      </w:r>
    </w:p>
    <w:p>
      <w:r>
        <w:rPr>
          <w:b/>
        </w:rPr>
        <w:t xml:space="preserve">[1:15:33] </w:t>
      </w:r>
      <w:r>
        <w:t>We want to remind the viewers that if they want to support or sponsor the Quran distribution drives,</w:t>
      </w:r>
    </w:p>
    <w:p>
      <w:pPr>
        <w:jc w:val="right"/>
      </w:pPr>
      <w:r>
        <w:t>وی وانٹ ٹو ریمائنڈ دا ویوورز دیٹ اف دے وانٹ ٹو سپورٹ اور سپانسر دی قرآن ڈسٹریبیوشن ڈرائیوز،</w:t>
      </w:r>
    </w:p>
    <w:p>
      <w:r>
        <w:rPr>
          <w:b/>
        </w:rPr>
        <w:t xml:space="preserve">[1:15:38] </w:t>
      </w:r>
      <w:r>
        <w:t>deen de can r</w:t>
      </w:r>
    </w:p>
    <w:p>
      <w:pPr>
        <w:jc w:val="right"/>
      </w:pPr>
      <w:r>
        <w:t>دین دے کین ر</w:t>
      </w:r>
    </w:p>
    <w:p>
      <w:r>
        <w:rPr>
          <w:b/>
        </w:rPr>
        <w:t xml:space="preserve">[1:15:43] </w:t>
      </w:r>
      <w:r>
        <w:t>ite to us at info@cpsglobal.org. Thank you.</w:t>
      </w:r>
    </w:p>
    <w:p>
      <w:pPr>
        <w:jc w:val="right"/>
      </w:pPr>
      <w:r>
        <w:t>ائٹ ٹو اس ایٹ انفو ایٹ سی پی ایس گلوبل ڈاٹ او آر جی۔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